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28FFC" w14:textId="257F029F" w:rsidR="00E428FE" w:rsidRPr="00E9315E" w:rsidRDefault="00E428FE" w:rsidP="00E428FE">
      <w:pPr>
        <w:jc w:val="center"/>
        <w:rPr>
          <w:b/>
          <w:bCs/>
          <w:sz w:val="36"/>
          <w:szCs w:val="32"/>
        </w:rPr>
      </w:pPr>
      <w:r w:rsidRPr="00E9315E">
        <w:rPr>
          <w:b/>
          <w:bCs/>
          <w:sz w:val="36"/>
          <w:szCs w:val="32"/>
        </w:rPr>
        <w:t>CS 3</w:t>
      </w:r>
      <w:r w:rsidR="00E81506" w:rsidRPr="00E9315E">
        <w:rPr>
          <w:b/>
          <w:bCs/>
          <w:sz w:val="36"/>
          <w:szCs w:val="32"/>
        </w:rPr>
        <w:t>332</w:t>
      </w:r>
      <w:r w:rsidRPr="00E9315E">
        <w:rPr>
          <w:b/>
          <w:bCs/>
          <w:sz w:val="36"/>
          <w:szCs w:val="32"/>
        </w:rPr>
        <w:t xml:space="preserve"> – PROJECT (Homework 1-6)</w:t>
      </w:r>
    </w:p>
    <w:p w14:paraId="7A4FCCD1" w14:textId="0DF0CE75" w:rsidR="00613AB4" w:rsidRPr="00E9315E" w:rsidRDefault="00E428FE" w:rsidP="00DC4DC1">
      <w:pPr>
        <w:jc w:val="center"/>
        <w:rPr>
          <w:b/>
          <w:bCs/>
          <w:sz w:val="36"/>
          <w:szCs w:val="32"/>
        </w:rPr>
      </w:pPr>
      <w:r w:rsidRPr="00E9315E">
        <w:rPr>
          <w:b/>
          <w:bCs/>
          <w:sz w:val="36"/>
          <w:szCs w:val="32"/>
        </w:rPr>
        <w:t>GROUP</w:t>
      </w:r>
      <w:r w:rsidR="00E81506" w:rsidRPr="00E9315E">
        <w:rPr>
          <w:b/>
          <w:bCs/>
          <w:sz w:val="36"/>
          <w:szCs w:val="32"/>
        </w:rPr>
        <w:t xml:space="preserve"> </w:t>
      </w:r>
      <w:r w:rsidR="00005671">
        <w:rPr>
          <w:b/>
          <w:bCs/>
          <w:sz w:val="36"/>
          <w:szCs w:val="32"/>
        </w:rPr>
        <w:t>X</w:t>
      </w:r>
    </w:p>
    <w:p w14:paraId="5A606CB8" w14:textId="4D24B354" w:rsidR="00613AB4" w:rsidRPr="00E9315E" w:rsidRDefault="00FC5359">
      <w:pPr>
        <w:pStyle w:val="SectionHeading"/>
        <w:rPr>
          <w:u w:val="single"/>
        </w:rPr>
      </w:pPr>
      <w:r w:rsidRPr="00E9315E">
        <w:rPr>
          <w:u w:val="single"/>
        </w:rPr>
        <w:t>Members</w:t>
      </w:r>
      <w:r w:rsidR="00E934C0" w:rsidRPr="00E9315E">
        <w:rPr>
          <w:u w:val="single"/>
        </w:rPr>
        <w: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09"/>
        <w:gridCol w:w="5565"/>
        <w:gridCol w:w="3137"/>
      </w:tblGrid>
      <w:tr w:rsidR="00613AB4" w:rsidRPr="00E9315E" w14:paraId="7D75A1DA" w14:textId="77777777" w:rsidTr="00515731">
        <w:trPr>
          <w:jc w:val="center"/>
        </w:trPr>
        <w:tc>
          <w:tcPr>
            <w:tcW w:w="709" w:type="dxa"/>
            <w:shd w:val="clear" w:color="auto" w:fill="D9EAF7"/>
          </w:tcPr>
          <w:p w14:paraId="4037A9BB" w14:textId="77777777" w:rsidR="00613AB4" w:rsidRPr="00E9315E" w:rsidRDefault="00FC5359">
            <w:r w:rsidRPr="00E9315E">
              <w:rPr>
                <w:b/>
              </w:rPr>
              <w:t>No.</w:t>
            </w:r>
          </w:p>
        </w:tc>
        <w:tc>
          <w:tcPr>
            <w:tcW w:w="5565" w:type="dxa"/>
            <w:shd w:val="clear" w:color="auto" w:fill="D9EAF7"/>
          </w:tcPr>
          <w:p w14:paraId="32775170" w14:textId="77777777" w:rsidR="00613AB4" w:rsidRPr="00E9315E" w:rsidRDefault="00FC5359">
            <w:r w:rsidRPr="00E9315E">
              <w:rPr>
                <w:b/>
              </w:rPr>
              <w:t>Student Name</w:t>
            </w:r>
          </w:p>
        </w:tc>
        <w:tc>
          <w:tcPr>
            <w:tcW w:w="3137" w:type="dxa"/>
            <w:shd w:val="clear" w:color="auto" w:fill="D9EAF7"/>
          </w:tcPr>
          <w:p w14:paraId="267BFBBF" w14:textId="77777777" w:rsidR="00613AB4" w:rsidRPr="00E9315E" w:rsidRDefault="00FC5359">
            <w:r w:rsidRPr="00E9315E">
              <w:rPr>
                <w:b/>
              </w:rPr>
              <w:t>Student ID</w:t>
            </w:r>
          </w:p>
        </w:tc>
      </w:tr>
      <w:tr w:rsidR="00613AB4" w:rsidRPr="00E9315E" w14:paraId="3330E394" w14:textId="77777777" w:rsidTr="00515731">
        <w:trPr>
          <w:jc w:val="center"/>
        </w:trPr>
        <w:tc>
          <w:tcPr>
            <w:tcW w:w="709" w:type="dxa"/>
          </w:tcPr>
          <w:p w14:paraId="24CF35BD" w14:textId="77777777" w:rsidR="00613AB4" w:rsidRPr="00E9315E" w:rsidRDefault="00FC5359">
            <w:r w:rsidRPr="00E9315E">
              <w:t>1</w:t>
            </w:r>
          </w:p>
        </w:tc>
        <w:tc>
          <w:tcPr>
            <w:tcW w:w="5565" w:type="dxa"/>
          </w:tcPr>
          <w:p w14:paraId="3C4D4BC8" w14:textId="0F60AB59" w:rsidR="00613AB4" w:rsidRPr="00E9315E" w:rsidRDefault="00613AB4"/>
        </w:tc>
        <w:tc>
          <w:tcPr>
            <w:tcW w:w="3137" w:type="dxa"/>
          </w:tcPr>
          <w:p w14:paraId="7C61135D" w14:textId="5A83DA75" w:rsidR="00613AB4" w:rsidRPr="00E9315E" w:rsidRDefault="00613AB4"/>
        </w:tc>
      </w:tr>
      <w:tr w:rsidR="00613AB4" w:rsidRPr="00E9315E" w14:paraId="04B30430" w14:textId="77777777" w:rsidTr="00515731">
        <w:trPr>
          <w:jc w:val="center"/>
        </w:trPr>
        <w:tc>
          <w:tcPr>
            <w:tcW w:w="709" w:type="dxa"/>
          </w:tcPr>
          <w:p w14:paraId="759763ED" w14:textId="77777777" w:rsidR="00613AB4" w:rsidRPr="00E9315E" w:rsidRDefault="00FC5359">
            <w:r w:rsidRPr="00E9315E">
              <w:t>2</w:t>
            </w:r>
          </w:p>
        </w:tc>
        <w:tc>
          <w:tcPr>
            <w:tcW w:w="5565" w:type="dxa"/>
          </w:tcPr>
          <w:p w14:paraId="4BE18005" w14:textId="5A46FA66" w:rsidR="00613AB4" w:rsidRPr="00E9315E" w:rsidRDefault="00613AB4"/>
        </w:tc>
        <w:tc>
          <w:tcPr>
            <w:tcW w:w="3137" w:type="dxa"/>
          </w:tcPr>
          <w:p w14:paraId="24F922A6" w14:textId="0A9A3DF1" w:rsidR="00613AB4" w:rsidRPr="00E9315E" w:rsidRDefault="00613AB4"/>
        </w:tc>
      </w:tr>
      <w:tr w:rsidR="00613AB4" w:rsidRPr="00E9315E" w14:paraId="0EEF7250" w14:textId="77777777" w:rsidTr="00515731">
        <w:trPr>
          <w:jc w:val="center"/>
        </w:trPr>
        <w:tc>
          <w:tcPr>
            <w:tcW w:w="709" w:type="dxa"/>
          </w:tcPr>
          <w:p w14:paraId="62B45CA8" w14:textId="77777777" w:rsidR="00613AB4" w:rsidRPr="00E9315E" w:rsidRDefault="00FC5359">
            <w:r w:rsidRPr="00E9315E">
              <w:t>3</w:t>
            </w:r>
          </w:p>
        </w:tc>
        <w:tc>
          <w:tcPr>
            <w:tcW w:w="5565" w:type="dxa"/>
          </w:tcPr>
          <w:p w14:paraId="3C539437" w14:textId="73BF18D2" w:rsidR="00613AB4" w:rsidRPr="00E9315E" w:rsidRDefault="00613AB4"/>
        </w:tc>
        <w:tc>
          <w:tcPr>
            <w:tcW w:w="3137" w:type="dxa"/>
          </w:tcPr>
          <w:p w14:paraId="6D69CD22" w14:textId="70010F91" w:rsidR="00613AB4" w:rsidRPr="00E9315E" w:rsidRDefault="00613AB4"/>
        </w:tc>
      </w:tr>
      <w:tr w:rsidR="00613AB4" w:rsidRPr="00E9315E" w14:paraId="38D4152A" w14:textId="77777777" w:rsidTr="00515731">
        <w:trPr>
          <w:jc w:val="center"/>
        </w:trPr>
        <w:tc>
          <w:tcPr>
            <w:tcW w:w="709" w:type="dxa"/>
          </w:tcPr>
          <w:p w14:paraId="13011C57" w14:textId="77777777" w:rsidR="00613AB4" w:rsidRPr="00E9315E" w:rsidRDefault="00FC5359">
            <w:r w:rsidRPr="00E9315E">
              <w:t>4</w:t>
            </w:r>
          </w:p>
        </w:tc>
        <w:tc>
          <w:tcPr>
            <w:tcW w:w="5565" w:type="dxa"/>
          </w:tcPr>
          <w:p w14:paraId="2CA8EEB4" w14:textId="70693412" w:rsidR="00613AB4" w:rsidRPr="00E9315E" w:rsidRDefault="00613AB4"/>
        </w:tc>
        <w:tc>
          <w:tcPr>
            <w:tcW w:w="3137" w:type="dxa"/>
          </w:tcPr>
          <w:p w14:paraId="67DA3299" w14:textId="052826E8" w:rsidR="00613AB4" w:rsidRPr="00E9315E" w:rsidRDefault="00613AB4"/>
        </w:tc>
      </w:tr>
      <w:tr w:rsidR="00613AB4" w:rsidRPr="00E9315E" w14:paraId="28B026E2" w14:textId="77777777" w:rsidTr="00515731">
        <w:trPr>
          <w:jc w:val="center"/>
        </w:trPr>
        <w:tc>
          <w:tcPr>
            <w:tcW w:w="709" w:type="dxa"/>
          </w:tcPr>
          <w:p w14:paraId="3B3CB038" w14:textId="77777777" w:rsidR="00613AB4" w:rsidRPr="00E9315E" w:rsidRDefault="00FC5359">
            <w:r w:rsidRPr="00E9315E">
              <w:t>5</w:t>
            </w:r>
          </w:p>
        </w:tc>
        <w:tc>
          <w:tcPr>
            <w:tcW w:w="5565" w:type="dxa"/>
          </w:tcPr>
          <w:p w14:paraId="22412485" w14:textId="7DD0EE25" w:rsidR="00613AB4" w:rsidRPr="00E9315E" w:rsidRDefault="00613AB4"/>
        </w:tc>
        <w:tc>
          <w:tcPr>
            <w:tcW w:w="3137" w:type="dxa"/>
          </w:tcPr>
          <w:p w14:paraId="3822C36E" w14:textId="0EFF93AC" w:rsidR="00613AB4" w:rsidRPr="00E9315E" w:rsidRDefault="00613AB4"/>
        </w:tc>
      </w:tr>
    </w:tbl>
    <w:p w14:paraId="1223552F" w14:textId="77777777" w:rsidR="00613AB4" w:rsidRPr="00E9315E" w:rsidRDefault="00613AB4"/>
    <w:p w14:paraId="421419FA" w14:textId="0493153B" w:rsidR="0085073E" w:rsidRPr="00A6440B" w:rsidRDefault="0085073E" w:rsidP="0085073E">
      <w:pPr>
        <w:rPr>
          <w:i/>
          <w:iCs/>
          <w:sz w:val="30"/>
          <w:szCs w:val="30"/>
        </w:rPr>
      </w:pPr>
      <w:r w:rsidRPr="00A6440B">
        <w:rPr>
          <w:i/>
          <w:iCs/>
          <w:sz w:val="30"/>
          <w:szCs w:val="30"/>
        </w:rPr>
        <w:t>We removed the programming exercise sections since they’re not required.</w:t>
      </w:r>
    </w:p>
    <w:p w14:paraId="0CA8BC7F" w14:textId="77777777" w:rsidR="00613AB4" w:rsidRPr="00E9315E" w:rsidRDefault="00FC5359">
      <w:r w:rsidRPr="00E9315E">
        <w:br w:type="page"/>
      </w:r>
    </w:p>
    <w:p w14:paraId="5FA58945" w14:textId="216744F7" w:rsidR="00613AB4" w:rsidRPr="00E9315E" w:rsidRDefault="00FC5359" w:rsidP="00D63C2A">
      <w:pPr>
        <w:pStyle w:val="SectionHeading"/>
        <w:jc w:val="center"/>
      </w:pPr>
      <w:r w:rsidRPr="00E9315E">
        <w:lastRenderedPageBreak/>
        <w:t>Assignment for Lecture 1-2</w:t>
      </w:r>
      <w:r w:rsidR="00D63C2A" w:rsidRPr="00E9315E">
        <w:t>:</w:t>
      </w:r>
    </w:p>
    <w:p w14:paraId="6C900AE2" w14:textId="77777777" w:rsidR="00613AB4" w:rsidRPr="00E9315E" w:rsidRDefault="00FC5359">
      <w:pPr>
        <w:pStyle w:val="QuestionHeading"/>
        <w:keepNext/>
      </w:pPr>
      <w:r w:rsidRPr="00E9315E">
        <w:t>Exercise 1</w:t>
      </w:r>
    </w:p>
    <w:p w14:paraId="7884B990" w14:textId="34BB87F5" w:rsidR="00613AB4" w:rsidRPr="00E9315E" w:rsidRDefault="00FC5359" w:rsidP="00B57645">
      <w:pPr>
        <w:spacing w:after="80"/>
      </w:pPr>
      <w:r w:rsidRPr="00E9315E">
        <w:t xml:space="preserve">Write a paragraph </w:t>
      </w:r>
      <w:proofErr w:type="gramStart"/>
      <w:r w:rsidRPr="00E9315E">
        <w:t>introducing about a</w:t>
      </w:r>
      <w:proofErr w:type="gramEnd"/>
      <w:r w:rsidRPr="00E9315E">
        <w:t xml:space="preserve"> software and the benefits it brings to you. Explain the type of </w:t>
      </w:r>
      <w:proofErr w:type="gramStart"/>
      <w:r w:rsidRPr="00E9315E">
        <w:t>the software</w:t>
      </w:r>
      <w:proofErr w:type="gramEnd"/>
      <w:r w:rsidRPr="00E9315E">
        <w:t xml:space="preserve"> (generic or customize).</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32"/>
        <w:gridCol w:w="5796"/>
      </w:tblGrid>
      <w:tr w:rsidR="00613AB4" w:rsidRPr="00E9315E" w14:paraId="47A414C2" w14:textId="77777777" w:rsidTr="1773E95F">
        <w:trPr>
          <w:jc w:val="center"/>
        </w:trPr>
        <w:tc>
          <w:tcPr>
            <w:tcW w:w="1871" w:type="dxa"/>
          </w:tcPr>
          <w:p w14:paraId="16CFC1BA" w14:textId="0EA0B953" w:rsidR="00613AB4" w:rsidRPr="00E9315E" w:rsidRDefault="00FC5359">
            <w:r w:rsidRPr="00E9315E">
              <w:rPr>
                <w:b/>
              </w:rPr>
              <w:t>STUDENT:</w:t>
            </w:r>
          </w:p>
        </w:tc>
        <w:tc>
          <w:tcPr>
            <w:tcW w:w="7370" w:type="dxa"/>
          </w:tcPr>
          <w:p w14:paraId="3B47AC27" w14:textId="6462D61F" w:rsidR="00613AB4" w:rsidRPr="00E9315E" w:rsidRDefault="00613AB4" w:rsidP="3871CEED">
            <w:pPr>
              <w:rPr>
                <w:rFonts w:cs="Times New Roman"/>
              </w:rPr>
            </w:pPr>
          </w:p>
        </w:tc>
      </w:tr>
      <w:tr w:rsidR="00613AB4" w:rsidRPr="00E9315E" w14:paraId="2C841D4F" w14:textId="77777777" w:rsidTr="1773E95F">
        <w:trPr>
          <w:jc w:val="center"/>
        </w:trPr>
        <w:tc>
          <w:tcPr>
            <w:tcW w:w="4706" w:type="dxa"/>
          </w:tcPr>
          <w:p w14:paraId="7CBD1FFA" w14:textId="77777777" w:rsidR="00613AB4" w:rsidRPr="00E9315E" w:rsidRDefault="00FC5359">
            <w:r w:rsidRPr="00E9315E">
              <w:rPr>
                <w:b/>
              </w:rPr>
              <w:t>SOLUTION:</w:t>
            </w:r>
          </w:p>
        </w:tc>
        <w:tc>
          <w:tcPr>
            <w:tcW w:w="4706" w:type="dxa"/>
          </w:tcPr>
          <w:p w14:paraId="7E80C14A" w14:textId="49FEEAB3" w:rsidR="00613AB4" w:rsidRPr="00E9315E" w:rsidRDefault="1773E95F" w:rsidP="1773E95F">
            <w:pPr>
              <w:rPr>
                <w:rFonts w:cs="Times New Roman"/>
              </w:rPr>
            </w:pPr>
            <w:r w:rsidRPr="00E9315E">
              <w:rPr>
                <w:rFonts w:cs="Times New Roman"/>
              </w:rPr>
              <w:t xml:space="preserve">Facebook is a social media </w:t>
            </w:r>
            <w:bookmarkStart w:id="0" w:name="_Int_YB9BTGOd"/>
            <w:r w:rsidRPr="00E9315E">
              <w:rPr>
                <w:rFonts w:cs="Times New Roman"/>
              </w:rPr>
              <w:t>software</w:t>
            </w:r>
            <w:bookmarkEnd w:id="0"/>
            <w:r w:rsidRPr="00E9315E">
              <w:rPr>
                <w:rFonts w:cs="Times New Roman"/>
              </w:rPr>
              <w:t xml:space="preserve"> that helps me connect with friends, family, and other people online. I can use it to send messages, share photos, watch videos, join groups, and follow news or pages that I like. It is useful because it makes communication faster and helps me stay updated with people and events around me. Facebook is </w:t>
            </w:r>
            <w:bookmarkStart w:id="1" w:name="_Int_iP1CWpY2"/>
            <w:r w:rsidRPr="00E9315E">
              <w:rPr>
                <w:rFonts w:cs="Times New Roman"/>
              </w:rPr>
              <w:t>a generic</w:t>
            </w:r>
            <w:bookmarkEnd w:id="1"/>
            <w:r w:rsidRPr="00E9315E">
              <w:rPr>
                <w:rFonts w:cs="Times New Roman"/>
              </w:rPr>
              <w:t xml:space="preserve"> software because it is made for the public, not for one specific person or company or organization.</w:t>
            </w:r>
          </w:p>
        </w:tc>
      </w:tr>
    </w:tbl>
    <w:p w14:paraId="6365290D" w14:textId="77777777" w:rsidR="00613AB4" w:rsidRPr="00E9315E" w:rsidRDefault="00613AB4"/>
    <w:p w14:paraId="3AE4D142" w14:textId="77777777" w:rsidR="00613AB4" w:rsidRPr="00E9315E" w:rsidRDefault="00FC5359">
      <w:pPr>
        <w:pStyle w:val="QuestionHeading"/>
        <w:keepNext/>
      </w:pPr>
      <w:r w:rsidRPr="00E9315E">
        <w:t>Exercise 2</w:t>
      </w:r>
    </w:p>
    <w:p w14:paraId="6B443EAF" w14:textId="519818C7" w:rsidR="00613AB4" w:rsidRPr="00E9315E" w:rsidRDefault="00FC5359" w:rsidP="00B57645">
      <w:pPr>
        <w:spacing w:after="80"/>
      </w:pPr>
      <w:r w:rsidRPr="00E9315E">
        <w:t>What differences that Web made to SE?</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56"/>
        <w:gridCol w:w="5772"/>
      </w:tblGrid>
      <w:tr w:rsidR="00613AB4" w:rsidRPr="00E9315E" w14:paraId="3655849D" w14:textId="77777777" w:rsidTr="1773E95F">
        <w:trPr>
          <w:jc w:val="center"/>
        </w:trPr>
        <w:tc>
          <w:tcPr>
            <w:tcW w:w="1871" w:type="dxa"/>
          </w:tcPr>
          <w:p w14:paraId="3425B92F" w14:textId="46F265D1" w:rsidR="00613AB4" w:rsidRPr="00E9315E" w:rsidRDefault="00FC5359">
            <w:r w:rsidRPr="00E9315E">
              <w:rPr>
                <w:b/>
              </w:rPr>
              <w:t>STUDENT:</w:t>
            </w:r>
          </w:p>
        </w:tc>
        <w:tc>
          <w:tcPr>
            <w:tcW w:w="7370" w:type="dxa"/>
          </w:tcPr>
          <w:p w14:paraId="263E126C" w14:textId="3EBD614B" w:rsidR="00613AB4" w:rsidRPr="00E9315E" w:rsidRDefault="00613AB4" w:rsidP="3871CEED">
            <w:pPr>
              <w:rPr>
                <w:rFonts w:cs="Times New Roman"/>
              </w:rPr>
            </w:pPr>
          </w:p>
        </w:tc>
      </w:tr>
      <w:tr w:rsidR="00613AB4" w:rsidRPr="00E9315E" w14:paraId="60E07BD6" w14:textId="77777777" w:rsidTr="1773E95F">
        <w:trPr>
          <w:jc w:val="center"/>
        </w:trPr>
        <w:tc>
          <w:tcPr>
            <w:tcW w:w="4706" w:type="dxa"/>
          </w:tcPr>
          <w:p w14:paraId="09CD4A8A" w14:textId="77777777" w:rsidR="00613AB4" w:rsidRPr="00E9315E" w:rsidRDefault="00FC5359">
            <w:r w:rsidRPr="00E9315E">
              <w:rPr>
                <w:b/>
              </w:rPr>
              <w:t>SOLUTION:</w:t>
            </w:r>
          </w:p>
        </w:tc>
        <w:tc>
          <w:tcPr>
            <w:tcW w:w="4706" w:type="dxa"/>
          </w:tcPr>
          <w:p w14:paraId="23B138E5" w14:textId="74521DB8" w:rsidR="00613AB4" w:rsidRPr="00E9315E" w:rsidRDefault="1773E95F" w:rsidP="1773E95F">
            <w:pPr>
              <w:rPr>
                <w:rFonts w:cs="Times New Roman"/>
              </w:rPr>
            </w:pPr>
            <w:r w:rsidRPr="00E9315E">
              <w:rPr>
                <w:rFonts w:cs="Times New Roman"/>
              </w:rPr>
              <w:t>The Web changed software engineering by making software accessible through browsers instead of only local computers. It also changed deployment and maintenance because software can be installed and updated on web servers, so users do not need to update separate programs on every PC. Web systems also need better scalability because many users may access them at the same time, and stronger security because they are connected through networks. In addition, the Web made user experience more important, including speed, interface, navigation, and content quality. Overall, software engineering moved toward distributed, reusable, and continuously updated web-based systems.</w:t>
            </w:r>
          </w:p>
        </w:tc>
      </w:tr>
    </w:tbl>
    <w:p w14:paraId="1EFBA7FF" w14:textId="77777777" w:rsidR="00613AB4" w:rsidRPr="00E9315E" w:rsidRDefault="00613AB4"/>
    <w:p w14:paraId="3768A0A7" w14:textId="77777777" w:rsidR="00613AB4" w:rsidRPr="00E9315E" w:rsidRDefault="00FC5359">
      <w:pPr>
        <w:pStyle w:val="QuestionHeading"/>
        <w:keepNext/>
      </w:pPr>
      <w:r w:rsidRPr="00E9315E">
        <w:t>Exercise 3</w:t>
      </w:r>
    </w:p>
    <w:p w14:paraId="3506BCCE" w14:textId="31151101" w:rsidR="00613AB4" w:rsidRPr="00E9315E" w:rsidRDefault="00FC5359" w:rsidP="00B57645">
      <w:pPr>
        <w:spacing w:after="80"/>
      </w:pPr>
      <w:r w:rsidRPr="00E9315E">
        <w:t xml:space="preserve">Trace the problem one would </w:t>
      </w:r>
      <w:proofErr w:type="gramStart"/>
      <w:r w:rsidRPr="00E9315E">
        <w:t>face,</w:t>
      </w:r>
      <w:proofErr w:type="gramEnd"/>
      <w:r w:rsidRPr="00E9315E">
        <w:t xml:space="preserve"> if he tries to develop a large software product without using software engineering principles.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26"/>
        <w:gridCol w:w="5802"/>
      </w:tblGrid>
      <w:tr w:rsidR="00613AB4" w:rsidRPr="00E9315E" w14:paraId="3AE98C72" w14:textId="77777777" w:rsidTr="1773E95F">
        <w:trPr>
          <w:jc w:val="center"/>
        </w:trPr>
        <w:tc>
          <w:tcPr>
            <w:tcW w:w="1871" w:type="dxa"/>
          </w:tcPr>
          <w:p w14:paraId="5E860C64" w14:textId="5C38D366" w:rsidR="00613AB4" w:rsidRPr="00E9315E" w:rsidRDefault="00FC5359">
            <w:r w:rsidRPr="00E9315E">
              <w:rPr>
                <w:b/>
              </w:rPr>
              <w:t>STUDENT:</w:t>
            </w:r>
          </w:p>
        </w:tc>
        <w:tc>
          <w:tcPr>
            <w:tcW w:w="7370" w:type="dxa"/>
          </w:tcPr>
          <w:p w14:paraId="57964533" w14:textId="024A41A8" w:rsidR="00613AB4" w:rsidRPr="00E9315E" w:rsidRDefault="00613AB4"/>
        </w:tc>
      </w:tr>
      <w:tr w:rsidR="00613AB4" w:rsidRPr="00E9315E" w14:paraId="06984088" w14:textId="77777777" w:rsidTr="1773E95F">
        <w:trPr>
          <w:jc w:val="center"/>
        </w:trPr>
        <w:tc>
          <w:tcPr>
            <w:tcW w:w="4706" w:type="dxa"/>
          </w:tcPr>
          <w:p w14:paraId="2CBDBFDE" w14:textId="77777777" w:rsidR="00613AB4" w:rsidRPr="00E9315E" w:rsidRDefault="00FC5359">
            <w:r w:rsidRPr="00E9315E">
              <w:rPr>
                <w:b/>
              </w:rPr>
              <w:t>SOLUTION:</w:t>
            </w:r>
          </w:p>
        </w:tc>
        <w:tc>
          <w:tcPr>
            <w:tcW w:w="4706" w:type="dxa"/>
          </w:tcPr>
          <w:p w14:paraId="067661F2" w14:textId="4665578C" w:rsidR="00613AB4" w:rsidRPr="00E9315E" w:rsidRDefault="1773E95F" w:rsidP="1773E95F">
            <w:pPr>
              <w:rPr>
                <w:rFonts w:cs="Times New Roman"/>
              </w:rPr>
            </w:pPr>
            <w:r w:rsidRPr="00E9315E">
              <w:rPr>
                <w:rFonts w:cs="Times New Roman"/>
              </w:rPr>
              <w:t xml:space="preserve">If a large software product is developed without software </w:t>
            </w:r>
            <w:r w:rsidRPr="00E9315E">
              <w:rPr>
                <w:rFonts w:cs="Times New Roman"/>
              </w:rPr>
              <w:lastRenderedPageBreak/>
              <w:t xml:space="preserve">engineering principles, many problems can happen. First, the requirements may be unclear, so the final product may not meet users’ needs. Second, poor design can make the system hard to understand, test, and improve. Without proper reviews and testing, bugs and defects may remain until late stages, where they are more expensive to fix. The project’s time can be extended, leading to late </w:t>
            </w:r>
            <w:proofErr w:type="gramStart"/>
            <w:r w:rsidRPr="00E9315E">
              <w:rPr>
                <w:rFonts w:cs="Times New Roman"/>
              </w:rPr>
              <w:t>final results</w:t>
            </w:r>
            <w:proofErr w:type="gramEnd"/>
            <w:r w:rsidRPr="00E9315E">
              <w:rPr>
                <w:rFonts w:cs="Times New Roman"/>
              </w:rPr>
              <w:t>, cost more than expected, and become unreliable. Teamwork can be poor because large software usually needs teams, documentation, and clear communication. Finally, maintenance becomes difficult because changes are almost impossible and badly designed, or badly documented software is harder and more expensive to correct, adapt, or enhance.</w:t>
            </w:r>
          </w:p>
        </w:tc>
      </w:tr>
    </w:tbl>
    <w:p w14:paraId="19F05D0D" w14:textId="77777777" w:rsidR="00613AB4" w:rsidRPr="00E9315E" w:rsidRDefault="00613AB4"/>
    <w:p w14:paraId="352E85AE" w14:textId="77777777" w:rsidR="00613AB4" w:rsidRPr="00E9315E" w:rsidRDefault="00FC5359">
      <w:pPr>
        <w:pStyle w:val="QuestionHeading"/>
        <w:keepNext/>
      </w:pPr>
      <w:r w:rsidRPr="00E9315E">
        <w:t>Exercise 4</w:t>
      </w:r>
    </w:p>
    <w:p w14:paraId="0FF39A1E" w14:textId="07C889B6" w:rsidR="00613AB4" w:rsidRPr="00E9315E" w:rsidRDefault="00FC5359" w:rsidP="0049362C">
      <w:pPr>
        <w:spacing w:after="80"/>
      </w:pPr>
      <w:r w:rsidRPr="00E9315E">
        <w:t xml:space="preserve">Choose a type of application. Searching information on Internet about an application </w:t>
      </w:r>
      <w:proofErr w:type="gramStart"/>
      <w:r w:rsidRPr="00E9315E">
        <w:t>belong</w:t>
      </w:r>
      <w:proofErr w:type="gramEnd"/>
      <w:r w:rsidRPr="00E9315E">
        <w:t xml:space="preserve"> to this type.</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5"/>
        <w:gridCol w:w="6333"/>
      </w:tblGrid>
      <w:tr w:rsidR="00613AB4" w:rsidRPr="00E9315E" w14:paraId="1282C328" w14:textId="77777777" w:rsidTr="000D286F">
        <w:trPr>
          <w:jc w:val="center"/>
        </w:trPr>
        <w:tc>
          <w:tcPr>
            <w:tcW w:w="3295" w:type="dxa"/>
          </w:tcPr>
          <w:p w14:paraId="0F6C3C6E" w14:textId="0B12CD0B" w:rsidR="00613AB4" w:rsidRPr="00E9315E" w:rsidRDefault="6BFD245A">
            <w:r w:rsidRPr="00E9315E">
              <w:rPr>
                <w:b/>
                <w:bCs/>
              </w:rPr>
              <w:t xml:space="preserve">STUDENT: </w:t>
            </w:r>
          </w:p>
        </w:tc>
        <w:tc>
          <w:tcPr>
            <w:tcW w:w="6333" w:type="dxa"/>
          </w:tcPr>
          <w:p w14:paraId="4656FF08" w14:textId="7F471272" w:rsidR="00613AB4" w:rsidRPr="00E9315E" w:rsidRDefault="00613AB4" w:rsidP="6BFD245A"/>
        </w:tc>
      </w:tr>
      <w:tr w:rsidR="00613AB4" w:rsidRPr="00E9315E" w14:paraId="70AA06D8" w14:textId="77777777" w:rsidTr="000D286F">
        <w:trPr>
          <w:jc w:val="center"/>
        </w:trPr>
        <w:tc>
          <w:tcPr>
            <w:tcW w:w="3295" w:type="dxa"/>
          </w:tcPr>
          <w:p w14:paraId="3D858290" w14:textId="77777777" w:rsidR="00613AB4" w:rsidRPr="00E9315E" w:rsidRDefault="00FC5359">
            <w:r w:rsidRPr="00E9315E">
              <w:rPr>
                <w:b/>
              </w:rPr>
              <w:t>SOLUTION:</w:t>
            </w:r>
          </w:p>
        </w:tc>
        <w:tc>
          <w:tcPr>
            <w:tcW w:w="6333" w:type="dxa"/>
          </w:tcPr>
          <w:p w14:paraId="39C7ADC5" w14:textId="505286AF" w:rsidR="00613AB4" w:rsidRPr="00AA5344" w:rsidRDefault="6BFD245A" w:rsidP="0049362C">
            <w:pPr>
              <w:spacing w:after="240"/>
            </w:pPr>
            <w:r w:rsidRPr="00E9315E">
              <w:rPr>
                <w:rFonts w:cs="Times New Roman"/>
                <w:szCs w:val="24"/>
              </w:rPr>
              <w:t xml:space="preserve">  </w:t>
            </w:r>
            <w:r w:rsidRPr="00AA5344">
              <w:rPr>
                <w:rFonts w:cs="Times New Roman"/>
                <w:szCs w:val="24"/>
              </w:rPr>
              <w:t>I have selected Systems for modeling and simulation for this assignment. A prominent real-world example of this application type is MATLAB (Matrix Laboratory), often used in conjunction with Simulink. MATLAB serves as a high-level programming language and environment specifically engineered for numerical computing, visualization, and programming.</w:t>
            </w:r>
          </w:p>
          <w:p w14:paraId="44FE72C6" w14:textId="432026A4" w:rsidR="00613AB4" w:rsidRPr="00AA5344" w:rsidRDefault="6BFD245A" w:rsidP="6BFD245A">
            <w:pPr>
              <w:spacing w:before="240" w:after="240"/>
            </w:pPr>
            <w:r w:rsidRPr="00AA5344">
              <w:rPr>
                <w:rFonts w:cs="Times New Roman"/>
                <w:szCs w:val="24"/>
              </w:rPr>
              <w:t xml:space="preserve">  This software functions as a robust system for modeling and simulation by enabling users to construct "Digital Twins," which are highly accurate in virtual representations of physical assets, processes, or entire systems. The integration of Simulink provides a block diagram environment ideal for multi-domain simulation and Model-Based Design. This setup is essential for designing intricate systems that require precise control logic or advanced signal processing.</w:t>
            </w:r>
          </w:p>
          <w:p w14:paraId="45EEAE85" w14:textId="2B10231B" w:rsidR="00613AB4" w:rsidRPr="00E9315E" w:rsidRDefault="6BFD245A" w:rsidP="6BFD245A">
            <w:pPr>
              <w:spacing w:before="240" w:after="240"/>
            </w:pPr>
            <w:r w:rsidRPr="00AA5344">
              <w:rPr>
                <w:rFonts w:cs="Times New Roman"/>
                <w:szCs w:val="24"/>
              </w:rPr>
              <w:t xml:space="preserve">  Engineers utilize these tools to perform high-level tasks such as analyzing massive datasets, developing new algorithms, and creating predictive models. These models can simulate how a system will behave under extreme or dangerous conditions without any risk of physical failure. Consequently, MATLAB has become a standard tool in critical industries, including Aerospace for flight dynamics, Automotive for electric vehicle </w:t>
            </w:r>
            <w:r w:rsidRPr="00AA5344">
              <w:rPr>
                <w:rFonts w:cs="Times New Roman"/>
                <w:szCs w:val="24"/>
              </w:rPr>
              <w:lastRenderedPageBreak/>
              <w:t>battery management, and Robotics for sensor fusion and path planning. Further information regarding these capabilities can be found at the official source:</w:t>
            </w:r>
            <w:r w:rsidRPr="00E9315E">
              <w:rPr>
                <w:rFonts w:cs="Times New Roman"/>
                <w:szCs w:val="24"/>
              </w:rPr>
              <w:t xml:space="preserve"> </w:t>
            </w:r>
            <w:hyperlink r:id="rId5">
              <w:r w:rsidRPr="00E9315E">
                <w:rPr>
                  <w:rStyle w:val="Hyperlink"/>
                  <w:rFonts w:cs="Times New Roman"/>
                  <w:szCs w:val="24"/>
                </w:rPr>
                <w:t>https://www.mathworks.com/products/matlab.html</w:t>
              </w:r>
            </w:hyperlink>
            <w:r w:rsidRPr="00E9315E">
              <w:rPr>
                <w:rFonts w:cs="Times New Roman"/>
                <w:szCs w:val="24"/>
              </w:rPr>
              <w:t>.</w:t>
            </w:r>
          </w:p>
        </w:tc>
      </w:tr>
    </w:tbl>
    <w:p w14:paraId="45D58734" w14:textId="77777777" w:rsidR="00613AB4" w:rsidRPr="00E9315E" w:rsidRDefault="00613AB4"/>
    <w:p w14:paraId="2BB09DC0" w14:textId="77777777" w:rsidR="00613AB4" w:rsidRPr="00E9315E" w:rsidRDefault="00FC5359">
      <w:pPr>
        <w:pStyle w:val="QuestionHeading"/>
        <w:keepNext/>
      </w:pPr>
      <w:r w:rsidRPr="00E9315E">
        <w:t>Exercise 1.1</w:t>
      </w:r>
    </w:p>
    <w:p w14:paraId="76CD4FF0" w14:textId="3A4A9645" w:rsidR="00613AB4" w:rsidRPr="00E9315E" w:rsidRDefault="00FC5359" w:rsidP="00F02551">
      <w:pPr>
        <w:spacing w:after="80"/>
      </w:pPr>
      <w:r w:rsidRPr="00E9315E">
        <w:t xml:space="preserve">By </w:t>
      </w:r>
      <w:proofErr w:type="gramStart"/>
      <w:r w:rsidRPr="00E9315E">
        <w:t>making reference</w:t>
      </w:r>
      <w:proofErr w:type="gramEnd"/>
      <w:r w:rsidRPr="00E9315E">
        <w:t xml:space="preserve"> to the distribution of software costs discussed in Section 1.1.6, explain why it is appropriate to consider software to be more than the programs that can be executed by end-users of a system.</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33"/>
        <w:gridCol w:w="5795"/>
      </w:tblGrid>
      <w:tr w:rsidR="00613AB4" w:rsidRPr="00E9315E" w14:paraId="1D373F95" w14:textId="77777777" w:rsidTr="6BFD245A">
        <w:trPr>
          <w:jc w:val="center"/>
        </w:trPr>
        <w:tc>
          <w:tcPr>
            <w:tcW w:w="1871" w:type="dxa"/>
          </w:tcPr>
          <w:p w14:paraId="3D809197" w14:textId="6B50E26E" w:rsidR="00613AB4" w:rsidRPr="00E9315E" w:rsidRDefault="00FC5359">
            <w:r w:rsidRPr="00E9315E">
              <w:rPr>
                <w:b/>
              </w:rPr>
              <w:t>STUDENT:</w:t>
            </w:r>
          </w:p>
        </w:tc>
        <w:tc>
          <w:tcPr>
            <w:tcW w:w="7370" w:type="dxa"/>
          </w:tcPr>
          <w:p w14:paraId="085E1AD0" w14:textId="649B9B1E" w:rsidR="00613AB4" w:rsidRPr="00E9315E" w:rsidRDefault="00613AB4" w:rsidP="6BFD245A"/>
        </w:tc>
      </w:tr>
      <w:tr w:rsidR="00613AB4" w:rsidRPr="00E9315E" w14:paraId="625AA18D" w14:textId="77777777" w:rsidTr="6BFD245A">
        <w:trPr>
          <w:jc w:val="center"/>
        </w:trPr>
        <w:tc>
          <w:tcPr>
            <w:tcW w:w="4706" w:type="dxa"/>
          </w:tcPr>
          <w:p w14:paraId="6B8EFC6F" w14:textId="77777777" w:rsidR="00613AB4" w:rsidRPr="00E9315E" w:rsidRDefault="00FC5359">
            <w:r w:rsidRPr="00E9315E">
              <w:rPr>
                <w:b/>
              </w:rPr>
              <w:t>SOLUTION:</w:t>
            </w:r>
          </w:p>
        </w:tc>
        <w:tc>
          <w:tcPr>
            <w:tcW w:w="4706" w:type="dxa"/>
          </w:tcPr>
          <w:p w14:paraId="67772F33" w14:textId="512FE4F2" w:rsidR="00613AB4" w:rsidRPr="00E9315E" w:rsidRDefault="6BFD245A" w:rsidP="6BFD245A">
            <w:r w:rsidRPr="00E9315E">
              <w:t>According to Sommerville's book on software cost distribution, viewing software as more than just executable programs is entirely logical, as a large portion of the budget and resources are invested in activities outside of programming. In fact, evolution and maintenance costs often account for over 60% of a system's total cost, demonstrating that the software lifecycle is significantly longer than the initial coding phase. Furthermore, technical processes such as requirements definition, architectural design, and testing typically cost more than programming itself. This confirms that the concept of "software" must encompass a complete set of assets, including documentation, configuration data, and system instructions, as these are essential elements for ensuring the system can operate, be maintained, and provide long-term value to end users.</w:t>
            </w:r>
          </w:p>
        </w:tc>
      </w:tr>
    </w:tbl>
    <w:p w14:paraId="49F478E3" w14:textId="77777777" w:rsidR="00613AB4" w:rsidRPr="00E9315E" w:rsidRDefault="00613AB4"/>
    <w:p w14:paraId="42CE6E10" w14:textId="77777777" w:rsidR="00613AB4" w:rsidRPr="00E9315E" w:rsidRDefault="00FC5359">
      <w:pPr>
        <w:pStyle w:val="QuestionHeading"/>
        <w:keepNext/>
      </w:pPr>
      <w:r w:rsidRPr="00E9315E">
        <w:t>Exercise 1.2</w:t>
      </w:r>
    </w:p>
    <w:p w14:paraId="1F378625" w14:textId="03AEF93A" w:rsidR="00613AB4" w:rsidRPr="00E9315E" w:rsidRDefault="00FC5359" w:rsidP="00296A23">
      <w:pPr>
        <w:spacing w:after="80"/>
      </w:pPr>
      <w:r w:rsidRPr="00E9315E">
        <w:t>What are the differences between generic software product development and custom software development?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43"/>
        <w:gridCol w:w="5785"/>
      </w:tblGrid>
      <w:tr w:rsidR="00613AB4" w:rsidRPr="00E9315E" w14:paraId="70740381" w14:textId="77777777" w:rsidTr="6BFD245A">
        <w:trPr>
          <w:jc w:val="center"/>
        </w:trPr>
        <w:tc>
          <w:tcPr>
            <w:tcW w:w="1871" w:type="dxa"/>
          </w:tcPr>
          <w:p w14:paraId="302204D2" w14:textId="190B8216" w:rsidR="00613AB4" w:rsidRPr="00E9315E" w:rsidRDefault="00FC5359">
            <w:r w:rsidRPr="00E9315E">
              <w:rPr>
                <w:b/>
              </w:rPr>
              <w:t>STUDENT:</w:t>
            </w:r>
          </w:p>
        </w:tc>
        <w:tc>
          <w:tcPr>
            <w:tcW w:w="7370" w:type="dxa"/>
          </w:tcPr>
          <w:p w14:paraId="241FBBCA" w14:textId="409AC9E8" w:rsidR="00613AB4" w:rsidRPr="00E9315E" w:rsidRDefault="00613AB4" w:rsidP="6BFD245A"/>
        </w:tc>
      </w:tr>
      <w:tr w:rsidR="00613AB4" w:rsidRPr="00E9315E" w14:paraId="40EB1D97" w14:textId="77777777" w:rsidTr="6BFD245A">
        <w:trPr>
          <w:jc w:val="center"/>
        </w:trPr>
        <w:tc>
          <w:tcPr>
            <w:tcW w:w="4706" w:type="dxa"/>
          </w:tcPr>
          <w:p w14:paraId="2DB764E0" w14:textId="77777777" w:rsidR="00613AB4" w:rsidRPr="00E9315E" w:rsidRDefault="00FC5359">
            <w:r w:rsidRPr="00E9315E">
              <w:rPr>
                <w:b/>
              </w:rPr>
              <w:t>SOLUTION:</w:t>
            </w:r>
          </w:p>
        </w:tc>
        <w:tc>
          <w:tcPr>
            <w:tcW w:w="4706" w:type="dxa"/>
          </w:tcPr>
          <w:p w14:paraId="374714FB" w14:textId="5BE62E4A" w:rsidR="00613AB4" w:rsidRPr="00E9315E" w:rsidRDefault="6BFD245A" w:rsidP="6BFD245A">
            <w:r w:rsidRPr="00E9315E">
              <w:t xml:space="preserve">  The difference between generic and custom software development is clearly demonstrated in terms of market objectives and product control. Generic products are independent systems built for widespread sale to any customer, such as graphic editing tools or project management systems. Conversely, customized products are </w:t>
            </w:r>
            <w:proofErr w:type="gramStart"/>
            <w:r w:rsidRPr="00E9315E">
              <w:t>custom-ordered</w:t>
            </w:r>
            <w:proofErr w:type="gramEnd"/>
            <w:r w:rsidRPr="00E9315E">
              <w:t xml:space="preserve"> by a specific customer to address unique needs, such as air traffic control or traffic </w:t>
            </w:r>
            <w:r w:rsidRPr="00E9315E">
              <w:lastRenderedPageBreak/>
              <w:t>monitoring systems. In terms of product specifications, the generic software developer has the right to decide on features and changes, while with custom software, the customer owns the specifications and makes changes as needed.</w:t>
            </w:r>
          </w:p>
          <w:p w14:paraId="6FA5A656" w14:textId="4F3E2D0C" w:rsidR="00613AB4" w:rsidRPr="00E9315E" w:rsidRDefault="6BFD245A" w:rsidP="6BFD245A">
            <w:r w:rsidRPr="00E9315E">
              <w:t xml:space="preserve">  From an operational perspective, generic software has the advantage of faster deployment and lower initial costs, but features are often limited by </w:t>
            </w:r>
            <w:proofErr w:type="gramStart"/>
            <w:r w:rsidRPr="00E9315E">
              <w:t>standards</w:t>
            </w:r>
            <w:proofErr w:type="gramEnd"/>
            <w:r w:rsidRPr="00E9315E">
              <w:t xml:space="preserve"> and security is not as high. Meanwhile, on-demand software requires longer development times and higher initial investment costs, but in return, it offers specific features, high scalability, strong security, and more flexible, long-term support. These characteristics help customers optimize their return on investment (ROI) in the long term, even if they </w:t>
            </w:r>
            <w:proofErr w:type="gramStart"/>
            <w:r w:rsidRPr="00E9315E">
              <w:t>have to</w:t>
            </w:r>
            <w:proofErr w:type="gramEnd"/>
            <w:r w:rsidRPr="00E9315E">
              <w:t xml:space="preserve"> accept a higher initial cost.</w:t>
            </w:r>
          </w:p>
        </w:tc>
      </w:tr>
    </w:tbl>
    <w:p w14:paraId="16DAF683" w14:textId="77777777" w:rsidR="00613AB4" w:rsidRPr="00E9315E" w:rsidRDefault="00613AB4"/>
    <w:p w14:paraId="692FAC18" w14:textId="77777777" w:rsidR="00613AB4" w:rsidRPr="00E9315E" w:rsidRDefault="00FC5359">
      <w:pPr>
        <w:pStyle w:val="QuestionHeading"/>
        <w:keepNext/>
      </w:pPr>
      <w:r w:rsidRPr="00E9315E">
        <w:t>Exercise 1.3</w:t>
      </w:r>
    </w:p>
    <w:p w14:paraId="02963A65" w14:textId="6A763725" w:rsidR="00613AB4" w:rsidRPr="00E9315E" w:rsidRDefault="00FC5359" w:rsidP="00296A23">
      <w:pPr>
        <w:spacing w:after="80"/>
      </w:pPr>
      <w:r w:rsidRPr="00E9315E">
        <w:t>What are the four important attributes which all software products should have? Suggest four other attributes that may sometimes be significant.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30"/>
        <w:gridCol w:w="5798"/>
      </w:tblGrid>
      <w:tr w:rsidR="00613AB4" w:rsidRPr="00E9315E" w14:paraId="7F6D0072" w14:textId="77777777" w:rsidTr="6BFD245A">
        <w:trPr>
          <w:jc w:val="center"/>
        </w:trPr>
        <w:tc>
          <w:tcPr>
            <w:tcW w:w="1871" w:type="dxa"/>
          </w:tcPr>
          <w:p w14:paraId="584AE013" w14:textId="698A3DA9" w:rsidR="00613AB4" w:rsidRPr="00E9315E" w:rsidRDefault="00FC5359">
            <w:r w:rsidRPr="00E9315E">
              <w:rPr>
                <w:b/>
              </w:rPr>
              <w:t>STUDENT:</w:t>
            </w:r>
          </w:p>
        </w:tc>
        <w:tc>
          <w:tcPr>
            <w:tcW w:w="7370" w:type="dxa"/>
          </w:tcPr>
          <w:p w14:paraId="4B831943" w14:textId="0D40945D" w:rsidR="00613AB4" w:rsidRPr="00E9315E" w:rsidRDefault="00613AB4"/>
        </w:tc>
      </w:tr>
      <w:tr w:rsidR="00613AB4" w:rsidRPr="00E9315E" w14:paraId="3ED14D0A" w14:textId="77777777" w:rsidTr="6BFD245A">
        <w:trPr>
          <w:jc w:val="center"/>
        </w:trPr>
        <w:tc>
          <w:tcPr>
            <w:tcW w:w="4706" w:type="dxa"/>
          </w:tcPr>
          <w:p w14:paraId="13B6FED7" w14:textId="77777777" w:rsidR="00613AB4" w:rsidRPr="00E9315E" w:rsidRDefault="00FC5359">
            <w:r w:rsidRPr="00E9315E">
              <w:rPr>
                <w:b/>
              </w:rPr>
              <w:t>SOLUTION:</w:t>
            </w:r>
          </w:p>
        </w:tc>
        <w:tc>
          <w:tcPr>
            <w:tcW w:w="4706" w:type="dxa"/>
          </w:tcPr>
          <w:p w14:paraId="6E5B4775" w14:textId="0AEFBF2D" w:rsidR="00613AB4" w:rsidRPr="00D17E7F" w:rsidRDefault="6BFD245A" w:rsidP="6BFD245A">
            <w:pPr>
              <w:spacing w:after="150"/>
            </w:pPr>
            <w:r w:rsidRPr="00D17E7F">
              <w:rPr>
                <w:rFonts w:cs="Times New Roman"/>
                <w:color w:val="1F1F1F"/>
                <w:szCs w:val="24"/>
              </w:rPr>
              <w:t xml:space="preserve">  All professional software products should consistently exhibit four fundamental attributes to be considered high-quality: maintainability, which allows the system to evolve with changing business needs; dependability and security, ensuring the software is reliable, safe, and resilient against attacks; efficiency, which focuses on the optimal use of system resources like memory and processor cycles; and acceptability, meaning the product is usable and compatible for its intended audience. Beyond these core traits, other attributes can become significant depending on the specific context, such as scalability for handling increased workloads, portability for operating across different hardware platforms, interoperability for seamless communication between independent systems, and usability to ensure a high-quality, accessible experience for all users.</w:t>
            </w:r>
          </w:p>
        </w:tc>
      </w:tr>
    </w:tbl>
    <w:p w14:paraId="7E854415" w14:textId="77777777" w:rsidR="00613AB4" w:rsidRPr="00E9315E" w:rsidRDefault="00613AB4"/>
    <w:p w14:paraId="5991D675" w14:textId="77777777" w:rsidR="00613AB4" w:rsidRPr="00E9315E" w:rsidRDefault="00FC5359">
      <w:pPr>
        <w:pStyle w:val="QuestionHeading"/>
        <w:keepNext/>
      </w:pPr>
      <w:r w:rsidRPr="00E9315E">
        <w:lastRenderedPageBreak/>
        <w:t>Exercise 1.8</w:t>
      </w:r>
    </w:p>
    <w:p w14:paraId="23BAF8C7" w14:textId="2923D1D8" w:rsidR="00613AB4" w:rsidRPr="00E9315E" w:rsidRDefault="00FC5359" w:rsidP="007B2F08">
      <w:pPr>
        <w:spacing w:after="80"/>
      </w:pPr>
      <w:r w:rsidRPr="00E9315E">
        <w:t xml:space="preserve">As software becomes more pervasive, risks to the public (due to faulty programs) become an increasingly significant concern. Develop a doomsday but realistic scenario in which the failure of a computer program could do great harm (either economic or </w:t>
      </w:r>
      <w:proofErr w:type="gramStart"/>
      <w:r w:rsidRPr="00E9315E">
        <w:t>human</w:t>
      </w:r>
      <w:proofErr w:type="gramEnd"/>
      <w:r w:rsidRPr="00E9315E">
        <w: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44"/>
        <w:gridCol w:w="5784"/>
      </w:tblGrid>
      <w:tr w:rsidR="00613AB4" w:rsidRPr="00E9315E" w14:paraId="5C68F725" w14:textId="77777777" w:rsidTr="6BFD245A">
        <w:trPr>
          <w:jc w:val="center"/>
        </w:trPr>
        <w:tc>
          <w:tcPr>
            <w:tcW w:w="1871" w:type="dxa"/>
          </w:tcPr>
          <w:p w14:paraId="56E69F6B" w14:textId="776C7B05" w:rsidR="00613AB4" w:rsidRPr="00E9315E" w:rsidRDefault="00FC5359">
            <w:r w:rsidRPr="00E9315E">
              <w:rPr>
                <w:b/>
              </w:rPr>
              <w:t>STUDENT:</w:t>
            </w:r>
          </w:p>
        </w:tc>
        <w:tc>
          <w:tcPr>
            <w:tcW w:w="7370" w:type="dxa"/>
          </w:tcPr>
          <w:p w14:paraId="687E9D64" w14:textId="0188676A" w:rsidR="00613AB4" w:rsidRPr="00E9315E" w:rsidRDefault="00613AB4" w:rsidP="6BFD245A"/>
        </w:tc>
      </w:tr>
      <w:tr w:rsidR="00613AB4" w:rsidRPr="00E9315E" w14:paraId="26687054" w14:textId="77777777" w:rsidTr="6BFD245A">
        <w:trPr>
          <w:jc w:val="center"/>
        </w:trPr>
        <w:tc>
          <w:tcPr>
            <w:tcW w:w="4706" w:type="dxa"/>
          </w:tcPr>
          <w:p w14:paraId="41DE1CE9" w14:textId="77777777" w:rsidR="00613AB4" w:rsidRPr="00E9315E" w:rsidRDefault="00FC5359">
            <w:r w:rsidRPr="00E9315E">
              <w:rPr>
                <w:b/>
              </w:rPr>
              <w:t>SOLUTION:</w:t>
            </w:r>
          </w:p>
        </w:tc>
        <w:tc>
          <w:tcPr>
            <w:tcW w:w="4706" w:type="dxa"/>
          </w:tcPr>
          <w:p w14:paraId="0107E1A7" w14:textId="0A77FC74" w:rsidR="00613AB4" w:rsidRPr="00E9315E" w:rsidRDefault="6BFD245A" w:rsidP="6BFD245A">
            <w:r w:rsidRPr="00E9315E">
              <w:t xml:space="preserve">  The increasing reliance on embedded control systems in critical infrastructure can lead to disaster if software failures occur. A real-world scenario is a failure in the national grid's load balancing software during peak hours, causing transformer explosions and widespread power outages. Direct consequences include loss of life due to the shutdown of life support equipment in hospitals, as well as economic collapse as interactive transaction-based applications and supply chains are frozen. This scenario underscores that software is not just executable code but a complete product, where characteristics such as reliability and security are vital to preventing irreversible damage.</w:t>
            </w:r>
          </w:p>
        </w:tc>
      </w:tr>
    </w:tbl>
    <w:p w14:paraId="0FAA03E3" w14:textId="77777777" w:rsidR="00613AB4" w:rsidRPr="00E9315E" w:rsidRDefault="00613AB4"/>
    <w:p w14:paraId="0863D161" w14:textId="77777777" w:rsidR="00613AB4" w:rsidRPr="00E9315E" w:rsidRDefault="00FC5359">
      <w:r w:rsidRPr="00E9315E">
        <w:br w:type="page"/>
      </w:r>
    </w:p>
    <w:p w14:paraId="78643104" w14:textId="0AA5A3CC" w:rsidR="00613AB4" w:rsidRPr="00E9315E" w:rsidRDefault="00FC5359" w:rsidP="00114FD6">
      <w:pPr>
        <w:pStyle w:val="SectionHeading"/>
        <w:jc w:val="center"/>
      </w:pPr>
      <w:r w:rsidRPr="00E9315E">
        <w:lastRenderedPageBreak/>
        <w:t>Assignment for Lecture 3</w:t>
      </w:r>
      <w:r w:rsidR="00114FD6" w:rsidRPr="00E9315E">
        <w:t>:</w:t>
      </w:r>
    </w:p>
    <w:p w14:paraId="36B9668B" w14:textId="77777777" w:rsidR="00613AB4" w:rsidRPr="00E9315E" w:rsidRDefault="00FC5359">
      <w:pPr>
        <w:pStyle w:val="QuestionHeading"/>
        <w:keepNext/>
      </w:pPr>
      <w:r w:rsidRPr="00E9315E">
        <w:t>Exercise 1</w:t>
      </w:r>
    </w:p>
    <w:p w14:paraId="681FFFE1" w14:textId="02F2E72B" w:rsidR="00613AB4" w:rsidRPr="00E9315E" w:rsidRDefault="00FC5359" w:rsidP="002954F5">
      <w:pPr>
        <w:spacing w:after="80"/>
      </w:pPr>
      <w:r w:rsidRPr="00E9315E">
        <w:t>Write a summary paragraph about Waterfall model.</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31"/>
        <w:gridCol w:w="5797"/>
      </w:tblGrid>
      <w:tr w:rsidR="00613AB4" w:rsidRPr="00E9315E" w14:paraId="35023213" w14:textId="77777777" w:rsidTr="6BFD245A">
        <w:trPr>
          <w:jc w:val="center"/>
        </w:trPr>
        <w:tc>
          <w:tcPr>
            <w:tcW w:w="1871" w:type="dxa"/>
          </w:tcPr>
          <w:p w14:paraId="2EA83986" w14:textId="17B86DF9" w:rsidR="00613AB4" w:rsidRPr="00E9315E" w:rsidRDefault="00FC5359">
            <w:r w:rsidRPr="00E9315E">
              <w:rPr>
                <w:b/>
              </w:rPr>
              <w:t>STUDENT:</w:t>
            </w:r>
          </w:p>
        </w:tc>
        <w:tc>
          <w:tcPr>
            <w:tcW w:w="7370" w:type="dxa"/>
          </w:tcPr>
          <w:p w14:paraId="06B3A65F" w14:textId="0CDAC73D" w:rsidR="00613AB4" w:rsidRPr="00E9315E" w:rsidRDefault="00613AB4"/>
        </w:tc>
      </w:tr>
      <w:tr w:rsidR="00613AB4" w:rsidRPr="00E9315E" w14:paraId="06C7494E" w14:textId="77777777" w:rsidTr="6BFD245A">
        <w:trPr>
          <w:jc w:val="center"/>
        </w:trPr>
        <w:tc>
          <w:tcPr>
            <w:tcW w:w="4706" w:type="dxa"/>
          </w:tcPr>
          <w:p w14:paraId="3047D925" w14:textId="77777777" w:rsidR="00613AB4" w:rsidRPr="00E9315E" w:rsidRDefault="00FC5359">
            <w:r w:rsidRPr="00E9315E">
              <w:rPr>
                <w:b/>
              </w:rPr>
              <w:t>SOLUTION:</w:t>
            </w:r>
          </w:p>
        </w:tc>
        <w:tc>
          <w:tcPr>
            <w:tcW w:w="4706" w:type="dxa"/>
          </w:tcPr>
          <w:p w14:paraId="4F623CE7" w14:textId="1707DC76" w:rsidR="00613AB4" w:rsidRPr="002954F5" w:rsidRDefault="6BFD245A" w:rsidP="6BFD245A">
            <w:r w:rsidRPr="002954F5">
              <w:rPr>
                <w:rFonts w:cs="Times New Roman"/>
                <w:szCs w:val="24"/>
              </w:rPr>
              <w:t>The Waterfall model is a traditional software development methodology that follows a linear and sequential process, where each phase must be completed before the next one begins. Typical phases include requirements analysis, system design, implementation (coding), testing, deployment, and maintenance. Because of its structured nature, the Waterfall model works best when project requirements are clearly defined and unlikely to change. It emphasizes detailed documentation, planning, and strict control of progress. However, it can be less flexible than iterative methods such as Agile because changes are difficult and costly once development has moved to later stages.</w:t>
            </w:r>
          </w:p>
        </w:tc>
      </w:tr>
    </w:tbl>
    <w:p w14:paraId="2653F195" w14:textId="77777777" w:rsidR="00613AB4" w:rsidRPr="00E9315E" w:rsidRDefault="00613AB4"/>
    <w:p w14:paraId="7D67961A" w14:textId="77777777" w:rsidR="00613AB4" w:rsidRPr="00E9315E" w:rsidRDefault="00FC5359">
      <w:pPr>
        <w:pStyle w:val="QuestionHeading"/>
        <w:keepNext/>
      </w:pPr>
      <w:r w:rsidRPr="00E9315E">
        <w:t>Exercise 2</w:t>
      </w:r>
    </w:p>
    <w:p w14:paraId="4903EF89" w14:textId="7897C572" w:rsidR="00613AB4" w:rsidRPr="00E9315E" w:rsidRDefault="00FC5359" w:rsidP="002954F5">
      <w:pPr>
        <w:spacing w:after="80"/>
      </w:pPr>
      <w:r w:rsidRPr="00E9315E">
        <w:t xml:space="preserve">Find an example (on Internet) </w:t>
      </w:r>
      <w:proofErr w:type="gramStart"/>
      <w:r w:rsidRPr="00E9315E">
        <w:t>about</w:t>
      </w:r>
      <w:proofErr w:type="gramEnd"/>
      <w:r w:rsidRPr="00E9315E">
        <w:t xml:space="preserve"> </w:t>
      </w:r>
      <w:proofErr w:type="gramStart"/>
      <w:r w:rsidRPr="00E9315E">
        <w:t>a software</w:t>
      </w:r>
      <w:proofErr w:type="gramEnd"/>
      <w:r w:rsidRPr="00E9315E">
        <w:t xml:space="preserve"> developed using Waterfall model.</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33"/>
        <w:gridCol w:w="5795"/>
      </w:tblGrid>
      <w:tr w:rsidR="00613AB4" w:rsidRPr="00E9315E" w14:paraId="1252370A" w14:textId="77777777" w:rsidTr="6BFD245A">
        <w:trPr>
          <w:jc w:val="center"/>
        </w:trPr>
        <w:tc>
          <w:tcPr>
            <w:tcW w:w="1871" w:type="dxa"/>
          </w:tcPr>
          <w:p w14:paraId="37093E6D" w14:textId="195FA660" w:rsidR="00613AB4" w:rsidRPr="00E9315E" w:rsidRDefault="00FC5359">
            <w:r w:rsidRPr="00E9315E">
              <w:rPr>
                <w:b/>
              </w:rPr>
              <w:t>STUDENT:</w:t>
            </w:r>
          </w:p>
        </w:tc>
        <w:tc>
          <w:tcPr>
            <w:tcW w:w="7370" w:type="dxa"/>
          </w:tcPr>
          <w:p w14:paraId="78ACA566" w14:textId="401A2675" w:rsidR="00613AB4" w:rsidRPr="00E9315E" w:rsidRDefault="00613AB4"/>
        </w:tc>
      </w:tr>
      <w:tr w:rsidR="00613AB4" w:rsidRPr="00E9315E" w14:paraId="7DE07651" w14:textId="77777777" w:rsidTr="6BFD245A">
        <w:trPr>
          <w:jc w:val="center"/>
        </w:trPr>
        <w:tc>
          <w:tcPr>
            <w:tcW w:w="4706" w:type="dxa"/>
          </w:tcPr>
          <w:p w14:paraId="77162D35" w14:textId="77777777" w:rsidR="00613AB4" w:rsidRPr="00E9315E" w:rsidRDefault="00FC5359">
            <w:r w:rsidRPr="00E9315E">
              <w:rPr>
                <w:b/>
              </w:rPr>
              <w:t>SOLUTION:</w:t>
            </w:r>
          </w:p>
        </w:tc>
        <w:tc>
          <w:tcPr>
            <w:tcW w:w="4706" w:type="dxa"/>
          </w:tcPr>
          <w:p w14:paraId="28D13B66" w14:textId="3F2C60A2" w:rsidR="00613AB4" w:rsidRPr="00E9315E" w:rsidRDefault="6BFD245A" w:rsidP="6BFD245A">
            <w:r w:rsidRPr="00E9315E">
              <w:rPr>
                <w:rFonts w:cs="Times New Roman"/>
                <w:szCs w:val="24"/>
              </w:rPr>
              <w:t>A real-world example of software developed using the Waterfall model is software projects for NASA and the United States Department of Defense. These organizations have historically used Waterfall-style processes because their systems require extensive documentation, strict quality assurance, and stable requirements before development begins. For example, aerospace and defense control systems often follow a sequential lifecycle where planning, design, coding, testing, and verification must be completed carefully due to high reliability and safety requirements.</w:t>
            </w:r>
          </w:p>
        </w:tc>
      </w:tr>
    </w:tbl>
    <w:p w14:paraId="447FF30F" w14:textId="45928B97" w:rsidR="00613AB4" w:rsidRPr="00E9315E" w:rsidRDefault="00613AB4">
      <w:pPr>
        <w:pStyle w:val="SmallNote"/>
      </w:pPr>
    </w:p>
    <w:p w14:paraId="7B9C7231" w14:textId="77777777" w:rsidR="00613AB4" w:rsidRPr="00E9315E" w:rsidRDefault="00FC5359">
      <w:r w:rsidRPr="00E9315E">
        <w:br w:type="page"/>
      </w:r>
    </w:p>
    <w:p w14:paraId="3BD5C9A5" w14:textId="0F8986EE" w:rsidR="00613AB4" w:rsidRPr="00E9315E" w:rsidRDefault="00FC5359" w:rsidP="00114FD6">
      <w:pPr>
        <w:pStyle w:val="SectionHeading"/>
        <w:jc w:val="center"/>
      </w:pPr>
      <w:r w:rsidRPr="00E9315E">
        <w:lastRenderedPageBreak/>
        <w:t>Assignment for Lecture 4</w:t>
      </w:r>
      <w:r w:rsidR="00114FD6" w:rsidRPr="00E9315E">
        <w:t>:</w:t>
      </w:r>
    </w:p>
    <w:p w14:paraId="13A5A4EC" w14:textId="77777777" w:rsidR="00613AB4" w:rsidRPr="00E9315E" w:rsidRDefault="00FC5359">
      <w:pPr>
        <w:pStyle w:val="QuestionHeading"/>
        <w:keepNext/>
      </w:pPr>
      <w:r w:rsidRPr="00E9315E">
        <w:t>Exercise 2.1</w:t>
      </w:r>
    </w:p>
    <w:p w14:paraId="7AE8385A" w14:textId="7511F77D" w:rsidR="00613AB4" w:rsidRPr="00E9315E" w:rsidRDefault="00FC5359" w:rsidP="003C1BDE">
      <w:pPr>
        <w:spacing w:after="80"/>
      </w:pPr>
      <w:r w:rsidRPr="00E9315E">
        <w:t>Giving reasons for your answer based on the type of system being developed, suggest the most appropriate generic software process model that might be used as a basis for managing the development of the following systems:</w:t>
      </w:r>
      <w:r w:rsidRPr="00E9315E">
        <w:br/>
        <w:t>- A system to control anti-lock braking in a car</w:t>
      </w:r>
      <w:r w:rsidRPr="00E9315E">
        <w:br/>
        <w:t>- A virtual reality system to support software maintenance</w:t>
      </w:r>
      <w:r w:rsidRPr="00E9315E">
        <w:br/>
        <w:t>- A university accounting system that replaces an existing system</w:t>
      </w:r>
      <w:r w:rsidRPr="00E9315E">
        <w:br/>
        <w:t>- An interactive travel planning system that helps users plan journeys with the lowest environmental impact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25"/>
        <w:gridCol w:w="5803"/>
      </w:tblGrid>
      <w:tr w:rsidR="00613AB4" w:rsidRPr="00E9315E" w14:paraId="462DECAB" w14:textId="77777777" w:rsidTr="5FEA8F8E">
        <w:trPr>
          <w:jc w:val="center"/>
        </w:trPr>
        <w:tc>
          <w:tcPr>
            <w:tcW w:w="1871" w:type="dxa"/>
          </w:tcPr>
          <w:p w14:paraId="39C6CBC2" w14:textId="057E7E34" w:rsidR="00613AB4" w:rsidRPr="00E9315E" w:rsidRDefault="00FC5359">
            <w:r w:rsidRPr="00E9315E">
              <w:rPr>
                <w:b/>
              </w:rPr>
              <w:t>STUDENT:</w:t>
            </w:r>
          </w:p>
        </w:tc>
        <w:tc>
          <w:tcPr>
            <w:tcW w:w="7370" w:type="dxa"/>
          </w:tcPr>
          <w:p w14:paraId="1A839D15" w14:textId="0E898D7E" w:rsidR="00613AB4" w:rsidRPr="00E9315E" w:rsidRDefault="00613AB4"/>
        </w:tc>
      </w:tr>
      <w:tr w:rsidR="00613AB4" w:rsidRPr="00E9315E" w14:paraId="7F00EADD" w14:textId="77777777" w:rsidTr="5FEA8F8E">
        <w:trPr>
          <w:jc w:val="center"/>
        </w:trPr>
        <w:tc>
          <w:tcPr>
            <w:tcW w:w="4706" w:type="dxa"/>
          </w:tcPr>
          <w:p w14:paraId="6ADD453E" w14:textId="77777777" w:rsidR="00613AB4" w:rsidRPr="00E9315E" w:rsidRDefault="00FC5359">
            <w:r w:rsidRPr="00E9315E">
              <w:rPr>
                <w:b/>
              </w:rPr>
              <w:t>SOLUTION:</w:t>
            </w:r>
          </w:p>
        </w:tc>
        <w:tc>
          <w:tcPr>
            <w:tcW w:w="4706" w:type="dxa"/>
          </w:tcPr>
          <w:p w14:paraId="3FCB0258" w14:textId="6B943B60" w:rsidR="00613AB4" w:rsidRPr="00E9315E" w:rsidRDefault="60FEC350" w:rsidP="44C2E354">
            <w:pPr>
              <w:rPr>
                <w:rFonts w:cs="Times New Roman"/>
              </w:rPr>
            </w:pPr>
            <w:r w:rsidRPr="00E9315E">
              <w:rPr>
                <w:rFonts w:cs="Times New Roman"/>
              </w:rPr>
              <w:t xml:space="preserve">For </w:t>
            </w:r>
            <w:r w:rsidR="43B0DDD3" w:rsidRPr="00E9315E">
              <w:rPr>
                <w:rFonts w:cs="Times New Roman"/>
              </w:rPr>
              <w:t>“</w:t>
            </w:r>
            <w:r w:rsidR="074A2075" w:rsidRPr="00E9315E">
              <w:rPr>
                <w:rFonts w:cs="Times New Roman"/>
              </w:rPr>
              <w:t>A</w:t>
            </w:r>
            <w:r w:rsidR="34CC5238" w:rsidRPr="00E9315E">
              <w:rPr>
                <w:rFonts w:cs="Times New Roman"/>
              </w:rPr>
              <w:t xml:space="preserve"> </w:t>
            </w:r>
            <w:r w:rsidR="44A9D5A6" w:rsidRPr="00E9315E">
              <w:rPr>
                <w:rFonts w:cs="Times New Roman"/>
              </w:rPr>
              <w:t xml:space="preserve">system </w:t>
            </w:r>
            <w:r w:rsidR="5C386444" w:rsidRPr="00E9315E">
              <w:rPr>
                <w:rFonts w:cs="Times New Roman"/>
              </w:rPr>
              <w:t xml:space="preserve">to control </w:t>
            </w:r>
            <w:r w:rsidR="6FD3D83C" w:rsidRPr="00E9315E">
              <w:rPr>
                <w:rFonts w:cs="Times New Roman"/>
              </w:rPr>
              <w:t>anti-</w:t>
            </w:r>
            <w:r w:rsidR="01183D21" w:rsidRPr="00E9315E">
              <w:rPr>
                <w:rFonts w:cs="Times New Roman"/>
              </w:rPr>
              <w:t xml:space="preserve">lock </w:t>
            </w:r>
            <w:r w:rsidR="7ABE0803" w:rsidRPr="00E9315E">
              <w:rPr>
                <w:rFonts w:cs="Times New Roman"/>
              </w:rPr>
              <w:t>braking in a car</w:t>
            </w:r>
            <w:r w:rsidR="7E0AC4E4" w:rsidRPr="00E9315E">
              <w:rPr>
                <w:rFonts w:cs="Times New Roman"/>
              </w:rPr>
              <w:t>”,</w:t>
            </w:r>
            <w:r w:rsidR="65171CB1" w:rsidRPr="00E9315E">
              <w:rPr>
                <w:rFonts w:cs="Times New Roman"/>
              </w:rPr>
              <w:t xml:space="preserve"> </w:t>
            </w:r>
            <w:proofErr w:type="spellStart"/>
            <w:r w:rsidR="65171CB1" w:rsidRPr="00E9315E">
              <w:rPr>
                <w:rFonts w:cs="Times New Roman"/>
              </w:rPr>
              <w:t>i</w:t>
            </w:r>
            <w:proofErr w:type="spellEnd"/>
            <w:r w:rsidR="65171CB1" w:rsidRPr="00E9315E">
              <w:rPr>
                <w:rFonts w:cs="Times New Roman"/>
              </w:rPr>
              <w:t xml:space="preserve"> suggest using </w:t>
            </w:r>
            <w:r w:rsidR="65362C23" w:rsidRPr="00E9315E">
              <w:rPr>
                <w:rFonts w:cs="Times New Roman"/>
              </w:rPr>
              <w:t xml:space="preserve">a </w:t>
            </w:r>
            <w:r w:rsidR="0C37A3BC" w:rsidRPr="00E9315E">
              <w:rPr>
                <w:rFonts w:cs="Times New Roman"/>
              </w:rPr>
              <w:t xml:space="preserve">waterfall </w:t>
            </w:r>
            <w:r w:rsidR="6CEB2EE6" w:rsidRPr="00E9315E">
              <w:rPr>
                <w:rFonts w:cs="Times New Roman"/>
              </w:rPr>
              <w:t>model</w:t>
            </w:r>
            <w:r w:rsidR="091B49D4" w:rsidRPr="00E9315E">
              <w:rPr>
                <w:rFonts w:cs="Times New Roman"/>
              </w:rPr>
              <w:t xml:space="preserve">, </w:t>
            </w:r>
            <w:r w:rsidR="197F4ED3" w:rsidRPr="00E9315E">
              <w:rPr>
                <w:rFonts w:cs="Times New Roman"/>
              </w:rPr>
              <w:t xml:space="preserve">because </w:t>
            </w:r>
            <w:r w:rsidR="1F91FCBA" w:rsidRPr="00E9315E">
              <w:rPr>
                <w:rFonts w:cs="Times New Roman"/>
              </w:rPr>
              <w:t>t</w:t>
            </w:r>
            <w:r w:rsidR="1F91FCBA" w:rsidRPr="00E9315E">
              <w:rPr>
                <w:rFonts w:cs="Times New Roman"/>
                <w:szCs w:val="24"/>
              </w:rPr>
              <w:t>his</w:t>
            </w:r>
            <w:r w:rsidR="0BE8F692" w:rsidRPr="00E9315E">
              <w:rPr>
                <w:rFonts w:cs="Times New Roman"/>
                <w:szCs w:val="24"/>
              </w:rPr>
              <w:t xml:space="preserve"> is a safety-critical system, so requirements must be clear and fully checked before implementation.</w:t>
            </w:r>
          </w:p>
          <w:p w14:paraId="3BEA5DCC" w14:textId="46AED41F" w:rsidR="00613AB4" w:rsidRPr="00E9315E" w:rsidRDefault="279FAC98" w:rsidP="7ADA2931">
            <w:pPr>
              <w:rPr>
                <w:rFonts w:cs="Times New Roman"/>
                <w:szCs w:val="24"/>
              </w:rPr>
            </w:pPr>
            <w:r w:rsidRPr="00E9315E">
              <w:rPr>
                <w:rFonts w:cs="Times New Roman"/>
                <w:szCs w:val="24"/>
              </w:rPr>
              <w:t>For “A virtual reality</w:t>
            </w:r>
            <w:r w:rsidR="7E3F9C27" w:rsidRPr="00E9315E">
              <w:rPr>
                <w:rFonts w:cs="Times New Roman"/>
                <w:szCs w:val="24"/>
              </w:rPr>
              <w:t xml:space="preserve"> </w:t>
            </w:r>
            <w:r w:rsidR="38E88106" w:rsidRPr="00E9315E">
              <w:rPr>
                <w:rFonts w:cs="Times New Roman"/>
                <w:szCs w:val="24"/>
              </w:rPr>
              <w:t xml:space="preserve">system to support software </w:t>
            </w:r>
            <w:r w:rsidR="7A51D6BA" w:rsidRPr="00E9315E">
              <w:rPr>
                <w:rFonts w:cs="Times New Roman"/>
                <w:szCs w:val="24"/>
              </w:rPr>
              <w:t>maintenance,</w:t>
            </w:r>
            <w:r w:rsidR="05CF29BA" w:rsidRPr="00E9315E">
              <w:rPr>
                <w:rFonts w:cs="Times New Roman"/>
                <w:szCs w:val="24"/>
              </w:rPr>
              <w:t xml:space="preserve"> </w:t>
            </w:r>
            <w:r w:rsidR="73D9763B" w:rsidRPr="00E9315E">
              <w:rPr>
                <w:rFonts w:cs="Times New Roman"/>
                <w:szCs w:val="24"/>
              </w:rPr>
              <w:t>I</w:t>
            </w:r>
            <w:r w:rsidR="05CF29BA" w:rsidRPr="00E9315E">
              <w:rPr>
                <w:rFonts w:cs="Times New Roman"/>
                <w:szCs w:val="24"/>
              </w:rPr>
              <w:t xml:space="preserve"> </w:t>
            </w:r>
            <w:r w:rsidR="302E850C" w:rsidRPr="00E9315E">
              <w:rPr>
                <w:rFonts w:cs="Times New Roman"/>
                <w:szCs w:val="24"/>
              </w:rPr>
              <w:t>suggest</w:t>
            </w:r>
            <w:r w:rsidR="17359CBF" w:rsidRPr="00E9315E">
              <w:rPr>
                <w:rFonts w:cs="Times New Roman"/>
                <w:szCs w:val="24"/>
              </w:rPr>
              <w:t xml:space="preserve"> </w:t>
            </w:r>
            <w:r w:rsidR="3E4B8135" w:rsidRPr="00E9315E">
              <w:rPr>
                <w:rFonts w:cs="Times New Roman"/>
                <w:szCs w:val="24"/>
              </w:rPr>
              <w:t>using</w:t>
            </w:r>
            <w:r w:rsidR="289B8B31" w:rsidRPr="00E9315E">
              <w:rPr>
                <w:rFonts w:cs="Times New Roman"/>
                <w:szCs w:val="24"/>
              </w:rPr>
              <w:t xml:space="preserve"> </w:t>
            </w:r>
            <w:r w:rsidR="4C3B5794" w:rsidRPr="00E9315E">
              <w:rPr>
                <w:rFonts w:cs="Times New Roman"/>
                <w:szCs w:val="24"/>
              </w:rPr>
              <w:t xml:space="preserve">Incremental </w:t>
            </w:r>
            <w:r w:rsidR="383A058B" w:rsidRPr="00E9315E">
              <w:rPr>
                <w:rFonts w:cs="Times New Roman"/>
                <w:szCs w:val="24"/>
              </w:rPr>
              <w:t>development</w:t>
            </w:r>
            <w:r w:rsidR="7E3C4015" w:rsidRPr="00E9315E">
              <w:rPr>
                <w:rFonts w:cs="Times New Roman"/>
                <w:szCs w:val="24"/>
              </w:rPr>
              <w:t>,</w:t>
            </w:r>
            <w:r w:rsidR="7F0E2B17" w:rsidRPr="00E9315E">
              <w:rPr>
                <w:rFonts w:cs="Times New Roman"/>
                <w:szCs w:val="24"/>
              </w:rPr>
              <w:t xml:space="preserve"> because</w:t>
            </w:r>
            <w:r w:rsidR="59A9FDD4" w:rsidRPr="00E9315E">
              <w:rPr>
                <w:rFonts w:cs="Times New Roman"/>
                <w:szCs w:val="24"/>
              </w:rPr>
              <w:t xml:space="preserve"> </w:t>
            </w:r>
            <w:proofErr w:type="gramStart"/>
            <w:r w:rsidR="678DB567" w:rsidRPr="00E9315E">
              <w:rPr>
                <w:rFonts w:cs="Times New Roman"/>
                <w:szCs w:val="24"/>
              </w:rPr>
              <w:t>The</w:t>
            </w:r>
            <w:proofErr w:type="gramEnd"/>
            <w:r w:rsidR="678DB567" w:rsidRPr="00E9315E">
              <w:rPr>
                <w:rFonts w:cs="Times New Roman"/>
                <w:szCs w:val="24"/>
              </w:rPr>
              <w:t xml:space="preserve"> requirements are likely unclear at first, so prototypes and user feedback are needed.</w:t>
            </w:r>
          </w:p>
          <w:p w14:paraId="79572F10" w14:textId="17C6A6F8" w:rsidR="00613AB4" w:rsidRPr="00E9315E" w:rsidRDefault="1410B1B4" w:rsidP="61B62213">
            <w:pPr>
              <w:rPr>
                <w:rFonts w:cs="Times New Roman"/>
                <w:szCs w:val="24"/>
              </w:rPr>
            </w:pPr>
            <w:r w:rsidRPr="00E9315E">
              <w:rPr>
                <w:rFonts w:cs="Times New Roman"/>
                <w:szCs w:val="24"/>
              </w:rPr>
              <w:t>For “A university accounting system that replaces an existing system</w:t>
            </w:r>
            <w:r w:rsidR="1A892DB4" w:rsidRPr="00E9315E">
              <w:rPr>
                <w:rFonts w:cs="Times New Roman"/>
                <w:szCs w:val="24"/>
              </w:rPr>
              <w:t>”, I</w:t>
            </w:r>
            <w:r w:rsidR="544A0BA6" w:rsidRPr="00E9315E">
              <w:rPr>
                <w:rFonts w:cs="Times New Roman"/>
                <w:szCs w:val="24"/>
              </w:rPr>
              <w:t xml:space="preserve"> suggest using </w:t>
            </w:r>
            <w:r w:rsidR="7A8C7F83" w:rsidRPr="00E9315E">
              <w:rPr>
                <w:rFonts w:cs="Times New Roman"/>
                <w:szCs w:val="24"/>
              </w:rPr>
              <w:t>reuse-</w:t>
            </w:r>
            <w:r w:rsidR="0686A387" w:rsidRPr="00E9315E">
              <w:rPr>
                <w:rFonts w:cs="Times New Roman"/>
                <w:szCs w:val="24"/>
              </w:rPr>
              <w:t>oriented</w:t>
            </w:r>
            <w:r w:rsidR="0F52D1F9" w:rsidRPr="00E9315E">
              <w:rPr>
                <w:rFonts w:cs="Times New Roman"/>
                <w:szCs w:val="24"/>
              </w:rPr>
              <w:t xml:space="preserve"> </w:t>
            </w:r>
            <w:r w:rsidR="7ECCAB57" w:rsidRPr="00E9315E">
              <w:rPr>
                <w:rFonts w:cs="Times New Roman"/>
                <w:szCs w:val="24"/>
              </w:rPr>
              <w:t>development, because</w:t>
            </w:r>
            <w:r w:rsidR="6424572E" w:rsidRPr="00E9315E">
              <w:rPr>
                <w:rFonts w:cs="Times New Roman"/>
                <w:szCs w:val="24"/>
              </w:rPr>
              <w:t xml:space="preserve"> </w:t>
            </w:r>
            <w:r w:rsidR="2E818906" w:rsidRPr="00E9315E">
              <w:rPr>
                <w:rFonts w:cs="Times New Roman"/>
                <w:szCs w:val="24"/>
              </w:rPr>
              <w:t>accounting systems are common, so existing software or components can probably be reused and adapted.</w:t>
            </w:r>
          </w:p>
          <w:p w14:paraId="45B655A8" w14:textId="28090B41" w:rsidR="00613AB4" w:rsidRPr="00E9315E" w:rsidRDefault="57D85AF2">
            <w:pPr>
              <w:rPr>
                <w:rFonts w:cs="Times New Roman"/>
                <w:szCs w:val="24"/>
              </w:rPr>
            </w:pPr>
            <w:r w:rsidRPr="00E9315E">
              <w:rPr>
                <w:rFonts w:cs="Times New Roman"/>
                <w:szCs w:val="24"/>
              </w:rPr>
              <w:t xml:space="preserve">For “An interactive </w:t>
            </w:r>
            <w:r w:rsidR="7C9E8AE2" w:rsidRPr="00E9315E">
              <w:rPr>
                <w:rFonts w:cs="Times New Roman"/>
                <w:szCs w:val="24"/>
              </w:rPr>
              <w:t xml:space="preserve">travel planning system </w:t>
            </w:r>
            <w:r w:rsidR="229C0FA6" w:rsidRPr="00E9315E">
              <w:rPr>
                <w:rFonts w:cs="Times New Roman"/>
                <w:szCs w:val="24"/>
              </w:rPr>
              <w:t xml:space="preserve">that helps users </w:t>
            </w:r>
            <w:r w:rsidR="4E71F334" w:rsidRPr="00E9315E">
              <w:rPr>
                <w:rFonts w:cs="Times New Roman"/>
                <w:szCs w:val="24"/>
              </w:rPr>
              <w:t xml:space="preserve">plan </w:t>
            </w:r>
            <w:r w:rsidR="2067B666" w:rsidRPr="00E9315E">
              <w:rPr>
                <w:rFonts w:cs="Times New Roman"/>
                <w:szCs w:val="24"/>
              </w:rPr>
              <w:t>journeys with the lowest</w:t>
            </w:r>
            <w:r w:rsidR="7F104144" w:rsidRPr="00E9315E">
              <w:rPr>
                <w:rFonts w:cs="Times New Roman"/>
                <w:szCs w:val="24"/>
              </w:rPr>
              <w:t xml:space="preserve"> </w:t>
            </w:r>
            <w:r w:rsidR="757B250E" w:rsidRPr="00E9315E">
              <w:rPr>
                <w:rFonts w:cs="Times New Roman"/>
                <w:szCs w:val="24"/>
              </w:rPr>
              <w:t>environmental impact</w:t>
            </w:r>
            <w:r w:rsidR="5966DA17" w:rsidRPr="00E9315E">
              <w:rPr>
                <w:rFonts w:cs="Times New Roman"/>
                <w:szCs w:val="24"/>
              </w:rPr>
              <w:t>”,</w:t>
            </w:r>
            <w:r w:rsidR="187C8C87" w:rsidRPr="00E9315E">
              <w:rPr>
                <w:rFonts w:cs="Times New Roman"/>
                <w:szCs w:val="24"/>
              </w:rPr>
              <w:t xml:space="preserve"> </w:t>
            </w:r>
            <w:r w:rsidR="5C3A50F2" w:rsidRPr="00E9315E">
              <w:rPr>
                <w:rFonts w:cs="Times New Roman"/>
                <w:szCs w:val="24"/>
              </w:rPr>
              <w:t>I</w:t>
            </w:r>
            <w:r w:rsidR="187C8C87" w:rsidRPr="00E9315E">
              <w:rPr>
                <w:rFonts w:cs="Times New Roman"/>
                <w:szCs w:val="24"/>
              </w:rPr>
              <w:t xml:space="preserve"> suggest using</w:t>
            </w:r>
            <w:r w:rsidR="6FB4EB38" w:rsidRPr="00E9315E">
              <w:rPr>
                <w:rFonts w:cs="Times New Roman"/>
                <w:szCs w:val="24"/>
              </w:rPr>
              <w:t xml:space="preserve"> </w:t>
            </w:r>
            <w:r w:rsidR="3118CB28" w:rsidRPr="00E9315E">
              <w:rPr>
                <w:rFonts w:cs="Times New Roman"/>
                <w:szCs w:val="24"/>
              </w:rPr>
              <w:t>incremental</w:t>
            </w:r>
            <w:r w:rsidR="22DA7D9B" w:rsidRPr="00E9315E">
              <w:rPr>
                <w:rFonts w:cs="Times New Roman"/>
                <w:szCs w:val="24"/>
              </w:rPr>
              <w:t xml:space="preserve"> </w:t>
            </w:r>
            <w:r w:rsidR="3C2085EE" w:rsidRPr="00E9315E">
              <w:rPr>
                <w:rFonts w:cs="Times New Roman"/>
                <w:szCs w:val="24"/>
              </w:rPr>
              <w:t>development</w:t>
            </w:r>
            <w:r w:rsidR="7144250E" w:rsidRPr="00E9315E">
              <w:rPr>
                <w:rFonts w:cs="Times New Roman"/>
                <w:szCs w:val="24"/>
              </w:rPr>
              <w:t>,</w:t>
            </w:r>
            <w:r w:rsidR="20F321D8" w:rsidRPr="00E9315E">
              <w:rPr>
                <w:rFonts w:cs="Times New Roman"/>
                <w:szCs w:val="24"/>
              </w:rPr>
              <w:t xml:space="preserve"> because </w:t>
            </w:r>
            <w:r w:rsidR="74CE95D5" w:rsidRPr="00E9315E">
              <w:rPr>
                <w:rFonts w:cs="Times New Roman"/>
                <w:szCs w:val="24"/>
              </w:rPr>
              <w:t>it</w:t>
            </w:r>
            <w:r w:rsidR="20F321D8" w:rsidRPr="00E9315E">
              <w:rPr>
                <w:rFonts w:cs="Times New Roman"/>
                <w:szCs w:val="24"/>
              </w:rPr>
              <w:t xml:space="preserve"> is interactive and user-focused, so the system should be improved gradually based on user feedback.</w:t>
            </w:r>
          </w:p>
        </w:tc>
      </w:tr>
    </w:tbl>
    <w:p w14:paraId="613F2282" w14:textId="77777777" w:rsidR="00613AB4" w:rsidRPr="00E9315E" w:rsidRDefault="00613AB4"/>
    <w:p w14:paraId="4E1BC9BD" w14:textId="77777777" w:rsidR="00613AB4" w:rsidRPr="00E9315E" w:rsidRDefault="00FC5359">
      <w:pPr>
        <w:pStyle w:val="QuestionHeading"/>
        <w:keepNext/>
      </w:pPr>
      <w:r w:rsidRPr="00E9315E">
        <w:t>Exercise 2.2</w:t>
      </w:r>
    </w:p>
    <w:p w14:paraId="666ACF4C" w14:textId="477CAF0D" w:rsidR="00613AB4" w:rsidRPr="00E9315E" w:rsidRDefault="00FC5359" w:rsidP="00071BA2">
      <w:pPr>
        <w:spacing w:after="80"/>
      </w:pPr>
      <w:r w:rsidRPr="00E9315E">
        <w:t>Explain why incremental development is the most effective approach for developing business software systems. Why is this model less appropriate for real-time systems engineering?</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25"/>
        <w:gridCol w:w="5803"/>
      </w:tblGrid>
      <w:tr w:rsidR="00613AB4" w:rsidRPr="00E9315E" w14:paraId="7E508E6F" w14:textId="77777777" w:rsidTr="5FEA8F8E">
        <w:trPr>
          <w:jc w:val="center"/>
        </w:trPr>
        <w:tc>
          <w:tcPr>
            <w:tcW w:w="1871" w:type="dxa"/>
          </w:tcPr>
          <w:p w14:paraId="2A9F771E" w14:textId="60BC55C0" w:rsidR="00613AB4" w:rsidRPr="00E9315E" w:rsidRDefault="00FC5359">
            <w:r w:rsidRPr="00E9315E">
              <w:rPr>
                <w:b/>
              </w:rPr>
              <w:t>STUDENT:</w:t>
            </w:r>
          </w:p>
        </w:tc>
        <w:tc>
          <w:tcPr>
            <w:tcW w:w="7370" w:type="dxa"/>
          </w:tcPr>
          <w:p w14:paraId="42A991F0" w14:textId="4E05D119" w:rsidR="00613AB4" w:rsidRPr="00E9315E" w:rsidRDefault="00613AB4" w:rsidP="5FEA8F8E"/>
        </w:tc>
      </w:tr>
      <w:tr w:rsidR="00613AB4" w:rsidRPr="00E9315E" w14:paraId="3645A617" w14:textId="77777777" w:rsidTr="5FEA8F8E">
        <w:trPr>
          <w:jc w:val="center"/>
        </w:trPr>
        <w:tc>
          <w:tcPr>
            <w:tcW w:w="4706" w:type="dxa"/>
          </w:tcPr>
          <w:p w14:paraId="737527E4" w14:textId="77777777" w:rsidR="00613AB4" w:rsidRPr="00E9315E" w:rsidRDefault="00FC5359">
            <w:r w:rsidRPr="00E9315E">
              <w:rPr>
                <w:b/>
              </w:rPr>
              <w:t>SOLUTION:</w:t>
            </w:r>
          </w:p>
        </w:tc>
        <w:tc>
          <w:tcPr>
            <w:tcW w:w="4706" w:type="dxa"/>
          </w:tcPr>
          <w:p w14:paraId="1FEE601B" w14:textId="5E9BCF5F" w:rsidR="00613AB4" w:rsidRPr="00E9315E" w:rsidRDefault="6313B2CF" w:rsidP="7C0DBC24">
            <w:r w:rsidRPr="00E9315E">
              <w:rPr>
                <w:rFonts w:cs="Times New Roman"/>
                <w:szCs w:val="24"/>
              </w:rPr>
              <w:t xml:space="preserve">Incremental development is effective for business software systems because business requirements often change. By developing the system in small increments, users can try early versions and give feedback. This helps </w:t>
            </w:r>
            <w:r w:rsidRPr="00E9315E">
              <w:rPr>
                <w:rFonts w:cs="Times New Roman"/>
                <w:szCs w:val="24"/>
              </w:rPr>
              <w:lastRenderedPageBreak/>
              <w:t>the system better match real business needs and allows useful functions to be delivered earlier.</w:t>
            </w:r>
          </w:p>
          <w:p w14:paraId="7088417F" w14:textId="22F00589" w:rsidR="00613AB4" w:rsidRPr="00E9315E" w:rsidRDefault="7C0DBC24">
            <w:r w:rsidRPr="00E9315E">
              <w:rPr>
                <w:rFonts w:cs="Times New Roman"/>
                <w:szCs w:val="24"/>
              </w:rPr>
              <w:t xml:space="preserve">However, incremental development is less appropriate for real-time systems engineering because real-time systems usually have strict timing, safety, and performance requirements. The whole system architecture often </w:t>
            </w:r>
            <w:proofErr w:type="gramStart"/>
            <w:r w:rsidRPr="00E9315E">
              <w:rPr>
                <w:rFonts w:cs="Times New Roman"/>
                <w:szCs w:val="24"/>
              </w:rPr>
              <w:t>has to</w:t>
            </w:r>
            <w:proofErr w:type="gramEnd"/>
            <w:r w:rsidRPr="00E9315E">
              <w:rPr>
                <w:rFonts w:cs="Times New Roman"/>
                <w:szCs w:val="24"/>
              </w:rPr>
              <w:t xml:space="preserve"> be designed carefully before implementation, because adding parts later may affect timing, reliability, and system control.</w:t>
            </w:r>
          </w:p>
        </w:tc>
      </w:tr>
    </w:tbl>
    <w:p w14:paraId="29018B10" w14:textId="77777777" w:rsidR="00613AB4" w:rsidRPr="00E9315E" w:rsidRDefault="00613AB4"/>
    <w:p w14:paraId="3B409BF6" w14:textId="77777777" w:rsidR="00613AB4" w:rsidRPr="00E9315E" w:rsidRDefault="00FC5359">
      <w:pPr>
        <w:pStyle w:val="QuestionHeading"/>
        <w:keepNext/>
      </w:pPr>
      <w:r w:rsidRPr="00E9315E">
        <w:t>Exercise 2.5</w:t>
      </w:r>
    </w:p>
    <w:p w14:paraId="14035EFC" w14:textId="3568738C" w:rsidR="00613AB4" w:rsidRPr="00E9315E" w:rsidRDefault="00FC5359" w:rsidP="00970023">
      <w:pPr>
        <w:spacing w:after="80"/>
      </w:pPr>
      <w:r w:rsidRPr="00E9315E">
        <w:t>Describe the main activities in the software design process and the outputs of these activities. Using a diagram, show possible relationships between the outputs of these activities.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0"/>
        <w:gridCol w:w="6508"/>
      </w:tblGrid>
      <w:tr w:rsidR="00613AB4" w:rsidRPr="00E9315E" w14:paraId="1648CF0B" w14:textId="77777777" w:rsidTr="5FEA8F8E">
        <w:trPr>
          <w:jc w:val="center"/>
        </w:trPr>
        <w:tc>
          <w:tcPr>
            <w:tcW w:w="1871" w:type="dxa"/>
          </w:tcPr>
          <w:p w14:paraId="605FA231" w14:textId="34327DD1" w:rsidR="00613AB4" w:rsidRPr="00E9315E" w:rsidRDefault="00FC5359">
            <w:r w:rsidRPr="00E9315E">
              <w:rPr>
                <w:b/>
              </w:rPr>
              <w:t>STUDENT:</w:t>
            </w:r>
          </w:p>
        </w:tc>
        <w:tc>
          <w:tcPr>
            <w:tcW w:w="7370" w:type="dxa"/>
          </w:tcPr>
          <w:p w14:paraId="4FDE17ED" w14:textId="50337A02" w:rsidR="00613AB4" w:rsidRPr="00E9315E" w:rsidRDefault="00613AB4" w:rsidP="5FEA8F8E"/>
        </w:tc>
      </w:tr>
      <w:tr w:rsidR="00613AB4" w:rsidRPr="00E9315E" w14:paraId="10D4C41C" w14:textId="77777777" w:rsidTr="5FEA8F8E">
        <w:trPr>
          <w:jc w:val="center"/>
        </w:trPr>
        <w:tc>
          <w:tcPr>
            <w:tcW w:w="4706" w:type="dxa"/>
          </w:tcPr>
          <w:p w14:paraId="023B9AB6" w14:textId="77777777" w:rsidR="00613AB4" w:rsidRPr="00E9315E" w:rsidRDefault="00FC5359">
            <w:r w:rsidRPr="00E9315E">
              <w:rPr>
                <w:b/>
              </w:rPr>
              <w:t>SOLUTION:</w:t>
            </w:r>
          </w:p>
        </w:tc>
        <w:tc>
          <w:tcPr>
            <w:tcW w:w="4706" w:type="dxa"/>
          </w:tcPr>
          <w:p w14:paraId="43AAF70F" w14:textId="41C62EDE" w:rsidR="00613AB4" w:rsidRPr="00E9315E" w:rsidRDefault="00613AB4" w:rsidP="00970023">
            <w:pPr>
              <w:jc w:val="center"/>
            </w:pPr>
            <w:r w:rsidRPr="00E9315E">
              <w:rPr>
                <w:noProof/>
              </w:rPr>
              <w:drawing>
                <wp:inline distT="0" distB="0" distL="0" distR="0" wp14:anchorId="66C4F453" wp14:editId="0723B06F">
                  <wp:extent cx="3457575" cy="2590800"/>
                  <wp:effectExtent l="0" t="0" r="0" b="0"/>
                  <wp:docPr id="15059837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83796" name="Picture 1505983796"/>
                          <pic:cNvPicPr/>
                        </pic:nvPicPr>
                        <pic:blipFill>
                          <a:blip r:embed="rId6">
                            <a:extLst>
                              <a:ext uri="{28A0092B-C50C-407E-A947-70E740481C1C}">
                                <a14:useLocalDpi xmlns:a14="http://schemas.microsoft.com/office/drawing/2010/main"/>
                              </a:ext>
                            </a:extLst>
                          </a:blip>
                          <a:stretch>
                            <a:fillRect/>
                          </a:stretch>
                        </pic:blipFill>
                        <pic:spPr>
                          <a:xfrm>
                            <a:off x="0" y="0"/>
                            <a:ext cx="3457575" cy="2590800"/>
                          </a:xfrm>
                          <a:prstGeom prst="rect">
                            <a:avLst/>
                          </a:prstGeom>
                        </pic:spPr>
                      </pic:pic>
                    </a:graphicData>
                  </a:graphic>
                </wp:inline>
              </w:drawing>
            </w:r>
          </w:p>
        </w:tc>
      </w:tr>
    </w:tbl>
    <w:p w14:paraId="4D741F7E" w14:textId="77777777" w:rsidR="00613AB4" w:rsidRPr="00E9315E" w:rsidRDefault="00613AB4"/>
    <w:p w14:paraId="7AE8FCE3" w14:textId="77777777" w:rsidR="00613AB4" w:rsidRPr="00E9315E" w:rsidRDefault="00FC5359">
      <w:pPr>
        <w:pStyle w:val="QuestionHeading"/>
        <w:keepNext/>
      </w:pPr>
      <w:r w:rsidRPr="00E9315E">
        <w:t>Exercise 3</w:t>
      </w:r>
    </w:p>
    <w:p w14:paraId="7A8DDBBB" w14:textId="23C546A9" w:rsidR="00613AB4" w:rsidRPr="00E9315E" w:rsidRDefault="00FC5359" w:rsidP="004D395E">
      <w:pPr>
        <w:spacing w:after="80"/>
      </w:pPr>
      <w:r w:rsidRPr="00E9315E">
        <w:t xml:space="preserve">Find two SE-related video clips online and write short </w:t>
      </w:r>
      <w:proofErr w:type="gramStart"/>
      <w:r w:rsidRPr="00E9315E">
        <w:t>description</w:t>
      </w:r>
      <w:proofErr w:type="gramEnd"/>
      <w:r w:rsidRPr="00E9315E">
        <w:t xml:space="preserve"> for them (120 to 200 words each). Concisely explain what they present, their significance for Software Engineering, and why you think the video clips are worthwhile watching. The videos should have a length of between 2:00 and 10:00 minutes (they can be excerpts from longer videos, in which case indicate your selected start and stop time). Provide the complete and correct links for them (make sure they are clickable and give access to the right videos).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75"/>
        <w:gridCol w:w="6353"/>
      </w:tblGrid>
      <w:tr w:rsidR="00613AB4" w:rsidRPr="00E9315E" w14:paraId="2FE30573" w14:textId="77777777" w:rsidTr="6BFD245A">
        <w:trPr>
          <w:jc w:val="center"/>
        </w:trPr>
        <w:tc>
          <w:tcPr>
            <w:tcW w:w="1871" w:type="dxa"/>
          </w:tcPr>
          <w:p w14:paraId="2F3387E0" w14:textId="10119751" w:rsidR="00613AB4" w:rsidRPr="00E9315E" w:rsidRDefault="00FC5359">
            <w:r w:rsidRPr="00E9315E">
              <w:rPr>
                <w:b/>
              </w:rPr>
              <w:t>STUDENT:</w:t>
            </w:r>
          </w:p>
        </w:tc>
        <w:tc>
          <w:tcPr>
            <w:tcW w:w="7370" w:type="dxa"/>
          </w:tcPr>
          <w:p w14:paraId="66F0686D" w14:textId="290F5F8F" w:rsidR="00613AB4" w:rsidRPr="00E9315E" w:rsidRDefault="00613AB4"/>
        </w:tc>
      </w:tr>
      <w:tr w:rsidR="00613AB4" w:rsidRPr="00E9315E" w14:paraId="30FA26B5" w14:textId="77777777" w:rsidTr="6BFD245A">
        <w:trPr>
          <w:jc w:val="center"/>
        </w:trPr>
        <w:tc>
          <w:tcPr>
            <w:tcW w:w="4706" w:type="dxa"/>
          </w:tcPr>
          <w:p w14:paraId="3354DD2D" w14:textId="77777777" w:rsidR="00613AB4" w:rsidRPr="00E9315E" w:rsidRDefault="00FC5359">
            <w:r w:rsidRPr="00E9315E">
              <w:rPr>
                <w:b/>
              </w:rPr>
              <w:t>SOLUTION:</w:t>
            </w:r>
          </w:p>
        </w:tc>
        <w:tc>
          <w:tcPr>
            <w:tcW w:w="4706" w:type="dxa"/>
          </w:tcPr>
          <w:p w14:paraId="1850C328" w14:textId="3B5FFAAB" w:rsidR="00613AB4" w:rsidRPr="00E9315E" w:rsidRDefault="75CA0D30" w:rsidP="779D81F7">
            <w:pPr>
              <w:rPr>
                <w:rFonts w:cs="Times New Roman"/>
                <w:szCs w:val="24"/>
              </w:rPr>
            </w:pPr>
            <w:r w:rsidRPr="00E9315E">
              <w:rPr>
                <w:rFonts w:cs="Times New Roman"/>
                <w:szCs w:val="24"/>
              </w:rPr>
              <w:t xml:space="preserve">Link: </w:t>
            </w:r>
            <w:hyperlink r:id="rId7">
              <w:r w:rsidR="779D81F7" w:rsidRPr="00E9315E">
                <w:rPr>
                  <w:rStyle w:val="Hyperlink"/>
                  <w:rFonts w:cs="Times New Roman"/>
                  <w:szCs w:val="24"/>
                </w:rPr>
                <w:t>https://www.youtube.com/watch?v=Pv5-EZTBUYk</w:t>
              </w:r>
            </w:hyperlink>
          </w:p>
          <w:p w14:paraId="4F084736" w14:textId="10C2BA70" w:rsidR="00613AB4" w:rsidRPr="00E9315E" w:rsidRDefault="27F78BDA" w:rsidP="27F78BDA">
            <w:pPr>
              <w:spacing w:before="240" w:after="240"/>
            </w:pPr>
            <w:r w:rsidRPr="00E9315E">
              <w:rPr>
                <w:rFonts w:cs="Times New Roman"/>
                <w:szCs w:val="24"/>
              </w:rPr>
              <w:t xml:space="preserve">This video explains requirements engineering, which is an </w:t>
            </w:r>
            <w:r w:rsidRPr="00E9315E">
              <w:rPr>
                <w:rFonts w:cs="Times New Roman"/>
                <w:szCs w:val="24"/>
              </w:rPr>
              <w:lastRenderedPageBreak/>
              <w:t xml:space="preserve">important early activity in software engineering. It presents </w:t>
            </w:r>
            <w:proofErr w:type="gramStart"/>
            <w:r w:rsidRPr="00E9315E">
              <w:rPr>
                <w:rFonts w:cs="Times New Roman"/>
                <w:szCs w:val="24"/>
              </w:rPr>
              <w:t>requirements engineering</w:t>
            </w:r>
            <w:proofErr w:type="gramEnd"/>
            <w:r w:rsidRPr="00E9315E">
              <w:rPr>
                <w:rFonts w:cs="Times New Roman"/>
                <w:szCs w:val="24"/>
              </w:rPr>
              <w:t xml:space="preserve"> as the process of finding out what users and customers need from a software system before the system is designed and built. The video covers the basic idea of collecting, </w:t>
            </w:r>
            <w:r w:rsidR="2B92317E" w:rsidRPr="00E9315E">
              <w:rPr>
                <w:rFonts w:cs="Times New Roman"/>
                <w:szCs w:val="24"/>
              </w:rPr>
              <w:t>analyzing</w:t>
            </w:r>
            <w:r w:rsidRPr="00E9315E">
              <w:rPr>
                <w:rFonts w:cs="Times New Roman"/>
                <w:szCs w:val="24"/>
              </w:rPr>
              <w:t>, documenting, and validating requirements. This connects well with Sommerville because requirements are a major part of the software process and help developers understand what the system should do.</w:t>
            </w:r>
          </w:p>
          <w:p w14:paraId="7FDF1A8E" w14:textId="2E9E4BFB" w:rsidR="00613AB4" w:rsidRPr="00E9315E" w:rsidRDefault="27F78BDA" w:rsidP="27F78BDA">
            <w:pPr>
              <w:spacing w:before="240" w:after="240"/>
            </w:pPr>
            <w:r w:rsidRPr="00E9315E">
              <w:rPr>
                <w:rFonts w:cs="Times New Roman"/>
                <w:szCs w:val="24"/>
              </w:rPr>
              <w:t xml:space="preserve">The video is worthwhile because it is short, simple, and suitable for beginners. It helps viewers understand why unclear or incomplete requirements can lead to software failure. It is also useful because requirements engineering </w:t>
            </w:r>
            <w:proofErr w:type="gramStart"/>
            <w:r w:rsidR="3657C8F2" w:rsidRPr="00E9315E">
              <w:rPr>
                <w:rFonts w:cs="Times New Roman"/>
                <w:szCs w:val="24"/>
              </w:rPr>
              <w:t>appear</w:t>
            </w:r>
            <w:proofErr w:type="gramEnd"/>
            <w:r w:rsidRPr="00E9315E">
              <w:rPr>
                <w:rFonts w:cs="Times New Roman"/>
                <w:szCs w:val="24"/>
              </w:rPr>
              <w:t xml:space="preserve"> in almost every software project, especially business and user-focused systems. Students watching this video can quickly understand the purpose of requirements before studying more detailed topics such as specification, validation, and requirements management.</w:t>
            </w:r>
          </w:p>
          <w:p w14:paraId="27E4A704" w14:textId="779D10CA" w:rsidR="00613AB4" w:rsidRPr="00E9315E" w:rsidRDefault="179D808D" w:rsidP="179D808D">
            <w:pPr>
              <w:rPr>
                <w:rFonts w:cs="Times New Roman"/>
                <w:szCs w:val="24"/>
              </w:rPr>
            </w:pPr>
            <w:r w:rsidRPr="00E9315E">
              <w:rPr>
                <w:rFonts w:cs="Times New Roman"/>
                <w:szCs w:val="24"/>
              </w:rPr>
              <w:t xml:space="preserve">Link: </w:t>
            </w:r>
            <w:hyperlink r:id="rId8">
              <w:r w:rsidRPr="00E9315E">
                <w:rPr>
                  <w:rStyle w:val="Hyperlink"/>
                  <w:rFonts w:cs="Times New Roman"/>
                  <w:szCs w:val="24"/>
                </w:rPr>
                <w:t>https://www.youtube.com/watch?v=v4mylTmx4bo</w:t>
              </w:r>
            </w:hyperlink>
          </w:p>
          <w:p w14:paraId="5369B766" w14:textId="705AD73C" w:rsidR="00613AB4" w:rsidRPr="00E9315E" w:rsidRDefault="64FAA61A" w:rsidP="64FAA61A">
            <w:pPr>
              <w:spacing w:before="240" w:after="240"/>
            </w:pPr>
            <w:r w:rsidRPr="00E9315E">
              <w:rPr>
                <w:rFonts w:cs="Times New Roman"/>
                <w:szCs w:val="24"/>
              </w:rPr>
              <w:t>This video introduces the Software Development Life Cycle, usually called SDLC. It explains the main stages used to develop software, such as planning, analysis, design, development, testing, deployment, and maintenance. These stages are closely related to Sommerville’s explanation of software process activities: specification, development, validation, and evolution. The video gives a quick overview of how software moves from an initial idea to a working product.</w:t>
            </w:r>
          </w:p>
          <w:p w14:paraId="59B5DD5D" w14:textId="798BF4CE" w:rsidR="00613AB4" w:rsidRPr="00E9315E" w:rsidRDefault="64FAA61A" w:rsidP="0B094A7B">
            <w:pPr>
              <w:spacing w:before="240" w:after="240"/>
            </w:pPr>
            <w:r w:rsidRPr="00E9315E">
              <w:rPr>
                <w:rFonts w:cs="Times New Roman"/>
                <w:szCs w:val="24"/>
              </w:rPr>
              <w:t>The video is worthwhile because it gives a clear “big picture” of software engineering. It is especially helpful for students who are new to the subject because it shows how the different activities are connected instead of treating them as separate topics. The short length also makes it easy to review before learning more detailed process models such as waterfall, incremental development, and reuse-oriented development.</w:t>
            </w:r>
          </w:p>
        </w:tc>
      </w:tr>
    </w:tbl>
    <w:p w14:paraId="07ABB324" w14:textId="77777777" w:rsidR="00613AB4" w:rsidRPr="00E9315E" w:rsidRDefault="00613AB4"/>
    <w:p w14:paraId="61042732" w14:textId="77777777" w:rsidR="00613AB4" w:rsidRPr="00E9315E" w:rsidRDefault="00FC5359">
      <w:pPr>
        <w:pStyle w:val="QuestionHeading"/>
        <w:keepNext/>
      </w:pPr>
      <w:r w:rsidRPr="00E9315E">
        <w:t>Course Project Task 3</w:t>
      </w:r>
    </w:p>
    <w:p w14:paraId="4E5D5A37" w14:textId="67ED8953" w:rsidR="00613AB4" w:rsidRPr="00E9315E" w:rsidRDefault="00FC5359" w:rsidP="00855E91">
      <w:pPr>
        <w:spacing w:after="80"/>
      </w:pPr>
      <w:r w:rsidRPr="00E9315E">
        <w:t>Complete the general project description.</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8"/>
        <w:gridCol w:w="5670"/>
      </w:tblGrid>
      <w:tr w:rsidR="00613AB4" w:rsidRPr="00E9315E" w14:paraId="7CE285F6" w14:textId="77777777">
        <w:trPr>
          <w:jc w:val="center"/>
        </w:trPr>
        <w:tc>
          <w:tcPr>
            <w:tcW w:w="1871" w:type="dxa"/>
          </w:tcPr>
          <w:p w14:paraId="6E5ABE21" w14:textId="0DE6B07B" w:rsidR="00613AB4" w:rsidRPr="00E9315E" w:rsidRDefault="00FC5359">
            <w:r w:rsidRPr="00E9315E">
              <w:rPr>
                <w:b/>
              </w:rPr>
              <w:t>STUDENT:</w:t>
            </w:r>
          </w:p>
        </w:tc>
        <w:tc>
          <w:tcPr>
            <w:tcW w:w="7370" w:type="dxa"/>
          </w:tcPr>
          <w:p w14:paraId="2A3CE323" w14:textId="34309E50" w:rsidR="00613AB4" w:rsidRPr="00E9315E" w:rsidRDefault="00613AB4"/>
        </w:tc>
      </w:tr>
      <w:tr w:rsidR="00613AB4" w:rsidRPr="00E9315E" w14:paraId="1AA89F2A" w14:textId="77777777">
        <w:trPr>
          <w:jc w:val="center"/>
        </w:trPr>
        <w:tc>
          <w:tcPr>
            <w:tcW w:w="4706" w:type="dxa"/>
          </w:tcPr>
          <w:p w14:paraId="193A1CD0" w14:textId="77777777" w:rsidR="00613AB4" w:rsidRPr="00E9315E" w:rsidRDefault="00FC5359">
            <w:r w:rsidRPr="00E9315E">
              <w:rPr>
                <w:b/>
              </w:rPr>
              <w:t>SOLUTION:</w:t>
            </w:r>
          </w:p>
        </w:tc>
        <w:tc>
          <w:tcPr>
            <w:tcW w:w="4706" w:type="dxa"/>
          </w:tcPr>
          <w:p w14:paraId="65702782" w14:textId="5991AB2C" w:rsidR="00613AB4" w:rsidRPr="00E9315E" w:rsidRDefault="00613AB4" w:rsidP="00261C62"/>
        </w:tc>
      </w:tr>
    </w:tbl>
    <w:p w14:paraId="51EEC82D" w14:textId="77777777" w:rsidR="00613AB4" w:rsidRPr="00E9315E" w:rsidRDefault="00613AB4"/>
    <w:p w14:paraId="50824FD9" w14:textId="77777777" w:rsidR="00613AB4" w:rsidRPr="00E9315E" w:rsidRDefault="00FC5359">
      <w:pPr>
        <w:pStyle w:val="QuestionHeading"/>
        <w:keepNext/>
      </w:pPr>
      <w:r w:rsidRPr="00E9315E">
        <w:lastRenderedPageBreak/>
        <w:t>Course Project Task 4</w:t>
      </w:r>
    </w:p>
    <w:p w14:paraId="10C8D5B7" w14:textId="610C3A74" w:rsidR="00613AB4" w:rsidRPr="00E9315E" w:rsidRDefault="00FC5359" w:rsidP="00D803AD">
      <w:pPr>
        <w:spacing w:after="80"/>
      </w:pPr>
      <w:r w:rsidRPr="00E9315E">
        <w:t>Write a paragraph about your choice of software process model for your project.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8"/>
        <w:gridCol w:w="5670"/>
      </w:tblGrid>
      <w:tr w:rsidR="00613AB4" w:rsidRPr="00E9315E" w14:paraId="793140E3" w14:textId="77777777">
        <w:trPr>
          <w:jc w:val="center"/>
        </w:trPr>
        <w:tc>
          <w:tcPr>
            <w:tcW w:w="1871" w:type="dxa"/>
          </w:tcPr>
          <w:p w14:paraId="03BB76EB" w14:textId="660D1F0C" w:rsidR="00613AB4" w:rsidRPr="00E9315E" w:rsidRDefault="00FC5359">
            <w:r w:rsidRPr="00E9315E">
              <w:rPr>
                <w:b/>
              </w:rPr>
              <w:t>STUDENT:</w:t>
            </w:r>
          </w:p>
        </w:tc>
        <w:tc>
          <w:tcPr>
            <w:tcW w:w="7370" w:type="dxa"/>
          </w:tcPr>
          <w:p w14:paraId="49CDDA01" w14:textId="4836393B" w:rsidR="00613AB4" w:rsidRPr="00E9315E" w:rsidRDefault="00613AB4"/>
        </w:tc>
      </w:tr>
      <w:tr w:rsidR="00613AB4" w:rsidRPr="00E9315E" w14:paraId="7AAAFE2C" w14:textId="77777777">
        <w:trPr>
          <w:jc w:val="center"/>
        </w:trPr>
        <w:tc>
          <w:tcPr>
            <w:tcW w:w="4706" w:type="dxa"/>
          </w:tcPr>
          <w:p w14:paraId="71932D36" w14:textId="77777777" w:rsidR="00613AB4" w:rsidRPr="00E9315E" w:rsidRDefault="00FC5359">
            <w:r w:rsidRPr="00E9315E">
              <w:rPr>
                <w:b/>
              </w:rPr>
              <w:t>SOLUTION:</w:t>
            </w:r>
          </w:p>
        </w:tc>
        <w:tc>
          <w:tcPr>
            <w:tcW w:w="4706" w:type="dxa"/>
          </w:tcPr>
          <w:p w14:paraId="363A6E6C" w14:textId="44608A28" w:rsidR="00613AB4" w:rsidRPr="00E9315E" w:rsidRDefault="00613AB4" w:rsidP="00261C62"/>
        </w:tc>
      </w:tr>
    </w:tbl>
    <w:p w14:paraId="0CE5CF21" w14:textId="77777777" w:rsidR="00613AB4" w:rsidRPr="00E9315E" w:rsidRDefault="00613AB4"/>
    <w:p w14:paraId="6747E340" w14:textId="77777777" w:rsidR="00613AB4" w:rsidRPr="00E9315E" w:rsidRDefault="00FC5359">
      <w:r w:rsidRPr="00E9315E">
        <w:br w:type="page"/>
      </w:r>
    </w:p>
    <w:p w14:paraId="4BE60C47" w14:textId="023684F7" w:rsidR="00613AB4" w:rsidRPr="00E9315E" w:rsidRDefault="00FC5359" w:rsidP="00114FD6">
      <w:pPr>
        <w:pStyle w:val="SectionHeading"/>
        <w:jc w:val="center"/>
      </w:pPr>
      <w:r w:rsidRPr="00E9315E">
        <w:lastRenderedPageBreak/>
        <w:t>Assignment for Lecture 5-6</w:t>
      </w:r>
      <w:r w:rsidR="00114FD6" w:rsidRPr="00E9315E">
        <w:t>:</w:t>
      </w:r>
    </w:p>
    <w:p w14:paraId="5371ED90" w14:textId="77777777" w:rsidR="00613AB4" w:rsidRPr="00E9315E" w:rsidRDefault="00FC5359">
      <w:pPr>
        <w:pStyle w:val="QuestionHeading"/>
      </w:pPr>
      <w:proofErr w:type="spellStart"/>
      <w:r w:rsidRPr="00E9315E">
        <w:t>Lect</w:t>
      </w:r>
      <w:proofErr w:type="spellEnd"/>
      <w:r w:rsidRPr="00E9315E">
        <w:t xml:space="preserve"> 5</w:t>
      </w:r>
    </w:p>
    <w:p w14:paraId="54B38B1F" w14:textId="77777777" w:rsidR="00613AB4" w:rsidRPr="00E9315E" w:rsidRDefault="00FC5359">
      <w:pPr>
        <w:pStyle w:val="QuestionHeading"/>
        <w:keepNext/>
      </w:pPr>
      <w:r w:rsidRPr="00E9315E">
        <w:t>Exercise 4.4</w:t>
      </w:r>
    </w:p>
    <w:p w14:paraId="2736F21C" w14:textId="0DC36612" w:rsidR="00613AB4" w:rsidRPr="00E9315E" w:rsidRDefault="00FC5359" w:rsidP="008A1EAD">
      <w:pPr>
        <w:spacing w:after="80"/>
      </w:pPr>
      <w:r w:rsidRPr="00E9315E">
        <w:t>Write a set of non-functional requirements for the ticket-issuing system, setting out its expected reliability and response time.</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47"/>
        <w:gridCol w:w="5781"/>
      </w:tblGrid>
      <w:tr w:rsidR="00613AB4" w:rsidRPr="00E9315E" w14:paraId="15B9B33F" w14:textId="77777777" w:rsidTr="6BFD245A">
        <w:trPr>
          <w:jc w:val="center"/>
        </w:trPr>
        <w:tc>
          <w:tcPr>
            <w:tcW w:w="1871" w:type="dxa"/>
          </w:tcPr>
          <w:p w14:paraId="01F2ED19" w14:textId="206CEA53" w:rsidR="00613AB4" w:rsidRPr="00E9315E" w:rsidRDefault="00FC5359">
            <w:r w:rsidRPr="00E9315E">
              <w:rPr>
                <w:b/>
              </w:rPr>
              <w:t>STUDENT:</w:t>
            </w:r>
          </w:p>
        </w:tc>
        <w:tc>
          <w:tcPr>
            <w:tcW w:w="7370" w:type="dxa"/>
          </w:tcPr>
          <w:p w14:paraId="5F7E9226" w14:textId="75829C5C" w:rsidR="00613AB4" w:rsidRPr="00E9315E" w:rsidRDefault="00613AB4"/>
        </w:tc>
      </w:tr>
      <w:tr w:rsidR="00613AB4" w:rsidRPr="00E9315E" w14:paraId="27E5CC5A" w14:textId="77777777" w:rsidTr="6BFD245A">
        <w:trPr>
          <w:jc w:val="center"/>
        </w:trPr>
        <w:tc>
          <w:tcPr>
            <w:tcW w:w="4706" w:type="dxa"/>
          </w:tcPr>
          <w:p w14:paraId="101E3089" w14:textId="77777777" w:rsidR="00613AB4" w:rsidRPr="00E9315E" w:rsidRDefault="00FC5359">
            <w:r w:rsidRPr="00E9315E">
              <w:rPr>
                <w:b/>
              </w:rPr>
              <w:t>SOLUTION:</w:t>
            </w:r>
          </w:p>
        </w:tc>
        <w:tc>
          <w:tcPr>
            <w:tcW w:w="4706" w:type="dxa"/>
          </w:tcPr>
          <w:p w14:paraId="51F4014C" w14:textId="6993C738" w:rsidR="00613AB4" w:rsidRPr="00E9315E" w:rsidRDefault="1773E95F" w:rsidP="1773E95F">
            <w:pPr>
              <w:rPr>
                <w:rFonts w:cs="Times New Roman"/>
              </w:rPr>
            </w:pPr>
            <w:r w:rsidRPr="00E9315E">
              <w:t xml:space="preserve">-The system should be available during normal station working hours, with only a small amount of downtime allowed, about 1 to 2%. </w:t>
            </w:r>
          </w:p>
          <w:p w14:paraId="6FB9D1F7" w14:textId="44C3D9EC" w:rsidR="00613AB4" w:rsidRPr="00E9315E" w:rsidRDefault="1773E95F" w:rsidP="1773E95F">
            <w:pPr>
              <w:rPr>
                <w:rFonts w:cs="Times New Roman"/>
              </w:rPr>
            </w:pPr>
            <w:r w:rsidRPr="00E9315E">
              <w:t xml:space="preserve">-The system should respond quickly, about 2 seconds when the user chooses a destination or moves to the next screen. </w:t>
            </w:r>
          </w:p>
          <w:p w14:paraId="058993B4" w14:textId="2E0E5FDC" w:rsidR="00613AB4" w:rsidRPr="00E9315E" w:rsidRDefault="1773E95F" w:rsidP="1773E95F">
            <w:pPr>
              <w:rPr>
                <w:rFonts w:cs="Times New Roman"/>
              </w:rPr>
            </w:pPr>
            <w:r w:rsidRPr="00E9315E">
              <w:t xml:space="preserve">-A normal ticket purchase should be completed within 30 seconds if the payment system is working properly. </w:t>
            </w:r>
          </w:p>
          <w:p w14:paraId="0D8AD1F9" w14:textId="024F4ADE" w:rsidR="00613AB4" w:rsidRPr="00E9315E" w:rsidRDefault="1773E95F" w:rsidP="1773E95F">
            <w:pPr>
              <w:rPr>
                <w:rFonts w:cs="Times New Roman"/>
              </w:rPr>
            </w:pPr>
            <w:r w:rsidRPr="00E9315E">
              <w:t xml:space="preserve">-The system should check the user’s credit card and PIN within 10 seconds. </w:t>
            </w:r>
          </w:p>
          <w:p w14:paraId="118447DA" w14:textId="7099448A" w:rsidR="00613AB4" w:rsidRPr="00E9315E" w:rsidRDefault="1773E95F" w:rsidP="1773E95F">
            <w:pPr>
              <w:rPr>
                <w:rFonts w:cs="Times New Roman"/>
              </w:rPr>
            </w:pPr>
            <w:r w:rsidRPr="00E9315E">
              <w:t xml:space="preserve">-If the transaction fails, the system should cancel it safely and clearly tell the customer what happened within 5 seconds. </w:t>
            </w:r>
          </w:p>
          <w:p w14:paraId="39D8C07E" w14:textId="54836FFB" w:rsidR="00613AB4" w:rsidRPr="00E9315E" w:rsidRDefault="1773E95F" w:rsidP="1773E95F">
            <w:pPr>
              <w:rPr>
                <w:rFonts w:cs="Times New Roman"/>
              </w:rPr>
            </w:pPr>
            <w:r w:rsidRPr="00E9315E">
              <w:t xml:space="preserve">-The system should print the correct ticket after a successful payment. </w:t>
            </w:r>
          </w:p>
          <w:p w14:paraId="16516274" w14:textId="48E73ACB" w:rsidR="00613AB4" w:rsidRPr="00E9315E" w:rsidRDefault="1773E95F" w:rsidP="1773E95F">
            <w:pPr>
              <w:rPr>
                <w:rFonts w:cs="Times New Roman"/>
              </w:rPr>
            </w:pPr>
            <w:r w:rsidRPr="00E9315E">
              <w:t xml:space="preserve">-The system should not charge the customer unless the ticket has been successfully issued. </w:t>
            </w:r>
          </w:p>
          <w:p w14:paraId="7138B788" w14:textId="5B296BDA" w:rsidR="00613AB4" w:rsidRPr="00FD7D4F" w:rsidRDefault="6BFD245A" w:rsidP="00FD7D4F">
            <w:pPr>
              <w:rPr>
                <w:rFonts w:cs="Times New Roman"/>
              </w:rPr>
            </w:pPr>
            <w:r w:rsidRPr="00E9315E">
              <w:t>*The numbers used for these requirements will vary depending on organization's approach and client's demand.</w:t>
            </w:r>
          </w:p>
        </w:tc>
      </w:tr>
    </w:tbl>
    <w:p w14:paraId="35DD5A8F" w14:textId="77777777" w:rsidR="00613AB4" w:rsidRPr="00E9315E" w:rsidRDefault="00613AB4"/>
    <w:p w14:paraId="07E7ECD4" w14:textId="77777777" w:rsidR="00613AB4" w:rsidRPr="00E9315E" w:rsidRDefault="00FC5359">
      <w:pPr>
        <w:pStyle w:val="QuestionHeading"/>
        <w:keepNext/>
      </w:pPr>
      <w:r w:rsidRPr="00E9315E">
        <w:t>Exercise 4.5</w:t>
      </w:r>
    </w:p>
    <w:p w14:paraId="57C6B977" w14:textId="5C806E37" w:rsidR="00613AB4" w:rsidRPr="00E9315E" w:rsidRDefault="00FC5359" w:rsidP="00FD7D4F">
      <w:pPr>
        <w:spacing w:after="80"/>
      </w:pPr>
      <w:r w:rsidRPr="00E9315E">
        <w:t>Using the technique suggested here, where natural language descriptions are presented in a standard format, write plausible user requirements for the following functions:</w:t>
      </w:r>
      <w:r w:rsidRPr="00E9315E">
        <w:br/>
        <w:t>- An unattended petrol (gas) pump system that includes a credit card reader. The customer swipes the card through the reader then specifies the amount of fuel required. The fuel is delivered and the customer's account debited.</w:t>
      </w:r>
      <w:r w:rsidRPr="00E9315E">
        <w:br/>
        <w:t>- The cash-dispensing function in a bank ATM.</w:t>
      </w:r>
      <w:r w:rsidRPr="00E9315E">
        <w:br/>
        <w:t>- The spelling-check and correcting function in a word processor.</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43"/>
      </w:tblGrid>
      <w:tr w:rsidR="00613AB4" w:rsidRPr="00E9315E" w14:paraId="7D5AB253" w14:textId="77777777" w:rsidTr="00FA4689">
        <w:trPr>
          <w:jc w:val="center"/>
        </w:trPr>
        <w:tc>
          <w:tcPr>
            <w:tcW w:w="3685" w:type="dxa"/>
          </w:tcPr>
          <w:p w14:paraId="7DC5F7C6" w14:textId="0D663943" w:rsidR="00613AB4" w:rsidRPr="00E9315E" w:rsidRDefault="00FC5359">
            <w:r w:rsidRPr="00E9315E">
              <w:rPr>
                <w:b/>
              </w:rPr>
              <w:lastRenderedPageBreak/>
              <w:t>STUDENT:</w:t>
            </w:r>
          </w:p>
        </w:tc>
        <w:tc>
          <w:tcPr>
            <w:tcW w:w="5943" w:type="dxa"/>
          </w:tcPr>
          <w:p w14:paraId="2EBF5633" w14:textId="6413D8B2" w:rsidR="00613AB4" w:rsidRPr="00E9315E" w:rsidRDefault="00613AB4"/>
        </w:tc>
      </w:tr>
      <w:tr w:rsidR="00613AB4" w:rsidRPr="00E9315E" w14:paraId="1BA45E45" w14:textId="77777777" w:rsidTr="00FA4689">
        <w:trPr>
          <w:jc w:val="center"/>
        </w:trPr>
        <w:tc>
          <w:tcPr>
            <w:tcW w:w="3685" w:type="dxa"/>
          </w:tcPr>
          <w:p w14:paraId="1B780527" w14:textId="77777777" w:rsidR="00613AB4" w:rsidRPr="00E9315E" w:rsidRDefault="00FC5359">
            <w:r w:rsidRPr="00E9315E">
              <w:rPr>
                <w:b/>
              </w:rPr>
              <w:t>SOLUTION:</w:t>
            </w:r>
          </w:p>
        </w:tc>
        <w:tc>
          <w:tcPr>
            <w:tcW w:w="5943" w:type="dxa"/>
          </w:tcPr>
          <w:p w14:paraId="2EF28C9A" w14:textId="2C137152" w:rsidR="00613AB4" w:rsidRPr="00E9315E" w:rsidRDefault="6BFD245A" w:rsidP="007763AF">
            <w:pPr>
              <w:pStyle w:val="Heading3"/>
              <w:numPr>
                <w:ilvl w:val="0"/>
                <w:numId w:val="28"/>
              </w:numPr>
              <w:spacing w:before="0" w:after="120"/>
              <w:ind w:left="360"/>
              <w:rPr>
                <w:rFonts w:ascii="Times New Roman" w:eastAsia="Times New Roman" w:hAnsi="Times New Roman" w:cs="Times New Roman"/>
                <w:b w:val="0"/>
                <w:bCs w:val="0"/>
                <w:color w:val="1F1F1F"/>
                <w:szCs w:val="24"/>
              </w:rPr>
            </w:pPr>
            <w:r w:rsidRPr="00E9315E">
              <w:rPr>
                <w:rFonts w:ascii="Times New Roman" w:eastAsia="Times New Roman" w:hAnsi="Times New Roman" w:cs="Times New Roman"/>
                <w:b w:val="0"/>
                <w:bCs w:val="0"/>
                <w:color w:val="1F1F1F"/>
                <w:szCs w:val="24"/>
              </w:rPr>
              <w:t>Unattended Petrol Pump System</w:t>
            </w:r>
          </w:p>
          <w:p w14:paraId="3BF9F4C3" w14:textId="37528671" w:rsidR="00613AB4" w:rsidRPr="00E9315E" w:rsidRDefault="6BFD245A" w:rsidP="007763AF">
            <w:pPr>
              <w:pStyle w:val="ListParagraph"/>
              <w:numPr>
                <w:ilvl w:val="0"/>
                <w:numId w:val="27"/>
              </w:numPr>
              <w:spacing w:before="240" w:after="240"/>
              <w:ind w:left="360"/>
              <w:rPr>
                <w:rFonts w:cs="Times New Roman"/>
                <w:color w:val="1F1F1F"/>
                <w:szCs w:val="24"/>
              </w:rPr>
            </w:pPr>
            <w:r w:rsidRPr="00E9315E">
              <w:rPr>
                <w:rFonts w:cs="Times New Roman"/>
                <w:color w:val="1F1F1F"/>
                <w:szCs w:val="24"/>
              </w:rPr>
              <w:t>Function: Automated fuel delivery and credit card payment.</w:t>
            </w:r>
          </w:p>
          <w:p w14:paraId="494EC4A1" w14:textId="04EC79C8" w:rsidR="00613AB4" w:rsidRPr="00E9315E" w:rsidRDefault="6BFD245A" w:rsidP="007763AF">
            <w:pPr>
              <w:pStyle w:val="ListParagraph"/>
              <w:numPr>
                <w:ilvl w:val="0"/>
                <w:numId w:val="26"/>
              </w:numPr>
              <w:spacing w:before="240" w:after="240"/>
              <w:ind w:left="360"/>
              <w:rPr>
                <w:rFonts w:cs="Times New Roman"/>
                <w:color w:val="1F1F1F"/>
                <w:szCs w:val="24"/>
              </w:rPr>
            </w:pPr>
            <w:r w:rsidRPr="00E9315E">
              <w:rPr>
                <w:rFonts w:cs="Times New Roman"/>
                <w:color w:val="1F1F1F"/>
                <w:szCs w:val="24"/>
              </w:rPr>
              <w:t xml:space="preserve">Description: The </w:t>
            </w:r>
            <w:proofErr w:type="gramStart"/>
            <w:r w:rsidRPr="00E9315E">
              <w:rPr>
                <w:rFonts w:cs="Times New Roman"/>
                <w:color w:val="1F1F1F"/>
                <w:szCs w:val="24"/>
              </w:rPr>
              <w:t>system shall</w:t>
            </w:r>
            <w:proofErr w:type="gramEnd"/>
            <w:r w:rsidRPr="00E9315E">
              <w:rPr>
                <w:rFonts w:cs="Times New Roman"/>
                <w:color w:val="1F1F1F"/>
                <w:szCs w:val="24"/>
              </w:rPr>
              <w:t xml:space="preserve"> allow customers to purchase fuel independently using a card reader and a control interface at the pump.</w:t>
            </w:r>
          </w:p>
          <w:p w14:paraId="2CB4307B" w14:textId="4BCA5F01" w:rsidR="00613AB4" w:rsidRPr="00E9315E" w:rsidRDefault="6BFD245A" w:rsidP="007763AF">
            <w:pPr>
              <w:pStyle w:val="ListParagraph"/>
              <w:numPr>
                <w:ilvl w:val="0"/>
                <w:numId w:val="25"/>
              </w:numPr>
              <w:spacing w:before="240" w:after="240"/>
              <w:ind w:left="360"/>
              <w:rPr>
                <w:rFonts w:cs="Times New Roman"/>
                <w:color w:val="1F1F1F"/>
                <w:szCs w:val="24"/>
              </w:rPr>
            </w:pPr>
            <w:r w:rsidRPr="00E9315E">
              <w:rPr>
                <w:rFonts w:cs="Times New Roman"/>
                <w:color w:val="1F1F1F"/>
                <w:szCs w:val="24"/>
              </w:rPr>
              <w:t>Inputs: Credit card data from the card reader and the required fuel amount or value entered by the customer.</w:t>
            </w:r>
          </w:p>
          <w:p w14:paraId="53E6FA5D" w14:textId="5D9F341E" w:rsidR="00613AB4" w:rsidRPr="00E9315E" w:rsidRDefault="6BFD245A" w:rsidP="007763AF">
            <w:pPr>
              <w:pStyle w:val="ListParagraph"/>
              <w:numPr>
                <w:ilvl w:val="0"/>
                <w:numId w:val="24"/>
              </w:numPr>
              <w:spacing w:before="240" w:after="240"/>
              <w:ind w:left="360"/>
              <w:rPr>
                <w:rFonts w:cs="Times New Roman"/>
                <w:color w:val="1F1F1F"/>
                <w:szCs w:val="24"/>
              </w:rPr>
            </w:pPr>
            <w:r w:rsidRPr="00E9315E">
              <w:rPr>
                <w:rFonts w:cs="Times New Roman"/>
                <w:color w:val="1F1F1F"/>
                <w:szCs w:val="24"/>
              </w:rPr>
              <w:t>Processing:</w:t>
            </w:r>
          </w:p>
          <w:p w14:paraId="3233DDD1" w14:textId="59BAF7E9" w:rsidR="00613AB4" w:rsidRPr="00E9315E" w:rsidRDefault="6BFD245A" w:rsidP="007763AF">
            <w:pPr>
              <w:pStyle w:val="ListParagraph"/>
              <w:numPr>
                <w:ilvl w:val="0"/>
                <w:numId w:val="23"/>
              </w:numPr>
              <w:spacing w:before="240" w:after="240"/>
              <w:ind w:left="720"/>
              <w:rPr>
                <w:rFonts w:cs="Times New Roman"/>
                <w:color w:val="1F1F1F"/>
                <w:szCs w:val="24"/>
              </w:rPr>
            </w:pPr>
            <w:r w:rsidRPr="00E9315E">
              <w:rPr>
                <w:rFonts w:cs="Times New Roman"/>
                <w:color w:val="1F1F1F"/>
                <w:szCs w:val="24"/>
              </w:rPr>
              <w:t>The system validates the credit card and checks the available credit limit.</w:t>
            </w:r>
          </w:p>
          <w:p w14:paraId="41806613" w14:textId="15A98D1B" w:rsidR="00613AB4" w:rsidRPr="00E9315E" w:rsidRDefault="6BFD245A" w:rsidP="007763AF">
            <w:pPr>
              <w:pStyle w:val="ListParagraph"/>
              <w:numPr>
                <w:ilvl w:val="0"/>
                <w:numId w:val="22"/>
              </w:numPr>
              <w:spacing w:before="240" w:after="240"/>
              <w:ind w:left="720"/>
              <w:rPr>
                <w:rFonts w:cs="Times New Roman"/>
                <w:color w:val="1F1F1F"/>
                <w:szCs w:val="24"/>
              </w:rPr>
            </w:pPr>
            <w:r w:rsidRPr="00E9315E">
              <w:rPr>
                <w:rFonts w:cs="Times New Roman"/>
                <w:color w:val="1F1F1F"/>
                <w:szCs w:val="24"/>
              </w:rPr>
              <w:t xml:space="preserve">The </w:t>
            </w:r>
            <w:bookmarkStart w:id="2" w:name="_Int_cF7vyxf5"/>
            <w:r w:rsidRPr="00E9315E">
              <w:rPr>
                <w:rFonts w:cs="Times New Roman"/>
                <w:color w:val="1F1F1F"/>
                <w:szCs w:val="24"/>
              </w:rPr>
              <w:t>system records the amount of fuel requested by the user</w:t>
            </w:r>
            <w:bookmarkEnd w:id="2"/>
            <w:r w:rsidRPr="00E9315E">
              <w:rPr>
                <w:rFonts w:cs="Times New Roman"/>
                <w:color w:val="1F1F1F"/>
                <w:szCs w:val="24"/>
              </w:rPr>
              <w:t>.</w:t>
            </w:r>
          </w:p>
          <w:p w14:paraId="67FCEFA2" w14:textId="663753DF" w:rsidR="00613AB4" w:rsidRPr="00E9315E" w:rsidRDefault="6BFD245A" w:rsidP="007763AF">
            <w:pPr>
              <w:pStyle w:val="ListParagraph"/>
              <w:numPr>
                <w:ilvl w:val="0"/>
                <w:numId w:val="21"/>
              </w:numPr>
              <w:spacing w:before="240" w:after="240"/>
              <w:ind w:left="720"/>
              <w:rPr>
                <w:rFonts w:cs="Times New Roman"/>
                <w:color w:val="1F1F1F"/>
                <w:szCs w:val="24"/>
              </w:rPr>
            </w:pPr>
            <w:r w:rsidRPr="00E9315E">
              <w:rPr>
                <w:rFonts w:cs="Times New Roman"/>
                <w:color w:val="1F1F1F"/>
                <w:szCs w:val="24"/>
              </w:rPr>
              <w:t>The system opens the pump valve to deliver fuel and monitors the actual quantity dispensed.</w:t>
            </w:r>
          </w:p>
          <w:p w14:paraId="3EDE13DF" w14:textId="5A3FEE08" w:rsidR="00613AB4" w:rsidRPr="00E9315E" w:rsidRDefault="6BFD245A" w:rsidP="007763AF">
            <w:pPr>
              <w:pStyle w:val="ListParagraph"/>
              <w:numPr>
                <w:ilvl w:val="0"/>
                <w:numId w:val="20"/>
              </w:numPr>
              <w:spacing w:before="240" w:after="240"/>
              <w:ind w:left="720"/>
              <w:rPr>
                <w:rFonts w:cs="Times New Roman"/>
                <w:color w:val="1F1F1F"/>
                <w:szCs w:val="24"/>
              </w:rPr>
            </w:pPr>
            <w:r w:rsidRPr="00E9315E">
              <w:rPr>
                <w:rFonts w:cs="Times New Roman"/>
                <w:color w:val="1F1F1F"/>
                <w:szCs w:val="24"/>
              </w:rPr>
              <w:t>The system automatically debits the customer's account based on the final fuel cost.</w:t>
            </w:r>
          </w:p>
          <w:p w14:paraId="6C3533AF" w14:textId="0C60282F" w:rsidR="00613AB4" w:rsidRPr="00E9315E" w:rsidRDefault="6BFD245A" w:rsidP="007763AF">
            <w:pPr>
              <w:pStyle w:val="ListParagraph"/>
              <w:numPr>
                <w:ilvl w:val="0"/>
                <w:numId w:val="19"/>
              </w:numPr>
              <w:spacing w:before="240" w:after="240"/>
              <w:ind w:left="360"/>
              <w:rPr>
                <w:rFonts w:cs="Times New Roman"/>
                <w:color w:val="1F1F1F"/>
                <w:szCs w:val="24"/>
              </w:rPr>
            </w:pPr>
            <w:r w:rsidRPr="00E9315E">
              <w:rPr>
                <w:rFonts w:cs="Times New Roman"/>
                <w:color w:val="1F1F1F"/>
                <w:szCs w:val="24"/>
              </w:rPr>
              <w:t>Outputs: Dispensed fuel and transaction receipt (printed or digital).</w:t>
            </w:r>
          </w:p>
          <w:p w14:paraId="1CBFF478" w14:textId="4C77D227" w:rsidR="00613AB4" w:rsidRPr="00E9315E" w:rsidRDefault="6BFD245A" w:rsidP="007763AF">
            <w:pPr>
              <w:pStyle w:val="Heading3"/>
              <w:numPr>
                <w:ilvl w:val="0"/>
                <w:numId w:val="28"/>
              </w:numPr>
              <w:spacing w:before="0" w:after="120"/>
              <w:ind w:left="360"/>
              <w:rPr>
                <w:rFonts w:ascii="Times New Roman" w:eastAsia="Times New Roman" w:hAnsi="Times New Roman" w:cs="Times New Roman"/>
                <w:b w:val="0"/>
                <w:bCs w:val="0"/>
                <w:color w:val="1F1F1F"/>
                <w:szCs w:val="24"/>
              </w:rPr>
            </w:pPr>
            <w:r w:rsidRPr="00E9315E">
              <w:rPr>
                <w:rFonts w:ascii="Times New Roman" w:eastAsia="Times New Roman" w:hAnsi="Times New Roman" w:cs="Times New Roman"/>
                <w:b w:val="0"/>
                <w:bCs w:val="0"/>
                <w:color w:val="1F1F1F"/>
                <w:szCs w:val="24"/>
              </w:rPr>
              <w:t>ATM Cash-Dispensing Function</w:t>
            </w:r>
          </w:p>
          <w:p w14:paraId="12D99572" w14:textId="6DD23DCA" w:rsidR="00613AB4" w:rsidRPr="00E9315E" w:rsidRDefault="6BFD245A" w:rsidP="007763AF">
            <w:pPr>
              <w:pStyle w:val="ListParagraph"/>
              <w:numPr>
                <w:ilvl w:val="0"/>
                <w:numId w:val="18"/>
              </w:numPr>
              <w:spacing w:before="240" w:after="240"/>
              <w:ind w:left="360"/>
              <w:rPr>
                <w:rFonts w:cs="Times New Roman"/>
                <w:color w:val="1F1F1F"/>
                <w:szCs w:val="24"/>
              </w:rPr>
            </w:pPr>
            <w:r w:rsidRPr="00E9315E">
              <w:rPr>
                <w:rFonts w:cs="Times New Roman"/>
                <w:color w:val="1F1F1F"/>
                <w:szCs w:val="24"/>
              </w:rPr>
              <w:t>Function: Withdrawal of cash from personal bank accounts.</w:t>
            </w:r>
          </w:p>
          <w:p w14:paraId="3549C6F8" w14:textId="59A2377D" w:rsidR="00613AB4" w:rsidRPr="00E9315E" w:rsidRDefault="6BFD245A" w:rsidP="007763AF">
            <w:pPr>
              <w:pStyle w:val="ListParagraph"/>
              <w:numPr>
                <w:ilvl w:val="0"/>
                <w:numId w:val="17"/>
              </w:numPr>
              <w:spacing w:before="240" w:after="240"/>
              <w:ind w:left="360"/>
              <w:rPr>
                <w:rFonts w:cs="Times New Roman"/>
                <w:color w:val="1F1F1F"/>
                <w:szCs w:val="24"/>
              </w:rPr>
            </w:pPr>
            <w:r w:rsidRPr="00E9315E">
              <w:rPr>
                <w:rFonts w:cs="Times New Roman"/>
                <w:color w:val="1F1F1F"/>
                <w:szCs w:val="24"/>
              </w:rPr>
              <w:t>Description: The ATM must provide the ability for users to withdraw a specific amount of cash after successful identity authentication.</w:t>
            </w:r>
          </w:p>
          <w:p w14:paraId="274B71A2" w14:textId="3AAADFD8" w:rsidR="00613AB4" w:rsidRPr="00E9315E" w:rsidRDefault="6BFD245A" w:rsidP="007763AF">
            <w:pPr>
              <w:pStyle w:val="ListParagraph"/>
              <w:numPr>
                <w:ilvl w:val="0"/>
                <w:numId w:val="16"/>
              </w:numPr>
              <w:spacing w:before="240" w:after="240"/>
              <w:ind w:left="360"/>
              <w:rPr>
                <w:rFonts w:cs="Times New Roman"/>
                <w:color w:val="1F1F1F"/>
                <w:szCs w:val="24"/>
              </w:rPr>
            </w:pPr>
            <w:r w:rsidRPr="00E9315E">
              <w:rPr>
                <w:rFonts w:cs="Times New Roman"/>
                <w:color w:val="1F1F1F"/>
                <w:szCs w:val="24"/>
              </w:rPr>
              <w:t>Inputs: Valid Authentication PIN and the specific amount of cash to be withdrawn.</w:t>
            </w:r>
          </w:p>
          <w:p w14:paraId="28E35743" w14:textId="79692B4C" w:rsidR="00613AB4" w:rsidRPr="00E9315E" w:rsidRDefault="6BFD245A" w:rsidP="007763AF">
            <w:pPr>
              <w:pStyle w:val="ListParagraph"/>
              <w:numPr>
                <w:ilvl w:val="0"/>
                <w:numId w:val="15"/>
              </w:numPr>
              <w:spacing w:before="240" w:after="240"/>
              <w:ind w:left="360"/>
              <w:rPr>
                <w:rFonts w:cs="Times New Roman"/>
                <w:color w:val="1F1F1F"/>
                <w:szCs w:val="24"/>
              </w:rPr>
            </w:pPr>
            <w:r w:rsidRPr="00E9315E">
              <w:rPr>
                <w:rFonts w:cs="Times New Roman"/>
                <w:color w:val="1F1F1F"/>
                <w:szCs w:val="24"/>
              </w:rPr>
              <w:t>Processing:</w:t>
            </w:r>
          </w:p>
          <w:p w14:paraId="2DCC759F" w14:textId="3CF21E2F" w:rsidR="00613AB4" w:rsidRPr="00E9315E" w:rsidRDefault="6BFD245A" w:rsidP="007763AF">
            <w:pPr>
              <w:pStyle w:val="ListParagraph"/>
              <w:numPr>
                <w:ilvl w:val="0"/>
                <w:numId w:val="14"/>
              </w:numPr>
              <w:spacing w:before="240" w:after="240"/>
              <w:ind w:left="720"/>
              <w:rPr>
                <w:rFonts w:cs="Times New Roman"/>
                <w:color w:val="1F1F1F"/>
                <w:szCs w:val="24"/>
              </w:rPr>
            </w:pPr>
            <w:r w:rsidRPr="00E9315E">
              <w:rPr>
                <w:rFonts w:cs="Times New Roman"/>
                <w:color w:val="1F1F1F"/>
                <w:szCs w:val="24"/>
              </w:rPr>
              <w:t>The system verifies the customer’s current account balance.</w:t>
            </w:r>
          </w:p>
          <w:p w14:paraId="04D2C622" w14:textId="0D80FD40" w:rsidR="00613AB4" w:rsidRPr="00E9315E" w:rsidRDefault="6BFD245A" w:rsidP="007763AF">
            <w:pPr>
              <w:pStyle w:val="ListParagraph"/>
              <w:numPr>
                <w:ilvl w:val="0"/>
                <w:numId w:val="13"/>
              </w:numPr>
              <w:spacing w:before="240" w:after="240"/>
              <w:ind w:left="720"/>
              <w:rPr>
                <w:rFonts w:cs="Times New Roman"/>
                <w:color w:val="1F1F1F"/>
                <w:szCs w:val="24"/>
              </w:rPr>
            </w:pPr>
            <w:r w:rsidRPr="00E9315E">
              <w:rPr>
                <w:rFonts w:cs="Times New Roman"/>
                <w:color w:val="1F1F1F"/>
                <w:szCs w:val="24"/>
              </w:rPr>
              <w:t>The system confirms that the withdrawal amount is within the card's limit and the machine's available cash supply.</w:t>
            </w:r>
          </w:p>
          <w:p w14:paraId="31C0A40A" w14:textId="54EE2B71" w:rsidR="00613AB4" w:rsidRPr="00E9315E" w:rsidRDefault="6BFD245A" w:rsidP="007763AF">
            <w:pPr>
              <w:pStyle w:val="ListParagraph"/>
              <w:numPr>
                <w:ilvl w:val="0"/>
                <w:numId w:val="12"/>
              </w:numPr>
              <w:spacing w:before="240" w:after="240"/>
              <w:ind w:left="720"/>
              <w:rPr>
                <w:rFonts w:cs="Times New Roman"/>
                <w:color w:val="1F1F1F"/>
                <w:szCs w:val="24"/>
              </w:rPr>
            </w:pPr>
            <w:r w:rsidRPr="00E9315E">
              <w:rPr>
                <w:rFonts w:cs="Times New Roman"/>
                <w:color w:val="1F1F1F"/>
                <w:szCs w:val="24"/>
              </w:rPr>
              <w:t>The system debits the corresponding amount from the user's bank account.</w:t>
            </w:r>
          </w:p>
          <w:p w14:paraId="5ABF27CE" w14:textId="30E362E8" w:rsidR="00613AB4" w:rsidRPr="00E9315E" w:rsidRDefault="6BFD245A" w:rsidP="007763AF">
            <w:pPr>
              <w:pStyle w:val="ListParagraph"/>
              <w:numPr>
                <w:ilvl w:val="0"/>
                <w:numId w:val="11"/>
              </w:numPr>
              <w:spacing w:before="240" w:after="240"/>
              <w:ind w:left="720"/>
              <w:rPr>
                <w:rFonts w:cs="Times New Roman"/>
                <w:color w:val="1F1F1F"/>
                <w:szCs w:val="24"/>
              </w:rPr>
            </w:pPr>
            <w:r w:rsidRPr="00E9315E">
              <w:rPr>
                <w:rFonts w:cs="Times New Roman"/>
                <w:color w:val="1F1F1F"/>
                <w:szCs w:val="24"/>
              </w:rPr>
              <w:t>The system triggers the mechanical unit to count and dispense the cash through the delivery slot.</w:t>
            </w:r>
          </w:p>
          <w:p w14:paraId="030FD50C" w14:textId="0F8DB067" w:rsidR="00613AB4" w:rsidRPr="00E9315E" w:rsidRDefault="6BFD245A" w:rsidP="007763AF">
            <w:pPr>
              <w:pStyle w:val="ListParagraph"/>
              <w:numPr>
                <w:ilvl w:val="0"/>
                <w:numId w:val="10"/>
              </w:numPr>
              <w:spacing w:before="240" w:after="240"/>
              <w:ind w:left="360"/>
              <w:rPr>
                <w:rFonts w:cs="Times New Roman"/>
                <w:color w:val="1F1F1F"/>
                <w:szCs w:val="24"/>
              </w:rPr>
            </w:pPr>
            <w:r w:rsidRPr="00E9315E">
              <w:rPr>
                <w:rFonts w:cs="Times New Roman"/>
                <w:color w:val="1F1F1F"/>
                <w:szCs w:val="24"/>
              </w:rPr>
              <w:t>Outputs: Physical cash and an updated account balance notification.</w:t>
            </w:r>
          </w:p>
          <w:p w14:paraId="22C9F695" w14:textId="157EC541" w:rsidR="00613AB4" w:rsidRPr="00E9315E" w:rsidRDefault="6BFD245A" w:rsidP="007763AF">
            <w:pPr>
              <w:pStyle w:val="Heading3"/>
              <w:numPr>
                <w:ilvl w:val="0"/>
                <w:numId w:val="28"/>
              </w:numPr>
              <w:spacing w:before="0" w:after="120"/>
              <w:ind w:left="360"/>
              <w:rPr>
                <w:rFonts w:ascii="Times New Roman" w:eastAsia="Times New Roman" w:hAnsi="Times New Roman" w:cs="Times New Roman"/>
                <w:b w:val="0"/>
                <w:bCs w:val="0"/>
                <w:color w:val="1F1F1F"/>
                <w:szCs w:val="24"/>
              </w:rPr>
            </w:pPr>
            <w:r w:rsidRPr="00E9315E">
              <w:rPr>
                <w:rFonts w:ascii="Times New Roman" w:eastAsia="Times New Roman" w:hAnsi="Times New Roman" w:cs="Times New Roman"/>
                <w:b w:val="0"/>
                <w:bCs w:val="0"/>
                <w:color w:val="1F1F1F"/>
                <w:szCs w:val="24"/>
              </w:rPr>
              <w:t>Spelling-Check and Correcting Function</w:t>
            </w:r>
          </w:p>
          <w:p w14:paraId="4583D522" w14:textId="7F7D405D" w:rsidR="00613AB4" w:rsidRPr="00E9315E" w:rsidRDefault="6BFD245A" w:rsidP="007763AF">
            <w:pPr>
              <w:pStyle w:val="ListParagraph"/>
              <w:numPr>
                <w:ilvl w:val="0"/>
                <w:numId w:val="9"/>
              </w:numPr>
              <w:spacing w:before="240" w:after="240"/>
              <w:ind w:left="360"/>
              <w:rPr>
                <w:rFonts w:cs="Times New Roman"/>
                <w:color w:val="1F1F1F"/>
                <w:szCs w:val="24"/>
              </w:rPr>
            </w:pPr>
            <w:r w:rsidRPr="00E9315E">
              <w:rPr>
                <w:rFonts w:cs="Times New Roman"/>
                <w:color w:val="1F1F1F"/>
                <w:szCs w:val="24"/>
              </w:rPr>
              <w:lastRenderedPageBreak/>
              <w:t>Function: Detection and correction of orthographic errors in text.</w:t>
            </w:r>
          </w:p>
          <w:p w14:paraId="4EF15827" w14:textId="50A14FA4" w:rsidR="00613AB4" w:rsidRPr="00E9315E" w:rsidRDefault="6BFD245A" w:rsidP="007763AF">
            <w:pPr>
              <w:pStyle w:val="ListParagraph"/>
              <w:numPr>
                <w:ilvl w:val="0"/>
                <w:numId w:val="8"/>
              </w:numPr>
              <w:spacing w:before="240" w:after="240"/>
              <w:ind w:left="360"/>
              <w:rPr>
                <w:rFonts w:cs="Times New Roman"/>
                <w:color w:val="1F1F1F"/>
                <w:szCs w:val="24"/>
              </w:rPr>
            </w:pPr>
            <w:r w:rsidRPr="00E9315E">
              <w:rPr>
                <w:rFonts w:cs="Times New Roman"/>
                <w:color w:val="1F1F1F"/>
                <w:szCs w:val="24"/>
              </w:rPr>
              <w:t>Description: The word processor must scan document content to identify words that do not match the system dictionary and suggest accurate alternatives.</w:t>
            </w:r>
          </w:p>
          <w:p w14:paraId="633948C0" w14:textId="13ECDFE8" w:rsidR="00613AB4" w:rsidRPr="00E9315E" w:rsidRDefault="6BFD245A" w:rsidP="007763AF">
            <w:pPr>
              <w:pStyle w:val="ListParagraph"/>
              <w:numPr>
                <w:ilvl w:val="0"/>
                <w:numId w:val="7"/>
              </w:numPr>
              <w:spacing w:before="240" w:after="240"/>
              <w:ind w:left="360"/>
              <w:rPr>
                <w:rFonts w:cs="Times New Roman"/>
                <w:color w:val="1F1F1F"/>
                <w:szCs w:val="24"/>
              </w:rPr>
            </w:pPr>
            <w:r w:rsidRPr="00E9315E">
              <w:rPr>
                <w:rFonts w:cs="Times New Roman"/>
                <w:color w:val="1F1F1F"/>
                <w:szCs w:val="24"/>
              </w:rPr>
              <w:t>Inputs: Text content being edited and the selected language for the check.</w:t>
            </w:r>
          </w:p>
          <w:p w14:paraId="7E8A7F30" w14:textId="230FDED1" w:rsidR="00613AB4" w:rsidRPr="00E9315E" w:rsidRDefault="6BFD245A" w:rsidP="007763AF">
            <w:pPr>
              <w:pStyle w:val="ListParagraph"/>
              <w:numPr>
                <w:ilvl w:val="0"/>
                <w:numId w:val="6"/>
              </w:numPr>
              <w:spacing w:before="240" w:after="240"/>
              <w:ind w:left="360"/>
              <w:rPr>
                <w:rFonts w:cs="Times New Roman"/>
                <w:color w:val="1F1F1F"/>
                <w:szCs w:val="24"/>
              </w:rPr>
            </w:pPr>
            <w:r w:rsidRPr="00E9315E">
              <w:rPr>
                <w:rFonts w:cs="Times New Roman"/>
                <w:color w:val="1F1F1F"/>
                <w:szCs w:val="24"/>
              </w:rPr>
              <w:t>Processing:</w:t>
            </w:r>
          </w:p>
          <w:p w14:paraId="4A277BF1" w14:textId="1359EB4A" w:rsidR="00613AB4" w:rsidRPr="00E9315E" w:rsidRDefault="6BFD245A" w:rsidP="007763AF">
            <w:pPr>
              <w:pStyle w:val="ListParagraph"/>
              <w:numPr>
                <w:ilvl w:val="0"/>
                <w:numId w:val="5"/>
              </w:numPr>
              <w:spacing w:before="240" w:after="240"/>
              <w:ind w:left="720"/>
              <w:rPr>
                <w:rFonts w:cs="Times New Roman"/>
                <w:color w:val="1F1F1F"/>
                <w:szCs w:val="24"/>
              </w:rPr>
            </w:pPr>
            <w:r w:rsidRPr="00E9315E">
              <w:rPr>
                <w:rFonts w:cs="Times New Roman"/>
                <w:color w:val="1F1F1F"/>
                <w:szCs w:val="24"/>
              </w:rPr>
              <w:t>The system compares every word in the document against a built-in dictionary database.</w:t>
            </w:r>
          </w:p>
          <w:p w14:paraId="7EE1DF27" w14:textId="49FC3005" w:rsidR="00613AB4" w:rsidRPr="00E9315E" w:rsidRDefault="6BFD245A" w:rsidP="007763AF">
            <w:pPr>
              <w:pStyle w:val="ListParagraph"/>
              <w:numPr>
                <w:ilvl w:val="0"/>
                <w:numId w:val="4"/>
              </w:numPr>
              <w:spacing w:before="240" w:after="240"/>
              <w:ind w:left="720"/>
              <w:rPr>
                <w:rFonts w:cs="Times New Roman"/>
                <w:color w:val="1F1F1F"/>
                <w:szCs w:val="24"/>
              </w:rPr>
            </w:pPr>
            <w:r w:rsidRPr="00E9315E">
              <w:rPr>
                <w:rFonts w:cs="Times New Roman"/>
                <w:color w:val="1F1F1F"/>
                <w:szCs w:val="24"/>
              </w:rPr>
              <w:t>The system flags suspected spelling errors (e.g., using a red underline).</w:t>
            </w:r>
          </w:p>
          <w:p w14:paraId="1CA49163" w14:textId="11273758" w:rsidR="00613AB4" w:rsidRPr="00E9315E" w:rsidRDefault="6BFD245A" w:rsidP="007763AF">
            <w:pPr>
              <w:pStyle w:val="ListParagraph"/>
              <w:numPr>
                <w:ilvl w:val="0"/>
                <w:numId w:val="3"/>
              </w:numPr>
              <w:spacing w:before="240" w:after="240"/>
              <w:ind w:left="720"/>
              <w:rPr>
                <w:rFonts w:cs="Times New Roman"/>
                <w:color w:val="1F1F1F"/>
                <w:szCs w:val="24"/>
              </w:rPr>
            </w:pPr>
            <w:r w:rsidRPr="00E9315E">
              <w:rPr>
                <w:rFonts w:cs="Times New Roman"/>
                <w:color w:val="1F1F1F"/>
                <w:szCs w:val="24"/>
              </w:rPr>
              <w:t>The system suggests a list of words with similar structures based on context.</w:t>
            </w:r>
          </w:p>
          <w:p w14:paraId="346EFE4D" w14:textId="4B325B24" w:rsidR="00613AB4" w:rsidRPr="00E9315E" w:rsidRDefault="6BFD245A" w:rsidP="007763AF">
            <w:pPr>
              <w:pStyle w:val="ListParagraph"/>
              <w:numPr>
                <w:ilvl w:val="0"/>
                <w:numId w:val="2"/>
              </w:numPr>
              <w:spacing w:before="240" w:after="240"/>
              <w:ind w:left="720"/>
              <w:rPr>
                <w:rFonts w:cs="Times New Roman"/>
                <w:color w:val="1F1F1F"/>
                <w:szCs w:val="24"/>
              </w:rPr>
            </w:pPr>
            <w:r w:rsidRPr="00E9315E">
              <w:rPr>
                <w:rFonts w:cs="Times New Roman"/>
                <w:color w:val="1F1F1F"/>
                <w:szCs w:val="24"/>
              </w:rPr>
              <w:t>The system replaces the error with the user's chosen word or ignores it as requested.</w:t>
            </w:r>
          </w:p>
          <w:p w14:paraId="666A6B54" w14:textId="387E010B" w:rsidR="00613AB4" w:rsidRPr="00E9315E" w:rsidRDefault="6BFD245A" w:rsidP="007763AF">
            <w:pPr>
              <w:pStyle w:val="ListParagraph"/>
              <w:numPr>
                <w:ilvl w:val="0"/>
                <w:numId w:val="1"/>
              </w:numPr>
              <w:spacing w:before="240" w:after="240"/>
              <w:ind w:left="360"/>
              <w:rPr>
                <w:rFonts w:cs="Times New Roman"/>
                <w:color w:val="1F1F1F"/>
                <w:szCs w:val="24"/>
              </w:rPr>
            </w:pPr>
            <w:r w:rsidRPr="00E9315E">
              <w:rPr>
                <w:rFonts w:cs="Times New Roman"/>
                <w:color w:val="1F1F1F"/>
                <w:szCs w:val="24"/>
              </w:rPr>
              <w:t xml:space="preserve">Outputs: Corrected text </w:t>
            </w:r>
            <w:bookmarkStart w:id="3" w:name="_Int_jnV9Untu"/>
            <w:r w:rsidRPr="00E9315E">
              <w:rPr>
                <w:rFonts w:cs="Times New Roman"/>
                <w:color w:val="1F1F1F"/>
                <w:szCs w:val="24"/>
              </w:rPr>
              <w:t>and a completion</w:t>
            </w:r>
            <w:bookmarkEnd w:id="3"/>
            <w:r w:rsidRPr="00E9315E">
              <w:rPr>
                <w:rFonts w:cs="Times New Roman"/>
                <w:color w:val="1F1F1F"/>
                <w:szCs w:val="24"/>
              </w:rPr>
              <w:t xml:space="preserve"> report for the spelling check.</w:t>
            </w:r>
          </w:p>
        </w:tc>
      </w:tr>
    </w:tbl>
    <w:p w14:paraId="0BC12E00" w14:textId="77777777" w:rsidR="00613AB4" w:rsidRPr="00E9315E" w:rsidRDefault="00613AB4"/>
    <w:p w14:paraId="0D0E5A92" w14:textId="77777777" w:rsidR="00613AB4" w:rsidRPr="00E9315E" w:rsidRDefault="00FC5359">
      <w:pPr>
        <w:pStyle w:val="QuestionHeading"/>
        <w:keepNext/>
      </w:pPr>
      <w:r w:rsidRPr="00E9315E">
        <w:t>Course Project</w:t>
      </w:r>
    </w:p>
    <w:p w14:paraId="154E1F6D" w14:textId="5C0C872C" w:rsidR="00613AB4" w:rsidRPr="00E9315E" w:rsidRDefault="00FC5359" w:rsidP="00C02C74">
      <w:pPr>
        <w:spacing w:after="80"/>
      </w:pPr>
      <w:r w:rsidRPr="00E9315E">
        <w:t>Define the user requirements for your software.</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8"/>
        <w:gridCol w:w="5670"/>
      </w:tblGrid>
      <w:tr w:rsidR="00613AB4" w:rsidRPr="00E9315E" w14:paraId="49240480" w14:textId="77777777">
        <w:trPr>
          <w:jc w:val="center"/>
        </w:trPr>
        <w:tc>
          <w:tcPr>
            <w:tcW w:w="1871" w:type="dxa"/>
          </w:tcPr>
          <w:p w14:paraId="711842C8" w14:textId="25AF8147" w:rsidR="00613AB4" w:rsidRPr="00E9315E" w:rsidRDefault="00FC5359">
            <w:r w:rsidRPr="00E9315E">
              <w:rPr>
                <w:b/>
              </w:rPr>
              <w:t>STUDENT:</w:t>
            </w:r>
          </w:p>
        </w:tc>
        <w:tc>
          <w:tcPr>
            <w:tcW w:w="7370" w:type="dxa"/>
          </w:tcPr>
          <w:p w14:paraId="4AC6D69C" w14:textId="633E61ED" w:rsidR="00613AB4" w:rsidRPr="00E9315E" w:rsidRDefault="00613AB4"/>
        </w:tc>
      </w:tr>
      <w:tr w:rsidR="00613AB4" w:rsidRPr="00E9315E" w14:paraId="65B28E99" w14:textId="77777777">
        <w:trPr>
          <w:jc w:val="center"/>
        </w:trPr>
        <w:tc>
          <w:tcPr>
            <w:tcW w:w="4706" w:type="dxa"/>
          </w:tcPr>
          <w:p w14:paraId="05CD7693" w14:textId="77777777" w:rsidR="00613AB4" w:rsidRPr="00E9315E" w:rsidRDefault="00FC5359">
            <w:r w:rsidRPr="00E9315E">
              <w:rPr>
                <w:b/>
              </w:rPr>
              <w:t>SOLUTION:</w:t>
            </w:r>
          </w:p>
        </w:tc>
        <w:tc>
          <w:tcPr>
            <w:tcW w:w="4706" w:type="dxa"/>
          </w:tcPr>
          <w:p w14:paraId="364A913C" w14:textId="76138F71" w:rsidR="00613AB4" w:rsidRPr="00E9315E" w:rsidRDefault="00613AB4"/>
        </w:tc>
      </w:tr>
    </w:tbl>
    <w:p w14:paraId="0E1581B1" w14:textId="77777777" w:rsidR="00613AB4" w:rsidRPr="00E9315E" w:rsidRDefault="00613AB4"/>
    <w:p w14:paraId="6A1D0B4F" w14:textId="77777777" w:rsidR="00613AB4" w:rsidRPr="00E9315E" w:rsidRDefault="00FC5359">
      <w:pPr>
        <w:pStyle w:val="QuestionHeading"/>
      </w:pPr>
      <w:proofErr w:type="spellStart"/>
      <w:r w:rsidRPr="00E9315E">
        <w:t>Lect</w:t>
      </w:r>
      <w:proofErr w:type="spellEnd"/>
      <w:r w:rsidRPr="00E9315E">
        <w:t xml:space="preserve"> 6</w:t>
      </w:r>
    </w:p>
    <w:p w14:paraId="7747D5C0" w14:textId="77777777" w:rsidR="00613AB4" w:rsidRPr="00E9315E" w:rsidRDefault="00FC5359">
      <w:pPr>
        <w:pStyle w:val="QuestionHeading"/>
        <w:keepNext/>
      </w:pPr>
      <w:r w:rsidRPr="00E9315E">
        <w:t>Exercise 3</w:t>
      </w:r>
    </w:p>
    <w:p w14:paraId="43F33677" w14:textId="5A883657" w:rsidR="00613AB4" w:rsidRPr="00E9315E" w:rsidRDefault="00FC5359" w:rsidP="00BE5378">
      <w:pPr>
        <w:spacing w:after="80"/>
      </w:pPr>
      <w:r w:rsidRPr="00E9315E">
        <w:t>Who are Stakeholders in the MHC-PMS?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40"/>
        <w:gridCol w:w="5788"/>
      </w:tblGrid>
      <w:tr w:rsidR="00613AB4" w:rsidRPr="00E9315E" w14:paraId="05281A0D" w14:textId="77777777" w:rsidTr="6BFD245A">
        <w:trPr>
          <w:jc w:val="center"/>
        </w:trPr>
        <w:tc>
          <w:tcPr>
            <w:tcW w:w="1871" w:type="dxa"/>
          </w:tcPr>
          <w:p w14:paraId="647D40B4" w14:textId="58FF54A3" w:rsidR="00613AB4" w:rsidRPr="00E9315E" w:rsidRDefault="00FC5359">
            <w:r w:rsidRPr="00E9315E">
              <w:rPr>
                <w:b/>
              </w:rPr>
              <w:t>STUDENT:</w:t>
            </w:r>
          </w:p>
        </w:tc>
        <w:tc>
          <w:tcPr>
            <w:tcW w:w="7370" w:type="dxa"/>
          </w:tcPr>
          <w:p w14:paraId="3428328D" w14:textId="4BFFD432" w:rsidR="00613AB4" w:rsidRPr="00E9315E" w:rsidRDefault="00613AB4" w:rsidP="6BFD245A"/>
        </w:tc>
      </w:tr>
      <w:tr w:rsidR="00613AB4" w:rsidRPr="00E9315E" w14:paraId="34486742" w14:textId="77777777" w:rsidTr="6BFD245A">
        <w:trPr>
          <w:jc w:val="center"/>
        </w:trPr>
        <w:tc>
          <w:tcPr>
            <w:tcW w:w="4706" w:type="dxa"/>
          </w:tcPr>
          <w:p w14:paraId="6E7C1B7E" w14:textId="77777777" w:rsidR="00613AB4" w:rsidRPr="00E9315E" w:rsidRDefault="00FC5359">
            <w:r w:rsidRPr="00E9315E">
              <w:rPr>
                <w:b/>
              </w:rPr>
              <w:t>SOLUTION:</w:t>
            </w:r>
          </w:p>
        </w:tc>
        <w:tc>
          <w:tcPr>
            <w:tcW w:w="4706" w:type="dxa"/>
          </w:tcPr>
          <w:p w14:paraId="2A37A883" w14:textId="2E519254" w:rsidR="00613AB4" w:rsidRPr="00BE5378" w:rsidRDefault="6BFD245A" w:rsidP="6BFD245A">
            <w:r w:rsidRPr="00BE5378">
              <w:rPr>
                <w:rFonts w:cs="Times New Roman"/>
                <w:szCs w:val="24"/>
              </w:rPr>
              <w:t>In Sommerville’s MHC-PMS case study, the key stakeholders include patients, doctors, nurses, medical receptionists, and IT staff. The related stakeholder list also includes medical ethics managers, health care managers, and medical records staff.</w:t>
            </w:r>
          </w:p>
        </w:tc>
      </w:tr>
    </w:tbl>
    <w:p w14:paraId="58AE1542" w14:textId="77777777" w:rsidR="00613AB4" w:rsidRPr="00E9315E" w:rsidRDefault="00613AB4"/>
    <w:p w14:paraId="29726D5A" w14:textId="77777777" w:rsidR="00613AB4" w:rsidRPr="00E9315E" w:rsidRDefault="00FC5359">
      <w:pPr>
        <w:pStyle w:val="QuestionHeading"/>
        <w:keepNext/>
      </w:pPr>
      <w:r w:rsidRPr="00E9315E">
        <w:lastRenderedPageBreak/>
        <w:t>Exercise 7.4</w:t>
      </w:r>
    </w:p>
    <w:p w14:paraId="34EC8AC3" w14:textId="5BEF2C33" w:rsidR="00613AB4" w:rsidRPr="00E9315E" w:rsidRDefault="00FC5359" w:rsidP="00772B13">
      <w:pPr>
        <w:spacing w:after="80"/>
      </w:pPr>
      <w:r w:rsidRPr="00E9315E">
        <w:t xml:space="preserve">The LIBSYS system </w:t>
      </w:r>
      <w:proofErr w:type="gramStart"/>
      <w:r w:rsidRPr="00E9315E">
        <w:t>has to</w:t>
      </w:r>
      <w:proofErr w:type="gramEnd"/>
      <w:r w:rsidRPr="00E9315E">
        <w:t xml:space="preserve"> include support for cataloguing new documents where the system catalog may be distributed across several machines. What are likely to be the most important types of non-functional requirements associated with the cataloguing facilities?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10"/>
        <w:gridCol w:w="5918"/>
      </w:tblGrid>
      <w:tr w:rsidR="00613AB4" w:rsidRPr="00E9315E" w14:paraId="1A6BEC6C" w14:textId="77777777" w:rsidTr="5FEA8F8E">
        <w:trPr>
          <w:jc w:val="center"/>
        </w:trPr>
        <w:tc>
          <w:tcPr>
            <w:tcW w:w="1871" w:type="dxa"/>
          </w:tcPr>
          <w:p w14:paraId="71942504" w14:textId="565ED4DE" w:rsidR="00613AB4" w:rsidRPr="00E9315E" w:rsidRDefault="00FC5359">
            <w:r w:rsidRPr="00E9315E">
              <w:rPr>
                <w:b/>
              </w:rPr>
              <w:t>STUDENT:</w:t>
            </w:r>
          </w:p>
        </w:tc>
        <w:tc>
          <w:tcPr>
            <w:tcW w:w="7370" w:type="dxa"/>
          </w:tcPr>
          <w:p w14:paraId="5B5D03E9" w14:textId="5984C9A9" w:rsidR="00613AB4" w:rsidRPr="00E9315E" w:rsidRDefault="00613AB4"/>
        </w:tc>
      </w:tr>
      <w:tr w:rsidR="00613AB4" w:rsidRPr="00E9315E" w14:paraId="3E5432D9" w14:textId="77777777" w:rsidTr="5FEA8F8E">
        <w:trPr>
          <w:jc w:val="center"/>
        </w:trPr>
        <w:tc>
          <w:tcPr>
            <w:tcW w:w="4706" w:type="dxa"/>
          </w:tcPr>
          <w:p w14:paraId="3959987E" w14:textId="77777777" w:rsidR="00613AB4" w:rsidRPr="00E9315E" w:rsidRDefault="00FC5359">
            <w:r w:rsidRPr="00E9315E">
              <w:rPr>
                <w:b/>
              </w:rPr>
              <w:t>SOLUTION:</w:t>
            </w:r>
          </w:p>
        </w:tc>
        <w:tc>
          <w:tcPr>
            <w:tcW w:w="4706" w:type="dxa"/>
          </w:tcPr>
          <w:p w14:paraId="4C60877F" w14:textId="795F9A88" w:rsidR="00613AB4" w:rsidRPr="00E9315E" w:rsidRDefault="06C6BB7C" w:rsidP="06C6BB7C">
            <w:r w:rsidRPr="00E9315E">
              <w:t>Some of the most important types of non-functional requirements are:</w:t>
            </w:r>
          </w:p>
          <w:p w14:paraId="650B5CBB" w14:textId="7A646795" w:rsidR="00613AB4" w:rsidRPr="00E9315E" w:rsidRDefault="1773E95F" w:rsidP="007763AF">
            <w:pPr>
              <w:pStyle w:val="ListParagraph"/>
              <w:numPr>
                <w:ilvl w:val="0"/>
                <w:numId w:val="30"/>
              </w:numPr>
            </w:pPr>
            <w:r w:rsidRPr="00E9315E">
              <w:t>Performance requirements</w:t>
            </w:r>
          </w:p>
          <w:p w14:paraId="2C242B23" w14:textId="460B620D" w:rsidR="00613AB4" w:rsidRPr="00E9315E" w:rsidRDefault="1773E95F" w:rsidP="007763AF">
            <w:pPr>
              <w:pStyle w:val="ListParagraph"/>
              <w:numPr>
                <w:ilvl w:val="0"/>
                <w:numId w:val="30"/>
              </w:numPr>
            </w:pPr>
            <w:r w:rsidRPr="00E9315E">
              <w:t>Reliability requirements</w:t>
            </w:r>
          </w:p>
          <w:p w14:paraId="3C1A5EAA" w14:textId="1B332DEE" w:rsidR="00613AB4" w:rsidRPr="00E9315E" w:rsidRDefault="1773E95F" w:rsidP="007763AF">
            <w:pPr>
              <w:pStyle w:val="ListParagraph"/>
              <w:numPr>
                <w:ilvl w:val="0"/>
                <w:numId w:val="30"/>
              </w:numPr>
            </w:pPr>
            <w:r w:rsidRPr="00E9315E">
              <w:t>Availability requirements</w:t>
            </w:r>
          </w:p>
          <w:p w14:paraId="4025FC39" w14:textId="496FCF8B" w:rsidR="00613AB4" w:rsidRPr="00E9315E" w:rsidRDefault="1773E95F" w:rsidP="007763AF">
            <w:pPr>
              <w:pStyle w:val="ListParagraph"/>
              <w:numPr>
                <w:ilvl w:val="0"/>
                <w:numId w:val="30"/>
              </w:numPr>
            </w:pPr>
            <w:r w:rsidRPr="00E9315E">
              <w:t>Consistency requirements</w:t>
            </w:r>
          </w:p>
          <w:p w14:paraId="26F13A0C" w14:textId="4C0598D0" w:rsidR="00613AB4" w:rsidRPr="00E9315E" w:rsidRDefault="1773E95F" w:rsidP="007763AF">
            <w:pPr>
              <w:pStyle w:val="ListParagraph"/>
              <w:numPr>
                <w:ilvl w:val="0"/>
                <w:numId w:val="30"/>
              </w:numPr>
            </w:pPr>
            <w:r w:rsidRPr="00E9315E">
              <w:t>Security requirements</w:t>
            </w:r>
          </w:p>
          <w:p w14:paraId="69518A1E" w14:textId="74984760" w:rsidR="00613AB4" w:rsidRPr="00E9315E" w:rsidRDefault="1773E95F" w:rsidP="007763AF">
            <w:pPr>
              <w:pStyle w:val="ListParagraph"/>
              <w:numPr>
                <w:ilvl w:val="0"/>
                <w:numId w:val="30"/>
              </w:numPr>
            </w:pPr>
            <w:r w:rsidRPr="00E9315E">
              <w:t>Interoperability requirements</w:t>
            </w:r>
          </w:p>
          <w:p w14:paraId="3D3BE886" w14:textId="516BA68D" w:rsidR="00613AB4" w:rsidRPr="00E9315E" w:rsidRDefault="1773E95F" w:rsidP="007763AF">
            <w:pPr>
              <w:pStyle w:val="ListParagraph"/>
              <w:numPr>
                <w:ilvl w:val="0"/>
                <w:numId w:val="30"/>
              </w:numPr>
            </w:pPr>
            <w:r w:rsidRPr="00E9315E">
              <w:t>Usability requirements</w:t>
            </w:r>
          </w:p>
        </w:tc>
      </w:tr>
    </w:tbl>
    <w:p w14:paraId="3F2F8453" w14:textId="77777777" w:rsidR="00613AB4" w:rsidRPr="00E9315E" w:rsidRDefault="00613AB4"/>
    <w:p w14:paraId="1CF447A9" w14:textId="77777777" w:rsidR="00613AB4" w:rsidRPr="00E9315E" w:rsidRDefault="00FC5359">
      <w:pPr>
        <w:pStyle w:val="QuestionHeading"/>
        <w:keepNext/>
      </w:pPr>
      <w:r w:rsidRPr="00E9315E">
        <w:t>Exercise 7.5</w:t>
      </w:r>
    </w:p>
    <w:p w14:paraId="612F4BB7" w14:textId="60541272" w:rsidR="00613AB4" w:rsidRPr="00E9315E" w:rsidRDefault="00FC5359" w:rsidP="00A36DC3">
      <w:pPr>
        <w:spacing w:after="80"/>
      </w:pPr>
      <w:r w:rsidRPr="00E9315E">
        <w:t>Using your knowledge of how an ATM is used, develop a set of use-cases that could serve as a basis for understanding the requirements for an ATM system.</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5"/>
        <w:gridCol w:w="6513"/>
      </w:tblGrid>
      <w:tr w:rsidR="00613AB4" w:rsidRPr="00E9315E" w14:paraId="14764A0E" w14:textId="77777777" w:rsidTr="5FEA8F8E">
        <w:trPr>
          <w:jc w:val="center"/>
        </w:trPr>
        <w:tc>
          <w:tcPr>
            <w:tcW w:w="1871" w:type="dxa"/>
          </w:tcPr>
          <w:p w14:paraId="6E78A3AA" w14:textId="0F1938D2" w:rsidR="00613AB4" w:rsidRPr="00E9315E" w:rsidRDefault="00FC5359">
            <w:r w:rsidRPr="00E9315E">
              <w:rPr>
                <w:b/>
              </w:rPr>
              <w:t>STUDENT:</w:t>
            </w:r>
          </w:p>
        </w:tc>
        <w:tc>
          <w:tcPr>
            <w:tcW w:w="7370" w:type="dxa"/>
          </w:tcPr>
          <w:p w14:paraId="252B9816" w14:textId="56393AC6" w:rsidR="00613AB4" w:rsidRPr="00E9315E" w:rsidRDefault="00613AB4" w:rsidP="1773E95F"/>
        </w:tc>
      </w:tr>
      <w:tr w:rsidR="00613AB4" w:rsidRPr="00E9315E" w14:paraId="21A7C33B" w14:textId="77777777" w:rsidTr="5FEA8F8E">
        <w:trPr>
          <w:jc w:val="center"/>
        </w:trPr>
        <w:tc>
          <w:tcPr>
            <w:tcW w:w="4706" w:type="dxa"/>
          </w:tcPr>
          <w:p w14:paraId="1903A832" w14:textId="77777777" w:rsidR="00613AB4" w:rsidRPr="00E9315E" w:rsidRDefault="00FC5359">
            <w:r w:rsidRPr="00E9315E">
              <w:rPr>
                <w:b/>
              </w:rPr>
              <w:t>SOLUTION:</w:t>
            </w:r>
          </w:p>
        </w:tc>
        <w:tc>
          <w:tcPr>
            <w:tcW w:w="4706" w:type="dxa"/>
          </w:tcPr>
          <w:p w14:paraId="3A2799FE" w14:textId="71AE1567" w:rsidR="00613AB4" w:rsidRPr="00E9315E" w:rsidRDefault="1773E95F" w:rsidP="1773E95F">
            <w:r w:rsidRPr="00E9315E">
              <w:t xml:space="preserve">The actors </w:t>
            </w:r>
            <w:proofErr w:type="gramStart"/>
            <w:r w:rsidRPr="00E9315E">
              <w:t>are:</w:t>
            </w:r>
            <w:proofErr w:type="gramEnd"/>
            <w:r w:rsidRPr="00E9315E">
              <w:t xml:space="preserve"> </w:t>
            </w:r>
            <w:r w:rsidRPr="00E9315E">
              <w:rPr>
                <w:rFonts w:cs="Times New Roman"/>
                <w:szCs w:val="24"/>
              </w:rPr>
              <w:t>Bank customer, bank system and ATM operator.</w:t>
            </w:r>
          </w:p>
          <w:p w14:paraId="153BDA27" w14:textId="58375355" w:rsidR="00613AB4" w:rsidRPr="00E9315E" w:rsidRDefault="1773E95F" w:rsidP="1773E95F">
            <w:pPr>
              <w:rPr>
                <w:rFonts w:cs="Times New Roman"/>
                <w:szCs w:val="24"/>
              </w:rPr>
            </w:pPr>
            <w:r w:rsidRPr="00E9315E">
              <w:rPr>
                <w:rFonts w:cs="Times New Roman"/>
                <w:szCs w:val="24"/>
              </w:rPr>
              <w:t>Set of ATM usage are:</w:t>
            </w:r>
          </w:p>
          <w:p w14:paraId="76F3A918" w14:textId="5E635B72" w:rsidR="00613AB4" w:rsidRPr="00E9315E" w:rsidRDefault="1773E95F" w:rsidP="007763AF">
            <w:pPr>
              <w:pStyle w:val="ListParagraph"/>
              <w:numPr>
                <w:ilvl w:val="0"/>
                <w:numId w:val="29"/>
              </w:numPr>
            </w:pPr>
            <w:r w:rsidRPr="00E9315E">
              <w:rPr>
                <w:rFonts w:cs="Times New Roman"/>
                <w:szCs w:val="24"/>
              </w:rPr>
              <w:t xml:space="preserve">Insert card: </w:t>
            </w:r>
            <w:r w:rsidRPr="00E9315E">
              <w:t>The customer inserts a bank card into the ATM to start a session.</w:t>
            </w:r>
          </w:p>
          <w:p w14:paraId="20DB71D9" w14:textId="3C1CFFD0" w:rsidR="00613AB4" w:rsidRPr="00E9315E" w:rsidRDefault="1773E95F" w:rsidP="007763AF">
            <w:pPr>
              <w:pStyle w:val="ListParagraph"/>
              <w:numPr>
                <w:ilvl w:val="0"/>
                <w:numId w:val="29"/>
              </w:numPr>
            </w:pPr>
            <w:r w:rsidRPr="00E9315E">
              <w:t>Authenticate user: The customer enters a PIN, and the ATM verifies it with the bank system.</w:t>
            </w:r>
          </w:p>
          <w:p w14:paraId="60B67FC8" w14:textId="53EB50B0" w:rsidR="00613AB4" w:rsidRPr="00E9315E" w:rsidRDefault="1773E95F" w:rsidP="007763AF">
            <w:pPr>
              <w:pStyle w:val="ListParagraph"/>
              <w:numPr>
                <w:ilvl w:val="0"/>
                <w:numId w:val="29"/>
              </w:numPr>
            </w:pPr>
            <w:r w:rsidRPr="00E9315E">
              <w:t>Withdraw cash: The customer selects an amount, and the ATM dispenses cash if the account has enough money.</w:t>
            </w:r>
          </w:p>
          <w:p w14:paraId="7D1431A5" w14:textId="66795F72" w:rsidR="00613AB4" w:rsidRPr="00E9315E" w:rsidRDefault="1773E95F" w:rsidP="007763AF">
            <w:pPr>
              <w:pStyle w:val="ListParagraph"/>
              <w:numPr>
                <w:ilvl w:val="0"/>
                <w:numId w:val="29"/>
              </w:numPr>
            </w:pPr>
            <w:r w:rsidRPr="00E9315E">
              <w:t>Check balance: The customer requests the current balance of their account.</w:t>
            </w:r>
          </w:p>
          <w:p w14:paraId="64B2D9B5" w14:textId="35D26038" w:rsidR="00613AB4" w:rsidRPr="00E9315E" w:rsidRDefault="1773E95F" w:rsidP="007763AF">
            <w:pPr>
              <w:pStyle w:val="ListParagraph"/>
              <w:numPr>
                <w:ilvl w:val="0"/>
                <w:numId w:val="29"/>
              </w:numPr>
            </w:pPr>
            <w:r w:rsidRPr="00E9315E">
              <w:t>Deposit cash or cheque: The customer deposits money or a cheque into their account.</w:t>
            </w:r>
          </w:p>
          <w:p w14:paraId="6CF0D613" w14:textId="0BBE67EC" w:rsidR="00613AB4" w:rsidRPr="00E9315E" w:rsidRDefault="1773E95F" w:rsidP="007763AF">
            <w:pPr>
              <w:pStyle w:val="ListParagraph"/>
              <w:numPr>
                <w:ilvl w:val="0"/>
                <w:numId w:val="29"/>
              </w:numPr>
            </w:pPr>
            <w:r w:rsidRPr="00E9315E">
              <w:t>Transfer funds: The customer transfers money from one account to another.</w:t>
            </w:r>
          </w:p>
          <w:p w14:paraId="1EA91EE8" w14:textId="376EB594" w:rsidR="00613AB4" w:rsidRPr="00E9315E" w:rsidRDefault="1773E95F" w:rsidP="007763AF">
            <w:pPr>
              <w:pStyle w:val="ListParagraph"/>
              <w:numPr>
                <w:ilvl w:val="0"/>
                <w:numId w:val="29"/>
              </w:numPr>
            </w:pPr>
            <w:r w:rsidRPr="00E9315E">
              <w:t>Print receipt: The ATM prints a receipt after a transaction if the customer requests it.</w:t>
            </w:r>
          </w:p>
          <w:p w14:paraId="5447A189" w14:textId="5FF144F7" w:rsidR="00613AB4" w:rsidRPr="00E9315E" w:rsidRDefault="1773E95F" w:rsidP="007763AF">
            <w:pPr>
              <w:pStyle w:val="ListParagraph"/>
              <w:numPr>
                <w:ilvl w:val="0"/>
                <w:numId w:val="29"/>
              </w:numPr>
            </w:pPr>
            <w:r w:rsidRPr="00E9315E">
              <w:t>Change PIN: The customer changes their account PIN after successful authentication.</w:t>
            </w:r>
          </w:p>
          <w:p w14:paraId="4F1AD149" w14:textId="50AD5C7C" w:rsidR="00613AB4" w:rsidRPr="00E9315E" w:rsidRDefault="1773E95F" w:rsidP="007763AF">
            <w:pPr>
              <w:pStyle w:val="ListParagraph"/>
              <w:numPr>
                <w:ilvl w:val="0"/>
                <w:numId w:val="29"/>
              </w:numPr>
            </w:pPr>
            <w:r w:rsidRPr="00E9315E">
              <w:t>End session / eject card: The customer finishes using the ATM, and the card is returned.</w:t>
            </w:r>
          </w:p>
          <w:p w14:paraId="7120BF5B" w14:textId="51B6462C" w:rsidR="00613AB4" w:rsidRPr="00E9315E" w:rsidRDefault="1773E95F" w:rsidP="007763AF">
            <w:pPr>
              <w:pStyle w:val="ListParagraph"/>
              <w:numPr>
                <w:ilvl w:val="0"/>
                <w:numId w:val="29"/>
              </w:numPr>
            </w:pPr>
            <w:r w:rsidRPr="00E9315E">
              <w:lastRenderedPageBreak/>
              <w:t>Refill cash: Staff refill the ATM with cash.</w:t>
            </w:r>
          </w:p>
          <w:p w14:paraId="66D0A42C" w14:textId="3804C2A3" w:rsidR="00613AB4" w:rsidRPr="00E9315E" w:rsidRDefault="1773E95F" w:rsidP="007763AF">
            <w:pPr>
              <w:pStyle w:val="ListParagraph"/>
              <w:numPr>
                <w:ilvl w:val="0"/>
                <w:numId w:val="29"/>
              </w:numPr>
            </w:pPr>
            <w:r w:rsidRPr="00E9315E">
              <w:t>Run maintenance check: Staff check the ATM hardware, software status, printer paper, and cash dispenser</w:t>
            </w:r>
          </w:p>
          <w:p w14:paraId="3C5846FA" w14:textId="03D1942E" w:rsidR="00613AB4" w:rsidRPr="00E9315E" w:rsidRDefault="00FC5359" w:rsidP="00117735">
            <w:pPr>
              <w:jc w:val="center"/>
            </w:pPr>
            <w:r w:rsidRPr="00E9315E">
              <w:rPr>
                <w:noProof/>
              </w:rPr>
              <w:drawing>
                <wp:inline distT="0" distB="0" distL="0" distR="0" wp14:anchorId="75AA5A18" wp14:editId="2D01B646">
                  <wp:extent cx="3467100" cy="2600325"/>
                  <wp:effectExtent l="0" t="0" r="0" b="0"/>
                  <wp:docPr id="17847925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92519" name="Picture 1784792519"/>
                          <pic:cNvPicPr/>
                        </pic:nvPicPr>
                        <pic:blipFill>
                          <a:blip r:embed="rId9">
                            <a:extLst>
                              <a:ext uri="{28A0092B-C50C-407E-A947-70E740481C1C}">
                                <a14:useLocalDpi xmlns:a14="http://schemas.microsoft.com/office/drawing/2010/main"/>
                              </a:ext>
                            </a:extLst>
                          </a:blip>
                          <a:stretch>
                            <a:fillRect/>
                          </a:stretch>
                        </pic:blipFill>
                        <pic:spPr>
                          <a:xfrm>
                            <a:off x="0" y="0"/>
                            <a:ext cx="3467100" cy="2600325"/>
                          </a:xfrm>
                          <a:prstGeom prst="rect">
                            <a:avLst/>
                          </a:prstGeom>
                        </pic:spPr>
                      </pic:pic>
                    </a:graphicData>
                  </a:graphic>
                </wp:inline>
              </w:drawing>
            </w:r>
          </w:p>
        </w:tc>
      </w:tr>
    </w:tbl>
    <w:p w14:paraId="3BF9832E" w14:textId="77777777" w:rsidR="00613AB4" w:rsidRPr="00E9315E" w:rsidRDefault="00613AB4"/>
    <w:p w14:paraId="6E2A3FE5" w14:textId="77777777" w:rsidR="00613AB4" w:rsidRPr="00E9315E" w:rsidRDefault="00FC5359">
      <w:pPr>
        <w:pStyle w:val="QuestionHeading"/>
        <w:keepNext/>
      </w:pPr>
      <w:r w:rsidRPr="00E9315E">
        <w:t>Course Project</w:t>
      </w:r>
    </w:p>
    <w:p w14:paraId="2DF04741" w14:textId="75D71FAE" w:rsidR="00613AB4" w:rsidRPr="00E9315E" w:rsidRDefault="00FC5359" w:rsidP="00261C62">
      <w:pPr>
        <w:spacing w:after="80"/>
      </w:pPr>
      <w:r w:rsidRPr="00E9315E">
        <w:t>Write Feasibility Study and develop your System Requirement.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8"/>
        <w:gridCol w:w="5670"/>
      </w:tblGrid>
      <w:tr w:rsidR="00613AB4" w:rsidRPr="00E9315E" w14:paraId="2C117CDC" w14:textId="77777777">
        <w:trPr>
          <w:jc w:val="center"/>
        </w:trPr>
        <w:tc>
          <w:tcPr>
            <w:tcW w:w="1871" w:type="dxa"/>
          </w:tcPr>
          <w:p w14:paraId="75EA649F" w14:textId="55A5808B" w:rsidR="00613AB4" w:rsidRPr="00E9315E" w:rsidRDefault="00FC5359">
            <w:r w:rsidRPr="00E9315E">
              <w:rPr>
                <w:b/>
              </w:rPr>
              <w:t>STUDENT:</w:t>
            </w:r>
          </w:p>
        </w:tc>
        <w:tc>
          <w:tcPr>
            <w:tcW w:w="7370" w:type="dxa"/>
          </w:tcPr>
          <w:p w14:paraId="3C232A10" w14:textId="6B3FA49A" w:rsidR="00613AB4" w:rsidRPr="00E9315E" w:rsidRDefault="00613AB4"/>
        </w:tc>
      </w:tr>
      <w:tr w:rsidR="00613AB4" w:rsidRPr="00E9315E" w14:paraId="3D602EE3" w14:textId="77777777">
        <w:trPr>
          <w:jc w:val="center"/>
        </w:trPr>
        <w:tc>
          <w:tcPr>
            <w:tcW w:w="4706" w:type="dxa"/>
          </w:tcPr>
          <w:p w14:paraId="35EFBD9E" w14:textId="77777777" w:rsidR="00613AB4" w:rsidRPr="00E9315E" w:rsidRDefault="00FC5359">
            <w:r w:rsidRPr="00E9315E">
              <w:rPr>
                <w:b/>
              </w:rPr>
              <w:t>SOLUTION:</w:t>
            </w:r>
          </w:p>
        </w:tc>
        <w:tc>
          <w:tcPr>
            <w:tcW w:w="4706" w:type="dxa"/>
          </w:tcPr>
          <w:p w14:paraId="494A2AFE" w14:textId="46C6934F" w:rsidR="00613AB4" w:rsidRPr="00E9315E" w:rsidRDefault="00613AB4"/>
        </w:tc>
      </w:tr>
    </w:tbl>
    <w:p w14:paraId="2DF3816C" w14:textId="77777777" w:rsidR="00613AB4" w:rsidRPr="00E9315E" w:rsidRDefault="00613AB4"/>
    <w:p w14:paraId="71B8E698" w14:textId="77777777" w:rsidR="00613AB4" w:rsidRPr="00E9315E" w:rsidRDefault="00FC5359">
      <w:pPr>
        <w:pStyle w:val="QuestionHeading"/>
        <w:keepNext/>
      </w:pPr>
      <w:r w:rsidRPr="00E9315E">
        <w:t>Course Project</w:t>
      </w:r>
    </w:p>
    <w:p w14:paraId="2CF71E1A" w14:textId="6A614624" w:rsidR="00613AB4" w:rsidRPr="00E9315E" w:rsidRDefault="00FC5359" w:rsidP="00EC23A3">
      <w:pPr>
        <w:spacing w:after="80"/>
      </w:pPr>
      <w:r w:rsidRPr="00E9315E">
        <w:t>Write a paragraph about your choice of software process model for your project.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8"/>
        <w:gridCol w:w="5670"/>
      </w:tblGrid>
      <w:tr w:rsidR="00613AB4" w:rsidRPr="00E9315E" w14:paraId="20810D25" w14:textId="77777777">
        <w:trPr>
          <w:jc w:val="center"/>
        </w:trPr>
        <w:tc>
          <w:tcPr>
            <w:tcW w:w="1871" w:type="dxa"/>
          </w:tcPr>
          <w:p w14:paraId="1F4AA343" w14:textId="49412D70" w:rsidR="00613AB4" w:rsidRPr="00E9315E" w:rsidRDefault="00FC5359">
            <w:r w:rsidRPr="00E9315E">
              <w:rPr>
                <w:b/>
              </w:rPr>
              <w:t>STUDENT:</w:t>
            </w:r>
          </w:p>
        </w:tc>
        <w:tc>
          <w:tcPr>
            <w:tcW w:w="7370" w:type="dxa"/>
          </w:tcPr>
          <w:p w14:paraId="0D6616B0" w14:textId="039A8A2E" w:rsidR="00613AB4" w:rsidRPr="00E9315E" w:rsidRDefault="00613AB4"/>
        </w:tc>
      </w:tr>
      <w:tr w:rsidR="00613AB4" w:rsidRPr="00E9315E" w14:paraId="64AD871C" w14:textId="77777777">
        <w:trPr>
          <w:jc w:val="center"/>
        </w:trPr>
        <w:tc>
          <w:tcPr>
            <w:tcW w:w="4706" w:type="dxa"/>
          </w:tcPr>
          <w:p w14:paraId="11E2088E" w14:textId="77777777" w:rsidR="00613AB4" w:rsidRPr="00E9315E" w:rsidRDefault="00FC5359">
            <w:r w:rsidRPr="00E9315E">
              <w:rPr>
                <w:b/>
              </w:rPr>
              <w:t>SOLUTION:</w:t>
            </w:r>
          </w:p>
        </w:tc>
        <w:tc>
          <w:tcPr>
            <w:tcW w:w="4706" w:type="dxa"/>
          </w:tcPr>
          <w:p w14:paraId="276EE756" w14:textId="4B0E0B40" w:rsidR="00613AB4" w:rsidRPr="00E9315E" w:rsidRDefault="00613AB4"/>
        </w:tc>
      </w:tr>
    </w:tbl>
    <w:p w14:paraId="5EEA0678" w14:textId="57CC4888" w:rsidR="00613AB4" w:rsidRPr="00E9315E" w:rsidRDefault="00613AB4">
      <w:pPr>
        <w:pStyle w:val="SmallNote"/>
      </w:pPr>
    </w:p>
    <w:p w14:paraId="530712DE" w14:textId="77777777" w:rsidR="00613AB4" w:rsidRPr="00E9315E" w:rsidRDefault="00FC5359">
      <w:r w:rsidRPr="00E9315E">
        <w:br w:type="page"/>
      </w:r>
    </w:p>
    <w:p w14:paraId="2DA2179F" w14:textId="71AFAEA0" w:rsidR="00613AB4" w:rsidRPr="00E9315E" w:rsidRDefault="00FC5359" w:rsidP="00207AED">
      <w:pPr>
        <w:pStyle w:val="SectionHeading"/>
      </w:pPr>
      <w:r w:rsidRPr="00E9315E">
        <w:lastRenderedPageBreak/>
        <w:t>Contribution Summary Table</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53"/>
        <w:gridCol w:w="2353"/>
        <w:gridCol w:w="2353"/>
        <w:gridCol w:w="2353"/>
      </w:tblGrid>
      <w:tr w:rsidR="00613AB4" w:rsidRPr="00E9315E" w14:paraId="45A95926" w14:textId="77777777" w:rsidTr="0086656F">
        <w:trPr>
          <w:jc w:val="center"/>
        </w:trPr>
        <w:tc>
          <w:tcPr>
            <w:tcW w:w="2353" w:type="dxa"/>
            <w:shd w:val="clear" w:color="auto" w:fill="D9EAF7"/>
            <w:vAlign w:val="center"/>
          </w:tcPr>
          <w:p w14:paraId="3E70EB4E" w14:textId="77777777" w:rsidR="00613AB4" w:rsidRPr="00E9315E" w:rsidRDefault="00FC5359" w:rsidP="0086656F">
            <w:r w:rsidRPr="00E9315E">
              <w:rPr>
                <w:b/>
                <w:sz w:val="22"/>
              </w:rPr>
              <w:t>Lecture</w:t>
            </w:r>
          </w:p>
        </w:tc>
        <w:tc>
          <w:tcPr>
            <w:tcW w:w="2353" w:type="dxa"/>
            <w:shd w:val="clear" w:color="auto" w:fill="D9EAF7"/>
            <w:vAlign w:val="center"/>
          </w:tcPr>
          <w:p w14:paraId="0CFFE030" w14:textId="77777777" w:rsidR="00613AB4" w:rsidRPr="00E9315E" w:rsidRDefault="00FC5359" w:rsidP="0086656F">
            <w:r w:rsidRPr="00E9315E">
              <w:rPr>
                <w:b/>
                <w:sz w:val="22"/>
              </w:rPr>
              <w:t>Exercise / Task</w:t>
            </w:r>
          </w:p>
        </w:tc>
        <w:tc>
          <w:tcPr>
            <w:tcW w:w="2353" w:type="dxa"/>
            <w:shd w:val="clear" w:color="auto" w:fill="D9EAF7"/>
            <w:vAlign w:val="center"/>
          </w:tcPr>
          <w:p w14:paraId="4F48448A" w14:textId="77777777" w:rsidR="00613AB4" w:rsidRPr="00E9315E" w:rsidRDefault="00FC5359" w:rsidP="0086656F">
            <w:r w:rsidRPr="00E9315E">
              <w:rPr>
                <w:b/>
                <w:sz w:val="22"/>
              </w:rPr>
              <w:t>Topic</w:t>
            </w:r>
          </w:p>
        </w:tc>
        <w:tc>
          <w:tcPr>
            <w:tcW w:w="2353" w:type="dxa"/>
            <w:shd w:val="clear" w:color="auto" w:fill="D9EAF7"/>
            <w:vAlign w:val="center"/>
          </w:tcPr>
          <w:p w14:paraId="227A3754" w14:textId="6478EC77" w:rsidR="00613AB4" w:rsidRPr="00E9315E" w:rsidRDefault="00FC5359" w:rsidP="0086656F">
            <w:r w:rsidRPr="00E9315E">
              <w:rPr>
                <w:b/>
                <w:sz w:val="22"/>
              </w:rPr>
              <w:t>Contributor</w:t>
            </w:r>
          </w:p>
        </w:tc>
      </w:tr>
      <w:tr w:rsidR="00613AB4" w:rsidRPr="00E9315E" w14:paraId="1FD3A9FD" w14:textId="77777777" w:rsidTr="0086656F">
        <w:trPr>
          <w:jc w:val="center"/>
        </w:trPr>
        <w:tc>
          <w:tcPr>
            <w:tcW w:w="2353" w:type="dxa"/>
            <w:vAlign w:val="center"/>
          </w:tcPr>
          <w:p w14:paraId="0CCDD329"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4F2A82E4" w14:textId="77777777" w:rsidR="00613AB4" w:rsidRPr="0086656F" w:rsidRDefault="00FC5359" w:rsidP="0086656F">
            <w:pPr>
              <w:rPr>
                <w:rFonts w:cs="Times New Roman"/>
                <w:sz w:val="20"/>
                <w:szCs w:val="20"/>
              </w:rPr>
            </w:pPr>
            <w:r w:rsidRPr="00E9315E">
              <w:rPr>
                <w:sz w:val="20"/>
              </w:rPr>
              <w:t>Exercise 1</w:t>
            </w:r>
          </w:p>
        </w:tc>
        <w:tc>
          <w:tcPr>
            <w:tcW w:w="2353" w:type="dxa"/>
            <w:vAlign w:val="center"/>
          </w:tcPr>
          <w:p w14:paraId="2CEC4B1B" w14:textId="77777777" w:rsidR="00613AB4" w:rsidRPr="0086656F" w:rsidRDefault="00FC5359" w:rsidP="0086656F">
            <w:pPr>
              <w:rPr>
                <w:rFonts w:cs="Times New Roman"/>
                <w:sz w:val="20"/>
                <w:szCs w:val="20"/>
              </w:rPr>
            </w:pPr>
            <w:r w:rsidRPr="00E9315E">
              <w:rPr>
                <w:sz w:val="20"/>
              </w:rPr>
              <w:t>Software introduction and type</w:t>
            </w:r>
          </w:p>
        </w:tc>
        <w:tc>
          <w:tcPr>
            <w:tcW w:w="2353" w:type="dxa"/>
            <w:vAlign w:val="center"/>
          </w:tcPr>
          <w:p w14:paraId="000A2254" w14:textId="2EB56E22" w:rsidR="00613AB4" w:rsidRPr="00207AED" w:rsidRDefault="00613AB4" w:rsidP="0086656F">
            <w:pPr>
              <w:rPr>
                <w:sz w:val="20"/>
                <w:szCs w:val="20"/>
              </w:rPr>
            </w:pPr>
          </w:p>
        </w:tc>
      </w:tr>
      <w:tr w:rsidR="00613AB4" w:rsidRPr="00E9315E" w14:paraId="2D933C93" w14:textId="77777777" w:rsidTr="0086656F">
        <w:trPr>
          <w:jc w:val="center"/>
        </w:trPr>
        <w:tc>
          <w:tcPr>
            <w:tcW w:w="2353" w:type="dxa"/>
            <w:vAlign w:val="center"/>
          </w:tcPr>
          <w:p w14:paraId="162D0E9A"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5995FA31" w14:textId="77777777" w:rsidR="00613AB4" w:rsidRPr="0086656F" w:rsidRDefault="00FC5359" w:rsidP="0086656F">
            <w:pPr>
              <w:rPr>
                <w:rFonts w:cs="Times New Roman"/>
                <w:sz w:val="20"/>
                <w:szCs w:val="20"/>
              </w:rPr>
            </w:pPr>
            <w:r w:rsidRPr="00E9315E">
              <w:rPr>
                <w:sz w:val="20"/>
              </w:rPr>
              <w:t>Exercise 2</w:t>
            </w:r>
          </w:p>
        </w:tc>
        <w:tc>
          <w:tcPr>
            <w:tcW w:w="2353" w:type="dxa"/>
            <w:vAlign w:val="center"/>
          </w:tcPr>
          <w:p w14:paraId="69AC183E" w14:textId="77777777" w:rsidR="00613AB4" w:rsidRPr="0086656F" w:rsidRDefault="00FC5359" w:rsidP="0086656F">
            <w:pPr>
              <w:rPr>
                <w:rFonts w:cs="Times New Roman"/>
                <w:sz w:val="20"/>
                <w:szCs w:val="20"/>
              </w:rPr>
            </w:pPr>
            <w:r w:rsidRPr="00E9315E">
              <w:rPr>
                <w:sz w:val="20"/>
              </w:rPr>
              <w:t>Web impact on SE</w:t>
            </w:r>
          </w:p>
        </w:tc>
        <w:tc>
          <w:tcPr>
            <w:tcW w:w="2353" w:type="dxa"/>
            <w:vAlign w:val="center"/>
          </w:tcPr>
          <w:p w14:paraId="0A2AF8B0" w14:textId="014ED9CF" w:rsidR="00613AB4" w:rsidRPr="00207AED" w:rsidRDefault="00613AB4" w:rsidP="0086656F">
            <w:pPr>
              <w:rPr>
                <w:sz w:val="20"/>
                <w:szCs w:val="20"/>
              </w:rPr>
            </w:pPr>
          </w:p>
        </w:tc>
      </w:tr>
      <w:tr w:rsidR="00613AB4" w:rsidRPr="00E9315E" w14:paraId="5202D7B6" w14:textId="77777777" w:rsidTr="0086656F">
        <w:trPr>
          <w:jc w:val="center"/>
        </w:trPr>
        <w:tc>
          <w:tcPr>
            <w:tcW w:w="2353" w:type="dxa"/>
            <w:vAlign w:val="center"/>
          </w:tcPr>
          <w:p w14:paraId="04879591"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60819E10" w14:textId="77777777" w:rsidR="00613AB4" w:rsidRPr="0086656F" w:rsidRDefault="00FC5359" w:rsidP="0086656F">
            <w:pPr>
              <w:rPr>
                <w:rFonts w:cs="Times New Roman"/>
                <w:sz w:val="20"/>
                <w:szCs w:val="20"/>
              </w:rPr>
            </w:pPr>
            <w:r w:rsidRPr="00E9315E">
              <w:rPr>
                <w:sz w:val="20"/>
              </w:rPr>
              <w:t>Exercise 3</w:t>
            </w:r>
          </w:p>
        </w:tc>
        <w:tc>
          <w:tcPr>
            <w:tcW w:w="2353" w:type="dxa"/>
            <w:vAlign w:val="center"/>
          </w:tcPr>
          <w:p w14:paraId="6799A31A" w14:textId="77777777" w:rsidR="00613AB4" w:rsidRPr="0086656F" w:rsidRDefault="00FC5359" w:rsidP="0086656F">
            <w:pPr>
              <w:rPr>
                <w:rFonts w:cs="Times New Roman"/>
                <w:sz w:val="20"/>
                <w:szCs w:val="20"/>
              </w:rPr>
            </w:pPr>
            <w:r w:rsidRPr="00E9315E">
              <w:rPr>
                <w:sz w:val="20"/>
              </w:rPr>
              <w:t>Problems without SE principles</w:t>
            </w:r>
          </w:p>
        </w:tc>
        <w:tc>
          <w:tcPr>
            <w:tcW w:w="2353" w:type="dxa"/>
            <w:vAlign w:val="center"/>
          </w:tcPr>
          <w:p w14:paraId="0C130DBE" w14:textId="49068A4E" w:rsidR="00613AB4" w:rsidRPr="00207AED" w:rsidRDefault="00613AB4" w:rsidP="0086656F">
            <w:pPr>
              <w:rPr>
                <w:sz w:val="20"/>
                <w:szCs w:val="20"/>
              </w:rPr>
            </w:pPr>
          </w:p>
        </w:tc>
      </w:tr>
      <w:tr w:rsidR="00613AB4" w:rsidRPr="00E9315E" w14:paraId="5E1455CB" w14:textId="77777777" w:rsidTr="0086656F">
        <w:trPr>
          <w:jc w:val="center"/>
        </w:trPr>
        <w:tc>
          <w:tcPr>
            <w:tcW w:w="2353" w:type="dxa"/>
            <w:vAlign w:val="center"/>
          </w:tcPr>
          <w:p w14:paraId="521A48F8"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556E227E" w14:textId="77777777" w:rsidR="00613AB4" w:rsidRPr="0086656F" w:rsidRDefault="00FC5359" w:rsidP="0086656F">
            <w:pPr>
              <w:rPr>
                <w:rFonts w:cs="Times New Roman"/>
                <w:sz w:val="20"/>
                <w:szCs w:val="20"/>
              </w:rPr>
            </w:pPr>
            <w:r w:rsidRPr="00E9315E">
              <w:rPr>
                <w:sz w:val="20"/>
              </w:rPr>
              <w:t>Exercise 4</w:t>
            </w:r>
          </w:p>
        </w:tc>
        <w:tc>
          <w:tcPr>
            <w:tcW w:w="2353" w:type="dxa"/>
            <w:vAlign w:val="center"/>
          </w:tcPr>
          <w:p w14:paraId="7D2E11CA" w14:textId="77777777" w:rsidR="00613AB4" w:rsidRPr="0086656F" w:rsidRDefault="00FC5359" w:rsidP="0086656F">
            <w:pPr>
              <w:rPr>
                <w:rFonts w:cs="Times New Roman"/>
                <w:sz w:val="20"/>
                <w:szCs w:val="20"/>
              </w:rPr>
            </w:pPr>
            <w:r w:rsidRPr="00E9315E">
              <w:rPr>
                <w:sz w:val="20"/>
              </w:rPr>
              <w:t>Application type and Internet example</w:t>
            </w:r>
          </w:p>
        </w:tc>
        <w:tc>
          <w:tcPr>
            <w:tcW w:w="2353" w:type="dxa"/>
            <w:vAlign w:val="center"/>
          </w:tcPr>
          <w:p w14:paraId="6B6D604D" w14:textId="686D1E6C" w:rsidR="00613AB4" w:rsidRPr="00207AED" w:rsidRDefault="00613AB4" w:rsidP="0086656F">
            <w:pPr>
              <w:rPr>
                <w:sz w:val="20"/>
                <w:szCs w:val="20"/>
              </w:rPr>
            </w:pPr>
          </w:p>
        </w:tc>
      </w:tr>
      <w:tr w:rsidR="00613AB4" w:rsidRPr="00E9315E" w14:paraId="25CB0D7C" w14:textId="77777777" w:rsidTr="0086656F">
        <w:trPr>
          <w:jc w:val="center"/>
        </w:trPr>
        <w:tc>
          <w:tcPr>
            <w:tcW w:w="2353" w:type="dxa"/>
            <w:vAlign w:val="center"/>
          </w:tcPr>
          <w:p w14:paraId="4D2C3545"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340480D1" w14:textId="77777777" w:rsidR="00613AB4" w:rsidRPr="0086656F" w:rsidRDefault="00FC5359" w:rsidP="0086656F">
            <w:pPr>
              <w:rPr>
                <w:rFonts w:cs="Times New Roman"/>
                <w:sz w:val="20"/>
                <w:szCs w:val="20"/>
              </w:rPr>
            </w:pPr>
            <w:r w:rsidRPr="00E9315E">
              <w:rPr>
                <w:sz w:val="20"/>
              </w:rPr>
              <w:t>Exercise 1.1</w:t>
            </w:r>
          </w:p>
        </w:tc>
        <w:tc>
          <w:tcPr>
            <w:tcW w:w="2353" w:type="dxa"/>
            <w:vAlign w:val="center"/>
          </w:tcPr>
          <w:p w14:paraId="2BCEA938" w14:textId="77777777" w:rsidR="00613AB4" w:rsidRPr="0086656F" w:rsidRDefault="00FC5359" w:rsidP="0086656F">
            <w:pPr>
              <w:rPr>
                <w:rFonts w:cs="Times New Roman"/>
                <w:sz w:val="20"/>
                <w:szCs w:val="20"/>
              </w:rPr>
            </w:pPr>
            <w:r w:rsidRPr="00E9315E">
              <w:rPr>
                <w:sz w:val="20"/>
              </w:rPr>
              <w:t>Software costs / software beyond programs</w:t>
            </w:r>
          </w:p>
        </w:tc>
        <w:tc>
          <w:tcPr>
            <w:tcW w:w="2353" w:type="dxa"/>
            <w:vAlign w:val="center"/>
          </w:tcPr>
          <w:p w14:paraId="323E9446" w14:textId="3D34F571" w:rsidR="00613AB4" w:rsidRPr="00207AED" w:rsidRDefault="00613AB4" w:rsidP="0086656F">
            <w:pPr>
              <w:rPr>
                <w:sz w:val="20"/>
                <w:szCs w:val="20"/>
              </w:rPr>
            </w:pPr>
          </w:p>
        </w:tc>
      </w:tr>
      <w:tr w:rsidR="00613AB4" w:rsidRPr="00E9315E" w14:paraId="751732FC" w14:textId="77777777" w:rsidTr="0086656F">
        <w:trPr>
          <w:jc w:val="center"/>
        </w:trPr>
        <w:tc>
          <w:tcPr>
            <w:tcW w:w="2353" w:type="dxa"/>
            <w:vAlign w:val="center"/>
          </w:tcPr>
          <w:p w14:paraId="79D10F88"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644DCB2A" w14:textId="77777777" w:rsidR="00613AB4" w:rsidRPr="0086656F" w:rsidRDefault="00FC5359" w:rsidP="0086656F">
            <w:pPr>
              <w:rPr>
                <w:rFonts w:cs="Times New Roman"/>
                <w:sz w:val="20"/>
                <w:szCs w:val="20"/>
              </w:rPr>
            </w:pPr>
            <w:r w:rsidRPr="00E9315E">
              <w:rPr>
                <w:sz w:val="20"/>
              </w:rPr>
              <w:t>Exercise 1.2</w:t>
            </w:r>
          </w:p>
        </w:tc>
        <w:tc>
          <w:tcPr>
            <w:tcW w:w="2353" w:type="dxa"/>
            <w:vAlign w:val="center"/>
          </w:tcPr>
          <w:p w14:paraId="177806B7" w14:textId="77777777" w:rsidR="00613AB4" w:rsidRPr="0086656F" w:rsidRDefault="00FC5359" w:rsidP="0086656F">
            <w:pPr>
              <w:rPr>
                <w:rFonts w:cs="Times New Roman"/>
                <w:sz w:val="20"/>
                <w:szCs w:val="20"/>
              </w:rPr>
            </w:pPr>
            <w:r w:rsidRPr="00E9315E">
              <w:rPr>
                <w:sz w:val="20"/>
              </w:rPr>
              <w:t>Generic vs custom software</w:t>
            </w:r>
          </w:p>
        </w:tc>
        <w:tc>
          <w:tcPr>
            <w:tcW w:w="2353" w:type="dxa"/>
            <w:vAlign w:val="center"/>
          </w:tcPr>
          <w:p w14:paraId="72A66901" w14:textId="33B8D295" w:rsidR="00613AB4" w:rsidRPr="00207AED" w:rsidRDefault="00613AB4" w:rsidP="0086656F">
            <w:pPr>
              <w:rPr>
                <w:sz w:val="20"/>
                <w:szCs w:val="20"/>
              </w:rPr>
            </w:pPr>
          </w:p>
        </w:tc>
      </w:tr>
      <w:tr w:rsidR="00613AB4" w:rsidRPr="00E9315E" w14:paraId="53E0D480" w14:textId="77777777" w:rsidTr="0086656F">
        <w:trPr>
          <w:jc w:val="center"/>
        </w:trPr>
        <w:tc>
          <w:tcPr>
            <w:tcW w:w="2353" w:type="dxa"/>
            <w:vAlign w:val="center"/>
          </w:tcPr>
          <w:p w14:paraId="160BF5D8"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63E32287" w14:textId="77777777" w:rsidR="00613AB4" w:rsidRPr="0086656F" w:rsidRDefault="00FC5359" w:rsidP="0086656F">
            <w:pPr>
              <w:rPr>
                <w:rFonts w:cs="Times New Roman"/>
                <w:sz w:val="20"/>
                <w:szCs w:val="20"/>
              </w:rPr>
            </w:pPr>
            <w:r w:rsidRPr="00E9315E">
              <w:rPr>
                <w:sz w:val="20"/>
              </w:rPr>
              <w:t>Exercise 1.3</w:t>
            </w:r>
          </w:p>
        </w:tc>
        <w:tc>
          <w:tcPr>
            <w:tcW w:w="2353" w:type="dxa"/>
            <w:vAlign w:val="center"/>
          </w:tcPr>
          <w:p w14:paraId="1BB084B0" w14:textId="77777777" w:rsidR="00613AB4" w:rsidRPr="0086656F" w:rsidRDefault="00FC5359" w:rsidP="0086656F">
            <w:pPr>
              <w:rPr>
                <w:rFonts w:cs="Times New Roman"/>
                <w:sz w:val="20"/>
                <w:szCs w:val="20"/>
              </w:rPr>
            </w:pPr>
            <w:r w:rsidRPr="00E9315E">
              <w:rPr>
                <w:sz w:val="20"/>
              </w:rPr>
              <w:t>Software product attributes</w:t>
            </w:r>
          </w:p>
        </w:tc>
        <w:tc>
          <w:tcPr>
            <w:tcW w:w="2353" w:type="dxa"/>
            <w:vAlign w:val="center"/>
          </w:tcPr>
          <w:p w14:paraId="5DDF2023" w14:textId="5473727F" w:rsidR="00613AB4" w:rsidRPr="00207AED" w:rsidRDefault="00613AB4" w:rsidP="0086656F">
            <w:pPr>
              <w:rPr>
                <w:sz w:val="20"/>
                <w:szCs w:val="20"/>
              </w:rPr>
            </w:pPr>
          </w:p>
        </w:tc>
      </w:tr>
      <w:tr w:rsidR="00613AB4" w:rsidRPr="00E9315E" w14:paraId="63FF6859" w14:textId="77777777" w:rsidTr="0086656F">
        <w:trPr>
          <w:jc w:val="center"/>
        </w:trPr>
        <w:tc>
          <w:tcPr>
            <w:tcW w:w="2353" w:type="dxa"/>
            <w:vAlign w:val="center"/>
          </w:tcPr>
          <w:p w14:paraId="73452104" w14:textId="77777777" w:rsidR="00613AB4" w:rsidRPr="0086656F" w:rsidRDefault="00FC5359" w:rsidP="0086656F">
            <w:pPr>
              <w:rPr>
                <w:rFonts w:cs="Times New Roman"/>
                <w:sz w:val="20"/>
                <w:szCs w:val="20"/>
              </w:rPr>
            </w:pPr>
            <w:r w:rsidRPr="00E9315E">
              <w:rPr>
                <w:sz w:val="20"/>
              </w:rPr>
              <w:t>Lecture 1-2</w:t>
            </w:r>
          </w:p>
        </w:tc>
        <w:tc>
          <w:tcPr>
            <w:tcW w:w="2353" w:type="dxa"/>
            <w:vAlign w:val="center"/>
          </w:tcPr>
          <w:p w14:paraId="3E109395" w14:textId="77777777" w:rsidR="00613AB4" w:rsidRPr="0086656F" w:rsidRDefault="00FC5359" w:rsidP="0086656F">
            <w:pPr>
              <w:rPr>
                <w:rFonts w:cs="Times New Roman"/>
                <w:sz w:val="20"/>
                <w:szCs w:val="20"/>
              </w:rPr>
            </w:pPr>
            <w:r w:rsidRPr="00E9315E">
              <w:rPr>
                <w:sz w:val="20"/>
              </w:rPr>
              <w:t>Exercise 1.8</w:t>
            </w:r>
          </w:p>
        </w:tc>
        <w:tc>
          <w:tcPr>
            <w:tcW w:w="2353" w:type="dxa"/>
            <w:vAlign w:val="center"/>
          </w:tcPr>
          <w:p w14:paraId="1CFAA228" w14:textId="77777777" w:rsidR="00613AB4" w:rsidRPr="0086656F" w:rsidRDefault="00FC5359" w:rsidP="0086656F">
            <w:pPr>
              <w:rPr>
                <w:rFonts w:cs="Times New Roman"/>
                <w:sz w:val="20"/>
                <w:szCs w:val="20"/>
              </w:rPr>
            </w:pPr>
            <w:r w:rsidRPr="00E9315E">
              <w:rPr>
                <w:sz w:val="20"/>
              </w:rPr>
              <w:t>Doomsday realistic software failure scenario</w:t>
            </w:r>
          </w:p>
        </w:tc>
        <w:tc>
          <w:tcPr>
            <w:tcW w:w="2353" w:type="dxa"/>
            <w:vAlign w:val="center"/>
          </w:tcPr>
          <w:p w14:paraId="562BA901" w14:textId="6BFC6034" w:rsidR="00613AB4" w:rsidRPr="00207AED" w:rsidRDefault="00613AB4" w:rsidP="0086656F">
            <w:pPr>
              <w:rPr>
                <w:sz w:val="20"/>
                <w:szCs w:val="20"/>
              </w:rPr>
            </w:pPr>
          </w:p>
        </w:tc>
      </w:tr>
      <w:tr w:rsidR="00613AB4" w:rsidRPr="00E9315E" w14:paraId="5D3DD037" w14:textId="77777777" w:rsidTr="0086656F">
        <w:trPr>
          <w:jc w:val="center"/>
        </w:trPr>
        <w:tc>
          <w:tcPr>
            <w:tcW w:w="2353" w:type="dxa"/>
            <w:vAlign w:val="center"/>
          </w:tcPr>
          <w:p w14:paraId="58530821" w14:textId="77777777" w:rsidR="00613AB4" w:rsidRPr="0086656F" w:rsidRDefault="00FC5359" w:rsidP="0086656F">
            <w:pPr>
              <w:rPr>
                <w:rFonts w:cs="Times New Roman"/>
                <w:sz w:val="20"/>
                <w:szCs w:val="20"/>
              </w:rPr>
            </w:pPr>
            <w:r w:rsidRPr="00E9315E">
              <w:rPr>
                <w:sz w:val="20"/>
              </w:rPr>
              <w:t>Lecture 3</w:t>
            </w:r>
          </w:p>
        </w:tc>
        <w:tc>
          <w:tcPr>
            <w:tcW w:w="2353" w:type="dxa"/>
            <w:vAlign w:val="center"/>
          </w:tcPr>
          <w:p w14:paraId="046BC61D" w14:textId="77777777" w:rsidR="00613AB4" w:rsidRPr="0086656F" w:rsidRDefault="00FC5359" w:rsidP="0086656F">
            <w:pPr>
              <w:rPr>
                <w:rFonts w:cs="Times New Roman"/>
                <w:sz w:val="20"/>
                <w:szCs w:val="20"/>
              </w:rPr>
            </w:pPr>
            <w:r w:rsidRPr="00E9315E">
              <w:rPr>
                <w:sz w:val="20"/>
              </w:rPr>
              <w:t>Exercise 1</w:t>
            </w:r>
          </w:p>
        </w:tc>
        <w:tc>
          <w:tcPr>
            <w:tcW w:w="2353" w:type="dxa"/>
            <w:vAlign w:val="center"/>
          </w:tcPr>
          <w:p w14:paraId="359BFE22" w14:textId="77777777" w:rsidR="00613AB4" w:rsidRPr="0086656F" w:rsidRDefault="00FC5359" w:rsidP="0086656F">
            <w:pPr>
              <w:rPr>
                <w:rFonts w:cs="Times New Roman"/>
                <w:sz w:val="20"/>
                <w:szCs w:val="20"/>
              </w:rPr>
            </w:pPr>
            <w:r w:rsidRPr="00E9315E">
              <w:rPr>
                <w:sz w:val="20"/>
              </w:rPr>
              <w:t>Waterfall model summary</w:t>
            </w:r>
          </w:p>
        </w:tc>
        <w:tc>
          <w:tcPr>
            <w:tcW w:w="2353" w:type="dxa"/>
            <w:vAlign w:val="center"/>
          </w:tcPr>
          <w:p w14:paraId="3C712FA6" w14:textId="307C6F0A" w:rsidR="00613AB4" w:rsidRPr="00207AED" w:rsidRDefault="00613AB4" w:rsidP="0086656F">
            <w:pPr>
              <w:rPr>
                <w:sz w:val="20"/>
                <w:szCs w:val="20"/>
              </w:rPr>
            </w:pPr>
          </w:p>
        </w:tc>
      </w:tr>
      <w:tr w:rsidR="00613AB4" w:rsidRPr="00E9315E" w14:paraId="7EC0C36B" w14:textId="77777777" w:rsidTr="0086656F">
        <w:trPr>
          <w:jc w:val="center"/>
        </w:trPr>
        <w:tc>
          <w:tcPr>
            <w:tcW w:w="2353" w:type="dxa"/>
            <w:vAlign w:val="center"/>
          </w:tcPr>
          <w:p w14:paraId="2769B0D0" w14:textId="77777777" w:rsidR="00613AB4" w:rsidRPr="0086656F" w:rsidRDefault="00FC5359" w:rsidP="0086656F">
            <w:pPr>
              <w:rPr>
                <w:rFonts w:cs="Times New Roman"/>
                <w:sz w:val="20"/>
                <w:szCs w:val="20"/>
              </w:rPr>
            </w:pPr>
            <w:r w:rsidRPr="00E9315E">
              <w:rPr>
                <w:sz w:val="20"/>
              </w:rPr>
              <w:t>Lecture 3</w:t>
            </w:r>
          </w:p>
        </w:tc>
        <w:tc>
          <w:tcPr>
            <w:tcW w:w="2353" w:type="dxa"/>
            <w:vAlign w:val="center"/>
          </w:tcPr>
          <w:p w14:paraId="1CB0E572" w14:textId="77777777" w:rsidR="00613AB4" w:rsidRPr="0086656F" w:rsidRDefault="00FC5359" w:rsidP="0086656F">
            <w:pPr>
              <w:rPr>
                <w:rFonts w:cs="Times New Roman"/>
                <w:sz w:val="20"/>
                <w:szCs w:val="20"/>
              </w:rPr>
            </w:pPr>
            <w:r w:rsidRPr="00E9315E">
              <w:rPr>
                <w:sz w:val="20"/>
              </w:rPr>
              <w:t>Exercise 2</w:t>
            </w:r>
          </w:p>
        </w:tc>
        <w:tc>
          <w:tcPr>
            <w:tcW w:w="2353" w:type="dxa"/>
            <w:vAlign w:val="center"/>
          </w:tcPr>
          <w:p w14:paraId="495EFDA3" w14:textId="77777777" w:rsidR="00613AB4" w:rsidRPr="0086656F" w:rsidRDefault="00FC5359" w:rsidP="0086656F">
            <w:pPr>
              <w:rPr>
                <w:rFonts w:cs="Times New Roman"/>
                <w:sz w:val="20"/>
                <w:szCs w:val="20"/>
              </w:rPr>
            </w:pPr>
            <w:r w:rsidRPr="00E9315E">
              <w:rPr>
                <w:sz w:val="20"/>
              </w:rPr>
              <w:t>Waterfall model example</w:t>
            </w:r>
          </w:p>
        </w:tc>
        <w:tc>
          <w:tcPr>
            <w:tcW w:w="2353" w:type="dxa"/>
            <w:vAlign w:val="center"/>
          </w:tcPr>
          <w:p w14:paraId="5C352B08" w14:textId="30BC9A31" w:rsidR="00613AB4" w:rsidRPr="00207AED" w:rsidRDefault="00613AB4" w:rsidP="0086656F">
            <w:pPr>
              <w:rPr>
                <w:sz w:val="20"/>
                <w:szCs w:val="20"/>
              </w:rPr>
            </w:pPr>
          </w:p>
        </w:tc>
      </w:tr>
      <w:tr w:rsidR="00613AB4" w:rsidRPr="00E9315E" w14:paraId="53806FAB" w14:textId="77777777" w:rsidTr="0086656F">
        <w:trPr>
          <w:jc w:val="center"/>
        </w:trPr>
        <w:tc>
          <w:tcPr>
            <w:tcW w:w="2353" w:type="dxa"/>
            <w:vAlign w:val="center"/>
          </w:tcPr>
          <w:p w14:paraId="4415E731" w14:textId="77777777" w:rsidR="00613AB4" w:rsidRPr="0086656F" w:rsidRDefault="00FC5359" w:rsidP="0086656F">
            <w:pPr>
              <w:rPr>
                <w:rFonts w:cs="Times New Roman"/>
                <w:sz w:val="20"/>
                <w:szCs w:val="20"/>
              </w:rPr>
            </w:pPr>
            <w:r w:rsidRPr="00E9315E">
              <w:rPr>
                <w:sz w:val="20"/>
              </w:rPr>
              <w:t>Lecture 4</w:t>
            </w:r>
          </w:p>
        </w:tc>
        <w:tc>
          <w:tcPr>
            <w:tcW w:w="2353" w:type="dxa"/>
            <w:vAlign w:val="center"/>
          </w:tcPr>
          <w:p w14:paraId="17531E71" w14:textId="77777777" w:rsidR="00613AB4" w:rsidRPr="0086656F" w:rsidRDefault="00FC5359" w:rsidP="0086656F">
            <w:pPr>
              <w:rPr>
                <w:rFonts w:cs="Times New Roman"/>
                <w:sz w:val="20"/>
                <w:szCs w:val="20"/>
              </w:rPr>
            </w:pPr>
            <w:r w:rsidRPr="00E9315E">
              <w:rPr>
                <w:sz w:val="20"/>
              </w:rPr>
              <w:t>Exercise 2.1</w:t>
            </w:r>
          </w:p>
        </w:tc>
        <w:tc>
          <w:tcPr>
            <w:tcW w:w="2353" w:type="dxa"/>
            <w:vAlign w:val="center"/>
          </w:tcPr>
          <w:p w14:paraId="6AC38E25" w14:textId="77777777" w:rsidR="00613AB4" w:rsidRPr="0086656F" w:rsidRDefault="00FC5359" w:rsidP="0086656F">
            <w:pPr>
              <w:rPr>
                <w:rFonts w:cs="Times New Roman"/>
                <w:sz w:val="20"/>
                <w:szCs w:val="20"/>
              </w:rPr>
            </w:pPr>
            <w:r w:rsidRPr="00E9315E">
              <w:rPr>
                <w:sz w:val="20"/>
              </w:rPr>
              <w:t>Generic process models for systems</w:t>
            </w:r>
          </w:p>
        </w:tc>
        <w:tc>
          <w:tcPr>
            <w:tcW w:w="2353" w:type="dxa"/>
            <w:vAlign w:val="center"/>
          </w:tcPr>
          <w:p w14:paraId="6B310B03" w14:textId="6C90AAB9" w:rsidR="00613AB4" w:rsidRPr="00207AED" w:rsidRDefault="00613AB4" w:rsidP="0086656F">
            <w:pPr>
              <w:rPr>
                <w:sz w:val="20"/>
                <w:szCs w:val="20"/>
              </w:rPr>
            </w:pPr>
          </w:p>
        </w:tc>
      </w:tr>
      <w:tr w:rsidR="00613AB4" w:rsidRPr="00E9315E" w14:paraId="54EB7EED" w14:textId="77777777" w:rsidTr="0086656F">
        <w:trPr>
          <w:jc w:val="center"/>
        </w:trPr>
        <w:tc>
          <w:tcPr>
            <w:tcW w:w="2353" w:type="dxa"/>
            <w:vAlign w:val="center"/>
          </w:tcPr>
          <w:p w14:paraId="0148DD73" w14:textId="77777777" w:rsidR="00613AB4" w:rsidRPr="0086656F" w:rsidRDefault="00FC5359" w:rsidP="0086656F">
            <w:pPr>
              <w:rPr>
                <w:rFonts w:cs="Times New Roman"/>
                <w:sz w:val="20"/>
                <w:szCs w:val="20"/>
              </w:rPr>
            </w:pPr>
            <w:r w:rsidRPr="00E9315E">
              <w:rPr>
                <w:sz w:val="20"/>
              </w:rPr>
              <w:t>Lecture 4</w:t>
            </w:r>
          </w:p>
        </w:tc>
        <w:tc>
          <w:tcPr>
            <w:tcW w:w="2353" w:type="dxa"/>
            <w:vAlign w:val="center"/>
          </w:tcPr>
          <w:p w14:paraId="63642E96" w14:textId="77777777" w:rsidR="00613AB4" w:rsidRPr="0086656F" w:rsidRDefault="00FC5359" w:rsidP="0086656F">
            <w:pPr>
              <w:rPr>
                <w:rFonts w:cs="Times New Roman"/>
                <w:sz w:val="20"/>
                <w:szCs w:val="20"/>
              </w:rPr>
            </w:pPr>
            <w:r w:rsidRPr="00E9315E">
              <w:rPr>
                <w:sz w:val="20"/>
              </w:rPr>
              <w:t>Exercise 2.2</w:t>
            </w:r>
          </w:p>
        </w:tc>
        <w:tc>
          <w:tcPr>
            <w:tcW w:w="2353" w:type="dxa"/>
            <w:vAlign w:val="center"/>
          </w:tcPr>
          <w:p w14:paraId="155C17F9" w14:textId="77777777" w:rsidR="00613AB4" w:rsidRPr="0086656F" w:rsidRDefault="00FC5359" w:rsidP="0086656F">
            <w:pPr>
              <w:rPr>
                <w:rFonts w:cs="Times New Roman"/>
                <w:sz w:val="20"/>
                <w:szCs w:val="20"/>
              </w:rPr>
            </w:pPr>
            <w:r w:rsidRPr="00E9315E">
              <w:rPr>
                <w:sz w:val="20"/>
              </w:rPr>
              <w:t>Incremental development vs real-time systems</w:t>
            </w:r>
          </w:p>
        </w:tc>
        <w:tc>
          <w:tcPr>
            <w:tcW w:w="2353" w:type="dxa"/>
            <w:vAlign w:val="center"/>
          </w:tcPr>
          <w:p w14:paraId="0910647B" w14:textId="04F27186" w:rsidR="00613AB4" w:rsidRPr="00207AED" w:rsidRDefault="00613AB4" w:rsidP="0086656F">
            <w:pPr>
              <w:rPr>
                <w:sz w:val="20"/>
                <w:szCs w:val="20"/>
              </w:rPr>
            </w:pPr>
          </w:p>
        </w:tc>
      </w:tr>
      <w:tr w:rsidR="00613AB4" w:rsidRPr="00E9315E" w14:paraId="35B90904" w14:textId="77777777" w:rsidTr="0086656F">
        <w:trPr>
          <w:jc w:val="center"/>
        </w:trPr>
        <w:tc>
          <w:tcPr>
            <w:tcW w:w="2353" w:type="dxa"/>
            <w:vAlign w:val="center"/>
          </w:tcPr>
          <w:p w14:paraId="6971256F" w14:textId="77777777" w:rsidR="00613AB4" w:rsidRPr="0086656F" w:rsidRDefault="00FC5359" w:rsidP="0086656F">
            <w:pPr>
              <w:rPr>
                <w:rFonts w:cs="Times New Roman"/>
                <w:sz w:val="20"/>
                <w:szCs w:val="20"/>
              </w:rPr>
            </w:pPr>
            <w:r w:rsidRPr="00E9315E">
              <w:rPr>
                <w:sz w:val="20"/>
              </w:rPr>
              <w:t>Lecture 4</w:t>
            </w:r>
          </w:p>
        </w:tc>
        <w:tc>
          <w:tcPr>
            <w:tcW w:w="2353" w:type="dxa"/>
            <w:vAlign w:val="center"/>
          </w:tcPr>
          <w:p w14:paraId="34B5FD46" w14:textId="77777777" w:rsidR="00613AB4" w:rsidRPr="0086656F" w:rsidRDefault="00FC5359" w:rsidP="0086656F">
            <w:pPr>
              <w:rPr>
                <w:rFonts w:cs="Times New Roman"/>
                <w:sz w:val="20"/>
                <w:szCs w:val="20"/>
              </w:rPr>
            </w:pPr>
            <w:r w:rsidRPr="00E9315E">
              <w:rPr>
                <w:sz w:val="20"/>
              </w:rPr>
              <w:t>Exercise 2.5</w:t>
            </w:r>
          </w:p>
        </w:tc>
        <w:tc>
          <w:tcPr>
            <w:tcW w:w="2353" w:type="dxa"/>
            <w:vAlign w:val="center"/>
          </w:tcPr>
          <w:p w14:paraId="44C23A20" w14:textId="77777777" w:rsidR="00613AB4" w:rsidRPr="0086656F" w:rsidRDefault="00FC5359" w:rsidP="0086656F">
            <w:pPr>
              <w:rPr>
                <w:rFonts w:cs="Times New Roman"/>
                <w:sz w:val="20"/>
                <w:szCs w:val="20"/>
              </w:rPr>
            </w:pPr>
            <w:r w:rsidRPr="00E9315E">
              <w:rPr>
                <w:sz w:val="20"/>
              </w:rPr>
              <w:t>Software design activities and outputs</w:t>
            </w:r>
          </w:p>
        </w:tc>
        <w:tc>
          <w:tcPr>
            <w:tcW w:w="2353" w:type="dxa"/>
            <w:vAlign w:val="center"/>
          </w:tcPr>
          <w:p w14:paraId="6A3CB357" w14:textId="63F9CDF6" w:rsidR="00613AB4" w:rsidRPr="00207AED" w:rsidRDefault="00613AB4" w:rsidP="0086656F">
            <w:pPr>
              <w:rPr>
                <w:sz w:val="20"/>
                <w:szCs w:val="20"/>
              </w:rPr>
            </w:pPr>
          </w:p>
        </w:tc>
      </w:tr>
      <w:tr w:rsidR="00613AB4" w:rsidRPr="00E9315E" w14:paraId="142F5A60" w14:textId="77777777" w:rsidTr="0086656F">
        <w:trPr>
          <w:jc w:val="center"/>
        </w:trPr>
        <w:tc>
          <w:tcPr>
            <w:tcW w:w="2353" w:type="dxa"/>
            <w:vAlign w:val="center"/>
          </w:tcPr>
          <w:p w14:paraId="169BB453" w14:textId="77777777" w:rsidR="00613AB4" w:rsidRPr="0086656F" w:rsidRDefault="00FC5359" w:rsidP="0086656F">
            <w:pPr>
              <w:rPr>
                <w:rFonts w:cs="Times New Roman"/>
                <w:sz w:val="20"/>
                <w:szCs w:val="20"/>
              </w:rPr>
            </w:pPr>
            <w:r w:rsidRPr="00E9315E">
              <w:rPr>
                <w:sz w:val="20"/>
              </w:rPr>
              <w:t>Lecture 4</w:t>
            </w:r>
          </w:p>
        </w:tc>
        <w:tc>
          <w:tcPr>
            <w:tcW w:w="2353" w:type="dxa"/>
            <w:vAlign w:val="center"/>
          </w:tcPr>
          <w:p w14:paraId="6E618DC5" w14:textId="77777777" w:rsidR="00613AB4" w:rsidRPr="0086656F" w:rsidRDefault="00FC5359" w:rsidP="0086656F">
            <w:pPr>
              <w:rPr>
                <w:rFonts w:cs="Times New Roman"/>
                <w:sz w:val="20"/>
                <w:szCs w:val="20"/>
              </w:rPr>
            </w:pPr>
            <w:r w:rsidRPr="00E9315E">
              <w:rPr>
                <w:sz w:val="20"/>
              </w:rPr>
              <w:t>Exercise 3</w:t>
            </w:r>
          </w:p>
        </w:tc>
        <w:tc>
          <w:tcPr>
            <w:tcW w:w="2353" w:type="dxa"/>
            <w:vAlign w:val="center"/>
          </w:tcPr>
          <w:p w14:paraId="2F88B28F" w14:textId="77777777" w:rsidR="00613AB4" w:rsidRPr="0086656F" w:rsidRDefault="00FC5359" w:rsidP="0086656F">
            <w:pPr>
              <w:rPr>
                <w:rFonts w:cs="Times New Roman"/>
                <w:sz w:val="20"/>
                <w:szCs w:val="20"/>
              </w:rPr>
            </w:pPr>
            <w:r w:rsidRPr="00E9315E">
              <w:rPr>
                <w:sz w:val="20"/>
              </w:rPr>
              <w:t>Two SE-related video descriptions</w:t>
            </w:r>
          </w:p>
        </w:tc>
        <w:tc>
          <w:tcPr>
            <w:tcW w:w="2353" w:type="dxa"/>
            <w:vAlign w:val="center"/>
          </w:tcPr>
          <w:p w14:paraId="2A36D252" w14:textId="456E7959" w:rsidR="00613AB4" w:rsidRPr="00207AED" w:rsidRDefault="00613AB4" w:rsidP="0086656F">
            <w:pPr>
              <w:rPr>
                <w:sz w:val="20"/>
                <w:szCs w:val="20"/>
              </w:rPr>
            </w:pPr>
          </w:p>
        </w:tc>
      </w:tr>
      <w:tr w:rsidR="00613AB4" w:rsidRPr="00E9315E" w14:paraId="178E63F9" w14:textId="77777777" w:rsidTr="0086656F">
        <w:trPr>
          <w:jc w:val="center"/>
        </w:trPr>
        <w:tc>
          <w:tcPr>
            <w:tcW w:w="2353" w:type="dxa"/>
            <w:vAlign w:val="center"/>
          </w:tcPr>
          <w:p w14:paraId="77AACC65" w14:textId="77777777" w:rsidR="00613AB4" w:rsidRPr="0086656F" w:rsidRDefault="00FC5359" w:rsidP="0086656F">
            <w:pPr>
              <w:rPr>
                <w:rFonts w:cs="Times New Roman"/>
                <w:sz w:val="20"/>
                <w:szCs w:val="20"/>
              </w:rPr>
            </w:pPr>
            <w:r w:rsidRPr="00E9315E">
              <w:rPr>
                <w:sz w:val="20"/>
              </w:rPr>
              <w:t>Lecture 4</w:t>
            </w:r>
          </w:p>
        </w:tc>
        <w:tc>
          <w:tcPr>
            <w:tcW w:w="2353" w:type="dxa"/>
            <w:vAlign w:val="center"/>
          </w:tcPr>
          <w:p w14:paraId="6E702F62" w14:textId="77777777" w:rsidR="00613AB4" w:rsidRPr="0086656F" w:rsidRDefault="00FC5359" w:rsidP="0086656F">
            <w:pPr>
              <w:rPr>
                <w:rFonts w:cs="Times New Roman"/>
                <w:sz w:val="20"/>
                <w:szCs w:val="20"/>
              </w:rPr>
            </w:pPr>
            <w:r w:rsidRPr="00E9315E">
              <w:rPr>
                <w:sz w:val="20"/>
              </w:rPr>
              <w:t>Course Project Task 3</w:t>
            </w:r>
          </w:p>
        </w:tc>
        <w:tc>
          <w:tcPr>
            <w:tcW w:w="2353" w:type="dxa"/>
            <w:vAlign w:val="center"/>
          </w:tcPr>
          <w:p w14:paraId="60D6A3A2" w14:textId="77777777" w:rsidR="00613AB4" w:rsidRPr="0086656F" w:rsidRDefault="00FC5359" w:rsidP="0086656F">
            <w:pPr>
              <w:rPr>
                <w:rFonts w:cs="Times New Roman"/>
                <w:sz w:val="20"/>
                <w:szCs w:val="20"/>
              </w:rPr>
            </w:pPr>
            <w:r w:rsidRPr="00E9315E">
              <w:rPr>
                <w:sz w:val="20"/>
              </w:rPr>
              <w:t>General project description</w:t>
            </w:r>
          </w:p>
        </w:tc>
        <w:tc>
          <w:tcPr>
            <w:tcW w:w="2353" w:type="dxa"/>
            <w:vAlign w:val="center"/>
          </w:tcPr>
          <w:p w14:paraId="25506062" w14:textId="5AB3BF48" w:rsidR="00613AB4" w:rsidRPr="00207AED" w:rsidRDefault="00613AB4" w:rsidP="0086656F">
            <w:pPr>
              <w:rPr>
                <w:sz w:val="20"/>
                <w:szCs w:val="18"/>
              </w:rPr>
            </w:pPr>
          </w:p>
        </w:tc>
      </w:tr>
      <w:tr w:rsidR="00613AB4" w:rsidRPr="00E9315E" w14:paraId="78477A72" w14:textId="77777777" w:rsidTr="0086656F">
        <w:trPr>
          <w:jc w:val="center"/>
        </w:trPr>
        <w:tc>
          <w:tcPr>
            <w:tcW w:w="2353" w:type="dxa"/>
            <w:vAlign w:val="center"/>
          </w:tcPr>
          <w:p w14:paraId="4C9E0F2A" w14:textId="77777777" w:rsidR="00613AB4" w:rsidRPr="0086656F" w:rsidRDefault="00FC5359" w:rsidP="0086656F">
            <w:pPr>
              <w:rPr>
                <w:rFonts w:cs="Times New Roman"/>
                <w:sz w:val="20"/>
                <w:szCs w:val="20"/>
              </w:rPr>
            </w:pPr>
            <w:r w:rsidRPr="00E9315E">
              <w:rPr>
                <w:sz w:val="20"/>
              </w:rPr>
              <w:t>Lecture 4</w:t>
            </w:r>
          </w:p>
        </w:tc>
        <w:tc>
          <w:tcPr>
            <w:tcW w:w="2353" w:type="dxa"/>
            <w:vAlign w:val="center"/>
          </w:tcPr>
          <w:p w14:paraId="66B89193" w14:textId="77777777" w:rsidR="00613AB4" w:rsidRPr="0086656F" w:rsidRDefault="00FC5359" w:rsidP="0086656F">
            <w:pPr>
              <w:rPr>
                <w:rFonts w:cs="Times New Roman"/>
                <w:sz w:val="20"/>
                <w:szCs w:val="20"/>
              </w:rPr>
            </w:pPr>
            <w:r w:rsidRPr="00E9315E">
              <w:rPr>
                <w:sz w:val="20"/>
              </w:rPr>
              <w:t>Course Project Task 4</w:t>
            </w:r>
          </w:p>
        </w:tc>
        <w:tc>
          <w:tcPr>
            <w:tcW w:w="2353" w:type="dxa"/>
            <w:vAlign w:val="center"/>
          </w:tcPr>
          <w:p w14:paraId="51B5B401" w14:textId="77777777" w:rsidR="00613AB4" w:rsidRPr="0086656F" w:rsidRDefault="00FC5359" w:rsidP="0086656F">
            <w:pPr>
              <w:rPr>
                <w:rFonts w:cs="Times New Roman"/>
                <w:sz w:val="20"/>
                <w:szCs w:val="20"/>
              </w:rPr>
            </w:pPr>
            <w:r w:rsidRPr="00E9315E">
              <w:rPr>
                <w:sz w:val="20"/>
              </w:rPr>
              <w:t>Process model choice</w:t>
            </w:r>
          </w:p>
        </w:tc>
        <w:tc>
          <w:tcPr>
            <w:tcW w:w="2353" w:type="dxa"/>
            <w:vAlign w:val="center"/>
          </w:tcPr>
          <w:p w14:paraId="42C77104" w14:textId="3CBE0C51" w:rsidR="00613AB4" w:rsidRPr="00207AED" w:rsidRDefault="00613AB4" w:rsidP="0086656F">
            <w:pPr>
              <w:rPr>
                <w:sz w:val="20"/>
                <w:szCs w:val="18"/>
              </w:rPr>
            </w:pPr>
          </w:p>
        </w:tc>
      </w:tr>
      <w:tr w:rsidR="00613AB4" w:rsidRPr="00E9315E" w14:paraId="68966BBC" w14:textId="77777777" w:rsidTr="0086656F">
        <w:trPr>
          <w:jc w:val="center"/>
        </w:trPr>
        <w:tc>
          <w:tcPr>
            <w:tcW w:w="2353" w:type="dxa"/>
            <w:vAlign w:val="center"/>
          </w:tcPr>
          <w:p w14:paraId="69315901" w14:textId="77777777" w:rsidR="00613AB4" w:rsidRPr="0086656F" w:rsidRDefault="00FC5359" w:rsidP="0086656F">
            <w:pPr>
              <w:rPr>
                <w:rFonts w:cs="Times New Roman"/>
                <w:sz w:val="20"/>
                <w:szCs w:val="20"/>
              </w:rPr>
            </w:pPr>
            <w:r w:rsidRPr="00E9315E">
              <w:rPr>
                <w:sz w:val="20"/>
              </w:rPr>
              <w:t>Lecture 5</w:t>
            </w:r>
          </w:p>
        </w:tc>
        <w:tc>
          <w:tcPr>
            <w:tcW w:w="2353" w:type="dxa"/>
            <w:vAlign w:val="center"/>
          </w:tcPr>
          <w:p w14:paraId="2530634A" w14:textId="77777777" w:rsidR="00613AB4" w:rsidRPr="0086656F" w:rsidRDefault="00FC5359" w:rsidP="0086656F">
            <w:pPr>
              <w:rPr>
                <w:rFonts w:cs="Times New Roman"/>
                <w:sz w:val="20"/>
                <w:szCs w:val="20"/>
              </w:rPr>
            </w:pPr>
            <w:r w:rsidRPr="00E9315E">
              <w:rPr>
                <w:sz w:val="20"/>
              </w:rPr>
              <w:t>Exercise 4.4</w:t>
            </w:r>
          </w:p>
        </w:tc>
        <w:tc>
          <w:tcPr>
            <w:tcW w:w="2353" w:type="dxa"/>
            <w:vAlign w:val="center"/>
          </w:tcPr>
          <w:p w14:paraId="4C5DE540" w14:textId="77777777" w:rsidR="00613AB4" w:rsidRPr="0086656F" w:rsidRDefault="00FC5359" w:rsidP="0086656F">
            <w:pPr>
              <w:rPr>
                <w:rFonts w:cs="Times New Roman"/>
                <w:sz w:val="20"/>
                <w:szCs w:val="20"/>
              </w:rPr>
            </w:pPr>
            <w:r w:rsidRPr="00E9315E">
              <w:rPr>
                <w:sz w:val="20"/>
              </w:rPr>
              <w:t>NFRs for ticket-issuing system</w:t>
            </w:r>
          </w:p>
        </w:tc>
        <w:tc>
          <w:tcPr>
            <w:tcW w:w="2353" w:type="dxa"/>
            <w:vAlign w:val="center"/>
          </w:tcPr>
          <w:p w14:paraId="49309A25" w14:textId="3A321C2E" w:rsidR="00613AB4" w:rsidRPr="00207AED" w:rsidRDefault="00613AB4" w:rsidP="0086656F">
            <w:pPr>
              <w:rPr>
                <w:sz w:val="20"/>
                <w:szCs w:val="20"/>
              </w:rPr>
            </w:pPr>
          </w:p>
        </w:tc>
      </w:tr>
      <w:tr w:rsidR="00613AB4" w:rsidRPr="00E9315E" w14:paraId="452DCFE7" w14:textId="77777777" w:rsidTr="0086656F">
        <w:trPr>
          <w:jc w:val="center"/>
        </w:trPr>
        <w:tc>
          <w:tcPr>
            <w:tcW w:w="2353" w:type="dxa"/>
            <w:vAlign w:val="center"/>
          </w:tcPr>
          <w:p w14:paraId="6DAFF385" w14:textId="77777777" w:rsidR="00613AB4" w:rsidRPr="0086656F" w:rsidRDefault="00FC5359" w:rsidP="0086656F">
            <w:pPr>
              <w:rPr>
                <w:rFonts w:cs="Times New Roman"/>
                <w:sz w:val="20"/>
                <w:szCs w:val="20"/>
              </w:rPr>
            </w:pPr>
            <w:r w:rsidRPr="00E9315E">
              <w:rPr>
                <w:sz w:val="20"/>
              </w:rPr>
              <w:t>Lecture 5</w:t>
            </w:r>
          </w:p>
        </w:tc>
        <w:tc>
          <w:tcPr>
            <w:tcW w:w="2353" w:type="dxa"/>
            <w:vAlign w:val="center"/>
          </w:tcPr>
          <w:p w14:paraId="121E288F" w14:textId="77777777" w:rsidR="00613AB4" w:rsidRPr="0086656F" w:rsidRDefault="00FC5359" w:rsidP="0086656F">
            <w:pPr>
              <w:rPr>
                <w:rFonts w:cs="Times New Roman"/>
                <w:sz w:val="20"/>
                <w:szCs w:val="20"/>
              </w:rPr>
            </w:pPr>
            <w:r w:rsidRPr="00E9315E">
              <w:rPr>
                <w:sz w:val="20"/>
              </w:rPr>
              <w:t>Exercise 4.5</w:t>
            </w:r>
          </w:p>
        </w:tc>
        <w:tc>
          <w:tcPr>
            <w:tcW w:w="2353" w:type="dxa"/>
            <w:vAlign w:val="center"/>
          </w:tcPr>
          <w:p w14:paraId="2A06B783" w14:textId="77777777" w:rsidR="00613AB4" w:rsidRPr="0086656F" w:rsidRDefault="00FC5359" w:rsidP="0086656F">
            <w:pPr>
              <w:rPr>
                <w:rFonts w:cs="Times New Roman"/>
                <w:sz w:val="20"/>
                <w:szCs w:val="20"/>
              </w:rPr>
            </w:pPr>
            <w:r w:rsidRPr="00E9315E">
              <w:rPr>
                <w:sz w:val="20"/>
              </w:rPr>
              <w:t>User requirements in standard format</w:t>
            </w:r>
          </w:p>
        </w:tc>
        <w:tc>
          <w:tcPr>
            <w:tcW w:w="2353" w:type="dxa"/>
            <w:vAlign w:val="center"/>
          </w:tcPr>
          <w:p w14:paraId="5EBAF3F4" w14:textId="4C03A493" w:rsidR="00613AB4" w:rsidRPr="00207AED" w:rsidRDefault="00613AB4" w:rsidP="0086656F">
            <w:pPr>
              <w:rPr>
                <w:sz w:val="20"/>
                <w:szCs w:val="20"/>
              </w:rPr>
            </w:pPr>
          </w:p>
        </w:tc>
      </w:tr>
      <w:tr w:rsidR="00613AB4" w:rsidRPr="00E9315E" w14:paraId="25C7B3E5" w14:textId="77777777" w:rsidTr="0086656F">
        <w:trPr>
          <w:jc w:val="center"/>
        </w:trPr>
        <w:tc>
          <w:tcPr>
            <w:tcW w:w="2353" w:type="dxa"/>
            <w:vAlign w:val="center"/>
          </w:tcPr>
          <w:p w14:paraId="098D98DA" w14:textId="77777777" w:rsidR="00613AB4" w:rsidRPr="0086656F" w:rsidRDefault="00FC5359" w:rsidP="0086656F">
            <w:pPr>
              <w:rPr>
                <w:rFonts w:cs="Times New Roman"/>
                <w:sz w:val="20"/>
                <w:szCs w:val="20"/>
              </w:rPr>
            </w:pPr>
            <w:r w:rsidRPr="00E9315E">
              <w:rPr>
                <w:sz w:val="20"/>
              </w:rPr>
              <w:t>Lecture 5</w:t>
            </w:r>
          </w:p>
        </w:tc>
        <w:tc>
          <w:tcPr>
            <w:tcW w:w="2353" w:type="dxa"/>
            <w:vAlign w:val="center"/>
          </w:tcPr>
          <w:p w14:paraId="182DA50F" w14:textId="77777777" w:rsidR="00613AB4" w:rsidRPr="0086656F" w:rsidRDefault="00FC5359" w:rsidP="0086656F">
            <w:pPr>
              <w:rPr>
                <w:rFonts w:cs="Times New Roman"/>
                <w:sz w:val="20"/>
                <w:szCs w:val="20"/>
              </w:rPr>
            </w:pPr>
            <w:r w:rsidRPr="00E9315E">
              <w:rPr>
                <w:sz w:val="20"/>
              </w:rPr>
              <w:t>Course Project</w:t>
            </w:r>
          </w:p>
        </w:tc>
        <w:tc>
          <w:tcPr>
            <w:tcW w:w="2353" w:type="dxa"/>
            <w:vAlign w:val="center"/>
          </w:tcPr>
          <w:p w14:paraId="2A21FD54" w14:textId="77777777" w:rsidR="00613AB4" w:rsidRPr="0086656F" w:rsidRDefault="00FC5359" w:rsidP="0086656F">
            <w:pPr>
              <w:rPr>
                <w:rFonts w:cs="Times New Roman"/>
                <w:sz w:val="20"/>
                <w:szCs w:val="20"/>
              </w:rPr>
            </w:pPr>
            <w:r w:rsidRPr="00E9315E">
              <w:rPr>
                <w:sz w:val="20"/>
              </w:rPr>
              <w:t>User requirements for project</w:t>
            </w:r>
          </w:p>
        </w:tc>
        <w:tc>
          <w:tcPr>
            <w:tcW w:w="2353" w:type="dxa"/>
            <w:vAlign w:val="center"/>
          </w:tcPr>
          <w:p w14:paraId="750040ED" w14:textId="61EB4D20" w:rsidR="00613AB4" w:rsidRPr="00207AED" w:rsidRDefault="00613AB4" w:rsidP="0086656F">
            <w:pPr>
              <w:rPr>
                <w:sz w:val="20"/>
                <w:szCs w:val="18"/>
              </w:rPr>
            </w:pPr>
          </w:p>
        </w:tc>
      </w:tr>
      <w:tr w:rsidR="00613AB4" w:rsidRPr="00E9315E" w14:paraId="71DCD38F" w14:textId="77777777" w:rsidTr="0086656F">
        <w:trPr>
          <w:jc w:val="center"/>
        </w:trPr>
        <w:tc>
          <w:tcPr>
            <w:tcW w:w="2353" w:type="dxa"/>
            <w:vAlign w:val="center"/>
          </w:tcPr>
          <w:p w14:paraId="794D0BF7" w14:textId="77777777" w:rsidR="00613AB4" w:rsidRPr="0086656F" w:rsidRDefault="00FC5359" w:rsidP="0086656F">
            <w:pPr>
              <w:rPr>
                <w:rFonts w:cs="Times New Roman"/>
                <w:sz w:val="20"/>
                <w:szCs w:val="20"/>
              </w:rPr>
            </w:pPr>
            <w:r w:rsidRPr="00E9315E">
              <w:rPr>
                <w:sz w:val="20"/>
              </w:rPr>
              <w:t>Lecture 6</w:t>
            </w:r>
          </w:p>
        </w:tc>
        <w:tc>
          <w:tcPr>
            <w:tcW w:w="2353" w:type="dxa"/>
            <w:vAlign w:val="center"/>
          </w:tcPr>
          <w:p w14:paraId="1BD0F047" w14:textId="77777777" w:rsidR="00613AB4" w:rsidRPr="0086656F" w:rsidRDefault="00FC5359" w:rsidP="0086656F">
            <w:pPr>
              <w:rPr>
                <w:rFonts w:cs="Times New Roman"/>
                <w:sz w:val="20"/>
                <w:szCs w:val="20"/>
              </w:rPr>
            </w:pPr>
            <w:r w:rsidRPr="00E9315E">
              <w:rPr>
                <w:sz w:val="20"/>
              </w:rPr>
              <w:t>Exercise 3</w:t>
            </w:r>
          </w:p>
        </w:tc>
        <w:tc>
          <w:tcPr>
            <w:tcW w:w="2353" w:type="dxa"/>
            <w:vAlign w:val="center"/>
          </w:tcPr>
          <w:p w14:paraId="399E9CD9" w14:textId="77777777" w:rsidR="00613AB4" w:rsidRPr="0086656F" w:rsidRDefault="00FC5359" w:rsidP="0086656F">
            <w:pPr>
              <w:rPr>
                <w:rFonts w:cs="Times New Roman"/>
                <w:sz w:val="20"/>
                <w:szCs w:val="20"/>
              </w:rPr>
            </w:pPr>
            <w:r w:rsidRPr="00E9315E">
              <w:rPr>
                <w:sz w:val="20"/>
              </w:rPr>
              <w:t>Stakeholders in MHC-</w:t>
            </w:r>
            <w:r w:rsidRPr="00E9315E">
              <w:rPr>
                <w:sz w:val="20"/>
              </w:rPr>
              <w:lastRenderedPageBreak/>
              <w:t>PMS</w:t>
            </w:r>
          </w:p>
        </w:tc>
        <w:tc>
          <w:tcPr>
            <w:tcW w:w="2353" w:type="dxa"/>
            <w:vAlign w:val="center"/>
          </w:tcPr>
          <w:p w14:paraId="14F40E7F" w14:textId="2F6FEA2D" w:rsidR="00613AB4" w:rsidRPr="00207AED" w:rsidRDefault="00613AB4" w:rsidP="0086656F">
            <w:pPr>
              <w:rPr>
                <w:sz w:val="20"/>
                <w:szCs w:val="20"/>
              </w:rPr>
            </w:pPr>
          </w:p>
        </w:tc>
      </w:tr>
      <w:tr w:rsidR="00613AB4" w:rsidRPr="00E9315E" w14:paraId="20D7DAAA" w14:textId="77777777" w:rsidTr="0086656F">
        <w:trPr>
          <w:jc w:val="center"/>
        </w:trPr>
        <w:tc>
          <w:tcPr>
            <w:tcW w:w="2353" w:type="dxa"/>
            <w:vAlign w:val="center"/>
          </w:tcPr>
          <w:p w14:paraId="3FAD0258" w14:textId="77777777" w:rsidR="00613AB4" w:rsidRPr="0086656F" w:rsidRDefault="00FC5359" w:rsidP="0086656F">
            <w:pPr>
              <w:rPr>
                <w:rFonts w:cs="Times New Roman"/>
                <w:sz w:val="20"/>
                <w:szCs w:val="20"/>
              </w:rPr>
            </w:pPr>
            <w:r w:rsidRPr="00E9315E">
              <w:rPr>
                <w:sz w:val="20"/>
              </w:rPr>
              <w:t>Lecture 6</w:t>
            </w:r>
          </w:p>
        </w:tc>
        <w:tc>
          <w:tcPr>
            <w:tcW w:w="2353" w:type="dxa"/>
            <w:vAlign w:val="center"/>
          </w:tcPr>
          <w:p w14:paraId="6B3FCB4C" w14:textId="77777777" w:rsidR="00613AB4" w:rsidRPr="0086656F" w:rsidRDefault="00FC5359" w:rsidP="0086656F">
            <w:pPr>
              <w:rPr>
                <w:rFonts w:cs="Times New Roman"/>
                <w:sz w:val="20"/>
                <w:szCs w:val="20"/>
              </w:rPr>
            </w:pPr>
            <w:r w:rsidRPr="00E9315E">
              <w:rPr>
                <w:sz w:val="20"/>
              </w:rPr>
              <w:t>Exercise 7.4</w:t>
            </w:r>
          </w:p>
        </w:tc>
        <w:tc>
          <w:tcPr>
            <w:tcW w:w="2353" w:type="dxa"/>
            <w:vAlign w:val="center"/>
          </w:tcPr>
          <w:p w14:paraId="096720F1" w14:textId="77777777" w:rsidR="00613AB4" w:rsidRPr="0086656F" w:rsidRDefault="00FC5359" w:rsidP="0086656F">
            <w:pPr>
              <w:rPr>
                <w:rFonts w:cs="Times New Roman"/>
                <w:sz w:val="20"/>
                <w:szCs w:val="20"/>
              </w:rPr>
            </w:pPr>
            <w:r w:rsidRPr="00E9315E">
              <w:rPr>
                <w:sz w:val="20"/>
              </w:rPr>
              <w:t>LIBSYS non-functional requirements</w:t>
            </w:r>
          </w:p>
        </w:tc>
        <w:tc>
          <w:tcPr>
            <w:tcW w:w="2353" w:type="dxa"/>
            <w:vAlign w:val="center"/>
          </w:tcPr>
          <w:p w14:paraId="54677A9E" w14:textId="015F3D9F" w:rsidR="00613AB4" w:rsidRPr="00207AED" w:rsidRDefault="00613AB4" w:rsidP="0086656F">
            <w:pPr>
              <w:rPr>
                <w:sz w:val="20"/>
                <w:szCs w:val="20"/>
              </w:rPr>
            </w:pPr>
          </w:p>
        </w:tc>
      </w:tr>
      <w:tr w:rsidR="00613AB4" w:rsidRPr="00E9315E" w14:paraId="4CC8B592" w14:textId="77777777" w:rsidTr="0086656F">
        <w:trPr>
          <w:jc w:val="center"/>
        </w:trPr>
        <w:tc>
          <w:tcPr>
            <w:tcW w:w="2353" w:type="dxa"/>
            <w:vAlign w:val="center"/>
          </w:tcPr>
          <w:p w14:paraId="13EC6861" w14:textId="77777777" w:rsidR="00613AB4" w:rsidRPr="0086656F" w:rsidRDefault="00FC5359" w:rsidP="0086656F">
            <w:pPr>
              <w:rPr>
                <w:rFonts w:cs="Times New Roman"/>
                <w:sz w:val="20"/>
                <w:szCs w:val="20"/>
              </w:rPr>
            </w:pPr>
            <w:r w:rsidRPr="00E9315E">
              <w:rPr>
                <w:sz w:val="20"/>
              </w:rPr>
              <w:t>Lecture 6</w:t>
            </w:r>
          </w:p>
        </w:tc>
        <w:tc>
          <w:tcPr>
            <w:tcW w:w="2353" w:type="dxa"/>
            <w:vAlign w:val="center"/>
          </w:tcPr>
          <w:p w14:paraId="6F6D02B0" w14:textId="77777777" w:rsidR="00613AB4" w:rsidRPr="0086656F" w:rsidRDefault="00FC5359" w:rsidP="0086656F">
            <w:pPr>
              <w:rPr>
                <w:rFonts w:cs="Times New Roman"/>
                <w:sz w:val="20"/>
                <w:szCs w:val="20"/>
              </w:rPr>
            </w:pPr>
            <w:r w:rsidRPr="00E9315E">
              <w:rPr>
                <w:sz w:val="20"/>
              </w:rPr>
              <w:t>Exercise 7.5</w:t>
            </w:r>
          </w:p>
        </w:tc>
        <w:tc>
          <w:tcPr>
            <w:tcW w:w="2353" w:type="dxa"/>
            <w:vAlign w:val="center"/>
          </w:tcPr>
          <w:p w14:paraId="440D15A5" w14:textId="77777777" w:rsidR="00613AB4" w:rsidRPr="0086656F" w:rsidRDefault="00FC5359" w:rsidP="0086656F">
            <w:pPr>
              <w:rPr>
                <w:rFonts w:cs="Times New Roman"/>
                <w:sz w:val="20"/>
                <w:szCs w:val="20"/>
              </w:rPr>
            </w:pPr>
            <w:r w:rsidRPr="00E9315E">
              <w:rPr>
                <w:sz w:val="20"/>
              </w:rPr>
              <w:t>ATM use cases</w:t>
            </w:r>
          </w:p>
        </w:tc>
        <w:tc>
          <w:tcPr>
            <w:tcW w:w="2353" w:type="dxa"/>
            <w:vAlign w:val="center"/>
          </w:tcPr>
          <w:p w14:paraId="45043096" w14:textId="3DCBBBC7" w:rsidR="00613AB4" w:rsidRPr="00207AED" w:rsidRDefault="00613AB4" w:rsidP="0086656F">
            <w:pPr>
              <w:rPr>
                <w:sz w:val="20"/>
                <w:szCs w:val="20"/>
              </w:rPr>
            </w:pPr>
          </w:p>
        </w:tc>
      </w:tr>
      <w:tr w:rsidR="00613AB4" w:rsidRPr="00E9315E" w14:paraId="337CA747" w14:textId="77777777" w:rsidTr="0086656F">
        <w:trPr>
          <w:jc w:val="center"/>
        </w:trPr>
        <w:tc>
          <w:tcPr>
            <w:tcW w:w="2353" w:type="dxa"/>
            <w:vAlign w:val="center"/>
          </w:tcPr>
          <w:p w14:paraId="4AEA7C07" w14:textId="77777777" w:rsidR="00613AB4" w:rsidRPr="0086656F" w:rsidRDefault="00FC5359" w:rsidP="0086656F">
            <w:pPr>
              <w:rPr>
                <w:rFonts w:cs="Times New Roman"/>
                <w:sz w:val="20"/>
                <w:szCs w:val="20"/>
              </w:rPr>
            </w:pPr>
            <w:r w:rsidRPr="00E9315E">
              <w:rPr>
                <w:sz w:val="20"/>
              </w:rPr>
              <w:t>Lecture 6</w:t>
            </w:r>
          </w:p>
        </w:tc>
        <w:tc>
          <w:tcPr>
            <w:tcW w:w="2353" w:type="dxa"/>
            <w:vAlign w:val="center"/>
          </w:tcPr>
          <w:p w14:paraId="20A4F827" w14:textId="77777777" w:rsidR="00613AB4" w:rsidRPr="0086656F" w:rsidRDefault="00FC5359" w:rsidP="0086656F">
            <w:pPr>
              <w:rPr>
                <w:rFonts w:cs="Times New Roman"/>
                <w:sz w:val="20"/>
                <w:szCs w:val="20"/>
              </w:rPr>
            </w:pPr>
            <w:r w:rsidRPr="00E9315E">
              <w:rPr>
                <w:sz w:val="20"/>
              </w:rPr>
              <w:t>Course Project</w:t>
            </w:r>
          </w:p>
        </w:tc>
        <w:tc>
          <w:tcPr>
            <w:tcW w:w="2353" w:type="dxa"/>
            <w:vAlign w:val="center"/>
          </w:tcPr>
          <w:p w14:paraId="73D0C150" w14:textId="77777777" w:rsidR="00613AB4" w:rsidRPr="0086656F" w:rsidRDefault="00FC5359" w:rsidP="0086656F">
            <w:pPr>
              <w:rPr>
                <w:rFonts w:cs="Times New Roman"/>
                <w:sz w:val="20"/>
                <w:szCs w:val="20"/>
              </w:rPr>
            </w:pPr>
            <w:r w:rsidRPr="00E9315E">
              <w:rPr>
                <w:sz w:val="20"/>
              </w:rPr>
              <w:t>Feasibility study and system requirements</w:t>
            </w:r>
          </w:p>
        </w:tc>
        <w:tc>
          <w:tcPr>
            <w:tcW w:w="2353" w:type="dxa"/>
            <w:vAlign w:val="center"/>
          </w:tcPr>
          <w:p w14:paraId="2A950F67" w14:textId="1AFAAC54" w:rsidR="00613AB4" w:rsidRPr="00207AED" w:rsidRDefault="00613AB4" w:rsidP="0086656F">
            <w:pPr>
              <w:rPr>
                <w:sz w:val="20"/>
                <w:szCs w:val="18"/>
              </w:rPr>
            </w:pPr>
          </w:p>
        </w:tc>
      </w:tr>
      <w:tr w:rsidR="00613AB4" w:rsidRPr="00E9315E" w14:paraId="29198861" w14:textId="77777777" w:rsidTr="0086656F">
        <w:trPr>
          <w:jc w:val="center"/>
        </w:trPr>
        <w:tc>
          <w:tcPr>
            <w:tcW w:w="2353" w:type="dxa"/>
            <w:vAlign w:val="center"/>
          </w:tcPr>
          <w:p w14:paraId="502A25DC" w14:textId="77777777" w:rsidR="00613AB4" w:rsidRPr="0086656F" w:rsidRDefault="00FC5359" w:rsidP="0086656F">
            <w:pPr>
              <w:rPr>
                <w:rFonts w:cs="Times New Roman"/>
                <w:sz w:val="20"/>
                <w:szCs w:val="20"/>
              </w:rPr>
            </w:pPr>
            <w:r w:rsidRPr="00E9315E">
              <w:rPr>
                <w:sz w:val="20"/>
              </w:rPr>
              <w:t>Lecture 6</w:t>
            </w:r>
          </w:p>
        </w:tc>
        <w:tc>
          <w:tcPr>
            <w:tcW w:w="2353" w:type="dxa"/>
            <w:vAlign w:val="center"/>
          </w:tcPr>
          <w:p w14:paraId="7BFB454E" w14:textId="77777777" w:rsidR="00613AB4" w:rsidRPr="0086656F" w:rsidRDefault="00FC5359" w:rsidP="0086656F">
            <w:pPr>
              <w:rPr>
                <w:rFonts w:cs="Times New Roman"/>
                <w:sz w:val="20"/>
                <w:szCs w:val="20"/>
              </w:rPr>
            </w:pPr>
            <w:r w:rsidRPr="00E9315E">
              <w:rPr>
                <w:sz w:val="20"/>
              </w:rPr>
              <w:t>Course Project</w:t>
            </w:r>
          </w:p>
        </w:tc>
        <w:tc>
          <w:tcPr>
            <w:tcW w:w="2353" w:type="dxa"/>
            <w:vAlign w:val="center"/>
          </w:tcPr>
          <w:p w14:paraId="719EC01D" w14:textId="77777777" w:rsidR="00613AB4" w:rsidRPr="0086656F" w:rsidRDefault="00FC5359" w:rsidP="0086656F">
            <w:pPr>
              <w:rPr>
                <w:rFonts w:cs="Times New Roman"/>
                <w:sz w:val="20"/>
                <w:szCs w:val="20"/>
              </w:rPr>
            </w:pPr>
            <w:r w:rsidRPr="00E9315E">
              <w:rPr>
                <w:sz w:val="20"/>
              </w:rPr>
              <w:t>Process model paragraph</w:t>
            </w:r>
          </w:p>
        </w:tc>
        <w:tc>
          <w:tcPr>
            <w:tcW w:w="2353" w:type="dxa"/>
            <w:vAlign w:val="center"/>
          </w:tcPr>
          <w:p w14:paraId="723CFF42" w14:textId="1DB1D4FB" w:rsidR="00613AB4" w:rsidRPr="00207AED" w:rsidRDefault="00613AB4" w:rsidP="0086656F">
            <w:pPr>
              <w:rPr>
                <w:sz w:val="20"/>
                <w:szCs w:val="18"/>
              </w:rPr>
            </w:pPr>
          </w:p>
        </w:tc>
      </w:tr>
    </w:tbl>
    <w:p w14:paraId="1749A2A2" w14:textId="6EFD3743" w:rsidR="00613AB4" w:rsidRPr="00E9315E" w:rsidRDefault="00613AB4" w:rsidP="008F15E2">
      <w:pPr>
        <w:pStyle w:val="ListBullet"/>
        <w:numPr>
          <w:ilvl w:val="0"/>
          <w:numId w:val="0"/>
        </w:numPr>
      </w:pPr>
    </w:p>
    <w:sectPr w:rsidR="00613AB4" w:rsidRPr="00E9315E" w:rsidSect="00034616">
      <w:pgSz w:w="11906" w:h="16838"/>
      <w:pgMar w:top="1134" w:right="1247" w:bottom="1134"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bookmark int2:bookmarkName="_Int_cF7vyxf5" int2:invalidationBookmarkName="" int2:hashCode="ovGwzdpzIdakKQ" int2:id="ZHKLMHJw">
      <int2:state int2:value="Rejected" int2:type="gram"/>
    </int2:bookmark>
    <int2:bookmark int2:bookmarkName="_Int_jnV9Untu" int2:invalidationBookmarkName="" int2:hashCode="Me19wYQjiqnfhc" int2:id="yBGKOzL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72896E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40CD0E7"/>
    <w:multiLevelType w:val="hybridMultilevel"/>
    <w:tmpl w:val="0B0E5672"/>
    <w:lvl w:ilvl="0" w:tplc="CAFE0940">
      <w:start w:val="1"/>
      <w:numFmt w:val="bullet"/>
      <w:lvlText w:val="-"/>
      <w:lvlJc w:val="left"/>
      <w:pPr>
        <w:ind w:left="1080" w:hanging="360"/>
      </w:pPr>
      <w:rPr>
        <w:rFonts w:ascii="Aptos" w:hAnsi="Aptos" w:hint="default"/>
      </w:rPr>
    </w:lvl>
    <w:lvl w:ilvl="1" w:tplc="5E7062E0">
      <w:start w:val="1"/>
      <w:numFmt w:val="bullet"/>
      <w:lvlText w:val="o"/>
      <w:lvlJc w:val="left"/>
      <w:pPr>
        <w:ind w:left="1800" w:hanging="360"/>
      </w:pPr>
      <w:rPr>
        <w:rFonts w:ascii="Courier New" w:hAnsi="Courier New" w:hint="default"/>
      </w:rPr>
    </w:lvl>
    <w:lvl w:ilvl="2" w:tplc="9140CB28">
      <w:start w:val="1"/>
      <w:numFmt w:val="bullet"/>
      <w:lvlText w:val=""/>
      <w:lvlJc w:val="left"/>
      <w:pPr>
        <w:ind w:left="2520" w:hanging="360"/>
      </w:pPr>
      <w:rPr>
        <w:rFonts w:ascii="Wingdings" w:hAnsi="Wingdings" w:hint="default"/>
      </w:rPr>
    </w:lvl>
    <w:lvl w:ilvl="3" w:tplc="3D2E7C7C">
      <w:start w:val="1"/>
      <w:numFmt w:val="bullet"/>
      <w:lvlText w:val=""/>
      <w:lvlJc w:val="left"/>
      <w:pPr>
        <w:ind w:left="3240" w:hanging="360"/>
      </w:pPr>
      <w:rPr>
        <w:rFonts w:ascii="Symbol" w:hAnsi="Symbol" w:hint="default"/>
      </w:rPr>
    </w:lvl>
    <w:lvl w:ilvl="4" w:tplc="32AC5B0E">
      <w:start w:val="1"/>
      <w:numFmt w:val="bullet"/>
      <w:lvlText w:val="o"/>
      <w:lvlJc w:val="left"/>
      <w:pPr>
        <w:ind w:left="3960" w:hanging="360"/>
      </w:pPr>
      <w:rPr>
        <w:rFonts w:ascii="Courier New" w:hAnsi="Courier New" w:hint="default"/>
      </w:rPr>
    </w:lvl>
    <w:lvl w:ilvl="5" w:tplc="8642225C">
      <w:start w:val="1"/>
      <w:numFmt w:val="bullet"/>
      <w:lvlText w:val=""/>
      <w:lvlJc w:val="left"/>
      <w:pPr>
        <w:ind w:left="4680" w:hanging="360"/>
      </w:pPr>
      <w:rPr>
        <w:rFonts w:ascii="Wingdings" w:hAnsi="Wingdings" w:hint="default"/>
      </w:rPr>
    </w:lvl>
    <w:lvl w:ilvl="6" w:tplc="98F47842">
      <w:start w:val="1"/>
      <w:numFmt w:val="bullet"/>
      <w:lvlText w:val=""/>
      <w:lvlJc w:val="left"/>
      <w:pPr>
        <w:ind w:left="5400" w:hanging="360"/>
      </w:pPr>
      <w:rPr>
        <w:rFonts w:ascii="Symbol" w:hAnsi="Symbol" w:hint="default"/>
      </w:rPr>
    </w:lvl>
    <w:lvl w:ilvl="7" w:tplc="0A2C8342">
      <w:start w:val="1"/>
      <w:numFmt w:val="bullet"/>
      <w:lvlText w:val="o"/>
      <w:lvlJc w:val="left"/>
      <w:pPr>
        <w:ind w:left="6120" w:hanging="360"/>
      </w:pPr>
      <w:rPr>
        <w:rFonts w:ascii="Courier New" w:hAnsi="Courier New" w:hint="default"/>
      </w:rPr>
    </w:lvl>
    <w:lvl w:ilvl="8" w:tplc="0FB273D4">
      <w:start w:val="1"/>
      <w:numFmt w:val="bullet"/>
      <w:lvlText w:val=""/>
      <w:lvlJc w:val="left"/>
      <w:pPr>
        <w:ind w:left="6840" w:hanging="360"/>
      </w:pPr>
      <w:rPr>
        <w:rFonts w:ascii="Wingdings" w:hAnsi="Wingdings" w:hint="default"/>
      </w:rPr>
    </w:lvl>
  </w:abstractNum>
  <w:abstractNum w:abstractNumId="7" w15:restartNumberingAfterBreak="0">
    <w:nsid w:val="055BEFFD"/>
    <w:multiLevelType w:val="hybridMultilevel"/>
    <w:tmpl w:val="B76A070E"/>
    <w:lvl w:ilvl="0" w:tplc="F140ABC2">
      <w:start w:val="1"/>
      <w:numFmt w:val="bullet"/>
      <w:lvlText w:val="-"/>
      <w:lvlJc w:val="left"/>
      <w:pPr>
        <w:ind w:left="1080" w:hanging="360"/>
      </w:pPr>
      <w:rPr>
        <w:rFonts w:ascii="Aptos" w:hAnsi="Aptos" w:hint="default"/>
      </w:rPr>
    </w:lvl>
    <w:lvl w:ilvl="1" w:tplc="C8E0D372">
      <w:start w:val="1"/>
      <w:numFmt w:val="bullet"/>
      <w:lvlText w:val="o"/>
      <w:lvlJc w:val="left"/>
      <w:pPr>
        <w:ind w:left="1800" w:hanging="360"/>
      </w:pPr>
      <w:rPr>
        <w:rFonts w:ascii="Courier New" w:hAnsi="Courier New" w:hint="default"/>
      </w:rPr>
    </w:lvl>
    <w:lvl w:ilvl="2" w:tplc="447823B2">
      <w:start w:val="1"/>
      <w:numFmt w:val="bullet"/>
      <w:lvlText w:val=""/>
      <w:lvlJc w:val="left"/>
      <w:pPr>
        <w:ind w:left="2520" w:hanging="360"/>
      </w:pPr>
      <w:rPr>
        <w:rFonts w:ascii="Wingdings" w:hAnsi="Wingdings" w:hint="default"/>
      </w:rPr>
    </w:lvl>
    <w:lvl w:ilvl="3" w:tplc="C2360754">
      <w:start w:val="1"/>
      <w:numFmt w:val="bullet"/>
      <w:lvlText w:val=""/>
      <w:lvlJc w:val="left"/>
      <w:pPr>
        <w:ind w:left="3240" w:hanging="360"/>
      </w:pPr>
      <w:rPr>
        <w:rFonts w:ascii="Symbol" w:hAnsi="Symbol" w:hint="default"/>
      </w:rPr>
    </w:lvl>
    <w:lvl w:ilvl="4" w:tplc="7A74427C">
      <w:start w:val="1"/>
      <w:numFmt w:val="bullet"/>
      <w:lvlText w:val="o"/>
      <w:lvlJc w:val="left"/>
      <w:pPr>
        <w:ind w:left="3960" w:hanging="360"/>
      </w:pPr>
      <w:rPr>
        <w:rFonts w:ascii="Courier New" w:hAnsi="Courier New" w:hint="default"/>
      </w:rPr>
    </w:lvl>
    <w:lvl w:ilvl="5" w:tplc="0B508220">
      <w:start w:val="1"/>
      <w:numFmt w:val="bullet"/>
      <w:lvlText w:val=""/>
      <w:lvlJc w:val="left"/>
      <w:pPr>
        <w:ind w:left="4680" w:hanging="360"/>
      </w:pPr>
      <w:rPr>
        <w:rFonts w:ascii="Wingdings" w:hAnsi="Wingdings" w:hint="default"/>
      </w:rPr>
    </w:lvl>
    <w:lvl w:ilvl="6" w:tplc="80C6CB52">
      <w:start w:val="1"/>
      <w:numFmt w:val="bullet"/>
      <w:lvlText w:val=""/>
      <w:lvlJc w:val="left"/>
      <w:pPr>
        <w:ind w:left="5400" w:hanging="360"/>
      </w:pPr>
      <w:rPr>
        <w:rFonts w:ascii="Symbol" w:hAnsi="Symbol" w:hint="default"/>
      </w:rPr>
    </w:lvl>
    <w:lvl w:ilvl="7" w:tplc="83C00214">
      <w:start w:val="1"/>
      <w:numFmt w:val="bullet"/>
      <w:lvlText w:val="o"/>
      <w:lvlJc w:val="left"/>
      <w:pPr>
        <w:ind w:left="6120" w:hanging="360"/>
      </w:pPr>
      <w:rPr>
        <w:rFonts w:ascii="Courier New" w:hAnsi="Courier New" w:hint="default"/>
      </w:rPr>
    </w:lvl>
    <w:lvl w:ilvl="8" w:tplc="3754E448">
      <w:start w:val="1"/>
      <w:numFmt w:val="bullet"/>
      <w:lvlText w:val=""/>
      <w:lvlJc w:val="left"/>
      <w:pPr>
        <w:ind w:left="6840" w:hanging="360"/>
      </w:pPr>
      <w:rPr>
        <w:rFonts w:ascii="Wingdings" w:hAnsi="Wingdings" w:hint="default"/>
      </w:rPr>
    </w:lvl>
  </w:abstractNum>
  <w:abstractNum w:abstractNumId="8" w15:restartNumberingAfterBreak="0">
    <w:nsid w:val="06DB00D3"/>
    <w:multiLevelType w:val="hybridMultilevel"/>
    <w:tmpl w:val="AE46459C"/>
    <w:lvl w:ilvl="0" w:tplc="F16C55AE">
      <w:start w:val="1"/>
      <w:numFmt w:val="bullet"/>
      <w:lvlText w:val="-"/>
      <w:lvlJc w:val="left"/>
      <w:pPr>
        <w:ind w:left="1440" w:hanging="360"/>
      </w:pPr>
      <w:rPr>
        <w:rFonts w:ascii="Aptos" w:hAnsi="Aptos" w:hint="default"/>
      </w:rPr>
    </w:lvl>
    <w:lvl w:ilvl="1" w:tplc="8DAC6544">
      <w:start w:val="1"/>
      <w:numFmt w:val="bullet"/>
      <w:lvlText w:val="o"/>
      <w:lvlJc w:val="left"/>
      <w:pPr>
        <w:ind w:left="2160" w:hanging="360"/>
      </w:pPr>
      <w:rPr>
        <w:rFonts w:ascii="Courier New" w:hAnsi="Courier New" w:hint="default"/>
      </w:rPr>
    </w:lvl>
    <w:lvl w:ilvl="2" w:tplc="579EA8EA">
      <w:start w:val="1"/>
      <w:numFmt w:val="bullet"/>
      <w:lvlText w:val=""/>
      <w:lvlJc w:val="left"/>
      <w:pPr>
        <w:ind w:left="2880" w:hanging="360"/>
      </w:pPr>
      <w:rPr>
        <w:rFonts w:ascii="Wingdings" w:hAnsi="Wingdings" w:hint="default"/>
      </w:rPr>
    </w:lvl>
    <w:lvl w:ilvl="3" w:tplc="9A345C16">
      <w:start w:val="1"/>
      <w:numFmt w:val="bullet"/>
      <w:lvlText w:val=""/>
      <w:lvlJc w:val="left"/>
      <w:pPr>
        <w:ind w:left="3600" w:hanging="360"/>
      </w:pPr>
      <w:rPr>
        <w:rFonts w:ascii="Symbol" w:hAnsi="Symbol" w:hint="default"/>
      </w:rPr>
    </w:lvl>
    <w:lvl w:ilvl="4" w:tplc="3968A3C2">
      <w:start w:val="1"/>
      <w:numFmt w:val="bullet"/>
      <w:lvlText w:val="o"/>
      <w:lvlJc w:val="left"/>
      <w:pPr>
        <w:ind w:left="4320" w:hanging="360"/>
      </w:pPr>
      <w:rPr>
        <w:rFonts w:ascii="Courier New" w:hAnsi="Courier New" w:hint="default"/>
      </w:rPr>
    </w:lvl>
    <w:lvl w:ilvl="5" w:tplc="CB04FD9C">
      <w:start w:val="1"/>
      <w:numFmt w:val="bullet"/>
      <w:lvlText w:val=""/>
      <w:lvlJc w:val="left"/>
      <w:pPr>
        <w:ind w:left="5040" w:hanging="360"/>
      </w:pPr>
      <w:rPr>
        <w:rFonts w:ascii="Wingdings" w:hAnsi="Wingdings" w:hint="default"/>
      </w:rPr>
    </w:lvl>
    <w:lvl w:ilvl="6" w:tplc="EB76A712">
      <w:start w:val="1"/>
      <w:numFmt w:val="bullet"/>
      <w:lvlText w:val=""/>
      <w:lvlJc w:val="left"/>
      <w:pPr>
        <w:ind w:left="5760" w:hanging="360"/>
      </w:pPr>
      <w:rPr>
        <w:rFonts w:ascii="Symbol" w:hAnsi="Symbol" w:hint="default"/>
      </w:rPr>
    </w:lvl>
    <w:lvl w:ilvl="7" w:tplc="07D012F6">
      <w:start w:val="1"/>
      <w:numFmt w:val="bullet"/>
      <w:lvlText w:val="o"/>
      <w:lvlJc w:val="left"/>
      <w:pPr>
        <w:ind w:left="6480" w:hanging="360"/>
      </w:pPr>
      <w:rPr>
        <w:rFonts w:ascii="Courier New" w:hAnsi="Courier New" w:hint="default"/>
      </w:rPr>
    </w:lvl>
    <w:lvl w:ilvl="8" w:tplc="C0109F76">
      <w:start w:val="1"/>
      <w:numFmt w:val="bullet"/>
      <w:lvlText w:val=""/>
      <w:lvlJc w:val="left"/>
      <w:pPr>
        <w:ind w:left="7200" w:hanging="360"/>
      </w:pPr>
      <w:rPr>
        <w:rFonts w:ascii="Wingdings" w:hAnsi="Wingdings" w:hint="default"/>
      </w:rPr>
    </w:lvl>
  </w:abstractNum>
  <w:abstractNum w:abstractNumId="9" w15:restartNumberingAfterBreak="0">
    <w:nsid w:val="0B446C6F"/>
    <w:multiLevelType w:val="hybridMultilevel"/>
    <w:tmpl w:val="72C2009A"/>
    <w:lvl w:ilvl="0" w:tplc="7ADCD64A">
      <w:start w:val="1"/>
      <w:numFmt w:val="bullet"/>
      <w:lvlText w:val="-"/>
      <w:lvlJc w:val="left"/>
      <w:pPr>
        <w:ind w:left="1440" w:hanging="360"/>
      </w:pPr>
      <w:rPr>
        <w:rFonts w:ascii="Aptos" w:hAnsi="Aptos" w:hint="default"/>
      </w:rPr>
    </w:lvl>
    <w:lvl w:ilvl="1" w:tplc="504CD37A">
      <w:start w:val="1"/>
      <w:numFmt w:val="bullet"/>
      <w:lvlText w:val="o"/>
      <w:lvlJc w:val="left"/>
      <w:pPr>
        <w:ind w:left="2160" w:hanging="360"/>
      </w:pPr>
      <w:rPr>
        <w:rFonts w:ascii="Courier New" w:hAnsi="Courier New" w:hint="default"/>
      </w:rPr>
    </w:lvl>
    <w:lvl w:ilvl="2" w:tplc="A378BD90">
      <w:start w:val="1"/>
      <w:numFmt w:val="bullet"/>
      <w:lvlText w:val=""/>
      <w:lvlJc w:val="left"/>
      <w:pPr>
        <w:ind w:left="2880" w:hanging="360"/>
      </w:pPr>
      <w:rPr>
        <w:rFonts w:ascii="Wingdings" w:hAnsi="Wingdings" w:hint="default"/>
      </w:rPr>
    </w:lvl>
    <w:lvl w:ilvl="3" w:tplc="EFB47BAE">
      <w:start w:val="1"/>
      <w:numFmt w:val="bullet"/>
      <w:lvlText w:val=""/>
      <w:lvlJc w:val="left"/>
      <w:pPr>
        <w:ind w:left="3600" w:hanging="360"/>
      </w:pPr>
      <w:rPr>
        <w:rFonts w:ascii="Symbol" w:hAnsi="Symbol" w:hint="default"/>
      </w:rPr>
    </w:lvl>
    <w:lvl w:ilvl="4" w:tplc="3D8693C2">
      <w:start w:val="1"/>
      <w:numFmt w:val="bullet"/>
      <w:lvlText w:val="o"/>
      <w:lvlJc w:val="left"/>
      <w:pPr>
        <w:ind w:left="4320" w:hanging="360"/>
      </w:pPr>
      <w:rPr>
        <w:rFonts w:ascii="Courier New" w:hAnsi="Courier New" w:hint="default"/>
      </w:rPr>
    </w:lvl>
    <w:lvl w:ilvl="5" w:tplc="ED047700">
      <w:start w:val="1"/>
      <w:numFmt w:val="bullet"/>
      <w:lvlText w:val=""/>
      <w:lvlJc w:val="left"/>
      <w:pPr>
        <w:ind w:left="5040" w:hanging="360"/>
      </w:pPr>
      <w:rPr>
        <w:rFonts w:ascii="Wingdings" w:hAnsi="Wingdings" w:hint="default"/>
      </w:rPr>
    </w:lvl>
    <w:lvl w:ilvl="6" w:tplc="DEE69C2C">
      <w:start w:val="1"/>
      <w:numFmt w:val="bullet"/>
      <w:lvlText w:val=""/>
      <w:lvlJc w:val="left"/>
      <w:pPr>
        <w:ind w:left="5760" w:hanging="360"/>
      </w:pPr>
      <w:rPr>
        <w:rFonts w:ascii="Symbol" w:hAnsi="Symbol" w:hint="default"/>
      </w:rPr>
    </w:lvl>
    <w:lvl w:ilvl="7" w:tplc="BAC814BA">
      <w:start w:val="1"/>
      <w:numFmt w:val="bullet"/>
      <w:lvlText w:val="o"/>
      <w:lvlJc w:val="left"/>
      <w:pPr>
        <w:ind w:left="6480" w:hanging="360"/>
      </w:pPr>
      <w:rPr>
        <w:rFonts w:ascii="Courier New" w:hAnsi="Courier New" w:hint="default"/>
      </w:rPr>
    </w:lvl>
    <w:lvl w:ilvl="8" w:tplc="6D5CFC0A">
      <w:start w:val="1"/>
      <w:numFmt w:val="bullet"/>
      <w:lvlText w:val=""/>
      <w:lvlJc w:val="left"/>
      <w:pPr>
        <w:ind w:left="7200" w:hanging="360"/>
      </w:pPr>
      <w:rPr>
        <w:rFonts w:ascii="Wingdings" w:hAnsi="Wingdings" w:hint="default"/>
      </w:rPr>
    </w:lvl>
  </w:abstractNum>
  <w:abstractNum w:abstractNumId="10" w15:restartNumberingAfterBreak="0">
    <w:nsid w:val="0C294189"/>
    <w:multiLevelType w:val="hybridMultilevel"/>
    <w:tmpl w:val="2A6E3458"/>
    <w:lvl w:ilvl="0" w:tplc="825CA1A0">
      <w:start w:val="1"/>
      <w:numFmt w:val="bullet"/>
      <w:lvlText w:val="-"/>
      <w:lvlJc w:val="left"/>
      <w:pPr>
        <w:ind w:left="1440" w:hanging="360"/>
      </w:pPr>
      <w:rPr>
        <w:rFonts w:ascii="Aptos" w:hAnsi="Aptos" w:hint="default"/>
      </w:rPr>
    </w:lvl>
    <w:lvl w:ilvl="1" w:tplc="27F40232">
      <w:start w:val="1"/>
      <w:numFmt w:val="bullet"/>
      <w:lvlText w:val="o"/>
      <w:lvlJc w:val="left"/>
      <w:pPr>
        <w:ind w:left="2160" w:hanging="360"/>
      </w:pPr>
      <w:rPr>
        <w:rFonts w:ascii="Courier New" w:hAnsi="Courier New" w:hint="default"/>
      </w:rPr>
    </w:lvl>
    <w:lvl w:ilvl="2" w:tplc="91585664">
      <w:start w:val="1"/>
      <w:numFmt w:val="bullet"/>
      <w:lvlText w:val=""/>
      <w:lvlJc w:val="left"/>
      <w:pPr>
        <w:ind w:left="2880" w:hanging="360"/>
      </w:pPr>
      <w:rPr>
        <w:rFonts w:ascii="Wingdings" w:hAnsi="Wingdings" w:hint="default"/>
      </w:rPr>
    </w:lvl>
    <w:lvl w:ilvl="3" w:tplc="BD7CAF6A">
      <w:start w:val="1"/>
      <w:numFmt w:val="bullet"/>
      <w:lvlText w:val=""/>
      <w:lvlJc w:val="left"/>
      <w:pPr>
        <w:ind w:left="3600" w:hanging="360"/>
      </w:pPr>
      <w:rPr>
        <w:rFonts w:ascii="Symbol" w:hAnsi="Symbol" w:hint="default"/>
      </w:rPr>
    </w:lvl>
    <w:lvl w:ilvl="4" w:tplc="FB382CE8">
      <w:start w:val="1"/>
      <w:numFmt w:val="bullet"/>
      <w:lvlText w:val="o"/>
      <w:lvlJc w:val="left"/>
      <w:pPr>
        <w:ind w:left="4320" w:hanging="360"/>
      </w:pPr>
      <w:rPr>
        <w:rFonts w:ascii="Courier New" w:hAnsi="Courier New" w:hint="default"/>
      </w:rPr>
    </w:lvl>
    <w:lvl w:ilvl="5" w:tplc="1B7254B0">
      <w:start w:val="1"/>
      <w:numFmt w:val="bullet"/>
      <w:lvlText w:val=""/>
      <w:lvlJc w:val="left"/>
      <w:pPr>
        <w:ind w:left="5040" w:hanging="360"/>
      </w:pPr>
      <w:rPr>
        <w:rFonts w:ascii="Wingdings" w:hAnsi="Wingdings" w:hint="default"/>
      </w:rPr>
    </w:lvl>
    <w:lvl w:ilvl="6" w:tplc="4E64C5B8">
      <w:start w:val="1"/>
      <w:numFmt w:val="bullet"/>
      <w:lvlText w:val=""/>
      <w:lvlJc w:val="left"/>
      <w:pPr>
        <w:ind w:left="5760" w:hanging="360"/>
      </w:pPr>
      <w:rPr>
        <w:rFonts w:ascii="Symbol" w:hAnsi="Symbol" w:hint="default"/>
      </w:rPr>
    </w:lvl>
    <w:lvl w:ilvl="7" w:tplc="D3E0D318">
      <w:start w:val="1"/>
      <w:numFmt w:val="bullet"/>
      <w:lvlText w:val="o"/>
      <w:lvlJc w:val="left"/>
      <w:pPr>
        <w:ind w:left="6480" w:hanging="360"/>
      </w:pPr>
      <w:rPr>
        <w:rFonts w:ascii="Courier New" w:hAnsi="Courier New" w:hint="default"/>
      </w:rPr>
    </w:lvl>
    <w:lvl w:ilvl="8" w:tplc="FB569FD8">
      <w:start w:val="1"/>
      <w:numFmt w:val="bullet"/>
      <w:lvlText w:val=""/>
      <w:lvlJc w:val="left"/>
      <w:pPr>
        <w:ind w:left="7200" w:hanging="360"/>
      </w:pPr>
      <w:rPr>
        <w:rFonts w:ascii="Wingdings" w:hAnsi="Wingdings" w:hint="default"/>
      </w:rPr>
    </w:lvl>
  </w:abstractNum>
  <w:abstractNum w:abstractNumId="11" w15:restartNumberingAfterBreak="0">
    <w:nsid w:val="0F5F2B71"/>
    <w:multiLevelType w:val="hybridMultilevel"/>
    <w:tmpl w:val="D3003DB0"/>
    <w:lvl w:ilvl="0" w:tplc="03CAB5DC">
      <w:start w:val="1"/>
      <w:numFmt w:val="bullet"/>
      <w:lvlText w:val="-"/>
      <w:lvlJc w:val="left"/>
      <w:pPr>
        <w:ind w:left="1440" w:hanging="360"/>
      </w:pPr>
      <w:rPr>
        <w:rFonts w:ascii="Aptos" w:hAnsi="Aptos" w:hint="default"/>
      </w:rPr>
    </w:lvl>
    <w:lvl w:ilvl="1" w:tplc="403495C0">
      <w:start w:val="1"/>
      <w:numFmt w:val="bullet"/>
      <w:lvlText w:val="o"/>
      <w:lvlJc w:val="left"/>
      <w:pPr>
        <w:ind w:left="2160" w:hanging="360"/>
      </w:pPr>
      <w:rPr>
        <w:rFonts w:ascii="Courier New" w:hAnsi="Courier New" w:hint="default"/>
      </w:rPr>
    </w:lvl>
    <w:lvl w:ilvl="2" w:tplc="54C0CF08">
      <w:start w:val="1"/>
      <w:numFmt w:val="bullet"/>
      <w:lvlText w:val=""/>
      <w:lvlJc w:val="left"/>
      <w:pPr>
        <w:ind w:left="2880" w:hanging="360"/>
      </w:pPr>
      <w:rPr>
        <w:rFonts w:ascii="Wingdings" w:hAnsi="Wingdings" w:hint="default"/>
      </w:rPr>
    </w:lvl>
    <w:lvl w:ilvl="3" w:tplc="E5A819E2">
      <w:start w:val="1"/>
      <w:numFmt w:val="bullet"/>
      <w:lvlText w:val=""/>
      <w:lvlJc w:val="left"/>
      <w:pPr>
        <w:ind w:left="3600" w:hanging="360"/>
      </w:pPr>
      <w:rPr>
        <w:rFonts w:ascii="Symbol" w:hAnsi="Symbol" w:hint="default"/>
      </w:rPr>
    </w:lvl>
    <w:lvl w:ilvl="4" w:tplc="778A83D0">
      <w:start w:val="1"/>
      <w:numFmt w:val="bullet"/>
      <w:lvlText w:val="o"/>
      <w:lvlJc w:val="left"/>
      <w:pPr>
        <w:ind w:left="4320" w:hanging="360"/>
      </w:pPr>
      <w:rPr>
        <w:rFonts w:ascii="Courier New" w:hAnsi="Courier New" w:hint="default"/>
      </w:rPr>
    </w:lvl>
    <w:lvl w:ilvl="5" w:tplc="35AC5C68">
      <w:start w:val="1"/>
      <w:numFmt w:val="bullet"/>
      <w:lvlText w:val=""/>
      <w:lvlJc w:val="left"/>
      <w:pPr>
        <w:ind w:left="5040" w:hanging="360"/>
      </w:pPr>
      <w:rPr>
        <w:rFonts w:ascii="Wingdings" w:hAnsi="Wingdings" w:hint="default"/>
      </w:rPr>
    </w:lvl>
    <w:lvl w:ilvl="6" w:tplc="546C4CA0">
      <w:start w:val="1"/>
      <w:numFmt w:val="bullet"/>
      <w:lvlText w:val=""/>
      <w:lvlJc w:val="left"/>
      <w:pPr>
        <w:ind w:left="5760" w:hanging="360"/>
      </w:pPr>
      <w:rPr>
        <w:rFonts w:ascii="Symbol" w:hAnsi="Symbol" w:hint="default"/>
      </w:rPr>
    </w:lvl>
    <w:lvl w:ilvl="7" w:tplc="0B02B3C4">
      <w:start w:val="1"/>
      <w:numFmt w:val="bullet"/>
      <w:lvlText w:val="o"/>
      <w:lvlJc w:val="left"/>
      <w:pPr>
        <w:ind w:left="6480" w:hanging="360"/>
      </w:pPr>
      <w:rPr>
        <w:rFonts w:ascii="Courier New" w:hAnsi="Courier New" w:hint="default"/>
      </w:rPr>
    </w:lvl>
    <w:lvl w:ilvl="8" w:tplc="1A327A2C">
      <w:start w:val="1"/>
      <w:numFmt w:val="bullet"/>
      <w:lvlText w:val=""/>
      <w:lvlJc w:val="left"/>
      <w:pPr>
        <w:ind w:left="7200" w:hanging="360"/>
      </w:pPr>
      <w:rPr>
        <w:rFonts w:ascii="Wingdings" w:hAnsi="Wingdings" w:hint="default"/>
      </w:rPr>
    </w:lvl>
  </w:abstractNum>
  <w:abstractNum w:abstractNumId="12" w15:restartNumberingAfterBreak="0">
    <w:nsid w:val="121F81A4"/>
    <w:multiLevelType w:val="hybridMultilevel"/>
    <w:tmpl w:val="213C6CAE"/>
    <w:lvl w:ilvl="0" w:tplc="BA96BD32">
      <w:start w:val="1"/>
      <w:numFmt w:val="bullet"/>
      <w:lvlText w:val="-"/>
      <w:lvlJc w:val="left"/>
      <w:pPr>
        <w:ind w:left="1440" w:hanging="360"/>
      </w:pPr>
      <w:rPr>
        <w:rFonts w:ascii="Aptos" w:hAnsi="Aptos" w:hint="default"/>
      </w:rPr>
    </w:lvl>
    <w:lvl w:ilvl="1" w:tplc="CA06E782">
      <w:start w:val="1"/>
      <w:numFmt w:val="bullet"/>
      <w:lvlText w:val="o"/>
      <w:lvlJc w:val="left"/>
      <w:pPr>
        <w:ind w:left="2160" w:hanging="360"/>
      </w:pPr>
      <w:rPr>
        <w:rFonts w:ascii="Courier New" w:hAnsi="Courier New" w:hint="default"/>
      </w:rPr>
    </w:lvl>
    <w:lvl w:ilvl="2" w:tplc="12769732">
      <w:start w:val="1"/>
      <w:numFmt w:val="bullet"/>
      <w:lvlText w:val=""/>
      <w:lvlJc w:val="left"/>
      <w:pPr>
        <w:ind w:left="2880" w:hanging="360"/>
      </w:pPr>
      <w:rPr>
        <w:rFonts w:ascii="Wingdings" w:hAnsi="Wingdings" w:hint="default"/>
      </w:rPr>
    </w:lvl>
    <w:lvl w:ilvl="3" w:tplc="06D0A4A8">
      <w:start w:val="1"/>
      <w:numFmt w:val="bullet"/>
      <w:lvlText w:val=""/>
      <w:lvlJc w:val="left"/>
      <w:pPr>
        <w:ind w:left="3600" w:hanging="360"/>
      </w:pPr>
      <w:rPr>
        <w:rFonts w:ascii="Symbol" w:hAnsi="Symbol" w:hint="default"/>
      </w:rPr>
    </w:lvl>
    <w:lvl w:ilvl="4" w:tplc="4A6226E0">
      <w:start w:val="1"/>
      <w:numFmt w:val="bullet"/>
      <w:lvlText w:val="o"/>
      <w:lvlJc w:val="left"/>
      <w:pPr>
        <w:ind w:left="4320" w:hanging="360"/>
      </w:pPr>
      <w:rPr>
        <w:rFonts w:ascii="Courier New" w:hAnsi="Courier New" w:hint="default"/>
      </w:rPr>
    </w:lvl>
    <w:lvl w:ilvl="5" w:tplc="ECFC2E0A">
      <w:start w:val="1"/>
      <w:numFmt w:val="bullet"/>
      <w:lvlText w:val=""/>
      <w:lvlJc w:val="left"/>
      <w:pPr>
        <w:ind w:left="5040" w:hanging="360"/>
      </w:pPr>
      <w:rPr>
        <w:rFonts w:ascii="Wingdings" w:hAnsi="Wingdings" w:hint="default"/>
      </w:rPr>
    </w:lvl>
    <w:lvl w:ilvl="6" w:tplc="9E103340">
      <w:start w:val="1"/>
      <w:numFmt w:val="bullet"/>
      <w:lvlText w:val=""/>
      <w:lvlJc w:val="left"/>
      <w:pPr>
        <w:ind w:left="5760" w:hanging="360"/>
      </w:pPr>
      <w:rPr>
        <w:rFonts w:ascii="Symbol" w:hAnsi="Symbol" w:hint="default"/>
      </w:rPr>
    </w:lvl>
    <w:lvl w:ilvl="7" w:tplc="98B61726">
      <w:start w:val="1"/>
      <w:numFmt w:val="bullet"/>
      <w:lvlText w:val="o"/>
      <w:lvlJc w:val="left"/>
      <w:pPr>
        <w:ind w:left="6480" w:hanging="360"/>
      </w:pPr>
      <w:rPr>
        <w:rFonts w:ascii="Courier New" w:hAnsi="Courier New" w:hint="default"/>
      </w:rPr>
    </w:lvl>
    <w:lvl w:ilvl="8" w:tplc="8A1E3F1E">
      <w:start w:val="1"/>
      <w:numFmt w:val="bullet"/>
      <w:lvlText w:val=""/>
      <w:lvlJc w:val="left"/>
      <w:pPr>
        <w:ind w:left="7200" w:hanging="360"/>
      </w:pPr>
      <w:rPr>
        <w:rFonts w:ascii="Wingdings" w:hAnsi="Wingdings" w:hint="default"/>
      </w:rPr>
    </w:lvl>
  </w:abstractNum>
  <w:abstractNum w:abstractNumId="13" w15:restartNumberingAfterBreak="0">
    <w:nsid w:val="171AF97A"/>
    <w:multiLevelType w:val="hybridMultilevel"/>
    <w:tmpl w:val="870A1CA4"/>
    <w:lvl w:ilvl="0" w:tplc="26C0DEF2">
      <w:start w:val="1"/>
      <w:numFmt w:val="bullet"/>
      <w:lvlText w:val="-"/>
      <w:lvlJc w:val="left"/>
      <w:pPr>
        <w:ind w:left="1080" w:hanging="360"/>
      </w:pPr>
      <w:rPr>
        <w:rFonts w:ascii="Aptos" w:hAnsi="Aptos" w:hint="default"/>
      </w:rPr>
    </w:lvl>
    <w:lvl w:ilvl="1" w:tplc="9F7E0F42">
      <w:start w:val="1"/>
      <w:numFmt w:val="bullet"/>
      <w:lvlText w:val="o"/>
      <w:lvlJc w:val="left"/>
      <w:pPr>
        <w:ind w:left="1800" w:hanging="360"/>
      </w:pPr>
      <w:rPr>
        <w:rFonts w:ascii="Courier New" w:hAnsi="Courier New" w:hint="default"/>
      </w:rPr>
    </w:lvl>
    <w:lvl w:ilvl="2" w:tplc="BC92D5E4">
      <w:start w:val="1"/>
      <w:numFmt w:val="bullet"/>
      <w:lvlText w:val=""/>
      <w:lvlJc w:val="left"/>
      <w:pPr>
        <w:ind w:left="2520" w:hanging="360"/>
      </w:pPr>
      <w:rPr>
        <w:rFonts w:ascii="Wingdings" w:hAnsi="Wingdings" w:hint="default"/>
      </w:rPr>
    </w:lvl>
    <w:lvl w:ilvl="3" w:tplc="14DA64D6">
      <w:start w:val="1"/>
      <w:numFmt w:val="bullet"/>
      <w:lvlText w:val=""/>
      <w:lvlJc w:val="left"/>
      <w:pPr>
        <w:ind w:left="3240" w:hanging="360"/>
      </w:pPr>
      <w:rPr>
        <w:rFonts w:ascii="Symbol" w:hAnsi="Symbol" w:hint="default"/>
      </w:rPr>
    </w:lvl>
    <w:lvl w:ilvl="4" w:tplc="C9788884">
      <w:start w:val="1"/>
      <w:numFmt w:val="bullet"/>
      <w:lvlText w:val="o"/>
      <w:lvlJc w:val="left"/>
      <w:pPr>
        <w:ind w:left="3960" w:hanging="360"/>
      </w:pPr>
      <w:rPr>
        <w:rFonts w:ascii="Courier New" w:hAnsi="Courier New" w:hint="default"/>
      </w:rPr>
    </w:lvl>
    <w:lvl w:ilvl="5" w:tplc="92E604C4">
      <w:start w:val="1"/>
      <w:numFmt w:val="bullet"/>
      <w:lvlText w:val=""/>
      <w:lvlJc w:val="left"/>
      <w:pPr>
        <w:ind w:left="4680" w:hanging="360"/>
      </w:pPr>
      <w:rPr>
        <w:rFonts w:ascii="Wingdings" w:hAnsi="Wingdings" w:hint="default"/>
      </w:rPr>
    </w:lvl>
    <w:lvl w:ilvl="6" w:tplc="0C6265BE">
      <w:start w:val="1"/>
      <w:numFmt w:val="bullet"/>
      <w:lvlText w:val=""/>
      <w:lvlJc w:val="left"/>
      <w:pPr>
        <w:ind w:left="5400" w:hanging="360"/>
      </w:pPr>
      <w:rPr>
        <w:rFonts w:ascii="Symbol" w:hAnsi="Symbol" w:hint="default"/>
      </w:rPr>
    </w:lvl>
    <w:lvl w:ilvl="7" w:tplc="A40282EE">
      <w:start w:val="1"/>
      <w:numFmt w:val="bullet"/>
      <w:lvlText w:val="o"/>
      <w:lvlJc w:val="left"/>
      <w:pPr>
        <w:ind w:left="6120" w:hanging="360"/>
      </w:pPr>
      <w:rPr>
        <w:rFonts w:ascii="Courier New" w:hAnsi="Courier New" w:hint="default"/>
      </w:rPr>
    </w:lvl>
    <w:lvl w:ilvl="8" w:tplc="72A82142">
      <w:start w:val="1"/>
      <w:numFmt w:val="bullet"/>
      <w:lvlText w:val=""/>
      <w:lvlJc w:val="left"/>
      <w:pPr>
        <w:ind w:left="6840" w:hanging="360"/>
      </w:pPr>
      <w:rPr>
        <w:rFonts w:ascii="Wingdings" w:hAnsi="Wingdings" w:hint="default"/>
      </w:rPr>
    </w:lvl>
  </w:abstractNum>
  <w:abstractNum w:abstractNumId="14" w15:restartNumberingAfterBreak="0">
    <w:nsid w:val="21804AA6"/>
    <w:multiLevelType w:val="hybridMultilevel"/>
    <w:tmpl w:val="87E24906"/>
    <w:lvl w:ilvl="0" w:tplc="E5FEBF6C">
      <w:start w:val="1"/>
      <w:numFmt w:val="bullet"/>
      <w:lvlText w:val="-"/>
      <w:lvlJc w:val="left"/>
      <w:pPr>
        <w:ind w:left="1440" w:hanging="360"/>
      </w:pPr>
      <w:rPr>
        <w:rFonts w:ascii="Aptos" w:hAnsi="Aptos" w:hint="default"/>
      </w:rPr>
    </w:lvl>
    <w:lvl w:ilvl="1" w:tplc="1DBE59B4">
      <w:start w:val="1"/>
      <w:numFmt w:val="bullet"/>
      <w:lvlText w:val="o"/>
      <w:lvlJc w:val="left"/>
      <w:pPr>
        <w:ind w:left="2160" w:hanging="360"/>
      </w:pPr>
      <w:rPr>
        <w:rFonts w:ascii="Courier New" w:hAnsi="Courier New" w:hint="default"/>
      </w:rPr>
    </w:lvl>
    <w:lvl w:ilvl="2" w:tplc="E66C7648">
      <w:start w:val="1"/>
      <w:numFmt w:val="bullet"/>
      <w:lvlText w:val=""/>
      <w:lvlJc w:val="left"/>
      <w:pPr>
        <w:ind w:left="2880" w:hanging="360"/>
      </w:pPr>
      <w:rPr>
        <w:rFonts w:ascii="Wingdings" w:hAnsi="Wingdings" w:hint="default"/>
      </w:rPr>
    </w:lvl>
    <w:lvl w:ilvl="3" w:tplc="3006C51E">
      <w:start w:val="1"/>
      <w:numFmt w:val="bullet"/>
      <w:lvlText w:val=""/>
      <w:lvlJc w:val="left"/>
      <w:pPr>
        <w:ind w:left="3600" w:hanging="360"/>
      </w:pPr>
      <w:rPr>
        <w:rFonts w:ascii="Symbol" w:hAnsi="Symbol" w:hint="default"/>
      </w:rPr>
    </w:lvl>
    <w:lvl w:ilvl="4" w:tplc="BE3A59E6">
      <w:start w:val="1"/>
      <w:numFmt w:val="bullet"/>
      <w:lvlText w:val="o"/>
      <w:lvlJc w:val="left"/>
      <w:pPr>
        <w:ind w:left="4320" w:hanging="360"/>
      </w:pPr>
      <w:rPr>
        <w:rFonts w:ascii="Courier New" w:hAnsi="Courier New" w:hint="default"/>
      </w:rPr>
    </w:lvl>
    <w:lvl w:ilvl="5" w:tplc="55202C0E">
      <w:start w:val="1"/>
      <w:numFmt w:val="bullet"/>
      <w:lvlText w:val=""/>
      <w:lvlJc w:val="left"/>
      <w:pPr>
        <w:ind w:left="5040" w:hanging="360"/>
      </w:pPr>
      <w:rPr>
        <w:rFonts w:ascii="Wingdings" w:hAnsi="Wingdings" w:hint="default"/>
      </w:rPr>
    </w:lvl>
    <w:lvl w:ilvl="6" w:tplc="668EACAE">
      <w:start w:val="1"/>
      <w:numFmt w:val="bullet"/>
      <w:lvlText w:val=""/>
      <w:lvlJc w:val="left"/>
      <w:pPr>
        <w:ind w:left="5760" w:hanging="360"/>
      </w:pPr>
      <w:rPr>
        <w:rFonts w:ascii="Symbol" w:hAnsi="Symbol" w:hint="default"/>
      </w:rPr>
    </w:lvl>
    <w:lvl w:ilvl="7" w:tplc="353EEF02">
      <w:start w:val="1"/>
      <w:numFmt w:val="bullet"/>
      <w:lvlText w:val="o"/>
      <w:lvlJc w:val="left"/>
      <w:pPr>
        <w:ind w:left="6480" w:hanging="360"/>
      </w:pPr>
      <w:rPr>
        <w:rFonts w:ascii="Courier New" w:hAnsi="Courier New" w:hint="default"/>
      </w:rPr>
    </w:lvl>
    <w:lvl w:ilvl="8" w:tplc="DC9CEE18">
      <w:start w:val="1"/>
      <w:numFmt w:val="bullet"/>
      <w:lvlText w:val=""/>
      <w:lvlJc w:val="left"/>
      <w:pPr>
        <w:ind w:left="7200" w:hanging="360"/>
      </w:pPr>
      <w:rPr>
        <w:rFonts w:ascii="Wingdings" w:hAnsi="Wingdings" w:hint="default"/>
      </w:rPr>
    </w:lvl>
  </w:abstractNum>
  <w:abstractNum w:abstractNumId="15" w15:restartNumberingAfterBreak="0">
    <w:nsid w:val="2DA5FF14"/>
    <w:multiLevelType w:val="hybridMultilevel"/>
    <w:tmpl w:val="C9AC85FC"/>
    <w:lvl w:ilvl="0" w:tplc="BE8ECBA0">
      <w:start w:val="1"/>
      <w:numFmt w:val="bullet"/>
      <w:lvlText w:val="-"/>
      <w:lvlJc w:val="left"/>
      <w:pPr>
        <w:ind w:left="720" w:hanging="360"/>
      </w:pPr>
      <w:rPr>
        <w:rFonts w:ascii="Aptos" w:hAnsi="Aptos" w:hint="default"/>
      </w:rPr>
    </w:lvl>
    <w:lvl w:ilvl="1" w:tplc="6C1E3AEA">
      <w:start w:val="1"/>
      <w:numFmt w:val="bullet"/>
      <w:lvlText w:val="o"/>
      <w:lvlJc w:val="left"/>
      <w:pPr>
        <w:ind w:left="1440" w:hanging="360"/>
      </w:pPr>
      <w:rPr>
        <w:rFonts w:ascii="Courier New" w:hAnsi="Courier New" w:hint="default"/>
      </w:rPr>
    </w:lvl>
    <w:lvl w:ilvl="2" w:tplc="7AC8D444">
      <w:start w:val="1"/>
      <w:numFmt w:val="bullet"/>
      <w:lvlText w:val=""/>
      <w:lvlJc w:val="left"/>
      <w:pPr>
        <w:ind w:left="2160" w:hanging="360"/>
      </w:pPr>
      <w:rPr>
        <w:rFonts w:ascii="Wingdings" w:hAnsi="Wingdings" w:hint="default"/>
      </w:rPr>
    </w:lvl>
    <w:lvl w:ilvl="3" w:tplc="ECCA8FB0">
      <w:start w:val="1"/>
      <w:numFmt w:val="bullet"/>
      <w:lvlText w:val=""/>
      <w:lvlJc w:val="left"/>
      <w:pPr>
        <w:ind w:left="2880" w:hanging="360"/>
      </w:pPr>
      <w:rPr>
        <w:rFonts w:ascii="Symbol" w:hAnsi="Symbol" w:hint="default"/>
      </w:rPr>
    </w:lvl>
    <w:lvl w:ilvl="4" w:tplc="EA5A196A">
      <w:start w:val="1"/>
      <w:numFmt w:val="bullet"/>
      <w:lvlText w:val="o"/>
      <w:lvlJc w:val="left"/>
      <w:pPr>
        <w:ind w:left="3600" w:hanging="360"/>
      </w:pPr>
      <w:rPr>
        <w:rFonts w:ascii="Courier New" w:hAnsi="Courier New" w:hint="default"/>
      </w:rPr>
    </w:lvl>
    <w:lvl w:ilvl="5" w:tplc="6EF2CA26">
      <w:start w:val="1"/>
      <w:numFmt w:val="bullet"/>
      <w:lvlText w:val=""/>
      <w:lvlJc w:val="left"/>
      <w:pPr>
        <w:ind w:left="4320" w:hanging="360"/>
      </w:pPr>
      <w:rPr>
        <w:rFonts w:ascii="Wingdings" w:hAnsi="Wingdings" w:hint="default"/>
      </w:rPr>
    </w:lvl>
    <w:lvl w:ilvl="6" w:tplc="9D3E00EE">
      <w:start w:val="1"/>
      <w:numFmt w:val="bullet"/>
      <w:lvlText w:val=""/>
      <w:lvlJc w:val="left"/>
      <w:pPr>
        <w:ind w:left="5040" w:hanging="360"/>
      </w:pPr>
      <w:rPr>
        <w:rFonts w:ascii="Symbol" w:hAnsi="Symbol" w:hint="default"/>
      </w:rPr>
    </w:lvl>
    <w:lvl w:ilvl="7" w:tplc="05EC891E">
      <w:start w:val="1"/>
      <w:numFmt w:val="bullet"/>
      <w:lvlText w:val="o"/>
      <w:lvlJc w:val="left"/>
      <w:pPr>
        <w:ind w:left="5760" w:hanging="360"/>
      </w:pPr>
      <w:rPr>
        <w:rFonts w:ascii="Courier New" w:hAnsi="Courier New" w:hint="default"/>
      </w:rPr>
    </w:lvl>
    <w:lvl w:ilvl="8" w:tplc="A70873B4">
      <w:start w:val="1"/>
      <w:numFmt w:val="bullet"/>
      <w:lvlText w:val=""/>
      <w:lvlJc w:val="left"/>
      <w:pPr>
        <w:ind w:left="6480" w:hanging="360"/>
      </w:pPr>
      <w:rPr>
        <w:rFonts w:ascii="Wingdings" w:hAnsi="Wingdings" w:hint="default"/>
      </w:rPr>
    </w:lvl>
  </w:abstractNum>
  <w:abstractNum w:abstractNumId="16" w15:restartNumberingAfterBreak="0">
    <w:nsid w:val="2DB0D793"/>
    <w:multiLevelType w:val="hybridMultilevel"/>
    <w:tmpl w:val="C250EFDC"/>
    <w:lvl w:ilvl="0" w:tplc="49F820A4">
      <w:start w:val="1"/>
      <w:numFmt w:val="bullet"/>
      <w:lvlText w:val="-"/>
      <w:lvlJc w:val="left"/>
      <w:pPr>
        <w:ind w:left="1080" w:hanging="360"/>
      </w:pPr>
      <w:rPr>
        <w:rFonts w:ascii="Aptos" w:hAnsi="Aptos" w:hint="default"/>
      </w:rPr>
    </w:lvl>
    <w:lvl w:ilvl="1" w:tplc="88F2336C">
      <w:start w:val="1"/>
      <w:numFmt w:val="bullet"/>
      <w:lvlText w:val="o"/>
      <w:lvlJc w:val="left"/>
      <w:pPr>
        <w:ind w:left="1800" w:hanging="360"/>
      </w:pPr>
      <w:rPr>
        <w:rFonts w:ascii="Courier New" w:hAnsi="Courier New" w:hint="default"/>
      </w:rPr>
    </w:lvl>
    <w:lvl w:ilvl="2" w:tplc="FD763606">
      <w:start w:val="1"/>
      <w:numFmt w:val="bullet"/>
      <w:lvlText w:val=""/>
      <w:lvlJc w:val="left"/>
      <w:pPr>
        <w:ind w:left="2520" w:hanging="360"/>
      </w:pPr>
      <w:rPr>
        <w:rFonts w:ascii="Wingdings" w:hAnsi="Wingdings" w:hint="default"/>
      </w:rPr>
    </w:lvl>
    <w:lvl w:ilvl="3" w:tplc="E1D066F2">
      <w:start w:val="1"/>
      <w:numFmt w:val="bullet"/>
      <w:lvlText w:val=""/>
      <w:lvlJc w:val="left"/>
      <w:pPr>
        <w:ind w:left="3240" w:hanging="360"/>
      </w:pPr>
      <w:rPr>
        <w:rFonts w:ascii="Symbol" w:hAnsi="Symbol" w:hint="default"/>
      </w:rPr>
    </w:lvl>
    <w:lvl w:ilvl="4" w:tplc="BDC00DFA">
      <w:start w:val="1"/>
      <w:numFmt w:val="bullet"/>
      <w:lvlText w:val="o"/>
      <w:lvlJc w:val="left"/>
      <w:pPr>
        <w:ind w:left="3960" w:hanging="360"/>
      </w:pPr>
      <w:rPr>
        <w:rFonts w:ascii="Courier New" w:hAnsi="Courier New" w:hint="default"/>
      </w:rPr>
    </w:lvl>
    <w:lvl w:ilvl="5" w:tplc="A74C801A">
      <w:start w:val="1"/>
      <w:numFmt w:val="bullet"/>
      <w:lvlText w:val=""/>
      <w:lvlJc w:val="left"/>
      <w:pPr>
        <w:ind w:left="4680" w:hanging="360"/>
      </w:pPr>
      <w:rPr>
        <w:rFonts w:ascii="Wingdings" w:hAnsi="Wingdings" w:hint="default"/>
      </w:rPr>
    </w:lvl>
    <w:lvl w:ilvl="6" w:tplc="E06E7F24">
      <w:start w:val="1"/>
      <w:numFmt w:val="bullet"/>
      <w:lvlText w:val=""/>
      <w:lvlJc w:val="left"/>
      <w:pPr>
        <w:ind w:left="5400" w:hanging="360"/>
      </w:pPr>
      <w:rPr>
        <w:rFonts w:ascii="Symbol" w:hAnsi="Symbol" w:hint="default"/>
      </w:rPr>
    </w:lvl>
    <w:lvl w:ilvl="7" w:tplc="E9029566">
      <w:start w:val="1"/>
      <w:numFmt w:val="bullet"/>
      <w:lvlText w:val="o"/>
      <w:lvlJc w:val="left"/>
      <w:pPr>
        <w:ind w:left="6120" w:hanging="360"/>
      </w:pPr>
      <w:rPr>
        <w:rFonts w:ascii="Courier New" w:hAnsi="Courier New" w:hint="default"/>
      </w:rPr>
    </w:lvl>
    <w:lvl w:ilvl="8" w:tplc="FF68BC78">
      <w:start w:val="1"/>
      <w:numFmt w:val="bullet"/>
      <w:lvlText w:val=""/>
      <w:lvlJc w:val="left"/>
      <w:pPr>
        <w:ind w:left="6840" w:hanging="360"/>
      </w:pPr>
      <w:rPr>
        <w:rFonts w:ascii="Wingdings" w:hAnsi="Wingdings" w:hint="default"/>
      </w:rPr>
    </w:lvl>
  </w:abstractNum>
  <w:abstractNum w:abstractNumId="17" w15:restartNumberingAfterBreak="0">
    <w:nsid w:val="2DBD2E00"/>
    <w:multiLevelType w:val="hybridMultilevel"/>
    <w:tmpl w:val="15B4E2B4"/>
    <w:lvl w:ilvl="0" w:tplc="CFCE9834">
      <w:start w:val="1"/>
      <w:numFmt w:val="bullet"/>
      <w:lvlText w:val="-"/>
      <w:lvlJc w:val="left"/>
      <w:pPr>
        <w:ind w:left="1080" w:hanging="360"/>
      </w:pPr>
      <w:rPr>
        <w:rFonts w:ascii="Aptos" w:hAnsi="Aptos" w:hint="default"/>
      </w:rPr>
    </w:lvl>
    <w:lvl w:ilvl="1" w:tplc="7BCA62D0">
      <w:start w:val="1"/>
      <w:numFmt w:val="bullet"/>
      <w:lvlText w:val="o"/>
      <w:lvlJc w:val="left"/>
      <w:pPr>
        <w:ind w:left="1800" w:hanging="360"/>
      </w:pPr>
      <w:rPr>
        <w:rFonts w:ascii="Courier New" w:hAnsi="Courier New" w:hint="default"/>
      </w:rPr>
    </w:lvl>
    <w:lvl w:ilvl="2" w:tplc="588C4398">
      <w:start w:val="1"/>
      <w:numFmt w:val="bullet"/>
      <w:lvlText w:val=""/>
      <w:lvlJc w:val="left"/>
      <w:pPr>
        <w:ind w:left="2520" w:hanging="360"/>
      </w:pPr>
      <w:rPr>
        <w:rFonts w:ascii="Wingdings" w:hAnsi="Wingdings" w:hint="default"/>
      </w:rPr>
    </w:lvl>
    <w:lvl w:ilvl="3" w:tplc="7D0227A0">
      <w:start w:val="1"/>
      <w:numFmt w:val="bullet"/>
      <w:lvlText w:val=""/>
      <w:lvlJc w:val="left"/>
      <w:pPr>
        <w:ind w:left="3240" w:hanging="360"/>
      </w:pPr>
      <w:rPr>
        <w:rFonts w:ascii="Symbol" w:hAnsi="Symbol" w:hint="default"/>
      </w:rPr>
    </w:lvl>
    <w:lvl w:ilvl="4" w:tplc="A0F6822C">
      <w:start w:val="1"/>
      <w:numFmt w:val="bullet"/>
      <w:lvlText w:val="o"/>
      <w:lvlJc w:val="left"/>
      <w:pPr>
        <w:ind w:left="3960" w:hanging="360"/>
      </w:pPr>
      <w:rPr>
        <w:rFonts w:ascii="Courier New" w:hAnsi="Courier New" w:hint="default"/>
      </w:rPr>
    </w:lvl>
    <w:lvl w:ilvl="5" w:tplc="5382110C">
      <w:start w:val="1"/>
      <w:numFmt w:val="bullet"/>
      <w:lvlText w:val=""/>
      <w:lvlJc w:val="left"/>
      <w:pPr>
        <w:ind w:left="4680" w:hanging="360"/>
      </w:pPr>
      <w:rPr>
        <w:rFonts w:ascii="Wingdings" w:hAnsi="Wingdings" w:hint="default"/>
      </w:rPr>
    </w:lvl>
    <w:lvl w:ilvl="6" w:tplc="65667700">
      <w:start w:val="1"/>
      <w:numFmt w:val="bullet"/>
      <w:lvlText w:val=""/>
      <w:lvlJc w:val="left"/>
      <w:pPr>
        <w:ind w:left="5400" w:hanging="360"/>
      </w:pPr>
      <w:rPr>
        <w:rFonts w:ascii="Symbol" w:hAnsi="Symbol" w:hint="default"/>
      </w:rPr>
    </w:lvl>
    <w:lvl w:ilvl="7" w:tplc="A0DA5E5C">
      <w:start w:val="1"/>
      <w:numFmt w:val="bullet"/>
      <w:lvlText w:val="o"/>
      <w:lvlJc w:val="left"/>
      <w:pPr>
        <w:ind w:left="6120" w:hanging="360"/>
      </w:pPr>
      <w:rPr>
        <w:rFonts w:ascii="Courier New" w:hAnsi="Courier New" w:hint="default"/>
      </w:rPr>
    </w:lvl>
    <w:lvl w:ilvl="8" w:tplc="6792C11C">
      <w:start w:val="1"/>
      <w:numFmt w:val="bullet"/>
      <w:lvlText w:val=""/>
      <w:lvlJc w:val="left"/>
      <w:pPr>
        <w:ind w:left="6840" w:hanging="360"/>
      </w:pPr>
      <w:rPr>
        <w:rFonts w:ascii="Wingdings" w:hAnsi="Wingdings" w:hint="default"/>
      </w:rPr>
    </w:lvl>
  </w:abstractNum>
  <w:abstractNum w:abstractNumId="18" w15:restartNumberingAfterBreak="0">
    <w:nsid w:val="2F83A463"/>
    <w:multiLevelType w:val="hybridMultilevel"/>
    <w:tmpl w:val="501CB982"/>
    <w:lvl w:ilvl="0" w:tplc="58949402">
      <w:start w:val="1"/>
      <w:numFmt w:val="bullet"/>
      <w:lvlText w:val="-"/>
      <w:lvlJc w:val="left"/>
      <w:pPr>
        <w:ind w:left="1080" w:hanging="360"/>
      </w:pPr>
      <w:rPr>
        <w:rFonts w:ascii="Aptos" w:hAnsi="Aptos" w:hint="default"/>
      </w:rPr>
    </w:lvl>
    <w:lvl w:ilvl="1" w:tplc="81DAFA56">
      <w:start w:val="1"/>
      <w:numFmt w:val="bullet"/>
      <w:lvlText w:val="o"/>
      <w:lvlJc w:val="left"/>
      <w:pPr>
        <w:ind w:left="1800" w:hanging="360"/>
      </w:pPr>
      <w:rPr>
        <w:rFonts w:ascii="Courier New" w:hAnsi="Courier New" w:hint="default"/>
      </w:rPr>
    </w:lvl>
    <w:lvl w:ilvl="2" w:tplc="5DD8AB48">
      <w:start w:val="1"/>
      <w:numFmt w:val="bullet"/>
      <w:lvlText w:val=""/>
      <w:lvlJc w:val="left"/>
      <w:pPr>
        <w:ind w:left="2520" w:hanging="360"/>
      </w:pPr>
      <w:rPr>
        <w:rFonts w:ascii="Wingdings" w:hAnsi="Wingdings" w:hint="default"/>
      </w:rPr>
    </w:lvl>
    <w:lvl w:ilvl="3" w:tplc="96560740">
      <w:start w:val="1"/>
      <w:numFmt w:val="bullet"/>
      <w:lvlText w:val=""/>
      <w:lvlJc w:val="left"/>
      <w:pPr>
        <w:ind w:left="3240" w:hanging="360"/>
      </w:pPr>
      <w:rPr>
        <w:rFonts w:ascii="Symbol" w:hAnsi="Symbol" w:hint="default"/>
      </w:rPr>
    </w:lvl>
    <w:lvl w:ilvl="4" w:tplc="6002B220">
      <w:start w:val="1"/>
      <w:numFmt w:val="bullet"/>
      <w:lvlText w:val="o"/>
      <w:lvlJc w:val="left"/>
      <w:pPr>
        <w:ind w:left="3960" w:hanging="360"/>
      </w:pPr>
      <w:rPr>
        <w:rFonts w:ascii="Courier New" w:hAnsi="Courier New" w:hint="default"/>
      </w:rPr>
    </w:lvl>
    <w:lvl w:ilvl="5" w:tplc="E39EA772">
      <w:start w:val="1"/>
      <w:numFmt w:val="bullet"/>
      <w:lvlText w:val=""/>
      <w:lvlJc w:val="left"/>
      <w:pPr>
        <w:ind w:left="4680" w:hanging="360"/>
      </w:pPr>
      <w:rPr>
        <w:rFonts w:ascii="Wingdings" w:hAnsi="Wingdings" w:hint="default"/>
      </w:rPr>
    </w:lvl>
    <w:lvl w:ilvl="6" w:tplc="555E4C0E">
      <w:start w:val="1"/>
      <w:numFmt w:val="bullet"/>
      <w:lvlText w:val=""/>
      <w:lvlJc w:val="left"/>
      <w:pPr>
        <w:ind w:left="5400" w:hanging="360"/>
      </w:pPr>
      <w:rPr>
        <w:rFonts w:ascii="Symbol" w:hAnsi="Symbol" w:hint="default"/>
      </w:rPr>
    </w:lvl>
    <w:lvl w:ilvl="7" w:tplc="06DC96C4">
      <w:start w:val="1"/>
      <w:numFmt w:val="bullet"/>
      <w:lvlText w:val="o"/>
      <w:lvlJc w:val="left"/>
      <w:pPr>
        <w:ind w:left="6120" w:hanging="360"/>
      </w:pPr>
      <w:rPr>
        <w:rFonts w:ascii="Courier New" w:hAnsi="Courier New" w:hint="default"/>
      </w:rPr>
    </w:lvl>
    <w:lvl w:ilvl="8" w:tplc="7842E864">
      <w:start w:val="1"/>
      <w:numFmt w:val="bullet"/>
      <w:lvlText w:val=""/>
      <w:lvlJc w:val="left"/>
      <w:pPr>
        <w:ind w:left="6840" w:hanging="360"/>
      </w:pPr>
      <w:rPr>
        <w:rFonts w:ascii="Wingdings" w:hAnsi="Wingdings" w:hint="default"/>
      </w:rPr>
    </w:lvl>
  </w:abstractNum>
  <w:abstractNum w:abstractNumId="19" w15:restartNumberingAfterBreak="0">
    <w:nsid w:val="37957F2A"/>
    <w:multiLevelType w:val="hybridMultilevel"/>
    <w:tmpl w:val="D0FAA6E6"/>
    <w:lvl w:ilvl="0" w:tplc="39747164">
      <w:start w:val="1"/>
      <w:numFmt w:val="bullet"/>
      <w:lvlText w:val="-"/>
      <w:lvlJc w:val="left"/>
      <w:pPr>
        <w:ind w:left="1080" w:hanging="360"/>
      </w:pPr>
      <w:rPr>
        <w:rFonts w:ascii="Aptos" w:hAnsi="Aptos" w:hint="default"/>
      </w:rPr>
    </w:lvl>
    <w:lvl w:ilvl="1" w:tplc="73564AF6">
      <w:start w:val="1"/>
      <w:numFmt w:val="bullet"/>
      <w:lvlText w:val="o"/>
      <w:lvlJc w:val="left"/>
      <w:pPr>
        <w:ind w:left="1800" w:hanging="360"/>
      </w:pPr>
      <w:rPr>
        <w:rFonts w:ascii="Courier New" w:hAnsi="Courier New" w:hint="default"/>
      </w:rPr>
    </w:lvl>
    <w:lvl w:ilvl="2" w:tplc="3E76C614">
      <w:start w:val="1"/>
      <w:numFmt w:val="bullet"/>
      <w:lvlText w:val=""/>
      <w:lvlJc w:val="left"/>
      <w:pPr>
        <w:ind w:left="2520" w:hanging="360"/>
      </w:pPr>
      <w:rPr>
        <w:rFonts w:ascii="Wingdings" w:hAnsi="Wingdings" w:hint="default"/>
      </w:rPr>
    </w:lvl>
    <w:lvl w:ilvl="3" w:tplc="9D44B7C8">
      <w:start w:val="1"/>
      <w:numFmt w:val="bullet"/>
      <w:lvlText w:val=""/>
      <w:lvlJc w:val="left"/>
      <w:pPr>
        <w:ind w:left="3240" w:hanging="360"/>
      </w:pPr>
      <w:rPr>
        <w:rFonts w:ascii="Symbol" w:hAnsi="Symbol" w:hint="default"/>
      </w:rPr>
    </w:lvl>
    <w:lvl w:ilvl="4" w:tplc="F970EE90">
      <w:start w:val="1"/>
      <w:numFmt w:val="bullet"/>
      <w:lvlText w:val="o"/>
      <w:lvlJc w:val="left"/>
      <w:pPr>
        <w:ind w:left="3960" w:hanging="360"/>
      </w:pPr>
      <w:rPr>
        <w:rFonts w:ascii="Courier New" w:hAnsi="Courier New" w:hint="default"/>
      </w:rPr>
    </w:lvl>
    <w:lvl w:ilvl="5" w:tplc="D4100B5C">
      <w:start w:val="1"/>
      <w:numFmt w:val="bullet"/>
      <w:lvlText w:val=""/>
      <w:lvlJc w:val="left"/>
      <w:pPr>
        <w:ind w:left="4680" w:hanging="360"/>
      </w:pPr>
      <w:rPr>
        <w:rFonts w:ascii="Wingdings" w:hAnsi="Wingdings" w:hint="default"/>
      </w:rPr>
    </w:lvl>
    <w:lvl w:ilvl="6" w:tplc="2D5EC76C">
      <w:start w:val="1"/>
      <w:numFmt w:val="bullet"/>
      <w:lvlText w:val=""/>
      <w:lvlJc w:val="left"/>
      <w:pPr>
        <w:ind w:left="5400" w:hanging="360"/>
      </w:pPr>
      <w:rPr>
        <w:rFonts w:ascii="Symbol" w:hAnsi="Symbol" w:hint="default"/>
      </w:rPr>
    </w:lvl>
    <w:lvl w:ilvl="7" w:tplc="F5767062">
      <w:start w:val="1"/>
      <w:numFmt w:val="bullet"/>
      <w:lvlText w:val="o"/>
      <w:lvlJc w:val="left"/>
      <w:pPr>
        <w:ind w:left="6120" w:hanging="360"/>
      </w:pPr>
      <w:rPr>
        <w:rFonts w:ascii="Courier New" w:hAnsi="Courier New" w:hint="default"/>
      </w:rPr>
    </w:lvl>
    <w:lvl w:ilvl="8" w:tplc="D096803A">
      <w:start w:val="1"/>
      <w:numFmt w:val="bullet"/>
      <w:lvlText w:val=""/>
      <w:lvlJc w:val="left"/>
      <w:pPr>
        <w:ind w:left="6840" w:hanging="360"/>
      </w:pPr>
      <w:rPr>
        <w:rFonts w:ascii="Wingdings" w:hAnsi="Wingdings" w:hint="default"/>
      </w:rPr>
    </w:lvl>
  </w:abstractNum>
  <w:abstractNum w:abstractNumId="20" w15:restartNumberingAfterBreak="0">
    <w:nsid w:val="398C947E"/>
    <w:multiLevelType w:val="hybridMultilevel"/>
    <w:tmpl w:val="E14011C2"/>
    <w:lvl w:ilvl="0" w:tplc="B57850AC">
      <w:start w:val="1"/>
      <w:numFmt w:val="bullet"/>
      <w:lvlText w:val="-"/>
      <w:lvlJc w:val="left"/>
      <w:pPr>
        <w:ind w:left="1080" w:hanging="360"/>
      </w:pPr>
      <w:rPr>
        <w:rFonts w:ascii="Aptos" w:hAnsi="Aptos" w:hint="default"/>
      </w:rPr>
    </w:lvl>
    <w:lvl w:ilvl="1" w:tplc="4AA85F82">
      <w:start w:val="1"/>
      <w:numFmt w:val="bullet"/>
      <w:lvlText w:val="o"/>
      <w:lvlJc w:val="left"/>
      <w:pPr>
        <w:ind w:left="1800" w:hanging="360"/>
      </w:pPr>
      <w:rPr>
        <w:rFonts w:ascii="Courier New" w:hAnsi="Courier New" w:hint="default"/>
      </w:rPr>
    </w:lvl>
    <w:lvl w:ilvl="2" w:tplc="9332862A">
      <w:start w:val="1"/>
      <w:numFmt w:val="bullet"/>
      <w:lvlText w:val=""/>
      <w:lvlJc w:val="left"/>
      <w:pPr>
        <w:ind w:left="2520" w:hanging="360"/>
      </w:pPr>
      <w:rPr>
        <w:rFonts w:ascii="Wingdings" w:hAnsi="Wingdings" w:hint="default"/>
      </w:rPr>
    </w:lvl>
    <w:lvl w:ilvl="3" w:tplc="9E5CAE2A">
      <w:start w:val="1"/>
      <w:numFmt w:val="bullet"/>
      <w:lvlText w:val=""/>
      <w:lvlJc w:val="left"/>
      <w:pPr>
        <w:ind w:left="3240" w:hanging="360"/>
      </w:pPr>
      <w:rPr>
        <w:rFonts w:ascii="Symbol" w:hAnsi="Symbol" w:hint="default"/>
      </w:rPr>
    </w:lvl>
    <w:lvl w:ilvl="4" w:tplc="F3C0A87C">
      <w:start w:val="1"/>
      <w:numFmt w:val="bullet"/>
      <w:lvlText w:val="o"/>
      <w:lvlJc w:val="left"/>
      <w:pPr>
        <w:ind w:left="3960" w:hanging="360"/>
      </w:pPr>
      <w:rPr>
        <w:rFonts w:ascii="Courier New" w:hAnsi="Courier New" w:hint="default"/>
      </w:rPr>
    </w:lvl>
    <w:lvl w:ilvl="5" w:tplc="16DEB1AA">
      <w:start w:val="1"/>
      <w:numFmt w:val="bullet"/>
      <w:lvlText w:val=""/>
      <w:lvlJc w:val="left"/>
      <w:pPr>
        <w:ind w:left="4680" w:hanging="360"/>
      </w:pPr>
      <w:rPr>
        <w:rFonts w:ascii="Wingdings" w:hAnsi="Wingdings" w:hint="default"/>
      </w:rPr>
    </w:lvl>
    <w:lvl w:ilvl="6" w:tplc="68A6264E">
      <w:start w:val="1"/>
      <w:numFmt w:val="bullet"/>
      <w:lvlText w:val=""/>
      <w:lvlJc w:val="left"/>
      <w:pPr>
        <w:ind w:left="5400" w:hanging="360"/>
      </w:pPr>
      <w:rPr>
        <w:rFonts w:ascii="Symbol" w:hAnsi="Symbol" w:hint="default"/>
      </w:rPr>
    </w:lvl>
    <w:lvl w:ilvl="7" w:tplc="C2DC0DF0">
      <w:start w:val="1"/>
      <w:numFmt w:val="bullet"/>
      <w:lvlText w:val="o"/>
      <w:lvlJc w:val="left"/>
      <w:pPr>
        <w:ind w:left="6120" w:hanging="360"/>
      </w:pPr>
      <w:rPr>
        <w:rFonts w:ascii="Courier New" w:hAnsi="Courier New" w:hint="default"/>
      </w:rPr>
    </w:lvl>
    <w:lvl w:ilvl="8" w:tplc="16D69562">
      <w:start w:val="1"/>
      <w:numFmt w:val="bullet"/>
      <w:lvlText w:val=""/>
      <w:lvlJc w:val="left"/>
      <w:pPr>
        <w:ind w:left="6840" w:hanging="360"/>
      </w:pPr>
      <w:rPr>
        <w:rFonts w:ascii="Wingdings" w:hAnsi="Wingdings" w:hint="default"/>
      </w:rPr>
    </w:lvl>
  </w:abstractNum>
  <w:abstractNum w:abstractNumId="21" w15:restartNumberingAfterBreak="0">
    <w:nsid w:val="4239A9B9"/>
    <w:multiLevelType w:val="hybridMultilevel"/>
    <w:tmpl w:val="30581950"/>
    <w:lvl w:ilvl="0" w:tplc="67A20F54">
      <w:start w:val="1"/>
      <w:numFmt w:val="bullet"/>
      <w:lvlText w:val="-"/>
      <w:lvlJc w:val="left"/>
      <w:pPr>
        <w:ind w:left="1440" w:hanging="360"/>
      </w:pPr>
      <w:rPr>
        <w:rFonts w:ascii="Aptos" w:hAnsi="Aptos" w:hint="default"/>
      </w:rPr>
    </w:lvl>
    <w:lvl w:ilvl="1" w:tplc="561613CA">
      <w:start w:val="1"/>
      <w:numFmt w:val="bullet"/>
      <w:lvlText w:val="o"/>
      <w:lvlJc w:val="left"/>
      <w:pPr>
        <w:ind w:left="2160" w:hanging="360"/>
      </w:pPr>
      <w:rPr>
        <w:rFonts w:ascii="Courier New" w:hAnsi="Courier New" w:hint="default"/>
      </w:rPr>
    </w:lvl>
    <w:lvl w:ilvl="2" w:tplc="8098D186">
      <w:start w:val="1"/>
      <w:numFmt w:val="bullet"/>
      <w:lvlText w:val=""/>
      <w:lvlJc w:val="left"/>
      <w:pPr>
        <w:ind w:left="2880" w:hanging="360"/>
      </w:pPr>
      <w:rPr>
        <w:rFonts w:ascii="Wingdings" w:hAnsi="Wingdings" w:hint="default"/>
      </w:rPr>
    </w:lvl>
    <w:lvl w:ilvl="3" w:tplc="8CC04516">
      <w:start w:val="1"/>
      <w:numFmt w:val="bullet"/>
      <w:lvlText w:val=""/>
      <w:lvlJc w:val="left"/>
      <w:pPr>
        <w:ind w:left="3600" w:hanging="360"/>
      </w:pPr>
      <w:rPr>
        <w:rFonts w:ascii="Symbol" w:hAnsi="Symbol" w:hint="default"/>
      </w:rPr>
    </w:lvl>
    <w:lvl w:ilvl="4" w:tplc="AE5C9F9C">
      <w:start w:val="1"/>
      <w:numFmt w:val="bullet"/>
      <w:lvlText w:val="o"/>
      <w:lvlJc w:val="left"/>
      <w:pPr>
        <w:ind w:left="4320" w:hanging="360"/>
      </w:pPr>
      <w:rPr>
        <w:rFonts w:ascii="Courier New" w:hAnsi="Courier New" w:hint="default"/>
      </w:rPr>
    </w:lvl>
    <w:lvl w:ilvl="5" w:tplc="C3760476">
      <w:start w:val="1"/>
      <w:numFmt w:val="bullet"/>
      <w:lvlText w:val=""/>
      <w:lvlJc w:val="left"/>
      <w:pPr>
        <w:ind w:left="5040" w:hanging="360"/>
      </w:pPr>
      <w:rPr>
        <w:rFonts w:ascii="Wingdings" w:hAnsi="Wingdings" w:hint="default"/>
      </w:rPr>
    </w:lvl>
    <w:lvl w:ilvl="6" w:tplc="733C5BAA">
      <w:start w:val="1"/>
      <w:numFmt w:val="bullet"/>
      <w:lvlText w:val=""/>
      <w:lvlJc w:val="left"/>
      <w:pPr>
        <w:ind w:left="5760" w:hanging="360"/>
      </w:pPr>
      <w:rPr>
        <w:rFonts w:ascii="Symbol" w:hAnsi="Symbol" w:hint="default"/>
      </w:rPr>
    </w:lvl>
    <w:lvl w:ilvl="7" w:tplc="0CB6ED30">
      <w:start w:val="1"/>
      <w:numFmt w:val="bullet"/>
      <w:lvlText w:val="o"/>
      <w:lvlJc w:val="left"/>
      <w:pPr>
        <w:ind w:left="6480" w:hanging="360"/>
      </w:pPr>
      <w:rPr>
        <w:rFonts w:ascii="Courier New" w:hAnsi="Courier New" w:hint="default"/>
      </w:rPr>
    </w:lvl>
    <w:lvl w:ilvl="8" w:tplc="E7EE1F3A">
      <w:start w:val="1"/>
      <w:numFmt w:val="bullet"/>
      <w:lvlText w:val=""/>
      <w:lvlJc w:val="left"/>
      <w:pPr>
        <w:ind w:left="7200" w:hanging="360"/>
      </w:pPr>
      <w:rPr>
        <w:rFonts w:ascii="Wingdings" w:hAnsi="Wingdings" w:hint="default"/>
      </w:rPr>
    </w:lvl>
  </w:abstractNum>
  <w:abstractNum w:abstractNumId="22" w15:restartNumberingAfterBreak="0">
    <w:nsid w:val="4385BF32"/>
    <w:multiLevelType w:val="hybridMultilevel"/>
    <w:tmpl w:val="4E2EB5FC"/>
    <w:lvl w:ilvl="0" w:tplc="2558EA40">
      <w:start w:val="1"/>
      <w:numFmt w:val="bullet"/>
      <w:lvlText w:val="-"/>
      <w:lvlJc w:val="left"/>
      <w:pPr>
        <w:ind w:left="1080" w:hanging="360"/>
      </w:pPr>
      <w:rPr>
        <w:rFonts w:ascii="Aptos" w:hAnsi="Aptos" w:hint="default"/>
      </w:rPr>
    </w:lvl>
    <w:lvl w:ilvl="1" w:tplc="603669FC">
      <w:start w:val="1"/>
      <w:numFmt w:val="bullet"/>
      <w:lvlText w:val="o"/>
      <w:lvlJc w:val="left"/>
      <w:pPr>
        <w:ind w:left="1800" w:hanging="360"/>
      </w:pPr>
      <w:rPr>
        <w:rFonts w:ascii="Courier New" w:hAnsi="Courier New" w:hint="default"/>
      </w:rPr>
    </w:lvl>
    <w:lvl w:ilvl="2" w:tplc="7CC6213E">
      <w:start w:val="1"/>
      <w:numFmt w:val="bullet"/>
      <w:lvlText w:val=""/>
      <w:lvlJc w:val="left"/>
      <w:pPr>
        <w:ind w:left="2520" w:hanging="360"/>
      </w:pPr>
      <w:rPr>
        <w:rFonts w:ascii="Wingdings" w:hAnsi="Wingdings" w:hint="default"/>
      </w:rPr>
    </w:lvl>
    <w:lvl w:ilvl="3" w:tplc="BA8C3D2C">
      <w:start w:val="1"/>
      <w:numFmt w:val="bullet"/>
      <w:lvlText w:val=""/>
      <w:lvlJc w:val="left"/>
      <w:pPr>
        <w:ind w:left="3240" w:hanging="360"/>
      </w:pPr>
      <w:rPr>
        <w:rFonts w:ascii="Symbol" w:hAnsi="Symbol" w:hint="default"/>
      </w:rPr>
    </w:lvl>
    <w:lvl w:ilvl="4" w:tplc="17DC930E">
      <w:start w:val="1"/>
      <w:numFmt w:val="bullet"/>
      <w:lvlText w:val="o"/>
      <w:lvlJc w:val="left"/>
      <w:pPr>
        <w:ind w:left="3960" w:hanging="360"/>
      </w:pPr>
      <w:rPr>
        <w:rFonts w:ascii="Courier New" w:hAnsi="Courier New" w:hint="default"/>
      </w:rPr>
    </w:lvl>
    <w:lvl w:ilvl="5" w:tplc="2654CD6A">
      <w:start w:val="1"/>
      <w:numFmt w:val="bullet"/>
      <w:lvlText w:val=""/>
      <w:lvlJc w:val="left"/>
      <w:pPr>
        <w:ind w:left="4680" w:hanging="360"/>
      </w:pPr>
      <w:rPr>
        <w:rFonts w:ascii="Wingdings" w:hAnsi="Wingdings" w:hint="default"/>
      </w:rPr>
    </w:lvl>
    <w:lvl w:ilvl="6" w:tplc="D74ABE30">
      <w:start w:val="1"/>
      <w:numFmt w:val="bullet"/>
      <w:lvlText w:val=""/>
      <w:lvlJc w:val="left"/>
      <w:pPr>
        <w:ind w:left="5400" w:hanging="360"/>
      </w:pPr>
      <w:rPr>
        <w:rFonts w:ascii="Symbol" w:hAnsi="Symbol" w:hint="default"/>
      </w:rPr>
    </w:lvl>
    <w:lvl w:ilvl="7" w:tplc="EBD61174">
      <w:start w:val="1"/>
      <w:numFmt w:val="bullet"/>
      <w:lvlText w:val="o"/>
      <w:lvlJc w:val="left"/>
      <w:pPr>
        <w:ind w:left="6120" w:hanging="360"/>
      </w:pPr>
      <w:rPr>
        <w:rFonts w:ascii="Courier New" w:hAnsi="Courier New" w:hint="default"/>
      </w:rPr>
    </w:lvl>
    <w:lvl w:ilvl="8" w:tplc="ED765644">
      <w:start w:val="1"/>
      <w:numFmt w:val="bullet"/>
      <w:lvlText w:val=""/>
      <w:lvlJc w:val="left"/>
      <w:pPr>
        <w:ind w:left="6840" w:hanging="360"/>
      </w:pPr>
      <w:rPr>
        <w:rFonts w:ascii="Wingdings" w:hAnsi="Wingdings" w:hint="default"/>
      </w:rPr>
    </w:lvl>
  </w:abstractNum>
  <w:abstractNum w:abstractNumId="23" w15:restartNumberingAfterBreak="0">
    <w:nsid w:val="4849D0C3"/>
    <w:multiLevelType w:val="hybridMultilevel"/>
    <w:tmpl w:val="497C6FBC"/>
    <w:lvl w:ilvl="0" w:tplc="20E2E3D4">
      <w:start w:val="1"/>
      <w:numFmt w:val="bullet"/>
      <w:lvlText w:val="-"/>
      <w:lvlJc w:val="left"/>
      <w:pPr>
        <w:ind w:left="1080" w:hanging="360"/>
      </w:pPr>
      <w:rPr>
        <w:rFonts w:ascii="Aptos" w:hAnsi="Aptos" w:hint="default"/>
      </w:rPr>
    </w:lvl>
    <w:lvl w:ilvl="1" w:tplc="C280529A">
      <w:start w:val="1"/>
      <w:numFmt w:val="bullet"/>
      <w:lvlText w:val="o"/>
      <w:lvlJc w:val="left"/>
      <w:pPr>
        <w:ind w:left="1800" w:hanging="360"/>
      </w:pPr>
      <w:rPr>
        <w:rFonts w:ascii="Courier New" w:hAnsi="Courier New" w:hint="default"/>
      </w:rPr>
    </w:lvl>
    <w:lvl w:ilvl="2" w:tplc="4CA6ECCA">
      <w:start w:val="1"/>
      <w:numFmt w:val="bullet"/>
      <w:lvlText w:val=""/>
      <w:lvlJc w:val="left"/>
      <w:pPr>
        <w:ind w:left="2520" w:hanging="360"/>
      </w:pPr>
      <w:rPr>
        <w:rFonts w:ascii="Wingdings" w:hAnsi="Wingdings" w:hint="default"/>
      </w:rPr>
    </w:lvl>
    <w:lvl w:ilvl="3" w:tplc="8AFA24F8">
      <w:start w:val="1"/>
      <w:numFmt w:val="bullet"/>
      <w:lvlText w:val=""/>
      <w:lvlJc w:val="left"/>
      <w:pPr>
        <w:ind w:left="3240" w:hanging="360"/>
      </w:pPr>
      <w:rPr>
        <w:rFonts w:ascii="Symbol" w:hAnsi="Symbol" w:hint="default"/>
      </w:rPr>
    </w:lvl>
    <w:lvl w:ilvl="4" w:tplc="8E4A4F6A">
      <w:start w:val="1"/>
      <w:numFmt w:val="bullet"/>
      <w:lvlText w:val="o"/>
      <w:lvlJc w:val="left"/>
      <w:pPr>
        <w:ind w:left="3960" w:hanging="360"/>
      </w:pPr>
      <w:rPr>
        <w:rFonts w:ascii="Courier New" w:hAnsi="Courier New" w:hint="default"/>
      </w:rPr>
    </w:lvl>
    <w:lvl w:ilvl="5" w:tplc="EFFE62AA">
      <w:start w:val="1"/>
      <w:numFmt w:val="bullet"/>
      <w:lvlText w:val=""/>
      <w:lvlJc w:val="left"/>
      <w:pPr>
        <w:ind w:left="4680" w:hanging="360"/>
      </w:pPr>
      <w:rPr>
        <w:rFonts w:ascii="Wingdings" w:hAnsi="Wingdings" w:hint="default"/>
      </w:rPr>
    </w:lvl>
    <w:lvl w:ilvl="6" w:tplc="8D48AEF6">
      <w:start w:val="1"/>
      <w:numFmt w:val="bullet"/>
      <w:lvlText w:val=""/>
      <w:lvlJc w:val="left"/>
      <w:pPr>
        <w:ind w:left="5400" w:hanging="360"/>
      </w:pPr>
      <w:rPr>
        <w:rFonts w:ascii="Symbol" w:hAnsi="Symbol" w:hint="default"/>
      </w:rPr>
    </w:lvl>
    <w:lvl w:ilvl="7" w:tplc="9FCE20D6">
      <w:start w:val="1"/>
      <w:numFmt w:val="bullet"/>
      <w:lvlText w:val="o"/>
      <w:lvlJc w:val="left"/>
      <w:pPr>
        <w:ind w:left="6120" w:hanging="360"/>
      </w:pPr>
      <w:rPr>
        <w:rFonts w:ascii="Courier New" w:hAnsi="Courier New" w:hint="default"/>
      </w:rPr>
    </w:lvl>
    <w:lvl w:ilvl="8" w:tplc="FAEAA2EC">
      <w:start w:val="1"/>
      <w:numFmt w:val="bullet"/>
      <w:lvlText w:val=""/>
      <w:lvlJc w:val="left"/>
      <w:pPr>
        <w:ind w:left="6840" w:hanging="360"/>
      </w:pPr>
      <w:rPr>
        <w:rFonts w:ascii="Wingdings" w:hAnsi="Wingdings" w:hint="default"/>
      </w:rPr>
    </w:lvl>
  </w:abstractNum>
  <w:abstractNum w:abstractNumId="24" w15:restartNumberingAfterBreak="0">
    <w:nsid w:val="4B4C1510"/>
    <w:multiLevelType w:val="hybridMultilevel"/>
    <w:tmpl w:val="B4662AB2"/>
    <w:lvl w:ilvl="0" w:tplc="6074D4C2">
      <w:start w:val="1"/>
      <w:numFmt w:val="bullet"/>
      <w:lvlText w:val="-"/>
      <w:lvlJc w:val="left"/>
      <w:pPr>
        <w:ind w:left="1440" w:hanging="360"/>
      </w:pPr>
      <w:rPr>
        <w:rFonts w:ascii="Aptos" w:hAnsi="Aptos" w:hint="default"/>
      </w:rPr>
    </w:lvl>
    <w:lvl w:ilvl="1" w:tplc="93B89B6A">
      <w:start w:val="1"/>
      <w:numFmt w:val="bullet"/>
      <w:lvlText w:val="o"/>
      <w:lvlJc w:val="left"/>
      <w:pPr>
        <w:ind w:left="2160" w:hanging="360"/>
      </w:pPr>
      <w:rPr>
        <w:rFonts w:ascii="Courier New" w:hAnsi="Courier New" w:hint="default"/>
      </w:rPr>
    </w:lvl>
    <w:lvl w:ilvl="2" w:tplc="B6C41FE6">
      <w:start w:val="1"/>
      <w:numFmt w:val="bullet"/>
      <w:lvlText w:val=""/>
      <w:lvlJc w:val="left"/>
      <w:pPr>
        <w:ind w:left="2880" w:hanging="360"/>
      </w:pPr>
      <w:rPr>
        <w:rFonts w:ascii="Wingdings" w:hAnsi="Wingdings" w:hint="default"/>
      </w:rPr>
    </w:lvl>
    <w:lvl w:ilvl="3" w:tplc="34948AFE">
      <w:start w:val="1"/>
      <w:numFmt w:val="bullet"/>
      <w:lvlText w:val=""/>
      <w:lvlJc w:val="left"/>
      <w:pPr>
        <w:ind w:left="3600" w:hanging="360"/>
      </w:pPr>
      <w:rPr>
        <w:rFonts w:ascii="Symbol" w:hAnsi="Symbol" w:hint="default"/>
      </w:rPr>
    </w:lvl>
    <w:lvl w:ilvl="4" w:tplc="9288DDEE">
      <w:start w:val="1"/>
      <w:numFmt w:val="bullet"/>
      <w:lvlText w:val="o"/>
      <w:lvlJc w:val="left"/>
      <w:pPr>
        <w:ind w:left="4320" w:hanging="360"/>
      </w:pPr>
      <w:rPr>
        <w:rFonts w:ascii="Courier New" w:hAnsi="Courier New" w:hint="default"/>
      </w:rPr>
    </w:lvl>
    <w:lvl w:ilvl="5" w:tplc="B254DB5E">
      <w:start w:val="1"/>
      <w:numFmt w:val="bullet"/>
      <w:lvlText w:val=""/>
      <w:lvlJc w:val="left"/>
      <w:pPr>
        <w:ind w:left="5040" w:hanging="360"/>
      </w:pPr>
      <w:rPr>
        <w:rFonts w:ascii="Wingdings" w:hAnsi="Wingdings" w:hint="default"/>
      </w:rPr>
    </w:lvl>
    <w:lvl w:ilvl="6" w:tplc="6712B5FA">
      <w:start w:val="1"/>
      <w:numFmt w:val="bullet"/>
      <w:lvlText w:val=""/>
      <w:lvlJc w:val="left"/>
      <w:pPr>
        <w:ind w:left="5760" w:hanging="360"/>
      </w:pPr>
      <w:rPr>
        <w:rFonts w:ascii="Symbol" w:hAnsi="Symbol" w:hint="default"/>
      </w:rPr>
    </w:lvl>
    <w:lvl w:ilvl="7" w:tplc="C52E227A">
      <w:start w:val="1"/>
      <w:numFmt w:val="bullet"/>
      <w:lvlText w:val="o"/>
      <w:lvlJc w:val="left"/>
      <w:pPr>
        <w:ind w:left="6480" w:hanging="360"/>
      </w:pPr>
      <w:rPr>
        <w:rFonts w:ascii="Courier New" w:hAnsi="Courier New" w:hint="default"/>
      </w:rPr>
    </w:lvl>
    <w:lvl w:ilvl="8" w:tplc="1F8470AA">
      <w:start w:val="1"/>
      <w:numFmt w:val="bullet"/>
      <w:lvlText w:val=""/>
      <w:lvlJc w:val="left"/>
      <w:pPr>
        <w:ind w:left="7200" w:hanging="360"/>
      </w:pPr>
      <w:rPr>
        <w:rFonts w:ascii="Wingdings" w:hAnsi="Wingdings" w:hint="default"/>
      </w:rPr>
    </w:lvl>
  </w:abstractNum>
  <w:abstractNum w:abstractNumId="25" w15:restartNumberingAfterBreak="0">
    <w:nsid w:val="4E83C4CD"/>
    <w:multiLevelType w:val="hybridMultilevel"/>
    <w:tmpl w:val="7F86BFD6"/>
    <w:lvl w:ilvl="0" w:tplc="130CFDC8">
      <w:start w:val="1"/>
      <w:numFmt w:val="bullet"/>
      <w:lvlText w:val="-"/>
      <w:lvlJc w:val="left"/>
      <w:pPr>
        <w:ind w:left="1440" w:hanging="360"/>
      </w:pPr>
      <w:rPr>
        <w:rFonts w:ascii="Aptos" w:hAnsi="Aptos" w:hint="default"/>
      </w:rPr>
    </w:lvl>
    <w:lvl w:ilvl="1" w:tplc="6A9EC9FE">
      <w:start w:val="1"/>
      <w:numFmt w:val="bullet"/>
      <w:lvlText w:val="o"/>
      <w:lvlJc w:val="left"/>
      <w:pPr>
        <w:ind w:left="2160" w:hanging="360"/>
      </w:pPr>
      <w:rPr>
        <w:rFonts w:ascii="Courier New" w:hAnsi="Courier New" w:hint="default"/>
      </w:rPr>
    </w:lvl>
    <w:lvl w:ilvl="2" w:tplc="BA501C94">
      <w:start w:val="1"/>
      <w:numFmt w:val="bullet"/>
      <w:lvlText w:val=""/>
      <w:lvlJc w:val="left"/>
      <w:pPr>
        <w:ind w:left="2880" w:hanging="360"/>
      </w:pPr>
      <w:rPr>
        <w:rFonts w:ascii="Wingdings" w:hAnsi="Wingdings" w:hint="default"/>
      </w:rPr>
    </w:lvl>
    <w:lvl w:ilvl="3" w:tplc="C0CC02FE">
      <w:start w:val="1"/>
      <w:numFmt w:val="bullet"/>
      <w:lvlText w:val=""/>
      <w:lvlJc w:val="left"/>
      <w:pPr>
        <w:ind w:left="3600" w:hanging="360"/>
      </w:pPr>
      <w:rPr>
        <w:rFonts w:ascii="Symbol" w:hAnsi="Symbol" w:hint="default"/>
      </w:rPr>
    </w:lvl>
    <w:lvl w:ilvl="4" w:tplc="3F10A238">
      <w:start w:val="1"/>
      <w:numFmt w:val="bullet"/>
      <w:lvlText w:val="o"/>
      <w:lvlJc w:val="left"/>
      <w:pPr>
        <w:ind w:left="4320" w:hanging="360"/>
      </w:pPr>
      <w:rPr>
        <w:rFonts w:ascii="Courier New" w:hAnsi="Courier New" w:hint="default"/>
      </w:rPr>
    </w:lvl>
    <w:lvl w:ilvl="5" w:tplc="C58C0024">
      <w:start w:val="1"/>
      <w:numFmt w:val="bullet"/>
      <w:lvlText w:val=""/>
      <w:lvlJc w:val="left"/>
      <w:pPr>
        <w:ind w:left="5040" w:hanging="360"/>
      </w:pPr>
      <w:rPr>
        <w:rFonts w:ascii="Wingdings" w:hAnsi="Wingdings" w:hint="default"/>
      </w:rPr>
    </w:lvl>
    <w:lvl w:ilvl="6" w:tplc="B59220D2">
      <w:start w:val="1"/>
      <w:numFmt w:val="bullet"/>
      <w:lvlText w:val=""/>
      <w:lvlJc w:val="left"/>
      <w:pPr>
        <w:ind w:left="5760" w:hanging="360"/>
      </w:pPr>
      <w:rPr>
        <w:rFonts w:ascii="Symbol" w:hAnsi="Symbol" w:hint="default"/>
      </w:rPr>
    </w:lvl>
    <w:lvl w:ilvl="7" w:tplc="8CF64B76">
      <w:start w:val="1"/>
      <w:numFmt w:val="bullet"/>
      <w:lvlText w:val="o"/>
      <w:lvlJc w:val="left"/>
      <w:pPr>
        <w:ind w:left="6480" w:hanging="360"/>
      </w:pPr>
      <w:rPr>
        <w:rFonts w:ascii="Courier New" w:hAnsi="Courier New" w:hint="default"/>
      </w:rPr>
    </w:lvl>
    <w:lvl w:ilvl="8" w:tplc="3AC02B0A">
      <w:start w:val="1"/>
      <w:numFmt w:val="bullet"/>
      <w:lvlText w:val=""/>
      <w:lvlJc w:val="left"/>
      <w:pPr>
        <w:ind w:left="7200" w:hanging="360"/>
      </w:pPr>
      <w:rPr>
        <w:rFonts w:ascii="Wingdings" w:hAnsi="Wingdings" w:hint="default"/>
      </w:rPr>
    </w:lvl>
  </w:abstractNum>
  <w:abstractNum w:abstractNumId="26" w15:restartNumberingAfterBreak="0">
    <w:nsid w:val="4EF717EE"/>
    <w:multiLevelType w:val="hybridMultilevel"/>
    <w:tmpl w:val="1DBC2740"/>
    <w:lvl w:ilvl="0" w:tplc="269EDF4A">
      <w:start w:val="1"/>
      <w:numFmt w:val="bullet"/>
      <w:lvlText w:val="-"/>
      <w:lvlJc w:val="left"/>
      <w:pPr>
        <w:ind w:left="1080" w:hanging="360"/>
      </w:pPr>
      <w:rPr>
        <w:rFonts w:ascii="Aptos" w:hAnsi="Aptos" w:hint="default"/>
      </w:rPr>
    </w:lvl>
    <w:lvl w:ilvl="1" w:tplc="AEFECC4E">
      <w:start w:val="1"/>
      <w:numFmt w:val="bullet"/>
      <w:lvlText w:val="o"/>
      <w:lvlJc w:val="left"/>
      <w:pPr>
        <w:ind w:left="1800" w:hanging="360"/>
      </w:pPr>
      <w:rPr>
        <w:rFonts w:ascii="Courier New" w:hAnsi="Courier New" w:hint="default"/>
      </w:rPr>
    </w:lvl>
    <w:lvl w:ilvl="2" w:tplc="879CFE84">
      <w:start w:val="1"/>
      <w:numFmt w:val="bullet"/>
      <w:lvlText w:val=""/>
      <w:lvlJc w:val="left"/>
      <w:pPr>
        <w:ind w:left="2520" w:hanging="360"/>
      </w:pPr>
      <w:rPr>
        <w:rFonts w:ascii="Wingdings" w:hAnsi="Wingdings" w:hint="default"/>
      </w:rPr>
    </w:lvl>
    <w:lvl w:ilvl="3" w:tplc="97507D5C">
      <w:start w:val="1"/>
      <w:numFmt w:val="bullet"/>
      <w:lvlText w:val=""/>
      <w:lvlJc w:val="left"/>
      <w:pPr>
        <w:ind w:left="3240" w:hanging="360"/>
      </w:pPr>
      <w:rPr>
        <w:rFonts w:ascii="Symbol" w:hAnsi="Symbol" w:hint="default"/>
      </w:rPr>
    </w:lvl>
    <w:lvl w:ilvl="4" w:tplc="A644320C">
      <w:start w:val="1"/>
      <w:numFmt w:val="bullet"/>
      <w:lvlText w:val="o"/>
      <w:lvlJc w:val="left"/>
      <w:pPr>
        <w:ind w:left="3960" w:hanging="360"/>
      </w:pPr>
      <w:rPr>
        <w:rFonts w:ascii="Courier New" w:hAnsi="Courier New" w:hint="default"/>
      </w:rPr>
    </w:lvl>
    <w:lvl w:ilvl="5" w:tplc="4992D7C0">
      <w:start w:val="1"/>
      <w:numFmt w:val="bullet"/>
      <w:lvlText w:val=""/>
      <w:lvlJc w:val="left"/>
      <w:pPr>
        <w:ind w:left="4680" w:hanging="360"/>
      </w:pPr>
      <w:rPr>
        <w:rFonts w:ascii="Wingdings" w:hAnsi="Wingdings" w:hint="default"/>
      </w:rPr>
    </w:lvl>
    <w:lvl w:ilvl="6" w:tplc="6A560604">
      <w:start w:val="1"/>
      <w:numFmt w:val="bullet"/>
      <w:lvlText w:val=""/>
      <w:lvlJc w:val="left"/>
      <w:pPr>
        <w:ind w:left="5400" w:hanging="360"/>
      </w:pPr>
      <w:rPr>
        <w:rFonts w:ascii="Symbol" w:hAnsi="Symbol" w:hint="default"/>
      </w:rPr>
    </w:lvl>
    <w:lvl w:ilvl="7" w:tplc="3EFA780C">
      <w:start w:val="1"/>
      <w:numFmt w:val="bullet"/>
      <w:lvlText w:val="o"/>
      <w:lvlJc w:val="left"/>
      <w:pPr>
        <w:ind w:left="6120" w:hanging="360"/>
      </w:pPr>
      <w:rPr>
        <w:rFonts w:ascii="Courier New" w:hAnsi="Courier New" w:hint="default"/>
      </w:rPr>
    </w:lvl>
    <w:lvl w:ilvl="8" w:tplc="D0026A66">
      <w:start w:val="1"/>
      <w:numFmt w:val="bullet"/>
      <w:lvlText w:val=""/>
      <w:lvlJc w:val="left"/>
      <w:pPr>
        <w:ind w:left="6840" w:hanging="360"/>
      </w:pPr>
      <w:rPr>
        <w:rFonts w:ascii="Wingdings" w:hAnsi="Wingdings" w:hint="default"/>
      </w:rPr>
    </w:lvl>
  </w:abstractNum>
  <w:abstractNum w:abstractNumId="27" w15:restartNumberingAfterBreak="0">
    <w:nsid w:val="538F56D1"/>
    <w:multiLevelType w:val="hybridMultilevel"/>
    <w:tmpl w:val="9CB41F56"/>
    <w:lvl w:ilvl="0" w:tplc="996C5FA2">
      <w:start w:val="1"/>
      <w:numFmt w:val="decimal"/>
      <w:lvlText w:val="%1."/>
      <w:lvlJc w:val="left"/>
      <w:pPr>
        <w:ind w:left="1080" w:hanging="360"/>
      </w:pPr>
    </w:lvl>
    <w:lvl w:ilvl="1" w:tplc="600E5AF8">
      <w:start w:val="1"/>
      <w:numFmt w:val="lowerLetter"/>
      <w:lvlText w:val="%2."/>
      <w:lvlJc w:val="left"/>
      <w:pPr>
        <w:ind w:left="1800" w:hanging="360"/>
      </w:pPr>
    </w:lvl>
    <w:lvl w:ilvl="2" w:tplc="44CA858C">
      <w:start w:val="1"/>
      <w:numFmt w:val="lowerRoman"/>
      <w:lvlText w:val="%3."/>
      <w:lvlJc w:val="right"/>
      <w:pPr>
        <w:ind w:left="2520" w:hanging="180"/>
      </w:pPr>
    </w:lvl>
    <w:lvl w:ilvl="3" w:tplc="EBE8CF86">
      <w:start w:val="1"/>
      <w:numFmt w:val="decimal"/>
      <w:lvlText w:val="%4."/>
      <w:lvlJc w:val="left"/>
      <w:pPr>
        <w:ind w:left="3240" w:hanging="360"/>
      </w:pPr>
    </w:lvl>
    <w:lvl w:ilvl="4" w:tplc="02B422CE">
      <w:start w:val="1"/>
      <w:numFmt w:val="lowerLetter"/>
      <w:lvlText w:val="%5."/>
      <w:lvlJc w:val="left"/>
      <w:pPr>
        <w:ind w:left="3960" w:hanging="360"/>
      </w:pPr>
    </w:lvl>
    <w:lvl w:ilvl="5" w:tplc="A7A4EC66">
      <w:start w:val="1"/>
      <w:numFmt w:val="lowerRoman"/>
      <w:lvlText w:val="%6."/>
      <w:lvlJc w:val="right"/>
      <w:pPr>
        <w:ind w:left="4680" w:hanging="180"/>
      </w:pPr>
    </w:lvl>
    <w:lvl w:ilvl="6" w:tplc="835018C8">
      <w:start w:val="1"/>
      <w:numFmt w:val="decimal"/>
      <w:lvlText w:val="%7."/>
      <w:lvlJc w:val="left"/>
      <w:pPr>
        <w:ind w:left="5400" w:hanging="360"/>
      </w:pPr>
    </w:lvl>
    <w:lvl w:ilvl="7" w:tplc="F4585FB4">
      <w:start w:val="1"/>
      <w:numFmt w:val="lowerLetter"/>
      <w:lvlText w:val="%8."/>
      <w:lvlJc w:val="left"/>
      <w:pPr>
        <w:ind w:left="6120" w:hanging="360"/>
      </w:pPr>
    </w:lvl>
    <w:lvl w:ilvl="8" w:tplc="16A65F3C">
      <w:start w:val="1"/>
      <w:numFmt w:val="lowerRoman"/>
      <w:lvlText w:val="%9."/>
      <w:lvlJc w:val="right"/>
      <w:pPr>
        <w:ind w:left="6840" w:hanging="180"/>
      </w:pPr>
    </w:lvl>
  </w:abstractNum>
  <w:abstractNum w:abstractNumId="28" w15:restartNumberingAfterBreak="0">
    <w:nsid w:val="54DD3C3B"/>
    <w:multiLevelType w:val="hybridMultilevel"/>
    <w:tmpl w:val="F05A2F6C"/>
    <w:lvl w:ilvl="0" w:tplc="D1729BF8">
      <w:start w:val="1"/>
      <w:numFmt w:val="bullet"/>
      <w:lvlText w:val="-"/>
      <w:lvlJc w:val="left"/>
      <w:pPr>
        <w:ind w:left="720" w:hanging="360"/>
      </w:pPr>
      <w:rPr>
        <w:rFonts w:ascii="Aptos" w:hAnsi="Aptos" w:hint="default"/>
      </w:rPr>
    </w:lvl>
    <w:lvl w:ilvl="1" w:tplc="1C5C5A74">
      <w:start w:val="1"/>
      <w:numFmt w:val="bullet"/>
      <w:lvlText w:val="o"/>
      <w:lvlJc w:val="left"/>
      <w:pPr>
        <w:ind w:left="1440" w:hanging="360"/>
      </w:pPr>
      <w:rPr>
        <w:rFonts w:ascii="Courier New" w:hAnsi="Courier New" w:hint="default"/>
      </w:rPr>
    </w:lvl>
    <w:lvl w:ilvl="2" w:tplc="81D2F95E">
      <w:start w:val="1"/>
      <w:numFmt w:val="bullet"/>
      <w:lvlText w:val=""/>
      <w:lvlJc w:val="left"/>
      <w:pPr>
        <w:ind w:left="2160" w:hanging="360"/>
      </w:pPr>
      <w:rPr>
        <w:rFonts w:ascii="Wingdings" w:hAnsi="Wingdings" w:hint="default"/>
      </w:rPr>
    </w:lvl>
    <w:lvl w:ilvl="3" w:tplc="407414DE">
      <w:start w:val="1"/>
      <w:numFmt w:val="bullet"/>
      <w:lvlText w:val=""/>
      <w:lvlJc w:val="left"/>
      <w:pPr>
        <w:ind w:left="2880" w:hanging="360"/>
      </w:pPr>
      <w:rPr>
        <w:rFonts w:ascii="Symbol" w:hAnsi="Symbol" w:hint="default"/>
      </w:rPr>
    </w:lvl>
    <w:lvl w:ilvl="4" w:tplc="EC4824F8">
      <w:start w:val="1"/>
      <w:numFmt w:val="bullet"/>
      <w:lvlText w:val="o"/>
      <w:lvlJc w:val="left"/>
      <w:pPr>
        <w:ind w:left="3600" w:hanging="360"/>
      </w:pPr>
      <w:rPr>
        <w:rFonts w:ascii="Courier New" w:hAnsi="Courier New" w:hint="default"/>
      </w:rPr>
    </w:lvl>
    <w:lvl w:ilvl="5" w:tplc="89CCCF54">
      <w:start w:val="1"/>
      <w:numFmt w:val="bullet"/>
      <w:lvlText w:val=""/>
      <w:lvlJc w:val="left"/>
      <w:pPr>
        <w:ind w:left="4320" w:hanging="360"/>
      </w:pPr>
      <w:rPr>
        <w:rFonts w:ascii="Wingdings" w:hAnsi="Wingdings" w:hint="default"/>
      </w:rPr>
    </w:lvl>
    <w:lvl w:ilvl="6" w:tplc="7290986C">
      <w:start w:val="1"/>
      <w:numFmt w:val="bullet"/>
      <w:lvlText w:val=""/>
      <w:lvlJc w:val="left"/>
      <w:pPr>
        <w:ind w:left="5040" w:hanging="360"/>
      </w:pPr>
      <w:rPr>
        <w:rFonts w:ascii="Symbol" w:hAnsi="Symbol" w:hint="default"/>
      </w:rPr>
    </w:lvl>
    <w:lvl w:ilvl="7" w:tplc="009C99BA">
      <w:start w:val="1"/>
      <w:numFmt w:val="bullet"/>
      <w:lvlText w:val="o"/>
      <w:lvlJc w:val="left"/>
      <w:pPr>
        <w:ind w:left="5760" w:hanging="360"/>
      </w:pPr>
      <w:rPr>
        <w:rFonts w:ascii="Courier New" w:hAnsi="Courier New" w:hint="default"/>
      </w:rPr>
    </w:lvl>
    <w:lvl w:ilvl="8" w:tplc="236AEA1A">
      <w:start w:val="1"/>
      <w:numFmt w:val="bullet"/>
      <w:lvlText w:val=""/>
      <w:lvlJc w:val="left"/>
      <w:pPr>
        <w:ind w:left="6480" w:hanging="360"/>
      </w:pPr>
      <w:rPr>
        <w:rFonts w:ascii="Wingdings" w:hAnsi="Wingdings" w:hint="default"/>
      </w:rPr>
    </w:lvl>
  </w:abstractNum>
  <w:abstractNum w:abstractNumId="29" w15:restartNumberingAfterBreak="0">
    <w:nsid w:val="5C1515E3"/>
    <w:multiLevelType w:val="hybridMultilevel"/>
    <w:tmpl w:val="E690E510"/>
    <w:lvl w:ilvl="0" w:tplc="166CAF5E">
      <w:start w:val="1"/>
      <w:numFmt w:val="bullet"/>
      <w:lvlText w:val="-"/>
      <w:lvlJc w:val="left"/>
      <w:pPr>
        <w:ind w:left="1440" w:hanging="360"/>
      </w:pPr>
      <w:rPr>
        <w:rFonts w:ascii="Aptos" w:hAnsi="Aptos" w:hint="default"/>
      </w:rPr>
    </w:lvl>
    <w:lvl w:ilvl="1" w:tplc="2CF2C116">
      <w:start w:val="1"/>
      <w:numFmt w:val="bullet"/>
      <w:lvlText w:val="o"/>
      <w:lvlJc w:val="left"/>
      <w:pPr>
        <w:ind w:left="2160" w:hanging="360"/>
      </w:pPr>
      <w:rPr>
        <w:rFonts w:ascii="Courier New" w:hAnsi="Courier New" w:hint="default"/>
      </w:rPr>
    </w:lvl>
    <w:lvl w:ilvl="2" w:tplc="EDC6480A">
      <w:start w:val="1"/>
      <w:numFmt w:val="bullet"/>
      <w:lvlText w:val=""/>
      <w:lvlJc w:val="left"/>
      <w:pPr>
        <w:ind w:left="2880" w:hanging="360"/>
      </w:pPr>
      <w:rPr>
        <w:rFonts w:ascii="Wingdings" w:hAnsi="Wingdings" w:hint="default"/>
      </w:rPr>
    </w:lvl>
    <w:lvl w:ilvl="3" w:tplc="3E2438DA">
      <w:start w:val="1"/>
      <w:numFmt w:val="bullet"/>
      <w:lvlText w:val=""/>
      <w:lvlJc w:val="left"/>
      <w:pPr>
        <w:ind w:left="3600" w:hanging="360"/>
      </w:pPr>
      <w:rPr>
        <w:rFonts w:ascii="Symbol" w:hAnsi="Symbol" w:hint="default"/>
      </w:rPr>
    </w:lvl>
    <w:lvl w:ilvl="4" w:tplc="76865666">
      <w:start w:val="1"/>
      <w:numFmt w:val="bullet"/>
      <w:lvlText w:val="o"/>
      <w:lvlJc w:val="left"/>
      <w:pPr>
        <w:ind w:left="4320" w:hanging="360"/>
      </w:pPr>
      <w:rPr>
        <w:rFonts w:ascii="Courier New" w:hAnsi="Courier New" w:hint="default"/>
      </w:rPr>
    </w:lvl>
    <w:lvl w:ilvl="5" w:tplc="1A160BEE">
      <w:start w:val="1"/>
      <w:numFmt w:val="bullet"/>
      <w:lvlText w:val=""/>
      <w:lvlJc w:val="left"/>
      <w:pPr>
        <w:ind w:left="5040" w:hanging="360"/>
      </w:pPr>
      <w:rPr>
        <w:rFonts w:ascii="Wingdings" w:hAnsi="Wingdings" w:hint="default"/>
      </w:rPr>
    </w:lvl>
    <w:lvl w:ilvl="6" w:tplc="FB5A5C9C">
      <w:start w:val="1"/>
      <w:numFmt w:val="bullet"/>
      <w:lvlText w:val=""/>
      <w:lvlJc w:val="left"/>
      <w:pPr>
        <w:ind w:left="5760" w:hanging="360"/>
      </w:pPr>
      <w:rPr>
        <w:rFonts w:ascii="Symbol" w:hAnsi="Symbol" w:hint="default"/>
      </w:rPr>
    </w:lvl>
    <w:lvl w:ilvl="7" w:tplc="617EB1C0">
      <w:start w:val="1"/>
      <w:numFmt w:val="bullet"/>
      <w:lvlText w:val="o"/>
      <w:lvlJc w:val="left"/>
      <w:pPr>
        <w:ind w:left="6480" w:hanging="360"/>
      </w:pPr>
      <w:rPr>
        <w:rFonts w:ascii="Courier New" w:hAnsi="Courier New" w:hint="default"/>
      </w:rPr>
    </w:lvl>
    <w:lvl w:ilvl="8" w:tplc="99E20B9A">
      <w:start w:val="1"/>
      <w:numFmt w:val="bullet"/>
      <w:lvlText w:val=""/>
      <w:lvlJc w:val="left"/>
      <w:pPr>
        <w:ind w:left="7200" w:hanging="360"/>
      </w:pPr>
      <w:rPr>
        <w:rFonts w:ascii="Wingdings" w:hAnsi="Wingdings" w:hint="default"/>
      </w:rPr>
    </w:lvl>
  </w:abstractNum>
  <w:abstractNum w:abstractNumId="30" w15:restartNumberingAfterBreak="0">
    <w:nsid w:val="5CD3B9F8"/>
    <w:multiLevelType w:val="hybridMultilevel"/>
    <w:tmpl w:val="DE30721C"/>
    <w:lvl w:ilvl="0" w:tplc="1F207654">
      <w:start w:val="1"/>
      <w:numFmt w:val="bullet"/>
      <w:lvlText w:val="-"/>
      <w:lvlJc w:val="left"/>
      <w:pPr>
        <w:ind w:left="1080" w:hanging="360"/>
      </w:pPr>
      <w:rPr>
        <w:rFonts w:ascii="Aptos" w:hAnsi="Aptos" w:hint="default"/>
      </w:rPr>
    </w:lvl>
    <w:lvl w:ilvl="1" w:tplc="EE34E054">
      <w:start w:val="1"/>
      <w:numFmt w:val="bullet"/>
      <w:lvlText w:val="o"/>
      <w:lvlJc w:val="left"/>
      <w:pPr>
        <w:ind w:left="1800" w:hanging="360"/>
      </w:pPr>
      <w:rPr>
        <w:rFonts w:ascii="Courier New" w:hAnsi="Courier New" w:hint="default"/>
      </w:rPr>
    </w:lvl>
    <w:lvl w:ilvl="2" w:tplc="989C18B2">
      <w:start w:val="1"/>
      <w:numFmt w:val="bullet"/>
      <w:lvlText w:val=""/>
      <w:lvlJc w:val="left"/>
      <w:pPr>
        <w:ind w:left="2520" w:hanging="360"/>
      </w:pPr>
      <w:rPr>
        <w:rFonts w:ascii="Wingdings" w:hAnsi="Wingdings" w:hint="default"/>
      </w:rPr>
    </w:lvl>
    <w:lvl w:ilvl="3" w:tplc="E8C69C5A">
      <w:start w:val="1"/>
      <w:numFmt w:val="bullet"/>
      <w:lvlText w:val=""/>
      <w:lvlJc w:val="left"/>
      <w:pPr>
        <w:ind w:left="3240" w:hanging="360"/>
      </w:pPr>
      <w:rPr>
        <w:rFonts w:ascii="Symbol" w:hAnsi="Symbol" w:hint="default"/>
      </w:rPr>
    </w:lvl>
    <w:lvl w:ilvl="4" w:tplc="D9C2728C">
      <w:start w:val="1"/>
      <w:numFmt w:val="bullet"/>
      <w:lvlText w:val="o"/>
      <w:lvlJc w:val="left"/>
      <w:pPr>
        <w:ind w:left="3960" w:hanging="360"/>
      </w:pPr>
      <w:rPr>
        <w:rFonts w:ascii="Courier New" w:hAnsi="Courier New" w:hint="default"/>
      </w:rPr>
    </w:lvl>
    <w:lvl w:ilvl="5" w:tplc="C22A7C4E">
      <w:start w:val="1"/>
      <w:numFmt w:val="bullet"/>
      <w:lvlText w:val=""/>
      <w:lvlJc w:val="left"/>
      <w:pPr>
        <w:ind w:left="4680" w:hanging="360"/>
      </w:pPr>
      <w:rPr>
        <w:rFonts w:ascii="Wingdings" w:hAnsi="Wingdings" w:hint="default"/>
      </w:rPr>
    </w:lvl>
    <w:lvl w:ilvl="6" w:tplc="25A8FD02">
      <w:start w:val="1"/>
      <w:numFmt w:val="bullet"/>
      <w:lvlText w:val=""/>
      <w:lvlJc w:val="left"/>
      <w:pPr>
        <w:ind w:left="5400" w:hanging="360"/>
      </w:pPr>
      <w:rPr>
        <w:rFonts w:ascii="Symbol" w:hAnsi="Symbol" w:hint="default"/>
      </w:rPr>
    </w:lvl>
    <w:lvl w:ilvl="7" w:tplc="F74A76B0">
      <w:start w:val="1"/>
      <w:numFmt w:val="bullet"/>
      <w:lvlText w:val="o"/>
      <w:lvlJc w:val="left"/>
      <w:pPr>
        <w:ind w:left="6120" w:hanging="360"/>
      </w:pPr>
      <w:rPr>
        <w:rFonts w:ascii="Courier New" w:hAnsi="Courier New" w:hint="default"/>
      </w:rPr>
    </w:lvl>
    <w:lvl w:ilvl="8" w:tplc="B79417A6">
      <w:start w:val="1"/>
      <w:numFmt w:val="bullet"/>
      <w:lvlText w:val=""/>
      <w:lvlJc w:val="left"/>
      <w:pPr>
        <w:ind w:left="6840" w:hanging="360"/>
      </w:pPr>
      <w:rPr>
        <w:rFonts w:ascii="Wingdings" w:hAnsi="Wingdings" w:hint="default"/>
      </w:rPr>
    </w:lvl>
  </w:abstractNum>
  <w:abstractNum w:abstractNumId="31" w15:restartNumberingAfterBreak="0">
    <w:nsid w:val="5ECA49A0"/>
    <w:multiLevelType w:val="hybridMultilevel"/>
    <w:tmpl w:val="B6705910"/>
    <w:lvl w:ilvl="0" w:tplc="1026D33C">
      <w:start w:val="1"/>
      <w:numFmt w:val="bullet"/>
      <w:lvlText w:val="-"/>
      <w:lvlJc w:val="left"/>
      <w:pPr>
        <w:ind w:left="1440" w:hanging="360"/>
      </w:pPr>
      <w:rPr>
        <w:rFonts w:ascii="Aptos" w:hAnsi="Aptos" w:hint="default"/>
      </w:rPr>
    </w:lvl>
    <w:lvl w:ilvl="1" w:tplc="552A8EEA">
      <w:start w:val="1"/>
      <w:numFmt w:val="bullet"/>
      <w:lvlText w:val="o"/>
      <w:lvlJc w:val="left"/>
      <w:pPr>
        <w:ind w:left="2160" w:hanging="360"/>
      </w:pPr>
      <w:rPr>
        <w:rFonts w:ascii="Courier New" w:hAnsi="Courier New" w:hint="default"/>
      </w:rPr>
    </w:lvl>
    <w:lvl w:ilvl="2" w:tplc="0FA8DFAC">
      <w:start w:val="1"/>
      <w:numFmt w:val="bullet"/>
      <w:lvlText w:val=""/>
      <w:lvlJc w:val="left"/>
      <w:pPr>
        <w:ind w:left="2880" w:hanging="360"/>
      </w:pPr>
      <w:rPr>
        <w:rFonts w:ascii="Wingdings" w:hAnsi="Wingdings" w:hint="default"/>
      </w:rPr>
    </w:lvl>
    <w:lvl w:ilvl="3" w:tplc="8C3E96CE">
      <w:start w:val="1"/>
      <w:numFmt w:val="bullet"/>
      <w:lvlText w:val=""/>
      <w:lvlJc w:val="left"/>
      <w:pPr>
        <w:ind w:left="3600" w:hanging="360"/>
      </w:pPr>
      <w:rPr>
        <w:rFonts w:ascii="Symbol" w:hAnsi="Symbol" w:hint="default"/>
      </w:rPr>
    </w:lvl>
    <w:lvl w:ilvl="4" w:tplc="D4DC89B0">
      <w:start w:val="1"/>
      <w:numFmt w:val="bullet"/>
      <w:lvlText w:val="o"/>
      <w:lvlJc w:val="left"/>
      <w:pPr>
        <w:ind w:left="4320" w:hanging="360"/>
      </w:pPr>
      <w:rPr>
        <w:rFonts w:ascii="Courier New" w:hAnsi="Courier New" w:hint="default"/>
      </w:rPr>
    </w:lvl>
    <w:lvl w:ilvl="5" w:tplc="99BC48A4">
      <w:start w:val="1"/>
      <w:numFmt w:val="bullet"/>
      <w:lvlText w:val=""/>
      <w:lvlJc w:val="left"/>
      <w:pPr>
        <w:ind w:left="5040" w:hanging="360"/>
      </w:pPr>
      <w:rPr>
        <w:rFonts w:ascii="Wingdings" w:hAnsi="Wingdings" w:hint="default"/>
      </w:rPr>
    </w:lvl>
    <w:lvl w:ilvl="6" w:tplc="1BB44E72">
      <w:start w:val="1"/>
      <w:numFmt w:val="bullet"/>
      <w:lvlText w:val=""/>
      <w:lvlJc w:val="left"/>
      <w:pPr>
        <w:ind w:left="5760" w:hanging="360"/>
      </w:pPr>
      <w:rPr>
        <w:rFonts w:ascii="Symbol" w:hAnsi="Symbol" w:hint="default"/>
      </w:rPr>
    </w:lvl>
    <w:lvl w:ilvl="7" w:tplc="B9544DA6">
      <w:start w:val="1"/>
      <w:numFmt w:val="bullet"/>
      <w:lvlText w:val="o"/>
      <w:lvlJc w:val="left"/>
      <w:pPr>
        <w:ind w:left="6480" w:hanging="360"/>
      </w:pPr>
      <w:rPr>
        <w:rFonts w:ascii="Courier New" w:hAnsi="Courier New" w:hint="default"/>
      </w:rPr>
    </w:lvl>
    <w:lvl w:ilvl="8" w:tplc="31726236">
      <w:start w:val="1"/>
      <w:numFmt w:val="bullet"/>
      <w:lvlText w:val=""/>
      <w:lvlJc w:val="left"/>
      <w:pPr>
        <w:ind w:left="7200" w:hanging="360"/>
      </w:pPr>
      <w:rPr>
        <w:rFonts w:ascii="Wingdings" w:hAnsi="Wingdings" w:hint="default"/>
      </w:rPr>
    </w:lvl>
  </w:abstractNum>
  <w:abstractNum w:abstractNumId="32" w15:restartNumberingAfterBreak="0">
    <w:nsid w:val="5F21BA78"/>
    <w:multiLevelType w:val="hybridMultilevel"/>
    <w:tmpl w:val="75EEBDB2"/>
    <w:lvl w:ilvl="0" w:tplc="03C4DC4A">
      <w:start w:val="1"/>
      <w:numFmt w:val="bullet"/>
      <w:lvlText w:val="-"/>
      <w:lvlJc w:val="left"/>
      <w:pPr>
        <w:ind w:left="1080" w:hanging="360"/>
      </w:pPr>
      <w:rPr>
        <w:rFonts w:ascii="Aptos" w:hAnsi="Aptos" w:hint="default"/>
      </w:rPr>
    </w:lvl>
    <w:lvl w:ilvl="1" w:tplc="BEDE0050">
      <w:start w:val="1"/>
      <w:numFmt w:val="bullet"/>
      <w:lvlText w:val="o"/>
      <w:lvlJc w:val="left"/>
      <w:pPr>
        <w:ind w:left="1800" w:hanging="360"/>
      </w:pPr>
      <w:rPr>
        <w:rFonts w:ascii="Courier New" w:hAnsi="Courier New" w:hint="default"/>
      </w:rPr>
    </w:lvl>
    <w:lvl w:ilvl="2" w:tplc="68F86978">
      <w:start w:val="1"/>
      <w:numFmt w:val="bullet"/>
      <w:lvlText w:val=""/>
      <w:lvlJc w:val="left"/>
      <w:pPr>
        <w:ind w:left="2520" w:hanging="360"/>
      </w:pPr>
      <w:rPr>
        <w:rFonts w:ascii="Wingdings" w:hAnsi="Wingdings" w:hint="default"/>
      </w:rPr>
    </w:lvl>
    <w:lvl w:ilvl="3" w:tplc="BD7820FC">
      <w:start w:val="1"/>
      <w:numFmt w:val="bullet"/>
      <w:lvlText w:val=""/>
      <w:lvlJc w:val="left"/>
      <w:pPr>
        <w:ind w:left="3240" w:hanging="360"/>
      </w:pPr>
      <w:rPr>
        <w:rFonts w:ascii="Symbol" w:hAnsi="Symbol" w:hint="default"/>
      </w:rPr>
    </w:lvl>
    <w:lvl w:ilvl="4" w:tplc="BB44A866">
      <w:start w:val="1"/>
      <w:numFmt w:val="bullet"/>
      <w:lvlText w:val="o"/>
      <w:lvlJc w:val="left"/>
      <w:pPr>
        <w:ind w:left="3960" w:hanging="360"/>
      </w:pPr>
      <w:rPr>
        <w:rFonts w:ascii="Courier New" w:hAnsi="Courier New" w:hint="default"/>
      </w:rPr>
    </w:lvl>
    <w:lvl w:ilvl="5" w:tplc="F43C5948">
      <w:start w:val="1"/>
      <w:numFmt w:val="bullet"/>
      <w:lvlText w:val=""/>
      <w:lvlJc w:val="left"/>
      <w:pPr>
        <w:ind w:left="4680" w:hanging="360"/>
      </w:pPr>
      <w:rPr>
        <w:rFonts w:ascii="Wingdings" w:hAnsi="Wingdings" w:hint="default"/>
      </w:rPr>
    </w:lvl>
    <w:lvl w:ilvl="6" w:tplc="8D509D8A">
      <w:start w:val="1"/>
      <w:numFmt w:val="bullet"/>
      <w:lvlText w:val=""/>
      <w:lvlJc w:val="left"/>
      <w:pPr>
        <w:ind w:left="5400" w:hanging="360"/>
      </w:pPr>
      <w:rPr>
        <w:rFonts w:ascii="Symbol" w:hAnsi="Symbol" w:hint="default"/>
      </w:rPr>
    </w:lvl>
    <w:lvl w:ilvl="7" w:tplc="5F36EE22">
      <w:start w:val="1"/>
      <w:numFmt w:val="bullet"/>
      <w:lvlText w:val="o"/>
      <w:lvlJc w:val="left"/>
      <w:pPr>
        <w:ind w:left="6120" w:hanging="360"/>
      </w:pPr>
      <w:rPr>
        <w:rFonts w:ascii="Courier New" w:hAnsi="Courier New" w:hint="default"/>
      </w:rPr>
    </w:lvl>
    <w:lvl w:ilvl="8" w:tplc="1D18877E">
      <w:start w:val="1"/>
      <w:numFmt w:val="bullet"/>
      <w:lvlText w:val=""/>
      <w:lvlJc w:val="left"/>
      <w:pPr>
        <w:ind w:left="6840" w:hanging="360"/>
      </w:pPr>
      <w:rPr>
        <w:rFonts w:ascii="Wingdings" w:hAnsi="Wingdings" w:hint="default"/>
      </w:rPr>
    </w:lvl>
  </w:abstractNum>
  <w:abstractNum w:abstractNumId="33" w15:restartNumberingAfterBreak="0">
    <w:nsid w:val="718546B5"/>
    <w:multiLevelType w:val="hybridMultilevel"/>
    <w:tmpl w:val="F7BA3616"/>
    <w:lvl w:ilvl="0" w:tplc="69C891EA">
      <w:start w:val="1"/>
      <w:numFmt w:val="bullet"/>
      <w:lvlText w:val="-"/>
      <w:lvlJc w:val="left"/>
      <w:pPr>
        <w:ind w:left="1080" w:hanging="360"/>
      </w:pPr>
      <w:rPr>
        <w:rFonts w:ascii="Aptos" w:hAnsi="Aptos" w:hint="default"/>
      </w:rPr>
    </w:lvl>
    <w:lvl w:ilvl="1" w:tplc="4A8C4E62">
      <w:start w:val="1"/>
      <w:numFmt w:val="bullet"/>
      <w:lvlText w:val="o"/>
      <w:lvlJc w:val="left"/>
      <w:pPr>
        <w:ind w:left="1800" w:hanging="360"/>
      </w:pPr>
      <w:rPr>
        <w:rFonts w:ascii="Courier New" w:hAnsi="Courier New" w:hint="default"/>
      </w:rPr>
    </w:lvl>
    <w:lvl w:ilvl="2" w:tplc="91281320">
      <w:start w:val="1"/>
      <w:numFmt w:val="bullet"/>
      <w:lvlText w:val=""/>
      <w:lvlJc w:val="left"/>
      <w:pPr>
        <w:ind w:left="2520" w:hanging="360"/>
      </w:pPr>
      <w:rPr>
        <w:rFonts w:ascii="Wingdings" w:hAnsi="Wingdings" w:hint="default"/>
      </w:rPr>
    </w:lvl>
    <w:lvl w:ilvl="3" w:tplc="13E69B46">
      <w:start w:val="1"/>
      <w:numFmt w:val="bullet"/>
      <w:lvlText w:val=""/>
      <w:lvlJc w:val="left"/>
      <w:pPr>
        <w:ind w:left="3240" w:hanging="360"/>
      </w:pPr>
      <w:rPr>
        <w:rFonts w:ascii="Symbol" w:hAnsi="Symbol" w:hint="default"/>
      </w:rPr>
    </w:lvl>
    <w:lvl w:ilvl="4" w:tplc="6B284A94">
      <w:start w:val="1"/>
      <w:numFmt w:val="bullet"/>
      <w:lvlText w:val="o"/>
      <w:lvlJc w:val="left"/>
      <w:pPr>
        <w:ind w:left="3960" w:hanging="360"/>
      </w:pPr>
      <w:rPr>
        <w:rFonts w:ascii="Courier New" w:hAnsi="Courier New" w:hint="default"/>
      </w:rPr>
    </w:lvl>
    <w:lvl w:ilvl="5" w:tplc="608687D8">
      <w:start w:val="1"/>
      <w:numFmt w:val="bullet"/>
      <w:lvlText w:val=""/>
      <w:lvlJc w:val="left"/>
      <w:pPr>
        <w:ind w:left="4680" w:hanging="360"/>
      </w:pPr>
      <w:rPr>
        <w:rFonts w:ascii="Wingdings" w:hAnsi="Wingdings" w:hint="default"/>
      </w:rPr>
    </w:lvl>
    <w:lvl w:ilvl="6" w:tplc="D338A2DA">
      <w:start w:val="1"/>
      <w:numFmt w:val="bullet"/>
      <w:lvlText w:val=""/>
      <w:lvlJc w:val="left"/>
      <w:pPr>
        <w:ind w:left="5400" w:hanging="360"/>
      </w:pPr>
      <w:rPr>
        <w:rFonts w:ascii="Symbol" w:hAnsi="Symbol" w:hint="default"/>
      </w:rPr>
    </w:lvl>
    <w:lvl w:ilvl="7" w:tplc="FDC61A42">
      <w:start w:val="1"/>
      <w:numFmt w:val="bullet"/>
      <w:lvlText w:val="o"/>
      <w:lvlJc w:val="left"/>
      <w:pPr>
        <w:ind w:left="6120" w:hanging="360"/>
      </w:pPr>
      <w:rPr>
        <w:rFonts w:ascii="Courier New" w:hAnsi="Courier New" w:hint="default"/>
      </w:rPr>
    </w:lvl>
    <w:lvl w:ilvl="8" w:tplc="DF6AA548">
      <w:start w:val="1"/>
      <w:numFmt w:val="bullet"/>
      <w:lvlText w:val=""/>
      <w:lvlJc w:val="left"/>
      <w:pPr>
        <w:ind w:left="6840" w:hanging="360"/>
      </w:pPr>
      <w:rPr>
        <w:rFonts w:ascii="Wingdings" w:hAnsi="Wingdings" w:hint="default"/>
      </w:rPr>
    </w:lvl>
  </w:abstractNum>
  <w:abstractNum w:abstractNumId="34" w15:restartNumberingAfterBreak="0">
    <w:nsid w:val="7E1F2FB1"/>
    <w:multiLevelType w:val="hybridMultilevel"/>
    <w:tmpl w:val="B502A220"/>
    <w:lvl w:ilvl="0" w:tplc="389872E0">
      <w:start w:val="1"/>
      <w:numFmt w:val="bullet"/>
      <w:lvlText w:val="-"/>
      <w:lvlJc w:val="left"/>
      <w:pPr>
        <w:ind w:left="1440" w:hanging="360"/>
      </w:pPr>
      <w:rPr>
        <w:rFonts w:ascii="Aptos" w:hAnsi="Aptos" w:hint="default"/>
      </w:rPr>
    </w:lvl>
    <w:lvl w:ilvl="1" w:tplc="6E3451A0">
      <w:start w:val="1"/>
      <w:numFmt w:val="bullet"/>
      <w:lvlText w:val="o"/>
      <w:lvlJc w:val="left"/>
      <w:pPr>
        <w:ind w:left="2160" w:hanging="360"/>
      </w:pPr>
      <w:rPr>
        <w:rFonts w:ascii="Courier New" w:hAnsi="Courier New" w:hint="default"/>
      </w:rPr>
    </w:lvl>
    <w:lvl w:ilvl="2" w:tplc="E33855D8">
      <w:start w:val="1"/>
      <w:numFmt w:val="bullet"/>
      <w:lvlText w:val=""/>
      <w:lvlJc w:val="left"/>
      <w:pPr>
        <w:ind w:left="2880" w:hanging="360"/>
      </w:pPr>
      <w:rPr>
        <w:rFonts w:ascii="Wingdings" w:hAnsi="Wingdings" w:hint="default"/>
      </w:rPr>
    </w:lvl>
    <w:lvl w:ilvl="3" w:tplc="CC6AA37A">
      <w:start w:val="1"/>
      <w:numFmt w:val="bullet"/>
      <w:lvlText w:val=""/>
      <w:lvlJc w:val="left"/>
      <w:pPr>
        <w:ind w:left="3600" w:hanging="360"/>
      </w:pPr>
      <w:rPr>
        <w:rFonts w:ascii="Symbol" w:hAnsi="Symbol" w:hint="default"/>
      </w:rPr>
    </w:lvl>
    <w:lvl w:ilvl="4" w:tplc="FEAA8E92">
      <w:start w:val="1"/>
      <w:numFmt w:val="bullet"/>
      <w:lvlText w:val="o"/>
      <w:lvlJc w:val="left"/>
      <w:pPr>
        <w:ind w:left="4320" w:hanging="360"/>
      </w:pPr>
      <w:rPr>
        <w:rFonts w:ascii="Courier New" w:hAnsi="Courier New" w:hint="default"/>
      </w:rPr>
    </w:lvl>
    <w:lvl w:ilvl="5" w:tplc="E47AD5CC">
      <w:start w:val="1"/>
      <w:numFmt w:val="bullet"/>
      <w:lvlText w:val=""/>
      <w:lvlJc w:val="left"/>
      <w:pPr>
        <w:ind w:left="5040" w:hanging="360"/>
      </w:pPr>
      <w:rPr>
        <w:rFonts w:ascii="Wingdings" w:hAnsi="Wingdings" w:hint="default"/>
      </w:rPr>
    </w:lvl>
    <w:lvl w:ilvl="6" w:tplc="70C23550">
      <w:start w:val="1"/>
      <w:numFmt w:val="bullet"/>
      <w:lvlText w:val=""/>
      <w:lvlJc w:val="left"/>
      <w:pPr>
        <w:ind w:left="5760" w:hanging="360"/>
      </w:pPr>
      <w:rPr>
        <w:rFonts w:ascii="Symbol" w:hAnsi="Symbol" w:hint="default"/>
      </w:rPr>
    </w:lvl>
    <w:lvl w:ilvl="7" w:tplc="A0CAF92C">
      <w:start w:val="1"/>
      <w:numFmt w:val="bullet"/>
      <w:lvlText w:val="o"/>
      <w:lvlJc w:val="left"/>
      <w:pPr>
        <w:ind w:left="6480" w:hanging="360"/>
      </w:pPr>
      <w:rPr>
        <w:rFonts w:ascii="Courier New" w:hAnsi="Courier New" w:hint="default"/>
      </w:rPr>
    </w:lvl>
    <w:lvl w:ilvl="8" w:tplc="C8F2A5A2">
      <w:start w:val="1"/>
      <w:numFmt w:val="bullet"/>
      <w:lvlText w:val=""/>
      <w:lvlJc w:val="left"/>
      <w:pPr>
        <w:ind w:left="7200" w:hanging="360"/>
      </w:pPr>
      <w:rPr>
        <w:rFonts w:ascii="Wingdings" w:hAnsi="Wingdings" w:hint="default"/>
      </w:rPr>
    </w:lvl>
  </w:abstractNum>
  <w:abstractNum w:abstractNumId="35" w15:restartNumberingAfterBreak="0">
    <w:nsid w:val="7F295FEA"/>
    <w:multiLevelType w:val="hybridMultilevel"/>
    <w:tmpl w:val="ECE8355A"/>
    <w:lvl w:ilvl="0" w:tplc="159C5C56">
      <w:start w:val="1"/>
      <w:numFmt w:val="bullet"/>
      <w:lvlText w:val="-"/>
      <w:lvlJc w:val="left"/>
      <w:pPr>
        <w:ind w:left="1080" w:hanging="360"/>
      </w:pPr>
      <w:rPr>
        <w:rFonts w:ascii="Aptos" w:hAnsi="Aptos" w:hint="default"/>
      </w:rPr>
    </w:lvl>
    <w:lvl w:ilvl="1" w:tplc="B9B4D008">
      <w:start w:val="1"/>
      <w:numFmt w:val="bullet"/>
      <w:lvlText w:val="o"/>
      <w:lvlJc w:val="left"/>
      <w:pPr>
        <w:ind w:left="1800" w:hanging="360"/>
      </w:pPr>
      <w:rPr>
        <w:rFonts w:ascii="Courier New" w:hAnsi="Courier New" w:hint="default"/>
      </w:rPr>
    </w:lvl>
    <w:lvl w:ilvl="2" w:tplc="5E82F466">
      <w:start w:val="1"/>
      <w:numFmt w:val="bullet"/>
      <w:lvlText w:val=""/>
      <w:lvlJc w:val="left"/>
      <w:pPr>
        <w:ind w:left="2520" w:hanging="360"/>
      </w:pPr>
      <w:rPr>
        <w:rFonts w:ascii="Wingdings" w:hAnsi="Wingdings" w:hint="default"/>
      </w:rPr>
    </w:lvl>
    <w:lvl w:ilvl="3" w:tplc="890295EC">
      <w:start w:val="1"/>
      <w:numFmt w:val="bullet"/>
      <w:lvlText w:val=""/>
      <w:lvlJc w:val="left"/>
      <w:pPr>
        <w:ind w:left="3240" w:hanging="360"/>
      </w:pPr>
      <w:rPr>
        <w:rFonts w:ascii="Symbol" w:hAnsi="Symbol" w:hint="default"/>
      </w:rPr>
    </w:lvl>
    <w:lvl w:ilvl="4" w:tplc="18FAB64E">
      <w:start w:val="1"/>
      <w:numFmt w:val="bullet"/>
      <w:lvlText w:val="o"/>
      <w:lvlJc w:val="left"/>
      <w:pPr>
        <w:ind w:left="3960" w:hanging="360"/>
      </w:pPr>
      <w:rPr>
        <w:rFonts w:ascii="Courier New" w:hAnsi="Courier New" w:hint="default"/>
      </w:rPr>
    </w:lvl>
    <w:lvl w:ilvl="5" w:tplc="6BEE134C">
      <w:start w:val="1"/>
      <w:numFmt w:val="bullet"/>
      <w:lvlText w:val=""/>
      <w:lvlJc w:val="left"/>
      <w:pPr>
        <w:ind w:left="4680" w:hanging="360"/>
      </w:pPr>
      <w:rPr>
        <w:rFonts w:ascii="Wingdings" w:hAnsi="Wingdings" w:hint="default"/>
      </w:rPr>
    </w:lvl>
    <w:lvl w:ilvl="6" w:tplc="AE4AFF3C">
      <w:start w:val="1"/>
      <w:numFmt w:val="bullet"/>
      <w:lvlText w:val=""/>
      <w:lvlJc w:val="left"/>
      <w:pPr>
        <w:ind w:left="5400" w:hanging="360"/>
      </w:pPr>
      <w:rPr>
        <w:rFonts w:ascii="Symbol" w:hAnsi="Symbol" w:hint="default"/>
      </w:rPr>
    </w:lvl>
    <w:lvl w:ilvl="7" w:tplc="35BA69DC">
      <w:start w:val="1"/>
      <w:numFmt w:val="bullet"/>
      <w:lvlText w:val="o"/>
      <w:lvlJc w:val="left"/>
      <w:pPr>
        <w:ind w:left="6120" w:hanging="360"/>
      </w:pPr>
      <w:rPr>
        <w:rFonts w:ascii="Courier New" w:hAnsi="Courier New" w:hint="default"/>
      </w:rPr>
    </w:lvl>
    <w:lvl w:ilvl="8" w:tplc="86DAD486">
      <w:start w:val="1"/>
      <w:numFmt w:val="bullet"/>
      <w:lvlText w:val=""/>
      <w:lvlJc w:val="left"/>
      <w:pPr>
        <w:ind w:left="6840" w:hanging="360"/>
      </w:pPr>
      <w:rPr>
        <w:rFonts w:ascii="Wingdings" w:hAnsi="Wingdings" w:hint="default"/>
      </w:rPr>
    </w:lvl>
  </w:abstractNum>
  <w:num w:numId="1" w16cid:durableId="446042461">
    <w:abstractNumId w:val="26"/>
  </w:num>
  <w:num w:numId="2" w16cid:durableId="1124349436">
    <w:abstractNumId w:val="10"/>
  </w:num>
  <w:num w:numId="3" w16cid:durableId="1775706509">
    <w:abstractNumId w:val="11"/>
  </w:num>
  <w:num w:numId="4" w16cid:durableId="210653623">
    <w:abstractNumId w:val="14"/>
  </w:num>
  <w:num w:numId="5" w16cid:durableId="1174033910">
    <w:abstractNumId w:val="31"/>
  </w:num>
  <w:num w:numId="6" w16cid:durableId="762729948">
    <w:abstractNumId w:val="17"/>
  </w:num>
  <w:num w:numId="7" w16cid:durableId="2054889327">
    <w:abstractNumId w:val="33"/>
  </w:num>
  <w:num w:numId="8" w16cid:durableId="1881432098">
    <w:abstractNumId w:val="32"/>
  </w:num>
  <w:num w:numId="9" w16cid:durableId="1937904552">
    <w:abstractNumId w:val="35"/>
  </w:num>
  <w:num w:numId="10" w16cid:durableId="649217715">
    <w:abstractNumId w:val="18"/>
  </w:num>
  <w:num w:numId="11" w16cid:durableId="588317622">
    <w:abstractNumId w:val="34"/>
  </w:num>
  <w:num w:numId="12" w16cid:durableId="526717614">
    <w:abstractNumId w:val="12"/>
  </w:num>
  <w:num w:numId="13" w16cid:durableId="311182804">
    <w:abstractNumId w:val="8"/>
  </w:num>
  <w:num w:numId="14" w16cid:durableId="189225642">
    <w:abstractNumId w:val="29"/>
  </w:num>
  <w:num w:numId="15" w16cid:durableId="572010671">
    <w:abstractNumId w:val="13"/>
  </w:num>
  <w:num w:numId="16" w16cid:durableId="825130571">
    <w:abstractNumId w:val="30"/>
  </w:num>
  <w:num w:numId="17" w16cid:durableId="1445225542">
    <w:abstractNumId w:val="23"/>
  </w:num>
  <w:num w:numId="18" w16cid:durableId="1413505477">
    <w:abstractNumId w:val="6"/>
  </w:num>
  <w:num w:numId="19" w16cid:durableId="1292978290">
    <w:abstractNumId w:val="22"/>
  </w:num>
  <w:num w:numId="20" w16cid:durableId="1066759678">
    <w:abstractNumId w:val="25"/>
  </w:num>
  <w:num w:numId="21" w16cid:durableId="344863506">
    <w:abstractNumId w:val="9"/>
  </w:num>
  <w:num w:numId="22" w16cid:durableId="1133716050">
    <w:abstractNumId w:val="21"/>
  </w:num>
  <w:num w:numId="23" w16cid:durableId="118764585">
    <w:abstractNumId w:val="24"/>
  </w:num>
  <w:num w:numId="24" w16cid:durableId="1735081677">
    <w:abstractNumId w:val="7"/>
  </w:num>
  <w:num w:numId="25" w16cid:durableId="1356884391">
    <w:abstractNumId w:val="20"/>
  </w:num>
  <w:num w:numId="26" w16cid:durableId="1767768530">
    <w:abstractNumId w:val="19"/>
  </w:num>
  <w:num w:numId="27" w16cid:durableId="1889142942">
    <w:abstractNumId w:val="16"/>
  </w:num>
  <w:num w:numId="28" w16cid:durableId="465659654">
    <w:abstractNumId w:val="27"/>
  </w:num>
  <w:num w:numId="29" w16cid:durableId="350692810">
    <w:abstractNumId w:val="15"/>
  </w:num>
  <w:num w:numId="30" w16cid:durableId="1547333301">
    <w:abstractNumId w:val="28"/>
  </w:num>
  <w:num w:numId="31" w16cid:durableId="1031876210">
    <w:abstractNumId w:val="0"/>
  </w:num>
  <w:num w:numId="32" w16cid:durableId="1065836134">
    <w:abstractNumId w:val="5"/>
  </w:num>
  <w:num w:numId="33" w16cid:durableId="1377854886">
    <w:abstractNumId w:val="3"/>
  </w:num>
  <w:num w:numId="34" w16cid:durableId="1736315331">
    <w:abstractNumId w:val="4"/>
  </w:num>
  <w:num w:numId="35" w16cid:durableId="647438901">
    <w:abstractNumId w:val="1"/>
  </w:num>
  <w:num w:numId="36" w16cid:durableId="922952672">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5671"/>
    <w:rsid w:val="00013A84"/>
    <w:rsid w:val="00033ADA"/>
    <w:rsid w:val="00034616"/>
    <w:rsid w:val="00035CCA"/>
    <w:rsid w:val="00035EE1"/>
    <w:rsid w:val="00036896"/>
    <w:rsid w:val="000461E1"/>
    <w:rsid w:val="0004655E"/>
    <w:rsid w:val="0005581B"/>
    <w:rsid w:val="0006063C"/>
    <w:rsid w:val="00071BA2"/>
    <w:rsid w:val="0007349E"/>
    <w:rsid w:val="00093A9E"/>
    <w:rsid w:val="00094306"/>
    <w:rsid w:val="00095B51"/>
    <w:rsid w:val="00096529"/>
    <w:rsid w:val="00097E2D"/>
    <w:rsid w:val="000C024D"/>
    <w:rsid w:val="000C140E"/>
    <w:rsid w:val="000C19A9"/>
    <w:rsid w:val="000D286F"/>
    <w:rsid w:val="000D6708"/>
    <w:rsid w:val="000E3006"/>
    <w:rsid w:val="000F15DB"/>
    <w:rsid w:val="000F6F8C"/>
    <w:rsid w:val="000F7A51"/>
    <w:rsid w:val="00111FBC"/>
    <w:rsid w:val="00114FD6"/>
    <w:rsid w:val="00117735"/>
    <w:rsid w:val="001373D8"/>
    <w:rsid w:val="00137AEA"/>
    <w:rsid w:val="001427B7"/>
    <w:rsid w:val="0015074B"/>
    <w:rsid w:val="00170569"/>
    <w:rsid w:val="00181B30"/>
    <w:rsid w:val="00185569"/>
    <w:rsid w:val="001A1319"/>
    <w:rsid w:val="001C1DDE"/>
    <w:rsid w:val="001D0CE3"/>
    <w:rsid w:val="001D3B66"/>
    <w:rsid w:val="001E3416"/>
    <w:rsid w:val="001F3D8D"/>
    <w:rsid w:val="00207AED"/>
    <w:rsid w:val="00216D6E"/>
    <w:rsid w:val="00221124"/>
    <w:rsid w:val="0022667D"/>
    <w:rsid w:val="0023774E"/>
    <w:rsid w:val="002404EA"/>
    <w:rsid w:val="00254D29"/>
    <w:rsid w:val="00257B14"/>
    <w:rsid w:val="00261606"/>
    <w:rsid w:val="00261C62"/>
    <w:rsid w:val="00276E19"/>
    <w:rsid w:val="002872DF"/>
    <w:rsid w:val="00293FF5"/>
    <w:rsid w:val="002954F5"/>
    <w:rsid w:val="0029639D"/>
    <w:rsid w:val="00296A23"/>
    <w:rsid w:val="00297BBE"/>
    <w:rsid w:val="002C6170"/>
    <w:rsid w:val="002D0361"/>
    <w:rsid w:val="002D6CCA"/>
    <w:rsid w:val="002E695E"/>
    <w:rsid w:val="0030413D"/>
    <w:rsid w:val="003043C0"/>
    <w:rsid w:val="00311CBA"/>
    <w:rsid w:val="00316B33"/>
    <w:rsid w:val="00326F90"/>
    <w:rsid w:val="00330A19"/>
    <w:rsid w:val="00353E7E"/>
    <w:rsid w:val="00387B83"/>
    <w:rsid w:val="00392E2A"/>
    <w:rsid w:val="003934E9"/>
    <w:rsid w:val="003C1BDE"/>
    <w:rsid w:val="003C74C2"/>
    <w:rsid w:val="003D13E9"/>
    <w:rsid w:val="003D710C"/>
    <w:rsid w:val="003E0932"/>
    <w:rsid w:val="003E16E0"/>
    <w:rsid w:val="003E6C53"/>
    <w:rsid w:val="003F0BA3"/>
    <w:rsid w:val="003F6EA1"/>
    <w:rsid w:val="00404592"/>
    <w:rsid w:val="00412875"/>
    <w:rsid w:val="00413622"/>
    <w:rsid w:val="00447240"/>
    <w:rsid w:val="0045478A"/>
    <w:rsid w:val="0047663E"/>
    <w:rsid w:val="00483416"/>
    <w:rsid w:val="0049362C"/>
    <w:rsid w:val="0049443A"/>
    <w:rsid w:val="004967AD"/>
    <w:rsid w:val="004A037D"/>
    <w:rsid w:val="004A094A"/>
    <w:rsid w:val="004A3A68"/>
    <w:rsid w:val="004B652B"/>
    <w:rsid w:val="004C2488"/>
    <w:rsid w:val="004C426D"/>
    <w:rsid w:val="004C5833"/>
    <w:rsid w:val="004D395E"/>
    <w:rsid w:val="004D512B"/>
    <w:rsid w:val="004E4A3B"/>
    <w:rsid w:val="004F206F"/>
    <w:rsid w:val="004F77F9"/>
    <w:rsid w:val="00500042"/>
    <w:rsid w:val="00502E96"/>
    <w:rsid w:val="00513091"/>
    <w:rsid w:val="00515731"/>
    <w:rsid w:val="005162D8"/>
    <w:rsid w:val="00533FF3"/>
    <w:rsid w:val="00542F08"/>
    <w:rsid w:val="00543BFA"/>
    <w:rsid w:val="00546D23"/>
    <w:rsid w:val="00552191"/>
    <w:rsid w:val="00564D17"/>
    <w:rsid w:val="005672DA"/>
    <w:rsid w:val="0057336B"/>
    <w:rsid w:val="00582A1C"/>
    <w:rsid w:val="00583DBC"/>
    <w:rsid w:val="00585C16"/>
    <w:rsid w:val="00586D0D"/>
    <w:rsid w:val="005879EC"/>
    <w:rsid w:val="00594DB2"/>
    <w:rsid w:val="005A775A"/>
    <w:rsid w:val="005B7F25"/>
    <w:rsid w:val="005C317B"/>
    <w:rsid w:val="005D21F8"/>
    <w:rsid w:val="005D688C"/>
    <w:rsid w:val="005E23AD"/>
    <w:rsid w:val="005E3784"/>
    <w:rsid w:val="005E39E0"/>
    <w:rsid w:val="005E3A3C"/>
    <w:rsid w:val="005F58E7"/>
    <w:rsid w:val="006119C9"/>
    <w:rsid w:val="00613AB4"/>
    <w:rsid w:val="00616C85"/>
    <w:rsid w:val="00633E92"/>
    <w:rsid w:val="00640ED2"/>
    <w:rsid w:val="00642E7D"/>
    <w:rsid w:val="00647E44"/>
    <w:rsid w:val="006B2F4D"/>
    <w:rsid w:val="006E04A4"/>
    <w:rsid w:val="006F198B"/>
    <w:rsid w:val="006F44AF"/>
    <w:rsid w:val="006F5B5D"/>
    <w:rsid w:val="007055B5"/>
    <w:rsid w:val="00715231"/>
    <w:rsid w:val="00716C12"/>
    <w:rsid w:val="00731118"/>
    <w:rsid w:val="007350BC"/>
    <w:rsid w:val="007351C6"/>
    <w:rsid w:val="00740BC4"/>
    <w:rsid w:val="00756AF9"/>
    <w:rsid w:val="00772B13"/>
    <w:rsid w:val="007763AF"/>
    <w:rsid w:val="0079238E"/>
    <w:rsid w:val="00793384"/>
    <w:rsid w:val="00794F53"/>
    <w:rsid w:val="00795B0D"/>
    <w:rsid w:val="007A52DC"/>
    <w:rsid w:val="007A709F"/>
    <w:rsid w:val="007B2F08"/>
    <w:rsid w:val="007B7949"/>
    <w:rsid w:val="007C2872"/>
    <w:rsid w:val="007C781B"/>
    <w:rsid w:val="007C7864"/>
    <w:rsid w:val="007D713A"/>
    <w:rsid w:val="007E1046"/>
    <w:rsid w:val="007E3C1D"/>
    <w:rsid w:val="007E47B8"/>
    <w:rsid w:val="007E580E"/>
    <w:rsid w:val="007E6756"/>
    <w:rsid w:val="007F646B"/>
    <w:rsid w:val="00802490"/>
    <w:rsid w:val="008058EE"/>
    <w:rsid w:val="00805C0E"/>
    <w:rsid w:val="008264DF"/>
    <w:rsid w:val="00835DE9"/>
    <w:rsid w:val="00841C88"/>
    <w:rsid w:val="0085073E"/>
    <w:rsid w:val="00855A46"/>
    <w:rsid w:val="00855E91"/>
    <w:rsid w:val="00860FA7"/>
    <w:rsid w:val="00864C7D"/>
    <w:rsid w:val="0086656F"/>
    <w:rsid w:val="0089409F"/>
    <w:rsid w:val="00896228"/>
    <w:rsid w:val="008A1EAD"/>
    <w:rsid w:val="008A2836"/>
    <w:rsid w:val="008B4AAE"/>
    <w:rsid w:val="008C6399"/>
    <w:rsid w:val="008D45F4"/>
    <w:rsid w:val="008E11B0"/>
    <w:rsid w:val="008E2584"/>
    <w:rsid w:val="008F15E2"/>
    <w:rsid w:val="0090666E"/>
    <w:rsid w:val="009122D6"/>
    <w:rsid w:val="00913DC5"/>
    <w:rsid w:val="00933646"/>
    <w:rsid w:val="009423E2"/>
    <w:rsid w:val="00945B84"/>
    <w:rsid w:val="00970023"/>
    <w:rsid w:val="00976F1D"/>
    <w:rsid w:val="00981F3F"/>
    <w:rsid w:val="00985A06"/>
    <w:rsid w:val="00987055"/>
    <w:rsid w:val="00987728"/>
    <w:rsid w:val="00992F40"/>
    <w:rsid w:val="00993E1A"/>
    <w:rsid w:val="0099766D"/>
    <w:rsid w:val="009A30A1"/>
    <w:rsid w:val="009A4A4C"/>
    <w:rsid w:val="009A591F"/>
    <w:rsid w:val="009C6721"/>
    <w:rsid w:val="009E35E4"/>
    <w:rsid w:val="009E5927"/>
    <w:rsid w:val="009F0B20"/>
    <w:rsid w:val="009F3A6E"/>
    <w:rsid w:val="00A02C50"/>
    <w:rsid w:val="00A10EDF"/>
    <w:rsid w:val="00A21ACF"/>
    <w:rsid w:val="00A25FA5"/>
    <w:rsid w:val="00A36DC3"/>
    <w:rsid w:val="00A37A1D"/>
    <w:rsid w:val="00A53783"/>
    <w:rsid w:val="00A62450"/>
    <w:rsid w:val="00A62A95"/>
    <w:rsid w:val="00A6440B"/>
    <w:rsid w:val="00A71BA7"/>
    <w:rsid w:val="00A74248"/>
    <w:rsid w:val="00AA1D8D"/>
    <w:rsid w:val="00AA5344"/>
    <w:rsid w:val="00AB108B"/>
    <w:rsid w:val="00AC5E7E"/>
    <w:rsid w:val="00AE252A"/>
    <w:rsid w:val="00AF75EB"/>
    <w:rsid w:val="00B0222F"/>
    <w:rsid w:val="00B124C8"/>
    <w:rsid w:val="00B414C8"/>
    <w:rsid w:val="00B42B66"/>
    <w:rsid w:val="00B432C5"/>
    <w:rsid w:val="00B448B8"/>
    <w:rsid w:val="00B47730"/>
    <w:rsid w:val="00B57645"/>
    <w:rsid w:val="00B71685"/>
    <w:rsid w:val="00B918F9"/>
    <w:rsid w:val="00BD152D"/>
    <w:rsid w:val="00BD7E06"/>
    <w:rsid w:val="00BE5378"/>
    <w:rsid w:val="00BF1967"/>
    <w:rsid w:val="00BF2EEE"/>
    <w:rsid w:val="00BF2F63"/>
    <w:rsid w:val="00BF5D46"/>
    <w:rsid w:val="00C021E7"/>
    <w:rsid w:val="00C02C74"/>
    <w:rsid w:val="00C04A3E"/>
    <w:rsid w:val="00C07F5E"/>
    <w:rsid w:val="00C104EA"/>
    <w:rsid w:val="00C14D0A"/>
    <w:rsid w:val="00C5363D"/>
    <w:rsid w:val="00C53D44"/>
    <w:rsid w:val="00C5538F"/>
    <w:rsid w:val="00C6063A"/>
    <w:rsid w:val="00C745CF"/>
    <w:rsid w:val="00C75CE1"/>
    <w:rsid w:val="00C80EDF"/>
    <w:rsid w:val="00C81FDC"/>
    <w:rsid w:val="00C85065"/>
    <w:rsid w:val="00C929CB"/>
    <w:rsid w:val="00CA36BD"/>
    <w:rsid w:val="00CB0664"/>
    <w:rsid w:val="00CC490B"/>
    <w:rsid w:val="00CC5717"/>
    <w:rsid w:val="00CD1FB3"/>
    <w:rsid w:val="00CD234E"/>
    <w:rsid w:val="00CF028B"/>
    <w:rsid w:val="00CF19D9"/>
    <w:rsid w:val="00D05BA9"/>
    <w:rsid w:val="00D1127F"/>
    <w:rsid w:val="00D15183"/>
    <w:rsid w:val="00D17E7F"/>
    <w:rsid w:val="00D22BC7"/>
    <w:rsid w:val="00D37E0C"/>
    <w:rsid w:val="00D43735"/>
    <w:rsid w:val="00D63C2A"/>
    <w:rsid w:val="00D73426"/>
    <w:rsid w:val="00D756F3"/>
    <w:rsid w:val="00D803AD"/>
    <w:rsid w:val="00DA1879"/>
    <w:rsid w:val="00DC2009"/>
    <w:rsid w:val="00DC4DC1"/>
    <w:rsid w:val="00DD3618"/>
    <w:rsid w:val="00DD5BD8"/>
    <w:rsid w:val="00DE68A4"/>
    <w:rsid w:val="00DE7972"/>
    <w:rsid w:val="00DF3B96"/>
    <w:rsid w:val="00DF42B7"/>
    <w:rsid w:val="00DF7BF0"/>
    <w:rsid w:val="00E10E0F"/>
    <w:rsid w:val="00E2675D"/>
    <w:rsid w:val="00E3408F"/>
    <w:rsid w:val="00E37E62"/>
    <w:rsid w:val="00E428FE"/>
    <w:rsid w:val="00E43D0E"/>
    <w:rsid w:val="00E45404"/>
    <w:rsid w:val="00E5234E"/>
    <w:rsid w:val="00E52D43"/>
    <w:rsid w:val="00E74E83"/>
    <w:rsid w:val="00E81506"/>
    <w:rsid w:val="00E82616"/>
    <w:rsid w:val="00E8708A"/>
    <w:rsid w:val="00E9315E"/>
    <w:rsid w:val="00E934C0"/>
    <w:rsid w:val="00E96B15"/>
    <w:rsid w:val="00EA2F13"/>
    <w:rsid w:val="00EA633C"/>
    <w:rsid w:val="00EC23A3"/>
    <w:rsid w:val="00EC4245"/>
    <w:rsid w:val="00EC4D30"/>
    <w:rsid w:val="00ED1189"/>
    <w:rsid w:val="00EE152A"/>
    <w:rsid w:val="00EF5F54"/>
    <w:rsid w:val="00F02551"/>
    <w:rsid w:val="00F0387A"/>
    <w:rsid w:val="00F057E9"/>
    <w:rsid w:val="00F14D73"/>
    <w:rsid w:val="00F3419C"/>
    <w:rsid w:val="00F7291A"/>
    <w:rsid w:val="00F72D53"/>
    <w:rsid w:val="00F813E5"/>
    <w:rsid w:val="00F83A90"/>
    <w:rsid w:val="00F86463"/>
    <w:rsid w:val="00F90554"/>
    <w:rsid w:val="00F94DB0"/>
    <w:rsid w:val="00FA4689"/>
    <w:rsid w:val="00FA4D5F"/>
    <w:rsid w:val="00FA58B2"/>
    <w:rsid w:val="00FB13A7"/>
    <w:rsid w:val="00FB3809"/>
    <w:rsid w:val="00FB7DD9"/>
    <w:rsid w:val="00FC2932"/>
    <w:rsid w:val="00FC5359"/>
    <w:rsid w:val="00FC693F"/>
    <w:rsid w:val="00FD1DF0"/>
    <w:rsid w:val="00FD7D4F"/>
    <w:rsid w:val="00FE2AC5"/>
    <w:rsid w:val="00FE42F2"/>
    <w:rsid w:val="00FE7B46"/>
    <w:rsid w:val="00FF1A1F"/>
    <w:rsid w:val="01183D21"/>
    <w:rsid w:val="052E55B8"/>
    <w:rsid w:val="05CF29BA"/>
    <w:rsid w:val="0686A387"/>
    <w:rsid w:val="06C6BB7C"/>
    <w:rsid w:val="074A2075"/>
    <w:rsid w:val="07510F15"/>
    <w:rsid w:val="091B49D4"/>
    <w:rsid w:val="091CAFC7"/>
    <w:rsid w:val="0ABA0F30"/>
    <w:rsid w:val="0B094A7B"/>
    <w:rsid w:val="0BD60364"/>
    <w:rsid w:val="0BE8F692"/>
    <w:rsid w:val="0C0CAAD7"/>
    <w:rsid w:val="0C37A3BC"/>
    <w:rsid w:val="0D374801"/>
    <w:rsid w:val="0E540E27"/>
    <w:rsid w:val="0F216B3A"/>
    <w:rsid w:val="0F52D1F9"/>
    <w:rsid w:val="119D23FB"/>
    <w:rsid w:val="134DEEDE"/>
    <w:rsid w:val="1410B1B4"/>
    <w:rsid w:val="144B49D4"/>
    <w:rsid w:val="17359CBF"/>
    <w:rsid w:val="1773E95F"/>
    <w:rsid w:val="179D808D"/>
    <w:rsid w:val="187C8C87"/>
    <w:rsid w:val="1961FE19"/>
    <w:rsid w:val="197BC656"/>
    <w:rsid w:val="197F4ED3"/>
    <w:rsid w:val="1A2275B5"/>
    <w:rsid w:val="1A892DB4"/>
    <w:rsid w:val="1D6B19A3"/>
    <w:rsid w:val="1DA32ED2"/>
    <w:rsid w:val="1F91FCBA"/>
    <w:rsid w:val="2067B666"/>
    <w:rsid w:val="20793C9D"/>
    <w:rsid w:val="20F321D8"/>
    <w:rsid w:val="21B748B7"/>
    <w:rsid w:val="21C8778F"/>
    <w:rsid w:val="229C0FA6"/>
    <w:rsid w:val="22DA7D9B"/>
    <w:rsid w:val="2424385C"/>
    <w:rsid w:val="261235F4"/>
    <w:rsid w:val="262AD5F9"/>
    <w:rsid w:val="279FAC98"/>
    <w:rsid w:val="27A4699F"/>
    <w:rsid w:val="27F78BDA"/>
    <w:rsid w:val="289B8B31"/>
    <w:rsid w:val="2A0B99B8"/>
    <w:rsid w:val="2A8CFD64"/>
    <w:rsid w:val="2B92317E"/>
    <w:rsid w:val="2C077925"/>
    <w:rsid w:val="2C4E5265"/>
    <w:rsid w:val="2CE5E467"/>
    <w:rsid w:val="2D0C0DE5"/>
    <w:rsid w:val="2D62552A"/>
    <w:rsid w:val="2DA85CF0"/>
    <w:rsid w:val="2E818906"/>
    <w:rsid w:val="2FE4991A"/>
    <w:rsid w:val="300CFE6B"/>
    <w:rsid w:val="302E850C"/>
    <w:rsid w:val="3118CB28"/>
    <w:rsid w:val="313AD757"/>
    <w:rsid w:val="31C2168D"/>
    <w:rsid w:val="33654B6C"/>
    <w:rsid w:val="34CC5238"/>
    <w:rsid w:val="3657C8F2"/>
    <w:rsid w:val="383A058B"/>
    <w:rsid w:val="3871CEED"/>
    <w:rsid w:val="38E88106"/>
    <w:rsid w:val="3A923F22"/>
    <w:rsid w:val="3B757065"/>
    <w:rsid w:val="3BD660E4"/>
    <w:rsid w:val="3C2085EE"/>
    <w:rsid w:val="3C33707A"/>
    <w:rsid w:val="3D5107A7"/>
    <w:rsid w:val="3E059743"/>
    <w:rsid w:val="3E4B8135"/>
    <w:rsid w:val="3F56C2CC"/>
    <w:rsid w:val="40AB1E3F"/>
    <w:rsid w:val="42005FA7"/>
    <w:rsid w:val="43B0DDD3"/>
    <w:rsid w:val="44A9D5A6"/>
    <w:rsid w:val="44C2E354"/>
    <w:rsid w:val="473390C7"/>
    <w:rsid w:val="49E73FB1"/>
    <w:rsid w:val="4A2D9EA2"/>
    <w:rsid w:val="4AA8B311"/>
    <w:rsid w:val="4BC598F8"/>
    <w:rsid w:val="4C34ED73"/>
    <w:rsid w:val="4C3B5794"/>
    <w:rsid w:val="4C870BF6"/>
    <w:rsid w:val="4DBEF1F0"/>
    <w:rsid w:val="4E71F334"/>
    <w:rsid w:val="4F792429"/>
    <w:rsid w:val="51633DDB"/>
    <w:rsid w:val="5214B032"/>
    <w:rsid w:val="5387C24A"/>
    <w:rsid w:val="544A0BA6"/>
    <w:rsid w:val="56EED68E"/>
    <w:rsid w:val="57D85AF2"/>
    <w:rsid w:val="57E94615"/>
    <w:rsid w:val="5966DA17"/>
    <w:rsid w:val="59A9FDD4"/>
    <w:rsid w:val="5BF8C374"/>
    <w:rsid w:val="5C386444"/>
    <w:rsid w:val="5C3A50F2"/>
    <w:rsid w:val="5EF0D653"/>
    <w:rsid w:val="5EFD3A76"/>
    <w:rsid w:val="5FD4B755"/>
    <w:rsid w:val="5FEA8F8E"/>
    <w:rsid w:val="60FEC350"/>
    <w:rsid w:val="61B62213"/>
    <w:rsid w:val="6313B2CF"/>
    <w:rsid w:val="6424572E"/>
    <w:rsid w:val="64FAA61A"/>
    <w:rsid w:val="65171CB1"/>
    <w:rsid w:val="65362C23"/>
    <w:rsid w:val="65542D19"/>
    <w:rsid w:val="6641EE95"/>
    <w:rsid w:val="678DB567"/>
    <w:rsid w:val="68AD550D"/>
    <w:rsid w:val="6994FE34"/>
    <w:rsid w:val="6BFD245A"/>
    <w:rsid w:val="6CE5916C"/>
    <w:rsid w:val="6CEB2EE6"/>
    <w:rsid w:val="6F64B442"/>
    <w:rsid w:val="6FB4EB38"/>
    <w:rsid w:val="6FD3D83C"/>
    <w:rsid w:val="7144250E"/>
    <w:rsid w:val="73384591"/>
    <w:rsid w:val="733BC067"/>
    <w:rsid w:val="73D9763B"/>
    <w:rsid w:val="740870CE"/>
    <w:rsid w:val="74CE95D5"/>
    <w:rsid w:val="757B250E"/>
    <w:rsid w:val="75CA0D30"/>
    <w:rsid w:val="779D81F7"/>
    <w:rsid w:val="78BF338E"/>
    <w:rsid w:val="7A51D6BA"/>
    <w:rsid w:val="7A851A8C"/>
    <w:rsid w:val="7A8C7F83"/>
    <w:rsid w:val="7ABE0803"/>
    <w:rsid w:val="7ADA2931"/>
    <w:rsid w:val="7C0DBC24"/>
    <w:rsid w:val="7C36B587"/>
    <w:rsid w:val="7C9E8AE2"/>
    <w:rsid w:val="7E0AC4E4"/>
    <w:rsid w:val="7E3C4015"/>
    <w:rsid w:val="7E3F9C27"/>
    <w:rsid w:val="7ECCAB57"/>
    <w:rsid w:val="7F0E2B17"/>
    <w:rsid w:val="7F104144"/>
    <w:rsid w:val="7F382C8E"/>
    <w:rsid w:val="7FCCFB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CA5963"/>
  <w14:defaultImageDpi w14:val="300"/>
  <w15:docId w15:val="{5F278F8D-DEC6-49A2-BB64-3229D74A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32"/>
      </w:numPr>
      <w:contextualSpacing/>
    </w:pPr>
  </w:style>
  <w:style w:type="paragraph" w:styleId="ListBullet2">
    <w:name w:val="List Bullet 2"/>
    <w:basedOn w:val="Normal"/>
    <w:uiPriority w:val="99"/>
    <w:unhideWhenUsed/>
    <w:rsid w:val="00326F90"/>
    <w:pPr>
      <w:numPr>
        <w:numId w:val="33"/>
      </w:numPr>
      <w:contextualSpacing/>
    </w:pPr>
  </w:style>
  <w:style w:type="paragraph" w:styleId="ListBullet3">
    <w:name w:val="List Bullet 3"/>
    <w:basedOn w:val="Normal"/>
    <w:uiPriority w:val="99"/>
    <w:unhideWhenUsed/>
    <w:rsid w:val="00326F90"/>
    <w:pPr>
      <w:numPr>
        <w:numId w:val="36"/>
      </w:numPr>
      <w:contextualSpacing/>
    </w:pPr>
  </w:style>
  <w:style w:type="paragraph" w:styleId="ListNumber">
    <w:name w:val="List Number"/>
    <w:basedOn w:val="Normal"/>
    <w:uiPriority w:val="99"/>
    <w:unhideWhenUsed/>
    <w:rsid w:val="00326F90"/>
    <w:pPr>
      <w:numPr>
        <w:numId w:val="34"/>
      </w:numPr>
      <w:contextualSpacing/>
    </w:pPr>
  </w:style>
  <w:style w:type="paragraph" w:styleId="ListNumber2">
    <w:name w:val="List Number 2"/>
    <w:basedOn w:val="Normal"/>
    <w:uiPriority w:val="99"/>
    <w:unhideWhenUsed/>
    <w:rsid w:val="0029639D"/>
    <w:pPr>
      <w:numPr>
        <w:numId w:val="35"/>
      </w:numPr>
      <w:contextualSpacing/>
    </w:pPr>
  </w:style>
  <w:style w:type="paragraph" w:styleId="ListNumber3">
    <w:name w:val="List Number 3"/>
    <w:basedOn w:val="Normal"/>
    <w:uiPriority w:val="99"/>
    <w:unhideWhenUsed/>
    <w:rsid w:val="0029639D"/>
    <w:pPr>
      <w:numPr>
        <w:numId w:val="3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emplateTitle">
    <w:name w:val="TemplateTitle"/>
    <w:rPr>
      <w:rFonts w:ascii="Times New Roman" w:eastAsia="Times New Roman" w:hAnsi="Times New Roman"/>
      <w:b/>
      <w:color w:val="1F4E79"/>
      <w:sz w:val="40"/>
    </w:rPr>
  </w:style>
  <w:style w:type="paragraph" w:customStyle="1" w:styleId="SectionHeading">
    <w:name w:val="SectionHeading"/>
    <w:rPr>
      <w:rFonts w:ascii="Times New Roman" w:eastAsia="Times New Roman" w:hAnsi="Times New Roman"/>
      <w:b/>
      <w:color w:val="1F4E79"/>
      <w:sz w:val="30"/>
    </w:rPr>
  </w:style>
  <w:style w:type="paragraph" w:customStyle="1" w:styleId="QuestionHeading">
    <w:name w:val="QuestionHeading"/>
    <w:rPr>
      <w:rFonts w:ascii="Times New Roman" w:eastAsia="Times New Roman" w:hAnsi="Times New Roman"/>
      <w:b/>
      <w:color w:val="000000"/>
      <w:sz w:val="24"/>
    </w:rPr>
  </w:style>
  <w:style w:type="paragraph" w:customStyle="1" w:styleId="SmallNote">
    <w:name w:val="SmallNote"/>
    <w:rPr>
      <w:rFonts w:ascii="Times New Roman" w:eastAsia="Times New Roman" w:hAnsi="Times New Roman"/>
      <w:color w:val="555555"/>
      <w:sz w:val="20"/>
    </w:rPr>
  </w:style>
  <w:style w:type="character" w:styleId="Hyperlink">
    <w:name w:val="Hyperlink"/>
    <w:basedOn w:val="DefaultParagraphFont"/>
    <w:uiPriority w:val="99"/>
    <w:unhideWhenUsed/>
    <w:rsid w:val="00DD36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4mylTmx4bo" TargetMode="External"/><Relationship Id="rId3" Type="http://schemas.openxmlformats.org/officeDocument/2006/relationships/settings" Target="settings.xml"/><Relationship Id="rId7" Type="http://schemas.openxmlformats.org/officeDocument/2006/relationships/hyperlink" Target="https://www.youtube.com/watch?v=Pv5-EZTBUYk&amp;utm_source=chatgpt.com" TargetMode="External"/><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mathworks.com/products/matlab.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18</Pages>
  <Words>3466</Words>
  <Characters>19761</Characters>
  <Application>Microsoft Office Word</Application>
  <DocSecurity>0</DocSecurity>
  <Lines>164</Lines>
  <Paragraphs>46</Paragraphs>
  <ScaleCrop>false</ScaleCrop>
  <Manager/>
  <Company/>
  <LinksUpToDate>false</LinksUpToDate>
  <CharactersWithSpaces>23181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Homework Template - Non-Programming</dc:title>
  <dc:subject>Group homework answer template</dc:subject>
  <dc:creator>Dương Tùng</dc:creator>
  <cp:keywords>software engineering, homework, template, non-programming</cp:keywords>
  <dc:description>generated by python-docx</dc:description>
  <cp:lastModifiedBy>Dương Tùng</cp:lastModifiedBy>
  <cp:revision>99</cp:revision>
  <dcterms:created xsi:type="dcterms:W3CDTF">2026-04-25T16:26:00Z</dcterms:created>
  <dcterms:modified xsi:type="dcterms:W3CDTF">2026-06-16T05:00:00Z</dcterms:modified>
  <cp:category/>
</cp:coreProperties>
</file>