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FE1440" w14:textId="77777777" w:rsidR="00CD622C" w:rsidRDefault="00000000">
      <w:pPr>
        <w:spacing w:after="120"/>
        <w:jc w:val="center"/>
      </w:pPr>
      <w:r>
        <w:rPr>
          <w:rFonts w:ascii="Calibri" w:hAnsi="Calibri"/>
          <w:b/>
          <w:sz w:val="36"/>
        </w:rPr>
        <w:t>Jay Prakash</w:t>
      </w:r>
    </w:p>
    <w:p w14:paraId="575BA4E7" w14:textId="77777777" w:rsidR="00CD622C" w:rsidRDefault="00000000">
      <w:pPr>
        <w:jc w:val="center"/>
      </w:pPr>
      <w:r>
        <w:rPr>
          <w:rFonts w:ascii="Calibri" w:hAnsi="Calibri"/>
        </w:rPr>
        <w:t>Email: jp024556@gmail.com | Phone: (+91) 993-902-4556 | Location: Muzaffarpur, Bihar, India | Portfolio: jp024556.github.io</w:t>
      </w:r>
    </w:p>
    <w:p w14:paraId="71D220F5" w14:textId="77777777" w:rsidR="00CD622C" w:rsidRDefault="00000000">
      <w:pPr>
        <w:spacing w:after="120"/>
      </w:pPr>
      <w:r>
        <w:rPr>
          <w:rFonts w:ascii="Calibri" w:hAnsi="Calibri"/>
          <w:b/>
          <w:sz w:val="28"/>
        </w:rPr>
        <w:t>Professional Experience</w:t>
      </w:r>
    </w:p>
    <w:p w14:paraId="25475E8D" w14:textId="58BDCA79" w:rsidR="00CD622C" w:rsidRDefault="00000000">
      <w:pPr>
        <w:spacing w:after="80"/>
      </w:pPr>
      <w:r>
        <w:rPr>
          <w:rFonts w:ascii="Calibri" w:hAnsi="Calibri"/>
          <w:b/>
          <w:sz w:val="24"/>
        </w:rPr>
        <w:t xml:space="preserve">Software Engineer 2 | Blue Yonder | April 2023 </w:t>
      </w:r>
      <w:r w:rsidR="00265F5E">
        <w:rPr>
          <w:rFonts w:ascii="Calibri" w:hAnsi="Calibri"/>
          <w:b/>
          <w:sz w:val="24"/>
        </w:rPr>
        <w:t>-</w:t>
      </w:r>
      <w:r>
        <w:rPr>
          <w:rFonts w:ascii="Calibri" w:hAnsi="Calibri"/>
          <w:b/>
          <w:sz w:val="24"/>
        </w:rPr>
        <w:t xml:space="preserve"> Present</w:t>
      </w:r>
    </w:p>
    <w:p w14:paraId="3E031154" w14:textId="77777777" w:rsidR="00CD622C" w:rsidRDefault="00000000">
      <w:pPr>
        <w:spacing w:after="80"/>
      </w:pPr>
      <w:r>
        <w:rPr>
          <w:rFonts w:ascii="Calibri" w:hAnsi="Calibri"/>
        </w:rPr>
        <w:t>Leading the Factory Planner (FP) modernization journey, transitioning a legacy system into a high-performance React application to improve the overall user experience.</w:t>
      </w:r>
    </w:p>
    <w:p w14:paraId="16BC8FA5" w14:textId="77777777" w:rsidR="00CD622C" w:rsidRDefault="00000000">
      <w:pPr>
        <w:spacing w:after="80"/>
      </w:pPr>
      <w:r>
        <w:rPr>
          <w:rFonts w:ascii="Calibri" w:hAnsi="Calibri"/>
        </w:rPr>
        <w:t>Built "FP Agent," an AI-driven tool that resolves order issues via voice and text; it executes actions directly on the live screen, significantly reducing manual effort for planners.</w:t>
      </w:r>
    </w:p>
    <w:p w14:paraId="5ADF7565" w14:textId="77777777" w:rsidR="00CD622C" w:rsidRDefault="00000000">
      <w:pPr>
        <w:spacing w:after="80"/>
      </w:pPr>
      <w:r>
        <w:rPr>
          <w:rFonts w:ascii="Calibri" w:hAnsi="Calibri"/>
        </w:rPr>
        <w:t>Enhanced the Billing Management product initially, ensuring reliable feature delivery and financial data integrity for supply chain operations.</w:t>
      </w:r>
    </w:p>
    <w:p w14:paraId="49A79655" w14:textId="12832DE0" w:rsidR="00CD622C" w:rsidRDefault="00000000">
      <w:pPr>
        <w:spacing w:after="40"/>
      </w:pPr>
      <w:r>
        <w:rPr>
          <w:rFonts w:ascii="Calibri" w:hAnsi="Calibri"/>
          <w:b/>
          <w:sz w:val="24"/>
        </w:rPr>
        <w:t xml:space="preserve">Software Engineer | OpenText | January 2022 </w:t>
      </w:r>
      <w:r w:rsidR="00265F5E">
        <w:rPr>
          <w:rFonts w:ascii="Calibri" w:hAnsi="Calibri"/>
          <w:b/>
          <w:sz w:val="24"/>
        </w:rPr>
        <w:t>-</w:t>
      </w:r>
      <w:r>
        <w:rPr>
          <w:rFonts w:ascii="Calibri" w:hAnsi="Calibri"/>
          <w:b/>
          <w:sz w:val="24"/>
        </w:rPr>
        <w:t xml:space="preserve"> April 2023</w:t>
      </w:r>
    </w:p>
    <w:p w14:paraId="3D3F1146" w14:textId="77777777" w:rsidR="00CD622C" w:rsidRDefault="00000000">
      <w:pPr>
        <w:spacing w:after="80"/>
      </w:pPr>
      <w:r>
        <w:rPr>
          <w:rFonts w:ascii="Calibri" w:hAnsi="Calibri"/>
        </w:rPr>
        <w:t>Developed new features and maintained core functionality for an enterprise SaaS web application using AngularJS and Sails.js.</w:t>
      </w:r>
    </w:p>
    <w:p w14:paraId="37866E77" w14:textId="77777777" w:rsidR="00CD622C" w:rsidRDefault="00000000">
      <w:pPr>
        <w:spacing w:after="80"/>
      </w:pPr>
      <w:r>
        <w:rPr>
          <w:rFonts w:ascii="Calibri" w:hAnsi="Calibri"/>
        </w:rPr>
        <w:t xml:space="preserve">Managed a dual-backend architecture, utilizing Sails.js for the main application logic and </w:t>
      </w:r>
      <w:proofErr w:type="spellStart"/>
      <w:r>
        <w:rPr>
          <w:rFonts w:ascii="Calibri" w:hAnsi="Calibri"/>
        </w:rPr>
        <w:t>Fastify</w:t>
      </w:r>
      <w:proofErr w:type="spellEnd"/>
      <w:r>
        <w:rPr>
          <w:rFonts w:ascii="Calibri" w:hAnsi="Calibri"/>
        </w:rPr>
        <w:t xml:space="preserve"> specifically to power high-speed reports and analytics.</w:t>
      </w:r>
    </w:p>
    <w:p w14:paraId="3B48A25F" w14:textId="6F095CA8" w:rsidR="00CD622C" w:rsidRDefault="00000000">
      <w:pPr>
        <w:spacing w:after="80"/>
      </w:pPr>
      <w:r>
        <w:rPr>
          <w:rFonts w:ascii="Calibri" w:hAnsi="Calibri"/>
        </w:rPr>
        <w:t>Improved application performance by fine-tuning database operations and integrating Elastic</w:t>
      </w:r>
      <w:r w:rsidR="008F361F">
        <w:rPr>
          <w:rFonts w:ascii="Calibri" w:hAnsi="Calibri"/>
        </w:rPr>
        <w:t>s</w:t>
      </w:r>
      <w:r>
        <w:rPr>
          <w:rFonts w:ascii="Calibri" w:hAnsi="Calibri"/>
        </w:rPr>
        <w:t>earch and Apache Kafka for optimal data processing.</w:t>
      </w:r>
    </w:p>
    <w:p w14:paraId="6C89F9DD" w14:textId="4F1A510C" w:rsidR="00CD622C" w:rsidRDefault="00000000">
      <w:pPr>
        <w:spacing w:after="40"/>
      </w:pPr>
      <w:r>
        <w:rPr>
          <w:rFonts w:ascii="Calibri" w:hAnsi="Calibri"/>
          <w:b/>
          <w:sz w:val="24"/>
        </w:rPr>
        <w:t xml:space="preserve">Project Engineer | Wipro Limited | October 2019 </w:t>
      </w:r>
      <w:r w:rsidR="00265F5E">
        <w:rPr>
          <w:rFonts w:ascii="Calibri" w:hAnsi="Calibri"/>
          <w:b/>
          <w:sz w:val="24"/>
        </w:rPr>
        <w:t>-</w:t>
      </w:r>
      <w:r>
        <w:rPr>
          <w:rFonts w:ascii="Calibri" w:hAnsi="Calibri"/>
          <w:b/>
          <w:sz w:val="24"/>
        </w:rPr>
        <w:t xml:space="preserve"> January 2022</w:t>
      </w:r>
    </w:p>
    <w:p w14:paraId="04438DF2" w14:textId="445E957A" w:rsidR="00CD622C" w:rsidRDefault="00000000">
      <w:pPr>
        <w:spacing w:after="80"/>
      </w:pPr>
      <w:r>
        <w:rPr>
          <w:rFonts w:ascii="Calibri" w:hAnsi="Calibri"/>
        </w:rPr>
        <w:t>Drove the digital transformation of a legacy Adobe Flash "</w:t>
      </w:r>
      <w:proofErr w:type="spellStart"/>
      <w:r>
        <w:rPr>
          <w:rFonts w:ascii="Calibri" w:hAnsi="Calibri"/>
        </w:rPr>
        <w:t>myHR</w:t>
      </w:r>
      <w:proofErr w:type="spellEnd"/>
      <w:r>
        <w:rPr>
          <w:rFonts w:ascii="Calibri" w:hAnsi="Calibri"/>
        </w:rPr>
        <w:t xml:space="preserve">" application into a modern HTML5 app using pure JavaScript for </w:t>
      </w:r>
      <w:r w:rsidR="00221DB6">
        <w:rPr>
          <w:rFonts w:ascii="Calibri" w:hAnsi="Calibri"/>
        </w:rPr>
        <w:t>Airbus</w:t>
      </w:r>
      <w:r>
        <w:rPr>
          <w:rFonts w:ascii="Calibri" w:hAnsi="Calibri"/>
        </w:rPr>
        <w:t>.</w:t>
      </w:r>
    </w:p>
    <w:p w14:paraId="2EA93DBA" w14:textId="6D432678" w:rsidR="00CD622C" w:rsidRDefault="00000000">
      <w:pPr>
        <w:spacing w:after="80"/>
      </w:pPr>
      <w:r>
        <w:rPr>
          <w:rFonts w:ascii="Calibri" w:hAnsi="Calibri"/>
        </w:rPr>
        <w:t xml:space="preserve">Solved critical compatibility challenges for older browsers like IE8, ensuring the new application remained robust and </w:t>
      </w:r>
      <w:r w:rsidR="00221DB6">
        <w:rPr>
          <w:rFonts w:ascii="Calibri" w:hAnsi="Calibri"/>
        </w:rPr>
        <w:t>high performing</w:t>
      </w:r>
      <w:r>
        <w:rPr>
          <w:rFonts w:ascii="Calibri" w:hAnsi="Calibri"/>
        </w:rPr>
        <w:t>.</w:t>
      </w:r>
    </w:p>
    <w:p w14:paraId="2DB1E6FB" w14:textId="77777777" w:rsidR="00CD622C" w:rsidRDefault="00000000">
      <w:pPr>
        <w:spacing w:after="80"/>
      </w:pPr>
      <w:r>
        <w:rPr>
          <w:rFonts w:ascii="Calibri" w:hAnsi="Calibri"/>
        </w:rPr>
        <w:t>Decreased maintenance overhead significantly, receiving client recognition for reducing the volume of support tickets.</w:t>
      </w:r>
    </w:p>
    <w:p w14:paraId="1CF6FFEE" w14:textId="12BE1182" w:rsidR="00CD622C" w:rsidRDefault="00000000">
      <w:pPr>
        <w:spacing w:after="40"/>
      </w:pPr>
      <w:r>
        <w:rPr>
          <w:rFonts w:ascii="Calibri" w:hAnsi="Calibri"/>
          <w:b/>
          <w:sz w:val="24"/>
        </w:rPr>
        <w:t xml:space="preserve">Web Development Intern | Ujwal Designing | April 2018 </w:t>
      </w:r>
      <w:r w:rsidR="00265F5E">
        <w:rPr>
          <w:rFonts w:ascii="Calibri" w:hAnsi="Calibri"/>
          <w:b/>
          <w:sz w:val="24"/>
        </w:rPr>
        <w:t>-</w:t>
      </w:r>
      <w:r>
        <w:rPr>
          <w:rFonts w:ascii="Calibri" w:hAnsi="Calibri"/>
          <w:b/>
          <w:sz w:val="24"/>
        </w:rPr>
        <w:t xml:space="preserve"> May 2018</w:t>
      </w:r>
    </w:p>
    <w:p w14:paraId="4AC511A5" w14:textId="77777777" w:rsidR="00CD622C" w:rsidRDefault="00000000">
      <w:pPr>
        <w:spacing w:after="80"/>
      </w:pPr>
      <w:r>
        <w:rPr>
          <w:rFonts w:ascii="Calibri" w:hAnsi="Calibri"/>
        </w:rPr>
        <w:t>Achieved a 20% performance boost on a high-traffic education site by implementing an efficient In-Memory cache system to reduce expensive MySQL queries.</w:t>
      </w:r>
    </w:p>
    <w:p w14:paraId="0542CC06" w14:textId="77777777" w:rsidR="00CD622C" w:rsidRDefault="00000000">
      <w:pPr>
        <w:spacing w:after="120"/>
      </w:pPr>
      <w:r>
        <w:rPr>
          <w:rFonts w:ascii="Calibri" w:hAnsi="Calibri"/>
          <w:b/>
          <w:sz w:val="28"/>
        </w:rPr>
        <w:t>Personal Ventures (Founder &amp; Creator)</w:t>
      </w:r>
    </w:p>
    <w:p w14:paraId="6E99B6ED" w14:textId="77777777" w:rsidR="00CD622C" w:rsidRDefault="00000000">
      <w:pPr>
        <w:spacing w:after="80"/>
      </w:pPr>
      <w:proofErr w:type="spellStart"/>
      <w:r>
        <w:rPr>
          <w:rFonts w:ascii="Calibri" w:hAnsi="Calibri"/>
          <w:b/>
          <w:sz w:val="24"/>
        </w:rPr>
        <w:t>BillGuru</w:t>
      </w:r>
      <w:proofErr w:type="spellEnd"/>
      <w:r>
        <w:rPr>
          <w:rFonts w:ascii="Calibri" w:hAnsi="Calibri"/>
          <w:b/>
          <w:sz w:val="24"/>
        </w:rPr>
        <w:t xml:space="preserve"> (billguru.in)</w:t>
      </w:r>
    </w:p>
    <w:p w14:paraId="1A0B9D82" w14:textId="77777777" w:rsidR="00CD622C" w:rsidRDefault="00000000">
      <w:pPr>
        <w:spacing w:after="80"/>
      </w:pPr>
      <w:r>
        <w:rPr>
          <w:rFonts w:ascii="Calibri" w:hAnsi="Calibri"/>
        </w:rPr>
        <w:t>End-to-end Creator of a comprehensive inventory and billing system featuring POS, KDS, and GST compliance.</w:t>
      </w:r>
    </w:p>
    <w:p w14:paraId="4AA63DFF" w14:textId="77777777" w:rsidR="00CD622C" w:rsidRDefault="00000000">
      <w:pPr>
        <w:spacing w:after="80"/>
      </w:pPr>
      <w:r>
        <w:rPr>
          <w:rFonts w:ascii="Calibri" w:hAnsi="Calibri"/>
        </w:rPr>
        <w:t>Engineered multi-branch/multi-org support with a granular RBAC system for retail and restaurant business management.</w:t>
      </w:r>
    </w:p>
    <w:p w14:paraId="66A53B32" w14:textId="77777777" w:rsidR="00CD622C" w:rsidRDefault="00000000">
      <w:pPr>
        <w:spacing w:after="80"/>
      </w:pPr>
      <w:proofErr w:type="spellStart"/>
      <w:r>
        <w:rPr>
          <w:rFonts w:ascii="Calibri" w:hAnsi="Calibri"/>
          <w:b/>
          <w:sz w:val="24"/>
        </w:rPr>
        <w:t>EasySharer</w:t>
      </w:r>
      <w:proofErr w:type="spellEnd"/>
      <w:r>
        <w:rPr>
          <w:rFonts w:ascii="Calibri" w:hAnsi="Calibri"/>
          <w:b/>
          <w:sz w:val="24"/>
        </w:rPr>
        <w:t xml:space="preserve"> (</w:t>
      </w:r>
      <w:proofErr w:type="spellStart"/>
      <w:r>
        <w:rPr>
          <w:rFonts w:ascii="Calibri" w:hAnsi="Calibri"/>
          <w:b/>
          <w:sz w:val="24"/>
        </w:rPr>
        <w:t>easysharer.pages.dev</w:t>
      </w:r>
      <w:proofErr w:type="spellEnd"/>
      <w:r>
        <w:rPr>
          <w:rFonts w:ascii="Calibri" w:hAnsi="Calibri"/>
          <w:b/>
          <w:sz w:val="24"/>
        </w:rPr>
        <w:t>)</w:t>
      </w:r>
    </w:p>
    <w:p w14:paraId="6BDCEC04" w14:textId="77777777" w:rsidR="00CD622C" w:rsidRDefault="00000000">
      <w:pPr>
        <w:spacing w:after="80"/>
      </w:pPr>
      <w:r>
        <w:rPr>
          <w:rFonts w:ascii="Calibri" w:hAnsi="Calibri"/>
        </w:rPr>
        <w:t>Architected a full-stack file sharing and management platform leveraging Cloudflare Workers for low-latency edge computing.</w:t>
      </w:r>
    </w:p>
    <w:p w14:paraId="15574327" w14:textId="77777777" w:rsidR="00CD622C" w:rsidRDefault="00000000">
      <w:pPr>
        <w:spacing w:after="80"/>
      </w:pPr>
      <w:r>
        <w:rPr>
          <w:rFonts w:ascii="Calibri" w:hAnsi="Calibri"/>
          <w:b/>
          <w:sz w:val="24"/>
        </w:rPr>
        <w:lastRenderedPageBreak/>
        <w:t>Localbuyy.com</w:t>
      </w:r>
    </w:p>
    <w:p w14:paraId="4FB7DFA5" w14:textId="77777777" w:rsidR="00CD622C" w:rsidRDefault="00000000">
      <w:pPr>
        <w:spacing w:after="80"/>
      </w:pPr>
      <w:r>
        <w:rPr>
          <w:rFonts w:ascii="Calibri" w:hAnsi="Calibri"/>
        </w:rPr>
        <w:t xml:space="preserve">Founded and </w:t>
      </w:r>
      <w:proofErr w:type="gramStart"/>
      <w:r>
        <w:rPr>
          <w:rFonts w:ascii="Calibri" w:hAnsi="Calibri"/>
        </w:rPr>
        <w:t>Developed</w:t>
      </w:r>
      <w:proofErr w:type="gramEnd"/>
      <w:r>
        <w:rPr>
          <w:rFonts w:ascii="Calibri" w:hAnsi="Calibri"/>
        </w:rPr>
        <w:t xml:space="preserve"> a GPS-based social commerce platform, launched as both a high-traffic website and a Progressive Web App (PWA).</w:t>
      </w:r>
    </w:p>
    <w:p w14:paraId="5C0BAAC9" w14:textId="77777777" w:rsidR="00CD622C" w:rsidRDefault="00000000">
      <w:pPr>
        <w:spacing w:after="80"/>
      </w:pPr>
      <w:r>
        <w:rPr>
          <w:rFonts w:ascii="Calibri" w:hAnsi="Calibri"/>
        </w:rPr>
        <w:t>Optimized the architecture to handle 10,000 concurrent requests through an efficient custom caching layer.</w:t>
      </w:r>
    </w:p>
    <w:p w14:paraId="46A3C5CC" w14:textId="77777777" w:rsidR="00CD622C" w:rsidRDefault="00000000">
      <w:pPr>
        <w:spacing w:after="120"/>
      </w:pPr>
      <w:r>
        <w:rPr>
          <w:rFonts w:ascii="Calibri" w:hAnsi="Calibri"/>
          <w:b/>
          <w:sz w:val="28"/>
        </w:rPr>
        <w:t>Technical Skills</w:t>
      </w:r>
    </w:p>
    <w:p w14:paraId="13E808B7" w14:textId="77777777" w:rsidR="00CD622C" w:rsidRDefault="00000000">
      <w:pPr>
        <w:spacing w:after="80"/>
      </w:pPr>
      <w:r>
        <w:rPr>
          <w:rFonts w:ascii="Calibri" w:hAnsi="Calibri"/>
        </w:rPr>
        <w:t xml:space="preserve">Primary Tech: JavaScript (ES6+), React, NodeJS, </w:t>
      </w:r>
      <w:proofErr w:type="spellStart"/>
      <w:r>
        <w:rPr>
          <w:rFonts w:ascii="Calibri" w:hAnsi="Calibri"/>
        </w:rPr>
        <w:t>ExpressJS</w:t>
      </w:r>
      <w:proofErr w:type="spellEnd"/>
      <w:r>
        <w:rPr>
          <w:rFonts w:ascii="Calibri" w:hAnsi="Calibri"/>
        </w:rPr>
        <w:t xml:space="preserve">, </w:t>
      </w:r>
      <w:proofErr w:type="spellStart"/>
      <w:r>
        <w:rPr>
          <w:rFonts w:ascii="Calibri" w:hAnsi="Calibri"/>
        </w:rPr>
        <w:t>Fastify</w:t>
      </w:r>
      <w:proofErr w:type="spellEnd"/>
      <w:r>
        <w:rPr>
          <w:rFonts w:ascii="Calibri" w:hAnsi="Calibri"/>
        </w:rPr>
        <w:t>, Sails.js, MySQL, Redis.</w:t>
      </w:r>
    </w:p>
    <w:p w14:paraId="47A313A5" w14:textId="55117594" w:rsidR="00CD622C" w:rsidRDefault="00000000">
      <w:pPr>
        <w:spacing w:after="80"/>
      </w:pPr>
      <w:r>
        <w:rPr>
          <w:rFonts w:ascii="Calibri" w:hAnsi="Calibri"/>
        </w:rPr>
        <w:t>Infrastructure: Cloudflare Workers, Apache Kafka, Elastic</w:t>
      </w:r>
      <w:r w:rsidR="00EE3AAE">
        <w:rPr>
          <w:rFonts w:ascii="Calibri" w:hAnsi="Calibri"/>
        </w:rPr>
        <w:t>s</w:t>
      </w:r>
      <w:r>
        <w:rPr>
          <w:rFonts w:ascii="Calibri" w:hAnsi="Calibri"/>
        </w:rPr>
        <w:t>earch, Nginx.</w:t>
      </w:r>
    </w:p>
    <w:p w14:paraId="56357F80" w14:textId="77777777" w:rsidR="00CD622C" w:rsidRDefault="00000000">
      <w:pPr>
        <w:spacing w:after="80"/>
      </w:pPr>
      <w:r>
        <w:rPr>
          <w:rFonts w:ascii="Calibri" w:hAnsi="Calibri"/>
        </w:rPr>
        <w:t>Legacy &amp; Tools: Java, PHP, AngularJS, jQuery, Bootstrap, SAPUI5, Git, VS Code.</w:t>
      </w:r>
    </w:p>
    <w:p w14:paraId="5D69342E" w14:textId="77777777" w:rsidR="00CD622C" w:rsidRDefault="00000000">
      <w:pPr>
        <w:spacing w:after="120"/>
      </w:pPr>
      <w:r>
        <w:rPr>
          <w:rFonts w:ascii="Calibri" w:hAnsi="Calibri"/>
          <w:b/>
          <w:sz w:val="28"/>
        </w:rPr>
        <w:t>Education &amp; Achievements</w:t>
      </w:r>
    </w:p>
    <w:p w14:paraId="2803AB05" w14:textId="749D43C2" w:rsidR="00CD622C" w:rsidRDefault="00000000">
      <w:pPr>
        <w:spacing w:after="80"/>
      </w:pPr>
      <w:r>
        <w:rPr>
          <w:rFonts w:ascii="Calibri" w:hAnsi="Calibri"/>
          <w:b/>
          <w:sz w:val="24"/>
        </w:rPr>
        <w:t xml:space="preserve">JIS College of Engineering | B.Tech. in Computer Science | 2015 </w:t>
      </w:r>
      <w:r w:rsidR="00265F5E">
        <w:rPr>
          <w:rFonts w:ascii="Calibri" w:hAnsi="Calibri"/>
          <w:b/>
          <w:sz w:val="24"/>
        </w:rPr>
        <w:t>-</w:t>
      </w:r>
      <w:r>
        <w:rPr>
          <w:rFonts w:ascii="Calibri" w:hAnsi="Calibri"/>
          <w:b/>
          <w:sz w:val="24"/>
        </w:rPr>
        <w:t xml:space="preserve"> 2019</w:t>
      </w:r>
    </w:p>
    <w:p w14:paraId="2FC49E48" w14:textId="77777777" w:rsidR="00CD622C" w:rsidRDefault="00000000">
      <w:pPr>
        <w:spacing w:after="80"/>
      </w:pPr>
      <w:r>
        <w:rPr>
          <w:rFonts w:ascii="Calibri" w:hAnsi="Calibri"/>
        </w:rPr>
        <w:t>CGPA: 8.40/10.</w:t>
      </w:r>
    </w:p>
    <w:p w14:paraId="24F9043A" w14:textId="77777777" w:rsidR="00CD622C" w:rsidRDefault="00000000">
      <w:pPr>
        <w:spacing w:after="80"/>
      </w:pPr>
      <w:r>
        <w:rPr>
          <w:rFonts w:ascii="Calibri" w:hAnsi="Calibri"/>
        </w:rPr>
        <w:t>Smart India Hackathon 2018: Selected participant.</w:t>
      </w:r>
    </w:p>
    <w:p w14:paraId="0023F745" w14:textId="77777777" w:rsidR="00CD622C" w:rsidRDefault="00000000">
      <w:pPr>
        <w:spacing w:after="80"/>
      </w:pPr>
      <w:r>
        <w:rPr>
          <w:rFonts w:ascii="Calibri" w:hAnsi="Calibri"/>
        </w:rPr>
        <w:t>Automated Translation Engine: Built a system to bypass Google Translate character limits using in-page web rendering.</w:t>
      </w:r>
    </w:p>
    <w:sectPr w:rsidR="00CD622C" w:rsidSect="00034616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9088079">
    <w:abstractNumId w:val="8"/>
  </w:num>
  <w:num w:numId="2" w16cid:durableId="71631739">
    <w:abstractNumId w:val="6"/>
  </w:num>
  <w:num w:numId="3" w16cid:durableId="1567689791">
    <w:abstractNumId w:val="5"/>
  </w:num>
  <w:num w:numId="4" w16cid:durableId="1385761169">
    <w:abstractNumId w:val="4"/>
  </w:num>
  <w:num w:numId="5" w16cid:durableId="1473986246">
    <w:abstractNumId w:val="7"/>
  </w:num>
  <w:num w:numId="6" w16cid:durableId="753671831">
    <w:abstractNumId w:val="3"/>
  </w:num>
  <w:num w:numId="7" w16cid:durableId="1026177983">
    <w:abstractNumId w:val="2"/>
  </w:num>
  <w:num w:numId="8" w16cid:durableId="614673923">
    <w:abstractNumId w:val="1"/>
  </w:num>
  <w:num w:numId="9" w16cid:durableId="15376925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21DB6"/>
    <w:rsid w:val="00265F5E"/>
    <w:rsid w:val="0029639D"/>
    <w:rsid w:val="00326F90"/>
    <w:rsid w:val="008F361F"/>
    <w:rsid w:val="00AA1D8D"/>
    <w:rsid w:val="00B47730"/>
    <w:rsid w:val="00CB0664"/>
    <w:rsid w:val="00CD622C"/>
    <w:rsid w:val="00EE3AA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1285F8"/>
  <w14:defaultImageDpi w14:val="300"/>
  <w15:docId w15:val="{302D636A-8DBF-4343-821C-92640A2D3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462</Words>
  <Characters>2638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3094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Jay Prakash</cp:lastModifiedBy>
  <cp:revision>5</cp:revision>
  <dcterms:created xsi:type="dcterms:W3CDTF">2013-12-23T23:15:00Z</dcterms:created>
  <dcterms:modified xsi:type="dcterms:W3CDTF">2025-12-20T11:57:00Z</dcterms:modified>
  <cp:category/>
</cp:coreProperties>
</file>