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Μῦθοι Θεμιστίου τοῦ Ῥήτορος</w:t>
      </w:r>
      <w:r>
        <w:br/>
      </w:r>
      <w:r>
        <w:rPr>
          <w:i/>
          <w:color w:val="666666"/>
          <w:sz w:val="40"/>
        </w:rPr>
        <w:t>Fables of Themistius the Rhetorician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Αἴσωπος ὁ μυθολόγος</w:t>
      </w:r>
      <w:r>
        <w:br/>
      </w:r>
      <w:r>
        <w:rPr>
          <w:i/>
          <w:color w:val="666666"/>
          <w:sz w:val="28"/>
        </w:rPr>
        <w:t>by Aesop Fabulist</w:t>
      </w:r>
    </w:p>
    <w:p/>
    <w:p>
      <w:r>
        <w:rPr>
          <w:rFonts w:ascii="Courier New" w:hAnsi="Courier New"/>
          <w:color w:val="555555"/>
          <w:sz w:val="20"/>
        </w:rPr>
        <w:t>[1 (t)]</w:t>
      </w:r>
    </w:p>
    <w:p>
      <w:pPr>
        <w:jc w:val="center"/>
      </w:pPr>
      <w:r>
        <w:rPr>
          <w:rFonts w:ascii="Gentium Plus" w:hAnsi="Gentium Plus"/>
          <w:b/>
          <w:sz w:val="24"/>
        </w:rPr>
        <w:t>ΠΕΙΘΩ ΚΑΙ ΒΙΑ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πεποίηται καὶ Αἰσώπῳ τῷ μυθοποιῷ ἅμιλλά τις Πειθοῦς καὶ Βίας καὶ ἀνύει τι μᾶλλον ἡ Πειθὼ τῆς Βίας ἐν τῷ μύθῳ καὶ γυμνοῖ πρόσθεν ὁ ἥλιος τῶν λάβρων πνευμάτων. οὕτως τέ φασι καὶ τοὺς γίγαντας ποιηταὶ ἐν τῇ μάχῃ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τῇ πρὸς τοὺς θεοὺς τῷ μὲν Ἄρει μέχρι παντὸς ἀντισχεῖν, ὑπὸ δὲ τοῦ Ἑρμοῦ καὶ τῆς ῥάβδου κατακοιμηθῆναι.</w:t>
      </w:r>
    </w:p>
    <w:p>
      <w:r>
        <w:rPr>
          <w:rFonts w:ascii="Courier New" w:hAnsi="Courier New"/>
          <w:color w:val="555555"/>
          <w:sz w:val="20"/>
        </w:rPr>
        <w:t>[2 (t)]</w:t>
      </w:r>
    </w:p>
    <w:p>
      <w:pPr>
        <w:jc w:val="center"/>
      </w:pPr>
      <w:r>
        <w:rPr>
          <w:rFonts w:ascii="Gentium Plus" w:hAnsi="Gentium Plus"/>
          <w:b/>
          <w:sz w:val="24"/>
        </w:rPr>
        <w:t>ΠΗΡΑΙ ΔΥΟ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σοφὸς γὰρ ἦν Αἴσωπος ὁ μυθοποιός, ὃς ἔφη τοὺς ἀν‐ θρώπους δύο πήρας ἕκαστον φέρειν, τὴν μὲν ἔμπροσθεν, τὴν δὲ ὄπισθεν. γέμειν δὲ κακῶν ἑκατέραν, ἀλλὰ τὴν μὲν ἔμπροσθεν τῶν ἀλλοτρίων, τὴν δὲ ὄπισθεν τῶν αὐτοῦ τοῦ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φέροντος. καὶ διὰ τοῦτο οἱ ἄνθρωποι τὰ μὲν ἐξ αὐτῶν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