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Ἐπιγράμματα</w:t>
      </w:r>
      <w:r>
        <w:br/>
      </w:r>
      <w:r>
        <w:rPr>
          <w:i/>
          <w:color w:val="666666"/>
          <w:sz w:val="40"/>
        </w:rPr>
        <w:t>Epigrams</w:t>
      </w:r>
    </w:p>
    <w:p>
      <w:pPr>
        <w:jc w:val="center"/>
      </w:pPr>
      <w:r>
        <w:rPr>
          <w:rFonts w:ascii="Times New Roman" w:hAnsi="Times New Roman"/>
          <w:color w:val="1E3A70"/>
          <w:sz w:val="32"/>
        </w:rPr>
        <w:t>Ἀγαθίας ὁ Σχολαστικός</w:t>
      </w:r>
      <w:r>
        <w:br/>
      </w:r>
      <w:r>
        <w:rPr>
          <w:i/>
          <w:color w:val="666666"/>
          <w:sz w:val="28"/>
        </w:rPr>
        <w:t>by Agathias Scholastic</w:t>
      </w:r>
    </w:p>
    <w:p/>
    <w:p>
      <w:r>
        <w:rPr>
          <w:rFonts w:ascii="Courier New" w:hAnsi="Courier New"/>
          <w:color w:val="555555"/>
          <w:sz w:val="20"/>
        </w:rPr>
        <w:t>[pr]</w:t>
      </w:r>
    </w:p>
    <w:p>
      <w:r>
        <w:rPr>
          <w:rFonts w:ascii="Gentium Plus" w:hAnsi="Gentium Plus"/>
          <w:sz w:val="24"/>
        </w:rPr>
      </w:r>
    </w:p>
    <w:p>
      <w:r>
        <w:rPr>
          <w:rFonts w:ascii="Courier New" w:hAnsi="Courier New"/>
          <w:color w:val="555555"/>
          <w:sz w:val="20"/>
        </w:rPr>
        <w:t>[1]</w:t>
      </w:r>
    </w:p>
    <w:p>
      <w:r>
        <w:rPr>
          <w:rFonts w:ascii="Gentium Plus" w:hAnsi="Gentium Plus"/>
          <w:sz w:val="24"/>
        </w:rPr>
        <w:t>1.* (Anth. Gr. ex editione Fr. Iacobsii IV, 3.) Αγαθίου Σχολαστικοῦ Ἀσιανοῦ Μυριναίου συλλογὴ γέων ἐπιγραμμάτων ἐκτεθεῖσα έν Κωνσταντίνου πόλει πρὸς Θεόδωρον Δεκουρίωνα τὸν Κοσμᾶ εἴρηται δὲ τὰ προοίμια μετὰ τὰς συνεχεῖς ἀκροάσεις τὰς κατ’ ἐκεῖνο καιροῦ γενομένας.</w:t>
      </w:r>
    </w:p>
    <w:p>
      <w:r>
        <w:rPr>
          <w:rFonts w:ascii="Courier New" w:hAnsi="Courier New"/>
          <w:color w:val="555555"/>
          <w:sz w:val="20"/>
        </w:rPr>
        <w:t>[2]</w:t>
      </w:r>
    </w:p>
    <w:p>
      <w:r>
        <w:rPr>
          <w:rFonts w:ascii="Gentium Plus" w:hAnsi="Gentium Plus"/>
          <w:sz w:val="24"/>
        </w:rPr>
        <w:t>2.* (Ibid.)</w:t>
      </w:r>
    </w:p>
    <w:p>
      <w:r>
        <w:rPr>
          <w:rFonts w:ascii="Courier New" w:hAnsi="Courier New"/>
          <w:color w:val="555555"/>
          <w:sz w:val="20"/>
        </w:rPr>
        <w:t>[3]</w:t>
      </w:r>
    </w:p>
    <w:p>
      <w:r>
        <w:rPr>
          <w:rFonts w:ascii="Gentium Plus" w:hAnsi="Gentium Plus"/>
          <w:sz w:val="24"/>
        </w:rPr>
        <w:t>ΕΠΙΓΡ ΑΜΜΑΤΑ ΧΡΙΣΤΙΑΝΙΚΑ.</w:t>
      </w:r>
    </w:p>
    <w:p>
      <w:r>
        <w:rPr>
          <w:rFonts w:ascii="Courier New" w:hAnsi="Courier New"/>
          <w:color w:val="555555"/>
          <w:sz w:val="20"/>
        </w:rPr>
        <w:t>[4]</w:t>
      </w:r>
    </w:p>
    <w:p>
      <w:r>
        <w:rPr>
          <w:rFonts w:ascii="Gentium Plus" w:hAnsi="Gentium Plus"/>
          <w:sz w:val="24"/>
        </w:rPr>
        <w:t>4.* (I, 35.)</w:t>
      </w:r>
    </w:p>
    <w:p>
      <w:r>
        <w:rPr>
          <w:rFonts w:ascii="Courier New" w:hAnsi="Courier New"/>
          <w:color w:val="555555"/>
          <w:sz w:val="20"/>
        </w:rPr>
        <w:t>[5]</w:t>
      </w:r>
    </w:p>
    <w:p>
      <w:r>
        <w:rPr>
          <w:rFonts w:ascii="Gentium Plus" w:hAnsi="Gentium Plus"/>
          <w:sz w:val="24"/>
        </w:rPr>
        <w:t>5.* (I, 36.)</w:t>
      </w:r>
    </w:p>
    <w:p>
      <w:r>
        <w:rPr>
          <w:rFonts w:ascii="Courier New" w:hAnsi="Courier New"/>
          <w:color w:val="555555"/>
          <w:sz w:val="20"/>
        </w:rPr>
        <w:t>[6]</w:t>
      </w:r>
    </w:p>
    <w:p>
      <w:r>
        <w:rPr>
          <w:rFonts w:ascii="Gentium Plus" w:hAnsi="Gentium Plus"/>
          <w:sz w:val="24"/>
        </w:rPr>
        <w:t>6. (V, 216.)</w:t>
      </w:r>
    </w:p>
    <w:p>
      <w:r>
        <w:rPr>
          <w:rFonts w:ascii="Courier New" w:hAnsi="Courier New"/>
          <w:color w:val="555555"/>
          <w:sz w:val="20"/>
        </w:rPr>
        <w:t>[7]</w:t>
      </w:r>
    </w:p>
    <w:p>
      <w:r>
        <w:rPr>
          <w:rFonts w:ascii="Gentium Plus" w:hAnsi="Gentium Plus"/>
          <w:sz w:val="24"/>
        </w:rPr>
        <w:t>7. (V, 218.)</w:t>
      </w:r>
    </w:p>
    <w:p>
      <w:r>
        <w:rPr>
          <w:rFonts w:ascii="Courier New" w:hAnsi="Courier New"/>
          <w:color w:val="555555"/>
          <w:sz w:val="20"/>
        </w:rPr>
        <w:t>[8]</w:t>
      </w:r>
    </w:p>
    <w:p>
      <w:r>
        <w:rPr>
          <w:rFonts w:ascii="Gentium Plus" w:hAnsi="Gentium Plus"/>
          <w:sz w:val="24"/>
        </w:rPr>
        <w:t>8. (V, 220.)</w:t>
      </w:r>
    </w:p>
    <w:p>
      <w:r>
        <w:rPr>
          <w:rFonts w:ascii="Courier New" w:hAnsi="Courier New"/>
          <w:color w:val="555555"/>
          <w:sz w:val="20"/>
        </w:rPr>
        <w:t>[9]</w:t>
      </w:r>
    </w:p>
    <w:p>
      <w:r>
        <w:rPr>
          <w:rFonts w:ascii="Gentium Plus" w:hAnsi="Gentium Plus"/>
          <w:sz w:val="24"/>
        </w:rPr>
        <w:t>9. (V, 222.)</w:t>
      </w:r>
    </w:p>
    <w:p>
      <w:r>
        <w:rPr>
          <w:rFonts w:ascii="Courier New" w:hAnsi="Courier New"/>
          <w:color w:val="555555"/>
          <w:sz w:val="20"/>
        </w:rPr>
        <w:t>[10]</w:t>
      </w:r>
    </w:p>
    <w:p>
      <w:r>
        <w:rPr>
          <w:rFonts w:ascii="Gentium Plus" w:hAnsi="Gentium Plus"/>
          <w:sz w:val="24"/>
        </w:rPr>
        <w:t>10. (V, 237.)</w:t>
      </w:r>
    </w:p>
    <w:p>
      <w:r>
        <w:rPr>
          <w:rFonts w:ascii="Courier New" w:hAnsi="Courier New"/>
          <w:color w:val="555555"/>
          <w:sz w:val="20"/>
        </w:rPr>
        <w:t>[11]</w:t>
      </w:r>
    </w:p>
    <w:p>
      <w:r>
        <w:rPr>
          <w:rFonts w:ascii="Gentium Plus" w:hAnsi="Gentium Plus"/>
          <w:sz w:val="24"/>
        </w:rPr>
        <w:t>11. (V, 261.)</w:t>
      </w:r>
    </w:p>
    <w:p>
      <w:r>
        <w:rPr>
          <w:rFonts w:ascii="Courier New" w:hAnsi="Courier New"/>
          <w:color w:val="555555"/>
          <w:sz w:val="20"/>
        </w:rPr>
        <w:t>[12]</w:t>
      </w:r>
    </w:p>
    <w:p>
      <w:r>
        <w:rPr>
          <w:rFonts w:ascii="Gentium Plus" w:hAnsi="Gentium Plus"/>
          <w:sz w:val="24"/>
        </w:rPr>
        <w:t>12. (V, 263.)</w:t>
      </w:r>
    </w:p>
    <w:p>
      <w:r>
        <w:rPr>
          <w:rFonts w:ascii="Courier New" w:hAnsi="Courier New"/>
          <w:color w:val="555555"/>
          <w:sz w:val="20"/>
        </w:rPr>
        <w:t>[13]</w:t>
      </w:r>
    </w:p>
    <w:p>
      <w:r>
        <w:rPr>
          <w:rFonts w:ascii="Gentium Plus" w:hAnsi="Gentium Plus"/>
          <w:sz w:val="24"/>
        </w:rPr>
        <w:t>13. (V, 267.)</w:t>
      </w:r>
    </w:p>
    <w:p>
      <w:r>
        <w:rPr>
          <w:rFonts w:ascii="Courier New" w:hAnsi="Courier New"/>
          <w:color w:val="555555"/>
          <w:sz w:val="20"/>
        </w:rPr>
        <w:t>[14]</w:t>
      </w:r>
    </w:p>
    <w:p>
      <w:r>
        <w:rPr>
          <w:rFonts w:ascii="Gentium Plus" w:hAnsi="Gentium Plus"/>
          <w:sz w:val="24"/>
        </w:rPr>
        <w:t>14.* (V, 269.)</w:t>
      </w:r>
    </w:p>
    <w:p>
      <w:r>
        <w:rPr>
          <w:rFonts w:ascii="Courier New" w:hAnsi="Courier New"/>
          <w:color w:val="555555"/>
          <w:sz w:val="20"/>
        </w:rPr>
        <w:t>[15]</w:t>
      </w:r>
    </w:p>
    <w:p>
      <w:r>
        <w:rPr>
          <w:rFonts w:ascii="Gentium Plus" w:hAnsi="Gentium Plus"/>
          <w:sz w:val="24"/>
        </w:rPr>
        <w:t>15. (V, 273.)</w:t>
      </w:r>
    </w:p>
    <w:p>
      <w:r>
        <w:rPr>
          <w:rFonts w:ascii="Courier New" w:hAnsi="Courier New"/>
          <w:color w:val="555555"/>
          <w:sz w:val="20"/>
        </w:rPr>
        <w:t>[16]</w:t>
      </w:r>
    </w:p>
    <w:p>
      <w:r>
        <w:rPr>
          <w:rFonts w:ascii="Gentium Plus" w:hAnsi="Gentium Plus"/>
          <w:sz w:val="24"/>
        </w:rPr>
        <w:t>16.* (V, 276.)</w:t>
      </w:r>
    </w:p>
    <w:p>
      <w:r>
        <w:rPr>
          <w:rFonts w:ascii="Courier New" w:hAnsi="Courier New"/>
          <w:color w:val="555555"/>
          <w:sz w:val="20"/>
        </w:rPr>
        <w:t>[17]</w:t>
      </w:r>
    </w:p>
    <w:p>
      <w:r>
        <w:rPr>
          <w:rFonts w:ascii="Gentium Plus" w:hAnsi="Gentium Plus"/>
          <w:sz w:val="24"/>
        </w:rPr>
        <w:t>17. (V, 278.)</w:t>
      </w:r>
    </w:p>
    <w:p>
      <w:r>
        <w:rPr>
          <w:rFonts w:ascii="Courier New" w:hAnsi="Courier New"/>
          <w:color w:val="555555"/>
          <w:sz w:val="20"/>
        </w:rPr>
        <w:t>[18]</w:t>
      </w:r>
    </w:p>
    <w:p>
      <w:r>
        <w:rPr>
          <w:rFonts w:ascii="Gentium Plus" w:hAnsi="Gentium Plus"/>
          <w:sz w:val="24"/>
        </w:rPr>
        <w:t>18.* (V, 280.)</w:t>
      </w:r>
    </w:p>
    <w:p>
      <w:r>
        <w:rPr>
          <w:rFonts w:ascii="Courier New" w:hAnsi="Courier New"/>
          <w:color w:val="555555"/>
          <w:sz w:val="20"/>
        </w:rPr>
        <w:t>[19]</w:t>
      </w:r>
    </w:p>
    <w:p>
      <w:r>
        <w:rPr>
          <w:rFonts w:ascii="Gentium Plus" w:hAnsi="Gentium Plus"/>
          <w:sz w:val="24"/>
        </w:rPr>
        <w:t>19. (V, 282.)</w:t>
      </w:r>
    </w:p>
    <w:p>
      <w:r>
        <w:rPr>
          <w:rFonts w:ascii="Courier New" w:hAnsi="Courier New"/>
          <w:color w:val="555555"/>
          <w:sz w:val="20"/>
        </w:rPr>
        <w:t>[20]</w:t>
      </w:r>
    </w:p>
    <w:p>
      <w:r>
        <w:rPr>
          <w:rFonts w:ascii="Gentium Plus" w:hAnsi="Gentium Plus"/>
          <w:sz w:val="24"/>
        </w:rPr>
        <w:t>20.* (V, 285.)</w:t>
      </w:r>
    </w:p>
    <w:p>
      <w:r>
        <w:rPr>
          <w:rFonts w:ascii="Courier New" w:hAnsi="Courier New"/>
          <w:color w:val="555555"/>
          <w:sz w:val="20"/>
        </w:rPr>
        <w:t>[21]</w:t>
      </w:r>
    </w:p>
    <w:p>
      <w:r>
        <w:rPr>
          <w:rFonts w:ascii="Gentium Plus" w:hAnsi="Gentium Plus"/>
          <w:sz w:val="24"/>
        </w:rPr>
        <w:t>21 (V, 287.)</w:t>
      </w:r>
    </w:p>
    <w:p>
      <w:r>
        <w:rPr>
          <w:rFonts w:ascii="Courier New" w:hAnsi="Courier New"/>
          <w:color w:val="555555"/>
          <w:sz w:val="20"/>
        </w:rPr>
        <w:t>[22]</w:t>
      </w:r>
    </w:p>
    <w:p>
      <w:r>
        <w:rPr>
          <w:rFonts w:ascii="Gentium Plus" w:hAnsi="Gentium Plus"/>
          <w:sz w:val="24"/>
        </w:rPr>
        <w:t>22.* (V, 289.)</w:t>
      </w:r>
    </w:p>
    <w:p>
      <w:r>
        <w:rPr>
          <w:rFonts w:ascii="Courier New" w:hAnsi="Courier New"/>
          <w:color w:val="555555"/>
          <w:sz w:val="20"/>
        </w:rPr>
        <w:t>[23]</w:t>
      </w:r>
    </w:p>
    <w:p>
      <w:r>
        <w:rPr>
          <w:rFonts w:ascii="Gentium Plus" w:hAnsi="Gentium Plus"/>
          <w:sz w:val="24"/>
        </w:rPr>
        <w:t>23. (V, 292.)</w:t>
      </w:r>
    </w:p>
    <w:p>
      <w:r>
        <w:rPr>
          <w:rFonts w:ascii="Courier New" w:hAnsi="Courier New"/>
          <w:color w:val="555555"/>
          <w:sz w:val="20"/>
        </w:rPr>
        <w:t>[24]</w:t>
      </w:r>
    </w:p>
    <w:p>
      <w:r>
        <w:rPr>
          <w:rFonts w:ascii="Gentium Plus" w:hAnsi="Gentium Plus"/>
          <w:sz w:val="24"/>
        </w:rPr>
        <w:t>24.* (v, 294.)</w:t>
      </w:r>
    </w:p>
    <w:p>
      <w:r>
        <w:rPr>
          <w:rFonts w:ascii="Courier New" w:hAnsi="Courier New"/>
          <w:color w:val="555555"/>
          <w:sz w:val="20"/>
        </w:rPr>
        <w:t>[25]</w:t>
      </w:r>
    </w:p>
    <w:p>
      <w:r>
        <w:rPr>
          <w:rFonts w:ascii="Gentium Plus" w:hAnsi="Gentium Plus"/>
          <w:sz w:val="24"/>
        </w:rPr>
        <w:t>25.* (V, 296.)</w:t>
      </w:r>
    </w:p>
    <w:p>
      <w:r>
        <w:rPr>
          <w:rFonts w:ascii="Courier New" w:hAnsi="Courier New"/>
          <w:color w:val="555555"/>
          <w:sz w:val="20"/>
        </w:rPr>
        <w:t>[26]</w:t>
      </w:r>
    </w:p>
    <w:p>
      <w:r>
        <w:rPr>
          <w:rFonts w:ascii="Gentium Plus" w:hAnsi="Gentium Plus"/>
          <w:sz w:val="24"/>
        </w:rPr>
        <w:t>26. (V, 297.)</w:t>
      </w:r>
    </w:p>
    <w:p>
      <w:r>
        <w:rPr>
          <w:rFonts w:ascii="Courier New" w:hAnsi="Courier New"/>
          <w:color w:val="555555"/>
          <w:sz w:val="20"/>
        </w:rPr>
        <w:t>[27]</w:t>
      </w:r>
    </w:p>
    <w:p>
      <w:r>
        <w:rPr>
          <w:rFonts w:ascii="Gentium Plus" w:hAnsi="Gentium Plus"/>
          <w:sz w:val="24"/>
        </w:rPr>
        <w:t>27. (V, 299.)</w:t>
      </w:r>
    </w:p>
    <w:p>
      <w:r>
        <w:rPr>
          <w:rFonts w:ascii="Courier New" w:hAnsi="Courier New"/>
          <w:color w:val="555555"/>
          <w:sz w:val="20"/>
        </w:rPr>
        <w:t>[28]</w:t>
      </w:r>
    </w:p>
    <w:p>
      <w:r>
        <w:rPr>
          <w:rFonts w:ascii="Gentium Plus" w:hAnsi="Gentium Plus"/>
          <w:sz w:val="24"/>
        </w:rPr>
        <w:t>28. (V, 302.)</w:t>
      </w:r>
    </w:p>
    <w:p>
      <w:r>
        <w:rPr>
          <w:rFonts w:ascii="Courier New" w:hAnsi="Courier New"/>
          <w:color w:val="555555"/>
          <w:sz w:val="20"/>
        </w:rPr>
        <w:t>[29]</w:t>
      </w:r>
    </w:p>
    <w:p>
      <w:r>
        <w:rPr>
          <w:rFonts w:ascii="Gentium Plus" w:hAnsi="Gentium Plus"/>
          <w:sz w:val="24"/>
        </w:rPr>
        <w:t>29. (VI, 32.)</w:t>
      </w:r>
    </w:p>
    <w:p>
      <w:r>
        <w:rPr>
          <w:rFonts w:ascii="Courier New" w:hAnsi="Courier New"/>
          <w:color w:val="555555"/>
          <w:sz w:val="20"/>
        </w:rPr>
        <w:t>[30]</w:t>
      </w:r>
    </w:p>
    <w:p>
      <w:r>
        <w:rPr>
          <w:rFonts w:ascii="Gentium Plus" w:hAnsi="Gentium Plus"/>
          <w:sz w:val="24"/>
        </w:rPr>
        <w:t>30. (VI, 41.)</w:t>
      </w:r>
    </w:p>
    <w:p>
      <w:r>
        <w:rPr>
          <w:rFonts w:ascii="Courier New" w:hAnsi="Courier New"/>
          <w:color w:val="555555"/>
          <w:sz w:val="20"/>
        </w:rPr>
        <w:t>[31]</w:t>
      </w:r>
    </w:p>
    <w:p>
      <w:r>
        <w:rPr>
          <w:rFonts w:ascii="Gentium Plus" w:hAnsi="Gentium Plus"/>
          <w:sz w:val="24"/>
        </w:rPr>
        <w:t>31. (VI, 59.)</w:t>
      </w:r>
    </w:p>
    <w:p>
      <w:r>
        <w:rPr>
          <w:rFonts w:ascii="Courier New" w:hAnsi="Courier New"/>
          <w:color w:val="555555"/>
          <w:sz w:val="20"/>
        </w:rPr>
        <w:t>[32]</w:t>
      </w:r>
    </w:p>
    <w:p>
      <w:r>
        <w:rPr>
          <w:rFonts w:ascii="Gentium Plus" w:hAnsi="Gentium Plus"/>
          <w:sz w:val="24"/>
        </w:rPr>
        <w:t>32. (VI, 72.)</w:t>
      </w:r>
    </w:p>
    <w:p>
      <w:r>
        <w:rPr>
          <w:rFonts w:ascii="Courier New" w:hAnsi="Courier New"/>
          <w:color w:val="555555"/>
          <w:sz w:val="20"/>
        </w:rPr>
        <w:t>[33]</w:t>
      </w:r>
    </w:p>
    <w:p>
      <w:r>
        <w:rPr>
          <w:rFonts w:ascii="Gentium Plus" w:hAnsi="Gentium Plus"/>
          <w:sz w:val="24"/>
        </w:rPr>
        <w:t>33. (VI, 74.)</w:t>
      </w:r>
    </w:p>
    <w:p>
      <w:r>
        <w:rPr>
          <w:rFonts w:ascii="Courier New" w:hAnsi="Courier New"/>
          <w:color w:val="555555"/>
          <w:sz w:val="20"/>
        </w:rPr>
        <w:t>[34]</w:t>
      </w:r>
    </w:p>
    <w:p>
      <w:r>
        <w:rPr>
          <w:rFonts w:ascii="Gentium Plus" w:hAnsi="Gentium Plus"/>
          <w:sz w:val="24"/>
        </w:rPr>
        <w:t>34. (VI, 76.)</w:t>
      </w:r>
    </w:p>
    <w:p>
      <w:r>
        <w:rPr>
          <w:rFonts w:ascii="Courier New" w:hAnsi="Courier New"/>
          <w:color w:val="555555"/>
          <w:sz w:val="20"/>
        </w:rPr>
        <w:t>[35]</w:t>
      </w:r>
    </w:p>
    <w:p>
      <w:r>
        <w:rPr>
          <w:rFonts w:ascii="Gentium Plus" w:hAnsi="Gentium Plus"/>
          <w:sz w:val="24"/>
        </w:rPr>
        <w:t>35. (VI, 79.)</w:t>
      </w:r>
    </w:p>
    <w:p>
      <w:r>
        <w:rPr>
          <w:rFonts w:ascii="Courier New" w:hAnsi="Courier New"/>
          <w:color w:val="555555"/>
          <w:sz w:val="20"/>
        </w:rPr>
        <w:t>[36]</w:t>
      </w:r>
    </w:p>
    <w:p>
      <w:r>
        <w:rPr>
          <w:rFonts w:ascii="Gentium Plus" w:hAnsi="Gentium Plus"/>
          <w:sz w:val="24"/>
        </w:rPr>
        <w:t>36. (VI, 80.)</w:t>
      </w:r>
    </w:p>
    <w:p>
      <w:r>
        <w:rPr>
          <w:rFonts w:ascii="Courier New" w:hAnsi="Courier New"/>
          <w:color w:val="555555"/>
          <w:sz w:val="20"/>
        </w:rPr>
        <w:t>[37]</w:t>
      </w:r>
    </w:p>
    <w:p>
      <w:r>
        <w:rPr>
          <w:rFonts w:ascii="Gentium Plus" w:hAnsi="Gentium Plus"/>
          <w:sz w:val="24"/>
        </w:rPr>
        <w:t>37. (VI, 167)</w:t>
      </w:r>
    </w:p>
    <w:p>
      <w:r>
        <w:rPr>
          <w:rFonts w:ascii="Courier New" w:hAnsi="Courier New"/>
          <w:color w:val="555555"/>
          <w:sz w:val="20"/>
        </w:rPr>
        <w:t>[38]</w:t>
      </w:r>
    </w:p>
    <w:p>
      <w:r>
        <w:rPr>
          <w:rFonts w:ascii="Gentium Plus" w:hAnsi="Gentium Plus"/>
          <w:sz w:val="24"/>
        </w:rPr>
        <w:t>38. (VI, 172.)</w:t>
      </w:r>
    </w:p>
    <w:p>
      <w:r>
        <w:rPr>
          <w:rFonts w:ascii="Courier New" w:hAnsi="Courier New"/>
          <w:color w:val="555555"/>
          <w:sz w:val="20"/>
        </w:rPr>
        <w:t>[39]</w:t>
      </w:r>
    </w:p>
    <w:p>
      <w:r>
        <w:rPr>
          <w:rFonts w:ascii="Gentium Plus" w:hAnsi="Gentium Plus"/>
          <w:sz w:val="24"/>
        </w:rPr>
        <w:t>39. (VII, 204.)</w:t>
      </w:r>
    </w:p>
    <w:p>
      <w:r>
        <w:rPr>
          <w:rFonts w:ascii="Courier New" w:hAnsi="Courier New"/>
          <w:color w:val="555555"/>
          <w:sz w:val="20"/>
        </w:rPr>
        <w:t>[40]</w:t>
      </w:r>
    </w:p>
    <w:p>
      <w:r>
        <w:rPr>
          <w:rFonts w:ascii="Gentium Plus" w:hAnsi="Gentium Plus"/>
          <w:sz w:val="24"/>
        </w:rPr>
        <w:t>40. (VII, 205.)</w:t>
      </w:r>
    </w:p>
    <w:p>
      <w:r>
        <w:rPr>
          <w:rFonts w:ascii="Courier New" w:hAnsi="Courier New"/>
          <w:color w:val="555555"/>
          <w:sz w:val="20"/>
        </w:rPr>
        <w:t>[41]</w:t>
      </w:r>
    </w:p>
    <w:p>
      <w:r>
        <w:rPr>
          <w:rFonts w:ascii="Gentium Plus" w:hAnsi="Gentium Plus"/>
          <w:sz w:val="24"/>
        </w:rPr>
        <w:t>41. (VII, 220.)</w:t>
      </w:r>
    </w:p>
    <w:p>
      <w:r>
        <w:rPr>
          <w:rFonts w:ascii="Courier New" w:hAnsi="Courier New"/>
          <w:color w:val="555555"/>
          <w:sz w:val="20"/>
        </w:rPr>
        <w:t>[42]</w:t>
      </w:r>
    </w:p>
    <w:p>
      <w:r>
        <w:rPr>
          <w:rFonts w:ascii="Gentium Plus" w:hAnsi="Gentium Plus"/>
          <w:sz w:val="24"/>
        </w:rPr>
        <w:t>42. (VII, 551.)</w:t>
      </w:r>
    </w:p>
    <w:p>
      <w:r>
        <w:rPr>
          <w:rFonts w:ascii="Courier New" w:hAnsi="Courier New"/>
          <w:color w:val="555555"/>
          <w:sz w:val="20"/>
        </w:rPr>
        <w:t>[43]</w:t>
      </w:r>
    </w:p>
    <w:p>
      <w:r>
        <w:rPr>
          <w:rFonts w:ascii="Gentium Plus" w:hAnsi="Gentium Plus"/>
          <w:sz w:val="24"/>
        </w:rPr>
        <w:t>43. (VII, 552.)</w:t>
      </w:r>
    </w:p>
    <w:p>
      <w:r>
        <w:rPr>
          <w:rFonts w:ascii="Courier New" w:hAnsi="Courier New"/>
          <w:color w:val="555555"/>
          <w:sz w:val="20"/>
        </w:rPr>
        <w:t>[44]</w:t>
      </w:r>
    </w:p>
    <w:p>
      <w:r>
        <w:rPr>
          <w:rFonts w:ascii="Gentium Plus" w:hAnsi="Gentium Plus"/>
          <w:sz w:val="24"/>
        </w:rPr>
        <w:t>44. (VII, 567.)</w:t>
      </w:r>
    </w:p>
    <w:p>
      <w:r>
        <w:rPr>
          <w:rFonts w:ascii="Courier New" w:hAnsi="Courier New"/>
          <w:color w:val="555555"/>
          <w:sz w:val="20"/>
        </w:rPr>
        <w:t>[45]</w:t>
      </w:r>
    </w:p>
    <w:p>
      <w:r>
        <w:rPr>
          <w:rFonts w:ascii="Gentium Plus" w:hAnsi="Gentium Plus"/>
          <w:sz w:val="24"/>
        </w:rPr>
        <w:t>45.* (VII, 568.)</w:t>
      </w:r>
    </w:p>
    <w:p>
      <w:r>
        <w:rPr>
          <w:rFonts w:ascii="Courier New" w:hAnsi="Courier New"/>
          <w:color w:val="555555"/>
          <w:sz w:val="20"/>
        </w:rPr>
        <w:t>[46]</w:t>
      </w:r>
    </w:p>
    <w:p>
      <w:r>
        <w:rPr>
          <w:rFonts w:ascii="Gentium Plus" w:hAnsi="Gentium Plus"/>
          <w:sz w:val="24"/>
        </w:rPr>
        <w:t>46. (VII, 569.)</w:t>
      </w:r>
    </w:p>
    <w:p>
      <w:r>
        <w:rPr>
          <w:rFonts w:ascii="Courier New" w:hAnsi="Courier New"/>
          <w:color w:val="555555"/>
          <w:sz w:val="20"/>
        </w:rPr>
        <w:t>[47]</w:t>
      </w:r>
    </w:p>
    <w:p>
      <w:r>
        <w:rPr>
          <w:rFonts w:ascii="Gentium Plus" w:hAnsi="Gentium Plus"/>
          <w:sz w:val="24"/>
        </w:rPr>
        <w:t>47. (VII, 572.)</w:t>
      </w:r>
    </w:p>
    <w:p>
      <w:r>
        <w:rPr>
          <w:rFonts w:ascii="Courier New" w:hAnsi="Courier New"/>
          <w:color w:val="555555"/>
          <w:sz w:val="20"/>
        </w:rPr>
        <w:t>[48]</w:t>
      </w:r>
    </w:p>
    <w:p>
      <w:r>
        <w:rPr>
          <w:rFonts w:ascii="Gentium Plus" w:hAnsi="Gentium Plus"/>
          <w:sz w:val="24"/>
        </w:rPr>
        <w:t>48. (VII, 574.)</w:t>
      </w:r>
    </w:p>
    <w:p>
      <w:r>
        <w:rPr>
          <w:rFonts w:ascii="Courier New" w:hAnsi="Courier New"/>
          <w:color w:val="555555"/>
          <w:sz w:val="20"/>
        </w:rPr>
        <w:t>[49]</w:t>
      </w:r>
    </w:p>
    <w:p>
      <w:r>
        <w:rPr>
          <w:rFonts w:ascii="Gentium Plus" w:hAnsi="Gentium Plus"/>
          <w:sz w:val="24"/>
        </w:rPr>
        <w:t>49.* (VII, 578.)</w:t>
      </w:r>
    </w:p>
    <w:p>
      <w:r>
        <w:rPr>
          <w:rFonts w:ascii="Courier New" w:hAnsi="Courier New"/>
          <w:color w:val="555555"/>
          <w:sz w:val="20"/>
        </w:rPr>
        <w:t>[50]</w:t>
      </w:r>
    </w:p>
    <w:p>
      <w:r>
        <w:rPr>
          <w:rFonts w:ascii="Gentium Plus" w:hAnsi="Gentium Plus"/>
          <w:sz w:val="24"/>
        </w:rPr>
        <w:t>50. (VII, 583.)</w:t>
      </w:r>
    </w:p>
    <w:p>
      <w:r>
        <w:rPr>
          <w:rFonts w:ascii="Courier New" w:hAnsi="Courier New"/>
          <w:color w:val="555555"/>
          <w:sz w:val="20"/>
        </w:rPr>
        <w:t>[51]</w:t>
      </w:r>
    </w:p>
    <w:p>
      <w:r>
        <w:rPr>
          <w:rFonts w:ascii="Gentium Plus" w:hAnsi="Gentium Plus"/>
          <w:sz w:val="24"/>
        </w:rPr>
        <w:t>51. (VII, 589.)</w:t>
      </w:r>
    </w:p>
    <w:p>
      <w:r>
        <w:rPr>
          <w:rFonts w:ascii="Courier New" w:hAnsi="Courier New"/>
          <w:color w:val="555555"/>
          <w:sz w:val="20"/>
        </w:rPr>
        <w:t>[52]</w:t>
      </w:r>
    </w:p>
    <w:p>
      <w:r>
        <w:rPr>
          <w:rFonts w:ascii="Gentium Plus" w:hAnsi="Gentium Plus"/>
          <w:sz w:val="24"/>
        </w:rPr>
        <w:t>52.* (VII, 592.)</w:t>
      </w:r>
    </w:p>
    <w:p>
      <w:r>
        <w:rPr>
          <w:rFonts w:ascii="Courier New" w:hAnsi="Courier New"/>
          <w:color w:val="555555"/>
          <w:sz w:val="20"/>
        </w:rPr>
        <w:t>[53]</w:t>
      </w:r>
    </w:p>
    <w:p>
      <w:r>
        <w:rPr>
          <w:rFonts w:ascii="Gentium Plus" w:hAnsi="Gentium Plus"/>
          <w:sz w:val="24"/>
        </w:rPr>
        <w:t>53. (VII, 593.)</w:t>
      </w:r>
    </w:p>
    <w:p>
      <w:r>
        <w:rPr>
          <w:rFonts w:ascii="Courier New" w:hAnsi="Courier New"/>
          <w:color w:val="555555"/>
          <w:sz w:val="20"/>
        </w:rPr>
        <w:t>[54]</w:t>
      </w:r>
    </w:p>
    <w:p>
      <w:r>
        <w:rPr>
          <w:rFonts w:ascii="Gentium Plus" w:hAnsi="Gentium Plus"/>
          <w:sz w:val="24"/>
        </w:rPr>
        <w:t>54. (VII, 596.)</w:t>
      </w:r>
    </w:p>
    <w:p>
      <w:r>
        <w:rPr>
          <w:rFonts w:ascii="Courier New" w:hAnsi="Courier New"/>
          <w:color w:val="555555"/>
          <w:sz w:val="20"/>
        </w:rPr>
        <w:t>[55]</w:t>
      </w:r>
    </w:p>
    <w:p>
      <w:r>
        <w:rPr>
          <w:rFonts w:ascii="Gentium Plus" w:hAnsi="Gentium Plus"/>
          <w:sz w:val="24"/>
        </w:rPr>
        <w:t>55. (VII, 602.)</w:t>
      </w:r>
    </w:p>
    <w:p>
      <w:r>
        <w:rPr>
          <w:rFonts w:ascii="Courier New" w:hAnsi="Courier New"/>
          <w:color w:val="555555"/>
          <w:sz w:val="20"/>
        </w:rPr>
        <w:t>[56]</w:t>
      </w:r>
    </w:p>
    <w:p>
      <w:r>
        <w:rPr>
          <w:rFonts w:ascii="Gentium Plus" w:hAnsi="Gentium Plus"/>
          <w:sz w:val="24"/>
        </w:rPr>
        <w:t>56. (VII, 612.)</w:t>
      </w:r>
    </w:p>
    <w:p>
      <w:r>
        <w:rPr>
          <w:rFonts w:ascii="Courier New" w:hAnsi="Courier New"/>
          <w:color w:val="555555"/>
          <w:sz w:val="20"/>
        </w:rPr>
        <w:t>[57]</w:t>
      </w:r>
    </w:p>
    <w:p>
      <w:r>
        <w:rPr>
          <w:rFonts w:ascii="Gentium Plus" w:hAnsi="Gentium Plus"/>
          <w:sz w:val="24"/>
        </w:rPr>
        <w:t>57.* (VII, 614.)</w:t>
      </w:r>
    </w:p>
    <w:p>
      <w:r>
        <w:rPr>
          <w:rFonts w:ascii="Courier New" w:hAnsi="Courier New"/>
          <w:color w:val="555555"/>
          <w:sz w:val="20"/>
        </w:rPr>
        <w:t>[58]</w:t>
      </w:r>
    </w:p>
    <w:p>
      <w:r>
        <w:rPr>
          <w:rFonts w:ascii="Gentium Plus" w:hAnsi="Gentium Plus"/>
          <w:sz w:val="24"/>
        </w:rPr>
        <w:t>58. (IX, 152.)</w:t>
      </w:r>
    </w:p>
    <w:p>
      <w:r>
        <w:rPr>
          <w:rFonts w:ascii="Courier New" w:hAnsi="Courier New"/>
          <w:color w:val="555555"/>
          <w:sz w:val="20"/>
        </w:rPr>
        <w:t>[59]</w:t>
      </w:r>
    </w:p>
    <w:p>
      <w:r>
        <w:rPr>
          <w:rFonts w:ascii="Gentium Plus" w:hAnsi="Gentium Plus"/>
          <w:sz w:val="24"/>
        </w:rPr>
        <w:t>59. (IX, 153.)</w:t>
      </w:r>
    </w:p>
    <w:p>
      <w:r>
        <w:rPr>
          <w:rFonts w:ascii="Courier New" w:hAnsi="Courier New"/>
          <w:color w:val="555555"/>
          <w:sz w:val="20"/>
        </w:rPr>
        <w:t>[60]</w:t>
      </w:r>
    </w:p>
    <w:p>
      <w:r>
        <w:rPr>
          <w:rFonts w:ascii="Gentium Plus" w:hAnsi="Gentium Plus"/>
          <w:sz w:val="24"/>
        </w:rPr>
        <w:t>60. (IX, 155.)</w:t>
      </w:r>
    </w:p>
    <w:p>
      <w:r>
        <w:rPr>
          <w:rFonts w:ascii="Courier New" w:hAnsi="Courier New"/>
          <w:color w:val="555555"/>
          <w:sz w:val="20"/>
        </w:rPr>
        <w:t>[61]</w:t>
      </w:r>
    </w:p>
    <w:p>
      <w:r>
        <w:rPr>
          <w:rFonts w:ascii="Gentium Plus" w:hAnsi="Gentium Plus"/>
          <w:sz w:val="24"/>
        </w:rPr>
        <w:t>61. (IX, 154.)</w:t>
      </w:r>
    </w:p>
    <w:p>
      <w:r>
        <w:rPr>
          <w:rFonts w:ascii="Courier New" w:hAnsi="Courier New"/>
          <w:color w:val="555555"/>
          <w:sz w:val="20"/>
        </w:rPr>
        <w:t>[62]</w:t>
      </w:r>
    </w:p>
    <w:p>
      <w:r>
        <w:rPr>
          <w:rFonts w:ascii="Gentium Plus" w:hAnsi="Gentium Plus"/>
          <w:sz w:val="24"/>
        </w:rPr>
        <w:t>62. ΙΧ, 204.)</w:t>
      </w:r>
    </w:p>
    <w:p>
      <w:r>
        <w:rPr>
          <w:rFonts w:ascii="Courier New" w:hAnsi="Courier New"/>
          <w:color w:val="555555"/>
          <w:sz w:val="20"/>
        </w:rPr>
        <w:t>[63]</w:t>
      </w:r>
    </w:p>
    <w:p>
      <w:r>
        <w:rPr>
          <w:rFonts w:ascii="Gentium Plus" w:hAnsi="Gentium Plus"/>
          <w:sz w:val="24"/>
        </w:rPr>
        <w:t>63. (IX, 442.)</w:t>
      </w:r>
    </w:p>
    <w:p>
      <w:r>
        <w:rPr>
          <w:rFonts w:ascii="Courier New" w:hAnsi="Courier New"/>
          <w:color w:val="555555"/>
          <w:sz w:val="20"/>
        </w:rPr>
        <w:t>[64]</w:t>
      </w:r>
    </w:p>
    <w:p>
      <w:r>
        <w:rPr>
          <w:rFonts w:ascii="Gentium Plus" w:hAnsi="Gentium Plus"/>
          <w:sz w:val="24"/>
        </w:rPr>
        <w:t>64. (IX, 432.)</w:t>
      </w:r>
    </w:p>
    <w:p>
      <w:r>
        <w:rPr>
          <w:rFonts w:ascii="Courier New" w:hAnsi="Courier New"/>
          <w:color w:val="555555"/>
          <w:sz w:val="20"/>
        </w:rPr>
        <w:t>[65]</w:t>
      </w:r>
    </w:p>
    <w:p>
      <w:r>
        <w:rPr>
          <w:rFonts w:ascii="Gentium Plus" w:hAnsi="Gentium Plus"/>
          <w:sz w:val="24"/>
        </w:rPr>
        <w:t>65. (IX, 619)</w:t>
      </w:r>
    </w:p>
    <w:p>
      <w:r>
        <w:rPr>
          <w:rFonts w:ascii="Courier New" w:hAnsi="Courier New"/>
          <w:color w:val="555555"/>
          <w:sz w:val="20"/>
        </w:rPr>
        <w:t>[66]</w:t>
      </w:r>
    </w:p>
    <w:p>
      <w:r>
        <w:rPr>
          <w:rFonts w:ascii="Gentium Plus" w:hAnsi="Gentium Plus"/>
          <w:sz w:val="24"/>
        </w:rPr>
        <w:t>66. (IX, 63 1.)</w:t>
      </w:r>
    </w:p>
    <w:p>
      <w:r>
        <w:rPr>
          <w:rFonts w:ascii="Courier New" w:hAnsi="Courier New"/>
          <w:color w:val="555555"/>
          <w:sz w:val="20"/>
        </w:rPr>
        <w:t>[67]</w:t>
      </w:r>
    </w:p>
    <w:p>
      <w:r>
        <w:rPr>
          <w:rFonts w:ascii="Gentium Plus" w:hAnsi="Gentium Plus"/>
          <w:sz w:val="24"/>
        </w:rPr>
        <w:t>67. (IX, 641.)</w:t>
      </w:r>
    </w:p>
    <w:p>
      <w:r>
        <w:rPr>
          <w:rFonts w:ascii="Courier New" w:hAnsi="Courier New"/>
          <w:color w:val="555555"/>
          <w:sz w:val="20"/>
        </w:rPr>
        <w:t>[68]</w:t>
      </w:r>
    </w:p>
    <w:p>
      <w:r>
        <w:rPr>
          <w:rFonts w:ascii="Gentium Plus" w:hAnsi="Gentium Plus"/>
          <w:sz w:val="24"/>
        </w:rPr>
        <w:t>68. (IX, 642.)</w:t>
      </w:r>
    </w:p>
    <w:p>
      <w:r>
        <w:rPr>
          <w:rFonts w:ascii="Courier New" w:hAnsi="Courier New"/>
          <w:color w:val="555555"/>
          <w:sz w:val="20"/>
        </w:rPr>
        <w:t>[69]</w:t>
      </w:r>
    </w:p>
    <w:p>
      <w:r>
        <w:rPr>
          <w:rFonts w:ascii="Gentium Plus" w:hAnsi="Gentium Plus"/>
          <w:sz w:val="24"/>
        </w:rPr>
        <w:t>69. (IX, 643.)</w:t>
      </w:r>
    </w:p>
    <w:p>
      <w:r>
        <w:rPr>
          <w:rFonts w:ascii="Courier New" w:hAnsi="Courier New"/>
          <w:color w:val="555555"/>
          <w:sz w:val="20"/>
        </w:rPr>
        <w:t>[70]</w:t>
      </w:r>
    </w:p>
    <w:p>
      <w:r>
        <w:rPr>
          <w:rFonts w:ascii="Gentium Plus" w:hAnsi="Gentium Plus"/>
          <w:sz w:val="24"/>
        </w:rPr>
        <w:t>70. (IX, 644.)</w:t>
      </w:r>
    </w:p>
    <w:p>
      <w:r>
        <w:rPr>
          <w:rFonts w:ascii="Courier New" w:hAnsi="Courier New"/>
          <w:color w:val="555555"/>
          <w:sz w:val="20"/>
        </w:rPr>
        <w:t>[71]</w:t>
      </w:r>
    </w:p>
    <w:p>
      <w:r>
        <w:rPr>
          <w:rFonts w:ascii="Gentium Plus" w:hAnsi="Gentium Plus"/>
          <w:sz w:val="24"/>
        </w:rPr>
        <w:t>71. (IX, 653.)</w:t>
      </w:r>
    </w:p>
    <w:p>
      <w:r>
        <w:rPr>
          <w:rFonts w:ascii="Courier New" w:hAnsi="Courier New"/>
          <w:color w:val="555555"/>
          <w:sz w:val="20"/>
        </w:rPr>
        <w:t>[72]</w:t>
      </w:r>
    </w:p>
    <w:p>
      <w:r>
        <w:rPr>
          <w:rFonts w:ascii="Gentium Plus" w:hAnsi="Gentium Plus"/>
          <w:sz w:val="24"/>
        </w:rPr>
        <w:t>72. (IX, 662.)</w:t>
      </w:r>
    </w:p>
    <w:p>
      <w:r>
        <w:rPr>
          <w:rFonts w:ascii="Courier New" w:hAnsi="Courier New"/>
          <w:color w:val="555555"/>
          <w:sz w:val="20"/>
        </w:rPr>
        <w:t>[73]</w:t>
      </w:r>
    </w:p>
    <w:p>
      <w:r>
        <w:rPr>
          <w:rFonts w:ascii="Gentium Plus" w:hAnsi="Gentium Plus"/>
          <w:sz w:val="24"/>
        </w:rPr>
        <w:t>73. (IX, 665.)</w:t>
      </w:r>
    </w:p>
    <w:p>
      <w:r>
        <w:rPr>
          <w:rFonts w:ascii="Courier New" w:hAnsi="Courier New"/>
          <w:color w:val="555555"/>
          <w:sz w:val="20"/>
        </w:rPr>
        <w:t>[74]</w:t>
      </w:r>
    </w:p>
    <w:p>
      <w:r>
        <w:rPr>
          <w:rFonts w:ascii="Gentium Plus" w:hAnsi="Gentium Plus"/>
          <w:sz w:val="24"/>
        </w:rPr>
        <w:t>74.* ΙΧ, 677.)</w:t>
      </w:r>
    </w:p>
    <w:p>
      <w:r>
        <w:rPr>
          <w:rFonts w:ascii="Courier New" w:hAnsi="Courier New"/>
          <w:color w:val="555555"/>
          <w:sz w:val="20"/>
        </w:rPr>
        <w:t>[75]</w:t>
      </w:r>
    </w:p>
    <w:p>
      <w:r>
        <w:rPr>
          <w:rFonts w:ascii="Gentium Plus" w:hAnsi="Gentium Plus"/>
          <w:sz w:val="24"/>
        </w:rPr>
        <w:t>75.* (IX, 766.)</w:t>
      </w:r>
    </w:p>
    <w:p>
      <w:r>
        <w:rPr>
          <w:rFonts w:ascii="Courier New" w:hAnsi="Courier New"/>
          <w:color w:val="555555"/>
          <w:sz w:val="20"/>
        </w:rPr>
        <w:t>[76]</w:t>
      </w:r>
    </w:p>
    <w:p>
      <w:r>
        <w:rPr>
          <w:rFonts w:ascii="Gentium Plus" w:hAnsi="Gentium Plus"/>
          <w:sz w:val="24"/>
        </w:rPr>
        <w:t>76.* (IX, 767.)</w:t>
      </w:r>
    </w:p>
    <w:p>
      <w:r>
        <w:rPr>
          <w:rFonts w:ascii="Courier New" w:hAnsi="Courier New"/>
          <w:color w:val="555555"/>
          <w:sz w:val="20"/>
        </w:rPr>
        <w:t>[77]</w:t>
      </w:r>
    </w:p>
    <w:p>
      <w:r>
        <w:rPr>
          <w:rFonts w:ascii="Gentium Plus" w:hAnsi="Gentium Plus"/>
          <w:sz w:val="24"/>
        </w:rPr>
        <w:t>77.* (IX, 768.)</w:t>
      </w:r>
    </w:p>
    <w:p>
      <w:r>
        <w:rPr>
          <w:rFonts w:ascii="Courier New" w:hAnsi="Courier New"/>
          <w:color w:val="555555"/>
          <w:sz w:val="20"/>
        </w:rPr>
        <w:t>[78]</w:t>
      </w:r>
    </w:p>
    <w:p>
      <w:r>
        <w:rPr>
          <w:rFonts w:ascii="Gentium Plus" w:hAnsi="Gentium Plus"/>
          <w:sz w:val="24"/>
        </w:rPr>
        <w:t>78.* (IX, 769.)</w:t>
      </w:r>
    </w:p>
    <w:p>
      <w:r>
        <w:rPr>
          <w:rFonts w:ascii="Courier New" w:hAnsi="Courier New"/>
          <w:color w:val="555555"/>
          <w:sz w:val="20"/>
        </w:rPr>
        <w:t>[79]</w:t>
      </w:r>
    </w:p>
    <w:p>
      <w:r>
        <w:rPr>
          <w:rFonts w:ascii="Gentium Plus" w:hAnsi="Gentium Plus"/>
          <w:sz w:val="24"/>
        </w:rPr>
        <w:t>79. (X, ,4.)</w:t>
      </w:r>
    </w:p>
    <w:p>
      <w:r>
        <w:rPr>
          <w:rFonts w:ascii="Courier New" w:hAnsi="Courier New"/>
          <w:color w:val="555555"/>
          <w:sz w:val="20"/>
        </w:rPr>
        <w:t>[80]</w:t>
      </w:r>
    </w:p>
    <w:p>
      <w:r>
        <w:rPr>
          <w:rFonts w:ascii="Gentium Plus" w:hAnsi="Gentium Plus"/>
          <w:sz w:val="24"/>
        </w:rPr>
        <w:t>80. (X, 64.)</w:t>
      </w:r>
    </w:p>
    <w:p>
      <w:r>
        <w:rPr>
          <w:rFonts w:ascii="Courier New" w:hAnsi="Courier New"/>
          <w:color w:val="555555"/>
          <w:sz w:val="20"/>
        </w:rPr>
        <w:t>[81]</w:t>
      </w:r>
    </w:p>
    <w:p>
      <w:r>
        <w:rPr>
          <w:rFonts w:ascii="Gentium Plus" w:hAnsi="Gentium Plus"/>
          <w:sz w:val="24"/>
        </w:rPr>
        <w:t>81. (X, 66.)</w:t>
      </w:r>
    </w:p>
    <w:p>
      <w:r>
        <w:rPr>
          <w:rFonts w:ascii="Courier New" w:hAnsi="Courier New"/>
          <w:color w:val="555555"/>
          <w:sz w:val="20"/>
        </w:rPr>
        <w:t>[82]</w:t>
      </w:r>
    </w:p>
    <w:p>
      <w:r>
        <w:rPr>
          <w:rFonts w:ascii="Gentium Plus" w:hAnsi="Gentium Plus"/>
          <w:sz w:val="24"/>
        </w:rPr>
        <w:t>82. (X, 68)</w:t>
      </w:r>
    </w:p>
    <w:p>
      <w:r>
        <w:rPr>
          <w:rFonts w:ascii="Courier New" w:hAnsi="Courier New"/>
          <w:color w:val="555555"/>
          <w:sz w:val="20"/>
        </w:rPr>
        <w:t>[83]</w:t>
      </w:r>
    </w:p>
    <w:p>
      <w:r>
        <w:rPr>
          <w:rFonts w:ascii="Gentium Plus" w:hAnsi="Gentium Plus"/>
          <w:sz w:val="24"/>
        </w:rPr>
        <w:t>83. (X, 69.)</w:t>
      </w:r>
    </w:p>
    <w:p>
      <w:r>
        <w:rPr>
          <w:rFonts w:ascii="Courier New" w:hAnsi="Courier New"/>
          <w:color w:val="555555"/>
          <w:sz w:val="20"/>
        </w:rPr>
        <w:t>[84]</w:t>
      </w:r>
    </w:p>
    <w:p>
      <w:r>
        <w:rPr>
          <w:rFonts w:ascii="Gentium Plus" w:hAnsi="Gentium Plus"/>
          <w:sz w:val="24"/>
        </w:rPr>
        <w:t>84. (XI, 57.)</w:t>
      </w:r>
    </w:p>
    <w:p>
      <w:r>
        <w:rPr>
          <w:rFonts w:ascii="Courier New" w:hAnsi="Courier New"/>
          <w:color w:val="555555"/>
          <w:sz w:val="20"/>
        </w:rPr>
        <w:t>[85]</w:t>
      </w:r>
    </w:p>
    <w:p>
      <w:r>
        <w:rPr>
          <w:rFonts w:ascii="Gentium Plus" w:hAnsi="Gentium Plus"/>
          <w:sz w:val="24"/>
        </w:rPr>
        <w:t>85.* (XI, 64.)</w:t>
      </w:r>
    </w:p>
    <w:p>
      <w:r>
        <w:rPr>
          <w:rFonts w:ascii="Courier New" w:hAnsi="Courier New"/>
          <w:color w:val="555555"/>
          <w:sz w:val="20"/>
        </w:rPr>
        <w:t>[86]</w:t>
      </w:r>
    </w:p>
    <w:p>
      <w:r>
        <w:rPr>
          <w:rFonts w:ascii="Gentium Plus" w:hAnsi="Gentium Plus"/>
          <w:sz w:val="24"/>
        </w:rPr>
        <w:t>86.* ΧΙ, 350.)</w:t>
      </w:r>
    </w:p>
    <w:p>
      <w:r>
        <w:rPr>
          <w:rFonts w:ascii="Courier New" w:hAnsi="Courier New"/>
          <w:color w:val="555555"/>
          <w:sz w:val="20"/>
        </w:rPr>
        <w:t>[87]</w:t>
      </w:r>
    </w:p>
    <w:p>
      <w:r>
        <w:rPr>
          <w:rFonts w:ascii="Gentium Plus" w:hAnsi="Gentium Plus"/>
          <w:sz w:val="24"/>
        </w:rPr>
        <w:t>87.* (XI, 352.)</w:t>
      </w:r>
    </w:p>
    <w:p>
      <w:r>
        <w:rPr>
          <w:rFonts w:ascii="Courier New" w:hAnsi="Courier New"/>
          <w:color w:val="555555"/>
          <w:sz w:val="20"/>
        </w:rPr>
        <w:t>[88]</w:t>
      </w:r>
    </w:p>
    <w:p>
      <w:r>
        <w:rPr>
          <w:rFonts w:ascii="Gentium Plus" w:hAnsi="Gentium Plus"/>
          <w:sz w:val="24"/>
        </w:rPr>
        <w:t>88.* (XI, 354.)</w:t>
      </w:r>
    </w:p>
    <w:p>
      <w:r>
        <w:rPr>
          <w:rFonts w:ascii="Courier New" w:hAnsi="Courier New"/>
          <w:color w:val="555555"/>
          <w:sz w:val="20"/>
        </w:rPr>
        <w:t>[89]</w:t>
      </w:r>
    </w:p>
    <w:p>
      <w:r>
        <w:rPr>
          <w:rFonts w:ascii="Gentium Plus" w:hAnsi="Gentium Plus"/>
          <w:sz w:val="24"/>
        </w:rPr>
        <w:t>89.* (XI, 365.)</w:t>
      </w:r>
    </w:p>
    <w:p>
      <w:r>
        <w:rPr>
          <w:rFonts w:ascii="Courier New" w:hAnsi="Courier New"/>
          <w:color w:val="555555"/>
          <w:sz w:val="20"/>
        </w:rPr>
        <w:t>[90]</w:t>
      </w:r>
    </w:p>
    <w:p>
      <w:r>
        <w:rPr>
          <w:rFonts w:ascii="Gentium Plus" w:hAnsi="Gentium Plus"/>
          <w:sz w:val="24"/>
        </w:rPr>
        <w:t>90.* (XI, 372.)</w:t>
      </w:r>
    </w:p>
    <w:p>
      <w:r>
        <w:rPr>
          <w:rFonts w:ascii="Courier New" w:hAnsi="Courier New"/>
          <w:color w:val="555555"/>
          <w:sz w:val="20"/>
        </w:rPr>
        <w:t>[91]</w:t>
      </w:r>
    </w:p>
    <w:p>
      <w:r>
        <w:rPr>
          <w:rFonts w:ascii="Gentium Plus" w:hAnsi="Gentium Plus"/>
          <w:sz w:val="24"/>
        </w:rPr>
        <w:t>91.* (XI, 376.)</w:t>
      </w:r>
    </w:p>
    <w:p>
      <w:r>
        <w:rPr>
          <w:rFonts w:ascii="Courier New" w:hAnsi="Courier New"/>
          <w:color w:val="555555"/>
          <w:sz w:val="20"/>
        </w:rPr>
        <w:t>[92]</w:t>
      </w:r>
    </w:p>
    <w:p>
      <w:r>
        <w:rPr>
          <w:rFonts w:ascii="Gentium Plus" w:hAnsi="Gentium Plus"/>
          <w:sz w:val="24"/>
        </w:rPr>
        <w:t>92. (XI, 379.)</w:t>
      </w:r>
    </w:p>
    <w:p>
      <w:r>
        <w:rPr>
          <w:rFonts w:ascii="Courier New" w:hAnsi="Courier New"/>
          <w:color w:val="555555"/>
          <w:sz w:val="20"/>
        </w:rPr>
        <w:t>[93]</w:t>
      </w:r>
    </w:p>
    <w:p>
      <w:r>
        <w:rPr>
          <w:rFonts w:ascii="Gentium Plus" w:hAnsi="Gentium Plus"/>
          <w:sz w:val="24"/>
        </w:rPr>
        <w:t>93. (XI, 382.)</w:t>
      </w:r>
    </w:p>
    <w:p>
      <w:r>
        <w:rPr>
          <w:rFonts w:ascii="Courier New" w:hAnsi="Courier New"/>
          <w:color w:val="555555"/>
          <w:sz w:val="20"/>
        </w:rPr>
        <w:t>[94]</w:t>
      </w:r>
    </w:p>
    <w:p>
      <w:r>
        <w:rPr>
          <w:rFonts w:ascii="Gentium Plus" w:hAnsi="Gentium Plus"/>
          <w:sz w:val="24"/>
        </w:rPr>
        <w:t>94. (36.)</w:t>
      </w:r>
    </w:p>
    <w:p>
      <w:r>
        <w:rPr>
          <w:rFonts w:ascii="Courier New" w:hAnsi="Courier New"/>
          <w:color w:val="555555"/>
          <w:sz w:val="20"/>
        </w:rPr>
        <w:t>[95]</w:t>
      </w:r>
    </w:p>
    <w:p>
      <w:r>
        <w:rPr>
          <w:rFonts w:ascii="Gentium Plus" w:hAnsi="Gentium Plus"/>
          <w:sz w:val="24"/>
        </w:rPr>
        <w:t>95. (41.)</w:t>
      </w:r>
    </w:p>
    <w:p>
      <w:r>
        <w:rPr>
          <w:rFonts w:ascii="Courier New" w:hAnsi="Courier New"/>
          <w:color w:val="555555"/>
          <w:sz w:val="20"/>
        </w:rPr>
        <w:t>[96]</w:t>
      </w:r>
    </w:p>
    <w:p>
      <w:r>
        <w:rPr>
          <w:rFonts w:ascii="Gentium Plus" w:hAnsi="Gentium Plus"/>
          <w:sz w:val="24"/>
        </w:rPr>
        <w:t>96. (59.)</w:t>
      </w:r>
    </w:p>
    <w:p>
      <w:r>
        <w:rPr>
          <w:rFonts w:ascii="Courier New" w:hAnsi="Courier New"/>
          <w:color w:val="555555"/>
          <w:sz w:val="20"/>
        </w:rPr>
        <w:t>[97]</w:t>
      </w:r>
    </w:p>
    <w:p>
      <w:r>
        <w:rPr>
          <w:rFonts w:ascii="Gentium Plus" w:hAnsi="Gentium Plus"/>
          <w:sz w:val="24"/>
        </w:rPr>
        <w:t>97. (80.)</w:t>
      </w:r>
    </w:p>
    <w:p>
      <w:r>
        <w:rPr>
          <w:rFonts w:ascii="Courier New" w:hAnsi="Courier New"/>
          <w:color w:val="555555"/>
          <w:sz w:val="20"/>
        </w:rPr>
        <w:t>[98]</w:t>
      </w:r>
    </w:p>
    <w:p>
      <w:r>
        <w:rPr>
          <w:rFonts w:ascii="Gentium Plus" w:hAnsi="Gentium Plus"/>
          <w:sz w:val="24"/>
        </w:rPr>
        <w:t>98. (109.)</w:t>
      </w:r>
    </w:p>
    <w:p>
      <w:r>
        <w:rPr>
          <w:rFonts w:ascii="Courier New" w:hAnsi="Courier New"/>
          <w:color w:val="555555"/>
          <w:sz w:val="20"/>
        </w:rPr>
        <w:t>[99]</w:t>
      </w:r>
    </w:p>
    <w:p>
      <w:r>
        <w:rPr>
          <w:rFonts w:ascii="Gentium Plus" w:hAnsi="Gentium Plus"/>
          <w:sz w:val="24"/>
        </w:rPr>
        <w:t>99. (244.)</w:t>
      </w:r>
    </w:p>
    <w:p>
      <w:r>
        <w:rPr>
          <w:rFonts w:ascii="Courier New" w:hAnsi="Courier New"/>
          <w:color w:val="555555"/>
          <w:sz w:val="20"/>
        </w:rPr>
        <w:t>[100]</w:t>
      </w:r>
    </w:p>
    <w:p>
      <w:r>
        <w:rPr>
          <w:rFonts w:ascii="Gentium Plus" w:hAnsi="Gentium Plus"/>
          <w:sz w:val="24"/>
        </w:rPr>
        <w:t>100. (331.)</w:t>
      </w:r>
    </w:p>
    <w:p>
      <w:r>
        <w:rPr>
          <w:rFonts w:ascii="Courier New" w:hAnsi="Courier New"/>
          <w:color w:val="555555"/>
          <w:sz w:val="20"/>
        </w:rPr>
        <w:t>[101]</w:t>
      </w:r>
    </w:p>
    <w:p>
      <w:r>
        <w:rPr>
          <w:rFonts w:ascii="Gentium Plus" w:hAnsi="Gentium Plus"/>
          <w:sz w:val="24"/>
        </w:rPr>
        <w:t>101. (332.)</w:t>
      </w:r>
    </w:p>
    <w:p>
      <w:r>
        <w:rPr>
          <w:rFonts w:ascii="Courier New" w:hAnsi="Courier New"/>
          <w:color w:val="555555"/>
          <w:sz w:val="20"/>
        </w:rPr>
        <w:t>[102]</w:t>
      </w:r>
    </w:p>
    <w:p>
      <w:r>
        <w:rPr>
          <w:rFonts w:ascii="Gentium Plus" w:hAnsi="Gentium Plus"/>
          <w:sz w:val="24"/>
        </w:rPr>
        <w:t>102. (V, 241.)</w:t>
      </w:r>
    </w:p>
    <w:p>
      <w:r>
        <w:rPr>
          <w:rFonts w:ascii="Courier New" w:hAnsi="Courier New"/>
          <w:color w:val="555555"/>
          <w:sz w:val="20"/>
        </w:rPr>
        <w:t>[103]</w:t>
      </w:r>
    </w:p>
    <w:p>
      <w:r>
        <w:rPr>
          <w:rFonts w:ascii="Gentium Plus" w:hAnsi="Gentium Plus"/>
          <w:sz w:val="24"/>
        </w:rPr>
        <w:t>103.(VI, 87.)</w:t>
      </w:r>
    </w:p>
    <w:p>
      <w:r>
        <w:rPr>
          <w:rFonts w:ascii="Courier New" w:hAnsi="Courier New"/>
          <w:color w:val="555555"/>
          <w:sz w:val="20"/>
        </w:rPr>
        <w:t>[104]</w:t>
      </w:r>
    </w:p>
    <w:p>
      <w:r>
        <w:rPr>
          <w:rFonts w:ascii="Gentium Plus" w:hAnsi="Gentium Plus"/>
          <w:sz w:val="24"/>
        </w:rPr>
        <w:t>104. (VII, 323.)</w:t>
      </w:r>
    </w:p>
    <w:p>
      <w:r>
        <w:rPr>
          <w:rFonts w:ascii="Courier New" w:hAnsi="Courier New"/>
          <w:color w:val="555555"/>
          <w:sz w:val="20"/>
        </w:rPr>
        <w:t>[105]</w:t>
      </w:r>
    </w:p>
    <w:p>
      <w:r>
        <w:rPr>
          <w:rFonts w:ascii="Gentium Plus" w:hAnsi="Gentium Plus"/>
          <w:sz w:val="24"/>
        </w:rPr>
        <w:t>105. (XI, 402.)</w:t>
      </w:r>
    </w:p>
    <w:p>
      <w:r>
        <w:rPr>
          <w:rFonts w:ascii="Courier New" w:hAnsi="Courier New"/>
          <w:color w:val="555555"/>
          <w:sz w:val="20"/>
        </w:rPr>
        <w:t>[106]</w:t>
      </w:r>
    </w:p>
    <w:p>
      <w:r>
        <w:rPr>
          <w:rFonts w:ascii="Gentium Plus" w:hAnsi="Gentium Plus"/>
          <w:sz w:val="24"/>
        </w:rPr>
        <w:t>106. (XI, 377.)</w:t>
      </w:r>
    </w:p>
    <w:p>
      <w:r>
        <w:rPr>
          <w:rFonts w:ascii="Courier New" w:hAnsi="Courier New"/>
          <w:color w:val="555555"/>
          <w:sz w:val="20"/>
        </w:rPr>
        <w:t>[107]</w:t>
      </w:r>
    </w:p>
    <w:p>
      <w:r>
        <w:rPr>
          <w:rFonts w:ascii="Gentium Plus" w:hAnsi="Gentium Plus"/>
          <w:sz w:val="24"/>
        </w:rPr>
        <w:t>107. (XI, 357.)</w:t>
      </w:r>
    </w:p>
    <w:p>
      <w:r>
        <w:rPr>
          <w:rFonts w:ascii="Courier New" w:hAnsi="Courier New"/>
          <w:color w:val="555555"/>
          <w:sz w:val="20"/>
        </w:rPr>
        <w:t>[108]</w:t>
      </w:r>
    </w:p>
    <w:p>
      <w:r>
        <w:rPr>
          <w:rFonts w:ascii="Gentium Plus" w:hAnsi="Gentium Plus"/>
          <w:sz w:val="24"/>
        </w:rPr>
        <w:t>108. (XI, 401.)</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