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Recensio β</w:t>
      </w:r>
      <w:r>
        <w:br/>
      </w:r>
      <w:r>
        <w:rPr>
          <w:i/>
          <w:color w:val="666666"/>
          <w:sz w:val="40"/>
        </w:rPr>
        <w:t>Recension Beta</w:t>
      </w:r>
    </w:p>
    <w:p>
      <w:pPr>
        <w:jc w:val="center"/>
      </w:pPr>
      <w:r>
        <w:rPr>
          <w:rFonts w:ascii="Times New Roman" w:hAnsi="Times New Roman"/>
          <w:color w:val="1E3A70"/>
          <w:sz w:val="32"/>
        </w:rPr>
        <w:t>Ἱστορία Ἀλεξάνδρου τοῦ Μακεδόνος (ψευδο-Καλλισθένης)</w:t>
      </w:r>
      <w:r>
        <w:br/>
      </w:r>
      <w:r>
        <w:rPr>
          <w:i/>
          <w:color w:val="666666"/>
          <w:sz w:val="28"/>
        </w:rPr>
        <w:t>by Alexander Romance Anonymous</w:t>
      </w:r>
    </w:p>
    <w:p/>
    <w:p>
      <w:r>
        <w:rPr>
          <w:rFonts w:ascii="Courier New" w:hAnsi="Courier New"/>
          <w:color w:val="555555"/>
          <w:sz w:val="20"/>
        </w:rPr>
        <w:t>[1 t]</w:t>
      </w:r>
    </w:p>
    <w:p>
      <w:pPr>
        <w:jc w:val="center"/>
      </w:pPr>
      <w:r>
        <w:rPr>
          <w:rFonts w:ascii="Gentium Plus" w:hAnsi="Gentium Plus"/>
          <w:b/>
          <w:sz w:val="24"/>
        </w:rPr>
        <w:t>Ἀλέξανδρος ὁ Μακεδών</w:t>
      </w:r>
    </w:p>
    <w:p>
      <w:r>
        <w:rPr>
          <w:rFonts w:ascii="Courier New" w:hAnsi="Courier New"/>
          <w:color w:val="555555"/>
          <w:sz w:val="20"/>
        </w:rPr>
        <w:t>[1 . 1]</w:t>
      </w:r>
    </w:p>
    <w:p>
      <w:r>
        <w:rPr>
          <w:rFonts w:ascii="Gentium Plus" w:hAnsi="Gentium Plus"/>
          <w:sz w:val="24"/>
        </w:rPr>
        <w:t>Ἄριστος δοκεῖ γενέσθαι καὶ γενναιότατος Ἀλέξανδρος ὁ Μακεδὼν ἰδίως πάντα ποιησάμενος, συνεργοῦσαν αὐτῷ εὑρὼν ἀεὶ ταῖς ἀρεταῖς τὴν πρόνοιαν. τοσοῦτον γὰρ ἐν ἑκάστῳ τῶν ἐθνῶν πολεμῶν καὶ μαχόμενος διήγαγε χρόνον ὅσον οὐκ ἤρκει τοῖς βουλομένοις τὰς πόλεις ἀκριβῶς ἱστορῆσαι. τὰς δὲ Ἀλεξάν‐</w:t>
      </w:r>
    </w:p>
    <w:p>
      <w:r>
        <w:rPr>
          <w:rFonts w:ascii="Courier New" w:hAnsi="Courier New"/>
          <w:color w:val="555555"/>
          <w:sz w:val="20"/>
        </w:rPr>
        <w:t>[5]</w:t>
      </w:r>
    </w:p>
    <w:p>
      <w:r>
        <w:rPr>
          <w:rFonts w:ascii="Gentium Plus" w:hAnsi="Gentium Plus"/>
          <w:sz w:val="24"/>
        </w:rPr>
        <w:t>δρου πράξεις καὶ τὰς ἀρετὰς τοῦ σώματος αὐτοῦ καὶ τῆς ψυχῆς καὶ τὴν ἐν τοῖς ἔργοις εὐτυχίαν καὶ τὴν ἀνδρείαν ἤδη λέγομεν, τὴν ἀρχὴν ἀπὸ τοῦ γένους αὐτοῦ ποιούμενοι καὶ τίνος ἦν πατρὸς υἱός. ἀπατῶνται γὰρ οἱ πολλοὶ λέγοντες αὐτὸν εἶναι τοῦ βασιλέως Φιλίππου υἱόν. οὐκ ἀληθὲς δὲ τοῦτο. οὐ γὰρ ἐκείνου ἦν παῖς,</w:t>
      </w:r>
    </w:p>
    <w:p>
      <w:r>
        <w:rPr>
          <w:rFonts w:ascii="Courier New" w:hAnsi="Courier New"/>
          <w:color w:val="555555"/>
          <w:sz w:val="20"/>
        </w:rPr>
        <w:t>[10]</w:t>
      </w:r>
    </w:p>
    <w:p>
      <w:r>
        <w:rPr>
          <w:rFonts w:ascii="Gentium Plus" w:hAnsi="Gentium Plus"/>
          <w:sz w:val="24"/>
        </w:rPr>
        <w:t>τῆς βασιλικῆς τιμῆς ἐξέπεσεν. οὗτος ὁ Νεκτεναβὼ τῇ μαγικῇ τέχνῃ ἔμπειρος ἦν, καὶ τῇ δυνάμει ταύτῃ χρώμενος πάντων τῶν ἐθνῶν τῇ μαγείᾳ περιγενόμενος εἰρηνικῶς διῆγεν. εἰ γάρ ποτε τούτῳ δύναμις ἐπέβη πολέμου, στρατόπεδα οὐκ ηὐτρέπιζεν, μηχανήματα πολεμικὰ οὐ κατεσκεύαζεν, ὑπασπιστὰς οὐκ ἔσκυλλεν εἰς παρατάξεις πολεμικάς, ἀλλὰ θεὶς λεκάνην ἐποίει λεκανομαντείαν. καὶ ἔβαλ‐</w:t>
      </w:r>
    </w:p>
    <w:p>
      <w:r>
        <w:rPr>
          <w:rFonts w:ascii="Courier New" w:hAnsi="Courier New"/>
          <w:color w:val="555555"/>
          <w:sz w:val="20"/>
        </w:rPr>
        <w:t>[15]</w:t>
      </w:r>
    </w:p>
    <w:p>
      <w:r>
        <w:rPr>
          <w:rFonts w:ascii="Gentium Plus" w:hAnsi="Gentium Plus"/>
          <w:sz w:val="24"/>
        </w:rPr>
        <w:t>λεν ὕδωρ πηγαῖον εἰς τὴν λεκάνην καὶ ταῖς χερσὶν αὐτοῦ ἔπλαττεν ἐκ κηρίου πλοιάρια καὶ ἀνθρωπάρια κήρινα καὶ ἐτίθει εἰς τὴν λεκάνην. καὶ ἐστόλιζεν ἑαυτὸν στολὴν προφήτου κατέχων ἐν τῇ χειρὶ αὐτοῦ ῥάβδον ἐβελίνην. καὶ στὰς ἐπεκαλεῖτο τοὺς ὡσανεὶ θεοὺς τῶν ἐπῳδῶν καὶ ἀέρια πνεύματα καὶ τοὺς κατα‐ χθονίους δαίμονας. καὶ τῇ ἐπῳδῇ ἔμπνοα ἐγίνοντο τὰ ἀνθρωπάρια. καὶ οὕτως</w:t>
      </w:r>
    </w:p>
    <w:p>
      <w:r>
        <w:rPr>
          <w:rFonts w:ascii="Courier New" w:hAnsi="Courier New"/>
          <w:color w:val="555555"/>
          <w:sz w:val="20"/>
        </w:rPr>
        <w:t>[20]</w:t>
      </w:r>
    </w:p>
    <w:p>
      <w:r>
        <w:rPr>
          <w:rFonts w:ascii="Gentium Plus" w:hAnsi="Gentium Plus"/>
          <w:sz w:val="24"/>
        </w:rPr>
        <w:t>ἐβάπτιζε τὰ πλοιάρια ἐν τῇ λεκάνῃ. καὶ εὐθέως βαπτιζομένων αὐτῶν τὰ ἐν τῷ πελάγει πλοῖα τῶν ἐπερχομένων αὐτῷ πολεμίων ἀπώλοντο διὰ τὸ πολύπειρον εἶναι τὸν ἄνδρα τῇ μαγικῇ δυνάμει. ἐν εἰρήνῃ οὖν διετέλει τὸ βασίλειον αὐτοῦ.</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[1 . 2]</w:t>
      </w:r>
    </w:p>
    <w:p>
      <w:r>
        <w:rPr>
          <w:rFonts w:ascii="Gentium Plus" w:hAnsi="Gentium Plus"/>
          <w:sz w:val="24"/>
        </w:rPr>
        <w:t>Χρόνου δὲ ἱκανοῦ γενομένου ἐξπλωράτορές τινες, οὕτω καλούμενοι παρὰ</w:t>
      </w:r>
    </w:p>
    <w:p>
      <w:r>
        <w:rPr>
          <w:rFonts w:ascii="Courier New" w:hAnsi="Courier New"/>
          <w:color w:val="555555"/>
          <w:sz w:val="20"/>
        </w:rPr>
        <w:t>[5]</w:t>
      </w:r>
    </w:p>
    <w:p>
      <w:r>
        <w:rPr>
          <w:rFonts w:ascii="Gentium Plus" w:hAnsi="Gentium Plus"/>
          <w:sz w:val="24"/>
        </w:rPr>
        <w:t>πρὸς αὐτόν· “ζῆθι βασιλεῦ, παραπεμψάμενος νῦν τοὺς εἰρηνικοὺς πάντας τρό‐ πους ἐπὶ τὰς ἐν πολέμοις παρατάξεις γενοῦ ἕτοιμος. μέγα γὰρ νέφος βαρβάρων ἐπίκειται ἡμῖν. οὐ γὰρ ἔθνος ἓν ἡμῖν ἐπέρχεται ἀλλὰ μυριάδες λαοῦ. εἰσὶ γὰρ οἱ ἐπερχόμενοι ἡμῖν Ἰνδοὶ καὶ Νοκυμαῖοι, Ὀξύδρακες, Ἴβηρες, Καύχωνες, Ἀέλαπες, Βόσποροι, Βασταρνοί, Ἀζανοί, Χάλυβες καὶ ὅσα ἄλλα ἐπὶ τῆς</w:t>
      </w:r>
    </w:p>
    <w:p>
      <w:r>
        <w:rPr>
          <w:rFonts w:ascii="Courier New" w:hAnsi="Courier New"/>
          <w:color w:val="555555"/>
          <w:sz w:val="20"/>
        </w:rPr>
        <w:t>[10]</w:t>
      </w:r>
    </w:p>
    <w:p>
      <w:r>
        <w:rPr>
          <w:rFonts w:ascii="Gentium Plus" w:hAnsi="Gentium Plus"/>
          <w:sz w:val="24"/>
        </w:rPr>
        <w:t>ἀνατολῆς παράκεινται ἔθνη μεγάλα, ἀναριθμήτων ἀνδρῶν στρατόπεδα ἐπὶ τὴν Αἴγυπτον ἐπερχόμενα. ὑπέρθου οὖν τὰ πολλὰ καὶ σεαυτὸν ἐπισκέπτου.” τοῦ οὖν στρατάρχου ταῦτα εἰπόντος τῷ Νεκτεναβῷ ἐπὶ πολὺ γελάσας ὁ βασιλεὺς Νεκτεναβὼ εἶπεν· “σὺ μὲν καλῶς καὶ ἐπιεικῶς ἣν ἐπιστεύθης φρουρὰν φυλάττων ταῦτα λέγεις, δειλῶς δὲ καὶ οὐ στρατιωτικῶς ἐφθέγξω. οὐ γὰρ ἐν ὄχλῳ ἡ δύνα‐</w:t>
      </w:r>
    </w:p>
    <w:p>
      <w:r>
        <w:rPr>
          <w:rFonts w:ascii="Courier New" w:hAnsi="Courier New"/>
          <w:color w:val="555555"/>
          <w:sz w:val="20"/>
        </w:rPr>
        <w:t>[15]</w:t>
      </w:r>
    </w:p>
    <w:p>
      <w:r>
        <w:rPr>
          <w:rFonts w:ascii="Gentium Plus" w:hAnsi="Gentium Plus"/>
          <w:sz w:val="24"/>
        </w:rPr>
        <w:t>μις, ἀλλ’ ἐν προθυμίᾳ ὁ πόλεμος. καὶ γὰρ εἷς λέων πολλὰς ἐλάφους ἐχειρώσατο, καὶ εἷς λύκος πολλὰς ἀγέλας ποιμνίων ἐσκύλευσεν. ὥστε οὖν σὺ πορευθεὶς ἅμα τοῖς ἐν ὑποταγῇ σῇ στρατοπέδοις τὴν ἰδίαν παράταξιν φύλαττε. λόγῳ γὰρ ἑνὶ τῶν βαρβάρων ἀναρίθμητον πλῆθος πελάγει ἐπικαλύψω.” καὶ ταῦτα εἰπὼν Νεκτεναβὼ ἀπέπεμψε τὸν στρατάρχην αὐτοῦ.</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[1 . 3]</w:t>
      </w:r>
    </w:p>
    <w:p>
      <w:r>
        <w:rPr>
          <w:rFonts w:ascii="Gentium Plus" w:hAnsi="Gentium Plus"/>
          <w:sz w:val="24"/>
        </w:rPr>
        <w:t>Αὐτὸς δὲ ἀναστὰς εἰσῆλθεν εἰς τὸ παλάτιον αὐτοῦ. καὶ μόνος γενόμενος πάλιν τῇ αὐτῇ ἀγωγῇ χρησάμενος ἠτένισεν εἰς τὴν λεκάνην. καὶ ὁρᾷ τοὺς τῶν Αἰ‐ γυπτίων θεοὺς κυβερνῶντας τὰ πλοῖα τῶν πολεμίων βαρβάρων καὶ τὰ στρατό‐ πεδα αὐτῶν ὑπ’ αὐτῶν ὁδηγούμενα. ὁ δὲ Νεκτεναβὼ τῇ μαγείᾳ πολύπειρος ὢν</w:t>
      </w:r>
    </w:p>
    <w:p>
      <w:r>
        <w:rPr>
          <w:rFonts w:ascii="Courier New" w:hAnsi="Courier New"/>
          <w:color w:val="555555"/>
          <w:sz w:val="20"/>
        </w:rPr>
        <w:t>[5]</w:t>
      </w:r>
    </w:p>
    <w:p>
      <w:r>
        <w:rPr>
          <w:rFonts w:ascii="Gentium Plus" w:hAnsi="Gentium Plus"/>
          <w:sz w:val="24"/>
        </w:rPr>
        <w:t>ἄνθρωπος καὶ εἰθισμένος τοῖς θεοῖς αὐτοῦ ὁμιλεῖν, μαθὼν παρ’ αὐτῶν ὅτι τὰ ἔσχατα τῆς Αἰγύπτου βασιλείας † εἰσίν †, ἐγκολπωσάμενος χρυσίον πολὺν καὶ ξυρησάμενος τὴν κεφαλὴν καὶ τὸν πώγωνα αὐτοῦ καὶ μεταμορφώσας ἑαυτὸν ἑτέρῳ σχήματι ἔφυγε διὰ τοῦ Πηλουσίου. καὶ ἀποπλεύσας παραγίνεται εἰς Πέλλην τῆς Μακεδονίας καὶ ἐκαθέζετο ἐκεῖ ἐν ἑνὶ τόπῳ ὡς ἰατρὸς σοφιστὴς πολ‐</w:t>
      </w:r>
    </w:p>
    <w:p>
      <w:r>
        <w:rPr>
          <w:rFonts w:ascii="Courier New" w:hAnsi="Courier New"/>
          <w:color w:val="555555"/>
          <w:sz w:val="20"/>
        </w:rPr>
        <w:t>[10]</w:t>
      </w:r>
    </w:p>
    <w:p>
      <w:r>
        <w:rPr>
          <w:rFonts w:ascii="Gentium Plus" w:hAnsi="Gentium Plus"/>
          <w:sz w:val="24"/>
        </w:rPr>
        <w:t>λοῖς ἀστρολογούμενος ὡς προφήτης Αἰγύπτιος. Οἱ οὖν Αἰγύπτιοι ἠξίουν τοὺς ὡσανεὶ θεοὺς αὐτῶν, τί ἄρα γέγονεν ὁ βασιλεὺς Αἰγύπτου. ἦν γὰρ πᾶσα ἡ Αἴγυπτος ὑπὸ τῶν βαρβάρων πορθηθεῖσα. ὁ δὲ ἐν τῷ ἀδύτῳ τοῦ Σεραπείου θεὸς αὐτῶν λεγόμενος ἐχρησμοδότησεν αὐτοῖς εἰπών· “οὗτος ὁ φυγὼν βασιλεὺς ἥξει πάλιν ἐν Αἰγύπτῳ οὐ γηράσκων ἀλλὰ νεάζων καὶ</w:t>
      </w:r>
    </w:p>
    <w:p>
      <w:r>
        <w:rPr>
          <w:rFonts w:ascii="Courier New" w:hAnsi="Courier New"/>
          <w:color w:val="555555"/>
          <w:sz w:val="20"/>
        </w:rPr>
        <w:t>[15]</w:t>
      </w:r>
    </w:p>
    <w:p>
      <w:r>
        <w:rPr>
          <w:rFonts w:ascii="Gentium Plus" w:hAnsi="Gentium Plus"/>
          <w:sz w:val="24"/>
        </w:rPr>
        <w:t>τοὺς ἐχθροὺς ἡμῶν Πέρσας ὑποτάξει.” καὶ συνεζήτουν τί ἄρα θέλει τὸ εἰρημένον αὐτοῖς. καὶ μὴ εὑρόντες γράφουσι τὸν δοθέντα αὐτοῖς χρησμὸν ἐπὶ τῇ βάσει τοῦ ἀνδριάντος Νεκτεναβῶ.</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[1 . 4]</w:t>
      </w:r>
    </w:p>
    <w:p>
      <w:r>
        <w:rPr>
          <w:rFonts w:ascii="Gentium Plus" w:hAnsi="Gentium Plus"/>
          <w:sz w:val="24"/>
        </w:rPr>
        <w:t>Εἰς δὲ τὴν Μακεδονίαν πᾶσαν ἐμφανὴς γενόμενος ὁ Νεκτεναβὼ ἀκριβῶς πᾶσιν ἐσκέπτετο, ὥστε καὶ τὴν βασίλισσαν Ὀλυμπιάδα ἀκούσασαν περὶ αὐτοῦ νυκτὸς ἐλθεῖν πρὸς αὐτὸν ἀποδημοῦντος Φιλίππου τοῦ ἀνδρὸς αὐτῆς εἰς πόλε‐ μον. καὶ μαθοῦσα παρ’ αὐτοῦ ὅπερ ἐζήτει ἀνεχώρησεν. καὶ μεθ’ ἡμέρας ὀλίγας</w:t>
      </w:r>
    </w:p>
    <w:p>
      <w:r>
        <w:rPr>
          <w:rFonts w:ascii="Courier New" w:hAnsi="Courier New"/>
          <w:color w:val="555555"/>
          <w:sz w:val="20"/>
        </w:rPr>
        <w:t>[5]</w:t>
      </w:r>
    </w:p>
    <w:p>
      <w:r>
        <w:rPr>
          <w:rFonts w:ascii="Gentium Plus" w:hAnsi="Gentium Plus"/>
          <w:sz w:val="24"/>
        </w:rPr>
        <w:t>μετεστείλατο αὐτὸν καὶ ἐκέλευσεν αὐτὸν εἰσελθεῖν πρὸς αὐτήν. ὁ δὲ Νεκτεναβὼ θεασάμενος αὐτὴν πάνυ εὔοπτον οὖσαν ἐπιθυμίως ἔσχε τοῦ κάλλους αὐτῆς. καὶ προτείνας τὴν χεῖρα αὐτοῦ ἔφη· “χαίροις Μακεδόνων βασίλισσα.” ἡ δὲ εἶπεν· “χαίροις ἀγαθώτατε προφῆτα, διαβὰς καθέσθητι.” καὶ εἶπεν αὐτῷ· “σὺ εἶ ὁ Αἰγύπτιος μαθηματικός, εἰς ὃν οἱ δοκιμάσαντες εὗρον πᾶσαν ἀλήθειαν· κἀγὼ</w:t>
      </w:r>
    </w:p>
    <w:p>
      <w:r>
        <w:rPr>
          <w:rFonts w:ascii="Courier New" w:hAnsi="Courier New"/>
          <w:color w:val="555555"/>
          <w:sz w:val="20"/>
        </w:rPr>
        <w:t>[10]</w:t>
      </w:r>
    </w:p>
    <w:p>
      <w:r>
        <w:rPr>
          <w:rFonts w:ascii="Gentium Plus" w:hAnsi="Gentium Plus"/>
          <w:sz w:val="24"/>
        </w:rPr>
        <w:t>δὲ ἐπείσθην παρὰ σοῦ. ποίᾳ οὖν σκέψει χρώμενος τὰ ἀληθῆ ἀπαγγέλλεις;” ὁ δὲ εἶπεν· “πολυσχεδὴς μέν ἐστιν ἡ τῆς σκέψεως αἵρεσις, ὦ βασίλισσα. εἰσὶ γὰρ ὡροσκόποι, σημειολύται, ὀνειροπόλοι, ἐγγαστρίμυθοι, ἀρνιομάντεις, γενεθλιο‐ λόγοι, οἱ καλούμενοι μάγοι, οἷς τὰ μαντεῖα ἐπέστρωται.” καὶ ταῦτα εἰπὼν ἐνέ‐ βλεψε δριμὺ τῇ Ὀλυμπιάδι. εἶπε δὲ αὐτῷ ἡ Ὀλυμπιάς· “προφῆτα, πέπηγας ἰδών</w:t>
      </w:r>
    </w:p>
    <w:p>
      <w:r>
        <w:rPr>
          <w:rFonts w:ascii="Courier New" w:hAnsi="Courier New"/>
          <w:color w:val="555555"/>
          <w:sz w:val="20"/>
        </w:rPr>
        <w:t>[15]</w:t>
      </w:r>
    </w:p>
    <w:p>
      <w:r>
        <w:rPr>
          <w:rFonts w:ascii="Gentium Plus" w:hAnsi="Gentium Plus"/>
          <w:sz w:val="24"/>
        </w:rPr>
        <w:t>με;” ὁ δὲ ἔφη· “ναί, κυρία· ὑπεμνήσθην γὰρ χρησμοῦ δοθέντος μοι ὑπὸ τῶν ἰδίων θεῶν, ὅτι δεῖ σε βασιλίδι σκέψασθαι. καὶ ἰδοὺ τοῦτο ἀληθὲς ἐγένετο. ὥστε λοιπὸν λέγε μοι ὃ βούλει.” καὶ βαλὼν τὴν χεῖρα αὐτοῦ ἔνδον 〈τοῦ κόλπου〉 αὐτοῦ ἐξή‐ γαγε πινακίδιον ὅπερ λόγος ἑρμηνεῦσαι οὐ δύναται, χρυσίῳ μὲν καὶ ἐλεφαντίνῳ διακείμενον, ἔχον ἀστέρας ἑπτὰ καὶ ὡροσκόπον, ἥλιόν τε καὶ σελήνην. καὶ ὁ</w:t>
      </w:r>
    </w:p>
    <w:p>
      <w:r>
        <w:rPr>
          <w:rFonts w:ascii="Courier New" w:hAnsi="Courier New"/>
          <w:color w:val="555555"/>
          <w:sz w:val="20"/>
        </w:rPr>
        <w:t>[20]</w:t>
      </w:r>
    </w:p>
    <w:p>
      <w:r>
        <w:rPr>
          <w:rFonts w:ascii="Gentium Plus" w:hAnsi="Gentium Plus"/>
          <w:sz w:val="24"/>
        </w:rPr>
        <w:t>μὲν ἥλιος ἦν κρυστάλλινος, ἡ δὲ σελήνη ἀδαμαντίνη, ὁ δὲ λεγόμενος Ζεὺς ἀέριος, 〈ὁ δὲ Ἄρης αἱματίτης, ὁ δὲ Κρόνοσ〉 ὀφίτης, ἡ δὲ Ἀφροδίτη σαπφείρινος, ὁ δὲ Ἑρμῆς σμαράγδινος, ὁ δὲ ὡροσκόπος λύγδινος. θαυμάσασα δὲ ἡ Ὀλυμ‐ πιὰς τὴν τοῦ πίνακος πολυτέλειαν παρακάθηται τῷ Νεκτεναβῷ κελεύσασα πάντας ἀποστῆναι καὶ λέγει πρὸς αὐτόν· “προφῆτα, σκέψαι περὶ ἐμοῦ καὶ</w:t>
      </w:r>
    </w:p>
    <w:p>
      <w:r>
        <w:rPr>
          <w:rFonts w:ascii="Courier New" w:hAnsi="Courier New"/>
          <w:color w:val="555555"/>
          <w:sz w:val="20"/>
        </w:rPr>
        <w:t>[25]</w:t>
      </w:r>
    </w:p>
    <w:p>
      <w:r>
        <w:rPr>
          <w:rFonts w:ascii="Gentium Plus" w:hAnsi="Gentium Plus"/>
          <w:sz w:val="24"/>
        </w:rPr>
        <w:t>Φιλίππου τὴν γέννησιν.” ἐφημίζετο γὰρ περὶ αὐτῆς, ὅτι ἐὰν παραγίνηται Φί‐ λιππος ἀπὸ τοῦ πολέμου, ταύτην ἀποβάλλεται καὶ ἑτέραν γαμεῖ. ὁ δὲ Νεκτεναβὼ</w:t>
      </w:r>
    </w:p>
    <w:p>
      <w:r>
        <w:rPr>
          <w:rFonts w:ascii="Courier New" w:hAnsi="Courier New"/>
          <w:color w:val="555555"/>
          <w:sz w:val="20"/>
        </w:rPr>
        <w:t>[30]</w:t>
      </w:r>
    </w:p>
    <w:p>
      <w:r>
        <w:rPr>
          <w:rFonts w:ascii="Gentium Plus" w:hAnsi="Gentium Plus"/>
          <w:sz w:val="24"/>
        </w:rPr>
        <w:t>δύναμαι δέ σοι ὡς Αἰγύπτιος προφήτης βοηθῆσαι τοῦ μὴ ἀπόβλητόν σε γε‐ νέσθαι ὑπὸ Φιλίππου.” ἡ δὲ εἶπεν· “πῶς δύνασαι;” ὁ δὲ ἔφη· “δεῖ σε θεῷ ἐπι‐ γείῳ συνελθεῖν καὶ ἐκ τούτου συλλαβεῖν καὶ τεκεῖν υἱὸν καὶ ἀναθρέψαι, τοῦτον δὲ ἔκδικόν σου ἔχειν τῶν ὑπὸ Φιλίππου γενομένων πρός σε ἁμαρτημάτων.” καὶ λέγει αὐτῷ ἡ Ὀλυμπιάς· “ποίῳ θεῷ;” ὁ δὲ εἶπεν· “τῷ τῆς Λιβύης Ἄμμωνι.”</w:t>
      </w:r>
    </w:p>
    <w:p>
      <w:r>
        <w:rPr>
          <w:rFonts w:ascii="Courier New" w:hAnsi="Courier New"/>
          <w:color w:val="555555"/>
          <w:sz w:val="20"/>
        </w:rPr>
        <w:t>[35]</w:t>
      </w:r>
    </w:p>
    <w:p>
      <w:r>
        <w:rPr>
          <w:rFonts w:ascii="Gentium Plus" w:hAnsi="Gentium Plus"/>
          <w:sz w:val="24"/>
        </w:rPr>
        <w:t>καὶ λέγει αὐτῷ ἡ Ὀλυμπιάς· “ποταπὸς ἄρα ἐστὶν ὁ θεὸς οὗτος;” ὁ δὲ εἶπεν· “τὴν μὲν ἡλικίαν μεσῆλιξ καὶ χρυσόκομος τὴν χαίτην καὶ τὰ γένεια, κέρατα ἔχων ἐκ τοῦ μετώπου πεφυκότα καὶ ταῦτα χρυσῷ παραπλήσια. ἑτοιμασθῆναί σε δεῖ οὖν ὡς βασίλισσαν περὶ αὐτοῦ. σήμερον γὰρ ἐν ὀνείρῳ θεωρήσεις τὸν θεὸν τοῦτον συγγινόμενόν σοι.” ἡ δὲ λέγει αὐτῷ· “ἐὰν ἴδω τὸ ὄνειρον τοῦτο, οὐχ ὡς μάγον</w:t>
      </w:r>
    </w:p>
    <w:p>
      <w:r>
        <w:rPr>
          <w:rFonts w:ascii="Courier New" w:hAnsi="Courier New"/>
          <w:color w:val="555555"/>
          <w:sz w:val="20"/>
        </w:rPr>
        <w:t>[40]</w:t>
      </w:r>
    </w:p>
    <w:p>
      <w:r>
        <w:rPr>
          <w:rFonts w:ascii="Gentium Plus" w:hAnsi="Gentium Plus"/>
          <w:sz w:val="24"/>
        </w:rPr>
        <w:t>ἀλλ’ ὡς θεόν σε προσκυνήσω.”</w:t>
      </w:r>
    </w:p>
    <w:p>
      <w:r>
        <w:rPr>
          <w:rFonts w:ascii="Courier New" w:hAnsi="Courier New"/>
          <w:color w:val="555555"/>
          <w:sz w:val="20"/>
        </w:rPr>
        <w:t>[40]</w:t>
      </w:r>
    </w:p>
    <w:p>
      <w:r>
        <w:rPr>
          <w:rFonts w:ascii="Gentium Plus" w:hAnsi="Gentium Plus"/>
          <w:sz w:val="24"/>
        </w:rPr>
      </w:r>
    </w:p>
    <w:p>
      <w:r>
        <w:rPr>
          <w:rFonts w:ascii="Courier New" w:hAnsi="Courier New"/>
          <w:color w:val="555555"/>
          <w:sz w:val="20"/>
        </w:rPr>
        <w:t>[1 . 5]</w:t>
      </w:r>
    </w:p>
    <w:p>
      <w:r>
        <w:rPr>
          <w:rFonts w:ascii="Gentium Plus" w:hAnsi="Gentium Plus"/>
          <w:sz w:val="24"/>
        </w:rPr>
        <w:t>Ἐξέρχεται οὖν ἀπὸ τῆς βασιλίσσης ὁ Νεκτεναβὼ καὶ λαμβάνει βοτάνας ἀπὸ</w:t>
      </w:r>
    </w:p>
    <w:p>
      <w:r>
        <w:rPr>
          <w:rFonts w:ascii="Courier New" w:hAnsi="Courier New"/>
          <w:color w:val="555555"/>
          <w:sz w:val="20"/>
        </w:rPr>
        <w:t>[5]</w:t>
      </w:r>
    </w:p>
    <w:p>
      <w:r>
        <w:rPr>
          <w:rFonts w:ascii="Gentium Plus" w:hAnsi="Gentium Plus"/>
          <w:sz w:val="24"/>
        </w:rPr>
        <w:t>νους δαίμονας, ὥστε φαντασιοῦσθαι τὴν Ὀλυμπιάδα. καὶ θεωρεῖ περιπεπλεγμέ‐ νον αὐτῇ τὸν θεὸν Ἄμμωνα ἐν τῇ νυκτὶ ἐκείνῃ καὶ ἀναστάντα ἀπ’ αὐτῆς εἰπόντα αὐτῇ· “γύναι, κατὰ γαστρὸς ἔχεις ἄρρεν, τὸν ἔκδικόν σου γενόμενον.”</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[1 . 6]</w:t>
      </w:r>
    </w:p>
    <w:p>
      <w:r>
        <w:rPr>
          <w:rFonts w:ascii="Gentium Plus" w:hAnsi="Gentium Plus"/>
          <w:sz w:val="24"/>
        </w:rPr>
        <w:t>Ἀναστᾶσα δὲ ἡ Ὀλυμπιὰς ἐκ τοῦ ὕπνου ἐθαύμασε, καὶ ταχὺ πέμψασα ἤγαγε τὸν Νεκτεναβὼ καὶ λέγει αὐτῷ· “εἶδον τὸν ὄνειρον καὶ ὃν εἶπάς μοι θεὸν Ἄμ‐ μωνα. ἀλλ’ αἰτοῦμαί σε, προφῆτα, πάλιν συναναμιγνύναι αὐτῷ, καὶ μελησάτω σοι, πότε μέλλει συνελθεῖν μοι, ἵνα κἀγὼ ἑτοιμοτέρα τῷ νυμφίῳ φανῶ.” ὁ δὲ</w:t>
      </w:r>
    </w:p>
    <w:p>
      <w:r>
        <w:rPr>
          <w:rFonts w:ascii="Courier New" w:hAnsi="Courier New"/>
          <w:color w:val="555555"/>
          <w:sz w:val="20"/>
        </w:rPr>
        <w:t>[5]</w:t>
      </w:r>
    </w:p>
    <w:p>
      <w:r>
        <w:rPr>
          <w:rFonts w:ascii="Gentium Plus" w:hAnsi="Gentium Plus"/>
          <w:sz w:val="24"/>
        </w:rPr>
        <w:t>εἶπεν· “πρῶτον μέν, δέσποινα, ὃν εἶδας ὄνειρός ἐστιν. ὅτε δὲ αὐτὸς αὐθεντὶ ἐπέλθῃ σοι, χρείαν σοι ποιήσει. ἀλλ’ εἰ κελεύει τὸ κράτος σου, χώρημά μοι δὸς τοῦ κοιμηθῆναί με, ὅπως αὐτὸν ἐξιλεώσομαι περὶ σοῦ.” ἡ δὲ εἶπεν· “ἰδοὺ ἐν τῷ κοιτῶνί μου δέξαι χώρημα. καὶ ἐὰν ἐπιτύχω τῆς συλλήψεως τοῦ θεοῦ τούτου</w:t>
      </w:r>
    </w:p>
    <w:p>
      <w:r>
        <w:rPr>
          <w:rFonts w:ascii="Courier New" w:hAnsi="Courier New"/>
          <w:color w:val="555555"/>
          <w:sz w:val="20"/>
        </w:rPr>
        <w:t>[10]</w:t>
      </w:r>
    </w:p>
    <w:p>
      <w:r>
        <w:rPr>
          <w:rFonts w:ascii="Gentium Plus" w:hAnsi="Gentium Plus"/>
          <w:sz w:val="24"/>
        </w:rPr>
        <w:t>τυγχάνοντα.” λέγει αὐτῇ ὁ Νεκτεναβώ· “πρὸς τὸ γινώσκειν σε, δέσποινα, πρό‐ δρομος τοῦ εἰσέρχεσθαι τὸν θεὸν ἐστὶ τὸ σημεῖον τοῦτο· ἐὰν καθεζομένη τῇ ἑσπέρᾳ ἐπὶ τοῦ κοιτῶνός σου ἴδῃς δράκοντα ἑρπύζοντα ἐπὶ σέ, κέλευσον πάντας τοὺς παρόντας ἐξελθεῖν. σὺ δὲ μὴ ἀποσβέσῃς τὰ φῶτα τῶν λύχνων, ὧν ἐγὼ νῦν σκευάσας εἰς τιμὴν τοῦ θεοῦ ἅπτειν καθὼς ἐπίσταμαι δώσω σοι, ἀλλὰ ἀνελ‐</w:t>
      </w:r>
    </w:p>
    <w:p>
      <w:r>
        <w:rPr>
          <w:rFonts w:ascii="Courier New" w:hAnsi="Courier New"/>
          <w:color w:val="555555"/>
          <w:sz w:val="20"/>
        </w:rPr>
        <w:t>[15]</w:t>
      </w:r>
    </w:p>
    <w:p>
      <w:r>
        <w:rPr>
          <w:rFonts w:ascii="Gentium Plus" w:hAnsi="Gentium Plus"/>
          <w:sz w:val="24"/>
        </w:rPr>
        <w:t>θοῦσα ἐπὶ τῇ βασιλικῇ σου κλίνῃ ἕτοιμος γενοῦ καὶ συγκάλυψόν σου τὸ πρόσω‐ πον καὶ παρόρα τὸν θεὸν ὃν εἶδες ἐν ὀνείρῳ ἐρχόμενον πρός σε.” καὶ ταῦτα εἰπὼν Νεκτεναβὼ ἐξέρχεται. καὶ τῇ ἐπαύριον δίδωσιν αὐτῷ ἡ Ὀλυμπιὰς ἔγγιστα τοῦ κοιτῶνος αὐτῆς κοιτῶνα.</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[1 . 7]</w:t>
      </w:r>
    </w:p>
    <w:p>
      <w:r>
        <w:rPr>
          <w:rFonts w:ascii="Gentium Plus" w:hAnsi="Gentium Plus"/>
          <w:sz w:val="24"/>
        </w:rPr>
        <w:t>Ὁ δὲ Νεκτεναβὼ ἡτοίμασεν ἑαυτῷ πόκον κριοῦ ἁπαλωτάτου σὺν τοῖς κέρασι τῶν κροτάφων αὐτοῦ, καὶ ταῦτα χρυσῷ παραπλήσια, καὶ σκῆπτρον ἐβέλινον καὶ ἱμάτιον λευκὸν καὶ τρίβωνα καθαρώτατον δρακοντιοῦντα· καὶ εἰσέρχεται εἰς τὸν κοιτῶνα, ἔνθα ἦν ἐπὶ κλίνης ἡ Ὀλυμπιὰς κατεσκεπασμένη. ἄκρῳ δὲ τῷ ὀφθαλμῷ</w:t>
      </w:r>
    </w:p>
    <w:p>
      <w:r>
        <w:rPr>
          <w:rFonts w:ascii="Courier New" w:hAnsi="Courier New"/>
          <w:color w:val="555555"/>
          <w:sz w:val="20"/>
        </w:rPr>
        <w:t>[5]</w:t>
      </w:r>
    </w:p>
    <w:p>
      <w:r>
        <w:rPr>
          <w:rFonts w:ascii="Gentium Plus" w:hAnsi="Gentium Plus"/>
          <w:sz w:val="24"/>
        </w:rPr>
        <w:t>ἔβλεπεν. καὶ ὁρᾷ αὐτὸν εἰσερχόμενον καὶ οὐκ ἐδειλίασεν. αὐτὸν γὰρ προσεδόκα καθὼς καὶ ἐν ὀνείρῳ εἶδεν. οἱ δὲ λύχνοι ἥπτασιν, καὶ συνεκάλυψεν ἡ Ὀλυμπιὰς</w:t>
      </w:r>
    </w:p>
    <w:p>
      <w:r>
        <w:rPr>
          <w:rFonts w:ascii="Courier New" w:hAnsi="Courier New"/>
          <w:color w:val="555555"/>
          <w:sz w:val="20"/>
        </w:rPr>
        <w:t>[10]</w:t>
      </w:r>
    </w:p>
    <w:p>
      <w:r>
        <w:rPr>
          <w:rFonts w:ascii="Gentium Plus" w:hAnsi="Gentium Plus"/>
          <w:sz w:val="24"/>
        </w:rPr>
        <w:t>κοσμοκράτορα βασιλέα.” καὶ ἐξῆλθεν ἀπὸ τοῦ κοιτῶνος Νεκτεναβὼ ἄρας τὸ σκῆπτρον καὶ ἀποκρύβει πάντα ἃ εἶχε πλανικά. πρωΐας δὲ γενομένης ἐγείρεται ἡ Ὀλυμπιὰς καὶ εἰσέρχεται ἐν τῷ κοιτῶνι, ἔνθα ἦν Νεκτεναβώ, καὶ διυπνίζει αὐτόν. ὁ δὲ διυπνισθεὶς εἶπεν· “χαίροις βασίλισσα· τί μοι ἀναγγέλλεις;” ἡ δὲ εἶπεν· “πῶς σε λανθάνει ταῦτα, προφῆτα, ἐγὼ θαυμάζω. ἆρα παραγίνεται ὁ</w:t>
      </w:r>
    </w:p>
    <w:p>
      <w:r>
        <w:rPr>
          <w:rFonts w:ascii="Courier New" w:hAnsi="Courier New"/>
          <w:color w:val="555555"/>
          <w:sz w:val="20"/>
        </w:rPr>
        <w:t>[15]</w:t>
      </w:r>
    </w:p>
    <w:p>
      <w:r>
        <w:rPr>
          <w:rFonts w:ascii="Gentium Plus" w:hAnsi="Gentium Plus"/>
          <w:sz w:val="24"/>
        </w:rPr>
        <w:t>θεὸς οὗτος ἔτι πρός με; ὅτι ἡδέως αὐτὸν ἔσχον.” ὁ δὲ εἶπε πρὸς αὐτήν· “ἄκουσον βασίλισσα· ἐγὼ προφήτης εἰμὶ τοῦ θεοῦ. ὅταν οὖν βούλει, παράσχου μοι τὸν τόπον τοῦτον εἰς τὸ κοιμᾶσθαί με ἀπαρενόχλητον, ἵνα τὸν συνήθη αὐτῷ καθαρ‐ μὸν ποιήσω, καὶ ἐλεύσεται πρός σε ὅταν βούλει.” ἡ δὲ εἶπεν· “ἔχε τὸν τόπον τοῦτον ἀπάρτι.” καὶ ἐκέλευσε δοθῆναι αὐτῷ τὰς κλῇδας τοῦ κοιτῶνος. ὁ δὲ ἐν</w:t>
      </w:r>
    </w:p>
    <w:p>
      <w:r>
        <w:rPr>
          <w:rFonts w:ascii="Courier New" w:hAnsi="Courier New"/>
          <w:color w:val="555555"/>
          <w:sz w:val="20"/>
        </w:rPr>
        <w:t>[20]</w:t>
      </w:r>
    </w:p>
    <w:p>
      <w:r>
        <w:rPr>
          <w:rFonts w:ascii="Gentium Plus" w:hAnsi="Gentium Plus"/>
          <w:sz w:val="24"/>
        </w:rPr>
        <w:t>ἀποκρύφῳ τόπῳ ἀπέθετο ἃ εἶχε, καὶ εἰσήρχετο πρὸς αὐτὴν ὁσάκις ἠβούλετο ἡ Ὀλυμπιάς, ὑπονοούμενος παρ’ αὐτῇ θεὸς εἶναι Ἄμμων. Ἡμέρᾳ δὲ καὶ ἡμέρᾳ ὠγκοῦτο ἡ γαστὴρ αὐτῆς, καὶ λέγει τῷ Νεκτεναβῷ ἡ</w:t>
      </w:r>
    </w:p>
    <w:p>
      <w:r>
        <w:rPr>
          <w:rFonts w:ascii="Courier New" w:hAnsi="Courier New"/>
          <w:color w:val="555555"/>
          <w:sz w:val="20"/>
        </w:rPr>
        <w:t>[25]</w:t>
      </w:r>
    </w:p>
    <w:p>
      <w:r>
        <w:rPr>
          <w:rFonts w:ascii="Gentium Plus" w:hAnsi="Gentium Plus"/>
          <w:sz w:val="24"/>
        </w:rPr>
        <w:t>θεὸς Ἄμμων ἐπιστὰς Φιλίππῳ δι’ ὀνείρων καὶ μηνύων αὐτῷ τὰ γενόμενα, ὥστε ἀνέγκλητόν σε ποιήσει ἀπὸ Φιλίππου.” οὕτως μὲν ἡ Ὀλυμπιὰς ἐπλανᾶτο ὑπὸ τοῦ Νεκτεναβῶ διὰ τῆς μαγικῆς δυνάμεως.</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[1 . 8]</w:t>
      </w:r>
    </w:p>
    <w:p>
      <w:r>
        <w:rPr>
          <w:rFonts w:ascii="Gentium Plus" w:hAnsi="Gentium Plus"/>
          <w:sz w:val="24"/>
        </w:rPr>
        <w:t>Καὶ δὴ λαβὼν Νεκτεναβὼ θαλάσσιον ἱέρακα τοῦτον ἐμάγευσεν, καὶ ὅσα ἐβούλετο ἐν ὀνείροις εἰπεῖν τὸν ἱέρακα τῷ Φιλίππῳ ἔλεγεν αὐτῷ [ὁ ἱέραξ], μαγικαῖς κακοτεχνίαις παρασκευάσας αὐτὸν ἵπτασθαι. ὁ δὲ θαλάσσιος ἱέραξ σταλεὶς ὑπὸ τοῦ Νεκτεναβῶ ἦλθε διὰ τῆς νυκτὸς ἔνθα ἦν Φίλιππος, καὶ ἐλάλησεν</w:t>
      </w:r>
    </w:p>
    <w:p>
      <w:r>
        <w:rPr>
          <w:rFonts w:ascii="Courier New" w:hAnsi="Courier New"/>
          <w:color w:val="555555"/>
          <w:sz w:val="20"/>
        </w:rPr>
        <w:t>[5]</w:t>
      </w:r>
    </w:p>
    <w:p>
      <w:r>
        <w:rPr>
          <w:rFonts w:ascii="Gentium Plus" w:hAnsi="Gentium Plus"/>
          <w:sz w:val="24"/>
        </w:rPr>
        <w:t>τῷ Φιλίππῳ ἐν ὀνείρῳ. καὶ θεωρήσας τὸν ἱέρακα Φίλιππος λαλοῦντα αὐτῷ, διυπνισθεὶς ἐν πολλῇ ταραχῇ εὐθέως ἀποστείλας ἤγαγεν ὀνειροπόλον τινὰ Βαβυλώνιον ἐπίσημον ὄντα καὶ λέγει αὐτῷ· “εἶδον κατ’ ὄναρ τινὰ θεὸν εὔμορφον πάνυ, πολιὸν δὲ τὴν χαίτην καὶ γενειῶντα χρυσῷ παραπλήσιον καὶ κέρατα κριοῦ ἔχοντα χρυσῷ καὶ αὐτὰ παραπλήσια, καὶ ἐν τῇ χειρὶ αὐτοῦ σκῆπτρον</w:t>
      </w:r>
    </w:p>
    <w:p>
      <w:r>
        <w:rPr>
          <w:rFonts w:ascii="Courier New" w:hAnsi="Courier New"/>
          <w:color w:val="555555"/>
          <w:sz w:val="20"/>
        </w:rPr>
        <w:t>[10]</w:t>
      </w:r>
    </w:p>
    <w:p>
      <w:r>
        <w:rPr>
          <w:rFonts w:ascii="Gentium Plus" w:hAnsi="Gentium Plus"/>
          <w:sz w:val="24"/>
        </w:rPr>
        <w:t>κατέχοντα, νυκτὸς ἐπεισερχόμενον τῇ γυναικί μου Ὀλυμπιάδι καὶ ἀνακλιθέντα καὶ συγγενόμενον αὐτῇ· καὶ ἀναστὰς εἶπεν αὐτῇ· ‘γύναι, συνέλαβες παῖδα ἄρ‐ ρενα, ὅς σε καρπίσεται καὶ τὸν θάνατον τοῦ πατρὸς ἐκδικήσει.‘ ὑπενόησα δὲ κἀγὼ καταράπτειν βίβλῳ Νειλώᾳ 〈τὴν φύσιν αὐτῆσ〉 καὶ τήνδε σφραγίζειν τῷ ἐμῷ σφραγιστῆρι. ἦν δὲ ὁ δακτύλιος χρυσὸς ἔχων λίθον καὶ ἐν τῷ λίθῳ ἐκτύ‐</w:t>
      </w:r>
    </w:p>
    <w:p>
      <w:r>
        <w:rPr>
          <w:rFonts w:ascii="Courier New" w:hAnsi="Courier New"/>
          <w:color w:val="555555"/>
          <w:sz w:val="20"/>
        </w:rPr>
        <w:t>[15]</w:t>
      </w:r>
    </w:p>
    <w:p>
      <w:r>
        <w:rPr>
          <w:rFonts w:ascii="Gentium Plus" w:hAnsi="Gentium Plus"/>
          <w:sz w:val="24"/>
        </w:rPr>
        <w:t>πωμα, ἥλιον καὶ κεφαλὴν λέοντος καὶ δοράτιον. καὶ ταῦτα ὑπονοοῦντός μου ἔδοξα ἰδεῖν ἱέρακα ἐπιστάντα, ὃς κατεπτέρυξέ μου καὶ ἐξήγειρέ με τοῦ ὕπνου. τί μοι δηλοῖ τοῦτο;” λέγει οὖν αὐτῷ ὁ ὀνειροπόλος· “Φίλιππε βασιλεῦ, ζῆθι. ἀληθές ἐστιν ὅπερ εἶδες ἐν ὀνείρῳ. τὸ γὰρ σφραγίζειν τὴν φύσιν τῆς γυναικός σου πίστεώς ἐστι δηλωτικόν, ὅτι καὶ συνέλαβεν ἡ γυνή σου. οὐδεὶς γὰρ κενὸν ἀγ‐</w:t>
      </w:r>
    </w:p>
    <w:p>
      <w:r>
        <w:rPr>
          <w:rFonts w:ascii="Courier New" w:hAnsi="Courier New"/>
          <w:color w:val="555555"/>
          <w:sz w:val="20"/>
        </w:rPr>
        <w:t>[20]</w:t>
      </w:r>
    </w:p>
    <w:p>
      <w:r>
        <w:rPr>
          <w:rFonts w:ascii="Gentium Plus" w:hAnsi="Gentium Plus"/>
          <w:sz w:val="24"/>
        </w:rPr>
        <w:t>γεῖον σφραγίζει, ἀλλὰ μεστόν. περὶ δὲ τοῦ καταράπτειν σε βίβλῳ, οὐδαμοῦ βίβλος γεννᾶται εἰ μὴ ἐν Αἰγύπτῳ. Αἰγυπτία οὖν ἡ σπορὰ τυγχάνει, οὐ ταπεινὴ ἀλλὰ λαμπρὰ καὶ ἔνδοξος διὰ τὸν χρυσὸν δακτύλιον. τί γὰρ χρυσοῦ ἐνδοξότερον, δι’ οὗ καὶ θεοὶ προσκυνοῦνται; ἡ δὲ σφραγὶς ἡ τὸν ἥλιον ἔχουσα καὶ ὑποκάτω</w:t>
      </w:r>
    </w:p>
    <w:p>
      <w:r>
        <w:rPr>
          <w:rFonts w:ascii="Courier New" w:hAnsi="Courier New"/>
          <w:color w:val="555555"/>
          <w:sz w:val="20"/>
        </w:rPr>
        <w:t>[25]</w:t>
      </w:r>
    </w:p>
    <w:p>
      <w:r>
        <w:rPr>
          <w:rFonts w:ascii="Gentium Plus" w:hAnsi="Gentium Plus"/>
          <w:sz w:val="24"/>
        </w:rPr>
        <w:t>φθάσει πάντας πολεμῶν ὥσπερ λέων καὶ δορυαλώτους τὰς πόλεις ποιήσει διὰ τὸ ὑποκείμενον δοράτιον. τὸ δὲ ἑωρακέναι σε θεὸν καὶ κριοῦ κέρατα καὶ πολιὰν τὴν χαίτην ἔχοντα· οὗτός ἐστιν ὁ τῆς Λιβύης θεὸς Ἄμμων.” οὕτως οὖν κρίναντος τοῦ ὀνειροπόλου οὐχ ἡδέως αὐτοῦ ἤκουσε Φίλιππος.</w:t>
      </w:r>
    </w:p>
    <w:p>
      <w:r>
        <w:rPr>
          <w:rFonts w:ascii="Courier New" w:hAnsi="Courier New"/>
          <w:color w:val="555555"/>
          <w:sz w:val="20"/>
        </w:rPr>
        <w:t>[28]</w:t>
      </w:r>
    </w:p>
    <w:p>
      <w:r>
        <w:rPr>
          <w:rFonts w:ascii="Gentium Plus" w:hAnsi="Gentium Plus"/>
          <w:sz w:val="24"/>
        </w:rPr>
      </w:r>
    </w:p>
    <w:p>
      <w:r>
        <w:rPr>
          <w:rFonts w:ascii="Courier New" w:hAnsi="Courier New"/>
          <w:color w:val="555555"/>
          <w:sz w:val="20"/>
        </w:rPr>
        <w:t>[1 . 9]</w:t>
      </w:r>
    </w:p>
    <w:p>
      <w:r>
        <w:rPr>
          <w:rFonts w:ascii="Gentium Plus" w:hAnsi="Gentium Plus"/>
          <w:sz w:val="24"/>
        </w:rPr>
        <w:t>Ἠγωνία οὖν ἡ Ὀλυμπιὰς οὐ θαρροῦσα τῷ Νεκτεναβῷ ἐπὶ τῷ γενομένῳ δι’ αὐτοῦ περὶ Φιλίππου. ἐλθὼν δὲ ὁ Φίλιππος ἀπὸ τοῦ πολέμου εἶδε τὴν γυναῖκα αὐτοῦ τεταραγμένην πάνυ καὶ λέγει αὐτῇ· “γύναι, τὸ γενόμενόν σοι οὐ παρὰ σὴν αἰτίαν συνέβη. ἀλλότριον γὰρ τὸ ἁμάρτημα καθώς μοι ἐδηλώθη κατ’ ὄναρ, ἵνα</w:t>
      </w:r>
    </w:p>
    <w:p>
      <w:r>
        <w:rPr>
          <w:rFonts w:ascii="Courier New" w:hAnsi="Courier New"/>
          <w:color w:val="555555"/>
          <w:sz w:val="20"/>
        </w:rPr>
        <w:t>[5]</w:t>
      </w:r>
    </w:p>
    <w:p>
      <w:r>
        <w:rPr>
          <w:rFonts w:ascii="Gentium Plus" w:hAnsi="Gentium Plus"/>
          <w:sz w:val="24"/>
        </w:rPr>
        <w:t>σὺ ἀνέγκλητος ἔσῃ. εἰς πάντα γὰρ δυνάμεθα οἱ βασιλεῖς, πρὸς δὲ τοὺς θεοὺς οὐ δυνάμεθα. οὔτε γάρ τινος τοῦ δήμου ἠράσθης ἀλλ’ οὔτε τινὸς τῶν εὐπρεπεστάτων χαρακτήρων.” καὶ ταῦτα εἰπὼν Φίλιππος εὔθυμον τὴν Ὀλυμπιάδα κατέστησεν. ἡ δὲ Ὀλυμπιὰς ηὐχαρίστει τῷ προμηνύσαντι προφήτῃ τὰ γενόμενα τῷ Φιλίππῳ.</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[1 . 10]</w:t>
      </w:r>
    </w:p>
    <w:p>
      <w:r>
        <w:rPr>
          <w:rFonts w:ascii="Gentium Plus" w:hAnsi="Gentium Plus"/>
          <w:sz w:val="24"/>
        </w:rPr>
        <w:t>Καὶ μεθ’ ἡμέρας ὀλίγας συνὼν τῇ Ὀλυμπιάδι Φίλιππος ὁ βασιλεὺς λέγει πρὸς αὐτήν· “ἐπλάνησάς με, γύναι, οὐχ ὑπὸ θεοῦ συλλαβοῦσα ἀλλ’ ὑπό τινος ἑτέρου, καὶ ἐμπεσεῖται εἰς τὰς χεῖράς μου.” ἀκούσας δὲ ταῦτα Νεκτεναβὼ δεί‐</w:t>
      </w:r>
    </w:p>
    <w:p>
      <w:r>
        <w:rPr>
          <w:rFonts w:ascii="Courier New" w:hAnsi="Courier New"/>
          <w:color w:val="555555"/>
          <w:sz w:val="20"/>
        </w:rPr>
        <w:t>[5]</w:t>
      </w:r>
    </w:p>
    <w:p>
      <w:r>
        <w:rPr>
          <w:rFonts w:ascii="Gentium Plus" w:hAnsi="Gentium Plus"/>
          <w:sz w:val="24"/>
        </w:rPr>
        <w:t>Φιλίππῳ διὰ τὴν αὐτοῦ ἐπιδημίαν, μόνου δὲ τοῦ βασιλέως Φιλίππου κατηφοῦς ὄντος διὰ τὸ ἔγκυον εἶναι Ὀλυμπιάδα τὴν γυναῖκα αὐτοῦ, ἐπὶ πάντων ὁ Νεκτε‐ ναβὼ μεταβαλὼν ἑαυτὸν εἰς δράκοντα μείζονα τοῦ πρώτου εἰσῆλθε μέσον τοῦ τρικλίνου καὶ ἐσύρισε φοβερόν, ὥστε τὰ θεμέλια σεισθῆναι τοῦ παλατίου. οἱ δὲ συνεσθίοντες τῷ βασιλεῖ θεωρήσαντες τὸν δράκοντα ἐπήδησαν φόβῳ συνεχόμε‐</w:t>
      </w:r>
    </w:p>
    <w:p>
      <w:r>
        <w:rPr>
          <w:rFonts w:ascii="Courier New" w:hAnsi="Courier New"/>
          <w:color w:val="555555"/>
          <w:sz w:val="20"/>
        </w:rPr>
        <w:t>[10]</w:t>
      </w:r>
    </w:p>
    <w:p>
      <w:r>
        <w:rPr>
          <w:rFonts w:ascii="Gentium Plus" w:hAnsi="Gentium Plus"/>
          <w:sz w:val="24"/>
        </w:rPr>
        <w:t>νοι. ἡ δὲ Ὀλυμπιὰς ἐπιγνοῦσα τὸν ἴδιον νυμφίον προέτεινε τὴν δεξιὰν αὐτῆς χεῖρα. καὶ ἐξεγείρας ἑαυτὸν ὁ δράκων ἐπέθηκε τὸ γένειον καὶ ἐκύκλευσε πάντας καὶ εἰσῆλθεν ἐπὶ τὰ γόνατα Ὀλυμπιάδος καὶ προσβαλὼν τὴν δίχηλον αὐτοῦ γλῶσσαν κατεφίλησεν αὐτὴν τεκμήριον στοργῆς ὁ δράκων πρὸς τοὺς θεωροῦν‐ τας ποιούμενος. καὶ τοῦ μὲν Φιλίππου ἅμα μὲν φοβουμένου ἅμα δὲ καὶ θαυμά‐</w:t>
      </w:r>
    </w:p>
    <w:p>
      <w:r>
        <w:rPr>
          <w:rFonts w:ascii="Courier New" w:hAnsi="Courier New"/>
          <w:color w:val="555555"/>
          <w:sz w:val="20"/>
        </w:rPr>
        <w:t>[15]</w:t>
      </w:r>
    </w:p>
    <w:p>
      <w:r>
        <w:rPr>
          <w:rFonts w:ascii="Gentium Plus" w:hAnsi="Gentium Plus"/>
          <w:sz w:val="24"/>
        </w:rPr>
        <w:t>ζοντος καὶ ἀκορέστως προσέχοντος [καὶ ταῦτα πράξας Νεκτεναβὼ πρὸς ἔνδειξιν ἀφανὴς ἐγένετο] μεταβάλλει ἑαυτὸν ὁ δράκων εἰς ἀετὸν καὶ ἵπταται. καὶ τὸ ποῦ ἐχώρησε περιττὸν τὸ λέγειν. ὁ δὲ Φίλιππος ἐκ τοῦ φόβου νοήσας εἶπεν· “γύναι, τεκμήριον τοῦ περὶ σὲ ἀγῶνος ἐθεασάμην τὸν θεόν σοι βοηθοῦντα ἐν τῷ κιν‐ δύνῳ. τίς δὲ θεός, οὐκ οἶδα. ἔδειξε γὰρ ἡμῖν καὶ θεοῦ Ἄμμωνος μορφὴν καὶ</w:t>
      </w:r>
    </w:p>
    <w:p>
      <w:r>
        <w:rPr>
          <w:rFonts w:ascii="Courier New" w:hAnsi="Courier New"/>
          <w:color w:val="555555"/>
          <w:sz w:val="20"/>
        </w:rPr>
        <w:t>[20]</w:t>
      </w:r>
    </w:p>
    <w:p>
      <w:r>
        <w:rPr>
          <w:rFonts w:ascii="Gentium Plus" w:hAnsi="Gentium Plus"/>
          <w:sz w:val="24"/>
        </w:rPr>
        <w:t>Ἀπόλλωνος καὶ Ἀσκληπίου.” ἡ δὲ Ὀλυμπιὰς εἶπεν αὐτῷ· “καθώς μοι ἐδήλω‐ σεν αὐτός, ὅτε μοι συνῆλθεν, ἁπάσης Λιβύης θεὸς Ἄμμων ἐστίν.” ὁ δὲ Φίλιπ‐ πος ἰδὼν ταῦτα ἐμακάριζεν ἑαυτὸν θεοῦ σπορὰν μέλλοντα καλεῖσθαι τὸ τικτόμε‐ νον ὑπὸ τῆς ἰδίας γυναικός.</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[1 . 11]</w:t>
      </w:r>
    </w:p>
    <w:p>
      <w:r>
        <w:rPr>
          <w:rFonts w:ascii="Gentium Plus" w:hAnsi="Gentium Plus"/>
          <w:sz w:val="24"/>
        </w:rPr>
        <w:t>Μετὰ δὲ ἡμέρας τινὰς καθεζομένου τοῦ Φιλίππου ἔν τινι τῶν βασιλικῶν τόπων συμφύτῳ ὀρνέων διαφόρων πλήθη ἐνέμοντο ἐπὶ τῷ τόπῳ, καὶ αἰφνιδίως ὄρνις ἁλλομένη εἰς τὸν κόλπον Φιλίππου τοῦ βασιλέως ἔτεκεν ὠόν. καὶ ἀποκυλισθὲν ἀπὸ τοῦ κόλπου αὐτοῦ πεσὸν εἰς τὴν γῆν ἀπερράγη. ἀφ’ οὗ ἐξεπήδησε μικρὸν</w:t>
      </w:r>
    </w:p>
    <w:p>
      <w:r>
        <w:rPr>
          <w:rFonts w:ascii="Courier New" w:hAnsi="Courier New"/>
          <w:color w:val="555555"/>
          <w:sz w:val="20"/>
        </w:rPr>
        <w:t>[5]</w:t>
      </w:r>
    </w:p>
    <w:p>
      <w:r>
        <w:rPr>
          <w:rFonts w:ascii="Gentium Plus" w:hAnsi="Gentium Plus"/>
          <w:sz w:val="24"/>
        </w:rPr>
        <w:t>δρακόντιον, ὅπερ πολλάκις κυκλεῦσαν τὰ ἔξωθεν τοῦ ὠοῦ πάλιν ἐζήτει εἰσελθεῖν ὅθεν ἐξῆλθεν. καὶ βαλὸν ἔσωθεν τὴν κεφαλὴν ἐτελεύτησεν. ταραχθεὶς δὲ Φίλιπ‐ πος ὁ βασιλεὺς μετεστείλατό τινα σημειολύτην καὶ ὑφηγήσατο αὐτῷ τὸ γενό‐ μενον. ὁ δὲ σημειολύτης εἶπεν αὐτῷ ἐμπνευσθεὶς ἐκ θεοῦ· “βασιλεῦ, ἔσται σοι υἱός, ὃς περιελεύσεται ὅλον τὸν κόσμον πάντας τῇ ἰδίᾳ δυνάμει ὑποτάσσων,</w:t>
      </w:r>
    </w:p>
    <w:p>
      <w:r>
        <w:rPr>
          <w:rFonts w:ascii="Courier New" w:hAnsi="Courier New"/>
          <w:color w:val="555555"/>
          <w:sz w:val="20"/>
        </w:rPr>
        <w:t>[10]</w:t>
      </w:r>
    </w:p>
    <w:p>
      <w:r>
        <w:rPr>
          <w:rFonts w:ascii="Gentium Plus" w:hAnsi="Gentium Plus"/>
          <w:sz w:val="24"/>
        </w:rPr>
        <w:t>ὑποστρέφων δὲ εἰς τὰ ἴδια βασίλεια ὀλιγοχρόνιος τελευτήσει. ὁ γὰρ δράκων βασιλικὸν ζῷόν ἐστιν. τὸ δὲ ὠὸν παραπλήσιον τῷ κόσμῳ, ὅθεν ὁ δράκων ἐξῆλ‐</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[1 . 12]</w:t>
      </w:r>
    </w:p>
    <w:p>
      <w:r>
        <w:rPr>
          <w:rFonts w:ascii="Gentium Plus" w:hAnsi="Gentium Plus"/>
          <w:sz w:val="24"/>
        </w:rPr>
        <w:t>Καὶ τελεσθέντος τοῦ χρόνου τοῦ τεκεῖν τὴν Ὀλυμπιάδα καθίσασα ἐπὶ τὸν κυοφόρον δίφρον ὤδινε. παρεστὼς δὲ Νεκτεναβὼ καταμετρήσας τοὺς οὐρανίους δρόμους ἐψυχαγώγει αὐτὴν τοῦ μὴ σπεῦσαι ἐπὶ τῷ τοκετῷ. καὶ συγκλονήσας τὰ κοσμικὰ στοιχεῖα τῇ μαγικῇ δυνάμει χρώμενος ἐμάνθανε τὰ ἐνεστῶτα καὶ</w:t>
      </w:r>
    </w:p>
    <w:p>
      <w:r>
        <w:rPr>
          <w:rFonts w:ascii="Courier New" w:hAnsi="Courier New"/>
          <w:color w:val="555555"/>
          <w:sz w:val="20"/>
        </w:rPr>
        <w:t>[5]</w:t>
      </w:r>
    </w:p>
    <w:p>
      <w:r>
        <w:rPr>
          <w:rFonts w:ascii="Gentium Plus" w:hAnsi="Gentium Plus"/>
          <w:sz w:val="24"/>
        </w:rPr>
        <w:t>λέγει αὐτῇ· “γύναι, ἔπεχε σεαυτὴν καὶ νίκησον τὰ ἐνεστῶτα τῇ φύσει. ἐὰν γὰρ νῦν ἀποκυήσῃς, ὑπόδουλον αἰχμάλωτον ἢ μέγα τέρας γεννήσεις.” πάλιν οὖν τῆς γυναικὸς ὑπὸ τῶν ὠδίνων ὀχλουμένης καὶ μηκέτι κατασχεῖν δυναμένης τῶν πλείστων πόνων ὁ Νεκτεναβὼ ἔφη· “καρτέρησον ὀλίγον, γύναι. ἐὰν γὰρ νῦν ἀποκυήσῃς, γάλλος ἔσται ἀπρόκοπος ὁ γεννώμενος.” τισὶ δὲ καὶ παρηγορίαις</w:t>
      </w:r>
    </w:p>
    <w:p>
      <w:r>
        <w:rPr>
          <w:rFonts w:ascii="Courier New" w:hAnsi="Courier New"/>
          <w:color w:val="555555"/>
          <w:sz w:val="20"/>
        </w:rPr>
        <w:t>[10]</w:t>
      </w:r>
    </w:p>
    <w:p>
      <w:r>
        <w:rPr>
          <w:rFonts w:ascii="Gentium Plus" w:hAnsi="Gentium Plus"/>
          <w:sz w:val="24"/>
        </w:rPr>
        <w:t>καὶ χρηστοῖς λόγοις ὁ Νεκτεναβὼ τὰς χεῖρας τοῖς φυσικοῖς πόροις ἐδίδασκεν ἐπέχειν τὴν Ὀλυμπιάδα. αὐτὸς δὲ τῇ ἰδίᾳ μαγείᾳ χρώμενος κατεῖχε τῆς γυναι‐ κὸς τὸν τοκετόν. πάλιν οὖν κατανοήσας τοὺς οὐρανίους δρόμους τῶν κοσμικῶν</w:t>
      </w:r>
    </w:p>
    <w:p>
      <w:r>
        <w:rPr>
          <w:rFonts w:ascii="Courier New" w:hAnsi="Courier New"/>
          <w:color w:val="555555"/>
          <w:sz w:val="20"/>
        </w:rPr>
        <w:t>[15]</w:t>
      </w:r>
    </w:p>
    <w:p>
      <w:r>
        <w:rPr>
          <w:rFonts w:ascii="Gentium Plus" w:hAnsi="Gentium Plus"/>
          <w:sz w:val="24"/>
        </w:rPr>
        <w:t>πιάδα· “δίδου νῦν τὴν πρὸς γέννησιν φωνήν.” καὶ αὐτὸς δὲ ἐπένευσεν αὐτῆς τὸν τοκετὸν καὶ εἶπεν αὐτῇ· “βασιλέα ἄρτι τέξεις κοσμοκράτορα.” ἡ δὲ Ὀλυμ‐ πιὰς μεῖζον βοὸς μυκησαμένη ἀπεκύησε παῖδα ἄρρενα σὺν ἀγαθῇ τύχῃ. τοῦ δὲ παιδὸς πεσόντος εἰς τὴν γῆν ἐγένοντο βροντῶν κτύποι ἀλλεπάλληλοι καὶ ἀστρα‐ πῶν φωτισμοί, ὥστε τὸν σύμπαντα κόσμον κινεῖσθαι.</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[1 . 13]</w:t>
      </w:r>
    </w:p>
    <w:p>
      <w:r>
        <w:rPr>
          <w:rFonts w:ascii="Gentium Plus" w:hAnsi="Gentium Plus"/>
          <w:sz w:val="24"/>
        </w:rPr>
        <w:t>Πρωΐας δὲ γενομένης ἰδὼν Φίλιππος τὸ τεχθὲν παιδίον ὑπὸ Ὀλυμπιάδος ἔφη· “ἠβουλόμην μὲν αὐτὸ μὴ ἀναθρέψαι διὰ τὸ γέννημα ἐμὸν μὴ εἶναι. ἀλλ’ ἐπειδὴ ὁρῶ τὴν μὲν σπορὰν θεοῦ οὖσαν, τὸν δὲ τοκετὸν ἐπίσημον κοσμικόν, τρεφέσθω εἰς μνήμην τοῦ τελευτήσαντός μου παιδὸς γεναμένου μοι ἐκ τῆς</w:t>
      </w:r>
    </w:p>
    <w:p>
      <w:r>
        <w:rPr>
          <w:rFonts w:ascii="Courier New" w:hAnsi="Courier New"/>
          <w:color w:val="555555"/>
          <w:sz w:val="20"/>
        </w:rPr>
        <w:t>[5]</w:t>
      </w:r>
    </w:p>
    <w:p>
      <w:r>
        <w:rPr>
          <w:rFonts w:ascii="Gentium Plus" w:hAnsi="Gentium Plus"/>
          <w:sz w:val="24"/>
        </w:rPr>
        <w:t>προτέρας μου γυναικός. καλείσθω δὲ Ἀλέξανδρος.” καὶ οὕτως εἰπόντος τοῦ Φιλίππου πᾶσαν ἐπιμέλειαν ἐλάμβανε τὸ παιδίον. στεφανηφορία δὲ καθ’ ὅλης τῆς Μακεδονίας ἐγένετο καὶ τῆς Πέλλης καὶ τῆς Θρᾴκης. Ἵνα οὖν μὴ ἐπὶ πολὺ βραδύνω τὸν λόγον περὶ τῆς ἀνατροφῆς Ἀλεξάνδρου, ἀπεγαλακτίσθη καὶ ἀναβιβάζεται τῇ ἡλικίᾳ. ἀνδρυνθεὶς δὲ Ἀλέξανδρος τὸν</w:t>
      </w:r>
    </w:p>
    <w:p>
      <w:r>
        <w:rPr>
          <w:rFonts w:ascii="Courier New" w:hAnsi="Courier New"/>
          <w:color w:val="555555"/>
          <w:sz w:val="20"/>
        </w:rPr>
        <w:t>[10]</w:t>
      </w:r>
    </w:p>
    <w:p>
      <w:r>
        <w:rPr>
          <w:rFonts w:ascii="Gentium Plus" w:hAnsi="Gentium Plus"/>
          <w:sz w:val="24"/>
        </w:rPr>
        <w:t>χαρακτῆρα οὐχ ὅμοιον εἶχε Φιλίππῳ ἀλλ’ οὐδὲ Ὀλυμπιάδι τῇ μητρὶ ἀλλ’ οὐδὲ τῷ σπείραντι, ἀλλ’ ἰδίῳ τύπῳ κεκοσμημένος μορφὴν μὲν εἶχεν ἀνθρώπου, τὴν δὲ χαίτην λέοντος, τοὺς δὲ ὀφθαλμοὺς † ἑτερογλαύκους †, τὸν μὲν δεξιὸν † κα‐ τοφερῆ † ἔχων, τὸν δὲ εὐώνυμον γλαυκόν, ὀξεῖς δὲ τοὺς ὀδόντας [ὡς πασσαλί‐ σκους] ὡς δράκοντος, ὁρμὴν δὲ ἐνέφαινε λέοντος [ὀξύς]. [πρόδηλος δὲ ἦν]</w:t>
      </w:r>
    </w:p>
    <w:p>
      <w:r>
        <w:rPr>
          <w:rFonts w:ascii="Courier New" w:hAnsi="Courier New"/>
          <w:color w:val="555555"/>
          <w:sz w:val="20"/>
        </w:rPr>
        <w:t>[15]</w:t>
      </w:r>
    </w:p>
    <w:p>
      <w:r>
        <w:rPr>
          <w:rFonts w:ascii="Gentium Plus" w:hAnsi="Gentium Plus"/>
          <w:sz w:val="24"/>
        </w:rPr>
        <w:t>Κατὰ χρόνους δὲ αὐξήσας εἰς τὰ μαθήματα ἐμελέτα. ἐγένετο δὲ αὐτοῦ τροφὸς Λεκάνη ἡ Μέλαντος ἀδελφή, παιδαγωγὸς δὲ καὶ ἀνατροφεὺς Λεωνίδης, δι‐ δάσκαλος γραμμάτων Πολυνείκης, μουσικῆς δὲ Λεύκιππος Λιμναῖος, γεωμε‐ τρίας δὲ Μέλεμνος Πελοποννήσιος, ῥητορικῶν δὲ λόγων 〈Ἀν〉αξιμένης Ἀρι‐ στοκλέους ὁ Λαμψακηνός, φιλοσοφίας δὲ Ἀριστοτέλης Νικομάχου ὁ Σταγει‐</w:t>
      </w:r>
    </w:p>
    <w:p>
      <w:r>
        <w:rPr>
          <w:rFonts w:ascii="Courier New" w:hAnsi="Courier New"/>
          <w:color w:val="555555"/>
          <w:sz w:val="20"/>
        </w:rPr>
        <w:t>[20]</w:t>
      </w:r>
    </w:p>
    <w:p>
      <w:r>
        <w:rPr>
          <w:rFonts w:ascii="Gentium Plus" w:hAnsi="Gentium Plus"/>
          <w:sz w:val="24"/>
        </w:rPr>
        <w:t>ρίτης.</w:t>
      </w:r>
    </w:p>
    <w:p>
      <w:r>
        <w:rPr>
          <w:rFonts w:ascii="Courier New" w:hAnsi="Courier New"/>
          <w:color w:val="555555"/>
          <w:sz w:val="20"/>
        </w:rPr>
        <w:t>[25]</w:t>
      </w:r>
    </w:p>
    <w:p>
      <w:r>
        <w:rPr>
          <w:rFonts w:ascii="Gentium Plus" w:hAnsi="Gentium Plus"/>
          <w:sz w:val="24"/>
        </w:rPr>
        <w:t>πάλιν ἐνίκα, ὡς φανερὸν ἦν ὅτι αὐτὸς ἦν ἡ νίκη. οὕτως μὲν οὖν ὁ Ἀλέξανδρος ἀνετρέφετο καὶ μετὰ τῶν στρατευμάτων ἐπὶ τὸ καμπικὸν ἔτρεχε μελέτημα καὶ τοῖς ἵπποις ἐνηλόμενος ἵππευεν. Ἐν μιᾷ οὖν τῶν ἡμερῶν κομίζουσιν οἱ τοῦ Φιλίππου ἱπποφόροι ἐκ τῶν ἱπποφορβίων αὐτοῦ πῶλον ὑπερμεγεθέστατον καὶ παρέστησαν αὐτὸν τῷ βασιλεῖ</w:t>
      </w:r>
    </w:p>
    <w:p>
      <w:r>
        <w:rPr>
          <w:rFonts w:ascii="Courier New" w:hAnsi="Courier New"/>
          <w:color w:val="555555"/>
          <w:sz w:val="20"/>
        </w:rPr>
        <w:t>[30]</w:t>
      </w:r>
    </w:p>
    <w:p>
      <w:r>
        <w:rPr>
          <w:rFonts w:ascii="Gentium Plus" w:hAnsi="Gentium Plus"/>
          <w:sz w:val="24"/>
        </w:rPr>
        <w:t>Φιλίππῳ λέγοντες· “δέσποτα βασιλεῦ, τοῦτον τὸν ἵππον ἐν τοῖς βασιλικοῖς ἱπποφορβίοις εὕρομεν γεννηθέντα, κάλλει διαφέροντα τοῦ Πηγάσου, ὃν κομίζομέν σοι, δέσποτα.” θεασάμενος δὲ αὐτοῦ τὸ μέγεθος καὶ τὸ κάλλος Φίλιππος ὁ βασιλεὺς ἐθαύμασεν. βίᾳ δὲ φερόμενος ὑπὸ πάντων κατείχετο. οἱ δὲ ἱπποφόροι εἶπον· “μέγιστε βασιλεῦ, ἀνθρωποφάγος ἐστίν.” ὁ δὲ βασιλεὺς Φίλιππος εἶπεν·</w:t>
      </w:r>
    </w:p>
    <w:p>
      <w:r>
        <w:rPr>
          <w:rFonts w:ascii="Courier New" w:hAnsi="Courier New"/>
          <w:color w:val="555555"/>
          <w:sz w:val="20"/>
        </w:rPr>
        <w:t>[35]</w:t>
      </w:r>
    </w:p>
    <w:p>
      <w:r>
        <w:rPr>
          <w:rFonts w:ascii="Gentium Plus" w:hAnsi="Gentium Plus"/>
          <w:sz w:val="24"/>
        </w:rPr>
        <w:t>“ἀληθῶς ἐν τούτῳ πληροῦται τὸ ἐν τοῖς Ἕλλησι παροίμιον, ὅτι ἐγγὺς ἀγαθοῦ πέφυκε κακόν. ἀλλ’ ἐπειδὴ αὐτὸν ἐνηνόχατε, λήψομαι αὐτόν.” καὶ ἐκέλευσε τοῖς</w:t>
      </w:r>
    </w:p>
    <w:p>
      <w:r>
        <w:rPr>
          <w:rFonts w:ascii="Courier New" w:hAnsi="Courier New"/>
          <w:color w:val="555555"/>
          <w:sz w:val="20"/>
        </w:rPr>
        <w:t>[40]</w:t>
      </w:r>
    </w:p>
    <w:p>
      <w:r>
        <w:rPr>
          <w:rFonts w:ascii="Gentium Plus" w:hAnsi="Gentium Plus"/>
          <w:sz w:val="24"/>
        </w:rPr>
        <w:t>ἐκέλευσεν ὁ βασιλεύς.</w:t>
      </w:r>
    </w:p>
    <w:p>
      <w:r>
        <w:rPr>
          <w:rFonts w:ascii="Courier New" w:hAnsi="Courier New"/>
          <w:color w:val="555555"/>
          <w:sz w:val="20"/>
        </w:rPr>
        <w:t>[40]</w:t>
      </w:r>
    </w:p>
    <w:p>
      <w:r>
        <w:rPr>
          <w:rFonts w:ascii="Gentium Plus" w:hAnsi="Gentium Plus"/>
          <w:sz w:val="24"/>
        </w:rPr>
      </w:r>
    </w:p>
    <w:p>
      <w:r>
        <w:rPr>
          <w:rFonts w:ascii="Courier New" w:hAnsi="Courier New"/>
          <w:color w:val="555555"/>
          <w:sz w:val="20"/>
        </w:rPr>
        <w:t>[1 . 14]</w:t>
      </w:r>
    </w:p>
    <w:p>
      <w:r>
        <w:rPr>
          <w:rFonts w:ascii="Gentium Plus" w:hAnsi="Gentium Plus"/>
          <w:sz w:val="24"/>
        </w:rPr>
        <w:t>Ὁ δὲ Ἀλέξανδρος προέκοπτε τῇ ἡλικίᾳ καὶ γενόμενος ἐτῶν δώδεκα μετὰ τοῦ πατρὸς εἰς τὰς τάξεις τῶν στρατευμάτων παρεγένετο καὶ καθόπλιζεν ἑαυτὸν καὶ συνώρμα τοῖς στρατεύμασι καὶ τοῖς ἵπποις ἐφήλλετο, ὥστε ὁρῶντα τὸν Φίλιππον εἰπεῖν· “τέκνον Ἀλέξανδρε, φιλῶ σου τοὺς τρόπους καὶ τὸ γεν‐</w:t>
      </w:r>
    </w:p>
    <w:p>
      <w:r>
        <w:rPr>
          <w:rFonts w:ascii="Courier New" w:hAnsi="Courier New"/>
          <w:color w:val="555555"/>
          <w:sz w:val="20"/>
        </w:rPr>
        <w:t>[5]</w:t>
      </w:r>
    </w:p>
    <w:p>
      <w:r>
        <w:rPr>
          <w:rFonts w:ascii="Gentium Plus" w:hAnsi="Gentium Plus"/>
          <w:sz w:val="24"/>
        </w:rPr>
        <w:t>ναῖον, στυγῶ δέ σου τὸν χαρακτῆρα, ὅτι οὐχ ὅμοιός μοι τυγχάνεις.” Λυπηρὰ δὲ ταῦτα πάντα τῇ Ὀλυμπιάδι ἐτύγχανον. καλεῖ οὖν τὸν Νεκτεναβὼ πρὸς ἑαυτὴν ἡ Ὀλυμπιὰς καὶ λέγει αὐτῷ· “σκέψαι τί βούλεται περὶ ἐμοῦ Φίλιππος.” θεὶς δὲ τὸν πίνακα καὶ τοὺς ἀστέρας σκέπτεται περὶ αὐτῆς παρα‐ καθημένου αὐτοῖς τοῦ Ἀλεξάνδρου. καὶ εἶπε πρὸς αὐτὸν Ἀλέξανδρος· “πά‐</w:t>
      </w:r>
    </w:p>
    <w:p>
      <w:r>
        <w:rPr>
          <w:rFonts w:ascii="Courier New" w:hAnsi="Courier New"/>
          <w:color w:val="555555"/>
          <w:sz w:val="20"/>
        </w:rPr>
        <w:t>[10]</w:t>
      </w:r>
    </w:p>
    <w:p>
      <w:r>
        <w:rPr>
          <w:rFonts w:ascii="Gentium Plus" w:hAnsi="Gentium Plus"/>
          <w:sz w:val="24"/>
        </w:rPr>
        <w:t>τερ, οὐ τοίνυν οὓς λέγεις ὧδε ἀστέρας ἐν τῷ οὐρανῷ φαίνονται;” “καὶ μάλα,” ἔφη, “τέκνον.” καὶ λέγει αὐτῷ Ἀλέξανδρος· “οὐ δύναμαι αὐτοὺς εἰδέναι;” ὁ δὲ εἶπεν· “ναί, τέκνον, δύνασαι ἑσπέρας γενομένης.” καὶ τῇ ἑσπέρᾳ παραλαβὼν</w:t>
      </w:r>
    </w:p>
    <w:p>
      <w:r>
        <w:rPr>
          <w:rFonts w:ascii="Courier New" w:hAnsi="Courier New"/>
          <w:color w:val="555555"/>
          <w:sz w:val="20"/>
        </w:rPr>
        <w:t>[15]</w:t>
      </w:r>
    </w:p>
    <w:p>
      <w:r>
        <w:rPr>
          <w:rFonts w:ascii="Gentium Plus" w:hAnsi="Gentium Plus"/>
          <w:sz w:val="24"/>
        </w:rPr>
        <w:t>δὲ Ἀλέξανδρος κατέχων αὐτοῦ τὴν χεῖρα φέρει αὐτὸν εἰς βόθυνον καὶ ἀπολύει αὐτὸν κάτω. πεσὼν δὲ Νεκτεναβὼ λαμβάνει φοβερῶς κατὰ τῶν ἰνίων αὐτοῦ καὶ εἶπεν· “οἴμοι, τέκνον Ἀλέξανδρε, τί σοι ἔδοξε τοῦτο ποιῆσαι;” ὁ δὲ Ἀλέξανδρος εἶπεν· “σεαυτὸν μέμφου, μαθηματικέ.” ὁ δὲ ἔφη· “διὰ τί, τέκνον;” ὁ δὲ Ἀλέξαν‐ δρός φησιν· “ὅτι τὰ ἐπὶ γῆς μὴ ἐπιστάμενος τὰ ἐν οὐρανῷ ἐκζητεῖς.” καὶ λέγει</w:t>
      </w:r>
    </w:p>
    <w:p>
      <w:r>
        <w:rPr>
          <w:rFonts w:ascii="Courier New" w:hAnsi="Courier New"/>
          <w:color w:val="555555"/>
          <w:sz w:val="20"/>
        </w:rPr>
        <w:t>[20]</w:t>
      </w:r>
    </w:p>
    <w:p>
      <w:r>
        <w:rPr>
          <w:rFonts w:ascii="Gentium Plus" w:hAnsi="Gentium Plus"/>
          <w:sz w:val="24"/>
        </w:rPr>
        <w:t>αὐτῷ Νεκτεναβώ· “φοβερῶς εἴληφα, τέκνον, τὸ τραῦμα. ἀλλ’ οὐκ ἔστιν οὐδένα θνητὸν κατανικῆσαι τὴν εἱμαρμένην.” ὁ δὲ Ἀλέξανδρος εἶπεν· “διὰ τί;” λέγει αὐτῷ Νεκτεναβώ· “ὅτε ἐμοιρολόγησα ἑαυτόν, ἔγνων ὅτι ὑπὸ τοῦ ἰδίου τέκνου ἀναιρεθῆναί με δεῖ. καὶ οὐκ ἐξέφυγον τὴν μοῖραν, ἀλλ’ ὑπὸ σοῦ ἀνῃρέθην.” ὁ δὲ Ἀλέξανδρος ἔφη· “ἐγὼ οὖν υἱὸς σοῦ εἰμι;” τότε διηγήσατο αὐτῷ ὁ Νεκτε‐</w:t>
      </w:r>
    </w:p>
    <w:p>
      <w:r>
        <w:rPr>
          <w:rFonts w:ascii="Courier New" w:hAnsi="Courier New"/>
          <w:color w:val="555555"/>
          <w:sz w:val="20"/>
        </w:rPr>
        <w:t>[25]</w:t>
      </w:r>
    </w:p>
    <w:p>
      <w:r>
        <w:rPr>
          <w:rFonts w:ascii="Gentium Plus" w:hAnsi="Gentium Plus"/>
          <w:sz w:val="24"/>
        </w:rPr>
        <w:t>ναβὼ τὴν ἐν Αἰγύπτῳ βασιλείαν αὐτοῦ καὶ τὴν ἀπ’ Αἰγύπτου φυγὴν αὐτοῦ [καὶ τὴν εἰς Πέλλην αὐτοῦ ἐπιδημίαν] καὶ τὴν πρὸς Ὀλυμπιάδα εἴσοδον αὐτοῦ καὶ τὴν σκέψιν αὐτῆς καὶ τὸ πῶς εἰσῆλθε πρὸς αὐτὴν ὡς θεὸς Ἄμμων καὶ τὸ</w:t>
      </w:r>
    </w:p>
    <w:p>
      <w:r>
        <w:rPr>
          <w:rFonts w:ascii="Courier New" w:hAnsi="Courier New"/>
          <w:color w:val="555555"/>
          <w:sz w:val="20"/>
        </w:rPr>
        <w:t>[30]</w:t>
      </w:r>
    </w:p>
    <w:p>
      <w:r>
        <w:rPr>
          <w:rFonts w:ascii="Gentium Plus" w:hAnsi="Gentium Plus"/>
          <w:sz w:val="24"/>
        </w:rPr>
        <w:t>σαντα κατενύγη. καὶ φοβηθεὶς οὐκ εἴασεν αὐτὸν ἐν τῷ βόθρῳ, μήπως θηριόβρω‐ τος γένηται. νὺξ γὰρ ἦν καὶ ἔρημος ὁ τόπος. καὶ στοργὴν λαβὼν πρὸς τὸν σπεί‐ ραντα διεζώσατο καὶ ἐπιτίθεται αὐτὸν ἐπὶ τῶν ὤμων αὐτοῦ γενναίως καὶ ἀπάγει πρὸς Ὀλυμπιάδα τὴν μητέρα αὐτοῦ. καὶ θεασαμένη ἡ Ὀλυμπιὰς εἶπε πρὸς Ἀλέξανδρον· “τί τοῦτο, τέκνον;” ὁ δὲ εἶπεν· “νέος Αἰνείας τὸν Ἀγχίσην βα‐</w:t>
      </w:r>
    </w:p>
    <w:p>
      <w:r>
        <w:rPr>
          <w:rFonts w:ascii="Courier New" w:hAnsi="Courier New"/>
          <w:color w:val="555555"/>
          <w:sz w:val="20"/>
        </w:rPr>
        <w:t>[35]</w:t>
      </w:r>
    </w:p>
    <w:p>
      <w:r>
        <w:rPr>
          <w:rFonts w:ascii="Gentium Plus" w:hAnsi="Gentium Plus"/>
          <w:sz w:val="24"/>
        </w:rPr>
        <w:t>στάζω.” καὶ διηγήσατο αὐτῇ πάντα λεπτομερῶς ἃ ἤκουσε παρὰ τοῦ Νεκτεναβῶ. ἡ δὲ θαυμάσασα κατέγνω ἑαυτῆς ὡς πλανηθεῖσα ὑπ’ αὐτοῦ καὶ μαγικαῖς κακο‐ τεχνίαις μοιχευθεῖσα. στοργὴν δὲ λαβοῦσα ἔθαψεν αὐτὸν πρεπόντως ὡς πατέρα Ἀλεξάνδρου. καὶ τάφον ποιησαμένη ἐκεῖ αὐτὸν ἔθετο. θαῦμα δὲ τῆς προνοίας ἐστὶ δόκιμον, τὸν μὲν Νεκτεναβὼ Αἰγύπτιον τυγχάνοντα εἰς τὴν Μακεδονίαν</w:t>
      </w:r>
    </w:p>
    <w:p>
      <w:r>
        <w:rPr>
          <w:rFonts w:ascii="Courier New" w:hAnsi="Courier New"/>
          <w:color w:val="555555"/>
          <w:sz w:val="20"/>
        </w:rPr>
        <w:t>[40]</w:t>
      </w:r>
    </w:p>
    <w:p>
      <w:r>
        <w:rPr>
          <w:rFonts w:ascii="Gentium Plus" w:hAnsi="Gentium Plus"/>
          <w:sz w:val="24"/>
        </w:rPr>
        <w:t>Ἑλλαδικῇ ταφῇ κηδευθῆναι, τὸν δὲ Ἀλέξανδρον Μακεδόνα τυγχάνοντα Αἰγυ‐ πτιακῇ ταφῇ κηδευθῆναι.</w:t>
      </w:r>
    </w:p>
    <w:p>
      <w:r>
        <w:rPr>
          <w:rFonts w:ascii="Courier New" w:hAnsi="Courier New"/>
          <w:color w:val="555555"/>
          <w:sz w:val="20"/>
        </w:rPr>
        <w:t>[41]</w:t>
      </w:r>
    </w:p>
    <w:p>
      <w:r>
        <w:rPr>
          <w:rFonts w:ascii="Gentium Plus" w:hAnsi="Gentium Plus"/>
          <w:sz w:val="24"/>
        </w:rPr>
      </w:r>
    </w:p>
    <w:p>
      <w:r>
        <w:rPr>
          <w:rFonts w:ascii="Courier New" w:hAnsi="Courier New"/>
          <w:color w:val="555555"/>
          <w:sz w:val="20"/>
        </w:rPr>
        <w:t>[1 . 15]</w:t>
      </w:r>
    </w:p>
    <w:p>
      <w:r>
        <w:rPr>
          <w:rFonts w:ascii="Gentium Plus" w:hAnsi="Gentium Plus"/>
          <w:sz w:val="24"/>
        </w:rPr>
        <w:t>Ἐπανελθὼν δὲ Φίλιππος ἀπὸ τῆς ἀποδημίας ἐξῆλθεν εἰς Δελφοὺς χρησμοδοτη‐ θῆναι τίς ἄρα μετ’ αὐτὸν βασιλεύσει. ἡ δὲ ἐν Δελφοῖς Πυθία γευσαμένη τοῦ</w:t>
      </w:r>
    </w:p>
    <w:p>
      <w:r>
        <w:rPr>
          <w:rFonts w:ascii="Courier New" w:hAnsi="Courier New"/>
          <w:color w:val="555555"/>
          <w:sz w:val="20"/>
        </w:rPr>
        <w:t>[5]</w:t>
      </w:r>
    </w:p>
    <w:p>
      <w:r>
        <w:rPr>
          <w:rFonts w:ascii="Gentium Plus" w:hAnsi="Gentium Plus"/>
          <w:sz w:val="24"/>
        </w:rPr>
        <w:t>ἵππον ἁλλόμενος διὰ μέσης τῆς Πέλλης διοδεύσει.” ἐκλήθη δὲ Βουκέφαλος, ἐπειδὴ ἐν τῷ μηρῷ εἶχεν ἔγκαυμα βοὸς φαίνοντα κεφαλήν. ὁ δὲ Φίλιππος ἀκούσας τὸν χρησμὸν προσεδόκα νέον Ἡρακλῆν.</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[1 . 16]</w:t>
      </w:r>
    </w:p>
    <w:p>
      <w:r>
        <w:rPr>
          <w:rFonts w:ascii="Gentium Plus" w:hAnsi="Gentium Plus"/>
          <w:sz w:val="24"/>
        </w:rPr>
        <w:t>Ἀλέξανδρος δὲ Ἀριστοτέλει τῷ καθηγητῇ μόνῳ ἐκέχρητο. καὶ ἱκανῶν ὄντων παίδων τῷ Ἀριστοτέλει εἰς μάθησιν παιδείας, ὄντων δὲ καὶ παρ’ αὐτῷ βασιλέων υἱῶν, εἶπεν ἐν μιᾷ πρὸς ἕνα αὐτῶν Ἀριστοτέλης· “ἐὰν κληρονομήσῃς τοῦ πατρός σου τὸ βασίλειον, τί μοι χαρίζῃ τῷ καθηγητῇ σου;” ὁ δὲ εἶπεν·</w:t>
      </w:r>
    </w:p>
    <w:p>
      <w:r>
        <w:rPr>
          <w:rFonts w:ascii="Courier New" w:hAnsi="Courier New"/>
          <w:color w:val="555555"/>
          <w:sz w:val="20"/>
        </w:rPr>
        <w:t>[5]</w:t>
      </w:r>
    </w:p>
    <w:p>
      <w:r>
        <w:rPr>
          <w:rFonts w:ascii="Gentium Plus" w:hAnsi="Gentium Plus"/>
          <w:sz w:val="24"/>
        </w:rPr>
        <w:t>“ἔσο παρ’ ἐμοὶ συνδίαιτος μονοκράτωρ, καὶ ἔνδοξόν σε παρὰ πάντας ποιήσω.” ἑτέρου δὲ ἐπύθετο· “εἰ δὲ σύ, τέκνον, παραλάβῃς τὸ βασίλειον τοῦ πατρός σου, πῶς μοι χρήσῃ τῷ καθηγητῇ σου;” ὁ δὲ εἶπεν· “διοικητήν σε ποιήσω καὶ τῶν ὑπ’ ἐμοῦ κρινομένων πάντων σύμβουλόν σε καταστήσω.” εἶπε δὲ καὶ πρὸς Ἀλέξανδρον· “εἰ δὲ σύ, τέκνον Ἀλέξανδρε, παραλάβῃς τὸ βασίλειον ἐκ τοῦ</w:t>
      </w:r>
    </w:p>
    <w:p>
      <w:r>
        <w:rPr>
          <w:rFonts w:ascii="Courier New" w:hAnsi="Courier New"/>
          <w:color w:val="555555"/>
          <w:sz w:val="20"/>
        </w:rPr>
        <w:t>[10]</w:t>
      </w:r>
    </w:p>
    <w:p>
      <w:r>
        <w:rPr>
          <w:rFonts w:ascii="Gentium Plus" w:hAnsi="Gentium Plus"/>
          <w:sz w:val="24"/>
        </w:rPr>
        <w:t>πατρός σου Φιλίππου, πῶς μοι χρήσῃ τῷ καθηγητῇ σου;” ὁ δὲ Ἀλέξανδρος εἶ‐ πεν· “περὶ μελλόντων πραγμάτων ἄρτι μὴ πυνθάνῃ, τῆς αὔριον ἐνέχυρον μὴ ἔχων· τότε δώσω σοι τοῦ καιροῦ καὶ τῆς ὥρας ἐλευσομένης.” καὶ λέγει αὐτῷ Ἀριστο‐ τέλης· “χαίροις Ἀλέξανδρε κοσμοκράτορ· σὺ γὰρ μέγιστος βασιλεὺς ἔσῃ.” ὑπὸ πάντων δὲ Ἀλέξανδρος ἐφιλεῖτο ὡς φρενήρης καὶ πολεμιστής, ὑπὸ δὲ Φιλίππου</w:t>
      </w:r>
    </w:p>
    <w:p>
      <w:r>
        <w:rPr>
          <w:rFonts w:ascii="Courier New" w:hAnsi="Courier New"/>
          <w:color w:val="555555"/>
          <w:sz w:val="20"/>
        </w:rPr>
        <w:t>[15]</w:t>
      </w:r>
    </w:p>
    <w:p>
      <w:r>
        <w:rPr>
          <w:rFonts w:ascii="Gentium Plus" w:hAnsi="Gentium Plus"/>
          <w:sz w:val="24"/>
        </w:rPr>
        <w:t>ἐν ἀμφιβολίᾳ ἦν. ἔχαιρε γὰρ ὁρῶν τοιοῦτον ἀρειμάνιον πνεῦμα τοῦ παιδός, ἐλυ‐ πεῖτο δὲ μὴ ὅμοιον αὐτὸν ὁρῶν τῷ ἑαυτοῦ χαρακτῆρι.</w:t>
      </w:r>
    </w:p>
    <w:p>
      <w:r>
        <w:rPr>
          <w:rFonts w:ascii="Courier New" w:hAnsi="Courier New"/>
          <w:color w:val="555555"/>
          <w:sz w:val="20"/>
        </w:rPr>
        <w:t>[16]</w:t>
      </w:r>
    </w:p>
    <w:p>
      <w:r>
        <w:rPr>
          <w:rFonts w:ascii="Gentium Plus" w:hAnsi="Gentium Plus"/>
          <w:sz w:val="24"/>
        </w:rPr>
      </w:r>
    </w:p>
    <w:p>
      <w:r>
        <w:rPr>
          <w:rFonts w:ascii="Courier New" w:hAnsi="Courier New"/>
          <w:color w:val="555555"/>
          <w:sz w:val="20"/>
        </w:rPr>
        <w:t>[1 . 17]</w:t>
      </w:r>
    </w:p>
    <w:p>
      <w:r>
        <w:rPr>
          <w:rFonts w:ascii="Gentium Plus" w:hAnsi="Gentium Plus"/>
          <w:sz w:val="24"/>
        </w:rPr>
        <w:t>Ἐγένετο δὲ Ἀλέξανδρος ἐτῶν δεκαπέντε· καὶ ἐν μιᾷ τῶν ἡμερῶν ἔτυχε διέρχεσθαι αὐτὸν τὸν τόπον, ἔνθα ἦν ὁ Βουκέφαλος ἵππος ἐγκεκλεισμένος, καὶ ἤκουσε χρεμετισμοῦ φοβεροῦ καὶ ἐπιστραφεὶς πρὸς τοὺς προπόλους εἶπεν· “τίς οὗτος ὁ χρεμετισμὸς τοῦ ἵππου;” ἀποκριθεὶς δὲ Πτολεμαῖος ὁ στρατάρχης εἶ‐</w:t>
      </w:r>
    </w:p>
    <w:p>
      <w:r>
        <w:rPr>
          <w:rFonts w:ascii="Courier New" w:hAnsi="Courier New"/>
          <w:color w:val="555555"/>
          <w:sz w:val="20"/>
        </w:rPr>
        <w:t>[5]</w:t>
      </w:r>
    </w:p>
    <w:p>
      <w:r>
        <w:rPr>
          <w:rFonts w:ascii="Gentium Plus" w:hAnsi="Gentium Plus"/>
          <w:sz w:val="24"/>
        </w:rPr>
        <w:t>πεν· “δέσποτα, οὗτός ἐστιν ὁ Βουκέφαλος ἵππος, ὃν ὁ πατήρ σου ἐνέκλεισε διὰ τὸ ἀνθρωποφάγον αὐτὸν εἶναι.” ἀκούσας δὲ ὁ ἵππος τῆς Ἀλεξάνδρου λαλιᾶς ἐχρεμέτισεν ἐκ δευτέρου, οὐχ ὡς πάντοτε φοβερὸν ἀλλὰ μελιχρὸν καὶ λιγυρὸν ὡς ὑπὸ θεοῦ ὑποτασσόμενος. ὡς οὖν ἤγγισε τῷ καγγέλλῳ Ἀλέξανδρος, εὐθέως ὁ ἵππος προέτεινε τοὺς ἐμπροσθίους πόδας τῷ Ἀλεξάνδρῳ καὶ τὴν γλῶτταν</w:t>
      </w:r>
    </w:p>
    <w:p>
      <w:r>
        <w:rPr>
          <w:rFonts w:ascii="Courier New" w:hAnsi="Courier New"/>
          <w:color w:val="555555"/>
          <w:sz w:val="20"/>
        </w:rPr>
        <w:t>[10]</w:t>
      </w:r>
    </w:p>
    <w:p>
      <w:r>
        <w:rPr>
          <w:rFonts w:ascii="Gentium Plus" w:hAnsi="Gentium Plus"/>
          <w:sz w:val="24"/>
        </w:rPr>
        <w:t>αὐτοῦ προσχαλῶν αὐτῷ ὑποφαίνων τὸν ἴδιον δεσπότην. ὁ δὲ Ἀλέξανδρος θεα‐ σάμενος τὴν θαυμαστὴν τοῦ ἵππου πρόσοψιν καὶ λείψανα πολλῶν ἀνθρώπων βιοθανάτων ὑποκείμενα αὐτῷ παραγκωνισάμενος τοὺς φύλακας τοῦ ἵππου ἤνοιξε τὸ κάγγελλον. καὶ δραξάμενος αὐτοῦ τοῦ τένοντος † ὑπετάγη αὐτῷ καὶ † ἥλατο αὐτὸν ἀχαλίνωτον καὶ διῆγε διὰ μέσου τῆς πόλεως Πέλλης. δραμὼν δέ</w:t>
      </w:r>
    </w:p>
    <w:p>
      <w:r>
        <w:rPr>
          <w:rFonts w:ascii="Courier New" w:hAnsi="Courier New"/>
          <w:color w:val="555555"/>
          <w:sz w:val="20"/>
        </w:rPr>
        <w:t>[15]</w:t>
      </w:r>
    </w:p>
    <w:p>
      <w:r>
        <w:rPr>
          <w:rFonts w:ascii="Gentium Plus" w:hAnsi="Gentium Plus"/>
          <w:sz w:val="24"/>
        </w:rPr>
        <w:t>τις τῶν ἱπποφορβῶν ἀπήγγειλε τῷ βασιλεῖ Φιλίππῳ ἔξω ὄντι τῆς πόλεως. ὁ δὲ Φίλιππος ὑπομνησθεὶς τοῦ χρησμοῦ εὐθέως ὑπήντησε τῷ Ἀλεξάνδρῳ καὶ ἠσπάσατο αὐτὸν εἰπών· “χαίροις Ἀλέξανδρε κοσμοκράτορ.” καὶ ἀπὸ τότε ἱλα‐ ρὸς ἦν Φίλιππος ἐπὶ τῇ τοῦ τέκνου ἐλπίδι.</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[1 . 18]</w:t>
      </w:r>
    </w:p>
    <w:p>
      <w:r>
        <w:rPr>
          <w:rFonts w:ascii="Gentium Plus" w:hAnsi="Gentium Plus"/>
          <w:sz w:val="24"/>
        </w:rPr>
        <w:t>Μιᾷ οὖν τῶν ἡμερῶν εὗρεν εὐκαιροῦντα τὸν πατέρα αὐτοῦ Ἀλέξανδρος καὶ καταφιλήσας αὐτὸν εἶπεν· “πάτερ, δέομαί σου ἐπίτρεψόν μοι εἰς Πίσσας πλεῦ‐ σαι ἐπὶ τὸν ἀγῶνα τῶν Ὀλυμπίων, ἐπειδὴ ἀγωνίσασθαι βούλομαι.” ὁ δὲ Φί‐ λιππος εἶπε πρὸς αὐτόν· “καὶ ποῖον ἄσκημα ἀσκήσας τοῦτο ἐπιθυμεῖς;” ὁ δὲ</w:t>
      </w:r>
    </w:p>
    <w:p>
      <w:r>
        <w:rPr>
          <w:rFonts w:ascii="Courier New" w:hAnsi="Courier New"/>
          <w:color w:val="555555"/>
          <w:sz w:val="20"/>
        </w:rPr>
        <w:t>[5]</w:t>
      </w:r>
    </w:p>
    <w:p>
      <w:r>
        <w:rPr>
          <w:rFonts w:ascii="Gentium Plus" w:hAnsi="Gentium Plus"/>
          <w:sz w:val="24"/>
        </w:rPr>
        <w:t>Ἀλέξανδρος εἶπεν· “ἁρματηλατῆσαι βούλομαι.” ὁ δέ φησιν· “τέκνον, ἐγὼ νῦν προνοήσομαί σοι ἵππους ἐκ τῶν ἐμῶν ἱπποστασίων ἐπιτηδείους. καὶ οὗτοι μὲν ἐπιμεληθήσονται, σὺ δέ, τέκνον, γύμναζε σεαυτὸν ἐπιμελέστερον. ὁ γὰρ ἀγὼν ἔνδοξός ἐστιν.” ὁ δὲ Ἀλέξανδρος εἶπεν· “πάτερ, σὺ ἐπίτρεψόν μοι ἀπελθεῖν ἐν</w:t>
      </w:r>
    </w:p>
    <w:p>
      <w:r>
        <w:rPr>
          <w:rFonts w:ascii="Courier New" w:hAnsi="Courier New"/>
          <w:color w:val="555555"/>
          <w:sz w:val="20"/>
        </w:rPr>
        <w:t>[10]</w:t>
      </w:r>
    </w:p>
    <w:p>
      <w:r>
        <w:rPr>
          <w:rFonts w:ascii="Gentium Plus" w:hAnsi="Gentium Plus"/>
          <w:sz w:val="24"/>
        </w:rPr>
        <w:t>σας δὲ αὐτὸν Φίλιππος καὶ θαυμάσας αὐτοῦ τὴν προθυμίαν φησὶ πρὸς αὐτόν· “τέκνον, εἰ τοῦτο βούλει, βάδιζε ὑγιαίνων.” Ἀπελθὼν δὲ ἐπὶ τὸν λιμένα ἐκέλευσε ναῦν καινὴν κατασκευασθῆναι καὶ τοὺς ἵππους ἅμα τοῖς ἅρμασιν ἐμβληθῆναι. ἐπέβη δὲ Ἀλέξανδρος ἅμα τῷ φίλῳ αὐτοῦ Ἡφαιστίωνι, καὶ ἀποπλεύσας παραγίνεται εἰς Πίσσας. ἐξελθὼν δὲ καὶ</w:t>
      </w:r>
    </w:p>
    <w:p>
      <w:r>
        <w:rPr>
          <w:rFonts w:ascii="Courier New" w:hAnsi="Courier New"/>
          <w:color w:val="555555"/>
          <w:sz w:val="20"/>
        </w:rPr>
        <w:t>[15]</w:t>
      </w:r>
    </w:p>
    <w:p>
      <w:r>
        <w:rPr>
          <w:rFonts w:ascii="Gentium Plus" w:hAnsi="Gentium Plus"/>
          <w:sz w:val="24"/>
        </w:rPr>
        <w:t>λαβὼν ξένια πολλὰ ἐκέλευσε τοῖς παισὶ τὴν τῶν ἵππων ἄλειψιν γενέσθαι. καὶ αὐτὸς ἅμα τῷ φίλῳ αὐτοῦ Ἡφαιστίωνι ἐπὶ περίπατον ἐξῄει. καὶ ὑπήντησεν αὐ‐ τοῖς Νικόλαος υἱὸς † Ἀρείου † βασιλέως Ἀκαρνάνων, πλούτῳ καὶ τύχῃ, δυσὶ θεοῖς, φρυαττόμενος καὶ τῇ τοῦ σώματος δυνάμει πεποιθώς. καὶ προσελθὼν ἠσπάσατο τὸν Ἀλέξανδρον εἰπών· “χαίροις μειράκιον.” ὁ δὲ ἔφη· “χαίροις καὶ</w:t>
      </w:r>
    </w:p>
    <w:p>
      <w:r>
        <w:rPr>
          <w:rFonts w:ascii="Courier New" w:hAnsi="Courier New"/>
          <w:color w:val="555555"/>
          <w:sz w:val="20"/>
        </w:rPr>
        <w:t>[20]</w:t>
      </w:r>
    </w:p>
    <w:p>
      <w:r>
        <w:rPr>
          <w:rFonts w:ascii="Gentium Plus" w:hAnsi="Gentium Plus"/>
          <w:sz w:val="24"/>
        </w:rPr>
        <w:t>σύ, ὃς δ’ ἄν τις εἴης καὶ ὅθεν τυγχάνεις.” ὁ δὲ Νικόλαος εἶπε τῷ Ἀλεξάνδρῳ· “ἐγώ εἰμι Νικόλαος ὁ βασιλεὺς Ἀκαρνάνων.” ὁ δὲ Ἀλέξανδρος εἶπε πρὸς αὐτόν· “μὴ οὕτω γαυριῶ, Νικόλαε βασιλεῦ, φρυαττόμενος ὡς τὸ ἱκανὸν ἔχων τῆς αὔριον ζωῆς. τύχη γὰρ οὐχ ἕστηκεν ἐφ’ ἑνὸς τόπου. ῥοπὴ δὲ τοὺς ἀλαζόνας κατευτελίζει.” ὁ δὲ Νικόλαος ἔφη· “λέγεις μὲν ὀρθῶς, ὑπονοεῖς δὲ οὐχ οὕτως.</w:t>
      </w:r>
    </w:p>
    <w:p>
      <w:r>
        <w:rPr>
          <w:rFonts w:ascii="Courier New" w:hAnsi="Courier New"/>
          <w:color w:val="555555"/>
          <w:sz w:val="20"/>
        </w:rPr>
        <w:t>[25]</w:t>
      </w:r>
    </w:p>
    <w:p>
      <w:r>
        <w:rPr>
          <w:rFonts w:ascii="Gentium Plus" w:hAnsi="Gentium Plus"/>
          <w:sz w:val="24"/>
        </w:rPr>
        <w:t>τί δὲ παρεγένου ἐνταῦθα, θεατὴς ἢ ἀγωνιστής; ἔμαθον γὰρ ὅτι Φιλίππου εἶ τοῦ Μακεδόνος υἱός.” Ἀλέξανδρος εἶπεν· “ἐγὼ πάρειμι ἀγωνίσασθαί σοι τὸν ἱππαστικὸν ἀγῶνα μικρὸς ὢν τῇ ἡλικίᾳ.” Νικόλαος εἶπεν· “μᾶλλον παλαιστὴς ἢ παγκρατιῶν ἢ ἱμαντομάχος ἥκας.” ὁ δὲ Ἀλέξανδρος πάλιν ἔφη· “ἁρματη‐ λατῆσαι βούλομαι.” ὑπερζέσας δὲ τῇ χολῇ Νικόλαος καὶ καταφρονήσας Ἀλε‐</w:t>
      </w:r>
    </w:p>
    <w:p>
      <w:r>
        <w:rPr>
          <w:rFonts w:ascii="Courier New" w:hAnsi="Courier New"/>
          <w:color w:val="555555"/>
          <w:sz w:val="20"/>
        </w:rPr>
        <w:t>[30]</w:t>
      </w:r>
    </w:p>
    <w:p>
      <w:r>
        <w:rPr>
          <w:rFonts w:ascii="Gentium Plus" w:hAnsi="Gentium Plus"/>
          <w:sz w:val="24"/>
        </w:rPr>
        <w:t>ξάνδρου, θεωρήσας τὸ νέον τῆς ἡλικίας αὐτοῦ, οὐ μαθὼν δὲ τὸ τῆς ψυχῆς ἔκχυμα, ἐνέπτυσεν αὐτῷ εἰπών· “μηδέν σοι καλὸν γένοιτο. ὁρᾶτε εἰς τίνα ἐλήλυθε τὸ Πισσαῖον στάδιον.” ὁ δὲ Ἀλέξανδρος δεδιδαγμένος ὑπὸ τῆς φύσεως ἐγκρα‐ τεύεσθαι ἀπομαξάμενος τὸν ἐν ὕβρει σίελον καὶ μειδιάσας θανάσιμόν φησιν· “Νικόλαε, ἄρτι σε νικήσω καὶ ἐν τῇ πατρίδι σου Ἀκαρνάνων δόρατί σε λήψο‐</w:t>
      </w:r>
    </w:p>
    <w:p>
      <w:r>
        <w:rPr>
          <w:rFonts w:ascii="Courier New" w:hAnsi="Courier New"/>
          <w:color w:val="555555"/>
          <w:sz w:val="20"/>
        </w:rPr>
        <w:t>[35]</w:t>
      </w:r>
    </w:p>
    <w:p>
      <w:r>
        <w:rPr>
          <w:rFonts w:ascii="Gentium Plus" w:hAnsi="Gentium Plus"/>
          <w:sz w:val="24"/>
        </w:rPr>
        <w:t>μαι.” καὶ ἀπέστησαν ἀπ’ ἀλλήλων διαμαχόμενοι.</w:t>
      </w:r>
    </w:p>
    <w:p>
      <w:r>
        <w:rPr>
          <w:rFonts w:ascii="Courier New" w:hAnsi="Courier New"/>
          <w:color w:val="555555"/>
          <w:sz w:val="20"/>
        </w:rPr>
        <w:t>[35]</w:t>
      </w:r>
    </w:p>
    <w:p>
      <w:r>
        <w:rPr>
          <w:rFonts w:ascii="Gentium Plus" w:hAnsi="Gentium Plus"/>
          <w:sz w:val="24"/>
        </w:rPr>
      </w:r>
    </w:p>
    <w:p>
      <w:r>
        <w:rPr>
          <w:rFonts w:ascii="Courier New" w:hAnsi="Courier New"/>
          <w:color w:val="555555"/>
          <w:sz w:val="20"/>
        </w:rPr>
        <w:t>[1 . 19]</w:t>
      </w:r>
    </w:p>
    <w:p>
      <w:r>
        <w:rPr>
          <w:rFonts w:ascii="Gentium Plus" w:hAnsi="Gentium Plus"/>
          <w:sz w:val="24"/>
        </w:rPr>
        <w:t>Μετὰ δὲ ἡμέρας ὀλίγας ἐπέστη ἡ τοῦ ἀγῶνος προθεσμία. καὶ εἰσῆλθον ἁρμε‐ λατῆσαι ἐννέα, οἱ μὲν τέσσαρες υἱοὶ βασιλέων τυγχάνοντες, αὐτὸς ὁ Νικόλαος ὁ</w:t>
      </w:r>
    </w:p>
    <w:p>
      <w:r>
        <w:rPr>
          <w:rFonts w:ascii="Courier New" w:hAnsi="Courier New"/>
          <w:color w:val="555555"/>
          <w:sz w:val="20"/>
        </w:rPr>
        <w:t>[5]</w:t>
      </w:r>
    </w:p>
    <w:p>
      <w:r>
        <w:rPr>
          <w:rFonts w:ascii="Gentium Plus" w:hAnsi="Gentium Plus"/>
          <w:sz w:val="24"/>
        </w:rPr>
        <w:t>ἀγῶνος πάντα καὶ ἡ κάλπη ἐκληρώθη. ἔλαχε πρῶτος Νικόλαος, δεύτερος Ξαν‐ θίας, τρίτος Κίμων, τέταρτος Κλειτόμαχος, πέμπτος Ἀρίστιππος Ὀλύνθιος, ἕκτος Πιήριος Φωκαεύς, ἕβδομος Λάκων Λίνδιος, ὄγδοος Ἀλέξανδρος ὁ Μα‐ κεδών, ἔννατος Νικόμαχος Λοκρός. ἔστησαν λοιπὸν ἐπὶ τὴν ἱππασίαν. ἠλάλαξεν ἡ σάλπιγξ τὸ ἐναγώνιον μέλος· [ἐξῆλθον αἱ ταβλώσεις τῶν ἵππων·] ἠνοίχθησαν</w:t>
      </w:r>
    </w:p>
    <w:p>
      <w:r>
        <w:rPr>
          <w:rFonts w:ascii="Courier New" w:hAnsi="Courier New"/>
          <w:color w:val="555555"/>
          <w:sz w:val="20"/>
        </w:rPr>
        <w:t>[10]</w:t>
      </w:r>
    </w:p>
    <w:p>
      <w:r>
        <w:rPr>
          <w:rFonts w:ascii="Gentium Plus" w:hAnsi="Gentium Plus"/>
          <w:sz w:val="24"/>
        </w:rPr>
        <w:t>αἱ ἀφετηρίαι τῶν καγγέλλων· προεπήδησαν πάντες ὀξεῖ ὁρμήματι χρησάμενοι, πρῶτον καμπτῆρα, δεύτερον καὶ τρίτον καὶ τέταρτον. οἱ μὲν οὖν ὑστεροῦντες ἠτόνησαν τῶν ἵππων λιποψυχησάντων· τέταρτος ἦν Ἀλέξανδρος ἐλαύνων, ὄπισθεν δὲ αὐτοῦ ὁ Νικόλαος, οὐχ οὕτως ἔχων τὸ νικῆσαι ὡς τὸ ἀναιρῆσαι τὸν Ἀλέξανδρον. ἦν γὰρ ὁ πατὴρ τοῦ Νικολάου ἐν πολέμῳ ὑπὸ Φιλίππου</w:t>
      </w:r>
    </w:p>
    <w:p>
      <w:r>
        <w:rPr>
          <w:rFonts w:ascii="Courier New" w:hAnsi="Courier New"/>
          <w:color w:val="555555"/>
          <w:sz w:val="20"/>
        </w:rPr>
        <w:t>[15]</w:t>
      </w:r>
    </w:p>
    <w:p>
      <w:r>
        <w:rPr>
          <w:rFonts w:ascii="Gentium Plus" w:hAnsi="Gentium Plus"/>
          <w:sz w:val="24"/>
        </w:rPr>
        <w:t>ἀναιρεθείς. τοῦτο δὲ γνοὺς ὁ φρενήρης Ἀλέξανδρος πεσόντων τῶν πρώτων</w:t>
      </w:r>
    </w:p>
    <w:p>
      <w:r>
        <w:rPr>
          <w:rFonts w:ascii="Courier New" w:hAnsi="Courier New"/>
          <w:color w:val="555555"/>
          <w:sz w:val="20"/>
        </w:rPr>
        <w:t>[20]</w:t>
      </w:r>
    </w:p>
    <w:p>
      <w:r>
        <w:rPr>
          <w:rFonts w:ascii="Gentium Plus" w:hAnsi="Gentium Plus"/>
          <w:sz w:val="24"/>
        </w:rPr>
        <w:t>ὁ οὖν Ἀλέξανδρος ἐπιβαίνει τῇ ὁρμῇ τῶν ἵππων τῶν ἑαυτοῦ. καὶ παρερχόμενος ἐπιλαμβάνεται τῷ ἄξονι τῶν ὀπισθίων τοῦ Νικολάου. καὶ καταπίπτει ὅλον τὸ ἅρμα τοῦ Νικολάου σὺν τῷ ἡνιόχῳ, καὶ τελευτᾷ ὁ Νικόλαος. καὶ διαμένει λοι‐ πὸν ὁ Ἀλέξανδρος μονώτατος. καὶ γίνεται τῷ τελευτήσαντι ἡ παροιμία ἡ λέγουσα. “ὃς ἄλλῳ κακὰ τεύχει ἑαυτῷ κακὰ τέτευχεν.”</w:t>
      </w:r>
    </w:p>
    <w:p>
      <w:r>
        <w:rPr>
          <w:rFonts w:ascii="Courier New" w:hAnsi="Courier New"/>
          <w:color w:val="555555"/>
          <w:sz w:val="20"/>
        </w:rPr>
        <w:t>[25]</w:t>
      </w:r>
    </w:p>
    <w:p>
      <w:r>
        <w:rPr>
          <w:rFonts w:ascii="Gentium Plus" w:hAnsi="Gentium Plus"/>
          <w:sz w:val="24"/>
        </w:rPr>
        <w:t>Στεφανοῦται λοιπὸν ὁ Ἀλέξανδρος καὶ ἀναβαίνει τὸν νικητικὸν ἐστεμμένος [στεφανοῖ γὰρ αὐτὸν Ὀλύμπιον τὸν κότινον στέφανον] παρὰ τῷ Ὀλυμπίῳ Διί. καὶ λέγει αὐτῷ ὁ τοῦ Διὸς μάντις· “Ἀλέξανδρε, προμηνύει σοι ὁ Ὀλύμπιος Ζεὺς ταῦτα· θάρσει, ὥσπερ Νικόλαον ἐνίκησας, οὕτω πολλοὺς νικήσεις ἐν πολέ‐</w:t>
      </w:r>
    </w:p>
    <w:p>
      <w:r>
        <w:rPr>
          <w:rFonts w:ascii="Courier New" w:hAnsi="Courier New"/>
          <w:color w:val="555555"/>
          <w:sz w:val="20"/>
        </w:rPr>
        <w:t>[1 . 20]</w:t>
      </w:r>
    </w:p>
    <w:p>
      <w:r>
        <w:rPr>
          <w:rFonts w:ascii="Gentium Plus" w:hAnsi="Gentium Plus"/>
          <w:sz w:val="24"/>
        </w:rPr>
        <w:t>Ὁ δὲ Ἀλέξανδρος λαβὼν τὴν κληδόνα ταύτην νικηφόρος ἀναστραφεὶς εἰς Μακεδονίαν εὑρίσκει τὴν μητέρα αὐτοῦ Ὀλυμπιάδα ἀπόβλητον γεναμένην ὑπὸ Φιλίππου τοῦ βασιλέως, τὸν δὲ Φίλιππον γήμαντα τὴν ἀδελφὴν Λυσίου Κλεο‐ πάτραν τοὔνομα. αὐτῇ δὲ τῇ ἡμέρᾳ ἀγομένων τῶν γάμων Φιλίππου ἔχων τὸν</w:t>
      </w:r>
    </w:p>
    <w:p>
      <w:r>
        <w:rPr>
          <w:rFonts w:ascii="Courier New" w:hAnsi="Courier New"/>
          <w:color w:val="555555"/>
          <w:sz w:val="20"/>
        </w:rPr>
        <w:t>[5]</w:t>
      </w:r>
    </w:p>
    <w:p>
      <w:r>
        <w:rPr>
          <w:rFonts w:ascii="Gentium Plus" w:hAnsi="Gentium Plus"/>
          <w:sz w:val="24"/>
        </w:rPr>
        <w:t>νικητικὸν στέφανον Ἀλέξανδρος τὸν Ὀλυμπιακὸν εἰσῆλθεν εἰς τὸν δεῖπνον καὶ λέγει τῷ βασιλεῖ Φιλίππῳ· “πάτερ, δέξαι μου τῶν πρώτων ἱδρώτων τὸν νικητι‐ κὸν στέφανον. καὶ ὅταν μέντοι κἀγὼ δίδωμι τὴν ἐμαυτοῦ μητέρα Ὀλυμπιάδα βασιλεῖ ἑτέρῳ πρὸς γάμον, καλέσω σε εἰς τὸν γάμον Ὀλυμπιάδος.” καὶ ταῦτα εἰπὼν Ἀλέξανδρος ἀνεκλίθη ἐναντίον Φιλίππου τοῦ πατρὸς αὐτοῦ γελωτο‐</w:t>
      </w:r>
    </w:p>
    <w:p>
      <w:r>
        <w:rPr>
          <w:rFonts w:ascii="Courier New" w:hAnsi="Courier New"/>
          <w:color w:val="555555"/>
          <w:sz w:val="20"/>
        </w:rPr>
        <w:t>[10]</w:t>
      </w:r>
    </w:p>
    <w:p>
      <w:r>
        <w:rPr>
          <w:rFonts w:ascii="Gentium Plus" w:hAnsi="Gentium Plus"/>
          <w:sz w:val="24"/>
        </w:rPr>
        <w:t>ποιός. Φίλιππος δὲ ἐπὶ τοῖς λεγομένοις παρὰ Ἀλεξάνδρου ἐτρύχετο.</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[1 . 21]</w:t>
      </w:r>
    </w:p>
    <w:p>
      <w:r>
        <w:rPr>
          <w:rFonts w:ascii="Gentium Plus" w:hAnsi="Gentium Plus"/>
          <w:sz w:val="24"/>
        </w:rPr>
        <w:t>Ὁ δὲ Λυσίας ἀνακείμενος ἔλεγε τῷ Φιλίππῳ· “Φίλιππε βασιλεῦ, πάσης</w:t>
      </w:r>
    </w:p>
    <w:p>
      <w:r>
        <w:rPr>
          <w:rFonts w:ascii="Courier New" w:hAnsi="Courier New"/>
          <w:color w:val="555555"/>
          <w:sz w:val="20"/>
        </w:rPr>
        <w:t>[5]</w:t>
      </w:r>
    </w:p>
    <w:p>
      <w:r>
        <w:rPr>
          <w:rFonts w:ascii="Gentium Plus" w:hAnsi="Gentium Plus"/>
          <w:sz w:val="24"/>
        </w:rPr>
        <w:t>ἐνέτεινε τῷ Λυσίᾳ καὶ δίδωσιν αὐτῷ κατὰ τοῦ κροτάφου καὶ ἀναιρεῖ αὐτόν. ἰδὼν δὲ Φίλιππος τὸ γενόμενον ἀνίσταται ξιφήρης [μανικὸν ἔχων ξίφος] κατὰ Ἀλεξάνδρου καὶ πίπτει σκελισθεὶς ἀπὸ τῆς κρηπῖδος τοῦ ἀκουβίτου. ὁ δὲ Ἀλέξανδρος γελάσας εἶπε πρὸς Φίλιππον· “ὁ τὴν Ἀσίαν ὅλην σπεύδων παρα‐ λαβεῖν καὶ τὴν Εὐρώπην ἐκ βάθρων καταστρέψαι οὐκ εὐτόνησας βῆμα ἕνα</w:t>
      </w:r>
    </w:p>
    <w:p>
      <w:r>
        <w:rPr>
          <w:rFonts w:ascii="Courier New" w:hAnsi="Courier New"/>
          <w:color w:val="555555"/>
          <w:sz w:val="20"/>
        </w:rPr>
        <w:t>[10]</w:t>
      </w:r>
    </w:p>
    <w:p>
      <w:r>
        <w:rPr>
          <w:rFonts w:ascii="Gentium Plus" w:hAnsi="Gentium Plus"/>
          <w:sz w:val="24"/>
        </w:rPr>
        <w:t>ἐλθεῖν.” καὶ ταῦτα εἰπὼν Ἀλέξανδρος ἥρπασε τὸ ξίφος ἀπὸ Φιλίππου τοῦ πατρὸς αὐτοῦ καὶ πάντας τοὺς κεκλιμένους ἡμισφαγεῖς ἐποίησεν. ἦν δὲ ἰδεῖν Κενταύρων ἱστορίαν· οἱ μὲν γὰρ αὐτῶν ὑπὸ τοὺς κλιντῆρας ἔφυγον, οἱ δὲ ταῖς τραπέζαις ὡς ὅπλοις ἐχρήσαντο, ἄλλοι δὲ ὑπὸ σκοτεινοὺς τόπους ὑπεχώρουν, ὥστε θεωρεῖν νέον ἄλλον Ὀδυσσέα τὸν Ἀλέξανδρον τοὺς ἐπὶ τῇ Πηνελόπῃ</w:t>
      </w:r>
    </w:p>
    <w:p>
      <w:r>
        <w:rPr>
          <w:rFonts w:ascii="Courier New" w:hAnsi="Courier New"/>
          <w:color w:val="555555"/>
          <w:sz w:val="20"/>
        </w:rPr>
        <w:t>[15]</w:t>
      </w:r>
    </w:p>
    <w:p>
      <w:r>
        <w:rPr>
          <w:rFonts w:ascii="Gentium Plus" w:hAnsi="Gentium Plus"/>
          <w:sz w:val="24"/>
        </w:rPr>
        <w:t>μνηστῆρας ἀναιροῦντα. Ἐξέρχεται οὖν Ἀλέξανδρος καὶ φέρει τὴν μητέρα αὐτοῦ Ὀλυμπιάδα εἰς τὸ παλάτιον ἔκδικος τῶν αὐτῆς γάμων γενόμενος. τὴν δὲ ἀδελφὴν Λυσίου Κλεο‐ πάτραν φυγάδα ἐποίησεν. βαστάσαντες δὲ οἱ δορυφόροι Φίλιππον τὸν βασιλέα</w:t>
      </w:r>
    </w:p>
    <w:p>
      <w:r>
        <w:rPr>
          <w:rFonts w:ascii="Courier New" w:hAnsi="Courier New"/>
          <w:color w:val="555555"/>
          <w:sz w:val="20"/>
        </w:rPr>
        <w:t>[1 . 22]</w:t>
      </w:r>
    </w:p>
    <w:p>
      <w:r>
        <w:rPr>
          <w:rFonts w:ascii="Gentium Plus" w:hAnsi="Gentium Plus"/>
          <w:sz w:val="24"/>
        </w:rPr>
        <w:t>Καὶ μετὰ ἡμέρας δέκα εἰσέρχεται Ἀλέξανδρος πρὸς τὸν Φίλιππον καὶ παρακαθεσθεὶς αὐτῷ εἶπεν· “Φίλιππε βασιλεῦ, —τῷ ὀνόματί σε καλέσω, μήπως ἀηδῶς ἔχῃς τοῦ ὑπ’ ἐμοῦ πατέρα σε φωνεῖσθαι—εἰσῆλθον πρός σε οὐχ ὡς υἱός σου ἀλλ’ ὡς φίλος σου, μεσίτης ὢν τῶν ὑπὸ σοῦ ἀδίκως πρὸς τὴν σὴν γυναῖκα</w:t>
      </w:r>
    </w:p>
    <w:p>
      <w:r>
        <w:rPr>
          <w:rFonts w:ascii="Courier New" w:hAnsi="Courier New"/>
          <w:color w:val="555555"/>
          <w:sz w:val="20"/>
        </w:rPr>
        <w:t>[5]</w:t>
      </w:r>
    </w:p>
    <w:p>
      <w:r>
        <w:rPr>
          <w:rFonts w:ascii="Gentium Plus" w:hAnsi="Gentium Plus"/>
          <w:sz w:val="24"/>
        </w:rPr>
        <w:t>πραχθέντων.” λέγει αὐτῷ Φίλιππος· “κακῶς ἐποίησας, Ἀλέξανδρε, ἀνελὼν τὸν Λυσίαν ἐπὶ τοῖς αὐτοῦ εἰρημένοις ἀπρεπέσι ῥήμασιν.” ὁ δὲ Ἀλέξανδρος εἶπεν· “σὺ δὲ καλῶς ἔπραξας ἀναστὰς ξιφήρης ἐπὶ τῷ σῷ τέκνῳ θέλων ἀναλῶσαί με γαμεῖν βουλόμενος ἑτέραν μηδὲν ἀδικηθεὶς ὑπὸ τῆς προτέρας γυναικὸς Ὀλυμπιάδος; ἐξανάστα οὖν καὶ περὶ σεαυτὸν γενοῦ. οἶδα γὰρ διὰ τί νωθρεύει</w:t>
      </w:r>
    </w:p>
    <w:p>
      <w:r>
        <w:rPr>
          <w:rFonts w:ascii="Courier New" w:hAnsi="Courier New"/>
          <w:color w:val="555555"/>
          <w:sz w:val="20"/>
        </w:rPr>
        <w:t>[10]</w:t>
      </w:r>
    </w:p>
    <w:p>
      <w:r>
        <w:rPr>
          <w:rFonts w:ascii="Gentium Plus" w:hAnsi="Gentium Plus"/>
          <w:sz w:val="24"/>
        </w:rPr>
        <w:t>σου τὸ σῶμα. καὶ λήθην δῶμεν ἐπὶ τοῖς ἡμαρτημένοις, κἀγὼ δὲ παρακαλέσω Ὀλυμπιάδα τὴν μητέρα μου διαλλαγῆναί σοι. πεισθήσεται γὰρ τῷ υἱῷ αὐτῆς, κἂν σὺ οὐ θέλεις πατήρ μου καλεῖσθαι.” Καὶ ταῦτα εἰπὼν Ἀλέξανδρος ἐξέρχεται, καὶ ἐλθὼν πρὸς Ὀλυμπιάδα τὴν μητέρα αὐτοῦ λέγει αὐτῇ· “μῆτερ, μὴ ἀγανάκτει ἐπὶ τοῖς γινομένοις ὑπὸ τοῦ</w:t>
      </w:r>
    </w:p>
    <w:p>
      <w:r>
        <w:rPr>
          <w:rFonts w:ascii="Courier New" w:hAnsi="Courier New"/>
          <w:color w:val="555555"/>
          <w:sz w:val="20"/>
        </w:rPr>
        <w:t>[15]</w:t>
      </w:r>
    </w:p>
    <w:p>
      <w:r>
        <w:rPr>
          <w:rFonts w:ascii="Gentium Plus" w:hAnsi="Gentium Plus"/>
          <w:sz w:val="24"/>
        </w:rPr>
        <w:t>σοῦ ἀνδρός· ἐκεῖνον λανθάνει τὸ ὑπὸ σοῦ γενόμενον ἁμάρτημα. ἐγὼ δὲ ἔλεγχός σου τυγχάνω, Αἰγυπτίου πατρὸς ὢν υἱός· ὥστε οὖν ἐλθὲ παρακαλοῦσα αὐτὸν διαλλαγῆναί σοι. πρέπον γάρ ἐστι γυναικὶ τῷ ἰδίῳ ἀνδρὶ ὑποτάσσεσθαι.” καὶ ἤγαγε τὴν μητέρα αὐτοῦ πρὸς Φίλιππον βασιλέα τὸν πατέρα αὐτοῦ καὶ εἶπεν.</w:t>
      </w:r>
    </w:p>
    <w:p>
      <w:r>
        <w:rPr>
          <w:rFonts w:ascii="Courier New" w:hAnsi="Courier New"/>
          <w:color w:val="555555"/>
          <w:sz w:val="20"/>
        </w:rPr>
        <w:t>[20]</w:t>
      </w:r>
    </w:p>
    <w:p>
      <w:r>
        <w:rPr>
          <w:rFonts w:ascii="Gentium Plus" w:hAnsi="Gentium Plus"/>
          <w:sz w:val="24"/>
        </w:rPr>
        <w:t>τῷ τέκνῳ σου πεισθείς. πάρεστί σοι ἡ μήτηρ μου πολλὰ παρακληθεῖσα παρ’ ἐμοῦ τοῦ εἰσελθεῖν πρός σε καὶ ἀμνήμων γενέσθαι τῶν πραχθέντων. λοιπὸν περιπλάκητε ἀλλήλοις. αἰσχρὸν γὰρ οὐκ ἔστιν ὑμῖν ἐπ’ ἐμοῦ. ἐξ ὑμῶν γὰρ ἔφυν.” καὶ ταῦτα εἰπὼν διήλλαξε τοὺς γονεῖς, ὥστε αὐτὸν ὑπὸ πάντων θαυμά‐ ζεσθαι τῶν Μακεδόνων. τὸ δὲ ὄνομα τοῦ Λυσίου ἔκτοτε παρῃτοῦντο οἱ γα‐</w:t>
      </w:r>
    </w:p>
    <w:p>
      <w:r>
        <w:rPr>
          <w:rFonts w:ascii="Courier New" w:hAnsi="Courier New"/>
          <w:color w:val="555555"/>
          <w:sz w:val="20"/>
        </w:rPr>
        <w:t>[25]</w:t>
      </w:r>
    </w:p>
    <w:p>
      <w:r>
        <w:rPr>
          <w:rFonts w:ascii="Gentium Plus" w:hAnsi="Gentium Plus"/>
          <w:sz w:val="24"/>
        </w:rPr>
        <w:t>μοῦντες ὀνομάζειν, μήποτε αὐτοῦ ὀνομασθέντος διάλυσιν λάβωσιν.</w:t>
      </w:r>
    </w:p>
    <w:p>
      <w:r>
        <w:rPr>
          <w:rFonts w:ascii="Courier New" w:hAnsi="Courier New"/>
          <w:color w:val="555555"/>
          <w:sz w:val="20"/>
        </w:rPr>
        <w:t>[25]</w:t>
      </w:r>
    </w:p>
    <w:p>
      <w:r>
        <w:rPr>
          <w:rFonts w:ascii="Gentium Plus" w:hAnsi="Gentium Plus"/>
          <w:sz w:val="24"/>
        </w:rPr>
      </w:r>
    </w:p>
    <w:p>
      <w:r>
        <w:rPr>
          <w:rFonts w:ascii="Courier New" w:hAnsi="Courier New"/>
          <w:color w:val="555555"/>
          <w:sz w:val="20"/>
        </w:rPr>
        <w:t>[1 . 23]</w:t>
      </w:r>
    </w:p>
    <w:p>
      <w:r>
        <w:rPr>
          <w:rFonts w:ascii="Gentium Plus" w:hAnsi="Gentium Plus"/>
          <w:sz w:val="24"/>
        </w:rPr>
        <w:t>Ἦν δὲ ἡ πόλις Μοθώνη ἀντάρασα τῷ Φιλίππῳ. πέμπει οὖν Φίλιππος τὸν Ἀλέξανδρον μετὰ πολλῆς στρατιᾶς τοῦ πολεμῆσαι. ὁ δὲ Ἀλέξανδρος παρα‐ γενόμενος ἐπὶ τὴν Μοθώνην λόγοις συνετοῖς ἔπεισε τούτους ὑπηκόους γενέσθαι. Ἐπανελθὼν δὲ ἀπὸ Μοθώνης Ἀλέξανδρος καὶ εἰσελθὼν πρὸς τὸν πατέρα αὐ‐</w:t>
      </w:r>
    </w:p>
    <w:p>
      <w:r>
        <w:rPr>
          <w:rFonts w:ascii="Courier New" w:hAnsi="Courier New"/>
          <w:color w:val="555555"/>
          <w:sz w:val="20"/>
        </w:rPr>
        <w:t>[5]</w:t>
      </w:r>
    </w:p>
    <w:p>
      <w:r>
        <w:rPr>
          <w:rFonts w:ascii="Gentium Plus" w:hAnsi="Gentium Plus"/>
          <w:sz w:val="24"/>
        </w:rPr>
        <w:t>τοῦ Φίλιππον ὁρᾷ ἐπάνω αὐτοῦ ἑστῶτας ἄνδρας βαρβαρικῷ στολισμῷ ἠμ‐ φιεσμένους, καὶ ἐξετάζει περὶ αὐτῶν λέγων· “τίνες εἰσὶν οὗτοι;” οἱ δὲ εἶπον</w:t>
      </w:r>
    </w:p>
    <w:p>
      <w:r>
        <w:rPr>
          <w:rFonts w:ascii="Courier New" w:hAnsi="Courier New"/>
          <w:color w:val="555555"/>
          <w:sz w:val="20"/>
        </w:rPr>
        <w:t>[10]</w:t>
      </w:r>
    </w:p>
    <w:p>
      <w:r>
        <w:rPr>
          <w:rFonts w:ascii="Gentium Plus" w:hAnsi="Gentium Plus"/>
          <w:sz w:val="24"/>
        </w:rPr>
        <w:t>φόρους ἀπαιτεῖτε ὑμεῖς;” ἀπεκρίθησαν αὐτῷ οἱ σατράπαι Δαρείου· “ὑπὲρ τῆς γῆς Δαρείου τοῦ βασιλέως.” λέγει αὐτοῖς ὁ Ἀλέξανδρος· “εἰ ταύτην οἱ θεοὶ τοῖς ἀνθρώποις δέδωκαν δωρεὰν εἰς διατροφάς, Δαρεῖος τὴν τῶν θεῶν δωρεὰν ἐρανίζεται;” εἶτα λέγει αὐτοῖς πειράζων· “τί γὰρ ἂν εἴη ἃ λαμβάνετε;” λέ‐ γουσιν αὐτῷ· “ὠὰ χρύσεα ἑκατὸν ἀπὸ λιτρῶν εἴκοσι χρυσίου.” ἀποκριθεὶς δὲ</w:t>
      </w:r>
    </w:p>
    <w:p>
      <w:r>
        <w:rPr>
          <w:rFonts w:ascii="Courier New" w:hAnsi="Courier New"/>
          <w:color w:val="555555"/>
          <w:sz w:val="20"/>
        </w:rPr>
        <w:t>[15]</w:t>
      </w:r>
    </w:p>
    <w:p>
      <w:r>
        <w:rPr>
          <w:rFonts w:ascii="Gentium Plus" w:hAnsi="Gentium Plus"/>
          <w:sz w:val="24"/>
        </w:rPr>
        <w:t>Ἀλέξανδρος εἶπεν αὐτοῖς· “οὐ δίκαιόν ἐστι Φίλιππον τὸν βασιλέα Μακεδόνων τοῖς βαρβάροις φόρους παρέχειν. οὐ γὰρ ὁ θέλων τοὺς Ἕλληνας εἰς δουλείαν ὑποτάσσει.” λέγει οὖν Ἀλέξανδρος τοῖς σατράπαις Δαρείου· “πορεύεσθε καὶ εἴπατε Δαρείῳ, ὅτι Ἀλέξανδρος ὁ Φιλίππου παῖς δηλοῖ σοι· ὅταν ἦν αὐτὸς Φίλιππος μόνος, φόρους ὑμῖν ἐτέλει, ὅτε δὲ ἐγέννησεν υἱὸν Ἀλέξανδρον, φόρους</w:t>
      </w:r>
    </w:p>
    <w:p>
      <w:r>
        <w:rPr>
          <w:rFonts w:ascii="Courier New" w:hAnsi="Courier New"/>
          <w:color w:val="555555"/>
          <w:sz w:val="20"/>
        </w:rPr>
        <w:t>[20]</w:t>
      </w:r>
    </w:p>
    <w:p>
      <w:r>
        <w:rPr>
          <w:rFonts w:ascii="Gentium Plus" w:hAnsi="Gentium Plus"/>
          <w:sz w:val="24"/>
        </w:rPr>
        <w:t>ὑμῖν οὐ δίδωσιν, ἀλλὰ καὶ οὓς ἔλαβες παρ’ αὐτοῦ ἐγὼ παρὼν πρός σε λήψομαι.” καὶ ταῦτα εἰπὼν ἐξέπεμψε τοὺς πρέσβεις μήτε γραμμάτων ἀξιώσας τὸν πέμ‐ ψαντα αὐτοὺς βασιλέα. ἔχαιρε δὲ ἐπὶ τούτοις ὁ Φίλιππος ὁρῶν τοιαῦτα τολμῶντα</w:t>
      </w:r>
    </w:p>
    <w:p>
      <w:r>
        <w:rPr>
          <w:rFonts w:ascii="Courier New" w:hAnsi="Courier New"/>
          <w:color w:val="555555"/>
          <w:sz w:val="20"/>
        </w:rPr>
        <w:t>[25]</w:t>
      </w:r>
    </w:p>
    <w:p>
      <w:r>
        <w:rPr>
          <w:rFonts w:ascii="Gentium Plus" w:hAnsi="Gentium Plus"/>
          <w:sz w:val="24"/>
        </w:rPr>
        <w:t>καὶ κατεσκεύασεν αὐτοῖς εἰκονίδιον πρὸς τὸ ἐκτύπωμα τῆς μορφῆς Ἀλεξάν‐ δρου. καὶ ἀπήγαγον αὐτὴν Δαρείῳ ἐν Βαβυλῶνι ἀπαγγέλλοντες αὐτῷ πάντα τὰ λεχθέντα αὐτοῖς παρὰ Ἀλεξάνδρου. Πάλιν οὖν ἑτέρας πόλεως ἀτακτούσης τῶν Θρᾳκῴων τῷ Φιλίππῳ πέμπει τὸν Ἀλέξανδρον μετὰ πλήθους στρατιωτῶν πολεμῆσαι αὐτήν.</w:t>
      </w:r>
    </w:p>
    <w:p>
      <w:r>
        <w:rPr>
          <w:rFonts w:ascii="Courier New" w:hAnsi="Courier New"/>
          <w:color w:val="555555"/>
          <w:sz w:val="20"/>
        </w:rPr>
        <w:t>[29]</w:t>
      </w:r>
    </w:p>
    <w:p>
      <w:r>
        <w:rPr>
          <w:rFonts w:ascii="Gentium Plus" w:hAnsi="Gentium Plus"/>
          <w:sz w:val="24"/>
        </w:rPr>
      </w:r>
    </w:p>
    <w:p>
      <w:r>
        <w:rPr>
          <w:rFonts w:ascii="Courier New" w:hAnsi="Courier New"/>
          <w:color w:val="555555"/>
          <w:sz w:val="20"/>
        </w:rPr>
        <w:t>[1 . 24]</w:t>
      </w:r>
    </w:p>
    <w:p>
      <w:r>
        <w:rPr>
          <w:rFonts w:ascii="Gentium Plus" w:hAnsi="Gentium Plus"/>
          <w:sz w:val="24"/>
        </w:rPr>
        <w:t>Ἦν δέ τις ἐκεῖ Παυσανίας ὀνόματι, ἀνὴρ μέγας καὶ πλούσιος σφόδρα καὶ ἐξάρχων πάντων Θεσσαλονικέων. οὗτος οὖν εἰς ἐπιθυμίαν ἐλθὼν Ὀλυμπιάδος τῆς μητρὸς Ἀλεξάνδρου ἔπεμψε πρὸς αὐτήν τινας τοὺς δυναμένους πεῖσαι αὐτὴν καταλεῖψαι Φίλιππον τὸν ἄνδρα αὐτῆς καὶ γαμηθῆναι αὐτῷ πέμψας αὐτῇ</w:t>
      </w:r>
    </w:p>
    <w:p>
      <w:r>
        <w:rPr>
          <w:rFonts w:ascii="Courier New" w:hAnsi="Courier New"/>
          <w:color w:val="555555"/>
          <w:sz w:val="20"/>
        </w:rPr>
        <w:t>[5]</w:t>
      </w:r>
    </w:p>
    <w:p>
      <w:r>
        <w:rPr>
          <w:rFonts w:ascii="Gentium Plus" w:hAnsi="Gentium Plus"/>
          <w:sz w:val="24"/>
        </w:rPr>
        <w:t>χρήματα πολλά. τῆς δὲ Ὀλυμπιάδος μὴ κατανευσάσης ἐλθὼν Παυσανίας, ἔνθα ἦν Φίλιππος, γνοὺς τὸν Ἀλέξανδρον ἐπὶ πόλεμον πορευθέντα εἰσῆλθεν ἀγῶνος τελουμένου θυμελικοῦ. καὶ τοῦ Φιλίππου ἐν τῷ Ὀλυμπίῳ θεάτρῳ ἀγωνοθετοῦντος ἐπεισέρχεται ξιφήρης ὁ Παυσανίας ἐν τῷ θεάτρῳ μετὰ καὶ</w:t>
      </w:r>
    </w:p>
    <w:p>
      <w:r>
        <w:rPr>
          <w:rFonts w:ascii="Courier New" w:hAnsi="Courier New"/>
          <w:color w:val="555555"/>
          <w:sz w:val="20"/>
        </w:rPr>
        <w:t>[10]</w:t>
      </w:r>
    </w:p>
    <w:p>
      <w:r>
        <w:rPr>
          <w:rFonts w:ascii="Gentium Plus" w:hAnsi="Gentium Plus"/>
          <w:sz w:val="24"/>
        </w:rPr>
        <w:t>πιάδα ἁρπάσῃ. καὶ ἐπιβὰς αὐτῷ ἔπληξεν αὐτὸν ξίφει κατὰ τῆς πλευρᾶς. οὐκ ἀνῄρησε δὲ αὐτόν. γίνεται οὖν θρύλλος μέγας ἐν τῷ θεάτρῳ. ὁ οὖν Παυσανίας ἔσπευσεν εἰς τὸ παλάτιον ἁρπάσαι τὴν Ὀλυμπιάδα. συνέβη οὖν νικηφόρον ἐπανελθεῖν τὸν Ἀλέξανδρον αὐτῇ τῇ ἡμέρᾳ ἐκ τοῦ πολέμου καὶ ὁρᾷ μεγίστην ταραχὴν ἐν τῇ πόλει καὶ ἠρώτησε τί τὸ γεγονός. καὶ λέγουσιν αὐτῷ, ὅτι Παυ‐</w:t>
      </w:r>
    </w:p>
    <w:p>
      <w:r>
        <w:rPr>
          <w:rFonts w:ascii="Courier New" w:hAnsi="Courier New"/>
          <w:color w:val="555555"/>
          <w:sz w:val="20"/>
        </w:rPr>
        <w:t>[15]</w:t>
      </w:r>
    </w:p>
    <w:p>
      <w:r>
        <w:rPr>
          <w:rFonts w:ascii="Gentium Plus" w:hAnsi="Gentium Plus"/>
          <w:sz w:val="24"/>
        </w:rPr>
        <w:t>σανίας εἰς τὸ παλάτιόν ἐστι θέλων ἁρπάσαι Ὀλυμπιάδα τὴν μητέρα σου. καὶ εὐθέως εἰσέρχεται μεθ’ ὧν ἐτύγχανεν ὑπερασπιστῶν αὐτοῦ καὶ συλλαμβάνει τὸν Παυσανίαν κατέχοντα τὴν Ὀλυμπιάδα μετὰ βίας μεγάλης κραυγαζούσης τῆς Ὀλυμπιάδος. καὶ ἠβουλήθη Ἀλέξανδρος μετὰ λόγχης δοῦναι αὐτῷ καὶ δέδοικε, μήπως καὶ τὴν μητέρα αὐτοῦ πατάξῃ. κατεῖχε γὰρ αὐτὴν βίᾳ πολλῇ.</w:t>
      </w:r>
    </w:p>
    <w:p>
      <w:r>
        <w:rPr>
          <w:rFonts w:ascii="Courier New" w:hAnsi="Courier New"/>
          <w:color w:val="555555"/>
          <w:sz w:val="20"/>
        </w:rPr>
        <w:t>[20]</w:t>
      </w:r>
    </w:p>
    <w:p>
      <w:r>
        <w:rPr>
          <w:rFonts w:ascii="Gentium Plus" w:hAnsi="Gentium Plus"/>
          <w:sz w:val="24"/>
        </w:rPr>
        <w:t>ὁ δὲ Ἀλέξανδρος ἀποσπάσας τὸν Παυσανίαν ἀπὸ τῆς μητρὸς αὐτοῦ ἔπληξεν αὐτὸν τῇ λόγχῃ ᾗ κατεῖχεν. μαθὼν δὲ τὸν Φίλιππον ἔτι ἔμπνουν ὄντα προσελθὼν λέγει αὐτῷ· “πάτερ, τί βούλει περὶ Παυσανίου;” ὁ δὲ λέγει· “ἀνένεγκέ μοι αὐτὸν ὧδε.” καὶ ἀγαγὼν αὐτὸν λαβὼν Ἀλέξανδρος μάχαιραν ἐντέθεικεν εἰς τὴν χεῖρα Φιλίππου καὶ προσήνεγκεν αὐτῷ τὸν Παυσανίαν. καὶ κρατήσας</w:t>
      </w:r>
    </w:p>
    <w:p>
      <w:r>
        <w:rPr>
          <w:rFonts w:ascii="Courier New" w:hAnsi="Courier New"/>
          <w:color w:val="555555"/>
          <w:sz w:val="20"/>
        </w:rPr>
        <w:t>[25]</w:t>
      </w:r>
    </w:p>
    <w:p>
      <w:r>
        <w:rPr>
          <w:rFonts w:ascii="Gentium Plus" w:hAnsi="Gentium Plus"/>
          <w:sz w:val="24"/>
        </w:rPr>
        <w:t>αὐτὸν Φίλιππος ἔσφαξεν αὐτὸν καὶ λέγει τῷ Ἀλεξάνδρῳ· “τέκνον Ἀλέξανδρε,</w:t>
      </w:r>
    </w:p>
    <w:p>
      <w:r>
        <w:rPr>
          <w:rFonts w:ascii="Courier New" w:hAnsi="Courier New"/>
          <w:color w:val="555555"/>
          <w:sz w:val="20"/>
        </w:rPr>
        <w:t>[30]</w:t>
      </w:r>
    </w:p>
    <w:p>
      <w:r>
        <w:rPr>
          <w:rFonts w:ascii="Gentium Plus" w:hAnsi="Gentium Plus"/>
          <w:sz w:val="24"/>
        </w:rPr>
        <w:t>συνελθούσης.</w:t>
      </w:r>
    </w:p>
    <w:p>
      <w:r>
        <w:rPr>
          <w:rFonts w:ascii="Courier New" w:hAnsi="Courier New"/>
          <w:color w:val="555555"/>
          <w:sz w:val="20"/>
        </w:rPr>
        <w:t>[30]</w:t>
      </w:r>
    </w:p>
    <w:p>
      <w:r>
        <w:rPr>
          <w:rFonts w:ascii="Gentium Plus" w:hAnsi="Gentium Plus"/>
          <w:sz w:val="24"/>
        </w:rPr>
      </w:r>
    </w:p>
    <w:p>
      <w:r>
        <w:rPr>
          <w:rFonts w:ascii="Courier New" w:hAnsi="Courier New"/>
          <w:color w:val="555555"/>
          <w:sz w:val="20"/>
        </w:rPr>
        <w:t>[1 . 25]</w:t>
      </w:r>
    </w:p>
    <w:p>
      <w:r>
        <w:rPr>
          <w:rFonts w:ascii="Gentium Plus" w:hAnsi="Gentium Plus"/>
          <w:sz w:val="24"/>
        </w:rPr>
        <w:t>Ἐλθούσης δὲ τῆς πόλεως Πέλλης εἰς εὐστάθειαν ἀνέρχεται ὁ Ἀλέξανδρος ἐπὶ τὸν τοῦ πατρὸς ἀνδριάντα καὶ βοήσας μέγα εἶπεν· “ὦ παῖδες Πελλαίων καὶ Μακεδόνων καὶ Ἑλλήνων καὶ Ἀμφικτυόνων καὶ Λακεδαιμόνων καὶ Κορινθίων [καὶ Θηβαίων καὶ Ἀθηναίων] καὶ τῶν λοιπῶν τῆς Ἑλλάδος ἐθνῶν, συνέλθετέ</w:t>
      </w:r>
    </w:p>
    <w:p>
      <w:r>
        <w:rPr>
          <w:rFonts w:ascii="Courier New" w:hAnsi="Courier New"/>
          <w:color w:val="555555"/>
          <w:sz w:val="20"/>
        </w:rPr>
        <w:t>[5]</w:t>
      </w:r>
    </w:p>
    <w:p>
      <w:r>
        <w:rPr>
          <w:rFonts w:ascii="Gentium Plus" w:hAnsi="Gentium Plus"/>
          <w:sz w:val="24"/>
        </w:rPr>
        <w:t>μοι τῷ συστρατιώτῃ ὑμῶν καὶ ἐμπιστεύσατέ μοι ἑαυτούς, ὅπως καταστρατευσώ‐ μεθα τοῖς βαρβάροις καὶ ἑαυτοὺς ἐλευθερώσωμεν τῆς τῶν Περσῶν δουλείας, ἵνα μὴ Ἕλληνες ὄντες βαρβάροις δουλεύωμεν.” καὶ ταῦτα εἰπόντος τοῦ Ἀλεξάν‐</w:t>
      </w:r>
    </w:p>
    <w:p>
      <w:r>
        <w:rPr>
          <w:rFonts w:ascii="Courier New" w:hAnsi="Courier New"/>
          <w:color w:val="555555"/>
          <w:sz w:val="20"/>
        </w:rPr>
        <w:t>[10]</w:t>
      </w:r>
    </w:p>
    <w:p>
      <w:r>
        <w:rPr>
          <w:rFonts w:ascii="Gentium Plus" w:hAnsi="Gentium Plus"/>
          <w:sz w:val="24"/>
        </w:rPr>
        <w:t>θεοπέμπτου φωνῆς μετακληθέντες [καὶ ἐστρατεύοντο]. ἀνοίξας δὲ Ἀλέξανδρος τὴν τοῦ πατρὸς ὁπλοθήκην μετέδωκε τοῖς νέοις τὴν πανοπλίαν. ἤγαγε δὲ καὶ πάντας τοὺς τοῦ πατρὸς αὐτοῦ Φιλίππου ὑπερασπιστὰς γηραιοὺς τυγχάνοντας ἤδη καὶ λέγει αὐτοῖς· “πρεσβῦται καὶ ἄλκιμοι συστρατιῶται, καταξιώσατε κοσμῆσαι τὴν Μακεδόνων στρατιὰν καὶ συστρατεύσατε ἡμῖν εἰς τὸν πόλεμον.”</w:t>
      </w:r>
    </w:p>
    <w:p>
      <w:r>
        <w:rPr>
          <w:rFonts w:ascii="Courier New" w:hAnsi="Courier New"/>
          <w:color w:val="555555"/>
          <w:sz w:val="20"/>
        </w:rPr>
        <w:t>[15]</w:t>
      </w:r>
    </w:p>
    <w:p>
      <w:r>
        <w:rPr>
          <w:rFonts w:ascii="Gentium Plus" w:hAnsi="Gentium Plus"/>
          <w:sz w:val="24"/>
        </w:rPr>
        <w:t>οἱ δὲ εἶπον· “Ἀλέξανδρε βασιλεῦ, ἡμεῖς προέβημεν τῇ ἡλικίᾳ συστρατευόμενοι τῷ πατρί σου Φιλίππῳ καὶ οὐκέτι ἡμῖν ἐστι σθεναρὸν τὸ σῶμα πρὸς ἀντιπά‐ λους. διὸ παραιτούμεθα τὴν ἐπὶ σοῦ στρατείαν.” ὁ δὲ Ἀλέξανδρος εἶπε πρὸς αὐτούς· “ἀλλ’ ἐγὼ μᾶλλον συστρατεύσομαι ὑμῖν, εἰ καὶ γηραλέοι τυγχάνετε. πολὺ γὰρ τὸ γῆρας ἰσχυρότερον τῆς νεότητος ἔφυ. εἰ γὰρ πολλάκις ἡ</w:t>
      </w:r>
    </w:p>
    <w:p>
      <w:r>
        <w:rPr>
          <w:rFonts w:ascii="Courier New" w:hAnsi="Courier New"/>
          <w:color w:val="555555"/>
          <w:sz w:val="20"/>
        </w:rPr>
        <w:t>[20]</w:t>
      </w:r>
    </w:p>
    <w:p>
      <w:r>
        <w:rPr>
          <w:rFonts w:ascii="Gentium Plus" w:hAnsi="Gentium Plus"/>
          <w:sz w:val="24"/>
        </w:rPr>
        <w:t>ἡλικία νεάζουσα πεποιθυῖα τῇ τοῦ σώματος ἀλκῇ ἐκτραπεῖσα εἰς ἀβουλίαν ἕλκεται καὶ ἐξάπινα κινδυνεύει, ὁ δὲ πρεσβύτης πρότερον λογισάμενος ἐπὶ τὸ</w:t>
      </w:r>
    </w:p>
    <w:p>
      <w:r>
        <w:rPr>
          <w:rFonts w:ascii="Courier New" w:hAnsi="Courier New"/>
          <w:color w:val="555555"/>
          <w:sz w:val="20"/>
        </w:rPr>
        <w:t>[25]</w:t>
      </w:r>
    </w:p>
    <w:p>
      <w:r>
        <w:rPr>
          <w:rFonts w:ascii="Gentium Plus" w:hAnsi="Gentium Plus"/>
          <w:sz w:val="24"/>
        </w:rPr>
        <w:t>φρεσὶ] τὸ στρατόπεδον. [καὶ γὰρ τὸ πολεμεῖν τοῦ νοεῖν χρείαν ἔχει.] πρόδηλον γάρ ἐστιν [πρὸς τὴν μάχην γινώσκοντες], ὅτι καὶ αὐτῶν ἡ σωτηρία τῆς περὶ πατρίδος ἐστὶ νίκης. οἱ γὰρ πολέμιοι ἡμῶν 〈ἡττηθέντων〉 ἐπὶ τὴν ἄχρηστον ἡλικίαν ἐπελεύσονται, νικησάντων δὲ ἡ νίκη ἐπὶ τὴν τῶν συμβουλευσάντων γνώμην ἀνακάμψει.” καὶ ταῦτα εἰπὼν Ἀλέξανδρος τοὺς ὑπεργηρωθέντας</w:t>
      </w:r>
    </w:p>
    <w:p>
      <w:r>
        <w:rPr>
          <w:rFonts w:ascii="Courier New" w:hAnsi="Courier New"/>
          <w:color w:val="555555"/>
          <w:sz w:val="20"/>
        </w:rPr>
        <w:t>[30]</w:t>
      </w:r>
    </w:p>
    <w:p>
      <w:r>
        <w:rPr>
          <w:rFonts w:ascii="Gentium Plus" w:hAnsi="Gentium Plus"/>
          <w:sz w:val="24"/>
        </w:rPr>
        <w:t>ἔπεισε διὰ τῶν λόγων αὐτοῦ ἀκολουθῆσαι αὐτῷ.</w:t>
      </w:r>
    </w:p>
    <w:p>
      <w:r>
        <w:rPr>
          <w:rFonts w:ascii="Courier New" w:hAnsi="Courier New"/>
          <w:color w:val="555555"/>
          <w:sz w:val="20"/>
        </w:rPr>
        <w:t>[30]</w:t>
      </w:r>
    </w:p>
    <w:p>
      <w:r>
        <w:rPr>
          <w:rFonts w:ascii="Gentium Plus" w:hAnsi="Gentium Plus"/>
          <w:sz w:val="24"/>
        </w:rPr>
      </w:r>
    </w:p>
    <w:p>
      <w:r>
        <w:rPr>
          <w:rFonts w:ascii="Courier New" w:hAnsi="Courier New"/>
          <w:color w:val="555555"/>
          <w:sz w:val="20"/>
        </w:rPr>
        <w:t>[1 . 26]</w:t>
      </w:r>
    </w:p>
    <w:p>
      <w:r>
        <w:rPr>
          <w:rFonts w:ascii="Gentium Plus" w:hAnsi="Gentium Plus"/>
          <w:sz w:val="24"/>
        </w:rPr>
        <w:t>Καὶ ἁπλῶς εἰπεῖν παραλαμβάνει Ἀλέξανδρος τὴν βασιλείαν Φιλίππου τοῦ πατρὸς αὐτοῦ περὶ ὀκτωκαίδεκα γενόμενος ἐτῶν. τὸν δὲ θόρυβον τὸν γενόμενον μετὰ τὸν τοῦ Φιλίππου θάνατον Ἀντίπατρος κατέπαυσεν, συνετὸς ἀνὴρ καὶ</w:t>
      </w:r>
    </w:p>
    <w:p>
      <w:r>
        <w:rPr>
          <w:rFonts w:ascii="Courier New" w:hAnsi="Courier New"/>
          <w:color w:val="555555"/>
          <w:sz w:val="20"/>
        </w:rPr>
        <w:t>[5]</w:t>
      </w:r>
    </w:p>
    <w:p>
      <w:r>
        <w:rPr>
          <w:rFonts w:ascii="Gentium Plus" w:hAnsi="Gentium Plus"/>
          <w:sz w:val="24"/>
        </w:rPr>
        <w:t>θέατρον καὶ πολλὰ διεξῆλθε τοὺς Μακεδόνας εἰς εὔνοιαν προσκαλούμενος. Ἦν δὲ ὡς ἔοικε τοῦ πατρὸς Φιλίππου εὐτυχέστερος Ἀλέξανδρος καὶ μεγά‐ λων εὐθέως ἠμφισβήτει πραγμάτων καὶ πάντων ἐκράτει. καὶ συναγαγὼν τὴν προτέραν στρατιὰν Φιλίππου τοῦ πατρὸς αὐτοῦ ἠρίθμησεν αὐτούς, καὶ εὗρε Μακεδόνων μυριάδας δύο ἥμισυ καὶ ἱππεῖς ἄνδρας ὀκτακισχιλίους καὶ Θρᾷκας</w:t>
      </w:r>
    </w:p>
    <w:p>
      <w:r>
        <w:rPr>
          <w:rFonts w:ascii="Courier New" w:hAnsi="Courier New"/>
          <w:color w:val="555555"/>
          <w:sz w:val="20"/>
        </w:rPr>
        <w:t>[10]</w:t>
      </w:r>
    </w:p>
    <w:p>
      <w:r>
        <w:rPr>
          <w:rFonts w:ascii="Gentium Plus" w:hAnsi="Gentium Plus"/>
          <w:sz w:val="24"/>
        </w:rPr>
        <w:t>πεντακισχιλίους. Ἀμφικτυόνων δὲ καὶ Λακεδαιμόνων καὶ Κορινθίων καὶ Θεσσαλονικέων εὗρε μυριάδας τρεῖς. συναριθμήσας δὲ πάντας τοὺς παρόντας αὐτῷ καὶ οὓς εἶχεν ἀπὸ τοῦ πατρὸς αὐτοῦ Φιλίππου εὗρε χιλιάδας ἑβδομήκοντα καὶ τοξότας ἑξακισχιλίους πεντακοσίους. Ἰλλυρικῶν δὲ καὶ Παιόνων καὶ Τριβαλλῶν τῆς ἀρχῆς ἀποστάντων ἐπ’ αὐτοὺς</w:t>
      </w:r>
    </w:p>
    <w:p>
      <w:r>
        <w:rPr>
          <w:rFonts w:ascii="Courier New" w:hAnsi="Courier New"/>
          <w:color w:val="555555"/>
          <w:sz w:val="20"/>
        </w:rPr>
        <w:t>[15]</w:t>
      </w:r>
    </w:p>
    <w:p>
      <w:r>
        <w:rPr>
          <w:rFonts w:ascii="Gentium Plus" w:hAnsi="Gentium Plus"/>
          <w:sz w:val="24"/>
        </w:rPr>
        <w:t>ἐστρατεύσατο. πολεμοῦντος δὲ αὐτοῦ τοῖς ἔθνεσι τούτοις ἐνεωτέρισεν ἡ Ἑλλάς.</w:t>
      </w:r>
    </w:p>
    <w:p>
      <w:r>
        <w:rPr>
          <w:rFonts w:ascii="Courier New" w:hAnsi="Courier New"/>
          <w:color w:val="555555"/>
          <w:sz w:val="20"/>
        </w:rPr>
        <w:t>[1 . 27]</w:t>
      </w:r>
    </w:p>
    <w:p>
      <w:r>
        <w:rPr>
          <w:rFonts w:ascii="Gentium Plus" w:hAnsi="Gentium Plus"/>
          <w:sz w:val="24"/>
        </w:rPr>
        <w:t>Φήμης δὲ γενομένης ὅτι τέθνηκεν ἐν τῷ πολέμῳ Ἀλέξανδρος ὁ βασιλεὺς Μακεδόνων λέγεται [δὲ] ὅτι Δημοσθένης τραυματίαν τινὰ ἄνθρωπον εἰσήγαγεν εἰς τὴν ἐκκλησίαν τῶν Ἀθηναίων αὐτὸν ἑωρακέναι λέγοντα κείμενον Ἀλέξαν‐ δρον. τοῦτο πυνθανόμενοι Θηβαῖοι τὴν φρουρὰν ἐξέκοψαν, τὴν μετὰ Χαιρωνείαν</w:t>
      </w:r>
    </w:p>
    <w:p>
      <w:r>
        <w:rPr>
          <w:rFonts w:ascii="Courier New" w:hAnsi="Courier New"/>
          <w:color w:val="555555"/>
          <w:sz w:val="20"/>
        </w:rPr>
        <w:t>[5]</w:t>
      </w:r>
    </w:p>
    <w:p>
      <w:r>
        <w:rPr>
          <w:rFonts w:ascii="Gentium Plus" w:hAnsi="Gentium Plus"/>
          <w:sz w:val="24"/>
        </w:rPr>
        <w:t>εἰς τὴν Καδμείαν Φίλιππος εἰσήγαγεν. φασὶν ὅτι τοῦτο αὐτοὺς ἔπεισε Δημοσθέ‐ νης. ἀγανακτήσας δὲ Ἀλέξανδρος καὶ διὰ τάχους ἐλθὼν προσέπεσε ταῖς Θή‐ βαις. σημεῖα δὲ τοῖς Θηβαίοις τῶν μελλόντων κακῶν ἐγένετο. τὸ γὰρ τῆς Δημήτρας ἱερὸν ἀράχνη περιεκάλυψεν, τό τε τῆς Δίρκης καλούμενον ὕδωρ αἱ‐ ματῶδες ἐγένετο. λαβὼν δὲ ὁ βασιλεὺς κατέσκαψε τὴν πόλιν πᾶσαν τηρήσας</w:t>
      </w:r>
    </w:p>
    <w:p>
      <w:r>
        <w:rPr>
          <w:rFonts w:ascii="Courier New" w:hAnsi="Courier New"/>
          <w:color w:val="555555"/>
          <w:sz w:val="20"/>
        </w:rPr>
        <w:t>[10]</w:t>
      </w:r>
    </w:p>
    <w:p>
      <w:r>
        <w:rPr>
          <w:rFonts w:ascii="Gentium Plus" w:hAnsi="Gentium Plus"/>
          <w:sz w:val="24"/>
        </w:rPr>
        <w:t>μόνην οἰκίαν τὴν Πινδάρου. φασὶ δὲ ὅτι καὶ τὸν αὐλητὴν Ἰσμηνίαν ἐπηνάγκασεν ἐπαυλῆσαι τῇ πόλει κατασκαπτομένῃ. φοβηθέντες οὖν οἱ Ἕλληνες ἡγεμόνα</w:t>
      </w:r>
    </w:p>
    <w:p>
      <w:r>
        <w:rPr>
          <w:rFonts w:ascii="Courier New" w:hAnsi="Courier New"/>
          <w:color w:val="555555"/>
          <w:sz w:val="20"/>
        </w:rPr>
        <w:t>[1 . 28]</w:t>
      </w:r>
    </w:p>
    <w:p>
      <w:r>
        <w:rPr>
          <w:rFonts w:ascii="Gentium Plus" w:hAnsi="Gentium Plus"/>
          <w:sz w:val="24"/>
        </w:rPr>
        <w:t>Ὁ δὲ παραγενόμενος εἰς τὴν Μακεδονίαν τὰ πρὸς τὴν ἀνάβασιν τὴν ἐπὶ τὴν Ἀσίαν ἡτοιμάζετο ναυπηγήσας λιβέρνους καὶ τριήρεις καὶ ναῦς μαχίμους πλεί‐ στας. καὶ ἐποίησεν ἐπιβῆναι ἐν αὐταῖς πάντα τὰ στρατεύματα καὶ τὰ ἅρματα αὐτῶν σὺν τεύχεσι παντοδαποῖς. καὶ λαβὼν χρυσίου τάλαντα μυριάδας πέντε</w:t>
      </w:r>
    </w:p>
    <w:p>
      <w:r>
        <w:rPr>
          <w:rFonts w:ascii="Courier New" w:hAnsi="Courier New"/>
          <w:color w:val="555555"/>
          <w:sz w:val="20"/>
        </w:rPr>
        <w:t>[5]</w:t>
      </w:r>
    </w:p>
    <w:p>
      <w:r>
        <w:rPr>
          <w:rFonts w:ascii="Gentium Plus" w:hAnsi="Gentium Plus"/>
          <w:sz w:val="24"/>
        </w:rPr>
        <w:t>κελεύει καὶ ἔρχεται ἐπὶ τὰ Θρᾳκῷα μέρη, κἀκεῖθεν παραλαβὼν ἄνδρας ἐπι‐ λέκτους πεντακισχιλίους καὶ χρυσίου τάλαντα πεντακόσια. πᾶσαι δὲ αἱ πόλεις ὑπεδέχοντο αὐτὸν στεφανοῦσαι. γενόμενος δὲ περὶ τὸν Ἑλλήσποντον ἀφήλατο τῆς νηὸς ἐκ τῆς Εὐρώπης εἰς τὴν Ἀσίαν. καὶ πήξας τὸ δόρυ δορύκτητον ἔφη τὴν Ἀσίαν ἔχειν.</w:t>
      </w:r>
    </w:p>
    <w:p>
      <w:r>
        <w:rPr>
          <w:rFonts w:ascii="Courier New" w:hAnsi="Courier New"/>
          <w:color w:val="555555"/>
          <w:sz w:val="20"/>
        </w:rPr>
        <w:t>[10]</w:t>
      </w:r>
    </w:p>
    <w:p>
      <w:r>
        <w:rPr>
          <w:rFonts w:ascii="Gentium Plus" w:hAnsi="Gentium Plus"/>
          <w:sz w:val="24"/>
        </w:rPr>
        <w:t>Ἔνθεν οὖν ἧκεν Ἀλέξανδρος ἐπὶ τὸν καλούμενον Γρανικὸν ποταμόν. τοῦτον γὰρ ἐφύλαττον σατράπαι Δαρείου. γενναίας δὲ μάχης γεναμένης ἐκράτησεν Ἀλέξανδρος καὶ λάφυρα λαβὼν ἐξ αὐτῶν ἔπεμψε ταῖς Ἀθήναις καὶ τῇ μητρὶ Ὀλυμπιάδι δῶρον. δόξαν δὲ αὐτῷ τὰ παραθαλάσσια πρῶτα ὑποτάξαι τὴν</w:t>
      </w:r>
    </w:p>
    <w:p>
      <w:r>
        <w:rPr>
          <w:rFonts w:ascii="Courier New" w:hAnsi="Courier New"/>
          <w:color w:val="555555"/>
          <w:sz w:val="20"/>
        </w:rPr>
        <w:t>[15]</w:t>
      </w:r>
    </w:p>
    <w:p>
      <w:r>
        <w:rPr>
          <w:rFonts w:ascii="Gentium Plus" w:hAnsi="Gentium Plus"/>
          <w:sz w:val="24"/>
        </w:rPr>
        <w:t>Σάρδεσι θησαυροὺς ἔλαβεν. εἷλε δὲ Φρυγίαν καὶ Λυκίαν τήν τε Παμφυλίαν, ἐν ᾗ παράδοξον ἐγένετο· ναῦς οὐκ ἔχων Ἀλέξανδρος μεθ’ ἑαυτοῦ μέρος τι τῆς θαλάσσης ὑπεχώρησεν, ἵνα ἡ πεζὴ δύναμις διέλθῃ.</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[1 . 29]</w:t>
      </w:r>
    </w:p>
    <w:p>
      <w:r>
        <w:rPr>
          <w:rFonts w:ascii="Gentium Plus" w:hAnsi="Gentium Plus"/>
          <w:sz w:val="24"/>
        </w:rPr>
        <w:t>Καὶ διελθὼν ἦλθεν εἰς † Ἀναποῦσαν †, ἔνθα ἦσαν αἱ τῶν πλωΐμων αὐτοῦ δυνάμεις. καὶ διεπέρασε καὶ ἦλθεν εἰς Σικελίαν. καί τινας ἀντιτιθοῦντας αὐτῷ ὑποτάξας διεπέρασε καὶ ἦλθεν εἰς τὴν Ἰταλικὴν χώραν. οἱ δὲ τῶν Ῥωμαίων στρατηγοὶ πέμπουσιν αὐτῷ διὰ Μάρκου στρατηγοῦ αὐτῶν στέφανον διὰ μαρ‐</w:t>
      </w:r>
    </w:p>
    <w:p>
      <w:r>
        <w:rPr>
          <w:rFonts w:ascii="Courier New" w:hAnsi="Courier New"/>
          <w:color w:val="555555"/>
          <w:sz w:val="20"/>
        </w:rPr>
        <w:t>[5]</w:t>
      </w:r>
    </w:p>
    <w:p>
      <w:r>
        <w:rPr>
          <w:rFonts w:ascii="Gentium Plus" w:hAnsi="Gentium Plus"/>
          <w:sz w:val="24"/>
        </w:rPr>
        <w:t>γαριτῶν καὶ ἑτέρων τιμίων λίθων λέγοντες αὐτῷ· “προσεπιστεφανοῦμέν σε, Ἀλέξανδρε βασιλεῦ Ῥωμαίων καὶ πάσης γῆς”, προσάγοντες αὐτῷ καὶ χρυσίου λίτρας πεντακοσίας. ὁ δὲ Ἀλέξανδρος ἀποδεξάμενος αὐτῶν τὴν εὐχαριστίαν ἐπηγγείλατο μεγάλους αὐτοὺς ποιεῖν τῇ δυνάμει. καὶ λαμβάνει παρ’ αὐτῶν</w:t>
      </w:r>
    </w:p>
    <w:p>
      <w:r>
        <w:rPr>
          <w:rFonts w:ascii="Courier New" w:hAnsi="Courier New"/>
          <w:color w:val="555555"/>
          <w:sz w:val="20"/>
        </w:rPr>
        <w:t>[1 . 30]</w:t>
      </w:r>
    </w:p>
    <w:p>
      <w:r>
        <w:rPr>
          <w:rFonts w:ascii="Gentium Plus" w:hAnsi="Gentium Plus"/>
          <w:sz w:val="24"/>
        </w:rPr>
        <w:t>Κἀκεῖθεν διαπεράσας παραγίνεται εἰς Ἀφρικήν. οἱ δὲ τῶν Ἀφρικῶν στρατη‐ γοὶ ὑπήντησαν αὐτῷ καὶ ἱκέτευον αὐτὸν ἀποστῆναι ἀπὸ τῆς πόλεως αὐτῶν Καρθαγένης. ὁ δὲ Ἀλέξανδρος τῆς ἀδρανείας αὐτῶν καταγνοὺς εἶπε πρὸς αὐτούς· “ἢ κρείττονες γίνεσθε ἢ τοῖς κρείττοσιν ὑμῶν φόρους τελεῖτε.”</w:t>
      </w:r>
    </w:p>
    <w:p>
      <w:r>
        <w:rPr>
          <w:rFonts w:ascii="Courier New" w:hAnsi="Courier New"/>
          <w:color w:val="555555"/>
          <w:sz w:val="20"/>
        </w:rPr>
        <w:t>[5]</w:t>
      </w:r>
    </w:p>
    <w:p>
      <w:r>
        <w:rPr>
          <w:rFonts w:ascii="Gentium Plus" w:hAnsi="Gentium Plus"/>
          <w:sz w:val="24"/>
        </w:rPr>
        <w:t>Κἀκεῖθεν ἀναζεύξας πᾶσαν τὴν Λιβύην ὑπερθέμενος εἰς τὴν Ἀμμωνιακὴν παρεγένετο. καὶ ἐμβαλόμενος τὰ πλεῖστα πλήθη τῶν στρατοπέδων εἰς τὰς ναῦς κελεύει αὐτοὺς ἀποπλεῖν καὶ περιμένειν εἰς † τὴν Πρωτηίδα † νῆσον. αὐτὸς δὲ θῦσαι τῷ Ἄμμωνι ἀπῆλθεν ὡς ἐξ Ἄμμωνος εἶναι αὐτὸν γεγεννημένον. καὶ προσευχό‐ μενος εἶπεν· “πάτερ Ἄμμων, εἰ ἀληθεύει ἡ τεκοῦσά με ὡς ἐκ σοῦ με γεγεν‐</w:t>
      </w:r>
    </w:p>
    <w:p>
      <w:r>
        <w:rPr>
          <w:rFonts w:ascii="Courier New" w:hAnsi="Courier New"/>
          <w:color w:val="555555"/>
          <w:sz w:val="20"/>
        </w:rPr>
        <w:t>[10]</w:t>
      </w:r>
    </w:p>
    <w:p>
      <w:r>
        <w:rPr>
          <w:rFonts w:ascii="Gentium Plus" w:hAnsi="Gentium Plus"/>
          <w:sz w:val="24"/>
        </w:rPr>
        <w:t>νῆσθαι, χρησμοδότησόν μοι.” καὶ θεωρεῖ Ἀλέξανδρος τὸν Ἄμμωνα τῇ μητρὶ αὐτοῦ Ὀλυμπιάδι περιπλακέντα καὶ λέγοντα αὐτῷ· “τέκνον Ἀλέξανδρε, ἐμῆς σπορᾶς πέφυκας.” μαθὼν δὲ τὴν ἐνέργειαν τοῦ Ἄμμωνος Ἀλέξανδρος ἐπισκευά‐ ζει αὐτοῦ τὸ τέμενος καὶ τὸ ξόανον αὐτοῦ περιεχρύσωσε καὶ ἐπιγράψας τῇ</w:t>
      </w:r>
    </w:p>
    <w:p>
      <w:r>
        <w:rPr>
          <w:rFonts w:ascii="Courier New" w:hAnsi="Courier New"/>
          <w:color w:val="555555"/>
          <w:sz w:val="20"/>
        </w:rPr>
        <w:t>[15]</w:t>
      </w:r>
    </w:p>
    <w:p>
      <w:r>
        <w:rPr>
          <w:rFonts w:ascii="Gentium Plus" w:hAnsi="Gentium Plus"/>
          <w:sz w:val="24"/>
        </w:rPr>
        <w:t>ἠξίου δὲ καὶ χρησμὸν λαβεῖν παρ’ αὐτοῦ, ποῦ κτίσει πόλιν κατὰ τὸ ὄνομα [τῆς ὀνομασίας] αὐτοῦ, ὅπως ἀειμνημόνευτος μείνῃ ἡ πόλις. καὶ εἶδεν αὐτὸν τὸν Ἄμμωνα γηραιόν, χρυσοχαίτην, κηρύκιον ἔχοντα κατὰ τῶν κροτάφων λέγοντα αὐτῷ· Ὦ βασιλεῦ, σοὶ Φοῖβος ὁ μηλόκερως ἀγορεύω[ν].</w:t>
      </w:r>
    </w:p>
    <w:p>
      <w:r>
        <w:rPr>
          <w:rFonts w:ascii="Courier New" w:hAnsi="Courier New"/>
          <w:color w:val="555555"/>
          <w:sz w:val="20"/>
        </w:rPr>
        <w:t>[20]</w:t>
      </w:r>
    </w:p>
    <w:p>
      <w:r>
        <w:rPr>
          <w:rFonts w:ascii="Gentium Plus" w:hAnsi="Gentium Plus"/>
          <w:sz w:val="24"/>
        </w:rPr>
        <w:t>εἴγε θέλεις αἰῶσιν ἀκηράτοισ〈ι〉 νεάζειν, κτίζε πόλιν περίφημον ὑπὲρ Πρωτηίδα νῆσον, ἧς προκάθητ’ Αἰὼν Πλουτώνιος αὐτὸς ἀνάσσων 〈πενταλόφοις κορυφαῖσιν ἀτέρμονα κόσμον ἑλίσσων.〉 τοῦτον δὲ τὸν χρησμὸν λαβὼν Ἀλέξανδρος ἀνεζήτει ποίαν νῆσον δηλοῖ τὴν</w:t>
      </w:r>
    </w:p>
    <w:p>
      <w:r>
        <w:rPr>
          <w:rFonts w:ascii="Courier New" w:hAnsi="Courier New"/>
          <w:color w:val="555555"/>
          <w:sz w:val="20"/>
        </w:rPr>
        <w:t>[25]</w:t>
      </w:r>
    </w:p>
    <w:p>
      <w:r>
        <w:rPr>
          <w:rFonts w:ascii="Gentium Plus" w:hAnsi="Gentium Plus"/>
          <w:sz w:val="24"/>
        </w:rPr>
        <w:t>Πρωτηίδα, τίς δέ ἐστιν ὁ προκαθεζόμενος θεός. ὡς δὲ ἀνεζήτει Ἀλέξανδρος θύσας πάλιν τῷ Ἄμμωνι τὴν ὁδοιπορίαν ἐποιεῖτο ἐπί τινα κώμην τῆς Λιβύης, ἐν ᾗ τὰ στρατεύματα ἀνέπαυσεν.</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[1 . 31]</w:t>
      </w:r>
    </w:p>
    <w:p>
      <w:r>
        <w:rPr>
          <w:rFonts w:ascii="Gentium Plus" w:hAnsi="Gentium Plus"/>
          <w:sz w:val="24"/>
        </w:rPr>
        <w:t>Καὶ δὴ περιπατοῦντος τοῦ Ἀλεξάνδρου ἔλαφος μεγίστη παρελθοῦσα εἴς τινα φωλεὸν ἔδυσεν. φωνήσας δὲ Ἀλέξανδρος τοξότην ἐκέλευσε τοξευθῆναι τὸ ζῷον. ὁ δὲ τοξότης γεμίσας τὸ τόξον οὐκ ἐπέτυχε τῆς ἐλάφου. ὁ δὲ Ἀλέξανδρος εἶπεν αὐτῷ· “ἄνθρωπε, παράτονόν σοι γέγονεν.” ἔνθεν οὖν ὁ τόπος ἐκεῖνος</w:t>
      </w:r>
    </w:p>
    <w:p>
      <w:r>
        <w:rPr>
          <w:rFonts w:ascii="Courier New" w:hAnsi="Courier New"/>
          <w:color w:val="555555"/>
          <w:sz w:val="20"/>
        </w:rPr>
        <w:t>[5]</w:t>
      </w:r>
    </w:p>
    <w:p>
      <w:r>
        <w:rPr>
          <w:rFonts w:ascii="Gentium Plus" w:hAnsi="Gentium Plus"/>
          <w:sz w:val="24"/>
        </w:rPr>
        <w:t>ἐκλήθη Παρατόνιον διὰ τὴν τοῦ Ἀλεξάνδρου ἐκβόησιν. κτίσας οὖν ἐκεῖ πόλιν μικράν, καλέσας ἐκ τῶν ἐγχωρίων τινὰς λαμπροὺς ἄνδρας κατῴκισεν αὐτοὺς ἐκεῖσε, καλέσας αὐτὴν Παρατόνιον. Ἐκεῖθεν δὲ ὁδεύσας ἦλθεν εἰς τὸ Ταφοσίριον. ἐπυνθάνετο οὖν παρὰ τῶν ἐγχωρίων διὰ τί τὸ ὄνομα τοῦτο. οἱ δὲ ἔφησαν τάφον Ὀσίρεως εἶναι τὸ ἱερόν.</w:t>
      </w:r>
    </w:p>
    <w:p>
      <w:r>
        <w:rPr>
          <w:rFonts w:ascii="Courier New" w:hAnsi="Courier New"/>
          <w:color w:val="555555"/>
          <w:sz w:val="20"/>
        </w:rPr>
        <w:t>[10]</w:t>
      </w:r>
    </w:p>
    <w:p>
      <w:r>
        <w:rPr>
          <w:rFonts w:ascii="Gentium Plus" w:hAnsi="Gentium Plus"/>
          <w:sz w:val="24"/>
        </w:rPr>
        <w:t>καὶ θύσας κἀκεῖ τὴν ἄφιξιν ἐποιεῖτο τῆς ὁδοιπορίας. καὶ παραγίνεται ἐπὶ τοῦ ἐδάφους τοῦ νῦν καὶ ὁρᾷ χώρημα μέγα εἰς ἄπειρον ἐκτεῖνον δώδεκα κώμαις συνεχόμενον. ἀπὸ οὖν τῆς καλουμένης Πανδύσεως μέχρι τοῦ καλουμένου Ἡρα‐ κλεωτικοῦ στόματος τὸ μῆκος τῆς πόλεως Ἀλέξανδρος ἐχωρογράφησεν, τὸ δὲ πλάτος ἀπὸ τοῦ † Βενδιλέου † μέχρι τῆς μικρᾶς Ἑρμουπόλεως. οὐ καλεῖται δὲ</w:t>
      </w:r>
    </w:p>
    <w:p>
      <w:r>
        <w:rPr>
          <w:rFonts w:ascii="Courier New" w:hAnsi="Courier New"/>
          <w:color w:val="555555"/>
          <w:sz w:val="20"/>
        </w:rPr>
        <w:t>[15]</w:t>
      </w:r>
    </w:p>
    <w:p>
      <w:r>
        <w:rPr>
          <w:rFonts w:ascii="Gentium Plus" w:hAnsi="Gentium Plus"/>
          <w:sz w:val="24"/>
        </w:rPr>
        <w:t>Ἑρμούπολις ἀλλὰ Ὁρμούπολις, ὅτι πᾶς ὁ κατερχόμενος ἐκ τῆς Αἰγύπτου καὶ ἀνερχόμενος ἐκεῖ προσορμεῖ. μέχρι οὖν ἐκείνου τοῦ τόπου ἐχωρογράφησε τὴν πόλιν Ἀλέξανδρος ὁ βασιλεύς, ὅθεν μέχρι τῆς δεῦρο ἡ Ἀλεξανδρέων χώρα ἀναγράφεται. Συνεβούλευσε δὲ τῷ βασιλεῖ Ἀλεξάνδρῳ Κλεομένης ὁ Ναυκρατίτης καὶ</w:t>
      </w:r>
    </w:p>
    <w:p>
      <w:r>
        <w:rPr>
          <w:rFonts w:ascii="Courier New" w:hAnsi="Courier New"/>
          <w:color w:val="555555"/>
          <w:sz w:val="20"/>
        </w:rPr>
        <w:t>[20]</w:t>
      </w:r>
    </w:p>
    <w:p>
      <w:r>
        <w:rPr>
          <w:rFonts w:ascii="Gentium Plus" w:hAnsi="Gentium Plus"/>
          <w:sz w:val="24"/>
        </w:rPr>
        <w:t>Νομοκράτης ὁ Ῥόδιος μὴ τῷ μεγέθει τούτῳ κτίσαι πόλιν· “οὐ γὰρ δυνήσῃ αὐτὴν γεμίσαι ὄχλον. ἐὰν δὲ καὶ πληρώσῃς, οὐ δυνήσονται οἱ ὑπηρέται τὴν χρείαν αὐτῇ τῶν ἐπιτηδείων παρασχεῖν. πολεμήσουσι δὲ ἑαυτοὺς οἱ ἐν τῇ πόλει κατοικοῦντες ὡς τοιαύτης ὑπερμεγέθους τυγχανούσης καὶ ἀπείρου. αἱ γὰρ μικραὶ πόλεις εὐσύμβουλοί εἰσι καὶ πρὸς τὰ συμφέροντα τῇ πόλει συμβουλεύου‐</w:t>
      </w:r>
    </w:p>
    <w:p>
      <w:r>
        <w:rPr>
          <w:rFonts w:ascii="Courier New" w:hAnsi="Courier New"/>
          <w:color w:val="555555"/>
          <w:sz w:val="20"/>
        </w:rPr>
        <w:t>[25]</w:t>
      </w:r>
    </w:p>
    <w:p>
      <w:r>
        <w:rPr>
          <w:rFonts w:ascii="Gentium Plus" w:hAnsi="Gentium Plus"/>
          <w:sz w:val="24"/>
        </w:rPr>
        <w:t>σιν. ἐὰν δὲ οὕτως ὡς διεγράψω μεγίστην αὐτὴν κτίσῃς, οἱ κατοικοῦντες ἐν αὐτῇ διχοστατήσουσιν εἰς ἀλλήλους διαφερόμενοι, ἀπείρου ὄχλου τυγχάνοντος.” πεισθεὶς δὲ Ἀλέξανδρος ἐπέτρεψε τοῖς ἀρχιτέκτοσιν οἷς βούλονται μέτροις τὴν πόλιν κτίζειν. οἱ δὲ κελευσθέντες ὑπὸ τοῦ βασιλέως Ἀλεξάνδρου χωρογραφοῦσι τὸ μῆκος τῆς πόλεως ἀπὸ τοῦ Δράκοντος τοῦ κατὰ τὴν Ταφοσιριακὴν τενέαν</w:t>
      </w:r>
    </w:p>
    <w:p>
      <w:r>
        <w:rPr>
          <w:rFonts w:ascii="Courier New" w:hAnsi="Courier New"/>
          <w:color w:val="555555"/>
          <w:sz w:val="20"/>
        </w:rPr>
        <w:t>[30]</w:t>
      </w:r>
    </w:p>
    <w:p>
      <w:r>
        <w:rPr>
          <w:rFonts w:ascii="Gentium Plus" w:hAnsi="Gentium Plus"/>
          <w:sz w:val="24"/>
        </w:rPr>
        <w:t>μέχρι τοῦ Ἀγαθοδαίμονος ποταμοῦ τοῦ κατὰ 〈Κά〉νωβον καὶ ἀπὸ τοῦ Βενδι‐ δείου μέχρι τοῦ † Εὐρυλόφου † καὶ Μελανθίου τὸ πλάτος, καὶ κελεύει Ἀλέξανδρος μεταβῆναι τοὺς κατοικοῦντας ἐν τοῖς τόποις τούτοις καὶ εἰς τὰς κώμας ἀπιέναι πρὸ τριάκοντα μιλίων τῆς πόλεως ἔξω χωρήματα αὐτοῖς χαρισάμενος, προσα‐ γορεύσας αὐτοὺς Ἀλεξανδρεῖς. ἦσαν δὲ ἀρχέποδες τῶν κωμῶν Εὐρύλιχος καὶ</w:t>
      </w:r>
    </w:p>
    <w:p>
      <w:r>
        <w:rPr>
          <w:rFonts w:ascii="Courier New" w:hAnsi="Courier New"/>
          <w:color w:val="555555"/>
          <w:sz w:val="20"/>
        </w:rPr>
        <w:t>[35]</w:t>
      </w:r>
    </w:p>
    <w:p>
      <w:r>
        <w:rPr>
          <w:rFonts w:ascii="Gentium Plus" w:hAnsi="Gentium Plus"/>
          <w:sz w:val="24"/>
        </w:rPr>
        <w:t>Μέλανθος, ὅθεν καὶ ἡ ὀνομασία ἔμεινεν. Σκέπτεται δὲ Ἀλέξανδρος καὶ ἑτέρους ἀρχιτέκτονας τῆς πόλεως, ἐν οἷς ἦν Νουμήνιος ὑδατικὸς λατόμος καὶ Κλεομένης μηχανικὸς Ναυκρατίτης καὶ Καρ‐ τερὸς Ὀλύνθιος. εἶχε δὲ ἀδελφὸν ὁ Νουμήνιος ὀνόματι Ὑπόνομον. οὗτος συνε‐ βούλευσεν Ἀλεξάνδρῳ τὴν πόλιν ἐκ θεμελίων κτίσαι, ἐν αὐτῇ δὲ καὶ ὑδρηγοὺς</w:t>
      </w:r>
    </w:p>
    <w:p>
      <w:r>
        <w:rPr>
          <w:rFonts w:ascii="Courier New" w:hAnsi="Courier New"/>
          <w:color w:val="555555"/>
          <w:sz w:val="20"/>
        </w:rPr>
        <w:t>[40]</w:t>
      </w:r>
    </w:p>
    <w:p>
      <w:r>
        <w:rPr>
          <w:rFonts w:ascii="Gentium Plus" w:hAnsi="Gentium Plus"/>
          <w:sz w:val="24"/>
        </w:rPr>
        <w:t>πόρους καὶ ὀχετηγοὺς ἐπιρρέοντας εἰς τὴν θάλασσαν. καλεῖται δὲ Ὑπόνομος διὰ τὸ ὑποδεῖξαι 〈αὐτὸν〉 τοῦτο.</w:t>
      </w:r>
    </w:p>
    <w:p>
      <w:r>
        <w:rPr>
          <w:rFonts w:ascii="Courier New" w:hAnsi="Courier New"/>
          <w:color w:val="555555"/>
          <w:sz w:val="20"/>
        </w:rPr>
        <w:t>[41]</w:t>
      </w:r>
    </w:p>
    <w:p>
      <w:r>
        <w:rPr>
          <w:rFonts w:ascii="Gentium Plus" w:hAnsi="Gentium Plus"/>
          <w:sz w:val="24"/>
        </w:rPr>
      </w:r>
    </w:p>
    <w:p>
      <w:r>
        <w:rPr>
          <w:rFonts w:ascii="Courier New" w:hAnsi="Courier New"/>
          <w:color w:val="555555"/>
          <w:sz w:val="20"/>
        </w:rPr>
        <w:t>[1 . 32]</w:t>
      </w:r>
    </w:p>
    <w:p>
      <w:r>
        <w:rPr>
          <w:rFonts w:ascii="Gentium Plus" w:hAnsi="Gentium Plus"/>
          <w:sz w:val="24"/>
        </w:rPr>
        <w:t>Κελεύει οὖν ὁ Ἀλέξανδρος χωρογραφηθῆναι τὸ περίμετρον τῆς πόλεως πρὸς τὸ θεάσασθαι αὐτόν. οἱ οὖν ἀρχιτεχνῖται ἄλευρον πύρινον λαβόντες ἐχωρογράφη‐ σαν τὴν πόλιν. καταπτάντα δὲ ὄρνεα παντοδαπὰ κατεβοσκήθησαν τὰ ἄλευρα καὶ ἀνέπτησαν. συμφοραζόμενος δὲ Ἀλέξανδρος περὶ τούτου τί ἄρα δηλοῖ τὸ ση‐</w:t>
      </w:r>
    </w:p>
    <w:p>
      <w:r>
        <w:rPr>
          <w:rFonts w:ascii="Courier New" w:hAnsi="Courier New"/>
          <w:color w:val="555555"/>
          <w:sz w:val="20"/>
        </w:rPr>
        <w:t>[5]</w:t>
      </w:r>
    </w:p>
    <w:p>
      <w:r>
        <w:rPr>
          <w:rFonts w:ascii="Gentium Plus" w:hAnsi="Gentium Plus"/>
          <w:sz w:val="24"/>
        </w:rPr>
        <w:t>μεῖον μετεπέμψατο σημειολύτας καὶ εἶπεν αὐτοῖς τὸ γεγονός. οἱ δὲ ἔφησαν ὅτι “ἡ πόλις ἣν ἐκέλευσας κτισθῆναι, βασιλεῦ, ὅλην τὴν οἰκουμένην θρέψει, καὶ πανταχοῦ ἔσονται οἱ ἐν αὐτῇ γεννηθέντες ἄνθρωποι. τὰ γὰρ πετεινὰ πᾶσαν τὴν οἰκουμένην περικυκλοῦσιν.” ἐκέλευσεν οὖν κτίζεσθαι τὴν πόλιν. θεμελιώσας δὲ τὸ πλεῖστον μέρος τῆς πόλεως Ἀλέξανδρος καὶ χωρογραφήσας ἐπέγραψε</w:t>
      </w:r>
    </w:p>
    <w:p>
      <w:r>
        <w:rPr>
          <w:rFonts w:ascii="Courier New" w:hAnsi="Courier New"/>
          <w:color w:val="555555"/>
          <w:sz w:val="20"/>
        </w:rPr>
        <w:t>[10]</w:t>
      </w:r>
    </w:p>
    <w:p>
      <w:r>
        <w:rPr>
          <w:rFonts w:ascii="Gentium Plus" w:hAnsi="Gentium Plus"/>
          <w:sz w:val="24"/>
        </w:rPr>
        <w:t>γράμματα πέντε· ΑΒΓΔΕ· τὸ μὲν Α Ἀλέξανδρος, τὸ δὲ Β βασιλεύς, τὸ δὲ Γ γένος, τὸ δὲ Δ Διός, τὸ δὲ Ε ἔκτισε πόλιν ἀμίμητον. ὑποζύγια δὲ καὶ ἡμίονοι εἰργάζοντο. ἱδρυμένου δὲ τοῦ πυλῶνος τοῦ ἡρῴου ἐξαίφνης πλὰξ μεγίστη ἐξέπε‐ σεν ἀρχαιοτάτη πλήρης γραμμάτων, ἐξ ἧς ἐξῆλθον ὄφεις πολλοί. καὶ ἑρπύζοντες</w:t>
      </w:r>
    </w:p>
    <w:p>
      <w:r>
        <w:rPr>
          <w:rFonts w:ascii="Courier New" w:hAnsi="Courier New"/>
          <w:color w:val="555555"/>
          <w:sz w:val="20"/>
        </w:rPr>
        <w:t>[15]</w:t>
      </w:r>
    </w:p>
    <w:p>
      <w:r>
        <w:rPr>
          <w:rFonts w:ascii="Gentium Plus" w:hAnsi="Gentium Plus"/>
          <w:sz w:val="24"/>
        </w:rPr>
        <w:t>παρὼν Ἀλέξανδρος καθίδρυσε Τῦβι ἤτοι ἰαννουαρίῳ νεομηνίᾳ καὶ αὐτὸ τὸ ἡρῷον. ὅθεν τούτους τοὺς ὄφεις σέβονται οἱ θυρωροὶ ὡς ἀγαθοὺς δαίμονας εἰσιόντας εἰς τὰς οἰκίας. οὐ γάρ εἰσιν ἰοβόλα ζῷα. στεφανοῦσι δὲ καὶ τὰ κτήνη ἀνάπαυσιν αὐτοῖς παρεχόμενοι. ὅθεν μέχρι τοῦ δεῦρο τὸν νόμον φυλάττουσιν οἱ Ἀλεξανδρεῖς 〈Τῦβι〉 πέμπτῃ καὶ εἰκάδι τὴν ἑορτὴν τελοῦντες.</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[1 . 33]</w:t>
      </w:r>
    </w:p>
    <w:p>
      <w:r>
        <w:rPr>
          <w:rFonts w:ascii="Gentium Plus" w:hAnsi="Gentium Plus"/>
          <w:sz w:val="24"/>
        </w:rPr>
        <w:t>Εὗρε δὲ Ἀλέξανδρος ἐν τοῖς ὑψηλοῖς λόφοις εἰδωλεῖον ἱδρυμένον καὶ τοὺς Ἡλίωνος στύλους καὶ τὸ ἡρῷον. ἐζήτει δὲ καὶ τὸ Σαραπεῖον κατὰ τὸν δοθέντα αὐτῷ χρησμὸν ὑπὸ τοῦ Ἄμμωνος εἰπόντος αὐτῷ διὰ τοῦ χρησμοῦ οὕτως· Ὦ βασιλεῦ [Ἀλέξανδρε], σοὶ Φοῖβος 〈ὁ〉 μηλόκερως ἀγορεύει·</w:t>
      </w:r>
    </w:p>
    <w:p>
      <w:r>
        <w:rPr>
          <w:rFonts w:ascii="Courier New" w:hAnsi="Courier New"/>
          <w:color w:val="555555"/>
          <w:sz w:val="20"/>
        </w:rPr>
        <w:t>[5]</w:t>
      </w:r>
    </w:p>
    <w:p>
      <w:r>
        <w:rPr>
          <w:rFonts w:ascii="Gentium Plus" w:hAnsi="Gentium Plus"/>
          <w:sz w:val="24"/>
        </w:rPr>
        <w:t>εἴγε θέλεις αἰῶσιν ἀκηράτοισ〈ι〉 νεάζειν κτίζε πόλιν περίφημον ὑπὲρ Πρωτηίδα νῆσον, ἧς προκάθητ’ Αἰὼν Πλουτώνιος αὐτὸς ἀνάσσων</w:t>
      </w:r>
    </w:p>
    <w:p>
      <w:r>
        <w:rPr>
          <w:rFonts w:ascii="Courier New" w:hAnsi="Courier New"/>
          <w:color w:val="555555"/>
          <w:sz w:val="20"/>
        </w:rPr>
        <w:t>[10]</w:t>
      </w:r>
    </w:p>
    <w:p>
      <w:r>
        <w:rPr>
          <w:rFonts w:ascii="Gentium Plus" w:hAnsi="Gentium Plus"/>
          <w:sz w:val="24"/>
        </w:rPr>
        <w:t>τοῦ ἡρῴου βωμὸν μέγαν, ὃς νῦν καλεῖται βωμὸς Ἀλεξάνδρου, πολυτελής, ἐν ᾧ θυσίαν ἐθέσπισεν. καὶ προσευξάμενος εἶπεν· “ὅτι μὲν οὖν τυγχάνει〈σ〉 θεὸς προνοούμενος ταύτης τῆς χθονὸς καὶ τὸν ἀτέρμονα κόσμον ἐπιδέρκῃ, φανερὸν τοῦτο. αὐτὸς οὖν πρόσδεξαί μου τὴν θυσίαν καὶ βοηθός μου γενοῦ εἰς τοὺς πολέ‐ μους.” καὶ ταῦτα εἰπὼν ἐπέθηκε τὰ ἱερεῖα ἐπὶ τοῦ βωμοῦ. αἰφνίδιον δὲ μέγιστος</w:t>
      </w:r>
    </w:p>
    <w:p>
      <w:r>
        <w:rPr>
          <w:rFonts w:ascii="Courier New" w:hAnsi="Courier New"/>
          <w:color w:val="555555"/>
          <w:sz w:val="20"/>
        </w:rPr>
        <w:t>[15]</w:t>
      </w:r>
    </w:p>
    <w:p>
      <w:r>
        <w:rPr>
          <w:rFonts w:ascii="Gentium Plus" w:hAnsi="Gentium Plus"/>
          <w:sz w:val="24"/>
        </w:rPr>
        <w:t>ἀετὸς καταπτὰς ἥρπασε τὰ σπλάγχνα τοῦ θύματος καὶ διὰ τοῦ ἀέρος ἐφέρετο καὶ ἀφῆκεν αὐτὰ ἐν ἑτέρῳ βωμῷ. κατασκοπήσας δὲ Ἀλέξανδρος τὸν τόπον παραγενόμενος ἐν τάχει εἶδε τὰ σπλάγχνα ἐπὶ τοῦ βωμοῦ κείμενα, τὸν δὲ βωμὸν ὑπὸ ἀρχαίων καθιδρυνθέντα, καὶ σηκὸν καὶ ξόανον ἔνδον προκαθεζόμενον καὶ τῇ δεξιᾷ χειρὶ κομίζοντα θηρίον πολύμορφον, τῇ δὲ εὐωνύμῳ σκῆπτρον κατέ‐</w:t>
      </w:r>
    </w:p>
    <w:p>
      <w:r>
        <w:rPr>
          <w:rFonts w:ascii="Courier New" w:hAnsi="Courier New"/>
          <w:color w:val="555555"/>
          <w:sz w:val="20"/>
        </w:rPr>
        <w:t>[20]</w:t>
      </w:r>
    </w:p>
    <w:p>
      <w:r>
        <w:rPr>
          <w:rFonts w:ascii="Gentium Plus" w:hAnsi="Gentium Plus"/>
          <w:sz w:val="24"/>
        </w:rPr>
        <w:t>χοντα, καὶ παρεστηκυῖαν τῷ ξοάνῳ κόρην, ἄγαλμα μέγιστον. ἐπυνθάνετο οὖν τῶν ἐκεῖ κατοικούντων τίς ἄρα ὁ ἐνταῦθα θεὸς τυγχάνει. οἱ δὲ ἔφησαν μὴ εἰδέναι, παρειληφέναι δὲ ὑπὸ τῶν προπατέρων Διὸς καὶ Ἥρας ἱερὸν εἶναι. ἐν ᾧ καὶ</w:t>
      </w:r>
    </w:p>
    <w:p>
      <w:r>
        <w:rPr>
          <w:rFonts w:ascii="Courier New" w:hAnsi="Courier New"/>
          <w:color w:val="555555"/>
          <w:sz w:val="20"/>
        </w:rPr>
        <w:t>[25]</w:t>
      </w:r>
    </w:p>
    <w:p>
      <w:r>
        <w:rPr>
          <w:rFonts w:ascii="Gentium Plus" w:hAnsi="Gentium Plus"/>
          <w:sz w:val="24"/>
        </w:rPr>
        <w:t>περιέχοντα οὕτως· “Τὸ μὲν † γῆρας † αὐτῆς πόλιος 〈...〉 καλλίναος, ὑπερφέ‐ ρουσα πλήθει ὄχλων πολλῶν, ἀέρων εὐκρασίαις ὑπερβάλλουσα. ἐγὼ δὲ προστά‐ της ταύτης γενήσομαι, (ex. vers.) ὅπως μὴ τὰ χαλεπὰ τελέως ἐπιμείνῃ, ἢ λιμὸς ἢ σεισμός, ἀλλ’ ὡς ὄνειρος διαδραμοῦνται τὴν πόλιν. (ex. vers.) πολλοὶ δὲ βασιλεῖς ἥξουσιν εἰς αὐτὴν οὐ πολεμήσοντες ἀλλὰ προσκυνῆσαι φερόμενοι.</w:t>
      </w:r>
    </w:p>
    <w:p>
      <w:r>
        <w:rPr>
          <w:rFonts w:ascii="Courier New" w:hAnsi="Courier New"/>
          <w:color w:val="555555"/>
          <w:sz w:val="20"/>
        </w:rPr>
        <w:t>[30]</w:t>
      </w:r>
    </w:p>
    <w:p>
      <w:r>
        <w:rPr>
          <w:rFonts w:ascii="Gentium Plus" w:hAnsi="Gentium Plus"/>
          <w:sz w:val="24"/>
        </w:rPr>
        <w:t>σὺ δὲ ἀποθεωθεὶς προσκυνηθήσῃ νεκρὸς καὶ δῶρα λήψῃ ἐκ πολλῶν βασιλέων πάντοτε. οἰκήσεις δὲ αὐτὴν καὶ θανὼν καὶ μὴ θανών. (ex. vers.) τάφον γὰρ ἕξεις αὐτὴν ἣν κτίζεις πόλιν. (ex. vers.) πείραζε δέ, Ἀλέξανδρε, τίς πέφυκα συντόμως. δὶς ἑκατὸν καὶ μίαν ψῆφον συνθεὶς εἶτα 〈ἑκατὸν ἄλλας καὶ μίαν〉 καὶ τετράκις εἴκοσι καὶ δέκα, τὸ πρῶτον δὲ λαβὼν γράμμα [καὶ τετράκις εἴκοσι καὶ</w:t>
      </w:r>
    </w:p>
    <w:p>
      <w:r>
        <w:rPr>
          <w:rFonts w:ascii="Courier New" w:hAnsi="Courier New"/>
          <w:color w:val="555555"/>
          <w:sz w:val="20"/>
        </w:rPr>
        <w:t>[35]</w:t>
      </w:r>
    </w:p>
    <w:p>
      <w:r>
        <w:rPr>
          <w:rFonts w:ascii="Gentium Plus" w:hAnsi="Gentium Plus"/>
          <w:sz w:val="24"/>
        </w:rPr>
        <w:t>δέκα] ποίησον εἰς ἔσχατον, καὶ τότε νοήσεις τίς ἔφυν θεός.” ταῦτα οὖν χρηματί‐ σας εἰς ἑαυτὸν ἀνεχώρησεν. Ἀλέξανδρος 〈δὲ〉 ὑπομνησθεὶς τὸν χρησμὸν ἐπέγνω</w:t>
      </w:r>
    </w:p>
    <w:p>
      <w:r>
        <w:rPr>
          <w:rFonts w:ascii="Courier New" w:hAnsi="Courier New"/>
          <w:color w:val="555555"/>
          <w:sz w:val="20"/>
        </w:rPr>
        <w:t>[39]</w:t>
      </w:r>
    </w:p>
    <w:p>
      <w:r>
        <w:rPr>
          <w:rFonts w:ascii="Gentium Plus" w:hAnsi="Gentium Plus"/>
          <w:sz w:val="24"/>
        </w:rPr>
      </w:r>
    </w:p>
    <w:p>
      <w:r>
        <w:rPr>
          <w:rFonts w:ascii="Courier New" w:hAnsi="Courier New"/>
          <w:color w:val="555555"/>
          <w:sz w:val="20"/>
        </w:rPr>
        <w:t>[1 . 34]</w:t>
      </w:r>
    </w:p>
    <w:p>
      <w:r>
        <w:rPr>
          <w:rFonts w:ascii="Gentium Plus" w:hAnsi="Gentium Plus"/>
          <w:sz w:val="24"/>
        </w:rPr>
        <w:t>Ὁ δὲ Ἀλέξανδρος παραλαβὼν τὰ στρατεύματα ἐπείγετο εἰς τὴν Αἴγυπτον ἀπελθεῖν. καὶ ἐλθόντος αὐτοῦ εἰς Μέμφην τὴν πόλιν ἐνεθρονίασαν αὐτὸν οἱ Αἰ‐ γύπτιοι εἰς τὸ τοῦ Ἡφαίστου θρονιστήριον ὡς Αἰγύπτιον βασιλέα. ἰδὼν δὲ Ἀλέξανδρος ἐν τῇ Μέμφῃ ὑψηλὸν ἀνδριάντα ἀνιερωμένον ἐκ μέλανος λίθου</w:t>
      </w:r>
    </w:p>
    <w:p>
      <w:r>
        <w:rPr>
          <w:rFonts w:ascii="Courier New" w:hAnsi="Courier New"/>
          <w:color w:val="555555"/>
          <w:sz w:val="20"/>
        </w:rPr>
        <w:t>[5]</w:t>
      </w:r>
    </w:p>
    <w:p>
      <w:r>
        <w:rPr>
          <w:rFonts w:ascii="Gentium Plus" w:hAnsi="Gentium Plus"/>
          <w:sz w:val="24"/>
        </w:rPr>
        <w:t>ἔχοντα ἐπιγραφὴν εἰς τὴν ἰδίαν αὐτοῦ βάσιν· “Οὗτος ὁ φυγὼν βασιλεὺς ἥξει πάλιν ἐν Αἰγύπτῳ οὐ γηράσκων ἀλλὰ νεάζων καὶ τοὺς ἐχθροὺς ἡμῶν Πέρσας ὑποτάξει ἡμῖν.” ἐπύθετο οὖν Ἀλέξανδρος, τίνος ἄρα ἐστὶν ὁ ἀνδριὰς οὗτος. οἱ δὲ προφῆται εἶπον αὐτῷ· “οὗτός ἐστιν ὁ ἀνδριὰς ὁ ἔσχατος τῆς Αἰγύπτου βασι‐ λεὺς Νεκτεναβώ. καὶ ἐλθόντων τῶν Περσῶν τὴν Αἴγυπτον πορθῆσαι εἶδε διὰ</w:t>
      </w:r>
    </w:p>
    <w:p>
      <w:r>
        <w:rPr>
          <w:rFonts w:ascii="Courier New" w:hAnsi="Courier New"/>
          <w:color w:val="555555"/>
          <w:sz w:val="20"/>
        </w:rPr>
        <w:t>[10]</w:t>
      </w:r>
    </w:p>
    <w:p>
      <w:r>
        <w:rPr>
          <w:rFonts w:ascii="Gentium Plus" w:hAnsi="Gentium Plus"/>
          <w:sz w:val="24"/>
        </w:rPr>
        <w:t>τῆς μαγικῆς δυνάμεως τοὺς θεοὺς τῶν Αἰγυπτίων τὰ στρατόπεδα τῶν ἐναντίων προοδηγοῦντας καὶ τὴν Αἴγυπτον ὑπ’ αὐτῶν πορθουμένην, καὶ γνοὺς τὴν μέλ‐ λουσαν ἔσεσθαι ὑπ’ αὐτῶν προδοσίαν ἔφυγεν. ζητούντων δὲ ἡμῶν αὐτὸν καὶ ἀξιούντων τοὺς θεοὺς ποῦ ἄρα ἔφυγεν ὁ βασιλεὺς ἡμῶν Νεκτεναβώ, ἐχρησμο‐ δότησαν ἡμῖν, ὅτι οὗτος ὁ φυγὼν βασιλεὺς ἥξει πάλιν ἐν Αἰγύπτῳ οὐ γηράσκων</w:t>
      </w:r>
    </w:p>
    <w:p>
      <w:r>
        <w:rPr>
          <w:rFonts w:ascii="Courier New" w:hAnsi="Courier New"/>
          <w:color w:val="555555"/>
          <w:sz w:val="20"/>
        </w:rPr>
        <w:t>[15]</w:t>
      </w:r>
    </w:p>
    <w:p>
      <w:r>
        <w:rPr>
          <w:rFonts w:ascii="Gentium Plus" w:hAnsi="Gentium Plus"/>
          <w:sz w:val="24"/>
        </w:rPr>
        <w:t>ἀλλὰ νεάζων καὶ τοὺς ἐχθροὺς ἡμῶν Πέρσας ὑποτάξει ἡμῖν.” ἀκούσας δὲ ταῦτα Ἀλέξανδρος ἐμπηδήσας εἰς τὸν ἀνδριάντα περιπλέκεται αὐτῷ λέγων· “οὗτος πατήρ μου ἐστίν, τούτου ἐγὼ υἱός εἰμι. οὐκ ἐψεύσατο ὑμᾶς ὁ τοῦ χρησμοῦ λόγος. καὶ θαυμάζω πῶς παρελήφθητε ὑπὸ τῶν βαρβάρων τείχη ἔχοντες ἀκαταμάχητα μὴ δυνάμενα ὑπὸ τῶν πολεμίων καταβληθῆναι. ἀλλὰ τοῦτο τῆς ἄνω προνοίας</w:t>
      </w:r>
    </w:p>
    <w:p>
      <w:r>
        <w:rPr>
          <w:rFonts w:ascii="Courier New" w:hAnsi="Courier New"/>
          <w:color w:val="555555"/>
          <w:sz w:val="20"/>
        </w:rPr>
        <w:t>[20]</w:t>
      </w:r>
    </w:p>
    <w:p>
      <w:r>
        <w:rPr>
          <w:rFonts w:ascii="Gentium Plus" w:hAnsi="Gentium Plus"/>
          <w:sz w:val="24"/>
        </w:rPr>
        <w:t>ἐστὶ καὶ τῆς τῶν θεῶν δικαιότητος, ἵνα ὑμεῖς ἔχοντες εὔφορον γῆν καὶ γόνιμον ποταμὸν ἀχειροποίητον ὑποτεταγμένοι ἐστὲ τοῖς μὴ ἔχουσι 〈ταῦτα. εἰ γὰρ ταῦτα ἔχοντεσ〉 δωρεὰν καὶ 〈ἐ〉βασιλεύετε, ἔθνησκον [γὰρ] οἱ βάρβαροι ταῦτα μὴ ἔχοντες. καὶ ταῦτα εἰπὼν ᾔτησε παρ’ αὐτῶν φόρους, οὓς τῷ Δαρείῳ παρεῖχον, εἰπὼν αὐτοῖς οὕτως· “οὐχ ἵνα εἰς τὸ ἴδιον ταμεῖον ἀπενέγκωμαι, ἀλλ’ ἵνα</w:t>
      </w:r>
    </w:p>
    <w:p>
      <w:r>
        <w:rPr>
          <w:rFonts w:ascii="Courier New" w:hAnsi="Courier New"/>
          <w:color w:val="555555"/>
          <w:sz w:val="20"/>
        </w:rPr>
        <w:t>[25]</w:t>
      </w:r>
    </w:p>
    <w:p>
      <w:r>
        <w:rPr>
          <w:rFonts w:ascii="Gentium Plus" w:hAnsi="Gentium Plus"/>
          <w:sz w:val="24"/>
        </w:rPr>
        <w:t>δαπανήσω εἰς τὴν πόλιν ὑμῶν Ἀλεξάνδρειαν τὴν πρὸς Αἴγυπτον, μητρόπολιν δὲ οὖσαν ὅλης τῆς οἰκουμένης.” καὶ οὕτως αὐτοῦ εἰπόντος ἀσμένως οἱ Αἰγύπτιοι δέδωκαν χρήματα πολλά, καὶ μετὰ φόβου καὶ τιμῆς μεγάλης ἐξέπεμψαν αὐτὸν διὰ τοῦ Πηλουσίου.</w:t>
      </w:r>
    </w:p>
    <w:p>
      <w:r>
        <w:rPr>
          <w:rFonts w:ascii="Courier New" w:hAnsi="Courier New"/>
          <w:color w:val="555555"/>
          <w:sz w:val="20"/>
        </w:rPr>
        <w:t>[28]</w:t>
      </w:r>
    </w:p>
    <w:p>
      <w:r>
        <w:rPr>
          <w:rFonts w:ascii="Gentium Plus" w:hAnsi="Gentium Plus"/>
          <w:sz w:val="24"/>
        </w:rPr>
      </w:r>
    </w:p>
    <w:p>
      <w:r>
        <w:rPr>
          <w:rFonts w:ascii="Courier New" w:hAnsi="Courier New"/>
          <w:color w:val="555555"/>
          <w:sz w:val="20"/>
        </w:rPr>
        <w:t>[1 . 35]</w:t>
      </w:r>
    </w:p>
    <w:p>
      <w:r>
        <w:rPr>
          <w:rFonts w:ascii="Gentium Plus" w:hAnsi="Gentium Plus"/>
          <w:sz w:val="24"/>
        </w:rPr>
        <w:t>Καὶ παραλαβὼν τὰ στρατόπεδα αὐτοῦ τὴν ὁδοιπορίαν ἐποιεῖτο εἰς Συρίαν, κἀ‐ κεῖθεν στρατολογήσας δισχιλίους ἄνδρας καταφράκτους παραγίνεται εἰς Τύρον. καὶ ἀντιτάσσονται αὐτῷ οἱ Τύριοι οὐκ ἐῶντες αὐτὸν διὰ τῆς πόλεως αὐτῶν δι‐ ελθεῖν διὰ χρησμόν τινα ἀρχαῖον δοθέντα αὐτοῖς τοιοῦτον· “ὅταν ἐπέλθῃ ὑμῖν,</w:t>
      </w:r>
    </w:p>
    <w:p>
      <w:r>
        <w:rPr>
          <w:rFonts w:ascii="Courier New" w:hAnsi="Courier New"/>
          <w:color w:val="555555"/>
          <w:sz w:val="20"/>
        </w:rPr>
        <w:t>[5]</w:t>
      </w:r>
    </w:p>
    <w:p>
      <w:r>
        <w:rPr>
          <w:rFonts w:ascii="Gentium Plus" w:hAnsi="Gentium Plus"/>
          <w:sz w:val="24"/>
        </w:rPr>
        <w:t>Τύριοι, βασιλεύς, ἐπ’ ἔδαφος ἡ πόλις ὑμῶν γενήσεται.” ὅθεν καὶ ἀντέστησαν αὐτῷ τοῦ μὴ εἰσελθεῖν ἐν τῇ πόλει αὐτῶν. ἀντιτάσσονται οὖν αὐτῷ περιτειχίσαν‐ τες ὅλην τὴν πόλιν, καὶ κραταιᾶς μάχης γενομένης μεταξὺ αὐτῶν πολλοὺς ἀνεῖλον οἱ Τύριοι τῶν Μακεδόνων. καὶ ἡττηθεὶς ὁ Ἀλέξανδρος ὑποστρέφει εἰς Γάζαν καὶ ἀνακτησάμενος ἑαυτὸν ἐζήτει τὴν Τύρον ἐκπορθῆσαι. ὁρᾷ δὲ καθ’</w:t>
      </w:r>
    </w:p>
    <w:p>
      <w:r>
        <w:rPr>
          <w:rFonts w:ascii="Courier New" w:hAnsi="Courier New"/>
          <w:color w:val="555555"/>
          <w:sz w:val="20"/>
        </w:rPr>
        <w:t>[10]</w:t>
      </w:r>
    </w:p>
    <w:p>
      <w:r>
        <w:rPr>
          <w:rFonts w:ascii="Gentium Plus" w:hAnsi="Gentium Plus"/>
          <w:sz w:val="24"/>
        </w:rPr>
        <w:t>ὕπνους τινὰ λέγοντα αὐτῷ· “Ἀλέξανδρε, μὴ δόξῃ σοι γενέσθαι ἄγγελον ἑαυτοῦ εἰς Τύρον.” ἀναστὰς δὲ τοῦ ὕπνου ἔπεμψεν ἐν Τύρῳ πρέσβεις μετὰ γραμμάτων αὐτοῦ περιέχοντα οὕτως· “Βασιλεὺς Ἀλέξανδρος υἱὸς Ἄμμωνος καὶ Φιλίππου βασιλέως, ἐγὼ δὲ βασιλεὺς μέγιστος Εὐρώπης τε καὶ πάσης Ἀσίας, Αἰγύπτου καὶ Λιβύης, Τυ‐</w:t>
      </w:r>
    </w:p>
    <w:p>
      <w:r>
        <w:rPr>
          <w:rFonts w:ascii="Courier New" w:hAnsi="Courier New"/>
          <w:color w:val="555555"/>
          <w:sz w:val="20"/>
        </w:rPr>
        <w:t>[15]</w:t>
      </w:r>
    </w:p>
    <w:p>
      <w:r>
        <w:rPr>
          <w:rFonts w:ascii="Gentium Plus" w:hAnsi="Gentium Plus"/>
          <w:sz w:val="24"/>
        </w:rPr>
        <w:t>ρίοις τοῖς μηκέτι οὖσιν. ἐγὼ μὲν τὴν ἀρχὴν ποιούμενος ἐπὶ τὰ μέρη Συρίας μετὰ εἰρήνης καὶ εὐνομίας ἠβουλόμην τὴν εἴσοδον πρὸς ὑμᾶς ποιήσασθαι. εἰ δὲ</w:t>
      </w:r>
    </w:p>
    <w:p>
      <w:r>
        <w:rPr>
          <w:rFonts w:ascii="Courier New" w:hAnsi="Courier New"/>
          <w:color w:val="555555"/>
          <w:sz w:val="20"/>
        </w:rPr>
        <w:t>[20]</w:t>
      </w:r>
    </w:p>
    <w:p>
      <w:r>
        <w:rPr>
          <w:rFonts w:ascii="Gentium Plus" w:hAnsi="Gentium Plus"/>
          <w:sz w:val="24"/>
        </w:rPr>
        <w:t>δοθεὶς χρησμὸς ἀσφαλής. διελεύσομαι γὰρ ὑμῶν τὴν πόλιν. ἔρρωσθε σωφρονοῦν‐ τες· εἰ δὲ μή, ἔρρωσθε δυστυχοῦντες.” Ἀναγνόντες δὲ τὰ γράμματα τοῦ βασιλέως οἱ πρωτόβουλοι αὐτῶν ἐπιτρέ‐ πουσιν εὐθέως τοὺς ἀποσταλέντας ἀγγέλους παρὰ Ἀλεξάνδρου τοῦ βασιλέως ἀναρτίζεσθαι λέγοντες αὐτοῖς· “ποῖος ὑμῶν ἐστιν Ἀλέξανδρος;” τῶν δὲ λεγόν‐</w:t>
      </w:r>
    </w:p>
    <w:p>
      <w:r>
        <w:rPr>
          <w:rFonts w:ascii="Courier New" w:hAnsi="Courier New"/>
          <w:color w:val="555555"/>
          <w:sz w:val="20"/>
        </w:rPr>
        <w:t>[25]</w:t>
      </w:r>
    </w:p>
    <w:p>
      <w:r>
        <w:rPr>
          <w:rFonts w:ascii="Gentium Plus" w:hAnsi="Gentium Plus"/>
          <w:sz w:val="24"/>
        </w:rPr>
        <w:t>των μηδένα εἶναι ἀνεσταύρωσαν αὐτούς. ἐζήτει δὲ ὁ Ἀλέξανδρος ποίας ὁδοῦ εἰσελθεῖν καὶ καταλαβεῖν τοὺς Τυρίους. ἄλογον γὰρ ἡγεῖτο αὐτῶν τὴν ἧτταν. καὶ ὁρᾷ κατὰ τοὺς ὕπνους ἕνα τῶν τοῦ Διὸς προπόλων Σάτυρον ἐπιδιδοῦντα αὐτῷ τυρὸν ἀπὸ γάλακτος, τοῦ δὲ λαβόντος τοῖς ποσὶν αὐτοῦ κατεπάτησεν αὐτόν. ἀναστὰς δὲ τοῦ ὕπνου Ἀλέξανδρος διηγήσατο τὸ ὄνειρον ὀνειροπόλῳ. ὁ δὲ εἶπεν</w:t>
      </w:r>
    </w:p>
    <w:p>
      <w:r>
        <w:rPr>
          <w:rFonts w:ascii="Courier New" w:hAnsi="Courier New"/>
          <w:color w:val="555555"/>
          <w:sz w:val="20"/>
        </w:rPr>
        <w:t>[30]</w:t>
      </w:r>
    </w:p>
    <w:p>
      <w:r>
        <w:rPr>
          <w:rFonts w:ascii="Gentium Plus" w:hAnsi="Gentium Plus"/>
          <w:sz w:val="24"/>
        </w:rPr>
        <w:t>αὐτῷ· “βασιλεύσεις Τύρου ὅλης καὶ ὑποχείριός σοι γενήσεται διὰ τὸ τὸν Σάτυ‐</w:t>
      </w:r>
    </w:p>
    <w:p>
      <w:r>
        <w:rPr>
          <w:rFonts w:ascii="Courier New" w:hAnsi="Courier New"/>
          <w:color w:val="555555"/>
          <w:sz w:val="20"/>
        </w:rPr>
        <w:t>[35]</w:t>
      </w:r>
    </w:p>
    <w:p>
      <w:r>
        <w:rPr>
          <w:rFonts w:ascii="Gentium Plus" w:hAnsi="Gentium Plus"/>
          <w:sz w:val="24"/>
        </w:rPr>
        <w:t>ἀνεῖλον. καὶ ἐξεπόρθησεν Ἀλέξανδρος πᾶσαν τὴν Τύρον καὶ ἐπ’ ἔδαφος αὐτὴν κατήνεγκεν. καὶ μέχρι τῆς σήμερον λέγεται “τὰ ἐν Τύρῳ κακά.” τὰς δὲ τρεῖς κώμας τὰς συμμαχησάσας αὐτῷ εἰς μέτρον πόλεως ἀνεγράψατο καὶ Τρίπολιν αὐτὰς ὠνόμασεν.</w:t>
      </w:r>
    </w:p>
    <w:p>
      <w:r>
        <w:rPr>
          <w:rFonts w:ascii="Courier New" w:hAnsi="Courier New"/>
          <w:color w:val="555555"/>
          <w:sz w:val="20"/>
        </w:rPr>
        <w:t>[38]</w:t>
      </w:r>
    </w:p>
    <w:p>
      <w:r>
        <w:rPr>
          <w:rFonts w:ascii="Gentium Plus" w:hAnsi="Gentium Plus"/>
          <w:sz w:val="24"/>
        </w:rPr>
      </w:r>
    </w:p>
    <w:p>
      <w:r>
        <w:rPr>
          <w:rFonts w:ascii="Courier New" w:hAnsi="Courier New"/>
          <w:color w:val="555555"/>
          <w:sz w:val="20"/>
        </w:rPr>
        <w:t>[1 . 36]</w:t>
      </w:r>
    </w:p>
    <w:p>
      <w:r>
        <w:rPr>
          <w:rFonts w:ascii="Gentium Plus" w:hAnsi="Gentium Plus"/>
          <w:sz w:val="24"/>
        </w:rPr>
        <w:t>Καταστήσας εἰς Τύρον σατράπην τῆς Φοινίκης καὶ ἀναζεύξας Ἀλέξανδρος παρὰ τὴν Συρίαν ὥδευσεν. καὶ ὑπήντησαν αὐτῷ Δαρείου πρέσβεις γράμματα κομίζοντες αὐτῷ καὶ σκῦτον καὶ σφαῖραν καὶ κιβώτιον χρυσίου. δεξάμενος δὲ Ἀλέξανδρος τὰ γράμματα Δαρείου τοῦ βασιλέως τῶν Περσῶν καὶ ἀναγνοὺς</w:t>
      </w:r>
    </w:p>
    <w:p>
      <w:r>
        <w:rPr>
          <w:rFonts w:ascii="Courier New" w:hAnsi="Courier New"/>
          <w:color w:val="555555"/>
          <w:sz w:val="20"/>
        </w:rPr>
        <w:t>[5]</w:t>
      </w:r>
    </w:p>
    <w:p>
      <w:r>
        <w:rPr>
          <w:rFonts w:ascii="Gentium Plus" w:hAnsi="Gentium Plus"/>
          <w:sz w:val="24"/>
        </w:rPr>
        <w:t>εὗρε περιέχοντα οὕτως· “Βασιλεὺς βασιλέων καὶ θεῶν συγγενὴς καὶ συνανατέλλων τῷ ἡλίῳ, ἐγὼ</w:t>
      </w:r>
    </w:p>
    <w:p>
      <w:r>
        <w:rPr>
          <w:rFonts w:ascii="Courier New" w:hAnsi="Courier New"/>
          <w:color w:val="555555"/>
          <w:sz w:val="20"/>
        </w:rPr>
        <w:t>[10]</w:t>
      </w:r>
    </w:p>
    <w:p>
      <w:r>
        <w:rPr>
          <w:rFonts w:ascii="Gentium Plus" w:hAnsi="Gentium Plus"/>
          <w:sz w:val="24"/>
        </w:rPr>
        <w:t>θέλει καὶ τιθηνεῖσθαι. διὸ ἔπεμψά σοι σκῦτον καὶ σφαῖραν καὶ κιβώτιον χρυσίου, ἵνα αἱρήσῃ πρότερον τί βούλει· τὸν μὲν σκῦτον, μηνύων σοι ὅτι ἔτι παιδεύεσθαι ὀφείλεις, τὴν δὲ σφαῖραν, ἵνα μετὰ τῶν συνηλικιωτῶν σου παίζῃς καὶ μὴ ἀγέ‐ ρωχον ἡλικίαν τοσούτων νέων ἐκπείθῃς, ὥσπερ ἀρχιλῃστὴς μετὰ σεαυτοῦ φέρων, τὰς πόλεις ταράσσων. οὔτε γὰρ αὐτὴ ἡ σύμπασα οἰκουμένη ἀνδρῶν</w:t>
      </w:r>
    </w:p>
    <w:p>
      <w:r>
        <w:rPr>
          <w:rFonts w:ascii="Courier New" w:hAnsi="Courier New"/>
          <w:color w:val="555555"/>
          <w:sz w:val="20"/>
        </w:rPr>
        <w:t>[15]</w:t>
      </w:r>
    </w:p>
    <w:p>
      <w:r>
        <w:rPr>
          <w:rFonts w:ascii="Gentium Plus" w:hAnsi="Gentium Plus"/>
          <w:sz w:val="24"/>
        </w:rPr>
        <w:t>ὑφ’ ἓν συνελθοῦσα δυνήσεται καθελεῖν τὴν Περσῶν βασιλείαν. τοσαῦτα γάρ μοί ἐστι πλήθη στρατοπέδων ὅσα οὔτε ψάμμον ἐξαριθμῆσαί τις δύναται, χρυσὸς δὲ καὶ ἄργυρος πολύς, ὥστε πᾶσαν τὴν γῆν πληρῶσαι. ἔπεμψά σοι δὲ καὶ κιβώτιον χρυσίου μεστόν, ἵνα εἰ μὴ ἔχεις τροφὰς δοῦναι τοῖς συλλῃσταῖς σου, δώσεις αὐτοῖς τὴν χρείαν, ὅπως ἕκαστος αὐτῶν δυνηθῇ εἰς τὴν ἰδίαν πατρίδα ἐπανα‐</w:t>
      </w:r>
    </w:p>
    <w:p>
      <w:r>
        <w:rPr>
          <w:rFonts w:ascii="Courier New" w:hAnsi="Courier New"/>
          <w:color w:val="555555"/>
          <w:sz w:val="20"/>
        </w:rPr>
        <w:t>[20]</w:t>
      </w:r>
    </w:p>
    <w:p>
      <w:r>
        <w:rPr>
          <w:rFonts w:ascii="Gentium Plus" w:hAnsi="Gentium Plus"/>
          <w:sz w:val="24"/>
        </w:rPr>
        <w:t>κάμψαι. εἰ δὲ μὴ πεισθῇς τοῖς κελευομένοις ὑπ’ ἐμοῦ, ἐκπέμψω κατὰ σοῦ καταδιώκοντας, ὥστε συλληφθῆναί σε ὑπὸ τῶν ἐμῶν στρατιωτῶν. καὶ οὐχ ὡς Φιλίππου παῖς παιδευθήσῃ ἀλλ’ ὡς ἀποστάτης ἀνασταυρωθήσῃ.”</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[1 . 37]</w:t>
      </w:r>
    </w:p>
    <w:p>
      <w:r>
        <w:rPr>
          <w:rFonts w:ascii="Gentium Plus" w:hAnsi="Gentium Plus"/>
          <w:sz w:val="24"/>
        </w:rPr>
        <w:t>Καὶ ταῦτα ἀναγινώσκοντος τοῦ Ἀλεξάνδρου ἐπὶ πάντων τῶν στρατοπέδων ἐδειλίασαν πάντες. καὶ νοήσας Ἀλέξανδρος τὴν δειλίαν αὐτῶν εἶπε πρὸς αὐτούς· “ἄνδρες Μακεδόνες καὶ συστρατιῶται, τί ἐταράχθητε ἐπὶ τοῖς γεγραμμένοις ὑπὸ Δαρείου ὡς ἀληθινὴν ἐχόντων τὴν δύναμιν τῶν κομπηγόρων αὐτοῦ γραμ‐</w:t>
      </w:r>
    </w:p>
    <w:p>
      <w:r>
        <w:rPr>
          <w:rFonts w:ascii="Courier New" w:hAnsi="Courier New"/>
          <w:color w:val="555555"/>
          <w:sz w:val="20"/>
        </w:rPr>
        <w:t>[5]</w:t>
      </w:r>
    </w:p>
    <w:p>
      <w:r>
        <w:rPr>
          <w:rFonts w:ascii="Gentium Plus" w:hAnsi="Gentium Plus"/>
          <w:sz w:val="24"/>
        </w:rPr>
        <w:t>μάτων; καὶ γάρ τινες τῶν κυνῶν ἀδυνατοῦντες τῇ ἀλκῇ τοῦ σώματος μεγάλα ὑλακτοῦσιν ὡς δυνάμενοι, διὰ τοῦ ὑλαγμοῦ τὴν ἔμφασιν τοῦ δύνασθαι ποιούμε‐ νοι. τοιοῦτος καὶ ὁ Δαρεῖος· ἐν τοῖς ἔργοις μηδὲν δυνάμενος ἐν τοῖς γεγραμμέ‐ νοις δοκεῖ τι εἶναι, ὥσπερ καὶ οἱ κύνες τοῖς ὑλαγμοῖς. συνθώμεθα δὲ καὶ ἀληθῆ εἶναι τὰ γεγραμμένα· ἐφωταγωγήθημεν δι’ αὐτῶν, ἵνα εἰδῶμεν πρὸς τίνα</w:t>
      </w:r>
    </w:p>
    <w:p>
      <w:r>
        <w:rPr>
          <w:rFonts w:ascii="Courier New" w:hAnsi="Courier New"/>
          <w:color w:val="555555"/>
          <w:sz w:val="20"/>
        </w:rPr>
        <w:t>[10]</w:t>
      </w:r>
    </w:p>
    <w:p>
      <w:r>
        <w:rPr>
          <w:rFonts w:ascii="Gentium Plus" w:hAnsi="Gentium Plus"/>
          <w:sz w:val="24"/>
        </w:rPr>
        <w:t>ἔχωμεν γενναίως πολεμεῖν περὶ νίκης, ἵνα μὴ ἡττηθέντες αἰσχυνθῶμεν.” καὶ ταῦτα εἰπὼν ἐκέλευσεν ἐξαγκωνίζεσθαι τοὺς γραμματοφόρους Δαρείου καὶ ἀπενεχθέντας ἀνασταυρωθῆναι. τῶν δὲ λεγόντων· “τί ἡμεῖς σοι κακὸν ἐπράξα‐ μεν, βασιλεῦ Ἀλέξανδρε; ἄγγελοί ἐσμεν. τί κελεύεις ἡμᾶς κακῶς ἀναιρεθῆναι;” εἶπε δὲ αὐτοῖς Ἀλέξανδρος· “μέμψασθε τὸν βασιλέα ὑμῶν Δαρεῖον καὶ μὴ ἐμέ.</w:t>
      </w:r>
    </w:p>
    <w:p>
      <w:r>
        <w:rPr>
          <w:rFonts w:ascii="Courier New" w:hAnsi="Courier New"/>
          <w:color w:val="555555"/>
          <w:sz w:val="20"/>
        </w:rPr>
        <w:t>[15]</w:t>
      </w:r>
    </w:p>
    <w:p>
      <w:r>
        <w:rPr>
          <w:rFonts w:ascii="Gentium Plus" w:hAnsi="Gentium Plus"/>
          <w:sz w:val="24"/>
        </w:rPr>
        <w:t>ἔπεμψε γὰρ ὑμᾶς Δαρεῖος μετὰ γραμμάτων τοιούτων οὐχ ὡς πρὸς βασιλέα ἀλλ’ ὡς ἀρχιλῃστήν. ἀναιρῶ τοίνυν ὑμᾶς ὡς ἐλθόντας πρὸς αὐθάδη ἄνθρωπον καὶ οὐ βασιλέα.” οἱ δὲ εἶπον· “εἰ καὶ Δαρεῖος μηδὲν ἰδὼν ἔγραψέ σοι τοιαῦτα, ἀλλ’ ἡμεῖς ὁρῶμεν τοιαύτην παράταξιν καὶ νοοῦμεν μέγιστον καὶ φρενήρη βασιλέα εἶναι υἱὸν βασιλέως Φιλίππου. δεόμεθά σου, δέσποτα βασιλεῦ μέγιστε,</w:t>
      </w:r>
    </w:p>
    <w:p>
      <w:r>
        <w:rPr>
          <w:rFonts w:ascii="Courier New" w:hAnsi="Courier New"/>
          <w:color w:val="555555"/>
          <w:sz w:val="20"/>
        </w:rPr>
        <w:t>[20]</w:t>
      </w:r>
    </w:p>
    <w:p>
      <w:r>
        <w:rPr>
          <w:rFonts w:ascii="Gentium Plus" w:hAnsi="Gentium Plus"/>
          <w:sz w:val="24"/>
        </w:rPr>
        <w:t>ἀποχάρισαι ἡμῖν τὸ ζῆν.” ὁ δὲ Ἀλέξανδρος εἶπε πρὸς αὐτούς· “νῦν ἐδειλιάσατε τὴν κόλασιν ὑμῶν καὶ ἱκετεύετε τοῦ μὴ ἀποθανεῖν. διὰ τοῦτο ὑμᾶς ἀπολύω. οὐ γὰρ προαιρέσεώς εἰμι ἀναιρῆσαι ὑμᾶς ἀλλ’ ἐνδείξασθαι τὴν διαφορὰν Ἕλληνος βασιλέως καὶ βαρβάρου τυράννου. ὥστε μηδὲν κακὸν προσδοκᾶτε ὑπ’ ἐμοῦ πα‐ θεῖν. βασιλεὺς γὰρ ἄγγελον οὐ κτείνει.” καὶ οὕτως εἰπὼν Ἀλέξανδρος αὐτοῖς</w:t>
      </w:r>
    </w:p>
    <w:p>
      <w:r>
        <w:rPr>
          <w:rFonts w:ascii="Courier New" w:hAnsi="Courier New"/>
          <w:color w:val="555555"/>
          <w:sz w:val="20"/>
        </w:rPr>
        <w:t>[25]</w:t>
      </w:r>
    </w:p>
    <w:p>
      <w:r>
        <w:rPr>
          <w:rFonts w:ascii="Gentium Plus" w:hAnsi="Gentium Plus"/>
          <w:sz w:val="24"/>
        </w:rPr>
        <w:t>ἐκέλευσεν αὐτοὺς δείπνου γενομένου συνανακλιθῆναι αὐτῷ. τῶν δὲ γραμματο‐ φόρων βουλομένων λέγειν τῷ Ἀλεξάνδρῳ τὸ πῶς ἐνέδρᾳ λαβεῖν τὸν Δαρεῖον ποιήσας πρὸς αὐτὸν πόλεμον, εἶπεν αὐτοῖς· “μηδέν μοι εἴπητε. εἰ μὴ γὰρ ἀπήρ‐ χεσθε πρὸς αὐτόν, ἐμάνθανον παρ’ ὑμῶν. ἐπειδὴ δὲ πορεύεσθε πρὸς αὐτόν, οὐ θέλω, ἵνα μή τις ἐξ ὑμῶν διαβάλῃ Δαρείῳ τὰ εἰρημένα καὶ εὑρεθῶ παραίτιος</w:t>
      </w:r>
    </w:p>
    <w:p>
      <w:r>
        <w:rPr>
          <w:rFonts w:ascii="Courier New" w:hAnsi="Courier New"/>
          <w:color w:val="555555"/>
          <w:sz w:val="20"/>
        </w:rPr>
        <w:t>[30]</w:t>
      </w:r>
    </w:p>
    <w:p>
      <w:r>
        <w:rPr>
          <w:rFonts w:ascii="Gentium Plus" w:hAnsi="Gentium Plus"/>
          <w:sz w:val="24"/>
        </w:rPr>
        <w:t>ὑμῖν κολάσεως. σιωπήσατε οὖν, ἵνα ἡσυχῇ παρέλθωμεν.” ἐτίμησαν οὖν αὐτὸν οἱ γραμματοφόροι Δαρείου φωναῖς πολλαῖς, καὶ πᾶν τὸ πλῆθος τῶν στρατευ‐ μάτων ἐπευφήμουν αὐτόν.</w:t>
      </w:r>
    </w:p>
    <w:p>
      <w:r>
        <w:rPr>
          <w:rFonts w:ascii="Courier New" w:hAnsi="Courier New"/>
          <w:color w:val="555555"/>
          <w:sz w:val="20"/>
        </w:rPr>
        <w:t>[32]</w:t>
      </w:r>
    </w:p>
    <w:p>
      <w:r>
        <w:rPr>
          <w:rFonts w:ascii="Gentium Plus" w:hAnsi="Gentium Plus"/>
          <w:sz w:val="24"/>
        </w:rPr>
      </w:r>
    </w:p>
    <w:p>
      <w:r>
        <w:rPr>
          <w:rFonts w:ascii="Courier New" w:hAnsi="Courier New"/>
          <w:color w:val="555555"/>
          <w:sz w:val="20"/>
        </w:rPr>
        <w:t>[1 . 38]</w:t>
      </w:r>
    </w:p>
    <w:p>
      <w:r>
        <w:rPr>
          <w:rFonts w:ascii="Gentium Plus" w:hAnsi="Gentium Plus"/>
          <w:sz w:val="24"/>
        </w:rPr>
        <w:t>Μετὰ δὲ ἡμέρας τρεῖς γράφει Ἀλέξανδρος Δαρείῳ γράμματα ἅπερ καὶ ὑπανέγνω τοῖς ἰδίοις στρατεύμασι λάθρα τῶν γραμματοφόρων Δαρείου περιέ‐ χοντα οὕτως· “Βασιλεὺς Ἀλέξανδρος υἱὸς βασιλέως Φιλίππου καὶ μητρὸς Ὀλυμπιάδος</w:t>
      </w:r>
    </w:p>
    <w:p>
      <w:r>
        <w:rPr>
          <w:rFonts w:ascii="Courier New" w:hAnsi="Courier New"/>
          <w:color w:val="555555"/>
          <w:sz w:val="20"/>
        </w:rPr>
        <w:t>[5]</w:t>
      </w:r>
    </w:p>
    <w:p>
      <w:r>
        <w:rPr>
          <w:rFonts w:ascii="Gentium Plus" w:hAnsi="Gentium Plus"/>
          <w:sz w:val="24"/>
        </w:rPr>
        <w:t>βασιλεῖ βασιλέων καὶ συνθρόνῳ θεῶν καὶ συνανατέλλοντι τῷ ἡλίῳ Δαρείῳ μεγάλῳ θεῷ Περσῶν βασιλεῖ χαίρειν. αἰσχρόν ἐστι τὸν τηλικοῦτον βασιλέα Περσῶν Δαρεῖον τὸν τηλικαύτῃ δυνάμει ἐπαιρόμενον καὶ συνανατέλλοντα τῷ</w:t>
      </w:r>
    </w:p>
    <w:p>
      <w:r>
        <w:rPr>
          <w:rFonts w:ascii="Courier New" w:hAnsi="Courier New"/>
          <w:color w:val="555555"/>
          <w:sz w:val="20"/>
        </w:rPr>
        <w:t>[10]</w:t>
      </w:r>
    </w:p>
    <w:p>
      <w:r>
        <w:rPr>
          <w:rFonts w:ascii="Gentium Plus" w:hAnsi="Gentium Plus"/>
          <w:sz w:val="24"/>
        </w:rPr>
        <w:t>ἢ φρόνησιν; πῶς γὰρ τῶν ἀθανάτων θεῶν ὀνόματα εἰς φθαρτὰ σώματα κατοι‐ κοῦσιν; ἰδοὺ δὴ καὶ ἐν τούτῳ κατεγνώσθης παρ’ ἡμῶν ὡς μηδὲν δυνάμενος παρ’ ἡμῖν, ἀλλ’ ὡς τὰς τῶν θεῶν ὀνομασίας συγχρώμενος καὶ τὰς ἐκείνων δυνάμεις ἐπὶ τῆς γῆς ἑαυτῷ περιτιθῶν. ἐγὼ γὰρ ἔρχομαι πρός σε πολεμήσων ὡς θνητὸν ὑπάρχοντα. ἡ δὲ ῥοπὴ τῆς νίκης ἐκ τῆς ἄνω προνοίας ἐστίν. τί δὲ καὶ ἔγραψας</w:t>
      </w:r>
    </w:p>
    <w:p>
      <w:r>
        <w:rPr>
          <w:rFonts w:ascii="Courier New" w:hAnsi="Courier New"/>
          <w:color w:val="555555"/>
          <w:sz w:val="20"/>
        </w:rPr>
        <w:t>[15]</w:t>
      </w:r>
    </w:p>
    <w:p>
      <w:r>
        <w:rPr>
          <w:rFonts w:ascii="Gentium Plus" w:hAnsi="Gentium Plus"/>
          <w:sz w:val="24"/>
        </w:rPr>
        <w:t>ἡμῖν τοιοῦτον καὶ τοσοῦτον χρυσὸν καὶ ἄργυρον κεκτῆσθαι; ἵνα μαθόντες ἡμεῖς γενναιοτέρως πολεμήσωμεν, ὅπως ταῦτα ληψώμεθα; καὶ ἐγὼ μὲν ἐπάν σε νικήσω, περίφημος ἔσομαι καὶ μέγας βασιλεὺς παρὰ τοῖς Ἕλλησι καὶ βαρ‐ βάροις, ὅτι τὸν τηλικοῦτον βασιλέα δυνάστην Δαρεῖον ἀνεῖλον. σὺ δ’ ἐμὲ ἐὰν ἡττήσῃς, οὐδὲν γενναῖον ἔπραξας. λῃστὴν γὰρ ἥττησας, καθὼς σὺ ἔγραψας</w:t>
      </w:r>
    </w:p>
    <w:p>
      <w:r>
        <w:rPr>
          <w:rFonts w:ascii="Courier New" w:hAnsi="Courier New"/>
          <w:color w:val="555555"/>
          <w:sz w:val="20"/>
        </w:rPr>
        <w:t>[20]</w:t>
      </w:r>
    </w:p>
    <w:p>
      <w:r>
        <w:rPr>
          <w:rFonts w:ascii="Gentium Plus" w:hAnsi="Gentium Plus"/>
          <w:sz w:val="24"/>
        </w:rPr>
        <w:t>ἡμῖν. ἐγὼ δὲ βασιλέα βασιλέων μέγα θεὸν Δαρεῖον ἥττησα. ἀλλὰ καὶ σκῦτον καὶ σφαῖραν καὶ κιβώτιον χρυσίου ἐξέπεμψάς μοι. καὶ σὺ μὲν ταῦτα ἔπεμψάς</w:t>
      </w:r>
    </w:p>
    <w:p>
      <w:r>
        <w:rPr>
          <w:rFonts w:ascii="Courier New" w:hAnsi="Courier New"/>
          <w:color w:val="555555"/>
          <w:sz w:val="20"/>
        </w:rPr>
        <w:t>[25]</w:t>
      </w:r>
    </w:p>
    <w:p>
      <w:r>
        <w:rPr>
          <w:rFonts w:ascii="Gentium Plus" w:hAnsi="Gentium Plus"/>
          <w:sz w:val="24"/>
        </w:rPr>
        <w:t>ἐπικρατήσω· σφαιροειδὴς γὰρ καὶ στρογγύλος ὁ κόσμος τυγχάνει. τὸ δὲ κιβώ‐ τιον τοῦ χρυσίου μέγα σημεῖον ἔπεμψάς μοι· ὑποταγὴν γὰρ ἑαυτοῦ ἐμήνυσάς μοι. νικηθεὶς γὰρ ὑπ’ ἐμοῦ φόρους μοι τελέσεις.”</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[1 . 39]</w:t>
      </w:r>
    </w:p>
    <w:p>
      <w:r>
        <w:rPr>
          <w:rFonts w:ascii="Gentium Plus" w:hAnsi="Gentium Plus"/>
          <w:sz w:val="24"/>
        </w:rPr>
        <w:t>Ταῦτα οὖν ἀναγνοὺς Ἀλέξανδρος ὁ βασιλεὺς τοῖς ἑαυτοῦ στρατεύμασι καὶ βουλλώσας δέδωκε τοῖς γραμματοφόροις Δαρείου. καὶ τὸ χρυσίον ὅπερ ἤγαγον ἐχαρίσατο αὐτοῖς. οἱ δὲ ἀποδεξάμενοι τὴν μεγαλοφροσύνην Ἀλεξάνδρου ἀνεχώ‐ ρησαν καὶ ἦλθον πρὸς Δαρεῖον. ὁ δὲ Δαρεῖος ἀναγνοὺς τὰ γράμματα Ἀλεξάν‐</w:t>
      </w:r>
    </w:p>
    <w:p>
      <w:r>
        <w:rPr>
          <w:rFonts w:ascii="Courier New" w:hAnsi="Courier New"/>
          <w:color w:val="555555"/>
          <w:sz w:val="20"/>
        </w:rPr>
        <w:t>[5]</w:t>
      </w:r>
    </w:p>
    <w:p>
      <w:r>
        <w:rPr>
          <w:rFonts w:ascii="Gentium Plus" w:hAnsi="Gentium Plus"/>
          <w:sz w:val="24"/>
        </w:rPr>
        <w:t>δρου ἐπέγνω τὴν ἐν αὐτοῖς δύναμιν. καὶ ἐξετάσας ἀκριβῶς τὰ περὶ τῆς συνέσεως Ἀλεξάνδρου καὶ τῆς πρὸς πόλεμον παρασκευῆς αὐτοῦ, καὶ ὅτι ἐπὶ τούτοις ἐκι‐ νήθη, γράφει τοῖς ἑαυτοῦ σατράπαις ἐπιστολὴν περιέχουσαν οὕτως· “Βασιλεὺς Δαρεῖος τοῖς ἐπέκεινα τοῦ Ταύρου στρατηγοῖς χαίρειν. ἐπιστέλ‐ λουσί μοι ἐπαναστάντα Ἀλέξανδρον Φιλίππου παῖδα. τοῦτον οὖν συλλαβόντες</w:t>
      </w:r>
    </w:p>
    <w:p>
      <w:r>
        <w:rPr>
          <w:rFonts w:ascii="Courier New" w:hAnsi="Courier New"/>
          <w:color w:val="555555"/>
          <w:sz w:val="20"/>
        </w:rPr>
        <w:t>[10]</w:t>
      </w:r>
    </w:p>
    <w:p>
      <w:r>
        <w:rPr>
          <w:rFonts w:ascii="Gentium Plus" w:hAnsi="Gentium Plus"/>
          <w:sz w:val="24"/>
        </w:rPr>
        <w:t>ἀγάγετέ μοι μηδὲν κακὸν ἐργασάμενοι τῷ σώματι αὐτοῦ, ὅπως ἐγὼ ἐκδύσας αὐ‐</w:t>
      </w:r>
    </w:p>
    <w:p>
      <w:r>
        <w:rPr>
          <w:rFonts w:ascii="Courier New" w:hAnsi="Courier New"/>
          <w:color w:val="555555"/>
          <w:sz w:val="20"/>
        </w:rPr>
        <w:t>[15]</w:t>
      </w:r>
    </w:p>
    <w:p>
      <w:r>
        <w:rPr>
          <w:rFonts w:ascii="Gentium Plus" w:hAnsi="Gentium Plus"/>
          <w:sz w:val="24"/>
        </w:rPr>
        <w:t>θαλάσσης καταποντίσατε, στρατηγοὺς δὲ τοὺς συνακολουθοῦντας αὐτῷ σιδηρώ‐ σαντες ἀναπέμψατε ἡμῖν. τοὺς δὲ λοιποὺς στρατιώτας ἐκπέμψατε εἰς τὴν Ἐρυθρὰν θάλασσαν οἰκῆσαι. ἵππους δὲ καὶ σκευηφόρα πάντα ὑμῖν δωροῦμαι καὶ φίλοις ὑμῶν. ἔρρωσθε.” Ἔγραψαν δὲ καὶ οἱ σατράπαι Δαρείῳ οὕτως· “Θεῷ μεγάλῳ βασιλεῖ Δαρείῳ</w:t>
      </w:r>
    </w:p>
    <w:p>
      <w:r>
        <w:rPr>
          <w:rFonts w:ascii="Courier New" w:hAnsi="Courier New"/>
          <w:color w:val="555555"/>
          <w:sz w:val="20"/>
        </w:rPr>
        <w:t>[20]</w:t>
      </w:r>
    </w:p>
    <w:p>
      <w:r>
        <w:rPr>
          <w:rFonts w:ascii="Gentium Plus" w:hAnsi="Gentium Plus"/>
          <w:sz w:val="24"/>
        </w:rPr>
        <w:t>χαίρειν. τοσούτου ἔθνους ἐπελθόντος ἡμῖν θαυμάζομεν πῶς σε λανθάνει μέχρι τῆς δεῦρο. ἐπέμψαμέν σοι δὲ ἐξ αὐτῶν οὓς εὕρομεν παρ’ ἡμῖν ῥεμβομένους, τούτους μὴ τολμήσαντες ἐξετάσαι πρότερόν σου. ἐν τάχει οὖν παραγενοῦ μετὰ δυνάμεως πολλῆς, ἵνα μὴ λάφυρα γενώμεθα.” Ταῦτα οὖν τὰ γράμματα δεξάμενος Δαρεῖος ἐν Βαβυλῶνι τῆς Περσίδος καὶ</w:t>
      </w:r>
    </w:p>
    <w:p>
      <w:r>
        <w:rPr>
          <w:rFonts w:ascii="Courier New" w:hAnsi="Courier New"/>
          <w:color w:val="555555"/>
          <w:sz w:val="20"/>
        </w:rPr>
        <w:t>[25]</w:t>
      </w:r>
    </w:p>
    <w:p>
      <w:r>
        <w:rPr>
          <w:rFonts w:ascii="Gentium Plus" w:hAnsi="Gentium Plus"/>
          <w:sz w:val="24"/>
        </w:rPr>
        <w:t>ἀναγνοὺς ἀντέγραψεν αὐτοῖς τάδε· “Βασιλεὺς βασιλέων μέγας θεὸς Δαρεῖος πᾶσι τοῖς σατράπαις καὶ στρατη‐</w:t>
      </w:r>
    </w:p>
    <w:p>
      <w:r>
        <w:rPr>
          <w:rFonts w:ascii="Courier New" w:hAnsi="Courier New"/>
          <w:color w:val="555555"/>
          <w:sz w:val="20"/>
        </w:rPr>
        <w:t>[30]</w:t>
      </w:r>
    </w:p>
    <w:p>
      <w:r>
        <w:rPr>
          <w:rFonts w:ascii="Gentium Plus" w:hAnsi="Gentium Plus"/>
          <w:sz w:val="24"/>
        </w:rPr>
        <w:t>νέγκατε; 〈τί ἔχετε〉 ἀποδεῖξαι; τέθνηκέ τις ὑμῶν ἐν παρατάξει; τί βουλεύσομαι περὶ ὑμῶν; οἳ τὴν ἐμὴν βασιλείαν κατέχοντες πρόφασιν δίδοτε ἀνδρὶ λῃστῇ, μὴ βουλόμενοι αὐτὸν συλληφθῆναι. νῦν οὖν, ὡς ἔφητε, ἐγὼ παραγενόμενος συλλήψομαι αὐτόν.”</w:t>
      </w:r>
    </w:p>
    <w:p>
      <w:r>
        <w:rPr>
          <w:rFonts w:ascii="Courier New" w:hAnsi="Courier New"/>
          <w:color w:val="555555"/>
          <w:sz w:val="20"/>
        </w:rPr>
        <w:t>[33]</w:t>
      </w:r>
    </w:p>
    <w:p>
      <w:r>
        <w:rPr>
          <w:rFonts w:ascii="Gentium Plus" w:hAnsi="Gentium Plus"/>
          <w:sz w:val="24"/>
        </w:rPr>
      </w:r>
    </w:p>
    <w:p>
      <w:r>
        <w:rPr>
          <w:rFonts w:ascii="Courier New" w:hAnsi="Courier New"/>
          <w:color w:val="555555"/>
          <w:sz w:val="20"/>
        </w:rPr>
        <w:t>[1 . 40]</w:t>
      </w:r>
    </w:p>
    <w:p>
      <w:r>
        <w:rPr>
          <w:rFonts w:ascii="Gentium Plus" w:hAnsi="Gentium Plus"/>
          <w:sz w:val="24"/>
        </w:rPr>
        <w:t>Πυνθανόμενος οὖν ὁ Δαρεῖος πλησίον ὄντα τὸν Ἀλέξανδρον κατεστρατοπέ‐ δευσε πρὸς τῷ Πιναρίῳ ποταμῷ. καὶ γράψας ἀπέστειλεν Ἀλεξάνδρῳ οὕτως· “Βασιλεὺς βασιλέων μέγας θεὸς Δαρεῖος καὶ ἐθνῶν κύριος Ἀλεξάνδρῳ τῷ τὰς πόλεις λεηλατοῦντι. δοκεῖς λανθάνειν τὸ Δαρείου ὄνομα, ὅπερ καὶ θεοὶ</w:t>
      </w:r>
    </w:p>
    <w:p>
      <w:r>
        <w:rPr>
          <w:rFonts w:ascii="Courier New" w:hAnsi="Courier New"/>
          <w:color w:val="555555"/>
          <w:sz w:val="20"/>
        </w:rPr>
        <w:t>[5]</w:t>
      </w:r>
    </w:p>
    <w:p>
      <w:r>
        <w:rPr>
          <w:rFonts w:ascii="Gentium Plus" w:hAnsi="Gentium Plus"/>
          <w:sz w:val="24"/>
        </w:rPr>
        <w:t>τετιμήκασι καὶ σύνθρονον εἶναι 〈...〉. καὶ οὐ μακάριον ἡγήσω σε λανθάνειν βασιλεύειν τῆς Μακεδονίας χώρας χωρὶς τῆς ἐμῆς κελεύσεως, ἀλλὰ διῆλθες ἀδήλους χώρας καὶ πόλεις ἀλλοτρίας, ἐν αἷς ἑαυτὸν ἀνηγόρευσας βασιλέα, συλλέξας ἄνδρας ὁμοίους σου ἀνελπίστους, καὶ πολεμεῖς πόλεις ἀπείρους, ἃς ἐγὼ ἀεὶ εὐλαβηθεὶς δεσπόζεσθαι περισσὰς ἡγούμην ὡς ἀπορεριμμένας, καὶ σὺ</w:t>
      </w:r>
    </w:p>
    <w:p>
      <w:r>
        <w:rPr>
          <w:rFonts w:ascii="Courier New" w:hAnsi="Courier New"/>
          <w:color w:val="555555"/>
          <w:sz w:val="20"/>
        </w:rPr>
        <w:t>[10]</w:t>
      </w:r>
    </w:p>
    <w:p>
      <w:r>
        <w:rPr>
          <w:rFonts w:ascii="Gentium Plus" w:hAnsi="Gentium Plus"/>
          <w:sz w:val="24"/>
        </w:rPr>
        <w:t>ἐπεζήτησας φόρους παρ’ αὐτῶν λήψεσθαι ὡς ἐρανιζόμενος. πείθῃ οὖν καὶ ἡμᾶς τοιούτους εἶναι ὁποῖος εἶ; καὶ τόπους δὲ οὓς εἴληφας οὐ καυχήσῃ ἔχειν. κάκιστα οὖν πεφρόνηκας περὶ τούτων. πρῶτον μὲν γὰρ ὤφειλες τὴν ἄνοιάν σου διορθώσα‐ σθαι καὶ πρὸς ἐμὲ τὸν κύριόν σου Δαρεῖον ἐλθεῖν καὶ μὴ ἐπισωρεύειν λῃστρικὰς δυνάμεις. ἔγραψά σοι ἐλθεῖν καὶ προσκυνεῖν Δαρείῳ βασιλεῖ. σὺ δὲ τῆς ἄλλης</w:t>
      </w:r>
    </w:p>
    <w:p>
      <w:r>
        <w:rPr>
          <w:rFonts w:ascii="Courier New" w:hAnsi="Courier New"/>
          <w:color w:val="555555"/>
          <w:sz w:val="20"/>
        </w:rPr>
        <w:t>[15]</w:t>
      </w:r>
    </w:p>
    <w:p>
      <w:r>
        <w:rPr>
          <w:rFonts w:ascii="Gentium Plus" w:hAnsi="Gentium Plus"/>
          <w:sz w:val="24"/>
        </w:rPr>
        <w:t>ἀνοίας ἀντέχῃ. κολάσομαί σε οὖν θανάτῳ ἀνεκλαλήτῳ, χείρονα δὲ σοῦ καὶ οἱ σὺν σοὶ παθοῦνται οἱ μὴ περιτιθέντες σοι σωφροσύνην. ὄμνυμι δέ σοι Δία θεὸν</w:t>
      </w:r>
    </w:p>
    <w:p>
      <w:r>
        <w:rPr>
          <w:rFonts w:ascii="Courier New" w:hAnsi="Courier New"/>
          <w:color w:val="555555"/>
          <w:sz w:val="20"/>
        </w:rPr>
        <w:t>[1 . 41]</w:t>
      </w:r>
    </w:p>
    <w:p>
      <w:r>
        <w:rPr>
          <w:rFonts w:ascii="Gentium Plus" w:hAnsi="Gentium Plus"/>
          <w:sz w:val="24"/>
        </w:rPr>
        <w:t>Τοῦ δὲ Ἀλεξάνδρου δεξαμένου τὰ γράμματα Δαρείου καὶ ἐντυχόντος οὐκ ἐπυροῦτο ἐπὶ τοῖς κομπηγόροις λόγοις Δαρείου. ὁ δὲ Δαρεῖος συναθροίσας δύναμιν πολλὴν κατέβαινε μετὰ τῶν παίδων αὐτοῦ καὶ τῆς γυναικὸς αὐτοῦ καὶ τῆς μητρὸς αὐτοῦ. περὶ δὲ αὐτὸν ἦσαν οἱ ἀθάνατοι καλούμενοι μύριοι. ἐκαλοῦντο</w:t>
      </w:r>
    </w:p>
    <w:p>
      <w:r>
        <w:rPr>
          <w:rFonts w:ascii="Courier New" w:hAnsi="Courier New"/>
          <w:color w:val="555555"/>
          <w:sz w:val="20"/>
        </w:rPr>
        <w:t>[5]</w:t>
      </w:r>
    </w:p>
    <w:p>
      <w:r>
        <w:rPr>
          <w:rFonts w:ascii="Gentium Plus" w:hAnsi="Gentium Plus"/>
          <w:sz w:val="24"/>
        </w:rPr>
        <w:t>δὲ ἀθάνατοι διὰ τὸ φυλάττεσθαι τὸν ἀριθμὸν αὐτῶν 〈καὶ εἰσάγεσθαι ἄλλουσ〉 ἀντὶ τῶν τελευτώντων. Ἀλέξανδρος δὲ διοδεύσας τὸν Κιλίκιον Ταῦρον ἧκεν εἰς Ταρσὸν τῆς Κιλικίας μητρόπολιν. καὶ θεασάμενος τὸν ὑπ’ αὐτὴν ῥέοντα ποτα‐ μὸν Κύδνον, ῥεόμενος τῷ κατὰ τὴν ὁδοιπορίαν ἱδρῶτι ἀποθεὶς τὸν θώρακα ἐν τῷ ποταμῷ διενίψατο. καὶ ψυγεὶς εἰς ἔσχατον ἦλθε κίνδυνον καὶ μόλις θερα‐</w:t>
      </w:r>
    </w:p>
    <w:p>
      <w:r>
        <w:rPr>
          <w:rFonts w:ascii="Courier New" w:hAnsi="Courier New"/>
          <w:color w:val="555555"/>
          <w:sz w:val="20"/>
        </w:rPr>
        <w:t>[10]</w:t>
      </w:r>
    </w:p>
    <w:p>
      <w:r>
        <w:rPr>
          <w:rFonts w:ascii="Gentium Plus" w:hAnsi="Gentium Plus"/>
          <w:sz w:val="24"/>
        </w:rPr>
        <w:t>πεύεται. ὁ δὲ θεραπεύσας αὐτὸν ἦν Φίλιππος τῶν ἐνδόξων ἰατρῶν. ῥωσθεὶς δὲ προῆγεν ἐπὶ Δαρεῖον. Δαρεῖος δὲ ἐπὶ τὸν καλούμενον Ἰσσὸν τῆς Κιλικίας</w:t>
      </w:r>
    </w:p>
    <w:p>
      <w:r>
        <w:rPr>
          <w:rFonts w:ascii="Courier New" w:hAnsi="Courier New"/>
          <w:color w:val="555555"/>
          <w:sz w:val="20"/>
        </w:rPr>
        <w:t>[15]</w:t>
      </w:r>
    </w:p>
    <w:p>
      <w:r>
        <w:rPr>
          <w:rFonts w:ascii="Gentium Plus" w:hAnsi="Gentium Plus"/>
          <w:sz w:val="24"/>
        </w:rPr>
        <w:t>Δαρεῖον, ἔστησαν τὰ ἅρματα καὶ ὅλην τὴν πολεμικὴν τάξιν. καὶ δὴ σταθέντων ἐπὶ συμβολῇ τοῦ πολέμου ἀμφοτέρων τῶν μερῶν οὐ συνεχώρησεν Ἀλέξανδρος οὔτε ἐντὸς † τῇ φάλαγγι διακόψαι αὐτοὺς οὔτε διιππεῦσαι οὔτε ἐπιστρατεῦσαι αὐτοῖς †, ἀλλὰ τὸ πολὺ μὲν τῶν ἁρμάτων πάντοθεν ἐξαγκωνιζόμενον διεφθείρετο καὶ διεσκεδάσθη. καὶ ἀναβὰς ἔφιππος Ἀλέξανδρος ἐκέλευσε σαλπίσαι τοὺς</w:t>
      </w:r>
    </w:p>
    <w:p>
      <w:r>
        <w:rPr>
          <w:rFonts w:ascii="Courier New" w:hAnsi="Courier New"/>
          <w:color w:val="555555"/>
          <w:sz w:val="20"/>
        </w:rPr>
        <w:t>[20]</w:t>
      </w:r>
    </w:p>
    <w:p>
      <w:r>
        <w:rPr>
          <w:rFonts w:ascii="Gentium Plus" w:hAnsi="Gentium Plus"/>
          <w:sz w:val="24"/>
        </w:rPr>
        <w:t>σαλπιστὰς τὸ πολεμικὸν μέλος. καὶ κραυγῆς μεγάλης γενομένης τῶν στρατοπέ‐ δων γίνεται πολλὴ μάχη. ἐπὶ πολὺ ἄκροις τοῖς κέρασι βάλλοντες καὶ τοῖς δόρασι [ὑπ’ ἀλλήλων] τύπτοντες καὶ τυπτόμενοι διεβιβάζοντο ἐνταῦθα καὶ ἐνταῦθα. ἑκάτεροι οὖν τὸ νῖκος ποιησάμενοι ἐχωρίζοντο. οἱ δὲ περὶ τὸν Ἀλέξανδρον</w:t>
      </w:r>
    </w:p>
    <w:p>
      <w:r>
        <w:rPr>
          <w:rFonts w:ascii="Courier New" w:hAnsi="Courier New"/>
          <w:color w:val="555555"/>
          <w:sz w:val="20"/>
        </w:rPr>
        <w:t>[25]</w:t>
      </w:r>
    </w:p>
    <w:p>
      <w:r>
        <w:rPr>
          <w:rFonts w:ascii="Gentium Plus" w:hAnsi="Gentium Plus"/>
          <w:sz w:val="24"/>
        </w:rPr>
        <w:t>καὶ περιπίπτοντας ἀλλήλοις διὰ τὸ πλῆθος τῶν στρατευμάτων. οὐδὲν δὲ ἦν ὁρᾶν ἐκεῖ εἰ μὴ ἵππους χαμαὶ κειμένους καὶ ἄνδρας ἀνῃρημένους. οὐκ ἦν δὲ διακρῖναι οὐδὲ Πέρσην οὐδὲ Μακεδόνα, οὔτε συμμάχους οὔτε σατράπας, οὔτε πεζὸν οὔτε ἱππέα ὑπὸ τοῦ πολλοῦ κονιορτοῦ. οὔτε γὰρ ἀὴρ ἐφαίνετο οὔτε γῆ ἐθεωρεῖτο ὑπὸ τῶν πολλῶν λύθρων. καὶ αὐτὸς δὲ ὁ ἥλιος συμπαθήσας τοῖς</w:t>
      </w:r>
    </w:p>
    <w:p>
      <w:r>
        <w:rPr>
          <w:rFonts w:ascii="Courier New" w:hAnsi="Courier New"/>
          <w:color w:val="555555"/>
          <w:sz w:val="20"/>
        </w:rPr>
        <w:t>[30]</w:t>
      </w:r>
    </w:p>
    <w:p>
      <w:r>
        <w:rPr>
          <w:rFonts w:ascii="Gentium Plus" w:hAnsi="Gentium Plus"/>
          <w:sz w:val="24"/>
        </w:rPr>
        <w:t>γινομένοις καὶ μὴ κρίνας θεωρεῖν τοσαῦτα μιάσματα συννεφὴς ἐγένετο. τροπῆς δὲ ἰσχυρᾶς γενομένης τῶν Περσῶν εἰς φυγὴν ὥρμησαν οἱ Πέρσαι. ἦν δὲ μετ’ αὐτῶν Ἀμύντας ὁ Ἀντιοχεύς, ὃς πέφευγε πρὸς Δαρεῖον τοῖς ἔμπροσθεν χρόνοις Μακεδόνων ὢν τύραννος. ἐπειδὰν δὲ τὸ πρὸς ὀψὲ ἐγένετο Δαρεῖος ἐργωδῶς φοβηθεὶς ἀεὶ ἔμπροσθεν ἀπῄει. εὐεπίγνωστον δὲ ἦν τὸ † ἡττώμενον † ἅρμα.</w:t>
      </w:r>
    </w:p>
    <w:p>
      <w:r>
        <w:rPr>
          <w:rFonts w:ascii="Courier New" w:hAnsi="Courier New"/>
          <w:color w:val="555555"/>
          <w:sz w:val="20"/>
        </w:rPr>
        <w:t>[35]</w:t>
      </w:r>
    </w:p>
    <w:p>
      <w:r>
        <w:rPr>
          <w:rFonts w:ascii="Gentium Plus" w:hAnsi="Gentium Plus"/>
          <w:sz w:val="24"/>
        </w:rPr>
        <w:t>καταλείψας οὖν τὸ ἑαυτοῦ ἅρμα εἰς ἵππον ἐπέβη καὶ ἔφυγεν. ὁ δὲ Ἀλέξανδρος φιλοτιμούμενος Δαρεῖον καταλαβεῖν ἐδίωκε προφθάσαι τοῦ μὴ ὑπό τινος αὐτὸν</w:t>
      </w:r>
    </w:p>
    <w:p>
      <w:r>
        <w:rPr>
          <w:rFonts w:ascii="Courier New" w:hAnsi="Courier New"/>
          <w:color w:val="555555"/>
          <w:sz w:val="20"/>
        </w:rPr>
        <w:t>[40]</w:t>
      </w:r>
    </w:p>
    <w:p>
      <w:r>
        <w:rPr>
          <w:rFonts w:ascii="Gentium Plus" w:hAnsi="Gentium Plus"/>
          <w:sz w:val="24"/>
        </w:rPr>
        <w:t>δοχῆς ἔφυγεν. Ἀλέξανδρος δὲ καταλαβὼν τὴν Δαρείου σκηνὴν ἐσκήνωσεν ἐν αὐτῇ. κρατήσας δὲ τῶν ἐναντίων καὶ τοῦ τηλικούτου ἀξιώματος καταξιωθεὶς οὐδὲν ἔπραξεν ὑπερήφανον, ἀλλὰ τοὺς ἀνδρωδεστάτους καὶ εὐγενεῖς τῶν Περσῶν τετελευτη‐ κότας ἐκέλευσε θάπτεσθαι, τὴν δὲ μητέρα Δαρείου καὶ τὴν γυναῖκα καὶ τὰ</w:t>
      </w:r>
    </w:p>
    <w:p>
      <w:r>
        <w:rPr>
          <w:rFonts w:ascii="Courier New" w:hAnsi="Courier New"/>
          <w:color w:val="555555"/>
          <w:sz w:val="20"/>
        </w:rPr>
        <w:t>[45]</w:t>
      </w:r>
    </w:p>
    <w:p>
      <w:r>
        <w:rPr>
          <w:rFonts w:ascii="Gentium Plus" w:hAnsi="Gentium Plus"/>
          <w:sz w:val="24"/>
        </w:rPr>
        <w:t>τέκνα μεθ’ ἑαυτοῦ ἤγαγεν ἐντίμως. ὡσαύτως δὲ καὶ τοὺς λοιποὺς τῶν αἰχμαλώ‐ των παραινέσας ἀνέψυξεν. τῶν δὲ πεσόντων Περσῶν ἦν τὸ πλῆθος πολὺ σφόδρα. τῶν δὲ Μακεδόνων οἱ πεσόντες εὑρέθησαν πεζοὶ πεντακόσιοι, ἱππεῖς δὲ ἑκατὸν ἑξήκοντα, τραυματισθέντες δὲ τριακόσιοι πεντήκοντα, τῶν δὲ βαρβάρων μυριά‐</w:t>
      </w:r>
    </w:p>
    <w:p>
      <w:r>
        <w:rPr>
          <w:rFonts w:ascii="Courier New" w:hAnsi="Courier New"/>
          <w:color w:val="555555"/>
          <w:sz w:val="20"/>
        </w:rPr>
        <w:t>[1 . 42]</w:t>
      </w:r>
    </w:p>
    <w:p>
      <w:r>
        <w:rPr>
          <w:rFonts w:ascii="Gentium Plus" w:hAnsi="Gentium Plus"/>
          <w:sz w:val="24"/>
        </w:rPr>
        <w:t>Ὁ δὲ Δαρεῖος φυγὼν καὶ ἀνασωθεὶς ἐπεστράτευε πλείω δυνάμεις καὶ γράφει τοῖς ὑπ’ αὐτὸν ἔθνεσιν, ὅπως μετὰ μεγάλης δυνάμεως παραγίνωνται πρὸς αὐτόν. μαθὼν δέ τις κατάσκοπος Ἀλεξάνδρου συναθροίζοντα στρατὸν τὸν Δαρεῖον ἔγραψεν Ἀλεξάνδρῳ περὶ τῶν ἐνεστώτων. καὶ ἀκούσας ταῦτα Ἀλέξανδρος</w:t>
      </w:r>
    </w:p>
    <w:p>
      <w:r>
        <w:rPr>
          <w:rFonts w:ascii="Courier New" w:hAnsi="Courier New"/>
          <w:color w:val="555555"/>
          <w:sz w:val="20"/>
        </w:rPr>
        <w:t>[5]</w:t>
      </w:r>
    </w:p>
    <w:p>
      <w:r>
        <w:rPr>
          <w:rFonts w:ascii="Gentium Plus" w:hAnsi="Gentium Plus"/>
          <w:sz w:val="24"/>
        </w:rPr>
        <w:t>γράφει Σκαμάνδρῳ τῷ στρατηγῷ αὐτοῦ οὕτως· “Ἀλέξανδρος βασιλεὺς Σκαμάνδρῳ στρατηγῷ ἡμῶν χαίρειν. τὰς ὑπὸ σὲ φάλαγγας καὶ πᾶσαν δύναμιν ἔχων[τα] τάχιον παραγενοῦ σὺν αὐτοῖς πρὸς ἡμᾶς. οὐ γὰρ μακρὰν λέγονται εἶναι οἱ βάρβαροι.” Καὶ αὐτὸς δὲ Ἀλέξανδρος ἀναλαβὼν ἥνπερ εἶχε δύναμιν τὴν ὁδοιπορίαν</w:t>
      </w:r>
    </w:p>
    <w:p>
      <w:r>
        <w:rPr>
          <w:rFonts w:ascii="Courier New" w:hAnsi="Courier New"/>
          <w:color w:val="555555"/>
          <w:sz w:val="20"/>
        </w:rPr>
        <w:t>[10]</w:t>
      </w:r>
    </w:p>
    <w:p>
      <w:r>
        <w:rPr>
          <w:rFonts w:ascii="Gentium Plus" w:hAnsi="Gentium Plus"/>
          <w:sz w:val="24"/>
        </w:rPr>
        <w:t>ἐποιεῖτο. καὶ ὑπερπεράσας τὸν καλούμενον Ταῦρον καταπήξας δόρυ μέγιστον εἰς τὴν γῆν εἶπεν· “εἴ τις σθεναρὸς τῶν Ἑλλήνων ἢ τῶν βαρβάρων ἢ τῶν ἄλλων βασιλέων βαστάσει τοῦτο τὸ δόρυ, ἑαυτῷ χαλεπὸν σημεῖον ἕξει. ἡ γὰρ πόλις αὐτοῦ ἐκ βάθρων βασταχθήσεται.”</w:t>
      </w:r>
    </w:p>
    <w:p>
      <w:r>
        <w:rPr>
          <w:rFonts w:ascii="Courier New" w:hAnsi="Courier New"/>
          <w:color w:val="555555"/>
          <w:sz w:val="20"/>
        </w:rPr>
        <w:t>[15]</w:t>
      </w:r>
    </w:p>
    <w:p>
      <w:r>
        <w:rPr>
          <w:rFonts w:ascii="Gentium Plus" w:hAnsi="Gentium Plus"/>
          <w:sz w:val="24"/>
        </w:rPr>
        <w:t>τοῦ Ὀρφέως καὶ αἱ Πιερίδες Μοῦσαι καὶ τὰ θηρία αὐτῷ παρεστῶτα ξόανα. βλέποντος δὲ τοῦ Ἀλεξάνδρου εἰς τὸ ἄγαλμα τοῦ Ὀρφέως ἵδρωσε τὸ ξόανον τοῦ Ὀρφέως ὅλον. τοῦ δὲ Ἀλεξάνδρου ζητοῦντος τί τὸ σημεῖον τοῦτο, λέγει αὐτῷ Μελάμπους ὁ σημειολύτης· “καμεῖν ἔχεις, Ἀλέξανδρε βασιλεῦ, μετὰ ἱδρώτων καὶ κόπων τὰ τῶν βαρβάρων ἔθνη καὶ Ἑλλήνων πόλεις καθυποτάσσων.</w:t>
      </w:r>
    </w:p>
    <w:p>
      <w:r>
        <w:rPr>
          <w:rFonts w:ascii="Courier New" w:hAnsi="Courier New"/>
          <w:color w:val="555555"/>
          <w:sz w:val="20"/>
        </w:rPr>
        <w:t>[20]</w:t>
      </w:r>
    </w:p>
    <w:p>
      <w:r>
        <w:rPr>
          <w:rFonts w:ascii="Gentium Plus" w:hAnsi="Gentium Plus"/>
          <w:sz w:val="24"/>
        </w:rPr>
        <w:t>ὥσπερ καὶ Ὀρφεὺς λυρίζων καὶ ᾄδων Ἕλληνας ἔπεισεν, βαρβάρους ἔτρεψεν, τοὺς θῆρας ἡμέρωσεν, οὕτως καὶ σὺ κοπιάσας δόρατι πάντας ὑποχειρίους σου ποιήσεις.” ταῦτα ἀκούσας Ἀλέξανδρος τιμήσας μεγάλως τὸν σημειολύτην ἀπέλυσεν. Καὶ παραγίνεται εἰς Φρυγίαν καὶ ἐλθὼν εἰς τὸν Σκάμανδρον ποταμόν, ὅπου</w:t>
      </w:r>
    </w:p>
    <w:p>
      <w:r>
        <w:rPr>
          <w:rFonts w:ascii="Courier New" w:hAnsi="Courier New"/>
          <w:color w:val="555555"/>
          <w:sz w:val="20"/>
        </w:rPr>
        <w:t>[25]</w:t>
      </w:r>
    </w:p>
    <w:p>
      <w:r>
        <w:rPr>
          <w:rFonts w:ascii="Gentium Plus" w:hAnsi="Gentium Plus"/>
          <w:sz w:val="24"/>
        </w:rPr>
        <w:t>ἥλατο Ἀχιλλεύς, ἐνήλατο καὶ αὐτός. θεασάμενος δὲ τὸ ἑπταβόειον Ἀλέξανδρος οὐ πάνυ μέγα οὐδὲ οὕτως θαυμαστὸν καθὼς συνέγραψεν Ὅμηρος εἶπεν· “μακά‐ ριοι ὑμεῖς οἱ ἐντυχηκότες τοιούτου κήρυκος Ὁμήρου, οἵτινες ἐν μὲν τοῖς ἐκείνου ποιήμασι μεγάλοι γεγόνατε, ἐν δὲ τοῖς ὁρωμένοις οὐκ ἄξιοι τῶν ὑπ’ ἐκείνου γεγραμμένων.” καὶ προσελθὼν αὐτῷ ποιητής τις εἶπεν· “Ἀλέξανδρε βασιλεῦ,</w:t>
      </w:r>
    </w:p>
    <w:p>
      <w:r>
        <w:rPr>
          <w:rFonts w:ascii="Courier New" w:hAnsi="Courier New"/>
          <w:color w:val="555555"/>
          <w:sz w:val="20"/>
        </w:rPr>
        <w:t>[30]</w:t>
      </w:r>
    </w:p>
    <w:p>
      <w:r>
        <w:rPr>
          <w:rFonts w:ascii="Gentium Plus" w:hAnsi="Gentium Plus"/>
          <w:sz w:val="24"/>
        </w:rPr>
        <w:t>κρεῖττον ἡμεῖς γράψομεν τὰς σὰς πράξεις Ὁμήρου.” ὁ δὲ Ἀλέξανδρος εἶπεν·</w:t>
      </w:r>
    </w:p>
    <w:p>
      <w:r>
        <w:rPr>
          <w:rFonts w:ascii="Courier New" w:hAnsi="Courier New"/>
          <w:color w:val="555555"/>
          <w:sz w:val="20"/>
        </w:rPr>
        <w:t>[1 . 43]</w:t>
      </w:r>
    </w:p>
    <w:p>
      <w:r>
        <w:rPr>
          <w:rFonts w:ascii="Gentium Plus" w:hAnsi="Gentium Plus"/>
          <w:sz w:val="24"/>
        </w:rPr>
        <w:t>Ἐλθὼν δὲ ἐκεῖθεν εἰς τὴν Πύλην καὶ συνάξας τὴν Μακεδόνων στρατείαν σὺν οἷς ᾐχμαλώτευσεν ἐν τῷ πολέμῳ Δαρείου τὴν ὁδοιπορίαν ἐποιεῖτο εἰς Ἄβδηραν. οἱ δὲ Ἀβδηρῖται ἀπέκλεισαν τὰς πύλας τῆς πόλεως αὐτῶν. ὁ δὲ Ἀλέξανδρος ἐπὶ τούτῳ ὀργισθεὶς ἐκέλευσε τῷ στρατηγῷ αὐτοῦ ἐμπρῆσαι τὴν πόλιν αὐτῶν.</w:t>
      </w:r>
    </w:p>
    <w:p>
      <w:r>
        <w:rPr>
          <w:rFonts w:ascii="Courier New" w:hAnsi="Courier New"/>
          <w:color w:val="555555"/>
          <w:sz w:val="20"/>
        </w:rPr>
        <w:t>[5]</w:t>
      </w:r>
    </w:p>
    <w:p>
      <w:r>
        <w:rPr>
          <w:rFonts w:ascii="Gentium Plus" w:hAnsi="Gentium Plus"/>
          <w:sz w:val="24"/>
        </w:rPr>
        <w:t>οἱ δὲ πέμπουσιν αὐτῷ πρέσβεις λέγοντες· “Ἡμεῖς ἀπεκλείσαμεν τὰς πύλας οὐχ ὡς ἀντιτασσόμενοι τῷ σῷ κράτει, ἀλλὰ δεδοικότες τὴν τῶν Περσῶν βασι‐ λείαν, μήπως Δαρεῖος ἐπιμείνας τῇ τυραννίδι πορθήσῃ ἡμῶν τὴν πόλιν ὡς παραδεξαμένων σε. ὥστε σὺ παρελθὼν ἄνοιξον τῆς πόλεως τὰς πύλας. τῷ γὰρ ἰσχυροτέρῳ βασιλεῖ ὑποτασσόμεθα.” ταῦτα ἀκούσας Ἀλέξανδρος ἐμειδίασε</w:t>
      </w:r>
    </w:p>
    <w:p>
      <w:r>
        <w:rPr>
          <w:rFonts w:ascii="Courier New" w:hAnsi="Courier New"/>
          <w:color w:val="555555"/>
          <w:sz w:val="20"/>
        </w:rPr>
        <w:t>[10]</w:t>
      </w:r>
    </w:p>
    <w:p>
      <w:r>
        <w:rPr>
          <w:rFonts w:ascii="Gentium Plus" w:hAnsi="Gentium Plus"/>
          <w:sz w:val="24"/>
        </w:rPr>
        <w:t>καὶ εἶπε πρὸς τοὺς ἀποσταλέντας παρ’ αὐτῶν πρέσβεις· “δεδοίκατε τὴν Δα‐ ρείου βασιλείαν, μήπως ὕστερον ὑμᾶς ἐκπορθήσῃ ἐπιμένων τῇ βασιλείᾳ. πο‐ ρεύεσθε καὶ ἀνοίξατε καὶ κοσμίως πολιτεύεσθε. οὐ γὰρ εἰσελεύσομαι εἰς τὴν πόλιν ὑμῶν ἕως ἡττήσω ὃν δεδοίκατε Δαρεῖον βασιλέα, καὶ τότε ὑμᾶς ὑποχει‐</w:t>
      </w:r>
    </w:p>
    <w:p>
      <w:r>
        <w:rPr>
          <w:rFonts w:ascii="Courier New" w:hAnsi="Courier New"/>
          <w:color w:val="555555"/>
          <w:sz w:val="20"/>
        </w:rPr>
        <w:t>[1 . 44]</w:t>
      </w:r>
    </w:p>
    <w:p>
      <w:r>
        <w:rPr>
          <w:rFonts w:ascii="Gentium Plus" w:hAnsi="Gentium Plus"/>
          <w:sz w:val="24"/>
        </w:rPr>
        <w:t>Καὶ παρεγένετο ἐν δυσὶν ἡμέραις εἰς τὴν Βοττίαν καὶ τὴν Ὄλυνθον καὶ ἐξεπόρθησεν ὅλην τὴν χώραν τῶν Χαλδαίων καὶ τοὺς σύνεγγυς ἀνεῖλεν. κἀ‐ κεῖθεν ἦλθε παρὰ τὸν Εὔξεινον ποταμὸν καὶ πάσας τὰς πόλεις ἔσχεν ὑπηκόους τὰς ἔγγιστα.</w:t>
      </w:r>
    </w:p>
    <w:p>
      <w:r>
        <w:rPr>
          <w:rFonts w:ascii="Courier New" w:hAnsi="Courier New"/>
          <w:color w:val="555555"/>
          <w:sz w:val="20"/>
        </w:rPr>
        <w:t>[5]</w:t>
      </w:r>
    </w:p>
    <w:p>
      <w:r>
        <w:rPr>
          <w:rFonts w:ascii="Gentium Plus" w:hAnsi="Gentium Plus"/>
          <w:sz w:val="24"/>
        </w:rPr>
        <w:t>Ἔλειψε δὲ τοῖς Μακεδόσι τὰ ἐπιτήδεια τῶν τροφῶν, ὥστε λιμῷ πάντας τελευτᾶν. ὁ δὲ Ἀλέξανδρος ἔργον ἐπινοίας μέγιστον ταῖς φρεσὶν ἐποιήσατο. ἐρευνήσας γὰρ πάντας τοὺς ἵππους τῶν ἱππέων ἀπέσφαξε καὶ τὰ σώματα αὐ‐ τῶν ἐκδείρας ἐκέλευσεν ὀπτᾶν καὶ ἐσθίειν. καὶ ἐκορέσθησαν καὶ τοῦ λιμοῦ ἀνένευσαν. καὶ τῶν μὲν λεγόντων· “τί ἔδοξεν Ἀλεξάνδρῳ τοὺς ἵππους ἡμῶν</w:t>
      </w:r>
    </w:p>
    <w:p>
      <w:r>
        <w:rPr>
          <w:rFonts w:ascii="Courier New" w:hAnsi="Courier New"/>
          <w:color w:val="555555"/>
          <w:sz w:val="20"/>
        </w:rPr>
        <w:t>[10]</w:t>
      </w:r>
    </w:p>
    <w:p>
      <w:r>
        <w:rPr>
          <w:rFonts w:ascii="Gentium Plus" w:hAnsi="Gentium Plus"/>
          <w:sz w:val="24"/>
        </w:rPr>
        <w:t>ἀναιρῆσαι; ἰδοὺ μὲν πρὸς τὸ παρὸν ἐκορέσθημεν τροφῆς, ἄνοπλοι δέ ἐσμεν πρὸς μάχην τῶν ἱππέων.” ἀκούσας δὲ ταῦτα Ἀλέξανδρος εἰσῆλθεν εἰς τὸ στρα‐ τόπεδον καὶ εἶπεν· “ἄνδρες συστρατιῶται, τοὺς μὲν ἵππους ἀπεσφάξαμεν καίτοι ἀναγκαιοτάτους ὄντας πρὸς πόλεμον, ὅπως ἡμεῖς τροφῆς κορεσθῶμεν. τὸ γὰρ</w:t>
      </w:r>
    </w:p>
    <w:p>
      <w:r>
        <w:rPr>
          <w:rFonts w:ascii="Courier New" w:hAnsi="Courier New"/>
          <w:color w:val="555555"/>
          <w:sz w:val="20"/>
        </w:rPr>
        <w:t>[15]</w:t>
      </w:r>
    </w:p>
    <w:p>
      <w:r>
        <w:rPr>
          <w:rFonts w:ascii="Gentium Plus" w:hAnsi="Gentium Plus"/>
          <w:sz w:val="24"/>
        </w:rPr>
        <w:t>γῆς ἐπιβάντων ἡμῶν ἑτέρους ἵππους ῥᾳδίως εὑρήσομεν, ὑμῶν δὲ ἀπολλυμένων ἐκ τοῦ λιμοῦ ἑτέρους Μακεδόνας τὸ παρὸν οὐχ εὑρήσομεν.” Οὕτως πραΰνας τὰ στρατόπεδα τὴν ὁδοιπορίαν ἐποιεῖτο εἰς ἑτέραν πόλιν.</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[1 . 46]</w:t>
      </w:r>
    </w:p>
    <w:p>
      <w:r>
        <w:rPr>
          <w:rFonts w:ascii="Gentium Plus" w:hAnsi="Gentium Plus"/>
          <w:sz w:val="24"/>
        </w:rPr>
        <w:t>Καὶ ἐκεῖθεν ἦλθεν πρὸς τοὺς Θηβαίους. καὶ ζητήσας παρ’ αὐτῶν ἄνδρας στρατεῦσαι ἀπέκλεισαν τὰς πύλας τῶν τειχέων καὶ οὐδὲ πρέσβεις ἀπέστειλαν πρὸς αὐτόν, ἀλλὰ καὶ παραταξάμενοι καθοπλίζοντο πολεμεῖν Ἀλεξάνδρῳ. καὶ πέμπουσι πρὸς αὐτὸν πεντακοσίους ἄνδρας κηρύξαι αὐτῷ· ἢ πολέμει ἢ ἄπεχε</w:t>
      </w:r>
    </w:p>
    <w:p>
      <w:r>
        <w:rPr>
          <w:rFonts w:ascii="Courier New" w:hAnsi="Courier New"/>
          <w:color w:val="555555"/>
          <w:sz w:val="20"/>
        </w:rPr>
        <w:t>[5]</w:t>
      </w:r>
    </w:p>
    <w:p>
      <w:r>
        <w:rPr>
          <w:rFonts w:ascii="Gentium Plus" w:hAnsi="Gentium Plus"/>
          <w:sz w:val="24"/>
        </w:rPr>
        <w:t>τῆς πόλεως ἡμῶν. Ἀλέξανδρος δὲ μειδιάσας εἶπε πρὸς αὐτούς· “ὦ γενναῖοι Θηβαῖοι, τί ἀποκλείσαντες ἑαυτοὺς ἐν ταῖς τῶν τειχέων πύλαις παρακελεύεσθε πολεμεῖν βασιλεῖ Ἀλεξάνδρῳ; ἐγὼ οὖν μαχήσομαι, οὐχ ὡς πρὸς γενναίους τινὰς καὶ ἐμπείρους πολέμου, ἀλλὰ πρὸς ἰδιωτικὰς καὶ δειλίας πεπληρωμένας γυναῖκας. ἑαυτοὺς γὰρ ὡς γυναικάρια ἀποκλείσαντες ἐντὸς τῶν τειχέων τοῖς</w:t>
      </w:r>
    </w:p>
    <w:p>
      <w:r>
        <w:rPr>
          <w:rFonts w:ascii="Courier New" w:hAnsi="Courier New"/>
          <w:color w:val="555555"/>
          <w:sz w:val="20"/>
        </w:rPr>
        <w:t>[10]</w:t>
      </w:r>
    </w:p>
    <w:p>
      <w:r>
        <w:rPr>
          <w:rFonts w:ascii="Gentium Plus" w:hAnsi="Gentium Plus"/>
          <w:sz w:val="24"/>
        </w:rPr>
        <w:t>ἔξω προσφωνεῖτε.” καὶ ταῦτα εἰπὼν ἐκέλευσε χιλίους ἱππεῖς διατρέχειν ἔξω</w:t>
      </w:r>
    </w:p>
    <w:p>
      <w:r>
        <w:rPr>
          <w:rFonts w:ascii="Courier New" w:hAnsi="Courier New"/>
          <w:color w:val="555555"/>
          <w:sz w:val="20"/>
        </w:rPr>
        <w:t>[15]</w:t>
      </w:r>
    </w:p>
    <w:p>
      <w:r>
        <w:rPr>
          <w:rFonts w:ascii="Gentium Plus" w:hAnsi="Gentium Plus"/>
          <w:sz w:val="24"/>
        </w:rPr>
        <w:t>τιωτῶν βίᾳ συνωθούμενα καὶ μακρόθεν ἐξαφίεται πρὸς τὰ τείχη καὶ τοὺς πάνυ ἁρμολογηθέντας τοίχους διαλύουσιν. Ἀλέξανδρος δὲ μετὰ ἑτέρων χιλίων σφεν‐ δονιστῶν καὶ λογχοβόλων διέτρεχεν. περιεχεῖτο δὲ πάντῃ πῦρ καὶ λίθοι καὶ βέλη καὶ δόρατα ἠκοντίζοντο. ἀπὸ δὲ τῶν τειχέων οἱ Θηβαῖοι κατέπιπτον τιτρωσκόμενοι μὴ δυνάμενοι ἀντιπαρατάξασθαι Ἀλεξάνδρῳ.</w:t>
      </w:r>
    </w:p>
    <w:p>
      <w:r>
        <w:rPr>
          <w:rFonts w:ascii="Courier New" w:hAnsi="Courier New"/>
          <w:color w:val="555555"/>
          <w:sz w:val="20"/>
        </w:rPr>
        <w:t>[20]</w:t>
      </w:r>
    </w:p>
    <w:p>
      <w:r>
        <w:rPr>
          <w:rFonts w:ascii="Gentium Plus" w:hAnsi="Gentium Plus"/>
          <w:sz w:val="24"/>
        </w:rPr>
        <w:t>Διὰ δὲ τριῶν ἡμερῶν πᾶσα ἡ Θηβαίων πόλις ἐπυρπολεῖτο. πρώτη οὖν διαρ‐ ρήσσεται ἡ καλουμένη † Καλμία † πύλη, ἔνθα ἦν Ἀλέξανδρος ἐφεστώς, καὶ εὐ‐ θέως εἰσῆλθεν Ἀλέξανδρος πρῶτος τοὺς μὲν τιτρώσκων, τοὺς δὲ ἐκφοβῶν καὶ συνταράσσων. ἐπεισέρχονται δὲ καὶ διὰ τῶν ἄλλων πυλῶν πλήθη στρατιωτῶν. ἦν δὲ πᾶν τὸ πλῆθος ὡσεὶ τετρακισχίλιοι ἄνδρες. καὶ πάντας ἀναιροῦσιν, τὰ δὲ</w:t>
      </w:r>
    </w:p>
    <w:p>
      <w:r>
        <w:rPr>
          <w:rFonts w:ascii="Courier New" w:hAnsi="Courier New"/>
          <w:color w:val="555555"/>
          <w:sz w:val="20"/>
        </w:rPr>
        <w:t>[25]</w:t>
      </w:r>
    </w:p>
    <w:p>
      <w:r>
        <w:rPr>
          <w:rFonts w:ascii="Gentium Plus" w:hAnsi="Gentium Plus"/>
          <w:sz w:val="24"/>
        </w:rPr>
        <w:t>τείχη διέλυον. ὀξύτατον γὰρ τὸ Μακεδονικὸν στράτευμα τὰ ὑπὸ Ἀλεξάνδρου κελευόμενα πάντα ἐξετέλουν. πολλῶν οὖν λύθρων ἀνθρωπίνων κατεβρέχετο ἡ γῆ. πολλοὶ δὲ Θηβαῖοι συνέπιπτον εἰς τὸ ἔδαφος μετὰ τῶν πύργων. λάβρως δὲ κατακαιομένης πυρὶ τῆς τῶν Θηβαίων πόλεως χειρὶ Μακεδονικῇ ἀπώλλοντο. Καὶ τότε τις τῶν Θηβαίων αὐλῶν μελῶν ἔμπειρος ἄνθρωπος καὶ σοφὸς τῇ</w:t>
      </w:r>
    </w:p>
    <w:p>
      <w:r>
        <w:rPr>
          <w:rFonts w:ascii="Courier New" w:hAnsi="Courier New"/>
          <w:color w:val="555555"/>
          <w:sz w:val="20"/>
        </w:rPr>
        <w:t>[30]</w:t>
      </w:r>
    </w:p>
    <w:p>
      <w:r>
        <w:rPr>
          <w:rFonts w:ascii="Gentium Plus" w:hAnsi="Gentium Plus"/>
          <w:sz w:val="24"/>
        </w:rPr>
        <w:t>γνώμῃ τυγχάνων, ἰδὼν τὰς Θήβας καταριπτομένας καὶ πᾶσαν ἡλικίαν ἀναι‐ ρουμένην, στενάξας ὑπὲρ τῆς πατρίδος αὐτοῦ καὶ δόξας διὰ τῆς τῶν αὐλῶν ἐμπειρίας ἀριστεύειν, ἤρξατο προσπίπτειν καὶ ἱκετεύειν τὸν Ἀλέξανδρον· καὶ ἔρχεται παρὰ τοὺς πόδας αὐτοῦ γονυκλινὴς γενόμενος καὶ οἰκτρόν τι καὶ κατα‐ δεὲς καὶ ἐλεημονικὸν μέλος ἀναμελψάμενος. οὕτως διὰ τῆς τῶν αὐλῶν δεήσεως</w:t>
      </w:r>
    </w:p>
    <w:p>
      <w:r>
        <w:rPr>
          <w:rFonts w:ascii="Courier New" w:hAnsi="Courier New"/>
          <w:color w:val="555555"/>
          <w:sz w:val="20"/>
        </w:rPr>
        <w:t>[35]</w:t>
      </w:r>
    </w:p>
    <w:p>
      <w:r>
        <w:rPr>
          <w:rFonts w:ascii="Gentium Plus" w:hAnsi="Gentium Plus"/>
          <w:sz w:val="24"/>
        </w:rPr>
        <w:t>καὶ θρήνου μελῳδῶν ἠδυνήθη ἐξιλεώσασθαι τὸν Ἀλέξανδρον μετὰ πολλῶν δακρύων. καὶ ἄρχεται λέγειν τοιάδε· “Ἀλέξανδρε βασιλεῦ μέγιστε, νῦν πείρᾳ</w:t>
      </w:r>
    </w:p>
    <w:p>
      <w:r>
        <w:rPr>
          <w:rFonts w:ascii="Courier New" w:hAnsi="Courier New"/>
          <w:color w:val="555555"/>
          <w:sz w:val="20"/>
        </w:rPr>
        <w:t>[2 . 6]</w:t>
      </w:r>
    </w:p>
    <w:p>
      <w:r>
        <w:rPr>
          <w:rFonts w:ascii="Gentium Plus" w:hAnsi="Gentium Plus"/>
          <w:sz w:val="24"/>
        </w:rPr>
        <w:t>Καὶ εὐθέως παραλαβὼν Ἀλέξανδρος τὰ στρατόπεδα αὐτοῦ ὥρμησεν ἐπὶ τὰ μέρη τῶν βαρβάρων διὰ τῆς Κιλικίας.</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[2 . 7]</w:t>
      </w:r>
    </w:p>
    <w:p>
      <w:r>
        <w:rPr>
          <w:rFonts w:ascii="Gentium Plus" w:hAnsi="Gentium Plus"/>
          <w:sz w:val="24"/>
        </w:rPr>
        <w:t>Δαρεῖος δὲ συνήθροιζε τοὺς ἡγεμόνας Περσῶν καὶ συνεβουλεύοντο τί δέον αὐτοὺς πρᾶξαι. ἔλεγε δὲ Δαρεῖος· “ὡς ὁρῶ, κατὰ προσθήκεν ὁ πόλεμος εἰς δύναμιν ἐπιβαίνει. κἀγὼ μὲν Ἀλέξανδρον λῃστρικὰ φρονεῖν ὑπενόουν, αὐτὸς δὲ βασιλικὰ ἔργα ἐπιχειρεῖ. καὶ καθὼς οὖν ἡμεῖς μεγάλοι δοκοῦμεν εἶναι Πέρσαι,</w:t>
      </w:r>
    </w:p>
    <w:p>
      <w:r>
        <w:rPr>
          <w:rFonts w:ascii="Courier New" w:hAnsi="Courier New"/>
          <w:color w:val="555555"/>
          <w:sz w:val="20"/>
        </w:rPr>
        <w:t>[5]</w:t>
      </w:r>
    </w:p>
    <w:p>
      <w:r>
        <w:rPr>
          <w:rFonts w:ascii="Gentium Plus" w:hAnsi="Gentium Plus"/>
          <w:sz w:val="24"/>
        </w:rPr>
        <w:t>μείζων Ἀλέξανδρος τῇ πολλῇ φρονήσει τυγχάνει. † ἡμᾶς δὲ πέμψαι † αὐτῷ σκῦτον καὶ σφαῖραν ἐπὶ τὸ παίζειν καὶ παιδεύεσθαι. ὥστε σκεψώμεθα τὰ συμφέ‐ ροντα εἰς ἐπανόρθωσιν τῶν πραγμάτων μὴ ἐξουθενοῦντες ὡς μηδένα ὄντα τὸν</w:t>
      </w:r>
    </w:p>
    <w:p>
      <w:r>
        <w:rPr>
          <w:rFonts w:ascii="Courier New" w:hAnsi="Courier New"/>
          <w:color w:val="555555"/>
          <w:sz w:val="20"/>
        </w:rPr>
        <w:t>[10]</w:t>
      </w:r>
    </w:p>
    <w:p>
      <w:r>
        <w:rPr>
          <w:rFonts w:ascii="Gentium Plus" w:hAnsi="Gentium Plus"/>
          <w:sz w:val="24"/>
        </w:rPr>
        <w:t>νότερον εὑρεθῇ τοῦ καιροῦ καὶ τῆς προνοίας μεταβολὴν τοῦ διαδήματος παρα‐ χωρούσης. καὶ νῦν συμφέρον ἡμῖν ἐστιν, ἵνα τῶν ἰδίων βαρβάρων ἄρχωμεν καὶ μὴ ζητοῦντες τὴν Ἑλλάδα λυτρώσασθαι ἀπολέσωμεν καὶ τὴν Περσίδα.” Ὀξυδέρκης δὲ ὁ ἀδελφὸς Δαρείου λέγει πρὸς αὐτόν· “ἤδη μέγα ποιεῖς τὸν Ἀλέξανδρον καὶ θάρσος αὐτῷ παρέχεις ἐπιβῆναι τῇ Περσίδι παραχωρήσας</w:t>
      </w:r>
    </w:p>
    <w:p>
      <w:r>
        <w:rPr>
          <w:rFonts w:ascii="Courier New" w:hAnsi="Courier New"/>
          <w:color w:val="555555"/>
          <w:sz w:val="20"/>
        </w:rPr>
        <w:t>[15]</w:t>
      </w:r>
    </w:p>
    <w:p>
      <w:r>
        <w:rPr>
          <w:rFonts w:ascii="Gentium Plus" w:hAnsi="Gentium Plus"/>
          <w:sz w:val="24"/>
        </w:rPr>
        <w:t>αὐτῷ τὴν Ἑλλάδα. μίμησαι οὖν καὶ αὐτὸς τὸν Ἀλέξανδρον καὶ οὕτως κατακρα‐ τήσεις τῆς βασιλείας. ἐκεῖνος γὰρ οὔτε στρατηγοῖς οὔτε σατράπαις ἐπίστευσε τὸν πόλεμον ὥσπερ σύ, ἀλλὰ πρῶτος ὁρμῶν εἰς τοὺς πολέμους καὶ προασπίζων τῶν στρατοπέδων αὐτοῦ καὶ μαχόμενος ἀποτίθεται τὴν βασιλείαν, νικήσας δὲ ἀναλαμβάνει τὸ βασίλειον.” ὁ δὲ Δαρεῖος εἶπεν· “τί οὖν αὐτὸν μιμήσωμαι;”</w:t>
      </w:r>
    </w:p>
    <w:p>
      <w:r>
        <w:rPr>
          <w:rFonts w:ascii="Courier New" w:hAnsi="Courier New"/>
          <w:color w:val="555555"/>
          <w:sz w:val="20"/>
        </w:rPr>
        <w:t>[20]</w:t>
      </w:r>
    </w:p>
    <w:p>
      <w:r>
        <w:rPr>
          <w:rFonts w:ascii="Gentium Plus" w:hAnsi="Gentium Plus"/>
          <w:sz w:val="24"/>
        </w:rPr>
        <w:t>καὶ εἶπεν αὐτῷ ἕτερος στρατηγός· “τοῦτο αὐτό· πάντων γὰρ περιγενόμενος</w:t>
      </w:r>
    </w:p>
    <w:p>
      <w:r>
        <w:rPr>
          <w:rFonts w:ascii="Courier New" w:hAnsi="Courier New"/>
          <w:color w:val="555555"/>
          <w:sz w:val="20"/>
        </w:rPr>
        <w:t>[25]</w:t>
      </w:r>
    </w:p>
    <w:p>
      <w:r>
        <w:rPr>
          <w:rFonts w:ascii="Gentium Plus" w:hAnsi="Gentium Plus"/>
          <w:sz w:val="24"/>
        </w:rPr>
        <w:t>δρου ἐν Μακεδονίᾳ καὶ τὴν μορφὴν αὐτοῦ καὶ τὴν φρόνησιν καὶ τὸν χαρακτῆρα. ὥστε οὖν καὶ σύ, βασιλεῦ, 〈μετάπεμψαι〉 τοιούτους σατράπας καὶ ὅσα ἔθνη σοί ἐστι Περσῶν καὶ Πάρθων καὶ Μήδων καὶ Ἐλυμαίων καὶ Βαβυλωνίων καὶ τῶν κατὰ τὴν Μεσοποταμίαν καὶ Ἰλλύρων χώραν, ἵνα μή σοι λέγω τὰ Βάκτρων καὶ τὰ Ἰνδῶν ὀνόματα. ἔστι γάρ σοι ἔθνη πολλά. καὶ στράτευσον ἐξ αὐτῶν, εἰ</w:t>
      </w:r>
    </w:p>
    <w:p>
      <w:r>
        <w:rPr>
          <w:rFonts w:ascii="Courier New" w:hAnsi="Courier New"/>
          <w:color w:val="555555"/>
          <w:sz w:val="20"/>
        </w:rPr>
        <w:t>[30]</w:t>
      </w:r>
    </w:p>
    <w:p>
      <w:r>
        <w:rPr>
          <w:rFonts w:ascii="Gentium Plus" w:hAnsi="Gentium Plus"/>
          <w:sz w:val="24"/>
        </w:rPr>
        <w:t>δυνατόν ἐστί σοι καὶ τοὺς θεοὺς ἔχειν εἰς συμμαχίαν καὶ ἡττῆσαι τοὺς Ἕλληνας. μέντοιγε τῷ πλήθει τῶν ὄχλων θαμβήσομεν τοὺς πολεμίους ἡμῶν.” ἀκούσας</w:t>
      </w:r>
    </w:p>
    <w:p>
      <w:r>
        <w:rPr>
          <w:rFonts w:ascii="Courier New" w:hAnsi="Courier New"/>
          <w:color w:val="555555"/>
          <w:sz w:val="20"/>
        </w:rPr>
        <w:t>[35]</w:t>
      </w:r>
    </w:p>
    <w:p>
      <w:r>
        <w:rPr>
          <w:rFonts w:ascii="Gentium Plus" w:hAnsi="Gentium Plus"/>
          <w:sz w:val="24"/>
        </w:rPr>
        <w:t>θροίζεσθαι τὰ πλήθη.</w:t>
      </w:r>
    </w:p>
    <w:p>
      <w:r>
        <w:rPr>
          <w:rFonts w:ascii="Courier New" w:hAnsi="Courier New"/>
          <w:color w:val="555555"/>
          <w:sz w:val="20"/>
        </w:rPr>
        <w:t>[35]</w:t>
      </w:r>
    </w:p>
    <w:p>
      <w:r>
        <w:rPr>
          <w:rFonts w:ascii="Gentium Plus" w:hAnsi="Gentium Plus"/>
          <w:sz w:val="24"/>
        </w:rPr>
      </w:r>
    </w:p>
    <w:p>
      <w:r>
        <w:rPr>
          <w:rFonts w:ascii="Courier New" w:hAnsi="Courier New"/>
          <w:color w:val="555555"/>
          <w:sz w:val="20"/>
        </w:rPr>
        <w:t>[2 . 8]</w:t>
      </w:r>
    </w:p>
    <w:p>
      <w:r>
        <w:rPr>
          <w:rFonts w:ascii="Gentium Plus" w:hAnsi="Gentium Plus"/>
          <w:sz w:val="24"/>
        </w:rPr>
        <w:t>Ὁ δὲ Ἀλέξανδρος ὁδεύσας διὰ Κιλικίας ἦλθεν ἐπὶ τὸν ποταμὸν τὸν λεγό‐ μενον Ὠκεανόν. κατάρρουν δὲ τὸ ὕδωρ ἐστὶ καὶ ἰδὼν Ἀλέξανδρος ἐπεθύμησε λούσασθαι ἐν τῷ ποταμῷ. καὶ ἀποδυσάμενος ἐνήλατο ἐν αὐτῷ ψυχροῦ ὄντος σφόδρα τοῦ ὕδατος. καὶ οὐκ ἐγένετο αὐτῷ σωτήριον. ψυγεὶς γὰρ ἤλγησε τὴν</w:t>
      </w:r>
    </w:p>
    <w:p>
      <w:r>
        <w:rPr>
          <w:rFonts w:ascii="Courier New" w:hAnsi="Courier New"/>
          <w:color w:val="555555"/>
          <w:sz w:val="20"/>
        </w:rPr>
        <w:t>[5]</w:t>
      </w:r>
    </w:p>
    <w:p>
      <w:r>
        <w:rPr>
          <w:rFonts w:ascii="Gentium Plus" w:hAnsi="Gentium Plus"/>
          <w:sz w:val="24"/>
        </w:rPr>
        <w:t>κεφαλὴν καὶ πάντα τὰ ἐντὸς αὐτοῦ καὶ χαλεπῶς ἔκειτο. οἱ δὲ Μακεδόνες κατα‐ κειμένου τοῦ Ἀλεξάνδρου καὶ δεινοπαθοῦντος αὐτοῦ αὐτοὶ ἐνόσουν τὰς ψυχάς, μήπως ἐπιγνοὺς Δαρεῖος τὴν νόσον Ἀλεξάνδρου ἐπέλθῃ αὐτοῖς. οὕτως μία ψυχὴ Ἀλεξάνδρου τὰς τοσαύτας ψυχὰς τῶν στρατοπέδων ἔθραυσεν. καὶ δή τις</w:t>
      </w:r>
    </w:p>
    <w:p>
      <w:r>
        <w:rPr>
          <w:rFonts w:ascii="Courier New" w:hAnsi="Courier New"/>
          <w:color w:val="555555"/>
          <w:sz w:val="20"/>
        </w:rPr>
        <w:t>[10]</w:t>
      </w:r>
    </w:p>
    <w:p>
      <w:r>
        <w:rPr>
          <w:rFonts w:ascii="Gentium Plus" w:hAnsi="Gentium Plus"/>
          <w:sz w:val="24"/>
        </w:rPr>
        <w:t>πότιον καὶ ἀπαλλάξαι αὐτὸν τῆς νόσου. ὁ δὲ Ἀλέξανδρος ὑπεύθυνος ἐγένετο τοῦ δέξασθαι. ὁ δὲ Φίλιππος ηὐτρέπιζε τὸ φάρμακον. ἐπιστολὴ δὲ ἐδόθη τῷ Ἀλεξάν‐ δρῳ ἐκπεμφθεῖσα ὑπὸ Παρμενίου τινὸς στρατηγοῦ τυγχάνοντος Ἀλεξάνδρου τοῦ βασιλέως, ὡς Δαρεῖος εἶπε Φιλίππῳ τῷ ἰατρῷ, ἵνα σχὼν εὐκαιρίαν φαρ‐ μάκῳ ἀνέλῃ σε, ἐπαγγειλάμενος δοῦναι αὐτῷ τὴν ἰδίαν ἀδελφὴν πρὸς γάμον</w:t>
      </w:r>
    </w:p>
    <w:p>
      <w:r>
        <w:rPr>
          <w:rFonts w:ascii="Courier New" w:hAnsi="Courier New"/>
          <w:color w:val="555555"/>
          <w:sz w:val="20"/>
        </w:rPr>
        <w:t>[15]</w:t>
      </w:r>
    </w:p>
    <w:p>
      <w:r>
        <w:rPr>
          <w:rFonts w:ascii="Gentium Plus" w:hAnsi="Gentium Plus"/>
          <w:sz w:val="24"/>
        </w:rPr>
        <w:t>καὶ κοινωνὸν ποιῆσαι αὐτὸν τῆς βασιλείας αὐτοῦ, καὶ ὑπέσχετο Φίλιππος τοῦτο ποιεῖν. φύλασσε οὖν σεαυτόν, βασιλεῦ, ἀπὸ Φιλίππου. ὁ δὲ Ἀλέξανδρος ἀναγνοὺς τὴν ἐπιστολὴν οὐκ ἐταράχθη. ᾔδει γὰρ τὴν γνώμην Φιλίππου οἵα ἦν πρὸς αὐτόν. ἔθετο οὖν τὴν ἐπιστολὴν πρὸς τὴν κεφαλὴν αὐτοῦ. προσελθὼν δὲ Φίλιππος ὁ ἰατρὸς ἐπέδωκεν Ἀλεξάνδρῳ τῷ βασιλεῖ πιεῖν τὴν κύλικα τοῦ φαρμάκου εἰπών·</w:t>
      </w:r>
    </w:p>
    <w:p>
      <w:r>
        <w:rPr>
          <w:rFonts w:ascii="Courier New" w:hAnsi="Courier New"/>
          <w:color w:val="555555"/>
          <w:sz w:val="20"/>
        </w:rPr>
        <w:t>[20]</w:t>
      </w:r>
    </w:p>
    <w:p>
      <w:r>
        <w:rPr>
          <w:rFonts w:ascii="Gentium Plus" w:hAnsi="Gentium Plus"/>
          <w:sz w:val="24"/>
        </w:rPr>
        <w:t>“πίε, δέσποτα βασιλεῦ, καὶ ἀπαλλάσσῃ τῆς νόσου.” λαβὼν δὲ Ἀλέξανδρος τὴν κύλικα καὶ κρατήσας τῇ δεξιᾷ χειρὶ ἔβλεπε ἐπὶ πολὺ τῷ Φιλίππῳ καὶ εἶπεν αὐτῷ· “Φίλιππε, πῶς σοι ἐμαυτὸν πιστεύσω;” ὁ δὲ Φίλιππος εἶπεν· “πίε, βασι‐ λεῦ, καὶ μηδὲν εὐλαβηθῇς· ἀνέγκλητόν ἐστι τὸ φάρμακον.” ὁ δὲ Ἀλέξανδρος εἶπεν· “ἰδοὺ πίνω.” καὶ εὐθέως ἔπιε καὶ μετὰ τὸ πιεῖν τότε ἐπέδωκεν αὐτῷ τὴν</w:t>
      </w:r>
    </w:p>
    <w:p>
      <w:r>
        <w:rPr>
          <w:rFonts w:ascii="Courier New" w:hAnsi="Courier New"/>
          <w:color w:val="555555"/>
          <w:sz w:val="20"/>
        </w:rPr>
        <w:t>[25]</w:t>
      </w:r>
    </w:p>
    <w:p>
      <w:r>
        <w:rPr>
          <w:rFonts w:ascii="Gentium Plus" w:hAnsi="Gentium Plus"/>
          <w:sz w:val="24"/>
        </w:rPr>
        <w:t>ἐπιστολήν. ὁ δὲ Φίλιππος ἀναγνοὺς καθ’ ἑαυτὸν τὰ γεγραμμένα εἶπεν· “Ἀλέξαν‐ δρε βασιλεῦ, οὐχ ὅμοιόν με εὑρήσεις τοῖς γεγραμμένοις.” ἀνασωθεὶς δὲ Ἀλέξαν‐ δρος τῆς νόσου περιεπλάκη τῷ Φιλίππῳ καὶ εἶπεν αὐτῷ· “ἔμαθες ποίαν γνώ‐ μην ἔχω πρός σε, Φίλιππε. πρότερον γὰρ τὴν ἐπιστολὴν εἴληφα τοῦ φαρμάκου καὶ τότε ἔπιον τὸ φάρμακον πιστεύσας ἐμαυτὸν τῷ ὀνόματί σου. ᾔδειν γὰρ ὅτι</w:t>
      </w:r>
    </w:p>
    <w:p>
      <w:r>
        <w:rPr>
          <w:rFonts w:ascii="Courier New" w:hAnsi="Courier New"/>
          <w:color w:val="555555"/>
          <w:sz w:val="20"/>
        </w:rPr>
        <w:t>[30]</w:t>
      </w:r>
    </w:p>
    <w:p>
      <w:r>
        <w:rPr>
          <w:rFonts w:ascii="Gentium Plus" w:hAnsi="Gentium Plus"/>
          <w:sz w:val="24"/>
        </w:rPr>
        <w:t>Φίλιππος κατὰ Ἀλεξάνδρου οὐδὲν χαλεπὸν ἐβουλεύσατο.” ὁ δὲ Φίλιππος εἶπεν· “δέσποτα βασιλεῦ, νῦν κόλαζε τὸν πέμψαντά σοι τὴν ἐπιστολὴν Παρμένιον ἀξίως. αὐτὸς γὰρ πολλάκις με πεῖσαι ἐζήτησε φαρμάκῳ σε ἀναιρῆσαι, ἐφ’ οἷς λάβοιμι τὴν ἀδελφὴν Δαρείου Δαδιφάρταν πρὸς γάμον. καὶ ἀρνησαμένου μου ἴδε οἵῳ χαλεπῷ με παρέθετο παρὰ σοὶ θανάτῳ.” καὶ ταῦτα ἐξετάσας Ἀλέξαν‐</w:t>
      </w:r>
    </w:p>
    <w:p>
      <w:r>
        <w:rPr>
          <w:rFonts w:ascii="Courier New" w:hAnsi="Courier New"/>
          <w:color w:val="555555"/>
          <w:sz w:val="20"/>
        </w:rPr>
        <w:t>[35]</w:t>
      </w:r>
    </w:p>
    <w:p>
      <w:r>
        <w:rPr>
          <w:rFonts w:ascii="Gentium Plus" w:hAnsi="Gentium Plus"/>
          <w:sz w:val="24"/>
        </w:rPr>
        <w:t>δρος καὶ εὑρὼν ἀναίτιον τὸν Φίλιππον τὸν Παρμένιον διαδέχεται.</w:t>
      </w:r>
    </w:p>
    <w:p>
      <w:r>
        <w:rPr>
          <w:rFonts w:ascii="Courier New" w:hAnsi="Courier New"/>
          <w:color w:val="555555"/>
          <w:sz w:val="20"/>
        </w:rPr>
        <w:t>[35]</w:t>
      </w:r>
    </w:p>
    <w:p>
      <w:r>
        <w:rPr>
          <w:rFonts w:ascii="Gentium Plus" w:hAnsi="Gentium Plus"/>
          <w:sz w:val="24"/>
        </w:rPr>
      </w:r>
    </w:p>
    <w:p>
      <w:r>
        <w:rPr>
          <w:rFonts w:ascii="Courier New" w:hAnsi="Courier New"/>
          <w:color w:val="555555"/>
          <w:sz w:val="20"/>
        </w:rPr>
        <w:t>[2 . 9]</w:t>
      </w:r>
    </w:p>
    <w:p>
      <w:r>
        <w:rPr>
          <w:rFonts w:ascii="Gentium Plus" w:hAnsi="Gentium Plus"/>
          <w:sz w:val="24"/>
        </w:rPr>
        <w:t>Ἐκεῖθεν οὖν παραλαβὼν τὰ στρατόπεδα αὐτοῦ ὁ Ἀλέξανδρος παραγίνεται εἰς τὴν τῶν Μήδων χώραν. ἠπείγετο δὲ καταλαβεῖν τὴν μεγάλην Ἀρμενίαν καὶ ταύτην δουλωσάμενος ὥδευσεν ἱκανὰς ἡμέρας ἀνύδρους τόπους καὶ φαραγγώ‐</w:t>
      </w:r>
    </w:p>
    <w:p>
      <w:r>
        <w:rPr>
          <w:rFonts w:ascii="Courier New" w:hAnsi="Courier New"/>
          <w:color w:val="555555"/>
          <w:sz w:val="20"/>
        </w:rPr>
        <w:t>[5]</w:t>
      </w:r>
    </w:p>
    <w:p>
      <w:r>
        <w:rPr>
          <w:rFonts w:ascii="Gentium Plus" w:hAnsi="Gentium Plus"/>
          <w:sz w:val="24"/>
        </w:rPr>
        <w:t>γεφυρώσας ψαλίσι καὶ σιδηραῖς κνήμεσιν ἐκέλευσε τὰ στρατόπεδα περᾶσαι. ὡς δὲ εἶδεν αὐτοὺς δειλιῶντας, κελεύει τὰ κτήνη καὶ τὰ κάρνα καὶ τὰς τροφὰς πάντων πρῶτον διαπερᾶσαι καὶ τότε τὰ στρατόπεδα. οἱ δὲ δειλῶς εἶχον ὁρῶν‐ τες τὴν ἐπίρροιαν τοῦ ποταμοῦ, μήπως λυθῶσιν αἱ ψαλίδες. μὴ τολμώντων δὲ αὐτῶν περᾶσαι λαβὼν μεθ’ ἑαυτοῦ Ἀλέξανδρος τοὺς ὑπερασπιστὰς πρῶτος</w:t>
      </w:r>
    </w:p>
    <w:p>
      <w:r>
        <w:rPr>
          <w:rFonts w:ascii="Courier New" w:hAnsi="Courier New"/>
          <w:color w:val="555555"/>
          <w:sz w:val="20"/>
        </w:rPr>
        <w:t>[10]</w:t>
      </w:r>
    </w:p>
    <w:p>
      <w:r>
        <w:rPr>
          <w:rFonts w:ascii="Gentium Plus" w:hAnsi="Gentium Plus"/>
          <w:sz w:val="24"/>
        </w:rPr>
        <w:t>διέβη. διῆλθεν οὖν καὶ ἡ παράταξις αὐτοῦ πᾶσα. καὶ εὐθέως ἐκέλευσε τὰ ζεύγματα διαλυθῆναι τοῦ Εὐφράτου. ὁ δὲ στρατὸς ἅπας ἐδυσχέραινεν ἐπὶ τούτῳ καὶ πλεῖον ἐδειλίων λέγοντες· “Ἀλέξανδρε βασιλεῦ, εἰ γένοιτο ἡμᾶς πολεμοῦντας ἀνατραπῆναι ὑπὸ τῶν βαρβάρων, πῶς ἔχωμεν τὴν σωτηρίαν ἡμῶν τοῦ δια‐ περᾶσαι;” ὁ δὲ Ἀλέξανδρος ἰδὼν τὴν δειλίαν αὐτῶν καὶ ἀκούσας τὸν εἰς αὐτοὺς</w:t>
      </w:r>
    </w:p>
    <w:p>
      <w:r>
        <w:rPr>
          <w:rFonts w:ascii="Courier New" w:hAnsi="Courier New"/>
          <w:color w:val="555555"/>
          <w:sz w:val="20"/>
        </w:rPr>
        <w:t>[15]</w:t>
      </w:r>
    </w:p>
    <w:p>
      <w:r>
        <w:rPr>
          <w:rFonts w:ascii="Gentium Plus" w:hAnsi="Gentium Plus"/>
          <w:sz w:val="24"/>
        </w:rPr>
        <w:t>γενόμενον θρύλλον συνάξας ἅπαντα τὰ στρατεύματα ἀπεφήνατο αὐτοῖς οὕτως· “ἄνδρες συστρατιῶται, καλάς μοι ἐλπίδας δίδοτε τῆς νίκης τοῦτο ἔχοντες κατὰ γνώμην ἡττημένοι ὑποστραφῆναι. διὰ τοῦτο οὖν ἐκέλευσα ἐκκοπῆναι τὴν γέφυ‐</w:t>
      </w:r>
    </w:p>
    <w:p>
      <w:r>
        <w:rPr>
          <w:rFonts w:ascii="Courier New" w:hAnsi="Courier New"/>
          <w:color w:val="555555"/>
          <w:sz w:val="20"/>
        </w:rPr>
        <w:t>[20]</w:t>
      </w:r>
    </w:p>
    <w:p>
      <w:r>
        <w:rPr>
          <w:rFonts w:ascii="Gentium Plus" w:hAnsi="Gentium Plus"/>
          <w:sz w:val="24"/>
        </w:rPr>
        <w:t>ποιήσαντες νικηφόροι ὑποστρέψωμεν. ἡ γὰρ συμβολὴ τοῦ πολέμου παίγνιον ἡμῖν ἐστιν.” καὶ οὕτως ἀποφηναμένου Ἀλεξάνδρου τιμὰς ἐδίδοσαν τὰ στρα‐ τεύματα καὶ εὐθύμως τῷ πολέμῳ ἐπέβαινον καὶ σκηνοποιούμενοι ἐκαθέζοντο. Ὁμοίως δὲ καὶ τὸ Δαρείου στρατόπεδον ἐκαθέζετο ἐπάνω τοῦ Τίγρεως πο‐ ταμοῦ. συνέβαλλον δὲ ἀλλήλοις εἰς πόλεμον καὶ ἀμφότερα τὰ τάγματα γενναίως</w:t>
      </w:r>
    </w:p>
    <w:p>
      <w:r>
        <w:rPr>
          <w:rFonts w:ascii="Courier New" w:hAnsi="Courier New"/>
          <w:color w:val="555555"/>
          <w:sz w:val="20"/>
        </w:rPr>
        <w:t>[25]</w:t>
      </w:r>
    </w:p>
    <w:p>
      <w:r>
        <w:rPr>
          <w:rFonts w:ascii="Gentium Plus" w:hAnsi="Gentium Plus"/>
          <w:sz w:val="24"/>
        </w:rPr>
        <w:t>ἐπολέμουν πρὸς ἀλλήλους. καί τις τῶν Περσῶν ὄπισθεν Ἀλεξάνδρου ἐλθὼν ἀναλαβὼν Μακεδονικὸν ὅπλον καὶ ὡς σύμμαχος Μακεδόνων γενόμενος κατή‐ νεγκε κατὰ τῆς κεφαλῆς Ἀλεξάνδρου καὶ ἔθραυσεν αὐτοῦ τὴν κορυφήν. εὐθέως δὲ συλληφθεὶς ὑπὸ τῶν στρατοπέδων Ἀλεξάνδρου παρίσταται αὐτῷ δέσμιος. ὁ δὲ Ἀλέξανδρος νομίσας αὐτὸν Μακεδόνα εἶναι λέγει αὐτῷ· “ὦ γενναῖε, τί σοι</w:t>
      </w:r>
    </w:p>
    <w:p>
      <w:r>
        <w:rPr>
          <w:rFonts w:ascii="Courier New" w:hAnsi="Courier New"/>
          <w:color w:val="555555"/>
          <w:sz w:val="20"/>
        </w:rPr>
        <w:t>[30]</w:t>
      </w:r>
    </w:p>
    <w:p>
      <w:r>
        <w:rPr>
          <w:rFonts w:ascii="Gentium Plus" w:hAnsi="Gentium Plus"/>
          <w:sz w:val="24"/>
        </w:rPr>
        <w:t>ἔδοξε τοῦτο ποιῆσαι;” ὁ δὲ εἶπεν αὐτῷ· “βασιλεῦ Ἀλέξανδρε, μὴ πλανήσῃ σε τὰ Μακεδονικὰ ὅπλα μου. ἐγὼ γὰρ Πέρσης εἰμί, Δαρείου σατράπης, καὶ προσελ‐</w:t>
      </w:r>
    </w:p>
    <w:p>
      <w:r>
        <w:rPr>
          <w:rFonts w:ascii="Courier New" w:hAnsi="Courier New"/>
          <w:color w:val="555555"/>
          <w:sz w:val="20"/>
        </w:rPr>
        <w:t>[35]</w:t>
      </w:r>
    </w:p>
    <w:p>
      <w:r>
        <w:rPr>
          <w:rFonts w:ascii="Gentium Plus" w:hAnsi="Gentium Plus"/>
          <w:sz w:val="24"/>
        </w:rPr>
        <w:t>ὃ ἤλπιζον οὐκ ἐπέτυχον.” ἀκούσας δὲ ταῦτα Ἀλέξανδρος μεταπεμψάμενος ὅλον τὸ στρατόπεδον αὐτοῦ θεωρούντων πάντων τοῦτον ἀπέλυσεν. εἶπε δὲ πρὸς τὸν ἴδιον στρατόν· “ἄνδρες Μακεδόνες, τοιούτους ἔδει τοὺς στρατιώτας εἶναι [τολμηροὺς] πρὸς πόλεμον.”</w:t>
      </w:r>
    </w:p>
    <w:p>
      <w:r>
        <w:rPr>
          <w:rFonts w:ascii="Courier New" w:hAnsi="Courier New"/>
          <w:color w:val="555555"/>
          <w:sz w:val="20"/>
        </w:rPr>
        <w:t>[38]</w:t>
      </w:r>
    </w:p>
    <w:p>
      <w:r>
        <w:rPr>
          <w:rFonts w:ascii="Gentium Plus" w:hAnsi="Gentium Plus"/>
          <w:sz w:val="24"/>
        </w:rPr>
      </w:r>
    </w:p>
    <w:p>
      <w:r>
        <w:rPr>
          <w:rFonts w:ascii="Courier New" w:hAnsi="Courier New"/>
          <w:color w:val="555555"/>
          <w:sz w:val="20"/>
        </w:rPr>
        <w:t>[2 . 10]</w:t>
      </w:r>
    </w:p>
    <w:p>
      <w:r>
        <w:rPr>
          <w:rFonts w:ascii="Gentium Plus" w:hAnsi="Gentium Plus"/>
          <w:sz w:val="24"/>
        </w:rPr>
        <w:t>Λειφθέντες δὲ οἱ βάρβαροι τὴν ἐπιχρείαν τῶν σιτίων συστροφὴν ἐποίουν εἰς τὴν Βακτ[η]ριανὴν χώραν. ὁ δὲ Ἀλέξανδρος ἐπέμενεν ἐκεῖ καὶ κατεκράτησεν ὅλον τὸν τόπον. ἕτερος δὲ σατράπης Δαρείου προσελθὼν Ἀλεξάνδρῳ εἶπεν· “ἐγὼ σατράπης Δαρείου εἰμὶ καὶ μεγάλα αὐτῷ κατόρθωσα πράγματα ἐν πολέ‐</w:t>
      </w:r>
    </w:p>
    <w:p>
      <w:r>
        <w:rPr>
          <w:rFonts w:ascii="Courier New" w:hAnsi="Courier New"/>
          <w:color w:val="555555"/>
          <w:sz w:val="20"/>
        </w:rPr>
        <w:t>[5]</w:t>
      </w:r>
    </w:p>
    <w:p>
      <w:r>
        <w:rPr>
          <w:rFonts w:ascii="Gentium Plus" w:hAnsi="Gentium Plus"/>
          <w:sz w:val="24"/>
        </w:rPr>
        <w:t>μοις καὶ οὐκ εὐχαριστήθην παρ’ αὐτοῦ. δός μοι οὖν μυρίους ἐνόπλους στρατιώτας</w:t>
      </w:r>
    </w:p>
    <w:p>
      <w:r>
        <w:rPr>
          <w:rFonts w:ascii="Courier New" w:hAnsi="Courier New"/>
          <w:color w:val="555555"/>
          <w:sz w:val="20"/>
        </w:rPr>
        <w:t>[10]</w:t>
      </w:r>
    </w:p>
    <w:p>
      <w:r>
        <w:rPr>
          <w:rFonts w:ascii="Gentium Plus" w:hAnsi="Gentium Plus"/>
          <w:sz w:val="24"/>
        </w:rPr>
        <w:t>οὕτως· “Δαρείῳ μεγάλῳ βασιλεῖ χαίρειν· καὶ πρότερον ἐν σπουδῇ φανεράν σοι ἐποιήσαμεν τὴν Ἀλεξάνδρου ἐπίβασιν τὴν γενομένην τῷ ἔθνει ἡμῶν, καὶ νῦν σοι πάλιν φανερὸν ποιοῦμεν πεφθακέναι αὐτὸν καὶ πολιορκεῖν τὴν χώραν ἡμῶν. καὶ ἀνεῖλεν ἐξ ἡμῶν πλείστους Πέρσας· καὶ ἡμεῖς δὲ αὐτοὶ κινδυνεύομεν τοῦ ἀπολέσθαι. τάχυνον οὖν μετὰ δυνάμεως πολλῆς τοῦ προφθάσαι αὐτὸν καὶ μὴ</w:t>
      </w:r>
    </w:p>
    <w:p>
      <w:r>
        <w:rPr>
          <w:rFonts w:ascii="Courier New" w:hAnsi="Courier New"/>
          <w:color w:val="555555"/>
          <w:sz w:val="20"/>
        </w:rPr>
        <w:t>[15]</w:t>
      </w:r>
    </w:p>
    <w:p>
      <w:r>
        <w:rPr>
          <w:rFonts w:ascii="Gentium Plus" w:hAnsi="Gentium Plus"/>
          <w:sz w:val="24"/>
        </w:rPr>
        <w:t>συγχωρῆσαι αὐτῷ ἐπελθεῖν σοι. δυναμικὸν γὰρ καὶ πλεῖστόν ἐστι τὸ Μακε‐ δονικὸν στράτευμα καὶ κατισχύει ἡμῶν. ἔρρωσο[ν].” Λαβὼν δὲ Δαρεῖος καὶ ἀναγνοὺς τὰ γράμματα αὐτῶν πέμπει ἐπιστολὴν Ἀλεξάνδρῳ περιέχουσαν οὕτως· ”... μαρτύρομαί σοι ἐφ’ οἷς με εἰργάσω· τὴν μητέρα μου εἰς θεοὺς πορεύεσθαι ἡγοῦμαι, γυναῖκα δὲ μὴ ἐσχηκέναι, τὰ δὲ</w:t>
      </w:r>
    </w:p>
    <w:p>
      <w:r>
        <w:rPr>
          <w:rFonts w:ascii="Courier New" w:hAnsi="Courier New"/>
          <w:color w:val="555555"/>
          <w:sz w:val="20"/>
        </w:rPr>
        <w:t>[20]</w:t>
      </w:r>
    </w:p>
    <w:p>
      <w:r>
        <w:rPr>
          <w:rFonts w:ascii="Gentium Plus" w:hAnsi="Gentium Plus"/>
          <w:sz w:val="24"/>
        </w:rPr>
        <w:t>τέκνα μου μὴ γεγεννῆσθαι. ἐγὼ δὲ οὐ παύσομαι τὴν ὕβριν μου ἐπιζητῶν. ἐγράφη</w:t>
      </w:r>
    </w:p>
    <w:p>
      <w:r>
        <w:rPr>
          <w:rFonts w:ascii="Courier New" w:hAnsi="Courier New"/>
          <w:color w:val="555555"/>
          <w:sz w:val="20"/>
        </w:rPr>
        <w:t>[25]</w:t>
      </w:r>
    </w:p>
    <w:p>
      <w:r>
        <w:rPr>
          <w:rFonts w:ascii="Gentium Plus" w:hAnsi="Gentium Plus"/>
          <w:sz w:val="24"/>
        </w:rPr>
        <w:t>Δεξάμενος δὲ Ἀλέξανδρος καὶ ἀναγνοὺς τὰ γράμματα Δαρείου ἐμειδίασε καὶ ἀντέγραψεν αὐτῷ ταῦτα· “Ἀλέξανδρος βασιλεὺς Δαρείῳ χαίρειν· τὰς κενάς σου ἀπονοίας καὶ φλυάρους καὶ ματαίας ὁμιλίας οἱ θεοὶ ἐμίσησαν μέχρι τέλους. καὶ οὐ δυσωπῇ βλασφημῶν καὶ κενὰ ὑπονοῶν; οὐ γὰρ φοβούμενός σε τετίμηκα τούς ποτε σοὺς οὔτε ἐλπίζω ἐλθεῖν εἰς διαλλαγὴν πρός σε, ἵνα παραγενό‐</w:t>
      </w:r>
    </w:p>
    <w:p>
      <w:r>
        <w:rPr>
          <w:rFonts w:ascii="Courier New" w:hAnsi="Courier New"/>
          <w:color w:val="555555"/>
          <w:sz w:val="20"/>
        </w:rPr>
        <w:t>[30]</w:t>
      </w:r>
    </w:p>
    <w:p>
      <w:r>
        <w:rPr>
          <w:rFonts w:ascii="Gentium Plus" w:hAnsi="Gentium Plus"/>
          <w:sz w:val="24"/>
        </w:rPr>
        <w:t>μενος εὐχαριστήσῃς ἡμῖν. μὴ παραγίνου οὖν πρὸς ἡμᾶς. οὐ γὰρ ἄξιόν ἐστι τὸ ἐμὸν διάδημα τοῦ σοῦ διαδήματος. οὐ μὴν κωλύσεις τὴν πρὸς ἅπαντάς μου εὐσέβειαν, ἀλλὰ καὶ περισσοτέραν πρὸς τούς ποτε σοὺς ἐνδείξομαι ἀγαθὴν γνώμην. ἐσχάτην οὖν σοι ἐπιστολὴν γράφω. ... μᾶλλον ἢ γνησίως ἔχειν πρός</w:t>
      </w:r>
    </w:p>
    <w:p>
      <w:r>
        <w:rPr>
          <w:rFonts w:ascii="Courier New" w:hAnsi="Courier New"/>
          <w:color w:val="555555"/>
          <w:sz w:val="20"/>
        </w:rPr>
        <w:t>[2 . 11]</w:t>
      </w:r>
    </w:p>
    <w:p>
      <w:r>
        <w:rPr>
          <w:rFonts w:ascii="Gentium Plus" w:hAnsi="Gentium Plus"/>
          <w:sz w:val="24"/>
        </w:rPr>
        <w:t>Καὶ ταῦτα γράψας Δαρείῳ Ἀλέξανδρος ἕτοιμος γέγονε πρὸς πόλεμον καὶ ἔγραψε πᾶσι τοῖς σατράπαις αὐτοῦ οὕτως· “Βασιλεὺς Ἀλέξανδρος σατράπαις πᾶσι τοῖς ὑποτεταγμένοις μοι Φρυγίας, Καππαδοκίας, Παμφλαγονίας, Ἀρα‐ βίας καὶ πᾶσι τοῖς ἑτέροις χαίρειν. βούλομαι ὑμᾶς χιτῶνας κατασκευάσαι πλή‐</w:t>
      </w:r>
    </w:p>
    <w:p>
      <w:r>
        <w:rPr>
          <w:rFonts w:ascii="Courier New" w:hAnsi="Courier New"/>
          <w:color w:val="555555"/>
          <w:sz w:val="20"/>
        </w:rPr>
        <w:t>[5]</w:t>
      </w:r>
    </w:p>
    <w:p>
      <w:r>
        <w:rPr>
          <w:rFonts w:ascii="Gentium Plus" w:hAnsi="Gentium Plus"/>
          <w:sz w:val="24"/>
        </w:rPr>
        <w:t>θους πολλοῦ καὶ στεῖλαι ἡμῖν ἐν Ἀντιοχείᾳ τῆς Συρίας. τὰς δὲ ὁπλοθήκας, ἃς ἐσκευάσατε, ἀποστείλατε ἡμῖν. διατεταγμένοι γάρ εἰσι κάμηλοι τρισχίλιοι ἀπὸ τοῦ Εὐφράτου ποταμοῦ μέχρι Ἀντιοχείας τῆς πρὸς Συρίαν πρὸς τὸ διακονεῖν καθὼς προσετάξαμεν, ἵνα ἀκαθυστέρητον τὴν ὑπουργίαν εὕρωμεν. ἐν σπουδῇ οὖν παραγίνεσθε πρὸς ἡμᾶς.”</w:t>
      </w:r>
    </w:p>
    <w:p>
      <w:r>
        <w:rPr>
          <w:rFonts w:ascii="Courier New" w:hAnsi="Courier New"/>
          <w:color w:val="555555"/>
          <w:sz w:val="20"/>
        </w:rPr>
        <w:t>[10]</w:t>
      </w:r>
    </w:p>
    <w:p>
      <w:r>
        <w:rPr>
          <w:rFonts w:ascii="Gentium Plus" w:hAnsi="Gentium Plus"/>
          <w:sz w:val="24"/>
        </w:rPr>
        <w:t>Ἔγραψαν δὲ καὶ οἱ σατράπαι Δαρείῳ οὕτως· “Δαρείῳ μεγάλῳ βασιλεῖ· εὐ‐ λαβῶς ἔχομεν τοιαῦτα γράφειν σοι, ἀναγκαζόμεθα δὲ ὑπὸ τῶν πραγμάτων. γίνωσκε βασιλεῦ, ὅτι ὁ ἡγούμενος Μακεδόνων Ἀλέξανδρος δύο ἡμῶν τῶν μεγιστάνων πεφόνευκεν, τινὲς δὲ τῶν μεγιστάνων διέβησαν πρὸς Ἀλέξανδρον</w:t>
      </w:r>
    </w:p>
    <w:p>
      <w:r>
        <w:rPr>
          <w:rFonts w:ascii="Courier New" w:hAnsi="Courier New"/>
          <w:color w:val="555555"/>
          <w:sz w:val="20"/>
        </w:rPr>
        <w:t>[15]</w:t>
      </w:r>
    </w:p>
    <w:p>
      <w:r>
        <w:rPr>
          <w:rFonts w:ascii="Gentium Plus" w:hAnsi="Gentium Plus"/>
          <w:sz w:val="24"/>
        </w:rPr>
        <w:t>Γνοὺς δὲ Δαρεῖος ταῦτα γράφει τοῖς ἔγγιστα στρατηγοῖς καὶ σατράπαις αὐ‐ τοῦ γενέσθαι ἑτοίμους καὶ παρεμβολὴν τιθέναι. ἔγραψε δὲ καὶ τοῖς ἔγγιστα βασιλεῦσιν οὕτως· “Δαρεῖος βασιλεὺς βασιλέων χαίρειν· ὡς μελλόντων ἡμῶν ἱδρῶτα ἀπομάξασθαι ἀγωνίσασθαι μέλλομεν πρὸς ταλαίπωρόν τι ἔθνος Μακε‐ δονικὸν [πολεμεῖν].” προσέταξε δὲ καὶ τῷ Περσικῷ στρατοπέδῳ 〈...〉. ἔγραψε</w:t>
      </w:r>
    </w:p>
    <w:p>
      <w:r>
        <w:rPr>
          <w:rFonts w:ascii="Courier New" w:hAnsi="Courier New"/>
          <w:color w:val="555555"/>
          <w:sz w:val="20"/>
        </w:rPr>
        <w:t>[20]</w:t>
      </w:r>
    </w:p>
    <w:p>
      <w:r>
        <w:rPr>
          <w:rFonts w:ascii="Gentium Plus" w:hAnsi="Gentium Plus"/>
          <w:sz w:val="24"/>
        </w:rPr>
        <w:t>δὲ καὶ Πώρῳ τῷ βασιλεῖ τῶν Ἰνδῶν δεόμενος βοηθείας τυχεῖν παρ’ αὐτοῦ.</w:t>
      </w:r>
    </w:p>
    <w:p>
      <w:r>
        <w:rPr>
          <w:rFonts w:ascii="Courier New" w:hAnsi="Courier New"/>
          <w:color w:val="555555"/>
          <w:sz w:val="20"/>
        </w:rPr>
        <w:t>[20]</w:t>
      </w:r>
    </w:p>
    <w:p>
      <w:r>
        <w:rPr>
          <w:rFonts w:ascii="Gentium Plus" w:hAnsi="Gentium Plus"/>
          <w:sz w:val="24"/>
        </w:rPr>
      </w:r>
    </w:p>
    <w:p>
      <w:r>
        <w:rPr>
          <w:rFonts w:ascii="Courier New" w:hAnsi="Courier New"/>
          <w:color w:val="555555"/>
          <w:sz w:val="20"/>
        </w:rPr>
        <w:t>[2 . 12]</w:t>
      </w:r>
    </w:p>
    <w:p>
      <w:r>
        <w:rPr>
          <w:rFonts w:ascii="Gentium Plus" w:hAnsi="Gentium Plus"/>
          <w:sz w:val="24"/>
        </w:rPr>
        <w:t>Δεξάμενος δὲ Πῶρος ὁ βασιλεὺς τὰ γράμματα Δαρείου καὶ ἀναγνοὺς τὰς συμφορὰς τὰς γινομένας αὐτῷ ἐλυπήθη καὶ ἀντιγράφει αὐτῷ οὕτως· “Πῶρος βασιλεὺς Ἰνδῶν βασιλεῖ Περσῶν Δαρείῳ χαίρειν. ἀναγνοὺς τὰ γεγραμμένα ἡμῖν ὑπὸ σοῦ ἐλυπήθην σφόδρα καὶ ἀπορῶ θέλων σοι συντυχεῖν καὶ βουλεύσα‐</w:t>
      </w:r>
    </w:p>
    <w:p>
      <w:r>
        <w:rPr>
          <w:rFonts w:ascii="Courier New" w:hAnsi="Courier New"/>
          <w:color w:val="555555"/>
          <w:sz w:val="20"/>
        </w:rPr>
        <w:t>[5]</w:t>
      </w:r>
    </w:p>
    <w:p>
      <w:r>
        <w:rPr>
          <w:rFonts w:ascii="Gentium Plus" w:hAnsi="Gentium Plus"/>
          <w:sz w:val="24"/>
        </w:rPr>
        <w:t>σθαι περὶ τῶν συμφερόντων, κωλυόμενος δὲ ὑπὸ τῆς συνεχούσης με σωματικῆς</w:t>
      </w:r>
    </w:p>
    <w:p>
      <w:r>
        <w:rPr>
          <w:rFonts w:ascii="Courier New" w:hAnsi="Courier New"/>
          <w:color w:val="555555"/>
          <w:sz w:val="20"/>
        </w:rPr>
        <w:t>[10]</w:t>
      </w:r>
    </w:p>
    <w:p>
      <w:r>
        <w:rPr>
          <w:rFonts w:ascii="Gentium Plus" w:hAnsi="Gentium Plus"/>
          <w:sz w:val="24"/>
        </w:rPr>
        <w:t>αὐτῷ οὕτως· “Δαρείῳ τῷ ἐμῷ τέκνῳ χαίρειν· ἀκούω σε συναθροίζοντα ἔθνη καὶ βουλόμενον ἕτερον πόλεμον συνάψαι πρὸς Ἀλέξανδρον. μὴ οὖν ταράξῃς, τέκνον, τὴν οἰκουμένην. τὸ γὰρ μέλλον ἄδηλόν ἐστιν. ἔασον οὖν ἐλπίδας ἐπὶ τὸ κρεῖσσον καὶ μὴ ἐν ἀποτομῇ χρησάμενος ἀμφιβάλλων τοῦ ζῆν στερηθῇς. ἡμεῖς γάρ ἐσμεν ἐν μεγίστῃ τιμῇ παρὰ Ἀλεξάνδρῳ βασιλεῖ καὶ οὐχ ὡς πολεμίου μη‐</w:t>
      </w:r>
    </w:p>
    <w:p>
      <w:r>
        <w:rPr>
          <w:rFonts w:ascii="Courier New" w:hAnsi="Courier New"/>
          <w:color w:val="555555"/>
          <w:sz w:val="20"/>
        </w:rPr>
        <w:t>[15]</w:t>
      </w:r>
    </w:p>
    <w:p>
      <w:r>
        <w:rPr>
          <w:rFonts w:ascii="Gentium Plus" w:hAnsi="Gentium Plus"/>
          <w:sz w:val="24"/>
        </w:rPr>
        <w:t>τέρα ἔσχε με ἀλλ’ ἐν μεγάλῃ δορυφορίᾳ, ὅθεν ἐλπίζω εἰς συνθήκας καλὰς 〈ὑμᾶσ〉 ἐλεύσεσθαι.” ἀναγνοὺς δὲ Δαρεῖος ἐδάκρυσεν ἀναμιμνησκόμενος τῆς ἑαυτοῦ συγγενείας. ἅμα δὲ ἐταράσσετο καὶ ἔνευε πρὸς πόλεμον.</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[2 . 13]</w:t>
      </w:r>
    </w:p>
    <w:p>
      <w:r>
        <w:rPr>
          <w:rFonts w:ascii="Gentium Plus" w:hAnsi="Gentium Plus"/>
          <w:sz w:val="24"/>
        </w:rPr>
        <w:t>Ὁ δὲ Ἀλέξανδρος ἔχων δύναμιν πολλὴν παραγίνεται ἐν τῇ Περσικῇ χώρᾳ. τὰ οὖν τείχη τῆς πόλεως ὑψηλὰ τυγχάνοντα τοῖς Μακεδόσι διάδηλα ἐγένοντο. ἐπινοεῖ οὖν τί ὁ φρενήρης Ἀλέξανδρος; τῶν ἐκεῖ νεμομένων ποιμνίων τὰς νομὰς ἀποσπάσας καὶ ἐκ τῶν δένδρων κλάδους ἀποκόψας ἐπέδησεν εἰς τὰ νῶτα αὐτῶν,</w:t>
      </w:r>
    </w:p>
    <w:p>
      <w:r>
        <w:rPr>
          <w:rFonts w:ascii="Courier New" w:hAnsi="Courier New"/>
          <w:color w:val="555555"/>
          <w:sz w:val="20"/>
        </w:rPr>
        <w:t>[5]</w:t>
      </w:r>
    </w:p>
    <w:p>
      <w:r>
        <w:rPr>
          <w:rFonts w:ascii="Gentium Plus" w:hAnsi="Gentium Plus"/>
          <w:sz w:val="24"/>
        </w:rPr>
        <w:t>καὶ ὄπισθεν τῶν στρατοπέδων ἐβάδιζον τὰ ποίμνια. συρόμενοι δὲ ἐπὶ τῆς γῆς οἱ κλάδοι ἀπωθοῦσαν τὴν κόνιν ἣν ἐσάλευον καὶ ἀνήρχετο ὁ κονιορτὸς ἕως Ὀλύμπου, ὥστε τοὺς Πέρσας ἀπὸ τῶν τειχέων ὁρῶντας ὑπονοεῖν πλῆθος ἄμετρον στρατοπέδων τυγχάνειν. ἑσπέρας δὲ γενομένης ἐκέλευσε δεθῆναι εἰς τὰ κέρατα τῶν ποιμνίων δᾷδας καὶ κηρία καὶ ταῦτα ἀναφθῆναι καὶ καίειν.</w:t>
      </w:r>
    </w:p>
    <w:p>
      <w:r>
        <w:rPr>
          <w:rFonts w:ascii="Courier New" w:hAnsi="Courier New"/>
          <w:color w:val="555555"/>
          <w:sz w:val="20"/>
        </w:rPr>
        <w:t>[10]</w:t>
      </w:r>
    </w:p>
    <w:p>
      <w:r>
        <w:rPr>
          <w:rFonts w:ascii="Gentium Plus" w:hAnsi="Gentium Plus"/>
          <w:sz w:val="24"/>
        </w:rPr>
        <w:t>ἦσαν γὰρ πεδινοὶ οἱ τόποι καὶ ἦν θεωρούμενον ὅλον τὸ πεδίον ὡς πυρὶ καιόμενον. καὶ ἐδειλίασαν οἱ Πέρσαι. Ἦλθον οὖν πλησίον τῆς πόλεως Περσίδος ὡς ἀπὸ σημείων ἡμερῶν πέντε. καὶ ἐζήτει Ἀλέξανδρός τινα πέμψαι πρὸς Δαρεῖον μηνύοντα αὐτῷ πότε τὴν συμβολὴν τοῦ πολέμου ποιήσουσιν. κοιμᾶται οὖν Ἀλέξανδρος ἐν τῇ νυκτὶ</w:t>
      </w:r>
    </w:p>
    <w:p>
      <w:r>
        <w:rPr>
          <w:rFonts w:ascii="Courier New" w:hAnsi="Courier New"/>
          <w:color w:val="555555"/>
          <w:sz w:val="20"/>
        </w:rPr>
        <w:t>[15]</w:t>
      </w:r>
    </w:p>
    <w:p>
      <w:r>
        <w:rPr>
          <w:rFonts w:ascii="Gentium Plus" w:hAnsi="Gentium Plus"/>
          <w:sz w:val="24"/>
        </w:rPr>
        <w:t>ἐκείνῃ καὶ ὁρᾷ καθ’ ὕπνους τὸν Ἄμμωνα ἐν σχήματι Ἑρμοῦ αὐτῷ παρεστῶτα ἔχοντα κηρύκιον καὶ χλαμύδα καὶ ῥάβδον καὶ Μακεδονικὸν πιλίον ἐπὶ τῆς</w:t>
      </w:r>
    </w:p>
    <w:p>
      <w:r>
        <w:rPr>
          <w:rFonts w:ascii="Courier New" w:hAnsi="Courier New"/>
          <w:color w:val="555555"/>
          <w:sz w:val="20"/>
        </w:rPr>
        <w:t>[20]</w:t>
      </w:r>
    </w:p>
    <w:p>
      <w:r>
        <w:rPr>
          <w:rFonts w:ascii="Gentium Plus" w:hAnsi="Gentium Plus"/>
          <w:sz w:val="24"/>
        </w:rPr>
        <w:t>ὁ δὲ Ἀλέξανδρος εἶπεν αὐτῷ· “ἐπικίνδυνόν μοι βασιλέα ὄντα δι’ ἑαυτοῦ ἄγγελον γενέσθαι.” 〈λέγει αὐτῷ Ἄμμων·〉 “ἀλλὰ θεὸν βοηθὸν τυγχάνοντα, οὐδὲν βλα‐ βερὸν ἐπακολουθήσει σοι.” λαβὼν δὲ τοῦτον τὸν χρησμὸν Ἀλέξανδρος ἀνίσταται χαίρων καὶ μεταδίδωσι τοῖς σατράπαις αὐτοῦ. οἱ δὲ συνεβούλευον αὐτῷ τοῦτο μὴ ποιῆσαι.</w:t>
      </w:r>
    </w:p>
    <w:p>
      <w:r>
        <w:rPr>
          <w:rFonts w:ascii="Courier New" w:hAnsi="Courier New"/>
          <w:color w:val="555555"/>
          <w:sz w:val="20"/>
        </w:rPr>
        <w:t>[24]</w:t>
      </w:r>
    </w:p>
    <w:p>
      <w:r>
        <w:rPr>
          <w:rFonts w:ascii="Gentium Plus" w:hAnsi="Gentium Plus"/>
          <w:sz w:val="24"/>
        </w:rPr>
      </w:r>
    </w:p>
    <w:p>
      <w:r>
        <w:rPr>
          <w:rFonts w:ascii="Courier New" w:hAnsi="Courier New"/>
          <w:color w:val="555555"/>
          <w:sz w:val="20"/>
        </w:rPr>
        <w:t>[2 . 14]</w:t>
      </w:r>
    </w:p>
    <w:p>
      <w:r>
        <w:rPr>
          <w:rFonts w:ascii="Gentium Plus" w:hAnsi="Gentium Plus"/>
          <w:sz w:val="24"/>
        </w:rPr>
        <w:t>Παραλαβὼν δὲ μεθ’ ἑαυτοῦ Εὔμηλον τοὔνομα σατράπην ἄρας μεθ’ ἑαυτοῦ τρεῖς ἵππους εὐθέως ὥδευσε καὶ παραγίνεται εἰς τὸν καλούμενον Στράγγαν ποταμόν. οὗτος δὲ ὁ ποταμὸς πήγνυται ταῖς χιόσιν, ὥστε ἐδαφοῦσθαι αὐτὸν καὶ πετρώδη γίνεσθαι καὶ διαπερᾶσθαι ἐπάνω αὐτοῦ κτήνη τε καὶ ἁμάξας. εἶτα</w:t>
      </w:r>
    </w:p>
    <w:p>
      <w:r>
        <w:rPr>
          <w:rFonts w:ascii="Courier New" w:hAnsi="Courier New"/>
          <w:color w:val="555555"/>
          <w:sz w:val="20"/>
        </w:rPr>
        <w:t>[5]</w:t>
      </w:r>
    </w:p>
    <w:p>
      <w:r>
        <w:rPr>
          <w:rFonts w:ascii="Gentium Plus" w:hAnsi="Gentium Plus"/>
          <w:sz w:val="24"/>
        </w:rPr>
        <w:t>μεθ’ ἡμέρας λύεται καὶ γίνεται βαθύρρους, ὥστε κατασύρειν τοὺς συλληφθέντας τῷ ῥεύματι διαπερῶντας. εὗρεν οὖν παγέντα τὸν ποταμὸν ὁ Ἀλέξανδρος καὶ ἀναλαβὼν τὸ σχῆμα ὅπερ εἶδε δι’ ὀνείρου φοροῦντα τὸν Ἄμμωνα καθίσας εἰς τὸν Βουκέφαλον ἵππον διαπερᾷ μόνος. τοῦ δὲ Εὐμήλου παρακαλοῦντος αὐτὸν σὺν αὐτῷ διαπερᾶσαι, μὴ γένηται αὐτῷ τις ἀνάγκη βοηθείας, λέγει αὐτῷ Ἀλέ‐</w:t>
      </w:r>
    </w:p>
    <w:p>
      <w:r>
        <w:rPr>
          <w:rFonts w:ascii="Courier New" w:hAnsi="Courier New"/>
          <w:color w:val="555555"/>
          <w:sz w:val="20"/>
        </w:rPr>
        <w:t>[10]</w:t>
      </w:r>
    </w:p>
    <w:p>
      <w:r>
        <w:rPr>
          <w:rFonts w:ascii="Gentium Plus" w:hAnsi="Gentium Plus"/>
          <w:sz w:val="24"/>
        </w:rPr>
        <w:t>ξανδρος· “ὧδε μεῖνον μετὰ τῶν δύο πώλων. ἔχω γὰρ βοηθὸν τὸν χρησμοδοτή‐ σαντά με τοῦτο τὸ σχῆμα ἀναλαβεῖν καὶ μόνον με πορευθῆναι.” εἶχε δὲ ὁ πο‐ ταμὸς τὸ πλάτος μέτρον σταδίου ἑνός. καὶ ἀποβὰς Ἀλέξανδρος ὥδευσε καὶ ἦλθεν ἔγγιστα τῶν πυλῶν Περσίδος. καὶ οἱ ἐκεῖ φρούραρχοι θεασάμενοι αὐτὸν ἐν τοιούτῳ σχήματι ὑπενόουν θεὸν αὐτὸν εἶναι. κατασχόντες δὲ αὐτὸν ἐπυνθά‐</w:t>
      </w:r>
    </w:p>
    <w:p>
      <w:r>
        <w:rPr>
          <w:rFonts w:ascii="Courier New" w:hAnsi="Courier New"/>
          <w:color w:val="555555"/>
          <w:sz w:val="20"/>
        </w:rPr>
        <w:t>[15]</w:t>
      </w:r>
    </w:p>
    <w:p>
      <w:r>
        <w:rPr>
          <w:rFonts w:ascii="Gentium Plus" w:hAnsi="Gentium Plus"/>
          <w:sz w:val="24"/>
        </w:rPr>
        <w:t>νοντο παρ’ αὐτοῦ τίς ἂν εἴη. εἶπε δὲ αὐτοῖς Ἀλέξανδρος· “τῷ βασιλεῖ Δαρείῳ παραστήσατέ με. αὐτῷ γὰρ ἀπαγγελῶ τίς εἰμι.” Ἔξω δὲ ἐπὶ λόφων ἦν Δαρεῖος στράτας ὀρύσσων καὶ φάλαγγας συντάσσων ὡς † ἡρώων † ὄντων τῶν Μακεδόνων. συναθροίσας δὲ Ἀλέξανδρος τῇ θεωρίᾳ τῇ</w:t>
      </w:r>
    </w:p>
    <w:p>
      <w:r>
        <w:rPr>
          <w:rFonts w:ascii="Courier New" w:hAnsi="Courier New"/>
          <w:color w:val="555555"/>
          <w:sz w:val="20"/>
        </w:rPr>
        <w:t>[20]</w:t>
      </w:r>
    </w:p>
    <w:p>
      <w:r>
        <w:rPr>
          <w:rFonts w:ascii="Gentium Plus" w:hAnsi="Gentium Plus"/>
          <w:sz w:val="24"/>
        </w:rPr>
        <w:t>Ὀλύμπου κατελθόντα καὶ βαρβάρων στολαῖς κεκοσμεῖσθαι. ἐκαθέζετο δὲ Δα‐ ρεῖος διάδημα φορῶν λίθοις πολυτίμοις, ἐσθῆτα δὲ σηρικὴν Βαβυλωνίοις ὑφά‐ σμασι χρυσονήμασι καὶ πορφύραν βασιλικήν, χρύσεά τε ὑποδήματα διὰ λίθων κειμένων μέχρι τοῖς κνήμεσιν αὐτοῦ. σκῆπτρα δὲ ἑκατέρωθεν, στίφη δὲ μυριά‐ δων πέριξ αὐτοῦ. ὁ δὲ Δαρεῖος ἐπυνθάνετο αὐτοῦ τίς ἂν εἴη, θεωρήσας φοροῦντα</w:t>
      </w:r>
    </w:p>
    <w:p>
      <w:r>
        <w:rPr>
          <w:rFonts w:ascii="Courier New" w:hAnsi="Courier New"/>
          <w:color w:val="555555"/>
          <w:sz w:val="20"/>
        </w:rPr>
        <w:t>[25]</w:t>
      </w:r>
    </w:p>
    <w:p>
      <w:r>
        <w:rPr>
          <w:rFonts w:ascii="Gentium Plus" w:hAnsi="Gentium Plus"/>
          <w:sz w:val="24"/>
        </w:rPr>
        <w:t>αὐτὸν σχῆμα ὃ μηδέποτε εἶδεν. ὁ δὲ Ἀλέξανδρος εἶπεν αὐτῷ· “ἄγγελός εἰμι Ἀλεξάνδρου τοῦ βασιλέως.” καὶ λέγει αὐτῷ Δαρεῖος· “καὶ τί πάρει πρὸς ἡμᾶς;” ὁ δὲ Ἀλέξανδρος εἶπεν· “ἐγώ σοι μηνύω, ὡς παρόντος Ἀλεξάνδρου, πότε τὸν πόλεμον συνάπτεις. γίνωσκε οὖν, βασιλεῦ Δαρεῖε, ὅτι βραδύνων εἰς μάχην βασιλεὺς ἤδη πρόδηλός ἐστι τῷ ἀντιδίκῳ ἀσθενῆ ἔχων τὴν ψυχὴν εἰς τὸ πολε‐</w:t>
      </w:r>
    </w:p>
    <w:p>
      <w:r>
        <w:rPr>
          <w:rFonts w:ascii="Courier New" w:hAnsi="Courier New"/>
          <w:color w:val="555555"/>
          <w:sz w:val="20"/>
        </w:rPr>
        <w:t>[30]</w:t>
      </w:r>
    </w:p>
    <w:p>
      <w:r>
        <w:rPr>
          <w:rFonts w:ascii="Gentium Plus" w:hAnsi="Gentium Plus"/>
          <w:sz w:val="24"/>
        </w:rPr>
        <w:t>μεῖν. ὥστε οὖν μὴ ἀμέλει ἀλλ’ ἀνάγγειλόν μοι, πότε βούλει συνάψαι τὸν πόλε‐ μον.” ὁ δὲ Δαρεῖος ὀργισθεὶς εἶπε τῷ Ἀλεξάνδρῳ· “σοὶ οὖν συνάπτω τὸν πό‐ λεμον ἢ Ἀλεξάνδρῳ; οὕτως γὰρ εἶ θρασυνόμενος ὡς αὐτὸς Ἀλέξανδρος τυγχά‐</w:t>
      </w:r>
    </w:p>
    <w:p>
      <w:r>
        <w:rPr>
          <w:rFonts w:ascii="Courier New" w:hAnsi="Courier New"/>
          <w:color w:val="555555"/>
          <w:sz w:val="20"/>
        </w:rPr>
        <w:t>[35]</w:t>
      </w:r>
    </w:p>
    <w:p>
      <w:r>
        <w:rPr>
          <w:rFonts w:ascii="Gentium Plus" w:hAnsi="Gentium Plus"/>
          <w:sz w:val="24"/>
        </w:rPr>
        <w:t>τοῖς ἐμοῖς γραμματοφόροις.” καὶ οὕτως εἰπὼν Δαρεῖος κρατήσας ἐκ τῆς χειρὸς Ἀλέξανδρον ἦλθεν ἔνδον τοῦ παλατίου αὐτοῦ. καὶ τοῦτο δὲ σημεῖον ἀγαθὸν ἔσχεν Ἀλέξανδρος χειραγωγηθεὶς ὑπὸ τοῦ τυράννου. καὶ εἰσελθὼν ἔνδον τοῦ παλατίου αὐτοῦ εὐθέως ἐκηρύχθη πρῶτος Ἀλέξανδρος εἰς τὸν δεῖπνον Δαρείου.</w:t>
      </w:r>
    </w:p>
    <w:p>
      <w:r>
        <w:rPr>
          <w:rFonts w:ascii="Courier New" w:hAnsi="Courier New"/>
          <w:color w:val="555555"/>
          <w:sz w:val="20"/>
        </w:rPr>
        <w:t>[38]</w:t>
      </w:r>
    </w:p>
    <w:p>
      <w:r>
        <w:rPr>
          <w:rFonts w:ascii="Gentium Plus" w:hAnsi="Gentium Plus"/>
          <w:sz w:val="24"/>
        </w:rPr>
      </w:r>
    </w:p>
    <w:p>
      <w:r>
        <w:rPr>
          <w:rFonts w:ascii="Courier New" w:hAnsi="Courier New"/>
          <w:color w:val="555555"/>
          <w:sz w:val="20"/>
        </w:rPr>
        <w:t>[2 . 15]</w:t>
      </w:r>
    </w:p>
    <w:p>
      <w:r>
        <w:rPr>
          <w:rFonts w:ascii="Gentium Plus" w:hAnsi="Gentium Plus"/>
          <w:sz w:val="24"/>
        </w:rPr>
        <w:t>Οἱ δὲ Πέρσαι ἀπέβλεπον θαυμάζοντες τὸν Ἀλέξανδρον ἐπὶ τῇ τοῦ σώματος σμικρότητι ἀλλ’ ἠγνόουν, ὅτι ἐν μικρῷ ἀγγείῳ τύχης οὐρανίου ἦν δόξα. τῶν δὲ πινόντων πυκνοτέρως ἐν τοῖς σκύφοις Ἀλέξανδρος ἐπίνοιαν τοιαύτην ἐποίη‐ σεν· ὅσους σκύφους ἔλαβεν ἔσωθεν τοῦ κόλπου ἔβαλεν. οἱ δὲ βλέποντες αὐτὸν</w:t>
      </w:r>
    </w:p>
    <w:p>
      <w:r>
        <w:rPr>
          <w:rFonts w:ascii="Courier New" w:hAnsi="Courier New"/>
          <w:color w:val="555555"/>
          <w:sz w:val="20"/>
        </w:rPr>
        <w:t>[5]</w:t>
      </w:r>
    </w:p>
    <w:p>
      <w:r>
        <w:rPr>
          <w:rFonts w:ascii="Gentium Plus" w:hAnsi="Gentium Plus"/>
          <w:sz w:val="24"/>
        </w:rPr>
        <w:t>εἶπον τῷ Δαρείῳ. ἀναστὰς δὲ Δαρεῖος εἶπεν· “ὦ γενναῖε, πρὸς τί ταῦτα ἐγκολ‐ πίζῃ κατακείμενος ἐπὶ δείπνου;” νοήσας δὲ Ἀλέξανδρος ἀπὸ τοῦ σχήματος τῆς ψυχῆς εἶπεν· “μέγιστε βασιλεῦ, οὕτως Ἀλέξανδρος ὅταν δεῖπνον ποιεῖ τοῖς ταξιάρχαις καὶ ὑπερασπισταῖς αὐτοῦ, τὰ κύπελλα δωρεῖται. ὑπενόουν καὶ σὲ τοιοῦτον εἶναι ὁποῖος ἐκεῖνός ἐστι καὶ ἡγησάμην πιθανότητι τοῦτο ποιεῖν.”</w:t>
      </w:r>
    </w:p>
    <w:p>
      <w:r>
        <w:rPr>
          <w:rFonts w:ascii="Courier New" w:hAnsi="Courier New"/>
          <w:color w:val="555555"/>
          <w:sz w:val="20"/>
        </w:rPr>
        <w:t>[10]</w:t>
      </w:r>
    </w:p>
    <w:p>
      <w:r>
        <w:rPr>
          <w:rFonts w:ascii="Gentium Plus" w:hAnsi="Gentium Plus"/>
          <w:sz w:val="24"/>
        </w:rPr>
        <w:t>τῷ λόγῳ οὖν Ἀλεξάνδρου οἱ Πέρσαι ἐκπλαγέντες ἐθαύμαζον. πᾶς γὰρ ἀεὶ μῦθος, ἐὰν ἔχει πίστιν, ἐν ἐκστάσει ποιεῖ τοὺς ἀκούοντας. Πολλῆς οὖν σιγῆς γενομένης ἀνεγνώρισε τὸν Ἀλέξανδρον Παραγάγης τις τοὔνομα ὁ γενόμενος ἡγεμὼν ἐν τῇ Περσίδι. ᾔδει γὰρ ἀληθῶς τὸν Ἀλέξανδρον κατὰ πρόσωπον. ἡνίκα γὰρ τὸ πρῶτον ἦλθεν εἰς τὴν Πέλλην τῆς Μακεδονίας</w:t>
      </w:r>
    </w:p>
    <w:p>
      <w:r>
        <w:rPr>
          <w:rFonts w:ascii="Courier New" w:hAnsi="Courier New"/>
          <w:color w:val="555555"/>
          <w:sz w:val="20"/>
        </w:rPr>
        <w:t>[15]</w:t>
      </w:r>
    </w:p>
    <w:p>
      <w:r>
        <w:rPr>
          <w:rFonts w:ascii="Gentium Plus" w:hAnsi="Gentium Plus"/>
          <w:sz w:val="24"/>
        </w:rPr>
        <w:t>ὑπὸ Δαρείου πεμφθεὶς πρέσβυς τοὺς φόρους ἀπαιτῶν καὶ ἐκωλύθη ὑπὸ Ἀλε‐ ξάνδρου, τοῦτον ἐπεγίνωσκεν, καὶ κατανοήσας ἐπιεικῶς τὸν Ἀλέξανδρον εἶπεν ἐν ἑαυτῷ· “οὗτός ἐστιν ὁ Φιλίππου παῖς, εἰ καὶ τοὺς τύπους αὐτοῦ ἤλλαξεν.</w:t>
      </w:r>
    </w:p>
    <w:p>
      <w:r>
        <w:rPr>
          <w:rFonts w:ascii="Courier New" w:hAnsi="Courier New"/>
          <w:color w:val="555555"/>
          <w:sz w:val="20"/>
        </w:rPr>
        <w:t>[20]</w:t>
      </w:r>
    </w:p>
    <w:p>
      <w:r>
        <w:rPr>
          <w:rFonts w:ascii="Gentium Plus" w:hAnsi="Gentium Plus"/>
          <w:sz w:val="24"/>
        </w:rPr>
        <w:t>προσανακλιθεὶς τῷ Δαρείῳ εἶπεν αὐτῷ· “μέγιστε βασιλεῦ Δαρεῖε καὶ δυνάστα πάσης χώρας, οὗτος ὁ πρέσβυς Ἀλέξανδρός ἐστιν ὁ Μακεδόνων βασιλεὺς ὁ πάλαι Φιλίππου γεγονὼς ἀριστεύων.” ὁ δὲ Δαρεῖος καὶ οἱ συνεσθίοντες αὐτοῦ ἦσαν οἰνωμένοι σφόδρα. ὁ οὖν Ἀλέξανδρος ἀκούσας τὸν λόγον Παραγάγου τὸν ῥηθέντα περὶ αὐτοῦ τῷ Δαρείῳ ἐπὶ τοῦ δείπνου συννοήσας γνωστὸν ἑαυτὸν</w:t>
      </w:r>
    </w:p>
    <w:p>
      <w:r>
        <w:rPr>
          <w:rFonts w:ascii="Courier New" w:hAnsi="Courier New"/>
          <w:color w:val="555555"/>
          <w:sz w:val="20"/>
        </w:rPr>
        <w:t>[25]</w:t>
      </w:r>
    </w:p>
    <w:p>
      <w:r>
        <w:rPr>
          <w:rFonts w:ascii="Gentium Plus" w:hAnsi="Gentium Plus"/>
          <w:sz w:val="24"/>
        </w:rPr>
        <w:t>γενέσθαι πλανήσας πάντας ἥλατο ἔχων ἐν τοῖς κόλποις αὐτοῦ τοὺς χρυσοὺς σκύφους καὶ ἐξῆλθεν λαθραίως. καὶ καθίσας τῷ πώλῳ αὐτοῦ ὥστε φυγεῖν τὸν κίνδυνον εὑρὼν πρὸς τῷ πυλῶνι Πέρσην φύλακα ἀνεῖλεν αὐτὸν καὶ ἐξῆλθε τὴν Περσικὴν πόλιν. ὁ δὲ Δαρεῖος διαγνοὺς ἐξέπεμψε Πέρσας ἐνόπλους τὸν Ἀλέ‐ ξανδρον καταλαβεῖν. ὁ δὲ Ἀλέξανδρος ἐπροθυμοποίει τὸν πῶλον διευθύνων</w:t>
      </w:r>
    </w:p>
    <w:p>
      <w:r>
        <w:rPr>
          <w:rFonts w:ascii="Courier New" w:hAnsi="Courier New"/>
          <w:color w:val="555555"/>
          <w:sz w:val="20"/>
        </w:rPr>
        <w:t>[30]</w:t>
      </w:r>
    </w:p>
    <w:p>
      <w:r>
        <w:rPr>
          <w:rFonts w:ascii="Gentium Plus" w:hAnsi="Gentium Plus"/>
          <w:sz w:val="24"/>
        </w:rPr>
        <w:t>αὐτῷ τὴν ὁδόν. ἦν γὰρ νὺξ βαθεῖα καὶ σκότος κατ’ Ὀλύμπου. πλεῖστοι δὲ τοῦ‐</w:t>
      </w:r>
    </w:p>
    <w:p>
      <w:r>
        <w:rPr>
          <w:rFonts w:ascii="Courier New" w:hAnsi="Courier New"/>
          <w:color w:val="555555"/>
          <w:sz w:val="20"/>
        </w:rPr>
        <w:t>[35]</w:t>
      </w:r>
    </w:p>
    <w:p>
      <w:r>
        <w:rPr>
          <w:rFonts w:ascii="Gentium Plus" w:hAnsi="Gentium Plus"/>
          <w:sz w:val="24"/>
        </w:rPr>
        <w:t>τούτοις δὲ ἐθεάσατό τι σημεῖον. εἰκὼν γὰρ Ξέρξου τοῦ βασιλέως ἐξαίφνης ἐκ τοῦ ὀρόφου ἐξέπεσεν, ἣν πάνυ ἠγάπα Δαρεῖος, ὅτι ἦν εὐπρεπεστάτη τῇ γραφῇ. ὁ δὲ Ἀλέξανδρος διασωθεὶς νυκτὶ φεύγων ἦλθεν ἕωθεν ἐπὶ τὸν Στράγγαν ποτα‐ μόν. καὶ ἅμα αὐτὸν διεπέρασε, παρὰ τὴν ὄχθαν ἐλθόντος τοῦ πώλου καὶ τοὺς ἐμπροσθίους πόδας θέντος ἐπὶ τῆς γῆς, ὁ ποταμὸς διελύθη ὑπὸ τῆς τοῦ ἡλίου</w:t>
      </w:r>
    </w:p>
    <w:p>
      <w:r>
        <w:rPr>
          <w:rFonts w:ascii="Courier New" w:hAnsi="Courier New"/>
          <w:color w:val="555555"/>
          <w:sz w:val="20"/>
        </w:rPr>
        <w:t>[40]</w:t>
      </w:r>
    </w:p>
    <w:p>
      <w:r>
        <w:rPr>
          <w:rFonts w:ascii="Gentium Plus" w:hAnsi="Gentium Plus"/>
          <w:sz w:val="24"/>
        </w:rPr>
        <w:t>ἀκτῖνος. καὶ ὁ μὲν πῶλος ἐφέρετο ὑπὸ τοῦ ὕδατος ἁρπαγείς, τὸν δὲ Ἀλέξανδρον ἔρριψεν εἰς τὴν γῆν. οἱ δὲ Πέρσαι οἱ διώκοντες τὸν Ἀλέξανδρον ἦλθον ἐπὶ τὸν ποταμὸν ἤδη διαπεράσαντος τοῦ Ἀλεξάνδρου. αὐτοὶ δὲ μὴ δυνηθέντες διαπε‐ ρᾶσαι ὑπέστρεψαν. ὁ γὰρ ποταμὸς ἀπέρατος ἦν πᾶσιν ἀνθρώποις. οἱ οὖν Πέρσαι τῷ Δαρείῳ ἀπήγγειλαν τὸ εὐτύχημα Ἀλεξάνδρου. ὁ δὲ Δαρεῖος καταπληττό‐</w:t>
      </w:r>
    </w:p>
    <w:p>
      <w:r>
        <w:rPr>
          <w:rFonts w:ascii="Courier New" w:hAnsi="Courier New"/>
          <w:color w:val="555555"/>
          <w:sz w:val="20"/>
        </w:rPr>
        <w:t>[45]</w:t>
      </w:r>
    </w:p>
    <w:p>
      <w:r>
        <w:rPr>
          <w:rFonts w:ascii="Gentium Plus" w:hAnsi="Gentium Plus"/>
          <w:sz w:val="24"/>
        </w:rPr>
        <w:t>μενος τῷ παραδόξῳ σημείῳ ἐλυπήθη πάνυ. ὁ δὲ Ἀλέξανδρος πεζεύσας ἀπὸ τοῦ ποταμοῦ εὗρεν Εὔμηλον καθεζόμενον μεθ’ ὧν κατέλιπε δύο πώλων καὶ ὑφηγή‐ σατο αὐτῷ πάντα τὰ πραχθέντα.</w:t>
      </w:r>
    </w:p>
    <w:p>
      <w:r>
        <w:rPr>
          <w:rFonts w:ascii="Courier New" w:hAnsi="Courier New"/>
          <w:color w:val="555555"/>
          <w:sz w:val="20"/>
        </w:rPr>
        <w:t>[47]</w:t>
      </w:r>
    </w:p>
    <w:p>
      <w:r>
        <w:rPr>
          <w:rFonts w:ascii="Gentium Plus" w:hAnsi="Gentium Plus"/>
          <w:sz w:val="24"/>
        </w:rPr>
      </w:r>
    </w:p>
    <w:p>
      <w:r>
        <w:rPr>
          <w:rFonts w:ascii="Courier New" w:hAnsi="Courier New"/>
          <w:color w:val="555555"/>
          <w:sz w:val="20"/>
        </w:rPr>
        <w:t>[2 . 16]</w:t>
      </w:r>
    </w:p>
    <w:p>
      <w:r>
        <w:rPr>
          <w:rFonts w:ascii="Gentium Plus" w:hAnsi="Gentium Plus"/>
          <w:sz w:val="24"/>
        </w:rPr>
        <w:t>Ἐλθὼν δὲ εἰς τὴν παρεμβολὴν τῶν στρατευμάτων εὐθέως ἐκέλευσε τὰς φά‐ λαγγας τῶν Ἑλλήνων ἐξ ὀνόματος καθοπλισθῆναι καὶ ἑτοίμως παραστῆναι Δαρείῳ. αὐτὸς δὲ ἐν μέσῳ αὐτῶν ἕστηκε θρασύνων αὐτούς. καὶ συναθροίσας πάντα τὰ στρατεύματα αὐτοῦ εὗρε τὸν ἀριθμὸν χιλιάδας ἑκατὸν εἴκοσι· καὶ στὰς ἐφ’</w:t>
      </w:r>
    </w:p>
    <w:p>
      <w:r>
        <w:rPr>
          <w:rFonts w:ascii="Courier New" w:hAnsi="Courier New"/>
          <w:color w:val="555555"/>
          <w:sz w:val="20"/>
        </w:rPr>
        <w:t>[5]</w:t>
      </w:r>
    </w:p>
    <w:p>
      <w:r>
        <w:rPr>
          <w:rFonts w:ascii="Gentium Plus" w:hAnsi="Gentium Plus"/>
          <w:sz w:val="24"/>
        </w:rPr>
        <w:t>ὑψηλοῦ τόπου τινὸς παραινεῖ αὐτοῖς λέγων· “ἄνδρες συστρατιῶται, εἰ καὶ βραχὺς ὁ ἀριθμὸς ἡμῶν, ἀλλὰ φρόνησις μεγάλη παρ’ ἡμῖν καὶ θάρσος καὶ δύναμις ὑπὲρ τοὺς Πέρσας τοὺς ἐναντίους ἡμῶν. μηδεὶς οὖν ὑμῶν ἀσθενέστερόν τι λογίσηται θεωρῶν τὸ πλῆθος τῶν βαρβάρων. εἷς γάρ τις ἐξ ὑμῶν χεῖρα γυμνώσας τῶν ἀντιμάχων χιλίους ἀναιρήσει. μηδεὶς οὖν ὑμῶν δειλιάσῃ. πολλαὶ γάρ εἰσι</w:t>
      </w:r>
    </w:p>
    <w:p>
      <w:r>
        <w:rPr>
          <w:rFonts w:ascii="Courier New" w:hAnsi="Courier New"/>
          <w:color w:val="555555"/>
          <w:sz w:val="20"/>
        </w:rPr>
        <w:t>[10]</w:t>
      </w:r>
    </w:p>
    <w:p>
      <w:r>
        <w:rPr>
          <w:rFonts w:ascii="Gentium Plus" w:hAnsi="Gentium Plus"/>
          <w:sz w:val="24"/>
        </w:rPr>
        <w:t>μυριάδες μυιῶν λειμῶνας θλίβουσαι, ὁπόταν δὲ ταύταις ἐμπέσωσι σφῆκες,</w:t>
      </w:r>
    </w:p>
    <w:p>
      <w:r>
        <w:rPr>
          <w:rFonts w:ascii="Courier New" w:hAnsi="Courier New"/>
          <w:color w:val="555555"/>
          <w:sz w:val="20"/>
        </w:rPr>
        <w:t>[15]</w:t>
      </w:r>
    </w:p>
    <w:p>
      <w:r>
        <w:rPr>
          <w:rFonts w:ascii="Gentium Plus" w:hAnsi="Gentium Plus"/>
          <w:sz w:val="24"/>
        </w:rPr>
        <w:t>Ὁδεύσας οὖν ἔρχεται ἐπὶ τὰ μέρη τοῦ Στράγγα ποταμοῦ, τουτέστιν ἐπὶ τὰ νῶτα αὐτοῦ. ὁ δὲ Δαρεῖος ἀναλαβὼν τὴν δύναμιν αὐτοῦ ἔρχεται καὶ αὐτὸς ἐπὶ τὸν Στράγγαν ποταμόν. καὶ ἰδὼν αὐτὸν ὀλιγοστὸν καὶ παγέντα περάσας διώ‐ δευσε καὶ ἐφέρετο διὰ μέσης τῆς ἐρήμου βουλόμενος πρῶτος ὑπεισελθεῖν τοῖς στρατεύμασιν Ἀλεξάνδρου, ὅπως εὕρωσιν αὐτοὺς ἀπαρασκευάστους καὶ τού‐</w:t>
      </w:r>
    </w:p>
    <w:p>
      <w:r>
        <w:rPr>
          <w:rFonts w:ascii="Courier New" w:hAnsi="Courier New"/>
          <w:color w:val="555555"/>
          <w:sz w:val="20"/>
        </w:rPr>
        <w:t>[20]</w:t>
      </w:r>
    </w:p>
    <w:p>
      <w:r>
        <w:rPr>
          <w:rFonts w:ascii="Gentium Plus" w:hAnsi="Gentium Plus"/>
          <w:sz w:val="24"/>
        </w:rPr>
        <w:t>τους τροπώσηται. κήρυκες δὲ εἰς μέσον ἐλθόντες ἐκήρυξαν καλοῦντες εἰς μάχην τοὺς ἀριστέας. πᾶς δὲ ὁ στρατὸς Δαρείου ἐθωρακίσαντο πανοπλίαν. ὁ δὲ Δα‐ ρεῖος ἦν ἐφ’ ἅρματος ὑψηλοῦ καὶ οἱ σατράπαι αὐτοῦ ἐπὶ δρεπανηφόρων ἁρμά‐ των ἐκαθέζοντο, ἄλλοι δὲ ἐκόμιζον ὅπλα πανουργικὰ καὶ δόρατα μηχανικά. τῶν δὲ στρατοπέδων τῶν Μακεδονικῶν προηγεῖτο Ἀλέξανδρος καθεζόμενος ἐπὶ τὸν</w:t>
      </w:r>
    </w:p>
    <w:p>
      <w:r>
        <w:rPr>
          <w:rFonts w:ascii="Courier New" w:hAnsi="Courier New"/>
          <w:color w:val="555555"/>
          <w:sz w:val="20"/>
        </w:rPr>
        <w:t>[25]</w:t>
      </w:r>
    </w:p>
    <w:p>
      <w:r>
        <w:rPr>
          <w:rFonts w:ascii="Gentium Plus" w:hAnsi="Gentium Plus"/>
          <w:sz w:val="24"/>
        </w:rPr>
        <w:t>Βουκέφαλον ἵππον, προσεγγίσαι δὲ τούτῳ τῷ ἵππῳ οὐδεὶς ἠδύνατο. ὡς δὲ ἑκά‐ τερον μέρος ἔκραξε πολεμικὸν μέλος, οἱ μὲν λίθους ἔβαλλον, οἱ δὲ τόξα ἔπεμπον ὡς ὄμβρον ἀπὸ οὐρανοῦ φερόμενον, 〈οἱ δὲ ζιβύνας ἔβαλλον,〉 ἕτεροι δὲ βολίδας ἐσφενδόνιζον, ὥστε ἐπικαλύπτειν τὸ τῆς ἡμέρας φέγγος. πολλὴ δὲ σύγχυσις ἦν τυπτόντων καὶ τυπτομένων· καὶ πολλοὶ μὲν βέλεσι τρωθέντες ἔθνησκον, ἄλλοι δὲ</w:t>
      </w:r>
    </w:p>
    <w:p>
      <w:r>
        <w:rPr>
          <w:rFonts w:ascii="Courier New" w:hAnsi="Courier New"/>
          <w:color w:val="555555"/>
          <w:sz w:val="20"/>
        </w:rPr>
        <w:t>[30]</w:t>
      </w:r>
    </w:p>
    <w:p>
      <w:r>
        <w:rPr>
          <w:rFonts w:ascii="Gentium Plus" w:hAnsi="Gentium Plus"/>
          <w:sz w:val="24"/>
        </w:rPr>
        <w:t>ἡμισφαγεῖς ἔκειντο. γνοφερὸς δὲ ἦν ὁ ἀὴρ καὶ αἱματώδης. πολλῶν δὲ τῶν Περ‐ σῶν ὀλεθρίως τελευτησάντων ὁ Δαρεῖος φοβηθεὶς ὑπέστρεψε τὰς ἡνίας τῶν ἁρμάτων τῶν δρεπανηφόρων καὶ τροχιζόντων τοὺς ἑαυτοῦ ὄχλους καὶ θεριζόν‐ των. αὐτὸς δὲ Δαρεῖος ἐθέριζε τοὺς πολλοὺς ὄχλους τῶν Περσῶν ὡς ἐπ’ ἀρού‐ ρης στάχυας ἀγρόται κείροντες. καὶ ἐλθὼν Δαρεῖος ἐπὶ τὸν Στράγγαν ποταμὸν</w:t>
      </w:r>
    </w:p>
    <w:p>
      <w:r>
        <w:rPr>
          <w:rFonts w:ascii="Courier New" w:hAnsi="Courier New"/>
          <w:color w:val="555555"/>
          <w:sz w:val="20"/>
        </w:rPr>
        <w:t>[35]</w:t>
      </w:r>
    </w:p>
    <w:p>
      <w:r>
        <w:rPr>
          <w:rFonts w:ascii="Gentium Plus" w:hAnsi="Gentium Plus"/>
          <w:sz w:val="24"/>
        </w:rPr>
        <w:t>φεύγων αὐτὸς μὲν καὶ οἱ σὺν αὐτῷ διεπέρασαν εὑρόντες παγέντα τὸν ποταμόν. τὸ δὲ πλῆθος τῶν Περσῶν καὶ βαρβάρων βουληθέντες διαπερᾶσαι τὸν ποταμὸν καὶ φυγεῖν εἰσῆλθεν εἰς αὐτὸν ἅπαν τὸ πλῆθος, καὶ ἐλύθη καὶ ἥρπασε πάντας</w:t>
      </w:r>
    </w:p>
    <w:p>
      <w:r>
        <w:rPr>
          <w:rFonts w:ascii="Courier New" w:hAnsi="Courier New"/>
          <w:color w:val="555555"/>
          <w:sz w:val="20"/>
        </w:rPr>
        <w:t>[40]</w:t>
      </w:r>
    </w:p>
    <w:p>
      <w:r>
        <w:rPr>
          <w:rFonts w:ascii="Gentium Plus" w:hAnsi="Gentium Plus"/>
          <w:sz w:val="24"/>
        </w:rPr>
        <w:t>τὸν εἰς τὸ ἔδαφος ἀνοιμώξας δάκρυσιν ἐθρήνει ἑαυτὸν ἀπολέσας τοσοῦτον πλῆ‐ θος στρατιωτῶν καὶ τὴν Περσίδα ὅλην ἐρημώσας. συμφοραῖς δὲ τοιαύταις συνεχόμενος ἐθρήνει ἑαυτὸν λέγων· “ὁ τηλικοῦτος βασιλεὺς Δαρεῖος ὁ τοσαῦτα ἔθνη ὑποτάξας καὶ πάσας τὰς πόλεις καταδουλωσάμενος, ὁ θεῶν σύνθρονος γε‐ νόμενος καὶ τῷ ἡλίῳ συνανατείλας νῦν φυγὰς ἐγενόμην ἔρημος. ἀληθῶς τὸ μέλ‐</w:t>
      </w:r>
    </w:p>
    <w:p>
      <w:r>
        <w:rPr>
          <w:rFonts w:ascii="Courier New" w:hAnsi="Courier New"/>
          <w:color w:val="555555"/>
          <w:sz w:val="20"/>
        </w:rPr>
        <w:t>[45]</w:t>
      </w:r>
    </w:p>
    <w:p>
      <w:r>
        <w:rPr>
          <w:rFonts w:ascii="Gentium Plus" w:hAnsi="Gentium Plus"/>
          <w:sz w:val="24"/>
        </w:rPr>
        <w:t>λον οὐδεὶς ἀσφαλῶς βουλεύεται. ἡ γὰρ τύχη βραχεῖαν ἐὰν λάβῃ ῥοπήν, τοὺς ταπεινοὺς ὑπεράνω τῶν νεφελῶν ἀναβιβάζει καὶ τοὺς ἀπὸ ὕψους εἰς ζόφον κα‐ τάγει.”</w:t>
      </w:r>
    </w:p>
    <w:p>
      <w:r>
        <w:rPr>
          <w:rFonts w:ascii="Courier New" w:hAnsi="Courier New"/>
          <w:color w:val="555555"/>
          <w:sz w:val="20"/>
        </w:rPr>
        <w:t>[47]</w:t>
      </w:r>
    </w:p>
    <w:p>
      <w:r>
        <w:rPr>
          <w:rFonts w:ascii="Gentium Plus" w:hAnsi="Gentium Plus"/>
          <w:sz w:val="24"/>
        </w:rPr>
      </w:r>
    </w:p>
    <w:p>
      <w:r>
        <w:rPr>
          <w:rFonts w:ascii="Courier New" w:hAnsi="Courier New"/>
          <w:color w:val="555555"/>
          <w:sz w:val="20"/>
        </w:rPr>
        <w:t>[2 . 17]</w:t>
      </w:r>
    </w:p>
    <w:p>
      <w:r>
        <w:rPr>
          <w:rFonts w:ascii="Gentium Plus" w:hAnsi="Gentium Plus"/>
          <w:sz w:val="24"/>
        </w:rPr>
        <w:t>Ἔκειτο οὖν Δαρεῖος ἔρημος ἀνθρώπων ὁ τοσούτων ἐθνῶν δεσπότης γενόμε‐ νος. ὀλίγον οὖν διανήψας καὶ διαναστὰς καὶ εἰς ἑαυτὸν γενόμενος ἐτύπωσεν ἐπιστολὴν καὶ πέμπει Ἀλεξάνδρῳ περιέχουσαν οὕτως· “Δαρεῖος Ἀλεξάνδρῳ τῷ ἐμῷ δεσπότῃ χαίρειν. ὁ τὸ φῶς μοι δείξας ὑπερ‐</w:t>
      </w:r>
    </w:p>
    <w:p>
      <w:r>
        <w:rPr>
          <w:rFonts w:ascii="Courier New" w:hAnsi="Courier New"/>
          <w:color w:val="555555"/>
          <w:sz w:val="20"/>
        </w:rPr>
        <w:t>[5]</w:t>
      </w:r>
    </w:p>
    <w:p>
      <w:r>
        <w:rPr>
          <w:rFonts w:ascii="Gentium Plus" w:hAnsi="Gentium Plus"/>
          <w:sz w:val="24"/>
        </w:rPr>
        <w:t>φρονήσας μέγα ἔρωτα ἔσχεν εἰς τὴν Ἑλλάδα στρατεύσασθαι ἄπληστος χρυσίου γενόμενος καὶ τῆς ἄλλης εὐδαιμονίας τῆς ὑπαρχούσης ἡμῖν ἐκ πατέρων. ἀπέ‐ θανεν οὖν πολὺ χρυσίον καὶ πολὺ ἀργύριον καὶ πολλὰς σκηνὰς ἀπολέσας ὑπὲρ Κροῖσον τὸν Λύδιον πλουτήσας καὶ τὸν ἐνεστῶτα θάνατον οὐκ ἐξέφυγεν. τοί‐ νυν, Ἀλέξανδρε, σὺ κατανοήσας τύχην καὶ νέμεσιν τὸ μέγα φρονεῖν ὑπέ〈κ〉στη‐</w:t>
      </w:r>
    </w:p>
    <w:p>
      <w:r>
        <w:rPr>
          <w:rFonts w:ascii="Courier New" w:hAnsi="Courier New"/>
          <w:color w:val="555555"/>
          <w:sz w:val="20"/>
        </w:rPr>
        <w:t>[10]</w:t>
      </w:r>
    </w:p>
    <w:p>
      <w:r>
        <w:rPr>
          <w:rFonts w:ascii="Gentium Plus" w:hAnsi="Gentium Plus"/>
          <w:sz w:val="24"/>
        </w:rPr>
        <w:t>σο〈ν〉. οἴκτειρον οὖν ἡμᾶς πρός σε καταφεύγοντας προσδεεῖς καὶ τῆς ἄλλης ὑπαρχούσης ἡμῖν εὐγενείας ἀπὸ Περσῶν καὶ ἀπόδος μοι τὴν γυναῖκά μου καὶ τὴν μητέρα καὶ τὰ τέκνα μνησθεὶς τῶν πατρῴων ἐλπίδων. καὶ ἀντὶ τούτων ὑπισχνοῦμαί σοι διδόναι τοὺς θησαυροὺς τοὺς ἐν Μυσιάδι τῇ χώρᾳ καὶ ἐν Σού‐ σοις καὶ Βάκτροις, οὓς οἱ πατέρες ἡμῶν παρέθεντο τῇ γῇ. ὑπισχνοῦμαι δέ σοι</w:t>
      </w:r>
    </w:p>
    <w:p>
      <w:r>
        <w:rPr>
          <w:rFonts w:ascii="Courier New" w:hAnsi="Courier New"/>
          <w:color w:val="555555"/>
          <w:sz w:val="20"/>
        </w:rPr>
        <w:t>[15]</w:t>
      </w:r>
    </w:p>
    <w:p>
      <w:r>
        <w:rPr>
          <w:rFonts w:ascii="Gentium Plus" w:hAnsi="Gentium Plus"/>
          <w:sz w:val="24"/>
        </w:rPr>
        <w:t>καὶ τὴν Περσῶν καὶ Μήδων καὶ τῶν ἄλλων ἐθνῶν χώραν κυριεύειν πάντα τὸν</w:t>
      </w:r>
    </w:p>
    <w:p>
      <w:r>
        <w:rPr>
          <w:rFonts w:ascii="Courier New" w:hAnsi="Courier New"/>
          <w:color w:val="555555"/>
          <w:sz w:val="20"/>
        </w:rPr>
        <w:t>[20]</w:t>
      </w:r>
    </w:p>
    <w:p>
      <w:r>
        <w:rPr>
          <w:rFonts w:ascii="Gentium Plus" w:hAnsi="Gentium Plus"/>
          <w:sz w:val="24"/>
        </w:rPr>
        <w:t>στρατηγῶν Παρμένιος ὀνόματι· “ἐγώ, βασιλεῦ Ἀλέξανδρε, ἐλάμβανον τὰ χρή‐ ματα καὶ τὴν χώραν τὴν δεδομένην σοι καὶ ἀπέδωκα ἂν Δαρείῳ τὴν μητέρα καὶ τὴν γυναῖκα καὶ τὰ τέκνα αὐτοῦ κοιμηθεὶς μετ’ αὐτῶν.” μειδιάσας δὲ Ἀλέ‐ ξανδρος εἶπε πρὸς αὐτόν· “ἐγὼ μέν, Παρμένιε, πάντα λαμβάνω παρ’ αὐτοῦ, ἐθαύμασα δὲ ὅτι Δαρεῖος διὰ χρημάτων ἀξιοῖ λυτρώσασθαι τοὺς ἰδίους, πολλῷ</w:t>
      </w:r>
    </w:p>
    <w:p>
      <w:r>
        <w:rPr>
          <w:rFonts w:ascii="Courier New" w:hAnsi="Courier New"/>
          <w:color w:val="555555"/>
          <w:sz w:val="20"/>
        </w:rPr>
        <w:t>[25]</w:t>
      </w:r>
    </w:p>
    <w:p>
      <w:r>
        <w:rPr>
          <w:rFonts w:ascii="Gentium Plus" w:hAnsi="Gentium Plus"/>
          <w:sz w:val="24"/>
        </w:rPr>
        <w:t>δὲ μᾶλλον 〈ὅτι〉 καὶ τὴν χώραν τὴν ἐμὴν ὑπισχνεῖταί μοι ἀποδοῦναι. ἀγνοεῖ δὲ τοῦτο Δαρεῖος ὅτι, εἰ μὴ νικήσῃ με μαχόμενος, ταῦτα πάντα ἐμά εἰσι σὺν τοῖς ἰδίοις αὐτοῦ. πλὴν αἰσχρὸν ἡμᾶς ἐστι τοὺς ἄνδρας νικήσαντας ὑπὸ γυναικῶν ἡττηθῆναι. ἡμεῖς οὖν πρὸς ἐκεῖνον τὴν μάχην ὀτρύνομεν περὶ τῶν ἡμετέρων.</w:t>
      </w:r>
    </w:p>
    <w:p>
      <w:r>
        <w:rPr>
          <w:rFonts w:ascii="Courier New" w:hAnsi="Courier New"/>
          <w:color w:val="555555"/>
          <w:sz w:val="20"/>
        </w:rPr>
        <w:t>[30]</w:t>
      </w:r>
    </w:p>
    <w:p>
      <w:r>
        <w:rPr>
          <w:rFonts w:ascii="Gentium Plus" w:hAnsi="Gentium Plus"/>
          <w:sz w:val="24"/>
        </w:rPr>
        <w:t>εἶναι. εἰ δὲ πρότερον αὐτῆς ἐκεῖνος ἦρχεν, τοῦτο κερδανέτω, διότι χώραν ἔχων ἀλλοτρίαν τοσοῦτον χρόνον οὐδὲν ἔπαθε κακόν.” καὶ ταῦτα εἰπὼν Ἀλέξανδρος τοῖς πρεσβευταῖς Δαρείου ἐκέλευσεν αὐτοὺς ἀπελθόντας ταῦτα Δαρείῳ ἀπαγγεῖ‐ λαι γράμματα αὐτοῖς μὴ δούς. κελεύει οὖν Ἀλέξανδρος τοὺς τραυματισθέντας ἐν τῷ πολέμῳ στρατιώτας θεραπεύεσθαι πάσῃ ἐπιμελείᾳ, τοὺς δὲ τελευτήσαν‐</w:t>
      </w:r>
    </w:p>
    <w:p>
      <w:r>
        <w:rPr>
          <w:rFonts w:ascii="Courier New" w:hAnsi="Courier New"/>
          <w:color w:val="555555"/>
          <w:sz w:val="20"/>
        </w:rPr>
        <w:t>[35]</w:t>
      </w:r>
    </w:p>
    <w:p>
      <w:r>
        <w:rPr>
          <w:rFonts w:ascii="Gentium Plus" w:hAnsi="Gentium Plus"/>
          <w:sz w:val="24"/>
        </w:rPr>
        <w:t>τας κηδείας τυγχάνοντας θάπτεσθαι. μείνας ἐκεῖ τὸν χειμῶνα προστάξας ἐμπυ‐ ρίζεσθαι τὰ Ξέρξου βασίλεια ὄντα κάλλιστα κατὰ τὴν χώραν ἐκείνην, μικρὸν δὲ πάλιν μετανοήσας παύσασθαι αὐτοὺς ἐκέλευσεν.</w:t>
      </w:r>
    </w:p>
    <w:p>
      <w:r>
        <w:rPr>
          <w:rFonts w:ascii="Courier New" w:hAnsi="Courier New"/>
          <w:color w:val="555555"/>
          <w:sz w:val="20"/>
        </w:rPr>
        <w:t>[37]</w:t>
      </w:r>
    </w:p>
    <w:p>
      <w:r>
        <w:rPr>
          <w:rFonts w:ascii="Gentium Plus" w:hAnsi="Gentium Plus"/>
          <w:sz w:val="24"/>
        </w:rPr>
      </w:r>
    </w:p>
    <w:p>
      <w:r>
        <w:rPr>
          <w:rFonts w:ascii="Courier New" w:hAnsi="Courier New"/>
          <w:color w:val="555555"/>
          <w:sz w:val="20"/>
        </w:rPr>
        <w:t>[2 . 18]</w:t>
      </w:r>
    </w:p>
    <w:p>
      <w:r>
        <w:rPr>
          <w:rFonts w:ascii="Gentium Plus" w:hAnsi="Gentium Plus"/>
          <w:sz w:val="24"/>
        </w:rPr>
        <w:t>Ἐθεάσατο δὲ καὶ τοὺς Περσῶν τάφους χρυσῷ πολλῷ κεκοσμημένους. εἶδε δὲ καὶ τὸν Ναβονασάρου τάφον τοῦ κεκλημένου Ναβουχοδονόσωρ Ἑλλαδικῇ</w:t>
      </w:r>
    </w:p>
    <w:p>
      <w:r>
        <w:rPr>
          <w:rFonts w:ascii="Courier New" w:hAnsi="Courier New"/>
          <w:color w:val="555555"/>
          <w:sz w:val="20"/>
        </w:rPr>
        <w:t>[5]</w:t>
      </w:r>
    </w:p>
    <w:p>
      <w:r>
        <w:rPr>
          <w:rFonts w:ascii="Gentium Plus" w:hAnsi="Gentium Plus"/>
          <w:sz w:val="24"/>
        </w:rPr>
        <w:t>τάφον. ἦν δὲ πύργος αἴθριος δωδεκάστεγος, ἐν δὲ τῇ ἄνω στέγῃ ἔκειτο ἐν χρυσῇ πυέλῃ καὶ ὕελος περιεκέχυτο, ὥστε τὸ τρίχωμα αὐτοῦ φαίνεσθαι καὶ αὐ‐ τὸν δὲ ὅλον διὰ τοῦ ὑέλου. ἐνταῦθα δὲ ἦσαν Ἕλληνες ἄνδρες εἰς τὸν τάφον Ξέρξου λελωβημένοι, οἱ μὲν πόδας, οἱ δὲ ῥῖνας, ἕτεροι δὲ τὰ ὦτα αὐτῶν, δεδε‐ μένοι πέδαις καὶ ἡλωθέντες, ἄνδρες Ἀθηναῖοι, 〈οἳ〉 ἐξεβόησαν Ἀλεξάνδρῳ</w:t>
      </w:r>
    </w:p>
    <w:p>
      <w:r>
        <w:rPr>
          <w:rFonts w:ascii="Courier New" w:hAnsi="Courier New"/>
          <w:color w:val="555555"/>
          <w:sz w:val="20"/>
        </w:rPr>
        <w:t>[10]</w:t>
      </w:r>
    </w:p>
    <w:p>
      <w:r>
        <w:rPr>
          <w:rFonts w:ascii="Gentium Plus" w:hAnsi="Gentium Plus"/>
          <w:sz w:val="24"/>
        </w:rPr>
        <w:t>ὥστε σῶσαι αὐτούς. ὁ δὲ Ἀλέξανδρος ἰδὼν αὐτοὺς ἐδάκρυσεν. ἦν γὰρ τὸ θεώ‐ ρημα αὐτῶν δεινόν. βαρέως οὖν ἤνεγκεν ἐπὶ τούτῳ καὶ προσέταξε λυθῆναι αὐ‐ τοὺς καὶ δοθῆναι αὐτοὺς διδράγματα χίλια καὶ ἀποκαταστῆναι αὐτοὺς εἰς τὴν ἰδίαν ἑκάστου πατρίδα. οἱ δὲ λαβόντες τὸ ἀργύριον ἠξίωσαν Ἀλεξάνδρῳ χώραν αὐτοῖς ἀπομερισθῆναι ἐν τοῖς τόποις ἐκείνοις, εἰς δὲ τὰς πατρίδας αὐτῶν μὴ</w:t>
      </w:r>
    </w:p>
    <w:p>
      <w:r>
        <w:rPr>
          <w:rFonts w:ascii="Courier New" w:hAnsi="Courier New"/>
          <w:color w:val="555555"/>
          <w:sz w:val="20"/>
        </w:rPr>
        <w:t>[15]</w:t>
      </w:r>
    </w:p>
    <w:p>
      <w:r>
        <w:rPr>
          <w:rFonts w:ascii="Gentium Plus" w:hAnsi="Gentium Plus"/>
          <w:sz w:val="24"/>
        </w:rPr>
        <w:t>ἐκπεμφθῆναι, οὕτως διακειμένους ὄνειδος εἶναι τοῖς οἰκείοις. καὶ ἐκέλευσεν ἀπομερισθῆναι αὐτοῖς γῆν καὶ σῖτον καὶ σπέρματα δοθῆναι αὐτοῖς καὶ βόας ἑκάστῳ ἓξ καὶ πρόβατα καὶ πάντα ὅσα χρήσιμα εἰς γεωργίαν καὶ ἕτερον χρῆμα.</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[2 . 19]</w:t>
      </w:r>
    </w:p>
    <w:p>
      <w:r>
        <w:rPr>
          <w:rFonts w:ascii="Gentium Plus" w:hAnsi="Gentium Plus"/>
          <w:sz w:val="24"/>
        </w:rPr>
        <w:t>Ὁ δὲ Δαρεῖος ηὐτρεπίζετο εἰς ἕτερον πόλεμον συμβαλεῖν Ἀλεξάνδρῳ. καὶ γράφει Πώρῳ βασιλεῖ Ἰνδῶν οὕτως· “Βασιλεὺς Δαρεῖος βασιλεῖ Ἰνδῶν Πώρῳ χαίρειν· ... ἐπὶ τῇ γενομένῃ καταστροφῇ τοῦ οἴκου μου ἐν ταῖς ἡμέραις ταύταις καὶ νῦν δηλῶ σοι, ἐπειδὴ</w:t>
      </w:r>
    </w:p>
    <w:p>
      <w:r>
        <w:rPr>
          <w:rFonts w:ascii="Courier New" w:hAnsi="Courier New"/>
          <w:color w:val="555555"/>
          <w:sz w:val="20"/>
        </w:rPr>
        <w:t>[5]</w:t>
      </w:r>
    </w:p>
    <w:p>
      <w:r>
        <w:rPr>
          <w:rFonts w:ascii="Gentium Plus" w:hAnsi="Gentium Plus"/>
          <w:sz w:val="24"/>
        </w:rPr>
        <w:t>ἐπιβάς μοι Μακεδὼν θηρὸς ἀγρίου τύχην ἔχων οὐ βούλεται τὴν μητέρα μου καὶ τὴν γυναῖκα καὶ τὰ τέκνα ἀποδοῦναί μοι. ἐμοῦ τε ἐπαγγειλαμένου καὶ θησαυ‐ ροὺς καὶ ἄλλα τινὰ πλείονα παρέχειν αὐτῷ οὐ πείθεται. ὅθεν οὖν βουλόμενος ἐκπορθῆσαι αὐτὸν ἐφ’ οἷς ἔπραξε συνίστημι αὐτῷ ἕτερον πόλεμον, μέχρις ἂν ἀμύνωμαι αὐτὸν καὶ τὸ ἔθνος αὐτοῦ. δίκαιον οὖν ἐστί σε ἀγανακτῆσαι ἐφ’ οἷς</w:t>
      </w:r>
    </w:p>
    <w:p>
      <w:r>
        <w:rPr>
          <w:rFonts w:ascii="Courier New" w:hAnsi="Courier New"/>
          <w:color w:val="555555"/>
          <w:sz w:val="20"/>
        </w:rPr>
        <w:t>[10]</w:t>
      </w:r>
    </w:p>
    <w:p>
      <w:r>
        <w:rPr>
          <w:rFonts w:ascii="Gentium Plus" w:hAnsi="Gentium Plus"/>
          <w:sz w:val="24"/>
        </w:rPr>
        <w:t>ἔπαθον καὶ ἐπεξελθεῖν σε ἐπὶ τῇ ἐμῇ ὕβρει, μνησθέντα σε τῶν γονικῶν ἡμῶν δικαίων. συνάθροισον οὖν πλεῖστα ἔθνη ἐπὶ τὰς Κασπιακὰς πύλας. καὶ τοῖς συνερχομένοις ἀνδράσι χορήγησον χρυσίον πολὺ καὶ σῖτον καὶ χορτάσματα. πάντων δέ σοι τὸ ἥμισυ τῶν λαφύρων ὧν ἐὰν λάβω τῶν πολεμίων χαρίσομαι καὶ τὸν λεγόμενον Βουκέφαλον ἵππον σὺν τοῖς βασιλικοῖς χωρίοις καὶ τῶν παλλακῶν</w:t>
      </w:r>
    </w:p>
    <w:p>
      <w:r>
        <w:rPr>
          <w:rFonts w:ascii="Courier New" w:hAnsi="Courier New"/>
          <w:color w:val="555555"/>
          <w:sz w:val="20"/>
        </w:rPr>
        <w:t>[15]</w:t>
      </w:r>
    </w:p>
    <w:p>
      <w:r>
        <w:rPr>
          <w:rFonts w:ascii="Gentium Plus" w:hAnsi="Gentium Plus"/>
          <w:sz w:val="24"/>
        </w:rPr>
        <w:t>αὐτοῦ. δεξάμενος οὖν τὰ γράμματα ἡμῶν ἐν πολλῇ σπουδῇ ἄθροισον πλήθη καὶ ἀπόστειλον ἡμῖν. ἔρρωσο.” Ὁ δὲ Ἀλέξανδρος μαθὼν ταῦτα ὑπό τινος τῶν τοῦ Δαρείου προσφυγόντων αὐτῷ εὐθέως ἀναλαβὼν ἅπασαν τὴν δύναμιν αὐτοῦ τὴν πορείαν ἐποιεῖτο ἐπὶ Μηδίαν. ἤκουσε δὲ Δαρεῖον εἶναι ἐν Βατάνοις ἐπὶ τὰς Κασπιακὰς πύλας. καὶ</w:t>
      </w:r>
    </w:p>
    <w:p>
      <w:r>
        <w:rPr>
          <w:rFonts w:ascii="Courier New" w:hAnsi="Courier New"/>
          <w:color w:val="555555"/>
          <w:sz w:val="20"/>
        </w:rPr>
        <w:t>[20]</w:t>
      </w:r>
    </w:p>
    <w:p>
      <w:r>
        <w:rPr>
          <w:rFonts w:ascii="Gentium Plus" w:hAnsi="Gentium Plus"/>
          <w:sz w:val="24"/>
        </w:rPr>
        <w:t>σύντομον ἐποιεῖτο τὸν διωγμὸν καὶ εὐτολμότερον.</w:t>
      </w:r>
    </w:p>
    <w:p>
      <w:r>
        <w:rPr>
          <w:rFonts w:ascii="Courier New" w:hAnsi="Courier New"/>
          <w:color w:val="555555"/>
          <w:sz w:val="20"/>
        </w:rPr>
        <w:t>[20]</w:t>
      </w:r>
    </w:p>
    <w:p>
      <w:r>
        <w:rPr>
          <w:rFonts w:ascii="Gentium Plus" w:hAnsi="Gentium Plus"/>
          <w:sz w:val="24"/>
        </w:rPr>
      </w:r>
    </w:p>
    <w:p>
      <w:r>
        <w:rPr>
          <w:rFonts w:ascii="Courier New" w:hAnsi="Courier New"/>
          <w:color w:val="555555"/>
          <w:sz w:val="20"/>
        </w:rPr>
        <w:t>[2 . 20]</w:t>
      </w:r>
    </w:p>
    <w:p>
      <w:r>
        <w:rPr>
          <w:rFonts w:ascii="Gentium Plus" w:hAnsi="Gentium Plus"/>
          <w:sz w:val="24"/>
        </w:rPr>
        <w:t>Ἔγνωσαν οὖν οἱ σατράπαι Δαρείου τὸν Ἀλέξανδρον ἐγγίζειν, Βῆσσος καὶ Ἀριοβαρζάν. καὶ παρατραπέντες οὗτοι τὰς φρενοβλαβεῖς γνώμας ἐβουλεύσαντο Δαρεῖον ἀναιρῆσαι. ἔλεγον γὰρ πρὸς ἀλλήλους [ὅ τε Βῆσσος καὶ Ἀριοβαρζάν], ὅτι “ἐὰν ἀνέλωμεν τὸν Δαρεῖον, ληψόμεθα παρὰ Ἀλεξάνδρου χρήματα πολλὰ</w:t>
      </w:r>
    </w:p>
    <w:p>
      <w:r>
        <w:rPr>
          <w:rFonts w:ascii="Courier New" w:hAnsi="Courier New"/>
          <w:color w:val="555555"/>
          <w:sz w:val="20"/>
        </w:rPr>
        <w:t>[5]</w:t>
      </w:r>
    </w:p>
    <w:p>
      <w:r>
        <w:rPr>
          <w:rFonts w:ascii="Gentium Plus" w:hAnsi="Gentium Plus"/>
          <w:sz w:val="24"/>
        </w:rPr>
        <w:t>ὡς ἀναιρήσαντες αὐτοῦ τὸν ἐχθρόν.” οὗτοι οὖν κακῶς βουλευσάμενοι ἐπηνέχθη‐ σαν ξιφήρεις Δαρείῳ. ὡς δὲ εἶδεν τούτους Δαρεῖος ὁρμήσαντας αὐτῷ ξιφήρεις, εἶπεν αὐτοῖς· “ὦ ἐμοῦ δεσπόται οἱ πρίν μου δοῦλοι, τί ὑμᾶς ἠδίκησα, ἵνα με ὑμεῖς ἀναιρεῖτε βαρβάρων τολμήματι; μὴ πλέον ὑμεῖς Μακεδόνων τι δράσητε. ἐάσατέ με οὕτως ἐπὶ τὰ μέλαθρα ῥιφέντα ἀναστενάζειν τὴν ἀνώμαλον τύχην.</w:t>
      </w:r>
    </w:p>
    <w:p>
      <w:r>
        <w:rPr>
          <w:rFonts w:ascii="Courier New" w:hAnsi="Courier New"/>
          <w:color w:val="555555"/>
          <w:sz w:val="20"/>
        </w:rPr>
        <w:t>[10]</w:t>
      </w:r>
    </w:p>
    <w:p>
      <w:r>
        <w:rPr>
          <w:rFonts w:ascii="Gentium Plus" w:hAnsi="Gentium Plus"/>
          <w:sz w:val="24"/>
        </w:rPr>
        <w:t>(ex. vers.) ἐὰν γὰρ νῦν ἐλθὼν Ἀλέξανδρος ὁ βασιλεὺς Μακεδόνων εὑρήσει με σφαγέντα βασιλεὺς βασιλέως ἐκδικήσει τὸ αἷμα.” οἱ δὲ μηδαμῶς πεισθέντες</w:t>
      </w:r>
    </w:p>
    <w:p>
      <w:r>
        <w:rPr>
          <w:rFonts w:ascii="Courier New" w:hAnsi="Courier New"/>
          <w:color w:val="555555"/>
          <w:sz w:val="20"/>
        </w:rPr>
        <w:t>[15]</w:t>
      </w:r>
    </w:p>
    <w:p>
      <w:r>
        <w:rPr>
          <w:rFonts w:ascii="Gentium Plus" w:hAnsi="Gentium Plus"/>
          <w:sz w:val="24"/>
        </w:rPr>
        <w:t>τῇ δεξιᾷ χειρὶ ἐπισχὼν μόνος ἐκράτει τοῦ μὴ ἐπιφέρειν αὐτῷ τὸ ξίφος. λοξαὶ δὲ αὐτῶν αἱ πληγαὶ ἐτύγχανον. τῶν δὲ δυσσεβῶν μηκέτι ἰσχυόντων αὐτὸν ἀναιρῆ‐ σαι ἐπάλαιον μετ’ αὐτοῦ. ἦν γὰρ σθεναρός. Οἱ οὖν Μακεδόνες εὑρόντες τὸν Στράγγαν ποταμὸν παγέντα διεπέρασαν· καὶ εἰσῆλθεν ὁ Ἀλέξανδρος εἰς τὰ βασίλεια Δαρείου. οἱ οὖν δυσσεβεῖς μαθόντες τὴν</w:t>
      </w:r>
    </w:p>
    <w:p>
      <w:r>
        <w:rPr>
          <w:rFonts w:ascii="Courier New" w:hAnsi="Courier New"/>
          <w:color w:val="555555"/>
          <w:sz w:val="20"/>
        </w:rPr>
        <w:t>[20]</w:t>
      </w:r>
    </w:p>
    <w:p>
      <w:r>
        <w:rPr>
          <w:rFonts w:ascii="Gentium Plus" w:hAnsi="Gentium Plus"/>
          <w:sz w:val="24"/>
        </w:rPr>
        <w:t>εἴσοδον Ἀλεξάνδρου ἔφυγον καταλείψαντες Δαρεῖον ἡμίπνουν. καὶ εἰσελθὼν πρὸς αὐτὸν Ἀλέξανδρος καὶ εὑρὼν αὐτὸν ἡμίπνουν, ἐκκεχυμένον ξίφει τούτου τὸ αἷμα, ἀνοιμώξας αὐτῷ θρῆνον ἄξιον λύπης δάκρυα ἐξέχεεν ἐπ’ αὐτῷ καὶ τῇ</w:t>
      </w:r>
    </w:p>
    <w:p>
      <w:r>
        <w:rPr>
          <w:rFonts w:ascii="Courier New" w:hAnsi="Courier New"/>
          <w:color w:val="555555"/>
          <w:sz w:val="20"/>
        </w:rPr>
        <w:t>[25]</w:t>
      </w:r>
    </w:p>
    <w:p>
      <w:r>
        <w:rPr>
          <w:rFonts w:ascii="Gentium Plus" w:hAnsi="Gentium Plus"/>
          <w:sz w:val="24"/>
        </w:rPr>
        <w:t>ρεῖε, καὶ τῆς σῆς γῆς βασίλευε καὶ τῶν σεαυτοῦ δεσπότης γενοῦ. δέξαι σοῦ τὸ διάδημα τοῦ Περσικοῦ πλήθους (ex. vers.) ἀνάσσων, ἔχε σοῦ τὸ μέγεθος τῆς τυραννίδος. ὄμνυμί σοι τὴν ἄνω πρόνοιαν, ὡς ἀληθῶς καὶ οὐ πεπλασμένως φράζω (ex. vers.) σοι. τίνες δέ εἰσιν οἱ πλήξαντές σε; μήνυσόν μοι αὐτούς, ἵνα σε νῦν ἀναπαύσω.”</w:t>
      </w:r>
    </w:p>
    <w:p>
      <w:r>
        <w:rPr>
          <w:rFonts w:ascii="Courier New" w:hAnsi="Courier New"/>
          <w:color w:val="555555"/>
          <w:sz w:val="20"/>
        </w:rPr>
        <w:t>[30]</w:t>
      </w:r>
    </w:p>
    <w:p>
      <w:r>
        <w:rPr>
          <w:rFonts w:ascii="Gentium Plus" w:hAnsi="Gentium Plus"/>
          <w:sz w:val="24"/>
        </w:rPr>
        <w:t>Καὶ ταῦτα εἰπόντος τοῦ Ἀλεξάνδρου στενάξας Δαρεῖος καὶ τὰς χεῖρας ἐκ‐ τείνας ἐπεσπάσατο Ἀλέξανδρον καὶ περιπλακεὶς αὐτῷ εἶπεν· “Ἀλέξανδρε βασιλεῦ, μήποτε ἐπαρθῇς τῇ τυραννικῇ δόξῃ (ex. vers.). ὁπόταν ἔργον ἰσόθεον κατορθώσῃς (ex. vers.) καὶ χερσὶ ταῖς σαῖς οὐρανὸν θέλῃς φθάσαι, σκόπει τὸ μέλλον. ἡ τύχη γὰρ οὐκ οἶδε (ex. vers.) βασιλέα οὔτε μὴν πλῆθος (ex. vers.?)</w:t>
      </w:r>
    </w:p>
    <w:p>
      <w:r>
        <w:rPr>
          <w:rFonts w:ascii="Courier New" w:hAnsi="Courier New"/>
          <w:color w:val="555555"/>
          <w:sz w:val="20"/>
        </w:rPr>
        <w:t>[35]</w:t>
      </w:r>
    </w:p>
    <w:p>
      <w:r>
        <w:rPr>
          <w:rFonts w:ascii="Gentium Plus" w:hAnsi="Gentium Plus"/>
          <w:sz w:val="24"/>
        </w:rPr>
        <w:t>ἔχοντα, ἀκρίτῳ δὲ γνώμῃ πανταχόθεν ῥέμβεται. ὁρᾷς τίς ἤμην καὶ τίς γέγονα. ἀποθνῄσκοντός μου, Ἀλέξανδρε, ταῖς σαῖς χερσὶ θάψον με. κηδευσάτωσάν με</w:t>
      </w:r>
    </w:p>
    <w:p>
      <w:r>
        <w:rPr>
          <w:rFonts w:ascii="Courier New" w:hAnsi="Courier New"/>
          <w:color w:val="555555"/>
          <w:sz w:val="20"/>
        </w:rPr>
        <w:t>[40]</w:t>
      </w:r>
    </w:p>
    <w:p>
      <w:r>
        <w:rPr>
          <w:rFonts w:ascii="Gentium Plus" w:hAnsi="Gentium Plus"/>
          <w:sz w:val="24"/>
        </w:rPr>
        <w:t>τὴν δὲ θυγατέρα μου Ῥωξάνην δίδωμί σοι (ex. vers.?) εἰς γυναῖκα, ἵνα ἐπὶ ἀφθίτοις καιροῖς ἐπὶ μνήμης λίπητε τέκνα, οἷς καυχώμενοι, ὡς ἡμεῖς ἐπὶ τέ‐ κνοις, σὺ μὲν Φιλίππῳ, Ῥωξάνη δὲ Δαρείῳ μνήμην τελεῖτε συγγηροῦντες χρό‐ νοις.” καὶ ταῦτα εἰπὼν Δαρεῖος ἐξέπνευσε τὸ πνεῦμα χερσὶν Ἀλεξάνδρου.</w:t>
      </w:r>
    </w:p>
    <w:p>
      <w:r>
        <w:rPr>
          <w:rFonts w:ascii="Courier New" w:hAnsi="Courier New"/>
          <w:color w:val="555555"/>
          <w:sz w:val="20"/>
        </w:rPr>
        <w:t>[43]</w:t>
      </w:r>
    </w:p>
    <w:p>
      <w:r>
        <w:rPr>
          <w:rFonts w:ascii="Gentium Plus" w:hAnsi="Gentium Plus"/>
          <w:sz w:val="24"/>
        </w:rPr>
      </w:r>
    </w:p>
    <w:p>
      <w:r>
        <w:rPr>
          <w:rFonts w:ascii="Courier New" w:hAnsi="Courier New"/>
          <w:color w:val="555555"/>
          <w:sz w:val="20"/>
        </w:rPr>
        <w:t>[2 . 21]</w:t>
      </w:r>
    </w:p>
    <w:p>
      <w:r>
        <w:rPr>
          <w:rFonts w:ascii="Gentium Plus" w:hAnsi="Gentium Plus"/>
          <w:sz w:val="24"/>
        </w:rPr>
        <w:t>Ὁ δὲ Ἀλέξανδρος συμπαθῶς κλαύσας τὸν Δαρεῖον ἐκέλευσε τὸ σῶμα αὐτοῦ</w:t>
      </w:r>
    </w:p>
    <w:p>
      <w:r>
        <w:rPr>
          <w:rFonts w:ascii="Courier New" w:hAnsi="Courier New"/>
          <w:color w:val="555555"/>
          <w:sz w:val="20"/>
        </w:rPr>
        <w:t>[5]</w:t>
      </w:r>
    </w:p>
    <w:p>
      <w:r>
        <w:rPr>
          <w:rFonts w:ascii="Gentium Plus" w:hAnsi="Gentium Plus"/>
          <w:sz w:val="24"/>
        </w:rPr>
        <w:t>τοσοῦτον δὲ ἔστενον οἱ ἐπακολουθοῦντες [ὁρᾶν] ἐπὶ Δαρείῳ ὅσον ἐπὶ Ἀλεξάν‐ δρῳ βαστάζοντι. ἀποθεὶς δὲ Ἀλέξανδρος ἐπὶ τὸν τάφον Δαρεῖον τὸν βασιλέα βουθυτήσας ἐκεῖ μνήμην ἐποίησε Δαρείῳ· καὶ νόμους ἔθετο κατὰ πόλιν ἅμα τε καὶ προστάγματα περιέχοντα οὕτως· “Βασιλεὺς Ἀλέξανδρος υἱὸς Φιλίππου βασιλέως καὶ βασιλίσσης Ὀλυμ‐</w:t>
      </w:r>
    </w:p>
    <w:p>
      <w:r>
        <w:rPr>
          <w:rFonts w:ascii="Courier New" w:hAnsi="Courier New"/>
          <w:color w:val="555555"/>
          <w:sz w:val="20"/>
        </w:rPr>
        <w:t>[10]</w:t>
      </w:r>
    </w:p>
    <w:p>
      <w:r>
        <w:rPr>
          <w:rFonts w:ascii="Gentium Plus" w:hAnsi="Gentium Plus"/>
          <w:sz w:val="24"/>
        </w:rPr>
        <w:t>πιάδος τοῖς κατὰ τὴν Περσίδα πᾶσιν ἔν τε ταῖς πόλεσι καὶ χώραις τάδε κελεύω. εὐκτὸν μὲν ἦν μοι τὰς τοσαύτας μυριάδας ἀνθρώπων μὴ ἀπολέσθαι κακῶς. εἰ δὲ εὐδαιμονία ποιεῖ με κατὰ Περσῶν νικηφόρον, εὐχαριστῶ τῇ προνοίᾳ. γινώσκετε δὲ ἡμᾶς κατεστηκότας ὑμῖν σατράπας, οἷς ὀφείλετε ὑπακούειν, ὡς</w:t>
      </w:r>
    </w:p>
    <w:p>
      <w:r>
        <w:rPr>
          <w:rFonts w:ascii="Courier New" w:hAnsi="Courier New"/>
          <w:color w:val="555555"/>
          <w:sz w:val="20"/>
        </w:rPr>
        <w:t>[15]</w:t>
      </w:r>
    </w:p>
    <w:p>
      <w:r>
        <w:rPr>
          <w:rFonts w:ascii="Gentium Plus" w:hAnsi="Gentium Plus"/>
          <w:sz w:val="24"/>
        </w:rPr>
        <w:t>μὴ Ἀλέξανδρον μόνον. χρῆσθε δὲ τοῖς ἰδίοις ἔθεσι καὶ συνηθείαις καὶ ἑορταῖς καὶ πανηγύρεσι καὶ εὐωχίαις καὶ βουθυσίαις καθάπερ καὶ ἐπὶ Δαρείῳ. ἕκαστος ὑμῶν τῇ ἰδίᾳ μονῇ βιώτω. ἐὰν δὲ Πέρσης καταλείψας τὴν ἰδίαν πόλιν ἢ χώραν ἢ τόπον καὶ ἀλλοδαπῆ κατοικήσει, ὡς ἀποστάτης κολαζέσθω. τὰ δὲ ὑπάρχοντα ὑμῖν συγχωρῶ ἑκάστῳ κυριεύειν τῶν ἰδίων πλὴν χρυσίου καὶ ἀργυρίου. τὸν γὰρ</w:t>
      </w:r>
    </w:p>
    <w:p>
      <w:r>
        <w:rPr>
          <w:rFonts w:ascii="Courier New" w:hAnsi="Courier New"/>
          <w:color w:val="555555"/>
          <w:sz w:val="20"/>
        </w:rPr>
        <w:t>[20]</w:t>
      </w:r>
    </w:p>
    <w:p>
      <w:r>
        <w:rPr>
          <w:rFonts w:ascii="Gentium Plus" w:hAnsi="Gentium Plus"/>
          <w:sz w:val="24"/>
        </w:rPr>
        <w:t>χρυσὸν καὶ τὸν ἄργυρον κελεύω ἀναφέρεσθαι τοῖς κατὰ πόλιν καὶ χώραν ἡμετέ‐ ροις 〈ἐφ〉όροις. νομὰς δὲ ὅσας ἔχετε συγχωροῦμεν ἑκάστῳ τῶν ἰδίων χρᾶσθαι. πᾶν δὲ ἀμυντήριον ὅπλον κελεύω ἀναφέρεσθαι εἰς τὰς ἀποδεδειγμένας ὁπλοθήκας. οἱ δὲ σατράπαι μενέτωσαν ἐν τῇ αὐτῶν τάξει. ἔθνος δ’ ἔθνει οὐκ ἐπιβήσεται εἰ μὴ ἐμπορίας χάριν, καὶ ταῦτα δὲ ἕως εἴκοσιν ἀνδρῶν. κἀγὼ τὸ μέρος λήψομαι</w:t>
      </w:r>
    </w:p>
    <w:p>
      <w:r>
        <w:rPr>
          <w:rFonts w:ascii="Courier New" w:hAnsi="Courier New"/>
          <w:color w:val="555555"/>
          <w:sz w:val="20"/>
        </w:rPr>
        <w:t>[25]</w:t>
      </w:r>
    </w:p>
    <w:p>
      <w:r>
        <w:rPr>
          <w:rFonts w:ascii="Gentium Plus" w:hAnsi="Gentium Plus"/>
          <w:sz w:val="24"/>
        </w:rPr>
        <w:t>κατὰ τοὺς νόμους ὑμῶν ὡς ἐπὶ Δαρείου. βούλομαι δὲ τὰς χώρας ὑμῶν ἐν εὐθηνίᾳ</w:t>
      </w:r>
    </w:p>
    <w:p>
      <w:r>
        <w:rPr>
          <w:rFonts w:ascii="Courier New" w:hAnsi="Courier New"/>
          <w:color w:val="555555"/>
          <w:sz w:val="20"/>
        </w:rPr>
        <w:t>[30]</w:t>
      </w:r>
    </w:p>
    <w:p>
      <w:r>
        <w:rPr>
          <w:rFonts w:ascii="Gentium Plus" w:hAnsi="Gentium Plus"/>
          <w:sz w:val="24"/>
        </w:rPr>
        <w:t>ρει· καὶ τοῦτο δῆλον ἔσται ἐν ταῖς ὁδοῖς.” “Δαρεῖον δὲ ἐγὼ οὐκ ἀνεῖλον. τίνες δέ εἰσιν ἀγνοῶ, οἷς ὀφείλω σατραπείας ἃς ἂν βούλωνται χαρίσασθαι καὶ χώρας αὐτοῖς μεγίστας ἀποδοῦναι, ὅτι τὸν ἐμὸν ἐχθρὸν ἀνεῖλον.” Καὶ ταῦτα εἰπὼν Ἀλέξανδρος, τὸ Περσικὸν πλῆθος ἐταράχθη ὡς μέλλοντος</w:t>
      </w:r>
    </w:p>
    <w:p>
      <w:r>
        <w:rPr>
          <w:rFonts w:ascii="Courier New" w:hAnsi="Courier New"/>
          <w:color w:val="555555"/>
          <w:sz w:val="20"/>
        </w:rPr>
        <w:t>[35]</w:t>
      </w:r>
    </w:p>
    <w:p>
      <w:r>
        <w:rPr>
          <w:rFonts w:ascii="Gentium Plus" w:hAnsi="Gentium Plus"/>
          <w:sz w:val="24"/>
        </w:rPr>
        <w:t>Ἀλεξάνδρου τὴν Περσίδα κατασκάπτειν. γνοὺς δὲ Ἀλέξανδρος τοῦ πλήθους τὴν λύπην εἶπε πρὸς αὐτούς· “τί ὑπονοεῖτε, ὦ Πέρσαι; ὡς μέλλοντός μου κατα‐ λιπεῖν ὑμᾶς ἀδόξους καὶ ἀσήμους, ὅτι τοὺς ἀνελόντας Δαρεῖον ἐγὼ ἐπιζητῶ; εἰ γὰρ ἔζη Δαρεῖος, ἐπεστράτευέ μοι πόλεμον. νῦν δὲ πᾶς πόλεμος πέπαυται. εἴτε οὖν Μακεδών ἐστιν ὁ ἀναιρήσας Δαρεῖον προσερχέσθω ἡμῖν θαρρῶν καὶ</w:t>
      </w:r>
    </w:p>
    <w:p>
      <w:r>
        <w:rPr>
          <w:rFonts w:ascii="Courier New" w:hAnsi="Courier New"/>
          <w:color w:val="555555"/>
          <w:sz w:val="20"/>
        </w:rPr>
        <w:t>[40]</w:t>
      </w:r>
    </w:p>
    <w:p>
      <w:r>
        <w:rPr>
          <w:rFonts w:ascii="Gentium Plus" w:hAnsi="Gentium Plus"/>
          <w:sz w:val="24"/>
        </w:rPr>
        <w:t>λαμβανέτω εἰς ἀριστείας ὃ ἐὰν αἰτήσηται παρ’ ἡμῶν, εἰ δὲ καὶ Περσῶν ἄλλος τις τυγχάνει, μὴ παρακρυπτέσθω. ὄμνυμι γὰρ τὴν ἄνω πρόνοιαν καὶ τῆς μητρός μου Ὀλυμπιάδος τὴν σωτηρίαν, ὡς ἐπισήμους καὶ περιφανεῖς αὐτοὺς πᾶσιν ἀνθρώποις ποιήσω.” καὶ οὕτως ὀμόσαντος Ἀλεξάνδρου τὸ μὲν πλῆθος ἐδάκρυ‐ σεν, οἱ δὲ κάκιστοι οἱ ἀνελόντες Δαρεῖον, ὅ τε Βῆσσος καὶ Ἀριοβαρζάν, ὡς</w:t>
      </w:r>
    </w:p>
    <w:p>
      <w:r>
        <w:rPr>
          <w:rFonts w:ascii="Courier New" w:hAnsi="Courier New"/>
          <w:color w:val="555555"/>
          <w:sz w:val="20"/>
        </w:rPr>
        <w:t>[45]</w:t>
      </w:r>
    </w:p>
    <w:p>
      <w:r>
        <w:rPr>
          <w:rFonts w:ascii="Gentium Plus" w:hAnsi="Gentium Plus"/>
          <w:sz w:val="24"/>
        </w:rPr>
        <w:t>ληψόμενοι μέγα δῶρον παρὰ Ἀλεξάνδρου αὐτομάτως προσῆλθον αὐτῷ λέγον‐ τες· “δέσποτα Ἀλέξανδρε, ἡμεῖς ἐσμεν οἱ Δαρεῖον ἀναιρήσαντες ἐχθρόν σου τυγχάνοντα.” ἀκούσας δὲ παρ’ αὐτῶν ταῦτα Ἀλέξανδρος ἐκέλευσεν αὐτοὺς συλληφθῆναι καὶ ἐπὶ τὸν τάφον Δαρείου σταυρωθῆναι. τῶν δὲ βοώντων καὶ λε‐ γόντων· “οὐκ ὤμοσας ἡμῖν ὅτι τοὺς ἀναιρήσαντας Δαρεῖον περιφανεῖς καὶ</w:t>
      </w:r>
    </w:p>
    <w:p>
      <w:r>
        <w:rPr>
          <w:rFonts w:ascii="Courier New" w:hAnsi="Courier New"/>
          <w:color w:val="555555"/>
          <w:sz w:val="20"/>
        </w:rPr>
        <w:t>[2 . 21 (50)]</w:t>
      </w:r>
    </w:p>
    <w:p>
      <w:r>
        <w:rPr>
          <w:rFonts w:ascii="Gentium Plus" w:hAnsi="Gentium Plus"/>
          <w:sz w:val="24"/>
        </w:rPr>
        <w:t>ἐπισήμους ποιήσω; καὶ πῶς νῦν κελεύεις ἡμᾶς σταυρωθῆναι παραβὰς τοὺς ὅρκους, οὓς ἐποιήσω;” λέγει αὐτοῖς Ἀλέξανδρος· “οὐχ ὑμῶν ἕνεκα ἀπολο‐ γοῦμαι, ὦ κάκιστοι, ἀλλ’ ἕνεκα τοῦ πλήθους τῶν στρατευμάτων. ἄνδρες Πέρσαι,</w:t>
      </w:r>
    </w:p>
    <w:p>
      <w:r>
        <w:rPr>
          <w:rFonts w:ascii="Courier New" w:hAnsi="Courier New"/>
          <w:color w:val="555555"/>
          <w:sz w:val="20"/>
        </w:rPr>
        <w:t>[55]</w:t>
      </w:r>
    </w:p>
    <w:p>
      <w:r>
        <w:rPr>
          <w:rFonts w:ascii="Gentium Plus" w:hAnsi="Gentium Plus"/>
          <w:sz w:val="24"/>
        </w:rPr>
        <w:t>ἐκεῖνον ἀναιρήσαντας μεγίστῃ τιμωρίᾳ παραδοθῆναι. οἱ γὰρ τὸν ἴδιον δεσπότην ἀναιρήσαντες πολλῷ μᾶλλον ἐτόλμουν καὶ εἰς ἐμὲ φθάσαι. εἰς ὑμᾶς μέν, ὦ κά‐ κιστοι, οὐκ ἐπιώρκησα. ὤμοσα γὰρ περιφανεῖς καὶ ἐπισήμους ὑμᾶς ποιῆσαι πᾶσιν, τουτέστιν ἀνασταυρωθῆναι, ἵνα πάντες ὑμᾶς θεωρῶσιν.” καὶ οὕτως εἰ‐ πόντος τοῦ Ἀλεξάνδρου ἐπευφήμησαν αὐτὸν πάντες· καὶ οἱ μὲν κάκιστοι φο‐</w:t>
      </w:r>
    </w:p>
    <w:p>
      <w:r>
        <w:rPr>
          <w:rFonts w:ascii="Courier New" w:hAnsi="Courier New"/>
          <w:color w:val="555555"/>
          <w:sz w:val="20"/>
        </w:rPr>
        <w:t>[60]</w:t>
      </w:r>
    </w:p>
    <w:p>
      <w:r>
        <w:rPr>
          <w:rFonts w:ascii="Gentium Plus" w:hAnsi="Gentium Plus"/>
          <w:sz w:val="24"/>
        </w:rPr>
        <w:t>νεῖς ἀνασταυροῦνται ἐπὶ τὸν τάφον Δαρείου.</w:t>
      </w:r>
    </w:p>
    <w:p>
      <w:r>
        <w:rPr>
          <w:rFonts w:ascii="Courier New" w:hAnsi="Courier New"/>
          <w:color w:val="555555"/>
          <w:sz w:val="20"/>
        </w:rPr>
        <w:t>[60]</w:t>
      </w:r>
    </w:p>
    <w:p>
      <w:r>
        <w:rPr>
          <w:rFonts w:ascii="Gentium Plus" w:hAnsi="Gentium Plus"/>
          <w:sz w:val="24"/>
        </w:rPr>
      </w:r>
    </w:p>
    <w:p>
      <w:r>
        <w:rPr>
          <w:rFonts w:ascii="Courier New" w:hAnsi="Courier New"/>
          <w:color w:val="555555"/>
          <w:sz w:val="20"/>
        </w:rPr>
        <w:t>[2 . 22]</w:t>
      </w:r>
    </w:p>
    <w:p>
      <w:r>
        <w:rPr>
          <w:rFonts w:ascii="Gentium Plus" w:hAnsi="Gentium Plus"/>
          <w:sz w:val="24"/>
        </w:rPr>
        <w:t>Ἀποκαταστήσας δὲ Ἀλέξανδρος ἐν εἰρήνῃ τὴν πόλιν εἶπεν αὐτοῖς· “τίνα βούλεσθε σατράπην εἶναι τῆς πόλεως ὑμῶν;” οἱ δὲ εἶπον· “Ἀδουλίτην τὸν τοῦ Δαρείου πατράδελφον.” καὶ συνεχώρησεν Ἀλέξανδρος τοῦτον γενέσθαι. γράφει</w:t>
      </w:r>
    </w:p>
    <w:p>
      <w:r>
        <w:rPr>
          <w:rFonts w:ascii="Courier New" w:hAnsi="Courier New"/>
          <w:color w:val="555555"/>
          <w:sz w:val="20"/>
        </w:rPr>
        <w:t>[5]</w:t>
      </w:r>
    </w:p>
    <w:p>
      <w:r>
        <w:rPr>
          <w:rFonts w:ascii="Gentium Plus" w:hAnsi="Gentium Plus"/>
          <w:sz w:val="24"/>
        </w:rPr>
        <w:t>“Βασιλεὺς Ἀλέξανδρος Στατείρᾳ καὶ Ῥοδῷ καὶ Ῥωξάνῃ τῇ ἐμῇ γυναικὶ χαίρειν. ἀντιταξάμενον ἡμῖν Δαρεῖον οὐκ ἠμυνάμεθα, ἀλλὰ μᾶλλον τοὐναντίον· ηὐχόμην γὰρ ἐγὼ ζῶντα ὑπὸ τὰ ἐμὰ σκῆπτρα κατέχειν. ἐλαχίστως δὲ ἔχοντος ἐπὶ τῷ πνεύματι αὐτοῦ τοῦτον κατέλαβον ἐν ἐσχάτῃ ἀναπνοῇ, ὃν ἐλεήσας τῇ ἑαυτοῦ χλαμύδι περιέστειλα. ἐπυθόμην δὲ παρ’ αὐτοῦ τι ἀκοῦσαι περὶ τῆς</w:t>
      </w:r>
    </w:p>
    <w:p>
      <w:r>
        <w:rPr>
          <w:rFonts w:ascii="Courier New" w:hAnsi="Courier New"/>
          <w:color w:val="555555"/>
          <w:sz w:val="20"/>
        </w:rPr>
        <w:t>[10]</w:t>
      </w:r>
    </w:p>
    <w:p>
      <w:r>
        <w:rPr>
          <w:rFonts w:ascii="Gentium Plus" w:hAnsi="Gentium Plus"/>
          <w:sz w:val="24"/>
        </w:rPr>
        <w:t>ἀπωλείας αὐτοῦ. ὁ δέ μοι εἶπεν· ‘παρακαταθήκην ἔχε Ῥωξάνην τὴν ἐμὴν θυγα‐ τέρα καὶ συμβιώσει σοι.‘ περὶ δὲ τῶν εἰς αὐτὸν γενομένων οὐκ ἔφθασέ μοι ὁμιλῆσαι. τοὺς μὲν οὖν αἰτίους τῆς ἀπωλείας αὐτοῦ ἠμυνάμην ἀξιοπρεπῶς. οἴομαι δὲ ὑμᾶς ἀκηκοέναι τὴν ἀγγελίαν αὐτῶν. προσέταξα δὲ ἡρῷον αὐτῷ γε‐ νέσθαι παρὰ τοὺς πατρῴους αὐτοῦ ἥρωας. καὶ ὑμεῖς δὲ τῆς λύπης αὐτοῦ παύ‐</w:t>
      </w:r>
    </w:p>
    <w:p>
      <w:r>
        <w:rPr>
          <w:rFonts w:ascii="Courier New" w:hAnsi="Courier New"/>
          <w:color w:val="555555"/>
          <w:sz w:val="20"/>
        </w:rPr>
        <w:t>[15]</w:t>
      </w:r>
    </w:p>
    <w:p>
      <w:r>
        <w:rPr>
          <w:rFonts w:ascii="Gentium Plus" w:hAnsi="Gentium Plus"/>
          <w:sz w:val="24"/>
        </w:rPr>
        <w:t>σασθε. ἐγὼ γὰρ ὑμᾶς ἀποκαταστήσω εἰς τὰ ἴδια βασίλεια. ἐπὶ δὲ τοῦ παρόντος διατρίψατε ἐφ’ ᾧ τόπῳ ἐστέ, μέχρις ἂν καὶ τὰ ἐνθάδε καταστήσω πράγματα. κατὰ οὖν τὰς διατάξεις Δαρείου Ῥωξάνην τὴν ἐμὴν γυναῖκα σύνθρονόν μου εἶναι βούλομαι, ἐὰν καὶ ὑμεῖς μοι συμπνεύσητε. προσκυνεῖσθαι δὲ αὐτὴν ὡς Ἀλεξάνδρου γυναῖκα βούλομαι καὶ κελεύω. ἔρρωσθε.”</w:t>
      </w:r>
    </w:p>
    <w:p>
      <w:r>
        <w:rPr>
          <w:rFonts w:ascii="Courier New" w:hAnsi="Courier New"/>
          <w:color w:val="555555"/>
          <w:sz w:val="20"/>
        </w:rPr>
        <w:t>[20]</w:t>
      </w:r>
    </w:p>
    <w:p>
      <w:r>
        <w:rPr>
          <w:rFonts w:ascii="Gentium Plus" w:hAnsi="Gentium Plus"/>
          <w:sz w:val="24"/>
        </w:rPr>
        <w:t>Δεξάμεναι δὲ τὰ γράμματα Ἀλεξάνδρου ἀντέγραψαν αὐτῷ ταῦτα· “Ῥοδὼ καὶ Στατείρα Ἀλεξάνδρῳ βασιλεῖ χαίρειν. ηὐξάμεθα 〈τοῖς οὐρανίοις θεοῖσ〉 τοῖς κλίνασι τὸ Δαρείου ὄνομα καὶ τῶν Περσῶν καύχημα αἰώνιόν σε καταστῆ‐ σαι τῆς οἰκουμένης βασιλέα λογισμῷ καὶ φρονήσει καὶ δυνάμει. οἴδαμεν δὲ ὑπὸ τὰς σὰς ἀγκάλας οὖσαι, ὅτι καλῶς ζῶμεν, καὶ ἐπευχόμεθα 〈...〉 σοι κάλ‐</w:t>
      </w:r>
    </w:p>
    <w:p>
      <w:r>
        <w:rPr>
          <w:rFonts w:ascii="Courier New" w:hAnsi="Courier New"/>
          <w:color w:val="555555"/>
          <w:sz w:val="20"/>
        </w:rPr>
        <w:t>[25]</w:t>
      </w:r>
    </w:p>
    <w:p>
      <w:r>
        <w:rPr>
          <w:rFonts w:ascii="Gentium Plus" w:hAnsi="Gentium Plus"/>
          <w:sz w:val="24"/>
        </w:rPr>
        <w:t>λιστα παρασχεῖν καὶ τῶν καλλίστων ὅλης τῆς οἰκουμένης δεσπόζειν ἀναριθμή‐ τοις χρόνοις, ὅτι οὐχ ὡς αἰχμαλώτοις προσέρχῃ πεπτωκυίαις ὑπὸ τὰς σὰς ἀγκάλας. ἐλέγχῃ δὲ ἐξ αὐτῶν τῶν πραγμάτων, ὅτι ἐξ ὑπεροχῆς γεγενημένος ὑπάρχεις. ἡμεῖς δὲ νῦν οὐκέτι αἰχμάλωτοί ἐσμεν αἱ νῦν τεταπεινωμέναι. νῦν οἴδαμεν Ἀλέξανδρον νέον Δαρεῖον γεγονέναι ἡμῖν· Ἀλεξάνδρῳ προσκυνοῦμεν</w:t>
      </w:r>
    </w:p>
    <w:p>
      <w:r>
        <w:rPr>
          <w:rFonts w:ascii="Courier New" w:hAnsi="Courier New"/>
          <w:color w:val="555555"/>
          <w:sz w:val="20"/>
        </w:rPr>
        <w:t>[30]</w:t>
      </w:r>
    </w:p>
    <w:p>
      <w:r>
        <w:rPr>
          <w:rFonts w:ascii="Gentium Plus" w:hAnsi="Gentium Plus"/>
          <w:sz w:val="24"/>
        </w:rPr>
        <w:t>τῷ μὴ καταισχύναντι ἡμᾶς. ἐγράψαμεν δὲ παντὶ τῷ τῶν Περσῶν ἔθνει· ‘ἰδοὺ νέον νῦν Δαρεῖον οἴδαμεν Ἀλέξανδρον μέγιστον βασιλέα. ἡ τύχη Ἀλεξάνδρῳ βασιλεῖ πάσης τῆς οἰκουμένης Ῥωξάνην πρὸς γάμους ἄγει. πάντες οὖν προ‐ σαγάγετε Ἀλεξάνδρῳ εὐχαριστίας ἀξίως, ὅτι τῶν Περσῶν τὸ καύχημα μεῖζον νῦν ὑψώθη. ἀγαλλώμεθα νῦν μέγιστον βασιλέα Ἀλέξανδρον ἀναγορεύοντες.‘</w:t>
      </w:r>
    </w:p>
    <w:p>
      <w:r>
        <w:rPr>
          <w:rFonts w:ascii="Courier New" w:hAnsi="Courier New"/>
          <w:color w:val="555555"/>
          <w:sz w:val="20"/>
        </w:rPr>
        <w:t>[35]</w:t>
      </w:r>
    </w:p>
    <w:p>
      <w:r>
        <w:rPr>
          <w:rFonts w:ascii="Gentium Plus" w:hAnsi="Gentium Plus"/>
          <w:sz w:val="24"/>
        </w:rPr>
        <w:t>ἔρρωσο.”</w:t>
      </w:r>
    </w:p>
    <w:p>
      <w:r>
        <w:rPr>
          <w:rFonts w:ascii="Courier New" w:hAnsi="Courier New"/>
          <w:color w:val="555555"/>
          <w:sz w:val="20"/>
        </w:rPr>
        <w:t>[40]</w:t>
      </w:r>
    </w:p>
    <w:p>
      <w:r>
        <w:rPr>
          <w:rFonts w:ascii="Gentium Plus" w:hAnsi="Gentium Plus"/>
          <w:sz w:val="24"/>
        </w:rPr>
        <w:t>ἐμῇ ἀδελφῇ χαίρειν. γράφων Ὀλυμπιάδι τῇ ἐμῇ μητρὶ περὶ ἄλλων τινῶν ἀνη‐ κόντων ἡμῖν προσενετειλάμην τὸν γυναικεῖον κόσμον καὶ τὸν ἱματισμὸν τῆς μητρὸς Δαρείου καὶ τῆς μητρός σου Ῥοδῶ ἀποσταλῆναι ἡμῖν καὶ τὸ τίμημα πεμφθῆναι αὐτῇ παρ’ ἐμοῦ. πειρῶ δὲ καὶ αὐτὴ τὰ ἀντάξια φρονεῖν Ἀλεξάνδρου καὶ τὸν φόβον ἔχειν καὶ τὴν πρὸς Ὀλυμπιάδα τιμήν. ταῦτα γὰρ πράττουσα καὶ</w:t>
      </w:r>
    </w:p>
    <w:p>
      <w:r>
        <w:rPr>
          <w:rFonts w:ascii="Courier New" w:hAnsi="Courier New"/>
          <w:color w:val="555555"/>
          <w:sz w:val="20"/>
        </w:rPr>
        <w:t>[45]</w:t>
      </w:r>
    </w:p>
    <w:p>
      <w:r>
        <w:rPr>
          <w:rFonts w:ascii="Gentium Plus" w:hAnsi="Gentium Plus"/>
          <w:sz w:val="24"/>
        </w:rPr>
        <w:t>σεαυτὴν καὶ ἡμῖν μεγάλην εὐσχημοσύνην περιποιήσῃ. ἔρρωσο, μοὶ φιλτάτη.”</w:t>
      </w:r>
    </w:p>
    <w:p>
      <w:r>
        <w:rPr>
          <w:rFonts w:ascii="Courier New" w:hAnsi="Courier New"/>
          <w:color w:val="555555"/>
          <w:sz w:val="20"/>
        </w:rPr>
        <w:t>[2 . 22 (50)]</w:t>
      </w:r>
    </w:p>
    <w:p>
      <w:r>
        <w:rPr>
          <w:rFonts w:ascii="Gentium Plus" w:hAnsi="Gentium Plus"/>
          <w:sz w:val="24"/>
        </w:rPr>
        <w:t>Ἀλεξάνδρῳ ἀπὸ Μακεδονίας. τοὺς δὲ γάμους ἐν ἑτοίμῳ πεποιηκότων τελείας καὶ πολλῆς ἀγαλλιάσεως γενομένης περὶ τὰ βασίλεια Ἀλεξάνδρου καὶ Ῥωξάνης ἐτέλεσαν.</w:t>
      </w:r>
    </w:p>
    <w:p>
      <w:r>
        <w:rPr>
          <w:rFonts w:ascii="Courier New" w:hAnsi="Courier New"/>
          <w:color w:val="555555"/>
          <w:sz w:val="20"/>
        </w:rPr>
        <w:t>[52]</w:t>
      </w:r>
    </w:p>
    <w:p>
      <w:r>
        <w:rPr>
          <w:rFonts w:ascii="Gentium Plus" w:hAnsi="Gentium Plus"/>
          <w:sz w:val="24"/>
        </w:rPr>
      </w:r>
    </w:p>
    <w:p>
      <w:r>
        <w:rPr>
          <w:rFonts w:ascii="Courier New" w:hAnsi="Courier New"/>
          <w:color w:val="555555"/>
          <w:sz w:val="20"/>
        </w:rPr>
        <w:t>[2 . 23]</w:t>
      </w:r>
    </w:p>
    <w:p>
      <w:r>
        <w:rPr>
          <w:rFonts w:ascii="Gentium Plus" w:hAnsi="Gentium Plus"/>
          <w:sz w:val="24"/>
        </w:rPr>
        <w:t>Καὶ μετὰ ταῦτα γράφει Ἀλέξανδρος Ὀλυμπιάδι τῇ μητρὶ αὐτοῦ οὕτως· “Βασιλεὺς Ἀλέξανδρος Ὀλυμπιάδι τῇ γλυκυτάτῃ μου μητρὶ καὶ Ἀριστοτέλει τῷ τιμιωτάτῳ μου καθηγητῇ χαίρειν. ἀναγκαῖον ἡγησάμην γράψαι ὑμῖν περὶ τῆς συστάσεώς μου τῆς γενομένης πρὸς Δαρεῖον. ἀκούσας αὐτὸν μετὰ πολλῶν</w:t>
      </w:r>
    </w:p>
    <w:p>
      <w:r>
        <w:rPr>
          <w:rFonts w:ascii="Courier New" w:hAnsi="Courier New"/>
          <w:color w:val="555555"/>
          <w:sz w:val="20"/>
        </w:rPr>
        <w:t>[5]</w:t>
      </w:r>
    </w:p>
    <w:p>
      <w:r>
        <w:rPr>
          <w:rFonts w:ascii="Gentium Plus" w:hAnsi="Gentium Plus"/>
          <w:sz w:val="24"/>
        </w:rPr>
        <w:t>ὄντα βασιλέων καὶ σατραπῶν περὶ τὸν Ἰσσιακὸν κόλπον συλλαβὼν αἶγας πλείστας καὶ συνδήσας λαμπάδας εἰς τὰ κέρατα αὐτῶν ἐξήγαγον νυκτός. οἱ δὲ ἰδόντες ἡμᾶς εἰς φυγὴν ἐτράπησαν δόξαντες πολὺ εἶναι τὸ στρατόπεδον. καὶ οὕτως τὴν κατ’ αὐτῶν νίκην ἐτροπωσάμην. ἐφ’ ᾧ καὶ πόλιν ἔκτισα Αἶγας προσονομάσας. καὶ ἐν τῷ Ἰσσιακῷ δὲ κόλπῳ ἔκτισα πόλιν Ἀλεξάνδρειαν τὴν</w:t>
      </w:r>
    </w:p>
    <w:p>
      <w:r>
        <w:rPr>
          <w:rFonts w:ascii="Courier New" w:hAnsi="Courier New"/>
          <w:color w:val="555555"/>
          <w:sz w:val="20"/>
        </w:rPr>
        <w:t>[10]</w:t>
      </w:r>
    </w:p>
    <w:p>
      <w:r>
        <w:rPr>
          <w:rFonts w:ascii="Gentium Plus" w:hAnsi="Gentium Plus"/>
          <w:sz w:val="24"/>
        </w:rPr>
        <w:t>κατὰ Ἰσσόν. κἀκεῖθεν ὡδεύσαμεν μέχρι τῆς ὁδοῦ τῶν Ἀρμενίων χώρας, οὗ ἐστιν ἡ τοῦ Εὐφράτου καὶ Τίγρεως πηγή. περικατάληπτος δὲ γενόμενος Δα‐ ρεῖος ἀναιρεῖται ὑπὸ Βήσσου καὶ Ἀριοβαρζὰν τῶν Μηδίας σατραπῶν. ἐγὼ δὲ λίαν ἐλυπήθην περὶ τούτου. νικήσας γὰρ αὐτὸν οὐκ ἠβουλόμην φονεῦσαι ἀλλ’ ἔχειν αὐτὸν ὑπὸ τὰ ἐμὰ σκῆπτρα. ἔμπνουν δὲ τοῦτον καταλαβὼν περιελόμενος τὴν</w:t>
      </w:r>
    </w:p>
    <w:p>
      <w:r>
        <w:rPr>
          <w:rFonts w:ascii="Courier New" w:hAnsi="Courier New"/>
          <w:color w:val="555555"/>
          <w:sz w:val="20"/>
        </w:rPr>
        <w:t>[15]</w:t>
      </w:r>
    </w:p>
    <w:p>
      <w:r>
        <w:rPr>
          <w:rFonts w:ascii="Gentium Plus" w:hAnsi="Gentium Plus"/>
          <w:sz w:val="24"/>
        </w:rPr>
        <w:t>ἑαυτοῦ χλαμύδα ἐσκέπασα. εἶτα ἀποβλεψάμενος τὰ τῆς ἀδήλου τύχης ἐπὶ τὸ προκείμενον ὑπόδειγμα κηδεύσας Δαρεῖον καὶ τιμὴν μεγίστην αὐτῷ ποιήσας</w:t>
      </w:r>
    </w:p>
    <w:p>
      <w:r>
        <w:rPr>
          <w:rFonts w:ascii="Courier New" w:hAnsi="Courier New"/>
          <w:color w:val="555555"/>
          <w:sz w:val="20"/>
        </w:rPr>
        <w:t>[20]</w:t>
      </w:r>
    </w:p>
    <w:p>
      <w:r>
        <w:rPr>
          <w:rFonts w:ascii="Gentium Plus" w:hAnsi="Gentium Plus"/>
          <w:sz w:val="24"/>
        </w:rPr>
        <w:t>καὶ Ἀρμενίαν καὶ Ἰβηρίαν καὶ πᾶσαν τὴν Περσικὴν χώραν, ἧς ἐβασίλευσε Δαρεῖος ὁ Πέρσης.</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[2 . 32]</w:t>
      </w:r>
    </w:p>
    <w:p>
      <w:r>
        <w:rPr>
          <w:rFonts w:ascii="Gentium Plus" w:hAnsi="Gentium Plus"/>
          <w:sz w:val="24"/>
        </w:rPr>
        <w:t>Ἐκεῖθεν οὖν παραλαβὼν τοὺς πλείονας ὁδηγοὺς ἠθέλησα εἰσελθεῖν εἰς τὰ ὀπίσω μέρη τῆς ἐρήμου κατὰ τὴν ἅμαξαν τοῦ πόλου. οἱ δὲ ἐντόπιοι ἔλεγον ἐν ἐκείνοις τοῖς τόποις ἀνθρώπους ἀγρίους καὶ θηρία πονηρὰ καὶ τερατώδη εἶναι. ἐγὼ οὖν μᾶλλον ἤθελον τοὺς τόπους ἐκείνους καὶ τοὺς ἀνθρώπους θεάσασθαι.</w:t>
      </w:r>
    </w:p>
    <w:p>
      <w:r>
        <w:rPr>
          <w:rFonts w:ascii="Courier New" w:hAnsi="Courier New"/>
          <w:color w:val="555555"/>
          <w:sz w:val="20"/>
        </w:rPr>
        <w:t>[5]</w:t>
      </w:r>
    </w:p>
    <w:p>
      <w:r>
        <w:rPr>
          <w:rFonts w:ascii="Gentium Plus" w:hAnsi="Gentium Plus"/>
          <w:sz w:val="24"/>
        </w:rPr>
        <w:t>ἤλθομεν οὖν εἴς τινα τόπον φαραγγώδη, οὗ ἦν ὁδὸς φάραγξ λίαν βαθυτάτη, ἣν</w:t>
      </w:r>
    </w:p>
    <w:p>
      <w:r>
        <w:rPr>
          <w:rFonts w:ascii="Courier New" w:hAnsi="Courier New"/>
          <w:color w:val="555555"/>
          <w:sz w:val="20"/>
        </w:rPr>
        <w:t>[10]</w:t>
      </w:r>
    </w:p>
    <w:p>
      <w:r>
        <w:rPr>
          <w:rFonts w:ascii="Gentium Plus" w:hAnsi="Gentium Plus"/>
          <w:sz w:val="24"/>
        </w:rPr>
        <w:t>κοσι τεσσάρων, μακροὺς τραχήλους ἔχοντες καὶ τὰς χεῖρας καὶ τοὺς ἀγκῶνας πρίοσι παρεμφερεῖς, οἵτινες ἐπεισῆλθον ἡμῖν. ἐγὼ δὲ λίαν ἐλυπήθην ἰδὼν τοιαῦτα ζῷα. ἐκέλευσα οὖν συλληφθῆναι ἐξ αὐτῶν. ὁρμησάντων δὲ ἡμῶν πρὸς αὐτοὺς μετὰ κραυγῆς καὶ σαλπίγγων ἰδόντες ἡμᾶς εἰς φυγὴν ἐτράπησαν. ἐφο‐ νεύσαμεν δὲ ἐξ αὐτῶν τριακοσίους τριάκοντα δύο. ἐκ δὲ τῶν ἡμετέρων στρα‐</w:t>
      </w:r>
    </w:p>
    <w:p>
      <w:r>
        <w:rPr>
          <w:rFonts w:ascii="Courier New" w:hAnsi="Courier New"/>
          <w:color w:val="555555"/>
          <w:sz w:val="20"/>
        </w:rPr>
        <w:t>[15]</w:t>
      </w:r>
    </w:p>
    <w:p>
      <w:r>
        <w:rPr>
          <w:rFonts w:ascii="Gentium Plus" w:hAnsi="Gentium Plus"/>
          <w:sz w:val="24"/>
        </w:rPr>
        <w:t>τιωτῶν ἔθανον ἑκατὸν ἑξήκοντα τρεῖς. ἐμείναμεν οὖν ἐκεῖ τρώγοντες τοὺς καρ‐ πούς. αὐτοὺς γὰρ εἴχομεν μόνον τροφήν.</w:t>
      </w:r>
    </w:p>
    <w:p>
      <w:r>
        <w:rPr>
          <w:rFonts w:ascii="Courier New" w:hAnsi="Courier New"/>
          <w:color w:val="555555"/>
          <w:sz w:val="20"/>
        </w:rPr>
        <w:t>[16]</w:t>
      </w:r>
    </w:p>
    <w:p>
      <w:r>
        <w:rPr>
          <w:rFonts w:ascii="Gentium Plus" w:hAnsi="Gentium Plus"/>
          <w:sz w:val="24"/>
        </w:rPr>
      </w:r>
    </w:p>
    <w:p>
      <w:r>
        <w:rPr>
          <w:rFonts w:ascii="Courier New" w:hAnsi="Courier New"/>
          <w:color w:val="555555"/>
          <w:sz w:val="20"/>
        </w:rPr>
        <w:t>[2 . 33]</w:t>
      </w:r>
    </w:p>
    <w:p>
      <w:r>
        <w:rPr>
          <w:rFonts w:ascii="Gentium Plus" w:hAnsi="Gentium Plus"/>
          <w:sz w:val="24"/>
        </w:rPr>
        <w:t>Καὶ ἐκεῖθεν ἀναχωρήσαντες ἤλθομεν εἴς τινα χλοακὴν χώραν, οὗ ἦσαν ἄνθρωποι ἄγριοι γίγασι παρεμφερεῖς τῷ μεγέθει, στρογγύλοι, δασεῖς, πυρροί, ὄψεις ἔχοντες ὡς λεόντων, καὶ ἄλλοι λεγόμενοι † Ὀχλωτοὶ † τρίχας μὴ ἔχοντες, τὸ μῆκος ἔχοντες πήχεις τέσσαρες, τὸ δὲ πλάτος ὡσεὶ λόγχη. ἦλθον δὲ πρὸς</w:t>
      </w:r>
    </w:p>
    <w:p>
      <w:r>
        <w:rPr>
          <w:rFonts w:ascii="Courier New" w:hAnsi="Courier New"/>
          <w:color w:val="555555"/>
          <w:sz w:val="20"/>
        </w:rPr>
        <w:t>[5]</w:t>
      </w:r>
    </w:p>
    <w:p>
      <w:r>
        <w:rPr>
          <w:rFonts w:ascii="Gentium Plus" w:hAnsi="Gentium Plus"/>
          <w:sz w:val="24"/>
        </w:rPr>
        <w:t>ἡμᾶς δέρματα περιεζωσμένοι, ἰσχυροὶ λίαν, ἑτοιμότατοι πολεμῆσαι ἄνευ λογ‐ χῶν καὶ βελῶν, ἀλλὰ ξύλοις ἔτυπτον τὸ στρατόπεδον καὶ ἀνεῖλον πολλούς. τῶν δὲ στρατιωτῶν ἀπολλυμένων ἐκέλευσα πῦρ ἀνάψαι καὶ τῷ πυρὶ αὐτοὺς μάχεσθαι. καὶ οὕτως ἀνεχώρησαν οἱ ἀλκιμώτατοι ἄνδρες, στρατιῶται δὲ ἀπώλοντο ἑβδομή‐ κοντα δύο. καὶ ἐκέλευσα αὐτοὺς εἰς τὸ πῦρ βληθῆναι καὶ τὰ περιλειφθέντα</w:t>
      </w:r>
    </w:p>
    <w:p>
      <w:r>
        <w:rPr>
          <w:rFonts w:ascii="Courier New" w:hAnsi="Courier New"/>
          <w:color w:val="555555"/>
          <w:sz w:val="20"/>
        </w:rPr>
        <w:t>[10]</w:t>
      </w:r>
    </w:p>
    <w:p>
      <w:r>
        <w:rPr>
          <w:rFonts w:ascii="Gentium Plus" w:hAnsi="Gentium Plus"/>
          <w:sz w:val="24"/>
        </w:rPr>
        <w:t>αὐτῶν ὀστᾶ εἰς τὰς πατρίδας αὐτῶν ἀπενεχθῆναι. ἐκεῖνοι δὲ ἀφανεῖς ἐγένοντο. Τῇ δὲ ἐπιούσῃ ἡμέρᾳ ἠθελήσαμεν εἰσελθεῖν εἰς τὰ σπήλαια αὐτῶν· καὶ εὕρο‐ μεν θηρία προσδεδεμένα ταῖς θύραις τῶν εἰσόδων ὥσπερ μεγάλοι κύνες, οἱ παρ’ ἡμῖν καλούμενοι † δάνδηκες †, τὸ μῆκος ἔχοντες πήχεις τέσσαρας, τριόφθαλμοι ποικίλοι. εἴδομεν δὲ ἐκεῖ ψύλλας ὡς τοὺς παρ’ ἡμῖν βατράχους πηδῶντας.</w:t>
      </w:r>
    </w:p>
    <w:p>
      <w:r>
        <w:rPr>
          <w:rFonts w:ascii="Courier New" w:hAnsi="Courier New"/>
          <w:color w:val="555555"/>
          <w:sz w:val="20"/>
        </w:rPr>
        <w:t>[15]</w:t>
      </w:r>
    </w:p>
    <w:p>
      <w:r>
        <w:rPr>
          <w:rFonts w:ascii="Gentium Plus" w:hAnsi="Gentium Plus"/>
          <w:sz w:val="24"/>
        </w:rPr>
        <w:t>Ἐκεῖθεν δὲ ἀναχωρήσαντες ἤλθομεν εἴς τινα τόπον, ὅθεν ἐξέβαινε πηγὴ πλουσιωτάτη κρατίστη. καὶ ἐκέλευσα ἐκεῖ παρεμβολὴν γενέσθαι καὶ τάφρους καὶ σκόλοπας περιτεθῆναι, ἵνα ἀναλάβωσιν ἑαυτὰ τὰ στρατόπεδα, μεμνημένος τοῦ κόπου τῶν μηλοφάγων. εἶτα ἐφάνη ἡμῖν περὶ ὥραν ἐννάτην ἢ καὶ δεκάτην ἀνὴρ δασὺς ὥσπερ ὗς καὶ ἐθροήθημεν ἰδόντες τοιοῦτον ζῷον. καὶ κελεύω αὐτὸν</w:t>
      </w:r>
    </w:p>
    <w:p>
      <w:r>
        <w:rPr>
          <w:rFonts w:ascii="Courier New" w:hAnsi="Courier New"/>
          <w:color w:val="555555"/>
          <w:sz w:val="20"/>
        </w:rPr>
        <w:t>[20]</w:t>
      </w:r>
    </w:p>
    <w:p>
      <w:r>
        <w:rPr>
          <w:rFonts w:ascii="Gentium Plus" w:hAnsi="Gentium Plus"/>
          <w:sz w:val="24"/>
        </w:rPr>
        <w:t>συλληφθῆναι. ὁ δὲ συλληφθεὶς ἀναιδῶς ἡμᾶς ἐκαθόπτευεν. καὶ κελεύω ἐκδυθῆναι γυναῖκα καὶ προσενεχθῆναι αὐτῷ, ἵνα ἐν ἐπιθυμίᾳ αὐτῆς γένηται. ὁ δὲ ἁρπάσας αὐτὴν καὶ δραμὼν πόρρωθεν ταύτην κατήσθιεν. συνδραμόντων δὲ τῶν στρατιωτῶν καταλαβεῖν αὐτὸν ἐταρτάρισεν ἐν τῇ γλώττῃ αὐτοῦ. καὶ ἀκούσαντες οἱ λοιποὶ σύντοκοι αὐτοῦ ἐξῆλθον ἐφ’ ἡμᾶς ἐκ τοῦ ἕλους ἄνδρες ὡσεὶ μύριοι. ἡμεῖς δὲ</w:t>
      </w:r>
    </w:p>
    <w:p>
      <w:r>
        <w:rPr>
          <w:rFonts w:ascii="Courier New" w:hAnsi="Courier New"/>
          <w:color w:val="555555"/>
          <w:sz w:val="20"/>
        </w:rPr>
        <w:t>[25]</w:t>
      </w:r>
    </w:p>
    <w:p>
      <w:r>
        <w:rPr>
          <w:rFonts w:ascii="Gentium Plus" w:hAnsi="Gentium Plus"/>
          <w:sz w:val="24"/>
        </w:rPr>
        <w:t>ἦμεν μυριάδες τέσσαρες· καὶ κελεύω ἀναφθῆναι τὸ ἕλος. καὶ θεασάμενοι τὸ πῦρ ἔφυγον. διώξαντες δὲ αὐτοὺς ἐδήσαμεν ἐξ αὐτῶν ἄνδρας τετρακοσίους, οἳ καὶ ἀποκρατήσαντες τῆς τροφῆς διεφθάρησαν. εἶχον δὲ λογισμὸν οὐκ ἀνθρώπινον,</w:t>
      </w:r>
    </w:p>
    <w:p>
      <w:r>
        <w:rPr>
          <w:rFonts w:ascii="Courier New" w:hAnsi="Courier New"/>
          <w:color w:val="555555"/>
          <w:sz w:val="20"/>
        </w:rPr>
        <w:t>[2 . 36]</w:t>
      </w:r>
    </w:p>
    <w:p>
      <w:r>
        <w:rPr>
          <w:rFonts w:ascii="Gentium Plus" w:hAnsi="Gentium Plus"/>
          <w:sz w:val="24"/>
        </w:rPr>
        <w:t>Ἐκεῖθεν δὲ ἀναχωρήσαντες ἤλθομεν εἴς τινα ποταμόν. ἐκέλευσα οὖν παρεμβο‐ λὴν γενέσθαι καὶ καθοπλισθῆναι τῇ συνηθείᾳ τὰ στρατεύματα. ἦν δὲ ἐν τῷ πο‐ ταμῷ δένδρα καὶ ἅμα τοῦ ἡλίου ἀνατέλλοντος καὶ τὰ δένδρα ηὔξανον μέχρις ὥρας ἕκτης, ἀπὸ δὲ ὥρας ἑβδόμης ἐξέλιπον ὥστε μὴ φαίνεσθαι ὅλως. δάκρυα</w:t>
      </w:r>
    </w:p>
    <w:p>
      <w:r>
        <w:rPr>
          <w:rFonts w:ascii="Courier New" w:hAnsi="Courier New"/>
          <w:color w:val="555555"/>
          <w:sz w:val="20"/>
        </w:rPr>
        <w:t>[5]</w:t>
      </w:r>
    </w:p>
    <w:p>
      <w:r>
        <w:rPr>
          <w:rFonts w:ascii="Gentium Plus" w:hAnsi="Gentium Plus"/>
          <w:sz w:val="24"/>
        </w:rPr>
        <w:t>δὲ εἶχον ὡς Περσικὴν στακτήν, πνοὴν δὲ πάνυ ἡδυτάτην καὶ χρηστήν. ἐκέ‐ λευσα οὖν κόπτεσθαι τὰ δένδρα καὶ σπόγγοις ἐκλέγεσθαι τὸ δάκρυον. αἰφνίδιον δὲ οἱ ἐκλέγοντες ἐμαστιγοῦντο ὑπὸ δαίμονος ἀοράτου. καὶ τῶν μὲν μαστιγουμένων τὸν ψόφον ἠκούομεν καὶ τὰς πληγὰς ἐπὶ τῶν νώτων ἐρχομένας ἐβλέπομεν, τοὺς δὲ τύπτοντας οὐκ ἐθεωροῦμεν. φωνὴ δέ τις ἤρχετο λέγουσα μηδὲ ἐκκόπτειν</w:t>
      </w:r>
    </w:p>
    <w:p>
      <w:r>
        <w:rPr>
          <w:rFonts w:ascii="Courier New" w:hAnsi="Courier New"/>
          <w:color w:val="555555"/>
          <w:sz w:val="20"/>
        </w:rPr>
        <w:t>[10]</w:t>
      </w:r>
    </w:p>
    <w:p>
      <w:r>
        <w:rPr>
          <w:rFonts w:ascii="Gentium Plus" w:hAnsi="Gentium Plus"/>
          <w:sz w:val="24"/>
        </w:rPr>
        <w:t>μηδὲ συλλέγειν. “εἰ δὲ μὴ παύσητε, γενήσεται ἄφωνον τὸ στρατόπεδον.” ἐγὼ οὖν φοβηθεὶς ἐκέλευσα μήτε ἐκκόπτειν μήτε συλλέγειν τινὰ ἐξ αὐτῶν. Ἦσαν δὲ ἐν τῷ ποταμῷ λίθοι μέλανες. ὅσοι οὖν ἥπτοντο τῶν λίθων τούτων τὴν ἴσην χρόαν ἐλάμβανον τοῖς λίθοις. ἦσαν δὲ καὶ δράκοντες πολλοὶ ἐν τῷ πο‐ ταμῷ καὶ ἰχθύων πολλὰ γένη, ἅτινα πυρὶ οὐκ ἡψῶντο ἀλλ’ ἐν ὕδατι ψυχρῷ</w:t>
      </w:r>
    </w:p>
    <w:p>
      <w:r>
        <w:rPr>
          <w:rFonts w:ascii="Courier New" w:hAnsi="Courier New"/>
          <w:color w:val="555555"/>
          <w:sz w:val="20"/>
        </w:rPr>
        <w:t>[15]</w:t>
      </w:r>
    </w:p>
    <w:p>
      <w:r>
        <w:rPr>
          <w:rFonts w:ascii="Gentium Plus" w:hAnsi="Gentium Plus"/>
          <w:sz w:val="24"/>
        </w:rPr>
        <w:t>πηγαίῳ. εἷς οὖν τῶν στρατιωτῶν λαβὼν καὶ πλύνας καὶ βαλὼν εἰς ἄγγος ἀφῆκε καὶ εὗρε τὸν ἰχθὺν ἑψημένον. ἦσαν δὲ ἐν τῷ ποταμῷ ὄρνεα παρεμφερῆ τῶν παρ’ ἡμῖν ὀρνέων. εἴ τις οὖν αὐτῶν ἐθίγγανε, πῦρ ἐξέβαινεν ἐξ αὐτοῦ.</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[2 . 37]</w:t>
      </w:r>
    </w:p>
    <w:p>
      <w:r>
        <w:rPr>
          <w:rFonts w:ascii="Gentium Plus" w:hAnsi="Gentium Plus"/>
          <w:sz w:val="24"/>
        </w:rPr>
        <w:t>Τῇ δὲ ἐπιούσῃ ἡμέρᾳ ὡδεύσαμεν πλανώμενοι. ἔλεγον δέ μοι οἱ ὁδηγοί· “οὐκ οἴδαμεν ποῦ ὑπάγομεν, βασιλεῦ Ἀλέξανδρε. ὑποστρέψωμεν, μὴ εἰς χείρονας τό‐ πους ἐμπέσωμεν.” ἐγὼ δὲ οὐκ ἠβουλήθην ὑποστρέψαι. ὑπήντα δὲ ἡμῖν θηρία πολλὰ ἑξάποδα καὶ τριόφθαλμα καὶ πεντόφθαλμα, τὸ μῆκος ἔχοντα πήχεις δέκα,</w:t>
      </w:r>
    </w:p>
    <w:p>
      <w:r>
        <w:rPr>
          <w:rFonts w:ascii="Courier New" w:hAnsi="Courier New"/>
          <w:color w:val="555555"/>
          <w:sz w:val="20"/>
        </w:rPr>
        <w:t>[5]</w:t>
      </w:r>
    </w:p>
    <w:p>
      <w:r>
        <w:rPr>
          <w:rFonts w:ascii="Gentium Plus" w:hAnsi="Gentium Plus"/>
          <w:sz w:val="24"/>
        </w:rPr>
        <w:t>καὶ ἄλλα πολλὰ γένη θηρίων. καὶ ἃ μὲν ἀνεχώρουν φεύγοντα, ἃ δὲ ἐφήλλοντο ἡμῖν. ἤλθομεν δὲ εἰς ἀμμώδη τινὰ τόπον, ὅθεν ἐξῆλθον θηρία ὅμοια ὀνάγρων, ἔχοντα ἀνὰ πήχεις εἴκοσιν. οὐκ εἶχον δὲ ἀνὰ δύο ὀφθαλμῶν ἀλλ’ ἀνὰ ἕξ. τοῖς δὲ δυσὶ μόνοις ἔβλεπον. οὐκ ἦσαν δὲ μάχιμα ἀλλὰ ἤπια. καὶ ἄλλα δὲ πολλὰ</w:t>
      </w:r>
    </w:p>
    <w:p>
      <w:r>
        <w:rPr>
          <w:rFonts w:ascii="Courier New" w:hAnsi="Courier New"/>
          <w:color w:val="555555"/>
          <w:sz w:val="20"/>
        </w:rPr>
        <w:t>[10]</w:t>
      </w:r>
    </w:p>
    <w:p>
      <w:r>
        <w:rPr>
          <w:rFonts w:ascii="Gentium Plus" w:hAnsi="Gentium Plus"/>
          <w:sz w:val="24"/>
        </w:rPr>
        <w:t>Ἐκεῖθεν δὲ ἀναχωρήσαντες ἤλθομεν εἴς τινα τόπον, ἔνθα ἦσαν ἄνθρωποι ἀκέφαλοι, λαλοῦντες δὲ ἀνθρωπίνως τῇ ἰδίᾳ γλώσσῃ, δασεῖς, δερματοφόροι, ἰχθυοφάγοι. θαλασσίους δὲ ἰχθύας ἀγρεύοντες ἐκόμιζον ἡμῖν ἐκ τῆς παρακει‐ μένης αὐτοῖς θαλάσσης, ἄλλοι δὲ ἐκ τῆς γῆς ὕδνα ἔχοντα ἀνὰ λίτρας εἴκοσι πέντε. φώκας δὲ πλείστας καὶ μεγάλας εἴδομεν ἑρπούσας ἐπὶ τῆς γῆς. πολλὰ</w:t>
      </w:r>
    </w:p>
    <w:p>
      <w:r>
        <w:rPr>
          <w:rFonts w:ascii="Courier New" w:hAnsi="Courier New"/>
          <w:color w:val="555555"/>
          <w:sz w:val="20"/>
        </w:rPr>
        <w:t>[15]</w:t>
      </w:r>
    </w:p>
    <w:p>
      <w:r>
        <w:rPr>
          <w:rFonts w:ascii="Gentium Plus" w:hAnsi="Gentium Plus"/>
          <w:sz w:val="24"/>
        </w:rPr>
        <w:t>δὲ οἱ φίλοι ἡμῶν συνεβουλεύσαντο ὑποστρέψαι. ἐγὼ δὲ οὐκ ἠβουλήθην θέλων ἰδεῖν τὸ τέλος τῆς γῆς.</w:t>
      </w:r>
    </w:p>
    <w:p>
      <w:r>
        <w:rPr>
          <w:rFonts w:ascii="Courier New" w:hAnsi="Courier New"/>
          <w:color w:val="555555"/>
          <w:sz w:val="20"/>
        </w:rPr>
        <w:t>[16]</w:t>
      </w:r>
    </w:p>
    <w:p>
      <w:r>
        <w:rPr>
          <w:rFonts w:ascii="Gentium Plus" w:hAnsi="Gentium Plus"/>
          <w:sz w:val="24"/>
        </w:rPr>
      </w:r>
    </w:p>
    <w:p>
      <w:r>
        <w:rPr>
          <w:rFonts w:ascii="Courier New" w:hAnsi="Courier New"/>
          <w:color w:val="555555"/>
          <w:sz w:val="20"/>
        </w:rPr>
        <w:t>[2 . 38]</w:t>
      </w:r>
    </w:p>
    <w:p>
      <w:r>
        <w:rPr>
          <w:rFonts w:ascii="Gentium Plus" w:hAnsi="Gentium Plus"/>
          <w:sz w:val="24"/>
        </w:rPr>
        <w:t>Ἐκεῖθεν οὖν ἀναλαβόντες ἔρημον ὡδεύσαμεν ἐπὶ θάλασσαν μηκέτι μηδὲν ὁρῶντες, μήτε πετεινὸν μήτε θηρίον, εἰ μὴ τὸν οὐρανὸν καὶ τὴν γῆν. τὸν δὲ ἥλιον οὐκέτι ἐθεωροῦμεν, ἀλλὰ μαῦρον τὸν ἀέρα ἐπὶ ἡμέρας δέκα. ἐλθόντες δὲ εἴς τινα</w:t>
      </w:r>
    </w:p>
    <w:p>
      <w:r>
        <w:rPr>
          <w:rFonts w:ascii="Courier New" w:hAnsi="Courier New"/>
          <w:color w:val="555555"/>
          <w:sz w:val="20"/>
        </w:rPr>
        <w:t>[5]</w:t>
      </w:r>
    </w:p>
    <w:p>
      <w:r>
        <w:rPr>
          <w:rFonts w:ascii="Gentium Plus" w:hAnsi="Gentium Plus"/>
          <w:sz w:val="24"/>
        </w:rPr>
        <w:t>ἀνήλθομεν εἰς πλοιάρια καὶ κατεπλεύσαμεν εἴς τινα νῆσον τῆς θαλάσσης οὐ μακρὰν δὲ οὖσαν τῆς γῆς, ἐφ’ ἧς ἠκούσαμεν λαλιὰς ἀνθρώπων Ἑλληνικῇ δια‐ λέκτῳ 〈λαλούντων〉. τοὺς δὲ λαλοῦντας οὐκ ἐθεωροῦμεν. τινὲς δὲ στρατιῶται παραβουλευσάμενοι κολύμβῳ διῆλθον ἀπὸ τοῦ πλοιαρίου εἰς τὴν νῆσον. καὶ εὐθέως καρκίνοι ἐξελθόντες εἵλκυσαν αὐτοὺς εἰς τὸ ὕδωρ. φοβηθέντες οὖν</w:t>
      </w:r>
    </w:p>
    <w:p>
      <w:r>
        <w:rPr>
          <w:rFonts w:ascii="Courier New" w:hAnsi="Courier New"/>
          <w:color w:val="555555"/>
          <w:sz w:val="20"/>
        </w:rPr>
        <w:t>[10]</w:t>
      </w:r>
    </w:p>
    <w:p>
      <w:r>
        <w:rPr>
          <w:rFonts w:ascii="Gentium Plus" w:hAnsi="Gentium Plus"/>
          <w:sz w:val="24"/>
        </w:rPr>
        <w:t>ὑπεστρέψαμεν εἰς τὴν γῆν.</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[2 . 39]</w:t>
      </w:r>
    </w:p>
    <w:p>
      <w:r>
        <w:rPr>
          <w:rFonts w:ascii="Gentium Plus" w:hAnsi="Gentium Plus"/>
          <w:sz w:val="24"/>
        </w:rPr>
        <w:t>Καὶ πάλιν ὁδεύσαντες ἤλθομεν διὰ δύο ἡμερῶν εἰς τόπους ὅπου ὁ ἥλιος οὐ λάμπει. ἐκεῖ οὖν ἐστιν ἡ καλουμένη μακάρων χώρα. καὶ θέλοντός μου ἱστορῆσαι καὶ ἰδεῖν τοὺς τόπους ἐκείνους ἐπεχείρησα λαβεῖν τοὺς ἰδίους μου δούλους καὶ εἰσελθεῖν πρὸς αὐτούς. Καλλισθένης δὲ ὁ ἐμὸς φίλος συνεβούλευσέ μοι εἰσελθεῖν</w:t>
      </w:r>
    </w:p>
    <w:p>
      <w:r>
        <w:rPr>
          <w:rFonts w:ascii="Courier New" w:hAnsi="Courier New"/>
          <w:color w:val="555555"/>
          <w:sz w:val="20"/>
        </w:rPr>
        <w:t>[5]</w:t>
      </w:r>
    </w:p>
    <w:p>
      <w:r>
        <w:rPr>
          <w:rFonts w:ascii="Gentium Plus" w:hAnsi="Gentium Plus"/>
          <w:sz w:val="24"/>
        </w:rPr>
        <w:t>σὺν φίλοις τεσσαράκοντα καὶ παισὶν ἑκατὸν καὶ στρατιώταις ἐκλεκτοῖς χιλίοις</w:t>
      </w:r>
    </w:p>
    <w:p>
      <w:r>
        <w:rPr>
          <w:rFonts w:ascii="Courier New" w:hAnsi="Courier New"/>
          <w:color w:val="555555"/>
          <w:sz w:val="20"/>
        </w:rPr>
        <w:t>[10]</w:t>
      </w:r>
    </w:p>
    <w:p>
      <w:r>
        <w:rPr>
          <w:rFonts w:ascii="Gentium Plus" w:hAnsi="Gentium Plus"/>
          <w:sz w:val="24"/>
        </w:rPr>
        <w:t>ἀστραπή. πρόσπεινος δὲ γενόμενος ἠθέλησα δέξασθαι ἄρτον· καὶ καλέσας τὸν μάγειρον εἶπον αὐτῷ· “εὐτρέπισον ἡμῖν προσφάγιον.” ὁ δὲ τάριχον λαβὼν ἐπο‐ ρεύθη ἐπὶ τὸ διαυγὲς ὕδωρ τῆς πηγῆς πλῦναι τὸ ἔδεσμα. καὶ εὐθέως βραχὲν ἐν τῷ ὕδατι ἐψυχώθη καὶ ἔφυγε τὰς χεῖρας τοῦ μαγείρου. ἦσαν δὲ πάντες οἱ τόποι ἐκεῖνοι ἔνυγροι. ὁ δὲ μάγειρος οὐδενὶ ἐδήλωσε τὸ γενόμενον.</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[2 . 40]</w:t>
      </w:r>
    </w:p>
    <w:p>
      <w:r>
        <w:rPr>
          <w:rFonts w:ascii="Gentium Plus" w:hAnsi="Gentium Plus"/>
          <w:sz w:val="24"/>
        </w:rPr>
        <w:t>Πάλιν οὖν ὁδεύσαντες σχοίνους τριάκοντα [πλεῖον ἢ ἔλαττον] εἴδομεν λοιπὸν αὐγὴν ἄνευ ἡλίου καὶ σελήνης καὶ ἄστρων. καὶ εἶδον δύο ὄρνεα πετόμενα καὶ μόνον ἔχοντα ὄψεις ἀνθρωπίνας, Ἑλληνικῇ δὲ διαλέκτῳ ἐξ ὕψους ἐκραύγαζον· “τί χώραν πατεῖς, Ἀλέξανδρε, τὴν θεοῦ μόνου; ἀνάστρεφε δείλαιε. μακάρων</w:t>
      </w:r>
    </w:p>
    <w:p>
      <w:r>
        <w:rPr>
          <w:rFonts w:ascii="Courier New" w:hAnsi="Courier New"/>
          <w:color w:val="555555"/>
          <w:sz w:val="20"/>
        </w:rPr>
        <w:t>[5]</w:t>
      </w:r>
    </w:p>
    <w:p>
      <w:r>
        <w:rPr>
          <w:rFonts w:ascii="Gentium Plus" w:hAnsi="Gentium Plus"/>
          <w:sz w:val="24"/>
        </w:rPr>
        <w:t>γῆν πατεῖν οὐ δυνήσῃ. ἀνάστρεψον οὖν, ἄνθρωπε, καὶ τὴν δεδομένην σοι γῆν πάτει, καὶ μὴ κόπους πάρεχε σεαυτῷ.” σύντρομος δὲ γενόμενος κάλλιστα ὑπήκουσα τῇ φωνῇ τῇ ὑπὸ τῶν ὀρνέων μοι δεδομένῃ. τὸ δὲ ἕτερον ὄρνεον πάλιν ἐφθέγξατο Ἑλληνικῇ διαλέκτῳ· “ἐκκαλεῖταί σε, φησίν, ἡ ἀνατολή, καὶ ἡ Πώ‐ ρου βασιλεία νίκῃ ὑποταγήσεταί σοι.” καὶ ταῦτα εἰπόντα τὰ ὄρνεα ἀνέπτησαν.</w:t>
      </w:r>
    </w:p>
    <w:p>
      <w:r>
        <w:rPr>
          <w:rFonts w:ascii="Courier New" w:hAnsi="Courier New"/>
          <w:color w:val="555555"/>
          <w:sz w:val="20"/>
        </w:rPr>
        <w:t>[10]</w:t>
      </w:r>
    </w:p>
    <w:p>
      <w:r>
        <w:rPr>
          <w:rFonts w:ascii="Gentium Plus" w:hAnsi="Gentium Plus"/>
          <w:sz w:val="24"/>
        </w:rPr>
        <w:t>ἐγὼ δὲ ἐξιλεωσάμενος καὶ κρατῶν τοὺς ὁδηγούς, τὰς ὄνους ἔμπροσθεν βάλλον‐ τες πάλιν κατὰ τὴν ἅμαξαν τῶν ἀστέρων δι’ ἡμερῶν εἴκοσι δύο ἐξήλθομεν πρὸς τὴν φωνὴν τῶν πώλων καὶ τῶν μητέρων αὐτῶν. πολλοὶ οὖν τῶν στρατιωτῶν ἐβάστασεν ἕκαστος ὃ εὗρεν.</w:t>
      </w:r>
    </w:p>
    <w:p>
      <w:r>
        <w:rPr>
          <w:rFonts w:ascii="Courier New" w:hAnsi="Courier New"/>
          <w:color w:val="555555"/>
          <w:sz w:val="20"/>
        </w:rPr>
        <w:t>[13]</w:t>
      </w:r>
    </w:p>
    <w:p>
      <w:r>
        <w:rPr>
          <w:rFonts w:ascii="Gentium Plus" w:hAnsi="Gentium Plus"/>
          <w:sz w:val="24"/>
        </w:rPr>
      </w:r>
    </w:p>
    <w:p>
      <w:r>
        <w:rPr>
          <w:rFonts w:ascii="Courier New" w:hAnsi="Courier New"/>
          <w:color w:val="555555"/>
          <w:sz w:val="20"/>
        </w:rPr>
        <w:t>[2 . 41]</w:t>
      </w:r>
    </w:p>
    <w:p>
      <w:r>
        <w:rPr>
          <w:rFonts w:ascii="Gentium Plus" w:hAnsi="Gentium Plus"/>
          <w:sz w:val="24"/>
        </w:rPr>
        <w:t>Καὶ ἐξελθόντων ἡμῶν πρὸς τὸ φῶς εὑρέθησαν χρυσίον δόκιμον λαβόντες. τότε οὖν καὶ ὁ μάγειρος ὑφηγήσατο πῶς ἐψυχώθη τὸ ἔδεσμα. ἐγὼ δὲ ὀργισθεὶς</w:t>
      </w:r>
    </w:p>
    <w:p>
      <w:r>
        <w:rPr>
          <w:rFonts w:ascii="Courier New" w:hAnsi="Courier New"/>
          <w:color w:val="555555"/>
          <w:sz w:val="20"/>
        </w:rPr>
        <w:t>[3 . 1]</w:t>
      </w:r>
    </w:p>
    <w:p>
      <w:r>
        <w:rPr>
          <w:rFonts w:ascii="Gentium Plus" w:hAnsi="Gentium Plus"/>
          <w:sz w:val="24"/>
        </w:rPr>
        <w:t>Μετὰ δὲ ταῦτα πάντα τὴν ὁδοιπορίαν ἐποιεῖτο Ἀλέξανδρος ἀναλαβὼν τὴν δύναμιν αὐτοῦ πρὸς Πῶρον βασιλέα τῶν Ἰνδῶν. πολλὴν οὖν ἔρημον ὁδεύσαντες καὶ τόπους ἀνύδρους καὶ φαραγγώδεις ἔλεγον οἱ ἔξαρχοι τῶν στρατευμάτων πρὸς τὰ στρατόπεδα· “ἀρκετὸν ἡμῖν μέχρι Περσίδος ποιήσασθαι τὸν πόλεμον καὶ</w:t>
      </w:r>
    </w:p>
    <w:p>
      <w:r>
        <w:rPr>
          <w:rFonts w:ascii="Courier New" w:hAnsi="Courier New"/>
          <w:color w:val="555555"/>
          <w:sz w:val="20"/>
        </w:rPr>
        <w:t>[5]</w:t>
      </w:r>
    </w:p>
    <w:p>
      <w:r>
        <w:rPr>
          <w:rFonts w:ascii="Gentium Plus" w:hAnsi="Gentium Plus"/>
          <w:sz w:val="24"/>
        </w:rPr>
        <w:t>ὑποτάξαι τὸν Δαρεῖον ὡς ἀπαιτοῦντα τοὺς Ἕλληνας φόρους. τί οὖν κάμνομεν πορευόμενοι πρὸς Ἰνδοὺς εἰς θηριώδεις τόπους μὴ προσήκοντας τῇ Ἑλλάδι; ἐὰν Ἀλέξανδρος τῇ ἰδίᾳ μεγαλοφροσύνῃ πολεμιστὴς τυγχάνει καὶ θέλει ὑπο‐ τάσσειν βαρβάρων ἔθνη, τί αὐτῷ ἡμεῖς ἀκολουθοῦμεν; πορευέσθω μόνος καὶ πολεμείτω.” ἀκούσας δὲ ταῦτα Ἀλέξανδρος διαχωρίσας τὸ Περσικὸν στράτευμα</w:t>
      </w:r>
    </w:p>
    <w:p>
      <w:r>
        <w:rPr>
          <w:rFonts w:ascii="Courier New" w:hAnsi="Courier New"/>
          <w:color w:val="555555"/>
          <w:sz w:val="20"/>
        </w:rPr>
        <w:t>[10]</w:t>
      </w:r>
    </w:p>
    <w:p>
      <w:r>
        <w:rPr>
          <w:rFonts w:ascii="Gentium Plus" w:hAnsi="Gentium Plus"/>
          <w:sz w:val="24"/>
        </w:rPr>
        <w:t>καὶ τῶν Μακεδόνων καὶ ἄλλων Ἑλλήνων εἶπε πρὸς τοὺς Μακεδόνας καὶ Ἕλλη‐ νας· “ἄνδρες συστρατιῶται καὶ σύμμαχοι Μακεδόνες καὶ πάντες οἱ τῶν Ἑλλή‐ νων δυνάσται—οὗτοι γὰρ οἱ Πέρσαι πολέμιοι ὑμῶν εἰσι καὶ ἐμοῦ. καὶ νῦν τί</w:t>
      </w:r>
    </w:p>
    <w:p>
      <w:r>
        <w:rPr>
          <w:rFonts w:ascii="Courier New" w:hAnsi="Courier New"/>
          <w:color w:val="555555"/>
          <w:sz w:val="20"/>
        </w:rPr>
        <w:t>[15]</w:t>
      </w:r>
    </w:p>
    <w:p>
      <w:r>
        <w:rPr>
          <w:rFonts w:ascii="Gentium Plus" w:hAnsi="Gentium Plus"/>
          <w:sz w:val="24"/>
        </w:rPr>
        <w:t>πολέμους ἐγὼ μόνος ἐνίκησα καὶ ὅσους βούλομαι λαβεῖν τῶν Περσῶν πάλιν μόνος νικήσω. ἐμοῦ γὰρ ἓν βούλημα πρὸς τὸν πόλεμον τὰς ψυχὰς ὑμῶν πάντων ἐθράσυνεν ἤδη ἀδρανοῦντας πρὸς τὰ Δαρείου πλήθη. οὐκ ἐγὼ πρῶτος τῆς στρατείας ἐν τοῖς πολέμοις ὑπερήσπιζον; οὐκ ἐγὼ ἐμαυτοῦ ἄγγελος εἰσῆλθον πρὸς Δαρεῖον; οὐ παρεβουλευσάμην τοῖς κινδύνοις; εἶτα δὲ ἐβουλεύσασθε</w:t>
      </w:r>
    </w:p>
    <w:p>
      <w:r>
        <w:rPr>
          <w:rFonts w:ascii="Courier New" w:hAnsi="Courier New"/>
          <w:color w:val="555555"/>
          <w:sz w:val="20"/>
        </w:rPr>
        <w:t>[20]</w:t>
      </w:r>
    </w:p>
    <w:p>
      <w:r>
        <w:rPr>
          <w:rFonts w:ascii="Gentium Plus" w:hAnsi="Gentium Plus"/>
          <w:sz w:val="24"/>
        </w:rPr>
        <w:t>πορεύεσθαι εἰς Μακεδονίαν μόνοι; καὶ διασώσατε ἑαυτοὺς καὶ μὴ ἀμφισβητήσητέ τι εἰς ἀλλήλους, ἵνα μάθητε ὡς οὐδὲν δύναται στρατεία δίχα φρονήσεως βασι‐ λέως.” καὶ οὕτως εἰπόντος τοῦ Ἀλεξάνδρου ἱκέτευον αὐτὸν λῆξαι τῆς ὀργῆς, ἔχειν δὲ αὐτοὺς συμμάχους ἕως τέλους μεθ’ ἑαυτοῦ.</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[3 . 2]</w:t>
      </w:r>
    </w:p>
    <w:p>
      <w:r>
        <w:rPr>
          <w:rFonts w:ascii="Gentium Plus" w:hAnsi="Gentium Plus"/>
          <w:sz w:val="24"/>
        </w:rPr>
        <w:t>Καὶ παραγενομένου αὐτοῦ σὺν πάσῃ τῇ δυνάμει αὐτοῦ εἰς τοὺς ὅρους τῆς Ἰνδικῆς χώρας ὑπήντησαν αὐτῷ γραμματοφόροι σταλέντες παρὰ Πώρου βασι‐ λέως Ἰνδῶν καὶ ἐπέδωκαν αὐτῷ τὰ γράμματα Πώρου. καὶ λαβὼν Ἀλέξανδρος ἀνέγνω ἐπὶ τῶν στρατοπέδων αὐτοῦ περιέχοντα οὕτως·</w:t>
      </w:r>
    </w:p>
    <w:p>
      <w:r>
        <w:rPr>
          <w:rFonts w:ascii="Courier New" w:hAnsi="Courier New"/>
          <w:color w:val="555555"/>
          <w:sz w:val="20"/>
        </w:rPr>
        <w:t>[5]</w:t>
      </w:r>
    </w:p>
    <w:p>
      <w:r>
        <w:rPr>
          <w:rFonts w:ascii="Gentium Plus" w:hAnsi="Gentium Plus"/>
          <w:sz w:val="24"/>
        </w:rPr>
        <w:t>“Βασιλεὺς Πῶρος Ἰνδῶν Ἀλεξάνδρῳ πόλεις λεηλατοῦντι· προστάσσω σοι ἀναχωρεῖν· ἄνθρωπος γὰρ ὢν τί δύνασαι πρὸς θεόν; τί δὲ τοῖς συνοῦσί σοι χει‐ μασίαν παρέχεις ἀσθενέστερος ὢν πρὸς μάχην, δοκῶν σθεναρώτερός μου εἶναι; ἐγὼ οὖν ἀήττητός εἰμι· οὐ μόνον ἀνθρώπων τυγχάνω βασιλεὺς ἀλλὰ καὶ 〈θεῶν〉, Διόνυσον ἔχων ἀπειλοῦντά σοι ἐνταῦθα, ὃν λέγουσι θεόν. ὥστε οὖν οὐ μόνον</w:t>
      </w:r>
    </w:p>
    <w:p>
      <w:r>
        <w:rPr>
          <w:rFonts w:ascii="Courier New" w:hAnsi="Courier New"/>
          <w:color w:val="555555"/>
          <w:sz w:val="20"/>
        </w:rPr>
        <w:t>[10]</w:t>
      </w:r>
    </w:p>
    <w:p>
      <w:r>
        <w:rPr>
          <w:rFonts w:ascii="Gentium Plus" w:hAnsi="Gentium Plus"/>
          <w:sz w:val="24"/>
        </w:rPr>
        <w:t>συμβουλεύω ἀλλὰ καὶ κελεύω σοι διὰ τάχους ἀπᾶραι εἰς τὴν Ἑλλάδα. οὐ γὰρ φοβήσει με ἡ πρὸς Δαρεῖόν σου μάχη οὐδὲ τῶν ἄλλων ἐθνῶν, ὅσα κατὰ τὴν ἐκείνων ἀδρανίαν ἐγένετο τυχηρῶς. σὺ γὰρ δοκεῖς σθεναρώτερός μου ὑπάρχειν. ὥστε οὖν ἄπαραι εἰς τὴν Ἑλλάδα. εἰ γὰρ χρείαν εἴχομεν τῆς Ἑλλάδος, πάλαι</w:t>
      </w:r>
    </w:p>
    <w:p>
      <w:r>
        <w:rPr>
          <w:rFonts w:ascii="Courier New" w:hAnsi="Courier New"/>
          <w:color w:val="555555"/>
          <w:sz w:val="20"/>
        </w:rPr>
        <w:t>[15]</w:t>
      </w:r>
    </w:p>
    <w:p>
      <w:r>
        <w:rPr>
          <w:rFonts w:ascii="Gentium Plus" w:hAnsi="Gentium Plus"/>
          <w:sz w:val="24"/>
        </w:rPr>
        <w:t>καὶ παρ’ αὐτοῖς μηδὲν ἄξιον βασιλικῆς θεωρίας ὑπάρχον οὐκ ἐπεστράφημεν. πᾶς γὰρ τὸ κρεῖττον ἐπιθυμεῖ 〈ἔχειν, οὐ τὸ ἔλαττον. ὥστε οὖν ἰδοὺ τρίτον σοι λέγω· σύστρεφε καὶ ὧν μὴ δύνασαι ἄρχειν μὴ ἐπιθύμει〉.” Οὕτως οὖν δημοσίᾳ ἀναγνοὺς Ἀλέξανδρος τῷ στρατοπέδῳ αὐτοῦ τὰ γράμ‐ ματα Πώρου εἶπε πρὸς αὐτούς· “Ἄνδρες συστρατιῶται, μὴ πάλιν ὑμᾶς ταρασ‐</w:t>
      </w:r>
    </w:p>
    <w:p>
      <w:r>
        <w:rPr>
          <w:rFonts w:ascii="Courier New" w:hAnsi="Courier New"/>
          <w:color w:val="555555"/>
          <w:sz w:val="20"/>
        </w:rPr>
        <w:t>[20]</w:t>
      </w:r>
    </w:p>
    <w:p>
      <w:r>
        <w:rPr>
          <w:rFonts w:ascii="Gentium Plus" w:hAnsi="Gentium Plus"/>
          <w:sz w:val="24"/>
        </w:rPr>
        <w:t>σέτω τὰ ἀναγνωσθέντα Πώρου γράμματα. μέμνησθε δὲ καὶ ὧν ἔγραψε Δαρεῖος. ἀληθῶς γὰρ μία φρόνησίς ἐστι τοῖς βαρβάροις ἡ ἀναισθησία. ὥσπερ γὰρ τὰ ὑπ’ αὐτοὺς ζῷα, τίγρεις, λέοντες, ἐλέφαντες γαυρούμενοι τῇ περὶ αὐτοὺς γεν‐ ναιότητι ῥᾳδίως ὑπὸ ἀνθρωπίνης φύσεως κυνηγοῦνται, οὕτως καὶ οἱ βασιλεῖς τῶν βαρβάρων γαυρούμενοι τῷ πλήθει τῆς στρατείας ῥᾳδίως ὑπὸ τῆς φρονή‐</w:t>
      </w:r>
    </w:p>
    <w:p>
      <w:r>
        <w:rPr>
          <w:rFonts w:ascii="Courier New" w:hAnsi="Courier New"/>
          <w:color w:val="555555"/>
          <w:sz w:val="20"/>
        </w:rPr>
        <w:t>[25]</w:t>
      </w:r>
    </w:p>
    <w:p>
      <w:r>
        <w:rPr>
          <w:rFonts w:ascii="Gentium Plus" w:hAnsi="Gentium Plus"/>
          <w:sz w:val="24"/>
        </w:rPr>
        <w:t>σεως τῶν Ἑλλήνων χειροῦνται.” Καὶ οὕτως ἀποφηνάμενος Ἀλέξανδρος πρὸς τὸ θρασῦναι τὴν στρατείαν αὐτοῦ ἀντιγράφει Πώρῳ· “Βασιλεὺς Ἀλέξανδρος βασιλεῖ Πώρῳ χαίρειν. ἔτι μᾶλλον περισσοτέρως ἡμᾶς προθύμους ἐποίησας πρὸς μάχην σοι ὀτρυνθῆναι λέγων τὴν Ἑλλάδα μηδὲν ἄξιον ἔχειν βασιλικῆς θεωρίας, ἀλλ’ ὑμᾶς τοὺς Ἰν‐</w:t>
      </w:r>
    </w:p>
    <w:p>
      <w:r>
        <w:rPr>
          <w:rFonts w:ascii="Courier New" w:hAnsi="Courier New"/>
          <w:color w:val="555555"/>
          <w:sz w:val="20"/>
        </w:rPr>
        <w:t>[30]</w:t>
      </w:r>
    </w:p>
    <w:p>
      <w:r>
        <w:rPr>
          <w:rFonts w:ascii="Gentium Plus" w:hAnsi="Gentium Plus"/>
          <w:sz w:val="24"/>
        </w:rPr>
        <w:t>δοὺς πάντα κεκτῆσθαι καὶ χώρας τε καὶ πόλεις. οἶδα δὲ ὅτι πᾶς ἄνθρωπος τὸ</w:t>
      </w:r>
    </w:p>
    <w:p>
      <w:r>
        <w:rPr>
          <w:rFonts w:ascii="Courier New" w:hAnsi="Courier New"/>
          <w:color w:val="555555"/>
          <w:sz w:val="20"/>
        </w:rPr>
        <w:t>[35]</w:t>
      </w:r>
    </w:p>
    <w:p>
      <w:r>
        <w:rPr>
          <w:rFonts w:ascii="Gentium Plus" w:hAnsi="Gentium Plus"/>
          <w:sz w:val="24"/>
        </w:rPr>
        <w:t>πρὸς ἄνθρωπον κομπηγόρον συνάπτω τὸν πόλεμον καὶ μάλιστα βάρβαρον καὶ οὐχὶ πρὸς θεόν. θεοῦ γὰρ μίαν πανοπλίαν οὐ δύναται ὑπενεγκεῖν ἅπασα ἡ οἰκου‐ μένη, βροντῆς ἠχισμὸν ἢ ἀστραπῆς φωτισμὸν ἢ κεραυνοῦ ὀργήν. ἐμὲ οὖν οὐ θαμβοῦσι τὰ ὑπ’ ἐμοῦ πολεμηθέντα ἔθνη, οὔτε δειλὸν ποιοῦσιν οἱ ὑπὸ σοῦ κομ‐ πώδεις λόγοι.”</w:t>
      </w:r>
    </w:p>
    <w:p>
      <w:r>
        <w:rPr>
          <w:rFonts w:ascii="Courier New" w:hAnsi="Courier New"/>
          <w:color w:val="555555"/>
          <w:sz w:val="20"/>
        </w:rPr>
        <w:t>[39]</w:t>
      </w:r>
    </w:p>
    <w:p>
      <w:r>
        <w:rPr>
          <w:rFonts w:ascii="Gentium Plus" w:hAnsi="Gentium Plus"/>
          <w:sz w:val="24"/>
        </w:rPr>
      </w:r>
    </w:p>
    <w:p>
      <w:r>
        <w:rPr>
          <w:rFonts w:ascii="Courier New" w:hAnsi="Courier New"/>
          <w:color w:val="555555"/>
          <w:sz w:val="20"/>
        </w:rPr>
        <w:t>[3 . 3]</w:t>
      </w:r>
    </w:p>
    <w:p>
      <w:r>
        <w:rPr>
          <w:rFonts w:ascii="Gentium Plus" w:hAnsi="Gentium Plus"/>
          <w:sz w:val="24"/>
        </w:rPr>
        <w:t>Πῶρος δὲ δεξάμενος τὰ γράμματα Ἀλεξάνδρου καὶ ἀναγνοὺς ὠτρύνθη σφόδρα καὶ εὐθέως συνήγαγε τὰ πλήθη τῶν βαρβάρων καὶ ἐλέφαντας καὶ ἕτερα πολλὰ θηρία, ἅτινα συνεμάχοντο τοῖς Ἰνδοῖς. ὡς δὲ ἦλθον ἐγγὺς οἱ Μακεδόνες καὶ οἱ Πέρσαι, ἰδὼν Ἀλέξανδρος τὴν παράταξιν τοῦ Πώρου ἐφοβήθη, οὐ τοὺς</w:t>
      </w:r>
    </w:p>
    <w:p>
      <w:r>
        <w:rPr>
          <w:rFonts w:ascii="Courier New" w:hAnsi="Courier New"/>
          <w:color w:val="555555"/>
          <w:sz w:val="20"/>
        </w:rPr>
        <w:t>[5]</w:t>
      </w:r>
    </w:p>
    <w:p>
      <w:r>
        <w:rPr>
          <w:rFonts w:ascii="Gentium Plus" w:hAnsi="Gentium Plus"/>
          <w:sz w:val="24"/>
        </w:rPr>
        <w:t>ὄχλους ἀλλὰ τοὺς θῆρας. θεωρήσας γὰρ τὸ ξένον τῶν θηρίων ἐθαύμασεν. ἀν‐</w:t>
      </w:r>
    </w:p>
    <w:p>
      <w:r>
        <w:rPr>
          <w:rFonts w:ascii="Courier New" w:hAnsi="Courier New"/>
          <w:color w:val="555555"/>
          <w:sz w:val="20"/>
        </w:rPr>
        <w:t>[10]</w:t>
      </w:r>
    </w:p>
    <w:p>
      <w:r>
        <w:rPr>
          <w:rFonts w:ascii="Gentium Plus" w:hAnsi="Gentium Plus"/>
          <w:sz w:val="24"/>
        </w:rPr>
        <w:t>ρος· “πῶς ὁ Ἀλέξανδρος;” ὁ δὲ εἶπε· “ζῇ καὶ ὑγιαίνει καὶ ἐπιθυμεῖ ἰδεῖν τὸν τοιοῦτον βασιλέα Πῶρον.” καὶ ἐξελθὼν μετὰ Ἀλεξάνδρου ἔδειξεν αὐτῷ τῶν θηρίων τὸ πλῆθος καὶ εἶπεν αὐτῷ· “πορευθεὶς εἰπὲ τῷ Ἀλεξάνδρῳ, ὅτι ἐγὼ τοὺς ὁμοίους σου θῆρας βάλλω σοι πολεμεῖν.” Ἐξελθὼν δὲ Ἀλέξανδρος ἀπὸ τοῦ Πώρου θεασάμενος τὴν παράταξιν τῶν</w:t>
      </w:r>
    </w:p>
    <w:p>
      <w:r>
        <w:rPr>
          <w:rFonts w:ascii="Courier New" w:hAnsi="Courier New"/>
          <w:color w:val="555555"/>
          <w:sz w:val="20"/>
        </w:rPr>
        <w:t>[15]</w:t>
      </w:r>
    </w:p>
    <w:p>
      <w:r>
        <w:rPr>
          <w:rFonts w:ascii="Gentium Plus" w:hAnsi="Gentium Plus"/>
          <w:sz w:val="24"/>
        </w:rPr>
        <w:t>θηρίων καὶ ἐξετάσας τὸν ἴδιον λογισμὸν πολλὴν σκέψιν ἐν ἑαυτῷ ποιησάμενος, τί λοιπὸν ποιεῖ ὁ φρενήρης; ὅσους ἂν εἶχεν ἀνδριάντας χαλκοὺς καὶ τῶν στρα‐ τιωτῶν τὰ καταφράγματα στήσας τρόπαια τούτους ἐκέλευσε πυρωθῆναι ἐπι‐ μελῶς ὡς εἶναι μόνον πῦρ τὸ χάλκωμα· καὶ ἐκέλευσεν αὐτοὺς ἔμπροσθεν στῆναι ὡσεὶ τεῖχος τῆς παρατάξεως τοῦ πολέμου. καὶ ἐσάλπισαν τὸ πολεμικὸν μέλος.</w:t>
      </w:r>
    </w:p>
    <w:p>
      <w:r>
        <w:rPr>
          <w:rFonts w:ascii="Courier New" w:hAnsi="Courier New"/>
          <w:color w:val="555555"/>
          <w:sz w:val="20"/>
        </w:rPr>
        <w:t>[20]</w:t>
      </w:r>
    </w:p>
    <w:p>
      <w:r>
        <w:rPr>
          <w:rFonts w:ascii="Gentium Plus" w:hAnsi="Gentium Plus"/>
          <w:sz w:val="24"/>
        </w:rPr>
        <w:t>ὁ δὲ Πῶρος εὐθέως ἐκέλευσεν ἀπολυθῆναι τοὺς θῆρας. τὰ οὖν θηρία τῇ ὁρμῇ</w:t>
      </w:r>
    </w:p>
    <w:p>
      <w:r>
        <w:rPr>
          <w:rFonts w:ascii="Courier New" w:hAnsi="Courier New"/>
          <w:color w:val="555555"/>
          <w:sz w:val="20"/>
        </w:rPr>
        <w:t>[25]</w:t>
      </w:r>
    </w:p>
    <w:p>
      <w:r>
        <w:rPr>
          <w:rFonts w:ascii="Gentium Plus" w:hAnsi="Gentium Plus"/>
          <w:sz w:val="24"/>
        </w:rPr>
        <w:t>ἀναιρούντων καὶ ἀναιρουμένων. πίπτει δὲ ὁ Ἀλεξάνδρου ἵππος ὁ Βουκέφαλος ἐξασθενήσας τῇ γνώμῃ. καὶ τούτου γενομένου ἀμελήσας τοῦ πολέμου ὁ Ἀλέ‐ ξανδρος εἴκοσιν ἡμέρας ἔμειναν πολεμοῦντες μετ’ ἀλλήλων. οἱ δὲ Ἀλεξάνδρου φοβηθέντες ἑαυτοὺς προεδίδουν.</w:t>
      </w:r>
    </w:p>
    <w:p>
      <w:r>
        <w:rPr>
          <w:rFonts w:ascii="Courier New" w:hAnsi="Courier New"/>
          <w:color w:val="555555"/>
          <w:sz w:val="20"/>
        </w:rPr>
        <w:t>[28]</w:t>
      </w:r>
    </w:p>
    <w:p>
      <w:r>
        <w:rPr>
          <w:rFonts w:ascii="Gentium Plus" w:hAnsi="Gentium Plus"/>
          <w:sz w:val="24"/>
        </w:rPr>
      </w:r>
    </w:p>
    <w:p>
      <w:r>
        <w:rPr>
          <w:rFonts w:ascii="Courier New" w:hAnsi="Courier New"/>
          <w:color w:val="555555"/>
          <w:sz w:val="20"/>
        </w:rPr>
        <w:t>[3 . 4]</w:t>
      </w:r>
    </w:p>
    <w:p>
      <w:r>
        <w:rPr>
          <w:rFonts w:ascii="Gentium Plus" w:hAnsi="Gentium Plus"/>
          <w:sz w:val="24"/>
        </w:rPr>
        <w:t>Νοήσας οὖν Ἀλέξανδρος, ὅτι μέλλει προδιδοῦσθαι σιγὴν κελεύσας γενέσθαι τοῦ πολέμου ἀπεφήνατο πρὸς Πῶρον βασιλέα λέγων· “τοῦτο οὐκ ἔστι βασιλέως</w:t>
      </w:r>
    </w:p>
    <w:p>
      <w:r>
        <w:rPr>
          <w:rFonts w:ascii="Courier New" w:hAnsi="Courier New"/>
          <w:color w:val="555555"/>
          <w:sz w:val="20"/>
        </w:rPr>
        <w:t>[5]</w:t>
      </w:r>
    </w:p>
    <w:p>
      <w:r>
        <w:rPr>
          <w:rFonts w:ascii="Gentium Plus" w:hAnsi="Gentium Plus"/>
          <w:sz w:val="24"/>
        </w:rPr>
        <w:t>παυσαμένης τῆς στρατείας ἔλθωμεν εἰς μονομαχίαν περὶ τῆς βασιλείας.” ἐχάρη δὲ ὁ Πῶρος καὶ ὑπέσχετο μονομαχῆσαι πρὸς αὐτὸν ὁρῶν τὸ σῶμα Ἀλε‐ ξάνδρου μὴ ἀναλογοῦν πρὸς τὸ ἑαυτοῦ σῶμα. ἦν γὰρ Πῶρος πηχέων πέντε, ὁ δὲ Ἀλέξανδρος οὐδὲ τριῶν. ἔστησαν οὖν ἑκάτερα τὰ πλήθη ἐπὶ θεωρίᾳ Πώρου καὶ Ἀλεξάνδρου. θόρυβος οὖν γίνεται ἄφνω εἰς τὸ τοῦ Πώρου στρατόπεδον. ὁ</w:t>
      </w:r>
    </w:p>
    <w:p>
      <w:r>
        <w:rPr>
          <w:rFonts w:ascii="Courier New" w:hAnsi="Courier New"/>
          <w:color w:val="555555"/>
          <w:sz w:val="20"/>
        </w:rPr>
        <w:t>[10]</w:t>
      </w:r>
    </w:p>
    <w:p>
      <w:r>
        <w:rPr>
          <w:rFonts w:ascii="Gentium Plus" w:hAnsi="Gentium Plus"/>
          <w:sz w:val="24"/>
        </w:rPr>
        <w:t>οὖν Πῶρος θροηθεὶς ἐστράφη εἰς τὰ ὀπίσω ἰδεῖν τίς ὁ θόρυβος. ὁ δὲ Ἀλέξανδρος κυλλάνας τοὺς πόδας [Πώρου] ἐμπηδᾷ εἰς αὐτὸν καὶ ἐντίθησι τὸ ξίφος αὐτοῦ εἰς τὰς λαγόνας αὐτοῦ, καὶ παραυτίκα ἀναιρεῖ Πῶρον τὸν βασιλέα Ἰνδῶν. Ἤρξαντο οὖν τὰ στρατόπεδα ἀμφοτέρων εἰς ἀλλήλους πολεμεῖν. ὁ οὖν Ἀλέξανδρος λέγει πρὸς τοὺς Ἰνδούς· “τάλανες Ἰνδοί, τίνα πολεμεῖτε τοῦ</w:t>
      </w:r>
    </w:p>
    <w:p>
      <w:r>
        <w:rPr>
          <w:rFonts w:ascii="Courier New" w:hAnsi="Courier New"/>
          <w:color w:val="555555"/>
          <w:sz w:val="20"/>
        </w:rPr>
        <w:t>[15]</w:t>
      </w:r>
    </w:p>
    <w:p>
      <w:r>
        <w:rPr>
          <w:rFonts w:ascii="Gentium Plus" w:hAnsi="Gentium Plus"/>
          <w:sz w:val="24"/>
        </w:rPr>
        <w:t>βασιλέως ὑμῶν ἀναιρεθέντος;” οἱ δὲ εἶπον· “ἵνα μὴ αἰχμαλωτισθῶμεν, πολε‐ μοῦμεν.” ὁ δὲ Ἀλέξανδρος λέγει αὐτοῖς· “παύσασθε πολεμοῦντες, καὶ ἀναστρέ‐ ψαντες εἰσέλθατε εἰς τὴν πόλιν ὑμῶν ἐλεύθεροι ὄντες. οὐ γὰρ ὑμεῖς εἰς τὸ στρα‐ τόπεδόν μου ἐτολμήσατε ἐπιβῆναι ἀλλὰ Πῶρος.” ταῦτα δὲ εἶπεν εἰδὼς ὅτι</w:t>
      </w:r>
    </w:p>
    <w:p>
      <w:r>
        <w:rPr>
          <w:rFonts w:ascii="Courier New" w:hAnsi="Courier New"/>
          <w:color w:val="555555"/>
          <w:sz w:val="20"/>
        </w:rPr>
        <w:t>[20]</w:t>
      </w:r>
    </w:p>
    <w:p>
      <w:r>
        <w:rPr>
          <w:rFonts w:ascii="Gentium Plus" w:hAnsi="Gentium Plus"/>
          <w:sz w:val="24"/>
        </w:rPr>
        <w:t>ἐκέλευσε τὸν βασιλέα Πῶρον θάπτεσθαι βασιλικῶς. τὰ δὲ τίμια πάντα τοῦ παλατίου αὐτοῦ λαβὼν τὴν ὁδοιπορίαν ἐποιεῖτο πρὸς τοὺς Βραχμᾶνας ἤτοι τοὺς Ὀξυδράκας οὐχ ὡς ὄντας πολεμιστὰς τῷ πλήθει ἀλλὰ γυμνοσοφιστὰς ὑπὸ καλύβας καὶ σπήλαια οἰκοῦντας.</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[3 . 5]</w:t>
      </w:r>
    </w:p>
    <w:p>
      <w:r>
        <w:rPr>
          <w:rFonts w:ascii="Gentium Plus" w:hAnsi="Gentium Plus"/>
          <w:sz w:val="24"/>
        </w:rPr>
        <w:t>Οἱ δὲ Βραχμᾶνες μαθόντες παραγίνεσθαι πρὸς αὐτοὺς τὸν βασιλέα Ἀλέ‐ ξανδρον τοὺς ἀρίστους αὐτῶν φιλοσόφους ἔπεμψαν πρὸς αὐτὸν μετὰ γραμμά‐ των. καὶ δεξάμενος καὶ ἀναγνοὺς τὰ γράμματα Ἀλέξανδρος εὗρεν οὕτως περιέχοντα·</w:t>
      </w:r>
    </w:p>
    <w:p>
      <w:r>
        <w:rPr>
          <w:rFonts w:ascii="Courier New" w:hAnsi="Courier New"/>
          <w:color w:val="555555"/>
          <w:sz w:val="20"/>
        </w:rPr>
        <w:t>[5]</w:t>
      </w:r>
    </w:p>
    <w:p>
      <w:r>
        <w:rPr>
          <w:rFonts w:ascii="Gentium Plus" w:hAnsi="Gentium Plus"/>
          <w:sz w:val="24"/>
        </w:rPr>
        <w:t>“Γυμνοσοφισταὶ Ἀλεξάνδρῳ ἀνθρώπῳ ἐγράψαμεν. εἰ μὲν παραγίνῃ πρὸς</w:t>
      </w:r>
    </w:p>
    <w:p>
      <w:r>
        <w:rPr>
          <w:rFonts w:ascii="Courier New" w:hAnsi="Courier New"/>
          <w:color w:val="555555"/>
          <w:sz w:val="20"/>
        </w:rPr>
        <w:t>[10]</w:t>
      </w:r>
    </w:p>
    <w:p>
      <w:r>
        <w:rPr>
          <w:rFonts w:ascii="Gentium Plus" w:hAnsi="Gentium Plus"/>
          <w:sz w:val="24"/>
        </w:rPr>
        <w:t>μιουργηθέντες. σοὶ μὲν γὰρ ἕπεται πολεμεῖν, ἡμῖν δὲ φιλοσοφεῖν.” Ταῦτα ἀναγνοὺς Ἀλέξανδρος εἰρηνικῶς πρὸς αὐτοὺς ἐπορεύετο. καὶ ἐθεώρη‐ σεν ὕλας πολλὰς καὶ δένδρα πολλὰ καὶ ὑπέρκαλα μετὰ καρπῶν παντοδαπῶν, πο‐ ταμὸν δὲ περικυκλοῦντα ὅλην τὴν γῆν ἐκείνην, οὗ ἦν τὸ ὕδωρ διαφανές, λευκὸν ὡσεὶ γάλα, 〈καὶ〉 φοίνικας πολυπληθεῖς καρπῶν γέμοντας, τὸ δὲ τῆς ἀμπέλου</w:t>
      </w:r>
    </w:p>
    <w:p>
      <w:r>
        <w:rPr>
          <w:rFonts w:ascii="Courier New" w:hAnsi="Courier New"/>
          <w:color w:val="555555"/>
          <w:sz w:val="20"/>
        </w:rPr>
        <w:t>[15]</w:t>
      </w:r>
    </w:p>
    <w:p>
      <w:r>
        <w:rPr>
          <w:rFonts w:ascii="Gentium Plus" w:hAnsi="Gentium Plus"/>
          <w:sz w:val="24"/>
        </w:rPr>
        <w:t>κλῆμα ἔχον βότρυας χιλίους καλοὺς λίαν εἰς ἐπιθυμίαν. καὶ εἶδεν αὐτοὺς Ἀλέ‐ ξανδρος γυμνοπεριβόλους ὑπὸ καλύβας καὶ σπήλαια κατοικοῦντας. ἔξω δὲ μακρὰν ἀπὸ διαστήματος αὐτῶν πολλοῦ εἶδε τὰς γυναῖκας καὶ τὰ παιδία αὐ‐ τῶν ὡς ποίμνια νεμόμενα.</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[3 . 6]</w:t>
      </w:r>
    </w:p>
    <w:p>
      <w:r>
        <w:rPr>
          <w:rFonts w:ascii="Gentium Plus" w:hAnsi="Gentium Plus"/>
          <w:sz w:val="24"/>
        </w:rPr>
        <w:t>Ἐζήτησε δὲ ἀπ’ αὐτῶν Ἀλέξανδρος λέγων· “τάφους οὐκ ἔχετε;” οἱ δὲ εἶπον· “τοῦτο τὸ χώρημα, ἔνθα μένομεν, ἔστιν ἡμῖν καὶ τάφος. ὧδε γὰρ ἀναπαυόμεθα ἐπὶ τὴν γῆν ταφίζοντες ἑαυτοὺς εἰς ὕπνον. γῆ γὰρ ἡμᾶς γεννᾷ, γῆ τρέφει, ὑπὸ γῆν δὲ τελευτήσαντες κείμεθα τὸν αἰώνιον ὕπνον.” ἕτερον δὲ ἐπερώτησεν·</w:t>
      </w:r>
    </w:p>
    <w:p>
      <w:r>
        <w:rPr>
          <w:rFonts w:ascii="Courier New" w:hAnsi="Courier New"/>
          <w:color w:val="555555"/>
          <w:sz w:val="20"/>
        </w:rPr>
        <w:t>[5]</w:t>
      </w:r>
    </w:p>
    <w:p>
      <w:r>
        <w:rPr>
          <w:rFonts w:ascii="Gentium Plus" w:hAnsi="Gentium Plus"/>
          <w:sz w:val="24"/>
        </w:rPr>
        <w:t>“τίνες ἄρα πλείονές εἰσιν, οἱ ζῶντες ἢ οἱ νεκροί;” οἱ δὲ εἶπον. “οἱ μὲν τετελευτη‐ κότες πλείονες, ἀλλὰ μηκέτι ὄντες 〈ἀ〉μέτρητοι. οἱ γὰρ ὁρώμενοι πλείονές εἰσι τῶν μὴ φαινομένων.” ἕτερον δὲ ἐρωτᾷ ἐρώτημα· “τί ἄρα ἰσχυρότερον, θάνατος ἢ ζωή;” οἱ δὲ εἶπον· “ἡ ζωή, ὅτι ὁ ἥλιος ἀνατέλλων τὰς ἀκτῖνας ἔχει λαμπράς, δύνων δὲ ἀσθενέστερος ὁρᾶται.” ἔτι ἠρώτησεν· “τί πλεῖον, ἡ γῆ ἢ ἡ θάλασσα;”</w:t>
      </w:r>
    </w:p>
    <w:p>
      <w:r>
        <w:rPr>
          <w:rFonts w:ascii="Courier New" w:hAnsi="Courier New"/>
          <w:color w:val="555555"/>
          <w:sz w:val="20"/>
        </w:rPr>
        <w:t>[10]</w:t>
      </w:r>
    </w:p>
    <w:p>
      <w:r>
        <w:rPr>
          <w:rFonts w:ascii="Gentium Plus" w:hAnsi="Gentium Plus"/>
          <w:sz w:val="24"/>
        </w:rPr>
        <w:t>οἱ δὲ εἶπον· “ἡ γῆ· καὶ γὰρ αὐτὴ ἡ θάλασσα ὑπὸ τῆς γῆς κατέχεται.” ἕτερον δὲ ἠρώτησεν· “τί ἄρα πάντων τῶν ζῴων ἐστὶ πανουργότερον;” οἱ δὲ εἶπον· “ὁ ἄνθρωπος.” ὁ δέ φησιν· “πῶς;” οἱ δὲ εἶπον· “τοῦτο ἀπὸ σεαυτοῦ πείθου· σὺ γὰρ θὴρ ὑπάρχων ἴδε πόσα θηρία μετὰ σοῦ ἔχεις, ἵνα τὴν τῶν ἑτέρων θηρίων ζωὴν μόνος ἀφαρπάσῃς.” ὁ δὲ οὐκ ὠργίσθη ἀλλ’ ἐμειδίασεν. ἄλλῳ δὲ εἶπεν· “τί ἐστι</w:t>
      </w:r>
    </w:p>
    <w:p>
      <w:r>
        <w:rPr>
          <w:rFonts w:ascii="Courier New" w:hAnsi="Courier New"/>
          <w:color w:val="555555"/>
          <w:sz w:val="20"/>
        </w:rPr>
        <w:t>[15]</w:t>
      </w:r>
    </w:p>
    <w:p>
      <w:r>
        <w:rPr>
          <w:rFonts w:ascii="Gentium Plus" w:hAnsi="Gentium Plus"/>
          <w:sz w:val="24"/>
        </w:rPr>
        <w:t>βασιλεία;” οἱ δὲ εἶπον· “πλεονεξίας δύναμις ἄδικος, τόλμη καιροῦ συνεργοῦν‐ τος, χρυσοῦν φορτίον.” ἑτέρῳ δὲ εἶπεν· “τί πρῶτον ἐγένετο, νὺξ ἢ ἡμέρα;” οἱ δὲ εἶπον· “ἡ νύξ· καὶ γὰρ τὰ γενόμενα ἐν τῷ σκότει τῆς γαστρὸς αὐξάνονται· εἶτα εἰς τὴν αὐγὴν ἀποκύει λαβεῖν τὸ φῶς.” ἑτέρῳ δὲ εἶπεν· “ποῖα κρείττονα μέρη εἰσίν, τὰ δεξιὰ ἢ τὰ εὐώνυμα;” οἱ δὲ εἶπον· “τὰ δεξιά· καὶ γὰρ αὐτὸς ὁ ἥλιος</w:t>
      </w:r>
    </w:p>
    <w:p>
      <w:r>
        <w:rPr>
          <w:rFonts w:ascii="Courier New" w:hAnsi="Courier New"/>
          <w:color w:val="555555"/>
          <w:sz w:val="20"/>
        </w:rPr>
        <w:t>[20]</w:t>
      </w:r>
    </w:p>
    <w:p>
      <w:r>
        <w:rPr>
          <w:rFonts w:ascii="Gentium Plus" w:hAnsi="Gentium Plus"/>
          <w:sz w:val="24"/>
        </w:rPr>
        <w:t>τοῖς δεξιοῖς ἀνατέλλει καὶ τοῖς εὐωνύμοις μέρεσι τοῦ οὐρανοῦ περιπολεύει. θηλάζει δὲ πρῶτον ἡ γυνὴ τῷ δεξιῷ μαζῷ.” Ἔπειτα δὲ αὐτοὺς ἐπερώτησεν Ἀλέξανδρος· “ἔχετε ἀνάκτορα;” οἱ δὲ εἶπον· “ναί, ἔχομεν ἡγούμενον.” ὁ δὲ εἶπεν· “ἤθελον αὐτὸν ἀσπάσασθαι.” οἱ δὲ ὑπέ‐ δειξαν αὐτῷ τὸν Δανδάμην εἰς τὴν γῆν ἀνακείμενον, ἐστρωμένα αὐτῷ φύλλα</w:t>
      </w:r>
    </w:p>
    <w:p>
      <w:r>
        <w:rPr>
          <w:rFonts w:ascii="Courier New" w:hAnsi="Courier New"/>
          <w:color w:val="555555"/>
          <w:sz w:val="20"/>
        </w:rPr>
        <w:t>[25]</w:t>
      </w:r>
    </w:p>
    <w:p>
      <w:r>
        <w:rPr>
          <w:rFonts w:ascii="Gentium Plus" w:hAnsi="Gentium Plus"/>
          <w:sz w:val="24"/>
        </w:rPr>
        <w:t>δένδρων πολλὰ καὶ παρατεθειμένα ἔμπροσθεν αὐτοῦ σῦκα καὶ πέπονας καὶ λοι‐ πὴν ὀπώραν. ἰδὼν δὲ τοῦτον Ἀλέξανδρος ἠσπάσατο αὐτόν. κἀκεῖνος δὲ εἶπε τῷ Ἀλεξάνδρῳ· “χαίροις.” οὐκ ἀνέστη δέ, οὐδὲ ἐτίμησεν αὐτὸν ὡς βασιλέα. ἐπερώ‐</w:t>
      </w:r>
    </w:p>
    <w:p>
      <w:r>
        <w:rPr>
          <w:rFonts w:ascii="Courier New" w:hAnsi="Courier New"/>
          <w:color w:val="555555"/>
          <w:sz w:val="20"/>
        </w:rPr>
        <w:t>[30]</w:t>
      </w:r>
    </w:p>
    <w:p>
      <w:r>
        <w:rPr>
          <w:rFonts w:ascii="Gentium Plus" w:hAnsi="Gentium Plus"/>
          <w:sz w:val="24"/>
        </w:rPr>
        <w:t>ὕδωρ. ὅταν οὖν πεινάσωμεν, πορευόμεθα εἰς τὰ κατάκομα δένδρα καὶ ἐσθίομεν καρποὺς αὐτομάτους. κατὰ γὰρ γένναν σελήνης ὅλα τὰ παρ’ ἡμῖν δένδρα κύει καρπούς. ἔχομεν δὲ καὶ τὸν μέγαν ποταμὸν Εὐφράτην· καὶ ὁπόταν διψῶμεν, ἀπερχόμεθα πρὸς αὐτὸν καὶ πίνομεν ὕδωρ καὶ εὐφραινόμεθα. ἔχομεν δὲ ἕκαστος τὴν ἰδίαν γυναῖκα· καὶ κατὰ σελήνης γένναν πορεύεται ἕκαστος καὶ πλησιάζει</w:t>
      </w:r>
    </w:p>
    <w:p>
      <w:r>
        <w:rPr>
          <w:rFonts w:ascii="Courier New" w:hAnsi="Courier New"/>
          <w:color w:val="555555"/>
          <w:sz w:val="20"/>
        </w:rPr>
        <w:t>[35]</w:t>
      </w:r>
    </w:p>
    <w:p>
      <w:r>
        <w:rPr>
          <w:rFonts w:ascii="Gentium Plus" w:hAnsi="Gentium Plus"/>
          <w:sz w:val="24"/>
        </w:rPr>
        <w:t>τῇ ἰδίᾳ συνεύνῳ, ἕως ἂν τέκῃ δύο παῖδας· καὶ λογιζόμεθα τὸν μὲν ἕνα ἀντὶ τοῦ πατρός, τὸν δὲ ἄλλον ἀντὶ τῆς μητρός.” ταῦτα ἀκούσας Ἀλέξανδρος εἶπε πᾶσιν· “αἰτήσασθέ με τί θέλετε καὶ δώσω ὑμῖν.” ἐξεβόησαν δὲ πάντες λέγοντες· “δὸς ἡμῖν ἀθανασίαν.” ὁ δὲ Ἀλέξανδρος εἶπεν· “τούτου ἐγὼ ἐξουσίαν οὐκ ἔχω· κἀγὼ γὰρ θνητὸς ὑπάρχω.” οἱ δὲ εἶπον· “τί τοίνυν θνητὸς ὑπάρχων τοσαῦτα</w:t>
      </w:r>
    </w:p>
    <w:p>
      <w:r>
        <w:rPr>
          <w:rFonts w:ascii="Courier New" w:hAnsi="Courier New"/>
          <w:color w:val="555555"/>
          <w:sz w:val="20"/>
        </w:rPr>
        <w:t>[40]</w:t>
      </w:r>
    </w:p>
    <w:p>
      <w:r>
        <w:rPr>
          <w:rFonts w:ascii="Gentium Plus" w:hAnsi="Gentium Plus"/>
          <w:sz w:val="24"/>
        </w:rPr>
        <w:t>πολεμεῖς; ἵνα πάντα ἄρῃς; καὶ ποῦ ἀπενέγκῃς; οὐ πάλιν καὶ σὺ αὐτὰ ἑτέροις καταλιμπάνεις;” ὁ δὲ Ἀλέξανδρος εἶπεν· “ταῦτα ἐκ τῆς ἄνω προνοίας διοικεῖ‐ ται, ἵνα ἡμεῖς † ὑμῶν † διάκονοι γενώμεθα τῆς ἐκείνων ἐπιταγῆς. οὐ γὰρ κινεῖται</w:t>
      </w:r>
    </w:p>
    <w:p>
      <w:r>
        <w:rPr>
          <w:rFonts w:ascii="Courier New" w:hAnsi="Courier New"/>
          <w:color w:val="555555"/>
          <w:sz w:val="20"/>
        </w:rPr>
        <w:t>[45]</w:t>
      </w:r>
    </w:p>
    <w:p>
      <w:r>
        <w:rPr>
          <w:rFonts w:ascii="Gentium Plus" w:hAnsi="Gentium Plus"/>
          <w:sz w:val="24"/>
        </w:rPr>
        <w:t>τοῦ πολεμεῖν, ἀλλ’ οὐκ ἐᾷ με ὁ τῆς γνώμης μου δεσπότης. εἰ γὰρ πάντες ὁμόγνω‐ μοι ἦμεν, ἀργὸς ἐτύγχανεν ὁ κόσμος, θάλασσα οὐκ ἐπλέετο, γῆ οὐκ ἐγεωργεῖτο, γάμοι οὐκ ἐπετελοῦντο, παιδοποιία οὐκ ἦν. πόσοι γὰρ ἐν τοῖς γενομένοις ὑπ’ ἐμοῦ πολέμοις ἐδυστύχησαν ἀπολέσαντες 〈τὰ ἴδια〉 [ἄνδρας καὶ παιδία]; ἄλλοι δὲ εὐτύχησαν ἐκ τῶν ἀλλοτρίων· πάντες γὰρ τὰ πάντων λαμβάνοντες ἑτέροις</w:t>
      </w:r>
    </w:p>
    <w:p>
      <w:r>
        <w:rPr>
          <w:rFonts w:ascii="Courier New" w:hAnsi="Courier New"/>
          <w:color w:val="555555"/>
          <w:sz w:val="20"/>
        </w:rPr>
        <w:t>[3 . 6 (50)]</w:t>
      </w:r>
    </w:p>
    <w:p>
      <w:r>
        <w:rPr>
          <w:rFonts w:ascii="Gentium Plus" w:hAnsi="Gentium Plus"/>
          <w:sz w:val="24"/>
        </w:rPr>
        <w:t>παραχωροῦσιν καὶ οὐδενὶ οὐδὲν ὑπάρχει.” Ταῦτα εἰπὼν Ἀλέξανδρος προσήνεγκε τῷ Δανδάμῃ χρυσίον καὶ ἄρτους καὶ ἱματισμοὺς καὶ οἶνον καὶ ἔλαιον· “λάβε ταῦτα, πρεσβῦτα, εἰς μνήμην ἡμῶν.” ὁ δὲ Δανδάμης γελάσας εἶπεν· “ταῦτα ἡμῖν ἄχρηστά εἰσιν· ἀλλ’ ἵνα οὖν μὴ δόξωμεν ὑπερηφανεύεσθαι, ληψόμεθα ἀπὸ σοῦ τὸ ἔλαιον.” καὶ ποιήσας σωρὸν</w:t>
      </w:r>
    </w:p>
    <w:p>
      <w:r>
        <w:rPr>
          <w:rFonts w:ascii="Courier New" w:hAnsi="Courier New"/>
          <w:color w:val="555555"/>
          <w:sz w:val="20"/>
        </w:rPr>
        <w:t>[55]</w:t>
      </w:r>
    </w:p>
    <w:p>
      <w:r>
        <w:rPr>
          <w:rFonts w:ascii="Gentium Plus" w:hAnsi="Gentium Plus"/>
          <w:sz w:val="24"/>
        </w:rPr>
        <w:t>ξύλων ἐξῆψεν εἰς αὐτὰ πῦρ· καὶ κατέχεεν ἔμπροσθεν Ἀλεξάνδρου τὸ ἔλαιον εἰς</w:t>
      </w:r>
    </w:p>
    <w:p>
      <w:r>
        <w:rPr>
          <w:rFonts w:ascii="Courier New" w:hAnsi="Courier New"/>
          <w:color w:val="555555"/>
          <w:sz w:val="20"/>
        </w:rPr>
        <w:t>[3 . 17]</w:t>
      </w:r>
    </w:p>
    <w:p>
      <w:r>
        <w:rPr>
          <w:rFonts w:ascii="Gentium Plus" w:hAnsi="Gentium Plus"/>
          <w:sz w:val="24"/>
        </w:rPr>
        <w:t>Καὶ τούτου γενομένου ὑπεχώρησεν ἀπ’ αὐτῶν ὁ Ἀλέξανδρος ὑποστρέψας εἰς τὴν κατὰ φύσιν ὁδὸν τὴν φέρουσαν εἰς τὴν Πρασιακὴν πόλιν, ἥτις δοκεῖ μητρό‐ πολις εἶναι τῆς Ἰνδικῆς χώρας, ἔνθα Πῶρος ἦν βασιλεύων. καὶ πάντες οἱ τοῦ Πώρου ἀπεδέξαντο τὸν Ἀλέξανδρον. καὶ πάντα κατὰ φύσιν διοικονομήσαντος</w:t>
      </w:r>
    </w:p>
    <w:p>
      <w:r>
        <w:rPr>
          <w:rFonts w:ascii="Courier New" w:hAnsi="Courier New"/>
          <w:color w:val="555555"/>
          <w:sz w:val="20"/>
        </w:rPr>
        <w:t>[5]</w:t>
      </w:r>
    </w:p>
    <w:p>
      <w:r>
        <w:rPr>
          <w:rFonts w:ascii="Gentium Plus" w:hAnsi="Gentium Plus"/>
          <w:sz w:val="24"/>
        </w:rPr>
        <w:t>καὶ τῶν Ἰνδῶν προθύμως συνελθόντων ἔλεγόν τινες ἐξ αὐτῶν τῷ Ἀλεξάνδρῳ· “μέγιστε βασιλεῦ, λήψῃ πόλεις θαυμαστὰς καὶ βασιλείας καὶ ὄρη, εἰς ἃ οὐδεὶς τῶν ζώντων ἐπέβη ποτὲ βασιλεύς.” τινὲς δὲ ἐκ τῶν πολυδρίων ἐλθόντες ἔλεγον τῷ Ἀλεξάνδρῳ· “βασιλεῦ, ἔχομέν σοί τι δεῖξαι παράδοξον ἄξιόν σου. δείξομεν γάρ σοι φυτὰ ἀνθρωπίνῳ στόματι λαλοῦντα.” εἰσήνεγκαν οὖν Ἀλέξανδρον,</w:t>
      </w:r>
    </w:p>
    <w:p>
      <w:r>
        <w:rPr>
          <w:rFonts w:ascii="Courier New" w:hAnsi="Courier New"/>
          <w:color w:val="555555"/>
          <w:sz w:val="20"/>
        </w:rPr>
        <w:t>[10]</w:t>
      </w:r>
    </w:p>
    <w:p>
      <w:r>
        <w:rPr>
          <w:rFonts w:ascii="Gentium Plus" w:hAnsi="Gentium Plus"/>
          <w:sz w:val="24"/>
        </w:rPr>
        <w:t>ἔνθα ἦν ἱερὸν τοῦ ἡλίου καὶ σελήνης. κατὰ δὲ αὐτοὺς ἦν φρουρὰ καὶ δύο δένδρα παραπλήσια κυπαρίσσοις. κύκλῳ δὲ ἦν αὐτοῖς δένδρα παρόμοια τῇ ἐν Αἰγύπτῳ</w:t>
      </w:r>
    </w:p>
    <w:p>
      <w:r>
        <w:rPr>
          <w:rFonts w:ascii="Courier New" w:hAnsi="Courier New"/>
          <w:color w:val="555555"/>
          <w:sz w:val="20"/>
        </w:rPr>
        <w:t>[15]</w:t>
      </w:r>
    </w:p>
    <w:p>
      <w:r>
        <w:rPr>
          <w:rFonts w:ascii="Gentium Plus" w:hAnsi="Gentium Plus"/>
          <w:sz w:val="24"/>
        </w:rPr>
        <w:t>σελήνη, ἃ ἔλεγον τῇ ἰδίᾳ φωνῇ μουθεὰ μαθούς. τούτοις δὲ τοῖς δυσὶ δένδροις περιεβέβληντο δοραὶ παντοίων θηρίων, τῷ μὲν ἄρρενι ἀρρένων, τῷ δὲ θήλει θηλυκῶν. παρ’ αὐτοῖς δὲ σίδηρος οὐχ ὑπῆρχεν οὔτε χαλκὸς οὔτε κασσίτερος, ἀλλ’ οὔτε πηλὸς εἰς πλάσιν. τοῦ δὲ Ἀλεξάνδρου ἐρωτῶντος τίνος αἱ δοραί εἰσιν αἱ σκέπουσαι αὐτά, ἔφησαν λεόντων εἶναι καὶ παρδάλεων. περὶ δὲ τῶν θηρίων</w:t>
      </w:r>
    </w:p>
    <w:p>
      <w:r>
        <w:rPr>
          <w:rFonts w:ascii="Courier New" w:hAnsi="Courier New"/>
          <w:color w:val="555555"/>
          <w:sz w:val="20"/>
        </w:rPr>
        <w:t>[20]</w:t>
      </w:r>
    </w:p>
    <w:p>
      <w:r>
        <w:rPr>
          <w:rFonts w:ascii="Gentium Plus" w:hAnsi="Gentium Plus"/>
          <w:sz w:val="24"/>
        </w:rPr>
        <w:t>αἰτίαν ἐζήτει μαθεῖν Ἀλέξανδρος. οἱ δὲ ἔφησαν· “πρωΐας γενομένης, ὅταν ὁ ἥλιος ἀνατέλλῃ, φωνὴ ἐκ τοῦ δένδρου γίνεται, καὶ ὅταν κατὰ μέσον τοῦ οὐρανοῦ γένηται, καὶ ὅταν μέλλῃ δύνειν, τοῦτο τρίτον. τὸ δ’ αὐτὸ καὶ ἐπὶ τῆς σελήνης γίνεται.” καὶ οἱ δοκοῦντες ἱερεῖς εἶναι προσῆλθον λέγοντες τῷ Ἀλεξάνδρῳ· “εἴσελθε καθαρῶς καὶ προσκύνησον καὶ λήψῃ χρησμόν.” 〈...〉 οἱ δὲ ἱερεῖς</w:t>
      </w:r>
    </w:p>
    <w:p>
      <w:r>
        <w:rPr>
          <w:rFonts w:ascii="Courier New" w:hAnsi="Courier New"/>
          <w:color w:val="555555"/>
          <w:sz w:val="20"/>
        </w:rPr>
        <w:t>[25]</w:t>
      </w:r>
    </w:p>
    <w:p>
      <w:r>
        <w:rPr>
          <w:rFonts w:ascii="Gentium Plus" w:hAnsi="Gentium Plus"/>
          <w:sz w:val="24"/>
        </w:rPr>
        <w:t>ἔλεγον· “Ἀλέξανδρε βασιλεῦ, σίδηρον οὐ καθήκει εἰς τὸ ἱερὸν εἰσελθεῖν.” προσ‐ τάσσει οὖν τὰ ξίφη ἀποθέσθαι ἔξω τοῦ περιβόλου. συνεισῆλθον δὲ τῷ Ἀλε‐ ξάνδρῳ ἄνδρες ἱκανοί. καὶ κελεύει καθοπτεῦσαι τὸν τόπον κύκλῳ. προσκαλεῖται οὖν ἐκ τῶν συνακολουθησάντων αὐτῷ Ἰνδῶν, ἵνα ἑρμηνείας τύχῃ παρ’ αὐτῶν. ὀμνύει δὲ αὐτοῖς ὅτι “ἐὰν δύνῃ ὁ ἥλιος καὶ φωνή μοι χρησμοῦ μὴ ἀκουσθῇ,</w:t>
      </w:r>
    </w:p>
    <w:p>
      <w:r>
        <w:rPr>
          <w:rFonts w:ascii="Courier New" w:hAnsi="Courier New"/>
          <w:color w:val="555555"/>
          <w:sz w:val="20"/>
        </w:rPr>
        <w:t>[30]</w:t>
      </w:r>
    </w:p>
    <w:p>
      <w:r>
        <w:rPr>
          <w:rFonts w:ascii="Gentium Plus" w:hAnsi="Gentium Plus"/>
          <w:sz w:val="24"/>
        </w:rPr>
        <w:t>ζῶντας ὑμᾶς ἐμπρήσω.” Ἐγένετο δὲ ἅμα τῷ δῦναι τὸν ἥλιον, φωνὴ ἠνέχθη Ἰνδικὴ ἀπὸ τοῦ δένδρου. οἱ δὲ συνόντες αὐτῷ Ἰνδοὶ φοβούμενοι οὐκ ἠθέλησαν μεθερμηνεῦσαι. σύννους δὲ γενόμενος ὁ Ἀλέξανδρος εἵλκυσεν αὐτοὺς κατὰ μόνας. καὶ πρὸς τὸ οὖς εἶπον αὐτῷ· “Ἀλέξανδρε βασιλεῦ, ἐν τάχει ἀπολέσθαι ἔχεις ὑπὸ τῶν ἰδίων.” πάντων</w:t>
      </w:r>
    </w:p>
    <w:p>
      <w:r>
        <w:rPr>
          <w:rFonts w:ascii="Courier New" w:hAnsi="Courier New"/>
          <w:color w:val="555555"/>
          <w:sz w:val="20"/>
        </w:rPr>
        <w:t>[35]</w:t>
      </w:r>
    </w:p>
    <w:p>
      <w:r>
        <w:rPr>
          <w:rFonts w:ascii="Gentium Plus" w:hAnsi="Gentium Plus"/>
          <w:sz w:val="24"/>
        </w:rPr>
        <w:t>δὲ τῶν ἐνεστώτων ἀποτερατωθέντων ἐβουλήθη πάλιν Ἀλέξανδρος χρηματισθῆ‐ ναι. εἰκάσας δὲ τὸ μέλλον εἰσῆλθε καὶ ἠξίωσεν, ἵνα ἀσπάσηται τὴν ἑαυτοῦ μητέρα Ὀλυμπιάδα. καὶ τῆς σελήνης ἀνατελλούσης φωνεῖ τὸ δένδρον Ἑλλη‐ νικῇ διαλέκτῳ· “Ἀλέξανδρε, ἐν Βαβυλῶνι δεῖ σε ἀποθανεῖν καὶ ὑπὸ τῶν ἰδίων ἀναιρεθήσῃ καὶ οὐ δυνήσῃ ἀνακομισθῆναι πρὸς Ὀλυμπιάδα τὴν σὴν μητέρα.”</w:t>
      </w:r>
    </w:p>
    <w:p>
      <w:r>
        <w:rPr>
          <w:rFonts w:ascii="Courier New" w:hAnsi="Courier New"/>
          <w:color w:val="555555"/>
          <w:sz w:val="20"/>
        </w:rPr>
        <w:t>[40]</w:t>
      </w:r>
    </w:p>
    <w:p>
      <w:r>
        <w:rPr>
          <w:rFonts w:ascii="Gentium Plus" w:hAnsi="Gentium Plus"/>
          <w:sz w:val="24"/>
        </w:rPr>
        <w:t>Ἀλεξάνδρου δὲ θαυμάσαντος ἠβουλήθη στεφάνους καλλίστους παραθεῖναι τοῖς</w:t>
      </w:r>
    </w:p>
    <w:p>
      <w:r>
        <w:rPr>
          <w:rFonts w:ascii="Courier New" w:hAnsi="Courier New"/>
          <w:color w:val="555555"/>
          <w:sz w:val="20"/>
        </w:rPr>
        <w:t>[45]</w:t>
      </w:r>
    </w:p>
    <w:p>
      <w:r>
        <w:rPr>
          <w:rFonts w:ascii="Gentium Plus" w:hAnsi="Gentium Plus"/>
          <w:sz w:val="24"/>
        </w:rPr>
        <w:t>καὶ ἐπιθεὶς τὴν χεῖρα αὐτοῦ τῷ δένδρῳ ἐπερώτησεν, εἰ ἄρα πεπλήρωνται αὐτοῦ τὰ τῆς ζωῆς ἔτη, τοῦτο βουλόμενος μαθεῖν. ἅμα δὲ τοῦ γενέσθαι τὴν ἀνατολὴν τοῦ ἡλίου καὶ βαλεῖν τὴν αὐγὴν εἰς τὴν κορυφὴν τοῦ δένδρου, φωνή τις † ὀξεῖα † διαρρήδην λέγουσα· “πεπλήρωνταί σου τὰ ἔτη τῆς ζωῆς καὶ ἀνακομισθῆναι οὐκ ἔχεις πρὸς Ὀλυμπιάδα τὴν μητέρα σου, ἀλλ’ ἐν Βαβυλῶνι ἔχεις ἀπολέσθαι.</w:t>
      </w:r>
    </w:p>
    <w:p>
      <w:r>
        <w:rPr>
          <w:rFonts w:ascii="Courier New" w:hAnsi="Courier New"/>
          <w:color w:val="555555"/>
          <w:sz w:val="20"/>
        </w:rPr>
        <w:t>[3 . 17 (50)]</w:t>
      </w:r>
    </w:p>
    <w:p>
      <w:r>
        <w:rPr>
          <w:rFonts w:ascii="Gentium Plus" w:hAnsi="Gentium Plus"/>
          <w:sz w:val="24"/>
        </w:rPr>
        <w:t>μετὰ δὲ ὀλίγον χρόνον καὶ ἡ μήτηρ σου καὶ ἡ γυνή σου κακὴν κακῶς ὑπὸ τῶν ἰδίων ἀπολοῦνται. καὶ περὶ τούτων μηκέτι ἀξίου· οὐ γὰρ ἀκούσεις ἔτι τί ποτε.” ταῦτα ἀκούσας περίλυπος ἐγένετο. καὶ ἐξελθὼν ἐκεῖθεν ἐκίνησεν ἀναχωρῶν ἀπὸ τῆς Ἰνδικῆς, καὶ παραγίνεται ἐν Περσίδι.</w:t>
      </w:r>
    </w:p>
    <w:p>
      <w:r>
        <w:rPr>
          <w:rFonts w:ascii="Courier New" w:hAnsi="Courier New"/>
          <w:color w:val="555555"/>
          <w:sz w:val="20"/>
        </w:rPr>
        <w:t>[53]</w:t>
      </w:r>
    </w:p>
    <w:p>
      <w:r>
        <w:rPr>
          <w:rFonts w:ascii="Gentium Plus" w:hAnsi="Gentium Plus"/>
          <w:sz w:val="24"/>
        </w:rPr>
      </w:r>
    </w:p>
    <w:p>
      <w:r>
        <w:rPr>
          <w:rFonts w:ascii="Courier New" w:hAnsi="Courier New"/>
          <w:color w:val="555555"/>
          <w:sz w:val="20"/>
        </w:rPr>
        <w:t>[3 . 18]</w:t>
      </w:r>
    </w:p>
    <w:p>
      <w:r>
        <w:rPr>
          <w:rFonts w:ascii="Gentium Plus" w:hAnsi="Gentium Plus"/>
          <w:sz w:val="24"/>
        </w:rPr>
        <w:t>Καὶ ἠπείγετο ἐπὶ τὰ Σεμιράμεως βασίλεια θεάσασθαι. ἦν γὰρ περίφημα. ἐβασίλευε δὲ ὅλης τῆς χώρας ἐκείνης γυνὴ ἔχουσα κάλλος ὑπερήφανον μέσης ἡλικίας τυγχάνουσα. πέμπει οὖν πρὸς αὐτὴν γράμματα Ἀλέξανδρος περιέχοντα οὕτως·</w:t>
      </w:r>
    </w:p>
    <w:p>
      <w:r>
        <w:rPr>
          <w:rFonts w:ascii="Courier New" w:hAnsi="Courier New"/>
          <w:color w:val="555555"/>
          <w:sz w:val="20"/>
        </w:rPr>
        <w:t>[5]</w:t>
      </w:r>
    </w:p>
    <w:p>
      <w:r>
        <w:rPr>
          <w:rFonts w:ascii="Gentium Plus" w:hAnsi="Gentium Plus"/>
          <w:sz w:val="24"/>
        </w:rPr>
        <w:t>“Βασιλεὺς Ἀλέξανδρος βασιλίσσῃ Κανδάκῃ τῇ ἐν Βερόῃ καὶ τοῖς ὑπ’ αὐτὴν τυράννοις χαίρειν. πορευόμενος εἰς Αἴγυπτον ἤκουσα παρὰ τῶν ἐκεῖ ἱερῶν περὶ τῶν οἰκητηρίων ὑμῶν καὶ τῶν τάφων, καὶ ὅτι χρόνον τινὰ ἐκυριεύσατε Αἰγύ‐ πτου. διὸ ἔπεμψα πρὸς ὑμᾶς. βουλευσάμενοι οὖν δηλώσατε ἡμῖν ὃ ἐὰν φαίνηται ὑμῖν. ἔρρωσθε.”</w:t>
      </w:r>
    </w:p>
    <w:p>
      <w:r>
        <w:rPr>
          <w:rFonts w:ascii="Courier New" w:hAnsi="Courier New"/>
          <w:color w:val="555555"/>
          <w:sz w:val="20"/>
        </w:rPr>
        <w:t>[10]</w:t>
      </w:r>
    </w:p>
    <w:p>
      <w:r>
        <w:rPr>
          <w:rFonts w:ascii="Gentium Plus" w:hAnsi="Gentium Plus"/>
          <w:sz w:val="24"/>
        </w:rPr>
        <w:t>Ἀντιγράφει δὲ αὐτῷ ἡ Κανδάκη οὕτως· “Βασίλισσα Βερόης Κανδάκη καὶ πάντες οἱ τύραννοι βασιλεῖ Ἀλεξάνδρῳ χαίρειν. μὴ καταγνῷς τοῦ χρωτὸς</w:t>
      </w:r>
    </w:p>
    <w:p>
      <w:r>
        <w:rPr>
          <w:rFonts w:ascii="Courier New" w:hAnsi="Courier New"/>
          <w:color w:val="555555"/>
          <w:sz w:val="20"/>
        </w:rPr>
        <w:t>[15]</w:t>
      </w:r>
    </w:p>
    <w:p>
      <w:r>
        <w:rPr>
          <w:rFonts w:ascii="Gentium Plus" w:hAnsi="Gentium Plus"/>
          <w:sz w:val="24"/>
        </w:rPr>
        <w:t>σφυρήτους ρʹ, Αἰθίοπας ἀνήβους φʹ, σφίγγας ςʹ καὶ στέφανον διὰ σμαράγδων λιτρῶν χιλίων χρυσίου, μαργαριτῶν ἀτρήτων ὁρμαθοὺς ιʹ, ἐσφραγισμένους στατῆρας ιʹ, γλωσσόκομα ἐλεφάντινα πʹ καὶ θηρίων γένη διάφορα τῶν παρ’ ἡμῖν, ἐλέφαντας εʹ, παρδάλεις ἡμέρους ιʹ, καὶ ἐν ταῖς γαλεάγραις κύνας ἀνθρωπο‐ φάγους λʹ, ταύρους μαχίμους λʹ, ὀδόντας ἐλεφάντων τʹ, δορὰς παρδάλεων τʹ,</w:t>
      </w:r>
    </w:p>
    <w:p>
      <w:r>
        <w:rPr>
          <w:rFonts w:ascii="Courier New" w:hAnsi="Courier New"/>
          <w:color w:val="555555"/>
          <w:sz w:val="20"/>
        </w:rPr>
        <w:t>[20]</w:t>
      </w:r>
    </w:p>
    <w:p>
      <w:r>
        <w:rPr>
          <w:rFonts w:ascii="Gentium Plus" w:hAnsi="Gentium Plus"/>
          <w:sz w:val="24"/>
        </w:rPr>
        <w:t>ῥάβδους ἐβελίνους ͵γ· πέμψον οὖν οὓς βούλει τοὺς παραληψομένους αὐτὰ εὐθέως, καὶ γράψον ἡμῖν τὰ περὶ σοῦ, ὅτι πάσης τῆς οἰκουμένης ἐβασίλευσας. ἔρρωσο.”</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[3 . 19]</w:t>
      </w:r>
    </w:p>
    <w:p>
      <w:r>
        <w:rPr>
          <w:rFonts w:ascii="Gentium Plus" w:hAnsi="Gentium Plus"/>
          <w:sz w:val="24"/>
        </w:rPr>
        <w:t>Δεξάμενος δὲ Ἀλέξανδρος τὰ γράμματα Κανδάκης τῆς βασιλίσσης καὶ ἀναγνοὺς ἔπεμψε Κλεομένην Αἰγύπτου 〈ἐπιμελητὴν〉 ταῦτα παραλαβεῖν. ἡ δὲ Κανδάκη ἀκούσασα περὶ Ἀλεξάνδρου τὸ πῶς χειροῦται τοὺς τηλικούτους βασιλεῖς, ἕνα τῶν ἑαυτῆς φωνήσασα Ἕλληνα ζωγράφον ὄντα ἐκέλευσε πορευ‐</w:t>
      </w:r>
    </w:p>
    <w:p>
      <w:r>
        <w:rPr>
          <w:rFonts w:ascii="Courier New" w:hAnsi="Courier New"/>
          <w:color w:val="555555"/>
          <w:sz w:val="20"/>
        </w:rPr>
        <w:t>[5]</w:t>
      </w:r>
    </w:p>
    <w:p>
      <w:r>
        <w:rPr>
          <w:rFonts w:ascii="Gentium Plus" w:hAnsi="Gentium Plus"/>
          <w:sz w:val="24"/>
        </w:rPr>
        <w:t>θέντα ὡς εἰς ἀπάντησιν αὐτοῦ ἀγνωστὶ ζωγραφῆσαι τὸ Ἀλεξάνδρου ὁμοίωμα. καὶ ἐποίησεν οὕτως. ἡ δὲ Κανδάκη λαβοῦσα αὐτοῦ τὸ ὁμοίωμα ἔθετο ἐν ἀπο‐ κρύφῳ τόπῳ. Ἐγένετο δὲ μεθ’ ἡμέρας τὸν υἱὸν τῆς Κανδάκης ὀνόματι Κανδαύλην μετ’ ὀλίγων ἱπποτῶν βίαν ὑπομεῖναι ὑπὸ τοῦ τυράννου τῶν Βεβρύκων. καὶ κατα‐</w:t>
      </w:r>
    </w:p>
    <w:p>
      <w:r>
        <w:rPr>
          <w:rFonts w:ascii="Courier New" w:hAnsi="Courier New"/>
          <w:color w:val="555555"/>
          <w:sz w:val="20"/>
        </w:rPr>
        <w:t>[10]</w:t>
      </w:r>
    </w:p>
    <w:p>
      <w:r>
        <w:rPr>
          <w:rFonts w:ascii="Gentium Plus" w:hAnsi="Gentium Plus"/>
          <w:sz w:val="24"/>
        </w:rPr>
        <w:t>τρέχει εἰς τὰς σκηνὰς Ἀλεξάνδρου φεύγων ὁ Κανδαύλης ὁ υἱὸς τῆς Κανδάκης. οἱ δὲ φύλακες συλλαβόντες αὐτὸν παριστῶσι Πτολεμαίῳ τῷ καλουμένῳ Σωτῆρι ἔχοντι τὰ δεύτερα τῆς βασιλείας Ἀλεξάνδρου. ἐκοιμᾶτο δὲ Ἀλέξανδρος ὁ βασιλεύς. ἐξέτασεν οὖν αὐτὸν ὁ Πτολεμαῖος· “τίς τυγχάνεις καὶ οἱ σὺν σοὶ ὄντες;” ὁ δὲ εἶπεν· “υἱός εἰμι Κανδάκης τῆς βασιλίσσης.” καὶ λέγει αὐτῷ ὁ</w:t>
      </w:r>
    </w:p>
    <w:p>
      <w:r>
        <w:rPr>
          <w:rFonts w:ascii="Courier New" w:hAnsi="Courier New"/>
          <w:color w:val="555555"/>
          <w:sz w:val="20"/>
        </w:rPr>
        <w:t>[15]</w:t>
      </w:r>
    </w:p>
    <w:p>
      <w:r>
        <w:rPr>
          <w:rFonts w:ascii="Gentium Plus" w:hAnsi="Gentium Plus"/>
          <w:sz w:val="24"/>
        </w:rPr>
        <w:t>Πτολεμαῖος· “τί οὖν ὧδε ἐλήλυθας;” ὁ δὲ εἶπεν αὐτῷ· “μετὰ τῆς γυναικός μου</w:t>
      </w:r>
    </w:p>
    <w:p>
      <w:r>
        <w:rPr>
          <w:rFonts w:ascii="Courier New" w:hAnsi="Courier New"/>
          <w:color w:val="555555"/>
          <w:sz w:val="20"/>
        </w:rPr>
        <w:t>[20]</w:t>
      </w:r>
    </w:p>
    <w:p>
      <w:r>
        <w:rPr>
          <w:rFonts w:ascii="Gentium Plus" w:hAnsi="Gentium Plus"/>
          <w:sz w:val="24"/>
        </w:rPr>
        <w:t>ἀκούσας δὲ ταῦτα ὁ Πτολεμαῖος εἰσῆλθε πρὸς Ἀλέξανδρον καὶ διύπνισεν αὐτὸν καὶ διηγήσατο αὐτῷ ἅπερ ἤκουσε παρὰ τοῦ υἱοῦ τῆς Κανδάκης. ἀκούσας δὲ Ἀλέξανδρος εὐθέως ἐγείρεται· καὶ ἄρας τὸ ἑαυτοῦ διάδημα ἔστεψε τὸν Πτολε‐ μαῖον καὶ τὴν χλαμύδα αὐτοῦ ἔβαλεν αὐτῷ καὶ λέγει αὐτῷ· “καθέζου ὡς τυγχά‐ νων Ἀλέξανδρος καὶ εἰπὲ τῷ ῥεφερενδαρίῳ οὕτως· ‘φώνησόν μοι Ἀντίγονον</w:t>
      </w:r>
    </w:p>
    <w:p>
      <w:r>
        <w:rPr>
          <w:rFonts w:ascii="Courier New" w:hAnsi="Courier New"/>
          <w:color w:val="555555"/>
          <w:sz w:val="20"/>
        </w:rPr>
        <w:t>[25]</w:t>
      </w:r>
    </w:p>
    <w:p>
      <w:r>
        <w:rPr>
          <w:rFonts w:ascii="Gentium Plus" w:hAnsi="Gentium Plus"/>
          <w:sz w:val="24"/>
        </w:rPr>
        <w:t>τὸν μέγαν ὑπερασπιστήν μου.‘ καὶ ὅταν ἔλθω, διήγησαί μοι ἅπερ εἶπές μοι, καὶ εἰπέ μοι· ‘τί βουλευσόμεθα περὶ τούτου; δός μοι συμβουλίαν.‘” Προκαθέζεται οὖν Πτολεμαῖος τῷ βασιλικῷ σχήματι ἠμφιεσμένος· ὃν θεασάμενα τὰ στρατεύματα συνεφοράζοντο, τί πάλιν ἐνθυμεῖται Ἀλέξανδρος. ὁ δὲ υἱὸς τῆς Κανδάκης ἰδὼν αὐτὸν τῇ βασιλικῇ ἐσθῆτι ἐφοβήθη, μὴ κελεύσῃ</w:t>
      </w:r>
    </w:p>
    <w:p>
      <w:r>
        <w:rPr>
          <w:rFonts w:ascii="Courier New" w:hAnsi="Courier New"/>
          <w:color w:val="555555"/>
          <w:sz w:val="20"/>
        </w:rPr>
        <w:t>[30]</w:t>
      </w:r>
    </w:p>
    <w:p>
      <w:r>
        <w:rPr>
          <w:rFonts w:ascii="Gentium Plus" w:hAnsi="Gentium Plus"/>
          <w:sz w:val="24"/>
        </w:rPr>
        <w:t>αὐτὸν ἀναιρεθῆναι· αὐτὸν γὰρ ὑπώπτευεν εἶναι Ἀλέξανδρον. εἶτα κελεύει Πτολεμαῖος λέγων· “Ἀντίγονόν μοι καλέσατε τὸν μέγαν ὑπερασπιστήν μου.” ἐλθόντος δὲ τοῦ Ἀλεξάνδρου εἶπεν αὐτῷ ὁ Πτολεμαῖος· “Ἀντίγονε, οὗτός</w:t>
      </w:r>
    </w:p>
    <w:p>
      <w:r>
        <w:rPr>
          <w:rFonts w:ascii="Courier New" w:hAnsi="Courier New"/>
          <w:color w:val="555555"/>
          <w:sz w:val="20"/>
        </w:rPr>
        <w:t>[35]</w:t>
      </w:r>
    </w:p>
    <w:p>
      <w:r>
        <w:rPr>
          <w:rFonts w:ascii="Gentium Plus" w:hAnsi="Gentium Plus"/>
          <w:sz w:val="24"/>
        </w:rPr>
        <w:t>βουλεύω σοι, Ἀλέξανδρε βασιλεῦ, καθοπλίσαντά σου τὴν στρατείαν πολεμῆσαι τοῖς Βέβρυξιν, ἵνα λυτρωσώμεθα αὐτοῦ τὴν γυναῖκα καὶ παραδῶμεν αὐτῷ εἰς τιμὴν τῆς μητρὸς αὐτοῦ.” ὁ δὲ Κανδαύλης ὁ υἱὸς τῆς Κανδάκης ἔχαιρε ταῦτα ἀκούων. εἶπε δὲ ὁ Πτολεμαῖος· “εἰ τοῦτο βούλει, Ἀντίγονε, τοῦτο καὶ ποίησον. ὡς ὑπερασπιστής μου κέλευσον ἑτοιμάζεσθαι τὴν στρατείαν.”</w:t>
      </w:r>
    </w:p>
    <w:p>
      <w:r>
        <w:rPr>
          <w:rFonts w:ascii="Courier New" w:hAnsi="Courier New"/>
          <w:color w:val="555555"/>
          <w:sz w:val="20"/>
        </w:rPr>
        <w:t>[39]</w:t>
      </w:r>
    </w:p>
    <w:p>
      <w:r>
        <w:rPr>
          <w:rFonts w:ascii="Gentium Plus" w:hAnsi="Gentium Plus"/>
          <w:sz w:val="24"/>
        </w:rPr>
      </w:r>
    </w:p>
    <w:p>
      <w:r>
        <w:rPr>
          <w:rFonts w:ascii="Courier New" w:hAnsi="Courier New"/>
          <w:color w:val="555555"/>
          <w:sz w:val="20"/>
        </w:rPr>
        <w:t>[3 . 20]</w:t>
      </w:r>
    </w:p>
    <w:p>
      <w:r>
        <w:rPr>
          <w:rFonts w:ascii="Gentium Plus" w:hAnsi="Gentium Plus"/>
          <w:sz w:val="24"/>
        </w:rPr>
        <w:t>Καὶ τοῦ Πτολεμαίου κελεύσαντος Ἀντιγόνῳ, ὡς ἐκείνου Ἀλεξάνδρου τυγχάνοντος, τοῦτο γέγονεν. ἔφθασε δὲ ἐπὶ τὸν τόπον Ἀντίγονος τοῦ τυράννου παρὰ μίαν ἡμέραν σὺν τῷ Πτολεμαίῳ. καὶ εἶπεν Ἀντίγονος τῷ Πτολεμαίῳ· “Ἀλέξανδρε βασιλεῦ, μὴ ὀφθῶμεν τοῖς Βέβρυξιν ἡμέρας, μήποτε μαθὼν ὁ</w:t>
      </w:r>
    </w:p>
    <w:p>
      <w:r>
        <w:rPr>
          <w:rFonts w:ascii="Courier New" w:hAnsi="Courier New"/>
          <w:color w:val="555555"/>
          <w:sz w:val="20"/>
        </w:rPr>
        <w:t>[5]</w:t>
      </w:r>
    </w:p>
    <w:p>
      <w:r>
        <w:rPr>
          <w:rFonts w:ascii="Gentium Plus" w:hAnsi="Gentium Plus"/>
          <w:sz w:val="24"/>
        </w:rPr>
        <w:t>τύραννος ἀναιρήσῃ τὴν τούτου γυναῖκα. καὶ ποῖον ἡμῖν ἐστι κλέος νίκης Καν‐ δαύλου ἀπολέσαντος τὴν γυναῖκα; ὥστε οὖν νυκτὸς εἰσβάλωμεν εἰς τὴν πόλιν καὶ ἀνάψωμεν τὰς οἰκίας, καὶ αὐτοὶ ἡμῖν οἱ ὄχλοι ἀναστάντες τὴν γυναῖκα παραδώσουσι Κανδαύλου. οὐ γάρ ἐστιν ἡμῖν ἡ μάχη περὶ βασιλείας ἀλλὰ περὶ</w:t>
      </w:r>
    </w:p>
    <w:p>
      <w:r>
        <w:rPr>
          <w:rFonts w:ascii="Courier New" w:hAnsi="Courier New"/>
          <w:color w:val="555555"/>
          <w:sz w:val="20"/>
        </w:rPr>
        <w:t>[10]</w:t>
      </w:r>
    </w:p>
    <w:p>
      <w:r>
        <w:rPr>
          <w:rFonts w:ascii="Gentium Plus" w:hAnsi="Gentium Plus"/>
          <w:sz w:val="24"/>
        </w:rPr>
        <w:t>Κανδαύλης καὶ εἶπεν· “ὦ τῶν φρενῶν σου, Ἀντίγονε· εἶθε σὺ ἦς Ἀλέξανδρος καὶ μὴ ὑπερασπιστὴς Ἀλεξάνδρου.” καὶ δὴ νυκτὸς εἰσβάλλουσιν εἰς τὴν πόλιν, καὶ κοιμωμένων αὐτῶν ἀνάπτουσι τὰ προάστεια. τῶν δὲ διυπνισθέντων καὶ πυνθανομένων τί τὸ αἴτιον τοῦ ἐμπρησμοῦ ἐκέλευσεν Ἀλέξανδρος ἐκβοᾶν· “Κανδαύλης ἐστὶν ὁ βασιλεὺς μετὰ πλείστης δυνάμεως κελεύων ὑμῖν ἀποδοῦναι</w:t>
      </w:r>
    </w:p>
    <w:p>
      <w:r>
        <w:rPr>
          <w:rFonts w:ascii="Courier New" w:hAnsi="Courier New"/>
          <w:color w:val="555555"/>
          <w:sz w:val="20"/>
        </w:rPr>
        <w:t>[15]</w:t>
      </w:r>
    </w:p>
    <w:p>
      <w:r>
        <w:rPr>
          <w:rFonts w:ascii="Gentium Plus" w:hAnsi="Gentium Plus"/>
          <w:sz w:val="24"/>
        </w:rPr>
        <w:t>τὴν γυναῖκα, πρὶν ὅλην τὴν πόλιν ὑμῶν καταφλέξω.” οἱ δὲ προληφθέντες πάντες γενόμενοι εἰς τὰ τοῦ τυράννου οἰκήματα τῇ δυνάμει τοῦ πλήθους ἤνοιξαν τὰ βασίλεια· καὶ σύγκοιτον οὖσαν τὴν γυναῖκα Κανδαύλου τῷ τυράννῳ ἀπέσπασαν καὶ παρέδωκαν τῷ Κανδαύλῃ, τὸν δὲ τύραννον ἀνεῖλον. Ὁ δὲ Κανδαύλης εὐχαριστήσας τῇ συμβουλίᾳ καὶ τῇ ἐπινοίᾳ Ἀντιγόνου</w:t>
      </w:r>
    </w:p>
    <w:p>
      <w:r>
        <w:rPr>
          <w:rFonts w:ascii="Courier New" w:hAnsi="Courier New"/>
          <w:color w:val="555555"/>
          <w:sz w:val="20"/>
        </w:rPr>
        <w:t>[20]</w:t>
      </w:r>
    </w:p>
    <w:p>
      <w:r>
        <w:rPr>
          <w:rFonts w:ascii="Gentium Plus" w:hAnsi="Gentium Plus"/>
          <w:sz w:val="24"/>
        </w:rPr>
        <w:t>περιπλακεὶς Ἀντιγόνῳ εἶπεν· “Ἀντίγονε, πίστευσον σεαυτὸν ἐμοί, ὅπως ἀρῶ σε πρὸς τὴν ἐμὴν μητέρα Κανδάκην, ἵνα σοι δώσω βασιλικὰ δωρήματα ἀντάξιά σου.” ὁ δὲ Ἀλέξανδρος περιχαρὴς γενόμενος εἶπεν αὐτῷ· “αἴτησαί με παρὰ τοῦ βασιλέως Ἀλεξάνδρου. κἀγὼ γὰρ ἐπιθυμῶ τὴν χώραν ὑμῶν θεωρῆσαι.” μετέ‐</w:t>
      </w:r>
    </w:p>
    <w:p>
      <w:r>
        <w:rPr>
          <w:rFonts w:ascii="Courier New" w:hAnsi="Courier New"/>
          <w:color w:val="555555"/>
          <w:sz w:val="20"/>
        </w:rPr>
        <w:t>[25]</w:t>
      </w:r>
    </w:p>
    <w:p>
      <w:r>
        <w:rPr>
          <w:rFonts w:ascii="Gentium Plus" w:hAnsi="Gentium Plus"/>
          <w:sz w:val="24"/>
        </w:rPr>
        <w:t>αὐτοῦ. καὶ εἶπε Πτολεμαῖος τῷ Κανδαύλῃ· “βούλομαί σου τὴν μητέρα διὰ γραμμάτων ἀσπάσασθαι. παραλαβὼν οὖν τὸν ἄγγελόν μου Ἀντίγονον ἄγαγε μετὰ σοῦ, πάλιν δὲ σῶον αὐτὸν ἄγαγε ὧδε πρός με, ὥσπερ καὶ σεαυτὸν καὶ τὴν γυναῖκά σου πρὸς τὴν μητέρα σου σώους ἀποκαθιστῶ.” ὁ δὲ Κανδαύλης εἶπεν· “βασιλεῦ, οὕτως παραλαμβάνω τοῦτον τὸν ἄνδρα ὡς αὐτὸν τὸν Ἀλέξανδρον. ἐκ‐</w:t>
      </w:r>
    </w:p>
    <w:p>
      <w:r>
        <w:rPr>
          <w:rFonts w:ascii="Courier New" w:hAnsi="Courier New"/>
          <w:color w:val="555555"/>
          <w:sz w:val="20"/>
        </w:rPr>
        <w:t>[30]</w:t>
      </w:r>
    </w:p>
    <w:p>
      <w:r>
        <w:rPr>
          <w:rFonts w:ascii="Gentium Plus" w:hAnsi="Gentium Plus"/>
          <w:sz w:val="24"/>
        </w:rPr>
        <w:t>πέμψω δέ σοι αὐτὸν μετὰ βασιλικῶν δώρων.”</w:t>
      </w:r>
    </w:p>
    <w:p>
      <w:r>
        <w:rPr>
          <w:rFonts w:ascii="Courier New" w:hAnsi="Courier New"/>
          <w:color w:val="555555"/>
          <w:sz w:val="20"/>
        </w:rPr>
        <w:t>[30]</w:t>
      </w:r>
    </w:p>
    <w:p>
      <w:r>
        <w:rPr>
          <w:rFonts w:ascii="Gentium Plus" w:hAnsi="Gentium Plus"/>
          <w:sz w:val="24"/>
        </w:rPr>
      </w:r>
    </w:p>
    <w:p>
      <w:r>
        <w:rPr>
          <w:rFonts w:ascii="Courier New" w:hAnsi="Courier New"/>
          <w:color w:val="555555"/>
          <w:sz w:val="20"/>
        </w:rPr>
        <w:t>[3 . 21]</w:t>
      </w:r>
    </w:p>
    <w:p>
      <w:r>
        <w:rPr>
          <w:rFonts w:ascii="Gentium Plus" w:hAnsi="Gentium Plus"/>
          <w:sz w:val="24"/>
        </w:rPr>
        <w:t>Καὶ δὴ πορευόμενος Κανδαύλης ἔλαβε μεθ’ ἑαυτοῦ Ἀλέξανδρον καὶ ἱκανὴν στρατείαν καὶ κτήνη καὶ ἁμάξας καὶ δῶρα ἱκανά. ὁδεύων δὲ Ἀλέξανδρος ἐθαύ‐ μαζε τὰ ποικίλα ὄρη τῆς κρυσταλλοφόρου γῆς φθάνοντα μέχρι τῶν τοῦ οὐρανοῦ νεφῶν καὶ τὰ δένδρα τὰ ὑψιπέτηλα καρποῖς καταγέμοντα, οὐχ ὡς παρ’ Ἕλλησιν</w:t>
      </w:r>
    </w:p>
    <w:p>
      <w:r>
        <w:rPr>
          <w:rFonts w:ascii="Courier New" w:hAnsi="Courier New"/>
          <w:color w:val="555555"/>
          <w:sz w:val="20"/>
        </w:rPr>
        <w:t>[5]</w:t>
      </w:r>
    </w:p>
    <w:p>
      <w:r>
        <w:rPr>
          <w:rFonts w:ascii="Gentium Plus" w:hAnsi="Gentium Plus"/>
          <w:sz w:val="24"/>
        </w:rPr>
        <w:t>ἀλλ’ ὡς ἴδια θαύματα. μηλέαι γὰρ ἦσαν χρυσίζουσαι τὸν ὄγκον τῆς ὀπώρας ἔχουσαι ὡς τὰ παρ’ Ἕλλησι κίτρα, καὶ βοτρύων σταφυλαὶ παμμεγέθεις, κάρυα δὲ ἔχοντα περίμετρον πεπόνων, πίθηκοι δὲ τέλειοι ὡς ἄρκοι, ἄλλα τε ζῷα ποικίλα τῇ χροιᾷ καὶ ξένα τῇ μορφῇ. ἔνιοι δὲ ἦσαν τόποι † τοίχους † πετρώδεις</w:t>
      </w:r>
    </w:p>
    <w:p>
      <w:r>
        <w:rPr>
          <w:rFonts w:ascii="Courier New" w:hAnsi="Courier New"/>
          <w:color w:val="555555"/>
          <w:sz w:val="20"/>
        </w:rPr>
        <w:t>[10]</w:t>
      </w:r>
    </w:p>
    <w:p>
      <w:r>
        <w:rPr>
          <w:rFonts w:ascii="Gentium Plus" w:hAnsi="Gentium Plus"/>
          <w:sz w:val="24"/>
        </w:rPr>
        <w:t>ὧδε καλοῦνται.” τὴν οὖν πορείαν ἐποιοῦντο καὶ ἔφθασαν εἰς τὰ βασίλεια· καὶ ὑπήντησαν αὐτῷ ἡ μήτηρ καὶ οἱ ἀδελφοὶ αὐτοῦ. καὶ ὡς ἔμελλον αὐτῷ περιπλέ‐ κεσθαι, ὁ Κανδαύλης εἶπεν· “μὴ πρότερον ἐμοὶ περιπλέκεσθε, εἰ μὴ πρῶτον τὸν σωτῆρά μου γενόμενον καὶ τῆς ἐμῆς γυναικὸς εὐεργέτην ἀσπάσασθε, Ἀντί‐ γονον τὸν ἄγγελον Ἀλεξάνδρου τοῦ βασιλέως.” οἱ δὲ εἶπον αὐτῷ· “τί σοι</w:t>
      </w:r>
    </w:p>
    <w:p>
      <w:r>
        <w:rPr>
          <w:rFonts w:ascii="Courier New" w:hAnsi="Courier New"/>
          <w:color w:val="555555"/>
          <w:sz w:val="20"/>
        </w:rPr>
        <w:t>[15]</w:t>
      </w:r>
    </w:p>
    <w:p>
      <w:r>
        <w:rPr>
          <w:rFonts w:ascii="Gentium Plus" w:hAnsi="Gentium Plus"/>
          <w:sz w:val="24"/>
        </w:rPr>
        <w:t>παρέσχε σωτήριον;” ὡς δὲ διηγήσατο αὐτοῖς Κανδαύλης τὴν ἁρπαγὴν τῆς γυναι‐ κὸς αὐτοῦ τὴν γεναμένην ὑπὸ τοῦ τυράννου τῶν Βεβρύκων καὶ τὴν ὑπὸ Ἀλε‐ ξάνδρου γενομένην αὐτῷ βοήθειαν, περιεπλάκησαν αὐτῷ οἱ ἀδελφοὶ καὶ ἡ μήτηρ αὐτῶν Κανδάκη. λαμπρὸν δὲ κατὰ τὰ βασίλεια γίνεται δεῖπνον.</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[3 . 22]</w:t>
      </w:r>
    </w:p>
    <w:p>
      <w:r>
        <w:rPr>
          <w:rFonts w:ascii="Gentium Plus" w:hAnsi="Gentium Plus"/>
          <w:sz w:val="24"/>
        </w:rPr>
        <w:t>Τῇ οὖν ἑξῆς ἡμέρᾳ ἡ Κανδάκη προῆλθε βασιλικῷ διαδήματι ἐμφαίνουσα, ὑπερμεγέθη τὴν ἡλικίαν καὶ τὴν μορφὴν ἡμίθεον ἔχουσα, ὡς δοκεῖν Ἀλέξανδρον</w:t>
      </w:r>
    </w:p>
    <w:p>
      <w:r>
        <w:rPr>
          <w:rFonts w:ascii="Courier New" w:hAnsi="Courier New"/>
          <w:color w:val="555555"/>
          <w:sz w:val="20"/>
        </w:rPr>
        <w:t>[5]</w:t>
      </w:r>
    </w:p>
    <w:p>
      <w:r>
        <w:rPr>
          <w:rFonts w:ascii="Gentium Plus" w:hAnsi="Gentium Plus"/>
          <w:sz w:val="24"/>
        </w:rPr>
        <w:t>ποικίλοις χρυσίῳ ἐπὶ κλιντήρων τὰς βάσεις ἐχούσας χρυσάς, τὰ δὲ ἀνάκλιτα ἱμαντωμένα χρυσῷ, τράπεζαι δὲ ἐξ ἐλεφαντίνης ὕλης ἡπλωμέναι, Μηδικοί τε κίονες τὰς κεφαλίδας ἐβελίναις χροιαῖς ἀπαστράπτοντες. ἀνδριάντες δὲ ἦσαν ἀναρίθμητοι χαλκοί, ἅρματα δὲ δρεπανηφόρα τετορνευμένα ἐκ πορφυρίτου λίθου σὺν τοῖς πώλοις, ὥστε δοκεῖν αὐτοὺς τρέχειν, ἐλέφαντες δὲ ἐκ τοῦ ὁμοίου</w:t>
      </w:r>
    </w:p>
    <w:p>
      <w:r>
        <w:rPr>
          <w:rFonts w:ascii="Courier New" w:hAnsi="Courier New"/>
          <w:color w:val="555555"/>
          <w:sz w:val="20"/>
        </w:rPr>
        <w:t>[10]</w:t>
      </w:r>
    </w:p>
    <w:p>
      <w:r>
        <w:rPr>
          <w:rFonts w:ascii="Gentium Plus" w:hAnsi="Gentium Plus"/>
          <w:sz w:val="24"/>
        </w:rPr>
        <w:t>λίθου γλυφέντες τοῖς ποσὶ συμπατοῦντες τοὺς πολεμίους καὶ ταῖς προβοσκίσιν εἱλίσσοντες τοὺς ἀντιδίκους, ὅλοι τε [οἱ] ναοὶ σὺν τοῖς κίοσιν ἐκ μιᾶς ψήφου γεγλυμμένοι. ταῦτα οὖν ὁρῶν ὁ Ἀλέξανδρος ἀπεθαύμαζεν. ἦν δὲ συνεσθίων τοῖς ἀδελφοῖς Κανδαύλου. παρεκάλει δὲ ὁ Κανδαύλης τὴν μητέρα καὶ ἠξίου διδόναι τῷ ἀγγέλῳ Ἀλεξάνδρου ἄξια τῆς αὐτοῦ φρονήσεως δῶρα καὶ ἀπολῦσαι αὐτόν.</w:t>
      </w:r>
    </w:p>
    <w:p>
      <w:r>
        <w:rPr>
          <w:rFonts w:ascii="Courier New" w:hAnsi="Courier New"/>
          <w:color w:val="555555"/>
          <w:sz w:val="20"/>
        </w:rPr>
        <w:t>[15]</w:t>
      </w:r>
    </w:p>
    <w:p>
      <w:r>
        <w:rPr>
          <w:rFonts w:ascii="Gentium Plus" w:hAnsi="Gentium Plus"/>
          <w:sz w:val="24"/>
        </w:rPr>
        <w:t>Τῇ δὲ ἑξῆς ἡμέρᾳ λαβοῦσα τῆς δεξιᾶς χειρὸς τὸν Ἀντίγονον ἡ Κανδάκη ἐδείκνυεν αὐτῷ κοιτῶνας διαυγεῖς ἐξ ἀρρήτου λίθου, ὥστε τὸν ἥλιον διὰ τῶν μαρμάρων ὑπονοεῖν ἔνδον ἀνατέλλειν, ἐν αὐτοῖς δὲ τρίκλινον ἐξ ἀμιάντων ξύλων, οἰκίαν δὲ οὐ παγεῖσαν τὸν θεμέλιον ἐπὶ τῆς γῆς, ἀλλὰ μεγίστοις τετραγώ‐ νοις ξύλοις παγεῖσαν ὑπὸ τροχῶν συρομένην ὑπὸ εἴκοσιν ἐλεφάντων. καὶ ἔνθα</w:t>
      </w:r>
    </w:p>
    <w:p>
      <w:r>
        <w:rPr>
          <w:rFonts w:ascii="Courier New" w:hAnsi="Courier New"/>
          <w:color w:val="555555"/>
          <w:sz w:val="20"/>
        </w:rPr>
        <w:t>[20]</w:t>
      </w:r>
    </w:p>
    <w:p>
      <w:r>
        <w:rPr>
          <w:rFonts w:ascii="Gentium Plus" w:hAnsi="Gentium Plus"/>
          <w:sz w:val="24"/>
        </w:rPr>
        <w:t>ἐπορεύετο ὁ βασιλεὺς πόλιν πολεμῆσαι, εἰς αὐτὴν κατέμενεν. εἶπε δὲ Ἀλέξαν‐ δρος τῇ Κανδάκῃ· “ταῦτα πάντα ἄξια ἦν θαυμάζειν, εἰ παρὰ τοῖς Ἕλλησιν ἐτύγχανον καὶ οὐ παρὰ σοί, ὅτι ὄρη τοιαῦτα [τὰ] ποικίλα τυγχάνει.” παρορ‐ γισθεῖσα δὲ ἡ Κανδάκη εἶπεν· “ἀληθῶς εἶπας, Ἀλέξανδρε.” ὁ δὲ Ἀλέξανδρος τῷ ὀνόματι φωνηθεὶς ἀντεστράφη λέγων· “ἐγώ, κυρία, Ἀντίγονος καλοῦμαι·</w:t>
      </w:r>
    </w:p>
    <w:p>
      <w:r>
        <w:rPr>
          <w:rFonts w:ascii="Courier New" w:hAnsi="Courier New"/>
          <w:color w:val="555555"/>
          <w:sz w:val="20"/>
        </w:rPr>
        <w:t>[25]</w:t>
      </w:r>
    </w:p>
    <w:p>
      <w:r>
        <w:rPr>
          <w:rFonts w:ascii="Gentium Plus" w:hAnsi="Gentium Plus"/>
          <w:sz w:val="24"/>
        </w:rPr>
        <w:t>ἄγγελός εἰμι Ἀλεξάνδρου.” εἶπε δὲ ἡ Κανδάκη· ”[ναί,] εἰ καὶ Ἀντίγονος ἐκλή‐ θης, ἀλλ’ οὖν παρ’ ἐμοὶ βασιλεὺς Ἀλέξανδρος τυγχάνεις. ἄρτι δέ σοι δείξω τὸ συμβόλαιόν σου.” καὶ κατασχοῦσα αὐτὸν τῆς χειρὸς εἰσφέρει εἰς κοιτῶνα καὶ φέρει αὐτῷ τὸ εἰκονίδιον τοῦ ὁμοιώματος αὐτοῦ καὶ εἶπεν αὐτῷ· “ἐπιγινώσκεις</w:t>
      </w:r>
    </w:p>
    <w:p>
      <w:r>
        <w:rPr>
          <w:rFonts w:ascii="Courier New" w:hAnsi="Courier New"/>
          <w:color w:val="555555"/>
          <w:sz w:val="20"/>
        </w:rPr>
        <w:t>[30]</w:t>
      </w:r>
    </w:p>
    <w:p>
      <w:r>
        <w:rPr>
          <w:rFonts w:ascii="Gentium Plus" w:hAnsi="Gentium Plus"/>
          <w:sz w:val="24"/>
        </w:rPr>
        <w:t>ἐταράχθη καὶ ἔτρεμεν. λέγει δὲ αὐτῷ ἡ Κανδάκη· “τί τρέμεις, Ἀλέξανδρε, τί τετάραξαι; ὁ Περσολέτης, ὁ Ἰνδολέτης, ὁ καθελὼν τρόπαια Μήδων καὶ Πάρθων καὶ ὅλην τὴν ἀνατολὴν καταβαλὼν νῦν χωρὶς πολέμου καὶ στρατιᾶς ὑποχείριος γέγονας Κανδάκης. ὥστε νῦν γίνωσκε, Ἀλέξανδρε, ὅτι ὅστις δοκεῖ τῶν ἀνθρώ‐ πων ὑπερφρονεῖν μέγα, καὶ ἄλλος μείζονα τούτου φρονήσει.” ἐθυμαίνετο δὲ ὁ</w:t>
      </w:r>
    </w:p>
    <w:p>
      <w:r>
        <w:rPr>
          <w:rFonts w:ascii="Courier New" w:hAnsi="Courier New"/>
          <w:color w:val="555555"/>
          <w:sz w:val="20"/>
        </w:rPr>
        <w:t>[35]</w:t>
      </w:r>
    </w:p>
    <w:p>
      <w:r>
        <w:rPr>
          <w:rFonts w:ascii="Gentium Plus" w:hAnsi="Gentium Plus"/>
          <w:sz w:val="24"/>
        </w:rPr>
        <w:t>Ἀλέξανδρος καὶ ἔτριζε τοὺς ὀδόντας. καὶ λέγει αὐτῷ ἡ Κανδάκη· “τί τρίζεις τοὺς ὀδόντας; τί δύνασαι ποιῆσαι; [ὡς ἐκρατήθης] ὁ τηλικοῦτος βασιλεὺς γε‐ νόμενος νῦν ὑποχείριος ἐγένου μιᾶς γυναικός.” ὁ δὲ Ἀλέξανδρος ἠθέλησε ξίφει ἑαυτὸν ἀνελεῖν καὶ τὴν Κανδάκην. εἶπε δὲ αὐτῷ ἡ Κανδάκη· “καὶ τοῦτο γεν‐ ναῖον καὶ βασιλικόν. ἀλλὰ μηδὲν ἀγωνιάσῃς, τέκνον Ἀλέξανδρε. ὥσπερ γὰρ σύ</w:t>
      </w:r>
    </w:p>
    <w:p>
      <w:r>
        <w:rPr>
          <w:rFonts w:ascii="Courier New" w:hAnsi="Courier New"/>
          <w:color w:val="555555"/>
          <w:sz w:val="20"/>
        </w:rPr>
        <w:t>[40]</w:t>
      </w:r>
    </w:p>
    <w:p>
      <w:r>
        <w:rPr>
          <w:rFonts w:ascii="Gentium Plus" w:hAnsi="Gentium Plus"/>
          <w:sz w:val="24"/>
        </w:rPr>
        <w:t>μου τὸν υἱὸν καὶ τὴν τούτου γυναῖκα ἀπὸ τῶν Βεβρύκων διέσωσας ληφθεῖσαν, οὕτω κἀγώ σε διαφυλάξω ἀπὸ τῶν βαρβάρων Ἀντίγονόν σε καλοῦσα. ἐὰν γὰρ γνώσωσί σε ὄντα Ἀλέξανδρον, ἀναιροῦσί σε εὐθέως, ὅτι σὺ Πῶρον τὸν βασιλέα Ἰνδῶν ἀνῄρησας. ἡ γὰρ γυνὴ τοῦ μικροτέρου μου υἱοῦ θυγάτηρ ἐστὶ Πώρου.</w:t>
      </w:r>
    </w:p>
    <w:p>
      <w:r>
        <w:rPr>
          <w:rFonts w:ascii="Courier New" w:hAnsi="Courier New"/>
          <w:color w:val="555555"/>
          <w:sz w:val="20"/>
        </w:rPr>
        <w:t>[3 . 23]</w:t>
      </w:r>
    </w:p>
    <w:p>
      <w:r>
        <w:rPr>
          <w:rFonts w:ascii="Gentium Plus" w:hAnsi="Gentium Plus"/>
          <w:sz w:val="24"/>
        </w:rPr>
        <w:t>Καὶ ταῦτα εἰποῦσα ἡ Κανδάκη ἐξῆλθε σὺν αὐτῷ καὶ εἶπεν· “τέκνον Κανδαύλη καὶ σὺ θυγάτηρ Ἅρπισα, εἰ μὴ κατευθὺ καιρὸν εὕρατε τὴν στρατείαν Ἀλεξάν‐ δρου, οὔτε ἐγὼ ὑμᾶς ἀπελάμβανον οὔτε σὺ τὴν σεαυτοῦ γυναῖκα εὕρισκες. ὥστε ἄξιοι γενώμεθα τοῦ ἀγγέλου Ἀλεξάνδρου καὶ δώσωμεν αὐτῷ δωρεάς.” εἶπε δὲ</w:t>
      </w:r>
    </w:p>
    <w:p>
      <w:r>
        <w:rPr>
          <w:rFonts w:ascii="Courier New" w:hAnsi="Courier New"/>
          <w:color w:val="555555"/>
          <w:sz w:val="20"/>
        </w:rPr>
        <w:t>[5]</w:t>
      </w:r>
    </w:p>
    <w:p>
      <w:r>
        <w:rPr>
          <w:rFonts w:ascii="Gentium Plus" w:hAnsi="Gentium Plus"/>
          <w:sz w:val="24"/>
        </w:rPr>
        <w:t>αὐτῇ ὁ ἕτερος υἱὸς ὁ μικρότερος· “ἔσωσε τὸν ἀδελφόν μου καὶ τὴν τούτου γυ‐ ναῖκα Ἀλέξανδρος, ἄχθεται δὲ ἡ ἐμὴ γυνὴ τοῦ πατρὸς αὐτῆς Πώρου ἀναιρεθέντος ὑπὸ Ἀλεξάνδρου, καὶ τὸν ἐκείνου ἄγγελον ὧδε ἔχουσα ὑποχείριον ἀναιρῆσαι θέλει τὸν Ἀντίγονον.” εἶπε δὲ ἡ Κανδάκη· “καὶ τί σοι ὄφελος, τέκνον; ἐὰν τοῦτον φονεύσῃς, νικᾷς τὸν Ἀλέξανδρον;” εἶπε δὲ ὁ Κανδαύλης πρὸς τὸν</w:t>
      </w:r>
    </w:p>
    <w:p>
      <w:r>
        <w:rPr>
          <w:rFonts w:ascii="Courier New" w:hAnsi="Courier New"/>
          <w:color w:val="555555"/>
          <w:sz w:val="20"/>
        </w:rPr>
        <w:t>[10]</w:t>
      </w:r>
    </w:p>
    <w:p>
      <w:r>
        <w:rPr>
          <w:rFonts w:ascii="Gentium Plus" w:hAnsi="Gentium Plus"/>
          <w:sz w:val="24"/>
        </w:rPr>
        <w:t>ἑαυτοῦ ἀδελφόν· “ἐμὸς σωτὴρ ἐγένετο καὶ τῆς ἐμῆς γυναικός, κἀγὼ τοῦτον διασώσας πέμψω πρὸς Ἀλέξανδρον. οὐκοῦν ἕνεκα τούτου καὶ ἡμεῖς ὧδε συνά‐ ψωμεν μάχην πρὸς ἀλλήλους;” ὁ δὲ ἀδελφὸς αὐτοῦ ἔφη· “ἐγὼ μέν, ἀδελφέ μου, οὐ θέλω. εἰ δὲ σὺ τοῦτο βούλει, ἑτοιμότερός σοῦ εἰμι.” καὶ ταῦτα εἰπόντες ἐτρέποντο μονομαχῆσαι εἰς ἀλλήλους.</w:t>
      </w:r>
    </w:p>
    <w:p>
      <w:r>
        <w:rPr>
          <w:rFonts w:ascii="Courier New" w:hAnsi="Courier New"/>
          <w:color w:val="555555"/>
          <w:sz w:val="20"/>
        </w:rPr>
        <w:t>[15]</w:t>
      </w:r>
    </w:p>
    <w:p>
      <w:r>
        <w:rPr>
          <w:rFonts w:ascii="Gentium Plus" w:hAnsi="Gentium Plus"/>
          <w:sz w:val="24"/>
        </w:rPr>
        <w:t>Ἡ δὲ Κανδάκη ἀγωνιάσασα περὶ τῶν τέκνων αὐτῆς, μὴ ἔλθωσιν εἰς μάχην,</w:t>
      </w:r>
    </w:p>
    <w:p>
      <w:r>
        <w:rPr>
          <w:rFonts w:ascii="Courier New" w:hAnsi="Courier New"/>
          <w:color w:val="555555"/>
          <w:sz w:val="20"/>
        </w:rPr>
        <w:t>[20]</w:t>
      </w:r>
    </w:p>
    <w:p>
      <w:r>
        <w:rPr>
          <w:rFonts w:ascii="Gentium Plus" w:hAnsi="Gentium Plus"/>
          <w:sz w:val="24"/>
        </w:rPr>
        <w:t>“ἄκουε Θόα καὶ σὺ Κανδαύλη· ἐὰν ἐμὲ ὧδε ἀναιρήσητε, οὐδὲν μελήσει Ἀλεξάν‐ δρῳ· ἐγὼ γὰρ Ἀντίγονος καλοῦμαι· οὔτε γὰρ οἱ ἄγγελοι οἱ ἀποστελλόμενοι πολύτιμοι τυγχάνουσι πρὸς μάχην [βασιλικήν]. ὥστε οὖν ἐὰν ἐμὲ ὧδε ἀναιρή‐ σητε, ἔχει ἄλλους ἀγγέλους πλείονας Ἀλέξανδρος. εἰ δὲ βούλεσθε παρ’ ἐμοῦ τὸν ἐχθρὸν ὑμῶν αἰχμάλωτον λαβεῖν Ἀλέξανδρον, ὑπόθεσθέ μοί τι μέρος δω‐</w:t>
      </w:r>
    </w:p>
    <w:p>
      <w:r>
        <w:rPr>
          <w:rFonts w:ascii="Courier New" w:hAnsi="Courier New"/>
          <w:color w:val="555555"/>
          <w:sz w:val="20"/>
        </w:rPr>
        <w:t>[25]</w:t>
      </w:r>
    </w:p>
    <w:p>
      <w:r>
        <w:rPr>
          <w:rFonts w:ascii="Gentium Plus" w:hAnsi="Gentium Plus"/>
          <w:sz w:val="24"/>
        </w:rPr>
        <w:t>ρεᾶς δοῦναι ἐνταῦθα, ἵνα καὶ πρὸς ὑμᾶς ἐγὼ καταμείνω καὶ καταρτίσω τὸν Ἀλέξανδρον ὧδε παραγενέσθαι, ὡς ὑμῶν βουλομένων ἃ ἡτοιμάσατε δῶρα κατ’ ὄψιν αὐτοῦ ἀποδοῦναι· καὶ τότε τὸν ἐχθρὸν ὑμῶν ὑποχείριον λαβόντες ἑαυτοὺς ἐκδικήσαντες 〈ἀνα〉παυθῆτε.” ἐπείσθησαν δὲ αὐτῷ οἱ ἀδελφοὶ καὶ ἦλθον εἰς</w:t>
      </w:r>
    </w:p>
    <w:p>
      <w:r>
        <w:rPr>
          <w:rFonts w:ascii="Courier New" w:hAnsi="Courier New"/>
          <w:color w:val="555555"/>
          <w:sz w:val="20"/>
        </w:rPr>
        <w:t>[30]</w:t>
      </w:r>
    </w:p>
    <w:p>
      <w:r>
        <w:rPr>
          <w:rFonts w:ascii="Gentium Plus" w:hAnsi="Gentium Plus"/>
          <w:sz w:val="24"/>
        </w:rPr>
        <w:t>“Ἀντίγονε, εἴθε ἦς μου υἱὸς καὶ σύ, καὶ διὰ σοῦ πάντων τῶν ἐθνῶν κατεκράτουν. οὐ γὰρ πολέμῳ ἐχειρώσω τοὺς πολεμίους καὶ τὰς πόλεις ἀλλὰ ἀγχινοίᾳ πολλῇ.” ἥσθη μὲν οὖν δορυφορούμενος, ἐγκρατῶς δὲ τῆς Κανδάκης φυλασσούσης Ἀλεξάνδρου τὸ μυστήριον. Μεθ’ ἡμέρας δέκα πορευομένου αὐτοῦ δίδωσιν αὐτῷ ἡ Κανδάκη δῶρα βασι‐</w:t>
      </w:r>
    </w:p>
    <w:p>
      <w:r>
        <w:rPr>
          <w:rFonts w:ascii="Courier New" w:hAnsi="Courier New"/>
          <w:color w:val="555555"/>
          <w:sz w:val="20"/>
        </w:rPr>
        <w:t>[35]</w:t>
      </w:r>
    </w:p>
    <w:p>
      <w:r>
        <w:rPr>
          <w:rFonts w:ascii="Gentium Plus" w:hAnsi="Gentium Plus"/>
          <w:sz w:val="24"/>
        </w:rPr>
        <w:t>λικά, στέφανον ἀδαμάντινον πολύτιμον καὶ θώρακα δι’ † ὠνίων † καὶ βη‐ ρύλλων καὶ χλαμύδα ἀστεροφεγγῆ ὁλοπόρφυρον διὰ χρυσοῦ. καὶ ἐκπέμπει αὐ‐ τὸν μετὰ παραδοχῆς πολλῆς καὶ τῶν ἰδίων στρατιωτῶν.</w:t>
      </w:r>
    </w:p>
    <w:p>
      <w:r>
        <w:rPr>
          <w:rFonts w:ascii="Courier New" w:hAnsi="Courier New"/>
          <w:color w:val="555555"/>
          <w:sz w:val="20"/>
        </w:rPr>
        <w:t>[37]</w:t>
      </w:r>
    </w:p>
    <w:p>
      <w:r>
        <w:rPr>
          <w:rFonts w:ascii="Gentium Plus" w:hAnsi="Gentium Plus"/>
          <w:sz w:val="24"/>
        </w:rPr>
      </w:r>
    </w:p>
    <w:p>
      <w:r>
        <w:rPr>
          <w:rFonts w:ascii="Courier New" w:hAnsi="Courier New"/>
          <w:color w:val="555555"/>
          <w:sz w:val="20"/>
        </w:rPr>
        <w:t>[3 . 24]</w:t>
      </w:r>
    </w:p>
    <w:p>
      <w:r>
        <w:rPr>
          <w:rFonts w:ascii="Gentium Plus" w:hAnsi="Gentium Plus"/>
          <w:sz w:val="24"/>
        </w:rPr>
        <w:t>Ὁδοιπορήσας δὲ ἡμέρας τεταγμένας ἦλθεν ἐπ’ ἐκεῖνον τὸν τόπον, ἔνθα</w:t>
      </w:r>
    </w:p>
    <w:p>
      <w:r>
        <w:rPr>
          <w:rFonts w:ascii="Courier New" w:hAnsi="Courier New"/>
          <w:color w:val="555555"/>
          <w:sz w:val="20"/>
        </w:rPr>
        <w:t>[5]</w:t>
      </w:r>
    </w:p>
    <w:p>
      <w:r>
        <w:rPr>
          <w:rFonts w:ascii="Gentium Plus" w:hAnsi="Gentium Plus"/>
          <w:sz w:val="24"/>
        </w:rPr>
        <w:t>ὁρᾷ δέ τινας ἄνδρας ἀνακειμένους ἀστράπτοντας ἐκ τῶν ὀφθαλμῶν ὡς λυχνο‐ φεγγεῖς, ἕνα δὲ λέγοντα αὐτῷ· “χαίροις, Ἀλέξανδρε· οἶδάς με τίς εἰμι;” 〈ὁ δὲ ἔφη· “οὐχί, κύριε.” ὁ δὲ εἶπεν· “ἐγώ εἰμι〉 Ὦχος βασιλεὺς κοσμοκράτωρ. οὐ τοσοῦτον δὲ εὐτύχησα ὅσον σύ. ἔχεις γὰρ ὄνομα ἀθάνατον κτίσας τὴν περιπό‐ θητον ἐν Αἰγύπτῳ Ἀλεξάνδρειαν.” εἶπε δὲ αὐτῷ Ἀλέξανδρος· “ἆρα πόσα ἔτη</w:t>
      </w:r>
    </w:p>
    <w:p>
      <w:r>
        <w:rPr>
          <w:rFonts w:ascii="Courier New" w:hAnsi="Courier New"/>
          <w:color w:val="555555"/>
          <w:sz w:val="20"/>
        </w:rPr>
        <w:t>[10]</w:t>
      </w:r>
    </w:p>
    <w:p>
      <w:r>
        <w:rPr>
          <w:rFonts w:ascii="Gentium Plus" w:hAnsi="Gentium Plus"/>
          <w:sz w:val="24"/>
        </w:rPr>
        <w:t>ζήσομαι;” ὁ δὲ ἔφη αὐτῷ· “καλὸν μὲν τὸν ὄντα μὴ εἰδέναι πότε τελευτᾷ. προσ‐ δεχόμενος γὰρ ἐκείνην τὴν ὥραν, ἀπότε ἔμαθεν, ἐτελεύτησεν. τὸ δὲ ἐν ἀγνοίᾳ εἶναι τὸν ὄντα τούτου λήθην παρέχει τὸ μὴ ἔχειν κατὰ γνώμην, εἰ καὶ ὅλως τελευτᾷ. τὴν μέντοιγε κτίζεις πόλιν περιφανῆ πᾶσιν ἀνθρώποις, πολλοὶ βασιλεῖς ἐπιβήσονται τοῦ ἐδαφίσαι αὐτήν. οἰκήσεις δὲ αὐτὴν καὶ θανὼν καὶ μὴ θανών.</w:t>
      </w:r>
    </w:p>
    <w:p>
      <w:r>
        <w:rPr>
          <w:rFonts w:ascii="Courier New" w:hAnsi="Courier New"/>
          <w:color w:val="555555"/>
          <w:sz w:val="20"/>
        </w:rPr>
        <w:t>[15]</w:t>
      </w:r>
    </w:p>
    <w:p>
      <w:r>
        <w:rPr>
          <w:rFonts w:ascii="Gentium Plus" w:hAnsi="Gentium Plus"/>
          <w:sz w:val="24"/>
        </w:rPr>
        <w:t>τάφον γὰρ αὐτὴν ἕξεις ἣν κτίζεις πόλιν.” καὶ οὕτως εἰπόντος αὐτοῦ ἐξέρχεται</w:t>
      </w:r>
    </w:p>
    <w:p>
      <w:r>
        <w:rPr>
          <w:rFonts w:ascii="Courier New" w:hAnsi="Courier New"/>
          <w:color w:val="555555"/>
          <w:sz w:val="20"/>
        </w:rPr>
        <w:t>[3 . 25]</w:t>
      </w:r>
    </w:p>
    <w:p>
      <w:r>
        <w:rPr>
          <w:rFonts w:ascii="Gentium Plus" w:hAnsi="Gentium Plus"/>
          <w:sz w:val="24"/>
        </w:rPr>
        <w:t>Καὶ παραλαβὼν τοὺς ἰδίους τὴν ὁδοιπορίαν ἐποιεῖτο ἐπὶ τὰ ἴδια στρατεύματα. ὑπήντησαν δὲ αὐτῷ οἱ σατράπαι καὶ ἔδωκαν αὐτῷ τὴν βασιλικὴν ἐσθῆτα. καὶ ἐκεῖθεν τὴν ὁδοιπορίαν ἐποιήσατο ἐπὶ τὰς Ἀμαζόνας. γενόμενος δὲ παρ’ αὐτὰς ἀπέστειλεν αὐταῖς γράμματα περιέχοντα οὕτως·</w:t>
      </w:r>
    </w:p>
    <w:p>
      <w:r>
        <w:rPr>
          <w:rFonts w:ascii="Courier New" w:hAnsi="Courier New"/>
          <w:color w:val="555555"/>
          <w:sz w:val="20"/>
        </w:rPr>
        <w:t>[5]</w:t>
      </w:r>
    </w:p>
    <w:p>
      <w:r>
        <w:rPr>
          <w:rFonts w:ascii="Gentium Plus" w:hAnsi="Gentium Plus"/>
          <w:sz w:val="24"/>
        </w:rPr>
        <w:t>“Βασιλεὺς Ἀλέξανδρος Ἀμαζόναις χαίρειν. τὴν μὲν πρὸς Δαρεῖον μάχην οἴομαι ὑμᾶς ἀκηκοέναι, ἐκεῖθεν δὲ εἰς τοὺς Ἰνδοὺς ἐπεστρατεύσαμεν καὶ ἡττή‐ σαμεν τοὺς ἡγουμένους αὐτῶν καὶ κατεδουλώσαμεν αὐτοὺς διὰ τῆς ἄνω προ‐ νοίας. ἐκεῖθεν δὲ εἰς τοὺς Βραχμᾶνας ὡδεύσαμεν τοὺς καλουμένους γυμνοσο‐ φιστάς. καὶ λαβόντες φόρους παρ’ αὐτῶν ἀφήκαμεν ἐπὶ τῶν ἰδίων τόπων κατα‐</w:t>
      </w:r>
    </w:p>
    <w:p>
      <w:r>
        <w:rPr>
          <w:rFonts w:ascii="Courier New" w:hAnsi="Courier New"/>
          <w:color w:val="555555"/>
          <w:sz w:val="20"/>
        </w:rPr>
        <w:t>[10]</w:t>
      </w:r>
    </w:p>
    <w:p>
      <w:r>
        <w:rPr>
          <w:rFonts w:ascii="Gentium Plus" w:hAnsi="Gentium Plus"/>
          <w:sz w:val="24"/>
        </w:rPr>
        <w:t>μένειν, παρακαλεσάντων ἡμᾶς, καὶ ἐν εἰρήνῃ παρεάσαμεν. ἐκεῖθεν οὖν ἀναζεύγνυ‐ μεν πρὸς ὑμᾶς. ὑμεῖς δὲ συναντήσατε ἡμῖν γηθοσύνως. οὐ γὰρ ἐρχόμεθα κακο‐ ποιῆσαι ἀλλ’ ὀψόμενοι τὴν χώραν, ἅμα δὲ καὶ ὑμᾶς εὐεργετῆσαι. ἔρρωσθε.” Δεξάμεναι δὲ τὰ γράμματα Ἀλεξάνδρου καὶ ἀναγνοῦσαι ἀντέγραψαν αὐτῷ ταῦτα· “Ἀμαζονίδων αἱ κράτισται καὶ ἡγούμεναι Ἀλεξάνδρῳ βασιλεῖ χαίρειν.</w:t>
      </w:r>
    </w:p>
    <w:p>
      <w:r>
        <w:rPr>
          <w:rFonts w:ascii="Courier New" w:hAnsi="Courier New"/>
          <w:color w:val="555555"/>
          <w:sz w:val="20"/>
        </w:rPr>
        <w:t>[15]</w:t>
      </w:r>
    </w:p>
    <w:p>
      <w:r>
        <w:rPr>
          <w:rFonts w:ascii="Gentium Plus" w:hAnsi="Gentium Plus"/>
          <w:sz w:val="24"/>
        </w:rPr>
        <w:t>ἐγράψαμέν σοι, ὅπως εἰδῇς πρὸ τοῦ σε ἐπιβῆναι ἐπὶ τοὺς τόπους ἡμῶν, ἵνα μὴ ἀδόξως ἀναλύσῃς. διὰ τῶν γραμμάτων ἡμῶν διασαφοῦμέν σοι τὰ κατὰ τὴν χώραν ἡμῶν καὶ ἡμᾶς αὐτὰς οὔσας σπουδαίας τῇ διαίτῃ. ἔσωθεν γὰρ τοῦ Ἀμαζονικοῦ ποταμοῦ πέραν οἰκοῦμεν, ἐν μέσῳ δέ. ἔστι τὸ περίμετρον τῆς γῆς ἡμῶν ἐνιαυτοῦ † ἔχον κύκλευμα †, ποταμὸς δὲ οὐκ ἔχων ἀρχήν. ἔστι δὲ μία</w:t>
      </w:r>
    </w:p>
    <w:p>
      <w:r>
        <w:rPr>
          <w:rFonts w:ascii="Courier New" w:hAnsi="Courier New"/>
          <w:color w:val="555555"/>
          <w:sz w:val="20"/>
        </w:rPr>
        <w:t>[20]</w:t>
      </w:r>
    </w:p>
    <w:p>
      <w:r>
        <w:rPr>
          <w:rFonts w:ascii="Gentium Plus" w:hAnsi="Gentium Plus"/>
          <w:sz w:val="24"/>
        </w:rPr>
        <w:t>πρόσοδος ἡμῖν. ἐσμὲν δὲ αἱ κατοικοῦσαι παρθένοι ἔνοπλοι μυριάδες εἴκοσιν ἑπτά. ἄρρεν δὲ παρ’ ἡμῖν οὐδὲν ὑπάρχει, οἱ δὲ ἄνδρες πέραν τοῦ ποταμοῦ κατοι‐ κοῦσι τὴν χώραν νεμόμενοι. ἡμεῖς δὲ κατ’ ἐνιαυτὸν ἄγομεν πανήγυριν, ἱπποφο‐ νίαν θύουσαι τῷ Διὶ καὶ Ποσειδῶνι καὶ Ἡφαίστῳ καὶ Ἄρει ἡμέρας τριάκοντα. ὅσαι δὲ βούλονται ἐξ ἡμῶν διακορεύεσθαι [τινας] καταμένουσι πρὸς αὐτούς.</w:t>
      </w:r>
    </w:p>
    <w:p>
      <w:r>
        <w:rPr>
          <w:rFonts w:ascii="Courier New" w:hAnsi="Courier New"/>
          <w:color w:val="555555"/>
          <w:sz w:val="20"/>
        </w:rPr>
        <w:t>[25]</w:t>
      </w:r>
    </w:p>
    <w:p>
      <w:r>
        <w:rPr>
          <w:rFonts w:ascii="Gentium Plus" w:hAnsi="Gentium Plus"/>
          <w:sz w:val="24"/>
        </w:rPr>
        <w:t>καὶ τὰ θηλυκά, ὅσα ἂν τίκτουσι, γινόμενα ἑπταετῆ διαβιβάζουσι πρὸς ἡμᾶς. ὅταν δὲ πολέμιοι ἐπιστρατεύσωσιν ἐπὶ τὴν ἡμετέραν χώραν, ἐκπορευόμεθα</w:t>
      </w:r>
    </w:p>
    <w:p>
      <w:r>
        <w:rPr>
          <w:rFonts w:ascii="Courier New" w:hAnsi="Courier New"/>
          <w:color w:val="555555"/>
          <w:sz w:val="20"/>
        </w:rPr>
        <w:t>[30]</w:t>
      </w:r>
    </w:p>
    <w:p>
      <w:r>
        <w:rPr>
          <w:rFonts w:ascii="Gentium Plus" w:hAnsi="Gentium Plus"/>
          <w:sz w:val="24"/>
        </w:rPr>
        <w:t>ρας ἀγερωχίας καὶ στεφθεῖσα ἀείμνηστος ὑπάρχει. εἴ τις δ’ ἐὰν πέσῃ ἐν τῷ πολέμῳ ὑπερμαχοῦσα, ἡ ἐγγίζουσα αὐτῇ χρήματα λαμβάνει οὐκ ὀλίγα. ἐὰν δέ τις σῶμα ἀναγάγῃ τῶν ἐναντίων εἰς τὴν νῆσον, πρόκειται ἐπὶ τοῦτο χρυσίον καὶ ἀργύριον καὶ σιτηρέσια ἐπὶ τὸ τούτῳ διαβιῶσαι, ὥστε ἡμᾶς ἀγωνίζεσθαι ὑπὲρ τῆς ἰδίας δόξης. ἐὰν δὲ πολεμίων κρατήσωμεν ἢ πάλιν φύγωσιν, αἰσχρὸν</w:t>
      </w:r>
    </w:p>
    <w:p>
      <w:r>
        <w:rPr>
          <w:rFonts w:ascii="Courier New" w:hAnsi="Courier New"/>
          <w:color w:val="555555"/>
          <w:sz w:val="20"/>
        </w:rPr>
        <w:t>[35]</w:t>
      </w:r>
    </w:p>
    <w:p>
      <w:r>
        <w:rPr>
          <w:rFonts w:ascii="Gentium Plus" w:hAnsi="Gentium Plus"/>
          <w:sz w:val="24"/>
        </w:rPr>
        <w:t>αὐτοῖς καταλείπεται εἰς ἅπαντα χρόνον ὄνειδος. ἐὰν δὲ ἡμᾶς νικήσωσιν, ἔσονται γυναῖκας νενικηκότες. ὅρα οὖν, βασιλεῦ Ἀλέξανδρε, μὴ τὰ αὐτά σοι συμβήσε‐ ται. βουλευσάμενος οὖν ἀντίγραψον ἡμῖν καὶ εὑρήσεις ἡμῶν τὴν παρεμβολὴν</w:t>
      </w:r>
    </w:p>
    <w:p>
      <w:r>
        <w:rPr>
          <w:rFonts w:ascii="Courier New" w:hAnsi="Courier New"/>
          <w:color w:val="555555"/>
          <w:sz w:val="20"/>
        </w:rPr>
        <w:t>[3 . 26]</w:t>
      </w:r>
    </w:p>
    <w:p>
      <w:r>
        <w:rPr>
          <w:rFonts w:ascii="Gentium Plus" w:hAnsi="Gentium Plus"/>
          <w:sz w:val="24"/>
        </w:rPr>
        <w:t>Ὁ δὲ Ἀλέξανδρος ἐντυχὼν τοῖς γράμμασιν αὐτῶν καὶ μειδιάσας ἀντέγραψεν αὐταῖς τάδε· “Βασιλεὺς Ἀλέξανδρος Ἀμαζόσι χαίρειν. τὰ τρία μέρη τῆς οἰκουμένης ἐκυριεύσαμεν καὶ οὐ διελίπομεν ἱστῶντες τρόπαια κατὰ πάντων. αἰσχρὸν οὖν ἡμῖν ἀπολειφθήσεται, ἐὰν μὴ ἐπιστρατευσώμεθα ἐφ’ ὑμᾶς. καὶ εἰ</w:t>
      </w:r>
    </w:p>
    <w:p>
      <w:r>
        <w:rPr>
          <w:rFonts w:ascii="Courier New" w:hAnsi="Courier New"/>
          <w:color w:val="555555"/>
          <w:sz w:val="20"/>
        </w:rPr>
        <w:t>[5]</w:t>
      </w:r>
    </w:p>
    <w:p>
      <w:r>
        <w:rPr>
          <w:rFonts w:ascii="Gentium Plus" w:hAnsi="Gentium Plus"/>
          <w:sz w:val="24"/>
        </w:rPr>
        <w:t>μὲν οὖν θέλετε ἀπολέσθαι καὶ ἀοίκητον τὴν ἑαυτῶν χώραν γενέσθαι, μείνατε ἐπὶ τῶν ὁρίων. εἰ δὲ βούλεσθε εἰς τὴν ἰδίαν γῆν κατοικεῖν καὶ μὴ πεῖραν πολέμου λαβεῖν διαβᾶτε εἰς τὸν ποταμὸν ὑμῶν καὶ ὄφθητε ἡμῖν. ὡσαύτως καὶ οἱ ἄνδρες παραταξάτωσαν ἑαυτοὺς ἐν τῷ πεδίῳ. καὶ ἐὰν ταῦτα πράξητε, ὄμνυμι ὑμῖν ἐγὼ ἐμὸν πατέρα καὶ ἐμὴν μητέρα μὴ ἀδικῆσαι ὑμᾶς, ἀλλὰ καὶ ὃν δ’ ἂν βού‐</w:t>
      </w:r>
    </w:p>
    <w:p>
      <w:r>
        <w:rPr>
          <w:rFonts w:ascii="Courier New" w:hAnsi="Courier New"/>
          <w:color w:val="555555"/>
          <w:sz w:val="20"/>
        </w:rPr>
        <w:t>[10]</w:t>
      </w:r>
    </w:p>
    <w:p>
      <w:r>
        <w:rPr>
          <w:rFonts w:ascii="Gentium Plus" w:hAnsi="Gentium Plus"/>
          <w:sz w:val="24"/>
        </w:rPr>
        <w:t>λεσθε φόρον λήψομαι παρ’ ὑμῶν, καὶ οὐκ ἐλευσόμεθα εἰς τὴν ὑμετέραν γῆν. ἃς δ’ ἂν ἐκρίνατε, ἐφίππους ἐξαποστείλατε πρὸς ἡμᾶς. δίδομεν δὲ κατὰ μῆνα ἑκάστῃ</w:t>
      </w:r>
    </w:p>
    <w:p>
      <w:r>
        <w:rPr>
          <w:rFonts w:ascii="Courier New" w:hAnsi="Courier New"/>
          <w:color w:val="555555"/>
          <w:sz w:val="20"/>
        </w:rPr>
        <w:t>[15]</w:t>
      </w:r>
    </w:p>
    <w:p>
      <w:r>
        <w:rPr>
          <w:rFonts w:ascii="Gentium Plus" w:hAnsi="Gentium Plus"/>
          <w:sz w:val="24"/>
        </w:rPr>
        <w:t>Δεξάμεναι δὲ καὶ ἀναγνοῦσαι τὰ γράμματα Ἀλεξάνδρου ἐκκλησίαν ἑαυταῖς ποιήσασαι καὶ βουλευσάμεναι ἀντέγραψαν αὐτῷ ταῦτα· “Ἀμαζόνων αἱ κρά‐ τισται καὶ ἡγούμεναι βασιλεῖ Ἀλεξάνδρῳ χαίρειν. δίδομέν σοι ἐξουσίαν ἐλθεῖν πρὸς ἡμᾶς καὶ θεάσασθαι ἡμῶν τὴν χώραν. τασσόμεθα δέ σοι διδόναι κατ’ ἐνιαυτὸν χρυσίου τάλαντα ρʹ καὶ τὰς κρατίστας ἐξ ἡμῶν φʹ ἀπεστείλαμέν σοι</w:t>
      </w:r>
    </w:p>
    <w:p>
      <w:r>
        <w:rPr>
          <w:rFonts w:ascii="Courier New" w:hAnsi="Courier New"/>
          <w:color w:val="555555"/>
          <w:sz w:val="20"/>
        </w:rPr>
        <w:t>[20]</w:t>
      </w:r>
    </w:p>
    <w:p>
      <w:r>
        <w:rPr>
          <w:rFonts w:ascii="Gentium Plus" w:hAnsi="Gentium Plus"/>
          <w:sz w:val="24"/>
        </w:rPr>
        <w:t>εἰς ὑπάντησιν, φερούσας σοι καὶ τὰ χρήματα καὶ ἵππους γενναίους ρʹ. καὶ αὗται μὲν ἔσονταί σοι τὸν ἐνιαυτόν. εἴ τις δ’ ἐὰν διακορευθῇ ὑπό τινος ἀλλο‐ γενοῦς, μενέτω παρ’ ὑμῖν. 〈γράψον δὲ ἡμῖν ὅσαι ἐὰν καταμείνωσι παρ’ ὑμῖν·〉 τὰς δὲ λοιπὰς ἐξαποστείλας λήψῃ ἄλλας. πειθαρχοῦμεν δέ σοι καὶ παρόντι καὶ ἀπόντι. ἀκηκόαμεν γάρ σου τὰς ἀρετὰς καὶ ἀνδραγαθίας. ἡμεῖς γάρ ἐσμεν παρὰ</w:t>
      </w:r>
    </w:p>
    <w:p>
      <w:r>
        <w:rPr>
          <w:rFonts w:ascii="Courier New" w:hAnsi="Courier New"/>
          <w:color w:val="555555"/>
          <w:sz w:val="20"/>
        </w:rPr>
        <w:t>[25]</w:t>
      </w:r>
    </w:p>
    <w:p>
      <w:r>
        <w:rPr>
          <w:rFonts w:ascii="Gentium Plus" w:hAnsi="Gentium Plus"/>
          <w:sz w:val="24"/>
        </w:rPr>
        <w:t>τὴν οἰκουμένην 〈...〉. ἐπελήλυθας δὲ ἡμῖν 〈ὡσ〉 δεσπότης, ὥστε ἀντιποιεῖσθαί σοι περισσόν. ἔδοξε δὲ [γράψαι] ἡμῖν καὶ ἐπὶ τῆς ἰδίας γῆς οἰκεῖν ἡμᾶς καὶ πειθαρχεῖν σοι ὡς δεσπότῃ. ἔρρωσο.”</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[3 . 27]</w:t>
      </w:r>
    </w:p>
    <w:p>
      <w:r>
        <w:rPr>
          <w:rFonts w:ascii="Gentium Plus" w:hAnsi="Gentium Plus"/>
          <w:sz w:val="24"/>
        </w:rPr>
        <w:t>Τούτων δὲ διαπεμφθέντων γράφει Ἀλέξανδρος τὰ πεπραγμένα τῇ ἑαυτοῦ μητρὶ Ὀλυμπιάδι οὕτως· “Βασιλεὺς Ἀλέξανδρος τῇ γλυκυτάτῃ μου μητρὶ Ὀλυμπιάδι χαίρειν. ταῖς Ἀμαζόναις παραταξάμενος τὴν πορείαν ἐποιούμην ἐπὶ τὸν Πρύτανιν ποταμόν. παραγενόμενος δὲ ἐπὶ τὰ προάστεια εἶδον ποταμὸν</w:t>
      </w:r>
    </w:p>
    <w:p>
      <w:r>
        <w:rPr>
          <w:rFonts w:ascii="Courier New" w:hAnsi="Courier New"/>
          <w:color w:val="555555"/>
          <w:sz w:val="20"/>
        </w:rPr>
        <w:t>[5]</w:t>
      </w:r>
    </w:p>
    <w:p>
      <w:r>
        <w:rPr>
          <w:rFonts w:ascii="Gentium Plus" w:hAnsi="Gentium Plus"/>
          <w:sz w:val="24"/>
        </w:rPr>
        <w:t>ἐκεῖ θηριώδη ὄντα. σφόδρα δὲ εἰς ἀθυμίαν ἦλθον οἱ στρατιῶται. τῆς γὰρ ἡμέρας ἤδη μεσαζούσης οὐκ ἐπαύσατο ὁ ὑετὸς ἐπὶ τῆς γῆς, πολλοὶ δὲ τῶν πεζῶν τοὺς πόδας ἐξήλγησαν. ἐγένοντο δὲ καὶ βρονταὶ ὑπερμεγέθεις, καὶ ἀστραπαὶ καὶ κεραυνοὶ ἔπιπτον. μελλόντων δὲ ἡμῶν διαβαίνειν τὸν ποταμὸν τὸν καλούμενον</w:t>
      </w:r>
    </w:p>
    <w:p>
      <w:r>
        <w:rPr>
          <w:rFonts w:ascii="Courier New" w:hAnsi="Courier New"/>
          <w:color w:val="555555"/>
          <w:sz w:val="20"/>
        </w:rPr>
        <w:t>[10]</w:t>
      </w:r>
    </w:p>
    <w:p>
      <w:r>
        <w:rPr>
          <w:rFonts w:ascii="Gentium Plus" w:hAnsi="Gentium Plus"/>
          <w:sz w:val="24"/>
        </w:rPr>
        <w:t>Ἤλθομεν οὖν ἐπὶ τὸν καλούμενον Θερμώδοντα ποταμόν, ὃς ἐξέρχεται χώραν πεδινὴν καὶ εὐδαίμονα, ἐν ᾧ ᾤκουν Ἀμαζονίδες γυναῖκες τῷ μεγέθει ὑπερέχου‐ σαι καθ’ ὑπερβολὴν τῶν λοιπῶν γυναικῶν, κάλλει τε καὶ εὐρωστίᾳ σπουδαῖαι, ἐσθῆτα δὲ φοροῦσαι ἀνθινήν. ὅπλοις δὲ ἐχρῶντο ἀργυρέοις καὶ ἀξίναις· σίδηρος δὲ καὶ χαλκὸς οὐκ ἦν παρ’ αὐταῖς. ἦσαν δὲ συνέσει καὶ ἀγχινοίᾳ τεταγμέναι.</w:t>
      </w:r>
    </w:p>
    <w:p>
      <w:r>
        <w:rPr>
          <w:rFonts w:ascii="Courier New" w:hAnsi="Courier New"/>
          <w:color w:val="555555"/>
          <w:sz w:val="20"/>
        </w:rPr>
        <w:t>[15]</w:t>
      </w:r>
    </w:p>
    <w:p>
      <w:r>
        <w:rPr>
          <w:rFonts w:ascii="Gentium Plus" w:hAnsi="Gentium Plus"/>
          <w:sz w:val="24"/>
        </w:rPr>
        <w:t>παραβαλλόντων δὲ ἡμῶν παρὰ τὸν ποταμόν, ἔνθα αἱ Ἀμαζόνες ᾤκουν—ἔστι γὰρ ποταμὸς μέγας καὶ ἀδιάβατος, ἔχει δὲ θηρίων πλῆθος—αὗται οὖν διαβᾶσαι παρετάξαντο ἡμῖν. ἡμεῖς δὲ δι’ ἐπιστολῶν ἐπείσαμεν αὐτὰς ὑποταγῆναι ἡμῖν.</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[3 . 28]</w:t>
      </w:r>
    </w:p>
    <w:p>
      <w:r>
        <w:rPr>
          <w:rFonts w:ascii="Gentium Plus" w:hAnsi="Gentium Plus"/>
          <w:sz w:val="24"/>
        </w:rPr>
        <w:t>Καὶ λαβόντες παρ’ αὐτῶν φόρους ἀνεχωρήσαμεν ἐπὶ τὴν Ἐρυθρὰν θάλασσαν</w:t>
      </w:r>
    </w:p>
    <w:p>
      <w:r>
        <w:rPr>
          <w:rFonts w:ascii="Courier New" w:hAnsi="Courier New"/>
          <w:color w:val="555555"/>
          <w:sz w:val="20"/>
        </w:rPr>
        <w:t>[5]</w:t>
      </w:r>
    </w:p>
    <w:p>
      <w:r>
        <w:rPr>
          <w:rFonts w:ascii="Gentium Plus" w:hAnsi="Gentium Plus"/>
          <w:sz w:val="24"/>
        </w:rPr>
        <w:t>στήθει καὶ τὸ στόμα, ἑτέρους δὲ ἄνδρας ἑξαχείρους καὶ ταυροπροσώπους καὶ τρωγλοδύτας καὶ ἱμαντόποδας, ἀγρίους ἀνθρώπους, ἄλλους δὲ δασεῖς ὡς αἶγας καὶ λεοντοπροσώπους καὶ θηρία παμποίκιλα καὶ διάφορα εἰς ὅρασιν. Ἀπὸ δὲ τοῦ ποταμοῦ ἐκείνου ἀποπλεύσαντες ἤλθομεν εἰς νῆσόν τινα μεγάλην ἀπέχουσαν ἀπὸ τῆς γῆς σταδίους ρκʹ, καὶ εὕρομεν ἐκεῖ πόλιν τοῦ Ἡλίου. πύργοι</w:t>
      </w:r>
    </w:p>
    <w:p>
      <w:r>
        <w:rPr>
          <w:rFonts w:ascii="Courier New" w:hAnsi="Courier New"/>
          <w:color w:val="555555"/>
          <w:sz w:val="20"/>
        </w:rPr>
        <w:t>[10]</w:t>
      </w:r>
    </w:p>
    <w:p>
      <w:r>
        <w:rPr>
          <w:rFonts w:ascii="Gentium Plus" w:hAnsi="Gentium Plus"/>
          <w:sz w:val="24"/>
        </w:rPr>
        <w:t>δὲ ἦσαν δώδεκα χρυσίῳ καὶ σμαράγδῳ οἰκοδομημένοι. τὸ δὲ τεῖχος τῆς πόλεως ἐκείνης Ἰνδικὸν ἦν. ἐν μέσῳ δὲ ἦν βωμὸς χρυσίῳ καὶ σμαράγδῳ οἰκοδομημένος, ἔχων ἀναβαθμοὺς ξʹ. ἐπάνω δὲ ἵστατο ἅρμα ἵππων καὶ ἱππηλάτης ἐκ χρυσίου καὶ σμαράγδου. ἰδεῖν δὲ αὐτὸν οὐκ ἦν ῥᾳδίως διὰ τὴν ὁμίχλην. ὁ δὲ ἱερεὺς τοῦ Ἡλίου Αἰθίοψ ἦν βύσσον καθαρὰν ἐστολισμένος. ἐλάλησε δὲ ἡμῖν βαρβαρικῇ</w:t>
      </w:r>
    </w:p>
    <w:p>
      <w:r>
        <w:rPr>
          <w:rFonts w:ascii="Courier New" w:hAnsi="Courier New"/>
          <w:color w:val="555555"/>
          <w:sz w:val="20"/>
        </w:rPr>
        <w:t>[15]</w:t>
      </w:r>
    </w:p>
    <w:p>
      <w:r>
        <w:rPr>
          <w:rFonts w:ascii="Gentium Plus" w:hAnsi="Gentium Plus"/>
          <w:sz w:val="24"/>
        </w:rPr>
        <w:t>φωνῇ, ὥστε ἀναχωρεῖν ἡμᾶς τοῦ τόπου ἐκείνου. καὶ ἀναχωρήσαντες ἐκεῖθεν περιεπατήσαμεν ὁδὸν ἡμερῶν ἑπτά. εἶτα εὕραμεν σκότος, ἀλλ’ οὔτε πῦρ ἐφαί‐ νετο ἐν τοῖς τόποις ἐκείνοις. Καὶ ἀναχωρήσαντες ἐκεῖθεν ἤλθομεν εἰς Λύσου λιμένα· καὶ εὕρομεν ὄρος ὑψηλότατον, ἐν ᾧ ἀνῆλθον καὶ εἶδον οἰκίας καλὰς χρυσίον καὶ ἀργύριον γεμού‐</w:t>
      </w:r>
    </w:p>
    <w:p>
      <w:r>
        <w:rPr>
          <w:rFonts w:ascii="Courier New" w:hAnsi="Courier New"/>
          <w:color w:val="555555"/>
          <w:sz w:val="20"/>
        </w:rPr>
        <w:t>[20]</w:t>
      </w:r>
    </w:p>
    <w:p>
      <w:r>
        <w:rPr>
          <w:rFonts w:ascii="Gentium Plus" w:hAnsi="Gentium Plus"/>
          <w:sz w:val="24"/>
        </w:rPr>
        <w:t>σας. εἶδον δὲ καὶ περίβολον μέγαν ἐκ σαπφείρου λίθου ἔχοντα ἀναβαθμοὺς ρνʹ, καὶ ἄνωθεν ἱερὸν στρογγύλον ἔχον στύλους σαπφειρίνους κύκλῳ ρʹ. ἔσωθεν δὲ καὶ ἔξωθεν ἀνάγλυφοι ἀνδριάντες ἡμιθέων γεγλυμμένοι, Βάκχαι, Σάτυροι, Μύστιδες αὐλοῦσαι καὶ βακχεύουσαι διφυεῖς· ὁ δὲ πρεσβύτης Μάρων ἐπὶ ὑποζυ‐ γίῳ ἦν. μέσον δὲ τοῦ ναοῦ ἔκειτο κλίνη χρυσοσφύρητος ἐστρωμένη, ἐν ᾗ ἦν</w:t>
      </w:r>
    </w:p>
    <w:p>
      <w:r>
        <w:rPr>
          <w:rFonts w:ascii="Courier New" w:hAnsi="Courier New"/>
          <w:color w:val="555555"/>
          <w:sz w:val="20"/>
        </w:rPr>
        <w:t>[25]</w:t>
      </w:r>
    </w:p>
    <w:p>
      <w:r>
        <w:rPr>
          <w:rFonts w:ascii="Gentium Plus" w:hAnsi="Gentium Plus"/>
          <w:sz w:val="24"/>
        </w:rPr>
        <w:t>ἀνὴρ περιβεβλημένος σινδόνα βαμβυκίνην. καὶ τὴν μὲν μορφὴν αὐτοῦ οὐκ εἶδον· ἦν γὰρ περικεκαλυμμένος· τὸ δὲ σθένος αὐτοῦ καὶ τὴν ὁλκὴν τοῦ σώματος αὐ‐</w:t>
      </w:r>
    </w:p>
    <w:p>
      <w:r>
        <w:rPr>
          <w:rFonts w:ascii="Courier New" w:hAnsi="Courier New"/>
          <w:color w:val="555555"/>
          <w:sz w:val="20"/>
        </w:rPr>
        <w:t>[30]</w:t>
      </w:r>
    </w:p>
    <w:p>
      <w:r>
        <w:rPr>
          <w:rFonts w:ascii="Gentium Plus" w:hAnsi="Gentium Plus"/>
          <w:sz w:val="24"/>
        </w:rPr>
        <w:t>ὀροφῆς, ἐν ᾧ ἦν ὄρνεον ἡλίκον περιστερά. καὶ ὥσπερ ἀνθρωπίνῃ φωνῇ Ἑλληνικῇ ἐβόησέ μοι καί φησιν· “Ἀλέξανδρε, παῦσαι λοιπὸν θεῷ ἀντιτασσόμενος, καὶ ὑπόστρεφε εἰς τὰ ἴδια μέλεθρα καὶ μὴ προπετεύου ἀναβαίνειν εἰς οὐρανίους ὁδούς.” βουλομένου δέ μου καθελεῖν αὐτὸ καὶ τὴν κρεμαμένην κανδήλαν, ὅπως ἀποστείλω σοι, καὶ εἶδον τὸν ἐπὶ τῆς κλίνης κινούμενον ὡς δοκεῖν αὐτὸν ἀναστῆ‐</w:t>
      </w:r>
    </w:p>
    <w:p>
      <w:r>
        <w:rPr>
          <w:rFonts w:ascii="Courier New" w:hAnsi="Courier New"/>
          <w:color w:val="555555"/>
          <w:sz w:val="20"/>
        </w:rPr>
        <w:t>[35]</w:t>
      </w:r>
    </w:p>
    <w:p>
      <w:r>
        <w:rPr>
          <w:rFonts w:ascii="Gentium Plus" w:hAnsi="Gentium Plus"/>
          <w:sz w:val="24"/>
        </w:rPr>
        <w:t>ναι. ἔφησαν δέ μοι οἱ φίλοι μου· “παῦσαι, βασιλεῦ· ἱερὸν γάρ ἐστιν.” ἐξελθὼν δὲ εἰς τὸν περίβολον εἶδον ἐκεῖ κειμένους κρατῆρας χρυσοτορνεύτους δύο χω‐ ροῦντας ἀνὰ μετρητὰς ξʹ, οὓς καὶ ἐξεμετρήσαμεν ἐν τῷ δείπνῳ. ἐκέλευσα δὲ τὴν παρεμβολὴν ἐκεῖ γενέσθαι πᾶσαν καὶ εὐωχηθῆναι. ἦν δὲ ἐκεῖ οἶκος μέγας κατε‐ σκευασμένος. ἦσαν δὲ ἐκεῖ ποτήρια ἐπίσημα πολλὰ πάσης εὐπρεπείας ἄξια ἐκ</w:t>
      </w:r>
    </w:p>
    <w:p>
      <w:r>
        <w:rPr>
          <w:rFonts w:ascii="Courier New" w:hAnsi="Courier New"/>
          <w:color w:val="555555"/>
          <w:sz w:val="20"/>
        </w:rPr>
        <w:t>[40]</w:t>
      </w:r>
    </w:p>
    <w:p>
      <w:r>
        <w:rPr>
          <w:rFonts w:ascii="Gentium Plus" w:hAnsi="Gentium Plus"/>
          <w:sz w:val="24"/>
        </w:rPr>
        <w:t>λίθων τετορνευμένα. ἐν δὲ τῷ κατακλιθῆναι ἡμᾶς τε καὶ τὰ στρατεύματα πρὸς εὐωχίαν ἐπὶ δεῖπνον ἐξαίφνης ὥσπερ βροντὴ βιαία αὐλῶν καὶ κυμβάλων πλή‐ θους καὶ σύριγγος καὶ σάλπιγγος καὶ τυμπάνων καὶ κιθάρας ἐγένετο. καὶ τὸ</w:t>
      </w:r>
    </w:p>
    <w:p>
      <w:r>
        <w:rPr>
          <w:rFonts w:ascii="Courier New" w:hAnsi="Courier New"/>
          <w:color w:val="555555"/>
          <w:sz w:val="20"/>
        </w:rPr>
        <w:t>[45]</w:t>
      </w:r>
    </w:p>
    <w:p>
      <w:r>
        <w:rPr>
          <w:rFonts w:ascii="Gentium Plus" w:hAnsi="Gentium Plus"/>
          <w:sz w:val="24"/>
        </w:rPr>
        <w:t>τὰ Κύρου βασίλεια. καὶ κατελαβόμεθα πόλεις πολλὰς ἐρήμους καὶ ἐπίσημον μίαν πόλιν, ἐν ᾗ ἦν οἶκος μέγας, ἔνθα αὐτὸς ὁ βασιλεὺς ἐχρημάτιζεν. ἔφησαν δέ μοι ἐκεῖ εἶναι ὄρνεον ἀνθρωπίνῃ φωνῇ ἑρμηνεῦον. εἰσελθὼν δὲ εἰς τὸν οἶκον εἶδον πολλὰ θεάματα ἄξια θαύματος. ἦν γὰρ ὁλόχρυσος. ἦν δὲ ἐν μέσῳ τῆς ὀροφῆς ὥσπερ ὀρτυγοτροφεῖον ὅμοιον τῷ πρώτῳ χρυσοῦν κρεμάμενον καὶ</w:t>
      </w:r>
    </w:p>
    <w:p>
      <w:r>
        <w:rPr>
          <w:rFonts w:ascii="Courier New" w:hAnsi="Courier New"/>
          <w:color w:val="555555"/>
          <w:sz w:val="20"/>
        </w:rPr>
        <w:t>[3 . 28 (50)]</w:t>
      </w:r>
    </w:p>
    <w:p>
      <w:r>
        <w:rPr>
          <w:rFonts w:ascii="Gentium Plus" w:hAnsi="Gentium Plus"/>
          <w:sz w:val="24"/>
        </w:rPr>
        <w:t>ἔσωθεν αὐτοῦ ὄρνεον ὡς περιστερὰ χρυσόχροος. τοῦτο ἔφασαν ἑρμηνεύειν τοῖς βασιλεῦσι διὰ τὰς προσπιπτούσας φωνάς. καὶ τοῦτο δὲ ἔφησαν ἱερὸν εἶναι. εἶδον δὲ ἐκεῖ καὶ κρατῆρα μέγα χρυσοτόρνευτον—ταῦτα δὲ ἦσαν ἔσωθεν τῶν βασιλείων Κύρου—χωροῦντα μετρητὰς ἑκατὸν ἑξήκοντα. θαυμαστὸν δὲ ἦν τῇ κατασκευῇ πάνυ. εἶχε γὰρ εἰς τὸ κύκλευμα ἀνδριάντας καὶ ναυμαχίαν ἄνω</w:t>
      </w:r>
    </w:p>
    <w:p>
      <w:r>
        <w:rPr>
          <w:rFonts w:ascii="Courier New" w:hAnsi="Courier New"/>
          <w:color w:val="555555"/>
          <w:sz w:val="20"/>
        </w:rPr>
        <w:t>[55]</w:t>
      </w:r>
    </w:p>
    <w:p>
      <w:r>
        <w:rPr>
          <w:rFonts w:ascii="Gentium Plus" w:hAnsi="Gentium Plus"/>
          <w:sz w:val="24"/>
        </w:rPr>
        <w:t>διὰ ζωνῶν, τὸ δὲ μέσον αὐτοῦ † εὐλογίαν †, τὸ δὲ ἔξωθεν αὐτοῦ χρυσοτόρνευτον. τοῦτο δὲ ἔφησαν ἐξ Αἰγύπτου εἶναι πόλεως Μέμφης κἀκεῖθεν ἐνεχθῆναι ὅτε ἐπεκράτησαν οἱ Πέρσαι. ἦν δὲ ὁ οἶκος κατεσκευασμένος εἰς τὸν Ἑλληνικὸν ῥυθμόν, ἔνθα αὐτὸς ὁ βασιλεὺς εἴθιστο χρηματίζειν. ἐν δὲ τούτῳ γέγραπται ἡ ναυμαχία ἡ γεναμένη Ξέρξου. ἔκειτο δὲ ἐν τῷ οἴκῳ καὶ θρόνος χρύσεος λιθοκόλ‐</w:t>
      </w:r>
    </w:p>
    <w:p>
      <w:r>
        <w:rPr>
          <w:rFonts w:ascii="Courier New" w:hAnsi="Courier New"/>
          <w:color w:val="555555"/>
          <w:sz w:val="20"/>
        </w:rPr>
        <w:t>[60]</w:t>
      </w:r>
    </w:p>
    <w:p>
      <w:r>
        <w:rPr>
          <w:rFonts w:ascii="Gentium Plus" w:hAnsi="Gentium Plus"/>
          <w:sz w:val="24"/>
        </w:rPr>
        <w:t>λητος καὶ λύρα αὐτομάτως κρουομένη. κύκλῳ δὲ ἔκειτο ποτηροθήκη χρυσῆ ἓξ καὶ δέκα πήχεις ἔχουσα· ἀναβαθμοὺς δὲ εἶχεν ὀκτώ. ὑπεράνω δὲ ἕστηκεν ἀετὸς ὑπερέχων ταῖς πτέρυξι τὸν ὅλον κύκλον. ἦν δὲ καὶ ἀναδενδρὰς χρυσῆ ἑπτάκλα‐ δος 〈...〉 πάντα εἰργασμένα χρυσῷ. περὶ δὲ τῶν λοιπῶν θεαμάτων τί σοι μέλλω λέγειν; τοιαῦτα δέ ἐστιν ὥστε ἀπὸ τοῦ πλήθους μὴ δύνασθαι ἡμᾶς ἐν ἡμέρᾳ</w:t>
      </w:r>
    </w:p>
    <w:p>
      <w:r>
        <w:rPr>
          <w:rFonts w:ascii="Courier New" w:hAnsi="Courier New"/>
          <w:color w:val="555555"/>
          <w:sz w:val="20"/>
        </w:rPr>
        <w:t>[65]</w:t>
      </w:r>
    </w:p>
    <w:p>
      <w:r>
        <w:rPr>
          <w:rFonts w:ascii="Gentium Plus" w:hAnsi="Gentium Plus"/>
          <w:sz w:val="24"/>
        </w:rPr>
        <w:t>μιᾷ ἑρμηνεύειν τὴν ὑπερβάλλουσαν ἀρετήν. [ἔρρωσο]”</w:t>
      </w:r>
    </w:p>
    <w:p>
      <w:r>
        <w:rPr>
          <w:rFonts w:ascii="Courier New" w:hAnsi="Courier New"/>
          <w:color w:val="555555"/>
          <w:sz w:val="20"/>
        </w:rPr>
        <w:t>[65]</w:t>
      </w:r>
    </w:p>
    <w:p>
      <w:r>
        <w:rPr>
          <w:rFonts w:ascii="Gentium Plus" w:hAnsi="Gentium Plus"/>
          <w:sz w:val="24"/>
        </w:rPr>
      </w:r>
    </w:p>
    <w:p>
      <w:r>
        <w:rPr>
          <w:rFonts w:ascii="Courier New" w:hAnsi="Courier New"/>
          <w:color w:val="555555"/>
          <w:sz w:val="20"/>
        </w:rPr>
        <w:t>[3 . 30]</w:t>
      </w:r>
    </w:p>
    <w:p>
      <w:r>
        <w:rPr>
          <w:rFonts w:ascii="Gentium Plus" w:hAnsi="Gentium Plus"/>
          <w:sz w:val="24"/>
        </w:rPr>
        <w:t>Γράφει δὲ καὶ ἕτερα γράμματα Ἀλέξανδρος τῇ μητρὶ αὐτοῦ Ὀλυμπιάδι γενόμενος ἐν Βαβυλῶνι τῇ μεγάλῃ, μέλλοντος αὐτοῦ ἐκλείπειν τὸν ἀνθρώπινον βίον, περιέχοντα οὕτως· Μεγάλην τινά φασιν 〈ἔμφασιν〉 ἔχειν τῶν δαιμονίων τὴν προβλεψίαν. τῶν</w:t>
      </w:r>
    </w:p>
    <w:p>
      <w:r>
        <w:rPr>
          <w:rFonts w:ascii="Courier New" w:hAnsi="Courier New"/>
          <w:color w:val="555555"/>
          <w:sz w:val="20"/>
        </w:rPr>
        <w:t>[5]</w:t>
      </w:r>
    </w:p>
    <w:p>
      <w:r>
        <w:rPr>
          <w:rFonts w:ascii="Gentium Plus" w:hAnsi="Gentium Plus"/>
          <w:sz w:val="24"/>
        </w:rPr>
        <w:t>γὰρ ἐγχωρίων γυναικῶν τις ἔτεκε βρέφος, τὰ μὲν ἄνω τοῦ σώματος ἕως τῶν λαγόνων ἀνθρώπου πάντα κατὰ φύσιν, τὰ δὲ ἀπὸ τῶν μηρῶν ἕως κάτω θηρίων προτομαί, ὥστε εἶναι παρόμοιον τὸ παιδίον τῇ καλουμένῃ Σκύλλῃ. ἦσαν γὰρ αἱ προτομαὶ λεόντων καὶ ἀγρίων κυνῶν. καὶ τούτων ἦσαν αἱ μορφαὶ πᾶσιν εὔδηλοι, ὥστε γινώσκειν τὸν ἑκάστου τύπον. ἡ δὲ τοῦ παιδίου προτομὴ ἦν</w:t>
      </w:r>
    </w:p>
    <w:p>
      <w:r>
        <w:rPr>
          <w:rFonts w:ascii="Courier New" w:hAnsi="Courier New"/>
          <w:color w:val="555555"/>
          <w:sz w:val="20"/>
        </w:rPr>
        <w:t>[10]</w:t>
      </w:r>
    </w:p>
    <w:p>
      <w:r>
        <w:rPr>
          <w:rFonts w:ascii="Gentium Plus" w:hAnsi="Gentium Plus"/>
          <w:sz w:val="24"/>
        </w:rPr>
        <w:t>τεθνηκυῖα. ἅμα δὲ τοῦ τεκεῖν τὴν γυναῖκα τὸ βρέφος, ἐμβαλοῦσα αὐτὸ εἰς τὸ ῥακκίον καὶ κατακαλύψασα παραγίνεται ἐπὶ τὰ βασίλεια Ἀλεξάνδρου καὶ εἶπε τῷ ἀγγέλῳ αὐτοῦ· “μήνυσόν με τῷ βασιλεῖ Ἀλεξάνδρῳ περί τινος πράγματος θαυμαστοῦ, ἐπειδὴ βούλομαι αὐτῷ δεῖξαί τι.” ὁ δὲ Ἀλέξανδρος ἐτύγχανεν ἀναπαυόμενος μέσον ἡμέρας ἐν τῷ κοιτῶνι αὐτοῦ. ὡς δὲ ἠγέρθη, ἤκουσε περὶ</w:t>
      </w:r>
    </w:p>
    <w:p>
      <w:r>
        <w:rPr>
          <w:rFonts w:ascii="Courier New" w:hAnsi="Courier New"/>
          <w:color w:val="555555"/>
          <w:sz w:val="20"/>
        </w:rPr>
        <w:t>[15]</w:t>
      </w:r>
    </w:p>
    <w:p>
      <w:r>
        <w:rPr>
          <w:rFonts w:ascii="Gentium Plus" w:hAnsi="Gentium Plus"/>
          <w:sz w:val="24"/>
        </w:rPr>
        <w:t>τῆς γυναικὸς καὶ ἐκέλευσεν εἰσάγεσθαι αὐτήν. τῆς δὲ ἐλθούσης ἐκέλευσεν ὁ βασιλεὺς ἀποστῆναι πάντας τοὺς παρόντας· καὶ ἐξελθόντων πάντων ἔδειξεν</w:t>
      </w:r>
    </w:p>
    <w:p>
      <w:r>
        <w:rPr>
          <w:rFonts w:ascii="Courier New" w:hAnsi="Courier New"/>
          <w:color w:val="555555"/>
          <w:sz w:val="20"/>
        </w:rPr>
        <w:t>[20]</w:t>
      </w:r>
    </w:p>
    <w:p>
      <w:r>
        <w:rPr>
          <w:rFonts w:ascii="Gentium Plus" w:hAnsi="Gentium Plus"/>
          <w:sz w:val="24"/>
        </w:rPr>
        <w:t>ἐκέλευσε τὴν σύγκρισιν ποιήσασθαι αὐτοὺς περὶ τοῦ σημείου τούτου τοῦ γεννη‐ θέντος, ἐπαγγειλάμενος αὐτοῖς θάνατον, ἐὰν μὴ εἴπωσιν αὐτῷ τὴν ἀλήθειαν. ἦσαν δὲ οἱ ἐπιδοξότατοι καὶ συνετώτατοι τῶν Χαλδαίων πέντε, καὶ ὁ μὲν εἷς κατὰ τέχνην πολὺ διέφερε πάντων, ὃς οὐκ ἐτύγχανε κατὰ τύχην παρεπιδημῶν. οἱ δὲ παρόντες ἔλεγον ἔσεσθαι τοῖς πολέμοις τὸν Ἀλέξανδρον ἰσχυρότερον</w:t>
      </w:r>
    </w:p>
    <w:p>
      <w:r>
        <w:rPr>
          <w:rFonts w:ascii="Courier New" w:hAnsi="Courier New"/>
          <w:color w:val="555555"/>
          <w:sz w:val="20"/>
        </w:rPr>
        <w:t>[25]</w:t>
      </w:r>
    </w:p>
    <w:p>
      <w:r>
        <w:rPr>
          <w:rFonts w:ascii="Gentium Plus" w:hAnsi="Gentium Plus"/>
          <w:sz w:val="24"/>
        </w:rPr>
        <w:t>πάντων, καὶ κατακυριεύσει πάντων τῶν ἀνθρώπων. τὰ δὲ ζῷα τὰ ἀλκιμωδέστατα ἔφασαν εἶναι τὰ ἔθνη ὑποτεταγμένα τῷ ἀνθρωπίνῳ σώματι καὶ τοῦτο σημαίνειν. μετ’ αὐτοὺς δὲ παρεγένετο καὶ ὁ ἕτερος Χαλδαῖος πρὸς Ἀλέξανδρον. καὶ ἰδὼν τὴν διάθεσιν τοῦ σημείου ἀνεβόησε μεγάλως δακρύων καὶ τὰ ἱμάτια αὐτοῦ</w:t>
      </w:r>
    </w:p>
    <w:p>
      <w:r>
        <w:rPr>
          <w:rFonts w:ascii="Courier New" w:hAnsi="Courier New"/>
          <w:color w:val="555555"/>
          <w:sz w:val="20"/>
        </w:rPr>
        <w:t>[30]</w:t>
      </w:r>
    </w:p>
    <w:p>
      <w:r>
        <w:rPr>
          <w:rFonts w:ascii="Gentium Plus" w:hAnsi="Gentium Plus"/>
          <w:sz w:val="24"/>
        </w:rPr>
        <w:t>νίασεν οὐ μετρίως καὶ κελεύει αὐτὸν θαρροῦντα λέγειν τὰ ἐκ τοῦ σημείου θεω‐ ρούμενα. ὁ δὲ λέγει αὐτῷ ταῦτα· “βασιλεῦ, οὐκέτι συγκρίνῃ τοῖς ζῶσιν.” τοῦ δὲ Ἀλεξάνδρου ἀπαιτοῦντος αὐτὸν τὰ τῆς συγκρίσεως τοῦ σημείου ἀπεκρίθη αὐτῷ ταῦτα· “κράτιστε βασιλεῦ πάντων ἀνθρώπων, ὁ μὲν τύπος ὁ ἀνθρώπινος σὺ εἶ. τῶν δὲ θηρίων αἱ μορφαὶ οἱ περὶ σὲ ὄντες εἰσίν. καὶ εἰ μὲν οὖν τὸ ἄνω</w:t>
      </w:r>
    </w:p>
    <w:p>
      <w:r>
        <w:rPr>
          <w:rFonts w:ascii="Courier New" w:hAnsi="Courier New"/>
          <w:color w:val="555555"/>
          <w:sz w:val="20"/>
        </w:rPr>
        <w:t>[35]</w:t>
      </w:r>
    </w:p>
    <w:p>
      <w:r>
        <w:rPr>
          <w:rFonts w:ascii="Gentium Plus" w:hAnsi="Gentium Plus"/>
          <w:sz w:val="24"/>
        </w:rPr>
        <w:t>μέρος ἔζη καὶ ἐν κινήσει ἦν καθάπερ καὶ τὰ ζῷα τὰ ὑπὸ τοῦτο ὄντα 〈...〉. καὶ ὥσπερ οὖν τοῦτο μετέστη ἐκ τοῦ ζῆν, οὕτως καὶ σύ, βασιλεῦ· καὶ ὃν τρόπον τὰ θηρία τὰ ὑπὸ τοῦτο ὄντα, οὕτως καὶ οἱ περὶ σέ· οὔτε γὰρ φρόνησιν ἔχουσιν, ἀλλὰ καὶ ἄγρια τυγχάνουσι πρὸς τοὺς ἀνθρώπους· οὕτως καὶ οἱ περὶ σὲ ὄντες διάκεινται πρός σε.” καὶ ταῦτα εἰπὼν ὁ Χαλδαῖος ἐξῆλθεν. τὸ δὲ βρέφος αὖθις</w:t>
      </w:r>
    </w:p>
    <w:p>
      <w:r>
        <w:rPr>
          <w:rFonts w:ascii="Courier New" w:hAnsi="Courier New"/>
          <w:color w:val="555555"/>
          <w:sz w:val="20"/>
        </w:rPr>
        <w:t>[40]</w:t>
      </w:r>
    </w:p>
    <w:p>
      <w:r>
        <w:rPr>
          <w:rFonts w:ascii="Gentium Plus" w:hAnsi="Gentium Plus"/>
          <w:sz w:val="24"/>
        </w:rPr>
        <w:t>καῆναι εἶπεν ὁ Χαλδαῖος. καὶ ταῦτα ἀκούσας Ἀλέξανδρος τὰ καθ’ ἑαυτοῦ</w:t>
      </w:r>
    </w:p>
    <w:p>
      <w:r>
        <w:rPr>
          <w:rFonts w:ascii="Courier New" w:hAnsi="Courier New"/>
          <w:color w:val="555555"/>
          <w:sz w:val="20"/>
        </w:rPr>
        <w:t>[3 . 31]</w:t>
      </w:r>
    </w:p>
    <w:p>
      <w:r>
        <w:rPr>
          <w:rFonts w:ascii="Gentium Plus" w:hAnsi="Gentium Plus"/>
          <w:sz w:val="24"/>
        </w:rPr>
        <w:t>Τοῦ δὲ Ἀντιπάτρου ἐπαναστάντος Ὀλυμπιάδι τῇ μητρὶ Ἀλεξάνδρου, ἐποίησεν εἰς αὐτὴν ὅπερ ἐβούλετο. καὶ τῆς μητρὸς Ἀλεξάνδρου πλεονάκις γρα‐ φούσης αὐτῷ περὶ τοῦ Ἀντιπάτρου—ἤχθετο γὰρ ὡς μήτηρ περὶ Ἀλεξάνδρου— καὶ βουλομένης αὐτῆς διελθεῖν εἰς τὴν Ἤπειρον, διεκώλυεν αὐτὴν Ἀντίπατρος.</w:t>
      </w:r>
    </w:p>
    <w:p>
      <w:r>
        <w:rPr>
          <w:rFonts w:ascii="Courier New" w:hAnsi="Courier New"/>
          <w:color w:val="555555"/>
          <w:sz w:val="20"/>
        </w:rPr>
        <w:t>[5]</w:t>
      </w:r>
    </w:p>
    <w:p>
      <w:r>
        <w:rPr>
          <w:rFonts w:ascii="Gentium Plus" w:hAnsi="Gentium Plus"/>
          <w:sz w:val="24"/>
        </w:rPr>
        <w:t>τοῦ δὲ Ἀλεξάνδρου δεξαμένου τὰ γράμματα Ὀλυμπιάδος τῆς μητρὸς αὐτοῦ καὶ γνοὺς δι’ αὐτῶν τὴν ἐνεστηκυῖαν τῇ μητρὶ αὐτοῦ λύπην ἀπέστειλε πρὸς τὸν Ἀντίπατρον Καρτερὸν τοὔνομα εἰς Μακεδονίαν ἐπιμελητὴν αὐτῆς γενόμενον. αἰσθόμενος δὲ Ἀντίπατρος τὴν ἐπίνοιαν Ἀλεξάνδρου καὶ τὴν ἄφιξιν Καρτεροῦ καὶ εἰδὼς τοὺς στρατιώτας ἀνακομίζοντας ἀπὸ Ἀλεξάνδρου εἰς Μακεδονίαν</w:t>
      </w:r>
    </w:p>
    <w:p>
      <w:r>
        <w:rPr>
          <w:rFonts w:ascii="Courier New" w:hAnsi="Courier New"/>
          <w:color w:val="555555"/>
          <w:sz w:val="20"/>
        </w:rPr>
        <w:t>[10]</w:t>
      </w:r>
    </w:p>
    <w:p>
      <w:r>
        <w:rPr>
          <w:rFonts w:ascii="Gentium Plus" w:hAnsi="Gentium Plus"/>
          <w:sz w:val="24"/>
        </w:rPr>
        <w:t>καὶ Θεσσαλίαν ἕνεκεν αὐτοῦ, ἐφοβήθη καὶ ἦλθεν εἰς δολοφονίαν Ἀλεξάνδρου, φοβούμενος περὶ ὧν ἔπραξεν εἰς Ὀλυμπιάδα, μήποτε εἰς παραφυλακισμὸν</w:t>
      </w:r>
    </w:p>
    <w:p>
      <w:r>
        <w:rPr>
          <w:rFonts w:ascii="Courier New" w:hAnsi="Courier New"/>
          <w:color w:val="555555"/>
          <w:sz w:val="20"/>
        </w:rPr>
        <w:t>[15]</w:t>
      </w:r>
    </w:p>
    <w:p>
      <w:r>
        <w:rPr>
          <w:rFonts w:ascii="Gentium Plus" w:hAnsi="Gentium Plus"/>
          <w:sz w:val="24"/>
        </w:rPr>
        <w:t>ἀλλ’ εὐθέως ἐρρήγνυτο. ἐν μολυβδίνῃ οὖν πυξίδι βαλὼν τὸ φάρμακον ὁ Ἀντί‐ πατρος καὶ περικαθάψας ἄλλῃ πυξίδι σιδηρᾷ δέδωκε τῷ ἰδίῳ υἱῷ καὶ ἀπέστειλεν εἰς Βαβυλῶνα Ἰούλλῳ τῷ ἐπικέρνῃ Ἀλεξάνδρου τοῦ βασιλέως, συλλαλήσας αὐτῷ ὑπὲρ τῆς τοῦ φαρμάκου δεινότητος καὶ θανατηφόρου δυνάμεως, ὅπως ἐάν τι αὐτῷ ἐν τοῖς πολέμοις ὑπὸ τῶν πολεμίων συμβῇ δεξάμενος τέλος λάβοι.</w:t>
      </w:r>
    </w:p>
    <w:p>
      <w:r>
        <w:rPr>
          <w:rFonts w:ascii="Courier New" w:hAnsi="Courier New"/>
          <w:color w:val="555555"/>
          <w:sz w:val="20"/>
        </w:rPr>
        <w:t>[20]</w:t>
      </w:r>
    </w:p>
    <w:p>
      <w:r>
        <w:rPr>
          <w:rFonts w:ascii="Gentium Plus" w:hAnsi="Gentium Plus"/>
          <w:sz w:val="24"/>
        </w:rPr>
        <w:t>Ἀφικόμενος δὲ ὁ υἱὸς Ἀντιπάτρου εἰς Βαβυλῶνα συνελάλησεν Ἰούλλῳ τῷ ἐπικέρνῃ Ἀλεξάνδρου λάθρα περὶ τῆς τοῦ φαρμάκου δόσεως. τοῦ Ἰούλλου οὖν ἐν λύπῃ φερομένου πρὸς Ἀλέξανδρον—πρὸ ὀλίγων γὰρ ἡμερῶν παραπεσόντος Ἰούλλου ὁ Ἀλέξανδρος ῥάβδῳ κατὰ τῆς κεφαλῆς Ἰούλλῳ δεδωκὼς ἐτραυμά‐</w:t>
      </w:r>
    </w:p>
    <w:p>
      <w:r>
        <w:rPr>
          <w:rFonts w:ascii="Courier New" w:hAnsi="Courier New"/>
          <w:color w:val="555555"/>
          <w:sz w:val="20"/>
        </w:rPr>
        <w:t>[25]</w:t>
      </w:r>
    </w:p>
    <w:p>
      <w:r>
        <w:rPr>
          <w:rFonts w:ascii="Gentium Plus" w:hAnsi="Gentium Plus"/>
          <w:sz w:val="24"/>
        </w:rPr>
        <w:t>Ἀντιπάτρου υἱῷ πρὸς τὸ παρανόμημα. παρέλαβε δὲ σὺν αὐτῷ Ἰοῦλλος Μήδιόν τινα συνηδικημένον αὐτῷ. καὶ διετάξαντο εἰς ἑαυτοὺς πῶς δώσουσι τῷ Ἀλε‐ ξάνδρῳ τὸ φάρμακον πιεῖν. τοῦ δὲ Ἀλεξάνδρου ἀναπαυσαμένου ἐν μιᾷ τῶν ἡμερῶν ἀπὸ δείπνου μεγάλου προσῆλθεν αὐτῷ τῇ ἐπαύριον Μήδιος ἀξιῶν αὐτὸν εἰσελθεῖν εἰς τὴν οἰκίαν αὐτοῦ. καὶ πεισθεὶς Ἀλέξανδρος τῇ τοῦ Μηδίου δεήσει</w:t>
      </w:r>
    </w:p>
    <w:p>
      <w:r>
        <w:rPr>
          <w:rFonts w:ascii="Courier New" w:hAnsi="Courier New"/>
          <w:color w:val="555555"/>
          <w:sz w:val="20"/>
        </w:rPr>
        <w:t>[30]</w:t>
      </w:r>
    </w:p>
    <w:p>
      <w:r>
        <w:rPr>
          <w:rFonts w:ascii="Gentium Plus" w:hAnsi="Gentium Plus"/>
          <w:sz w:val="24"/>
        </w:rPr>
        <w:t>ἧξεν ἐπὶ τὸν δεῖπνον αὐτοῦ. συνανεκλίθησαν δὲ τῷ βασιλεῖ Ἀλεξάνδρῳ 〈...〉 τὸ δὲ μέλλον γίνεσθαι διὰ τοῦ φαρμάκου φόνιον ἐπιβούλευμα Περδίκας μὲν καὶ Πτολεμαῖος καὶ Ὄλκιος καὶ Λυσίμαχος καὶ Εὐμένιος καὶ Κάσσανδρος οὐκ ᾔδεισαν· οἱ δὲ ἄλλοι πάντες οἱ συνανακείμενοι Ἀλεξάνδρῳ μετειλήφασι τῆς παρανόμου πράξεως τοῦ φαρμάκου καὶ συμπεφωνηκότες ἦσαν τῷ Ἰούλλῳ</w:t>
      </w:r>
    </w:p>
    <w:p>
      <w:r>
        <w:rPr>
          <w:rFonts w:ascii="Courier New" w:hAnsi="Courier New"/>
          <w:color w:val="555555"/>
          <w:sz w:val="20"/>
        </w:rPr>
        <w:t>[35]</w:t>
      </w:r>
    </w:p>
    <w:p>
      <w:r>
        <w:rPr>
          <w:rFonts w:ascii="Gentium Plus" w:hAnsi="Gentium Plus"/>
          <w:sz w:val="24"/>
        </w:rPr>
        <w:t>οἰνοχόῳ τοῦ βασιλέως Ἀλεξάνδρου δεδωκότες ὅρκους ἀλλήλοις. ἐπεθύμουν γὰρ ἤδη πραγμάτων τοῦ Ἀλεξάνδρου. τοῦ δὲ Ἀλεξάνδρου συνανακλιθέντος αὐτοῖς</w:t>
      </w:r>
    </w:p>
    <w:p>
      <w:r>
        <w:rPr>
          <w:rFonts w:ascii="Courier New" w:hAnsi="Courier New"/>
          <w:color w:val="555555"/>
          <w:sz w:val="20"/>
        </w:rPr>
        <w:t>[40]</w:t>
      </w:r>
    </w:p>
    <w:p>
      <w:r>
        <w:rPr>
          <w:rFonts w:ascii="Gentium Plus" w:hAnsi="Gentium Plus"/>
          <w:sz w:val="24"/>
        </w:rPr>
        <w:t>πιὼν ἐξαίφνης ἀνεβόησεν ὡς τόξῳ πεπληγὼς διὰ τοῦ ἥπατος. μικρὸν δὲ ἐπισχὼν χρόνον καὶ τὴν ὀδύνην καρτερήσας ἀπῄει πρὸς ἑαυτόν, ἐντειλάμενος τοῖς παροῦ‐ σιν ἐπὶ τὸ δεῖπνον μένειν.</w:t>
      </w:r>
    </w:p>
    <w:p>
      <w:r>
        <w:rPr>
          <w:rFonts w:ascii="Courier New" w:hAnsi="Courier New"/>
          <w:color w:val="555555"/>
          <w:sz w:val="20"/>
        </w:rPr>
        <w:t>[42]</w:t>
      </w:r>
    </w:p>
    <w:p>
      <w:r>
        <w:rPr>
          <w:rFonts w:ascii="Gentium Plus" w:hAnsi="Gentium Plus"/>
          <w:sz w:val="24"/>
        </w:rPr>
      </w:r>
    </w:p>
    <w:p>
      <w:r>
        <w:rPr>
          <w:rFonts w:ascii="Courier New" w:hAnsi="Courier New"/>
          <w:color w:val="555555"/>
          <w:sz w:val="20"/>
        </w:rPr>
        <w:t>[3 . 32]</w:t>
      </w:r>
    </w:p>
    <w:p>
      <w:r>
        <w:rPr>
          <w:rFonts w:ascii="Gentium Plus" w:hAnsi="Gentium Plus"/>
          <w:sz w:val="24"/>
        </w:rPr>
        <w:t>Οἱ δὲ ἀγωνιάσαντες διέλυσαν παραχρῆμα τὸ δεῖπνον· ἔξωθεν δὲ ἀπεκαρα‐ δόκουν τὸ συμβησόμενον. ὁ δὲ Ἀλέξανδρος ἑαυτὸν προιέμενος εἶπεν· “ὦ Ῥω‐ ξάνη, μικρὸν ἐμοὶ χάρισαι σεαυτήν.” καὶ ὑπ’ αὐτῆς κατεχόμενος ἀπῆλθεν εἰς τὸ παλάτιον αὐτοῦ καὶ κατεκλίθη.</w:t>
      </w:r>
    </w:p>
    <w:p>
      <w:r>
        <w:rPr>
          <w:rFonts w:ascii="Courier New" w:hAnsi="Courier New"/>
          <w:color w:val="555555"/>
          <w:sz w:val="20"/>
        </w:rPr>
        <w:t>[5]</w:t>
      </w:r>
    </w:p>
    <w:p>
      <w:r>
        <w:rPr>
          <w:rFonts w:ascii="Gentium Plus" w:hAnsi="Gentium Plus"/>
          <w:sz w:val="24"/>
        </w:rPr>
        <w:t>Ἡμέρας δὲ γενομένης ἐκέλευσε Περδίκαν καὶ Πτολεμαῖον καὶ Λυσίμαχον</w:t>
      </w:r>
    </w:p>
    <w:p>
      <w:r>
        <w:rPr>
          <w:rFonts w:ascii="Courier New" w:hAnsi="Courier New"/>
          <w:color w:val="555555"/>
          <w:sz w:val="20"/>
        </w:rPr>
        <w:t>[10]</w:t>
      </w:r>
    </w:p>
    <w:p>
      <w:r>
        <w:rPr>
          <w:rFonts w:ascii="Gentium Plus" w:hAnsi="Gentium Plus"/>
          <w:sz w:val="24"/>
        </w:rPr>
        <w:t>θορύβου προσῆλθεν αὐτῷ Περδίκας καὶ ἐδίδαξεν αὐτὸν τὸ λεγόμενον ὑπὸ τῶν Μακεδόνων. προσέταξε δὲ Ἀλέξανδρος τὴν κλίνην αὐτοῦ ἐπαρθῆναι εἰς ἕνα τόπον, ὥστε πᾶσαν τὴν δύναμιν τῶν στρατευμάτων παραπορευομένους ὁρᾶν αὐτόν, εἰσάγειν δὲ μόνους 〈Μακεδόνασ〉 καὶ δι’ ἑτέρας θύρας ἐξάγειν. ποιήσαν‐ τος δὲ τοῦ Περδίκα τὰ προσταχθέντα ὑπὸ Ἀλεξάνδρου τοῦ βασιλέως εἰσε‐</w:t>
      </w:r>
    </w:p>
    <w:p>
      <w:r>
        <w:rPr>
          <w:rFonts w:ascii="Courier New" w:hAnsi="Courier New"/>
          <w:color w:val="555555"/>
          <w:sz w:val="20"/>
        </w:rPr>
        <w:t>[15]</w:t>
      </w:r>
    </w:p>
    <w:p>
      <w:r>
        <w:rPr>
          <w:rFonts w:ascii="Gentium Plus" w:hAnsi="Gentium Plus"/>
          <w:sz w:val="24"/>
        </w:rPr>
        <w:t>πορεύοντο οἱ Μακεδόνες μόνοι καὶ ἐθεώρουν αὐτόν. καὶ οὐκ ἦν ὃς οὐκ ἐδάκρυε τηλικοῦτον βασιλέα Ἀλέξανδρον κατακείμενον κλίνῃ ἡμιθανῆ. ἀνὴρ δέ τις ἐξ αὐτῶν τῷ μὲν εἴδει οὐκ ἀπρεπής, ἰδιώτης δέ, ἐλθὼν πλησίον τῆς κλίνης Ἀλε‐ ξάνδρου εἶπεν· “ἐπ’ ἀγαθῷ μέν, Ἀλέξανδρε βασιλεῦ, Φίλιππος ὁ πατήρ σου</w:t>
      </w:r>
    </w:p>
    <w:p>
      <w:r>
        <w:rPr>
          <w:rFonts w:ascii="Courier New" w:hAnsi="Courier New"/>
          <w:color w:val="555555"/>
          <w:sz w:val="20"/>
        </w:rPr>
        <w:t>[20]</w:t>
      </w:r>
    </w:p>
    <w:p>
      <w:r>
        <w:rPr>
          <w:rFonts w:ascii="Gentium Plus" w:hAnsi="Gentium Plus"/>
          <w:sz w:val="24"/>
        </w:rPr>
        <w:t>οὖν ἡμᾶς σὺν σοὶ ἀποθανεῖν τῷ ποιήσαντι Μακεδονίαν πόλιν ἐλευθέραν.” ὁ δὲ Ἀλέξανδρος δακρύσας ἐξέτεινε τὴν δεξιὰν αὐτοῦ χεῖρα ἔμφασιν ποιούμενος παρακλήσεως.</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[3 . 33]</w:t>
      </w:r>
    </w:p>
    <w:p>
      <w:r>
        <w:rPr>
          <w:rFonts w:ascii="Gentium Plus" w:hAnsi="Gentium Plus"/>
          <w:sz w:val="24"/>
        </w:rPr>
        <w:t>Καὶ κελεύσας εἰσελθεῖν ὑπομνηματογράφον εἶπε περὶ Ῥωξάνης τῆς γυναικὸς αὐτοῦ· “Ἐὰν γένηταί μοι ἐκ Ῥωξάνης τῆς ἐμῆς γυναικὸς ἀρρενικόν, ἐκεῖνος βασιλευέτω Μακεδόσιν· ἐὰν δὲ θῆλυ γένηται, ἑλέσθωσαν ὃν ἐὰν βούλωνται βασιλέα.” ταῦτα καὶ ἄλλα πολλὰ εἰπόντος τοῦ Ἀλεξάνδρου ἐγένετο περὶ τὸν</w:t>
      </w:r>
    </w:p>
    <w:p>
      <w:r>
        <w:rPr>
          <w:rFonts w:ascii="Courier New" w:hAnsi="Courier New"/>
          <w:color w:val="555555"/>
          <w:sz w:val="20"/>
        </w:rPr>
        <w:t>[5]</w:t>
      </w:r>
    </w:p>
    <w:p>
      <w:r>
        <w:rPr>
          <w:rFonts w:ascii="Gentium Plus" w:hAnsi="Gentium Plus"/>
          <w:sz w:val="24"/>
        </w:rPr>
        <w:t>ἀέρα ὁμίχλη καὶ ἐφάνη μέγας ἀστὴρ κατερχόμενος ἐκ τοῦ οὐρανοῦ ἐπὶ τὴν θάλασ‐ σαν καὶ σὺν αὐτῷ ἀετός· καὶ τὸ ἄγαλμα Βαβυλῶνος, ὃ ἐκάλουν Διός, ἐκινήθη. ὁ δὲ ἀστὴρ πάλιν ἀνῆλθεν εἰς τὸν οὐρανόν. ἠκολούθησε δὲ αὐτῷ καὶ ὁ ἀετός. κρυβέντος δὲ τοῦ ἀστέρος εἰς τὸν οὐρανὸν εὐθέως ἐκοιμήθη Ἀλέξανδρος τὸν</w:t>
      </w:r>
    </w:p>
    <w:p>
      <w:r>
        <w:rPr>
          <w:rFonts w:ascii="Courier New" w:hAnsi="Courier New"/>
          <w:color w:val="555555"/>
          <w:sz w:val="20"/>
        </w:rPr>
        <w:t>[3 . 34]</w:t>
      </w:r>
    </w:p>
    <w:p>
      <w:r>
        <w:rPr>
          <w:rFonts w:ascii="Gentium Plus" w:hAnsi="Gentium Plus"/>
          <w:sz w:val="24"/>
        </w:rPr>
        <w:t>Οἱ δὲ Πέρσαι ἐμάχοντο μετὰ τῶν Μακεδόνων βουλόμενοι τὸν Ἀλέξανδρον ἀνακομίσασθαι καὶ Μίθραν ἀναγορεῦσαι. οἱ δὲ Μακεδόνες ἀντεποιοῦντο βου‐ λόμενοι ἀναλαβεῖν αὐτὸν εἰς Μακεδονίαν. λέγει αὐτοῖς Φίλιππος ὁ Πτολε‐ μαῖος· “ἔστι μαντεῖον τοῦ Βαβυλωνίου Διός. παρ’ αὐτῷ οὖν ληψώμεθα χρησμὸν</w:t>
      </w:r>
    </w:p>
    <w:p>
      <w:r>
        <w:rPr>
          <w:rFonts w:ascii="Courier New" w:hAnsi="Courier New"/>
          <w:color w:val="555555"/>
          <w:sz w:val="20"/>
        </w:rPr>
        <w:t>[5]</w:t>
      </w:r>
    </w:p>
    <w:p>
      <w:r>
        <w:rPr>
          <w:rFonts w:ascii="Gentium Plus" w:hAnsi="Gentium Plus"/>
          <w:sz w:val="24"/>
        </w:rPr>
        <w:t>τοῦ σώματος Ἀλεξάνδρου, ποῦ ἂν καταστήσωμεν αὐτό.” ἐχρημάτισε δὲ αὐτοῖς ὁ τοῦ Διὸς χρησμὸς οὕτως· “ἐγὼ φράσω τὰ συμφέροντα πᾶσιν. ἔστι πόλις ἐν Αἰγύπτῳ τοὔνομα Μέμφη· κἀκεῖ δεῖ ἐνθρονίζειν τοῦτον.” Τοῦ δὲ χρησμοῦ δοθέντος οὐδεὶς οὐκέτι ἐλάλησεν, ἀλλὰ συνεχώρουν τῷ Πτολεμαίῳ βαδίζειν καὶ κομίζειν αὐτὸν ἐν μολυβδίνῃ λάρνακι ἐν Μέμφῃ τῇ</w:t>
      </w:r>
    </w:p>
    <w:p>
      <w:r>
        <w:rPr>
          <w:rFonts w:ascii="Courier New" w:hAnsi="Courier New"/>
          <w:color w:val="555555"/>
          <w:sz w:val="20"/>
        </w:rPr>
        <w:t>[10]</w:t>
      </w:r>
    </w:p>
    <w:p>
      <w:r>
        <w:rPr>
          <w:rFonts w:ascii="Gentium Plus" w:hAnsi="Gentium Plus"/>
          <w:sz w:val="24"/>
        </w:rPr>
        <w:t>πόλει ἐσμυρνισμένον. θέμενος δὲ αὐτὸν ὁ Πτολεμαῖος ἐπὶ ἁμάξῃ τὴν πορείαν</w:t>
      </w:r>
    </w:p>
    <w:p>
      <w:r>
        <w:rPr>
          <w:rFonts w:ascii="Courier New" w:hAnsi="Courier New"/>
          <w:color w:val="555555"/>
          <w:sz w:val="20"/>
        </w:rPr>
        <w:t>[15]</w:t>
      </w:r>
    </w:p>
    <w:p>
      <w:r>
        <w:rPr>
          <w:rFonts w:ascii="Gentium Plus" w:hAnsi="Gentium Plus"/>
          <w:sz w:val="24"/>
        </w:rPr>
        <w:t>ἐκείνη πολέμοις καὶ μάχαις ταραττομένη.” εὐθέως οὖν ὁ Πτολεμαῖος ἄγει αὐτὸν ἐν Ἀλεξανδρείᾳ καὶ ποιεῖ τάφον ἐν τῷ ἱερῷ τῷ καλουμένῳ Σῶμα Ἀλε‐ ξάνδρου· κἀκεῖ τὸ λείψανον Ἀλεξάνδρου καθίδρυσεν.</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[3 . 35]</w:t>
      </w:r>
    </w:p>
    <w:p>
      <w:r>
        <w:rPr>
          <w:rFonts w:ascii="Gentium Plus" w:hAnsi="Gentium Plus"/>
          <w:sz w:val="24"/>
        </w:rPr>
        <w:t>Ἔζησε δὲ ὁ Ἀλέξανδρος ἔτη λβʹ. ἐβίωσε δὲ οὕτως· ἀπὸ κʹ ἐτῶν ἐβασίλευσεν. ἐπολέμησε δὲ ἔτη ιβʹ, πολεμῶν δὲ ἐνίκησεν. ὑπέταξε δὲ βαρβάρων ἔθνη κβʹ,</w:t>
      </w:r>
    </w:p>
    <w:p>
      <w:r>
        <w:rPr>
          <w:rFonts w:ascii="Courier New" w:hAnsi="Courier New"/>
          <w:color w:val="555555"/>
          <w:sz w:val="20"/>
        </w:rPr>
        <w:t>[5]</w:t>
      </w:r>
    </w:p>
    <w:p>
      <w:r>
        <w:rPr>
          <w:rFonts w:ascii="Gentium Plus" w:hAnsi="Gentium Plus"/>
          <w:sz w:val="24"/>
        </w:rPr>
        <w:t>τὴν Κράτιστον, Ἀλεξάνδρειαν τὴν Σκυθίαν, Ἀλεξάνδρειαν τὴν ἐπὶ Κρηπῖδος ποταμοῦ, Ἀλεξάνδρειαν τὴν ἐπὶ Τρωάδος, Ἀλεξάνδρειαν τὴν ἐπὶ Βαβυλῶνος, Ἀλεξάνδρειαν τὴν ἐπὶ Πέρσαις, Ἀλεξάνδρειαν τὴν ἐπὶ 〈Βου〉κέφαλον ἵππον, Ἀλεξάνδρειαν τὴν ἐπὶ Πώρου, Ἀλεξάνδρειαν τὴν ἐπὶ τὸν Τίγριν ποταμόν, Ἀλεξάνδρειαν τὴν ἐπὶ Μασσαγέτας καλουμένην.</w:t>
      </w:r>
    </w:p>
    <w:p>
      <w:r>
        <w:rPr>
          <w:rFonts w:ascii="Courier New" w:hAnsi="Courier New"/>
          <w:color w:val="555555"/>
          <w:sz w:val="20"/>
        </w:rPr>
        <w:t>[10]</w:t>
      </w:r>
    </w:p>
    <w:p>
      <w:r>
        <w:rPr>
          <w:rFonts w:ascii="Gentium Plus" w:hAnsi="Gentium Plus"/>
          <w:sz w:val="24"/>
        </w:rPr>
        <w:t>Ἐγεννήθη μὲν ὁ Ἀλέξανδρος μηνὶ Ἰαννουαρίῳ νεομηνίᾳ, ἀνατολῆς οὔσης ἡλίου, ἐτελεύτησε δὲ μηνὶ Ἀπριλλίῳ νεομηνίᾳ, δύσεως οὔσης ἡλίου. καὶ ἐκά‐ λεσαν τὴν ἡμέραν τῆς τελευτῆς αὐτοῦ νεομαγα (?) διὰ τὸ τὸν Ἀλέξανδρον</w:t>
      </w:r>
    </w:p>
    <w:p>
      <w:r>
        <w:rPr>
          <w:rFonts w:ascii="Courier New" w:hAnsi="Courier New"/>
          <w:color w:val="555555"/>
          <w:sz w:val="20"/>
        </w:rPr>
        <w:t>[15]</w:t>
      </w:r>
    </w:p>
    <w:p>
      <w:r>
        <w:rPr>
          <w:rFonts w:ascii="Gentium Plus" w:hAnsi="Gentium Plus"/>
          <w:sz w:val="24"/>
        </w:rPr>
        <w:t>ἔτει τῆς βασιλείας Ἄχαζ πρώτη Ὀλυμπιὰς ἤρξατο. ἀπὸ δὲ τῆς τελευτῆς Ἀλεξάνδρου ἕως τῆς τοῦ θεοῦ λόγου ἐκ παρθένου σαρκώσεως ἔτη τριακόσια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