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Ἄλεξις ὁ κωμικός</w:t>
      </w:r>
      <w:r>
        <w:br/>
      </w:r>
      <w:r>
        <w:rPr>
          <w:i/>
          <w:color w:val="666666"/>
          <w:sz w:val="28"/>
        </w:rPr>
        <w:t>by Alexis Comic Poet</w:t>
      </w:r>
    </w:p>
    <w:p/>
    <w:p>
      <w:r>
        <w:rPr>
          <w:rFonts w:ascii="Courier New" w:hAnsi="Courier New"/>
          <w:color w:val="555555"/>
          <w:sz w:val="20"/>
        </w:rPr>
        <w:t>[tit 1]</w:t>
      </w:r>
    </w:p>
    <w:p>
      <w:r>
        <w:rPr>
          <w:rFonts w:ascii="Gentium Plus" w:hAnsi="Gentium Plus"/>
          <w:sz w:val="24"/>
        </w:rPr>
        <w:t>ΑΓΚΥΛΙΩΝ</w:t>
      </w:r>
    </w:p>
    <w:p>
      <w:r>
        <w:rPr>
          <w:rFonts w:ascii="Courier New" w:hAnsi="Courier New"/>
          <w:color w:val="555555"/>
          <w:sz w:val="20"/>
        </w:rPr>
        <w:t>[1]</w:t>
      </w:r>
    </w:p>
    <w:p>
      <w:r>
        <w:rPr>
          <w:rFonts w:ascii="Gentium Plus" w:hAnsi="Gentium Plus"/>
          <w:sz w:val="24"/>
        </w:rPr>
        <w:t>λέγεις περὶ ὧν οὐκ οἶσθα· συγγενοῦ τρέχων Πλάτωνι, καὶ γνώσει λίτρον καὶ κρόμμυον.</w:t>
      </w:r>
    </w:p>
    <w:p>
      <w:r>
        <w:rPr>
          <w:rFonts w:ascii="Courier New" w:hAnsi="Courier New"/>
          <w:color w:val="555555"/>
          <w:sz w:val="20"/>
        </w:rPr>
        <w:t>[tit 2-6]</w:t>
      </w:r>
    </w:p>
    <w:p>
      <w:r>
        <w:rPr>
          <w:rFonts w:ascii="Gentium Plus" w:hAnsi="Gentium Plus"/>
          <w:sz w:val="24"/>
        </w:rPr>
        <w:t>ΑΓΩΝΙΣ Η ΙΠΠΙΣΚΟΣ</w:t>
      </w:r>
    </w:p>
    <w:p>
      <w:r>
        <w:rPr>
          <w:rFonts w:ascii="Courier New" w:hAnsi="Courier New"/>
          <w:color w:val="555555"/>
          <w:sz w:val="20"/>
        </w:rPr>
        <w:t>[2]</w:t>
      </w:r>
    </w:p>
    <w:p>
      <w:r>
        <w:rPr>
          <w:rFonts w:ascii="Gentium Plus" w:hAnsi="Gentium Plus"/>
          <w:sz w:val="24"/>
        </w:rPr>
        <w:t>ἀπήντων τῷ ξένῳ, εἰς τὴν κατάλυσιν ησονην αἴθων ἀνήρ· τοῖς παισί τ’ εἶπα, δύο γὰρ ἦγον οἴκοθεν, τἀκπώματ’ εἰς τὸ φανερὸν ἐκνενιτρωμένα</w:t>
      </w:r>
    </w:p>
    <w:p>
      <w:r>
        <w:rPr>
          <w:rFonts w:ascii="Courier New" w:hAnsi="Courier New"/>
          <w:color w:val="555555"/>
          <w:sz w:val="20"/>
        </w:rPr>
        <w:t>[5]</w:t>
      </w:r>
    </w:p>
    <w:p>
      <w:r>
        <w:rPr>
          <w:rFonts w:ascii="Gentium Plus" w:hAnsi="Gentium Plus"/>
          <w:sz w:val="24"/>
        </w:rPr>
        <w:t>θεῖναι. κύαθος δ’ ἦν ἀργυροῦς, τἀκπώματα</w:t>
      </w:r>
    </w:p>
    <w:p>
      <w:r>
        <w:rPr>
          <w:rFonts w:ascii="Courier New" w:hAnsi="Courier New"/>
          <w:color w:val="555555"/>
          <w:sz w:val="20"/>
        </w:rPr>
        <w:t>[3]</w:t>
      </w:r>
    </w:p>
    <w:p>
      <w:r>
        <w:rPr>
          <w:rFonts w:ascii="Gentium Plus" w:hAnsi="Gentium Plus"/>
          <w:sz w:val="24"/>
        </w:rPr>
        <w:t>ὦ μῆτερ, ἱκετεύω σε, μὴ ’πίσειέ μοι τὸν Μισγόλαν· οὐ γὰρ κιθαρῳδός εἰμ’ ἐγώ.</w:t>
      </w:r>
    </w:p>
    <w:p>
      <w:r>
        <w:rPr>
          <w:rFonts w:ascii="Courier New" w:hAnsi="Courier New"/>
          <w:color w:val="555555"/>
          <w:sz w:val="20"/>
        </w:rPr>
        <w:t>[4]</w:t>
      </w:r>
    </w:p>
    <w:p>
      <w:r>
        <w:rPr>
          <w:rFonts w:ascii="Gentium Plus" w:hAnsi="Gentium Plus"/>
          <w:sz w:val="24"/>
        </w:rPr>
        <w:t>ὁ τρίτος οὗτος δ’ ἔχει σύκων κυλιστὸν στέφανον· ἀλλ’ ἔχαιρε καὶ</w:t>
      </w:r>
    </w:p>
    <w:p>
      <w:r>
        <w:rPr>
          <w:rFonts w:ascii="Courier New" w:hAnsi="Courier New"/>
          <w:color w:val="555555"/>
          <w:sz w:val="20"/>
        </w:rPr>
        <w:t>[5]</w:t>
      </w:r>
    </w:p>
    <w:p>
      <w:r>
        <w:rPr>
          <w:rFonts w:ascii="Gentium Plus" w:hAnsi="Gentium Plus"/>
          <w:sz w:val="24"/>
        </w:rPr>
        <w:t>μεστὴν ἀκράτου θηρίκλειον ἔσπασεν κοίλην ὑπερθύουσαν.</w:t>
      </w:r>
    </w:p>
    <w:p>
      <w:r>
        <w:rPr>
          <w:rFonts w:ascii="Courier New" w:hAnsi="Courier New"/>
          <w:color w:val="555555"/>
          <w:sz w:val="20"/>
        </w:rPr>
        <w:t>[tit 7]</w:t>
      </w:r>
    </w:p>
    <w:p>
      <w:r>
        <w:rPr>
          <w:rFonts w:ascii="Gentium Plus" w:hAnsi="Gentium Plus"/>
          <w:sz w:val="24"/>
        </w:rPr>
        <w:t>ΑΔΕΛΦΟΙ</w:t>
      </w:r>
    </w:p>
    <w:p>
      <w:r>
        <w:rPr>
          <w:rFonts w:ascii="Courier New" w:hAnsi="Courier New"/>
          <w:color w:val="555555"/>
          <w:sz w:val="20"/>
        </w:rPr>
        <w:t>[7]</w:t>
      </w:r>
    </w:p>
    <w:p>
      <w:r>
        <w:rPr>
          <w:rFonts w:ascii="Gentium Plus" w:hAnsi="Gentium Plus"/>
          <w:sz w:val="24"/>
        </w:rPr>
        <w:t>ἐγὼ δέδωκα γάρ τι ταύταις; εἰπέ μοι. Β. οὐκ ἀλλ’ ἀπέδωκας ἐνέχυρον δήπου λαβών.</w:t>
      </w:r>
    </w:p>
    <w:p>
      <w:r>
        <w:rPr>
          <w:rFonts w:ascii="Courier New" w:hAnsi="Courier New"/>
          <w:color w:val="555555"/>
          <w:sz w:val="20"/>
        </w:rPr>
        <w:t>[tit 8]</w:t>
      </w:r>
    </w:p>
    <w:p>
      <w:r>
        <w:rPr>
          <w:rFonts w:ascii="Gentium Plus" w:hAnsi="Gentium Plus"/>
          <w:sz w:val="24"/>
        </w:rPr>
        <w:t>ΑΙΠΟΛΟΙ</w:t>
      </w:r>
    </w:p>
    <w:p>
      <w:r>
        <w:rPr>
          <w:rFonts w:ascii="Courier New" w:hAnsi="Courier New"/>
          <w:color w:val="555555"/>
          <w:sz w:val="20"/>
        </w:rPr>
        <w:t>[tit 9]</w:t>
      </w:r>
    </w:p>
    <w:p>
      <w:r>
        <w:rPr>
          <w:rFonts w:ascii="Gentium Plus" w:hAnsi="Gentium Plus"/>
          <w:sz w:val="24"/>
        </w:rPr>
        <w:t>ΑΙΣΩΠΟΣ</w:t>
      </w:r>
    </w:p>
    <w:p>
      <w:r>
        <w:rPr>
          <w:rFonts w:ascii="Courier New" w:hAnsi="Courier New"/>
          <w:color w:val="555555"/>
          <w:sz w:val="20"/>
        </w:rPr>
        <w:t>[9]</w:t>
      </w:r>
    </w:p>
    <w:p>
      <w:r>
        <w:rPr>
          <w:rFonts w:ascii="Gentium Plus" w:hAnsi="Gentium Plus"/>
          <w:sz w:val="24"/>
        </w:rPr>
        <w:t>κομψόν γε τοῦτ’ ἐστὶν παρ’ ὑμῖν, ὦ Σόλων, ἐν ταῖς Ἀθήναις, δεξιῶς θ’ εὑρημένον. Σ. τὸ ποῖον; Α. ἐν τοῖς συμποσίοις οὐ πίνετε</w:t>
      </w:r>
    </w:p>
    <w:p>
      <w:r>
        <w:rPr>
          <w:rFonts w:ascii="Courier New" w:hAnsi="Courier New"/>
          <w:color w:val="555555"/>
          <w:sz w:val="20"/>
        </w:rPr>
        <w:t>[5]</w:t>
      </w:r>
    </w:p>
    <w:p>
      <w:r>
        <w:rPr>
          <w:rFonts w:ascii="Gentium Plus" w:hAnsi="Gentium Plus"/>
          <w:sz w:val="24"/>
        </w:rPr>
        <w:t>ἐν ταῖς ἁμάξαις εὐθέως κεκραμένον, οὐχ ἵνα τι κερδαίνωσι, τῶν δ’ ὠνουμένων προνοούμενοι, τοῦ τὰς κεφαλὰς ὑγιεῖς ἔχειν ἐκ κραιπάλης. τοῦτ’ ἔσθ’, ὁρᾷς, Ἑλληνικὸς πότος, μετρίοισι χρωμένους ποτηρίοις</w:t>
      </w:r>
    </w:p>
    <w:p>
      <w:r>
        <w:rPr>
          <w:rFonts w:ascii="Courier New" w:hAnsi="Courier New"/>
          <w:color w:val="555555"/>
          <w:sz w:val="20"/>
        </w:rPr>
        <w:t>[10]</w:t>
      </w:r>
    </w:p>
    <w:p>
      <w:r>
        <w:rPr>
          <w:rFonts w:ascii="Gentium Plus" w:hAnsi="Gentium Plus"/>
          <w:sz w:val="24"/>
        </w:rPr>
        <w:t>λαλεῖν τι καὶ ληρεῖν πρὸς αὑτοὺς ἡδέως· τὸ μὲν γὰρ ἕτερον λουτρόν ἐστιν, οὐ πότος, ψυκτῆρι πίνειν καὶ κάδοις. Α. θάνατος μὲν οὖν.</w:t>
      </w:r>
    </w:p>
    <w:p>
      <w:r>
        <w:rPr>
          <w:rFonts w:ascii="Courier New" w:hAnsi="Courier New"/>
          <w:color w:val="555555"/>
          <w:sz w:val="20"/>
        </w:rPr>
        <w:t>[tit 10]</w:t>
      </w:r>
    </w:p>
    <w:p>
      <w:r>
        <w:rPr>
          <w:rFonts w:ascii="Gentium Plus" w:hAnsi="Gentium Plus"/>
          <w:sz w:val="24"/>
        </w:rPr>
        <w:t>ΑΙΧΜΑΛΩΤΟΣ</w:t>
      </w:r>
    </w:p>
    <w:p>
      <w:r>
        <w:rPr>
          <w:rFonts w:ascii="Courier New" w:hAnsi="Courier New"/>
          <w:color w:val="555555"/>
          <w:sz w:val="20"/>
        </w:rPr>
        <w:t>[10]</w:t>
      </w:r>
    </w:p>
    <w:p>
      <w:r>
        <w:rPr>
          <w:rFonts w:ascii="Gentium Plus" w:hAnsi="Gentium Plus"/>
          <w:sz w:val="24"/>
        </w:rPr>
        <w:t>ἡμίκακον</w:t>
      </w:r>
    </w:p>
    <w:p>
      <w:r>
        <w:rPr>
          <w:rFonts w:ascii="Courier New" w:hAnsi="Courier New"/>
          <w:color w:val="555555"/>
          <w:sz w:val="20"/>
        </w:rPr>
        <w:t>[tit,ante 11]</w:t>
      </w:r>
    </w:p>
    <w:p>
      <w:r>
        <w:rPr>
          <w:rFonts w:ascii="Gentium Plus" w:hAnsi="Gentium Plus"/>
          <w:sz w:val="24"/>
        </w:rPr>
        <w:t>ΑΛΕΙΠΤΡΙΑ</w:t>
      </w:r>
    </w:p>
    <w:p>
      <w:r>
        <w:rPr>
          <w:rFonts w:ascii="Courier New" w:hAnsi="Courier New"/>
          <w:color w:val="555555"/>
          <w:sz w:val="20"/>
        </w:rPr>
        <w:t>[tit 11-12]</w:t>
      </w:r>
    </w:p>
    <w:p>
      <w:r>
        <w:rPr>
          <w:rFonts w:ascii="Gentium Plus" w:hAnsi="Gentium Plus"/>
          <w:sz w:val="24"/>
        </w:rPr>
        <w:t>ΑΜΠΕΛΟΥΡΓΟΣ</w:t>
      </w:r>
    </w:p>
    <w:p>
      <w:r>
        <w:rPr>
          <w:rFonts w:ascii="Courier New" w:hAnsi="Courier New"/>
          <w:color w:val="555555"/>
          <w:sz w:val="20"/>
        </w:rPr>
        <w:t>[11]</w:t>
      </w:r>
    </w:p>
    <w:p>
      <w:r>
        <w:rPr>
          <w:rFonts w:ascii="Gentium Plus" w:hAnsi="Gentium Plus"/>
          <w:sz w:val="24"/>
        </w:rPr>
        <w:t>ἀναδενδράς</w:t>
      </w:r>
    </w:p>
    <w:p>
      <w:r>
        <w:rPr>
          <w:rFonts w:ascii="Courier New" w:hAnsi="Courier New"/>
          <w:color w:val="555555"/>
          <w:sz w:val="20"/>
        </w:rPr>
        <w:t>[12]</w:t>
      </w:r>
    </w:p>
    <w:p>
      <w:r>
        <w:rPr>
          <w:rFonts w:ascii="Gentium Plus" w:hAnsi="Gentium Plus"/>
          <w:sz w:val="24"/>
        </w:rPr>
        <w:t>ἀπολογηθῆναι</w:t>
      </w:r>
    </w:p>
    <w:p>
      <w:r>
        <w:rPr>
          <w:rFonts w:ascii="Courier New" w:hAnsi="Courier New"/>
          <w:color w:val="555555"/>
          <w:sz w:val="20"/>
        </w:rPr>
        <w:t>[tit 13-14]</w:t>
      </w:r>
    </w:p>
    <w:p>
      <w:r>
        <w:rPr>
          <w:rFonts w:ascii="Gentium Plus" w:hAnsi="Gentium Plus"/>
          <w:sz w:val="24"/>
        </w:rPr>
        <w:t>ΑΜΦΩΤΙΣ</w:t>
      </w:r>
    </w:p>
    <w:p>
      <w:r>
        <w:rPr>
          <w:rFonts w:ascii="Courier New" w:hAnsi="Courier New"/>
          <w:color w:val="555555"/>
          <w:sz w:val="20"/>
        </w:rPr>
        <w:t>[13]</w:t>
      </w:r>
    </w:p>
    <w:p>
      <w:r>
        <w:rPr>
          <w:rFonts w:ascii="Gentium Plus" w:hAnsi="Gentium Plus"/>
          <w:sz w:val="24"/>
        </w:rPr>
        <w:t>ὀνοκόπος τῶν τοὺς ἀλέτωνας τῶνδε κοπτόντων ὄνους.</w:t>
      </w:r>
    </w:p>
    <w:p>
      <w:r>
        <w:rPr>
          <w:rFonts w:ascii="Courier New" w:hAnsi="Courier New"/>
          <w:color w:val="555555"/>
          <w:sz w:val="20"/>
        </w:rPr>
        <w:t>[14]</w:t>
      </w:r>
    </w:p>
    <w:p>
      <w:r>
        <w:rPr>
          <w:rFonts w:ascii="Gentium Plus" w:hAnsi="Gentium Plus"/>
          <w:sz w:val="24"/>
        </w:rPr>
        <w:t>μετάβα</w:t>
      </w:r>
    </w:p>
    <w:p>
      <w:r>
        <w:rPr>
          <w:rFonts w:ascii="Courier New" w:hAnsi="Courier New"/>
          <w:color w:val="555555"/>
          <w:sz w:val="20"/>
        </w:rPr>
        <w:t>[tit,ante 15]</w:t>
      </w:r>
    </w:p>
    <w:p>
      <w:r>
        <w:rPr>
          <w:rFonts w:ascii="Gentium Plus" w:hAnsi="Gentium Plus"/>
          <w:sz w:val="24"/>
        </w:rPr>
        <w:t>ΑΝΤΕΙΑ</w:t>
      </w:r>
    </w:p>
    <w:p>
      <w:r>
        <w:rPr>
          <w:rFonts w:ascii="Courier New" w:hAnsi="Courier New"/>
          <w:color w:val="555555"/>
          <w:sz w:val="20"/>
        </w:rPr>
        <w:t>[tit 15-18]</w:t>
      </w:r>
    </w:p>
    <w:p>
      <w:r>
        <w:rPr>
          <w:rFonts w:ascii="Gentium Plus" w:hAnsi="Gentium Plus"/>
          <w:sz w:val="24"/>
        </w:rPr>
        <w:t>ΑΠΕΓΛΑΥΚΩΜΕΝΟΣ</w:t>
      </w:r>
    </w:p>
    <w:p>
      <w:r>
        <w:rPr>
          <w:rFonts w:ascii="Courier New" w:hAnsi="Courier New"/>
          <w:color w:val="555555"/>
          <w:sz w:val="20"/>
        </w:rPr>
        <w:t>[15]</w:t>
      </w:r>
    </w:p>
    <w:p>
      <w:r>
        <w:rPr>
          <w:rFonts w:ascii="Gentium Plus" w:hAnsi="Gentium Plus"/>
          <w:sz w:val="24"/>
        </w:rPr>
        <w:t>παρ’ ἐμοῦ δ’, ἐὰν μὴ καθ’ ἓν ἕκαστον πάντα δῷς,</w:t>
      </w:r>
    </w:p>
    <w:p>
      <w:r>
        <w:rPr>
          <w:rFonts w:ascii="Courier New" w:hAnsi="Courier New"/>
          <w:color w:val="555555"/>
          <w:sz w:val="20"/>
        </w:rPr>
        <w:t>[5]</w:t>
      </w:r>
    </w:p>
    <w:p>
      <w:r>
        <w:rPr>
          <w:rFonts w:ascii="Gentium Plus" w:hAnsi="Gentium Plus"/>
          <w:sz w:val="24"/>
        </w:rPr>
        <w:t>Β. μῦς ἑπτὰ χαλκῶν. Α. οὐδὲν ἀσεβεῖς οὐδέπω. λέγε. Β. τῶν ἐχίνων ὀβολός. Α. ἁγνεύεις ἔτι. Β. ἆρ’ ἦν μετὰ ταῦθ’ ἡ ῥάφανος ἣν ἐβοᾶτε; Α. ναί· χρηστὴ γὰρ ἦν. Β. ἔδωκα ταύτης δύ’ ὀβολούς. Α. τί γὰρ ἐβοῶμεν; Β. τὸ κύβιον τριωβόλου.</w:t>
      </w:r>
    </w:p>
    <w:p>
      <w:r>
        <w:rPr>
          <w:rFonts w:ascii="Courier New" w:hAnsi="Courier New"/>
          <w:color w:val="555555"/>
          <w:sz w:val="20"/>
        </w:rPr>
        <w:t>[10]</w:t>
      </w:r>
    </w:p>
    <w:p>
      <w:r>
        <w:rPr>
          <w:rFonts w:ascii="Gentium Plus" w:hAnsi="Gentium Plus"/>
          <w:sz w:val="24"/>
        </w:rPr>
        <w:t>Α. ὀνεῖν κεχειρῶν γε οὐκ ἐπράξατ’ οὐδὲ ἕν. Β. οὐκ οἶσθας, ὦ μακάριε, τὴν ἀγοράν, ὅτι κατεδηδόκασι τὰ λάχαν’ αἱ τρωξαλλίδες. Α. διὰ τοῦτο τὸ τάριχος τέθεικας διπλασίου; Β. ὁ ταριχοπώλης ἐστίν· ἐλθὼν πυνθάνου.</w:t>
      </w:r>
    </w:p>
    <w:p>
      <w:r>
        <w:rPr>
          <w:rFonts w:ascii="Courier New" w:hAnsi="Courier New"/>
          <w:color w:val="555555"/>
          <w:sz w:val="20"/>
        </w:rPr>
        <w:t>[15]</w:t>
      </w:r>
    </w:p>
    <w:p>
      <w:r>
        <w:rPr>
          <w:rFonts w:ascii="Gentium Plus" w:hAnsi="Gentium Plus"/>
          <w:sz w:val="24"/>
        </w:rPr>
        <w:t>γόγγρος δέκ’ ὀβολῶν. Α. οὐχὶ πολλοῦ. λέγ’ ἕτερον. Β. τὸν ὀπτὸν ἰχθὺν ἐπριάμην δραχμῆς. Α. παπαῖ, ὥσπερ πυρετὸς ἀνῆκεν, εἶτ’ ἐν ἐπιτέλει. Β. πρόσθες τὸν οἶνον, ὃν μεθυόντων προσέλαβον</w:t>
      </w:r>
    </w:p>
    <w:p>
      <w:r>
        <w:rPr>
          <w:rFonts w:ascii="Courier New" w:hAnsi="Courier New"/>
          <w:color w:val="555555"/>
          <w:sz w:val="20"/>
        </w:rPr>
        <w:t>[16]</w:t>
      </w:r>
    </w:p>
    <w:p>
      <w:r>
        <w:rPr>
          <w:rFonts w:ascii="Gentium Plus" w:hAnsi="Gentium Plus"/>
          <w:sz w:val="24"/>
        </w:rPr>
        <w:t>τοὺς μὲν στρατηγοὺς τὰς ὀφρῦς ἐπὰν ἴδω ἀνεσπακότας, δεινὸν μὲν ἡγοῦμαι ποιεῖν, οὐ πάνυ τι θαυμάζω δὲ προτετιμημένους ὑπὸ τῆς πόλεως μεῖζόν τι τῶν ἄλλων φρονεῖν.</w:t>
      </w:r>
    </w:p>
    <w:p>
      <w:r>
        <w:rPr>
          <w:rFonts w:ascii="Courier New" w:hAnsi="Courier New"/>
          <w:color w:val="555555"/>
          <w:sz w:val="20"/>
        </w:rPr>
        <w:t>[5]</w:t>
      </w:r>
    </w:p>
    <w:p>
      <w:r>
        <w:rPr>
          <w:rFonts w:ascii="Gentium Plus" w:hAnsi="Gentium Plus"/>
          <w:sz w:val="24"/>
        </w:rPr>
        <w:t>τοὺς δ’ ἰχθυοπώλας τοὺς κάκιστ’ ἀπολουμένους ἐπὰν ἴδω κάτω βλέποντας, τὰς δ’ ὀφρῦς ἔχοντας ἐπάνω τῆς κορυφῆς, ἀποπνίγομαι. ἐὰν δ’ ἐρωτήσῃς ‘πόσου τοὺς κεστρέας πωλεῖς δύ’ ὄντας;‘ ‘δέκ’ ὀβολῶν‘ φησίν. ‘βαρύ·</w:t>
      </w:r>
    </w:p>
    <w:p>
      <w:r>
        <w:rPr>
          <w:rFonts w:ascii="Courier New" w:hAnsi="Courier New"/>
          <w:color w:val="555555"/>
          <w:sz w:val="20"/>
        </w:rPr>
        <w:t>[10]</w:t>
      </w:r>
    </w:p>
    <w:p>
      <w:r>
        <w:rPr>
          <w:rFonts w:ascii="Gentium Plus" w:hAnsi="Gentium Plus"/>
          <w:sz w:val="24"/>
        </w:rPr>
        <w:t>ὀκτὼ λάβοις ἄν;‘ ‘εἴπερ ὠνεῖ τὸν ἕτερον.‘ ‘ὦ ’τάν, λαβὲ καὶ μὴ παῖζε.‘ ‘τοσουδί; παράτρεχε.‘ ταῦτ’ οὐχὶ πικρότερ’ ἐστὶν αὐτῆς τῆς χολῆς;</w:t>
      </w:r>
    </w:p>
    <w:p>
      <w:r>
        <w:rPr>
          <w:rFonts w:ascii="Courier New" w:hAnsi="Courier New"/>
          <w:color w:val="555555"/>
          <w:sz w:val="20"/>
        </w:rPr>
        <w:t>[17-18]</w:t>
      </w:r>
    </w:p>
    <w:p>
      <w:r>
        <w:rPr>
          <w:rFonts w:ascii="Gentium Plus" w:hAnsi="Gentium Plus"/>
          <w:sz w:val="24"/>
        </w:rPr>
        <w:t>καὶ γὰρ ἑψητοί τινες παρῆσαν ἡμῖν δαιδάλεοί πως</w:t>
      </w:r>
    </w:p>
    <w:p>
      <w:r>
        <w:rPr>
          <w:rFonts w:ascii="Courier New" w:hAnsi="Courier New"/>
          <w:color w:val="555555"/>
          <w:sz w:val="20"/>
        </w:rPr>
        <w:t>[2]</w:t>
      </w:r>
    </w:p>
    <w:p>
      <w:r>
        <w:rPr>
          <w:rFonts w:ascii="Gentium Plus" w:hAnsi="Gentium Plus"/>
          <w:sz w:val="24"/>
        </w:rPr>
        <w:t>. . . . . . . . . . . . τῶν οὖν κορακίνων πεῖραν οὐχὶ λαμβάνεις;</w:t>
      </w:r>
    </w:p>
    <w:p>
      <w:r>
        <w:rPr>
          <w:rFonts w:ascii="Courier New" w:hAnsi="Courier New"/>
          <w:color w:val="555555"/>
          <w:sz w:val="20"/>
        </w:rPr>
        <w:t>[tit 19]</w:t>
      </w:r>
    </w:p>
    <w:p>
      <w:r>
        <w:rPr>
          <w:rFonts w:ascii="Gentium Plus" w:hAnsi="Gentium Plus"/>
          <w:sz w:val="24"/>
        </w:rPr>
        <w:t>ΑΠΟΒΑΤΗΣ</w:t>
      </w:r>
    </w:p>
    <w:p>
      <w:r>
        <w:rPr>
          <w:rFonts w:ascii="Courier New" w:hAnsi="Courier New"/>
          <w:color w:val="555555"/>
          <w:sz w:val="20"/>
        </w:rPr>
        <w:t>[19]</w:t>
      </w:r>
    </w:p>
    <w:p>
      <w:r>
        <w:rPr>
          <w:rFonts w:ascii="Gentium Plus" w:hAnsi="Gentium Plus"/>
          <w:sz w:val="24"/>
        </w:rPr>
        <w:t>Χορόνικος ὁ ποιητὴς ὁδί. Β. τίνων ποιητὴς ᾀσμάτων; Α. σεμνῶν πάνυ. Β. τί πρὸς τὸν Ἀργᾶν οὗτος; Α. ἡμέρας δρόμῳ</w:t>
      </w:r>
    </w:p>
    <w:p>
      <w:r>
        <w:rPr>
          <w:rFonts w:ascii="Courier New" w:hAnsi="Courier New"/>
          <w:color w:val="555555"/>
          <w:sz w:val="20"/>
        </w:rPr>
        <w:t>[tit 20-21]</w:t>
      </w:r>
    </w:p>
    <w:p>
      <w:r>
        <w:rPr>
          <w:rFonts w:ascii="Gentium Plus" w:hAnsi="Gentium Plus"/>
          <w:sz w:val="24"/>
        </w:rPr>
        <w:t>ΑΠΟΚΟΠΤΟΜΕΝΟΣ</w:t>
      </w:r>
    </w:p>
    <w:p>
      <w:r>
        <w:rPr>
          <w:rFonts w:ascii="Courier New" w:hAnsi="Courier New"/>
          <w:color w:val="555555"/>
          <w:sz w:val="20"/>
        </w:rPr>
        <w:t>[20]</w:t>
      </w:r>
    </w:p>
    <w:p>
      <w:r>
        <w:rPr>
          <w:rFonts w:ascii="Gentium Plus" w:hAnsi="Gentium Plus"/>
          <w:sz w:val="24"/>
        </w:rPr>
        <w:t>λέγεται γὰρ λόγος ὑπὸ τῶν σοφιστῶν, μὴ πέτεσθαι τὸν θεὸν τὸν Ἔρωτα, τοὺς δ’ ἐρῶντας· αἰτίαν δ’ ἔχειν ἐκεῖνον ἄλλως, ἠγνοηκότας δὲ τοὺς</w:t>
      </w:r>
    </w:p>
    <w:p>
      <w:r>
        <w:rPr>
          <w:rFonts w:ascii="Courier New" w:hAnsi="Courier New"/>
          <w:color w:val="555555"/>
          <w:sz w:val="20"/>
        </w:rPr>
        <w:t>[5]</w:t>
      </w:r>
    </w:p>
    <w:p>
      <w:r>
        <w:rPr>
          <w:rFonts w:ascii="Gentium Plus" w:hAnsi="Gentium Plus"/>
          <w:sz w:val="24"/>
        </w:rPr>
        <w:t>γραφεῖς ἔχοντα πτέρυγας αὐτὸν ζωγραφεῖν.</w:t>
      </w:r>
    </w:p>
    <w:p>
      <w:r>
        <w:rPr>
          <w:rFonts w:ascii="Courier New" w:hAnsi="Courier New"/>
          <w:color w:val="555555"/>
          <w:sz w:val="20"/>
        </w:rPr>
        <w:t>[21]</w:t>
      </w:r>
    </w:p>
    <w:p>
      <w:r>
        <w:rPr>
          <w:rFonts w:ascii="Gentium Plus" w:hAnsi="Gentium Plus"/>
          <w:sz w:val="24"/>
        </w:rPr>
        <w:t>οὐ συμποσίαρχος ἦν γάρ, ἀλλὰ δήμιος ὁ Χαιρέας, κυάθους προπίνων εἴκοσιν.</w:t>
      </w:r>
    </w:p>
    <w:p>
      <w:r>
        <w:rPr>
          <w:rFonts w:ascii="Courier New" w:hAnsi="Courier New"/>
          <w:color w:val="555555"/>
          <w:sz w:val="20"/>
        </w:rPr>
        <w:t>[tit 22-23]</w:t>
      </w:r>
    </w:p>
    <w:p>
      <w:r>
        <w:rPr>
          <w:rFonts w:ascii="Gentium Plus" w:hAnsi="Gentium Plus"/>
          <w:sz w:val="24"/>
        </w:rPr>
        <w:t>ΑΡΧΙΛΟΧΟΣ</w:t>
      </w:r>
    </w:p>
    <w:p>
      <w:r>
        <w:rPr>
          <w:rFonts w:ascii="Courier New" w:hAnsi="Courier New"/>
          <w:color w:val="555555"/>
          <w:sz w:val="20"/>
        </w:rPr>
        <w:t>[22]</w:t>
      </w:r>
    </w:p>
    <w:p>
      <w:r>
        <w:rPr>
          <w:rFonts w:ascii="Gentium Plus" w:hAnsi="Gentium Plus"/>
          <w:sz w:val="24"/>
        </w:rPr>
        <w:t>ὦ τὴν εὐτυχῆ ναίων Πάρον, ὄλβιε πρέσβυ, ἣ κάλλιστα φέρει χώρα δύο τῶν συναπασῶν,</w:t>
      </w:r>
    </w:p>
    <w:p>
      <w:r>
        <w:rPr>
          <w:rFonts w:ascii="Courier New" w:hAnsi="Courier New"/>
          <w:color w:val="555555"/>
          <w:sz w:val="20"/>
        </w:rPr>
        <w:t>[23]</w:t>
      </w:r>
    </w:p>
    <w:p>
      <w:r>
        <w:rPr>
          <w:rFonts w:ascii="Gentium Plus" w:hAnsi="Gentium Plus"/>
          <w:sz w:val="24"/>
        </w:rPr>
        <w:t>λαβόμενος</w:t>
      </w:r>
    </w:p>
    <w:p>
      <w:r>
        <w:rPr>
          <w:rFonts w:ascii="Courier New" w:hAnsi="Courier New"/>
          <w:color w:val="555555"/>
          <w:sz w:val="20"/>
        </w:rPr>
        <w:t>[tit 24]</w:t>
      </w:r>
    </w:p>
    <w:p>
      <w:r>
        <w:rPr>
          <w:rFonts w:ascii="Gentium Plus" w:hAnsi="Gentium Plus"/>
          <w:sz w:val="24"/>
        </w:rPr>
        <w:t>ΑΣΚΛΗΠΙΟΚΛΕΙΔΗΣ</w:t>
      </w:r>
    </w:p>
    <w:p>
      <w:r>
        <w:rPr>
          <w:rFonts w:ascii="Courier New" w:hAnsi="Courier New"/>
          <w:color w:val="555555"/>
          <w:sz w:val="20"/>
        </w:rPr>
        <w:t>[24]</w:t>
      </w:r>
    </w:p>
    <w:p>
      <w:r>
        <w:rPr>
          <w:rFonts w:ascii="Gentium Plus" w:hAnsi="Gentium Plus"/>
          <w:sz w:val="24"/>
        </w:rPr>
        <w:t>οὕτως δ’ ὀψοποιεῖν εὐφυῶς περὶ τὴν Σικελίαν αὐτὸς ἔμαθον, ὥστε τοὺς δειπνοῦντας εἰς τὰ βατάνι’ ἐμβαλεῖν ποιῶ ἐνίοτε τοὺς ὀδόντας ὑπὸ τῆς ἡδονῆς.</w:t>
      </w:r>
    </w:p>
    <w:p>
      <w:r>
        <w:rPr>
          <w:rFonts w:ascii="Courier New" w:hAnsi="Courier New"/>
          <w:color w:val="555555"/>
          <w:sz w:val="20"/>
        </w:rPr>
        <w:t>[tit 25]</w:t>
      </w:r>
    </w:p>
    <w:p>
      <w:r>
        <w:rPr>
          <w:rFonts w:ascii="Gentium Plus" w:hAnsi="Gentium Plus"/>
          <w:sz w:val="24"/>
        </w:rPr>
        <w:t>ΑΣΩΤΟΔΙΔΑΣΚΑΛΟΣ</w:t>
      </w:r>
    </w:p>
    <w:p>
      <w:r>
        <w:rPr>
          <w:rFonts w:ascii="Courier New" w:hAnsi="Courier New"/>
          <w:color w:val="555555"/>
          <w:sz w:val="20"/>
        </w:rPr>
        <w:t>[25]</w:t>
      </w:r>
    </w:p>
    <w:p>
      <w:r>
        <w:rPr>
          <w:rFonts w:ascii="Gentium Plus" w:hAnsi="Gentium Plus"/>
          <w:sz w:val="24"/>
        </w:rPr>
        <w:t>τί ταῦτα ληρεῖς, φληναφῶν ἄνω κάτω Λύκειον, Ἀκαδήμειαν, Ὠιδείου πύλας, λήρους σοφιστῶν; οὐδὲ ἓν τούτων καλόν. πίνωμεν, ἐμπίνωμεν, ὦ Σίκων, Σίκων,</w:t>
      </w:r>
    </w:p>
    <w:p>
      <w:r>
        <w:rPr>
          <w:rFonts w:ascii="Courier New" w:hAnsi="Courier New"/>
          <w:color w:val="555555"/>
          <w:sz w:val="20"/>
        </w:rPr>
        <w:t>[5]</w:t>
      </w:r>
    </w:p>
    <w:p>
      <w:r>
        <w:rPr>
          <w:rFonts w:ascii="Gentium Plus" w:hAnsi="Gentium Plus"/>
          <w:sz w:val="24"/>
        </w:rPr>
        <w:t>χαίρωμεν, ἕως ἔνεστι τὴν ψυχὴν τρέφειν. τύρβαζε, Μάνη. γαστρὸς οὐδὲν ἥδιον. αὕτη πατήρ σοι καὶ πάλιν μήτηρ μόνη. ἀρεταὶ δὲ πρεσβεῖαί τε καὶ στρατηγίαι κόμποι κενοὶ ψοφοῦσιν ἀντ’ ὀνειράτων.</w:t>
      </w:r>
    </w:p>
    <w:p>
      <w:r>
        <w:rPr>
          <w:rFonts w:ascii="Courier New" w:hAnsi="Courier New"/>
          <w:color w:val="555555"/>
          <w:sz w:val="20"/>
        </w:rPr>
        <w:t>[10]</w:t>
      </w:r>
    </w:p>
    <w:p>
      <w:r>
        <w:rPr>
          <w:rFonts w:ascii="Gentium Plus" w:hAnsi="Gentium Plus"/>
          <w:sz w:val="24"/>
        </w:rPr>
        <w:t>ψύξει σε δαίμων τῷ πεπρωμένῳ χρόνῳ· ἕξεις δ’ ὅς’ ἂν φάγῃς τε καὶ πίῃς μόνα, σποδὸς δὲ τἄλλα, Περικλέης, Κόδρος, Κίμων.</w:t>
      </w:r>
    </w:p>
    <w:p>
      <w:r>
        <w:rPr>
          <w:rFonts w:ascii="Courier New" w:hAnsi="Courier New"/>
          <w:color w:val="555555"/>
          <w:sz w:val="20"/>
        </w:rPr>
        <w:t>[tit 26]</w:t>
      </w:r>
    </w:p>
    <w:p>
      <w:r>
        <w:rPr>
          <w:rFonts w:ascii="Gentium Plus" w:hAnsi="Gentium Plus"/>
          <w:sz w:val="24"/>
        </w:rPr>
        <w:t>ΑΤΑΛΑΝΤΗ</w:t>
      </w:r>
    </w:p>
    <w:p>
      <w:r>
        <w:rPr>
          <w:rFonts w:ascii="Courier New" w:hAnsi="Courier New"/>
          <w:color w:val="555555"/>
          <w:sz w:val="20"/>
        </w:rPr>
        <w:t>[26]</w:t>
      </w:r>
    </w:p>
    <w:p>
      <w:r>
        <w:rPr>
          <w:rFonts w:ascii="Gentium Plus" w:hAnsi="Gentium Plus"/>
          <w:sz w:val="24"/>
        </w:rPr>
        <w:t>μικρόφωνος</w:t>
      </w:r>
    </w:p>
    <w:p>
      <w:r>
        <w:rPr>
          <w:rFonts w:ascii="Courier New" w:hAnsi="Courier New"/>
          <w:color w:val="555555"/>
          <w:sz w:val="20"/>
        </w:rPr>
        <w:t>[tit 27-29]</w:t>
      </w:r>
    </w:p>
    <w:p>
      <w:r>
        <w:rPr>
          <w:rFonts w:ascii="Gentium Plus" w:hAnsi="Gentium Plus"/>
          <w:sz w:val="24"/>
        </w:rPr>
        <w:t>ΑΤΘΙΣ</w:t>
      </w:r>
    </w:p>
    <w:p>
      <w:r>
        <w:rPr>
          <w:rFonts w:ascii="Courier New" w:hAnsi="Courier New"/>
          <w:color w:val="555555"/>
          <w:sz w:val="20"/>
        </w:rPr>
        <w:t>[27]</w:t>
      </w:r>
    </w:p>
    <w:p>
      <w:r>
        <w:rPr>
          <w:rFonts w:ascii="Gentium Plus" w:hAnsi="Gentium Plus"/>
          <w:sz w:val="24"/>
        </w:rPr>
        <w:t>ὁ πρῶτος εἰπὼν ὅτι σοφιστὴς οὐδὲ εἷς ἔμψυχον οὐδὲν ἐσθίει, σοφός τις ἦν. ἐγὼ γὰρ ἥκω νῦν ἀγοράσας οὐδὲ ἓν ἔμψυχον. ἰχθῦς ἐπριάμην τεθνηκότας</w:t>
      </w:r>
    </w:p>
    <w:p>
      <w:r>
        <w:rPr>
          <w:rFonts w:ascii="Courier New" w:hAnsi="Courier New"/>
          <w:color w:val="555555"/>
          <w:sz w:val="20"/>
        </w:rPr>
        <w:t>[5]</w:t>
      </w:r>
    </w:p>
    <w:p>
      <w:r>
        <w:rPr>
          <w:rFonts w:ascii="Gentium Plus" w:hAnsi="Gentium Plus"/>
          <w:sz w:val="24"/>
        </w:rPr>
        <w:t>μεγάλους· κρεάδι’ ἀρνὸς ἔστι πίονος οὐ ζῶντος· οὐχ οἷόν τε γάρ. τί ἄλλο; καὶ ἡπάτιον ὀπτὸν προσέλαβον. τούτων ἐὰν δείξῃ τις ἢ φωνήν τι ἢ ψυχὴν ἔχον, ἀδικεῖν ὁμολογῶ καὶ παραβαίνειν τὸν νόμον.</w:t>
      </w:r>
    </w:p>
    <w:p>
      <w:r>
        <w:rPr>
          <w:rFonts w:ascii="Courier New" w:hAnsi="Courier New"/>
          <w:color w:val="555555"/>
          <w:sz w:val="20"/>
        </w:rPr>
        <w:t>[28]</w:t>
      </w:r>
    </w:p>
    <w:p>
      <w:r>
        <w:rPr>
          <w:rFonts w:ascii="Gentium Plus" w:hAnsi="Gentium Plus"/>
          <w:sz w:val="24"/>
        </w:rPr>
        <w:t>ὅστις ἥδεται γὰρ ἐσθίων ὁσημέραι, δεῖ καὶ ποιεῖν τῶν σιτίων ἐπάξιόν τι, μηδὲ περινοστεῖν σχολὴν ἄγοντα, τῷ ζῆν πολεμιώτατον κακόν.</w:t>
      </w:r>
    </w:p>
    <w:p>
      <w:r>
        <w:rPr>
          <w:rFonts w:ascii="Courier New" w:hAnsi="Courier New"/>
          <w:color w:val="555555"/>
          <w:sz w:val="20"/>
        </w:rPr>
        <w:t>[29]</w:t>
      </w:r>
    </w:p>
    <w:p>
      <w:r>
        <w:rPr>
          <w:rFonts w:ascii="Gentium Plus" w:hAnsi="Gentium Plus"/>
          <w:sz w:val="24"/>
        </w:rPr>
        <w:t>πῶς ἐπινέφει τὸ πρῶτον ὁ Ζεὺς ἡσυχῆ,</w:t>
      </w:r>
    </w:p>
    <w:p>
      <w:r>
        <w:rPr>
          <w:rFonts w:ascii="Courier New" w:hAnsi="Courier New"/>
          <w:color w:val="555555"/>
          <w:sz w:val="20"/>
        </w:rPr>
        <w:t>[tit 30-31]</w:t>
      </w:r>
    </w:p>
    <w:p>
      <w:r>
        <w:rPr>
          <w:rFonts w:ascii="Gentium Plus" w:hAnsi="Gentium Plus"/>
          <w:sz w:val="24"/>
        </w:rPr>
        <w:t>ΑΧΑΙΙΣ</w:t>
      </w:r>
    </w:p>
    <w:p>
      <w:r>
        <w:rPr>
          <w:rFonts w:ascii="Courier New" w:hAnsi="Courier New"/>
          <w:color w:val="555555"/>
          <w:sz w:val="20"/>
        </w:rPr>
        <w:t>[30]</w:t>
      </w:r>
    </w:p>
    <w:p>
      <w:r>
        <w:rPr>
          <w:rFonts w:ascii="Gentium Plus" w:hAnsi="Gentium Plus"/>
          <w:sz w:val="24"/>
        </w:rPr>
        <w:t>ἅπαντα τὰ ζητούμεν’ ἐξευρίσκεται, ἂν μὴ προαποστῇς μηδὲ τὸν πόνον φύγῃς· ὅπου γὰρ εὑρήκασιν ἄνθρωποί τινες μέρος τι τῶν θείων τοσοῦτο τῷ τόπῳ</w:t>
      </w:r>
    </w:p>
    <w:p>
      <w:r>
        <w:rPr>
          <w:rFonts w:ascii="Courier New" w:hAnsi="Courier New"/>
          <w:color w:val="555555"/>
          <w:sz w:val="20"/>
        </w:rPr>
        <w:t>[5]</w:t>
      </w:r>
    </w:p>
    <w:p>
      <w:r>
        <w:rPr>
          <w:rFonts w:ascii="Gentium Plus" w:hAnsi="Gentium Plus"/>
          <w:sz w:val="24"/>
        </w:rPr>
        <w:t>ἀπέχοντες, ἄστρων ἐπιτολάς, δύσεις, τροπάς, ἔκλειψιν ἡλίου, τί τῶν κοινῶν κάτω καὶ συγγενικῶν δύναιτ’ ἂν ἄνθρωπον φυγεῖν;</w:t>
      </w:r>
    </w:p>
    <w:p>
      <w:r>
        <w:rPr>
          <w:rFonts w:ascii="Courier New" w:hAnsi="Courier New"/>
          <w:color w:val="555555"/>
          <w:sz w:val="20"/>
        </w:rPr>
        <w:t>[tit 32]</w:t>
      </w:r>
    </w:p>
    <w:p>
      <w:r>
        <w:rPr>
          <w:rFonts w:ascii="Gentium Plus" w:hAnsi="Gentium Plus"/>
          <w:sz w:val="24"/>
        </w:rPr>
        <w:t>ΒΟΣΤΡΥΧΟΣ</w:t>
      </w:r>
    </w:p>
    <w:p>
      <w:r>
        <w:rPr>
          <w:rFonts w:ascii="Courier New" w:hAnsi="Courier New"/>
          <w:color w:val="555555"/>
          <w:sz w:val="20"/>
        </w:rPr>
        <w:t>[32]</w:t>
      </w:r>
    </w:p>
    <w:p>
      <w:r>
        <w:rPr>
          <w:rFonts w:ascii="Gentium Plus" w:hAnsi="Gentium Plus"/>
          <w:sz w:val="24"/>
        </w:rPr>
        <w:t>ὑποκροῦσαι</w:t>
      </w:r>
    </w:p>
    <w:p>
      <w:r>
        <w:rPr>
          <w:rFonts w:ascii="Courier New" w:hAnsi="Courier New"/>
          <w:color w:val="555555"/>
          <w:sz w:val="20"/>
        </w:rPr>
        <w:t>[tit 33-34]</w:t>
      </w:r>
    </w:p>
    <w:p>
      <w:r>
        <w:rPr>
          <w:rFonts w:ascii="Gentium Plus" w:hAnsi="Gentium Plus"/>
          <w:sz w:val="24"/>
        </w:rPr>
        <w:t>ΒΡΕΤΤΙΑ</w:t>
      </w:r>
    </w:p>
    <w:p>
      <w:r>
        <w:rPr>
          <w:rFonts w:ascii="Courier New" w:hAnsi="Courier New"/>
          <w:color w:val="555555"/>
          <w:sz w:val="20"/>
        </w:rPr>
        <w:t>[33]</w:t>
      </w:r>
    </w:p>
    <w:p>
      <w:r>
        <w:rPr>
          <w:rFonts w:ascii="Gentium Plus" w:hAnsi="Gentium Plus"/>
          <w:sz w:val="24"/>
        </w:rPr>
        <w:t>εἶδές ποτε πίνουσιν ἀνθρώποις ἀπίους παρακειμένας</w:t>
      </w:r>
    </w:p>
    <w:p>
      <w:r>
        <w:rPr>
          <w:rFonts w:ascii="Courier New" w:hAnsi="Courier New"/>
          <w:color w:val="555555"/>
          <w:sz w:val="20"/>
        </w:rPr>
        <w:t>[5]</w:t>
      </w:r>
    </w:p>
    <w:p>
      <w:r>
        <w:rPr>
          <w:rFonts w:ascii="Gentium Plus" w:hAnsi="Gentium Plus"/>
          <w:sz w:val="24"/>
        </w:rPr>
        <w:t>τῶν ἐπινεουσῶν τὴν πεπαιτάτην ἀεί; Β. δηλονότι.</w:t>
      </w:r>
    </w:p>
    <w:p>
      <w:r>
        <w:rPr>
          <w:rFonts w:ascii="Courier New" w:hAnsi="Courier New"/>
          <w:color w:val="555555"/>
          <w:sz w:val="20"/>
        </w:rPr>
        <w:t>[34]</w:t>
      </w:r>
    </w:p>
    <w:p>
      <w:r>
        <w:rPr>
          <w:rFonts w:ascii="Gentium Plus" w:hAnsi="Gentium Plus"/>
          <w:sz w:val="24"/>
        </w:rPr>
        <w:t>τοιοῦτο τὸ ζῆν ἐστιν· ὥσπερ οἱ κύβοι οὐ ταὔτ’ ἀεὶ πίπτουσιν, οὐδὲ τῷ βίῳ ταὐτὸν διαμένει σχῆμα, μεταβολὰς δ’ ἔχει.</w:t>
      </w:r>
    </w:p>
    <w:p>
      <w:r>
        <w:rPr>
          <w:rFonts w:ascii="Courier New" w:hAnsi="Courier New"/>
          <w:color w:val="555555"/>
          <w:sz w:val="20"/>
        </w:rPr>
        <w:t>[tit 35]</w:t>
      </w:r>
    </w:p>
    <w:p>
      <w:r>
        <w:rPr>
          <w:rFonts w:ascii="Gentium Plus" w:hAnsi="Gentium Plus"/>
          <w:sz w:val="24"/>
        </w:rPr>
        <w:t>ΒΩΜΟΣ</w:t>
      </w:r>
    </w:p>
    <w:p>
      <w:r>
        <w:rPr>
          <w:rFonts w:ascii="Courier New" w:hAnsi="Courier New"/>
          <w:color w:val="555555"/>
          <w:sz w:val="20"/>
        </w:rPr>
        <w:t>[35]</w:t>
      </w:r>
    </w:p>
    <w:p>
      <w:r>
        <w:rPr>
          <w:rFonts w:ascii="Gentium Plus" w:hAnsi="Gentium Plus"/>
          <w:sz w:val="24"/>
        </w:rPr>
        <w:t>γυνὴ λινουργὸς περιτυχοῦς’ ἀφείλετο.</w:t>
      </w:r>
    </w:p>
    <w:p>
      <w:r>
        <w:rPr>
          <w:rFonts w:ascii="Courier New" w:hAnsi="Courier New"/>
          <w:color w:val="555555"/>
          <w:sz w:val="20"/>
        </w:rPr>
        <w:t>[tit 36-39]</w:t>
      </w:r>
    </w:p>
    <w:p>
      <w:r>
        <w:rPr>
          <w:rFonts w:ascii="Gentium Plus" w:hAnsi="Gentium Plus"/>
          <w:sz w:val="24"/>
        </w:rPr>
        <w:t>ΓΑΛΑΤΕΙΑ</w:t>
      </w:r>
    </w:p>
    <w:p>
      <w:r>
        <w:rPr>
          <w:rFonts w:ascii="Courier New" w:hAnsi="Courier New"/>
          <w:color w:val="555555"/>
          <w:sz w:val="20"/>
        </w:rPr>
        <w:t>[36]</w:t>
      </w:r>
    </w:p>
    <w:p>
      <w:r>
        <w:rPr>
          <w:rFonts w:ascii="Gentium Plus" w:hAnsi="Gentium Plus"/>
          <w:sz w:val="24"/>
        </w:rPr>
        <w:t>ὁ δεσπότης οὑμὸς περὶ λόγους γάρ ποτε διέτριψε μειρακίσκος ὢν καὶ φιλοσοφεῖν ἐπέθετο· Κυρηναῖος ἦν ἐνταῦθά τις, ὥς φας’, Ἀρίστιππος, σοφιστὴς εὐφυής,</w:t>
      </w:r>
    </w:p>
    <w:p>
      <w:r>
        <w:rPr>
          <w:rFonts w:ascii="Courier New" w:hAnsi="Courier New"/>
          <w:color w:val="555555"/>
          <w:sz w:val="20"/>
        </w:rPr>
        <w:t>[5]</w:t>
      </w:r>
    </w:p>
    <w:p>
      <w:r>
        <w:rPr>
          <w:rFonts w:ascii="Gentium Plus" w:hAnsi="Gentium Plus"/>
          <w:sz w:val="24"/>
        </w:rPr>
        <w:t>μᾶλλον δὲ πρωτεύων ἁπάντων τῶν τότε, ἀκολαστίᾳ τε τῶν γεγονότων διαφέρων. τούτῳ τάλαντον δοὺς μαθητὴς γίνεται ὁ δεσπότης. καὶ τὴν τέχνην μὲν οὐ πάνυ ἐξέμαθε, τὴν δ’ ἀρτηρίαν συνήρπασεν.</w:t>
      </w:r>
    </w:p>
    <w:p>
      <w:r>
        <w:rPr>
          <w:rFonts w:ascii="Courier New" w:hAnsi="Courier New"/>
          <w:color w:val="555555"/>
          <w:sz w:val="20"/>
        </w:rPr>
        <w:t>[37]</w:t>
      </w:r>
    </w:p>
    <w:p>
      <w:r>
        <w:rPr>
          <w:rFonts w:ascii="Gentium Plus" w:hAnsi="Gentium Plus"/>
          <w:sz w:val="24"/>
        </w:rPr>
        <w:t>νάρκην μὲν οὖν, ὥς φασιν, ὠνθυλευμένην ὀπτᾶν ὅλην</w:t>
      </w:r>
    </w:p>
    <w:p>
      <w:r>
        <w:rPr>
          <w:rFonts w:ascii="Courier New" w:hAnsi="Courier New"/>
          <w:color w:val="555555"/>
          <w:sz w:val="20"/>
        </w:rPr>
        <w:t>[38]</w:t>
      </w:r>
    </w:p>
    <w:p>
      <w:r>
        <w:rPr>
          <w:rFonts w:ascii="Gentium Plus" w:hAnsi="Gentium Plus"/>
          <w:sz w:val="24"/>
        </w:rPr>
        <w:t>εὐοψίαν</w:t>
      </w:r>
    </w:p>
    <w:p>
      <w:r>
        <w:rPr>
          <w:rFonts w:ascii="Courier New" w:hAnsi="Courier New"/>
          <w:color w:val="555555"/>
          <w:sz w:val="20"/>
        </w:rPr>
        <w:t>[39]</w:t>
      </w:r>
    </w:p>
    <w:p>
      <w:r>
        <w:rPr>
          <w:rFonts w:ascii="Gentium Plus" w:hAnsi="Gentium Plus"/>
          <w:sz w:val="24"/>
        </w:rPr>
        <w:t>νομικόν</w:t>
      </w:r>
    </w:p>
    <w:p>
      <w:r>
        <w:rPr>
          <w:rFonts w:ascii="Courier New" w:hAnsi="Courier New"/>
          <w:color w:val="555555"/>
          <w:sz w:val="20"/>
        </w:rPr>
        <w:t>[tit 40]</w:t>
      </w:r>
    </w:p>
    <w:p>
      <w:r>
        <w:rPr>
          <w:rFonts w:ascii="Gentium Plus" w:hAnsi="Gentium Plus"/>
          <w:sz w:val="24"/>
        </w:rPr>
        <w:t>ΓΡΑΦΗ</w:t>
      </w:r>
    </w:p>
    <w:p>
      <w:r>
        <w:rPr>
          <w:rFonts w:ascii="Courier New" w:hAnsi="Courier New"/>
          <w:color w:val="555555"/>
          <w:sz w:val="20"/>
        </w:rPr>
        <w:t>[40]</w:t>
      </w:r>
    </w:p>
    <w:p>
      <w:r>
        <w:rPr>
          <w:rFonts w:ascii="Gentium Plus" w:hAnsi="Gentium Plus"/>
          <w:sz w:val="24"/>
        </w:rPr>
        <w:t>γεγένηται δ’, ὡς λέγουσι, κἀν Σάμῳ τοιοῦθ’ ἕτερον. λιθίνης ἐπεθύμησεν κόρης ἄνθρωπος ἐγκατέκλεισέ θ’ αὑτὸν τῷ νεῷ.</w:t>
      </w:r>
    </w:p>
    <w:p>
      <w:r>
        <w:rPr>
          <w:rFonts w:ascii="Courier New" w:hAnsi="Courier New"/>
          <w:color w:val="555555"/>
          <w:sz w:val="20"/>
        </w:rPr>
        <w:t>[tit 41-42]</w:t>
      </w:r>
    </w:p>
    <w:p>
      <w:r>
        <w:rPr>
          <w:rFonts w:ascii="Gentium Plus" w:hAnsi="Gentium Plus"/>
          <w:sz w:val="24"/>
        </w:rPr>
        <w:t>ΓΥΝΑΙΚΟΚΡΑΤΙΑ</w:t>
      </w:r>
    </w:p>
    <w:p>
      <w:r>
        <w:rPr>
          <w:rFonts w:ascii="Courier New" w:hAnsi="Courier New"/>
          <w:color w:val="555555"/>
          <w:sz w:val="20"/>
        </w:rPr>
        <w:t>[41]</w:t>
      </w:r>
    </w:p>
    <w:p>
      <w:r>
        <w:rPr>
          <w:rFonts w:ascii="Gentium Plus" w:hAnsi="Gentium Plus"/>
          <w:sz w:val="24"/>
        </w:rPr>
        <w:t>ἐνταῦθα περὶ τὴν ἐσχάτην δεῖ κερκίδα ὑμᾶς καθιζούσας θεωρεῖν ὡς ξένας.</w:t>
      </w:r>
    </w:p>
    <w:p>
      <w:r>
        <w:rPr>
          <w:rFonts w:ascii="Courier New" w:hAnsi="Courier New"/>
          <w:color w:val="555555"/>
          <w:sz w:val="20"/>
        </w:rPr>
        <w:t>[42]</w:t>
      </w:r>
    </w:p>
    <w:p>
      <w:r>
        <w:rPr>
          <w:rFonts w:ascii="Gentium Plus" w:hAnsi="Gentium Plus"/>
          <w:sz w:val="24"/>
        </w:rPr>
        <w:t>ὁ δὲ Κίλιξ ὅδ’ Ἱπποκλῆς, ὁ ζωμοτάριχος ὑποκριτής</w:t>
      </w:r>
    </w:p>
    <w:p>
      <w:r>
        <w:rPr>
          <w:rFonts w:ascii="Courier New" w:hAnsi="Courier New"/>
          <w:color w:val="555555"/>
          <w:sz w:val="20"/>
        </w:rPr>
        <w:t>[tit 43-44]</w:t>
      </w:r>
    </w:p>
    <w:p>
      <w:r>
        <w:rPr>
          <w:rFonts w:ascii="Gentium Plus" w:hAnsi="Gentium Plus"/>
          <w:sz w:val="24"/>
        </w:rPr>
        <w:t>ΔΑΚΤΥΛΙΟΣ</w:t>
      </w:r>
    </w:p>
    <w:p>
      <w:r>
        <w:rPr>
          <w:rFonts w:ascii="Courier New" w:hAnsi="Courier New"/>
          <w:color w:val="555555"/>
          <w:sz w:val="20"/>
        </w:rPr>
        <w:t>[43]</w:t>
      </w:r>
    </w:p>
    <w:p>
      <w:r>
        <w:rPr>
          <w:rFonts w:ascii="Gentium Plus" w:hAnsi="Gentium Plus"/>
          <w:sz w:val="24"/>
        </w:rPr>
        <w:t>εἶτ’ οὐχ ἁπάντων ἐστὶ τὸ μεθύειν κακὸν</w:t>
      </w:r>
    </w:p>
    <w:p>
      <w:r>
        <w:rPr>
          <w:rFonts w:ascii="Courier New" w:hAnsi="Courier New"/>
          <w:color w:val="555555"/>
          <w:sz w:val="20"/>
        </w:rPr>
        <w:t>[44]</w:t>
      </w:r>
    </w:p>
    <w:p>
      <w:r>
        <w:rPr>
          <w:rFonts w:ascii="Gentium Plus" w:hAnsi="Gentium Plus"/>
          <w:sz w:val="24"/>
        </w:rPr>
        <w:t>ἐκκόψαι</w:t>
      </w:r>
    </w:p>
    <w:p>
      <w:r>
        <w:rPr>
          <w:rFonts w:ascii="Courier New" w:hAnsi="Courier New"/>
          <w:color w:val="555555"/>
          <w:sz w:val="20"/>
        </w:rPr>
        <w:t>[tit 45-50]</w:t>
      </w:r>
    </w:p>
    <w:p>
      <w:r>
        <w:rPr>
          <w:rFonts w:ascii="Gentium Plus" w:hAnsi="Gentium Plus"/>
          <w:sz w:val="24"/>
        </w:rPr>
        <w:t>ΔΗΜΗΤΡΙΟΣ Η ΦΙΛΕΤΑΙΡΟΣ</w:t>
      </w:r>
    </w:p>
    <w:p>
      <w:r>
        <w:rPr>
          <w:rFonts w:ascii="Courier New" w:hAnsi="Courier New"/>
          <w:color w:val="555555"/>
          <w:sz w:val="20"/>
        </w:rPr>
        <w:t>[45]</w:t>
      </w:r>
    </w:p>
    <w:p>
      <w:r>
        <w:rPr>
          <w:rFonts w:ascii="Gentium Plus" w:hAnsi="Gentium Plus"/>
          <w:sz w:val="24"/>
        </w:rPr>
        <w:t>ὁμοιότατος ἄνθρωπος οἴνῳ τὴν φύσιν τρόπον τιν’ ἐστί. καὶ γὰρ οἶνον τὸν νέον πολλή ’στ’ ἀνάγκη καὶ τὸν ἄνδρ’ ἀποζέσαι πρώτιστον ἀφυβρίσαι τ’, ἀπανθήσαντα δὲ</w:t>
      </w:r>
    </w:p>
    <w:p>
      <w:r>
        <w:rPr>
          <w:rFonts w:ascii="Courier New" w:hAnsi="Courier New"/>
          <w:color w:val="555555"/>
          <w:sz w:val="20"/>
        </w:rPr>
        <w:t>[5]</w:t>
      </w:r>
    </w:p>
    <w:p>
      <w:r>
        <w:rPr>
          <w:rFonts w:ascii="Gentium Plus" w:hAnsi="Gentium Plus"/>
          <w:sz w:val="24"/>
        </w:rPr>
        <w:t>σκληρὸν γενέσθαι, παρακμάσαντα δ’, ὧν λέγω τούτων ἁπάντων ἀπαρυθέντα τὴν ἄνω ταύτην ἄνοιαν ἐπιπολάζουσαν, τότε πότιμον γενέσθαι καὶ καταστῆναι πάλιν,</w:t>
      </w:r>
    </w:p>
    <w:p>
      <w:r>
        <w:rPr>
          <w:rFonts w:ascii="Courier New" w:hAnsi="Courier New"/>
          <w:color w:val="555555"/>
          <w:sz w:val="20"/>
        </w:rPr>
        <w:t>[46]</w:t>
      </w:r>
    </w:p>
    <w:p>
      <w:r>
        <w:rPr>
          <w:rFonts w:ascii="Gentium Plus" w:hAnsi="Gentium Plus"/>
          <w:sz w:val="24"/>
        </w:rPr>
        <w:t>πρότερον μὲν εἰ πνεύσειε βορρᾶς ἢ νότος ἐν τῇ θαλάττῃ λαμπρός, ἰχθῦς οὐκ ἐνῆν οὐδενὶ φαγεῖν· νυνὶ δὲ πρὸς τοῖς πνεύμασιν τούτοις Φάυλλος προσγέγονε χειμὼν τρίτος·</w:t>
      </w:r>
    </w:p>
    <w:p>
      <w:r>
        <w:rPr>
          <w:rFonts w:ascii="Courier New" w:hAnsi="Courier New"/>
          <w:color w:val="555555"/>
          <w:sz w:val="20"/>
        </w:rPr>
        <w:t>[5]</w:t>
      </w:r>
    </w:p>
    <w:p>
      <w:r>
        <w:rPr>
          <w:rFonts w:ascii="Gentium Plus" w:hAnsi="Gentium Plus"/>
          <w:sz w:val="24"/>
        </w:rPr>
        <w:t>ἐπὰν γὰρ ἐκνεφίας καταιγίσας τύχῃ ἐς τὴν ἀγοράν, τοὔψον πριάμενος οἴχεται φέρων ἅπαν τὸ ληφθέν, ὥστε γίνεται ἐν τοῖς λαχάνοις τὸ λοιπὸν ἡμῖν ἡ μάχη.</w:t>
      </w:r>
    </w:p>
    <w:p>
      <w:r>
        <w:rPr>
          <w:rFonts w:ascii="Courier New" w:hAnsi="Courier New"/>
          <w:color w:val="555555"/>
          <w:sz w:val="20"/>
        </w:rPr>
        <w:t>[47]</w:t>
      </w:r>
    </w:p>
    <w:p>
      <w:r>
        <w:rPr>
          <w:rFonts w:ascii="Gentium Plus" w:hAnsi="Gentium Plus"/>
          <w:sz w:val="24"/>
        </w:rPr>
        <w:t>ἀλλ’ αἰσχύνομαι τὸν Κόρυδον, εἰ δόξω συναριστᾶν τισιν οὕτω προχείρως· οὐκ ἀπαρνοῦμαι δ’ ὅμως· οὐδὲ γὰρ ἐκεῖνος, ἂν καλῇ τις ἄν τε μή.</w:t>
      </w:r>
    </w:p>
    <w:p>
      <w:r>
        <w:rPr>
          <w:rFonts w:ascii="Courier New" w:hAnsi="Courier New"/>
          <w:color w:val="555555"/>
          <w:sz w:val="20"/>
        </w:rPr>
        <w:t>[48]</w:t>
      </w:r>
    </w:p>
    <w:p>
      <w:r>
        <w:rPr>
          <w:rFonts w:ascii="Gentium Plus" w:hAnsi="Gentium Plus"/>
          <w:sz w:val="24"/>
        </w:rPr>
        <w:t>ἔπειτα νάρκην ἔλαβον, ἐνθυμούμενος ὅτι δεῖ γυναικὸς ἐπιφερούσης δακτύλους</w:t>
      </w:r>
    </w:p>
    <w:p>
      <w:r>
        <w:rPr>
          <w:rFonts w:ascii="Courier New" w:hAnsi="Courier New"/>
          <w:color w:val="555555"/>
          <w:sz w:val="20"/>
        </w:rPr>
        <w:t>[49]</w:t>
      </w:r>
    </w:p>
    <w:p>
      <w:r>
        <w:rPr>
          <w:rFonts w:ascii="Gentium Plus" w:hAnsi="Gentium Plus"/>
          <w:sz w:val="24"/>
        </w:rPr>
        <w:t>τοὔψον λαβοῦσαι τοῦτο τἀπεσταλμένον σκευάζετ’, εὐωχεῖσθε, προπόσεις πίνετε, λέπεσθε, ματτυάζετε.</w:t>
      </w:r>
    </w:p>
    <w:p>
      <w:r>
        <w:rPr>
          <w:rFonts w:ascii="Courier New" w:hAnsi="Courier New"/>
          <w:color w:val="555555"/>
          <w:sz w:val="20"/>
        </w:rPr>
        <w:t>[tit 51]</w:t>
      </w:r>
    </w:p>
    <w:p>
      <w:r>
        <w:rPr>
          <w:rFonts w:ascii="Gentium Plus" w:hAnsi="Gentium Plus"/>
          <w:sz w:val="24"/>
        </w:rPr>
        <w:t>ΔΙΑΠΛΕΟΥΣΑΙ</w:t>
      </w:r>
    </w:p>
    <w:p>
      <w:r>
        <w:rPr>
          <w:rFonts w:ascii="Courier New" w:hAnsi="Courier New"/>
          <w:color w:val="555555"/>
          <w:sz w:val="20"/>
        </w:rPr>
        <w:t>[51]</w:t>
      </w:r>
    </w:p>
    <w:p>
      <w:r>
        <w:rPr>
          <w:rFonts w:ascii="Gentium Plus" w:hAnsi="Gentium Plus"/>
          <w:sz w:val="24"/>
        </w:rPr>
        <w:t>ἐπιχαιρέκακος εἶ καὶ φθονεῖς τοῖς πλησίον.</w:t>
      </w:r>
    </w:p>
    <w:p>
      <w:r>
        <w:rPr>
          <w:rFonts w:ascii="Courier New" w:hAnsi="Courier New"/>
          <w:color w:val="555555"/>
          <w:sz w:val="20"/>
        </w:rPr>
        <w:t>[tit 52-54]</w:t>
      </w:r>
    </w:p>
    <w:p>
      <w:r>
        <w:rPr>
          <w:rFonts w:ascii="Gentium Plus" w:hAnsi="Gentium Plus"/>
          <w:sz w:val="24"/>
        </w:rPr>
        <w:t>ΔΙΔΥΜΟΙ</w:t>
      </w:r>
    </w:p>
    <w:p>
      <w:r>
        <w:rPr>
          <w:rFonts w:ascii="Courier New" w:hAnsi="Courier New"/>
          <w:color w:val="555555"/>
          <w:sz w:val="20"/>
        </w:rPr>
        <w:t>[52]</w:t>
      </w:r>
    </w:p>
    <w:p>
      <w:r>
        <w:rPr>
          <w:rFonts w:ascii="Gentium Plus" w:hAnsi="Gentium Plus"/>
          <w:sz w:val="24"/>
        </w:rPr>
        <w:t>στεφάνων τε τούτων χύδην πεπλεγμένων</w:t>
      </w:r>
    </w:p>
    <w:p>
      <w:r>
        <w:rPr>
          <w:rFonts w:ascii="Courier New" w:hAnsi="Courier New"/>
          <w:color w:val="555555"/>
          <w:sz w:val="20"/>
        </w:rPr>
        <w:t>[53]</w:t>
      </w:r>
    </w:p>
    <w:p>
      <w:r>
        <w:rPr>
          <w:rFonts w:ascii="Gentium Plus" w:hAnsi="Gentium Plus"/>
          <w:sz w:val="24"/>
        </w:rPr>
        <w:t>τούτῳ πρόπιθ’, ἵνα καὐτὸς ἄλλῳ.</w:t>
      </w:r>
    </w:p>
    <w:p>
      <w:r>
        <w:rPr>
          <w:rFonts w:ascii="Courier New" w:hAnsi="Courier New"/>
          <w:color w:val="555555"/>
          <w:sz w:val="20"/>
        </w:rPr>
        <w:t>[tit 55]</w:t>
      </w:r>
    </w:p>
    <w:p>
      <w:r>
        <w:rPr>
          <w:rFonts w:ascii="Gentium Plus" w:hAnsi="Gentium Plus"/>
          <w:sz w:val="24"/>
        </w:rPr>
        <w:t>ΔΙΣ ΠΕΝΘΩΝ</w:t>
      </w:r>
    </w:p>
    <w:p>
      <w:r>
        <w:rPr>
          <w:rFonts w:ascii="Courier New" w:hAnsi="Courier New"/>
          <w:color w:val="555555"/>
          <w:sz w:val="20"/>
        </w:rPr>
        <w:t>[55]</w:t>
      </w:r>
    </w:p>
    <w:p>
      <w:r>
        <w:rPr>
          <w:rFonts w:ascii="Gentium Plus" w:hAnsi="Gentium Plus"/>
          <w:sz w:val="24"/>
        </w:rPr>
        <w:t>καὶ Ζωπύρα, οἰνηρὸν ἀγγεῖον.</w:t>
      </w:r>
    </w:p>
    <w:p>
      <w:r>
        <w:rPr>
          <w:rFonts w:ascii="Courier New" w:hAnsi="Courier New"/>
          <w:color w:val="555555"/>
          <w:sz w:val="20"/>
        </w:rPr>
        <w:t>[tit 56-58]</w:t>
      </w:r>
    </w:p>
    <w:p>
      <w:r>
        <w:rPr>
          <w:rFonts w:ascii="Gentium Plus" w:hAnsi="Gentium Plus"/>
          <w:sz w:val="24"/>
        </w:rPr>
        <w:t>ΔΟΡΚΙΣ Η ΠΟΠΠΥΖΟΥΣΑ</w:t>
      </w:r>
    </w:p>
    <w:p>
      <w:r>
        <w:rPr>
          <w:rFonts w:ascii="Courier New" w:hAnsi="Courier New"/>
          <w:color w:val="555555"/>
          <w:sz w:val="20"/>
        </w:rPr>
        <w:t>[56]</w:t>
      </w:r>
    </w:p>
    <w:p>
      <w:r>
        <w:rPr>
          <w:rFonts w:ascii="Gentium Plus" w:hAnsi="Gentium Plus"/>
          <w:sz w:val="24"/>
        </w:rPr>
        <w:t>τοῖς ἰχθυοπώλαις ἐστὶν ἐψηφισμένον, ὥς φασι, χαλκῆν Καλλιμέδοντος εἰκόνα στῆσαι Παναθηναίοισιν ἐν τοῖς ἰχθύσιν, ἔχουσαν ὀπτὸν κάραβον ἐν τῇ δεξιᾷ,</w:t>
      </w:r>
    </w:p>
    <w:p>
      <w:r>
        <w:rPr>
          <w:rFonts w:ascii="Courier New" w:hAnsi="Courier New"/>
          <w:color w:val="555555"/>
          <w:sz w:val="20"/>
        </w:rPr>
        <w:t>[5]</w:t>
      </w:r>
    </w:p>
    <w:p>
      <w:r>
        <w:rPr>
          <w:rFonts w:ascii="Gentium Plus" w:hAnsi="Gentium Plus"/>
          <w:sz w:val="24"/>
        </w:rPr>
        <w:t>ὡς αὐτὸν ὄντ’ αὐτοῖσι τῆς τέχνης μόνον σωτῆρα, τοὺς ἄλλους δὲ πάντας ζημίαν.</w:t>
      </w:r>
    </w:p>
    <w:p>
      <w:r>
        <w:rPr>
          <w:rFonts w:ascii="Courier New" w:hAnsi="Courier New"/>
          <w:color w:val="555555"/>
          <w:sz w:val="20"/>
        </w:rPr>
        <w:t>[57]</w:t>
      </w:r>
    </w:p>
    <w:p>
      <w:r>
        <w:rPr>
          <w:rFonts w:ascii="Gentium Plus" w:hAnsi="Gentium Plus"/>
          <w:sz w:val="24"/>
        </w:rPr>
        <w:t>περιστερὰς ἔνδον τρέφω τῶν Σικελικῶν τούτων πάνυ</w:t>
      </w:r>
    </w:p>
    <w:p>
      <w:r>
        <w:rPr>
          <w:rFonts w:ascii="Courier New" w:hAnsi="Courier New"/>
          <w:color w:val="555555"/>
          <w:sz w:val="20"/>
        </w:rPr>
        <w:t>[58]</w:t>
      </w:r>
    </w:p>
    <w:p>
      <w:r>
        <w:rPr>
          <w:rFonts w:ascii="Gentium Plus" w:hAnsi="Gentium Plus"/>
          <w:sz w:val="24"/>
        </w:rPr>
        <w:t>τῆς φιλοτησίας ἐγὼ μεστὰς προπίνω γ’ ἴσον ἴσῳ κεκραμένας.</w:t>
      </w:r>
    </w:p>
    <w:p>
      <w:r>
        <w:rPr>
          <w:rFonts w:ascii="Courier New" w:hAnsi="Courier New"/>
          <w:color w:val="555555"/>
          <w:sz w:val="20"/>
        </w:rPr>
        <w:t>[tit 59-61]</w:t>
      </w:r>
    </w:p>
    <w:p>
      <w:r>
        <w:rPr>
          <w:rFonts w:ascii="Gentium Plus" w:hAnsi="Gentium Plus"/>
          <w:sz w:val="24"/>
        </w:rPr>
        <w:t>ΔΡΩΠΙΔΗΣ</w:t>
      </w:r>
    </w:p>
    <w:p>
      <w:r>
        <w:rPr>
          <w:rFonts w:ascii="Courier New" w:hAnsi="Courier New"/>
          <w:color w:val="555555"/>
          <w:sz w:val="20"/>
        </w:rPr>
        <w:t>[59]</w:t>
      </w:r>
    </w:p>
    <w:p>
      <w:r>
        <w:rPr>
          <w:rFonts w:ascii="Gentium Plus" w:hAnsi="Gentium Plus"/>
          <w:sz w:val="24"/>
        </w:rPr>
        <w:t>εἰσῆλθεν ἡταίρα φέρουσα τὸν γλυκὺν ἐν ἀργυρῷ ποτηρίῳ πετάχνῳ τινί, ἀστειοτάτῳ τὴν ὄψιν, οὔτε τρυβλίῳ οὔτε φιάλῃ, μετεῖχε δ’ ἀμφοῖν τοῖν ῥυθμοῖν.</w:t>
      </w:r>
    </w:p>
    <w:p>
      <w:r>
        <w:rPr>
          <w:rFonts w:ascii="Courier New" w:hAnsi="Courier New"/>
          <w:color w:val="555555"/>
          <w:sz w:val="20"/>
        </w:rPr>
        <w:t>[60]</w:t>
      </w:r>
    </w:p>
    <w:p>
      <w:r>
        <w:rPr>
          <w:rFonts w:ascii="Gentium Plus" w:hAnsi="Gentium Plus"/>
          <w:sz w:val="24"/>
        </w:rPr>
        <w:t>τὴν σπάθην</w:t>
      </w:r>
    </w:p>
    <w:p>
      <w:r>
        <w:rPr>
          <w:rFonts w:ascii="Courier New" w:hAnsi="Courier New"/>
          <w:color w:val="555555"/>
          <w:sz w:val="20"/>
        </w:rPr>
        <w:t>[61]</w:t>
      </w:r>
    </w:p>
    <w:p>
      <w:r>
        <w:rPr>
          <w:rFonts w:ascii="Gentium Plus" w:hAnsi="Gentium Plus"/>
          <w:sz w:val="24"/>
        </w:rPr>
        <w:t>παραγοράζειν</w:t>
      </w:r>
    </w:p>
    <w:p>
      <w:r>
        <w:rPr>
          <w:rFonts w:ascii="Courier New" w:hAnsi="Courier New"/>
          <w:color w:val="555555"/>
          <w:sz w:val="20"/>
        </w:rPr>
        <w:t>[tit 62-64]</w:t>
      </w:r>
    </w:p>
    <w:p>
      <w:r>
        <w:rPr>
          <w:rFonts w:ascii="Gentium Plus" w:hAnsi="Gentium Plus"/>
          <w:sz w:val="24"/>
        </w:rPr>
        <w:t>ΕΙΣΟΙΚΙΖΟΜΕΝΟΣ</w:t>
      </w:r>
    </w:p>
    <w:p>
      <w:r>
        <w:rPr>
          <w:rFonts w:ascii="Courier New" w:hAnsi="Courier New"/>
          <w:color w:val="555555"/>
          <w:sz w:val="20"/>
        </w:rPr>
        <w:t>[62]</w:t>
      </w:r>
    </w:p>
    <w:p>
      <w:r>
        <w:rPr>
          <w:rFonts w:ascii="Gentium Plus" w:hAnsi="Gentium Plus"/>
          <w:sz w:val="24"/>
        </w:rPr>
        <w:t>οὐ γὰρ ἐμυρίζετ’ ἐξ ἀλαβάστου, πρᾶγμά τι γινόμενον ἀεί, κρονικόν, ἀλλὰ τέτταρας περιστερὰς ἀφῆκεν ἀποβεβαμμένας εἰς οὐχὶ ταὐτὸν μὰ Δία τὴν αὐτὴν μύρον,</w:t>
      </w:r>
    </w:p>
    <w:p>
      <w:r>
        <w:rPr>
          <w:rFonts w:ascii="Courier New" w:hAnsi="Courier New"/>
          <w:color w:val="555555"/>
          <w:sz w:val="20"/>
        </w:rPr>
        <w:t>[5]</w:t>
      </w:r>
    </w:p>
    <w:p>
      <w:r>
        <w:rPr>
          <w:rFonts w:ascii="Gentium Plus" w:hAnsi="Gentium Plus"/>
          <w:sz w:val="24"/>
        </w:rPr>
        <w:t>ἰδίῳ δ’ ἑκάστην. πετόμεναι δ’ αὗται κύκλῳ ἔρραινον ἡμῶν θαἰμάτια καὶ στρώματα. μή μοι φθονήσητ’, ἄνδρες Ἑλλήνων ἄκροι, ἠλειφόμην ὑόμενος ἰρίνῳ μύρῳ.</w:t>
      </w:r>
    </w:p>
    <w:p>
      <w:r>
        <w:rPr>
          <w:rFonts w:ascii="Courier New" w:hAnsi="Courier New"/>
          <w:color w:val="555555"/>
          <w:sz w:val="20"/>
        </w:rPr>
        <w:t>[63]</w:t>
      </w:r>
    </w:p>
    <w:p>
      <w:r>
        <w:rPr>
          <w:rFonts w:ascii="Gentium Plus" w:hAnsi="Gentium Plus"/>
          <w:sz w:val="24"/>
        </w:rPr>
        <w:t>ἔξοινος ἐποίει ταῦτα</w:t>
      </w:r>
    </w:p>
    <w:p>
      <w:r>
        <w:rPr>
          <w:rFonts w:ascii="Courier New" w:hAnsi="Courier New"/>
          <w:color w:val="555555"/>
          <w:sz w:val="20"/>
        </w:rPr>
        <w:t>[64]</w:t>
      </w:r>
    </w:p>
    <w:p>
      <w:r>
        <w:rPr>
          <w:rFonts w:ascii="Gentium Plus" w:hAnsi="Gentium Plus"/>
          <w:sz w:val="24"/>
        </w:rPr>
        <w:t>τρικότυλον ψυγέα</w:t>
      </w:r>
    </w:p>
    <w:p>
      <w:r>
        <w:rPr>
          <w:rFonts w:ascii="Courier New" w:hAnsi="Courier New"/>
          <w:color w:val="555555"/>
          <w:sz w:val="20"/>
        </w:rPr>
        <w:t>[tit 65-67]</w:t>
      </w:r>
    </w:p>
    <w:p>
      <w:r>
        <w:rPr>
          <w:rFonts w:ascii="Gentium Plus" w:hAnsi="Gentium Plus"/>
          <w:sz w:val="24"/>
        </w:rPr>
        <w:t>ΕΙΣ ΤΟ ΦΡΕΑΡ</w:t>
      </w:r>
    </w:p>
    <w:p>
      <w:r>
        <w:rPr>
          <w:rFonts w:ascii="Courier New" w:hAnsi="Courier New"/>
          <w:color w:val="555555"/>
          <w:sz w:val="20"/>
        </w:rPr>
        <w:t>[65]</w:t>
      </w:r>
    </w:p>
    <w:p>
      <w:r>
        <w:rPr>
          <w:rFonts w:ascii="Gentium Plus" w:hAnsi="Gentium Plus"/>
          <w:sz w:val="24"/>
        </w:rPr>
        <w:t>νυνί τέ μοι ὁ δεσπότης προὔπεμψεν οἴνου κεράμιον τῶν ἔνδοθεν κομιοῦντ’ ἐκεῖθεν. Β. μανθάνω· ἐπιδόσιμον παρὰ τἄλλα τοῦτ’ ἔσται. Α. φιλῶ</w:t>
      </w:r>
    </w:p>
    <w:p>
      <w:r>
        <w:rPr>
          <w:rFonts w:ascii="Courier New" w:hAnsi="Courier New"/>
          <w:color w:val="555555"/>
          <w:sz w:val="20"/>
        </w:rPr>
        <w:t>[5]</w:t>
      </w:r>
    </w:p>
    <w:p>
      <w:r>
        <w:rPr>
          <w:rFonts w:ascii="Gentium Plus" w:hAnsi="Gentium Plus"/>
          <w:sz w:val="24"/>
        </w:rPr>
        <w:t>αἰσθητικὴν γραῦν.</w:t>
      </w:r>
    </w:p>
    <w:p>
      <w:r>
        <w:rPr>
          <w:rFonts w:ascii="Courier New" w:hAnsi="Courier New"/>
          <w:color w:val="555555"/>
          <w:sz w:val="20"/>
        </w:rPr>
        <w:t>[66]</w:t>
      </w:r>
    </w:p>
    <w:p>
      <w:r>
        <w:rPr>
          <w:rFonts w:ascii="Gentium Plus" w:hAnsi="Gentium Plus"/>
          <w:sz w:val="24"/>
        </w:rPr>
        <w:t>[τοῖς ἄρτοις] ὅσας ἱστᾶσι παγίδας οἱ ταλαίπωροι βροτοί.</w:t>
      </w:r>
    </w:p>
    <w:p>
      <w:r>
        <w:rPr>
          <w:rFonts w:ascii="Courier New" w:hAnsi="Courier New"/>
          <w:color w:val="555555"/>
          <w:sz w:val="20"/>
        </w:rPr>
        <w:t>[tit,ante 68]</w:t>
      </w:r>
    </w:p>
    <w:p>
      <w:r>
        <w:rPr>
          <w:rFonts w:ascii="Gentium Plus" w:hAnsi="Gentium Plus"/>
          <w:sz w:val="24"/>
        </w:rPr>
        <w:t>ΕΚΚΗΡΥΤΤΟΜΕΝΟΣ</w:t>
      </w:r>
    </w:p>
    <w:p>
      <w:r>
        <w:rPr>
          <w:rFonts w:ascii="Courier New" w:hAnsi="Courier New"/>
          <w:color w:val="555555"/>
          <w:sz w:val="20"/>
        </w:rPr>
        <w:t>[tit 68-69]</w:t>
      </w:r>
    </w:p>
    <w:p>
      <w:r>
        <w:rPr>
          <w:rFonts w:ascii="Gentium Plus" w:hAnsi="Gentium Plus"/>
          <w:sz w:val="24"/>
        </w:rPr>
        <w:t>ΕΚΠΩΜΑΤΟΠΟΙΟΣ</w:t>
      </w:r>
    </w:p>
    <w:p>
      <w:r>
        <w:rPr>
          <w:rFonts w:ascii="Courier New" w:hAnsi="Courier New"/>
          <w:color w:val="555555"/>
          <w:sz w:val="20"/>
        </w:rPr>
        <w:t>[68]</w:t>
      </w:r>
    </w:p>
    <w:p>
      <w:r>
        <w:rPr>
          <w:rFonts w:ascii="Gentium Plus" w:hAnsi="Gentium Plus"/>
          <w:sz w:val="24"/>
        </w:rPr>
        <w:t>ἀεὶ φιλόμυρον πᾶν τὸ Σάρδεων γένος.</w:t>
      </w:r>
    </w:p>
    <w:p>
      <w:r>
        <w:rPr>
          <w:rFonts w:ascii="Courier New" w:hAnsi="Courier New"/>
          <w:color w:val="555555"/>
          <w:sz w:val="20"/>
        </w:rPr>
        <w:t>[69]</w:t>
      </w:r>
    </w:p>
    <w:p>
      <w:r>
        <w:rPr>
          <w:rFonts w:ascii="Gentium Plus" w:hAnsi="Gentium Plus"/>
          <w:sz w:val="24"/>
        </w:rPr>
        <w:t>ἄσημον</w:t>
      </w:r>
    </w:p>
    <w:p>
      <w:r>
        <w:rPr>
          <w:rFonts w:ascii="Courier New" w:hAnsi="Courier New"/>
          <w:color w:val="555555"/>
          <w:sz w:val="20"/>
        </w:rPr>
        <w:t>[tit 70]</w:t>
      </w:r>
    </w:p>
    <w:p>
      <w:r>
        <w:rPr>
          <w:rFonts w:ascii="Gentium Plus" w:hAnsi="Gentium Plus"/>
          <w:sz w:val="24"/>
        </w:rPr>
        <w:t>ΕΛΕΝΗ</w:t>
      </w:r>
    </w:p>
    <w:p>
      <w:r>
        <w:rPr>
          <w:rFonts w:ascii="Courier New" w:hAnsi="Courier New"/>
          <w:color w:val="555555"/>
          <w:sz w:val="20"/>
        </w:rPr>
        <w:t>[70]</w:t>
      </w:r>
    </w:p>
    <w:p>
      <w:r>
        <w:rPr>
          <w:rFonts w:ascii="Gentium Plus" w:hAnsi="Gentium Plus"/>
          <w:sz w:val="24"/>
        </w:rPr>
        <w:t>ὡς ὅστις αὐτῆς τῆς ἀκμῆς τῶν σωμάτων ἐρᾷ, τὸν ἄλλον δ’ οὐδὲ γινώσκει λόγον, τῆς ἡδονῆς ἐστ’, οὐχὶ τῶν φίλων φίλος, ἀδικεῖ τε τὸν Ἔρωτ’ ἐμφανῶς θνητὸς θεόν,</w:t>
      </w:r>
    </w:p>
    <w:p>
      <w:r>
        <w:rPr>
          <w:rFonts w:ascii="Courier New" w:hAnsi="Courier New"/>
          <w:color w:val="555555"/>
          <w:sz w:val="20"/>
        </w:rPr>
        <w:t>[5]</w:t>
      </w:r>
    </w:p>
    <w:p>
      <w:r>
        <w:rPr>
          <w:rFonts w:ascii="Gentium Plus" w:hAnsi="Gentium Plus"/>
          <w:sz w:val="24"/>
        </w:rPr>
        <w:t>ἄπιστον αὐτὸν πᾶσι τοῖς ἄλλοις ποιῶν.</w:t>
      </w:r>
    </w:p>
    <w:p>
      <w:r>
        <w:rPr>
          <w:rFonts w:ascii="Courier New" w:hAnsi="Courier New"/>
          <w:color w:val="555555"/>
          <w:sz w:val="20"/>
        </w:rPr>
        <w:t>[tit 71-72]</w:t>
      </w:r>
    </w:p>
    <w:p>
      <w:r>
        <w:rPr>
          <w:rFonts w:ascii="Gentium Plus" w:hAnsi="Gentium Plus"/>
          <w:sz w:val="24"/>
        </w:rPr>
        <w:t>ΕΛΕΝΗΣ ΑΡΠΑΓΗ</w:t>
      </w:r>
    </w:p>
    <w:p>
      <w:r>
        <w:rPr>
          <w:rFonts w:ascii="Courier New" w:hAnsi="Courier New"/>
          <w:color w:val="555555"/>
          <w:sz w:val="20"/>
        </w:rPr>
        <w:t>[71]</w:t>
      </w:r>
    </w:p>
    <w:p>
      <w:r>
        <w:rPr>
          <w:rFonts w:ascii="Gentium Plus" w:hAnsi="Gentium Plus"/>
          <w:sz w:val="24"/>
        </w:rPr>
        <w:t>ἀκόλαστός ἐστι, τὴν δὲ πολιὰν οὐκ ἐντρέπεται.</w:t>
      </w:r>
    </w:p>
    <w:p>
      <w:r>
        <w:rPr>
          <w:rFonts w:ascii="Courier New" w:hAnsi="Courier New"/>
          <w:color w:val="555555"/>
          <w:sz w:val="20"/>
        </w:rPr>
        <w:t>[tit 73-75]</w:t>
      </w:r>
    </w:p>
    <w:p>
      <w:r>
        <w:rPr>
          <w:rFonts w:ascii="Gentium Plus" w:hAnsi="Gentium Plus"/>
          <w:sz w:val="24"/>
        </w:rPr>
        <w:t>ΕΛΕΝΗΣ ΜΝΗΣΤΗΡΕΣ</w:t>
      </w:r>
    </w:p>
    <w:p>
      <w:r>
        <w:rPr>
          <w:rFonts w:ascii="Courier New" w:hAnsi="Courier New"/>
          <w:color w:val="555555"/>
          <w:sz w:val="20"/>
        </w:rPr>
        <w:t>[73]</w:t>
      </w:r>
    </w:p>
    <w:p>
      <w:r>
        <w:rPr>
          <w:rFonts w:ascii="Gentium Plus" w:hAnsi="Gentium Plus"/>
          <w:sz w:val="24"/>
        </w:rPr>
        <w:t>οὐδὲ ῥόαν γλυκεῖαν ἐκ τῆς δεξιᾶς δέξαιτ’ ἂν αὐτῶν.</w:t>
      </w:r>
    </w:p>
    <w:p>
      <w:r>
        <w:rPr>
          <w:rFonts w:ascii="Courier New" w:hAnsi="Courier New"/>
          <w:color w:val="555555"/>
          <w:sz w:val="20"/>
        </w:rPr>
        <w:t>[74]</w:t>
      </w:r>
    </w:p>
    <w:p>
      <w:r>
        <w:rPr>
          <w:rFonts w:ascii="Gentium Plus" w:hAnsi="Gentium Plus"/>
          <w:sz w:val="24"/>
        </w:rPr>
        <w:t>εἷς ἕκαστος</w:t>
      </w:r>
    </w:p>
    <w:p>
      <w:r>
        <w:rPr>
          <w:rFonts w:ascii="Courier New" w:hAnsi="Courier New"/>
          <w:color w:val="555555"/>
          <w:sz w:val="20"/>
        </w:rPr>
        <w:t>[75]</w:t>
      </w:r>
    </w:p>
    <w:p>
      <w:r>
        <w:rPr>
          <w:rFonts w:ascii="Gentium Plus" w:hAnsi="Gentium Plus"/>
          <w:sz w:val="24"/>
        </w:rPr>
        <w:t>θερμολουτεῖν</w:t>
      </w:r>
    </w:p>
    <w:p>
      <w:r>
        <w:rPr>
          <w:rFonts w:ascii="Courier New" w:hAnsi="Courier New"/>
          <w:color w:val="555555"/>
          <w:sz w:val="20"/>
        </w:rPr>
        <w:t>[tit 76]</w:t>
      </w:r>
    </w:p>
    <w:p>
      <w:r>
        <w:rPr>
          <w:rFonts w:ascii="Gentium Plus" w:hAnsi="Gentium Plus"/>
          <w:sz w:val="24"/>
        </w:rPr>
        <w:t>ΕΛΛΗΝΙΣ</w:t>
      </w:r>
    </w:p>
    <w:p>
      <w:r>
        <w:rPr>
          <w:rFonts w:ascii="Courier New" w:hAnsi="Courier New"/>
          <w:color w:val="555555"/>
          <w:sz w:val="20"/>
        </w:rPr>
        <w:t>[76]</w:t>
      </w:r>
    </w:p>
    <w:p>
      <w:r>
        <w:rPr>
          <w:rFonts w:ascii="Gentium Plus" w:hAnsi="Gentium Plus"/>
          <w:sz w:val="24"/>
        </w:rPr>
        <w:t>ἀεὶ δὲ καὶ ζῶντ’ ἐστὶ καὶ τεθνηκότα τἀν τῇ θαλάττῃ πολέμι’ ἡμῖν θηρία. ἂν ἀνατραπῇ γὰρ πλοῖον, εἶθ’, ὡς γίνεται, ληφθῇ νέων τις, καταπεπώκας’ εὐθέως·</w:t>
      </w:r>
    </w:p>
    <w:p>
      <w:r>
        <w:rPr>
          <w:rFonts w:ascii="Courier New" w:hAnsi="Courier New"/>
          <w:color w:val="555555"/>
          <w:sz w:val="20"/>
        </w:rPr>
        <w:t>[5]</w:t>
      </w:r>
    </w:p>
    <w:p>
      <w:r>
        <w:rPr>
          <w:rFonts w:ascii="Gentium Plus" w:hAnsi="Gentium Plus"/>
          <w:sz w:val="24"/>
        </w:rPr>
        <w:t>αὐτοί τ’ ἐπὰν ληφθῶσιν ὑπὸ τῶν ἁλιέων, τεθνεῶτες ἐπιτρίβουσι τοὺς ὠνουμένους. τῆς οὐσίας γάρ εἰσιν ἡμῶν ὤνιοι, ὁ πριάμενός τε πτωχὸς εὐθὺς ἀποτρέχει.</w:t>
      </w:r>
    </w:p>
    <w:p>
      <w:r>
        <w:rPr>
          <w:rFonts w:ascii="Courier New" w:hAnsi="Courier New"/>
          <w:color w:val="555555"/>
          <w:sz w:val="20"/>
        </w:rPr>
        <w:t>[tit 77]</w:t>
      </w:r>
    </w:p>
    <w:p>
      <w:r>
        <w:rPr>
          <w:rFonts w:ascii="Gentium Plus" w:hAnsi="Gentium Plus"/>
          <w:sz w:val="24"/>
        </w:rPr>
        <w:t>ΕΠΙΔΑΥΡΙΟΣ</w:t>
      </w:r>
    </w:p>
    <w:p>
      <w:r>
        <w:rPr>
          <w:rFonts w:ascii="Courier New" w:hAnsi="Courier New"/>
          <w:color w:val="555555"/>
          <w:sz w:val="20"/>
        </w:rPr>
        <w:t>[77]</w:t>
      </w:r>
    </w:p>
    <w:p>
      <w:r>
        <w:rPr>
          <w:rFonts w:ascii="Gentium Plus" w:hAnsi="Gentium Plus"/>
          <w:sz w:val="24"/>
        </w:rPr>
        <w:t>τοὺς Χαιρεφίλου δ’ υἱεῖς Ἀθηναίους, ὅτι εἰσήγαγεν τάριχος. [οὓς καὶ Τιμοκλῆς ἰδὼν ἐπὶ τῶν ἵππων δύο σκόμβρους ἔφη ἐν τοῖς σατύροις εἶναι.]</w:t>
      </w:r>
    </w:p>
    <w:p>
      <w:r>
        <w:rPr>
          <w:rFonts w:ascii="Courier New" w:hAnsi="Courier New"/>
          <w:color w:val="555555"/>
          <w:sz w:val="20"/>
        </w:rPr>
        <w:t>[tit 78-80]</w:t>
      </w:r>
    </w:p>
    <w:p>
      <w:r>
        <w:rPr>
          <w:rFonts w:ascii="Gentium Plus" w:hAnsi="Gentium Plus"/>
          <w:sz w:val="24"/>
        </w:rPr>
        <w:t>ΕΠΙΚΛΗΡΟΣ</w:t>
      </w:r>
    </w:p>
    <w:p>
      <w:r>
        <w:rPr>
          <w:rFonts w:ascii="Courier New" w:hAnsi="Courier New"/>
          <w:color w:val="555555"/>
          <w:sz w:val="20"/>
        </w:rPr>
        <w:t>[78]</w:t>
      </w:r>
    </w:p>
    <w:p>
      <w:r>
        <w:rPr>
          <w:rFonts w:ascii="Gentium Plus" w:hAnsi="Gentium Plus"/>
          <w:sz w:val="24"/>
        </w:rPr>
        <w:t>ὅστις ἀγοράζει πτωχὸς ὢν ὄψον πολύ, ἀπορούμενός τε τἄλλα πρὸς τοῦτ’ εὐπορεῖ, τῆς νυκτὸς οὗτος τοὺς ἀπαντῶντας ποιεῖ γυμνοὺς ἅπαντας. εἶτ’ ἐπάν τις ἐκδυθῇ,</w:t>
      </w:r>
    </w:p>
    <w:p>
      <w:r>
        <w:rPr>
          <w:rFonts w:ascii="Courier New" w:hAnsi="Courier New"/>
          <w:color w:val="555555"/>
          <w:sz w:val="20"/>
        </w:rPr>
        <w:t>[5]</w:t>
      </w:r>
    </w:p>
    <w:p>
      <w:r>
        <w:rPr>
          <w:rFonts w:ascii="Gentium Plus" w:hAnsi="Gentium Plus"/>
          <w:sz w:val="24"/>
        </w:rPr>
        <w:t>τηρεῖν ἕωθεν εὐθὺς ἐν τοῖς ἰχθύσιν· ὃν ἂν δ’ ἴδῃ πρῶτον πένητα καὶ νέον παρὰ Μικίωνος ἐγχέλεις ὠνούμενον, ἀπάγειν λαβόμενον εἰς τὸ δεσμωτήριον.</w:t>
      </w:r>
    </w:p>
    <w:p>
      <w:r>
        <w:rPr>
          <w:rFonts w:ascii="Courier New" w:hAnsi="Courier New"/>
          <w:color w:val="555555"/>
          <w:sz w:val="20"/>
        </w:rPr>
        <w:t>[79]</w:t>
      </w:r>
    </w:p>
    <w:p>
      <w:r>
        <w:rPr>
          <w:rFonts w:ascii="Gentium Plus" w:hAnsi="Gentium Plus"/>
          <w:sz w:val="24"/>
        </w:rPr>
        <w:t>ἀλλ’ ἔγωγ’, ὦ παῖ, δίδωμι, καὶ ποιήσω πάνθ’ ὅσα</w:t>
      </w:r>
    </w:p>
    <w:p>
      <w:r>
        <w:rPr>
          <w:rFonts w:ascii="Courier New" w:hAnsi="Courier New"/>
          <w:color w:val="555555"/>
          <w:sz w:val="20"/>
        </w:rPr>
        <w:t>[80]</w:t>
      </w:r>
    </w:p>
    <w:p>
      <w:r>
        <w:rPr>
          <w:rFonts w:ascii="Gentium Plus" w:hAnsi="Gentium Plus"/>
          <w:sz w:val="24"/>
        </w:rPr>
        <w:t>κακουχία</w:t>
      </w:r>
    </w:p>
    <w:p>
      <w:r>
        <w:rPr>
          <w:rFonts w:ascii="Courier New" w:hAnsi="Courier New"/>
          <w:color w:val="555555"/>
          <w:sz w:val="20"/>
        </w:rPr>
        <w:t>[tit 81]</w:t>
      </w:r>
    </w:p>
    <w:p>
      <w:r>
        <w:rPr>
          <w:rFonts w:ascii="Gentium Plus" w:hAnsi="Gentium Plus"/>
          <w:sz w:val="24"/>
        </w:rPr>
        <w:t>ΕΠΙΣΤΟΛΗ</w:t>
      </w:r>
    </w:p>
    <w:p>
      <w:r>
        <w:rPr>
          <w:rFonts w:ascii="Courier New" w:hAnsi="Courier New"/>
          <w:color w:val="555555"/>
          <w:sz w:val="20"/>
        </w:rPr>
        <w:t>[81]</w:t>
      </w:r>
    </w:p>
    <w:p>
      <w:r>
        <w:rPr>
          <w:rFonts w:ascii="Gentium Plus" w:hAnsi="Gentium Plus"/>
          <w:sz w:val="24"/>
        </w:rPr>
        <w:t>προσέκοψεν</w:t>
      </w:r>
    </w:p>
    <w:p>
      <w:r>
        <w:rPr>
          <w:rFonts w:ascii="Courier New" w:hAnsi="Courier New"/>
          <w:color w:val="555555"/>
          <w:sz w:val="20"/>
        </w:rPr>
        <w:t>[tit 82]</w:t>
      </w:r>
    </w:p>
    <w:p>
      <w:r>
        <w:rPr>
          <w:rFonts w:ascii="Gentium Plus" w:hAnsi="Gentium Plus"/>
          <w:sz w:val="24"/>
        </w:rPr>
        <w:t>ΕΠΙΤΡΟΠΟΣ</w:t>
      </w:r>
    </w:p>
    <w:p>
      <w:r>
        <w:rPr>
          <w:rFonts w:ascii="Courier New" w:hAnsi="Courier New"/>
          <w:color w:val="555555"/>
          <w:sz w:val="20"/>
        </w:rPr>
        <w:t>[82]</w:t>
      </w:r>
    </w:p>
    <w:p>
      <w:r>
        <w:rPr>
          <w:rFonts w:ascii="Gentium Plus" w:hAnsi="Gentium Plus"/>
          <w:sz w:val="24"/>
        </w:rPr>
        <w:t>πολὺς γὰρ οἶνος πόλλ’ ἁμαρτάνειν ποιεῖ.</w:t>
      </w:r>
    </w:p>
    <w:p>
      <w:r>
        <w:rPr>
          <w:rFonts w:ascii="Courier New" w:hAnsi="Courier New"/>
          <w:color w:val="555555"/>
          <w:sz w:val="20"/>
        </w:rPr>
        <w:t>[tit 83]</w:t>
      </w:r>
    </w:p>
    <w:p>
      <w:r>
        <w:rPr>
          <w:rFonts w:ascii="Gentium Plus" w:hAnsi="Gentium Plus"/>
          <w:sz w:val="24"/>
        </w:rPr>
        <w:t>ΕΠΤΑ ΕΠΙ ΘΗΒΑΙΣ</w:t>
      </w:r>
    </w:p>
    <w:p>
      <w:r>
        <w:rPr>
          <w:rFonts w:ascii="Courier New" w:hAnsi="Courier New"/>
          <w:color w:val="555555"/>
          <w:sz w:val="20"/>
        </w:rPr>
        <w:t>[83]</w:t>
      </w:r>
    </w:p>
    <w:p>
      <w:r>
        <w:rPr>
          <w:rFonts w:ascii="Gentium Plus" w:hAnsi="Gentium Plus"/>
          <w:sz w:val="24"/>
        </w:rPr>
        <w:t>γόγγρου δ’ ὁμοῦ σωρευτὰ πιμελῆς μέλη ὑπεργέμοντα</w:t>
      </w:r>
    </w:p>
    <w:p>
      <w:r>
        <w:rPr>
          <w:rFonts w:ascii="Courier New" w:hAnsi="Courier New"/>
          <w:color w:val="555555"/>
          <w:sz w:val="20"/>
        </w:rPr>
        <w:t>[tit 84]</w:t>
      </w:r>
    </w:p>
    <w:p>
      <w:r>
        <w:rPr>
          <w:rFonts w:ascii="Gentium Plus" w:hAnsi="Gentium Plus"/>
          <w:sz w:val="24"/>
        </w:rPr>
        <w:t>ΕΡΕΤΡΙΚΟΣ</w:t>
      </w:r>
    </w:p>
    <w:p>
      <w:r>
        <w:rPr>
          <w:rFonts w:ascii="Courier New" w:hAnsi="Courier New"/>
          <w:color w:val="555555"/>
          <w:sz w:val="20"/>
        </w:rPr>
        <w:t>[84]</w:t>
      </w:r>
    </w:p>
    <w:p>
      <w:r>
        <w:rPr>
          <w:rFonts w:ascii="Gentium Plus" w:hAnsi="Gentium Plus"/>
          <w:sz w:val="24"/>
        </w:rPr>
        <w:t>τευθίδες, σπίναι, βατίς, δῆμος, ἀφύαι, κρεάδι’, ἐντερίδι’· ἀλλὰ τὰς μὲν τευθίδας,</w:t>
      </w:r>
    </w:p>
    <w:p>
      <w:r>
        <w:rPr>
          <w:rFonts w:ascii="Courier New" w:hAnsi="Courier New"/>
          <w:color w:val="555555"/>
          <w:sz w:val="20"/>
        </w:rPr>
        <w:t>[5]</w:t>
      </w:r>
    </w:p>
    <w:p>
      <w:r>
        <w:rPr>
          <w:rFonts w:ascii="Gentium Plus" w:hAnsi="Gentium Plus"/>
          <w:sz w:val="24"/>
        </w:rPr>
        <w:t>λεπτοῖσι χλωροῖς ὠνθύλευσα.</w:t>
      </w:r>
    </w:p>
    <w:p>
      <w:r>
        <w:rPr>
          <w:rFonts w:ascii="Courier New" w:hAnsi="Courier New"/>
          <w:color w:val="555555"/>
          <w:sz w:val="20"/>
        </w:rPr>
        <w:t>[t,post 84]</w:t>
      </w:r>
    </w:p>
    <w:p>
      <w:pPr>
        <w:jc w:val="center"/>
      </w:pPr>
      <w:r>
        <w:rPr>
          <w:rFonts w:ascii="Gentium Plus" w:hAnsi="Gentium Plus"/>
          <w:b/>
          <w:sz w:val="24"/>
        </w:rPr>
        <w:t>ΕΡΙΘΟΙ</w:t>
      </w:r>
    </w:p>
    <w:p>
      <w:r>
        <w:rPr>
          <w:rFonts w:ascii="Courier New" w:hAnsi="Courier New"/>
          <w:color w:val="555555"/>
          <w:sz w:val="20"/>
        </w:rPr>
        <w:t>[tit,ante 85]</w:t>
      </w:r>
    </w:p>
    <w:p>
      <w:r>
        <w:rPr>
          <w:rFonts w:ascii="Gentium Plus" w:hAnsi="Gentium Plus"/>
          <w:sz w:val="24"/>
        </w:rPr>
        <w:t>Η ΕΙΣ ΤΟ ΦΡΕΑΡ</w:t>
      </w:r>
    </w:p>
    <w:p>
      <w:r>
        <w:rPr>
          <w:rFonts w:ascii="Courier New" w:hAnsi="Courier New"/>
          <w:color w:val="555555"/>
          <w:sz w:val="20"/>
        </w:rPr>
        <w:t>[tit 85-86]</w:t>
      </w:r>
    </w:p>
    <w:p>
      <w:r>
        <w:rPr>
          <w:rFonts w:ascii="Gentium Plus" w:hAnsi="Gentium Plus"/>
          <w:sz w:val="24"/>
        </w:rPr>
        <w:t>ΗΣΙΟΝΗ</w:t>
      </w:r>
    </w:p>
    <w:p>
      <w:r>
        <w:rPr>
          <w:rFonts w:ascii="Courier New" w:hAnsi="Courier New"/>
          <w:color w:val="555555"/>
          <w:sz w:val="20"/>
        </w:rPr>
        <w:t>[85]</w:t>
      </w:r>
    </w:p>
    <w:p>
      <w:r>
        <w:rPr>
          <w:rFonts w:ascii="Gentium Plus" w:hAnsi="Gentium Plus"/>
          <w:sz w:val="24"/>
        </w:rPr>
        <w:t>γενόμενος δ’ ἔννους μόλις ᾔτησε κύλικα, καὶ λαβὼν ἑξῆς πυκνὰς ἕλκει καταντλεῖ, κατά τε τὴν παροιμίαν ἀεί ποτ’ εὖ μὲν ἀσκὸς εὖ δὲ θύλακος</w:t>
      </w:r>
    </w:p>
    <w:p>
      <w:r>
        <w:rPr>
          <w:rFonts w:ascii="Courier New" w:hAnsi="Courier New"/>
          <w:color w:val="555555"/>
          <w:sz w:val="20"/>
        </w:rPr>
        <w:t>[5]</w:t>
      </w:r>
    </w:p>
    <w:p>
      <w:r>
        <w:rPr>
          <w:rFonts w:ascii="Gentium Plus" w:hAnsi="Gentium Plus"/>
          <w:sz w:val="24"/>
        </w:rPr>
        <w:t>ἅνθρωπός ἐστι.</w:t>
      </w:r>
    </w:p>
    <w:p>
      <w:r>
        <w:rPr>
          <w:rFonts w:ascii="Courier New" w:hAnsi="Courier New"/>
          <w:color w:val="555555"/>
          <w:sz w:val="20"/>
        </w:rPr>
        <w:t>[86]</w:t>
      </w:r>
    </w:p>
    <w:p>
      <w:r>
        <w:rPr>
          <w:rFonts w:ascii="Gentium Plus" w:hAnsi="Gentium Plus"/>
          <w:sz w:val="24"/>
        </w:rPr>
        <w:t>ὡς εἶδε τὴν τράπεζαν ἀνθρώπους δύο φέροντας εἴσω ποικίλων παροψίδων</w:t>
      </w:r>
    </w:p>
    <w:p>
      <w:r>
        <w:rPr>
          <w:rFonts w:ascii="Courier New" w:hAnsi="Courier New"/>
          <w:color w:val="555555"/>
          <w:sz w:val="20"/>
        </w:rPr>
        <w:t>[tit 87-88]</w:t>
      </w:r>
    </w:p>
    <w:p>
      <w:r>
        <w:rPr>
          <w:rFonts w:ascii="Gentium Plus" w:hAnsi="Gentium Plus"/>
          <w:sz w:val="24"/>
        </w:rPr>
        <w:t>ΘΕΟΦΟΡΗΤΟΣ</w:t>
      </w:r>
    </w:p>
    <w:p>
      <w:r>
        <w:rPr>
          <w:rFonts w:ascii="Courier New" w:hAnsi="Courier New"/>
          <w:color w:val="555555"/>
          <w:sz w:val="20"/>
        </w:rPr>
        <w:t>[87]</w:t>
      </w:r>
    </w:p>
    <w:p>
      <w:r>
        <w:rPr>
          <w:rFonts w:ascii="Gentium Plus" w:hAnsi="Gentium Plus"/>
          <w:sz w:val="24"/>
        </w:rPr>
        <w:t>οἶμαί γ’ ἐπιτιμᾶν τῶν ἀπαντώντων τινὰς ἡμῖν, ὅτι τηνικαῦτα μεθύων περιπατῶ· ποῖος γάρ ἐστι φανός, ὦ πρὸς τῶν θεῶν, τοιοῦτος οἷος ὁ γλυκύτατος ἥλιος;</w:t>
      </w:r>
    </w:p>
    <w:p>
      <w:r>
        <w:rPr>
          <w:rFonts w:ascii="Courier New" w:hAnsi="Courier New"/>
          <w:color w:val="555555"/>
          <w:sz w:val="20"/>
        </w:rPr>
        <w:t>[88]</w:t>
      </w:r>
    </w:p>
    <w:p>
      <w:r>
        <w:rPr>
          <w:rFonts w:ascii="Gentium Plus" w:hAnsi="Gentium Plus"/>
          <w:sz w:val="24"/>
        </w:rPr>
        <w:t>λαλῶ Πτολεμαίῳ γογγυλίδος ὀπτῶν τόμους.</w:t>
      </w:r>
    </w:p>
    <w:p>
      <w:r>
        <w:rPr>
          <w:rFonts w:ascii="Courier New" w:hAnsi="Courier New"/>
          <w:color w:val="555555"/>
          <w:sz w:val="20"/>
        </w:rPr>
        <w:t>[tit 89]</w:t>
      </w:r>
    </w:p>
    <w:p>
      <w:r>
        <w:rPr>
          <w:rFonts w:ascii="Gentium Plus" w:hAnsi="Gentium Plus"/>
          <w:sz w:val="24"/>
        </w:rPr>
        <w:t>ΘΕΣΠΡΩΤΟΙ</w:t>
      </w:r>
    </w:p>
    <w:p>
      <w:r>
        <w:rPr>
          <w:rFonts w:ascii="Courier New" w:hAnsi="Courier New"/>
          <w:color w:val="555555"/>
          <w:sz w:val="20"/>
        </w:rPr>
        <w:t>[89]</w:t>
      </w:r>
    </w:p>
    <w:p>
      <w:r>
        <w:rPr>
          <w:rFonts w:ascii="Gentium Plus" w:hAnsi="Gentium Plus"/>
          <w:sz w:val="24"/>
        </w:rPr>
        <w:t>Ἑρμῆ νεκρῶν προπομπὲ καὶ Φιλιππίδου κληροῦχε, νυκτός τ’ ὄμμα τῆς μελαμπέπλου</w:t>
      </w:r>
    </w:p>
    <w:p>
      <w:r>
        <w:rPr>
          <w:rFonts w:ascii="Courier New" w:hAnsi="Courier New"/>
          <w:color w:val="555555"/>
          <w:sz w:val="20"/>
        </w:rPr>
        <w:t>[tit 90]</w:t>
      </w:r>
    </w:p>
    <w:p>
      <w:r>
        <w:rPr>
          <w:rFonts w:ascii="Gentium Plus" w:hAnsi="Gentium Plus"/>
          <w:sz w:val="24"/>
        </w:rPr>
        <w:t>ΘΗΒΑΙΟΙ</w:t>
      </w:r>
    </w:p>
    <w:p>
      <w:r>
        <w:rPr>
          <w:rFonts w:ascii="Courier New" w:hAnsi="Courier New"/>
          <w:color w:val="555555"/>
          <w:sz w:val="20"/>
        </w:rPr>
        <w:t>[90]</w:t>
      </w:r>
    </w:p>
    <w:p>
      <w:r>
        <w:rPr>
          <w:rFonts w:ascii="Gentium Plus" w:hAnsi="Gentium Plus"/>
          <w:sz w:val="24"/>
        </w:rPr>
        <w:t>ἔστιν δὲ ποδαπὸς τὸ γένος οὗτος; Β. πλούσιος. τούτους δὲ πάντες φασὶν εὐγενεστάτους εἶναι· πένητας δ’ εὐπάτριδας οὐδεὶς ὁρᾷ.</w:t>
      </w:r>
    </w:p>
    <w:p>
      <w:r>
        <w:rPr>
          <w:rFonts w:ascii="Courier New" w:hAnsi="Courier New"/>
          <w:color w:val="555555"/>
          <w:sz w:val="20"/>
        </w:rPr>
        <w:t>[tit 91]</w:t>
      </w:r>
    </w:p>
    <w:p>
      <w:r>
        <w:rPr>
          <w:rFonts w:ascii="Gentium Plus" w:hAnsi="Gentium Plus"/>
          <w:sz w:val="24"/>
        </w:rPr>
        <w:t>ΘΗΤΕΥΟΝΤΕΣ</w:t>
      </w:r>
    </w:p>
    <w:p>
      <w:r>
        <w:rPr>
          <w:rFonts w:ascii="Courier New" w:hAnsi="Courier New"/>
          <w:color w:val="555555"/>
          <w:sz w:val="20"/>
        </w:rPr>
        <w:t>[91]</w:t>
      </w:r>
    </w:p>
    <w:p>
      <w:r>
        <w:rPr>
          <w:rFonts w:ascii="Gentium Plus" w:hAnsi="Gentium Plus"/>
          <w:sz w:val="24"/>
        </w:rPr>
        <w:t>ὅρκος βέβαιός ἐστιν ἂν νεύσω μόνον.</w:t>
      </w:r>
    </w:p>
    <w:p>
      <w:r>
        <w:rPr>
          <w:rFonts w:ascii="Courier New" w:hAnsi="Courier New"/>
          <w:color w:val="555555"/>
          <w:sz w:val="20"/>
        </w:rPr>
        <w:t>[tit 92]</w:t>
      </w:r>
    </w:p>
    <w:p>
      <w:r>
        <w:rPr>
          <w:rFonts w:ascii="Gentium Plus" w:hAnsi="Gentium Plus"/>
          <w:sz w:val="24"/>
        </w:rPr>
        <w:t>ΘΡΑΣΩΝ</w:t>
      </w:r>
    </w:p>
    <w:p>
      <w:r>
        <w:rPr>
          <w:rFonts w:ascii="Courier New" w:hAnsi="Courier New"/>
          <w:color w:val="555555"/>
          <w:sz w:val="20"/>
        </w:rPr>
        <w:t>[92]</w:t>
      </w:r>
    </w:p>
    <w:p>
      <w:r>
        <w:rPr>
          <w:rFonts w:ascii="Gentium Plus" w:hAnsi="Gentium Plus"/>
          <w:sz w:val="24"/>
        </w:rPr>
        <w:t>σοῦ δ’ ἐγὼ λαλιστέραν οὐπώποτ’ εἶδον οὔτε κερκώπην, γύναι, οὐ κίτταν, οὐκ ἀηδόν’, οὔτε τρυγόν’, οὐ</w:t>
      </w:r>
    </w:p>
    <w:p>
      <w:r>
        <w:rPr>
          <w:rFonts w:ascii="Courier New" w:hAnsi="Courier New"/>
          <w:color w:val="555555"/>
          <w:sz w:val="20"/>
        </w:rPr>
        <w:t>[tit 93]</w:t>
      </w:r>
    </w:p>
    <w:p>
      <w:r>
        <w:rPr>
          <w:rFonts w:ascii="Gentium Plus" w:hAnsi="Gentium Plus"/>
          <w:sz w:val="24"/>
        </w:rPr>
        <w:t>ΙΑΣΙΣ</w:t>
      </w:r>
    </w:p>
    <w:p>
      <w:r>
        <w:rPr>
          <w:rFonts w:ascii="Courier New" w:hAnsi="Courier New"/>
          <w:color w:val="555555"/>
          <w:sz w:val="20"/>
        </w:rPr>
        <w:t>[93]</w:t>
      </w:r>
    </w:p>
    <w:p>
      <w:r>
        <w:rPr>
          <w:rFonts w:ascii="Gentium Plus" w:hAnsi="Gentium Plus"/>
          <w:sz w:val="24"/>
        </w:rPr>
        <w:t>ἀμφιτάπητα</w:t>
      </w:r>
    </w:p>
    <w:p>
      <w:r>
        <w:rPr>
          <w:rFonts w:ascii="Courier New" w:hAnsi="Courier New"/>
          <w:color w:val="555555"/>
          <w:sz w:val="20"/>
        </w:rPr>
        <w:t>[tit 94-96]</w:t>
      </w:r>
    </w:p>
    <w:p>
      <w:r>
        <w:rPr>
          <w:rFonts w:ascii="Gentium Plus" w:hAnsi="Gentium Plus"/>
          <w:sz w:val="24"/>
        </w:rPr>
        <w:t>ΙΠΠΕΥΣ</w:t>
      </w:r>
    </w:p>
    <w:p>
      <w:r>
        <w:rPr>
          <w:rFonts w:ascii="Courier New" w:hAnsi="Courier New"/>
          <w:color w:val="555555"/>
          <w:sz w:val="20"/>
        </w:rPr>
        <w:t>[94]</w:t>
      </w:r>
    </w:p>
    <w:p>
      <w:r>
        <w:rPr>
          <w:rFonts w:ascii="Gentium Plus" w:hAnsi="Gentium Plus"/>
          <w:sz w:val="24"/>
        </w:rPr>
        <w:t>τοῦτ’ ἔστιν Ἀκαδήμεια, τοῦτο Ξενοκράτης; πόλλ’ ἀγαθὰ δοῖεν οἱ θεοὶ Δημητρίῳ καὶ τοῖς νομοθέταις, διότι τοὺς τὰς τῶν λόγων, ὥς φασι, δυνάμεις παραδιδόντας τοῖς νέοις</w:t>
      </w:r>
    </w:p>
    <w:p>
      <w:r>
        <w:rPr>
          <w:rFonts w:ascii="Courier New" w:hAnsi="Courier New"/>
          <w:color w:val="555555"/>
          <w:sz w:val="20"/>
        </w:rPr>
        <w:t>[5]</w:t>
      </w:r>
    </w:p>
    <w:p>
      <w:r>
        <w:rPr>
          <w:rFonts w:ascii="Gentium Plus" w:hAnsi="Gentium Plus"/>
          <w:sz w:val="24"/>
        </w:rPr>
        <w:t>ἐς κόρακας ἔρρειν φασὶν ἐκ τῆς Ἀττικῆς.</w:t>
      </w:r>
    </w:p>
    <w:p>
      <w:r>
        <w:rPr>
          <w:rFonts w:ascii="Courier New" w:hAnsi="Courier New"/>
          <w:color w:val="555555"/>
          <w:sz w:val="20"/>
        </w:rPr>
        <w:t>[95]</w:t>
      </w:r>
    </w:p>
    <w:p>
      <w:r>
        <w:rPr>
          <w:rFonts w:ascii="Gentium Plus" w:hAnsi="Gentium Plus"/>
          <w:sz w:val="24"/>
        </w:rPr>
        <w:t>τά τε κυμβία ἆρ’ ἦν πρόσωπ’ ἔχοντα χρυσᾶ παρθένων; Β. νὴ τὸν Δί’ ἦν γάρ. Α. ὦ τάλαιν’ ἐγὼ κακῶν.</w:t>
      </w:r>
    </w:p>
    <w:p>
      <w:r>
        <w:rPr>
          <w:rFonts w:ascii="Courier New" w:hAnsi="Courier New"/>
          <w:color w:val="555555"/>
          <w:sz w:val="20"/>
        </w:rPr>
        <w:t>[96]</w:t>
      </w:r>
    </w:p>
    <w:p>
      <w:r>
        <w:rPr>
          <w:rFonts w:ascii="Gentium Plus" w:hAnsi="Gentium Plus"/>
          <w:sz w:val="24"/>
        </w:rPr>
        <w:t>καὶ θηρίκλειός τις κύλιξ, στέφανον κύκλῳ ἔχουσα χρυσοῦν· οὐ γὰρ ἐπίτηκτόν τινα.</w:t>
      </w:r>
    </w:p>
    <w:p>
      <w:r>
        <w:rPr>
          <w:rFonts w:ascii="Courier New" w:hAnsi="Courier New"/>
          <w:color w:val="555555"/>
          <w:sz w:val="20"/>
        </w:rPr>
        <w:t>[tit,ante 97]</w:t>
      </w:r>
    </w:p>
    <w:p>
      <w:r>
        <w:rPr>
          <w:rFonts w:ascii="Gentium Plus" w:hAnsi="Gentium Plus"/>
          <w:sz w:val="24"/>
        </w:rPr>
        <w:t>ΙΠΠΙΣΚΟΣ</w:t>
      </w:r>
    </w:p>
    <w:p>
      <w:r>
        <w:rPr>
          <w:rFonts w:ascii="Courier New" w:hAnsi="Courier New"/>
          <w:color w:val="555555"/>
          <w:sz w:val="20"/>
        </w:rPr>
        <w:t>[tit 97-98]</w:t>
      </w:r>
    </w:p>
    <w:p>
      <w:r>
        <w:rPr>
          <w:rFonts w:ascii="Gentium Plus" w:hAnsi="Gentium Plus"/>
          <w:sz w:val="24"/>
        </w:rPr>
        <w:t>ΙΣΟΣΤΑΣΙΟΝ</w:t>
      </w:r>
    </w:p>
    <w:p>
      <w:r>
        <w:rPr>
          <w:rFonts w:ascii="Courier New" w:hAnsi="Courier New"/>
          <w:color w:val="555555"/>
          <w:sz w:val="20"/>
        </w:rPr>
        <w:t>[97]</w:t>
      </w:r>
    </w:p>
    <w:p>
      <w:r>
        <w:rPr>
          <w:rFonts w:ascii="Gentium Plus" w:hAnsi="Gentium Plus"/>
          <w:sz w:val="24"/>
        </w:rPr>
        <w:t>ἀπὸ συμβολῶν ἔπινον, ὀρχεῖσθαι μόνον βλέποντες, ἄλλο δ’ οὐδέν, ὄψων ὀνόματα καὶ σιτίων ἔχοντες, Ὄψων, Κάραβος,</w:t>
      </w:r>
    </w:p>
    <w:p>
      <w:r>
        <w:rPr>
          <w:rFonts w:ascii="Courier New" w:hAnsi="Courier New"/>
          <w:color w:val="555555"/>
          <w:sz w:val="20"/>
        </w:rPr>
        <w:t>[98]</w:t>
      </w:r>
    </w:p>
    <w:p>
      <w:r>
        <w:rPr>
          <w:rFonts w:ascii="Gentium Plus" w:hAnsi="Gentium Plus"/>
          <w:sz w:val="24"/>
        </w:rPr>
        <w:t>πρῶτα μὲν γὰρ πρὸς τὸ κέρδος καὶ τὸ συλᾶν τοὺς πέλας πάντα τἄλλ’ αὐταῖς πάρεργα γίνεται· ῥάπτουσι δὲ πᾶσιν ἐπιβουλάς· ἐπειδὰν δ’ εὐπορήσωσίν ποτε, ἀνέλαβον καινὰς ἑταίρας, πρωτοπείρους τῆς τέχνης</w:t>
      </w:r>
    </w:p>
    <w:p>
      <w:r>
        <w:rPr>
          <w:rFonts w:ascii="Courier New" w:hAnsi="Courier New"/>
          <w:color w:val="555555"/>
          <w:sz w:val="20"/>
        </w:rPr>
        <w:t>[5]</w:t>
      </w:r>
    </w:p>
    <w:p>
      <w:r>
        <w:rPr>
          <w:rFonts w:ascii="Gentium Plus" w:hAnsi="Gentium Plus"/>
          <w:sz w:val="24"/>
        </w:rPr>
        <w:t>εὐθὺς ἀναπλάττουσι ταύτας, ὥστε μήτε τοὺς τρόπους μήτε τὰς ὄψεις ὁμοίας διατελεῖν οὔσας ἔτι. τυγχάνει μικρά τις οὖσα, φελλὸς ἐν ταῖς βαυκίσιν ἐγκεκάττυται· μακρά τις, διάβαθρον λεπτὸν φορεῖ τήν τε κεφαλὴν ἐπὶ τὸν ὦμον καταβαλοῦς’ ἐξέρχεται·</w:t>
      </w:r>
    </w:p>
    <w:p>
      <w:r>
        <w:rPr>
          <w:rFonts w:ascii="Courier New" w:hAnsi="Courier New"/>
          <w:color w:val="555555"/>
          <w:sz w:val="20"/>
        </w:rPr>
        <w:t>[10]</w:t>
      </w:r>
    </w:p>
    <w:p>
      <w:r>
        <w:rPr>
          <w:rFonts w:ascii="Gentium Plus" w:hAnsi="Gentium Plus"/>
          <w:sz w:val="24"/>
        </w:rPr>
        <w:t>τοῦτο τοῦ μήκους ἀφεῖλεν· οὐκ ἔχει τις ἰσχία, ὑπενέδυς’ ἐρραμμέν’ αὐτήν, ὥστε τὴν εὐπυγίαν ἀναβοᾶν τοὺς εἰσιδόντας. κοιλίαν ἁδρὰν ἔχει, στηθί’ ἔστ’ αὐταῖσι τούτων ὧν ἔχους’ οἱ κωμικοί· ὀρθὰ προσθεῖσαι τοιαῦτα τοὔνδυτον τῆς κοιλίας</w:t>
      </w:r>
    </w:p>
    <w:p>
      <w:r>
        <w:rPr>
          <w:rFonts w:ascii="Courier New" w:hAnsi="Courier New"/>
          <w:color w:val="555555"/>
          <w:sz w:val="20"/>
        </w:rPr>
        <w:t>[15]</w:t>
      </w:r>
    </w:p>
    <w:p>
      <w:r>
        <w:rPr>
          <w:rFonts w:ascii="Gentium Plus" w:hAnsi="Gentium Plus"/>
          <w:sz w:val="24"/>
        </w:rPr>
        <w:t>ὡσπερεὶ κοντοῖσι τούτοις εἰς τὸ πρόσθ’ ἀπήγαγον. τὰς ὀφρῦς πυρρὰς ἔχει τις, ζωγραφοῦσιν ἀσβόλῳ. συμβέβηκ’ εἶναι μέλαιναν, κατέπλασε ψιμυθίῳ. λευκόχρως λίαν τίς ἐστι, παιδέρωτ’ ἐντρίβεται. καλὸν ἔχει τοῦ σώματός τι, τοῦτο γυμνὸν δείκνυται.</w:t>
      </w:r>
    </w:p>
    <w:p>
      <w:r>
        <w:rPr>
          <w:rFonts w:ascii="Courier New" w:hAnsi="Courier New"/>
          <w:color w:val="555555"/>
          <w:sz w:val="20"/>
        </w:rPr>
        <w:t>[20]</w:t>
      </w:r>
    </w:p>
    <w:p>
      <w:r>
        <w:rPr>
          <w:rFonts w:ascii="Gentium Plus" w:hAnsi="Gentium Plus"/>
          <w:sz w:val="24"/>
        </w:rPr>
        <w:t>εὐφυεῖς ὀδόντας ἔσχεν, ἐξ ἀνάγκης δεῖ γελᾶν, ἵνα θεωρῶς’ οἱ παρόντες τὸ στόμ’ ὡς κομψὸν φορεῖ. ἂν δὲ μὴ χαίρῃ γελῶσα, διατελεῖ τὴν ἡμέραν ἔνδον, ὥσπερ τοῖς μαγείροις ἃ παράκειθ’ ἑκάστοτε, ἡνίκ’ ἂν πωλῶσιν αἰγῶν κρανία, ξυλήφιον</w:t>
      </w:r>
    </w:p>
    <w:p>
      <w:r>
        <w:rPr>
          <w:rFonts w:ascii="Courier New" w:hAnsi="Courier New"/>
          <w:color w:val="555555"/>
          <w:sz w:val="20"/>
        </w:rPr>
        <w:t>[25]</w:t>
      </w:r>
    </w:p>
    <w:p>
      <w:r>
        <w:rPr>
          <w:rFonts w:ascii="Gentium Plus" w:hAnsi="Gentium Plus"/>
          <w:sz w:val="24"/>
        </w:rPr>
        <w:t>μυρρίνης ἔχουσα λεπτὸν ὀρθὸν ἐν τοῖς χείλεσιν, ὥστε τῷ χρόνῳ σέσηρεν, ἄν τε βούλητ’ ἄν τε μή.</w:t>
      </w:r>
    </w:p>
    <w:p>
      <w:r>
        <w:rPr>
          <w:rFonts w:ascii="Courier New" w:hAnsi="Courier New"/>
          <w:color w:val="555555"/>
          <w:sz w:val="20"/>
        </w:rPr>
        <w:t>[tit 99]</w:t>
      </w:r>
    </w:p>
    <w:p>
      <w:r>
        <w:rPr>
          <w:rFonts w:ascii="Gentium Plus" w:hAnsi="Gentium Plus"/>
          <w:sz w:val="24"/>
        </w:rPr>
        <w:t>ΚΑΛΑΣΙΡΙΣ</w:t>
      </w:r>
    </w:p>
    <w:p>
      <w:r>
        <w:rPr>
          <w:rFonts w:ascii="Courier New" w:hAnsi="Courier New"/>
          <w:color w:val="555555"/>
          <w:sz w:val="20"/>
        </w:rPr>
        <w:t>[99]</w:t>
      </w:r>
    </w:p>
    <w:p>
      <w:r>
        <w:rPr>
          <w:rFonts w:ascii="Gentium Plus" w:hAnsi="Gentium Plus"/>
          <w:sz w:val="24"/>
        </w:rPr>
        <w:t>ποῖ δή μ’ ἄγεις διὰ τῶν κύκλων;</w:t>
      </w:r>
    </w:p>
    <w:p>
      <w:r>
        <w:rPr>
          <w:rFonts w:ascii="Courier New" w:hAnsi="Courier New"/>
          <w:color w:val="555555"/>
          <w:sz w:val="20"/>
        </w:rPr>
        <w:t>[tit 100]</w:t>
      </w:r>
    </w:p>
    <w:p>
      <w:r>
        <w:rPr>
          <w:rFonts w:ascii="Gentium Plus" w:hAnsi="Gentium Plus"/>
          <w:sz w:val="24"/>
        </w:rPr>
        <w:t>ΚΑΡΧΗΔΟΝΙΟΣ</w:t>
      </w:r>
    </w:p>
    <w:p>
      <w:r>
        <w:rPr>
          <w:rFonts w:ascii="Courier New" w:hAnsi="Courier New"/>
          <w:color w:val="555555"/>
          <w:sz w:val="20"/>
        </w:rPr>
        <w:t>[100]</w:t>
      </w:r>
    </w:p>
    <w:p>
      <w:r>
        <w:rPr>
          <w:rFonts w:ascii="Gentium Plus" w:hAnsi="Gentium Plus"/>
          <w:sz w:val="24"/>
        </w:rPr>
        <w:t>βάκηλος εἶ.</w:t>
      </w:r>
    </w:p>
    <w:p>
      <w:r>
        <w:rPr>
          <w:rFonts w:ascii="Courier New" w:hAnsi="Courier New"/>
          <w:color w:val="555555"/>
          <w:sz w:val="20"/>
        </w:rPr>
        <w:t>[tit,ante 101]</w:t>
      </w:r>
    </w:p>
    <w:p>
      <w:r>
        <w:rPr>
          <w:rFonts w:ascii="Gentium Plus" w:hAnsi="Gentium Plus"/>
          <w:sz w:val="24"/>
        </w:rPr>
        <w:t>ΚΑΤΑΨΕΥΔΟΜΕΝΟΣ</w:t>
      </w:r>
    </w:p>
    <w:p>
      <w:r>
        <w:rPr>
          <w:rFonts w:ascii="Courier New" w:hAnsi="Courier New"/>
          <w:color w:val="555555"/>
          <w:sz w:val="20"/>
        </w:rPr>
        <w:t>[tit 101]</w:t>
      </w:r>
    </w:p>
    <w:p>
      <w:r>
        <w:rPr>
          <w:rFonts w:ascii="Gentium Plus" w:hAnsi="Gentium Plus"/>
          <w:sz w:val="24"/>
        </w:rPr>
        <w:t>ΚΑΥΝΙΟΙ</w:t>
      </w:r>
    </w:p>
    <w:p>
      <w:r>
        <w:rPr>
          <w:rFonts w:ascii="Courier New" w:hAnsi="Courier New"/>
          <w:color w:val="555555"/>
          <w:sz w:val="20"/>
        </w:rPr>
        <w:t>[101]</w:t>
      </w:r>
    </w:p>
    <w:p>
      <w:r>
        <w:rPr>
          <w:rFonts w:ascii="Gentium Plus" w:hAnsi="Gentium Plus"/>
          <w:sz w:val="24"/>
        </w:rPr>
        <w:t>ἐν τῷ βαλανείῳ μήτε πῦρ ταῖς ἐσχάραις ἐνὸν κεκλεισμένον τε τἀλειπτήριον.</w:t>
      </w:r>
    </w:p>
    <w:p>
      <w:r>
        <w:rPr>
          <w:rFonts w:ascii="Courier New" w:hAnsi="Courier New"/>
          <w:color w:val="555555"/>
          <w:sz w:val="20"/>
        </w:rPr>
        <w:t>[tit 102]</w:t>
      </w:r>
    </w:p>
    <w:p>
      <w:r>
        <w:rPr>
          <w:rFonts w:ascii="Gentium Plus" w:hAnsi="Gentium Plus"/>
          <w:sz w:val="24"/>
        </w:rPr>
        <w:t>ΚΗΡΥΤΤΟΜΕΝΟΣ</w:t>
      </w:r>
    </w:p>
    <w:p>
      <w:r>
        <w:rPr>
          <w:rFonts w:ascii="Courier New" w:hAnsi="Courier New"/>
          <w:color w:val="555555"/>
          <w:sz w:val="20"/>
        </w:rPr>
        <w:t>[102]</w:t>
      </w:r>
    </w:p>
    <w:p>
      <w:r>
        <w:rPr>
          <w:rFonts w:ascii="Gentium Plus" w:hAnsi="Gentium Plus"/>
          <w:sz w:val="24"/>
        </w:rPr>
        <w:t>ὥστ’ ἐξελὼν ἐκ τοῦ λυχνούχου τὸν λύχνον μικροῦ κατακαύσας ἔλαθ’ ἑαυτόν, ὑπὸ μάλης τῇ γαστρὶ μᾶλλον τοῦ δέοντος προσαγαγών.</w:t>
      </w:r>
    </w:p>
    <w:p>
      <w:r>
        <w:rPr>
          <w:rFonts w:ascii="Courier New" w:hAnsi="Courier New"/>
          <w:color w:val="555555"/>
          <w:sz w:val="20"/>
        </w:rPr>
        <w:t>[tit 103]</w:t>
      </w:r>
    </w:p>
    <w:p>
      <w:r>
        <w:rPr>
          <w:rFonts w:ascii="Gentium Plus" w:hAnsi="Gentium Plus"/>
          <w:sz w:val="24"/>
        </w:rPr>
        <w:t>ΚΙΘΑΡΩΙΔΟΣ</w:t>
      </w:r>
    </w:p>
    <w:p>
      <w:r>
        <w:rPr>
          <w:rFonts w:ascii="Courier New" w:hAnsi="Courier New"/>
          <w:color w:val="555555"/>
          <w:sz w:val="20"/>
        </w:rPr>
        <w:t>[tit 104]</w:t>
      </w:r>
    </w:p>
    <w:p>
      <w:r>
        <w:rPr>
          <w:rFonts w:ascii="Gentium Plus" w:hAnsi="Gentium Plus"/>
          <w:sz w:val="24"/>
        </w:rPr>
        <w:t>ΚΛΕΟΒΟΥΛΙΝΗ</w:t>
      </w:r>
    </w:p>
    <w:p>
      <w:r>
        <w:rPr>
          <w:rFonts w:ascii="Courier New" w:hAnsi="Courier New"/>
          <w:color w:val="555555"/>
          <w:sz w:val="20"/>
        </w:rPr>
        <w:t>[tit 105]</w:t>
      </w:r>
    </w:p>
    <w:p>
      <w:r>
        <w:rPr>
          <w:rFonts w:ascii="Gentium Plus" w:hAnsi="Gentium Plus"/>
          <w:sz w:val="24"/>
        </w:rPr>
        <w:t>ΚΝΙΔΙΑ</w:t>
      </w:r>
    </w:p>
    <w:p>
      <w:r>
        <w:rPr>
          <w:rFonts w:ascii="Courier New" w:hAnsi="Courier New"/>
          <w:color w:val="555555"/>
          <w:sz w:val="20"/>
        </w:rPr>
        <w:t>[105]</w:t>
      </w:r>
    </w:p>
    <w:p>
      <w:r>
        <w:rPr>
          <w:rFonts w:ascii="Gentium Plus" w:hAnsi="Gentium Plus"/>
          <w:sz w:val="24"/>
        </w:rPr>
        <w:t>Διόδωρος οὑπίτριπτος ἐν ἔτεσιν δύο σφαῖραν ἀπέδειξε τὴν πατρῴαν οὐσίαν· οὕτως ἰταμῶς ἅπαντα κατεμασήσατο.</w:t>
      </w:r>
    </w:p>
    <w:p>
      <w:r>
        <w:rPr>
          <w:rFonts w:ascii="Courier New" w:hAnsi="Courier New"/>
          <w:color w:val="555555"/>
          <w:sz w:val="20"/>
        </w:rPr>
        <w:t>[tit 106]</w:t>
      </w:r>
    </w:p>
    <w:p>
      <w:r>
        <w:rPr>
          <w:rFonts w:ascii="Gentium Plus" w:hAnsi="Gentium Plus"/>
          <w:sz w:val="24"/>
        </w:rPr>
        <w:t>ΚΟΝΙΑΤΗΣ</w:t>
      </w:r>
    </w:p>
    <w:p>
      <w:r>
        <w:rPr>
          <w:rFonts w:ascii="Courier New" w:hAnsi="Courier New"/>
          <w:color w:val="555555"/>
          <w:sz w:val="20"/>
        </w:rPr>
        <w:t>[106]</w:t>
      </w:r>
    </w:p>
    <w:p>
      <w:r>
        <w:rPr>
          <w:rFonts w:ascii="Gentium Plus" w:hAnsi="Gentium Plus"/>
          <w:sz w:val="24"/>
        </w:rPr>
        <w:t>κυμβία, φιάλαι, τραγέλαφοι, κύλικες</w:t>
      </w:r>
    </w:p>
    <w:p>
      <w:r>
        <w:rPr>
          <w:rFonts w:ascii="Courier New" w:hAnsi="Courier New"/>
          <w:color w:val="555555"/>
          <w:sz w:val="20"/>
        </w:rPr>
        <w:t>[tit 107-109]</w:t>
      </w:r>
    </w:p>
    <w:p>
      <w:r>
        <w:rPr>
          <w:rFonts w:ascii="Gentium Plus" w:hAnsi="Gentium Plus"/>
          <w:sz w:val="24"/>
        </w:rPr>
        <w:t>ΚΟΥΡΙΣ</w:t>
      </w:r>
    </w:p>
    <w:p>
      <w:r>
        <w:rPr>
          <w:rFonts w:ascii="Courier New" w:hAnsi="Courier New"/>
          <w:color w:val="555555"/>
          <w:sz w:val="20"/>
        </w:rPr>
        <w:t>[107]</w:t>
      </w:r>
    </w:p>
    <w:p>
      <w:r>
        <w:rPr>
          <w:rFonts w:ascii="Gentium Plus" w:hAnsi="Gentium Plus"/>
          <w:sz w:val="24"/>
        </w:rPr>
        <w:t>καὶ γὰρ ἐπὶ κῶμον . . ἀνθρώπων ὁρῶ</w:t>
      </w:r>
    </w:p>
    <w:p>
      <w:r>
        <w:rPr>
          <w:rFonts w:ascii="Courier New" w:hAnsi="Courier New"/>
          <w:color w:val="555555"/>
          <w:sz w:val="20"/>
        </w:rPr>
        <w:t>[5]</w:t>
      </w:r>
    </w:p>
    <w:p>
      <w:r>
        <w:rPr>
          <w:rFonts w:ascii="Gentium Plus" w:hAnsi="Gentium Plus"/>
          <w:sz w:val="24"/>
        </w:rPr>
        <w:t>ὑμῖν περὶ τὸν βαλλισμόν· οὐ γὰρ ἄν ποτε θοἰμάτιον ἀπενέγκαιμι μὴ φύσας πτερά.</w:t>
      </w:r>
    </w:p>
    <w:p>
      <w:r>
        <w:rPr>
          <w:rFonts w:ascii="Courier New" w:hAnsi="Courier New"/>
          <w:color w:val="555555"/>
          <w:sz w:val="20"/>
        </w:rPr>
        <w:t>[108]</w:t>
      </w:r>
    </w:p>
    <w:p>
      <w:r>
        <w:rPr>
          <w:rFonts w:ascii="Gentium Plus" w:hAnsi="Gentium Plus"/>
          <w:sz w:val="24"/>
        </w:rPr>
        <w:t>ὁ μὲν οὖν ἐμὸς υἱός, οἷον ὑμεῖς ἀρτίως εἴδετε, τοιοῦτος γέγονεν, Οἰνοπίων τις ἢ Μάρων τις ἢ Κάπηλος ἢ καὶ Τιμοκλῆς. μεθύει γὰρ οὐδὲν ἧττον· ὁ δ’ ἕτερος—τί ἂν</w:t>
      </w:r>
    </w:p>
    <w:p>
      <w:r>
        <w:rPr>
          <w:rFonts w:ascii="Courier New" w:hAnsi="Courier New"/>
          <w:color w:val="555555"/>
          <w:sz w:val="20"/>
        </w:rPr>
        <w:t>[5]</w:t>
      </w:r>
    </w:p>
    <w:p>
      <w:r>
        <w:rPr>
          <w:rFonts w:ascii="Gentium Plus" w:hAnsi="Gentium Plus"/>
          <w:sz w:val="24"/>
        </w:rPr>
        <w:t>τύχοιμ’ ὀνομάσας; βῶλος, ἄροτρον, γηγενὴς ἄνθρωπος.</w:t>
      </w:r>
    </w:p>
    <w:p>
      <w:r>
        <w:rPr>
          <w:rFonts w:ascii="Courier New" w:hAnsi="Courier New"/>
          <w:color w:val="555555"/>
          <w:sz w:val="20"/>
        </w:rPr>
        <w:t>[109]</w:t>
      </w:r>
    </w:p>
    <w:p>
      <w:r>
        <w:rPr>
          <w:rFonts w:ascii="Gentium Plus" w:hAnsi="Gentium Plus"/>
          <w:sz w:val="24"/>
        </w:rPr>
        <w:t>ἐπεὶ πάλαι δεδείπναμεν</w:t>
      </w:r>
    </w:p>
    <w:p>
      <w:r>
        <w:rPr>
          <w:rFonts w:ascii="Courier New" w:hAnsi="Courier New"/>
          <w:color w:val="555555"/>
          <w:sz w:val="20"/>
        </w:rPr>
        <w:t>[tit 110-115]</w:t>
      </w:r>
    </w:p>
    <w:p>
      <w:r>
        <w:rPr>
          <w:rFonts w:ascii="Gentium Plus" w:hAnsi="Gentium Plus"/>
          <w:sz w:val="24"/>
        </w:rPr>
        <w:t>ΚΡΑΤΕΥΑΣ Η ΦΑΡΜΑΚΟΠΩΛΗΣ</w:t>
      </w:r>
    </w:p>
    <w:p>
      <w:r>
        <w:rPr>
          <w:rFonts w:ascii="Courier New" w:hAnsi="Courier New"/>
          <w:color w:val="555555"/>
          <w:sz w:val="20"/>
        </w:rPr>
        <w:t>[110]</w:t>
      </w:r>
    </w:p>
    <w:p>
      <w:r>
        <w:rPr>
          <w:rFonts w:ascii="Gentium Plus" w:hAnsi="Gentium Plus"/>
          <w:sz w:val="24"/>
        </w:rPr>
        <w:t>πρῶτον μὲν οὖν ὄστρεια παρὰ Νηρεῖ τινα ἰδὼν γέροντι φῦκος ἠμφιεσμένα ἔλαβον ἐχίνους τ’· ἔστι γὰρ προοίμιον δείπνου χαριέντως ταῦτα πεπρυτανευμένου.</w:t>
      </w:r>
    </w:p>
    <w:p>
      <w:r>
        <w:rPr>
          <w:rFonts w:ascii="Courier New" w:hAnsi="Courier New"/>
          <w:color w:val="555555"/>
          <w:sz w:val="20"/>
        </w:rPr>
        <w:t>[5]</w:t>
      </w:r>
    </w:p>
    <w:p>
      <w:r>
        <w:rPr>
          <w:rFonts w:ascii="Gentium Plus" w:hAnsi="Gentium Plus"/>
          <w:sz w:val="24"/>
        </w:rPr>
        <w:t>τούτων δ’ ἀπολυθείς, κειμένων ἰχθυδίων μικρῶν, τρεμόντων τῷ δέει τί πείσεται, θαρρεῖν κελεύσας ἕνεκ’ ἐμοῦ ταῦτ’, οὐδὲ ἓν φήσας ἀδικήσειν, ἐπριάμην γλαῦκον μέγαν. ἔπειτα νάρκην ἔλαβον, ἐνθυμούμενος</w:t>
      </w:r>
    </w:p>
    <w:p>
      <w:r>
        <w:rPr>
          <w:rFonts w:ascii="Courier New" w:hAnsi="Courier New"/>
          <w:color w:val="555555"/>
          <w:sz w:val="20"/>
        </w:rPr>
        <w:t>[10]</w:t>
      </w:r>
    </w:p>
    <w:p>
      <w:r>
        <w:rPr>
          <w:rFonts w:ascii="Gentium Plus" w:hAnsi="Gentium Plus"/>
          <w:sz w:val="24"/>
        </w:rPr>
        <w:t>ὅτι δεῖ γυναικὸς ἐπιφερούσης δακτύλους ἁπαλοὺς ὑπ’ ἀκάνθης μηδὲ ἓν τούτων παθεῖν. ἐπὶ τὸ τάγηνον φυκίδας, ψήττας τινάς, καρῖδα, φύκην, κωβιόν, πέρκην, σπάρον, ἐποίησά τ’ αὐτὸ ποικιλώτερον ταὧ.</w:t>
      </w:r>
    </w:p>
    <w:p>
      <w:r>
        <w:rPr>
          <w:rFonts w:ascii="Courier New" w:hAnsi="Courier New"/>
          <w:color w:val="555555"/>
          <w:sz w:val="20"/>
        </w:rPr>
        <w:t>[15]</w:t>
      </w:r>
    </w:p>
    <w:p>
      <w:r>
        <w:rPr>
          <w:rFonts w:ascii="Gentium Plus" w:hAnsi="Gentium Plus"/>
          <w:sz w:val="24"/>
        </w:rPr>
        <w:t>κρεάδι’ ἄττα, ποδάρια, ῥύγχη τινά, ὠτάρι’ ὕει’, ἡπάτιον ἐγκεκαλυμμένον· αἰσχύνεται γὰρ πελιτνὸν ὂν τῷ χρώματι. τούτοις μάγειρος οὐ πρόσεις’, οὐκ ὄψεται. οἰμώξεται γὰρ νὴ Δί’· ἀλλ’ ἐγὼ σοφῶς</w:t>
      </w:r>
    </w:p>
    <w:p>
      <w:r>
        <w:rPr>
          <w:rFonts w:ascii="Courier New" w:hAnsi="Courier New"/>
          <w:color w:val="555555"/>
          <w:sz w:val="20"/>
        </w:rPr>
        <w:t>[20]</w:t>
      </w:r>
    </w:p>
    <w:p>
      <w:r>
        <w:rPr>
          <w:rFonts w:ascii="Gentium Plus" w:hAnsi="Gentium Plus"/>
          <w:sz w:val="24"/>
        </w:rPr>
        <w:t>ταῦτ’ οἰκονομήσω καὶ γλαφυρῶς καὶ ποικίλως οὕτω, ποιῶ γὰρ τοὔψον αὐτός, ὥστε τοὺς δειπνοῦντας εἰς τὰ λοπάδι’ ἐμβάλλειν ποιῶ ἐνίοτε τοὺς ὀδόντας ὑπὸ τῆς ἡδονῆς. τὰς σκευασίας πάντων δὲ καὶ τὰς σκευάσεις</w:t>
      </w:r>
    </w:p>
    <w:p>
      <w:r>
        <w:rPr>
          <w:rFonts w:ascii="Courier New" w:hAnsi="Courier New"/>
          <w:color w:val="555555"/>
          <w:sz w:val="20"/>
        </w:rPr>
        <w:t>[25]</w:t>
      </w:r>
    </w:p>
    <w:p>
      <w:r>
        <w:rPr>
          <w:rFonts w:ascii="Gentium Plus" w:hAnsi="Gentium Plus"/>
          <w:sz w:val="24"/>
        </w:rPr>
        <w:t>τούτων ἕτοιμός εἰμι δεικνύειν, λέγειν,</w:t>
      </w:r>
    </w:p>
    <w:p>
      <w:r>
        <w:rPr>
          <w:rFonts w:ascii="Courier New" w:hAnsi="Courier New"/>
          <w:color w:val="555555"/>
          <w:sz w:val="20"/>
        </w:rPr>
        <w:t>[111]</w:t>
      </w:r>
    </w:p>
    <w:p>
      <w:r>
        <w:rPr>
          <w:rFonts w:ascii="Gentium Plus" w:hAnsi="Gentium Plus"/>
          <w:sz w:val="24"/>
        </w:rPr>
        <w:t>παῖ, τὴν μεγάλην δός, ὑποχέας φιλίας κυάθους μὲν τῶν παρόντων τέτταρας, τοὺς τρεῖς δ’ ἔρωτος προσαποδώσεις ὕστερον· ἕν’ Ἀντιγόνου τοῦ βασιλέως νίκης καλῶς,</w:t>
      </w:r>
    </w:p>
    <w:p>
      <w:r>
        <w:rPr>
          <w:rFonts w:ascii="Courier New" w:hAnsi="Courier New"/>
          <w:color w:val="555555"/>
          <w:sz w:val="20"/>
        </w:rPr>
        <w:t>[5]</w:t>
      </w:r>
    </w:p>
    <w:p>
      <w:r>
        <w:rPr>
          <w:rFonts w:ascii="Gentium Plus" w:hAnsi="Gentium Plus"/>
          <w:sz w:val="24"/>
        </w:rPr>
        <w:t>καὶ τοῦ νεανίσκου κύαθον Δημητρίου. φέρε τὸν τρίτον . . . . . . . . Φίλας Ἀφροδίτης· χαίρετ’ ἄνδρες συμπόται,</w:t>
      </w:r>
    </w:p>
    <w:p>
      <w:r>
        <w:rPr>
          <w:rFonts w:ascii="Courier New" w:hAnsi="Courier New"/>
          <w:color w:val="555555"/>
          <w:sz w:val="20"/>
        </w:rPr>
        <w:t>[112]</w:t>
      </w:r>
    </w:p>
    <w:p>
      <w:r>
        <w:rPr>
          <w:rFonts w:ascii="Gentium Plus" w:hAnsi="Gentium Plus"/>
          <w:sz w:val="24"/>
        </w:rPr>
        <w:t>τῷ Καλλιμέδοντι γὰρ θεραπεύω τὰς κόρας ἤδη τετάρτην ἡμέραν. Β. ἦσαν κόραι θυγατέρες αὐτῷ; Α. τὰς μὲν οὖν τῶν ὀμμάτων, ἃς οὐδ’ ὁ Μελάμπους, ὃς μόνος τὰς Προιτίδας</w:t>
      </w:r>
    </w:p>
    <w:p>
      <w:r>
        <w:rPr>
          <w:rFonts w:ascii="Courier New" w:hAnsi="Courier New"/>
          <w:color w:val="555555"/>
          <w:sz w:val="20"/>
        </w:rPr>
        <w:t>[5]</w:t>
      </w:r>
    </w:p>
    <w:p>
      <w:r>
        <w:rPr>
          <w:rFonts w:ascii="Gentium Plus" w:hAnsi="Gentium Plus"/>
          <w:sz w:val="24"/>
        </w:rPr>
        <w:t>ἔπαυσε μαινομένας, καταστήσειεν ἄν.</w:t>
      </w:r>
    </w:p>
    <w:p>
      <w:r>
        <w:rPr>
          <w:rFonts w:ascii="Courier New" w:hAnsi="Courier New"/>
          <w:color w:val="555555"/>
          <w:sz w:val="20"/>
        </w:rPr>
        <w:t>[113]</w:t>
      </w:r>
    </w:p>
    <w:p>
      <w:r>
        <w:rPr>
          <w:rFonts w:ascii="Gentium Plus" w:hAnsi="Gentium Plus"/>
          <w:sz w:val="24"/>
        </w:rPr>
        <w:t>καὶ Καλλιμέδων μετ’ Ὀρφέως ὁ Κάραβος</w:t>
      </w:r>
    </w:p>
    <w:p>
      <w:r>
        <w:rPr>
          <w:rFonts w:ascii="Courier New" w:hAnsi="Courier New"/>
          <w:color w:val="555555"/>
          <w:sz w:val="20"/>
        </w:rPr>
        <w:t>[114]</w:t>
      </w:r>
    </w:p>
    <w:p>
      <w:r>
        <w:rPr>
          <w:rFonts w:ascii="Gentium Plus" w:hAnsi="Gentium Plus"/>
          <w:sz w:val="24"/>
        </w:rPr>
        <w:t>στεφάνους τε πολλοὺς κρεμαμένους μελιλωτίνους</w:t>
      </w:r>
    </w:p>
    <w:p>
      <w:r>
        <w:rPr>
          <w:rFonts w:ascii="Courier New" w:hAnsi="Courier New"/>
          <w:color w:val="555555"/>
          <w:sz w:val="20"/>
        </w:rPr>
        <w:t>[115]</w:t>
      </w:r>
    </w:p>
    <w:p>
      <w:r>
        <w:rPr>
          <w:rFonts w:ascii="Gentium Plus" w:hAnsi="Gentium Plus"/>
          <w:sz w:val="24"/>
        </w:rPr>
        <w:t>εἶθ’ ὁρῶ τὸν Ἑρμαΐσκον τῶν ἁδρῶν τούτων τινὰ κάνθαρον καταστρέφοντα, πλησίον δὲ κείμενον στρωματέα καὶ γύλιον αὐτοῦ.</w:t>
      </w:r>
    </w:p>
    <w:p>
      <w:r>
        <w:rPr>
          <w:rFonts w:ascii="Courier New" w:hAnsi="Courier New"/>
          <w:color w:val="555555"/>
          <w:sz w:val="20"/>
        </w:rPr>
        <w:t>[tit 116-117]</w:t>
      </w:r>
    </w:p>
    <w:p>
      <w:r>
        <w:rPr>
          <w:rFonts w:ascii="Gentium Plus" w:hAnsi="Gentium Plus"/>
          <w:sz w:val="24"/>
        </w:rPr>
        <w:t>ΚΥΒΕΡΝΗΤΗΣ</w:t>
      </w:r>
    </w:p>
    <w:p>
      <w:r>
        <w:rPr>
          <w:rFonts w:ascii="Courier New" w:hAnsi="Courier New"/>
          <w:color w:val="555555"/>
          <w:sz w:val="20"/>
        </w:rPr>
        <w:t>[116]</w:t>
      </w:r>
    </w:p>
    <w:p>
      <w:r>
        <w:rPr>
          <w:rFonts w:ascii="Gentium Plus" w:hAnsi="Gentium Plus"/>
          <w:sz w:val="24"/>
        </w:rPr>
        <w:t>δύ’ ἐστί, Ναυσίνικε, παρασίτων γένη· ἓν μὲν τὸ κοινὸν καὶ κεκωμῳδημένον, οἱ μέλανες ἡμεῖς· θάτερον ζητῶ γένος,</w:t>
      </w:r>
    </w:p>
    <w:p>
      <w:r>
        <w:rPr>
          <w:rFonts w:ascii="Courier New" w:hAnsi="Courier New"/>
          <w:color w:val="555555"/>
          <w:sz w:val="20"/>
        </w:rPr>
        <w:t>[5]</w:t>
      </w:r>
    </w:p>
    <w:p>
      <w:r>
        <w:rPr>
          <w:rFonts w:ascii="Gentium Plus" w:hAnsi="Gentium Plus"/>
          <w:sz w:val="24"/>
        </w:rPr>
        <w:t>σεμνοπαράσιτον ἐκ μέσου καλούμενον,</w:t>
      </w:r>
    </w:p>
    <w:p>
      <w:r>
        <w:rPr>
          <w:rFonts w:ascii="Courier New" w:hAnsi="Courier New"/>
          <w:color w:val="555555"/>
          <w:sz w:val="20"/>
        </w:rPr>
        <w:t>[4]</w:t>
      </w:r>
    </w:p>
    <w:p>
      <w:r>
        <w:rPr>
          <w:rFonts w:ascii="Gentium Plus" w:hAnsi="Gentium Plus"/>
          <w:sz w:val="24"/>
        </w:rPr>
        <w:t>σατράπας παρασίτους καὶ στρατηγοὺς ἐπιφανεῖς</w:t>
      </w:r>
    </w:p>
    <w:p>
      <w:r>
        <w:rPr>
          <w:rFonts w:ascii="Courier New" w:hAnsi="Courier New"/>
          <w:color w:val="555555"/>
          <w:sz w:val="20"/>
        </w:rPr>
        <w:t>[6]</w:t>
      </w:r>
    </w:p>
    <w:p>
      <w:r>
        <w:rPr>
          <w:rFonts w:ascii="Gentium Plus" w:hAnsi="Gentium Plus"/>
          <w:sz w:val="24"/>
        </w:rPr>
        <w:t>ὑποκρινόμενον εὖ τοῖς βίοις, ὀφρῦς ἔχον χιλιοταλάντους ἀνακυλῖόν τ’ οὐσίας. νοεῖς σὺ τὸ γένος καὶ τὸ πρᾶγμα; Ν. καὶ μάλα. Α. τούτων ἑκατέρου τῶν γενῶν ὁ μὲν τύπος</w:t>
      </w:r>
    </w:p>
    <w:p>
      <w:r>
        <w:rPr>
          <w:rFonts w:ascii="Courier New" w:hAnsi="Courier New"/>
          <w:color w:val="555555"/>
          <w:sz w:val="20"/>
        </w:rPr>
        <w:t>[10]</w:t>
      </w:r>
    </w:p>
    <w:p>
      <w:r>
        <w:rPr>
          <w:rFonts w:ascii="Gentium Plus" w:hAnsi="Gentium Plus"/>
          <w:sz w:val="24"/>
        </w:rPr>
        <w:t>τῆς ἐργασίας εἷς ἐστι, κολακείας ἀγών· ὥσπερ ἐπὶ τῶν βίων δέ, τοὺς μὲν ἡ τύχη ἡμῶν μεγάλοις προσένειμε τοὺς δ’ ἐλάττοσιν, εἶθ’ οἱ μὲν εὐποροῦμεν οἱ δ’ ἀλύομεν. ἆρά γε διδάσκω, Ναυσίνικ’; Ν. οὐκ ἀστόχως·</w:t>
      </w:r>
    </w:p>
    <w:p>
      <w:r>
        <w:rPr>
          <w:rFonts w:ascii="Courier New" w:hAnsi="Courier New"/>
          <w:color w:val="555555"/>
          <w:sz w:val="20"/>
        </w:rPr>
        <w:t>[15]</w:t>
      </w:r>
    </w:p>
    <w:p>
      <w:r>
        <w:rPr>
          <w:rFonts w:ascii="Gentium Plus" w:hAnsi="Gentium Plus"/>
          <w:sz w:val="24"/>
        </w:rPr>
        <w:t>ἀλλ’ ἄν ς’ ἐπαινῶ μᾶλλον, αἰτήσεις μέ τι.</w:t>
      </w:r>
    </w:p>
    <w:p>
      <w:r>
        <w:rPr>
          <w:rFonts w:ascii="Courier New" w:hAnsi="Courier New"/>
          <w:color w:val="555555"/>
          <w:sz w:val="20"/>
        </w:rPr>
        <w:t>[117]</w:t>
      </w:r>
    </w:p>
    <w:p>
      <w:r>
        <w:rPr>
          <w:rFonts w:ascii="Gentium Plus" w:hAnsi="Gentium Plus"/>
          <w:sz w:val="24"/>
        </w:rPr>
        <w:t>εἰσέβαινον ἰσχάδες, τὸ παράσημον τῶν Ἀθηνῶν, καὶ θύμου δέσμαι τινές.</w:t>
      </w:r>
    </w:p>
    <w:p>
      <w:r>
        <w:rPr>
          <w:rFonts w:ascii="Courier New" w:hAnsi="Courier New"/>
          <w:color w:val="555555"/>
          <w:sz w:val="20"/>
        </w:rPr>
        <w:t>[tit 118]</w:t>
      </w:r>
    </w:p>
    <w:p>
      <w:r>
        <w:rPr>
          <w:rFonts w:ascii="Gentium Plus" w:hAnsi="Gentium Plus"/>
          <w:sz w:val="24"/>
        </w:rPr>
        <w:t>ΚΥΒΕΥΤΑΙ</w:t>
      </w:r>
    </w:p>
    <w:p>
      <w:r>
        <w:rPr>
          <w:rFonts w:ascii="Courier New" w:hAnsi="Courier New"/>
          <w:color w:val="555555"/>
          <w:sz w:val="20"/>
        </w:rPr>
        <w:t>[118]</w:t>
      </w:r>
    </w:p>
    <w:p>
      <w:r>
        <w:rPr>
          <w:rFonts w:ascii="Gentium Plus" w:hAnsi="Gentium Plus"/>
          <w:sz w:val="24"/>
        </w:rPr>
        <w:t>ἠριστηκότων σχεδόν τι δ’ ἡμῶν ἐξ ἀκροκωλίου τινός—</w:t>
      </w:r>
    </w:p>
    <w:p>
      <w:r>
        <w:rPr>
          <w:rFonts w:ascii="Courier New" w:hAnsi="Courier New"/>
          <w:color w:val="555555"/>
          <w:sz w:val="20"/>
        </w:rPr>
        <w:t>[tit 119]</w:t>
      </w:r>
    </w:p>
    <w:p>
      <w:r>
        <w:rPr>
          <w:rFonts w:ascii="Gentium Plus" w:hAnsi="Gentium Plus"/>
          <w:sz w:val="24"/>
        </w:rPr>
        <w:t>ΚΥΚΝΟΣ</w:t>
      </w:r>
    </w:p>
    <w:p>
      <w:r>
        <w:rPr>
          <w:rFonts w:ascii="Courier New" w:hAnsi="Courier New"/>
          <w:color w:val="555555"/>
          <w:sz w:val="20"/>
        </w:rPr>
        <w:t>[119]</w:t>
      </w:r>
    </w:p>
    <w:p>
      <w:r>
        <w:rPr>
          <w:rFonts w:ascii="Gentium Plus" w:hAnsi="Gentium Plus"/>
          <w:sz w:val="24"/>
        </w:rPr>
        <w:t>φαιδρὸς δὲ κρατὴρ θηρίκλειος ἐν μέσῳ ἕστηκε, λευκοῦ νέκταρος παλαιγενοῦς πλήρης, ἀφρίζων· ὃν λαβὼν ἐγὼ κενὸν τρίψας, ποιήσας λαμπρόν, ἀσφαλῆ βάσιν</w:t>
      </w:r>
    </w:p>
    <w:p>
      <w:r>
        <w:rPr>
          <w:rFonts w:ascii="Courier New" w:hAnsi="Courier New"/>
          <w:color w:val="555555"/>
          <w:sz w:val="20"/>
        </w:rPr>
        <w:t>[5]</w:t>
      </w:r>
    </w:p>
    <w:p>
      <w:r>
        <w:rPr>
          <w:rFonts w:ascii="Gentium Plus" w:hAnsi="Gentium Plus"/>
          <w:sz w:val="24"/>
        </w:rPr>
        <w:t>στήσας, συνάψας καρπίμοις κισσοῦ κλάδοις</w:t>
      </w:r>
    </w:p>
    <w:p>
      <w:r>
        <w:rPr>
          <w:rFonts w:ascii="Courier New" w:hAnsi="Courier New"/>
          <w:color w:val="555555"/>
          <w:sz w:val="20"/>
        </w:rPr>
        <w:t>[tit 120-122]</w:t>
      </w:r>
    </w:p>
    <w:p>
      <w:r>
        <w:rPr>
          <w:rFonts w:ascii="Gentium Plus" w:hAnsi="Gentium Plus"/>
          <w:sz w:val="24"/>
        </w:rPr>
        <w:t>ΚΥΠΡΙΟΣ</w:t>
      </w:r>
    </w:p>
    <w:p>
      <w:r>
        <w:rPr>
          <w:rFonts w:ascii="Courier New" w:hAnsi="Courier New"/>
          <w:color w:val="555555"/>
          <w:sz w:val="20"/>
        </w:rPr>
        <w:t>[120]</w:t>
      </w:r>
    </w:p>
    <w:p>
      <w:r>
        <w:rPr>
          <w:rFonts w:ascii="Gentium Plus" w:hAnsi="Gentium Plus"/>
          <w:sz w:val="24"/>
        </w:rPr>
        <w:t>ἔπειτα πῶς ἦλθες; Β. μόλις ὀπτωμένους κατέλαβον. Α. ἐξόλοι’. ἀτὰρ πόσους φέρεις; Β. ἑκκαίδεκ’. Α. οἶσε δεῦρό μοι. Β. λευκοὺς μὲν ὀκτώ, τῶν δὲ φαιῶν τοὺς ἴσους.</w:t>
      </w:r>
    </w:p>
    <w:p>
      <w:r>
        <w:rPr>
          <w:rFonts w:ascii="Courier New" w:hAnsi="Courier New"/>
          <w:color w:val="555555"/>
          <w:sz w:val="20"/>
        </w:rPr>
        <w:t>[121]</w:t>
      </w:r>
    </w:p>
    <w:p>
      <w:r>
        <w:rPr>
          <w:rFonts w:ascii="Gentium Plus" w:hAnsi="Gentium Plus"/>
          <w:sz w:val="24"/>
        </w:rPr>
        <w:t>τὸν δ’ αὐτόπυρον ἄρτον ἀρτίως φαγών</w:t>
      </w:r>
    </w:p>
    <w:p>
      <w:r>
        <w:rPr>
          <w:rFonts w:ascii="Courier New" w:hAnsi="Courier New"/>
          <w:color w:val="555555"/>
          <w:sz w:val="20"/>
        </w:rPr>
        <w:t>[122]</w:t>
      </w:r>
    </w:p>
    <w:p>
      <w:r>
        <w:rPr>
          <w:rFonts w:ascii="Gentium Plus" w:hAnsi="Gentium Plus"/>
          <w:sz w:val="24"/>
        </w:rPr>
        <w:t>διπλάσαι</w:t>
      </w:r>
    </w:p>
    <w:p>
      <w:r>
        <w:rPr>
          <w:rFonts w:ascii="Courier New" w:hAnsi="Courier New"/>
          <w:color w:val="555555"/>
          <w:sz w:val="20"/>
        </w:rPr>
        <w:t>[tit 123]</w:t>
      </w:r>
    </w:p>
    <w:p>
      <w:r>
        <w:rPr>
          <w:rFonts w:ascii="Gentium Plus" w:hAnsi="Gentium Plus"/>
          <w:sz w:val="24"/>
        </w:rPr>
        <w:t>ΛΑΜΠΑΣ</w:t>
      </w:r>
    </w:p>
    <w:p>
      <w:r>
        <w:rPr>
          <w:rFonts w:ascii="Courier New" w:hAnsi="Courier New"/>
          <w:color w:val="555555"/>
          <w:sz w:val="20"/>
        </w:rPr>
        <w:t>[123]</w:t>
      </w:r>
    </w:p>
    <w:p>
      <w:r>
        <w:rPr>
          <w:rFonts w:ascii="Gentium Plus" w:hAnsi="Gentium Plus"/>
          <w:sz w:val="24"/>
        </w:rPr>
        <w:t>καταφαγεῖν αὐτὸς τοσοῦτ’ ἀργύριον. οὐδ’ εἰ γάλα λαγοῦ</w:t>
      </w:r>
    </w:p>
    <w:p>
      <w:r>
        <w:rPr>
          <w:rFonts w:ascii="Courier New" w:hAnsi="Courier New"/>
          <w:color w:val="555555"/>
          <w:sz w:val="20"/>
        </w:rPr>
        <w:t>[tit 124-129]</w:t>
      </w:r>
    </w:p>
    <w:p>
      <w:r>
        <w:rPr>
          <w:rFonts w:ascii="Gentium Plus" w:hAnsi="Gentium Plus"/>
          <w:sz w:val="24"/>
        </w:rPr>
        <w:t>ΛΕΒΗΣ</w:t>
      </w:r>
    </w:p>
    <w:p>
      <w:r>
        <w:rPr>
          <w:rFonts w:ascii="Courier New" w:hAnsi="Courier New"/>
          <w:color w:val="555555"/>
          <w:sz w:val="20"/>
        </w:rPr>
        <w:t>[124]</w:t>
      </w:r>
    </w:p>
    <w:p>
      <w:r>
        <w:rPr>
          <w:rFonts w:ascii="Gentium Plus" w:hAnsi="Gentium Plus"/>
          <w:sz w:val="24"/>
        </w:rPr>
        <w:t>ἧψέ μοι δοκεῖ πνικτόν τι ὄψον δελφάκειον. ΓΛ. ἡδύ γε. Α. ἔπειτα προσκέκαυκε. ΓΛ. μηδὲν φροντίσῃς. ἰάσιμον γὰρ τὸ πάθος ἐστί. Α. τῷ τρόπῳ;</w:t>
      </w:r>
    </w:p>
    <w:p>
      <w:r>
        <w:rPr>
          <w:rFonts w:ascii="Courier New" w:hAnsi="Courier New"/>
          <w:color w:val="555555"/>
          <w:sz w:val="20"/>
        </w:rPr>
        <w:t>[5]</w:t>
      </w:r>
    </w:p>
    <w:p>
      <w:r>
        <w:rPr>
          <w:rFonts w:ascii="Gentium Plus" w:hAnsi="Gentium Plus"/>
          <w:sz w:val="24"/>
        </w:rPr>
        <w:t>ΓΛ. ὄξος λαβὼν ἢν εἰς λεκάνην τιν’ ἐγχέας ψυχρόν, ξυνιεῖς; εἶτα θερμὴν τὴν χύτραν εἰς τοὔξος ἐνθῇς· διάπυρος γὰρ οὖς’ ἔτι ἕλξει δι’ αὑτῆς νοτίδα, καὶ ζυμουμένη ὥσπερ κίσηρις λήψεται διεξόδους</w:t>
      </w:r>
    </w:p>
    <w:p>
      <w:r>
        <w:rPr>
          <w:rFonts w:ascii="Courier New" w:hAnsi="Courier New"/>
          <w:color w:val="555555"/>
          <w:sz w:val="20"/>
        </w:rPr>
        <w:t>[10]</w:t>
      </w:r>
    </w:p>
    <w:p>
      <w:r>
        <w:rPr>
          <w:rFonts w:ascii="Gentium Plus" w:hAnsi="Gentium Plus"/>
          <w:sz w:val="24"/>
        </w:rPr>
        <w:t>σομφάς, δι’ ὧν τὴν ὑγρασίαν ἐκδέξεται· τὰ κρεάδι’ ἔσται τ’ οὐκ ἀπεξηραμμένα, ἔγχυλα δ’ ἀτρεμεὶ καὶ δροσώδη τὴν σχέσιν. Α. Ἄπολλον, ὡς ἰατρικῶς. ὦ Γλαυκία, ταυτὶ ποιήσω. ΓΛ. καὶ παρατίθει γ’ αὐτά, παῖ,</w:t>
      </w:r>
    </w:p>
    <w:p>
      <w:r>
        <w:rPr>
          <w:rFonts w:ascii="Courier New" w:hAnsi="Courier New"/>
          <w:color w:val="555555"/>
          <w:sz w:val="20"/>
        </w:rPr>
        <w:t>[15]</w:t>
      </w:r>
    </w:p>
    <w:p>
      <w:r>
        <w:rPr>
          <w:rFonts w:ascii="Gentium Plus" w:hAnsi="Gentium Plus"/>
          <w:sz w:val="24"/>
        </w:rPr>
        <w:t>ὅταν παρατιθῇς, μανθάνεις; ἐψυγμένα. ἀτμὸς γὰρ οὕτως οὐχὶ προσπηδήσεται ταῖς ῥισίν, ἀλλ’ ἄνω μάλ’ εἶσι καταφυγών. Α. πολλῷ γ’ ἀμείνων, ὡς ἔοικας, ἦσθ’ ἄρα λογογράφος ἢ μάγειρος. ΓΛ. ὃ λέγεις οὐ λέγεις,</w:t>
      </w:r>
    </w:p>
    <w:p>
      <w:r>
        <w:rPr>
          <w:rFonts w:ascii="Courier New" w:hAnsi="Courier New"/>
          <w:color w:val="555555"/>
          <w:sz w:val="20"/>
        </w:rPr>
        <w:t>[20]</w:t>
      </w:r>
    </w:p>
    <w:p>
      <w:r>
        <w:rPr>
          <w:rFonts w:ascii="Gentium Plus" w:hAnsi="Gentium Plus"/>
          <w:sz w:val="24"/>
        </w:rPr>
        <w:t>τέχνην δ’ ὀνειδίζεις.</w:t>
      </w:r>
    </w:p>
    <w:p>
      <w:r>
        <w:rPr>
          <w:rFonts w:ascii="Courier New" w:hAnsi="Courier New"/>
          <w:color w:val="555555"/>
          <w:sz w:val="20"/>
        </w:rPr>
        <w:t>[125-126]</w:t>
      </w:r>
    </w:p>
    <w:p>
      <w:r>
        <w:rPr>
          <w:rFonts w:ascii="Gentium Plus" w:hAnsi="Gentium Plus"/>
          <w:sz w:val="24"/>
        </w:rPr>
        <w:t>οὐ γέγονε κρείττων νομοθέτης τοῦ πλουσίου Ἀριστονίκου. τίθησι γὰρ νυνὶ νόμον, τῶν ἰχθυοπωλῶν ὅστις ἂν πωλῶν τινι ἰχθὺν ὑποτιμήσας ἀποδῶτ’ ἐλάττονος</w:t>
      </w:r>
    </w:p>
    <w:p>
      <w:r>
        <w:rPr>
          <w:rFonts w:ascii="Courier New" w:hAnsi="Courier New"/>
          <w:color w:val="555555"/>
          <w:sz w:val="20"/>
        </w:rPr>
        <w:t>[5]</w:t>
      </w:r>
    </w:p>
    <w:p>
      <w:r>
        <w:rPr>
          <w:rFonts w:ascii="Gentium Plus" w:hAnsi="Gentium Plus"/>
          <w:sz w:val="24"/>
        </w:rPr>
        <w:t>ἧς εἶπε τιμῆς, εἰς τὸ δεσμωτήριον εὐθὺς ἀπάγεσθαι τοῦτον, ἵνα δεδοικότες τῆς ἀξίας ἀγαπῶσιν, ἢ τῆς ἑσπέρας σαπροὺς ἅπαντας ἀποφέρωσιν οἴκαδε. κἀνταῦθα καὶ γραῦς καὶ γέρων καὶ παιδίον</w:t>
      </w:r>
    </w:p>
    <w:p>
      <w:r>
        <w:rPr>
          <w:rFonts w:ascii="Courier New" w:hAnsi="Courier New"/>
          <w:color w:val="555555"/>
          <w:sz w:val="20"/>
        </w:rPr>
        <w:t>[10]</w:t>
      </w:r>
    </w:p>
    <w:p>
      <w:r>
        <w:rPr>
          <w:rFonts w:ascii="Gentium Plus" w:hAnsi="Gentium Plus"/>
          <w:sz w:val="24"/>
        </w:rPr>
        <w:t>πεμφθεὶς ἅπαντες ἀγοράσουσι κατὰ τρόπον.</w:t>
      </w:r>
    </w:p>
    <w:p>
      <w:r>
        <w:rPr>
          <w:rFonts w:ascii="Courier New" w:hAnsi="Courier New"/>
          <w:color w:val="555555"/>
          <w:sz w:val="20"/>
        </w:rPr>
        <w:t>[10]</w:t>
      </w:r>
    </w:p>
    <w:p>
      <w:r>
        <w:rPr>
          <w:rFonts w:ascii="Gentium Plus" w:hAnsi="Gentium Plus"/>
          <w:sz w:val="24"/>
        </w:rPr>
        <w:t>. . . . . . . . . . . . οὐ γέγονε μετὰ Σόλωνα κρείττων οὐδὲ εἷς Ἀριστονίκου νομοθέτης· τά τ’ ἄλλα γὰρ νενομοθέτηκε πολλὰ καὶ παντοῖα δή, νυνί τε καινὸν εἰσφέρει νόμον τινὰ</w:t>
      </w:r>
    </w:p>
    <w:p>
      <w:r>
        <w:rPr>
          <w:rFonts w:ascii="Courier New" w:hAnsi="Courier New"/>
          <w:color w:val="555555"/>
          <w:sz w:val="20"/>
        </w:rPr>
        <w:t>[15]</w:t>
      </w:r>
    </w:p>
    <w:p>
      <w:r>
        <w:rPr>
          <w:rFonts w:ascii="Gentium Plus" w:hAnsi="Gentium Plus"/>
          <w:sz w:val="24"/>
        </w:rPr>
        <w:t>χρυσοῦν, τὸ μὴ πωλεῖν καθημένους ἔτι τοὺς ἰχθυοπώλας, διὰ τέλους δ’ ἑστηκότας· εἶτ’ εἰς νέωτά φησι γράψειν κρεμαμένους, καὶ θᾶττον ἀποπέμψουσι τοὺς ὠνουμένους,</w:t>
      </w:r>
    </w:p>
    <w:p>
      <w:r>
        <w:rPr>
          <w:rFonts w:ascii="Courier New" w:hAnsi="Courier New"/>
          <w:color w:val="555555"/>
          <w:sz w:val="20"/>
        </w:rPr>
        <w:t>[127]</w:t>
      </w:r>
    </w:p>
    <w:p>
      <w:r>
        <w:rPr>
          <w:rFonts w:ascii="Gentium Plus" w:hAnsi="Gentium Plus"/>
          <w:sz w:val="24"/>
        </w:rPr>
        <w:t>καὶ μὴ προφάσεις ἐνταῦθά μοι, μηδ’ ‘οὐκ ἔχω.‘ Β. ἀλλὰ λέγ’ ὅτου δεῖ. λήψομαι γὰρ πάντ’ ἐγώ. Α. ὀρθῶς. τὸ πρῶτον μὲν λάβ’ ἐλθὼν σήσαμα. Β. ἀλλ’ ἔστιν ἔνδον. Α. ἀσταφίδα κεκομμένην,</w:t>
      </w:r>
    </w:p>
    <w:p>
      <w:r>
        <w:rPr>
          <w:rFonts w:ascii="Courier New" w:hAnsi="Courier New"/>
          <w:color w:val="555555"/>
          <w:sz w:val="20"/>
        </w:rPr>
        <w:t>[5]</w:t>
      </w:r>
    </w:p>
    <w:p>
      <w:r>
        <w:rPr>
          <w:rFonts w:ascii="Gentium Plus" w:hAnsi="Gentium Plus"/>
          <w:sz w:val="24"/>
        </w:rPr>
        <w:t>μάραθρον, ἄνηθον, νᾶπυ, καυλόν, σίλφιον, κορίαννον αὖον, ῥοῦν, κύμινον, κάππαριν, ὀρίγανον, γήτειον, ἄννισον, θύμον, σφάκον, σίραιον, σέσελι, πήγανον, πράσον.</w:t>
      </w:r>
    </w:p>
    <w:p>
      <w:r>
        <w:rPr>
          <w:rFonts w:ascii="Courier New" w:hAnsi="Courier New"/>
          <w:color w:val="555555"/>
          <w:sz w:val="20"/>
        </w:rPr>
        <w:t>[128]</w:t>
      </w:r>
    </w:p>
    <w:p>
      <w:r>
        <w:rPr>
          <w:rFonts w:ascii="Gentium Plus" w:hAnsi="Gentium Plus"/>
          <w:sz w:val="24"/>
        </w:rPr>
        <w:t>καὶ τί δεῖ λέγειν ἔθ’ ἡμᾶς τοὺς τὰ σῦχ’ ἑκάστοτε ἐν τοῖς συρίχοις πωλοῦντας; οἳ κάτωθε μὲν τὰ σκληρὰ καὶ μοχθηρὰ τῶν σύκων ἀεὶ</w:t>
      </w:r>
    </w:p>
    <w:p>
      <w:r>
        <w:rPr>
          <w:rFonts w:ascii="Courier New" w:hAnsi="Courier New"/>
          <w:color w:val="555555"/>
          <w:sz w:val="20"/>
        </w:rPr>
        <w:t>[5]</w:t>
      </w:r>
    </w:p>
    <w:p>
      <w:r>
        <w:rPr>
          <w:rFonts w:ascii="Gentium Plus" w:hAnsi="Gentium Plus"/>
          <w:sz w:val="24"/>
        </w:rPr>
        <w:t>τιθέασιν, ἐπιπολῆς δὲ πέπονα καὶ καλά. εἶθ’ ὁ μὲν ἔδωκεν ὡς τοιαῦτ’ ὠνούμενος τιμήν, ὁ δ’ ἐγκάψας τὸ κέρμ’ εἰς τὴν γνάθον</w:t>
      </w:r>
    </w:p>
    <w:p>
      <w:r>
        <w:rPr>
          <w:rFonts w:ascii="Courier New" w:hAnsi="Courier New"/>
          <w:color w:val="555555"/>
          <w:sz w:val="20"/>
        </w:rPr>
        <w:t>[tit 130-132]</w:t>
      </w:r>
    </w:p>
    <w:p>
      <w:r>
        <w:rPr>
          <w:rFonts w:ascii="Gentium Plus" w:hAnsi="Gentium Plus"/>
          <w:sz w:val="24"/>
        </w:rPr>
        <w:t>ΛΕΥΚΑΔΙΑ Η ΔΡΑΠΕΤΑΙ</w:t>
      </w:r>
    </w:p>
    <w:p>
      <w:r>
        <w:rPr>
          <w:rFonts w:ascii="Courier New" w:hAnsi="Courier New"/>
          <w:color w:val="555555"/>
          <w:sz w:val="20"/>
        </w:rPr>
        <w:t>[130]</w:t>
      </w:r>
    </w:p>
    <w:p>
      <w:r>
        <w:rPr>
          <w:rFonts w:ascii="Gentium Plus" w:hAnsi="Gentium Plus"/>
          <w:sz w:val="24"/>
        </w:rPr>
        <w:t>οἴνου γεραιοῖς χείλεσιν μέγα σκύφος.</w:t>
      </w:r>
    </w:p>
    <w:p>
      <w:r>
        <w:rPr>
          <w:rFonts w:ascii="Courier New" w:hAnsi="Courier New"/>
          <w:color w:val="555555"/>
          <w:sz w:val="20"/>
        </w:rPr>
        <w:t>[131]</w:t>
      </w:r>
    </w:p>
    <w:p>
      <w:r>
        <w:rPr>
          <w:rFonts w:ascii="Gentium Plus" w:hAnsi="Gentium Plus"/>
          <w:sz w:val="24"/>
        </w:rPr>
        <w:t>φέρε τὴν σιβύνην καὶ πλατύλογχα.</w:t>
      </w:r>
    </w:p>
    <w:p>
      <w:r>
        <w:rPr>
          <w:rFonts w:ascii="Courier New" w:hAnsi="Courier New"/>
          <w:color w:val="555555"/>
          <w:sz w:val="20"/>
        </w:rPr>
        <w:t>[132]</w:t>
      </w:r>
    </w:p>
    <w:p>
      <w:r>
        <w:rPr>
          <w:rFonts w:ascii="Gentium Plus" w:hAnsi="Gentium Plus"/>
          <w:sz w:val="24"/>
        </w:rPr>
        <w:t>χορδαρίου τόμος ἧκεν καὶ περικομμάτιον.</w:t>
      </w:r>
    </w:p>
    <w:p>
      <w:r>
        <w:rPr>
          <w:rFonts w:ascii="Courier New" w:hAnsi="Courier New"/>
          <w:color w:val="555555"/>
          <w:sz w:val="20"/>
        </w:rPr>
        <w:t>[tit 133]</w:t>
      </w:r>
    </w:p>
    <w:p>
      <w:r>
        <w:rPr>
          <w:rFonts w:ascii="Gentium Plus" w:hAnsi="Gentium Plus"/>
          <w:sz w:val="24"/>
        </w:rPr>
        <w:t>ΛΕΥΚΗ</w:t>
      </w:r>
    </w:p>
    <w:p>
      <w:r>
        <w:rPr>
          <w:rFonts w:ascii="Courier New" w:hAnsi="Courier New"/>
          <w:color w:val="555555"/>
          <w:sz w:val="20"/>
        </w:rPr>
        <w:t>[133]</w:t>
      </w:r>
    </w:p>
    <w:p>
      <w:r>
        <w:rPr>
          <w:rFonts w:ascii="Gentium Plus" w:hAnsi="Gentium Plus"/>
          <w:sz w:val="24"/>
        </w:rPr>
        <w:t>ἐπίστασαι τὸν σαῦρον ὡς δεῖ σκευάσαι; Β. ἀλλ’ ἂν διδάσκῃς. Α. ἐξελὼν τὰ βραγχία, πλύνας, περικόψας τὰς ἀκάνθας τὰς κύκλῳ, παράσχισον χρηστῶς, διαπτύξας θ’ ὅλον</w:t>
      </w:r>
    </w:p>
    <w:p>
      <w:r>
        <w:rPr>
          <w:rFonts w:ascii="Courier New" w:hAnsi="Courier New"/>
          <w:color w:val="555555"/>
          <w:sz w:val="20"/>
        </w:rPr>
        <w:t>[5]</w:t>
      </w:r>
    </w:p>
    <w:p>
      <w:r>
        <w:rPr>
          <w:rFonts w:ascii="Gentium Plus" w:hAnsi="Gentium Plus"/>
          <w:sz w:val="24"/>
        </w:rPr>
        <w:t>τῷ σιλφίῳ μάστιξον εὖ τε καὶ καλῶς,</w:t>
      </w:r>
    </w:p>
    <w:p>
      <w:r>
        <w:rPr>
          <w:rFonts w:ascii="Courier New" w:hAnsi="Courier New"/>
          <w:color w:val="555555"/>
          <w:sz w:val="20"/>
        </w:rPr>
        <w:t>[tit 134]</w:t>
      </w:r>
    </w:p>
    <w:p>
      <w:r>
        <w:rPr>
          <w:rFonts w:ascii="Gentium Plus" w:hAnsi="Gentium Plus"/>
          <w:sz w:val="24"/>
        </w:rPr>
        <w:t>ΛΗΜΝΙΑ</w:t>
      </w:r>
    </w:p>
    <w:p>
      <w:r>
        <w:rPr>
          <w:rFonts w:ascii="Courier New" w:hAnsi="Courier New"/>
          <w:color w:val="555555"/>
          <w:sz w:val="20"/>
        </w:rPr>
        <w:t>[134]</w:t>
      </w:r>
    </w:p>
    <w:p>
      <w:r>
        <w:rPr>
          <w:rFonts w:ascii="Gentium Plus" w:hAnsi="Gentium Plus"/>
          <w:sz w:val="24"/>
        </w:rPr>
        <w:t>καὶ μὴν παρῆν ἀνθράκιον ἡμῖν ἐν μέσῳ σείσων τε κυάμων μεστός.</w:t>
      </w:r>
    </w:p>
    <w:p>
      <w:r>
        <w:rPr>
          <w:rFonts w:ascii="Courier New" w:hAnsi="Courier New"/>
          <w:color w:val="555555"/>
          <w:sz w:val="20"/>
        </w:rPr>
        <w:t>[tit 135-136]</w:t>
      </w:r>
    </w:p>
    <w:p>
      <w:r>
        <w:rPr>
          <w:rFonts w:ascii="Gentium Plus" w:hAnsi="Gentium Plus"/>
          <w:sz w:val="24"/>
        </w:rPr>
        <w:t>ΛΙΝΟΣ</w:t>
      </w:r>
    </w:p>
    <w:p>
      <w:r>
        <w:rPr>
          <w:rFonts w:ascii="Courier New" w:hAnsi="Courier New"/>
          <w:color w:val="555555"/>
          <w:sz w:val="20"/>
        </w:rPr>
        <w:t>[135]</w:t>
      </w:r>
    </w:p>
    <w:p>
      <w:r>
        <w:rPr>
          <w:rFonts w:ascii="Gentium Plus" w:hAnsi="Gentium Plus"/>
          <w:sz w:val="24"/>
        </w:rPr>
        <w:t>ΛΙΝ. βυβλίον ἐντεῦθεν ὅ τι βούλει προσελθὼν γὰρ λαβέ, ἔπειτ’ ἀναγνώσει, πάνυ γε διασκοπῶν ἀπὸ τῶν ἐπιγραμμάτων ἀτρέμα τε καὶ σχολῇ.</w:t>
      </w:r>
    </w:p>
    <w:p>
      <w:r>
        <w:rPr>
          <w:rFonts w:ascii="Courier New" w:hAnsi="Courier New"/>
          <w:color w:val="555555"/>
          <w:sz w:val="20"/>
        </w:rPr>
        <w:t>[5]</w:t>
      </w:r>
    </w:p>
    <w:p>
      <w:r>
        <w:rPr>
          <w:rFonts w:ascii="Gentium Plus" w:hAnsi="Gentium Plus"/>
          <w:sz w:val="24"/>
        </w:rPr>
        <w:t>Ὀρφεὺς ἔνεστιν, Ἡσίοδος, τραγῳδία, Χοιρίλος, Ὅμηρος, ἔστ’ Ἐπίχαρμος, γράμματα</w:t>
      </w:r>
    </w:p>
    <w:p>
      <w:r>
        <w:rPr>
          <w:rFonts w:ascii="Courier New" w:hAnsi="Courier New"/>
          <w:color w:val="555555"/>
          <w:sz w:val="20"/>
        </w:rPr>
        <w:t>[10]</w:t>
      </w:r>
    </w:p>
    <w:p>
      <w:r>
        <w:rPr>
          <w:rFonts w:ascii="Gentium Plus" w:hAnsi="Gentium Plus"/>
          <w:sz w:val="24"/>
        </w:rPr>
        <w:t>ὥς φησι τοὐπίγραμμα. ΛΙΝ. φιλόσοφός τις εἶ, εὔδηλον, ὃς παρεὶς τοσαῦτα γράμματα Σίμου τέχνην ἔλαβες. ΗΡ. ὁ Σῖμος δ’ ἐστὶ τίς; ΛΙΝ. μάλ’ εὐφυὴς ἄνθρωπος. ἐπὶ τραγῳδίαν ὥρμηκε νῦν, καὶ τῶν μὲν ὑποκριτῶν πολὺ</w:t>
      </w:r>
    </w:p>
    <w:p>
      <w:r>
        <w:rPr>
          <w:rFonts w:ascii="Courier New" w:hAnsi="Courier New"/>
          <w:color w:val="555555"/>
          <w:sz w:val="20"/>
        </w:rPr>
        <w:t>[15]</w:t>
      </w:r>
    </w:p>
    <w:p>
      <w:r>
        <w:rPr>
          <w:rFonts w:ascii="Gentium Plus" w:hAnsi="Gentium Plus"/>
          <w:sz w:val="24"/>
        </w:rPr>
        <w:t>κράτιστός ἐστιν ὀψοποιός, ὡς δοκεῖ τοῖς χρωμένοις, τῶν δ’ ὀψοποιῶν ὑποκριτής.</w:t>
      </w:r>
    </w:p>
    <w:p>
      <w:r>
        <w:rPr>
          <w:rFonts w:ascii="Courier New" w:hAnsi="Courier New"/>
          <w:color w:val="555555"/>
          <w:sz w:val="20"/>
        </w:rPr>
        <w:t>[16]</w:t>
      </w:r>
    </w:p>
    <w:p>
      <w:r>
        <w:rPr>
          <w:rFonts w:ascii="Gentium Plus" w:hAnsi="Gentium Plus"/>
          <w:sz w:val="24"/>
        </w:rPr>
        <w:t>. . . . . . . . . . . . ΛΙΝ. βούλιμός ἐσθ’ ἅνθρωπος. ΗΡ. ὅ τι βούλει λέγε. πεινῶ γάρ, εὖ τοῦτ’ ἴσθαι.</w:t>
      </w:r>
    </w:p>
    <w:p>
      <w:r>
        <w:rPr>
          <w:rFonts w:ascii="Courier New" w:hAnsi="Courier New"/>
          <w:color w:val="555555"/>
          <w:sz w:val="20"/>
        </w:rPr>
        <w:t>[tit 137-138]</w:t>
      </w:r>
    </w:p>
    <w:p>
      <w:r>
        <w:rPr>
          <w:rFonts w:ascii="Gentium Plus" w:hAnsi="Gentium Plus"/>
          <w:sz w:val="24"/>
        </w:rPr>
        <w:t>ΛΟΚΡΟΙ</w:t>
      </w:r>
    </w:p>
    <w:p>
      <w:r>
        <w:rPr>
          <w:rFonts w:ascii="Courier New" w:hAnsi="Courier New"/>
          <w:color w:val="555555"/>
          <w:sz w:val="20"/>
        </w:rPr>
        <w:t>[137]</w:t>
      </w:r>
    </w:p>
    <w:p>
      <w:r>
        <w:rPr>
          <w:rFonts w:ascii="Gentium Plus" w:hAnsi="Gentium Plus"/>
          <w:sz w:val="24"/>
        </w:rPr>
        <w:t>αἱ δὲ παῖδες παρέχεον ἡ μὲν τὸ θερμόν, ἡ δ’ ἑτέρα τὸ μετάκερας.</w:t>
      </w:r>
    </w:p>
    <w:p>
      <w:r>
        <w:rPr>
          <w:rFonts w:ascii="Courier New" w:hAnsi="Courier New"/>
          <w:color w:val="555555"/>
          <w:sz w:val="20"/>
        </w:rPr>
        <w:t>[138]</w:t>
      </w:r>
    </w:p>
    <w:p>
      <w:r>
        <w:rPr>
          <w:rFonts w:ascii="Gentium Plus" w:hAnsi="Gentium Plus"/>
          <w:sz w:val="24"/>
        </w:rPr>
        <w:t>ναυκληρεῖν</w:t>
      </w:r>
    </w:p>
    <w:p>
      <w:r>
        <w:rPr>
          <w:rFonts w:ascii="Courier New" w:hAnsi="Courier New"/>
          <w:color w:val="555555"/>
          <w:sz w:val="20"/>
        </w:rPr>
        <w:t>[tit 139-140]</w:t>
      </w:r>
    </w:p>
    <w:p>
      <w:r>
        <w:rPr>
          <w:rFonts w:ascii="Gentium Plus" w:hAnsi="Gentium Plus"/>
          <w:sz w:val="24"/>
        </w:rPr>
        <w:t>ΛΥΚΙΣΚΟΣ</w:t>
      </w:r>
    </w:p>
    <w:p>
      <w:r>
        <w:rPr>
          <w:rFonts w:ascii="Courier New" w:hAnsi="Courier New"/>
          <w:color w:val="555555"/>
          <w:sz w:val="20"/>
        </w:rPr>
        <w:t>[140]</w:t>
      </w:r>
    </w:p>
    <w:p>
      <w:r>
        <w:rPr>
          <w:rFonts w:ascii="Gentium Plus" w:hAnsi="Gentium Plus"/>
          <w:sz w:val="24"/>
        </w:rPr>
        <w:t>ζῳδάριον</w:t>
      </w:r>
    </w:p>
    <w:p>
      <w:r>
        <w:rPr>
          <w:rFonts w:ascii="Courier New" w:hAnsi="Courier New"/>
          <w:color w:val="555555"/>
          <w:sz w:val="20"/>
        </w:rPr>
        <w:t>[tit 141-145]</w:t>
      </w:r>
    </w:p>
    <w:p>
      <w:r>
        <w:rPr>
          <w:rFonts w:ascii="Gentium Plus" w:hAnsi="Gentium Plus"/>
          <w:sz w:val="24"/>
        </w:rPr>
        <w:t>ΜΑΝΔΡΑΓΟΡΙΖΟΜΕΝΗ</w:t>
      </w:r>
    </w:p>
    <w:p>
      <w:r>
        <w:rPr>
          <w:rFonts w:ascii="Courier New" w:hAnsi="Courier New"/>
          <w:color w:val="555555"/>
          <w:sz w:val="20"/>
        </w:rPr>
        <w:t>[141]</w:t>
      </w:r>
    </w:p>
    <w:p>
      <w:r>
        <w:rPr>
          <w:rFonts w:ascii="Gentium Plus" w:hAnsi="Gentium Plus"/>
          <w:sz w:val="24"/>
        </w:rPr>
        <w:t>εἶτ’ οὐ περίεργόν ἐστιν ἄνθρωπος φυτὸν ὑπεναντιωτάτοις τε πλείστοις χρώμενον; ἐρῶμεν ἀλλοτρίων, παρορῶμεν συγγενεῖς· ἔχοντες οὐδὲν εὐποροῦμεν τοῖς πέλας·</w:t>
      </w:r>
    </w:p>
    <w:p>
      <w:r>
        <w:rPr>
          <w:rFonts w:ascii="Courier New" w:hAnsi="Courier New"/>
          <w:color w:val="555555"/>
          <w:sz w:val="20"/>
        </w:rPr>
        <w:t>[5]</w:t>
      </w:r>
    </w:p>
    <w:p>
      <w:r>
        <w:rPr>
          <w:rFonts w:ascii="Gentium Plus" w:hAnsi="Gentium Plus"/>
          <w:sz w:val="24"/>
        </w:rPr>
        <w:t>ἐράνους φέροντες οὐ φέρομεν ἀλλ’ ἢ κακῶς, τακτῆς τροφῆς δὲ τῆς καθ’ ἡμέραν πάλιν γλιχόμεθα μὲν τὴν μᾶζαν ἵνα λευκὴ παρῇ, ζωμὸν δὲ ταύτῃ μέλανα μηχανώμεθα, τὸ καλὸν δὲ χρῶμα δευσοποιῷ χρῴζομεν.</w:t>
      </w:r>
    </w:p>
    <w:p>
      <w:r>
        <w:rPr>
          <w:rFonts w:ascii="Courier New" w:hAnsi="Courier New"/>
          <w:color w:val="555555"/>
          <w:sz w:val="20"/>
        </w:rPr>
        <w:t>[10]</w:t>
      </w:r>
    </w:p>
    <w:p>
      <w:r>
        <w:rPr>
          <w:rFonts w:ascii="Gentium Plus" w:hAnsi="Gentium Plus"/>
          <w:sz w:val="24"/>
        </w:rPr>
        <w:t>καὶ χιόνα μὲν πίνειν παρασκευάζομεν, τὸ δ’ ὄψον ἂν μὴ θερμὸν ᾖ διασύρομεν. καὶ τὸν μὲν ὀξὺν οἶνον ἐκπυτίζομεν, ἐπὶ ταῖς ἀβυρτάκαισι δ’ ἐκβακχεύομεν.</w:t>
      </w:r>
    </w:p>
    <w:p>
      <w:r>
        <w:rPr>
          <w:rFonts w:ascii="Courier New" w:hAnsi="Courier New"/>
          <w:color w:val="555555"/>
          <w:sz w:val="20"/>
        </w:rPr>
        <w:t>[13]</w:t>
      </w:r>
    </w:p>
    <w:p>
      <w:r>
        <w:rPr>
          <w:rFonts w:ascii="Gentium Plus" w:hAnsi="Gentium Plus"/>
          <w:sz w:val="24"/>
        </w:rPr>
        <w:t>. . . . . . . . . . . . οὐκοῦν τὸ πολλοῖς τῶν σοφῶν εἰρημένον,</w:t>
      </w:r>
    </w:p>
    <w:p>
      <w:r>
        <w:rPr>
          <w:rFonts w:ascii="Courier New" w:hAnsi="Courier New"/>
          <w:color w:val="555555"/>
          <w:sz w:val="20"/>
        </w:rPr>
        <w:t>[15]</w:t>
      </w:r>
    </w:p>
    <w:p>
      <w:r>
        <w:rPr>
          <w:rFonts w:ascii="Gentium Plus" w:hAnsi="Gentium Plus"/>
          <w:sz w:val="24"/>
        </w:rPr>
        <w:t>τὸ μὴ γενέσθαι μὲν κράτιστόν ἐστ’ ἀεί, ἐπὰν γένηται δ’ ὡς τάχιστ’ ἔχειν τέλος.</w:t>
      </w:r>
    </w:p>
    <w:p>
      <w:r>
        <w:rPr>
          <w:rFonts w:ascii="Courier New" w:hAnsi="Courier New"/>
          <w:color w:val="555555"/>
          <w:sz w:val="20"/>
        </w:rPr>
        <w:t>[142]</w:t>
      </w:r>
    </w:p>
    <w:p>
      <w:r>
        <w:rPr>
          <w:rFonts w:ascii="Gentium Plus" w:hAnsi="Gentium Plus"/>
          <w:sz w:val="24"/>
        </w:rPr>
        <w:t>ἐὰν ἐπιχώριος ἰατρὸς εἴπῃ ‘τρύβλιον τούτῳ δότε πτισάνης ἕωθεν‘, καταφρονοῦμεν εὐθέως· ἂν δὲ ‘πτισάναν καὶ τρύβλιον‘, θαυμάζομεν.</w:t>
      </w:r>
    </w:p>
    <w:p>
      <w:r>
        <w:rPr>
          <w:rFonts w:ascii="Courier New" w:hAnsi="Courier New"/>
          <w:color w:val="555555"/>
          <w:sz w:val="20"/>
        </w:rPr>
        <w:t>[5]</w:t>
      </w:r>
    </w:p>
    <w:p>
      <w:r>
        <w:rPr>
          <w:rFonts w:ascii="Gentium Plus" w:hAnsi="Gentium Plus"/>
          <w:sz w:val="24"/>
        </w:rPr>
        <w:t>καὶ πάλιν ἐὰν μὲν ‘τευτλίον‘, παρείδομεν· ἐὰν δὲ ‘σεῦτλον‘, ἀσμένως ἠκούσαμεν· ὡς οὐ τὸ σεῦτλον ταὐτὸν ὂν τῷ τευτλίῳ.</w:t>
      </w:r>
    </w:p>
    <w:p>
      <w:r>
        <w:rPr>
          <w:rFonts w:ascii="Courier New" w:hAnsi="Courier New"/>
          <w:color w:val="555555"/>
          <w:sz w:val="20"/>
        </w:rPr>
        <w:t>[143]</w:t>
      </w:r>
    </w:p>
    <w:p>
      <w:r>
        <w:rPr>
          <w:rFonts w:ascii="Gentium Plus" w:hAnsi="Gentium Plus"/>
          <w:sz w:val="24"/>
        </w:rPr>
        <w:t>ἥξω φέρουσα συμβολὰς τοίνυν ἅμα. Β. πῶς συμβολάς; Α. τὰς ταινίας οἱ Χαλκιδεῖς καὶ τοὺς ἀλαβάστους συμβολὰς καλοῦσι, γραῦ.</w:t>
      </w:r>
    </w:p>
    <w:p>
      <w:r>
        <w:rPr>
          <w:rFonts w:ascii="Courier New" w:hAnsi="Courier New"/>
          <w:color w:val="555555"/>
          <w:sz w:val="20"/>
        </w:rPr>
        <w:t>[144]</w:t>
      </w:r>
    </w:p>
    <w:p>
      <w:r>
        <w:rPr>
          <w:rFonts w:ascii="Gentium Plus" w:hAnsi="Gentium Plus"/>
          <w:sz w:val="24"/>
        </w:rPr>
        <w:t>κακῶς ἔχεις, στρουθὶς ἀκαρὴς νὴ Δί’ εἶ· πεφιλιππίδωσαι. Β. μὴ σὺ καινῶς μοι λάλει.</w:t>
      </w:r>
    </w:p>
    <w:p>
      <w:r>
        <w:rPr>
          <w:rFonts w:ascii="Courier New" w:hAnsi="Courier New"/>
          <w:color w:val="555555"/>
          <w:sz w:val="20"/>
        </w:rPr>
        <w:t>[145]</w:t>
      </w:r>
    </w:p>
    <w:p>
      <w:r>
        <w:rPr>
          <w:rFonts w:ascii="Gentium Plus" w:hAnsi="Gentium Plus"/>
          <w:sz w:val="24"/>
        </w:rPr>
        <w:t>εἴ τινας μᾶλλον φιλῶ ξένους ἑτέρους ὑμῶν, γενοίμην ἔγχελυς, ἵνα Καλλιμέδων ὁ Κάραβος πρίαιτό με.</w:t>
      </w:r>
    </w:p>
    <w:p>
      <w:r>
        <w:rPr>
          <w:rFonts w:ascii="Courier New" w:hAnsi="Courier New"/>
          <w:color w:val="555555"/>
          <w:sz w:val="20"/>
        </w:rPr>
        <w:t>[tit 146]</w:t>
      </w:r>
    </w:p>
    <w:p>
      <w:r>
        <w:rPr>
          <w:rFonts w:ascii="Gentium Plus" w:hAnsi="Gentium Plus"/>
          <w:sz w:val="24"/>
        </w:rPr>
        <w:t>ΜΑΝΤΕΙΣ</w:t>
      </w:r>
    </w:p>
    <w:p>
      <w:r>
        <w:rPr>
          <w:rFonts w:ascii="Courier New" w:hAnsi="Courier New"/>
          <w:color w:val="555555"/>
          <w:sz w:val="20"/>
        </w:rPr>
        <w:t>[146]</w:t>
      </w:r>
    </w:p>
    <w:p>
      <w:r>
        <w:rPr>
          <w:rFonts w:ascii="Gentium Plus" w:hAnsi="Gentium Plus"/>
          <w:sz w:val="24"/>
        </w:rPr>
        <w:t>ὦ δυστυχεῖς ἡμεῖς . . πεπρακότες τὴν τοῦ βίου παρρησίαν καὶ τὴν τρυφὴν γυναιξὶ δοῦλοι ζῶμεν ἀντ’ ἐλευθέρων. ἔπειτ’ ἔχειν προῖκ’ οὐχὶ τιμὴν πάσχομεν;</w:t>
      </w:r>
    </w:p>
    <w:p>
      <w:r>
        <w:rPr>
          <w:rFonts w:ascii="Courier New" w:hAnsi="Courier New"/>
          <w:color w:val="555555"/>
          <w:sz w:val="20"/>
        </w:rPr>
        <w:t>[5]</w:t>
      </w:r>
    </w:p>
    <w:p>
      <w:r>
        <w:rPr>
          <w:rFonts w:ascii="Gentium Plus" w:hAnsi="Gentium Plus"/>
          <w:sz w:val="24"/>
        </w:rPr>
        <w:t>πικράν γε καὶ μεστὴν γυναικείας χολῆς. ἡ τῶν γὰρ ἀνδρῶν ἐστι πρὸς ἐκείνην μέλι· οἱ μέν γε συγγνώμην ἔχους’ ἀδικούμενοι, αὗται δ’ ἀδικοῦσαι καὶ προσεγκαλοῦς’ ἔτι· ὧν οὐκ ἐχρῆν ἄρχουσιν, ὧν δ’ ἄρχειν ἐχρῆν</w:t>
      </w:r>
    </w:p>
    <w:p>
      <w:r>
        <w:rPr>
          <w:rFonts w:ascii="Courier New" w:hAnsi="Courier New"/>
          <w:color w:val="555555"/>
          <w:sz w:val="20"/>
        </w:rPr>
        <w:t>[10]</w:t>
      </w:r>
    </w:p>
    <w:p>
      <w:r>
        <w:rPr>
          <w:rFonts w:ascii="Gentium Plus" w:hAnsi="Gentium Plus"/>
          <w:sz w:val="24"/>
        </w:rPr>
        <w:t>ἀμελοῦσιν, ἐπιορκοῦσιν, οὐδὲ ἓν κακὸν</w:t>
      </w:r>
    </w:p>
    <w:p>
      <w:r>
        <w:rPr>
          <w:rFonts w:ascii="Courier New" w:hAnsi="Courier New"/>
          <w:color w:val="555555"/>
          <w:sz w:val="20"/>
        </w:rPr>
        <w:t>[tit 147]</w:t>
      </w:r>
    </w:p>
    <w:p>
      <w:r>
        <w:rPr>
          <w:rFonts w:ascii="Gentium Plus" w:hAnsi="Gentium Plus"/>
          <w:sz w:val="24"/>
        </w:rPr>
        <w:t>ΜΕΡΟΠΙΣ</w:t>
      </w:r>
    </w:p>
    <w:p>
      <w:r>
        <w:rPr>
          <w:rFonts w:ascii="Courier New" w:hAnsi="Courier New"/>
          <w:color w:val="555555"/>
          <w:sz w:val="20"/>
        </w:rPr>
        <w:t>[147]</w:t>
      </w:r>
    </w:p>
    <w:p>
      <w:r>
        <w:rPr>
          <w:rFonts w:ascii="Gentium Plus" w:hAnsi="Gentium Plus"/>
          <w:sz w:val="24"/>
        </w:rPr>
        <w:t>εἰς καιρὸν ἥκεις, ὡς ἔγωγ’ ἀπορουμένη ἄνω κάτω τε περιπατοῦς’ ὥσπερ Πλάτων σοφὸν οὐδὲν εὕρηκ’, ἀλλὰ κοπιῶ τὰ σκέλη.</w:t>
      </w:r>
    </w:p>
    <w:p>
      <w:r>
        <w:rPr>
          <w:rFonts w:ascii="Courier New" w:hAnsi="Courier New"/>
          <w:color w:val="555555"/>
          <w:sz w:val="20"/>
        </w:rPr>
        <w:t>[tit 148]</w:t>
      </w:r>
    </w:p>
    <w:p>
      <w:r>
        <w:rPr>
          <w:rFonts w:ascii="Gentium Plus" w:hAnsi="Gentium Plus"/>
          <w:sz w:val="24"/>
        </w:rPr>
        <w:t>ΜΙΔΩΝ</w:t>
      </w:r>
    </w:p>
    <w:p>
      <w:r>
        <w:rPr>
          <w:rFonts w:ascii="Courier New" w:hAnsi="Courier New"/>
          <w:color w:val="555555"/>
          <w:sz w:val="20"/>
        </w:rPr>
        <w:t>[148]</w:t>
      </w:r>
    </w:p>
    <w:p>
      <w:r>
        <w:rPr>
          <w:rFonts w:ascii="Gentium Plus" w:hAnsi="Gentium Plus"/>
          <w:sz w:val="24"/>
        </w:rPr>
        <w:t>ὁ πρῶτος εὑρὼν μετὰ λυχνούχου περιπατεῖν τῆς νυκτὸς ἦν τις κηδεμὼν τῶν δακτύλων.</w:t>
      </w:r>
    </w:p>
    <w:p>
      <w:r>
        <w:rPr>
          <w:rFonts w:ascii="Courier New" w:hAnsi="Courier New"/>
          <w:color w:val="555555"/>
          <w:sz w:val="20"/>
        </w:rPr>
        <w:t>[tit 149-151]</w:t>
      </w:r>
    </w:p>
    <w:p>
      <w:r>
        <w:rPr>
          <w:rFonts w:ascii="Gentium Plus" w:hAnsi="Gentium Plus"/>
          <w:sz w:val="24"/>
        </w:rPr>
        <w:t>ΜΙΛΗΣΙΑ</w:t>
      </w:r>
    </w:p>
    <w:p>
      <w:r>
        <w:rPr>
          <w:rFonts w:ascii="Courier New" w:hAnsi="Courier New"/>
          <w:color w:val="555555"/>
          <w:sz w:val="20"/>
        </w:rPr>
        <w:t>[149]</w:t>
      </w:r>
    </w:p>
    <w:p>
      <w:r>
        <w:rPr>
          <w:rFonts w:ascii="Gentium Plus" w:hAnsi="Gentium Plus"/>
          <w:sz w:val="24"/>
        </w:rPr>
        <w:t>οὐκ ἴστε ταῖς πλείσταισι τῶν τεχνῶν ὅτι οὐκ ἀρχιτέκτων κύριος τῆς ἡδονῆς μόνος καθέστηκ’, ἀλλὰ καὶ τῶν χρωμένων συμβάλλεταί τις, ἂν καλῶς χρῶνται, μερίς;</w:t>
      </w:r>
    </w:p>
    <w:p>
      <w:r>
        <w:rPr>
          <w:rFonts w:ascii="Courier New" w:hAnsi="Courier New"/>
          <w:color w:val="555555"/>
          <w:sz w:val="20"/>
        </w:rPr>
        <w:t>[5]</w:t>
      </w:r>
    </w:p>
    <w:p>
      <w:r>
        <w:rPr>
          <w:rFonts w:ascii="Gentium Plus" w:hAnsi="Gentium Plus"/>
          <w:sz w:val="24"/>
        </w:rPr>
        <w:t>Β. ποῖόν τι; δεῖ γὰρ κἀμὲ τὸν ξένον μαθεῖν. Α. τὸν ὀψοποιὸν σκευάσαι χρηστῶς μόνον δεῖ τοὔψον, ἄλλο δ’ οὐδέν. ἂν μὲν οὖν τύχῃ ὁ ταῦτα μέλλων ἐσθίειν τε καὶ κρινεῖν εἰς καιρὸν ἐλθών, ὠφέλησε τὴν τέχνην·</w:t>
      </w:r>
    </w:p>
    <w:p>
      <w:r>
        <w:rPr>
          <w:rFonts w:ascii="Courier New" w:hAnsi="Courier New"/>
          <w:color w:val="555555"/>
          <w:sz w:val="20"/>
        </w:rPr>
        <w:t>[10]</w:t>
      </w:r>
    </w:p>
    <w:p>
      <w:r>
        <w:rPr>
          <w:rFonts w:ascii="Gentium Plus" w:hAnsi="Gentium Plus"/>
          <w:sz w:val="24"/>
        </w:rPr>
        <w:t>ἂν δ’ ὑστερίζῃ τῆς τεταγμένης ἀκμῆς, ὥστ’ ἢ προοπτήσαντα χλιαίνειν πάλιν, ἢ μὴ προοπτήσαντα συντελεῖν ταχύ, ἀπεστέρησε τῆς τέχνης τὴν ἡδονήν. Β. εἰς τοὺς σοφιστὰς τὸν μάγειρον ἐγγράφω.</w:t>
      </w:r>
    </w:p>
    <w:p>
      <w:r>
        <w:rPr>
          <w:rFonts w:ascii="Courier New" w:hAnsi="Courier New"/>
          <w:color w:val="555555"/>
          <w:sz w:val="20"/>
        </w:rPr>
        <w:t>[15]</w:t>
      </w:r>
    </w:p>
    <w:p>
      <w:r>
        <w:rPr>
          <w:rFonts w:ascii="Gentium Plus" w:hAnsi="Gentium Plus"/>
          <w:sz w:val="24"/>
        </w:rPr>
        <w:t>Α. ἑστήκαθ’ ὑμεῖς, κάεται δέ μοι τὸ πῦρ, ἤδη πυκνοὶ δ’ ᾄττουσιν Ἡφαίστου κύνες κούφως πρὸς αἴθραν, οἷς τὸ γίνεσθαί θ’ ἅμα καὶ τὴν τελευτὴν τοῦ βίου συνῆψέ τις νόμοις ἀνάγκης θεσμὸς οὐχ ὁρώμενος.</w:t>
      </w:r>
    </w:p>
    <w:p>
      <w:r>
        <w:rPr>
          <w:rFonts w:ascii="Courier New" w:hAnsi="Courier New"/>
          <w:color w:val="555555"/>
          <w:sz w:val="20"/>
        </w:rPr>
        <w:t>[150]</w:t>
      </w:r>
    </w:p>
    <w:p>
      <w:r>
        <w:rPr>
          <w:rFonts w:ascii="Gentium Plus" w:hAnsi="Gentium Plus"/>
          <w:sz w:val="24"/>
        </w:rPr>
        <w:t>εἰ μὴ γὰρ ὢν ἄνθρωπος ἀνθρώπου τύχαις</w:t>
      </w:r>
    </w:p>
    <w:p>
      <w:r>
        <w:rPr>
          <w:rFonts w:ascii="Courier New" w:hAnsi="Courier New"/>
          <w:color w:val="555555"/>
          <w:sz w:val="20"/>
        </w:rPr>
        <w:t>[tit 152]</w:t>
      </w:r>
    </w:p>
    <w:p>
      <w:r>
        <w:rPr>
          <w:rFonts w:ascii="Gentium Plus" w:hAnsi="Gentium Plus"/>
          <w:sz w:val="24"/>
        </w:rPr>
        <w:t>ΜΙΛΚΩΝ</w:t>
      </w:r>
    </w:p>
    <w:p>
      <w:r>
        <w:rPr>
          <w:rFonts w:ascii="Courier New" w:hAnsi="Courier New"/>
          <w:color w:val="555555"/>
          <w:sz w:val="20"/>
        </w:rPr>
        <w:t>[152]</w:t>
      </w:r>
    </w:p>
    <w:p>
      <w:r>
        <w:rPr>
          <w:rFonts w:ascii="Gentium Plus" w:hAnsi="Gentium Plus"/>
          <w:sz w:val="24"/>
        </w:rPr>
        <w:t>κἂν μὴ παραθῶσι θερμά; Β. τἀγαθὸν Πλάτων ἁπανταχοῦ φης’ ἀγαθὸν εἶναι, μανθάνεις; τό θ’ ἡδὺ πάντως ἡδύ, κἀκεῖ κἀνθάδε.</w:t>
      </w:r>
    </w:p>
    <w:p>
      <w:r>
        <w:rPr>
          <w:rFonts w:ascii="Courier New" w:hAnsi="Courier New"/>
          <w:color w:val="555555"/>
          <w:sz w:val="20"/>
        </w:rPr>
        <w:t>[t,post 152]</w:t>
      </w:r>
    </w:p>
    <w:p>
      <w:pPr>
        <w:jc w:val="center"/>
      </w:pPr>
      <w:r>
        <w:rPr>
          <w:rFonts w:ascii="Gentium Plus" w:hAnsi="Gentium Plus"/>
          <w:b/>
          <w:sz w:val="24"/>
        </w:rPr>
        <w:t>ΜΙΝΩΣ</w:t>
      </w:r>
    </w:p>
    <w:p>
      <w:r>
        <w:rPr>
          <w:rFonts w:ascii="Courier New" w:hAnsi="Courier New"/>
          <w:color w:val="555555"/>
          <w:sz w:val="20"/>
        </w:rPr>
        <w:t>[tit,ante 153]</w:t>
      </w:r>
    </w:p>
    <w:p>
      <w:r>
        <w:rPr>
          <w:rFonts w:ascii="Gentium Plus" w:hAnsi="Gentium Plus"/>
          <w:sz w:val="24"/>
        </w:rPr>
        <w:t>ΜΝΗΣΤΗΡΕΣ</w:t>
      </w:r>
    </w:p>
    <w:p>
      <w:r>
        <w:rPr>
          <w:rFonts w:ascii="Courier New" w:hAnsi="Courier New"/>
          <w:color w:val="555555"/>
          <w:sz w:val="20"/>
        </w:rPr>
        <w:t>[tit 153]</w:t>
      </w:r>
    </w:p>
    <w:p>
      <w:r>
        <w:rPr>
          <w:rFonts w:ascii="Gentium Plus" w:hAnsi="Gentium Plus"/>
          <w:sz w:val="24"/>
        </w:rPr>
        <w:t>ΜΥΛΩΘΡΟΣ</w:t>
      </w:r>
    </w:p>
    <w:p>
      <w:r>
        <w:rPr>
          <w:rFonts w:ascii="Courier New" w:hAnsi="Courier New"/>
          <w:color w:val="555555"/>
          <w:sz w:val="20"/>
        </w:rPr>
        <w:t>[153]</w:t>
      </w:r>
    </w:p>
    <w:p>
      <w:r>
        <w:rPr>
          <w:rFonts w:ascii="Gentium Plus" w:hAnsi="Gentium Plus"/>
          <w:sz w:val="24"/>
        </w:rPr>
        <w:t>καὶ γὰρ Ἀργείους ὁρῶ.</w:t>
      </w:r>
    </w:p>
    <w:p>
      <w:r>
        <w:rPr>
          <w:rFonts w:ascii="Courier New" w:hAnsi="Courier New"/>
          <w:color w:val="555555"/>
          <w:sz w:val="20"/>
        </w:rPr>
        <w:t>[tit 154]</w:t>
      </w:r>
    </w:p>
    <w:p>
      <w:r>
        <w:rPr>
          <w:rFonts w:ascii="Gentium Plus" w:hAnsi="Gentium Plus"/>
          <w:sz w:val="24"/>
        </w:rPr>
        <w:t>ΟΔΥΣΣΕΥΣ ΑΠΟΝΙΖΟΜΕΝΟΣ</w:t>
      </w:r>
    </w:p>
    <w:p>
      <w:r>
        <w:rPr>
          <w:rFonts w:ascii="Courier New" w:hAnsi="Courier New"/>
          <w:color w:val="555555"/>
          <w:sz w:val="20"/>
        </w:rPr>
        <w:t>[154]</w:t>
      </w:r>
    </w:p>
    <w:p>
      <w:r>
        <w:rPr>
          <w:rFonts w:ascii="Gentium Plus" w:hAnsi="Gentium Plus"/>
          <w:sz w:val="24"/>
        </w:rPr>
        <w:t>ἥδιον</w:t>
      </w:r>
    </w:p>
    <w:p>
      <w:r>
        <w:rPr>
          <w:rFonts w:ascii="Courier New" w:hAnsi="Courier New"/>
          <w:color w:val="555555"/>
          <w:sz w:val="20"/>
        </w:rPr>
        <w:t>[tit 155-157]</w:t>
      </w:r>
    </w:p>
    <w:p>
      <w:r>
        <w:rPr>
          <w:rFonts w:ascii="Gentium Plus" w:hAnsi="Gentium Plus"/>
          <w:sz w:val="24"/>
        </w:rPr>
        <w:t>ΟΔΥΣΣΕΥΣ ΥΦΑΙΝΩΝ</w:t>
      </w:r>
    </w:p>
    <w:p>
      <w:r>
        <w:rPr>
          <w:rFonts w:ascii="Courier New" w:hAnsi="Courier New"/>
          <w:color w:val="555555"/>
          <w:sz w:val="20"/>
        </w:rPr>
        <w:t>[155]</w:t>
      </w:r>
    </w:p>
    <w:p>
      <w:r>
        <w:rPr>
          <w:rFonts w:ascii="Gentium Plus" w:hAnsi="Gentium Plus"/>
          <w:sz w:val="24"/>
        </w:rPr>
        <w:t>καὶ τοὺς ἁλιέας εἰς τὸ βάραθρον ἐμβαλῶ. ἀπελευθέρων ὀψάρια θηρεύουσί μοι, τριχίδια καὶ σηπίδια καὶ φρυκτούς τινας. Β. οὗτος πρότερον κεφαλὴν εἰ λάβοι θύννου,</w:t>
      </w:r>
    </w:p>
    <w:p>
      <w:r>
        <w:rPr>
          <w:rFonts w:ascii="Courier New" w:hAnsi="Courier New"/>
          <w:color w:val="555555"/>
          <w:sz w:val="20"/>
        </w:rPr>
        <w:t>[5]</w:t>
      </w:r>
    </w:p>
    <w:p>
      <w:r>
        <w:rPr>
          <w:rFonts w:ascii="Gentium Plus" w:hAnsi="Gentium Plus"/>
          <w:sz w:val="24"/>
        </w:rPr>
        <w:t>ἐνόμιζεν ἐγχέλεια καὶ θύννους ἔχειν.</w:t>
      </w:r>
    </w:p>
    <w:p>
      <w:r>
        <w:rPr>
          <w:rFonts w:ascii="Courier New" w:hAnsi="Courier New"/>
          <w:color w:val="555555"/>
          <w:sz w:val="20"/>
        </w:rPr>
        <w:t>[156]</w:t>
      </w:r>
    </w:p>
    <w:p>
      <w:r>
        <w:rPr>
          <w:rFonts w:ascii="Gentium Plus" w:hAnsi="Gentium Plus"/>
          <w:sz w:val="24"/>
        </w:rPr>
        <w:t>φιλεῖ γὰρ ἡ μακρὰ συνουσία καὶ τὰ συμπόσια τὰ πολλὰ καὶ καθ’ ἡμέραν ποιεῖν σκῶψιν. ἡ σκῶψις δὲ λυπεῖ πλεῖον ἢ τέρπει πολύ· τοῦ κακῶς λέγειν γὰρ ἀρχὴ γίνετ’· ἂν δ’ εἴπῃς ἅπαξ,</w:t>
      </w:r>
    </w:p>
    <w:p>
      <w:r>
        <w:rPr>
          <w:rFonts w:ascii="Courier New" w:hAnsi="Courier New"/>
          <w:color w:val="555555"/>
          <w:sz w:val="20"/>
        </w:rPr>
        <w:t>[5]</w:t>
      </w:r>
    </w:p>
    <w:p>
      <w:r>
        <w:rPr>
          <w:rFonts w:ascii="Gentium Plus" w:hAnsi="Gentium Plus"/>
          <w:sz w:val="24"/>
        </w:rPr>
        <w:t>εὐθὺς ἀντήκουσας· ἤδη λοιδορεῖσθαι λείπεται. εἶτα τύπτεσθαι δέδεικται καὶ παροινεῖν. Β. ταῦτα γὰρ</w:t>
      </w:r>
    </w:p>
    <w:p>
      <w:r>
        <w:rPr>
          <w:rFonts w:ascii="Courier New" w:hAnsi="Courier New"/>
          <w:color w:val="555555"/>
          <w:sz w:val="20"/>
        </w:rPr>
        <w:t>[tit 158]</w:t>
      </w:r>
    </w:p>
    <w:p>
      <w:r>
        <w:rPr>
          <w:rFonts w:ascii="Gentium Plus" w:hAnsi="Gentium Plus"/>
          <w:sz w:val="24"/>
        </w:rPr>
        <w:t>ΟΛΥΜΠΙΟΔΩΡΟΣ</w:t>
      </w:r>
    </w:p>
    <w:p>
      <w:r>
        <w:rPr>
          <w:rFonts w:ascii="Courier New" w:hAnsi="Courier New"/>
          <w:color w:val="555555"/>
          <w:sz w:val="20"/>
        </w:rPr>
        <w:t>[158]</w:t>
      </w:r>
    </w:p>
    <w:p>
      <w:r>
        <w:rPr>
          <w:rFonts w:ascii="Gentium Plus" w:hAnsi="Gentium Plus"/>
          <w:sz w:val="24"/>
        </w:rPr>
        <w:t>σῶμα μὲν ἐμοῦ τὸ θνητὸν αὖον ἐγένετο, τὸ δ’ ἀθάνατον ἐξῆρε πρὸς τὸν ἀέρα. Β. ταῦτ’ οὐ σχολὴ Πλάτωνος;</w:t>
      </w:r>
    </w:p>
    <w:p>
      <w:r>
        <w:rPr>
          <w:rFonts w:ascii="Courier New" w:hAnsi="Courier New"/>
          <w:color w:val="555555"/>
          <w:sz w:val="20"/>
        </w:rPr>
        <w:t>[tit 159-162]</w:t>
      </w:r>
    </w:p>
    <w:p>
      <w:r>
        <w:rPr>
          <w:rFonts w:ascii="Gentium Plus" w:hAnsi="Gentium Plus"/>
          <w:sz w:val="24"/>
        </w:rPr>
        <w:t>ΟΛΥΝΘΙΑ</w:t>
      </w:r>
    </w:p>
    <w:p>
      <w:r>
        <w:rPr>
          <w:rFonts w:ascii="Courier New" w:hAnsi="Courier New"/>
          <w:color w:val="555555"/>
          <w:sz w:val="20"/>
        </w:rPr>
        <w:t>[159]</w:t>
      </w:r>
    </w:p>
    <w:p>
      <w:r>
        <w:rPr>
          <w:rFonts w:ascii="Gentium Plus" w:hAnsi="Gentium Plus"/>
          <w:sz w:val="24"/>
        </w:rPr>
        <w:t>ὁ δὲ σὸς πένης ἔστ’, ὦ γλυκεῖα· τοῦτο δὲ δέδοιχ’ ὁ θάνατος τὸ γένος, ὥς φασιν, μόνον.</w:t>
      </w:r>
    </w:p>
    <w:p>
      <w:r>
        <w:rPr>
          <w:rFonts w:ascii="Courier New" w:hAnsi="Courier New"/>
          <w:color w:val="555555"/>
          <w:sz w:val="20"/>
        </w:rPr>
        <w:t>[160]</w:t>
      </w:r>
    </w:p>
    <w:p>
      <w:r>
        <w:rPr>
          <w:rFonts w:ascii="Gentium Plus" w:hAnsi="Gentium Plus"/>
          <w:sz w:val="24"/>
        </w:rPr>
        <w:t>οὐ τοῖς γὰρ ὀμνύουσι τὸν φρονοῦντα δεῖ, τοῖς πράγμασιν δ’ αὐτοῖσι πιστεύειν ἀεί.</w:t>
      </w:r>
    </w:p>
    <w:p>
      <w:r>
        <w:rPr>
          <w:rFonts w:ascii="Courier New" w:hAnsi="Courier New"/>
          <w:color w:val="555555"/>
          <w:sz w:val="20"/>
        </w:rPr>
        <w:t>[161]</w:t>
      </w:r>
    </w:p>
    <w:p>
      <w:r>
        <w:rPr>
          <w:rFonts w:ascii="Gentium Plus" w:hAnsi="Gentium Plus"/>
          <w:sz w:val="24"/>
        </w:rPr>
        <w:t>Εὐημερία δέσποινα καὶ Μοῦσαι φίλαι</w:t>
      </w:r>
    </w:p>
    <w:p>
      <w:r>
        <w:rPr>
          <w:rFonts w:ascii="Courier New" w:hAnsi="Courier New"/>
          <w:color w:val="555555"/>
          <w:sz w:val="20"/>
        </w:rPr>
        <w:t>[162]</w:t>
      </w:r>
    </w:p>
    <w:p>
      <w:r>
        <w:rPr>
          <w:rFonts w:ascii="Gentium Plus" w:hAnsi="Gentium Plus"/>
          <w:sz w:val="24"/>
        </w:rPr>
        <w:t>ἔστιν ἀνήρ μοι πτωχός, κἀγὼ γραῦς, καὶ θυγάτηρ καὶ παῖς υἱός, χἤδ’ ἡ χρηστή, πένθ’ οἱ πάντες. τούτων οἱ τρεῖς δειπνοῦμεν,</w:t>
      </w:r>
    </w:p>
    <w:p>
      <w:r>
        <w:rPr>
          <w:rFonts w:ascii="Courier New" w:hAnsi="Courier New"/>
          <w:color w:val="555555"/>
          <w:sz w:val="20"/>
        </w:rPr>
        <w:t>[5]</w:t>
      </w:r>
    </w:p>
    <w:p>
      <w:r>
        <w:rPr>
          <w:rFonts w:ascii="Gentium Plus" w:hAnsi="Gentium Plus"/>
          <w:sz w:val="24"/>
        </w:rPr>
        <w:t>δύο δ’ αὐτοῖς συγκοινωνοῦμεν μάζης μικρᾶς. φθόγγους δ’ ἀλύρους θρηνοῦμεν, ἐπὰν μηδὲν ἔχωμεν, χρῶμα δ’ ἀσίτων ἡμῶν ὄντων γίνεται ὠχρόν. τὰ μέρη δ’ ἡμῶν</w:t>
      </w:r>
    </w:p>
    <w:p>
      <w:r>
        <w:rPr>
          <w:rFonts w:ascii="Courier New" w:hAnsi="Courier New"/>
          <w:color w:val="555555"/>
          <w:sz w:val="20"/>
        </w:rPr>
        <w:t>[10]</w:t>
      </w:r>
    </w:p>
    <w:p>
      <w:r>
        <w:rPr>
          <w:rFonts w:ascii="Gentium Plus" w:hAnsi="Gentium Plus"/>
          <w:sz w:val="24"/>
        </w:rPr>
        <w:t>χἠ σύνταξις τοῦ βίου ἐστὶν κύαμος, θέρμος, λάχανον, . . γογγυλίς, ὦχρος, λάθυρος, φηγός, βολβός, τέττιξ, ἐρέβινθος, ἀχράς, τό τε θειοφανὲς μητρῷον ἐμοὶ</w:t>
      </w:r>
    </w:p>
    <w:p>
      <w:r>
        <w:rPr>
          <w:rFonts w:ascii="Courier New" w:hAnsi="Courier New"/>
          <w:color w:val="555555"/>
          <w:sz w:val="20"/>
        </w:rPr>
        <w:t>[15]</w:t>
      </w:r>
    </w:p>
    <w:p>
      <w:r>
        <w:rPr>
          <w:rFonts w:ascii="Gentium Plus" w:hAnsi="Gentium Plus"/>
          <w:sz w:val="24"/>
        </w:rPr>
        <w:t>μελέδημ’ ἰσχάς,</w:t>
      </w:r>
    </w:p>
    <w:p>
      <w:r>
        <w:rPr>
          <w:rFonts w:ascii="Courier New" w:hAnsi="Courier New"/>
          <w:color w:val="555555"/>
          <w:sz w:val="20"/>
        </w:rPr>
        <w:t>[tit 163]</w:t>
      </w:r>
    </w:p>
    <w:p>
      <w:r>
        <w:rPr>
          <w:rFonts w:ascii="Gentium Plus" w:hAnsi="Gentium Plus"/>
          <w:sz w:val="24"/>
        </w:rPr>
        <w:t>ΟΜΟΙΑ</w:t>
      </w:r>
    </w:p>
    <w:p>
      <w:r>
        <w:rPr>
          <w:rFonts w:ascii="Courier New" w:hAnsi="Courier New"/>
          <w:color w:val="555555"/>
          <w:sz w:val="20"/>
        </w:rPr>
        <w:t>[163]</w:t>
      </w:r>
    </w:p>
    <w:p>
      <w:r>
        <w:rPr>
          <w:rFonts w:ascii="Gentium Plus" w:hAnsi="Gentium Plus"/>
          <w:sz w:val="24"/>
        </w:rPr>
        <w:t>οὐδὲ φιλόδειπνός εἰμι μὰ τὸν Ἀσκληπιόν, τραγήμασιν χαίρω δὲ μᾶλλον. Β. εὖ πάνυ. Α. τραγήματ’ αἰσθάνομαι γὰρ ὅτι νομίζεται τοῖς νυμφίοις μετιοῦσι τὴν νύμφην λέγεις</w:t>
      </w:r>
    </w:p>
    <w:p>
      <w:r>
        <w:rPr>
          <w:rFonts w:ascii="Courier New" w:hAnsi="Courier New"/>
          <w:color w:val="555555"/>
          <w:sz w:val="20"/>
        </w:rPr>
        <w:t>[5]</w:t>
      </w:r>
    </w:p>
    <w:p>
      <w:r>
        <w:rPr>
          <w:rFonts w:ascii="Gentium Plus" w:hAnsi="Gentium Plus"/>
          <w:sz w:val="24"/>
        </w:rPr>
        <w:t>παρέχειν, ἄμητας καὶ λαγῷα καὶ κίχλας. τούτοισι χαίρω, τοῖς δὲ κεκαρυκευμένοις</w:t>
      </w:r>
    </w:p>
    <w:p>
      <w:r>
        <w:rPr>
          <w:rFonts w:ascii="Courier New" w:hAnsi="Courier New"/>
          <w:color w:val="555555"/>
          <w:sz w:val="20"/>
        </w:rPr>
        <w:t>[tit 164-165]</w:t>
      </w:r>
    </w:p>
    <w:p>
      <w:r>
        <w:rPr>
          <w:rFonts w:ascii="Gentium Plus" w:hAnsi="Gentium Plus"/>
          <w:sz w:val="24"/>
        </w:rPr>
        <w:t>ΟΠΩΡΑ</w:t>
      </w:r>
    </w:p>
    <w:p>
      <w:r>
        <w:rPr>
          <w:rFonts w:ascii="Courier New" w:hAnsi="Courier New"/>
          <w:color w:val="555555"/>
          <w:sz w:val="20"/>
        </w:rPr>
        <w:t>[164]</w:t>
      </w:r>
    </w:p>
    <w:p>
      <w:r>
        <w:rPr>
          <w:rFonts w:ascii="Gentium Plus" w:hAnsi="Gentium Plus"/>
          <w:sz w:val="24"/>
        </w:rPr>
        <w:t>οἶνον πολὺν οὐ κεκραμένον σὺ πίνεις μεστὸς ὢν κοὐκ ἐξεμεῖς;</w:t>
      </w:r>
    </w:p>
    <w:p>
      <w:r>
        <w:rPr>
          <w:rFonts w:ascii="Courier New" w:hAnsi="Courier New"/>
          <w:color w:val="555555"/>
          <w:sz w:val="20"/>
        </w:rPr>
        <w:t>[165]</w:t>
      </w:r>
    </w:p>
    <w:p>
      <w:r>
        <w:rPr>
          <w:rFonts w:ascii="Gentium Plus" w:hAnsi="Gentium Plus"/>
          <w:sz w:val="24"/>
        </w:rPr>
        <w:t>ἐρρέτω μέλαιν’ Ὀπώρα· πᾶσι γὰρ χαρίζεται.</w:t>
      </w:r>
    </w:p>
    <w:p>
      <w:r>
        <w:rPr>
          <w:rFonts w:ascii="Courier New" w:hAnsi="Courier New"/>
          <w:color w:val="555555"/>
          <w:sz w:val="20"/>
        </w:rPr>
        <w:t>[tit 166]</w:t>
      </w:r>
    </w:p>
    <w:p>
      <w:r>
        <w:rPr>
          <w:rFonts w:ascii="Gentium Plus" w:hAnsi="Gentium Plus"/>
          <w:sz w:val="24"/>
        </w:rPr>
        <w:t>ΟΡΕΣΤΗΣ</w:t>
      </w:r>
    </w:p>
    <w:p>
      <w:r>
        <w:rPr>
          <w:rFonts w:ascii="Courier New" w:hAnsi="Courier New"/>
          <w:color w:val="555555"/>
          <w:sz w:val="20"/>
        </w:rPr>
        <w:t>[tit 167]</w:t>
      </w:r>
    </w:p>
    <w:p>
      <w:r>
        <w:rPr>
          <w:rFonts w:ascii="Gentium Plus" w:hAnsi="Gentium Plus"/>
          <w:sz w:val="24"/>
        </w:rPr>
        <w:t>ΟΡΧΗΣΤΡΙΣ</w:t>
      </w:r>
    </w:p>
    <w:p>
      <w:r>
        <w:rPr>
          <w:rFonts w:ascii="Courier New" w:hAnsi="Courier New"/>
          <w:color w:val="555555"/>
          <w:sz w:val="20"/>
        </w:rPr>
        <w:t>[167]</w:t>
      </w:r>
    </w:p>
    <w:p>
      <w:r>
        <w:rPr>
          <w:rFonts w:ascii="Gentium Plus" w:hAnsi="Gentium Plus"/>
          <w:sz w:val="24"/>
        </w:rPr>
        <w:t>γυναιξὶ δ’ ἀρκεῖ πάντ’, ἐὰν οἶνος παρῇ πίνειν διαρκής. Β. ἀλλὰ μήν, νὴ τὼ θεώ, ἔσται γ’ ὅσον ἂν βουλώμεθ’, ἔσται καὶ μάλα ἡδύς γ’, ὀδόντας οὐκ ἔχων, ἤδη σαπρός,</w:t>
      </w:r>
    </w:p>
    <w:p>
      <w:r>
        <w:rPr>
          <w:rFonts w:ascii="Courier New" w:hAnsi="Courier New"/>
          <w:color w:val="555555"/>
          <w:sz w:val="20"/>
        </w:rPr>
        <w:t>[5]</w:t>
      </w:r>
    </w:p>
    <w:p>
      <w:r>
        <w:rPr>
          <w:rFonts w:ascii="Gentium Plus" w:hAnsi="Gentium Plus"/>
          <w:sz w:val="24"/>
        </w:rPr>
        <w:t>λέγων, γέρων γε δαιμονίως. Α. ἀσπάζομαι</w:t>
      </w:r>
    </w:p>
    <w:p>
      <w:r>
        <w:rPr>
          <w:rFonts w:ascii="Courier New" w:hAnsi="Courier New"/>
          <w:color w:val="555555"/>
          <w:sz w:val="20"/>
        </w:rPr>
        <w:t>[tit 168]</w:t>
      </w:r>
    </w:p>
    <w:p>
      <w:r>
        <w:rPr>
          <w:rFonts w:ascii="Gentium Plus" w:hAnsi="Gentium Plus"/>
          <w:sz w:val="24"/>
        </w:rPr>
        <w:t>ΠΑΓΚΡΑΤΙΑΣΤΗΣ</w:t>
      </w:r>
    </w:p>
    <w:p>
      <w:r>
        <w:rPr>
          <w:rFonts w:ascii="Courier New" w:hAnsi="Courier New"/>
          <w:color w:val="555555"/>
          <w:sz w:val="20"/>
        </w:rPr>
        <w:t>[168]</w:t>
      </w:r>
    </w:p>
    <w:p>
      <w:r>
        <w:rPr>
          <w:rFonts w:ascii="Gentium Plus" w:hAnsi="Gentium Plus"/>
          <w:sz w:val="24"/>
        </w:rPr>
        <w:t>πρῶτον μὲν ἦν σοι Καλλιμέδων ὁ Κάραβος, ἔπειτα Κόρυδος, Κωβίων, Κυρηβίων, ὁ Σκόμβρος, ἡ Σεμίδαλις. Β. Ἡράκλεις φίλε, ἀγοράσματ’ οὐ συμπόσιον εἴρηκας, γύναι.</w:t>
      </w:r>
    </w:p>
    <w:p>
      <w:r>
        <w:rPr>
          <w:rFonts w:ascii="Courier New" w:hAnsi="Courier New"/>
          <w:color w:val="555555"/>
          <w:sz w:val="20"/>
        </w:rPr>
        <w:t>[tit 169]</w:t>
      </w:r>
    </w:p>
    <w:p>
      <w:r>
        <w:rPr>
          <w:rFonts w:ascii="Gentium Plus" w:hAnsi="Gentium Plus"/>
          <w:sz w:val="24"/>
        </w:rPr>
        <w:t>ΠΑΛΛΑΚΗ</w:t>
      </w:r>
    </w:p>
    <w:p>
      <w:r>
        <w:rPr>
          <w:rFonts w:ascii="Courier New" w:hAnsi="Courier New"/>
          <w:color w:val="555555"/>
          <w:sz w:val="20"/>
        </w:rPr>
        <w:t>[169]</w:t>
      </w:r>
    </w:p>
    <w:p>
      <w:r>
        <w:rPr>
          <w:rFonts w:ascii="Gentium Plus" w:hAnsi="Gentium Plus"/>
          <w:sz w:val="24"/>
        </w:rPr>
        <w:t>οὐκ ἔχω γὰρ ἄλλ’ ὅ τι</w:t>
      </w:r>
    </w:p>
    <w:p>
      <w:r>
        <w:rPr>
          <w:rFonts w:ascii="Courier New" w:hAnsi="Courier New"/>
          <w:color w:val="555555"/>
          <w:sz w:val="20"/>
        </w:rPr>
        <w:t>[tit 170-171]</w:t>
      </w:r>
    </w:p>
    <w:p>
      <w:r>
        <w:rPr>
          <w:rFonts w:ascii="Gentium Plus" w:hAnsi="Gentium Plus"/>
          <w:sz w:val="24"/>
        </w:rPr>
        <w:t>ΠΑΜΦΙΛΗ</w:t>
      </w:r>
    </w:p>
    <w:p>
      <w:r>
        <w:rPr>
          <w:rFonts w:ascii="Courier New" w:hAnsi="Courier New"/>
          <w:color w:val="555555"/>
          <w:sz w:val="20"/>
        </w:rPr>
        <w:t>[170]</w:t>
      </w:r>
    </w:p>
    <w:p>
      <w:r>
        <w:rPr>
          <w:rFonts w:ascii="Gentium Plus" w:hAnsi="Gentium Plus"/>
          <w:sz w:val="24"/>
        </w:rPr>
        <w:t>ἐρῶντι δέ, Κτήσων, τί μᾶλλον συμφέρει ὧν νῦν φέρων πάρειμι; κήρυκας, κτένας, βολβούς, μέγαν τε πουλύπουν ἰχθῦς θ’ ἁδρούς.</w:t>
      </w:r>
    </w:p>
    <w:p>
      <w:r>
        <w:rPr>
          <w:rFonts w:ascii="Courier New" w:hAnsi="Courier New"/>
          <w:color w:val="555555"/>
          <w:sz w:val="20"/>
        </w:rPr>
        <w:t>[171]</w:t>
      </w:r>
    </w:p>
    <w:p>
      <w:r>
        <w:rPr>
          <w:rFonts w:ascii="Gentium Plus" w:hAnsi="Gentium Plus"/>
          <w:sz w:val="24"/>
        </w:rPr>
        <w:t>παρέθηκε τὴν τράπεζαν, εἶτα παραφέρων ἀγαθῶν ἁμάξας—</w:t>
      </w:r>
    </w:p>
    <w:p>
      <w:r>
        <w:rPr>
          <w:rFonts w:ascii="Courier New" w:hAnsi="Courier New"/>
          <w:color w:val="555555"/>
          <w:sz w:val="20"/>
        </w:rPr>
        <w:t>[tit 172-177]</w:t>
      </w:r>
    </w:p>
    <w:p>
      <w:r>
        <w:rPr>
          <w:rFonts w:ascii="Gentium Plus" w:hAnsi="Gentium Plus"/>
          <w:sz w:val="24"/>
        </w:rPr>
        <w:t>ΠΑΝΝΥΧΙΣ Η ΕΡΙΘΟΙ</w:t>
      </w:r>
    </w:p>
    <w:p>
      <w:r>
        <w:rPr>
          <w:rFonts w:ascii="Courier New" w:hAnsi="Courier New"/>
          <w:color w:val="555555"/>
          <w:sz w:val="20"/>
        </w:rPr>
        <w:t>[172]</w:t>
      </w:r>
    </w:p>
    <w:p>
      <w:r>
        <w:rPr>
          <w:rFonts w:ascii="Gentium Plus" w:hAnsi="Gentium Plus"/>
          <w:sz w:val="24"/>
        </w:rPr>
        <w:t>ὅτι δέ σοι παρὰ τοῦτο κάνδαυλόν τινα παραθήσομεν. Β. κάνδαυλον; οὐκ ἐδήδοκα (κάνδαυλον) οὐδ’ ἀκήκο’ οὐδεπώποτε. Α. θαυμαστὸν ἐμὸν εὕρημα. πάνυ πολὺν δ’ ἐγὼ</w:t>
      </w:r>
    </w:p>
    <w:p>
      <w:r>
        <w:rPr>
          <w:rFonts w:ascii="Courier New" w:hAnsi="Courier New"/>
          <w:color w:val="555555"/>
          <w:sz w:val="20"/>
        </w:rPr>
        <w:t>[5]</w:t>
      </w:r>
    </w:p>
    <w:p>
      <w:r>
        <w:rPr>
          <w:rFonts w:ascii="Gentium Plus" w:hAnsi="Gentium Plus"/>
          <w:sz w:val="24"/>
        </w:rPr>
        <w:t>ἐὰν παραθῶ σοι, προσκατέδει τοὺς δακτύλους σαυτῷ γε χαίρων. ἔρια μὲν ποιήσομεν— Β. ἄνθρωπε ποίει λευκὰ καὶ βλέπ’ εἰς . . Α. ἐπὰν ἀπὸ τῶν κοινῶν ταρίχους ἰχθύων, κρεῶν βατανίων εὐθέως . . . .</w:t>
      </w:r>
    </w:p>
    <w:p>
      <w:r>
        <w:rPr>
          <w:rFonts w:ascii="Courier New" w:hAnsi="Courier New"/>
          <w:color w:val="555555"/>
          <w:sz w:val="20"/>
        </w:rPr>
        <w:t>[10]</w:t>
      </w:r>
    </w:p>
    <w:p>
      <w:r>
        <w:rPr>
          <w:rFonts w:ascii="Gentium Plus" w:hAnsi="Gentium Plus"/>
          <w:sz w:val="24"/>
        </w:rPr>
        <w:t>δίπυρον παραθήσεις, ᾠὸν ἐπιτετμημένον, πυόν, μέλιτος ὀξύβαφον, ἀποταγηνιῶ, τυροῦ τροφάλια χλωρὰ Κυθνίου παρατεμών, βοτρύδιόν τι, χόριον, ἐν ποτηρίῳ γλυκύν· τὸ τοιοῦτον γὰρ ἀεί πως μέρος</w:t>
      </w:r>
    </w:p>
    <w:p>
      <w:r>
        <w:rPr>
          <w:rFonts w:ascii="Courier New" w:hAnsi="Courier New"/>
          <w:color w:val="555555"/>
          <w:sz w:val="20"/>
        </w:rPr>
        <w:t>[15]</w:t>
      </w:r>
    </w:p>
    <w:p>
      <w:r>
        <w:rPr>
          <w:rFonts w:ascii="Gentium Plus" w:hAnsi="Gentium Plus"/>
          <w:sz w:val="24"/>
        </w:rPr>
        <w:t>ἐπιπαίζεται· κεφαλὴ δὲ δείπνου γίνεται— Β. ἄνθρωπ’ ἐπίπαιζε· μόνον ἀπαλλάγηθί μου· (τοὺς σοὺς δὲ) κανδαύλους λέγων καὶ χόρια καὶ</w:t>
      </w:r>
    </w:p>
    <w:p>
      <w:r>
        <w:rPr>
          <w:rFonts w:ascii="Courier New" w:hAnsi="Courier New"/>
          <w:color w:val="555555"/>
          <w:sz w:val="20"/>
        </w:rPr>
        <w:t>[173]</w:t>
      </w:r>
    </w:p>
    <w:p>
      <w:r>
        <w:rPr>
          <w:rFonts w:ascii="Gentium Plus" w:hAnsi="Gentium Plus"/>
          <w:sz w:val="24"/>
        </w:rPr>
        <w:t>θερμοτέροις χαίρεις ἀεὶ τοῖς ὀψαρίοις, ἢ τὸ μέσον ἢ κατωτέρω; Β. κατωτέρω. Α. τί λέγεις σύ; ποδαπὸς οὑτοσὶ ἅνθρωπος; οὐκ ἐπίστασαι ζῆν. ψυχρά σοι</w:t>
      </w:r>
    </w:p>
    <w:p>
      <w:r>
        <w:rPr>
          <w:rFonts w:ascii="Courier New" w:hAnsi="Courier New"/>
          <w:color w:val="555555"/>
          <w:sz w:val="20"/>
        </w:rPr>
        <w:t>[5]</w:t>
      </w:r>
    </w:p>
    <w:p>
      <w:r>
        <w:rPr>
          <w:rFonts w:ascii="Gentium Plus" w:hAnsi="Gentium Plus"/>
          <w:sz w:val="24"/>
        </w:rPr>
        <w:t>ἅπαντα παραθῶ; Β. μηδαμῶς. Α. ζέοντα δέ; Β. Ἄπολλον. Α. οὐκοῦν τὸ μέσον ἔστω. Β. δηλαδή. Α. τοῦθ’ ἕτερος οὐδεὶς τῶν ὁμοτέχνων μου ποιεῖ— Β. οὐκ οἴομ’, οὐδ’ ἄλλ’ οὐδὲν ὧν σὺ νῦν ποιεῖς. Α. ἐγὼ δ’ ἐρῶ· τοῖσιν γὰρ ἑστιωμένοις</w:t>
      </w:r>
    </w:p>
    <w:p>
      <w:r>
        <w:rPr>
          <w:rFonts w:ascii="Courier New" w:hAnsi="Courier New"/>
          <w:color w:val="555555"/>
          <w:sz w:val="20"/>
        </w:rPr>
        <w:t>[10]</w:t>
      </w:r>
    </w:p>
    <w:p>
      <w:r>
        <w:rPr>
          <w:rFonts w:ascii="Gentium Plus" w:hAnsi="Gentium Plus"/>
          <w:sz w:val="24"/>
        </w:rPr>
        <w:t>τὸν καιρὸν ἀποδίδωμι τῆς συγκράσεως. Β. σὺ πρὸς θεῶν . . ἔθυσας τὸν ἔριφον, μὴ κόπτ’ ἔμ’, ἀλλὰ τὰ κρέα. παῖδες, παράγετε. Α. ὀπτάνιον ἔστιν; Β. ἔστι. Α. καὶ κάπνην ἔχει; Β. δηλονότι. Α. μή μοι δῆλον· ἀλλ’ ἔχει κάπνην;</w:t>
      </w:r>
    </w:p>
    <w:p>
      <w:r>
        <w:rPr>
          <w:rFonts w:ascii="Courier New" w:hAnsi="Courier New"/>
          <w:color w:val="555555"/>
          <w:sz w:val="20"/>
        </w:rPr>
        <w:t>[15]</w:t>
      </w:r>
    </w:p>
    <w:p>
      <w:r>
        <w:rPr>
          <w:rFonts w:ascii="Gentium Plus" w:hAnsi="Gentium Plus"/>
          <w:sz w:val="24"/>
        </w:rPr>
        <w:t>Β. ἔχει. Α. κακόν, εἰ τύφουσαν. Β. ἀπολεῖ μ’ οὑτοσί.</w:t>
      </w:r>
    </w:p>
    <w:p>
      <w:r>
        <w:rPr>
          <w:rFonts w:ascii="Courier New" w:hAnsi="Courier New"/>
          <w:color w:val="555555"/>
          <w:sz w:val="20"/>
        </w:rPr>
        <w:t>[174]</w:t>
      </w:r>
    </w:p>
    <w:p>
      <w:r>
        <w:rPr>
          <w:rFonts w:ascii="Gentium Plus" w:hAnsi="Gentium Plus"/>
          <w:sz w:val="24"/>
        </w:rPr>
        <w:t>κύκλῳ δεήσει περιτρέχειν με καὶ βοᾶν, ἄν του δέωμαι. δεῖπνον αἰτήσεις με σὺ ἤδη παρελθών· οὐκ ἔχων δὲ τυγχάνω οὐκ ὄξος, οὐκ ἄνηθον, οὐκ ὀρίγανον,</w:t>
      </w:r>
    </w:p>
    <w:p>
      <w:r>
        <w:rPr>
          <w:rFonts w:ascii="Courier New" w:hAnsi="Courier New"/>
          <w:color w:val="555555"/>
          <w:sz w:val="20"/>
        </w:rPr>
        <w:t>[5]</w:t>
      </w:r>
    </w:p>
    <w:p>
      <w:r>
        <w:rPr>
          <w:rFonts w:ascii="Gentium Plus" w:hAnsi="Gentium Plus"/>
          <w:sz w:val="24"/>
        </w:rPr>
        <w:t>οὐ θρῖον, οὐκ ἔλαιον, οὐκ ἀμυγδάλας, οὐ σκόροδον, οὐ σίραιον, οὐχὶ γήθυον, οὐ βολβόν, οὐ πῦρ, οὐ κύμινον, οὐχ ἅλας,</w:t>
      </w:r>
    </w:p>
    <w:p>
      <w:r>
        <w:rPr>
          <w:rFonts w:ascii="Courier New" w:hAnsi="Courier New"/>
          <w:color w:val="555555"/>
          <w:sz w:val="20"/>
        </w:rPr>
        <w:t>[10]</w:t>
      </w:r>
    </w:p>
    <w:p>
      <w:r>
        <w:rPr>
          <w:rFonts w:ascii="Gentium Plus" w:hAnsi="Gentium Plus"/>
          <w:sz w:val="24"/>
        </w:rPr>
        <w:t>οὐ στάμνος ἔστι· διακενῆς δ’ ἕστηκ’ ἐγὼ ἔχων μάχαιραν, προσέτι περιεζωσμένος.</w:t>
      </w:r>
    </w:p>
    <w:p>
      <w:r>
        <w:rPr>
          <w:rFonts w:ascii="Courier New" w:hAnsi="Courier New"/>
          <w:color w:val="555555"/>
          <w:sz w:val="20"/>
        </w:rPr>
        <w:t>[175]</w:t>
      </w:r>
    </w:p>
    <w:p>
      <w:r>
        <w:rPr>
          <w:rFonts w:ascii="Gentium Plus" w:hAnsi="Gentium Plus"/>
          <w:sz w:val="24"/>
        </w:rPr>
        <w:t>ἡμίοπτα μὲν τὰ κρεάδι’ ἐστί, τὸ περίκομμ’ ἀπόλλυται· ὁ γόγγρος ἑφθός, τὰ δ’ ἀκροκώλι’ οὐδέπω.</w:t>
      </w:r>
    </w:p>
    <w:p>
      <w:r>
        <w:rPr>
          <w:rFonts w:ascii="Courier New" w:hAnsi="Courier New"/>
          <w:color w:val="555555"/>
          <w:sz w:val="20"/>
        </w:rPr>
        <w:t>[176]</w:t>
      </w:r>
    </w:p>
    <w:p>
      <w:r>
        <w:rPr>
          <w:rFonts w:ascii="Gentium Plus" w:hAnsi="Gentium Plus"/>
          <w:sz w:val="24"/>
        </w:rPr>
        <w:t>εἶτα τετρακότυλον ἐπεσόβει κώθωνά μοι, παλαιὸν οἴκων κτῆμα.</w:t>
      </w:r>
    </w:p>
    <w:p>
      <w:r>
        <w:rPr>
          <w:rFonts w:ascii="Courier New" w:hAnsi="Courier New"/>
          <w:color w:val="555555"/>
          <w:sz w:val="20"/>
        </w:rPr>
        <w:t>[177]</w:t>
      </w:r>
    </w:p>
    <w:p>
      <w:r>
        <w:rPr>
          <w:rFonts w:ascii="Gentium Plus" w:hAnsi="Gentium Plus"/>
          <w:sz w:val="24"/>
        </w:rPr>
        <w:t>ἔσει περιπατῶν σιτόκουρος.</w:t>
      </w:r>
    </w:p>
    <w:p>
      <w:r>
        <w:rPr>
          <w:rFonts w:ascii="Courier New" w:hAnsi="Courier New"/>
          <w:color w:val="555555"/>
          <w:sz w:val="20"/>
        </w:rPr>
        <w:t>[tit 178-180]</w:t>
      </w:r>
    </w:p>
    <w:p>
      <w:r>
        <w:rPr>
          <w:rFonts w:ascii="Gentium Plus" w:hAnsi="Gentium Plus"/>
          <w:sz w:val="24"/>
        </w:rPr>
        <w:t>ΠΑΡΑΣΙΤΟΣ</w:t>
      </w:r>
    </w:p>
    <w:p>
      <w:r>
        <w:rPr>
          <w:rFonts w:ascii="Courier New" w:hAnsi="Courier New"/>
          <w:color w:val="555555"/>
          <w:sz w:val="20"/>
        </w:rPr>
        <w:t>[178]</w:t>
      </w:r>
    </w:p>
    <w:p>
      <w:r>
        <w:rPr>
          <w:rFonts w:ascii="Gentium Plus" w:hAnsi="Gentium Plus"/>
          <w:sz w:val="24"/>
        </w:rPr>
        <w:t>καλοῦσι δ’ αὐτὸν πάντες οἱ νεώτεροι παράσιτον ὑποκόρισμα· τῷ δ’ οὐδὲν μέλει. δειπνεῖ δ’ ἄφωνος Τήλεφος, νεύων μόνον πρὸς τοὺς ἐπερωτῶντάς τι, ὥστε πολλάκις</w:t>
      </w:r>
    </w:p>
    <w:p>
      <w:r>
        <w:rPr>
          <w:rFonts w:ascii="Courier New" w:hAnsi="Courier New"/>
          <w:color w:val="555555"/>
          <w:sz w:val="20"/>
        </w:rPr>
        <w:t>[5]</w:t>
      </w:r>
    </w:p>
    <w:p>
      <w:r>
        <w:rPr>
          <w:rFonts w:ascii="Gentium Plus" w:hAnsi="Gentium Plus"/>
          <w:sz w:val="24"/>
        </w:rPr>
        <w:t>αὐτὸν ὁ κεκληκὼς τὰ Σαμοθρᾴκι’ εὔχεται λῆξαι πνέοντα καὶ γαληνίσαι ποτέ. χειμὼν ὁ μειρακίσκος ἐστὶ τοῖς φίλοις.</w:t>
      </w:r>
    </w:p>
    <w:p>
      <w:r>
        <w:rPr>
          <w:rFonts w:ascii="Courier New" w:hAnsi="Courier New"/>
          <w:color w:val="555555"/>
          <w:sz w:val="20"/>
        </w:rPr>
        <w:t>[179]</w:t>
      </w:r>
    </w:p>
    <w:p>
      <w:r>
        <w:rPr>
          <w:rFonts w:ascii="Gentium Plus" w:hAnsi="Gentium Plus"/>
          <w:sz w:val="24"/>
        </w:rPr>
        <w:t>καὶ γὰρ βούλομαι ὕδατός σε γεῦσαι· πρᾶγμα δ’ ἐστί μοι μέγα φρέατος ἔνδον ψυχρότερον Ἀραρότος.</w:t>
      </w:r>
    </w:p>
    <w:p>
      <w:r>
        <w:rPr>
          <w:rFonts w:ascii="Courier New" w:hAnsi="Courier New"/>
          <w:color w:val="555555"/>
          <w:sz w:val="20"/>
        </w:rPr>
        <w:t>[180]</w:t>
      </w:r>
    </w:p>
    <w:p>
      <w:r>
        <w:rPr>
          <w:rFonts w:ascii="Gentium Plus" w:hAnsi="Gentium Plus"/>
          <w:sz w:val="24"/>
        </w:rPr>
        <w:t>ἢ μετὰ Πλάτωνος ἀδολεσχεῖν κατὰ μόνας</w:t>
      </w:r>
    </w:p>
    <w:p>
      <w:r>
        <w:rPr>
          <w:rFonts w:ascii="Courier New" w:hAnsi="Courier New"/>
          <w:color w:val="555555"/>
          <w:sz w:val="20"/>
        </w:rPr>
        <w:t>[tit 181]</w:t>
      </w:r>
    </w:p>
    <w:p>
      <w:r>
        <w:rPr>
          <w:rFonts w:ascii="Gentium Plus" w:hAnsi="Gentium Plus"/>
          <w:sz w:val="24"/>
        </w:rPr>
        <w:t>ΠΕΖΟΝΙΚΗ</w:t>
      </w:r>
    </w:p>
    <w:p>
      <w:r>
        <w:rPr>
          <w:rFonts w:ascii="Courier New" w:hAnsi="Courier New"/>
          <w:color w:val="555555"/>
          <w:sz w:val="20"/>
        </w:rPr>
        <w:t>[181]</w:t>
      </w:r>
    </w:p>
    <w:p>
      <w:r>
        <w:rPr>
          <w:rFonts w:ascii="Gentium Plus" w:hAnsi="Gentium Plus"/>
          <w:sz w:val="24"/>
        </w:rPr>
        <w:t>μᾶλλον μᾶλλον</w:t>
      </w:r>
    </w:p>
    <w:p>
      <w:r>
        <w:rPr>
          <w:rFonts w:ascii="Courier New" w:hAnsi="Courier New"/>
          <w:color w:val="555555"/>
          <w:sz w:val="20"/>
        </w:rPr>
        <w:t>[tit 182-183]</w:t>
      </w:r>
    </w:p>
    <w:p>
      <w:r>
        <w:rPr>
          <w:rFonts w:ascii="Gentium Plus" w:hAnsi="Gentium Plus"/>
          <w:sz w:val="24"/>
        </w:rPr>
        <w:t>ΠΟΙΗΤΑΙ</w:t>
      </w:r>
    </w:p>
    <w:p>
      <w:r>
        <w:rPr>
          <w:rFonts w:ascii="Courier New" w:hAnsi="Courier New"/>
          <w:color w:val="555555"/>
          <w:sz w:val="20"/>
        </w:rPr>
        <w:t>[182]</w:t>
      </w:r>
    </w:p>
    <w:p>
      <w:r>
        <w:rPr>
          <w:rFonts w:ascii="Gentium Plus" w:hAnsi="Gentium Plus"/>
          <w:sz w:val="24"/>
        </w:rPr>
        <w:t>ὁ συκοφάντης οὐ δικαίως τοὔνομα ἐν τοῖσι μοχθηροῖσίν ἐστι κείμενον. ἔδει γὰρ ὅστις χρηστὸς ἦν ἡδύς τ’ ἀνὴρ τὰ σῦκα προστεθέντα δηλοῦν τὸν τρόπον.</w:t>
      </w:r>
    </w:p>
    <w:p>
      <w:r>
        <w:rPr>
          <w:rFonts w:ascii="Courier New" w:hAnsi="Courier New"/>
          <w:color w:val="555555"/>
          <w:sz w:val="20"/>
        </w:rPr>
        <w:t>[5]</w:t>
      </w:r>
    </w:p>
    <w:p>
      <w:r>
        <w:rPr>
          <w:rFonts w:ascii="Gentium Plus" w:hAnsi="Gentium Plus"/>
          <w:sz w:val="24"/>
        </w:rPr>
        <w:t>νυνὶ δὲ πρὸς μοχθηρὸν ἡδὺ προστεθὲν ἀπορεῖν πεποίηκε διὰ τί τοῦθ’ οὕτως ἔχει.</w:t>
      </w:r>
    </w:p>
    <w:p>
      <w:r>
        <w:rPr>
          <w:rFonts w:ascii="Courier New" w:hAnsi="Courier New"/>
          <w:color w:val="555555"/>
          <w:sz w:val="20"/>
        </w:rPr>
        <w:t>[183]</w:t>
      </w:r>
    </w:p>
    <w:p>
      <w:r>
        <w:rPr>
          <w:rFonts w:ascii="Gentium Plus" w:hAnsi="Gentium Plus"/>
          <w:sz w:val="24"/>
        </w:rPr>
        <w:t>πάνυ τοι βούλομαι οὕτω γελᾶσθαι καὶ γέλοι’ ἀεὶ λέγειν μετὰ τὸν Κόρυδον μάλιστ’ Ἀθηναίων πολύ.</w:t>
      </w:r>
    </w:p>
    <w:p>
      <w:r>
        <w:rPr>
          <w:rFonts w:ascii="Courier New" w:hAnsi="Courier New"/>
          <w:color w:val="555555"/>
          <w:sz w:val="20"/>
        </w:rPr>
        <w:t>[tit 184]</w:t>
      </w:r>
    </w:p>
    <w:p>
      <w:r>
        <w:rPr>
          <w:rFonts w:ascii="Gentium Plus" w:hAnsi="Gentium Plus"/>
          <w:sz w:val="24"/>
        </w:rPr>
        <w:t>ΠΟΙΗΤΡΙΑ</w:t>
      </w:r>
    </w:p>
    <w:p>
      <w:r>
        <w:rPr>
          <w:rFonts w:ascii="Courier New" w:hAnsi="Courier New"/>
          <w:color w:val="555555"/>
          <w:sz w:val="20"/>
        </w:rPr>
        <w:t>[tit 185]</w:t>
      </w:r>
    </w:p>
    <w:p>
      <w:r>
        <w:rPr>
          <w:rFonts w:ascii="Gentium Plus" w:hAnsi="Gentium Plus"/>
          <w:sz w:val="24"/>
        </w:rPr>
        <w:t>ΠΟΛΥΚΛΕΙΑ</w:t>
      </w:r>
    </w:p>
    <w:p>
      <w:r>
        <w:rPr>
          <w:rFonts w:ascii="Courier New" w:hAnsi="Courier New"/>
          <w:color w:val="555555"/>
          <w:sz w:val="20"/>
        </w:rPr>
        <w:t>[185]</w:t>
      </w:r>
    </w:p>
    <w:p>
      <w:r>
        <w:rPr>
          <w:rFonts w:ascii="Gentium Plus" w:hAnsi="Gentium Plus"/>
          <w:sz w:val="24"/>
        </w:rPr>
        <w:t>ὁ πρῶτος εὑρὼν κομψὸς ἦν τραγήματα· τοῦ συμποσίου γὰρ διατριβὴν ἐξεῦρέ πως κἀργοὺς ἔχειν μηδέποτε τὰς σιαγόνας.</w:t>
      </w:r>
    </w:p>
    <w:p>
      <w:r>
        <w:rPr>
          <w:rFonts w:ascii="Courier New" w:hAnsi="Courier New"/>
          <w:color w:val="555555"/>
          <w:sz w:val="20"/>
        </w:rPr>
        <w:t>[tit 186-192]</w:t>
      </w:r>
    </w:p>
    <w:p>
      <w:r>
        <w:rPr>
          <w:rFonts w:ascii="Gentium Plus" w:hAnsi="Gentium Plus"/>
          <w:sz w:val="24"/>
        </w:rPr>
        <w:t>ΠΟΝΗΡΑ</w:t>
      </w:r>
    </w:p>
    <w:p>
      <w:r>
        <w:rPr>
          <w:rFonts w:ascii="Courier New" w:hAnsi="Courier New"/>
          <w:color w:val="555555"/>
          <w:sz w:val="20"/>
        </w:rPr>
        <w:t>[186]</w:t>
      </w:r>
    </w:p>
    <w:p>
      <w:r>
        <w:rPr>
          <w:rFonts w:ascii="Gentium Plus" w:hAnsi="Gentium Plus"/>
          <w:sz w:val="24"/>
        </w:rPr>
        <w:t>ὅμως λογίσασθαι πρὸς ἐμαυτὸν βούλομαι καθεζόμενος ἐνταῦθα τὴν ὀψωνίαν, ὁμοῦ τε συντάξαι τί πρῶτον οἰστέον, ἡδυντέον τε πῶς ἕκαστόν ἐστί μοι.</w:t>
      </w:r>
    </w:p>
    <w:p>
      <w:r>
        <w:rPr>
          <w:rFonts w:ascii="Courier New" w:hAnsi="Courier New"/>
          <w:color w:val="555555"/>
          <w:sz w:val="20"/>
        </w:rPr>
        <w:t>[5]</w:t>
      </w:r>
    </w:p>
    <w:p>
      <w:r>
        <w:rPr>
          <w:rFonts w:ascii="Gentium Plus" w:hAnsi="Gentium Plus"/>
          <w:sz w:val="24"/>
        </w:rPr>
        <w:t>τάριχός ἐστι πρῶτον ὡραῖον τοδί. διωβόλου τοῦτ’ ἔστι. πλυτέον εὖ μάλα. εἶτ’ εἰς λοπάδιον ὑποπάσας ἡδύσματα ἐνθεὶς τὸ τέμαχος, λευκὸν οἶνον ἐπιχέας, ἐπεσκέδασα τοὔλαιον· εἶθ’ ἕψων ποιῶ</w:t>
      </w:r>
    </w:p>
    <w:p>
      <w:r>
        <w:rPr>
          <w:rFonts w:ascii="Courier New" w:hAnsi="Courier New"/>
          <w:color w:val="555555"/>
          <w:sz w:val="20"/>
        </w:rPr>
        <w:t>[10]</w:t>
      </w:r>
    </w:p>
    <w:p>
      <w:r>
        <w:rPr>
          <w:rFonts w:ascii="Gentium Plus" w:hAnsi="Gentium Plus"/>
          <w:sz w:val="24"/>
        </w:rPr>
        <w:t>μυελόν, ἀφεῖλόν τ’ ἐπιγανώσας σιλφίῳ.</w:t>
      </w:r>
    </w:p>
    <w:p>
      <w:r>
        <w:rPr>
          <w:rFonts w:ascii="Courier New" w:hAnsi="Courier New"/>
          <w:color w:val="555555"/>
          <w:sz w:val="20"/>
        </w:rPr>
        <w:t>[187]</w:t>
      </w:r>
    </w:p>
    <w:p>
      <w:r>
        <w:rPr>
          <w:rFonts w:ascii="Gentium Plus" w:hAnsi="Gentium Plus"/>
          <w:sz w:val="24"/>
        </w:rPr>
        <w:t>σηπίας τόσας δραχμῆς μιᾶς τρίς. τῶν δὲ τὰς μὲν πλεκτάνας καὶ τὰ πτερύγια συντεμὼν ἑφθὰς ποιῶ, τὸ δ’ ἄλλο σῶμα κατατεμὼν πολλοὺς κύβους</w:t>
      </w:r>
    </w:p>
    <w:p>
      <w:r>
        <w:rPr>
          <w:rFonts w:ascii="Courier New" w:hAnsi="Courier New"/>
          <w:color w:val="555555"/>
          <w:sz w:val="20"/>
        </w:rPr>
        <w:t>[5]</w:t>
      </w:r>
    </w:p>
    <w:p>
      <w:r>
        <w:rPr>
          <w:rFonts w:ascii="Gentium Plus" w:hAnsi="Gentium Plus"/>
          <w:sz w:val="24"/>
        </w:rPr>
        <w:t>σμήσας τε λεπτοῖς ἁλσί, δειπνούντων ἅμα ἐπὶ τὸ τάγηνον σίζον ἐπεισιὼν φέρω.</w:t>
      </w:r>
    </w:p>
    <w:p>
      <w:r>
        <w:rPr>
          <w:rFonts w:ascii="Courier New" w:hAnsi="Courier New"/>
          <w:color w:val="555555"/>
          <w:sz w:val="20"/>
        </w:rPr>
        <w:t>[188]</w:t>
      </w:r>
    </w:p>
    <w:p>
      <w:r>
        <w:rPr>
          <w:rFonts w:ascii="Gentium Plus" w:hAnsi="Gentium Plus"/>
          <w:sz w:val="24"/>
        </w:rPr>
        <w:t>τῆς ὀριγάνου πρώτιστον ὑποθεὶς εἰς λοπάδα νεανικὴν τὸ τρῖμμ’ ἐπιπολῆς εὐρύθμως διειμένον ὄξει, σιραίῳ χρωματίσας καὶ σιλφίῳ</w:t>
      </w:r>
    </w:p>
    <w:p>
      <w:r>
        <w:rPr>
          <w:rFonts w:ascii="Courier New" w:hAnsi="Courier New"/>
          <w:color w:val="555555"/>
          <w:sz w:val="20"/>
        </w:rPr>
        <w:t>[5]</w:t>
      </w:r>
    </w:p>
    <w:p>
      <w:r>
        <w:rPr>
          <w:rFonts w:ascii="Gentium Plus" w:hAnsi="Gentium Plus"/>
          <w:sz w:val="24"/>
        </w:rPr>
        <w:t>πυκνῷ πατάξας—</w:t>
      </w:r>
    </w:p>
    <w:p>
      <w:r>
        <w:rPr>
          <w:rFonts w:ascii="Courier New" w:hAnsi="Courier New"/>
          <w:color w:val="555555"/>
          <w:sz w:val="20"/>
        </w:rPr>
        <w:t>[189]</w:t>
      </w:r>
    </w:p>
    <w:p>
      <w:r>
        <w:rPr>
          <w:rFonts w:ascii="Gentium Plus" w:hAnsi="Gentium Plus"/>
          <w:sz w:val="24"/>
        </w:rPr>
        <w:t>τριωβόλου κρεΐσκον ἀστεῖον πάνυ ὕειον· ὀπτόν, θερμὸν εὔχυλον τέρεν</w:t>
      </w:r>
    </w:p>
    <w:p>
      <w:r>
        <w:rPr>
          <w:rFonts w:ascii="Courier New" w:hAnsi="Courier New"/>
          <w:color w:val="555555"/>
          <w:sz w:val="20"/>
        </w:rPr>
        <w:t>[190]</w:t>
      </w:r>
    </w:p>
    <w:p>
      <w:r>
        <w:rPr>
          <w:rFonts w:ascii="Gentium Plus" w:hAnsi="Gentium Plus"/>
          <w:sz w:val="24"/>
        </w:rPr>
        <w:t>μύροις ὑπαλείφεται τὰς ῥῖνας, ὑγιείας μέρος μέγιστον, ὀσμὰς ἐγκεφάλῳ χρηστὰς ποιεῖν.</w:t>
      </w:r>
    </w:p>
    <w:p>
      <w:r>
        <w:rPr>
          <w:rFonts w:ascii="Courier New" w:hAnsi="Courier New"/>
          <w:color w:val="555555"/>
          <w:sz w:val="20"/>
        </w:rPr>
        <w:t>[191]</w:t>
      </w:r>
    </w:p>
    <w:p>
      <w:r>
        <w:rPr>
          <w:rFonts w:ascii="Gentium Plus" w:hAnsi="Gentium Plus"/>
          <w:sz w:val="24"/>
        </w:rPr>
        <w:t>καὶ χόνδρος ἔνδον ἐστὶ Θετταλικὸς πολύς.</w:t>
      </w:r>
    </w:p>
    <w:p>
      <w:r>
        <w:rPr>
          <w:rFonts w:ascii="Courier New" w:hAnsi="Courier New"/>
          <w:color w:val="555555"/>
          <w:sz w:val="20"/>
        </w:rPr>
        <w:t>[192]</w:t>
      </w:r>
    </w:p>
    <w:p>
      <w:r>
        <w:rPr>
          <w:rFonts w:ascii="Gentium Plus" w:hAnsi="Gentium Plus"/>
          <w:sz w:val="24"/>
        </w:rPr>
        <w:t>ἀκρολίπαροι, τὸ δ’ ἄλλο σῶμ’ ὑπόξυλον</w:t>
      </w:r>
    </w:p>
    <w:p>
      <w:r>
        <w:rPr>
          <w:rFonts w:ascii="Courier New" w:hAnsi="Courier New"/>
          <w:color w:val="555555"/>
          <w:sz w:val="20"/>
        </w:rPr>
        <w:t>[tit 193]</w:t>
      </w:r>
    </w:p>
    <w:p>
      <w:r>
        <w:rPr>
          <w:rFonts w:ascii="Gentium Plus" w:hAnsi="Gentium Plus"/>
          <w:sz w:val="24"/>
        </w:rPr>
        <w:t>ΠΟΝΤΙΚΟΣ</w:t>
      </w:r>
    </w:p>
    <w:p>
      <w:r>
        <w:rPr>
          <w:rFonts w:ascii="Courier New" w:hAnsi="Courier New"/>
          <w:color w:val="555555"/>
          <w:sz w:val="20"/>
        </w:rPr>
        <w:t>[193]</w:t>
      </w:r>
    </w:p>
    <w:p>
      <w:r>
        <w:rPr>
          <w:rFonts w:ascii="Gentium Plus" w:hAnsi="Gentium Plus"/>
          <w:sz w:val="24"/>
        </w:rPr>
        <w:t>ὑπὲρ πάτρας μὲν πᾶς τις ἀποθνῄσκειν θέλει, ὑπὲρ δὲ μήτρας Καλλιμέδων ὁ Κάραβος</w:t>
      </w:r>
    </w:p>
    <w:p>
      <w:r>
        <w:rPr>
          <w:rFonts w:ascii="Courier New" w:hAnsi="Courier New"/>
          <w:color w:val="555555"/>
          <w:sz w:val="20"/>
        </w:rPr>
        <w:t>[tit 194]</w:t>
      </w:r>
    </w:p>
    <w:p>
      <w:r>
        <w:rPr>
          <w:rFonts w:ascii="Gentium Plus" w:hAnsi="Gentium Plus"/>
          <w:sz w:val="24"/>
        </w:rPr>
        <w:t>ΠΡΟΣΚΕΔΑΝΝΥΜΕΝΟΣ</w:t>
      </w:r>
    </w:p>
    <w:p>
      <w:r>
        <w:rPr>
          <w:rFonts w:ascii="Courier New" w:hAnsi="Courier New"/>
          <w:color w:val="555555"/>
          <w:sz w:val="20"/>
        </w:rPr>
        <w:t>[194]</w:t>
      </w:r>
    </w:p>
    <w:p>
      <w:r>
        <w:rPr>
          <w:rFonts w:ascii="Gentium Plus" w:hAnsi="Gentium Plus"/>
          <w:sz w:val="24"/>
        </w:rPr>
        <w:t>ἰσχυρικός</w:t>
      </w:r>
    </w:p>
    <w:p>
      <w:r>
        <w:rPr>
          <w:rFonts w:ascii="Courier New" w:hAnsi="Courier New"/>
          <w:color w:val="555555"/>
          <w:sz w:val="20"/>
        </w:rPr>
        <w:t>[tit 195]</w:t>
      </w:r>
    </w:p>
    <w:p>
      <w:r>
        <w:rPr>
          <w:rFonts w:ascii="Gentium Plus" w:hAnsi="Gentium Plus"/>
          <w:sz w:val="24"/>
        </w:rPr>
        <w:t>ΠΡΩΤΟΧΟΡΟΣ</w:t>
      </w:r>
    </w:p>
    <w:p>
      <w:r>
        <w:rPr>
          <w:rFonts w:ascii="Courier New" w:hAnsi="Courier New"/>
          <w:color w:val="555555"/>
          <w:sz w:val="20"/>
        </w:rPr>
        <w:t>[195]</w:t>
      </w:r>
    </w:p>
    <w:p>
      <w:r>
        <w:rPr>
          <w:rFonts w:ascii="Gentium Plus" w:hAnsi="Gentium Plus"/>
          <w:sz w:val="24"/>
        </w:rPr>
        <w:t>ἐπιπονώτερον ἔργον μὰ τὸν Διόνυσον οὐκ εἴληφ’ ἐγώ, ἀφ’ οὗ παρασιτῶ. μεμβράδας μοι κρεῖττον ἦν ἔχειν μετ’ Ἀττικιστὶ δυναμένου λαλεῖν.</w:t>
      </w:r>
    </w:p>
    <w:p>
      <w:r>
        <w:rPr>
          <w:rFonts w:ascii="Courier New" w:hAnsi="Courier New"/>
          <w:color w:val="555555"/>
          <w:sz w:val="20"/>
        </w:rPr>
        <w:t>[5]</w:t>
      </w:r>
    </w:p>
    <w:p>
      <w:r>
        <w:rPr>
          <w:rFonts w:ascii="Gentium Plus" w:hAnsi="Gentium Plus"/>
          <w:sz w:val="24"/>
        </w:rPr>
        <w:t>Β. ὀνησιφόρον ἦν τοῦτο.</w:t>
      </w:r>
    </w:p>
    <w:p>
      <w:r>
        <w:rPr>
          <w:rFonts w:ascii="Courier New" w:hAnsi="Courier New"/>
          <w:color w:val="555555"/>
          <w:sz w:val="20"/>
        </w:rPr>
        <w:t>[tit 196-199]</w:t>
      </w:r>
    </w:p>
    <w:p>
      <w:r>
        <w:rPr>
          <w:rFonts w:ascii="Gentium Plus" w:hAnsi="Gentium Plus"/>
          <w:sz w:val="24"/>
        </w:rPr>
        <w:t>ΠΥΘΑΓΟΡΙΖΟΥΣΑ</w:t>
      </w:r>
    </w:p>
    <w:p>
      <w:r>
        <w:rPr>
          <w:rFonts w:ascii="Courier New" w:hAnsi="Courier New"/>
          <w:color w:val="555555"/>
          <w:sz w:val="20"/>
        </w:rPr>
        <w:t>[196-197]</w:t>
      </w:r>
    </w:p>
    <w:p>
      <w:r>
        <w:rPr>
          <w:rFonts w:ascii="Gentium Plus" w:hAnsi="Gentium Plus"/>
          <w:sz w:val="24"/>
        </w:rPr>
        <w:t>ἡ δ’ ἑστίασις ἰσχάδες καὶ στέμφυλα καὶ τυρὸς ἔσται· ταῦτα γὰρ θύειν νόμος τοῖς Πυθαγορείοις. Β. νὴ Δί’, ἱερεῖον μὲν οὖν ὁποῖον ἂν κάλλιστον, ὦ βέλτιστ’, ἔχῃς.</w:t>
      </w:r>
    </w:p>
    <w:p>
      <w:r>
        <w:rPr>
          <w:rFonts w:ascii="Courier New" w:hAnsi="Courier New"/>
          <w:color w:val="555555"/>
          <w:sz w:val="20"/>
        </w:rPr>
        <w:t>[4]</w:t>
      </w:r>
    </w:p>
    <w:p>
      <w:r>
        <w:rPr>
          <w:rFonts w:ascii="Gentium Plus" w:hAnsi="Gentium Plus"/>
          <w:sz w:val="24"/>
        </w:rPr>
        <w:t>. . . . . . . . . . . .</w:t>
      </w:r>
    </w:p>
    <w:p>
      <w:r>
        <w:rPr>
          <w:rFonts w:ascii="Courier New" w:hAnsi="Courier New"/>
          <w:color w:val="555555"/>
          <w:sz w:val="20"/>
        </w:rPr>
        <w:t>[5]</w:t>
      </w:r>
    </w:p>
    <w:p>
      <w:r>
        <w:rPr>
          <w:rFonts w:ascii="Gentium Plus" w:hAnsi="Gentium Plus"/>
          <w:sz w:val="24"/>
        </w:rPr>
        <w:t>ἔδει θ’ ὑπομεῖναι μικροσιτίαν, ῥύπον, ῥῖγος, σιωπήν, στυγνότητ’, ἀλουσίαν.</w:t>
      </w:r>
    </w:p>
    <w:p>
      <w:r>
        <w:rPr>
          <w:rFonts w:ascii="Courier New" w:hAnsi="Courier New"/>
          <w:color w:val="555555"/>
          <w:sz w:val="20"/>
        </w:rPr>
        <w:t>[198]</w:t>
      </w:r>
    </w:p>
    <w:p>
      <w:r>
        <w:rPr>
          <w:rFonts w:ascii="Gentium Plus" w:hAnsi="Gentium Plus"/>
          <w:sz w:val="24"/>
        </w:rPr>
        <w:t>προπίνω σοι φιλοτησίαν λαβὼν ὕδατος ἀπέφθου κύαθον· ἂν δ’ ὠμὸν πίῃς, βαρὺ καὶ κοπῶδες.</w:t>
      </w:r>
    </w:p>
    <w:p>
      <w:r>
        <w:rPr>
          <w:rFonts w:ascii="Courier New" w:hAnsi="Courier New"/>
          <w:color w:val="555555"/>
          <w:sz w:val="20"/>
        </w:rPr>
        <w:t>[tit 200]</w:t>
      </w:r>
    </w:p>
    <w:p>
      <w:r>
        <w:rPr>
          <w:rFonts w:ascii="Gentium Plus" w:hAnsi="Gentium Plus"/>
          <w:sz w:val="24"/>
        </w:rPr>
        <w:t>ΠΥΛΑΙΑ</w:t>
      </w:r>
    </w:p>
    <w:p>
      <w:r>
        <w:rPr>
          <w:rFonts w:ascii="Courier New" w:hAnsi="Courier New"/>
          <w:color w:val="555555"/>
          <w:sz w:val="20"/>
        </w:rPr>
        <w:t>[200]</w:t>
      </w:r>
    </w:p>
    <w:p>
      <w:r>
        <w:rPr>
          <w:rFonts w:ascii="Gentium Plus" w:hAnsi="Gentium Plus"/>
          <w:sz w:val="24"/>
        </w:rPr>
        <w:t>νὴ τὴν Ἀθηνᾶν, ἀλλ’ ἐγὼ τεθαύμακα</w:t>
      </w:r>
    </w:p>
    <w:p>
      <w:r>
        <w:rPr>
          <w:rFonts w:ascii="Courier New" w:hAnsi="Courier New"/>
          <w:color w:val="555555"/>
          <w:sz w:val="20"/>
        </w:rPr>
        <w:t>[5]</w:t>
      </w:r>
    </w:p>
    <w:p>
      <w:r>
        <w:rPr>
          <w:rFonts w:ascii="Gentium Plus" w:hAnsi="Gentium Plus"/>
          <w:sz w:val="24"/>
        </w:rPr>
        <w:t>τὰς οὐσίας ἐν ταῖς πόλεσιν καθήμενοι, ὅλας δ’ ἀφαιροῦνται καθ’ ἑκάστην ἡμέραν.</w:t>
      </w:r>
    </w:p>
    <w:p>
      <w:r>
        <w:rPr>
          <w:rFonts w:ascii="Courier New" w:hAnsi="Courier New"/>
          <w:color w:val="555555"/>
          <w:sz w:val="20"/>
        </w:rPr>
        <w:t>[tit 201-205]</w:t>
      </w:r>
    </w:p>
    <w:p>
      <w:r>
        <w:rPr>
          <w:rFonts w:ascii="Gentium Plus" w:hAnsi="Gentium Plus"/>
          <w:sz w:val="24"/>
        </w:rPr>
        <w:t>ΠΥΡΑΥΝΟΣ</w:t>
      </w:r>
    </w:p>
    <w:p>
      <w:r>
        <w:rPr>
          <w:rFonts w:ascii="Courier New" w:hAnsi="Courier New"/>
          <w:color w:val="555555"/>
          <w:sz w:val="20"/>
        </w:rPr>
        <w:t>[201-202]</w:t>
      </w:r>
    </w:p>
    <w:p>
      <w:r>
        <w:rPr>
          <w:rFonts w:ascii="Gentium Plus" w:hAnsi="Gentium Plus"/>
          <w:sz w:val="24"/>
        </w:rPr>
        <w:t>ΣΤΡ. ἐμοὶ παρασιτεῖν κρεῖττον ἦν τῷ Πηγάσῳ, ἢ τοῖς Βορεάδαις ἢ εἴ τι θᾶττον ἔτι τρέχει, ἢ Δημέᾳ Λάχητος Ἐτεοβουτάδῃ· πέτεται γὰρ οὐχ οἷον βαδίζει τὰς ὁδούς.</w:t>
      </w:r>
    </w:p>
    <w:p>
      <w:r>
        <w:rPr>
          <w:rFonts w:ascii="Courier New" w:hAnsi="Courier New"/>
          <w:color w:val="555555"/>
          <w:sz w:val="20"/>
        </w:rPr>
        <w:t>[4]</w:t>
      </w:r>
    </w:p>
    <w:p>
      <w:r>
        <w:rPr>
          <w:rFonts w:ascii="Gentium Plus" w:hAnsi="Gentium Plus"/>
          <w:sz w:val="24"/>
        </w:rPr>
        <w:t>. . . . . . . . . . . . .</w:t>
      </w:r>
    </w:p>
    <w:p>
      <w:r>
        <w:rPr>
          <w:rFonts w:ascii="Courier New" w:hAnsi="Courier New"/>
          <w:color w:val="555555"/>
          <w:sz w:val="20"/>
        </w:rPr>
        <w:t>[5]</w:t>
      </w:r>
    </w:p>
    <w:p>
      <w:r>
        <w:rPr>
          <w:rFonts w:ascii="Gentium Plus" w:hAnsi="Gentium Plus"/>
          <w:sz w:val="24"/>
        </w:rPr>
        <w:t>Στράτιε, φιλεῖς δήπου με. ΣΤΡ. μᾶλλον τοῦ πατρός· ὁ μὲν γὰρ οὐ τρέφει με, σὺ δὲ λαμπρῶς τρέφεις. Α. εὔχει τ’ ἀεί με ζῆν. ΣΤΡ. ἅπασι τοῖς θεοῖς·</w:t>
      </w:r>
    </w:p>
    <w:p>
      <w:r>
        <w:rPr>
          <w:rFonts w:ascii="Courier New" w:hAnsi="Courier New"/>
          <w:color w:val="555555"/>
          <w:sz w:val="20"/>
        </w:rPr>
        <w:t>[203]</w:t>
      </w:r>
    </w:p>
    <w:p>
      <w:r>
        <w:rPr>
          <w:rFonts w:ascii="Gentium Plus" w:hAnsi="Gentium Plus"/>
          <w:sz w:val="24"/>
        </w:rPr>
        <w:t>πεῖραν ἐπεθύμουν θατέρου βίου λαβεῖν, ὃν πάντες εἰώθασιν ὀνομάζειν ὑγρόν. τρεῖς ἐν Κεραμεικῷ περιπατήσας ἡμέρας διδασκάλους ἐξεῦρον οὗ λέγω βίου</w:t>
      </w:r>
    </w:p>
    <w:p>
      <w:r>
        <w:rPr>
          <w:rFonts w:ascii="Courier New" w:hAnsi="Courier New"/>
          <w:color w:val="555555"/>
          <w:sz w:val="20"/>
        </w:rPr>
        <w:t>[5]</w:t>
      </w:r>
    </w:p>
    <w:p>
      <w:r>
        <w:rPr>
          <w:rFonts w:ascii="Gentium Plus" w:hAnsi="Gentium Plus"/>
          <w:sz w:val="24"/>
        </w:rPr>
        <w:t>ἴσως τριάκοντ’ ἀφ’ ἑνὸς ἐργαστηρίου.</w:t>
      </w:r>
    </w:p>
    <w:p>
      <w:r>
        <w:rPr>
          <w:rFonts w:ascii="Courier New" w:hAnsi="Courier New"/>
          <w:color w:val="555555"/>
          <w:sz w:val="20"/>
        </w:rPr>
        <w:t>[204]</w:t>
      </w:r>
    </w:p>
    <w:p>
      <w:r>
        <w:rPr>
          <w:rFonts w:ascii="Gentium Plus" w:hAnsi="Gentium Plus"/>
          <w:sz w:val="24"/>
        </w:rPr>
        <w:t>ἄνοιγ’ ἄνοιγε τὴν θύραν· ἐλάνθανον πάλαι περιπατῶν ἀνδριάς, ἀλέτων ὄνος, ποτάμιος ἵππος, τοῖχος, ὁ Σελεύκου τίγρις.</w:t>
      </w:r>
    </w:p>
    <w:p>
      <w:r>
        <w:rPr>
          <w:rFonts w:ascii="Courier New" w:hAnsi="Courier New"/>
          <w:color w:val="555555"/>
          <w:sz w:val="20"/>
        </w:rPr>
        <w:t>[205]</w:t>
      </w:r>
    </w:p>
    <w:p>
      <w:r>
        <w:rPr>
          <w:rFonts w:ascii="Gentium Plus" w:hAnsi="Gentium Plus"/>
          <w:sz w:val="24"/>
        </w:rPr>
        <w:t>ἐγὼ δ’ ἐπειδὰν ἀσχολουμένους λάβω, ἀνέκραγον ‘οὐ δώσει τις ἡμῖν ματτύην;‘</w:t>
      </w:r>
    </w:p>
    <w:p>
      <w:r>
        <w:rPr>
          <w:rFonts w:ascii="Courier New" w:hAnsi="Courier New"/>
          <w:color w:val="555555"/>
          <w:sz w:val="20"/>
        </w:rPr>
        <w:t>[tit,ante 206]</w:t>
      </w:r>
    </w:p>
    <w:p>
      <w:r>
        <w:rPr>
          <w:rFonts w:ascii="Gentium Plus" w:hAnsi="Gentium Plus"/>
          <w:sz w:val="24"/>
        </w:rPr>
        <w:t>ΡΟΔΙΟΝ Η ΠΟΠΠΥΖΟΥΣΑ</w:t>
      </w:r>
    </w:p>
    <w:p>
      <w:r>
        <w:rPr>
          <w:rFonts w:ascii="Courier New" w:hAnsi="Courier New"/>
          <w:color w:val="555555"/>
          <w:sz w:val="20"/>
        </w:rPr>
        <w:t>[tit 206]</w:t>
      </w:r>
    </w:p>
    <w:p>
      <w:r>
        <w:rPr>
          <w:rFonts w:ascii="Gentium Plus" w:hAnsi="Gentium Plus"/>
          <w:sz w:val="24"/>
        </w:rPr>
        <w:t>ΣΙΚΥΩΝΙΟΣ</w:t>
      </w:r>
    </w:p>
    <w:p>
      <w:r>
        <w:rPr>
          <w:rFonts w:ascii="Courier New" w:hAnsi="Courier New"/>
          <w:color w:val="555555"/>
          <w:sz w:val="20"/>
        </w:rPr>
        <w:t>[206]</w:t>
      </w:r>
    </w:p>
    <w:p>
      <w:r>
        <w:rPr>
          <w:rFonts w:ascii="Gentium Plus" w:hAnsi="Gentium Plus"/>
          <w:sz w:val="24"/>
        </w:rPr>
        <w:t>οὐχὶ τῶν μετρίων, ἀλλὰ τῶν βαβαὶ βαβαί.</w:t>
      </w:r>
    </w:p>
    <w:p>
      <w:r>
        <w:rPr>
          <w:rFonts w:ascii="Courier New" w:hAnsi="Courier New"/>
          <w:color w:val="555555"/>
          <w:sz w:val="20"/>
        </w:rPr>
        <w:t>[tit 207]</w:t>
      </w:r>
    </w:p>
    <w:p>
      <w:r>
        <w:rPr>
          <w:rFonts w:ascii="Gentium Plus" w:hAnsi="Gentium Plus"/>
          <w:sz w:val="24"/>
        </w:rPr>
        <w:t>ΣΚΕΙΡΩΝ</w:t>
      </w:r>
    </w:p>
    <w:p>
      <w:r>
        <w:rPr>
          <w:rFonts w:ascii="Courier New" w:hAnsi="Courier New"/>
          <w:color w:val="555555"/>
          <w:sz w:val="20"/>
        </w:rPr>
        <w:t>[207]</w:t>
      </w:r>
    </w:p>
    <w:p>
      <w:r>
        <w:rPr>
          <w:rFonts w:ascii="Gentium Plus" w:hAnsi="Gentium Plus"/>
          <w:sz w:val="24"/>
        </w:rPr>
        <w:t>ὥσπερ κυλιστὸς στέφανος αἰωρούμενος</w:t>
      </w:r>
    </w:p>
    <w:p>
      <w:r>
        <w:rPr>
          <w:rFonts w:ascii="Courier New" w:hAnsi="Courier New"/>
          <w:color w:val="555555"/>
          <w:sz w:val="20"/>
        </w:rPr>
        <w:t>[tit 208]</w:t>
      </w:r>
    </w:p>
    <w:p>
      <w:r>
        <w:rPr>
          <w:rFonts w:ascii="Gentium Plus" w:hAnsi="Gentium Plus"/>
          <w:sz w:val="24"/>
        </w:rPr>
        <w:t>ΣΠΟΝΔΟΦΟΡΟΣ</w:t>
      </w:r>
    </w:p>
    <w:p>
      <w:r>
        <w:rPr>
          <w:rFonts w:ascii="Courier New" w:hAnsi="Courier New"/>
          <w:color w:val="555555"/>
          <w:sz w:val="20"/>
        </w:rPr>
        <w:t>[208]</w:t>
      </w:r>
    </w:p>
    <w:p>
      <w:r>
        <w:rPr>
          <w:rFonts w:ascii="Gentium Plus" w:hAnsi="Gentium Plus"/>
          <w:sz w:val="24"/>
        </w:rPr>
        <w:t>Ἀριστογείτονα τὸν ῥήτορ’ εἶδον λάρκον ἠμφιεσμένον τῶν ἀνθρακηρῶν.</w:t>
      </w:r>
    </w:p>
    <w:p>
      <w:r>
        <w:rPr>
          <w:rFonts w:ascii="Courier New" w:hAnsi="Courier New"/>
          <w:color w:val="555555"/>
          <w:sz w:val="20"/>
        </w:rPr>
        <w:t>[tit 209]</w:t>
      </w:r>
    </w:p>
    <w:p>
      <w:r>
        <w:rPr>
          <w:rFonts w:ascii="Gentium Plus" w:hAnsi="Gentium Plus"/>
          <w:sz w:val="24"/>
        </w:rPr>
        <w:t>ΣΤΡΑΤΙΩΤΗΣ</w:t>
      </w:r>
    </w:p>
    <w:p>
      <w:r>
        <w:rPr>
          <w:rFonts w:ascii="Courier New" w:hAnsi="Courier New"/>
          <w:color w:val="555555"/>
          <w:sz w:val="20"/>
        </w:rPr>
        <w:t>[209]</w:t>
      </w:r>
    </w:p>
    <w:p>
      <w:r>
        <w:rPr>
          <w:rFonts w:ascii="Gentium Plus" w:hAnsi="Gentium Plus"/>
          <w:sz w:val="24"/>
        </w:rPr>
        <w:t>ἀπόλαβε τουτί. Β. τί τοῦτο δ’ ἐστίν; Α. ὃ παρ’ ὑμῶν ἐγὼ παιδάριον ἔλαβον, ἀποφέρων ἥκω πάλιν.</w:t>
      </w:r>
    </w:p>
    <w:p>
      <w:r>
        <w:rPr>
          <w:rFonts w:ascii="Courier New" w:hAnsi="Courier New"/>
          <w:color w:val="555555"/>
          <w:sz w:val="20"/>
        </w:rPr>
        <w:t>[5]</w:t>
      </w:r>
    </w:p>
    <w:p>
      <w:r>
        <w:rPr>
          <w:rFonts w:ascii="Gentium Plus" w:hAnsi="Gentium Plus"/>
          <w:sz w:val="24"/>
        </w:rPr>
        <w:t>ἡμέτερον. Β. οὐδ’ ἡμέτερον. Α. ἀλλ’ ἐδώκατε ὑμεῖς ἐμοὶ τοῦτ’. Β. οὐ δεδώκαμεν. Α. τί δαί; Β. ἀπεδώκαμεν. Α. τὸ μὴ προσῆκόν μοι λαβεῖν;</w:t>
      </w:r>
    </w:p>
    <w:p>
      <w:r>
        <w:rPr>
          <w:rFonts w:ascii="Courier New" w:hAnsi="Courier New"/>
          <w:color w:val="555555"/>
          <w:sz w:val="20"/>
        </w:rPr>
        <w:t>[tit 210-212]</w:t>
      </w:r>
    </w:p>
    <w:p>
      <w:r>
        <w:rPr>
          <w:rFonts w:ascii="Gentium Plus" w:hAnsi="Gentium Plus"/>
          <w:sz w:val="24"/>
        </w:rPr>
        <w:t>ΣΥΝΑΠΟΘΝΗΙΣΚΟΝΤΕΣ</w:t>
      </w:r>
    </w:p>
    <w:p>
      <w:r>
        <w:rPr>
          <w:rFonts w:ascii="Courier New" w:hAnsi="Courier New"/>
          <w:color w:val="555555"/>
          <w:sz w:val="20"/>
        </w:rPr>
        <w:t>[210]</w:t>
      </w:r>
    </w:p>
    <w:p>
      <w:r>
        <w:rPr>
          <w:rFonts w:ascii="Gentium Plus" w:hAnsi="Gentium Plus"/>
          <w:sz w:val="24"/>
        </w:rPr>
        <w:t>ἐπὶ δεῖπνον εἰς Κόρινθον ἐλθὼν Χαιρεφῶν ἄκλητος· ἤδη γὰρ πέτεται διαπόντιος· οὕτω τι τἀλλότρι’ ἐσθίειν ἐστὶ γλυκύ.</w:t>
      </w:r>
    </w:p>
    <w:p>
      <w:r>
        <w:rPr>
          <w:rFonts w:ascii="Courier New" w:hAnsi="Courier New"/>
          <w:color w:val="555555"/>
          <w:sz w:val="20"/>
        </w:rPr>
        <w:t>[211]</w:t>
      </w:r>
    </w:p>
    <w:p>
      <w:r>
        <w:rPr>
          <w:rFonts w:ascii="Gentium Plus" w:hAnsi="Gentium Plus"/>
          <w:sz w:val="24"/>
        </w:rPr>
        <w:t>ὅστις διαπλεῖ θάλατταν, ἢ μελαγχολᾷ, ἢ πτωχός ἐστιν, ἢ θανατᾷ· τούτων τριῶν ἑνός γ’ ἀποτυχεῖν τοὐλάχιστον οὐκ ἔνι.</w:t>
      </w:r>
    </w:p>
    <w:p>
      <w:r>
        <w:rPr>
          <w:rFonts w:ascii="Courier New" w:hAnsi="Courier New"/>
          <w:color w:val="555555"/>
          <w:sz w:val="20"/>
        </w:rPr>
        <w:t>[212]</w:t>
      </w:r>
    </w:p>
    <w:p>
      <w:r>
        <w:rPr>
          <w:rFonts w:ascii="Gentium Plus" w:hAnsi="Gentium Plus"/>
          <w:sz w:val="24"/>
        </w:rPr>
        <w:t>μάθοις τ’ ἂν οἷον ἀνθρώποις κακὸν ἔστιν ἡ γαστήρ, διδάσκει δ’ οἷ’, ἀναγκάζει θ’ ὅσα. εἴ τις ἀφέλοι τοῦτ’ ἀφ’ ἡμῶν τὸ μέρος ἀπὸ τοῦ σώματος, οὔτ’ ἂν ἀδικοῖτ’ οὐδὲν οὐδεὶς οὔθ’ ὑβρίζοι τἂν ἑκών.</w:t>
      </w:r>
    </w:p>
    <w:p>
      <w:r>
        <w:rPr>
          <w:rFonts w:ascii="Courier New" w:hAnsi="Courier New"/>
          <w:color w:val="555555"/>
          <w:sz w:val="20"/>
        </w:rPr>
        <w:t>[5]</w:t>
      </w:r>
    </w:p>
    <w:p>
      <w:r>
        <w:rPr>
          <w:rFonts w:ascii="Gentium Plus" w:hAnsi="Gentium Plus"/>
          <w:sz w:val="24"/>
        </w:rPr>
        <w:t>νῦν δὲ διὰ ταύτην ἅπαντα γίνεται τὰ δυσχερῆ.</w:t>
      </w:r>
    </w:p>
    <w:p>
      <w:r>
        <w:rPr>
          <w:rFonts w:ascii="Courier New" w:hAnsi="Courier New"/>
          <w:color w:val="555555"/>
          <w:sz w:val="20"/>
        </w:rPr>
        <w:t>[tit 213-215]</w:t>
      </w:r>
    </w:p>
    <w:p>
      <w:r>
        <w:rPr>
          <w:rFonts w:ascii="Gentium Plus" w:hAnsi="Gentium Plus"/>
          <w:sz w:val="24"/>
        </w:rPr>
        <w:t>ΣΥΝΤΡΕΧΟΝΤΕΣ</w:t>
      </w:r>
    </w:p>
    <w:p>
      <w:r>
        <w:rPr>
          <w:rFonts w:ascii="Courier New" w:hAnsi="Courier New"/>
          <w:color w:val="555555"/>
          <w:sz w:val="20"/>
        </w:rPr>
        <w:t>[213]</w:t>
      </w:r>
    </w:p>
    <w:p>
      <w:r>
        <w:rPr>
          <w:rFonts w:ascii="Gentium Plus" w:hAnsi="Gentium Plus"/>
          <w:sz w:val="24"/>
        </w:rPr>
        <w:t>ἔγωγε δύο λαβεῖν μαγείρους βούλομαι οὓς ἂν σοφωτάτους δύνωμ’ ἐν τῇ πόλει· μέλλοντα δειπνίζειν γὰρ ἄνδρα Θετταλὸν οὐκ Ἀττικηρῶς οὐδ’ ἀπηκριβωμένως</w:t>
      </w:r>
    </w:p>
    <w:p>
      <w:r>
        <w:rPr>
          <w:rFonts w:ascii="Courier New" w:hAnsi="Courier New"/>
          <w:color w:val="555555"/>
          <w:sz w:val="20"/>
        </w:rPr>
        <w:t>[5]</w:t>
      </w:r>
    </w:p>
    <w:p>
      <w:r>
        <w:rPr>
          <w:rFonts w:ascii="Gentium Plus" w:hAnsi="Gentium Plus"/>
          <w:sz w:val="24"/>
        </w:rPr>
        <w:t>λιμῷ παρελθεῖν . . ἃ δεῖ καθ’ ἓν ἕκαστον αὐτοῖς παρατιθέντα. [μεγαλείως δέ.]</w:t>
      </w:r>
    </w:p>
    <w:p>
      <w:r>
        <w:rPr>
          <w:rFonts w:ascii="Courier New" w:hAnsi="Courier New"/>
          <w:color w:val="555555"/>
          <w:sz w:val="20"/>
        </w:rPr>
        <w:t>[214]</w:t>
      </w:r>
    </w:p>
    <w:p>
      <w:r>
        <w:rPr>
          <w:rFonts w:ascii="Gentium Plus" w:hAnsi="Gentium Plus"/>
          <w:sz w:val="24"/>
        </w:rPr>
        <w:t>λευκὸς Ἀφροδίτης εἰμὶ γὰρ περιστερός. ὁ δὲ Διόνυσος οἶδε τὸ μεθύσαι μόνον·</w:t>
      </w:r>
    </w:p>
    <w:p>
      <w:r>
        <w:rPr>
          <w:rFonts w:ascii="Courier New" w:hAnsi="Courier New"/>
          <w:color w:val="555555"/>
          <w:sz w:val="20"/>
        </w:rPr>
        <w:t>[tit 216]</w:t>
      </w:r>
    </w:p>
    <w:p>
      <w:r>
        <w:rPr>
          <w:rFonts w:ascii="Gentium Plus" w:hAnsi="Gentium Plus"/>
          <w:sz w:val="24"/>
        </w:rPr>
        <w:t>ΣΥΝΤΡΟΦΟΙ</w:t>
      </w:r>
    </w:p>
    <w:p>
      <w:r>
        <w:rPr>
          <w:rFonts w:ascii="Courier New" w:hAnsi="Courier New"/>
          <w:color w:val="555555"/>
          <w:sz w:val="20"/>
        </w:rPr>
        <w:t>[216]</w:t>
      </w:r>
    </w:p>
    <w:p>
      <w:r>
        <w:rPr>
          <w:rFonts w:ascii="Gentium Plus" w:hAnsi="Gentium Plus"/>
          <w:sz w:val="24"/>
        </w:rPr>
        <w:t>ὡς ἡδὺ πᾶν τὸ μέτριον. οὔθ’ ὑπεργέμων ἀπέρχομαι νῦν οὔτε κενός, ἀλλ’ ἡδέως ἔχων ἐμαυτοῦ. Μνησίθεος γάρ φησι δεῖν φεύγειν ἁπάντων τὰς ὑπερβολὰς ἀεί.</w:t>
      </w:r>
    </w:p>
    <w:p>
      <w:r>
        <w:rPr>
          <w:rFonts w:ascii="Courier New" w:hAnsi="Courier New"/>
          <w:color w:val="555555"/>
          <w:sz w:val="20"/>
        </w:rPr>
        <w:t>[tit 217]</w:t>
      </w:r>
    </w:p>
    <w:p>
      <w:r>
        <w:rPr>
          <w:rFonts w:ascii="Gentium Plus" w:hAnsi="Gentium Plus"/>
          <w:sz w:val="24"/>
        </w:rPr>
        <w:t>ΣΥΡΑΚΟΣΙΟΣ</w:t>
      </w:r>
    </w:p>
    <w:p>
      <w:r>
        <w:rPr>
          <w:rFonts w:ascii="Courier New" w:hAnsi="Courier New"/>
          <w:color w:val="555555"/>
          <w:sz w:val="20"/>
        </w:rPr>
        <w:t>[217]</w:t>
      </w:r>
    </w:p>
    <w:p>
      <w:r>
        <w:rPr>
          <w:rFonts w:ascii="Gentium Plus" w:hAnsi="Gentium Plus"/>
          <w:sz w:val="24"/>
        </w:rPr>
        <w:t>τοῖς γὰρ κακοῖς τοὺς μὴ μαχομένους ῥᾷστα χρωμένους ὁρῶ.</w:t>
      </w:r>
    </w:p>
    <w:p>
      <w:r>
        <w:rPr>
          <w:rFonts w:ascii="Courier New" w:hAnsi="Courier New"/>
          <w:color w:val="555555"/>
          <w:sz w:val="20"/>
        </w:rPr>
        <w:t>[tit 218]</w:t>
      </w:r>
    </w:p>
    <w:p>
      <w:r>
        <w:rPr>
          <w:rFonts w:ascii="Gentium Plus" w:hAnsi="Gentium Plus"/>
          <w:sz w:val="24"/>
        </w:rPr>
        <w:t>ΣΩΡΑΚΟΙ</w:t>
      </w:r>
    </w:p>
    <w:p>
      <w:r>
        <w:rPr>
          <w:rFonts w:ascii="Courier New" w:hAnsi="Courier New"/>
          <w:color w:val="555555"/>
          <w:sz w:val="20"/>
        </w:rPr>
        <w:t>[218]</w:t>
      </w:r>
    </w:p>
    <w:p>
      <w:r>
        <w:rPr>
          <w:rFonts w:ascii="Gentium Plus" w:hAnsi="Gentium Plus"/>
          <w:sz w:val="24"/>
        </w:rPr>
        <w:t>Φείδιππος ἕτερός τις ταριχηγὸς ξένος</w:t>
      </w:r>
    </w:p>
    <w:p>
      <w:r>
        <w:rPr>
          <w:rFonts w:ascii="Courier New" w:hAnsi="Courier New"/>
          <w:color w:val="555555"/>
          <w:sz w:val="20"/>
        </w:rPr>
        <w:t>[tit 219-225]</w:t>
      </w:r>
    </w:p>
    <w:p>
      <w:r>
        <w:rPr>
          <w:rFonts w:ascii="Gentium Plus" w:hAnsi="Gentium Plus"/>
          <w:sz w:val="24"/>
        </w:rPr>
        <w:t>ΤΑΡΑΝΤΙΝΟΙ</w:t>
      </w:r>
    </w:p>
    <w:p>
      <w:r>
        <w:rPr>
          <w:rFonts w:ascii="Courier New" w:hAnsi="Courier New"/>
          <w:color w:val="555555"/>
          <w:sz w:val="20"/>
        </w:rPr>
        <w:t>[219]</w:t>
      </w:r>
    </w:p>
    <w:p>
      <w:r>
        <w:rPr>
          <w:rFonts w:ascii="Gentium Plus" w:hAnsi="Gentium Plus"/>
          <w:sz w:val="24"/>
        </w:rPr>
        <w:t>οὐδὲ εἷς ἂν εὐλόγως ἡμῖν φθονήσαι νοῦν ἔχων, οἳ τῶν πέλας οὐδὲν ἀδικοῦμεν οὐδέν’· ἆρ’ οὐκ οἶσθ’ ὅτι τὸ καλούμενον ζῆν τοῦτο διατριβῆς χάριν</w:t>
      </w:r>
    </w:p>
    <w:p>
      <w:r>
        <w:rPr>
          <w:rFonts w:ascii="Courier New" w:hAnsi="Courier New"/>
          <w:color w:val="555555"/>
          <w:sz w:val="20"/>
        </w:rPr>
        <w:t>[5]</w:t>
      </w:r>
    </w:p>
    <w:p>
      <w:r>
        <w:rPr>
          <w:rFonts w:ascii="Gentium Plus" w:hAnsi="Gentium Plus"/>
          <w:sz w:val="24"/>
        </w:rPr>
        <w:t>ὄνομ’ ἐστίν, ὑποκόρισμα τῆς ἀνθρωπίνης μοίρας; ἐγὼ γάρ, εἰ μὲν εὖ τις ἢ κακῶς φήσει με κρίνειν, οὐκ ἔχοιμ’ ἄν σοι φράσαι· ἔγνωκα δ’ οὖν οὕτως ἐπισκοπούμενος, εἶναι μανιώδη πάντα τἀνθρώπων ὅλως,</w:t>
      </w:r>
    </w:p>
    <w:p>
      <w:r>
        <w:rPr>
          <w:rFonts w:ascii="Courier New" w:hAnsi="Courier New"/>
          <w:color w:val="555555"/>
          <w:sz w:val="20"/>
        </w:rPr>
        <w:t>[10]</w:t>
      </w:r>
    </w:p>
    <w:p>
      <w:r>
        <w:rPr>
          <w:rFonts w:ascii="Gentium Plus" w:hAnsi="Gentium Plus"/>
          <w:sz w:val="24"/>
        </w:rPr>
        <w:t>ἀποδημίας δὲ τυγχάνειν ἡμᾶς ἀεὶ τοὺς ζῶντας, ὥσπερ εἰς πανήγυρίν τινα ἀφειμένους ἐκ τοῦ θανάτου καὶ τοῦ σκότους εἰς τὴν διατριβὴν εἰς τὸ φῶς τε τοῦθ’ ὃ δὴ ὁρῶμεν. ὃς δ’ ἂν πλεῖστα γελάσῃ καὶ πίῃ</w:t>
      </w:r>
    </w:p>
    <w:p>
      <w:r>
        <w:rPr>
          <w:rFonts w:ascii="Courier New" w:hAnsi="Courier New"/>
          <w:color w:val="555555"/>
          <w:sz w:val="20"/>
        </w:rPr>
        <w:t>[15]</w:t>
      </w:r>
    </w:p>
    <w:p>
      <w:r>
        <w:rPr>
          <w:rFonts w:ascii="Gentium Plus" w:hAnsi="Gentium Plus"/>
          <w:sz w:val="24"/>
        </w:rPr>
        <w:t>καὶ τῆς Ἀφροδίτης ἀντιλάβηται τὸν χρόνον τοῦτον ὃν ἀφεῖται, κἂν τύχῃ γ’, ἐράνου τινός,</w:t>
      </w:r>
    </w:p>
    <w:p>
      <w:r>
        <w:rPr>
          <w:rFonts w:ascii="Courier New" w:hAnsi="Courier New"/>
          <w:color w:val="555555"/>
          <w:sz w:val="20"/>
        </w:rPr>
        <w:t>[220-221]</w:t>
      </w:r>
    </w:p>
    <w:p>
      <w:r>
        <w:rPr>
          <w:rFonts w:ascii="Gentium Plus" w:hAnsi="Gentium Plus"/>
          <w:sz w:val="24"/>
        </w:rPr>
        <w:t>οἱ πυθαγορίζοντες γάρ, ὡς ἀκούομεν, οὔτ’ ὄψον ἐσθίουσιν οὔτ’ ἄλλ’ οὐδὲ ἓν ἔμψυχον, οἶνόν τ’ οὐχὶ πίνουσιν μόνοι. Β. Ἐπιχαρίδης μέντοι κύνας κατεσθίει,</w:t>
      </w:r>
    </w:p>
    <w:p>
      <w:r>
        <w:rPr>
          <w:rFonts w:ascii="Courier New" w:hAnsi="Courier New"/>
          <w:color w:val="555555"/>
          <w:sz w:val="20"/>
        </w:rPr>
        <w:t>[5]</w:t>
      </w:r>
    </w:p>
    <w:p>
      <w:r>
        <w:rPr>
          <w:rFonts w:ascii="Gentium Plus" w:hAnsi="Gentium Plus"/>
          <w:sz w:val="24"/>
        </w:rPr>
        <w:t>τῶν Πυθαγορείων εἷς. Α. ἀποκτείνας γέ που· οὐκ ἔτι γάρ ἐστ’ ἔμψυχον.</w:t>
      </w:r>
    </w:p>
    <w:p>
      <w:r>
        <w:rPr>
          <w:rFonts w:ascii="Courier New" w:hAnsi="Courier New"/>
          <w:color w:val="555555"/>
          <w:sz w:val="20"/>
        </w:rPr>
        <w:t>[6]</w:t>
      </w:r>
    </w:p>
    <w:p>
      <w:r>
        <w:rPr>
          <w:rFonts w:ascii="Gentium Plus" w:hAnsi="Gentium Plus"/>
          <w:sz w:val="24"/>
        </w:rPr>
        <w:t>. . . . . . . . . . . Πυθαγορισμοὶ καὶ λόγοι λεπτοὶ διεσμιλευμέναι τε φροντίδες τρέφους’ ἐκείνους, τὰ δὲ καθ’ ἡμέραν τάδε·</w:t>
      </w:r>
    </w:p>
    <w:p>
      <w:r>
        <w:rPr>
          <w:rFonts w:ascii="Courier New" w:hAnsi="Courier New"/>
          <w:color w:val="555555"/>
          <w:sz w:val="20"/>
        </w:rPr>
        <w:t>[10]</w:t>
      </w:r>
    </w:p>
    <w:p>
      <w:r>
        <w:rPr>
          <w:rFonts w:ascii="Gentium Plus" w:hAnsi="Gentium Plus"/>
          <w:sz w:val="24"/>
        </w:rPr>
        <w:t>ἄρτος καθαρὸς εἷς ἑκατέρῳ, ποτήριον ὕδατος· τοσαῦτα ταῦτα. Β. δεσμωτηρίου λέγεις δίαιταν. πάντες οὕτως οἱ σοφοὶ διάγουσι καὶ τοιαῦτα κακοπαθοῦσιν; Α. οὔ· τρυφῶσιν οὗτοι πρὸς ἑτέρους. ἆρ’ οἶσθ’ ὅτι</w:t>
      </w:r>
    </w:p>
    <w:p>
      <w:r>
        <w:rPr>
          <w:rFonts w:ascii="Courier New" w:hAnsi="Courier New"/>
          <w:color w:val="555555"/>
          <w:sz w:val="20"/>
        </w:rPr>
        <w:t>[15]</w:t>
      </w:r>
    </w:p>
    <w:p>
      <w:r>
        <w:rPr>
          <w:rFonts w:ascii="Gentium Plus" w:hAnsi="Gentium Plus"/>
          <w:sz w:val="24"/>
        </w:rPr>
        <w:t>Μελανιππίδης ἑταῖρός ἐστι καὶ Φάων καὶ Φυρόμαχος καὶ Φᾶνος, οἳ δι’ ἡμέρας</w:t>
      </w:r>
    </w:p>
    <w:p>
      <w:r>
        <w:rPr>
          <w:rFonts w:ascii="Courier New" w:hAnsi="Courier New"/>
          <w:color w:val="555555"/>
          <w:sz w:val="20"/>
        </w:rPr>
        <w:t>[222]</w:t>
      </w:r>
    </w:p>
    <w:p>
      <w:r>
        <w:rPr>
          <w:rFonts w:ascii="Gentium Plus" w:hAnsi="Gentium Plus"/>
          <w:sz w:val="24"/>
        </w:rPr>
        <w:t>τοῦτο γὰρ νῦν ἐστί σοι ἐν ταῖς Ἀθήναις ταῖς καλαῖς ἐπιχώριον· ἅπαντες ὀρχοῦντ’ εὐθὺς ἂν οἴνου μόνον ὀσμὴν ἴδωσιν. Β. συμφορὰν λέγεις ἄκραν.</w:t>
      </w:r>
    </w:p>
    <w:p>
      <w:r>
        <w:rPr>
          <w:rFonts w:ascii="Courier New" w:hAnsi="Courier New"/>
          <w:color w:val="555555"/>
          <w:sz w:val="20"/>
        </w:rPr>
        <w:t>[5]</w:t>
      </w:r>
    </w:p>
    <w:p>
      <w:r>
        <w:rPr>
          <w:rFonts w:ascii="Gentium Plus" w:hAnsi="Gentium Plus"/>
          <w:sz w:val="24"/>
        </w:rPr>
        <w:t>Α. φαίης ἂν εἰς συμπόσιον εἰσελθὼν ἄφνω. καὶ τοῖς μὲν ἀγενείοις ἴσως ἔπεστί τις χάρις· ἀλλ’ ἐπὰν δὴ τὸν γόητα Θεόδοτον, ἢ τὸν παραμασύντην ἴδω τὸν ἀνόσιον βαυκιζόμενον τὰ λευκά τ’ ἀναβάλλονθ’ ἅμα,</w:t>
      </w:r>
    </w:p>
    <w:p>
      <w:r>
        <w:rPr>
          <w:rFonts w:ascii="Courier New" w:hAnsi="Courier New"/>
          <w:color w:val="555555"/>
          <w:sz w:val="20"/>
        </w:rPr>
        <w:t>[10]</w:t>
      </w:r>
    </w:p>
    <w:p>
      <w:r>
        <w:rPr>
          <w:rFonts w:ascii="Gentium Plus" w:hAnsi="Gentium Plus"/>
          <w:sz w:val="24"/>
        </w:rPr>
        <w:t>ἥδιστ’ ἂν ἀναπήξαιμ’ ἐπὶ τοῦ ξύλου λαβών.</w:t>
      </w:r>
    </w:p>
    <w:p>
      <w:r>
        <w:rPr>
          <w:rFonts w:ascii="Courier New" w:hAnsi="Courier New"/>
          <w:color w:val="555555"/>
          <w:sz w:val="20"/>
        </w:rPr>
        <w:t>[223]</w:t>
      </w:r>
    </w:p>
    <w:p>
      <w:r>
        <w:rPr>
          <w:rFonts w:ascii="Gentium Plus" w:hAnsi="Gentium Plus"/>
          <w:sz w:val="24"/>
        </w:rPr>
        <w:t>Νάννιον δὲ μαίνεται</w:t>
      </w:r>
    </w:p>
    <w:p>
      <w:r>
        <w:rPr>
          <w:rFonts w:ascii="Courier New" w:hAnsi="Courier New"/>
          <w:color w:val="555555"/>
          <w:sz w:val="20"/>
        </w:rPr>
        <w:t>[224]</w:t>
      </w:r>
    </w:p>
    <w:p>
      <w:r>
        <w:rPr>
          <w:rFonts w:ascii="Gentium Plus" w:hAnsi="Gentium Plus"/>
          <w:sz w:val="24"/>
        </w:rPr>
        <w:t>κάθου</w:t>
      </w:r>
    </w:p>
    <w:p>
      <w:r>
        <w:rPr>
          <w:rFonts w:ascii="Courier New" w:hAnsi="Courier New"/>
          <w:color w:val="555555"/>
          <w:sz w:val="20"/>
        </w:rPr>
        <w:t>[225]</w:t>
      </w:r>
    </w:p>
    <w:p>
      <w:r>
        <w:rPr>
          <w:rFonts w:ascii="Gentium Plus" w:hAnsi="Gentium Plus"/>
          <w:sz w:val="24"/>
        </w:rPr>
        <w:t>ὁ οἰκοδεσπότης</w:t>
      </w:r>
    </w:p>
    <w:p>
      <w:r>
        <w:rPr>
          <w:rFonts w:ascii="Courier New" w:hAnsi="Courier New"/>
          <w:color w:val="555555"/>
          <w:sz w:val="20"/>
        </w:rPr>
        <w:t>[tit 226-229]</w:t>
      </w:r>
    </w:p>
    <w:p>
      <w:r>
        <w:rPr>
          <w:rFonts w:ascii="Gentium Plus" w:hAnsi="Gentium Plus"/>
          <w:sz w:val="24"/>
        </w:rPr>
        <w:t>ΤΙΤΘΗ</w:t>
      </w:r>
    </w:p>
    <w:p>
      <w:r>
        <w:rPr>
          <w:rFonts w:ascii="Courier New" w:hAnsi="Courier New"/>
          <w:color w:val="555555"/>
          <w:sz w:val="20"/>
        </w:rPr>
        <w:t>[226]</w:t>
      </w:r>
    </w:p>
    <w:p>
      <w:r>
        <w:rPr>
          <w:rFonts w:ascii="Gentium Plus" w:hAnsi="Gentium Plus"/>
          <w:sz w:val="24"/>
        </w:rPr>
        <w:t>ἰδοὺ πάρεστιν οἶνος. οὐκοῦν ἐγχέω, Κρίτων, πολύν; ΚΡ. βέλτιον ἕνα καὶ τέτταρας. Α. ὑδαρῆ λέγεις· ὅμως δὲ ταύτην ἐκπιὼν . . λέγε τι καὶ διατριβήν γε τῷ πότῳ</w:t>
      </w:r>
    </w:p>
    <w:p>
      <w:r>
        <w:rPr>
          <w:rFonts w:ascii="Courier New" w:hAnsi="Courier New"/>
          <w:color w:val="555555"/>
          <w:sz w:val="20"/>
        </w:rPr>
        <w:t>[5]</w:t>
      </w:r>
    </w:p>
    <w:p>
      <w:r>
        <w:rPr>
          <w:rFonts w:ascii="Gentium Plus" w:hAnsi="Gentium Plus"/>
          <w:sz w:val="24"/>
        </w:rPr>
        <w:t>ποιῶμεν.</w:t>
      </w:r>
    </w:p>
    <w:p>
      <w:r>
        <w:rPr>
          <w:rFonts w:ascii="Courier New" w:hAnsi="Courier New"/>
          <w:color w:val="555555"/>
          <w:sz w:val="20"/>
        </w:rPr>
        <w:t>[227]</w:t>
      </w:r>
    </w:p>
    <w:p>
      <w:r>
        <w:rPr>
          <w:rFonts w:ascii="Gentium Plus" w:hAnsi="Gentium Plus"/>
          <w:sz w:val="24"/>
        </w:rPr>
        <w:t>ὁ Κόρυδος οὗτος, ὁ τὰ γέλοι’ εἰθισμένος λέγειν, Βλεπαῖος βούλετ’ εἶναι. Β. νοῦν γ’ ἔχων·</w:t>
      </w:r>
    </w:p>
    <w:p>
      <w:r>
        <w:rPr>
          <w:rFonts w:ascii="Courier New" w:hAnsi="Courier New"/>
          <w:color w:val="555555"/>
          <w:sz w:val="20"/>
        </w:rPr>
        <w:t>[228]</w:t>
      </w:r>
    </w:p>
    <w:p>
      <w:r>
        <w:rPr>
          <w:rFonts w:ascii="Gentium Plus" w:hAnsi="Gentium Plus"/>
          <w:sz w:val="24"/>
        </w:rPr>
        <w:t>ἤδη γὰρ ὁ βίος οὑμὸς ἑσπέραν ἄγει.</w:t>
      </w:r>
    </w:p>
    <w:p>
      <w:r>
        <w:rPr>
          <w:rFonts w:ascii="Courier New" w:hAnsi="Courier New"/>
          <w:color w:val="555555"/>
          <w:sz w:val="20"/>
        </w:rPr>
        <w:t>[229]</w:t>
      </w:r>
    </w:p>
    <w:p>
      <w:r>
        <w:rPr>
          <w:rFonts w:ascii="Gentium Plus" w:hAnsi="Gentium Plus"/>
          <w:sz w:val="24"/>
        </w:rPr>
        <w:t>βαυβαλίσαι</w:t>
      </w:r>
    </w:p>
    <w:p>
      <w:r>
        <w:rPr>
          <w:rFonts w:ascii="Courier New" w:hAnsi="Courier New"/>
          <w:color w:val="555555"/>
          <w:sz w:val="20"/>
        </w:rPr>
        <w:t>[tit 230-233]</w:t>
      </w:r>
    </w:p>
    <w:p>
      <w:r>
        <w:rPr>
          <w:rFonts w:ascii="Gentium Plus" w:hAnsi="Gentium Plus"/>
          <w:sz w:val="24"/>
        </w:rPr>
        <w:t>ΤΟΚΙΣΤΗΣ Η ΚΑΤΑΨΕΥΔΟΜΕΝΟΣ</w:t>
      </w:r>
    </w:p>
    <w:p>
      <w:r>
        <w:rPr>
          <w:rFonts w:ascii="Courier New" w:hAnsi="Courier New"/>
          <w:color w:val="555555"/>
          <w:sz w:val="20"/>
        </w:rPr>
        <w:t>[230]</w:t>
      </w:r>
    </w:p>
    <w:p>
      <w:r>
        <w:rPr>
          <w:rFonts w:ascii="Gentium Plus" w:hAnsi="Gentium Plus"/>
          <w:sz w:val="24"/>
        </w:rPr>
        <w:t>Α. μὴ παντελῶς αὐτῷ δίδου ὑδαρῆ. κατανοεῖς; ἴσον ἴσῳ μικροῦ. καλῶς. Β. ἡδύ γε τὸ πῶμα. ποδαπὸς ὁ Βρόμιος, Τρύφη; ΤΡ. Θάσιος. Β. ὅμοιον. καὶ δίκαιον τοὺς ξένους</w:t>
      </w:r>
    </w:p>
    <w:p>
      <w:r>
        <w:rPr>
          <w:rFonts w:ascii="Courier New" w:hAnsi="Courier New"/>
          <w:color w:val="555555"/>
          <w:sz w:val="20"/>
        </w:rPr>
        <w:t>[5]</w:t>
      </w:r>
    </w:p>
    <w:p>
      <w:r>
        <w:rPr>
          <w:rFonts w:ascii="Gentium Plus" w:hAnsi="Gentium Plus"/>
          <w:sz w:val="24"/>
        </w:rPr>
        <w:t>πίνειν ξενικόν, τοὺς δ’ ἐγγενεῖς ἐπιχώριον.</w:t>
      </w:r>
    </w:p>
    <w:p>
      <w:r>
        <w:rPr>
          <w:rFonts w:ascii="Courier New" w:hAnsi="Courier New"/>
          <w:color w:val="555555"/>
          <w:sz w:val="20"/>
        </w:rPr>
        <w:t>[231]</w:t>
      </w:r>
    </w:p>
    <w:p>
      <w:r>
        <w:rPr>
          <w:rFonts w:ascii="Gentium Plus" w:hAnsi="Gentium Plus"/>
          <w:sz w:val="24"/>
        </w:rPr>
        <w:t>εὐδαίμων ἐγώ, μὰ τὸν Δία</w:t>
      </w:r>
    </w:p>
    <w:p>
      <w:r>
        <w:rPr>
          <w:rFonts w:ascii="Courier New" w:hAnsi="Courier New"/>
          <w:color w:val="555555"/>
          <w:sz w:val="20"/>
        </w:rPr>
        <w:t>[5]</w:t>
      </w:r>
    </w:p>
    <w:p>
      <w:r>
        <w:rPr>
          <w:rFonts w:ascii="Gentium Plus" w:hAnsi="Gentium Plus"/>
          <w:sz w:val="24"/>
        </w:rPr>
        <w:t>τούτου δέ μοι γένοιτο τοῦ θανάτου τυχεῖν.</w:t>
      </w:r>
    </w:p>
    <w:p>
      <w:r>
        <w:rPr>
          <w:rFonts w:ascii="Courier New" w:hAnsi="Courier New"/>
          <w:color w:val="555555"/>
          <w:sz w:val="20"/>
        </w:rPr>
        <w:t>[232]</w:t>
      </w:r>
    </w:p>
    <w:p>
      <w:r>
        <w:rPr>
          <w:rFonts w:ascii="Gentium Plus" w:hAnsi="Gentium Plus"/>
          <w:sz w:val="24"/>
        </w:rPr>
        <w:t>ἀλλ’ ἔγχεον αὐτῷ Διός γε τήνδε σωτῆρος, θεῶν θνητοῖς ἁπάντων χρησιμωτάτου πολύ. Β. ὁ Ζεὺς ὁ σωτήρ, ἂν ἐγὼ διαρραγῶ,</w:t>
      </w:r>
    </w:p>
    <w:p>
      <w:r>
        <w:rPr>
          <w:rFonts w:ascii="Courier New" w:hAnsi="Courier New"/>
          <w:color w:val="555555"/>
          <w:sz w:val="20"/>
        </w:rPr>
        <w:t>[5]</w:t>
      </w:r>
    </w:p>
    <w:p>
      <w:r>
        <w:rPr>
          <w:rFonts w:ascii="Gentium Plus" w:hAnsi="Gentium Plus"/>
          <w:sz w:val="24"/>
        </w:rPr>
        <w:t>οὐδέν μ’ ὀνήσει. Α. πῖθι θαρρῶν.</w:t>
      </w:r>
    </w:p>
    <w:p>
      <w:r>
        <w:rPr>
          <w:rFonts w:ascii="Courier New" w:hAnsi="Courier New"/>
          <w:color w:val="555555"/>
          <w:sz w:val="20"/>
        </w:rPr>
        <w:t>[233]</w:t>
      </w:r>
    </w:p>
    <w:p>
      <w:r>
        <w:rPr>
          <w:rFonts w:ascii="Gentium Plus" w:hAnsi="Gentium Plus"/>
          <w:sz w:val="24"/>
        </w:rPr>
        <w:t>πάντως ἀναρίστητος οὐ δυνήσομαι διακαρτερῆσαι τηλικαύτην ἡμέραν.</w:t>
      </w:r>
    </w:p>
    <w:p>
      <w:r>
        <w:rPr>
          <w:rFonts w:ascii="Courier New" w:hAnsi="Courier New"/>
          <w:color w:val="555555"/>
          <w:sz w:val="20"/>
        </w:rPr>
        <w:t>[tit 234-235]</w:t>
      </w:r>
    </w:p>
    <w:p>
      <w:r>
        <w:rPr>
          <w:rFonts w:ascii="Gentium Plus" w:hAnsi="Gentium Plus"/>
          <w:sz w:val="24"/>
        </w:rPr>
        <w:t>ΤΡΑΥΜΑΤΙΑΣ</w:t>
      </w:r>
    </w:p>
    <w:p>
      <w:r>
        <w:rPr>
          <w:rFonts w:ascii="Courier New" w:hAnsi="Courier New"/>
          <w:color w:val="555555"/>
          <w:sz w:val="20"/>
        </w:rPr>
        <w:t>[234]</w:t>
      </w:r>
    </w:p>
    <w:p>
      <w:r>
        <w:rPr>
          <w:rFonts w:ascii="Gentium Plus" w:hAnsi="Gentium Plus"/>
          <w:sz w:val="24"/>
        </w:rPr>
        <w:t>τίς οὐχὶ φήσει τοὺς ἐρῶντας ζῆν μόνους; εἰ δεῖ γε πρῶτον μὲν στρατευτικωτάτους εἶναι, πονεῖν τε δυναμένους τοῖς σώμασιν μάλιστα, προσεδρεύειν τ’ ἀρίστους τῷ πόθῳ,</w:t>
      </w:r>
    </w:p>
    <w:p>
      <w:r>
        <w:rPr>
          <w:rFonts w:ascii="Courier New" w:hAnsi="Courier New"/>
          <w:color w:val="555555"/>
          <w:sz w:val="20"/>
        </w:rPr>
        <w:t>[5]</w:t>
      </w:r>
    </w:p>
    <w:p>
      <w:r>
        <w:rPr>
          <w:rFonts w:ascii="Gentium Plus" w:hAnsi="Gentium Plus"/>
          <w:sz w:val="24"/>
        </w:rPr>
        <w:t>ποιητικούς, ἰταμούς, προθύμους, εὐπόρους</w:t>
      </w:r>
    </w:p>
    <w:p>
      <w:r>
        <w:rPr>
          <w:rFonts w:ascii="Courier New" w:hAnsi="Courier New"/>
          <w:color w:val="555555"/>
          <w:sz w:val="20"/>
        </w:rPr>
        <w:t>[235]</w:t>
      </w:r>
    </w:p>
    <w:p>
      <w:r>
        <w:rPr>
          <w:rFonts w:ascii="Gentium Plus" w:hAnsi="Gentium Plus"/>
          <w:sz w:val="24"/>
        </w:rPr>
        <w:t>τὸν γὰρ ὕστατον τρέχων δίαυλον τοῦ βίου ζῆν βούλομαι.</w:t>
      </w:r>
    </w:p>
    <w:p>
      <w:r>
        <w:rPr>
          <w:rFonts w:ascii="Courier New" w:hAnsi="Courier New"/>
          <w:color w:val="555555"/>
          <w:sz w:val="20"/>
        </w:rPr>
        <w:t>[tit 236-238]</w:t>
      </w:r>
    </w:p>
    <w:p>
      <w:r>
        <w:rPr>
          <w:rFonts w:ascii="Gentium Plus" w:hAnsi="Gentium Plus"/>
          <w:sz w:val="24"/>
        </w:rPr>
        <w:t>ΤΡΟΦΩΝΙΟΣ</w:t>
      </w:r>
    </w:p>
    <w:p>
      <w:r>
        <w:rPr>
          <w:rFonts w:ascii="Courier New" w:hAnsi="Courier New"/>
          <w:color w:val="555555"/>
          <w:sz w:val="20"/>
        </w:rPr>
        <w:t>[236]</w:t>
      </w:r>
    </w:p>
    <w:p>
      <w:r>
        <w:rPr>
          <w:rFonts w:ascii="Gentium Plus" w:hAnsi="Gentium Plus"/>
          <w:sz w:val="24"/>
        </w:rPr>
        <w:t>εἶθ’ ὁ Μοσχίων ὁ παραμασήτης ἐν βροτοῖς αὐδώμενος</w:t>
      </w:r>
    </w:p>
    <w:p>
      <w:r>
        <w:rPr>
          <w:rFonts w:ascii="Courier New" w:hAnsi="Courier New"/>
          <w:color w:val="555555"/>
          <w:sz w:val="20"/>
        </w:rPr>
        <w:t>[237]</w:t>
      </w:r>
    </w:p>
    <w:p>
      <w:r>
        <w:rPr>
          <w:rFonts w:ascii="Gentium Plus" w:hAnsi="Gentium Plus"/>
          <w:sz w:val="24"/>
        </w:rPr>
        <w:t>νῦν δ’ ἵνα μὴ παντελῶς Βοιώτιοι φαίνησθ’ εἶναι τοῖς διασύρειν ὑμᾶς εἰθισμένοις, ὡς ἀκίνητοι νῦν εἶναι βοᾶν καὶ πονεῖν μόνον καὶ δειπνεῖν ἐπιστάμενοι διὰ τέλους τὴν νύχθ’ ὅλην,</w:t>
      </w:r>
    </w:p>
    <w:p>
      <w:r>
        <w:rPr>
          <w:rFonts w:ascii="Courier New" w:hAnsi="Courier New"/>
          <w:color w:val="555555"/>
          <w:sz w:val="20"/>
        </w:rPr>
        <w:t>[5]</w:t>
      </w:r>
    </w:p>
    <w:p>
      <w:r>
        <w:rPr>
          <w:rFonts w:ascii="Gentium Plus" w:hAnsi="Gentium Plus"/>
          <w:sz w:val="24"/>
        </w:rPr>
        <w:t>γυμνοῦθ’ αὑτοὺς θᾶττον ἅπαντες.</w:t>
      </w:r>
    </w:p>
    <w:p>
      <w:r>
        <w:rPr>
          <w:rFonts w:ascii="Courier New" w:hAnsi="Courier New"/>
          <w:color w:val="555555"/>
          <w:sz w:val="20"/>
        </w:rPr>
        <w:t>[238]</w:t>
      </w:r>
    </w:p>
    <w:p>
      <w:r>
        <w:rPr>
          <w:rFonts w:ascii="Gentium Plus" w:hAnsi="Gentium Plus"/>
          <w:sz w:val="24"/>
        </w:rPr>
        <w:t>ὀφθαλμὸν ἐπιβάλλειν</w:t>
      </w:r>
    </w:p>
    <w:p>
      <w:r>
        <w:rPr>
          <w:rFonts w:ascii="Courier New" w:hAnsi="Courier New"/>
          <w:color w:val="555555"/>
          <w:sz w:val="20"/>
        </w:rPr>
        <w:t>[tit 239]</w:t>
      </w:r>
    </w:p>
    <w:p>
      <w:r>
        <w:rPr>
          <w:rFonts w:ascii="Gentium Plus" w:hAnsi="Gentium Plus"/>
          <w:sz w:val="24"/>
        </w:rPr>
        <w:t>ΤΥΝΔΑΡΕΩΣ</w:t>
      </w:r>
    </w:p>
    <w:p>
      <w:r>
        <w:rPr>
          <w:rFonts w:ascii="Courier New" w:hAnsi="Courier New"/>
          <w:color w:val="555555"/>
          <w:sz w:val="20"/>
        </w:rPr>
        <w:t>[239]</w:t>
      </w:r>
    </w:p>
    <w:p>
      <w:r>
        <w:rPr>
          <w:rFonts w:ascii="Gentium Plus" w:hAnsi="Gentium Plus"/>
          <w:sz w:val="24"/>
        </w:rPr>
        <w:t>ἄνθρωπος εἶναί μοι Κυρηναῖος δοκεῖς· κἀκεῖ γὰρ ἄν τις ἐπὶ τὸ δεῖπνον ἕνα καλῇ, πάρεισιν ὀκτωκαίδεκ’ ἄλλοι, καὶ δέκα ἅρματα συνωρίδες τε πεντεκαίδεκα.</w:t>
      </w:r>
    </w:p>
    <w:p>
      <w:r>
        <w:rPr>
          <w:rFonts w:ascii="Courier New" w:hAnsi="Courier New"/>
          <w:color w:val="555555"/>
          <w:sz w:val="20"/>
        </w:rPr>
        <w:t>[5]</w:t>
      </w:r>
    </w:p>
    <w:p>
      <w:r>
        <w:rPr>
          <w:rFonts w:ascii="Gentium Plus" w:hAnsi="Gentium Plus"/>
          <w:sz w:val="24"/>
        </w:rPr>
        <w:t>τούτοις δὲ δεῖ σε τἀπιτήδει’ ἐμβαλεῖν, ὥστ’ ἦν κράτιστον μηδὲ καλέσαι μηδένα.</w:t>
      </w:r>
    </w:p>
    <w:p>
      <w:r>
        <w:rPr>
          <w:rFonts w:ascii="Courier New" w:hAnsi="Courier New"/>
          <w:color w:val="555555"/>
          <w:sz w:val="20"/>
        </w:rPr>
        <w:t>[tit 240-243]</w:t>
      </w:r>
    </w:p>
    <w:p>
      <w:r>
        <w:rPr>
          <w:rFonts w:ascii="Gentium Plus" w:hAnsi="Gentium Plus"/>
          <w:sz w:val="24"/>
        </w:rPr>
        <w:t>ΥΠΝΟΣ</w:t>
      </w:r>
    </w:p>
    <w:p>
      <w:r>
        <w:rPr>
          <w:rFonts w:ascii="Courier New" w:hAnsi="Courier New"/>
          <w:color w:val="555555"/>
          <w:sz w:val="20"/>
        </w:rPr>
        <w:t>[240]</w:t>
      </w:r>
    </w:p>
    <w:p>
      <w:r>
        <w:rPr>
          <w:rFonts w:ascii="Gentium Plus" w:hAnsi="Gentium Plus"/>
          <w:sz w:val="24"/>
        </w:rPr>
        <w:t>οὐ θνητὸς οὐδ’ ἀθάνατος, ἀλλ’ ἔχων τινὰ σύγκρασιν, ὥστε μήτ’ ἐν ἀνθρώπου μέρει μήτ’ ἐν θεοῦ ζῆν, ἀλλὰ φύεσθαί τ’ ἀεὶ καινῶς φθίνειν τε τὴν παρουσίαν πάλιν,</w:t>
      </w:r>
    </w:p>
    <w:p>
      <w:r>
        <w:rPr>
          <w:rFonts w:ascii="Courier New" w:hAnsi="Courier New"/>
          <w:color w:val="555555"/>
          <w:sz w:val="20"/>
        </w:rPr>
        <w:t>[5]</w:t>
      </w:r>
    </w:p>
    <w:p>
      <w:r>
        <w:rPr>
          <w:rFonts w:ascii="Gentium Plus" w:hAnsi="Gentium Plus"/>
          <w:sz w:val="24"/>
        </w:rPr>
        <w:t>ἀόρατος ὄψιν, γνώριμος δ’ ἅπασιν ὤν. Β. ἀεὶ σὺ χαίρεις ὦ γύναι μ’ αἰνίγμασιν. Α. καὶ μὴν ἁπλᾶ γε καὶ σαφῆ λέγω μαθεῖν. Β. τίς οὖν τοιαύτην παῖς ἔχων ἔσται φύσιν; Α. ὕπνος, βροτείων, ὦ κόρη, παυστὴρ πόνων.</w:t>
      </w:r>
    </w:p>
    <w:p>
      <w:r>
        <w:rPr>
          <w:rFonts w:ascii="Courier New" w:hAnsi="Courier New"/>
          <w:color w:val="555555"/>
          <w:sz w:val="20"/>
        </w:rPr>
        <w:t>[241]</w:t>
      </w:r>
    </w:p>
    <w:p>
      <w:r>
        <w:rPr>
          <w:rFonts w:ascii="Gentium Plus" w:hAnsi="Gentium Plus"/>
          <w:sz w:val="24"/>
        </w:rPr>
        <w:t>οὐδ’ ἐν Τριβαλλοῖς ταῦτά γ’ ἐστὶν ἔννομα, οὗ φασι τὸν θύοντα τοῖς κεκλημένοις δείξαντ’ ἰδεῖν τὸ δεῖπνον, εἰς τὴν αὔριον πωλεῖν ἀδείπνοις ἃ παρέθηκ’ αὐτοῖς ἰδεῖν.</w:t>
      </w:r>
    </w:p>
    <w:p>
      <w:r>
        <w:rPr>
          <w:rFonts w:ascii="Courier New" w:hAnsi="Courier New"/>
          <w:color w:val="555555"/>
          <w:sz w:val="20"/>
        </w:rPr>
        <w:t>[242]</w:t>
      </w:r>
    </w:p>
    <w:p>
      <w:r>
        <w:rPr>
          <w:rFonts w:ascii="Gentium Plus" w:hAnsi="Gentium Plus"/>
          <w:sz w:val="24"/>
        </w:rPr>
        <w:t>διὰ ταῦθ’ ὁ πόρνος οὗτος οὐδὲ τῶν πράσων ἑκάστοτ’ ἐπιδειπνεῖ μεθ’ ἡμῶν· τοῦτο δ’ ἦν,</w:t>
      </w:r>
    </w:p>
    <w:p>
      <w:r>
        <w:rPr>
          <w:rFonts w:ascii="Courier New" w:hAnsi="Courier New"/>
          <w:color w:val="555555"/>
          <w:sz w:val="20"/>
        </w:rPr>
        <w:t>[243]</w:t>
      </w:r>
    </w:p>
    <w:p>
      <w:r>
        <w:rPr>
          <w:rFonts w:ascii="Gentium Plus" w:hAnsi="Gentium Plus"/>
          <w:sz w:val="24"/>
        </w:rPr>
        <w:t>ἐμπειρικῶς</w:t>
      </w:r>
    </w:p>
    <w:p>
      <w:r>
        <w:rPr>
          <w:rFonts w:ascii="Courier New" w:hAnsi="Courier New"/>
          <w:color w:val="555555"/>
          <w:sz w:val="20"/>
        </w:rPr>
        <w:t>[tit 244]</w:t>
      </w:r>
    </w:p>
    <w:p>
      <w:r>
        <w:rPr>
          <w:rFonts w:ascii="Gentium Plus" w:hAnsi="Gentium Plus"/>
          <w:sz w:val="24"/>
        </w:rPr>
        <w:t>ΥΠΟΒΟΛΙΜΑΙΟΣ</w:t>
      </w:r>
    </w:p>
    <w:p>
      <w:r>
        <w:rPr>
          <w:rFonts w:ascii="Courier New" w:hAnsi="Courier New"/>
          <w:color w:val="555555"/>
          <w:sz w:val="20"/>
        </w:rPr>
        <w:t>[244]</w:t>
      </w:r>
    </w:p>
    <w:p>
      <w:r>
        <w:rPr>
          <w:rFonts w:ascii="Gentium Plus" w:hAnsi="Gentium Plus"/>
          <w:sz w:val="24"/>
        </w:rPr>
        <w:t>ἐγὼ Πτολεμαίου τοῦ βασιλέως τέτταρα χυτρίδι’ ἀκράτου τῆς τ’ ἀδελφῆς προσλαβὼν τῆς τοῦ βασιλέως ταῦτ’, ἀπνευστί τ’ ἐκπιὼν ὡς ἄν τις ἥδιστ’ ἴσον ἴσῳ κεκραμένον,</w:t>
      </w:r>
    </w:p>
    <w:p>
      <w:r>
        <w:rPr>
          <w:rFonts w:ascii="Courier New" w:hAnsi="Courier New"/>
          <w:color w:val="555555"/>
          <w:sz w:val="20"/>
        </w:rPr>
        <w:t>[5]</w:t>
      </w:r>
    </w:p>
    <w:p>
      <w:r>
        <w:rPr>
          <w:rFonts w:ascii="Gentium Plus" w:hAnsi="Gentium Plus"/>
          <w:sz w:val="24"/>
        </w:rPr>
        <w:t>καὶ τῆς ὁμονοίας, διὰ τί νῦν μὴ κωμάσω ἄνευ λυχνούχου πρὸς τὸ τηλικοῦτο φῶς;</w:t>
      </w:r>
    </w:p>
    <w:p>
      <w:r>
        <w:rPr>
          <w:rFonts w:ascii="Courier New" w:hAnsi="Courier New"/>
          <w:color w:val="555555"/>
          <w:sz w:val="20"/>
        </w:rPr>
        <w:t>[tit 245-246]</w:t>
      </w:r>
    </w:p>
    <w:p>
      <w:r>
        <w:rPr>
          <w:rFonts w:ascii="Gentium Plus" w:hAnsi="Gentium Plus"/>
          <w:sz w:val="24"/>
        </w:rPr>
        <w:t>ΦΑΙΔΡΟΣ</w:t>
      </w:r>
    </w:p>
    <w:p>
      <w:r>
        <w:rPr>
          <w:rFonts w:ascii="Courier New" w:hAnsi="Courier New"/>
          <w:color w:val="555555"/>
          <w:sz w:val="20"/>
        </w:rPr>
        <w:t>[245]</w:t>
      </w:r>
    </w:p>
    <w:p>
      <w:r>
        <w:rPr>
          <w:rFonts w:ascii="Gentium Plus" w:hAnsi="Gentium Plus"/>
          <w:sz w:val="24"/>
        </w:rPr>
        <w:t>πορευομένῳ δ’ ἐκ Πειραιῶς ὑπὸ τῶν κακῶν</w:t>
      </w:r>
    </w:p>
    <w:p>
      <w:r>
        <w:rPr>
          <w:rFonts w:ascii="Courier New" w:hAnsi="Courier New"/>
          <w:color w:val="555555"/>
          <w:sz w:val="20"/>
        </w:rPr>
        <w:t>[5]</w:t>
      </w:r>
    </w:p>
    <w:p>
      <w:r>
        <w:rPr>
          <w:rFonts w:ascii="Gentium Plus" w:hAnsi="Gentium Plus"/>
          <w:sz w:val="24"/>
        </w:rPr>
        <w:t>τοῦ δαίμονος τούτου ποιοῦσιν εἰκόνας. ἔστιν γὰρ οὔτε θῆλυς οὔτ’ ἄρρην, πάλιν οὔτε θεὸς οὔτ’ ἄνθρωπος, οὔτ’ ἀβέλτερος οὔτ’ αὖθις ἔμφρων, ἀλλὰ συνενηνεγμένος πανταχόθεν, ἑνὶ τύπῳ τε πόλλ’ εἴδη φέρων.</w:t>
      </w:r>
    </w:p>
    <w:p>
      <w:r>
        <w:rPr>
          <w:rFonts w:ascii="Courier New" w:hAnsi="Courier New"/>
          <w:color w:val="555555"/>
          <w:sz w:val="20"/>
        </w:rPr>
        <w:t>[10]</w:t>
      </w:r>
    </w:p>
    <w:p>
      <w:r>
        <w:rPr>
          <w:rFonts w:ascii="Gentium Plus" w:hAnsi="Gentium Plus"/>
          <w:sz w:val="24"/>
        </w:rPr>
        <w:t>ἡ τόλμα μὲν γὰρ ἀνδρός, ἡ δὲ δειλία γυναικός, ἡ δ’ ἄνοια μανίας, ὁ δὲ λόγος φρονοῦντος, ἡ σφοδρότης δὲ θηρός, ὁ δὲ πόνος ἀδάμαντος, ἡ φιλοτιμία δὲ δαίμονος. καὶ ταῦτ’ ἐγώ, μὰ τὴν Ἀθηνᾶν καὶ θεούς,</w:t>
      </w:r>
    </w:p>
    <w:p>
      <w:r>
        <w:rPr>
          <w:rFonts w:ascii="Courier New" w:hAnsi="Courier New"/>
          <w:color w:val="555555"/>
          <w:sz w:val="20"/>
        </w:rPr>
        <w:t>[15]</w:t>
      </w:r>
    </w:p>
    <w:p>
      <w:r>
        <w:rPr>
          <w:rFonts w:ascii="Gentium Plus" w:hAnsi="Gentium Plus"/>
          <w:sz w:val="24"/>
        </w:rPr>
        <w:t>οὐκ οἶδ’ ὅ τι ἐστίν, ἀλλ’ ὅμως ἔχει γέ τι τοιοῦτον, ἐγγύς τ’ εἰμὶ τοὐνόματος.</w:t>
      </w:r>
    </w:p>
    <w:p>
      <w:r>
        <w:rPr>
          <w:rFonts w:ascii="Courier New" w:hAnsi="Courier New"/>
          <w:color w:val="555555"/>
          <w:sz w:val="20"/>
        </w:rPr>
        <w:t>[246]</w:t>
      </w:r>
    </w:p>
    <w:p>
      <w:r>
        <w:rPr>
          <w:rFonts w:ascii="Gentium Plus" w:hAnsi="Gentium Plus"/>
          <w:sz w:val="24"/>
        </w:rPr>
        <w:t>σχολῇ γε, νὴ τὸν ἥλιον, σχολῇ λέγεις. Ἐπιχαρίδης ὁ μικρὸς ἐν πένθ’ ἡμέραις σφαῖραν ἐποίησε τὴν πατρῴαν οὐσίαν.</w:t>
      </w:r>
    </w:p>
    <w:p>
      <w:r>
        <w:rPr>
          <w:rFonts w:ascii="Courier New" w:hAnsi="Courier New"/>
          <w:color w:val="555555"/>
          <w:sz w:val="20"/>
        </w:rPr>
        <w:t>[tit 247]</w:t>
      </w:r>
    </w:p>
    <w:p>
      <w:r>
        <w:rPr>
          <w:rFonts w:ascii="Gentium Plus" w:hAnsi="Gentium Plus"/>
          <w:sz w:val="24"/>
        </w:rPr>
        <w:t>ΦΑΙΔΩΝ Η ΦΑΙΔΡΙΑΣ</w:t>
      </w:r>
    </w:p>
    <w:p>
      <w:r>
        <w:rPr>
          <w:rFonts w:ascii="Courier New" w:hAnsi="Courier New"/>
          <w:color w:val="555555"/>
          <w:sz w:val="20"/>
        </w:rPr>
        <w:t>[247]</w:t>
      </w:r>
    </w:p>
    <w:p>
      <w:r>
        <w:rPr>
          <w:rFonts w:ascii="Gentium Plus" w:hAnsi="Gentium Plus"/>
          <w:sz w:val="24"/>
        </w:rPr>
        <w:t>ἀγορανομήσεις, ἂν θεοὶ θέλωσι, σύ, ἵνα Καλλιμέδοντ’ εἰς τοὔψον, εἰ φιλεῖς ἐμέ, παύσῃς καταιγίζοντα δι’ ὅλης ἡμέρας. Β. ἔργον τυράννων, οὐκ ἀγορανόμων λέγεις.</w:t>
      </w:r>
    </w:p>
    <w:p>
      <w:r>
        <w:rPr>
          <w:rFonts w:ascii="Courier New" w:hAnsi="Courier New"/>
          <w:color w:val="555555"/>
          <w:sz w:val="20"/>
        </w:rPr>
        <w:t>[5]</w:t>
      </w:r>
    </w:p>
    <w:p>
      <w:r>
        <w:rPr>
          <w:rFonts w:ascii="Gentium Plus" w:hAnsi="Gentium Plus"/>
          <w:sz w:val="24"/>
        </w:rPr>
        <w:t>μάχιμος γὰρ ἁνήρ, χρήσιμος δὲ τῇ πόλει.</w:t>
      </w:r>
    </w:p>
    <w:p>
      <w:r>
        <w:rPr>
          <w:rFonts w:ascii="Courier New" w:hAnsi="Courier New"/>
          <w:color w:val="555555"/>
          <w:sz w:val="20"/>
        </w:rPr>
        <w:t>[tit,ante 248]</w:t>
      </w:r>
    </w:p>
    <w:p>
      <w:r>
        <w:rPr>
          <w:rFonts w:ascii="Gentium Plus" w:hAnsi="Gentium Plus"/>
          <w:sz w:val="24"/>
        </w:rPr>
        <w:t>ΦΑΡΜΑΚΟΠΩΛΗΣ Η ΚΡΑΤΕΥΑΣ</w:t>
      </w:r>
    </w:p>
    <w:p>
      <w:r>
        <w:rPr>
          <w:rFonts w:ascii="Courier New" w:hAnsi="Courier New"/>
          <w:color w:val="555555"/>
          <w:sz w:val="20"/>
        </w:rPr>
        <w:t>[tit 248-249]</w:t>
      </w:r>
    </w:p>
    <w:p>
      <w:r>
        <w:rPr>
          <w:rFonts w:ascii="Gentium Plus" w:hAnsi="Gentium Plus"/>
          <w:sz w:val="24"/>
        </w:rPr>
        <w:t>ΦΙΛΑΘΗΝΑΙΟΣ</w:t>
      </w:r>
    </w:p>
    <w:p>
      <w:r>
        <w:rPr>
          <w:rFonts w:ascii="Courier New" w:hAnsi="Courier New"/>
          <w:color w:val="555555"/>
          <w:sz w:val="20"/>
        </w:rPr>
        <w:t>[248]</w:t>
      </w:r>
    </w:p>
    <w:p>
      <w:r>
        <w:rPr>
          <w:rFonts w:ascii="Gentium Plus" w:hAnsi="Gentium Plus"/>
          <w:sz w:val="24"/>
        </w:rPr>
        <w:t>παρ’ ἡμᾶς οἰκεῖ</w:t>
      </w:r>
    </w:p>
    <w:p>
      <w:r>
        <w:rPr>
          <w:rFonts w:ascii="Courier New" w:hAnsi="Courier New"/>
          <w:color w:val="555555"/>
          <w:sz w:val="20"/>
        </w:rPr>
        <w:t>[249]</w:t>
      </w:r>
    </w:p>
    <w:p>
      <w:r>
        <w:rPr>
          <w:rFonts w:ascii="Gentium Plus" w:hAnsi="Gentium Plus"/>
          <w:sz w:val="24"/>
        </w:rPr>
        <w:t>παιδικόν</w:t>
      </w:r>
    </w:p>
    <w:p>
      <w:r>
        <w:rPr>
          <w:rFonts w:ascii="Courier New" w:hAnsi="Courier New"/>
          <w:color w:val="555555"/>
          <w:sz w:val="20"/>
        </w:rPr>
        <w:t>[tit,ante 250]</w:t>
      </w:r>
    </w:p>
    <w:p>
      <w:r>
        <w:rPr>
          <w:rFonts w:ascii="Gentium Plus" w:hAnsi="Gentium Plus"/>
          <w:sz w:val="24"/>
        </w:rPr>
        <w:t>ΦΙΛΕΤΑΙΡΟΣ</w:t>
      </w:r>
    </w:p>
    <w:p>
      <w:r>
        <w:rPr>
          <w:rFonts w:ascii="Courier New" w:hAnsi="Courier New"/>
          <w:color w:val="555555"/>
          <w:sz w:val="20"/>
        </w:rPr>
        <w:t>[tit 250]</w:t>
      </w:r>
    </w:p>
    <w:p>
      <w:r>
        <w:rPr>
          <w:rFonts w:ascii="Gentium Plus" w:hAnsi="Gentium Plus"/>
          <w:sz w:val="24"/>
        </w:rPr>
        <w:t>ΦΙΛΙΣΚΟΣ</w:t>
      </w:r>
    </w:p>
    <w:p>
      <w:r>
        <w:rPr>
          <w:rFonts w:ascii="Courier New" w:hAnsi="Courier New"/>
          <w:color w:val="555555"/>
          <w:sz w:val="20"/>
        </w:rPr>
        <w:t>[250]</w:t>
      </w:r>
    </w:p>
    <w:p>
      <w:r>
        <w:rPr>
          <w:rFonts w:ascii="Gentium Plus" w:hAnsi="Gentium Plus"/>
          <w:sz w:val="24"/>
        </w:rPr>
        <w:t>ἀρτέον τράπεζαν, ἀπονίψασθαι δοτέον, προσοιστέος στέφανος, μύρον, σπονδή, λιβανωτός, ἐσχαρίς, τράγημα δοτέον ἔτι, πλακοῦντος ἁπτέον.</w:t>
      </w:r>
    </w:p>
    <w:p>
      <w:r>
        <w:rPr>
          <w:rFonts w:ascii="Courier New" w:hAnsi="Courier New"/>
          <w:color w:val="555555"/>
          <w:sz w:val="20"/>
        </w:rPr>
        <w:t>[tit 251]</w:t>
      </w:r>
    </w:p>
    <w:p>
      <w:r>
        <w:rPr>
          <w:rFonts w:ascii="Gentium Plus" w:hAnsi="Gentium Plus"/>
          <w:sz w:val="24"/>
        </w:rPr>
        <w:t>ΦΙΛΟΚΑΛΟΣ Η ΝΥΜΦΑΙ</w:t>
      </w:r>
    </w:p>
    <w:p>
      <w:r>
        <w:rPr>
          <w:rFonts w:ascii="Courier New" w:hAnsi="Courier New"/>
          <w:color w:val="555555"/>
          <w:sz w:val="20"/>
        </w:rPr>
        <w:t>[251]</w:t>
      </w:r>
    </w:p>
    <w:p>
      <w:r>
        <w:rPr>
          <w:rFonts w:ascii="Gentium Plus" w:hAnsi="Gentium Plus"/>
          <w:sz w:val="24"/>
        </w:rPr>
        <w:t>κατάκεισο κἀκείνας κάλει. συναγώγιμον ποιῶμεν. ἀλλ’ εὖ οἶδ’ ὅτι κυμινοπρίστης ὁ τρόπος ἐστί σου πάλαι.</w:t>
      </w:r>
    </w:p>
    <w:p>
      <w:r>
        <w:rPr>
          <w:rFonts w:ascii="Courier New" w:hAnsi="Courier New"/>
          <w:color w:val="555555"/>
          <w:sz w:val="20"/>
        </w:rPr>
        <w:t>[tit 252]</w:t>
      </w:r>
    </w:p>
    <w:p>
      <w:r>
        <w:rPr>
          <w:rFonts w:ascii="Gentium Plus" w:hAnsi="Gentium Plus"/>
          <w:sz w:val="24"/>
        </w:rPr>
        <w:t>ΦΙΛΟΤΡΑΓΩΙΔΟΣ</w:t>
      </w:r>
    </w:p>
    <w:p>
      <w:r>
        <w:rPr>
          <w:rFonts w:ascii="Courier New" w:hAnsi="Courier New"/>
          <w:color w:val="555555"/>
          <w:sz w:val="20"/>
        </w:rPr>
        <w:t>[252]</w:t>
      </w:r>
    </w:p>
    <w:p>
      <w:r>
        <w:rPr>
          <w:rFonts w:ascii="Gentium Plus" w:hAnsi="Gentium Plus"/>
          <w:sz w:val="24"/>
        </w:rPr>
        <w:t>σοφοῦ γὰρ ἀνδρὸς τὰς τύχας ὀρθῶς φέρειν.</w:t>
      </w:r>
    </w:p>
    <w:p>
      <w:r>
        <w:rPr>
          <w:rFonts w:ascii="Courier New" w:hAnsi="Courier New"/>
          <w:color w:val="555555"/>
          <w:sz w:val="20"/>
        </w:rPr>
        <w:t>[tit 253-254]</w:t>
      </w:r>
    </w:p>
    <w:p>
      <w:r>
        <w:rPr>
          <w:rFonts w:ascii="Gentium Plus" w:hAnsi="Gentium Plus"/>
          <w:sz w:val="24"/>
        </w:rPr>
        <w:t>ΦΙΛΟΥΣΑ</w:t>
      </w:r>
    </w:p>
    <w:p>
      <w:r>
        <w:rPr>
          <w:rFonts w:ascii="Courier New" w:hAnsi="Courier New"/>
          <w:color w:val="555555"/>
          <w:sz w:val="20"/>
        </w:rPr>
        <w:t>[253]</w:t>
      </w:r>
    </w:p>
    <w:p>
      <w:r>
        <w:rPr>
          <w:rFonts w:ascii="Gentium Plus" w:hAnsi="Gentium Plus"/>
          <w:sz w:val="24"/>
        </w:rPr>
        <w:t>Ἀφροδίσι’ ἦγε ταῖς ἑταίραις ἡ πόλις· ἕτερα δὲ χωρίς ἐστι ταῖς ἐλευθέραις. ταῖς ἡμέραις ταύταις δὲ κωμάζειν ἔθος ἔστιν, νόμος τε τὰς ἑταίρας ἐνθάδε</w:t>
      </w:r>
    </w:p>
    <w:p>
      <w:r>
        <w:rPr>
          <w:rFonts w:ascii="Courier New" w:hAnsi="Courier New"/>
          <w:color w:val="555555"/>
          <w:sz w:val="20"/>
        </w:rPr>
        <w:t>[5]</w:t>
      </w:r>
    </w:p>
    <w:p>
      <w:r>
        <w:rPr>
          <w:rFonts w:ascii="Gentium Plus" w:hAnsi="Gentium Plus"/>
          <w:sz w:val="24"/>
        </w:rPr>
        <w:t>μεθύειν μεθ’ ἡμῶν.</w:t>
      </w:r>
    </w:p>
    <w:p>
      <w:r>
        <w:rPr>
          <w:rFonts w:ascii="Courier New" w:hAnsi="Courier New"/>
          <w:color w:val="555555"/>
          <w:sz w:val="20"/>
        </w:rPr>
        <w:t>[254]</w:t>
      </w:r>
    </w:p>
    <w:p>
      <w:r>
        <w:rPr>
          <w:rFonts w:ascii="Gentium Plus" w:hAnsi="Gentium Plus"/>
          <w:sz w:val="24"/>
        </w:rPr>
        <w:t>ἀλλ’ ἔγωγε τοῦ τὰ δέοντ’ ἔχειν τὰ περιττὰ μισῶ· τοῖς ὑπερβάλλουσι γὰρ τέρψις μὲν οὐκ ἔνεστι, πολυτέλεια δέ.</w:t>
      </w:r>
    </w:p>
    <w:p>
      <w:r>
        <w:rPr>
          <w:rFonts w:ascii="Courier New" w:hAnsi="Courier New"/>
          <w:color w:val="555555"/>
          <w:sz w:val="20"/>
        </w:rPr>
        <w:t>[tit 255-256]</w:t>
      </w:r>
    </w:p>
    <w:p>
      <w:r>
        <w:rPr>
          <w:rFonts w:ascii="Gentium Plus" w:hAnsi="Gentium Plus"/>
          <w:sz w:val="24"/>
        </w:rPr>
        <w:t>ΦΡΥΞ</w:t>
      </w:r>
    </w:p>
    <w:p>
      <w:r>
        <w:rPr>
          <w:rFonts w:ascii="Courier New" w:hAnsi="Courier New"/>
          <w:color w:val="555555"/>
          <w:sz w:val="20"/>
        </w:rPr>
        <w:t>[255]</w:t>
      </w:r>
    </w:p>
    <w:p>
      <w:r>
        <w:rPr>
          <w:rFonts w:ascii="Gentium Plus" w:hAnsi="Gentium Plus"/>
          <w:sz w:val="24"/>
        </w:rPr>
        <w:t>εἰ τοῦ μεθύσκεσθαι πρότερον τὸ κραιπαλᾶν παρεγίνεθ’ ἡμῖν, οὐδ’ ἂν εἷς οἶνόν ποτε προσίετο πλείω τοῦ μετρίου. νυνὶ δὲ τὴν τιμωρίαν οὐ προσδοκῶντες τῆς μέθης</w:t>
      </w:r>
    </w:p>
    <w:p>
      <w:r>
        <w:rPr>
          <w:rFonts w:ascii="Courier New" w:hAnsi="Courier New"/>
          <w:color w:val="555555"/>
          <w:sz w:val="20"/>
        </w:rPr>
        <w:t>[5]</w:t>
      </w:r>
    </w:p>
    <w:p>
      <w:r>
        <w:rPr>
          <w:rFonts w:ascii="Gentium Plus" w:hAnsi="Gentium Plus"/>
          <w:sz w:val="24"/>
        </w:rPr>
        <w:t>ἥξειν προχείρως τοὺς ἀκράτους πίνομεν.</w:t>
      </w:r>
    </w:p>
    <w:p>
      <w:r>
        <w:rPr>
          <w:rFonts w:ascii="Courier New" w:hAnsi="Courier New"/>
          <w:color w:val="555555"/>
          <w:sz w:val="20"/>
        </w:rPr>
        <w:t>[256]</w:t>
      </w:r>
    </w:p>
    <w:p>
      <w:r>
        <w:rPr>
          <w:rFonts w:ascii="Gentium Plus" w:hAnsi="Gentium Plus"/>
          <w:sz w:val="24"/>
        </w:rPr>
        <w:t>ἐγὼ δὲ κεστρεὺς νῆστις οἴκαδ’ ἀποτρέχω.</w:t>
      </w:r>
    </w:p>
    <w:p>
      <w:r>
        <w:rPr>
          <w:rFonts w:ascii="Courier New" w:hAnsi="Courier New"/>
          <w:color w:val="555555"/>
          <w:sz w:val="20"/>
        </w:rPr>
        <w:t>[tit 257]</w:t>
      </w:r>
    </w:p>
    <w:p>
      <w:r>
        <w:rPr>
          <w:rFonts w:ascii="Gentium Plus" w:hAnsi="Gentium Plus"/>
          <w:sz w:val="24"/>
        </w:rPr>
        <w:t>ΦΥΓΑΣ</w:t>
      </w:r>
    </w:p>
    <w:p>
      <w:r>
        <w:rPr>
          <w:rFonts w:ascii="Courier New" w:hAnsi="Courier New"/>
          <w:color w:val="555555"/>
          <w:sz w:val="20"/>
        </w:rPr>
        <w:t>[257]</w:t>
      </w:r>
    </w:p>
    <w:p>
      <w:r>
        <w:rPr>
          <w:rFonts w:ascii="Gentium Plus" w:hAnsi="Gentium Plus"/>
          <w:sz w:val="24"/>
        </w:rPr>
        <w:t>ἀεί γ’ ὁ Χαιρεφῶν τιν’ εὑρίσκει τέχνην· καὶ νῦν πορίζεταί γε τὰ δεῖπν’ ἀσύμβολα. ὅπου γάρ ἐστιν ὁ κέραμος μισθώσιμος ὁ τοῖς μαγείροις, εὐθὺς ἐξ ἑωθινοῦ</w:t>
      </w:r>
    </w:p>
    <w:p>
      <w:r>
        <w:rPr>
          <w:rFonts w:ascii="Courier New" w:hAnsi="Courier New"/>
          <w:color w:val="555555"/>
          <w:sz w:val="20"/>
        </w:rPr>
        <w:t>[5]</w:t>
      </w:r>
    </w:p>
    <w:p>
      <w:r>
        <w:rPr>
          <w:rFonts w:ascii="Gentium Plus" w:hAnsi="Gentium Plus"/>
          <w:sz w:val="24"/>
        </w:rPr>
        <w:t>ἕστηκεν ἐλθών· κἂν ἴδῃ μισθούμενον εἰς ἑστίασιν, τοῦ μαγείρου πυθόμενος τὸν ἑστιῶντα, τῆς θύρας χασμωμένης ἂν ἐπιλάβηται, πρῶτος εἰσελήλυθεν.</w:t>
      </w:r>
    </w:p>
    <w:p>
      <w:r>
        <w:rPr>
          <w:rFonts w:ascii="Courier New" w:hAnsi="Courier New"/>
          <w:color w:val="555555"/>
          <w:sz w:val="20"/>
        </w:rPr>
        <w:t>[tit 258]</w:t>
      </w:r>
    </w:p>
    <w:p>
      <w:r>
        <w:rPr>
          <w:rFonts w:ascii="Gentium Plus" w:hAnsi="Gentium Plus"/>
          <w:sz w:val="24"/>
        </w:rPr>
        <w:t>ΧΟΡΗΓΙΣ</w:t>
      </w:r>
    </w:p>
    <w:p>
      <w:r>
        <w:rPr>
          <w:rFonts w:ascii="Courier New" w:hAnsi="Courier New"/>
          <w:color w:val="555555"/>
          <w:sz w:val="20"/>
        </w:rPr>
        <w:t>[258]</w:t>
      </w:r>
    </w:p>
    <w:p>
      <w:r>
        <w:rPr>
          <w:rFonts w:ascii="Gentium Plus" w:hAnsi="Gentium Plus"/>
          <w:sz w:val="24"/>
        </w:rPr>
        <w:t>ὃς τοῖς τετραδισταῖς μὲν παρέθηκεν ἐσθίειν</w:t>
      </w:r>
    </w:p>
    <w:p>
      <w:r>
        <w:rPr>
          <w:rFonts w:ascii="Courier New" w:hAnsi="Courier New"/>
          <w:color w:val="555555"/>
          <w:sz w:val="20"/>
        </w:rPr>
        <w:t>[tit 259-260]</w:t>
      </w:r>
    </w:p>
    <w:p>
      <w:r>
        <w:rPr>
          <w:rFonts w:ascii="Gentium Plus" w:hAnsi="Gentium Plus"/>
          <w:sz w:val="24"/>
        </w:rPr>
        <w:t>ΨΕΥΔΟΜΕΝΟΣ</w:t>
      </w:r>
    </w:p>
    <w:p>
      <w:r>
        <w:rPr>
          <w:rFonts w:ascii="Courier New" w:hAnsi="Courier New"/>
          <w:color w:val="555555"/>
          <w:sz w:val="20"/>
        </w:rPr>
        <w:t>[259]</w:t>
      </w:r>
    </w:p>
    <w:p>
      <w:r>
        <w:rPr>
          <w:rFonts w:ascii="Gentium Plus" w:hAnsi="Gentium Plus"/>
          <w:sz w:val="24"/>
        </w:rPr>
        <w:t>τὰ περιττὰ μισῶ· τοῖς ὑπερβάλλουσι γὰρ δαπάνη πρόσεστιν, ἡδονὴ δ’ οὐδ’ ἡτισοῦν.</w:t>
      </w:r>
    </w:p>
    <w:p>
      <w:r>
        <w:rPr>
          <w:rFonts w:ascii="Courier New" w:hAnsi="Courier New"/>
          <w:color w:val="555555"/>
          <w:sz w:val="20"/>
        </w:rPr>
        <w:t>[260]</w:t>
      </w:r>
    </w:p>
    <w:p>
      <w:r>
        <w:rPr>
          <w:rFonts w:ascii="Gentium Plus" w:hAnsi="Gentium Plus"/>
          <w:sz w:val="24"/>
        </w:rPr>
        <w:t>κόλακος δὲ βίος μικρὸν χρόνον ἀνθεῖ· οὐδεὶς γὰρ χαίρει πολιοκροτάφῳ παρασίτῳ.</w:t>
      </w:r>
    </w:p>
    <w:p>
      <w:r>
        <w:rPr>
          <w:rFonts w:ascii="Courier New" w:hAnsi="Courier New"/>
          <w:color w:val="555555"/>
          <w:sz w:val="20"/>
        </w:rPr>
        <w:t>[tit 261-338]</w:t>
      </w:r>
    </w:p>
    <w:p>
      <w:r>
        <w:rPr>
          <w:rFonts w:ascii="Gentium Plus" w:hAnsi="Gentium Plus"/>
          <w:sz w:val="24"/>
        </w:rPr>
        <w:t>ΑΔΗΛΩΝ ΔΡΑΜΑΤΩΝ</w:t>
      </w:r>
    </w:p>
    <w:p>
      <w:r>
        <w:rPr>
          <w:rFonts w:ascii="Courier New" w:hAnsi="Courier New"/>
          <w:color w:val="555555"/>
          <w:sz w:val="20"/>
        </w:rPr>
        <w:t>[261]</w:t>
      </w:r>
    </w:p>
    <w:p>
      <w:r>
        <w:rPr>
          <w:rFonts w:ascii="Gentium Plus" w:hAnsi="Gentium Plus"/>
          <w:sz w:val="24"/>
        </w:rPr>
        <w:t>ἔλαθον γενόμενος οὗ τὸ πρᾶγμ’ ἠβούλετο. κατὰ χειρὸς ἐδόθη· τὴν τράπεζαν ἧκ’ ἔχων, ἐφ’ ἧς ἐπέκειτ’ οὐ τυρὸς οὐδ’ ἐλαῶν γένη, οὐδὲ παρέχουσαι κνῖσαν ἡμῖν πλείονα</w:t>
      </w:r>
    </w:p>
    <w:p>
      <w:r>
        <w:rPr>
          <w:rFonts w:ascii="Courier New" w:hAnsi="Courier New"/>
          <w:color w:val="555555"/>
          <w:sz w:val="20"/>
        </w:rPr>
        <w:t>[5]</w:t>
      </w:r>
    </w:p>
    <w:p>
      <w:r>
        <w:rPr>
          <w:rFonts w:ascii="Gentium Plus" w:hAnsi="Gentium Plus"/>
          <w:sz w:val="24"/>
        </w:rPr>
        <w:t>παροψίδες καὶ λῆρος, ἀλλὰ παρετέθη ὑπερηφάνως ὄζουσα τῶν Ὡρῶν λοπάς, τὸ τοῦ πόλου τοῦ παντὸς ἡμισφαίριον· ἅπαντ’ ἐνῆν τἀκεῖ γὰρ ἐν ταύτῃ καλά, ἰχθῦς, ἔριφοι, διέτρεχε τούτων σκορπίος,</w:t>
      </w:r>
    </w:p>
    <w:p>
      <w:r>
        <w:rPr>
          <w:rFonts w:ascii="Courier New" w:hAnsi="Courier New"/>
          <w:color w:val="555555"/>
          <w:sz w:val="20"/>
        </w:rPr>
        <w:t>[10]</w:t>
      </w:r>
    </w:p>
    <w:p>
      <w:r>
        <w:rPr>
          <w:rFonts w:ascii="Gentium Plus" w:hAnsi="Gentium Plus"/>
          <w:sz w:val="24"/>
        </w:rPr>
        <w:t>ὑπέφαινεν ᾠῶν ἡμίτομα τοὺς ἀστέρας. ἐπεβάλομεν τὰς χεῖρας. ὁ μὲν ἐμοὶ λαλῶν ἅμα καὶ διανεύων ἠσχολεῖθ’, ὁ πᾶς δ’ ἀγὼν ἐπ’ ἐμὲ κατήντα. τὸ πέρας οὐκ ἀνῆχ’ ἕως</w:t>
      </w:r>
    </w:p>
    <w:p>
      <w:r>
        <w:rPr>
          <w:rFonts w:ascii="Courier New" w:hAnsi="Courier New"/>
          <w:color w:val="555555"/>
          <w:sz w:val="20"/>
        </w:rPr>
        <w:t>[262]</w:t>
      </w:r>
    </w:p>
    <w:p>
      <w:r>
        <w:rPr>
          <w:rFonts w:ascii="Gentium Plus" w:hAnsi="Gentium Plus"/>
          <w:sz w:val="24"/>
        </w:rPr>
        <w:t>τίς δῆθ’ ὑγιαίνων νοῦν τ’ ἔχων τολμᾷ ποτε γαμεῖν, διαπραξάμενος ἥδιον βίον; εἶτ’ οὐχὶ κρεῖττόν ἐστι τῷ γ’ ἔχοντι νοῦν ἄτιμον εἶναι μᾶλλον ἢ γυναῖκ’ ἔχειν;</w:t>
      </w:r>
    </w:p>
    <w:p>
      <w:r>
        <w:rPr>
          <w:rFonts w:ascii="Courier New" w:hAnsi="Courier New"/>
          <w:color w:val="555555"/>
          <w:sz w:val="20"/>
        </w:rPr>
        <w:t>[5]</w:t>
      </w:r>
    </w:p>
    <w:p>
      <w:r>
        <w:rPr>
          <w:rFonts w:ascii="Gentium Plus" w:hAnsi="Gentium Plus"/>
          <w:sz w:val="24"/>
        </w:rPr>
        <w:t>πολλῷ γε· τοὺς μὲν γοῦν ἀτίμους οὐκ ἐᾷ ἀρχὴν λαχόντας ὁ νόμος ἄρχειν τῶν πέλας· ἐπὰν δὲ γήμης, οὐδὲ σαυτοῦ κύριον ἔξεστιν εἶναι· τὰς γὰρ εὐθύνας μόνον ἐφημερινὰς τὰς τοῦ βίου κεκτήμεθα.</w:t>
      </w:r>
    </w:p>
    <w:p>
      <w:r>
        <w:rPr>
          <w:rFonts w:ascii="Courier New" w:hAnsi="Courier New"/>
          <w:color w:val="555555"/>
          <w:sz w:val="20"/>
        </w:rPr>
        <w:t>[263]</w:t>
      </w:r>
    </w:p>
    <w:p>
      <w:r>
        <w:rPr>
          <w:rFonts w:ascii="Gentium Plus" w:hAnsi="Gentium Plus"/>
          <w:sz w:val="24"/>
        </w:rPr>
        <w:t>ἓν γὰρ νομίζω τοῦτο τῶν ἀνελευθέρων εἶναι, τὸ βαδίζειν ἀρρύθμως ἐν ταῖς ὁδοῖς, ἐξὸν καλῶς· οὗ μήτε πράττεται τέλος μηδεὶς γὰρ ἡμᾶς, μήτε τιμὴν δόντα δεῖ</w:t>
      </w:r>
    </w:p>
    <w:p>
      <w:r>
        <w:rPr>
          <w:rFonts w:ascii="Courier New" w:hAnsi="Courier New"/>
          <w:color w:val="555555"/>
          <w:sz w:val="20"/>
        </w:rPr>
        <w:t>[5]</w:t>
      </w:r>
    </w:p>
    <w:p>
      <w:r>
        <w:rPr>
          <w:rFonts w:ascii="Gentium Plus" w:hAnsi="Gentium Plus"/>
          <w:sz w:val="24"/>
        </w:rPr>
        <w:t>ἑτέρων λαβεῖν, φέρει δὲ τοῖς μὲν χρωμένοις δόξης τιν’ ὄγκον, τοῖς δ’ ὁρῶσιν ἡδονήν, κόσμον δὲ τῷ βίῳ, τὸ τοιοῦτον γέρας</w:t>
      </w:r>
    </w:p>
    <w:p>
      <w:r>
        <w:rPr>
          <w:rFonts w:ascii="Courier New" w:hAnsi="Courier New"/>
          <w:color w:val="555555"/>
          <w:sz w:val="20"/>
        </w:rPr>
        <w:t>[264]</w:t>
      </w:r>
    </w:p>
    <w:p>
      <w:r>
        <w:rPr>
          <w:rFonts w:ascii="Gentium Plus" w:hAnsi="Gentium Plus"/>
          <w:sz w:val="24"/>
        </w:rPr>
        <w:t>ἂν πιττοκοπούμενόν τιν’ ἢ ξυρούμενον ὁρᾷς τούτων ἔχει τι θάτερον· ἢ γὰρ στρατεύειν ἐπινοεῖν μοι φαίνεται καὶ πάντα τῷ πώγωνι δρᾶν ἐναντία,</w:t>
      </w:r>
    </w:p>
    <w:p>
      <w:r>
        <w:rPr>
          <w:rFonts w:ascii="Courier New" w:hAnsi="Courier New"/>
          <w:color w:val="555555"/>
          <w:sz w:val="20"/>
        </w:rPr>
        <w:t>[5]</w:t>
      </w:r>
    </w:p>
    <w:p>
      <w:r>
        <w:rPr>
          <w:rFonts w:ascii="Gentium Plus" w:hAnsi="Gentium Plus"/>
          <w:sz w:val="24"/>
        </w:rPr>
        <w:t>ἢ πλουσιακὸν τούτῳ προσπίπτει κακόν. τί γὰρ αἱ τρίχες λυποῦσιν ἡμᾶς, πρὸς θεῶν, δι’ ἃς ἀνὴρ ἕκαστος ἡμῶν φαίνεται, εἰ μή τι ταύταις ἀντιπράττεσθ’ ὑπονοεῖς;</w:t>
      </w:r>
    </w:p>
    <w:p>
      <w:r>
        <w:rPr>
          <w:rFonts w:ascii="Courier New" w:hAnsi="Courier New"/>
          <w:color w:val="555555"/>
          <w:sz w:val="20"/>
        </w:rPr>
        <w:t>[265]</w:t>
      </w:r>
    </w:p>
    <w:p>
      <w:r>
        <w:rPr>
          <w:rFonts w:ascii="Gentium Plus" w:hAnsi="Gentium Plus"/>
          <w:sz w:val="24"/>
        </w:rPr>
        <w:t>τοὺς εὐτυχοῦντας ἐπιφανῶς δεῖ ζῆν φανεράν τε τὴν δόσιν τὴν τοῦ θεοῦ ποιεῖν· ὁ γὰρ θεὸς δεδωκὼς τἀγαθὰ ὧν μὲν πεπόρικεν οἴεται χάριν τινὰ</w:t>
      </w:r>
    </w:p>
    <w:p>
      <w:r>
        <w:rPr>
          <w:rFonts w:ascii="Courier New" w:hAnsi="Courier New"/>
          <w:color w:val="555555"/>
          <w:sz w:val="20"/>
        </w:rPr>
        <w:t>[5]</w:t>
      </w:r>
    </w:p>
    <w:p>
      <w:r>
        <w:rPr>
          <w:rFonts w:ascii="Gentium Plus" w:hAnsi="Gentium Plus"/>
          <w:sz w:val="24"/>
        </w:rPr>
        <w:t>ἔχειν ἑαυτῷ· τοὺς ἀποκρυπτομένους δὲ καὶ πράττειν μετρίως φάσκοντας, ἀχαρίστους ὁρῶν ἀνελευθέρως τε ζῶντας ἐπὶ καιροῦ τινος</w:t>
      </w:r>
    </w:p>
    <w:p>
      <w:r>
        <w:rPr>
          <w:rFonts w:ascii="Courier New" w:hAnsi="Courier New"/>
          <w:color w:val="555555"/>
          <w:sz w:val="20"/>
        </w:rPr>
        <w:t>[266]</w:t>
      </w:r>
    </w:p>
    <w:p>
      <w:r>
        <w:rPr>
          <w:rFonts w:ascii="Gentium Plus" w:hAnsi="Gentium Plus"/>
          <w:sz w:val="24"/>
        </w:rPr>
        <w:t>μὴ ὥρασι μὲν τὰ τῶν κακῶν ἵκοιθ’ ὁ τοὺς θέρμους φαγών, ἐν τῷ προθύρῳ τὰ λέμμαθ’ ὁτιὴ κατέλιπεν, ἀλλ’ οὐκ ἀπεπνίγη καταφαγών· μάλιστα δὲ</w:t>
      </w:r>
    </w:p>
    <w:p>
      <w:r>
        <w:rPr>
          <w:rFonts w:ascii="Courier New" w:hAnsi="Courier New"/>
          <w:color w:val="555555"/>
          <w:sz w:val="20"/>
        </w:rPr>
        <w:t>[5]</w:t>
      </w:r>
    </w:p>
    <w:p>
      <w:r>
        <w:rPr>
          <w:rFonts w:ascii="Gentium Plus" w:hAnsi="Gentium Plus"/>
          <w:sz w:val="24"/>
        </w:rPr>
        <w:t>Κλεαίνετος μὲν οὐκ ἐδήδοκ’ οἶδ’ ὅτι ὁ τραγικὸς αὐτούς· οὐδενὸς γὰρ πώποτε ἀπέβαλεν ὀσπρίου λέπος· οὕτως ἐκεῖνός ἐστιν εὐχερὴς ἀνήρ.</w:t>
      </w:r>
    </w:p>
    <w:p>
      <w:r>
        <w:rPr>
          <w:rFonts w:ascii="Courier New" w:hAnsi="Courier New"/>
          <w:color w:val="555555"/>
          <w:sz w:val="20"/>
        </w:rPr>
        <w:t>[267]</w:t>
      </w:r>
    </w:p>
    <w:p>
      <w:r>
        <w:rPr>
          <w:rFonts w:ascii="Gentium Plus" w:hAnsi="Gentium Plus"/>
          <w:sz w:val="24"/>
        </w:rPr>
        <w:t>οὐκ ἠξίωσα καταλιπεῖν τὴν μητέρα, πρώτην δὲ σῴζειν· τοῖς γὰρ ὀρθῶς εἰδόσιν τὰ θεῖα μείζω μητρὸς οὐκ ἔστιν ποτέ.</w:t>
      </w:r>
    </w:p>
    <w:p>
      <w:r>
        <w:rPr>
          <w:rFonts w:ascii="Courier New" w:hAnsi="Courier New"/>
          <w:color w:val="555555"/>
          <w:sz w:val="20"/>
        </w:rPr>
        <w:t>[5]</w:t>
      </w:r>
    </w:p>
    <w:p>
      <w:r>
        <w:rPr>
          <w:rFonts w:ascii="Gentium Plus" w:hAnsi="Gentium Plus"/>
          <w:sz w:val="24"/>
        </w:rPr>
        <w:t>ἱδρύσαθ’ ἱερὸν μητρός, οὐ δείξας σαφῶς ποίας, ἐάσας δ’ ὑπονοεῖν εἰς τοὔνομα.</w:t>
      </w:r>
    </w:p>
    <w:p>
      <w:r>
        <w:rPr>
          <w:rFonts w:ascii="Courier New" w:hAnsi="Courier New"/>
          <w:color w:val="555555"/>
          <w:sz w:val="20"/>
        </w:rPr>
        <w:t>[268]</w:t>
      </w:r>
    </w:p>
    <w:p>
      <w:r>
        <w:rPr>
          <w:rFonts w:ascii="Gentium Plus" w:hAnsi="Gentium Plus"/>
          <w:sz w:val="24"/>
        </w:rPr>
        <w:t>τῶν ἑπτὰ νήσων, ἃς δέδειχεν ἡ φύσις θνητοῖς μεγίστας, Σικελία μέν, ὡς λόγος, ἔστιν μεγίστη, δευτέρα Σαρδώ, τρίτη Κύρνος, τετάρτη δ’ ἡ Διὸς Κρήτη τροφός,</w:t>
      </w:r>
    </w:p>
    <w:p>
      <w:r>
        <w:rPr>
          <w:rFonts w:ascii="Courier New" w:hAnsi="Courier New"/>
          <w:color w:val="555555"/>
          <w:sz w:val="20"/>
        </w:rPr>
        <w:t>[5]</w:t>
      </w:r>
    </w:p>
    <w:p>
      <w:r>
        <w:rPr>
          <w:rFonts w:ascii="Gentium Plus" w:hAnsi="Gentium Plus"/>
          <w:sz w:val="24"/>
        </w:rPr>
        <w:t>Εὔβοια πέμπτη στενοφυής, ἕκτη Κύπρος, Λέσβος δὲ τάξιν ἑβδόμην λαχοῦς’ ἔχει.</w:t>
      </w:r>
    </w:p>
    <w:p>
      <w:r>
        <w:rPr>
          <w:rFonts w:ascii="Courier New" w:hAnsi="Courier New"/>
          <w:color w:val="555555"/>
          <w:sz w:val="20"/>
        </w:rPr>
        <w:t>[269]</w:t>
      </w:r>
    </w:p>
    <w:p>
      <w:r>
        <w:rPr>
          <w:rFonts w:ascii="Gentium Plus" w:hAnsi="Gentium Plus"/>
          <w:sz w:val="24"/>
        </w:rPr>
        <w:t>ἐπὰν ἰδιώτην ἄνδρα μονοσιτοῦντ’ ἴδῃς, ἢ μὴ ποθοῦντ’ ᾠδὰς ποιητὴν καὶ μέλη, τὸν μὲν ἰδιώτην τοῦ βίου τὸν ἥμισυν ἀπολωλεκέναι νόμιζε, τὸν δὲ τῆς τέχνης</w:t>
      </w:r>
    </w:p>
    <w:p>
      <w:r>
        <w:rPr>
          <w:rFonts w:ascii="Courier New" w:hAnsi="Courier New"/>
          <w:color w:val="555555"/>
          <w:sz w:val="20"/>
        </w:rPr>
        <w:t>[5]</w:t>
      </w:r>
    </w:p>
    <w:p>
      <w:r>
        <w:rPr>
          <w:rFonts w:ascii="Gentium Plus" w:hAnsi="Gentium Plus"/>
          <w:sz w:val="24"/>
        </w:rPr>
        <w:t>τὴν ἡμίσειαν, ζῶσι δ’ ἀμφότεροι μόλις.</w:t>
      </w:r>
    </w:p>
    <w:p>
      <w:r>
        <w:rPr>
          <w:rFonts w:ascii="Courier New" w:hAnsi="Courier New"/>
          <w:color w:val="555555"/>
          <w:sz w:val="20"/>
        </w:rPr>
        <w:t>[270]</w:t>
      </w:r>
    </w:p>
    <w:p>
      <w:r>
        <w:rPr>
          <w:rFonts w:ascii="Gentium Plus" w:hAnsi="Gentium Plus"/>
          <w:sz w:val="24"/>
        </w:rPr>
        <w:t>τὴν ὄψιν εἴπω τοῦ ποτηρίου γέ σοι πρώτιστον; ἦν γὰρ στρογγύλον, μικρὸν πάνυ, παλαιόν, ὦτα συντεθλασμένον σφόδρα, ἔχον κύκλῳ τὰ γράμματ’. Β. ἆρά γ’ ἕνδεκα;</w:t>
      </w:r>
    </w:p>
    <w:p>
      <w:r>
        <w:rPr>
          <w:rFonts w:ascii="Courier New" w:hAnsi="Courier New"/>
          <w:color w:val="555555"/>
          <w:sz w:val="20"/>
        </w:rPr>
        <w:t>[5]</w:t>
      </w:r>
    </w:p>
    <w:p>
      <w:r>
        <w:rPr>
          <w:rFonts w:ascii="Gentium Plus" w:hAnsi="Gentium Plus"/>
          <w:sz w:val="24"/>
        </w:rPr>
        <w:t>χρυσᾶ; Διὸς σωτῆρος; Α. οὐκ ἄλλου μὲν οὖν.</w:t>
      </w:r>
    </w:p>
    <w:p>
      <w:r>
        <w:rPr>
          <w:rFonts w:ascii="Courier New" w:hAnsi="Courier New"/>
          <w:color w:val="555555"/>
          <w:sz w:val="20"/>
        </w:rPr>
        <w:t>[271]</w:t>
      </w:r>
    </w:p>
    <w:p>
      <w:r>
        <w:rPr>
          <w:rFonts w:ascii="Gentium Plus" w:hAnsi="Gentium Plus"/>
          <w:sz w:val="24"/>
        </w:rPr>
        <w:t>τὰς ἡδονὰς δεῖ συλλέγειν τὸν σώφρονα. τρεῖς δ’ εἰσὶν αἵδε τὴν δύναμιν κεκτημέναι τὴν ὡς ἀληθῶς συντελοῦσαν τῷ βίῳ, τὸ πιεῖν, τὸ φαγεῖν, τὸ τῆς Ἀφροδίτης τυγχάνειν.</w:t>
      </w:r>
    </w:p>
    <w:p>
      <w:r>
        <w:rPr>
          <w:rFonts w:ascii="Courier New" w:hAnsi="Courier New"/>
          <w:color w:val="555555"/>
          <w:sz w:val="20"/>
        </w:rPr>
        <w:t>[5]</w:t>
      </w:r>
    </w:p>
    <w:p>
      <w:r>
        <w:rPr>
          <w:rFonts w:ascii="Gentium Plus" w:hAnsi="Gentium Plus"/>
          <w:sz w:val="24"/>
        </w:rPr>
        <w:t>τὰ δ’ ἄλλα προσθήκας ἅπαντα χρὴ καλεῖν.</w:t>
      </w:r>
    </w:p>
    <w:p>
      <w:r>
        <w:rPr>
          <w:rFonts w:ascii="Courier New" w:hAnsi="Courier New"/>
          <w:color w:val="555555"/>
          <w:sz w:val="20"/>
        </w:rPr>
        <w:t>[272]</w:t>
      </w:r>
    </w:p>
    <w:p>
      <w:r>
        <w:rPr>
          <w:rFonts w:ascii="Gentium Plus" w:hAnsi="Gentium Plus"/>
          <w:sz w:val="24"/>
        </w:rPr>
        <w:t>καὶ μὴν ἐνύπνιον οἴομαί γ’ ἑορακέναι νικητικόν. Β. λέγ’ αὐτό. Α. τὸν νοῦν πρόσεχε δή. ἐν τῷ σταδίῳ τῶν ἀνταγωνιστῶν μέ τις ἐδόκει στεφανοῦν γυμνὸς προσελθὼν . . .</w:t>
      </w:r>
    </w:p>
    <w:p>
      <w:r>
        <w:rPr>
          <w:rFonts w:ascii="Courier New" w:hAnsi="Courier New"/>
          <w:color w:val="555555"/>
          <w:sz w:val="20"/>
        </w:rPr>
        <w:t>[5]</w:t>
      </w:r>
    </w:p>
    <w:p>
      <w:r>
        <w:rPr>
          <w:rFonts w:ascii="Gentium Plus" w:hAnsi="Gentium Plus"/>
          <w:sz w:val="24"/>
        </w:rPr>
        <w:t>στεφάνῳ κυλιστῷ κοκκυμήλων. Β. Ἡράκλεις.</w:t>
      </w:r>
    </w:p>
    <w:p>
      <w:r>
        <w:rPr>
          <w:rFonts w:ascii="Courier New" w:hAnsi="Courier New"/>
          <w:color w:val="555555"/>
          <w:sz w:val="20"/>
        </w:rPr>
        <w:t>[273]</w:t>
      </w:r>
    </w:p>
    <w:p>
      <w:r>
        <w:rPr>
          <w:rFonts w:ascii="Gentium Plus" w:hAnsi="Gentium Plus"/>
          <w:sz w:val="24"/>
        </w:rPr>
        <w:t>ἑόρακας ἤδη πώποτ’ ἐσκευασμένον ἤνυστρον ἢ σπλῆν’ ὀπτὸν ὠνθυλευμένον, ἢ κοκκυμήλων σπυρίδα πεπόνων; (νὴ Δία,) τοιοῦτ’ ἔχει τὸ μέτωπον.</w:t>
      </w:r>
    </w:p>
    <w:p>
      <w:r>
        <w:rPr>
          <w:rFonts w:ascii="Courier New" w:hAnsi="Courier New"/>
          <w:color w:val="555555"/>
          <w:sz w:val="20"/>
        </w:rPr>
        <w:t>[274-275-276]</w:t>
      </w:r>
    </w:p>
    <w:p>
      <w:r>
        <w:rPr>
          <w:rFonts w:ascii="Gentium Plus" w:hAnsi="Gentium Plus"/>
          <w:sz w:val="24"/>
        </w:rPr>
        <w:t>Λεσβίου δὲ πώματος οὐκ ἔστιν ἄλλος οἶνος ἡδίων πιεῖν.</w:t>
      </w:r>
    </w:p>
    <w:p>
      <w:r>
        <w:rPr>
          <w:rFonts w:ascii="Courier New" w:hAnsi="Courier New"/>
          <w:color w:val="555555"/>
          <w:sz w:val="20"/>
        </w:rPr>
        <w:t>[2]</w:t>
      </w:r>
    </w:p>
    <w:p>
      <w:r>
        <w:rPr>
          <w:rFonts w:ascii="Gentium Plus" w:hAnsi="Gentium Plus"/>
          <w:sz w:val="24"/>
        </w:rPr>
        <w:t>. . . . . . . . . . . . Θασίοις οἰναρίοις καὶ Λεσβίοις τῆς ἡμέρας τὸ λοιπὸν ὑποβρέχει μέρος</w:t>
      </w:r>
    </w:p>
    <w:p>
      <w:r>
        <w:rPr>
          <w:rFonts w:ascii="Courier New" w:hAnsi="Courier New"/>
          <w:color w:val="555555"/>
          <w:sz w:val="20"/>
        </w:rPr>
        <w:t>[5]</w:t>
      </w:r>
    </w:p>
    <w:p>
      <w:r>
        <w:rPr>
          <w:rFonts w:ascii="Gentium Plus" w:hAnsi="Gentium Plus"/>
          <w:sz w:val="24"/>
        </w:rPr>
        <w:t>καὶ νωγαλίζει.</w:t>
      </w:r>
    </w:p>
    <w:p>
      <w:r>
        <w:rPr>
          <w:rFonts w:ascii="Courier New" w:hAnsi="Courier New"/>
          <w:color w:val="555555"/>
          <w:sz w:val="20"/>
        </w:rPr>
        <w:t>[5]</w:t>
      </w:r>
    </w:p>
    <w:p>
      <w:r>
        <w:rPr>
          <w:rFonts w:ascii="Gentium Plus" w:hAnsi="Gentium Plus"/>
          <w:sz w:val="24"/>
        </w:rPr>
        <w:t>. . . . . . . . . . . . ἡδύς γ’ ὁ Βρομίου τὴν ἀτέλειαν Λεσβίου ποιῶν τὸν οἶνον εἰσάγουσιν ἐνθάδε, ὃς ἂν εἰς ἑτέραν ληφθῇ δ’ ἀποστέλλων πόλιν</w:t>
      </w:r>
    </w:p>
    <w:p>
      <w:r>
        <w:rPr>
          <w:rFonts w:ascii="Courier New" w:hAnsi="Courier New"/>
          <w:color w:val="555555"/>
          <w:sz w:val="20"/>
        </w:rPr>
        <w:t>[277]</w:t>
      </w:r>
    </w:p>
    <w:p>
      <w:r>
        <w:rPr>
          <w:rFonts w:ascii="Gentium Plus" w:hAnsi="Gentium Plus"/>
          <w:sz w:val="24"/>
        </w:rPr>
        <w:t>ὡς ἔστι κατακεῖσθαι πρὸ δείπνου συμφορά· οὔτε γὰρ ὕπνος δήπουθεν οὐδέν’ ἂν λάβοι, οὔθ’ ἃν λέγῃ τις οὐδαμῶς μάθοιμεν ἄν· ὁ νοῦς γάρ ἐστι τῆς τραπέζης πλησίον.</w:t>
      </w:r>
    </w:p>
    <w:p>
      <w:r>
        <w:rPr>
          <w:rFonts w:ascii="Courier New" w:hAnsi="Courier New"/>
          <w:color w:val="555555"/>
          <w:sz w:val="20"/>
        </w:rPr>
        <w:t>[278]</w:t>
      </w:r>
    </w:p>
    <w:p>
      <w:r>
        <w:rPr>
          <w:rFonts w:ascii="Gentium Plus" w:hAnsi="Gentium Plus"/>
          <w:sz w:val="24"/>
        </w:rPr>
        <w:t>οὐδέν γ’ ἔοικ’ ἄνθρωπος οἴνῳ τὴν φύσιν· ὁ μὲν ἀπογηράσκων ἀηδὴς γίνεται, οἶνον δὲ τὸν παλαιότατον σπουδάζομεν· Β. ὁ μὲν δάκνει γάρ, ὁ δ’ ἱλαροὺς ἡμᾶς ποιεῖ.</w:t>
      </w:r>
    </w:p>
    <w:p>
      <w:r>
        <w:rPr>
          <w:rFonts w:ascii="Courier New" w:hAnsi="Courier New"/>
          <w:color w:val="555555"/>
          <w:sz w:val="20"/>
        </w:rPr>
        <w:t>[279]</w:t>
      </w:r>
    </w:p>
    <w:p>
      <w:r>
        <w:rPr>
          <w:rFonts w:ascii="Gentium Plus" w:hAnsi="Gentium Plus"/>
          <w:sz w:val="24"/>
        </w:rPr>
        <w:t>πίννας, κάραβον, βολβούς, κοχλίας, κήρυκας, ᾤ’, ἀκροκώλια, τοσαῦτα· τούτων ἂν τίς εὕροι φάρμακα</w:t>
      </w:r>
    </w:p>
    <w:p>
      <w:r>
        <w:rPr>
          <w:rFonts w:ascii="Courier New" w:hAnsi="Courier New"/>
          <w:color w:val="555555"/>
          <w:sz w:val="20"/>
        </w:rPr>
        <w:t>[280]</w:t>
      </w:r>
    </w:p>
    <w:p>
      <w:r>
        <w:rPr>
          <w:rFonts w:ascii="Gentium Plus" w:hAnsi="Gentium Plus"/>
          <w:sz w:val="24"/>
        </w:rPr>
        <w:t>ὦ παῖ, μέγιστος ἔρανός ἐστί μοι τὸ σὲ θρέψαι κατὰ τρόπον· ὃν γὰρ αὐτὸς ἀπέλαβον παρὰ τοῦ πατρός, δεῖ τοῦτον ἀποδοῦναί με σοί.</w:t>
      </w:r>
    </w:p>
    <w:p>
      <w:r>
        <w:rPr>
          <w:rFonts w:ascii="Courier New" w:hAnsi="Courier New"/>
          <w:color w:val="555555"/>
          <w:sz w:val="20"/>
        </w:rPr>
        <w:t>[281]</w:t>
      </w:r>
    </w:p>
    <w:p>
      <w:r>
        <w:rPr>
          <w:rFonts w:ascii="Gentium Plus" w:hAnsi="Gentium Plus"/>
          <w:sz w:val="24"/>
        </w:rPr>
        <w:t>τῶν γὰρ ἀγαθῶν τὸν πλοῦτον ὕστατον τίθει· ἀβεβαιότατον γάρ ἐστιν ὧν κεκτήμεθα. τὰ δ’ ἄλλ’ ἐπιεικῶς τοῖς ἔχουσι παραμένει.</w:t>
      </w:r>
    </w:p>
    <w:p>
      <w:r>
        <w:rPr>
          <w:rFonts w:ascii="Courier New" w:hAnsi="Courier New"/>
          <w:color w:val="555555"/>
          <w:sz w:val="20"/>
        </w:rPr>
        <w:t>[282]</w:t>
      </w:r>
    </w:p>
    <w:p>
      <w:r>
        <w:rPr>
          <w:rFonts w:ascii="Gentium Plus" w:hAnsi="Gentium Plus"/>
          <w:sz w:val="24"/>
        </w:rPr>
        <w:t>ἄτοπόν γε τὸν μὲν οἶνον εὐδοκιμεῖν σφόδρα παρὰ ταῖς ἑταίραις τὸν παλαιόν, ἄνδρα δὲ μὴ τὸν παλαιόν, ἀλλὰ τὸν νεώτερον.</w:t>
      </w:r>
    </w:p>
    <w:p>
      <w:r>
        <w:rPr>
          <w:rFonts w:ascii="Courier New" w:hAnsi="Courier New"/>
          <w:color w:val="555555"/>
          <w:sz w:val="20"/>
        </w:rPr>
        <w:t>[283-284]</w:t>
      </w:r>
    </w:p>
    <w:p>
      <w:r>
        <w:rPr>
          <w:rFonts w:ascii="Gentium Plus" w:hAnsi="Gentium Plus"/>
          <w:sz w:val="24"/>
        </w:rPr>
        <w:t>οὐδεὶς φιλοπότης ἐστὶν ἄνθρωπος κακός· ὁ γὰρ διμάτωρ Βρόμιος οὐ χαίρει συνὼν ἀνδράσι πονηροῖς οὐδ’ ἀπαιδεύτῳ βίῳ.</w:t>
      </w:r>
    </w:p>
    <w:p>
      <w:r>
        <w:rPr>
          <w:rFonts w:ascii="Courier New" w:hAnsi="Courier New"/>
          <w:color w:val="555555"/>
          <w:sz w:val="20"/>
        </w:rPr>
        <w:t>[285]</w:t>
      </w:r>
    </w:p>
    <w:p>
      <w:r>
        <w:rPr>
          <w:rFonts w:ascii="Gentium Plus" w:hAnsi="Gentium Plus"/>
          <w:sz w:val="24"/>
        </w:rPr>
        <w:t>κοτύλας τέτταρας ἀναγκάσας μεστὰς ἔμ’ αὐτίτου σπάσαι</w:t>
      </w:r>
    </w:p>
    <w:p>
      <w:r>
        <w:rPr>
          <w:rFonts w:ascii="Courier New" w:hAnsi="Courier New"/>
          <w:color w:val="555555"/>
          <w:sz w:val="20"/>
        </w:rPr>
        <w:t>[286]</w:t>
      </w:r>
    </w:p>
    <w:p>
      <w:r>
        <w:rPr>
          <w:rFonts w:ascii="Gentium Plus" w:hAnsi="Gentium Plus"/>
          <w:sz w:val="24"/>
        </w:rPr>
        <w:t>ἐχθὲς ὑπέπινες, εἶτα νυνὶ κραιπαλᾷς. κατανύστασον· παύσει γάρ. εἶτά σοι δότω ῥάφανόν τις ἑφθήν.</w:t>
      </w:r>
    </w:p>
    <w:p>
      <w:r>
        <w:rPr>
          <w:rFonts w:ascii="Courier New" w:hAnsi="Courier New"/>
          <w:color w:val="555555"/>
          <w:sz w:val="20"/>
        </w:rPr>
        <w:t>[287]</w:t>
      </w:r>
    </w:p>
    <w:p>
      <w:r>
        <w:rPr>
          <w:rFonts w:ascii="Gentium Plus" w:hAnsi="Gentium Plus"/>
          <w:sz w:val="24"/>
        </w:rPr>
        <w:t>οὐκ ἔσθ’ ὅπως ἔχουσιν αἱ τύχαι φρένας· οὐδεὶς γὰρ ἂν τοιοῦτος ἠτύχει ποτέ.</w:t>
      </w:r>
    </w:p>
    <w:p>
      <w:r>
        <w:rPr>
          <w:rFonts w:ascii="Courier New" w:hAnsi="Courier New"/>
          <w:color w:val="555555"/>
          <w:sz w:val="20"/>
        </w:rPr>
        <w:t>[288]</w:t>
      </w:r>
    </w:p>
    <w:p>
      <w:r>
        <w:rPr>
          <w:rFonts w:ascii="Gentium Plus" w:hAnsi="Gentium Plus"/>
          <w:sz w:val="24"/>
        </w:rPr>
        <w:t>κἂν εὐτυχῇ τις, ὡς ἔοικε, προσδοκᾶν ἀεί τι δεῖ, καὶ μή τι πιστεύειν τύχῃ.</w:t>
      </w:r>
    </w:p>
    <w:p>
      <w:r>
        <w:rPr>
          <w:rFonts w:ascii="Courier New" w:hAnsi="Courier New"/>
          <w:color w:val="555555"/>
          <w:sz w:val="20"/>
        </w:rPr>
        <w:t>[289]</w:t>
      </w:r>
    </w:p>
    <w:p>
      <w:r>
        <w:rPr>
          <w:rFonts w:ascii="Gentium Plus" w:hAnsi="Gentium Plus"/>
          <w:sz w:val="24"/>
        </w:rPr>
        <w:t>οὐκ ἔστι παιδαγωγὸς ἀνθρώποις ἄρα ἔρωτος οὐδεὶς ἄλλος ἐπιμελέστερος.</w:t>
      </w:r>
    </w:p>
    <w:p>
      <w:r>
        <w:rPr>
          <w:rFonts w:ascii="Courier New" w:hAnsi="Courier New"/>
          <w:color w:val="555555"/>
          <w:sz w:val="20"/>
        </w:rPr>
        <w:t>[290]</w:t>
      </w:r>
    </w:p>
    <w:p>
      <w:r>
        <w:rPr>
          <w:rFonts w:ascii="Gentium Plus" w:hAnsi="Gentium Plus"/>
          <w:sz w:val="24"/>
        </w:rPr>
        <w:t>οἶνος ξενικὸς παρῆν· ὁ γὰρ Κορίνθιος</w:t>
      </w:r>
    </w:p>
    <w:p>
      <w:r>
        <w:rPr>
          <w:rFonts w:ascii="Courier New" w:hAnsi="Courier New"/>
          <w:color w:val="555555"/>
          <w:sz w:val="20"/>
        </w:rPr>
        <w:t>[291]</w:t>
      </w:r>
    </w:p>
    <w:p>
      <w:r>
        <w:rPr>
          <w:rFonts w:ascii="Gentium Plus" w:hAnsi="Gentium Plus"/>
          <w:sz w:val="24"/>
        </w:rPr>
        <w:t>φιλοτησίαν σοι τήνδ’ ἐγὼ ἰδίᾳ τε καὶ κοινῇ κύλικα προπίομαι.</w:t>
      </w:r>
    </w:p>
    <w:p>
      <w:r>
        <w:rPr>
          <w:rFonts w:ascii="Courier New" w:hAnsi="Courier New"/>
          <w:color w:val="555555"/>
          <w:sz w:val="20"/>
        </w:rPr>
        <w:t>[292]</w:t>
      </w:r>
    </w:p>
    <w:p>
      <w:r>
        <w:rPr>
          <w:rFonts w:ascii="Gentium Plus" w:hAnsi="Gentium Plus"/>
          <w:sz w:val="24"/>
        </w:rPr>
        <w:t>τῶν μετρίων αἱ μείζονες λῦπαι ποιοῦσι τοῦ φρονεῖν μετάστασιν.</w:t>
      </w:r>
    </w:p>
    <w:p>
      <w:r>
        <w:rPr>
          <w:rFonts w:ascii="Courier New" w:hAnsi="Courier New"/>
          <w:color w:val="555555"/>
          <w:sz w:val="20"/>
        </w:rPr>
        <w:t>[293]</w:t>
      </w:r>
    </w:p>
    <w:p>
      <w:r>
        <w:rPr>
          <w:rFonts w:ascii="Gentium Plus" w:hAnsi="Gentium Plus"/>
          <w:sz w:val="24"/>
        </w:rPr>
        <w:t>μετὰ ταῦτ’ ἀναπεσεῖν ἐκέλευον αὐτὴν παρ’ ἐμέ.</w:t>
      </w:r>
    </w:p>
    <w:p>
      <w:r>
        <w:rPr>
          <w:rFonts w:ascii="Courier New" w:hAnsi="Courier New"/>
          <w:color w:val="555555"/>
          <w:sz w:val="20"/>
        </w:rPr>
        <w:t>[294]</w:t>
      </w:r>
    </w:p>
    <w:p>
      <w:r>
        <w:rPr>
          <w:rFonts w:ascii="Gentium Plus" w:hAnsi="Gentium Plus"/>
          <w:sz w:val="24"/>
        </w:rPr>
        <w:t>ἀφ’ ὧν γένοιτ’ ἂν συντόμως ἀριστόδειπνον.</w:t>
      </w:r>
    </w:p>
    <w:p>
      <w:r>
        <w:rPr>
          <w:rFonts w:ascii="Courier New" w:hAnsi="Courier New"/>
          <w:color w:val="555555"/>
          <w:sz w:val="20"/>
        </w:rPr>
        <w:t>[295]</w:t>
      </w:r>
    </w:p>
    <w:p>
      <w:r>
        <w:rPr>
          <w:rFonts w:ascii="Gentium Plus" w:hAnsi="Gentium Plus"/>
          <w:sz w:val="24"/>
        </w:rPr>
        <w:t>φεῦγ’ ἡδονὴν φέρουσαν ὕστερον βλάβην.</w:t>
      </w:r>
    </w:p>
    <w:p>
      <w:r>
        <w:rPr>
          <w:rFonts w:ascii="Courier New" w:hAnsi="Courier New"/>
          <w:color w:val="555555"/>
          <w:sz w:val="20"/>
        </w:rPr>
        <w:t>[296]</w:t>
      </w:r>
    </w:p>
    <w:p>
      <w:r>
        <w:rPr>
          <w:rFonts w:ascii="Gentium Plus" w:hAnsi="Gentium Plus"/>
          <w:sz w:val="24"/>
        </w:rPr>
        <w:t>λύπη μανίας κοινωνίαν ἔχει τινά.</w:t>
      </w:r>
    </w:p>
    <w:p>
      <w:r>
        <w:rPr>
          <w:rFonts w:ascii="Courier New" w:hAnsi="Courier New"/>
          <w:color w:val="555555"/>
          <w:sz w:val="20"/>
        </w:rPr>
        <w:t>[297]</w:t>
      </w:r>
    </w:p>
    <w:p>
      <w:r>
        <w:rPr>
          <w:rFonts w:ascii="Gentium Plus" w:hAnsi="Gentium Plus"/>
          <w:sz w:val="24"/>
        </w:rPr>
        <w:t>ὦ δέσποθ’, ὑγίαιν’. ὡς χρόνιος ἐλήλυθας.</w:t>
      </w:r>
    </w:p>
    <w:p>
      <w:r>
        <w:rPr>
          <w:rFonts w:ascii="Courier New" w:hAnsi="Courier New"/>
          <w:color w:val="555555"/>
          <w:sz w:val="20"/>
        </w:rPr>
        <w:t>[298]</w:t>
      </w:r>
    </w:p>
    <w:p>
      <w:r>
        <w:rPr>
          <w:rFonts w:ascii="Gentium Plus" w:hAnsi="Gentium Plus"/>
          <w:sz w:val="24"/>
        </w:rPr>
        <w:t>τὸ παναρμόνιον τὸ καινὸν ἔντεινον τεχνῶν.</w:t>
      </w:r>
    </w:p>
    <w:p>
      <w:r>
        <w:rPr>
          <w:rFonts w:ascii="Courier New" w:hAnsi="Courier New"/>
          <w:color w:val="555555"/>
          <w:sz w:val="20"/>
        </w:rPr>
        <w:t>[299]</w:t>
      </w:r>
    </w:p>
    <w:p>
      <w:r>
        <w:rPr>
          <w:rFonts w:ascii="Gentium Plus" w:hAnsi="Gentium Plus"/>
          <w:sz w:val="24"/>
        </w:rPr>
        <w:t>πολὺν πιὼν Εὐβοϊκὸν οἶνον</w:t>
      </w:r>
    </w:p>
    <w:p>
      <w:r>
        <w:rPr>
          <w:rFonts w:ascii="Courier New" w:hAnsi="Courier New"/>
          <w:color w:val="555555"/>
          <w:sz w:val="20"/>
        </w:rPr>
        <w:t>[301]</w:t>
      </w:r>
    </w:p>
    <w:p>
      <w:r>
        <w:rPr>
          <w:rFonts w:ascii="Gentium Plus" w:hAnsi="Gentium Plus"/>
          <w:sz w:val="24"/>
        </w:rPr>
        <w:t>οὐ μεθύω τὴν φρόνησιν, ἀλλὰ τὸ τοιοῦτον μόνον, τὸ διορίζεσθαι βεβαίως τῷ στόματι τὰ γράμματα.</w:t>
      </w:r>
    </w:p>
    <w:p>
      <w:r>
        <w:rPr>
          <w:rFonts w:ascii="Courier New" w:hAnsi="Courier New"/>
          <w:color w:val="555555"/>
          <w:sz w:val="20"/>
        </w:rPr>
        <w:t>[302]</w:t>
      </w:r>
    </w:p>
    <w:p>
      <w:r>
        <w:rPr>
          <w:rFonts w:ascii="Gentium Plus" w:hAnsi="Gentium Plus"/>
          <w:sz w:val="24"/>
        </w:rPr>
        <w:t>οὐκ ἔστ’ ἀναισχυντότερον οὐδὲν θηρίον</w:t>
      </w:r>
    </w:p>
    <w:p>
      <w:r>
        <w:rPr>
          <w:rFonts w:ascii="Courier New" w:hAnsi="Courier New"/>
          <w:color w:val="555555"/>
          <w:sz w:val="20"/>
        </w:rPr>
        <w:t>[305]</w:t>
      </w:r>
    </w:p>
    <w:p>
      <w:r>
        <w:rPr>
          <w:rFonts w:ascii="Gentium Plus" w:hAnsi="Gentium Plus"/>
          <w:sz w:val="24"/>
        </w:rPr>
        <w:t>ἀληθέστερα τῶν ἐπὶ Σάγρᾳ</w:t>
      </w:r>
    </w:p>
    <w:p>
      <w:r>
        <w:rPr>
          <w:rFonts w:ascii="Courier New" w:hAnsi="Courier New"/>
          <w:color w:val="555555"/>
          <w:sz w:val="20"/>
        </w:rPr>
        <w:t>[306]</w:t>
      </w:r>
    </w:p>
    <w:p>
      <w:r>
        <w:rPr>
          <w:rFonts w:ascii="Gentium Plus" w:hAnsi="Gentium Plus"/>
          <w:sz w:val="24"/>
        </w:rPr>
        <w:t>διηπειλεῖτό σοι</w:t>
      </w:r>
    </w:p>
    <w:p>
      <w:r>
        <w:rPr>
          <w:rFonts w:ascii="Courier New" w:hAnsi="Courier New"/>
          <w:color w:val="555555"/>
          <w:sz w:val="20"/>
        </w:rPr>
        <w:t>[307]</w:t>
      </w:r>
    </w:p>
    <w:p>
      <w:r>
        <w:rPr>
          <w:rFonts w:ascii="Gentium Plus" w:hAnsi="Gentium Plus"/>
          <w:sz w:val="24"/>
        </w:rPr>
        <w:t>καύσιμα ξύλα</w:t>
      </w:r>
    </w:p>
    <w:p>
      <w:r>
        <w:rPr>
          <w:rFonts w:ascii="Courier New" w:hAnsi="Courier New"/>
          <w:color w:val="555555"/>
          <w:sz w:val="20"/>
        </w:rPr>
        <w:t>[308]</w:t>
      </w:r>
    </w:p>
    <w:p>
      <w:r>
        <w:rPr>
          <w:rFonts w:ascii="Gentium Plus" w:hAnsi="Gentium Plus"/>
          <w:sz w:val="24"/>
        </w:rPr>
        <w:t>νάρδον Βαβυλωνιακήν</w:t>
      </w:r>
    </w:p>
    <w:p>
      <w:r>
        <w:rPr>
          <w:rFonts w:ascii="Courier New" w:hAnsi="Courier New"/>
          <w:color w:val="555555"/>
          <w:sz w:val="20"/>
        </w:rPr>
        <w:t>[309]</w:t>
      </w:r>
    </w:p>
    <w:p>
      <w:r>
        <w:rPr>
          <w:rFonts w:ascii="Gentium Plus" w:hAnsi="Gentium Plus"/>
          <w:sz w:val="24"/>
        </w:rPr>
        <w:t>τίνι σπεύδεις</w:t>
      </w:r>
    </w:p>
    <w:p>
      <w:r>
        <w:rPr>
          <w:rFonts w:ascii="Courier New" w:hAnsi="Courier New"/>
          <w:color w:val="555555"/>
          <w:sz w:val="20"/>
        </w:rPr>
        <w:t>[310]</w:t>
      </w:r>
    </w:p>
    <w:p>
      <w:r>
        <w:rPr>
          <w:rFonts w:ascii="Gentium Plus" w:hAnsi="Gentium Plus"/>
          <w:sz w:val="24"/>
        </w:rPr>
        <w:t>φορμὶς ἰσχάδων</w:t>
      </w:r>
    </w:p>
    <w:p>
      <w:r>
        <w:rPr>
          <w:rFonts w:ascii="Courier New" w:hAnsi="Courier New"/>
          <w:color w:val="555555"/>
          <w:sz w:val="20"/>
        </w:rPr>
        <w:t>[311]</w:t>
      </w:r>
    </w:p>
    <w:p>
      <w:r>
        <w:rPr>
          <w:rFonts w:ascii="Gentium Plus" w:hAnsi="Gentium Plus"/>
          <w:sz w:val="24"/>
        </w:rPr>
        <w:t>(τὴν) βαρυφωνίαν</w:t>
      </w:r>
    </w:p>
    <w:p>
      <w:r>
        <w:rPr>
          <w:rFonts w:ascii="Courier New" w:hAnsi="Courier New"/>
          <w:color w:val="555555"/>
          <w:sz w:val="20"/>
        </w:rPr>
        <w:t>[312]</w:t>
      </w:r>
    </w:p>
    <w:p>
      <w:r>
        <w:rPr>
          <w:rFonts w:ascii="Gentium Plus" w:hAnsi="Gentium Plus"/>
          <w:sz w:val="24"/>
        </w:rPr>
        <w:t>γηροβοσκεῖα</w:t>
      </w:r>
    </w:p>
    <w:p>
      <w:r>
        <w:rPr>
          <w:rFonts w:ascii="Courier New" w:hAnsi="Courier New"/>
          <w:color w:val="555555"/>
          <w:sz w:val="20"/>
        </w:rPr>
        <w:t>[313]</w:t>
      </w:r>
    </w:p>
    <w:p>
      <w:r>
        <w:rPr>
          <w:rFonts w:ascii="Gentium Plus" w:hAnsi="Gentium Plus"/>
          <w:sz w:val="24"/>
        </w:rPr>
        <w:t>δακρυρροοῦντα</w:t>
      </w:r>
    </w:p>
    <w:p>
      <w:r>
        <w:rPr>
          <w:rFonts w:ascii="Courier New" w:hAnsi="Courier New"/>
          <w:color w:val="555555"/>
          <w:sz w:val="20"/>
        </w:rPr>
        <w:t>[314]</w:t>
      </w:r>
    </w:p>
    <w:p>
      <w:r>
        <w:rPr>
          <w:rFonts w:ascii="Gentium Plus" w:hAnsi="Gentium Plus"/>
          <w:sz w:val="24"/>
        </w:rPr>
        <w:t>διαπεπαρθενευκότα</w:t>
      </w:r>
    </w:p>
    <w:p>
      <w:r>
        <w:rPr>
          <w:rFonts w:ascii="Courier New" w:hAnsi="Courier New"/>
          <w:color w:val="555555"/>
          <w:sz w:val="20"/>
        </w:rPr>
        <w:t>[315]</w:t>
      </w:r>
    </w:p>
    <w:p>
      <w:r>
        <w:rPr>
          <w:rFonts w:ascii="Gentium Plus" w:hAnsi="Gentium Plus"/>
          <w:sz w:val="24"/>
        </w:rPr>
        <w:t>ἐπιλήσμη</w:t>
      </w:r>
    </w:p>
    <w:p>
      <w:r>
        <w:rPr>
          <w:rFonts w:ascii="Courier New" w:hAnsi="Courier New"/>
          <w:color w:val="555555"/>
          <w:sz w:val="20"/>
        </w:rPr>
        <w:t>[316]</w:t>
      </w:r>
    </w:p>
    <w:p>
      <w:r>
        <w:rPr>
          <w:rFonts w:ascii="Gentium Plus" w:hAnsi="Gentium Plus"/>
          <w:sz w:val="24"/>
        </w:rPr>
        <w:t>εὐοψωνίαν</w:t>
      </w:r>
    </w:p>
    <w:p>
      <w:r>
        <w:rPr>
          <w:rFonts w:ascii="Courier New" w:hAnsi="Courier New"/>
          <w:color w:val="555555"/>
          <w:sz w:val="20"/>
        </w:rPr>
        <w:t>[317]</w:t>
      </w:r>
    </w:p>
    <w:p>
      <w:r>
        <w:rPr>
          <w:rFonts w:ascii="Gentium Plus" w:hAnsi="Gentium Plus"/>
          <w:sz w:val="24"/>
        </w:rPr>
        <w:t>εὐφύεια</w:t>
      </w:r>
    </w:p>
    <w:p>
      <w:r>
        <w:rPr>
          <w:rFonts w:ascii="Courier New" w:hAnsi="Courier New"/>
          <w:color w:val="555555"/>
          <w:sz w:val="20"/>
        </w:rPr>
        <w:t>[318]</w:t>
      </w:r>
    </w:p>
    <w:p>
      <w:r>
        <w:rPr>
          <w:rFonts w:ascii="Gentium Plus" w:hAnsi="Gentium Plus"/>
          <w:sz w:val="24"/>
        </w:rPr>
        <w:t>ἰάτριαν</w:t>
      </w:r>
    </w:p>
    <w:p>
      <w:r>
        <w:rPr>
          <w:rFonts w:ascii="Courier New" w:hAnsi="Courier New"/>
          <w:color w:val="555555"/>
          <w:sz w:val="20"/>
        </w:rPr>
        <w:t>[319]</w:t>
      </w:r>
    </w:p>
    <w:p>
      <w:r>
        <w:rPr>
          <w:rFonts w:ascii="Gentium Plus" w:hAnsi="Gentium Plus"/>
          <w:sz w:val="24"/>
        </w:rPr>
        <w:t>(τῷ) καμμύειν</w:t>
      </w:r>
    </w:p>
    <w:p>
      <w:r>
        <w:rPr>
          <w:rFonts w:ascii="Courier New" w:hAnsi="Courier New"/>
          <w:color w:val="555555"/>
          <w:sz w:val="20"/>
        </w:rPr>
        <w:t>[320]</w:t>
      </w:r>
    </w:p>
    <w:p>
      <w:r>
        <w:rPr>
          <w:rFonts w:ascii="Gentium Plus" w:hAnsi="Gentium Plus"/>
          <w:sz w:val="24"/>
        </w:rPr>
        <w:t>κεραμοπωλεῖν</w:t>
      </w:r>
    </w:p>
    <w:p>
      <w:r>
        <w:rPr>
          <w:rFonts w:ascii="Courier New" w:hAnsi="Courier New"/>
          <w:color w:val="555555"/>
          <w:sz w:val="20"/>
        </w:rPr>
        <w:t>[321]</w:t>
      </w:r>
    </w:p>
    <w:p>
      <w:r>
        <w:rPr>
          <w:rFonts w:ascii="Gentium Plus" w:hAnsi="Gentium Plus"/>
          <w:sz w:val="24"/>
        </w:rPr>
        <w:t>λευκόπυγον</w:t>
      </w:r>
    </w:p>
    <w:p>
      <w:r>
        <w:rPr>
          <w:rFonts w:ascii="Courier New" w:hAnsi="Courier New"/>
          <w:color w:val="555555"/>
          <w:sz w:val="20"/>
        </w:rPr>
        <w:t>[322]</w:t>
      </w:r>
    </w:p>
    <w:p>
      <w:r>
        <w:rPr>
          <w:rFonts w:ascii="Gentium Plus" w:hAnsi="Gentium Plus"/>
          <w:sz w:val="24"/>
        </w:rPr>
        <w:t>Νήστης</w:t>
      </w:r>
    </w:p>
    <w:p>
      <w:r>
        <w:rPr>
          <w:rFonts w:ascii="Courier New" w:hAnsi="Courier New"/>
          <w:color w:val="555555"/>
          <w:sz w:val="20"/>
        </w:rPr>
        <w:t>[323]</w:t>
      </w:r>
    </w:p>
    <w:p>
      <w:r>
        <w:rPr>
          <w:rFonts w:ascii="Gentium Plus" w:hAnsi="Gentium Plus"/>
          <w:sz w:val="24"/>
        </w:rPr>
        <w:t>ὀξυχειρία</w:t>
      </w:r>
    </w:p>
    <w:p>
      <w:r>
        <w:rPr>
          <w:rFonts w:ascii="Courier New" w:hAnsi="Courier New"/>
          <w:color w:val="555555"/>
          <w:sz w:val="20"/>
        </w:rPr>
        <w:t>[324]</w:t>
      </w:r>
    </w:p>
    <w:p>
      <w:r>
        <w:rPr>
          <w:rFonts w:ascii="Gentium Plus" w:hAnsi="Gentium Plus"/>
          <w:sz w:val="24"/>
        </w:rPr>
        <w:t>οὐλόκομος</w:t>
      </w:r>
    </w:p>
    <w:p>
      <w:r>
        <w:rPr>
          <w:rFonts w:ascii="Courier New" w:hAnsi="Courier New"/>
          <w:color w:val="555555"/>
          <w:sz w:val="20"/>
        </w:rPr>
        <w:t>[325]</w:t>
      </w:r>
    </w:p>
    <w:p>
      <w:r>
        <w:rPr>
          <w:rFonts w:ascii="Gentium Plus" w:hAnsi="Gentium Plus"/>
          <w:sz w:val="24"/>
        </w:rPr>
        <w:t>παλαιστρικός</w:t>
      </w:r>
    </w:p>
    <w:p>
      <w:r>
        <w:rPr>
          <w:rFonts w:ascii="Courier New" w:hAnsi="Courier New"/>
          <w:color w:val="555555"/>
          <w:sz w:val="20"/>
        </w:rPr>
        <w:t>[326]</w:t>
      </w:r>
    </w:p>
    <w:p>
      <w:r>
        <w:rPr>
          <w:rFonts w:ascii="Gentium Plus" w:hAnsi="Gentium Plus"/>
          <w:sz w:val="24"/>
        </w:rPr>
        <w:t>πατριώτης</w:t>
      </w:r>
    </w:p>
    <w:p>
      <w:r>
        <w:rPr>
          <w:rFonts w:ascii="Courier New" w:hAnsi="Courier New"/>
          <w:color w:val="555555"/>
          <w:sz w:val="20"/>
        </w:rPr>
        <w:t>[327]</w:t>
      </w:r>
    </w:p>
    <w:p>
      <w:r>
        <w:rPr>
          <w:rFonts w:ascii="Gentium Plus" w:hAnsi="Gentium Plus"/>
          <w:sz w:val="24"/>
        </w:rPr>
        <w:t>πίσον</w:t>
      </w:r>
    </w:p>
    <w:p>
      <w:r>
        <w:rPr>
          <w:rFonts w:ascii="Courier New" w:hAnsi="Courier New"/>
          <w:color w:val="555555"/>
          <w:sz w:val="20"/>
        </w:rPr>
        <w:t>[328]</w:t>
      </w:r>
    </w:p>
    <w:p>
      <w:r>
        <w:rPr>
          <w:rFonts w:ascii="Gentium Plus" w:hAnsi="Gentium Plus"/>
          <w:sz w:val="24"/>
        </w:rPr>
        <w:t>ποικιλεύς</w:t>
      </w:r>
    </w:p>
    <w:p>
      <w:r>
        <w:rPr>
          <w:rFonts w:ascii="Courier New" w:hAnsi="Courier New"/>
          <w:color w:val="555555"/>
          <w:sz w:val="20"/>
        </w:rPr>
        <w:t>[329]</w:t>
      </w:r>
    </w:p>
    <w:p>
      <w:r>
        <w:rPr>
          <w:rFonts w:ascii="Gentium Plus" w:hAnsi="Gentium Plus"/>
          <w:sz w:val="24"/>
        </w:rPr>
        <w:t>πτερνίδα</w:t>
      </w:r>
    </w:p>
    <w:p>
      <w:r>
        <w:rPr>
          <w:rFonts w:ascii="Courier New" w:hAnsi="Courier New"/>
          <w:color w:val="555555"/>
          <w:sz w:val="20"/>
        </w:rPr>
        <w:t>[331]</w:t>
      </w:r>
    </w:p>
    <w:p>
      <w:r>
        <w:rPr>
          <w:rFonts w:ascii="Gentium Plus" w:hAnsi="Gentium Plus"/>
          <w:sz w:val="24"/>
        </w:rPr>
        <w:t>Σκυθαίνας</w:t>
      </w:r>
    </w:p>
    <w:p>
      <w:r>
        <w:rPr>
          <w:rFonts w:ascii="Courier New" w:hAnsi="Courier New"/>
          <w:color w:val="555555"/>
          <w:sz w:val="20"/>
        </w:rPr>
        <w:t>[332]</w:t>
      </w:r>
    </w:p>
    <w:p>
      <w:r>
        <w:rPr>
          <w:rFonts w:ascii="Gentium Plus" w:hAnsi="Gentium Plus"/>
          <w:sz w:val="24"/>
        </w:rPr>
        <w:t>στόλον</w:t>
      </w:r>
    </w:p>
    <w:p>
      <w:r>
        <w:rPr>
          <w:rFonts w:ascii="Courier New" w:hAnsi="Courier New"/>
          <w:color w:val="555555"/>
          <w:sz w:val="20"/>
        </w:rPr>
        <w:t>[333]</w:t>
      </w:r>
    </w:p>
    <w:p>
      <w:r>
        <w:rPr>
          <w:rFonts w:ascii="Gentium Plus" w:hAnsi="Gentium Plus"/>
          <w:sz w:val="24"/>
        </w:rPr>
        <w:t>ὑπόμακρον</w:t>
      </w:r>
    </w:p>
    <w:p>
      <w:r>
        <w:rPr>
          <w:rFonts w:ascii="Courier New" w:hAnsi="Courier New"/>
          <w:color w:val="555555"/>
          <w:sz w:val="20"/>
        </w:rPr>
        <w:t>[334]</w:t>
      </w:r>
    </w:p>
    <w:p>
      <w:r>
        <w:rPr>
          <w:rFonts w:ascii="Gentium Plus" w:hAnsi="Gentium Plus"/>
          <w:sz w:val="24"/>
        </w:rPr>
        <w:t>φιλαδελφία καὶ φιλεταιρία</w:t>
      </w:r>
    </w:p>
    <w:p>
      <w:r>
        <w:rPr>
          <w:rFonts w:ascii="Courier New" w:hAnsi="Courier New"/>
          <w:color w:val="555555"/>
          <w:sz w:val="20"/>
        </w:rPr>
        <w:t>[335]</w:t>
      </w:r>
    </w:p>
    <w:p>
      <w:r>
        <w:rPr>
          <w:rFonts w:ascii="Gentium Plus" w:hAnsi="Gentium Plus"/>
          <w:sz w:val="24"/>
        </w:rPr>
        <w:t>φιλεριστήν</w:t>
      </w:r>
    </w:p>
    <w:p>
      <w:r>
        <w:rPr>
          <w:rFonts w:ascii="Courier New" w:hAnsi="Courier New"/>
          <w:color w:val="555555"/>
          <w:sz w:val="20"/>
        </w:rPr>
        <w:t>[336]</w:t>
      </w:r>
    </w:p>
    <w:p>
      <w:r>
        <w:rPr>
          <w:rFonts w:ascii="Gentium Plus" w:hAnsi="Gentium Plus"/>
          <w:sz w:val="24"/>
        </w:rPr>
        <w:t>φιλοθεωρόν</w:t>
      </w:r>
    </w:p>
    <w:p>
      <w:r>
        <w:rPr>
          <w:rFonts w:ascii="Courier New" w:hAnsi="Courier New"/>
          <w:color w:val="555555"/>
          <w:sz w:val="20"/>
        </w:rPr>
        <w:t>[337]</w:t>
      </w:r>
    </w:p>
    <w:p>
      <w:r>
        <w:rPr>
          <w:rFonts w:ascii="Gentium Plus" w:hAnsi="Gentium Plus"/>
          <w:sz w:val="24"/>
        </w:rPr>
        <w:t>χαλκίζειν</w:t>
      </w:r>
    </w:p>
    <w:p>
      <w:r>
        <w:rPr>
          <w:rFonts w:ascii="Courier New" w:hAnsi="Courier New"/>
          <w:color w:val="555555"/>
          <w:sz w:val="20"/>
        </w:rPr>
        <w:t>[338]</w:t>
      </w:r>
    </w:p>
    <w:p>
      <w:r>
        <w:rPr>
          <w:rFonts w:ascii="Gentium Plus" w:hAnsi="Gentium Plus"/>
          <w:sz w:val="24"/>
        </w:rPr>
        <w:t>ψυχικός</w:t>
      </w:r>
    </w:p>
    <w:p>
      <w:r>
        <w:rPr>
          <w:rFonts w:ascii="Courier New" w:hAnsi="Courier New"/>
          <w:color w:val="555555"/>
          <w:sz w:val="20"/>
        </w:rPr>
        <w:t>[tit 339-345]</w:t>
      </w:r>
    </w:p>
    <w:p>
      <w:r>
        <w:rPr>
          <w:rFonts w:ascii="Gentium Plus" w:hAnsi="Gentium Plus"/>
          <w:sz w:val="24"/>
        </w:rPr>
        <w:t>ΑΜΦΙΣΒΗΤΗΣΙΜΑ</w:t>
      </w:r>
    </w:p>
    <w:p>
      <w:r>
        <w:rPr>
          <w:rFonts w:ascii="Courier New" w:hAnsi="Courier New"/>
          <w:color w:val="555555"/>
          <w:sz w:val="20"/>
        </w:rPr>
        <w:t>[339]</w:t>
      </w:r>
    </w:p>
    <w:p>
      <w:r>
        <w:rPr>
          <w:rFonts w:ascii="Gentium Plus" w:hAnsi="Gentium Plus"/>
          <w:sz w:val="24"/>
        </w:rPr>
        <w:t>οὐκ ἔστιν οὔτε τεῖχος οὔτε χρήματα, οὐδ’ ἄλλο δυσφύλακτον οὐδὲν ὡς γυνή.</w:t>
      </w:r>
    </w:p>
    <w:p>
      <w:r>
        <w:rPr>
          <w:rFonts w:ascii="Courier New" w:hAnsi="Courier New"/>
          <w:color w:val="555555"/>
          <w:sz w:val="20"/>
        </w:rPr>
        <w:t>[340]</w:t>
      </w:r>
    </w:p>
    <w:p>
      <w:r>
        <w:rPr>
          <w:rFonts w:ascii="Gentium Plus" w:hAnsi="Gentium Plus"/>
          <w:sz w:val="24"/>
        </w:rPr>
        <w:t>ψυχὴν ἔχειν δεῖ πλουσίαν· τὰ δὲ χρήματα</w:t>
      </w:r>
    </w:p>
    <w:p>
      <w:r>
        <w:rPr>
          <w:rFonts w:ascii="Courier New" w:hAnsi="Courier New"/>
          <w:color w:val="555555"/>
          <w:sz w:val="20"/>
        </w:rPr>
        <w:t>[341]</w:t>
      </w:r>
    </w:p>
    <w:p>
      <w:r>
        <w:rPr>
          <w:rFonts w:ascii="Gentium Plus" w:hAnsi="Gentium Plus"/>
          <w:sz w:val="24"/>
        </w:rPr>
        <w:t>οὐκ ἔστιν οὐδὲν βαρύτερον τῶν φορτίων ὄντως γυναικὸς προῖκα πολλὴν φερομένης.</w:t>
      </w:r>
    </w:p>
    <w:p>
      <w:r>
        <w:rPr>
          <w:rFonts w:ascii="Courier New" w:hAnsi="Courier New"/>
          <w:color w:val="555555"/>
          <w:sz w:val="20"/>
        </w:rPr>
        <w:t>[342]</w:t>
      </w:r>
    </w:p>
    <w:p>
      <w:r>
        <w:rPr>
          <w:rFonts w:ascii="Gentium Plus" w:hAnsi="Gentium Plus"/>
          <w:sz w:val="24"/>
        </w:rPr>
        <w:t>οὑτοσὶ δέ σοι τοῦ λευκοτάτου πάντων ἐλαίου Σαμιακοῦ ἔστιν μετρητής.</w:t>
      </w:r>
    </w:p>
    <w:p>
      <w:r>
        <w:rPr>
          <w:rFonts w:ascii="Courier New" w:hAnsi="Courier New"/>
          <w:color w:val="555555"/>
          <w:sz w:val="20"/>
        </w:rPr>
        <w:t>[343]</w:t>
      </w:r>
    </w:p>
    <w:p>
      <w:r>
        <w:rPr>
          <w:rFonts w:ascii="Gentium Plus" w:hAnsi="Gentium Plus"/>
          <w:sz w:val="24"/>
        </w:rPr>
        <w:t>οὐκ ἀνδρῶν ὅρκοι πίστεις, ἀλλ’ ὅρκων ἀνήρ.</w:t>
      </w:r>
    </w:p>
    <w:p>
      <w:r>
        <w:rPr>
          <w:rFonts w:ascii="Courier New" w:hAnsi="Courier New"/>
          <w:color w:val="555555"/>
          <w:sz w:val="20"/>
        </w:rPr>
        <w:t>[345]</w:t>
      </w:r>
    </w:p>
    <w:p>
      <w:r>
        <w:rPr>
          <w:rFonts w:ascii="Gentium Plus" w:hAnsi="Gentium Plus"/>
          <w:sz w:val="24"/>
        </w:rPr>
        <w:t>ἀκολαστία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