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Ιβηρική</w:t>
      </w:r>
      <w:r>
        <w:br/>
      </w:r>
      <w:r>
        <w:rPr>
          <w:i/>
          <w:color w:val="666666"/>
          <w:sz w:val="40"/>
        </w:rPr>
        <w:t>Iberian</w:t>
      </w:r>
    </w:p>
    <w:p>
      <w:pPr>
        <w:jc w:val="center"/>
      </w:pPr>
      <w:r>
        <w:rPr>
          <w:rFonts w:ascii="Times New Roman" w:hAnsi="Times New Roman"/>
          <w:color w:val="1E3A70"/>
          <w:sz w:val="32"/>
        </w:rPr>
        <w:t>Ἀππιανὸς Ἀλεξανδρεύς</w:t>
      </w:r>
      <w:r>
        <w:br/>
      </w:r>
      <w:r>
        <w:rPr>
          <w:i/>
          <w:color w:val="666666"/>
          <w:sz w:val="28"/>
        </w:rPr>
        <w:t>by Appian Alexandria</w:t>
      </w:r>
    </w:p>
    <w:p/>
    <w:p>
      <w:r>
        <w:rPr>
          <w:rFonts w:ascii="Courier New" w:hAnsi="Courier New"/>
          <w:color w:val="555555"/>
          <w:sz w:val="20"/>
        </w:rPr>
        <w:t>[1]</w:t>
      </w:r>
    </w:p>
    <w:p>
      <w:r>
        <w:rPr>
          <w:rFonts w:ascii="Gentium Plus" w:hAnsi="Gentium Plus"/>
          <w:sz w:val="24"/>
        </w:rPr>
        <w:t>Ὅρος ἐστὶ Πυρήνη διῆκον ἀπὸ τῆς Τυρρηνικῆς θαλάσσης ἐπὶ τὸν βόρειον ὠκεανόν, οἰκοῦσι δ’ αὐτοῦ πρὸς μὲν ἕω Κελτοί, ὅσοι Γαλάται τε καὶ Γάλλοι νῦν προσαγορεύονται, πρὸς δὲ δύσεων Ἴβηρές τε καὶ Κελτ‐</w:t>
      </w:r>
    </w:p>
    <w:p>
      <w:r>
        <w:rPr>
          <w:rFonts w:ascii="Courier New" w:hAnsi="Courier New"/>
          <w:color w:val="555555"/>
          <w:sz w:val="20"/>
        </w:rPr>
        <w:t>[5]</w:t>
      </w:r>
    </w:p>
    <w:p>
      <w:r>
        <w:rPr>
          <w:rFonts w:ascii="Gentium Plus" w:hAnsi="Gentium Plus"/>
          <w:sz w:val="24"/>
        </w:rPr>
        <w:t>ίβηρες, ἀρχόμενοι μὲν ἀπὸ τοῦ Τυρρηνικοῦ πελάγους, περιιόντες δ’ ἐν κύκλῳ διὰ τῶν Ἡρακλείων στηλῶν ἐπὶ τὸν βόρειον ὠκεανόν. οὕτως ἐστὶν ἡ Ἰβηρία περίκλυστος, ὅτι μὴ τῇ Πυρήνῃ μόνῃ, μεγίστῳ τῶν Εὐρωπαίων</w:t>
      </w:r>
    </w:p>
    <w:p>
      <w:r>
        <w:rPr>
          <w:rFonts w:ascii="Courier New" w:hAnsi="Courier New"/>
          <w:color w:val="555555"/>
          <w:sz w:val="20"/>
        </w:rPr>
        <w:t>[Iber . 2]</w:t>
      </w:r>
    </w:p>
    <w:p>
      <w:r>
        <w:rPr>
          <w:rFonts w:ascii="Gentium Plus" w:hAnsi="Gentium Plus"/>
          <w:sz w:val="24"/>
        </w:rPr>
        <w:t>ὀρῶν καὶ ἰθυτάτῳ σχεδὸν ἁπάντων. τοῦ δὲ περίπλου τοῦδε τὸ μὲν Τυρρηνικὸν πέλαγος διαπλέουσιν ἐπὶ τὰς στήλας τὰς Ἡρακλείους, τὸν δ’ ἑσπέριον καὶ τὸν βόρειον ὠκεανὸν οὐ περῶσιν, ὅτι μὴ πορθμεύεσθαι</w:t>
      </w:r>
    </w:p>
    <w:p>
      <w:r>
        <w:rPr>
          <w:rFonts w:ascii="Courier New" w:hAnsi="Courier New"/>
          <w:color w:val="555555"/>
          <w:sz w:val="20"/>
        </w:rPr>
        <w:t>[5]</w:t>
      </w:r>
    </w:p>
    <w:p>
      <w:r>
        <w:rPr>
          <w:rFonts w:ascii="Gentium Plus" w:hAnsi="Gentium Plus"/>
          <w:sz w:val="24"/>
        </w:rPr>
        <w:t>μόνον ἐπὶ Βρεττανούς, καὶ τοῦτο ταῖς ἀμπώτεσι τοῦ</w:t>
      </w:r>
    </w:p>
    <w:p>
      <w:r>
        <w:rPr>
          <w:rFonts w:ascii="Courier New" w:hAnsi="Courier New"/>
          <w:color w:val="555555"/>
          <w:sz w:val="20"/>
        </w:rPr>
        <w:t>[Iber . 3]</w:t>
      </w:r>
    </w:p>
    <w:p>
      <w:r>
        <w:rPr>
          <w:rFonts w:ascii="Gentium Plus" w:hAnsi="Gentium Plus"/>
          <w:sz w:val="24"/>
        </w:rPr>
        <w:t>πελάγους συμφερόμενοι. ἔστι δ’ αὐτοῖς ὁ διάπλους</w:t>
      </w:r>
    </w:p>
    <w:p>
      <w:r>
        <w:rPr>
          <w:rFonts w:ascii="Courier New" w:hAnsi="Courier New"/>
          <w:color w:val="555555"/>
          <w:sz w:val="20"/>
        </w:rPr>
        <w:t>[Iber . 4]</w:t>
      </w:r>
    </w:p>
    <w:p>
      <w:r>
        <w:rPr>
          <w:rFonts w:ascii="Gentium Plus" w:hAnsi="Gentium Plus"/>
          <w:sz w:val="24"/>
        </w:rPr>
        <w:t>ἔθνη τὰ ὑπὸ Ῥωμαίοις πειρῶνται τοῦδε τοῦ ὠκεανοῦ. μέγεθος δὲ τῆς Ἰβηρίας, τῆς Ἱσπανίας νῦν ὑπό τινων ἀντὶ Ἰβηρίας λεγομένης, ἐστὶ πολὺ καὶ ἄπιστον ὡς ἐν χώρᾳ μιᾷ, ὅπου τὸ πλάτος μυρίους σταδίους ἀριθμοῦσι, καὶ</w:t>
      </w:r>
    </w:p>
    <w:p>
      <w:r>
        <w:rPr>
          <w:rFonts w:ascii="Courier New" w:hAnsi="Courier New"/>
          <w:color w:val="555555"/>
          <w:sz w:val="20"/>
        </w:rPr>
        <w:t>[5]</w:t>
      </w:r>
    </w:p>
    <w:p>
      <w:r>
        <w:rPr>
          <w:rFonts w:ascii="Gentium Plus" w:hAnsi="Gentium Plus"/>
          <w:sz w:val="24"/>
        </w:rPr>
        <w:t>ἔστιν αὐτῇ τὸ πλάτος ἀντὶ μήκους. ἔθνη τε πολλὰ καὶ πολυώνυμα αὐτὴν οἰκεῖ, καὶ ποταμοὶ πολλοὶ ῥέουσι ναυσί‐ ποροι.</w:t>
      </w:r>
    </w:p>
    <w:p>
      <w:r>
        <w:rPr>
          <w:rFonts w:ascii="Courier New" w:hAnsi="Courier New"/>
          <w:color w:val="555555"/>
          <w:sz w:val="20"/>
        </w:rPr>
        <w:t>[Iber . 5]</w:t>
      </w:r>
    </w:p>
    <w:p>
      <w:r>
        <w:rPr>
          <w:rFonts w:ascii="Gentium Plus" w:hAnsi="Gentium Plus"/>
          <w:sz w:val="24"/>
        </w:rPr>
        <w:t>οἵ τινες δ’ αὐτὴν οἰκῆσαι πρῶτοι νομίζονται καὶ οἳ μετ’ ἐκείνους κατέσχον, οὐ πάνυ μοι ταῦτα φροντί‐ ζειν ἀρέσκει, μόνα τὰ Ῥωμαίων συγγράφοντι, πλὴν ὅτι Κελτοί μοι δοκοῦσί ποτε, τὴν Πυρήνην ὑπερβάν‐</w:t>
      </w:r>
    </w:p>
    <w:p>
      <w:r>
        <w:rPr>
          <w:rFonts w:ascii="Courier New" w:hAnsi="Courier New"/>
          <w:color w:val="555555"/>
          <w:sz w:val="20"/>
        </w:rPr>
        <w:t>[5]</w:t>
      </w:r>
    </w:p>
    <w:p>
      <w:r>
        <w:rPr>
          <w:rFonts w:ascii="Gentium Plus" w:hAnsi="Gentium Plus"/>
          <w:sz w:val="24"/>
        </w:rPr>
        <w:t>τες, αὐτοῖς συνοικῆσαι, ὅθεν ἄρα καὶ τὸ Κελτιβήρων</w:t>
      </w:r>
    </w:p>
    <w:p>
      <w:r>
        <w:rPr>
          <w:rFonts w:ascii="Courier New" w:hAnsi="Courier New"/>
          <w:color w:val="555555"/>
          <w:sz w:val="20"/>
        </w:rPr>
        <w:t>[Iber . 6]</w:t>
      </w:r>
    </w:p>
    <w:p>
      <w:r>
        <w:rPr>
          <w:rFonts w:ascii="Gentium Plus" w:hAnsi="Gentium Plus"/>
          <w:sz w:val="24"/>
        </w:rPr>
        <w:t>ὄνομα ἐρρύη. δοκοῦσι δέ μοι καὶ Φοίνικες, ἐς Ἰβη‐ ρίαν ἐκ πολλοῦ θαμινὰ ἐπ’ ἐμπορίᾳ διαπλέοντες, οἰκῆ‐ σαί τινα τῆς Ἰβηρίας Ἕλληνές τε ὁμοίως, ἐς Ταρτησ‐ σὸν καὶ Ἀργανθώνιον Ταρτησσοῦ βασιλέα πλέοντες,</w:t>
      </w:r>
    </w:p>
    <w:p>
      <w:r>
        <w:rPr>
          <w:rFonts w:ascii="Courier New" w:hAnsi="Courier New"/>
          <w:color w:val="555555"/>
          <w:sz w:val="20"/>
        </w:rPr>
        <w:t>[Iber . 7]</w:t>
      </w:r>
    </w:p>
    <w:p>
      <w:r>
        <w:rPr>
          <w:rFonts w:ascii="Gentium Plus" w:hAnsi="Gentium Plus"/>
          <w:sz w:val="24"/>
        </w:rPr>
        <w:t>ἐμμεῖναι καὶ τῶνδέ τινες ἐν Ἰβηρίᾳ. ἡ γὰρ Ἀργαν‐ θωνίου βασιλεία ἐν Ἴβηρσιν ἦν, καὶ Ταρτησσός μοι δοκεῖ τότε εἶναι πόλις ἐπὶ θαλάσσης, ἣ νῦν Καρπησ‐</w:t>
      </w:r>
    </w:p>
    <w:p>
      <w:r>
        <w:rPr>
          <w:rFonts w:ascii="Courier New" w:hAnsi="Courier New"/>
          <w:color w:val="555555"/>
          <w:sz w:val="20"/>
        </w:rPr>
        <w:t>[Iber . 8]</w:t>
      </w:r>
    </w:p>
    <w:p>
      <w:r>
        <w:rPr>
          <w:rFonts w:ascii="Gentium Plus" w:hAnsi="Gentium Plus"/>
          <w:sz w:val="24"/>
        </w:rPr>
        <w:t>σὸς ὀνομάζεται. τό τε τοῦ Ἡρακλέους ἱερὸν τὸ ἐν στήλαις Φοίνικές μοι δοκοῦσιν ἱδρύσασθαι· καὶ θρη‐ σκεύεται νῦν ἔτι φοινικικῶς, ὅ τε θεὸς αὐτοῖς οὐχ ὁ Θηβαῖός ἐστιν, ἀλλ’ ὁ Τυρίων.</w:t>
      </w:r>
    </w:p>
    <w:p>
      <w:r>
        <w:rPr>
          <w:rFonts w:ascii="Courier New" w:hAnsi="Courier New"/>
          <w:color w:val="555555"/>
          <w:sz w:val="20"/>
        </w:rPr>
        <w:t>[Iber . 9]</w:t>
      </w:r>
    </w:p>
    <w:p>
      <w:r>
        <w:rPr>
          <w:rFonts w:ascii="Gentium Plus" w:hAnsi="Gentium Plus"/>
          <w:sz w:val="24"/>
        </w:rPr>
        <w:t>ταῦτα μὲν δὴ τοῖς παλαιολογοῦσιν μεθείσθω· τὴν δὲ γῆν τήνδε εὐδαίμονα οὖσαν καὶ μεγάλων ἀγαθῶν γέμουσαν Καρχηδόνιοι πρὸ Ῥωμαίων ἤρξαντο πολυ‐ πραγμονεῖν καὶ μέρος αὐτῆς τὸ μὲν εἶχον ἤδη, τὸ δ’</w:t>
      </w:r>
    </w:p>
    <w:p>
      <w:r>
        <w:rPr>
          <w:rFonts w:ascii="Courier New" w:hAnsi="Courier New"/>
          <w:color w:val="555555"/>
          <w:sz w:val="20"/>
        </w:rPr>
        <w:t>[Iber . 10]</w:t>
      </w:r>
    </w:p>
    <w:p>
      <w:r>
        <w:rPr>
          <w:rFonts w:ascii="Gentium Plus" w:hAnsi="Gentium Plus"/>
          <w:sz w:val="24"/>
        </w:rPr>
        <w:t>ἐπόρθουν, μέχρι Ῥωμαῖοι σφᾶς ἐκβαλόντες, ἃ μὲν εἶχον οἱ Καρχηδόνιοι τῆς Ἰβηρίας, ἔσχον αὐτίκα, τὰ δὲ λοιπὰ σὺν χρόνῳ πολλῷ καὶ πόνῳ λαμβανόμενά τε ὑπὸ σφῶν καὶ πολλάκις ἀφιστάμενα χειρωσάμενοι δι‐</w:t>
      </w:r>
    </w:p>
    <w:p>
      <w:r>
        <w:rPr>
          <w:rFonts w:ascii="Courier New" w:hAnsi="Courier New"/>
          <w:color w:val="555555"/>
          <w:sz w:val="20"/>
        </w:rPr>
        <w:t>[5]</w:t>
      </w:r>
    </w:p>
    <w:p>
      <w:r>
        <w:rPr>
          <w:rFonts w:ascii="Gentium Plus" w:hAnsi="Gentium Plus"/>
          <w:sz w:val="24"/>
        </w:rPr>
        <w:t>εῖλον ἐς τρία καὶ στρατηγοὺς ἐς αὐτὰ πέμπουσι τρεῖς.</w:t>
      </w:r>
    </w:p>
    <w:p>
      <w:r>
        <w:rPr>
          <w:rFonts w:ascii="Courier New" w:hAnsi="Courier New"/>
          <w:color w:val="555555"/>
          <w:sz w:val="20"/>
        </w:rPr>
        <w:t>[Iber . 11]</w:t>
      </w:r>
    </w:p>
    <w:p>
      <w:r>
        <w:rPr>
          <w:rFonts w:ascii="Gentium Plus" w:hAnsi="Gentium Plus"/>
          <w:sz w:val="24"/>
        </w:rPr>
        <w:t>ὅπως δὲ εἷλον ἕκαστα καὶ ὅπως Καρχηδονίοις τε περὶ αὐτῶν καὶ μετὰ Καρχηδονίους Ἴβηρσι καὶ Κελτίβηρσιν ἐπολέμησαν, δηλώσει τόδε τὸ βιβλίον, μοῖραν μὲν ἐς</w:t>
      </w:r>
    </w:p>
    <w:p>
      <w:r>
        <w:rPr>
          <w:rFonts w:ascii="Courier New" w:hAnsi="Courier New"/>
          <w:color w:val="555555"/>
          <w:sz w:val="20"/>
        </w:rPr>
        <w:t>[Iber . 12]</w:t>
      </w:r>
    </w:p>
    <w:p>
      <w:r>
        <w:rPr>
          <w:rFonts w:ascii="Gentium Plus" w:hAnsi="Gentium Plus"/>
          <w:sz w:val="24"/>
        </w:rPr>
        <w:t>Καρχηδονίους τὴν πρώτην ἔχον· ὅτι δὲ καὶ τοῦτο περὶ Ἰβηρίας ἦν, ἀνάγκη μοι συνενεγκεῖν ἐς τὴν Ἰβηρικὴν συγγραφὴν ἐγένετο, ᾧ λόγῳ καὶ τὰ περὶ Σικελίας Ῥωμαίοις καὶ Καρχηδονίοις ἐς ἀλλήλους γενόμενα,</w:t>
      </w:r>
    </w:p>
    <w:p>
      <w:r>
        <w:rPr>
          <w:rFonts w:ascii="Courier New" w:hAnsi="Courier New"/>
          <w:color w:val="555555"/>
          <w:sz w:val="20"/>
        </w:rPr>
        <w:t>[5]</w:t>
      </w:r>
    </w:p>
    <w:p>
      <w:r>
        <w:rPr>
          <w:rFonts w:ascii="Gentium Plus" w:hAnsi="Gentium Plus"/>
          <w:sz w:val="24"/>
        </w:rPr>
        <w:t>ἀρξάμενα Ῥωμαίοις τῆς ἐς Σικελίαν παρόδου τε καὶ</w:t>
      </w:r>
    </w:p>
    <w:p>
      <w:r>
        <w:rPr>
          <w:rFonts w:ascii="Courier New" w:hAnsi="Courier New"/>
          <w:color w:val="555555"/>
          <w:sz w:val="20"/>
        </w:rPr>
        <w:t>[Iber . 13]</w:t>
      </w:r>
    </w:p>
    <w:p>
      <w:r>
        <w:rPr>
          <w:rFonts w:ascii="Gentium Plus" w:hAnsi="Gentium Plus"/>
          <w:sz w:val="24"/>
        </w:rPr>
        <w:t>ἀρχῆς, ἐς τὴν Σικελικὴν συνενήνεκται γραφήν. πρὸς γὰρ δὴ Καρχηδονίους Ῥωμαίοις πρῶτος ἐγένετο πόλε‐ μος ἔκδημος περὶ Σικελίας ἐν αὐτῇ Σικελίᾳ καὶ δεύ‐ τερος ὅδε περὶ Ἰβηρίας ἐν Ἰβηρίᾳ, ἐν ᾧ καὶ ἐς τὴν</w:t>
      </w:r>
    </w:p>
    <w:p>
      <w:r>
        <w:rPr>
          <w:rFonts w:ascii="Courier New" w:hAnsi="Courier New"/>
          <w:color w:val="555555"/>
          <w:sz w:val="20"/>
        </w:rPr>
        <w:t>[5]</w:t>
      </w:r>
    </w:p>
    <w:p>
      <w:r>
        <w:rPr>
          <w:rFonts w:ascii="Gentium Plus" w:hAnsi="Gentium Plus"/>
          <w:sz w:val="24"/>
        </w:rPr>
        <w:t>ἀλλήλων μεγάλοις στρατοῖς διαπλέοντες οἳ μὲν τὴν</w:t>
      </w:r>
    </w:p>
    <w:p>
      <w:r>
        <w:rPr>
          <w:rFonts w:ascii="Courier New" w:hAnsi="Courier New"/>
          <w:color w:val="555555"/>
          <w:sz w:val="20"/>
        </w:rPr>
        <w:t>[Iber . 14]</w:t>
      </w:r>
    </w:p>
    <w:p>
      <w:r>
        <w:rPr>
          <w:rFonts w:ascii="Gentium Plus" w:hAnsi="Gentium Plus"/>
          <w:sz w:val="24"/>
        </w:rPr>
        <w:t>Ἰταλίαν, οἳ δὲ τὴν Λιβύην ἐπόρθουν. ἤρξαντο δὲ αὐτοῦ μεθ’ ἑκατὸν καὶ τεσσαράκοντα ὀλυμπιάδας μά‐ λιστα, ὅτε τὰς σπονδὰς ἔλυσαν, αἳ ἐπὶ τῷ Σικελικῷ πολέμῳ σφίσιν ἦσαν γενόμεναι. ἔλυσαν δ’ ἐκ τοιᾶσδε</w:t>
      </w:r>
    </w:p>
    <w:p>
      <w:r>
        <w:rPr>
          <w:rFonts w:ascii="Courier New" w:hAnsi="Courier New"/>
          <w:color w:val="555555"/>
          <w:sz w:val="20"/>
        </w:rPr>
        <w:t>[5]</w:t>
      </w:r>
    </w:p>
    <w:p>
      <w:r>
        <w:rPr>
          <w:rFonts w:ascii="Gentium Plus" w:hAnsi="Gentium Plus"/>
          <w:sz w:val="24"/>
        </w:rPr>
        <w:t>προφάσεως.</w:t>
      </w:r>
    </w:p>
    <w:p>
      <w:r>
        <w:rPr>
          <w:rFonts w:ascii="Courier New" w:hAnsi="Courier New"/>
          <w:color w:val="555555"/>
          <w:sz w:val="20"/>
        </w:rPr>
        <w:t>[Iber . 15]</w:t>
      </w:r>
    </w:p>
    <w:p>
      <w:r>
        <w:rPr>
          <w:rFonts w:ascii="Gentium Plus" w:hAnsi="Gentium Plus"/>
          <w:sz w:val="24"/>
        </w:rPr>
        <w:t>Ἀμίλχαρ ὁ Βάρκας ἐπίκλησιν, ὅτε περ ἐν Σικελίᾳ Καρχηδονίων ἐστρατήγει, Κελτοῖς τότε μισθοφοροῦσίν</w:t>
      </w:r>
    </w:p>
    <w:p>
      <w:r>
        <w:rPr>
          <w:rFonts w:ascii="Courier New" w:hAnsi="Courier New"/>
          <w:color w:val="555555"/>
          <w:sz w:val="20"/>
        </w:rPr>
        <w:t>[5]</w:t>
      </w:r>
    </w:p>
    <w:p>
      <w:r>
        <w:rPr>
          <w:rFonts w:ascii="Gentium Plus" w:hAnsi="Gentium Plus"/>
          <w:sz w:val="24"/>
        </w:rPr>
        <w:t>τούντων ἐκείνων ὁ Λιβυκὸς Καρχηδονίοις ἐξῆπτο πόλε‐ μος, ἐν ᾧ πολλὰ μὲν πρὸς αὐτῶν Λιβύων ἔπαθον οἱ Καρχηδόνιοι, Σαρδόνα δὲ Ῥωμαίοις ἔδοσαν ποινὴν ὧν ἐς τοὺς ἐμπόρους αὐτῶν ἡμαρτήκεσαν ἐν τῷδε τῷ</w:t>
      </w:r>
    </w:p>
    <w:p>
      <w:r>
        <w:rPr>
          <w:rFonts w:ascii="Courier New" w:hAnsi="Courier New"/>
          <w:color w:val="555555"/>
          <w:sz w:val="20"/>
        </w:rPr>
        <w:t>[Iber . 16]</w:t>
      </w:r>
    </w:p>
    <w:p>
      <w:r>
        <w:rPr>
          <w:rFonts w:ascii="Gentium Plus" w:hAnsi="Gentium Plus"/>
          <w:sz w:val="24"/>
        </w:rPr>
        <w:t>Λιβυκῷ πολέμῳ. ὑπαγόντων οὖν ἐπὶ τοῖσδε τὸν Βάρκαν τῶν ἐχθρῶν ἐς κρίσιν, ὡς αἴτιον τῇ πατρίδι τοσῶνδε συμφορῶν γενόμενον, θεραπεύσας ὁ Βάρκας τοὺς πο‐ λιτευομένους, ὧν ἦν δημοκοπικώτατος Ἀσρούβας, ὁ</w:t>
      </w:r>
    </w:p>
    <w:p>
      <w:r>
        <w:rPr>
          <w:rFonts w:ascii="Courier New" w:hAnsi="Courier New"/>
          <w:color w:val="555555"/>
          <w:sz w:val="20"/>
        </w:rPr>
        <w:t>[5]</w:t>
      </w:r>
    </w:p>
    <w:p>
      <w:r>
        <w:rPr>
          <w:rFonts w:ascii="Gentium Plus" w:hAnsi="Gentium Plus"/>
          <w:sz w:val="24"/>
        </w:rPr>
        <w:t>τὴν αὐτοῦ Βάρκα θυγατέρα ἔχων, τάς τε δίκας δι‐ εκρούετο καὶ Νομάδων τινὸς κινήματος γενομένου στρατηγὸς ἔπραξεν ἐπ’ αὐτοὺς αἱρεθῆναι μετὰ Ἄννω‐ νος τοῦ Μεγάλου λεγομένου, ἔτι τὰς εὐθύνας τῆς προ‐</w:t>
      </w:r>
    </w:p>
    <w:p>
      <w:r>
        <w:rPr>
          <w:rFonts w:ascii="Courier New" w:hAnsi="Courier New"/>
          <w:color w:val="555555"/>
          <w:sz w:val="20"/>
        </w:rPr>
        <w:t>[Iber . 17]</w:t>
      </w:r>
    </w:p>
    <w:p>
      <w:r>
        <w:rPr>
          <w:rFonts w:ascii="Gentium Plus" w:hAnsi="Gentium Plus"/>
          <w:sz w:val="24"/>
        </w:rPr>
        <w:t>τέρας στρατηγίας ὀφείλων. παυομένου δὲ τοῦ πολέμου καὶ Ἄννωνος ἐπὶ διαβολαῖς ἐς Καρχηδόνα μεταπέμπτου γενομένου, μόνος ὢν ἐπὶ τῷ στρατῷ καὶ τὸν κηδε‐ στὴν Ἀσρούβαν ἔχων οἱ συνόντα, διῆλθεν ἐπὶ Γά‐</w:t>
      </w:r>
    </w:p>
    <w:p>
      <w:r>
        <w:rPr>
          <w:rFonts w:ascii="Courier New" w:hAnsi="Courier New"/>
          <w:color w:val="555555"/>
          <w:sz w:val="20"/>
        </w:rPr>
        <w:t>[5]</w:t>
      </w:r>
    </w:p>
    <w:p>
      <w:r>
        <w:rPr>
          <w:rFonts w:ascii="Gentium Plus" w:hAnsi="Gentium Plus"/>
          <w:sz w:val="24"/>
        </w:rPr>
        <w:t>δειρα καὶ τὸν πορθμὸν ἐς Ἰβηρίαν περάσας ἐλεηλάτει τὰ Ἰβήρων οὐδὲν ἀδικούντων, ἀφορμὴν αὑτῷ ποιού‐</w:t>
      </w:r>
    </w:p>
    <w:p>
      <w:r>
        <w:rPr>
          <w:rFonts w:ascii="Courier New" w:hAnsi="Courier New"/>
          <w:color w:val="555555"/>
          <w:sz w:val="20"/>
        </w:rPr>
        <w:t>[Iber . 18]</w:t>
      </w:r>
    </w:p>
    <w:p>
      <w:r>
        <w:rPr>
          <w:rFonts w:ascii="Gentium Plus" w:hAnsi="Gentium Plus"/>
          <w:sz w:val="24"/>
        </w:rPr>
        <w:t>μενος ἀποδημίας τε καὶ ἔργων καὶ δημοκοπίας (ὅσα γὰρ λάβοι, διῄρει καὶ τὰ μὲν ἐς τὸν στρατὸν ἀνάλι‐ σκεν, ἵνα προθυμότερον αὐτῷ συναδικοῖεν, τὰ δ’ ἐς αὐτὴν ἔπεμπε Καρχηδόνα, τὰ δὲ τοῖς ὑπὲρ αὐτοῦ πολι‐</w:t>
      </w:r>
    </w:p>
    <w:p>
      <w:r>
        <w:rPr>
          <w:rFonts w:ascii="Courier New" w:hAnsi="Courier New"/>
          <w:color w:val="555555"/>
          <w:sz w:val="20"/>
        </w:rPr>
        <w:t>[Iber . 19]</w:t>
      </w:r>
    </w:p>
    <w:p>
      <w:r>
        <w:rPr>
          <w:rFonts w:ascii="Gentium Plus" w:hAnsi="Gentium Plus"/>
          <w:sz w:val="24"/>
        </w:rPr>
        <w:t>τευομένοις διεδίδου), μέχρι Ἰβήρων αὐτὸν οἵ τε βασι‐ λεῖς συστάντες οἱ κατὰ μέρος καὶ ὅσοι ἄλλοι δυνατοί, κτείνουσιν ὧδε· ξύλων ἁμάξας ἄγοντες, αἷς βοῦς ὑπ‐</w:t>
      </w:r>
    </w:p>
    <w:p>
      <w:r>
        <w:rPr>
          <w:rFonts w:ascii="Courier New" w:hAnsi="Courier New"/>
          <w:color w:val="555555"/>
          <w:sz w:val="20"/>
        </w:rPr>
        <w:t>[Iber . 20]</w:t>
      </w:r>
    </w:p>
    <w:p>
      <w:r>
        <w:rPr>
          <w:rFonts w:ascii="Gentium Plus" w:hAnsi="Gentium Plus"/>
          <w:sz w:val="24"/>
        </w:rPr>
        <w:t>έζευξαν, εἵποντο ταῖς ἁμάξαις ὡπλισμένοι. τοῖς δὲ Λίβυ‐ σιν ἰδοῦσιν εὐθὺς μὲν ἐνέπιπτεν γέλως, οὐ συνιεῖσι τοῦ στρατηγήματος· ὡς δ’ ἐν χερσὶν ἐγένοντο, οἱ μὲν</w:t>
      </w:r>
    </w:p>
    <w:p>
      <w:r>
        <w:rPr>
          <w:rFonts w:ascii="Courier New" w:hAnsi="Courier New"/>
          <w:color w:val="555555"/>
          <w:sz w:val="20"/>
        </w:rPr>
        <w:t>[5]</w:t>
      </w:r>
    </w:p>
    <w:p>
      <w:r>
        <w:rPr>
          <w:rFonts w:ascii="Gentium Plus" w:hAnsi="Gentium Plus"/>
          <w:sz w:val="24"/>
        </w:rPr>
        <w:t>ναν ἐς τοὺς πολεμίους, τὸ δὲ πῦρ σκιδναμένων τῶν</w:t>
      </w:r>
    </w:p>
    <w:p>
      <w:r>
        <w:rPr>
          <w:rFonts w:ascii="Courier New" w:hAnsi="Courier New"/>
          <w:color w:val="555555"/>
          <w:sz w:val="20"/>
        </w:rPr>
        <w:t>[Iber . 21]</w:t>
      </w:r>
    </w:p>
    <w:p>
      <w:r>
        <w:rPr>
          <w:rFonts w:ascii="Gentium Plus" w:hAnsi="Gentium Plus"/>
          <w:sz w:val="24"/>
        </w:rPr>
        <w:t>βοῶν πάντῃ φερόμενον ἐτάρασσε τοὺς Λίβυας. καὶ τῆς τάξεως διαλυθείσης οἱ μὲν Ἴβηρες αὐτοῖς ἐπι‐ δραμόντες αὐτόν τε τὸν Βάρκαν καὶ πολὺ πλῆθος ἀμυ‐ νομένων ἐπ’ αὐτῷ διέφθειραν.</w:t>
      </w:r>
    </w:p>
    <w:p>
      <w:r>
        <w:rPr>
          <w:rFonts w:ascii="Courier New" w:hAnsi="Courier New"/>
          <w:color w:val="555555"/>
          <w:sz w:val="20"/>
        </w:rPr>
        <w:t>[Iber . 22]</w:t>
      </w:r>
    </w:p>
    <w:p>
      <w:r>
        <w:rPr>
          <w:rFonts w:ascii="Gentium Plus" w:hAnsi="Gentium Plus"/>
          <w:sz w:val="24"/>
        </w:rPr>
        <w:t>οἱ δὲ Καρχηδόνιοι, τοῖς κέρδεσιν ἤδη τοῖς ἐξ Ἰβη‐ ρίας ἀρεσκόμενοι, στρατιὰν ἄλλην ἔπεμπον ἐς Ἰβηρίαν καὶ στρατηγὸν ἁπάντων ἀπέφηναν Ἀσρούβαν, τὸν τοῦ</w:t>
      </w:r>
    </w:p>
    <w:p>
      <w:r>
        <w:rPr>
          <w:rFonts w:ascii="Courier New" w:hAnsi="Courier New"/>
          <w:color w:val="555555"/>
          <w:sz w:val="20"/>
        </w:rPr>
        <w:t>[Iber . 23]</w:t>
      </w:r>
    </w:p>
    <w:p>
      <w:r>
        <w:rPr>
          <w:rFonts w:ascii="Gentium Plus" w:hAnsi="Gentium Plus"/>
          <w:sz w:val="24"/>
        </w:rPr>
        <w:t>Βάρκα κηδεστήν, ὄντα ἐν Ἰβηρίᾳ. ὃ δὲ Ἀννίβαν, τὸν οὐ πολὺ ὕστερον ἀοίδιμον ἐπὶ στρατηγίαις παῖδά τε ὄντα τοῦ Βάρκα καὶ τῆς γυναικός οἱ γιγνόμενον ἀδελφόν, ἔχων ἐν Ἰβηρίᾳ, νέον ὄντα καὶ φιλοπόλεμον</w:t>
      </w:r>
    </w:p>
    <w:p>
      <w:r>
        <w:rPr>
          <w:rFonts w:ascii="Courier New" w:hAnsi="Courier New"/>
          <w:color w:val="555555"/>
          <w:sz w:val="20"/>
        </w:rPr>
        <w:t>[Iber . 24]</w:t>
      </w:r>
    </w:p>
    <w:p>
      <w:r>
        <w:rPr>
          <w:rFonts w:ascii="Gentium Plus" w:hAnsi="Gentium Plus"/>
          <w:sz w:val="24"/>
        </w:rPr>
        <w:t>καὶ ἀρέσκοντα τῷ στρατῷ, ὑποστράτηγον ἀπέφηνε. καὶ τῆς τ’ Ἰβηρίας τὰ πολλὰ πειθοῖ προσήγετο, πιθανὸς ὢν ὁμιλῆσαι, ἔς τε τὰ βίας δεόμενα τῷ μειρακίῳ χρώ‐ μενος προῆλθεν ἀπὸ τῆς ἑσπερίου θαλάσσης ἐς τὸ</w:t>
      </w:r>
    </w:p>
    <w:p>
      <w:r>
        <w:rPr>
          <w:rFonts w:ascii="Courier New" w:hAnsi="Courier New"/>
          <w:color w:val="555555"/>
          <w:sz w:val="20"/>
        </w:rPr>
        <w:t>[5]</w:t>
      </w:r>
    </w:p>
    <w:p>
      <w:r>
        <w:rPr>
          <w:rFonts w:ascii="Gentium Plus" w:hAnsi="Gentium Plus"/>
          <w:sz w:val="24"/>
        </w:rPr>
        <w:t>μεσόγεων ἐπὶ Ἴβηρα ποταμόν, ὃς μέσην που μάλιστα τέμνων τὴν Ἰβηρίαν καὶ τῆς Πυρήνης ἀφεστὼς ὁδὸν</w:t>
      </w:r>
    </w:p>
    <w:p>
      <w:r>
        <w:rPr>
          <w:rFonts w:ascii="Courier New" w:hAnsi="Courier New"/>
          <w:color w:val="555555"/>
          <w:sz w:val="20"/>
        </w:rPr>
        <w:t>[Iber . 25]</w:t>
      </w:r>
    </w:p>
    <w:p>
      <w:r>
        <w:rPr>
          <w:rFonts w:ascii="Gentium Plus" w:hAnsi="Gentium Plus"/>
          <w:sz w:val="24"/>
        </w:rPr>
        <w:t>ἡμερῶν πέντε ἐξίησιν ἐς τὸν βόρειον ὠκεανόν. Ζα‐ κανθαῖοι δέ, ἄποικοι Ζακυνθίων, ἐν μέσῳ τῆς τε</w:t>
      </w:r>
    </w:p>
    <w:p>
      <w:r>
        <w:rPr>
          <w:rFonts w:ascii="Courier New" w:hAnsi="Courier New"/>
          <w:color w:val="555555"/>
          <w:sz w:val="20"/>
        </w:rPr>
        <w:t>[5]</w:t>
      </w:r>
    </w:p>
    <w:p>
      <w:r>
        <w:rPr>
          <w:rFonts w:ascii="Gentium Plus" w:hAnsi="Gentium Plus"/>
          <w:sz w:val="24"/>
        </w:rPr>
        <w:t>εἴ πῃ τῆς Ἰβηρίας ᾤκουν ἀλλαχοῦ, δείσαντες ὑπὲρ</w:t>
      </w:r>
    </w:p>
    <w:p>
      <w:r>
        <w:rPr>
          <w:rFonts w:ascii="Courier New" w:hAnsi="Courier New"/>
          <w:color w:val="555555"/>
          <w:sz w:val="20"/>
        </w:rPr>
        <w:t>[Iber . 26]</w:t>
      </w:r>
    </w:p>
    <w:p>
      <w:r>
        <w:rPr>
          <w:rFonts w:ascii="Gentium Plus" w:hAnsi="Gentium Plus"/>
          <w:sz w:val="24"/>
        </w:rPr>
        <w:t>σφῶν ἐπρέσβευον ἐς Ῥώμην. καὶ ἡ σύγκλητος οὐκ ἐθέλουσα τὰ Καρχηδονίων ἐπαίρεσθαι πρέσβεις ἐς</w:t>
      </w:r>
    </w:p>
    <w:p>
      <w:r>
        <w:rPr>
          <w:rFonts w:ascii="Courier New" w:hAnsi="Courier New"/>
          <w:color w:val="555555"/>
          <w:sz w:val="20"/>
        </w:rPr>
        <w:t>[Iber . 27]</w:t>
      </w:r>
    </w:p>
    <w:p>
      <w:r>
        <w:rPr>
          <w:rFonts w:ascii="Gentium Plus" w:hAnsi="Gentium Plus"/>
          <w:sz w:val="24"/>
        </w:rPr>
        <w:t>Καρχηδόνα ἔπεμπε. καὶ συνέβησαν ἀμφότεροι ὅρον εἶναι Καρχηδονίοις τῆς ἀρχῆς τῆς ἐν Ἰβηρίᾳ τὸν Ἴβηρα ποταμὸν καὶ μήτε Ῥωμαίους τοῖς πέραν τοῦδε τοῦ ποταμοῦ πόλεμον ἐκφέρειν, Καρχηδονίων ὑπηκόοις</w:t>
      </w:r>
    </w:p>
    <w:p>
      <w:r>
        <w:rPr>
          <w:rFonts w:ascii="Courier New" w:hAnsi="Courier New"/>
          <w:color w:val="555555"/>
          <w:sz w:val="20"/>
        </w:rPr>
        <w:t>[5]</w:t>
      </w:r>
    </w:p>
    <w:p>
      <w:r>
        <w:rPr>
          <w:rFonts w:ascii="Gentium Plus" w:hAnsi="Gentium Plus"/>
          <w:sz w:val="24"/>
        </w:rPr>
        <w:t>οὖσι, μήτε Καρχηδονίους ἐπὶ πολέμῳ τὸν Ἴβηρα δια‐ βαίνειν, Ζακανθαίους δὲ καὶ τοὺς ἄλλους ἐν Ἰβηρίᾳ Ἕλληνας αὐτονόμους καὶ ἐλευθέρους εἶναι. καὶ τάδε ταῖς συνθήκαις ταῖς Ῥωμαίων καὶ Καρχηδονίων προσ‐ εγράφη.</w:t>
      </w:r>
    </w:p>
    <w:p>
      <w:r>
        <w:rPr>
          <w:rFonts w:ascii="Courier New" w:hAnsi="Courier New"/>
          <w:color w:val="555555"/>
          <w:sz w:val="20"/>
        </w:rPr>
        <w:t>[Iber . 28]</w:t>
      </w:r>
    </w:p>
    <w:p>
      <w:r>
        <w:rPr>
          <w:rFonts w:ascii="Gentium Plus" w:hAnsi="Gentium Plus"/>
          <w:sz w:val="24"/>
        </w:rPr>
        <w:t>Ἀσρούβαν δ’ ἐπὶ τοῖσδε Ἰβηρίαν τὴν ὑπὸ Καρχη‐ δονίοις καθιστάμενον ἀνὴρ δοῦλος, οὗ τὸν δεσπότην</w:t>
      </w:r>
    </w:p>
    <w:p>
      <w:r>
        <w:rPr>
          <w:rFonts w:ascii="Courier New" w:hAnsi="Courier New"/>
          <w:color w:val="555555"/>
          <w:sz w:val="20"/>
        </w:rPr>
        <w:t>[Iber . 29]</w:t>
      </w:r>
    </w:p>
    <w:p>
      <w:r>
        <w:rPr>
          <w:rFonts w:ascii="Gentium Plus" w:hAnsi="Gentium Plus"/>
          <w:sz w:val="24"/>
        </w:rPr>
        <w:t>ὠμῶς διεφθάρκει, λαθὼν ἐν κυνηγεσίοις ἀναιρεῖ. καὶ τόνδε μὲν Ἀννίβας ἐλεγχθέντα δεινῶς αἰκισάμενος διέφθειρε· ἡ στρατιὰ δὲ τὸν Ἀννίβαν, καίπερ ὄντα κομιδῇ νέον, ἀρέσκοντα δ’ ἰσχυρῶς, στρατηγὸν ἀπ‐</w:t>
      </w:r>
    </w:p>
    <w:p>
      <w:r>
        <w:rPr>
          <w:rFonts w:ascii="Courier New" w:hAnsi="Courier New"/>
          <w:color w:val="555555"/>
          <w:sz w:val="20"/>
        </w:rPr>
        <w:t>[5]</w:t>
      </w:r>
    </w:p>
    <w:p>
      <w:r>
        <w:rPr>
          <w:rFonts w:ascii="Gentium Plus" w:hAnsi="Gentium Plus"/>
          <w:sz w:val="24"/>
        </w:rPr>
        <w:t>έδειξαν αὑτῶν· καὶ ἡ Καρχηδονίων βουλὴ συνέθετο.</w:t>
      </w:r>
    </w:p>
    <w:p>
      <w:r>
        <w:rPr>
          <w:rFonts w:ascii="Courier New" w:hAnsi="Courier New"/>
          <w:color w:val="555555"/>
          <w:sz w:val="20"/>
        </w:rPr>
        <w:t>[Iber . 30]</w:t>
      </w:r>
    </w:p>
    <w:p>
      <w:r>
        <w:rPr>
          <w:rFonts w:ascii="Gentium Plus" w:hAnsi="Gentium Plus"/>
          <w:sz w:val="24"/>
        </w:rPr>
        <w:t>ὅσοι δὲ τοῦ Βάρκα διαπολιτευταὶ τὴν Βάρκα τε καὶ Ἀσρούβα δύναμιν ἐδεδοίκεσαν, ὡς ἔμαθον αὐτοὺς τεθνεῶτας, Ἀννίβα κατεφρόνουν ὡς νέου καὶ τοὺς ἐκείνων φίλους τε καὶ στασιώτας ἐδίωκον ἐπὶ τοῖς ἐκεί‐</w:t>
      </w:r>
    </w:p>
    <w:p>
      <w:r>
        <w:rPr>
          <w:rFonts w:ascii="Courier New" w:hAnsi="Courier New"/>
          <w:color w:val="555555"/>
          <w:sz w:val="20"/>
        </w:rPr>
        <w:t>[Iber . 31]</w:t>
      </w:r>
    </w:p>
    <w:p>
      <w:r>
        <w:rPr>
          <w:rFonts w:ascii="Gentium Plus" w:hAnsi="Gentium Plus"/>
          <w:sz w:val="24"/>
        </w:rPr>
        <w:t>νων ἐγκλήμασιν. ὅ τε δῆμος ἅμα τοῖς κατηγοροῦσιν ἐγίγνετο, μνησικακῶν τοῖς διωκομένοις τῆς βαρύτητος</w:t>
      </w:r>
    </w:p>
    <w:p>
      <w:r>
        <w:rPr>
          <w:rFonts w:ascii="Courier New" w:hAnsi="Courier New"/>
          <w:color w:val="555555"/>
          <w:sz w:val="20"/>
        </w:rPr>
        <w:t>[5]</w:t>
      </w:r>
    </w:p>
    <w:p>
      <w:r>
        <w:rPr>
          <w:rFonts w:ascii="Gentium Plus" w:hAnsi="Gentium Plus"/>
          <w:sz w:val="24"/>
        </w:rPr>
        <w:t>κας αὐτοῖς ἐπεπόμφεσαν, ἐς τὸ κοινὸν ἐσενεγκεῖν ὡς</w:t>
      </w:r>
    </w:p>
    <w:p>
      <w:r>
        <w:rPr>
          <w:rFonts w:ascii="Courier New" w:hAnsi="Courier New"/>
          <w:color w:val="555555"/>
          <w:sz w:val="20"/>
        </w:rPr>
        <w:t>[Iber . 32]</w:t>
      </w:r>
    </w:p>
    <w:p>
      <w:r>
        <w:rPr>
          <w:rFonts w:ascii="Gentium Plus" w:hAnsi="Gentium Plus"/>
          <w:sz w:val="24"/>
        </w:rPr>
        <w:t>ἐκ τῶν πολεμίων πεπορισμένας. οἳ δ’ ἐπέστελλον τῷ Ἀννίβᾳ, σφίσιν τε ἐπικουρεῖν δεόμενοι καὶ διδάσκον‐ τες, ὅτι καὶ αὐτὸς ἔσοιτο τοῖς πατρῴοις ἐχθροῖς εὐκατα‐ φρόνητος, εἰ τοὺς ἐν τῇ πατρίδι συνεργεῖν αὐτῷ δυ‐</w:t>
      </w:r>
    </w:p>
    <w:p>
      <w:r>
        <w:rPr>
          <w:rFonts w:ascii="Courier New" w:hAnsi="Courier New"/>
          <w:color w:val="555555"/>
          <w:sz w:val="20"/>
        </w:rPr>
        <w:t>[Iber . 33]</w:t>
      </w:r>
    </w:p>
    <w:p>
      <w:r>
        <w:rPr>
          <w:rFonts w:ascii="Gentium Plus" w:hAnsi="Gentium Plus"/>
          <w:sz w:val="24"/>
        </w:rPr>
        <w:t>ναμένους ὑπερίδοι. ὃ δὲ καὶ ταῦτα προεώρα καὶ τὰς ἐκείνων δίκας ἀρχὴν 〈τῆσ〉 ἐφ’ ἑαυτὸν οὖσαν ἐπιβουλῆς· οὐδ’ ἠξίου τὴν ἔχθραν, ὥσπερ ὁ πατὴρ καὶ ὁ κηδεστής, ἐσαεὶ καὶ μετὰ φόβου διαφέρειν οὐδ’ ἐπὶ τῷ Καρχη‐</w:t>
      </w:r>
    </w:p>
    <w:p>
      <w:r>
        <w:rPr>
          <w:rFonts w:ascii="Courier New" w:hAnsi="Courier New"/>
          <w:color w:val="555555"/>
          <w:sz w:val="20"/>
        </w:rPr>
        <w:t>[5]</w:t>
      </w:r>
    </w:p>
    <w:p>
      <w:r>
        <w:rPr>
          <w:rFonts w:ascii="Gentium Plus" w:hAnsi="Gentium Plus"/>
          <w:sz w:val="24"/>
        </w:rPr>
        <w:t>δονίων κουφόνῳ μέχρι παντὸς εἶναι, ῥᾳδίως ἐς εὐερ‐</w:t>
      </w:r>
    </w:p>
    <w:p>
      <w:r>
        <w:rPr>
          <w:rFonts w:ascii="Courier New" w:hAnsi="Courier New"/>
          <w:color w:val="555555"/>
          <w:sz w:val="20"/>
        </w:rPr>
        <w:t>[Iber . 34]</w:t>
      </w:r>
    </w:p>
    <w:p>
      <w:r>
        <w:rPr>
          <w:rFonts w:ascii="Gentium Plus" w:hAnsi="Gentium Plus"/>
          <w:sz w:val="24"/>
        </w:rPr>
        <w:t>γέτας πρὸς ἀχαριστίαν τρεπομένων. ἐλέγετο δὲ καὶ παῖς ὢν ἔτι ὑπὸ τοῦ πατρὸς ὁρκωθῆναι ἐπὶ ἐμπύρων ἄσπειστος ἐχθρὸς ἔσεσθαι Ῥωμαίοις, ὅτε ἐς πολιτείαν παρέλθοι. διὰ δὴ ταῦτ’ ἐπενόει, μεγάλοις καὶ χρονίοις</w:t>
      </w:r>
    </w:p>
    <w:p>
      <w:r>
        <w:rPr>
          <w:rFonts w:ascii="Courier New" w:hAnsi="Courier New"/>
          <w:color w:val="555555"/>
          <w:sz w:val="20"/>
        </w:rPr>
        <w:t>[5]</w:t>
      </w:r>
    </w:p>
    <w:p>
      <w:r>
        <w:rPr>
          <w:rFonts w:ascii="Gentium Plus" w:hAnsi="Gentium Plus"/>
          <w:sz w:val="24"/>
        </w:rPr>
        <w:t>πράγμασι τὴν πατρίδα περιβαλὼν καὶ καταστήσας ἐς ἀσχολίας καὶ φόβους, τὸ ἑαυτοῦ καὶ τὰ τῶν φίλων ἐν</w:t>
      </w:r>
    </w:p>
    <w:p>
      <w:r>
        <w:rPr>
          <w:rFonts w:ascii="Courier New" w:hAnsi="Courier New"/>
          <w:color w:val="555555"/>
          <w:sz w:val="20"/>
        </w:rPr>
        <w:t>[Iber . 35]</w:t>
      </w:r>
    </w:p>
    <w:p>
      <w:r>
        <w:rPr>
          <w:rFonts w:ascii="Gentium Plus" w:hAnsi="Gentium Plus"/>
          <w:sz w:val="24"/>
        </w:rPr>
        <w:t>ἀδεεῖ θέσθαι. Λιβύην μὲν οὖν εὐσταθοῦσαν ἑώρα καὶ Ἰβήρων, ὅσα ὑπήκοα ἦν· εἰ δὲ πρὸς Ῥωμαίους πόλεμον αὖθις ἀναρριπίσειεν, οὗ μάλιστα ἐπεθύμει, ἐδόκει Καρχηδονίους μὲν ἐν φροντίσι καὶ φόβοις ἔσεσθαι</w:t>
      </w:r>
    </w:p>
    <w:p>
      <w:r>
        <w:rPr>
          <w:rFonts w:ascii="Courier New" w:hAnsi="Courier New"/>
          <w:color w:val="555555"/>
          <w:sz w:val="20"/>
        </w:rPr>
        <w:t>[5]</w:t>
      </w:r>
    </w:p>
    <w:p>
      <w:r>
        <w:rPr>
          <w:rFonts w:ascii="Gentium Plus" w:hAnsi="Gentium Plus"/>
          <w:sz w:val="24"/>
        </w:rPr>
        <w:t>μακροῖς, αὐτὸς δέ, εἴτε κατορθώσειεν, ἐπὶ κλέους ἀθανάτου γενήσεσθαι, τὴν πατρίδα τῆς οἰκουμένης [γῆς] ἄρχουσαν ἀποφήνας (οὐ γὰρ εἶναί τινας ἀντιμάχους αὐτοῖς ἔτι ἐπὶ Ῥωμαίοις), εἴτε καὶ πταίσειε, μεγάλην καὶ ὣς τὸ ἐγχείρημα αὐτῷ δόξαν οἴσειν.</w:t>
      </w:r>
    </w:p>
    <w:p>
      <w:r>
        <w:rPr>
          <w:rFonts w:ascii="Courier New" w:hAnsi="Courier New"/>
          <w:color w:val="555555"/>
          <w:sz w:val="20"/>
        </w:rPr>
        <w:t>[Iber . 36]</w:t>
      </w:r>
    </w:p>
    <w:p>
      <w:r>
        <w:rPr>
          <w:rFonts w:ascii="Gentium Plus" w:hAnsi="Gentium Plus"/>
          <w:sz w:val="24"/>
        </w:rPr>
        <w:t>ἀρχὴν δ’ ὑπολαμβάνων ἔσεσθαι λαμπράν, εἰ τὸν Ἴβηρα διαβαίη, Τορβολήτας, οἳ γείτονές εἰσι Ζακαν‐ θαίων, ἀνέπεισε τῶν Ζακανθαίων παρὰ οἷ καταβοᾶν ὡς τήν τε χώραν αὐτῶν ἐπιτρεχόντων καὶ πολλὰ σφᾶς</w:t>
      </w:r>
    </w:p>
    <w:p>
      <w:r>
        <w:rPr>
          <w:rFonts w:ascii="Courier New" w:hAnsi="Courier New"/>
          <w:color w:val="555555"/>
          <w:sz w:val="20"/>
        </w:rPr>
        <w:t>[Iber . 37]</w:t>
      </w:r>
    </w:p>
    <w:p>
      <w:r>
        <w:rPr>
          <w:rFonts w:ascii="Gentium Plus" w:hAnsi="Gentium Plus"/>
          <w:sz w:val="24"/>
        </w:rPr>
        <w:t>ἄλλα ἀδικούντων. οἳ δ’ ἐπείθοντο. καὶ πρέσβεις αὐτῶν ὁ Ἀννίβας ἐς Καρχηδόνα ἔπεμπεν αὐτός τε ἐν ἀπορ‐ ρήτοις ἔγραφε Ῥωμαίους τὴν ὑπὸ Καρχηδονίοις Ἰβη‐ ρίαν ἀναπείθειν ἀπὸ Καρχηδονίων ἀφίστασθαι καὶ</w:t>
      </w:r>
    </w:p>
    <w:p>
      <w:r>
        <w:rPr>
          <w:rFonts w:ascii="Courier New" w:hAnsi="Courier New"/>
          <w:color w:val="555555"/>
          <w:sz w:val="20"/>
        </w:rPr>
        <w:t>[5]</w:t>
      </w:r>
    </w:p>
    <w:p>
      <w:r>
        <w:rPr>
          <w:rFonts w:ascii="Gentium Plus" w:hAnsi="Gentium Plus"/>
          <w:sz w:val="24"/>
        </w:rPr>
        <w:t>Ζακανθαίους Ῥωμαίοις ταῦτα συμπράσσειν. ὅλως τε τῆς ἀπάτης οὐ μεθίει πολλὰ τοιαῦτα ἐπιστέλλων, ἕως ἡ βουλὴ προσέταξεν αὐτῷ πράσσειν ἐς Ζακανθαίους,</w:t>
      </w:r>
    </w:p>
    <w:p>
      <w:r>
        <w:rPr>
          <w:rFonts w:ascii="Courier New" w:hAnsi="Courier New"/>
          <w:color w:val="555555"/>
          <w:sz w:val="20"/>
        </w:rPr>
        <w:t>[Iber . 38]</w:t>
      </w:r>
    </w:p>
    <w:p>
      <w:r>
        <w:rPr>
          <w:rFonts w:ascii="Gentium Plus" w:hAnsi="Gentium Plus"/>
          <w:sz w:val="24"/>
        </w:rPr>
        <w:t>ὅ τι δοκιμάσειεν. ὃ δ’ ἐπεὶ τῆς ἀφορμῆς ἐλάβετο, Τορ‐ βολήτας αὖθις ἔπραξεν ἐντυχεῖν οἱ κατὰ τῶν Ζακαν‐ θαίων καὶ Ζακανθαίων μετεπέμπετο πρέσβεις. οἳ δὲ ἀφίκοντο μέν, κελεύοντος δὲ τοῦ Ἀννίβου λέγειν ἑκατέρους</w:t>
      </w:r>
    </w:p>
    <w:p>
      <w:r>
        <w:rPr>
          <w:rFonts w:ascii="Courier New" w:hAnsi="Courier New"/>
          <w:color w:val="555555"/>
          <w:sz w:val="20"/>
        </w:rPr>
        <w:t>[5]</w:t>
      </w:r>
    </w:p>
    <w:p>
      <w:r>
        <w:rPr>
          <w:rFonts w:ascii="Gentium Plus" w:hAnsi="Gentium Plus"/>
          <w:sz w:val="24"/>
        </w:rPr>
        <w:t>ἐφ’ ἑαυτοῦ, περὶ ὧν διαφέρονται, Ῥωμαίοις ἔφασαν</w:t>
      </w:r>
    </w:p>
    <w:p>
      <w:r>
        <w:rPr>
          <w:rFonts w:ascii="Courier New" w:hAnsi="Courier New"/>
          <w:color w:val="555555"/>
          <w:sz w:val="20"/>
        </w:rPr>
        <w:t>[Iber . 39]</w:t>
      </w:r>
    </w:p>
    <w:p>
      <w:r>
        <w:rPr>
          <w:rFonts w:ascii="Gentium Plus" w:hAnsi="Gentium Plus"/>
          <w:sz w:val="24"/>
        </w:rPr>
        <w:t>ἐπιτρέψειν τὴν δίκην. ὃ μὲν δὴ ταῦτ’ εἰπόντας ἀπέπεμπεν ἀπὸ τοῦ στρατοπέδου καὶ τῆς ἐπιούσης νυκτὸς παντὶ τῷ στρατῷ τὸν Ἴβηρα διαβὰς τὴν χώραν ἐπόρθει καὶ τῇ πόλει μηχανήματα ἐφίστη. ἑλεῖν δ’ οὐ δυνάμενος</w:t>
      </w:r>
    </w:p>
    <w:p>
      <w:r>
        <w:rPr>
          <w:rFonts w:ascii="Courier New" w:hAnsi="Courier New"/>
          <w:color w:val="555555"/>
          <w:sz w:val="20"/>
        </w:rPr>
        <w:t>[5]</w:t>
      </w:r>
    </w:p>
    <w:p>
      <w:r>
        <w:rPr>
          <w:rFonts w:ascii="Gentium Plus" w:hAnsi="Gentium Plus"/>
          <w:sz w:val="24"/>
        </w:rPr>
        <w:t>ἀπετάφρευε καὶ περιετείχιζε καὶ φρούρια πολλὰ περιθεὶς</w:t>
      </w:r>
    </w:p>
    <w:p>
      <w:r>
        <w:rPr>
          <w:rFonts w:ascii="Courier New" w:hAnsi="Courier New"/>
          <w:color w:val="555555"/>
          <w:sz w:val="20"/>
        </w:rPr>
        <w:t>[Iber . 40]</w:t>
      </w:r>
    </w:p>
    <w:p>
      <w:r>
        <w:rPr>
          <w:rFonts w:ascii="Gentium Plus" w:hAnsi="Gentium Plus"/>
          <w:sz w:val="24"/>
        </w:rPr>
        <w:t>ἐκ διαστημάτων ἐπεφοίτα. Ζακανθαῖοι δὲ αἰφνιδίῳ κακῷ καὶ ἀκαταγγέλτῳ συμπεσόντες ἐπρέσβευον ἐς</w:t>
      </w:r>
    </w:p>
    <w:p>
      <w:r>
        <w:rPr>
          <w:rFonts w:ascii="Courier New" w:hAnsi="Courier New"/>
          <w:color w:val="555555"/>
          <w:sz w:val="20"/>
        </w:rPr>
        <w:t>[5]</w:t>
      </w:r>
    </w:p>
    <w:p>
      <w:r>
        <w:rPr>
          <w:rFonts w:ascii="Gentium Plus" w:hAnsi="Gentium Plus"/>
          <w:sz w:val="24"/>
        </w:rPr>
        <w:t>μένων, οὐ πειθομένου δὲ ἐς Καρχηδόνα πλευσεῖσθαι</w:t>
      </w:r>
    </w:p>
    <w:p>
      <w:r>
        <w:rPr>
          <w:rFonts w:ascii="Courier New" w:hAnsi="Courier New"/>
          <w:color w:val="555555"/>
          <w:sz w:val="20"/>
        </w:rPr>
        <w:t>[Iber . 41]</w:t>
      </w:r>
    </w:p>
    <w:p>
      <w:r>
        <w:rPr>
          <w:rFonts w:ascii="Gentium Plus" w:hAnsi="Gentium Plus"/>
          <w:sz w:val="24"/>
        </w:rPr>
        <w:t>κατ’ αὐτοῦ. τούτοις τοῖς πρέσβεσι πλεύσασιν ἐς Ἰβη‐ ρίαν καὶ ἐς τὸ στρατόπεδον ἀπὸ θαλάσσης ἀναβαί‐ νουσιν ὁ Ἀννίβας ἀπηγόρευσε μὴ προσιέναι. καὶ οἳ μὲν ἀπέπλευσαν ἐπὶ Καρχηδόνος σὺν τοῖς πρέσβεσιν</w:t>
      </w:r>
    </w:p>
    <w:p>
      <w:r>
        <w:rPr>
          <w:rFonts w:ascii="Courier New" w:hAnsi="Courier New"/>
          <w:color w:val="555555"/>
          <w:sz w:val="20"/>
        </w:rPr>
        <w:t>[5]</w:t>
      </w:r>
    </w:p>
    <w:p>
      <w:r>
        <w:rPr>
          <w:rFonts w:ascii="Gentium Plus" w:hAnsi="Gentium Plus"/>
          <w:sz w:val="24"/>
        </w:rPr>
        <w:t>τοῖς Ζακανθαίων καὶ τῶν συνθηκῶν ἀνεμίμνησκον αὐτούς· Καρχηδόνιοι δὲ ᾐτιῶντο τοὺς Ζακανθαίους</w:t>
      </w:r>
    </w:p>
    <w:p>
      <w:r>
        <w:rPr>
          <w:rFonts w:ascii="Courier New" w:hAnsi="Courier New"/>
          <w:color w:val="555555"/>
          <w:sz w:val="20"/>
        </w:rPr>
        <w:t>[Iber . 42]</w:t>
      </w:r>
    </w:p>
    <w:p>
      <w:r>
        <w:rPr>
          <w:rFonts w:ascii="Gentium Plus" w:hAnsi="Gentium Plus"/>
          <w:sz w:val="24"/>
        </w:rPr>
        <w:t>πολλὰ τοὺς ὑπηκόους σφῶν ἀδικεῖν. καὶ Ζακανθαίων οἱ πρέσβεις ἐς δίκην αὐτοὺς προυκαλοῦντο ἐπὶ Ῥω‐ μαίων κριτῶν· οἳ δ’ οὐκ ἔφασαν χρῄζειν δίκης, ἀμύ‐</w:t>
      </w:r>
    </w:p>
    <w:p>
      <w:r>
        <w:rPr>
          <w:rFonts w:ascii="Courier New" w:hAnsi="Courier New"/>
          <w:color w:val="555555"/>
          <w:sz w:val="20"/>
        </w:rPr>
        <w:t>[Iber . 43]</w:t>
      </w:r>
    </w:p>
    <w:p>
      <w:r>
        <w:rPr>
          <w:rFonts w:ascii="Gentium Plus" w:hAnsi="Gentium Plus"/>
          <w:sz w:val="24"/>
        </w:rPr>
        <w:t>νεσθαι δυνάμενοι. ὧν ἐς Ῥώμην ἀπαγγελθέντων, οἳ μὲν ἐκέλευον ἤδη συμμαχεῖν τοῖς Ζακανθαίοις, οἳ δ’ ἐπεῖχον ἔτι, λέγοντες οὐ συμμάχους αὐτοὺς ἐν ταῖς συνθήκαις σφῶν, ἀλλ’ αὐτονόμους καὶ ἐλευθέρους ἀνα‐</w:t>
      </w:r>
    </w:p>
    <w:p>
      <w:r>
        <w:rPr>
          <w:rFonts w:ascii="Courier New" w:hAnsi="Courier New"/>
          <w:color w:val="555555"/>
          <w:sz w:val="20"/>
        </w:rPr>
        <w:t>[5]</w:t>
      </w:r>
    </w:p>
    <w:p>
      <w:r>
        <w:rPr>
          <w:rFonts w:ascii="Gentium Plus" w:hAnsi="Gentium Plus"/>
          <w:sz w:val="24"/>
        </w:rPr>
        <w:t>γεγράφθαι, ἐλευθέρους δὲ ἔτι καὶ τοὺς πολιορκουμέ‐</w:t>
      </w:r>
    </w:p>
    <w:p>
      <w:r>
        <w:rPr>
          <w:rFonts w:ascii="Courier New" w:hAnsi="Courier New"/>
          <w:color w:val="555555"/>
          <w:sz w:val="20"/>
        </w:rPr>
        <w:t>[Iber . 44]</w:t>
      </w:r>
    </w:p>
    <w:p>
      <w:r>
        <w:rPr>
          <w:rFonts w:ascii="Gentium Plus" w:hAnsi="Gentium Plus"/>
          <w:sz w:val="24"/>
        </w:rPr>
        <w:t>νους εἶναι. καὶ ἐκράτησεν ἡ γνώμη. Ζακανθαῖοι δέ, ἐπειδὴ τὰ Ῥωμαίων ἀπέγνωσαν καὶ ὁ λιμὸς σφᾶς ἐπίεζε καὶ Ἀννίβας περιεκάθητο συνεχῶς (εὐδαίμονα γὰρ καὶ πολύχρυσον ἀκούων εἶναι τὴν πόλιν οὐκ ἀνίει τῆς</w:t>
      </w:r>
    </w:p>
    <w:p>
      <w:r>
        <w:rPr>
          <w:rFonts w:ascii="Courier New" w:hAnsi="Courier New"/>
          <w:color w:val="555555"/>
          <w:sz w:val="20"/>
        </w:rPr>
        <w:t>[5]</w:t>
      </w:r>
    </w:p>
    <w:p>
      <w:r>
        <w:rPr>
          <w:rFonts w:ascii="Gentium Plus" w:hAnsi="Gentium Plus"/>
          <w:sz w:val="24"/>
        </w:rPr>
        <w:t>πολιορκίας), τὸν μὲν χρυσὸν καὶ ἄργυρον, ὅσος ἦν δημόσιός τε καὶ ἰδιωτικός, ἀπὸ κηρύγματος ἐς τὴν ἀγορὰν συνήνεγκαν καὶ μολύβδῳ καὶ χαλκῷ συνεχώ‐</w:t>
      </w:r>
    </w:p>
    <w:p>
      <w:r>
        <w:rPr>
          <w:rFonts w:ascii="Courier New" w:hAnsi="Courier New"/>
          <w:color w:val="555555"/>
          <w:sz w:val="20"/>
        </w:rPr>
        <w:t>[Iber . 45]</w:t>
      </w:r>
    </w:p>
    <w:p>
      <w:r>
        <w:rPr>
          <w:rFonts w:ascii="Gentium Plus" w:hAnsi="Gentium Plus"/>
          <w:sz w:val="24"/>
        </w:rPr>
        <w:t>νευσαν, ὡς ἀχρεῖον Ἀννίβᾳ γενέσθαι, αὐτοὶ δ’, ἐν χερ‐ σὶν ἑλόμενοί τι παθεῖν μᾶλλον ἢ ὑπὸ τοῦ λιμοῦ, ἐξ‐ έδραμον ἔτι νυκτὸς ἐπὶ τὰ φρούρια τὰ τῶν Λιβύων, ἀναπαυομένων ἔτι καὶ οὐδὲν τοιοῦτον [δ’] ὑπονοούντων·</w:t>
      </w:r>
    </w:p>
    <w:p>
      <w:r>
        <w:rPr>
          <w:rFonts w:ascii="Courier New" w:hAnsi="Courier New"/>
          <w:color w:val="555555"/>
          <w:sz w:val="20"/>
        </w:rPr>
        <w:t>[5]</w:t>
      </w:r>
    </w:p>
    <w:p>
      <w:r>
        <w:rPr>
          <w:rFonts w:ascii="Gentium Plus" w:hAnsi="Gentium Plus"/>
          <w:sz w:val="24"/>
        </w:rPr>
        <w:t>ὅθεν αὐτοὺς ἀνισταμένους τε ἐξ εὐνῆς καὶ σὺν θορύβῳ μόλις ὁπλιζομένους, ἔστι δ’ οὓς ἤδη καὶ μαχομένους,</w:t>
      </w:r>
    </w:p>
    <w:p>
      <w:r>
        <w:rPr>
          <w:rFonts w:ascii="Courier New" w:hAnsi="Courier New"/>
          <w:color w:val="555555"/>
          <w:sz w:val="20"/>
        </w:rPr>
        <w:t>[Iber . 46]</w:t>
      </w:r>
    </w:p>
    <w:p>
      <w:r>
        <w:rPr>
          <w:rFonts w:ascii="Gentium Plus" w:hAnsi="Gentium Plus"/>
          <w:sz w:val="24"/>
        </w:rPr>
        <w:t>μὲν ἀπώλοντο πολλοί, Ζακανθαῖοι δὲ πάντες. αἱ δὲ γυναῖκες, ἀπὸ τοῦ τείχους ὁρῶσαι τὸ τέλος τῶν ἀνδρῶν, αἳ μὲν ἐρρίπτουν ἑαυτὰς κατὰ τῶν τεγῶν, αἳ δ’ ἀνήρ‐ των, αἳ δὲ καὶ τὰ τέκνα προκατέσφαζον. καὶ τοῦτο</w:t>
      </w:r>
    </w:p>
    <w:p>
      <w:r>
        <w:rPr>
          <w:rFonts w:ascii="Courier New" w:hAnsi="Courier New"/>
          <w:color w:val="555555"/>
          <w:sz w:val="20"/>
        </w:rPr>
        <w:t>[5]</w:t>
      </w:r>
    </w:p>
    <w:p>
      <w:r>
        <w:rPr>
          <w:rFonts w:ascii="Gentium Plus" w:hAnsi="Gentium Plus"/>
          <w:sz w:val="24"/>
        </w:rPr>
        <w:t>τέλος ἦν Ζακανθαίοις, πόλει τε μεγάλῃ καὶ δυνατῇ</w:t>
      </w:r>
    </w:p>
    <w:p>
      <w:r>
        <w:rPr>
          <w:rFonts w:ascii="Courier New" w:hAnsi="Courier New"/>
          <w:color w:val="555555"/>
          <w:sz w:val="20"/>
        </w:rPr>
        <w:t>[Iber . 47]</w:t>
      </w:r>
    </w:p>
    <w:p>
      <w:r>
        <w:rPr>
          <w:rFonts w:ascii="Gentium Plus" w:hAnsi="Gentium Plus"/>
          <w:sz w:val="24"/>
        </w:rPr>
        <w:t>γενομένῃ. Ἀννίβας δ’, ὡς ἔμαθε περὶ τοῦ χρυσοῦ, τοὺς μὲν ὑπολοίπους καὶ ἔτι ἡβῶντας αὐτῶν αἰκιζό‐ μενος διέφθειρεν ὑπὸ ὀργῆς, τὴν δὲ πόλιν ὁρῶν ἐπι‐ θάλασσόν τε καὶ Καρχηδόνος οὐ μακρὰν καὶ χώρας</w:t>
      </w:r>
    </w:p>
    <w:p>
      <w:r>
        <w:rPr>
          <w:rFonts w:ascii="Courier New" w:hAnsi="Courier New"/>
          <w:color w:val="555555"/>
          <w:sz w:val="20"/>
        </w:rPr>
        <w:t>[5]</w:t>
      </w:r>
    </w:p>
    <w:p>
      <w:r>
        <w:rPr>
          <w:rFonts w:ascii="Gentium Plus" w:hAnsi="Gentium Plus"/>
          <w:sz w:val="24"/>
        </w:rPr>
        <w:t>ἄρχουσαν ἀγαθῆς ᾤκιζεν αὖθις καὶ Καρχηδονίων ἄποικον ἀπέφαινεν· ἣν νῦν οἶμαι Καρχηδόνα καλεῖ‐ σθαι τὴν Σπαρταγενῆ.</w:t>
      </w:r>
    </w:p>
    <w:p>
      <w:r>
        <w:rPr>
          <w:rFonts w:ascii="Courier New" w:hAnsi="Courier New"/>
          <w:color w:val="555555"/>
          <w:sz w:val="20"/>
        </w:rPr>
        <w:t>[Iber . 48]</w:t>
      </w:r>
    </w:p>
    <w:p>
      <w:r>
        <w:rPr>
          <w:rFonts w:ascii="Gentium Plus" w:hAnsi="Gentium Plus"/>
          <w:sz w:val="24"/>
        </w:rPr>
        <w:t>Ῥωμαῖοι δὲ πρέσβεις ἐς Καρχηδόνα ἔπεμπον, οἷς εἴρητο ἐξαιτεῖν παρὰ Καρχηδονίων Ἀννίβαν ὡς ἐς τὰς συνθήκας ἁμαρτόντα, εἰ μὴ κοινὸν ἡγοῦνται τὸ ἔργον· ἢν δὲ μὴ διδῶσιν, εὐθέως αὐτοῖς πόλεμον</w:t>
      </w:r>
    </w:p>
    <w:p>
      <w:r>
        <w:rPr>
          <w:rFonts w:ascii="Courier New" w:hAnsi="Courier New"/>
          <w:color w:val="555555"/>
          <w:sz w:val="20"/>
        </w:rPr>
        <w:t>[Iber . 49]</w:t>
      </w:r>
    </w:p>
    <w:p>
      <w:r>
        <w:rPr>
          <w:rFonts w:ascii="Gentium Plus" w:hAnsi="Gentium Plus"/>
          <w:sz w:val="24"/>
        </w:rPr>
        <w:t>προαγορεύειν. καὶ οἳ μὲν ἔπραξαν ὧδε καὶ τὸν πόλε‐ μον αὐτοῖς, οὐκ ἐκδιδοῦσι τὸν Ἀννίβαν, ἐπήγγειλαν· λέγεται δ’ οὕτω γενέσθαι. ὁ μὲν πρεσβευτὴς αὐτοῖς γελώμενος ἔφη, τὸν κόλπον ἐπιδεικνύς· “ἐνταῦθ’ ὑμῖν,</w:t>
      </w:r>
    </w:p>
    <w:p>
      <w:r>
        <w:rPr>
          <w:rFonts w:ascii="Courier New" w:hAnsi="Courier New"/>
          <w:color w:val="555555"/>
          <w:sz w:val="20"/>
        </w:rPr>
        <w:t>[5]</w:t>
      </w:r>
    </w:p>
    <w:p>
      <w:r>
        <w:rPr>
          <w:rFonts w:ascii="Gentium Plus" w:hAnsi="Gentium Plus"/>
          <w:sz w:val="24"/>
        </w:rPr>
        <w:t>ὦ Καρχηδόνιοι, καὶ τὴν εἰρήνην καὶ τὸν πόλεμον φέρω·</w:t>
      </w:r>
    </w:p>
    <w:p>
      <w:r>
        <w:rPr>
          <w:rFonts w:ascii="Courier New" w:hAnsi="Courier New"/>
          <w:color w:val="555555"/>
          <w:sz w:val="20"/>
        </w:rPr>
        <w:t>[Iber . 50]</w:t>
      </w:r>
    </w:p>
    <w:p>
      <w:r>
        <w:rPr>
          <w:rFonts w:ascii="Gentium Plus" w:hAnsi="Gentium Plus"/>
          <w:sz w:val="24"/>
        </w:rPr>
        <w:t>ὑμεῖς δ’, ὁπότερα αἱρεῖσθε, λάβετε”. οἳ δ’ ἔφασαν· “σὺ μὲν οὖν, ἃ βούλει, δίδου”. προτείναντος δὲ τὸν πόλε‐ μον ἐξεβόησαν ὁμοῦ πάντες· “δεχόμεθα”. καὶ εὐθὺς</w:t>
      </w:r>
    </w:p>
    <w:p>
      <w:r>
        <w:rPr>
          <w:rFonts w:ascii="Courier New" w:hAnsi="Courier New"/>
          <w:color w:val="555555"/>
          <w:sz w:val="20"/>
        </w:rPr>
        <w:t>[Iber . 51]</w:t>
      </w:r>
    </w:p>
    <w:p>
      <w:r>
        <w:rPr>
          <w:rFonts w:ascii="Gentium Plus" w:hAnsi="Gentium Plus"/>
          <w:sz w:val="24"/>
        </w:rPr>
        <w:t>ἐπιτρέχειν ὡς τῶν σπονδῶν λελυμένων. ὃ μὲν δὴ τὰ ἔθνη τὰ ἀγχοῦ πάντα ἐπιὼν ὑπήγετο, ἢ πείθων ἢ δεδιττόμενος ἢ καταστρεφόμενος, καὶ στρατιὰν πολλὴν συνέλεγεν, τὴν μὲν χρείαν οὐχ ὑποδεικνύς, ἐς δὲ τὴν</w:t>
      </w:r>
    </w:p>
    <w:p>
      <w:r>
        <w:rPr>
          <w:rFonts w:ascii="Courier New" w:hAnsi="Courier New"/>
          <w:color w:val="555555"/>
          <w:sz w:val="20"/>
        </w:rPr>
        <w:t>[Iber . 52]</w:t>
      </w:r>
    </w:p>
    <w:p>
      <w:r>
        <w:rPr>
          <w:rFonts w:ascii="Gentium Plus" w:hAnsi="Gentium Plus"/>
          <w:sz w:val="24"/>
        </w:rPr>
        <w:t>Ἰταλίαν ἐπινοῶν ἐμβαλεῖν, Γαλάταις τε διεπρεσβεύετο καὶ τὰς διόδους τῶν Ἀλπείων ὀρῶν κατεσκέπτετο καὶ διῆλθεν, Ἀσρούβαν τὸν ἀδελφὸν ἐν Ἰβηρίᾳ ...</w:t>
      </w:r>
    </w:p>
    <w:p>
      <w:r>
        <w:rPr>
          <w:rFonts w:ascii="Courier New" w:hAnsi="Courier New"/>
          <w:color w:val="555555"/>
          <w:sz w:val="20"/>
        </w:rPr>
        <w:t>[Iber . 53]</w:t>
      </w:r>
    </w:p>
    <w:p>
      <w:r>
        <w:rPr>
          <w:rFonts w:ascii="Gentium Plus" w:hAnsi="Gentium Plus"/>
          <w:sz w:val="24"/>
        </w:rPr>
        <w:t>... 〈ἐν Ἰβηρίᾳ〉 σφίσι καὶ Λιβύῃ τὸν πόλεμον ἔσε‐ σθαι (οὐ γὰρ δὴ μὴ Λίβυές ποτε ἐς τὴν Ἰταλίαν ἐσ‐ βάλωσιν, οὐδ’ ὑπενόουν), Τιβέριον μὲν Σεμπρώνιον Λόγγον ἐπὶ νεῶν ἑκατὸν ἑξήκοντα σὺν δύο στρατοῦ</w:t>
      </w:r>
    </w:p>
    <w:p>
      <w:r>
        <w:rPr>
          <w:rFonts w:ascii="Courier New" w:hAnsi="Courier New"/>
          <w:color w:val="555555"/>
          <w:sz w:val="20"/>
        </w:rPr>
        <w:t>[5]</w:t>
      </w:r>
    </w:p>
    <w:p>
      <w:r>
        <w:rPr>
          <w:rFonts w:ascii="Gentium Plus" w:hAnsi="Gentium Plus"/>
          <w:sz w:val="24"/>
        </w:rPr>
        <w:t>τέλεσιν ἐς Λιβύην ἐξέπεμπον (καὶ ὅσα Λόγγος τε καὶ οἱ λοιποὶ Ῥωμαίων στρατηγοὶ περὶ Λιβύην ἔπραξαν,</w:t>
      </w:r>
    </w:p>
    <w:p>
      <w:r>
        <w:rPr>
          <w:rFonts w:ascii="Courier New" w:hAnsi="Courier New"/>
          <w:color w:val="555555"/>
          <w:sz w:val="20"/>
        </w:rPr>
        <w:t>[Iber . 54]</w:t>
      </w:r>
    </w:p>
    <w:p>
      <w:r>
        <w:rPr>
          <w:rFonts w:ascii="Gentium Plus" w:hAnsi="Gentium Plus"/>
          <w:sz w:val="24"/>
        </w:rPr>
        <w:t>ἐν τῇ Καρχηδονιακῇ βύβλῳ συγγέγραπται), Πούπλιον δὲ Κορνήλιον Σκιπίωνα ἔστελλον ἐς Ἰβηρίαν ἐπὶ νεῶν ἑξήκοντα μετὰ πεζῶν μυρίων καὶ ἱππέων ἑπτακοσίων καὶ πρεσβευτὴν αὐτῷ συνέπεμπον Γναῖον Κορνήλιον</w:t>
      </w:r>
    </w:p>
    <w:p>
      <w:r>
        <w:rPr>
          <w:rFonts w:ascii="Courier New" w:hAnsi="Courier New"/>
          <w:color w:val="555555"/>
          <w:sz w:val="20"/>
        </w:rPr>
        <w:t>[Iber . 55]</w:t>
      </w:r>
    </w:p>
    <w:p>
      <w:r>
        <w:rPr>
          <w:rFonts w:ascii="Gentium Plus" w:hAnsi="Gentium Plus"/>
          <w:sz w:val="24"/>
        </w:rPr>
        <w:t>Σκιπίωνα τὸν ἀδελφόν. τούτοιν ὁ μὲν Πούπλιος παρὰ Μασσαλιωτῶν ἐμπόρων πυθόμενος Ἀννίβαν διὰ τῶν Ἀλπείων ὀρῶν ἐς τὴν Ἰταλίαν ὑπερβάντα, δείσας, μὴ ἀδοκήτως τοῖς Ἰταλιώταις ἐπιπέσοι, παραδοὺς Γναίῳ</w:t>
      </w:r>
    </w:p>
    <w:p>
      <w:r>
        <w:rPr>
          <w:rFonts w:ascii="Courier New" w:hAnsi="Courier New"/>
          <w:color w:val="555555"/>
          <w:sz w:val="20"/>
        </w:rPr>
        <w:t>[5]</w:t>
      </w:r>
    </w:p>
    <w:p>
      <w:r>
        <w:rPr>
          <w:rFonts w:ascii="Gentium Plus" w:hAnsi="Gentium Plus"/>
          <w:sz w:val="24"/>
        </w:rPr>
        <w:t>τῷ ἀδελφῷ τὴν ἐν Ἰβηρίᾳ στρατιὰν διέπλευσεν ἐπὶ</w:t>
      </w:r>
    </w:p>
    <w:p>
      <w:r>
        <w:rPr>
          <w:rFonts w:ascii="Courier New" w:hAnsi="Courier New"/>
          <w:color w:val="555555"/>
          <w:sz w:val="20"/>
        </w:rPr>
        <w:t>[Iber . 56]</w:t>
      </w:r>
    </w:p>
    <w:p>
      <w:r>
        <w:rPr>
          <w:rFonts w:ascii="Gentium Plus" w:hAnsi="Gentium Plus"/>
          <w:sz w:val="24"/>
        </w:rPr>
        <w:t>πεντήρους ἐς Τυρρηνίαν. καὶ ὅσα ἔπραξεν ἐν τῇ Ἰτα‐</w:t>
      </w:r>
    </w:p>
    <w:p>
      <w:r>
        <w:rPr>
          <w:rFonts w:ascii="Courier New" w:hAnsi="Courier New"/>
          <w:color w:val="555555"/>
          <w:sz w:val="20"/>
        </w:rPr>
        <w:t>[5]</w:t>
      </w:r>
    </w:p>
    <w:p>
      <w:r>
        <w:rPr>
          <w:rFonts w:ascii="Gentium Plus" w:hAnsi="Gentium Plus"/>
          <w:sz w:val="24"/>
        </w:rPr>
        <w:t>ὑποδείκνυσιν, ἣ τὰ ἔργα Ἀννίβου τὰ ἐν Ἰταλίᾳ πάντα περιλαμβάνει καὶ παρ’ αὐτὸ λέγεται Ῥωμαϊκῶν Ἀννι‐ βαϊκή.</w:t>
      </w:r>
    </w:p>
    <w:p>
      <w:r>
        <w:rPr>
          <w:rFonts w:ascii="Courier New" w:hAnsi="Courier New"/>
          <w:color w:val="555555"/>
          <w:sz w:val="20"/>
        </w:rPr>
        <w:t>[Iber . 57]</w:t>
      </w:r>
    </w:p>
    <w:p>
      <w:r>
        <w:rPr>
          <w:rFonts w:ascii="Gentium Plus" w:hAnsi="Gentium Plus"/>
          <w:sz w:val="24"/>
        </w:rPr>
        <w:t>Γναῖος δὲ οὐδέν, ὅ τι καὶ εἰπεῖν, ἔπραξεν 〈ἐν〉 τοῖς Ἴβηρσι, πρὶν αὐτῷ Πούπλιον τὸν ἀδελφὸν ἐπανελθεῖν· Ῥωμαῖοι γάρ, ληγούσης τῆς ἀρχῆς τῷ Πουπλίῳ, πρὸς μὲν Ἀννίβαν ἐς τὴν Ἰταλίαν τοὺς μετὰ τὸν Πούπλιον</w:t>
      </w:r>
    </w:p>
    <w:p>
      <w:r>
        <w:rPr>
          <w:rFonts w:ascii="Courier New" w:hAnsi="Courier New"/>
          <w:color w:val="555555"/>
          <w:sz w:val="20"/>
        </w:rPr>
        <w:t>[5]</w:t>
      </w:r>
    </w:p>
    <w:p>
      <w:r>
        <w:rPr>
          <w:rFonts w:ascii="Gentium Plus" w:hAnsi="Gentium Plus"/>
          <w:sz w:val="24"/>
        </w:rPr>
        <w:t>ὑπάτους ἐξέπεμψαν, αὐτὸν δ’ ἀνθύπατον ἀποφήναντες</w:t>
      </w:r>
    </w:p>
    <w:p>
      <w:r>
        <w:rPr>
          <w:rFonts w:ascii="Courier New" w:hAnsi="Courier New"/>
          <w:color w:val="555555"/>
          <w:sz w:val="20"/>
        </w:rPr>
        <w:t>[Iber . 58]</w:t>
      </w:r>
    </w:p>
    <w:p>
      <w:r>
        <w:rPr>
          <w:rFonts w:ascii="Gentium Plus" w:hAnsi="Gentium Plus"/>
          <w:sz w:val="24"/>
        </w:rPr>
        <w:t>ἐς Ἰβηρίαν αὖθις ἔστειλαν. καὶ ἀπὸ τοῦδε οἱ δύο Σκι‐ πίωνες τὸν ἐν Ἰβηρίᾳ πόλεμον διέφερον, Ἀσρούβου σφίσιν ἀντιστρατηγοῦντος, μέχρι Καρχηδόνιοι μὲν ὑπὸ Σύφακος, τοῦ τῶν Νομάδων δυνάστου, πολεμούμενοι</w:t>
      </w:r>
    </w:p>
    <w:p>
      <w:r>
        <w:rPr>
          <w:rFonts w:ascii="Courier New" w:hAnsi="Courier New"/>
          <w:color w:val="555555"/>
          <w:sz w:val="20"/>
        </w:rPr>
        <w:t>[5]</w:t>
      </w:r>
    </w:p>
    <w:p>
      <w:r>
        <w:rPr>
          <w:rFonts w:ascii="Gentium Plus" w:hAnsi="Gentium Plus"/>
          <w:sz w:val="24"/>
        </w:rPr>
        <w:t>τὸν Ἀσρούβαν καὶ μέρος τῆς ὑπ’ αὐτῷ στρατιᾶς μετ‐ επέμψαντο, τῶν δ’ ὑπολοίπων οἱ Σκιπίωνες εὐ‐</w:t>
      </w:r>
    </w:p>
    <w:p>
      <w:r>
        <w:rPr>
          <w:rFonts w:ascii="Courier New" w:hAnsi="Courier New"/>
          <w:color w:val="555555"/>
          <w:sz w:val="20"/>
        </w:rPr>
        <w:t>[Iber . 59]</w:t>
      </w:r>
    </w:p>
    <w:p>
      <w:r>
        <w:rPr>
          <w:rFonts w:ascii="Gentium Plus" w:hAnsi="Gentium Plus"/>
          <w:sz w:val="24"/>
        </w:rPr>
        <w:t>μαρῶς ἐκράτουν. καὶ πολλαὶ τῶν πόλεων ἐς αὐτοὺς ἑκοῦσαι μετετίθεντο· καὶ γὰρ ἤστην πιθανωτάτω στρα‐</w:t>
      </w:r>
    </w:p>
    <w:p>
      <w:r>
        <w:rPr>
          <w:rFonts w:ascii="Courier New" w:hAnsi="Courier New"/>
          <w:color w:val="555555"/>
          <w:sz w:val="20"/>
        </w:rPr>
        <w:t>[Iber . 60]</w:t>
      </w:r>
    </w:p>
    <w:p>
      <w:r>
        <w:rPr>
          <w:rFonts w:ascii="Gentium Plus" w:hAnsi="Gentium Plus"/>
          <w:sz w:val="24"/>
        </w:rPr>
        <w:t>τηγῆσαί τε καὶ προσαγαγέσθαι. θέμενοι δ’ οἱ Καρχη‐ δόνιοι πρὸς Σύφακα εἰρήνην αὖθις ἐξέπεμπον εἰς Ἰβη‐ ρίαν Ἀσρούβαν μετὰ πλέονος στρατοῦ καὶ ἐλεφάντων τριάκοντα καὶ σὺν αὐτῷ ἄλλους δύο στρατηγούς,</w:t>
      </w:r>
    </w:p>
    <w:p>
      <w:r>
        <w:rPr>
          <w:rFonts w:ascii="Courier New" w:hAnsi="Courier New"/>
          <w:color w:val="555555"/>
          <w:sz w:val="20"/>
        </w:rPr>
        <w:t>[5]</w:t>
      </w:r>
    </w:p>
    <w:p>
      <w:r>
        <w:rPr>
          <w:rFonts w:ascii="Gentium Plus" w:hAnsi="Gentium Plus"/>
          <w:sz w:val="24"/>
        </w:rPr>
        <w:t>Μάγωνά τε καὶ Ἀσρούβαν ἕτερον, ὃς Γέσκωνος ἦν υἱός. καὶ χαλεπώτερος ἦν τοῖς Σκιπίωσιν ὁ πόλεμος</w:t>
      </w:r>
    </w:p>
    <w:p>
      <w:r>
        <w:rPr>
          <w:rFonts w:ascii="Courier New" w:hAnsi="Courier New"/>
          <w:color w:val="555555"/>
          <w:sz w:val="20"/>
        </w:rPr>
        <w:t>[Iber . 61]</w:t>
      </w:r>
    </w:p>
    <w:p>
      <w:r>
        <w:rPr>
          <w:rFonts w:ascii="Gentium Plus" w:hAnsi="Gentium Plus"/>
          <w:sz w:val="24"/>
        </w:rPr>
        <w:t>ἀπὸ τοῦδε, ἐκράτουν δὲ καὶ ὥς. καὶ πολλοὶ μὲν τῶν Λιβύων, πολλοὶ δὲ τῶν ἐλεφάντων ἐφθάρησαν, μέχρι χειμῶνος ἐπιλαβόντος οἱ μὲν Λίβυες ἐχείμαζον ἐν Τυρ‐</w:t>
      </w:r>
    </w:p>
    <w:p>
      <w:r>
        <w:rPr>
          <w:rFonts w:ascii="Courier New" w:hAnsi="Courier New"/>
          <w:color w:val="555555"/>
          <w:sz w:val="20"/>
        </w:rPr>
        <w:t>[Iber . 62]</w:t>
      </w:r>
    </w:p>
    <w:p>
      <w:r>
        <w:rPr>
          <w:rFonts w:ascii="Gentium Plus" w:hAnsi="Gentium Plus"/>
          <w:sz w:val="24"/>
        </w:rPr>
        <w:t>ὁ δὲ Πούπλιος ἐν Καστολῶνι. ἔνθα αὐτῷ προσιὼν ὁ Ἀσρούβας ἀπηγγέλθη· καὶ προελθὼν τῆς πόλεως μετ’ ὀλίγων ἐς κατασκοπὴν στρατοπέδου ἔλαθε πλησιάσας τῷ Ἀσρούβᾳ, καὶ αὐτὸν ἐκεῖνος καὶ τοὺς σὺν αὐτῷ</w:t>
      </w:r>
    </w:p>
    <w:p>
      <w:r>
        <w:rPr>
          <w:rFonts w:ascii="Courier New" w:hAnsi="Courier New"/>
          <w:color w:val="555555"/>
          <w:sz w:val="20"/>
        </w:rPr>
        <w:t>[Iber . 63]</w:t>
      </w:r>
    </w:p>
    <w:p>
      <w:r>
        <w:rPr>
          <w:rFonts w:ascii="Gentium Plus" w:hAnsi="Gentium Plus"/>
          <w:sz w:val="24"/>
        </w:rPr>
        <w:t>πάντας ἱππεῦσι περιδραμὼν ἀπέκτεινεν. ὁ δὲ Γναῖος οὐδέν τι προμαθὼν ἐς τὸν ἀδελφὸν ἐπὶ σῖτον ἔπεμπε στρατιώτας, οἷς ἕτεροι Λιβύων συντυχόντες ἐμάχοντο. καὶ πυθόμενος ὁ Γναῖος ἐξέδραμεν, ὡς εἶχεν, μετὰ τῶν</w:t>
      </w:r>
    </w:p>
    <w:p>
      <w:r>
        <w:rPr>
          <w:rFonts w:ascii="Courier New" w:hAnsi="Courier New"/>
          <w:color w:val="555555"/>
          <w:sz w:val="20"/>
        </w:rPr>
        <w:t>[5]</w:t>
      </w:r>
    </w:p>
    <w:p>
      <w:r>
        <w:rPr>
          <w:rFonts w:ascii="Gentium Plus" w:hAnsi="Gentium Plus"/>
          <w:sz w:val="24"/>
        </w:rPr>
        <w:t>εὐζώνων ἐπ’ αὐτούς. οἳ δὲ τούς τε προτέρους ἀνῃρή‐ κεσαν ἤδη καὶ τὸν Γναῖον ἐδίωκον, ἕως ἐσέδραμεν ἔς τινα πύργον. καὶ τὸν πύργον ἐνέπρησαν οἱ Λίβυες, καὶ ὁ Σκιπίων κατεκαύθη μετὰ τῶν συνόντων.</w:t>
      </w:r>
    </w:p>
    <w:p>
      <w:r>
        <w:rPr>
          <w:rFonts w:ascii="Courier New" w:hAnsi="Courier New"/>
          <w:color w:val="555555"/>
          <w:sz w:val="20"/>
        </w:rPr>
        <w:t>[Iber . 64]</w:t>
      </w:r>
    </w:p>
    <w:p>
      <w:r>
        <w:rPr>
          <w:rFonts w:ascii="Gentium Plus" w:hAnsi="Gentium Plus"/>
          <w:sz w:val="24"/>
        </w:rPr>
        <w:t>οὕτω μὲν οἱ Σκιπίωνες ἀπέθανον ἄμφω, ἄνδρες ἐς πάντα ἀγαθοὶ γενόμενοι· καὶ αὐτοὺς ἐπεπόθησαν</w:t>
      </w:r>
    </w:p>
    <w:p>
      <w:r>
        <w:rPr>
          <w:rFonts w:ascii="Courier New" w:hAnsi="Courier New"/>
          <w:color w:val="555555"/>
          <w:sz w:val="20"/>
        </w:rPr>
        <w:t>[Iber . 65]</w:t>
      </w:r>
    </w:p>
    <w:p>
      <w:r>
        <w:rPr>
          <w:rFonts w:ascii="Gentium Plus" w:hAnsi="Gentium Plus"/>
          <w:sz w:val="24"/>
        </w:rPr>
        <w:t>Ἴβηρες, ὅσοι δι’ αὐτοὺς ἐς Ῥωμαίους μετέθεντο. πυθό‐ μενοι δ’ οἱ ἐν ἄστει βαρέως τε ἤνεγκαν καὶ Μάρ‐ κελλον ἐκ Σικελίας ἄρτι ἀφιγμένον καὶ σὺν αὐτῷ Κλαύδιον ἐπὶ νεῶν ... ἐξέπεμπον ἐς Ἰβηρίαν μετὰ</w:t>
      </w:r>
    </w:p>
    <w:p>
      <w:r>
        <w:rPr>
          <w:rFonts w:ascii="Courier New" w:hAnsi="Courier New"/>
          <w:color w:val="555555"/>
          <w:sz w:val="20"/>
        </w:rPr>
        <w:t>[5]</w:t>
      </w:r>
    </w:p>
    <w:p>
      <w:r>
        <w:rPr>
          <w:rFonts w:ascii="Gentium Plus" w:hAnsi="Gentium Plus"/>
          <w:sz w:val="24"/>
        </w:rPr>
        <w:t>χιλίων ἱππέων καὶ πεζῶν μυρίων καὶ χορηγίας ἱκανῆς.</w:t>
      </w:r>
    </w:p>
    <w:p>
      <w:r>
        <w:rPr>
          <w:rFonts w:ascii="Courier New" w:hAnsi="Courier New"/>
          <w:color w:val="555555"/>
          <w:sz w:val="20"/>
        </w:rPr>
        <w:t>[Iber . 66]</w:t>
      </w:r>
    </w:p>
    <w:p>
      <w:r>
        <w:rPr>
          <w:rFonts w:ascii="Gentium Plus" w:hAnsi="Gentium Plus"/>
          <w:sz w:val="24"/>
        </w:rPr>
        <w:t>οὐδενὸς δὲ λαμπροῦ παρὰ τῶνδε γιγνομένου τὰ Λι‐</w:t>
      </w:r>
    </w:p>
    <w:p>
      <w:r>
        <w:rPr>
          <w:rFonts w:ascii="Courier New" w:hAnsi="Courier New"/>
          <w:color w:val="555555"/>
          <w:sz w:val="20"/>
        </w:rPr>
        <w:t>[Iber . 67]</w:t>
      </w:r>
    </w:p>
    <w:p>
      <w:r>
        <w:rPr>
          <w:rFonts w:ascii="Gentium Plus" w:hAnsi="Gentium Plus"/>
          <w:sz w:val="24"/>
        </w:rPr>
        <w:t>κατακεκλῃσμένων. πάλιν οὖν οἱ ἐν ἄστει πυνθανό‐ μενοι μᾶλλον ἐταράσσοντο· καὶ φόβος ἦν, μὴ Ἀννίβου πορθοῦντος τὰ πρόσω τῆς Ἰταλίας καὶ οἵδε οἱ Λίβυες ἐς τὰ ἕτερα αὐτῆς ἐσβάλοιεν. ὅθεν οὐδ’ ἀποσχέσθαι</w:t>
      </w:r>
    </w:p>
    <w:p>
      <w:r>
        <w:rPr>
          <w:rFonts w:ascii="Courier New" w:hAnsi="Courier New"/>
          <w:color w:val="555555"/>
          <w:sz w:val="20"/>
        </w:rPr>
        <w:t>[5]</w:t>
      </w:r>
    </w:p>
    <w:p>
      <w:r>
        <w:rPr>
          <w:rFonts w:ascii="Gentium Plus" w:hAnsi="Gentium Plus"/>
          <w:sz w:val="24"/>
        </w:rPr>
        <w:t>τῆς Ἰβηρίας βουλομένοις αὐτοῖς δυνατὸν ἦν, δέει τοῦ μὴ καὶ τόνδε τὸν πόλεμον ἐς τὴν Ἰταλίαν ἐπαγαγέ‐</w:t>
      </w:r>
    </w:p>
    <w:p>
      <w:r>
        <w:rPr>
          <w:rFonts w:ascii="Courier New" w:hAnsi="Courier New"/>
          <w:color w:val="555555"/>
          <w:sz w:val="20"/>
        </w:rPr>
        <w:t>[Iber . 68]</w:t>
      </w:r>
    </w:p>
    <w:p>
      <w:r>
        <w:rPr>
          <w:rFonts w:ascii="Gentium Plus" w:hAnsi="Gentium Plus"/>
          <w:sz w:val="24"/>
        </w:rPr>
        <w:t>σθαι. προύγραφον οὖν ἡμέραν, ἐν ᾗ χειροτονήσουσιν στρατηγὸν εἰς Ἰβηρίαν. καὶ οὐδενὸς παραγγέλλοντος ἔτι πλείων ἐγίγνετο φόβος, καὶ σιωπὴ σκυθρωπὸς ἐπεῖχε τὴν ἐκκλησίαν, ἐς οὗ Κορνήλιος Σκιπίων, ὁ Πουπλίου</w:t>
      </w:r>
    </w:p>
    <w:p>
      <w:r>
        <w:rPr>
          <w:rFonts w:ascii="Courier New" w:hAnsi="Courier New"/>
          <w:color w:val="555555"/>
          <w:sz w:val="20"/>
        </w:rPr>
        <w:t>[5]</w:t>
      </w:r>
    </w:p>
    <w:p>
      <w:r>
        <w:rPr>
          <w:rFonts w:ascii="Gentium Plus" w:hAnsi="Gentium Plus"/>
          <w:sz w:val="24"/>
        </w:rPr>
        <w:t>Κορνηλίου τοῦ ἀναιρεθέντος ἐν Ἴβηρσιν υἱός, νέος μὲν ὢν κομιδῇ (τεσσάρων γὰρ καὶ εἴκοσιν ἐτῶν ἦν), σώφρων δὲ καὶ γενναῖος εἶναι νομιζόμενος, ἐς τὸ μέσον ἐλθὼν ἐσεμνολόγησεν ἀμφί τε τοῦ πατρὸς καὶ ἀμφὶ τοῦ θείου καὶ τὸ πάθος αὐτῶν ὀδυράμενος ἐπεῖπεν</w:t>
      </w:r>
    </w:p>
    <w:p>
      <w:r>
        <w:rPr>
          <w:rFonts w:ascii="Courier New" w:hAnsi="Courier New"/>
          <w:color w:val="555555"/>
          <w:sz w:val="20"/>
        </w:rPr>
        <w:t>[10]</w:t>
      </w:r>
    </w:p>
    <w:p>
      <w:r>
        <w:rPr>
          <w:rFonts w:ascii="Gentium Plus" w:hAnsi="Gentium Plus"/>
          <w:sz w:val="24"/>
        </w:rPr>
        <w:t>οἰκεῖος εἶναι τιμωρὸς ἐκ πάντων πατρὶ καὶ θείῳ καὶ</w:t>
      </w:r>
    </w:p>
    <w:p>
      <w:r>
        <w:rPr>
          <w:rFonts w:ascii="Courier New" w:hAnsi="Courier New"/>
          <w:color w:val="555555"/>
          <w:sz w:val="20"/>
        </w:rPr>
        <w:t>[Iber . 69]</w:t>
      </w:r>
    </w:p>
    <w:p>
      <w:r>
        <w:rPr>
          <w:rFonts w:ascii="Gentium Plus" w:hAnsi="Gentium Plus"/>
          <w:sz w:val="24"/>
        </w:rPr>
        <w:t>πατρίδι. ἄλλα τε πολλὰ ἀθρόως καὶ λάβρως ὥσπερ ἔνθους ἐπαγγειλάμενος, οὐκ Ἰβηρίαν λήψεσθαι μόνην, ἀλλ’ ἐπ’ αὐτῇ καὶ Λιβύην καὶ Καρχηδόνα, τοῖς μὲν ἔδοξε κουφολογῆσαι νεανικῶς, τὸν δὲ δῆμον ἀνέλαβε</w:t>
      </w:r>
    </w:p>
    <w:p>
      <w:r>
        <w:rPr>
          <w:rFonts w:ascii="Courier New" w:hAnsi="Courier New"/>
          <w:color w:val="555555"/>
          <w:sz w:val="20"/>
        </w:rPr>
        <w:t>[5]</w:t>
      </w:r>
    </w:p>
    <w:p>
      <w:r>
        <w:rPr>
          <w:rFonts w:ascii="Gentium Plus" w:hAnsi="Gentium Plus"/>
          <w:sz w:val="24"/>
        </w:rPr>
        <w:t>κατεπτηχότα (χαίρουσι γὰρ ἐπαγγελίαις οἱ δεδιότες) καὶ ᾑρέθη στρατηγὸς ἐς Ἰβηρίαν ὡς πράξων τι τῆς</w:t>
      </w:r>
    </w:p>
    <w:p>
      <w:r>
        <w:rPr>
          <w:rFonts w:ascii="Courier New" w:hAnsi="Courier New"/>
          <w:color w:val="555555"/>
          <w:sz w:val="20"/>
        </w:rPr>
        <w:t>[Iber . 70]</w:t>
      </w:r>
    </w:p>
    <w:p>
      <w:r>
        <w:rPr>
          <w:rFonts w:ascii="Gentium Plus" w:hAnsi="Gentium Plus"/>
          <w:sz w:val="24"/>
        </w:rPr>
        <w:t>εὐτολμίας ἄξιον. οἱ πρεσβύτεροι δ’ αὐτὴν οὐκ εὐτολ‐ μίαν, ἀλλὰ προπέτειαν ἐκάλουν. καὶ ὁ Σκιπίων αἰ‐ σθόμενος ἐς ἐκκλησίαν αὖθις αὐτοὺς συνεκάλει τε καὶ</w:t>
      </w:r>
    </w:p>
    <w:p>
      <w:r>
        <w:rPr>
          <w:rFonts w:ascii="Courier New" w:hAnsi="Courier New"/>
          <w:color w:val="555555"/>
          <w:sz w:val="20"/>
        </w:rPr>
        <w:t>[Iber . 71]</w:t>
      </w:r>
    </w:p>
    <w:p>
      <w:r>
        <w:rPr>
          <w:rFonts w:ascii="Gentium Plus" w:hAnsi="Gentium Plus"/>
          <w:sz w:val="24"/>
        </w:rPr>
        <w:t>ἐσεμνύνετο ὅμοια· καὶ τὴν ἡλικίαν εἰπὼν οὐδὲν ἐμ‐ ποδών οἱ γενήσεσθαι προυκαλεῖτο ὅμως, εἴ τις ἐθέλοι</w:t>
      </w:r>
    </w:p>
    <w:p>
      <w:r>
        <w:rPr>
          <w:rFonts w:ascii="Courier New" w:hAnsi="Courier New"/>
          <w:color w:val="555555"/>
          <w:sz w:val="20"/>
        </w:rPr>
        <w:t>[Iber . 72]</w:t>
      </w:r>
    </w:p>
    <w:p>
      <w:r>
        <w:rPr>
          <w:rFonts w:ascii="Gentium Plus" w:hAnsi="Gentium Plus"/>
          <w:sz w:val="24"/>
        </w:rPr>
        <w:t>τοῦ παραδιδόντος. οὐδενὸς δ’ ἑλομένου μᾶλλον ἐπαι‐ νούμενός τε καὶ θαυμαζόμενος ἐξῄει μετὰ μυρίων πεζῶν καὶ ἱππέων πεντακοσίων· οὐ γὰρ ἐνεχώρει πλέονα στρατὸν ἐξάγειν, Ἀννίβου δῃοῦντος τὴν Ἰταλίαν. ἔλαβεν</w:t>
      </w:r>
    </w:p>
    <w:p>
      <w:r>
        <w:rPr>
          <w:rFonts w:ascii="Courier New" w:hAnsi="Courier New"/>
          <w:color w:val="555555"/>
          <w:sz w:val="20"/>
        </w:rPr>
        <w:t>[5]</w:t>
      </w:r>
    </w:p>
    <w:p>
      <w:r>
        <w:rPr>
          <w:rFonts w:ascii="Gentium Plus" w:hAnsi="Gentium Plus"/>
          <w:sz w:val="24"/>
        </w:rPr>
        <w:t>δὲ καὶ χρήματα καὶ παρασκευὴν ἄλλην καὶ ναῦς μα‐ κρὰς ὀκτὼ καὶ εἴκοσι, μεθ’ ὧν ἐς Ἰβηρίαν διέπλευσε.</w:t>
      </w:r>
    </w:p>
    <w:p>
      <w:r>
        <w:rPr>
          <w:rFonts w:ascii="Courier New" w:hAnsi="Courier New"/>
          <w:color w:val="555555"/>
          <w:sz w:val="20"/>
        </w:rPr>
        <w:t>[Iber . 73]</w:t>
      </w:r>
    </w:p>
    <w:p>
      <w:r>
        <w:rPr>
          <w:rFonts w:ascii="Gentium Plus" w:hAnsi="Gentium Plus"/>
          <w:sz w:val="24"/>
        </w:rPr>
        <w:t>παραλαβών τε τὴν ἐκεῖ στρατιὰν καὶ οὓς ἦγεν ἐς ἓν συναγαγὼν ἐκάθηρε καὶ διελέχθη καὶ τοῖσδε μεγαλη‐ γόρως. δόξα τε διέδραμεν ἐς ὅλην αὐτίκα τὴν Ἰβηρίαν, βαρυνομένην τε τοὺς Λίβυας καὶ τῶν Σκιπιώνων τὴν</w:t>
      </w:r>
    </w:p>
    <w:p>
      <w:r>
        <w:rPr>
          <w:rFonts w:ascii="Courier New" w:hAnsi="Courier New"/>
          <w:color w:val="555555"/>
          <w:sz w:val="20"/>
        </w:rPr>
        <w:t>[5]</w:t>
      </w:r>
    </w:p>
    <w:p>
      <w:r>
        <w:rPr>
          <w:rFonts w:ascii="Gentium Plus" w:hAnsi="Gentium Plus"/>
          <w:sz w:val="24"/>
        </w:rPr>
        <w:t>ἀρετὴν ἐπιποθοῦσαν, ὅτι στρατηγὸς αὐτοῖς ἥκοι Σκιπίων ὁ Σκιπίωνος κατὰ θεόν. οὗ δὴ καὶ αὐτὸς αἰσθανό‐</w:t>
      </w:r>
    </w:p>
    <w:p>
      <w:r>
        <w:rPr>
          <w:rFonts w:ascii="Courier New" w:hAnsi="Courier New"/>
          <w:color w:val="555555"/>
          <w:sz w:val="20"/>
        </w:rPr>
        <w:t>[Iber . 74]</w:t>
      </w:r>
    </w:p>
    <w:p>
      <w:r>
        <w:rPr>
          <w:rFonts w:ascii="Gentium Plus" w:hAnsi="Gentium Plus"/>
          <w:sz w:val="24"/>
        </w:rPr>
        <w:t>μενος ὑπεκρίνετο πάντα ποιεῖν πειθόμενος θεῷ. πυνθανό‐ μενος δ’, ὅτι οἱ ἐχθροὶ σταθμεύουσι μὲν ἐν τέσσαρσι στρατοπέδοις, μακρὰν διεστηκότες ἀπ’ ἀλλήλων, ἀνὰ δισμυρίους καὶ πεντακισχιλίους πεζοὺς καὶ ἱππέας</w:t>
      </w:r>
    </w:p>
    <w:p>
      <w:r>
        <w:rPr>
          <w:rFonts w:ascii="Courier New" w:hAnsi="Courier New"/>
          <w:color w:val="555555"/>
          <w:sz w:val="20"/>
        </w:rPr>
        <w:t>[5]</w:t>
      </w:r>
    </w:p>
    <w:p>
      <w:r>
        <w:rPr>
          <w:rFonts w:ascii="Gentium Plus" w:hAnsi="Gentium Plus"/>
          <w:sz w:val="24"/>
        </w:rPr>
        <w:t>πεντακοσίους ἐπὶ δισχιλίοις, τὴν δὲ παρασκευὴν τῶν τε χρημάτων καὶ σίτου καὶ ὅπλων καὶ βελῶν καὶ νεῶν καὶ αἰχμαλώτων καὶ ὁμήρων τῶν ἐξ ὅλης Ἰβηρίας ἔχουσιν ἐν τῇ πρότερον μὲν Ζακάνθῃ, τότε δὲ ἤδη Καρχηδόνι, καὶ φρουρὸς αὐτῶν ἐστι Μάγων μετὰ μυρίων</w:t>
      </w:r>
    </w:p>
    <w:p>
      <w:r>
        <w:rPr>
          <w:rFonts w:ascii="Courier New" w:hAnsi="Courier New"/>
          <w:color w:val="555555"/>
          <w:sz w:val="20"/>
        </w:rPr>
        <w:t>[Iber . 75]</w:t>
      </w:r>
    </w:p>
    <w:p>
      <w:r>
        <w:rPr>
          <w:rFonts w:ascii="Gentium Plus" w:hAnsi="Gentium Plus"/>
          <w:sz w:val="24"/>
        </w:rPr>
        <w:t>Καρχηδονίων, ἔκρινε πρῶτον ἐς τούτους ἐπιδραμεῖν διά τε τὴν ὀλιγότητα τοῦ στρατοῦ τοῦ μετὰ Μάγωνος καὶ τὸ μέγεθος τῆς παρασκευῆς καὶ ὡς ὁρμητήριον ἀσφαλὲς ἐκ γῆς καὶ θαλάσσης ἕξων ἐπὶ ὅλην τὴν</w:t>
      </w:r>
    </w:p>
    <w:p>
      <w:r>
        <w:rPr>
          <w:rFonts w:ascii="Courier New" w:hAnsi="Courier New"/>
          <w:color w:val="555555"/>
          <w:sz w:val="20"/>
        </w:rPr>
        <w:t>[5]</w:t>
      </w:r>
    </w:p>
    <w:p>
      <w:r>
        <w:rPr>
          <w:rFonts w:ascii="Gentium Plus" w:hAnsi="Gentium Plus"/>
          <w:sz w:val="24"/>
        </w:rPr>
        <w:t>Ἰβηρίαν πόλιν ἀργυρεῖα καὶ χώραν εὐδαίμονα καὶ πλοῦ‐ τον πολὺν ἔχουσαν καὶ τὸν διάπλουν ἐς Λιβύην βρα‐</w:t>
      </w:r>
    </w:p>
    <w:p>
      <w:r>
        <w:rPr>
          <w:rFonts w:ascii="Courier New" w:hAnsi="Courier New"/>
          <w:color w:val="555555"/>
          <w:sz w:val="20"/>
        </w:rPr>
        <w:t>[Iber . 76]</w:t>
      </w:r>
    </w:p>
    <w:p>
      <w:r>
        <w:rPr>
          <w:rFonts w:ascii="Gentium Plus" w:hAnsi="Gentium Plus"/>
          <w:sz w:val="24"/>
        </w:rPr>
        <w:t>ὃ μὲν δὴ τοσοῖσδε λογισμοῖς ἐπαιρόμενος, οὐδενὶ προειπών, ὅπῃ χωρήσειν ἔμελλεν, ἡλίου δύναντος ἦγε τὴν στρατιὰν δι’ ὅλης τῆς νυκτὸς ἐπὶ τὴν Καρχηδόνα. καὶ αὐτὴν ἅμα ἕῳ τῶν Λιβύων καταπλαγέντων περι‐</w:t>
      </w:r>
    </w:p>
    <w:p>
      <w:r>
        <w:rPr>
          <w:rFonts w:ascii="Courier New" w:hAnsi="Courier New"/>
          <w:color w:val="555555"/>
          <w:sz w:val="20"/>
        </w:rPr>
        <w:t>[5]</w:t>
      </w:r>
    </w:p>
    <w:p>
      <w:r>
        <w:rPr>
          <w:rFonts w:ascii="Gentium Plus" w:hAnsi="Gentium Plus"/>
          <w:sz w:val="24"/>
        </w:rPr>
        <w:t>ταφρεύσας ἐς τὴν ἐπιοῦσαν ἡμέραν ἡτοιμάζετο, κλί‐ μακάς τε καὶ μηχανὰς πάντῃ περιτιθεὶς χωρὶς ἑνὸς μέρους, ᾗ τὸ μὲν τεῖχος ἦν βραχύτατον, ἕλος δ’ αὐτῷ καὶ θάλασσα προσέκλυζε καὶ δι’ αὐτὸ καὶ οἱ φύλακες</w:t>
      </w:r>
    </w:p>
    <w:p>
      <w:r>
        <w:rPr>
          <w:rFonts w:ascii="Courier New" w:hAnsi="Courier New"/>
          <w:color w:val="555555"/>
          <w:sz w:val="20"/>
        </w:rPr>
        <w:t>[Iber . 77]</w:t>
      </w:r>
    </w:p>
    <w:p>
      <w:r>
        <w:rPr>
          <w:rFonts w:ascii="Gentium Plus" w:hAnsi="Gentium Plus"/>
          <w:sz w:val="24"/>
        </w:rPr>
        <w:t>ἀμελῶς εἶχον. νυκτὸς δὲ πάντα πληρώσας βελῶν καὶ λίθων καὶ τοῖς λιμέσι τῆς πόλεως ναῦς ἐπιστήσας, ἵνα μὴ αἱ νῆες αὐτὸν αἱ τῶν πολεμίων διαφύγοιεν (ὑπὸ γὰρ δὴ μεγαλοψυχίας ἤλπιζε πάντως αἱρήσειν</w:t>
      </w:r>
    </w:p>
    <w:p>
      <w:r>
        <w:rPr>
          <w:rFonts w:ascii="Courier New" w:hAnsi="Courier New"/>
          <w:color w:val="555555"/>
          <w:sz w:val="20"/>
        </w:rPr>
        <w:t>[5]</w:t>
      </w:r>
    </w:p>
    <w:p>
      <w:r>
        <w:rPr>
          <w:rFonts w:ascii="Gentium Plus" w:hAnsi="Gentium Plus"/>
          <w:sz w:val="24"/>
        </w:rPr>
        <w:t>τὴν πόλιν), πρὸ ἕω τὴν στρατιὰν ἀνεβίβαζεν ἐπὶ τὰς μηχανάς, τοὺς μὲν ἄνωθεν ἐγχειρεῖν κελεύων τοῖς πολεμίοις, τοὺς δὲ κάτω τὰς μηχανὰς ὠθεῖν ἐς τὸ</w:t>
      </w:r>
    </w:p>
    <w:p>
      <w:r>
        <w:rPr>
          <w:rFonts w:ascii="Courier New" w:hAnsi="Courier New"/>
          <w:color w:val="555555"/>
          <w:sz w:val="20"/>
        </w:rPr>
        <w:t>[Iber . 78]</w:t>
      </w:r>
    </w:p>
    <w:p>
      <w:r>
        <w:rPr>
          <w:rFonts w:ascii="Gentium Plus" w:hAnsi="Gentium Plus"/>
          <w:sz w:val="24"/>
        </w:rPr>
        <w:t>πρόσω. Μάγων δὲ τοὺς μὲν μυρίους ἐπέστησεν ταῖς πύλαις ὡς ἐκπηδήσοντας, ὅτε καιρὸς εἴη, μετὰ μόνων ξιφῶν (οὐ γὰρ εἶναι δόρασιν ἐν στενῷ χρῆσθαι), τοὺς δ’ ἄλλους ἐς τὰς ἐπάλξεις ἀνῆγε. καὶ πολλὰ καὶ ὅδε</w:t>
      </w:r>
    </w:p>
    <w:p>
      <w:r>
        <w:rPr>
          <w:rFonts w:ascii="Courier New" w:hAnsi="Courier New"/>
          <w:color w:val="555555"/>
          <w:sz w:val="20"/>
        </w:rPr>
        <w:t>[5]</w:t>
      </w:r>
    </w:p>
    <w:p>
      <w:r>
        <w:rPr>
          <w:rFonts w:ascii="Gentium Plus" w:hAnsi="Gentium Plus"/>
          <w:sz w:val="24"/>
        </w:rPr>
        <w:t>μηχανήματα καὶ λίθους καὶ βέλη καὶ καταπέλτας ἐπι‐</w:t>
      </w:r>
    </w:p>
    <w:p>
      <w:r>
        <w:rPr>
          <w:rFonts w:ascii="Courier New" w:hAnsi="Courier New"/>
          <w:color w:val="555555"/>
          <w:sz w:val="20"/>
        </w:rPr>
        <w:t>[Iber . 79]</w:t>
      </w:r>
    </w:p>
    <w:p>
      <w:r>
        <w:rPr>
          <w:rFonts w:ascii="Gentium Plus" w:hAnsi="Gentium Plus"/>
          <w:sz w:val="24"/>
        </w:rPr>
        <w:t>στήσας εἴχετο τοῦ ἔργου προθύμως. γενομένης δὲ βοῆς καὶ παρακελεύσεως ἑκατέρωθεν, οὐδέτεροι μὲν ὁρμῆς καὶ προθυμίας ἐνέλειπον, [καὶ] λίθους τε καὶ βέλη καὶ ἀκόντια ἀφιέντες, οἳ μὲν ἀπὸ χειρῶν, οἳ δ’</w:t>
      </w:r>
    </w:p>
    <w:p>
      <w:r>
        <w:rPr>
          <w:rFonts w:ascii="Courier New" w:hAnsi="Courier New"/>
          <w:color w:val="555555"/>
          <w:sz w:val="20"/>
        </w:rPr>
        <w:t>[5]</w:t>
      </w:r>
    </w:p>
    <w:p>
      <w:r>
        <w:rPr>
          <w:rFonts w:ascii="Gentium Plus" w:hAnsi="Gentium Plus"/>
          <w:sz w:val="24"/>
        </w:rPr>
        <w:t>ἀπὸ μηχανῶν, οἳ δ’ ἀπὸ σφενδόνης, εἴ τέ τις ἦν ἄλλη παρασκευὴ καὶ δύναμις, ἐχρῶντο προθύμως ἅπασιν·</w:t>
      </w:r>
    </w:p>
    <w:p>
      <w:r>
        <w:rPr>
          <w:rFonts w:ascii="Courier New" w:hAnsi="Courier New"/>
          <w:color w:val="555555"/>
          <w:sz w:val="20"/>
        </w:rPr>
        <w:t>[Iber . 80]</w:t>
      </w:r>
    </w:p>
    <w:p>
      <w:r>
        <w:rPr>
          <w:rFonts w:ascii="Gentium Plus" w:hAnsi="Gentium Plus"/>
          <w:sz w:val="24"/>
        </w:rPr>
        <w:t>ἐκακοπάθει δὲ τὰ τοῦ Σκιπίωνος, καὶ οἱ μύριοι Καρ‐ χηδονίων, οἳ περὶ τὰς πύλας ἦσαν, ἐκδραμόντες σὺν τοῖς ξίφεσι γυμνοῖς ἐνέπιπτον ἐς τοὺς τὰ μηχανήματα ὠθοῦντας καὶ πολλὰ μὲν ἔδρων, οὐχ ἥσσω δ’ ἀντ‐</w:t>
      </w:r>
    </w:p>
    <w:p>
      <w:r>
        <w:rPr>
          <w:rFonts w:ascii="Courier New" w:hAnsi="Courier New"/>
          <w:color w:val="555555"/>
          <w:sz w:val="20"/>
        </w:rPr>
        <w:t>[5]</w:t>
      </w:r>
    </w:p>
    <w:p>
      <w:r>
        <w:rPr>
          <w:rFonts w:ascii="Gentium Plus" w:hAnsi="Gentium Plus"/>
          <w:sz w:val="24"/>
        </w:rPr>
        <w:t>έπασχον, μέχρι τῷ φιλοπόνῳ καὶ ταλαιπώρῳ τὰ Ῥω‐</w:t>
      </w:r>
    </w:p>
    <w:p>
      <w:r>
        <w:rPr>
          <w:rFonts w:ascii="Courier New" w:hAnsi="Courier New"/>
          <w:color w:val="555555"/>
          <w:sz w:val="20"/>
        </w:rPr>
        <w:t>[Iber . 81]</w:t>
      </w:r>
    </w:p>
    <w:p>
      <w:r>
        <w:rPr>
          <w:rFonts w:ascii="Gentium Plus" w:hAnsi="Gentium Plus"/>
          <w:sz w:val="24"/>
        </w:rPr>
        <w:t>μαίων ὑπανίστατο. καὶ μεταβολῆς γενομένης οἵ τε ἐπὶ τῶν τειχῶν ἔκαμνον ἤδη, καὶ αἱ κλίμακες αὐτοῖς προσ‐ επέλαζον. οἱ δὲ ξιφήρεις τῶν Καρχηδονίων ἐς τὰς πύλας ἐσέτρεχον καὶ ἀποκλῄσαντες αὐτὰς ἀνεπήδων</w:t>
      </w:r>
    </w:p>
    <w:p>
      <w:r>
        <w:rPr>
          <w:rFonts w:ascii="Courier New" w:hAnsi="Courier New"/>
          <w:color w:val="555555"/>
          <w:sz w:val="20"/>
        </w:rPr>
        <w:t>[Iber . 82]</w:t>
      </w:r>
    </w:p>
    <w:p>
      <w:r>
        <w:rPr>
          <w:rFonts w:ascii="Gentium Plus" w:hAnsi="Gentium Plus"/>
          <w:sz w:val="24"/>
        </w:rPr>
        <w:t>ἐπὶ τὰ τείχη. καὶ τοῖς Ῥωμαίοις αὖθις ἦν ὁ πόνος πολύς τε καὶ χαλεπός, ἐς οὗ Σκιπίων ὁ στρατηγὸς πάντῃ περιθέων τε καὶ βοῶν καὶ παρακαλῶν εἶδε περὶ με‐ σημβρίαν, ᾗ τὸ βραχὺ τεῖχος ἦν καὶ τὸ ἕλος προσ‐</w:t>
      </w:r>
    </w:p>
    <w:p>
      <w:r>
        <w:rPr>
          <w:rFonts w:ascii="Courier New" w:hAnsi="Courier New"/>
          <w:color w:val="555555"/>
          <w:sz w:val="20"/>
        </w:rPr>
        <w:t>[5]</w:t>
      </w:r>
    </w:p>
    <w:p>
      <w:r>
        <w:rPr>
          <w:rFonts w:ascii="Gentium Plus" w:hAnsi="Gentium Plus"/>
          <w:sz w:val="24"/>
        </w:rPr>
        <w:t>έκλυζε, τὴν θάλασσαν ὑποχωροῦσαν· ἄμπωτις γὰρ ἐφήμερός ἐστιν. καὶ ὁ κλύδων ἐπῄει μὲν ἐς μαστούς,</w:t>
      </w:r>
    </w:p>
    <w:p>
      <w:r>
        <w:rPr>
          <w:rFonts w:ascii="Courier New" w:hAnsi="Courier New"/>
          <w:color w:val="555555"/>
          <w:sz w:val="20"/>
        </w:rPr>
        <w:t>[Iber . 83]</w:t>
      </w:r>
    </w:p>
    <w:p>
      <w:r>
        <w:rPr>
          <w:rFonts w:ascii="Gentium Plus" w:hAnsi="Gentium Plus"/>
          <w:sz w:val="24"/>
        </w:rPr>
        <w:t>ὑπεχώρει δ’ ἐς μέσας κνήμας. ὅπερ ὁ Σκιπίων τότε ἰδὼν καὶ περὶ τῆς φύσεως αὐτοῦ πυθόμενος, ὡς ἔχοι τὸ λοιπὸν τῆς ἡμέρας, πρὶν ἐπανελθεῖν τὸ πέλαγος, ἔθει πάντῃ βοῶν· “νῦν ὁ καιρός, ὦ ἄνδρες, νῦν ὁ σύμ‐</w:t>
      </w:r>
    </w:p>
    <w:p>
      <w:r>
        <w:rPr>
          <w:rFonts w:ascii="Courier New" w:hAnsi="Courier New"/>
          <w:color w:val="555555"/>
          <w:sz w:val="20"/>
        </w:rPr>
        <w:t>[5]</w:t>
      </w:r>
    </w:p>
    <w:p>
      <w:r>
        <w:rPr>
          <w:rFonts w:ascii="Gentium Plus" w:hAnsi="Gentium Plus"/>
          <w:sz w:val="24"/>
        </w:rPr>
        <w:t>μαχός μοι θεὸς ἀφῖκται. πρόσιτε τῷ μέρει τῷδε τοῦ τείχους. ἡ θάλασσα ἡμῖν ὑποκεχώρηκε. φέρετε τὰς</w:t>
      </w:r>
    </w:p>
    <w:p>
      <w:r>
        <w:rPr>
          <w:rFonts w:ascii="Courier New" w:hAnsi="Courier New"/>
          <w:color w:val="555555"/>
          <w:sz w:val="20"/>
        </w:rPr>
        <w:t>[Iber . 84]</w:t>
      </w:r>
    </w:p>
    <w:p>
      <w:r>
        <w:rPr>
          <w:rFonts w:ascii="Gentium Plus" w:hAnsi="Gentium Plus"/>
          <w:sz w:val="24"/>
        </w:rPr>
        <w:t>κλίμακας, ἐγὼ δ’ ἡγήσομαι.” καὶ πρῶτος ἁρπάσας τινὰ τῶν κλιμάκων μετέφερέν τε καὶ ἀνέβαινεν, οὔπω τινὸς ἀναβάντος ἄλλου, μέχρι περισχόντες αὐτὸν οἵ τε ὑπασπισταὶ καὶ ἡ ἄλλη στρατιὰ τόνδε μὲν ἐπέσχον,</w:t>
      </w:r>
    </w:p>
    <w:p>
      <w:r>
        <w:rPr>
          <w:rFonts w:ascii="Courier New" w:hAnsi="Courier New"/>
          <w:color w:val="555555"/>
          <w:sz w:val="20"/>
        </w:rPr>
        <w:t>[5]</w:t>
      </w:r>
    </w:p>
    <w:p>
      <w:r>
        <w:rPr>
          <w:rFonts w:ascii="Gentium Plus" w:hAnsi="Gentium Plus"/>
          <w:sz w:val="24"/>
        </w:rPr>
        <w:t>αὐτοὶ δὲ πολλὰς ὁμοῦ κλίμακας προσετίθεσάν τε καὶ</w:t>
      </w:r>
    </w:p>
    <w:p>
      <w:r>
        <w:rPr>
          <w:rFonts w:ascii="Courier New" w:hAnsi="Courier New"/>
          <w:color w:val="555555"/>
          <w:sz w:val="20"/>
        </w:rPr>
        <w:t>[Iber . 85]</w:t>
      </w:r>
    </w:p>
    <w:p>
      <w:r>
        <w:rPr>
          <w:rFonts w:ascii="Gentium Plus" w:hAnsi="Gentium Plus"/>
          <w:sz w:val="24"/>
        </w:rPr>
        <w:t>ἀνεπήδων. βοῆς δὲ καὶ ὁρμῆς ἑκατέρωθεν γενομένης καὶ ποικίλων ἔργων καὶ παθῶν, ἐκράτησαν ὅμως οἱ Ῥωμαῖοι καὶ πύργων τινῶν ἐπέβησαν ὀλίγων, οἷς ὁ Σκιπίων σαλπικτὰς καὶ βυκανιστὰς ἐπιστήσας ἐξοτρύ‐</w:t>
      </w:r>
    </w:p>
    <w:p>
      <w:r>
        <w:rPr>
          <w:rFonts w:ascii="Courier New" w:hAnsi="Courier New"/>
          <w:color w:val="555555"/>
          <w:sz w:val="20"/>
        </w:rPr>
        <w:t>[5]</w:t>
      </w:r>
    </w:p>
    <w:p>
      <w:r>
        <w:rPr>
          <w:rFonts w:ascii="Gentium Plus" w:hAnsi="Gentium Plus"/>
          <w:sz w:val="24"/>
        </w:rPr>
        <w:t>νειν ἐκέλευσε καὶ θορυβεῖν ὡς τῆς πόλεως εἰλημμένης</w:t>
      </w:r>
    </w:p>
    <w:p>
      <w:r>
        <w:rPr>
          <w:rFonts w:ascii="Courier New" w:hAnsi="Courier New"/>
          <w:color w:val="555555"/>
          <w:sz w:val="20"/>
        </w:rPr>
        <w:t>[Iber . 86]</w:t>
      </w:r>
    </w:p>
    <w:p>
      <w:r>
        <w:rPr>
          <w:rFonts w:ascii="Gentium Plus" w:hAnsi="Gentium Plus"/>
          <w:sz w:val="24"/>
        </w:rPr>
        <w:t>ἤδη. ἕτεροί τε περιθέοντες ὁμοίως διετάρασσον, καὶ καθαλόμενοί τινες ἀνέῳξαν τῷ Σκιπίωνι τὰς πύλας· ὃ</w:t>
      </w:r>
    </w:p>
    <w:p>
      <w:r>
        <w:rPr>
          <w:rFonts w:ascii="Courier New" w:hAnsi="Courier New"/>
          <w:color w:val="555555"/>
          <w:sz w:val="20"/>
        </w:rPr>
        <w:t>[Iber . 87]</w:t>
      </w:r>
    </w:p>
    <w:p>
      <w:r>
        <w:rPr>
          <w:rFonts w:ascii="Gentium Plus" w:hAnsi="Gentium Plus"/>
          <w:sz w:val="24"/>
        </w:rPr>
        <w:t>τοὺς μυρίους ἐς τὴν ἀγορὰν συνεκάλει. ταχὺ δὲ καὶ τούτων κατακοπέντων ἐς τὴν ἄκραν σὺν ὀλίγοις ἀν‐ εχώρει. τοῦ δὲ Σκιπίωνος καὶ ἐπὶ τὴν ἄκραν εὐθὺς ἐπιόντος, οὐδὲν ἔτι δρᾶν σὺν ἡττημένοις τε καὶ κατ‐</w:t>
      </w:r>
    </w:p>
    <w:p>
      <w:r>
        <w:rPr>
          <w:rFonts w:ascii="Courier New" w:hAnsi="Courier New"/>
          <w:color w:val="555555"/>
          <w:sz w:val="20"/>
        </w:rPr>
        <w:t>[5]</w:t>
      </w:r>
    </w:p>
    <w:p>
      <w:r>
        <w:rPr>
          <w:rFonts w:ascii="Gentium Plus" w:hAnsi="Gentium Plus"/>
          <w:sz w:val="24"/>
        </w:rPr>
        <w:t>επτηχόσιν ἔχων ἐνεχείρισεν ἑαυτὸν τῷ Σκιπίωνι.</w:t>
      </w:r>
    </w:p>
    <w:p>
      <w:r>
        <w:rPr>
          <w:rFonts w:ascii="Courier New" w:hAnsi="Courier New"/>
          <w:color w:val="555555"/>
          <w:sz w:val="20"/>
        </w:rPr>
        <w:t>[Iber . 88]</w:t>
      </w:r>
    </w:p>
    <w:p>
      <w:r>
        <w:rPr>
          <w:rFonts w:ascii="Gentium Plus" w:hAnsi="Gentium Plus"/>
          <w:sz w:val="24"/>
        </w:rPr>
        <w:t>ὃ δὲ τόλμῃ καὶ τύχῃ πόλιν εὐδαίμονα καὶ δυνατὴν ἑλὼν ἡμέρᾳ μιᾷ, τετάρτῃ τῆς ἐπ’ αὐτὴν ἀφίξεως, ἐπῆρτο μεγάλως καὶ μᾶλλον ἐδόκει κατὰ θεὸν ἕκαστα δρᾶν· αὐτός τε οὕτως ἐφρόνει καὶ οὕτως ἐλογοποίει καὶ τότε</w:t>
      </w:r>
    </w:p>
    <w:p>
      <w:r>
        <w:rPr>
          <w:rFonts w:ascii="Courier New" w:hAnsi="Courier New"/>
          <w:color w:val="555555"/>
          <w:sz w:val="20"/>
        </w:rPr>
        <w:t>[Iber . 89]</w:t>
      </w:r>
    </w:p>
    <w:p>
      <w:r>
        <w:rPr>
          <w:rFonts w:ascii="Gentium Plus" w:hAnsi="Gentium Plus"/>
          <w:sz w:val="24"/>
        </w:rPr>
        <w:t>καὶ ἐς τὸν ἔπειτα βίον, ἀρξάμενος ἐξ ἐκείνου. πολ‐ λάκις γοῦν ἐς τὸ Καπιτώλιον ἐσῄει μόνος καὶ τὰς θύρας ἐπέκλειεν ὥσπερ τι παρὰ τοῦ θεοῦ μανθάνων. καὶ νῦν ἔτι τὴν εἰκόνα τὴν Σκιπίωνος ἐν ταῖς πομπαῖς μόνου</w:t>
      </w:r>
    </w:p>
    <w:p>
      <w:r>
        <w:rPr>
          <w:rFonts w:ascii="Courier New" w:hAnsi="Courier New"/>
          <w:color w:val="555555"/>
          <w:sz w:val="20"/>
        </w:rPr>
        <w:t>[5]</w:t>
      </w:r>
    </w:p>
    <w:p>
      <w:r>
        <w:rPr>
          <w:rFonts w:ascii="Gentium Plus" w:hAnsi="Gentium Plus"/>
          <w:sz w:val="24"/>
        </w:rPr>
        <w:t>προφέρουσιν ἐκ τοῦ Καπιτωλίου, τῶν δ’ ἄλλων ἐξ</w:t>
      </w:r>
    </w:p>
    <w:p>
      <w:r>
        <w:rPr>
          <w:rFonts w:ascii="Courier New" w:hAnsi="Courier New"/>
          <w:color w:val="555555"/>
          <w:sz w:val="20"/>
        </w:rPr>
        <w:t>[Iber . 90]</w:t>
      </w:r>
    </w:p>
    <w:p>
      <w:r>
        <w:rPr>
          <w:rFonts w:ascii="Gentium Plus" w:hAnsi="Gentium Plus"/>
          <w:sz w:val="24"/>
        </w:rPr>
        <w:t>ἀγορᾶς φέρονται. τότε δ’ εἰρηνικὸν ὁμοῦ καὶ πολεμικὸν ταμιεῖον παραλαβὼν ὅπλα τε πολλὰ ἐν αὐτῷ καὶ βέλη καὶ μηχανήματα καὶ νεωσοίκους καὶ ναῦς μακρὰς τρεῖς καὶ τριάκοντα καὶ σῖτον καὶ ἀγορὰν ποικίλην καὶ ἐλέφαντα</w:t>
      </w:r>
    </w:p>
    <w:p>
      <w:r>
        <w:rPr>
          <w:rFonts w:ascii="Courier New" w:hAnsi="Courier New"/>
          <w:color w:val="555555"/>
          <w:sz w:val="20"/>
        </w:rPr>
        <w:t>[5]</w:t>
      </w:r>
    </w:p>
    <w:p>
      <w:r>
        <w:rPr>
          <w:rFonts w:ascii="Gentium Plus" w:hAnsi="Gentium Plus"/>
          <w:sz w:val="24"/>
        </w:rPr>
        <w:t>καὶ χρυσὸν καὶ ἄργυρον, τὸν μὲν ἐν σκεύεσι πεποιημένον, τὸν δὲ ἐπίσημον, τὸν δὲ ἀσήμαντον, ὅμηρά τε Ἰβήρων καὶ αἰχμάλωτα καὶ ὅσα Ῥωμαίων αὐτῶν προείληπτο, ἔθυε τῆς ἐπιούσης καὶ ἐθριάμβευε καὶ τὴν στρατιὰν ἐπῄνει καὶ τῇ πόλει μετὰ τὴν στρατιὰν ἐδημηγόρει τῶν</w:t>
      </w:r>
    </w:p>
    <w:p>
      <w:r>
        <w:rPr>
          <w:rFonts w:ascii="Courier New" w:hAnsi="Courier New"/>
          <w:color w:val="555555"/>
          <w:sz w:val="20"/>
        </w:rPr>
        <w:t>[10]</w:t>
      </w:r>
    </w:p>
    <w:p>
      <w:r>
        <w:rPr>
          <w:rFonts w:ascii="Gentium Plus" w:hAnsi="Gentium Plus"/>
          <w:sz w:val="24"/>
        </w:rPr>
        <w:t>τε Σκιπιώνων αὐτοὺς ἀναμνήσας ἀπέλυε τοὺς αἰχμαλώ‐</w:t>
      </w:r>
    </w:p>
    <w:p>
      <w:r>
        <w:rPr>
          <w:rFonts w:ascii="Courier New" w:hAnsi="Courier New"/>
          <w:color w:val="555555"/>
          <w:sz w:val="20"/>
        </w:rPr>
        <w:t>[Iber . 91]</w:t>
      </w:r>
    </w:p>
    <w:p>
      <w:r>
        <w:rPr>
          <w:rFonts w:ascii="Gentium Plus" w:hAnsi="Gentium Plus"/>
          <w:sz w:val="24"/>
        </w:rPr>
        <w:t>τους εἰς τὰ ἴδια, θεραπεύων τὰς πόλεις. ἀριστεῖα δ’ ἐδίδου τῷ μὲν ἐς τὸ τεῖχος ἀναβάντι πρώτῳ μέγιστα, τῷ δ’ ἑξῆς τὰ ἡμίσεα τούτων, τῷ δὲ τρίτῳ τὰ τρίτα καὶ</w:t>
      </w:r>
    </w:p>
    <w:p>
      <w:r>
        <w:rPr>
          <w:rFonts w:ascii="Courier New" w:hAnsi="Courier New"/>
          <w:color w:val="555555"/>
          <w:sz w:val="20"/>
        </w:rPr>
        <w:t>[5]</w:t>
      </w:r>
    </w:p>
    <w:p>
      <w:r>
        <w:rPr>
          <w:rFonts w:ascii="Gentium Plus" w:hAnsi="Gentium Plus"/>
          <w:sz w:val="24"/>
        </w:rPr>
        <w:t>ἐπὶ τῶν εἰλημμένων νεῶν, ὅσα χρυσὸς ἢ ἄργυρος ἦν</w:t>
      </w:r>
    </w:p>
    <w:p>
      <w:r>
        <w:rPr>
          <w:rFonts w:ascii="Courier New" w:hAnsi="Courier New"/>
          <w:color w:val="555555"/>
          <w:sz w:val="20"/>
        </w:rPr>
        <w:t>[Iber . 92]</w:t>
      </w:r>
    </w:p>
    <w:p>
      <w:r>
        <w:rPr>
          <w:rFonts w:ascii="Gentium Plus" w:hAnsi="Gentium Plus"/>
          <w:sz w:val="24"/>
        </w:rPr>
        <w:t>ἢ ἐλέφας. ἡ μὲν δὴ πόλις ἔθυεν ἐπὶ τρεῖς ἡμέρας, ὡς τῆς πατρῴας εὐπραξίας ἐκ πόνων πολλῶν αὖθις ἀνα‐ κυπτούσης, ἡ δὲ Ἰβηρία καὶ οἱ ἐν αὐτῇ Φοίνικες κατ‐ επεπλήγεσαν τῷ μεγέθει καὶ τάχει τοῦ τολμήματος.</w:t>
      </w:r>
    </w:p>
    <w:p>
      <w:r>
        <w:rPr>
          <w:rFonts w:ascii="Courier New" w:hAnsi="Courier New"/>
          <w:color w:val="555555"/>
          <w:sz w:val="20"/>
        </w:rPr>
        <w:t>[Iber . 93]</w:t>
      </w:r>
    </w:p>
    <w:p>
      <w:r>
        <w:rPr>
          <w:rFonts w:ascii="Gentium Plus" w:hAnsi="Gentium Plus"/>
          <w:sz w:val="24"/>
        </w:rPr>
        <w:t>ὃ δὲ φρουρὰν μὲν Καρχηδόνι ἐπέστησε καὶ τὸ τεῖχος ἐκέλευσε τὸ παρὰ τὴν ἄμπωτιν ἐς ὕψος ἐγεῖραι· τὴν δ’ ἄλλην Ἰβηρίαν αὐτός τε ἐπιὼν καὶ τοὺς φίλους ἐς ἕκαστα περιπέμπων ὑπήγετο καὶ τἆλλα τὰ ἀντέχοντα ἐβιάζετο.</w:t>
      </w:r>
    </w:p>
    <w:p>
      <w:r>
        <w:rPr>
          <w:rFonts w:ascii="Courier New" w:hAnsi="Courier New"/>
          <w:color w:val="555555"/>
          <w:sz w:val="20"/>
        </w:rPr>
        <w:t>[Iber . 94]</w:t>
      </w:r>
    </w:p>
    <w:p>
      <w:r>
        <w:rPr>
          <w:rFonts w:ascii="Gentium Plus" w:hAnsi="Gentium Plus"/>
          <w:sz w:val="24"/>
        </w:rPr>
        <w:t>Καρχηδονίων δ’ οἱ στρατηγοί, δύο ὄντε λοιπὼ καὶ δύο Ἀσρούβα, ὁ μὲν τοῦ Ἀμίλχαρος πορρωτάτω παρὰ Κελτίβηρσιν ἐξενολόγει, ὁ δὲ τοῦ Γέσκωνος ἐς μὲν τὰς πόλεις τὰς ἔτι βεβαίους περιέπεμπεν, ἀξιῶν Καρχηδο‐</w:t>
      </w:r>
    </w:p>
    <w:p>
      <w:r>
        <w:rPr>
          <w:rFonts w:ascii="Courier New" w:hAnsi="Courier New"/>
          <w:color w:val="555555"/>
          <w:sz w:val="20"/>
        </w:rPr>
        <w:t>[5]</w:t>
      </w:r>
    </w:p>
    <w:p>
      <w:r>
        <w:rPr>
          <w:rFonts w:ascii="Gentium Plus" w:hAnsi="Gentium Plus"/>
          <w:sz w:val="24"/>
        </w:rPr>
        <w:t>νίοις ἐμμένειν ὡς στρατιᾶς ἐλευσομένης αὐτίκα ἀπείρου τὸ πλῆθος, Μάγωνα δ’ ἕτερον ἐς τὰ πλησίον περιέπεμπεν ξενολογεῖν, ὁπόθεν δυνηθείη, καὶ αὐτὸς ἐς τὴν Λέρσα γῆν † τῶν ἀφισταμένων ἐνέβαλεν καί τινα αὐτῶν πόλιν</w:t>
      </w:r>
    </w:p>
    <w:p>
      <w:r>
        <w:rPr>
          <w:rFonts w:ascii="Courier New" w:hAnsi="Courier New"/>
          <w:color w:val="555555"/>
          <w:sz w:val="20"/>
        </w:rPr>
        <w:t>[Iber . 95]</w:t>
      </w:r>
    </w:p>
    <w:p>
      <w:r>
        <w:rPr>
          <w:rFonts w:ascii="Gentium Plus" w:hAnsi="Gentium Plus"/>
          <w:sz w:val="24"/>
        </w:rPr>
        <w:t>ἔμελλεν πολιορκήσειν. ἐπιφανέντος δ’ αὐτῷ τοῦ Σκιπίωνος ἐς Βαιτύκην ὑπεχώρει καὶ πρὸ τῆς πόλεως ἐστρατο‐ πέδευεν· ἔνθα τῆς ἐπιούσης εὐθὺς ἡσσᾶτο, καὶ τὸν χάρακα αὐτοῦ καὶ τὴν Βαιτύκην ἔλαβεν ὁ Σκιπίων.</w:t>
      </w:r>
    </w:p>
    <w:p>
      <w:r>
        <w:rPr>
          <w:rFonts w:ascii="Courier New" w:hAnsi="Courier New"/>
          <w:color w:val="555555"/>
          <w:sz w:val="20"/>
        </w:rPr>
        <w:t>[Iber . 96]</w:t>
      </w:r>
    </w:p>
    <w:p>
      <w:r>
        <w:rPr>
          <w:rFonts w:ascii="Gentium Plus" w:hAnsi="Gentium Plus"/>
          <w:sz w:val="24"/>
        </w:rPr>
        <w:t>ὃ δὲ τὴν στρατιὰν τὴν Καρχηδονίων τὴν ἔτι οὖσαν ἐν Ἰβηρίᾳ συνέλεγεν ἐς Καρμώνην πόλιν, ὡς ὁμοῦ πᾶσιν ἀμυνούμενος τὸν Σκιπίωνα. καὶ αὐτῷ συνῆλθον πολλοὶ μὲν Ἰβήρων, οὓς Μάγων ἦγεν, πολλοὶ δὲ Νομάδων, ὧν</w:t>
      </w:r>
    </w:p>
    <w:p>
      <w:r>
        <w:rPr>
          <w:rFonts w:ascii="Courier New" w:hAnsi="Courier New"/>
          <w:color w:val="555555"/>
          <w:sz w:val="20"/>
        </w:rPr>
        <w:t>[Iber . 97]</w:t>
      </w:r>
    </w:p>
    <w:p>
      <w:r>
        <w:rPr>
          <w:rFonts w:ascii="Gentium Plus" w:hAnsi="Gentium Plus"/>
          <w:sz w:val="24"/>
        </w:rPr>
        <w:t>ἦρχε Μασανάσσης. καὶ τούτων ὁ μὲν Ἀσρούβας μετὰ τῶν πεζῶν ὑπὸ χάρακι ἐστρατοπέδευεν, ὁ δὲ Μασανάσσης καὶ ὁ Μάγων ἱππαρχοῦντες αὐτῷ προηυλίζοντο τοῦ</w:t>
      </w:r>
    </w:p>
    <w:p>
      <w:r>
        <w:rPr>
          <w:rFonts w:ascii="Courier New" w:hAnsi="Courier New"/>
          <w:color w:val="555555"/>
          <w:sz w:val="20"/>
        </w:rPr>
        <w:t>[Iber . 98]</w:t>
      </w:r>
    </w:p>
    <w:p>
      <w:r>
        <w:rPr>
          <w:rFonts w:ascii="Gentium Plus" w:hAnsi="Gentium Plus"/>
          <w:sz w:val="24"/>
        </w:rPr>
        <w:t>στρατοπέδου. ὧδε δὲ ἔχουσιν αὐτοῖς ὁ Σκιπίων τοὺς ἰδίους ἱππέας ἐπιδιῄρει καὶ Λαίλιον μὲν ἐπὶ Μάγωνα ἔπεμπεν,</w:t>
      </w:r>
    </w:p>
    <w:p>
      <w:r>
        <w:rPr>
          <w:rFonts w:ascii="Courier New" w:hAnsi="Courier New"/>
          <w:color w:val="555555"/>
          <w:sz w:val="20"/>
        </w:rPr>
        <w:t>[Iber . 99]</w:t>
      </w:r>
    </w:p>
    <w:p>
      <w:r>
        <w:rPr>
          <w:rFonts w:ascii="Gentium Plus" w:hAnsi="Gentium Plus"/>
          <w:sz w:val="24"/>
        </w:rPr>
        <w:t>αὐτὸς δ’ ἐπὶ Μασανάσσην ἐτράπετο. μέχρι μὲν οὖν τινος ἦν ἐν ἀγῶνι καὶ πόνῳ δυσχερεῖ, τῶν Νομάδων αὐτὸν ἀκοντιζόντων τε καὶ ὑποχωρούντων, εἶτ’ αὖθις ἐπελαυνόν‐ των· ὡς δὲ παρήγγειλεν ὁ Σκιπίων ἀμεταστρεπτὶ διώκειν</w:t>
      </w:r>
    </w:p>
    <w:p>
      <w:r>
        <w:rPr>
          <w:rFonts w:ascii="Courier New" w:hAnsi="Courier New"/>
          <w:color w:val="555555"/>
          <w:sz w:val="20"/>
        </w:rPr>
        <w:t>[5]</w:t>
      </w:r>
    </w:p>
    <w:p>
      <w:r>
        <w:rPr>
          <w:rFonts w:ascii="Gentium Plus" w:hAnsi="Gentium Plus"/>
          <w:sz w:val="24"/>
        </w:rPr>
        <w:t>αὐτούς, τὰ δόρατα προβαλόντας, οὐκ ἔχοντες ἀναστρο‐ φὴν οἱ Νομάδες κατέφυγον ἐς τὸ στρατόπεδον. καὶ ὁ Σκιπίων ἀποσχὼν δέκα σταδίους ἐστρατοπέδευσεν εὐ‐</w:t>
      </w:r>
    </w:p>
    <w:p>
      <w:r>
        <w:rPr>
          <w:rFonts w:ascii="Courier New" w:hAnsi="Courier New"/>
          <w:color w:val="555555"/>
          <w:sz w:val="20"/>
        </w:rPr>
        <w:t>[Iber . 100]</w:t>
      </w:r>
    </w:p>
    <w:p>
      <w:r>
        <w:rPr>
          <w:rFonts w:ascii="Gentium Plus" w:hAnsi="Gentium Plus"/>
          <w:sz w:val="24"/>
        </w:rPr>
        <w:t>σταθῶς, ᾗπερ ἐβούλετο. ἦν δὲ ἡ μὲν τῶν ἐχθρῶν σύμ‐ πασα δύναμις ἑπτακισμύριοι πεζοὶ καὶ ἱππεῖς πεν‐ τακισχίλιοι καὶ ἐλέφαντες ἓξ καὶ τριάκοντα· Σκιπίωνι δὲ τούτων οὐδὲ τριτημόριον ἦν. διὸ καὶ μέχρι τινὸς</w:t>
      </w:r>
    </w:p>
    <w:p>
      <w:r>
        <w:rPr>
          <w:rFonts w:ascii="Courier New" w:hAnsi="Courier New"/>
          <w:color w:val="555555"/>
          <w:sz w:val="20"/>
        </w:rPr>
        <w:t>[5]</w:t>
      </w:r>
    </w:p>
    <w:p>
      <w:r>
        <w:rPr>
          <w:rFonts w:ascii="Gentium Plus" w:hAnsi="Gentium Plus"/>
          <w:sz w:val="24"/>
        </w:rPr>
        <w:t>ἐνεδοίαζε καὶ μάχης οὐ κατῆρχε, ἀλλ’ ἀκροβολισμοῖς</w:t>
      </w:r>
    </w:p>
    <w:p>
      <w:r>
        <w:rPr>
          <w:rFonts w:ascii="Courier New" w:hAnsi="Courier New"/>
          <w:color w:val="555555"/>
          <w:sz w:val="20"/>
        </w:rPr>
        <w:t>[Iber . 101]</w:t>
      </w:r>
    </w:p>
    <w:p>
      <w:r>
        <w:rPr>
          <w:rFonts w:ascii="Gentium Plus" w:hAnsi="Gentium Plus"/>
          <w:sz w:val="24"/>
        </w:rPr>
        <w:t>ἐχρῆτο μόνοις. ἐπεὶ δ’ ἐπέλειπεν αὐτὸν ἡ ἀγορὰ καὶ λιμὸς ἥπτετο τοῦ στρατοῦ, ἀναζεῦξαι μὲν οὐκ εὐπρε‐ πὲς ἡγεῖτο εἶναι Σκιπίων· θυσάμενος δὲ καὶ εὐθὺς ἐπὶ ταῖς θυσίαις τὴν στρατιὰν ἐς ἐπήκοον ἐλάσας καὶ</w:t>
      </w:r>
    </w:p>
    <w:p>
      <w:r>
        <w:rPr>
          <w:rFonts w:ascii="Courier New" w:hAnsi="Courier New"/>
          <w:color w:val="555555"/>
          <w:sz w:val="20"/>
        </w:rPr>
        <w:t>[5]</w:t>
      </w:r>
    </w:p>
    <w:p>
      <w:r>
        <w:rPr>
          <w:rFonts w:ascii="Gentium Plus" w:hAnsi="Gentium Plus"/>
          <w:sz w:val="24"/>
        </w:rPr>
        <w:t>τὸ βλέμμα καὶ τὸ σχῆμα διαθεὶς πάλιν ὥσπερ ἔνθους, ἔφη τὸ δαιμόνιον ἥκειν τὸ σύνηθες αὑτῷ καὶ καλεῖν ἐπὶ τοὺς πολεμίους· χρῆναι δὲ θαρρεῖν θεῷ μᾶλλον ἢ πλήθει στρατοῦ· καὶ γὰρ τῶν πρότερον ἔργων κατὰ</w:t>
      </w:r>
    </w:p>
    <w:p>
      <w:r>
        <w:rPr>
          <w:rFonts w:ascii="Courier New" w:hAnsi="Courier New"/>
          <w:color w:val="555555"/>
          <w:sz w:val="20"/>
        </w:rPr>
        <w:t>[Iber . 102]</w:t>
      </w:r>
    </w:p>
    <w:p>
      <w:r>
        <w:rPr>
          <w:rFonts w:ascii="Gentium Plus" w:hAnsi="Gentium Plus"/>
          <w:sz w:val="24"/>
        </w:rPr>
        <w:t>θεόν, οὐ κατὰ πλῆθος κρατῆσαι. ἔς τε πίστιν τῶν λεγο‐ μένων τὰ ἱερὰ παραφέρειν ἐς τὸ μέσον ἐκέλευε τοὺς μάντεις. καὶ λέγων ὁρᾷ τινας οἰωνοὺς πετομένους, οὓς μεθ’ ὁρμῆς καὶ βοῆς αὐτόθεν ἐπιστραφεὶς ἐδείκνυέν τε</w:t>
      </w:r>
    </w:p>
    <w:p>
      <w:r>
        <w:rPr>
          <w:rFonts w:ascii="Courier New" w:hAnsi="Courier New"/>
          <w:color w:val="555555"/>
          <w:sz w:val="20"/>
        </w:rPr>
        <w:t>[5]</w:t>
      </w:r>
    </w:p>
    <w:p>
      <w:r>
        <w:rPr>
          <w:rFonts w:ascii="Gentium Plus" w:hAnsi="Gentium Plus"/>
          <w:sz w:val="24"/>
        </w:rPr>
        <w:t>καὶ ἔλεγεν, ὅτι οἱ σύμβολα νίκης οἱ θεοὶ καὶ τάδε ἔπεμψαν.</w:t>
      </w:r>
    </w:p>
    <w:p>
      <w:r>
        <w:rPr>
          <w:rFonts w:ascii="Courier New" w:hAnsi="Courier New"/>
          <w:color w:val="555555"/>
          <w:sz w:val="20"/>
        </w:rPr>
        <w:t>[Iber . 103]</w:t>
      </w:r>
    </w:p>
    <w:p>
      <w:r>
        <w:rPr>
          <w:rFonts w:ascii="Gentium Plus" w:hAnsi="Gentium Plus"/>
          <w:sz w:val="24"/>
        </w:rPr>
        <w:t>συνεκινεῖτο δὲ πρὸς αὐτὰ ἐνθέως ὁρῶν καὶ βοῶν· καὶ ἡ στρατιὰ πᾶσα ἐς τὰς ἐκείνου φαντασίας, περιφερομένου δεῦρο κἀκεῖσε, συνεπεστρέφετο, καὶ πάντες ὡς ἐπὶ</w:t>
      </w:r>
    </w:p>
    <w:p>
      <w:r>
        <w:rPr>
          <w:rFonts w:ascii="Courier New" w:hAnsi="Courier New"/>
          <w:color w:val="555555"/>
          <w:sz w:val="20"/>
        </w:rPr>
        <w:t>[Iber . 104]</w:t>
      </w:r>
    </w:p>
    <w:p>
      <w:r>
        <w:rPr>
          <w:rFonts w:ascii="Gentium Plus" w:hAnsi="Gentium Plus"/>
          <w:sz w:val="24"/>
        </w:rPr>
        <w:t>νίκην ἕτοιμον ἠρεθίζοντο. ὃ δ’ ἐπεὶ πᾶν εἶχεν, ὅσον τι καὶ ἐβούλετο, οὐκ ἀνέθετο οὐδ’ εἴασε τὴν ὁρμὴν ἐκλυθῆναι, ἀλλ’ ὡς ἔτι ὢν θεόληπτος ἔφη δεῖν ἐπὶ τοῖσδε τοῖς ση‐ μείοις εὐθὺς ἀγωνίσασθαι. καὶ φαγόντας ἐκέλευεν ὁπλί‐</w:t>
      </w:r>
    </w:p>
    <w:p>
      <w:r>
        <w:rPr>
          <w:rFonts w:ascii="Courier New" w:hAnsi="Courier New"/>
          <w:color w:val="555555"/>
          <w:sz w:val="20"/>
        </w:rPr>
        <w:t>[5]</w:t>
      </w:r>
    </w:p>
    <w:p>
      <w:r>
        <w:rPr>
          <w:rFonts w:ascii="Gentium Plus" w:hAnsi="Gentium Plus"/>
          <w:sz w:val="24"/>
        </w:rPr>
        <w:t>σασθαι καὶ ἐπῆγεν ἀδοκήτως τοῖς πολεμίοις, τοὺς μὲν ἱππέας Σιλανῷ, τοὺς δὲ πεζοὺς Λαιλίῳ καὶ Μαρκίῳ</w:t>
      </w:r>
    </w:p>
    <w:p>
      <w:r>
        <w:rPr>
          <w:rFonts w:ascii="Courier New" w:hAnsi="Courier New"/>
          <w:color w:val="555555"/>
          <w:sz w:val="20"/>
        </w:rPr>
        <w:t>[Iber . 105]</w:t>
      </w:r>
    </w:p>
    <w:p>
      <w:r>
        <w:rPr>
          <w:rFonts w:ascii="Gentium Plus" w:hAnsi="Gentium Plus"/>
          <w:sz w:val="24"/>
        </w:rPr>
        <w:t>παραδούς. Ἀσρούβας δὲ καὶ Μάγων καὶ Μασανάσσης, ἐπιόντος αὐτοῖς τοῦ Σκιπίωνος ἄφνω, σταδίων ὄντων ἐν μέσῳ δέκα μόνων, ἄσιτον οὖσαν ἔτι τὴν στρατιὰν</w:t>
      </w:r>
    </w:p>
    <w:p>
      <w:r>
        <w:rPr>
          <w:rFonts w:ascii="Courier New" w:hAnsi="Courier New"/>
          <w:color w:val="555555"/>
          <w:sz w:val="20"/>
        </w:rPr>
        <w:t>[Iber . 106]</w:t>
      </w:r>
    </w:p>
    <w:p>
      <w:r>
        <w:rPr>
          <w:rFonts w:ascii="Gentium Plus" w:hAnsi="Gentium Plus"/>
          <w:sz w:val="24"/>
        </w:rPr>
        <w:t>ὥπλιζον μετὰ σπουδῆς καὶ θορύβου καὶ βοῆς. γενομένης</w:t>
      </w:r>
    </w:p>
    <w:p>
      <w:r>
        <w:rPr>
          <w:rFonts w:ascii="Courier New" w:hAnsi="Courier New"/>
          <w:color w:val="555555"/>
          <w:sz w:val="20"/>
        </w:rPr>
        <w:t>[5]</w:t>
      </w:r>
    </w:p>
    <w:p>
      <w:r>
        <w:rPr>
          <w:rFonts w:ascii="Gentium Plus" w:hAnsi="Gentium Plus"/>
          <w:sz w:val="24"/>
        </w:rPr>
        <w:t>σμένους καὶ ἐπελαύνειν· οἷς τὰ ἀκόντια διὰ τὴν ἐγγύ‐ τητα οὐδὲν ἦν ἔτι χρήσιμα· οἱ πεζοὶ δ’ ἐπονοῦντο ὑπὸ τοῦ πλήθους τῶν Λιβύων καὶ ἡττῶντο δι’ ὅλης ἡμέρας.</w:t>
      </w:r>
    </w:p>
    <w:p>
      <w:r>
        <w:rPr>
          <w:rFonts w:ascii="Courier New" w:hAnsi="Courier New"/>
          <w:color w:val="555555"/>
          <w:sz w:val="20"/>
        </w:rPr>
        <w:t>[Iber . 107]</w:t>
      </w:r>
    </w:p>
    <w:p>
      <w:r>
        <w:rPr>
          <w:rFonts w:ascii="Gentium Plus" w:hAnsi="Gentium Plus"/>
          <w:sz w:val="24"/>
        </w:rPr>
        <w:t>οὐδὲ τοῦ Σκιπίωνος αὐτοὺς ἐπιθέοντός τε καὶ παρα‐ καλοῦντος μετετίθεντο, μέχρι τὸν ἵππον Σκιπίων τῷ παιδὶ παραδοὺς καὶ παρά τινος ἀσπίδα λαβὼν ἐξέδραμεν, ὡς εἶχε, μόνος ἐς τὸ μεταίχμιον, κεκραγώς· “ἐπικουρεῖτε,</w:t>
      </w:r>
    </w:p>
    <w:p>
      <w:r>
        <w:rPr>
          <w:rFonts w:ascii="Courier New" w:hAnsi="Courier New"/>
          <w:color w:val="555555"/>
          <w:sz w:val="20"/>
        </w:rPr>
        <w:t>[Iber . 108]</w:t>
      </w:r>
    </w:p>
    <w:p>
      <w:r>
        <w:rPr>
          <w:rFonts w:ascii="Gentium Plus" w:hAnsi="Gentium Plus"/>
          <w:sz w:val="24"/>
        </w:rPr>
        <w:t>ὦ Ῥωμαῖοι, κινδυνεύοντι ὑμῶν τῷ Σκιπίωνι”. τότε γὰρ οἳ μὲν ἐγγὺς ὁρῶντες, οἷ κινδύνου φέρεται, οἳ δὲ πόρρω πυνθανόμενοι καὶ πάντες ὁμοίως αἰδούμενοί τε καὶ περὶ τῷ στρατηγῷ δεδιότες ἐσέδραμον ἐς τοὺς πολεμίους μετ’</w:t>
      </w:r>
    </w:p>
    <w:p>
      <w:r>
        <w:rPr>
          <w:rFonts w:ascii="Courier New" w:hAnsi="Courier New"/>
          <w:color w:val="555555"/>
          <w:sz w:val="20"/>
        </w:rPr>
        <w:t>[5]</w:t>
      </w:r>
    </w:p>
    <w:p>
      <w:r>
        <w:rPr>
          <w:rFonts w:ascii="Gentium Plus" w:hAnsi="Gentium Plus"/>
          <w:sz w:val="24"/>
        </w:rPr>
        <w:t>ἀλαλαγμοῦ καὶ βίας, ἣν οὐκ ἐνεγκόντες οἱ Λίβυες ἐνέδω‐ καν, ἐπιλειπούσης αὐτοὺς ἅμα τῆς δυνάμεως ὑπὸ τῆς ἀσιτίας περὶ ἑσπέραν· καὶ πολὺς αὐτῶν δι’ ὀλίγου τότε</w:t>
      </w:r>
    </w:p>
    <w:p>
      <w:r>
        <w:rPr>
          <w:rFonts w:ascii="Courier New" w:hAnsi="Courier New"/>
          <w:color w:val="555555"/>
          <w:sz w:val="20"/>
        </w:rPr>
        <w:t>[Iber . 109]</w:t>
      </w:r>
    </w:p>
    <w:p>
      <w:r>
        <w:rPr>
          <w:rFonts w:ascii="Gentium Plus" w:hAnsi="Gentium Plus"/>
          <w:sz w:val="24"/>
        </w:rPr>
        <w:t>φόνος ἐγίγνετο. τοῦτο μὲν δὴ τέλος ἦν Σκιπίωνι τῆς περὶ Καρμώνην μάχης, ἐπισφαλοῦς ἐς πολὺ γενομένης. ἀπέθα‐ νον δ’ ἐν αὐτῇ Ῥωμαίων μὲν ὀκτακόσιοι, τῶν δὲ πολε‐ μίων μύριοι καὶ πεντακισχίλιοι.</w:t>
      </w:r>
    </w:p>
    <w:p>
      <w:r>
        <w:rPr>
          <w:rFonts w:ascii="Courier New" w:hAnsi="Courier New"/>
          <w:color w:val="555555"/>
          <w:sz w:val="20"/>
        </w:rPr>
        <w:t>[Iber . 110]</w:t>
      </w:r>
    </w:p>
    <w:p>
      <w:r>
        <w:rPr>
          <w:rFonts w:ascii="Gentium Plus" w:hAnsi="Gentium Plus"/>
          <w:sz w:val="24"/>
        </w:rPr>
        <w:t>μετὰ δὲ τοῦθ’ οἱ μὲν Λίβυες ὑπεχώρουν ἀεὶ μετὰ σπουδῆς, ὁ δὲ Σκιπίων αὐτοῖς εἵπετο, βλάπτων τι καὶ</w:t>
      </w:r>
    </w:p>
    <w:p>
      <w:r>
        <w:rPr>
          <w:rFonts w:ascii="Courier New" w:hAnsi="Courier New"/>
          <w:color w:val="555555"/>
          <w:sz w:val="20"/>
        </w:rPr>
        <w:t>[Iber . 111]</w:t>
      </w:r>
    </w:p>
    <w:p>
      <w:r>
        <w:rPr>
          <w:rFonts w:ascii="Gentium Plus" w:hAnsi="Gentium Plus"/>
          <w:sz w:val="24"/>
        </w:rPr>
        <w:t>λυπῶν, ὁσάκις καταλάβοι. ὡς δ’ οἳ μὲν ὀχυρόν τι χωρίον προύλαβον, ἔνθα καὶ ὕδωρ ἦν ἄφθονον καὶ ἀγορὰ καὶ οὐδὲν ἄλλο ἢ πολιορκεῖν αὐτοὺς ἔδει, Σκιπίωνα δ’ ἤπειγον ἕτεραι χρεῖαι, Σιλανὸν μὲν ἀπέλιπε τούσδε πολιορκεῖν,</w:t>
      </w:r>
    </w:p>
    <w:p>
      <w:r>
        <w:rPr>
          <w:rFonts w:ascii="Courier New" w:hAnsi="Courier New"/>
          <w:color w:val="555555"/>
          <w:sz w:val="20"/>
        </w:rPr>
        <w:t>[Iber . 112]</w:t>
      </w:r>
    </w:p>
    <w:p>
      <w:r>
        <w:rPr>
          <w:rFonts w:ascii="Gentium Plus" w:hAnsi="Gentium Plus"/>
          <w:sz w:val="24"/>
        </w:rPr>
        <w:t>αὐτὸς δ’ ἐπῄει τὴν ἄλλην Ἰβηρίαν καὶ ὑπήγετο. Λιβύων δὲ</w:t>
      </w:r>
    </w:p>
    <w:p>
      <w:r>
        <w:rPr>
          <w:rFonts w:ascii="Courier New" w:hAnsi="Courier New"/>
          <w:color w:val="555555"/>
          <w:sz w:val="20"/>
        </w:rPr>
        <w:t>[Iber . 113]</w:t>
      </w:r>
    </w:p>
    <w:p>
      <w:r>
        <w:rPr>
          <w:rFonts w:ascii="Gentium Plus" w:hAnsi="Gentium Plus"/>
          <w:sz w:val="24"/>
        </w:rPr>
        <w:t>Καρχηδόνα πρὸς Σκιπίωνα. Ἀσρούβαν δὲ τὸν Ἀμίλχαρος περὶ τὸν βόρειον ὠκεανὸν στρατιὰν ἔτι συλλέγοντα ὁ ἀδελφὸς Ἀννίβας ἐκάλει κατὰ σπουδὴν ἐς τὴν Ἰταλίαν ἐσβαλεῖν. ὃ δέ, ἵνα λάθοι τὸν Σκιπίωνα, παρὰ τὸν βόρειον</w:t>
      </w:r>
    </w:p>
    <w:p>
      <w:r>
        <w:rPr>
          <w:rFonts w:ascii="Courier New" w:hAnsi="Courier New"/>
          <w:color w:val="555555"/>
          <w:sz w:val="20"/>
        </w:rPr>
        <w:t>[5]</w:t>
      </w:r>
    </w:p>
    <w:p>
      <w:r>
        <w:rPr>
          <w:rFonts w:ascii="Gentium Plus" w:hAnsi="Gentium Plus"/>
          <w:sz w:val="24"/>
        </w:rPr>
        <w:t>ὠκεανὸν τὴν Πυρήνην ἐς Γαλάτας ὑπερέβαινεν, μεθ’ ὧν ἐξενολογήκει Κελτιβήρων.</w:t>
      </w:r>
    </w:p>
    <w:p>
      <w:r>
        <w:rPr>
          <w:rFonts w:ascii="Courier New" w:hAnsi="Courier New"/>
          <w:color w:val="555555"/>
          <w:sz w:val="20"/>
        </w:rPr>
        <w:t>[Iber . 114]</w:t>
      </w:r>
    </w:p>
    <w:p>
      <w:r>
        <w:rPr>
          <w:rFonts w:ascii="Gentium Plus" w:hAnsi="Gentium Plus"/>
          <w:sz w:val="24"/>
        </w:rPr>
        <w:t>καὶ ὁ μὲν Ἀσρούβας ὧδε ἐς τὴν Ἰταλίαν τῶν Ἰταλῶν ἀγνοούντων ἠπείγετο· Λεύκιος δ’ ἀπὸ Ῥώμης ἐπανιὼν ἔφραζε τῷ Σκιπίωνι, ὅτι αὐτὸν οἱ ἐν ἄστει Ῥωμαῖοι</w:t>
      </w:r>
    </w:p>
    <w:p>
      <w:r>
        <w:rPr>
          <w:rFonts w:ascii="Courier New" w:hAnsi="Courier New"/>
          <w:color w:val="555555"/>
          <w:sz w:val="20"/>
        </w:rPr>
        <w:t>[Iber . 115]</w:t>
      </w:r>
    </w:p>
    <w:p>
      <w:r>
        <w:rPr>
          <w:rFonts w:ascii="Gentium Plus" w:hAnsi="Gentium Plus"/>
          <w:sz w:val="24"/>
        </w:rPr>
        <w:t>διανοοῦνται στρατηγὸν ἐς Λιβύην ἀποστέλλειν. ὃ δὲ τοῦδε αὐτοῦ μάλιστα ἐπιθυμῶν ἐκ πολλοῦ καὶ ἐλπίζων ὧδε ἔσεσθαι Λαίλιον ἐπὶ νεῶν πέντε προύπεμπεν ἐς Λιβύην πρὸς τὸν δυνάστην Σύφακα, δωρεάς τε φέροντα</w:t>
      </w:r>
    </w:p>
    <w:p>
      <w:r>
        <w:rPr>
          <w:rFonts w:ascii="Courier New" w:hAnsi="Courier New"/>
          <w:color w:val="555555"/>
          <w:sz w:val="20"/>
        </w:rPr>
        <w:t>[5]</w:t>
      </w:r>
    </w:p>
    <w:p>
      <w:r>
        <w:rPr>
          <w:rFonts w:ascii="Gentium Plus" w:hAnsi="Gentium Plus"/>
          <w:sz w:val="24"/>
        </w:rPr>
        <w:t>καὶ τῶν Σκιπιώνων ὑπόμνησιν τῆς ἐς αὐτὸν Σύφακα φιλίας καὶ δέησιν Ῥωμαίοις, ἂν ἐπίωσι, συλλαμβάνειν. ὃ δὲ ὑπέσχετό τε ποιήσειν καὶ τὰ δῶρα ἔλαβεν καὶ</w:t>
      </w:r>
    </w:p>
    <w:p>
      <w:r>
        <w:rPr>
          <w:rFonts w:ascii="Courier New" w:hAnsi="Courier New"/>
          <w:color w:val="555555"/>
          <w:sz w:val="20"/>
        </w:rPr>
        <w:t>[Iber . 116]</w:t>
      </w:r>
    </w:p>
    <w:p>
      <w:r>
        <w:rPr>
          <w:rFonts w:ascii="Gentium Plus" w:hAnsi="Gentium Plus"/>
          <w:sz w:val="24"/>
        </w:rPr>
        <w:t>ἀντέπεμψεν ἕτερα. αἰσθανόμενοι δὲ τούτων οἱ Καρχηδόνιοι καὶ αὐτοὶ περὶ συμμαχίας ἐπρεσβεύοντο παρὰ τὸν Σύφακα. καὶ ὁ Σκιπίων, πυνθανόμενός τε καὶ μέγα ποιούμενος ἐπὶ Καρχηδονίοις προλαβεῖν καὶ βεβαιώσα‐</w:t>
      </w:r>
    </w:p>
    <w:p>
      <w:r>
        <w:rPr>
          <w:rFonts w:ascii="Courier New" w:hAnsi="Courier New"/>
          <w:color w:val="555555"/>
          <w:sz w:val="20"/>
        </w:rPr>
        <w:t>[5]</w:t>
      </w:r>
    </w:p>
    <w:p>
      <w:r>
        <w:rPr>
          <w:rFonts w:ascii="Gentium Plus" w:hAnsi="Gentium Plus"/>
          <w:sz w:val="24"/>
        </w:rPr>
        <w:t>σθαι Σύφακα, ᾔει πρὸς αὐτὸν ἐπὶ νεῶν δύο σὺν τῷ</w:t>
      </w:r>
    </w:p>
    <w:p>
      <w:r>
        <w:rPr>
          <w:rFonts w:ascii="Courier New" w:hAnsi="Courier New"/>
          <w:color w:val="555555"/>
          <w:sz w:val="20"/>
        </w:rPr>
        <w:t>[Iber . 117]</w:t>
      </w:r>
    </w:p>
    <w:p>
      <w:r>
        <w:rPr>
          <w:rFonts w:ascii="Gentium Plus" w:hAnsi="Gentium Plus"/>
          <w:sz w:val="24"/>
        </w:rPr>
        <w:t>Λαιλίῳ. καὶ αὐτῷ καταγομένῳ οἱ πρέσβεις τῶν Καρ‐ χηδονίων, ἔτι ὄντες παρὰ τῷ Σύφακι, ναυσὶν αἷς εἶχον</w:t>
      </w:r>
    </w:p>
    <w:p>
      <w:r>
        <w:rPr>
          <w:rFonts w:ascii="Courier New" w:hAnsi="Courier New"/>
          <w:color w:val="555555"/>
          <w:sz w:val="20"/>
        </w:rPr>
        <w:t>[Iber . 118]</w:t>
      </w:r>
    </w:p>
    <w:p>
      <w:r>
        <w:rPr>
          <w:rFonts w:ascii="Gentium Plus" w:hAnsi="Gentium Plus"/>
          <w:sz w:val="24"/>
        </w:rPr>
        <w:t>μακραῖς ἐπανήγοντο, λαθόντες τὸν Σύφακα. ἀλλ’ ὃ μὲν ἱστίῳ χρώμενος παρέπλευσεν αὐτοὺς ἀδεῶς καὶ κατήχθη, ὁ δὲ Σύφαξ ἐξένιζεν ἀμφοτέρους καὶ τῷ Σκιπίωνι συν‐ θέμενος ἰδίᾳ καὶ πίστεις παρασχὼν ἀπέπεμπε καὶ τοὺς</w:t>
      </w:r>
    </w:p>
    <w:p>
      <w:r>
        <w:rPr>
          <w:rFonts w:ascii="Courier New" w:hAnsi="Courier New"/>
          <w:color w:val="555555"/>
          <w:sz w:val="20"/>
        </w:rPr>
        <w:t>[5]</w:t>
      </w:r>
    </w:p>
    <w:p>
      <w:r>
        <w:rPr>
          <w:rFonts w:ascii="Gentium Plus" w:hAnsi="Gentium Plus"/>
          <w:sz w:val="24"/>
        </w:rPr>
        <w:t>Καρχηδονίους ἐφεδρεύοντας αὖθις αὐτῷ κατεῖχεν, ἕως</w:t>
      </w:r>
    </w:p>
    <w:p>
      <w:r>
        <w:rPr>
          <w:rFonts w:ascii="Courier New" w:hAnsi="Courier New"/>
          <w:color w:val="555555"/>
          <w:sz w:val="20"/>
        </w:rPr>
        <w:t>[Iber . 119]</w:t>
      </w:r>
    </w:p>
    <w:p>
      <w:r>
        <w:rPr>
          <w:rFonts w:ascii="Gentium Plus" w:hAnsi="Gentium Plus"/>
          <w:sz w:val="24"/>
        </w:rPr>
        <w:t>ἐν βεβαίῳ τῆς θαλάσσης γένοιτο ὁ Σκιπίων. παρὰ μὲν δὴ τοσοῦτον ἦλθε κινδύνου Σκιπίων, καταγόμενός τε καὶ 〈ἀνα〉πλέων· λέγεται δ’ ἐν Σύφακος ἑστιώμενος συγκατακλιθῆναι τῷ Ἀσρούβᾳ καὶ αὐτὸν ὁ Ἀσρούβας</w:t>
      </w:r>
    </w:p>
    <w:p>
      <w:r>
        <w:rPr>
          <w:rFonts w:ascii="Courier New" w:hAnsi="Courier New"/>
          <w:color w:val="555555"/>
          <w:sz w:val="20"/>
        </w:rPr>
        <w:t>[5]</w:t>
      </w:r>
    </w:p>
    <w:p>
      <w:r>
        <w:rPr>
          <w:rFonts w:ascii="Gentium Plus" w:hAnsi="Gentium Plus"/>
          <w:sz w:val="24"/>
        </w:rPr>
        <w:t>περὶ πολλῶν ἐρόμενος καταπλαγῆναι τῆς σεμνότητος καὶ πρὸς τοὺς φίλους εἰπεῖν, ὅτι μὴ μόνον πολεμῶν οὗτος ὁ ἀνήρ, ἀλλὰ καὶ ἑστιώμενος φοβερὸς εἴη.</w:t>
      </w:r>
    </w:p>
    <w:p>
      <w:r>
        <w:rPr>
          <w:rFonts w:ascii="Courier New" w:hAnsi="Courier New"/>
          <w:color w:val="555555"/>
          <w:sz w:val="20"/>
        </w:rPr>
        <w:t>[Iber . 120]</w:t>
      </w:r>
    </w:p>
    <w:p>
      <w:r>
        <w:rPr>
          <w:rFonts w:ascii="Gentium Plus" w:hAnsi="Gentium Plus"/>
          <w:sz w:val="24"/>
        </w:rPr>
        <w:t>τῷ δ’ αὐτῷ χρόνῳ Μάγωνί τινες Κελτιβήρων καὶ Ἰβήρων ἔτι ἐμισθοφόρουν, ὧν αἱ πόλεις ἐς Ῥωμαίους μετετέθειντο· καὶ ὁ Μάρκιος αὐτοῖς ἐπιθέμενος χιλίους μὲν καὶ πεντακοσίους διέφθειρεν, οἱ δὲ λοιποὶ διέφυγον</w:t>
      </w:r>
    </w:p>
    <w:p>
      <w:r>
        <w:rPr>
          <w:rFonts w:ascii="Courier New" w:hAnsi="Courier New"/>
          <w:color w:val="555555"/>
          <w:sz w:val="20"/>
        </w:rPr>
        <w:t>[Iber . 121]</w:t>
      </w:r>
    </w:p>
    <w:p>
      <w:r>
        <w:rPr>
          <w:rFonts w:ascii="Gentium Plus" w:hAnsi="Gentium Plus"/>
          <w:sz w:val="24"/>
        </w:rPr>
        <w:t>αὐτὸν ἐς τὰς πόλεις. ἑτέρους δὲ ἑπτακοσίους ἱππέας καὶ πεζοὺς ἑξακισχιλίους, Ἄννωνος αὐτῶν ἡγουμένου, συνήλα‐ σεν ἐς λόφον, ὅθεν ἀποροῦντες ἁπάντων ἐπρεσβεύοντο</w:t>
      </w:r>
    </w:p>
    <w:p>
      <w:r>
        <w:rPr>
          <w:rFonts w:ascii="Courier New" w:hAnsi="Courier New"/>
          <w:color w:val="555555"/>
          <w:sz w:val="20"/>
        </w:rPr>
        <w:t>[Iber . 122]</w:t>
      </w:r>
    </w:p>
    <w:p>
      <w:r>
        <w:rPr>
          <w:rFonts w:ascii="Gentium Plus" w:hAnsi="Gentium Plus"/>
          <w:sz w:val="24"/>
        </w:rPr>
        <w:t>πρὸς τὸν Μάρκιον περὶ σπονδῶν. ὃ δ’ ἐκέλευεν αὐτοὺς Ἄννωνα καὶ τοὺς αὐτομόλους ἐκδόντας αὐτῷ τότε πρεσβεύειν. οἳ μὲν δὴ καὶ τὸν Ἄννωνα στρατηγὸν ὄντα σφῶν συναρπάσαντες, ἔτι τῶν λεγομένων ἀκροώμενον,</w:t>
      </w:r>
    </w:p>
    <w:p>
      <w:r>
        <w:rPr>
          <w:rFonts w:ascii="Courier New" w:hAnsi="Courier New"/>
          <w:color w:val="555555"/>
          <w:sz w:val="20"/>
        </w:rPr>
        <w:t>[5]</w:t>
      </w:r>
    </w:p>
    <w:p>
      <w:r>
        <w:rPr>
          <w:rFonts w:ascii="Gentium Plus" w:hAnsi="Gentium Plus"/>
          <w:sz w:val="24"/>
        </w:rPr>
        <w:t>καὶ τοὺς αὐτομόλους παρέδοσαν· ὁ δὲ Μάρκιος ᾔτει καὶ</w:t>
      </w:r>
    </w:p>
    <w:p>
      <w:r>
        <w:rPr>
          <w:rFonts w:ascii="Courier New" w:hAnsi="Courier New"/>
          <w:color w:val="555555"/>
          <w:sz w:val="20"/>
        </w:rPr>
        <w:t>[Iber . 123]</w:t>
      </w:r>
    </w:p>
    <w:p>
      <w:r>
        <w:rPr>
          <w:rFonts w:ascii="Gentium Plus" w:hAnsi="Gentium Plus"/>
          <w:sz w:val="24"/>
        </w:rPr>
        <w:t>τὰ αἰχμάλωτα. λαβὼν δὲ καὶ ταῦτ’ ἐκέλευεν αὐτοὺς τακτὸν ἀργύριον κατενεγκεῖν ἅπαντας ἔς τι τοῦ πεδίου χωρίον· οὐ γὰρ ἁρμόζειν τὰ ὑψηλότερα τοῖς παρακαλοῦσιν.</w:t>
      </w:r>
    </w:p>
    <w:p>
      <w:r>
        <w:rPr>
          <w:rFonts w:ascii="Courier New" w:hAnsi="Courier New"/>
          <w:color w:val="555555"/>
          <w:sz w:val="20"/>
        </w:rPr>
        <w:t>[Iber . 124]</w:t>
      </w:r>
    </w:p>
    <w:p>
      <w:r>
        <w:rPr>
          <w:rFonts w:ascii="Gentium Plus" w:hAnsi="Gentium Plus"/>
          <w:sz w:val="24"/>
        </w:rPr>
        <w:t>καταβάντων δ’ ἐς τὸ πεδίον ἔφη· “ἄξια μὲν θανάτου δεδράκατε, οἳ τὰς πατρίδας ἔχοντες ὑφ’ ἡμῖν εἵλεσθε</w:t>
      </w:r>
    </w:p>
    <w:p>
      <w:r>
        <w:rPr>
          <w:rFonts w:ascii="Courier New" w:hAnsi="Courier New"/>
          <w:color w:val="555555"/>
          <w:sz w:val="20"/>
        </w:rPr>
        <w:t>[Iber . 125]</w:t>
      </w:r>
    </w:p>
    <w:p>
      <w:r>
        <w:rPr>
          <w:rFonts w:ascii="Gentium Plus" w:hAnsi="Gentium Plus"/>
          <w:sz w:val="24"/>
        </w:rPr>
        <w:t>τὰ ὅπλα καταθεῖσιν, ἀπαθέσιν ἀπιέναι.” ἀγανακτη‐ σάντων δ’ εὐθὺς ὁμοῦ πάντων καὶ ἀνακραγόντων οὐκ ἀποθήσεσθαι τὰ ὅπλα μάχη γίγνεται καρτερά. καὶ τὸ μὲν ἥμισυ τῶν Κελτιβήρων πολλὰ δρασάντων κατεκόπη,</w:t>
      </w:r>
    </w:p>
    <w:p>
      <w:r>
        <w:rPr>
          <w:rFonts w:ascii="Courier New" w:hAnsi="Courier New"/>
          <w:color w:val="555555"/>
          <w:sz w:val="20"/>
        </w:rPr>
        <w:t>[Iber . 126]</w:t>
      </w:r>
    </w:p>
    <w:p>
      <w:r>
        <w:rPr>
          <w:rFonts w:ascii="Gentium Plus" w:hAnsi="Gentium Plus"/>
          <w:sz w:val="24"/>
        </w:rPr>
        <w:t>τὸ δ’ ἥμισυ πρὸς Μάγωνα διεσώθη. ὃ δ’ ἄρτι μὲν ἐς τὸ στρατόπεδον τὸ Ἄννωνος κατεπεπλεύκει ναυσὶν ἑξήκοντα μακραῖς, μαθὼν δὲ τὴν Ἄννωνος συμφορὰν ἐς Γάδειρα διέπλει καὶ λιμῷ κακοπαθῶν περιεσκόπει τὸ</w:t>
      </w:r>
    </w:p>
    <w:p>
      <w:r>
        <w:rPr>
          <w:rFonts w:ascii="Courier New" w:hAnsi="Courier New"/>
          <w:color w:val="555555"/>
          <w:sz w:val="20"/>
        </w:rPr>
        <w:t>[5]</w:t>
      </w:r>
    </w:p>
    <w:p>
      <w:r>
        <w:rPr>
          <w:rFonts w:ascii="Gentium Plus" w:hAnsi="Gentium Plus"/>
          <w:sz w:val="24"/>
        </w:rPr>
        <w:t>μέλλον.</w:t>
      </w:r>
    </w:p>
    <w:p>
      <w:r>
        <w:rPr>
          <w:rFonts w:ascii="Courier New" w:hAnsi="Courier New"/>
          <w:color w:val="555555"/>
          <w:sz w:val="20"/>
        </w:rPr>
        <w:t>[Iber . 127]</w:t>
      </w:r>
    </w:p>
    <w:p>
      <w:r>
        <w:rPr>
          <w:rFonts w:ascii="Gentium Plus" w:hAnsi="Gentium Plus"/>
          <w:sz w:val="24"/>
        </w:rPr>
        <w:t>καὶ Μάγων μὲν ἐπὶ ἀργίας ἦν, Σιλανὸς δ’ ἀπέσταλτο μὲν ὑπὸ τοῦ Σκιπίωνος Κάστακα πόλιν προσαγαγέσθαι, πολεμικῶς δ’ αὐτῷ τῶν Καστακαίων ἐχόντων παρεστρα‐</w:t>
      </w:r>
    </w:p>
    <w:p>
      <w:r>
        <w:rPr>
          <w:rFonts w:ascii="Courier New" w:hAnsi="Courier New"/>
          <w:color w:val="555555"/>
          <w:sz w:val="20"/>
        </w:rPr>
        <w:t>[Iber . 128]</w:t>
      </w:r>
    </w:p>
    <w:p>
      <w:r>
        <w:rPr>
          <w:rFonts w:ascii="Gentium Plus" w:hAnsi="Gentium Plus"/>
          <w:sz w:val="24"/>
        </w:rPr>
        <w:t>τοπέδευε· καὶ τοῦτο ἐμήνυε τῷ Σκιπίωνι. ὃ δὲ προπέμψας τινὰ παρασκευὴν πολιορκίας εἵπετο· καὶ παροδεύων ἐνέβαλλεν ἐς Ἰλυργίαν πόλιν, ἣ Ῥωμαίων μὲν ἦν φίλη κατὰ τὸν πρότερον Σκιπίωνα, ἀναιρεθέντος δ’ ἐκείνου</w:t>
      </w:r>
    </w:p>
    <w:p>
      <w:r>
        <w:rPr>
          <w:rFonts w:ascii="Courier New" w:hAnsi="Courier New"/>
          <w:color w:val="555555"/>
          <w:sz w:val="20"/>
        </w:rPr>
        <w:t>[5]</w:t>
      </w:r>
    </w:p>
    <w:p>
      <w:r>
        <w:rPr>
          <w:rFonts w:ascii="Gentium Plus" w:hAnsi="Gentium Plus"/>
          <w:sz w:val="24"/>
        </w:rPr>
        <w:t>κρύφα μετετέθειτο καὶ στρατιὰν ὑποδεξαμένη Ῥωμαίων</w:t>
      </w:r>
    </w:p>
    <w:p>
      <w:r>
        <w:rPr>
          <w:rFonts w:ascii="Courier New" w:hAnsi="Courier New"/>
          <w:color w:val="555555"/>
          <w:sz w:val="20"/>
        </w:rPr>
        <w:t>[Iber . 129]</w:t>
      </w:r>
    </w:p>
    <w:p>
      <w:r>
        <w:rPr>
          <w:rFonts w:ascii="Gentium Plus" w:hAnsi="Gentium Plus"/>
          <w:sz w:val="24"/>
        </w:rPr>
        <w:t>ὡς ἔτι φίλη Καρχηδονίοις ἐκδεδώκει. ὧν χάριν ὁ Σκιπίων σὺν ὀργῇ τέσσαρσιν ὥραις ἐξεῖλεν αὐτήν, τρωθεὶς μὲν τὸν αὐχένα, τῆς δὲ μάχης οὐκ ἀνασχών, ἕως ἐκράτησεν. καὶ ἡ στρατιὰ δι’ αὐτόν, οὐδενὸς ἐπικελεύσαντος, ὑπερ‐</w:t>
      </w:r>
    </w:p>
    <w:p>
      <w:r>
        <w:rPr>
          <w:rFonts w:ascii="Courier New" w:hAnsi="Courier New"/>
          <w:color w:val="555555"/>
          <w:sz w:val="20"/>
        </w:rPr>
        <w:t>[5]</w:t>
      </w:r>
    </w:p>
    <w:p>
      <w:r>
        <w:rPr>
          <w:rFonts w:ascii="Gentium Plus" w:hAnsi="Gentium Plus"/>
          <w:sz w:val="24"/>
        </w:rPr>
        <w:t>ιδοῦσα τῆς ἁρπαγῆς ἔκτεινον ὁμαλῶς καὶ παιδία καὶ γυναῖκας, μέχρι καὶ τὴν πόλιν αὐτοῖς ἐπικατέσκαψαν.</w:t>
      </w:r>
    </w:p>
    <w:p>
      <w:r>
        <w:rPr>
          <w:rFonts w:ascii="Courier New" w:hAnsi="Courier New"/>
          <w:color w:val="555555"/>
          <w:sz w:val="20"/>
        </w:rPr>
        <w:t>[Iber . 130]</w:t>
      </w:r>
    </w:p>
    <w:p>
      <w:r>
        <w:rPr>
          <w:rFonts w:ascii="Gentium Plus" w:hAnsi="Gentium Plus"/>
          <w:sz w:val="24"/>
        </w:rPr>
        <w:t>ἀφικόμενος δ’ ἐς τὴν Κάστακα ὁ Σκιπίων τὸν μὲν στρατὸν ἐς τρία διεῖλε καὶ τὴν πόλιν ἐφρούρει, μάχης δ’ οὐκ ἦρχε, διδοὺς ἔτι τοῖς Καστακαίοις μεταγνῶναι· καὶ γὰρ ἤκουεν αὐτοὺς οὕτω φρονεῖν. οἳ δὲ τοῖς φρουροῦσι σφᾶς</w:t>
      </w:r>
    </w:p>
    <w:p>
      <w:r>
        <w:rPr>
          <w:rFonts w:ascii="Courier New" w:hAnsi="Courier New"/>
          <w:color w:val="555555"/>
          <w:sz w:val="20"/>
        </w:rPr>
        <w:t>[5]</w:t>
      </w:r>
    </w:p>
    <w:p>
      <w:r>
        <w:rPr>
          <w:rFonts w:ascii="Gentium Plus" w:hAnsi="Gentium Plus"/>
          <w:sz w:val="24"/>
        </w:rPr>
        <w:t>ἐμποδὼν οὖσιν ἐπιθέμενοι καὶ κρατήσαντες ἐνεχείρισαν</w:t>
      </w:r>
    </w:p>
    <w:p>
      <w:r>
        <w:rPr>
          <w:rFonts w:ascii="Courier New" w:hAnsi="Courier New"/>
          <w:color w:val="555555"/>
          <w:sz w:val="20"/>
        </w:rPr>
        <w:t>[Iber . 131]</w:t>
      </w:r>
    </w:p>
    <w:p>
      <w:r>
        <w:rPr>
          <w:rFonts w:ascii="Gentium Plus" w:hAnsi="Gentium Plus"/>
          <w:sz w:val="24"/>
        </w:rPr>
        <w:t>τὴν πόλιν τῷ Σκιπίωνι. καὶ τοῖσδε μὲν φρουρὰν ὁ Σκιπίων ἐπέστησε καὶ τὴν πόλιν ἐπέτρεψεν ἑνὶ τῶν Καστακαίων ἐπὶ δόξης ὄντι ἀγαθῆς· αὐτὸς δ’ ἐς Καρχηδόνα ἀνεζεύγνυε, Σιλανὸν καὶ Μάρκιον περιπέμψας ἐπὶ τὸν πορθμὸν δῃοῦν,</w:t>
      </w:r>
    </w:p>
    <w:p>
      <w:r>
        <w:rPr>
          <w:rFonts w:ascii="Courier New" w:hAnsi="Courier New"/>
          <w:color w:val="555555"/>
          <w:sz w:val="20"/>
        </w:rPr>
        <w:t>[5]</w:t>
      </w:r>
    </w:p>
    <w:p>
      <w:r>
        <w:rPr>
          <w:rFonts w:ascii="Gentium Plus" w:hAnsi="Gentium Plus"/>
          <w:sz w:val="24"/>
        </w:rPr>
        <w:t>ὅσα δύναιντο.</w:t>
      </w:r>
    </w:p>
    <w:p>
      <w:r>
        <w:rPr>
          <w:rFonts w:ascii="Courier New" w:hAnsi="Courier New"/>
          <w:color w:val="555555"/>
          <w:sz w:val="20"/>
        </w:rPr>
        <w:t>[Iber . 132]</w:t>
      </w:r>
    </w:p>
    <w:p>
      <w:r>
        <w:rPr>
          <w:rFonts w:ascii="Gentium Plus" w:hAnsi="Gentium Plus"/>
          <w:sz w:val="24"/>
        </w:rPr>
        <w:t>Ἀσταπὰ δ’ ἦν πόλις Καρχηδονίοις αἰεὶ διαμείνασα ὁμαλῶς· οἳ τότε τοῦ Μαρκίου σφᾶς περικαθημένου συγγιγνώσκοντες, ὅτι Ῥωμαῖοι λαβόντες αὐτοὺς ἀνδρα‐ ποδιοῦνται, τὴν περιουσίαν σφῶν ἐς τὴν ἀγορὰν συν‐</w:t>
      </w:r>
    </w:p>
    <w:p>
      <w:r>
        <w:rPr>
          <w:rFonts w:ascii="Courier New" w:hAnsi="Courier New"/>
          <w:color w:val="555555"/>
          <w:sz w:val="20"/>
        </w:rPr>
        <w:t>[5]</w:t>
      </w:r>
    </w:p>
    <w:p>
      <w:r>
        <w:rPr>
          <w:rFonts w:ascii="Gentium Plus" w:hAnsi="Gentium Plus"/>
          <w:sz w:val="24"/>
        </w:rPr>
        <w:t>ήνεγκαν καὶ ξύλα περιθέντες αὐτῇ τὰ τέκνα καὶ τὰ</w:t>
      </w:r>
    </w:p>
    <w:p>
      <w:r>
        <w:rPr>
          <w:rFonts w:ascii="Courier New" w:hAnsi="Courier New"/>
          <w:color w:val="555555"/>
          <w:sz w:val="20"/>
        </w:rPr>
        <w:t>[Iber . 133]</w:t>
      </w:r>
    </w:p>
    <w:p>
      <w:r>
        <w:rPr>
          <w:rFonts w:ascii="Gentium Plus" w:hAnsi="Gentium Plus"/>
          <w:sz w:val="24"/>
        </w:rPr>
        <w:t>γύναια ἐπέβησαν ἐπὶ τὴν ὕλην. πεντήκοντα δὲ σφῶν ὥρκωσαν τοὺς ἀρίστους, ὅταν ἡ πόλις ἁλίσκηται, τὰ γύναια καὶ τοὺς παῖδας ἀνελεῖν καὶ τὸ πῦρ ἅψαι καὶ</w:t>
      </w:r>
    </w:p>
    <w:p>
      <w:r>
        <w:rPr>
          <w:rFonts w:ascii="Courier New" w:hAnsi="Courier New"/>
          <w:color w:val="555555"/>
          <w:sz w:val="20"/>
        </w:rPr>
        <w:t>[Iber . 134]</w:t>
      </w:r>
    </w:p>
    <w:p>
      <w:r>
        <w:rPr>
          <w:rFonts w:ascii="Gentium Plus" w:hAnsi="Gentium Plus"/>
          <w:sz w:val="24"/>
        </w:rPr>
        <w:t>ἑαυτοὺς ἐπικατασφάξαι. οἳ μὲν δὴ μάρτυρας τῶνδε ποιησάμενοι τοὺς θεοὺς ἐξέδραμον ἐπὶ τὸν Μάρκιον οὐχ ὑφορώμενον οὐδέν, ὅθεν αὐτοῦ τοὺς ψιλοὺς καὶ τοὺς</w:t>
      </w:r>
    </w:p>
    <w:p>
      <w:r>
        <w:rPr>
          <w:rFonts w:ascii="Courier New" w:hAnsi="Courier New"/>
          <w:color w:val="555555"/>
          <w:sz w:val="20"/>
        </w:rPr>
        <w:t>[Iber . 135]</w:t>
      </w:r>
    </w:p>
    <w:p>
      <w:r>
        <w:rPr>
          <w:rFonts w:ascii="Gentium Plus" w:hAnsi="Gentium Plus"/>
          <w:sz w:val="24"/>
        </w:rPr>
        <w:t>ἱππέας ἐτρέψαντο. ὁπλισαμένης δὲ τῆς φάλαγγος τὰ μὲν τῶν Ἀσταπαίων ἦν ἄριστα, ἐξ ἀπογνώσεως μαχομένων, Ῥωμαῖοι δ’ ὅμως ἐκράτουν αὐτῶν διὰ τὸ πλῆθος· οὐ γὰρ</w:t>
      </w:r>
    </w:p>
    <w:p>
      <w:r>
        <w:rPr>
          <w:rFonts w:ascii="Courier New" w:hAnsi="Courier New"/>
          <w:color w:val="555555"/>
          <w:sz w:val="20"/>
        </w:rPr>
        <w:t>[Iber . 136]</w:t>
      </w:r>
    </w:p>
    <w:p>
      <w:r>
        <w:rPr>
          <w:rFonts w:ascii="Gentium Plus" w:hAnsi="Gentium Plus"/>
          <w:sz w:val="24"/>
        </w:rPr>
        <w:t>δὴ τῇ γε ἀρετῇ χείρους ἦσαν οἱ Ἀσταπαῖοι. πεσόντων δ’ ἁπάντων οἱ πεντήκοντα τὰς γυναῖκας καὶ τὰ παιδία κατέσφαξαν καὶ τὸ πῦρ ἐγείραντες ἑαυτοὺς ἐπέρριψαν, ἀκερδῆ τοῖς πολεμίοις τὴν νίκην ἐργασάμενοι. ὁ δὲ</w:t>
      </w:r>
    </w:p>
    <w:p>
      <w:r>
        <w:rPr>
          <w:rFonts w:ascii="Courier New" w:hAnsi="Courier New"/>
          <w:color w:val="555555"/>
          <w:sz w:val="20"/>
        </w:rPr>
        <w:t>[5]</w:t>
      </w:r>
    </w:p>
    <w:p>
      <w:r>
        <w:rPr>
          <w:rFonts w:ascii="Gentium Plus" w:hAnsi="Gentium Plus"/>
          <w:sz w:val="24"/>
        </w:rPr>
        <w:t>Μάρκιος τὴν ἀρετὴν τῶν Ἀσταπαίων καταπλαγεὶς οὐκ ἐνύβρισεν ἐς τὰ οἰκόπεδα αὐτῶν.</w:t>
      </w:r>
    </w:p>
    <w:p>
      <w:r>
        <w:rPr>
          <w:rFonts w:ascii="Courier New" w:hAnsi="Courier New"/>
          <w:color w:val="555555"/>
          <w:sz w:val="20"/>
        </w:rPr>
        <w:t>[Iber . 137]</w:t>
      </w:r>
    </w:p>
    <w:p>
      <w:r>
        <w:rPr>
          <w:rFonts w:ascii="Gentium Plus" w:hAnsi="Gentium Plus"/>
          <w:sz w:val="24"/>
        </w:rPr>
        <w:t>μετὰ δὲ τοῦθ’ ὁ μὲν Σκιπίων ἐς ἀρρωστίαν ἐνέπεσεν, καὶ ὁ Μάρκιος αὐτῷ διῴκει τὸ στρατόπεδον· ὅσοι δὲ τῶν στρατιωτῶν ὑπ’ ἀσωτίας ἀναλώκεσαν τὰ πεπορισμένα,</w:t>
      </w:r>
    </w:p>
    <w:p>
      <w:r>
        <w:rPr>
          <w:rFonts w:ascii="Courier New" w:hAnsi="Courier New"/>
          <w:color w:val="555555"/>
          <w:sz w:val="20"/>
        </w:rPr>
        <w:t>[5]</w:t>
      </w:r>
    </w:p>
    <w:p>
      <w:r>
        <w:rPr>
          <w:rFonts w:ascii="Gentium Plus" w:hAnsi="Gentium Plus"/>
          <w:sz w:val="24"/>
        </w:rPr>
        <w:t>μηδὲν ἔχειν, σφετερίζεσθαι δ’ αὑτῶν τὰ ἔργα καὶ τὴν δόξαν Σκιπίωνα, ἀφίσταντο ἀπὸ τοῦ Μαρκίου καὶ ἐφ’</w:t>
      </w:r>
    </w:p>
    <w:p>
      <w:r>
        <w:rPr>
          <w:rFonts w:ascii="Courier New" w:hAnsi="Courier New"/>
          <w:color w:val="555555"/>
          <w:sz w:val="20"/>
        </w:rPr>
        <w:t>[Iber . 138]</w:t>
      </w:r>
    </w:p>
    <w:p>
      <w:r>
        <w:rPr>
          <w:rFonts w:ascii="Gentium Plus" w:hAnsi="Gentium Plus"/>
          <w:sz w:val="24"/>
        </w:rPr>
        <w:t>ἑαυτῶν ἐστρατοπέδευον. ἔκ τε τῶν φρουρίων αὐτοῖς πολλοὶ συνέτρεχον, καὶ παρὰ Μάγωνός τινες ἀργύριον φέροντες ἔπειθον αὐτοὺς ἐς τὸν Μάγωνα μεταθέσθαι. οἳ δὲ τὸ μὲν ἀργύριον ἔλαβον, στρατηγοὺς δ’ ἀπὸ σφῶν</w:t>
      </w:r>
    </w:p>
    <w:p>
      <w:r>
        <w:rPr>
          <w:rFonts w:ascii="Courier New" w:hAnsi="Courier New"/>
          <w:color w:val="555555"/>
          <w:sz w:val="20"/>
        </w:rPr>
        <w:t>[5]</w:t>
      </w:r>
    </w:p>
    <w:p>
      <w:r>
        <w:rPr>
          <w:rFonts w:ascii="Gentium Plus" w:hAnsi="Gentium Plus"/>
          <w:sz w:val="24"/>
        </w:rPr>
        <w:t>ἑλόμενοι καὶ ταξιάρχους καὶ τἆλλα διακοσμηθέντες ἐφ’</w:t>
      </w:r>
    </w:p>
    <w:p>
      <w:r>
        <w:rPr>
          <w:rFonts w:ascii="Courier New" w:hAnsi="Courier New"/>
          <w:color w:val="555555"/>
          <w:sz w:val="20"/>
        </w:rPr>
        <w:t>[Iber . 139]</w:t>
      </w:r>
    </w:p>
    <w:p>
      <w:r>
        <w:rPr>
          <w:rFonts w:ascii="Gentium Plus" w:hAnsi="Gentium Plus"/>
          <w:sz w:val="24"/>
        </w:rPr>
        <w:t>ἑαυτῶν ἐτάσσοντο καὶ συνώμνυον ἀλλήλοις. πυθόμενος δ’ ὁ Σκιπίων ἐπέστελλεν ἐν μέρει μὲν τοῖς ἀφεστηκόσιν, ὅτι διὰ τὴν νόσον αὐτοὺς οὐκ ἀμείψαιτό πω, ἐν μέρει δὲ τοῖς ἄλλοις, ἵνα μεταπείθωσιν αὐτοὺς πλανωμένους,</w:t>
      </w:r>
    </w:p>
    <w:p>
      <w:r>
        <w:rPr>
          <w:rFonts w:ascii="Courier New" w:hAnsi="Courier New"/>
          <w:color w:val="555555"/>
          <w:sz w:val="20"/>
        </w:rPr>
        <w:t>[5]</w:t>
      </w:r>
    </w:p>
    <w:p>
      <w:r>
        <w:rPr>
          <w:rFonts w:ascii="Gentium Plus" w:hAnsi="Gentium Plus"/>
          <w:sz w:val="24"/>
        </w:rPr>
        <w:t>κοινῇ δ’ ἅπασιν ἐπιστολὴν ἄλλην ὡς ἤδη συνηλλαγμένοις, ὅτι αὐτοὺς αὐτίκα ἀμείψεται. καὶ ἐκέλευεν εὐθὺς ἥκειν</w:t>
      </w:r>
    </w:p>
    <w:p>
      <w:r>
        <w:rPr>
          <w:rFonts w:ascii="Courier New" w:hAnsi="Courier New"/>
          <w:color w:val="555555"/>
          <w:sz w:val="20"/>
        </w:rPr>
        <w:t>[Iber . 140]</w:t>
      </w:r>
    </w:p>
    <w:p>
      <w:r>
        <w:rPr>
          <w:rFonts w:ascii="Gentium Plus" w:hAnsi="Gentium Plus"/>
          <w:sz w:val="24"/>
        </w:rPr>
        <w:t>ἐπὶ σῖτον ἐς Καρχηδόνα. ἀναγινωσκομένων δὲ τούτων οἳ μὲν ὑπώπτευον, οἳ δὲ πιστεύειν ἠξίουν καὶ συνετίθεντο,</w:t>
      </w:r>
    </w:p>
    <w:p>
      <w:r>
        <w:rPr>
          <w:rFonts w:ascii="Courier New" w:hAnsi="Courier New"/>
          <w:color w:val="555555"/>
          <w:sz w:val="20"/>
        </w:rPr>
        <w:t>[Iber . 141]</w:t>
      </w:r>
    </w:p>
    <w:p>
      <w:r>
        <w:rPr>
          <w:rFonts w:ascii="Gentium Plus" w:hAnsi="Gentium Plus"/>
          <w:sz w:val="24"/>
        </w:rPr>
        <w:t>καὶ πάντες ὥδευον ἐς τὴν Καρχηδόνα ὁμοῦ. προσιόντων δ’ αὐτῶν ὁ Σκιπίων προσέταξε τοῖς συνοῦσίν οἱ βουλευταῖς ἕκαστον τῶν ἐξάρχων τινὰ τῆς στάσεως προσεταιρίσασθαι προσιόντα καὶ ὡς ἀπ’ εὐνοίας διορθοῦντα ὑποδέξασθαί τε</w:t>
      </w:r>
    </w:p>
    <w:p>
      <w:r>
        <w:rPr>
          <w:rFonts w:ascii="Courier New" w:hAnsi="Courier New"/>
          <w:color w:val="555555"/>
          <w:sz w:val="20"/>
        </w:rPr>
        <w:t>[Iber . 142]</w:t>
      </w:r>
    </w:p>
    <w:p>
      <w:r>
        <w:rPr>
          <w:rFonts w:ascii="Gentium Plus" w:hAnsi="Gentium Plus"/>
          <w:sz w:val="24"/>
        </w:rPr>
        <w:t>καὶ δῆσαι λαθόντα. προσέταξεν δὲ καὶ τοῖς χιλιάρχοις τοὺς πιστοτάτους ἕκαστον ἀφανῶς ἅμα ἕῳ ξιφήρεις ἔχειν καὶ τὰ εὔκαιρα τῆς ἐκκλησίας ἐκ διαστημάτων καταλαβόν‐ τας, ἤν τις ἐπανιστῆται, κατακεντεῖν καὶ κατακαίνειν</w:t>
      </w:r>
    </w:p>
    <w:p>
      <w:r>
        <w:rPr>
          <w:rFonts w:ascii="Courier New" w:hAnsi="Courier New"/>
          <w:color w:val="555555"/>
          <w:sz w:val="20"/>
        </w:rPr>
        <w:t>[Iber . 143]</w:t>
      </w:r>
    </w:p>
    <w:p>
      <w:r>
        <w:rPr>
          <w:rFonts w:ascii="Gentium Plus" w:hAnsi="Gentium Plus"/>
          <w:sz w:val="24"/>
        </w:rPr>
        <w:t>αὐτίκα ἄνευ παραγγέλματος. αὐτὸς δ’ ἄρτι φαινομένης ἡμέρας ἐπὶ τὸ βῆμα ἐκομίζετο καὶ τοὺς κήρυκας ἐς ἐκ‐ κλησίαν ἐποτρύνειν περιέπεμπεν. οἳ δέ, αἰφνιδίου μὲν αὐτοῖς τοῦ κηρύγματος γενομένου, αἰδούμενοι δ’ ἔτι</w:t>
      </w:r>
    </w:p>
    <w:p>
      <w:r>
        <w:rPr>
          <w:rFonts w:ascii="Courier New" w:hAnsi="Courier New"/>
          <w:color w:val="555555"/>
          <w:sz w:val="20"/>
        </w:rPr>
        <w:t>[5]</w:t>
      </w:r>
    </w:p>
    <w:p>
      <w:r>
        <w:rPr>
          <w:rFonts w:ascii="Gentium Plus" w:hAnsi="Gentium Plus"/>
          <w:sz w:val="24"/>
        </w:rPr>
        <w:t>νοσοῦντα τὸν στρατηγὸν σφῶν παρακρατεῖν καὶ νομίζοντες ἐπὶ τὰς ἀμοιβὰς καλεῖσθαι, συνέθεον ὁμοῦ πάντοθεν, οἳ μὲν ἄζωστοι τὰ ξίφη, οἳ δὲ καὶ ἐν χιτῶσι μόνοις, οὐ</w:t>
      </w:r>
    </w:p>
    <w:p>
      <w:r>
        <w:rPr>
          <w:rFonts w:ascii="Courier New" w:hAnsi="Courier New"/>
          <w:color w:val="555555"/>
          <w:sz w:val="20"/>
        </w:rPr>
        <w:t>[Iber . 144]</w:t>
      </w:r>
    </w:p>
    <w:p>
      <w:r>
        <w:rPr>
          <w:rFonts w:ascii="Gentium Plus" w:hAnsi="Gentium Plus"/>
          <w:sz w:val="24"/>
        </w:rPr>
        <w:t>φθάσαντες οὐδὲ τὴν ἐσθῆτα πᾶσαν ἐπιθέσθαι. Σκιπίων</w:t>
      </w:r>
    </w:p>
    <w:p>
      <w:r>
        <w:rPr>
          <w:rFonts w:ascii="Courier New" w:hAnsi="Courier New"/>
          <w:color w:val="555555"/>
          <w:sz w:val="20"/>
        </w:rPr>
        <w:t>[5]</w:t>
      </w:r>
    </w:p>
    <w:p>
      <w:r>
        <w:rPr>
          <w:rFonts w:ascii="Gentium Plus" w:hAnsi="Gentium Plus"/>
          <w:sz w:val="24"/>
        </w:rPr>
        <w:t>λέγων ἔτι προσέταξε τοῖς ὑπηρέταις διαστῆσαι τὸ πλῆθος.</w:t>
      </w:r>
    </w:p>
    <w:p>
      <w:r>
        <w:rPr>
          <w:rFonts w:ascii="Courier New" w:hAnsi="Courier New"/>
          <w:color w:val="555555"/>
          <w:sz w:val="20"/>
        </w:rPr>
        <w:t>[Iber . 145]</w:t>
      </w:r>
    </w:p>
    <w:p>
      <w:r>
        <w:rPr>
          <w:rFonts w:ascii="Gentium Plus" w:hAnsi="Gentium Plus"/>
          <w:sz w:val="24"/>
        </w:rPr>
        <w:t>οἳ μὲν δὴ διίστανον, οἱ δὲ βουλευταὶ τοὺς αἰτίους παρῆγον ἐς τὸ μέσον. ἀναβοησάντων δ’ αὐτῶν καὶ τοὺς συστρα‐ τιώτας βοηθῆσαι σφίσι παρακαλούντων τοὺς ἐπιφθεγ‐</w:t>
      </w:r>
    </w:p>
    <w:p>
      <w:r>
        <w:rPr>
          <w:rFonts w:ascii="Courier New" w:hAnsi="Courier New"/>
          <w:color w:val="555555"/>
          <w:sz w:val="20"/>
        </w:rPr>
        <w:t>[Iber . 146]</w:t>
      </w:r>
    </w:p>
    <w:p>
      <w:r>
        <w:rPr>
          <w:rFonts w:ascii="Gentium Plus" w:hAnsi="Gentium Plus"/>
          <w:sz w:val="24"/>
        </w:rPr>
        <w:t>γομένους εὐθὺς ἔκτεινον οἱ χιλίαρχοι. καὶ τὸ μὲν πλῆθος, ἐπειδὴ τὴν ἐκκλησίαν φρουρουμένην εἶδεν, ἐφ’ ἡσυχίας ἦν σκυθρωποῦ· ὁ δὲ Σκιπίων, τοὺς εἰς τὸ μέσον παραχθέν‐ τας αἰκισάμενος, καὶ μᾶλλον αὐτῶν τοὺς ἐκβοήσαντας,</w:t>
      </w:r>
    </w:p>
    <w:p>
      <w:r>
        <w:rPr>
          <w:rFonts w:ascii="Courier New" w:hAnsi="Courier New"/>
          <w:color w:val="555555"/>
          <w:sz w:val="20"/>
        </w:rPr>
        <w:t>[5]</w:t>
      </w:r>
    </w:p>
    <w:p>
      <w:r>
        <w:rPr>
          <w:rFonts w:ascii="Gentium Plus" w:hAnsi="Gentium Plus"/>
          <w:sz w:val="24"/>
        </w:rPr>
        <w:t>ἐκέλευσε τοὺς αὐχένας ἁπάντων ἐς τοὔδαφος παττάλοις προσδεθέντας ἀποτμηθῆναι καὶ τοῖς ἄλλοις ἀμνηστίαν ἐκήρυξεν διδόναι.</w:t>
      </w:r>
    </w:p>
    <w:p>
      <w:r>
        <w:rPr>
          <w:rFonts w:ascii="Courier New" w:hAnsi="Courier New"/>
          <w:color w:val="555555"/>
          <w:sz w:val="20"/>
        </w:rPr>
        <w:t>[Iber . 147]</w:t>
      </w:r>
    </w:p>
    <w:p>
      <w:r>
        <w:rPr>
          <w:rFonts w:ascii="Gentium Plus" w:hAnsi="Gentium Plus"/>
          <w:sz w:val="24"/>
        </w:rPr>
        <w:t>ὧδε μὲν τὸ στρατόπεδον καθίστατο τῷ Σκιπίωνι· Ἰνδίβιλις δέ, τῶν συνθεμένων τις αὐτῷ δυναστῶν, στα‐ σιαζούσης ἔτι τῆς Ῥωμαϊκῆς στρατιᾶς κατέδραμέν τι</w:t>
      </w:r>
    </w:p>
    <w:p>
      <w:r>
        <w:rPr>
          <w:rFonts w:ascii="Courier New" w:hAnsi="Courier New"/>
          <w:color w:val="555555"/>
          <w:sz w:val="20"/>
        </w:rPr>
        <w:t>[Iber . 148]</w:t>
      </w:r>
    </w:p>
    <w:p>
      <w:r>
        <w:rPr>
          <w:rFonts w:ascii="Gentium Plus" w:hAnsi="Gentium Plus"/>
          <w:sz w:val="24"/>
        </w:rPr>
        <w:t>τῆς ὑπὸ τῷ Σκιπίωνι γῆς. καὶ αὐτῷ τοῦ Σκιπίωνος ἐπελάσαντος ὑπέστη μὲν τὸν ἀγῶνα γενναίως καὶ χιλίους καὶ διακοσίους Ῥωμαίων διέφθειρεν, ἀπολομένων δ’ αὐτῷ δισμυρίων ἐδεῖτο προσπέμψας. καὶ ὁ Σκιπίων αὐτὸν</w:t>
      </w:r>
    </w:p>
    <w:p>
      <w:r>
        <w:rPr>
          <w:rFonts w:ascii="Courier New" w:hAnsi="Courier New"/>
          <w:color w:val="555555"/>
          <w:sz w:val="20"/>
        </w:rPr>
        <w:t>[5]</w:t>
      </w:r>
    </w:p>
    <w:p>
      <w:r>
        <w:rPr>
          <w:rFonts w:ascii="Gentium Plus" w:hAnsi="Gentium Plus"/>
          <w:sz w:val="24"/>
        </w:rPr>
        <w:t>χρήμασι ζημιώσας συνηλλάσσετο.</w:t>
      </w:r>
    </w:p>
    <w:p>
      <w:r>
        <w:rPr>
          <w:rFonts w:ascii="Courier New" w:hAnsi="Courier New"/>
          <w:color w:val="555555"/>
          <w:sz w:val="20"/>
        </w:rPr>
        <w:t>[Iber . 149]</w:t>
      </w:r>
    </w:p>
    <w:p>
      <w:r>
        <w:rPr>
          <w:rFonts w:ascii="Gentium Plus" w:hAnsi="Gentium Plus"/>
          <w:sz w:val="24"/>
        </w:rPr>
        <w:t>λαθὼν δὲ καὶ Μασανάσσης Ἀσρούβαν ἐπέρασε τὸν πορθμὸν καὶ φιλίαν τῷ Σκιπίωνι συνθέμενος ὤμοσε συμ‐ μαχήσειν, ἂν ἐς Λιβύην στρατεύῃ. ἔπραξεν δὲ τοῦτο</w:t>
      </w:r>
    </w:p>
    <w:p>
      <w:r>
        <w:rPr>
          <w:rFonts w:ascii="Courier New" w:hAnsi="Courier New"/>
          <w:color w:val="555555"/>
          <w:sz w:val="20"/>
        </w:rPr>
        <w:t>[Iber . 150]</w:t>
      </w:r>
    </w:p>
    <w:p>
      <w:r>
        <w:rPr>
          <w:rFonts w:ascii="Gentium Plus" w:hAnsi="Gentium Plus"/>
          <w:sz w:val="24"/>
        </w:rPr>
        <w:t>ἀνὴρ ἐς πάντα βέβαιος διὰ τοιάνδε αἰτίαν. Ἀσρούβου τοῦ</w:t>
      </w:r>
    </w:p>
    <w:p>
      <w:r>
        <w:rPr>
          <w:rFonts w:ascii="Courier New" w:hAnsi="Courier New"/>
          <w:color w:val="555555"/>
          <w:sz w:val="20"/>
        </w:rPr>
        <w:t>[5]</w:t>
      </w:r>
    </w:p>
    <w:p>
      <w:r>
        <w:rPr>
          <w:rFonts w:ascii="Gentium Plus" w:hAnsi="Gentium Plus"/>
          <w:sz w:val="24"/>
        </w:rPr>
        <w:t>Σύφακα ἐπὶ Ῥωμαίους προσλαβεῖν, ἔδωκαν αὐτῷ τὴν παῖδα, οὐδὲν τοῦ Ἀσρούβου πυθόμενοι. καὶ τῶνδε πραχθέντων ὁ μὲν Ἀσρούβας αὐτὰ ἐπέκρυπτε, τὸν Μασα‐ νάσσην αἰδούμενος, ὃ δὲ αἰσθόμενος συνέθετο τῷ Σκιπίωνι.</w:t>
      </w:r>
    </w:p>
    <w:p>
      <w:r>
        <w:rPr>
          <w:rFonts w:ascii="Courier New" w:hAnsi="Courier New"/>
          <w:color w:val="555555"/>
          <w:sz w:val="20"/>
        </w:rPr>
        <w:t>[Iber . 151]</w:t>
      </w:r>
    </w:p>
    <w:p>
      <w:r>
        <w:rPr>
          <w:rFonts w:ascii="Gentium Plus" w:hAnsi="Gentium Plus"/>
          <w:sz w:val="24"/>
        </w:rPr>
        <w:t>Μάγων δ’ ὁ ναύαρχος, ἀπογνοὺς ἀπὸ τῶν παρόντων τὰ ἐν Ἰβηρίᾳ, πλεύσας ἐς Λίγυας καὶ Κελτοὺς ἐξενολόγει.</w:t>
      </w:r>
    </w:p>
    <w:p>
      <w:r>
        <w:rPr>
          <w:rFonts w:ascii="Courier New" w:hAnsi="Courier New"/>
          <w:color w:val="555555"/>
          <w:sz w:val="20"/>
        </w:rPr>
        <w:t>[Iber . 152]</w:t>
      </w:r>
    </w:p>
    <w:p>
      <w:r>
        <w:rPr>
          <w:rFonts w:ascii="Gentium Plus" w:hAnsi="Gentium Plus"/>
          <w:sz w:val="24"/>
        </w:rPr>
        <w:t>καὶ ὃ μὲν περὶ ταῦτ’ ἦν, καὶ τὰ Γάδειρα ἐκλειφθέντα ὑπὸ τοῦ Μάγωνος οἱ Ῥωμαῖοι παρέλαβον· στρατηγοὺς δὲ Ἰβηρίας ἐτησίους ἐς τὰ ἔθνη τὰ εἰλημμένα ἔπεμπον ἀπὸ τοῦδε ἀρξάμενοι, μικρὸν πρὸ τῆς τετάρτης καὶ τεσ‐</w:t>
      </w:r>
    </w:p>
    <w:p>
      <w:r>
        <w:rPr>
          <w:rFonts w:ascii="Courier New" w:hAnsi="Courier New"/>
          <w:color w:val="555555"/>
          <w:sz w:val="20"/>
        </w:rPr>
        <w:t>[5]</w:t>
      </w:r>
    </w:p>
    <w:p>
      <w:r>
        <w:rPr>
          <w:rFonts w:ascii="Gentium Plus" w:hAnsi="Gentium Plus"/>
          <w:sz w:val="24"/>
        </w:rPr>
        <w:t>σαρακοστῆς καὶ ἑκατοστῆς ὀλυμπιάδος, ἁρμοστὰς ἢ</w:t>
      </w:r>
    </w:p>
    <w:p>
      <w:r>
        <w:rPr>
          <w:rFonts w:ascii="Courier New" w:hAnsi="Courier New"/>
          <w:color w:val="555555"/>
          <w:sz w:val="20"/>
        </w:rPr>
        <w:t>[Iber . 153]</w:t>
      </w:r>
    </w:p>
    <w:p>
      <w:r>
        <w:rPr>
          <w:rFonts w:ascii="Gentium Plus" w:hAnsi="Gentium Plus"/>
          <w:sz w:val="24"/>
        </w:rPr>
        <w:t>ἐπιστάτας αὐτοῖς τῆς εἰρήνης ἐσομένους. καὶ αὐτοῖς ὁ Σκιπίων ὀλίγην στρατιὰν ὡς ἐπὶ εἰρήνῃ καταλιπὼν συνῴκισε τοὺς τραυματίας ἐς πόλιν, ἣν ἀπὸ τῆς Ἰταλίας Ἰταλικὴν ἐκάλεσε· καὶ πατρίς ἐστι Τραϊανοῦ τε καὶ</w:t>
      </w:r>
    </w:p>
    <w:p>
      <w:r>
        <w:rPr>
          <w:rFonts w:ascii="Courier New" w:hAnsi="Courier New"/>
          <w:color w:val="555555"/>
          <w:sz w:val="20"/>
        </w:rPr>
        <w:t>[5]</w:t>
      </w:r>
    </w:p>
    <w:p>
      <w:r>
        <w:rPr>
          <w:rFonts w:ascii="Gentium Plus" w:hAnsi="Gentium Plus"/>
          <w:sz w:val="24"/>
        </w:rPr>
        <w:t>Ἀδριανοῦ, τῶν ὕστερον Ῥωμαίοις ἀρξάντων τὴν αὐτο‐</w:t>
      </w:r>
    </w:p>
    <w:p>
      <w:r>
        <w:rPr>
          <w:rFonts w:ascii="Courier New" w:hAnsi="Courier New"/>
          <w:color w:val="555555"/>
          <w:sz w:val="20"/>
        </w:rPr>
        <w:t>[Iber . 154]</w:t>
      </w:r>
    </w:p>
    <w:p>
      <w:r>
        <w:rPr>
          <w:rFonts w:ascii="Gentium Plus" w:hAnsi="Gentium Plus"/>
          <w:sz w:val="24"/>
        </w:rPr>
        <w:t>κράτορα ἀρχήν. αὐτὸς δ’ ἐς Ῥώμην ἐπὶ στόλου πολλοῦ διέπλει, λαμπρῶς τε κεκοσμημένου καὶ καταγέμοντος αἰχμαλώτων ὁμοῦ καὶ χρημάτων καὶ ὅπλων καὶ λαφύρων</w:t>
      </w:r>
    </w:p>
    <w:p>
      <w:r>
        <w:rPr>
          <w:rFonts w:ascii="Courier New" w:hAnsi="Courier New"/>
          <w:color w:val="555555"/>
          <w:sz w:val="20"/>
        </w:rPr>
        <w:t>[Iber . 155]</w:t>
      </w:r>
    </w:p>
    <w:p>
      <w:r>
        <w:rPr>
          <w:rFonts w:ascii="Gentium Plus" w:hAnsi="Gentium Plus"/>
          <w:sz w:val="24"/>
        </w:rPr>
        <w:t>ποικίλων. καὶ ἡ πόλις αὐτὸν ἐπιφανῶς ἐξεδέχετο μετὰ δόξης ἀοιδίμου τε καὶ παραλόγου διά τε νεότητα καὶ τα‐ χυεργίαν καὶ μέγεθος εὐπραξίας. οἵ τε φθονοῦντες αὐτῷ τὴν πάλαι κουφολογίαν ὡμολόγουν ἐς ἔργον ἀποβῆναι.</w:t>
      </w:r>
    </w:p>
    <w:p>
      <w:r>
        <w:rPr>
          <w:rFonts w:ascii="Courier New" w:hAnsi="Courier New"/>
          <w:color w:val="555555"/>
          <w:sz w:val="20"/>
        </w:rPr>
        <w:t>[Iber . 156]</w:t>
      </w:r>
    </w:p>
    <w:p>
      <w:r>
        <w:rPr>
          <w:rFonts w:ascii="Gentium Plus" w:hAnsi="Gentium Plus"/>
          <w:sz w:val="24"/>
        </w:rPr>
        <w:t>καὶ Σκιπίων μὲν θαυμαζόμενος ἐθριάμβευεν, Ἰνδί‐</w:t>
      </w:r>
    </w:p>
    <w:p>
      <w:r>
        <w:rPr>
          <w:rFonts w:ascii="Courier New" w:hAnsi="Courier New"/>
          <w:color w:val="555555"/>
          <w:sz w:val="20"/>
        </w:rPr>
        <w:t>[Iber . 157]</w:t>
      </w:r>
    </w:p>
    <w:p>
      <w:r>
        <w:rPr>
          <w:rFonts w:ascii="Gentium Plus" w:hAnsi="Gentium Plus"/>
          <w:sz w:val="24"/>
        </w:rPr>
        <w:t>τῶν ὑπηκόων συναγαγόντες ἔκτειναν. τοὺς δ’ αἰτίους τῆς ἀποστάσεως ἐς κρίσιν παραγαγόντες θανάτῳ μετ‐ ῆλθον καὶ τὰ ὄντα αὐτοῖς ἐδήμευσαν. τά τε ἔθνη τὰ συναράμενα αὐτῷ χρήμασιν ἐζημίωσαν καὶ τὰ ὅπλα</w:t>
      </w:r>
    </w:p>
    <w:p>
      <w:r>
        <w:rPr>
          <w:rFonts w:ascii="Courier New" w:hAnsi="Courier New"/>
          <w:color w:val="555555"/>
          <w:sz w:val="20"/>
        </w:rPr>
        <w:t>[5]</w:t>
      </w:r>
    </w:p>
    <w:p>
      <w:r>
        <w:rPr>
          <w:rFonts w:ascii="Gentium Plus" w:hAnsi="Gentium Plus"/>
          <w:sz w:val="24"/>
        </w:rPr>
        <w:t>αὐτῶν παρείλοντο καὶ ὅμηρα ᾔτησαν καὶ φρουρὰς δυνα‐ τωτέρας αὐτοῖς ἐπέστησαν.</w:t>
      </w:r>
    </w:p>
    <w:p>
      <w:r>
        <w:rPr>
          <w:rFonts w:ascii="Courier New" w:hAnsi="Courier New"/>
          <w:color w:val="555555"/>
          <w:sz w:val="20"/>
        </w:rPr>
        <w:t>[Iber . 158]</w:t>
      </w:r>
    </w:p>
    <w:p>
      <w:r>
        <w:rPr>
          <w:rFonts w:ascii="Gentium Plus" w:hAnsi="Gentium Plus"/>
          <w:sz w:val="24"/>
        </w:rPr>
        <w:t>καὶ τάδε μὲν ἦν εὐθὺς μετὰ Σκιπίωνα, καὶ ἡ πρώτη Ῥωμαίων ἐς Ἰβηρίαν πεῖρα ἐς τοῦτο ἔληγε· χρόνῳ δ’ ὕστερον, ὅτε Ῥωμαῖοι Κελτοῖς τε τοῖς περὶ Πάδον ἐπο‐ λέμουν καὶ Φιλίππῳ τῷ Μακεδόνι, ἐνεωτέρισαν αὖθις</w:t>
      </w:r>
    </w:p>
    <w:p>
      <w:r>
        <w:rPr>
          <w:rFonts w:ascii="Courier New" w:hAnsi="Courier New"/>
          <w:color w:val="555555"/>
          <w:sz w:val="20"/>
        </w:rPr>
        <w:t>[Iber . 159]</w:t>
      </w:r>
    </w:p>
    <w:p>
      <w:r>
        <w:rPr>
          <w:rFonts w:ascii="Gentium Plus" w:hAnsi="Gentium Plus"/>
          <w:sz w:val="24"/>
        </w:rPr>
        <w:t>ἐς τὴν ἀσχολίαν αὐτῶν οἱ Ἴβηρες. καὶ αὐτοῖς ἐπεπέμφθη‐ σαν ἐκ Ῥώμης στρατηγοὶ τοῦδε τοῦ πολέμου Σεμπρώνιός τε Τουδιτανὸς καὶ Μᾶρκος Ἕλουιος, μετὰ δ’ ἐκείνους</w:t>
      </w:r>
    </w:p>
    <w:p>
      <w:r>
        <w:rPr>
          <w:rFonts w:ascii="Courier New" w:hAnsi="Courier New"/>
          <w:color w:val="555555"/>
          <w:sz w:val="20"/>
        </w:rPr>
        <w:t>[Iber . 160]</w:t>
      </w:r>
    </w:p>
    <w:p>
      <w:r>
        <w:rPr>
          <w:rFonts w:ascii="Gentium Plus" w:hAnsi="Gentium Plus"/>
          <w:sz w:val="24"/>
        </w:rPr>
        <w:t>Μινούκιος. καὶ ἐπὶ τούτῳ μείζονος ἔτι τῆς κινήσεως γιγνομένης μετὰ πλέονος δυνάμεως ἐπέμφθη Κάτων, νέος μὲν ὢν ἔτι πάμπαν, αὐστηρὸς δὲ καὶ φιλόπονος συνέσει τε γνώμης καὶ δεινότητι λόγων ἀριπρεπής, ὥστε</w:t>
      </w:r>
    </w:p>
    <w:p>
      <w:r>
        <w:rPr>
          <w:rFonts w:ascii="Courier New" w:hAnsi="Courier New"/>
          <w:color w:val="555555"/>
          <w:sz w:val="20"/>
        </w:rPr>
        <w:t>[5]</w:t>
      </w:r>
    </w:p>
    <w:p>
      <w:r>
        <w:rPr>
          <w:rFonts w:ascii="Gentium Plus" w:hAnsi="Gentium Plus"/>
          <w:sz w:val="24"/>
        </w:rPr>
        <w:t>αὐτὸν ἐπὶ τοῖς λόγοις ἐκάλουν οἱ Ῥωμαῖοι Δημοσθένη, πυνθανόμενοι τὸν ἄριστον ἐν τοῖς Ἕλλησι ῥήτορα γε‐</w:t>
      </w:r>
    </w:p>
    <w:p>
      <w:r>
        <w:rPr>
          <w:rFonts w:ascii="Courier New" w:hAnsi="Courier New"/>
          <w:color w:val="555555"/>
          <w:sz w:val="20"/>
        </w:rPr>
        <w:t>[Iber . 161]</w:t>
      </w:r>
    </w:p>
    <w:p>
      <w:r>
        <w:rPr>
          <w:rFonts w:ascii="Gentium Plus" w:hAnsi="Gentium Plus"/>
          <w:sz w:val="24"/>
        </w:rPr>
        <w:t>γενῆσθαι Δημοσθένη. ὡς δὲ κατέπλευσε τῆς Ἰβηρίας ἐς τὸ καλούμενον Ἐμπόριον ὁ Κάτων, οἱ μὲν πολέμιοι</w:t>
      </w:r>
    </w:p>
    <w:p>
      <w:r>
        <w:rPr>
          <w:rFonts w:ascii="Courier New" w:hAnsi="Courier New"/>
          <w:color w:val="555555"/>
          <w:sz w:val="20"/>
        </w:rPr>
        <w:t>[Iber . 162]</w:t>
      </w:r>
    </w:p>
    <w:p>
      <w:r>
        <w:rPr>
          <w:rFonts w:ascii="Gentium Plus" w:hAnsi="Gentium Plus"/>
          <w:sz w:val="24"/>
        </w:rPr>
        <w:t>δ’ ἐπὶ μέν τι τὴν στρατιὰν ἐγύμναζεν, ὡς δ’ ἔμελλε συνενεχθήσεσθαι μάχῃ, τὰς ναῦς, ἃς εἶχεν, ἐς Μασσαλίαν ἀπέπεμψεν καὶ τὸν στρατὸν ἐδίδασκεν οὐ τοῦτ’ εἶναι φοβερόν, ὅτι πλήθει προύχουσιν οἱ πολέμιοι (τὴν γὰρ</w:t>
      </w:r>
    </w:p>
    <w:p>
      <w:r>
        <w:rPr>
          <w:rFonts w:ascii="Courier New" w:hAnsi="Courier New"/>
          <w:color w:val="555555"/>
          <w:sz w:val="20"/>
        </w:rPr>
        <w:t>[5]</w:t>
      </w:r>
    </w:p>
    <w:p>
      <w:r>
        <w:rPr>
          <w:rFonts w:ascii="Gentium Plus" w:hAnsi="Gentium Plus"/>
          <w:sz w:val="24"/>
        </w:rPr>
        <w:t>εὐψυχίαν αἰεὶ τοῦ πλέονος ἐπικρατεῖν), ἀλλ’ ὅτι νεῶν ἀποροῦμεν, ὡς οὐκ ἔχειν, εἰ μὴ κρατοῖμεν, οὐδὲ σω‐</w:t>
      </w:r>
    </w:p>
    <w:p>
      <w:r>
        <w:rPr>
          <w:rFonts w:ascii="Courier New" w:hAnsi="Courier New"/>
          <w:color w:val="555555"/>
          <w:sz w:val="20"/>
        </w:rPr>
        <w:t>[Iber . 163]</w:t>
      </w:r>
    </w:p>
    <w:p>
      <w:r>
        <w:rPr>
          <w:rFonts w:ascii="Gentium Plus" w:hAnsi="Gentium Plus"/>
          <w:sz w:val="24"/>
        </w:rPr>
        <w:t>τηρίαν. ταῦτα εἰπὼν αὐτίκα συνέβαλλεν, οὐκ ἐπελπίσας ὥσπερ ἕτεροι τὸν στρατόν, ἀλλὰ φοβήσας. γενομένης δ’ ἐν χερσὶν τῆς μάχης ἐς πάντα μετεπήδα παρακαλῶν</w:t>
      </w:r>
    </w:p>
    <w:p>
      <w:r>
        <w:rPr>
          <w:rFonts w:ascii="Courier New" w:hAnsi="Courier New"/>
          <w:color w:val="555555"/>
          <w:sz w:val="20"/>
        </w:rPr>
        <w:t>[Iber . 164]</w:t>
      </w:r>
    </w:p>
    <w:p>
      <w:r>
        <w:rPr>
          <w:rFonts w:ascii="Gentium Plus" w:hAnsi="Gentium Plus"/>
          <w:sz w:val="24"/>
        </w:rPr>
        <w:t>καὶ παροξύνων. ἀκρίτου δ’ αὐτῆς ἐς δείλην ἑσπέραν ἔτι οὔσης καὶ πολλῶν πιπτόντων ἑκατέρωθεν ἔς τινα λόφον ὑψηλὸν μετὰ τριῶν τάξεων ἐφέδρων ἀνέδραμεν, τὸ ἔργον</w:t>
      </w:r>
    </w:p>
    <w:p>
      <w:r>
        <w:rPr>
          <w:rFonts w:ascii="Courier New" w:hAnsi="Courier New"/>
          <w:color w:val="555555"/>
          <w:sz w:val="20"/>
        </w:rPr>
        <w:t>[Iber . 165]</w:t>
      </w:r>
    </w:p>
    <w:p>
      <w:r>
        <w:rPr>
          <w:rFonts w:ascii="Gentium Plus" w:hAnsi="Gentium Plus"/>
          <w:sz w:val="24"/>
        </w:rPr>
        <w:t>ὁμοῦ πᾶν ἐποψόμενος. ὡς δὲ εἶδε τοὺς μέσους τῶν ἰδίων μάλιστα ἐνοχλουμένους, ὥρμησεν ἐς αὐτοὺς προ‐ κινδυνεύων ἔργῳ τε καὶ βοῇ συνετάραξε τοὺς ἐχθροὺς καὶ</w:t>
      </w:r>
    </w:p>
    <w:p>
      <w:r>
        <w:rPr>
          <w:rFonts w:ascii="Courier New" w:hAnsi="Courier New"/>
          <w:color w:val="555555"/>
          <w:sz w:val="20"/>
        </w:rPr>
        <w:t>[Iber . 166]</w:t>
      </w:r>
    </w:p>
    <w:p>
      <w:r>
        <w:rPr>
          <w:rFonts w:ascii="Gentium Plus" w:hAnsi="Gentium Plus"/>
          <w:sz w:val="24"/>
        </w:rPr>
        <w:t>πρῶτος κατῆρξε τῆς νίκης. διώξας τε νυκτὸς ὅλης ἐκράτη‐ σεν αὐτῶν τοῦ στρατοπέδου καὶ πολλοὺς ἀπέκτεινεν. ἐπανιόντι δ’ ὡς ἡγεμόνι τῆς νίκης συνήδοντο συμπλεκό‐ μενοι. καὶ μετὰ τοῦτο ἀνέπαυε τὴν στρατιὰν καὶ τὰ</w:t>
      </w:r>
    </w:p>
    <w:p>
      <w:r>
        <w:rPr>
          <w:rFonts w:ascii="Courier New" w:hAnsi="Courier New"/>
          <w:color w:val="555555"/>
          <w:sz w:val="20"/>
        </w:rPr>
        <w:t>[Iber . 167]</w:t>
      </w:r>
    </w:p>
    <w:p>
      <w:r>
        <w:rPr>
          <w:rFonts w:ascii="Gentium Plus" w:hAnsi="Gentium Plus"/>
          <w:sz w:val="24"/>
        </w:rPr>
        <w:t>λάφυρα ἐπίπρασκεν. πρεσβευόντων δ’ ἐς αὐτὸν ἁπάντων ὅμηρά τε ᾔτησεν ἄλλα καὶ βιβλία ἐσφραγισμένα ἐς ἑκάστους περιέπεμπε καὶ τοὺς φέροντας ἐκέλευεν ἡμέρᾳ μιᾷ πάντας ἀποδοῦναι· καὶ ὥριζε τὴν ἡμέραν τεκμηρά‐</w:t>
      </w:r>
    </w:p>
    <w:p>
      <w:r>
        <w:rPr>
          <w:rFonts w:ascii="Courier New" w:hAnsi="Courier New"/>
          <w:color w:val="555555"/>
          <w:sz w:val="20"/>
        </w:rPr>
        <w:t>[5]</w:t>
      </w:r>
    </w:p>
    <w:p>
      <w:r>
        <w:rPr>
          <w:rFonts w:ascii="Gentium Plus" w:hAnsi="Gentium Plus"/>
          <w:sz w:val="24"/>
        </w:rPr>
        <w:t>μενος, ὅτε μάλιστα ἐς τὴν πορρωτάτω πόλιν ἀφίξονται.</w:t>
      </w:r>
    </w:p>
    <w:p>
      <w:r>
        <w:rPr>
          <w:rFonts w:ascii="Courier New" w:hAnsi="Courier New"/>
          <w:color w:val="555555"/>
          <w:sz w:val="20"/>
        </w:rPr>
        <w:t>[Iber . 168]</w:t>
      </w:r>
    </w:p>
    <w:p>
      <w:r>
        <w:rPr>
          <w:rFonts w:ascii="Gentium Plus" w:hAnsi="Gentium Plus"/>
          <w:sz w:val="24"/>
        </w:rPr>
        <w:t>ἐκέλευεν δ’ ἡ γραφὴ ταῖς ἀρχαῖς τῶν πόλεων ἁπάσαις καθαιρεῖν τὰ τείχη σφῶν αὐτῆς ἡμέρας, ᾗ τὰ γράμματα λάβοιεν· εἰ δὲ ἀνάθοιντο τὴν ἡμέραν, ἀνδραποδισμὸν</w:t>
      </w:r>
    </w:p>
    <w:p>
      <w:r>
        <w:rPr>
          <w:rFonts w:ascii="Courier New" w:hAnsi="Courier New"/>
          <w:color w:val="555555"/>
          <w:sz w:val="20"/>
        </w:rPr>
        <w:t>[Iber . 169]</w:t>
      </w:r>
    </w:p>
    <w:p>
      <w:r>
        <w:rPr>
          <w:rFonts w:ascii="Gentium Plus" w:hAnsi="Gentium Plus"/>
          <w:sz w:val="24"/>
        </w:rPr>
        <w:t>ἠπείλει. οἳ δ’ ἄρτι μὲν ἡττημένοι μεγάλῃ μάχῃ, ὑπὸ δ’ ἀγνοίας, εἴτε μόνοις, εἴθ’ ἅπασι ταῦτα προσετάχθη, φοβούμενοι μόνοι μὲν ὡς εὐκαταφρόνητοι, μετὰ 〈δὲ〉 τῶν ἄλλων, μὴ μόνοι βραδύνωσι, καιρόν τε οὐκ ἔχοντες</w:t>
      </w:r>
    </w:p>
    <w:p>
      <w:r>
        <w:rPr>
          <w:rFonts w:ascii="Courier New" w:hAnsi="Courier New"/>
          <w:color w:val="555555"/>
          <w:sz w:val="20"/>
        </w:rPr>
        <w:t>[5]</w:t>
      </w:r>
    </w:p>
    <w:p>
      <w:r>
        <w:rPr>
          <w:rFonts w:ascii="Gentium Plus" w:hAnsi="Gentium Plus"/>
          <w:sz w:val="24"/>
        </w:rPr>
        <w:t>περιπέμψαι πρὸς ἀλλήλους καὶ τοὺς στρατιώτας τοὺς ἐληλυθότας μετὰ τῶν γραμμάτων ἐφεστῶτας σφίσιν εὐλαβούμενοι, τὸ σφέτερον ἀσφαλὲς ἕκαστοι προύργου τιθέμενοι, τὰ τείχη καθῄρουν μετὰ σπουδῆς. ἐν ᾧ γὰρ ἅπαξ ὑπακούειν ἐδόκει, καὶ τὸ ταχέως εἰργάσθαι προσ‐</w:t>
      </w:r>
    </w:p>
    <w:p>
      <w:r>
        <w:rPr>
          <w:rFonts w:ascii="Courier New" w:hAnsi="Courier New"/>
          <w:color w:val="555555"/>
          <w:sz w:val="20"/>
        </w:rPr>
        <w:t>[10]</w:t>
      </w:r>
    </w:p>
    <w:p>
      <w:r>
        <w:rPr>
          <w:rFonts w:ascii="Gentium Plus" w:hAnsi="Gentium Plus"/>
          <w:sz w:val="24"/>
        </w:rPr>
        <w:t>λαβεῖν ἐφιλοτιμοῦντο.</w:t>
      </w:r>
    </w:p>
    <w:p>
      <w:r>
        <w:rPr>
          <w:rFonts w:ascii="Courier New" w:hAnsi="Courier New"/>
          <w:color w:val="555555"/>
          <w:sz w:val="20"/>
        </w:rPr>
        <w:t>[Iber . 170]</w:t>
      </w:r>
    </w:p>
    <w:p>
      <w:r>
        <w:rPr>
          <w:rFonts w:ascii="Gentium Plus" w:hAnsi="Gentium Plus"/>
          <w:sz w:val="24"/>
        </w:rPr>
        <w:t>οὕτω μὲν αἱ πόλεις αἱ περὶ Ἴβηρα ποταμὸν μιᾶς ἡμέρας ὑφ’ ἑνὸς στρατηγήματος αὐταὶ τὰ τείχη τὰ ἑαυτῶν καθῄρουν καὶ Ῥωμαίοις ἐς τὸ μέλλον εὐέφοδοι</w:t>
      </w:r>
    </w:p>
    <w:p>
      <w:r>
        <w:rPr>
          <w:rFonts w:ascii="Courier New" w:hAnsi="Courier New"/>
          <w:color w:val="555555"/>
          <w:sz w:val="20"/>
        </w:rPr>
        <w:t>[Iber . 171]</w:t>
      </w:r>
    </w:p>
    <w:p>
      <w:r>
        <w:rPr>
          <w:rFonts w:ascii="Gentium Plus" w:hAnsi="Gentium Plus"/>
          <w:sz w:val="24"/>
        </w:rPr>
        <w:t>γενόμεναι διέμειναν ἐς πλεῖστον ἐπὶ εἰρήνης· ὀλυμπιάσι δ’ ὕστερον τέσσαρσιν, ἀμφὶ τὰς πεντήκοντα καὶ ἑκατόν, πολλοὶ τῶν Ἰβήρων γῆς ἀποροῦντες ἀπέστησαν ἀπὸ Ῥωμαίων, ἄλλοι τε καὶ Λούσονες, οἳ περὶ τὸν Ἴβηρα</w:t>
      </w:r>
    </w:p>
    <w:p>
      <w:r>
        <w:rPr>
          <w:rFonts w:ascii="Courier New" w:hAnsi="Courier New"/>
          <w:color w:val="555555"/>
          <w:sz w:val="20"/>
        </w:rPr>
        <w:t>[Iber . 172]</w:t>
      </w:r>
    </w:p>
    <w:p>
      <w:r>
        <w:rPr>
          <w:rFonts w:ascii="Gentium Plus" w:hAnsi="Gentium Plus"/>
          <w:sz w:val="24"/>
        </w:rPr>
        <w:t>ᾤκηνται. στρατεύσας οὖν ἐπ’ αὐτοὺς [ὕπατος] Φούλβιος Φλάκκος ἐνίκα μάχῃ. καὶ πολλοὶ μὲν αὐτῶν κατὰ πόλεις διελύθησαν· ὅσοι δὲ μάλιστα γῆς ἠπόρουν καὶ ἐξ ἄλης ἐβιότευον, ἐς Κομπλέγαν πόλιν συνέφυγον, ἣ νεόκτιστός</w:t>
      </w:r>
    </w:p>
    <w:p>
      <w:r>
        <w:rPr>
          <w:rFonts w:ascii="Courier New" w:hAnsi="Courier New"/>
          <w:color w:val="555555"/>
          <w:sz w:val="20"/>
        </w:rPr>
        <w:t>[Iber . 173]</w:t>
      </w:r>
    </w:p>
    <w:p>
      <w:r>
        <w:rPr>
          <w:rFonts w:ascii="Gentium Plus" w:hAnsi="Gentium Plus"/>
          <w:sz w:val="24"/>
        </w:rPr>
        <w:t>τε ἦν καὶ ὀχυρὰ καὶ ηὔξετο ταχέως. ὅθεν ὁρμώμενοι τὸν Φλάκκον ἐκέλευον, καταθέντα σφίσιν ὑπὲρ τῶν ἀνῃρημέ‐ νων ἑκάστου σάγον τε καὶ ἵππον καὶ ξίφος, ἀποτρέχειν ἐξ Ἰβηρίας, πρίν τι κακὸν παθεῖν. ὃ δὲ πολλοὺς αὐτοῖς</w:t>
      </w:r>
    </w:p>
    <w:p>
      <w:r>
        <w:rPr>
          <w:rFonts w:ascii="Courier New" w:hAnsi="Courier New"/>
          <w:color w:val="555555"/>
          <w:sz w:val="20"/>
        </w:rPr>
        <w:t>[5]</w:t>
      </w:r>
    </w:p>
    <w:p>
      <w:r>
        <w:rPr>
          <w:rFonts w:ascii="Gentium Plus" w:hAnsi="Gentium Plus"/>
          <w:sz w:val="24"/>
        </w:rPr>
        <w:t>ἔφη σάγους οἴσειν καὶ τοῖς πρέσβεσιν αὐτῶν ἑπόμενος</w:t>
      </w:r>
    </w:p>
    <w:p>
      <w:r>
        <w:rPr>
          <w:rFonts w:ascii="Courier New" w:hAnsi="Courier New"/>
          <w:color w:val="555555"/>
          <w:sz w:val="20"/>
        </w:rPr>
        <w:t>[Iber . 174]</w:t>
      </w:r>
    </w:p>
    <w:p>
      <w:r>
        <w:rPr>
          <w:rFonts w:ascii="Gentium Plus" w:hAnsi="Gentium Plus"/>
          <w:sz w:val="24"/>
        </w:rPr>
        <w:t>τῇ πόλει παρεστρατοπέδευσεν. οἳ δὲ ἀνομοίως ταῖς</w:t>
      </w:r>
    </w:p>
    <w:p>
      <w:r>
        <w:rPr>
          <w:rFonts w:ascii="Courier New" w:hAnsi="Courier New"/>
          <w:color w:val="555555"/>
          <w:sz w:val="20"/>
        </w:rPr>
        <w:t>[5]</w:t>
      </w:r>
    </w:p>
    <w:p>
      <w:r>
        <w:rPr>
          <w:rFonts w:ascii="Gentium Plus" w:hAnsi="Gentium Plus"/>
          <w:sz w:val="24"/>
        </w:rPr>
        <w:t>ἡγοῦνται.</w:t>
      </w:r>
    </w:p>
    <w:p>
      <w:r>
        <w:rPr>
          <w:rFonts w:ascii="Courier New" w:hAnsi="Courier New"/>
          <w:color w:val="555555"/>
          <w:sz w:val="20"/>
        </w:rPr>
        <w:t>[Iber . 175]</w:t>
      </w:r>
    </w:p>
    <w:p>
      <w:r>
        <w:rPr>
          <w:rFonts w:ascii="Gentium Plus" w:hAnsi="Gentium Plus"/>
          <w:sz w:val="24"/>
        </w:rPr>
        <w:t>Φλάκκῳ μὲν οὖν διάδοχος ἦλθεν ἐπὶ τὴν στρατηγίαν Τιβέριος Σεμπρώνιος Γράκχος. Κάραυιν δὲ πόλιν, ἣ Ῥωμαίων ἦν φίλη, δισμύριοι Κελτιβήρων ἐπολιόρκουν· καὶ ἐπίδοξος ἦν ἁλώσεσθαι, Γράκχου σφόδρα μὲν</w:t>
      </w:r>
    </w:p>
    <w:p>
      <w:r>
        <w:rPr>
          <w:rFonts w:ascii="Courier New" w:hAnsi="Courier New"/>
          <w:color w:val="555555"/>
          <w:sz w:val="20"/>
        </w:rPr>
        <w:t>[5]</w:t>
      </w:r>
    </w:p>
    <w:p>
      <w:r>
        <w:rPr>
          <w:rFonts w:ascii="Gentium Plus" w:hAnsi="Gentium Plus"/>
          <w:sz w:val="24"/>
        </w:rPr>
        <w:t>ἐπειγομένου βοηθῆσαι τῇ πόλει, περιιόντος δ’ ἐν κύκλῳ τοὺς πολεμίους καὶ οὐκ ἔχοντος οὐδὲ μηνῦσαι τῇ πόλει</w:t>
      </w:r>
    </w:p>
    <w:p>
      <w:r>
        <w:rPr>
          <w:rFonts w:ascii="Courier New" w:hAnsi="Courier New"/>
          <w:color w:val="555555"/>
          <w:sz w:val="20"/>
        </w:rPr>
        <w:t>[Iber . 176]</w:t>
      </w:r>
    </w:p>
    <w:p>
      <w:r>
        <w:rPr>
          <w:rFonts w:ascii="Gentium Plus" w:hAnsi="Gentium Plus"/>
          <w:sz w:val="24"/>
        </w:rPr>
        <w:t>περὶ ἑαυτοῦ. τῶν οὖν τις ἰλάρχων, Κομίνιος, ἐνθυμηθεὶς πρὸς ἑαυτὸν καὶ Γράκχῳ τὸ τόλμημα ἀνενεγκών, ἐνεπορπή‐ σατο σάγον Ἰβηρικῶς καὶ λαθὼν ἀνεμίχθη τοῖς χορτο‐ λογοῦσιν τῶν πολεμίων συνεισῆλθέ τε αὐτοῖς ὡς Ἴβηρ</w:t>
      </w:r>
    </w:p>
    <w:p>
      <w:r>
        <w:rPr>
          <w:rFonts w:ascii="Courier New" w:hAnsi="Courier New"/>
          <w:color w:val="555555"/>
          <w:sz w:val="20"/>
        </w:rPr>
        <w:t>[5]</w:t>
      </w:r>
    </w:p>
    <w:p>
      <w:r>
        <w:rPr>
          <w:rFonts w:ascii="Gentium Plus" w:hAnsi="Gentium Plus"/>
          <w:sz w:val="24"/>
        </w:rPr>
        <w:t>ἐς τὸ στρατόπεδον καὶ εἰς τὴν Κάραουιν διαδραμὼν</w:t>
      </w:r>
    </w:p>
    <w:p>
      <w:r>
        <w:rPr>
          <w:rFonts w:ascii="Courier New" w:hAnsi="Courier New"/>
          <w:color w:val="555555"/>
          <w:sz w:val="20"/>
        </w:rPr>
        <w:t>[Iber . 177]</w:t>
      </w:r>
    </w:p>
    <w:p>
      <w:r>
        <w:rPr>
          <w:rFonts w:ascii="Gentium Plus" w:hAnsi="Gentium Plus"/>
          <w:sz w:val="24"/>
        </w:rPr>
        <w:t>ἐμήνυσεν, ὅτι Γράκχος ἐπίοι. οἳ μὲν δὴ διεσώθησαν, ἐγκαρτερήσαντες τῇ πολιορκίᾳ, μέχρι Γράκχος αὐτοῖς ἐπῆλθε μετὰ τρίτην ἡμέραν καὶ οἱ πολιορκοῦντες ἀπαν‐</w:t>
      </w:r>
    </w:p>
    <w:p>
      <w:r>
        <w:rPr>
          <w:rFonts w:ascii="Courier New" w:hAnsi="Courier New"/>
          <w:color w:val="555555"/>
          <w:sz w:val="20"/>
        </w:rPr>
        <w:t>[Iber . 178]</w:t>
      </w:r>
    </w:p>
    <w:p>
      <w:r>
        <w:rPr>
          <w:rFonts w:ascii="Gentium Plus" w:hAnsi="Gentium Plus"/>
          <w:sz w:val="24"/>
        </w:rPr>
        <w:t>έστησαν· δισμύριοι δ’ ἐκ τῆς Κομπλέγας διέτρεχον ἐς τὸ Γράκχου στρατόπεδον σὺν ἱκετηρίαις καὶ πλησιά‐ σαντες ἀδοκήτως ἐπέθεντο αὐτῷ καὶ συνετάραξαν. ὃ δ’ εὐμηχάνως ἐξέλιπεν αὐτοῖς τὸ στρατόπεδον καὶ ὑπεκρί‐</w:t>
      </w:r>
    </w:p>
    <w:p>
      <w:r>
        <w:rPr>
          <w:rFonts w:ascii="Courier New" w:hAnsi="Courier New"/>
          <w:color w:val="555555"/>
          <w:sz w:val="20"/>
        </w:rPr>
        <w:t>[5]</w:t>
      </w:r>
    </w:p>
    <w:p>
      <w:r>
        <w:rPr>
          <w:rFonts w:ascii="Gentium Plus" w:hAnsi="Gentium Plus"/>
          <w:sz w:val="24"/>
        </w:rPr>
        <w:t>νατο φεύγειν· εἶτα διαρπάζουσιν ἐπιστραφεὶς ἐπέπεσέν τε καὶ πλείστους ἔκτεινεν καὶ τῆς Κομπλέγας κατέσχε καὶ</w:t>
      </w:r>
    </w:p>
    <w:p>
      <w:r>
        <w:rPr>
          <w:rFonts w:ascii="Courier New" w:hAnsi="Courier New"/>
          <w:color w:val="555555"/>
          <w:sz w:val="20"/>
        </w:rPr>
        <w:t>[Iber . 179]</w:t>
      </w:r>
    </w:p>
    <w:p>
      <w:r>
        <w:rPr>
          <w:rFonts w:ascii="Gentium Plus" w:hAnsi="Gentium Plus"/>
          <w:sz w:val="24"/>
        </w:rPr>
        <w:t>τῶν περιοίκων. τοὺς δὲ ἀπόρους συνῴκιζε καὶ γῆν αὐτοῖς διεμέτρει καὶ πᾶσιν ἔθετο τοῖς τῇδε συνθήκας ἀκριβεῖς, καθ’ ἃ Ῥωμαίων ἔσονται φίλοι· ὅρκους τε ὤμοσεν αὐτοῖς καὶ ἔλαβεν, ἐπιποθήτους ἐν τοῖς ὕστερον πολέμοις</w:t>
      </w:r>
    </w:p>
    <w:p>
      <w:r>
        <w:rPr>
          <w:rFonts w:ascii="Courier New" w:hAnsi="Courier New"/>
          <w:color w:val="555555"/>
          <w:sz w:val="20"/>
        </w:rPr>
        <w:t>[5]</w:t>
      </w:r>
    </w:p>
    <w:p>
      <w:r>
        <w:rPr>
          <w:rFonts w:ascii="Gentium Plus" w:hAnsi="Gentium Plus"/>
          <w:sz w:val="24"/>
        </w:rPr>
        <w:t>πολλάκις γενομένους. δι’ ἃ καὶ ἐν Ἰβηρίᾳ καὶ ἐν Ῥώμῃ</w:t>
      </w:r>
    </w:p>
    <w:p>
      <w:r>
        <w:rPr>
          <w:rFonts w:ascii="Courier New" w:hAnsi="Courier New"/>
          <w:color w:val="555555"/>
          <w:sz w:val="20"/>
        </w:rPr>
        <w:t>[Iber . 180]</w:t>
      </w:r>
    </w:p>
    <w:p>
      <w:r>
        <w:rPr>
          <w:rFonts w:ascii="Gentium Plus" w:hAnsi="Gentium Plus"/>
          <w:sz w:val="24"/>
        </w:rPr>
        <w:t>ἔτεσιν δὲ οὐ πολλοῖς ὕστερον πόλεμος ἄλλος ἠγέρθη περὶ Ἰβηρίαν χαλεπὸς ἐκ τοιᾶσδε προφάσεως. Σεγήδη πόλις ἐστὶ Κελτιβήρων τῶν Βελλῶν λεγομένων μεγάλη τε καὶ δυνατὴ καὶ ἐς τὰς Σεμπρωνίου Γράκχου συν‐</w:t>
      </w:r>
    </w:p>
    <w:p>
      <w:r>
        <w:rPr>
          <w:rFonts w:ascii="Courier New" w:hAnsi="Courier New"/>
          <w:color w:val="555555"/>
          <w:sz w:val="20"/>
        </w:rPr>
        <w:t>[Iber . 181]</w:t>
      </w:r>
    </w:p>
    <w:p>
      <w:r>
        <w:rPr>
          <w:rFonts w:ascii="Gentium Plus" w:hAnsi="Gentium Plus"/>
          <w:sz w:val="24"/>
        </w:rPr>
        <w:t>θήκας ἐνεγέγραπτο. αὕτη τὰς βραχυτέρας πόλεις ἀν‐ ῴκιζεν ἐς αὑτὴν καὶ τεῖχος ἐς τεσσαράκοντα σταδίους κύκλῳ περιεβάλετο Τίτθους τε ὅμορον γένος ἄλλο</w:t>
      </w:r>
    </w:p>
    <w:p>
      <w:r>
        <w:rPr>
          <w:rFonts w:ascii="Courier New" w:hAnsi="Courier New"/>
          <w:color w:val="555555"/>
          <w:sz w:val="20"/>
        </w:rPr>
        <w:t>[Iber . 182]</w:t>
      </w:r>
    </w:p>
    <w:p>
      <w:r>
        <w:rPr>
          <w:rFonts w:ascii="Gentium Plus" w:hAnsi="Gentium Plus"/>
          <w:sz w:val="24"/>
        </w:rPr>
        <w:t>συνηνάγκαζεν ἐς ταῦτα. ἡ δὲ σύγκλητος πυθομένη τό τε τεῖχος ἀπηγόρευε τειχίζειν καὶ φόρους ᾔτει τοὺς ὁρι‐ σθέντας ἐπὶ Γράκχου στρατεύεσθαί τε Ῥωμαίοις προσ‐ έτασσε· καὶ γὰρ τοῦθ’ αἱ Γράκχου συνθῆκαι ἐκέλευον.</w:t>
      </w:r>
    </w:p>
    <w:p>
      <w:r>
        <w:rPr>
          <w:rFonts w:ascii="Courier New" w:hAnsi="Courier New"/>
          <w:color w:val="555555"/>
          <w:sz w:val="20"/>
        </w:rPr>
        <w:t>[Iber . 183]</w:t>
      </w:r>
    </w:p>
    <w:p>
      <w:r>
        <w:rPr>
          <w:rFonts w:ascii="Gentium Plus" w:hAnsi="Gentium Plus"/>
          <w:sz w:val="24"/>
        </w:rPr>
        <w:t>οἳ δὲ περὶ μὲν τοῦ τείχους ἔλεγον ἀπηγορεῦσθαι Κελ‐ τίβηρσιν ὑπὸ Γράκχου μὴ κτίζειν πόλεις, οὐ τειχίζειν τὰς ὑπαρχούσας· τῶν δὲ φόρων καὶ τῆς ξεναγίας ὑπ’ αὐτῶν ἔφασαν Ῥωμαίων ἀφεῖσθαι μετὰ Γράκχον. καὶ τῷ</w:t>
      </w:r>
    </w:p>
    <w:p>
      <w:r>
        <w:rPr>
          <w:rFonts w:ascii="Courier New" w:hAnsi="Courier New"/>
          <w:color w:val="555555"/>
          <w:sz w:val="20"/>
        </w:rPr>
        <w:t>[5]</w:t>
      </w:r>
    </w:p>
    <w:p>
      <w:r>
        <w:rPr>
          <w:rFonts w:ascii="Gentium Plus" w:hAnsi="Gentium Plus"/>
          <w:sz w:val="24"/>
        </w:rPr>
        <w:t>ὄντι ἦσαν ἀφειμένοι, δίδωσι δ’ ἡ βουλὴ τὰς τοιάσδε δωρεὰς ἀεὶ προστιθεῖσα κυρίας ἔσεσθαι, μέχρι ἂν αὐτῇ</w:t>
      </w:r>
    </w:p>
    <w:p>
      <w:r>
        <w:rPr>
          <w:rFonts w:ascii="Courier New" w:hAnsi="Courier New"/>
          <w:color w:val="555555"/>
          <w:sz w:val="20"/>
        </w:rPr>
        <w:t>[Iber . 184]</w:t>
      </w:r>
    </w:p>
    <w:p>
      <w:r>
        <w:rPr>
          <w:rFonts w:ascii="Gentium Plus" w:hAnsi="Gentium Plus"/>
          <w:sz w:val="24"/>
        </w:rPr>
        <w:t>καὶ τῷ δήμῳ δοκῇ. στρατηγὸς οὖν ἐπ’ αὐτοὺς Νωβελίων ἐπέμπετο μετὰ στρατιᾶς οὐ πολὺ τρισμυρίων ἀνδρῶν ἀποδεούσης· ὃν ἐπειδὴ σφίσιν οἱ Σεγηδαῖοι προσιόντα ἔγνωσαν, οὔπω τὸ τεῖχος ἐκτελέσαντες ἔφευγον ἐς</w:t>
      </w:r>
    </w:p>
    <w:p>
      <w:r>
        <w:rPr>
          <w:rFonts w:ascii="Courier New" w:hAnsi="Courier New"/>
          <w:color w:val="555555"/>
          <w:sz w:val="20"/>
        </w:rPr>
        <w:t>[5]</w:t>
      </w:r>
    </w:p>
    <w:p>
      <w:r>
        <w:rPr>
          <w:rFonts w:ascii="Gentium Plus" w:hAnsi="Gentium Plus"/>
          <w:sz w:val="24"/>
        </w:rPr>
        <w:t>Ἀρουακοὺς μετὰ παίδων καὶ γυναικῶν καὶ σφᾶς ὑποδέχε‐</w:t>
      </w:r>
    </w:p>
    <w:p>
      <w:r>
        <w:rPr>
          <w:rFonts w:ascii="Courier New" w:hAnsi="Courier New"/>
          <w:color w:val="555555"/>
          <w:sz w:val="20"/>
        </w:rPr>
        <w:t>[Iber . 185]</w:t>
      </w:r>
    </w:p>
    <w:p>
      <w:r>
        <w:rPr>
          <w:rFonts w:ascii="Gentium Plus" w:hAnsi="Gentium Plus"/>
          <w:sz w:val="24"/>
        </w:rPr>
        <w:t>σθαι τοὺς Ἀρουακοὺς παρεκάλουν. οἳ δ’ ὑποδέχονταί τε</w:t>
      </w:r>
    </w:p>
    <w:p>
      <w:r>
        <w:rPr>
          <w:rFonts w:ascii="Courier New" w:hAnsi="Courier New"/>
          <w:color w:val="555555"/>
          <w:sz w:val="20"/>
        </w:rPr>
        <w:t>[5]</w:t>
      </w:r>
    </w:p>
    <w:p>
      <w:r>
        <w:rPr>
          <w:rFonts w:ascii="Gentium Plus" w:hAnsi="Gentium Plus"/>
          <w:sz w:val="24"/>
        </w:rPr>
        <w:t>τινα λόχμην ἐνεδρεύσας παροδεύουσι τοῖς Ῥωμαίοις ἐπέθετο καὶ τῆς μάχης ἐπὶ πολὺ ἀγχωμάλου γενομένης ἐκράτει τε λαμπρῶς καὶ Ῥωμαίων τῶν ἐξ ἄστεως ἔκτεινεν ἐς ἑξακισχιλίους, ὡς μέγα τῇ πόλει γενέσθαι τὸ ἀτύχημα.</w:t>
      </w:r>
    </w:p>
    <w:p>
      <w:r>
        <w:rPr>
          <w:rFonts w:ascii="Courier New" w:hAnsi="Courier New"/>
          <w:color w:val="555555"/>
          <w:sz w:val="20"/>
        </w:rPr>
        <w:t>[Iber . 186]</w:t>
      </w:r>
    </w:p>
    <w:p>
      <w:r>
        <w:rPr>
          <w:rFonts w:ascii="Gentium Plus" w:hAnsi="Gentium Plus"/>
          <w:sz w:val="24"/>
        </w:rPr>
        <w:t>ἀτάκτου δ’ αὐτῷ τῆς διώξεως ἐπὶ τῇ νίκῃ γενομένης οἱ τὰ σκευοφόρα Ῥωμαίων φυλάσσοντες ἱππῆς ἐπέδραμον καὶ Κάρον τε αὐτὸν ἀριστεύοντα ἔκτειναν καὶ ἑτέρους ἀμφ’ αὐτόν, οὐκ ἐλάσσους καὶ οἵδε τῶν ἑξακισχιλίων, μέχρι</w:t>
      </w:r>
    </w:p>
    <w:p>
      <w:r>
        <w:rPr>
          <w:rFonts w:ascii="Courier New" w:hAnsi="Courier New"/>
          <w:color w:val="555555"/>
          <w:sz w:val="20"/>
        </w:rPr>
        <w:t>[Iber . 187]</w:t>
      </w:r>
    </w:p>
    <w:p>
      <w:r>
        <w:rPr>
          <w:rFonts w:ascii="Gentium Plus" w:hAnsi="Gentium Plus"/>
          <w:sz w:val="24"/>
        </w:rPr>
        <w:t>νὺξ ἐπελθοῦσα διέλυσεν. ἐγίγνετο δὲ ταῦθ’, ὅτε Ῥωμαῖοι τῷ Ἡφαίστῳ τὴν ἑορτὴν ἄγουσιν· ὅθεν οὐδεὶς ἂν ἑκὼν ἄρξειεν ἐξ ἐκείνου μάχης παρὰ τήνδε τὴν ἡμέραν.</w:t>
      </w:r>
    </w:p>
    <w:p>
      <w:r>
        <w:rPr>
          <w:rFonts w:ascii="Courier New" w:hAnsi="Courier New"/>
          <w:color w:val="555555"/>
          <w:sz w:val="20"/>
        </w:rPr>
        <w:t>[Iber . 188]</w:t>
      </w:r>
    </w:p>
    <w:p>
      <w:r>
        <w:rPr>
          <w:rFonts w:ascii="Gentium Plus" w:hAnsi="Gentium Plus"/>
          <w:sz w:val="24"/>
        </w:rPr>
        <w:t>Ἀρουακοὶ μὲν οὖν εὐθὺς αὐτῆς νυκτὸς ἐς Νομαντίαν, ἣ δυνατωτάτη πόλις ἦν, συνελέγοντο καὶ στρατηγοὺς Ἄμβωνα καὶ Λεύκωνα ᾑροῦντο· Νωβελίων δ’ αὐτοῖς τρισὶν ἡμέραις ὕστερον ἐπελθὼν παρεστρατοπέδευσεν</w:t>
      </w:r>
    </w:p>
    <w:p>
      <w:r>
        <w:rPr>
          <w:rFonts w:ascii="Courier New" w:hAnsi="Courier New"/>
          <w:color w:val="555555"/>
          <w:sz w:val="20"/>
        </w:rPr>
        <w:t>[Iber . 189]</w:t>
      </w:r>
    </w:p>
    <w:p>
      <w:r>
        <w:rPr>
          <w:rFonts w:ascii="Gentium Plus" w:hAnsi="Gentium Plus"/>
          <w:sz w:val="24"/>
        </w:rPr>
        <w:t>ἀπὸ σταδίων τεσσάρων καὶ εἴκοσιν. παραγενομένων δέ οἱ Νομάδων ἱππέων τριακοσίων, οὓς Μασανάσσης ἐπ‐ επόμφει, καὶ ἐλεφάντων δέκα τὴν στρατιὰν ἐπῆγε τοῖς</w:t>
      </w:r>
    </w:p>
    <w:p>
      <w:r>
        <w:rPr>
          <w:rFonts w:ascii="Courier New" w:hAnsi="Courier New"/>
          <w:color w:val="555555"/>
          <w:sz w:val="20"/>
        </w:rPr>
        <w:t>[Iber . 190]</w:t>
      </w:r>
    </w:p>
    <w:p>
      <w:r>
        <w:rPr>
          <w:rFonts w:ascii="Gentium Plus" w:hAnsi="Gentium Plus"/>
          <w:sz w:val="24"/>
        </w:rPr>
        <w:t>πολεμίοις, ἄγων ὀπίσω τὰ θηρία λανθάνοντα. καὶ γενο‐ μένης ἐν χερσὶ τῆς μάχης οἱ μὲν ἄνδρες διέστησαν, τὰ δὲ θηρία ἐξεφαίνετο· καὶ οἱ Κελτίβηρες αὐτοί τε καὶ οἱ ἵπποι σφῶν, οὐ πρὶν ἑωρακότες ἐλέφαντας ἐν πολέμοις,</w:t>
      </w:r>
    </w:p>
    <w:p>
      <w:r>
        <w:rPr>
          <w:rFonts w:ascii="Courier New" w:hAnsi="Courier New"/>
          <w:color w:val="555555"/>
          <w:sz w:val="20"/>
        </w:rPr>
        <w:t>[Iber . 191]</w:t>
      </w:r>
    </w:p>
    <w:p>
      <w:r>
        <w:rPr>
          <w:rFonts w:ascii="Gentium Plus" w:hAnsi="Gentium Plus"/>
          <w:sz w:val="24"/>
        </w:rPr>
        <w:t>ἐθορυβοῦντο καὶ κατέφευγον ἐς τὴν πόλιν. ὃ δὲ καὶ τοῖς τείχεσιν αὐτοὺς ἐπῆγε καὶ ἐμάχετο γενναίως, μέχρι τῶν</w:t>
      </w:r>
    </w:p>
    <w:p>
      <w:r>
        <w:rPr>
          <w:rFonts w:ascii="Courier New" w:hAnsi="Courier New"/>
          <w:color w:val="555555"/>
          <w:sz w:val="20"/>
        </w:rPr>
        <w:t>[5]</w:t>
      </w:r>
    </w:p>
    <w:p>
      <w:r>
        <w:rPr>
          <w:rFonts w:ascii="Gentium Plus" w:hAnsi="Gentium Plus"/>
          <w:sz w:val="24"/>
        </w:rPr>
        <w:t>φίλους ἐπεστρέφετο καὶ ἀνῄρει τὸν ἐν ποσίν, οὐ δια‐</w:t>
      </w:r>
    </w:p>
    <w:p>
      <w:r>
        <w:rPr>
          <w:rFonts w:ascii="Courier New" w:hAnsi="Courier New"/>
          <w:color w:val="555555"/>
          <w:sz w:val="20"/>
        </w:rPr>
        <w:t>[Iber . 192]</w:t>
      </w:r>
    </w:p>
    <w:p>
      <w:r>
        <w:rPr>
          <w:rFonts w:ascii="Gentium Plus" w:hAnsi="Gentium Plus"/>
          <w:sz w:val="24"/>
        </w:rPr>
        <w:t>κρίνων ἔτι φίλιον ἢ πολέμιον. οἵ τε ἄλλοι ἐλέφαντες πρὸς τὴν ἐκείνου βοὴν διαταραχθέντες ὅμοια πάντες ἔδρων καὶ τοὺς Ῥωμαίους συνεπάτουν τε καὶ ἀνέτεμνον καὶ ἀνερρίπτουν· ὅπερ ἀεὶ θορυβηθέντες οἱ ἐλέφαντες</w:t>
      </w:r>
    </w:p>
    <w:p>
      <w:r>
        <w:rPr>
          <w:rFonts w:ascii="Courier New" w:hAnsi="Courier New"/>
          <w:color w:val="555555"/>
          <w:sz w:val="20"/>
        </w:rPr>
        <w:t>[5]</w:t>
      </w:r>
    </w:p>
    <w:p>
      <w:r>
        <w:rPr>
          <w:rFonts w:ascii="Gentium Plus" w:hAnsi="Gentium Plus"/>
          <w:sz w:val="24"/>
        </w:rPr>
        <w:t>εἰώθασι πάσχειν καὶ πάντας ἡγεῖσθαι πολεμίους· καί τινες διὰ τήνδε τὴν ἀπιστίαν αὐτοὺς καλοῦσι κοινοὺς</w:t>
      </w:r>
    </w:p>
    <w:p>
      <w:r>
        <w:rPr>
          <w:rFonts w:ascii="Courier New" w:hAnsi="Courier New"/>
          <w:color w:val="555555"/>
          <w:sz w:val="20"/>
        </w:rPr>
        <w:t>[Iber . 193]</w:t>
      </w:r>
    </w:p>
    <w:p>
      <w:r>
        <w:rPr>
          <w:rFonts w:ascii="Gentium Plus" w:hAnsi="Gentium Plus"/>
          <w:sz w:val="24"/>
        </w:rPr>
        <w:t>πολεμίους. φυγὴ οὖν τῶν Ῥωμαίων ἐγίγνετο ἄτακτος· ἣν οἱ Νομαντῖνοι κατιδόντες ἀπὸ τῶν τειχῶν ἐξέθορον καὶ διώκοντες ἔκτειναν ἄνδρας μὲν ἐς τετρακισχιλίους, ἐλέφαντας δὲ τρεῖς ὅπλα τε πολλὰ καὶ σημεῖα ἔλαβον.</w:t>
      </w:r>
    </w:p>
    <w:p>
      <w:r>
        <w:rPr>
          <w:rFonts w:ascii="Courier New" w:hAnsi="Courier New"/>
          <w:color w:val="555555"/>
          <w:sz w:val="20"/>
        </w:rPr>
        <w:t>[Iber . 194]</w:t>
      </w:r>
    </w:p>
    <w:p>
      <w:r>
        <w:rPr>
          <w:rFonts w:ascii="Gentium Plus" w:hAnsi="Gentium Plus"/>
          <w:sz w:val="24"/>
        </w:rPr>
        <w:t>Κελτιβήρων δ’ ἀπέθανον ἐς δισχιλίους. καὶ ὁ Νωβελίων μικρὸν ἐκ τοῦ πταίσματος ἀναλαβὼν ἀγορᾷ μέν τινι τῶν πολεμίων ἐπεχείρει περὶ Ἀξείνιον πόλιν σεσωρευμένῃ, οὐδὲν δὲ ἀνύσας, ἀλλὰ κἀνταῦθα πολλοὺς ἀποβαλὼν</w:t>
      </w:r>
    </w:p>
    <w:p>
      <w:r>
        <w:rPr>
          <w:rFonts w:ascii="Courier New" w:hAnsi="Courier New"/>
          <w:color w:val="555555"/>
          <w:sz w:val="20"/>
        </w:rPr>
        <w:t>[Iber . 195]</w:t>
      </w:r>
    </w:p>
    <w:p>
      <w:r>
        <w:rPr>
          <w:rFonts w:ascii="Gentium Plus" w:hAnsi="Gentium Plus"/>
          <w:sz w:val="24"/>
        </w:rPr>
        <w:t>ἐπανῆλθε νυκτὸς ἐς τὸ στρατόπεδον. ὅθεν Βιήσιον ἵπ‐ παρχον ἐπὶ συμμαχίαν ἔς τι γειτονεῦον ἔθνος ἔπεμπεν, ἱππέων δεόμενος. οἳ δὲ συνέπεμψαν αὐτῷ τινας ἱππέας, οὓς ἐρχομένους ἐλόχων οἱ Κελτίβηρες· καὶ τῆς ἐνέδρας</w:t>
      </w:r>
    </w:p>
    <w:p>
      <w:r>
        <w:rPr>
          <w:rFonts w:ascii="Courier New" w:hAnsi="Courier New"/>
          <w:color w:val="555555"/>
          <w:sz w:val="20"/>
        </w:rPr>
        <w:t>[5]</w:t>
      </w:r>
    </w:p>
    <w:p>
      <w:r>
        <w:rPr>
          <w:rFonts w:ascii="Gentium Plus" w:hAnsi="Gentium Plus"/>
          <w:sz w:val="24"/>
        </w:rPr>
        <w:t>ἐκφανείσης οἱ μὲν σύμμαχοι διεδίδρασκον, ὁ δὲ Βιήσιος μαχόμενος αὐτός τε καὶ σὺν αὐτῷ πολλοὶ Ῥωμαίων</w:t>
      </w:r>
    </w:p>
    <w:p>
      <w:r>
        <w:rPr>
          <w:rFonts w:ascii="Courier New" w:hAnsi="Courier New"/>
          <w:color w:val="555555"/>
          <w:sz w:val="20"/>
        </w:rPr>
        <w:t>[Iber . 196]</w:t>
      </w:r>
    </w:p>
    <w:p>
      <w:r>
        <w:rPr>
          <w:rFonts w:ascii="Gentium Plus" w:hAnsi="Gentium Plus"/>
          <w:sz w:val="24"/>
        </w:rPr>
        <w:t>ἀπέθανον. συνεχῶν δὲ τοιῶνδε πταισμάτων αὐτοῖς ἐπι‐ γιγνομένων πόλις Ὄκιλις, ἔνθα ἡ ἀγορὰ καὶ τὰ χρήματα</w:t>
      </w:r>
    </w:p>
    <w:p>
      <w:r>
        <w:rPr>
          <w:rFonts w:ascii="Courier New" w:hAnsi="Courier New"/>
          <w:color w:val="555555"/>
          <w:sz w:val="20"/>
        </w:rPr>
        <w:t>[Iber . 197]</w:t>
      </w:r>
    </w:p>
    <w:p>
      <w:r>
        <w:rPr>
          <w:rFonts w:ascii="Gentium Plus" w:hAnsi="Gentium Plus"/>
          <w:sz w:val="24"/>
        </w:rPr>
        <w:t>ἦν τὰ Ῥωμαίων, μετέθετο ἐς τοὺς Κελτίβηρας. καὶ ὁ Νωβελίων ἀπιστῶν ἅπασιν ἐν τῷ στρατοπέδῳ διεχείμαζε, στεγάσας, ὡς ἐδύνατο, καὶ τὴν ἀγορὰν ἔχων ἔνδον καὶ κακοπαθῶν αὐτῆς τε τῆς ἀγορᾶς τῇ ὀλιγότητι καὶ νιφετοῦ</w:t>
      </w:r>
    </w:p>
    <w:p>
      <w:r>
        <w:rPr>
          <w:rFonts w:ascii="Courier New" w:hAnsi="Courier New"/>
          <w:color w:val="555555"/>
          <w:sz w:val="20"/>
        </w:rPr>
        <w:t>[5]</w:t>
      </w:r>
    </w:p>
    <w:p>
      <w:r>
        <w:rPr>
          <w:rFonts w:ascii="Gentium Plus" w:hAnsi="Gentium Plus"/>
          <w:sz w:val="24"/>
        </w:rPr>
        <w:t>πυκνότητι καὶ κρύους χαλεπότητι, ὥστε πολλοὶ τῶν στρατιωτῶν οἳ μὲν ἐν τοῖς φρυγανισμοῖς, οἳ δὲ καὶ ἔνδον ὑπὸ στενοχωρίας καὶ κρύους ἀπώλλυντο.</w:t>
      </w:r>
    </w:p>
    <w:p>
      <w:r>
        <w:rPr>
          <w:rFonts w:ascii="Courier New" w:hAnsi="Courier New"/>
          <w:color w:val="555555"/>
          <w:sz w:val="20"/>
        </w:rPr>
        <w:t>[Iber . 198]</w:t>
      </w:r>
    </w:p>
    <w:p>
      <w:r>
        <w:rPr>
          <w:rFonts w:ascii="Gentium Plus" w:hAnsi="Gentium Plus"/>
          <w:sz w:val="24"/>
        </w:rPr>
        <w:t>τοῦ δ’ ἐπιόντος ἔτους Νωβελίωνι μὲν ἐπὶ τὴν στρα‐ τηγίαν ἀφικνεῖται διάδοχος Κλαύδιος Μάρκελλος, ἄγων πεζοὺς ὀκτακισχιλίους καὶ ἱππέας πεντακοσίους· λοχών‐ των δὲ καὶ τόνδε τῶν πολεμίων διῆλθε πεφυλαγμένως</w:t>
      </w:r>
    </w:p>
    <w:p>
      <w:r>
        <w:rPr>
          <w:rFonts w:ascii="Courier New" w:hAnsi="Courier New"/>
          <w:color w:val="555555"/>
          <w:sz w:val="20"/>
        </w:rPr>
        <w:t>[5]</w:t>
      </w:r>
    </w:p>
    <w:p>
      <w:r>
        <w:rPr>
          <w:rFonts w:ascii="Gentium Plus" w:hAnsi="Gentium Plus"/>
          <w:sz w:val="24"/>
        </w:rPr>
        <w:t>καὶ σύμπαντι τῷ στρατῷ παρὰ τὴν Ὄκιλιν ἐστρατοπέ‐</w:t>
      </w:r>
    </w:p>
    <w:p>
      <w:r>
        <w:rPr>
          <w:rFonts w:ascii="Courier New" w:hAnsi="Courier New"/>
          <w:color w:val="555555"/>
          <w:sz w:val="20"/>
        </w:rPr>
        <w:t>[Iber . 199]</w:t>
      </w:r>
    </w:p>
    <w:p>
      <w:r>
        <w:rPr>
          <w:rFonts w:ascii="Gentium Plus" w:hAnsi="Gentium Plus"/>
          <w:sz w:val="24"/>
        </w:rPr>
        <w:t>δευσεν. ἐπιτυχὴς δὲ τὰ πολέμια ὢν τὴν πόλιν αὐτίκα παρεστήσατο καὶ συγγνώμην ἔδωκεν, ὅμηρά τινα καὶ</w:t>
      </w:r>
    </w:p>
    <w:p>
      <w:r>
        <w:rPr>
          <w:rFonts w:ascii="Courier New" w:hAnsi="Courier New"/>
          <w:color w:val="555555"/>
          <w:sz w:val="20"/>
        </w:rPr>
        <w:t>[Iber . 200]</w:t>
      </w:r>
    </w:p>
    <w:p>
      <w:r>
        <w:rPr>
          <w:rFonts w:ascii="Gentium Plus" w:hAnsi="Gentium Plus"/>
          <w:sz w:val="24"/>
        </w:rPr>
        <w:t>ἀργυρίου τάλαντα τριάκοντα λαβών. Νεργόβριγες δ’, αὐτοῦ περὶ τῆσδε τῆς μετριοπαθείας πυθόμενοι, πέμ‐ ψαντες ἠρώτων, τί ἂν πράξαντες εἰρήνης ἐπιτύχοιεν.</w:t>
      </w:r>
    </w:p>
    <w:p>
      <w:r>
        <w:rPr>
          <w:rFonts w:ascii="Courier New" w:hAnsi="Courier New"/>
          <w:color w:val="555555"/>
          <w:sz w:val="20"/>
        </w:rPr>
        <w:t>[Iber . 201]</w:t>
      </w:r>
    </w:p>
    <w:p>
      <w:r>
        <w:rPr>
          <w:rFonts w:ascii="Gentium Plus" w:hAnsi="Gentium Plus"/>
          <w:sz w:val="24"/>
        </w:rPr>
        <w:t>ὡς δὲ αὐτοὺς ἐκέλευεν ἑκατὸν ἱππέας δοῦναι συστρα‐ τεύσοντας, οἳ μὲν ὑπισχνοῦντο δώσειν, κατὰ δ’ ἄλλο μέρος τοῖς οὐραγοῦσιν ἐπετίθεντο καὶ τῶν σκευοφόρων</w:t>
      </w:r>
    </w:p>
    <w:p>
      <w:r>
        <w:rPr>
          <w:rFonts w:ascii="Courier New" w:hAnsi="Courier New"/>
          <w:color w:val="555555"/>
          <w:sz w:val="20"/>
        </w:rPr>
        <w:t>[Iber . 202]</w:t>
      </w:r>
    </w:p>
    <w:p>
      <w:r>
        <w:rPr>
          <w:rFonts w:ascii="Gentium Plus" w:hAnsi="Gentium Plus"/>
          <w:sz w:val="24"/>
        </w:rPr>
        <w:t>τι περιέσπων. εἶτ’ ἀφίκοντο τοὺς ἑκατὸν ἱππέας ἄγοντες ὡς δὴ κατὰ τὸ συγκείμενον περί τε τῶν ἐπὶ τῆς οὐραγίας γενομένων ἔλεγόν τινας ἀγνοοῦντας τὰ ὡμολογημένα</w:t>
      </w:r>
    </w:p>
    <w:p>
      <w:r>
        <w:rPr>
          <w:rFonts w:ascii="Courier New" w:hAnsi="Courier New"/>
          <w:color w:val="555555"/>
          <w:sz w:val="20"/>
        </w:rPr>
        <w:t>[Iber . 203]</w:t>
      </w:r>
    </w:p>
    <w:p>
      <w:r>
        <w:rPr>
          <w:rFonts w:ascii="Gentium Plus" w:hAnsi="Gentium Plus"/>
          <w:sz w:val="24"/>
        </w:rPr>
        <w:t>ἁμαρτεῖν. ὃ δὲ τοὺς μὲν ἑκατὸν ἱππέας ἔδησε, τοὺς δ’ ἵππους αὐτῶν ἀποδόμενος καὶ τὸ πεδίον καταδραμὼν τὴν λείαν διεῖλεν τῷ στρατῷ καὶ τῇ πόλει παρεστρατοπέδευσε.</w:t>
      </w:r>
    </w:p>
    <w:p>
      <w:r>
        <w:rPr>
          <w:rFonts w:ascii="Courier New" w:hAnsi="Courier New"/>
          <w:color w:val="555555"/>
          <w:sz w:val="20"/>
        </w:rPr>
        <w:t>[Iber . 204]</w:t>
      </w:r>
    </w:p>
    <w:p>
      <w:r>
        <w:rPr>
          <w:rFonts w:ascii="Gentium Plus" w:hAnsi="Gentium Plus"/>
          <w:sz w:val="24"/>
        </w:rPr>
        <w:t>Νεργόβριγες δέ, προσαγομένων αὐτοῖς μηχανημάτων ἅμα καὶ χωμάτων, κήρυκα πέμψαντες λυκῆν ἀντὶ κηρυκείου περικείμενον ᾔτουν συγγνώμην. ὃ δὲ οὐκ ἔφη δώσειν, εἰ</w:t>
      </w:r>
    </w:p>
    <w:p>
      <w:r>
        <w:rPr>
          <w:rFonts w:ascii="Courier New" w:hAnsi="Courier New"/>
          <w:color w:val="555555"/>
          <w:sz w:val="20"/>
        </w:rPr>
        <w:t>[Iber . 205]</w:t>
      </w:r>
    </w:p>
    <w:p>
      <w:r>
        <w:rPr>
          <w:rFonts w:ascii="Gentium Plus" w:hAnsi="Gentium Plus"/>
          <w:sz w:val="24"/>
        </w:rPr>
        <w:t>ὁμοῦ. ὧν τὰ μὲν ἔθνη πυθόμενα προθύμως ἐπρεσβεύετο καὶ τὸν Μάρκελλον ἠξίουν, ποινὴν αὐτοῖς ἐπιθέντα μετρίαν, ἐς τὰς Γράκχου συνθήκας ἀναγαγεῖν· ἀντέλεγον δ’ αὐτοῖς</w:t>
      </w:r>
    </w:p>
    <w:p>
      <w:r>
        <w:rPr>
          <w:rFonts w:ascii="Courier New" w:hAnsi="Courier New"/>
          <w:color w:val="555555"/>
          <w:sz w:val="20"/>
        </w:rPr>
        <w:t>[Iber . 206]</w:t>
      </w:r>
    </w:p>
    <w:p>
      <w:r>
        <w:rPr>
          <w:rFonts w:ascii="Gentium Plus" w:hAnsi="Gentium Plus"/>
          <w:sz w:val="24"/>
        </w:rPr>
        <w:t>ἐπιχώριοί τινες ὑπ’ ἐκείνων πεπολεμημένοι. καὶ ὁ Μάρκελλος ἐξ ἑκατέρων πρέσβεις ἐς Ῥώμην ἔπεμπεν ἀντιλέξοντας ἀλλήλοις, ἰδίᾳ δ’ ἐπέστελλε τῇ βουλῇ προ‐ τρέπων ἐς τὰς διαλύσεις· ἐβούλετο γὰρ ἐφ’ ἑαυτοῦ τὸν</w:t>
      </w:r>
    </w:p>
    <w:p>
      <w:r>
        <w:rPr>
          <w:rFonts w:ascii="Courier New" w:hAnsi="Courier New"/>
          <w:color w:val="555555"/>
          <w:sz w:val="20"/>
        </w:rPr>
        <w:t>[5]</w:t>
      </w:r>
    </w:p>
    <w:p>
      <w:r>
        <w:rPr>
          <w:rFonts w:ascii="Gentium Plus" w:hAnsi="Gentium Plus"/>
          <w:sz w:val="24"/>
        </w:rPr>
        <w:t>πόλεμον ἐκλυθῆναι, δόξαν οἱ χρηστὴν καὶ ἀπὸ τοῦδε</w:t>
      </w:r>
    </w:p>
    <w:p>
      <w:r>
        <w:rPr>
          <w:rFonts w:ascii="Courier New" w:hAnsi="Courier New"/>
          <w:color w:val="555555"/>
          <w:sz w:val="20"/>
        </w:rPr>
        <w:t>[Iber . 207]</w:t>
      </w:r>
    </w:p>
    <w:p>
      <w:r>
        <w:rPr>
          <w:rFonts w:ascii="Gentium Plus" w:hAnsi="Gentium Plus"/>
          <w:sz w:val="24"/>
        </w:rPr>
        <w:t>νομίζων ἔσεσθαι. τῶν δὲ πρέσβεων οἱ μὲν ἐκ τῆς φιλίας ἐς τὴν πόλιν ἐσελθόντες ἐξενίζοντο, οἱ δὲ ἐκ τῶν πολεμίων,</w:t>
      </w:r>
    </w:p>
    <w:p>
      <w:r>
        <w:rPr>
          <w:rFonts w:ascii="Courier New" w:hAnsi="Courier New"/>
          <w:color w:val="555555"/>
          <w:sz w:val="20"/>
        </w:rPr>
        <w:t>[Iber . 208]</w:t>
      </w:r>
    </w:p>
    <w:p>
      <w:r>
        <w:rPr>
          <w:rFonts w:ascii="Gentium Plus" w:hAnsi="Gentium Plus"/>
          <w:sz w:val="24"/>
        </w:rPr>
        <w:t>ὡς ἔθος ἐστίν, ἔξω τειχῶν ἐστάθμευον. ἀποδοκιμάζουσα δ’ ἡ βουλὴ τὴν εἰρήνην καὶ χαλεπῶς φέρουσα, ὅτι μή, καθάπερ αὐτοὺς ἠξίου Νωβελίων, ὁ πρὸ Μαρκέλλου, Ῥωμαίοις αὑτοὺς ἐπετετρόφεσαν, Μάρκελλον αὐτοῖς</w:t>
      </w:r>
    </w:p>
    <w:p>
      <w:r>
        <w:rPr>
          <w:rFonts w:ascii="Courier New" w:hAnsi="Courier New"/>
          <w:color w:val="555555"/>
          <w:sz w:val="20"/>
        </w:rPr>
        <w:t>[Iber . 209]</w:t>
      </w:r>
    </w:p>
    <w:p>
      <w:r>
        <w:rPr>
          <w:rFonts w:ascii="Gentium Plus" w:hAnsi="Gentium Plus"/>
          <w:sz w:val="24"/>
        </w:rPr>
        <w:t>ἐξοίσειν ἔφη τὰ δόξαντα. καὶ στρατιὰν εὐθὺς ἐκλήρουν ἐς Ἰβηρίαν τότε πρῶτον ἀντὶ καταλέξεως· πολλῶν γὰρ αἰτιωμένων τοὺς ὑπάτους ἀδίκως ποιεῖσθαι τὰς καταγρα‐ φὰς καί τινας ἐς τὰς κουφοτέρας στρατείας καταλέγειν</w:t>
      </w:r>
    </w:p>
    <w:p>
      <w:r>
        <w:rPr>
          <w:rFonts w:ascii="Courier New" w:hAnsi="Courier New"/>
          <w:color w:val="555555"/>
          <w:sz w:val="20"/>
        </w:rPr>
        <w:t>[Iber . 210]</w:t>
      </w:r>
    </w:p>
    <w:p>
      <w:r>
        <w:rPr>
          <w:rFonts w:ascii="Gentium Plus" w:hAnsi="Gentium Plus"/>
          <w:sz w:val="24"/>
        </w:rPr>
        <w:t>ἔδοξεν ἀπὸ κλήρου τότε συναγαγεῖν. ὧν ἐστρατήγει Λικίνιος Λούκουλλος ὕπατος, πρεσβευτῇ χρώμενος Κορνηλίῳ Σκιπίωνι, τῷ Καρχηδόνα μετ’ οὐ πολὺ ἑλόντι καὶ Νομαν‐ τίαν ὕστερον.</w:t>
      </w:r>
    </w:p>
    <w:p>
      <w:r>
        <w:rPr>
          <w:rFonts w:ascii="Courier New" w:hAnsi="Courier New"/>
          <w:color w:val="555555"/>
          <w:sz w:val="20"/>
        </w:rPr>
        <w:t>[Iber . 211]</w:t>
      </w:r>
    </w:p>
    <w:p>
      <w:r>
        <w:rPr>
          <w:rFonts w:ascii="Gentium Plus" w:hAnsi="Gentium Plus"/>
          <w:sz w:val="24"/>
        </w:rPr>
        <w:t>ὁ μὲν δὴ Λούκουλλος ὥδευεν, ὁ δὲ Μάρκελλος τόν τε πόλεμον προεῖπε τοῖς Κελτίβηρσι καὶ τὰ ὅμηρα αἰτοῦσιν ἀπέδωκε. τὸν δ’ ἐν Ῥώμῃ τοὺς λόγους διαθέμενον ὑπὲρ</w:t>
      </w:r>
    </w:p>
    <w:p>
      <w:r>
        <w:rPr>
          <w:rFonts w:ascii="Courier New" w:hAnsi="Courier New"/>
          <w:color w:val="555555"/>
          <w:sz w:val="20"/>
        </w:rPr>
        <w:t>[Iber . 212]</w:t>
      </w:r>
    </w:p>
    <w:p>
      <w:r>
        <w:rPr>
          <w:rFonts w:ascii="Gentium Plus" w:hAnsi="Gentium Plus"/>
          <w:sz w:val="24"/>
        </w:rPr>
        <w:t>διέτριβεν· ὑπὲρ ὅτου δὴ καὶ ὑπωπτεύετο μὲν καὶ τότε, μᾶλλον δ’ ἐπιστώθη τοῖς ὕστερον γενομένοις, ὅτι αὐτοὺς ἀνέπειθεν ἑαυτῷ τὰ κατὰ σφᾶς ἐπιτρέψαι, ἐπειγόμενος</w:t>
      </w:r>
    </w:p>
    <w:p>
      <w:r>
        <w:rPr>
          <w:rFonts w:ascii="Courier New" w:hAnsi="Courier New"/>
          <w:color w:val="555555"/>
          <w:sz w:val="20"/>
        </w:rPr>
        <w:t>[Iber . 213]</w:t>
      </w:r>
    </w:p>
    <w:p>
      <w:r>
        <w:rPr>
          <w:rFonts w:ascii="Gentium Plus" w:hAnsi="Gentium Plus"/>
          <w:sz w:val="24"/>
        </w:rPr>
        <w:t>ἄρα πρὸ τοῦ Λουκούλλου τὸν πόλεμον καταλυθῆναι. μετὰ γὰρ τὴν συνουσίαν Νεργόβριγα μὲν Ἀρουακῶν πεντακισχί‐ λιοι κατέλαβον, Μάρκελλος δ’ ἐπὶ Νομαντίαν ἐχώρει καὶ πέντε σταδίους ἀποσχὼν παρεστρατοπέδευεν αὐτοῖς καὶ</w:t>
      </w:r>
    </w:p>
    <w:p>
      <w:r>
        <w:rPr>
          <w:rFonts w:ascii="Courier New" w:hAnsi="Courier New"/>
          <w:color w:val="555555"/>
          <w:sz w:val="20"/>
        </w:rPr>
        <w:t>[Iber . 214]</w:t>
      </w:r>
    </w:p>
    <w:p>
      <w:r>
        <w:rPr>
          <w:rFonts w:ascii="Gentium Plus" w:hAnsi="Gentium Plus"/>
          <w:sz w:val="24"/>
        </w:rPr>
        <w:t>συνεδίωκεν ἐς τὴν πόλιν, ἕως ὁ τῶν Νομαντίνων στρατηγὸς Λιτέννων ὑποστὰς ἐβόα βούλεσθαι Μαρκέλλῳ συνελθεῖν ἐς λόγους καὶ συνελθὼν ἔφη Βελλοὺς καὶ Τίτθους καὶ Ἀρουακοὺς ἑαυτοὺς ἐπιτρέπειν Μαρκέλλῳ. ὃ δ’ ἄσμενος</w:t>
      </w:r>
    </w:p>
    <w:p>
      <w:r>
        <w:rPr>
          <w:rFonts w:ascii="Courier New" w:hAnsi="Courier New"/>
          <w:color w:val="555555"/>
          <w:sz w:val="20"/>
        </w:rPr>
        <w:t>[5]</w:t>
      </w:r>
    </w:p>
    <w:p>
      <w:r>
        <w:rPr>
          <w:rFonts w:ascii="Gentium Plus" w:hAnsi="Gentium Plus"/>
          <w:sz w:val="24"/>
        </w:rPr>
        <w:t>ἀκούσας ὅμηρά τε καὶ χρήματα πάντας ᾔτησε καὶ λαβὼν ἀφῆκεν ἐλευθέρους.</w:t>
      </w:r>
    </w:p>
    <w:p>
      <w:r>
        <w:rPr>
          <w:rFonts w:ascii="Courier New" w:hAnsi="Courier New"/>
          <w:color w:val="555555"/>
          <w:sz w:val="20"/>
        </w:rPr>
        <w:t>[Iber . 215]</w:t>
      </w:r>
    </w:p>
    <w:p>
      <w:r>
        <w:rPr>
          <w:rFonts w:ascii="Gentium Plus" w:hAnsi="Gentium Plus"/>
          <w:sz w:val="24"/>
        </w:rPr>
        <w:t>ὁ μὲν δὴ πόλεμος ὁ Βελλῶν τε καὶ Τίτθων καὶ Ἀρουακῶν ἔληγεν οὕτω πρὸ Λουκούλλου· ὁ δὲ Λούκουλλος, δόξης τε ἐπιθυμῶν καὶ ἐκ πενίας χρῄζων χρηματισμοῦ, ἐς Οὐακκαίους, ἕτερον γένος Κελτιβήρων, ἐνέβαλεν, οἳ</w:t>
      </w:r>
    </w:p>
    <w:p>
      <w:r>
        <w:rPr>
          <w:rFonts w:ascii="Courier New" w:hAnsi="Courier New"/>
          <w:color w:val="555555"/>
          <w:sz w:val="20"/>
        </w:rPr>
        <w:t>[5]</w:t>
      </w:r>
    </w:p>
    <w:p>
      <w:r>
        <w:rPr>
          <w:rFonts w:ascii="Gentium Plus" w:hAnsi="Gentium Plus"/>
          <w:sz w:val="24"/>
        </w:rPr>
        <w:t>γείτονες τῶν Ἀρουακῶν εἰσιν, οὔτε τινὸς αὐτῷ ψηφίσμα‐ τος γεγονότος οὔτε Οὐακκαίων Ῥωμαίοις πεπολεμηκό‐</w:t>
      </w:r>
    </w:p>
    <w:p>
      <w:r>
        <w:rPr>
          <w:rFonts w:ascii="Courier New" w:hAnsi="Courier New"/>
          <w:color w:val="555555"/>
          <w:sz w:val="20"/>
        </w:rPr>
        <w:t>[Iber . 216]</w:t>
      </w:r>
    </w:p>
    <w:p>
      <w:r>
        <w:rPr>
          <w:rFonts w:ascii="Gentium Plus" w:hAnsi="Gentium Plus"/>
          <w:sz w:val="24"/>
        </w:rPr>
        <w:t>των οὐδ’ ἐς αὐτόν τι Λούκουλλον ἁμαρτόντων. περάσας δὲ τὸν ποταμὸν τὸν καλούμενον Τάγον ἀφίκετο πρὸς Καύ‐ καν πόλιν καὶ παρεστρατοπέδευσεν. οἳ δ’ ἐπύθοντο μὲν αὐτοῦ, τίνος ἥκοι δεόμενος ἢ τί πολέμου χρῄζων, φήσαντος</w:t>
      </w:r>
    </w:p>
    <w:p>
      <w:r>
        <w:rPr>
          <w:rFonts w:ascii="Courier New" w:hAnsi="Courier New"/>
          <w:color w:val="555555"/>
          <w:sz w:val="20"/>
        </w:rPr>
        <w:t>[5]</w:t>
      </w:r>
    </w:p>
    <w:p>
      <w:r>
        <w:rPr>
          <w:rFonts w:ascii="Gentium Plus" w:hAnsi="Gentium Plus"/>
          <w:sz w:val="24"/>
        </w:rPr>
        <w:t>δέ, ὅτι Καρπητανοῖς ὑπὸ Οὐακκαίων ἀδικουμένοις βοη‐ θοίη, τότε μὲν ἀνεχώρουν ἐς τὴν πόλιν, ξυλευομένῳ</w:t>
      </w:r>
    </w:p>
    <w:p>
      <w:r>
        <w:rPr>
          <w:rFonts w:ascii="Courier New" w:hAnsi="Courier New"/>
          <w:color w:val="555555"/>
          <w:sz w:val="20"/>
        </w:rPr>
        <w:t>[Iber . 217]</w:t>
      </w:r>
    </w:p>
    <w:p>
      <w:r>
        <w:rPr>
          <w:rFonts w:ascii="Gentium Plus" w:hAnsi="Gentium Plus"/>
          <w:sz w:val="24"/>
        </w:rPr>
        <w:t>λοὺς καὶ τοὺς λοιποὺς διώκουσιν ἐς τὸ στρατόπεδον. γενο‐ μένης δὲ καὶ παρατάξεως οἱ Καυκαῖοι ψιλοῖς ἐοικότες ἐκράτουν ἐπὶ πολὺ τοῦ Λουκούλλου, μέχρι σφῶν τὰ ἀκόντια πάντα ἐξαναλώθη· καὶ τότε ἔφευγον, οὐκ ὄντες</w:t>
      </w:r>
    </w:p>
    <w:p>
      <w:r>
        <w:rPr>
          <w:rFonts w:ascii="Courier New" w:hAnsi="Courier New"/>
          <w:color w:val="555555"/>
          <w:sz w:val="20"/>
        </w:rPr>
        <w:t>[5]</w:t>
      </w:r>
    </w:p>
    <w:p>
      <w:r>
        <w:rPr>
          <w:rFonts w:ascii="Gentium Plus" w:hAnsi="Gentium Plus"/>
          <w:sz w:val="24"/>
        </w:rPr>
        <w:t>μενεμάχοι, περί τε τὰς πύλας αὐτῶν ὠθουμένων ἀν‐</w:t>
      </w:r>
    </w:p>
    <w:p>
      <w:r>
        <w:rPr>
          <w:rFonts w:ascii="Courier New" w:hAnsi="Courier New"/>
          <w:color w:val="555555"/>
          <w:sz w:val="20"/>
        </w:rPr>
        <w:t>[Iber . 218]</w:t>
      </w:r>
    </w:p>
    <w:p>
      <w:r>
        <w:rPr>
          <w:rFonts w:ascii="Gentium Plus" w:hAnsi="Gentium Plus"/>
          <w:sz w:val="24"/>
        </w:rPr>
        <w:t>ῃρέθησαν ἀμφὶ τοὺς τρισχιλίους. τῆς δ’ ἐπιούσης οἱ πρεσβύτατοι στεφανωσάμενοί τε καὶ φέροντες ἱκετηρίας τὸν Λούκουλλον αὖθις ἠρώτων, τί ποιοῦντες ἂν εἶεν φίλοι. ὃ δὲ αὐτοὺς ὅμηρά τε ᾔτει καὶ ἀργυρίου τάλαντα</w:t>
      </w:r>
    </w:p>
    <w:p>
      <w:r>
        <w:rPr>
          <w:rFonts w:ascii="Courier New" w:hAnsi="Courier New"/>
          <w:color w:val="555555"/>
          <w:sz w:val="20"/>
        </w:rPr>
        <w:t>[5]</w:t>
      </w:r>
    </w:p>
    <w:p>
      <w:r>
        <w:rPr>
          <w:rFonts w:ascii="Gentium Plus" w:hAnsi="Gentium Plus"/>
          <w:sz w:val="24"/>
        </w:rPr>
        <w:t>ἑκατὸν καὶ τοὺς ἱππέας αὐτῶν ἐκέλευέν οἱ συστρατεύειν.</w:t>
      </w:r>
    </w:p>
    <w:p>
      <w:r>
        <w:rPr>
          <w:rFonts w:ascii="Courier New" w:hAnsi="Courier New"/>
          <w:color w:val="555555"/>
          <w:sz w:val="20"/>
        </w:rPr>
        <w:t>[Iber . 219]</w:t>
      </w:r>
    </w:p>
    <w:p>
      <w:r>
        <w:rPr>
          <w:rFonts w:ascii="Gentium Plus" w:hAnsi="Gentium Plus"/>
          <w:sz w:val="24"/>
        </w:rPr>
        <w:t>ὡς δὲ πάντα ἔλαβεν, ἠξίου φρουρὰν ἐς τὴν πόλιν ἐσαγαγεῖν. δεξαμένων δὲ καὶ τοῦτο τῶν Καυκαίων ἐσήγαγε δισχι‐ λίους ἀριστίνδην ἐξειλεγμένους, οἷς ἐσελθοῦσιν εἴρητο γίγνεσθαι περὶ τὰ τείχη. καταλαβόντων δ’ αὐτὰ τῶν</w:t>
      </w:r>
    </w:p>
    <w:p>
      <w:r>
        <w:rPr>
          <w:rFonts w:ascii="Courier New" w:hAnsi="Courier New"/>
          <w:color w:val="555555"/>
          <w:sz w:val="20"/>
        </w:rPr>
        <w:t>[5]</w:t>
      </w:r>
    </w:p>
    <w:p>
      <w:r>
        <w:rPr>
          <w:rFonts w:ascii="Gentium Plus" w:hAnsi="Gentium Plus"/>
          <w:sz w:val="24"/>
        </w:rPr>
        <w:t>δισχιλίων ἐσήγαγε τὴν ἄλλην στρατιὰν ὁ Λούκουλλος καὶ τῇ σάλπιγγι ὑπεσήμαινε κτείνειν Καυκαίους ἅπαντας</w:t>
      </w:r>
    </w:p>
    <w:p>
      <w:r>
        <w:rPr>
          <w:rFonts w:ascii="Courier New" w:hAnsi="Courier New"/>
          <w:color w:val="555555"/>
          <w:sz w:val="20"/>
        </w:rPr>
        <w:t>[Iber . 220]</w:t>
      </w:r>
    </w:p>
    <w:p>
      <w:r>
        <w:rPr>
          <w:rFonts w:ascii="Gentium Plus" w:hAnsi="Gentium Plus"/>
          <w:sz w:val="24"/>
        </w:rPr>
        <w:t>ἡβηδόν. οἳ μὲν δὴ πίστεις τε καὶ θεοὺς ὁρκίους ἐπικαλού‐ μενοι καὶ Ῥωμαίους ἐς ἀπιστίαν λοιδοροῦντες διεφθείροντο ὠμῶς, ἐκ δισμυρίων ἀνδρῶν κατὰ πύλας ἀποκρήμνους διαφυγόντων ὀλίγων· ὁ δὲ Λούκουλλος τὴν πόλιν διήρπαζε</w:t>
      </w:r>
    </w:p>
    <w:p>
      <w:r>
        <w:rPr>
          <w:rFonts w:ascii="Courier New" w:hAnsi="Courier New"/>
          <w:color w:val="555555"/>
          <w:sz w:val="20"/>
        </w:rPr>
        <w:t>[Iber . 221]</w:t>
      </w:r>
    </w:p>
    <w:p>
      <w:r>
        <w:rPr>
          <w:rFonts w:ascii="Gentium Plus" w:hAnsi="Gentium Plus"/>
          <w:sz w:val="24"/>
        </w:rPr>
        <w:t>καὶ δόξης Ῥωμαίους ἐνεπίμπλη κακῆς. οἱ δ’ ἄλλοι βάρβα‐ ροι συνέθεον ἐκ τῶν πεδίων, οἳ μὲν ἐς τὰ ἀπόκρημνα, οἳ δὲ ἐς τὰς ὀχυρωτέρας πόλεις, συμφέροντες, ἃ δύναιντο, καὶ ἐμπιμπράντες, ὅσα λείποιεν, τοῦ μηδὲν ἔτι Λούκουλ‐</w:t>
      </w:r>
    </w:p>
    <w:p>
      <w:r>
        <w:rPr>
          <w:rFonts w:ascii="Courier New" w:hAnsi="Courier New"/>
          <w:color w:val="555555"/>
          <w:sz w:val="20"/>
        </w:rPr>
        <w:t>[5]</w:t>
      </w:r>
    </w:p>
    <w:p>
      <w:r>
        <w:rPr>
          <w:rFonts w:ascii="Gentium Plus" w:hAnsi="Gentium Plus"/>
          <w:sz w:val="24"/>
        </w:rPr>
        <w:t>λον εὑρεῖν.</w:t>
      </w:r>
    </w:p>
    <w:p>
      <w:r>
        <w:rPr>
          <w:rFonts w:ascii="Courier New" w:hAnsi="Courier New"/>
          <w:color w:val="555555"/>
          <w:sz w:val="20"/>
        </w:rPr>
        <w:t>[Iber . 222]</w:t>
      </w:r>
    </w:p>
    <w:p>
      <w:r>
        <w:rPr>
          <w:rFonts w:ascii="Gentium Plus" w:hAnsi="Gentium Plus"/>
          <w:sz w:val="24"/>
        </w:rPr>
        <w:t>ὃ δὲ πολλὴν γῆν ἔρημον ὁδεύσας ἔς τινα πόλιν Ἰντερκα‐ τίαν ἀφίκετο, ἔνθα πεζοὶ μὲν ὑπὲρ δισμυρίους συνεπ‐ εφεύγεσαν, ἱππῆς δὲ δισχίλιοι. καὶ αὐτοὺς ὁ Λούκουλλος ἐς</w:t>
      </w:r>
    </w:p>
    <w:p>
      <w:r>
        <w:rPr>
          <w:rFonts w:ascii="Courier New" w:hAnsi="Courier New"/>
          <w:color w:val="555555"/>
          <w:sz w:val="20"/>
        </w:rPr>
        <w:t>[5]</w:t>
      </w:r>
    </w:p>
    <w:p>
      <w:r>
        <w:rPr>
          <w:rFonts w:ascii="Gentium Plus" w:hAnsi="Gentium Plus"/>
          <w:sz w:val="24"/>
        </w:rPr>
        <w:t>Καυκαίων αὐτῷ προύφερον καὶ ἐπυνθάνοντο, εἰ ἐπὶ τὰς</w:t>
      </w:r>
    </w:p>
    <w:p>
      <w:r>
        <w:rPr>
          <w:rFonts w:ascii="Courier New" w:hAnsi="Courier New"/>
          <w:color w:val="555555"/>
          <w:sz w:val="20"/>
        </w:rPr>
        <w:t>[Iber . 223]</w:t>
      </w:r>
    </w:p>
    <w:p>
      <w:r>
        <w:rPr>
          <w:rFonts w:ascii="Gentium Plus" w:hAnsi="Gentium Plus"/>
          <w:sz w:val="24"/>
        </w:rPr>
        <w:t>ἐκείνων πίστεις αὐτοὺς καλοίη. ὃ δ’, οἷον ἅπαντες οἱ ἁμαρτόντες, ἀνθ’ ἑαυτοῦ τοῖς ὀνειδίζουσιν χαλεπαίνων ἔκειρεν αὐτῶν τὰ πεδία καὶ περικαθίσας κύκλῳ τὴν πόλιν χώματα ἤγειρε πολλὰ καὶ συνεχῶς ἐξέτασσε προκαλού‐</w:t>
      </w:r>
    </w:p>
    <w:p>
      <w:r>
        <w:rPr>
          <w:rFonts w:ascii="Courier New" w:hAnsi="Courier New"/>
          <w:color w:val="555555"/>
          <w:sz w:val="20"/>
        </w:rPr>
        <w:t>[Iber . 224]</w:t>
      </w:r>
    </w:p>
    <w:p>
      <w:r>
        <w:rPr>
          <w:rFonts w:ascii="Gentium Plus" w:hAnsi="Gentium Plus"/>
          <w:sz w:val="24"/>
        </w:rPr>
        <w:t>μενος ἐς μάχην. οἳ δ’ οὔπω μὲν ἀντεξέτασσον, ἀλλ’ ἦσαν ἀκροβολισμοὶ μόνοι· θαμινὰ δέ τις τῶν βαρβάρων ἐξίππευεν ἐς τὸ μεταίχμιον, κεκοσμημένος ὅπλοις περι‐ φανῶς, καὶ προυκαλεῖτο Ῥωμαίων ἐς μονομαχίαν τὸν</w:t>
      </w:r>
    </w:p>
    <w:p>
      <w:r>
        <w:rPr>
          <w:rFonts w:ascii="Courier New" w:hAnsi="Courier New"/>
          <w:color w:val="555555"/>
          <w:sz w:val="20"/>
        </w:rPr>
        <w:t>[5]</w:t>
      </w:r>
    </w:p>
    <w:p>
      <w:r>
        <w:rPr>
          <w:rFonts w:ascii="Gentium Plus" w:hAnsi="Gentium Plus"/>
          <w:sz w:val="24"/>
        </w:rPr>
        <w:t>ἐθέλοντα, οὐδενὸς δ’ ὑπακούοντος ἐπιτωθάσας καὶ τῷ</w:t>
      </w:r>
    </w:p>
    <w:p>
      <w:r>
        <w:rPr>
          <w:rFonts w:ascii="Courier New" w:hAnsi="Courier New"/>
          <w:color w:val="555555"/>
          <w:sz w:val="20"/>
        </w:rPr>
        <w:t>[Iber . 225]</w:t>
      </w:r>
    </w:p>
    <w:p>
      <w:r>
        <w:rPr>
          <w:rFonts w:ascii="Gentium Plus" w:hAnsi="Gentium Plus"/>
          <w:sz w:val="24"/>
        </w:rPr>
        <w:t>σχήματι κατορχησάμενος ἀπεχώρει. γιγνομένου δὲ τού‐ του πολλάκις ὁ Σκιπίων, ἔτι νέος ὤν, ὑπερήλγησέν τε καὶ προπηδήσας ὑπέστη τὸ μονομάχιον, εὐτυχῶς δ’ ἐκράτησεν</w:t>
      </w:r>
    </w:p>
    <w:p>
      <w:r>
        <w:rPr>
          <w:rFonts w:ascii="Courier New" w:hAnsi="Courier New"/>
          <w:color w:val="555555"/>
          <w:sz w:val="20"/>
        </w:rPr>
        <w:t>[Iber . 226]</w:t>
      </w:r>
    </w:p>
    <w:p>
      <w:r>
        <w:rPr>
          <w:rFonts w:ascii="Gentium Plus" w:hAnsi="Gentium Plus"/>
          <w:sz w:val="24"/>
        </w:rPr>
        <w:t>ἀνδρὸς μεγάλου σμικρὸς ὤν. καὶ τόδε μὲν ἐπῇρε Ῥω‐ μαίους, νυκτὸς δὲ φόβοι πολλοὶ κατεῖχον· οἱ γὰρ ἱππῆς, ὅσοι τῶν βαρβάρων, πρὶν ἀφικέσθαι Λούκουλλον, ἐπὶ χορτολογίαν προεληλύθεσαν, οὐκ ἔχοντες ἐσελθεῖν ἐς τὴν</w:t>
      </w:r>
    </w:p>
    <w:p>
      <w:r>
        <w:rPr>
          <w:rFonts w:ascii="Courier New" w:hAnsi="Courier New"/>
          <w:color w:val="555555"/>
          <w:sz w:val="20"/>
        </w:rPr>
        <w:t>[5]</w:t>
      </w:r>
    </w:p>
    <w:p>
      <w:r>
        <w:rPr>
          <w:rFonts w:ascii="Gentium Plus" w:hAnsi="Gentium Plus"/>
          <w:sz w:val="24"/>
        </w:rPr>
        <w:t>πόλιν Λουκούλλου περικαθημένου, περιθέοντες ἐβόων καὶ</w:t>
      </w:r>
    </w:p>
    <w:p>
      <w:r>
        <w:rPr>
          <w:rFonts w:ascii="Courier New" w:hAnsi="Courier New"/>
          <w:color w:val="555555"/>
          <w:sz w:val="20"/>
        </w:rPr>
        <w:t>[Iber . 227]</w:t>
      </w:r>
    </w:p>
    <w:p>
      <w:r>
        <w:rPr>
          <w:rFonts w:ascii="Gentium Plus" w:hAnsi="Gentium Plus"/>
          <w:sz w:val="24"/>
        </w:rPr>
        <w:t>συνετάρασσον· καὶ συνεπήχουν οἱ ἔνδον αὐτοῖς. ὅθεν ὁ φόβος ἦν τοῖς Ῥωμαίοις ποικίλος. ἔκαμνον δὲ καὶ τῇ φυλακῇ δι’ ἀγρυπνίαν καὶ ἀήθειαν τροφῶν ἐπιχωρίων· οἴνου γὰρ οὐκ ὄντος οὐδ’ ἁλῶν οὐδ’ ὄξους οὐδ’ ἐλαίου πυροὺς</w:t>
      </w:r>
    </w:p>
    <w:p>
      <w:r>
        <w:rPr>
          <w:rFonts w:ascii="Courier New" w:hAnsi="Courier New"/>
          <w:color w:val="555555"/>
          <w:sz w:val="20"/>
        </w:rPr>
        <w:t>[5]</w:t>
      </w:r>
    </w:p>
    <w:p>
      <w:r>
        <w:rPr>
          <w:rFonts w:ascii="Gentium Plus" w:hAnsi="Gentium Plus"/>
          <w:sz w:val="24"/>
        </w:rPr>
        <w:t>καὶ κριθὰς καὶ ἐλάφων κρέα πολλὰ καὶ λαγωῶν χωρὶς ἁλῶν ἑψόμενα σιτούμενοι κατερρήγνυντο τὰς γαστέρας, καὶ πολλοὶ καὶ ἀπώλλυντο, μέχρι ποτὲ τὸ χῶμα ἠγέρθη καὶ τὰ τείχη τῶν πολεμίων τύπτοντες μηχαναῖς μέρος</w:t>
      </w:r>
    </w:p>
    <w:p>
      <w:r>
        <w:rPr>
          <w:rFonts w:ascii="Courier New" w:hAnsi="Courier New"/>
          <w:color w:val="555555"/>
          <w:sz w:val="20"/>
        </w:rPr>
        <w:t>[Iber . 228]</w:t>
      </w:r>
    </w:p>
    <w:p>
      <w:r>
        <w:rPr>
          <w:rFonts w:ascii="Gentium Plus" w:hAnsi="Gentium Plus"/>
          <w:sz w:val="24"/>
        </w:rPr>
        <w:t>μέν τι κατέβαλον καὶ ἐσέδραμον ἐς τὴν πόλιν· μετὰ δ’ οὐ πολὺ βιασθέντες τε καὶ ἀναχωροῦντες ἐσπίπτουσιν ἔς τινα δεξαμενὴν ὕδατος ὑπὸ ἀγνωσίας, ἔνθα οἱ πλείους ἀπώλοντο. καὶ νυκτὸς οἱ βάρβαροι τὰ πεσόντα ἀνῳκοδό‐</w:t>
      </w:r>
    </w:p>
    <w:p>
      <w:r>
        <w:rPr>
          <w:rFonts w:ascii="Courier New" w:hAnsi="Courier New"/>
          <w:color w:val="555555"/>
          <w:sz w:val="20"/>
        </w:rPr>
        <w:t>[Iber . 229]</w:t>
      </w:r>
    </w:p>
    <w:p>
      <w:r>
        <w:rPr>
          <w:rFonts w:ascii="Gentium Plus" w:hAnsi="Gentium Plus"/>
          <w:sz w:val="24"/>
        </w:rPr>
        <w:t>μουν. πάνυ δ’ ἑκατέρων κακοπαθούντων (ὁ γὰρ λιμὸς</w:t>
      </w:r>
    </w:p>
    <w:p>
      <w:r>
        <w:rPr>
          <w:rFonts w:ascii="Courier New" w:hAnsi="Courier New"/>
          <w:color w:val="555555"/>
          <w:sz w:val="20"/>
        </w:rPr>
        <w:t>[5]</w:t>
      </w:r>
    </w:p>
    <w:p>
      <w:r>
        <w:rPr>
          <w:rFonts w:ascii="Gentium Plus" w:hAnsi="Gentium Plus"/>
          <w:sz w:val="24"/>
        </w:rPr>
        <w:t>τῶν Ἰντερκατίων σάγους μυρίους καὶ θρεμμάτων τι πλῆθος ὡρισμένον καὶ πεντήκοντα ἄνδρας ἐς ὅμηρα.</w:t>
      </w:r>
    </w:p>
    <w:p>
      <w:r>
        <w:rPr>
          <w:rFonts w:ascii="Courier New" w:hAnsi="Courier New"/>
          <w:color w:val="555555"/>
          <w:sz w:val="20"/>
        </w:rPr>
        <w:t>[Iber . 230]</w:t>
      </w:r>
    </w:p>
    <w:p>
      <w:r>
        <w:rPr>
          <w:rFonts w:ascii="Gentium Plus" w:hAnsi="Gentium Plus"/>
          <w:sz w:val="24"/>
        </w:rPr>
        <w:t>χρυσὸν δὲ καὶ ἄργυρον Λούκουλλος αἰτῶν, οὗ δὴ χάριν ἡγούμενος ὅλην Ἰβηρίαν πολύχρυσον εἶναι καὶ πολυάργυ‐ ρον ἐπολέμει, οὐκ ἔλαβεν· οὐ γὰρ εἶχον, οὐδ’ ἐν δόξῃ ταῦτ’ ἐκεῖνοι Κελτιβήρων τίθενται.</w:t>
      </w:r>
    </w:p>
    <w:p>
      <w:r>
        <w:rPr>
          <w:rFonts w:ascii="Courier New" w:hAnsi="Courier New"/>
          <w:color w:val="555555"/>
          <w:sz w:val="20"/>
        </w:rPr>
        <w:t>[Iber . 231]</w:t>
      </w:r>
    </w:p>
    <w:p>
      <w:r>
        <w:rPr>
          <w:rFonts w:ascii="Gentium Plus" w:hAnsi="Gentium Plus"/>
          <w:sz w:val="24"/>
        </w:rPr>
        <w:t>ἐπὶ δὲ Παλλαντίαν ᾔει πόλιν, ἣ δόξαν τε ἀρετῆς εἶχε μείζω καὶ πολλοὶ συνεπεφεύγεσαν ἐς αὐτήν· ὅθεν αὐτῷ συνεβούλευόν τινες ἀποχωρεῖν πρὸ πείρας. ὃ δὲ πολυχρή‐ ματον εἶναι πυνθανόμενος οὐκ ἀνεχώρει, μέχρι σιτολο‐</w:t>
      </w:r>
    </w:p>
    <w:p>
      <w:r>
        <w:rPr>
          <w:rFonts w:ascii="Courier New" w:hAnsi="Courier New"/>
          <w:color w:val="555555"/>
          <w:sz w:val="20"/>
        </w:rPr>
        <w:t>[5]</w:t>
      </w:r>
    </w:p>
    <w:p>
      <w:r>
        <w:rPr>
          <w:rFonts w:ascii="Gentium Plus" w:hAnsi="Gentium Plus"/>
          <w:sz w:val="24"/>
        </w:rPr>
        <w:t>γοῦντα αὐτὸν οἱ Παλλάντιοι συνεχῶς ἱππεῦσιν ἠνώχλουν</w:t>
      </w:r>
    </w:p>
    <w:p>
      <w:r>
        <w:rPr>
          <w:rFonts w:ascii="Courier New" w:hAnsi="Courier New"/>
          <w:color w:val="555555"/>
          <w:sz w:val="20"/>
        </w:rPr>
        <w:t>[Iber . 232]</w:t>
      </w:r>
    </w:p>
    <w:p>
      <w:r>
        <w:rPr>
          <w:rFonts w:ascii="Gentium Plus" w:hAnsi="Gentium Plus"/>
          <w:sz w:val="24"/>
        </w:rPr>
        <w:t>τε καὶ σιτολογεῖν ἐκώλυον. ἀπορῶν δὲ τροφῶν ὁ Λού‐ κουλλος ἀνεζεύγνυ, τετράγωνον ἐν πλινθίῳ τὸν στρα‐ τὸν ἄγων, ἑπομένων αὐτῷ καὶ τότε τῶν Παλλαντίων μέχρι Δορίου ποταμοῦ, ὅθεν οἱ μὲν Παλλάντιοι νυκτὸς</w:t>
      </w:r>
    </w:p>
    <w:p>
      <w:r>
        <w:rPr>
          <w:rFonts w:ascii="Courier New" w:hAnsi="Courier New"/>
          <w:color w:val="555555"/>
          <w:sz w:val="20"/>
        </w:rPr>
        <w:t>[5]</w:t>
      </w:r>
    </w:p>
    <w:p>
      <w:r>
        <w:rPr>
          <w:rFonts w:ascii="Gentium Plus" w:hAnsi="Gentium Plus"/>
          <w:sz w:val="24"/>
        </w:rPr>
        <w:t>ἀνεχώρουν, ὃ δ’ ἐς τὴν Τυρδιτανῶν χώραν διελθὼν ἐχεί‐</w:t>
      </w:r>
    </w:p>
    <w:p>
      <w:r>
        <w:rPr>
          <w:rFonts w:ascii="Courier New" w:hAnsi="Courier New"/>
          <w:color w:val="555555"/>
          <w:sz w:val="20"/>
        </w:rPr>
        <w:t>[Iber . 233]</w:t>
      </w:r>
    </w:p>
    <w:p>
      <w:r>
        <w:rPr>
          <w:rFonts w:ascii="Gentium Plus" w:hAnsi="Gentium Plus"/>
          <w:sz w:val="24"/>
        </w:rPr>
        <w:t>μαζε. καὶ τοῦτο τέλος ἦν τοῦ Οὐακκαίων πολέμου, παρὰ ψήφισμα Ῥωμαίων ὑπὸ Λουκούλλου γενομένου. καὶ ὁ Λούκουλλος ἐπὶ τῷδε οὐδὲ ἐκρίθη.</w:t>
      </w:r>
    </w:p>
    <w:p>
      <w:r>
        <w:rPr>
          <w:rFonts w:ascii="Courier New" w:hAnsi="Courier New"/>
          <w:color w:val="555555"/>
          <w:sz w:val="20"/>
        </w:rPr>
        <w:t>[Iber . 234]</w:t>
      </w:r>
    </w:p>
    <w:p>
      <w:r>
        <w:rPr>
          <w:rFonts w:ascii="Gentium Plus" w:hAnsi="Gentium Plus"/>
          <w:sz w:val="24"/>
        </w:rPr>
        <w:t>τοῦ δ’ αὐτοῦ χρόνου μέρος ἄλλο Ἰβήρων αὐτονόμων, οἳ Λυσιτανοὶ καλοῦνται, Πουνίκου σφῶν ἡγουμένου, τὰ Ῥωμαίων ὑπήκοα ἐλῄζοντο καὶ τοὺς στρατηγοῦντας αὐ‐ τῶν, Μανίλιόν τε καὶ Καλπούρνιον Πείσωνα, τρεψάμενοι</w:t>
      </w:r>
    </w:p>
    <w:p>
      <w:r>
        <w:rPr>
          <w:rFonts w:ascii="Courier New" w:hAnsi="Courier New"/>
          <w:color w:val="555555"/>
          <w:sz w:val="20"/>
        </w:rPr>
        <w:t>[5]</w:t>
      </w:r>
    </w:p>
    <w:p>
      <w:r>
        <w:rPr>
          <w:rFonts w:ascii="Gentium Plus" w:hAnsi="Gentium Plus"/>
          <w:sz w:val="24"/>
        </w:rPr>
        <w:t>κτείνουσιν ἑξακισχιλίους καὶ ἐπ’ αὐτοῖς Τερέντιον Οὐάρ‐</w:t>
      </w:r>
    </w:p>
    <w:p>
      <w:r>
        <w:rPr>
          <w:rFonts w:ascii="Courier New" w:hAnsi="Courier New"/>
          <w:color w:val="555555"/>
          <w:sz w:val="20"/>
        </w:rPr>
        <w:t>[Iber . 235]</w:t>
      </w:r>
    </w:p>
    <w:p>
      <w:r>
        <w:rPr>
          <w:rFonts w:ascii="Gentium Plus" w:hAnsi="Gentium Plus"/>
          <w:sz w:val="24"/>
        </w:rPr>
        <w:t>ρωνα ταμίαν. οἷς ἐπαρθεὶς ὁ Πούνικος τὰ μέχρι ὠκεανοῦ κατέδραμεν καὶ Οὐέττωνας ἐς τὴν στρατείαν προσλαβὼν ἐπολιόρκει Ῥωμαίων ὑπηκόους τοὺς λεγομένους Βλαστο‐ φοίνικας, οἷς φασιν Ἀννίβαν τὸν Καρχηδόνιον ἐποικίσαι</w:t>
      </w:r>
    </w:p>
    <w:p>
      <w:r>
        <w:rPr>
          <w:rFonts w:ascii="Courier New" w:hAnsi="Courier New"/>
          <w:color w:val="555555"/>
          <w:sz w:val="20"/>
        </w:rPr>
        <w:t>[5]</w:t>
      </w:r>
    </w:p>
    <w:p>
      <w:r>
        <w:rPr>
          <w:rFonts w:ascii="Gentium Plus" w:hAnsi="Gentium Plus"/>
          <w:sz w:val="24"/>
        </w:rPr>
        <w:t>τινὰς ἐκ Λιβύης καὶ παρὰ τοῦτο κληθῆναι Βλαστο‐</w:t>
      </w:r>
    </w:p>
    <w:p>
      <w:r>
        <w:rPr>
          <w:rFonts w:ascii="Courier New" w:hAnsi="Courier New"/>
          <w:color w:val="555555"/>
          <w:sz w:val="20"/>
        </w:rPr>
        <w:t>[Iber . 236]</w:t>
      </w:r>
    </w:p>
    <w:p>
      <w:r>
        <w:rPr>
          <w:rFonts w:ascii="Gentium Plus" w:hAnsi="Gentium Plus"/>
          <w:sz w:val="24"/>
        </w:rPr>
        <w:t>φοίνικας. Πούνικος μὲν οὖν λίθῳ πληγεὶς ἐς τὴν κεφα‐ λὴν ἀπέθανεν, διαδέχεται δ’ αὐτὸν ἀνήρ, ᾧ ὄνομα ἦν Καίσαρος. οὗτος ὁ Καίσαρος Μουμμίῳ, μετὰ στρατιᾶς ἄλλης ἐπελθόντι ἀπὸ Ῥώμης, ἐς μάχην συνηνέχθη καὶ</w:t>
      </w:r>
    </w:p>
    <w:p>
      <w:r>
        <w:rPr>
          <w:rFonts w:ascii="Courier New" w:hAnsi="Courier New"/>
          <w:color w:val="555555"/>
          <w:sz w:val="20"/>
        </w:rPr>
        <w:t>[Iber . 237]</w:t>
      </w:r>
    </w:p>
    <w:p>
      <w:r>
        <w:rPr>
          <w:rFonts w:ascii="Gentium Plus" w:hAnsi="Gentium Plus"/>
          <w:sz w:val="24"/>
        </w:rPr>
        <w:t>ἡττώμενος ἔφυγε. Μουμμίου δ’ αὐτὸν ἀτάκτως διώκοντος ἐπιστραφεὶς ἔκτεινεν ἐς ἐνακισχιλίους καὶ τήν τε λείαν τὴν ἡρπασμένην καὶ τὸ οἰκεῖον στρατόπεδον ἀνεσώσατο καὶ τὸ Ῥωμαίων προσέλαβέ τε καὶ διήρπασεν ὅπλα καὶ</w:t>
      </w:r>
    </w:p>
    <w:p>
      <w:r>
        <w:rPr>
          <w:rFonts w:ascii="Courier New" w:hAnsi="Courier New"/>
          <w:color w:val="555555"/>
          <w:sz w:val="20"/>
        </w:rPr>
        <w:t>[5]</w:t>
      </w:r>
    </w:p>
    <w:p>
      <w:r>
        <w:rPr>
          <w:rFonts w:ascii="Gentium Plus" w:hAnsi="Gentium Plus"/>
          <w:sz w:val="24"/>
        </w:rPr>
        <w:t>σημεῖα πολλά, ἅπερ οἱ βάρβαροι κατὰ τὴν Κελτιβηρίαν</w:t>
      </w:r>
    </w:p>
    <w:p>
      <w:r>
        <w:rPr>
          <w:rFonts w:ascii="Courier New" w:hAnsi="Courier New"/>
          <w:color w:val="555555"/>
          <w:sz w:val="20"/>
        </w:rPr>
        <w:t>[Iber . 238]</w:t>
      </w:r>
    </w:p>
    <w:p>
      <w:r>
        <w:rPr>
          <w:rFonts w:ascii="Gentium Plus" w:hAnsi="Gentium Plus"/>
          <w:sz w:val="24"/>
        </w:rPr>
        <w:t>ὅλην περιφέροντες ἐπετώθαζον. Μούμμιος δ’ ὑπολοίπους ἔχων πεντακισχιλίους ἐγύμναζεν ἔνδον ἐν τῷ στρατοπέδῳ, δεδιὼς ἄρα προελθεῖν ἐς τὸ πεδίον, πρὶν τοὺς ἄνδρας ἀνα‐ θαρρῆσαι. φυλάξας δέ, εἴ τι μέρος οἱ βάρβαροι τῆς ἀφῃ‐</w:t>
      </w:r>
    </w:p>
    <w:p>
      <w:r>
        <w:rPr>
          <w:rFonts w:ascii="Courier New" w:hAnsi="Courier New"/>
          <w:color w:val="555555"/>
          <w:sz w:val="20"/>
        </w:rPr>
        <w:t>[5]</w:t>
      </w:r>
    </w:p>
    <w:p>
      <w:r>
        <w:rPr>
          <w:rFonts w:ascii="Gentium Plus" w:hAnsi="Gentium Plus"/>
          <w:sz w:val="24"/>
        </w:rPr>
        <w:t>ρημένης λείας παρέφερον, ἀδοκήτως αὐτοῖς ἐπέθετο καὶ πολλοὺς διαφθείρας ἔλαβε τὴν λείαν καὶ τὰ σημεῖα.</w:t>
      </w:r>
    </w:p>
    <w:p>
      <w:r>
        <w:rPr>
          <w:rFonts w:ascii="Courier New" w:hAnsi="Courier New"/>
          <w:color w:val="555555"/>
          <w:sz w:val="20"/>
        </w:rPr>
        <w:t>[Iber . 239]</w:t>
      </w:r>
    </w:p>
    <w:p>
      <w:r>
        <w:rPr>
          <w:rFonts w:ascii="Gentium Plus" w:hAnsi="Gentium Plus"/>
          <w:sz w:val="24"/>
        </w:rPr>
        <w:t>Λυσιτανῶν δ’ οἱ ἐπὶ θάτερα τοῦ Τάγου ποταμοῦ, κἀκεῖνοι Ῥωμαίοις πεπολεμωμένοι, Καυκαίνου σφῶν ἡγουμένου, Κουνέους ἐπόρθουν, οἳ Ῥωμαίοις ἦσαν ὑπήκοοι, καὶ</w:t>
      </w:r>
    </w:p>
    <w:p>
      <w:r>
        <w:rPr>
          <w:rFonts w:ascii="Courier New" w:hAnsi="Courier New"/>
          <w:color w:val="555555"/>
          <w:sz w:val="20"/>
        </w:rPr>
        <w:t>[Iber . 240]</w:t>
      </w:r>
    </w:p>
    <w:p>
      <w:r>
        <w:rPr>
          <w:rFonts w:ascii="Gentium Plus" w:hAnsi="Gentium Plus"/>
          <w:sz w:val="24"/>
        </w:rPr>
        <w:t>πόλιν αὐτῶν μεγάλην εἷλον Κονίστοργιν. παρά τε τὰς στήλας τὰς Ἡρακλείους τὸν ὠκεανὸν ἐπέρων, καὶ οἳ μὲν</w:t>
      </w:r>
    </w:p>
    <w:p>
      <w:r>
        <w:rPr>
          <w:rFonts w:ascii="Courier New" w:hAnsi="Courier New"/>
          <w:color w:val="555555"/>
          <w:sz w:val="20"/>
        </w:rPr>
        <w:t>[Iber . 241]</w:t>
      </w:r>
    </w:p>
    <w:p>
      <w:r>
        <w:rPr>
          <w:rFonts w:ascii="Gentium Plus" w:hAnsi="Gentium Plus"/>
          <w:sz w:val="24"/>
        </w:rPr>
        <w:t>κουν. Μούμμιος δ’, ἑπόμενος ἐνακισχιλίοις πεζοῖς καὶ ἱππεῦσι πεντακοσίοις, ἔκτεινε τῶν μὲν δῃούντων ἐς μυρίους καὶ πεντακισχιλίους, τῶν δ’ ἑτέρων τινάς, καὶ τὴν</w:t>
      </w:r>
    </w:p>
    <w:p>
      <w:r>
        <w:rPr>
          <w:rFonts w:ascii="Courier New" w:hAnsi="Courier New"/>
          <w:color w:val="555555"/>
          <w:sz w:val="20"/>
        </w:rPr>
        <w:t>[Iber . 242]</w:t>
      </w:r>
    </w:p>
    <w:p>
      <w:r>
        <w:rPr>
          <w:rFonts w:ascii="Gentium Plus" w:hAnsi="Gentium Plus"/>
          <w:sz w:val="24"/>
        </w:rPr>
        <w:t>πολιορκίαν διέλυσε τὴν Ὀκίλης. ἐντυχὼν δὲ καὶ τοῖς φέρουσιν, ἃ σεσυλήκεσαν, ἔκτεινε καὶ τούσδε πάντας, ὡς μηδ’ ἄγγελον ἀπὸ τοῦ κακοῦ διαφυγεῖν. τὴν δὲ λείαν διαδοὺς τῷ στρατῷ τὴν δυνατὴν φέρεσθαι τὰ λοιπὰ τοῖς</w:t>
      </w:r>
    </w:p>
    <w:p>
      <w:r>
        <w:rPr>
          <w:rFonts w:ascii="Courier New" w:hAnsi="Courier New"/>
          <w:color w:val="555555"/>
          <w:sz w:val="20"/>
        </w:rPr>
        <w:t>[5]</w:t>
      </w:r>
    </w:p>
    <w:p>
      <w:r>
        <w:rPr>
          <w:rFonts w:ascii="Gentium Plus" w:hAnsi="Gentium Plus"/>
          <w:sz w:val="24"/>
        </w:rPr>
        <w:t>θεοῖς τοῖς ἐνυαλίοις ἔκαυσε.</w:t>
      </w:r>
    </w:p>
    <w:p>
      <w:r>
        <w:rPr>
          <w:rFonts w:ascii="Courier New" w:hAnsi="Courier New"/>
          <w:color w:val="555555"/>
          <w:sz w:val="20"/>
        </w:rPr>
        <w:t>[Iber . 243]</w:t>
      </w:r>
    </w:p>
    <w:p>
      <w:r>
        <w:rPr>
          <w:rFonts w:ascii="Gentium Plus" w:hAnsi="Gentium Plus"/>
          <w:sz w:val="24"/>
        </w:rPr>
        <w:t>καὶ Μούμμιος μὲν τάδε πράξας ἐπανῆλθεν ἐς Ῥώμην καὶ ἐθριάμβευσεν, ἐνδέχεται δ’ αὐτὸν Μᾶρκος Ἀτίλιος, ὃς Λυσιτανῶν μὲν ἐς ἑπτακοσίους ἐπιδραμὼν ἀπέκτεινε καὶ τὴν μεγίστην πόλιν ἐξεῖλεν, ᾗ ὄνομα Ὀξθράκαι, τὰ δ’ ἐγγὺς</w:t>
      </w:r>
    </w:p>
    <w:p>
      <w:r>
        <w:rPr>
          <w:rFonts w:ascii="Courier New" w:hAnsi="Courier New"/>
          <w:color w:val="555555"/>
          <w:sz w:val="20"/>
        </w:rPr>
        <w:t>[5]</w:t>
      </w:r>
    </w:p>
    <w:p>
      <w:r>
        <w:rPr>
          <w:rFonts w:ascii="Gentium Plus" w:hAnsi="Gentium Plus"/>
          <w:sz w:val="24"/>
        </w:rPr>
        <w:t>καταπληξάμενος ἅπαντα ἐπὶ συνθήκαις παρέλαβε. καὶ τούτων ἦν ἔνια τοῦ Οὐεττώνων ἔθνους, ὁμόρου τοῖς</w:t>
      </w:r>
    </w:p>
    <w:p>
      <w:r>
        <w:rPr>
          <w:rFonts w:ascii="Courier New" w:hAnsi="Courier New"/>
          <w:color w:val="555555"/>
          <w:sz w:val="20"/>
        </w:rPr>
        <w:t>[Iber . 244]</w:t>
      </w:r>
    </w:p>
    <w:p>
      <w:r>
        <w:rPr>
          <w:rFonts w:ascii="Gentium Plus" w:hAnsi="Gentium Plus"/>
          <w:sz w:val="24"/>
        </w:rPr>
        <w:t>Λυσιτανοῖς. ὡς δ’ ἀνεζεύγνυε χειμάσων ὁ Ἀτίλιος, αὐτίκα πάντες μετετίθεντο καί τινας Ῥωμαίοις ὑπηκόους ἐπο‐ λιόρκουν· οὓς ἐπειγόμενος ἐξελεῖν τῆς πολιορκίας Σέρουι‐ ος Γάλβας, ὁ Ἀτιλίου διάδοχος, ἡμέρᾳ μιᾷ καὶ νυκτὶ</w:t>
      </w:r>
    </w:p>
    <w:p>
      <w:r>
        <w:rPr>
          <w:rFonts w:ascii="Courier New" w:hAnsi="Courier New"/>
          <w:color w:val="555555"/>
          <w:sz w:val="20"/>
        </w:rPr>
        <w:t>[5]</w:t>
      </w:r>
    </w:p>
    <w:p>
      <w:r>
        <w:rPr>
          <w:rFonts w:ascii="Gentium Plus" w:hAnsi="Gentium Plus"/>
          <w:sz w:val="24"/>
        </w:rPr>
        <w:t>πεντακοσίους σταδίους διελθὼν ἐπιφαίνεται τοῖς Λυσιτα‐ νοῖς καὶ εὐθὺς ἐς μάχην ἐξέτασσε, κατάκοπον τὸν στρατὸν</w:t>
      </w:r>
    </w:p>
    <w:p>
      <w:r>
        <w:rPr>
          <w:rFonts w:ascii="Courier New" w:hAnsi="Courier New"/>
          <w:color w:val="555555"/>
          <w:sz w:val="20"/>
        </w:rPr>
        <w:t>[Iber . 245]</w:t>
      </w:r>
    </w:p>
    <w:p>
      <w:r>
        <w:rPr>
          <w:rFonts w:ascii="Gentium Plus" w:hAnsi="Gentium Plus"/>
          <w:sz w:val="24"/>
        </w:rPr>
        <w:t>ἔχων. τρεψάμενος δ’ εὐτυχῶς τοὺς πολεμίους ἐπέκειτο φεύγουσιν ἀπειροπολέμως. ὅθεν ἀσθενοῦς αὐτῷ καὶ ἀσυντάκτου τῆς διώξεως οὔσης διὰ κόπον οἱ βάρβαροι κατιδόντες αὐτοὺς διεσπασμένους τε καὶ ἀναπαυομένους</w:t>
      </w:r>
    </w:p>
    <w:p>
      <w:r>
        <w:rPr>
          <w:rFonts w:ascii="Courier New" w:hAnsi="Courier New"/>
          <w:color w:val="555555"/>
          <w:sz w:val="20"/>
        </w:rPr>
        <w:t>[5]</w:t>
      </w:r>
    </w:p>
    <w:p>
      <w:r>
        <w:rPr>
          <w:rFonts w:ascii="Gentium Plus" w:hAnsi="Gentium Plus"/>
          <w:sz w:val="24"/>
        </w:rPr>
        <w:t>κατὰ μέρη συνελθόντες ἐπέθεντο καὶ κτείνουσιν ἐς ἑπτα‐</w:t>
      </w:r>
    </w:p>
    <w:p>
      <w:r>
        <w:rPr>
          <w:rFonts w:ascii="Courier New" w:hAnsi="Courier New"/>
          <w:color w:val="555555"/>
          <w:sz w:val="20"/>
        </w:rPr>
        <w:t>[Iber . 246]</w:t>
      </w:r>
    </w:p>
    <w:p>
      <w:r>
        <w:rPr>
          <w:rFonts w:ascii="Gentium Plus" w:hAnsi="Gentium Plus"/>
          <w:sz w:val="24"/>
        </w:rPr>
        <w:t>κισχιλίους. ὁ δὲ Γάλβας μετὰ τῶν ἀμφ’ αὐτὸν ἱππέων κατέφυγεν ἐς Καρμώνην πόλιν, ἔνθα τοὺς διαφυγόντας ἀνελάμβανε, καὶ συμμάχους ἁθροίσας ἐς δισμυρίους διῆλθεν ἐς Κουνέους καὶ παρεχείμαζεν ἐν Κονιστόργει.</w:t>
      </w:r>
    </w:p>
    <w:p>
      <w:r>
        <w:rPr>
          <w:rFonts w:ascii="Courier New" w:hAnsi="Courier New"/>
          <w:color w:val="555555"/>
          <w:sz w:val="20"/>
        </w:rPr>
        <w:t>[Iber . 247]</w:t>
      </w:r>
    </w:p>
    <w:p>
      <w:r>
        <w:rPr>
          <w:rFonts w:ascii="Gentium Plus" w:hAnsi="Gentium Plus"/>
          <w:sz w:val="24"/>
        </w:rPr>
        <w:t>Λούκουλλος δέ, ὁ τοῖς Οὐακκαίοις ἄνευ ψηφίσματος πολεμήσας, ἐν Τυρδιτανίᾳ τότε χειμάζων ᾔσθετο Λυσι‐ τανῶν ἐς τὰ πλησίον ἐμβαλόντων καὶ περιπέμψας τοὺς ἀρίστους τῶν ἡγεμόνων ἔκτεινε τῶν Λυσιτανῶν ἐς τετρα‐</w:t>
      </w:r>
    </w:p>
    <w:p>
      <w:r>
        <w:rPr>
          <w:rFonts w:ascii="Courier New" w:hAnsi="Courier New"/>
          <w:color w:val="555555"/>
          <w:sz w:val="20"/>
        </w:rPr>
        <w:t>[Iber . 248]</w:t>
      </w:r>
    </w:p>
    <w:p>
      <w:r>
        <w:rPr>
          <w:rFonts w:ascii="Gentium Plus" w:hAnsi="Gentium Plus"/>
          <w:sz w:val="24"/>
        </w:rPr>
        <w:t>κισχιλίους. περί τε Γάδειρα τὸν πορθμὸν ἑτέρων περώντων ἔκτεινεν ἐς χιλίους καὶ πεντακοσίους καὶ τοὺς λοιποὺς συμφυγόντας εἴς τινα λόφον ἀπετάφρευσε πλῆθός τε ἔλαβεν ἀνδρῶν ἄπειρον. καὶ τὴν Λυσιτανίαν ἐπιὼν κατὰ</w:t>
      </w:r>
    </w:p>
    <w:p>
      <w:r>
        <w:rPr>
          <w:rFonts w:ascii="Courier New" w:hAnsi="Courier New"/>
          <w:color w:val="555555"/>
          <w:sz w:val="20"/>
        </w:rPr>
        <w:t>[Iber . 249]</w:t>
      </w:r>
    </w:p>
    <w:p>
      <w:r>
        <w:rPr>
          <w:rFonts w:ascii="Gentium Plus" w:hAnsi="Gentium Plus"/>
          <w:sz w:val="24"/>
        </w:rPr>
        <w:t>μέρος ἐπόρθει. ἐπόρθει δὲ καὶ Γάλβας ἐπὶ θάτερα. καί τινων πρεσβευομένων ἐς αὐτὸν καὶ θελόντων βεβαιοῦν καὶ ὅσα Ἀτιλίῳ τῷ πρὸ αὐτοῦ στρατηγῷ συνθέμενοι παρεβεβήκεσαν, ἐδέχετο καὶ ἐσπένδετο καὶ ὑπεκρίνετο</w:t>
      </w:r>
    </w:p>
    <w:p>
      <w:r>
        <w:rPr>
          <w:rFonts w:ascii="Courier New" w:hAnsi="Courier New"/>
          <w:color w:val="555555"/>
          <w:sz w:val="20"/>
        </w:rPr>
        <w:t>[5]</w:t>
      </w:r>
    </w:p>
    <w:p>
      <w:r>
        <w:rPr>
          <w:rFonts w:ascii="Gentium Plus" w:hAnsi="Gentium Plus"/>
          <w:sz w:val="24"/>
        </w:rPr>
        <w:t>αὐτοῖς καὶ συνάχθεσθαι ὡς δι’ ἀπορίαν λῃστεύουσί τε</w:t>
      </w:r>
    </w:p>
    <w:p>
      <w:r>
        <w:rPr>
          <w:rFonts w:ascii="Courier New" w:hAnsi="Courier New"/>
          <w:color w:val="555555"/>
          <w:sz w:val="20"/>
        </w:rPr>
        <w:t>[Iber . 250]</w:t>
      </w:r>
    </w:p>
    <w:p>
      <w:r>
        <w:rPr>
          <w:rFonts w:ascii="Gentium Plus" w:hAnsi="Gentium Plus"/>
          <w:sz w:val="24"/>
        </w:rPr>
        <w:t>καὶ πολεμοῦσι καὶ παρεσπονδηκόσιν. “τὸ γὰρ λυπρόγεων,” ἔφη, “καὶ πενιχρὸν ὑμᾶς ἐς ταῦτα ἀναγκάζει· δώσω δ’ ἐγὼ πενομένοις φίλοις γῆν ἀγαθὴν καὶ ἐν ἀφθόνοις</w:t>
      </w:r>
    </w:p>
    <w:p>
      <w:r>
        <w:rPr>
          <w:rFonts w:ascii="Courier New" w:hAnsi="Courier New"/>
          <w:color w:val="555555"/>
          <w:sz w:val="20"/>
        </w:rPr>
        <w:t>[Iber . 251]</w:t>
      </w:r>
    </w:p>
    <w:p>
      <w:r>
        <w:rPr>
          <w:rFonts w:ascii="Gentium Plus" w:hAnsi="Gentium Plus"/>
          <w:sz w:val="24"/>
        </w:rPr>
        <w:t>συνοικιῶ, διελὼν ἐς τρία.” οἳ μὲν δὴ τάδε προσδοκῶντες ἀπὸ τῶν ἰδίων ἀνίσταντο καὶ συνῄεσαν, οἷ προσέτασσεν ὁ Γάλβας· ὃ δὲ αὐτοὺς ἐς τρία διῄρει καὶ πεδίον ἑκάστοις τι ὑποδείξας ἐκέλευεν ἐν τῷ πεδίῳ περιμένειν, μέχρι</w:t>
      </w:r>
    </w:p>
    <w:p>
      <w:r>
        <w:rPr>
          <w:rFonts w:ascii="Courier New" w:hAnsi="Courier New"/>
          <w:color w:val="555555"/>
          <w:sz w:val="20"/>
        </w:rPr>
        <w:t>[Iber . 252]</w:t>
      </w:r>
    </w:p>
    <w:p>
      <w:r>
        <w:rPr>
          <w:rFonts w:ascii="Gentium Plus" w:hAnsi="Gentium Plus"/>
          <w:sz w:val="24"/>
        </w:rPr>
        <w:t>πολίσειεν αὐτοὺς ἐπελθών. ὡς δ’ ἧκεν ἐπὶ τοὺς πρώτους, ἐκέλευεν ὡς φίλους θέσθαι τὰ ὅπλα, θεμένους δ’ ἀπετά‐</w:t>
      </w:r>
    </w:p>
    <w:p>
      <w:r>
        <w:rPr>
          <w:rFonts w:ascii="Courier New" w:hAnsi="Courier New"/>
          <w:color w:val="555555"/>
          <w:sz w:val="20"/>
        </w:rPr>
        <w:t>[Iber . 253]</w:t>
      </w:r>
    </w:p>
    <w:p>
      <w:r>
        <w:rPr>
          <w:rFonts w:ascii="Gentium Plus" w:hAnsi="Gentium Plus"/>
          <w:sz w:val="24"/>
        </w:rPr>
        <w:t>λοῦντας. τῷ δ’ αὐτῷ τρόπῳ καὶ τοὺς δευτέρους καὶ τρίτους ἐπειχθεὶς ἀνεῖλεν, ἀγνοοῦντας ἔτι τὰ πάθη τὰ τῶν προτέρων, ἀπιστίᾳ μὲν ἄρα ἀπιστίαν μετιών, οὐκ</w:t>
      </w:r>
    </w:p>
    <w:p>
      <w:r>
        <w:rPr>
          <w:rFonts w:ascii="Courier New" w:hAnsi="Courier New"/>
          <w:color w:val="555555"/>
          <w:sz w:val="20"/>
        </w:rPr>
        <w:t>[Iber . 254]</w:t>
      </w:r>
    </w:p>
    <w:p>
      <w:r>
        <w:rPr>
          <w:rFonts w:ascii="Gentium Plus" w:hAnsi="Gentium Plus"/>
          <w:sz w:val="24"/>
        </w:rPr>
        <w:t>ἀξίως δὲ Ῥωμαίων μιμούμενος βαρβάρους. ὀλίγοι δ’ αὐ‐ τῶν διέφυγον, ὧν ἦν Οὐρίατθος, ὃς μετ’ οὐ πολὺ ἡγήσατο Λυσιτανῶν καὶ ἔκτεινε πολλοὺς Ῥωμαίων καὶ ἔργα μέ‐ γιστα ἐπεδείξατο. ἀλλὰ τάδε μὲν ὕστερον γενόμενα ὕστε‐</w:t>
      </w:r>
    </w:p>
    <w:p>
      <w:r>
        <w:rPr>
          <w:rFonts w:ascii="Courier New" w:hAnsi="Courier New"/>
          <w:color w:val="555555"/>
          <w:sz w:val="20"/>
        </w:rPr>
        <w:t>[Iber . 255]</w:t>
      </w:r>
    </w:p>
    <w:p>
      <w:r>
        <w:rPr>
          <w:rFonts w:ascii="Gentium Plus" w:hAnsi="Gentium Plus"/>
          <w:sz w:val="24"/>
        </w:rPr>
        <w:t>ρον λέξω· τότε δ’ ὁ Γάλβας, Λουκούλλου φιλοχρηματώ‐ τερος ὤν, ὀλίγα μέν τινα τῆς λείας τῇ στρατιᾷ διεδίδου καὶ ὀλίγα τοῖς φίλοις, τὰ λοιπὰ δ’ ἐσφετερίζετο, καίτοι πλουσιώτατος ὢν ὁμοῦ τι Ῥωμαίων· ἀλλ’ οὐδὲ ἐν τῇ</w:t>
      </w:r>
    </w:p>
    <w:p>
      <w:r>
        <w:rPr>
          <w:rFonts w:ascii="Courier New" w:hAnsi="Courier New"/>
          <w:color w:val="555555"/>
          <w:sz w:val="20"/>
        </w:rPr>
        <w:t>[5]</w:t>
      </w:r>
    </w:p>
    <w:p>
      <w:r>
        <w:rPr>
          <w:rFonts w:ascii="Gentium Plus" w:hAnsi="Gentium Plus"/>
          <w:sz w:val="24"/>
        </w:rPr>
        <w:t>εἰρήνῃ φασὶν αὐτὸν διαλιπεῖν ψευδόμενόν τε καὶ ἐπιορ‐ κοῦντα διὰ κέρδη. μισούμενος δὲ καὶ κατηγορούμενος διέφευγε διὰ τὸν πλοῦτον.</w:t>
      </w:r>
    </w:p>
    <w:p>
      <w:r>
        <w:rPr>
          <w:rFonts w:ascii="Courier New" w:hAnsi="Courier New"/>
          <w:color w:val="555555"/>
          <w:sz w:val="20"/>
        </w:rPr>
        <w:t>[Iber . 256]</w:t>
      </w:r>
    </w:p>
    <w:p>
      <w:r>
        <w:rPr>
          <w:rFonts w:ascii="Gentium Plus" w:hAnsi="Gentium Plus"/>
          <w:sz w:val="24"/>
        </w:rPr>
        <w:t>οὐ πολὺ δὲ ὕστερον, ὅσοι διέφευγον ἐκ τῆς Λουκούλλου καὶ Γάλβα παρανομήσεως, ἁλισθέντες ἐς μυρίους τὴν</w:t>
      </w:r>
    </w:p>
    <w:p>
      <w:r>
        <w:rPr>
          <w:rFonts w:ascii="Courier New" w:hAnsi="Courier New"/>
          <w:color w:val="555555"/>
          <w:sz w:val="20"/>
        </w:rPr>
        <w:t>[Iber . 257]</w:t>
      </w:r>
    </w:p>
    <w:p>
      <w:r>
        <w:rPr>
          <w:rFonts w:ascii="Gentium Plus" w:hAnsi="Gentium Plus"/>
          <w:sz w:val="24"/>
        </w:rPr>
        <w:t>Τυρδιτανίαν κατέτρεχον. καὶ αὐτοῖς ἀπὸ Ῥώμης ἐπελθὼν Γάιος Οὐετίλιος, ἄγων τέ τινα στρατὸν ἄλλον καὶ τοὺς ἐν Ἰβηρίᾳ προσλαβών, ἅπαντας ἔχων ἐς μυρίους, ἐπέπεσε προνομεύουσι καὶ πολλοὺς ἀνελὼν συνέωσε τοὺς λοιποὺς</w:t>
      </w:r>
    </w:p>
    <w:p>
      <w:r>
        <w:rPr>
          <w:rFonts w:ascii="Courier New" w:hAnsi="Courier New"/>
          <w:color w:val="555555"/>
          <w:sz w:val="20"/>
        </w:rPr>
        <w:t>[5]</w:t>
      </w:r>
    </w:p>
    <w:p>
      <w:r>
        <w:rPr>
          <w:rFonts w:ascii="Gentium Plus" w:hAnsi="Gentium Plus"/>
          <w:sz w:val="24"/>
        </w:rPr>
        <w:t>ἔς τι χωρίον, οἷ κινδυνεύειν τε μένοντας ἐχρῆν ὑπὸ λιμοῦ</w:t>
      </w:r>
    </w:p>
    <w:p>
      <w:r>
        <w:rPr>
          <w:rFonts w:ascii="Courier New" w:hAnsi="Courier New"/>
          <w:color w:val="555555"/>
          <w:sz w:val="20"/>
        </w:rPr>
        <w:t>[Iber . 258]</w:t>
      </w:r>
    </w:p>
    <w:p>
      <w:r>
        <w:rPr>
          <w:rFonts w:ascii="Gentium Plus" w:hAnsi="Gentium Plus"/>
          <w:sz w:val="24"/>
        </w:rPr>
        <w:t>καὶ ἀπιόντας ὑπὸ Ῥωμαίων· ὧδε γὰρ εἶχε δυσχωρίας. καὶ</w:t>
      </w:r>
    </w:p>
    <w:p>
      <w:r>
        <w:rPr>
          <w:rFonts w:ascii="Courier New" w:hAnsi="Courier New"/>
          <w:color w:val="555555"/>
          <w:sz w:val="20"/>
        </w:rPr>
        <w:t>[Iber . 259]</w:t>
      </w:r>
    </w:p>
    <w:p>
      <w:r>
        <w:rPr>
          <w:rFonts w:ascii="Gentium Plus" w:hAnsi="Gentium Plus"/>
          <w:sz w:val="24"/>
        </w:rPr>
        <w:t>καὶ συνετίθετο ἤδη. Οὐρίατθος δ’, ὁ ἐκ τῆς Γάλβα παρα‐ νομίας ἐκφυγών, τότε συνὼν αὐτοῖς ὑπεμίμνησκε τῆς Ῥωμαίων ἀπιστίας, ὁσάκις τε αὐτοῖς ὀμόσαντες ἐπι‐ θοῖντο καὶ ὡς ὅδε πᾶς ὁ στρατὸς ἐκ τοιῶνδε ἐπιορκιῶν</w:t>
      </w:r>
    </w:p>
    <w:p>
      <w:r>
        <w:rPr>
          <w:rFonts w:ascii="Courier New" w:hAnsi="Courier New"/>
          <w:color w:val="555555"/>
          <w:sz w:val="20"/>
        </w:rPr>
        <w:t>[5]</w:t>
      </w:r>
    </w:p>
    <w:p>
      <w:r>
        <w:rPr>
          <w:rFonts w:ascii="Gentium Plus" w:hAnsi="Gentium Plus"/>
          <w:sz w:val="24"/>
        </w:rPr>
        <w:t>Γάλβα καὶ Λουκούλλου διαφύγοιμεν. οὐδ’ ἀπορεῖν ἔφη σωτηρίας ἀπὸ τοῦδε τοῦ χωρίου, ἂν ἐθέλωσι πείθεσθαι.</w:t>
      </w:r>
    </w:p>
    <w:p>
      <w:r>
        <w:rPr>
          <w:rFonts w:ascii="Courier New" w:hAnsi="Courier New"/>
          <w:color w:val="555555"/>
          <w:sz w:val="20"/>
        </w:rPr>
        <w:t>[Iber . 260]</w:t>
      </w:r>
    </w:p>
    <w:p>
      <w:r>
        <w:rPr>
          <w:rFonts w:ascii="Gentium Plus" w:hAnsi="Gentium Plus"/>
          <w:sz w:val="24"/>
        </w:rPr>
        <w:t>ἐρεθισθέντων δ’ αὐτῶν καὶ ἐν ἐλπίσι γενομένων ᾑρέθη τε στρατηγὸς καὶ πάντας ἐκτάξας ἐς μέτωπον ὡς ἐπὶ μάχῃ τοὺς μὲν ἄλλους ἐκέλευσεν, ὅταν αὐτὸς ἐπιβῇ τοῦ ἵππου, διαιρεθέντας ἐς μέρη πολλὰ φεύγειν, ὡς δύνανται,</w:t>
      </w:r>
    </w:p>
    <w:p>
      <w:r>
        <w:rPr>
          <w:rFonts w:ascii="Courier New" w:hAnsi="Courier New"/>
          <w:color w:val="555555"/>
          <w:sz w:val="20"/>
        </w:rPr>
        <w:t>[5]</w:t>
      </w:r>
    </w:p>
    <w:p>
      <w:r>
        <w:rPr>
          <w:rFonts w:ascii="Gentium Plus" w:hAnsi="Gentium Plus"/>
          <w:sz w:val="24"/>
        </w:rPr>
        <w:t>κατ’ ἄλλας καὶ ἄλλας ὁδοὺς ἐς Τριβόλαν πόλιν, ἔνθα αὑτὸν περιμένειν, χιλίους δὲ μόνους ἐπιλεξάμενος ἐκέ‐</w:t>
      </w:r>
    </w:p>
    <w:p>
      <w:r>
        <w:rPr>
          <w:rFonts w:ascii="Courier New" w:hAnsi="Courier New"/>
          <w:color w:val="555555"/>
          <w:sz w:val="20"/>
        </w:rPr>
        <w:t>[Iber . 261]</w:t>
      </w:r>
    </w:p>
    <w:p>
      <w:r>
        <w:rPr>
          <w:rFonts w:ascii="Gentium Plus" w:hAnsi="Gentium Plus"/>
          <w:sz w:val="24"/>
        </w:rPr>
        <w:t>λευσεν αὑτῷ συνίστασθαι. καὶ γιγνομένων τούτων οἳ μὲν εὐθὺς ἔφυγον, ἐπειδὴ ὁ Οὐρίατθος τὸν ἵππον ἀνέβη, ὁ δὲ Οὐετίλιος αὐτοὺς δείσας διώκειν ἐς πολλὰ διῃρημέ‐ νους, ἐπὶ τὸν Οὐρίατθον ἑστῶτα καὶ ἐφεδρεύοντα τῷ</w:t>
      </w:r>
    </w:p>
    <w:p>
      <w:r>
        <w:rPr>
          <w:rFonts w:ascii="Courier New" w:hAnsi="Courier New"/>
          <w:color w:val="555555"/>
          <w:sz w:val="20"/>
        </w:rPr>
        <w:t>[Iber . 262]</w:t>
      </w:r>
    </w:p>
    <w:p>
      <w:r>
        <w:rPr>
          <w:rFonts w:ascii="Gentium Plus" w:hAnsi="Gentium Plus"/>
          <w:sz w:val="24"/>
        </w:rPr>
        <w:t>γενησομένῳ τραπεὶς ἐμάχετο. ὃ δ’ ὠκυτάτοις ἵπποις αὐτὸν ἐνοχλῶν καὶ ὑποφεύγων καὶ πάλιν ἱστάμενος καὶ ἐπιὼν ἐκείνην τε τὴν ἡμέραν ἐν τῷ αὐτῷ πεδίῳ καὶ τὴν ἐπιοῦσαν</w:t>
      </w:r>
    </w:p>
    <w:p>
      <w:r>
        <w:rPr>
          <w:rFonts w:ascii="Courier New" w:hAnsi="Courier New"/>
          <w:color w:val="555555"/>
          <w:sz w:val="20"/>
        </w:rPr>
        <w:t>[Iber . 263]</w:t>
      </w:r>
    </w:p>
    <w:p>
      <w:r>
        <w:rPr>
          <w:rFonts w:ascii="Gentium Plus" w:hAnsi="Gentium Plus"/>
          <w:sz w:val="24"/>
        </w:rPr>
        <w:t>ὅλην διέτριψε περιθέων. ὡς δ’ εἴκασεν ἀσφαλῶς ἔχειν τῆς φυγῆς τοὺς ἑτέρους, τότε νυκτὸς ὁρμήσας δι’ ὁδῶν ἀτρι‐ βῶν κουφοτάτοις ἵπποις ἀπέδραμεν ἐς Τριβόλαν, Ῥωμαίων αὐτὸν διώκειν ὁμοίως οὐ δυναμένων διά τε βάρος ὅπλων</w:t>
      </w:r>
    </w:p>
    <w:p>
      <w:r>
        <w:rPr>
          <w:rFonts w:ascii="Courier New" w:hAnsi="Courier New"/>
          <w:color w:val="555555"/>
          <w:sz w:val="20"/>
        </w:rPr>
        <w:t>[Iber . 264]</w:t>
      </w:r>
    </w:p>
    <w:p>
      <w:r>
        <w:rPr>
          <w:rFonts w:ascii="Gentium Plus" w:hAnsi="Gentium Plus"/>
          <w:sz w:val="24"/>
        </w:rPr>
        <w:t>καὶ ἀπειρίαν ὁδῶν καὶ ἵππων ἀνομοιότητα. ὧδε μὲν ἐξ ἀέλπτου στρατὸν ἀπογιγνώσκοντα αὑτοῦ περιέσωσε, καὶ τὸ στρατήγημα τόδε περιφερόμενον ἐς τοὺς τῇδε βαρβά‐</w:t>
      </w:r>
    </w:p>
    <w:p>
      <w:r>
        <w:rPr>
          <w:rFonts w:ascii="Courier New" w:hAnsi="Courier New"/>
          <w:color w:val="555555"/>
          <w:sz w:val="20"/>
        </w:rPr>
        <w:t>[Iber . 265]</w:t>
      </w:r>
    </w:p>
    <w:p>
      <w:r>
        <w:rPr>
          <w:rFonts w:ascii="Gentium Plus" w:hAnsi="Gentium Plus"/>
          <w:sz w:val="24"/>
        </w:rPr>
        <w:t>χώρουν. ὃ δ’ ἐς ὀκτὼ ἔτη Ῥωμαίοις ἐπολέμει· καί μοι δοκεῖ τὸν Οὐριάτθου πόλεμον σφόδρα τε ἐνοχλήσαντα Ῥωμαίοις καὶ δυσεργότατον αὐτοῖς γενόμενον συναγαγεῖν, ἀναθέμε‐ νον, εἴ τι τοῦ αὐτοῦ χρόνου περὶ Ἰβηρίαν ἄλλο ἐγίγνετο.</w:t>
      </w:r>
    </w:p>
    <w:p>
      <w:r>
        <w:rPr>
          <w:rFonts w:ascii="Courier New" w:hAnsi="Courier New"/>
          <w:color w:val="555555"/>
          <w:sz w:val="20"/>
        </w:rPr>
        <w:t>[Iber . 266]</w:t>
      </w:r>
    </w:p>
    <w:p>
      <w:r>
        <w:rPr>
          <w:rFonts w:ascii="Gentium Plus" w:hAnsi="Gentium Plus"/>
          <w:sz w:val="24"/>
        </w:rPr>
        <w:t>Οὐετίλιος μὲν δὴ αὐτὸν διώκων ἦλθεν ἐπὶ τὴν Τριβό‐ λαν, ὁ δ’ Οὐρίατθος ἐν λόχμαις ἐνέδραν ἐπικρύψας ἔφυγε, μέχρι τὰς λόχμας ὑπερελθόντος τοῦ Οὐετιλίου αὐτός τε ἐπεστρέφετο καὶ οἱ ἐκ τῆς ἐνέδρας ἀνεπήδων καὶ Ῥωμαίους</w:t>
      </w:r>
    </w:p>
    <w:p>
      <w:r>
        <w:rPr>
          <w:rFonts w:ascii="Courier New" w:hAnsi="Courier New"/>
          <w:color w:val="555555"/>
          <w:sz w:val="20"/>
        </w:rPr>
        <w:t>[5]</w:t>
      </w:r>
    </w:p>
    <w:p>
      <w:r>
        <w:rPr>
          <w:rFonts w:ascii="Gentium Plus" w:hAnsi="Gentium Plus"/>
          <w:sz w:val="24"/>
        </w:rPr>
        <w:t>ἑκατέρωθεν ἔκτεινόν τε καὶ ἐζώγρουν καὶ ἐς τὰς φάραγγας ἐώθουν. ἐζωγρήθη δὲ καὶ ὁ Οὐετίλιος· καὶ αὐτὸν ὁ λαβὼν ἀγνοῶν, γέροντα ὑπέρπαχυν ὁρῶν, ἔκτεινεν ὡς οὐδενὸς</w:t>
      </w:r>
    </w:p>
    <w:p>
      <w:r>
        <w:rPr>
          <w:rFonts w:ascii="Courier New" w:hAnsi="Courier New"/>
          <w:color w:val="555555"/>
          <w:sz w:val="20"/>
        </w:rPr>
        <w:t>[Iber . 267]</w:t>
      </w:r>
    </w:p>
    <w:p>
      <w:r>
        <w:rPr>
          <w:rFonts w:ascii="Gentium Plus" w:hAnsi="Gentium Plus"/>
          <w:sz w:val="24"/>
        </w:rPr>
        <w:t>ἄξιον. Ῥωμαίων δὲ μόλις ἐκ μυρίων ἑξακισχίλιοι διέδρασαν ἐς Καρπησσόν, ἐπὶ θαλάσσῃ πόλιν, ἣν ἐγὼ νομίζω πρὸς Ἑλλήνων πάλαι Ταρτησσὸν ὀνομάζεσθαι καὶ Ἀργανθώ‐ νιον αὐτῆς βασιλεῦσαι, ὃν ἐς πεντήκοντα καὶ ἑκατὸν ἔτη</w:t>
      </w:r>
    </w:p>
    <w:p>
      <w:r>
        <w:rPr>
          <w:rFonts w:ascii="Courier New" w:hAnsi="Courier New"/>
          <w:color w:val="555555"/>
          <w:sz w:val="20"/>
        </w:rPr>
        <w:t>[Iber . 268]</w:t>
      </w:r>
    </w:p>
    <w:p>
      <w:r>
        <w:rPr>
          <w:rFonts w:ascii="Gentium Plus" w:hAnsi="Gentium Plus"/>
          <w:sz w:val="24"/>
        </w:rPr>
        <w:t>ἀφικέσθαι φασί. τοὺς μὲν οὖν ἐς τὴν Καρπησσὸν δια‐ φυγόντας ὁ ταμίας, ὃς εἵπετο τῷ Οὐετιλίῳ, συνέτασσεν ἐπὶ τειχῶν δεδιότας· παρὰ δὲ Βελλῶν καὶ Τίτθων αἰτή‐ σας πεντακισχιλίους συμμάχους καὶ λαβὼν προύπεμψεν</w:t>
      </w:r>
    </w:p>
    <w:p>
      <w:r>
        <w:rPr>
          <w:rFonts w:ascii="Courier New" w:hAnsi="Courier New"/>
          <w:color w:val="555555"/>
          <w:sz w:val="20"/>
        </w:rPr>
        <w:t>[5]</w:t>
      </w:r>
    </w:p>
    <w:p>
      <w:r>
        <w:rPr>
          <w:rFonts w:ascii="Gentium Plus" w:hAnsi="Gentium Plus"/>
          <w:sz w:val="24"/>
        </w:rPr>
        <w:t>ἐπὶ τὸν Οὐρίατθον. ὃ δὲ πάντας ἔκτεινεν, ὡς μηδ’ ἄγγελον διαφυγεῖν. καὶ ὁ ταμίας ἡσύχαζεν ἐν τῇ πόλει, περιμένων</w:t>
      </w:r>
    </w:p>
    <w:p>
      <w:r>
        <w:rPr>
          <w:rFonts w:ascii="Courier New" w:hAnsi="Courier New"/>
          <w:color w:val="555555"/>
          <w:sz w:val="20"/>
        </w:rPr>
        <w:t>[Iber . 269]</w:t>
      </w:r>
    </w:p>
    <w:p>
      <w:r>
        <w:rPr>
          <w:rFonts w:ascii="Gentium Plus" w:hAnsi="Gentium Plus"/>
          <w:sz w:val="24"/>
        </w:rPr>
        <w:t>τινὰ βοήθειαν ἀπὸ Ῥώμης. Οὐρίατθος δὲ τὴν Καρπητα‐ νίαν, εὐδαίμονα χώραν, ἐπιὼν ἀδεῶς ἐλεηλάτει, ἕως ἧκεν ἐκ Ῥώμης Γάιος Πλαύτιος, ἄγων πεζοὺς μυρίους καὶ ἱπ‐</w:t>
      </w:r>
    </w:p>
    <w:p>
      <w:r>
        <w:rPr>
          <w:rFonts w:ascii="Courier New" w:hAnsi="Courier New"/>
          <w:color w:val="555555"/>
          <w:sz w:val="20"/>
        </w:rPr>
        <w:t>[Iber . 270]</w:t>
      </w:r>
    </w:p>
    <w:p>
      <w:r>
        <w:rPr>
          <w:rFonts w:ascii="Gentium Plus" w:hAnsi="Gentium Plus"/>
          <w:sz w:val="24"/>
        </w:rPr>
        <w:t>πέας χιλίους ἐπὶ τριακοσίοις. τότε δ’ αὖθις ὑπεκρίνατο</w:t>
      </w:r>
    </w:p>
    <w:p>
      <w:r>
        <w:rPr>
          <w:rFonts w:ascii="Courier New" w:hAnsi="Courier New"/>
          <w:color w:val="555555"/>
          <w:sz w:val="20"/>
        </w:rPr>
        <w:t>[Iber . 271]</w:t>
      </w:r>
    </w:p>
    <w:p>
      <w:r>
        <w:rPr>
          <w:rFonts w:ascii="Gentium Plus" w:hAnsi="Gentium Plus"/>
          <w:sz w:val="24"/>
        </w:rPr>
        <w:t>ἔκτεινε χωρὶς ὀλίγων. καὶ τὸν Τάγον ποταμὸν διαβὰς ἐστρατοπέδευεν ἐν ὄρει περιφύτῳ μὲν ἐλάαις, Ἀφροδίτης δ’ ἐπωνύμῳ, ἔνθα ὁ Πλαύτιος καταλαβὼν καὶ τὸ πταῖσμα ἀναλαβεῖν ἐπειγόμενος συνέβαλεν. ἡττηθεὶς δὲ φόνου</w:t>
      </w:r>
    </w:p>
    <w:p>
      <w:r>
        <w:rPr>
          <w:rFonts w:ascii="Courier New" w:hAnsi="Courier New"/>
          <w:color w:val="555555"/>
          <w:sz w:val="20"/>
        </w:rPr>
        <w:t>[5]</w:t>
      </w:r>
    </w:p>
    <w:p>
      <w:r>
        <w:rPr>
          <w:rFonts w:ascii="Gentium Plus" w:hAnsi="Gentium Plus"/>
          <w:sz w:val="24"/>
        </w:rPr>
        <w:t>πολλοῦ γενομένου διέφυγεν ἀκόσμως ἐς τὰς πόλεις καὶ ἐκ</w:t>
      </w:r>
    </w:p>
    <w:p>
      <w:r>
        <w:rPr>
          <w:rFonts w:ascii="Courier New" w:hAnsi="Courier New"/>
          <w:color w:val="555555"/>
          <w:sz w:val="20"/>
        </w:rPr>
        <w:t>[Iber . 272]</w:t>
      </w:r>
    </w:p>
    <w:p>
      <w:r>
        <w:rPr>
          <w:rFonts w:ascii="Gentium Plus" w:hAnsi="Gentium Plus"/>
          <w:sz w:val="24"/>
        </w:rPr>
        <w:t>μέσου θέρους ἐχείμαζεν, οὐ θαρρῶν οὐδαμοῖ προϊέναι. ὁ δ’ Οὐρίατθος τὴν χώραν ἀδεῶς περιιὼν ᾔτει τοὺς κεκτη‐ μένους τιμὴν τοῦ ἐπικειμένου καρποῦ καὶ παρ’ ὧν μὴ λάβοι, διέφθειρεν.</w:t>
      </w:r>
    </w:p>
    <w:p>
      <w:r>
        <w:rPr>
          <w:rFonts w:ascii="Courier New" w:hAnsi="Courier New"/>
          <w:color w:val="555555"/>
          <w:sz w:val="20"/>
        </w:rPr>
        <w:t>[Iber . 273]</w:t>
      </w:r>
    </w:p>
    <w:p>
      <w:r>
        <w:rPr>
          <w:rFonts w:ascii="Gentium Plus" w:hAnsi="Gentium Plus"/>
          <w:sz w:val="24"/>
        </w:rPr>
        <w:t>ὧν οἱ ἐν ἄστει Ῥωμαῖοι πυνθανόμενοι Φάβιον Μάξιμον Αἰμιλιανόν, Αἰμιλίου Παύλου τοῦ Περσέα τὸν Μακεδόνων βασιλέα ἀνελόντος υἱόν, ἔπεμπον ἐς Ἰβηρίαν καὶ στρατιὰν</w:t>
      </w:r>
    </w:p>
    <w:p>
      <w:r>
        <w:rPr>
          <w:rFonts w:ascii="Courier New" w:hAnsi="Courier New"/>
          <w:color w:val="555555"/>
          <w:sz w:val="20"/>
        </w:rPr>
        <w:t>[Iber . 274]</w:t>
      </w:r>
    </w:p>
    <w:p>
      <w:r>
        <w:rPr>
          <w:rFonts w:ascii="Gentium Plus" w:hAnsi="Gentium Plus"/>
          <w:sz w:val="24"/>
        </w:rPr>
        <w:t>ἑαυτῷ καταγράφειν ἐπέτρεπον. ὃ δέ, Ῥωμαίων ἄρτι Καρχηδόνα καὶ τὴν Ἑλλάδα ἑλόντων καὶ τὸν τρίτον ἐν Μακεδονίᾳ πόλεμον κατωρθωκότων, φειδοῖ τῶν ἀνδρῶν τῶν ἐκεῖθεν ἐληλυθότων κατέλεγεν πρωθήβας, οὐ πρὶν</w:t>
      </w:r>
    </w:p>
    <w:p>
      <w:r>
        <w:rPr>
          <w:rFonts w:ascii="Courier New" w:hAnsi="Courier New"/>
          <w:color w:val="555555"/>
          <w:sz w:val="20"/>
        </w:rPr>
        <w:t>[5]</w:t>
      </w:r>
    </w:p>
    <w:p>
      <w:r>
        <w:rPr>
          <w:rFonts w:ascii="Gentium Plus" w:hAnsi="Gentium Plus"/>
          <w:sz w:val="24"/>
        </w:rPr>
        <w:t>πολέμου πεπειραμένους, ἐς δύο τέλη. καὶ παρὰ τῶν συμ‐ μάχων στρατὸν ἄλλον αἰτήσας ἧκεν ἐς Ὄρσωνα τῆς Ἰβηρίας, σύμπαντας ἔχων πεζοὺς μυρίους καὶ πεντακισχι‐</w:t>
      </w:r>
    </w:p>
    <w:p>
      <w:r>
        <w:rPr>
          <w:rFonts w:ascii="Courier New" w:hAnsi="Courier New"/>
          <w:color w:val="555555"/>
          <w:sz w:val="20"/>
        </w:rPr>
        <w:t>[Iber . 275]</w:t>
      </w:r>
    </w:p>
    <w:p>
      <w:r>
        <w:rPr>
          <w:rFonts w:ascii="Gentium Plus" w:hAnsi="Gentium Plus"/>
          <w:sz w:val="24"/>
        </w:rPr>
        <w:t>λίους καὶ ἱππέας ἐς δισχιλίους. ὅθεν οὔπω μάχης ἄρχων, μέχρι τὴν στρατιὰν γυμνάσειεν, ἐς Γάδειρα διέπλευσε τὸν πορθμόν, Ἡρακλεῖ θύσων. ὁ δὲ Οὐρίατθος αὐτοῦ τῶν ξυλευομένων τισὶν ἐπιπεσὼν ἔκτεινε πολλοὺς καὶ ἐφόβησε</w:t>
      </w:r>
    </w:p>
    <w:p>
      <w:r>
        <w:rPr>
          <w:rFonts w:ascii="Courier New" w:hAnsi="Courier New"/>
          <w:color w:val="555555"/>
          <w:sz w:val="20"/>
        </w:rPr>
        <w:t>[Iber . 276]</w:t>
      </w:r>
    </w:p>
    <w:p>
      <w:r>
        <w:rPr>
          <w:rFonts w:ascii="Gentium Plus" w:hAnsi="Gentium Plus"/>
          <w:sz w:val="24"/>
        </w:rPr>
        <w:t>τοὺς λοιπούς. τοῦ δ’ ὑποστρατήγου συντάξαντος αὐτοὺς αὖθις ὁ Οὐρίατθος ἐκράτει καὶ πολλὴν λείαν περιεσύρατο.</w:t>
      </w:r>
    </w:p>
    <w:p>
      <w:r>
        <w:rPr>
          <w:rFonts w:ascii="Courier New" w:hAnsi="Courier New"/>
          <w:color w:val="555555"/>
          <w:sz w:val="20"/>
        </w:rPr>
        <w:t>[Iber . 277]</w:t>
      </w:r>
    </w:p>
    <w:p>
      <w:r>
        <w:rPr>
          <w:rFonts w:ascii="Gentium Plus" w:hAnsi="Gentium Plus"/>
          <w:sz w:val="24"/>
        </w:rPr>
        <w:t>μενος. ὃ δὲ ὅλῳ μὲν οὐ συνεμίσγετο τῷ στρατῷ, γυμνάζων αὐτοὺς ἔτι, κατὰ δὲ μέρη πολλάκις ἠκροβολίζετο, πεῖράν τε ποιούμενος τῶν πολεμίων καὶ τοῖς ἰδίοις ἐντιθεὶς θάρ‐ σος. χορτολογῶν τε ἐνόπλους ἀεὶ τοῖς γυμνοῖς περιίστη</w:t>
      </w:r>
    </w:p>
    <w:p>
      <w:r>
        <w:rPr>
          <w:rFonts w:ascii="Courier New" w:hAnsi="Courier New"/>
          <w:color w:val="555555"/>
          <w:sz w:val="20"/>
        </w:rPr>
        <w:t>[5]</w:t>
      </w:r>
    </w:p>
    <w:p>
      <w:r>
        <w:rPr>
          <w:rFonts w:ascii="Gentium Plus" w:hAnsi="Gentium Plus"/>
          <w:sz w:val="24"/>
        </w:rPr>
        <w:t>καὶ περιέτρεχε μεθ’ ἱππέων αὐτός, οἷα Παύλῳ τῷ πατρὶ</w:t>
      </w:r>
    </w:p>
    <w:p>
      <w:r>
        <w:rPr>
          <w:rFonts w:ascii="Courier New" w:hAnsi="Courier New"/>
          <w:color w:val="555555"/>
          <w:sz w:val="20"/>
        </w:rPr>
        <w:t>[Iber . 278]</w:t>
      </w:r>
    </w:p>
    <w:p>
      <w:r>
        <w:rPr>
          <w:rFonts w:ascii="Gentium Plus" w:hAnsi="Gentium Plus"/>
          <w:sz w:val="24"/>
        </w:rPr>
        <w:t>συστρατευόμενος ἐν Μακεδόσιν ἑώρα. μετὰ δὲ χειμῶνα γεγυμνασμένῳ τῷ στρατῷ τρέπεται δεύτερος ὅδε τὸν Οὐρίατθον καλῶς ἀγωνισάμενον καὶ πόλεις αὐτοῦ δύο τὴν μὲν διήρπασεν, τὴν δ’ ἐνέπρησεν, αὐτόν τε φεύγοντα</w:t>
      </w:r>
    </w:p>
    <w:p>
      <w:r>
        <w:rPr>
          <w:rFonts w:ascii="Courier New" w:hAnsi="Courier New"/>
          <w:color w:val="555555"/>
          <w:sz w:val="20"/>
        </w:rPr>
        <w:t>[5]</w:t>
      </w:r>
    </w:p>
    <w:p>
      <w:r>
        <w:rPr>
          <w:rFonts w:ascii="Gentium Plus" w:hAnsi="Gentium Plus"/>
          <w:sz w:val="24"/>
        </w:rPr>
        <w:t>ἐς χωρίον, ᾧ ὄνομα ἦν Βαικόρ, διώκων ἔκτεινε πολλούς. καὶ ἐχείμαζεν ἐν Κορδύβῃ.</w:t>
      </w:r>
    </w:p>
    <w:p>
      <w:r>
        <w:rPr>
          <w:rFonts w:ascii="Courier New" w:hAnsi="Courier New"/>
          <w:color w:val="555555"/>
          <w:sz w:val="20"/>
        </w:rPr>
        <w:t>[Iber . 279]</w:t>
      </w:r>
    </w:p>
    <w:p>
      <w:r>
        <w:rPr>
          <w:rFonts w:ascii="Gentium Plus" w:hAnsi="Gentium Plus"/>
          <w:sz w:val="24"/>
        </w:rPr>
        <w:t>ἐφ’ οἷς ὁ Οὐρίατθος, οὐχ ὁμοίως ἔτι καταφρονῶν, Ἀρουακοὺς καὶ Τίτθους καὶ Βελλούς, ἔθνη μαχιμώ‐</w:t>
      </w:r>
    </w:p>
    <w:p>
      <w:r>
        <w:rPr>
          <w:rFonts w:ascii="Courier New" w:hAnsi="Courier New"/>
          <w:color w:val="555555"/>
          <w:sz w:val="20"/>
        </w:rPr>
        <w:t>[Iber . 280]</w:t>
      </w:r>
    </w:p>
    <w:p>
      <w:r>
        <w:rPr>
          <w:rFonts w:ascii="Gentium Plus" w:hAnsi="Gentium Plus"/>
          <w:sz w:val="24"/>
        </w:rPr>
        <w:t>τατα, ἀπέστησεν ἀπὸ Ῥωμαίων. καὶ πόλεμον ἄλλον οἵδε ἐφ’ ἑαυτῶν ἐπολέμουν, ὃν ἐκ πόλεως αὐτῶν μιᾶς Νομαντῖ‐ νον ἡγοῦνται, μακρόν τε καὶ ἐπίπονον Ῥωμαίοις γενόμενον,</w:t>
      </w:r>
    </w:p>
    <w:p>
      <w:r>
        <w:rPr>
          <w:rFonts w:ascii="Courier New" w:hAnsi="Courier New"/>
          <w:color w:val="555555"/>
          <w:sz w:val="20"/>
        </w:rPr>
        <w:t>[Iber . 281]</w:t>
      </w:r>
    </w:p>
    <w:p>
      <w:r>
        <w:rPr>
          <w:rFonts w:ascii="Gentium Plus" w:hAnsi="Gentium Plus"/>
          <w:sz w:val="24"/>
        </w:rPr>
        <w:t>καὶ συνάξω καὶ τόνδε ἐς ἓν μετὰ Οὐρίατθον. Οὐρίατθος μὲν ἐπὶ θάτερα τῆς Ἰβηρίας ἑτέρῳ στρατηγῷ Ῥωμαίων Κοϊντίῳ συνεπλέκετο καὶ ἡσσώμενος ἐς τὸ Ἀφροδίσιον</w:t>
      </w:r>
    </w:p>
    <w:p>
      <w:r>
        <w:rPr>
          <w:rFonts w:ascii="Courier New" w:hAnsi="Courier New"/>
          <w:color w:val="555555"/>
          <w:sz w:val="20"/>
        </w:rPr>
        <w:t>[Iber . 282]</w:t>
      </w:r>
    </w:p>
    <w:p>
      <w:r>
        <w:rPr>
          <w:rFonts w:ascii="Gentium Plus" w:hAnsi="Gentium Plus"/>
          <w:sz w:val="24"/>
        </w:rPr>
        <w:t>ὄρος ἀνέστρεφεν. ὅθεν ἐπιστραφεὶς ἔκτεινε τῶν Κοϊντείων χιλίους καὶ σημεῖά τινα ἥρπασε· τοὺς δὲ λοιποὺς ἐς τὸ στρατόπεδον αὐτῶν συνεδίωξε καὶ τὴν ἐν Ἰτύκκῃ φρουρὰν ἐξέβαλε καὶ τὴν Βαστιτανῶν χώραν ἐλῄζετο, Κοϊντίου διὰ</w:t>
      </w:r>
    </w:p>
    <w:p>
      <w:r>
        <w:rPr>
          <w:rFonts w:ascii="Courier New" w:hAnsi="Courier New"/>
          <w:color w:val="555555"/>
          <w:sz w:val="20"/>
        </w:rPr>
        <w:t>[5]</w:t>
      </w:r>
    </w:p>
    <w:p>
      <w:r>
        <w:rPr>
          <w:rFonts w:ascii="Gentium Plus" w:hAnsi="Gentium Plus"/>
          <w:sz w:val="24"/>
        </w:rPr>
        <w:t>δειλίαν καὶ ἀπειρίαν οὐκ ἐπιβοηθοῦντος, ἀλλ’ ἐν Κορδύβῃ χειμάζοντος ἐκ μέσου μετοπώρου καὶ Γάιον Μάρκιον θαμινὰ ἐπιπέμποντος αὐτῷ, ἄνδρα Ἴβηρα ἐκ πόλεως Ἰταλικῆς.</w:t>
      </w:r>
    </w:p>
    <w:p>
      <w:r>
        <w:rPr>
          <w:rFonts w:ascii="Courier New" w:hAnsi="Courier New"/>
          <w:color w:val="555555"/>
          <w:sz w:val="20"/>
        </w:rPr>
        <w:t>[Iber . 283]</w:t>
      </w:r>
    </w:p>
    <w:p>
      <w:r>
        <w:rPr>
          <w:rFonts w:ascii="Gentium Plus" w:hAnsi="Gentium Plus"/>
          <w:sz w:val="24"/>
        </w:rPr>
        <w:t>τοῦ δ’ ἐπιόντος ἔτους Κοϊντίῳ μὲν ὁ ἀδελφὸς Αἰμιλια‐ νοῦ, Φάβιος Μάξιμος Σερουιλιανός, ἦλθεν ἐπὶ τὴν στρατηγίαν διάδοχος, δύο ἄλλα τέλη Ῥωμαίων ἄγων καὶ συμμάχους τινάς, ἅπαντας ἐς μυρίους καὶ ὀκτακισχι‐</w:t>
      </w:r>
    </w:p>
    <w:p>
      <w:r>
        <w:rPr>
          <w:rFonts w:ascii="Courier New" w:hAnsi="Courier New"/>
          <w:color w:val="555555"/>
          <w:sz w:val="20"/>
        </w:rPr>
        <w:t>[Iber . 284]</w:t>
      </w:r>
    </w:p>
    <w:p>
      <w:r>
        <w:rPr>
          <w:rFonts w:ascii="Gentium Plus" w:hAnsi="Gentium Plus"/>
          <w:sz w:val="24"/>
        </w:rPr>
        <w:t>λίους πεζοὺς καὶ ἱππέας ἑξακοσίους ἐπὶ χιλίοις. ἐπιστείλας δὲ καὶ Μικίψῃ, τῷ Νομάδων βασιλεῖ, πέμψαι οἱ τάχιστα ἐλέφαντας ἐς Ἰτύκκην ἠπείγετο, τὴν στρατιὰν ἄγων κατὰ μέρος· καὶ τὸν Οὐρίατθον ἑξακισχιλίοις ἀνδράσιν ἐπιόντα</w:t>
      </w:r>
    </w:p>
    <w:p>
      <w:r>
        <w:rPr>
          <w:rFonts w:ascii="Courier New" w:hAnsi="Courier New"/>
          <w:color w:val="555555"/>
          <w:sz w:val="20"/>
        </w:rPr>
        <w:t>[5]</w:t>
      </w:r>
    </w:p>
    <w:p>
      <w:r>
        <w:rPr>
          <w:rFonts w:ascii="Gentium Plus" w:hAnsi="Gentium Plus"/>
          <w:sz w:val="24"/>
        </w:rPr>
        <w:t>οἱ μετά τε κραυγῆς καὶ θορύβου βαρβαρικοῦ καὶ κόμης μακρᾶς, ἣν ἐν τοῖς πολέμοις ἐπισείουσι τοῖς ἐχθροῖς, οὐδὲν ὑποπτήξας ὑπέστη τε γενναίως καὶ ἀπεώσατο ἄπρακτον.</w:t>
      </w:r>
    </w:p>
    <w:p>
      <w:r>
        <w:rPr>
          <w:rFonts w:ascii="Courier New" w:hAnsi="Courier New"/>
          <w:color w:val="555555"/>
          <w:sz w:val="20"/>
        </w:rPr>
        <w:t>[Iber . 285]</w:t>
      </w:r>
    </w:p>
    <w:p>
      <w:r>
        <w:rPr>
          <w:rFonts w:ascii="Gentium Plus" w:hAnsi="Gentium Plus"/>
          <w:sz w:val="24"/>
        </w:rPr>
        <w:t>ὡς δέ οἱ καὶ τὸ ἄλλο πλῆθος ἀφῖκτο καὶ ἐκ Λιβύης ἐλέ‐ φαντες δέκα σὺν ἱππεῦσι τριακοσίοις, στρατόπεδον ὠχύ‐ ρου μέγα καὶ προεπεχείρει τῷ Οὐριάτθῳ καὶ τρεψάμενος</w:t>
      </w:r>
    </w:p>
    <w:p>
      <w:r>
        <w:rPr>
          <w:rFonts w:ascii="Courier New" w:hAnsi="Courier New"/>
          <w:color w:val="555555"/>
          <w:sz w:val="20"/>
        </w:rPr>
        <w:t>[Iber . 286]</w:t>
      </w:r>
    </w:p>
    <w:p>
      <w:r>
        <w:rPr>
          <w:rFonts w:ascii="Gentium Plus" w:hAnsi="Gentium Plus"/>
          <w:sz w:val="24"/>
        </w:rPr>
        <w:t>αὐτὸν ἐδίωκεν. ἀτάκτου δὲ τῆς διώξεως γενομένης, ἰδὼν ἐν τῇ φυγῇ τοῦτο ὁ Οὐρίατθος ἐπανῆλθε καὶ κτείνας ἐς τρισχιλίους τοὺς λοιποὺς συνήλασεν ἐς τὸ στρατόπεδον</w:t>
      </w:r>
    </w:p>
    <w:p>
      <w:r>
        <w:rPr>
          <w:rFonts w:ascii="Courier New" w:hAnsi="Courier New"/>
          <w:color w:val="555555"/>
          <w:sz w:val="20"/>
        </w:rPr>
        <w:t>[5]</w:t>
      </w:r>
    </w:p>
    <w:p>
      <w:r>
        <w:rPr>
          <w:rFonts w:ascii="Gentium Plus" w:hAnsi="Gentium Plus"/>
          <w:sz w:val="24"/>
        </w:rPr>
        <w:t>περὶ τὰς πύλας, τῶν δὲ πλεόνων ἐς τὰς σκηνὰς κατα‐ δύντων ὑπὸ δέους καὶ μόλις ὑπὸ τοῦ στρατηγοῦ καὶ τῶν</w:t>
      </w:r>
    </w:p>
    <w:p>
      <w:r>
        <w:rPr>
          <w:rFonts w:ascii="Courier New" w:hAnsi="Courier New"/>
          <w:color w:val="555555"/>
          <w:sz w:val="20"/>
        </w:rPr>
        <w:t>[Iber . 287]</w:t>
      </w:r>
    </w:p>
    <w:p>
      <w:r>
        <w:rPr>
          <w:rFonts w:ascii="Gentium Plus" w:hAnsi="Gentium Plus"/>
          <w:sz w:val="24"/>
        </w:rPr>
        <w:t>χιλιάρχων ἐξαγομένων. τότε μὲν οὖν Φάνιός τε, ὁ Λαιλίου κηδεστής, λαμπρῶς ἠρίστευε, καὶ νὺξ ἐπελθοῦσα Ῥω‐ μαίους περιέσωσεν· ὁ δὲ Οὐρίατθος, ἢ νυκτὸς ἢ καύματος ὥρᾳ θαμινὰ ἐπιὼν καὶ οὔ τινα καιρὸν ἀδόκητον ἐκλείπων,</w:t>
      </w:r>
    </w:p>
    <w:p>
      <w:r>
        <w:rPr>
          <w:rFonts w:ascii="Courier New" w:hAnsi="Courier New"/>
          <w:color w:val="555555"/>
          <w:sz w:val="20"/>
        </w:rPr>
        <w:t>[5]</w:t>
      </w:r>
    </w:p>
    <w:p>
      <w:r>
        <w:rPr>
          <w:rFonts w:ascii="Gentium Plus" w:hAnsi="Gentium Plus"/>
          <w:sz w:val="24"/>
        </w:rPr>
        <w:t>ψιλοῖς ἀνδράσι καὶ ἵπποις ταχυτάτοις ἠνώχλει τοῖς πολε‐</w:t>
      </w:r>
    </w:p>
    <w:p>
      <w:r>
        <w:rPr>
          <w:rFonts w:ascii="Courier New" w:hAnsi="Courier New"/>
          <w:color w:val="555555"/>
          <w:sz w:val="20"/>
        </w:rPr>
        <w:t>[Iber . 288]</w:t>
      </w:r>
    </w:p>
    <w:p>
      <w:r>
        <w:rPr>
          <w:rFonts w:ascii="Gentium Plus" w:hAnsi="Gentium Plus"/>
          <w:sz w:val="24"/>
        </w:rPr>
        <w:t>μίοις, μέχρι τὸν Σερουιλιανὸν ἐς Ἰτύκκην ἀναστῆσαι. τότε δ’ ἤδη τροφῶν τε ἀπορῶν ὁ Οὐρίατθος καὶ τὸν στρατὸν ἔχων ἐλάττω, νυκτὸς ἐμπρήσας τὸ στρατόπεδον, ἐς Λυσιτα‐ νίαν ἀνεχώρει. καὶ αὐτὸν ὁ Σερουιλιανὸς οὐ καταλαβὼν ἐς</w:t>
      </w:r>
    </w:p>
    <w:p>
      <w:r>
        <w:rPr>
          <w:rFonts w:ascii="Courier New" w:hAnsi="Courier New"/>
          <w:color w:val="555555"/>
          <w:sz w:val="20"/>
        </w:rPr>
        <w:t>[5]</w:t>
      </w:r>
    </w:p>
    <w:p>
      <w:r>
        <w:rPr>
          <w:rFonts w:ascii="Gentium Plus" w:hAnsi="Gentium Plus"/>
          <w:sz w:val="24"/>
        </w:rPr>
        <w:t>Βαιτουρίαν ἐνέβαλε καὶ πέντε πόλεις διήρπαζεν, αἳ τῷ</w:t>
      </w:r>
    </w:p>
    <w:p>
      <w:r>
        <w:rPr>
          <w:rFonts w:ascii="Courier New" w:hAnsi="Courier New"/>
          <w:color w:val="555555"/>
          <w:sz w:val="20"/>
        </w:rPr>
        <w:t>[Iber . 289]</w:t>
      </w:r>
    </w:p>
    <w:p>
      <w:r>
        <w:rPr>
          <w:rFonts w:ascii="Gentium Plus" w:hAnsi="Gentium Plus"/>
          <w:sz w:val="24"/>
        </w:rPr>
        <w:t>Οὐριάτθῳ συνεπεπράχεσαν. μετὰ δὲ τοῦτο ἐστράτευεν ἐς Κουνέους, ὅθεν ἐς Λυσιτανοὺς ἐπὶ τὸν Οὐρίατθον αὖθις ἠπείγετο. καὶ αὐτῷ παροδεύοντι δύο λῄσταρχοι μετὰ μυρίων ἀνδρῶν ἐπιθέμενοι, Κούριός τε καὶ Ἀπουλήιος,</w:t>
      </w:r>
    </w:p>
    <w:p>
      <w:r>
        <w:rPr>
          <w:rFonts w:ascii="Courier New" w:hAnsi="Courier New"/>
          <w:color w:val="555555"/>
          <w:sz w:val="20"/>
        </w:rPr>
        <w:t>[Iber . 290]</w:t>
      </w:r>
    </w:p>
    <w:p>
      <w:r>
        <w:rPr>
          <w:rFonts w:ascii="Gentium Plus" w:hAnsi="Gentium Plus"/>
          <w:sz w:val="24"/>
        </w:rPr>
        <w:t>ἐθορύβησαν καὶ τὴν λείαν ἀφείλοντο. καὶ Κούριος μὲν ἐν τῷ ἀγῶνι ἔπεσεν, ὁ δὲ Σερουιλιανὸς τήν τε λείαν μετ’ οὐ πολὺ ἀνέλαβε καὶ πόλεις εἷλεν Εἰσκαδίαν τε καὶ Γέμελλαν καὶ Ὀβόλκολαν, φρουρουμένας ὑπὸ τῶν Οὐριάτθου, καὶ</w:t>
      </w:r>
    </w:p>
    <w:p>
      <w:r>
        <w:rPr>
          <w:rFonts w:ascii="Courier New" w:hAnsi="Courier New"/>
          <w:color w:val="555555"/>
          <w:sz w:val="20"/>
        </w:rPr>
        <w:t>[Iber . 291]</w:t>
      </w:r>
    </w:p>
    <w:p>
      <w:r>
        <w:rPr>
          <w:rFonts w:ascii="Gentium Plus" w:hAnsi="Gentium Plus"/>
          <w:sz w:val="24"/>
        </w:rPr>
        <w:t>διήρπαζεν ἑτέρας καὶ συνεγίγνωσκεν ἄλλαις. αἰχμάλωτα δ’ ἔχων ἀμφὶ τὰ μύρια πεντακοσίων μὲν ἀπέτεμεν τὰς κεφαλάς, τοὺς δὲ λοιποὺς ἀπέδοτο. καὶ [ἐχείμαζε, δεύ‐ τερον ἔτος ἤδη στρατηγῶν τοῦδε τοῦ πολέμου. καὶ τάδε</w:t>
      </w:r>
    </w:p>
    <w:p>
      <w:r>
        <w:rPr>
          <w:rFonts w:ascii="Courier New" w:hAnsi="Courier New"/>
          <w:color w:val="555555"/>
          <w:sz w:val="20"/>
        </w:rPr>
        <w:t>[5]</w:t>
      </w:r>
    </w:p>
    <w:p>
      <w:r>
        <w:rPr>
          <w:rFonts w:ascii="Gentium Plus" w:hAnsi="Gentium Plus"/>
          <w:sz w:val="24"/>
        </w:rPr>
        <w:t>μὲν ὁ Σερουιλιανὸς ἐργασάμενος ἐς Ῥώμην ἀπῆρε δια‐ δεξαμένου τὴν ἀρχὴν Κοΐντου Πομπηίου Αὔλου. ὁ δὲ</w:t>
      </w:r>
    </w:p>
    <w:p>
      <w:r>
        <w:rPr>
          <w:rFonts w:ascii="Courier New" w:hAnsi="Courier New"/>
          <w:color w:val="555555"/>
          <w:sz w:val="20"/>
        </w:rPr>
        <w:t>[Iber . 292]</w:t>
      </w:r>
    </w:p>
    <w:p>
      <w:r>
        <w:rPr>
          <w:rFonts w:ascii="Gentium Plus" w:hAnsi="Gentium Plus"/>
          <w:sz w:val="24"/>
        </w:rPr>
        <w:t>Οὐρίατθον δὲ διώκων Ἐρισάνην αὐτοῦ πόλιν ἀπετάφρευεν, ἐς ἣν ὁ Οὐρίατθος ἐσδραμὼν νυκτὸς ἅμα ἕῳ τοῖς ἐργαζο‐</w:t>
      </w:r>
    </w:p>
    <w:p>
      <w:r>
        <w:rPr>
          <w:rFonts w:ascii="Courier New" w:hAnsi="Courier New"/>
          <w:color w:val="555555"/>
          <w:sz w:val="20"/>
        </w:rPr>
        <w:t>[Iber . 293]</w:t>
      </w:r>
    </w:p>
    <w:p>
      <w:r>
        <w:rPr>
          <w:rFonts w:ascii="Gentium Plus" w:hAnsi="Gentium Plus"/>
          <w:sz w:val="24"/>
        </w:rPr>
        <w:t>μένοις ἐπέκειτο, μέχρι τὰ σκαφεῖα ῥίψαντες ἔφευγον. τήν τε ἄλλην στρατιάν, ἐκταχθεῖσαν ὑπὸ τοῦ Σερουιλιανοῦ, τρεψάμενος ὁμοίως Οὐρίατθος ἐδίωκε καὶ συνήλασεν ἐς</w:t>
      </w:r>
    </w:p>
    <w:p>
      <w:r>
        <w:rPr>
          <w:rFonts w:ascii="Courier New" w:hAnsi="Courier New"/>
          <w:color w:val="555555"/>
          <w:sz w:val="20"/>
        </w:rPr>
        <w:t>[Iber . 294]</w:t>
      </w:r>
    </w:p>
    <w:p>
      <w:r>
        <w:rPr>
          <w:rFonts w:ascii="Gentium Plus" w:hAnsi="Gentium Plus"/>
          <w:sz w:val="24"/>
        </w:rPr>
        <w:t>κρημνούς, ὅθεν οὐκ ἦν τοῖς Ῥωμαίοις διαφυγεῖν. Οὐρίατ‐ θος δὲ ἐς τὴν εὐτυχίαν οὐχ ὕβρισεν, ἀλλὰ νομίσας ἐν καλῷ θήσεσθαι τὸν πόλεμον ἐπὶ χάριτι λαμπρᾷ συνετίθετο Ῥωμαίοις, καὶ τὰς συνθήκας ὁ δῆμος ἐπεκύρωσεν, Οὐρίατ‐</w:t>
      </w:r>
    </w:p>
    <w:p>
      <w:r>
        <w:rPr>
          <w:rFonts w:ascii="Courier New" w:hAnsi="Courier New"/>
          <w:color w:val="555555"/>
          <w:sz w:val="20"/>
        </w:rPr>
        <w:t>[5]</w:t>
      </w:r>
    </w:p>
    <w:p>
      <w:r>
        <w:rPr>
          <w:rFonts w:ascii="Gentium Plus" w:hAnsi="Gentium Plus"/>
          <w:sz w:val="24"/>
        </w:rPr>
        <w:t>θον εἶναι Ῥωμαίων φίλον καὶ τοὺς ὑπ’ αὐτῷ πάντας ἧς ἔχουσι γῆς ἄρχειν.</w:t>
      </w:r>
    </w:p>
    <w:p>
      <w:r>
        <w:rPr>
          <w:rFonts w:ascii="Courier New" w:hAnsi="Courier New"/>
          <w:color w:val="555555"/>
          <w:sz w:val="20"/>
        </w:rPr>
        <w:t>[Iber . 295]</w:t>
      </w:r>
    </w:p>
    <w:p>
      <w:r>
        <w:rPr>
          <w:rFonts w:ascii="Gentium Plus" w:hAnsi="Gentium Plus"/>
          <w:sz w:val="24"/>
        </w:rPr>
        <w:t>ὧδε μὲν ὁ Οὐριάτθου πόλεμος ἐδόκει πεπαῦσθαι, χαλεπώτατός τε Ῥωμαίοις γενόμενος καὶ ἐπὶ εὐεργεσίᾳ καταλυθείς, οὐ μὴν ἐπέμεινεν οὐδ’ ἐς βραχὺ τὰ συγ‐</w:t>
      </w:r>
    </w:p>
    <w:p>
      <w:r>
        <w:rPr>
          <w:rFonts w:ascii="Courier New" w:hAnsi="Courier New"/>
          <w:color w:val="555555"/>
          <w:sz w:val="20"/>
        </w:rPr>
        <w:t>[Iber . 296]</w:t>
      </w:r>
    </w:p>
    <w:p>
      <w:r>
        <w:rPr>
          <w:rFonts w:ascii="Gentium Plus" w:hAnsi="Gentium Plus"/>
          <w:sz w:val="24"/>
        </w:rPr>
        <w:t>κείμενα· ὁ γὰρ ἀδελφὸς Σερουιλιανοῦ, τοῦ ταῦτα συν‐ θεμένου, Καιπίων, διάδοχος αὐτῷ τῆς στρατηγίας γενό‐ μενος, διέβαλλε τὰς συνθήκας καὶ ἐπέστελλε Ῥωμαίοις</w:t>
      </w:r>
    </w:p>
    <w:p>
      <w:r>
        <w:rPr>
          <w:rFonts w:ascii="Courier New" w:hAnsi="Courier New"/>
          <w:color w:val="555555"/>
          <w:sz w:val="20"/>
        </w:rPr>
        <w:t>[Iber . 297]</w:t>
      </w:r>
    </w:p>
    <w:p>
      <w:r>
        <w:rPr>
          <w:rFonts w:ascii="Gentium Plus" w:hAnsi="Gentium Plus"/>
          <w:sz w:val="24"/>
        </w:rPr>
        <w:t>ἀπρεπεστάτας εἶναι. καὶ ἡ βουλὴ τὸ μὲν πρῶτον αὐτῷ συνεχέρει κρύφα λυπεῖν τὸν Οὐρίατθον, ὅ τι δοκιμάσειεν· ὡς δὲ αὖθις ἠνώχλει καὶ συνεχῶς ἐπέστελλεν, ἔκρινε λῦσαί τε τὰς σπονδὰς καὶ φανερῶς πολεμεῖν αὖθις Οὐριάτ‐</w:t>
      </w:r>
    </w:p>
    <w:p>
      <w:r>
        <w:rPr>
          <w:rFonts w:ascii="Courier New" w:hAnsi="Courier New"/>
          <w:color w:val="555555"/>
          <w:sz w:val="20"/>
        </w:rPr>
        <w:t>[Iber . 298]</w:t>
      </w:r>
    </w:p>
    <w:p>
      <w:r>
        <w:rPr>
          <w:rFonts w:ascii="Gentium Plus" w:hAnsi="Gentium Plus"/>
          <w:sz w:val="24"/>
        </w:rPr>
        <w:t>θῳ. ἐψηφισμένου δὴ σαφῶς ὁ Καιπίων Ἄρσαν τε πόλιν ἐκλιπόντος Οὐριάτθου παρέλαβε καὶ αὐτὸν Οὐρίατθον</w:t>
      </w:r>
    </w:p>
    <w:p>
      <w:r>
        <w:rPr>
          <w:rFonts w:ascii="Courier New" w:hAnsi="Courier New"/>
          <w:color w:val="555555"/>
          <w:sz w:val="20"/>
        </w:rPr>
        <w:t>[Iber . 299]</w:t>
      </w:r>
    </w:p>
    <w:p>
      <w:r>
        <w:rPr>
          <w:rFonts w:ascii="Gentium Plus" w:hAnsi="Gentium Plus"/>
          <w:sz w:val="24"/>
        </w:rPr>
        <w:t>νίαν κατέλαβεν, πολὺ πλείονας ἔχων. ὅθεν ὁ Οὐρίατθος, οὐ δοκιμάζων αὐτῷ συμπλέκεσθαι διὰ τὴν ὀλιγότητα, κατὰ μέν τινα φάραγγα ἀφανῆ τὸ πλέον τοῦ στρατοῦ περιέ‐ πεμψεν ἀπιέναι, τὸ δὲ λοιπὸν αὐτὸς ἐκτάξας ἐπὶ λόφου</w:t>
      </w:r>
    </w:p>
    <w:p>
      <w:r>
        <w:rPr>
          <w:rFonts w:ascii="Courier New" w:hAnsi="Courier New"/>
          <w:color w:val="555555"/>
          <w:sz w:val="20"/>
        </w:rPr>
        <w:t>[Iber . 300]</w:t>
      </w:r>
    </w:p>
    <w:p>
      <w:r>
        <w:rPr>
          <w:rFonts w:ascii="Gentium Plus" w:hAnsi="Gentium Plus"/>
          <w:sz w:val="24"/>
        </w:rPr>
        <w:t>δόξαν παρεῖχε πολεμήσοντος. ὡς δ’ ᾔσθετο τῶν προαπε‐ σταλμένων ἐν ἀσφαλεῖ γεγονότων, ἐξίππευσεν ἐς αὐτοὺς μετὰ καταφρονήσεως, ὀξέως οὕτως, ὡς μηδ’ αἰσθέσθαι τοὺς διώκοντας, ὅποι διέδραμεν. ὁ δὲ Καιπίων, ἐς Οὐέττω‐</w:t>
      </w:r>
    </w:p>
    <w:p>
      <w:r>
        <w:rPr>
          <w:rFonts w:ascii="Courier New" w:hAnsi="Courier New"/>
          <w:color w:val="555555"/>
          <w:sz w:val="20"/>
        </w:rPr>
        <w:t>[5]</w:t>
      </w:r>
    </w:p>
    <w:p>
      <w:r>
        <w:rPr>
          <w:rFonts w:ascii="Gentium Plus" w:hAnsi="Gentium Plus"/>
          <w:sz w:val="24"/>
        </w:rPr>
        <w:t>νας καὶ Καλλαίκους τραπείς, τὰ ἐκείνων ἐδῄου.</w:t>
      </w:r>
    </w:p>
    <w:p>
      <w:r>
        <w:rPr>
          <w:rFonts w:ascii="Courier New" w:hAnsi="Courier New"/>
          <w:color w:val="555555"/>
          <w:sz w:val="20"/>
        </w:rPr>
        <w:t>[Iber . 301]</w:t>
      </w:r>
    </w:p>
    <w:p>
      <w:r>
        <w:rPr>
          <w:rFonts w:ascii="Gentium Plus" w:hAnsi="Gentium Plus"/>
          <w:sz w:val="24"/>
        </w:rPr>
        <w:t>καὶ ζήλῳ τῶν ἔργων Οὐριάτθου τὴν Λυσιτανίαν λῃστήρια πολλὰ ἄλλα ἐπιτρέχοντα ἐπόρθει. Σέξτος δὲ Ἰούνιος Βροῦτος, ἐπὶ ταῦτα πεμφθείς, ἀπέγνω μὲν αὐτὰ διώκειν διὰ χώρας μακρᾶς, ὅσην ὁ Τάγος τε καὶ Λήθης καὶ Δόριος</w:t>
      </w:r>
    </w:p>
    <w:p>
      <w:r>
        <w:rPr>
          <w:rFonts w:ascii="Courier New" w:hAnsi="Courier New"/>
          <w:color w:val="555555"/>
          <w:sz w:val="20"/>
        </w:rPr>
        <w:t>[5]</w:t>
      </w:r>
    </w:p>
    <w:p>
      <w:r>
        <w:rPr>
          <w:rFonts w:ascii="Gentium Plus" w:hAnsi="Gentium Plus"/>
          <w:sz w:val="24"/>
        </w:rPr>
        <w:t>καὶ Βαίτης ποταμοὶ ναυσίποροι περιέχουσιν, ὀξέως, οἷα δὴ λῃστήρια, μεθιπταμένους δυσεργὲς ἡγούμενος εἶναι καταλαβεῖν καὶ αἰσχρὸν οὐ καταλαβόντι καὶ νικήσαντι τὸ</w:t>
      </w:r>
    </w:p>
    <w:p>
      <w:r>
        <w:rPr>
          <w:rFonts w:ascii="Courier New" w:hAnsi="Courier New"/>
          <w:color w:val="555555"/>
          <w:sz w:val="20"/>
        </w:rPr>
        <w:t>[Iber . 302]</w:t>
      </w:r>
    </w:p>
    <w:p>
      <w:r>
        <w:rPr>
          <w:rFonts w:ascii="Gentium Plus" w:hAnsi="Gentium Plus"/>
          <w:sz w:val="24"/>
        </w:rPr>
        <w:t>ἔργον οὐ λαμπρόν· ἐς δὲ τὰς πόλεις αὐτῶν ἐτράπετο, δίκην τε λήψεσθαι προσδοκῶν καὶ τῇ στρατιᾷ πολὺ κέρδος περιέσεσθαι καὶ τοὺς λῃστὰς ἐς ἑκάστην ὡς πατρίδα</w:t>
      </w:r>
    </w:p>
    <w:p>
      <w:r>
        <w:rPr>
          <w:rFonts w:ascii="Courier New" w:hAnsi="Courier New"/>
          <w:color w:val="555555"/>
          <w:sz w:val="20"/>
        </w:rPr>
        <w:t>[Iber . 303]</w:t>
      </w:r>
    </w:p>
    <w:p>
      <w:r>
        <w:rPr>
          <w:rFonts w:ascii="Gentium Plus" w:hAnsi="Gentium Plus"/>
          <w:sz w:val="24"/>
        </w:rPr>
        <w:t>κινδυνεύουσαν διαλυθήσεσθαι. ὃ μὲν δὴ ταῦτ’ ἐνθυμού‐ μενος ἐδῄου τὰ ἐν ποσὶν ἅπαντα, συμμαχομένων τοῖς ἀνδράσι τῶν γυναικῶν καὶ συναναιρουμένων καὶ οὔ τινα φωνὴν οὐδ’ ἐν ταῖς σφαγαῖς ἀφιεισῶν. εἰσὶ δ’ οἳ καὶ εἰς</w:t>
      </w:r>
    </w:p>
    <w:p>
      <w:r>
        <w:rPr>
          <w:rFonts w:ascii="Courier New" w:hAnsi="Courier New"/>
          <w:color w:val="555555"/>
          <w:sz w:val="20"/>
        </w:rPr>
        <w:t>[5]</w:t>
      </w:r>
    </w:p>
    <w:p>
      <w:r>
        <w:rPr>
          <w:rFonts w:ascii="Gentium Plus" w:hAnsi="Gentium Plus"/>
          <w:sz w:val="24"/>
        </w:rPr>
        <w:t>τὰ ὄρη, μεθ’ ὧν ἐδύναντο, ἀνεπήδων· καὶ αὐτοῖς δεομέ‐ νοις συνεγίγνωσκεν ὁ Βροῦτος καὶ τὰ ὄντα ἐμερίζετο.</w:t>
      </w:r>
    </w:p>
    <w:p>
      <w:r>
        <w:rPr>
          <w:rFonts w:ascii="Courier New" w:hAnsi="Courier New"/>
          <w:color w:val="555555"/>
          <w:sz w:val="20"/>
        </w:rPr>
        <w:t>[Iber . 304]</w:t>
      </w:r>
    </w:p>
    <w:p>
      <w:r>
        <w:rPr>
          <w:rFonts w:ascii="Gentium Plus" w:hAnsi="Gentium Plus"/>
          <w:sz w:val="24"/>
        </w:rPr>
        <w:t>καὶ τὸν Δόριον περάσας πολλὰ μὲν πολέμῳ κατέ‐ δραμεν, πολλὰ δὲ παρὰ τῶν αὑτοὺς ἐνδιδόντων ὅμηρα αἰτήσας ἐπὶ Λήθην μετῄει, πρῶτος ὅδε Ῥωμαίων ἐπινοῶν</w:t>
      </w:r>
    </w:p>
    <w:p>
      <w:r>
        <w:rPr>
          <w:rFonts w:ascii="Courier New" w:hAnsi="Courier New"/>
          <w:color w:val="555555"/>
          <w:sz w:val="20"/>
        </w:rPr>
        <w:t>[Iber . 305]</w:t>
      </w:r>
    </w:p>
    <w:p>
      <w:r>
        <w:rPr>
          <w:rFonts w:ascii="Gentium Plus" w:hAnsi="Gentium Plus"/>
          <w:sz w:val="24"/>
        </w:rPr>
        <w:t>τὸν ποταμὸν τόνδε διαβῆναι. περάσας δὲ καὶ τόνδε καὶ μέχρι Νίμιος, ἑτέρου ποταμοῦ, προελθών, Βρακάρων αὐτῷ φερομένην ἀγορὰν ἁρπασάντων, ἐστράτευεν ἐπὶ τοὺς Βρακάρους, οἵ εἰσιν ἔθνος ... καὶ ἅμα ταῖς γυναιξὶν</w:t>
      </w:r>
    </w:p>
    <w:p>
      <w:r>
        <w:rPr>
          <w:rFonts w:ascii="Courier New" w:hAnsi="Courier New"/>
          <w:color w:val="555555"/>
          <w:sz w:val="20"/>
        </w:rPr>
        <w:t>[5]</w:t>
      </w:r>
    </w:p>
    <w:p>
      <w:r>
        <w:rPr>
          <w:rFonts w:ascii="Gentium Plus" w:hAnsi="Gentium Plus"/>
          <w:sz w:val="24"/>
        </w:rPr>
        <w:t>ὡπλισμέναις καὶ οἵδε ἐμάχοντο καὶ προθύμως ἔθνησκον, οὐκ ἐπιστρεφόμενος αὐτῶν οὐδεὶς οὐδὲ τὰ νῶτα δεικνὺς</w:t>
      </w:r>
    </w:p>
    <w:p>
      <w:r>
        <w:rPr>
          <w:rFonts w:ascii="Courier New" w:hAnsi="Courier New"/>
          <w:color w:val="555555"/>
          <w:sz w:val="20"/>
        </w:rPr>
        <w:t>[Iber . 306]</w:t>
      </w:r>
    </w:p>
    <w:p>
      <w:r>
        <w:rPr>
          <w:rFonts w:ascii="Gentium Plus" w:hAnsi="Gentium Plus"/>
          <w:sz w:val="24"/>
        </w:rPr>
        <w:t>οὐδὲ φωνὴν ἀφιέντες. ὅσαι δὲ κατήγοντο τῶν γυναικῶν, αἳ μὲν αὑτὰς διεχρῶντο, αἳ δὲ καὶ τῶν τέκνων αὐτόχειρες ἐγίγνοντο, χαίρουσαι τῷ θανάτῳ μᾶλλον τῆς αἰχμαλωσίας.</w:t>
      </w:r>
    </w:p>
    <w:p>
      <w:r>
        <w:rPr>
          <w:rFonts w:ascii="Courier New" w:hAnsi="Courier New"/>
          <w:color w:val="555555"/>
          <w:sz w:val="20"/>
        </w:rPr>
        <w:t>[Iber . 307]</w:t>
      </w:r>
    </w:p>
    <w:p>
      <w:r>
        <w:rPr>
          <w:rFonts w:ascii="Gentium Plus" w:hAnsi="Gentium Plus"/>
          <w:sz w:val="24"/>
        </w:rPr>
        <w:t>εἰσὶ δέ τινες τῶν πόλεων, αἳ τότε μὲν τῷ Βρούτῳ προσ‐ ετίθεντο, οὐ πολὺ δ’ ὕστερον ἀφίσταντο, καὶ αὐτὰς ὁ</w:t>
      </w:r>
    </w:p>
    <w:p>
      <w:r>
        <w:rPr>
          <w:rFonts w:ascii="Courier New" w:hAnsi="Courier New"/>
          <w:color w:val="555555"/>
          <w:sz w:val="20"/>
        </w:rPr>
        <w:t>[Iber . 308]</w:t>
      </w:r>
    </w:p>
    <w:p>
      <w:r>
        <w:rPr>
          <w:rFonts w:ascii="Gentium Plus" w:hAnsi="Gentium Plus"/>
          <w:sz w:val="24"/>
        </w:rPr>
        <w:t>Βροῦτος κατεστρέφετο αὖθις. ἐπὶ δὲ Ταλάβριγα πόλιν ἐλθών, ἣ πολλάκις μὲν αὐτῷ συνετέθειτο, πολλάκις δ’ ἀπο‐ στᾶσα ἠνώχλει, παρακαλούντων αὐτὸν καὶ τότε τῶν Ταλα‐ βρίγων καὶ διδόντων αὑτοὺς, ἐς ὅ τι χρῄζοι, πρῶτα μὲν</w:t>
      </w:r>
    </w:p>
    <w:p>
      <w:r>
        <w:rPr>
          <w:rFonts w:ascii="Courier New" w:hAnsi="Courier New"/>
          <w:color w:val="555555"/>
          <w:sz w:val="20"/>
        </w:rPr>
        <w:t>[5]</w:t>
      </w:r>
    </w:p>
    <w:p>
      <w:r>
        <w:rPr>
          <w:rFonts w:ascii="Gentium Plus" w:hAnsi="Gentium Plus"/>
          <w:sz w:val="24"/>
        </w:rPr>
        <w:t>τοὺς αὐτομόλους Ῥωμαίων ᾔτει καὶ τὰ αἰχμάλωτα καὶ</w:t>
      </w:r>
    </w:p>
    <w:p>
      <w:r>
        <w:rPr>
          <w:rFonts w:ascii="Courier New" w:hAnsi="Courier New"/>
          <w:color w:val="555555"/>
          <w:sz w:val="20"/>
        </w:rPr>
        <w:t>[Iber . 309]</w:t>
      </w:r>
    </w:p>
    <w:p>
      <w:r>
        <w:rPr>
          <w:rFonts w:ascii="Gentium Plus" w:hAnsi="Gentium Plus"/>
          <w:sz w:val="24"/>
        </w:rPr>
        <w:t>λευσε σὺν παισὶ καὶ γυναιξὶν ἐκλιπεῖν τὴν πόλιν. ὡς δὲ καὶ τοῦθ’ ὑπέστησαν, τὴν στρατιὰν αὐτοῖς περιστήσας ἐδημηγόρει, καταλέγων, ὁσάκις ἀποσταῖεν καὶ ὅσους πο‐ λέμους πολεμήσειαν αὐτῷ. φόβον δὲ καὶ δόξαν ἐμφήνας</w:t>
      </w:r>
    </w:p>
    <w:p>
      <w:r>
        <w:rPr>
          <w:rFonts w:ascii="Courier New" w:hAnsi="Courier New"/>
          <w:color w:val="555555"/>
          <w:sz w:val="20"/>
        </w:rPr>
        <w:t>[5]</w:t>
      </w:r>
    </w:p>
    <w:p>
      <w:r>
        <w:rPr>
          <w:rFonts w:ascii="Gentium Plus" w:hAnsi="Gentium Plus"/>
          <w:sz w:val="24"/>
        </w:rPr>
        <w:t>ἐργασομένου τι δεινὸν ἐπὶ τῶν ὀνειδῶν ἔληξε καὶ τοὺς μὲν ἵππους αὐτῶν καὶ τὸν σῖτον καὶ χρήματα, ὅσα κοινὰ ἦν, ἢ εἴ τις ἄλλη δημοσία παρασκευή, πάντα περιεῖλε, τὴν δὲ πόλιν αὖθις οἰκεῖν ἔδωκεν ἐξ ἀέλπτου.</w:t>
      </w:r>
    </w:p>
    <w:p>
      <w:r>
        <w:rPr>
          <w:rFonts w:ascii="Courier New" w:hAnsi="Courier New"/>
          <w:color w:val="555555"/>
          <w:sz w:val="20"/>
        </w:rPr>
        <w:t>[Iber . 310]</w:t>
      </w:r>
    </w:p>
    <w:p>
      <w:r>
        <w:rPr>
          <w:rFonts w:ascii="Gentium Plus" w:hAnsi="Gentium Plus"/>
          <w:sz w:val="24"/>
        </w:rPr>
        <w:t>τοσάδε μὲν δὴ Βροῦτος ἐργασάμενος ἐς Ῥώμην ἀπῄει. καὶ αὐτὰ ἐς τὴν Οὐριάτθου γραφὴν συνήγαγον, ἐν τῷ αὐτῷ χρόνῳ διὰ τὸν ἐκείνου ζῆλον ὑπὸ λῃστηρίων ἄλλων ἀρξάμενα γίγνεσθαι.</w:t>
      </w:r>
    </w:p>
    <w:p>
      <w:r>
        <w:rPr>
          <w:rFonts w:ascii="Courier New" w:hAnsi="Courier New"/>
          <w:color w:val="555555"/>
          <w:sz w:val="20"/>
        </w:rPr>
        <w:t>[Iber . 311]</w:t>
      </w:r>
    </w:p>
    <w:p>
      <w:r>
        <w:rPr>
          <w:rFonts w:ascii="Gentium Plus" w:hAnsi="Gentium Plus"/>
          <w:sz w:val="24"/>
        </w:rPr>
        <w:t>Οὐρίατθος δὲ Καιπίωνι περὶ συμβάσεων τοὺς πιστο‐ τάτους αὑτῷ φίλους ἐπέπεμπεν, Αὔδακα καὶ Διτάλκωνα καὶ Μίνουρον, οἳ διαφθαρέντες ὑπὸ τοῦ Καιπίωνος δώροις τε μεγάλοις καὶ ὑποσχέσεσι πολλαῖς ὑπέστησαν αὐτῷ</w:t>
      </w:r>
    </w:p>
    <w:p>
      <w:r>
        <w:rPr>
          <w:rFonts w:ascii="Courier New" w:hAnsi="Courier New"/>
          <w:color w:val="555555"/>
          <w:sz w:val="20"/>
        </w:rPr>
        <w:t>[Iber . 312]</w:t>
      </w:r>
    </w:p>
    <w:p>
      <w:r>
        <w:rPr>
          <w:rFonts w:ascii="Gentium Plus" w:hAnsi="Gentium Plus"/>
          <w:sz w:val="24"/>
        </w:rPr>
        <w:t>κτενεῖν τὸν Οὐρίατθον. καὶ ἔκτειναν ὧδε· ὀλιγοϋπνότατος ἦν διὰ φροντίδα καὶ πόνους ὁ Οὐρίατθος καὶ τὰ πολλὰ ἔνοπλος ἀνεπαύετο, ἵνα ἐξεγρόμενος εὐθὺς ἐς πάντα ἕτοιμος εἴη. τοῖς οὖν φίλοις ἐξῆν καὶ νυκτερεύοντι ἐντυγχά‐</w:t>
      </w:r>
    </w:p>
    <w:p>
      <w:r>
        <w:rPr>
          <w:rFonts w:ascii="Courier New" w:hAnsi="Courier New"/>
          <w:color w:val="555555"/>
          <w:sz w:val="20"/>
        </w:rPr>
        <w:t>[Iber . 313]</w:t>
      </w:r>
    </w:p>
    <w:p>
      <w:r>
        <w:rPr>
          <w:rFonts w:ascii="Gentium Plus" w:hAnsi="Gentium Plus"/>
          <w:sz w:val="24"/>
        </w:rPr>
        <w:t>νειν. ᾧ δὴ καὶ τότε ἔθει οἱ περὶ τὸν Αὔδακα φυλάξαντες αὐτὸν ἀρχομένου ὕπνου παρῆλθον ἐς τὴν σκηνήν, ὡς δή τινος ἐπείγοντος, καὶ κεντοῦσιν ὡπλισμένον ἐς τὴν σφα‐</w:t>
      </w:r>
    </w:p>
    <w:p>
      <w:r>
        <w:rPr>
          <w:rFonts w:ascii="Courier New" w:hAnsi="Courier New"/>
          <w:color w:val="555555"/>
          <w:sz w:val="20"/>
        </w:rPr>
        <w:t>[Iber . 314]</w:t>
      </w:r>
    </w:p>
    <w:p>
      <w:r>
        <w:rPr>
          <w:rFonts w:ascii="Gentium Plus" w:hAnsi="Gentium Plus"/>
          <w:sz w:val="24"/>
        </w:rPr>
        <w:t>γήν· οὐ γὰρ ἦν ἄλλοθι. οὐδεμιᾶς δ’ αἰσθήσεως γενομένης διὰ τὴν τῆς πληγῆς εὐκαιρίαν διέδρασαν ἐς Καιπίωνα καὶ τὰς δωρεὰς ᾔτουν. ὃ δὲ αὐτίκα μὲν αὐτοῖς ἔδωκεν ἀδεῶς ἔχειν,</w:t>
      </w:r>
    </w:p>
    <w:p>
      <w:r>
        <w:rPr>
          <w:rFonts w:ascii="Courier New" w:hAnsi="Courier New"/>
          <w:color w:val="555555"/>
          <w:sz w:val="20"/>
        </w:rPr>
        <w:t>[Iber . 315]</w:t>
      </w:r>
    </w:p>
    <w:p>
      <w:r>
        <w:rPr>
          <w:rFonts w:ascii="Gentium Plus" w:hAnsi="Gentium Plus"/>
          <w:sz w:val="24"/>
        </w:rPr>
        <w:t>οἱ δὲ θεραπευτῆρες Οὐριάτθου καὶ ἡ ἄλλη στρατιά, γενομένης ἡμέρας, ἀναπαύεσθαι νομίζοντες αὐτόν, ἐθαύ‐ μαζον διὰ τὴν ἀήθειαν, μέχρι τινὲς ἔμαθον, ὅτι νεκρὸς</w:t>
      </w:r>
    </w:p>
    <w:p>
      <w:r>
        <w:rPr>
          <w:rFonts w:ascii="Courier New" w:hAnsi="Courier New"/>
          <w:color w:val="555555"/>
          <w:sz w:val="20"/>
        </w:rPr>
        <w:t>[Iber . 316]</w:t>
      </w:r>
    </w:p>
    <w:p>
      <w:r>
        <w:rPr>
          <w:rFonts w:ascii="Gentium Plus" w:hAnsi="Gentium Plus"/>
          <w:sz w:val="24"/>
        </w:rPr>
        <w:t>κέοιτο ἔνοπλος. καὶ εὐθὺς ἦν οἰμωγή τε καὶ πένθος ἀνὰ τὸ στρατόπεδον, ἀλγούντων τε ἐπ’ ἐκείνῳ καὶ περὶ σφῶν δεδιότων καὶ ἐνθυμουμένων, ἐν οἵοις εἰσὶ κινδύνοις καὶ οἵου στρατηγοῦ στέρονται. μάλιστα δὲ αὐτούς, ὅτι τοὺς</w:t>
      </w:r>
    </w:p>
    <w:p>
      <w:r>
        <w:rPr>
          <w:rFonts w:ascii="Courier New" w:hAnsi="Courier New"/>
          <w:color w:val="555555"/>
          <w:sz w:val="20"/>
        </w:rPr>
        <w:t>[Iber . 317]</w:t>
      </w:r>
    </w:p>
    <w:p>
      <w:r>
        <w:rPr>
          <w:rFonts w:ascii="Gentium Plus" w:hAnsi="Gentium Plus"/>
          <w:sz w:val="24"/>
        </w:rPr>
        <w:t>δράσαντας οὐχ εὕρισκον, ὑπερήλγυνεν. Οὐρίατθον μὲν δὴ λαμπρότατα κοσμήσαντες ἐπὶ ὑψηλοτάτης πυρᾶς ἔκαιον ἱερεῖά τε πολλὰ ἐπέσφαττον αὐτῷ, καὶ κατὰ ἴλας οἵ τε πεζοὶ καὶ οἱ ἱππῆς ἐν κύκλῳ περιθέοντες αὐτὸν ἔνοπλοι</w:t>
      </w:r>
    </w:p>
    <w:p>
      <w:r>
        <w:rPr>
          <w:rFonts w:ascii="Courier New" w:hAnsi="Courier New"/>
          <w:color w:val="555555"/>
          <w:sz w:val="20"/>
        </w:rPr>
        <w:t>[5]</w:t>
      </w:r>
    </w:p>
    <w:p>
      <w:r>
        <w:rPr>
          <w:rFonts w:ascii="Gentium Plus" w:hAnsi="Gentium Plus"/>
          <w:sz w:val="24"/>
        </w:rPr>
        <w:t>βαρβαρικῶς ἐπῄνουν μέχρι τε σβεσθῆναι τὸ πῦρ παρε‐ κάθηντο πάντες ἀμφ’ αὐτό. καὶ τῆς ταφῆς ἐκτελεσθείσης</w:t>
      </w:r>
    </w:p>
    <w:p>
      <w:r>
        <w:rPr>
          <w:rFonts w:ascii="Courier New" w:hAnsi="Courier New"/>
          <w:color w:val="555555"/>
          <w:sz w:val="20"/>
        </w:rPr>
        <w:t>[Iber . 318]</w:t>
      </w:r>
    </w:p>
    <w:p>
      <w:r>
        <w:rPr>
          <w:rFonts w:ascii="Gentium Plus" w:hAnsi="Gentium Plus"/>
          <w:sz w:val="24"/>
        </w:rPr>
        <w:t>ἀγῶνα μονομάχων ἀνδρῶν ἤγαγον ἐπὶ τοῦ τάφου. τοσοῦ‐ τον αὑτοῦ πόθον κατέλιπεν Οὐρίατθος, ἀρχικώτατος μὲν ὡς ἐν βαρβάροις γενόμενος, φιλοκινδυνότατος δ’ ἐς ἅπαντα πρὸ ἁπάντων καὶ ἰσομοιρότατος ἐν τοῖς κέρδεσιν.</w:t>
      </w:r>
    </w:p>
    <w:p>
      <w:r>
        <w:rPr>
          <w:rFonts w:ascii="Courier New" w:hAnsi="Courier New"/>
          <w:color w:val="555555"/>
          <w:sz w:val="20"/>
        </w:rPr>
        <w:t>[5]</w:t>
      </w:r>
    </w:p>
    <w:p>
      <w:r>
        <w:rPr>
          <w:rFonts w:ascii="Gentium Plus" w:hAnsi="Gentium Plus"/>
          <w:sz w:val="24"/>
        </w:rPr>
        <w:t>οὐ γάρ ποτε πλέον ὑπέστη λαβεῖν, αἰεὶ παρακαλούντων·</w:t>
      </w:r>
    </w:p>
    <w:p>
      <w:r>
        <w:rPr>
          <w:rFonts w:ascii="Courier New" w:hAnsi="Courier New"/>
          <w:color w:val="555555"/>
          <w:sz w:val="20"/>
        </w:rPr>
        <w:t>[Iber . 319]</w:t>
      </w:r>
    </w:p>
    <w:p>
      <w:r>
        <w:rPr>
          <w:rFonts w:ascii="Gentium Plus" w:hAnsi="Gentium Plus"/>
          <w:sz w:val="24"/>
        </w:rPr>
        <w:t>ὃ δὲ καὶ λάβοι, τοῖς ἀριστεύσασιν ἐδίδου. ὅθεν αὐτῷ, δυσχερέστατον ἔργον καὶ οὐδενί πω στρατηγῶν εὐμαρῶς ἐγγενόμενον, ἔτεσιν ὀκτὼ τοῦδε τοῦ πολέμου παμμιγὴς στρατὸς ἀστασίαστος ἦν καὶ κατήκοος ἀεὶ καὶ ἐς τοὺς</w:t>
      </w:r>
    </w:p>
    <w:p>
      <w:r>
        <w:rPr>
          <w:rFonts w:ascii="Courier New" w:hAnsi="Courier New"/>
          <w:color w:val="555555"/>
          <w:sz w:val="20"/>
        </w:rPr>
        <w:t>[Iber . 320]</w:t>
      </w:r>
    </w:p>
    <w:p>
      <w:r>
        <w:rPr>
          <w:rFonts w:ascii="Gentium Plus" w:hAnsi="Gentium Plus"/>
          <w:sz w:val="24"/>
        </w:rPr>
        <w:t>κινδύνους ὀξύτατος. τότε δὲ σφῶν Ταύταλον ἑλόμενοι στρατηγεῖν ἐπὶ Ζάκανθαν ἐφέροντο, ἣν Ἀννίβας καθελὼν ἔκτισεν καὶ ἀπὸ τῆς αὑτοῦ πατρίδος Καρχηδόνα προσεῖπεν.</w:t>
      </w:r>
    </w:p>
    <w:p>
      <w:r>
        <w:rPr>
          <w:rFonts w:ascii="Courier New" w:hAnsi="Courier New"/>
          <w:color w:val="555555"/>
          <w:sz w:val="20"/>
        </w:rPr>
        <w:t>[Iber . 321]</w:t>
      </w:r>
    </w:p>
    <w:p>
      <w:r>
        <w:rPr>
          <w:rFonts w:ascii="Gentium Plus" w:hAnsi="Gentium Plus"/>
          <w:sz w:val="24"/>
        </w:rPr>
        <w:t>ἀποκρουσθεῖσι δ’ αὐτοῖς ἐκεῖθεν καὶ τὸν Βαῖτιν ποτα‐</w:t>
      </w:r>
    </w:p>
    <w:p>
      <w:r>
        <w:rPr>
          <w:rFonts w:ascii="Courier New" w:hAnsi="Courier New"/>
          <w:color w:val="555555"/>
          <w:sz w:val="20"/>
        </w:rPr>
        <w:t>[5]</w:t>
      </w:r>
    </w:p>
    <w:p>
      <w:r>
        <w:rPr>
          <w:rFonts w:ascii="Gentium Plus" w:hAnsi="Gentium Plus"/>
          <w:sz w:val="24"/>
        </w:rPr>
        <w:t>καὶ γῆν ἔδωκεν ἱκανήν, ἵνα μὴ λῃστεύοιεν ἐξ ἀπορίας.</w:t>
      </w:r>
    </w:p>
    <w:p>
      <w:r>
        <w:rPr>
          <w:rFonts w:ascii="Courier New" w:hAnsi="Courier New"/>
          <w:color w:val="555555"/>
          <w:sz w:val="20"/>
        </w:rPr>
        <w:t>[Iber . 322]</w:t>
      </w:r>
    </w:p>
    <w:p>
      <w:r>
        <w:rPr>
          <w:rFonts w:ascii="Gentium Plus" w:hAnsi="Gentium Plus"/>
          <w:sz w:val="24"/>
        </w:rPr>
        <w:t>ὁ μὲν δὴ Οὐριάτθου πόλεμος ἐς τοῦτο ἐτελεύτα, ἐπάνεισι δ’ ἐς τὸν Ἀρουακῶν καὶ Νομαντίνων πό‐ λεμον ἡ γραφή, οὓς Οὐρίατθος μὲν ἠρέθισεν ἐς ἀπό‐ στασιν, Καικίλιος δ’ αὐτοῖς Μέτελλος ἀπὸ Ῥώμης</w:t>
      </w:r>
    </w:p>
    <w:p>
      <w:r>
        <w:rPr>
          <w:rFonts w:ascii="Courier New" w:hAnsi="Courier New"/>
          <w:color w:val="555555"/>
          <w:sz w:val="20"/>
        </w:rPr>
        <w:t>[5]</w:t>
      </w:r>
    </w:p>
    <w:p>
      <w:r>
        <w:rPr>
          <w:rFonts w:ascii="Gentium Plus" w:hAnsi="Gentium Plus"/>
          <w:sz w:val="24"/>
        </w:rPr>
        <w:t>ἐπιπεμφθεὶς μετὰ πλέονος στρατοῦ Ἀρουακοὺς μὲν ἐχει‐ ρώσατο, σὺν ἐκπλήξει καὶ τάχει θερίζουσιν ἐμπίπτων,</w:t>
      </w:r>
    </w:p>
    <w:p>
      <w:r>
        <w:rPr>
          <w:rFonts w:ascii="Courier New" w:hAnsi="Courier New"/>
          <w:color w:val="555555"/>
          <w:sz w:val="20"/>
        </w:rPr>
        <w:t>[Iber . 323]</w:t>
      </w:r>
    </w:p>
    <w:p>
      <w:r>
        <w:rPr>
          <w:rFonts w:ascii="Gentium Plus" w:hAnsi="Gentium Plus"/>
          <w:sz w:val="24"/>
        </w:rPr>
        <w:t>Τερμεντία δ’ αὐτῷ καὶ Νομαντία ἔτι ἔλειπον. ἦν δ’ ἡ Νομαντία ποταμοῖς δύο καὶ φάραγξιν ἀπόκρημνος, ὗλαί τε αὐτῇ πυκναὶ περιέκειντο, καὶ μία κάθοδος ἦν ἐς τὸ</w:t>
      </w:r>
    </w:p>
    <w:p>
      <w:r>
        <w:rPr>
          <w:rFonts w:ascii="Courier New" w:hAnsi="Courier New"/>
          <w:color w:val="555555"/>
          <w:sz w:val="20"/>
        </w:rPr>
        <w:t>[Iber . 324]</w:t>
      </w:r>
    </w:p>
    <w:p>
      <w:r>
        <w:rPr>
          <w:rFonts w:ascii="Gentium Plus" w:hAnsi="Gentium Plus"/>
          <w:sz w:val="24"/>
        </w:rPr>
        <w:t>πεδίον, ἣ τάφρων ἐπεπλήρωτο καὶ στηλῶν. αὐτοὶ δ’ ἦσαν ἄριστοι μὲν ἱππῆς τε καὶ πεζοί, πάντες δ’ ἀμφὶ τοὺς ὀκτακισχιλίους· καὶ τοσοίδε ὄντες ὅμως ὑπ’ ἀρετῆς ἐς</w:t>
      </w:r>
    </w:p>
    <w:p>
      <w:r>
        <w:rPr>
          <w:rFonts w:ascii="Courier New" w:hAnsi="Courier New"/>
          <w:color w:val="555555"/>
          <w:sz w:val="20"/>
        </w:rPr>
        <w:t>[Iber . 325]</w:t>
      </w:r>
    </w:p>
    <w:p>
      <w:r>
        <w:rPr>
          <w:rFonts w:ascii="Gentium Plus" w:hAnsi="Gentium Plus"/>
          <w:sz w:val="24"/>
        </w:rPr>
        <w:t>μέγα ἠνώχλησαν τὰ Ῥωμαίων. Μέτελλος μὲν δὴ μετὰ χειμῶνα τὴν στρατιὰν Κοΐντῳ Πομπηίῳ Αὔλου 〈υἱῷ〉, διαδόχῳ τῆς στρατηγίας οἱ γενομένῳ, παρέδωκεν, τρισμυ‐ ρίους πεζοὺς καὶ δισχιλίους ἱππέας ἄριστα γεγυμνασμέ‐</w:t>
      </w:r>
    </w:p>
    <w:p>
      <w:r>
        <w:rPr>
          <w:rFonts w:ascii="Courier New" w:hAnsi="Courier New"/>
          <w:color w:val="555555"/>
          <w:sz w:val="20"/>
        </w:rPr>
        <w:t>[5]</w:t>
      </w:r>
    </w:p>
    <w:p>
      <w:r>
        <w:rPr>
          <w:rFonts w:ascii="Gentium Plus" w:hAnsi="Gentium Plus"/>
          <w:sz w:val="24"/>
        </w:rPr>
        <w:t>νους, ὁ δὲ Πομπήιος τῇ Νομαντίᾳ παραστρατοπεδεύων ᾤχετό ποι, καὶ ἱππέας αὐτοῦ μεταθέοντας αὐτὸν οἱ</w:t>
      </w:r>
    </w:p>
    <w:p>
      <w:r>
        <w:rPr>
          <w:rFonts w:ascii="Courier New" w:hAnsi="Courier New"/>
          <w:color w:val="555555"/>
          <w:sz w:val="20"/>
        </w:rPr>
        <w:t>[Iber . 326]</w:t>
      </w:r>
    </w:p>
    <w:p>
      <w:r>
        <w:rPr>
          <w:rFonts w:ascii="Gentium Plus" w:hAnsi="Gentium Plus"/>
          <w:sz w:val="24"/>
        </w:rPr>
        <w:t>Νομαντῖνοι καταβάντες ἔκτειναν. ἐπανελθὼν οὖν παρέ‐ τασσεν ἐς 〈τὸ〉 πεδίον, καὶ οἱ Νομαντῖνοι καταβάντες ὑπεχώρουν κατ’ ὀλίγον οἷα φεύγοντες, μέχρι ταῖς στήλαις καὶ φάραγξιν ὁ Πομπήιος ...</w:t>
      </w:r>
    </w:p>
    <w:p>
      <w:r>
        <w:rPr>
          <w:rFonts w:ascii="Courier New" w:hAnsi="Courier New"/>
          <w:color w:val="555555"/>
          <w:sz w:val="20"/>
        </w:rPr>
        <w:t>[Iber . 327]</w:t>
      </w:r>
    </w:p>
    <w:p>
      <w:r>
        <w:rPr>
          <w:rFonts w:ascii="Gentium Plus" w:hAnsi="Gentium Plus"/>
          <w:sz w:val="24"/>
        </w:rPr>
        <w:t>καὶ καθ’ ἡμέραν ἐν ταῖς ἀκροβολίαις ἐλασσούμενος ὑπ’ ἀνδρῶν πολὺ ἐλασσόνων μετέβαινεν ἐπὶ Τερμεντίαν ὡς</w:t>
      </w:r>
    </w:p>
    <w:p>
      <w:r>
        <w:rPr>
          <w:rFonts w:ascii="Courier New" w:hAnsi="Courier New"/>
          <w:color w:val="555555"/>
          <w:sz w:val="20"/>
        </w:rPr>
        <w:t>[Iber . 328]</w:t>
      </w:r>
    </w:p>
    <w:p>
      <w:r>
        <w:rPr>
          <w:rFonts w:ascii="Gentium Plus" w:hAnsi="Gentium Plus"/>
          <w:sz w:val="24"/>
        </w:rPr>
        <w:t>εὐχερέστερον ἔργον. ὡς δὲ καὶ τῇδε συμβαλὼν ἑπτακο‐ σίους τε ἀπώλεσε καὶ τὸν τὴν ἀγορὰν αὐτῷ φέροντα χι‐ λίαρχον οἱ Τερμεντεῖς ἐτρέψαντο καὶ τρίτῃ πείρᾳ κατὰ τὴν αὐτὴν ἡμέραν ἐς ἀπόκρημνα τοὺς Ῥωμαίους συνελά‐</w:t>
      </w:r>
    </w:p>
    <w:p>
      <w:r>
        <w:rPr>
          <w:rFonts w:ascii="Courier New" w:hAnsi="Courier New"/>
          <w:color w:val="555555"/>
          <w:sz w:val="20"/>
        </w:rPr>
        <w:t>[5]</w:t>
      </w:r>
    </w:p>
    <w:p>
      <w:r>
        <w:rPr>
          <w:rFonts w:ascii="Gentium Plus" w:hAnsi="Gentium Plus"/>
          <w:sz w:val="24"/>
        </w:rPr>
        <w:t>σαντες πολλοὺς αὐτῶν πεζούς τε καὶ ἱππέας αὐτοῖς ἵπποις κατέωσαν ἐς τὰ ἀπόκρημνα, περιφόβως ἔχοντες οἱ λοιποὶ διενυκτέρευον ἔνοπλοι. καὶ ἅμα ἕῳ προσιόντων τῶν πολε‐ μίων ἐκταξάμενοι τὴν ἡμέραν ὅλην ἠγωνίζοντο ἀγχω‐</w:t>
      </w:r>
    </w:p>
    <w:p>
      <w:r>
        <w:rPr>
          <w:rFonts w:ascii="Courier New" w:hAnsi="Courier New"/>
          <w:color w:val="555555"/>
          <w:sz w:val="20"/>
        </w:rPr>
        <w:t>[Iber . 329]</w:t>
      </w:r>
    </w:p>
    <w:p>
      <w:r>
        <w:rPr>
          <w:rFonts w:ascii="Gentium Plus" w:hAnsi="Gentium Plus"/>
          <w:sz w:val="24"/>
        </w:rPr>
        <w:t>μάλως καὶ διεκρίθησαν ὑπὸ νυκτός. ὅθεν ὁ Πομπήιος ἐπὶ πολίχνης Μαλίας ἤλασεν, ἣν ἐφρούρουν οἱ Νομαντῖνοι. καὶ οἱ Μαλιεῖς, τοὺς φρουροὺς ἀνελόντες ἐξ ἐνέδρας,</w:t>
      </w:r>
    </w:p>
    <w:p>
      <w:r>
        <w:rPr>
          <w:rFonts w:ascii="Courier New" w:hAnsi="Courier New"/>
          <w:color w:val="555555"/>
          <w:sz w:val="20"/>
        </w:rPr>
        <w:t>[Iber . 330]</w:t>
      </w:r>
    </w:p>
    <w:p>
      <w:r>
        <w:rPr>
          <w:rFonts w:ascii="Gentium Plus" w:hAnsi="Gentium Plus"/>
          <w:sz w:val="24"/>
        </w:rPr>
        <w:t>παρέδοσαν τὸ πολίχνιον τῷ Πομπηίῳ. ὃ δὲ τά τε ὅπλα αὐτοὺς καὶ ὅμηρα αἰτήσας μετῆλθεν ἐπὶ Σηδητανίαν, ἣν ἐδῄου λῄσταρχος ὄνομα Ταγγῖνος· καὶ αὐτὸν ὁ Πομπή‐</w:t>
      </w:r>
    </w:p>
    <w:p>
      <w:r>
        <w:rPr>
          <w:rFonts w:ascii="Courier New" w:hAnsi="Courier New"/>
          <w:color w:val="555555"/>
          <w:sz w:val="20"/>
        </w:rPr>
        <w:t>[Iber . 331]</w:t>
      </w:r>
    </w:p>
    <w:p>
      <w:r>
        <w:rPr>
          <w:rFonts w:ascii="Gentium Plus" w:hAnsi="Gentium Plus"/>
          <w:sz w:val="24"/>
        </w:rPr>
        <w:t>ιος ἐνίκα καὶ πολλοὺς ἔλαβεν αἰχμαλώτους. τοσοῦτον δ’ ἦν φρονήματος ἐν τοῖς λῃσταῖς, ὥστε τῶν αἰχμαλώτων οὐδεὶς ὑπέμεινε δουλεύειν, ἀλλ’ οἳ μὲν αὑτούς, οἳ δὲ τοὺς πρια‐ μένους ἀνῄρουν, οἳ δὲ τὰς ναῦς ἐν τῷ διάπλῳ διετίτρων.</w:t>
      </w:r>
    </w:p>
    <w:p>
      <w:r>
        <w:rPr>
          <w:rFonts w:ascii="Courier New" w:hAnsi="Courier New"/>
          <w:color w:val="555555"/>
          <w:sz w:val="20"/>
        </w:rPr>
        <w:t>[Iber . 332]</w:t>
      </w:r>
    </w:p>
    <w:p>
      <w:r>
        <w:rPr>
          <w:rFonts w:ascii="Gentium Plus" w:hAnsi="Gentium Plus"/>
          <w:sz w:val="24"/>
        </w:rPr>
        <w:t>ὁ δὲ Πομπήιος αὖθις ἐλάσας ἐπὶ Νομαντίαν ποταμόν</w:t>
      </w:r>
    </w:p>
    <w:p>
      <w:r>
        <w:rPr>
          <w:rFonts w:ascii="Courier New" w:hAnsi="Courier New"/>
          <w:color w:val="555555"/>
          <w:sz w:val="20"/>
        </w:rPr>
        <w:t>[5]</w:t>
      </w:r>
    </w:p>
    <w:p>
      <w:r>
        <w:rPr>
          <w:rFonts w:ascii="Gentium Plus" w:hAnsi="Gentium Plus"/>
          <w:sz w:val="24"/>
        </w:rPr>
        <w:t>δὲ καὶ τοὺς ἀπὸ τοῦ χάρακος ἐπιβοηθοῦντας, ἕως κατέ‐</w:t>
      </w:r>
    </w:p>
    <w:p>
      <w:r>
        <w:rPr>
          <w:rFonts w:ascii="Courier New" w:hAnsi="Courier New"/>
          <w:color w:val="555555"/>
          <w:sz w:val="20"/>
        </w:rPr>
        <w:t>[Iber . 333]</w:t>
      </w:r>
    </w:p>
    <w:p>
      <w:r>
        <w:rPr>
          <w:rFonts w:ascii="Gentium Plus" w:hAnsi="Gentium Plus"/>
          <w:sz w:val="24"/>
        </w:rPr>
        <w:t>κλεισαν ἐς τὸ στρατόπεδον. καὶ σιτολογοῦσιν ἑτέροις ἐπι‐ δραμόντες καὶ τῶνδε πολλοὺς διέφθειραν Ὄππιόν τε χι‐ λίαρχον ἐπ’ αὐτοῖς ἀνεῖλον. καὶ κατ’ ἄλλο μέρος τάφρον ὀρύσσουσι Ῥωμαίοις ἐπιδραμόντες ἔκτειναν ἐς τετρακο‐</w:t>
      </w:r>
    </w:p>
    <w:p>
      <w:r>
        <w:rPr>
          <w:rFonts w:ascii="Courier New" w:hAnsi="Courier New"/>
          <w:color w:val="555555"/>
          <w:sz w:val="20"/>
        </w:rPr>
        <w:t>[Iber . 334]</w:t>
      </w:r>
    </w:p>
    <w:p>
      <w:r>
        <w:rPr>
          <w:rFonts w:ascii="Gentium Plus" w:hAnsi="Gentium Plus"/>
          <w:sz w:val="24"/>
        </w:rPr>
        <w:t>σίους καὶ τὸν ἡγούμενον αὐτῶν. ἐφ’ οἷς τῷ τε Πομπηίῳ σύμβουλοι παρῆσαν ἐκ Ῥώμης καὶ τοῖς στρατιώταις (ἓξ γὰρ ἔτη διεληλύθει στρατευομένοις) διάδοχοι νεοκατάγρα‐</w:t>
      </w:r>
    </w:p>
    <w:p>
      <w:r>
        <w:rPr>
          <w:rFonts w:ascii="Courier New" w:hAnsi="Courier New"/>
          <w:color w:val="555555"/>
          <w:sz w:val="20"/>
        </w:rPr>
        <w:t>[Iber . 335]</w:t>
      </w:r>
    </w:p>
    <w:p>
      <w:r>
        <w:rPr>
          <w:rFonts w:ascii="Gentium Plus" w:hAnsi="Gentium Plus"/>
          <w:sz w:val="24"/>
        </w:rPr>
        <w:t>φοί τε καὶ ἔτι ἀγύμναστοι καὶ ἀπειροπόλεμοι. μεθ’ ὧν ὁ Πομπήιος, αἰδούμενός τε τὰ ἐπταισμένα καὶ ἐπειγόμενος τὴν αἰσχύνην ἀναλαβεῖν, ἐπέμενε χειμῶνος ἐν τῷ στρατο‐</w:t>
      </w:r>
    </w:p>
    <w:p>
      <w:r>
        <w:rPr>
          <w:rFonts w:ascii="Courier New" w:hAnsi="Courier New"/>
          <w:color w:val="555555"/>
          <w:sz w:val="20"/>
        </w:rPr>
        <w:t>[Iber . 336]</w:t>
      </w:r>
    </w:p>
    <w:p>
      <w:r>
        <w:rPr>
          <w:rFonts w:ascii="Gentium Plus" w:hAnsi="Gentium Plus"/>
          <w:sz w:val="24"/>
        </w:rPr>
        <w:t>πέδῳ. καὶ οἱ στρατιῶται, κρύους τε ὄντος ἐν ἀστέγῳ σταθ‐ μεύοντες καὶ πρῶτον ἄρτι πειρώμενοι τοῦ περὶ τὴν χώραν ὕδατός τε καὶ ἀέρος, κατὰ γαστέρα ἔκαμνον, καὶ</w:t>
      </w:r>
    </w:p>
    <w:p>
      <w:r>
        <w:rPr>
          <w:rFonts w:ascii="Courier New" w:hAnsi="Courier New"/>
          <w:color w:val="555555"/>
          <w:sz w:val="20"/>
        </w:rPr>
        <w:t>[Iber . 337]</w:t>
      </w:r>
    </w:p>
    <w:p>
      <w:r>
        <w:rPr>
          <w:rFonts w:ascii="Gentium Plus" w:hAnsi="Gentium Plus"/>
          <w:sz w:val="24"/>
        </w:rPr>
        <w:t>διεφθείροντο ἔνιοι. μέρους δ’ ἐπὶ σῖτον οἰχομένου κρύ‐ ψαντες ἐνέδραν οἱ Νομαντῖνοι παρ’ αὐτὸ τὸ Ῥωμαίων στρατόπεδον ἠκροβολίζοντο ἐρεθίζοντες, ἕως οἳ μὲν οὐ φέροντες ἐπεξῄεσαν, οἳ δ’ ἐκ τῆς ἐνέδρας ἀνίσταντο· καὶ</w:t>
      </w:r>
    </w:p>
    <w:p>
      <w:r>
        <w:rPr>
          <w:rFonts w:ascii="Courier New" w:hAnsi="Courier New"/>
          <w:color w:val="555555"/>
          <w:sz w:val="20"/>
        </w:rPr>
        <w:t>[5]</w:t>
      </w:r>
    </w:p>
    <w:p>
      <w:r>
        <w:rPr>
          <w:rFonts w:ascii="Gentium Plus" w:hAnsi="Gentium Plus"/>
          <w:sz w:val="24"/>
        </w:rPr>
        <w:t>Ῥωμαῖοι πολλοὶ μὲν ἐκ τοῦ πλήθους, πολλοὶ δὲ τῶν ἐπι‐ φανῶν ἀπέθανον. οἱ δὲ Νομαντῖνοι, καὶ τοῖς τὸν σῖτον φέρουσιν ἀπαντήσαντες, ἔκτειναν καὶ τῶνδε πολλούς.</w:t>
      </w:r>
    </w:p>
    <w:p>
      <w:r>
        <w:rPr>
          <w:rFonts w:ascii="Courier New" w:hAnsi="Courier New"/>
          <w:color w:val="555555"/>
          <w:sz w:val="20"/>
        </w:rPr>
        <w:t>[Iber . 338]</w:t>
      </w:r>
    </w:p>
    <w:p>
      <w:r>
        <w:rPr>
          <w:rFonts w:ascii="Gentium Plus" w:hAnsi="Gentium Plus"/>
          <w:sz w:val="24"/>
        </w:rPr>
        <w:t>καὶ ὁ Πομπήιος, τοσοῖσδε συνενεχθεὶς κακοῖς, ἐς τὰς πόλεις μετὰ τῶν συμβούλων ἀνεζεύγνυε, χειμάσων τὸ</w:t>
      </w:r>
    </w:p>
    <w:p>
      <w:r>
        <w:rPr>
          <w:rFonts w:ascii="Courier New" w:hAnsi="Courier New"/>
          <w:color w:val="555555"/>
          <w:sz w:val="20"/>
        </w:rPr>
        <w:t>[Iber . 339]</w:t>
      </w:r>
    </w:p>
    <w:p>
      <w:r>
        <w:rPr>
          <w:rFonts w:ascii="Gentium Plus" w:hAnsi="Gentium Plus"/>
          <w:sz w:val="24"/>
        </w:rPr>
        <w:t>τοῦ πολέμου διαλύσεις. οἳ δὲ καὶ αὐτοὶ κάμνοντες ἤδη φόνῳ τε πολλῷ ἀρίστων καὶ γῆς ἀργίᾳ καὶ τροφῶν ἀπορίᾳ καὶ μήκει τοῦ πολέμου, μακροῦ παρὰ προσδοκίαν</w:t>
      </w:r>
    </w:p>
    <w:p>
      <w:r>
        <w:rPr>
          <w:rFonts w:ascii="Courier New" w:hAnsi="Courier New"/>
          <w:color w:val="555555"/>
          <w:sz w:val="20"/>
        </w:rPr>
        <w:t>[Iber . 340]</w:t>
      </w:r>
    </w:p>
    <w:p>
      <w:r>
        <w:rPr>
          <w:rFonts w:ascii="Gentium Plus" w:hAnsi="Gentium Plus"/>
          <w:sz w:val="24"/>
        </w:rPr>
        <w:t>γεγονότος, ἐπρέσβευον ἐς Πομπήιον. ὃ δ’ ἐς μὲν τὸ φανε‐ ρὸν ἐκέλευεν αὑτοὺς Ῥωμαίοις ἐπιτρέπειν (οὐ γὰρ εἰδέναι συνθήκας ἑτέρας Ῥωμαίων ἀξίας), λάθρᾳ δ’ ὑπισχνεῖτο,</w:t>
      </w:r>
    </w:p>
    <w:p>
      <w:r>
        <w:rPr>
          <w:rFonts w:ascii="Courier New" w:hAnsi="Courier New"/>
          <w:color w:val="555555"/>
          <w:sz w:val="20"/>
        </w:rPr>
        <w:t>[Iber . 341]</w:t>
      </w:r>
    </w:p>
    <w:p>
      <w:r>
        <w:rPr>
          <w:rFonts w:ascii="Gentium Plus" w:hAnsi="Gentium Plus"/>
          <w:sz w:val="24"/>
        </w:rPr>
        <w:t>ἃ ἔμελλεν ποιήσειν. καὶ συνθεμένων ἐκείνων καὶ ἐπιτρε‐ ψάντων ἑαυτοὺς ὅμηρά τε καὶ αἰχμάλωτα ᾔτησε καὶ τοὺς αὐτομόλους καὶ πάντα ἔλαβεν. ᾔτησε δὲ καὶ ἀργυρίου τάλαντα τριάκοντα· ὧν μέρος αὐτίκα ἔδοσαν οἱ Νομαντῖ‐</w:t>
      </w:r>
    </w:p>
    <w:p>
      <w:r>
        <w:rPr>
          <w:rFonts w:ascii="Courier New" w:hAnsi="Courier New"/>
          <w:color w:val="555555"/>
          <w:sz w:val="20"/>
        </w:rPr>
        <w:t>[Iber . 342]</w:t>
      </w:r>
    </w:p>
    <w:p>
      <w:r>
        <w:rPr>
          <w:rFonts w:ascii="Gentium Plus" w:hAnsi="Gentium Plus"/>
          <w:sz w:val="24"/>
        </w:rPr>
        <w:t>νοι, καὶ τὰ λοιπὰ ὁ Πομπήιος ἀνέμενεν. παραγενομένου δ’ αὐτῷ διαδόχου Μάρκου Ποπιλίου Λαίνα, οἳ μὲν ἔφερον τὰ λοιπὰ τῶν χρημάτων, ὃ δ’, ἀπηλλαγμένος μὲν τοῦ περὶ τοῦ πολέμου δέους τῷ παρεῖναι τὸν διάδοχον, τὰς δὲ συνθή‐</w:t>
      </w:r>
    </w:p>
    <w:p>
      <w:r>
        <w:rPr>
          <w:rFonts w:ascii="Courier New" w:hAnsi="Courier New"/>
          <w:color w:val="555555"/>
          <w:sz w:val="20"/>
        </w:rPr>
        <w:t>[5]</w:t>
      </w:r>
    </w:p>
    <w:p>
      <w:r>
        <w:rPr>
          <w:rFonts w:ascii="Gentium Plus" w:hAnsi="Gentium Plus"/>
          <w:sz w:val="24"/>
        </w:rPr>
        <w:t>κας εἰδὼς αἰσχράς τε καὶ ἄνευ Ῥωμαίων γενομένας, ἠρνεῖτο</w:t>
      </w:r>
    </w:p>
    <w:p>
      <w:r>
        <w:rPr>
          <w:rFonts w:ascii="Courier New" w:hAnsi="Courier New"/>
          <w:color w:val="555555"/>
          <w:sz w:val="20"/>
        </w:rPr>
        <w:t>[Iber . 343]</w:t>
      </w:r>
    </w:p>
    <w:p>
      <w:r>
        <w:rPr>
          <w:rFonts w:ascii="Gentium Plus" w:hAnsi="Gentium Plus"/>
          <w:sz w:val="24"/>
        </w:rPr>
        <w:t>μὴ συνθέσθαι τοῖς Νομαντίνοις. καὶ οἳ μὲν αὐτὸν ἤλεγχον ἐπὶ μάρτυσι τοῖς τότε παρατυχοῦσιν ἀπό τε βουλῆς καὶ ἱππάρχοις καὶ χιλιάρχοις αὐτοῦ Πομπηίου, ὁ δὲ Ποπίλιος αὐτοὺς ἐς Ῥώμην ἔπεμπε δικασομένους τῷ Πομπηίῳ.</w:t>
      </w:r>
    </w:p>
    <w:p>
      <w:r>
        <w:rPr>
          <w:rFonts w:ascii="Courier New" w:hAnsi="Courier New"/>
          <w:color w:val="555555"/>
          <w:sz w:val="20"/>
        </w:rPr>
        <w:t>[Iber . 344]</w:t>
      </w:r>
    </w:p>
    <w:p>
      <w:r>
        <w:rPr>
          <w:rFonts w:ascii="Gentium Plus" w:hAnsi="Gentium Plus"/>
          <w:sz w:val="24"/>
        </w:rPr>
        <w:t>κρίσεως δ’ ἐν τῇ βουλῇ γενομένης Νομαντῖνοι μὲν καὶ Πομπήιος ἐς ἀντιλογίαν ἦλθον, τῇ βουλῇ δ’ ἔδοξε πολε‐</w:t>
      </w:r>
    </w:p>
    <w:p>
      <w:r>
        <w:rPr>
          <w:rFonts w:ascii="Courier New" w:hAnsi="Courier New"/>
          <w:color w:val="555555"/>
          <w:sz w:val="20"/>
        </w:rPr>
        <w:t>[Iber . 345]</w:t>
      </w:r>
    </w:p>
    <w:p>
      <w:r>
        <w:rPr>
          <w:rFonts w:ascii="Gentium Plus" w:hAnsi="Gentium Plus"/>
          <w:sz w:val="24"/>
        </w:rPr>
        <w:t>μεῖν Νομαντίνοις. καὶ ὁ Ποπίλιος ἐνέβαλεν ἐς τοὺς γεί‐ τονας αὐτῶν Λούσονας, οὐδὲν δ’ ἐργασάμενος (ἧκε γὰρ αὐτῷ διάδοχος ἐπὶ τὴν στρατηγίαν Ὁστίλιος Μαγκῖνος)</w:t>
      </w:r>
    </w:p>
    <w:p>
      <w:r>
        <w:rPr>
          <w:rFonts w:ascii="Courier New" w:hAnsi="Courier New"/>
          <w:color w:val="555555"/>
          <w:sz w:val="20"/>
        </w:rPr>
        <w:t>[Iber . 346]</w:t>
      </w:r>
    </w:p>
    <w:p>
      <w:r>
        <w:rPr>
          <w:rFonts w:ascii="Gentium Plus" w:hAnsi="Gentium Plus"/>
          <w:sz w:val="24"/>
        </w:rPr>
        <w:t>ὁ δὲ Μαγκῖνος τοῖς Νομαντίνοις συμβαλὼν ἡττᾶτό τε πολλάκις καὶ τέλος ἀναιρουμένων πολλῶν ἐς τὸ στρατόπεδον ἔφυγεν. λόγου δὲ ψευδοῦς ἐμπεσόντος, ὅτι Νομαντίνοις ἔρχονται βοηθοῦντες Κάνταβροί τε</w:t>
      </w:r>
    </w:p>
    <w:p>
      <w:r>
        <w:rPr>
          <w:rFonts w:ascii="Courier New" w:hAnsi="Courier New"/>
          <w:color w:val="555555"/>
          <w:sz w:val="20"/>
        </w:rPr>
        <w:t>[5]</w:t>
      </w:r>
    </w:p>
    <w:p>
      <w:r>
        <w:rPr>
          <w:rFonts w:ascii="Gentium Plus" w:hAnsi="Gentium Plus"/>
          <w:sz w:val="24"/>
        </w:rPr>
        <w:t>καὶ Οὐακκαῖοι, δείσας ἄπυρον τὴν νύκτα διήγαγεν ὅλην ἐν σκότῳ, φεύγων ἐς ἔρημον τὸ Νωβελίωνός ποτε</w:t>
      </w:r>
    </w:p>
    <w:p>
      <w:r>
        <w:rPr>
          <w:rFonts w:ascii="Courier New" w:hAnsi="Courier New"/>
          <w:color w:val="555555"/>
          <w:sz w:val="20"/>
        </w:rPr>
        <w:t>[Iber . 347]</w:t>
      </w:r>
    </w:p>
    <w:p>
      <w:r>
        <w:rPr>
          <w:rFonts w:ascii="Gentium Plus" w:hAnsi="Gentium Plus"/>
          <w:sz w:val="24"/>
        </w:rPr>
        <w:t>χαράκωμα. καὶ μεθ’ ἡμέραν ἐς αὐτὸ συγκλεισθείς, οὔτε κατεσκευασμένον οὔτε ὠχυρωμένον, περιεχόντων αὐτὸν τῶν Νομαντίνων καὶ πάντας ἀποκτενεῖν ἀπει‐ λούντων, εἰ μὴ συνθοῖτο εἰρήνην, συνέθετο ἐπὶ ἴσῃ</w:t>
      </w:r>
    </w:p>
    <w:p>
      <w:r>
        <w:rPr>
          <w:rFonts w:ascii="Courier New" w:hAnsi="Courier New"/>
          <w:color w:val="555555"/>
          <w:sz w:val="20"/>
        </w:rPr>
        <w:t>[Iber . 348]</w:t>
      </w:r>
    </w:p>
    <w:p>
      <w:r>
        <w:rPr>
          <w:rFonts w:ascii="Gentium Plus" w:hAnsi="Gentium Plus"/>
          <w:sz w:val="24"/>
        </w:rPr>
        <w:t>καὶ ὁμοίᾳ Ῥωμαίοις καὶ Νομαντίνοις. καὶ ὃ μὲν ἐπὶ τούτοις ὤμνυε τοῖς Νομαντίνοις, οἱ δ’ ἐν ἄστει πυθό‐ μενοι χαλεπῶς ἔφερον ὡς ἐπὶ αἰσχίσταις πάνυ σπον‐ δαῖς καὶ τὸν ἕτερον τῶν ὑπάτων Αἰμίλιον Λέπιδον</w:t>
      </w:r>
    </w:p>
    <w:p>
      <w:r>
        <w:rPr>
          <w:rFonts w:ascii="Courier New" w:hAnsi="Courier New"/>
          <w:color w:val="555555"/>
          <w:sz w:val="20"/>
        </w:rPr>
        <w:t>[5]</w:t>
      </w:r>
    </w:p>
    <w:p>
      <w:r>
        <w:rPr>
          <w:rFonts w:ascii="Gentium Plus" w:hAnsi="Gentium Plus"/>
          <w:sz w:val="24"/>
        </w:rPr>
        <w:t>ἐς Ἰβηρίαν ἐξέπεμπον, Μαγκῖνον δ’ ἀνεκάλουν ἐς</w:t>
      </w:r>
    </w:p>
    <w:p>
      <w:r>
        <w:rPr>
          <w:rFonts w:ascii="Courier New" w:hAnsi="Courier New"/>
          <w:color w:val="555555"/>
          <w:sz w:val="20"/>
        </w:rPr>
        <w:t>[Iber . 349]</w:t>
      </w:r>
    </w:p>
    <w:p>
      <w:r>
        <w:rPr>
          <w:rFonts w:ascii="Gentium Plus" w:hAnsi="Gentium Plus"/>
          <w:sz w:val="24"/>
        </w:rPr>
        <w:t>κρίσιν. καὶ τῷδε μὲν ἕσποντο πρέσβεις Νομαντίνων· ὁ δ’ Αἰμίλιος, ἀναμένων καὶ ὅδε τὰς ἐκ Ῥώμης ἀπο‐ κρίσεις καὶ τὴν ἀργίαν οὐ φέρων (ὡς γὰρ ἐπὶ δόξαν ἢ κέρδος ἢ θριάμβου φιλοτιμίαν ἐξῄεσάν τινες ἐς τὰς</w:t>
      </w:r>
    </w:p>
    <w:p>
      <w:r>
        <w:rPr>
          <w:rFonts w:ascii="Courier New" w:hAnsi="Courier New"/>
          <w:color w:val="555555"/>
          <w:sz w:val="20"/>
        </w:rPr>
        <w:t>[5]</w:t>
      </w:r>
    </w:p>
    <w:p>
      <w:r>
        <w:rPr>
          <w:rFonts w:ascii="Gentium Plus" w:hAnsi="Gentium Plus"/>
          <w:sz w:val="24"/>
        </w:rPr>
        <w:t>στρατηγίας, οὐκ ἐπὶ τὸ τῇ πόλει συμφέρον), Οὐακκαίων κατεψεύδετο ὡς ἀγορὰν ἐν τῷδε τῷ πολέμῳ Νομαν‐</w:t>
      </w:r>
    </w:p>
    <w:p>
      <w:r>
        <w:rPr>
          <w:rFonts w:ascii="Courier New" w:hAnsi="Courier New"/>
          <w:color w:val="555555"/>
          <w:sz w:val="20"/>
        </w:rPr>
        <w:t>[Iber . 350]</w:t>
      </w:r>
    </w:p>
    <w:p>
      <w:r>
        <w:rPr>
          <w:rFonts w:ascii="Gentium Plus" w:hAnsi="Gentium Plus"/>
          <w:sz w:val="24"/>
        </w:rPr>
        <w:t>τίνοις παρασχόντων καὶ τὴν γῆν αὐτῶν κατέτρεχεν Παλλαντίαν τε πόλιν, ἣ μεγίστη Οὐακκαίων ἐστὶν, οὐδὲν ἐξαμαρτοῦσαν ἐς τὰ συγκείμενα, ἐπολιόρκει καὶ Βροῦ‐ τον, ἐφ’ ἕτερα τῆς Ἰβηρίας ἀπεσταλμένον, ὥς μοι προ‐</w:t>
      </w:r>
    </w:p>
    <w:p>
      <w:r>
        <w:rPr>
          <w:rFonts w:ascii="Courier New" w:hAnsi="Courier New"/>
          <w:color w:val="555555"/>
          <w:sz w:val="20"/>
        </w:rPr>
        <w:t>[5]</w:t>
      </w:r>
    </w:p>
    <w:p>
      <w:r>
        <w:rPr>
          <w:rFonts w:ascii="Gentium Plus" w:hAnsi="Gentium Plus"/>
          <w:sz w:val="24"/>
        </w:rPr>
        <w:t>είρηται, κηδεστὴν ὄντα οἱ, τοῦδε τοῦ ἔργου μετασχεῖν</w:t>
      </w:r>
    </w:p>
    <w:p>
      <w:r>
        <w:rPr>
          <w:rFonts w:ascii="Courier New" w:hAnsi="Courier New"/>
          <w:color w:val="555555"/>
          <w:sz w:val="20"/>
        </w:rPr>
        <w:t>[Iber . 351]</w:t>
      </w:r>
    </w:p>
    <w:p>
      <w:r>
        <w:rPr>
          <w:rFonts w:ascii="Gentium Plus" w:hAnsi="Gentium Plus"/>
          <w:sz w:val="24"/>
        </w:rPr>
        <w:t>ἔπεισεν. κατέλαβον δ’ αὐτοὺς ἀπὸ Ῥώμης πρέσβεις Κίννας</w:t>
      </w:r>
    </w:p>
    <w:p>
      <w:r>
        <w:rPr>
          <w:rFonts w:ascii="Courier New" w:hAnsi="Courier New"/>
          <w:color w:val="555555"/>
          <w:sz w:val="20"/>
        </w:rPr>
        <w:t>[5]</w:t>
      </w:r>
    </w:p>
    <w:p>
      <w:r>
        <w:rPr>
          <w:rFonts w:ascii="Gentium Plus" w:hAnsi="Gentium Plus"/>
          <w:sz w:val="24"/>
        </w:rPr>
        <w:t>αὐτῷ προαγορεῦον Αἰμίλιον Οὐακκαίοις μὴ πολεμεῖν.</w:t>
      </w:r>
    </w:p>
    <w:p>
      <w:r>
        <w:rPr>
          <w:rFonts w:ascii="Courier New" w:hAnsi="Courier New"/>
          <w:color w:val="555555"/>
          <w:sz w:val="20"/>
        </w:rPr>
        <w:t>[Iber . 352]</w:t>
      </w:r>
    </w:p>
    <w:p>
      <w:r>
        <w:rPr>
          <w:rFonts w:ascii="Gentium Plus" w:hAnsi="Gentium Plus"/>
          <w:sz w:val="24"/>
        </w:rPr>
        <w:t>ὃ δὲ ἀρξάμενός τε ἤδη τοῦ πολέμου καὶ τὴν βουλὴν τοῦτ’ ἀγνοεῖν ἡγούμενος, ἀγνοεῖν δ’, ὅτι καὶ Βροῦτος αὐτῷ συνεπιλαμβάνει καὶ σῖτον καὶ χρήματα καὶ στρα‐ τιὰν Οὐακκαῖοι τοῖς Νομαντίνοις παρέσχον, ἔσεσθαι δὲ</w:t>
      </w:r>
    </w:p>
    <w:p>
      <w:r>
        <w:rPr>
          <w:rFonts w:ascii="Courier New" w:hAnsi="Courier New"/>
          <w:color w:val="555555"/>
          <w:sz w:val="20"/>
        </w:rPr>
        <w:t>[5]</w:t>
      </w:r>
    </w:p>
    <w:p>
      <w:r>
        <w:rPr>
          <w:rFonts w:ascii="Gentium Plus" w:hAnsi="Gentium Plus"/>
          <w:sz w:val="24"/>
        </w:rPr>
        <w:t>καὶ τὴν ἀνάζευξιν τοῦ πολέμου φοβερὰν ὑπολαβὼν καὶ σχεδὸν Ἰβηρίας ὅλης διάλυσιν, εἰ καταφρονήσειαν ὡς δεδιότων, τοὺς μὲν ἀμφὶ τὸν Κίνναν ἀπράκτους ἀπέλυσεν καὶ τάδε αὐτὰ ἐπέστειλε τῇ βουλῇ, αὐτὸς δ’ ὀχυρωσάμενος φρούριον μηχανὰς ἐν αὐτῷ συνεπήγνυτο καὶ σῖτον</w:t>
      </w:r>
    </w:p>
    <w:p>
      <w:r>
        <w:rPr>
          <w:rFonts w:ascii="Courier New" w:hAnsi="Courier New"/>
          <w:color w:val="555555"/>
          <w:sz w:val="20"/>
        </w:rPr>
        <w:t>[Iber . 353]</w:t>
      </w:r>
    </w:p>
    <w:p>
      <w:r>
        <w:rPr>
          <w:rFonts w:ascii="Gentium Plus" w:hAnsi="Gentium Plus"/>
          <w:sz w:val="24"/>
        </w:rPr>
        <w:t>συνέφερε. Φλάκκος δ’ αὐτῷ σιτολογῶν, ἐνέδρας ἐκφα‐ νείσης, εὐμηχάνως διέδωκεν, ὅτι Παλλαντίαν ἐξεῖλεν Αἰμίλιος· καὶ τοῦ στρατοῦ συναλαλάξαντος ὡς ἐπὶ νίκῃ, πυθόμενοι τούτων οἱ βάρβαροι καὶ ἀληθῆ νομίσαντες</w:t>
      </w:r>
    </w:p>
    <w:p>
      <w:r>
        <w:rPr>
          <w:rFonts w:ascii="Courier New" w:hAnsi="Courier New"/>
          <w:color w:val="555555"/>
          <w:sz w:val="20"/>
        </w:rPr>
        <w:t>[Iber . 354]</w:t>
      </w:r>
    </w:p>
    <w:p>
      <w:r>
        <w:rPr>
          <w:rFonts w:ascii="Gentium Plus" w:hAnsi="Gentium Plus"/>
          <w:sz w:val="24"/>
        </w:rPr>
        <w:t>ἀπεχώρουν. Φλάκκος μὲν δὴ τὴν ἀγορὰν κινδυνεύουσαν ὧδε περιέσωζε, μακρᾶς δὲ τῆς ἐπὶ τῇ Παλλαντίᾳ πολιορ‐ κίας οὔσης αἱ τροφαὶ Ῥωμαίους ἐπέλειπον, καὶ λιμὸς ἥπτετο αὐτῶν, καὶ τὰ ὑποζύγια πάντα ἔφθαρτο, καὶ πολλοὶ</w:t>
      </w:r>
    </w:p>
    <w:p>
      <w:r>
        <w:rPr>
          <w:rFonts w:ascii="Courier New" w:hAnsi="Courier New"/>
          <w:color w:val="555555"/>
          <w:sz w:val="20"/>
        </w:rPr>
        <w:t>[Iber . 355]</w:t>
      </w:r>
    </w:p>
    <w:p>
      <w:r>
        <w:rPr>
          <w:rFonts w:ascii="Gentium Plus" w:hAnsi="Gentium Plus"/>
          <w:sz w:val="24"/>
        </w:rPr>
        <w:t>τῶν ἀνθρώπων ἐξ ἀπορίας ἀπέθνησκον. οἱ στρατηγοὶ δέ, Αἰμίλιός τε καὶ Βροῦτος, ἐς μὲν πολὺ διεκαρτέ‐ ρουν, ἡσσώμενοι δ’ ὑπὸ τοῦ κακοῦ νυκτὸς ἄφνω περὶ ἐσχάτην φυλακὴν ἐκέλευον ἀναζευγνύναι· χιλίαρχοί τε</w:t>
      </w:r>
    </w:p>
    <w:p>
      <w:r>
        <w:rPr>
          <w:rFonts w:ascii="Courier New" w:hAnsi="Courier New"/>
          <w:color w:val="555555"/>
          <w:sz w:val="20"/>
        </w:rPr>
        <w:t>[5]</w:t>
      </w:r>
    </w:p>
    <w:p>
      <w:r>
        <w:rPr>
          <w:rFonts w:ascii="Gentium Plus" w:hAnsi="Gentium Plus"/>
          <w:sz w:val="24"/>
        </w:rPr>
        <w:t>καὶ λοχαγοὶ περιθέοντες ἐπέσπευδον ἅπαντας ἐς τοῦτο</w:t>
      </w:r>
    </w:p>
    <w:p>
      <w:r>
        <w:rPr>
          <w:rFonts w:ascii="Courier New" w:hAnsi="Courier New"/>
          <w:color w:val="555555"/>
          <w:sz w:val="20"/>
        </w:rPr>
        <w:t>[Iber . 356]</w:t>
      </w:r>
    </w:p>
    <w:p>
      <w:r>
        <w:rPr>
          <w:rFonts w:ascii="Gentium Plus" w:hAnsi="Gentium Plus"/>
          <w:sz w:val="24"/>
        </w:rPr>
        <w:t>πρὸ ἕω. οἳ δὲ σὺν θορύβῳ τά τε ἄλλα πάντα καὶ τοὺς τραυματίας καὶ τοὺς νοσοῦντας ἀπέλιπον, συμπλεκο‐</w:t>
      </w:r>
    </w:p>
    <w:p>
      <w:r>
        <w:rPr>
          <w:rFonts w:ascii="Courier New" w:hAnsi="Courier New"/>
          <w:color w:val="555555"/>
          <w:sz w:val="20"/>
        </w:rPr>
        <w:t>[5]</w:t>
      </w:r>
    </w:p>
    <w:p>
      <w:r>
        <w:rPr>
          <w:rFonts w:ascii="Gentium Plus" w:hAnsi="Gentium Plus"/>
          <w:sz w:val="24"/>
        </w:rPr>
        <w:t>μάλιστα ὁμοίας οἱ Παλλάντιοι πανταχόθεν ἐπικείμενοι</w:t>
      </w:r>
    </w:p>
    <w:p>
      <w:r>
        <w:rPr>
          <w:rFonts w:ascii="Courier New" w:hAnsi="Courier New"/>
          <w:color w:val="555555"/>
          <w:sz w:val="20"/>
        </w:rPr>
        <w:t>[Iber . 357]</w:t>
      </w:r>
    </w:p>
    <w:p>
      <w:r>
        <w:rPr>
          <w:rFonts w:ascii="Gentium Plus" w:hAnsi="Gentium Plus"/>
          <w:sz w:val="24"/>
        </w:rPr>
        <w:t>πολλὰ ἔβλαπτον ἐξ ἠοῦς ἐπὶ ἑσπέραν. νυκτὸς δ’ ἐπιλα‐ βούσης Ῥωμαῖοι μὲν ἐς τὰ πεδία ἑαυτοὺς ἐρρίπτουν ἀνὰ μέρος, ὡς τύχοιεν, ἄσιτοί τε καὶ κατάκοποι, οἱ δὲ Παλ‐ λάντιοι θεοῦ σφᾶς ἀποτρέποντος ἀνεχώρουν.</w:t>
      </w:r>
    </w:p>
    <w:p>
      <w:r>
        <w:rPr>
          <w:rFonts w:ascii="Courier New" w:hAnsi="Courier New"/>
          <w:color w:val="555555"/>
          <w:sz w:val="20"/>
        </w:rPr>
        <w:t>[Iber . 358]</w:t>
      </w:r>
    </w:p>
    <w:p>
      <w:r>
        <w:rPr>
          <w:rFonts w:ascii="Gentium Plus" w:hAnsi="Gentium Plus"/>
          <w:sz w:val="24"/>
        </w:rPr>
        <w:t>καὶ τάδε μὲν ἦν περὶ τὸν Αἰμίλιον, Ῥωμαῖοι δ’ αὐτὰ πυθόμενοι τὸν μὲν Αἰμίλιον παρέλυσαν τῆς στρατηγίας τε καὶ ὑπατείας, καὶ ἰδιώτης ἐς Ῥώμην ὑπέστρεφεν καὶ χρήμασιν ἐπεζημιοῦτο· Μαγκίνῳ δ’ ἐδίκαζον καὶ</w:t>
      </w:r>
    </w:p>
    <w:p>
      <w:r>
        <w:rPr>
          <w:rFonts w:ascii="Courier New" w:hAnsi="Courier New"/>
          <w:color w:val="555555"/>
          <w:sz w:val="20"/>
        </w:rPr>
        <w:t>[Iber . 359]</w:t>
      </w:r>
    </w:p>
    <w:p>
      <w:r>
        <w:rPr>
          <w:rFonts w:ascii="Gentium Plus" w:hAnsi="Gentium Plus"/>
          <w:sz w:val="24"/>
        </w:rPr>
        <w:t>τοῖς πρέσβεσι τοῖς Νομαντίνων. οἳ μὲν δὴ τὰς συνθήκας, ἃς ἐπεποίηντο πρὸς Μαγκῖνον, ἐπεδείκνυον· ὃ δὲ τὴν αἰτίαν αὐτῶν ἐς Πομπήιον ἀνέφερεν, τὸν πρὸ αὐτοῦ γενόμενον στρατηγόν, ὡς ἀργὸν καὶ ἄπορον τὸν στρατὸν</w:t>
      </w:r>
    </w:p>
    <w:p>
      <w:r>
        <w:rPr>
          <w:rFonts w:ascii="Courier New" w:hAnsi="Courier New"/>
          <w:color w:val="555555"/>
          <w:sz w:val="20"/>
        </w:rPr>
        <w:t>[5]</w:t>
      </w:r>
    </w:p>
    <w:p>
      <w:r>
        <w:rPr>
          <w:rFonts w:ascii="Gentium Plus" w:hAnsi="Gentium Plus"/>
          <w:sz w:val="24"/>
        </w:rPr>
        <w:t>ἐγχειρίσαντά οἱ καὶ δι’ αὐτὸ κἀκεῖνον ἡσσημένον τε πολλάκις καὶ συνθήκας ὁμοίας αὑτῷ θέμενον πρὸς τοὺς Νομαντίνους· ὅθεν ἔφη καὶ τὸν πόλεμον τόνδε, παρὰ τὰς συνθήκας ἐκείνας ὑπὸ Ῥωμαίων ἐψηφισμένον, ἀπαί‐</w:t>
      </w:r>
    </w:p>
    <w:p>
      <w:r>
        <w:rPr>
          <w:rFonts w:ascii="Courier New" w:hAnsi="Courier New"/>
          <w:color w:val="555555"/>
          <w:sz w:val="20"/>
        </w:rPr>
        <w:t>[Iber . 360]</w:t>
      </w:r>
    </w:p>
    <w:p>
      <w:r>
        <w:rPr>
          <w:rFonts w:ascii="Gentium Plus" w:hAnsi="Gentium Plus"/>
          <w:sz w:val="24"/>
        </w:rPr>
        <w:t>σιον αὐτοῖς γεγονέναι. οἳ δ’ ἐχαλέπαινον μὲν ἀμφοτέροις ὁμοίως, ἀπέφυγε δ’ ὅμως Πομπήιος ὡς περὶ τῶνδε κριθεὶς καὶ πάλαι. Μαγκῖνον δ’ ἔγνωσαν ἐκδοῦναι τοῖς Νομαντίνοις, ἄνευ σφῶν αἰσχρὰς συνθήκας πεποιημένον,</w:t>
      </w:r>
    </w:p>
    <w:p>
      <w:r>
        <w:rPr>
          <w:rFonts w:ascii="Courier New" w:hAnsi="Courier New"/>
          <w:color w:val="555555"/>
          <w:sz w:val="20"/>
        </w:rPr>
        <w:t>[5]</w:t>
      </w:r>
    </w:p>
    <w:p>
      <w:r>
        <w:rPr>
          <w:rFonts w:ascii="Gentium Plus" w:hAnsi="Gentium Plus"/>
          <w:sz w:val="24"/>
        </w:rPr>
        <w:t>ᾧ λόγῳ καὶ Σαυνίταις οἱ πατέρες, ὅμοια χωρὶς αὐτῶν</w:t>
      </w:r>
    </w:p>
    <w:p>
      <w:r>
        <w:rPr>
          <w:rFonts w:ascii="Courier New" w:hAnsi="Courier New"/>
          <w:color w:val="555555"/>
          <w:sz w:val="20"/>
        </w:rPr>
        <w:t>[Iber . 361]</w:t>
      </w:r>
    </w:p>
    <w:p>
      <w:r>
        <w:rPr>
          <w:rFonts w:ascii="Gentium Plus" w:hAnsi="Gentium Plus"/>
          <w:sz w:val="24"/>
        </w:rPr>
        <w:t>συνθεμένους, ἡγεμόνας εἴκοσιν ἐξεδεδώκεσαν. Μαγκῖνον</w:t>
      </w:r>
    </w:p>
    <w:p>
      <w:r>
        <w:rPr>
          <w:rFonts w:ascii="Courier New" w:hAnsi="Courier New"/>
          <w:color w:val="555555"/>
          <w:sz w:val="20"/>
        </w:rPr>
        <w:t>[Iber . 362]</w:t>
      </w:r>
    </w:p>
    <w:p>
      <w:r>
        <w:rPr>
          <w:rFonts w:ascii="Gentium Plus" w:hAnsi="Gentium Plus"/>
          <w:sz w:val="24"/>
        </w:rPr>
        <w:t>τοῖς Νομαντίνοις· οἳ δ’ οὐκ ἐδέξαντο. στρατηγὸς δ’ ἐπ’ αὐτοὺς αἱρεθεὶς Καλπούρνιος Πείσων οὐδ’ ἤλασεν ἐπὶ Νομαντίαν, ἀλλ’ ἐς τὴν Παλλαντίων γῆν ἐσβαλὼν καὶ μικρὰ δῃώσας ἐχείμαζεν ἐν Καρπητανίᾳ τὸ ἐπί‐</w:t>
      </w:r>
    </w:p>
    <w:p>
      <w:r>
        <w:rPr>
          <w:rFonts w:ascii="Courier New" w:hAnsi="Courier New"/>
          <w:color w:val="555555"/>
          <w:sz w:val="20"/>
        </w:rPr>
        <w:t>[5]</w:t>
      </w:r>
    </w:p>
    <w:p>
      <w:r>
        <w:rPr>
          <w:rFonts w:ascii="Gentium Plus" w:hAnsi="Gentium Plus"/>
          <w:sz w:val="24"/>
        </w:rPr>
        <w:t>λοιπον τῆς ἀρχῆς.</w:t>
      </w:r>
    </w:p>
    <w:p>
      <w:r>
        <w:rPr>
          <w:rFonts w:ascii="Courier New" w:hAnsi="Courier New"/>
          <w:color w:val="555555"/>
          <w:sz w:val="20"/>
        </w:rPr>
        <w:t>[Iber . 363]</w:t>
      </w:r>
    </w:p>
    <w:p>
      <w:r>
        <w:rPr>
          <w:rFonts w:ascii="Gentium Plus" w:hAnsi="Gentium Plus"/>
          <w:sz w:val="24"/>
        </w:rPr>
        <w:t>ἐν δὲ Ῥώμῃ κάμνων ὁ δῆμος ἐπὶ τοῖς Νομαντίνοις, μακροῦ καὶ δυσχεροῦς τοῦ πολέμου σφίσι παρὰ προσ‐ δοκίαν γεγονότος, ᾑροῦντο Κορνήλιον Σκιπίωνα, τὸν Καρχηδόνα ἑλόντα, αὖθις ὑπατεύειν, ὡς μόνον ἐπι‐</w:t>
      </w:r>
    </w:p>
    <w:p>
      <w:r>
        <w:rPr>
          <w:rFonts w:ascii="Courier New" w:hAnsi="Courier New"/>
          <w:color w:val="555555"/>
          <w:sz w:val="20"/>
        </w:rPr>
        <w:t>[Iber . 364]</w:t>
      </w:r>
    </w:p>
    <w:p>
      <w:r>
        <w:rPr>
          <w:rFonts w:ascii="Gentium Plus" w:hAnsi="Gentium Plus"/>
          <w:sz w:val="24"/>
        </w:rPr>
        <w:t>κρατῆσαι τῶν Νομαντίνων δυνάμενον. ὃ δὲ καὶ τότε ἦν ἔτι νεώτερος τῆς νενομισμένης τοῖς ὑπατεύουσιν ἡλικίας· ἡ οὖν βουλὴ πάλιν, ὥσπερ ἐπὶ Καρχηδονίοις αὐτοῦ χειροτονουμένου [Σκιπίωνος], ἐψηφίσατο τοὺς</w:t>
      </w:r>
    </w:p>
    <w:p>
      <w:r>
        <w:rPr>
          <w:rFonts w:ascii="Courier New" w:hAnsi="Courier New"/>
          <w:color w:val="555555"/>
          <w:sz w:val="20"/>
        </w:rPr>
        <w:t>[5]</w:t>
      </w:r>
    </w:p>
    <w:p>
      <w:r>
        <w:rPr>
          <w:rFonts w:ascii="Gentium Plus" w:hAnsi="Gentium Plus"/>
          <w:sz w:val="24"/>
        </w:rPr>
        <w:t>δημάρχους λῦσαι τὸν περὶ τῆς ἡλικίας νόμον καὶ τοῦ</w:t>
      </w:r>
    </w:p>
    <w:p>
      <w:r>
        <w:rPr>
          <w:rFonts w:ascii="Courier New" w:hAnsi="Courier New"/>
          <w:color w:val="555555"/>
          <w:sz w:val="20"/>
        </w:rPr>
        <w:t>[Iber . 365]</w:t>
      </w:r>
    </w:p>
    <w:p>
      <w:r>
        <w:rPr>
          <w:rFonts w:ascii="Gentium Plus" w:hAnsi="Gentium Plus"/>
          <w:sz w:val="24"/>
        </w:rPr>
        <w:t>ἐπιόντος ἔτους 〈αὖθισ〉 θέσθαι. οὕτω μὲν ὁ Σκιπίων αὖθις ὑπατεύων ἐς Νομαντίαν ἠπείγετο, στρατιὰν δ’ ἐκ καταλόγου μὲν οὐκ ἔλαβεν, πολλῶν τε πολέμων ὄντων καὶ πολλῶν ἀνδρῶν ἐν Ἰβηρίᾳ, ἐθελοντὰς δέ τινας,</w:t>
      </w:r>
    </w:p>
    <w:p>
      <w:r>
        <w:rPr>
          <w:rFonts w:ascii="Courier New" w:hAnsi="Courier New"/>
          <w:color w:val="555555"/>
          <w:sz w:val="20"/>
        </w:rPr>
        <w:t>[5]</w:t>
      </w:r>
    </w:p>
    <w:p>
      <w:r>
        <w:rPr>
          <w:rFonts w:ascii="Gentium Plus" w:hAnsi="Gentium Plus"/>
          <w:sz w:val="24"/>
        </w:rPr>
        <w:t>ἔκ τε πόλεων καὶ βασιλέων ἐς χάριν ἰδίαν πεμφθέντας αὐτῷ, συγχωρούσης τῆς βουλῆς, ἐπηγάγετο καὶ πελά‐ τας ἐκ Ῥώμης καὶ φίλους πεντακοσίους, οὓς ἐς ἴλην</w:t>
      </w:r>
    </w:p>
    <w:p>
      <w:r>
        <w:rPr>
          <w:rFonts w:ascii="Courier New" w:hAnsi="Courier New"/>
          <w:color w:val="555555"/>
          <w:sz w:val="20"/>
        </w:rPr>
        <w:t>[Iber . 366]</w:t>
      </w:r>
    </w:p>
    <w:p>
      <w:r>
        <w:rPr>
          <w:rFonts w:ascii="Gentium Plus" w:hAnsi="Gentium Plus"/>
          <w:sz w:val="24"/>
        </w:rPr>
        <w:t>καταλέξας ἐκάλει φίλων ἴλην. πάντας δὲ ἐς τετρα‐ κισχιλίους γενομένους παραδοὺς ἄγειν ἀδελφιδῷ Βου‐</w:t>
      </w:r>
    </w:p>
    <w:p>
      <w:r>
        <w:rPr>
          <w:rFonts w:ascii="Courier New" w:hAnsi="Courier New"/>
          <w:color w:val="555555"/>
          <w:sz w:val="20"/>
        </w:rPr>
        <w:t>[5]</w:t>
      </w:r>
    </w:p>
    <w:p>
      <w:r>
        <w:rPr>
          <w:rFonts w:ascii="Gentium Plus" w:hAnsi="Gentium Plus"/>
          <w:sz w:val="24"/>
        </w:rPr>
        <w:t>καὶ στάσεων καὶ τρυφῆς, εὖ εἰδώς, ὅτι μὴ κρατήσει</w:t>
      </w:r>
    </w:p>
    <w:p>
      <w:r>
        <w:rPr>
          <w:rFonts w:ascii="Courier New" w:hAnsi="Courier New"/>
          <w:color w:val="555555"/>
          <w:sz w:val="20"/>
        </w:rPr>
        <w:t>[Iber . 367]</w:t>
      </w:r>
    </w:p>
    <w:p>
      <w:r>
        <w:rPr>
          <w:rFonts w:ascii="Gentium Plus" w:hAnsi="Gentium Plus"/>
          <w:sz w:val="24"/>
        </w:rPr>
        <w:t>πολεμίων, πρὶν κατασχεῖν τῶν ἰδίων ἐγκρατῶς. ἐλθὼν δὲ ἐμπόρους τε πάντας ἐξήλαυνε καὶ ἑταίρας καὶ μάν‐ τεις καὶ θύτας, οἷς διὰ τὰς δυσπραξίας οἱ στρατιῶται περιδεεῖς γεγονότες ἐχρῶντο συνεχῶς· ἔς τε τὸ μέλλον</w:t>
      </w:r>
    </w:p>
    <w:p>
      <w:r>
        <w:rPr>
          <w:rFonts w:ascii="Courier New" w:hAnsi="Courier New"/>
          <w:color w:val="555555"/>
          <w:sz w:val="20"/>
        </w:rPr>
        <w:t>[5]</w:t>
      </w:r>
    </w:p>
    <w:p>
      <w:r>
        <w:rPr>
          <w:rFonts w:ascii="Gentium Plus" w:hAnsi="Gentium Plus"/>
          <w:sz w:val="24"/>
        </w:rPr>
        <w:t>ἀπεῖπε μηδὲν ἐσφέρεσθαι τῶν περισσῶν, μηδὲ ἱερεῖον</w:t>
      </w:r>
    </w:p>
    <w:p>
      <w:r>
        <w:rPr>
          <w:rFonts w:ascii="Courier New" w:hAnsi="Courier New"/>
          <w:color w:val="555555"/>
          <w:sz w:val="20"/>
        </w:rPr>
        <w:t>[Iber . 368]</w:t>
      </w:r>
    </w:p>
    <w:p>
      <w:r>
        <w:rPr>
          <w:rFonts w:ascii="Gentium Plus" w:hAnsi="Gentium Plus"/>
          <w:sz w:val="24"/>
        </w:rPr>
        <w:t>ἐς μαντείαν πεποιημένον. ἐκέλευσεν δὲ καὶ τὰς ἁμάξας καὶ τὰ περισσὰ τῶν ἐς αὐτὰς τιθεμένων καὶ τὰ ὑπο‐ ζύγια, χωρὶς ὧν αὐτὸς ὑπελείπετο, πραθῆναι. καὶ σκεῦος οὐκ ἐξῆν ἐς δίαιταν ἔχειν οὐδενὶ πλὴν ὀβελοῦ καὶ</w:t>
      </w:r>
    </w:p>
    <w:p>
      <w:r>
        <w:rPr>
          <w:rFonts w:ascii="Courier New" w:hAnsi="Courier New"/>
          <w:color w:val="555555"/>
          <w:sz w:val="20"/>
        </w:rPr>
        <w:t>[5]</w:t>
      </w:r>
    </w:p>
    <w:p>
      <w:r>
        <w:rPr>
          <w:rFonts w:ascii="Gentium Plus" w:hAnsi="Gentium Plus"/>
          <w:sz w:val="24"/>
        </w:rPr>
        <w:t>χύτρας χαλκῆς καὶ ἐκπώματος ἑνός. τά τε σιτία αὐτοῖς</w:t>
      </w:r>
    </w:p>
    <w:p>
      <w:r>
        <w:rPr>
          <w:rFonts w:ascii="Courier New" w:hAnsi="Courier New"/>
          <w:color w:val="555555"/>
          <w:sz w:val="20"/>
        </w:rPr>
        <w:t>[Iber . 369]</w:t>
      </w:r>
    </w:p>
    <w:p>
      <w:r>
        <w:rPr>
          <w:rFonts w:ascii="Gentium Plus" w:hAnsi="Gentium Plus"/>
          <w:sz w:val="24"/>
        </w:rPr>
        <w:t>ὥριστο κρέα ζεστὰ καὶ ὀπτὰ εἶναι. κλίνας τε ἀπεῖπεν ἔχειν καὶ πρῶτος ἐπὶ στιβάδων ἀνεπαύετο. ἀπεῖπεν δὲ καὶ ὁδεύοντας ἡμιόνοις ἐπικαθέζεσθαι· τί γὰρ ἐν πο‐ λέμῳ προσδοκᾶν ἔφη παρ’ ἀνδρὸς οὐδὲ βαδίζειν δυνα‐</w:t>
      </w:r>
    </w:p>
    <w:p>
      <w:r>
        <w:rPr>
          <w:rFonts w:ascii="Courier New" w:hAnsi="Courier New"/>
          <w:color w:val="555555"/>
          <w:sz w:val="20"/>
        </w:rPr>
        <w:t>[5]</w:t>
      </w:r>
    </w:p>
    <w:p>
      <w:r>
        <w:rPr>
          <w:rFonts w:ascii="Gentium Plus" w:hAnsi="Gentium Plus"/>
          <w:sz w:val="24"/>
        </w:rPr>
        <w:t>μένου; κἀν τοῖς ἀλείμμασι καὶ λουτροῖς ἑαυτοὺς ἤλει‐ φον, ἐπισκώπτοντος τοῦ Σκιπίωνος, ὡς αἱ ἡμίονοι,</w:t>
      </w:r>
    </w:p>
    <w:p>
      <w:r>
        <w:rPr>
          <w:rFonts w:ascii="Courier New" w:hAnsi="Courier New"/>
          <w:color w:val="555555"/>
          <w:sz w:val="20"/>
        </w:rPr>
        <w:t>[Iber . 370]</w:t>
      </w:r>
    </w:p>
    <w:p>
      <w:r>
        <w:rPr>
          <w:rFonts w:ascii="Gentium Plus" w:hAnsi="Gentium Plus"/>
          <w:sz w:val="24"/>
        </w:rPr>
        <w:t>χεῖρας οὐκ ἔχουσαι, χρῄζουσι τριβόντων. οὕτω μὲν αὐτοὺς ἐς σωφροσύνην μετέβαλλεν ἀθρόως, εἴθιζεν δὲ</w:t>
      </w:r>
    </w:p>
    <w:p>
      <w:r>
        <w:rPr>
          <w:rFonts w:ascii="Courier New" w:hAnsi="Courier New"/>
          <w:color w:val="555555"/>
          <w:sz w:val="20"/>
        </w:rPr>
        <w:t>[Iber . 371]</w:t>
      </w:r>
    </w:p>
    <w:p>
      <w:r>
        <w:rPr>
          <w:rFonts w:ascii="Gentium Plus" w:hAnsi="Gentium Plus"/>
          <w:sz w:val="24"/>
        </w:rPr>
        <w:t>ἐς τὰς χάριτας, καὶ μάλιστα τὰς παρανόμους. ἔλεγέν τε πολλάκις τοὺς μὲν αὐστηροὺς καὶ ἐννόμους τῶν στρατηγῶν τοῖς οἰκείοις, τοὺς δὲ εὐχερεῖς καὶ φιλο‐ δώρους τοῖς πολεμίοις εἶναι χρησίμους· τὰ γὰρ στρατό‐</w:t>
      </w:r>
    </w:p>
    <w:p>
      <w:r>
        <w:rPr>
          <w:rFonts w:ascii="Courier New" w:hAnsi="Courier New"/>
          <w:color w:val="555555"/>
          <w:sz w:val="20"/>
        </w:rPr>
        <w:t>[5]</w:t>
      </w:r>
    </w:p>
    <w:p>
      <w:r>
        <w:rPr>
          <w:rFonts w:ascii="Gentium Plus" w:hAnsi="Gentium Plus"/>
          <w:sz w:val="24"/>
        </w:rPr>
        <w:t>πεδα τοῖς μὲν εἶναι κεχαρμένα τε καὶ καταφρονητικά, τοῖς δὲ σκυθρωπὰ μέν, εὐπειθῆ δὲ καὶ πᾶσιν ἕτοιμα.</w:t>
      </w:r>
    </w:p>
    <w:p>
      <w:r>
        <w:rPr>
          <w:rFonts w:ascii="Courier New" w:hAnsi="Courier New"/>
          <w:color w:val="555555"/>
          <w:sz w:val="20"/>
        </w:rPr>
        <w:t>[Iber . 372]</w:t>
      </w:r>
    </w:p>
    <w:p>
      <w:r>
        <w:rPr>
          <w:rFonts w:ascii="Gentium Plus" w:hAnsi="Gentium Plus"/>
          <w:sz w:val="24"/>
        </w:rPr>
        <w:t>οὐ μὴν οὐδ’ ὣς ἐτόλμα πολεμεῖν, πρὶν αὐτοὺς γυμνάσαι πόνοις πολλοῖς. τὰ οὖν ἀγχοτάτω πεδία πάντα περιιὼν ἑκάστης ἡμέρας ἄλλο μετ’ ἄλλο στρατό‐ πεδον ἤγειρέ τε καὶ καθῄρει καὶ τάφρους ὤρυσσε</w:t>
      </w:r>
    </w:p>
    <w:p>
      <w:r>
        <w:rPr>
          <w:rFonts w:ascii="Courier New" w:hAnsi="Courier New"/>
          <w:color w:val="555555"/>
          <w:sz w:val="20"/>
        </w:rPr>
        <w:t>[5]</w:t>
      </w:r>
    </w:p>
    <w:p>
      <w:r>
        <w:rPr>
          <w:rFonts w:ascii="Gentium Plus" w:hAnsi="Gentium Plus"/>
          <w:sz w:val="24"/>
        </w:rPr>
        <w:t>βαθυτάτας καὶ ἐνεπίμπλη τείχη τε μεγάλα ᾠκοδόμει καὶ κατέφερεν, αὐτὸς ἐξ ἠοῦς ἐς ἑσπέραν ἅπαντα ἐφ‐</w:t>
      </w:r>
    </w:p>
    <w:p>
      <w:r>
        <w:rPr>
          <w:rFonts w:ascii="Courier New" w:hAnsi="Courier New"/>
          <w:color w:val="555555"/>
          <w:sz w:val="20"/>
        </w:rPr>
        <w:t>[Iber . 373]</w:t>
      </w:r>
    </w:p>
    <w:p>
      <w:r>
        <w:rPr>
          <w:rFonts w:ascii="Gentium Plus" w:hAnsi="Gentium Plus"/>
          <w:sz w:val="24"/>
        </w:rPr>
        <w:t>ορῶν. τὰς δὲ ὁδοιπορίας, ἵνα μή τις ὡς πάλαι δια‐ σκιδνῷτο, ἦγεν ἐν πλινθίοις ἀεί, καὶ τὴν δεδομένην ἑκάστῳ τάξιν οὐκ ἦν ἐναλλάξαι. περιιών τε τὴν ὁδοι‐ πορίαν καὶ τὰ πολλὰ οὐραγῶν τοὺς μὲν ἀρρωστοῦν‐</w:t>
      </w:r>
    </w:p>
    <w:p>
      <w:r>
        <w:rPr>
          <w:rFonts w:ascii="Courier New" w:hAnsi="Courier New"/>
          <w:color w:val="555555"/>
          <w:sz w:val="20"/>
        </w:rPr>
        <w:t>[5]</w:t>
      </w:r>
    </w:p>
    <w:p>
      <w:r>
        <w:rPr>
          <w:rFonts w:ascii="Gentium Plus" w:hAnsi="Gentium Plus"/>
          <w:sz w:val="24"/>
        </w:rPr>
        <w:t>τας ἐπὶ τοὺς ἵππους ἀνεβίβαζεν ἀντὶ τῶν ἱππέων, τὰ δὲ βαροῦντα τὰς ἡμιόνους ἐς τοὺς πεζοὺς διεμέριζεν.</w:t>
      </w:r>
    </w:p>
    <w:p>
      <w:r>
        <w:rPr>
          <w:rFonts w:ascii="Courier New" w:hAnsi="Courier New"/>
          <w:color w:val="555555"/>
          <w:sz w:val="20"/>
        </w:rPr>
        <w:t>[Iber . 374]</w:t>
      </w:r>
    </w:p>
    <w:p>
      <w:r>
        <w:rPr>
          <w:rFonts w:ascii="Gentium Plus" w:hAnsi="Gentium Plus"/>
          <w:sz w:val="24"/>
        </w:rPr>
        <w:t>εἰ δὲ σταθμεύοι, τοὺς μὲν προφύλακας τῆς ἡμέρας ἐκ τῆς ὁδοιπορίας ἔδει περὶ τὸν χάρακα ἵστασθαι καὶ ἱππέων ἑτέραν ἴλην περιτρέχειν· οἱ δ’ ἄλλοι τὰ ἔργα διῄρηντο, καὶ τοῖς μὲν ταφρεύειν ἐτέτακτο, τοῖς δὲ τειχί‐</w:t>
      </w:r>
    </w:p>
    <w:p>
      <w:r>
        <w:rPr>
          <w:rFonts w:ascii="Courier New" w:hAnsi="Courier New"/>
          <w:color w:val="555555"/>
          <w:sz w:val="20"/>
        </w:rPr>
        <w:t>[5]</w:t>
      </w:r>
    </w:p>
    <w:p>
      <w:r>
        <w:rPr>
          <w:rFonts w:ascii="Gentium Plus" w:hAnsi="Gentium Plus"/>
          <w:sz w:val="24"/>
        </w:rPr>
        <w:t>ζειν, τοῖς δὲ σκηνοποιεῖν, χρόνου τε μῆκος ὡρίζετο αὐτοῖς καὶ διεμετρεῖτο.</w:t>
      </w:r>
    </w:p>
    <w:p>
      <w:r>
        <w:rPr>
          <w:rFonts w:ascii="Courier New" w:hAnsi="Courier New"/>
          <w:color w:val="555555"/>
          <w:sz w:val="20"/>
        </w:rPr>
        <w:t>[Iber . 375]</w:t>
      </w:r>
    </w:p>
    <w:p>
      <w:r>
        <w:rPr>
          <w:rFonts w:ascii="Gentium Plus" w:hAnsi="Gentium Plus"/>
          <w:sz w:val="24"/>
        </w:rPr>
        <w:t>ὅτε δ’ εἴκασεν ὀξὺ καὶ εὐπειθὲς αὐτῷ καὶ φερέ‐ πονον γεγονέναι τὸ στράτευμα, μετέβαινεν ἀγχοῦ τῶν</w:t>
      </w:r>
    </w:p>
    <w:p>
      <w:r>
        <w:rPr>
          <w:rFonts w:ascii="Courier New" w:hAnsi="Courier New"/>
          <w:color w:val="555555"/>
          <w:sz w:val="20"/>
        </w:rPr>
        <w:t>[5]</w:t>
      </w:r>
    </w:p>
    <w:p>
      <w:r>
        <w:rPr>
          <w:rFonts w:ascii="Gentium Plus" w:hAnsi="Gentium Plus"/>
          <w:sz w:val="24"/>
        </w:rPr>
        <w:t>τοῦ μή τινος ἐν ἀρχῇ γενομένου πταίσματος εὐκατα‐ φρόνητον τοῖς πολεμίοις αὐτὸν γενέσθαι, καὶ τέως</w:t>
      </w:r>
    </w:p>
    <w:p>
      <w:r>
        <w:rPr>
          <w:rFonts w:ascii="Courier New" w:hAnsi="Courier New"/>
          <w:color w:val="555555"/>
          <w:sz w:val="20"/>
        </w:rPr>
        <w:t>[Iber . 376]</w:t>
      </w:r>
    </w:p>
    <w:p>
      <w:r>
        <w:rPr>
          <w:rFonts w:ascii="Gentium Plus" w:hAnsi="Gentium Plus"/>
          <w:sz w:val="24"/>
        </w:rPr>
        <w:t>καταφρονοῦσιν. οὐδ’ ἐπεχείρει τοῖς ἐχθροῖς, ἔτι περι‐ σκοπῶν αὐτόν τε τὸν πόλεμον καὶ τὸν καιρὸν αὐτοῦ καὶ τὴν τῶν Νομαντίνων ὁρμήν, ἐς ὅ τι τρέψοιντο. τὰ δ’ ὀπίσω τοῦ στρατοπέδου πάντα ἐχορτολόγει καὶ</w:t>
      </w:r>
    </w:p>
    <w:p>
      <w:r>
        <w:rPr>
          <w:rFonts w:ascii="Courier New" w:hAnsi="Courier New"/>
          <w:color w:val="555555"/>
          <w:sz w:val="20"/>
        </w:rPr>
        <w:t>[Iber . 377]</w:t>
      </w:r>
    </w:p>
    <w:p>
      <w:r>
        <w:rPr>
          <w:rFonts w:ascii="Gentium Plus" w:hAnsi="Gentium Plus"/>
          <w:sz w:val="24"/>
        </w:rPr>
        <w:t>τὸν σῖτον ἔκειρεν ἔτι χλωρόν. ὡς δὲ αὐτῷ ταῦτα ἐξ‐ ετεθέριστο καὶ ἐς τὸ πρόσθεν ἔδει βαδίζειν, ὁδὸς μὲν ἦν παρὰ τὴν Νομαντίαν ἐπὶ τὰ πεδία σύντομος, καὶ πολλοὶ συνεβούλευον ἐς αὐτὴν τραπέσθαι. ὃ δ’ ἔφη</w:t>
      </w:r>
    </w:p>
    <w:p>
      <w:r>
        <w:rPr>
          <w:rFonts w:ascii="Courier New" w:hAnsi="Courier New"/>
          <w:color w:val="555555"/>
          <w:sz w:val="20"/>
        </w:rPr>
        <w:t>[5]</w:t>
      </w:r>
    </w:p>
    <w:p>
      <w:r>
        <w:rPr>
          <w:rFonts w:ascii="Gentium Plus" w:hAnsi="Gentium Plus"/>
          <w:sz w:val="24"/>
        </w:rPr>
        <w:t>τὴν ἐπάνοδον δεδιέναι, κούφων μὲν τότε τῶν πολε‐ μίων ὄντων, καὶ ἐκ πόλεως ὁρμωμένων καὶ ἐς πόλιν</w:t>
      </w:r>
    </w:p>
    <w:p>
      <w:r>
        <w:rPr>
          <w:rFonts w:ascii="Courier New" w:hAnsi="Courier New"/>
          <w:color w:val="555555"/>
          <w:sz w:val="20"/>
        </w:rPr>
        <w:t>[Iber . 378]</w:t>
      </w:r>
    </w:p>
    <w:p>
      <w:r>
        <w:rPr>
          <w:rFonts w:ascii="Gentium Plus" w:hAnsi="Gentium Plus"/>
          <w:sz w:val="24"/>
        </w:rPr>
        <w:t>ἀφορμώντων· “οἱ δ’ ἡμέτεροι βαρεῖς ἐπανίασιν ὡς ἀπὸ σιτολογίας καὶ κατάκοποι καὶ κτήνη καὶ ἁμάξας καὶ φορτία ἄγουσιν. δυσχερής τε ὅλως καὶ ἀνόμοιος ὁ ἀγών· ἡσσωμένοις μὲν γὰρ πολὺς ὁ κίνδυνος, νικῶσι</w:t>
      </w:r>
    </w:p>
    <w:p>
      <w:r>
        <w:rPr>
          <w:rFonts w:ascii="Courier New" w:hAnsi="Courier New"/>
          <w:color w:val="555555"/>
          <w:sz w:val="20"/>
        </w:rPr>
        <w:t>[Iber . 379]</w:t>
      </w:r>
    </w:p>
    <w:p>
      <w:r>
        <w:rPr>
          <w:rFonts w:ascii="Gentium Plus" w:hAnsi="Gentium Plus"/>
          <w:sz w:val="24"/>
        </w:rPr>
        <w:t>δὲ οὐ μέγα τὸ ἔργον οὐδὲ ἐπικερδές.” εἶναι δ’ ἄλο‐ γον κινδυνεύειν ἐπὶ ὀλίγοις καὶ στρατηγὸν ἀμελῆ τὸν ἀγωνιζόμενον πρὸ τῆς χρείας, ἀγαθὸν δὲ τὸν ἐν μόναις παρακινδυνεύοντα ταῖς ἀνάγκαις. συγκρίνων δ’</w:t>
      </w:r>
    </w:p>
    <w:p>
      <w:r>
        <w:rPr>
          <w:rFonts w:ascii="Courier New" w:hAnsi="Courier New"/>
          <w:color w:val="555555"/>
          <w:sz w:val="20"/>
        </w:rPr>
        <w:t>[5]</w:t>
      </w:r>
    </w:p>
    <w:p>
      <w:r>
        <w:rPr>
          <w:rFonts w:ascii="Gentium Plus" w:hAnsi="Gentium Plus"/>
          <w:sz w:val="24"/>
        </w:rPr>
        <w:t>ἔφη καὶ τοὺς ἰατροὺς μὴ χρῆσθαι τομαῖς μηδὲ καύσεσι</w:t>
      </w:r>
    </w:p>
    <w:p>
      <w:r>
        <w:rPr>
          <w:rFonts w:ascii="Courier New" w:hAnsi="Courier New"/>
          <w:color w:val="555555"/>
          <w:sz w:val="20"/>
        </w:rPr>
        <w:t>[Iber . 380]</w:t>
      </w:r>
    </w:p>
    <w:p>
      <w:r>
        <w:rPr>
          <w:rFonts w:ascii="Gentium Plus" w:hAnsi="Gentium Plus"/>
          <w:sz w:val="24"/>
        </w:rPr>
        <w:t>πρὸ φαρμάκων. ταῦτ’ εἰπὼν ἐκέλευεν τοῖς ἡγεμόσιν τὴν μακροτέραν περιάγειν. καὶ συνεξῄει τότε μὲν ἐς τὸ πέραν τοῦ στρατοπέδου, ὕστερον δ’ ἐς τὰ Οὐακ‐ καίων, ὅθεν οἱ Νομαντῖνοι τὰς τροφὰς ἐωνοῦντο, κεί‐</w:t>
      </w:r>
    </w:p>
    <w:p>
      <w:r>
        <w:rPr>
          <w:rFonts w:ascii="Courier New" w:hAnsi="Courier New"/>
          <w:color w:val="555555"/>
          <w:sz w:val="20"/>
        </w:rPr>
        <w:t>[5]</w:t>
      </w:r>
    </w:p>
    <w:p>
      <w:r>
        <w:rPr>
          <w:rFonts w:ascii="Gentium Plus" w:hAnsi="Gentium Plus"/>
          <w:sz w:val="24"/>
        </w:rPr>
        <w:t>ρων ἅπαντα καὶ τὰ χρήσιμα ἐς τὰς ἑαυτοῦ τροφὰς</w:t>
      </w:r>
    </w:p>
    <w:p>
      <w:r>
        <w:rPr>
          <w:rFonts w:ascii="Courier New" w:hAnsi="Courier New"/>
          <w:color w:val="555555"/>
          <w:sz w:val="20"/>
        </w:rPr>
        <w:t>[Iber . 381]</w:t>
      </w:r>
    </w:p>
    <w:p>
      <w:r>
        <w:rPr>
          <w:rFonts w:ascii="Gentium Plus" w:hAnsi="Gentium Plus"/>
          <w:sz w:val="24"/>
        </w:rPr>
        <w:t>ἐν δέ τινι πεδίῳ τῆς Παλλαντίας, ὄνομα Κοπλα‐ νίῳ, πολλοὺς ἐπὶ τῶν ὀρῶν ὑπὸ λόφοις ἔκρυψαν οἱ Παλλάντιοι καὶ ἑτέροις ἐς τὸ φανερὸν τοὺς σιτολογοῦντας</w:t>
      </w:r>
    </w:p>
    <w:p>
      <w:r>
        <w:rPr>
          <w:rFonts w:ascii="Courier New" w:hAnsi="Courier New"/>
          <w:color w:val="555555"/>
          <w:sz w:val="20"/>
        </w:rPr>
        <w:t>[Iber . 382]</w:t>
      </w:r>
    </w:p>
    <w:p>
      <w:r>
        <w:rPr>
          <w:rFonts w:ascii="Gentium Plus" w:hAnsi="Gentium Plus"/>
          <w:sz w:val="24"/>
        </w:rPr>
        <w:t>ἠνώχλουν. ὃ δὲ Ῥουτίλιον Ῥοῦφον, συγγραφέα τῶνδε τῶν ἔργων, τότε χιλιαρχοῦντα, ἐκέλευσε τέσσαρας ἱππέων ἴλας λαβόντα ἀναστεῖλαι τοὺς ἐνοχλοῦντας. Ῥοῦφος μὲν οὖν ὑποχωροῦσιν αὐτοῖς ἀμέτρως εἵπετο καὶ φεύγουσιν</w:t>
      </w:r>
    </w:p>
    <w:p>
      <w:r>
        <w:rPr>
          <w:rFonts w:ascii="Courier New" w:hAnsi="Courier New"/>
          <w:color w:val="555555"/>
          <w:sz w:val="20"/>
        </w:rPr>
        <w:t>[5]</w:t>
      </w:r>
    </w:p>
    <w:p>
      <w:r>
        <w:rPr>
          <w:rFonts w:ascii="Gentium Plus" w:hAnsi="Gentium Plus"/>
          <w:sz w:val="24"/>
        </w:rPr>
        <w:t>ἐς τὸν λόφον συνανεπήδα, ἔνθα τῆς ἐνέδρας ἐκφανείσης ἐκέλευε τοὺς ἱππέας μήτε διώκειν μήτε ἐπιχειρεῖν ἔτι, ἀλλ’ ἐν προβολῇ τὰ δόρατα θεμένους ἑστάναι καὶ ἐπιόντας</w:t>
      </w:r>
    </w:p>
    <w:p>
      <w:r>
        <w:rPr>
          <w:rFonts w:ascii="Courier New" w:hAnsi="Courier New"/>
          <w:color w:val="555555"/>
          <w:sz w:val="20"/>
        </w:rPr>
        <w:t>[Iber . 383]</w:t>
      </w:r>
    </w:p>
    <w:p>
      <w:r>
        <w:rPr>
          <w:rFonts w:ascii="Gentium Plus" w:hAnsi="Gentium Plus"/>
          <w:sz w:val="24"/>
        </w:rPr>
        <w:t>ἀμύνεσθαι μόνον. ὁ δὲ Σκιπίων εὐθὺ ἀνατρέχοντος αὐτοῦ παρὰ τὸ πρόσταγμα δείσας εἵπετο κατὰ σπουδὴν καί, ὡς εὗρε τὴν ἐνέδραν, ἐς δύο διεῖλε τοὺς ἱππέας καὶ προσ‐ έταξεν αὐτῶν ἑκατέροις παρὰ μέρος ἐμπηδᾶν τοῖς πολε‐</w:t>
      </w:r>
    </w:p>
    <w:p>
      <w:r>
        <w:rPr>
          <w:rFonts w:ascii="Courier New" w:hAnsi="Courier New"/>
          <w:color w:val="555555"/>
          <w:sz w:val="20"/>
        </w:rPr>
        <w:t>[5]</w:t>
      </w:r>
    </w:p>
    <w:p>
      <w:r>
        <w:rPr>
          <w:rFonts w:ascii="Gentium Plus" w:hAnsi="Gentium Plus"/>
          <w:sz w:val="24"/>
        </w:rPr>
        <w:t>μίοις καὶ ἀκοντίσαντας ὁμοῦ πάντας εὐθὺς ἀναχωρεῖν, οὐκ ἐς τὸν αὐτὸν τόπον, ἀλλ’ αἰεὶ κατ’ ὀλίγον προστι‐</w:t>
      </w:r>
    </w:p>
    <w:p>
      <w:r>
        <w:rPr>
          <w:rFonts w:ascii="Courier New" w:hAnsi="Courier New"/>
          <w:color w:val="555555"/>
          <w:sz w:val="20"/>
        </w:rPr>
        <w:t>[Iber . 384]</w:t>
      </w:r>
    </w:p>
    <w:p>
      <w:r>
        <w:rPr>
          <w:rFonts w:ascii="Gentium Plus" w:hAnsi="Gentium Plus"/>
          <w:sz w:val="24"/>
        </w:rPr>
        <w:t>θέντας ὀπίσω καὶ ὑποχωροῦντας. οὕτω μὲν τοὺς ἱππέας ἐς τὸ πεδίον περιέσωσεν· ἀναζευγνύοντι δ’ αὐτῷ καὶ ἀναχωροῦντι ποταμὸς ἦν ἐν μέσῳ δύσπορός τε καὶ</w:t>
      </w:r>
    </w:p>
    <w:p>
      <w:r>
        <w:rPr>
          <w:rFonts w:ascii="Courier New" w:hAnsi="Courier New"/>
          <w:color w:val="555555"/>
          <w:sz w:val="20"/>
        </w:rPr>
        <w:t>[Iber . 385]</w:t>
      </w:r>
    </w:p>
    <w:p>
      <w:r>
        <w:rPr>
          <w:rFonts w:ascii="Gentium Plus" w:hAnsi="Gentium Plus"/>
          <w:sz w:val="24"/>
        </w:rPr>
        <w:t>ἰλυώδης, καὶ παρ’ αὐτὸν ἐνήδρευον οἱ πολέμιοι. ὃ δὲ μαθὼν ἐξέκλινε τῆς ὁδοῦ καὶ μακροτέραν ἦγε καὶ δυσενέ‐ δρευτον, νυκτός τε ὁδεύων διὰ τὸ δίψος καὶ φρέατα ὀρύσσων, ὧν τὰ πλέονα πικρὰ εὑρίσκετο. τοὺς μὲν οὖν</w:t>
      </w:r>
    </w:p>
    <w:p>
      <w:r>
        <w:rPr>
          <w:rFonts w:ascii="Courier New" w:hAnsi="Courier New"/>
          <w:color w:val="555555"/>
          <w:sz w:val="20"/>
        </w:rPr>
        <w:t>[5]</w:t>
      </w:r>
    </w:p>
    <w:p>
      <w:r>
        <w:rPr>
          <w:rFonts w:ascii="Gentium Plus" w:hAnsi="Gentium Plus"/>
          <w:sz w:val="24"/>
        </w:rPr>
        <w:t>ἄνδρας ἐπιμόχθως περιέσωσεν, ἵπποι δέ τινες αὐτοῦ καὶ</w:t>
      </w:r>
    </w:p>
    <w:p>
      <w:r>
        <w:rPr>
          <w:rFonts w:ascii="Courier New" w:hAnsi="Courier New"/>
          <w:color w:val="555555"/>
          <w:sz w:val="20"/>
        </w:rPr>
        <w:t>[Iber . 386]</w:t>
      </w:r>
    </w:p>
    <w:p>
      <w:r>
        <w:rPr>
          <w:rFonts w:ascii="Gentium Plus" w:hAnsi="Gentium Plus"/>
          <w:sz w:val="24"/>
        </w:rPr>
        <w:t>καὶ Καυκαίους δὲ παροδεύων, ἐς οὓς παρεσπόνδησε Λούκουλλος, ἐκήρυξε Καυκαίους ἐπὶ τὰ ἑαυτῶν ἀκιν‐</w:t>
      </w:r>
    </w:p>
    <w:p>
      <w:r>
        <w:rPr>
          <w:rFonts w:ascii="Courier New" w:hAnsi="Courier New"/>
          <w:color w:val="555555"/>
          <w:sz w:val="20"/>
        </w:rPr>
        <w:t>[Iber . 387]</w:t>
      </w:r>
    </w:p>
    <w:p>
      <w:r>
        <w:rPr>
          <w:rFonts w:ascii="Gentium Plus" w:hAnsi="Gentium Plus"/>
          <w:sz w:val="24"/>
        </w:rPr>
        <w:t>δύνως κατέρχεσθαι. καὶ παρῆλθεν ἐς τὴν Νομαντίνην χειμάσων, ἔνθα αὐτῷ καὶ Ἰογόρθας ἐκ Λιβύης ἀφίκετο, ὁ Μασσανάσσου υἱωνός, ἄγων ἐλέφαντας δυοκαίδεκα καὶ τοὺς συντασσομένους αὐτοῖς τοξότας τε καὶ σφενδονήτας.</w:t>
      </w:r>
    </w:p>
    <w:p>
      <w:r>
        <w:rPr>
          <w:rFonts w:ascii="Courier New" w:hAnsi="Courier New"/>
          <w:color w:val="555555"/>
          <w:sz w:val="20"/>
        </w:rPr>
        <w:t>[Iber . 388]</w:t>
      </w:r>
    </w:p>
    <w:p>
      <w:r>
        <w:rPr>
          <w:rFonts w:ascii="Gentium Plus" w:hAnsi="Gentium Plus"/>
          <w:sz w:val="24"/>
        </w:rPr>
        <w:t>αἰεὶ δέ τι δῃῶν καὶ τὰ περικείμενα πορθῶν, ἔλαθε περὶ κώμην ἐνεδρευθείς, ἣν ἐκ τοῦ πλέονος τέλμα πηλοῦ περιεῖχεν, ἐπὶ δὲ θάτερα φάραγξ ἦν, καὶ ἀφανὴς ἐν</w:t>
      </w:r>
    </w:p>
    <w:p>
      <w:r>
        <w:rPr>
          <w:rFonts w:ascii="Courier New" w:hAnsi="Courier New"/>
          <w:color w:val="555555"/>
          <w:sz w:val="20"/>
        </w:rPr>
        <w:t>[Iber . 389]</w:t>
      </w:r>
    </w:p>
    <w:p>
      <w:r>
        <w:rPr>
          <w:rFonts w:ascii="Gentium Plus" w:hAnsi="Gentium Plus"/>
          <w:sz w:val="24"/>
        </w:rPr>
        <w:t>ἐκείνῃ λόχος ὑπεκρύπτετο. τῆς οὖν στρατιᾶς τῷ Σκιπίωνι διῃρημένης οἳ μὲν τὴν κώμην ἐπόρθουν ἐσελθόντες, τὰ σημεῖα ἔξω καταλιπόντες, οἳ δὲ περιίππευον οὐ πολλοί.</w:t>
      </w:r>
    </w:p>
    <w:p>
      <w:r>
        <w:rPr>
          <w:rFonts w:ascii="Courier New" w:hAnsi="Courier New"/>
          <w:color w:val="555555"/>
          <w:sz w:val="20"/>
        </w:rPr>
        <w:t>[Iber . 390]</w:t>
      </w:r>
    </w:p>
    <w:p>
      <w:r>
        <w:rPr>
          <w:rFonts w:ascii="Gentium Plus" w:hAnsi="Gentium Plus"/>
          <w:sz w:val="24"/>
        </w:rPr>
        <w:t>τούτοις οὖν ἐμπίπτουσιν οἱ λοχῶντες. καὶ οἳ μὲν αὐτοὺς ἀπεμάχοντο, ὁ δὲ Σκιπίων (ἔτυχεν γὰρ πρὸ τῆς κώμης παρὰ τὰ σημεῖα ἑστώς) ἀνεκάλει τῇ σάλπιγγι τοὺς ἔνδον καί, πρὶν αὐτῷ γενέσθαι χιλίους, τοῖς ἱππεῦσιν ἐν‐</w:t>
      </w:r>
    </w:p>
    <w:p>
      <w:r>
        <w:rPr>
          <w:rFonts w:ascii="Courier New" w:hAnsi="Courier New"/>
          <w:color w:val="555555"/>
          <w:sz w:val="20"/>
        </w:rPr>
        <w:t>[Iber . 391]</w:t>
      </w:r>
    </w:p>
    <w:p>
      <w:r>
        <w:rPr>
          <w:rFonts w:ascii="Gentium Plus" w:hAnsi="Gentium Plus"/>
          <w:sz w:val="24"/>
        </w:rPr>
        <w:t>οχλουμένοις ἐπεβοήθει. τοῦ[δε] δὲ [τοῦ] στρατοῦ τοῦ πλέονος ἐκ τῆς κώμης ἐκδραμόντος ἐτρέψατο μὲν ἐς φυγὴν τοὺς πολεμίους, οὐ μὴν ἐδίωκε φεύγοντας, ἀλλ’ ἐς τὸν χάρακα ἀνεχώρει πεσόντων ἑκατέρωθεν ὀλίγων.</w:t>
      </w:r>
    </w:p>
    <w:p>
      <w:r>
        <w:rPr>
          <w:rFonts w:ascii="Courier New" w:hAnsi="Courier New"/>
          <w:color w:val="555555"/>
          <w:sz w:val="20"/>
        </w:rPr>
        <w:t>[Iber . 392]</w:t>
      </w:r>
    </w:p>
    <w:p>
      <w:r>
        <w:rPr>
          <w:rFonts w:ascii="Gentium Plus" w:hAnsi="Gentium Plus"/>
          <w:sz w:val="24"/>
        </w:rPr>
        <w:t>μετ’ οὐ πολὺ δὲ ἀγχοτάτω τῆς Νομαντίας δύο στρατό‐ πεδα θέμενος τῷ μὲν ἐπέστησεν τὸν ἀδελφὸν Μάξιμον, τοῦ δ’ αὐτὸς ἡγεῖτο. Νομαντίνων δὲ θαμινὰ ἐκτασσόντων καὶ προκαλουμένων αὐτὸν ἐς μάχην ὑπερεώρα, οὐ δοκι‐</w:t>
      </w:r>
    </w:p>
    <w:p>
      <w:r>
        <w:rPr>
          <w:rFonts w:ascii="Courier New" w:hAnsi="Courier New"/>
          <w:color w:val="555555"/>
          <w:sz w:val="20"/>
        </w:rPr>
        <w:t>[5]</w:t>
      </w:r>
    </w:p>
    <w:p>
      <w:r>
        <w:rPr>
          <w:rFonts w:ascii="Gentium Plus" w:hAnsi="Gentium Plus"/>
          <w:sz w:val="24"/>
        </w:rPr>
        <w:t>μάζων ἀνδράσιν ἐξ ἀπογνώσεως μαχομένοις συμπλέ‐</w:t>
      </w:r>
    </w:p>
    <w:p>
      <w:r>
        <w:rPr>
          <w:rFonts w:ascii="Courier New" w:hAnsi="Courier New"/>
          <w:color w:val="555555"/>
          <w:sz w:val="20"/>
        </w:rPr>
        <w:t>[Iber . 393]</w:t>
      </w:r>
    </w:p>
    <w:p>
      <w:r>
        <w:rPr>
          <w:rFonts w:ascii="Gentium Plus" w:hAnsi="Gentium Plus"/>
          <w:sz w:val="24"/>
        </w:rPr>
        <w:t>κεσθαι μᾶλλον ἢ συγκλῄσας αὐτοὺς ἑλεῖν λιμῷ. φρούρια δ’ ἑπτὰ περιθείς, πολιορκίαν ... ἐπιγράψας ἑκάστοις, οὓς ἔδει πέμπειν. ὡς δὲ ἦλθον, ἐς μέρη πολλὰ διεῖλεν αὐτοὺς καὶ τὴν ἑαυτοῦ στρατιὰν ἐπιδιεῖλεν· εἶθ’ ἡγεμόνας</w:t>
      </w:r>
    </w:p>
    <w:p>
      <w:r>
        <w:rPr>
          <w:rFonts w:ascii="Courier New" w:hAnsi="Courier New"/>
          <w:color w:val="555555"/>
          <w:sz w:val="20"/>
        </w:rPr>
        <w:t>[5]</w:t>
      </w:r>
    </w:p>
    <w:p>
      <w:r>
        <w:rPr>
          <w:rFonts w:ascii="Gentium Plus" w:hAnsi="Gentium Plus"/>
          <w:sz w:val="24"/>
        </w:rPr>
        <w:t>ἐπιστήσας ἑκάστῳ μέρει προσέταξεν περιταφρεύειν καὶ</w:t>
      </w:r>
    </w:p>
    <w:p>
      <w:r>
        <w:rPr>
          <w:rFonts w:ascii="Courier New" w:hAnsi="Courier New"/>
          <w:color w:val="555555"/>
          <w:sz w:val="20"/>
        </w:rPr>
        <w:t>[Iber . 394]</w:t>
      </w:r>
    </w:p>
    <w:p>
      <w:r>
        <w:rPr>
          <w:rFonts w:ascii="Gentium Plus" w:hAnsi="Gentium Plus"/>
          <w:sz w:val="24"/>
        </w:rPr>
        <w:t>περιχαρακοῦν τὴν πόλιν. ἦν δὲ ἡ περίοδος ἡ μὲν αὐτῆς Νομαντίας τέσσαρες καὶ εἴκοσι στάδιοι, ἡ δὲ τοῦ χαρα‐ κώματος ὑπὲρ τὸ διπλάσιον. καὶ τοῦτο διῃρεῖτο πᾶν οἱ</w:t>
      </w:r>
    </w:p>
    <w:p>
      <w:r>
        <w:rPr>
          <w:rFonts w:ascii="Courier New" w:hAnsi="Courier New"/>
          <w:color w:val="555555"/>
          <w:sz w:val="20"/>
        </w:rPr>
        <w:t>[Iber . 395]</w:t>
      </w:r>
    </w:p>
    <w:p>
      <w:r>
        <w:rPr>
          <w:rFonts w:ascii="Gentium Plus" w:hAnsi="Gentium Plus"/>
          <w:sz w:val="24"/>
        </w:rPr>
        <w:t>κατὰ μέρος ἕκαστον. καὶ προείρητο, εἴ τι ἐνοχλοῖεν οἱ πολέμιοι, σημεῖον ἐξαίρειν, ἡμέρας μὲν φοινικίδα ἐπὶ δόρατος ὑψηλοῦ, νυκτὸς δὲ πῦρ, ἵνα τοῖς δεομένοις ἐπι‐</w:t>
      </w:r>
    </w:p>
    <w:p>
      <w:r>
        <w:rPr>
          <w:rFonts w:ascii="Courier New" w:hAnsi="Courier New"/>
          <w:color w:val="555555"/>
          <w:sz w:val="20"/>
        </w:rPr>
        <w:t>[Iber . 396]</w:t>
      </w:r>
    </w:p>
    <w:p>
      <w:r>
        <w:rPr>
          <w:rFonts w:ascii="Gentium Plus" w:hAnsi="Gentium Plus"/>
          <w:sz w:val="24"/>
        </w:rPr>
        <w:t>θέοντες αὐτός τε καὶ Μάξιμος ἀμύνοιεν. ὡς δὲ ἐξείργαστο πάντα αὐτῷ καὶ τοὺς κωλύοντας εἶχεν ἱκανῶς ἀπομάχεσθαι, ἑτέραν τάφρον ὤρυσσεν οὐ μακρὰν ὑπὲρ ἐκείνην καὶ σταυροὺς αὐτῇ περιεπήγνυ καὶ τεῖχος ᾠκοδόμει, οὗ</w:t>
      </w:r>
    </w:p>
    <w:p>
      <w:r>
        <w:rPr>
          <w:rFonts w:ascii="Courier New" w:hAnsi="Courier New"/>
          <w:color w:val="555555"/>
          <w:sz w:val="20"/>
        </w:rPr>
        <w:t>[5]</w:t>
      </w:r>
    </w:p>
    <w:p>
      <w:r>
        <w:rPr>
          <w:rFonts w:ascii="Gentium Plus" w:hAnsi="Gentium Plus"/>
          <w:sz w:val="24"/>
        </w:rPr>
        <w:t>τὸ μὲν πάχος ἦν πόδες ὀκτώ, τὸ δὲ ὕψος δέκα χωρὶς τῶν ἐπάλξεων· πύργοι τε πανταχόθεν αὐτῷ διὰ πλέ‐</w:t>
      </w:r>
    </w:p>
    <w:p>
      <w:r>
        <w:rPr>
          <w:rFonts w:ascii="Courier New" w:hAnsi="Courier New"/>
          <w:color w:val="555555"/>
          <w:sz w:val="20"/>
        </w:rPr>
        <w:t>[Iber . 397]</w:t>
      </w:r>
    </w:p>
    <w:p>
      <w:r>
        <w:rPr>
          <w:rFonts w:ascii="Gentium Plus" w:hAnsi="Gentium Plus"/>
          <w:sz w:val="24"/>
        </w:rPr>
        <w:t>θρου περιέκειντο. καὶ λίμνην συνάπτουσαν οὐκ ἐνὸν περιτειχίσαι χῶμα αὐτῇ περιέθηκεν ἴσον τῷ τείχει καὶ τὸ βάθος καὶ τὸ ὕψος, ὡς ἂν εἴη καὶ τόδε ἀντὶ τείχους.</w:t>
      </w:r>
    </w:p>
    <w:p>
      <w:r>
        <w:rPr>
          <w:rFonts w:ascii="Courier New" w:hAnsi="Courier New"/>
          <w:color w:val="555555"/>
          <w:sz w:val="20"/>
        </w:rPr>
        <w:t>[Iber . 398]</w:t>
      </w:r>
    </w:p>
    <w:p>
      <w:r>
        <w:rPr>
          <w:rFonts w:ascii="Gentium Plus" w:hAnsi="Gentium Plus"/>
          <w:sz w:val="24"/>
        </w:rPr>
        <w:t>οὕτω μὲν ὁ Σκιπίων ὅδε πρῶτος, ὡς ἐμοὶ δοκεῖ, περιετείχισε πόλιν οὐ φυγομαχοῦσαν· τόν τε Δόριον ποταμόν, συμφερόμενον τῷ περιτειχίσματι καὶ πολλὰ τοῖς Νομαντίνοις χρήσιμον ἔς τε ἀγορᾶς κομιδὴν καὶ</w:t>
      </w:r>
    </w:p>
    <w:p>
      <w:r>
        <w:rPr>
          <w:rFonts w:ascii="Courier New" w:hAnsi="Courier New"/>
          <w:color w:val="555555"/>
          <w:sz w:val="20"/>
        </w:rPr>
        <w:t>[5]</w:t>
      </w:r>
    </w:p>
    <w:p>
      <w:r>
        <w:rPr>
          <w:rFonts w:ascii="Gentium Plus" w:hAnsi="Gentium Plus"/>
          <w:sz w:val="24"/>
        </w:rPr>
        <w:t>διαπομπὴν ἀνδρῶν, ὅσοι κατ’ αὐτὸν κολυμβηταί τε καὶ σκάφεσι μικροῖς ἐλάνθανον ἢ ἱστίοις, ὅτε λάβρον</w:t>
      </w:r>
    </w:p>
    <w:p>
      <w:r>
        <w:rPr>
          <w:rFonts w:ascii="Courier New" w:hAnsi="Courier New"/>
          <w:color w:val="555555"/>
          <w:sz w:val="20"/>
        </w:rPr>
        <w:t>[10]</w:t>
      </w:r>
    </w:p>
    <w:p>
      <w:r>
        <w:rPr>
          <w:rFonts w:ascii="Gentium Plus" w:hAnsi="Gentium Plus"/>
          <w:sz w:val="24"/>
        </w:rPr>
        <w:t>καλῳδίοις δοκοὺς μακρὰς ἐξ ἑκατέρου φρουρίου καὶ ἐς τὸ πλάτος τοῦ ποταμοῦ μεθῆκεν, ἐχούσας ἐμπεπη‐</w:t>
      </w:r>
    </w:p>
    <w:p>
      <w:r>
        <w:rPr>
          <w:rFonts w:ascii="Courier New" w:hAnsi="Courier New"/>
          <w:color w:val="555555"/>
          <w:sz w:val="20"/>
        </w:rPr>
        <w:t>[Iber . 399]</w:t>
      </w:r>
    </w:p>
    <w:p>
      <w:r>
        <w:rPr>
          <w:rFonts w:ascii="Gentium Plus" w:hAnsi="Gentium Plus"/>
          <w:sz w:val="24"/>
        </w:rPr>
        <w:t>γότα πυκνὰ ξίφη τε καὶ ἀκόντια. αἳ δ’ ὑπὸ τοῦ ῥοῦ, τοῖς ξίφεσι καὶ τοῖς ἀκοντίοις ἐμπίπτοντος, αἰεὶ περι‐ στρεφόμεναι οὔτε διανηχομένους οὔτ’ ἐπιπλέοντας οὔτε</w:t>
      </w:r>
    </w:p>
    <w:p>
      <w:r>
        <w:rPr>
          <w:rFonts w:ascii="Courier New" w:hAnsi="Courier New"/>
          <w:color w:val="555555"/>
          <w:sz w:val="20"/>
        </w:rPr>
        <w:t>[Iber . 400]</w:t>
      </w:r>
    </w:p>
    <w:p>
      <w:r>
        <w:rPr>
          <w:rFonts w:ascii="Gentium Plus" w:hAnsi="Gentium Plus"/>
          <w:sz w:val="24"/>
        </w:rPr>
        <w:t>ὑποδύνοντας εἴων λαθεῖν. τοῦτο δ’ ἦν, οὗ μάλιστα ὁ Σκιπίων ἐπεθύμει, μηδενὸς αὐτοῖς ἐπιμιγνυμένου μηδ’ εἰσιόντος ἀγνοεῖν αὐτούς, ὅ τι γίγνοιτο ἔξω· οὕτω γὰρ ἀπορήσειν ἀγορᾶς τε καὶ μηχανῆς πάσης.</w:t>
      </w:r>
    </w:p>
    <w:p>
      <w:r>
        <w:rPr>
          <w:rFonts w:ascii="Courier New" w:hAnsi="Courier New"/>
          <w:color w:val="555555"/>
          <w:sz w:val="20"/>
        </w:rPr>
        <w:t>[Iber . 401]</w:t>
      </w:r>
    </w:p>
    <w:p>
      <w:r>
        <w:rPr>
          <w:rFonts w:ascii="Gentium Plus" w:hAnsi="Gentium Plus"/>
          <w:sz w:val="24"/>
        </w:rPr>
        <w:t>ὡς δὲ ἡτοίμαστο πάντα καὶ καταπέλται μὲν ἐπ‐ έκειντο τοῖς πύργοις ὀξυβελεῖς τε καὶ λιθοβόλοι, ταῖς δ’ ἐπάλξεσιν παρέκειντο λίθοι καὶ βέλη καὶ ἀκόντια, τὰ δὲ φρούρια τοξόται καὶ σφενδονῆται κατεῖχον, ἀγγέ‐</w:t>
      </w:r>
    </w:p>
    <w:p>
      <w:r>
        <w:rPr>
          <w:rFonts w:ascii="Courier New" w:hAnsi="Courier New"/>
          <w:color w:val="555555"/>
          <w:sz w:val="20"/>
        </w:rPr>
        <w:t>[5]</w:t>
      </w:r>
    </w:p>
    <w:p>
      <w:r>
        <w:rPr>
          <w:rFonts w:ascii="Gentium Plus" w:hAnsi="Gentium Plus"/>
          <w:sz w:val="24"/>
        </w:rPr>
        <w:t>λους μὲν ἐπέστησε πυκνοὺς κατὰ τὸ ἐπιτείχισμα πᾶν, οἳ νυκτός τε καὶ ἡμέρας ἔμελλον ἄλλοι παρ’ ἄλλων τὸν</w:t>
      </w:r>
    </w:p>
    <w:p>
      <w:r>
        <w:rPr>
          <w:rFonts w:ascii="Courier New" w:hAnsi="Courier New"/>
          <w:color w:val="555555"/>
          <w:sz w:val="20"/>
        </w:rPr>
        <w:t>[Iber . 402]</w:t>
      </w:r>
    </w:p>
    <w:p>
      <w:r>
        <w:rPr>
          <w:rFonts w:ascii="Gentium Plus" w:hAnsi="Gentium Plus"/>
          <w:sz w:val="24"/>
        </w:rPr>
        <w:t>λόγον ἐκδεχόμενοι μηνύσειν αὐτῷ τὰ γιγνόμενα, κατὰ δὲ πύργον ἐκέλευσεν, εἴ τι γίγνοιτο, σημεῖον ἐκ πρώτου τοῦ πονοῦντος αἴρεσθαι καὶ τὸ αὐτὸ πάντας ἐπαίρειν, ὅταν τὸν ἀρξάμενον θεάσωνται, ἵνα τὸ μὲν κίνημα παρὰ</w:t>
      </w:r>
    </w:p>
    <w:p>
      <w:r>
        <w:rPr>
          <w:rFonts w:ascii="Courier New" w:hAnsi="Courier New"/>
          <w:color w:val="555555"/>
          <w:sz w:val="20"/>
        </w:rPr>
        <w:t>[5]</w:t>
      </w:r>
    </w:p>
    <w:p>
      <w:r>
        <w:rPr>
          <w:rFonts w:ascii="Gentium Plus" w:hAnsi="Gentium Plus"/>
          <w:sz w:val="24"/>
        </w:rPr>
        <w:t>τοῦ σημείου θᾶσσον ἐπιγιγνώσκοι, τὸ δὲ ἀκριβὲς παρὰ</w:t>
      </w:r>
    </w:p>
    <w:p>
      <w:r>
        <w:rPr>
          <w:rFonts w:ascii="Courier New" w:hAnsi="Courier New"/>
          <w:color w:val="555555"/>
          <w:sz w:val="20"/>
        </w:rPr>
        <w:t>[Iber . 403]</w:t>
      </w:r>
    </w:p>
    <w:p>
      <w:r>
        <w:rPr>
          <w:rFonts w:ascii="Gentium Plus" w:hAnsi="Gentium Plus"/>
          <w:sz w:val="24"/>
        </w:rPr>
        <w:t>τῶν ἀγγέλων. τῆς δὲ στρατιᾶς οὔσης σὺν τοῖς ἐπιχωρίοις ἐς ἑξακισμυρίους, τὸ μὲν ἥμισυ διετέτακτο αὐτῷ τειχοφυ‐ λακεῖν καὶ ἐς τὰ ἀναγκαῖα, εἴ πῃ δεήσειε, μεταχωρεῖν, δισμύριοι δὲ τειχομαχήσειν ἔμελλον, ὅτε χρεία γένοιτο,</w:t>
      </w:r>
    </w:p>
    <w:p>
      <w:r>
        <w:rPr>
          <w:rFonts w:ascii="Courier New" w:hAnsi="Courier New"/>
          <w:color w:val="555555"/>
          <w:sz w:val="20"/>
        </w:rPr>
        <w:t>[Iber . 404]</w:t>
      </w:r>
    </w:p>
    <w:p>
      <w:r>
        <w:rPr>
          <w:rFonts w:ascii="Gentium Plus" w:hAnsi="Gentium Plus"/>
          <w:sz w:val="24"/>
        </w:rPr>
        <w:t>καὶ τούτοις ἐφεδρεύειν ἕτεροι μύριοι. χωρίον δὲ καὶ τούτων ἑκάστοις διετέτακτο· καὶ μεταπηδᾶν, εἰ μὴ κελεύσειεν, οὐκ ἐξῆν. ἐς δὲ τὸ τεταγμένον εὐθὺς ἀνεπήδων,</w:t>
      </w:r>
    </w:p>
    <w:p>
      <w:r>
        <w:rPr>
          <w:rFonts w:ascii="Courier New" w:hAnsi="Courier New"/>
          <w:color w:val="555555"/>
          <w:sz w:val="20"/>
        </w:rPr>
        <w:t>[Iber . 405]</w:t>
      </w:r>
    </w:p>
    <w:p>
      <w:r>
        <w:rPr>
          <w:rFonts w:ascii="Gentium Plus" w:hAnsi="Gentium Plus"/>
          <w:sz w:val="24"/>
        </w:rPr>
        <w:t>οὕτω μὲν τῷ Σκιπίωνι πάντα ἀκριβῶς διετέτακτο· οἱ δὲ Νομαντῖνοι πολλάκις μὲν τοῖς φυλάσσουσιν ἐπ‐ εχείρουν, ἄλλοτε ἄλλῃ κατὰ μέρη, ταχεῖα δ’ αὐτίκα</w:t>
      </w:r>
    </w:p>
    <w:p>
      <w:r>
        <w:rPr>
          <w:rFonts w:ascii="Courier New" w:hAnsi="Courier New"/>
          <w:color w:val="555555"/>
          <w:sz w:val="20"/>
        </w:rPr>
        <w:t>[Iber . 406]</w:t>
      </w:r>
    </w:p>
    <w:p>
      <w:r>
        <w:rPr>
          <w:rFonts w:ascii="Gentium Plus" w:hAnsi="Gentium Plus"/>
          <w:sz w:val="24"/>
        </w:rPr>
        <w:t>καὶ καταπληκτικὴ τῶν ἀμυνομένων ἡ ὄψις ἦν, σημείων τε ὑψηλῶν πανταχόθεν αἰρομένων καὶ ἀγγέλων δια‐ θεόντων καὶ τῶν τειχομάχων ἀθρόως ἀναπηδώντων ἐς τὰ τείχη σαλπικτῶν τε κατὰ πάντα πύργον ἐξοτρυ‐</w:t>
      </w:r>
    </w:p>
    <w:p>
      <w:r>
        <w:rPr>
          <w:rFonts w:ascii="Courier New" w:hAnsi="Courier New"/>
          <w:color w:val="555555"/>
          <w:sz w:val="20"/>
        </w:rPr>
        <w:t>[5]</w:t>
      </w:r>
    </w:p>
    <w:p>
      <w:r>
        <w:rPr>
          <w:rFonts w:ascii="Gentium Plus" w:hAnsi="Gentium Plus"/>
          <w:sz w:val="24"/>
        </w:rPr>
        <w:t>νόντων, ὥστε τὸν κύκλον ὅλον εὐθὺς ἅπασιν εἶναι φοβερώ‐ τατον, ἐς πεντήκοντα σταδίους ἐπέχοντα ἐν περιόδῳ, καὶ τόνδε τὸν κύκλον ὁ Σκιπίων ἑκάστης ἡμέρας τε καὶ νυκτὸς ἐπισκοπῶν περιῄει.</w:t>
      </w:r>
    </w:p>
    <w:p>
      <w:r>
        <w:rPr>
          <w:rFonts w:ascii="Courier New" w:hAnsi="Courier New"/>
          <w:color w:val="555555"/>
          <w:sz w:val="20"/>
        </w:rPr>
        <w:t>[Iber . 407]</w:t>
      </w:r>
    </w:p>
    <w:p>
      <w:r>
        <w:rPr>
          <w:rFonts w:ascii="Gentium Plus" w:hAnsi="Gentium Plus"/>
          <w:sz w:val="24"/>
        </w:rPr>
        <w:t>ὃ μὲν δὴ τοὺς πολεμίους ὧδε συγκλῄσας οὐκ ἐς πολὺ ἀρκέσειν ἐνόμιζεν, οὔτε τροφῆς ἔτι προσιούσης σφίσιν οὔτε ὅπλων οὔτ’ ἐπικουρίας· Ῥητογένης δέ, ἀνὴρ Νομαν‐ τῖνος, ᾧ Καραύνιος ἐπίκλησις ἦν, ἄριστος ἐς ἀρετὴν</w:t>
      </w:r>
    </w:p>
    <w:p>
      <w:r>
        <w:rPr>
          <w:rFonts w:ascii="Courier New" w:hAnsi="Courier New"/>
          <w:color w:val="555555"/>
          <w:sz w:val="20"/>
        </w:rPr>
        <w:t>[5]</w:t>
      </w:r>
    </w:p>
    <w:p>
      <w:r>
        <w:rPr>
          <w:rFonts w:ascii="Gentium Plus" w:hAnsi="Gentium Plus"/>
          <w:sz w:val="24"/>
        </w:rPr>
        <w:t>Νομαντίνων, πέντε πείσας φίλους, σὺν παισὶν ἄλλοις τοσοῖσδε καὶ ἵπποις τοσοῖσδε ἐν νυκτὶ συννεφεῖ διῆλθε λαθὼν</w:t>
      </w:r>
    </w:p>
    <w:p>
      <w:r>
        <w:rPr>
          <w:rFonts w:ascii="Courier New" w:hAnsi="Courier New"/>
          <w:color w:val="555555"/>
          <w:sz w:val="20"/>
        </w:rPr>
        <w:t>[Iber . 408]</w:t>
      </w:r>
    </w:p>
    <w:p>
      <w:r>
        <w:rPr>
          <w:rFonts w:ascii="Gentium Plus" w:hAnsi="Gentium Plus"/>
          <w:sz w:val="24"/>
        </w:rPr>
        <w:t>τὸ μεταίχμιον, κλίμακα φέρων πτυκτήν, καὶ φθάσας ἐς τὸ περιτείχισμα ἀνεπήδησεν αὐτός τε καὶ οἱ φίλοι καὶ τοὺς ἑκατέρωθεν φύλακας ἀνελόντες τοὺς μὲν θεράποντας ἀπέπεμψαν ὀπίσω, τοὺς δ’ ἵππους διὰ τῆς κλίμακος</w:t>
      </w:r>
    </w:p>
    <w:p>
      <w:r>
        <w:rPr>
          <w:rFonts w:ascii="Courier New" w:hAnsi="Courier New"/>
          <w:color w:val="555555"/>
          <w:sz w:val="20"/>
        </w:rPr>
        <w:t>[5]</w:t>
      </w:r>
    </w:p>
    <w:p>
      <w:r>
        <w:rPr>
          <w:rFonts w:ascii="Gentium Plus" w:hAnsi="Gentium Plus"/>
          <w:sz w:val="24"/>
        </w:rPr>
        <w:t>ἀναγαγόντες ἐξίππευσαν ἐς τὰς Ἀρουακῶν πόλεις σὺν ἱκετηρίαις, δεόμενοι Νομαντίνοις συγγενέσιν οὖσιν ἐπι‐</w:t>
      </w:r>
    </w:p>
    <w:p>
      <w:r>
        <w:rPr>
          <w:rFonts w:ascii="Courier New" w:hAnsi="Courier New"/>
          <w:color w:val="555555"/>
          <w:sz w:val="20"/>
        </w:rPr>
        <w:t>[Iber . 409]</w:t>
      </w:r>
    </w:p>
    <w:p>
      <w:r>
        <w:rPr>
          <w:rFonts w:ascii="Gentium Plus" w:hAnsi="Gentium Plus"/>
          <w:sz w:val="24"/>
        </w:rPr>
        <w:t>κουρεῖν. τῶν δ’ Ἀρουακῶν οἳ μὲν οὐδ’ ὑπήκουον αὐτῶν, ἀλλ’ εὐθὺς ἀπέπεμπον δεδιότες, Λουτία δὲ πόλις ἦν εὐδαίμων, τριακοσίους σταδίους ἀφεστῶσα ἀπὸ Νομαν‐</w:t>
      </w:r>
    </w:p>
    <w:p>
      <w:r>
        <w:rPr>
          <w:rFonts w:ascii="Courier New" w:hAnsi="Courier New"/>
          <w:color w:val="555555"/>
          <w:sz w:val="20"/>
        </w:rPr>
        <w:t>[5]</w:t>
      </w:r>
    </w:p>
    <w:p>
      <w:r>
        <w:rPr>
          <w:rFonts w:ascii="Gentium Plus" w:hAnsi="Gentium Plus"/>
          <w:sz w:val="24"/>
        </w:rPr>
        <w:t>κεσαν καὶ τὴν πόλιν ἐς συμμαχίαν ἐνῆγον, οἱ πρεσβύτεροι</w:t>
      </w:r>
    </w:p>
    <w:p>
      <w:r>
        <w:rPr>
          <w:rFonts w:ascii="Courier New" w:hAnsi="Courier New"/>
          <w:color w:val="555555"/>
          <w:sz w:val="20"/>
        </w:rPr>
        <w:t>[Iber . 410]</w:t>
      </w:r>
    </w:p>
    <w:p>
      <w:r>
        <w:rPr>
          <w:rFonts w:ascii="Gentium Plus" w:hAnsi="Gentium Plus"/>
          <w:sz w:val="24"/>
        </w:rPr>
        <w:t>δ’ ἐμήνυσαν κρύφα τῷ Σκιπίωνι. καὶ ὁ Σκιπίων ὀγδόης ὥρας πυθόμενος ἐξήλαυνεν αὐτίκα σὺν εὐζώνοις ὅτι πλείστοις καὶ ἅμα ἕῳ τὴν Λουτίαν φρουρᾷ περιλαβὼν ᾔτει τοὺς ἐξάρχους τῶν νέων. ἐπεὶ δ’ ἐξωρμηκέναι</w:t>
      </w:r>
    </w:p>
    <w:p>
      <w:r>
        <w:rPr>
          <w:rFonts w:ascii="Courier New" w:hAnsi="Courier New"/>
          <w:color w:val="555555"/>
          <w:sz w:val="20"/>
        </w:rPr>
        <w:t>[5]</w:t>
      </w:r>
    </w:p>
    <w:p>
      <w:r>
        <w:rPr>
          <w:rFonts w:ascii="Gentium Plus" w:hAnsi="Gentium Plus"/>
          <w:sz w:val="24"/>
        </w:rPr>
        <w:t>τῆς πόλεως αὐτοὺς ἔλεγον, ἐκήρυξε διαρπάσειν τὴν</w:t>
      </w:r>
    </w:p>
    <w:p>
      <w:r>
        <w:rPr>
          <w:rFonts w:ascii="Courier New" w:hAnsi="Courier New"/>
          <w:color w:val="555555"/>
          <w:sz w:val="20"/>
        </w:rPr>
        <w:t>[Iber . 411]</w:t>
      </w:r>
    </w:p>
    <w:p>
      <w:r>
        <w:rPr>
          <w:rFonts w:ascii="Gentium Plus" w:hAnsi="Gentium Plus"/>
          <w:sz w:val="24"/>
        </w:rPr>
        <w:t>πόλιν, εἰ μὴ τοὺς ἄνδρας παραλάβοι. οἳ μὲν δὴ δεί‐ σαντες προσῆγον αὐτούς, ἐς τετρακοσίους γενομένους· ὃ δὲ τὰς χεῖρας αὐτῶν ἐκτεμὼν ἀνέστησε τὴν φρου‐ ρὰν καὶ διαδραμὼν αὖθις ἅμ’ ἕῳ τῆς ἐπιούσης παρῆν</w:t>
      </w:r>
    </w:p>
    <w:p>
      <w:r>
        <w:rPr>
          <w:rFonts w:ascii="Courier New" w:hAnsi="Courier New"/>
          <w:color w:val="555555"/>
          <w:sz w:val="20"/>
        </w:rPr>
        <w:t>[5]</w:t>
      </w:r>
    </w:p>
    <w:p>
      <w:r>
        <w:rPr>
          <w:rFonts w:ascii="Gentium Plus" w:hAnsi="Gentium Plus"/>
          <w:sz w:val="24"/>
        </w:rPr>
        <w:t>ἐς τὸ στρατόπεδον.</w:t>
      </w:r>
    </w:p>
    <w:p>
      <w:r>
        <w:rPr>
          <w:rFonts w:ascii="Courier New" w:hAnsi="Courier New"/>
          <w:color w:val="555555"/>
          <w:sz w:val="20"/>
        </w:rPr>
        <w:t>[Iber . 412]</w:t>
      </w:r>
    </w:p>
    <w:p>
      <w:r>
        <w:rPr>
          <w:rFonts w:ascii="Gentium Plus" w:hAnsi="Gentium Plus"/>
          <w:sz w:val="24"/>
        </w:rPr>
        <w:t>Νομαντῖνοι δὲ κάμνοντες ὑπὸ λιμοῦ πέντε ἄνδρας ἔπεμπον ἐς τὸν Σκιπίωνα, οἷς εἴρητο μαθεῖν, εἰ μετριο‐ παθῶς σφίσι χρήσεται παραδοῦσιν αὑτούς. Αὔαρος δὲ αὐτῶν ἡγούμενος πολλὰ μὲν περὶ τῆς προαιρέσεως</w:t>
      </w:r>
    </w:p>
    <w:p>
      <w:r>
        <w:rPr>
          <w:rFonts w:ascii="Courier New" w:hAnsi="Courier New"/>
          <w:color w:val="555555"/>
          <w:sz w:val="20"/>
        </w:rPr>
        <w:t>[5]</w:t>
      </w:r>
    </w:p>
    <w:p>
      <w:r>
        <w:rPr>
          <w:rFonts w:ascii="Gentium Plus" w:hAnsi="Gentium Plus"/>
          <w:sz w:val="24"/>
        </w:rPr>
        <w:t>καὶ ἀνδρείας τῶν Νομαντίνων ἐσεμνολόγησε καὶ ἐπ‐ εῖπεν, ὡς οὐδὲ νῦν ἁμάρτοιεν, ὑπὲρ παίδων καὶ γυναι‐ κῶν καὶ ἐλευθερίας πατρίου κακοπαθοῦντες ἐς τοσόνδε</w:t>
      </w:r>
    </w:p>
    <w:p>
      <w:r>
        <w:rPr>
          <w:rFonts w:ascii="Courier New" w:hAnsi="Courier New"/>
          <w:color w:val="555555"/>
          <w:sz w:val="20"/>
        </w:rPr>
        <w:t>[Iber . 413]</w:t>
      </w:r>
    </w:p>
    <w:p>
      <w:r>
        <w:rPr>
          <w:rFonts w:ascii="Gentium Plus" w:hAnsi="Gentium Plus"/>
          <w:sz w:val="24"/>
        </w:rPr>
        <w:t>κακοῦ. “διὸ καὶ μάλιστα”, εἶπεν, “ὦ Σκιπίων, ἄξιόν ἐστι σέ, τοσῆσδε ἀρετῆς γέμοντα, φείσασθαι γένους εὐψύχου τε καὶ ἀνδρικοῦ καὶ προτεῖναι τὰ φιλανθρω‐ πότερα τῶν κακῶν ἡμῖν, ἃ καὶ δυνησόμεθα ἐνεγκεῖν,</w:t>
      </w:r>
    </w:p>
    <w:p>
      <w:r>
        <w:rPr>
          <w:rFonts w:ascii="Courier New" w:hAnsi="Courier New"/>
          <w:color w:val="555555"/>
          <w:sz w:val="20"/>
        </w:rPr>
        <w:t>[5]</w:t>
      </w:r>
    </w:p>
    <w:p>
      <w:r>
        <w:rPr>
          <w:rFonts w:ascii="Gentium Plus" w:hAnsi="Gentium Plus"/>
          <w:sz w:val="24"/>
        </w:rPr>
        <w:t>ἄρτι πειρώμενοι μεταβολῆς. ὡς οὐκ ἐφ’ ἡμῖν ἔτι ἐστίν, ἀλλ’ ἐπὶ σοὶ τὴν πόλιν ἢ παραλαβεῖν, εἰ τὰ μέτρια κελεύοις,</w:t>
      </w:r>
    </w:p>
    <w:p>
      <w:r>
        <w:rPr>
          <w:rFonts w:ascii="Courier New" w:hAnsi="Courier New"/>
          <w:color w:val="555555"/>
          <w:sz w:val="20"/>
        </w:rPr>
        <w:t>[Iber . 414]</w:t>
      </w:r>
    </w:p>
    <w:p>
      <w:r>
        <w:rPr>
          <w:rFonts w:ascii="Gentium Plus" w:hAnsi="Gentium Plus"/>
          <w:sz w:val="24"/>
        </w:rPr>
        <w:t>ἢ μαχομένην ὑπεριδεῖν ἀπολέσθαι.” ὁ μὲν Αὔαρος ὧδε εἶπεν, ὁ δὲ Σκιπίων (ᾔσθετο γὰρ παρὰ τῶν αἰχμαλώτων τὰ ἔνδον) ἔφη δεῖν αὐτοὺς ἐγχειρίσαι τὰ κατὰ σφᾶς</w:t>
      </w:r>
    </w:p>
    <w:p>
      <w:r>
        <w:rPr>
          <w:rFonts w:ascii="Courier New" w:hAnsi="Courier New"/>
          <w:color w:val="555555"/>
          <w:sz w:val="20"/>
        </w:rPr>
        <w:t>[Iber . 415]</w:t>
      </w:r>
    </w:p>
    <w:p>
      <w:r>
        <w:rPr>
          <w:rFonts w:ascii="Gentium Plus" w:hAnsi="Gentium Plus"/>
          <w:sz w:val="24"/>
        </w:rPr>
        <w:t>καὶ σὺν ὅπλοις παραδοῦναι τὴν πόλιν. ὧν ἀπαγγελθέντων οἱ Νομαντῖνοι, χαλεποὶ καὶ τέως ὄντες ὀργὴν ὑπ’ ἐλευθε‐</w:t>
      </w:r>
    </w:p>
    <w:p>
      <w:r>
        <w:rPr>
          <w:rFonts w:ascii="Courier New" w:hAnsi="Courier New"/>
          <w:color w:val="555555"/>
          <w:sz w:val="20"/>
        </w:rPr>
        <w:t>[5]</w:t>
      </w:r>
    </w:p>
    <w:p>
      <w:r>
        <w:rPr>
          <w:rFonts w:ascii="Gentium Plus" w:hAnsi="Gentium Plus"/>
          <w:sz w:val="24"/>
        </w:rPr>
        <w:t>τὸν Αὔαρον καὶ τοὺς σὺν αὐτῷ πέντε πρέσβεις ἀπέκτειναν ὡς κακῶν ἀγγέλους καὶ τὸ σφέτερον ἀσφαλὲς ἴσως</w:t>
      </w:r>
    </w:p>
    <w:p>
      <w:r>
        <w:rPr>
          <w:rFonts w:ascii="Courier New" w:hAnsi="Courier New"/>
          <w:color w:val="555555"/>
          <w:sz w:val="20"/>
        </w:rPr>
        <w:t>[Iber . 416]</w:t>
      </w:r>
    </w:p>
    <w:p>
      <w:r>
        <w:rPr>
          <w:rFonts w:ascii="Gentium Plus" w:hAnsi="Gentium Plus"/>
          <w:sz w:val="24"/>
        </w:rPr>
        <w:t>διῳκημένους παρὰ τῷ Σκιπίωνι. μετὰ δ’ οὐ πολὺ πάντων αὐτοὺς τῶν ἐδεστῶν ἐπιλιπόντων, οὐ καρπὸν ἔχοντες, οὐ πρόβατον, οὐ πόαν, πρῶτα μέν, ὥσπερ τινὲς ἐν πολέμων ἀνάγκαις, δέρματα ἕψοντες ἐλιχμῶντο, ἐπιλιπόντων δ’</w:t>
      </w:r>
    </w:p>
    <w:p>
      <w:r>
        <w:rPr>
          <w:rFonts w:ascii="Courier New" w:hAnsi="Courier New"/>
          <w:color w:val="555555"/>
          <w:sz w:val="20"/>
        </w:rPr>
        <w:t>[5]</w:t>
      </w:r>
    </w:p>
    <w:p>
      <w:r>
        <w:rPr>
          <w:rFonts w:ascii="Gentium Plus" w:hAnsi="Gentium Plus"/>
          <w:sz w:val="24"/>
        </w:rPr>
        <w:t>αὐτοὺς καὶ τῶν δερμάτων ἐσαρκοφάγουν ἕψοντες τὰ ἀνθρώπεια, πρῶτα μὲν τὰ τῶν ἀποθνησκόντων κοπτό‐ μενα ἐν μαγειρείοις, ἐπὶ δ’ ἐκείνοις τῶν νοσούντων κατεφρόνουν, καὶ τοὺς ἀσθενεστέρους ἐβιάζοντο οἱ</w:t>
      </w:r>
    </w:p>
    <w:p>
      <w:r>
        <w:rPr>
          <w:rFonts w:ascii="Courier New" w:hAnsi="Courier New"/>
          <w:color w:val="555555"/>
          <w:sz w:val="20"/>
        </w:rPr>
        <w:t>[Iber . 417]</w:t>
      </w:r>
    </w:p>
    <w:p>
      <w:r>
        <w:rPr>
          <w:rFonts w:ascii="Gentium Plus" w:hAnsi="Gentium Plus"/>
          <w:sz w:val="24"/>
        </w:rPr>
        <w:t>δυνατώτεροι. κακῶν τε οὐδὲν αὐτοῖς ἀπῆν, ἠγριω‐ μένοις μὲν τὰς ψυχὰς ὑπὸ τῶν τροφῶν, τεθηριωμένοις δὲ τὰ σώματα ὑπὸ λιμοῦ καὶ λοιμοῦ καὶ κόμης καὶ χρόνου. οὕτω δ’ ἔχοντες αὑτοὺς ἐπέτρεπον τῷ Σκι‐</w:t>
      </w:r>
    </w:p>
    <w:p>
      <w:r>
        <w:rPr>
          <w:rFonts w:ascii="Courier New" w:hAnsi="Courier New"/>
          <w:color w:val="555555"/>
          <w:sz w:val="20"/>
        </w:rPr>
        <w:t>[Iber . 418]</w:t>
      </w:r>
    </w:p>
    <w:p>
      <w:r>
        <w:rPr>
          <w:rFonts w:ascii="Gentium Plus" w:hAnsi="Gentium Plus"/>
          <w:sz w:val="24"/>
        </w:rPr>
        <w:t>πίωνι. ὃ δ’ ἐκέλευεν αὐτοὺς τῆς μὲν ἡμέρας ἐκείνης συνενεγκεῖν τὰ ὅπλα, ἔνθα συνέταξε, τῆς δ’ ἐπιούσης προσελθεῖν ἐς ἕτερον χωρίον. οἳ δ’ ὑπερεβάλοντο τὴν ἡμέραν, ὁμολογήσαντες, ὅτι πολλοὶ τῆς ἐλευθερίας ἔτι</w:t>
      </w:r>
    </w:p>
    <w:p>
      <w:r>
        <w:rPr>
          <w:rFonts w:ascii="Courier New" w:hAnsi="Courier New"/>
          <w:color w:val="555555"/>
          <w:sz w:val="20"/>
        </w:rPr>
        <w:t>[5]</w:t>
      </w:r>
    </w:p>
    <w:p>
      <w:r>
        <w:rPr>
          <w:rFonts w:ascii="Gentium Plus" w:hAnsi="Gentium Plus"/>
          <w:sz w:val="24"/>
        </w:rPr>
        <w:t>ἔχονται καὶ ἐθέλουσιν αὑτοὺς ἐξαγαγεῖν τοῦ βίου. τὴν</w:t>
      </w:r>
    </w:p>
    <w:p>
      <w:r>
        <w:rPr>
          <w:rFonts w:ascii="Courier New" w:hAnsi="Courier New"/>
          <w:color w:val="555555"/>
          <w:sz w:val="20"/>
        </w:rPr>
        <w:t>[Iber . 419]</w:t>
      </w:r>
    </w:p>
    <w:p>
      <w:r>
        <w:rPr>
          <w:rFonts w:ascii="Gentium Plus" w:hAnsi="Gentium Plus"/>
          <w:sz w:val="24"/>
        </w:rPr>
        <w:t>οὖν ἡμέραν ᾔτουν ἐς τοῦ θανάτου τὴν διάθεσιν. τοσόσδε ἔρως ἐλευθερίας καὶ ἀνδραγαθίας ἦν ἐν πόλει βαρβάρῳ τε καὶ σμικρᾷ. ἐς γὰρ ὀκτακισχιλίους ἐπ’ εἰρήνης γενό‐ μενοι οἷα μὲν καὶ ὅσα Ῥωμαίους ἔδρασαν, οἵας δὲ συνθήκας</w:t>
      </w:r>
    </w:p>
    <w:p>
      <w:r>
        <w:rPr>
          <w:rFonts w:ascii="Courier New" w:hAnsi="Courier New"/>
          <w:color w:val="555555"/>
          <w:sz w:val="20"/>
        </w:rPr>
        <w:t>[5]</w:t>
      </w:r>
    </w:p>
    <w:p>
      <w:r>
        <w:rPr>
          <w:rFonts w:ascii="Gentium Plus" w:hAnsi="Gentium Plus"/>
          <w:sz w:val="24"/>
        </w:rPr>
        <w:t>αὐτοῖς ἔθεντο ἐπὶ ἴσῃ καὶ ὁμοίᾳ, οὐδέσι ταῦτα συνθέσθαι Ῥωμαίων ὑποστάντων, οἷον δὲ ὄντα τὸν τελευταῖον στρατηγόν, ἓξ μυριάσιν αὐτοὺς περικαθήμενον, προυκα‐</w:t>
      </w:r>
    </w:p>
    <w:p>
      <w:r>
        <w:rPr>
          <w:rFonts w:ascii="Courier New" w:hAnsi="Courier New"/>
          <w:color w:val="555555"/>
          <w:sz w:val="20"/>
        </w:rPr>
        <w:t>[Iber . 420]</w:t>
      </w:r>
    </w:p>
    <w:p>
      <w:r>
        <w:rPr>
          <w:rFonts w:ascii="Gentium Plus" w:hAnsi="Gentium Plus"/>
          <w:sz w:val="24"/>
        </w:rPr>
        <w:t>λέσαντο πολλάκις ἐς μάχην. ὃ δὲ ἦν ἄρα στρατηγικώτερος αὐτῶν, ἐς χεῖρας οὐκ ἰὼν θηρίοις, ἀλλὰ τῷ λιμῷ σφᾶς κατεργαζόμενος, ἀμάχῳ κακῷ, ᾧ δὴ καὶ μόνῳ ληφθῆναί τε δυνατὸν ἦν ἄρα Νομαντίνους καὶ ἐλήφθησαν μόνῳ.</w:t>
      </w:r>
    </w:p>
    <w:p>
      <w:r>
        <w:rPr>
          <w:rFonts w:ascii="Courier New" w:hAnsi="Courier New"/>
          <w:color w:val="555555"/>
          <w:sz w:val="20"/>
        </w:rPr>
        <w:t>[Iber . 421]</w:t>
      </w:r>
    </w:p>
    <w:p>
      <w:r>
        <w:rPr>
          <w:rFonts w:ascii="Gentium Plus" w:hAnsi="Gentium Plus"/>
          <w:sz w:val="24"/>
        </w:rPr>
        <w:t>ἐμοὶ μὲν δὴ ταῦτα περὶ Νομαντίνων εἰπεῖν ἐπῆλθεν, ἐς τὴν ὀλιγότητα αὐτῶν καὶ φερεπονίαν ἀφορῶντι καὶ</w:t>
      </w:r>
    </w:p>
    <w:p>
      <w:r>
        <w:rPr>
          <w:rFonts w:ascii="Courier New" w:hAnsi="Courier New"/>
          <w:color w:val="555555"/>
          <w:sz w:val="20"/>
        </w:rPr>
        <w:t>[Iber . 422]</w:t>
      </w:r>
    </w:p>
    <w:p>
      <w:r>
        <w:rPr>
          <w:rFonts w:ascii="Gentium Plus" w:hAnsi="Gentium Plus"/>
          <w:sz w:val="24"/>
        </w:rPr>
        <w:t>ἔργα πολλὰ καὶ χρόνον, ὅσον διεκαρτέρησαν· οἳ δὲ πρῶτα μὲν αὑτούς, οἱ βουλόμενοι, διεχρῶντο, ἕτερος ἑτέρως· οἱ λοιποὶ δ’ ἐξῄεσαν τρίτης ἡμέρας ἐς τὸ δεδομένον χωρίον, δυσόρατοί τε καὶ ἀλλόκοτοι πάμπαν ὀφθῆναι,</w:t>
      </w:r>
    </w:p>
    <w:p>
      <w:r>
        <w:rPr>
          <w:rFonts w:ascii="Courier New" w:hAnsi="Courier New"/>
          <w:color w:val="555555"/>
          <w:sz w:val="20"/>
        </w:rPr>
        <w:t>[5]</w:t>
      </w:r>
    </w:p>
    <w:p>
      <w:r>
        <w:rPr>
          <w:rFonts w:ascii="Gentium Plus" w:hAnsi="Gentium Plus"/>
          <w:sz w:val="24"/>
        </w:rPr>
        <w:t>οἷς τὰ μὲν σώματα ἦν ἀκάθαρτα καὶ τριχῶν καὶ ὀνύχων καὶ ῥύπου μεστά, ὀδώδεσαν δὲ χαλεπώτατον, καὶ ἐσθὴς αὐτοῖς ἐπέκειτο πιναρὰ καὶ ἥδε καὶ οὐχ ἧσσον δυσώδης.</w:t>
      </w:r>
    </w:p>
    <w:p>
      <w:r>
        <w:rPr>
          <w:rFonts w:ascii="Courier New" w:hAnsi="Courier New"/>
          <w:color w:val="555555"/>
          <w:sz w:val="20"/>
        </w:rPr>
        <w:t>[Iber . 423]</w:t>
      </w:r>
    </w:p>
    <w:p>
      <w:r>
        <w:rPr>
          <w:rFonts w:ascii="Gentium Plus" w:hAnsi="Gentium Plus"/>
          <w:sz w:val="24"/>
        </w:rPr>
        <w:t>ἐφαίνοντο δὲ τοῖς πολεμίοις ἐλεεινοὶ μὲν ἀπὸ τῶνδε, φοβεροὶ δ’ ἀπὸ τῶν βλεμμάτων· ἔτι γὰρ αὐτοὺς ἐνεώρων ἔκ τε ὀργῆς καὶ λύπης καὶ πόνου καὶ συνειδότος ἀλλη‐ λοφαγίας.</w:t>
      </w:r>
    </w:p>
    <w:p>
      <w:r>
        <w:rPr>
          <w:rFonts w:ascii="Courier New" w:hAnsi="Courier New"/>
          <w:color w:val="555555"/>
          <w:sz w:val="20"/>
        </w:rPr>
        <w:t>[Iber . 424]</w:t>
      </w:r>
    </w:p>
    <w:p>
      <w:r>
        <w:rPr>
          <w:rFonts w:ascii="Gentium Plus" w:hAnsi="Gentium Plus"/>
          <w:sz w:val="24"/>
        </w:rPr>
        <w:t>ἐπιλεξάμενος δ’ αὐτῶν πεντήκοντα ὁ Σκιπίων ἐς θρίαμβον, τοὺς λοιποὺς ἀπέδοτο καὶ τὴν πόλιν κατ‐ έσκαψεν, δύο μὲν τάσδε πόλεις δυσμαχωτάτας ἑλὼν</w:t>
      </w:r>
    </w:p>
    <w:p>
      <w:r>
        <w:rPr>
          <w:rFonts w:ascii="Courier New" w:hAnsi="Courier New"/>
          <w:color w:val="555555"/>
          <w:sz w:val="20"/>
        </w:rPr>
        <w:t>[Iber . 425]</w:t>
      </w:r>
    </w:p>
    <w:p>
      <w:r>
        <w:rPr>
          <w:rFonts w:ascii="Gentium Plus" w:hAnsi="Gentium Plus"/>
          <w:sz w:val="24"/>
        </w:rPr>
        <w:t>στρατηγὸς ὅδε Ῥωμαίων, Καρχηδόνα μὲν αὐτῶν Ῥω‐ μαίων ψηφισαμένων διὰ μέγεθος πόλεώς τε καὶ ἀρχῆς καὶ εὐκαιρίαν γῆς καὶ θαλάσσης, Νομαντίαν δὲ σμι‐ κράν τε καὶ ὀλιγάνθρωπον, οὔπω τι Ῥωμαίων περὶ</w:t>
      </w:r>
    </w:p>
    <w:p>
      <w:r>
        <w:rPr>
          <w:rFonts w:ascii="Courier New" w:hAnsi="Courier New"/>
          <w:color w:val="555555"/>
          <w:sz w:val="20"/>
        </w:rPr>
        <w:t>[Iber . 426]</w:t>
      </w:r>
    </w:p>
    <w:p>
      <w:r>
        <w:rPr>
          <w:rFonts w:ascii="Gentium Plus" w:hAnsi="Gentium Plus"/>
          <w:sz w:val="24"/>
        </w:rPr>
        <w:t>αὐτῆς ἐγνωκότων, αὐτός, εἴτε συμφέρειν Ῥωμαίοις ἡγούμενος, εἴτε ἄκρος ὢν ὀργὴν καὶ φιλόνεικος ἐς τὰ λαμβανόμενα, εἴθ’, ὡς ἔνιοι νομίζουσι, τὴν δόξαν ἡγού‐ μενος διώνυμον ἐπὶ τοῖς μεγάλοις γίγνεσθαι κακοῖς.</w:t>
      </w:r>
    </w:p>
    <w:p>
      <w:r>
        <w:rPr>
          <w:rFonts w:ascii="Courier New" w:hAnsi="Courier New"/>
          <w:color w:val="555555"/>
          <w:sz w:val="20"/>
        </w:rPr>
        <w:t>[5]</w:t>
      </w:r>
    </w:p>
    <w:p>
      <w:r>
        <w:rPr>
          <w:rFonts w:ascii="Gentium Plus" w:hAnsi="Gentium Plus"/>
          <w:sz w:val="24"/>
        </w:rPr>
        <w:t>καλοῦσι γοῦν αὐτὸν οἱ Ῥωμαῖοι μέχρι νῦν, ἀπὸ τῶν συμφορῶν, ἃς ἐπέθηκεν ταῖς πόλεσιν, Ἀφρικανόν τε</w:t>
      </w:r>
    </w:p>
    <w:p>
      <w:r>
        <w:rPr>
          <w:rFonts w:ascii="Courier New" w:hAnsi="Courier New"/>
          <w:color w:val="555555"/>
          <w:sz w:val="20"/>
        </w:rPr>
        <w:t>[Iber . 427]</w:t>
      </w:r>
    </w:p>
    <w:p>
      <w:r>
        <w:rPr>
          <w:rFonts w:ascii="Gentium Plus" w:hAnsi="Gentium Plus"/>
          <w:sz w:val="24"/>
        </w:rPr>
        <w:t>καὶ Νομαντῖνον. τότε δὲ τὴν γῆν τὴν Νομαντίνων τοῖς ἐγγὺς οἰκοῦσι διελὼν καὶ ταῖς ἄλλαις πόλεσι χρηματίσας καί, εἴ τι ἦν ὕποπτον, ἐπιπλήξας τε καὶ ζημιώσας χρήμα‐ σιν ἀπέπλευσεν ἐπ’ οἴκου.</w:t>
      </w:r>
    </w:p>
    <w:p>
      <w:r>
        <w:rPr>
          <w:rFonts w:ascii="Courier New" w:hAnsi="Courier New"/>
          <w:color w:val="555555"/>
          <w:sz w:val="20"/>
        </w:rPr>
        <w:t>[Iber . 428]</w:t>
      </w:r>
    </w:p>
    <w:p>
      <w:r>
        <w:rPr>
          <w:rFonts w:ascii="Gentium Plus" w:hAnsi="Gentium Plus"/>
          <w:sz w:val="24"/>
        </w:rPr>
        <w:t>Ῥωμαῖοι δέ, ὡς ἔθος, ἐς τὰ προσειλημμένα τῆς Ἰβηρίας ἔπεμψαν ἀπὸ τῆς βουλῆς ἄνδρας δέκα τοὺς καταστησομένους αὐτὰ εἰς εἰρήνην, ὅσα Σκιπίων τε ἔλαβε καὶ Βροῦτος πρὸ</w:t>
      </w:r>
    </w:p>
    <w:p>
      <w:r>
        <w:rPr>
          <w:rFonts w:ascii="Courier New" w:hAnsi="Courier New"/>
          <w:color w:val="555555"/>
          <w:sz w:val="20"/>
        </w:rPr>
        <w:t>[Iber . 429]</w:t>
      </w:r>
    </w:p>
    <w:p>
      <w:r>
        <w:rPr>
          <w:rFonts w:ascii="Gentium Plus" w:hAnsi="Gentium Plus"/>
          <w:sz w:val="24"/>
        </w:rPr>
        <w:t>τοῦ Σκιπίωνος ὑπηγάγετο ἢ ἐχειρώσατο. χρόνῳ δ’ ὕστερον ἀποστάσεων ἄλλων ἐν Ἰβηρίᾳ γενομένων</w:t>
      </w:r>
    </w:p>
    <w:p>
      <w:r>
        <w:rPr>
          <w:rFonts w:ascii="Courier New" w:hAnsi="Courier New"/>
          <w:color w:val="555555"/>
          <w:sz w:val="20"/>
        </w:rPr>
        <w:t>[Iber . 430]</w:t>
      </w:r>
    </w:p>
    <w:p>
      <w:r>
        <w:rPr>
          <w:rFonts w:ascii="Gentium Plus" w:hAnsi="Gentium Plus"/>
          <w:sz w:val="24"/>
        </w:rPr>
        <w:t>Καλπούρνιος Πείσων στρατηγὸς ᾑρέθη. καὶ αὐτὸν διεδέ‐ ξατο μὲν Σέρουιος Γάλβας, Κίμβρων δ’ ἐπιστρατευόντων τῇ Ἰταλίᾳ καὶ Σικελίας πολεμουμένης τὸν δεύτερον δουλικὸν πόλεμον στρατιὰν μὲν ἐς Ἰβηρίαν οὐκ ἔπεμπον</w:t>
      </w:r>
    </w:p>
    <w:p>
      <w:r>
        <w:rPr>
          <w:rFonts w:ascii="Courier New" w:hAnsi="Courier New"/>
          <w:color w:val="555555"/>
          <w:sz w:val="20"/>
        </w:rPr>
        <w:t>[5]</w:t>
      </w:r>
    </w:p>
    <w:p>
      <w:r>
        <w:rPr>
          <w:rFonts w:ascii="Gentium Plus" w:hAnsi="Gentium Plus"/>
          <w:sz w:val="24"/>
        </w:rPr>
        <w:t>ὑπ’ ἀσχολίας, πρέσβεις δ’ ἀπέστελλον, οἳ τὸν πόλεμον</w:t>
      </w:r>
    </w:p>
    <w:p>
      <w:r>
        <w:rPr>
          <w:rFonts w:ascii="Courier New" w:hAnsi="Courier New"/>
          <w:color w:val="555555"/>
          <w:sz w:val="20"/>
        </w:rPr>
        <w:t>[Iber . 431]</w:t>
      </w:r>
    </w:p>
    <w:p>
      <w:r>
        <w:rPr>
          <w:rFonts w:ascii="Gentium Plus" w:hAnsi="Gentium Plus"/>
          <w:sz w:val="24"/>
        </w:rPr>
        <w:t>ἔμελλον, ὅπῃ δύναιντο, καταθήσεσθαι. Κίμβρων δ’ ἐξελαθέντων Τίτος Δείδιος ἐπελθὼν Ἀρουακῶν μὲν ἔκτεινεν ἐς δισμυρίους, Τερμησὸν δέ, μεγάλην πόλιν αἰεὶ δυσπειθῆ Ῥωμαίοις γενομένην, ἐξ ἐρυμνοῦ κατήγαγεν ἐς</w:t>
      </w:r>
    </w:p>
    <w:p>
      <w:r>
        <w:rPr>
          <w:rFonts w:ascii="Courier New" w:hAnsi="Courier New"/>
          <w:color w:val="555555"/>
          <w:sz w:val="20"/>
        </w:rPr>
        <w:t>[Iber . 432]</w:t>
      </w:r>
    </w:p>
    <w:p>
      <w:r>
        <w:rPr>
          <w:rFonts w:ascii="Gentium Plus" w:hAnsi="Gentium Plus"/>
          <w:sz w:val="24"/>
        </w:rPr>
        <w:t>τὸ πεδίον καὶ ἐκέλευσεν οἰκεῖν ἀτειχίστους. Κολένδαν δὲ προσκαθίσας ἐνάτῳ μηνὶ παρέλαβεν ἐγχειρίσασαν ἑαυ‐ τὴν καὶ τοὺς Κολενδέας ἅπαντας μετὰ παίδων καὶ</w:t>
      </w:r>
    </w:p>
    <w:p>
      <w:r>
        <w:rPr>
          <w:rFonts w:ascii="Courier New" w:hAnsi="Courier New"/>
          <w:color w:val="555555"/>
          <w:sz w:val="20"/>
        </w:rPr>
        <w:t>[Iber . 433]</w:t>
      </w:r>
    </w:p>
    <w:p>
      <w:r>
        <w:rPr>
          <w:rFonts w:ascii="Gentium Plus" w:hAnsi="Gentium Plus"/>
          <w:sz w:val="24"/>
        </w:rPr>
        <w:t>γυναικῶν ἀπέδοτο. πόλιν δ’ ἑτέραν τῆς Κολένδης πλη‐ σίον ᾤκουν μιγάδες Κελτιβήρων, οὓς Μᾶρκος Μάριος συμμαχήσαντας αὐτῷ κατὰ Λυσιτανῶν, τῆς βουλῆς ἐπιτρεπούσης, ᾠκίκει πρὸ πέντε ἐνιαυτῶν. ἐλῄστευον</w:t>
      </w:r>
    </w:p>
    <w:p>
      <w:r>
        <w:rPr>
          <w:rFonts w:ascii="Courier New" w:hAnsi="Courier New"/>
          <w:color w:val="555555"/>
          <w:sz w:val="20"/>
        </w:rPr>
        <w:t>[Iber . 434]</w:t>
      </w:r>
    </w:p>
    <w:p>
      <w:r>
        <w:rPr>
          <w:rFonts w:ascii="Gentium Plus" w:hAnsi="Gentium Plus"/>
          <w:sz w:val="24"/>
        </w:rPr>
        <w:t>δ’ ἐξ ἀπορίας οὗτοι· καὶ κρίνας αὐτοὺς ὁ Δείδιος ἀνελεῖν,</w:t>
      </w:r>
    </w:p>
    <w:p>
      <w:r>
        <w:rPr>
          <w:rFonts w:ascii="Courier New" w:hAnsi="Courier New"/>
          <w:color w:val="555555"/>
          <w:sz w:val="20"/>
        </w:rPr>
        <w:t>[Iber . 435]</w:t>
      </w:r>
    </w:p>
    <w:p>
      <w:r>
        <w:rPr>
          <w:rFonts w:ascii="Gentium Plus" w:hAnsi="Gentium Plus"/>
          <w:sz w:val="24"/>
        </w:rPr>
        <w:t>χώραν αὐτοῖς προσορίσαι πενομένοις. ἀσπαζομένους δὲ ὁρῶν ἐκέλευεν, τῷ δήμῳ ταῦτα μετενεγκόντας, ἥκειν μετὰ γυναικῶν καὶ παίδων τὴν χώραν μεριουμένους. ἐπεὶ δ’ ἀφίκοντο, προσέταξε τοὺς στρατιώτας ἐκ τοῦ χάρακος</w:t>
      </w:r>
    </w:p>
    <w:p>
      <w:r>
        <w:rPr>
          <w:rFonts w:ascii="Courier New" w:hAnsi="Courier New"/>
          <w:color w:val="555555"/>
          <w:sz w:val="20"/>
        </w:rPr>
        <w:t>[5]</w:t>
      </w:r>
    </w:p>
    <w:p>
      <w:r>
        <w:rPr>
          <w:rFonts w:ascii="Gentium Plus" w:hAnsi="Gentium Plus"/>
          <w:sz w:val="24"/>
        </w:rPr>
        <w:t>ἐξελθεῖν καὶ τοὺς ἐνεδρευομένους εἴσω παρελθεῖν ὡς ἀπογραψόμενος αὐτῶν ἔνδον τὸ πλῆθος, ἐν μέρει μὲν ἀνδρῶν, ἐν μέρει δὲ παίδων καὶ γυναικῶν, ἵν’ ἐπιγνοίη, πόσην</w:t>
      </w:r>
    </w:p>
    <w:p>
      <w:r>
        <w:rPr>
          <w:rFonts w:ascii="Courier New" w:hAnsi="Courier New"/>
          <w:color w:val="555555"/>
          <w:sz w:val="20"/>
        </w:rPr>
        <w:t>[Iber . 436]</w:t>
      </w:r>
    </w:p>
    <w:p>
      <w:r>
        <w:rPr>
          <w:rFonts w:ascii="Gentium Plus" w:hAnsi="Gentium Plus"/>
          <w:sz w:val="24"/>
        </w:rPr>
        <w:t>χώραν αὐτοῖς δέοι διελεῖν. ὡς δὲ παρῆλθον ἐς τὴν τάφρον καὶ τὸ χαράκωμα, περιστήσας αὐτοῖς τὸν στρατὸν ὁ Δείδιος ἔκτεινε πάντας. καὶ ἐπὶ τοῖσδε Δείδιος μὲν καὶ ἐθριάμ‐ βευσεν, πάλιν δὲ τῶν Κελτιβήρων ἀποστάντων Φλάκκος</w:t>
      </w:r>
    </w:p>
    <w:p>
      <w:r>
        <w:rPr>
          <w:rFonts w:ascii="Courier New" w:hAnsi="Courier New"/>
          <w:color w:val="555555"/>
          <w:sz w:val="20"/>
        </w:rPr>
        <w:t>[Iber . 437]</w:t>
      </w:r>
    </w:p>
    <w:p>
      <w:r>
        <w:rPr>
          <w:rFonts w:ascii="Gentium Plus" w:hAnsi="Gentium Plus"/>
          <w:sz w:val="24"/>
        </w:rPr>
        <w:t>ἐπιπεμφθεὶς ἔκτεινε δισμυρίους. ἐν δὲ Βελγήδῃ πόλει ὁ μὲν δῆμος ἐς ἀπόστασιν ὁρμῶν τὴν βουλὴν ὀκνοῦ‐ σαν ἐνέπρησεν αὐτῷ βουλευτηρίῳ, ὁ δὲ Φλάκκος ἐπ‐ ελθὼν ἔκτεινε τοὺς αἰτίους.</w:t>
      </w:r>
    </w:p>
    <w:p>
      <w:r>
        <w:rPr>
          <w:rFonts w:ascii="Courier New" w:hAnsi="Courier New"/>
          <w:color w:val="555555"/>
          <w:sz w:val="20"/>
        </w:rPr>
        <w:t>[Iber . 438]</w:t>
      </w:r>
    </w:p>
    <w:p>
      <w:r>
        <w:rPr>
          <w:rFonts w:ascii="Gentium Plus" w:hAnsi="Gentium Plus"/>
          <w:sz w:val="24"/>
        </w:rPr>
        <w:t>τοσάδε μὲν εὗρον ἄξια λόγου Ῥωμαίοις ἐς τότε πρὸς Ἴβηρας αὐτοὺς γενόμενα· χρόνῳ δ’ ὕστερον στασιαζόντων ἐν Ῥώμῃ Σύλλα τε καὶ Κίννα καὶ ἐς ἐμφυλίους πολέμους καὶ στρατόπεδα κατὰ τῆς πατρίδος διῃρημένων Κόιντος</w:t>
      </w:r>
    </w:p>
    <w:p>
      <w:r>
        <w:rPr>
          <w:rFonts w:ascii="Courier New" w:hAnsi="Courier New"/>
          <w:color w:val="555555"/>
          <w:sz w:val="20"/>
        </w:rPr>
        <w:t>[5]</w:t>
      </w:r>
    </w:p>
    <w:p>
      <w:r>
        <w:rPr>
          <w:rFonts w:ascii="Gentium Plus" w:hAnsi="Gentium Plus"/>
          <w:sz w:val="24"/>
        </w:rPr>
        <w:t>Σερτώριος, ἐκ τῆς Κίννα στάσεως αἱρεθεὶς τῆς Ἰβηρίας</w:t>
      </w:r>
    </w:p>
    <w:p>
      <w:r>
        <w:rPr>
          <w:rFonts w:ascii="Courier New" w:hAnsi="Courier New"/>
          <w:color w:val="555555"/>
          <w:sz w:val="20"/>
        </w:rPr>
        <w:t>[Iber . 439]</w:t>
      </w:r>
    </w:p>
    <w:p>
      <w:r>
        <w:rPr>
          <w:rFonts w:ascii="Gentium Plus" w:hAnsi="Gentium Plus"/>
          <w:sz w:val="24"/>
        </w:rPr>
        <w:t>ἄρχειν, Ἰβηρίαν τε αὐτὴν ἐπανέστησε Ῥωμαίοις καὶ πολὺν στρατὸν ἀγείρας καὶ βουλὴν τῶν ἰδίων φίλων ἐς μίμημα τῆς συγκλήτου καταλέξας ἤλαυνεν ἐς Ῥώμην ἐπὶ τόλμης καὶ φρονήματος λαμπροῦ, καὶ τἆλλα ὢν ἐς θρασύτητα</w:t>
      </w:r>
    </w:p>
    <w:p>
      <w:r>
        <w:rPr>
          <w:rFonts w:ascii="Courier New" w:hAnsi="Courier New"/>
          <w:color w:val="555555"/>
          <w:sz w:val="20"/>
        </w:rPr>
        <w:t>[Iber . 440]</w:t>
      </w:r>
    </w:p>
    <w:p>
      <w:r>
        <w:rPr>
          <w:rFonts w:ascii="Gentium Plus" w:hAnsi="Gentium Plus"/>
          <w:sz w:val="24"/>
        </w:rPr>
        <w:t>περιώνυμος, ὥστε τὴν βουλὴν δείσασαν ἑλέσθαι τοὺς</w:t>
      </w:r>
    </w:p>
    <w:p>
      <w:r>
        <w:rPr>
          <w:rFonts w:ascii="Courier New" w:hAnsi="Courier New"/>
          <w:color w:val="555555"/>
          <w:sz w:val="20"/>
        </w:rPr>
        <w:t>[5]</w:t>
      </w:r>
    </w:p>
    <w:p>
      <w:r>
        <w:rPr>
          <w:rFonts w:ascii="Gentium Plus" w:hAnsi="Gentium Plus"/>
          <w:sz w:val="24"/>
        </w:rPr>
        <w:t>μον, ὅπῃ δύναιντο, ἐξωθοῖεν ἐκ τῆς Ἰταλίας ἐν διχο‐</w:t>
      </w:r>
    </w:p>
    <w:p>
      <w:r>
        <w:rPr>
          <w:rFonts w:ascii="Courier New" w:hAnsi="Courier New"/>
          <w:color w:val="555555"/>
          <w:sz w:val="20"/>
        </w:rPr>
        <w:t>[Iber . 441]</w:t>
      </w:r>
    </w:p>
    <w:p>
      <w:r>
        <w:rPr>
          <w:rFonts w:ascii="Gentium Plus" w:hAnsi="Gentium Plus"/>
          <w:sz w:val="24"/>
        </w:rPr>
        <w:t>στασίᾳ τότε μάλιστα οὔσης. ἀλλὰ Σερτώριον μὲν τῶν στασιωτῶν τις αὐτοῦ Περπέρνας ἀνελὼν ἑαυτὸν ἐπὶ Σερτωρίῳ στρατηγὸν ἀπέφηνε τῆς ἀποστάσεως, Περ‐ πέρναν δ’ ἔκτεινε μάχῃ Πομπήιος, καὶ ὁ πόλεμος ὅδε,</w:t>
      </w:r>
    </w:p>
    <w:p>
      <w:r>
        <w:rPr>
          <w:rFonts w:ascii="Courier New" w:hAnsi="Courier New"/>
          <w:color w:val="555555"/>
          <w:sz w:val="20"/>
        </w:rPr>
        <w:t>[5]</w:t>
      </w:r>
    </w:p>
    <w:p>
      <w:r>
        <w:rPr>
          <w:rFonts w:ascii="Gentium Plus" w:hAnsi="Gentium Plus"/>
          <w:sz w:val="24"/>
        </w:rPr>
        <w:t>θορυβήσας δὴ τῷ φόβῳ μάλιστα Ῥωμαίους, διελύθη. τὸ δ’ ἀκριβὲς αὐτοῦ δηλώσει τὰ περὶ Σύλλαν ἐμφύλια.</w:t>
      </w:r>
    </w:p>
    <w:p>
      <w:r>
        <w:rPr>
          <w:rFonts w:ascii="Courier New" w:hAnsi="Courier New"/>
          <w:color w:val="555555"/>
          <w:sz w:val="20"/>
        </w:rPr>
        <w:t>[Iber . 442]</w:t>
      </w:r>
    </w:p>
    <w:p>
      <w:r>
        <w:rPr>
          <w:rFonts w:ascii="Gentium Plus" w:hAnsi="Gentium Plus"/>
          <w:sz w:val="24"/>
        </w:rPr>
        <w:t>μετὰ δὲ τὸν Σύλλα θάνατον Γάιος Καῖσαρ αἱρε‐ θεὶς Ἰβηρίας στρατηγεῖν, ὥστε καὶ πολεμεῖν, οἷς δεήσειεν, ὅσα τῶν Ἰβήρων ἐσαλεύετο ἢ Ῥωμαίοις ἔτι ἔλειπεν,</w:t>
      </w:r>
    </w:p>
    <w:p>
      <w:r>
        <w:rPr>
          <w:rFonts w:ascii="Courier New" w:hAnsi="Courier New"/>
          <w:color w:val="555555"/>
          <w:sz w:val="20"/>
        </w:rPr>
        <w:t>[Iber . 443]</w:t>
      </w:r>
    </w:p>
    <w:p>
      <w:r>
        <w:rPr>
          <w:rFonts w:ascii="Gentium Plus" w:hAnsi="Gentium Plus"/>
          <w:sz w:val="24"/>
        </w:rPr>
        <w:t>πολέμῳ συνηνάγκασεν πάντα ὑπακούειν. καί τινα αὖθις ἀφιστάμενα Ἰούλιος Καῖσαρ, ὁ τοῦ Γαΐου παῖς, ὁ Σεβα‐</w:t>
      </w:r>
    </w:p>
    <w:p>
      <w:r>
        <w:rPr>
          <w:rFonts w:ascii="Courier New" w:hAnsi="Courier New"/>
          <w:color w:val="555555"/>
          <w:sz w:val="20"/>
        </w:rPr>
        <w:t>[Iber . 444]</w:t>
      </w:r>
    </w:p>
    <w:p>
      <w:r>
        <w:rPr>
          <w:rFonts w:ascii="Gentium Plus" w:hAnsi="Gentium Plus"/>
          <w:sz w:val="24"/>
        </w:rPr>
        <w:t>στὸς ἐπίκλην, ἐχειρώσατο. καὶ ἐξ ἐκείνου μοι δοκοῦσι Ῥωμαῖοι τὴν Ἰβηρίαν, ἣν δὴ νῦν Ἱσπανίαν καλοῦσιν, ἐς τρία διαιρεῖν καὶ στρατηγοὺς ἐπιπέμπειν, ἐτησίους μὲν ἐς τὰ δύο ἡ βουλή, τὸν δὲ τρίτον βασιλεύς, ἐφ’ ὅσον</w:t>
      </w:r>
    </w:p>
    <w:p>
      <w:r>
        <w:rPr>
          <w:rFonts w:ascii="Courier New" w:hAnsi="Courier New"/>
          <w:color w:val="555555"/>
          <w:sz w:val="20"/>
        </w:rPr>
        <w:t>[5]</w:t>
      </w:r>
    </w:p>
    <w:p>
      <w:r>
        <w:rPr>
          <w:rFonts w:ascii="Gentium Plus" w:hAnsi="Gentium Plus"/>
          <w:sz w:val="24"/>
        </w:rPr>
        <w:t>δοκιμάσειεν.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