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Σχόλια εἰς Ἄρατον</w:t>
      </w:r>
      <w:r>
        <w:br/>
      </w:r>
      <w:r>
        <w:rPr>
          <w:i/>
          <w:color w:val="666666"/>
          <w:sz w:val="40"/>
        </w:rPr>
        <w:t>Scholia on Aratus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Ἄρατου Σχόλια</w:t>
      </w:r>
      <w:r>
        <w:br/>
      </w:r>
      <w:r>
        <w:rPr>
          <w:i/>
          <w:color w:val="666666"/>
          <w:sz w:val="28"/>
        </w:rPr>
        <w:t>by Aratus Scholia</w:t>
      </w:r>
    </w:p>
    <w:p/>
    <w:p>
      <w:r>
        <w:rPr>
          <w:rFonts w:ascii="Courier New" w:hAnsi="Courier New"/>
          <w:color w:val="555555"/>
          <w:sz w:val="20"/>
        </w:rPr>
        <w:t>[1a]</w:t>
      </w:r>
    </w:p>
    <w:p>
      <w:r>
        <w:rPr>
          <w:rFonts w:ascii="Gentium Plus" w:hAnsi="Gentium Plus"/>
          <w:sz w:val="24"/>
        </w:rPr>
        <w:t>[θε ο [ βαθεως εν [ θνησκειν [καμονα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[κ</w:t>
      </w:r>
    </w:p>
    <w:p>
      <w:r>
        <w:rPr>
          <w:rFonts w:ascii="Courier New" w:hAnsi="Courier New"/>
          <w:color w:val="555555"/>
          <w:sz w:val="20"/>
        </w:rPr>
        <w:t>[1b]</w:t>
      </w:r>
    </w:p>
    <w:p>
      <w:r>
        <w:rPr>
          <w:rFonts w:ascii="Gentium Plus" w:hAnsi="Gentium Plus"/>
          <w:sz w:val="24"/>
        </w:rPr>
        <w:t>απλοοι απλως και ως ετυχεν διχα ονο ματος κρατι δε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κατ ιθυ της κεφ(αλης) της ελι(κ)ης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[τον την ευρωπην [ κατεστηριξεν [ γαρ δυνουσι [ν πετρου ν</w:t>
      </w:r>
    </w:p>
    <w:p>
      <w:r>
        <w:rPr>
          <w:rFonts w:ascii="Courier New" w:hAnsi="Courier New"/>
          <w:color w:val="555555"/>
          <w:sz w:val="20"/>
        </w:rPr>
        <w:t>[3a]</w:t>
      </w:r>
    </w:p>
    <w:p>
      <w:r>
        <w:rPr>
          <w:rFonts w:ascii="Gentium Plus" w:hAnsi="Gentium Plus"/>
          <w:sz w:val="24"/>
        </w:rPr>
        <w:t>[ϊση σταθμη α(πο) [μερους της αρκτ(ου)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[οσην [εως απ αλληλων α [βλεψιν ακτϊν εις το βα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[.κασσεϊεπεια ειπεν π [ (ν)εατης αρκτου τ [εν γαρ τη πληρο(σε)λη(νω)</w:t>
      </w:r>
    </w:p>
    <w:p>
      <w:r>
        <w:rPr>
          <w:rFonts w:ascii="Courier New" w:hAnsi="Courier New"/>
          <w:color w:val="555555"/>
          <w:sz w:val="20"/>
        </w:rPr>
        <w:t>[3b]</w:t>
      </w:r>
    </w:p>
    <w:p>
      <w:r>
        <w:rPr>
          <w:rFonts w:ascii="Gentium Plus" w:hAnsi="Gentium Plus"/>
          <w:sz w:val="24"/>
        </w:rPr>
        <w:t>επιρρηδην φανερως υπ(ο)κειμενοι αθριν ινδαλλονται αντιφαι(νονται)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[ος δ εστι [ ν και μεδουσης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τωι ναυτη μαλκην οιον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non legibilia</w:t>
      </w:r>
    </w:p>
    <w:p>
      <w:r>
        <w:rPr>
          <w:rFonts w:ascii="Courier New" w:hAnsi="Courier New"/>
          <w:color w:val="555555"/>
          <w:sz w:val="20"/>
        </w:rPr>
        <w:t>[7a]</w:t>
      </w:r>
    </w:p>
    <w:p>
      <w:r>
        <w:rPr>
          <w:rFonts w:ascii="Gentium Plus" w:hAnsi="Gentium Plus"/>
          <w:sz w:val="24"/>
        </w:rPr>
        <w:t>[ σημ’ εμεν(αι) με(λεεσσιν) [αλλα αστερες εισιν [οτε δελ αστερας [ ημισυ ιππου εν τω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[αδι τυπο [αυτον [ρ διατ [αστρον</w:t>
      </w:r>
    </w:p>
    <w:p>
      <w:r>
        <w:rPr>
          <w:rFonts w:ascii="Courier New" w:hAnsi="Courier New"/>
          <w:color w:val="555555"/>
          <w:sz w:val="20"/>
        </w:rPr>
        <w:t>[7b]</w:t>
      </w:r>
    </w:p>
    <w:p>
      <w:r>
        <w:rPr>
          <w:rFonts w:ascii="Gentium Plus" w:hAnsi="Gentium Plus"/>
          <w:sz w:val="24"/>
        </w:rPr>
        <w:t>κυ(α)ν(εος) αφανης</w:t>
      </w:r>
    </w:p>
    <w:p>
      <w:r>
        <w:rPr>
          <w:rFonts w:ascii="Courier New" w:hAnsi="Courier New"/>
          <w:color w:val="555555"/>
          <w:sz w:val="20"/>
        </w:rPr>
        <w:t>[7c]</w:t>
      </w:r>
    </w:p>
    <w:p>
      <w:r>
        <w:rPr>
          <w:rFonts w:ascii="Gentium Plus" w:hAnsi="Gentium Plus"/>
          <w:sz w:val="24"/>
        </w:rPr>
        <w:t>οθ κατ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non legibilia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