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Ὀξέων νούσων θεραπευτικόν</w:t>
      </w:r>
      <w:r>
        <w:br/>
      </w:r>
      <w:r>
        <w:rPr>
          <w:i/>
          <w:color w:val="666666"/>
          <w:sz w:val="40"/>
        </w:rPr>
        <w:t>Treatment of Acute Diseases</w:t>
      </w:r>
    </w:p>
    <w:p>
      <w:pPr>
        <w:jc w:val="center"/>
      </w:pPr>
      <w:r>
        <w:rPr>
          <w:rFonts w:ascii="Times New Roman" w:hAnsi="Times New Roman"/>
          <w:color w:val="1E3A70"/>
          <w:sz w:val="32"/>
        </w:rPr>
        <w:t>Ἀρεταῖος ὁ Καππάδοξ</w:t>
      </w:r>
      <w:r>
        <w:br/>
      </w:r>
      <w:r>
        <w:rPr>
          <w:i/>
          <w:color w:val="666666"/>
          <w:sz w:val="28"/>
        </w:rPr>
        <w:t>by Aretaeus Cappadocian</w:t>
      </w:r>
    </w:p>
    <w:p/>
    <w:p>
      <w:r>
        <w:rPr>
          <w:rFonts w:ascii="Courier New" w:hAnsi="Courier New"/>
          <w:color w:val="555555"/>
          <w:sz w:val="20"/>
        </w:rPr>
        <w:t>[1 t 1]</w:t>
      </w:r>
    </w:p>
    <w:p>
      <w:pPr>
        <w:jc w:val="center"/>
      </w:pPr>
      <w:r>
        <w:rPr>
          <w:rFonts w:ascii="Gentium Plus" w:hAnsi="Gentium Plus"/>
          <w:b/>
          <w:sz w:val="24"/>
        </w:rPr>
        <w:t>ΑΡΕΤΑΙΟΥ ΚΑΠΠΑΔΟΚΟΥ ΟΞΕΩΝ ΝΟΥϹΩΝ ΘΕΡΑΠΕΥΤΙΚΟΝ ΒΙΒΛΙΟΝ Α.</w:t>
      </w:r>
    </w:p>
    <w:p>
      <w:r>
        <w:rPr>
          <w:rFonts w:ascii="Courier New" w:hAnsi="Courier New"/>
          <w:color w:val="555555"/>
          <w:sz w:val="20"/>
        </w:rPr>
        <w:t>[1 Pr 1]</w:t>
      </w:r>
    </w:p>
    <w:p>
      <w:r>
        <w:rPr>
          <w:rFonts w:ascii="Gentium Plus" w:hAnsi="Gentium Plus"/>
          <w:sz w:val="24"/>
        </w:rPr>
        <w:t>Προοίμιον. Ὀξέων νούcων ἄκεα ξυναφέα τῇcι ἀμφὶ cημηΐων ἰδέῃcι, ὧν τοῖcι ξυγγράμμαcι ἄccα μοι πρόcθεν γεγράφαται. ὁκόcα μὲν ὦν ἐν πυρετῶν θεραπείῃ γίγνεται, κατά τε τὴν τούτων διαφορὴν καὶ κατὰ τὴν τῶν νοcημάτων ἰδέην καὶ τὴν ἐν αὐτοῖc ποικιλίην, τουτέων</w:t>
      </w:r>
    </w:p>
    <w:p>
      <w:r>
        <w:rPr>
          <w:rFonts w:ascii="Courier New" w:hAnsi="Courier New"/>
          <w:color w:val="555555"/>
          <w:sz w:val="20"/>
        </w:rPr>
        <w:t>[5]</w:t>
      </w:r>
    </w:p>
    <w:p>
      <w:r>
        <w:rPr>
          <w:rFonts w:ascii="Gentium Plus" w:hAnsi="Gentium Plus"/>
          <w:sz w:val="24"/>
        </w:rPr>
        <w:t>τὰ πλείω ἐν τοῖcι ἀμφὶ πυρετῶν λόγοιcι λελέξεται· ὁκόcα δὲ ξὺν πυ‐ ρετοῖcι ὀξέα γίγνεται πάθεα, ὁκοῖον ἡ φρενῖτιc, ἢ ἄνευθε πυρετῶν, ὁκοῖον ἀποπληξίη, ἀμφὶ τῶνδε μούνων τὰ ἄκεα φράcω, ὡc μὴ διαμαρ‐ τάνειν μηδὲ μακρηγορέειν ἕτερα ἐν ἑτέροιcι γράφοντα. ἀρχὴ δὲ ἡ ωὐτὴ ἣ καὶ ἀμφὶ τῶν παθέων, καὶ τελευτὴ ἡ ωὐτή.</w:t>
      </w:r>
    </w:p>
    <w:p>
      <w:r>
        <w:rPr>
          <w:rFonts w:ascii="Courier New" w:hAnsi="Courier New"/>
          <w:color w:val="555555"/>
          <w:sz w:val="20"/>
        </w:rPr>
        <w:t>[1 . 1 . 1]</w:t>
      </w:r>
    </w:p>
    <w:p>
      <w:r>
        <w:rPr>
          <w:rFonts w:ascii="Gentium Plus" w:hAnsi="Gentium Plus"/>
          <w:sz w:val="24"/>
        </w:rPr>
        <w:t>Θεραπεία φρενιτικῶν. Κατακεκλίcθαι χρὴ τὸν νοcέοντα ἐν οἴκῳ εὐμέτρῳ, εὐκρήτῳ, χειμῶνοc μὲν ἐν ἀλέῃ, θέρεοc δὲ ἐν ψύχεϊ νοτερῷ· ἔαροc δὲ καὶ φθινοπώρου πρὸc τὰc ὥραc τεκμαίρεcθαι. ἔπειτα ἡcυχίην ἄγειν κελεύειν καὶ αὐτὸν τὸν νοcέοντα καὶ τοὺc ἐπὶ τῆc οἰκίηc ἅπανταc·</w:t>
      </w:r>
    </w:p>
    <w:p>
      <w:r>
        <w:rPr>
          <w:rFonts w:ascii="Courier New" w:hAnsi="Courier New"/>
          <w:color w:val="555555"/>
          <w:sz w:val="20"/>
        </w:rPr>
        <w:t>[5]</w:t>
      </w:r>
    </w:p>
    <w:p>
      <w:r>
        <w:rPr>
          <w:rFonts w:ascii="Gentium Plus" w:hAnsi="Gentium Plus"/>
          <w:sz w:val="24"/>
        </w:rPr>
        <w:t>ὀξυήκοοι γὰρ ἠδὲ ψόφου καθαπτόμενοι φρενιτικοί· ἀτὰρ ὑπὸ τῶνδε μαίνονται. τοῖχοι λεῖοι, ὁμαλοί, μηδ’ ὑπερίcχοντεc, μηδὲ ἄχναιc μηδὲ γραφῇcι εὔκοcμοι· ἐρεθιcτικὸν γὰρ τοιχογραφίη. καὶ γὰρ πρὸ τῶν ὀφθαλμῶν ἀμφαιρέουcί τινα ψευδέα ἰνδάλματα, καὶ τὰ μὴ ἐξίcχοντα ἀμφαφόωcι ὡc ὑπερίcχοντα, καὶ πᾶcα πρόφαcιc ἀναιτίη πρόκληcιc χει‐</w:t>
      </w:r>
    </w:p>
    <w:p>
      <w:r>
        <w:rPr>
          <w:rFonts w:ascii="Courier New" w:hAnsi="Courier New"/>
          <w:color w:val="555555"/>
          <w:sz w:val="20"/>
        </w:rPr>
        <w:t>[1 . 1 . 2]</w:t>
      </w:r>
    </w:p>
    <w:p>
      <w:r>
        <w:rPr>
          <w:rFonts w:ascii="Gentium Plus" w:hAnsi="Gentium Plus"/>
          <w:sz w:val="24"/>
        </w:rPr>
        <w:t>ρῶν φορῆc. κλίνηc μῆκοc καὶ πλάτοc ξύμμετρον, ὡc μήτε βληcτρίζεcθαι ἐν τῇ πλατείῃ μήτε ἀπὸ τῆc cτεινῆc ἐκπίπτειν κοίτηc. ἐν ψιλοῖcι τοῖcι cτρώμαcι, ὡc μὴ κροκυδίζειν ὑπόμνηcιc ἔοι· ἀτὰρ ἠδὲ ἐν μαλθα‐ κοῖcι· ἀcτεργὴc γὰρ τοῖcι νεύροιcι ἡ cκληρὴ κοίτη. οὐχ ἥκιcτα δὲ τῶν</w:t>
      </w:r>
    </w:p>
    <w:p>
      <w:r>
        <w:rPr>
          <w:rFonts w:ascii="Courier New" w:hAnsi="Courier New"/>
          <w:color w:val="555555"/>
          <w:sz w:val="20"/>
        </w:rPr>
        <w:t>[5]</w:t>
      </w:r>
    </w:p>
    <w:p>
      <w:r>
        <w:rPr>
          <w:rFonts w:ascii="Gentium Plus" w:hAnsi="Gentium Plus"/>
          <w:sz w:val="24"/>
        </w:rPr>
        <w:t>ἄλλων τοῖcι φρενιτικοῖcι τὰ νεῦρα πονέει· μάλα γάρ τοι cπῶνται φρε‐ νιτικοί. εἴcοδοι τῶν φιλτάτων· μῦθοι καὶ λαλιὴ μὴ θυμοδακεῖc· πάντα</w:t>
      </w:r>
    </w:p>
    <w:p>
      <w:r>
        <w:rPr>
          <w:rFonts w:ascii="Courier New" w:hAnsi="Courier New"/>
          <w:color w:val="555555"/>
          <w:sz w:val="20"/>
        </w:rPr>
        <w:t>[1 . 1 . 3]</w:t>
      </w:r>
    </w:p>
    <w:p>
      <w:r>
        <w:rPr>
          <w:rFonts w:ascii="Gentium Plus" w:hAnsi="Gentium Plus"/>
          <w:sz w:val="24"/>
        </w:rPr>
        <w:t>γὰρ εὐθυμέεcθαι χρή, μάλιcτα τοῖcι ἐc ὀργὴν ἡ παραφορή. κατάκλιcιc ἢ ἐν ζόφῳ ἢ ἐν φωτὶ πρὸc τὸ νόcημα τεκμαρτέη. ἢν γὰρ πρὸc τὴν αὐγὴν ἀγριαίνωcι καὶ ὁρέωcι τὰ μὴ ὄντα καὶ τὰ μὴ ὑπεόντα φαντά‐ ζωνται ἢ ἀνθ’ ἑτέρων ἕτερα γιγνώcκωcι, ἢ ξένα ἰνδάλματα προβάλ‐</w:t>
      </w:r>
    </w:p>
    <w:p>
      <w:r>
        <w:rPr>
          <w:rFonts w:ascii="Courier New" w:hAnsi="Courier New"/>
          <w:color w:val="555555"/>
          <w:sz w:val="20"/>
        </w:rPr>
        <w:t>[5]</w:t>
      </w:r>
    </w:p>
    <w:p>
      <w:r>
        <w:rPr>
          <w:rFonts w:ascii="Gentium Plus" w:hAnsi="Gentium Plus"/>
          <w:sz w:val="24"/>
        </w:rPr>
        <w:t>λωνται καὶ τὸ ξύνολον τὴν αὐγὴν ἢ τὰ ἐν αὐγῇ δεδίττωνται, ζόφον αἱρέεcθαι χρή· ἢν δὲ μή, τοὐναντίον. ἀγαθὸν δὲ πρὸc αὐγὴν cωφρο‐ νέειν τε καὶ πρηΰνεcθαι τὴν παραφορήν. ἀcιτίη μὴ μακρή· cιτία δὲ ὑγρότερα καὶ βραχύτερα καὶ ξυνεχῆ· μειλίγματα γὰρ θυμοῦ cιτία. εὐ‐ καιρίη δὲ ἐν τῇcι ἐπανέcεcι ἀμφοῖν, καὶ πυρετοῦ καὶ παραφορῆc. ἢν</w:t>
      </w:r>
    </w:p>
    <w:p>
      <w:r>
        <w:rPr>
          <w:rFonts w:ascii="Courier New" w:hAnsi="Courier New"/>
          <w:color w:val="555555"/>
          <w:sz w:val="20"/>
        </w:rPr>
        <w:t>[10]</w:t>
      </w:r>
    </w:p>
    <w:p>
      <w:r>
        <w:rPr>
          <w:rFonts w:ascii="Gentium Plus" w:hAnsi="Gentium Plus"/>
          <w:sz w:val="24"/>
        </w:rPr>
        <w:t>δὲ ὑπ’ ἀcιτίηc ἐκμαίνωνται, καὶ ἢν μὴ παρείκῃ ὁ πυρετόc, διδόναι μὴ μεγάλα ἐπὶ πυρετῶν βλάπτοντα. ἀγαθὸν δὲ ξυμφωνέειν καὶ τὸν πυρετὸν καὶ τὴν παραφορὴν ἔc τε τοὺc παροξυcμοὺc καὶ τὰc ἐπανέ‐</w:t>
      </w:r>
    </w:p>
    <w:p>
      <w:r>
        <w:rPr>
          <w:rFonts w:ascii="Courier New" w:hAnsi="Courier New"/>
          <w:color w:val="555555"/>
          <w:sz w:val="20"/>
        </w:rPr>
        <w:t>[1 . 1 . 4]</w:t>
      </w:r>
    </w:p>
    <w:p>
      <w:r>
        <w:rPr>
          <w:rFonts w:ascii="Gentium Plus" w:hAnsi="Gentium Plus"/>
          <w:sz w:val="24"/>
        </w:rPr>
        <w:t>cιαc. ἢν ὦν ἥκῃ ὁ καιρὸc ἐc θρέψιν, πρώτιcτα cκεπτέον, εἰ χρὴ ἀφαι‐ ρέειν αἷμα. ἢν μὲν ὦν ἡ παραφορὴ ξὺν πυρετῷ ἀρχῆθεν εἰcβάλλῃ τῆc πρώτηc ἢ δευτέρηc ἡμέρηc, τάμνειν φλέβα τὴν ἐπ’ ἀγκῶνι, μάλιcτα τὴν μέcην. ἀτὰρ καὶ ἢν ἐc τρίτην ἢ τετάρτην ἡμέρην ἡ παραφορὴ</w:t>
      </w:r>
    </w:p>
    <w:p>
      <w:r>
        <w:rPr>
          <w:rFonts w:ascii="Courier New" w:hAnsi="Courier New"/>
          <w:color w:val="555555"/>
          <w:sz w:val="20"/>
        </w:rPr>
        <w:t>[5]</w:t>
      </w:r>
    </w:p>
    <w:p>
      <w:r>
        <w:rPr>
          <w:rFonts w:ascii="Gentium Plus" w:hAnsi="Gentium Plus"/>
          <w:sz w:val="24"/>
        </w:rPr>
        <w:t>ἥκῃ, μέcφι τῆc πρώτηc τῶν κριcίμων περιόδου, τάμνειν· εἰ δὲ προcω‐ τέρω τοῦ δέοντοc χρόνου ἑκταίῳ ἐόντι ἢ ἑβδομαίῳ ἔην, πολλὸν πρὸ τῶν κριcίων ἐν τοῖcι ὀξέcι κενοῦν χρὴ ἢ φαρμακεύειν ἢ τοῖcι ἄλλοιcι</w:t>
      </w:r>
    </w:p>
    <w:p>
      <w:r>
        <w:rPr>
          <w:rFonts w:ascii="Courier New" w:hAnsi="Courier New"/>
          <w:color w:val="555555"/>
          <w:sz w:val="20"/>
        </w:rPr>
        <w:t>[1 . 1 . 5]</w:t>
      </w:r>
    </w:p>
    <w:p>
      <w:r>
        <w:rPr>
          <w:rFonts w:ascii="Gentium Plus" w:hAnsi="Gentium Plus"/>
          <w:sz w:val="24"/>
        </w:rPr>
        <w:t>ἐρεθιcμοῖcι χρέεcθαι. ἀτὰρ καὶ φλέβα τάμνων μὴ πολλὸν ἀφαιρέειν, κἢν ἐν ἀρχῇ τάμνῃc· φρενῖτιc γὰρ εὔτρεπτον ἐc cυγκοπὴν κακόν. ἢν δὲ πολυπληθὴc ὁ νοcέων ἔῃ καὶ νεηνίηc καὶ ἐξ ἀδηφαγίηc καὶ οἰνο‐ φλυγίηc, οἵδε οὐ τῆc φρενίτιδοc ἔαcι οἱ λογιcμοί, ἀλλὰ καὶ ἄνευ παρα‐</w:t>
      </w:r>
    </w:p>
    <w:p>
      <w:r>
        <w:rPr>
          <w:rFonts w:ascii="Courier New" w:hAnsi="Courier New"/>
          <w:color w:val="555555"/>
          <w:sz w:val="20"/>
        </w:rPr>
        <w:t>[5]</w:t>
      </w:r>
    </w:p>
    <w:p>
      <w:r>
        <w:rPr>
          <w:rFonts w:ascii="Gentium Plus" w:hAnsi="Gentium Plus"/>
          <w:sz w:val="24"/>
        </w:rPr>
        <w:t>φορῆc πολλὸν τουτέων ἀφαιρέειν αἷμα· πολλὸν δὲ μεῖον ἀφαιρέειν, ἢν οἵδε ἔωcι οἱ φρενιτικοί. τάμνειν δὲ φλέβα τουτέων εὐτολμότερον, ἢν ἐξ ὑποχονδρίων καὶ μὴ ἀπὸ κεφαλῆc ἡ νοῦcοc ᾖ. ἐνθάδε γὰρ τῆc ζωῆc ἐcτὶ ἡ ἀρχή· κεφαλὴ δὲ χῶροc μὲν αἰcθήcιοc καὶ νεύρων ἀφέ‐</w:t>
      </w:r>
    </w:p>
    <w:p>
      <w:r>
        <w:rPr>
          <w:rFonts w:ascii="Courier New" w:hAnsi="Courier New"/>
          <w:color w:val="555555"/>
          <w:sz w:val="20"/>
        </w:rPr>
        <w:t>[1 . 1 . 6]</w:t>
      </w:r>
    </w:p>
    <w:p>
      <w:r>
        <w:rPr>
          <w:rFonts w:ascii="Gentium Plus" w:hAnsi="Gentium Plus"/>
          <w:sz w:val="24"/>
        </w:rPr>
        <w:t>cιοc· αἷμα δὲ παρὰ καρδίηc ἕλκει μᾶλλον ἢ ἄλλοιcι διδοῖ. ἢν ὦν πε‐ πόνθῃ ἥδε, οὐ χρὴ τὴν ἐπ’ ἀγκῶνι τάμνειν φλέβα. τάδε γὰρ πάθεα, κενεαγγέειν ἐφ’ οἷcι ἡ βλάβη οὐ cμικρή. κἢν μὲν ἡ δύναμιc ἀντέχῃ ἐc τὸ ἱκανὸν τῆc κενώcιοc, ἅπαξ ἀφαιρέειν, ὅκωc μὴ ἐν τῇ διαcτάcει</w:t>
      </w:r>
    </w:p>
    <w:p>
      <w:r>
        <w:rPr>
          <w:rFonts w:ascii="Courier New" w:hAnsi="Courier New"/>
          <w:color w:val="555555"/>
          <w:sz w:val="20"/>
        </w:rPr>
        <w:t>[5]</w:t>
      </w:r>
    </w:p>
    <w:p>
      <w:r>
        <w:rPr>
          <w:rFonts w:ascii="Gentium Plus" w:hAnsi="Gentium Plus"/>
          <w:sz w:val="24"/>
        </w:rPr>
        <w:t>τῆc ἐπαφαιρέcιοc διόλλυται τῆc τροφῆc ἡ ἐγκαιρίη. ξυνεχέεc γὰρ τοῖcι φρενιτικοῖcι οἱ πυρετοὶ καὶ οὐδὲ ἐπανέcιαc μακράc, ἀλλὰ βραχείαc καὶ ἀcήμουc κουφιcμοὺc ποιεύμενοι. ἢν δὲ πρὸ τῆc ξυμμετρίηc ἀπαυδήcῃ ὁ νοcέων, ἐc δευτέρην ἐπάνεcιν ὑπερβάλλεcθαι, ἢν μὴ ἐc μακρὸν ἐκ‐ πίπτῃ· εἰ δὲ μή, ἀνακαλεcάμενον ὀcμήcεcι καὶ ψαύcεcι προcώπου καὶ</w:t>
      </w:r>
    </w:p>
    <w:p>
      <w:r>
        <w:rPr>
          <w:rFonts w:ascii="Courier New" w:hAnsi="Courier New"/>
          <w:color w:val="555555"/>
          <w:sz w:val="20"/>
        </w:rPr>
        <w:t>[10]</w:t>
      </w:r>
    </w:p>
    <w:p>
      <w:r>
        <w:rPr>
          <w:rFonts w:ascii="Gentium Plus" w:hAnsi="Gentium Plus"/>
          <w:sz w:val="24"/>
        </w:rPr>
        <w:t>πιέcει ποδῶν αὐτίκα ἀφαιρέειν· γνῶμα δὲ τῆc αὐταρκίηc ἡ δύναμιc.</w:t>
      </w:r>
    </w:p>
    <w:p>
      <w:r>
        <w:rPr>
          <w:rFonts w:ascii="Courier New" w:hAnsi="Courier New"/>
          <w:color w:val="555555"/>
          <w:sz w:val="20"/>
        </w:rPr>
        <w:t>[1 . 1 . 7]</w:t>
      </w:r>
    </w:p>
    <w:p>
      <w:r>
        <w:rPr>
          <w:rFonts w:ascii="Gentium Plus" w:hAnsi="Gentium Plus"/>
          <w:sz w:val="24"/>
        </w:rPr>
        <w:t>τροφὴ ὑγρὴ πᾶcι μὲν τοῖcι πυρεταίνουcι, οὐχ ἥκιcτα δὲ φρενιτικοῖcι· ἐπιξηρότεροι γὰρ πυρετῶν μούνων· οὐδὲ μελίκρητον, ἢν μὴ χολώδεεc ἔωcι· εὔπεπτον γὰρ τοῖcι πικροχόλοιcι χόνδροι πλυτοὶ ξὺν ὕδατι ἢ μελικρήτῳ. ἀγαθὸν δὲ καὶ ἐκ τῶνδε ῥοφήματα διδόναι ἁπλᾶ, ὁκοῖα</w:t>
      </w:r>
    </w:p>
    <w:p>
      <w:r>
        <w:rPr>
          <w:rFonts w:ascii="Courier New" w:hAnsi="Courier New"/>
          <w:color w:val="555555"/>
          <w:sz w:val="20"/>
        </w:rPr>
        <w:t>[5]</w:t>
      </w:r>
    </w:p>
    <w:p>
      <w:r>
        <w:rPr>
          <w:rFonts w:ascii="Gentium Plus" w:hAnsi="Gentium Plus"/>
          <w:sz w:val="24"/>
        </w:rPr>
        <w:t>θύμβρηc ἢ cελίνου ἢ ἀνήθου ἐνηψημένων· εὔπνοα γὰρ τάδε καὶ διου‐ ρητικά. ξύμφορον δὲ φρενιτικοῖcι οὔρηcιc. λαχάνων πάντων μέν, μά‐ λιcτα δὲ μαλάχηc· ἀγαθὸν γὰρ τὸ γλίcχραcμα καὶ ἐc λειότητα γλώc‐ cηc καὶ ἀρτηρίηc καὶ ἐc τὴν τῶν κοπρίων διέξοδον· ἄριcτον δὲ καὶ τεῦτλον καὶ βλίτον καὶ κορωνόπουc καὶ κολοκύντη καθ’ ὥρην καὶ ὅ τι</w:t>
      </w:r>
    </w:p>
    <w:p>
      <w:r>
        <w:rPr>
          <w:rFonts w:ascii="Courier New" w:hAnsi="Courier New"/>
          <w:color w:val="555555"/>
          <w:sz w:val="20"/>
        </w:rPr>
        <w:t>[1 . 1 . 8]</w:t>
      </w:r>
    </w:p>
    <w:p>
      <w:r>
        <w:rPr>
          <w:rFonts w:ascii="Gentium Plus" w:hAnsi="Gentium Plus"/>
          <w:sz w:val="24"/>
        </w:rPr>
        <w:t>ἂν ἐφ’ ἑκάcτηc ὥρηc ἄριcτον ᾖ. πτιcάνηc δὲ χυλόc, ὑγρότατοc μὲν ἐν πρώτοιcι, ὡc ἀτροφώτεροc ἔοι· ἐπὶ δὲ μᾶλλον παχύτεροc, ὁκόcον ἂν ἡ νοῦcοc προήκῃ χρόνον. ὑποcτέλλεcθαι δὲ ἐν τῇcι κρίcεcι καὶ μι‐ κρόν τι πρὸ τῶν κριcίων. ἢν δὲ ἐc μῆκοc ἡ νοῦcοc ἴῃ, μὴ ἀφαιρέειν</w:t>
      </w:r>
    </w:p>
    <w:p>
      <w:r>
        <w:rPr>
          <w:rFonts w:ascii="Courier New" w:hAnsi="Courier New"/>
          <w:color w:val="555555"/>
          <w:sz w:val="20"/>
        </w:rPr>
        <w:t>[5]</w:t>
      </w:r>
    </w:p>
    <w:p>
      <w:r>
        <w:rPr>
          <w:rFonts w:ascii="Gentium Plus" w:hAnsi="Gentium Plus"/>
          <w:sz w:val="24"/>
        </w:rPr>
        <w:t>τῶν προcθεcίων, ἀλλὰ cιτώδεα διδόναι, ὡc ἐξαρκέcῃ ὁ νοcέων· εὖτε καὶ κρεῶν ἀκρέων καὶ πετεινῶν χρέοc τὰ πολλὰ τοῖcι χυλοῖcι ἐκτηκο‐</w:t>
      </w:r>
    </w:p>
    <w:p>
      <w:r>
        <w:rPr>
          <w:rFonts w:ascii="Courier New" w:hAnsi="Courier New"/>
          <w:color w:val="555555"/>
          <w:sz w:val="20"/>
        </w:rPr>
        <w:t>[1 . 1 . 9]</w:t>
      </w:r>
    </w:p>
    <w:p>
      <w:r>
        <w:rPr>
          <w:rFonts w:ascii="Gentium Plus" w:hAnsi="Gentium Plus"/>
          <w:sz w:val="24"/>
        </w:rPr>
        <w:t>μένων· κάρτα γὰρ χρὴ τάδε ἐν τῇ ἑψήcει λύεcθαι. ἰχθύων οἱ πε‐ τραῖοι τῶν ἄλλων εἰcὶ κρέccονεc, ὡc ἐπίπαν δὲ τοὺc ἐν τῇ χώρῃ ἀρί‐ cτουc αἱρετέον· ἄλλη γὰρ ἄλλαc φέρειν ἰχθύων ἰδέαc πεπίcτευται χώρη. ὀπώρηc οἰνώδεοc ὑποcτέλλεcθαι· κεφαλῆc γὰρ καὶ φρενῶν ἅψιν ποιέει.</w:t>
      </w:r>
    </w:p>
    <w:p>
      <w:r>
        <w:rPr>
          <w:rFonts w:ascii="Courier New" w:hAnsi="Courier New"/>
          <w:color w:val="555555"/>
          <w:sz w:val="20"/>
        </w:rPr>
        <w:t>[5]</w:t>
      </w:r>
    </w:p>
    <w:p>
      <w:r>
        <w:rPr>
          <w:rFonts w:ascii="Gentium Plus" w:hAnsi="Gentium Plus"/>
          <w:sz w:val="24"/>
        </w:rPr>
        <w:t>ἢν δὲ ἀνάγκη ἔῃ τῆc δυνάμιοc ἢ τοῦ cτομάχου βιαζομένων, ἑφθὰ ἐν μελικρήτῳ ἢ ὀπτὰ ἐν cτέατι ὁκοῖον μῆλα δοτέον· τῶν ἄλλων θερμῷ ὕδατι ἕκαcτον ἐκλύειν, ἢν ἐc μούνην τὴν τοῦ cτομάχου παραμυθίην διδῷc· ἢν δὲ καὶ ἐc δύναμιν δέῃ, μὴ κάρτα τὸ οἰνῶδεc ἐκλύειν. τροφὴ</w:t>
      </w:r>
    </w:p>
    <w:p>
      <w:r>
        <w:rPr>
          <w:rFonts w:ascii="Courier New" w:hAnsi="Courier New"/>
          <w:color w:val="555555"/>
          <w:sz w:val="20"/>
        </w:rPr>
        <w:t>[1 . 1 . 10]</w:t>
      </w:r>
    </w:p>
    <w:p>
      <w:r>
        <w:rPr>
          <w:rFonts w:ascii="Gentium Plus" w:hAnsi="Gentium Plus"/>
          <w:sz w:val="24"/>
        </w:rPr>
        <w:t>μὲν ὦν ὡc ἔποc εἰπεῖν τοιήδε. τέγγειν δὲ τὴν κεφαλὴν ἐc ἔμψυξιν λίπαϊ ἐλαίηc ὄμφακοc τετριμμένηc· ἀλεαίνεcθαι γὰρ ἡ κεφαλὴ οὐ φι‐ λέει φρενιτικοῖcι. ἢν δὲ καὶ ἀγρυπνίη καὶ φανταcίη ἔωcι, ῥοδίνου</w:t>
      </w:r>
    </w:p>
    <w:p>
      <w:r>
        <w:rPr>
          <w:rFonts w:ascii="Courier New" w:hAnsi="Courier New"/>
          <w:color w:val="555555"/>
          <w:sz w:val="20"/>
        </w:rPr>
        <w:t>[5]</w:t>
      </w:r>
    </w:p>
    <w:p>
      <w:r>
        <w:rPr>
          <w:rFonts w:ascii="Gentium Plus" w:hAnsi="Gentium Plus"/>
          <w:sz w:val="24"/>
        </w:rPr>
        <w:t>cτῦψιν καὶ ἔμψυξιν τῆc κεφαλῆc. ἢν δὲ καὶ τὴν γνώμην παρακινέων‐ ται καὶ τὴν φθέγξιν ἐξαλλάccωνται, ἑρπύλου κόμηc ἐνεψητέον ἐν τοῖcι</w:t>
      </w:r>
    </w:p>
    <w:p>
      <w:r>
        <w:rPr>
          <w:rFonts w:ascii="Courier New" w:hAnsi="Courier New"/>
          <w:color w:val="555555"/>
          <w:sz w:val="20"/>
        </w:rPr>
        <w:t>[1 . 1 . 11]</w:t>
      </w:r>
    </w:p>
    <w:p>
      <w:r>
        <w:rPr>
          <w:rFonts w:ascii="Gentium Plus" w:hAnsi="Gentium Plus"/>
          <w:sz w:val="24"/>
        </w:rPr>
        <w:t>ἐλαίοιcι ἢ κιccοῦ χυλὸν ἢ πολυγόνου παραχυτέον. ἢν δ’ ἐπὶ μᾶλλον ἡ παραφορὴ ἐξάπτηται, καὶ πευκέδανον καὶ cπονδύλιον τοῖcι ἐλαίοιcι ἐνεψεῖν καὶ ὄξουc παραχεῖν· ἀτμῶν γὰρ τάδε καὶ θέρμηc διαπνευcτικὰ καὶ παχέων χυμῶν διαλυτικά, τὰ τῆc παραφορῆc ξυναίτια. πεφυλά‐</w:t>
      </w:r>
    </w:p>
    <w:p>
      <w:r>
        <w:rPr>
          <w:rFonts w:ascii="Courier New" w:hAnsi="Courier New"/>
          <w:color w:val="555555"/>
          <w:sz w:val="20"/>
        </w:rPr>
        <w:t>[5]</w:t>
      </w:r>
    </w:p>
    <w:p>
      <w:r>
        <w:rPr>
          <w:rFonts w:ascii="Gentium Plus" w:hAnsi="Gentium Plus"/>
          <w:sz w:val="24"/>
        </w:rPr>
        <w:t>χθαι δὲ χρὴ τάδε, ὡc μὴ ἐc τὸν αὐχένα καὶ τοὺc τένονταc ἡ τέγξιc</w:t>
      </w:r>
    </w:p>
    <w:p>
      <w:r>
        <w:rPr>
          <w:rFonts w:ascii="Courier New" w:hAnsi="Courier New"/>
          <w:color w:val="555555"/>
          <w:sz w:val="20"/>
        </w:rPr>
        <w:t>[1 . 1 . 12]</w:t>
      </w:r>
    </w:p>
    <w:p>
      <w:r>
        <w:rPr>
          <w:rFonts w:ascii="Gentium Plus" w:hAnsi="Gentium Plus"/>
          <w:sz w:val="24"/>
        </w:rPr>
        <w:t>ἥκῃ· πολεμίη γὰρ τένουcι καὶ νεύροιcι. καιρὸc δὲ πᾶc τέγξιοc, πλὴν τῆc εἰcβολῆc τοῦ παροξυcμοῦ. ἀραιοτέρη δὲ ἐν τῇ ἀναβάcει, πάντων δὲ μάλιcτα ἐν ἀκμῇ. ᾗ δ’ ἂν ἐκμαίνωνται, τῇδε μάλιcτα τέγγειν ψυ‐ χρῷ, καὶ ψυχομένῳ ἐπὶ μᾶλλον θέρεοc ὥρῃ, χειμῶνοc δὲ χλιαρῷ. ἐc</w:t>
      </w:r>
    </w:p>
    <w:p>
      <w:r>
        <w:rPr>
          <w:rFonts w:ascii="Courier New" w:hAnsi="Courier New"/>
          <w:color w:val="555555"/>
          <w:sz w:val="20"/>
        </w:rPr>
        <w:t>[5]</w:t>
      </w:r>
    </w:p>
    <w:p>
      <w:r>
        <w:rPr>
          <w:rFonts w:ascii="Gentium Plus" w:hAnsi="Gentium Plus"/>
          <w:sz w:val="24"/>
        </w:rPr>
        <w:t>δὲ τὸ πρηΰνειν τὴν παραφορὴν ὀξυκρήτῳ ἢ κονύζηc ἑψήματι καὶ cπογ‐ γιῇ τὰ πρόcωπα πυριῆν, ἔπειτα χρίειν οἰνανθίνῳ ἢ κροκίνῳ λίπαϊ, καὶ</w:t>
      </w:r>
    </w:p>
    <w:p>
      <w:r>
        <w:rPr>
          <w:rFonts w:ascii="Courier New" w:hAnsi="Courier New"/>
          <w:color w:val="555555"/>
          <w:sz w:val="20"/>
        </w:rPr>
        <w:t>[1 . 1 . 13]</w:t>
      </w:r>
    </w:p>
    <w:p>
      <w:r>
        <w:rPr>
          <w:rFonts w:ascii="Gentium Plus" w:hAnsi="Gentium Plus"/>
          <w:sz w:val="24"/>
        </w:rPr>
        <w:t>τὰc ῥῖναc καὶ τὰ ὦτα τοιcίδε διαχρίειν. τάδε μέντοι καὶ ὕπνου ἀγωγά. ἢν γὰρ πάννυχοι μὲν ἐγρήccωcι, μηδὲ δι’ ἡμέρηc εὕδωcι, ἀτενέεc δὲ τὸ ξύμπαν ἔωcι, ὀφθαλμοὶ δὲ ὁκοῖόν τι κέραc ἑcτήκωcι, βληcτρίζωνται δὲ καὶ ἐξανιcτῶνται, ὕπνον αὐτέοιcι καὶ ἠρεμίην μηχανέεcθαι, πρώτιcτα μὲν</w:t>
      </w:r>
    </w:p>
    <w:p>
      <w:r>
        <w:rPr>
          <w:rFonts w:ascii="Courier New" w:hAnsi="Courier New"/>
          <w:color w:val="555555"/>
          <w:sz w:val="20"/>
        </w:rPr>
        <w:t>[5]</w:t>
      </w:r>
    </w:p>
    <w:p>
      <w:r>
        <w:rPr>
          <w:rFonts w:ascii="Gentium Plus" w:hAnsi="Gentium Plus"/>
          <w:sz w:val="24"/>
        </w:rPr>
        <w:t>διὰ τῶν τῆc κεφαλῆc τεγξίων ῥοδίνου ἀκρήτου ἢ ἀμαρακίνου ξὺν χυλῷ κιccοῦ ἢ ἑρπύλου ἢ καὶ μελιλώτου ἐν ἀφεψήματι. ἐπὶ μᾶλλον δὲ ὑπνω‐ τικὸν μήκων ἀφεψηθεῖcα ἐν λίπαϊ ἔc τε τὸ τῆc κεφαλῆc βρέγμα, ἢ</w:t>
      </w:r>
    </w:p>
    <w:p>
      <w:r>
        <w:rPr>
          <w:rFonts w:ascii="Courier New" w:hAnsi="Courier New"/>
          <w:color w:val="555555"/>
          <w:sz w:val="20"/>
        </w:rPr>
        <w:t>[1 . 1 . 14]</w:t>
      </w:r>
    </w:p>
    <w:p>
      <w:r>
        <w:rPr>
          <w:rFonts w:ascii="Gentium Plus" w:hAnsi="Gentium Plus"/>
          <w:sz w:val="24"/>
        </w:rPr>
        <w:t>ὕδατι ἐc τὸ πρόcωπον ξὺν cπογγιῇ. ὑποτιθέναι δὲ χρὴ καὶ αὐτὰc ὅλαc, εἰ εἶεν νεοδρεπεῖc, χλωρὰc τοῖcι ὑποκεφαλαίοιcι. παχύνει γὰρ καὶ ὑγραίνει τὸ πνεῦμα ξηρόν τε καὶ λεπτὸν ἐόν, καὶ ὀμίχλην τῇcι αἰcθήcεcι παρέχει· βαρὺ δὲ καὶ νωθὲc ὀμίχλη, ἥπερ ὕπνου ἀρχή. ἢν δὲ</w:t>
      </w:r>
    </w:p>
    <w:p>
      <w:r>
        <w:rPr>
          <w:rFonts w:ascii="Courier New" w:hAnsi="Courier New"/>
          <w:color w:val="555555"/>
          <w:sz w:val="20"/>
        </w:rPr>
        <w:t>[5]</w:t>
      </w:r>
    </w:p>
    <w:p>
      <w:r>
        <w:rPr>
          <w:rFonts w:ascii="Gentium Plus" w:hAnsi="Gentium Plus"/>
          <w:sz w:val="24"/>
        </w:rPr>
        <w:t>μεζόνων δέωνται, καὶ αὐτὸ τὸ μηκώνειον ἐc τὰ μέτωπα ξὺν ὕδατι χρίειν ἠδὲ ὑπαλείφειν τὰc ῥῖναc καὶ ἐc τὰ ὦτα ἐγχεῖν. ψηλαφίη πο‐ δῶν εὐαφὴc ξὺν λίπαϊ, ψαῦcιc τῆc κεφαλῆc. ἁνυτικὸν δὲ καὶ κνῆcιc, μάλιcτα κροτάφων τε καὶ ὤτων· καὶ γὰρ καὶ τὰ θηρία ἐc ἀνάπαυλαν</w:t>
      </w:r>
    </w:p>
    <w:p>
      <w:r>
        <w:rPr>
          <w:rFonts w:ascii="Courier New" w:hAnsi="Courier New"/>
          <w:color w:val="555555"/>
          <w:sz w:val="20"/>
        </w:rPr>
        <w:t>[1 . 1 . 15]</w:t>
      </w:r>
    </w:p>
    <w:p>
      <w:r>
        <w:rPr>
          <w:rFonts w:ascii="Gentium Plus" w:hAnsi="Gentium Plus"/>
          <w:sz w:val="24"/>
        </w:rPr>
        <w:t>ὀργῆc τε καὶ θυμοῦ κνήcει ὤτων τε καὶ κροτάφων δάμνονται. ὕπνου δὲ ἀγωγὰ ἑκάcτου καὶ τὰ ξυνήθεα· ναυτίλῳ μὲν ἡ ἐν ἀκάτῳ κατάκλιcιc καὶ ἐν θαλάccῃ περιφορὴ καὶ αἰγιαλῶν ἦχοc καὶ κυμάτων κτύποc ἀνέ‐</w:t>
      </w:r>
    </w:p>
    <w:p>
      <w:r>
        <w:rPr>
          <w:rFonts w:ascii="Courier New" w:hAnsi="Courier New"/>
          <w:color w:val="555555"/>
          <w:sz w:val="20"/>
        </w:rPr>
        <w:t>[5]</w:t>
      </w:r>
    </w:p>
    <w:p>
      <w:r>
        <w:rPr>
          <w:rFonts w:ascii="Gentium Plus" w:hAnsi="Gentium Plus"/>
          <w:sz w:val="24"/>
        </w:rPr>
        <w:t>αὐλῶν ἐφ’ ἡcυχίῃ ἢ ψαλμὸc λύρηc ἢ πηκτίδοc ἢ μελέτη παίδων ξὺν ᾠδῇ. διδαcκάλῳ δὲ νηπιάχων μύθων προcομιλίη. ἄλλοιcι δ’ ἄλλα</w:t>
      </w:r>
    </w:p>
    <w:p>
      <w:r>
        <w:rPr>
          <w:rFonts w:ascii="Courier New" w:hAnsi="Courier New"/>
          <w:color w:val="555555"/>
          <w:sz w:val="20"/>
        </w:rPr>
        <w:t>[1 . 1 . 16]</w:t>
      </w:r>
    </w:p>
    <w:p>
      <w:r>
        <w:rPr>
          <w:rFonts w:ascii="Gentium Plus" w:hAnsi="Gentium Plus"/>
          <w:sz w:val="24"/>
        </w:rPr>
        <w:t>ὕπνου θελκτήρια. τοῖcι δὲ ὑποχονδρίοιcι καὶ τῇ κοιλίῃ [ἐμβρέγματα καὶ ἐπιπλάcματα], ἢν φλεγμονὴ καὶ cκληρίη ἐπαίρηται καὶ φῦcα, ἔλαιον δρυπεποῦc ἐλαίηc [μὴ ὠμῆc] ἐμβάλλειν· παχὺ γὰρ καὶ γλίcχρον καὶ ἀλεαῖνον· τόδε ὦν χρέοc ἐν φλεγμαcίῃ. ἐνεήcθω δὲ ἐν αὐτέῳ ἄνηθον,</w:t>
      </w:r>
    </w:p>
    <w:p>
      <w:r>
        <w:rPr>
          <w:rFonts w:ascii="Courier New" w:hAnsi="Courier New"/>
          <w:color w:val="555555"/>
          <w:sz w:val="20"/>
        </w:rPr>
        <w:t>[5]</w:t>
      </w:r>
    </w:p>
    <w:p>
      <w:r>
        <w:rPr>
          <w:rFonts w:ascii="Gentium Plus" w:hAnsi="Gentium Plus"/>
          <w:sz w:val="24"/>
        </w:rPr>
        <w:t>κόνυζα· ἀγαθὸν δὲ ὁμοῦ τὰ πάντα· ἢν δὲ καὶ φῦcα ἐνῇ, κυμίνου καὶ cελίνου τῶν καρπῶν ἠδὲ ὁκόcα οὔρου καὶ φυcέων ἀγωγά· καὶ νίτρον ἐνcήcαντα ἐμπάccειν. ἢν δὲ τὸ ἧπαρ τὴν πεῖcιν καὶ τὴν ὀδύνην ἴcχῃ,</w:t>
      </w:r>
    </w:p>
    <w:p>
      <w:r>
        <w:rPr>
          <w:rFonts w:ascii="Courier New" w:hAnsi="Courier New"/>
          <w:color w:val="555555"/>
          <w:sz w:val="20"/>
        </w:rPr>
        <w:t>[1 . 1 . 17]</w:t>
      </w:r>
    </w:p>
    <w:p>
      <w:r>
        <w:rPr>
          <w:rFonts w:ascii="Gentium Plus" w:hAnsi="Gentium Plus"/>
          <w:sz w:val="24"/>
        </w:rPr>
        <w:t>ἔρια μὲν ἔcτω οἰcύπῳ πιναρὰ ἀπὸ τῆc ὄϊοc. ἔλαιον δὲ τὸ ἀπὸ τῆc ὄμφακοc ἢ ῥόδινον· μίcγειν δὲ χρὴ cίραιον Ἑλληνικὸν ἢ Κρῆτα καὶ ἐνεψεῖν μελίλωτον, μείξαντά τε ἐc ἕνα χυλὸν τὰ πάντα καταιονεῖν τὸ ἧπαρ. cπληνὶ δὲ τὸ ἔλαιον cὺν ὄξεϊ ἔcτω, ἢ εἰ μέζων ἢ πρὶν δοκέει,</w:t>
      </w:r>
    </w:p>
    <w:p>
      <w:r>
        <w:rPr>
          <w:rFonts w:ascii="Courier New" w:hAnsi="Courier New"/>
          <w:color w:val="555555"/>
          <w:sz w:val="20"/>
        </w:rPr>
        <w:t>[5]</w:t>
      </w:r>
    </w:p>
    <w:p>
      <w:r>
        <w:rPr>
          <w:rFonts w:ascii="Gentium Plus" w:hAnsi="Gentium Plus"/>
          <w:sz w:val="24"/>
        </w:rPr>
        <w:t>ὀξύκρητον, καὶ ἀντὶ ἐρίων cπογγίη ἁπαλή. μάλα γὰρ τοῖcδε ὁ cπλὴν χαίρει τε καὶ πρηΰνεται. ἢν δὲ τὰ ὑποχόνδρια εἴcω [ᾖ] ἠδὲ ἄνω εἰρύηται καὶ τὸ δέρμα περιτείνηται, ἄριcτον μὲν ἀντὶ τοῦ λίπαοc ἢ ξὺν αὐτέῳ παχεῖ πικέριον ἶcον. κόνυζα δὲ ἔcτω καὶ λιβανωτὶc τὰ</w:t>
      </w:r>
    </w:p>
    <w:p>
      <w:r>
        <w:rPr>
          <w:rFonts w:ascii="Courier New" w:hAnsi="Courier New"/>
          <w:color w:val="555555"/>
          <w:sz w:val="20"/>
        </w:rPr>
        <w:t>[1 . 1 . 18]</w:t>
      </w:r>
    </w:p>
    <w:p>
      <w:r>
        <w:rPr>
          <w:rFonts w:ascii="Gentium Plus" w:hAnsi="Gentium Plus"/>
          <w:sz w:val="24"/>
        </w:rPr>
        <w:t>ἐνεψήματα, καὶ ἄνηθον οὐκ ἀτερπέc. ἢν δὲ ἐπιπλάccειν εὐκαιρίη ἔῃ, τοῖcι μὲν ἐλαίοιcι τοῖcι αὐτέοιcι χρέεcθαι ἐπὶ τοῖcι ὁμοίοιcι· ὕλη δὲ λίνου cπέρμα καὶ τῆλιc καὶ ἄλητον κριθῆc λεπτόν· ἀγαθὸν δὲ καὶ κύ‐ αμοc, καὶ ὄροβοc, ἢν ἐξοιδαίνῃ ἡ γαcτήρ. κέγχροc δὲ φωχθεῖcα ἐν</w:t>
      </w:r>
    </w:p>
    <w:p>
      <w:r>
        <w:rPr>
          <w:rFonts w:ascii="Courier New" w:hAnsi="Courier New"/>
          <w:color w:val="555555"/>
          <w:sz w:val="20"/>
        </w:rPr>
        <w:t>[5]</w:t>
      </w:r>
    </w:p>
    <w:p>
      <w:r>
        <w:rPr>
          <w:rFonts w:ascii="Gentium Plus" w:hAnsi="Gentium Plus"/>
          <w:sz w:val="24"/>
        </w:rPr>
        <w:t>μαρcίποιcι, πυρίημα κοῦφον καὶ μαλθακόν· ἀληλεcμένη δὲ καὶ ὑδερώ‐ δεcι ξὺν μέλιτι καὶ ἐλαίῳ καὶ λίνου cπέρματι ἐπίπλαcμα ἀγαθόν. ἄνθη δὲ καὶ βοτάναι καὶ cπέρματα, ἅccα μοι ἐν τοῖcι ἐμβρέγμαcι λέλεκται,</w:t>
      </w:r>
    </w:p>
    <w:p>
      <w:r>
        <w:rPr>
          <w:rFonts w:ascii="Courier New" w:hAnsi="Courier New"/>
          <w:color w:val="555555"/>
          <w:sz w:val="20"/>
        </w:rPr>
        <w:t>[1 . 1 . 19]</w:t>
      </w:r>
    </w:p>
    <w:p>
      <w:r>
        <w:rPr>
          <w:rFonts w:ascii="Gentium Plus" w:hAnsi="Gentium Plus"/>
          <w:sz w:val="24"/>
        </w:rPr>
        <w:t>καὶ ἐν τοῖcι ἐπιπλάcμαcι ἔcτω τὰ ωὐτά· μέλι δὲ καὶ ξὺν αὐτέοιcι μὲν ἀγαθὸν ἐc ξύcταcιν τῶν ξηρῶν καὶ ἐc μεῖξιν τῶν αὐχμηρῶν, καὶ ὡc ἡ θέρμη ἐc πολλὸν διαρκέῃ· ἀγαθὸν δὲ καὶ αὐτὸ μοῦνον καὶ ἐπίπλαcμα ἡμίεφθον, καὶ ἔμβρεγμα ξύν τινι τῶν ὑγρῶν λυθέν, μαλθάξαι, ἀλεῆναι,</w:t>
      </w:r>
    </w:p>
    <w:p>
      <w:r>
        <w:rPr>
          <w:rFonts w:ascii="Courier New" w:hAnsi="Courier New"/>
          <w:color w:val="555555"/>
          <w:sz w:val="20"/>
        </w:rPr>
        <w:t>[5]</w:t>
      </w:r>
    </w:p>
    <w:p>
      <w:r>
        <w:rPr>
          <w:rFonts w:ascii="Gentium Plus" w:hAnsi="Gentium Plus"/>
          <w:sz w:val="24"/>
        </w:rPr>
        <w:t>φυcέων καὶ οὔρων ἀγωγόν, πρηῧναι πρήcιαc· τάδε γὰρ καὶ μελίκρη‐ τον ποιέει ποθέν, καὶ τουτέων πλέονα καὶ κρέccονα, εἴcω παρελθὸν</w:t>
      </w:r>
    </w:p>
    <w:p>
      <w:r>
        <w:rPr>
          <w:rFonts w:ascii="Courier New" w:hAnsi="Courier New"/>
          <w:color w:val="555555"/>
          <w:sz w:val="20"/>
        </w:rPr>
        <w:t>[1 . 1 . 20]</w:t>
      </w:r>
    </w:p>
    <w:p>
      <w:r>
        <w:rPr>
          <w:rFonts w:ascii="Gentium Plus" w:hAnsi="Gentium Plus"/>
          <w:sz w:val="24"/>
        </w:rPr>
        <w:t>ἀρτηρίῃ καὶ πνεύμονι καὶ θώρηκι καὶ κοιλίῃ. ξυνεχέωc δὲ τὴν κοιλίην ἐρεθίζειν βαλάνοιcι ἢ διαχρίcτοιcι (ἐπιξηραίνονται γὰρ 〈τὰ〉 πολλά) ἔc τε τὴν ὁλκὴν τῶν ἀπὸ τῆc κεφαλῆc, ἀτὰρ ἠδὲ ἐc διαπνοὴν τῶν ἐν τῷ θώρηκι ἀτμῶν καὶ ἔκκριcιν τῶν ἐν τῇ κοιλίῃ. ἢν δὲ καὶ πολλῶν</w:t>
      </w:r>
    </w:p>
    <w:p>
      <w:r>
        <w:rPr>
          <w:rFonts w:ascii="Courier New" w:hAnsi="Courier New"/>
          <w:color w:val="555555"/>
          <w:sz w:val="20"/>
        </w:rPr>
        <w:t>[5]</w:t>
      </w:r>
    </w:p>
    <w:p>
      <w:r>
        <w:rPr>
          <w:rFonts w:ascii="Gentium Plus" w:hAnsi="Gentium Plus"/>
          <w:sz w:val="24"/>
        </w:rPr>
        <w:t>ἡμερέων ἡ γαcτὴρ ἐπίcχηται, κλύζειν χρὴ μελικρήτῳ καὶ ἐλαίῳ καὶ</w:t>
      </w:r>
    </w:p>
    <w:p>
      <w:r>
        <w:rPr>
          <w:rFonts w:ascii="Courier New" w:hAnsi="Courier New"/>
          <w:color w:val="555555"/>
          <w:sz w:val="20"/>
        </w:rPr>
        <w:t>[1 . 1 . 21]</w:t>
      </w:r>
    </w:p>
    <w:p>
      <w:r>
        <w:rPr>
          <w:rFonts w:ascii="Gentium Plus" w:hAnsi="Gentium Plus"/>
          <w:sz w:val="24"/>
        </w:rPr>
        <w:t>νίτρῳ. ἢν δὲ μὴ ἀξίωc ὑποκαταcτῶcι αἱ τῆc φλεγμονῆc πρηδόνεc, cικύην θέντα ἐντάμνειν, ἔνθα ἂν ἡ φλεγμονὴ κραίνῃ καὶ μέζων ἔῃ· μίαν δὲ ἢ δευτέρην, ὅκωc ἂν τά τε φλεγμαίνοντα cημαίνῃ καὶ ἡ δύ‐ ναμιc κελεύῃ. ἀτὰρ καὶ τὸ πλῆθοc τοῦ αἵματοc τοιcίδε τεκμαρτέον·</w:t>
      </w:r>
    </w:p>
    <w:p>
      <w:r>
        <w:rPr>
          <w:rFonts w:ascii="Courier New" w:hAnsi="Courier New"/>
          <w:color w:val="555555"/>
          <w:sz w:val="20"/>
        </w:rPr>
        <w:t>[5]</w:t>
      </w:r>
    </w:p>
    <w:p>
      <w:r>
        <w:rPr>
          <w:rFonts w:ascii="Gentium Plus" w:hAnsi="Gentium Plus"/>
          <w:sz w:val="24"/>
        </w:rPr>
        <w:t>ἀμετρίη γὰρ cυγκοπῆc αἰτίη. ἐc μὲν ὦν ἡμέρην μίαν ἢ δευτέρην τέγξιc ἡ ωὐτή, ἐc δὲ τὴν τρίτην κηρωτὴ ξύν τινι λίπαϊ τῶν ἐμβρεγμάτων.</w:t>
      </w:r>
    </w:p>
    <w:p>
      <w:r>
        <w:rPr>
          <w:rFonts w:ascii="Courier New" w:hAnsi="Courier New"/>
          <w:color w:val="555555"/>
          <w:sz w:val="20"/>
        </w:rPr>
        <w:t>[1 . 1 . 22]</w:t>
      </w:r>
    </w:p>
    <w:p>
      <w:r>
        <w:rPr>
          <w:rFonts w:ascii="Gentium Plus" w:hAnsi="Gentium Plus"/>
          <w:sz w:val="24"/>
        </w:rPr>
        <w:t>ἔπειτα ἐπιθήματα, ἐν φλεγμαcίῃ μὲν ἢν ἔτι ἔωcι, ὕccωποc, τῆλιc ἑφθὴ ἐν μελικρήτῳ, τερμίνθου τοῦ φυτοῦ ῥητίνη, κηρόc· τὰ δὲ ἔλαια ἐπὶ τοῖcι αὐτέοιcι τὰ ωὐτά. ἢν δὲ μὴ τουτέοιcι ἐπανιῇ μηδὲν ἡ παρα‐ φορή, κουρὴ τῆc κεφαλῆc χρέοc, ἢν μὲν μήκιcται εἶεν αἱ κόμαι, τὰ</w:t>
      </w:r>
    </w:p>
    <w:p>
      <w:r>
        <w:rPr>
          <w:rFonts w:ascii="Courier New" w:hAnsi="Courier New"/>
          <w:color w:val="555555"/>
          <w:sz w:val="20"/>
        </w:rPr>
        <w:t>[5]</w:t>
      </w:r>
    </w:p>
    <w:p>
      <w:r>
        <w:rPr>
          <w:rFonts w:ascii="Gentium Plus" w:hAnsi="Gentium Plus"/>
          <w:sz w:val="24"/>
        </w:rPr>
        <w:t>πρώτιcτα ἐc ἥμιcυ εἰ δὲ βραχύτεραι, ἐν χρῷ. ἔπειτα μεcηγὺ ἀναλα‐ βόντα τὴν δύναμιν, cικύην κατὰ τῆc κορυφῆc προcβάλλειν ἠδὲ ἀφαι‐</w:t>
      </w:r>
    </w:p>
    <w:p>
      <w:r>
        <w:rPr>
          <w:rFonts w:ascii="Courier New" w:hAnsi="Courier New"/>
          <w:color w:val="555555"/>
          <w:sz w:val="20"/>
        </w:rPr>
        <w:t>[1 . 1 . 23]</w:t>
      </w:r>
    </w:p>
    <w:p>
      <w:r>
        <w:rPr>
          <w:rFonts w:ascii="Gentium Plus" w:hAnsi="Gentium Plus"/>
          <w:sz w:val="24"/>
        </w:rPr>
        <w:t>ρέειν αἷμα· κούφη δὲ προτέρη ἐc τὰ μετάφρενα κεκολλήcθω. ἐπεὶ δὲ καὶ θώρηκα ἐν πάcῃcι τῇcι ὀξείῃcι νούcοιcι ἀκέεcθαι χρή, πάντῃ τὸν κάμνοντα ξὺν κραδίῃ καὶ πνεύμονι, πρώτιcτα μὲν ὑπ’ ἀνάγκηc τῆc ἀναπνοῆc ἄλλοτε μὲν θερμῆc, ἄλλοτε δὲ ψυχρῆc· ἔτι δὲ ὑπὸ πυρετοῦ</w:t>
      </w:r>
    </w:p>
    <w:p>
      <w:r>
        <w:rPr>
          <w:rFonts w:ascii="Courier New" w:hAnsi="Courier New"/>
          <w:color w:val="555555"/>
          <w:sz w:val="20"/>
        </w:rPr>
        <w:t>[5]</w:t>
      </w:r>
    </w:p>
    <w:p>
      <w:r>
        <w:rPr>
          <w:rFonts w:ascii="Gentium Plus" w:hAnsi="Gentium Plus"/>
          <w:sz w:val="24"/>
        </w:rPr>
        <w:t>καυcώδεοc καὶ βηχὸc καὶ ὑγρῶν πονηρίηc καὶ νεύρων κοινωνίηc καὶ cτομάχου ξυμφορῆc ὑπεζωκότοc τε καὶ διαφράγματοc κακίηc (κραδίη γὰρ ἢν πάθῃ μέζον τι δεινόν, οὔκοτε ἀκέεται), ἐπὶ δὲ τοῖcι φρενιτι‐</w:t>
      </w:r>
    </w:p>
    <w:p>
      <w:r>
        <w:rPr>
          <w:rFonts w:ascii="Courier New" w:hAnsi="Courier New"/>
          <w:color w:val="555555"/>
          <w:sz w:val="20"/>
        </w:rPr>
        <w:t>[1 . 1 . 24]</w:t>
      </w:r>
    </w:p>
    <w:p>
      <w:r>
        <w:rPr>
          <w:rFonts w:ascii="Gentium Plus" w:hAnsi="Gentium Plus"/>
          <w:sz w:val="24"/>
        </w:rPr>
        <w:t>κοῖcι καὶ μάλα χρὴ τάδε μειλίccειν. παραφορὴ μὲν γὰρ μετεξετέροιcι ἔκ τινοc τῶν ἐν τῷ θώρηκι. ἀναπνοὴ θερμή τε καὶ ξηρή, δίψοc δριμύ, οὐκ εὔφορον πῦρ, τῷ πάντῃ ἐc θώρηκα ξυρρέειν· καὶ κακίη μὲν ἀπὸ τοῦ οἰκείου θάλπεοc τετραμμένου, μέζων δὲ καὶ δυcφορωτέρη ἡ ἀπὸ</w:t>
      </w:r>
    </w:p>
    <w:p>
      <w:r>
        <w:rPr>
          <w:rFonts w:ascii="Courier New" w:hAnsi="Courier New"/>
          <w:color w:val="555555"/>
          <w:sz w:val="20"/>
        </w:rPr>
        <w:t>[5]</w:t>
      </w:r>
    </w:p>
    <w:p>
      <w:r>
        <w:rPr>
          <w:rFonts w:ascii="Gentium Plus" w:hAnsi="Gentium Plus"/>
          <w:sz w:val="24"/>
        </w:rPr>
        <w:t>τῶν ἄλλων ἐc θώρηκα ξύνδοcιc. ἄκρεα γὰρ ψυχρά, κεφαλή, πόδεc τε καὶ χεῖρεc, ὕπερθεν δὲ τῶνδε ὁ θώρηξ. καὶ δέεται ὦν ἀρήγειν ὑγρα‐</w:t>
      </w:r>
    </w:p>
    <w:p>
      <w:r>
        <w:rPr>
          <w:rFonts w:ascii="Courier New" w:hAnsi="Courier New"/>
          <w:color w:val="555555"/>
          <w:sz w:val="20"/>
        </w:rPr>
        <w:t>[1 . 1 . 25]</w:t>
      </w:r>
    </w:p>
    <w:p>
      <w:r>
        <w:rPr>
          <w:rFonts w:ascii="Gentium Plus" w:hAnsi="Gentium Plus"/>
          <w:sz w:val="24"/>
        </w:rPr>
        <w:t>θέρεοc δὲ καὶ cίραιοc Ἑλληνικόc. ἢν δὲ καὶ ἐπιθέτοιcι δέῃ χρέεcθαι, φοίνικεc ἐν οἴνῳ αὐcτηρῷ δευθέντεc, ἔπειτα λεῖοι ἐc μᾶζαν τετριμμένοι ξὺν νάρδῳ, ἀλφίτοιcι, οἰνάνθῃ, προcηνὲc θώρηκι ἐπίπλαcμα. ψυκτικὸν δὲ καὶ μῆλα θλαcθέντα ξὺν μαcτίχῃ καὶ μελιλώτῳ· πάντα δὲ κηρῷ καὶ</w:t>
      </w:r>
    </w:p>
    <w:p>
      <w:r>
        <w:rPr>
          <w:rFonts w:ascii="Courier New" w:hAnsi="Courier New"/>
          <w:color w:val="555555"/>
          <w:sz w:val="20"/>
        </w:rPr>
        <w:t>[5]</w:t>
      </w:r>
    </w:p>
    <w:p>
      <w:r>
        <w:rPr>
          <w:rFonts w:ascii="Gentium Plus" w:hAnsi="Gentium Plus"/>
          <w:sz w:val="24"/>
        </w:rPr>
        <w:t>νάρδῳ ἀναλαμβάνειν. ἢν δὲ καὶ τὸν cτόμαχον ἔχῃ νάρκη καὶ ἀποcι‐ τίη, ἀψινθίου χυλὸν ἢ κόμην τοιcίδε ξυλλεαίνειν· καὶ τῷδε ἑψηθέντι ξὺν λίπαϊ καταιονεῖν τὸ ὑποχόνδριον. πιπίcκειν δὲ καὶ τὸ ἀπόβρεγμα ἢ χυλὸν αὐτέου πρὸ τῆc τροφῆc, ὁκόcον κυάθουc δύο τοῦ ἀποβρέγμα‐</w:t>
      </w:r>
    </w:p>
    <w:p>
      <w:r>
        <w:rPr>
          <w:rFonts w:ascii="Courier New" w:hAnsi="Courier New"/>
          <w:color w:val="555555"/>
          <w:sz w:val="20"/>
        </w:rPr>
        <w:t>[1 . 1 . 26]</w:t>
      </w:r>
    </w:p>
    <w:p>
      <w:r>
        <w:rPr>
          <w:rFonts w:ascii="Gentium Plus" w:hAnsi="Gentium Plus"/>
          <w:sz w:val="24"/>
        </w:rPr>
        <w:t>τοc ἢ κύαθον πικροῦ τοῦ χυλοῦ ξὺν ὕδατοc κυάθοιc δύο. ἢν δὲ καὶ καῦcοc ἔχῃ τὸν cτόμαχον, οὐκ ἀπὸ τῆc καταcτάcιοc τῆc νούcου, ἀλλ’ αὐτοῦ μούνου ἀπὸ χυμῶν δριμέων καὶ ἁλμυρῶν, ἢ ὑπὸ χολῆc δακνο‐ μένου, καὶ δίψεϊ αὐαινομένου, ὑδρομιγὲc γάλα δοτέον ἐν τροφῇ, ὅcον</w:t>
      </w:r>
    </w:p>
    <w:p>
      <w:r>
        <w:rPr>
          <w:rFonts w:ascii="Courier New" w:hAnsi="Courier New"/>
          <w:color w:val="555555"/>
          <w:sz w:val="20"/>
        </w:rPr>
        <w:t>[5]</w:t>
      </w:r>
    </w:p>
    <w:p>
      <w:r>
        <w:rPr>
          <w:rFonts w:ascii="Gentium Plus" w:hAnsi="Gentium Plus"/>
          <w:sz w:val="24"/>
        </w:rPr>
        <w:t>ἡμικοτύλιον τοῦ γάλακτοc ἐν ὕδατοc κυάθῳ ἑνί· ῥυμφάνειν δὲ αὐτέου</w:t>
      </w:r>
    </w:p>
    <w:p>
      <w:r>
        <w:rPr>
          <w:rFonts w:ascii="Courier New" w:hAnsi="Courier New"/>
          <w:color w:val="555555"/>
          <w:sz w:val="20"/>
        </w:rPr>
        <w:t>[1 . 1 . 27]</w:t>
      </w:r>
    </w:p>
    <w:p>
      <w:r>
        <w:rPr>
          <w:rFonts w:ascii="Gentium Plus" w:hAnsi="Gentium Plus"/>
          <w:sz w:val="24"/>
        </w:rPr>
        <w:t>τὸ πλεῖcτον, βραχὺ δέ τι καὶ ξὺν ἄρτῳ ἀναλίcκειν. ἢν δὲ καὶ καῦcοc ἔχῃ τὸν ἄνθρωπον καὶ δίψοc καὶ ἀπορίη καὶ μανίη καὶ ἐπιθυμίη ψυ‐ χροῦ ὕδατοc, διδόναι μεῖον μὲν ἢ ὁκόcον ἐν καύcου νούcῳ ἄνευ φρε‐ νίτιδοc· τῶνδε γὰρ ἀμφὶ τῶν νεύρων ὀρρωδέειν χρή. διδόναι ὦν</w:t>
      </w:r>
    </w:p>
    <w:p>
      <w:r>
        <w:rPr>
          <w:rFonts w:ascii="Courier New" w:hAnsi="Courier New"/>
          <w:color w:val="555555"/>
          <w:sz w:val="20"/>
        </w:rPr>
        <w:t>[5]</w:t>
      </w:r>
    </w:p>
    <w:p>
      <w:r>
        <w:rPr>
          <w:rFonts w:ascii="Gentium Plus" w:hAnsi="Gentium Plus"/>
          <w:sz w:val="24"/>
        </w:rPr>
        <w:t>ὁκόcον ἐc cτομάχου ἄκοc· ὀλίγον δὲ ἀπαρκέει· βραχυπόται γὰρ οἱ</w:t>
      </w:r>
    </w:p>
    <w:p>
      <w:r>
        <w:rPr>
          <w:rFonts w:ascii="Courier New" w:hAnsi="Courier New"/>
          <w:color w:val="555555"/>
          <w:sz w:val="20"/>
        </w:rPr>
        <w:t>[1 . 1 . 28]</w:t>
      </w:r>
    </w:p>
    <w:p>
      <w:r>
        <w:rPr>
          <w:rFonts w:ascii="Gentium Plus" w:hAnsi="Gentium Plus"/>
          <w:sz w:val="24"/>
        </w:rPr>
        <w:t>φρενιτικοί. ἢν δὲ καὶ ἐc cυγκοπὴν τράπωνται (γίγνεται γὰρ καὶ τόδε· τῆc μὲν γὰρ δυνάμιοc λυομένηc, ἱδρῶτι δὲ χεομένου τοῦ ἀνθρώπου, πάντων δὲ ἐc τὸ ἐκτὸc τὴν φορὴν ποιευμένων τῶν ὑγρῶν, καὶ τοῦ τόνου λυομένου καὶ τοῦ πνεύματοc, †ἔc τε ἀκηδίη μὲν τῆc παραφορῆc,</w:t>
      </w:r>
    </w:p>
    <w:p>
      <w:r>
        <w:rPr>
          <w:rFonts w:ascii="Courier New" w:hAnsi="Courier New"/>
          <w:color w:val="555555"/>
          <w:sz w:val="20"/>
        </w:rPr>
        <w:t>[5]</w:t>
      </w:r>
    </w:p>
    <w:p>
      <w:r>
        <w:rPr>
          <w:rFonts w:ascii="Gentium Plus" w:hAnsi="Gentium Plus"/>
          <w:sz w:val="24"/>
        </w:rPr>
        <w:t>δέοc δ’ ἐc ἀτμὸν λυθῆναι καὶ ὑγραcίην τὸν ἄνθρωπον), ἄλκαρ μοῦνόν ἐcτι οἶνοc, θρέψαι μὲν ὠκέωc κατ’ οὐcίην, καὶ πάντῃ μέχρι περάτων μολεῖν, τόνῳ δὲ προcθεῖναι τόνον, καὶ πνεῦμα νεναρκωμένον ἐγεῖραι, ψῦξιν ἀλεῆναι, cτῦψαι πλάδον, φερομένων ἔξω καὶ ῥεόντων κρατῆcαι, ἡδὺc μὲν ὀcφραίνεcθαι ἐc ἡδονήν, κραταιὸc δὲ cτηρίξαι δύναμιν ἐc</w:t>
      </w:r>
    </w:p>
    <w:p>
      <w:r>
        <w:rPr>
          <w:rFonts w:ascii="Courier New" w:hAnsi="Courier New"/>
          <w:color w:val="555555"/>
          <w:sz w:val="20"/>
        </w:rPr>
        <w:t>[10]</w:t>
      </w:r>
    </w:p>
    <w:p>
      <w:r>
        <w:rPr>
          <w:rFonts w:ascii="Gentium Plus" w:hAnsi="Gentium Plus"/>
          <w:sz w:val="24"/>
        </w:rPr>
        <w:t>ζωήν, ἄριcτοc δὲ μειλίξαι θυμὸν ἐν παραφορῇ. τάδε μέντοι ποθεὶc ἅμα πάντα πρήccει· θυμόν τε γὰρ πρηΰνονται μαλθάξει φρενῶν καὶ ἐξ ἑωυτέων ἐc δύναμιν τρέφονται, ἀτὰρ ἠδὲ ἑωυτέοιcι ἐμπνέουcι ἐc</w:t>
      </w:r>
    </w:p>
    <w:p>
      <w:r>
        <w:rPr>
          <w:rFonts w:ascii="Courier New" w:hAnsi="Courier New"/>
          <w:color w:val="555555"/>
          <w:sz w:val="20"/>
        </w:rPr>
        <w:t>[1 . 1 . 29]</w:t>
      </w:r>
    </w:p>
    <w:p>
      <w:r>
        <w:rPr>
          <w:rFonts w:ascii="Gentium Plus" w:hAnsi="Gentium Plus"/>
          <w:sz w:val="24"/>
        </w:rPr>
        <w:t>ἡδονήν. 〈ἢν δὲ〉 πρόcω μὲν [ἤδη] πολλὸν ἥκῃ χρόνου, ὅτε πυρετὸc</w:t>
      </w:r>
    </w:p>
    <w:p>
      <w:r>
        <w:rPr>
          <w:rFonts w:ascii="Courier New" w:hAnsi="Courier New"/>
          <w:color w:val="555555"/>
          <w:sz w:val="20"/>
        </w:rPr>
        <w:t>[5]</w:t>
      </w:r>
    </w:p>
    <w:p>
      <w:r>
        <w:rPr>
          <w:rFonts w:ascii="Gentium Plus" w:hAnsi="Gentium Plus"/>
          <w:sz w:val="24"/>
        </w:rPr>
        <w:t>νεῖν πολλόν τι τὴν κεφαλήν. ἥ τε γὰρ ἕξιc ὑγρανθήcεται καὶ ἡ κε‐ φαλὴ διαπνευcθήcεται καὶ τὸ ξύμπαν cκῆνοc διητμίcθη. ὧδε γὰρ τὸ μὲν ξηρὸν ἀμβλύνεται καὶ καθαρεύεται τῆc ὀμίχληc ἡ αἴcθηcιc, ἡ δὲ γνώμη εὐcταθὴc ἠδὲ ἔμπεδοc μίμνει. τάδε μέντοι τῆc λύcιοc τῆc νού‐ cου γνώματα.</w:t>
      </w:r>
    </w:p>
    <w:p>
      <w:r>
        <w:rPr>
          <w:rFonts w:ascii="Courier New" w:hAnsi="Courier New"/>
          <w:color w:val="555555"/>
          <w:sz w:val="20"/>
        </w:rPr>
        <w:t>[1 . 2 . 1]</w:t>
      </w:r>
    </w:p>
    <w:p>
      <w:r>
        <w:rPr>
          <w:rFonts w:ascii="Gentium Plus" w:hAnsi="Gentium Plus"/>
          <w:sz w:val="24"/>
        </w:rPr>
        <w:t>Θεραπεία ληθαργικῶν. Ληθαργικοῖcι κατάκλιcιc ἐν φωτὶ καὶ πρὸc αὐγήν· ζόφοc γὰρ ἡ νοῦcοc· ἠδὲ ἐν ἀλέῃ μᾶλλον· ψῦξιc γὰρ ἔμφυτοc ἡ αἰτίη. κοίτη εὐαφήc, cτρώματα, τοιχογραφίη, ποικίλα πάντα, ὁκόcα περ ἐρεθιcτικὰ ὄψιοc. λαλιή, ψηλαφίη ξὺν πιέcει ποδῶν, τιλμοί,</w:t>
      </w:r>
    </w:p>
    <w:p>
      <w:r>
        <w:rPr>
          <w:rFonts w:ascii="Courier New" w:hAnsi="Courier New"/>
          <w:color w:val="555555"/>
          <w:sz w:val="20"/>
        </w:rPr>
        <w:t>[5]</w:t>
      </w:r>
    </w:p>
    <w:p>
      <w:r>
        <w:rPr>
          <w:rFonts w:ascii="Gentium Plus" w:hAnsi="Gentium Plus"/>
          <w:sz w:val="24"/>
        </w:rPr>
        <w:t>κνηcμοί. ἢν βαθὺ κῶμα ἴcχῃ, ἐμβόηcιc· νουθεcίη ὀργίλη· δεῖμα ἐφ’ οἷcι δειμαίνει· προcαγγελίη τῶν ὁκόcα ἐπόθεε καὶ προcεδόκεε. πάντα</w:t>
      </w:r>
    </w:p>
    <w:p>
      <w:r>
        <w:rPr>
          <w:rFonts w:ascii="Courier New" w:hAnsi="Courier New"/>
          <w:color w:val="555555"/>
          <w:sz w:val="20"/>
        </w:rPr>
        <w:t>[1 . 2 . 2]</w:t>
      </w:r>
    </w:p>
    <w:p>
      <w:r>
        <w:rPr>
          <w:rFonts w:ascii="Gentium Plus" w:hAnsi="Gentium Plus"/>
          <w:sz w:val="24"/>
        </w:rPr>
        <w:t>ἐc ἐγρήγορcιν, ἐναντίωc τοῖcι φρενιτικοῖcι. ἀμφὶ δὲ [καὶ] κενώcιοc ληθαργικῶν τάδε χρὴ γιγνώcκειν. ἢν μὲν ἐξ ἑτέρηc νούcου, ὁκοῖόν τι φρενίτιδοc, διαδέξηται ἡ λήθη, φλέβα μὲν μὴ τάμνειν, μηδὲ ἁθρόον κοθὲν κενοῦν αἷμα. ὑποκλύζειν δὲ τὴν κοιλίην, μὴ τοῦ κοπρώδεοc</w:t>
      </w:r>
    </w:p>
    <w:p>
      <w:r>
        <w:rPr>
          <w:rFonts w:ascii="Courier New" w:hAnsi="Courier New"/>
          <w:color w:val="555555"/>
          <w:sz w:val="20"/>
        </w:rPr>
        <w:t>[5]</w:t>
      </w:r>
    </w:p>
    <w:p>
      <w:r>
        <w:rPr>
          <w:rFonts w:ascii="Gentium Plus" w:hAnsi="Gentium Plus"/>
          <w:sz w:val="24"/>
        </w:rPr>
        <w:t>εἵνεκεν μοῦνον, ἀλλ’ ὅκωc τι καὶ ἄνωθεν ἀντιcπαcθῇ καὶ ἀπὸ τῆc κε‐ φαλῆc ὀχετευθῇ. πλέον ὦν ἔcτω ἁλῶν τε καὶ νίτρου. ἄριcτον δέ, τῷ κλύcματι εἰ καcτόριον ἐμπάccοιc· ψυχρὸν γὰρ τὸ κάτω ἔντερον</w:t>
      </w:r>
    </w:p>
    <w:p>
      <w:r>
        <w:rPr>
          <w:rFonts w:ascii="Courier New" w:hAnsi="Courier New"/>
          <w:color w:val="555555"/>
          <w:sz w:val="20"/>
        </w:rPr>
        <w:t>[1 . 2 . 3]</w:t>
      </w:r>
    </w:p>
    <w:p>
      <w:r>
        <w:rPr>
          <w:rFonts w:ascii="Gentium Plus" w:hAnsi="Gentium Plus"/>
          <w:sz w:val="24"/>
        </w:rPr>
        <w:t>ληθαργικοῖcι καὶ πρὸc ἔκκριcιν νεκρῶδεc. ἢν δὲ μὴ ἐκ διαδέξιοc νού‐ cου, ἀλλ’ ἑωυτέου ἄρχηται ὁ λήθαργοc καὶ δοκέῃ πεπλῆcθαι ὁ νοcέων, ἢν μὲν αἵματοc, φλέβα τὴν ἐπ’ ἀγκῶνι τάμνειν· ἢν δὲ φλέγματοc ὑδατώδεοc εἴτε ἄλλων χυμῶν, καθαίρειν χρὴ κνεώρῳ ξὺν τῇ πτιcάνῃ</w:t>
      </w:r>
    </w:p>
    <w:p>
      <w:r>
        <w:rPr>
          <w:rFonts w:ascii="Courier New" w:hAnsi="Courier New"/>
          <w:color w:val="555555"/>
          <w:sz w:val="20"/>
        </w:rPr>
        <w:t>[5]</w:t>
      </w:r>
    </w:p>
    <w:p>
      <w:r>
        <w:rPr>
          <w:rFonts w:ascii="Gentium Plus" w:hAnsi="Gentium Plus"/>
          <w:sz w:val="24"/>
        </w:rPr>
        <w:t>ἢ ἐλλεβόρῳ μέλανι ξὺν μελικρήτῳ, πρὸc τῇcι ἀρχῇcι, ἢν μετρίωc βούλῃ· ἢν δὲ μεζόνωc, τοῦ φαρμάκου τῆc ἱερῆc καλευμένηc νήcτει διδόναι ὁλκῆc 𐅵 βʹ ξὺν μελικρήτῳ, κυάθοιc τριcί· καὶ περιμείναντα καθήραcθαι, τότε διδόναι cιτία, ἢν καιρὸc ᾖ· ἢν δὲ μή, ἐc τὴν ἐπιοῦcαν ἡμέρην ἡ τροφή. εὐκαιρίη δέ κοτε καὶ ἐν ἑcπέρῃ γίγνεται τῆc ἱερῆc ὁλκῆc 𐅵 αʹ</w:t>
      </w:r>
    </w:p>
    <w:p>
      <w:r>
        <w:rPr>
          <w:rFonts w:ascii="Courier New" w:hAnsi="Courier New"/>
          <w:color w:val="555555"/>
          <w:sz w:val="20"/>
        </w:rPr>
        <w:t>[10]</w:t>
      </w:r>
    </w:p>
    <w:p>
      <w:r>
        <w:rPr>
          <w:rFonts w:ascii="Gentium Plus" w:hAnsi="Gentium Plus"/>
          <w:sz w:val="24"/>
        </w:rPr>
        <w:t>ὕδατι ἢ μελικρήτῳ λυομένηc, κυάθοιc δύο. ἀτροφίη κακόν, κακὸν δὲ</w:t>
      </w:r>
    </w:p>
    <w:p>
      <w:r>
        <w:rPr>
          <w:rFonts w:ascii="Courier New" w:hAnsi="Courier New"/>
          <w:color w:val="555555"/>
          <w:sz w:val="20"/>
        </w:rPr>
        <w:t>[1 . 2 . 4]</w:t>
      </w:r>
    </w:p>
    <w:p>
      <w:r>
        <w:rPr>
          <w:rFonts w:ascii="Gentium Plus" w:hAnsi="Gentium Plus"/>
          <w:sz w:val="24"/>
        </w:rPr>
        <w:t>καὶ πολυτροφίη. χρὴ ὦν ὀλιγοcιτίῃ χρέεcθαι ἐc ἑκάcτην ἡμέρην. ἁθρόον δὲ μὴ ἀcιτεῖν· ὑπομνήcιόc τε γὰρ ἠδ’ ἀλέηc τῷ cτομάχῳ χρέοc ἀνὰ πᾶcαν τὴν ἡμέρην. ἀτὰρ καὶ ἡ τροφὴ ἔcτω λεπτύνουcα καὶ διαχωρη‐ τική, ἐν ζωμοῖcι μᾶλλον ἢ ὀcπρίοιcι, ἀλεκτορίδων, κογχαρίων. λινο‐</w:t>
      </w:r>
    </w:p>
    <w:p>
      <w:r>
        <w:rPr>
          <w:rFonts w:ascii="Courier New" w:hAnsi="Courier New"/>
          <w:color w:val="555555"/>
          <w:sz w:val="20"/>
        </w:rPr>
        <w:t>[5]</w:t>
      </w:r>
    </w:p>
    <w:p>
      <w:r>
        <w:rPr>
          <w:rFonts w:ascii="Gentium Plus" w:hAnsi="Gentium Plus"/>
          <w:sz w:val="24"/>
        </w:rPr>
        <w:t>ζώcτει δὲ ξυνεψείcθω καὶ ὄξοc παραχεέcθω καὶ τοῖcι δὲ χυλοῖcι ἐμ‐ βάλλειν, εἴ ποι δέοι χυλῷ χρέεcθαι πτιcάνηc, εὔπνοον ἠδὲ οὔρων ἀγω‐ γόν, μάραθρον ἠδὲ cέλινον τὰ λάχανα ἢ τουτέων τοὺc καρπούc. ἀγα‐ θὸν δὲ καὶ πράcον τῇ δριμύτητι καὶ κράμβη ξὺν ἐλαίῳ καὶ γάρῳ· ἄρι‐ cτον δὲ καὶ κύμινον γλυκὺ ξὺν κράμβῃ φυcέων ἠδὲ οὔρων· ἐρεθιcτι‐</w:t>
      </w:r>
    </w:p>
    <w:p>
      <w:r>
        <w:rPr>
          <w:rFonts w:ascii="Courier New" w:hAnsi="Courier New"/>
          <w:color w:val="555555"/>
          <w:sz w:val="20"/>
        </w:rPr>
        <w:t>[1 . 2 . 5]</w:t>
      </w:r>
    </w:p>
    <w:p>
      <w:r>
        <w:rPr>
          <w:rFonts w:ascii="Gentium Plus" w:hAnsi="Gentium Plus"/>
          <w:sz w:val="24"/>
        </w:rPr>
        <w:t>κὸν γὰρ ἡ κύcτιc ἠδὲ γαcτὴρ ἐν πάcῃ τῇ νούcῳ. τέγξιεc τῆc κεφα‐ λῆc, αἵπερ καὶ τοῖcι φρενιτικοῖcι. ἀμφοῖν γὰρ αἱ αἰcθήcιεc πλέαι γίγνον‐ ται ἀτμῶν, ἃc ἀπελαύνειν χρὴ ψύξει καὶ cτύψει, ῥοδίνου καὶ κιccοῦ χυλῷ, ἢ ἐξατμίζειν ἐc διαπνοὴν τοῖcι λεπτύνουcι, οἷον ἑρπύλῳ, ὄξεϊ</w:t>
      </w:r>
    </w:p>
    <w:p>
      <w:r>
        <w:rPr>
          <w:rFonts w:ascii="Courier New" w:hAnsi="Courier New"/>
          <w:color w:val="555555"/>
          <w:sz w:val="20"/>
        </w:rPr>
        <w:t>[5]</w:t>
      </w:r>
    </w:p>
    <w:p>
      <w:r>
        <w:rPr>
          <w:rFonts w:ascii="Gentium Plus" w:hAnsi="Gentium Plus"/>
          <w:sz w:val="24"/>
        </w:rPr>
        <w:t>ξὺν τῷ ῥοδίνῳ. ἢν δὲ νεύρων πόνοc ἔῃ καὶ ψῦξιc ὅλου, πολλὸν δὲ μᾶλ‐ λον ἀκρέων, τῷ καcτορίῳ ξὺν ἀνηθίνῳ λιπαίνειν ἠδὲ τέγγειν τὴν κεφαλὴν καὶ τὸν αὐχένα καὶ τὴν ῥάχιν χρίειν τῷ αὐτῷ ξὺν λίπαϊ cικυωνίῳ ἢ γλευ‐ κίνῳ ἢ παλαιῷ· ξυγχρίειν δὲ καὶ τὼ χεῖρε ἀπὸ τῶν ὤμων καὶ τὼ πόδε</w:t>
      </w:r>
    </w:p>
    <w:p>
      <w:r>
        <w:rPr>
          <w:rFonts w:ascii="Courier New" w:hAnsi="Courier New"/>
          <w:color w:val="555555"/>
          <w:sz w:val="20"/>
        </w:rPr>
        <w:t>[1 . 2 . 6]</w:t>
      </w:r>
    </w:p>
    <w:p>
      <w:r>
        <w:rPr>
          <w:rFonts w:ascii="Gentium Plus" w:hAnsi="Gentium Plus"/>
          <w:sz w:val="24"/>
        </w:rPr>
        <w:t>ἀπὸ τῶν βουβώνων. τοιcίδε μέντοι καὶ τὴν κύcτιν καταιονεῖν καὶ ὡc νεῦρον πάcχουcαν καὶ ὡc οὔρων ὁδὸν κάμνουcαν, ἀτὰρ καὶ τῇ δριμύτητι τῶν χυμῶν ἀχθομένην· χολώδεα γὰρ τὰ οὖρα. ἢν δὲ μέζων ὁ τρόμοc εἴη καὶ κίνδυνοc cπαcμοῦ, καὶ cικυωνίῳ ἐc τὴν κεφαλὴν ὑπ’ ἀνάγκηc χρέ‐</w:t>
      </w:r>
    </w:p>
    <w:p>
      <w:r>
        <w:rPr>
          <w:rFonts w:ascii="Courier New" w:hAnsi="Courier New"/>
          <w:color w:val="555555"/>
          <w:sz w:val="20"/>
        </w:rPr>
        <w:t>[5]</w:t>
      </w:r>
    </w:p>
    <w:p>
      <w:r>
        <w:rPr>
          <w:rFonts w:ascii="Gentium Plus" w:hAnsi="Gentium Plus"/>
          <w:sz w:val="24"/>
        </w:rPr>
        <w:t>εcθαι· ὀλίγη δὲ ἤτω ἡ χρῖcιc. ἢν δὲ καὶ φλεγμαcίαι τῶν ὑποχονδρίων ἔωcι, καὶ πρήcιεc καὶ φῦcαι, καὶ περιτάcιεc τοῦ δέρματοc, ἢ κοῖλον γίγνη‐ ται εἴcω εἰρυομένου τοῦ ὑποχονδρίου, ἐμβρέγματα καὶ ἐπιπλάcματα, ὁκόcα</w:t>
      </w:r>
    </w:p>
    <w:p>
      <w:r>
        <w:rPr>
          <w:rFonts w:ascii="Courier New" w:hAnsi="Courier New"/>
          <w:color w:val="555555"/>
          <w:sz w:val="20"/>
        </w:rPr>
        <w:t>[1 . 2 . 7]</w:t>
      </w:r>
    </w:p>
    <w:p>
      <w:r>
        <w:rPr>
          <w:rFonts w:ascii="Gentium Plus" w:hAnsi="Gentium Plus"/>
          <w:sz w:val="24"/>
        </w:rPr>
        <w:t>μοι ἐν φρενιτικοῖcι λέλεκται. cικύῃ ἥκιcτα χρέεcθαι, ἢν ἀπὸ φρενίτι‐ δοc ἔωcι. εὐτολμότερον δέ, ἢν ἀρχῆθεν ἡ νοῦcοc εἰcβάλλῃ. ἢν δὲ</w:t>
      </w:r>
    </w:p>
    <w:p>
      <w:r>
        <w:rPr>
          <w:rFonts w:ascii="Courier New" w:hAnsi="Courier New"/>
          <w:color w:val="555555"/>
          <w:sz w:val="20"/>
        </w:rPr>
        <w:t>[5]</w:t>
      </w:r>
    </w:p>
    <w:p>
      <w:r>
        <w:rPr>
          <w:rFonts w:ascii="Gentium Plus" w:hAnsi="Gentium Plus"/>
          <w:sz w:val="24"/>
        </w:rPr>
        <w:t>ται τῇcι αἰcθήcεcι, τἆλλα δ’ εὐπετέcτερον φέρῃ, τῇ κορυφῇ τῆc κεφα‐</w:t>
      </w:r>
    </w:p>
    <w:p>
      <w:r>
        <w:rPr>
          <w:rFonts w:ascii="Courier New" w:hAnsi="Courier New"/>
          <w:color w:val="555555"/>
          <w:sz w:val="20"/>
        </w:rPr>
        <w:t>[1 . 2 . 8]</w:t>
      </w:r>
    </w:p>
    <w:p>
      <w:r>
        <w:rPr>
          <w:rFonts w:ascii="Gentium Plus" w:hAnsi="Gentium Plus"/>
          <w:sz w:val="24"/>
        </w:rPr>
        <w:t>λῆc προcβάλλειν· ἄλυπον γὰρ τῇ δυνάμει τὸ ἐντεῦθεν κενοῦν. ἄγειν δὲ καὶ φύcαc ἄνω [τε] καὶ κάτω· φυcέων γὰρ ξυναγωγὸν λήθαργοc καὶ ἐν τῇcι κοιλίῃcι καὶ ἐν τῷ ὅλῳ cκήνεϊ ἀργίῃ καὶ νωθείῃ καὶ ἀψυ‐ χίῃ· διαπνευcτικὸν δὲ κίνηcιc ἠδὲ ἐγρήγορcιc. διαχρίειν ὦν πήγανον</w:t>
      </w:r>
    </w:p>
    <w:p>
      <w:r>
        <w:rPr>
          <w:rFonts w:ascii="Courier New" w:hAnsi="Courier New"/>
          <w:color w:val="555555"/>
          <w:sz w:val="20"/>
        </w:rPr>
        <w:t>[5]</w:t>
      </w:r>
    </w:p>
    <w:p>
      <w:r>
        <w:rPr>
          <w:rFonts w:ascii="Gentium Plus" w:hAnsi="Gentium Plus"/>
          <w:sz w:val="24"/>
        </w:rPr>
        <w:t>χλωρὸν τρίβοντα ξὺν μέλιτι καὶ νίτρῳ· ἀγωγόν τέ ἐcτι μᾶλλον φυcέων ξὺν τουτέοιcι καὶ τερμίνθου ῥητίνηc μέροc ἕν. καὶ πυρίη προκλητικὴ φυcέων, ἢ πιναροῖcι θερμοῖcι ἐρίοιcι 〈ἢ〉 τρύχεcι παλαιοῖcι [ῥάκεcι] ἢ cπογγιῇ ξὺν ὕδατι, ἔνθ’ ὕccωπον ἢ ὀρίγανον ἢ γλήχων ἢ ῥυτὴ ἕψη‐</w:t>
      </w:r>
    </w:p>
    <w:p>
      <w:r>
        <w:rPr>
          <w:rFonts w:ascii="Courier New" w:hAnsi="Courier New"/>
          <w:color w:val="555555"/>
          <w:sz w:val="20"/>
        </w:rPr>
        <w:t>[1 . 2 . 9]</w:t>
      </w:r>
    </w:p>
    <w:p>
      <w:r>
        <w:rPr>
          <w:rFonts w:ascii="Gentium Plus" w:hAnsi="Gentium Plus"/>
          <w:sz w:val="24"/>
        </w:rPr>
        <w:t>ται. ἄγοι δ’ ἂν φύcαc ἠδὲ ὁκόcα πρὸ τῶν cιτίων πίνεται, τάπερ καὶ φλέγμα καὶ χολὴν ἐν τοῖcι ἐντέροιcι καὶ cτομάχῳ ἄγει, ὕccωπον ἐν μελικρήτῳ ἑψηθέν, δίκταμνον τὸ Κρητικόν, ὀρίγανον. δριμέα μέν, ἀγωγὰ δὲ ἀδίαντον, ἄγρωcτιc· τάδε μέντοι καὶ φυcέων καὶ οὔρων κα‐</w:t>
      </w:r>
    </w:p>
    <w:p>
      <w:r>
        <w:rPr>
          <w:rFonts w:ascii="Courier New" w:hAnsi="Courier New"/>
          <w:color w:val="555555"/>
          <w:sz w:val="20"/>
        </w:rPr>
        <w:t>[1 . 2 . 10]</w:t>
      </w:r>
    </w:p>
    <w:p>
      <w:r>
        <w:rPr>
          <w:rFonts w:ascii="Gentium Plus" w:hAnsi="Gentium Plus"/>
          <w:sz w:val="24"/>
        </w:rPr>
        <w:t>ταρρηκτικά. ἢν δὲ τρόμοc χειρῶν καὶ κεφαλῆc εἴη, καcτόριον πιπίcκειν δραχμῆc ὁλκῆc ἥμιcυ ξὺν μελικρήτῳ κυάθοιc τριcὶ ἐc ἡμέραc πλεῦναc· ἢν δὲ μὴ πίνῃ τόδε, †ἔκτευξιν ξυμφορῆc ξὺν ἐλαίῳ, ἔνθα πήγανον ἐνεζέcθη κυάθοιc τριcί, τὸ διπλόον ἐc τὸ κάτω ἔντερον ἐγχέειν, καὶ</w:t>
      </w:r>
    </w:p>
    <w:p>
      <w:r>
        <w:rPr>
          <w:rFonts w:ascii="Courier New" w:hAnsi="Courier New"/>
          <w:color w:val="555555"/>
          <w:sz w:val="20"/>
        </w:rPr>
        <w:t>[5]</w:t>
      </w:r>
    </w:p>
    <w:p>
      <w:r>
        <w:rPr>
          <w:rFonts w:ascii="Gentium Plus" w:hAnsi="Gentium Plus"/>
          <w:sz w:val="24"/>
        </w:rPr>
        <w:t>τόδε ἐc πλεῦναc ἡμέραc. μετὰ δὲ τὸ ἐκ τουτέου ξύμφορον ** φύcαc γὰρ ἄγει ἄνω τε καὶ κάτω, μετεξετέροιcι δὲ καὶ οὖρα καὶ κόπριον· ἢν δέ κοθεν ἐc τὸ πᾶν διαθέον ἥκῃ, ἄτρομα ἠδὲ κραταιὰ τὰ νεῦρα γίγνε‐ ται καὶ τὰc ἕξιαc ἐc τὸ θερμὸν καὶ ξηρὸν ἀλλοιοῖ καὶ τὰc καταcτάcιαc</w:t>
      </w:r>
    </w:p>
    <w:p>
      <w:r>
        <w:rPr>
          <w:rFonts w:ascii="Courier New" w:hAnsi="Courier New"/>
          <w:color w:val="555555"/>
          <w:sz w:val="20"/>
        </w:rPr>
        <w:t>[1 . 2 . 11]</w:t>
      </w:r>
    </w:p>
    <w:p>
      <w:r>
        <w:rPr>
          <w:rFonts w:ascii="Gentium Plus" w:hAnsi="Gentium Plus"/>
          <w:sz w:val="24"/>
        </w:rPr>
        <w:t>τῶν νούcων τρέπει. ἄριcτον δὲ καὶ ἐc τὰc ῥῖναc ἐμφυcῆν· καὶ γὰρ καὶ τῇδε πνευμάτων καταρρηκτικὸν πταρμοῖcι, καὶ ὁκοῖόν τι κύcτιc ἀγωγὸν οὔρων καὶ ῥὶν μύξηc. πρήccει δὲ θέρμῃ προcηνεῖ τάδε τῇδε καὶ τῶν ἄλλων τῶν πταρμικῶν κρέccον πεπέριοc, ἐλλεβόρου, cτρου‐</w:t>
      </w:r>
    </w:p>
    <w:p>
      <w:r>
        <w:rPr>
          <w:rFonts w:ascii="Courier New" w:hAnsi="Courier New"/>
          <w:color w:val="555555"/>
          <w:sz w:val="20"/>
        </w:rPr>
        <w:t>[5]</w:t>
      </w:r>
    </w:p>
    <w:p>
      <w:r>
        <w:rPr>
          <w:rFonts w:ascii="Gentium Plus" w:hAnsi="Gentium Plus"/>
          <w:sz w:val="24"/>
        </w:rPr>
        <w:t>θίου, εὐφορβίου· τάδε γὰρ ἐc τὴν πρώτην ἠδὲ πυμάτην θίξιν ἀπηνέα καὶ ταρακτικὰ κεφαλῆc τε καὶ αἰcθήcιοc, ἐκ προcαγωγῆc δὲ τὸ καcτό‐</w:t>
      </w:r>
    </w:p>
    <w:p>
      <w:r>
        <w:rPr>
          <w:rFonts w:ascii="Courier New" w:hAnsi="Courier New"/>
          <w:color w:val="555555"/>
          <w:sz w:val="20"/>
        </w:rPr>
        <w:t>[1 . 2 . 12]</w:t>
      </w:r>
    </w:p>
    <w:p>
      <w:r>
        <w:rPr>
          <w:rFonts w:ascii="Gentium Plus" w:hAnsi="Gentium Plus"/>
          <w:sz w:val="24"/>
        </w:rPr>
        <w:t>ριον ἀλεαίνει. κεφαλῇcι δὲ καὶ ἄλλωc ξύμφορον, ὅτιπερ τὰ νεῦρα πάντῃ ἐνθένδε περιφύεται· νούcων δὲ νεύρων καcτόριον ἰητήριον. ἀλλὰ ξυμμίcγειν τόδε τῶν γεγραμμένων τινὶ ἤ τιcι οὐκ ἄχαρι. ἢν γὰρ μιγῇ, μὴ αὐτίκα μὲν κεφαλὴν ξυμμέτρωc ταράξαι, ἐc μακρὸν δὲ τὴν</w:t>
      </w:r>
    </w:p>
    <w:p>
      <w:r>
        <w:rPr>
          <w:rFonts w:ascii="Courier New" w:hAnsi="Courier New"/>
          <w:color w:val="555555"/>
          <w:sz w:val="20"/>
        </w:rPr>
        <w:t>[5]</w:t>
      </w:r>
    </w:p>
    <w:p>
      <w:r>
        <w:rPr>
          <w:rFonts w:ascii="Gentium Plus" w:hAnsi="Gentium Plus"/>
          <w:sz w:val="24"/>
        </w:rPr>
        <w:t>θέρμην ἐξάψαι. ὑγρῆναι τὴν ῥῖνα προκλήcει· ὀcμαὶ δριμεῖαι μὲν ἐc αἴcθηcιν, ἐc δύναμιν δὲ θερμαί, ὁκοῖον αὐτὸ τὸ καcτόριον ἢ θύμβρα</w:t>
      </w:r>
    </w:p>
    <w:p>
      <w:r>
        <w:rPr>
          <w:rFonts w:ascii="Courier New" w:hAnsi="Courier New"/>
          <w:color w:val="555555"/>
          <w:sz w:val="20"/>
        </w:rPr>
        <w:t>[1 . 2 . 13]</w:t>
      </w:r>
    </w:p>
    <w:p>
      <w:r>
        <w:rPr>
          <w:rFonts w:ascii="Gentium Plus" w:hAnsi="Gentium Plus"/>
          <w:sz w:val="24"/>
        </w:rPr>
        <w:t>ἢ γλήχων ἢ θύμοc, χλωρὰ ἢ ξηρὰ δευθέντα ὄξεϊ. δριμέων φαρμάκων χρίcιεc κατὰ τῶν ποδῶν καὶ γουνάτων. ὕλη δὲ ἔcτω ἀλεαίνουcα καὶ δάκνουcα ἐκ προcαγωγῆc· ἀμφοῖν γὰρ χρέοc ληθαργικοῖcι ἐc θάλψιν καὶ ἐγρήγορcιν. τὰ πρῶτα μὲν ὦν καὶ κνίδῃ μαcτίζειν τὰ cκέλεα·</w:t>
      </w:r>
    </w:p>
    <w:p>
      <w:r>
        <w:rPr>
          <w:rFonts w:ascii="Courier New" w:hAnsi="Courier New"/>
          <w:color w:val="555555"/>
          <w:sz w:val="20"/>
        </w:rPr>
        <w:t>[5]</w:t>
      </w:r>
    </w:p>
    <w:p>
      <w:r>
        <w:rPr>
          <w:rFonts w:ascii="Gentium Plus" w:hAnsi="Gentium Plus"/>
          <w:sz w:val="24"/>
        </w:rPr>
        <w:t>προcίζουcα γὰρ ἡ ἄχνη οὐκ ἐc πολλὸν μὲν διαρκέει, ἄλυπον δὲ ὀδα‐ ξηcμὸν καὶ πόνον ἐκδιδοῖ, μετρίωc δὲ ἐρεθίζει τε καὶ παροιδίcκει καὶ θερμαcίην προκαλέεται. ἢν δ’ ἐπὶ μᾶλλον ἐθελήcῃc τάδε τοι γίγνε‐ cθαι, λιμνήcτιδοc ἠδὲ εὐφορβίου ἴcα ξὺν λίπαϊ γλευκίνῳ χρίειν. ἄρι‐ cτον καὶ cκίλληc ὠμῆc λέπεcι ἐκτρίβειν, χρὴ δὲ ἀπομάξαντα τῶν με‐</w:t>
      </w:r>
    </w:p>
    <w:p>
      <w:r>
        <w:rPr>
          <w:rFonts w:ascii="Courier New" w:hAnsi="Courier New"/>
          <w:color w:val="555555"/>
          <w:sz w:val="20"/>
        </w:rPr>
        <w:t>[10]</w:t>
      </w:r>
    </w:p>
    <w:p>
      <w:r>
        <w:rPr>
          <w:rFonts w:ascii="Gentium Plus" w:hAnsi="Gentium Plus"/>
          <w:sz w:val="24"/>
        </w:rPr>
        <w:t>λέων τὸ ἐλαιῶδεc (ἄδηκτον γὰρ πᾶν δριμὺ ξὺν λίπαϊ, ἢν μὴ φαρμα‐</w:t>
      </w:r>
    </w:p>
    <w:p>
      <w:r>
        <w:rPr>
          <w:rFonts w:ascii="Courier New" w:hAnsi="Courier New"/>
          <w:color w:val="555555"/>
          <w:sz w:val="20"/>
        </w:rPr>
        <w:t>[1 . 2 . 14]</w:t>
      </w:r>
    </w:p>
    <w:p>
      <w:r>
        <w:rPr>
          <w:rFonts w:ascii="Gentium Plus" w:hAnsi="Gentium Plus"/>
          <w:sz w:val="24"/>
        </w:rPr>
        <w:t>κῶδεc) ἢ κυπρίνῳ ἢ γλευκίνῳ ἢ cικυωνίῳ. ἢν δὲ ἐπὶ τουτέοιcιν ἔτι βαθὺ κῶμα ἴcχῃ, cίκυον χρὴ τὸν ἄγριον ξὺν ὄξεϊ τρίψαντα cινήπιοc ἴcῃ μάζῃ ξυμμείξαντα τιθέναι. δριμὺ δὲ τὸ ἐπίπλαcμα καὶ ὠκέωc ἐρυ‐ θήματα ἐντεῦξον, ὠκέωc δὲ †οἰδαλεηθήμεναι· εἰ κίνδυνοc δὲ φλυκται‐</w:t>
      </w:r>
    </w:p>
    <w:p>
      <w:r>
        <w:rPr>
          <w:rFonts w:ascii="Courier New" w:hAnsi="Courier New"/>
          <w:color w:val="555555"/>
          <w:sz w:val="20"/>
        </w:rPr>
        <w:t>[5]</w:t>
      </w:r>
    </w:p>
    <w:p>
      <w:r>
        <w:rPr>
          <w:rFonts w:ascii="Gentium Plus" w:hAnsi="Gentium Plus"/>
          <w:sz w:val="24"/>
        </w:rPr>
        <w:t>νώcιοc καὶ τρωμάτων, ξυνεχέωc ἐπαίρειν τὸ ἐπίπλαcμα, καθορέοντα μή τι τουτέων ξυμβῇ. τάδε μὲν ὦν ἐc τὸ νωθὲc καὶ νεκρῶδεc αὐτέου</w:t>
      </w:r>
    </w:p>
    <w:p>
      <w:r>
        <w:rPr>
          <w:rFonts w:ascii="Courier New" w:hAnsi="Courier New"/>
          <w:color w:val="555555"/>
          <w:sz w:val="20"/>
        </w:rPr>
        <w:t>[1 . 2 . 15]</w:t>
      </w:r>
    </w:p>
    <w:p>
      <w:r>
        <w:rPr>
          <w:rFonts w:ascii="Gentium Plus" w:hAnsi="Gentium Plus"/>
          <w:sz w:val="24"/>
        </w:rPr>
        <w:t>καὶ ἐc πάντα καιρόν, πλὴν τῇcι εἰcβολῇcι τῶν παροξυcμῶν. ἢν δὲ ἀναφέρῃ μὲν ἤδη τὴν αἴcθηcιν, βάροc μέντοι ἐπὶ τῆc κεφαλῆc καὶ ἦχοc ἢ βόμβοc ἔῃ, καὶ διὰ τοῦ cτόματοc ἄγειν φλέγμα, μαcτίχην τὰ πρῶτα ἐc μάcηcιν διδόντα, ὡc ξυνεχὲc ἀποπτύοι· ἔπειτα δ’ αὖθιc ἀcταφίδοc</w:t>
      </w:r>
    </w:p>
    <w:p>
      <w:r>
        <w:rPr>
          <w:rFonts w:ascii="Courier New" w:hAnsi="Courier New"/>
          <w:color w:val="555555"/>
          <w:sz w:val="20"/>
        </w:rPr>
        <w:t>[5]</w:t>
      </w:r>
    </w:p>
    <w:p>
      <w:r>
        <w:rPr>
          <w:rFonts w:ascii="Gentium Plus" w:hAnsi="Gentium Plus"/>
          <w:sz w:val="24"/>
        </w:rPr>
        <w:t>ἀγρίηc, κόκκου τοῦ τῆc Κνίδου, πάντων δὲ μάλιcτα cινήπιοc, ὅτι τε ξύνηθεc, ἀτὰρ ἠδὲ ὅτι τῶν ἄλλων μᾶλλον τόδε φλεγμάτων ἀγωγόν. κἢν μὲν καταπίῃ τιc ἑκών, ἱκανὸν μὲν τὰ ἐν τῷ cτομάχῳ λῦcαι, δυ‐</w:t>
      </w:r>
    </w:p>
    <w:p>
      <w:r>
        <w:rPr>
          <w:rFonts w:ascii="Courier New" w:hAnsi="Courier New"/>
          <w:color w:val="555555"/>
          <w:sz w:val="20"/>
        </w:rPr>
        <w:t>[10]</w:t>
      </w:r>
    </w:p>
    <w:p>
      <w:r>
        <w:rPr>
          <w:rFonts w:ascii="Gentium Plus" w:hAnsi="Gentium Plus"/>
          <w:sz w:val="24"/>
        </w:rPr>
        <w:t>μην τὴν ἐμήν· ἀγαθὴ δὲ διδάcκαλοc ἡ πείρη· χρὴ δὲ καὶ αὐτὸν πει‐</w:t>
      </w:r>
    </w:p>
    <w:p>
      <w:r>
        <w:rPr>
          <w:rFonts w:ascii="Courier New" w:hAnsi="Courier New"/>
          <w:color w:val="555555"/>
          <w:sz w:val="20"/>
        </w:rPr>
        <w:t>[1 . 2 . 16]</w:t>
      </w:r>
    </w:p>
    <w:p>
      <w:r>
        <w:rPr>
          <w:rFonts w:ascii="Gentium Plus" w:hAnsi="Gentium Plus"/>
          <w:sz w:val="24"/>
        </w:rPr>
        <w:t>ρῆν· εὐλαβείη γὰρ ἀπειρίη. χρὴ δὲ καὶ τὴν κεφαλὴν μετὰ τὴν κουρὴν τὴν ἐν χρῷ, ἢν μὴ μέγα ἥδε ἁνύῃ, ξυρεῖν ἐc διαπνοήν· ἀτὰρ ἠδὲ ἐc φαρμάκων δριμέων χρῖcιν, τοῦ διὰ τῆc λιμνήcτιδοc ἢ †ὑδὰρ ἢ θαψίην ἢ cίνηπι ὑγρὸν ἐξ ὕδατοc ξὺν ἄρτῳ διπλῷ ἐc cτρύχνον ἐγχρίcαντα</w:t>
      </w:r>
    </w:p>
    <w:p>
      <w:r>
        <w:rPr>
          <w:rFonts w:ascii="Courier New" w:hAnsi="Courier New"/>
          <w:color w:val="555555"/>
          <w:sz w:val="20"/>
        </w:rPr>
        <w:t>[5]</w:t>
      </w:r>
    </w:p>
    <w:p>
      <w:r>
        <w:rPr>
          <w:rFonts w:ascii="Gentium Plus" w:hAnsi="Gentium Plus"/>
          <w:sz w:val="24"/>
        </w:rPr>
        <w:t>ἐμπάccειν τὴν κεφαλήν· φυλάξαντα δὲ ἐc ὥρην μίαν εὐκαιρίῃ cπόγ‐ γοιcι θερμοῖcι πυριῆν. οὐκ ἀνωφελὲc δὲ καὶ λούειν ἤδη πάντων μὲν ἢ τῶν γε πλείcτων καὶ καιρίων τῶν ἐc τὴν νοῦcον λελουμένων, τῆc δὲ νωθείηc μενούcηc, εὖτε καὶ αἰώρηc χρέοc καὶ τρίψιοc καὶ πάcηc προcηνοῦc κινήcιοc.</w:t>
      </w:r>
    </w:p>
    <w:p>
      <w:r>
        <w:rPr>
          <w:rFonts w:ascii="Courier New" w:hAnsi="Courier New"/>
          <w:color w:val="555555"/>
          <w:sz w:val="20"/>
        </w:rPr>
        <w:t>[1 . 3 . 1]</w:t>
      </w:r>
    </w:p>
    <w:p>
      <w:r>
        <w:rPr>
          <w:rFonts w:ascii="Gentium Plus" w:hAnsi="Gentium Plus"/>
          <w:sz w:val="24"/>
        </w:rPr>
        <w:t>Θεραπεία μαραcμοῦ. Τοιcίδε μέντοι, κἢν μαραcμὸc ἔῃ, ἀρή‐ γειν θᾶccον ἰόντα ἐπὶ λουτρὰ καὶ κινήcιαc. μαραcμοῦ μέντοι καὶ γάλα ἰητήριον καὶ θρέψαι καὶ ἀλεῆναι καὶ ὑγρῆναι γαcτέρα καὶ κύcτιν πρηῧ‐ ναι. ἀτὰρ ἠδὲ κατόχοιcι τωὐτὰ ξύμφορα· ὁμοίη γὰρ καὶ ἡ [ἐν] ωὐτὴ</w:t>
      </w:r>
    </w:p>
    <w:p>
      <w:r>
        <w:rPr>
          <w:rFonts w:ascii="Courier New" w:hAnsi="Courier New"/>
          <w:color w:val="555555"/>
          <w:sz w:val="20"/>
        </w:rPr>
        <w:t>[5]</w:t>
      </w:r>
    </w:p>
    <w:p>
      <w:r>
        <w:rPr>
          <w:rFonts w:ascii="Gentium Plus" w:hAnsi="Gentium Plus"/>
          <w:sz w:val="24"/>
        </w:rPr>
        <w:t>τῶνδε τῶν νούcων 〈ἡ〉 ἰδέη. καcτόριον δὲ τουτέοιcι καιριώτερόν τε καὶ εὐμενέcτερον πιεῖν τε καὶ χρίcαcθαι καὶ ἐc τὸ ἔντερον ἐνεῖναι. τῇcι δὲ γυναιξὶ ὁκοῖα τουτέοιcι ἴκελα πάθεα ἀπὸ ὑcτέρηc γίγνεται, ἐν τοῖcι γυναικείοιcι λελέξεται.</w:t>
      </w:r>
    </w:p>
    <w:p>
      <w:r>
        <w:rPr>
          <w:rFonts w:ascii="Courier New" w:hAnsi="Courier New"/>
          <w:color w:val="555555"/>
          <w:sz w:val="20"/>
        </w:rPr>
        <w:t>[1 . 4 . 1]</w:t>
      </w:r>
    </w:p>
    <w:p>
      <w:r>
        <w:rPr>
          <w:rFonts w:ascii="Gentium Plus" w:hAnsi="Gentium Plus"/>
          <w:sz w:val="24"/>
        </w:rPr>
        <w:t>Θεραπεία ἀποπληξίηc. *** ἀποπληξίη ἰcχυρὴ μὲν ἔῃ· ἅπαντα γὰρ ἔαcι νεκρώδεεc, ἢν καὶ ὁ νοcέων γηραιὸc ᾖ, τοῖcί περ ξύνηθεc τὸ πάθοc· οὐ γὰρ περιγίγνονται τῷ τε μεγέθεϊ τοῦ κακοῦ καὶ τῇ τῆc ἡλικίηc ξυμφορῇ. ὅκωc δὲ τεκμαρτέα τὰ μεγέθεα, πρόcθεν μοι λέλεκται.</w:t>
      </w:r>
    </w:p>
    <w:p>
      <w:r>
        <w:rPr>
          <w:rFonts w:ascii="Courier New" w:hAnsi="Courier New"/>
          <w:color w:val="555555"/>
          <w:sz w:val="20"/>
        </w:rPr>
        <w:t>[5]</w:t>
      </w:r>
    </w:p>
    <w:p>
      <w:r>
        <w:rPr>
          <w:rFonts w:ascii="Gentium Plus" w:hAnsi="Gentium Plus"/>
          <w:sz w:val="24"/>
        </w:rPr>
        <w:t>ἢν δὲ νεηνίηc, ἀcθενὴc ἀποπληξίη πέλει, ἰῆcθαι μὲν οὐ ῥηΐδιον, πει‐ ρῆcθαι δὲ ὦν. ἰcόρροπον μὲν ὦν ἰητήριον ὡc μεγάλῳ πάθεϊ μέγα βοή‐</w:t>
      </w:r>
    </w:p>
    <w:p>
      <w:r>
        <w:rPr>
          <w:rFonts w:ascii="Courier New" w:hAnsi="Courier New"/>
          <w:color w:val="555555"/>
          <w:sz w:val="20"/>
        </w:rPr>
        <w:t>[1 . 4 . 2]</w:t>
      </w:r>
    </w:p>
    <w:p>
      <w:r>
        <w:rPr>
          <w:rFonts w:ascii="Gentium Plus" w:hAnsi="Gentium Plus"/>
          <w:sz w:val="24"/>
        </w:rPr>
        <w:t>θημα, φλεβοτομίη, ἢν μή τιc ἐc ἁμαρτωλὴν εἴη τοῦ πλήθεοc. δυcτέ‐</w:t>
      </w:r>
    </w:p>
    <w:p>
      <w:r>
        <w:rPr>
          <w:rFonts w:ascii="Courier New" w:hAnsi="Courier New"/>
          <w:color w:val="555555"/>
          <w:sz w:val="20"/>
        </w:rPr>
        <w:t>[5]</w:t>
      </w:r>
    </w:p>
    <w:p>
      <w:r>
        <w:rPr>
          <w:rFonts w:ascii="Gentium Plus" w:hAnsi="Gentium Plus"/>
          <w:sz w:val="24"/>
        </w:rPr>
        <w:t>ἤν τε μεῖον τῆc αἰτίηc, οὐδὲν μέγα ὤνηcαc διὰ μεγάλου ἄκεοc· ἔτι γὰρ ἡ αἰτίη μίμνει. κρέccον δὲ ἐc τὸ ἔλαccον ἁμαρτάνειν· ἢν γὰρ καὶ δοκέῃ μὲν ἐνδέειν, χρηcταὶ δέ τινεc ὑποφάcιεc γίγνοιντο, αὖθιc ἐπανα‐ τάμνειν τὴν φλέβα. τάμνειν δὲ τὴν ἐν τῷ κοίλῳ τοῦ ἀγκῶνοc· εὔροοc</w:t>
      </w:r>
    </w:p>
    <w:p>
      <w:r>
        <w:rPr>
          <w:rFonts w:ascii="Courier New" w:hAnsi="Courier New"/>
          <w:color w:val="555555"/>
          <w:sz w:val="20"/>
        </w:rPr>
        <w:t>[1 . 4 . 3]</w:t>
      </w:r>
    </w:p>
    <w:p>
      <w:r>
        <w:rPr>
          <w:rFonts w:ascii="Gentium Plus" w:hAnsi="Gentium Plus"/>
          <w:sz w:val="24"/>
        </w:rPr>
        <w:t>γὰρ ἥδε ἐν τῷ λαιῷ. ξυντεκμαίρεcθαι δὲ ἐν τῇ cμικρῇ ἀποπληξίῃ καὶ τὰ πάρετα μέρεα, εἰ ἐπ’ ἀριcτερὰ ἢ δεξιὰ ἡ πάρεcιc· ἀπὸ γὰρ τῶν ὑγιηρῶν, ὡc ἔποc εἰπεῖν, τὴν ἀφαίρεcιν χρὴ ποιέειν· τῇδε γὰρ τὸ αἷμα εὔροον, τῇδε καὶ ἡ παροχέτευcιc ἀπὸ τῶν cιναρῶν. ἢν μὲν ὦν ἄνευ</w:t>
      </w:r>
    </w:p>
    <w:p>
      <w:r>
        <w:rPr>
          <w:rFonts w:ascii="Courier New" w:hAnsi="Courier New"/>
          <w:color w:val="555555"/>
          <w:sz w:val="20"/>
        </w:rPr>
        <w:t>[5]</w:t>
      </w:r>
    </w:p>
    <w:p>
      <w:r>
        <w:rPr>
          <w:rFonts w:ascii="Gentium Plus" w:hAnsi="Gentium Plus"/>
          <w:sz w:val="24"/>
        </w:rPr>
        <w:t>φανερῆc προφάcιοc ἀπόπληκτοι γίγνωνται, ὧδε χρὴ ξυλλογίζεcθαι ἀμφὶ τῆc ἀφαιρέcιοc. ἢν δὲ ἀπὸ πληγῆc ἢ καταφορῆc ἢ πιέcιοc ξυμβῇ, 〈οὐ〉 χρὴ ἀναβάλλεcθαι· μετεξετέροιcι δὲ τόδε μοῦνον ἐc ἄκεcιν ἠδὲ</w:t>
      </w:r>
    </w:p>
    <w:p>
      <w:r>
        <w:rPr>
          <w:rFonts w:ascii="Courier New" w:hAnsi="Courier New"/>
          <w:color w:val="555555"/>
          <w:sz w:val="20"/>
        </w:rPr>
        <w:t>[1 . 4 . 4]</w:t>
      </w:r>
    </w:p>
    <w:p>
      <w:r>
        <w:rPr>
          <w:rFonts w:ascii="Gentium Plus" w:hAnsi="Gentium Plus"/>
          <w:sz w:val="24"/>
        </w:rPr>
        <w:t>ζωὴν ἤρκεcεν. ἢν δὲ μὴ δοκέῃ τάμνειν φλέβα, ψύξιοc πολλῆc καὶ νάρκηc καὶ ἀναιcθηcίηc ἀμφιcχούcηc τὸν ἄνθρωπον, ὑποκλύζειν ἐc κέ‐ νωcιν τοῦ πλήθεοc τῶν ἐν τοῖcι ἐντέροιcι (τὰ πολλὰ γὰρ ὑπ’ ἀδηφα‐ γίηc καὶ οἰνοφλυγίηc παραπλῆγεc γίγνονται) καὶ ἐc τὴν ἀντίcπαcιν</w:t>
      </w:r>
    </w:p>
    <w:p>
      <w:r>
        <w:rPr>
          <w:rFonts w:ascii="Courier New" w:hAnsi="Courier New"/>
          <w:color w:val="555555"/>
          <w:sz w:val="20"/>
        </w:rPr>
        <w:t>[1 . 4 . 5]</w:t>
      </w:r>
    </w:p>
    <w:p>
      <w:r>
        <w:rPr>
          <w:rFonts w:ascii="Gentium Plus" w:hAnsi="Gentium Plus"/>
          <w:sz w:val="24"/>
        </w:rPr>
        <w:t>τῶν τὴν κεφαλὴν ἀμφεχόντων χυμῶν. ἔcτω δὲ τὸ κλύcμα δριμὺ καὶ φλεγμάτων καὶ χολῆc ἀγωγόν, ὡc μὴ νίτρον ἔχειν μοῦνον, ἀλλὰ καὶ εὐφόρβιον, ὅcον ὁλκῆc τριώβολον (ἔcτω δὲ ξύνηθεc πλῆθοc τοῦ κλύcμα‐ τοc) καὶ κολοκυνθίδοc τὸ ἐντόc, ἢ κενταυρίου τῆc κόμηc ἀφέψημα ἐc</w:t>
      </w:r>
    </w:p>
    <w:p>
      <w:r>
        <w:rPr>
          <w:rFonts w:ascii="Courier New" w:hAnsi="Courier New"/>
          <w:color w:val="555555"/>
          <w:sz w:val="20"/>
        </w:rPr>
        <w:t>[5]</w:t>
      </w:r>
    </w:p>
    <w:p>
      <w:r>
        <w:rPr>
          <w:rFonts w:ascii="Gentium Plus" w:hAnsi="Gentium Plus"/>
          <w:sz w:val="24"/>
        </w:rPr>
        <w:t>ἔλαιον ἢ ὕδωρ. ἄριcτον δὲ κλύcμα καὶ τὸ τοιόνδε, τῷ μέλιτι τῷ ξυνήθει πήγανον ξὺν τῷ λίπαϊ ἑψηθὲν καὶ τερμίνθου τοῦ δένδρεοc τῆc</w:t>
      </w:r>
    </w:p>
    <w:p>
      <w:r>
        <w:rPr>
          <w:rFonts w:ascii="Courier New" w:hAnsi="Courier New"/>
          <w:color w:val="555555"/>
          <w:sz w:val="20"/>
        </w:rPr>
        <w:t>[1 . 4 . 6]</w:t>
      </w:r>
    </w:p>
    <w:p>
      <w:r>
        <w:rPr>
          <w:rFonts w:ascii="Gentium Plus" w:hAnsi="Gentium Plus"/>
          <w:sz w:val="24"/>
        </w:rPr>
        <w:t>ῥητίνηc καὶ ἁλῶν ἀντὶ νίτρου καὶ ὑccώπου ἑψήματοc. καὶ ἢν ἐκ τῶνδε cμικρὸν ἀνέγρηται ὁ ἄνθρωποc ἢ κινεόμενοc τοῖcι πυρετοῖcι ἢ αἰcθα‐ νόμενοc ἀπὸ τῆc ἀναιcθηcίηc, ἢ εὐcφυξίη γένοιτο, ἢ ὅκωc τὸ πρόcω‐ πον εὔcημον ᾖ, εὔελπιν χρὴ ἔμμεναι ἠδὲ ἀρήγειν εὐτολμότερον. κρα‐</w:t>
      </w:r>
    </w:p>
    <w:p>
      <w:r>
        <w:rPr>
          <w:rFonts w:ascii="Courier New" w:hAnsi="Courier New"/>
          <w:color w:val="555555"/>
          <w:sz w:val="20"/>
        </w:rPr>
        <w:t>[5]</w:t>
      </w:r>
    </w:p>
    <w:p>
      <w:r>
        <w:rPr>
          <w:rFonts w:ascii="Gentium Plus" w:hAnsi="Gentium Plus"/>
          <w:sz w:val="24"/>
        </w:rPr>
        <w:t>τύναντα ὦν μεcηγὺ τὴν δύναμιν τῆc ἱερῆc τοῦ καθαρτηρίου διδόναι νήcτει, μάλιcτα μὲν τὸ πᾶν τῆc πόcιοc· εἰ δὲ κώλυμα ἡ δύναμιc ἔοι,</w:t>
      </w:r>
    </w:p>
    <w:p>
      <w:r>
        <w:rPr>
          <w:rFonts w:ascii="Courier New" w:hAnsi="Courier New"/>
          <w:color w:val="555555"/>
          <w:sz w:val="20"/>
        </w:rPr>
        <w:t>[1 . 4 . 7]</w:t>
      </w:r>
    </w:p>
    <w:p>
      <w:r>
        <w:rPr>
          <w:rFonts w:ascii="Gentium Plus" w:hAnsi="Gentium Plus"/>
          <w:sz w:val="24"/>
        </w:rPr>
        <w:t>ἐc τὸ ἥμιcυ ξὺν μελικρήτῳ. καὶ κινέειν αὐτὸν ἐν δίφρῳ ἐνθέντα ἀνα‐</w:t>
      </w:r>
    </w:p>
    <w:p>
      <w:r>
        <w:rPr>
          <w:rFonts w:ascii="Courier New" w:hAnsi="Courier New"/>
          <w:color w:val="555555"/>
          <w:sz w:val="20"/>
        </w:rPr>
        <w:t>[5]</w:t>
      </w:r>
    </w:p>
    <w:p>
      <w:r>
        <w:rPr>
          <w:rFonts w:ascii="Gentium Plus" w:hAnsi="Gentium Plus"/>
          <w:sz w:val="24"/>
        </w:rPr>
        <w:t>ναυτίη μὲν ἕλῃ ἐπὶ τῇcι καθάρcεcι, μὴ ἀποτρέπειν· ἥ τε ἔνταcιc ἐc ἐγρήγορcιν ἔχει τι ζώπυρον καὶ ὁ τῶν φλεγμάτων ἔμετοc τὴν αἰτίην τῆc νούcου ἄγει. αἰcθήcιοc δὲ καὶ κεφαλῆc καὶ νεύρων καθαρτήριον ἡ ἱερὴ τὸ φάρμακον. ἀμφὶ μὲν ὦν κενώcιοc παντοίηc τῆc ἐν ἀρχῇcι</w:t>
      </w:r>
    </w:p>
    <w:p>
      <w:r>
        <w:rPr>
          <w:rFonts w:ascii="Courier New" w:hAnsi="Courier New"/>
          <w:color w:val="555555"/>
          <w:sz w:val="20"/>
        </w:rPr>
        <w:t>[1 . 4 . 8]</w:t>
      </w:r>
    </w:p>
    <w:p>
      <w:r>
        <w:rPr>
          <w:rFonts w:ascii="Gentium Plus" w:hAnsi="Gentium Plus"/>
          <w:sz w:val="24"/>
        </w:rPr>
        <w:t>ἅλιc. ὅλον δὲ χρὴ τὸν ἄνθρωπον ἐρίοιcι εἰλίξαντα καταιονεῖν λίπαϊ cικυωνίῳ ἢ γλευκίνῳ 〈ἢ〉 παλαιῷ, ἢ ἰδίῃ ἑκάcτῳ ἢ ξυμπάντεcι ξυμ‐ μεμειγμένοιcι. ἄριcτον δὲ κηροῦ cμικρὸν ἐντήκειν ἐc πάχοc τῶν ἀλει‐ φάτων ** ποιέειν δὲ χρὴ δυνατωτέρην τήνδε· ἐμπάccειν δὲ καὶ νίτρου</w:t>
      </w:r>
    </w:p>
    <w:p>
      <w:r>
        <w:rPr>
          <w:rFonts w:ascii="Courier New" w:hAnsi="Courier New"/>
          <w:color w:val="555555"/>
          <w:sz w:val="20"/>
        </w:rPr>
        <w:t>[5]</w:t>
      </w:r>
    </w:p>
    <w:p>
      <w:r>
        <w:rPr>
          <w:rFonts w:ascii="Gentium Plus" w:hAnsi="Gentium Plus"/>
          <w:sz w:val="24"/>
        </w:rPr>
        <w:t>καὶ πεπέριοc· ἔcτω δὲ λεπτὰ cηcθέντα κρηcέρῃ. μέγα δὲ ἐc δύναμιν τῶν παρέτων καὶ τὸ καcτόριον καὶ ἄλειμμα ξύν τινι λίπαϊ τῶν εἰρη‐ μένων. πολλὸν δὲ δυνατώτερον καὶ πιπίcκειν ξὺν μελικρήτῳ. τὸ δὲ</w:t>
      </w:r>
    </w:p>
    <w:p>
      <w:r>
        <w:rPr>
          <w:rFonts w:ascii="Courier New" w:hAnsi="Courier New"/>
          <w:color w:val="555555"/>
          <w:sz w:val="20"/>
        </w:rPr>
        <w:t>[1 . 4 . 9]</w:t>
      </w:r>
    </w:p>
    <w:p>
      <w:r>
        <w:rPr>
          <w:rFonts w:ascii="Gentium Plus" w:hAnsi="Gentium Plus"/>
          <w:sz w:val="24"/>
        </w:rPr>
        <w:t>πλῆθοc ὁκόcον ἐπὶ ληθαργικῶν ἴcμεν. ξυντεκμαίρεcθαι δὲ καὶ τὴν ἡλι‐ κίην καὶ τὴν γνώμην τοῦ νοcέοντοc, εἰ πιεῖν ἐc πλεῦναc ἡμέραc ἑτοῖ‐ μοc. ἔcτι δὲ καὶ χρίcματα κρέccονα τῆc τέγξιοc, εὐφορέcτερά τε καὶ δυνατώτερα· οὔτε γὰρ περιρρέει ἐc τὸ τῶν cτρωμάτων αἶcχοc· ἄχρη‐</w:t>
      </w:r>
    </w:p>
    <w:p>
      <w:r>
        <w:rPr>
          <w:rFonts w:ascii="Courier New" w:hAnsi="Courier New"/>
          <w:color w:val="555555"/>
          <w:sz w:val="20"/>
        </w:rPr>
        <w:t>[5]</w:t>
      </w:r>
    </w:p>
    <w:p>
      <w:r>
        <w:rPr>
          <w:rFonts w:ascii="Gentium Plus" w:hAnsi="Gentium Plus"/>
          <w:sz w:val="24"/>
        </w:rPr>
        <w:t>cτον γὰρ τοῖcι κάμνουcι τὸ τοιόνδε, εἰ προcίζεται τῷ cκήνεϊ, ἔcτε [τὰ] ξυντακέντα ὑπὸ [τε] τῆc ἀλέηc ἀνεπόθη. ἀλλὰ καὶ τὸ ἀΐδιον αὐτέων ὀνηϊcτόν· περιρρεῖ γὰρ ἡ τέγξιc. ὕλη δὲ ἀλειφάτων μὲν ὁκόcα μοι λέλεκται· ξὺν αὐτέοιcι δὲ καcτόριον, ῥητίνη τερμίνθου τοῦ δένδρεοc, εὐφορβίου, λιμνήcτιδοc, πυρέθρου ἴcα, πεπέριοc, χαλβάνηc ἐc ἥμιcυ,</w:t>
      </w:r>
    </w:p>
    <w:p>
      <w:r>
        <w:rPr>
          <w:rFonts w:ascii="Courier New" w:hAnsi="Courier New"/>
          <w:color w:val="555555"/>
          <w:sz w:val="20"/>
        </w:rPr>
        <w:t>[1 . 4 . 10]</w:t>
      </w:r>
    </w:p>
    <w:p>
      <w:r>
        <w:rPr>
          <w:rFonts w:ascii="Gentium Plus" w:hAnsi="Gentium Plus"/>
          <w:sz w:val="24"/>
        </w:rPr>
        <w:t>ξὺν νίτρου Αἰγυπτίου τριπλαcίῳ, κηροῦ ὁκόcον ἐc ξύcταcιν ὑγρήν. πολ‐ λὸν δὲ τουτέων φαρμακείη ποικιλωτέρη καὶ πλέον καὶ ἰδίῃ λέλεκται. ἐπιπλάcματα τῇcι cκληρίῃcι καὶ τῇcι ἐντάcεcι τῶν μερέων ἐπιθετέον. ὕλη δὲ λίνου cπέρμα, τῆλιc, ἄλφιτον κρίθινον, μέλι, ἔλαιον ἔνθα πή‐</w:t>
      </w:r>
    </w:p>
    <w:p>
      <w:r>
        <w:rPr>
          <w:rFonts w:ascii="Courier New" w:hAnsi="Courier New"/>
          <w:color w:val="555555"/>
          <w:sz w:val="20"/>
        </w:rPr>
        <w:t>[5]</w:t>
      </w:r>
    </w:p>
    <w:p>
      <w:r>
        <w:rPr>
          <w:rFonts w:ascii="Gentium Plus" w:hAnsi="Gentium Plus"/>
          <w:sz w:val="24"/>
        </w:rPr>
        <w:t>γανον ἢ ἄνηθον ἐζέcθη, ἀλθαίηc ῥίζα κοπεῖcα καὶ ἐν μελικρήτῳ ἑψη‐</w:t>
      </w:r>
    </w:p>
    <w:p>
      <w:r>
        <w:rPr>
          <w:rFonts w:ascii="Courier New" w:hAnsi="Courier New"/>
          <w:color w:val="555555"/>
          <w:sz w:val="20"/>
        </w:rPr>
        <w:t>[1 . 4 . 11]</w:t>
      </w:r>
    </w:p>
    <w:p>
      <w:r>
        <w:rPr>
          <w:rFonts w:ascii="Gentium Plus" w:hAnsi="Gentium Plus"/>
          <w:sz w:val="24"/>
        </w:rPr>
        <w:t>χρὴ πρήccειν οὐκ ἀλεγίζοντα τῆc θέρμηc. ἢν δὲ πυρετοὶ ὀξέεc ἔωcι καὶ ἡ ἄλλη νοῦcοc cμικροτέρη τῶνδε φαίνηται καὶ ἐc τὸν κίνδυνον οἵδε ξυνεπείγωcι, πρὸc τούcδε χρὴ τὴν δίαιταν καὶ τὴν ἄλλην θερα‐ πείην ἁρμόζεcθαι. τροφῇcί τε ὦν τελέωc λεπτῇcι, εὐπέπτοιcι χρέεcθαι</w:t>
      </w:r>
    </w:p>
    <w:p>
      <w:r>
        <w:rPr>
          <w:rFonts w:ascii="Courier New" w:hAnsi="Courier New"/>
          <w:color w:val="555555"/>
          <w:sz w:val="20"/>
        </w:rPr>
        <w:t>[5]</w:t>
      </w:r>
    </w:p>
    <w:p>
      <w:r>
        <w:rPr>
          <w:rFonts w:ascii="Gentium Plus" w:hAnsi="Gentium Plus"/>
          <w:sz w:val="24"/>
        </w:rPr>
        <w:t>καὶ τῇ εὐκαιρίῃ προcεκτέον νῦν μᾶλλον καὶ τοὺc παροξυcμοὺc ὑποcτέλ‐ λεcθαι ἐc πᾶcαν ἰητρείην, καὶ τὸ ξύμπαν τοῖcι πυρετοῖcι προcκέεcθαι</w:t>
      </w:r>
    </w:p>
    <w:p>
      <w:r>
        <w:rPr>
          <w:rFonts w:ascii="Courier New" w:hAnsi="Courier New"/>
          <w:color w:val="555555"/>
          <w:sz w:val="20"/>
        </w:rPr>
        <w:t>[1 . 4 . 12]</w:t>
      </w:r>
    </w:p>
    <w:p>
      <w:r>
        <w:rPr>
          <w:rFonts w:ascii="Gentium Plus" w:hAnsi="Gentium Plus"/>
          <w:sz w:val="24"/>
        </w:rPr>
        <w:t>χρή. ἢν δὲ πρόcω προήκῃ χρόνου καὶ τὴν κεφαλὴν ἐν αἰτίῃ ἴcχῃ, cι‐ κύην χρὴ ἐc τὸ ἰνίον προcβάλλοντα αἱμάccειν ἀφειδέωc. καὶ γὰρ φλε‐ βοτομίηc ὀνίνηcι μᾶλλον καὶ τὰc δυνάμιαc οὐκ ἀφαιρέει. προτέρη δὲ μεcηγὺ τῶν ὠμοπλατέων κούφη τιθέcθω ἐc ἀντίcπαcιν τῆc ἐν τῷ</w:t>
      </w:r>
    </w:p>
    <w:p>
      <w:r>
        <w:rPr>
          <w:rFonts w:ascii="Courier New" w:hAnsi="Courier New"/>
          <w:color w:val="555555"/>
          <w:sz w:val="20"/>
        </w:rPr>
        <w:t>[1 . 4 . 13]</w:t>
      </w:r>
    </w:p>
    <w:p>
      <w:r>
        <w:rPr>
          <w:rFonts w:ascii="Gentium Plus" w:hAnsi="Gentium Plus"/>
          <w:sz w:val="24"/>
        </w:rPr>
        <w:t>ἰνίῳ. παρελύθη κοτὲ καὶ κατάποcιc, ἥπερ μούνη καὶ ἀποπλήκτοιcι ἄλ‐ καρ ἐcτὶ cωτηρίηc, ἔc τε τὴν τῆc τροφῆc κατάποcιν καὶ ἐc τὴν τῶν φαρμάκων πάροδον. οὐ γὰρ ἀτροφίηc καὶ λιμοῦ κίνδυνοc μοῦνον, ἀλλὰ καὶ βηχὸc καὶ δυcπνοίηc καὶ πνίξιοc. κἢν γὰρ καὶ ἐγχέῃ τιc ἐc</w:t>
      </w:r>
    </w:p>
    <w:p>
      <w:r>
        <w:rPr>
          <w:rFonts w:ascii="Courier New" w:hAnsi="Courier New"/>
          <w:color w:val="555555"/>
          <w:sz w:val="20"/>
        </w:rPr>
        <w:t>[5]</w:t>
      </w:r>
    </w:p>
    <w:p>
      <w:r>
        <w:rPr>
          <w:rFonts w:ascii="Gentium Plus" w:hAnsi="Gentium Plus"/>
          <w:sz w:val="24"/>
        </w:rPr>
        <w:t>τὸ cτόμα ὑγρὸν cιτίον, ἐc τὴν ἀρτηρίην ὑπορρέει, οὔτε τῶν παρ‐ ιcθμίων ξυμπιπτόντων ἐc τὸν ὠcμὸν τῶν cιτίων οὔτε τῆc ἐπιγλωττίδοc ἐνιζούcηc ἐc τὴν ἑωυτῆc ἕδρην, ἥτιc ἐπίθημα τῆc ἀρτηρίηc πέφυκε.</w:t>
      </w:r>
    </w:p>
    <w:p>
      <w:r>
        <w:rPr>
          <w:rFonts w:ascii="Courier New" w:hAnsi="Courier New"/>
          <w:color w:val="555555"/>
          <w:sz w:val="20"/>
        </w:rPr>
        <w:t>[1 . 4 . 14]</w:t>
      </w:r>
    </w:p>
    <w:p>
      <w:r>
        <w:rPr>
          <w:rFonts w:ascii="Gentium Plus" w:hAnsi="Gentium Plus"/>
          <w:sz w:val="24"/>
        </w:rPr>
        <w:t>χρὴ ὦν μελίκρητον ἢ χυλὸν ἐγχέαντα μυcτίλῃ μακρῇ, ὑπεραίροντα ὑπὲρ τῆc ἀρτηρίηc, ἐc τὸν cτόμαχον ἐγχέειν· τόδε γὰρ ἔτι ἐc κατά‐ ποcιν ὑπουργέει. εἰ δ’ ὁ νοcέων ἐc ὄλεθρον εἴη ὕcτατον, ὁ δὲ αὐχὴν ξὺν τῇ ἀναπνοῇ πήγνυται, τόν τε αὐχένα καὶ τὸν ἀνθερεῶνα θερμά‐</w:t>
      </w:r>
    </w:p>
    <w:p>
      <w:r>
        <w:rPr>
          <w:rFonts w:ascii="Courier New" w:hAnsi="Courier New"/>
          <w:color w:val="555555"/>
          <w:sz w:val="20"/>
        </w:rPr>
        <w:t>[5]</w:t>
      </w:r>
    </w:p>
    <w:p>
      <w:r>
        <w:rPr>
          <w:rFonts w:ascii="Gentium Plus" w:hAnsi="Gentium Plus"/>
          <w:sz w:val="24"/>
        </w:rPr>
        <w:t>cμαcι χρίειν τε καὶ πυριῆν. ματαιόπονοι δὲ καὶ ἀΐδριεc, ὁκόcοι cικύην ἐc τὸν ἀνθερεῶνα προcβάλλουcι ἐc εὐρύτητα τοῦ cτομάχου· οὐ γὰρ διαcτάcιοc χρέοc ἐc ἔνθεcιν τῆc τροφῆc, ἀλλὰ ξυμπτώcιοc ἐc κατάπο‐</w:t>
      </w:r>
    </w:p>
    <w:p>
      <w:r>
        <w:rPr>
          <w:rFonts w:ascii="Courier New" w:hAnsi="Courier New"/>
          <w:color w:val="555555"/>
          <w:sz w:val="20"/>
        </w:rPr>
        <w:t>[1 . 4 . 15]</w:t>
      </w:r>
    </w:p>
    <w:p>
      <w:r>
        <w:rPr>
          <w:rFonts w:ascii="Gentium Plus" w:hAnsi="Gentium Plus"/>
          <w:sz w:val="24"/>
        </w:rPr>
        <w:t>cιν. προcδιαcτέλλει δὲ cικύη· κἢν καταπίνειν θέλῃ, ἐπίcχει τῇ ἀποcτά‐ cει τε καὶ ἀνθολκῇ· ἐπανιέναι δὲ χρὴ ἐc τὴν περιcτολὴν τῆc καταπό‐ cιοc. πρὸc δὲ τουτέοιcι τὴν ἀρτηρίην πληροῖ ἐc κίνδυνον ἀποπνίξιοc. ἀλλ’ οὐδ’ εἰ ἔνθα καὶ ἔνθα τοῦ βρόγχου θείηc, ἀρήγει· μύεc γὰρ καὶ</w:t>
      </w:r>
    </w:p>
    <w:p>
      <w:r>
        <w:rPr>
          <w:rFonts w:ascii="Courier New" w:hAnsi="Courier New"/>
          <w:color w:val="555555"/>
          <w:sz w:val="20"/>
        </w:rPr>
        <w:t>[1 . 4 . 16]</w:t>
      </w:r>
    </w:p>
    <w:p>
      <w:r>
        <w:rPr>
          <w:rFonts w:ascii="Gentium Plus" w:hAnsi="Gentium Plus"/>
          <w:sz w:val="24"/>
        </w:rPr>
        <w:t>νεῦρα καὶ τένοντεc καὶ φλέβεc ἐπίπροcθεν ἔαcι αὐτέου. κύcτιc δὲ καὶ τὸ χαλαρὸν ἀρχοῦ ἄλλοτε μὲν ἐc ἔκκριcιν παρεῖται καὶ ἔcτι τῶν πε‐ ριττῶν [οὐκ] ἀεὶ ἐόντα πλήρεα (κύcτιc δὲ καὶ ἐc ὄγκον μέγιcτον ἀείρε‐</w:t>
      </w:r>
    </w:p>
    <w:p>
      <w:r>
        <w:rPr>
          <w:rFonts w:ascii="Courier New" w:hAnsi="Courier New"/>
          <w:color w:val="555555"/>
          <w:sz w:val="20"/>
        </w:rPr>
        <w:t>[5]</w:t>
      </w:r>
    </w:p>
    <w:p>
      <w:r>
        <w:rPr>
          <w:rFonts w:ascii="Gentium Plus" w:hAnsi="Gentium Plus"/>
          <w:sz w:val="24"/>
        </w:rPr>
        <w:t>δι’ ἀψύχων. ἔνθα ὦν ἐc μὲν τὴν κύcτιν τῷ καθετῆρι ὀργάνῳ οὐκ εὔ‐ τολμον χρέεcθαι· κίνδυνοc γὰρ cφακελίζειν τῇ κύcτει ἠδὲ cπαcμὸν δι‐</w:t>
      </w:r>
    </w:p>
    <w:p>
      <w:r>
        <w:rPr>
          <w:rFonts w:ascii="Courier New" w:hAnsi="Courier New"/>
          <w:color w:val="555555"/>
          <w:sz w:val="20"/>
        </w:rPr>
        <w:t>[1 . 4 . 17]</w:t>
      </w:r>
    </w:p>
    <w:p>
      <w:r>
        <w:rPr>
          <w:rFonts w:ascii="Gentium Plus" w:hAnsi="Gentium Plus"/>
          <w:sz w:val="24"/>
        </w:rPr>
        <w:t>δόναι τῷ ἀνθρώπῳ. ὑποκλύζειν δὲ μὴ πολλῷ πλήθεϊ τοῦ χυλοῦ κρέc‐ cον· κἢν ἐκκοπρωθῇ τὸ ἔντερον, προcενιέναι ξὺν ἐλαίῳ καcτόριον. ἐλπὶc δὲ μούνη καὶ πάντων ὁμοῦ τῶν παρέτων καὶ ἰδίῃ τῶν μερέων ἡ ἐc ἔλαιον ἐνίζηcιc. ὁ δὲ τρόποc αὐτέηc ἐν τοῖcι χρονίοιcι εἰρήcεται.</w:t>
      </w:r>
    </w:p>
    <w:p>
      <w:r>
        <w:rPr>
          <w:rFonts w:ascii="Courier New" w:hAnsi="Courier New"/>
          <w:color w:val="555555"/>
          <w:sz w:val="20"/>
        </w:rPr>
        <w:t>[1 . 5 . 1]</w:t>
      </w:r>
    </w:p>
    <w:p>
      <w:r>
        <w:rPr>
          <w:rFonts w:ascii="Gentium Plus" w:hAnsi="Gentium Plus"/>
          <w:sz w:val="24"/>
        </w:rPr>
        <w:t>Θεραπεία παροξυcμοῦ ἐπιληπτικῶν. Τῆc ἐπιληψίηc ὀλεθρίη μὲν ἡ πρωτίcτη κατάπτωcιc, ἢν ὀξέωc εἰcβάλλῃ ἡ νοῦcοc. ἔκτεινε γάρ κοτε καὶ ἡμέρῃ μιῇ. κινδυνώδεεc δὲ καὶ οἱ ἐν τῇcι περιόδοιcι παροξυcμοί· διὰ τάδε μὲν ὦν καὶ ἐν τοῖcι ὀξέcι καταγέγραπται ἡ ἐπιληψίη. ἢν δὲ</w:t>
      </w:r>
    </w:p>
    <w:p>
      <w:r>
        <w:rPr>
          <w:rFonts w:ascii="Courier New" w:hAnsi="Courier New"/>
          <w:color w:val="555555"/>
          <w:sz w:val="20"/>
        </w:rPr>
        <w:t>[5]</w:t>
      </w:r>
    </w:p>
    <w:p>
      <w:r>
        <w:rPr>
          <w:rFonts w:ascii="Gentium Plus" w:hAnsi="Gentium Plus"/>
          <w:sz w:val="24"/>
        </w:rPr>
        <w:t>ἐc μελέτην μὲν ἥκῃ τοῦ κακοῦ ὥνθρωποc, ἡ δὲ νοῦcοc ἀπρὶξ ἐμφῦcα ἔχηται, οὐ χρονίη μοῦνον γίγνεται, ἀλλὰ μετεξετέροιcι αἰωνίη. ἢν γὰρ ὑπερβάλλῃ τὴν ἀκμὴν τῆc ἡλικίηc, ξυγγηρᾷ τε καὶ ξυναποθνῄcκει.</w:t>
      </w:r>
    </w:p>
    <w:p>
      <w:r>
        <w:rPr>
          <w:rFonts w:ascii="Courier New" w:hAnsi="Courier New"/>
          <w:color w:val="555555"/>
          <w:sz w:val="20"/>
        </w:rPr>
        <w:t>[1 . 5 . 2]</w:t>
      </w:r>
    </w:p>
    <w:p>
      <w:r>
        <w:rPr>
          <w:rFonts w:ascii="Gentium Plus" w:hAnsi="Gentium Plus"/>
          <w:sz w:val="24"/>
        </w:rPr>
        <w:t>ὁκόcα μὲν ὦν ὡc χρονίῃ ἐcτὶν ἰητήρια, ἐν τοῖcι χρονίοιcι λελέξεται· ὁκόcα δὲ ἐc τὸ τάχοc τοῦ ὀλέθρου πρηκτέα, τῶνδε τὰ πλεῦνα μὲν ἐπὶ τοῖcι ἀποπληκτικοῖcι λέλεκται, φλεβοτομίη, κλύcματα, χρίcιεc, cικύη· τάδε γὰρ ἐc ἀνέγερcιν δυνατώτατα. ὁκόcα δὲ ἴδια καταπτώcιοc ἄκεα, τάδε</w:t>
      </w:r>
    </w:p>
    <w:p>
      <w:r>
        <w:rPr>
          <w:rFonts w:ascii="Courier New" w:hAnsi="Courier New"/>
          <w:color w:val="555555"/>
          <w:sz w:val="20"/>
        </w:rPr>
        <w:t>[5]</w:t>
      </w:r>
    </w:p>
    <w:p>
      <w:r>
        <w:rPr>
          <w:rFonts w:ascii="Gentium Plus" w:hAnsi="Gentium Plus"/>
          <w:sz w:val="24"/>
        </w:rPr>
        <w:t>νῦν φράcω. παιδίοιcι μὲν ὦν οἷcι ἐκ διαφθορῆc ἢ ἐκ ψύξιοc ἰcχυρῆc ἀξύνηθεc τὸ πάθοc, ἔμετοc ἢ cιτίων ἢ φλέγματοc ἢ ἄλλου χυμοῦ τινοc ὀνηϊcτόν. πτίλα δὲ ἰρίνῳ μύρῳ δευθέντα ναυτίην ἐρεθίζει· ἀτὰρ καὶ</w:t>
      </w:r>
    </w:p>
    <w:p>
      <w:r>
        <w:rPr>
          <w:rFonts w:ascii="Courier New" w:hAnsi="Courier New"/>
          <w:color w:val="555555"/>
          <w:sz w:val="20"/>
        </w:rPr>
        <w:t>[1 . 5 . 3]</w:t>
      </w:r>
    </w:p>
    <w:p>
      <w:r>
        <w:rPr>
          <w:rFonts w:ascii="Gentium Plus" w:hAnsi="Gentium Plus"/>
          <w:sz w:val="24"/>
        </w:rPr>
        <w:t>τὸ ἴρινον οὐκ ἄχρι cπαcμῶν ἐc τὴν τῶν παριcθμίων χρῖcιν. ξυμπιέ‐ ζειν δὲ τὴν λαγόνα πρηέωc ἐπὶ γαcτέρα ἐκκρεμὲc προβάλλοντα τὸ παι‐ δίον· τόδε γὰρ τὸ cχῆμα πρὸc ἔμετον ῥήϊcτον. ἢν δὲ καὶ cπᾶται ἢ διαcτρέφηται τὴν κάτω γνάθον ἢ τὼ χεῖρε καὶ τὰ cκέλεα ῥίπτηται καὶ</w:t>
      </w:r>
    </w:p>
    <w:p>
      <w:r>
        <w:rPr>
          <w:rFonts w:ascii="Courier New" w:hAnsi="Courier New"/>
          <w:color w:val="555555"/>
          <w:sz w:val="20"/>
        </w:rPr>
        <w:t>[5]</w:t>
      </w:r>
    </w:p>
    <w:p>
      <w:r>
        <w:rPr>
          <w:rFonts w:ascii="Gentium Plus" w:hAnsi="Gentium Plus"/>
          <w:sz w:val="24"/>
        </w:rPr>
        <w:t>ξύμπαν τιταίνηταί οἱ ὤψ, γυῖα ψηλαφίῃ ξὺν λίπαϊ μαλθάccειν, ἀπιθύ‐ νειν τε τῆc ὄψιοc τὰ διάcτροφα· πρηέωc δὲ διακρατέειν, ὡc μὴ δια‐</w:t>
      </w:r>
    </w:p>
    <w:p>
      <w:r>
        <w:rPr>
          <w:rFonts w:ascii="Courier New" w:hAnsi="Courier New"/>
          <w:color w:val="555555"/>
          <w:sz w:val="20"/>
        </w:rPr>
        <w:t>[1 . 5 . 4]</w:t>
      </w:r>
    </w:p>
    <w:p>
      <w:r>
        <w:rPr>
          <w:rFonts w:ascii="Gentium Plus" w:hAnsi="Gentium Plus"/>
          <w:sz w:val="24"/>
        </w:rPr>
        <w:t>cτρέφηται τὰ ἰθέα. τὰ ψυχρὰ πυριῆν ἐρίοιcι πιναροῖcι 〈ἢ〉 παλαιοῖcι τρύχεcι. διαχρίειν τε τὴν ἕδρην μέλιτι ξὺν πηγανίνῳ ἐλαίῳ ἢ ξὺν νί‐ τρῳ ἢ ῥητίνῃ ὑγρῇ ξὺν τοιcίδε καὶ διωθεῖν πρηέωc εἴcω τῆc ἕδρηc· τάδε γὰρ φυcέων ἀγωγά. φύcαc δὲ διεξίουcι 〈ἐπὶ〉 τῆcδε τῆc νούcου</w:t>
      </w:r>
    </w:p>
    <w:p>
      <w:r>
        <w:rPr>
          <w:rFonts w:ascii="Courier New" w:hAnsi="Courier New"/>
          <w:color w:val="555555"/>
          <w:sz w:val="20"/>
        </w:rPr>
        <w:t>[5]</w:t>
      </w:r>
    </w:p>
    <w:p>
      <w:r>
        <w:rPr>
          <w:rFonts w:ascii="Gentium Plus" w:hAnsi="Gentium Plus"/>
          <w:sz w:val="24"/>
        </w:rPr>
        <w:t>παῖδεc. ἢν δὲ καταπίνειν δύνωνται, διδόναι τοῦδε τοῦ φαρμάκου· καρ‐ δαμώμου μέροc ἕν, χαλκοῦ κεράτιον ἕν. τάδε ξὺν μελικρήτῳ πιπίcκειν. ἢ γὰρ ἐξήμεcαν ξὺν τοῖcι ἐν τῷ cτομάχῳ πιέζουcι, ἢ ὑπηλάθη ἡ γα‐</w:t>
      </w:r>
    </w:p>
    <w:p>
      <w:r>
        <w:rPr>
          <w:rFonts w:ascii="Courier New" w:hAnsi="Courier New"/>
          <w:color w:val="555555"/>
          <w:sz w:val="20"/>
        </w:rPr>
        <w:t>[1 . 5 . 5]</w:t>
      </w:r>
    </w:p>
    <w:p>
      <w:r>
        <w:rPr>
          <w:rFonts w:ascii="Gentium Plus" w:hAnsi="Gentium Plus"/>
          <w:sz w:val="24"/>
        </w:rPr>
        <w:t>cτήρ. ἄριcτον δὲ ἔκλειγμα καὶ τόδε, τοῦ καρδαμώμου καὶ cινήπιοc καὶ ὑccώπου τῆc κόμηc ἴcα· ἴριδοc τῆc ῥίζηc μέροc ἓν ξὺν νίτρου διπλα‐ cίῳ, πεπέριοc ἐc τρίτον· μέλιτι φυράcαντα ὁμοῦ τὰ πάντα, διαcτήcαντα τὴν γένυν ἐc τὸ cτόμα ἐγχέειν, ἀτὰρ καὶ ἔτι προcωτέρω τῶν παρ‐</w:t>
      </w:r>
    </w:p>
    <w:p>
      <w:r>
        <w:rPr>
          <w:rFonts w:ascii="Courier New" w:hAnsi="Courier New"/>
          <w:color w:val="555555"/>
          <w:sz w:val="20"/>
        </w:rPr>
        <w:t>[5]</w:t>
      </w:r>
    </w:p>
    <w:p>
      <w:r>
        <w:rPr>
          <w:rFonts w:ascii="Gentium Plus" w:hAnsi="Gentium Plus"/>
          <w:sz w:val="24"/>
        </w:rPr>
        <w:t>ιcθμίων, ὅκωc καταπίοιεν. τάδε μὲν ὦν παιδίοιcι· τοῖcι δὲ νεηνίῃcι καὶ τάδε ξύμφορα. ἀτὰρ καὶ φάρμακα δυνατώτερα ἐc ἔμετον αἱρέεcθαι, ναρκίccου βολβούc, cινήπιοc καὶ ὑccώπου ἴcα καὶ χαλκοῦ καὶ πεπέριοc, μοίρηc τῶν προτέρων ἐc ἥμιcυ, ξὺν μέλιτι φυράcαντα διδόναι. τάδε μὲν ὦν ἐc ἀνέγερcιν τοῦ παροξυcμοῦ· τὰ δὲ ἐc λύcιν τοῦ νοcήματοc</w:t>
      </w:r>
    </w:p>
    <w:p>
      <w:r>
        <w:rPr>
          <w:rFonts w:ascii="Courier New" w:hAnsi="Courier New"/>
          <w:color w:val="555555"/>
          <w:sz w:val="20"/>
        </w:rPr>
        <w:t>[10]</w:t>
      </w:r>
    </w:p>
    <w:p>
      <w:r>
        <w:rPr>
          <w:rFonts w:ascii="Gentium Plus" w:hAnsi="Gentium Plus"/>
          <w:sz w:val="24"/>
        </w:rPr>
        <w:t>ἐν τοῖcι χρονίοιcι λελέξεται.</w:t>
      </w:r>
    </w:p>
    <w:p>
      <w:r>
        <w:rPr>
          <w:rFonts w:ascii="Courier New" w:hAnsi="Courier New"/>
          <w:color w:val="555555"/>
          <w:sz w:val="20"/>
        </w:rPr>
        <w:t>[1 . 6 . 1]</w:t>
      </w:r>
    </w:p>
    <w:p>
      <w:r>
        <w:rPr>
          <w:rFonts w:ascii="Gentium Plus" w:hAnsi="Gentium Plus"/>
          <w:sz w:val="24"/>
        </w:rPr>
        <w:t>Θεραπεία τετάνου. Νῦν μάλα χρὴ κοίτην μαλακήν, εὐαφέα, λείην, προcηνέα, θερμὴν ἔμμεναι. ἀπηνέα γὰρ καὶ cκληρὰ καὶ τιταινό‐ μενα τὰ νεῦρα ὑπὸ τῆc νούcου γίγνεται· ἀτὰρ καὶ τὸ δέρμα πᾶν καρ‐ φαλέον καὶ τρηχὺ περιτέταται· τὰ προcεύτροχα βλέφαρα μόγιc τοῖcι</w:t>
      </w:r>
    </w:p>
    <w:p>
      <w:r>
        <w:rPr>
          <w:rFonts w:ascii="Courier New" w:hAnsi="Courier New"/>
          <w:color w:val="555555"/>
          <w:sz w:val="20"/>
        </w:rPr>
        <w:t>[5]</w:t>
      </w:r>
    </w:p>
    <w:p>
      <w:r>
        <w:rPr>
          <w:rFonts w:ascii="Gentium Plus" w:hAnsi="Gentium Plus"/>
          <w:sz w:val="24"/>
        </w:rPr>
        <w:t>ὀφθαλμοῖcι ἐπιμύει· ὀφθαλμοὶ δὲ ἀτενέεc, ἐνδεδινημένοι. ἀτὰρ καὶ τὰ ἄρθρα ξυνδέδεται οὐ κινεύμενα τῇ τάcει. ἔcτω δὲ καὶ ὁ οἶκοc ἀλεει‐ νόc, κἢν θέροc ᾖ· μὴ μέχρι ἱδρώτων ἢ ἐκλύcιοc· ἐc cυγκοπὴν γὰρ ἡ νοῦcοc ῥέπει. χρὴ δὲ μηδὲ ἐc τὰ ἄλλα τὰ μεγάλα ἄκεα μέλλειν· οὐ</w:t>
      </w:r>
    </w:p>
    <w:p>
      <w:r>
        <w:rPr>
          <w:rFonts w:ascii="Courier New" w:hAnsi="Courier New"/>
          <w:color w:val="555555"/>
          <w:sz w:val="20"/>
        </w:rPr>
        <w:t>[1 . 6 . 2]</w:t>
      </w:r>
    </w:p>
    <w:p>
      <w:r>
        <w:rPr>
          <w:rFonts w:ascii="Gentium Plus" w:hAnsi="Gentium Plus"/>
          <w:sz w:val="24"/>
        </w:rPr>
        <w:t>γὰρ καιρὸc ἀμβολῆc. εἴτε ὦν διὰ ψῦξιν ἄνευ φανερῆc προφάcιοc γέ‐ νοιτο τέτανοc εἴτε ἐπὶ τρώματι εἴτε ἐπ’ ἀμβλώcει γυναικόc, φλέβα τὴν ἐπ’ ἀγκῶνι τάμνειν, προμηθευόμενον καὶ τὴν πίεcιν τοῦ βραχίονοc ἐν τῇ ἐπιδέcει, ὡc ἐc ἄνεcιν ἔχοι, καὶ τὴν τομήν, ὡc εὐαφέωc καὶ ῥηϊ‐</w:t>
      </w:r>
    </w:p>
    <w:p>
      <w:r>
        <w:rPr>
          <w:rFonts w:ascii="Courier New" w:hAnsi="Courier New"/>
          <w:color w:val="555555"/>
          <w:sz w:val="20"/>
        </w:rPr>
        <w:t>[5]</w:t>
      </w:r>
    </w:p>
    <w:p>
      <w:r>
        <w:rPr>
          <w:rFonts w:ascii="Gentium Plus" w:hAnsi="Gentium Plus"/>
          <w:sz w:val="24"/>
        </w:rPr>
        <w:t>δίωc γένοιτο. τάδε γὰρ cπαcμῶν προκλήcιεc. καὶ ἐcάπαξ ἀφαιρέειν εὐμέτρωc, μὴ μέχρι λειποθυμίηc καὶ περιψύξιοc. μηδ’ ἐπ’ ἀcιτίηc ἔῃ·</w:t>
      </w:r>
    </w:p>
    <w:p>
      <w:r>
        <w:rPr>
          <w:rFonts w:ascii="Courier New" w:hAnsi="Courier New"/>
          <w:color w:val="555555"/>
          <w:sz w:val="20"/>
        </w:rPr>
        <w:t>[1 . 6 . 3]</w:t>
      </w:r>
    </w:p>
    <w:p>
      <w:r>
        <w:rPr>
          <w:rFonts w:ascii="Gentium Plus" w:hAnsi="Gentium Plus"/>
          <w:sz w:val="24"/>
        </w:rPr>
        <w:t>ψυχρὸν καὶ ξηρὸν λιμόc. διδόναι ὦν μελικρήτου παχέοc ἀκρητεcτέρου καὶ πτιcάνηc χυλοῦ ξὺν μέλιτι. τάδε γὰρ καὶ παριcθμίοιcι ἐc ἔνθλιψιν ἀπονώτατα καὶ cτομάχῳ ἐc κατάποcιν λεῖα καὶ ῥήϊcτα καὶ ἐc μάλθα‐</w:t>
      </w:r>
    </w:p>
    <w:p>
      <w:r>
        <w:rPr>
          <w:rFonts w:ascii="Courier New" w:hAnsi="Courier New"/>
          <w:color w:val="555555"/>
          <w:sz w:val="20"/>
        </w:rPr>
        <w:t>[5]</w:t>
      </w:r>
    </w:p>
    <w:p>
      <w:r>
        <w:rPr>
          <w:rFonts w:ascii="Gentium Plus" w:hAnsi="Gentium Plus"/>
          <w:sz w:val="24"/>
        </w:rPr>
        <w:t>cκῆνοc ἐρίοιcι κατειλίχθω δεδευμένοιcι ἐλαίῳ γλευκίνῳ ἢ κροκίνῳ, ἐν οἷcι ἢ λιβανωτὶc ἢ κόνυζα ἢ ἀρτεμιcίη ἐνήψηται. καὶ τὰ πάντα θερμὰ ἐc δύνα‐</w:t>
      </w:r>
    </w:p>
    <w:p>
      <w:r>
        <w:rPr>
          <w:rFonts w:ascii="Courier New" w:hAnsi="Courier New"/>
          <w:color w:val="555555"/>
          <w:sz w:val="20"/>
        </w:rPr>
        <w:t>[1 . 6 . 4]</w:t>
      </w:r>
    </w:p>
    <w:p>
      <w:r>
        <w:rPr>
          <w:rFonts w:ascii="Gentium Plus" w:hAnsi="Gentium Plus"/>
          <w:sz w:val="24"/>
        </w:rPr>
        <w:t>μιν καὶ ἐc θίξιν ἔcτω. χρίειν δὲ τῷ διὰ τῆc λιμνήcτιδοc καὶ εὐφορβίου καὶ νίτρου καὶ πυρέθρου ἀλείμματι· προcβάλλειν δὲ τοιcίδε τοῦ καcτορίου cυχνόν. εὖ δὲ καὶ τοὺc τένονταc ξυλλαμβάνειν τοῖcι ἐρίοιcι καὶ χρίειν καὶ τὰ παρ’ οὖc καὶ ἀνθερεῶνα· τάδε γὰρ μάλιcτα πάcχει τε δεινὰ καὶ κτείνει.</w:t>
      </w:r>
    </w:p>
    <w:p>
      <w:r>
        <w:rPr>
          <w:rFonts w:ascii="Courier New" w:hAnsi="Courier New"/>
          <w:color w:val="555555"/>
          <w:sz w:val="20"/>
        </w:rPr>
        <w:t>[5]</w:t>
      </w:r>
    </w:p>
    <w:p>
      <w:r>
        <w:rPr>
          <w:rFonts w:ascii="Gentium Plus" w:hAnsi="Gentium Plus"/>
          <w:sz w:val="24"/>
        </w:rPr>
        <w:t>πυριῆν δὲ κούφοιcι θερμάcμαcι τένονταc καὶ κύcτιν, μαρcίποιcι ἔχουcι κέγχρον πεφωγμένην ἢ κύcτεcι βοῶν ἐλαίου θερμοῦ ἡμιπλήρεcι, ὡc ἐc πλάτοc ἐπικέηνται τῶν πυριωμένων χωρίων. ἐβιήcατό κοτε ἀνάγκη πυριῆcαι κεφαλήν, οὐκ ἀcφαλὲc μὲν αἰcθήcεcι, νεύροιcι δὲ ἀγαθόν· τάcδε μὲν γὰρ ὀμίχληc ἐπαναφορῇ ἀτμῶν πίμπληcι, ἀνίηcι δὲ τὰ νεῦρα.</w:t>
      </w:r>
    </w:p>
    <w:p>
      <w:r>
        <w:rPr>
          <w:rFonts w:ascii="Courier New" w:hAnsi="Courier New"/>
          <w:color w:val="555555"/>
          <w:sz w:val="20"/>
        </w:rPr>
        <w:t>[1 . 6 . 5]</w:t>
      </w:r>
    </w:p>
    <w:p>
      <w:r>
        <w:rPr>
          <w:rFonts w:ascii="Gentium Plus" w:hAnsi="Gentium Plus"/>
          <w:sz w:val="24"/>
        </w:rPr>
        <w:t>χρὴ ὦν τῷ τρόπῳ τε τῆc πυρίηc ὡc ἀcφαλεcτάτῳ χρέεcθαι καὶ ὕλῃ μὴ cφόδρα βαρυόδμῳ μιῇ. ἀλλὰ ὕλη μὲν ἔcτω ἔλαιον τὸ ἐν κύcτεcι ἄκνιcον ἐν διπλῷ ἀγγείῳ ἑψηθέν, ἢ ἅλεc λεπτοὶ ἐν τῷ μαρcιπίῳ. κέγ‐ χροc γὰρ καὶ λίνου cπέρμα εὐαφέα μέν, ἀτμώδεα δὲ καὶ βαρύοδμα.</w:t>
      </w:r>
    </w:p>
    <w:p>
      <w:r>
        <w:rPr>
          <w:rFonts w:ascii="Courier New" w:hAnsi="Courier New"/>
          <w:color w:val="555555"/>
          <w:sz w:val="20"/>
        </w:rPr>
        <w:t>[5]</w:t>
      </w:r>
    </w:p>
    <w:p>
      <w:r>
        <w:rPr>
          <w:rFonts w:ascii="Gentium Plus" w:hAnsi="Gentium Plus"/>
          <w:sz w:val="24"/>
        </w:rPr>
        <w:t>τρόποc δὲ πυρίηc· ὑποτετάcθαι δεῖ τοῖc τένουcι ὑπτίοιcι τὰ πυριάματα ἄχρι τῆc κορυφῆc· προcωτέρω δὲ ἐπὶ τὸ βρέγμα μὴ προβαίνειν· τόδε γὰρ τὸ χωρίον ἁπάcηc μὲν τῆc αἰcθήcιόc ἐcτι κοινὸν καὶ ἀπὸ τοῦδε</w:t>
      </w:r>
    </w:p>
    <w:p>
      <w:r>
        <w:rPr>
          <w:rFonts w:ascii="Courier New" w:hAnsi="Courier New"/>
          <w:color w:val="555555"/>
          <w:sz w:val="20"/>
        </w:rPr>
        <w:t>[1 . 6 . 6]</w:t>
      </w:r>
    </w:p>
    <w:p>
      <w:r>
        <w:rPr>
          <w:rFonts w:ascii="Gentium Plus" w:hAnsi="Gentium Plus"/>
          <w:sz w:val="24"/>
        </w:rPr>
        <w:t>πᾶcαι αἱ ἀφέcιεc ὠφελείηc τε καὶ βλάψιοc. ἢν δὲ καὶ ἐπιπλάccειν δεῖ τοὺc τένονταc, νέρθεν ἔcτω τοῦ ἰνίου· ἀνωτέρω γὰρ εἰ θείηc, τὴν κε‐ φαλὴν πλήcειc ἀτμῶν τοῦ λίνου τοῦ cπέρματοc καὶ τῆc τήλεωc. ἐπὶ δὲ τοῖcι ἐπιπλάcμαcι ἀγαθὸν ἡ cικύη ἐc τὸ ἰνίον, τῆc ῥάχιοc ἑκατέρω‐</w:t>
      </w:r>
    </w:p>
    <w:p>
      <w:r>
        <w:rPr>
          <w:rFonts w:ascii="Courier New" w:hAnsi="Courier New"/>
          <w:color w:val="555555"/>
          <w:sz w:val="20"/>
        </w:rPr>
        <w:t>[5]</w:t>
      </w:r>
    </w:p>
    <w:p>
      <w:r>
        <w:rPr>
          <w:rFonts w:ascii="Gentium Plus" w:hAnsi="Gentium Plus"/>
          <w:sz w:val="24"/>
        </w:rPr>
        <w:t>θεν. ἔcτω δὲ φειδὼ πολλὴ τῆc φλογόc· ὀδυνηρὸν γὰρ καὶ cπαcμῶδεc τῶν χειλέων τῆc cικύηc ἡ ἀμφίθλαcιc. χρὴ ὦν ἐc δηρὸν ἕλκειν καὶ μαλθακῶc μᾶλλον, ἢ ἁθρόον ἐν ὀλίγῳ χρόνῳ· ὧδε γὰρ ἄν cοι κυρτω‐ θείη τὸ χωρίον ἀπόνωc, ὅπερ ἐπιτάμνειν χρή. τέκμαρ δέ cοι τῆc αἱ‐ μάξιοc τῆc ξυμμετρίηc ἡ δύναμιc γιγνέcθω. τάδε μὲν ὦν τῶν ἄνευ</w:t>
      </w:r>
    </w:p>
    <w:p>
      <w:r>
        <w:rPr>
          <w:rFonts w:ascii="Courier New" w:hAnsi="Courier New"/>
          <w:color w:val="555555"/>
          <w:sz w:val="20"/>
        </w:rPr>
        <w:t>[1 . 6 . 7]</w:t>
      </w:r>
    </w:p>
    <w:p>
      <w:r>
        <w:rPr>
          <w:rFonts w:ascii="Gentium Plus" w:hAnsi="Gentium Plus"/>
          <w:sz w:val="24"/>
        </w:rPr>
        <w:t>ἑλκέων τετάνων τὰ ἄκεα. ἢν δὲ ἐπὶ τρώματι cπαcμὸc γένηται, ὀλέ‐ θριον μὲν καὶ δυcέλπιcτον· ἀρήγειν δὲ χρή· μετεξέτεροι [τε] γὰρ καὶ</w:t>
      </w:r>
    </w:p>
    <w:p>
      <w:r>
        <w:rPr>
          <w:rFonts w:ascii="Courier New" w:hAnsi="Courier New"/>
          <w:color w:val="555555"/>
          <w:sz w:val="20"/>
        </w:rPr>
        <w:t>[5]</w:t>
      </w:r>
    </w:p>
    <w:p>
      <w:r>
        <w:rPr>
          <w:rFonts w:ascii="Gentium Plus" w:hAnsi="Gentium Plus"/>
          <w:sz w:val="24"/>
        </w:rPr>
        <w:t>cμαcι φαρμάκοιcί τε ὁκόcα ῥηϊδίωc θερμαίνει τε καὶ πολλὸν τεύξει πῦον· ξηρὰ γὰρ ἐπὶ τετάνῳ τὰ ἕλκεα. ἔcτω ὦν λιβανωτοῦ τῆc μάννηc καὶ πολίου τῆc κόμηc καὶ ῥητίνηc ἀπὸ τερμίνθου καὶ πίτυοc τῶν δενδρέων καὶ ἀλθαίηc ῥίζηc καὶ πηγάνου καὶ κονύζηc τῆc βοτάνηc. τάδε χρὴ ξυμμίcγειν τοῖcι ἐπιπλάcμαcι, τὰ μὲν τήκοντα, τὰ δὲ ἐμπάccοντα, τὰ</w:t>
      </w:r>
    </w:p>
    <w:p>
      <w:r>
        <w:rPr>
          <w:rFonts w:ascii="Courier New" w:hAnsi="Courier New"/>
          <w:color w:val="555555"/>
          <w:sz w:val="20"/>
        </w:rPr>
        <w:t>[10]</w:t>
      </w:r>
    </w:p>
    <w:p>
      <w:r>
        <w:rPr>
          <w:rFonts w:ascii="Gentium Plus" w:hAnsi="Gentium Plus"/>
          <w:sz w:val="24"/>
        </w:rPr>
        <w:t>δὲ ξὺν ἐλαίῳ προλεαίνοντα, ἐν μελικρήτῳ δὲ τὴν ἀλθαίην κεκομμένην</w:t>
      </w:r>
    </w:p>
    <w:p>
      <w:r>
        <w:rPr>
          <w:rFonts w:ascii="Courier New" w:hAnsi="Courier New"/>
          <w:color w:val="555555"/>
          <w:sz w:val="20"/>
        </w:rPr>
        <w:t>[1 . 6 . 8]</w:t>
      </w:r>
    </w:p>
    <w:p>
      <w:r>
        <w:rPr>
          <w:rFonts w:ascii="Gentium Plus" w:hAnsi="Gentium Plus"/>
          <w:sz w:val="24"/>
        </w:rPr>
        <w:t>προεψεῖν. ἐπιπάccειν δὲ τῷ ἕλκεϊ καὶ τοῦ καcτορίου· οὐ cμικρὴ δὲ ἡ ἔνθεν ἀλέη ὅλῳ τῷ cκήνεϊ, ὅτι καὶ τὰ ῥίγεα τὰ ἀπὸ τῶν ἑλκέων κα‐ κοήθεα. ἐγχρίειν δὲ καὶ τὰc ῥῖναc τοῦ καcτορίου ξὺν κροκίνω λίπαϊ,</w:t>
      </w:r>
    </w:p>
    <w:p>
      <w:r>
        <w:rPr>
          <w:rFonts w:ascii="Courier New" w:hAnsi="Courier New"/>
          <w:color w:val="555555"/>
          <w:sz w:val="20"/>
        </w:rPr>
        <w:t>[1 . 6 . 9]</w:t>
      </w:r>
    </w:p>
    <w:p>
      <w:r>
        <w:rPr>
          <w:rFonts w:ascii="Gentium Plus" w:hAnsi="Gentium Plus"/>
          <w:sz w:val="24"/>
        </w:rPr>
        <w:t>ἀλλὰ καὶ πιπίcκειν τοῦδε ξυνεχέωc ὁκόcον ὁλκῆc τριώβολον. ἢν δὲ πρὸc τόδε ἀπαυδήcῃ ὁ cτόμαχοc, μεcηγὺ cιλφίου ῥίζηc διδόναι τῆc ὁλκῆc τὸ ἴcον τῷ καcτορίῳ ἢ cμύρνηc τοῦ cιλφίου ἥμιcυ. ἅπαντα δὲ ξὺν μελικρήτῳ πιπίcκειν. εἰ δὲ εὐπορίη ὀποῦ τοῦ cιλφίου τοῦ ἀπὸ</w:t>
      </w:r>
    </w:p>
    <w:p>
      <w:r>
        <w:rPr>
          <w:rFonts w:ascii="Courier New" w:hAnsi="Courier New"/>
          <w:color w:val="555555"/>
          <w:sz w:val="20"/>
        </w:rPr>
        <w:t>[5]</w:t>
      </w:r>
    </w:p>
    <w:p>
      <w:r>
        <w:rPr>
          <w:rFonts w:ascii="Gentium Plus" w:hAnsi="Gentium Plus"/>
          <w:sz w:val="24"/>
        </w:rPr>
        <w:t>τῆc Κυρήνηc γένοιτο, τόνδε χρὴ μέλιτι ἑφθῷ ἐνειλίξαντα ὁκόcον ὀρό‐ βου μέγεθοc καταπιεῖν διδόναι. ἄριcτον γὰρ ὧδε, ὡc τὴν ὑπερώην λάθοι παραλλάξαc· δριμὺc γὰρ καὶ τὴν ἐρυγὴν ἀπηνήc, [καὶ] κάκοδμοc ἐών. ἢν δὲ μὴ δύνηται ὧδε καταπιεῖν, μελικρήτῳ λύcαντα διδόναι. ἁπάντων γὰρ τῶν καταποτῶν δυνατώτερον, ὁκόcα πέφυκε ἀλεαίνειν</w:t>
      </w:r>
    </w:p>
    <w:p>
      <w:r>
        <w:rPr>
          <w:rFonts w:ascii="Courier New" w:hAnsi="Courier New"/>
          <w:color w:val="555555"/>
          <w:sz w:val="20"/>
        </w:rPr>
        <w:t>[10]</w:t>
      </w:r>
    </w:p>
    <w:p>
      <w:r>
        <w:rPr>
          <w:rFonts w:ascii="Gentium Plus" w:hAnsi="Gentium Plus"/>
          <w:sz w:val="24"/>
        </w:rPr>
        <w:t>τε καὶ ὑγραίνειν καὶ ἀνιέναι τῆc τάcιοc καὶ μαλθάccειν νεῦρα. ἢν δὲ</w:t>
      </w:r>
    </w:p>
    <w:p>
      <w:r>
        <w:rPr>
          <w:rFonts w:ascii="Courier New" w:hAnsi="Courier New"/>
          <w:color w:val="555555"/>
          <w:sz w:val="20"/>
        </w:rPr>
        <w:t>[1 . 6 . 10]</w:t>
      </w:r>
    </w:p>
    <w:p>
      <w:r>
        <w:rPr>
          <w:rFonts w:ascii="Gentium Plus" w:hAnsi="Gentium Plus"/>
          <w:sz w:val="24"/>
        </w:rPr>
        <w:t>μηδὲν καταπίνωcι, ἐc τὴν ἕδρην ἐγχεῖν ξὺν ἐλαίῳ τοῦ καcτορίου. τῷδε καὶ χρίειν τὴν ἕδρην ξὺν λίπαϊ ἢ μέλιτι· τῷδε καὶ τὴν κύcτιν τέγγειν τε καὶ χρίειν ἐc πάχοc ξὺν κηρῷ τήξαντα. ἢν δὲ καὶ φύcαc καὶ κό‐ πριον ἄγειν καιρὸc ᾖ, τῆc ἱερῆc τοῦ καθαρτηρίου ὁλκῆc 𐅵 δύο ξὺν</w:t>
      </w:r>
    </w:p>
    <w:p>
      <w:r>
        <w:rPr>
          <w:rFonts w:ascii="Courier New" w:hAnsi="Courier New"/>
          <w:color w:val="555555"/>
          <w:sz w:val="20"/>
        </w:rPr>
        <w:t>[5]</w:t>
      </w:r>
    </w:p>
    <w:p>
      <w:r>
        <w:rPr>
          <w:rFonts w:ascii="Gentium Plus" w:hAnsi="Gentium Plus"/>
          <w:sz w:val="24"/>
        </w:rPr>
        <w:t>μελικρήτῳ καὶ ἐλαίῳ ἐνιέναι. ξὺν γὰρ τῷ ἄγειν τάδε ἔτι καὶ τὸ ἔν‐ τερον καὶ τὴν κάτω κοιλίην ἐκπυριῇ· ποικίλον γὰρ καὶ θερμὸν φάρμα‐ κον ἡ ἱερή.</w:t>
      </w:r>
    </w:p>
    <w:p>
      <w:r>
        <w:rPr>
          <w:rFonts w:ascii="Courier New" w:hAnsi="Courier New"/>
          <w:color w:val="555555"/>
          <w:sz w:val="20"/>
        </w:rPr>
        <w:t>[1 . 7 . 1]</w:t>
      </w:r>
    </w:p>
    <w:p>
      <w:r>
        <w:rPr>
          <w:rFonts w:ascii="Gentium Plus" w:hAnsi="Gentium Plus"/>
          <w:sz w:val="24"/>
        </w:rPr>
        <w:t>Θεραπεία cυνάγχηc. Δοιαὶ cυνάγχηc ἔαcι ἰδέαι. ἡ μὲν ξὺν θερμαcίῃ καὶ μεγάλῃ πρήcει τῶν παριcθμίων καὶ ἐξογκώcει ἔξω· ἀτὰρ καὶ ἡ γλῶccα καὶ ὁ γαργαρεὼν καὶ πάντα τὰ τῇδε μέρεα ἐc ὄγκον ἀείρεται. ἡ δὲ ἑτέρη ξύμπτωcίc ἐcτι τουτέων ἠδὲ ἐc τὸ εἴcω πίεcιc,</w:t>
      </w:r>
    </w:p>
    <w:p>
      <w:r>
        <w:rPr>
          <w:rFonts w:ascii="Courier New" w:hAnsi="Courier New"/>
          <w:color w:val="555555"/>
          <w:sz w:val="20"/>
        </w:rPr>
        <w:t>[5]</w:t>
      </w:r>
    </w:p>
    <w:p>
      <w:r>
        <w:rPr>
          <w:rFonts w:ascii="Gentium Plus" w:hAnsi="Gentium Plus"/>
          <w:sz w:val="24"/>
        </w:rPr>
        <w:t>ξὺν ἀγχόνῃ μέζονι, ὡc δοκέειν τὴν φλεγμαcίην εἴcω μέcφι τῆc κρα‐ δίηc ἐρηρεῖcθαι. τῇδε χρὴ μάλιcτα ὠκέωc ἀρήγειν· τῇδε γὰρ καὶ ὠκέωc</w:t>
      </w:r>
    </w:p>
    <w:p>
      <w:r>
        <w:rPr>
          <w:rFonts w:ascii="Courier New" w:hAnsi="Courier New"/>
          <w:color w:val="555555"/>
          <w:sz w:val="20"/>
        </w:rPr>
        <w:t>[1 . 7 . 2]</w:t>
      </w:r>
    </w:p>
    <w:p>
      <w:r>
        <w:rPr>
          <w:rFonts w:ascii="Gentium Plus" w:hAnsi="Gentium Plus"/>
          <w:sz w:val="24"/>
        </w:rPr>
        <w:t>θνῄcκουcι. ἢν μὲν ὦν ἀπὸ κραιπάληc καὶ οἰνοφλυγίηc ἔωcι, ὑποκλύζειν αὐτῆμαρ. ἀλλὰ καὶ διccοῖc κλύcμαcι· τῷ μὲν ξυνήθεϊ, ὡc ἄγειν κοπρώδεα· τῷ δὲ ὡc ἀποcπᾶcθαί τι τῶν χυμῶν ἀπὸ τῶν παριcθμίων τε καὶ θώρηκοc. ἔcται ὦν ἀλλὰ μήτε ἀκρητεcτέρη, ** καὶ κενταυρίου καὶ ὑccώπου ἑψή‐</w:t>
      </w:r>
    </w:p>
    <w:p>
      <w:r>
        <w:rPr>
          <w:rFonts w:ascii="Courier New" w:hAnsi="Courier New"/>
          <w:color w:val="555555"/>
          <w:sz w:val="20"/>
        </w:rPr>
        <w:t>[5]</w:t>
      </w:r>
    </w:p>
    <w:p>
      <w:r>
        <w:rPr>
          <w:rFonts w:ascii="Gentium Plus" w:hAnsi="Gentium Plus"/>
          <w:sz w:val="24"/>
        </w:rPr>
        <w:t>ματα. τάδε γὰρ καὶ φλεγμάτων ἀγωγά. κἢν δὲ ἀπὸ λεπτῆc διαίτηc ἔωcι, τάμνειν φλέβα τὴν ἐπ’ ἀγκῶνι. μέζονα δὲ τὴν τομὴν cχάζειν, ὅκωc ῥοιζηδὸν ἠδὲ ἁθρόον ῥέῃ τὸ αἷμα· ὅδε γὰρ ὁ ῥόοc ἱκανὸc μὲν ὡc ὤκιcτα θερμαcίην πρηῧναι, δυνατὸc δ’ ἀγχόνην λῦcαι καὶ πάντα μειῶ‐</w:t>
      </w:r>
    </w:p>
    <w:p>
      <w:r>
        <w:rPr>
          <w:rFonts w:ascii="Courier New" w:hAnsi="Courier New"/>
          <w:color w:val="555555"/>
          <w:sz w:val="20"/>
        </w:rPr>
        <w:t>[1 . 7 . 3]</w:t>
      </w:r>
    </w:p>
    <w:p>
      <w:r>
        <w:rPr>
          <w:rFonts w:ascii="Gentium Plus" w:hAnsi="Gentium Plus"/>
          <w:sz w:val="24"/>
        </w:rPr>
        <w:t>cαι. οὐκ ἀγεννὲc δὲ καὶ μέcφι λειποθυμίηc ἄγειν, μὴ μέντοι λειποθυ‐ μέειν· μετεξέτεροι γὰρ ξὺν τῇ πληγῇ ἐξέθανον ἐπὶ τῇ λειποψυχίῃ. ἢ δεcμοῖcι cφυρῶν cφίγγοντεc ὑπὲρ cφυρὰ καὶ γούνατα· ἄριcτον δὲ καὶ ὑπὲρ καρποὺc ἐc πήχεαc καὶ ὑπὲρ πήχεαc ἐc βραχίονα. ἢν δὲ καταπίνειν</w:t>
      </w:r>
    </w:p>
    <w:p>
      <w:r>
        <w:rPr>
          <w:rFonts w:ascii="Courier New" w:hAnsi="Courier New"/>
          <w:color w:val="555555"/>
          <w:sz w:val="20"/>
        </w:rPr>
        <w:t>[5]</w:t>
      </w:r>
    </w:p>
    <w:p>
      <w:r>
        <w:rPr>
          <w:rFonts w:ascii="Gentium Plus" w:hAnsi="Gentium Plus"/>
          <w:sz w:val="24"/>
        </w:rPr>
        <w:t>ῥήϊcτον ᾖ, ἐλατηρίου διδόναι ξὺν μελικρήτῳ καὶ ὀρρῷ γάλακτοc, ὁκό‐ cον ἂν καθῆραι ἱκανὸν ᾖ τὸν ἄνθρωπον· ἐλατήριον δὲ τοιcίδε τῶν ἄλλων καθαρτηρίων κρέccον· ξύμφορον δὲ καὶ κνέωρον καὶ νᾶπυ· τώδε</w:t>
      </w:r>
    </w:p>
    <w:p>
      <w:r>
        <w:rPr>
          <w:rFonts w:ascii="Courier New" w:hAnsi="Courier New"/>
          <w:color w:val="555555"/>
          <w:sz w:val="20"/>
        </w:rPr>
        <w:t>[1 . 7 . 4]</w:t>
      </w:r>
    </w:p>
    <w:p>
      <w:r>
        <w:rPr>
          <w:rFonts w:ascii="Gentium Plus" w:hAnsi="Gentium Plus"/>
          <w:sz w:val="24"/>
        </w:rPr>
        <w:t>γὰρ ἄμφω τὰc κοιλίαc καθαίρει· ἐπὶ δὲ τοῖcι ἢν μὴ ἐνδιδῶcι αἱ πρή‐ cιεc, πρὸc τὸν οὐρανὸν ἀνακλάcαντα τὴν γλῶccαν τάμνειν τὰc ἐν αὐτέῃ φλέβαc. κἢν εὐρόωc καὶ πολλὸν ῥυῇ τὸ αἷμα, τῶν ἄλλων μᾶλ‐ λον ἂν ὤνηcε. τέγξιεc ἐπὶ τοῖcι φλεγμαίνουcι τὰ πρῶτα μὲν cτύφου‐</w:t>
      </w:r>
    </w:p>
    <w:p>
      <w:r>
        <w:rPr>
          <w:rFonts w:ascii="Courier New" w:hAnsi="Courier New"/>
          <w:color w:val="555555"/>
          <w:sz w:val="20"/>
        </w:rPr>
        <w:t>[5]</w:t>
      </w:r>
    </w:p>
    <w:p>
      <w:r>
        <w:rPr>
          <w:rFonts w:ascii="Gentium Plus" w:hAnsi="Gentium Plus"/>
          <w:sz w:val="24"/>
        </w:rPr>
        <w:t>cαι, ὅκωc ἐc παλίρροιαν ἴωcιν αἱ ὗλαι· ἔριά τ’ ὦν πιναρὰ ξὺν οἰcύπῳ, δευθέντα οἴνῳ καὶ ἀλείφατι τῷ ἀπὸ τῆc ἐλαίηc τῆc ὄμφακοc. ἀτὰρ καὶ τὰ ἐπιπλάcματα ἴκελα τῇ τέγξει· φοίνικεc ἐν οἴνῳ δεδευμένοι, λεῖοι ξὺν ῥόδοιcι τοῖcι πετάλοιcι. ὡc δὲ γλίcχρον τε καὶ μαλακὸν ἔῃ τὸ ἐπίπλαcμα, καὶ ἄλφιτον ἔcτω ἢ λίνου cπέρμα καὶ μέλι καὶ ἔλαιον,</w:t>
      </w:r>
    </w:p>
    <w:p>
      <w:r>
        <w:rPr>
          <w:rFonts w:ascii="Courier New" w:hAnsi="Courier New"/>
          <w:color w:val="555555"/>
          <w:sz w:val="20"/>
        </w:rPr>
        <w:t>[1 . 7 . 5]</w:t>
      </w:r>
    </w:p>
    <w:p>
      <w:r>
        <w:rPr>
          <w:rFonts w:ascii="Gentium Plus" w:hAnsi="Gentium Plus"/>
          <w:sz w:val="24"/>
        </w:rPr>
        <w:t>ἐc τὴν ἁπάντων μεῖξιν. ἢν δὲ ἐc πύηcιν τρέπηται, τοῖcι θερμοῖcι χρέ‐ εcθαι, οἷcιπερ καὶ ἐπὶ τῆc ἑτέρηc cυνάγχηc. τῆλιc ὦν ἔcτω τὸ ἄλφι‐ τον καὶ μάννα καὶ ῥητίνη τὰ τηκτά, καὶ πολίου κόμη ἐμπαccέcθω. καὶ</w:t>
      </w:r>
    </w:p>
    <w:p>
      <w:r>
        <w:rPr>
          <w:rFonts w:ascii="Courier New" w:hAnsi="Courier New"/>
          <w:color w:val="555555"/>
          <w:sz w:val="20"/>
        </w:rPr>
        <w:t>[5]</w:t>
      </w:r>
    </w:p>
    <w:p>
      <w:r>
        <w:rPr>
          <w:rFonts w:ascii="Gentium Plus" w:hAnsi="Gentium Plus"/>
          <w:sz w:val="24"/>
        </w:rPr>
        <w:t>δὲ ἐμπύηcιν δυνατώτατον, πελειάδων ἢ κυνῶν κόπρον προcεπιπάccειν λεπτὴν ἀπὸ κρηcέρηc. διακλύcματα δέ, μελίκρητον ξὺν φακῆc ἢ ὑccώ‐</w:t>
      </w:r>
    </w:p>
    <w:p>
      <w:r>
        <w:rPr>
          <w:rFonts w:ascii="Courier New" w:hAnsi="Courier New"/>
          <w:color w:val="555555"/>
          <w:sz w:val="20"/>
        </w:rPr>
        <w:t>[1 . 7 . 6]</w:t>
      </w:r>
    </w:p>
    <w:p>
      <w:r>
        <w:rPr>
          <w:rFonts w:ascii="Gentium Plus" w:hAnsi="Gentium Plus"/>
          <w:sz w:val="24"/>
        </w:rPr>
        <w:t>που ἑψήματι ἢ ῥόδων ἢ φοινίκων ἢ ὁμοῦ πάντων. ἐγχρίειν δὲ τὸ cτόμα πᾶν μέcφι τῆc εἴcω φάρυγγοc, ἁπλοῖcι μὲν χυλῷ μόρων, ῥοιῶν ὕδατι λεανθέντων ἢ φοινίκων ἑψήματι. φαρμάκοιcι δὲ τῇ διὰ τῶν μόρων ἢ καὶ τῇ βηcαcᾷ καὶ χυλῷ ῥοὸc καὶ τῇ διὰ τῶν χελιδονίων.</w:t>
      </w:r>
    </w:p>
    <w:p>
      <w:r>
        <w:rPr>
          <w:rFonts w:ascii="Courier New" w:hAnsi="Courier New"/>
          <w:color w:val="555555"/>
          <w:sz w:val="20"/>
        </w:rPr>
        <w:t>[5]</w:t>
      </w:r>
    </w:p>
    <w:p>
      <w:r>
        <w:rPr>
          <w:rFonts w:ascii="Gentium Plus" w:hAnsi="Gentium Plus"/>
          <w:sz w:val="24"/>
        </w:rPr>
        <w:t>ἢν δὲ ἕλκεα ἐcχαρῶν ἔωcι, διακλύcματα τάδε καὶ ἀνακογχυλιcμοί, ὑccώπου ἀφέψημα ἐν μελικρήτῳ ἢ cύκων τὰ πίονα ἐν ὕδατι καὶ ἐπὶ</w:t>
      </w:r>
    </w:p>
    <w:p>
      <w:r>
        <w:rPr>
          <w:rFonts w:ascii="Courier New" w:hAnsi="Courier New"/>
          <w:color w:val="555555"/>
          <w:sz w:val="20"/>
        </w:rPr>
        <w:t>[1 . 7 . 7]</w:t>
      </w:r>
    </w:p>
    <w:p>
      <w:r>
        <w:rPr>
          <w:rFonts w:ascii="Gentium Plus" w:hAnsi="Gentium Plus"/>
          <w:sz w:val="24"/>
        </w:rPr>
        <w:t>τοιcίδε ἄμυλοc διηθεὶc ἐν μελικρήτῳ ἢ πτιcάνηc χυλῷ ἢ τράγου. ἐπὶ δὲ τῆc μετὰ ξυμπτώcιοc cυνάγχηc, εἴcωθεν ἔξω ἄγειν πάντα καὶ ὑγρὰ καὶ θέρμην καὶ cάρκα πᾶcαν, ὡc ἐξογκέῃ ἔξω τὸ πᾶν. ἔcτωcαν ὦν θερμαὶ αἱ τέγξιεc ξὺν πηγάνῳ καὶ ἀνήθῳ, ἐμπαccομένου νίτρου· καὶ</w:t>
      </w:r>
    </w:p>
    <w:p>
      <w:r>
        <w:rPr>
          <w:rFonts w:ascii="Courier New" w:hAnsi="Courier New"/>
          <w:color w:val="555555"/>
          <w:sz w:val="20"/>
        </w:rPr>
        <w:t>[5]</w:t>
      </w:r>
    </w:p>
    <w:p>
      <w:r>
        <w:rPr>
          <w:rFonts w:ascii="Gentium Plus" w:hAnsi="Gentium Plus"/>
          <w:sz w:val="24"/>
        </w:rPr>
        <w:t>ἐπιπλάcματα ξὺν τουτέοιcι τὰ πρόcθεν. ἀγαθὸν δὲ κηρωτὴν ξὺν νίτρῳ καὶ cινήπυϊ τιθέναι ἐc θερμαcίην. θερμαcίη δὲ ἡ ἐc τὰ ἔξω τὰ τοιάδε ἰῆται, ἀτὰρ ἠδὲ ἐξογκέει ἐc τὸν αὐχένα. ὄγκοc δὲ περιπνευμονίηc ῥύεται ἐπαιωρεύμενοc ἔξω· εἴcω δὲ τοῖcι cυναγχικοῖcι ὀλέθριον κακόν.</w:t>
      </w:r>
    </w:p>
    <w:p>
      <w:r>
        <w:rPr>
          <w:rFonts w:ascii="Courier New" w:hAnsi="Courier New"/>
          <w:color w:val="555555"/>
          <w:sz w:val="20"/>
        </w:rPr>
        <w:t>[1 . 7 . 8]</w:t>
      </w:r>
    </w:p>
    <w:p>
      <w:r>
        <w:rPr>
          <w:rFonts w:ascii="Gentium Plus" w:hAnsi="Gentium Plus"/>
          <w:sz w:val="24"/>
        </w:rPr>
        <w:t>ὁκόcοι δὲ ὑπ’ εὐλαβείηc τῆc ἐπὶ τῆc cυνάγχηc πνιγὸc τὴν ἀρτηρίην ἔταμον ἐc ἀναπνοήν, οὔ μοι δοκέουcι πείρῃ τὸ πρῆγμα πιcτώcαcθαι. ἥ τε γὰρ θερμαcίη τῆc φλεγμαcίηc μέζων ἐκ τοῦ τρώματοc γίγνεται καὶ προcτιμωρέει τῇ πνιγί, καὶ βήccουcι· ἢν δὲ καὶ ἄλλωc ἐκφύγωcι</w:t>
      </w:r>
    </w:p>
    <w:p>
      <w:r>
        <w:rPr>
          <w:rFonts w:ascii="Courier New" w:hAnsi="Courier New"/>
          <w:color w:val="555555"/>
          <w:sz w:val="20"/>
        </w:rPr>
        <w:t>[5]</w:t>
      </w:r>
    </w:p>
    <w:p>
      <w:r>
        <w:rPr>
          <w:rFonts w:ascii="Gentium Plus" w:hAnsi="Gentium Plus"/>
          <w:sz w:val="24"/>
        </w:rPr>
        <w:t>τόνδε τὸν κίνδυνον, οὐ ξυνάγεται τοῦ τρώματοc τὰ χείλεα· ἄμφω γὰρ χονδρώδεα καὶ ἀξύμφυτα.</w:t>
      </w:r>
    </w:p>
    <w:p>
      <w:r>
        <w:rPr>
          <w:rFonts w:ascii="Courier New" w:hAnsi="Courier New"/>
          <w:color w:val="555555"/>
          <w:sz w:val="20"/>
        </w:rPr>
        <w:t>[1 . 8 . 1]</w:t>
      </w:r>
    </w:p>
    <w:p>
      <w:r>
        <w:rPr>
          <w:rFonts w:ascii="Gentium Plus" w:hAnsi="Gentium Plus"/>
          <w:sz w:val="24"/>
        </w:rPr>
        <w:t>Θεραπεία τῶν κατὰ τὴν κιονίδα παθῶν. Τῶν παθέων ὁκόcα ἀμφὶ τὴν κιονίδα γίγνεται, τὰ μὲν ὑποτάμνειν χρή (ἀλλ’ οὐ τοῦ παρεόντοc λόγου ἡ τῶνδε χειρουργίη), τὰ δὲ ὡc ὀξέα ἰῆcθαι· ῥηϊδίωc</w:t>
      </w:r>
    </w:p>
    <w:p>
      <w:r>
        <w:rPr>
          <w:rFonts w:ascii="Courier New" w:hAnsi="Courier New"/>
          <w:color w:val="555555"/>
          <w:sz w:val="20"/>
        </w:rPr>
        <w:t>[5]</w:t>
      </w:r>
    </w:p>
    <w:p>
      <w:r>
        <w:rPr>
          <w:rFonts w:ascii="Gentium Plus" w:hAnsi="Gentium Plus"/>
          <w:sz w:val="24"/>
        </w:rPr>
        <w:t>καλέομεν cταφυλήν τε καὶ κιονίδα. ἄμφω γὰρ ξὺν φλεγμαcίῃ καὶ πά‐ χεϊ καὶ μήκεϊ ξυνίcτανται, ὡc ἐc τὴν ἀρτηρίην ἐκκρεμέα γίγνεcθαι.</w:t>
      </w:r>
    </w:p>
    <w:p>
      <w:r>
        <w:rPr>
          <w:rFonts w:ascii="Courier New" w:hAnsi="Courier New"/>
          <w:color w:val="555555"/>
          <w:sz w:val="20"/>
        </w:rPr>
        <w:t>[1 . 8 . 2]</w:t>
      </w:r>
    </w:p>
    <w:p>
      <w:r>
        <w:rPr>
          <w:rFonts w:ascii="Gentium Plus" w:hAnsi="Gentium Plus"/>
          <w:sz w:val="24"/>
        </w:rPr>
        <w:t>ἴcῳ μὲν πάχεϊ, ἀπὸ τῆc βάcιοc μέcφι ἄκρου τοῦ οὐρανοῦ, ὁ κίων, ἀνίcῳ δὲ ἡ cταφυλή· τῆcδε γὰρ ἰcχνὴ μὲν ἡ ἀπὸ τοῦ οὐρανοῦ βάcιc, ἐc δὲ τὸ ἄκρον cτρογγύλη καὶ παχείη, ξὺν ἐρυθήματι ἢ πελιδνώcει· τῇδε καὶ cταφυλὴν ἐπίκληcιν ἔcχηκε τὸ πάθοc. τοῖcι ὦν χρὴ ὠκέωc</w:t>
      </w:r>
    </w:p>
    <w:p>
      <w:r>
        <w:rPr>
          <w:rFonts w:ascii="Courier New" w:hAnsi="Courier New"/>
          <w:color w:val="555555"/>
          <w:sz w:val="20"/>
        </w:rPr>
        <w:t>[1 . 8 . 3]</w:t>
      </w:r>
    </w:p>
    <w:p>
      <w:r>
        <w:rPr>
          <w:rFonts w:ascii="Gentium Plus" w:hAnsi="Gentium Plus"/>
          <w:sz w:val="24"/>
        </w:rPr>
        <w:t>ἀρήγειν· ὤκιcτοc γὰρ ὁ ἀπὸ πνιγὸc ὄλεθροc. ἢν μὲν ὦν νεηνίαι οἱ πεπονθότεc ἔωcι, τάμνειν τὴν ἐπ’ ἀγκῶνι φλέβα, ἠδ’ ἁθρόον κενοῦν μέζονι τῇ τομῇ. ὡc γὰρ ἀπ’ ἀγχόνηc, ἀπέλυcε τῆc πνιγὸc ἡ τοιήδε ἀφαίρεcιc· ἢν δέ, ὑποκλύζειν κλυcμῷ πρηέϊ, ἔπειτα δὲ δριμέϊ ἄλλοτε</w:t>
      </w:r>
    </w:p>
    <w:p>
      <w:r>
        <w:rPr>
          <w:rFonts w:ascii="Courier New" w:hAnsi="Courier New"/>
          <w:color w:val="555555"/>
          <w:sz w:val="20"/>
        </w:rPr>
        <w:t>[5]</w:t>
      </w:r>
    </w:p>
    <w:p>
      <w:r>
        <w:rPr>
          <w:rFonts w:ascii="Gentium Plus" w:hAnsi="Gentium Plus"/>
          <w:sz w:val="24"/>
        </w:rPr>
        <w:t>καὶ ἄλλοτε, ἔcτ’ ἂν ἑλκύcῃ τι ἄνωθεν ἐc μετάcταcιν. περικεέcθωcαν δὲ καὶ δεcμοὶ cφίγγοντεc ἄκροιcι τοῖcι cκέλεcι ὑπὲρ cφυρὰ καὶ γούνατα καὶ ὕπερθεν καρπῶν καὶ πήχεων ἐc βραχίοναc. εἰ δέ τι ἡ πνὶξ ἐπι‐ cπέρχοι, cικύην ἐc τὸ ἰνίον ἠδὲ ἐc τὸν θώρηκα προcβάλλειν καὶ του‐</w:t>
      </w:r>
    </w:p>
    <w:p>
      <w:r>
        <w:rPr>
          <w:rFonts w:ascii="Courier New" w:hAnsi="Courier New"/>
          <w:color w:val="555555"/>
          <w:sz w:val="20"/>
        </w:rPr>
        <w:t>[1 . 8 . 4]</w:t>
      </w:r>
    </w:p>
    <w:p>
      <w:r>
        <w:rPr>
          <w:rFonts w:ascii="Gentium Plus" w:hAnsi="Gentium Plus"/>
          <w:sz w:val="24"/>
        </w:rPr>
        <w:t>τέων ἐντάμνειν τινά. πρήccειν τε ἅπαντα, ὁκόcα μοι ἐν τῇ cυνάγχῃ λέλεκται· ωὑτὸc γὰρ ἀμφοῖν ὀλέθρου τρόποc. ἀλλὰ καὶ τοῖcι ἐc τὸ cτόμα φαρμάκοιcι τοῖcι αὐτέοιcι χρέεcθαι καὶ cτύψεcι καὶ μαλθακτη‐ ρίοιcι καὶ πυρίῃ τῇ ἔξωθεν καὶ ἐπιπλάcμαcι καὶ ἐc τὸ cτόμα ἐγχρί‐</w:t>
      </w:r>
    </w:p>
    <w:p>
      <w:r>
        <w:rPr>
          <w:rFonts w:ascii="Courier New" w:hAnsi="Courier New"/>
          <w:color w:val="555555"/>
          <w:sz w:val="20"/>
        </w:rPr>
        <w:t>[5]</w:t>
      </w:r>
    </w:p>
    <w:p>
      <w:r>
        <w:rPr>
          <w:rFonts w:ascii="Gentium Plus" w:hAnsi="Gentium Plus"/>
          <w:sz w:val="24"/>
        </w:rPr>
        <w:t>cμαcι. περὶ δὲ τὸν κίονα ἐπὶ τῆc cταφυλῆc ἔcτω cτύμμα, ῥοὸc χυλόc, μέλιτι ἢ ὕδατι λυθεῖcα ἀκακίη, ὑποκυcτίc, γῆ Ϲαμίη ἢ Λημνίη ἢ Ϲινῶ‐</w:t>
      </w:r>
    </w:p>
    <w:p>
      <w:r>
        <w:rPr>
          <w:rFonts w:ascii="Courier New" w:hAnsi="Courier New"/>
          <w:color w:val="555555"/>
          <w:sz w:val="20"/>
        </w:rPr>
        <w:t>[1 . 8 . 5]</w:t>
      </w:r>
    </w:p>
    <w:p>
      <w:r>
        <w:rPr>
          <w:rFonts w:ascii="Gentium Plus" w:hAnsi="Gentium Plus"/>
          <w:sz w:val="24"/>
        </w:rPr>
        <w:t>πιc ἠδὲ ὀμφάκιον. ἢν δὲ ἑλκώδηc ἔῃ, κόμμι καὶ ἄμυλον δευθέντα ῥόδων ἢ φοινίκων ἀφεψήματι, καὶ πτιcάνηc ἢ τράγου χυλόc. ἐπὶ δὲ τοῦ κίονοc ἔcτω πλέον τι τῶν εὐτονωτέρων διὰ cμύρνηc τε καὶ κόcτου καὶ κυπέρου· ἀνέχεται γὰρ τῶνδε τῶν δριμέων ὁ κίων. ἢν δὲ ἔμπυοc</w:t>
      </w:r>
    </w:p>
    <w:p>
      <w:r>
        <w:rPr>
          <w:rFonts w:ascii="Courier New" w:hAnsi="Courier New"/>
          <w:color w:val="555555"/>
          <w:sz w:val="20"/>
        </w:rPr>
        <w:t>[5]</w:t>
      </w:r>
    </w:p>
    <w:p>
      <w:r>
        <w:rPr>
          <w:rFonts w:ascii="Gentium Plus" w:hAnsi="Gentium Plus"/>
          <w:sz w:val="24"/>
        </w:rPr>
        <w:t>ὅδε ὁ χῶροc γένηται, μετεξετέροιcι ἠδὲ τὰ τῆc ὑπερώηc ὀcτέα ἐφθά‐ ρη, καὶ ἐc μακρὸν φθίνοντεc τὸν βίον ἐτελεύτηcαν. τῶνδε μέντοι</w:t>
      </w:r>
    </w:p>
    <w:p>
      <w:r>
        <w:rPr>
          <w:rFonts w:ascii="Courier New" w:hAnsi="Courier New"/>
          <w:color w:val="555555"/>
          <w:sz w:val="20"/>
        </w:rPr>
        <w:t>[1 . 9 . 1]</w:t>
      </w:r>
    </w:p>
    <w:p>
      <w:r>
        <w:rPr>
          <w:rFonts w:ascii="Gentium Plus" w:hAnsi="Gentium Plus"/>
          <w:sz w:val="24"/>
        </w:rPr>
        <w:t>Θεραπεία τῶν κατὰ τὴν φάρυγγα λοιμικῶν παθῶν. Πῆ μὲν ξυνὴ καὶ τῶνδε πρὸc τἆλλα πάθεα τὰ ἐν τοῖcι παριcθμίοιcι ἰητρείη, πῆ 〈δὲ〉 ἰδίη. ἐπὶ φλεγμαcίῃ καὶ ἀγχόνῃ κλυcμοί, φλεβοτομίη, τέγξιεc, ἐπιπλάcιεc, πυρίη, διάδεcμοι, cικύη, πάντα τωὐτά. χρίcιεc δὲ φαρμά‐</w:t>
      </w:r>
    </w:p>
    <w:p>
      <w:r>
        <w:rPr>
          <w:rFonts w:ascii="Courier New" w:hAnsi="Courier New"/>
          <w:color w:val="555555"/>
          <w:sz w:val="20"/>
        </w:rPr>
        <w:t>[5]</w:t>
      </w:r>
    </w:p>
    <w:p>
      <w:r>
        <w:rPr>
          <w:rFonts w:ascii="Gentium Plus" w:hAnsi="Gentium Plus"/>
          <w:sz w:val="24"/>
        </w:rPr>
        <w:t>κων δυνατωτέρων· οὐ γὰρ ἀτρεμέει τὰ ἕλκεα, οὐδὲ ἐcχάραι γίγνονται ἐπιπολῆc. ἀλλὰ κἢν ἰχὼρ ἀπὸ τουτέων εἴcω cτάξῃ, ὤκιcτα μὲν ἑλκοῦ‐ ται τὰ μέρεα, κἢν ἀcινέα ᾖ· ὤκιcτα δὲ ἐc τὸ εἴcω νέμεται καὶ κτείνει. πυρὶ μὲν ὦν καίειν τὸ πάθοc ἀρωγόν, ἀλλ’ ἀξύνετον διὰ τὸν ἰcθμόν. φαρμάκοιcι δὲ πυρὶ ἰκέλοιcι χρέεcθαι ἔc τε τὴν ἐπίcχεcιν τῆc νεμή‐</w:t>
      </w:r>
    </w:p>
    <w:p>
      <w:r>
        <w:rPr>
          <w:rFonts w:ascii="Courier New" w:hAnsi="Courier New"/>
          <w:color w:val="555555"/>
          <w:sz w:val="20"/>
        </w:rPr>
        <w:t>[1 . 9 . 2]</w:t>
      </w:r>
    </w:p>
    <w:p>
      <w:r>
        <w:rPr>
          <w:rFonts w:ascii="Gentium Plus" w:hAnsi="Gentium Plus"/>
          <w:sz w:val="24"/>
        </w:rPr>
        <w:t>cιοc, ἀτὰρ ἠδὲ ἐc τὴν τῶν ἐcχαρέων ἔκπτωcιν. ἔcτω δὲ cτυπτηρίη ξὺν μέλιτι, κηκίc, βαλαύcτιον, ξηρὰ ξὺν μελικρήτῳ. τοῖcι δὲ αὐτοῖcι καὶ ἐμφυcῆν καλάμῳ ἢ πτίλῳ ἢ καυλῷ παχέϊ καὶ ἐπιμήκεϊ, ὡc τῶν ἑλκέων θιγγάνειν τὰ φάρμακα. ἄριcτον δὲ καὶ χαλκῖτιc ὀπτὴ ξὺν κα‐</w:t>
      </w:r>
    </w:p>
    <w:p>
      <w:r>
        <w:rPr>
          <w:rFonts w:ascii="Courier New" w:hAnsi="Courier New"/>
          <w:color w:val="555555"/>
          <w:sz w:val="20"/>
        </w:rPr>
        <w:t>[5]</w:t>
      </w:r>
    </w:p>
    <w:p>
      <w:r>
        <w:rPr>
          <w:rFonts w:ascii="Gentium Plus" w:hAnsi="Gentium Plus"/>
          <w:sz w:val="24"/>
        </w:rPr>
        <w:t>δμείῃ λείῃ ξὺν ὄξεϊ· ἔcτω δὲ μοίρηc διπλάcιον τῆc καδμείηc καὶ ῥήου ἡ ῥίζα ξύν τινι ὑγρῷ. φυλάccεcθαι δὲ χρὴ τῶνδε τὰc ἐπιθλίψιαc· ὑγραίνει γὰρ τὰ ἕλκεα καὶ ἐπὶ μᾶλλον νέμεται. χρὴ ὦν πτερῷ τὰ ξηρὰ καταπάccειν· τὰ δὲ ὑγρὰ ὑγρότατα ποιέοντα ἐc τὸν γαργαρεῶνα</w:t>
      </w:r>
    </w:p>
    <w:p>
      <w:r>
        <w:rPr>
          <w:rFonts w:ascii="Courier New" w:hAnsi="Courier New"/>
          <w:color w:val="555555"/>
          <w:sz w:val="20"/>
        </w:rPr>
        <w:t>[1 . 9 . 3]</w:t>
      </w:r>
    </w:p>
    <w:p>
      <w:r>
        <w:rPr>
          <w:rFonts w:ascii="Gentium Plus" w:hAnsi="Gentium Plus"/>
          <w:sz w:val="24"/>
        </w:rPr>
        <w:t>ἐγχέειν. ἢν δὲ αἱ ἐcχάραι ἤδη τε ἀπολύωνται, τὰ δὲ ἕλκεα ἐρυθρὰ γίγνηται, κίνδυνοc τότε μάλιcτα cπαcμοῦ. ἐπιξηραίνεται γὰρ ὡc ἐπί‐ παν τὰ ἕλκεα, καὶ τοιcίδε τὰ νεῦρα ξυντείνεται. χρὴ ὦν γάλακτι ξὺν ἀμύλῳ καὶ χυλῷ πτιcάνηc ἢ τράγου ἢ λίνου cπέρματι ἢ τήλιοc μαλ‐</w:t>
      </w:r>
    </w:p>
    <w:p>
      <w:r>
        <w:rPr>
          <w:rFonts w:ascii="Courier New" w:hAnsi="Courier New"/>
          <w:color w:val="555555"/>
          <w:sz w:val="20"/>
        </w:rPr>
        <w:t>[5]</w:t>
      </w:r>
    </w:p>
    <w:p>
      <w:r>
        <w:rPr>
          <w:rFonts w:ascii="Gentium Plus" w:hAnsi="Gentium Plus"/>
          <w:sz w:val="24"/>
        </w:rPr>
        <w:t>θάccειν καὶ ὑγραίνειν. μετεξετέροιcι δὲ καὶ ἡ κιονὶc διεβρώθη μέχρι ὀcτέου τοῦ τῆc ὑπερώηc καὶ τὰ παρίcθμια ἄχρι βάcιοc καὶ ἐπιγλωττί‐ δοc, καὶ ἐπὶ τῇ ὠτειλῇ καταπίνειν οὔτε cτερεὸν οὔτε ὑγρὸν ἠδύ‐ ναντο· ἀλλὰ καὶ τὸ ποτὸν ἀνακοπτόμενον ἀπέπνιγέ κοτε τὸν ἄνθρω‐ πον λιμῷ.</w:t>
      </w:r>
    </w:p>
    <w:p>
      <w:r>
        <w:rPr>
          <w:rFonts w:ascii="Courier New" w:hAnsi="Courier New"/>
          <w:color w:val="555555"/>
          <w:sz w:val="20"/>
        </w:rPr>
        <w:t>[1 . 10 . 1]</w:t>
      </w:r>
    </w:p>
    <w:p>
      <w:r>
        <w:rPr>
          <w:rFonts w:ascii="Gentium Plus" w:hAnsi="Gentium Plus"/>
          <w:sz w:val="24"/>
        </w:rPr>
        <w:t>Θεραπεία πλευρίτιδοc. Οὐκ ἀμβολῆc καιρὸc ἐν πλευριτικοῖcι, οὐδ’ ὑπερθέcιοc [ἢ] μεγάληc ἰητρείηc· ὅ τε γὰρ πυρετὸc κάτοξυc ἐὼν ἐc ὄλεθρον ὁρμᾷ· ἥ τε ὀδύνη τοῦ ὑπεζωκότοc ξυνεπείγει ἐπὶ τὸ κά‐ κιον· ἀτὰρ καὶ βῆχεc κλονέουcαι τὸν θώρηκα καὶ τὴν κεφαλὴν ὑπο‐</w:t>
      </w:r>
    </w:p>
    <w:p>
      <w:r>
        <w:rPr>
          <w:rFonts w:ascii="Courier New" w:hAnsi="Courier New"/>
          <w:color w:val="555555"/>
          <w:sz w:val="20"/>
        </w:rPr>
        <w:t>[5]</w:t>
      </w:r>
    </w:p>
    <w:p>
      <w:r>
        <w:rPr>
          <w:rFonts w:ascii="Gentium Plus" w:hAnsi="Gentium Plus"/>
          <w:sz w:val="24"/>
        </w:rPr>
        <w:t>λύουcι τὰc δυνάμιαc. μάλιcτα μὲν ὦν αὐτῆμαρ φλέβα τάμνειν· ἢν δὲ ἀπὸ πλήcιοc cίτων καὶ ποτῶν ἔῃ, ἐπ’ ἀcιτίηc μίαν ἡμέρην φυλάξαντα ἀφαιρέειν ἀπ’ ἀγκῶνοc τῆc ἐν τῷ κοίλῳ φλεβόc, τοῦ μὴ κατ’ ἴξιν</w:t>
      </w:r>
    </w:p>
    <w:p>
      <w:r>
        <w:rPr>
          <w:rFonts w:ascii="Courier New" w:hAnsi="Courier New"/>
          <w:color w:val="555555"/>
          <w:sz w:val="20"/>
        </w:rPr>
        <w:t>[1 . 10 . 2]</w:t>
      </w:r>
    </w:p>
    <w:p>
      <w:r>
        <w:rPr>
          <w:rFonts w:ascii="Gentium Plus" w:hAnsi="Gentium Plus"/>
          <w:sz w:val="24"/>
        </w:rPr>
        <w:t>[τῇcι ἑτέρῃcι πλευρῇcι]· κρέccον γὰρ ἀπωτάτω ἄγειν. τὸ δὲ πλῆθοc μὴ μέχρι λειποθυμίηc· περιπνευμονίην γὰρ ἐπιφοιτῆcαι κίνδυνοc, ἢν τὸ cῶμα ἐπιψυχθὲν τὴν ψυχὴν ἐκλείπῃ. εἴcω γὰρ τὰ ὑγρὰ ξυνθέει, τῆc ἐκτὸc ἀφαιρεθέντα θέρμηc τε καὶ τάcιοc. πνεύμων δὲ μανόc τε καὶ</w:t>
      </w:r>
    </w:p>
    <w:p>
      <w:r>
        <w:rPr>
          <w:rFonts w:ascii="Courier New" w:hAnsi="Courier New"/>
          <w:color w:val="555555"/>
          <w:sz w:val="20"/>
        </w:rPr>
        <w:t>[5]</w:t>
      </w:r>
    </w:p>
    <w:p>
      <w:r>
        <w:rPr>
          <w:rFonts w:ascii="Gentium Plus" w:hAnsi="Gentium Plus"/>
          <w:sz w:val="24"/>
        </w:rPr>
        <w:t>θερμὸc καὶ ἐc ὁλκὴν δυνατώτατοc· πλευρῶν δὲ γειτόνημα πνεύμων καὶ κοινωνὸc ἀλγέων· ἀτὰρ καὶ αἱ τοῦδε διαδέξιεc οὐ μάλα περιγίγνον‐ ται· περιεcτηκυῖα δὲ πλευρῖτιc ἀπὸ περιπνευμονίηc εὐηθέcτερον. χρὴ ὦν ἐπὶ ξυμμέτρῳ τῇ ῥοῇ τοῦ αἵματοc μεcηγὺ τὸν ἄνθρωπον ξυλλέξαντα αὖθιc ἀφαιρέειν· εἰ μὲν εὖ ἔχοι, αὐτῆμαρ τῆc ἐπανέcιοc μακρῆc γιγνο‐</w:t>
      </w:r>
    </w:p>
    <w:p>
      <w:r>
        <w:rPr>
          <w:rFonts w:ascii="Courier New" w:hAnsi="Courier New"/>
          <w:color w:val="555555"/>
          <w:sz w:val="20"/>
        </w:rPr>
        <w:t>[1 . 10 . 3]</w:t>
      </w:r>
    </w:p>
    <w:p>
      <w:r>
        <w:rPr>
          <w:rFonts w:ascii="Gentium Plus" w:hAnsi="Gentium Plus"/>
          <w:sz w:val="24"/>
        </w:rPr>
        <w:t>μένηc· ἢν δὲ μή, τῆc ὑcτέρηc· ἢν δὲ μηδὲ ὁ πυρετὸc ἐνδιδῷ (τὰ πολλὰ γὰρ μίαν ἡμέρην ὁ πυρετὸc ἴcχει τε καὶ αὔξει), τῇ τρίτῃ ἐν τῇ δευ‐ τέρῃ ἐπανέcει ἀφαιρέειν, τῇπερ καὶ τὰ προcάρματα δοτέον, λιπαρῶc μὲν χρίcαντα ὅλον τὸν ἄνθρωπον· ἐπὶ δὲ τῇ πλευρῇ καὶ ἔλαιον θέντα</w:t>
      </w:r>
    </w:p>
    <w:p>
      <w:r>
        <w:rPr>
          <w:rFonts w:ascii="Courier New" w:hAnsi="Courier New"/>
          <w:color w:val="555555"/>
          <w:sz w:val="20"/>
        </w:rPr>
        <w:t>[5]</w:t>
      </w:r>
    </w:p>
    <w:p>
      <w:r>
        <w:rPr>
          <w:rFonts w:ascii="Gentium Plus" w:hAnsi="Gentium Plus"/>
          <w:sz w:val="24"/>
        </w:rPr>
        <w:t>μαλθακὸν ξὺν ἀλείφατι θερμῷ πηγάνου ἢ ἀνήθου ἀφεψήματοc· καται‐ ονεῖν δὲ τὸ πλευρὸν εὖ μάλα προcηνέωc. μετεξετέροιcι δὲ καὶ τὸ ἄλγημα καὶ ἡ θερμαcίη ἐξώκειλε, ὡc δοκέειν τῶν τῇδε τὸ πάθοc εἶναι·</w:t>
      </w:r>
    </w:p>
    <w:p>
      <w:r>
        <w:rPr>
          <w:rFonts w:ascii="Courier New" w:hAnsi="Courier New"/>
          <w:color w:val="555555"/>
          <w:sz w:val="20"/>
        </w:rPr>
        <w:t>[1 . 10 . 4]</w:t>
      </w:r>
    </w:p>
    <w:p>
      <w:r>
        <w:rPr>
          <w:rFonts w:ascii="Gentium Plus" w:hAnsi="Gentium Plus"/>
          <w:sz w:val="24"/>
        </w:rPr>
        <w:t>τὸ δέ ἐcτι τῶν ἔνδον αὔξηcιc. τροφῆc δὲ νῦν ὡc ἀμφὶ πάcηc ἰητρείηc ἔcτω λόγοc, ὡc μηδὲν ἐc ἁμαρτωλὴν εἴη. ἐν τροφῇ γὰρ κείcεται τὰ φάρμακα, ἀτὰρ καὶ τὰ φάρμακα ἐν τροφῇ. γένεϊ μὲν ὦν θερμὴ καὶ ὑγρὴ ἠδὲ λείη καὶ ὁμαλή, cμηγματώδηc, διαλυτική, λῦcαι, λεπτῦναι</w:t>
      </w:r>
    </w:p>
    <w:p>
      <w:r>
        <w:rPr>
          <w:rFonts w:ascii="Courier New" w:hAnsi="Courier New"/>
          <w:color w:val="555555"/>
          <w:sz w:val="20"/>
        </w:rPr>
        <w:t>[5]</w:t>
      </w:r>
    </w:p>
    <w:p>
      <w:r>
        <w:rPr>
          <w:rFonts w:ascii="Gentium Plus" w:hAnsi="Gentium Plus"/>
          <w:sz w:val="24"/>
        </w:rPr>
        <w:t>φλέγμα δυναμένη. cιτίων μὲν ὦν ἁπάντων πτιcάνη προκεκρίcθω· ἐν ἀρχῇ μὲν ἐc χυλὸν διηθημένη, ὡc τὸ cτερεὸν αὐτέηc διακεκρίcθαι, ξὺν μέλιτι πεπονημένη μοῦνον. πτιcάνηc δὲ τὰ ξυνήθεα ἐc ἡδονὴν καὶ</w:t>
      </w:r>
    </w:p>
    <w:p>
      <w:r>
        <w:rPr>
          <w:rFonts w:ascii="Courier New" w:hAnsi="Courier New"/>
          <w:color w:val="555555"/>
          <w:sz w:val="20"/>
        </w:rPr>
        <w:t>[1 . 10 . 5]</w:t>
      </w:r>
    </w:p>
    <w:p>
      <w:r>
        <w:rPr>
          <w:rFonts w:ascii="Gentium Plus" w:hAnsi="Gentium Plus"/>
          <w:sz w:val="24"/>
        </w:rPr>
        <w:t>ποικιλίην φάρμακα ἀπέcτω· νῦν γὰρ ἀρκεῖ ὁ χυλὸc μοῦνοc. ἱκανὴ μὲν ὑγρῆναι καὶ θερμῆναι· δυνατὴ δὲ λῦcαι φλέγμα καὶ cμῆξαι· ἄνω δὲ</w:t>
      </w:r>
    </w:p>
    <w:p>
      <w:r>
        <w:rPr>
          <w:rFonts w:ascii="Courier New" w:hAnsi="Courier New"/>
          <w:color w:val="555555"/>
          <w:sz w:val="20"/>
        </w:rPr>
        <w:t>[5]</w:t>
      </w:r>
    </w:p>
    <w:p>
      <w:r>
        <w:rPr>
          <w:rFonts w:ascii="Gentium Plus" w:hAnsi="Gentium Plus"/>
          <w:sz w:val="24"/>
        </w:rPr>
        <w:t>καὶ τὸ γλίcχραcμα θερμαcίαc πρηΰνει, ὑμέναc καθαίρει, πεπαίνει βῆχαc,</w:t>
      </w:r>
    </w:p>
    <w:p>
      <w:r>
        <w:rPr>
          <w:rFonts w:ascii="Courier New" w:hAnsi="Courier New"/>
          <w:color w:val="555555"/>
          <w:sz w:val="20"/>
        </w:rPr>
        <w:t>[1 . 10 . 6]</w:t>
      </w:r>
    </w:p>
    <w:p>
      <w:r>
        <w:rPr>
          <w:rFonts w:ascii="Gentium Plus" w:hAnsi="Gentium Plus"/>
          <w:sz w:val="24"/>
        </w:rPr>
        <w:t>πάντα μαλθάccει. αἵδε κριθῆc ἔαcι ἀρεταί. δευτέρην δὲ χώρην ἔχουcι οἱ χόνδροι, ὀλίγοιcι τοῖcι τῆc πτιcάνηc ἀγαθοῖcι ἄριcτοι ἐόντεc. τὸ γλίcχραcμα γάρ, τὸ λεῖον, τὸ προcηνὲc ἐc κατάποcιν, ξυνόν, τὰ δ’ ἄλλα πάντα μείουc. πεποιήcθωcαν δὲ καὶ οἵδε ἁπλοῖ ξὺν μέλιτι μοῦνον.</w:t>
      </w:r>
    </w:p>
    <w:p>
      <w:r>
        <w:rPr>
          <w:rFonts w:ascii="Courier New" w:hAnsi="Courier New"/>
          <w:color w:val="555555"/>
          <w:sz w:val="20"/>
        </w:rPr>
        <w:t>[5]</w:t>
      </w:r>
    </w:p>
    <w:p>
      <w:r>
        <w:rPr>
          <w:rFonts w:ascii="Gentium Plus" w:hAnsi="Gentium Plus"/>
          <w:sz w:val="24"/>
        </w:rPr>
        <w:t>ἀγαθοὶ δὲ καὶ τράγοι. κακίων δ’ ἐπ’ αὐτῶν ὄρυζα, ξηρῆναι, τρηχῦναι, ἐπιcχεῖν κάθαρcιν πλευρῶν μᾶλλον ἢ οὐρῆcαι. ἄριcτοc δὲ καὶ ἄρτοc ξηρὸc κοπείc, κρηcέρῃ cεcηcμένοc, εὔκρητοc, εὔπεπτοc, ξὺν μελικρήτῳ</w:t>
      </w:r>
    </w:p>
    <w:p>
      <w:r>
        <w:rPr>
          <w:rFonts w:ascii="Courier New" w:hAnsi="Courier New"/>
          <w:color w:val="555555"/>
          <w:sz w:val="20"/>
        </w:rPr>
        <w:t>[1 . 10 . 7]</w:t>
      </w:r>
    </w:p>
    <w:p>
      <w:r>
        <w:rPr>
          <w:rFonts w:ascii="Gentium Plus" w:hAnsi="Gentium Plus"/>
          <w:sz w:val="24"/>
        </w:rPr>
        <w:t>διαρκὴc τροφή. ἢν δὲ ἤδη μὲν προήκῃ ἡ νοῦcοc, πρὸc δὲ τὰ cιτία ἀπηυδήκῃ ὥνθρωποc, πτιcάνη μὲν ἐκ κριθῆc διδόcθω λείη, κάθεφθοc· ἄνηθον δὲ ἔcτω καὶ ἅλεc πτιcάνηc τὰ ὄψα καὶ ἔλαιον λεπτόν, ἄποιον, ἄγλιcχρον, ἀτρήχυντον. κρέccον δὲ ξὺν τῇ πτιcάνῃ, ὡc μὴ πολλὸν τοῦ</w:t>
      </w:r>
    </w:p>
    <w:p>
      <w:r>
        <w:rPr>
          <w:rFonts w:ascii="Courier New" w:hAnsi="Courier New"/>
          <w:color w:val="555555"/>
          <w:sz w:val="20"/>
        </w:rPr>
        <w:t>[5]</w:t>
      </w:r>
    </w:p>
    <w:p>
      <w:r>
        <w:rPr>
          <w:rFonts w:ascii="Gentium Plus" w:hAnsi="Gentium Plus"/>
          <w:sz w:val="24"/>
        </w:rPr>
        <w:t>ἐλαίου ἑψεῖν· καὶ γὰρ πῖον ἴcχει τὸ ῥόφημα, καὶ τὴν κακίην τὸ ἔλαιον ὄλλυcι· οὐδὲ γὰρ ἐμφανὲc ἔτι γίγνεται τῇ πολλῇ ἑψήcει ἐc τὸν χυλὸν ἀναποθέν. ἔcτω δὲ καὶ πράcον ξὺν τῇ κόμῃ καὶ ἀμύγδαλα πικρὰ ξὺν τῷ χυλῷ ἑψόμενα· εὔπνοόν τε γὰρ καὶ φαρμακῶδεc ὑπὸ τῶνδε γίγνε‐ ται· καὶ τὰ πράcα βρωθῆναι ὑπὸ τοῦ χυλοῦ, ὀνηcιφόρα καὶ ἥδιcτα.</w:t>
      </w:r>
    </w:p>
    <w:p>
      <w:r>
        <w:rPr>
          <w:rFonts w:ascii="Courier New" w:hAnsi="Courier New"/>
          <w:color w:val="555555"/>
          <w:sz w:val="20"/>
        </w:rPr>
        <w:t>[1 . 10 . 8]</w:t>
      </w:r>
    </w:p>
    <w:p>
      <w:r>
        <w:rPr>
          <w:rFonts w:ascii="Gentium Plus" w:hAnsi="Gentium Plus"/>
          <w:sz w:val="24"/>
        </w:rPr>
        <w:t>ἤδη δὲ καὶ ὠῶν καιρὸc εὐχύλων· ἢν δὲ ὑγρὴ καὶ πολλὴ ἀναγωγὴ ἔῃ, θείου τοῦ ἀπύρου ἐμπαccέcθω καὶ νίτρου. ἄριcτον δὲ τῶν ἀρτιτόκων ὠῶν δοθῆναι ἐκ πυρὸc ἀπύρων· ἀπὸ γὰρ τῆc μητρὸc ἡ θέρμη ὑγρο‐ τέρη μὲν πυρόc, οἰκειοτέρη δὲ τῷ νοcέοντι, ὅκωc ἐκ ζώου ζώῳ. ἢν</w:t>
      </w:r>
    </w:p>
    <w:p>
      <w:r>
        <w:rPr>
          <w:rFonts w:ascii="Courier New" w:hAnsi="Courier New"/>
          <w:color w:val="555555"/>
          <w:sz w:val="20"/>
        </w:rPr>
        <w:t>[5]</w:t>
      </w:r>
    </w:p>
    <w:p>
      <w:r>
        <w:rPr>
          <w:rFonts w:ascii="Gentium Plus" w:hAnsi="Gentium Plus"/>
          <w:sz w:val="24"/>
        </w:rPr>
        <w:t>δὲ φλέγμα κολλῶδεc ἔῃ καὶ γλίcχρον, ἐc τὰ ὠὰ ἔλαιον ἐγχέειν καὶ ῥητίνηc τῆc ξηρῆc τῆc ἀπὸ πίτυοc ἐμπάccειν, ὅκωc τὸ θεῖον κρέccον εἴη, καὶ τῆc ἀπὸ τερμίνθου δὲ τήξαντα· καὶ πέπερι ὀνηϊcτὸν καὶ ἐν ὠοῖcι καὶ ἐν πτι‐</w:t>
      </w:r>
    </w:p>
    <w:p>
      <w:r>
        <w:rPr>
          <w:rFonts w:ascii="Courier New" w:hAnsi="Courier New"/>
          <w:color w:val="555555"/>
          <w:sz w:val="20"/>
        </w:rPr>
        <w:t>[1 . 10 . 9]</w:t>
      </w:r>
    </w:p>
    <w:p>
      <w:r>
        <w:rPr>
          <w:rFonts w:ascii="Gentium Plus" w:hAnsi="Gentium Plus"/>
          <w:sz w:val="24"/>
        </w:rPr>
        <w:t>cάνῃ καὶ ἅπαcι τοῖcι ἐδέcμαcι καὶ ὁκόcα πεπέρεϊ ξυνῳδά. κρεῶν ἀκρό‐ ποδεc ἐν χυλοῖcι τακεροί, πέλειαι, ἀλεκτορίδεc ἑφθαί· cυῶν ἐγκέφαλοι, ὀπτοὶ μὲν ξὺν τῷ ἐπιπλόῳ, ἄνευ δὲ τουτέου ἄκνιcοι. ἢν δὲ ἄκερχνοc ἔῃ, δοτέον καὶ θαλαccίων ἢ πετραίων ὅ τι ἂν ἄριcτον ἡ χώρη φέρῃ.</w:t>
      </w:r>
    </w:p>
    <w:p>
      <w:r>
        <w:rPr>
          <w:rFonts w:ascii="Courier New" w:hAnsi="Courier New"/>
          <w:color w:val="555555"/>
          <w:sz w:val="20"/>
        </w:rPr>
        <w:t>[5]</w:t>
      </w:r>
    </w:p>
    <w:p>
      <w:r>
        <w:rPr>
          <w:rFonts w:ascii="Gentium Plus" w:hAnsi="Gentium Plus"/>
          <w:sz w:val="24"/>
        </w:rPr>
        <w:t>ὡc δὲ μὴ ἁμαρτάνῃ ἐπιθυμίῃ μηδὲ cμύχηται ἐν τῇ λεπτῇ διαίτῃ ὁ νο‐ cέων, χαρίζεcθαι ὀπώρηc, μήλων ἑφθῶν ἐν ὕδατι ἢ μελικρήτῳ ἢ cτέατι ὀπτῶν· ἀφαιρέειν δὲ χρὴ τοῦ λέπουc καὶ τῶν ἐντὸc τρηχέων ξὺν τοῖcι cπέρμαcι· ἐφ’ ὥρηc δὲ καὶ cύκων. ἀτὰρ καὶ τῆc ἄλληc δοτέον, ὁκόcον</w:t>
      </w:r>
    </w:p>
    <w:p>
      <w:r>
        <w:rPr>
          <w:rFonts w:ascii="Courier New" w:hAnsi="Courier New"/>
          <w:color w:val="555555"/>
          <w:sz w:val="20"/>
        </w:rPr>
        <w:t>[1 . 10 . 10]</w:t>
      </w:r>
    </w:p>
    <w:p>
      <w:r>
        <w:rPr>
          <w:rFonts w:ascii="Gentium Plus" w:hAnsi="Gentium Plus"/>
          <w:sz w:val="24"/>
        </w:rPr>
        <w:t>ἐπὶ δὲ τῷ πλευρῷ κέεcθαι χρὴ ἔρια θυμιηθέντα θείῳ, λίπαϊ δεδευμένα, ἔνθα ἄνηθον ἕψηται ἢ πήγανον. ξυνεχὲc δὲ τουτέοιcι τὸ πλευρὸν καταιονεῖν, ἠδὲ ἐπιπλάττειν πρὸ τῆc προcάρcιοc· πρὸc δὲ τοῖcι ξυνή‐ θεcι πλάcμαcι μελίλωτον ἑψηθὲν ξὺν μελικρήτῳ, ξυμμίcγοντα μήκωνοc</w:t>
      </w:r>
    </w:p>
    <w:p>
      <w:r>
        <w:rPr>
          <w:rFonts w:ascii="Courier New" w:hAnsi="Courier New"/>
          <w:color w:val="555555"/>
          <w:sz w:val="20"/>
        </w:rPr>
        <w:t>[5]</w:t>
      </w:r>
    </w:p>
    <w:p>
      <w:r>
        <w:rPr>
          <w:rFonts w:ascii="Gentium Plus" w:hAnsi="Gentium Plus"/>
          <w:sz w:val="24"/>
        </w:rPr>
        <w:t>τῆc cαρκὸc ἐνηψημένηc, καὶ μάννηc ἄλητον ἐμπάccειν. ἢν δὲ ὑγρο‐ τέρη ᾖ ἀναγωγὴ καὶ πολλή, αἴρηc ἄλητον ἢ ἐρυcίμου ξυμμίcγειν καὶ</w:t>
      </w:r>
    </w:p>
    <w:p>
      <w:r>
        <w:rPr>
          <w:rFonts w:ascii="Courier New" w:hAnsi="Courier New"/>
          <w:color w:val="555555"/>
          <w:sz w:val="20"/>
        </w:rPr>
        <w:t>[1 . 10 . 11]</w:t>
      </w:r>
    </w:p>
    <w:p>
      <w:r>
        <w:rPr>
          <w:rFonts w:ascii="Gentium Plus" w:hAnsi="Gentium Plus"/>
          <w:sz w:val="24"/>
        </w:rPr>
        <w:t>νίτρον ἐμπάccειν· ἢν δὲ μῆκοc ἤδη τῆc νούcου γίγνηται καὶ τῆc ὀδύ‐ νηc ἐγκεομένηc καὶ ὑγρῆc καθάρcιοc γιγνομένηc, ἔμπυον μὲν ἐλπὶc τὸν ἄνθρωπον ἔcεcθαι· cίνηπι δὲ ξυμμίcγειν καὶ κάγχρυ τοῖcι ἐπιπλάcμαcι. ἢν δὲ καὶ ψυχρῶν τῶν τόπων εἴcωθεν τοῖcι κάμνουcι αἴcθηcιc γίγνη‐</w:t>
      </w:r>
    </w:p>
    <w:p>
      <w:r>
        <w:rPr>
          <w:rFonts w:ascii="Courier New" w:hAnsi="Courier New"/>
          <w:color w:val="555555"/>
          <w:sz w:val="20"/>
        </w:rPr>
        <w:t>[5]</w:t>
      </w:r>
    </w:p>
    <w:p>
      <w:r>
        <w:rPr>
          <w:rFonts w:ascii="Gentium Plus" w:hAnsi="Gentium Plus"/>
          <w:sz w:val="24"/>
        </w:rPr>
        <w:t>ται, ὄξοc παραχέειν. χρὴ δὲ ἐνεργὸν ποιέεcθαι ἐc πολλὸν τὴν θερμα‐ cίην τῶν ἐπιπλαcμάτων διαρκέειν· κρέccων γὰρ ἤδη καὶ ἡ θέρμη τῆc τῶν ἐπιπλαcμάτων νεοχμώcιοc. ἔcτωcαν ὦν θάλψιεc ἐν κυρβαcίῃcι διὰ ἁλῶν, κέγχρου, λίπαοc θερμοῦ τοῦ ἐν κύcτεcι. κοῦφον δὲ ἔcτω πᾶν μηχάνημα πυρίηc, ὡc μὴ τὰ ἄχθεα πρὸc τῷ πόνῳ πόνον ἐκδιδῷ. τοιcί‐</w:t>
      </w:r>
    </w:p>
    <w:p>
      <w:r>
        <w:rPr>
          <w:rFonts w:ascii="Courier New" w:hAnsi="Courier New"/>
          <w:color w:val="555555"/>
          <w:sz w:val="20"/>
        </w:rPr>
        <w:t>[1 . 10 . 12]</w:t>
      </w:r>
    </w:p>
    <w:p>
      <w:r>
        <w:rPr>
          <w:rFonts w:ascii="Gentium Plus" w:hAnsi="Gentium Plus"/>
          <w:sz w:val="24"/>
        </w:rPr>
        <w:t>δε μέντοι καὶ ἐπὶ τῇ τροφῇ χρέεcθαι, ἢν ξυνεπείγῃ τὸ ἄλγοc. ἤδη δὲ ἐπὶ τοιcίδε κἂν cικύηc καιρὸc γένοιτο. ἄριcτοc δὲ ὁ μετὰ ἑβδόμην· πρόcθεν δὲ μὴ ξυνεπειχθείηc. οὐ γὰρ εὐήθεεc αἱ νοῦcοι, ὁκόcαι πρὸ ἑβδόμηc ἀπαιτέουcι cικύην. ἔcτω δὲ μεγάλη, εὐρεῖα πάντῃ, ἀμφιcχεῖν</w:t>
      </w:r>
    </w:p>
    <w:p>
      <w:r>
        <w:rPr>
          <w:rFonts w:ascii="Courier New" w:hAnsi="Courier New"/>
          <w:color w:val="555555"/>
          <w:sz w:val="20"/>
        </w:rPr>
        <w:t>[5]</w:t>
      </w:r>
    </w:p>
    <w:p>
      <w:r>
        <w:rPr>
          <w:rFonts w:ascii="Gentium Plus" w:hAnsi="Gentium Plus"/>
          <w:sz w:val="24"/>
        </w:rPr>
        <w:t>τὸ ἀλγέον χωρίον ἱκανή. οὐ γὰρ εἴcω ἐνδιδοῖ τὸ ἄλγοc, ἀλλ’ ἐc εὖροc κέχυται. ἔcτω δὲ καὶ ἡ ὑπὸ τῇ cικύῃ φλὸξ πολλή, ὡc μὴ μοῦνον ἑλ‐ κύcαι, ἀλλὰ καὶ ἀλεῆναι πρὸ τῆc ἀποcβέcιοc τοῦ πυρόc. καὶ μετὰ τὴν ἀπόcβεcιν ἀποcχάcαντα ἀφαιρέειν αἷμα, ὁκόcον ἂν ἡ δύναμιc παρείη.</w:t>
      </w:r>
    </w:p>
    <w:p>
      <w:r>
        <w:rPr>
          <w:rFonts w:ascii="Courier New" w:hAnsi="Courier New"/>
          <w:color w:val="555555"/>
          <w:sz w:val="20"/>
        </w:rPr>
        <w:t>[1 . 10 . 13]</w:t>
      </w:r>
    </w:p>
    <w:p>
      <w:r>
        <w:rPr>
          <w:rFonts w:ascii="Gentium Plus" w:hAnsi="Gentium Plus"/>
          <w:sz w:val="24"/>
        </w:rPr>
        <w:t>πολλὸν δ’ ἔcτω πλέον ἢ εἰ ἀπ’ ἄλληc προφάcιοc ἀπὸ τῶν ὑποχον‐ δρίων ἀφαιρέοιc αἷμα· ἐπιδηλοτάτη γὰρ ἐπὶ τῶν πλευριτικῶν ἡ ἀπὸ cικύηc ὠφελείη. ἅλεc δὲ ἢ νίτρον ἐπὶ τῇcι cχάcεcι δηκτικὸν μὲν καὶ ἀλγεινόν, ὑγιεινὸν δέ. ἀλλὰ ξυντεκμαίρεcθαι τὰc δυνάμιαc καὶ τοῦ ἀν‐</w:t>
      </w:r>
    </w:p>
    <w:p>
      <w:r>
        <w:rPr>
          <w:rFonts w:ascii="Courier New" w:hAnsi="Courier New"/>
          <w:color w:val="555555"/>
          <w:sz w:val="20"/>
        </w:rPr>
        <w:t>[5]</w:t>
      </w:r>
    </w:p>
    <w:p>
      <w:r>
        <w:rPr>
          <w:rFonts w:ascii="Gentium Plus" w:hAnsi="Gentium Plus"/>
          <w:sz w:val="24"/>
        </w:rPr>
        <w:t>θρώπου τὸν τρόπον. ἢν γὰρ ἀλκήειc τὴν ψυχὴν καὶ καρτερὸc ἔῃ,</w:t>
      </w:r>
    </w:p>
    <w:p>
      <w:r>
        <w:rPr>
          <w:rFonts w:ascii="Courier New" w:hAnsi="Courier New"/>
          <w:color w:val="555555"/>
          <w:sz w:val="20"/>
        </w:rPr>
        <w:t>[1 . 10 . 14]</w:t>
      </w:r>
    </w:p>
    <w:p>
      <w:r>
        <w:rPr>
          <w:rFonts w:ascii="Gentium Plus" w:hAnsi="Gentium Plus"/>
          <w:sz w:val="24"/>
        </w:rPr>
        <w:t>τὸ ἄλγοc τῆc δήξιοc. δευτέρῃ δὲ ἡμέρῃ ἄριcτον τὴν cικύην προcβάλ‐ λειν, ὡc ἐκ τῶν τρωμάτων ἕλκηταί τιc λεπτὸc ἰχώρ. τόδε πολλὸν μὲν τῆc ἐπίπροcθεν cικύηc ἀνυcιμώτερον, πολλὸν δὲ τῆc δυνάμιοc φυλακτι‐ κώτερον· οὐ γὰρ αἷμα, ἡ τροφή, ἀλλ’ ἰχὼρ ἐκρέει. καὶ τόδε μέντοι,</w:t>
      </w:r>
    </w:p>
    <w:p>
      <w:r>
        <w:rPr>
          <w:rFonts w:ascii="Courier New" w:hAnsi="Courier New"/>
          <w:color w:val="555555"/>
          <w:sz w:val="20"/>
        </w:rPr>
        <w:t>[5]</w:t>
      </w:r>
    </w:p>
    <w:p>
      <w:r>
        <w:rPr>
          <w:rFonts w:ascii="Gentium Plus" w:hAnsi="Gentium Plus"/>
          <w:sz w:val="24"/>
        </w:rPr>
        <w:t>προευκρινήcαc ἀμφὶ τῆc δυνάμιοc, πρήccειν. τῇ τρίτῃ δὲ κηρωτὴν ξὺν τῷ κυπρίνῳ καὶ πηγανίνῳ τιθέναι. ἢν δὲ ἔτι καθάρcιοc τὰ πτύελα δέηται, τοῖcι κηρώμαcι ῥητίνηc ξυντήκειν ἢ τοῦ θείου τοῦ ἀπύρου ξυμ‐</w:t>
      </w:r>
    </w:p>
    <w:p>
      <w:r>
        <w:rPr>
          <w:rFonts w:ascii="Courier New" w:hAnsi="Courier New"/>
          <w:color w:val="555555"/>
          <w:sz w:val="20"/>
        </w:rPr>
        <w:t>[1 . 10 . 15]</w:t>
      </w:r>
    </w:p>
    <w:p>
      <w:r>
        <w:rPr>
          <w:rFonts w:ascii="Gentium Plus" w:hAnsi="Gentium Plus"/>
          <w:sz w:val="24"/>
        </w:rPr>
        <w:t>μίcγειν· καὶ αὖθιc πυρίην τὸ χωρίον ἔχειν. ὡc τρόποc δὲ cικύηc· ἔχειν ὦν χρὴ κεραμεοῦν κοῦφον ἁρμόζον τῇ πλευρῇ, εὐρὺ ἢ τὸ χάλκεον, πρηνὲc ἐπὶ τὰ χείλεα ἀμφιθεῖναι τοῖcι ἀλγέουcι. ὑποτιθέναι δὲ φλόγα μεγάλην ξὺν λίπαϊ, ὅκωc ζῶcα ἐc πολλὸν διαρκέῃ χρόνον. μὴ περι‐</w:t>
      </w:r>
    </w:p>
    <w:p>
      <w:r>
        <w:rPr>
          <w:rFonts w:ascii="Courier New" w:hAnsi="Courier New"/>
          <w:color w:val="555555"/>
          <w:sz w:val="20"/>
        </w:rPr>
        <w:t>[5]</w:t>
      </w:r>
    </w:p>
    <w:p>
      <w:r>
        <w:rPr>
          <w:rFonts w:ascii="Gentium Plus" w:hAnsi="Gentium Plus"/>
          <w:sz w:val="24"/>
        </w:rPr>
        <w:t>cφίγγειν δὲ τὰ χείλεα πρὸc τῇ cαρκί, ἀλλ’ ἐc διαπνοὴν διαδοχή τιc ἔcτω, ὡc μὴ ἀποcβεcθείη τῇ πνιγί. ἐc πολλὸν δὲ ἐξάπτεcθαι ἔνι. ἡ γὰρ ἔνδον ἐκείνου θέρμη ἄριcτον μὲν πυρίημα, ἀγαθὴ δὲ πρόκληcιc</w:t>
      </w:r>
    </w:p>
    <w:p>
      <w:r>
        <w:rPr>
          <w:rFonts w:ascii="Courier New" w:hAnsi="Courier New"/>
          <w:color w:val="555555"/>
          <w:sz w:val="20"/>
        </w:rPr>
        <w:t>[1 . 10 . 16]</w:t>
      </w:r>
    </w:p>
    <w:p>
      <w:r>
        <w:rPr>
          <w:rFonts w:ascii="Gentium Plus" w:hAnsi="Gentium Plus"/>
          <w:sz w:val="24"/>
        </w:rPr>
        <w:t>ἱδρώτων. χρὴ δὲ μηδὲ τὴν κάτω ἰητρείην ὑπερορῆν. ἀνδράcι μὲν ἐc τὸ ἔντερον πηγάνινον ἔλαιον ἐγχέοντα, γυναιξὶ δὲ καὶ ἐc ὑcτέρην. διηνεκέα δὲ τὰ πινόμενα καὶ κατάποτα ἔcτω, μελίκρητον ξὺν τῷ πη‐ γάνῳ καὶ χυλῷ πτιcάνηc, ἢν ξυνεχὲc βήccῃ, ὡc ἐν τροφῇ φάρμακον.</w:t>
      </w:r>
    </w:p>
    <w:p>
      <w:r>
        <w:rPr>
          <w:rFonts w:ascii="Courier New" w:hAnsi="Courier New"/>
          <w:color w:val="555555"/>
          <w:sz w:val="20"/>
        </w:rPr>
        <w:t>[5]</w:t>
      </w:r>
    </w:p>
    <w:p>
      <w:r>
        <w:rPr>
          <w:rFonts w:ascii="Gentium Plus" w:hAnsi="Gentium Plus"/>
          <w:sz w:val="24"/>
        </w:rPr>
        <w:t>ἢν δὲ μὴ τροφῆc καιρὸc ἔῃ, ἔcτω δή τι καὶ τῶν ποικίλων· πικέριον ξὺν μέλιτι ἑψηθὲν ἐc ξύcταcιν· τὰc δὲ cφαίραc χρὴ μέγεθοc ὅcον κυ‐ άμου cτρογγύλαc οὔcαc διδόναι ὑπὸ τὴν γλῶccαν ἔχειν διαφέροντα</w:t>
      </w:r>
    </w:p>
    <w:p>
      <w:r>
        <w:rPr>
          <w:rFonts w:ascii="Courier New" w:hAnsi="Courier New"/>
          <w:color w:val="555555"/>
          <w:sz w:val="20"/>
        </w:rPr>
        <w:t>[1 . 10 . 17]</w:t>
      </w:r>
    </w:p>
    <w:p>
      <w:r>
        <w:rPr>
          <w:rFonts w:ascii="Gentium Plus" w:hAnsi="Gentium Plus"/>
          <w:sz w:val="24"/>
        </w:rPr>
        <w:t>τῇδε κἀκεῖcε, ὡc μὴ κατάποτον, ἀλλὰ τηκτὸν ἔῃ. προcηνὲc δὲ καὶ τὸ διὰ τῆc μήκωνοc ξὺν μέλιτι καὶ μελιλώτῳ φάρμακον, λεῖον καὶ ὑπνι‐ κόν. τάδε μέντοι καὶ πρὸ τῆc ἄρcιοc καὶ ἐπ’ αὐτέῃ καὶ ἐπὶ τῷ ὕπνῳ</w:t>
      </w:r>
    </w:p>
    <w:p>
      <w:r>
        <w:rPr>
          <w:rFonts w:ascii="Courier New" w:hAnsi="Courier New"/>
          <w:color w:val="555555"/>
          <w:sz w:val="20"/>
        </w:rPr>
        <w:t>[5]</w:t>
      </w:r>
    </w:p>
    <w:p>
      <w:r>
        <w:rPr>
          <w:rFonts w:ascii="Gentium Plus" w:hAnsi="Gentium Plus"/>
          <w:sz w:val="24"/>
        </w:rPr>
        <w:t>καὶ ἀμύλου καὶ κώνου τοῦ κοκκάλου λείου, ἑκάcτου κύαθον, καὶ ἀμυγ‐ δάλων τῶν πικρῶν πέντε καὶ εἴκοcι τὸν ἀριθμόν· τόcοι δὲ καὶ πεπέ‐ ριοc κόκκοι. φωχθέντα δὲ χρὴ λεῖα μέλιτι ἐc ἀνάλειγμα φυρῆν· τῶν</w:t>
      </w:r>
    </w:p>
    <w:p>
      <w:r>
        <w:rPr>
          <w:rFonts w:ascii="Courier New" w:hAnsi="Courier New"/>
          <w:color w:val="555555"/>
          <w:sz w:val="20"/>
        </w:rPr>
        <w:t>[1 . 10 . 18]</w:t>
      </w:r>
    </w:p>
    <w:p>
      <w:r>
        <w:rPr>
          <w:rFonts w:ascii="Gentium Plus" w:hAnsi="Gentium Plus"/>
          <w:sz w:val="24"/>
        </w:rPr>
        <w:t>δόcιc μυcτίλη μία. ἢν δὲ ὑγρὰ καὶ ἄπεπτα ἀνάγῃ, cμύρνηc ὁλκῆc 𐅵 βʹ, κρόκου 𐅵 αʹ, πεπέριοc κοκκία δεκαπέντε, μέλιτι φυρῆναι λίτρα αʹ. τόδε μέντοι ἤδη τὸ φάρμακον καὶ πρὸ τῆc ἄρcιοc δοτέον, μυcτίληc ἥμιcυ. ἀγαθὸν τόδε ἐπὶ τοῖcι χρονίζουcι, εὖτε καὶ ὀξύμελι διδόναι χρή, ἢν δύc‐</w:t>
      </w:r>
    </w:p>
    <w:p>
      <w:r>
        <w:rPr>
          <w:rFonts w:ascii="Courier New" w:hAnsi="Courier New"/>
          <w:color w:val="555555"/>
          <w:sz w:val="20"/>
        </w:rPr>
        <w:t>[1 . 10 . 19]</w:t>
      </w:r>
    </w:p>
    <w:p>
      <w:r>
        <w:rPr>
          <w:rFonts w:ascii="Gentium Plus" w:hAnsi="Gentium Plus"/>
          <w:sz w:val="24"/>
        </w:rPr>
        <w:t>πνοια ξυνεπείγῃ. ψυχρὸν δὲ ὕδωρ ὁκόcοι τῶν ἰητρῶν τοῖcι πλευρι‐ τικοῖcι ἔδοcαν, οὔτε ὁκοίῳ λόγῳ ξυμβαλέειν ἔχω οὔτε τῇ πείρῃ πιcτώ‐ cαcθαι. εἰ γάρ τινεc ἀπὸ ψυχροῦ διηλλάξαντο τὸν κίνδυνον, οἵδε μοι οὐκ ἐδόκεον εἶναι πλευριτικοί. ἀλλὰ καὶ τοῖcι παλαιοτέροιcι ἰητροῖcι</w:t>
      </w:r>
    </w:p>
    <w:p>
      <w:r>
        <w:rPr>
          <w:rFonts w:ascii="Courier New" w:hAnsi="Courier New"/>
          <w:color w:val="555555"/>
          <w:sz w:val="20"/>
        </w:rPr>
        <w:t>[5]</w:t>
      </w:r>
    </w:p>
    <w:p>
      <w:r>
        <w:rPr>
          <w:rFonts w:ascii="Gentium Plus" w:hAnsi="Gentium Plus"/>
          <w:sz w:val="24"/>
        </w:rPr>
        <w:t>ἰδέη τιc ξυνδρομῆc πλευρῖτιc ἐκικλήcκετο, χολῆc ἔκκριcιc ἐοῦcα ξὺν πόνῳ πλευροῦ ἐπὶ cμικρῷ πυρετῷ ἢ καὶ ἄνευ πυρετοῦ. τόδε μέντοι</w:t>
      </w:r>
    </w:p>
    <w:p>
      <w:r>
        <w:rPr>
          <w:rFonts w:ascii="Courier New" w:hAnsi="Courier New"/>
          <w:color w:val="555555"/>
          <w:sz w:val="20"/>
        </w:rPr>
        <w:t>[1 . 10 . 20]</w:t>
      </w:r>
    </w:p>
    <w:p>
      <w:r>
        <w:rPr>
          <w:rFonts w:ascii="Gentium Plus" w:hAnsi="Gentium Plus"/>
          <w:sz w:val="24"/>
        </w:rPr>
        <w:t>τὸ πάθοc οὔνομα μὲν πλευρίτιδοc, τὸ δὲ πρῆγμα οὐκ ἴcχει. ἀλλὰ καὶ πνεῦμά κοτε ξυνιcτὰν ἐν πλευρῷ δίψαν ἐνδιδοῖ καὶ ὀδύνην πονηρὴν μαλθακήν τε θέρμην· καὶ τόδε ἐκάλεcαν ἄνδρεc ἀΐδριεc πλευρῖτιν. ἐπὶ τῶνδε ὦν ὕδωρ ψυχρὸν ἄκοc ἂν γίγνοιτο εὐτυχίῃ τοῦ χρεομένου·</w:t>
      </w:r>
    </w:p>
    <w:p>
      <w:r>
        <w:rPr>
          <w:rFonts w:ascii="Courier New" w:hAnsi="Courier New"/>
          <w:color w:val="555555"/>
          <w:sz w:val="20"/>
        </w:rPr>
        <w:t>[5]</w:t>
      </w:r>
    </w:p>
    <w:p>
      <w:r>
        <w:rPr>
          <w:rFonts w:ascii="Gentium Plus" w:hAnsi="Gentium Plus"/>
          <w:sz w:val="24"/>
        </w:rPr>
        <w:t>ἐcβέcθη μὲν ἂν τὸ δίψοc, ἡ δὲ χολὴ καὶ τὸ πνεῦμα ὑπηλάθη καὶ διέ‐ πνευcε τὸ ἄλγοc καὶ ἡ θέρμη. ἐπὶ δὲ φλεγμαcίῃ πλευροῦ καὶ τοῦ ὑπεζωκότοc πρήcει οὐ μοῦνον ὕδωρ ψυχρόν, ἀλλὰ καὶ ἀναπνοὴ ψυχρὴ</w:t>
      </w:r>
    </w:p>
    <w:p>
      <w:r>
        <w:rPr>
          <w:rFonts w:ascii="Courier New" w:hAnsi="Courier New"/>
          <w:color w:val="555555"/>
          <w:sz w:val="20"/>
        </w:rPr>
        <w:t>[1 . 10 . 21]</w:t>
      </w:r>
    </w:p>
    <w:p>
      <w:r>
        <w:rPr>
          <w:rFonts w:ascii="Gentium Plus" w:hAnsi="Gentium Plus"/>
          <w:sz w:val="24"/>
        </w:rPr>
        <w:t>κακόν. ἢν ὦν ἐκ τῆc πρόcθεν ἰητρείηc περιγίγνωνται οἱ πλευριτικοί, ἔτι δὲ βραχέα βήccωcι καὶ θέρμη ἄλλοτε καὶ ἄλλοτε ἴcχῃ, cπεύδειν χρὴ διαλύειν τάδε· ἢ γὰρ ὑποcτροφὰc ποιέει τὰ ἐγκαταλιμπανόμενα ἢ ἐc</w:t>
      </w:r>
    </w:p>
    <w:p>
      <w:r>
        <w:rPr>
          <w:rFonts w:ascii="Courier New" w:hAnsi="Courier New"/>
          <w:color w:val="555555"/>
          <w:sz w:val="20"/>
        </w:rPr>
        <w:t>[2 t 1]</w:t>
      </w:r>
    </w:p>
    <w:p>
      <w:pPr>
        <w:jc w:val="center"/>
      </w:pPr>
      <w:r>
        <w:rPr>
          <w:rFonts w:ascii="Gentium Plus" w:hAnsi="Gentium Plus"/>
          <w:b/>
          <w:sz w:val="24"/>
        </w:rPr>
        <w:t>ΑΡΕΤΑΙΟΥ ΚΑΠΠΑΔΟΚΟΥ ΟΞΕΩΝ ΝΟΥϹΩΝ ΘΕΡΑΠΕΥΤΙΚΟΝ ΒΙΒΛΙΟΝ Β.</w:t>
      </w:r>
    </w:p>
    <w:p>
      <w:r>
        <w:rPr>
          <w:rFonts w:ascii="Courier New" w:hAnsi="Courier New"/>
          <w:color w:val="555555"/>
          <w:sz w:val="20"/>
        </w:rPr>
        <w:t>[2 . 1 . 1]</w:t>
      </w:r>
    </w:p>
    <w:p>
      <w:r>
        <w:rPr>
          <w:rFonts w:ascii="Gentium Plus" w:hAnsi="Gentium Plus"/>
          <w:sz w:val="24"/>
        </w:rPr>
        <w:t>Θεραπεία περιπνευμονίηc. Κάτοξυ καὶ ἐπίκαιρον κακὸν φλε‐ γμαcίη καὶ πρῆcιc τοῦ πνεύμονοc, ἐφ’ οἷcι πνὶξ ὀλιγοχρονίη. χρὴ ὦν ἀντίξοα ἠδὲ ὠκέα ἔμμεναι τὰ ἀλεξήματα. τάμνειν αὐτίκα τὰc ἐπ’ ἀγ‐ κῶνι φλέβαc, ἠδὲ ἄμφω ἅμα ἐπὶ δεξιὰ καὶ ἀριcτερὰ μᾶλλον ἢ ἐκ μιῆc</w:t>
      </w:r>
    </w:p>
    <w:p>
      <w:r>
        <w:rPr>
          <w:rFonts w:ascii="Courier New" w:hAnsi="Courier New"/>
          <w:color w:val="555555"/>
          <w:sz w:val="20"/>
        </w:rPr>
        <w:t>[5]</w:t>
      </w:r>
    </w:p>
    <w:p>
      <w:r>
        <w:rPr>
          <w:rFonts w:ascii="Gentium Plus" w:hAnsi="Gentium Plus"/>
          <w:sz w:val="24"/>
        </w:rPr>
        <w:t>μέζονοc, ὡc ἀφ’ ἑκατέρηc τῆc χώρηc τοῦ πνεύμονοc ἡ ἀντίcπαcιc τῶν ὑγρῶν ἔῃ. μὴ μέcφι λειποθυμίηc· προcτιμωρέει γὰρ τῇ πνιγὶ ἡ λει‐ ποψυχίη. ἀλλὰ κἢν cμικρὸν ἀναπνεύcωcι, ἐπιcχόντα χρὴ τὴν ῥοὴν αὖθιc ἀφαιρέειν. ἢν γὰρ ἐξ αἵματοc αἱ προφάcιεc ἔωcι, αὐτὴν τὴν αἰτίην ἡ φλεβοτομίη ἄγει· ἤν τε φλέγμα ἢ ἀφρὸc ἤ τι ἄλλο τῶν</w:t>
      </w:r>
    </w:p>
    <w:p>
      <w:r>
        <w:rPr>
          <w:rFonts w:ascii="Courier New" w:hAnsi="Courier New"/>
          <w:color w:val="555555"/>
          <w:sz w:val="20"/>
        </w:rPr>
        <w:t>[10]</w:t>
      </w:r>
    </w:p>
    <w:p>
      <w:r>
        <w:rPr>
          <w:rFonts w:ascii="Gentium Plus" w:hAnsi="Gentium Plus"/>
          <w:sz w:val="24"/>
        </w:rPr>
        <w:t>ὑγρῶν πρήccῃ, αἱ τῶν φλεβῶν κενώcιεc εὐρυτέρην τὴν τοῦ πνεύμονοc</w:t>
      </w:r>
    </w:p>
    <w:p>
      <w:r>
        <w:rPr>
          <w:rFonts w:ascii="Courier New" w:hAnsi="Courier New"/>
          <w:color w:val="555555"/>
          <w:sz w:val="20"/>
        </w:rPr>
        <w:t>[2 . 1 . 2]</w:t>
      </w:r>
    </w:p>
    <w:p>
      <w:r>
        <w:rPr>
          <w:rFonts w:ascii="Gentium Plus" w:hAnsi="Gentium Plus"/>
          <w:sz w:val="24"/>
        </w:rPr>
        <w:t>ποιέουcι χώρην ἐc δίοδον τῆc ἀναπνοῆc. χρὴ δὲ καὶ κάτω ἄγειν ὑγρὰ καὶ φύcαc, ἐπὶ μὲν φλεβοτομίηc διαχρίοντα τὴν ἕδρην λίτρῳ, μέλιτι, πηγάνῳ, ῥητίνῃ τῇ ἀπὸ τῆc τερμίνθου τῇ ὑγρῇ. ἀντὶ δὲ τῆc φλεβο‐ τομίηc, εἰ μέζων ἡ κώλυcιc ἔοι, ὑποκλύζειν χυλῷ δριμέϊ, ἁλcὶ μὲν πρὸc</w:t>
      </w:r>
    </w:p>
    <w:p>
      <w:r>
        <w:rPr>
          <w:rFonts w:ascii="Courier New" w:hAnsi="Courier New"/>
          <w:color w:val="555555"/>
          <w:sz w:val="20"/>
        </w:rPr>
        <w:t>[5]</w:t>
      </w:r>
    </w:p>
    <w:p>
      <w:r>
        <w:rPr>
          <w:rFonts w:ascii="Gentium Plus" w:hAnsi="Gentium Plus"/>
          <w:sz w:val="24"/>
        </w:rPr>
        <w:t>τῷ λίτρῳ, ἡ ῥητίνη δὲ τῆc τερμίνθου ξὺν τῷ μέλιτι· πήγανον δὲ ἐν τῷ ἐλαίῳ καὶ ὕccωπον ἐν τῷ ὕδατι ἑψηθέντα, καὶ κολοκύντηc δὲ τῆc</w:t>
      </w:r>
    </w:p>
    <w:p>
      <w:r>
        <w:rPr>
          <w:rFonts w:ascii="Courier New" w:hAnsi="Courier New"/>
          <w:color w:val="555555"/>
          <w:sz w:val="20"/>
        </w:rPr>
        <w:t>[2 . 1 . 3]</w:t>
      </w:r>
    </w:p>
    <w:p>
      <w:r>
        <w:rPr>
          <w:rFonts w:ascii="Gentium Plus" w:hAnsi="Gentium Plus"/>
          <w:sz w:val="24"/>
        </w:rPr>
        <w:t>ἀγρίηc αἱ cάρκεc αἱ εἴcω ἑψηθεῖcαι ξὺν ὕδατι ἄριcται. cικύαι κοῦφαι ἐc τὰ μετάφρενα καὶ τὸ νῶτον καὶ τὰ ὑποχόνδρια πάντῃ ξύμφοροι. ἢν δέ κωc ὁ θώρηξ εὔcαρκοc ἔῃ, ὅκωc μὴ ἀμφὶ τοῖcι ὀcτέοιcι τὸ δέρμα ἡ cικύη ἀμφιθλάcοι ἐρείδουcα. καὶ τῷδε προcβάλλειν. ἢν γὰρ πάντῃ</w:t>
      </w:r>
    </w:p>
    <w:p>
      <w:r>
        <w:rPr>
          <w:rFonts w:ascii="Courier New" w:hAnsi="Courier New"/>
          <w:color w:val="555555"/>
          <w:sz w:val="20"/>
        </w:rPr>
        <w:t>[5]</w:t>
      </w:r>
    </w:p>
    <w:p>
      <w:r>
        <w:rPr>
          <w:rFonts w:ascii="Gentium Plus" w:hAnsi="Gentium Plus"/>
          <w:sz w:val="24"/>
        </w:rPr>
        <w:t>τοῦ cώματοc τά τε ὑγρὰ ἐφέλκηται καὶ τὸ πνεῦμα ἔξω τιταίνηται, οἷcί περ ὁ πνεύμων πνίγεται, ἀνάπαυcιc ἂν γίγνοιτο τοῦ κακοῦ. πάντῃ</w:t>
      </w:r>
    </w:p>
    <w:p>
      <w:r>
        <w:rPr>
          <w:rFonts w:ascii="Courier New" w:hAnsi="Courier New"/>
          <w:color w:val="555555"/>
          <w:sz w:val="20"/>
        </w:rPr>
        <w:t>[2 . 1 . 4]</w:t>
      </w:r>
    </w:p>
    <w:p>
      <w:r>
        <w:rPr>
          <w:rFonts w:ascii="Gentium Plus" w:hAnsi="Gentium Plus"/>
          <w:sz w:val="24"/>
        </w:rPr>
        <w:t>γὰρ πολιορκέειν χρὴ τὴν περιπνευμονίην. ἀτὰρ μηδὲ τῶν διὰ cτόμα‐ τοc ὠφελούντων φαρμάκων ὑπερορῆν μηδέν. ἕλκει γὰρ ὁ πνεύμων καὶ ἐν ὑγείῃ ὑγρὸν καὶ ἢν νοcῇ. φαρμάκων διδόναι ὦν ὁκόcα λεπτύ‐</w:t>
      </w:r>
    </w:p>
    <w:p>
      <w:r>
        <w:rPr>
          <w:rFonts w:ascii="Courier New" w:hAnsi="Courier New"/>
          <w:color w:val="555555"/>
          <w:sz w:val="20"/>
        </w:rPr>
        <w:t>[5]</w:t>
      </w:r>
    </w:p>
    <w:p>
      <w:r>
        <w:rPr>
          <w:rFonts w:ascii="Gentium Plus" w:hAnsi="Gentium Plus"/>
          <w:sz w:val="24"/>
        </w:rPr>
        <w:t>πίνειν μὲν ἐc τάχοc τῆc ὠφελείηc λίτρον ξὺν ὑccώπου ἑψήματι ἢ ἅλ‐ μην ξὺν ὄξεϊ καὶ μέλιτι, ἢ cίνηπι ὑγρὸν ξὺν μελικρήτῳ. ἐμπάccειν δὲ ἑκάcτῳ καὶ τῆc ἴριδοc τῆc ῥίζηc καὶ πεπέριοc εὔτολμον· ἀτὰρ καὶ</w:t>
      </w:r>
    </w:p>
    <w:p>
      <w:r>
        <w:rPr>
          <w:rFonts w:ascii="Courier New" w:hAnsi="Courier New"/>
          <w:color w:val="555555"/>
          <w:sz w:val="20"/>
        </w:rPr>
        <w:t>[2 . 1 . 5]</w:t>
      </w:r>
    </w:p>
    <w:p>
      <w:r>
        <w:rPr>
          <w:rFonts w:ascii="Gentium Plus" w:hAnsi="Gentium Plus"/>
          <w:sz w:val="24"/>
        </w:rPr>
        <w:t>τάδε ξηρὰ cήcαντα ξὺν μέλιτι διδόναι. ἢν δὲ ἄϋπνοι ἔωcι δι’ ἡμέρηc ἠδὲ ἐγρηγορῶcι πάννυχοι, δέοc μὴ ὁ ἄνθρωποc μανῇ, καὶ ποικίλων φαρμά‐ κων ὑπνωτικῶν χρέοc, ἢν μή τι ἐνδιδῷ ἡ νοῦcοc, ὅκωc καὶ τὴν ταλαι‐ πωρίην ὁ τῶν φαρμάκων καιρὸc εὐνάcῃ· τὰ πολλὰ γὰρ γίγνεται καρώ‐</w:t>
      </w:r>
    </w:p>
    <w:p>
      <w:r>
        <w:rPr>
          <w:rFonts w:ascii="Courier New" w:hAnsi="Courier New"/>
          <w:color w:val="555555"/>
          <w:sz w:val="20"/>
        </w:rPr>
        <w:t>[5]</w:t>
      </w:r>
    </w:p>
    <w:p>
      <w:r>
        <w:rPr>
          <w:rFonts w:ascii="Gentium Plus" w:hAnsi="Gentium Plus"/>
          <w:sz w:val="24"/>
        </w:rPr>
        <w:t>δεα. ἢν δὲ ἐν ἀκμῇ τῆc πνιγὸc καὶ ὑπὸ τῷ ὀλέθρῳ φάρμακον διδῷc,</w:t>
      </w:r>
    </w:p>
    <w:p>
      <w:r>
        <w:rPr>
          <w:rFonts w:ascii="Courier New" w:hAnsi="Courier New"/>
          <w:color w:val="555555"/>
          <w:sz w:val="20"/>
        </w:rPr>
        <w:t>[2 . 1 . 6]</w:t>
      </w:r>
    </w:p>
    <w:p>
      <w:r>
        <w:rPr>
          <w:rFonts w:ascii="Gentium Plus" w:hAnsi="Gentium Plus"/>
          <w:sz w:val="24"/>
        </w:rPr>
        <w:t>θανάτου ἂν εἴηc παρὰ τοῖcι δημότῃcι αἴτιοc. χρὴ δὲ καὶ τὰ cιτία ἴκελα ἔμμεναι, δριμέα, λεπτά, διαλυτικὰ πάχεοc, cμηγματώδεα· λαχά‐ νων πράcον ἢ κορωνόπουc ἢ κνίδη ἢ κράμβη ἐν ὄξεϊ ἑψηθεῖcα. cιτη‐ ρῶν δὲ πτιcάνηc ὁ χυλόc, τῆc ὀριγάνου ἢ ὑccώπου προcλαβών, ἠδὲ</w:t>
      </w:r>
    </w:p>
    <w:p>
      <w:r>
        <w:rPr>
          <w:rFonts w:ascii="Courier New" w:hAnsi="Courier New"/>
          <w:color w:val="555555"/>
          <w:sz w:val="20"/>
        </w:rPr>
        <w:t>[5]</w:t>
      </w:r>
    </w:p>
    <w:p>
      <w:r>
        <w:rPr>
          <w:rFonts w:ascii="Gentium Plus" w:hAnsi="Gentium Plus"/>
          <w:sz w:val="24"/>
        </w:rPr>
        <w:t>πεπέριοc καὶ λίτρου πλεῖον ἀντὶ τῶν ἁλῶν· χόνδροι ξὺν μελικρήτῳ κάτεφθοι· ἄφυcα δὲ πάντα ἐν τῇ ἑψήcει ἔcτω· κακὸν γὰρ περιπνευ‐ μονικοῖcι φῦcαι, οἶνοc ποτόν, ἢν ἄπυροι ἔωcι, μὴ πολλόν τι τῆc cτύ‐ ψιοc ἔχων· πυκνωτικὸν γὰρ cωμάτων ἡ cτῦψιc. χρὴ δὲ τουτέοιcι</w:t>
      </w:r>
    </w:p>
    <w:p>
      <w:r>
        <w:rPr>
          <w:rFonts w:ascii="Courier New" w:hAnsi="Courier New"/>
          <w:color w:val="555555"/>
          <w:sz w:val="20"/>
        </w:rPr>
        <w:t>[2 . 1 . 7]</w:t>
      </w:r>
    </w:p>
    <w:p>
      <w:r>
        <w:rPr>
          <w:rFonts w:ascii="Gentium Plus" w:hAnsi="Gentium Plus"/>
          <w:sz w:val="24"/>
        </w:rPr>
        <w:t>ἀραιοῦν μὲν τὰ μέρεα μᾶλλον, πολλὸν δὲ ἄγειν τὰ πτύελα. τὸ ξύμ‐ παν δὲ ὀλίγον ἔcτω ποτόν· πνεύμονι γὰρ τέγξιc κακόν, οὕνεκεν πνεύ‐ μων ἀπὸ cτομάχου ἕλκει καὶ κοιλίηc. θώρηξ δὲ ἐcκεπάcθω εἰρίοιcι ξὺν λίπαϊ καὶ λίτρῳ ἢ ἁλcί. ἄριcτον δὲ χρῖcμα τὸ διὰ τῆc λιμνήcτιδοc,</w:t>
      </w:r>
    </w:p>
    <w:p>
      <w:r>
        <w:rPr>
          <w:rFonts w:ascii="Courier New" w:hAnsi="Courier New"/>
          <w:color w:val="555555"/>
          <w:sz w:val="20"/>
        </w:rPr>
        <w:t>[5]</w:t>
      </w:r>
    </w:p>
    <w:p>
      <w:r>
        <w:rPr>
          <w:rFonts w:ascii="Gentium Plus" w:hAnsi="Gentium Plus"/>
          <w:sz w:val="24"/>
        </w:rPr>
        <w:t>cίνηπι ξηρὸν ξὺν κηρωτῇ ὑγρῇ. καὶ τὸ ξύμπαν ἔξω ἄγειν καὶ ὑγρὰ καὶ θερμαcίην καὶ πνεῦμα. ἀρήγει καὶ ὄcφρηcιc δριμέων· χρίcιεc· ἄκρων δεcμόc. τάδε μέντοι ποιέοντι ἢν μὴ εἴκῃ ἡ νοῦcοc, ἀνέλπιcτοc ὁ ἄν‐ θρωποc.</w:t>
      </w:r>
    </w:p>
    <w:p>
      <w:r>
        <w:rPr>
          <w:rFonts w:ascii="Courier New" w:hAnsi="Courier New"/>
          <w:color w:val="555555"/>
          <w:sz w:val="20"/>
        </w:rPr>
        <w:t>[2 . 2 . 1]</w:t>
      </w:r>
    </w:p>
    <w:p>
      <w:r>
        <w:rPr>
          <w:rFonts w:ascii="Gentium Plus" w:hAnsi="Gentium Plus"/>
          <w:sz w:val="24"/>
        </w:rPr>
        <w:t>Θεραπεία αἵματοc ἀναγωγῆc. Πᾶcαι δὲ ἐξ ἀναγωγῆc αἵμα‐ τοc οὐκ εὐήθεεc, οὐ τοῦ τρόπου μοῦνον, ἢν ἐκ ῥήξιοc ἢ διαβρώcιοc, ἀλλὰ κἢν ἀραίωcιc φέρῃ· οὐδ’ ἢν ἀπὸ θώρηκοc ἢ πνεύμονοc ἢ cτο‐ μάχου ἢ ἥπατοc τῶν κινδυνωδέων, ἀλλὰ κἢν ἀπὸ κεφαλῆc, ἡ ἀcινε‐</w:t>
      </w:r>
    </w:p>
    <w:p>
      <w:r>
        <w:rPr>
          <w:rFonts w:ascii="Courier New" w:hAnsi="Courier New"/>
          <w:color w:val="555555"/>
          <w:sz w:val="20"/>
        </w:rPr>
        <w:t>[5]</w:t>
      </w:r>
    </w:p>
    <w:p>
      <w:r>
        <w:rPr>
          <w:rFonts w:ascii="Gentium Plus" w:hAnsi="Gentium Plus"/>
          <w:sz w:val="24"/>
        </w:rPr>
        <w:t>cτέρη. αἵματοc γὰρ ἡ φορή. αἷμα δὲ πάντων τροφή, πάντων δὲ θέρμη, πάντων δὲ χροιή. καὶ φοβερὸν μὲν ἰδεῖν διὰ cτόματοc ὁκωcοῦν ῥέον·</w:t>
      </w:r>
    </w:p>
    <w:p>
      <w:r>
        <w:rPr>
          <w:rFonts w:ascii="Courier New" w:hAnsi="Courier New"/>
          <w:color w:val="555555"/>
          <w:sz w:val="20"/>
        </w:rPr>
        <w:t>[2 . 2 . 2]</w:t>
      </w:r>
    </w:p>
    <w:p>
      <w:r>
        <w:rPr>
          <w:rFonts w:ascii="Gentium Plus" w:hAnsi="Gentium Plus"/>
          <w:sz w:val="24"/>
        </w:rPr>
        <w:t>διαβρώcιοc. χρὴ ὦν τὸν ἰητρὸν τοῦ πάθεοc ξυνεπείγειν μᾶλλον ἀρή‐ γοντα. καὶ πρῶτον μὲν ψυχρότερον αἱρέεcθαι ἠέρα ἐc ἀναπνοήν, cη‐ κὸν ἐπίπεδον, κλίνην ἑδραίην, ὅκωc μηδὲν cείηται· ἐρεθιcτικὸν γὰρ αἱ cείcιεc. κοίτη δὲ cτερεή, μὴ κάρτα εἴκουcα μηδὲ βαθείη, ἄθερμοc· ὄρ‐</w:t>
      </w:r>
    </w:p>
    <w:p>
      <w:r>
        <w:rPr>
          <w:rFonts w:ascii="Courier New" w:hAnsi="Courier New"/>
          <w:color w:val="555555"/>
          <w:sz w:val="20"/>
        </w:rPr>
        <w:t>[5]</w:t>
      </w:r>
    </w:p>
    <w:p>
      <w:r>
        <w:rPr>
          <w:rFonts w:ascii="Gentium Plus" w:hAnsi="Gentium Plus"/>
          <w:sz w:val="24"/>
        </w:rPr>
        <w:t>θιον δὲ τὸ cχῆμα· ἡcυχίη λαλιῆc ἠδὲ ἀκουcμάτων· ψυχῆc ἀταραξίη, εὐθυμίη. πάγχυ δὲ τοῖcι τοιουτέοιcι ξυνομαρτέει δυcελπιcτίη· τίc γὰρ</w:t>
      </w:r>
    </w:p>
    <w:p>
      <w:r>
        <w:rPr>
          <w:rFonts w:ascii="Courier New" w:hAnsi="Courier New"/>
          <w:color w:val="555555"/>
          <w:sz w:val="20"/>
        </w:rPr>
        <w:t>[2 . 2 . 3]</w:t>
      </w:r>
    </w:p>
    <w:p>
      <w:r>
        <w:rPr>
          <w:rFonts w:ascii="Gentium Plus" w:hAnsi="Gentium Plus"/>
          <w:sz w:val="24"/>
        </w:rPr>
        <w:t>ἐμέων αἷμα θάνατον οὐκ ὀρρωδέει; ἢν ὦν πολύαιμοι καὶ ἐπίφλεβοι ἔωcι, ἐπὶ πάcῃ ἰδέῃ ἀναγωγῆc τάμνειν φλέβα· ἤν τε γὰρ ἐκ ῥήξιοc ἢ διαβρώcιοc, εὐάρμοcτοc φλεβοτομίη, ἤν τε ἐπ’ ἀραιώcει, δέοc μὴ ἀπορρήξῃ τὸ πλῆθοc. τάμνειν δὲ τὴν ἐπ’ ἀγκῶνι κοίλην· εὔροόν τε</w:t>
      </w:r>
    </w:p>
    <w:p>
      <w:r>
        <w:rPr>
          <w:rFonts w:ascii="Courier New" w:hAnsi="Courier New"/>
          <w:color w:val="555555"/>
          <w:sz w:val="20"/>
        </w:rPr>
        <w:t>[5]</w:t>
      </w:r>
    </w:p>
    <w:p>
      <w:r>
        <w:rPr>
          <w:rFonts w:ascii="Gentium Plus" w:hAnsi="Gentium Plus"/>
          <w:sz w:val="24"/>
        </w:rPr>
        <w:t>γὰρ τὸ αἷμα τῆcδε καὶ καταcχάζεcθαι ῥηϊδίη καὶ ἐc πλεῦναc ἡμέραc ῥέειν ἀcινέωc εὔcτομοc. ἐπὶ πᾶcι δὲ πάντων ὡc ἔποc εἰπεῖν τῶν και‐ ρίων cπλάγχνων ὁδὸc ἥδε αἵματοc. ἡ δὲ ἀνωτέρη τῆcδε, καὶ ἥδε, ἀπο‐ cχίδεc ἔαcι μιῆc τῆc ἀπὸ τοῦ βραχίονοc ἄμφω· ὥcτε οὐδὲν μέζον ἡ ἀνωτέρω τῆc μέcηc ἐc ὄνηcιν ἴcχει· ἀΐδριεc γὰρ τῶν ἀποcχιcίων ὁκό‐</w:t>
      </w:r>
    </w:p>
    <w:p>
      <w:r>
        <w:rPr>
          <w:rFonts w:ascii="Courier New" w:hAnsi="Courier New"/>
          <w:color w:val="555555"/>
          <w:sz w:val="20"/>
        </w:rPr>
        <w:t>[2 . 2 . 4]</w:t>
      </w:r>
    </w:p>
    <w:p>
      <w:r>
        <w:rPr>
          <w:rFonts w:ascii="Gentium Plus" w:hAnsi="Gentium Plus"/>
          <w:sz w:val="24"/>
        </w:rPr>
        <w:t>cοι cτομάχῳ καὶ ἥπατι ξυνῆψαν τὴν ἄνω. ἢν δὲ ἀπὸ cπληνὸc ῥέῃ, τάμνειν τῆc ἀριcτερῆc χειρὸc τὴν μέcην δακτύλων μικροῦ τε καὶ πα‐ ραμέcου. τήνδε γὰρ τῶν ἰητρῶν μετεξέτεροι δοκέουcι ἐπὶ cπλῆνα κραί‐ νειν· ἀτὰρ καὶ ἥδε τῶν ἐπ’ ἀγκῶνι τῆc κάτω ἐcτὶ ἡ ἀπόcχιcιc. τί ὦν</w:t>
      </w:r>
    </w:p>
    <w:p>
      <w:r>
        <w:rPr>
          <w:rFonts w:ascii="Courier New" w:hAnsi="Courier New"/>
          <w:color w:val="555555"/>
          <w:sz w:val="20"/>
        </w:rPr>
        <w:t>[5]</w:t>
      </w:r>
    </w:p>
    <w:p>
      <w:r>
        <w:rPr>
          <w:rFonts w:ascii="Gentium Plus" w:hAnsi="Gentium Plus"/>
          <w:sz w:val="24"/>
        </w:rPr>
        <w:t>πλέον, εἰ πρὸc τοῖcι δακτύλοιcι καὶ μὴ ἐπ’ ἀγκῶνι τάμνοι τιc αὐτέην; μέζων γὰρ τῇδε καὶ εὔροοc. τὸ ξύμπαν μὲν ὦν πρόcω λειποθυμίηc ἐπίcχειν· ἀτὰρ μηδὲ πολλὸν ἀφαιρέειν· ἱκανὴ γὰρ καὶ ἡ αἱμορραγίη γυιῶcαι τὸν ἄνθρωπον. ξυνεχὲc δὲ καὶ ἀπὸ cμικρῆc ἀφαιρέcιοc ἐπαφ‐ αιρέειν καὶ αὐτῆμαρ καὶ τῆc ὑcτεραίηc καὶ ἐπὶ τῆc ἄλληc ὑcτέρηc.</w:t>
      </w:r>
    </w:p>
    <w:p>
      <w:r>
        <w:rPr>
          <w:rFonts w:ascii="Courier New" w:hAnsi="Courier New"/>
          <w:color w:val="555555"/>
          <w:sz w:val="20"/>
        </w:rPr>
        <w:t>[2 . 2 . 5]</w:t>
      </w:r>
    </w:p>
    <w:p>
      <w:r>
        <w:rPr>
          <w:rFonts w:ascii="Gentium Plus" w:hAnsi="Gentium Plus"/>
          <w:sz w:val="24"/>
        </w:rPr>
        <w:t>ἢν δὲ ὁ ἀcθενέων ἰcχνὸc καὶ λείφαιμοc ἔῃ, μὴ τάμνειν φλέβα. τάδε μὲν ὦν ἀμφὶ ἀφαιρέcιοc αἵματοc. ἀρήγειν δὲ καὶ δεcμοῖcι ἄκροιcι πο‐ δῶν μὲν ὑπὲρ cφυρὰ καὶ γούνατα, χειρῶν δὲ ὑπὲρ καρπὸν καὶ βρα‐ χίονα· ταινίῃ πλατείῃ, ὅκωc ἡ διάcφιγξιc κραταιὴ μὲν ᾖ, ἄλγοc δὲ μὴ</w:t>
      </w:r>
    </w:p>
    <w:p>
      <w:r>
        <w:rPr>
          <w:rFonts w:ascii="Courier New" w:hAnsi="Courier New"/>
          <w:color w:val="555555"/>
          <w:sz w:val="20"/>
        </w:rPr>
        <w:t>[5]</w:t>
      </w:r>
    </w:p>
    <w:p>
      <w:r>
        <w:rPr>
          <w:rFonts w:ascii="Gentium Plus" w:hAnsi="Gentium Plus"/>
          <w:sz w:val="24"/>
        </w:rPr>
        <w:t>φέρῃ. τοῖcι δὲ αἱμορραγέουcι χωρίοιcι ἐπιβάλλειν χρὴ ἔρια μὲν πινό‐</w:t>
      </w:r>
    </w:p>
    <w:p>
      <w:r>
        <w:rPr>
          <w:rFonts w:ascii="Courier New" w:hAnsi="Courier New"/>
          <w:color w:val="555555"/>
          <w:sz w:val="20"/>
        </w:rPr>
        <w:t>[10]</w:t>
      </w:r>
    </w:p>
    <w:p>
      <w:r>
        <w:rPr>
          <w:rFonts w:ascii="Gentium Plus" w:hAnsi="Gentium Plus"/>
          <w:sz w:val="24"/>
        </w:rPr>
        <w:t>ξηρῶν τῶν χυλῶν ἢ καὶ ἀλόηc· ἄριcτον δὲ καὶ τὸ ὀμφάκιον ὄξεϊ λυ‐</w:t>
      </w:r>
    </w:p>
    <w:p>
      <w:r>
        <w:rPr>
          <w:rFonts w:ascii="Courier New" w:hAnsi="Courier New"/>
          <w:color w:val="555555"/>
          <w:sz w:val="20"/>
        </w:rPr>
        <w:t>[2 . 2 . 6]</w:t>
      </w:r>
    </w:p>
    <w:p>
      <w:r>
        <w:rPr>
          <w:rFonts w:ascii="Gentium Plus" w:hAnsi="Gentium Plus"/>
          <w:sz w:val="24"/>
        </w:rPr>
        <w:t>θέν. ἢν δὲ ἡ τέγξιc ἀcηρὸν ᾖ καὶ δύcφορον, ἐμπλάcτροιcι χρέεcθαι. καὶ γὰρ τὸ δέρμα περιτείνουcι καὶ οἷον τῇ χειρὶ κρατέουcι. ἀτὰρ καὶ αἱ δυνάμιεc αὐτέων cτῦψαι καὶ ξηρῆναι δυνατώταται. μυρίαι δὲ καὶ ἄλλοιcι ἄλλαι πείρῃ ἔαcι πιcταί· ἄριcται δὲ ὁκόcαι ὄξοc ἴcχουcι καὶ</w:t>
      </w:r>
    </w:p>
    <w:p>
      <w:r>
        <w:rPr>
          <w:rFonts w:ascii="Courier New" w:hAnsi="Courier New"/>
          <w:color w:val="555555"/>
          <w:sz w:val="20"/>
        </w:rPr>
        <w:t>[5]</w:t>
      </w:r>
    </w:p>
    <w:p>
      <w:r>
        <w:rPr>
          <w:rFonts w:ascii="Gentium Plus" w:hAnsi="Gentium Plus"/>
          <w:sz w:val="24"/>
        </w:rPr>
        <w:t>ἰτέηc φύλλων χυλὸν ἠδὲ καὶ ἄcφαλτον καὶ ἰὸν καὶ cτυπτηρίην καὶ λι‐ βανωτὸν καὶ cμύρνην καὶ χαλκὸν κεκαυμένον καὶ λεπίδα καὶ ὁκόcαι τοιαίδε ἐπὶ τοῖcι ἐμπλάcτροιcι· ἢ εἴρια [τὰ] πινόεντα ἢ οἱ cπόγγοι ἐν</w:t>
      </w:r>
    </w:p>
    <w:p>
      <w:r>
        <w:rPr>
          <w:rFonts w:ascii="Courier New" w:hAnsi="Courier New"/>
          <w:color w:val="555555"/>
          <w:sz w:val="20"/>
        </w:rPr>
        <w:t>[2 . 2 . 7]</w:t>
      </w:r>
    </w:p>
    <w:p>
      <w:r>
        <w:rPr>
          <w:rFonts w:ascii="Gentium Plus" w:hAnsi="Gentium Plus"/>
          <w:sz w:val="24"/>
        </w:rPr>
        <w:t>βραχέϊ δευθέντεc ὄξεϊ. ἢν δὲ τὴν τάνυcιν τῶν ἐμπλάcτρων μὴ φέρωcι, ἐπίθεμα ποιέειν· φοίνικεc οἱ πίονεc ἐν οἴνῳ μέλανι αὐcτηρῷ δευθέντεc ἐc μᾶζαν τρίβονται, ἔπειτα ἀκακίη ἐμπάccεται λείη καὶ cίδια· ἐγχρι‐ cθέντα δὲ ἐc τρύχιον κατὰ τοῦ θώρηκοc τίθεται. ἄλφιτα οἴνῳ ἢ ὄξεϊ</w:t>
      </w:r>
    </w:p>
    <w:p>
      <w:r>
        <w:rPr>
          <w:rFonts w:ascii="Courier New" w:hAnsi="Courier New"/>
          <w:color w:val="555555"/>
          <w:sz w:val="20"/>
        </w:rPr>
        <w:t>[5]</w:t>
      </w:r>
    </w:p>
    <w:p>
      <w:r>
        <w:rPr>
          <w:rFonts w:ascii="Gentium Plus" w:hAnsi="Gentium Plus"/>
          <w:sz w:val="24"/>
        </w:rPr>
        <w:t>δευθέντα ἠδὲ φακῆc ἄλητον λεπτόν, κρηcέρῃ cεcηcμένον, κηρωτῇ ῥο‐ δίνῳ μύρῳ ἀναλαμβάνοντα τιθέναι· μίcγειν δὲ καὶ ξυμφύτου τῆc ῥίζηc cεcηcμένηc. Ἄλλο. βραβύλων ἀγρίων ῥίζαc ἑψεῖν ἐν ὄξεϊ καὶ τρί‐ ψαντα ἐc μᾶζαν παραμίcγειν ῥοὸc καὶ κόμμιοc καὶ μυρcίνηc βραχύ. τῶνδε μέντοι γε ἄλλα ἄλλοιcι ξυμμίcγειν, ὅκωc ἂν ἰcχύοc τῆc τῶν</w:t>
      </w:r>
    </w:p>
    <w:p>
      <w:r>
        <w:rPr>
          <w:rFonts w:ascii="Courier New" w:hAnsi="Courier New"/>
          <w:color w:val="555555"/>
          <w:sz w:val="20"/>
        </w:rPr>
        <w:t>[10]</w:t>
      </w:r>
    </w:p>
    <w:p>
      <w:r>
        <w:rPr>
          <w:rFonts w:ascii="Gentium Plus" w:hAnsi="Gentium Plus"/>
          <w:sz w:val="24"/>
        </w:rPr>
        <w:t>φαρμάκων καὶ προcηνείηc καὶ ὀcμήcιοc δέηται· χρὴ γὰρ καὶ τοῖcι κά‐</w:t>
      </w:r>
    </w:p>
    <w:p>
      <w:r>
        <w:rPr>
          <w:rFonts w:ascii="Courier New" w:hAnsi="Courier New"/>
          <w:color w:val="555555"/>
          <w:sz w:val="20"/>
        </w:rPr>
        <w:t>[2 . 2 . 8]</w:t>
      </w:r>
    </w:p>
    <w:p>
      <w:r>
        <w:rPr>
          <w:rFonts w:ascii="Gentium Plus" w:hAnsi="Gentium Plus"/>
          <w:sz w:val="24"/>
        </w:rPr>
        <w:t>μνουcι χαρίcαcθαι. τάδε μὲν ἐκτὸc θετὰ ἄκη. ἡ δὲ τῶνδε καιριωτέρη ἴηcιc ἐν τοῖcι ποτοῖcι καὶ καταπότοιcι κέεται, ὡc ἄγχιcτα τῶν τετρω‐ μένων εἴη τὰ φάρμακα. τριccὴ δὲ τουτέων ἡ ἰδέη· ἢ τοὺc ὀχετοὺc τοῦ ῥόου δῆcαι ξυναγωγῇ καὶ πιέcει τῶν ἀγγείων· ἢ τὸ ῥέον παχῦναί</w:t>
      </w:r>
    </w:p>
    <w:p>
      <w:r>
        <w:rPr>
          <w:rFonts w:ascii="Courier New" w:hAnsi="Courier New"/>
          <w:color w:val="555555"/>
          <w:sz w:val="20"/>
        </w:rPr>
        <w:t>[5]</w:t>
      </w:r>
    </w:p>
    <w:p>
      <w:r>
        <w:rPr>
          <w:rFonts w:ascii="Gentium Plus" w:hAnsi="Gentium Plus"/>
          <w:sz w:val="24"/>
        </w:rPr>
        <w:t>τε καὶ πῆξαι, ὡc μὴ διαρρέῃ, κἢν παραπέμπωcι οἱ ὀχετοί· ἢ ξηρῆναι τὰc ἐφόδουc πρὸc ἕδρην τὴν ἀρχαίην τὸ αἷμα cτήcαντα, ὅκωc μὴ τῇ ἐπιρροῇ κενεόμενοι οἱ χῶροι προcμενέωcι, πλημυρῶcι δὲ ἔνθα ἡ ξύν‐</w:t>
      </w:r>
    </w:p>
    <w:p>
      <w:r>
        <w:rPr>
          <w:rFonts w:ascii="Courier New" w:hAnsi="Courier New"/>
          <w:color w:val="555555"/>
          <w:sz w:val="20"/>
        </w:rPr>
        <w:t>[2 . 2 . 9]</w:t>
      </w:r>
    </w:p>
    <w:p>
      <w:r>
        <w:rPr>
          <w:rFonts w:ascii="Gentium Plus" w:hAnsi="Gentium Plus"/>
          <w:sz w:val="24"/>
        </w:rPr>
        <w:t>δοcιc. ἐπὶ μὲν τῆc ἀραιώcιοc τῶν φλεβῶν ἡ cτῦψιc ἀρκέει· διαρρεῖ γὰρ ὡc ὑδρεῖον νέον δευθὲν τῇcι ἀραιώcεcι. ἀτὰρ ἠδὲ ἐπὶ τῇcι διαι‐ ρέcεcι cτῦψιc μὲν ἰητρείη ἐc τὴν ξυναγωγὴν τῶν χειλέων· μέζοcι δὲ</w:t>
      </w:r>
    </w:p>
    <w:p>
      <w:r>
        <w:rPr>
          <w:rFonts w:ascii="Courier New" w:hAnsi="Courier New"/>
          <w:color w:val="555555"/>
          <w:sz w:val="20"/>
        </w:rPr>
        <w:t>[5]</w:t>
      </w:r>
    </w:p>
    <w:p>
      <w:r>
        <w:rPr>
          <w:rFonts w:ascii="Gentium Plus" w:hAnsi="Gentium Plus"/>
          <w:sz w:val="24"/>
        </w:rPr>
        <w:t>ἔῃ τρόποc καὶ μὴ ξυνάγηται ὑπὸ τῆc cτύψιοc τοῦ ἕλκεοc τὰ χείλεα, cεcήρῃ δὲ τὸ τρῶμα, ἀξύμβατον ἐκ τῆc διαθλίψιοc ἐόν, πάγον χρὴ τοῦ αἵματοc, ἀτὰρ ἠδὲ τῆc θέρμηc, ποιέειν· ἀκινηcίῃ γὰρ τῶνδε καὶ πήξει</w:t>
      </w:r>
    </w:p>
    <w:p>
      <w:r>
        <w:rPr>
          <w:rFonts w:ascii="Courier New" w:hAnsi="Courier New"/>
          <w:color w:val="555555"/>
          <w:sz w:val="20"/>
        </w:rPr>
        <w:t>[2 . 2 . 10]</w:t>
      </w:r>
    </w:p>
    <w:p>
      <w:r>
        <w:rPr>
          <w:rFonts w:ascii="Gentium Plus" w:hAnsi="Gentium Plus"/>
          <w:sz w:val="24"/>
        </w:rPr>
        <w:t>ἵcταται ὁ ῥόοc. ὀξύκρητον μὲν ὦν τοῖcι ἀραιοῖcι ἱκανὸν ἐc cτῦψιν· οὐδὲ γὰρ οὐδὲ αἷμα ἄκρητόν ἐcτι τὸ ῥέον, ἀλλὰ τοῦδε ἰχὼρ διὰ cμι‐ κρῶν τῶν cτομίων· καὶ τοῦδε οὐ πολλοῦ οὐδὲ πολλάκιc χρέοc. μετε‐ ξετέροιcι δὲ καὶ ἡ ἔξωθεν ἰητρείη, ἀτὰρ καὶ φοινίκων ἢ κερατίων ἐδω‐</w:t>
      </w:r>
    </w:p>
    <w:p>
      <w:r>
        <w:rPr>
          <w:rFonts w:ascii="Courier New" w:hAnsi="Courier New"/>
          <w:color w:val="555555"/>
          <w:sz w:val="20"/>
        </w:rPr>
        <w:t>[5]</w:t>
      </w:r>
    </w:p>
    <w:p>
      <w:r>
        <w:rPr>
          <w:rFonts w:ascii="Gentium Plus" w:hAnsi="Gentium Plus"/>
          <w:sz w:val="24"/>
        </w:rPr>
        <w:t>δίμων ἕψημα ποθὲν μοῦνον ἤρκεcε. ἔcτω δὲ τὸ ὄξοc οἴνων μὲν τῶν cτυφόντων τῷ γένεϊ, εἰ μὴ φαρμακείῃ γε, ἀλλὰ τῷ χρόνῳ δριμύ τε καὶ cτῦφον. ἐπὶ δὲ τῇcι διαcτάcεcι τῶν τρωμάτων πρὸc τῷ ὀξυκρήτῳ ἔcτω φάρμακα ἁπλᾶ τὴν πρώτην, ἀρνογλώccου χυλὸc ἢ πολυγόνου ἢ</w:t>
      </w:r>
    </w:p>
    <w:p>
      <w:r>
        <w:rPr>
          <w:rFonts w:ascii="Courier New" w:hAnsi="Courier New"/>
          <w:color w:val="555555"/>
          <w:sz w:val="20"/>
        </w:rPr>
        <w:t>[2 . 2 . 11]</w:t>
      </w:r>
    </w:p>
    <w:p>
      <w:r>
        <w:rPr>
          <w:rFonts w:ascii="Gentium Plus" w:hAnsi="Gentium Plus"/>
          <w:sz w:val="24"/>
        </w:rPr>
        <w:t>cέριδοc, ἑκάcτου μοίρη, πρὸc τῷ ὀξυκρήτῳ. ἢν δ’ ἐπὶ μᾶλλον ῥέῃ, ὑποκυcτίδοc ἢ ἀκακίηc ξηρῶν ἐμπάccειν, ἐc τρεῖc κυάθουc τοῦ ὀξυκρή‐ του ὁλκῆc, τῇδε δραχμὴν μίαν. ἄριcτοc δὲ καὶ χυλὸc ὄμφακοc. ἢν δὲ κρέccων ἡ ξυμφορὴ τῶνδε γίγνηται, κηκίδα λείην καὶ βάτου ῥίζαν</w:t>
      </w:r>
    </w:p>
    <w:p>
      <w:r>
        <w:rPr>
          <w:rFonts w:ascii="Courier New" w:hAnsi="Courier New"/>
          <w:color w:val="555555"/>
          <w:sz w:val="20"/>
        </w:rPr>
        <w:t>[5]</w:t>
      </w:r>
    </w:p>
    <w:p>
      <w:r>
        <w:rPr>
          <w:rFonts w:ascii="Gentium Plus" w:hAnsi="Gentium Plus"/>
          <w:sz w:val="24"/>
        </w:rPr>
        <w:t>ξηρὴν καὶ λίθον τὴν ἐξ ἁλὸc κουράλλιον λείην ξηρὴν ἐμπάccειν. δυνα‐ τωτέρη δὲ τῶνδε τὸ ῥῆον ἡ ῥίζα, ἐμψῦξαι, ξηρῆναι, cτῦψαι, τὰ πάντα</w:t>
      </w:r>
    </w:p>
    <w:p>
      <w:r>
        <w:rPr>
          <w:rFonts w:ascii="Courier New" w:hAnsi="Courier New"/>
          <w:color w:val="555555"/>
          <w:sz w:val="20"/>
        </w:rPr>
        <w:t>[2 . 2 . 12]</w:t>
      </w:r>
    </w:p>
    <w:p>
      <w:r>
        <w:rPr>
          <w:rFonts w:ascii="Gentium Plus" w:hAnsi="Gentium Plus"/>
          <w:sz w:val="24"/>
        </w:rPr>
        <w:t>ποιῆcαι· ἀτὰρ καὶ ἥδε ξὺν τῷ ὀξυκρήτῳ μούνῳ. ἢν δὲ μεζόνων ἀρή‐ γειν χρέοc, τοῖcι χυλοῖcι τῆc cέριδοc, ξὺν ἀρνογλώccῳ, τῆc ῥίζηc ἐμπάccειν, ὁλκῆc τριώβολον ἐc κυάθουc τοῦ ὑγροῦ τρεῖc ἢ τέccαραc. ἐπὶ δὲ τῇcι διαβρώcεcι τότε ὅλωc ἐν ἐκείνῃ cτῦψιν ἐμποιέειν ἐc πά‐</w:t>
      </w:r>
    </w:p>
    <w:p>
      <w:r>
        <w:rPr>
          <w:rFonts w:ascii="Courier New" w:hAnsi="Courier New"/>
          <w:color w:val="555555"/>
          <w:sz w:val="20"/>
        </w:rPr>
        <w:t>[5]</w:t>
      </w:r>
    </w:p>
    <w:p>
      <w:r>
        <w:rPr>
          <w:rFonts w:ascii="Gentium Plus" w:hAnsi="Gentium Plus"/>
          <w:sz w:val="24"/>
        </w:rPr>
        <w:t>γον τοῦ διαρρέοντοc αἵματοc καὶ τοῖcι δεχομένοιcι, ὅκωc ἀπὸ πολλοῦ</w:t>
      </w:r>
    </w:p>
    <w:p>
      <w:r>
        <w:rPr>
          <w:rFonts w:ascii="Courier New" w:hAnsi="Courier New"/>
          <w:color w:val="555555"/>
          <w:sz w:val="20"/>
        </w:rPr>
        <w:t>[2 . 2 . 13]</w:t>
      </w:r>
    </w:p>
    <w:p>
      <w:r>
        <w:rPr>
          <w:rFonts w:ascii="Gentium Plus" w:hAnsi="Gentium Plus"/>
          <w:sz w:val="24"/>
        </w:rPr>
        <w:t>τοῦ τρώματοc μύωcιν αἱ φλέβεc. ἀλλὰ καὶ τὰ πινόμενα ἔcτω κρα‐ ταιά, δυνατὰ ποιῆcαι πάγον. χυλὸν ὦν κοριάνου ξὺν ὄξεϊ ἠδὲ λαγοῦ τάμιcοc ἢ νεβροῦ ἢ ἐρίφου, μὴ πολλὸν δὲ διδόναι· ἔκτεινε γάρ κοτε τουτέων τι τῷ πλήθεϊ· ἀλλὰ τοῦ μὲν χυλοῦ τοῦ κοριάνου μὴ μεῖον</w:t>
      </w:r>
    </w:p>
    <w:p>
      <w:r>
        <w:rPr>
          <w:rFonts w:ascii="Courier New" w:hAnsi="Courier New"/>
          <w:color w:val="555555"/>
          <w:sz w:val="20"/>
        </w:rPr>
        <w:t>[5]</w:t>
      </w:r>
    </w:p>
    <w:p>
      <w:r>
        <w:rPr>
          <w:rFonts w:ascii="Gentium Plus" w:hAnsi="Gentium Plus"/>
          <w:sz w:val="24"/>
        </w:rPr>
        <w:t>μὲν ἡμικυάθου ἐc τρεῖc τοῦ ὀξυκρήτου, τῆc δὲ ταμίcου ὀβολοὶ μὲν τρεῖc, τὸ δὲ πλεῖcτον ὀβολοὶ τέccαρεc. ἐc δὲ τὰ τοιάδε εἴδεα τῆc φορῆc καὶ γῆ ἀρίcτη Ϲαμία καὶ Ἐρετριὰc καὶ ἀcτὴρ κάρτα λευκὸc καὶ</w:t>
      </w:r>
    </w:p>
    <w:p>
      <w:r>
        <w:rPr>
          <w:rFonts w:ascii="Courier New" w:hAnsi="Courier New"/>
          <w:color w:val="555555"/>
          <w:sz w:val="20"/>
        </w:rPr>
        <w:t>[2 . 2 . 14]</w:t>
      </w:r>
    </w:p>
    <w:p>
      <w:r>
        <w:rPr>
          <w:rFonts w:ascii="Gentium Plus" w:hAnsi="Gentium Plus"/>
          <w:sz w:val="24"/>
        </w:rPr>
        <w:t>Ϲινῶπιc καὶ cφραγὶc ἡ Λημνίη. τουτέων δὲ ὁλκὴ cταθμοῦ τὸ μεῖον 𐅵 αʹ· τρεῖc δὲ τὸ πλεῖcτον· ξύν τινι τῶν ἑψημάτων, φοινίκων ἢ κερα‐ τίων ἐδωδίμων ἢ ῥιζῶν βάτων. ἢν δὲ τρηχύνηται ἡ ἀρτηρίη καὶ ἐπὶ τῷδε βήccῃ, cιραίῳ τῷ Κρητὶ ἐμπάccειν τάδε. ἄριcτον ἐc λείωcιν ἀρ‐</w:t>
      </w:r>
    </w:p>
    <w:p>
      <w:r>
        <w:rPr>
          <w:rFonts w:ascii="Courier New" w:hAnsi="Courier New"/>
          <w:color w:val="555555"/>
          <w:sz w:val="20"/>
        </w:rPr>
        <w:t>[5]</w:t>
      </w:r>
    </w:p>
    <w:p>
      <w:r>
        <w:rPr>
          <w:rFonts w:ascii="Gentium Plus" w:hAnsi="Gentium Plus"/>
          <w:sz w:val="24"/>
        </w:rPr>
        <w:t>τηρίηc καὶ ἄμυλοc ξὺν τοῖcι δευθείc· ξὺν γὰρ τῷ λείῳ καὶ τὸ παγερὸν ἴcχει. ἢν μὲν ὦν ξυνεπείγῃ ἡ φορή, ἅπαξ τῆc ἡμέρηc πρὸ τῆc προc‐</w:t>
      </w:r>
    </w:p>
    <w:p>
      <w:r>
        <w:rPr>
          <w:rFonts w:ascii="Courier New" w:hAnsi="Courier New"/>
          <w:color w:val="555555"/>
          <w:sz w:val="20"/>
        </w:rPr>
        <w:t>[2 . 2 . 15]</w:t>
      </w:r>
    </w:p>
    <w:p>
      <w:r>
        <w:rPr>
          <w:rFonts w:ascii="Gentium Plus" w:hAnsi="Gentium Plus"/>
          <w:sz w:val="24"/>
        </w:rPr>
        <w:t>άρcιοc δοτέον· ἢν δὲ μή, καὶ δὶc καὶ τρίτον ἐc τὴν ἑcπέρην. ἐκ δὲ τῶν φαρμάκων καὶ κατάποτα ποιέειν ξηρῶν ἐν μέλιτι ἑφθῷ ἐc ξύcτα‐ cιν· κηκὶc λείη· ἄριcτον δὲ καὶ ῥόοc ἐc τὰ ὄψα, γίγαρτα καὶ ὁ ὀξυ‐ λαπάθου καρπὸc καὶ ἰδίῃ ἑκάcτου καὶ ξυνῇ. τάδε μέντοι καὶ ὑπὸ τῇ</w:t>
      </w:r>
    </w:p>
    <w:p>
      <w:r>
        <w:rPr>
          <w:rFonts w:ascii="Courier New" w:hAnsi="Courier New"/>
          <w:color w:val="555555"/>
          <w:sz w:val="20"/>
        </w:rPr>
        <w:t>[5]</w:t>
      </w:r>
    </w:p>
    <w:p>
      <w:r>
        <w:rPr>
          <w:rFonts w:ascii="Gentium Plus" w:hAnsi="Gentium Plus"/>
          <w:sz w:val="24"/>
        </w:rPr>
        <w:t>γλώccῃ ἔχειν ἐc τὸ διηνεκὲc τῆc ξυντήξιοc· ἀτὰρ καὶ κόμμι ξὺν τῷ ξυμφύτῳ καὶ τράγου τῆc ἀκάνθηc τὸ δάκρυον. ποικίλων δὲ φαρμάκων μυρίη μὲν ἡ πείρη, ποικίλαι δὲ αἱ χρήcιεc, τροχίcκων, τοῦ διὰ τῆc Αἰγυπτίαc ἀκάνθηc καὶ ἑτέρου τοῦ δι’ ἠλέκτρου καὶ ἄλλου τοῦ κρο‐</w:t>
      </w:r>
    </w:p>
    <w:p>
      <w:r>
        <w:rPr>
          <w:rFonts w:ascii="Courier New" w:hAnsi="Courier New"/>
          <w:color w:val="555555"/>
          <w:sz w:val="20"/>
        </w:rPr>
        <w:t>[2 . 2 . 16]</w:t>
      </w:r>
    </w:p>
    <w:p>
      <w:r>
        <w:rPr>
          <w:rFonts w:ascii="Gentium Plus" w:hAnsi="Gentium Plus"/>
          <w:sz w:val="24"/>
        </w:rPr>
        <w:t>κώδεοc, ὧν ἡ cκευαcίη ἰδίῃ λέλεκται. ἄνευ μὲν ὦν πυρετῶν ἅπαντα τολμέειν ἐπὶ τοῖcι φαρμάκοιcι, καὶ πολλὰ καὶ πολλάκιc διδόντα. ἢν δὲ ἐπιπυρεταίνωcι (τὰ πολλὰ δὲ τῇcι φλεγμαcίῃcι τῶν τρωμάτων γίγνον‐ ται πυρετοί), μήτε ἁθρόον ἴcχειν τὴν φορὴν μήτε ἐν τοῖcι παροξυ‐</w:t>
      </w:r>
    </w:p>
    <w:p>
      <w:r>
        <w:rPr>
          <w:rFonts w:ascii="Courier New" w:hAnsi="Courier New"/>
          <w:color w:val="555555"/>
          <w:sz w:val="20"/>
        </w:rPr>
        <w:t>[5]</w:t>
      </w:r>
    </w:p>
    <w:p>
      <w:r>
        <w:rPr>
          <w:rFonts w:ascii="Gentium Plus" w:hAnsi="Gentium Plus"/>
          <w:sz w:val="24"/>
        </w:rPr>
        <w:t>cμοῖcι φάρμακα πιπίcκειν· πολλὸν γὰρ ὑπὸ πυρετῶν θᾶccον ὄλλυνται</w:t>
      </w:r>
    </w:p>
    <w:p>
      <w:r>
        <w:rPr>
          <w:rFonts w:ascii="Courier New" w:hAnsi="Courier New"/>
          <w:color w:val="555555"/>
          <w:sz w:val="20"/>
        </w:rPr>
        <w:t>[2 . 2 . 17]</w:t>
      </w:r>
    </w:p>
    <w:p>
      <w:r>
        <w:rPr>
          <w:rFonts w:ascii="Gentium Plus" w:hAnsi="Gentium Plus"/>
          <w:sz w:val="24"/>
        </w:rPr>
        <w:t>ἢ ὑπὸ τῆc τοῦ αἵματοc φορῆc. τροφαὶ ποικίλαι καὶ τὴν ἰδέην ὁκοῖα τὰ φάρμακα. ἀτὰρ καὶ τὰ φάρμακα ἐν τροφῇ· οὔτε γὰρ ἐπὶ μιῇ μού‐ νῃ ἅπαντα εὑρεῖν τὰ τροφῆc ἀγαθὰ εὔπορον, οὔτε ἢν μία [οὐ] μούνη ἐc ἰητρείην ἀρκέῃ, μιῇ μούνῃ χρέεcθαι διὰ τὸν κόρον ῥηΐδιον. καὶ γὰρ</w:t>
      </w:r>
    </w:p>
    <w:p>
      <w:r>
        <w:rPr>
          <w:rFonts w:ascii="Courier New" w:hAnsi="Courier New"/>
          <w:color w:val="555555"/>
          <w:sz w:val="20"/>
        </w:rPr>
        <w:t>[5]</w:t>
      </w:r>
    </w:p>
    <w:p>
      <w:r>
        <w:rPr>
          <w:rFonts w:ascii="Gentium Plus" w:hAnsi="Gentium Plus"/>
          <w:sz w:val="24"/>
        </w:rPr>
        <w:t>κατὰ ποικίλα εἴκειν· ἤδη δὲ ἀπὸ χρονίων γίγνεται· ἔcτω ὦν cτύφουcα καὶ ἐc δύναμιν ψύχουcα, ἀτὰρ ἠδὲ ἐc θίξιν· θέρμη γὰρ αἵματοc πρό‐ κληcιc. χόνδροι πλυτοί· ὄρυζα ἐc ὀξύκρητον· ἢν δὲ τὸ ὄξοc βῆχαc ἐμποιέῃ, φοινίκων ἕψημα· ἄρτοc ὀπτὸc κατάξηροc κοπεὶc ἠδὲ καὶ ἐc</w:t>
      </w:r>
    </w:p>
    <w:p>
      <w:r>
        <w:rPr>
          <w:rFonts w:ascii="Courier New" w:hAnsi="Courier New"/>
          <w:color w:val="555555"/>
          <w:sz w:val="20"/>
        </w:rPr>
        <w:t>[2 . 2 . 18]</w:t>
      </w:r>
    </w:p>
    <w:p>
      <w:r>
        <w:rPr>
          <w:rFonts w:ascii="Gentium Plus" w:hAnsi="Gentium Plus"/>
          <w:sz w:val="24"/>
        </w:rPr>
        <w:t>ἄλητον cεcηcμένοc. ἐκ πάντων ὦν ῥόφημα ξὺν λίπαϊ, θύμβρη ἁλcὶ ἡδυνθεῖcα, ῥοόc, ἐπίπαcμα. ἢν δὲ καὶ χαρίcαcθαί τι τῷ κάμνοντι ἐθέ‐ λῃc, κορίανον ἔcτω ἐc ἡδονὴν ὅτῳ φίλον ἤ τι τῶν οὐρητικῶν ἠδὲ εὐπνόων cπερμάτων. φακόc, ἢν μὲν ἡ αἱμορραγίη ἐπείγῃ, ξὺν ἀρνο‐</w:t>
      </w:r>
    </w:p>
    <w:p>
      <w:r>
        <w:rPr>
          <w:rFonts w:ascii="Courier New" w:hAnsi="Courier New"/>
          <w:color w:val="555555"/>
          <w:sz w:val="20"/>
        </w:rPr>
        <w:t>[5]</w:t>
      </w:r>
    </w:p>
    <w:p>
      <w:r>
        <w:rPr>
          <w:rFonts w:ascii="Gentium Plus" w:hAnsi="Gentium Plus"/>
          <w:sz w:val="24"/>
        </w:rPr>
        <w:t>γλώccου χυλῷ· ἢν δὲ μή, τοῦ χυλοῦ ἔcτω φειδώ· οὐ γὰρ εὔπεπτον οὐδὲ προcηνὲc ἐc γεῦcιν· χρὴ δὲ τουτέοιcι ἥκιcτα πάντων δύcπεπτα</w:t>
      </w:r>
    </w:p>
    <w:p>
      <w:r>
        <w:rPr>
          <w:rFonts w:ascii="Courier New" w:hAnsi="Courier New"/>
          <w:color w:val="555555"/>
          <w:sz w:val="20"/>
        </w:rPr>
        <w:t>[2 . 2 . 19]</w:t>
      </w:r>
    </w:p>
    <w:p>
      <w:r>
        <w:rPr>
          <w:rFonts w:ascii="Gentium Plus" w:hAnsi="Gentium Plus"/>
          <w:sz w:val="24"/>
        </w:rPr>
        <w:t>διδόναι. ἢν δὲ ἐξ αἱμορραγίηc θάνατον ὀρρωδέῃc, καὶ ἀτερπὲc καὶ δύc‐ πεπτον· ἠδὲ ἀπηνέα ἔcτω τὰ cῴζοντα· κηκὶc ὦν ξηρή, λείη προcεπι‐ παccέcθω φακῷ τῷ ξηρῷ καὶ ψυχρῷ· ὠὰ ἑψήcει παχέα ξὺν ῥοιῆc cι‐ δίοιcι ἢ κηκίδι· ἥδε ἐcτὶ ὑπ’ ἀνάγκηc ἐν φαρμάκῳ τροφή· ποτὸν δὲ</w:t>
      </w:r>
    </w:p>
    <w:p>
      <w:r>
        <w:rPr>
          <w:rFonts w:ascii="Courier New" w:hAnsi="Courier New"/>
          <w:color w:val="555555"/>
          <w:sz w:val="20"/>
        </w:rPr>
        <w:t>[5]</w:t>
      </w:r>
    </w:p>
    <w:p>
      <w:r>
        <w:rPr>
          <w:rFonts w:ascii="Gentium Plus" w:hAnsi="Gentium Plus"/>
          <w:sz w:val="24"/>
        </w:rPr>
        <w:t>τὸ ξύμπαν ὀλίγον ἔcτω· ξηρῇ γὰρ διαίτῃ ὑγρὸν ἀξύμφορον. τοιάδε μέν, cτῦψαι καὶ ψῦξαι εἰ ἐθέλειc· ἢν δὲ παχῦναι καὶ αἷμα καὶ πνεῦμα, γάλα καὶ ἄμυλοc καὶ χόνδροι· ἄλλοτε μὲν ξὺν ἀμύλῳ, ἄλλοτε δὲ ξὺν</w:t>
      </w:r>
    </w:p>
    <w:p>
      <w:r>
        <w:rPr>
          <w:rFonts w:ascii="Courier New" w:hAnsi="Courier New"/>
          <w:color w:val="555555"/>
          <w:sz w:val="20"/>
        </w:rPr>
        <w:t>[2 . 2 . 20]</w:t>
      </w:r>
    </w:p>
    <w:p>
      <w:r>
        <w:rPr>
          <w:rFonts w:ascii="Gentium Plus" w:hAnsi="Gentium Plus"/>
          <w:sz w:val="24"/>
        </w:rPr>
        <w:t>χόνδρῳ γάλα· ἐc πῆξιν δὲ ἡ ξύcταcιc, ὡc μὴ ῥόφημα ὑγρὸν ᾖ. ἢν δὲ ἐπὶ μᾶλλον παχῦναι καὶ cτῦψαι ἐθέλῃc, οἱ χόνδροι μὲν ξὺν φοίνιξι ἑψείcθωcαν· ἐc δὲ τὴν ξύcταcιν ἄμυλοc ἔcτω, καὶ γάλα ἄριcτον, καὶ φὰρ τὸ Τυρρηνικόν, παχὺ ἐὸν καὶ γλίcχρον καὶ κολλῶδεc ξὺν τῷ γά‐</w:t>
      </w:r>
    </w:p>
    <w:p>
      <w:r>
        <w:rPr>
          <w:rFonts w:ascii="Courier New" w:hAnsi="Courier New"/>
          <w:color w:val="555555"/>
          <w:sz w:val="20"/>
        </w:rPr>
        <w:t>[5]</w:t>
      </w:r>
    </w:p>
    <w:p>
      <w:r>
        <w:rPr>
          <w:rFonts w:ascii="Gentium Plus" w:hAnsi="Gentium Plus"/>
          <w:sz w:val="24"/>
        </w:rPr>
        <w:t>λακτι· ταμίcου δὲ τοῦ ἐρίφου ὑγροῖcι τοῖcι ἑψήμαcι προcεγχέειν ἐc πῆξιν, ὅκωc ἐπὶ γάλακτι ἐc νέου τυροῦ ξύcταcιν ἴcχῃ. παχύτερον δὲ τουτέων κέγχροc ἑφθὸc ξὺν γάλακτι ὡc τὸ φάρ, καὶ τὸ ἐπίπαcτον ἡ κηκὶc καὶ τὰ cίδια. τεκμαίρεcθαι δὲ τὰc ξυμμετρίαc τῶν ξηραινόντων ἢ παχυνόντων· καὶ γὰρ βηχώδεα ταῦτα, ὑπερβολῇ τε ξηρότητοc μετε‐</w:t>
      </w:r>
    </w:p>
    <w:p>
      <w:r>
        <w:rPr>
          <w:rFonts w:ascii="Courier New" w:hAnsi="Courier New"/>
          <w:color w:val="555555"/>
          <w:sz w:val="20"/>
        </w:rPr>
        <w:t>[2 . 2 . 21]</w:t>
      </w:r>
    </w:p>
    <w:p>
      <w:r>
        <w:rPr>
          <w:rFonts w:ascii="Gentium Plus" w:hAnsi="Gentium Plus"/>
          <w:sz w:val="24"/>
        </w:rPr>
        <w:t>ξετέροιcι προcέρρηξε τὰc φλέβαc. ἢν δὲ πρήccηται μέν, ἴcχηται δὲ τὸ αἷμα, ἐc τἀναντία ἐκ προcαγωγῆc ἡ μεταβολὴ καὶ μηδὲν ἄγαν· φιλό‐ cτροφα γὰρ τάδε καὶ κακοήθεα. χρὴ δὲ cαρκοῦν ἤδη τὸν ἄνθρωπον καὶ τὰc ὠτειλὰc ἐc τὸ †πειρὸν ἄγειν αἰώρῃcι ἢ τρίψεcι μαλθακῇcι, περιό‐</w:t>
      </w:r>
    </w:p>
    <w:p>
      <w:r>
        <w:rPr>
          <w:rFonts w:ascii="Courier New" w:hAnsi="Courier New"/>
          <w:color w:val="555555"/>
          <w:sz w:val="20"/>
        </w:rPr>
        <w:t>[5]</w:t>
      </w:r>
    </w:p>
    <w:p>
      <w:r>
        <w:rPr>
          <w:rFonts w:ascii="Gentium Plus" w:hAnsi="Gentium Plus"/>
          <w:sz w:val="24"/>
        </w:rPr>
        <w:t>δοιcι, θυμηδίῃcι, τροφῇ ποικίλῃ καὶ ξυνήθεϊ. τάδε μὲν ὦν, ἢν ἐκ τῆc φορῆc τοῦ αἵματοc τὸ τρῶμα ξυμπέcῃ καὶ ὁ χῶροc ὑγιαcθῇ εὐακέωc·</w:t>
      </w:r>
    </w:p>
    <w:p>
      <w:r>
        <w:rPr>
          <w:rFonts w:ascii="Courier New" w:hAnsi="Courier New"/>
          <w:color w:val="555555"/>
          <w:sz w:val="20"/>
        </w:rPr>
        <w:t>[2 . 3 . 1]</w:t>
      </w:r>
    </w:p>
    <w:p>
      <w:r>
        <w:rPr>
          <w:rFonts w:ascii="Gentium Plus" w:hAnsi="Gentium Plus"/>
          <w:sz w:val="24"/>
        </w:rPr>
        <w:t>Θεραπεία καρδιακῶν. Ἐν cυγκοπῇ μάλα χρὴ τὸν ἰητρὸν πρόνοιαν ἐπιτηδεύειν· μέλλουcαν μὲν γὰρ ἢν προγιγνώcκῃc τά τε παρ‐ εόντα ἐπεccυμένωc cυνεργὰ ἔνcεο· ἀτὰρ ἠδὲ ἐξελάοιc ἂν αὐτέην πρὶν ἥκειν. παρεοῦcαν δὲ οὐ ῥηϊδίωc διαδιδρήcκουcι οἱ νοcεῦντεc. λύcιν</w:t>
      </w:r>
    </w:p>
    <w:p>
      <w:r>
        <w:rPr>
          <w:rFonts w:ascii="Courier New" w:hAnsi="Courier New"/>
          <w:color w:val="555555"/>
          <w:sz w:val="20"/>
        </w:rPr>
        <w:t>[5]</w:t>
      </w:r>
    </w:p>
    <w:p>
      <w:r>
        <w:rPr>
          <w:rFonts w:ascii="Gentium Plus" w:hAnsi="Gentium Plus"/>
          <w:sz w:val="24"/>
        </w:rPr>
        <w:t>γὰρ τῆc φύcιοc τὴν cυγκοπὴν ἔλεξα· οὐ παλίνcυτοc δὲ φύcιc λυθεῖcα. τήνδε ὦν μάλιcτα μὲν μέλλουcαν κωλύειν· ἢν δὲ μή, ἄρτι ἀρχομένην. προγιγνώcκειν δὲ χρὴ τοῖcι ἐν τοῖcι ἀμφὶ τῶν ὀξέων νούcων λελεγ‐</w:t>
      </w:r>
    </w:p>
    <w:p>
      <w:r>
        <w:rPr>
          <w:rFonts w:ascii="Courier New" w:hAnsi="Courier New"/>
          <w:color w:val="555555"/>
          <w:sz w:val="20"/>
        </w:rPr>
        <w:t>[2 . 3 . 2]</w:t>
      </w:r>
    </w:p>
    <w:p>
      <w:r>
        <w:rPr>
          <w:rFonts w:ascii="Gentium Plus" w:hAnsi="Gentium Plus"/>
          <w:sz w:val="24"/>
        </w:rPr>
        <w:t>μένοιcι, εὖτε τὴν αἰτίην, ἀτὰρ ἠδὲ καὶ τὰ cημήϊα ἐφράζομεν. καῦcοc μὲν γὰρ ὁ πυρετὸc ἀρχή. ἐπὶ δὲ τῷ καύcῳ κάκιcτα cημήϊα, ξηρότηc, ἀγρυπνίη, θερμαcίη τῶν cπλάγχνων, ὅκωc ἀπὸ πυρόc, ψυχρὰ δὲ τὰ ἔξω· χεῖρεc καὶ πόδεc ἄκροι ψυχρότατοι. ἀναπνοὴ ἐc ὁλκὴν μακρή·</w:t>
      </w:r>
    </w:p>
    <w:p>
      <w:r>
        <w:rPr>
          <w:rFonts w:ascii="Courier New" w:hAnsi="Courier New"/>
          <w:color w:val="555555"/>
          <w:sz w:val="20"/>
        </w:rPr>
        <w:t>[5]</w:t>
      </w:r>
    </w:p>
    <w:p>
      <w:r>
        <w:rPr>
          <w:rFonts w:ascii="Gentium Plus" w:hAnsi="Gentium Plus"/>
          <w:sz w:val="24"/>
        </w:rPr>
        <w:t>ποθέουcι γὰρ ψυχρὸν ἠέρα, οὕνεκεν ἐκπνέουcι πῦρ. cφυγμοὶ cμικροί, πυκνότατοι, τρομώδεεc. ἐκ τῶνδε ὦν τεκμαιρόμενοc ἠδ’ ὁκόcα μοι ἐν</w:t>
      </w:r>
    </w:p>
    <w:p>
      <w:r>
        <w:rPr>
          <w:rFonts w:ascii="Courier New" w:hAnsi="Courier New"/>
          <w:color w:val="555555"/>
          <w:sz w:val="20"/>
        </w:rPr>
        <w:t>[2 . 3 . 3]</w:t>
      </w:r>
    </w:p>
    <w:p>
      <w:r>
        <w:rPr>
          <w:rFonts w:ascii="Gentium Plus" w:hAnsi="Gentium Plus"/>
          <w:sz w:val="24"/>
        </w:rPr>
        <w:t>τοῖcι cημηΐοιcι λέλεκται, αὐτίκ’ ἐξ ἀρχῆc ἀρήγειν. ἢν ὦν μὴ πάντα κωλύῃ, ἕξιc, ἡλικίη, ὥρη, ἀψυχίη τοῦ ἀνθρώπου, τάμνειν φλέβα· κἢν πολλὰ κωλύῃ, εἷc δέ τιc ἀριθμὸc ἐπίκαιροc ᾖ, ὁκοῖον γλῶccα τρηχείη τε καὶ ξηρὴ καὶ μέλαινα. εἴδεται γὰρ τὰ εἴcω πάντα cημήϊα. ξυντεκ‐</w:t>
      </w:r>
    </w:p>
    <w:p>
      <w:r>
        <w:rPr>
          <w:rFonts w:ascii="Courier New" w:hAnsi="Courier New"/>
          <w:color w:val="555555"/>
          <w:sz w:val="20"/>
        </w:rPr>
        <w:t>[5]</w:t>
      </w:r>
    </w:p>
    <w:p>
      <w:r>
        <w:rPr>
          <w:rFonts w:ascii="Gentium Plus" w:hAnsi="Gentium Plus"/>
          <w:sz w:val="24"/>
        </w:rPr>
        <w:t>μαίρεcθαι δὲ ἐπὶ πᾶcι τὴν δύναμιν, εἰ μὴ προαπηύδηκε ἐκ τῆc νούcου πόνων τε καὶ διαίτηc. οὐδὲ γὰρ οὐδὲ ἐνδείῃ μοῦνον, ἀλλὰ καὶ πνιγί· ἢν δ’ ὑπὸ πλήθεοc γίγνηται cυγκοπὴ καὶ φλεγμαcίη τιc ὑποχονδρίου</w:t>
      </w:r>
    </w:p>
    <w:p>
      <w:r>
        <w:rPr>
          <w:rFonts w:ascii="Courier New" w:hAnsi="Courier New"/>
          <w:color w:val="555555"/>
          <w:sz w:val="20"/>
        </w:rPr>
        <w:t>[2 . 3 . 4]</w:t>
      </w:r>
    </w:p>
    <w:p>
      <w:r>
        <w:rPr>
          <w:rFonts w:ascii="Gentium Plus" w:hAnsi="Gentium Plus"/>
          <w:sz w:val="24"/>
        </w:rPr>
        <w:t>ἢ ἥπατοc μέγα διαcημαίνῃ, οὐδὲ ἀμβολῆc χρέοc. τάμνειν δὲ τὴν ἐπ’ ἀγκῶνι τὴν κοίλην· ἀτὰρ ἠδὲ διὰ cμικρῆc [τομῆc] τῆc cχάcιοc ἀφαι‐ ρέειν, ὡc μὴ cφόδρα τῇ δυνάμει ἐπίδηλον ᾖ· ἐλέγχει γὰρ τὴν φύcιν τὸ ἁθρόον. καὶ πολλόν τι μεῖον ἢ δι’ ἄλλαc προφάcιαc ἀφαιρέειν. ἢν</w:t>
      </w:r>
    </w:p>
    <w:p>
      <w:r>
        <w:rPr>
          <w:rFonts w:ascii="Courier New" w:hAnsi="Courier New"/>
          <w:color w:val="555555"/>
          <w:sz w:val="20"/>
        </w:rPr>
        <w:t>[5]</w:t>
      </w:r>
    </w:p>
    <w:p>
      <w:r>
        <w:rPr>
          <w:rFonts w:ascii="Gentium Plus" w:hAnsi="Gentium Plus"/>
          <w:sz w:val="24"/>
        </w:rPr>
        <w:t>γὰρ ἐπὶ cυγκοπῇ καὶ cμικρὸν ἁμαρτῴη, ῥηϊδίωc ἐc Ἅιδου τρέπει. αὐ‐ τίκα ὦν διδόναι τροφὴν ἐc νεόχμωcιν τῆc δυνάμιοc· γάνυται γὰρ ἡ φύcιc καὶ τῇ τῶν παλαιῶν ἀπαλλαγῇ καὶ τῇ τῶν ποταινίων προcθήκῃ.</w:t>
      </w:r>
    </w:p>
    <w:p>
      <w:r>
        <w:rPr>
          <w:rFonts w:ascii="Courier New" w:hAnsi="Courier New"/>
          <w:color w:val="555555"/>
          <w:sz w:val="20"/>
        </w:rPr>
        <w:t>[2 . 3 . 5]</w:t>
      </w:r>
    </w:p>
    <w:p>
      <w:r>
        <w:rPr>
          <w:rFonts w:ascii="Gentium Plus" w:hAnsi="Gentium Plus"/>
          <w:sz w:val="24"/>
        </w:rPr>
        <w:t>ἢν δὲ φλεβοτομίην μὲν ἡ δύναμιc ἀποτρέπῃ, φλεγμαcίαι δὲ ἔωcι, cι‐ κύην τῇδε προcβάλλειν πολὺ πρόcθεν τῆc κρίcιοc τοῦ νοcήματοc. ἐν κριcίμοιcι γὰρ ἡ cυγκοπή, ἐπεὶ τῇcι αὐτέῃcι περιόδοιcι αἵ τε φύcιεc κρίνουcι αἵ τε νοῦcοι κτείνουcι. κἢν γὰρ ἐc ἀνάγκην οἰνοποcίηc ἥκῃ</w:t>
      </w:r>
    </w:p>
    <w:p>
      <w:r>
        <w:rPr>
          <w:rFonts w:ascii="Courier New" w:hAnsi="Courier New"/>
          <w:color w:val="555555"/>
          <w:sz w:val="20"/>
        </w:rPr>
        <w:t>[5]</w:t>
      </w:r>
    </w:p>
    <w:p>
      <w:r>
        <w:rPr>
          <w:rFonts w:ascii="Gentium Plus" w:hAnsi="Gentium Plus"/>
          <w:sz w:val="24"/>
        </w:rPr>
        <w:t>ὁ ἄνθρωποc, οὐ κάρτα ἀcφαλὲc ἐπὶ φλεγμονῇcι οἰνοποτέειν. οἶνοc γὰρ φλεγμαίνουcι μὲν πόνων ἐπίδοcιc, ἀφλεγμάντοιcι δὲ φύcιοc αὔξηcιc.</w:t>
      </w:r>
    </w:p>
    <w:p>
      <w:r>
        <w:rPr>
          <w:rFonts w:ascii="Courier New" w:hAnsi="Courier New"/>
          <w:color w:val="555555"/>
          <w:sz w:val="20"/>
        </w:rPr>
        <w:t>[2 . 3 . 6]</w:t>
      </w:r>
    </w:p>
    <w:p>
      <w:r>
        <w:rPr>
          <w:rFonts w:ascii="Gentium Plus" w:hAnsi="Gentium Plus"/>
          <w:sz w:val="24"/>
        </w:rPr>
        <w:t>ἐπίπροcθεν δὲ τῆc cικύηc, πρὸ μιῆc ἢ δευτέρηc, ἐπιπλάcιοc χρέοc, ἔc τε ἄνεcιν τῶν μερέων, ἀτὰρ ἠδὲ ἐc εὐροὴν τοῦ αἵματοc· μετεξετέροιcι δὲ καὶ ἐπὶ τῇ cικύῃ ἐc τὴν δευτέρην ἐπίπλαcιν. ἔcτω δὲ καὶ τῇδε φειδώ· κίνδυνοc γὰρ ωὑτὸc τοῦ αἵματοc τῆc ἀμετρίηc καὶ ἐπὶ τῇ cι‐</w:t>
      </w:r>
    </w:p>
    <w:p>
      <w:r>
        <w:rPr>
          <w:rFonts w:ascii="Courier New" w:hAnsi="Courier New"/>
          <w:color w:val="555555"/>
          <w:sz w:val="20"/>
        </w:rPr>
        <w:t>[5]</w:t>
      </w:r>
    </w:p>
    <w:p>
      <w:r>
        <w:rPr>
          <w:rFonts w:ascii="Gentium Plus" w:hAnsi="Gentium Plus"/>
          <w:sz w:val="24"/>
        </w:rPr>
        <w:t>κύῃ. κλυcμῶν δὲ ἐπὶ cκυβάλοιcι παλαιοῖcι μοῦνον χρέοc· τῆc δυνάμιοc</w:t>
      </w:r>
    </w:p>
    <w:p>
      <w:r>
        <w:rPr>
          <w:rFonts w:ascii="Courier New" w:hAnsi="Courier New"/>
          <w:color w:val="555555"/>
          <w:sz w:val="20"/>
        </w:rPr>
        <w:t>[2 . 3 . 7]</w:t>
      </w:r>
    </w:p>
    <w:p>
      <w:r>
        <w:rPr>
          <w:rFonts w:ascii="Gentium Plus" w:hAnsi="Gentium Plus"/>
          <w:sz w:val="24"/>
        </w:rPr>
        <w:t>δὲ φείδεο. τέγξιεc κεφαλῆc ψυχραί, ὁκόcαι μοι ἐπὶ φρενιτικοῖcι λελέ‐ χαται· ὅκωc εὐμετρίηc ὀλίγῳ μέζω. καθαρὸc ἠὴρ ψυχρότεροc ἐc ἀνά‐ πνευcιν. ὄψιοc τερπωλή, φυτῶν, γραφῆc, ὑδάτων, ὡc ὁρῆcθαι τὰ πάντα ἡδέωc. λαλιὴ τῶν παρεόντων φιλομειδήc· ἡcυχίη, θυμηδίη τοῦ νοcέον‐</w:t>
      </w:r>
    </w:p>
    <w:p>
      <w:r>
        <w:rPr>
          <w:rFonts w:ascii="Courier New" w:hAnsi="Courier New"/>
          <w:color w:val="555555"/>
          <w:sz w:val="20"/>
        </w:rPr>
        <w:t>[5]</w:t>
      </w:r>
    </w:p>
    <w:p>
      <w:r>
        <w:rPr>
          <w:rFonts w:ascii="Gentium Plus" w:hAnsi="Gentium Plus"/>
          <w:sz w:val="24"/>
        </w:rPr>
        <w:t>τοc. ὀcμαὶ εὐώδεεc, ἀβαρέεc ἐc κεφαλῆc αἴcθηcιν. ἀτὰρ καὶ τῶν τρε‐ φόντων ἔcτωcαν ὀcμαί· ἀλφίτων ξὺν ὕδατι δευθέντων ἢ ὄξεϊ· ἄρτων θερμῶν νεοπέπτων. οἴνῳ δὲ μὴ κάρτα κλύζειν cτόμα μηδ’ ἅμα εἴρ‐</w:t>
      </w:r>
    </w:p>
    <w:p>
      <w:r>
        <w:rPr>
          <w:rFonts w:ascii="Courier New" w:hAnsi="Courier New"/>
          <w:color w:val="555555"/>
          <w:sz w:val="20"/>
        </w:rPr>
        <w:t>[2 . 3 . 8]</w:t>
      </w:r>
    </w:p>
    <w:p>
      <w:r>
        <w:rPr>
          <w:rFonts w:ascii="Gentium Plus" w:hAnsi="Gentium Plus"/>
          <w:sz w:val="24"/>
        </w:rPr>
        <w:t>γειν. ποτὸν θᾶccον καὶ ξυνεχέcτερον ἢ τοῖcι ἄλλοιcι. τροφὴ ἀνὰ πᾶ‐ cαν ἡμέρην κούφη, εὔπεπτοc, τὰ πολλὰ cιτώδηc· ἔcτω δὲ καὶ ἡδεῖα, κἢν cμικρὸν χείρων ἔῃ· τοιcίδε γὰρ τῶν ἄλλων μᾶλλον χαριcτέον· οὐχ ἥκιcτα γὰρ τῷ cτομάχῳ ἐc ἔκλυcιν ἡ νοῦcοc ἀμφύνει. ἀcιτία δὲ</w:t>
      </w:r>
    </w:p>
    <w:p>
      <w:r>
        <w:rPr>
          <w:rFonts w:ascii="Courier New" w:hAnsi="Courier New"/>
          <w:color w:val="555555"/>
          <w:sz w:val="20"/>
        </w:rPr>
        <w:t>[5]</w:t>
      </w:r>
    </w:p>
    <w:p>
      <w:r>
        <w:rPr>
          <w:rFonts w:ascii="Gentium Plus" w:hAnsi="Gentium Plus"/>
          <w:sz w:val="24"/>
        </w:rPr>
        <w:t>ἢ λιμὸc οὐδαμά· ἱκανὴ γὰρ ἡ νοῦcοc τὰ πάντα λαφύξαι. ἢν δὲ ἥκῃ μὲν ἤδη ἡ περίοδοc ἐc κρίcιν, νοτὶc δὲ κληῗδα καὶ μέτωπον ἱζάνῃ καὶ ἄκρεα ψυχρά, cφυγμὸc δὲ cμικρότατοc ἠδὲ πυκνότατοc, ὁκοῖον ἕρπων,</w:t>
      </w:r>
    </w:p>
    <w:p>
      <w:r>
        <w:rPr>
          <w:rFonts w:ascii="Courier New" w:hAnsi="Courier New"/>
          <w:color w:val="555555"/>
          <w:sz w:val="20"/>
        </w:rPr>
        <w:t>[2 . 3 . 9]</w:t>
      </w:r>
    </w:p>
    <w:p>
      <w:r>
        <w:rPr>
          <w:rFonts w:ascii="Gentium Plus" w:hAnsi="Gentium Plus"/>
          <w:sz w:val="24"/>
        </w:rPr>
        <w:t>cτιν. λέλεκται δέ μοι τάδε ἄκεα ἐπὶ τοῖcι φρενιτικοῖcι. διδόναι δὲ οἴνου μὴ χανδὸν μηδὲ ἄδην· μετεξέτεροι δὲ πληcμονῆc ἀκαιρίῃ, ἀνο‐ ρεξίῃ τε καὶ ἀδρανείῃ τοῦ φαγεῖν τε καὶ πιεῖν ἀπώλοντο· πολλοῖcι δέ, καὶ εὐcίτοιcι ἐοῦcι, λελυμένηc ἤδη τῆc φύcιοc, οὐδὲν τὸ πλῆθοc ἐc τὸ</w:t>
      </w:r>
    </w:p>
    <w:p>
      <w:r>
        <w:rPr>
          <w:rFonts w:ascii="Courier New" w:hAnsi="Courier New"/>
          <w:color w:val="555555"/>
          <w:sz w:val="20"/>
        </w:rPr>
        <w:t>[5]</w:t>
      </w:r>
    </w:p>
    <w:p>
      <w:r>
        <w:rPr>
          <w:rFonts w:ascii="Gentium Plus" w:hAnsi="Gentium Plus"/>
          <w:sz w:val="24"/>
        </w:rPr>
        <w:t>μὴ θανεῖν ἤρκεcε, ἐc μὲν τὴν γαcτέρα κατιόντων τῶν cιτίων, οὐκ ἀνιόν‐ των δὲ ἐc τὴν δύναμιν ἀπὸ τῆc κοιλίηc. ἔcτω ὦν cιτία μὲν ποικίλα, τὰ πολλὰ cιτώδεα, ὡc ῥυμφάνειν μᾶλλον ἢ μαcᾶcθαι. κἢν cτερεὰ ἔῃ, ὀλιcθηρὰ ἔcεcθαι γιγνέcθω· ὠὰ μὴ κάρτα ξυνεcτῶτα, μηδ’ ὀπτὰ ὅλα, τοῦ cτερεοῦ γυμνά· ψωμοὶ διάβροχοι οἴνῳ τὰ πρῶτα θερμώδεεc δύο</w:t>
      </w:r>
    </w:p>
    <w:p>
      <w:r>
        <w:rPr>
          <w:rFonts w:ascii="Courier New" w:hAnsi="Courier New"/>
          <w:color w:val="555555"/>
          <w:sz w:val="20"/>
        </w:rPr>
        <w:t>[2 . 3 . 10]</w:t>
      </w:r>
    </w:p>
    <w:p>
      <w:r>
        <w:rPr>
          <w:rFonts w:ascii="Gentium Plus" w:hAnsi="Gentium Plus"/>
          <w:sz w:val="24"/>
        </w:rPr>
        <w:t>ἢ τρεῖc. ἐπὶ δὲ τοῖcι τὰ πάντα ψυχρά, ἢν μὴ ὑποικουρέωcι φλεγμο‐ ναί. οἶνοc εὐώδηc μὴ κάρτα cτύφων, παχὺc δὲ ὡc ἥκιcτα. Ἑλληνικοὶ μὲν Χῖοc ἢ Λέcβιοc, ὁκόcοι τε ἄλλοι νηcιῶται λεπτοί· Ἰταλῶν δὲ Ϲου‐ ρεντῖνοc ἢ Φουνδανὸc ἢ Φαλερῖνοc ἢ Ϲιγνῖνοc, εἰ μὴ cφόδρα cτύφῃ·</w:t>
      </w:r>
    </w:p>
    <w:p>
      <w:r>
        <w:rPr>
          <w:rFonts w:ascii="Courier New" w:hAnsi="Courier New"/>
          <w:color w:val="555555"/>
          <w:sz w:val="20"/>
        </w:rPr>
        <w:t>[5]</w:t>
      </w:r>
    </w:p>
    <w:p>
      <w:r>
        <w:rPr>
          <w:rFonts w:ascii="Gentium Plus" w:hAnsi="Gentium Plus"/>
          <w:sz w:val="24"/>
        </w:rPr>
        <w:t>παραιτέεcθαι δὲ τῶνδε τὸν κάρτα παλαιὸν ἢ νεώτερον. διδόναι ὦν τὰ πρῶτα θερμόν, μὴ μεῖον κυάθων τεccάρων πρὸ τῆc κρίcιοc, μηδὲ</w:t>
      </w:r>
    </w:p>
    <w:p>
      <w:r>
        <w:rPr>
          <w:rFonts w:ascii="Courier New" w:hAnsi="Courier New"/>
          <w:color w:val="555555"/>
          <w:sz w:val="20"/>
        </w:rPr>
        <w:t>[2 . 3 . 11]</w:t>
      </w:r>
    </w:p>
    <w:p>
      <w:r>
        <w:rPr>
          <w:rFonts w:ascii="Gentium Plus" w:hAnsi="Gentium Plus"/>
          <w:sz w:val="24"/>
        </w:rPr>
        <w:t>κοτύληc πλεῖον, κἢν εὔποτοc ἔῃ. ἐπὶ δὲ τῶνδε cιτίον διδόντα, εἰ τὰ τῆc φλεγμαcίηc παρήκοι, αὖθιc ψυχρὸν ὀρέγειν, ὅκωc ἐc ἄκοc δίψεοc· πρὸc ἀνάγκην δὲ μὴ μοῦνον μέν, ξὺν cιτίῳ δέ. προϋπερηρεῖcθαι δὲ χρή, ὡc μὴ ἅψιν φρενῶν ὁ οἶνοc ποιέηται· καὶ ἐπὶ τοιcίδε cυνανέχειν.</w:t>
      </w:r>
    </w:p>
    <w:p>
      <w:r>
        <w:rPr>
          <w:rFonts w:ascii="Courier New" w:hAnsi="Courier New"/>
          <w:color w:val="555555"/>
          <w:sz w:val="20"/>
        </w:rPr>
        <w:t>[2 . 3 . 12]</w:t>
      </w:r>
    </w:p>
    <w:p>
      <w:r>
        <w:rPr>
          <w:rFonts w:ascii="Gentium Plus" w:hAnsi="Gentium Plus"/>
          <w:sz w:val="24"/>
        </w:rPr>
        <w:t>κἢν ἐκ διαcτάcιοc εὕδειν θέλῃ, ἡcυχίη προcακτέη. ἢν δὲ πολὺc μὲν ἱδρὼc ἐκρέῃ, cφυγμοὶ δὲ πρὸc ἀκινηcίην, ὀξεῖα δὲ φωνὴ, ἄθερμοι δὲ καὶ τὰ cτήθεα, διδόναι τοῦ οἴνου ὁκόcον ἂν δύνηται πιεῖν· μοῦνοc γὰρ οἶνοc ἐλπὶc ἐc ζωὴν ψυχροῖcι. καὶ οἶνοc ἐὼν ξυνήθηc ἔῃ, ἄλλοτε</w:t>
      </w:r>
    </w:p>
    <w:p>
      <w:r>
        <w:rPr>
          <w:rFonts w:ascii="Courier New" w:hAnsi="Courier New"/>
          <w:color w:val="555555"/>
          <w:sz w:val="20"/>
        </w:rPr>
        <w:t>[5]</w:t>
      </w:r>
    </w:p>
    <w:p>
      <w:r>
        <w:rPr>
          <w:rFonts w:ascii="Gentium Plus" w:hAnsi="Gentium Plus"/>
          <w:sz w:val="24"/>
        </w:rPr>
        <w:t>μὲν πιεῖν, ἄλλοτε δ’ αὖ cιτίον ξὺν οἴνῳ φαγεῖν· ἐκ διαcτήcιοc μὲν ἐc ἀνάπαυλαν τοῦ καμάτου, τοῦ ἔκ τε τῆc νούcου καὶ τῆc τροφῆc. ἐν γὰρ cμικρῇ τῇ ἰcχύϊ μογέουcι κάρτα καὶ ἐπὶ τῇ ἐδωδῇ. χρὴ ὦν αὐτόν τε ἀλκήεντα καὶ εὔθυμον ἔμμεναι καὶ τὸν ἰητρὸν ἔπεcι μὲν παραφά‐ cθαι ἐc εὐελπιcτίην ἔμμεναι, ὡc δὲ ἀρήγειν ποικίλῃ τροφῇ τε καὶ οἴ‐</w:t>
      </w:r>
    </w:p>
    <w:p>
      <w:r>
        <w:rPr>
          <w:rFonts w:ascii="Courier New" w:hAnsi="Courier New"/>
          <w:color w:val="555555"/>
          <w:sz w:val="20"/>
        </w:rPr>
        <w:t>[2 . 3 . 13]</w:t>
      </w:r>
    </w:p>
    <w:p>
      <w:r>
        <w:rPr>
          <w:rFonts w:ascii="Gentium Plus" w:hAnsi="Gentium Plus"/>
          <w:sz w:val="24"/>
        </w:rPr>
        <w:t>νῳ. χρὴ δὲ καὶ τῇ ἄλλῃ ἰητρείῃ ἐνεργῷ χρέεcθαι, ἔc τε τὴν τῶν ἱδρώ‐ των κάθεξιν καὶ τῆc δυνάμιοc ἀνάcταcιν ἐc τὸ ζώπυρον. ἔcτω ὦν ἐπί‐ θημα τῷ θώρηκι ἐc τὸν ἀριcτερὸν μαcτόν· φοίνικεc ἐν οἴνῳ λεῖοι ξὺν ἀλόῃ καὶ μαcτίχῃ· κηρωτῇ δὲ ξὺν νάρδῳ πεποιημένῃ ἀνειλήφθω τάδε.</w:t>
      </w:r>
    </w:p>
    <w:p>
      <w:r>
        <w:rPr>
          <w:rFonts w:ascii="Courier New" w:hAnsi="Courier New"/>
          <w:color w:val="555555"/>
          <w:sz w:val="20"/>
        </w:rPr>
        <w:t>[5]</w:t>
      </w:r>
    </w:p>
    <w:p>
      <w:r>
        <w:rPr>
          <w:rFonts w:ascii="Gentium Plus" w:hAnsi="Gentium Plus"/>
          <w:sz w:val="24"/>
        </w:rPr>
        <w:t>καὶ ἢν τόδε ἀcηρὸν γίγνηται, ἄλλο ἐπιτιθέναι ἐπίθημα· μήλων ἐξελόντα τὸ cπέρμα καὶ ὅτιπερ ἂν cκληρὸν ᾖ, θλάcαντα ξυμμίcγειν ἀλφίτοιcι εὐώδεcι· ἔπειτα ἀψινθίου κόμην καὶ μυρcίνηc ἠδ’ ἀκακίηc καὶ μάννηc cεcηcμένων ξυμμίcγειν· ὁμοῦ δὲ τὰ πάντα φυράcαντα, κηρωτῇ ἀνα‐</w:t>
      </w:r>
    </w:p>
    <w:p>
      <w:r>
        <w:rPr>
          <w:rFonts w:ascii="Courier New" w:hAnsi="Courier New"/>
          <w:color w:val="555555"/>
          <w:sz w:val="20"/>
        </w:rPr>
        <w:t>[2 . 3 . 14]</w:t>
      </w:r>
    </w:p>
    <w:p>
      <w:r>
        <w:rPr>
          <w:rFonts w:ascii="Gentium Plus" w:hAnsi="Gentium Plus"/>
          <w:sz w:val="24"/>
        </w:rPr>
        <w:t>λαμβάνειν οἰνανθίνῃ. ἢν δὲ ὑπὸ τῶνδε μὴ ἴcχηται ὁ ἱδρώc, [ὄμφακοc χυλὸν εἰc φύρηcιν ξυντεθέν] ὀμφάκιον ἀκμαῖον καὶ ἀκακίη καὶ κόμμι ἠδὲ ῥοὸc τὸ ἐδώδιμον καὶ cτυπτηρίη καὶ φοίνικεc καὶ ῥόδων χυλὸc εὔπνοοc· ἅμα πάντα νάρδου τε καὶ οἰνάνθηc τῷ λίπαϊ ἐc τὸν θώρηκα</w:t>
      </w:r>
    </w:p>
    <w:p>
      <w:r>
        <w:rPr>
          <w:rFonts w:ascii="Courier New" w:hAnsi="Courier New"/>
          <w:color w:val="555555"/>
          <w:sz w:val="20"/>
        </w:rPr>
        <w:t>[5]</w:t>
      </w:r>
    </w:p>
    <w:p>
      <w:r>
        <w:rPr>
          <w:rFonts w:ascii="Gentium Plus" w:hAnsi="Gentium Plus"/>
          <w:sz w:val="24"/>
        </w:rPr>
        <w:t>τιθέναι· καὶ γὰρ τόδε ἐμψύχει τε καὶ cτύφει. κατακεέcθω δὲ ἐν ἠέρι ψυχρῷ †εἴτε καὶ πρὸc ἄρκτον ὁ οἶκοc· εἰ δὲ καὶ εἴη αὔρη Βορέου ψυχρὴ ἐπιπνείουcα, ζωγρήcει κακῶc κεκαφηότα θυμόν.</w:t>
      </w:r>
    </w:p>
    <w:p>
      <w:r>
        <w:rPr>
          <w:rFonts w:ascii="Courier New" w:hAnsi="Courier New"/>
          <w:color w:val="555555"/>
          <w:sz w:val="20"/>
        </w:rPr>
        <w:t>[2 . 3 . 15]</w:t>
      </w:r>
    </w:p>
    <w:p>
      <w:r>
        <w:rPr>
          <w:rFonts w:ascii="Gentium Plus" w:hAnsi="Gentium Plus"/>
          <w:sz w:val="24"/>
        </w:rPr>
        <w:t>ἔcτω δὲ καὶ ἐc λειμῶναc καὶ πηγὰc καὶ κελαρύζονταc ὀχετούc· καὶ γὰρ καὶ τὸ εὔπνοον τῶνδε καὶ ἡ θυμηδίη καὶ τὴν ψυχὴν θάλπει καὶ τὴν φύcιν ζωγρεῖ. ἀτὰρ καὶ πρόκληcιc τοῦ φαγεῖν τε καὶ πιεῖν· ἢν δὲ ὑπ’ ἀπορίηc μὴ τάδε τιc εὐτυχῇ, μιμέεcθαι χρὴ καὶ αὔρην ψυχρήν, πτόρ‐</w:t>
      </w:r>
    </w:p>
    <w:p>
      <w:r>
        <w:rPr>
          <w:rFonts w:ascii="Courier New" w:hAnsi="Courier New"/>
          <w:color w:val="555555"/>
          <w:sz w:val="20"/>
        </w:rPr>
        <w:t>[5]</w:t>
      </w:r>
    </w:p>
    <w:p>
      <w:r>
        <w:rPr>
          <w:rFonts w:ascii="Gentium Plus" w:hAnsi="Gentium Plus"/>
          <w:sz w:val="24"/>
        </w:rPr>
        <w:t>θων εὐωδέων ἡδονῆc ῥιπίcι, καὶ ὥρην ἤαροc φύλλοιcι ἠδ’ ἄνθεcι τοῖcι παρεοῦcι cτορέcαντα τὴν γῆν. ἀτὰρ καὶ ἐπίβλημα ἔcτω κοῦφον, πα‐ λαιόν, ὡc δέχηται μὲν τὸν ἠέρα, διαπνέῃ δὲ τοῦ θώρηκοc τὴν θέρμην.</w:t>
      </w:r>
    </w:p>
    <w:p>
      <w:r>
        <w:rPr>
          <w:rFonts w:ascii="Courier New" w:hAnsi="Courier New"/>
          <w:color w:val="555555"/>
          <w:sz w:val="20"/>
        </w:rPr>
        <w:t>[2 . 3 . 16]</w:t>
      </w:r>
    </w:p>
    <w:p>
      <w:r>
        <w:rPr>
          <w:rFonts w:ascii="Gentium Plus" w:hAnsi="Gentium Plus"/>
          <w:sz w:val="24"/>
        </w:rPr>
        <w:t>ἄριcτον δὲ ὀθόνη παλαιή. πάccειν δὲ αὐχένα καὶ κληῗδαc ἀλφίτοιcι καὶ θώρηκα· τρέφειν μὲν τῷ εὐόcμῳ, τῷ δὲ αὐχμηρῷ ξυνέχειν. καὶ παιπάλῃ δὲ τοῦ cώματοc τὸ ἀραιὸν ἐμπάccειν· ἀτὰρ καὶ τὰ πρόcωπα τῇ γῇ τῇ Ϲαμίῃ, τῇ κρηcέρῃ cεcηcμένῃ ἐc ὀθόνην ἀραιὴν ἐνδήcαντα</w:t>
      </w:r>
    </w:p>
    <w:p>
      <w:r>
        <w:rPr>
          <w:rFonts w:ascii="Courier New" w:hAnsi="Courier New"/>
          <w:color w:val="555555"/>
          <w:sz w:val="20"/>
        </w:rPr>
        <w:t>[5]</w:t>
      </w:r>
    </w:p>
    <w:p>
      <w:r>
        <w:rPr>
          <w:rFonts w:ascii="Gentium Plus" w:hAnsi="Gentium Plus"/>
          <w:sz w:val="24"/>
        </w:rPr>
        <w:t>καταπάccειν, ὡc διαcήθηται ἐc τὰ μέτωπα καὶ τὰ μῆλα ἡ ἄχνη. καὶ</w:t>
      </w:r>
    </w:p>
    <w:p>
      <w:r>
        <w:rPr>
          <w:rFonts w:ascii="Courier New" w:hAnsi="Courier New"/>
          <w:color w:val="555555"/>
          <w:sz w:val="20"/>
        </w:rPr>
        <w:t>[2 . 3 . 17]</w:t>
      </w:r>
    </w:p>
    <w:p>
      <w:r>
        <w:rPr>
          <w:rFonts w:ascii="Gentium Plus" w:hAnsi="Gentium Plus"/>
          <w:sz w:val="24"/>
        </w:rPr>
        <w:t>πυκνότητι δὲ τῆc ἀραιώcιοc. διαχρίειν δὲ τὴν ἕδρην, ὅκωc ἡ τοῦ ψυ‐ χροῦ φῦcα καὶ τῆc τροφῆc ἐκχέηται. ἠδὲ ἀνακαλέcαcθαι τῶν ἄκρων τὴν θέρμην γλευκίνῳ ἢ cικυωνίῳ λίπαϊ ξὺν πεπέρεϊ καὶ τῷ καcτορίῳ καὶ νίτρῳ, καὶ κάγχρυ, κηροῦ cμικρὸν ἐντήκοντα, ὡc ποθίζῃ τὸ χρῖcμα·</w:t>
      </w:r>
    </w:p>
    <w:p>
      <w:r>
        <w:rPr>
          <w:rFonts w:ascii="Courier New" w:hAnsi="Courier New"/>
          <w:color w:val="555555"/>
          <w:sz w:val="20"/>
        </w:rPr>
        <w:t>[5]</w:t>
      </w:r>
    </w:p>
    <w:p>
      <w:r>
        <w:rPr>
          <w:rFonts w:ascii="Gentium Plus" w:hAnsi="Gentium Plus"/>
          <w:sz w:val="24"/>
        </w:rPr>
        <w:t>καὶ διὰ τῆc λιμνήcτιδοc ἠδ’ εὐφορβίου καὶ δάφνηc τοῦ καρποῦ ἀλείμ‐ ματι ἐπανάκληcιν θέρμηc ποιέεcθαι. ἀτὰρ καὶ βολβοὶ ὠμοὶ οἱ cμικροί τε καὶ ἐρυθροὶ ξὺν πεπέρεϊ καὶ ὄξεοc τρυγίῃ λείῃ ἄριcτον ἐπίπλαcμα τῶν ποδῶν, καθ’ ὥρην ξυνεχέcτατα ἀείροντα. κίνδυνοc γὰρ ἑλκέων ἠδὲ φλυκταινώcιοc. ἐπὶ τοῖcι ἐλπὶc τὸν ὧδε νοcέοντα διαδρῆναι τὸν</w:t>
      </w:r>
    </w:p>
    <w:p>
      <w:r>
        <w:rPr>
          <w:rFonts w:ascii="Courier New" w:hAnsi="Courier New"/>
          <w:color w:val="555555"/>
          <w:sz w:val="20"/>
        </w:rPr>
        <w:t>[2 . 3 . 18]</w:t>
      </w:r>
    </w:p>
    <w:p>
      <w:r>
        <w:rPr>
          <w:rFonts w:ascii="Gentium Plus" w:hAnsi="Gentium Plus"/>
          <w:sz w:val="24"/>
        </w:rPr>
        <w:t>ὄλεθρον. κἢν πάντα μὲν τὰ κατὰ λόγον ἰητρὸc ἔρδῃ, εὖ δὲ πάντα χωρέῃ, ξὺν τῇ ξυγκοπῇ καὶ εἰ φλεγμαcίαι ἐπέαcι, ἐκλύονται. καὶ ἱδρὼc μὲν οὐδαμᾷ, θέρμηc δὲ ἀνάκληcιc πάντῃ, ἀτὰρ καὶ ἐc ἄκρουc πόδαc καὶ ἀνὰ ῥῖνα· τὸ δὲ πρόcωπον εὔχροον· cφυγμοὶ ἐc μέγεθοc ἠρμένοι,</w:t>
      </w:r>
    </w:p>
    <w:p>
      <w:r>
        <w:rPr>
          <w:rFonts w:ascii="Courier New" w:hAnsi="Courier New"/>
          <w:color w:val="555555"/>
          <w:sz w:val="20"/>
        </w:rPr>
        <w:t>[5]</w:t>
      </w:r>
    </w:p>
    <w:p>
      <w:r>
        <w:rPr>
          <w:rFonts w:ascii="Gentium Plus" w:hAnsi="Gentium Plus"/>
          <w:sz w:val="24"/>
        </w:rPr>
        <w:t>ἄτρομοι, cφοδροί· φωνὴ δὲ ξυνήθηc· εὔφωνοc καὶ τὰ πάντα ζωώδηc. κάματοc οὐκ ἀγεννήc, ἀτὰρ ἠδ’ εὕδων ὁρᾶται· καὶ ἢν ἕλῃ μιν ὕπνοc, ἐξέπεψε μὲν τὰ cιτία, ἐξένιψε δὲ τὴν αἴcθηcιν, ἀτὰρ ἠδ’ ἐξεβλάcτηcε τὴν φυήν. κἢν ἐξ ὕπνου ἔγρηται, εὔπνοοc, εὐcταλήc, εὔτονοc, ἀνα‐</w:t>
      </w:r>
    </w:p>
    <w:p>
      <w:r>
        <w:rPr>
          <w:rFonts w:ascii="Courier New" w:hAnsi="Courier New"/>
          <w:color w:val="555555"/>
          <w:sz w:val="20"/>
        </w:rPr>
        <w:t>[2 . 3 . 19]</w:t>
      </w:r>
    </w:p>
    <w:p>
      <w:r>
        <w:rPr>
          <w:rFonts w:ascii="Gentium Plus" w:hAnsi="Gentium Plus"/>
          <w:sz w:val="24"/>
        </w:rPr>
        <w:t>πεμπάζεται δὲ ὅκωc περ ὄναρ τὴν νοῦcον. μετεξετέροιcι δὲ πυρετοὶ ἀμαυροὶ ἐγκαταλείπονται, καί πῃ καὶ φλεγμαcίαι cμικραί, καὶ γλῶccα ξηρή. ἄνικμοι, ῥιγώδεεc, νωθροί, διαλελυμένοι, οἷcι ἐc μαραcμὸν ἡ περιτροπή. εὖτε οὐ καταβλακεύειν χρὴ ἠρεμίῃ καὶ λεπτῇ διαίτῃ· ἀλλ’</w:t>
      </w:r>
    </w:p>
    <w:p>
      <w:r>
        <w:rPr>
          <w:rFonts w:ascii="Courier New" w:hAnsi="Courier New"/>
          <w:color w:val="555555"/>
          <w:sz w:val="20"/>
        </w:rPr>
        <w:t>[5]</w:t>
      </w:r>
    </w:p>
    <w:p>
      <w:r>
        <w:rPr>
          <w:rFonts w:ascii="Gentium Plus" w:hAnsi="Gentium Plus"/>
          <w:sz w:val="24"/>
        </w:rPr>
        <w:t>ἐc κινήcιαc ἄγειν αἰώρηc καὶ τρίψιοc καὶ λουτρῶν, ὅκωc ἐκ τοῦ νε‐ κρώδεοc ἐνταθείη καὶ ἀνατραφείη τὸ ζώπυρον. διδόναι δὲ καὶ γάλα, μάλιcτα μὲν γυναικὸc νεοτόκου καὶ κουροτρόφου· καὶ γὰρ οἵδε ἀνα‐ τροφῆc ὅκωc ἀρτίτοκοι παῖδεc δέονται. ἢν δὲ μή, ὄνου μὴ παλαιοτό‐ κου· ἐξίτηλον γὰρ τὸ τοιόνδε γάλα. καὶ ἐπὶ τοιcίδε ἐc ἀνάληψιν ἄγειν</w:t>
      </w:r>
    </w:p>
    <w:p>
      <w:r>
        <w:rPr>
          <w:rFonts w:ascii="Courier New" w:hAnsi="Courier New"/>
          <w:color w:val="555555"/>
          <w:sz w:val="20"/>
        </w:rPr>
        <w:t>[10]</w:t>
      </w:r>
    </w:p>
    <w:p>
      <w:r>
        <w:rPr>
          <w:rFonts w:ascii="Gentium Plus" w:hAnsi="Gentium Plus"/>
          <w:sz w:val="24"/>
        </w:rPr>
        <w:t>καὶ τὰ ξυνήθεα.</w:t>
      </w:r>
    </w:p>
    <w:p>
      <w:r>
        <w:rPr>
          <w:rFonts w:ascii="Courier New" w:hAnsi="Courier New"/>
          <w:color w:val="555555"/>
          <w:sz w:val="20"/>
        </w:rPr>
        <w:t>[2 . 4 . 1]</w:t>
      </w:r>
    </w:p>
    <w:p>
      <w:r>
        <w:rPr>
          <w:rFonts w:ascii="Gentium Plus" w:hAnsi="Gentium Plus"/>
          <w:sz w:val="24"/>
        </w:rPr>
        <w:t>Θεραπεία χολέρηc. Ἐν χολέρῃ ἡ τῶν φερομένων ἐπίcχεcιc κακόν· ἄπεπτα γάρ. χρὴ ὦν ἡμᾶc, εἰ ῥηϊδίωc αὐτόματα, δέχεcθαι, ἢν δὲ μή, ὀτρύνειν διδόνταc ὕδατοc εὐκρήτου ῥομφάνειν, ξυνεχέc γε μήν, ὀλίγον δέ, ὅκωc μὴ ἐντάcιεc ἔωcι κεναὶ cτομάχῳ cπαcμώδεεc. ἢν δὲ</w:t>
      </w:r>
    </w:p>
    <w:p>
      <w:r>
        <w:rPr>
          <w:rFonts w:ascii="Courier New" w:hAnsi="Courier New"/>
          <w:color w:val="555555"/>
          <w:sz w:val="20"/>
        </w:rPr>
        <w:t>[5]</w:t>
      </w:r>
    </w:p>
    <w:p>
      <w:r>
        <w:rPr>
          <w:rFonts w:ascii="Gentium Plus" w:hAnsi="Gentium Plus"/>
          <w:sz w:val="24"/>
        </w:rPr>
        <w:t>καὶ cτρόφοι ἔωcι καὶ ποδῶν ψύξιεc, τέγγειν μὲν τὴν κοιλίην λίπαϊ θερμῷ ξὺν πηγάνῳ καὶ κυμίνῳ ἑψηθέντι, ἐc τὰc τῶν φυcέων διακρί‐ cιαc· καὶ ἐπιτιθέναι εἴριον καὶ τὼ πόδε λιπαίνοντα ἡcυχῇ τρίβειν, ἀμφα‐ φόωντα μᾶλλον ἢ πιέζοντα· ἀτὰρ καὶ μέχρι τῶν γουνάτων γιγνέcθω τάδε, ἐc ἀνάκληcιν θέρμηc. καὶ μέcφι μὲν κόπρια κάτωθεν διαχωρέει,</w:t>
      </w:r>
    </w:p>
    <w:p>
      <w:r>
        <w:rPr>
          <w:rFonts w:ascii="Courier New" w:hAnsi="Courier New"/>
          <w:color w:val="555555"/>
          <w:sz w:val="20"/>
        </w:rPr>
        <w:t>[2 . 4 . 2]</w:t>
      </w:r>
    </w:p>
    <w:p>
      <w:r>
        <w:rPr>
          <w:rFonts w:ascii="Gentium Plus" w:hAnsi="Gentium Plus"/>
          <w:sz w:val="24"/>
        </w:rPr>
        <w:t>ἄνωθεν δὲ χωρέει χολώδεα, τάδε χρὴ ποιέειν. ἢν δὲ ὑπεληλύθῃ μὲν ὁ πᾶc παλαιὸc cῖτοc, χολαὶ δὲ διΐωcι καὶ χολώδηc ἔμετοc καὶ διάτα‐ cιc ἔῃ, ἠδὲ καὶ ἄcη καὶ ἀπορίη καὶ ἀδυναμίη, ψυχροῦ ὕδατοc κυάθουc δύο ἢ τρεῖc διδόναι ἔc τε τὴν τῆc κοιλίηc cτῦψιν, ὅκωc ἐπίcχῃ τὴν</w:t>
      </w:r>
    </w:p>
    <w:p>
      <w:r>
        <w:rPr>
          <w:rFonts w:ascii="Courier New" w:hAnsi="Courier New"/>
          <w:color w:val="555555"/>
          <w:sz w:val="20"/>
        </w:rPr>
        <w:t>[5]</w:t>
      </w:r>
    </w:p>
    <w:p>
      <w:r>
        <w:rPr>
          <w:rFonts w:ascii="Gentium Plus" w:hAnsi="Gentium Plus"/>
          <w:sz w:val="24"/>
        </w:rPr>
        <w:t>παλίρροιαν, ἠδὲ τὸν cτόμαχον αἰθόμενον ἐμψύξῃ. ξυνεχέωc δὲ τόδε, ἐπὴν τὸ ποθὲν ἐμέcῃ, πρήccειν· ῥηϊδίωc μὲν τὸ ψυχρὸν ἐν τῇ κοιλίῃ θάλπεται, ἀτὰρ ἠδὲ ἐξεμεῖ ὁ cτόμαχοc ἀχθηδόνι τοῦ θερμοῦ καὶ ψυ‐</w:t>
      </w:r>
    </w:p>
    <w:p>
      <w:r>
        <w:rPr>
          <w:rFonts w:ascii="Courier New" w:hAnsi="Courier New"/>
          <w:color w:val="555555"/>
          <w:sz w:val="20"/>
        </w:rPr>
        <w:t>[2 . 4 . 3]</w:t>
      </w:r>
    </w:p>
    <w:p>
      <w:r>
        <w:rPr>
          <w:rFonts w:ascii="Gentium Plus" w:hAnsi="Gentium Plus"/>
          <w:sz w:val="24"/>
        </w:rPr>
        <w:t>χροῦ, ξυνεχέωc δὲ ποθέει ψυχρὸν ποτόν. ἢν δὲ καὶ cφυγμοὶ μὲν ἐc τὸ cμικρὸν ξυμπέcωcι ἠδὲ ἐc τὸ ξυνεχὲc καὶ πυκνὸν διώκωνται, ἱδρὼc δὲ περὶ μέτωπα καὶ κληῗδαc καὶ πάντῃ τοῦ cώματοc cτάγδην ῥέῃ καὶ γαcτὴρ μὴ ἐπίcχηται καὶ ὁ cτόμαχοc ἐμέῃ ἔτι ξὺν τάcει καὶ λειποψυ‐</w:t>
      </w:r>
    </w:p>
    <w:p>
      <w:r>
        <w:rPr>
          <w:rFonts w:ascii="Courier New" w:hAnsi="Courier New"/>
          <w:color w:val="555555"/>
          <w:sz w:val="20"/>
        </w:rPr>
        <w:t>[5]</w:t>
      </w:r>
    </w:p>
    <w:p>
      <w:r>
        <w:rPr>
          <w:rFonts w:ascii="Gentium Plus" w:hAnsi="Gentium Plus"/>
          <w:sz w:val="24"/>
        </w:rPr>
        <w:t>χίῃ, καὶ οἴνου βραχὺ ἐπιcτάζειν τῷ ὕδατι τῷ ψυχρῷ, εὐώδεοc, cτύ‐ φοντοc, ἔc τε τὴν τῆc αἰcθήcιοc ἀνάκληcιν ὑπὸ τῆc ὀcμῆc καὶ ἐc τὴν τοῦ cώματοc ῥῶcιν ὑπὸ τῆc δυνάμιοc καὶ ἐc τὴν τούτου πρόcθεcιν ὑπὸ τῆc θρέψιοc. οἶνοc γὰρ ὠκὺc μὲν ἐc τὴν ἄνω ἶξιν, ὡc τὴν πα‐ λιρροίην cχέθειν· λεπτὸc δέ, ὡc ῥηϊδίωc χυθεὶc τῇ φύcει τὴν ἕξιν ἐρ‐</w:t>
      </w:r>
    </w:p>
    <w:p>
      <w:r>
        <w:rPr>
          <w:rFonts w:ascii="Courier New" w:hAnsi="Courier New"/>
          <w:color w:val="555555"/>
          <w:sz w:val="20"/>
        </w:rPr>
        <w:t>[2 . 4 . 4]</w:t>
      </w:r>
    </w:p>
    <w:p>
      <w:r>
        <w:rPr>
          <w:rFonts w:ascii="Gentium Plus" w:hAnsi="Gentium Plus"/>
          <w:sz w:val="24"/>
        </w:rPr>
        <w:t>ρῶcθαι· κραταιὸc δέ, ὡc δύναμιν cτῆcαι ῥέουcαν. ἐπιπάccειν δὲ καὶ ἀλφίτων ποταινίων, εὐπνόων. ἢν δὲ ξυνεπείγῃ πάντα, ἱδρὼc καὶ ἔν‐</w:t>
      </w:r>
    </w:p>
    <w:p>
      <w:r>
        <w:rPr>
          <w:rFonts w:ascii="Courier New" w:hAnsi="Courier New"/>
          <w:color w:val="555555"/>
          <w:sz w:val="20"/>
        </w:rPr>
        <w:t>[5]</w:t>
      </w:r>
    </w:p>
    <w:p>
      <w:r>
        <w:rPr>
          <w:rFonts w:ascii="Gentium Plus" w:hAnsi="Gentium Plus"/>
          <w:sz w:val="24"/>
        </w:rPr>
        <w:t>ποc, cφυγμοὶ δὲ πρὸc ἀκινηcίην ἔωcι, τότε χρὴ φθάνειν τήνδε τὴν κατάcταcιν· εἰ δὲ καὶ παρῇ, ψυχροῦ καὶ οἴνου πολλόν τι διδόναι, μὴ ἀκρητεcτέρου δὲ διὰ τὴν μέθην καὶ τὰ νεῦρα, ξὺν cιτίῳ, ψωμοῖcι δια‐ βρόχοιcι. διδόναι δὲ καὶ τῆc ἄλληc τροφῆc, ὁκοῖα ἐν cυγκοπῇ μοι λέ‐</w:t>
      </w:r>
    </w:p>
    <w:p>
      <w:r>
        <w:rPr>
          <w:rFonts w:ascii="Courier New" w:hAnsi="Courier New"/>
          <w:color w:val="555555"/>
          <w:sz w:val="20"/>
        </w:rPr>
        <w:t>[2 . 4 . 5]</w:t>
      </w:r>
    </w:p>
    <w:p>
      <w:r>
        <w:rPr>
          <w:rFonts w:ascii="Gentium Plus" w:hAnsi="Gentium Plus"/>
          <w:sz w:val="24"/>
        </w:rPr>
        <w:t>λεκται· ὀπώρην cτύφουcαν, οὖα, μέcπιλα, μῆλα κυδώνια, cταφυλήν. ἢν δὲ τὰ πάντα ἐμέῃ καὶ ὁ cτόμαχοc μηδὲν ἴcχῃ, ἐc τὰ θερμὰ καὶ ποτὰ καὶ βρώματα παλινδρομέειν· μετεξετέροιcι γὰρ ἔcτηcεν ἡ μεταβολή· τὰ θερμὰ δὲ ἔcτω θερμότατα. ἢν δὲ μηδέν τι τούτων ἀρήγῃ, cικύην ἐc</w:t>
      </w:r>
    </w:p>
    <w:p>
      <w:r>
        <w:rPr>
          <w:rFonts w:ascii="Courier New" w:hAnsi="Courier New"/>
          <w:color w:val="555555"/>
          <w:sz w:val="20"/>
        </w:rPr>
        <w:t>[5]</w:t>
      </w:r>
    </w:p>
    <w:p>
      <w:r>
        <w:rPr>
          <w:rFonts w:ascii="Gentium Plus" w:hAnsi="Gentium Plus"/>
          <w:sz w:val="24"/>
        </w:rPr>
        <w:t>τὸ μεcηγὺ τῶν ὠμοπλατέων προcβάλλειν καὶ κάτωθεν ὀμφαλοῦ τρέ‐ πειν· ξυνεχῶc δὲ τὰc cικύαc μεθιζάνειν· ὀδυνηρὸν γὰρ τὸ ἐπίμονον καὶ κίνδυνον φέρον φλυκταινώcιοc. ὤνηcέ κοτε κίνηcιc αἰώρηc εὔπνοοc, ὡc καὶ τὸ πνεῦμα ζωγρῆcαι καὶ τὴν τροφὴν ἐν τῇ κοιλίῃ cχέθειν</w:t>
      </w:r>
    </w:p>
    <w:p>
      <w:r>
        <w:rPr>
          <w:rFonts w:ascii="Courier New" w:hAnsi="Courier New"/>
          <w:color w:val="555555"/>
          <w:sz w:val="20"/>
        </w:rPr>
        <w:t>[2 . 4 . 6]</w:t>
      </w:r>
    </w:p>
    <w:p>
      <w:r>
        <w:rPr>
          <w:rFonts w:ascii="Gentium Plus" w:hAnsi="Gentium Plus"/>
          <w:sz w:val="24"/>
        </w:rPr>
        <w:t>καὶ εὔπνοον καὶ εὔcφυκτον τὸν νοcέοντα θέμεναι. ἢν δὲ ἐπὶ μέζω γίγνηται τάδε, ἐπὶ τῆc κοιλίηc καὶ τοῦ θώρηκοc τιθέναι. καὶ τάδε ἔcτω ὁκοῖα ἐc cυγκοπήν, φοίνικεc ἐν οἴνῳ δεδευμένοι, ἀκακίη, ὑποκυcτίc· τάδε ξὺν ῥοδίνῃ κηρωτῇ ἀναλαβόντα, ἐγχρίcαντα δὲ ἐc ὀθόνην ἐπὶ</w:t>
      </w:r>
    </w:p>
    <w:p>
      <w:r>
        <w:rPr>
          <w:rFonts w:ascii="Courier New" w:hAnsi="Courier New"/>
          <w:color w:val="555555"/>
          <w:sz w:val="20"/>
        </w:rPr>
        <w:t>[5]</w:t>
      </w:r>
    </w:p>
    <w:p>
      <w:r>
        <w:rPr>
          <w:rFonts w:ascii="Gentium Plus" w:hAnsi="Gentium Plus"/>
          <w:sz w:val="24"/>
        </w:rPr>
        <w:t>τὴν κοιλίην τιθέναι, ἐc δὲ τὸν θώρηκα μαcτίχην, ἀλόην, ἀψινθίου κό‐ μην λείαν ξὺν κηρωτῇ νάρδου ἢ οἰνάνθηc ἐπιπλάcαι ὅλῳ τῷ θώρηκι.</w:t>
      </w:r>
    </w:p>
    <w:p>
      <w:r>
        <w:rPr>
          <w:rFonts w:ascii="Courier New" w:hAnsi="Courier New"/>
          <w:color w:val="555555"/>
          <w:sz w:val="20"/>
        </w:rPr>
        <w:t>[2 . 4 . 7]</w:t>
      </w:r>
    </w:p>
    <w:p>
      <w:r>
        <w:rPr>
          <w:rFonts w:ascii="Gentium Plus" w:hAnsi="Gentium Plus"/>
          <w:sz w:val="24"/>
        </w:rPr>
        <w:t>ἐc δὲ τοὺc πόδαc καὶ τοὺc μύαc, ἢν τιταίνωνται, cικυώνιον, γλεύκινον ἢ παλαιὸν ἄλειφα ξὺν κηρῷ cμικρῷ χρίειν· ἐπιπάccειν δὲ καὶ τοῦ κά‐ cτοροc. ἢν δὲ καὶ ψυχροὶ ἔωcι οἱ πόδεc, καὶ τῷ διὰ τῆc λιμνήcτιδοc καὶ εὐφορβίου χρίειν ἀλείμματι καὶ εἰρίοιcι ἀμφελίccειν καὶ ψηλαφίῃ</w:t>
      </w:r>
    </w:p>
    <w:p>
      <w:r>
        <w:rPr>
          <w:rFonts w:ascii="Courier New" w:hAnsi="Courier New"/>
          <w:color w:val="555555"/>
          <w:sz w:val="20"/>
        </w:rPr>
        <w:t>[5]</w:t>
      </w:r>
    </w:p>
    <w:p>
      <w:r>
        <w:rPr>
          <w:rFonts w:ascii="Gentium Plus" w:hAnsi="Gentium Plus"/>
          <w:sz w:val="24"/>
        </w:rPr>
        <w:t>χειρῶν ἀπιθύνειν. ἀλλὰ καὶ τὴν ῥάχιν καὶ τοὺc τένονταc καὶ τοὺc</w:t>
      </w:r>
    </w:p>
    <w:p>
      <w:r>
        <w:rPr>
          <w:rFonts w:ascii="Courier New" w:hAnsi="Courier New"/>
          <w:color w:val="555555"/>
          <w:sz w:val="20"/>
        </w:rPr>
        <w:t>[2 . 4 . 8]</w:t>
      </w:r>
    </w:p>
    <w:p>
      <w:r>
        <w:rPr>
          <w:rFonts w:ascii="Gentium Plus" w:hAnsi="Gentium Plus"/>
          <w:sz w:val="24"/>
        </w:rPr>
        <w:t>μύαc τῶν [τε] cιηγόνων τοῖcι αὐτέοιcι χρίειν. κἢν μὲν ἐπὶ τοῖcι ἴcχη‐ ται μὲν ὁ ἱδρὼc καὶ ἡ γαcτὴρ ὅ τε cτόμαχοc δέχηται τὰ cιτία καὶ μὴ ἐμέῃ, cφυγμοὶ δὲ μεγάλοι τε καὶ εὔτονοι ἔωcι καὶ ἡ ξύνταcιc ἀπολείπῃ, θέρμη δὲ πάντα ἀναιρῇ καὶ τὰ ἄκρα ἀδικῇ, ὕπνοc δὲ πάντα πέccῃ,</w:t>
      </w:r>
    </w:p>
    <w:p>
      <w:r>
        <w:rPr>
          <w:rFonts w:ascii="Courier New" w:hAnsi="Courier New"/>
          <w:color w:val="555555"/>
          <w:sz w:val="20"/>
        </w:rPr>
        <w:t>[5]</w:t>
      </w:r>
    </w:p>
    <w:p>
      <w:r>
        <w:rPr>
          <w:rFonts w:ascii="Gentium Plus" w:hAnsi="Gentium Plus"/>
          <w:sz w:val="24"/>
        </w:rPr>
        <w:t>δευτέρῃ ἡμέρῃ ἢ τρίτῃ λούcαντα τρέπειν ἐc τὰ ξυνήθεα. ἢν δὲ πάντα μὲν ἀπεμέῃ, ἱδρὼc δὲ ἄcχετοc ῥέῃ, ψυχρὸc δὲ καὶ πελιὸc γίγνηται ὥν‐ θρωποc, cφυγμοὶ δὲ πρὸc ἀπόcβεcιν ἔωcι, καὶ ἀπηυδήκῃ, ἀγαθὸν ἐν</w:t>
      </w:r>
    </w:p>
    <w:p>
      <w:r>
        <w:rPr>
          <w:rFonts w:ascii="Courier New" w:hAnsi="Courier New"/>
          <w:color w:val="555555"/>
          <w:sz w:val="20"/>
        </w:rPr>
        <w:t>[2 . 5 . 1]</w:t>
      </w:r>
    </w:p>
    <w:p>
      <w:r>
        <w:rPr>
          <w:rFonts w:ascii="Gentium Plus" w:hAnsi="Gentium Plus"/>
          <w:sz w:val="24"/>
        </w:rPr>
        <w:t>Θεραπεία εἰλεοῦ. Ἐν εἰλεῷ πόνοc ἐcτὶ ὁ κτείνων ἐπὶ φλεγ‐ μονῇ ἐντέρων ἢ ἔνταcιc καὶ πρῆcιc· ὤκιcτοc ἠδὲ κάκιcτοc ὄλεθροc. μετεξέτεροι μὲν γὰρ ἀνελπίcτωc νοcέοντεc θάνατον προφανέα μοῦνον ὀρρωδέουcι· οἱ δ’ ἐν εἰλεῷ πόνου ὑπερβολῇ θανάτου ἔρανται. χρὴ ὦν</w:t>
      </w:r>
    </w:p>
    <w:p>
      <w:r>
        <w:rPr>
          <w:rFonts w:ascii="Courier New" w:hAnsi="Courier New"/>
          <w:color w:val="555555"/>
          <w:sz w:val="20"/>
        </w:rPr>
        <w:t>[5]</w:t>
      </w:r>
    </w:p>
    <w:p>
      <w:r>
        <w:rPr>
          <w:rFonts w:ascii="Gentium Plus" w:hAnsi="Gentium Plus"/>
          <w:sz w:val="24"/>
        </w:rPr>
        <w:t>μήτε cμικρότερόν τι γίγνεcθαι τὸν ἰητρὸν τοῦ πάθεοc μήτε βραδύτε‐ ρον· ἀλλά, ἢν μὲν φλεγμαcίην αἰτίην εὕρῃ, τάμνειν φλέβα τὴν ἐπ’ ἀγ‐ κῶνι μεγάλῃ τῇ cχάcει, ὅκωc ἁθρόον διεκχέῃ τὸ αἷμα τῆc φλεγμαcίηc ἡ τροφή, κἢν μέcφι λειποθυμίηc. τόδε γὰρ ἢ ἀπονίηc ἀρχὴ γίγνεται ἢ νάρκηc ἐc ἀναιcθηcίην· ἀνάπνευcιc δὲ ἐν εἰλεῷ, κἢν ὑπ’ ἀγνοίηc</w:t>
      </w:r>
    </w:p>
    <w:p>
      <w:r>
        <w:rPr>
          <w:rFonts w:ascii="Courier New" w:hAnsi="Courier New"/>
          <w:color w:val="555555"/>
          <w:sz w:val="20"/>
        </w:rPr>
        <w:t>[10]</w:t>
      </w:r>
    </w:p>
    <w:p>
      <w:r>
        <w:rPr>
          <w:rFonts w:ascii="Gentium Plus" w:hAnsi="Gentium Plus"/>
          <w:sz w:val="24"/>
        </w:rPr>
        <w:t>ἐc βαιὸν χρόνον ἔῃ, τοῦ πόνου ἀμβολή. ἐπεὶ καὶ τὸ θνῄcκειν τοῖc μὲν ὧδε πονέουcι εὐδαιμονίη· τῷ ἀρχιητρῷ δὲ οὐ θέμιc πρήccειν· θέμιc δέ κοτε προγιγνώcκοντα cάφα τὰ παρεόντα ὡc οὐ φύξιμα καρηβαρίῃ</w:t>
      </w:r>
    </w:p>
    <w:p>
      <w:r>
        <w:rPr>
          <w:rFonts w:ascii="Courier New" w:hAnsi="Courier New"/>
          <w:color w:val="555555"/>
          <w:sz w:val="20"/>
        </w:rPr>
        <w:t>[2 . 5 . 2]</w:t>
      </w:r>
    </w:p>
    <w:p>
      <w:r>
        <w:rPr>
          <w:rFonts w:ascii="Gentium Plus" w:hAnsi="Gentium Plus"/>
          <w:sz w:val="24"/>
        </w:rPr>
        <w:t>νωθρῇ εὐνᾶcθαι. ἢν δὲ ἄνευ φλεγμαcίηc ἐπὶ διαφθορῇ ἢ ψύξει κρα‐ ταιῇ γίγνηται ὁ εἰλεόc, φλεβοτομίην μὲν ἴcχειν, τὰ δὲ λοιπὰ ἅμα πάντα πρήccειν, ἐμέειν ἀπὸ ὕδατοc θαμινά, cυχνὸν πίνειν ἔλαιον, εἶτα αὖθιc ἐξεμέειν. φύcαc ἄγειν κάτω ἐρεθίcμαcι· ἐρεθιcτικὸν μὲν κυκλαμίνου</w:t>
      </w:r>
    </w:p>
    <w:p>
      <w:r>
        <w:rPr>
          <w:rFonts w:ascii="Courier New" w:hAnsi="Courier New"/>
          <w:color w:val="555555"/>
          <w:sz w:val="20"/>
        </w:rPr>
        <w:t>[5]</w:t>
      </w:r>
    </w:p>
    <w:p>
      <w:r>
        <w:rPr>
          <w:rFonts w:ascii="Gentium Plus" w:hAnsi="Gentium Plus"/>
          <w:sz w:val="24"/>
        </w:rPr>
        <w:t>χυλὸc καὶ νίτρον ἢ ἅλεc· φυcέων δὲ ἀγωγὰ κύμινον ἠδὲ πήγανον. χρὴ ὦν πάντα ὁμοῦ ξὺν ῥητίνῃ τῇ τοῦ τερμίνθου διαχρίειν τάδε καὶ cπόγγοιcι πυριῆν, ἢ τοιcίδε ὑποκλύζειν ξὺν ἐλαίῳ καὶ μέλιτι καὶ ὑccώ‐</w:t>
      </w:r>
    </w:p>
    <w:p>
      <w:r>
        <w:rPr>
          <w:rFonts w:ascii="Courier New" w:hAnsi="Courier New"/>
          <w:color w:val="555555"/>
          <w:sz w:val="20"/>
        </w:rPr>
        <w:t>[2 . 5 . 3]</w:t>
      </w:r>
    </w:p>
    <w:p>
      <w:r>
        <w:rPr>
          <w:rFonts w:ascii="Gentium Plus" w:hAnsi="Gentium Plus"/>
          <w:sz w:val="24"/>
        </w:rPr>
        <w:t>πῳ καὶ κολοκύντηc ἀγρίηc τῆc cαρκὸc ἑψήματι. κἢν ἐκκριθῇ κόπροc, αὖθιc ἔλαιον θερμὸν ξὺν πηγάνῳ ἐνιέναι· τόδε γὰρ ἢν εἴcω μίμνῃ, πυρίημα τοῖcι ἐντέροιcι εὐμενέc· τέγγειν δὲ τὰ πονέοντα χωρία ἐλαίῳ ξὺν πηγάνῳ καὶ ἀνήθῳ ἄδην ἑψηθέντι. ἔcτω δὲ καὶ πυρίη φακῶν τῶν</w:t>
      </w:r>
    </w:p>
    <w:p>
      <w:r>
        <w:rPr>
          <w:rFonts w:ascii="Courier New" w:hAnsi="Courier New"/>
          <w:color w:val="555555"/>
          <w:sz w:val="20"/>
        </w:rPr>
        <w:t>[5]</w:t>
      </w:r>
    </w:p>
    <w:p>
      <w:r>
        <w:rPr>
          <w:rFonts w:ascii="Gentium Plus" w:hAnsi="Gentium Plus"/>
          <w:sz w:val="24"/>
        </w:rPr>
        <w:t>κεραμήων ἢ χαλκέων ἢ κέγχρου καὶ ἁλῶν φωχθέντων. ἐπιπλάcματα πρὸc τοῖcι ξυνοῖcι ἔcτω αἴρηc ἄλητον καὶ κύμινον καὶ ὑccώπου ἢ ὀρι‐ γάνου κόμη. cικύαι δὲ κοῦφαι μέν, cυχναὶ δέ, ἄλλη πρὸc ἄλλαc τι‐ θεμένη, ἐc τὸ ἐπιγάcτριον, ἐc τὰc ἰξύαc, μέcφι βουβώνων· ἠδὲ κατόπιν ἐc ἰcχία πρὸc νεφροὺc καὶ ῥάχιν· πάντῃ γὰρ ἀντιcπᾶν τὸν πόνον ξυμ‐</w:t>
      </w:r>
    </w:p>
    <w:p>
      <w:r>
        <w:rPr>
          <w:rFonts w:ascii="Courier New" w:hAnsi="Courier New"/>
          <w:color w:val="555555"/>
          <w:sz w:val="20"/>
        </w:rPr>
        <w:t>[2 . 5 . 4]</w:t>
      </w:r>
    </w:p>
    <w:p>
      <w:r>
        <w:rPr>
          <w:rFonts w:ascii="Gentium Plus" w:hAnsi="Gentium Plus"/>
          <w:sz w:val="24"/>
        </w:rPr>
        <w:t>φέρει. προπίνειν δὲ κυμίνου ἢ πηγάνου ἀφεψήματοc καὶ τοῦ cίcωνοc ἢ ξὺν τουτέοιcι τῶν φαρμάκων τῶν ἀνωδύνων τινά· μυρία δὲ ἄλλοιcι ἄλλα πείρῃ γεγόναcι πιcτά· ἀγαθὸν δὲ καὶ τὸ δι’ ἐχιδνῶν φάρμακον, μέζον τοῦ μέτρου πρὸc τὸ ξύνηθεc ποθέν. ἢν δὲ μήτε ὁ πόνοc ἐνδι‐</w:t>
      </w:r>
    </w:p>
    <w:p>
      <w:r>
        <w:rPr>
          <w:rFonts w:ascii="Courier New" w:hAnsi="Courier New"/>
          <w:color w:val="555555"/>
          <w:sz w:val="20"/>
        </w:rPr>
        <w:t>[5]</w:t>
      </w:r>
    </w:p>
    <w:p>
      <w:r>
        <w:rPr>
          <w:rFonts w:ascii="Gentium Plus" w:hAnsi="Gentium Plus"/>
          <w:sz w:val="24"/>
        </w:rPr>
        <w:t>δῷ μήτε φῦcα μήτε κόπριον ἀναδοίη, τοῦ καθαρτηρίου τῆc ἱερῆc ὑπ’ ἀνάγκηc διδόναι. ἢ γὰρ ἀπηλάθη ξὺν φλέγματι καὶ χολῇ τὸ φάρμα‐ κον, ἢ διῆλθεν ἐξάγον φύcαc, cκύβαλα, φλέγμα, χολήν, τοῦ κακοῦ τὰc</w:t>
      </w:r>
    </w:p>
    <w:p>
      <w:r>
        <w:rPr>
          <w:rFonts w:ascii="Courier New" w:hAnsi="Courier New"/>
          <w:color w:val="555555"/>
          <w:sz w:val="20"/>
        </w:rPr>
        <w:t>[2 . 5 . 5]</w:t>
      </w:r>
    </w:p>
    <w:p>
      <w:r>
        <w:rPr>
          <w:rFonts w:ascii="Gentium Plus" w:hAnsi="Gentium Plus"/>
          <w:sz w:val="24"/>
        </w:rPr>
        <w:t>ἐντάcιαc. τροφὴ διεξάγουcα· ζωμοὶ ἀλεκτορίδων, κογχαρίων, πτιcάνηc ὁ χυλὸc κάτεπτοc ξὺν πολλῷ λίπαϊ ἀρχῆθεν προcεγχυθέντι τῆc ἑψή‐ cιοc· ἔχειν ὧδε, κύμινον, λίτρον, πράcον ξὺν τῇ κόμῃ· ἢ ἰητρείη ξὺν ζωμῷ τινι διαχωρητικῷ, κοχλίαι ἄκρωc ἑφθοὶ καὶ ωὐτῶν δὲ χυμὸc ἢ</w:t>
      </w:r>
    </w:p>
    <w:p>
      <w:r>
        <w:rPr>
          <w:rFonts w:ascii="Courier New" w:hAnsi="Courier New"/>
          <w:color w:val="555555"/>
          <w:sz w:val="20"/>
        </w:rPr>
        <w:t>[2 . 5 . 6]</w:t>
      </w:r>
    </w:p>
    <w:p>
      <w:r>
        <w:rPr>
          <w:rFonts w:ascii="Gentium Plus" w:hAnsi="Gentium Plus"/>
          <w:sz w:val="24"/>
        </w:rPr>
        <w:t>τελλίνηc. ὕδωρ ποτόν, ἢν πυρεταίνῃ, ξὺν ἀcάρῳ ἢ νάρδῳ ἢ κάγχρυ ἑψηθέν· καὶ γὰρ φύcηc ἀγωγὰ καὶ οὐρητικὰ καὶ εὔπνοα. ἢν δὲ ἄπο‐ νοc ἔῃ, καὶ οἶνοc ἔc τε τὴν τῶν ἐντέρων θέρμην ἀτὰρ ἠδὲ ἐc ἀνά‐ κληcιν τῆc δυνάμιοc ἀρήγει, καὶ μαράθρου ῥίζηc ἕψημα ποθὲν καὶ</w:t>
      </w:r>
    </w:p>
    <w:p>
      <w:r>
        <w:rPr>
          <w:rFonts w:ascii="Courier New" w:hAnsi="Courier New"/>
          <w:color w:val="555555"/>
          <w:sz w:val="20"/>
        </w:rPr>
        <w:t>[5]</w:t>
      </w:r>
    </w:p>
    <w:p>
      <w:r>
        <w:rPr>
          <w:rFonts w:ascii="Gentium Plus" w:hAnsi="Gentium Plus"/>
          <w:sz w:val="24"/>
        </w:rPr>
        <w:t>ἀδίαντον καὶ κινάμωμον. ἢν δὲ ἐc ἀπόcταcιν τρέπηται ἡ φλεγμαcίη, τῇδε ξυμβάλλειν ἄμεινον τοῖcι ἐc ἀπόcταcιν φαρμάκοιcι χρεόμενον· γεγράφαται δὲ τάδε ἐν τοῖcι χρονίοιcι, ἔνθα κωλικῶν θεραπείη ἐγράφη.</w:t>
      </w:r>
    </w:p>
    <w:p>
      <w:r>
        <w:rPr>
          <w:rFonts w:ascii="Courier New" w:hAnsi="Courier New"/>
          <w:color w:val="555555"/>
          <w:sz w:val="20"/>
        </w:rPr>
        <w:t>[2 . 6 . 1]</w:t>
      </w:r>
    </w:p>
    <w:p>
      <w:r>
        <w:rPr>
          <w:rFonts w:ascii="Gentium Plus" w:hAnsi="Gentium Plus"/>
          <w:sz w:val="24"/>
        </w:rPr>
        <w:t>Θεραπεία τῶν κατὰ τὸ ἧπαρ ὀξέων παθῶν. Ἐν ἥπατι τοῦ αἵματοc ἡ γέννα, καὶ ἐc τὸ πᾶν ἔνθεν ἡ τούτου ἄφεcιc· καὶ τὸ ξύμ‐ παν ἧπαρ ὁκοῖον αἵματοc πάγοc. ὀξύταται ὦν αἱ τῇδε φλεγμοναί. ἐγκέεται γὰρ τῷ χωρίῳ τῷδε ἡ τροφή. ἢν μὲν ἑτέρωθί πῃ φλεγμονὴ</w:t>
      </w:r>
    </w:p>
    <w:p>
      <w:r>
        <w:rPr>
          <w:rFonts w:ascii="Courier New" w:hAnsi="Courier New"/>
          <w:color w:val="555555"/>
          <w:sz w:val="20"/>
        </w:rPr>
        <w:t>[5]</w:t>
      </w:r>
    </w:p>
    <w:p>
      <w:r>
        <w:rPr>
          <w:rFonts w:ascii="Gentium Plus" w:hAnsi="Gentium Plus"/>
          <w:sz w:val="24"/>
        </w:rPr>
        <w:t>ξυcτῇ, οὐ κάρτα γίγνεται ὀξέη· νέη γὰρ ἡ τοῦ αἵματοc ἐπιρροή. ἐπὶ δὲ τῷ ἥπατι οὐ χρέοc ἑτέρωθεν ἥκειν· ἢν γάρ τιc ἔμφραξιc τὰc ἐξό‐ δουc ἐπίcχῃ, πίμπραται τὸ ἧπαρ τῆc ἐκροῆc ἀμερθέν· ὁ δὲ τῆc τροφῆc εἴcρουc ἐc τὸ ἧπαρ ἔτι μίμνει· 〈οὐχ〉 ἑτέρη γὰρ ὁδὸc τῆc τροφῆc ἐc</w:t>
      </w:r>
    </w:p>
    <w:p>
      <w:r>
        <w:rPr>
          <w:rFonts w:ascii="Courier New" w:hAnsi="Courier New"/>
          <w:color w:val="555555"/>
          <w:sz w:val="20"/>
        </w:rPr>
        <w:t>[2 . 6 . 2]</w:t>
      </w:r>
    </w:p>
    <w:p>
      <w:r>
        <w:rPr>
          <w:rFonts w:ascii="Gentium Plus" w:hAnsi="Gentium Plus"/>
          <w:sz w:val="24"/>
        </w:rPr>
        <w:t>τὸ πᾶν cκῆνοc ἀπὸ τῆc κοιλίηc καὶ τῶν ἐντέρων. εὐπόρωc ὦν χρὴ τὴν κένωcιν ἐμποιεῖν, τάμνοντα φλέβαc τὰc ἐπ’ ἀγκῶνι, cυχνὸν μὲν ἀφαιρέοντα, μὴ ἁθρόον δέ. ἀποcιτίη μὲν τὰ πρῶτα, ὀλιγοcιτίη δὲ αὖ‐ θιc, ὅκωc καὶ τοῖcι εἰcιοῦcι τὸ ἧπαρ κενεὸν ᾖ. χρὴ δὲ καὶ τοῖcι ἐπι‐</w:t>
      </w:r>
    </w:p>
    <w:p>
      <w:r>
        <w:rPr>
          <w:rFonts w:ascii="Courier New" w:hAnsi="Courier New"/>
          <w:color w:val="555555"/>
          <w:sz w:val="20"/>
        </w:rPr>
        <w:t>[5]</w:t>
      </w:r>
    </w:p>
    <w:p>
      <w:r>
        <w:rPr>
          <w:rFonts w:ascii="Gentium Plus" w:hAnsi="Gentium Plus"/>
          <w:sz w:val="24"/>
        </w:rPr>
        <w:t>θέτοιcι διαcκιδνάναι τὰ ἐν τῷ ἥπατι †cτήθεα. τέγξιc μὲν ὦν ξὺν ἀλόῃ ἢ λίτρῳ· εἴρια πινόεντα οἰcύπῳ. χρέοc ὦν ἐμψύξιοc, οὕνεκα τῷ αἵματι</w:t>
      </w:r>
    </w:p>
    <w:p>
      <w:r>
        <w:rPr>
          <w:rFonts w:ascii="Courier New" w:hAnsi="Courier New"/>
          <w:color w:val="555555"/>
          <w:sz w:val="20"/>
        </w:rPr>
        <w:t>[2 . 6 . 3]</w:t>
      </w:r>
    </w:p>
    <w:p>
      <w:r>
        <w:rPr>
          <w:rFonts w:ascii="Gentium Plus" w:hAnsi="Gentium Plus"/>
          <w:sz w:val="24"/>
        </w:rPr>
        <w:t>αἴθεται τὸ ἧπαρ· θερμὸν γὰρ τὸ αἷμα. τοιάδε χρὴ καὶ τὰ ἐπιπλά‐ cματα ἔμμεναι, ἀλήτων μὲν αἰρίνου ἢ ἐρυcίμου ἢ κριθῆc καὶ λίνου cπέρματοc· χυμῶν δὲ οἴνου ὀξέοc, μήλων τοῦ χυλοῦ, ἑλίκων τῆc ἀμ‐ πέλου, οἰνάνθηc τῆc ὡραίηc ἢ τοῦ ξὺν τῇδε λίπαοc. πυρίη cπόγγοιcι</w:t>
      </w:r>
    </w:p>
    <w:p>
      <w:r>
        <w:rPr>
          <w:rFonts w:ascii="Courier New" w:hAnsi="Courier New"/>
          <w:color w:val="555555"/>
          <w:sz w:val="20"/>
        </w:rPr>
        <w:t>[5]</w:t>
      </w:r>
    </w:p>
    <w:p>
      <w:r>
        <w:rPr>
          <w:rFonts w:ascii="Gentium Plus" w:hAnsi="Gentium Plus"/>
          <w:sz w:val="24"/>
        </w:rPr>
        <w:t>καρποῦ δάφνηc ἑψήματοc, cχίνου, γλήχωνοc, ἴριδοc. ἐπὴν δὲ τουτέ‐ οιcι πρηΰνῃc, cικύην προcβάλλειν μέζονα, ὡc ἀμφιλαβεῖν πάντῃ τὸ ὑποχόνδριον, ἐντάμνειν δὲ βαθύτερα, ὡc πολλὸν ἑλκύcειαc αἷμα. μετε‐ ξετέροιcι δὲ αἱ βδέλλαι 〈ἢ〉 cχάcαι κρέccον. παρειcδύεται δὲ τοῦ ζώου ἡ δῆξιc, ἀτὰρ ἠδὲ μέζοναc διαβρώcιαc ποιέεται. τῇδε καὶ δυcεπίcχε‐</w:t>
      </w:r>
    </w:p>
    <w:p>
      <w:r>
        <w:rPr>
          <w:rFonts w:ascii="Courier New" w:hAnsi="Courier New"/>
          <w:color w:val="555555"/>
          <w:sz w:val="20"/>
        </w:rPr>
        <w:t>[2 . 6 . 4]</w:t>
      </w:r>
    </w:p>
    <w:p>
      <w:r>
        <w:rPr>
          <w:rFonts w:ascii="Gentium Plus" w:hAnsi="Gentium Plus"/>
          <w:sz w:val="24"/>
        </w:rPr>
        <w:t>τοc ἡ ἀπὸ τῶν ζώων αἱμόρροια. κἢν ἄδην πιὸν ἐκπέcῃ τὸ θηρίον, cικύην προcβάλλειν· νέρθεν γὰρ ἕλκει τὸ νῦν. κἢν ἅλιc ἔχῃ κενώ‐ cιοc, ἐc μὲν τὰ τρώματα ἰcχαίμοιcι χρέεcθαι ἀδήκτοιcι, ἀραχνίων ὑφά‐ cμαcι· μάννηc, ἀλόηc ἐπιπάccειν· ἠδὲ ἄρτῳ ἑφθῷ ξὺν πηγάνῳ ἢ με‐</w:t>
      </w:r>
    </w:p>
    <w:p>
      <w:r>
        <w:rPr>
          <w:rFonts w:ascii="Courier New" w:hAnsi="Courier New"/>
          <w:color w:val="555555"/>
          <w:sz w:val="20"/>
        </w:rPr>
        <w:t>[5]</w:t>
      </w:r>
    </w:p>
    <w:p>
      <w:r>
        <w:rPr>
          <w:rFonts w:ascii="Gentium Plus" w:hAnsi="Gentium Plus"/>
          <w:sz w:val="24"/>
        </w:rPr>
        <w:t>λιλώτῳ, ἀλθαίηc ῥίζῃcιν. ἐc δὲ τὴν τρίτην ἡμέρην, κήρωμα ξὺν μυρο‐ βαλάνῳ ἢ ἀψινθίου κόμῃ καὶ ἴριδι. ἀτὰρ καὶ τὰ μαλάγματα τοιάδε χρὴ ἔμμεναι ὁκοῖα λεπτῦναι ἢ ἐξαραιῶcαι ἢ οὔρηcιν τρέψαι. ἄριcτον μὲν ὦν τὸ διὰ τῶν cπερμάτων, ὧν ἅπαcι ἰητροῖcι ἡ πείρη εὔγνωcτοc·</w:t>
      </w:r>
    </w:p>
    <w:p>
      <w:r>
        <w:rPr>
          <w:rFonts w:ascii="Courier New" w:hAnsi="Courier New"/>
          <w:color w:val="555555"/>
          <w:sz w:val="20"/>
        </w:rPr>
        <w:t>[2 . 6 . 5]</w:t>
      </w:r>
    </w:p>
    <w:p>
      <w:r>
        <w:rPr>
          <w:rFonts w:ascii="Gentium Plus" w:hAnsi="Gentium Plus"/>
          <w:sz w:val="24"/>
        </w:rPr>
        <w:t>ἀγαθὸν δὲ καὶ ἔνθα ἢ cάμψυχον ἢ τὸ μελίλωτον ἐγκέεται. τροφαὶ δὲ λεπταί, εὔδρομοι, οὐρήcιοc προκλητικαί, εὐδίοδοι· χόνδροι ξὺν μελι‐ κρήτῳ καὶ ῥόφημα ἐκ τῶνδε ξὺν ἁλcὶ ἠδὲ ἀνήθῳ. πτιcάνηc δὲ χυλὸc καὶ cμηγματώδηc· ἢν δὲ καὶ δαύκου τοῦ καρποῦ ἐγχέῃc τι, κρέccον ἐc</w:t>
      </w:r>
    </w:p>
    <w:p>
      <w:r>
        <w:rPr>
          <w:rFonts w:ascii="Courier New" w:hAnsi="Courier New"/>
          <w:color w:val="555555"/>
          <w:sz w:val="20"/>
        </w:rPr>
        <w:t>[5]</w:t>
      </w:r>
    </w:p>
    <w:p>
      <w:r>
        <w:rPr>
          <w:rFonts w:ascii="Gentium Plus" w:hAnsi="Gentium Plus"/>
          <w:sz w:val="24"/>
        </w:rPr>
        <w:t>οὔρηcιν· ὑπεξάγει γὰρ διὰ τῶν ὀχετῶν, οἵπερ ἀπὸ ἥπατοc ἐc νεφροὺc κραίνουcι· καιρίη δὲ τοῖcι ἀπὸ ἥπατοc ἐκρέουcι ἡ τῇδε ἔξοδοc, εὐρύ‐ τητί τε τῶν ἀγγείων καὶ ἰθύτητι τῆc ὁδοῦ. χρὴ ὦν καὶ cικύῃ τῇδε ἕλκειν, ἐc τὴν χώρην προcβάλλοντα τῶν νεφρῶν κατ’ ἰcχίον· ἀτὰρ καὶ τέγγειν τάδε λίπαϊ ξὺν πηγάνῳ ἢ cχοίνῳ ἢ καλάμῳ τῷ ἀρωματικῷ.</w:t>
      </w:r>
    </w:p>
    <w:p>
      <w:r>
        <w:rPr>
          <w:rFonts w:ascii="Courier New" w:hAnsi="Courier New"/>
          <w:color w:val="555555"/>
          <w:sz w:val="20"/>
        </w:rPr>
        <w:t>[2 . 6 . 6]</w:t>
      </w:r>
    </w:p>
    <w:p>
      <w:r>
        <w:rPr>
          <w:rFonts w:ascii="Gentium Plus" w:hAnsi="Gentium Plus"/>
          <w:sz w:val="24"/>
        </w:rPr>
        <w:t>ἐπὶ δὲ τοιcίδε ἐλπὶc τὸν νοcέοντα διαδρῆναι τὸν ὄλεθρον. ἢν δὲ ἐc</w:t>
      </w:r>
    </w:p>
    <w:p>
      <w:r>
        <w:rPr>
          <w:rFonts w:ascii="Courier New" w:hAnsi="Courier New"/>
          <w:color w:val="555555"/>
          <w:sz w:val="20"/>
        </w:rPr>
        <w:t>[5]</w:t>
      </w:r>
    </w:p>
    <w:p>
      <w:r>
        <w:rPr>
          <w:rFonts w:ascii="Gentium Plus" w:hAnsi="Gentium Plus"/>
          <w:sz w:val="24"/>
        </w:rPr>
        <w:t>ξυμφορὴ φλεγμαcίηc ὀξέηc καὶ τόνδε καταλάβῃ.</w:t>
      </w:r>
    </w:p>
    <w:p>
      <w:r>
        <w:rPr>
          <w:rFonts w:ascii="Courier New" w:hAnsi="Courier New"/>
          <w:color w:val="555555"/>
          <w:sz w:val="20"/>
        </w:rPr>
        <w:t>[2 . 7 . 1]</w:t>
      </w:r>
    </w:p>
    <w:p>
      <w:r>
        <w:rPr>
          <w:rFonts w:ascii="Gentium Plus" w:hAnsi="Gentium Plus"/>
          <w:sz w:val="24"/>
        </w:rPr>
        <w:t>Θεραπεία νωτιαίαc φλεβὸc καὶ ἀρτηρίαc ὀξείαc νούcου. Τὴν τῆc κοίληc φλεβὸc φλεγμαcίην καὶ παχείηc ἀρτηρίηc, αἳ παρὰ τὴν ῥάχιν τέτανται, καύcου ἰδέην ἐκάλεον οἱ πρόcθεν. καὶ γὰρ [καὶ] καύcοιcι ἴκελα πάθεα ἐπὶ τοῖcι γίγνεται· πῦρ ὀξὺ καὶ δριμύ, ἄcη, δίψοc, ἀπορίη, cφυγ‐</w:t>
      </w:r>
    </w:p>
    <w:p>
      <w:r>
        <w:rPr>
          <w:rFonts w:ascii="Courier New" w:hAnsi="Courier New"/>
          <w:color w:val="555555"/>
          <w:sz w:val="20"/>
        </w:rPr>
        <w:t>[5]</w:t>
      </w:r>
    </w:p>
    <w:p>
      <w:r>
        <w:rPr>
          <w:rFonts w:ascii="Gentium Plus" w:hAnsi="Gentium Plus"/>
          <w:sz w:val="24"/>
        </w:rPr>
        <w:t>μὸc παλμώδηc ἐν ὑποχονδρίῳ ἠδὲ τοῖcι μεταφρένοιcι, ἄλλα μοι ὁκόcα ἐπὶ τοῖcι· cημηΐοιcι γεγράφαται. ἀτὰρ καὶ ἐc ξυγκοπὴν ὀκέλλει τὸ πῦρ, ὅκωc ἐπὶ τοῖcι καύcοιcι. τῆc μὲν γὰρ φλεβὸc ῥίζωcιc ἧπαρ, τῆc δ’ ἀρτηρίηc ἀρχὴ κραδίη. δοκέοιc ἂν ὦν μὲν τὰ ἄνω μέρεα τῶνδε τῶν cπλάγχνων νοcέειν τὰ καίρια· θέρμην μὲν γὰρ ἡ κραδίη ἐνδιδοῖ τῇ</w:t>
      </w:r>
    </w:p>
    <w:p>
      <w:r>
        <w:rPr>
          <w:rFonts w:ascii="Courier New" w:hAnsi="Courier New"/>
          <w:color w:val="555555"/>
          <w:sz w:val="20"/>
        </w:rPr>
        <w:t>[10]</w:t>
      </w:r>
    </w:p>
    <w:p>
      <w:r>
        <w:rPr>
          <w:rFonts w:ascii="Gentium Plus" w:hAnsi="Gentium Plus"/>
          <w:sz w:val="24"/>
        </w:rPr>
        <w:t>ἀρτηρίῃ, τῇ φλεβὶ δὲ τὸ ἧπαρ αἷμα. ἀμφοῖν δὲ μεγάλοιν μεγάλα τὰ</w:t>
      </w:r>
    </w:p>
    <w:p>
      <w:r>
        <w:rPr>
          <w:rFonts w:ascii="Courier New" w:hAnsi="Courier New"/>
          <w:color w:val="555555"/>
          <w:sz w:val="20"/>
        </w:rPr>
        <w:t>[2 . 7 . 2]</w:t>
      </w:r>
    </w:p>
    <w:p>
      <w:r>
        <w:rPr>
          <w:rFonts w:ascii="Gentium Plus" w:hAnsi="Gentium Plus"/>
          <w:sz w:val="24"/>
        </w:rPr>
        <w:t>ἔγγονα αἱ φλεγμοναί. τάμνειν ὦν αὐτίκα τὰc ἐπ’ ἀγκῶνι φλέβαc· καὶ cυχνὸν μὲν ἀφαιρέειν αἷμα, μὴ ἁθρόον δέ, ἀλλὰ καὶ δὶc καὶ τρὶc καὶ τῆc ἄλληc ἡμέρηc, ὡc μεcηγὺ ἡ δύναμιc ἀναιθύccῃ. ἔπειτα ἐπιπλά‐ cμαcι χρέεcθαι καὶ cικύῃ ἐc τὸ ὑποχόνδριον, ἔνθα ἡ διάcφυξιc τῆc</w:t>
      </w:r>
    </w:p>
    <w:p>
      <w:r>
        <w:rPr>
          <w:rFonts w:ascii="Courier New" w:hAnsi="Courier New"/>
          <w:color w:val="555555"/>
          <w:sz w:val="20"/>
        </w:rPr>
        <w:t>[5]</w:t>
      </w:r>
    </w:p>
    <w:p>
      <w:r>
        <w:rPr>
          <w:rFonts w:ascii="Gentium Plus" w:hAnsi="Gentium Plus"/>
          <w:sz w:val="24"/>
        </w:rPr>
        <w:t>ἀρτηρίηc, ἀτὰρ ἠδὲ μεcηγὺ τῶν ὠμοπλατέων· καὶ γὰρ καὶ τῇδε cφύ‐ ξιεc ἔαcι. cχάζειν τε ἀφειδῶc ἠδὲ πολλὸν ἀφαιρέειν αἷμα· οὐ κάρτα</w:t>
      </w:r>
    </w:p>
    <w:p>
      <w:r>
        <w:rPr>
          <w:rFonts w:ascii="Courier New" w:hAnsi="Courier New"/>
          <w:color w:val="555555"/>
          <w:sz w:val="20"/>
        </w:rPr>
        <w:t>[2 . 7 . 3]</w:t>
      </w:r>
    </w:p>
    <w:p>
      <w:r>
        <w:rPr>
          <w:rFonts w:ascii="Gentium Plus" w:hAnsi="Gentium Plus"/>
          <w:sz w:val="24"/>
        </w:rPr>
        <w:t>γὰρ ἐκ τῆc κενώcιοc τῶνδε λειποθυμέουcι ὥνθρωποι. ἰcχομένη δὲ καὶ γαcτὴρ πολλόν τι 〈μᾶλλον〉 τοῦ ξυνήθεοc· κλυcμοῖcι ἐc ὄλιcθον χρέεcθαι μαλθακοῖcι, δριμέcι δὲ ἥκιcτα· ἐπιπυρεταίνουcι γὰρ οἵδε ἅλμῃ καὶ λίτρου τήξει. λίνου ὦν καρποῦ χυλὸc ἔcτω καὶ τήλιοc καὶ μαλά‐</w:t>
      </w:r>
    </w:p>
    <w:p>
      <w:r>
        <w:rPr>
          <w:rFonts w:ascii="Courier New" w:hAnsi="Courier New"/>
          <w:color w:val="555555"/>
          <w:sz w:val="20"/>
        </w:rPr>
        <w:t>[5]</w:t>
      </w:r>
    </w:p>
    <w:p>
      <w:r>
        <w:rPr>
          <w:rFonts w:ascii="Gentium Plus" w:hAnsi="Gentium Plus"/>
          <w:sz w:val="24"/>
        </w:rPr>
        <w:t>χηc τῶν ῥιζῶν ἕψημα, [καὶ] ἐc πρόκληcιν καὶ δῆξιν ἱκανόν. μέλη ἄκρεα, πόδεc καὶ χεῖρεc, τεθάλπτωcαν γλευκίνῳ ἢ cικυωνίῳ λίπαϊ 〈ἢ〉 τῷ διὰ τῆc λιμνήcτιδοc χρίcματι. κάρτα γὰρ ψυχρὰ αὐτῶν τάδε γίγνεται. πιπίcκειν τε πρὸ τῶν cιτίων ὁκόcα οὖρον ἐξάγει· μῆον, ἄcα‐ ρον, ἀψίνθιον· ἐμπαccέcθω δὲ καὶ λίτρου· πάντων δὲ κράτιcτον cικύη</w:t>
      </w:r>
    </w:p>
    <w:p>
      <w:r>
        <w:rPr>
          <w:rFonts w:ascii="Courier New" w:hAnsi="Courier New"/>
          <w:color w:val="555555"/>
          <w:sz w:val="20"/>
        </w:rPr>
        <w:t>[2 . 7 . 4]</w:t>
      </w:r>
    </w:p>
    <w:p>
      <w:r>
        <w:rPr>
          <w:rFonts w:ascii="Gentium Plus" w:hAnsi="Gentium Plus"/>
          <w:sz w:val="24"/>
        </w:rPr>
        <w:t>καὶ κινάμωμον, ἤν τιc εὐπορῇ. γάλα τοιcίδε καὶ τροφὴ καὶ φάρμα‐</w:t>
      </w:r>
    </w:p>
    <w:p>
      <w:r>
        <w:rPr>
          <w:rFonts w:ascii="Courier New" w:hAnsi="Courier New"/>
          <w:color w:val="555555"/>
          <w:sz w:val="20"/>
        </w:rPr>
        <w:t>[5]</w:t>
      </w:r>
    </w:p>
    <w:p>
      <w:r>
        <w:rPr>
          <w:rFonts w:ascii="Gentium Plus" w:hAnsi="Gentium Plus"/>
          <w:sz w:val="24"/>
        </w:rPr>
        <w:t>κυάθουc τοῦ γάλακτοc ἐμβεβλήcθω εἷc ὕδατοc· ἄριcτον δὲ καὶ τὸ τῆc βοόc· τρίτον δὲ αἰγόc. τροφαὶ εὔπεπτοι, τὰ πολλὰ χυλοὶ μαράθρου ῥίζηc, καὶ cελίνου καρπὸc ἐμβεβλήcθω καὶ μέλι· τὸ ὕδωρ δὲ τὸ πινό‐</w:t>
      </w:r>
    </w:p>
    <w:p>
      <w:r>
        <w:rPr>
          <w:rFonts w:ascii="Courier New" w:hAnsi="Courier New"/>
          <w:color w:val="555555"/>
          <w:sz w:val="20"/>
        </w:rPr>
        <w:t>[2 . 7 . 5]</w:t>
      </w:r>
    </w:p>
    <w:p>
      <w:r>
        <w:rPr>
          <w:rFonts w:ascii="Gentium Plus" w:hAnsi="Gentium Plus"/>
          <w:sz w:val="24"/>
        </w:rPr>
        <w:t>μενον ἐχέτω τάδε. ἀτὰρ καὶ ἱδρῶταc χρὴ κινέειν καὶ πάντῃ διαπνοὰc ὑγρὰc καὶ εὐρόουc ποιέειν. τέγξιc κεφαλῆc ὁκοῖον ἡ ἐν καύcοιcι. ἐπί‐ θημα ἐc θώρηκα καὶ μαζὸν ἀριcτερὸν ὁκοῖον ἐν cυγκοπῇ. κοίτη, κα‐ τάκλιcιc ὄρθιοc, ὅκωc ἴκελα πάντα τοῖcι ἐν καύcοιcι ᾖ. αἰώρη cμικρὴ</w:t>
      </w:r>
    </w:p>
    <w:p>
      <w:r>
        <w:rPr>
          <w:rFonts w:ascii="Courier New" w:hAnsi="Courier New"/>
          <w:color w:val="555555"/>
          <w:sz w:val="20"/>
        </w:rPr>
        <w:t>[5]</w:t>
      </w:r>
    </w:p>
    <w:p>
      <w:r>
        <w:rPr>
          <w:rFonts w:ascii="Gentium Plus" w:hAnsi="Gentium Plus"/>
          <w:sz w:val="24"/>
        </w:rPr>
        <w:t>ἐc ἱδρώτων πρόκληcιν· ἠδὲ λουτρόν, ἢν οὗτοc ὑπεκκαυθῇ. οὐ γὰρ κρίcεcι τάδε τὰ πάθεα λύεται, εἰ καὶ καύcου ἔαcι ἰδέαι.</w:t>
      </w:r>
    </w:p>
    <w:p>
      <w:r>
        <w:rPr>
          <w:rFonts w:ascii="Courier New" w:hAnsi="Courier New"/>
          <w:color w:val="555555"/>
          <w:sz w:val="20"/>
        </w:rPr>
        <w:t>[2 . 8 . 1]</w:t>
      </w:r>
    </w:p>
    <w:p>
      <w:r>
        <w:rPr>
          <w:rFonts w:ascii="Gentium Plus" w:hAnsi="Gentium Plus"/>
          <w:sz w:val="24"/>
        </w:rPr>
        <w:t>Θεραπεία τῆc κατὰ τοὺc νεφροὺc ὀξείαc νούcου. Κάτοξυ μὲν ἐν νεφροῖcι φλεγμαcίη· ξυμφλεγμαίνουcι γὰρ ἀπὸ ἥπατοc ἐc νε‐ φροὺc κραίνουcαι φλέβεc. τῇcι δὲ τὸ ἧπαρ· οὐ κάρτα ἐπιμήκεεc ἐοῦ‐ cαι, κάρτα δὲ εὐρεῖαι, ὡc δοκέειν τοὺc νεφροὺc ἐξηρτῆcθαι ἀγχοῦ τοῦ</w:t>
      </w:r>
    </w:p>
    <w:p>
      <w:r>
        <w:rPr>
          <w:rFonts w:ascii="Courier New" w:hAnsi="Courier New"/>
          <w:color w:val="555555"/>
          <w:sz w:val="20"/>
        </w:rPr>
        <w:t>[5]</w:t>
      </w:r>
    </w:p>
    <w:p>
      <w:r>
        <w:rPr>
          <w:rFonts w:ascii="Gentium Plus" w:hAnsi="Gentium Plus"/>
          <w:sz w:val="24"/>
        </w:rPr>
        <w:t>ἥπατοc. ἀτὰρ καὶ ἰcχουρίη ἐπὶ φλεγμαcίῃ γίγνεται, ξυντιμωρέουcα τῷ ὀξέϊ τῆc φλεγμαcίηc· πίμπλαται γὰρ ἡ τῶν νεφρῶν κοιλίη ὑπὸ πλη‐</w:t>
      </w:r>
    </w:p>
    <w:p>
      <w:r>
        <w:rPr>
          <w:rFonts w:ascii="Courier New" w:hAnsi="Courier New"/>
          <w:color w:val="555555"/>
          <w:sz w:val="20"/>
        </w:rPr>
        <w:t>[2 . 8 . 2]</w:t>
      </w:r>
    </w:p>
    <w:p>
      <w:r>
        <w:rPr>
          <w:rFonts w:ascii="Gentium Plus" w:hAnsi="Gentium Plus"/>
          <w:sz w:val="24"/>
        </w:rPr>
        <w:t>μυρίηc τῶν οὔρων οὐ διεκθεόντων. τόδε μέντοι καὶ ἐπὶ λίθων γίγνε‐ ται· ἢν φύῃ μὲν ἐν νεφροῖcι μέζων τῆc εὐρύτητοc τῶν οὐρητήρων, ἐνίζῃ δὲ μὴ διεξιών, ἀτὰρ καὶ τὰ οὖρα ὅδε ἐπίcχει. ἀλλὰ ἀμφὶ μὲν τῆc γενέcιοc τῶν λίθων ἐν τοῖcι χρονίοιcι λελέξεται, ὅκωc ἢ μὴ †ξυνή‐</w:t>
      </w:r>
    </w:p>
    <w:p>
      <w:r>
        <w:rPr>
          <w:rFonts w:ascii="Courier New" w:hAnsi="Courier New"/>
          <w:color w:val="555555"/>
          <w:sz w:val="20"/>
        </w:rPr>
        <w:t>[5]</w:t>
      </w:r>
    </w:p>
    <w:p>
      <w:r>
        <w:rPr>
          <w:rFonts w:ascii="Gentium Plus" w:hAnsi="Gentium Plus"/>
          <w:sz w:val="24"/>
        </w:rPr>
        <w:t>cωνται ἢ θρύπτωνται γιγνόμενοι. ἀμφὶ δὲ θερμαcίηc ἠδ’ ἐμφράξιοc,</w:t>
      </w:r>
    </w:p>
    <w:p>
      <w:r>
        <w:rPr>
          <w:rFonts w:ascii="Courier New" w:hAnsi="Courier New"/>
          <w:color w:val="555555"/>
          <w:sz w:val="20"/>
        </w:rPr>
        <w:t>[2 . 8 . 3]</w:t>
      </w:r>
    </w:p>
    <w:p>
      <w:r>
        <w:rPr>
          <w:rFonts w:ascii="Gentium Plus" w:hAnsi="Gentium Plus"/>
          <w:sz w:val="24"/>
        </w:rPr>
        <w:t>ὁκόcα ὀξέωc κτείνει, τῇδέ μοι γεγράψεται. ἢν ἐνcτάcιεc λίθων ἔωcι, ἔν τε φλεγμαcίῃ, τάμνειν φλέβα τὴν ἐπ’ ἀγκῶνι, ἢν μὴ κωλύῃ τι ἡλικίη· εὔροον δὲ καὶ πολλὸν ἔcτω τὸ αἷμα· οὐ γὰρ αἱ φλεγμοναὶ πρηΰνονται μοῦνον κενώcει, ἀλλὰ καὶ 〈αἱ〉 cφηνώcιεc τῶν λίθων χα‐</w:t>
      </w:r>
    </w:p>
    <w:p>
      <w:r>
        <w:rPr>
          <w:rFonts w:ascii="Courier New" w:hAnsi="Courier New"/>
          <w:color w:val="555555"/>
          <w:sz w:val="20"/>
        </w:rPr>
        <w:t>[5]</w:t>
      </w:r>
    </w:p>
    <w:p>
      <w:r>
        <w:rPr>
          <w:rFonts w:ascii="Gentium Plus" w:hAnsi="Gentium Plus"/>
          <w:sz w:val="24"/>
        </w:rPr>
        <w:t>λῶνται τῇcι τῶν ἀγγείων κενώcεcι, ἀτὰρ ἠδ’ ἐν οὐρήcει διεκθείουcι οἱ λίθοι. ἔπειτα τέγξεcι γλευκίνου λίπαοc ἢ κυπρίνου καὶ πυρίῃcι καὶ ἐπιπλάcμαcι ἀνιέναι τὰ μέρεα. ἀρτεμιcίη δ’ ἔcτω ἡ βοτάνη καὶ cχοῖ‐ νοc καὶ κάλαμοc ὁ εὐώδηc ἐν τοῖcι καταπλάcμαcι. ἔπειτα cικύην προc‐</w:t>
      </w:r>
    </w:p>
    <w:p>
      <w:r>
        <w:rPr>
          <w:rFonts w:ascii="Courier New" w:hAnsi="Courier New"/>
          <w:color w:val="555555"/>
          <w:sz w:val="20"/>
        </w:rPr>
        <w:t>[2 . 8 . 4]</w:t>
      </w:r>
    </w:p>
    <w:p>
      <w:r>
        <w:rPr>
          <w:rFonts w:ascii="Gentium Plus" w:hAnsi="Gentium Plus"/>
          <w:sz w:val="24"/>
        </w:rPr>
        <w:t>ρίου κένωcιc ὤνηcε. λελαπάχθω δὲ κοιλίη κλυcμοῖcι ὀλιcθηροῖcι, γλί‐ cχροιcι μᾶλλον ἢ δριμέcι, μαλάχηc ἢ τήλιοc χυλοῖcι. κοτὲ δὲ φάρμακα πρὸ τῶν cιτίων οὐρητικά, ὁκοῖα ἐπὶ ἥπατοc λέλεκται· ἀτὰρ καὶ cιτία ἴκελα, εὔπεπτα· κακὸν γὰρ τουτέοιcι ἀπεψίη. ἄριcτον δὲ γάλα, μάλιcτα</w:t>
      </w:r>
    </w:p>
    <w:p>
      <w:r>
        <w:rPr>
          <w:rFonts w:ascii="Courier New" w:hAnsi="Courier New"/>
          <w:color w:val="555555"/>
          <w:sz w:val="20"/>
        </w:rPr>
        <w:t>[5]</w:t>
      </w:r>
    </w:p>
    <w:p>
      <w:r>
        <w:rPr>
          <w:rFonts w:ascii="Gentium Plus" w:hAnsi="Gentium Plus"/>
          <w:sz w:val="24"/>
        </w:rPr>
        <w:t>μὲν ὄνου, ἵππου δὲ δεύτερον καὶ ὄϊοc δὲ καὶ αἰγὸc χρήcιμον, ὅτι γάλα. ἢν μὲν ὦν ἄπυροι ἔωcι, καὶ λούειν κρέccον· ἢν δὲ μή, ἐc ἕψημα τῶν βοτανῶν ἐνίζεcθαι, ἄχριc ὀμφαλοῦ τὸ ἄγγοc πληρεῦντα. ἢν δὲ ἐc πῦον τρέπηται, ὁκοίοιcι χρὴ ἐπιπλάcμαcι ἠδὲ φαρμάκοιcι χρέεcθαι, ἐπὶ</w:t>
      </w:r>
    </w:p>
    <w:p>
      <w:r>
        <w:rPr>
          <w:rFonts w:ascii="Courier New" w:hAnsi="Courier New"/>
          <w:color w:val="555555"/>
          <w:sz w:val="20"/>
        </w:rPr>
        <w:t>[2 . 8 . 5]</w:t>
      </w:r>
    </w:p>
    <w:p>
      <w:r>
        <w:rPr>
          <w:rFonts w:ascii="Gentium Plus" w:hAnsi="Gentium Plus"/>
          <w:sz w:val="24"/>
        </w:rPr>
        <w:t>πολλοῖcι μὲν καὶ πρόcθεν ὑποκέεται. ἢν δὲ ἐνcτήκῃ λίθοc, πυρίῃcι μὲν καὶ ἐπιπλάcμαcι τοῖcι αὐτέοιcι χρέεcθαι. θρύπτειν δὲ τοὺc λίθουc τοῖcι πινομένοιcι φαρμάκοιcι· ἁπλαῖ μὲν cίον καὶ πριονῖτιc αἱ βοτάναι, ἑφθαὶ ξὺν ἐλαίῳ ἢ ὄξεϊ ἐδωδίμῳ καὶ τῶνδε χυλὸc προπινόμενοc· ποικίλαι δὲ</w:t>
      </w:r>
    </w:p>
    <w:p>
      <w:r>
        <w:rPr>
          <w:rFonts w:ascii="Courier New" w:hAnsi="Courier New"/>
          <w:color w:val="555555"/>
          <w:sz w:val="20"/>
        </w:rPr>
        <w:t>[5]</w:t>
      </w:r>
    </w:p>
    <w:p>
      <w:r>
        <w:rPr>
          <w:rFonts w:ascii="Gentium Plus" w:hAnsi="Gentium Plus"/>
          <w:sz w:val="24"/>
        </w:rPr>
        <w:t>ἡ Βηcτίνου καλευμένη καὶ ἡ δι’ ἐχιδνῶν καὶ cκίγκου τοῦ θηρίου, ὁκό‐</w:t>
      </w:r>
    </w:p>
    <w:p>
      <w:r>
        <w:rPr>
          <w:rFonts w:ascii="Courier New" w:hAnsi="Courier New"/>
          <w:color w:val="555555"/>
          <w:sz w:val="20"/>
        </w:rPr>
        <w:t>[2 . 8 . 6]</w:t>
      </w:r>
    </w:p>
    <w:p>
      <w:r>
        <w:rPr>
          <w:rFonts w:ascii="Gentium Plus" w:hAnsi="Gentium Plus"/>
          <w:sz w:val="24"/>
        </w:rPr>
        <w:t>cαι τε δοκέουcι ἔμμεναι τῇ πείρῃ κράτιcται. αἰῶραι τοιcίδε καὶ cείcιεc ἐc κίνηcιν καὶ πρόωcιν τῶν λίθων. κάρτα γὰρ ἐπίπονοc τῶν λίθων ἡ ἐc τὴν κύcτιν ὁδοιπορίη. ἢν δὲ ἐκπέcωcι ἔνθεν, ἄπονοί τε γίγνον‐ ται, οὐδ’ ὄναρ δοκέειν τοῦ πόνου εἰθιcμένοι· ἀτὰρ καὶ ὡc ἐξ ἀφύκτων</w:t>
      </w:r>
    </w:p>
    <w:p>
      <w:r>
        <w:rPr>
          <w:rFonts w:ascii="Courier New" w:hAnsi="Courier New"/>
          <w:color w:val="555555"/>
          <w:sz w:val="20"/>
        </w:rPr>
        <w:t>[5]</w:t>
      </w:r>
    </w:p>
    <w:p>
      <w:r>
        <w:rPr>
          <w:rFonts w:ascii="Gentium Plus" w:hAnsi="Gentium Plus"/>
          <w:sz w:val="24"/>
        </w:rPr>
        <w:t>κακῶν τὴν ψυχὴν καὶ τὰ μέλεα λύονται.</w:t>
      </w:r>
    </w:p>
    <w:p>
      <w:r>
        <w:rPr>
          <w:rFonts w:ascii="Courier New" w:hAnsi="Courier New"/>
          <w:color w:val="555555"/>
          <w:sz w:val="20"/>
        </w:rPr>
        <w:t>[2 . 9 . 1]</w:t>
      </w:r>
    </w:p>
    <w:p>
      <w:r>
        <w:rPr>
          <w:rFonts w:ascii="Gentium Plus" w:hAnsi="Gentium Plus"/>
          <w:sz w:val="24"/>
        </w:rPr>
        <w:t>Θεραπεία τῶν κατὰ τὴν κύcτιν ὀξέων παθῶν. Καὶ τῇ κύ‐ cτει πάθεα ὀξέα ἴκελα τοῖcι νεφροῖcι γίγνεται, φλεγμοναὶ καὶ ἕλκεα καὶ λίθων καὶ θρόμβων ἐμφράξιεc, ἐφ’ οἷcι ἰcχουρίη, cτραγγουρίη. ἀλλὰ ὀξύτεροc τῇδε ὁ πόνοc καὶ ὄλεθροc ὤκιcτοc· νεῦρον γὰρ πλατὺ</w:t>
      </w:r>
    </w:p>
    <w:p>
      <w:r>
        <w:rPr>
          <w:rFonts w:ascii="Courier New" w:hAnsi="Courier New"/>
          <w:color w:val="555555"/>
          <w:sz w:val="20"/>
        </w:rPr>
        <w:t>[5]</w:t>
      </w:r>
    </w:p>
    <w:p>
      <w:r>
        <w:rPr>
          <w:rFonts w:ascii="Gentium Plus" w:hAnsi="Gentium Plus"/>
          <w:sz w:val="24"/>
        </w:rPr>
        <w:t>ἡ κύcτιc· νεφροὶ δέ, ὁκοῖον αἱμάλωψ, τῆc ἥπατοc ἔαcι ἰδέηc· ἀλλὰ καὶ αἰνότατοι καὶ οἴκτιcτοι, ἔνθα μάλιcτα γίγνετ’ Ἄρηc ἀλεγεινὸc ὀϊζυροῖcι βροτοῖcι.</w:t>
      </w:r>
    </w:p>
    <w:p>
      <w:r>
        <w:rPr>
          <w:rFonts w:ascii="Courier New" w:hAnsi="Courier New"/>
          <w:color w:val="555555"/>
          <w:sz w:val="20"/>
        </w:rPr>
        <w:t>[2 . 9 . 2]</w:t>
      </w:r>
    </w:p>
    <w:p>
      <w:r>
        <w:rPr>
          <w:rFonts w:ascii="Gentium Plus" w:hAnsi="Gentium Plus"/>
          <w:sz w:val="24"/>
        </w:rPr>
        <w:t>τάμνειν ὦν αὐτίκα τὸν κενεῶνα, καταιονεῖν δὲ τὴν κύcτιν λίπαϊ cυχνῷ</w:t>
      </w:r>
    </w:p>
    <w:p>
      <w:r>
        <w:rPr>
          <w:rFonts w:ascii="Courier New" w:hAnsi="Courier New"/>
          <w:color w:val="555555"/>
          <w:sz w:val="20"/>
        </w:rPr>
        <w:t>[5]</w:t>
      </w:r>
    </w:p>
    <w:p>
      <w:r>
        <w:rPr>
          <w:rFonts w:ascii="Gentium Plus" w:hAnsi="Gentium Plus"/>
          <w:sz w:val="24"/>
        </w:rPr>
        <w:t>καὶ cπέρματα. ἢν δ’ ἐξ αἱμορραγίηc ὁ κίνδυνοc, ἴcχειν μὲν οὐκ ἐc ἀμ‐</w:t>
      </w:r>
    </w:p>
    <w:p>
      <w:r>
        <w:rPr>
          <w:rFonts w:ascii="Courier New" w:hAnsi="Courier New"/>
          <w:color w:val="555555"/>
          <w:sz w:val="20"/>
        </w:rPr>
        <w:t>[2 . 9 . 3]</w:t>
      </w:r>
    </w:p>
    <w:p>
      <w:r>
        <w:rPr>
          <w:rFonts w:ascii="Gentium Plus" w:hAnsi="Gentium Plus"/>
          <w:sz w:val="24"/>
        </w:rPr>
        <w:t>βολὴν τῶνδε μᾶλλον· ἀτὰρ καὶ ὅδε οὐχ ἥκιcτα ὁ κίνδυνοc. ἀρήγειν μὲν ὦν καὶ τοῖcι αἷμα ἐπέχουcι. ἀρήγει δὲ ἡ ψῦξιc τῆc κύcτιοc, ῥο‐ δίνου καὶ οἴνου τέγξιc καὶ εἰρίων κατείληcιc ἀπὸ οἰcύπου· ἐπίθημα φοίνικεc ἐν οἴνῳ δευθέντεc ξὺν ῥοιῇ ἢ χυλῷ τοῦ ῥοόc. ἢν δὲ ἐκτρέ‐</w:t>
      </w:r>
    </w:p>
    <w:p>
      <w:r>
        <w:rPr>
          <w:rFonts w:ascii="Courier New" w:hAnsi="Courier New"/>
          <w:color w:val="555555"/>
          <w:sz w:val="20"/>
        </w:rPr>
        <w:t>[5]</w:t>
      </w:r>
    </w:p>
    <w:p>
      <w:r>
        <w:rPr>
          <w:rFonts w:ascii="Gentium Plus" w:hAnsi="Gentium Plus"/>
          <w:sz w:val="24"/>
        </w:rPr>
        <w:t>πηται καὶ τῶν ἐπιθημάτων τὰ βάρεα, καὶ τὰc μεγάλαc ψύξιαc ἐκτρέ‐ πειν· χρὴ γὰρ μὴ κάρτα ψύχειν ψυχρήν τε φύcει καὶ λεπτὴν ἐοῦ‐ cαν τὴν κύcτιν. καταχρίειν δὲ γλευκίνῳ ἢ ἀκακίῃ ἢ ὑποκυcτίδι ξὺν</w:t>
      </w:r>
    </w:p>
    <w:p>
      <w:r>
        <w:rPr>
          <w:rFonts w:ascii="Courier New" w:hAnsi="Courier New"/>
          <w:color w:val="555555"/>
          <w:sz w:val="20"/>
        </w:rPr>
        <w:t>[2 . 9 . 4]</w:t>
      </w:r>
    </w:p>
    <w:p>
      <w:r>
        <w:rPr>
          <w:rFonts w:ascii="Gentium Plus" w:hAnsi="Gentium Plus"/>
          <w:sz w:val="24"/>
        </w:rPr>
        <w:t>οἴνῳ. cπόγγοιcι δέ, ἢν μὴ cφόδρα ἐπείγῃ ἡ αἱμορραγίη, μὴ χρέεcθαι. τροφαὶ cιτώδεεc, εὔπεπτοι, εὔχυμοι, οὐρητικαί, ὁκοῖαί μοι ἐπὶ νεφροῖcι λελέχαται· γάλα, οἶνοc γλυκύc, Θηραῖοc ἢ Ϲκυβελίτηc. φάρμακα πινό‐ μενα οὐρητικά, εὐώδεα, εὔροα καὶ τἆλλα τὰ τοιαῦτα. ἄριcτον δὲ κύ‐</w:t>
      </w:r>
    </w:p>
    <w:p>
      <w:r>
        <w:rPr>
          <w:rFonts w:ascii="Courier New" w:hAnsi="Courier New"/>
          <w:color w:val="555555"/>
          <w:sz w:val="20"/>
        </w:rPr>
        <w:t>[5]</w:t>
      </w:r>
    </w:p>
    <w:p>
      <w:r>
        <w:rPr>
          <w:rFonts w:ascii="Gentium Plus" w:hAnsi="Gentium Plus"/>
          <w:sz w:val="24"/>
        </w:rPr>
        <w:t>cτει τέττιγεc, ἐφ’ ὥρηc μὲν ὀπτοί, ἔδεcμα· ἔξωροι δὲ ξηροί, λεῖοι ξὺν ὕδατι. ἔcτω δὲ καὶ τῆc ῥίζηc τῆc νάρδου βραχὺ ξὺν τοῖcι τέττιξι ἀφε‐</w:t>
      </w:r>
    </w:p>
    <w:p>
      <w:r>
        <w:rPr>
          <w:rFonts w:ascii="Courier New" w:hAnsi="Courier New"/>
          <w:color w:val="555555"/>
          <w:sz w:val="20"/>
        </w:rPr>
        <w:t>[2 . 9 . 5]</w:t>
      </w:r>
    </w:p>
    <w:p>
      <w:r>
        <w:rPr>
          <w:rFonts w:ascii="Gentium Plus" w:hAnsi="Gentium Plus"/>
          <w:sz w:val="24"/>
        </w:rPr>
        <w:t>ψήcει· τοῖcι αὐτέοιcι ἐνίζεcθαι ἀντὶ λουτροῦ ἐc ἄνεcιν τῆc κύcτιοc. ἢν δὲ λίθων ἔμφραξιc ἐπίcχῃ τὴν οὔρηcιν, τῷ ὀργάνῳ τῷ καθετῆρι ὠθεῖν τὸν λίθον ἠδὲ ἄγειν τὸ οὖρον, ἢν μὴ ἔωcι φλεγμοναί· ἐπὶ γὰρ φλεγ‐ μονῇcι οὔτε ὁ πόροc δέχεται τὸ ὄργανον, πρὸc δὲ τιτρώcκονται τῷ</w:t>
      </w:r>
    </w:p>
    <w:p>
      <w:r>
        <w:rPr>
          <w:rFonts w:ascii="Courier New" w:hAnsi="Courier New"/>
          <w:color w:val="555555"/>
          <w:sz w:val="20"/>
        </w:rPr>
        <w:t>[5]</w:t>
      </w:r>
    </w:p>
    <w:p>
      <w:r>
        <w:rPr>
          <w:rFonts w:ascii="Gentium Plus" w:hAnsi="Gentium Plus"/>
          <w:sz w:val="24"/>
        </w:rPr>
        <w:t>καθετῆρι. ἢν δὲ ἄποροc μὲν 〈ᾖ〉 ἡ τῶνδε ἰητρείη, θνῄcκῃ δὲ ὀδύνῃcι ὥνθρωποc, τάμνειν τὴν πλιχάδα καὶ τὸν τῆc κύcτιοc τράχηλον, ἔc τε τὴν τῶν λίθων ἔκπτωcιν καὶ τὴν τῶν οὔρων ἔκχυcιν. καὶ μάλιcτα μὲν ἀκέcαcθαι ἐc ὠτειλὴν ἄγοντα τὸ τρῶμα· ἢν δὲ μή, ῥοάδα γενέcθαι τοῦ οὔρου βέλτιον ἐc τὸν αὖθιc τοῦ ἀνθρώπου βίον ἢ τῇ ὀδύνῃ οἰκτί‐</w:t>
      </w:r>
    </w:p>
    <w:p>
      <w:r>
        <w:rPr>
          <w:rFonts w:ascii="Courier New" w:hAnsi="Courier New"/>
          <w:color w:val="555555"/>
          <w:sz w:val="20"/>
        </w:rPr>
        <w:t>[10]</w:t>
      </w:r>
    </w:p>
    <w:p>
      <w:r>
        <w:rPr>
          <w:rFonts w:ascii="Gentium Plus" w:hAnsi="Gentium Plus"/>
          <w:sz w:val="24"/>
        </w:rPr>
        <w:t>cτωc θανεῖν.</w:t>
      </w:r>
    </w:p>
    <w:p>
      <w:r>
        <w:rPr>
          <w:rFonts w:ascii="Courier New" w:hAnsi="Courier New"/>
          <w:color w:val="555555"/>
          <w:sz w:val="20"/>
        </w:rPr>
        <w:t>[2 . 10 . 1]</w:t>
      </w:r>
    </w:p>
    <w:p>
      <w:r>
        <w:rPr>
          <w:rFonts w:ascii="Gentium Plus" w:hAnsi="Gentium Plus"/>
          <w:sz w:val="24"/>
        </w:rPr>
        <w:t>Θεραπεία ὑcτερικῆc πνιγόc. Ἡ ὑcτέρη τῇcι γυναιξὶ ὑμένων ἀποτάcιαc ἔνθα καὶ ἔνθα κατὰ λαγόναc ἴcχει· ἀτὰρ ἠδὲ ζώου πάθη ἐν ὀcφρήcει· ἵεται γὰρ ἐπὶ τοῖcι εὐώδεcι πρὸc ἡδονὴν καὶ τὰ κάκοcμα</w:t>
      </w:r>
    </w:p>
    <w:p>
      <w:r>
        <w:rPr>
          <w:rFonts w:ascii="Courier New" w:hAnsi="Courier New"/>
          <w:color w:val="555555"/>
          <w:sz w:val="20"/>
        </w:rPr>
        <w:t>[5]</w:t>
      </w:r>
    </w:p>
    <w:p>
      <w:r>
        <w:rPr>
          <w:rFonts w:ascii="Gentium Plus" w:hAnsi="Gentium Plus"/>
          <w:sz w:val="24"/>
        </w:rPr>
        <w:t>πρόειcι τῶν γυναικηΐων ἔξω· ὧν δὲ κατὰ cτόμα τι ἂν εἴη, ὀπίcω χά‐ ζεται ἠδὲ ἄνωθεν· ἴῃ δ’ ἄν κοτε καὶ ἔνθα καὶ ἔνθα, ποτὶ cπλῆνα καὶ ἧπαρ, ξυνδιδοῖ δὲ τὰ ὑμένια ἐc ἀπόcταcιν καὶ ξυναγωγήν, ὅκωc νηὸc</w:t>
      </w:r>
    </w:p>
    <w:p>
      <w:r>
        <w:rPr>
          <w:rFonts w:ascii="Courier New" w:hAnsi="Courier New"/>
          <w:color w:val="555555"/>
          <w:sz w:val="20"/>
        </w:rPr>
        <w:t>[2 . 10 . 2]</w:t>
      </w:r>
    </w:p>
    <w:p>
      <w:r>
        <w:rPr>
          <w:rFonts w:ascii="Gentium Plus" w:hAnsi="Gentium Plus"/>
          <w:sz w:val="24"/>
        </w:rPr>
        <w:t>λαίφεα. πάcχει δὲ τάδε καὶ ὑπὸ φλεγμαcίηc· καὶ γὰρ προπετεcτέρη τῷ βάθεϊ καὶ τῷ ὄγκῳ τοῦ αὐχένοc γίγνεται. ἡ γὰρ κατὰ πυθμένα φλεγμαcίη ἄνω ῥέπει, ἢν μὲν ἐc πόδαc, ἔξωθεν. ἀcηρὸν μὲν ὦν καὶ ἀλεγεινὸν καὶ ἀτερπέc· δύcχρηcτον δὲ καὶ βαδίcαι καὶ ἐc πλευρὰν κα‐</w:t>
      </w:r>
    </w:p>
    <w:p>
      <w:r>
        <w:rPr>
          <w:rFonts w:ascii="Courier New" w:hAnsi="Courier New"/>
          <w:color w:val="555555"/>
          <w:sz w:val="20"/>
        </w:rPr>
        <w:t>[5]</w:t>
      </w:r>
    </w:p>
    <w:p>
      <w:r>
        <w:rPr>
          <w:rFonts w:ascii="Gentium Plus" w:hAnsi="Gentium Plus"/>
          <w:sz w:val="24"/>
        </w:rPr>
        <w:t>τακέεcθαι καὶ ὑπτίην, ἢν μὴ τὼ πόδε φλεγμήνῃ ἡ γυνή· ἢν δὲ ἄνω‐ θεν φοιτοίη, ὡc ὀξύτατα μὲν τὴν ἄνθρωπον ἀπέπνιξε, πιέζει δ’ ἀγχόνη τῆc ἀναπνοῆc. οὐδὲ γὰρ οὐδὲ φθάνει πονέειν τε καὶ βοᾶν καὶ τοὺc παρόνταc κικλήcκειν ἀρωγούc· τῇcι γὰρ ἀναπνοῆc ἐπίcχεcιc θᾶττον πολλῇcι, τῇcι δὲ φωνῆc. εἰκὸc ὦν ταῖc ἐν τουτέοιcι καλέcαι τὸν ἰητρόν,</w:t>
      </w:r>
    </w:p>
    <w:p>
      <w:r>
        <w:rPr>
          <w:rFonts w:ascii="Courier New" w:hAnsi="Courier New"/>
          <w:color w:val="555555"/>
          <w:sz w:val="20"/>
        </w:rPr>
        <w:t>[2 . 10 . 3]</w:t>
      </w:r>
    </w:p>
    <w:p>
      <w:r>
        <w:rPr>
          <w:rFonts w:ascii="Gentium Plus" w:hAnsi="Gentium Plus"/>
          <w:sz w:val="24"/>
        </w:rPr>
        <w:t>πρὶν τὴν ἄνθρωπον θανεῖν. ἀλλ’ ἤν κοτε ἐκ ξυντυχίηc ἥκῃc, γνόντα τὴν φλεγμονὴν cχάcαι φλέβα, μάλιcτα μὲν τὴν ἐπὶ τῷ cφυρῷ· ἢν δὲ μὴ εὔροον εἴη, τὴν ἐπ’ ἀγκῶνι· ἐπαφαιρέειν δὲ ἀπὸ τοῦ cφυροῦ. πρήccειν δὲ τὰ ἄλλα, ὁκόcα ἄν τιc καὶ ἄνευ φλεγμαcίηc ἀρήγῃ πνιγί.</w:t>
      </w:r>
    </w:p>
    <w:p>
      <w:r>
        <w:rPr>
          <w:rFonts w:ascii="Courier New" w:hAnsi="Courier New"/>
          <w:color w:val="555555"/>
          <w:sz w:val="20"/>
        </w:rPr>
        <w:t>[5]</w:t>
      </w:r>
    </w:p>
    <w:p>
      <w:r>
        <w:rPr>
          <w:rFonts w:ascii="Gentium Plus" w:hAnsi="Gentium Plus"/>
          <w:sz w:val="24"/>
        </w:rPr>
        <w:t>δεcμοὶ χειρῶν καὶ ποδῶν cφίγγοντεc ἄχρι ναρκώcιοc· ὀcμὴ κακωδέων, πίccηc ὑγρῆc, τριχῶν, εἰρίου κεκαυμένων, λύχνου φλογὸc ἐcβεcμένηc, καcτορίου· πρὸc τῷ κακώδεϊ καὶ τὰ νεῦρα ψυχθέντα θάλπειν. οὖρον παλαιὸν καὶ τὴν αἴcθηcιν ἐξανίcτηcι κάρτα τοῦ νεκρώδεοc καὶ τὴν</w:t>
      </w:r>
    </w:p>
    <w:p>
      <w:r>
        <w:rPr>
          <w:rFonts w:ascii="Courier New" w:hAnsi="Courier New"/>
          <w:color w:val="555555"/>
          <w:sz w:val="20"/>
        </w:rPr>
        <w:t>[2 . 10 . 4]</w:t>
      </w:r>
    </w:p>
    <w:p>
      <w:r>
        <w:rPr>
          <w:rFonts w:ascii="Gentium Plus" w:hAnsi="Gentium Plus"/>
          <w:sz w:val="24"/>
        </w:rPr>
        <w:t>ὑcτέρην κάτω διώκει. τοιγαρῶν καὶ τοῖcι προcθέτοιcι εὐώδεcι ἐc τὴν χώρην ἐπιβλητέον τῆc ὑcτέρηc, μύρον ὁκοῖον ἂν ἔῃ προcηνέc, ἠδὲ ἄδηκτον τὴν ἁφήν, νάρδον ἢ βάκχαρι τὸ Αἰγύπτιον ἢ τὸ διὰ τῶν φύλλων τοῦ μαλαβάθρου, τοῦ δένδρεοc τοῦ Ἰνδικοῦ, ἢ κινάμωμον</w:t>
      </w:r>
    </w:p>
    <w:p>
      <w:r>
        <w:rPr>
          <w:rFonts w:ascii="Courier New" w:hAnsi="Courier New"/>
          <w:color w:val="555555"/>
          <w:sz w:val="20"/>
        </w:rPr>
        <w:t>[5]</w:t>
      </w:r>
    </w:p>
    <w:p>
      <w:r>
        <w:rPr>
          <w:rFonts w:ascii="Gentium Plus" w:hAnsi="Gentium Plus"/>
          <w:sz w:val="24"/>
        </w:rPr>
        <w:t>κοπὲν ξὺν τῶν εὐόcμων τινὶ λίπαϊ· ἐγχρίειν δὲ τάδε τοῖcι γυναικηΐ‐</w:t>
      </w:r>
    </w:p>
    <w:p>
      <w:r>
        <w:rPr>
          <w:rFonts w:ascii="Courier New" w:hAnsi="Courier New"/>
          <w:color w:val="555555"/>
          <w:sz w:val="20"/>
        </w:rPr>
        <w:t>[2 . 10 . 5]</w:t>
      </w:r>
    </w:p>
    <w:p>
      <w:r>
        <w:rPr>
          <w:rFonts w:ascii="Gentium Plus" w:hAnsi="Gentium Plus"/>
          <w:sz w:val="24"/>
        </w:rPr>
        <w:t>τήλιοc· μελίλωτον δὲ ἢ cάμψυχον ξὺν τῷ λίπαϊ ἑψείcθω. ἢν δὲ βίηc ἢ λαπάξιοc ἡ ὑcτέρη δέηται, χείρεcι μὲν πιέζειν τὸ ὑποχόνδριον γυναι‐ κὸc εὐτόνου ἢ ἀνδρὸc εὐαφοῦc ἢ διαζῶcαι ταινίαιc cφίγγοντα· ὅκωc τε διελάcει τὸν χῶρον, ὡc μὴ αὖθιc ἄνω θέειν. πταρμοὺc ποιέοντα</w:t>
      </w:r>
    </w:p>
    <w:p>
      <w:r>
        <w:rPr>
          <w:rFonts w:ascii="Courier New" w:hAnsi="Courier New"/>
          <w:color w:val="555555"/>
          <w:sz w:val="20"/>
        </w:rPr>
        <w:t>[5]</w:t>
      </w:r>
    </w:p>
    <w:p>
      <w:r>
        <w:rPr>
          <w:rFonts w:ascii="Gentium Plus" w:hAnsi="Gentium Plus"/>
          <w:sz w:val="24"/>
        </w:rPr>
        <w:t>ἐπιλαμβάνειν τὰc ῥῖναc· τῷ γὰρ πταρμῷ καὶ τῇ ἐντάcει μετεξετέρῃcι ὑcτέρη ἐc χώρην ᾖξε. φυcῆν δὲ ἐc οἷά γε ῥινῶν cτρουθίου ῥίζηc ἢ πεπέριοc ἢ τοῦ κάcτοροc. προcβάλλειν δὲ cικύαc κούφαc μηροῖcι, λα‐ γόcι, ἰcχίοιcι, βουβῶcι, ἑλκοῦντα τὴν ὑcτέρην· προcβάλλειν δὲ καὶ πρὸc</w:t>
      </w:r>
    </w:p>
    <w:p>
      <w:r>
        <w:rPr>
          <w:rFonts w:ascii="Courier New" w:hAnsi="Courier New"/>
          <w:color w:val="555555"/>
          <w:sz w:val="20"/>
        </w:rPr>
        <w:t>[2 . 10 . 6]</w:t>
      </w:r>
    </w:p>
    <w:p>
      <w:r>
        <w:rPr>
          <w:rFonts w:ascii="Gentium Plus" w:hAnsi="Gentium Plus"/>
          <w:sz w:val="24"/>
        </w:rPr>
        <w:t>[ἐc] ῥάχιν, ἐc τὸ μεcηγὺ τῶν ὠμοπλατέων, τῇ πνιγὶ ἀρήγοντα. ἢν δὲ ἐπὶ φλεγμονῇ πνίγηται, καὶ διαcχάcαι τὴν ἐπὶ τῷ κτενὶ οἰκευμένην φλέβα καὶ ἀφαιρέειν cυχνὸν αἷμα. ἀνατρίψιεc τοῦ προcώπου, τιλμοὶ τριχῶν ξὺν ἐμβοήcει ἐc ἀνάκληcιν. ἢν δὲ καὶ cμικρὸν ἐπανενέγκωcι,</w:t>
      </w:r>
    </w:p>
    <w:p>
      <w:r>
        <w:rPr>
          <w:rFonts w:ascii="Courier New" w:hAnsi="Courier New"/>
          <w:color w:val="555555"/>
          <w:sz w:val="20"/>
        </w:rPr>
        <w:t>[5]</w:t>
      </w:r>
    </w:p>
    <w:p>
      <w:r>
        <w:rPr>
          <w:rFonts w:ascii="Gentium Plus" w:hAnsi="Gentium Plus"/>
          <w:sz w:val="24"/>
        </w:rPr>
        <w:t>ἐc ἀφέψημα ἀρωμάτων ἐνίζειν καὶ εὐώδεα θυητὰ ὑποθυμιῆν. πιπίcκειν δὲ πρὸ τῶν cιτίων τοῦ κάcτοροc καὶ τῆc ἱερῆc cμικρὸν ξὺν τῷ κά‐ cτορι· καὶ ἢν ἐπανενέγκῃ, λούειν καὶ ἐc ὥρην ἐc τὰ ξυνήθεα τρέπειν· μελεδαίνειν δὲ τὴν ἄνθρωπον, ὅκωc ἄγηται τὰ ἐπιμήνια εὔροα.</w:t>
      </w:r>
    </w:p>
    <w:p>
      <w:r>
        <w:rPr>
          <w:rFonts w:ascii="Courier New" w:hAnsi="Courier New"/>
          <w:color w:val="555555"/>
          <w:sz w:val="20"/>
        </w:rPr>
        <w:t>[2 . 11 . 1]</w:t>
      </w:r>
    </w:p>
    <w:p>
      <w:r>
        <w:rPr>
          <w:rFonts w:ascii="Gentium Plus" w:hAnsi="Gentium Plus"/>
          <w:sz w:val="24"/>
        </w:rPr>
        <w:t>Θεραπεία cατυριάcεωc. Τῶν ἐν τοῖcι αἰδοίοιcι νεύρων ἡ φλεγμαcίη ὄρθιον ἀνίcχει τὸ αἰδοῖον ξὺν ἐπιθυμίῃ καὶ λύπῃ ἀφροδι‐ cίων ἔργων πρήξιοc. ἐντάcιεc δὲ γεννῶνται cπαcμώδεεc, οὐδαμὰ πρηϋ‐ νόμεναι· ἀλλὰ καὶ ἐπὶ τοῖcι ἀφροδιcίοιcι ἀμάλθακτοc ἡ ξυμφορή. προc‐</w:t>
      </w:r>
    </w:p>
    <w:p>
      <w:r>
        <w:rPr>
          <w:rFonts w:ascii="Courier New" w:hAnsi="Courier New"/>
          <w:color w:val="555555"/>
          <w:sz w:val="20"/>
        </w:rPr>
        <w:t>[5]</w:t>
      </w:r>
    </w:p>
    <w:p>
      <w:r>
        <w:rPr>
          <w:rFonts w:ascii="Gentium Plus" w:hAnsi="Gentium Plus"/>
          <w:sz w:val="24"/>
        </w:rPr>
        <w:t>εκμαίνονται δὲ καὶ τὴν γνώμην, τὰ πρῶτα μὲν ἐc ἀναιcχυντίην, ἐπὶ</w:t>
      </w:r>
    </w:p>
    <w:p>
      <w:r>
        <w:rPr>
          <w:rFonts w:ascii="Courier New" w:hAnsi="Courier New"/>
          <w:color w:val="555555"/>
          <w:sz w:val="20"/>
        </w:rPr>
        <w:t>[2 . 11 . 2]</w:t>
      </w:r>
    </w:p>
    <w:p>
      <w:r>
        <w:rPr>
          <w:rFonts w:ascii="Gentium Plus" w:hAnsi="Gentium Plus"/>
          <w:sz w:val="24"/>
        </w:rPr>
        <w:t>λεον μίμνῃ. πάντων ὦν εἵνεκα τάμνειν φλέβα τὴν ἐπ’ ἀγκῶνι καὶ τὴν ἐπὶ τῷ cφυρῷ καὶ πολλὸν ἀφαιρέειν καὶ πολλάκιc· οὐδὲ γὰρ ἄκαι‐ ρον νῦν λειποθυμίην ἐμποιέειν, ἔc τε νάρκην τῆc γνώμηc καὶ ἐc τὰc τῆc φλεγμαcίηc ξυνδόcιαc καὶ ἐc τὰc τοῦ θερμοῦ τοῦ κατ’ αἰδοῖον</w:t>
      </w:r>
    </w:p>
    <w:p>
      <w:r>
        <w:rPr>
          <w:rFonts w:ascii="Courier New" w:hAnsi="Courier New"/>
          <w:color w:val="555555"/>
          <w:sz w:val="20"/>
        </w:rPr>
        <w:t>[5]</w:t>
      </w:r>
    </w:p>
    <w:p>
      <w:r>
        <w:rPr>
          <w:rFonts w:ascii="Gentium Plus" w:hAnsi="Gentium Plus"/>
          <w:sz w:val="24"/>
        </w:rPr>
        <w:t>πρηΰνcιαc. αἷμα γὰρ πολλὸν θερμαcίηc μὲν καὶ τόλμηc ἔξαψιc καρ‐ τερή, φλεγμαcίηc δὲ τροφή, ταράχου δὲ γνώμηc καὶ ἀταξίηc ἔκκαυμα. καθαίρειν δὲ καὶ τὸ ξύμπαν cκῆνοc φαρμάκῳ τῇ ἱερῇ· οὐ γὰρ καθάρ‐ cιοc δέονται μοῦνον, ἀλλὰ καὶ φαρμακείηc προcηνέοc. δρῆν μέντοι</w:t>
      </w:r>
    </w:p>
    <w:p>
      <w:r>
        <w:rPr>
          <w:rFonts w:ascii="Courier New" w:hAnsi="Courier New"/>
          <w:color w:val="555555"/>
          <w:sz w:val="20"/>
        </w:rPr>
        <w:t>[2 . 11 . 3]</w:t>
      </w:r>
    </w:p>
    <w:p>
      <w:r>
        <w:rPr>
          <w:rFonts w:ascii="Gentium Plus" w:hAnsi="Gentium Plus"/>
          <w:sz w:val="24"/>
        </w:rPr>
        <w:t>τάδε ἄμφω ἱερὴ δύναται. κατειλίccειν δὲ τά τε αἰδοῖα καὶ τὰc ἰξύαc καὶ τὴν πλιχάδα καὶ τοὺc ὄρχιαc εἰρίοιcι τοῖcι ἀπὸ ὄϊοc ῥυπῶcι· ῥο‐ δίνῳ δὲ καὶ οἴνῳ διαίνειν χρὴ τὰ εἴρια. καὶ τέγγειν τὰ μέρεα, πολ‐ λόν τι μᾶλλον τάδε καταιονοῦντα, ὅκωc μήτε θάλψιc ἐκ τῶν εἰρίων</w:t>
      </w:r>
    </w:p>
    <w:p>
      <w:r>
        <w:rPr>
          <w:rFonts w:ascii="Courier New" w:hAnsi="Courier New"/>
          <w:color w:val="555555"/>
          <w:sz w:val="20"/>
        </w:rPr>
        <w:t>[5]</w:t>
      </w:r>
    </w:p>
    <w:p>
      <w:r>
        <w:rPr>
          <w:rFonts w:ascii="Gentium Plus" w:hAnsi="Gentium Plus"/>
          <w:sz w:val="24"/>
        </w:rPr>
        <w:t>ἔοι, ἀτὰρ ἡ ἔμφυτοc θέρμη ὑπὸ ψυχρῆc δυνάμιοc τῶν χυμῶν πρηΰ‐ νηται. τοιάδε χρὴ καὶ τὰ ἐπιπλάcματα τιθέναι· ἄρτον ξὺν ἀρνογλώc‐ cου χυλῷ τῆc βοτάνηc καὶ cτρύχνῳ καὶ cέριδι καὶ φύλλοιcι μήκωνοc</w:t>
      </w:r>
    </w:p>
    <w:p>
      <w:r>
        <w:rPr>
          <w:rFonts w:ascii="Courier New" w:hAnsi="Courier New"/>
          <w:color w:val="555555"/>
          <w:sz w:val="20"/>
        </w:rPr>
        <w:t>[2 . 11 . 4]</w:t>
      </w:r>
    </w:p>
    <w:p>
      <w:r>
        <w:rPr>
          <w:rFonts w:ascii="Gentium Plus" w:hAnsi="Gentium Plus"/>
          <w:sz w:val="24"/>
        </w:rPr>
        <w:t>καὶ τοῖcι ἄλλοιcι, ὅcα νάρκην καὶ ψύξιαc ἐμποιέει. ἀτὰρ καταχρίειν τοῖcι ἰκέλοιcι τὰ αἰδοῖα καὶ τὴν πλιχάδα καὶ τὰ ἰcχία, κωνείῳ ξὺν ὕδατι ἢ οἴνῳ ἢ ὄξεϊ, μανδραγόρῃ, ἀκακίῃ. καὶ cπόγγοιcι ἀντὶ τῶν εἰρίων χρέεcθαι. μεcηγὺ δὲ ὑποκλύζειν μαλάχηc ἑψήματι καὶ ἐλαίῳ</w:t>
      </w:r>
    </w:p>
    <w:p>
      <w:r>
        <w:rPr>
          <w:rFonts w:ascii="Courier New" w:hAnsi="Courier New"/>
          <w:color w:val="555555"/>
          <w:sz w:val="20"/>
        </w:rPr>
        <w:t>[5]</w:t>
      </w:r>
    </w:p>
    <w:p>
      <w:r>
        <w:rPr>
          <w:rFonts w:ascii="Gentium Plus" w:hAnsi="Gentium Plus"/>
          <w:sz w:val="24"/>
        </w:rPr>
        <w:t>καὶ μέλιτι. δριμὺ δὲ πᾶν ἀντερείcθωcαν cικύαι κατ’ ἰcχίου ἢ ἤτρου. ἄριcται δὲ καὶ βδέλλαι νέρθεν ἑλκύcαι αἷμα· καὶ ἐπὶ τοῖcι τρώμαcι</w:t>
      </w:r>
    </w:p>
    <w:p>
      <w:r>
        <w:rPr>
          <w:rFonts w:ascii="Courier New" w:hAnsi="Courier New"/>
          <w:color w:val="555555"/>
          <w:sz w:val="20"/>
        </w:rPr>
        <w:t>[2 . 11 . 5]</w:t>
      </w:r>
    </w:p>
    <w:p>
      <w:r>
        <w:rPr>
          <w:rFonts w:ascii="Gentium Plus" w:hAnsi="Gentium Plus"/>
          <w:sz w:val="24"/>
        </w:rPr>
        <w:t>ἐπίπλαcμα, αἱ ψίχεc ξὺν ἀλθαίῃ. ἔπειτα ἐνίζειν ὕδατι, ἀρτεμιcίηc, ἐλε‐ λιcφάκου, κονύζηc ἑψήματι. καὶ εὖτ’ ἢν προcωτέρω μένῃ μήκεϊ χρό‐ νου, μὴ κατὰ λόγον δὲ τὸ πάθοc ἐνδιδῷ, δέοc δὲ cπαcμοῦ (μάλα γάρ</w:t>
      </w:r>
    </w:p>
    <w:p>
      <w:r>
        <w:rPr>
          <w:rFonts w:ascii="Courier New" w:hAnsi="Courier New"/>
          <w:color w:val="555555"/>
          <w:sz w:val="20"/>
        </w:rPr>
        <w:t>[5]</w:t>
      </w:r>
    </w:p>
    <w:p>
      <w:r>
        <w:rPr>
          <w:rFonts w:ascii="Gentium Plus" w:hAnsi="Gentium Plus"/>
          <w:sz w:val="24"/>
        </w:rPr>
        <w:t>νουcι· χρέοc μὲν γλευκίνου ἢ cικυωνίου ἀντὶ ῥοδίνου· εἰρίοιcι δὲ κα‐ θαροῖcι καὶ ἐπιπλάcμαcι ἀλεαίνουcι· ἐμάλαξε γάρ κοτε τῶν νεύρων τὰc πρήcιαc ἡ τοιήδε θεραπείη· ἀτὰρ καὶ πιπίcκειν τοῦ κάcτοροc ξὺν</w:t>
      </w:r>
    </w:p>
    <w:p>
      <w:r>
        <w:rPr>
          <w:rFonts w:ascii="Courier New" w:hAnsi="Courier New"/>
          <w:color w:val="555555"/>
          <w:sz w:val="20"/>
        </w:rPr>
        <w:t>[2 . 11 . 6]</w:t>
      </w:r>
    </w:p>
    <w:p>
      <w:r>
        <w:rPr>
          <w:rFonts w:ascii="Gentium Plus" w:hAnsi="Gentium Plus"/>
          <w:sz w:val="24"/>
        </w:rPr>
        <w:t>μελικρήτῳ. τροφαὶ ἄτροφοι, ψυχραί· βραχέα μὲν τὰ cιτώδη, τὰ πλεῖcτα λάχανα, μαλάχη, βλίτον, θριδακίνη, ἑψητὴ κολοκύντη, [cίκυοc ἑφθόc,] πεπέων ὡραῖοc. οἴνου δὲ καὶ κρειῶν μέcφι πολλῆc ἀναλήψιοc φειδώ. οἶνοc γὰρ θάλψιc μὲν [ἐcτι] νεύρων, μάλθαξιc δὲ ψυχῆc, ἐπανάκληcιc</w:t>
      </w:r>
    </w:p>
    <w:p>
      <w:r>
        <w:rPr>
          <w:rFonts w:ascii="Courier New" w:hAnsi="Courier New"/>
          <w:color w:val="555555"/>
          <w:sz w:val="20"/>
        </w:rPr>
        <w:t>[2 . 11 . 7]</w:t>
      </w:r>
    </w:p>
    <w:p>
      <w:r>
        <w:rPr>
          <w:rFonts w:ascii="Gentium Plus" w:hAnsi="Gentium Plus"/>
          <w:sz w:val="24"/>
        </w:rPr>
        <w:t>δὲ ἡδονῆc, γονῆc γένεcιc καὶ πρόκληcιc ἀφροδιcίων. τάδε μοι ἐc τὰ ὀξέα γεγράφθω ἄκεα. χρὴ δὲ καὶ [τὸν] αὐτόν τινα ξυνευπορέειν, μὴ πάντα ἀλλοτρίῃ ξυγγραφῇ προcίcχοντα τὸν νόον. οὕτω τὰ ὀξέα πά‐ θεα γίγνεται, ὡc ἐν τάξει τε τοῖcι γεγραμμένοιcι καὶ μούνοιcι ἢ ἅπαcι</w:t>
      </w:r>
    </w:p>
    <w:p>
      <w:r>
        <w:rPr>
          <w:rFonts w:ascii="Courier New" w:hAnsi="Courier New"/>
          <w:color w:val="555555"/>
          <w:sz w:val="20"/>
        </w:rPr>
        <w:t>[5]</w:t>
      </w:r>
    </w:p>
    <w:p>
      <w:r>
        <w:rPr>
          <w:rFonts w:ascii="Gentium Plus" w:hAnsi="Gentium Plus"/>
          <w:sz w:val="24"/>
        </w:rPr>
        <w:t>χρέεcθαι.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