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Σχόλια εἰς Βάτραχους</w:t>
      </w:r>
      <w:r>
        <w:br/>
      </w:r>
      <w:r>
        <w:rPr>
          <w:i/>
          <w:color w:val="666666"/>
          <w:sz w:val="40"/>
        </w:rPr>
        <w:t>Scholia on Frogs</w:t>
      </w:r>
    </w:p>
    <w:p>
      <w:pPr>
        <w:jc w:val="center"/>
      </w:pPr>
      <w:r>
        <w:rPr>
          <w:rFonts w:ascii="Times New Roman" w:hAnsi="Times New Roman"/>
          <w:color w:val="1E3A70"/>
          <w:sz w:val="32"/>
        </w:rPr>
        <w:t>Ἀριστοφάνους Σχόλια</w:t>
      </w:r>
      <w:r>
        <w:br/>
      </w:r>
      <w:r>
        <w:rPr>
          <w:i/>
          <w:color w:val="666666"/>
          <w:sz w:val="28"/>
        </w:rPr>
        <w:t>by Aristophanes Scholia</w:t>
      </w:r>
    </w:p>
    <w:p/>
    <w:p>
      <w:r>
        <w:rPr>
          <w:rFonts w:ascii="Courier New" w:hAnsi="Courier New"/>
          <w:color w:val="555555"/>
          <w:sz w:val="20"/>
        </w:rPr>
        <w:t>[arg ran t]</w:t>
      </w:r>
    </w:p>
    <w:p>
      <w:pPr>
        <w:jc w:val="center"/>
      </w:pPr>
      <w:r>
        <w:rPr>
          <w:rFonts w:ascii="Gentium Plus" w:hAnsi="Gentium Plus"/>
          <w:b/>
          <w:sz w:val="24"/>
        </w:rPr>
        <w:t>ΥΠΟΘΕΣΕΙΣ</w:t>
      </w:r>
    </w:p>
    <w:p>
      <w:r>
        <w:rPr>
          <w:rFonts w:ascii="Courier New" w:hAnsi="Courier New"/>
          <w:color w:val="555555"/>
          <w:sz w:val="20"/>
        </w:rPr>
        <w:t>[arg ran 1]</w:t>
      </w:r>
    </w:p>
    <w:p>
      <w:r>
        <w:rPr>
          <w:rFonts w:ascii="Gentium Plus" w:hAnsi="Gentium Plus"/>
          <w:sz w:val="24"/>
        </w:rPr>
        <w:t>Διόνυσός ἐστι μετὰ θεράποντος Ξανθίου κατὰ Εὐρι‐ πίδου πόθον εἰς ᾍδου κατιών· ἔχει δὲ λεοντῆν καὶ ῥό‐ παλον, πρὸς τὸ τοῖς ἐντυγχάνουσιν ἔκπληξιν παρασχεῖν. ἐλθὼν δὲ ὡς τὸν Ἡρακλέα πρότερον, ἵνα ἐξετάσῃ τὰ</w:t>
      </w:r>
    </w:p>
    <w:p>
      <w:r>
        <w:rPr>
          <w:rFonts w:ascii="Courier New" w:hAnsi="Courier New"/>
          <w:color w:val="555555"/>
          <w:sz w:val="20"/>
        </w:rPr>
        <w:t>[5]</w:t>
      </w:r>
    </w:p>
    <w:p>
      <w:r>
        <w:rPr>
          <w:rFonts w:ascii="Gentium Plus" w:hAnsi="Gentium Plus"/>
          <w:sz w:val="24"/>
        </w:rPr>
        <w:t>κατὰ τὰς ὁδοὺς, ᾗ καὶ αὐτὸς ἐπὶ τὸν Κέρβερον ᾤχετο, καὶ ὀλίγα ἄττα περὶ τῶν τραγικῶν τούτῳ διαλεχθεὶς ὁρμᾷ πρὸς τὸ προκείμενον. ἐπεὶ δὲ πρὸς τῇ Ἀχερουσίᾳ λίμνῃ γίνεται, ὁ μὲν Ξανθίας, διὰ τὸ μὴ συννεναυμα‐ χηκέναι τὴν περὶ Ἀργινούσας ναυμαχίαν, ὑπὸ τοῦ Χά‐</w:t>
      </w:r>
    </w:p>
    <w:p>
      <w:r>
        <w:rPr>
          <w:rFonts w:ascii="Courier New" w:hAnsi="Courier New"/>
          <w:color w:val="555555"/>
          <w:sz w:val="20"/>
        </w:rPr>
        <w:t>[10]</w:t>
      </w:r>
    </w:p>
    <w:p>
      <w:r>
        <w:rPr>
          <w:rFonts w:ascii="Gentium Plus" w:hAnsi="Gentium Plus"/>
          <w:sz w:val="24"/>
        </w:rPr>
        <w:t>ρωνος οὐκ ἀναληφθεὶς πεζῇ τὴν κύκλῳ πορεύεται. ὁ δὲ Διόνυσος δύο ὀβολῶν περαιοῦται, προσπαίζων ἅμα τοῖς κατὰ τὸν πόρον ᾄδουσι βατράχοις καὶ γελωτοποιῶν. μετὰ ταῦτα ἐν ᾍδου τῶν πραγμάτων ἤδη χειριζομέ‐ νων οἵ τε μύσται χορεύοντες ἐν τῷ προφανεῖ καὶ τὸν</w:t>
      </w:r>
    </w:p>
    <w:p>
      <w:r>
        <w:rPr>
          <w:rFonts w:ascii="Courier New" w:hAnsi="Courier New"/>
          <w:color w:val="555555"/>
          <w:sz w:val="20"/>
        </w:rPr>
        <w:t>[15]</w:t>
      </w:r>
    </w:p>
    <w:p>
      <w:r>
        <w:rPr>
          <w:rFonts w:ascii="Gentium Plus" w:hAnsi="Gentium Plus"/>
          <w:sz w:val="24"/>
        </w:rPr>
        <w:t>Ἴακχον ᾄδοντες ἐν χοροῦ σχήματι καθορῶνται, ὅ τε Διόνυσος μετὰ τοῦ θεράποντος εἰς ταὐτὸν ἔρχεται τού‐ τοις. τῶν δὲ προηδικημένων ὑπὸ Ἡρακλέους προσπλε‐ κομένων τῷ Διονύσῳ, διὰ τὴν ἐκ τῆς σκευῆς ἄγνοιαν, μέχρι μέν τινος οὐκ ἀγελοίως χειμάζονται, εἶτα μέντοι</w:t>
      </w:r>
    </w:p>
    <w:p>
      <w:r>
        <w:rPr>
          <w:rFonts w:ascii="Courier New" w:hAnsi="Courier New"/>
          <w:color w:val="555555"/>
          <w:sz w:val="20"/>
        </w:rPr>
        <w:t>[20]</w:t>
      </w:r>
    </w:p>
    <w:p>
      <w:r>
        <w:rPr>
          <w:rFonts w:ascii="Gentium Plus" w:hAnsi="Gentium Plus"/>
          <w:sz w:val="24"/>
        </w:rPr>
        <w:t>γε ὡς τὸν Πλούτωνα καὶ τὴν Περσέφατταν παραχθέν‐ τες ἀλεώρας τυγχάνουσιν. ἐν δὲ τούτῳ ὁ μὲν τῶν μυ‐ στῶν χορὸς περὶ τοῦ τὴν πολιτείαν ἐξισῶσαι καὶ τοὺς ἀτίμους ἐντίμους ποιῆσαι χἀτέρων τινῶν πρὸς τὴν Ἀθηναίων πόλιν διαλέγεται. τὰ δὲ λοιπὰ τοῦ δράματος</w:t>
      </w:r>
    </w:p>
    <w:p>
      <w:r>
        <w:rPr>
          <w:rFonts w:ascii="Courier New" w:hAnsi="Courier New"/>
          <w:color w:val="555555"/>
          <w:sz w:val="20"/>
        </w:rPr>
        <w:t>[25]</w:t>
      </w:r>
    </w:p>
    <w:p>
      <w:r>
        <w:rPr>
          <w:rFonts w:ascii="Gentium Plus" w:hAnsi="Gentium Plus"/>
          <w:sz w:val="24"/>
        </w:rPr>
        <w:t>μονόκωλα, ἄλλως δὲ τερπνὴν καὶ φιλόλογον λαμβάνει σύστασιν. παρεισάγεται γὰρ Εὐριπίδης Αἰσχύλῳ περὶ τῆς τραγικῆς διαφερόμενος, τὸ μὲν ἔμπροσθεν Αἰσχύ‐ λου παρὰ τῷ ᾍδῃ βραβεῖον ἔχοντος, τότε δὲ Εὐριπί‐ δου τῆς τιμῆς ἀντιποιησαμένου καὶ τοῦ τραγῳδικοῦ</w:t>
      </w:r>
    </w:p>
    <w:p>
      <w:r>
        <w:rPr>
          <w:rFonts w:ascii="Courier New" w:hAnsi="Courier New"/>
          <w:color w:val="555555"/>
          <w:sz w:val="20"/>
        </w:rPr>
        <w:t>[30]</w:t>
      </w:r>
    </w:p>
    <w:p>
      <w:r>
        <w:rPr>
          <w:rFonts w:ascii="Gentium Plus" w:hAnsi="Gentium Plus"/>
          <w:sz w:val="24"/>
        </w:rPr>
        <w:t>θρόνου. συστήσαντος δὲ τοῦ Πλούτωνος αὐτοῖς τὸν Διό‐ νυσον διακούειν, ἑκάτερος αὐτοῖν λόγους πολλοὺς καὶ ποικίλους ποιεῖται, καὶ τέλος πάντα ἔλεγχον καὶ πᾶσαν βάσανον οὐκ ἀπιθάνως ἑκατέρου κατὰ τῆς θατέρου ποιή‐ σεως προσαγαγόντος, κρίνας παρὰ προσδοκίαν ὁ Διό‐</w:t>
      </w:r>
    </w:p>
    <w:p>
      <w:r>
        <w:rPr>
          <w:rFonts w:ascii="Courier New" w:hAnsi="Courier New"/>
          <w:color w:val="555555"/>
          <w:sz w:val="20"/>
        </w:rPr>
        <w:t>[35]</w:t>
      </w:r>
    </w:p>
    <w:p>
      <w:r>
        <w:rPr>
          <w:rFonts w:ascii="Gentium Plus" w:hAnsi="Gentium Plus"/>
          <w:sz w:val="24"/>
        </w:rPr>
        <w:t>νυσος τὸν Αἰσχύλον νικᾶν, ἔχων αὐτὸν ὡς τοὺς ζῶντας ἀνέρχεται. οὐ δεδήλωται μὴν ὅπου ἐστὶν ἡ σκηνή· εὐλο‐ γώτατον δ’ ἐν Θήβαις· καὶ γὰρ ὁ Διόνυσος ἐκεῖθεν καὶ πρὸς τὸν Ἡρακλέα ἀφικνεῖται Θηβαῖον ὄντα. Τὸ δὲ δρᾶμα τῶν εὖ πάνυ καὶ φιλολόγως πεποιημέ‐</w:t>
      </w:r>
    </w:p>
    <w:p>
      <w:r>
        <w:rPr>
          <w:rFonts w:ascii="Courier New" w:hAnsi="Courier New"/>
          <w:color w:val="555555"/>
          <w:sz w:val="20"/>
        </w:rPr>
        <w:t>[40]</w:t>
      </w:r>
    </w:p>
    <w:p>
      <w:r>
        <w:rPr>
          <w:rFonts w:ascii="Gentium Plus" w:hAnsi="Gentium Plus"/>
          <w:sz w:val="24"/>
        </w:rPr>
        <w:t>νων. ἐδιδάχθη ἐπὶ Καλλίου τοῦ μετὰ Ἀντιγένη διὰ Φιλωνίδου εἰς Λήναια. πρῶτος ἦν· δεύτερος Φρύνιχος Μούσαις· Πλάτων τρίτος Κλεοφῶντι. οὕτω δὲ ἐθαυμά‐ σθη τὸ δρᾶμα διὰ τὴν ἐν αὐτῷ παράβασιν, ὥστε καὶ ἀνεδιδάχθη, ὥς φησι Δικαίαρχος.</w:t>
      </w:r>
    </w:p>
    <w:p>
      <w:r>
        <w:rPr>
          <w:rFonts w:ascii="Courier New" w:hAnsi="Courier New"/>
          <w:color w:val="555555"/>
          <w:sz w:val="20"/>
        </w:rPr>
        <w:t>[arg ran 2 (t1)]</w:t>
      </w:r>
    </w:p>
    <w:p>
      <w:pPr>
        <w:jc w:val="center"/>
      </w:pPr>
      <w:r>
        <w:rPr>
          <w:rFonts w:ascii="Gentium Plus" w:hAnsi="Gentium Plus"/>
          <w:b/>
          <w:sz w:val="24"/>
        </w:rPr>
        <w:t>ΑΡΙΣΤΟΦΑΝΟΥΣ</w:t>
      </w:r>
    </w:p>
    <w:p>
      <w:r>
        <w:rPr>
          <w:rFonts w:ascii="Courier New" w:hAnsi="Courier New"/>
          <w:color w:val="555555"/>
          <w:sz w:val="20"/>
        </w:rPr>
        <w:t>[t2]</w:t>
      </w:r>
    </w:p>
    <w:p>
      <w:r>
        <w:rPr>
          <w:rFonts w:ascii="Gentium Plus" w:hAnsi="Gentium Plus"/>
          <w:sz w:val="24"/>
        </w:rPr>
        <w:t>ΓΡΑΜΜΑΤΙΚΟΥ</w:t>
      </w:r>
    </w:p>
    <w:p>
      <w:r>
        <w:rPr>
          <w:rFonts w:ascii="Courier New" w:hAnsi="Courier New"/>
          <w:color w:val="555555"/>
          <w:sz w:val="20"/>
        </w:rPr>
        <w:t>[1]</w:t>
      </w:r>
    </w:p>
    <w:p>
      <w:r>
        <w:rPr>
          <w:rFonts w:ascii="Gentium Plus" w:hAnsi="Gentium Plus"/>
          <w:sz w:val="24"/>
        </w:rPr>
        <w:t>Μαθὼν παρ’ Ἡρακλέους Διόνυσος τὴν ὁδὸν πρὸς τοὺς κατοιχομένους πορεύεται, λαβὼν τὸ δέρμα καὶ τὸ σκύταλον, ἀναγαγεῖν θέλων Εὐριπίδην· λίμνην τε διέβαινεν κάτω</w:t>
      </w:r>
    </w:p>
    <w:p>
      <w:r>
        <w:rPr>
          <w:rFonts w:ascii="Courier New" w:hAnsi="Courier New"/>
          <w:color w:val="555555"/>
          <w:sz w:val="20"/>
        </w:rPr>
        <w:t>[5]</w:t>
      </w:r>
    </w:p>
    <w:p>
      <w:r>
        <w:rPr>
          <w:rFonts w:ascii="Gentium Plus" w:hAnsi="Gentium Plus"/>
          <w:sz w:val="24"/>
        </w:rPr>
        <w:t>καὶ τῶν βατράχων ἀνέκραγεν εὔφημος χορός. ἔπειτα μυστῶν ἐκδοχή. Πλούτων δ’ ἰδὼν ὡς Ἡρακλεῖ προσέκρουσε διὰ τὸν Κέρβερον. ὡς δ’ ἀνεφάνη, τίθεται τραγῳδίας ἀγὼν, καὶ δὴ στεφανοῦταί γ’ Αἰσχύλος. τοῦτον δ’ ἄγει</w:t>
      </w:r>
    </w:p>
    <w:p>
      <w:r>
        <w:rPr>
          <w:rFonts w:ascii="Courier New" w:hAnsi="Courier New"/>
          <w:color w:val="555555"/>
          <w:sz w:val="20"/>
        </w:rPr>
        <w:t>[10]</w:t>
      </w:r>
    </w:p>
    <w:p>
      <w:r>
        <w:rPr>
          <w:rFonts w:ascii="Gentium Plus" w:hAnsi="Gentium Plus"/>
          <w:sz w:val="24"/>
        </w:rPr>
        <w:t>Διόνυσος εἰς φῶς, οὐχὶ μὰ Δί’ Εὐριπίδην.</w:t>
      </w:r>
    </w:p>
    <w:p>
      <w:r>
        <w:rPr>
          <w:rFonts w:ascii="Courier New" w:hAnsi="Courier New"/>
          <w:color w:val="555555"/>
          <w:sz w:val="20"/>
        </w:rPr>
        <w:t>[arg ran 3 (t)]</w:t>
      </w:r>
    </w:p>
    <w:p>
      <w:pPr>
        <w:jc w:val="center"/>
      </w:pPr>
      <w:r>
        <w:rPr>
          <w:rFonts w:ascii="Gentium Plus" w:hAnsi="Gentium Plus"/>
          <w:b/>
          <w:sz w:val="24"/>
        </w:rPr>
        <w:t>⟦ΘΩΜΑ ΤΟΥ ΜΑΓΙΣΤΡΟΥ</w:t>
      </w:r>
    </w:p>
    <w:p>
      <w:r>
        <w:rPr>
          <w:rFonts w:ascii="Courier New" w:hAnsi="Courier New"/>
          <w:color w:val="555555"/>
          <w:sz w:val="20"/>
        </w:rPr>
        <w:t>[1]</w:t>
      </w:r>
    </w:p>
    <w:p>
      <w:r>
        <w:rPr>
          <w:rFonts w:ascii="Gentium Plus" w:hAnsi="Gentium Plus"/>
          <w:sz w:val="24"/>
        </w:rPr>
        <w:t>Διόνυσος Εὐριπίδου πόθῳ ληφθεὶς καὶ οὐχ οἷός τ’ ὢν ἄλλως θεραπεῦσαι τὸν ἔρωτα, εἰς ᾍδου κατελθεῖν ἠβουλήθη, ὅπως ἐκεῖ τούτῳ ἐντύχῃ. ἐπεὶ δὲ τῆς ὁδοῦ ἄπειρος ἦν, ἔγνω δεῖν εἰς Ἡρακλέα πρόσθεν ἐλθεῖν.</w:t>
      </w:r>
    </w:p>
    <w:p>
      <w:r>
        <w:rPr>
          <w:rFonts w:ascii="Courier New" w:hAnsi="Courier New"/>
          <w:color w:val="555555"/>
          <w:sz w:val="20"/>
        </w:rPr>
        <w:t>[5]</w:t>
      </w:r>
    </w:p>
    <w:p>
      <w:r>
        <w:rPr>
          <w:rFonts w:ascii="Gentium Plus" w:hAnsi="Gentium Plus"/>
          <w:sz w:val="24"/>
        </w:rPr>
        <w:t>οὗτος γὰρ πάλαι, κελεύσαντος Εὐρυσθέως, Κερβέρου χάριν εἰς ᾍδου κατῄει. ἐλθὼν δὲ καὶ πυθόμενος περὶ τῆς ὁδοῦ, ἤκουσε παρ’ αὐτοῦ, ὅπως ἄρα δεῖ κατελθεῖν, χαριεντισαμένου πρὸς αὐτὸν πρότερον. Διόνυσος δὲ καὶ πρὶν ἀπαντῆσαι πρὸς Ἡρακλέα, κατ’ αὐτὸν</w:t>
      </w:r>
    </w:p>
    <w:p>
      <w:r>
        <w:rPr>
          <w:rFonts w:ascii="Courier New" w:hAnsi="Courier New"/>
          <w:color w:val="555555"/>
          <w:sz w:val="20"/>
        </w:rPr>
        <w:t>[10]</w:t>
      </w:r>
    </w:p>
    <w:p>
      <w:r>
        <w:rPr>
          <w:rFonts w:ascii="Gentium Plus" w:hAnsi="Gentium Plus"/>
          <w:sz w:val="24"/>
        </w:rPr>
        <w:t>ἐσκευάσθη, λεοντῆν ἐνδεδυμένος καὶ ῥόπαλον φέρων. ὡς οὖν ἤκουσε παρ’ Ἡρακλέους περὶ τῆς ὁδοῦ, μεθ’ ἑαυτοῦ δοῦλόν τινα ἔχων Ξανθίαν, ἐχώρει πρὸς ᾍδην, καὶ πρῶτον μὲν ἐντυγχάνει τῇ Ἀχερουσίᾳ λίμνῃ, καὶ ὁρᾷ ἐν αὐτῇ τὸν Χάροντα μετὰ σκάφους, δι’ οὗ τοὺς</w:t>
      </w:r>
    </w:p>
    <w:p>
      <w:r>
        <w:rPr>
          <w:rFonts w:ascii="Courier New" w:hAnsi="Courier New"/>
          <w:color w:val="555555"/>
          <w:sz w:val="20"/>
        </w:rPr>
        <w:t>[15]</w:t>
      </w:r>
    </w:p>
    <w:p>
      <w:r>
        <w:rPr>
          <w:rFonts w:ascii="Gentium Plus" w:hAnsi="Gentium Plus"/>
          <w:sz w:val="24"/>
        </w:rPr>
        <w:t>τεθνεῶτας εἰς ᾍδου ἐπέρα. καὶ ὁ μὲν Ξανθίας οὐκ ἐπέβη τοῦ σκάφους, διὰ τὸ μὴ τὴν ἐν Ἀργινούσαις ναυμαχῆ‐ σαι μάχην· πεζῇ δὲ περιῄει τὴν λίμνην. Διόνυσος δὲ ἐπιβὰς, καὶ τῶν ἐν αὐτῇ βατράχων ἀκούσας μέλη παρὰ τὸν πλοῦν, διαπεραιοῦται, καὶ αὖθις Ξανθίᾳ συγγίνε‐</w:t>
      </w:r>
    </w:p>
    <w:p>
      <w:r>
        <w:rPr>
          <w:rFonts w:ascii="Courier New" w:hAnsi="Courier New"/>
          <w:color w:val="555555"/>
          <w:sz w:val="20"/>
        </w:rPr>
        <w:t>[20]</w:t>
      </w:r>
    </w:p>
    <w:p>
      <w:r>
        <w:rPr>
          <w:rFonts w:ascii="Gentium Plus" w:hAnsi="Gentium Plus"/>
          <w:sz w:val="24"/>
        </w:rPr>
        <w:t>ται, καὶ σὺν αὐτῷ πάλιν ἁψάμενος τῆς ὁδοῦ εὑρίσκει, ἃ Ἡρακλῆς αὐτῷ προειρήκει, δυσχερῆ τινα θεάματα· καὶ τοὺς μύστας παρ’ αὐτὰς τὰς πύλας τοῦ ᾍδου χο‐ ρεύοντας. εἶτα ὡς Ἡρακλῆς εἰσελθὼν, καὶ μεταξὺ πολλῶν τούτῳ συμβάντων, παραγίνεται πρὸς Πλού‐</w:t>
      </w:r>
    </w:p>
    <w:p>
      <w:r>
        <w:rPr>
          <w:rFonts w:ascii="Courier New" w:hAnsi="Courier New"/>
          <w:color w:val="555555"/>
          <w:sz w:val="20"/>
        </w:rPr>
        <w:t>[25]</w:t>
      </w:r>
    </w:p>
    <w:p>
      <w:r>
        <w:rPr>
          <w:rFonts w:ascii="Gentium Plus" w:hAnsi="Gentium Plus"/>
          <w:sz w:val="24"/>
        </w:rPr>
        <w:t>τωνα, καὶ ὅτου χάριν ἧκεν εἰπὼν, ἔσχεν ὑπακούοντα Πλούτωνα, οὐχ ἵν’ Εὐριπίδην ἀναγάγῃ, ἀλλ’ ἵν’ ἀγωνισαμένων Αἰσχύλου καὶ Εὐριπίδου, ὅστις τούτων ἄριστος τὰ εἰς τέχνην φανείη, τοῦτον αὐτὸς εἰληφὼς ἀνενέγκῃ πρὸς βίον. τούτου δὲ γενομένου, καὶ κρείτ‐</w:t>
      </w:r>
    </w:p>
    <w:p>
      <w:r>
        <w:rPr>
          <w:rFonts w:ascii="Courier New" w:hAnsi="Courier New"/>
          <w:color w:val="555555"/>
          <w:sz w:val="20"/>
        </w:rPr>
        <w:t>[30]</w:t>
      </w:r>
    </w:p>
    <w:p>
      <w:r>
        <w:rPr>
          <w:rFonts w:ascii="Gentium Plus" w:hAnsi="Gentium Plus"/>
          <w:sz w:val="24"/>
        </w:rPr>
        <w:t>τονος ἀναφανέντος Αἰσχύλου, Διόνυσος τοῦτον λαβὼν ἀνῆλθε. Τὸ δὲ δρᾶμα τῶν εὖ καὶ φιλοπόνως πεποιημένων. Ἐδιδάχθη δὲ ἐπὶ Καλλίου ἄρχοντος, τοῦ μετὰ Ἀν‐ τιγένη. οὕτω δὲ ἐθαυμάσθη διὰ τὴν ἐν αὐτῷ παρά‐</w:t>
      </w:r>
    </w:p>
    <w:p>
      <w:r>
        <w:rPr>
          <w:rFonts w:ascii="Courier New" w:hAnsi="Courier New"/>
          <w:color w:val="555555"/>
          <w:sz w:val="20"/>
        </w:rPr>
        <w:t>[35]</w:t>
      </w:r>
    </w:p>
    <w:p>
      <w:r>
        <w:rPr>
          <w:rFonts w:ascii="Gentium Plus" w:hAnsi="Gentium Plus"/>
          <w:sz w:val="24"/>
        </w:rPr>
        <w:t>βασιν, καθ’ ἣν διαλλάττει τοὺς ἐντίμους τοῖς ἀτίμοις καὶ τοὺς πολίτας τοῖς φυγάσιν, ὥστε καὶ ἀνεδιδάχθη, ὥς φησι Δικαίαρχος.⟧</w:t>
      </w:r>
    </w:p>
    <w:p>
      <w:r>
        <w:rPr>
          <w:rFonts w:ascii="Courier New" w:hAnsi="Courier New"/>
          <w:color w:val="555555"/>
          <w:sz w:val="20"/>
        </w:rPr>
        <w:t>[arg ran 4 (t)]</w:t>
      </w:r>
    </w:p>
    <w:p>
      <w:pPr>
        <w:jc w:val="center"/>
      </w:pPr>
      <w:r>
        <w:rPr>
          <w:rFonts w:ascii="Gentium Plus" w:hAnsi="Gentium Plus"/>
          <w:b/>
          <w:sz w:val="24"/>
        </w:rPr>
        <w:t>⟦ΣΚΟΠΟΣ ΤΟΥ ΠΑΡΟΝΤΟΣ ΔΡΑΜΑΤΟΣ</w:t>
      </w:r>
    </w:p>
    <w:p>
      <w:r>
        <w:rPr>
          <w:rFonts w:ascii="Courier New" w:hAnsi="Courier New"/>
          <w:color w:val="555555"/>
          <w:sz w:val="20"/>
        </w:rPr>
        <w:t>[1]</w:t>
      </w:r>
    </w:p>
    <w:p>
      <w:r>
        <w:rPr>
          <w:rFonts w:ascii="Gentium Plus" w:hAnsi="Gentium Plus"/>
          <w:sz w:val="24"/>
        </w:rPr>
        <w:t>Ὁ παρὼν ποιητὴς, ὡς ἐν τῷ δράματι τοῦ Πλούτου τῷ τότε τῶν Ἀθηνῶν ἄρχοντι ὁπωσδήποτε χαριζό‐ μενος, τότε τὸν Πλοῦτον ἀναβλέψαι φησὶ καὶ πλου‐ τῆσαι τοὺς ἀγαθούς· τῶν Νεφελῶν δὲ τὸ δρᾶμα κατὰ</w:t>
      </w:r>
    </w:p>
    <w:p>
      <w:r>
        <w:rPr>
          <w:rFonts w:ascii="Courier New" w:hAnsi="Courier New"/>
          <w:color w:val="555555"/>
          <w:sz w:val="20"/>
        </w:rPr>
        <w:t>[5]</w:t>
      </w:r>
    </w:p>
    <w:p>
      <w:r>
        <w:rPr>
          <w:rFonts w:ascii="Gentium Plus" w:hAnsi="Gentium Plus"/>
          <w:sz w:val="24"/>
        </w:rPr>
        <w:t>τὸ φαινόμενον γράψας κατὰ Σωκράτους, κατὰ παντὸς συνετάξατο φιλοσόφου καὶ μετεωρολέσχου καὶ φυσικοῦ· [Σωκράτης γὰρ μετερχόμενος τὴν ἠθικὴν φιλοσοφίαν, κατεγέλα μεταρσιολογίας καὶ φυσικῆς, ὡς γράφει Ξενοφῶν ἐν τοῖς Ἀπομνημονεύμασι, θεολογίας δὲ ὡς</w:t>
      </w:r>
    </w:p>
    <w:p>
      <w:r>
        <w:rPr>
          <w:rFonts w:ascii="Courier New" w:hAnsi="Courier New"/>
          <w:color w:val="555555"/>
          <w:sz w:val="20"/>
        </w:rPr>
        <w:t>[10]</w:t>
      </w:r>
    </w:p>
    <w:p>
      <w:r>
        <w:rPr>
          <w:rFonts w:ascii="Gentium Plus" w:hAnsi="Gentium Plus"/>
          <w:sz w:val="24"/>
        </w:rPr>
        <w:t>ἀκαταλήπτου πάντη ἀπείχετο· ὡς οὖν τὸ δρᾶμα τοῦ Πλούτου ὑπὲρ τοῦ τότε ἄρχοντος Ἀθηνῶν ἀσυμφανῶς ξυνετάξατο, κατὰ παντὸς δὲ φιλοσόφου μεταρσιολέσχου καὶ ψευδοτύπου τὸ δρᾶμα τῶν Νεφελῶν·] οὕτω καὶ τήνδε τὴν κωμῳδίαν τῶν Βατράχων κατὰ παντὸς</w:t>
      </w:r>
    </w:p>
    <w:p>
      <w:r>
        <w:rPr>
          <w:rFonts w:ascii="Courier New" w:hAnsi="Courier New"/>
          <w:color w:val="555555"/>
          <w:sz w:val="20"/>
        </w:rPr>
        <w:t>[15]</w:t>
      </w:r>
    </w:p>
    <w:p>
      <w:r>
        <w:rPr>
          <w:rFonts w:ascii="Gentium Plus" w:hAnsi="Gentium Plus"/>
          <w:sz w:val="24"/>
        </w:rPr>
        <w:t>ὑποψύχρου καὶ ὑποξύλου καὶ ἀφυοῦς καὶ ἀτεχνότατα γράφοντος, τῷ μεμηνέναι δὲ οὐ συνιέντος ἑαυτὸν ὄντα βάρβαρον, οἰομένου δὲ μὴ μόνον ἰσοῦσθαι, ἀλλὰ καὶ τὰ κρείττονα φέρεσθαι τῶν λίαν ἐπιστημόνων. ὡς τῷ ὑπὲρ φύσιν Ὁμήρῳ τις ἀνώνυμος ἤριζε Σάτυρος,</w:t>
      </w:r>
    </w:p>
    <w:p>
      <w:r>
        <w:rPr>
          <w:rFonts w:ascii="Courier New" w:hAnsi="Courier New"/>
          <w:color w:val="555555"/>
          <w:sz w:val="20"/>
        </w:rPr>
        <w:t>[20]</w:t>
      </w:r>
    </w:p>
    <w:p>
      <w:r>
        <w:rPr>
          <w:rFonts w:ascii="Gentium Plus" w:hAnsi="Gentium Plus"/>
          <w:sz w:val="24"/>
        </w:rPr>
        <w:t>Ἡσιόδῳ δὲ Κέρκωψ, ἢ πλέον εἰπεῖν, Εὔρυτος μὲν τοξικῇ, Μαρσύας δὲ μουσικῇ τῷ Ἀπόλλωνι· Σειρῆσι δὲ καὶ Μούσαις Θάμυρις ὁ μαινόμενος· ἢ ὡς ὁ Αἰ‐ γύπτιος Σῶφις καὶ ὁ Θετταλὸς Σαλμωνεὺς ταῖς οὐρανίαις ἀντιπαταγοῦντες βρονταῖς καὶ τοῖς κεραυνοῖς</w:t>
      </w:r>
    </w:p>
    <w:p>
      <w:r>
        <w:rPr>
          <w:rFonts w:ascii="Courier New" w:hAnsi="Courier New"/>
          <w:color w:val="555555"/>
          <w:sz w:val="20"/>
        </w:rPr>
        <w:t>[25]</w:t>
      </w:r>
    </w:p>
    <w:p>
      <w:r>
        <w:rPr>
          <w:rFonts w:ascii="Gentium Plus" w:hAnsi="Gentium Plus"/>
          <w:sz w:val="24"/>
        </w:rPr>
        <w:t>δῆθεν ἀνταστράπτοντες. κατὰ τοιούτου παντὸς μὴ συνιέντος ἑαυτὸν, [ἐξομοιουμένου δὲ φιληταῖς ἀλογί‐ στοις καθάρμασι, δίκην βατράχων βοῶσι θορυβωδέ‐ στατα,] τὸ τοιοῦτον ὁ ποιητὴς ἐξέθετο δρᾶμα. Δια‐</w:t>
      </w:r>
    </w:p>
    <w:p>
      <w:r>
        <w:rPr>
          <w:rFonts w:ascii="Courier New" w:hAnsi="Courier New"/>
          <w:color w:val="555555"/>
          <w:sz w:val="20"/>
        </w:rPr>
        <w:t>[30]</w:t>
      </w:r>
    </w:p>
    <w:p>
      <w:r>
        <w:rPr>
          <w:rFonts w:ascii="Gentium Plus" w:hAnsi="Gentium Plus"/>
          <w:sz w:val="24"/>
        </w:rPr>
        <w:t>τῷ ποιητῇ δυσφορῶν ὁ Διόνυσος διὰ τὸ ἐν τοῖς Διονυ‐ σίοις μὴ εἶναι τραγικὸν ἢ κωμικὸν δεξιὸν ποιητήν. ὅθεν καὶ βουληθεὶς κατιέναι εἰς ᾅδου, ὡς Εὐριπίδην ἐκεῖθεν ἀνάξειεν, ἐπὶ Διονυσιακοῖς τοῖς κοθόρνοις, καὶ λεοντῆν καὶ ῥόπαλον ἔχων τρόπῳ τοῦ Ἡρακλέους,</w:t>
      </w:r>
    </w:p>
    <w:p>
      <w:r>
        <w:rPr>
          <w:rFonts w:ascii="Courier New" w:hAnsi="Courier New"/>
          <w:color w:val="555555"/>
          <w:sz w:val="20"/>
        </w:rPr>
        <w:t>[35]</w:t>
      </w:r>
    </w:p>
    <w:p>
      <w:r>
        <w:rPr>
          <w:rFonts w:ascii="Gentium Plus" w:hAnsi="Gentium Plus"/>
          <w:sz w:val="24"/>
        </w:rPr>
        <w:t>μετὰ Ξανθίου οἰκέτου, ὄνῳ ἐποχουμένου, τοῖς ὤμοις δὲ ἀνάφορον φέροντος, ὃ ἀλλακτὸν δημωδεστέρως καλεῖται, εἰς Θήβας ἢ Τίρυνθα, πόλιν τοῦ Ἄργους, ἀφικνεῖται πρὸς Ἡρακλέα, ὁδοὺς τὰς εἰς ᾅδου χρῄζων μαθεῖν ἐξ αὐτοῦ καὶ πανδοχεῖα καὶ ἐκτροπὰς, ἅτε</w:t>
      </w:r>
    </w:p>
    <w:p>
      <w:r>
        <w:rPr>
          <w:rFonts w:ascii="Courier New" w:hAnsi="Courier New"/>
          <w:color w:val="555555"/>
          <w:sz w:val="20"/>
        </w:rPr>
        <w:t>[40]</w:t>
      </w:r>
    </w:p>
    <w:p>
      <w:r>
        <w:rPr>
          <w:rFonts w:ascii="Gentium Plus" w:hAnsi="Gentium Plus"/>
          <w:sz w:val="24"/>
        </w:rPr>
        <w:t>τοῦ Ἡρακλέους εἰς ᾅδου πρὶν κατελθόντος ἐπ’ ἀνα‐ γωγῇ τοῦ Κερβέρου· εἰ καὶ δυσὶ γενεαῖς προγενέστε‐ ρος ἦν Ἡρακλέους ὁ Διόνυσος. παρ’ οὗ μαθὼν ὅσων ἔχρῃζεν, ἀπάρχεται τῆς πορείας. παρὰ τὴν λίμνην δὲ πεφθακὼς τὴν Ἀχερουσίαν, αὐτὸς μὲν ὁ Διόνυσος</w:t>
      </w:r>
    </w:p>
    <w:p>
      <w:r>
        <w:rPr>
          <w:rFonts w:ascii="Courier New" w:hAnsi="Courier New"/>
          <w:color w:val="555555"/>
          <w:sz w:val="20"/>
        </w:rPr>
        <w:t>[45]</w:t>
      </w:r>
    </w:p>
    <w:p>
      <w:r>
        <w:rPr>
          <w:rFonts w:ascii="Gentium Plus" w:hAnsi="Gentium Plus"/>
          <w:sz w:val="24"/>
        </w:rPr>
        <w:t>δυσὶν ὀβολοῖς περαιοῦται τῷ Χάρωνι, Ξανθίας δ’, ἀνθ’ ὧν τῇ περὶ Ἀργινούσας οὐκ ἐναυμάχησε ναυμαχίᾳ, τῷ Χάρωνι μὴ ἀναληφθεὶς πεζῇ τὴν λίμνην κύκλῳ περιπορεύεται· καὶ τί δεῖ λεπτολογεῖν τὸ πᾶν τοῦ συγγράμματος τέλος; Διόνυσος ξενίζεται Περσεφόνῃ</w:t>
      </w:r>
    </w:p>
    <w:p>
      <w:r>
        <w:rPr>
          <w:rFonts w:ascii="Courier New" w:hAnsi="Courier New"/>
          <w:color w:val="555555"/>
          <w:sz w:val="20"/>
        </w:rPr>
        <w:t>[arg ran 4 (50)]</w:t>
      </w:r>
    </w:p>
    <w:p>
      <w:r>
        <w:rPr>
          <w:rFonts w:ascii="Gentium Plus" w:hAnsi="Gentium Plus"/>
          <w:sz w:val="24"/>
        </w:rPr>
        <w:t>καὶ Πλούτωνι, καὶ κρίσιν ποιησάμενος ποιητῶν, Εὐ‐ ριπίδου καὶ Αἰσχύλου, καὶ ἄριστον τῷ ὄντι Αἰσχύλον νομίσας, καὶ παρὰ προσδοκίαν τοῦτον λαβὼν ἀλλ’ οὐκ Εὐριπίδην, αὖθις ἐς τοὺς ζῶντας ἀνέρχεται.⟧</w:t>
      </w:r>
    </w:p>
    <w:p>
      <w:r>
        <w:rPr>
          <w:rFonts w:ascii="Courier New" w:hAnsi="Courier New"/>
          <w:color w:val="555555"/>
          <w:sz w:val="20"/>
        </w:rPr>
        <w:t>[sch ran t]</w:t>
      </w:r>
    </w:p>
    <w:p>
      <w:pPr>
        <w:jc w:val="center"/>
      </w:pPr>
      <w:r>
        <w:rPr>
          <w:rFonts w:ascii="Gentium Plus" w:hAnsi="Gentium Plus"/>
          <w:b/>
          <w:sz w:val="24"/>
        </w:rPr>
        <w:t>SCHOLIA IN RANAS</w:t>
      </w:r>
    </w:p>
    <w:p>
      <w:r>
        <w:rPr>
          <w:rFonts w:ascii="Courier New" w:hAnsi="Courier New"/>
          <w:color w:val="555555"/>
          <w:sz w:val="20"/>
        </w:rPr>
        <w:t>[sch ran ante 1]</w:t>
      </w:r>
    </w:p>
    <w:p>
      <w:r>
        <w:rPr>
          <w:rFonts w:ascii="Gentium Plus" w:hAnsi="Gentium Plus"/>
          <w:sz w:val="24"/>
        </w:rPr>
        <w:t>Ὁ Ξανθίας ἐπὶ ὄνου παράγεται καθεζόμενος, ἔχων ἐπὶ τῶν ὤμων ἀνάφορον, ὅπου ἦν τὰ στρώματα. (εὐθὺς ἐν τῇ εἰσβολῇ διαβάλλει τούς τε κωμῳδοὺς ὡς γελοίοις χρωμένους καὶ παρατρέποντας τοὺς θεατὰς</w:t>
      </w:r>
    </w:p>
    <w:p>
      <w:r>
        <w:rPr>
          <w:rFonts w:ascii="Courier New" w:hAnsi="Courier New"/>
          <w:color w:val="555555"/>
          <w:sz w:val="20"/>
        </w:rPr>
        <w:t>[5]</w:t>
      </w:r>
    </w:p>
    <w:p>
      <w:r>
        <w:rPr>
          <w:rFonts w:ascii="Gentium Plus" w:hAnsi="Gentium Plus"/>
          <w:sz w:val="24"/>
        </w:rPr>
        <w:t>ἀπὸ τῆς ἀκριβείας.)</w:t>
      </w:r>
    </w:p>
    <w:p>
      <w:r>
        <w:rPr>
          <w:rFonts w:ascii="Courier New" w:hAnsi="Courier New"/>
          <w:color w:val="555555"/>
          <w:sz w:val="20"/>
        </w:rPr>
        <w:t>[sch ran 1]</w:t>
      </w:r>
    </w:p>
    <w:p>
      <w:r>
        <w:rPr>
          <w:rFonts w:ascii="Gentium Plus" w:hAnsi="Gentium Plus"/>
          <w:sz w:val="24"/>
        </w:rPr>
        <w:t>τῶν εἰωθότων: Ἀντὶ τοῦ τῶν ἐθίμων, ἡ μετοχὴ ἀντὶ τοῦ ὀνόματος· καὶ Ὅμηρος [Od. Α, 213] τὸν δ’ αὖ Τηλέμαχος πεπνυμένος ἀντὶ τοῦ πινυτός. —εἰωθότων: Τῶν συνήθων διαλέ‐</w:t>
      </w:r>
    </w:p>
    <w:p>
      <w:r>
        <w:rPr>
          <w:rFonts w:ascii="Courier New" w:hAnsi="Courier New"/>
          <w:color w:val="555555"/>
          <w:sz w:val="20"/>
        </w:rPr>
        <w:t>[5]</w:t>
      </w:r>
    </w:p>
    <w:p>
      <w:r>
        <w:rPr>
          <w:rFonts w:ascii="Gentium Plus" w:hAnsi="Gentium Plus"/>
          <w:sz w:val="24"/>
        </w:rPr>
        <w:t>γεσθαι εἰς ἡδονὴν τοῦ θεάτρου. Θ. τῶν συνήθων. Br.</w:t>
      </w:r>
    </w:p>
    <w:p>
      <w:r>
        <w:rPr>
          <w:rFonts w:ascii="Courier New" w:hAnsi="Courier New"/>
          <w:color w:val="555555"/>
          <w:sz w:val="20"/>
        </w:rPr>
        <w:t>[sch ran 2]</w:t>
      </w:r>
    </w:p>
    <w:p>
      <w:r>
        <w:rPr>
          <w:rFonts w:ascii="Gentium Plus" w:hAnsi="Gentium Plus"/>
          <w:sz w:val="24"/>
        </w:rPr>
        <w:t>θεώμενοι: Οἱ θεαταί. Θ. Br.</w:t>
      </w:r>
    </w:p>
    <w:p>
      <w:r>
        <w:rPr>
          <w:rFonts w:ascii="Courier New" w:hAnsi="Courier New"/>
          <w:color w:val="555555"/>
          <w:sz w:val="20"/>
        </w:rPr>
        <w:t>[sch ran 3]</w:t>
      </w:r>
    </w:p>
    <w:p>
      <w:r>
        <w:rPr>
          <w:rFonts w:ascii="Gentium Plus" w:hAnsi="Gentium Plus"/>
          <w:sz w:val="24"/>
        </w:rPr>
        <w:t>νὴ Δί’ ὅ τι βούλει γε: Ἴδιον αὐτοῦ τὸ εἰς ταῦτα ὀλισθαίνειν· ὡς καὶ ἐν δευτέραις Θεσμοφοριαζούσαις [fr 307] ὁ θεράπων φησὶν ὡς διά γε τοῦτο τοὔπος, οὐ δύναμαι φέρειν</w:t>
      </w:r>
    </w:p>
    <w:p>
      <w:r>
        <w:rPr>
          <w:rFonts w:ascii="Courier New" w:hAnsi="Courier New"/>
          <w:color w:val="555555"/>
          <w:sz w:val="20"/>
        </w:rPr>
        <w:t>[5]</w:t>
      </w:r>
    </w:p>
    <w:p>
      <w:r>
        <w:rPr>
          <w:rFonts w:ascii="Gentium Plus" w:hAnsi="Gentium Plus"/>
          <w:sz w:val="24"/>
        </w:rPr>
        <w:t>σκεύη τοσαῦτα, καὶ τὸν ὦμον θλίβομαι. ἐνταῦθα δέ φησιν ὅτι οὐ δύναμαι ἀνέχεσθαι τοῦ θλίβο‐ μαι λεγομένου.</w:t>
      </w:r>
    </w:p>
    <w:p>
      <w:r>
        <w:rPr>
          <w:rFonts w:ascii="Courier New" w:hAnsi="Courier New"/>
          <w:color w:val="555555"/>
          <w:sz w:val="20"/>
        </w:rPr>
        <w:t>[sch ran 4]</w:t>
      </w:r>
    </w:p>
    <w:p>
      <w:r>
        <w:rPr>
          <w:rFonts w:ascii="Gentium Plus" w:hAnsi="Gentium Plus"/>
          <w:sz w:val="24"/>
        </w:rPr>
        <w:t>πάνυ γάρ ἐστ’ ἤδη χολή: Ἀντὶ τοῦ πολύ. τὸ δὲ πολὺ, κἂν ᾖ γλυκὺ, πικρόν ἐστιν. (Ἄλλως. ὡσανεὶ</w:t>
      </w:r>
    </w:p>
    <w:p>
      <w:r>
        <w:rPr>
          <w:rFonts w:ascii="Courier New" w:hAnsi="Courier New"/>
          <w:color w:val="555555"/>
          <w:sz w:val="20"/>
        </w:rPr>
        <w:t>[5]</w:t>
      </w:r>
    </w:p>
    <w:p>
      <w:r>
        <w:rPr>
          <w:rFonts w:ascii="Gentium Plus" w:hAnsi="Gentium Plus"/>
          <w:sz w:val="24"/>
        </w:rPr>
        <w:t>—χολή: Λύπη. D.</w:t>
      </w:r>
    </w:p>
    <w:p>
      <w:r>
        <w:rPr>
          <w:rFonts w:ascii="Courier New" w:hAnsi="Courier New"/>
          <w:color w:val="555555"/>
          <w:sz w:val="20"/>
        </w:rPr>
        <w:t>[sch ran 5]</w:t>
      </w:r>
    </w:p>
    <w:p>
      <w:r>
        <w:rPr>
          <w:rFonts w:ascii="Gentium Plus" w:hAnsi="Gentium Plus"/>
          <w:sz w:val="24"/>
        </w:rPr>
        <w:t>ἀντὶ τοῦ χωρὶς τοῦ εἰπεῖν θλίβομαι. R. ἀντὶ τοῦ ἄνευ εἰπεῖν πιέζομαι. V.</w:t>
      </w:r>
    </w:p>
    <w:p>
      <w:r>
        <w:rPr>
          <w:rFonts w:ascii="Courier New" w:hAnsi="Courier New"/>
          <w:color w:val="555555"/>
          <w:sz w:val="20"/>
        </w:rPr>
        <w:t>[sch ran 6]</w:t>
      </w:r>
    </w:p>
    <w:p>
      <w:r>
        <w:rPr>
          <w:rFonts w:ascii="Gentium Plus" w:hAnsi="Gentium Plus"/>
          <w:sz w:val="24"/>
        </w:rPr>
        <w:t>γέλοιον Ἀττικῶς, γελοῖον δὲ κοινόν. ἡ δὲ σημα‐ σία ἡ αὐτή.</w:t>
      </w:r>
    </w:p>
    <w:p>
      <w:r>
        <w:rPr>
          <w:rFonts w:ascii="Courier New" w:hAnsi="Courier New"/>
          <w:color w:val="555555"/>
          <w:sz w:val="20"/>
        </w:rPr>
        <w:t>[sch ran 8]</w:t>
      </w:r>
    </w:p>
    <w:p>
      <w:r>
        <w:rPr>
          <w:rFonts w:ascii="Gentium Plus" w:hAnsi="Gentium Plus"/>
          <w:sz w:val="24"/>
        </w:rPr>
        <w:t>μεταβαλλόμενος: Ἀντὶ τοῦ μεταφέρων, μετα‐ τιθεὶς ἀπὸ ὤμου εἰς ὦμον. τἀνάφορον δὲ ξύλον ἀμφί‐ κοιλον, ἐν ᾧ τὰ φορτία ἐξαρτήσαντες οἱ ἐργάται βα‐ στάζουσι. —μεταθέμενος τὸ ἐπὶ ὤμου φορτίον. Θ.</w:t>
      </w:r>
    </w:p>
    <w:p>
      <w:r>
        <w:rPr>
          <w:rFonts w:ascii="Courier New" w:hAnsi="Courier New"/>
          <w:color w:val="555555"/>
          <w:sz w:val="20"/>
        </w:rPr>
        <w:t>[5]</w:t>
      </w:r>
    </w:p>
    <w:p>
      <w:r>
        <w:rPr>
          <w:rFonts w:ascii="Gentium Plus" w:hAnsi="Gentium Plus"/>
          <w:sz w:val="24"/>
        </w:rPr>
        <w:t>χεζητιᾷς: Μέλλεις ἀποπατεῖν. Vict.</w:t>
      </w:r>
    </w:p>
    <w:p>
      <w:r>
        <w:rPr>
          <w:rFonts w:ascii="Courier New" w:hAnsi="Courier New"/>
          <w:color w:val="555555"/>
          <w:sz w:val="20"/>
        </w:rPr>
        <w:t>[sch ran 9]</w:t>
      </w:r>
    </w:p>
    <w:p>
      <w:r>
        <w:rPr>
          <w:rFonts w:ascii="Gentium Plus" w:hAnsi="Gentium Plus"/>
          <w:sz w:val="24"/>
        </w:rPr>
        <w:t>(μηδ’ ὅτι τοσοῦτον: Μὴ οὕτω ποιήσαιμι καίτοι ἄχθος τοσοῦτον φέρων.)</w:t>
      </w:r>
    </w:p>
    <w:p>
      <w:r>
        <w:rPr>
          <w:rFonts w:ascii="Courier New" w:hAnsi="Courier New"/>
          <w:color w:val="555555"/>
          <w:sz w:val="20"/>
        </w:rPr>
        <w:t>[sch ran 10]</w:t>
      </w:r>
    </w:p>
    <w:p>
      <w:r>
        <w:rPr>
          <w:rFonts w:ascii="Gentium Plus" w:hAnsi="Gentium Plus"/>
          <w:sz w:val="24"/>
        </w:rPr>
        <w:t>ἀποπαρδήσομαι: Εἰς τὸ αὐτὸ κατήντησεν ὡς δῆθεν ἄκων. —καθαιρήσει: Καταβιβάσει ἀπὸ τοῦ ὤμου. Θ. Vict. καθαίρω παροξυτόνως τὸ ἀποπλύνω, καθαιρῶ δὲ περισπωμένως τὸ καταβάλλω. Θ. Vict.</w:t>
      </w:r>
    </w:p>
    <w:p>
      <w:r>
        <w:rPr>
          <w:rFonts w:ascii="Courier New" w:hAnsi="Courier New"/>
          <w:color w:val="555555"/>
          <w:sz w:val="20"/>
        </w:rPr>
        <w:t>[sch ran 11]</w:t>
      </w:r>
    </w:p>
    <w:p>
      <w:r>
        <w:rPr>
          <w:rFonts w:ascii="Gentium Plus" w:hAnsi="Gentium Plus"/>
          <w:sz w:val="24"/>
        </w:rPr>
        <w:t>πλήν γ’ ὅταν μέλλω ἐξεμεῖν: Οἷον, εἰ ὅλως λέ‐ γεις, τότε εἰπὲ, ὅτε μέλλω ἐξεμεῖν, ἵνα ἅπαξ ἐμέσω καὶ μὴ καὶ τότε ὅτε λέγεις. Ἄλλως. τότε, φησὶ, λέγε, ἐὰν θέλῃς, ἐπιτηρήσας, ὅτε μέλλω ἐξεμεῖν. ῥᾷστα γὰρ</w:t>
      </w:r>
    </w:p>
    <w:p>
      <w:r>
        <w:rPr>
          <w:rFonts w:ascii="Courier New" w:hAnsi="Courier New"/>
          <w:color w:val="555555"/>
          <w:sz w:val="20"/>
        </w:rPr>
        <w:t>[5]</w:t>
      </w:r>
    </w:p>
    <w:p>
      <w:r>
        <w:rPr>
          <w:rFonts w:ascii="Gentium Plus" w:hAnsi="Gentium Plus"/>
          <w:sz w:val="24"/>
        </w:rPr>
        <w:t>ἂν ἐξεμέσαιμι, ἐὰν εἴπῃς.</w:t>
      </w:r>
    </w:p>
    <w:p>
      <w:r>
        <w:rPr>
          <w:rFonts w:ascii="Courier New" w:hAnsi="Courier New"/>
          <w:color w:val="555555"/>
          <w:sz w:val="20"/>
        </w:rPr>
        <w:t>[sch ran 13]</w:t>
      </w:r>
    </w:p>
    <w:p>
      <w:r>
        <w:rPr>
          <w:rFonts w:ascii="Gentium Plus" w:hAnsi="Gentium Plus"/>
          <w:sz w:val="24"/>
        </w:rPr>
        <w:t>Φρύνιχος: Δίδυμός φησιν ὅτι νῦν Φρυνίχου τοῦ κωμικοῦ μέμνηται, ὡς παρ’ ἕκαστα ἐν ταῖς κωμῳδίαις φορτικευομένου. ἔστι δὲ πατρὸς Εὐνομίδου. κωμῳδεῖται δὲ καὶ ὡς ξένος, καὶ ἐπὶ φαυλότητι ποιημάτων, καὶ ὡς</w:t>
      </w:r>
    </w:p>
    <w:p>
      <w:r>
        <w:rPr>
          <w:rFonts w:ascii="Courier New" w:hAnsi="Courier New"/>
          <w:color w:val="555555"/>
          <w:sz w:val="20"/>
        </w:rPr>
        <w:t>[5]</w:t>
      </w:r>
    </w:p>
    <w:p>
      <w:r>
        <w:rPr>
          <w:rFonts w:ascii="Gentium Plus" w:hAnsi="Gentium Plus"/>
          <w:sz w:val="24"/>
        </w:rPr>
        <w:t>ἀλλότρια λέγων καὶ ὡς κακόμετρα. εἰσὶ δὲ καὶ ἄλλοι τρεῖς Φρύνιχοι. (Φρύνιχος δὲ ὁ κωμικὸς οὐδὲν τούτων ἐποίησεν ἐν τοῖς σωζομένοις αὐτοῦ· εἰκὸς δὲ ἐν τοῖς ἀπολωλόσιν εἶναι αὐτοῦ τοιοῦτόν τι.)</w:t>
      </w:r>
    </w:p>
    <w:p>
      <w:r>
        <w:rPr>
          <w:rFonts w:ascii="Courier New" w:hAnsi="Courier New"/>
          <w:color w:val="555555"/>
          <w:sz w:val="20"/>
        </w:rPr>
        <w:t>[sch ran 14]</w:t>
      </w:r>
    </w:p>
    <w:p>
      <w:r>
        <w:rPr>
          <w:rFonts w:ascii="Gentium Plus" w:hAnsi="Gentium Plus"/>
          <w:sz w:val="24"/>
        </w:rPr>
        <w:t>Λύκις: Κωμῳδίας ποιητής. ὡς ψυχρὸς κωμῳ‐ δεῖται· λέγει δὲ αὐτὸν καὶ Λύκον· οὗ οὐδὲν φέρεται. (Ἄλλως. ὁ δὲ νοῦς, εἴπερ ποιήσω μηδὲν ὧν οὗτοι εἰώ‐ θασι ποιεῖν τοῖς σκευοφοροῦσιν· ἵνα τὸ φέρουσι σημαίνῃ</w:t>
      </w:r>
    </w:p>
    <w:p>
      <w:r>
        <w:rPr>
          <w:rFonts w:ascii="Courier New" w:hAnsi="Courier New"/>
          <w:color w:val="555555"/>
          <w:sz w:val="20"/>
        </w:rPr>
        <w:t>[5]</w:t>
      </w:r>
    </w:p>
    <w:p>
      <w:r>
        <w:rPr>
          <w:rFonts w:ascii="Gentium Plus" w:hAnsi="Gentium Plus"/>
          <w:sz w:val="24"/>
        </w:rPr>
        <w:t>πτῶσιν δοτικήν. Ἄλλως.) τριχῶς λέγεται. ἢ γὰρ σκευηφοροῦσιν, ἢ σκεύη φέρουσιν, ἢ ⟦σκευοφοροῦσιν. ἀντὶ τοῦ⟧ σκευοφόρους ἄνδρας ποιοῦσιν. ἔστι δὲ βε‐ βιασμένος ὁ λόγος, εἴπερ ποιήσω μηδὲν ὧν οὗτοι ποιοῦσι, σκευηφοροῦντας εἰσάγοντες μετὰ πολλῶν.</w:t>
      </w:r>
    </w:p>
    <w:p>
      <w:r>
        <w:rPr>
          <w:rFonts w:ascii="Courier New" w:hAnsi="Courier New"/>
          <w:color w:val="555555"/>
          <w:sz w:val="20"/>
        </w:rPr>
        <w:t>[10]</w:t>
      </w:r>
    </w:p>
    <w:p>
      <w:r>
        <w:rPr>
          <w:rFonts w:ascii="Gentium Plus" w:hAnsi="Gentium Plus"/>
          <w:sz w:val="24"/>
        </w:rPr>
        <w:t>περιλείπεται οὖν ἀκούειν ἁπλῶς ὧν οὗτοι εἰώθασι ποιεῖν τοῖς σκευηφοροῦσιν, ἵνα τὸ σκευηφοροῦσι ση‐ μαίνῃ πτῶσιν δοτικήν. —καὶ αὐτὸς ὡς κακὸς ποιητὴς κωμῳδεῖται. V.</w:t>
      </w:r>
    </w:p>
    <w:p>
      <w:r>
        <w:rPr>
          <w:rFonts w:ascii="Courier New" w:hAnsi="Courier New"/>
          <w:color w:val="555555"/>
          <w:sz w:val="20"/>
        </w:rPr>
        <w:t>[sch ran 15]</w:t>
      </w:r>
    </w:p>
    <w:p>
      <w:r>
        <w:rPr>
          <w:rFonts w:ascii="Gentium Plus" w:hAnsi="Gentium Plus"/>
          <w:sz w:val="24"/>
        </w:rPr>
        <w:t>σκευοφοροῦς’: Τοῖς. E. καὶ οὗτοι οἱ τρεῖς κωμι‐ κοὶ εἰσὶ ποιηταὶ, σκευοφοροῦντας εἰσάγοντες ἐν ταῖς κωμῳδίαις καὶ αἰσχρὰ ποιοῦντας. E.</w:t>
      </w:r>
    </w:p>
    <w:p>
      <w:r>
        <w:rPr>
          <w:rFonts w:ascii="Courier New" w:hAnsi="Courier New"/>
          <w:color w:val="555555"/>
          <w:sz w:val="20"/>
        </w:rPr>
        <w:t>[sch ran 17]</w:t>
      </w:r>
    </w:p>
    <w:p>
      <w:r>
        <w:rPr>
          <w:rFonts w:ascii="Gentium Plus" w:hAnsi="Gentium Plus"/>
          <w:sz w:val="24"/>
        </w:rPr>
        <w:t>τῶν πράξεων τῶν ἀπατηλῶν. Θ. εἰρωνεία. πανουργευμάτων, ἀπατηλῶν ποιημάτων. M.</w:t>
      </w:r>
    </w:p>
    <w:p>
      <w:r>
        <w:rPr>
          <w:rFonts w:ascii="Courier New" w:hAnsi="Courier New"/>
          <w:color w:val="555555"/>
          <w:sz w:val="20"/>
        </w:rPr>
        <w:t>[sch ran 18]</w:t>
      </w:r>
    </w:p>
    <w:p>
      <w:r>
        <w:rPr>
          <w:rFonts w:ascii="Gentium Plus" w:hAnsi="Gentium Plus"/>
          <w:sz w:val="24"/>
        </w:rPr>
        <w:t>πλεῖν ἢ ’νιαυτῷ: Παρὰ τὸ Ὁμηρικὸν [Od. Τ, 360] αἶψα γὰρ ἐν κακότητι βροτοὶ καταγηράσκουσιν. καὶ τὸ [Od. Ο, 357] «ἐν ὠμῷ γήραϊ θῆκε.» διὰ τὴν</w:t>
      </w:r>
    </w:p>
    <w:p>
      <w:r>
        <w:rPr>
          <w:rFonts w:ascii="Courier New" w:hAnsi="Courier New"/>
          <w:color w:val="555555"/>
          <w:sz w:val="20"/>
        </w:rPr>
        <w:t>[5]</w:t>
      </w:r>
    </w:p>
    <w:p>
      <w:r>
        <w:rPr>
          <w:rFonts w:ascii="Gentium Plus" w:hAnsi="Gentium Plus"/>
          <w:sz w:val="24"/>
        </w:rPr>
        <w:t>ἀηδίαν οὖν γηράσκω, φησίν.</w:t>
      </w:r>
    </w:p>
    <w:p>
      <w:r>
        <w:rPr>
          <w:rFonts w:ascii="Courier New" w:hAnsi="Courier New"/>
          <w:color w:val="555555"/>
          <w:sz w:val="20"/>
        </w:rPr>
        <w:t>[sch ran 19]</w:t>
      </w:r>
    </w:p>
    <w:p>
      <w:r>
        <w:rPr>
          <w:rFonts w:ascii="Gentium Plus" w:hAnsi="Gentium Plus"/>
          <w:sz w:val="24"/>
        </w:rPr>
        <w:t>ἄρ’ ὁ τράχηλος οὑτοσὶ: Ὁ Ξανθίας ἀχθόμενος ἐφ’ ᾧ βαστάζει φόρτῳ λέγει.</w:t>
      </w:r>
    </w:p>
    <w:p>
      <w:r>
        <w:rPr>
          <w:rFonts w:ascii="Courier New" w:hAnsi="Courier New"/>
          <w:color w:val="555555"/>
          <w:sz w:val="20"/>
        </w:rPr>
        <w:t>[sch ran 20]</w:t>
      </w:r>
    </w:p>
    <w:p>
      <w:r>
        <w:rPr>
          <w:rFonts w:ascii="Gentium Plus" w:hAnsi="Gentium Plus"/>
          <w:sz w:val="24"/>
        </w:rPr>
        <w:t>ὑπὸ τοῦ φορτίου ἐρεῖ. Θ.</w:t>
      </w:r>
    </w:p>
    <w:p>
      <w:r>
        <w:rPr>
          <w:rFonts w:ascii="Courier New" w:hAnsi="Courier New"/>
          <w:color w:val="555555"/>
          <w:sz w:val="20"/>
        </w:rPr>
        <w:t>[sch ran 21]</w:t>
      </w:r>
    </w:p>
    <w:p>
      <w:r>
        <w:rPr>
          <w:rFonts w:ascii="Gentium Plus" w:hAnsi="Gentium Plus"/>
          <w:sz w:val="24"/>
        </w:rPr>
        <w:t>ἀλαζονεία. R. V. ἡμετέρα ἀτιμία αὐτοῦ ἀλαζο‐ νεία καὶ ἔπαρσις. Θ.</w:t>
      </w:r>
    </w:p>
    <w:p>
      <w:r>
        <w:rPr>
          <w:rFonts w:ascii="Courier New" w:hAnsi="Courier New"/>
          <w:color w:val="555555"/>
          <w:sz w:val="20"/>
        </w:rPr>
        <w:t>[sch ran 22]</w:t>
      </w:r>
    </w:p>
    <w:p>
      <w:r>
        <w:rPr>
          <w:rFonts w:ascii="Gentium Plus" w:hAnsi="Gentium Plus"/>
          <w:sz w:val="24"/>
        </w:rPr>
        <w:t>υἱὸς Σταμνίου: ⟦Δέον εἰπεῖν υἱὸς Διὸς Στα‐ μνίου εἶπε παρ’ ὑπόνοιαν, ἐπειδὴ ὁ οἶνος ἐν σταμνίῳ βάλλεται. ὁ δὲ Διόνυσος εἰς τὸν οἶνον ἀλληγορεῖται.⟧ (σταμνία καὶ στάμνους τοὺς ἀμφορεῖς τοῦ οἴνου φασίν.</w:t>
      </w:r>
    </w:p>
    <w:p>
      <w:r>
        <w:rPr>
          <w:rFonts w:ascii="Courier New" w:hAnsi="Courier New"/>
          <w:color w:val="555555"/>
          <w:sz w:val="20"/>
        </w:rPr>
        <w:t>[5]</w:t>
      </w:r>
    </w:p>
    <w:p>
      <w:r>
        <w:rPr>
          <w:rFonts w:ascii="Gentium Plus" w:hAnsi="Gentium Plus"/>
          <w:sz w:val="24"/>
        </w:rPr>
        <w:t>παίζει δὲ ἅμα καὶ πρὸς τὸ σχῆμα ὅτι υἱός εἰμι στα‐ μνίου. Ἄλλως.) ἔπαιξεν, ἐπεὶ ὁ κέραμος ἐν ἑαυτῷ βαστάζει τὸν οἶνον ὥσπερ παῖδα καὶ τρέφει.</w:t>
      </w:r>
    </w:p>
    <w:p>
      <w:r>
        <w:rPr>
          <w:rFonts w:ascii="Courier New" w:hAnsi="Courier New"/>
          <w:color w:val="555555"/>
          <w:sz w:val="20"/>
        </w:rPr>
        <w:t>[sch ran 23]</w:t>
      </w:r>
    </w:p>
    <w:p>
      <w:r>
        <w:rPr>
          <w:rFonts w:ascii="Gentium Plus" w:hAnsi="Gentium Plus"/>
          <w:sz w:val="24"/>
        </w:rPr>
        <w:t>τοῦτον δ’ ὀχῶ: Ὀχεῖσθαι ποιῶ· ἐπὶ τοῦ ὄνου γὰρ ἦν καθήμενος ὁ Ξανθίας· ⟦νοεῖται δέ τι καὶ αἰ‐ σχρόν· ἀντὶ τοῦ, ἐπιβαίνω αὐτόν. —ὀχῶ μὲν ἐνεργη‐ τικῶς τὸ ἀφροδισιάζω καὶ ὀχεύω τὸ αὐτὸ, καὶ τὸ</w:t>
      </w:r>
    </w:p>
    <w:p>
      <w:r>
        <w:rPr>
          <w:rFonts w:ascii="Courier New" w:hAnsi="Courier New"/>
          <w:color w:val="555555"/>
          <w:sz w:val="20"/>
        </w:rPr>
        <w:t>[5]</w:t>
      </w:r>
    </w:p>
    <w:p>
      <w:r>
        <w:rPr>
          <w:rFonts w:ascii="Gentium Plus" w:hAnsi="Gentium Plus"/>
          <w:sz w:val="24"/>
        </w:rPr>
        <w:t>πρᾶγμα ὀχεία. ὀχοῦμαι δὲ παθητικῶς ἤτοι ἐπιβάτης εἰμὶ καὶ ἐφ’ ἵππου κάθημαι ἢ ἑτέρου τινός. καὶ ἀπὸ τούτου ὄχημα τὸ ἅρμα. Οἱ δὲ Ἀττικοὶ τὸ ὀχεῖν ἐνεργη‐ τικὸν καὶ ἐπὶ τοῦ ὀχεῖσθαι ποιεῖν ἐκλαμβάνουσι καὶ ἐπιβάτην καθιστάναι ἕτερον, ὡς καὶ ὁ Ἀριστοφάνης</w:t>
      </w:r>
    </w:p>
    <w:p>
      <w:r>
        <w:rPr>
          <w:rFonts w:ascii="Courier New" w:hAnsi="Courier New"/>
          <w:color w:val="555555"/>
          <w:sz w:val="20"/>
        </w:rPr>
        <w:t>[10]</w:t>
      </w:r>
    </w:p>
    <w:p>
      <w:r>
        <w:rPr>
          <w:rFonts w:ascii="Gentium Plus" w:hAnsi="Gentium Plus"/>
          <w:sz w:val="24"/>
        </w:rPr>
        <w:t>ἐνταῦθα «τοῦτον δ’ ὀχῶ» ἀντὶ τοῦ ὀχεῖσθαι ποιῶ. Θ.⟧</w:t>
      </w:r>
    </w:p>
    <w:p>
      <w:r>
        <w:rPr>
          <w:rFonts w:ascii="Courier New" w:hAnsi="Courier New"/>
          <w:color w:val="555555"/>
          <w:sz w:val="20"/>
        </w:rPr>
        <w:t>[sch ran 25]</w:t>
      </w:r>
    </w:p>
    <w:p>
      <w:r>
        <w:rPr>
          <w:rFonts w:ascii="Gentium Plus" w:hAnsi="Gentium Plus"/>
          <w:sz w:val="24"/>
        </w:rPr>
        <w:t>ὀχεῖ: ἀντὶ τοῦ βαστάζει. R. V. ἐπ’ ὀχήματος φέρῃ. Vict.</w:t>
      </w:r>
    </w:p>
    <w:p>
      <w:r>
        <w:rPr>
          <w:rFonts w:ascii="Courier New" w:hAnsi="Courier New"/>
          <w:color w:val="555555"/>
          <w:sz w:val="20"/>
        </w:rPr>
        <w:t>[sch ran 28]</w:t>
      </w:r>
    </w:p>
    <w:p>
      <w:r>
        <w:rPr>
          <w:rFonts w:ascii="Gentium Plus" w:hAnsi="Gentium Plus"/>
          <w:sz w:val="24"/>
        </w:rPr>
        <w:t>οὐ δῆθ’ ὅ γ’ ἔχω ’γὼ καὶ φέρω: Ἐπάνω γὰρ τοῦ ὄνου καθεζόμενος ὁ οἰκέτης, ἐβάσταζε τὸ ἀνάφορον. τινὲς εἰς τὸ φέρω δύο στιγμὰς ποιοῦσιν, ἀφαιροῦντες τοῦ μὰ τὸν Δί’ οὔ τὴν μίαν στιγμήν.</w:t>
      </w:r>
    </w:p>
    <w:p>
      <w:r>
        <w:rPr>
          <w:rFonts w:ascii="Courier New" w:hAnsi="Courier New"/>
          <w:color w:val="555555"/>
          <w:sz w:val="20"/>
        </w:rPr>
        <w:t>[sch ran 30]</w:t>
      </w:r>
    </w:p>
    <w:p>
      <w:r>
        <w:rPr>
          <w:rFonts w:ascii="Gentium Plus" w:hAnsi="Gentium Plus"/>
          <w:sz w:val="24"/>
        </w:rPr>
        <w:t>πιέζεται: Κατηνέχθη ὅμως καὶ αὐτὸς ἐπὶ τὸ πιέζομαι.</w:t>
      </w:r>
    </w:p>
    <w:p>
      <w:r>
        <w:rPr>
          <w:rFonts w:ascii="Courier New" w:hAnsi="Courier New"/>
          <w:color w:val="555555"/>
          <w:sz w:val="20"/>
        </w:rPr>
        <w:t>[sch ran 32]</w:t>
      </w:r>
    </w:p>
    <w:p>
      <w:r>
        <w:rPr>
          <w:rFonts w:ascii="Gentium Plus" w:hAnsi="Gentium Plus"/>
          <w:sz w:val="24"/>
        </w:rPr>
        <w:t>ἐν τῷ μέρει σὺ τὸν ὄνον: Ἀντὶ τοῦ, κατά τι μέ‐ ρος, (ἢ ἐν τῷ ἴσῳ μέρει) κατὰ τὴν ἀμοιβὴν βάστασον τὸν ὄνον.</w:t>
      </w:r>
    </w:p>
    <w:p>
      <w:r>
        <w:rPr>
          <w:rFonts w:ascii="Courier New" w:hAnsi="Courier New"/>
          <w:color w:val="555555"/>
          <w:sz w:val="20"/>
        </w:rPr>
        <w:t>[sch ran 33]</w:t>
      </w:r>
    </w:p>
    <w:p>
      <w:r>
        <w:rPr>
          <w:rFonts w:ascii="Gentium Plus" w:hAnsi="Gentium Plus"/>
          <w:sz w:val="24"/>
        </w:rPr>
        <w:t>(τί γὰρ ἐγὼ οὐκ ἐναυμάχουν: Πρὸς τοὺς χρόνους, ὅτι τῷ προτέρῳ ἔτει ἐπὶ Ἀντιγένους περὶ Ἀργίνουσαν ἐνίκων ναυμαχίᾳ οἱ Ἀθηναῖοι συμμαχούντων δούλων, προκακωθέντες ἄλλαις ναυμαχίαις, οὕστινας ἠλευθέ‐</w:t>
      </w:r>
    </w:p>
    <w:p>
      <w:r>
        <w:rPr>
          <w:rFonts w:ascii="Courier New" w:hAnsi="Courier New"/>
          <w:color w:val="555555"/>
          <w:sz w:val="20"/>
        </w:rPr>
        <w:t>[5]</w:t>
      </w:r>
    </w:p>
    <w:p>
      <w:r>
        <w:rPr>
          <w:rFonts w:ascii="Gentium Plus" w:hAnsi="Gentium Plus"/>
          <w:sz w:val="24"/>
        </w:rPr>
        <w:t>ρωσαν· πρὸς τοῦτο οὖν χαριεντιζόμενος λέγει, ὅτι εἴπερ ἐνεναυμαχήκειν, κἂν ἀφείμην ἐλεύθερος. ὥστε οἰμώζειν ἂν ἔλεγόν σοι. ἡ δὲ Ἀργίνουσα, πόλις τῆς Αἰολίδος, ἀντικρὺ δὲ Λέσβου κειμένη καὶ Μαλίας καλουμένης ἄκρας.)</w:t>
      </w:r>
    </w:p>
    <w:p>
      <w:r>
        <w:rPr>
          <w:rFonts w:ascii="Courier New" w:hAnsi="Courier New"/>
          <w:color w:val="555555"/>
          <w:sz w:val="20"/>
        </w:rPr>
        <w:t>[sch ran 35]</w:t>
      </w:r>
    </w:p>
    <w:p>
      <w:r>
        <w:rPr>
          <w:rFonts w:ascii="Gentium Plus" w:hAnsi="Gentium Plus"/>
          <w:sz w:val="24"/>
        </w:rPr>
        <w:t>(κατάβα πανοῦργε: Τὸ χ, ὅτι κατάβα φησί. πρὸς τοὺς ἀξιοῦντας, ὅτι κατάβηθι λέγεται μόνως. τὸ δὲ πανοῦργε, ἡμεῖς μὲν μετριώτερον φαμὲν, Ἀττικοὶ δὲ ἐπὶ σφοδρᾶς βλασφημίας.)</w:t>
      </w:r>
    </w:p>
    <w:p>
      <w:r>
        <w:rPr>
          <w:rFonts w:ascii="Courier New" w:hAnsi="Courier New"/>
          <w:color w:val="555555"/>
          <w:sz w:val="20"/>
        </w:rPr>
        <w:t>[sch ran 38]</w:t>
      </w:r>
    </w:p>
    <w:p>
      <w:r>
        <w:rPr>
          <w:rFonts w:ascii="Gentium Plus" w:hAnsi="Gentium Plus"/>
          <w:sz w:val="24"/>
        </w:rPr>
        <w:t>ὡς Κενταυρικῶς: (Πρῶτον μὲν ἕως τούτου ὑπα‐ κούων τῷ Διονύσῳ λέγει ὁ Ἡρακλῆς, ἐνήλαθ’ ὅστις· εἶτα τὴν ὄψιν καταπλαγεὶς τὸ μὲν ἀκόλουθον οὐκ ἀνε‐ πλήρωσεν, εἰπὼν ὅστις ἐστίν, ἀλλὰ θαυμάσας ἐπηρώ‐</w:t>
      </w:r>
    </w:p>
    <w:p>
      <w:r>
        <w:rPr>
          <w:rFonts w:ascii="Courier New" w:hAnsi="Courier New"/>
          <w:color w:val="555555"/>
          <w:sz w:val="20"/>
        </w:rPr>
        <w:t>[5]</w:t>
      </w:r>
    </w:p>
    <w:p>
      <w:r>
        <w:rPr>
          <w:rFonts w:ascii="Gentium Plus" w:hAnsi="Gentium Plus"/>
          <w:sz w:val="24"/>
        </w:rPr>
        <w:t>τησε τίς εἴη.) ἀντὶ τοῦ ἀκόσμως καὶ ὑβριστικῶς, ὅτι καὶ οἱ Κένταυροι ὑβρισταί. καὶ τοῦτο οἶδεν Ἡρακλῆς ἐκ τῆς πρὸς αὐτοὺς μάχης. τινὲς δὲ ἀντὶ τοῦ μαλακῶς.</w:t>
      </w:r>
    </w:p>
    <w:p>
      <w:r>
        <w:rPr>
          <w:rFonts w:ascii="Courier New" w:hAnsi="Courier New"/>
          <w:color w:val="555555"/>
          <w:sz w:val="20"/>
        </w:rPr>
        <w:t>[10]</w:t>
      </w:r>
    </w:p>
    <w:p>
      <w:r>
        <w:rPr>
          <w:rFonts w:ascii="Gentium Plus" w:hAnsi="Gentium Plus"/>
          <w:sz w:val="24"/>
        </w:rPr>
        <w:t>Κενταύρων. Θ. ἀτάκτως. Vict.</w:t>
      </w:r>
    </w:p>
    <w:p>
      <w:r>
        <w:rPr>
          <w:rFonts w:ascii="Courier New" w:hAnsi="Courier New"/>
          <w:color w:val="555555"/>
          <w:sz w:val="20"/>
        </w:rPr>
        <w:t>[sch ran 39]</w:t>
      </w:r>
    </w:p>
    <w:p>
      <w:r>
        <w:rPr>
          <w:rFonts w:ascii="Gentium Plus" w:hAnsi="Gentium Plus"/>
          <w:sz w:val="24"/>
        </w:rPr>
        <w:t>ὅστις: Ἦν. Vict. πρός τινα τῶν ἑαυτοῦ παίδων τοῦτό φησιν, οὔπω τῆς θύρας ἀνοιγείσης. Vict.</w:t>
      </w:r>
    </w:p>
    <w:p>
      <w:r>
        <w:rPr>
          <w:rFonts w:ascii="Courier New" w:hAnsi="Courier New"/>
          <w:color w:val="555555"/>
          <w:sz w:val="20"/>
        </w:rPr>
        <w:t>[sch ran 40]</w:t>
      </w:r>
    </w:p>
    <w:p>
      <w:r>
        <w:rPr>
          <w:rFonts w:ascii="Gentium Plus" w:hAnsi="Gentium Plus"/>
          <w:sz w:val="24"/>
        </w:rPr>
        <w:t>ὁ παῖς: Ὁ Διόνυσος νεύει πρὸς τὸν Ξανθίαν, καὶ λέγει μειρακευόμενος, ὡς δείσαντος αὐτὸν τοῦ Ἡρα‐ κλέους. καθόλου γὰρ τοιοῦτον εἰσάγουσι τὸν Διόνυσον, ὡς ὄντα δειλὸν, (μόνον δὲ καυχηματίαν). —ὁ παῖς:</w:t>
      </w:r>
    </w:p>
    <w:p>
      <w:r>
        <w:rPr>
          <w:rFonts w:ascii="Courier New" w:hAnsi="Courier New"/>
          <w:color w:val="555555"/>
          <w:sz w:val="20"/>
        </w:rPr>
        <w:t>[5]</w:t>
      </w:r>
    </w:p>
    <w:p>
      <w:r>
        <w:rPr>
          <w:rFonts w:ascii="Gentium Plus" w:hAnsi="Gentium Plus"/>
          <w:sz w:val="24"/>
        </w:rPr>
        <w:t>Ὦ παῖ. E.</w:t>
      </w:r>
    </w:p>
    <w:p>
      <w:r>
        <w:rPr>
          <w:rFonts w:ascii="Courier New" w:hAnsi="Courier New"/>
          <w:color w:val="555555"/>
          <w:sz w:val="20"/>
        </w:rPr>
        <w:t>[sch ran 41]</w:t>
      </w:r>
    </w:p>
    <w:p>
      <w:r>
        <w:rPr>
          <w:rFonts w:ascii="Gentium Plus" w:hAnsi="Gentium Plus"/>
          <w:sz w:val="24"/>
        </w:rPr>
        <w:t>μὴ μαίνοιό γε: Δίδυμος ἀντὶ τοῦ, μὴ μανείης. πιθανώτερον δὲ ἀντὶ τοῦ, ὑπέλαβέ σε μαίνεσθαι ὁ Ἡρα‐ κλῆς. Ἄλλως. μὴ οὕτω μανείης, ὡς ὑπολαβεῖν σε τὸν Ἡρακλέα φοβηθῆναι.</w:t>
      </w:r>
    </w:p>
    <w:p>
      <w:r>
        <w:rPr>
          <w:rFonts w:ascii="Courier New" w:hAnsi="Courier New"/>
          <w:color w:val="555555"/>
          <w:sz w:val="20"/>
        </w:rPr>
        <w:t>[sch ran 46]</w:t>
      </w:r>
    </w:p>
    <w:p>
      <w:r>
        <w:rPr>
          <w:rFonts w:ascii="Gentium Plus" w:hAnsi="Gentium Plus"/>
          <w:sz w:val="24"/>
        </w:rPr>
        <w:t>ἐπὶ κροκωτῷ: Διονυσιακὸν φόρεμα ὁ κροκωτός. ἐφόρει δὲ λεοντῆν, ἵνα ᾖ φοβερὸς ὡς Ἡρακλῆς. Ἡρα‐ κλέους γὰρ φόρεμα ἡ λεοντῆ. ⟦κροκωτῷ, γυναικείῳ ἐκ πήνης ἐνδύματι.⟧ —γυναικείῳ ἐνδύματι ἐκ μετά‐</w:t>
      </w:r>
    </w:p>
    <w:p>
      <w:r>
        <w:rPr>
          <w:rFonts w:ascii="Courier New" w:hAnsi="Courier New"/>
          <w:color w:val="555555"/>
          <w:sz w:val="20"/>
        </w:rPr>
        <w:t>[5]</w:t>
      </w:r>
    </w:p>
    <w:p>
      <w:r>
        <w:rPr>
          <w:rFonts w:ascii="Gentium Plus" w:hAnsi="Gentium Plus"/>
          <w:sz w:val="24"/>
        </w:rPr>
        <w:t>ξης. Θ. E.</w:t>
      </w:r>
    </w:p>
    <w:p>
      <w:r>
        <w:rPr>
          <w:rFonts w:ascii="Courier New" w:hAnsi="Courier New"/>
          <w:color w:val="555555"/>
          <w:sz w:val="20"/>
        </w:rPr>
        <w:t>[sch ran 47]</w:t>
      </w:r>
    </w:p>
    <w:p>
      <w:r>
        <w:rPr>
          <w:rFonts w:ascii="Gentium Plus" w:hAnsi="Gentium Plus"/>
          <w:sz w:val="24"/>
        </w:rPr>
        <w:t>τίς ὁ νοῦς ἀντὶ τοῦ τί ὁ νοῦς θέλει εἶναι. V. ποία διάνοια. G. κόθορνος: Τινὲς ὅτι ὁ κόθορνος εἰς ἀμφοτέρους τοὺς πόδας ἁρμόζει, οἱ δὲ ὅτι ἀνδράσι καὶ γυναιξὶν ἁρμότ‐</w:t>
      </w:r>
    </w:p>
    <w:p>
      <w:r>
        <w:rPr>
          <w:rFonts w:ascii="Courier New" w:hAnsi="Courier New"/>
          <w:color w:val="555555"/>
          <w:sz w:val="20"/>
        </w:rPr>
        <w:t>[5]</w:t>
      </w:r>
    </w:p>
    <w:p>
      <w:r>
        <w:rPr>
          <w:rFonts w:ascii="Gentium Plus" w:hAnsi="Gentium Plus"/>
          <w:sz w:val="24"/>
        </w:rPr>
        <w:t>τει. (ἔνθεν καὶ Θηραμένης κόθορνος ἐλέγετο. ὅτι τοῖς καιροῖς καθομιλεῖν δύναται. ὁ δὲ Ξενοφῶν ἐν Ἑλληνι‐ κοῖς [2, 3, 31] ἀμφοτέροις τοῖς ποσὶν ἁρμόζειν αὐτόν φησιν. ἐκπλήττεται δὲ ὁ Ἡρακλῆς ὁρῶν τὴν ἄτοπον ταύτην σκευὴν, καὶ ὅτι τὰ ἄμικτα ἔμιξεν. ὁ μὲν γὰρ</w:t>
      </w:r>
    </w:p>
    <w:p>
      <w:r>
        <w:rPr>
          <w:rFonts w:ascii="Courier New" w:hAnsi="Courier New"/>
          <w:color w:val="555555"/>
          <w:sz w:val="20"/>
        </w:rPr>
        <w:t>[10]</w:t>
      </w:r>
    </w:p>
    <w:p>
      <w:r>
        <w:rPr>
          <w:rFonts w:ascii="Gentium Plus" w:hAnsi="Gentium Plus"/>
          <w:sz w:val="24"/>
        </w:rPr>
        <w:t>κροκωτὸς καὶ ὁ κόθορνος γυναικεῖά ἐστιν, ἡ δὲ λεοντῆ καὶ τὸ ῥόπαλον ἀνδρῷα.)</w:t>
      </w:r>
    </w:p>
    <w:p>
      <w:r>
        <w:rPr>
          <w:rFonts w:ascii="Courier New" w:hAnsi="Courier New"/>
          <w:color w:val="555555"/>
          <w:sz w:val="20"/>
        </w:rPr>
        <w:t>[sch ran 48]</w:t>
      </w:r>
    </w:p>
    <w:p>
      <w:r>
        <w:rPr>
          <w:rFonts w:ascii="Gentium Plus" w:hAnsi="Gentium Plus"/>
          <w:sz w:val="24"/>
        </w:rPr>
        <w:t>ἐπεβάτευον Κλεισθένει: Παίζει. λέγεται γὰρ καὶ ἐπὶ νεὼς τὸ ἐπιβατεύειν καὶ ἐπὶ συνουσίας κατὰ μεταφορὰν τῶν ἀλόγων ζῴων, ἃ ἐπιβαίνοντα συνου‐ σιάζει. Ἄλλως. Κλεισθένης ὁ Σιβυρτίου ἐπ’ αἰσχρό‐</w:t>
      </w:r>
    </w:p>
    <w:p>
      <w:r>
        <w:rPr>
          <w:rFonts w:ascii="Courier New" w:hAnsi="Courier New"/>
          <w:color w:val="555555"/>
          <w:sz w:val="20"/>
        </w:rPr>
        <w:t>[5]</w:t>
      </w:r>
    </w:p>
    <w:p>
      <w:r>
        <w:rPr>
          <w:rFonts w:ascii="Gentium Plus" w:hAnsi="Gentium Plus"/>
          <w:sz w:val="24"/>
        </w:rPr>
        <w:t>τητι κωμῳδεῖται. ἦν δὲ λεῖος τὸ γένειον· διὸ καὶ εὐ‐ νούχῳ εἰκάζει αὐτόν. (Ἄλλως. τὸν Κλεισθένην καὶ ἐπὶ τοῦ πασχητιᾶν κωμῳδοῦσιν. ἐμφαίνει οὖν ὅτι εἰ κατὰ στρατείαν ἀπεδήμουν, μετὰ Κλεισθένους ἂν ἐστρα‐ τευσάμην. καὶ τὸ ἐπεβάτευον ἐκείνῳ, κακεμφάτως.</w:t>
      </w:r>
    </w:p>
    <w:p>
      <w:r>
        <w:rPr>
          <w:rFonts w:ascii="Courier New" w:hAnsi="Courier New"/>
          <w:color w:val="555555"/>
          <w:sz w:val="20"/>
        </w:rPr>
        <w:t>[10]</w:t>
      </w:r>
    </w:p>
    <w:p>
      <w:r>
        <w:rPr>
          <w:rFonts w:ascii="Gentium Plus" w:hAnsi="Gentium Plus"/>
          <w:sz w:val="24"/>
        </w:rPr>
        <w:t>ἐστρατήγησε δὲ νεωστὶ καὶ ἐνίκησεν οὗτος.)</w:t>
      </w:r>
    </w:p>
    <w:p>
      <w:r>
        <w:rPr>
          <w:rFonts w:ascii="Courier New" w:hAnsi="Courier New"/>
          <w:color w:val="555555"/>
          <w:sz w:val="20"/>
        </w:rPr>
        <w:t>[sch ran 49]</w:t>
      </w:r>
    </w:p>
    <w:p>
      <w:r>
        <w:rPr>
          <w:rFonts w:ascii="Gentium Plus" w:hAnsi="Gentium Plus"/>
          <w:sz w:val="24"/>
        </w:rPr>
        <w:t>κατεδύσαμεν: Ἐβυθίσαμεν εἰς τὴν θάλασσαν. Victor.</w:t>
      </w:r>
    </w:p>
    <w:p>
      <w:r>
        <w:rPr>
          <w:rFonts w:ascii="Courier New" w:hAnsi="Courier New"/>
          <w:color w:val="555555"/>
          <w:sz w:val="20"/>
        </w:rPr>
        <w:t>[sch ran 51]</w:t>
      </w:r>
    </w:p>
    <w:p>
      <w:r>
        <w:rPr>
          <w:rFonts w:ascii="Gentium Plus" w:hAnsi="Gentium Plus"/>
          <w:sz w:val="24"/>
        </w:rPr>
        <w:t>σφὼ νὴ τὸν Ἀπόλλω: Θαυμάζων (καὶ ἀπιστῶν) λέγει ὁ Ἡρακλῆς τὸ σφώ. τινὲς δὲ εἰς τὸν Ἀπόλλω δύο στίζουσι καὶ εἰς τὸ ἐξηγρόμην. κᾆτ’ ἔγωγ’ ἐξηγρόμην: Σκώπτει τὸν Διόνυσον. καὶ</w:t>
      </w:r>
    </w:p>
    <w:p>
      <w:r>
        <w:rPr>
          <w:rFonts w:ascii="Courier New" w:hAnsi="Courier New"/>
          <w:color w:val="555555"/>
          <w:sz w:val="20"/>
        </w:rPr>
        <w:t>[5]</w:t>
      </w:r>
    </w:p>
    <w:p>
      <w:r>
        <w:rPr>
          <w:rFonts w:ascii="Gentium Plus" w:hAnsi="Gentium Plus"/>
          <w:sz w:val="24"/>
        </w:rPr>
        <w:t>ἐγὼ, φησὶν, ἀνέστην ἐξ ὀνείρου· δηλῶν ὅτι ὄναρ ταῦτα ἔπραξεν. οἱ δέ φασιν ὡς ὁ Διόνυσος ταῦτα λέγει, κᾆτ’ ἔγωγ’ ἐξηγρόμην, ὡς τῶν ἐπίτηδες ψευδομένων ἐπιλε‐ γόντων τοῦτο, καθ’ ὃ δηλοῦται ὅτι ἐνυπνίῳ ἔοικε τὸ λε‐ γόμενον. οἱ δὲ τῷ Ἡρακλεῖ προσνέμουσι τοῦτο, οἱ δὲ</w:t>
      </w:r>
    </w:p>
    <w:p>
      <w:r>
        <w:rPr>
          <w:rFonts w:ascii="Courier New" w:hAnsi="Courier New"/>
          <w:color w:val="555555"/>
          <w:sz w:val="20"/>
        </w:rPr>
        <w:t>[10]</w:t>
      </w:r>
    </w:p>
    <w:p>
      <w:r>
        <w:rPr>
          <w:rFonts w:ascii="Gentium Plus" w:hAnsi="Gentium Plus"/>
          <w:sz w:val="24"/>
        </w:rPr>
        <w:t>τῷ Ξανθίᾳ. καὶ τὸ, νὴ τὸν Ἀπόλλω, τῷ Διονύσῳ. μόνον γὰρ τὸ σφώ λέγειν τὸν Ἡρακλῆν.⟧ —σφώ:</w:t>
      </w:r>
    </w:p>
    <w:p>
      <w:r>
        <w:rPr>
          <w:rFonts w:ascii="Courier New" w:hAnsi="Courier New"/>
          <w:color w:val="555555"/>
          <w:sz w:val="20"/>
        </w:rPr>
        <w:t>[sch ran 53]</w:t>
      </w:r>
    </w:p>
    <w:p>
      <w:r>
        <w:rPr>
          <w:rFonts w:ascii="Gentium Plus" w:hAnsi="Gentium Plus"/>
          <w:sz w:val="24"/>
        </w:rPr>
        <w:t>τὴν Ἀνδρομέδαν: (Τῶν καλλίστων Εὐριπίδου δρᾶμα ἡ Ἀνδρομέδα.) διὰ τί δὲ μὴ ἄλλο τι τῶν πρὸ ὀλίγου διδαχθέντων καὶ καλῶν, Ὑψιπύλης, Φοινισσῶν, Ἀντιόπης; ἡ δὲ Ἀνδρομέδα ὀγδόῳ ἔτει προεισῆλθεν.</w:t>
      </w:r>
    </w:p>
    <w:p>
      <w:r>
        <w:rPr>
          <w:rFonts w:ascii="Courier New" w:hAnsi="Courier New"/>
          <w:color w:val="555555"/>
          <w:sz w:val="20"/>
        </w:rPr>
        <w:t>[5]</w:t>
      </w:r>
    </w:p>
    <w:p>
      <w:r>
        <w:rPr>
          <w:rFonts w:ascii="Gentium Plus" w:hAnsi="Gentium Plus"/>
          <w:sz w:val="24"/>
        </w:rPr>
        <w:t>ἀλλ’ οὐ συκοφαντητὰ ἦν τὰ τοιαῦτα.</w:t>
      </w:r>
    </w:p>
    <w:p>
      <w:r>
        <w:rPr>
          <w:rFonts w:ascii="Courier New" w:hAnsi="Courier New"/>
          <w:color w:val="555555"/>
          <w:sz w:val="20"/>
        </w:rPr>
        <w:t>[sch ran 54]</w:t>
      </w:r>
    </w:p>
    <w:p>
      <w:r>
        <w:rPr>
          <w:rFonts w:ascii="Gentium Plus" w:hAnsi="Gentium Plus"/>
          <w:sz w:val="24"/>
        </w:rPr>
        <w:t>ἐπάταξε: Ἔπληξε. Vict.</w:t>
      </w:r>
    </w:p>
    <w:p>
      <w:r>
        <w:rPr>
          <w:rFonts w:ascii="Courier New" w:hAnsi="Courier New"/>
          <w:color w:val="555555"/>
          <w:sz w:val="20"/>
        </w:rPr>
        <w:t>[sch ran 55]</w:t>
      </w:r>
    </w:p>
    <w:p>
      <w:r>
        <w:rPr>
          <w:rFonts w:ascii="Gentium Plus" w:hAnsi="Gentium Plus"/>
          <w:sz w:val="24"/>
        </w:rPr>
        <w:t>μικρὸς ἡλίκος Μόλων: (Παίζει. ἔστι γὰρ μεγα‐ λόσωμος ὁ Μόλων. Ἄλλως.) Δίδυμός φησιν ὅτι δύο Μόλωνές εἰσιν, ὁ ὑποκριτὴς καὶ ὁ λωποδύτης· καὶ μᾶλ‐ λον τὸν λωποδύτην λέγει, ὅς ἐστι μικρὸς τὸ σῶμα. Τι‐</w:t>
      </w:r>
    </w:p>
    <w:p>
      <w:r>
        <w:rPr>
          <w:rFonts w:ascii="Courier New" w:hAnsi="Courier New"/>
          <w:color w:val="555555"/>
          <w:sz w:val="20"/>
        </w:rPr>
        <w:t>[5]</w:t>
      </w:r>
    </w:p>
    <w:p>
      <w:r>
        <w:rPr>
          <w:rFonts w:ascii="Gentium Plus" w:hAnsi="Gentium Plus"/>
          <w:sz w:val="24"/>
        </w:rPr>
        <w:t>μαχίδας δὲ τὸν ὑποκριτὴν λέγεσθαι νυνὶ Μόλωνα.</w:t>
      </w:r>
    </w:p>
    <w:p>
      <w:r>
        <w:rPr>
          <w:rFonts w:ascii="Courier New" w:hAnsi="Courier New"/>
          <w:color w:val="555555"/>
          <w:sz w:val="20"/>
        </w:rPr>
        <w:t>[sch ran 56]</w:t>
      </w:r>
    </w:p>
    <w:p>
      <w:r>
        <w:rPr>
          <w:rFonts w:ascii="Gentium Plus" w:hAnsi="Gentium Plus"/>
          <w:sz w:val="24"/>
        </w:rPr>
        <w:t>γυναικὸς οὐ δῆτα: Τινὲς ἀπὸ τοῦ γυναικὸς ἀμοιβαῖα ποιοῦσι, τινὲς δὲ ὅλον φασὶ τὸν Ἡρακλέα λέ‐ γειν, λογιζόμενον τίνος ἠράσθη Διόνυσος. τοῦ δὲ Διο‐ νύσου εἰπόντος τὸ ἀτταταῖ, ὁ Ἡρακλῆς ὑποπτεύει ἀν‐</w:t>
      </w:r>
    </w:p>
    <w:p>
      <w:r>
        <w:rPr>
          <w:rFonts w:ascii="Courier New" w:hAnsi="Courier New"/>
          <w:color w:val="555555"/>
          <w:sz w:val="20"/>
        </w:rPr>
        <w:t>[5]</w:t>
      </w:r>
    </w:p>
    <w:p>
      <w:r>
        <w:rPr>
          <w:rFonts w:ascii="Gentium Plus" w:hAnsi="Gentium Plus"/>
          <w:sz w:val="24"/>
        </w:rPr>
        <w:t>δρὸς ἐρασθῆναι Κλεισθένους τὸν Διόνυσον.</w:t>
      </w:r>
    </w:p>
    <w:p>
      <w:r>
        <w:rPr>
          <w:rFonts w:ascii="Courier New" w:hAnsi="Courier New"/>
          <w:color w:val="555555"/>
          <w:sz w:val="20"/>
        </w:rPr>
        <w:t>[sch ran 57]</w:t>
      </w:r>
    </w:p>
    <w:p>
      <w:r>
        <w:rPr>
          <w:rFonts w:ascii="Gentium Plus" w:hAnsi="Gentium Plus"/>
          <w:sz w:val="24"/>
        </w:rPr>
        <w:t>(ἀτταταί: Γράφεται ἀππαπαί. διὰ τούτου συγ‐ καταθεμένου τοῦ Διονύσου καὶ ὁ Ἡρακλῆς ἐπήνεγκε, μὴ τοῦ Κλεισθένους, διὰ τὸ, ἐπεβάτευον Κλεισθένει.) —ξυνεγένου: Αἰσχρῶς ἡνώθης. Vict.</w:t>
      </w:r>
    </w:p>
    <w:p>
      <w:r>
        <w:rPr>
          <w:rFonts w:ascii="Courier New" w:hAnsi="Courier New"/>
          <w:color w:val="555555"/>
          <w:sz w:val="20"/>
        </w:rPr>
        <w:t>[sch ran 58]</w:t>
      </w:r>
    </w:p>
    <w:p>
      <w:r>
        <w:rPr>
          <w:rFonts w:ascii="Gentium Plus" w:hAnsi="Gentium Plus"/>
          <w:sz w:val="24"/>
        </w:rPr>
        <w:t>(οὐ γὰρ ἀλλ’ ἔχω κακῶς: Ἀντὶ τοῦ καὶ γὰρ ἀλλά. τὸ ἀλλὰ παρέλκει Ἀττικῶς. ἀντὶ τοῦ, ἔχω γὰρ κακῶς.) —Ἄλλως. οὐ γὰρ ἀλλά ἀντὶ τοῦ καὶ γὰρ ἀλλά. Καλλίμαχος «οὐ γὰρ ἀλλ’ ἥκω.» V. οὐ γὰρ</w:t>
      </w:r>
    </w:p>
    <w:p>
      <w:r>
        <w:rPr>
          <w:rFonts w:ascii="Courier New" w:hAnsi="Courier New"/>
          <w:color w:val="555555"/>
          <w:sz w:val="20"/>
        </w:rPr>
        <w:t>[5]</w:t>
      </w:r>
    </w:p>
    <w:p>
      <w:r>
        <w:rPr>
          <w:rFonts w:ascii="Gentium Plus" w:hAnsi="Gentium Plus"/>
          <w:sz w:val="24"/>
        </w:rPr>
        <w:t>τοῦτό ἐστι. C. οὐ γὰρ τούτου ἐπιθυμῶ, ὃ λέγεις· ἀλλὰ κακῶς ἔχω. D.</w:t>
      </w:r>
    </w:p>
    <w:p>
      <w:r>
        <w:rPr>
          <w:rFonts w:ascii="Courier New" w:hAnsi="Courier New"/>
          <w:color w:val="555555"/>
          <w:sz w:val="20"/>
        </w:rPr>
        <w:t>[sch ran 59]</w:t>
      </w:r>
    </w:p>
    <w:p>
      <w:r>
        <w:rPr>
          <w:rFonts w:ascii="Gentium Plus" w:hAnsi="Gentium Plus"/>
          <w:sz w:val="24"/>
        </w:rPr>
        <w:t>ἐπιθυμία ἢ ἀγάπη. V.</w:t>
      </w:r>
    </w:p>
    <w:p>
      <w:r>
        <w:rPr>
          <w:rFonts w:ascii="Courier New" w:hAnsi="Courier New"/>
          <w:color w:val="555555"/>
          <w:sz w:val="20"/>
        </w:rPr>
        <w:t>[sch ran 61]</w:t>
      </w:r>
    </w:p>
    <w:p>
      <w:r>
        <w:rPr>
          <w:rFonts w:ascii="Gentium Plus" w:hAnsi="Gentium Plus"/>
          <w:sz w:val="24"/>
        </w:rPr>
        <w:t>δι’ αἰνιγμῶν: Ἀντὶ τοῦ δι’ ἀσαφείας. R. V. αἰ‐ νιγμάτων. Θ.</w:t>
      </w:r>
    </w:p>
    <w:p>
      <w:r>
        <w:rPr>
          <w:rFonts w:ascii="Courier New" w:hAnsi="Courier New"/>
          <w:color w:val="555555"/>
          <w:sz w:val="20"/>
        </w:rPr>
        <w:t>[sch ran 63]</w:t>
      </w:r>
    </w:p>
    <w:p>
      <w:r>
        <w:rPr>
          <w:rFonts w:ascii="Gentium Plus" w:hAnsi="Gentium Plus"/>
          <w:sz w:val="24"/>
        </w:rPr>
        <w:t>ἔτνους: Ὀσπρίου πισίνου. ὡς ἀδηφάγον δὲ τὸν Ἡρακλέα κωμῳδοῦσι. (τὸ δὲ ἔτνος εἶδος ἀθάρας.) ⟦οἱ δὲ ἀνδρεῖοι καὶ πρὸς τὰς μάχας θαυμαστοὶ ἔτνος ἐσθίου‐ σιν ὡς συντελοῦν αὐτοῖς πλεῖστα, ὡς οἱ περὶ ταῦτα δει‐</w:t>
      </w:r>
    </w:p>
    <w:p>
      <w:r>
        <w:rPr>
          <w:rFonts w:ascii="Courier New" w:hAnsi="Courier New"/>
          <w:color w:val="555555"/>
          <w:sz w:val="20"/>
        </w:rPr>
        <w:t>[5]</w:t>
      </w:r>
    </w:p>
    <w:p>
      <w:r>
        <w:rPr>
          <w:rFonts w:ascii="Gentium Plus" w:hAnsi="Gentium Plus"/>
          <w:sz w:val="24"/>
        </w:rPr>
        <w:t>νοὶ λέγουσιν.⟧</w:t>
      </w:r>
    </w:p>
    <w:p>
      <w:r>
        <w:rPr>
          <w:rFonts w:ascii="Courier New" w:hAnsi="Courier New"/>
          <w:color w:val="555555"/>
          <w:sz w:val="20"/>
        </w:rPr>
        <w:t>[sch ran 64]</w:t>
      </w:r>
    </w:p>
    <w:p>
      <w:r>
        <w:rPr>
          <w:rFonts w:ascii="Gentium Plus" w:hAnsi="Gentium Plus"/>
          <w:sz w:val="24"/>
        </w:rPr>
        <w:t>ἑτέρᾳ φράσω: Διδάσκω οἵως ἐρῶ, ὑποβαλών σοι τὸν ἔρωτα τοῦ ἔτνους. ἀντὶ τοῦ ἄλλῳ τινὶ ὑπο‐ δείγματι, οἷον ἄλλῳ τρόπῳ. ἔστι δὲ τὸ ἡμιστίχιον ἐξ Ὑψιπύλης Εὐριπίδου.</w:t>
      </w:r>
    </w:p>
    <w:p>
      <w:r>
        <w:rPr>
          <w:rFonts w:ascii="Courier New" w:hAnsi="Courier New"/>
          <w:color w:val="555555"/>
          <w:sz w:val="20"/>
        </w:rPr>
        <w:t>[sch ran 67]</w:t>
      </w:r>
    </w:p>
    <w:p>
      <w:r>
        <w:rPr>
          <w:rFonts w:ascii="Gentium Plus" w:hAnsi="Gentium Plus"/>
          <w:sz w:val="24"/>
        </w:rPr>
        <w:t>(καὶ ταῦτα τοῦ τεθνηκότος: Τινὲς βούλονται ἓν πρόσωπον λέγειν ὅλον. τινὲς δὲ διορίζουσι τὸ τοῦ τεθνη‐ κότος· ὡς τοῦ Ἡρακλέους λέγοντος αὐτό. οὕτω γὰρ καὶ αἱ διδασκαλίαι φέρουσι, τελευτήσαντος Εὐριπίδου τὸν</w:t>
      </w:r>
    </w:p>
    <w:p>
      <w:r>
        <w:rPr>
          <w:rFonts w:ascii="Courier New" w:hAnsi="Courier New"/>
          <w:color w:val="555555"/>
          <w:sz w:val="20"/>
        </w:rPr>
        <w:t>[5]</w:t>
      </w:r>
    </w:p>
    <w:p>
      <w:r>
        <w:rPr>
          <w:rFonts w:ascii="Gentium Plus" w:hAnsi="Gentium Plus"/>
          <w:sz w:val="24"/>
        </w:rPr>
        <w:t>υἱὸν αὐτοῦ δεδιδαχέναι ὁμώνυμον ἐν ἄστει Ἰφιγένειαν τὴν ἐν Αὐλίδι, Ἀλκμαίωνα, Βάκχας.)</w:t>
      </w:r>
    </w:p>
    <w:p>
      <w:r>
        <w:rPr>
          <w:rFonts w:ascii="Courier New" w:hAnsi="Courier New"/>
          <w:color w:val="555555"/>
          <w:sz w:val="20"/>
        </w:rPr>
        <w:t>[sch ran 71]</w:t>
      </w:r>
    </w:p>
    <w:p>
      <w:r>
        <w:rPr>
          <w:rFonts w:ascii="Gentium Plus" w:hAnsi="Gentium Plus"/>
          <w:sz w:val="24"/>
        </w:rPr>
        <w:t>αὐτοῦ γὰρ τοῦ Διονύσου ἐστὶν ὁ ἀγών.</w:t>
      </w:r>
    </w:p>
    <w:p>
      <w:r>
        <w:rPr>
          <w:rFonts w:ascii="Courier New" w:hAnsi="Courier New"/>
          <w:color w:val="555555"/>
          <w:sz w:val="20"/>
        </w:rPr>
        <w:t>[sch ran 72]</w:t>
      </w:r>
    </w:p>
    <w:p>
      <w:r>
        <w:rPr>
          <w:rFonts w:ascii="Gentium Plus" w:hAnsi="Gentium Plus"/>
          <w:sz w:val="24"/>
        </w:rPr>
        <w:t>(οἱ μὲν γὰρ οὐκ ἔτ’ εἰσὶν: Εὐριπίδου ἐξ Οἰνέως σὺ δ’ ὧδ’ ἔρημος ξυμμάχων ἀπόλλυσαι· οἱ μὲν γὰρ οὐκ ἔτ’ εἰσὶν, οἱ δ’ ὄντες κακοὶ.)</w:t>
      </w:r>
    </w:p>
    <w:p>
      <w:r>
        <w:rPr>
          <w:rFonts w:ascii="Courier New" w:hAnsi="Courier New"/>
          <w:color w:val="555555"/>
          <w:sz w:val="20"/>
        </w:rPr>
        <w:t>[sch ran 73]</w:t>
      </w:r>
    </w:p>
    <w:p>
      <w:r>
        <w:rPr>
          <w:rFonts w:ascii="Gentium Plus" w:hAnsi="Gentium Plus"/>
          <w:sz w:val="24"/>
        </w:rPr>
        <w:t>(τί δ’ οὐκ Ἰοφῶν: Υἱὸς Σοφοκλέους ὁ Ἰοφῶν. ἠγωνίσατο δὲ καὶ ἐνίκησε λαμπρῶς ἔτι ζῶντος τοῦ πατρὸς αὐτοῦ. διὸ ἀμφιβάλλει μήποτε τοῦ Σοφοκλέους</w:t>
      </w:r>
    </w:p>
    <w:p>
      <w:r>
        <w:rPr>
          <w:rFonts w:ascii="Courier New" w:hAnsi="Courier New"/>
          <w:color w:val="555555"/>
          <w:sz w:val="20"/>
        </w:rPr>
        <w:t>[sch ran 75]</w:t>
      </w:r>
    </w:p>
    <w:p>
      <w:r>
        <w:rPr>
          <w:rFonts w:ascii="Gentium Plus" w:hAnsi="Gentium Plus"/>
          <w:sz w:val="24"/>
        </w:rPr>
        <w:t>ἐπαινέσας αὐτὸν ὁ Ἀριστοφάνης ὅτι τοῦτο καὶ μόνον ἐστὶ λοιπὸν ἀγαθὸν, προελθὼν ἔψεξεν αὐτόν. V. ⟦ὅπως ἔχει: Εἴτε αὐτοῦ δηλονότι τὰ ποιήματα εἴτε τοῦ πατρὸς αὐτοῦ Σοφοκλέους. τοιαύτη γὰρ περὶ αὐτοῦ</w:t>
      </w:r>
    </w:p>
    <w:p>
      <w:r>
        <w:rPr>
          <w:rFonts w:ascii="Courier New" w:hAnsi="Courier New"/>
          <w:color w:val="555555"/>
          <w:sz w:val="20"/>
        </w:rPr>
        <w:t>[5]</w:t>
      </w:r>
    </w:p>
    <w:p>
      <w:r>
        <w:rPr>
          <w:rFonts w:ascii="Gentium Plus" w:hAnsi="Gentium Plus"/>
          <w:sz w:val="24"/>
        </w:rPr>
        <w:t>τοὺς πολλοὺς δόξα κατεῖχε.⟧ (πρότερον δὲ, τῇ ἡλικίᾳ, ἢ τιμιώτερον.)</w:t>
      </w:r>
    </w:p>
    <w:p>
      <w:r>
        <w:rPr>
          <w:rFonts w:ascii="Courier New" w:hAnsi="Courier New"/>
          <w:color w:val="555555"/>
          <w:sz w:val="20"/>
        </w:rPr>
        <w:t>[sch ran 78]</w:t>
      </w:r>
    </w:p>
    <w:p>
      <w:r>
        <w:rPr>
          <w:rFonts w:ascii="Gentium Plus" w:hAnsi="Gentium Plus"/>
          <w:sz w:val="24"/>
        </w:rPr>
        <w:t>οὒ, πρίν γ’ ἂν Ἰοφῶντα: Κωμῳδεῖται γὰρ ὁ Ἰοφῶν ὁ υἱὸς Σοφοκλέους ὡς τὰ τοῦ πατρὸς λέγων ποιήματα. (Ἄλλως. οὐ μόνον ἐπὶ τῷ ταῖς τοῦ πατρὸς τραγῳδίαις ἐπιγράφεσθαι κωμῳδεῖται, ἀλλ’ ἐπὶ τῷ καὶ</w:t>
      </w:r>
    </w:p>
    <w:p>
      <w:r>
        <w:rPr>
          <w:rFonts w:ascii="Courier New" w:hAnsi="Courier New"/>
          <w:color w:val="555555"/>
          <w:sz w:val="20"/>
        </w:rPr>
        <w:t>[5]</w:t>
      </w:r>
    </w:p>
    <w:p>
      <w:r>
        <w:rPr>
          <w:rFonts w:ascii="Gentium Plus" w:hAnsi="Gentium Plus"/>
          <w:sz w:val="24"/>
        </w:rPr>
        <w:t>ψυχρὸς καὶ μαλακὸς εἶναι.) —Νικοστράτης δὲ υἱὸς ἦν. φασὶ δὲ ὅτι καὶ Ἀρίστων τοῦ Σοφοκλέους νόθος υἱὸς ἐγεγόνει ἔκ τινος Θεωρίδος Σικυωνίας. V. τὸ δὲ κωδω‐ νίσω ἀντὶ τοῦ δοκιμάσω, ὅτι τινὰ τῶν ὀρνέων δοκιμά‐ ζεται τῷ τοῦ κώδωνος ψόφῳ. (καὶ τοὺς ἵππους οὕτως</w:t>
      </w:r>
    </w:p>
    <w:p>
      <w:r>
        <w:rPr>
          <w:rFonts w:ascii="Courier New" w:hAnsi="Courier New"/>
          <w:color w:val="555555"/>
          <w:sz w:val="20"/>
        </w:rPr>
        <w:t>[10]</w:t>
      </w:r>
    </w:p>
    <w:p>
      <w:r>
        <w:rPr>
          <w:rFonts w:ascii="Gentium Plus" w:hAnsi="Gentium Plus"/>
          <w:sz w:val="24"/>
        </w:rPr>
        <w:t>ἐδοκίμαζον κώδωσιν εἰ ψοφοδεεῖς εἶεν, καὶ τοὺς ὄρτυγας. οἱ γὰρ ὑπομένοντες τὸν ἦχον τοῦ κώδωνος ἐπιτηδείως ἔχουσι πρὸς μάχην. τινὲς δὲ ἀπὸ τῶν ἀγγείων τῶν σαθρῶν, ἐπεὶ οὕτω δοκιμάζουσι διακρούοντες. τινὲς δὲ ἀπὸ τῶν φυλακῶν. βέλτιον δὲ τὸ ἐπὶ τῶν ἵππων καὶ</w:t>
      </w:r>
    </w:p>
    <w:p>
      <w:r>
        <w:rPr>
          <w:rFonts w:ascii="Courier New" w:hAnsi="Courier New"/>
          <w:color w:val="555555"/>
          <w:sz w:val="20"/>
        </w:rPr>
        <w:t>[15]</w:t>
      </w:r>
    </w:p>
    <w:p>
      <w:r>
        <w:rPr>
          <w:rFonts w:ascii="Gentium Plus" w:hAnsi="Gentium Plus"/>
          <w:sz w:val="24"/>
        </w:rPr>
        <w:t>τῶν ἀγγείων· τὰ δὲ ἄλλα ἐσχεδίασται. Ἄλλως. ἡ μεταφορὰ ἀπὸ τῶν ἵππων τῶν κώδωνι δοκιμαζομένων εἰ θόρυβον ὑπομένειν δύνανται. Δημήτριος δὲ προσλαμ‐ βάνει καὶ ὅτι κατὰ τὰς φυλακὰς εἰ ἐγρηγόρασι κώδωσι διεσήμαινον, ὅπως ἂν φθέγγωνται.)</w:t>
      </w:r>
    </w:p>
    <w:p>
      <w:r>
        <w:rPr>
          <w:rFonts w:ascii="Courier New" w:hAnsi="Courier New"/>
          <w:color w:val="555555"/>
          <w:sz w:val="20"/>
        </w:rPr>
        <w:t>[sch ran 79]</w:t>
      </w:r>
    </w:p>
    <w:p>
      <w:r>
        <w:rPr>
          <w:rFonts w:ascii="Gentium Plus" w:hAnsi="Gentium Plus"/>
          <w:sz w:val="24"/>
        </w:rPr>
        <w:t>κωδωνίσω: Δοκιμάσω, ἐκ μεταφορᾶς τῶν νο‐ μισμάτων. C. διακηρύξω. D. δοκιμάσω, ἐξετάσω. Vict.</w:t>
      </w:r>
    </w:p>
    <w:p>
      <w:r>
        <w:rPr>
          <w:rFonts w:ascii="Courier New" w:hAnsi="Courier New"/>
          <w:color w:val="555555"/>
          <w:sz w:val="20"/>
        </w:rPr>
        <w:t>[sch ran 82]</w:t>
      </w:r>
    </w:p>
    <w:p>
      <w:r>
        <w:rPr>
          <w:rFonts w:ascii="Gentium Plus" w:hAnsi="Gentium Plus"/>
          <w:sz w:val="24"/>
        </w:rPr>
        <w:t>εὔκολος: Ἁπλοϊκὸς καὶ ἐλευθέριος. τοιοῦτος δὲ ὁ Σοφοκλῆς. —μαλακογνώμων. Θ. Vict.</w:t>
      </w:r>
    </w:p>
    <w:p>
      <w:r>
        <w:rPr>
          <w:rFonts w:ascii="Courier New" w:hAnsi="Courier New"/>
          <w:color w:val="555555"/>
          <w:sz w:val="20"/>
        </w:rPr>
        <w:t>[sch ran 83]</w:t>
      </w:r>
    </w:p>
    <w:p>
      <w:r>
        <w:rPr>
          <w:rFonts w:ascii="Gentium Plus" w:hAnsi="Gentium Plus"/>
          <w:sz w:val="24"/>
        </w:rPr>
        <w:t>Ἀγάθων δὲ: Οὗτος τραγῳδίας ποιητὴς (Ἀθη‐ ναῖος, υἱὸς Τισαμενοῦ). κωμῳδεῖται δὲ εἰς θηλύτητα. (ἦν δὲ καὶ κωμῳδοποιὸς τοῦ Σωκρατικοῦ διδασκαλείου.)</w:t>
      </w:r>
    </w:p>
    <w:p>
      <w:r>
        <w:rPr>
          <w:rFonts w:ascii="Courier New" w:hAnsi="Courier New"/>
          <w:color w:val="555555"/>
          <w:sz w:val="20"/>
        </w:rPr>
        <w:t>[sch ran 84]</w:t>
      </w:r>
    </w:p>
    <w:p>
      <w:r>
        <w:rPr>
          <w:rFonts w:ascii="Gentium Plus" w:hAnsi="Gentium Plus"/>
          <w:sz w:val="24"/>
        </w:rPr>
        <w:t>ποθεινὸς τοῖς φίλοις: Γράφεται δεξιός. φίλοις δὲ ἀντὶ τοῦ τοῖς σοφοῖς. οὗτος δὲ ἀγαθὸς ἦν τὸν τρόπον καὶ τὴν τράπεζαν λαμπρός. (καὶ φασὶν ὅτι τὸ Πλάτωνος συμπόσιον ἐν ἑστιάσει αὐτοῦ γέγραπται, πολλῶν ἅμα</w:t>
      </w:r>
    </w:p>
    <w:p>
      <w:r>
        <w:rPr>
          <w:rFonts w:ascii="Courier New" w:hAnsi="Courier New"/>
          <w:color w:val="555555"/>
          <w:sz w:val="20"/>
        </w:rPr>
        <w:t>[5]</w:t>
      </w:r>
    </w:p>
    <w:p>
      <w:r>
        <w:rPr>
          <w:rFonts w:ascii="Gentium Plus" w:hAnsi="Gentium Plus"/>
          <w:sz w:val="24"/>
        </w:rPr>
        <w:t>φιλοσόφων παρ’ αὐτῷ καταχθέντων.)</w:t>
      </w:r>
    </w:p>
    <w:p>
      <w:r>
        <w:rPr>
          <w:rFonts w:ascii="Courier New" w:hAnsi="Courier New"/>
          <w:color w:val="555555"/>
          <w:sz w:val="20"/>
        </w:rPr>
        <w:t>[sch ran 85]</w:t>
      </w:r>
    </w:p>
    <w:p>
      <w:r>
        <w:rPr>
          <w:rFonts w:ascii="Gentium Plus" w:hAnsi="Gentium Plus"/>
          <w:sz w:val="24"/>
        </w:rPr>
        <w:t>ἐς μακάρων εὐωχίαν: Ἢ ὡς περὶ τετελευτη‐ κότος λέγει, ὡσανεὶ εἶπε τὰς μακάρων νήσους· ἢ ὅτι Ἀρχελάῳ τῷ βασιλεῖ μέχρι τῆς τελευτῆς μετὰ ἄλλων πολλῶν συνῆν ἐν Μακεδονίᾳ, καὶ μακάρων εὐωχίαν</w:t>
      </w:r>
    </w:p>
    <w:p>
      <w:r>
        <w:rPr>
          <w:rFonts w:ascii="Courier New" w:hAnsi="Courier New"/>
          <w:color w:val="555555"/>
          <w:sz w:val="20"/>
        </w:rPr>
        <w:t>[5]</w:t>
      </w:r>
    </w:p>
    <w:p>
      <w:r>
        <w:rPr>
          <w:rFonts w:ascii="Gentium Plus" w:hAnsi="Gentium Plus"/>
          <w:sz w:val="24"/>
        </w:rPr>
        <w:t>ἔφη τὴν ἐν τοῖς βασιλείοις διατριβήν. ⟦τοῦτο δὲ παρ’ ὑπόνοιαν.⟧</w:t>
      </w:r>
    </w:p>
    <w:p>
      <w:r>
        <w:rPr>
          <w:rFonts w:ascii="Courier New" w:hAnsi="Courier New"/>
          <w:color w:val="555555"/>
          <w:sz w:val="20"/>
        </w:rPr>
        <w:t>[sch ran 86]</w:t>
      </w:r>
    </w:p>
    <w:p>
      <w:r>
        <w:rPr>
          <w:rFonts w:ascii="Gentium Plus" w:hAnsi="Gentium Plus"/>
          <w:sz w:val="24"/>
        </w:rPr>
        <w:t>Ξενοκλῆς: Υἱὸς Καρκίνου, ὃς κωμῳδεῖται ὡς ἄξεστος ἐν τῇ ποιήσει (καὶ ἀλληγορικός). ἀδελφοὶ δὲ αὐτοῦ Ξενόκλειτος, Ξενότιμος, Δᾶτις. (εἰσὶ δὲ, ὥς φασι, δύο Ξενοκλεῖς τραγῳδοὶ γεγονότες. τρίτος δέ</w:t>
      </w:r>
    </w:p>
    <w:p>
      <w:r>
        <w:rPr>
          <w:rFonts w:ascii="Courier New" w:hAnsi="Courier New"/>
          <w:color w:val="555555"/>
          <w:sz w:val="20"/>
        </w:rPr>
        <w:t>[5]</w:t>
      </w:r>
    </w:p>
    <w:p>
      <w:r>
        <w:rPr>
          <w:rFonts w:ascii="Gentium Plus" w:hAnsi="Gentium Plus"/>
          <w:sz w:val="24"/>
        </w:rPr>
        <w:t>ἐστι τούτοις ὁμώνυμος, πολιτικὸς, φαύλου μὲν πατρὸς, τῶν δὲ δήμων Χολαργεύς.)</w:t>
      </w:r>
    </w:p>
    <w:p>
      <w:r>
        <w:rPr>
          <w:rFonts w:ascii="Courier New" w:hAnsi="Courier New"/>
          <w:color w:val="555555"/>
          <w:sz w:val="20"/>
        </w:rPr>
        <w:t>[sch ran 87]</w:t>
      </w:r>
    </w:p>
    <w:p>
      <w:r>
        <w:rPr>
          <w:rFonts w:ascii="Gentium Plus" w:hAnsi="Gentium Plus"/>
          <w:sz w:val="24"/>
        </w:rPr>
        <w:t>Πυθάγγελος δέ: Τραγῳδίας ποιητὴς μοχθηρὸς καὶ ἄσημος. ὁ Ξανθίας δὲ ὑπομνησθεὶς τῆς Πυθαγγέλου φωνῆς φησὶν ὅτι οὐ φροντίζετέ μου Πυθαγγέλου καὶ ταῦτα (φροντίζοντες καὶ) μνημονεύοντες. (καλῶς δὲ καὶ</w:t>
      </w:r>
    </w:p>
    <w:p>
      <w:r>
        <w:rPr>
          <w:rFonts w:ascii="Courier New" w:hAnsi="Courier New"/>
          <w:color w:val="555555"/>
          <w:sz w:val="20"/>
        </w:rPr>
        <w:t>[5]</w:t>
      </w:r>
    </w:p>
    <w:p>
      <w:r>
        <w:rPr>
          <w:rFonts w:ascii="Gentium Plus" w:hAnsi="Gentium Plus"/>
          <w:sz w:val="24"/>
        </w:rPr>
        <w:t>πικρῶς ἔδειξεν ὡς δοῦλος τὸ προκείμενον.)</w:t>
      </w:r>
    </w:p>
    <w:p>
      <w:r>
        <w:rPr>
          <w:rFonts w:ascii="Courier New" w:hAnsi="Courier New"/>
          <w:color w:val="555555"/>
          <w:sz w:val="20"/>
        </w:rPr>
        <w:t>[sch ran 91]</w:t>
      </w:r>
    </w:p>
    <w:p>
      <w:r>
        <w:rPr>
          <w:rFonts w:ascii="Gentium Plus" w:hAnsi="Gentium Plus"/>
          <w:sz w:val="24"/>
        </w:rPr>
        <w:t>(λαλίστερα: Πολυλογώτερα. εἰς τοῦτο γὰρ Εὐ‐ ριπίδης ἐκακίζετο.) πλεῖν ἢ σταδίῳ: πλέον ἢ σταδίῳ Εὐριπίδου φλυαρότερα. R. V. τοῦτο δὲ ὡς ἐπὶ δρόμου, καθὼς καὶ ἐν τῇ συνηθείᾳ λέγομεν. V. ἀντὶ τοῦ λάλοι</w:t>
      </w:r>
    </w:p>
    <w:p>
      <w:r>
        <w:rPr>
          <w:rFonts w:ascii="Courier New" w:hAnsi="Courier New"/>
          <w:color w:val="555555"/>
          <w:sz w:val="20"/>
        </w:rPr>
        <w:t>[5]</w:t>
      </w:r>
    </w:p>
    <w:p>
      <w:r>
        <w:rPr>
          <w:rFonts w:ascii="Gentium Plus" w:hAnsi="Gentium Plus"/>
          <w:sz w:val="24"/>
        </w:rPr>
        <w:t>καὶ πιθανολόγοι. R.V.</w:t>
      </w:r>
    </w:p>
    <w:p>
      <w:r>
        <w:rPr>
          <w:rFonts w:ascii="Courier New" w:hAnsi="Courier New"/>
          <w:color w:val="555555"/>
          <w:sz w:val="20"/>
        </w:rPr>
        <w:t>[sch ran 92]</w:t>
      </w:r>
    </w:p>
    <w:p>
      <w:r>
        <w:rPr>
          <w:rFonts w:ascii="Gentium Plus" w:hAnsi="Gentium Plus"/>
          <w:sz w:val="24"/>
        </w:rPr>
        <w:t>ἐπιφυλλίδες: Κυρίως δὲ ἐπιφυλλίδες· οὕτω λέ‐ γεται τὰ βοτρύδια τὰ μετὰ τὸ πατεῖσθαι τῶν στεμφύ‐ λων ἐξερχόμενα. ταῦτα δὲ οὐ χρήσιμα. Ἄλλως. V. τὰ ἐπικείμενα τοῖς μεγάλοις βότρυσι βοτρύδια. (Καλ‐</w:t>
      </w:r>
    </w:p>
    <w:p>
      <w:r>
        <w:rPr>
          <w:rFonts w:ascii="Courier New" w:hAnsi="Courier New"/>
          <w:color w:val="555555"/>
          <w:sz w:val="20"/>
        </w:rPr>
        <w:t>[5]</w:t>
      </w:r>
    </w:p>
    <w:p>
      <w:r>
        <w:rPr>
          <w:rFonts w:ascii="Gentium Plus" w:hAnsi="Gentium Plus"/>
          <w:sz w:val="24"/>
        </w:rPr>
        <w:t>λίστρατος δὲ, τὰ αὐτὰ καθ’ ἑαυτὰ μικρά.) κέκληται δὲ οὕτως, διὰ τὸ τοῖς φύλλοις καλύπτεσθαι. (ἢ τὰ πρὸς αὐτοῖς τοῖς φύλλοις). Ἄλλως. ἐπιφυλλίδες εἰσὶ τὰ ἐν τοῖς βότρυσιν ἐν ἀρχῇ περιττώματα. οἱ δέ φασι τὰ ἐν κορυφαῖς τῶν κλημάτων. ταῦτα γὰρ οὐχ ὑποκάτω τῶν</w:t>
      </w:r>
    </w:p>
    <w:p>
      <w:r>
        <w:rPr>
          <w:rFonts w:ascii="Courier New" w:hAnsi="Courier New"/>
          <w:color w:val="555555"/>
          <w:sz w:val="20"/>
        </w:rPr>
        <w:t>[10]</w:t>
      </w:r>
    </w:p>
    <w:p>
      <w:r>
        <w:rPr>
          <w:rFonts w:ascii="Gentium Plus" w:hAnsi="Gentium Plus"/>
          <w:sz w:val="24"/>
        </w:rPr>
        <w:t>φύλλων, ὡς οἱ βότρυες, ἀλλ’ ἐπάνω φύονται. δείκνυσι δὲ ἐντεῦθεν ὡς οὐδὲν περὶ λόγους εἰσί.</w:t>
      </w:r>
    </w:p>
    <w:p>
      <w:r>
        <w:rPr>
          <w:rFonts w:ascii="Courier New" w:hAnsi="Courier New"/>
          <w:color w:val="555555"/>
          <w:sz w:val="20"/>
        </w:rPr>
        <w:t>[sch ran 93]</w:t>
      </w:r>
    </w:p>
    <w:p>
      <w:r>
        <w:rPr>
          <w:rFonts w:ascii="Gentium Plus" w:hAnsi="Gentium Plus"/>
          <w:sz w:val="24"/>
        </w:rPr>
        <w:t>χελιδόνων μουσεῖα: Παρὰ τὰ ἐν Ἀλκμήνῃ Εὐ‐ ριπίδου πολὺς δ’ ἀνεῖρπε κισσὸς, εὐφυὴς κλάδος, χελιδόνων μουσεῖον.</w:t>
      </w:r>
    </w:p>
    <w:p>
      <w:r>
        <w:rPr>
          <w:rFonts w:ascii="Courier New" w:hAnsi="Courier New"/>
          <w:color w:val="555555"/>
          <w:sz w:val="20"/>
        </w:rPr>
        <w:t>[5]</w:t>
      </w:r>
    </w:p>
    <w:p>
      <w:r>
        <w:rPr>
          <w:rFonts w:ascii="Gentium Plus" w:hAnsi="Gentium Plus"/>
          <w:sz w:val="24"/>
        </w:rPr>
        <w:t>ἀντὶ τοῦ βάρβαρα καὶ ἀσύνετα. καὶ γὰρ ἡ χελιδὼν ἐπὶ τῶν βαρβάρων καὶ ἐν τοῖς ἑξῆς [680] «οὗ περιβρέμεται Θρηϊκία χελιδών. —» τὸ χελιδόνων μουσεῖα παροιμία ἐπὶ τῶν πολυλόγων καὶ ἐπαχθῶν ταττομένη. τοιοῦτον γὰρ τὸ τῶν χελιδόνων γένος, πλέον διὰ τὸ πολὺ τῆς</w:t>
      </w:r>
    </w:p>
    <w:p>
      <w:r>
        <w:rPr>
          <w:rFonts w:ascii="Courier New" w:hAnsi="Courier New"/>
          <w:color w:val="555555"/>
          <w:sz w:val="20"/>
        </w:rPr>
        <w:t>[10]</w:t>
      </w:r>
    </w:p>
    <w:p>
      <w:r>
        <w:rPr>
          <w:rFonts w:ascii="Gentium Plus" w:hAnsi="Gentium Plus"/>
          <w:sz w:val="24"/>
        </w:rPr>
        <w:t>ᾠδῆς ἀνιῶν τοὺς ἀκούοντας ἢ διὰ τὸ μέλος εὐφραῖνον. καὶ ἐν τοῖς ἑξῆς «οὗ περιβρέμεται Θρηϊκία χελιδών.» Θ. a m. rec.</w:t>
      </w:r>
    </w:p>
    <w:p>
      <w:r>
        <w:rPr>
          <w:rFonts w:ascii="Courier New" w:hAnsi="Courier New"/>
          <w:color w:val="555555"/>
          <w:sz w:val="20"/>
        </w:rPr>
        <w:t>[sch ran 94]</w:t>
      </w:r>
    </w:p>
    <w:p>
      <w:r>
        <w:rPr>
          <w:rFonts w:ascii="Gentium Plus" w:hAnsi="Gentium Plus"/>
          <w:sz w:val="24"/>
        </w:rPr>
        <w:t>⟦ἃ φροῦδα: Ἀφανῆ ὑπὸ τῆς χαρᾶς. ἢν μόνον: Ἤγουν, εἴπερ ἅπαξ τοὺς περιεστῶτας ἐπαινέτας σχοῖεν τῶν δραμάτων.⟧</w:t>
      </w:r>
    </w:p>
    <w:p>
      <w:r>
        <w:rPr>
          <w:rFonts w:ascii="Courier New" w:hAnsi="Courier New"/>
          <w:color w:val="555555"/>
          <w:sz w:val="20"/>
        </w:rPr>
        <w:t>[sch ran 95]</w:t>
      </w:r>
    </w:p>
    <w:p>
      <w:r>
        <w:rPr>
          <w:rFonts w:ascii="Gentium Plus" w:hAnsi="Gentium Plus"/>
          <w:sz w:val="24"/>
        </w:rPr>
        <w:t>⟦προσουρήσαντα: Εὐθυδρομήσαντα, εὐδοκιμή‐ σαντα ἐν τραγῳδίας δράματι ἐπαινεθέντα. —οὐρίζω, τὸ ἀπὸ τοῦ οὔρου ἀνέμου. οὐρῶ, τὸ ἀπὸ τοῦ οὔρου, τοῦ ἐκκρινομένου ὑγροῦ. προσουρήσαντα οὖν, τὸ βραχύν</w:t>
      </w:r>
    </w:p>
    <w:p>
      <w:r>
        <w:rPr>
          <w:rFonts w:ascii="Courier New" w:hAnsi="Courier New"/>
          <w:color w:val="555555"/>
          <w:sz w:val="20"/>
        </w:rPr>
        <w:t>[5]</w:t>
      </w:r>
    </w:p>
    <w:p>
      <w:r>
        <w:rPr>
          <w:rFonts w:ascii="Gentium Plus" w:hAnsi="Gentium Plus"/>
          <w:sz w:val="24"/>
        </w:rPr>
        <w:t>τινα χρόνον διατρίψαντα, καὶ τῶν αὐτῶν λήρων ἐκ‐ χέαντα τῇ τραγῳδίᾳ. C.⟧</w:t>
      </w:r>
    </w:p>
    <w:p>
      <w:r>
        <w:rPr>
          <w:rFonts w:ascii="Courier New" w:hAnsi="Courier New"/>
          <w:color w:val="555555"/>
          <w:sz w:val="20"/>
        </w:rPr>
        <w:t>[sch ran 96]</w:t>
      </w:r>
    </w:p>
    <w:p>
      <w:r>
        <w:rPr>
          <w:rFonts w:ascii="Gentium Plus" w:hAnsi="Gentium Plus"/>
          <w:sz w:val="24"/>
        </w:rPr>
        <w:t>γόνιμον δὲ ποιητὴν: Ἀντὶ τοῦ φυσικόν τινα καὶ μὴ βεβιασμένον. ἢ γεννητικόν.</w:t>
      </w:r>
    </w:p>
    <w:p>
      <w:r>
        <w:rPr>
          <w:rFonts w:ascii="Courier New" w:hAnsi="Courier New"/>
          <w:color w:val="555555"/>
          <w:sz w:val="20"/>
        </w:rPr>
        <w:t>[sch ran 99]</w:t>
      </w:r>
    </w:p>
    <w:p>
      <w:r>
        <w:rPr>
          <w:rFonts w:ascii="Gentium Plus" w:hAnsi="Gentium Plus"/>
          <w:sz w:val="24"/>
        </w:rPr>
        <w:t>παρακεκινδυνευμένον: Ἀντὶ τοῦ ὑψηλὸν, βλάσ‐ φημον, (καὶ ὀγκῶδες.) ⟦παράδοξον, ἀσύνηθες.⟧</w:t>
      </w:r>
    </w:p>
    <w:p>
      <w:r>
        <w:rPr>
          <w:rFonts w:ascii="Courier New" w:hAnsi="Courier New"/>
          <w:color w:val="555555"/>
          <w:sz w:val="20"/>
        </w:rPr>
        <w:t>[sch ran 100]</w:t>
      </w:r>
    </w:p>
    <w:p>
      <w:r>
        <w:rPr>
          <w:rFonts w:ascii="Gentium Plus" w:hAnsi="Gentium Plus"/>
          <w:sz w:val="24"/>
        </w:rPr>
        <w:t>αἰθέρα Διὸς: Εὐριπίδου ἐκ Μελανίππης ὄμνυμι δ’ ἱρὸν αἰθέρ’, οἴκησιν Διός. τὸ δὲ χρόνου πόδα ἐστὶν ἐξ Ἀλεξάνδρας «καὶ χρόνου «προὔβαινε πούς.»</w:t>
      </w:r>
    </w:p>
    <w:p>
      <w:r>
        <w:rPr>
          <w:rFonts w:ascii="Courier New" w:hAnsi="Courier New"/>
          <w:color w:val="555555"/>
          <w:sz w:val="20"/>
        </w:rPr>
        <w:t>[sch ran 102]</w:t>
      </w:r>
    </w:p>
    <w:p>
      <w:r>
        <w:rPr>
          <w:rFonts w:ascii="Gentium Plus" w:hAnsi="Gentium Plus"/>
          <w:sz w:val="24"/>
        </w:rPr>
        <w:t>γλῶτταν δ’ ἐπιορκήσασαν: Παρὰ τὰ ἐξ Ἱππο‐ λύτου Εὐριπίδου [612] ἡ γλῶσς’ ὀμώμοχ’, ἡ δὲ φρὴν ἀνώμοτος.</w:t>
      </w:r>
    </w:p>
    <w:p>
      <w:r>
        <w:rPr>
          <w:rFonts w:ascii="Courier New" w:hAnsi="Courier New"/>
          <w:color w:val="555555"/>
          <w:sz w:val="20"/>
        </w:rPr>
        <w:t>[sch ran 103]</w:t>
      </w:r>
    </w:p>
    <w:p>
      <w:r>
        <w:rPr>
          <w:rFonts w:ascii="Gentium Plus" w:hAnsi="Gentium Plus"/>
          <w:sz w:val="24"/>
        </w:rPr>
        <w:t>σὲ δὲ ταῦτ’ ἀρέσκει: Ἀντὶ τοῦ σοί Ἀττικῶς. (σημειωτέον δὲ ὅτι οἱ Ἀττικοὶ κέχρηνται τῷ τοιούτῳ σχηματισμῷ. ὡς καὶ Εὐριπίδης ἐν Βάκχαις [503] «κα‐</w:t>
      </w:r>
    </w:p>
    <w:p>
      <w:r>
        <w:rPr>
          <w:rFonts w:ascii="Courier New" w:hAnsi="Courier New"/>
          <w:color w:val="555555"/>
          <w:sz w:val="20"/>
        </w:rPr>
        <w:t>[5]</w:t>
      </w:r>
    </w:p>
    <w:p>
      <w:r>
        <w:rPr>
          <w:rFonts w:ascii="Gentium Plus" w:hAnsi="Gentium Plus"/>
          <w:sz w:val="24"/>
        </w:rPr>
        <w:t>μάλα πλεῖν ἢ μαίνομαι: Οἱ μὲν βραχύνουσιν, ἵνα τοῦ η ἔκθλιψις εἶναι δοκῇ, οἱ δὲ ἐκτείνουσι τὸ α, κρᾶ‐ σιν πιστεύοντες εἶναι τοῦ η καὶ τοῦ α βραχέος εἰς τὸ α μακρόν. V. ⟦μᾶλλον ἢ μαίνομαι. οἱ μὲν, φασὶν, ἐκτεί‐ νουσιν· οἱ δὲ συστέλλουσι.⟧ (μεταλαμβάνεται δὲ εἰς</w:t>
      </w:r>
    </w:p>
    <w:p>
      <w:r>
        <w:rPr>
          <w:rFonts w:ascii="Courier New" w:hAnsi="Courier New"/>
          <w:color w:val="555555"/>
          <w:sz w:val="20"/>
        </w:rPr>
        <w:t>[10]</w:t>
      </w:r>
    </w:p>
    <w:p>
      <w:r>
        <w:rPr>
          <w:rFonts w:ascii="Gentium Plus" w:hAnsi="Gentium Plus"/>
          <w:sz w:val="24"/>
        </w:rPr>
        <w:t>τὸ μὲν οὖν, ἢ οὔκ· ἀλλὰ καὶ μᾶλλον. ἡ γὰρ μή ἀπα‐ γόρευσις παρὰ τοῖς παλαιοῖς ἀντὶ τῆς οὐ ἀρνήσεως πα‐ ραλαμβάνεται. Ἄλλως. ἀλλὰ πλέον ἢ μαίνομαι ἐπ’ αὐτῷ· τουτέστιν, ὑπερβαλλόντως μοι ἀρέσκει.)</w:t>
      </w:r>
    </w:p>
    <w:p>
      <w:r>
        <w:rPr>
          <w:rFonts w:ascii="Courier New" w:hAnsi="Courier New"/>
          <w:color w:val="555555"/>
          <w:sz w:val="20"/>
        </w:rPr>
        <w:t>[sch ran 104]</w:t>
      </w:r>
    </w:p>
    <w:p>
      <w:r>
        <w:rPr>
          <w:rFonts w:ascii="Gentium Plus" w:hAnsi="Gentium Plus"/>
          <w:sz w:val="24"/>
        </w:rPr>
        <w:t>κόβαλα: Ἀντὶ τοῦ κακοῦργα καὶ ἀνελεύθερα. (Δίδυμος, κατεστωμυλμένα, ἀπατητικά. καὶ κακοβού‐ λους, κοβάλους.)</w:t>
      </w:r>
    </w:p>
    <w:p>
      <w:r>
        <w:rPr>
          <w:rFonts w:ascii="Courier New" w:hAnsi="Courier New"/>
          <w:color w:val="555555"/>
          <w:sz w:val="20"/>
        </w:rPr>
        <w:t>[sch ran 105]</w:t>
      </w:r>
    </w:p>
    <w:p>
      <w:r>
        <w:rPr>
          <w:rFonts w:ascii="Gentium Plus" w:hAnsi="Gentium Plus"/>
          <w:sz w:val="24"/>
        </w:rPr>
        <w:t>(μὴ τὸν ἐμὸν οἴκει: Καὶ τοῦτο παρὰ τὸ ἐν Ἀνδρομάχῃ μὴ τὸν ἐμὸν οἴκει νοῦν, ἐγὼ γὰρ ἀρκέσω.)</w:t>
      </w:r>
    </w:p>
    <w:p>
      <w:r>
        <w:rPr>
          <w:rFonts w:ascii="Courier New" w:hAnsi="Courier New"/>
          <w:color w:val="555555"/>
          <w:sz w:val="20"/>
        </w:rPr>
        <w:t>[sch ran 106]</w:t>
      </w:r>
    </w:p>
    <w:p>
      <w:r>
        <w:rPr>
          <w:rFonts w:ascii="Gentium Plus" w:hAnsi="Gentium Plus"/>
          <w:sz w:val="24"/>
        </w:rPr>
        <w:t>καὶ μὴν ἀτεχνῶς γε: Ἀντὶ τοῦ ἀληθῶς ἢ ὅλως καὶ συνόλως, καὶ ἔστιν οἷον ἀδόλως. τέχνας γὰρ ἔλεγον οἱονεὶ τοὺς δόλους. [Hom. Od. Θ, 296:] «ἀμφὶ δὲ δε‐ «σμοὶ τεχνήεντες ἔχυντο.»</w:t>
      </w:r>
    </w:p>
    <w:p>
      <w:r>
        <w:rPr>
          <w:rFonts w:ascii="Courier New" w:hAnsi="Courier New"/>
          <w:color w:val="555555"/>
          <w:sz w:val="20"/>
        </w:rPr>
        <w:t>[sch ran 107]</w:t>
      </w:r>
    </w:p>
    <w:p>
      <w:r>
        <w:rPr>
          <w:rFonts w:ascii="Gentium Plus" w:hAnsi="Gentium Plus"/>
          <w:sz w:val="24"/>
        </w:rPr>
        <w:t>δειπνεῖν με δίδασκε: ⟦Τοῦτο γὰρ ἐπίστασαι, ἐκεῖνο δ’ οὔ.⟧ ταῦτά με, φησὶ, δίδασκε, καὶ μὴ κρῖνε τραγῳδίας. ὅτι ἀδηφάγος ὁ Ἡρακλῆς.</w:t>
      </w:r>
    </w:p>
    <w:p>
      <w:r>
        <w:rPr>
          <w:rFonts w:ascii="Courier New" w:hAnsi="Courier New"/>
          <w:color w:val="555555"/>
          <w:sz w:val="20"/>
        </w:rPr>
        <w:t>[sch ran 113]</w:t>
      </w:r>
    </w:p>
    <w:p>
      <w:r>
        <w:rPr>
          <w:rFonts w:ascii="Gentium Plus" w:hAnsi="Gentium Plus"/>
          <w:sz w:val="24"/>
        </w:rPr>
        <w:t>κρήνας: ⟦Γράφεται κρημνούς. ἐκτροπαὶ δὲ, ἐκνεύσεις τῶν ὁδῶν,⟧ ὅπου τις ἐκτραπῆναι δύναται. (διὰ τὸ ἐκτρέπεσθαι τῆς ὁδοῦ καὶ κρύπτεσθαι, ὅταν ταραχή τις γένηται τῶν νεκρῶν.) ⟦ὅσα δὲ οἱ ὁδοιπο‐</w:t>
      </w:r>
    </w:p>
    <w:p>
      <w:r>
        <w:rPr>
          <w:rFonts w:ascii="Courier New" w:hAnsi="Courier New"/>
          <w:color w:val="555555"/>
          <w:sz w:val="20"/>
        </w:rPr>
        <w:t>[5]</w:t>
      </w:r>
    </w:p>
    <w:p>
      <w:r>
        <w:rPr>
          <w:rFonts w:ascii="Gentium Plus" w:hAnsi="Gentium Plus"/>
          <w:sz w:val="24"/>
        </w:rPr>
        <w:t>ροῦντες ἐπάνω τῆς γῆς εὑρίσκουσι καθ’ ὁδὸν, ταῦτα καὶ αὐτὸς οἰόμενος καὶ ὑπὸ γῆν εἶναι, ἐρωτᾷ περὶ τού‐ των.⟧</w:t>
      </w:r>
    </w:p>
    <w:p>
      <w:r>
        <w:rPr>
          <w:rFonts w:ascii="Courier New" w:hAnsi="Courier New"/>
          <w:color w:val="555555"/>
          <w:sz w:val="20"/>
        </w:rPr>
        <w:t>[sch ran 115]</w:t>
      </w:r>
    </w:p>
    <w:p>
      <w:r>
        <w:rPr>
          <w:rFonts w:ascii="Gentium Plus" w:hAnsi="Gentium Plus"/>
          <w:sz w:val="24"/>
        </w:rPr>
        <w:t>ἐπειδὴ ῥυπαρὸς οὗτος ὁ τόπος· ὅπου δὲ ῥυπαρία, κόρεις εἰσίν. V.</w:t>
      </w:r>
    </w:p>
    <w:p>
      <w:r>
        <w:rPr>
          <w:rFonts w:ascii="Courier New" w:hAnsi="Courier New"/>
          <w:color w:val="555555"/>
          <w:sz w:val="20"/>
        </w:rPr>
        <w:t>[sch ran 116]</w:t>
      </w:r>
    </w:p>
    <w:p>
      <w:r>
        <w:rPr>
          <w:rFonts w:ascii="Gentium Plus" w:hAnsi="Gentium Plus"/>
          <w:sz w:val="24"/>
        </w:rPr>
        <w:t>ὁ Ἡρακλῆς πρὸς τὸν Ξανθίαν τὸ ὦ σχέτλιε. R. ὁ Ἡρακλῆς ἀκούσας τοῦ Ξανθίου λέγοντος ὅτι περὶ ἐμοῦ οὐδεὶς λόγος, πρὸς αὐτὸν ποιεῖται τὸν λόγον ὅτι καὶ σὺ τολμήσεις καταβῆναι. V.</w:t>
      </w:r>
    </w:p>
    <w:p>
      <w:r>
        <w:rPr>
          <w:rFonts w:ascii="Courier New" w:hAnsi="Courier New"/>
          <w:color w:val="555555"/>
          <w:sz w:val="20"/>
        </w:rPr>
        <w:t>[sch ran 118]</w:t>
      </w:r>
    </w:p>
    <w:p>
      <w:r>
        <w:rPr>
          <w:rFonts w:ascii="Gentium Plus" w:hAnsi="Gentium Plus"/>
          <w:sz w:val="24"/>
        </w:rPr>
        <w:t>ἀντὶ τοῦ διὰ ποίας ὁδοῦ. V.</w:t>
      </w:r>
    </w:p>
    <w:p>
      <w:r>
        <w:rPr>
          <w:rFonts w:ascii="Courier New" w:hAnsi="Courier New"/>
          <w:color w:val="555555"/>
          <w:sz w:val="20"/>
        </w:rPr>
        <w:t>[sch ran 119]</w:t>
      </w:r>
    </w:p>
    <w:p>
      <w:r>
        <w:rPr>
          <w:rFonts w:ascii="Gentium Plus" w:hAnsi="Gentium Plus"/>
          <w:sz w:val="24"/>
        </w:rPr>
        <w:t>μήτε θερμὴν: Μήτε ὅπου ἐστὶ καῦμα μήτε δυσχείμερον ὁδὸν εἴπῃς.</w:t>
      </w:r>
    </w:p>
    <w:p>
      <w:r>
        <w:rPr>
          <w:rFonts w:ascii="Courier New" w:hAnsi="Courier New"/>
          <w:color w:val="555555"/>
          <w:sz w:val="20"/>
        </w:rPr>
        <w:t>[sch ran 121]</w:t>
      </w:r>
    </w:p>
    <w:p>
      <w:r>
        <w:rPr>
          <w:rFonts w:ascii="Gentium Plus" w:hAnsi="Gentium Plus"/>
          <w:sz w:val="24"/>
        </w:rPr>
        <w:t>θρανίου: Θράνους καὶ θρανάτια ταπεινά τινα διφρίδια καὶ ὑποπόδια λέγονται· καὶ ἡ παρὰ τῷ ποιητῇ θρῆνυς· ἐφ’ ὧν ἱστάμενοι οἱ ἀπαγχόμενοι ἀρτῶσιν ἑαυ‐ τοὺς, ἀπολακτίζοντες αὐτά. τοῦ δὲ κάλω ἡ εὐθεῖα ὁ</w:t>
      </w:r>
    </w:p>
    <w:p>
      <w:r>
        <w:rPr>
          <w:rFonts w:ascii="Courier New" w:hAnsi="Courier New"/>
          <w:color w:val="555555"/>
          <w:sz w:val="20"/>
        </w:rPr>
        <w:t>[5]</w:t>
      </w:r>
    </w:p>
    <w:p>
      <w:r>
        <w:rPr>
          <w:rFonts w:ascii="Gentium Plus" w:hAnsi="Gentium Plus"/>
          <w:sz w:val="24"/>
        </w:rPr>
        <w:t>κάλως.</w:t>
      </w:r>
    </w:p>
    <w:p>
      <w:r>
        <w:rPr>
          <w:rFonts w:ascii="Courier New" w:hAnsi="Courier New"/>
          <w:color w:val="555555"/>
          <w:sz w:val="20"/>
        </w:rPr>
        <w:t>[sch ran 122]</w:t>
      </w:r>
    </w:p>
    <w:p>
      <w:r>
        <w:rPr>
          <w:rFonts w:ascii="Gentium Plus" w:hAnsi="Gentium Plus"/>
          <w:sz w:val="24"/>
        </w:rPr>
        <w:t>πνιγηρὰν λέγεις: Πρὸς τὸν πνιγμὸν τῆς ἀγχό‐ νης καὶ ὥσπερ ὁδοῦ καυματώδους. Ἄλλως. V. καυμα‐ τώδη· ἅμα μὲν ἀντὶ τοῦ θερμήν· πνιγεὺς γὰρ ἡ κάμι‐ νος· ἅμα δὲ ὅτι πνίγει τῷ χρόνῳ τὸ σχοινίον καὶ τὸ</w:t>
      </w:r>
    </w:p>
    <w:p>
      <w:r>
        <w:rPr>
          <w:rFonts w:ascii="Courier New" w:hAnsi="Courier New"/>
          <w:color w:val="555555"/>
          <w:sz w:val="20"/>
        </w:rPr>
        <w:t>[5]</w:t>
      </w:r>
    </w:p>
    <w:p>
      <w:r>
        <w:rPr>
          <w:rFonts w:ascii="Gentium Plus" w:hAnsi="Gentium Plus"/>
          <w:sz w:val="24"/>
        </w:rPr>
        <w:t>θρανίον.</w:t>
      </w:r>
    </w:p>
    <w:p>
      <w:r>
        <w:rPr>
          <w:rFonts w:ascii="Courier New" w:hAnsi="Courier New"/>
          <w:color w:val="555555"/>
          <w:sz w:val="20"/>
        </w:rPr>
        <w:t>[sch ran 123]</w:t>
      </w:r>
    </w:p>
    <w:p>
      <w:r>
        <w:rPr>
          <w:rFonts w:ascii="Gentium Plus" w:hAnsi="Gentium Plus"/>
          <w:sz w:val="24"/>
        </w:rPr>
        <w:t>σύντομος: Ὅτι οὐ μόνον ἐπίτομον λέγουσιν, ἀλλὰ καὶ σύντομον. τετριμμένην δὲ, ἅμα μὲν ὡς ἐπὶ ὁδοῦ ⟦κατημαξευμένησ⟧, ἅμα δὲ καὶ πρὸς τὸ κώνειον διὰ θυείας τρίβεσθαι.</w:t>
      </w:r>
    </w:p>
    <w:p>
      <w:r>
        <w:rPr>
          <w:rFonts w:ascii="Courier New" w:hAnsi="Courier New"/>
          <w:color w:val="555555"/>
          <w:sz w:val="20"/>
        </w:rPr>
        <w:t>[sch ran 125]</w:t>
      </w:r>
    </w:p>
    <w:p>
      <w:r>
        <w:rPr>
          <w:rFonts w:ascii="Gentium Plus" w:hAnsi="Gentium Plus"/>
          <w:sz w:val="24"/>
        </w:rPr>
        <w:t>ψυχράν γε καὶ δυσχείμερον: (Καὶ ὡς ἐπὶ ὁδοῦ ψυχρᾶς, καὶ ὅτι κατὰ ψύξιν φονεύει τὸ κώνειον.) ⟦πή‐ γνυσι δὲ, εἶπε, τἀντικνήμια.⟧ ἀπὸ τῶν ποδῶν γὰρ οὗ‐ τος ὁ θάνατος ἄρχεται, πρώτους αὐτοὺς καταψύχων.</w:t>
      </w:r>
    </w:p>
    <w:p>
      <w:r>
        <w:rPr>
          <w:rFonts w:ascii="Courier New" w:hAnsi="Courier New"/>
          <w:color w:val="555555"/>
          <w:sz w:val="20"/>
        </w:rPr>
        <w:t>[5]</w:t>
      </w:r>
    </w:p>
    <w:p>
      <w:r>
        <w:rPr>
          <w:rFonts w:ascii="Gentium Plus" w:hAnsi="Gentium Plus"/>
          <w:sz w:val="24"/>
        </w:rPr>
        <w:t>⟦ὡς τοῦ ζωτικοῦ αἵματος περὶ τὴν καρδίαν συστελλο‐ μένου.⟧</w:t>
      </w:r>
    </w:p>
    <w:p>
      <w:r>
        <w:rPr>
          <w:rFonts w:ascii="Courier New" w:hAnsi="Courier New"/>
          <w:color w:val="555555"/>
          <w:sz w:val="20"/>
        </w:rPr>
        <w:t>[sch ran 127]</w:t>
      </w:r>
    </w:p>
    <w:p>
      <w:r>
        <w:rPr>
          <w:rFonts w:ascii="Gentium Plus" w:hAnsi="Gentium Plus"/>
          <w:sz w:val="24"/>
        </w:rPr>
        <w:t>κατάντη: Οὕτως Ἀττικοὶ ἀντὶ τοῦ κατωφερῆ. εὐκολώτεραι γὰρ καὶ ταχύτεραι αἱ τοιαῦται ὁδοί.</w:t>
      </w:r>
    </w:p>
    <w:p>
      <w:r>
        <w:rPr>
          <w:rFonts w:ascii="Courier New" w:hAnsi="Courier New"/>
          <w:color w:val="555555"/>
          <w:sz w:val="20"/>
        </w:rPr>
        <w:t>[sch ran 128]</w:t>
      </w:r>
    </w:p>
    <w:p>
      <w:r>
        <w:rPr>
          <w:rFonts w:ascii="Gentium Plus" w:hAnsi="Gentium Plus"/>
          <w:sz w:val="24"/>
        </w:rPr>
        <w:t>ὡς ὄντος γε μὴ βαδιστικοῦ, ἐμοῦ δηλονότι τα‐ χέως βαδίζειν μὴ δυναμένου. V. ὀξύποδος ἐμοῦ. R.</w:t>
      </w:r>
    </w:p>
    <w:p>
      <w:r>
        <w:rPr>
          <w:rFonts w:ascii="Courier New" w:hAnsi="Courier New"/>
          <w:color w:val="555555"/>
          <w:sz w:val="20"/>
        </w:rPr>
        <w:t>[sch ran 131]</w:t>
      </w:r>
    </w:p>
    <w:p>
      <w:r>
        <w:rPr>
          <w:rFonts w:ascii="Gentium Plus" w:hAnsi="Gentium Plus"/>
          <w:sz w:val="24"/>
        </w:rPr>
        <w:t>ἀφιεμένην τὴν λαμπάδα: Τοὺς λαμπαδιστὰς ἀγῶνας. λαμπαδηδρομίαι δὲ γίνονται τρεῖς ἐν τῷ Κερα‐ μεικῷ, Ἀθηνᾶς, Ἡφαίστου, Προμηθέως. Κεραμει‐ κὸς τόπος Ἀθήνησιν ὅπου συνετέλουν οἱ Ἀθηναῖοι</w:t>
      </w:r>
    </w:p>
    <w:p>
      <w:r>
        <w:rPr>
          <w:rFonts w:ascii="Courier New" w:hAnsi="Courier New"/>
          <w:color w:val="555555"/>
          <w:sz w:val="20"/>
        </w:rPr>
        <w:t>[5]</w:t>
      </w:r>
    </w:p>
    <w:p>
      <w:r>
        <w:rPr>
          <w:rFonts w:ascii="Gentium Plus" w:hAnsi="Gentium Plus"/>
          <w:sz w:val="24"/>
        </w:rPr>
        <w:t>κατὰ ἐνιαυτὸν λαμπαδοῦχον ἀγῶνα. πρὸς δὲ τῷ τόπῳ τούτῳ πύργον τινὰ ὑπάρχειν φασίν. ἐφ’ ὃν συμβου‐ λεύει αὐτὸν ἀναβάντα θεωρεῖν τὴν λαμπάδα, καὶ ὅταν οἱ πρῶτοι λαμπαδίζοντες ἀφεθῶσι, καὶ αὐτὸν ἀπὸ τοῦ πύργου ἀφεῖναι ἑαυτὸν κάτω.</w:t>
      </w:r>
    </w:p>
    <w:p>
      <w:r>
        <w:rPr>
          <w:rFonts w:ascii="Courier New" w:hAnsi="Courier New"/>
          <w:color w:val="555555"/>
          <w:sz w:val="20"/>
        </w:rPr>
        <w:t>[sch ran 133]</w:t>
      </w:r>
    </w:p>
    <w:p>
      <w:r>
        <w:rPr>
          <w:rFonts w:ascii="Gentium Plus" w:hAnsi="Gentium Plus"/>
          <w:sz w:val="24"/>
        </w:rPr>
        <w:t>εἷναι, τόθ’ εἷναι: (Ἀντὶ τοῦ ἀφεῖναι τοὺς δρο‐ μεῖς. τινὲς δὲ γράφουσιν εἵητε, ἀντὶ τοῦ ἀφείητε, οἱ δρομεῖς δηλονότι.) τοῦτο δὲ γνωριμώτερον ἔχει τὸν νοῦν, ἐπειδὰν οἱ θεώμενοι εἴπωσιν ἀφείητε, δηλονότι οἱ τρέ‐</w:t>
      </w:r>
    </w:p>
    <w:p>
      <w:r>
        <w:rPr>
          <w:rFonts w:ascii="Courier New" w:hAnsi="Courier New"/>
          <w:color w:val="555555"/>
          <w:sz w:val="20"/>
        </w:rPr>
        <w:t>[5]</w:t>
      </w:r>
    </w:p>
    <w:p>
      <w:r>
        <w:rPr>
          <w:rFonts w:ascii="Gentium Plus" w:hAnsi="Gentium Plus"/>
          <w:sz w:val="24"/>
        </w:rPr>
        <w:t>χοντες, καὶ σὺ σαυτόν. (γράφεται δὲ ἐν πολλοῖς εἷναι, ἀντὶ τοῦ εἵητε. μήποτε τὸ δεύτερον εἷναι, τὸ ἓς καὶ σὺ σαυ‐ τὸν, ἁμαρτανομένου τοῦ προτέρου. λέγοι δ’ ἄν τις καὶ τοῦτο λόγον ἔχειν· ὡς τῶν θεωμένων ἐπικελευόντων τῷ τὸ σημεῖον ἀφιέντι κατὰ τὸ ἀρχαῖον σχῆμα, οὕτως εἷ‐</w:t>
      </w:r>
    </w:p>
    <w:p>
      <w:r>
        <w:rPr>
          <w:rFonts w:ascii="Courier New" w:hAnsi="Courier New"/>
          <w:color w:val="555555"/>
          <w:sz w:val="20"/>
        </w:rPr>
        <w:t>[10]</w:t>
      </w:r>
    </w:p>
    <w:p>
      <w:r>
        <w:rPr>
          <w:rFonts w:ascii="Gentium Plus" w:hAnsi="Gentium Plus"/>
          <w:sz w:val="24"/>
        </w:rPr>
        <w:t>ναι). ⟦Ἄλλως. ὅτι ἐν τῇ ἀφέσει τῆς λαμπάδος ση‐ μεῖον ἦν τοῖς μέλλουσι δραμεῖν, ὡς δεῖ τοῦ δρόμου κα‐ τάρξασθαι. ἦν δὲ τοῦτο πρὸ τοῦ εὑρεθῆναι παρὰ Τυρ‐ σηνοῖς τὴν σάλπιγγα. —εἷναι, τόθ’ εἷναι: Τὸ εἷναι σημαίνει καὶ τὸ κορευσθῆναι, ὡς ἐν τῷ «ἐξ ἔρον ἕντο,»</w:t>
      </w:r>
    </w:p>
    <w:p>
      <w:r>
        <w:rPr>
          <w:rFonts w:ascii="Courier New" w:hAnsi="Courier New"/>
          <w:color w:val="555555"/>
          <w:sz w:val="20"/>
        </w:rPr>
        <w:t>[15]</w:t>
      </w:r>
    </w:p>
    <w:p>
      <w:r>
        <w:rPr>
          <w:rFonts w:ascii="Gentium Plus" w:hAnsi="Gentium Plus"/>
          <w:sz w:val="24"/>
        </w:rPr>
        <w:t>καὶ ἔστι δασυνόμενον ὡς ἀπὸ τοῦ ἴω καὶ ἔημι τὸ πληρῶ. σημαίνει δὲ καὶ τὸ ἀφεῖναι καὶ πέμψαι, καὶ τοῦτο δασυνόμενον ὁμοῖον ὡς ἐνταῦθα. κανονίζεται δὲ οὕτως· ἵημι τὸ πέμπω, ὁ μέλλων ἥσω, ὁ βʹ ἀόριστος ἧν, ἡ μετοχὴ εἷς, ἕντος, καὶ τὸ ἀπαρέμφατον εἷναι.</w:t>
      </w:r>
    </w:p>
    <w:p>
      <w:r>
        <w:rPr>
          <w:rFonts w:ascii="Courier New" w:hAnsi="Courier New"/>
          <w:color w:val="555555"/>
          <w:sz w:val="20"/>
        </w:rPr>
        <w:t>[20]</w:t>
      </w:r>
    </w:p>
    <w:p>
      <w:r>
        <w:rPr>
          <w:rFonts w:ascii="Gentium Plus" w:hAnsi="Gentium Plus"/>
          <w:sz w:val="24"/>
        </w:rPr>
        <w:t>Vict.</w:t>
      </w:r>
    </w:p>
    <w:p>
      <w:r>
        <w:rPr>
          <w:rFonts w:ascii="Courier New" w:hAnsi="Courier New"/>
          <w:color w:val="555555"/>
          <w:sz w:val="20"/>
        </w:rPr>
        <w:t>[sch ran 134]</w:t>
      </w:r>
    </w:p>
    <w:p>
      <w:r>
        <w:rPr>
          <w:rFonts w:ascii="Gentium Plus" w:hAnsi="Gentium Plus"/>
          <w:sz w:val="24"/>
        </w:rPr>
        <w:t>ἀλλ’ ἀπολέσαιμ’ ἂν ἐγκεφάλου: (Καὶ γὰρ ὁ ἐγκέφαλος τῶν ἀνθρώπων ἔχει ὑφ’ ἑαυτὸν ὑμένας ἐοικό‐ τας τοῖς τῆς συκῆς φύλλοις. Ἄλλως.) Ἀρίσταρχος, πρὸς τὸ σχῆμα, φησὶ, τοῦ ἐγκεφάλου. ἔστι γὰρ ὥσπερ</w:t>
      </w:r>
    </w:p>
    <w:p>
      <w:r>
        <w:rPr>
          <w:rFonts w:ascii="Courier New" w:hAnsi="Courier New"/>
          <w:color w:val="555555"/>
          <w:sz w:val="20"/>
        </w:rPr>
        <w:t>[5]</w:t>
      </w:r>
    </w:p>
    <w:p>
      <w:r>
        <w:rPr>
          <w:rFonts w:ascii="Gentium Plus" w:hAnsi="Gentium Plus"/>
          <w:sz w:val="24"/>
        </w:rPr>
        <w:t>δύο θρῖα συγκείμενα. θρῖα δὲ, τὰ τῆς συκῆς φύλλα, καὶ τὰ θρῖα δὲ οὕτως σκευάζεται. λέγεται δὲ ἀπὸ τοῦ κατειλεῖσθαι τοῖς τῆς συκῆς φύλλοις. ἡ δὲ σκευασία ἐστὶ, στέαρ, μέλι, ᾠὰ, σεμίδαλις. εἰώθασι δὲ καὶ τὸν ἐγκέφαλον ὀπτᾶν κατειλήσαντες τοῖς τῆς συκῆς φύλλοις,</w:t>
      </w:r>
    </w:p>
    <w:p>
      <w:r>
        <w:rPr>
          <w:rFonts w:ascii="Courier New" w:hAnsi="Courier New"/>
          <w:color w:val="555555"/>
          <w:sz w:val="20"/>
        </w:rPr>
        <w:t>[10]</w:t>
      </w:r>
    </w:p>
    <w:p>
      <w:r>
        <w:rPr>
          <w:rFonts w:ascii="Gentium Plus" w:hAnsi="Gentium Plus"/>
          <w:sz w:val="24"/>
        </w:rPr>
        <w:t>ἢ μετὰ τῆς ἄλλης τοῦ θρίου κατασκευῆς. ἢ καὶ μόνον, πρὸς ὃ καὶ παρέθηκε τὸ θρῖον.</w:t>
      </w:r>
    </w:p>
    <w:p>
      <w:r>
        <w:rPr>
          <w:rFonts w:ascii="Courier New" w:hAnsi="Courier New"/>
          <w:color w:val="555555"/>
          <w:sz w:val="20"/>
        </w:rPr>
        <w:t>[sch ran 138]</w:t>
      </w:r>
    </w:p>
    <w:p>
      <w:r>
        <w:rPr>
          <w:rFonts w:ascii="Gentium Plus" w:hAnsi="Gentium Plus"/>
          <w:sz w:val="24"/>
        </w:rPr>
        <w:t>ἄβυσσος: Ἣν οὐδὲ βυθὸς χωρῆσαι δύναται. Ἴωνες δὲ τὸν βυθὸν βυσσόν φασι.</w:t>
      </w:r>
    </w:p>
    <w:p>
      <w:r>
        <w:rPr>
          <w:rFonts w:ascii="Courier New" w:hAnsi="Courier New"/>
          <w:color w:val="555555"/>
          <w:sz w:val="20"/>
        </w:rPr>
        <w:t>[sch ran 139]</w:t>
      </w:r>
    </w:p>
    <w:p>
      <w:r>
        <w:rPr>
          <w:rFonts w:ascii="Gentium Plus" w:hAnsi="Gentium Plus"/>
          <w:sz w:val="24"/>
        </w:rPr>
        <w:t>τυννουτῳί σε: Συνάγων τοὺς δακτύλους φησίν· ἀντὶ τοῦ μικρῷ. ὁμοίως δὲ καὶ τυτθὸν, τὸ νήπιον, ἀντὶ</w:t>
      </w:r>
    </w:p>
    <w:p>
      <w:r>
        <w:rPr>
          <w:rFonts w:ascii="Courier New" w:hAnsi="Courier New"/>
          <w:color w:val="555555"/>
          <w:sz w:val="20"/>
        </w:rPr>
        <w:t>[5]</w:t>
      </w:r>
    </w:p>
    <w:p>
      <w:r>
        <w:rPr>
          <w:rFonts w:ascii="Gentium Plus" w:hAnsi="Gentium Plus"/>
          <w:sz w:val="24"/>
        </w:rPr>
        <w:t>τὸ μικρὸν, ὁμοίως καὶ τυτθόν. R.</w:t>
      </w:r>
    </w:p>
    <w:p>
      <w:r>
        <w:rPr>
          <w:rFonts w:ascii="Courier New" w:hAnsi="Courier New"/>
          <w:color w:val="555555"/>
          <w:sz w:val="20"/>
        </w:rPr>
        <w:t>[sch ran 140]</w:t>
      </w:r>
    </w:p>
    <w:p>
      <w:r>
        <w:rPr>
          <w:rFonts w:ascii="Gentium Plus" w:hAnsi="Gentium Plus"/>
          <w:sz w:val="24"/>
        </w:rPr>
        <w:t>δύ’ ὀβολὼ μισθὸν λαβών: Οὐχ ὡς τοῦτο λαμ‐ βάνοντος, ἀλλὰ πρὸς τὸν δικαστικὸν μισθὸν, ὅτι δύο ὀβολῶν ἦν. ἅμα δὲ διὰ τὸ λεγόμενον, ὅτι τοῖς νεκροῖς ἐπὶ τοῦ στόματος βάλλουσι δύο ὀβολοὺς, καὶ ὅτι τὸ</w:t>
      </w:r>
    </w:p>
    <w:p>
      <w:r>
        <w:rPr>
          <w:rFonts w:ascii="Courier New" w:hAnsi="Courier New"/>
          <w:color w:val="555555"/>
          <w:sz w:val="20"/>
        </w:rPr>
        <w:t>[5]</w:t>
      </w:r>
    </w:p>
    <w:p>
      <w:r>
        <w:rPr>
          <w:rFonts w:ascii="Gentium Plus" w:hAnsi="Gentium Plus"/>
          <w:sz w:val="24"/>
        </w:rPr>
        <w:t>δικαστικὸν μισθάριον δύο ὀβολοὶ ἦσαν. ἐπιφέρει γοῦν ὡς μέγα δύνασθον πανταχοῦ τὼ δύ’ ὀβολώ. ἦν δὲ καὶ τριώβολον, τοῦτο τῶν στρατηγῶν κολακείας χάριν προστιθέντων. ἐπὶ δὲ Ἀριστοφάνους καὶ δραχμὴν ἦν λαβεῖν.</w:t>
      </w:r>
    </w:p>
    <w:p>
      <w:r>
        <w:rPr>
          <w:rFonts w:ascii="Courier New" w:hAnsi="Courier New"/>
          <w:color w:val="555555"/>
          <w:sz w:val="20"/>
        </w:rPr>
        <w:t>[sch ran 141]</w:t>
      </w:r>
    </w:p>
    <w:p>
      <w:r>
        <w:rPr>
          <w:rFonts w:ascii="Gentium Plus" w:hAnsi="Gentium Plus"/>
          <w:sz w:val="24"/>
        </w:rPr>
        <w:t>ἀντὶ τοῦ μεγάλην δύναμιν ἔχουσιν. R.</w:t>
      </w:r>
    </w:p>
    <w:p>
      <w:r>
        <w:rPr>
          <w:rFonts w:ascii="Courier New" w:hAnsi="Courier New"/>
          <w:color w:val="555555"/>
          <w:sz w:val="20"/>
        </w:rPr>
        <w:t>[sch ran 142]</w:t>
      </w:r>
    </w:p>
    <w:p>
      <w:r>
        <w:rPr>
          <w:rFonts w:ascii="Gentium Plus" w:hAnsi="Gentium Plus"/>
          <w:sz w:val="24"/>
        </w:rPr>
        <w:t>Θησεὺς ἤγαγε: Ὅτε κατῆλθε μετὰ Πειρίθου ⟦εἰς Ἀϊδωνέα, ἁρπάσαι βουλομένου τὴν κόρην τῆς Δή‐ μητρος Περσεφόνην. ἢ διὰ τὸ θητεύειν τὸν Χάρωνα δια‐ πορθμεύοντα.⟧</w:t>
      </w:r>
    </w:p>
    <w:p>
      <w:r>
        <w:rPr>
          <w:rFonts w:ascii="Courier New" w:hAnsi="Courier New"/>
          <w:color w:val="555555"/>
          <w:sz w:val="20"/>
        </w:rPr>
        <w:t>[sch ran 144]</w:t>
      </w:r>
    </w:p>
    <w:p>
      <w:r>
        <w:rPr>
          <w:rFonts w:ascii="Gentium Plus" w:hAnsi="Gentium Plus"/>
          <w:sz w:val="24"/>
        </w:rPr>
        <w:t>μή μ’ ἔκπληττε: Μή μ’ εἰς ἔκπληξιν καὶ φόβον ἔμβαλε· οὐ γάρ μ’ ἀποστήσεις τῆς ὁρμῆς. C. δειμάτου: Ἐκφόβει. Vict.</w:t>
      </w:r>
    </w:p>
    <w:p>
      <w:r>
        <w:rPr>
          <w:rFonts w:ascii="Courier New" w:hAnsi="Courier New"/>
          <w:color w:val="555555"/>
          <w:sz w:val="20"/>
        </w:rPr>
        <w:t>[sch ran 146]</w:t>
      </w:r>
    </w:p>
    <w:p>
      <w:r>
        <w:rPr>
          <w:rFonts w:ascii="Gentium Plus" w:hAnsi="Gentium Plus"/>
          <w:sz w:val="24"/>
        </w:rPr>
        <w:t>καὶ σκὼρ ἀεὶ νῶν: Ὅτι τινές φασι τῷ σκώρ πρῶτον κεχρῆσθαι Στράττιν ἐν Ἀταλάντῃ δράματι· ψεῦδος δὲ, πολλῷ γὰρ ὕστερον τῶν Βατράχων δεδί‐ δακται ἡ Ἀταλάντη Στράττιδος. —νῶν δὲ ἀντὶ τοῦ</w:t>
      </w:r>
    </w:p>
    <w:p>
      <w:r>
        <w:rPr>
          <w:rFonts w:ascii="Courier New" w:hAnsi="Courier New"/>
          <w:color w:val="555555"/>
          <w:sz w:val="20"/>
        </w:rPr>
        <w:t>[5]</w:t>
      </w:r>
    </w:p>
    <w:p>
      <w:r>
        <w:rPr>
          <w:rFonts w:ascii="Gentium Plus" w:hAnsi="Gentium Plus"/>
          <w:sz w:val="24"/>
        </w:rPr>
        <w:t>ῥέον, νᾶον νῶν. σκὼρ δὲ ἀποπάτημα, χέσμα. κειμένους δὲ ἀντὶ τοῦ κολαζομένους. R. V. νῶν: Ῥέον. C. νάον D. σκὼρ: Κόπρον. Vict.</w:t>
      </w:r>
    </w:p>
    <w:p>
      <w:r>
        <w:rPr>
          <w:rFonts w:ascii="Courier New" w:hAnsi="Courier New"/>
          <w:color w:val="555555"/>
          <w:sz w:val="20"/>
        </w:rPr>
        <w:t>[sch ran 149]</w:t>
      </w:r>
    </w:p>
    <w:p>
      <w:r>
        <w:rPr>
          <w:rFonts w:ascii="Gentium Plus" w:hAnsi="Gentium Plus"/>
          <w:sz w:val="24"/>
        </w:rPr>
        <w:t>ἠλοίησεν: Ἔτυψεν. R. Br., Vict. ἐφαρύτωσεν. ἢ γεραιὰν γνάθον ἔκρουσε. V.</w:t>
      </w:r>
    </w:p>
    <w:p>
      <w:r>
        <w:rPr>
          <w:rFonts w:ascii="Courier New" w:hAnsi="Courier New"/>
          <w:color w:val="555555"/>
          <w:sz w:val="20"/>
        </w:rPr>
        <w:t>[sch ran 151]</w:t>
      </w:r>
    </w:p>
    <w:p>
      <w:r>
        <w:rPr>
          <w:rFonts w:ascii="Gentium Plus" w:hAnsi="Gentium Plus"/>
          <w:sz w:val="24"/>
        </w:rPr>
        <w:t>ἢ Μορσίμου: Τραγῳδίας ποιητὴς ὑπόψυχρος. (ἔστι δὲ Φιλοκλέους υἱός. ἦν δὲ ὀφθαλμῶν ἰατρὸς ἀγα‐ θός. ἦν δὲ καὶ σμικρός. υἱὸν δὲ ἔσχεν Ἀστυδάμαντα.) —ἀντὶ τοῦ θανάσιμόν τινα λόγον ἔγραψεν, οἷα νῦν</w:t>
      </w:r>
    </w:p>
    <w:p>
      <w:r>
        <w:rPr>
          <w:rFonts w:ascii="Courier New" w:hAnsi="Courier New"/>
          <w:color w:val="555555"/>
          <w:sz w:val="20"/>
        </w:rPr>
        <w:t>[5]</w:t>
      </w:r>
    </w:p>
    <w:p>
      <w:r>
        <w:rPr>
          <w:rFonts w:ascii="Gentium Plus" w:hAnsi="Gentium Plus"/>
          <w:sz w:val="24"/>
        </w:rPr>
        <w:t>πολλὰ γίνονται τοῖς φαρμακοῖς. V.</w:t>
      </w:r>
    </w:p>
    <w:p>
      <w:r>
        <w:rPr>
          <w:rFonts w:ascii="Courier New" w:hAnsi="Courier New"/>
          <w:color w:val="555555"/>
          <w:sz w:val="20"/>
        </w:rPr>
        <w:t>[sch ran 153]</w:t>
      </w:r>
    </w:p>
    <w:p>
      <w:r>
        <w:rPr>
          <w:rFonts w:ascii="Gentium Plus" w:hAnsi="Gentium Plus"/>
          <w:sz w:val="24"/>
        </w:rPr>
        <w:t>τὴν Κινησίου: Κινησίας διθυραμβοποιός· ὃς ἐποίησε πυρρίχην. ἢ ὅτι ἐν τοῖς χοροῖς πολλῇ κινήσει ἐχρῆτο. (τινὲς δὲ οὐ γράφουσι τὸν, νὴ τοὺς θεοὺς, στί‐ χον, ἀλλ’ ἀφαιροῦσιν αὐτὸν καὶ τὸν ἑξῆς οὕτω γράφουσιν</w:t>
      </w:r>
    </w:p>
    <w:p>
      <w:r>
        <w:rPr>
          <w:rFonts w:ascii="Courier New" w:hAnsi="Courier New"/>
          <w:color w:val="555555"/>
          <w:sz w:val="20"/>
        </w:rPr>
        <w:t>[5]</w:t>
      </w:r>
    </w:p>
    <w:p>
      <w:r>
        <w:rPr>
          <w:rFonts w:ascii="Gentium Plus" w:hAnsi="Gentium Plus"/>
          <w:sz w:val="24"/>
        </w:rPr>
        <w:t>ἢ πυρρίχην τις ἔμαθε τὴν Κινησίου. διὸ καὶ Ἀριστοφάνης παρατίθησι τὸ ἀντίσιγμα καὶ τὸ σίγμα. Ἄλλως. ὁ Κινησίας ἐπραγματεύσατο κατὰ τῶν κωμικῶν, [ὡς εἶεν ἀχορήγητοι. ἦν δὲ καὶ τὸ σῶμα ὀκνηρὸς καὶ κατεσκελετευκώς. δοκεῖ δὲ καὶ] κατησχη‐</w:t>
      </w:r>
    </w:p>
    <w:p>
      <w:r>
        <w:rPr>
          <w:rFonts w:ascii="Courier New" w:hAnsi="Courier New"/>
          <w:color w:val="555555"/>
          <w:sz w:val="20"/>
        </w:rPr>
        <w:t>[10]</w:t>
      </w:r>
    </w:p>
    <w:p>
      <w:r>
        <w:rPr>
          <w:rFonts w:ascii="Gentium Plus" w:hAnsi="Gentium Plus"/>
          <w:sz w:val="24"/>
        </w:rPr>
        <w:t>μονηκέναι τοῦ τῆς Ἑκάτης ἀγάλματος. διὸ καὶ ἐν τοῖς ἑξῆς [366] φησιν ἢ κατατιλᾷ τῶν ἑκαταίων, κυκλίοισι χοροῖσιν ὑπᾴδων. ἦν δὲ Θηβαῖος, μελοποιὸς κάκιστος, ὃς ἐν τοῖς χοροῖς ἐχρῆτο πολλῇ κινήσει.)</w:t>
      </w:r>
    </w:p>
    <w:p>
      <w:r>
        <w:rPr>
          <w:rFonts w:ascii="Courier New" w:hAnsi="Courier New"/>
          <w:color w:val="555555"/>
          <w:sz w:val="20"/>
        </w:rPr>
        <w:t>[sch ran 156]</w:t>
      </w:r>
    </w:p>
    <w:p>
      <w:r>
        <w:rPr>
          <w:rFonts w:ascii="Gentium Plus" w:hAnsi="Gentium Plus"/>
          <w:sz w:val="24"/>
        </w:rPr>
        <w:t>τοὺς τόπους τῶν μυρρίνων. R. μυρρινὼν ὁ τόπος τῶν μυρρίνων. V. τόπους μεστοὺς μυρινῶν. Θ.</w:t>
      </w:r>
    </w:p>
    <w:p>
      <w:r>
        <w:rPr>
          <w:rFonts w:ascii="Courier New" w:hAnsi="Courier New"/>
          <w:color w:val="555555"/>
          <w:sz w:val="20"/>
        </w:rPr>
        <w:t>[sch ran 158]</w:t>
      </w:r>
    </w:p>
    <w:p>
      <w:r>
        <w:rPr>
          <w:rFonts w:ascii="Gentium Plus" w:hAnsi="Gentium Plus"/>
          <w:sz w:val="24"/>
        </w:rPr>
        <w:t>οἱ μεμυημένοι: ⟦Λόγος γὰρ ἐκράτει παρ’ Ἀθη‐ ναίοις ὡς ὁ τὰ μυστήρια διδαχθεὶς μετὰ τὴν ἐνθένδε</w:t>
      </w:r>
    </w:p>
    <w:p>
      <w:r>
        <w:rPr>
          <w:rFonts w:ascii="Courier New" w:hAnsi="Courier New"/>
          <w:color w:val="555555"/>
          <w:sz w:val="20"/>
        </w:rPr>
        <w:t>[5]</w:t>
      </w:r>
    </w:p>
    <w:p>
      <w:r>
        <w:rPr>
          <w:rFonts w:ascii="Gentium Plus" w:hAnsi="Gentium Plus"/>
          <w:sz w:val="24"/>
        </w:rPr>
        <w:t>μυστήρια διδαχθέντες. Θ.</w:t>
      </w:r>
    </w:p>
    <w:p>
      <w:r>
        <w:rPr>
          <w:rFonts w:ascii="Courier New" w:hAnsi="Courier New"/>
          <w:color w:val="555555"/>
          <w:sz w:val="20"/>
        </w:rPr>
        <w:t>[sch ran 159]</w:t>
      </w:r>
    </w:p>
    <w:p>
      <w:r>
        <w:rPr>
          <w:rFonts w:ascii="Gentium Plus" w:hAnsi="Gentium Plus"/>
          <w:sz w:val="24"/>
        </w:rPr>
        <w:t>ὄνος ἄγων μυστήρια: Τοῖς μυστηρίοις ἐξ ἄστεως εἰς Ἐλευσῖνα διὰ τῶν ὄνων φέρουσι τὰ εἰς τὴν χρείαν· ὅθεν ἡ παροιμία, διὰ τὸ κακοπαθεῖν μάλιστα τοὺς ὄνους ἀχθοφοροῦντας. ὡς ἂν οὖν ὅμοιόν τι πάσχων</w:t>
      </w:r>
    </w:p>
    <w:p>
      <w:r>
        <w:rPr>
          <w:rFonts w:ascii="Courier New" w:hAnsi="Courier New"/>
          <w:color w:val="555555"/>
          <w:sz w:val="20"/>
        </w:rPr>
        <w:t>[5]</w:t>
      </w:r>
    </w:p>
    <w:p>
      <w:r>
        <w:rPr>
          <w:rFonts w:ascii="Gentium Plus" w:hAnsi="Gentium Plus"/>
          <w:sz w:val="24"/>
        </w:rPr>
        <w:t>διὰ τὸ πιέζεσθαι τῷ ἐπικειμένῳ ἄχθει, τὴν παροιμίαν μίγνυσιν.</w:t>
      </w:r>
    </w:p>
    <w:p>
      <w:r>
        <w:rPr>
          <w:rFonts w:ascii="Courier New" w:hAnsi="Courier New"/>
          <w:color w:val="555555"/>
          <w:sz w:val="20"/>
        </w:rPr>
        <w:t>[sch ran 160]</w:t>
      </w:r>
    </w:p>
    <w:p>
      <w:r>
        <w:rPr>
          <w:rFonts w:ascii="Gentium Plus" w:hAnsi="Gentium Plus"/>
          <w:sz w:val="24"/>
        </w:rPr>
        <w:t>(ἀτὰρ οὐ καθέξω: Ἅμα τῷ λόγῳ ῥίπτει τὰ σκεύη, ἵνα ὕστερον φαίνηται γελοιότερος, κελευόμενος ἆραι τὰ σκεύη. λέγει γοῦν, πρὶν καὶ καταθέσθαι, εἰ‐ πόντος, σὺ δὲ τὰ στρώματα αὖθις λάμβανε.)</w:t>
      </w:r>
    </w:p>
    <w:p>
      <w:r>
        <w:rPr>
          <w:rFonts w:ascii="Courier New" w:hAnsi="Courier New"/>
          <w:color w:val="555555"/>
          <w:sz w:val="20"/>
        </w:rPr>
        <w:t>[sch ran 165]</w:t>
      </w:r>
    </w:p>
    <w:p>
      <w:r>
        <w:rPr>
          <w:rFonts w:ascii="Gentium Plus" w:hAnsi="Gentium Plus"/>
          <w:sz w:val="24"/>
        </w:rPr>
        <w:t>τῷ Ξανθίᾳ φησὶν ὁ Διόνυσος. V.</w:t>
      </w:r>
    </w:p>
    <w:p>
      <w:r>
        <w:rPr>
          <w:rFonts w:ascii="Courier New" w:hAnsi="Courier New"/>
          <w:color w:val="555555"/>
          <w:sz w:val="20"/>
        </w:rPr>
        <w:t>[sch ran 168]</w:t>
      </w:r>
    </w:p>
    <w:p>
      <w:r>
        <w:rPr>
          <w:rFonts w:ascii="Gentium Plus" w:hAnsi="Gentium Plus"/>
          <w:sz w:val="24"/>
        </w:rPr>
        <w:t>τῶν νεκρῶν δηλονότι τῶν ἐπὶ τὸ ἀπελθεῖν μελ‐ λόντων εἰς τὸν ᾍδην. V. ἐκ τοῦ κόσμου πρὸς τὸν Ἅ‐ δην, ἢ τῶν ἐκφερομένων τῆς πόλεως, ἀφ’ οὗ καὶ ἐκφορὰ, ἐπὶ τὸν Ἅδην, ὃ κοινῶς ἐξόδιον λέγεται. Θ.</w:t>
      </w:r>
    </w:p>
    <w:p>
      <w:r>
        <w:rPr>
          <w:rFonts w:ascii="Courier New" w:hAnsi="Courier New"/>
          <w:color w:val="555555"/>
          <w:sz w:val="20"/>
        </w:rPr>
        <w:t>[sch ran 169]</w:t>
      </w:r>
    </w:p>
    <w:p>
      <w:r>
        <w:rPr>
          <w:rFonts w:ascii="Gentium Plus" w:hAnsi="Gentium Plus"/>
          <w:sz w:val="24"/>
        </w:rPr>
        <w:t>ἐὰν δὲ μἥὐρω: Ἀντὶ τοῦ, ἐὰν δὲ μὴ εὕρω. γράφεται καὶ ἔχω, ἤγουν, ἐὰν μὴ ἔχω ἀργύριον· ἵνα λείπῃ τὸ ἀργύριον.</w:t>
      </w:r>
    </w:p>
    <w:p>
      <w:r>
        <w:rPr>
          <w:rFonts w:ascii="Courier New" w:hAnsi="Courier New"/>
          <w:color w:val="555555"/>
          <w:sz w:val="20"/>
        </w:rPr>
        <w:t>[sch ran 171]</w:t>
      </w:r>
    </w:p>
    <w:p>
      <w:r>
        <w:rPr>
          <w:rFonts w:ascii="Gentium Plus" w:hAnsi="Gentium Plus"/>
          <w:sz w:val="24"/>
        </w:rPr>
        <w:t>πρὸς τὸν βασταζόμενον νεκρόν. R. V.</w:t>
      </w:r>
    </w:p>
    <w:p>
      <w:r>
        <w:rPr>
          <w:rFonts w:ascii="Courier New" w:hAnsi="Courier New"/>
          <w:color w:val="555555"/>
          <w:sz w:val="20"/>
        </w:rPr>
        <w:t>[sch ran 173]</w:t>
      </w:r>
    </w:p>
    <w:p>
      <w:r>
        <w:rPr>
          <w:rFonts w:ascii="Gentium Plus" w:hAnsi="Gentium Plus"/>
          <w:sz w:val="24"/>
        </w:rPr>
        <w:t>πός’ ἅττα: Ἀντὶ τοῦ, πόσα σκεύη ἔχετε. γε‐ λοίως δὲ ὁ βασταζόμενός φησιν, ἀσθενῶς δὲ ἐρεῖ. ἡ δραχμὴ δὲ, ἓξ ὀβολῶν. δώδεκα οὖν ὀβολοὺς αἰτεῖ.</w:t>
      </w:r>
    </w:p>
    <w:p>
      <w:r>
        <w:rPr>
          <w:rFonts w:ascii="Courier New" w:hAnsi="Courier New"/>
          <w:color w:val="555555"/>
          <w:sz w:val="20"/>
        </w:rPr>
        <w:t>[sch ran 174]</w:t>
      </w:r>
    </w:p>
    <w:p>
      <w:r>
        <w:rPr>
          <w:rFonts w:ascii="Gentium Plus" w:hAnsi="Gentium Plus"/>
          <w:sz w:val="24"/>
        </w:rPr>
        <w:t>(ὑπάγεθ’ ὑμεῖς: Ἀντὶ τοῦ ἀναχωρεῖτε. ἀπο‐ στρέφεται δὲ αὐτοὺς ὁ νεκρὸς, μὴ βουλόμενος σκευηφο‐ ρεῖν, διὰ τὸ ἐλάχιστον εἶναι τὸν μισθόν. τὸ δὲ, ὑπάγετε ὑμεῖς τῆς ὁδοῦ, ὁ νεκρός φησι πρὸς τοὺς νεκροφόρους.)</w:t>
      </w:r>
    </w:p>
    <w:p>
      <w:r>
        <w:rPr>
          <w:rFonts w:ascii="Courier New" w:hAnsi="Courier New"/>
          <w:color w:val="555555"/>
          <w:sz w:val="20"/>
        </w:rPr>
        <w:t>[sch ran 175]</w:t>
      </w:r>
    </w:p>
    <w:p>
      <w:r>
        <w:rPr>
          <w:rFonts w:ascii="Gentium Plus" w:hAnsi="Gentium Plus"/>
          <w:sz w:val="24"/>
        </w:rPr>
        <w:t>ἐὰν ξυμβῶ τί σοι: Ἐὰν ξυμβῶ σοι ἀντὶ τοῦ ἵνα ξυμφωνήσω σοί τι. (ἔλεγον δὲ τὸ ἵνα ἀντὶ τοῦ ἐάν. καὶ Ὅμηρος [Il. Η, 353] «ἵνα μὴ ῥέξομεν ὧδε.»)</w:t>
      </w:r>
    </w:p>
    <w:p>
      <w:r>
        <w:rPr>
          <w:rFonts w:ascii="Courier New" w:hAnsi="Courier New"/>
          <w:color w:val="555555"/>
          <w:sz w:val="20"/>
        </w:rPr>
        <w:t>[sch ran 177]</w:t>
      </w:r>
    </w:p>
    <w:p>
      <w:r>
        <w:rPr>
          <w:rFonts w:ascii="Gentium Plus" w:hAnsi="Gentium Plus"/>
          <w:sz w:val="24"/>
        </w:rPr>
        <w:t>ἐννέ’ ὀβολούς: Ἀντὶ τοῦ μίαν ἥμισυ δραχμήν· ἡ γὰρ δραχμὴ ἓξ ὀβολοί. R. Θ. μίαν ἥμισυ δραχμὴν δίδωσιν ὁ Διόνυσος. V. ἀναβιῴην νῦν: (Ὀχλούμενος ὑπ’ αὐτῶν τοῦτο λέγει. ἐν ἤθει δὲ ἐκ τοῦ ἐναντίου ἡμῖν·</w:t>
      </w:r>
    </w:p>
    <w:p>
      <w:r>
        <w:rPr>
          <w:rFonts w:ascii="Courier New" w:hAnsi="Courier New"/>
          <w:color w:val="555555"/>
          <w:sz w:val="20"/>
        </w:rPr>
        <w:t>[5]</w:t>
      </w:r>
    </w:p>
    <w:p>
      <w:r>
        <w:rPr>
          <w:rFonts w:ascii="Gentium Plus" w:hAnsi="Gentium Plus"/>
          <w:sz w:val="24"/>
        </w:rPr>
        <w:t>οἷον ἀπολοίμην. οἱ δὲ, ὅτι χαλεπὸν ἦν τότε τὸ ζῆν, ὥστε ἄμεινον εἶναι τὸ τεθνάναι. εἰς κατάραν οὖν λαμ‐ βάνει τὸ ἀναζῆσαι ἐν Ἀθηναίοις. κατηγορίαν δὲ ἔχει οὐ τὴν τυχοῦσαν. Ἄλλως. ἐν ἤθει, ἐπεὶ ἁπλῶς ὁ) ἀνθρώπινος βίος μοχθηρός. ἢ ὅτι τότε Ἀθηναίων δυστυ‐</w:t>
      </w:r>
    </w:p>
    <w:p>
      <w:r>
        <w:rPr>
          <w:rFonts w:ascii="Courier New" w:hAnsi="Courier New"/>
          <w:color w:val="555555"/>
          <w:sz w:val="20"/>
        </w:rPr>
        <w:t>[10]</w:t>
      </w:r>
    </w:p>
    <w:p>
      <w:r>
        <w:rPr>
          <w:rFonts w:ascii="Gentium Plus" w:hAnsi="Gentium Plus"/>
          <w:sz w:val="24"/>
        </w:rPr>
        <w:t>χούντων οἱ ἀπολλύμενοι ἐμακαρίζοντο.</w:t>
      </w:r>
    </w:p>
    <w:p>
      <w:r>
        <w:rPr>
          <w:rFonts w:ascii="Courier New" w:hAnsi="Courier New"/>
          <w:color w:val="555555"/>
          <w:sz w:val="20"/>
        </w:rPr>
        <w:t>[sch ran 178]</w:t>
      </w:r>
    </w:p>
    <w:p>
      <w:r>
        <w:rPr>
          <w:rFonts w:ascii="Gentium Plus" w:hAnsi="Gentium Plus"/>
          <w:sz w:val="24"/>
        </w:rPr>
        <w:t>ἀντὶ τοῦ βαστάσω. V. ἐγὼ βαστάζω. R.</w:t>
      </w:r>
    </w:p>
    <w:p>
      <w:r>
        <w:rPr>
          <w:rFonts w:ascii="Courier New" w:hAnsi="Courier New"/>
          <w:color w:val="555555"/>
          <w:sz w:val="20"/>
        </w:rPr>
        <w:t>[sch ran 180]</w:t>
      </w:r>
    </w:p>
    <w:p>
      <w:r>
        <w:rPr>
          <w:rFonts w:ascii="Gentium Plus" w:hAnsi="Gentium Plus"/>
          <w:sz w:val="24"/>
        </w:rPr>
        <w:t>ὠὸπ, παραβαλοῦ: Ἐλατικὸν ἐπίφθεγμα τὸ ὠόπ. τὸ δὲ παραβαλοῦ ἀντὶ τοῦ ὅρμισον τῇ γῇ τὴν ναῦν. ἐν τῇ νηὶ γὰρ ὁ Χάρων λέγει. —πλησίασον τὸ σκάφος τῷ λιμένι. Br.</w:t>
      </w:r>
    </w:p>
    <w:p>
      <w:r>
        <w:rPr>
          <w:rFonts w:ascii="Courier New" w:hAnsi="Courier New"/>
          <w:color w:val="555555"/>
          <w:sz w:val="20"/>
        </w:rPr>
        <w:t>[sch ran 181]</w:t>
      </w:r>
    </w:p>
    <w:p>
      <w:r>
        <w:rPr>
          <w:rFonts w:ascii="Gentium Plus" w:hAnsi="Gentium Plus"/>
          <w:sz w:val="24"/>
        </w:rPr>
        <w:t>(τοῦτο λίμνη νὴ Δία: Τοῦτο οἱ μέν φασι τὸν Διόνυσον λέγειν, οἱ δὲ τὸν Ξανθίαν. ἐνταῦθα δὲ τοῦ πλοίου ὀφθέντος ἠλλοιῶσθαι χρὴ τὴν σκηνὴν καὶ εἶναι κατὰ τὴν Ἀχερουσίαν λίμνην τὸν τόπον ἐπὶ τοῦ λογείου,</w:t>
      </w:r>
    </w:p>
    <w:p>
      <w:r>
        <w:rPr>
          <w:rFonts w:ascii="Courier New" w:hAnsi="Courier New"/>
          <w:color w:val="555555"/>
          <w:sz w:val="20"/>
        </w:rPr>
        <w:t>[5]</w:t>
      </w:r>
    </w:p>
    <w:p>
      <w:r>
        <w:rPr>
          <w:rFonts w:ascii="Gentium Plus" w:hAnsi="Gentium Plus"/>
          <w:sz w:val="24"/>
        </w:rPr>
        <w:t>ἢ ἐπὶ τῆς ὀρχήστρας, μηδέπω δὲ ἐν ᾍδου.)</w:t>
      </w:r>
    </w:p>
    <w:p>
      <w:r>
        <w:rPr>
          <w:rFonts w:ascii="Courier New" w:hAnsi="Courier New"/>
          <w:color w:val="555555"/>
          <w:sz w:val="20"/>
        </w:rPr>
        <w:t>[sch ran 184]</w:t>
      </w:r>
    </w:p>
    <w:p>
      <w:r>
        <w:rPr>
          <w:rFonts w:ascii="Gentium Plus" w:hAnsi="Gentium Plus"/>
          <w:sz w:val="24"/>
        </w:rPr>
        <w:t>χαῖρ’ ὦ Χάρων: Δημήτριός φησιν Ἀχαιοῦ ὅλον εἶναι ἐκ τοῦ Αἴθωνος. λέγουσι δ’ αὐτὸ οἱ σάτυροι,</w:t>
      </w:r>
    </w:p>
    <w:p>
      <w:r>
        <w:rPr>
          <w:rFonts w:ascii="Courier New" w:hAnsi="Courier New"/>
          <w:color w:val="555555"/>
          <w:sz w:val="20"/>
        </w:rPr>
        <w:t>[5]</w:t>
      </w:r>
    </w:p>
    <w:p>
      <w:r>
        <w:rPr>
          <w:rFonts w:ascii="Gentium Plus" w:hAnsi="Gentium Plus"/>
          <w:sz w:val="24"/>
        </w:rPr>
        <w:t>τρεῖς τοῦτο λέγοντας, ἀσπαζομένους τὸν Χάρωνα, Διό‐ νυσον, Ξανθίαν καὶ τὸν νεκρόν. δεῖ γὰρ ὑπονοῆσαι βούλεσθαι καὶ αὐτὸν συνεμβαίνειν αὐτοῖς.</w:t>
      </w:r>
    </w:p>
    <w:p>
      <w:r>
        <w:rPr>
          <w:rFonts w:ascii="Courier New" w:hAnsi="Courier New"/>
          <w:color w:val="555555"/>
          <w:sz w:val="20"/>
        </w:rPr>
        <w:t>[sch ran 185]</w:t>
      </w:r>
    </w:p>
    <w:p>
      <w:r>
        <w:rPr>
          <w:rFonts w:ascii="Gentium Plus" w:hAnsi="Gentium Plus"/>
          <w:sz w:val="24"/>
        </w:rPr>
        <w:t>⟦τίς εἰς ἀναπαύλας: Εἰς ἀναπαύσεις γὰρ ἐκ κοσμικῶν ὀχλήσεων χωροῦσιν οἱ μεθιστάμενοι.⟧</w:t>
      </w:r>
    </w:p>
    <w:p>
      <w:r>
        <w:rPr>
          <w:rFonts w:ascii="Courier New" w:hAnsi="Courier New"/>
          <w:color w:val="555555"/>
          <w:sz w:val="20"/>
        </w:rPr>
        <w:t>[sch ran 186]</w:t>
      </w:r>
    </w:p>
    <w:p>
      <w:r>
        <w:rPr>
          <w:rFonts w:ascii="Gentium Plus" w:hAnsi="Gentium Plus"/>
          <w:sz w:val="24"/>
        </w:rPr>
        <w:t>τίς εἰς τὸ Λήθης πεδίον: Τοῦτο κηρύσσει ὁ Χάρων. ὡς τόπους δὲ καταλέγει. ἐκ δὲ τοῦ δευτέρου τὸ ἀδύνατον τῶν καθ’ ᾍδου δηλοῖ, τοῦ (ἠς ὄνου πόκας ἀντὶ τοῦ) ἢ εἰς ὄνου πόκας. ἀδύνατον γὰρ πόκας ἀποκεί‐</w:t>
      </w:r>
    </w:p>
    <w:p>
      <w:r>
        <w:rPr>
          <w:rFonts w:ascii="Courier New" w:hAnsi="Courier New"/>
          <w:color w:val="555555"/>
          <w:sz w:val="20"/>
        </w:rPr>
        <w:t>[5]</w:t>
      </w:r>
    </w:p>
    <w:p>
      <w:r>
        <w:rPr>
          <w:rFonts w:ascii="Gentium Plus" w:hAnsi="Gentium Plus"/>
          <w:sz w:val="24"/>
        </w:rPr>
        <w:t>ρασθαι τῶν ὄνων. φαίνεται δὲ καὶ παροιμιῶδες ἤδη εἶ‐ ναι. τὸ δὲ Λήθης πεδίον, Δίδυμός φησι, χωρίον ἐν ᾍδου διατετύπωκεν (οὕτω λεγόμενον, ὡς καὶ τὸν Αὐαίνου λίθον ἔπλασεν ἀπὸ τοῦ τοὺς νεκροὺς αὐαίνε‐ σθαι καὶ ἀλίβαντας εἶναι. ὄνου δὲ πόκας τὸ ἄχρηστον·</w:t>
      </w:r>
    </w:p>
    <w:p>
      <w:r>
        <w:rPr>
          <w:rFonts w:ascii="Courier New" w:hAnsi="Courier New"/>
          <w:color w:val="555555"/>
          <w:sz w:val="20"/>
        </w:rPr>
        <w:t>[10]</w:t>
      </w:r>
    </w:p>
    <w:p>
      <w:r>
        <w:rPr>
          <w:rFonts w:ascii="Gentium Plus" w:hAnsi="Gentium Plus"/>
          <w:sz w:val="24"/>
        </w:rPr>
        <w:t>οὐδὲ γὰρ αἱ τοῦ ὄνου πόκες χρησιμεύουσιν. ἡ παροιμία δὲ λέγεται ἐπὶ τῶν ἀνηνύτων, ἐν ᾧ τρόπῳ φαμὲν καὶ τὸ χύτραν ποικίλλεις, καὶ κόπρον ἀναθυμιᾷς. ἀνήνυτα δὲ καὶ τὰ ἐν ᾍδου. διὰ τοῦτο οὖν ὄνου πόκας ἀνέπλασε ποιητικῶς.) —ἢ ’ς ὄνου πόκας: Εἰς τὸ μηδέν. Vict.</w:t>
      </w:r>
    </w:p>
    <w:p>
      <w:r>
        <w:rPr>
          <w:rFonts w:ascii="Courier New" w:hAnsi="Courier New"/>
          <w:color w:val="555555"/>
          <w:sz w:val="20"/>
        </w:rPr>
        <w:t>[sch ran 187]</w:t>
      </w:r>
    </w:p>
    <w:p>
      <w:r>
        <w:rPr>
          <w:rFonts w:ascii="Gentium Plus" w:hAnsi="Gentium Plus"/>
          <w:sz w:val="24"/>
        </w:rPr>
        <w:t>ἢ ’ς Κερβερίους: (Τινὲς καὶ παρ’ Ὁμήρῳ [Od. Λ, 14] γράφουσιν «ἐνθάδε Κερβερίων» ἀντὶ τοῦ Κιμμερίων· ἢ μᾶλλον τοὺς Κιμμερίους φασί. παίζει δὲ παρὰ τὸν Κέρβερον.) —ὄνομα τόπου κηρύσσει ὁ Χά‐</w:t>
      </w:r>
    </w:p>
    <w:p>
      <w:r>
        <w:rPr>
          <w:rFonts w:ascii="Courier New" w:hAnsi="Courier New"/>
          <w:color w:val="555555"/>
          <w:sz w:val="20"/>
        </w:rPr>
        <w:t>[5]</w:t>
      </w:r>
    </w:p>
    <w:p>
      <w:r>
        <w:rPr>
          <w:rFonts w:ascii="Gentium Plus" w:hAnsi="Gentium Plus"/>
          <w:sz w:val="24"/>
        </w:rPr>
        <w:t>ρων. Κερβερίους δὲ τοὺς Κιμμερίους λέγει. R. περαιω‐ θῆναι μὲν ἐκεῖ οὔκ ἐστι, κατάβασις δὲ εἰς ᾍδου ἐκεῖ, ὡς μυθεύεται. V.</w:t>
      </w:r>
    </w:p>
    <w:p>
      <w:r>
        <w:rPr>
          <w:rFonts w:ascii="Courier New" w:hAnsi="Courier New"/>
          <w:color w:val="555555"/>
          <w:sz w:val="20"/>
        </w:rPr>
        <w:t>[sch ran 188]</w:t>
      </w:r>
    </w:p>
    <w:p>
      <w:r>
        <w:rPr>
          <w:rFonts w:ascii="Gentium Plus" w:hAnsi="Gentium Plus"/>
          <w:sz w:val="24"/>
        </w:rPr>
        <w:t>σχήσειν: Ὁρμίσειν. V. ἐλλιμενίσειν. E.</w:t>
      </w:r>
    </w:p>
    <w:p>
      <w:r>
        <w:rPr>
          <w:rFonts w:ascii="Courier New" w:hAnsi="Courier New"/>
          <w:color w:val="555555"/>
          <w:sz w:val="20"/>
        </w:rPr>
        <w:t>[sch ran 189]</w:t>
      </w:r>
    </w:p>
    <w:p>
      <w:r>
        <w:rPr>
          <w:rFonts w:ascii="Gentium Plus" w:hAnsi="Gentium Plus"/>
          <w:sz w:val="24"/>
        </w:rPr>
        <w:t>ἐς κόρακας: Παίζει ἐνταῦθα εἰπὼν ἐς κόρα‐ κας. Ἀθήνησι γὰρ τόπος ἦν οὕτω καλούμενος, οὐχὶ ἐν ᾍδου. ἢ τοῦτο λέγει, ἐπειδὴ καὶ οἱ ἐκεῖσε ῥιπτόμενοι εἰς ἀπώλειαν ἤρχοντο.⟧</w:t>
      </w:r>
    </w:p>
    <w:p>
      <w:r>
        <w:rPr>
          <w:rFonts w:ascii="Courier New" w:hAnsi="Courier New"/>
          <w:color w:val="555555"/>
          <w:sz w:val="20"/>
        </w:rPr>
        <w:t>[5]</w:t>
      </w:r>
    </w:p>
    <w:p>
      <w:r>
        <w:rPr>
          <w:rFonts w:ascii="Gentium Plus" w:hAnsi="Gentium Plus"/>
          <w:sz w:val="24"/>
        </w:rPr>
        <w:t>ναὶ μὰ Δία σοῦ γ’ εἵνεκα: Παρόσον οὕτως οἱ ναῦ‐ ται εἰώθασι λέγειν χαριζόμενοι τῷ ἐπιβάτῃ.</w:t>
      </w:r>
    </w:p>
    <w:p>
      <w:r>
        <w:rPr>
          <w:rFonts w:ascii="Courier New" w:hAnsi="Courier New"/>
          <w:color w:val="555555"/>
          <w:sz w:val="20"/>
        </w:rPr>
        <w:t>[sch ran 191]</w:t>
      </w:r>
    </w:p>
    <w:p>
      <w:r>
        <w:rPr>
          <w:rFonts w:ascii="Gentium Plus" w:hAnsi="Gentium Plus"/>
          <w:sz w:val="24"/>
        </w:rPr>
        <w:t>εἰ μὴ νεναυμάχηκε: (Τὴν περὶ Ἀργίνουσαν φησὶ ναυμαχίαν. ἦσαν γὰρ οἱ δοῦλοι τότε ναυμαχήσαν‐ τες, περὶ οὐδενὸς ἄλλου ἢ περὶ τῶν ἰδίων κρεῶν, του‐ τέστι σωμάτων. φησὶν οὖν, οἷον οὐ περὶ χρημάτων καὶ</w:t>
      </w:r>
    </w:p>
    <w:p>
      <w:r>
        <w:rPr>
          <w:rFonts w:ascii="Courier New" w:hAnsi="Courier New"/>
          <w:color w:val="555555"/>
          <w:sz w:val="20"/>
        </w:rPr>
        <w:t>[5]</w:t>
      </w:r>
    </w:p>
    <w:p>
      <w:r>
        <w:rPr>
          <w:rFonts w:ascii="Gentium Plus" w:hAnsi="Gentium Plus"/>
          <w:sz w:val="24"/>
        </w:rPr>
        <w:t>πατρίδος, ἀλλὰ περὶ τοῦ ἰδίου σώματος. κρέας γὰρ τὸ σῶμα. φέρεται δὲ καὶ ἄλλη γραφή· τὴν περὶ τῶν νε‐ κρῶν. εἴη δ’ ἂν λέγων περὶ τῆς ἐν Ἀργινούσαις ναυμα‐ χίας, ἐν ᾗ ἐνίκων μὲν οἱ Ἀθηναῖοι, τοὺς νεκροὺς δὲ ἐκωλύθησαν ἀνελέσθαι ὑπὸ χειμῶνος. ἐξ οὗ καὶ τῶν</w:t>
      </w:r>
    </w:p>
    <w:p>
      <w:r>
        <w:rPr>
          <w:rFonts w:ascii="Courier New" w:hAnsi="Courier New"/>
          <w:color w:val="555555"/>
          <w:sz w:val="20"/>
        </w:rPr>
        <w:t>[10]</w:t>
      </w:r>
    </w:p>
    <w:p>
      <w:r>
        <w:rPr>
          <w:rFonts w:ascii="Gentium Plus" w:hAnsi="Gentium Plus"/>
          <w:sz w:val="24"/>
        </w:rPr>
        <w:t>δέκα στρατηγῶν ἀπώλοντο καταδικασθέντες οἱ ὑπομεί‐ ναντες ἕξ. ἐπεὶ οὖν συνεναυμάχουν καὶ οἱ δοῦλοι, τοιοῦτό τι λέγει, δοῦλον οὐκ ἄγω, εἰ μὴ ἀνῄρηται τοὺς ἐκ τῆς θαλάσσης νεκρούς. οὐκ ἔχει δὲ νοῦν τὸ λεγόμενον. ναυ‐ μαχίας γὰρ οὐδεμιᾶς ἔδει πρὸς τὴν ἀναίρεσιν. χειμῶνι</w:t>
      </w:r>
    </w:p>
    <w:p>
      <w:r>
        <w:rPr>
          <w:rFonts w:ascii="Courier New" w:hAnsi="Courier New"/>
          <w:color w:val="555555"/>
          <w:sz w:val="20"/>
        </w:rPr>
        <w:t>[15]</w:t>
      </w:r>
    </w:p>
    <w:p>
      <w:r>
        <w:rPr>
          <w:rFonts w:ascii="Gentium Plus" w:hAnsi="Gentium Plus"/>
          <w:sz w:val="24"/>
        </w:rPr>
        <w:t>δὲ ἐκωλύθησαν. Ἄλλως. διὰ τί τὸν δοῦλον μόνον ἀπελαύνει, ἀλλ’ οὐχὶ καὶ τῶν ἐλευθέρων εἴ τις μὴ ἀνῄ‐ ρηται τοὺς νεκρούς; παρίησι γὰρ τὸν Διόνυσον. ἢ εἴη ἂν λέγων νεκροὺς τοὺς Ἀθηναίους, διὰ τὸ ἐσχάτως τότε πράττειν. Ἄλλως.) διάφοροι αἱ γραφαί· οἱ μὲν γὰρ</w:t>
      </w:r>
    </w:p>
    <w:p>
      <w:r>
        <w:rPr>
          <w:rFonts w:ascii="Courier New" w:hAnsi="Courier New"/>
          <w:color w:val="555555"/>
          <w:sz w:val="20"/>
        </w:rPr>
        <w:t>[20]</w:t>
      </w:r>
    </w:p>
    <w:p>
      <w:r>
        <w:rPr>
          <w:rFonts w:ascii="Gentium Plus" w:hAnsi="Gentium Plus"/>
          <w:sz w:val="24"/>
        </w:rPr>
        <w:t>κρεῶν, ὡς Ἀρίσταρχος φησὶν ἐπὶ τῶν σωμάτων λαμ‐ βάνεσθαι πολλάκις, καὶ παρὰ τῷ Σοφοκλεῖ ἐν Χρύσῃ τοιοῦτος ὢν ἄρξειε τοῦδε τοῦ κρέως. ἐνθάδε οὖν εἰ μὴ νεναυμάχηκε περὶ τῆς ψυχῆς τῆς ἑαυ‐ τοῦ· ὡς ποτὲ τῶν Ἀθηναίων ἐν περιστάσει γενομένων</w:t>
      </w:r>
    </w:p>
    <w:p>
      <w:r>
        <w:rPr>
          <w:rFonts w:ascii="Courier New" w:hAnsi="Courier New"/>
          <w:color w:val="555555"/>
          <w:sz w:val="20"/>
        </w:rPr>
        <w:t>[25]</w:t>
      </w:r>
    </w:p>
    <w:p>
      <w:r>
        <w:rPr>
          <w:rFonts w:ascii="Gentium Plus" w:hAnsi="Gentium Plus"/>
          <w:sz w:val="24"/>
        </w:rPr>
        <w:t>καὶ ὑπὲρ τῶν ψυχῶν ἀγωνιζομένων, προσλαβεῖν τοὺς δούλους καὶ ὕστερον ἐλευθερίας ἀξιῶσαι. ἕτεροι δέ φα‐ σιν αἰνίττεσθαι τὴν περὶ Ἀργινοῦσαν ναυμαχίαν, ἣν διὰ τοὺς νεκροὺς ἠγωνίσαντο, τὴν δευτέραν γραφὴν αἱ‐ ρούμενοι. —τὴν περὶ τῶν κρεῶν: Τῶν νεκρῶν σω‐</w:t>
      </w:r>
    </w:p>
    <w:p>
      <w:r>
        <w:rPr>
          <w:rFonts w:ascii="Courier New" w:hAnsi="Courier New"/>
          <w:color w:val="555555"/>
          <w:sz w:val="20"/>
        </w:rPr>
        <w:t>[30]</w:t>
      </w:r>
    </w:p>
    <w:p>
      <w:r>
        <w:rPr>
          <w:rFonts w:ascii="Gentium Plus" w:hAnsi="Gentium Plus"/>
          <w:sz w:val="24"/>
        </w:rPr>
        <w:t>μάτων. D.</w:t>
      </w:r>
    </w:p>
    <w:p>
      <w:r>
        <w:rPr>
          <w:rFonts w:ascii="Courier New" w:hAnsi="Courier New"/>
          <w:color w:val="555555"/>
          <w:sz w:val="20"/>
        </w:rPr>
        <w:t>[sch ran 193]</w:t>
      </w:r>
    </w:p>
    <w:p>
      <w:r>
        <w:rPr>
          <w:rFonts w:ascii="Gentium Plus" w:hAnsi="Gentium Plus"/>
          <w:sz w:val="24"/>
        </w:rPr>
        <w:t>(οὐκοῦν περιθρέξει: Περικυκλεύσεις. ὁ Χάρων πρὸς τὸν δοῦλον. ἀντὶ τοῦ οὐ λαμβάνω σε.) ⟦ἀντὶ δὲ τοῦ τρέχων, γράφεται καὶ κύκλῳ.⟧</w:t>
      </w:r>
    </w:p>
    <w:p>
      <w:r>
        <w:rPr>
          <w:rFonts w:ascii="Courier New" w:hAnsi="Courier New"/>
          <w:color w:val="555555"/>
          <w:sz w:val="20"/>
        </w:rPr>
        <w:t>[sch ran 194]</w:t>
      </w:r>
    </w:p>
    <w:p>
      <w:r>
        <w:rPr>
          <w:rFonts w:ascii="Gentium Plus" w:hAnsi="Gentium Plus"/>
          <w:sz w:val="24"/>
        </w:rPr>
        <w:t>παρὰ τὸν Αὐαίνου λίθον: Παρὰ τὸ αὔους τοὺς νεκροὺς εἶναι, ὡς ὄντος τινὸς ἐν ᾅδου οὕτως λεγομένου λίθου. (φασὶ δὲ αὐαίνου λίθον τινὰ λέγεσθαι Ἀθήνησι, παρ’ ὃν οἰκείως ἀπὸ τοῦ αὐαίνου παρήχθη, ἐπειδὴ οἱ</w:t>
      </w:r>
    </w:p>
    <w:p>
      <w:r>
        <w:rPr>
          <w:rFonts w:ascii="Courier New" w:hAnsi="Courier New"/>
          <w:color w:val="555555"/>
          <w:sz w:val="20"/>
        </w:rPr>
        <w:t>[5]</w:t>
      </w:r>
    </w:p>
    <w:p>
      <w:r>
        <w:rPr>
          <w:rFonts w:ascii="Gentium Plus" w:hAnsi="Gentium Plus"/>
          <w:sz w:val="24"/>
        </w:rPr>
        <w:t>πολὺν χρόνου περιμείναντές τινας εἰώθασι λέγειν, αὖος γέγονα περιμένων. ἔοικε δὲ θρυλούμενον τοῦτο ἤδη. Ἄλλως. τοῦτο ἀναπλάττει ἀπὸ τοῦ τοὺς νεκροὺς ξηροὺς εἶναι καὶ ἀλίβαντας. ἀμφίβολον δὲ, πότερον ἀπὸ τῆς εἰς ος εὐθείας, ἢ ἀπὸ τῆς εἰς ης. Ἄλλως. τὸ μὲν</w:t>
      </w:r>
    </w:p>
    <w:p>
      <w:r>
        <w:rPr>
          <w:rFonts w:ascii="Courier New" w:hAnsi="Courier New"/>
          <w:color w:val="555555"/>
          <w:sz w:val="20"/>
        </w:rPr>
        <w:t>[10]</w:t>
      </w:r>
    </w:p>
    <w:p>
      <w:r>
        <w:rPr>
          <w:rFonts w:ascii="Gentium Plus" w:hAnsi="Gentium Plus"/>
          <w:sz w:val="24"/>
        </w:rPr>
        <w:t>φαινόμενον λίθος ἦν Αὐαίνου καλούμενος, τὸ δ’ ἀληθὲς οὕτως ἔχει· παρὰ τὸν λίθον αὐαίνου καὶ ξηραίνου. ἢ ὅπου ξηραίνονται οἱ νεκροί.)</w:t>
      </w:r>
    </w:p>
    <w:p>
      <w:r>
        <w:rPr>
          <w:rFonts w:ascii="Courier New" w:hAnsi="Courier New"/>
          <w:color w:val="555555"/>
          <w:sz w:val="20"/>
        </w:rPr>
        <w:t>[sch ran 196]</w:t>
      </w:r>
    </w:p>
    <w:p>
      <w:r>
        <w:rPr>
          <w:rFonts w:ascii="Gentium Plus" w:hAnsi="Gentium Plus"/>
          <w:sz w:val="24"/>
        </w:rPr>
        <w:t>τῷ ξυνέτυχον: Ἀντὶ τοῦ, τίνι οἰωνῷ συνέτυχον ἐκ τῆς οἰκίας ἰών; δύναται δὲ τοῦτο καὶ ὁ Διόνυσος καὶ ὁ Ξανθίας λέγειν. —ξυνέτυχον: Συνήντησα. ἐξιών: Τῆς οἰκίας. Vict.</w:t>
      </w:r>
    </w:p>
    <w:p>
      <w:r>
        <w:rPr>
          <w:rFonts w:ascii="Courier New" w:hAnsi="Courier New"/>
          <w:color w:val="555555"/>
          <w:sz w:val="20"/>
        </w:rPr>
        <w:t>[sch ran 197]</w:t>
      </w:r>
    </w:p>
    <w:p>
      <w:r>
        <w:rPr>
          <w:rFonts w:ascii="Gentium Plus" w:hAnsi="Gentium Plus"/>
          <w:sz w:val="24"/>
        </w:rPr>
        <w:t>(κάθιζ’ ἐπὶ κώπην: Τοῦτο ἀκούσας ὁ Διόνυσος ἐπάνω τῆς κώπης ἐκάθισε.) —κάθιζ’ ἐπὶ κώπην: Ἤγουν ἐπὶ τῷ μεταχειρίζεσθαι ταύτην· ὁ δὲ παρανοή‐ σας ἐπάνω ταύτης ἐκάθισεν. C. ὁ μὲν Χάρων, κάθιζε</w:t>
      </w:r>
    </w:p>
    <w:p>
      <w:r>
        <w:rPr>
          <w:rFonts w:ascii="Courier New" w:hAnsi="Courier New"/>
          <w:color w:val="555555"/>
          <w:sz w:val="20"/>
        </w:rPr>
        <w:t>[5]</w:t>
      </w:r>
    </w:p>
    <w:p>
      <w:r>
        <w:rPr>
          <w:rFonts w:ascii="Gentium Plus" w:hAnsi="Gentium Plus"/>
          <w:sz w:val="24"/>
        </w:rPr>
        <w:t>ἐπὶ κώπην, εἴρηκε τοῖς ἐν τῷ σκάφει, ὥστε μεταχει‐ ρίζεσθαι ταύτην καὶ κωπηλατεῖν. ὁ δὲ Διόνυσος παρα‐ νοήσας ἐκάθισεν ἐπάνω τῆς κώπης· διὸ καὶ ἐπιπλήττε‐ ται παρὰ τοῦ Χάρωνος. Vict.</w:t>
      </w:r>
    </w:p>
    <w:p>
      <w:r>
        <w:rPr>
          <w:rFonts w:ascii="Courier New" w:hAnsi="Courier New"/>
          <w:color w:val="555555"/>
          <w:sz w:val="20"/>
        </w:rPr>
        <w:t>[sch ran 199]</w:t>
      </w:r>
    </w:p>
    <w:p>
      <w:r>
        <w:rPr>
          <w:rFonts w:ascii="Gentium Plus" w:hAnsi="Gentium Plus"/>
          <w:sz w:val="24"/>
        </w:rPr>
        <w:t>τοπικὸν τὸ οὗ. R.</w:t>
      </w:r>
    </w:p>
    <w:p>
      <w:r>
        <w:rPr>
          <w:rFonts w:ascii="Courier New" w:hAnsi="Courier New"/>
          <w:color w:val="555555"/>
          <w:sz w:val="20"/>
        </w:rPr>
        <w:t>[sch ran 200]</w:t>
      </w:r>
    </w:p>
    <w:p>
      <w:r>
        <w:rPr>
          <w:rFonts w:ascii="Gentium Plus" w:hAnsi="Gentium Plus"/>
          <w:sz w:val="24"/>
        </w:rPr>
        <w:t>γάστρων: Γαστρίμαργε. (εἰσάγουσι γὰρ τὸν Διόνυσον προγάστορα καὶ οἰδαλέον ἀπὸ τῆς ἀργίας καὶ οἰνοφλυγίας.)</w:t>
      </w:r>
    </w:p>
    <w:p>
      <w:r>
        <w:rPr>
          <w:rFonts w:ascii="Courier New" w:hAnsi="Courier New"/>
          <w:color w:val="555555"/>
          <w:sz w:val="20"/>
        </w:rPr>
        <w:t>[sch ran 202]</w:t>
      </w:r>
    </w:p>
    <w:p>
      <w:r>
        <w:rPr>
          <w:rFonts w:ascii="Gentium Plus" w:hAnsi="Gentium Plus"/>
          <w:sz w:val="24"/>
        </w:rPr>
        <w:t>πρὸς τὰ ῥεύματα ἀντιβάς. R. V. μὴ φλυαρήσῃς ἔχων: Καὶ Πλάτων Εὐθυδήμῳ [p. 224, E] «ὅτι ἔχων «φλυαρεῖς, καὶ ἀρχαιότερος εἶ τοῦ δέοντος.» Junt. ἔχων: Περισσόν. C.</w:t>
      </w:r>
    </w:p>
    <w:p>
      <w:r>
        <w:rPr>
          <w:rFonts w:ascii="Courier New" w:hAnsi="Courier New"/>
          <w:color w:val="555555"/>
          <w:sz w:val="20"/>
        </w:rPr>
        <w:t>[sch ran 203]</w:t>
      </w:r>
    </w:p>
    <w:p>
      <w:r>
        <w:rPr>
          <w:rFonts w:ascii="Gentium Plus" w:hAnsi="Gentium Plus"/>
          <w:sz w:val="24"/>
        </w:rPr>
        <w:t>ὁ κᾆτα ἀντὶ τοῦ καί. R. V.</w:t>
      </w:r>
    </w:p>
    <w:p>
      <w:r>
        <w:rPr>
          <w:rFonts w:ascii="Courier New" w:hAnsi="Courier New"/>
          <w:color w:val="555555"/>
          <w:sz w:val="20"/>
        </w:rPr>
        <w:t>[sch ran 204]</w:t>
      </w:r>
    </w:p>
    <w:p>
      <w:r>
        <w:rPr>
          <w:rFonts w:ascii="Gentium Plus" w:hAnsi="Gentium Plus"/>
          <w:sz w:val="24"/>
        </w:rPr>
        <w:t>ἀθαλάττωτος: (Θέλει εἰπεῖν,) μὴ ὢν ναυτικός. (ἀθαλάττωτος δὲ καὶ ἀσαλαμίνιος ταυτόν ἐστιν. Ἄλ‐ λως. ἢ διὰ τὴν περὶ Σαλαμῖνα ναυμαχίαν, ἢ ὅτι ἡ μὲν ἑτέρα τῶν ὑπηρετίδων νεῶν Σαλαμινία ἐκαλεῖτο, ἡ δ’</w:t>
      </w:r>
    </w:p>
    <w:p>
      <w:r>
        <w:rPr>
          <w:rFonts w:ascii="Courier New" w:hAnsi="Courier New"/>
          <w:color w:val="555555"/>
          <w:sz w:val="20"/>
        </w:rPr>
        <w:t>[5]</w:t>
      </w:r>
    </w:p>
    <w:p>
      <w:r>
        <w:rPr>
          <w:rFonts w:ascii="Gentium Plus" w:hAnsi="Gentium Plus"/>
          <w:sz w:val="24"/>
        </w:rPr>
        <w:t>ἑτέρα Πάραλος.) —ἀπὸ τῆς νεὼς ἡ ὀνομασία. R. ἀμέ‐ τοχος θαλάττης. μὴ ναυμαχήσας περὶ Σαλαμῖνα. τὰ</w:t>
      </w:r>
    </w:p>
    <w:p>
      <w:r>
        <w:rPr>
          <w:rFonts w:ascii="Courier New" w:hAnsi="Courier New"/>
          <w:color w:val="555555"/>
          <w:sz w:val="20"/>
        </w:rPr>
        <w:t>[sch ran 208]</w:t>
      </w:r>
    </w:p>
    <w:p>
      <w:r>
        <w:rPr>
          <w:rFonts w:ascii="Gentium Plus" w:hAnsi="Gentium Plus"/>
          <w:sz w:val="24"/>
        </w:rPr>
        <w:t>⟦ὠὸπ, ὂπ, ὠὸπ, ὂπ: Εἴσθεσις μέλους χοροῦ μονοστροφική· ἧς προτίθεται τὸ τοιοῦτον κῶλον δακτυ‐ λικὸν ὂν δίμετρον ἀκατάληκτον. κατὰ γὰρ μονοποδίαν μετρεῖται τὰ δακτυλικά. τὰ δὲ τοῦ χοροῦ κῶλά εἰσι</w:t>
      </w:r>
    </w:p>
    <w:p>
      <w:r>
        <w:rPr>
          <w:rFonts w:ascii="Courier New" w:hAnsi="Courier New"/>
          <w:color w:val="555555"/>
          <w:sz w:val="20"/>
        </w:rPr>
        <w:t>[5]</w:t>
      </w:r>
    </w:p>
    <w:p>
      <w:r>
        <w:rPr>
          <w:rFonts w:ascii="Gentium Plus" w:hAnsi="Gentium Plus"/>
          <w:sz w:val="24"/>
        </w:rPr>
        <w:t>δυοκαίδεκα, ὧν τὸ πρῶτον καὶ δεύτερον τροχαϊκὰ ἑφθημιμερῆ, τὸν πρῶτον ἔχοντα πόδα τρίβραχυν ἤτοι χορεῖον. εἰ δὲ βούλει, παιωνικὰ δίμετρα ἀκατάληκτα, ἐκ παίωνος τετάρτου καὶ διιάμβου. τὰ ἑξῆς δύο χο‐ ριαμβικὰ δίμετρα καταληκτικὰ, ἤτοι ἑφθημιμερῆ τὸ</w:t>
      </w:r>
    </w:p>
    <w:p>
      <w:r>
        <w:rPr>
          <w:rFonts w:ascii="Courier New" w:hAnsi="Courier New"/>
          <w:color w:val="555555"/>
          <w:sz w:val="20"/>
        </w:rPr>
        <w:t>[10]</w:t>
      </w:r>
    </w:p>
    <w:p>
      <w:r>
        <w:rPr>
          <w:rFonts w:ascii="Gentium Plus" w:hAnsi="Gentium Plus"/>
          <w:sz w:val="24"/>
        </w:rPr>
        <w:t>πέμπτον τρίμετρον καταληκτικόν. τὸ ἕκτον μονόμε‐ τρον, ἢ ἰαμβικὴ βάσις. τὸ ἕβδομον δίμετρον ὑπερκατά‐ ληκτον Ἰωνικὸν ἀπὸ μείζονος. τὸ ὄγδοον χοριαμβικὸν τρίμετρον ἀκατάληκτον, τοῦ μὲν πρώτου ποδὸς πεντα‐ συλλάβου τῆς πρώτης μακρᾶς εἰς δύο βραχείας δια‐</w:t>
      </w:r>
    </w:p>
    <w:p>
      <w:r>
        <w:rPr>
          <w:rFonts w:ascii="Courier New" w:hAnsi="Courier New"/>
          <w:color w:val="555555"/>
          <w:sz w:val="20"/>
        </w:rPr>
        <w:t>[15]</w:t>
      </w:r>
    </w:p>
    <w:p>
      <w:r>
        <w:rPr>
          <w:rFonts w:ascii="Gentium Plus" w:hAnsi="Gentium Plus"/>
          <w:sz w:val="24"/>
        </w:rPr>
        <w:t>λυομένης ἐκ χορείου καὶ ἰάμβου· ὅθεν ἴσως καὶ χοριαμ‐ βικὸν ἐκλήθη· τοῦ δὲ δευτέρου Ἰωνικοῦ ἀπὸ μείζονος, τοῦ δὲ τρίτου διιάμβου. τὸ ἔνατον χοριαμβικὸν δίμετρον ἀκατάληκτον. τὸ ἑξῆς ὅμοιον. τὸ παρατέλευτον τρίμε‐ τρον ἀκατάληκτον· ὃ καλεῖται προσῳδιακὸν, διὰ τὸ τὸν</w:t>
      </w:r>
    </w:p>
    <w:p>
      <w:r>
        <w:rPr>
          <w:rFonts w:ascii="Courier New" w:hAnsi="Courier New"/>
          <w:color w:val="555555"/>
          <w:sz w:val="20"/>
        </w:rPr>
        <w:t>[20]</w:t>
      </w:r>
    </w:p>
    <w:p>
      <w:r>
        <w:rPr>
          <w:rFonts w:ascii="Gentium Plus" w:hAnsi="Gentium Plus"/>
          <w:sz w:val="24"/>
        </w:rPr>
        <w:t>πρῶτον ἔχειν πόδα Ἰωνικὸν ἀπὸ μείζονος. τὸ τελευ‐ ταῖον ὡς τὸ πρῶτον. ἐπὶ τῷ τέλει κορωνίς.⟧ (ὠόπ: ἐλατικὸν ἐπίφθεγμα. ναυτικῶς οὖν κελεύων ταῦτά φησι.)</w:t>
      </w:r>
    </w:p>
    <w:p>
      <w:r>
        <w:rPr>
          <w:rFonts w:ascii="Courier New" w:hAnsi="Courier New"/>
          <w:color w:val="555555"/>
          <w:sz w:val="20"/>
        </w:rPr>
        <w:t>[sch ran 209]</w:t>
      </w:r>
    </w:p>
    <w:p>
      <w:r>
        <w:rPr>
          <w:rFonts w:ascii="Gentium Plus" w:hAnsi="Gentium Plus"/>
          <w:sz w:val="24"/>
        </w:rPr>
        <w:t>(βατράχων παραχορήγημα. ἐπίφθεγμα δὲ ποιὸν τοῦτο.) κέχρηται δὲ αὐτῷ ὡς ἐφυμνίῳ ὁ τῶν βατράχων χορός. (Ἄλλως. ταῦτα καλεῖται παραχορηγήματα, ἐπειδὴ οὐχ ὁρῶνται ἐν τῷ θεάτρῳ οἱ βάτραχοι, οὐδὲ</w:t>
      </w:r>
    </w:p>
    <w:p>
      <w:r>
        <w:rPr>
          <w:rFonts w:ascii="Courier New" w:hAnsi="Courier New"/>
          <w:color w:val="555555"/>
          <w:sz w:val="20"/>
        </w:rPr>
        <w:t>[5]</w:t>
      </w:r>
    </w:p>
    <w:p>
      <w:r>
        <w:rPr>
          <w:rFonts w:ascii="Gentium Plus" w:hAnsi="Gentium Plus"/>
          <w:sz w:val="24"/>
        </w:rPr>
        <w:t>ὁ χορὸς, ἀλλ’ ἔσωθεν μιμοῦνται τοὺς βατράχους. ὁ δὲ ἀληθῶς χορὸς ἐκ τῶν εὐσεβῶν νεκρῶν συνέστηκεν.) ἐλλείπει ὁ καί, ἵν’ ᾖ λιμνῶν καὶ κρηνῶν τέκνα. καὶ γὰρ ἐν κρήναις γίνονται καὶ εὑρίσκονται οἱ βάτραχοι.</w:t>
      </w:r>
    </w:p>
    <w:p>
      <w:r>
        <w:rPr>
          <w:rFonts w:ascii="Courier New" w:hAnsi="Courier New"/>
          <w:color w:val="555555"/>
          <w:sz w:val="20"/>
        </w:rPr>
        <w:t>[sch ran 212]</w:t>
      </w:r>
    </w:p>
    <w:p>
      <w:r>
        <w:rPr>
          <w:rFonts w:ascii="Gentium Plus" w:hAnsi="Gentium Plus"/>
          <w:sz w:val="24"/>
        </w:rPr>
        <w:t>τὴν μετ’ αὐλῶν κοινήν. R. V. ὁμόηχον. Θ.</w:t>
      </w:r>
    </w:p>
    <w:p>
      <w:r>
        <w:rPr>
          <w:rFonts w:ascii="Courier New" w:hAnsi="Courier New"/>
          <w:color w:val="555555"/>
          <w:sz w:val="20"/>
        </w:rPr>
        <w:t>[sch ran 213]</w:t>
      </w:r>
    </w:p>
    <w:p>
      <w:r>
        <w:rPr>
          <w:rFonts w:ascii="Gentium Plus" w:hAnsi="Gentium Plus"/>
          <w:sz w:val="24"/>
        </w:rPr>
        <w:t>δεῦτε ἵνα. Θ. ἐμὰν ἀοιδὰν: Τὸ ἡμέτερον μέλος, ἢ ὃν εἰώθαμεν ὕμνον ἡμεῖς προσφέρειν. Θ. Junt.</w:t>
      </w:r>
    </w:p>
    <w:p>
      <w:r>
        <w:rPr>
          <w:rFonts w:ascii="Courier New" w:hAnsi="Courier New"/>
          <w:color w:val="555555"/>
          <w:sz w:val="20"/>
        </w:rPr>
        <w:t>[sch ran 216]</w:t>
      </w:r>
    </w:p>
    <w:p>
      <w:r>
        <w:rPr>
          <w:rFonts w:ascii="Gentium Plus" w:hAnsi="Gentium Plus"/>
          <w:sz w:val="24"/>
        </w:rPr>
        <w:t>Διὸς Διόνυσον ἐν Λίμναις: ⟦Λείπει παῖδα.⟧ (ἀπὸ τῶν ἑαυτῶν λιμνῶν μεταφέρουσιν ἐπὶ τὸν ἐν Λίμναις Διόνυσον λεγόμενον. Λίμναι δὲ χωρίον τῆς Ἀττικῆς, ἐν ᾧ Διονύσου ἱερόν.) Λίμνη τόπος ἱερὸς</w:t>
      </w:r>
    </w:p>
    <w:p>
      <w:r>
        <w:rPr>
          <w:rFonts w:ascii="Courier New" w:hAnsi="Courier New"/>
          <w:color w:val="555555"/>
          <w:sz w:val="20"/>
        </w:rPr>
        <w:t>[5]</w:t>
      </w:r>
    </w:p>
    <w:p>
      <w:r>
        <w:rPr>
          <w:rFonts w:ascii="Gentium Plus" w:hAnsi="Gentium Plus"/>
          <w:sz w:val="24"/>
        </w:rPr>
        <w:t>Διονύσου, ἐν ᾧ καὶ οἶκος καὶ νεὼς τοῦ θεοῦ. Π. Καλλί‐ μαχος ἐν Ἑκάλῃ [fr. 280] «Λιμναίῳ δὲ χοροστάδας ἦγον ἑορτάς.» —Νῦσα δὲ τόπος τῆς Ἀραβίας, ἔνθα γεννᾶται ὁ Διόνυσος. τὸ ἰαχήσαμεν ἀντὶ τοῦ ἰαχοῦμεν. V. τὸν ἐν Νύσῃ χώρᾳ Αἰθιοπίας γεννηθέντα υἱὸν δη‐</w:t>
      </w:r>
    </w:p>
    <w:p>
      <w:r>
        <w:rPr>
          <w:rFonts w:ascii="Courier New" w:hAnsi="Courier New"/>
          <w:color w:val="555555"/>
          <w:sz w:val="20"/>
        </w:rPr>
        <w:t>[10]</w:t>
      </w:r>
    </w:p>
    <w:p>
      <w:r>
        <w:rPr>
          <w:rFonts w:ascii="Gentium Plus" w:hAnsi="Gentium Plus"/>
          <w:sz w:val="24"/>
        </w:rPr>
        <w:t>λονότι. Θ. ⟦Νύσιος δὲ ὁ Διόνυσος τοῖς Ἰνδοῖς ὀνομάζε‐ ται ἀπὸ τῆς ἐν Ἰνδοῖς Νύσης· οὐ μόνον δὲ Ἰνδοῖς, ἀλλὰ καὶ πᾶσι τοῖς πρὸς ἀκτῖνα ἔθνεσιν, ὥς φησι Φιλόστρα‐ τος ἐν τῷ Ἀπολλωνίου τοῦ Τυανέως βίῳ (p. 51)⟧ κραι‐ παλόκωμος: ὁ κωμάζων ἐν κραιπάλοις τοῖς ἱεροῖς. V.</w:t>
      </w:r>
    </w:p>
    <w:p>
      <w:r>
        <w:rPr>
          <w:rFonts w:ascii="Courier New" w:hAnsi="Courier New"/>
          <w:color w:val="555555"/>
          <w:sz w:val="20"/>
        </w:rPr>
        <w:t>[15]</w:t>
      </w:r>
    </w:p>
    <w:p>
      <w:r>
        <w:rPr>
          <w:rFonts w:ascii="Gentium Plus" w:hAnsi="Gentium Plus"/>
          <w:sz w:val="24"/>
        </w:rPr>
        <w:t>τοῦτο μετωνυμία καλεῖται· ὁ κατὰ μέθην γινόμενος ὕμνος.</w:t>
      </w:r>
    </w:p>
    <w:p>
      <w:r>
        <w:rPr>
          <w:rFonts w:ascii="Courier New" w:hAnsi="Courier New"/>
          <w:color w:val="555555"/>
          <w:sz w:val="20"/>
        </w:rPr>
        <w:t>[sch ran 218]</w:t>
      </w:r>
    </w:p>
    <w:p>
      <w:r>
        <w:rPr>
          <w:rFonts w:ascii="Gentium Plus" w:hAnsi="Gentium Plus"/>
          <w:sz w:val="24"/>
        </w:rPr>
        <w:t>τοῖς ἱεροῖσι Χύτροισι: Χύτροι ἑορτὴ παρ’ Ἀθη‐ ναίοις. ἄγεται δὲ παρὰ ταύτην τὴν αἰτίαν, ἣν καὶ Θεό‐ πομπος ἐκτίθεται γράφων οὕτως «διασωθέντας οὖν τοὺς</w:t>
      </w:r>
    </w:p>
    <w:p>
      <w:r>
        <w:rPr>
          <w:rFonts w:ascii="Courier New" w:hAnsi="Courier New"/>
          <w:color w:val="555555"/>
          <w:sz w:val="20"/>
        </w:rPr>
        <w:t>[5]</w:t>
      </w:r>
    </w:p>
    <w:p>
      <w:r>
        <w:rPr>
          <w:rFonts w:ascii="Gentium Plus" w:hAnsi="Gentium Plus"/>
          <w:sz w:val="24"/>
        </w:rPr>
        <w:t>«ματι προσαγορεῦσαι καὶ τὴν ἑορτὴν ἅπασαν. ἔπειτα «θύειν αὐτοῖς ἔθος ἔχουσι, τῶν μὲν Ὀλυμπίων θεῶν «οὐδενὶ τὸ παράπαν, Ἑρμῇ δὲ χθονίῳ καὶ τῆς χύτρας, «ἣν ἕψουσι πάντες οἱ κατὰ τὴν πόλιν, οὐδεὶς γεύεται «τῶν ἱερέων. τοῦτο δὲ ποιοῦσι τῇ ἡμέρᾳ, καὶ τοὺς</w:t>
      </w:r>
    </w:p>
    <w:p>
      <w:r>
        <w:rPr>
          <w:rFonts w:ascii="Courier New" w:hAnsi="Courier New"/>
          <w:color w:val="555555"/>
          <w:sz w:val="20"/>
        </w:rPr>
        <w:t>[10]</w:t>
      </w:r>
    </w:p>
    <w:p>
      <w:r>
        <w:rPr>
          <w:rFonts w:ascii="Gentium Plus" w:hAnsi="Gentium Plus"/>
          <w:sz w:val="24"/>
        </w:rPr>
        <w:t>«τότε παραγενομένους ὑπὲρ τῶν ἀποθανόντων ἱλάσα‐ «σθαι τὸν Ἑρμῆν.» ἤγοντο δὲ ἀγῶνες αὐτόθι οἱ Χύ‐ τρινοι καλούμενοι, καθά φησι Φιλόχορος ἐν τῇ ἕκτῃ τῶν Ἀτθίδων.</w:t>
      </w:r>
    </w:p>
    <w:p>
      <w:r>
        <w:rPr>
          <w:rFonts w:ascii="Courier New" w:hAnsi="Courier New"/>
          <w:color w:val="555555"/>
          <w:sz w:val="20"/>
        </w:rPr>
        <w:t>[sch ran 219]</w:t>
      </w:r>
    </w:p>
    <w:p>
      <w:r>
        <w:rPr>
          <w:rFonts w:ascii="Gentium Plus" w:hAnsi="Gentium Plus"/>
          <w:sz w:val="24"/>
        </w:rPr>
        <w:t>[ἑαυτῶν τέμενος λέγουσι τὸ ἐν Λίμναις τοῦ Διονύσου ἱερόν.] ⟦πρὸς δὲ τὴν ὁμωνυμίαν, ὅτι ἐν Λί‐ μναις εἰσὶν οἱ βάτραχοι. λίμναι δὲ καὶ τὸ ἱερόν. ἐφε‐ ξῆς δὲ σύστημα καὶ περίοδος ἀμοιβαία ἑπτάκωλος</w:t>
      </w:r>
    </w:p>
    <w:p>
      <w:r>
        <w:rPr>
          <w:rFonts w:ascii="Courier New" w:hAnsi="Courier New"/>
          <w:color w:val="555555"/>
          <w:sz w:val="20"/>
        </w:rPr>
        <w:t>[5]</w:t>
      </w:r>
    </w:p>
    <w:p>
      <w:r>
        <w:rPr>
          <w:rFonts w:ascii="Gentium Plus" w:hAnsi="Gentium Plus"/>
          <w:sz w:val="24"/>
        </w:rPr>
        <w:t>ἰαμβικῶν διμέτρων ἀκαταλήκτων, πλὴν τοῦ κώλου, ᾧ κέχρηνται ὡς ἐφυμνίῳ ὁμοίου τῷ πρώτῳ τοῦ μέλους αὐτῶν ἐπὶ τῷ τέλει παράγραφος.⟧</w:t>
      </w:r>
    </w:p>
    <w:p>
      <w:r>
        <w:rPr>
          <w:rFonts w:ascii="Courier New" w:hAnsi="Courier New"/>
          <w:color w:val="555555"/>
          <w:sz w:val="20"/>
        </w:rPr>
        <w:t>[sch ran 222]</w:t>
      </w:r>
    </w:p>
    <w:p>
      <w:r>
        <w:rPr>
          <w:rFonts w:ascii="Gentium Plus" w:hAnsi="Gentium Plus"/>
          <w:sz w:val="24"/>
        </w:rPr>
        <w:t>ἐγὼ δέ γ’ ἀλγεῖν ἄρχομαι: Ὁ Διόνυσος (λέγει) δεινοπαθῶν ἐπὶ τῷ κωπηλατεῖν· ὄρρον δὲ, τὸν καλού‐ μενον ταῦρον. μέρος δέ ἐστι τῆς πυγῆς. Ἡρωδιανὸς δὲ (καὶ τῷ λόγῳ καὶ κατὰ τὴν διάλεκτον) βαρέως.</w:t>
      </w:r>
    </w:p>
    <w:p>
      <w:r>
        <w:rPr>
          <w:rFonts w:ascii="Courier New" w:hAnsi="Courier New"/>
          <w:color w:val="555555"/>
          <w:sz w:val="20"/>
        </w:rPr>
        <w:t>[sch ran 223]</w:t>
      </w:r>
    </w:p>
    <w:p>
      <w:r>
        <w:rPr>
          <w:rFonts w:ascii="Gentium Plus" w:hAnsi="Gentium Plus"/>
          <w:sz w:val="24"/>
        </w:rPr>
        <w:t>⟦ὦ κοὰξ, κοάξ: Διὰ τὸ συνεχὲς αὐτῶν ἐπίφθε‐ γμα, παίζων λέγει· ὄρρον δὲ, τὸν λεγόμενον ταῦρον, τὸ μεταξὺ τῶν διδύμων. Καλλίστρατος, τὴν ὀσφῦν καὶ τὸ ἱερὸν ὀστοῦν. Δίδυμος, τὴν τράμιν, οὐχ ὥς τι‐</w:t>
      </w:r>
    </w:p>
    <w:p>
      <w:r>
        <w:rPr>
          <w:rFonts w:ascii="Courier New" w:hAnsi="Courier New"/>
          <w:color w:val="555555"/>
          <w:sz w:val="20"/>
        </w:rPr>
        <w:t>[5]</w:t>
      </w:r>
    </w:p>
    <w:p>
      <w:r>
        <w:rPr>
          <w:rFonts w:ascii="Gentium Plus" w:hAnsi="Gentium Plus"/>
          <w:sz w:val="24"/>
        </w:rPr>
        <w:t>νες τὸ ἰσχίον. ἔνθεν καὶ τὸ ὀρρωδεῖν, τὸν ὄρρον ἱδροῦν. Ὅμηρος [Od. Υ, 204] «ἴδιον ὡς ἐνόησα.» τοῦτο γὰρ πάσχουσιν οἱ φοβούμενοι.⟧ τὸ ὀρροπύγιον ἢ τὸ ἰσχίον. δεινοπαθεῖ δὲ ὁ Διόνυσος ἐπὶ τῷ κωπηλατεῖν. ὄρρον δὲ τὸν καλούμενον ταῦρον. ἔστι δὲ μέρος τῆς πυγῆς.</w:t>
      </w:r>
    </w:p>
    <w:p>
      <w:r>
        <w:rPr>
          <w:rFonts w:ascii="Courier New" w:hAnsi="Courier New"/>
          <w:color w:val="555555"/>
          <w:sz w:val="20"/>
        </w:rPr>
        <w:t>[10]</w:t>
      </w:r>
    </w:p>
    <w:p>
      <w:r>
        <w:rPr>
          <w:rFonts w:ascii="Gentium Plus" w:hAnsi="Gentium Plus"/>
          <w:sz w:val="24"/>
        </w:rPr>
        <w:t>Ἄλλως. ὄρρον τὸν λεγόμενον ταῦρον· οἱ δὲ τὴν ὀσφῦν καὶ τὸ ἱερὸν ὀστοῦν. πῶς οὖν ἐν Λυσιστράτῃ [964] διώ‐ ρισται «ποία δ’ ὀσφὺς, ποῖος δ’ ὄρρος»; τῇ προφορᾷ δὲ Τιμαχίδας ὀρρόν ὡς ὀρθόν. Δίδυμος δὲ τὴν τράμιν φησὶν, οὐχ ὥς τινες τὸ ἰσχίον. ἐτυμολογεῖται δὲ τὸ ὀρ‐</w:t>
      </w:r>
    </w:p>
    <w:p>
      <w:r>
        <w:rPr>
          <w:rFonts w:ascii="Courier New" w:hAnsi="Courier New"/>
          <w:color w:val="555555"/>
          <w:sz w:val="20"/>
        </w:rPr>
        <w:t>[15]</w:t>
      </w:r>
    </w:p>
    <w:p>
      <w:r>
        <w:rPr>
          <w:rFonts w:ascii="Gentium Plus" w:hAnsi="Gentium Plus"/>
          <w:sz w:val="24"/>
        </w:rPr>
        <w:t>ρωδεῖν· οἱ γὰρ δεδοικότες ἰδίουσι τὸν ὄρρον. V.</w:t>
      </w:r>
    </w:p>
    <w:p>
      <w:r>
        <w:rPr>
          <w:rFonts w:ascii="Courier New" w:hAnsi="Courier New"/>
          <w:color w:val="555555"/>
          <w:sz w:val="20"/>
        </w:rPr>
        <w:t>[sch ran 226]</w:t>
      </w:r>
    </w:p>
    <w:p>
      <w:r>
        <w:rPr>
          <w:rFonts w:ascii="Gentium Plus" w:hAnsi="Gentium Plus"/>
          <w:sz w:val="24"/>
        </w:rPr>
        <w:t>(ἀλλ’ ἐξόλοισθ’ αὐτῷ κοάξ: Σὺν αὐτῷ δηλον‐ ότι τῷ κοάξ. Ὅμηρος [Il. Φ, 8] «ἀλλ’ αὐτοῖς ἵπποισι καὶ ἀνδράσιν.»)</w:t>
      </w:r>
    </w:p>
    <w:p>
      <w:r>
        <w:rPr>
          <w:rFonts w:ascii="Courier New" w:hAnsi="Courier New"/>
          <w:color w:val="555555"/>
          <w:sz w:val="20"/>
        </w:rPr>
        <w:t>[sch ran 228]</w:t>
      </w:r>
    </w:p>
    <w:p>
      <w:r>
        <w:rPr>
          <w:rFonts w:ascii="Gentium Plus" w:hAnsi="Gentium Plus"/>
          <w:sz w:val="24"/>
        </w:rPr>
        <w:t>⟦εἰκότως: Εἴσθεσις μέλους ἑτέρου μονοστρο‐ φικοῦ ἐκ κώλων διαφόρων ὀκτώ· ὧν τὸ πρῶτον τροχαϊ‐ κὸν τρίμετρον βραχυκατάληκτον. τὸ δεύτερον Ἰωνικὸν τρίμετρον ἀκατάληκτον, τοῦ πρώτου ποδὸς παίωνος</w:t>
      </w:r>
    </w:p>
    <w:p>
      <w:r>
        <w:rPr>
          <w:rFonts w:ascii="Courier New" w:hAnsi="Courier New"/>
          <w:color w:val="555555"/>
          <w:sz w:val="20"/>
        </w:rPr>
        <w:t>[5]</w:t>
      </w:r>
    </w:p>
    <w:p>
      <w:r>
        <w:rPr>
          <w:rFonts w:ascii="Gentium Plus" w:hAnsi="Gentium Plus"/>
          <w:sz w:val="24"/>
        </w:rPr>
        <w:t>τετάρτου, τῶν δὲ ἑξῆς διτροχαίων. τὸ τρίτον χοριαμ‐ βικὸν δίμετρον βραχυκατάληκτον ἐκ παίωνος τετάρ‐ του καὶ τροχαϊκῆς συζυγίας. τὸ τέταρτον δίμετρον ἀκατάληκτον ἐκ παίωνος τετάρτου καὶ διτροχαίου. τὸ πέμπτον χοριαμβικὸν δίμετρον ὑπερκατάληκτον ἐκ</w:t>
      </w:r>
    </w:p>
    <w:p>
      <w:r>
        <w:rPr>
          <w:rFonts w:ascii="Courier New" w:hAnsi="Courier New"/>
          <w:color w:val="555555"/>
          <w:sz w:val="20"/>
        </w:rPr>
        <w:t>[10]</w:t>
      </w:r>
    </w:p>
    <w:p>
      <w:r>
        <w:rPr>
          <w:rFonts w:ascii="Gentium Plus" w:hAnsi="Gentium Plus"/>
          <w:sz w:val="24"/>
        </w:rPr>
        <w:t>παίωνος τετάρτου καὶ ἰαμβικῶν συζυγιῶν ἤτοι διιάμ‐ βων. τὸ ἕκτον δίμετρον ἀκατάληκτον, ἔχον ἄμφω τὼ πόδε ἑξασυλλάβω. τὸ ἕβδομον ἰαμβικὸν δίμετρον ἀκα‐ τάληκτον. τὸ τελευταῖον δῆλον. ἐπὶ τῷ τέλει κορω‐ νίς.⟧</w:t>
      </w:r>
    </w:p>
    <w:p>
      <w:r>
        <w:rPr>
          <w:rFonts w:ascii="Courier New" w:hAnsi="Courier New"/>
          <w:color w:val="555555"/>
          <w:sz w:val="20"/>
        </w:rPr>
        <w:t>[15]</w:t>
      </w:r>
    </w:p>
    <w:p>
      <w:r>
        <w:rPr>
          <w:rFonts w:ascii="Gentium Plus" w:hAnsi="Gentium Plus"/>
          <w:sz w:val="24"/>
        </w:rPr>
        <w:t>(εἰκότως οὐδὲν ἄλλο ἐσμὲν ἢ) κοάξ· αὐτὸ γὰρ τοῦτο πράττομεν. [ἢ εἰκότως ἀλγεῖς τὸν ὄρρον. πολυ‐ πραγμονεῖς γάρ.] ὦ πολλὰ πράττων: [Ὦ πολυπραγμονῶν.] ἤτοι ὅτι οὐχ ἡσυχίαν ἔχων πλεῖ, ἀλλὰ χλευάζει αὐτούς· ἢ ὅτι</w:t>
      </w:r>
    </w:p>
    <w:p>
      <w:r>
        <w:rPr>
          <w:rFonts w:ascii="Courier New" w:hAnsi="Courier New"/>
          <w:color w:val="555555"/>
          <w:sz w:val="20"/>
        </w:rPr>
        <w:t>[20]</w:t>
      </w:r>
    </w:p>
    <w:p>
      <w:r>
        <w:rPr>
          <w:rFonts w:ascii="Gentium Plus" w:hAnsi="Gentium Plus"/>
          <w:sz w:val="24"/>
        </w:rPr>
        <w:t>καὶ εἰς ᾍδου ὑπέμεινεν ἐλθεῖν. ἢ ὦ πολλὰ περιεργα‐ ζόμενε.</w:t>
      </w:r>
    </w:p>
    <w:p>
      <w:r>
        <w:rPr>
          <w:rFonts w:ascii="Courier New" w:hAnsi="Courier New"/>
          <w:color w:val="555555"/>
          <w:sz w:val="20"/>
        </w:rPr>
        <w:t>[sch ran 230]</w:t>
      </w:r>
    </w:p>
    <w:p>
      <w:r>
        <w:rPr>
          <w:rFonts w:ascii="Gentium Plus" w:hAnsi="Gentium Plus"/>
          <w:sz w:val="24"/>
        </w:rPr>
        <w:t>καὶ κεροβάτας: ⟦Ὁ εἰς τὰ κέρατα τῶν ὀρῶν βαίνων· ἢ ὁ ἐπὶ κέρατος βαίνων. ἢ⟧ ἐπειδὴ χηλὰς ἔχειν δοκεῖ τράγου. διὸ καὶ αἰγοβάταν καὶ τραγοβά‐ μονα λέγουσιν. —ἢ οἷον κερατοβάτης. Ἄλλως. ὁ</w:t>
      </w:r>
    </w:p>
    <w:p>
      <w:r>
        <w:rPr>
          <w:rFonts w:ascii="Courier New" w:hAnsi="Courier New"/>
          <w:color w:val="555555"/>
          <w:sz w:val="20"/>
        </w:rPr>
        <w:t>[5]</w:t>
      </w:r>
    </w:p>
    <w:p>
      <w:r>
        <w:rPr>
          <w:rFonts w:ascii="Gentium Plus" w:hAnsi="Gentium Plus"/>
          <w:sz w:val="24"/>
        </w:rPr>
        <w:t>βαίνων ἐπὶ τῶν κεράτων. κέρατα δέ φασι τὰ ἀκρωτή‐ ρια. V. Δίδυμος δέ φησιν, ἤτοι ὅτι κέρατα ἔχει, ἢ οἷον κεροβάτης, τὴν βάσιν ἔχων κερατίνην· εἴπερ ἱστορεῖ‐ ται τὰ κάτω τράγου ἔχων. ὥστε ἀπὸ τῶν ποδῶν κερο‐ βάτης. —Ἄλλως. διὰ τὸ κεκερατωμένην ἔχειν τὴν</w:t>
      </w:r>
    </w:p>
    <w:p>
      <w:r>
        <w:rPr>
          <w:rFonts w:ascii="Courier New" w:hAnsi="Courier New"/>
          <w:color w:val="555555"/>
          <w:sz w:val="20"/>
        </w:rPr>
        <w:t>[10]</w:t>
      </w:r>
    </w:p>
    <w:p>
      <w:r>
        <w:rPr>
          <w:rFonts w:ascii="Gentium Plus" w:hAnsi="Gentium Plus"/>
          <w:sz w:val="24"/>
        </w:rPr>
        <w:t>βάσιν. οὕτω γὰρ ὠνύχωται ὥστε δοκεῖν κεκερατῶσθαι. οὕτω γοῦν καὶ αἰγίπους. V.</w:t>
      </w:r>
    </w:p>
    <w:p>
      <w:r>
        <w:rPr>
          <w:rFonts w:ascii="Courier New" w:hAnsi="Courier New"/>
          <w:color w:val="555555"/>
          <w:sz w:val="20"/>
        </w:rPr>
        <w:t>[sch ran 231]</w:t>
      </w:r>
    </w:p>
    <w:p>
      <w:r>
        <w:rPr>
          <w:rFonts w:ascii="Gentium Plus" w:hAnsi="Gentium Plus"/>
          <w:sz w:val="24"/>
        </w:rPr>
        <w:t>καλαμόφθογγα: ⟦Ἐξ οὗ ἡ σῦριγξ.⟧ ὅτι οἱ ἀρχαῖοι καλάμῳ ἀντὶ κερατίου ἐχρῶντο. ἢ ᾔδεσαν μὲν τὸ κέρας, ἀνέφερον δὲ τῷ ὀνόματι ἐπὶ τὴν ἀρχαίαν χρῆ‐ σιν, ὡς καὶ χορδὰς λέγομεν ἔτι νῦν τὰς ἐκ τῶν</w:t>
      </w:r>
    </w:p>
    <w:p>
      <w:r>
        <w:rPr>
          <w:rFonts w:ascii="Courier New" w:hAnsi="Courier New"/>
          <w:color w:val="555555"/>
          <w:sz w:val="20"/>
        </w:rPr>
        <w:t>[5]</w:t>
      </w:r>
    </w:p>
    <w:p>
      <w:r>
        <w:rPr>
          <w:rFonts w:ascii="Gentium Plus" w:hAnsi="Gentium Plus"/>
          <w:sz w:val="24"/>
        </w:rPr>
        <w:t>νεύρων, ὅτι τὸ παλαιὸν ἐντέριναι ἦσαν. Ἄλλως. ἐπεὶ σύριγγι ἥδεται ὁ Πὰν, ἥτις ἐστὶν ἐκ καλάμων. — ἠχώδη δὲ ἡδὺ ἀπὸ τῆς λύρας ἀνεπέμπετο, ἢ ὅτι κάλα‐ μος πάλαι ἀντὶ τοῦ κέρατος ὑπετίθετο τῇ λύρᾳ. καὶ διὰ τοῦτο ἐκ συνηθείας κάλαμον καλοῦσι τὸ κέρας, ὡς</w:t>
      </w:r>
    </w:p>
    <w:p>
      <w:r>
        <w:rPr>
          <w:rFonts w:ascii="Courier New" w:hAnsi="Courier New"/>
          <w:color w:val="555555"/>
          <w:sz w:val="20"/>
        </w:rPr>
        <w:t>[10]</w:t>
      </w:r>
    </w:p>
    <w:p>
      <w:r>
        <w:rPr>
          <w:rFonts w:ascii="Gentium Plus" w:hAnsi="Gentium Plus"/>
          <w:sz w:val="24"/>
        </w:rPr>
        <w:t>Σοφοκλῆς ἐν Αἰχμαλωτίσι «ὑφῃρέθη σου κάλαμος ὡσπερεὶ λύρας.» V. ⟦δόνακος δὲ, τοῦ λεπτοκαλάμου, μέλος ἀποτελοῦντος τῇ τοῦ ἀνέμου συγκρούσει. ἐν εἰσθέσει δὲ κῶλα πέντε· ὧν τὰ τρία ἰαμβικὰ δίμετρα ἀκατάληκτα, τὸ τέταρτον δῆλον. τὸ πέμπτον χοριαμ‐</w:t>
      </w:r>
    </w:p>
    <w:p>
      <w:r>
        <w:rPr>
          <w:rFonts w:ascii="Courier New" w:hAnsi="Courier New"/>
          <w:color w:val="555555"/>
          <w:sz w:val="20"/>
        </w:rPr>
        <w:t>[15]</w:t>
      </w:r>
    </w:p>
    <w:p>
      <w:r>
        <w:rPr>
          <w:rFonts w:ascii="Gentium Plus" w:hAnsi="Gentium Plus"/>
          <w:sz w:val="24"/>
        </w:rPr>
        <w:t>βικὸν τρίμετρον ἐξ ἐπιτρίτων βραχυκατάληκτον.⟧</w:t>
      </w:r>
    </w:p>
    <w:p>
      <w:r>
        <w:rPr>
          <w:rFonts w:ascii="Courier New" w:hAnsi="Courier New"/>
          <w:color w:val="555555"/>
          <w:sz w:val="20"/>
        </w:rPr>
        <w:t>[sch ran 234]</w:t>
      </w:r>
    </w:p>
    <w:p>
      <w:r>
        <w:rPr>
          <w:rFonts w:ascii="Gentium Plus" w:hAnsi="Gentium Plus"/>
          <w:sz w:val="24"/>
        </w:rPr>
        <w:t>ἐν λίμναις: ἐν τοῖς ὕδασι. R.</w:t>
      </w:r>
    </w:p>
    <w:p>
      <w:r>
        <w:rPr>
          <w:rFonts w:ascii="Courier New" w:hAnsi="Courier New"/>
          <w:color w:val="555555"/>
          <w:sz w:val="20"/>
        </w:rPr>
        <w:t>[sch ran 236*]</w:t>
      </w:r>
    </w:p>
    <w:p>
      <w:r>
        <w:rPr>
          <w:rFonts w:ascii="Gentium Plus" w:hAnsi="Gentium Plus"/>
          <w:sz w:val="24"/>
        </w:rPr>
        <w:t>φλυκταίνας: Τὰ τῶν χειρῶν ἐπαναστήματα ἀπὸ τοῦ κωπηλατεῖν. —Ἄλλως. τὰ ἕλκη, τὰ οἰδή‐ ματα τὰ ἀπὸ καύσεως, ἃ καὶ φῷδας καλοῦσι. νυνὶ δὲ ἀπὸ τοῦ κωπηλατεῖν. V. λείπει δὲ ἐν ταῖς χερσί. —τὸ</w:t>
      </w:r>
    </w:p>
    <w:p>
      <w:r>
        <w:rPr>
          <w:rFonts w:ascii="Courier New" w:hAnsi="Courier New"/>
          <w:color w:val="555555"/>
          <w:sz w:val="20"/>
        </w:rPr>
        <w:t>[5]</w:t>
      </w:r>
    </w:p>
    <w:p>
      <w:r>
        <w:rPr>
          <w:rFonts w:ascii="Gentium Plus" w:hAnsi="Gentium Plus"/>
          <w:sz w:val="24"/>
        </w:rPr>
        <w:t>δὲ ἰδίει ἀντὶ τοῦ ἱδροῖ. καὶ Ὅμηρος [Od. Υ, 204] «ἴδιον ὡς ἐνόησα.» V. ἱδρώττει. Θ.</w:t>
      </w:r>
    </w:p>
    <w:p>
      <w:r>
        <w:rPr>
          <w:rFonts w:ascii="Courier New" w:hAnsi="Courier New"/>
          <w:color w:val="555555"/>
          <w:sz w:val="20"/>
        </w:rPr>
        <w:t>[sch ran 240]</w:t>
      </w:r>
    </w:p>
    <w:p>
      <w:r>
        <w:rPr>
          <w:rFonts w:ascii="Gentium Plus" w:hAnsi="Gentium Plus"/>
          <w:sz w:val="24"/>
        </w:rPr>
        <w:t>πρὸς τοὺς βατράχους φησὶ διὰ τὸ φιλεῖν ᾠδήν. R.</w:t>
      </w:r>
    </w:p>
    <w:p>
      <w:r>
        <w:rPr>
          <w:rFonts w:ascii="Courier New" w:hAnsi="Courier New"/>
          <w:color w:val="555555"/>
          <w:sz w:val="20"/>
        </w:rPr>
        <w:t>[sch ran 241]</w:t>
      </w:r>
    </w:p>
    <w:p>
      <w:r>
        <w:rPr>
          <w:rFonts w:ascii="Gentium Plus" w:hAnsi="Gentium Plus"/>
          <w:sz w:val="24"/>
        </w:rPr>
        <w:t>⟦μᾶλλον μὲν οὖν: Εἴσθεσις μέλους ἑτέρου μονοστροφικοῦ ἐκ κώλων διαφόρων δέκα· ὧν τὸ πρῶτον χοριαμβικὸν τρίμετρον ἐξ ἐπιτρίτων καὶ κρητικοῦ. τὸ βʹ τροχαϊκὸν δίμετρον ἀκατάληκτον. τὸ τρίτον ὅμοιον, τοῦ</w:t>
      </w:r>
    </w:p>
    <w:p>
      <w:r>
        <w:rPr>
          <w:rFonts w:ascii="Courier New" w:hAnsi="Courier New"/>
          <w:color w:val="555555"/>
          <w:sz w:val="20"/>
        </w:rPr>
        <w:t>[5]</w:t>
      </w:r>
    </w:p>
    <w:p>
      <w:r>
        <w:rPr>
          <w:rFonts w:ascii="Gentium Plus" w:hAnsi="Gentium Plus"/>
          <w:sz w:val="24"/>
        </w:rPr>
        <w:t>τρίτου ποδὸς τριβράχεος ἢ χορείου. τὸ τέταρτον ὅμοιον καθαρόν· τὸ πέμπτον ἐπιχοριαμβικὸν δίμετρον ἀκα‐ τάληκτον ἐκ παίωνος τετάρτου καὶ χοριάμβου. τὸ ἕκτον ὅμοιον σπονδειοκατάληκτον τῷ δευτέρῳ ποδί. τὸ ἕβδομον ἰαμβικὸν δίμετρον ὑπερκατάληκτον. τὰ</w:t>
      </w:r>
    </w:p>
    <w:p>
      <w:r>
        <w:rPr>
          <w:rFonts w:ascii="Courier New" w:hAnsi="Courier New"/>
          <w:color w:val="555555"/>
          <w:sz w:val="20"/>
        </w:rPr>
        <w:t>[10]</w:t>
      </w:r>
    </w:p>
    <w:p>
      <w:r>
        <w:rPr>
          <w:rFonts w:ascii="Gentium Plus" w:hAnsi="Gentium Plus"/>
          <w:sz w:val="24"/>
        </w:rPr>
        <w:t>ἑξῆς δύο τῷ δευτέρῳ πέφυκεν ὅμοια. τὸ τελευταῖον δῆλον. ἐπὶ τῷ τέλει κορωνίς.⟧ εἰ δήποτ’ εὐηλίοις: Ἀντὶ τοῦ θερμαῖς. R. V. ὅτι ἐν</w:t>
      </w:r>
    </w:p>
    <w:p>
      <w:r>
        <w:rPr>
          <w:rFonts w:ascii="Courier New" w:hAnsi="Courier New"/>
          <w:color w:val="555555"/>
          <w:sz w:val="20"/>
        </w:rPr>
        <w:t>[15]</w:t>
      </w:r>
    </w:p>
    <w:p>
      <w:r>
        <w:rPr>
          <w:rFonts w:ascii="Gentium Plus" w:hAnsi="Gentium Plus"/>
          <w:sz w:val="24"/>
        </w:rPr>
        <w:t>ᾄδουσιν οἱ βάτραχοι καὶ ὅταν τύχῃ ἀνέφελος ὁ ἀήρ. V. ἡλίου γὰρ ὄντος καὶ θαυμαστῆς οὔσης αἰθρίας τὸ τῶν βατράχων γένος ἄνω καὶ κάτω χωρεῖ καὶ πρὸς τὴν γῆν ἔσθ’ ὅτ’ ἐκφέρεται. Vict.</w:t>
      </w:r>
    </w:p>
    <w:p>
      <w:r>
        <w:rPr>
          <w:rFonts w:ascii="Courier New" w:hAnsi="Courier New"/>
          <w:color w:val="555555"/>
          <w:sz w:val="20"/>
        </w:rPr>
        <w:t>[sch ran 243]</w:t>
      </w:r>
    </w:p>
    <w:p>
      <w:r>
        <w:rPr>
          <w:rFonts w:ascii="Gentium Plus" w:hAnsi="Gentium Plus"/>
          <w:sz w:val="24"/>
        </w:rPr>
        <w:t>⟦ἡλάμεσθα: Ἐπηδήσαμεν, ὡρμήσαμεν. κύ‐ πειρος δὲ εἶδος βοτάνης.⟧</w:t>
      </w:r>
    </w:p>
    <w:p>
      <w:r>
        <w:rPr>
          <w:rFonts w:ascii="Courier New" w:hAnsi="Courier New"/>
          <w:color w:val="555555"/>
          <w:sz w:val="20"/>
        </w:rPr>
        <w:t>[sch ran 244]</w:t>
      </w:r>
    </w:p>
    <w:p>
      <w:r>
        <w:rPr>
          <w:rFonts w:ascii="Gentium Plus" w:hAnsi="Gentium Plus"/>
          <w:sz w:val="24"/>
        </w:rPr>
        <w:t>[καὶ φλέω: Φλέως λοχμῶδες φυτὸν, οὗ μνημο‐ νεύει Θεόφραστος, παραδηλῶν ὅτι ποτάμιος βοτάνη ἐστὶν ὡς τὸ βούτομον. μέμνηται αὐτοῦ καὶ ἐν Ἀμ‐ φιαράῳ</w:t>
      </w:r>
    </w:p>
    <w:p>
      <w:r>
        <w:rPr>
          <w:rFonts w:ascii="Courier New" w:hAnsi="Courier New"/>
          <w:color w:val="555555"/>
          <w:sz w:val="20"/>
        </w:rPr>
        <w:t>[5]</w:t>
      </w:r>
    </w:p>
    <w:p>
      <w:r>
        <w:rPr>
          <w:rFonts w:ascii="Gentium Plus" w:hAnsi="Gentium Plus"/>
          <w:sz w:val="24"/>
        </w:rPr>
        <w:t>πόθεν ἂν λάβοιμι βύσμα τῷ πρωκτῷ φλέων;] (κύπειρον καὶ φελεὺς εἴδη βοτανῶν. τοῦ δὲ φελέως γεγεμισμένον ἦν τὸ ὄρος τῆς Ἀττικῆς, ἀφ’ οὗ καὶ ὁ δῆμος ἐκλήθη.) Ἄλλως. κύπειρον καὶ φελεὺς εἴδη εἰσὶν ἀνθέων φυόμενα παρὰ χείλη ποταμῶν. ἢ ὅτι λο‐</w:t>
      </w:r>
    </w:p>
    <w:p>
      <w:r>
        <w:rPr>
          <w:rFonts w:ascii="Courier New" w:hAnsi="Courier New"/>
          <w:color w:val="555555"/>
          <w:sz w:val="20"/>
        </w:rPr>
        <w:t>[10]</w:t>
      </w:r>
    </w:p>
    <w:p>
      <w:r>
        <w:rPr>
          <w:rFonts w:ascii="Gentium Plus" w:hAnsi="Gentium Plus"/>
          <w:sz w:val="24"/>
        </w:rPr>
        <w:t>χμῶδες φυτὸν ὁ φελεὺς, οὗ μνημονεύει Θεόφραστος, ὅτι ποτάμιός ἐστι βοτάνη καθάπερ καὶ τὸ βούτομον. V.</w:t>
      </w:r>
    </w:p>
    <w:p>
      <w:r>
        <w:rPr>
          <w:rFonts w:ascii="Courier New" w:hAnsi="Courier New"/>
          <w:color w:val="555555"/>
          <w:sz w:val="20"/>
        </w:rPr>
        <w:t>[sch ran 245]</w:t>
      </w:r>
    </w:p>
    <w:p>
      <w:r>
        <w:rPr>
          <w:rFonts w:ascii="Gentium Plus" w:hAnsi="Gentium Plus"/>
          <w:sz w:val="24"/>
        </w:rPr>
        <w:t>νηκτικὸν γὰρ τὸ ζῷον. V.</w:t>
      </w:r>
    </w:p>
    <w:p>
      <w:r>
        <w:rPr>
          <w:rFonts w:ascii="Courier New" w:hAnsi="Courier New"/>
          <w:color w:val="555555"/>
          <w:sz w:val="20"/>
        </w:rPr>
        <w:t>[sch ran 246]</w:t>
      </w:r>
    </w:p>
    <w:p>
      <w:r>
        <w:rPr>
          <w:rFonts w:ascii="Gentium Plus" w:hAnsi="Gentium Plus"/>
          <w:sz w:val="24"/>
        </w:rPr>
        <w:t>(ἢ Διὸς ὄμβρον φεύγοντες: Τὸν ἥλιον καὶ τὴν ἀλέαν διώκουσιν οἱ βάτραχοι, τὸν δ’ ὄμβρον φεύγου‐ σιν, ἴσως ἐπεὶ τῶν χειμάρρων ποταμῶν πληρουμένων ἐκ τοῦ Διὸς ὄμβρου παρασύρονται.)</w:t>
      </w:r>
    </w:p>
    <w:p>
      <w:r>
        <w:rPr>
          <w:rFonts w:ascii="Courier New" w:hAnsi="Courier New"/>
          <w:color w:val="555555"/>
          <w:sz w:val="20"/>
        </w:rPr>
        <w:t>[sch ran 247]</w:t>
      </w:r>
    </w:p>
    <w:p>
      <w:r>
        <w:rPr>
          <w:rFonts w:ascii="Gentium Plus" w:hAnsi="Gentium Plus"/>
          <w:sz w:val="24"/>
        </w:rPr>
        <w:t>ἔνυδρον ἐν βυθῷ χορείαν: Τὴν νῆξιν χορείαν εἶπε. καὶ οὐ φθέγγεται μὲν ἐν τῷ βυθῷ, ἀλλ’ ἄνω κέ‐ κραγεν. ἁπλούστερον δὲ εἶπεν.</w:t>
      </w:r>
    </w:p>
    <w:p>
      <w:r>
        <w:rPr>
          <w:rFonts w:ascii="Courier New" w:hAnsi="Courier New"/>
          <w:color w:val="555555"/>
          <w:sz w:val="20"/>
        </w:rPr>
        <w:t>[sch ran 248]</w:t>
      </w:r>
    </w:p>
    <w:p>
      <w:r>
        <w:rPr>
          <w:rFonts w:ascii="Gentium Plus" w:hAnsi="Gentium Plus"/>
          <w:sz w:val="24"/>
        </w:rPr>
        <w:t>τὴν πηδητικήν. R. Θ. M. αἰόλαν: Ποικίλην. Θ. Vict.</w:t>
      </w:r>
    </w:p>
    <w:p>
      <w:r>
        <w:rPr>
          <w:rFonts w:ascii="Courier New" w:hAnsi="Courier New"/>
          <w:color w:val="555555"/>
          <w:sz w:val="20"/>
        </w:rPr>
        <w:t>[sch ran 249]</w:t>
      </w:r>
    </w:p>
    <w:p>
      <w:r>
        <w:rPr>
          <w:rFonts w:ascii="Gentium Plus" w:hAnsi="Gentium Plus"/>
          <w:sz w:val="24"/>
        </w:rPr>
        <w:t>πομφολυγοπαφλάσμασιν: ⟦Ἐν φύσκαις ῥηγνυ‐ μέναις καὶ ἦχόν τινα ἀποτελούσαις. ἢ ἐν ταῖς δίναις τῶν ὑδάτων. πομφόλυγες γὰρ αἱ φλυκταινώδεις δῖναι. τοῦτο δέ φησιν, ἐπειδὴ τῶν ἐξ ὑετοῦ σταγόνων πιπτου‐</w:t>
      </w:r>
    </w:p>
    <w:p>
      <w:r>
        <w:rPr>
          <w:rFonts w:ascii="Courier New" w:hAnsi="Courier New"/>
          <w:color w:val="555555"/>
          <w:sz w:val="20"/>
        </w:rPr>
        <w:t>[5]</w:t>
      </w:r>
    </w:p>
    <w:p>
      <w:r>
        <w:rPr>
          <w:rFonts w:ascii="Gentium Plus" w:hAnsi="Gentium Plus"/>
          <w:sz w:val="24"/>
        </w:rPr>
        <w:t>σῶν ἐν τῷ πηγῶν ἢ λιμνῶν ὕδατι πομφόλυγες ἤτοι φύσκαι συνιστάμεναι, αὐτίκα διαφθειρόμεναι ἦχον ἀποτελοῦσί τινα.⟧ —πομφόλυγές εἰσι τὰ ἐπαναστή‐ ματα τῶν ὑδάτων. Ἄλλως. βοήμασι καὶ κεκρά‐ γμασι. πομφόλυξ δὲ καλεῖται ἡ σταγὼν τοῦ ὑετοῦ· κα‐</w:t>
      </w:r>
    </w:p>
    <w:p>
      <w:r>
        <w:rPr>
          <w:rFonts w:ascii="Courier New" w:hAnsi="Courier New"/>
          <w:color w:val="555555"/>
          <w:sz w:val="20"/>
        </w:rPr>
        <w:t>[10]</w:t>
      </w:r>
    </w:p>
    <w:p>
      <w:r>
        <w:rPr>
          <w:rFonts w:ascii="Gentium Plus" w:hAnsi="Gentium Plus"/>
          <w:sz w:val="24"/>
        </w:rPr>
        <w:t>ταπεσοῦσα γὰρ ἠχεῖ. V.</w:t>
      </w:r>
    </w:p>
    <w:p>
      <w:r>
        <w:rPr>
          <w:rFonts w:ascii="Courier New" w:hAnsi="Courier New"/>
          <w:color w:val="555555"/>
          <w:sz w:val="20"/>
        </w:rPr>
        <w:t>[sch ran 251]</w:t>
      </w:r>
    </w:p>
    <w:p>
      <w:r>
        <w:rPr>
          <w:rFonts w:ascii="Gentium Plus" w:hAnsi="Gentium Plus"/>
          <w:sz w:val="24"/>
        </w:rPr>
        <w:t>⟦τουτὶ παρ’ ὑμῶν: Ἡ ἀμοιβαία αὕτη ἔκθεσις τῶν μελῶν τρισὶ διαιρεῖται περιόδοις· καὶ εἰσὶ τῆς μὲν πρώτης περιόδου κῶλα πέντε· ὧν τὸ μὲν πρῶτον δί‐ μετρον ἀκατάληκτον καθαρὸν ἰαμβικόν. τὸ δεύτερον</w:t>
      </w:r>
    </w:p>
    <w:p>
      <w:r>
        <w:rPr>
          <w:rFonts w:ascii="Courier New" w:hAnsi="Courier New"/>
          <w:color w:val="555555"/>
          <w:sz w:val="20"/>
        </w:rPr>
        <w:t>[5]</w:t>
      </w:r>
    </w:p>
    <w:p>
      <w:r>
        <w:rPr>
          <w:rFonts w:ascii="Gentium Plus" w:hAnsi="Gentium Plus"/>
          <w:sz w:val="24"/>
        </w:rPr>
        <w:t>τροχαϊκὸν δίμετρον ὅμοιον. τὸ τρίτον ὅμοιον τοῦ δευ‐ τέρου τρίβραχυν ἔχοντος ἢ χορεῖον. τὸ τέταρτον ὅμοιον ἑφθημιμερές. τὸ τελευταῖον δῆλον.⟧ [τὸ λέγειν βρεκεκὲξ παρ’ ὑμῶν ἔμαθον.] —τοῦτο ἀφ’ ὑμῶν λαμβάνω, ὅ ἐστιν ἀντὶ τοῦ ἀφαιροῦμαι, ἵνα</w:t>
      </w:r>
    </w:p>
    <w:p>
      <w:r>
        <w:rPr>
          <w:rFonts w:ascii="Courier New" w:hAnsi="Courier New"/>
          <w:color w:val="555555"/>
          <w:sz w:val="20"/>
        </w:rPr>
        <w:t>[10]</w:t>
      </w:r>
    </w:p>
    <w:p>
      <w:r>
        <w:rPr>
          <w:rFonts w:ascii="Gentium Plus" w:hAnsi="Gentium Plus"/>
          <w:sz w:val="24"/>
        </w:rPr>
        <w:t>μὴ λέγητε τὸ κοάξ. V.</w:t>
      </w:r>
    </w:p>
    <w:p>
      <w:r>
        <w:rPr>
          <w:rFonts w:ascii="Courier New" w:hAnsi="Courier New"/>
          <w:color w:val="555555"/>
          <w:sz w:val="20"/>
        </w:rPr>
        <w:t>[sch ran 252]</w:t>
      </w:r>
    </w:p>
    <w:p>
      <w:r>
        <w:rPr>
          <w:rFonts w:ascii="Gentium Plus" w:hAnsi="Gentium Plus"/>
          <w:sz w:val="24"/>
        </w:rPr>
        <w:t>⟦δεινά γ’ ἄρα πεισόμεσθα: Πάθοιμεν ἂν ἐκ τῆς βοῆς, ἣν ἐπὶ τοσοῦτον παρατενοῦμεν, ἐφ’ ὅσον οἷοί τε ὦμεν.⟧ —εἰ μέλλεις ἀφαιρεῖσθαι ἡμῶν δηλονότι τὸ βρεκεκέξ. V. εἰ κωλύσεις ἡμᾶς τοῦ βοᾶν. Vict.</w:t>
      </w:r>
    </w:p>
    <w:p>
      <w:r>
        <w:rPr>
          <w:rFonts w:ascii="Courier New" w:hAnsi="Courier New"/>
          <w:color w:val="555555"/>
          <w:sz w:val="20"/>
        </w:rPr>
        <w:t>[sch ran 257]</w:t>
      </w:r>
    </w:p>
    <w:p>
      <w:r>
        <w:rPr>
          <w:rFonts w:ascii="Gentium Plus" w:hAnsi="Gentium Plus"/>
          <w:sz w:val="24"/>
        </w:rPr>
        <w:t>⟦οἰμώζετ’, οὐ γάρ μοι μέλει: Τῆς δευτέρας περιόδου τὰ κῶλα ὁμοίως πέντε τοῖς ἄνω καθ’ ἕκαστον ὁμοίως ἔχοντα. ὁ μέντοι πρῶτος τοῦ τρίτου κώλου ποὺς τρίβραχύς ἐστι.⟧ δεῖ νοεῖν ὡς οἱ βάτραχοι ὑπὸ σκηνήν</w:t>
      </w:r>
    </w:p>
    <w:p>
      <w:r>
        <w:rPr>
          <w:rFonts w:ascii="Courier New" w:hAnsi="Courier New"/>
          <w:color w:val="555555"/>
          <w:sz w:val="20"/>
        </w:rPr>
        <w:t>[5]</w:t>
      </w:r>
    </w:p>
    <w:p>
      <w:r>
        <w:rPr>
          <w:rFonts w:ascii="Gentium Plus" w:hAnsi="Gentium Plus"/>
          <w:sz w:val="24"/>
        </w:rPr>
        <w:t>εἰσιν, ἀλλ’ οὐκ ἐν τῷ φανερῷ. ἡ μέντοι φωνὴ αὐτῶν ἐξακούεται, ὥσπερ καὶ αὐτοὶ κατὰ τὴν λίμνην ἠχοῦσιν. ἐπεὶ οὖν διαλελοίπασι καὶ χορὸς ἐγεγόνει, διὰ τοῦτο λόγον ἐποίησεν ὁ Διόνυσος, ἔμελλον ἄρα ὑμᾶς παύσειν. θηλυκῶς δὲ τὴν φάρυγγα λέγει.</w:t>
      </w:r>
    </w:p>
    <w:p>
      <w:r>
        <w:rPr>
          <w:rFonts w:ascii="Courier New" w:hAnsi="Courier New"/>
          <w:color w:val="555555"/>
          <w:sz w:val="20"/>
        </w:rPr>
        <w:t>[sch ran 260]</w:t>
      </w:r>
    </w:p>
    <w:p>
      <w:r>
        <w:rPr>
          <w:rFonts w:ascii="Gentium Plus" w:hAnsi="Gentium Plus"/>
          <w:sz w:val="24"/>
        </w:rPr>
        <w:t>χανδάνῃ: Ἀντὶ τοῦ δύνηται καὶ ἐξισχύῃ. R. V. χωρῇ. δι’ ἡμέρας: Δι’ ὅλης ἡμέρας. Θ. Vict.</w:t>
      </w:r>
    </w:p>
    <w:p>
      <w:r>
        <w:rPr>
          <w:rFonts w:ascii="Courier New" w:hAnsi="Courier New"/>
          <w:color w:val="555555"/>
          <w:sz w:val="20"/>
        </w:rPr>
        <w:t>[sch ran 263]</w:t>
      </w:r>
    </w:p>
    <w:p>
      <w:r>
        <w:rPr>
          <w:rFonts w:ascii="Gentium Plus" w:hAnsi="Gentium Plus"/>
          <w:sz w:val="24"/>
        </w:rPr>
        <w:t>⟦οὐ νικήσετε: Τῆς τρίτης περιόδου τὰ κῶλα ὀκτώ· ὧν τὰ μὲν πέντε ὅμοια πάντως τοῖς ἄνω πλὴν τοῦ τετάρτου τὸν δεύτερον πόδα τρίβραχυν ἔχοντος. τὸ δὲ ἕκτον καὶ ὄγδοον ἰαμβικὰ τρίμετρα ἀκατάληκτα.</w:t>
      </w:r>
    </w:p>
    <w:p>
      <w:r>
        <w:rPr>
          <w:rFonts w:ascii="Courier New" w:hAnsi="Courier New"/>
          <w:color w:val="555555"/>
          <w:sz w:val="20"/>
        </w:rPr>
        <w:t>[5]</w:t>
      </w:r>
    </w:p>
    <w:p>
      <w:r>
        <w:rPr>
          <w:rFonts w:ascii="Gentium Plus" w:hAnsi="Gentium Plus"/>
          <w:sz w:val="24"/>
        </w:rPr>
        <w:t>τὸ γὰρ ἕβδομον δῆλον. ἐπὶ τῷ τέλει κορωνίς.⟧</w:t>
      </w:r>
    </w:p>
    <w:p>
      <w:r>
        <w:rPr>
          <w:rFonts w:ascii="Courier New" w:hAnsi="Courier New"/>
          <w:color w:val="555555"/>
          <w:sz w:val="20"/>
        </w:rPr>
        <w:t>[sch ran 264]</w:t>
      </w:r>
    </w:p>
    <w:p>
      <w:r>
        <w:rPr>
          <w:rFonts w:ascii="Gentium Plus" w:hAnsi="Gentium Plus"/>
          <w:sz w:val="24"/>
        </w:rPr>
        <w:t>ἀντὶ τοῦ ἐπὶ τούτῳ τῷ λέγειν βρεκεκεκέξ. πάν‐ τως ἀντὶ τοῦ παντελῶς. ἔξωθεν δὲ προσληπτέον τὸ νικήσεις. R. V. Θ. M.</w:t>
      </w:r>
    </w:p>
    <w:p>
      <w:r>
        <w:rPr>
          <w:rFonts w:ascii="Courier New" w:hAnsi="Courier New"/>
          <w:color w:val="555555"/>
          <w:sz w:val="20"/>
        </w:rPr>
        <w:t>[sch ran 268]</w:t>
      </w:r>
    </w:p>
    <w:p>
      <w:r>
        <w:rPr>
          <w:rFonts w:ascii="Gentium Plus" w:hAnsi="Gentium Plus"/>
          <w:sz w:val="24"/>
        </w:rPr>
        <w:t>ἔμελλον ἄρα: Σιωπῶσιν οἱ βάτραχοι καὶ ἕτε‐ ρος χορὸς εἰσέρχεται, ὡς προείπομεν, ὁ τῶν μυστῶν, ὅς ἐστιν ἀναγκαῖος.</w:t>
      </w:r>
    </w:p>
    <w:p>
      <w:r>
        <w:rPr>
          <w:rFonts w:ascii="Courier New" w:hAnsi="Courier New"/>
          <w:color w:val="555555"/>
          <w:sz w:val="20"/>
        </w:rPr>
        <w:t>[sch ran 269]</w:t>
      </w:r>
    </w:p>
    <w:p>
      <w:r>
        <w:rPr>
          <w:rFonts w:ascii="Gentium Plus" w:hAnsi="Gentium Plus"/>
          <w:sz w:val="24"/>
        </w:rPr>
        <w:t>⟦ὦ παῦε παῦε: Κορωνὶς ἀμοιβαία εἰσιόντων τῶν ὑποκριτῶν. οἱ δὲ στίχοι ἰαμβικοὶ τρίμετροι ἀκατά‐ ληκτοι μϛʹ. ὧν τελευταῖος ἀλλ’ ἠρεμεὶ πτήξαντες ἀκροασώμεθα.</w:t>
      </w:r>
    </w:p>
    <w:p>
      <w:r>
        <w:rPr>
          <w:rFonts w:ascii="Courier New" w:hAnsi="Courier New"/>
          <w:color w:val="555555"/>
          <w:sz w:val="20"/>
        </w:rPr>
        <w:t>[5]</w:t>
      </w:r>
    </w:p>
    <w:p>
      <w:r>
        <w:rPr>
          <w:rFonts w:ascii="Gentium Plus" w:hAnsi="Gentium Plus"/>
          <w:sz w:val="24"/>
        </w:rPr>
        <w:t>μετὰ δὲ τὸν μβʹ κῶλον ἰαμβικὸν ἑφθημιμερὲς τὸ, αὐ‐ λεῖ τις ἔνδον· ὃ κατὰ παρεπιγραφήν φασι κεῖσθαι· ὡς καὶ ἑξῆς τὸ, διαύλιον προσαυλεῖ. ἐπὶ τῷ τέλει κορωνίς.⟧ —παῦσαι τῆς κωπηλασίας, παραβαλοῦ δὲ τῷ πλοίῳ. R. V. Θ. M. ἢ παῦε τῆς ὁμιλίας. τῷ δὲ πλοίῳ παρα‐</w:t>
      </w:r>
    </w:p>
    <w:p>
      <w:r>
        <w:rPr>
          <w:rFonts w:ascii="Courier New" w:hAnsi="Courier New"/>
          <w:color w:val="555555"/>
          <w:sz w:val="20"/>
        </w:rPr>
        <w:t>[10]</w:t>
      </w:r>
    </w:p>
    <w:p>
      <w:r>
        <w:rPr>
          <w:rFonts w:ascii="Gentium Plus" w:hAnsi="Gentium Plus"/>
          <w:sz w:val="24"/>
        </w:rPr>
        <w:t>βαλοῦ. πρὸς τὴν γῆν δὲ φθάσας φησὶ ταῦτα. M. παῦε, ὦ Διόνυσε, τῆς κωπηλασίας. πλησίασον τὴν ναῦν τῷ λιμένι. Θ. . παραβαλοῦ τῷ κωπίῳ: Πλησίασον τὴν ναῦν τῷ λιμένι διὰ τοῦ κωπίου. Vict.</w:t>
      </w:r>
    </w:p>
    <w:p>
      <w:r>
        <w:rPr>
          <w:rFonts w:ascii="Courier New" w:hAnsi="Courier New"/>
          <w:color w:val="555555"/>
          <w:sz w:val="20"/>
        </w:rPr>
        <w:t>[sch ran 270]</w:t>
      </w:r>
    </w:p>
    <w:p>
      <w:r>
        <w:rPr>
          <w:rFonts w:ascii="Gentium Plus" w:hAnsi="Gentium Plus"/>
          <w:sz w:val="24"/>
        </w:rPr>
        <w:t>ἀπόδος τὸν ναῦλον: Καλλίστρατος ὅτι τὸν ναῦλον ἀρσενικῶς, καὶ οὐχὶ τὸ ναῦλον εἰώθασι λέγειν. διασώζεται δὲ (καὶ ἔν τισιν) ἡ γραφή. καὶ ἔστι παρὰ τοῖς νεωτέροις καὶ ἡ ναῦλος «ἡ ναῦλος ἡμῖν τῆς νεὼς</w:t>
      </w:r>
    </w:p>
    <w:p>
      <w:r>
        <w:rPr>
          <w:rFonts w:ascii="Courier New" w:hAnsi="Courier New"/>
          <w:color w:val="555555"/>
          <w:sz w:val="20"/>
        </w:rPr>
        <w:t>[5]</w:t>
      </w:r>
    </w:p>
    <w:p>
      <w:r>
        <w:rPr>
          <w:rFonts w:ascii="Gentium Plus" w:hAnsi="Gentium Plus"/>
          <w:sz w:val="24"/>
        </w:rPr>
        <w:t>ὀφείλεται.» οὐ μόνον δὲ ἀρσενικῶς, ἀλλὰ καὶ διὰ δύο λλ λέγεται ναῦλλος καὶ ναῦλλον. ἔχε δὴ: Ἀντὶ τοῦ κράτει. ἐν ᾍδου λοιπὸν τὰ πράγματα.</w:t>
      </w:r>
    </w:p>
    <w:p>
      <w:r>
        <w:rPr>
          <w:rFonts w:ascii="Courier New" w:hAnsi="Courier New"/>
          <w:color w:val="555555"/>
          <w:sz w:val="20"/>
        </w:rPr>
        <w:t>[sch ran 271]</w:t>
      </w:r>
    </w:p>
    <w:p>
      <w:r>
        <w:rPr>
          <w:rFonts w:ascii="Gentium Plus" w:hAnsi="Gentium Plus"/>
          <w:sz w:val="24"/>
        </w:rPr>
        <w:t>ἦ Ξανθίας: Ὄντως ὑπάρχει ὁ Ξανθίας, ὃν ὁρῶ; Br.</w:t>
      </w:r>
    </w:p>
    <w:p>
      <w:r>
        <w:rPr>
          <w:rFonts w:ascii="Courier New" w:hAnsi="Courier New"/>
          <w:color w:val="555555"/>
          <w:sz w:val="20"/>
        </w:rPr>
        <w:t>[sch ran 272]</w:t>
      </w:r>
    </w:p>
    <w:p>
      <w:r>
        <w:rPr>
          <w:rFonts w:ascii="Gentium Plus" w:hAnsi="Gentium Plus"/>
          <w:sz w:val="24"/>
        </w:rPr>
        <w:t>ἰαῦ: ⟦Μίμημά ἐστι συριγμοῦ.⟧ —τοῦτο ὁ Ξανθίας φησί. R. V.</w:t>
      </w:r>
    </w:p>
    <w:p>
      <w:r>
        <w:rPr>
          <w:rFonts w:ascii="Courier New" w:hAnsi="Courier New"/>
          <w:color w:val="555555"/>
          <w:sz w:val="20"/>
        </w:rPr>
        <w:t>[sch ran 274]</w:t>
      </w:r>
    </w:p>
    <w:p>
      <w:r>
        <w:rPr>
          <w:rFonts w:ascii="Gentium Plus" w:hAnsi="Gentium Plus"/>
          <w:sz w:val="24"/>
        </w:rPr>
        <w:t>μεταβέβληται ἡ σκηνὴ καὶ γέγονεν ὑπόγειος. μεταβέβληται δὲ καὶ ὁ χορὸς τῶν βατράχων εἰς τοὺς μύστας. ἵνα δὲ κωμῳδήσῃ τοὺς Ἀθηναίους ὡς τοιούτους σκώπτει τοὺς ἐν τῷ θεάτρῳ, λέγων ὅτι καὶ νῦν ὁρῶ</w:t>
      </w:r>
    </w:p>
    <w:p>
      <w:r>
        <w:rPr>
          <w:rFonts w:ascii="Courier New" w:hAnsi="Courier New"/>
          <w:color w:val="555555"/>
          <w:sz w:val="20"/>
        </w:rPr>
        <w:t>[5]</w:t>
      </w:r>
    </w:p>
    <w:p>
      <w:r>
        <w:rPr>
          <w:rFonts w:ascii="Gentium Plus" w:hAnsi="Gentium Plus"/>
          <w:sz w:val="24"/>
        </w:rPr>
        <w:t>ἐνταῦθα τοὺς πατραλοίας. V.</w:t>
      </w:r>
    </w:p>
    <w:p>
      <w:r>
        <w:rPr>
          <w:rFonts w:ascii="Courier New" w:hAnsi="Courier New"/>
          <w:color w:val="555555"/>
          <w:sz w:val="20"/>
        </w:rPr>
        <w:t>[sch ran 275]</w:t>
      </w:r>
    </w:p>
    <w:p>
      <w:r>
        <w:rPr>
          <w:rFonts w:ascii="Gentium Plus" w:hAnsi="Gentium Plus"/>
          <w:sz w:val="24"/>
        </w:rPr>
        <w:t>ὁ Ἡρακλῆς δηλονότι. R. ἀντὶ τοῦ ὁ Ἡρακλῆς.</w:t>
      </w:r>
    </w:p>
    <w:p>
      <w:r>
        <w:rPr>
          <w:rFonts w:ascii="Courier New" w:hAnsi="Courier New"/>
          <w:color w:val="555555"/>
          <w:sz w:val="20"/>
        </w:rPr>
        <w:t>[sch ran 276]</w:t>
      </w:r>
    </w:p>
    <w:p>
      <w:r>
        <w:rPr>
          <w:rFonts w:ascii="Gentium Plus" w:hAnsi="Gentium Plus"/>
          <w:sz w:val="24"/>
        </w:rPr>
        <w:t>καὶ νυνί γ’ ὁρῶ: Τοὺς ἐν τῷ θεάτρῳ ἐπιόρκους ὁρᾶν φησιν.</w:t>
      </w:r>
    </w:p>
    <w:p>
      <w:r>
        <w:rPr>
          <w:rFonts w:ascii="Courier New" w:hAnsi="Courier New"/>
          <w:color w:val="555555"/>
          <w:sz w:val="20"/>
        </w:rPr>
        <w:t>[sch ran 280]</w:t>
      </w:r>
    </w:p>
    <w:p>
      <w:r>
        <w:rPr>
          <w:rFonts w:ascii="Gentium Plus" w:hAnsi="Gentium Plus"/>
          <w:sz w:val="24"/>
        </w:rPr>
        <w:t>ἠλαζονεύετο: Ἀντὶ τοῦ ἐψεύδετο. καὶ Μέναν‐ δρος «ἀλλ’ ἀλαζὼν καὶ θεοῖσιν ἐχθρός.»</w:t>
      </w:r>
    </w:p>
    <w:p>
      <w:r>
        <w:rPr>
          <w:rFonts w:ascii="Courier New" w:hAnsi="Courier New"/>
          <w:color w:val="555555"/>
          <w:sz w:val="20"/>
        </w:rPr>
        <w:t>[sch ran 281]</w:t>
      </w:r>
    </w:p>
    <w:p>
      <w:r>
        <w:rPr>
          <w:rFonts w:ascii="Gentium Plus" w:hAnsi="Gentium Plus"/>
          <w:sz w:val="24"/>
        </w:rPr>
        <w:t>γενναῖον. R. Θ. γενναῖον, ἰσχυρὸν, πολεμικόν. M. ἐπιδεικνύμενος. Θ.</w:t>
      </w:r>
    </w:p>
    <w:p>
      <w:r>
        <w:rPr>
          <w:rFonts w:ascii="Courier New" w:hAnsi="Courier New"/>
          <w:color w:val="555555"/>
          <w:sz w:val="20"/>
        </w:rPr>
        <w:t>[sch ran 282]</w:t>
      </w:r>
    </w:p>
    <w:p>
      <w:r>
        <w:rPr>
          <w:rFonts w:ascii="Gentium Plus" w:hAnsi="Gentium Plus"/>
          <w:sz w:val="24"/>
        </w:rPr>
        <w:t>οὐδὲν γὰρ οὕτω γαῦρον: Παρὰ τὰ ἐκ Φιλο‐ κτήτου Εὐριπίδου οὐδὲν γὰρ οὕτω γαῦρον ὡς ἀνὴρ ἔφυ. κενοδοξῶν. R. M. κομπαστικόν. Θ.</w:t>
      </w:r>
    </w:p>
    <w:p>
      <w:r>
        <w:rPr>
          <w:rFonts w:ascii="Courier New" w:hAnsi="Courier New"/>
          <w:color w:val="555555"/>
          <w:sz w:val="20"/>
        </w:rPr>
        <w:t>[sch ran 284]</w:t>
      </w:r>
    </w:p>
    <w:p>
      <w:r>
        <w:rPr>
          <w:rFonts w:ascii="Gentium Plus" w:hAnsi="Gentium Plus"/>
          <w:sz w:val="24"/>
        </w:rPr>
        <w:t>ἀγώνισμα: Ἄθλου κατόρθωσιν ἀξίαν.</w:t>
      </w:r>
    </w:p>
    <w:p>
      <w:r>
        <w:rPr>
          <w:rFonts w:ascii="Courier New" w:hAnsi="Courier New"/>
          <w:color w:val="555555"/>
          <w:sz w:val="20"/>
        </w:rPr>
        <w:t>[sch ran 286]</w:t>
      </w:r>
    </w:p>
    <w:p>
      <w:r>
        <w:rPr>
          <w:rFonts w:ascii="Gentium Plus" w:hAnsi="Gentium Plus"/>
          <w:sz w:val="24"/>
        </w:rPr>
        <w:t>ἐξόπισθε νῦν ἴθι: Ὡς φοβούμενος ὁ Διόνυσος ταῦτα λέγει· ὅθεν δὲ αἰσθάνεται τοῦ ψόφου, ἐκεῖθεν αὐτὸν ἄγει καὶ προβάλλει.</w:t>
      </w:r>
    </w:p>
    <w:p>
      <w:r>
        <w:rPr>
          <w:rFonts w:ascii="Courier New" w:hAnsi="Courier New"/>
          <w:color w:val="555555"/>
          <w:sz w:val="20"/>
        </w:rPr>
        <w:t>[sch ran 291]</w:t>
      </w:r>
    </w:p>
    <w:p>
      <w:r>
        <w:rPr>
          <w:rFonts w:ascii="Gentium Plus" w:hAnsi="Gentium Plus"/>
          <w:sz w:val="24"/>
        </w:rPr>
        <w:t>(φέρ’ ἐπ’ αὐτὴν ἴω: Ὡς κατωφεροῦς τοῦ Διο‐ νύσου ἐπιτηδείως.)</w:t>
      </w:r>
    </w:p>
    <w:p>
      <w:r>
        <w:rPr>
          <w:rFonts w:ascii="Courier New" w:hAnsi="Courier New"/>
          <w:color w:val="555555"/>
          <w:sz w:val="20"/>
        </w:rPr>
        <w:t>[sch ran 293]</w:t>
      </w:r>
    </w:p>
    <w:p>
      <w:r>
        <w:rPr>
          <w:rFonts w:ascii="Gentium Plus" w:hAnsi="Gentium Plus"/>
          <w:sz w:val="24"/>
        </w:rPr>
        <w:t>Ἔμπουσα τοίνυν: Φάντασμα δαιμονιῶδες ὑπὸ Ἑκάτης ἐπιπεμπόμενον. καὶ οἱ μέν φασιν αὐτὴν μο‐ νόποδα εἶναι, καὶ ἐτυμολογοῦσιν οἱονεὶ ἑνίποδα (διὰ τὸ ἑνὶ ποδὶ κεχρῆσθαι)· οἱ δὲ ὅτι ἐξηλλάττετο τὴν</w:t>
      </w:r>
    </w:p>
    <w:p>
      <w:r>
        <w:rPr>
          <w:rFonts w:ascii="Courier New" w:hAnsi="Courier New"/>
          <w:color w:val="555555"/>
          <w:sz w:val="20"/>
        </w:rPr>
        <w:t>[5]</w:t>
      </w:r>
    </w:p>
    <w:p>
      <w:r>
        <w:rPr>
          <w:rFonts w:ascii="Gentium Plus" w:hAnsi="Gentium Plus"/>
          <w:sz w:val="24"/>
        </w:rPr>
        <w:t>μορφήν. δοκεῖ δὲ καὶ ταῖς μεσημβρίαις φαντάζεσθαι, ὅταν τοῖς κατοιχομένοις ἐναγίζωσιν. ἔνιοι δὲ τὴν αὐ‐ τὴν τῇ Ἑκάτῃ, ὡς Ἀριστοφάνης ἐν τοῖς Ταγηνισταῖς («χθονία θ’ Ἑκάτη σπείρας ὄφεων ἐλελιζομένη.» εἶτα ἐπιφέρει «τί καλεῖς τὴν Ἔμπουσαν;»)</w:t>
      </w:r>
    </w:p>
    <w:p>
      <w:r>
        <w:rPr>
          <w:rFonts w:ascii="Courier New" w:hAnsi="Courier New"/>
          <w:color w:val="555555"/>
          <w:sz w:val="20"/>
        </w:rPr>
        <w:t>[sch ran 294]</w:t>
      </w:r>
    </w:p>
    <w:p>
      <w:r>
        <w:rPr>
          <w:rFonts w:ascii="Gentium Plus" w:hAnsi="Gentium Plus"/>
          <w:sz w:val="24"/>
        </w:rPr>
        <w:t>καὶ σκέλος χαλκοῦν ἔχει: Τῷ χαλκῷ προσέ‐ θηκε τὸ βολίτινον ἐπίτηδες. ἔνιοι δὲ ὄνου σκέλος λέ‐ γουσι. διὸ καὶ παρά τισι καλεῖσθαι ὀνόκωλον· τὸ δὲ ὅλον, φησὶ Κράτης, ἔοικέ τι εἶναι φάντασμα παντο‐</w:t>
      </w:r>
    </w:p>
    <w:p>
      <w:r>
        <w:rPr>
          <w:rFonts w:ascii="Courier New" w:hAnsi="Courier New"/>
          <w:color w:val="555555"/>
          <w:sz w:val="20"/>
        </w:rPr>
        <w:t>[5]</w:t>
      </w:r>
    </w:p>
    <w:p>
      <w:r>
        <w:rPr>
          <w:rFonts w:ascii="Gentium Plus" w:hAnsi="Gentium Plus"/>
          <w:sz w:val="24"/>
        </w:rPr>
        <w:t>δαπὸν γινόμενον. τινὲς ἓν πρόσωπον ὅλον λέγουσι. R. V. Θ. βολίτινον δὲ, ὄνειον. βόλιτος γὰρ κυρίως τὸ τῶν ὄνων ἀποπάτημα. ⟦τὸ αὐτὸ δὲ καὶ βόλβιτος.⟧</w:t>
      </w:r>
    </w:p>
    <w:p>
      <w:r>
        <w:rPr>
          <w:rFonts w:ascii="Courier New" w:hAnsi="Courier New"/>
          <w:color w:val="555555"/>
          <w:sz w:val="20"/>
        </w:rPr>
        <w:t>[sch ran 297]</w:t>
      </w:r>
    </w:p>
    <w:p>
      <w:r>
        <w:rPr>
          <w:rFonts w:ascii="Gentium Plus" w:hAnsi="Gentium Plus"/>
          <w:sz w:val="24"/>
        </w:rPr>
        <w:t>ἱερεῦ διαφύλαξον: Ἱερέως τινὸς ἀκολουθοῦντος αὐτῷ μέμνηται. R. V. Θ. M. (ἐν προεδρίᾳ κάθηται ὁ τοῦ Διὸς ἱερεύς. ἀποροῦσι δέ τινες πῶς ἀπὸ τοῦ λογείου περιελθὼν καὶ κρυφθεὶς ὄπισθεν τοῦ ἱερέως τοῦτο λέγει.</w:t>
      </w:r>
    </w:p>
    <w:p>
      <w:r>
        <w:rPr>
          <w:rFonts w:ascii="Courier New" w:hAnsi="Courier New"/>
          <w:color w:val="555555"/>
          <w:sz w:val="20"/>
        </w:rPr>
        <w:t>[5]</w:t>
      </w:r>
    </w:p>
    <w:p>
      <w:r>
        <w:rPr>
          <w:rFonts w:ascii="Gentium Plus" w:hAnsi="Gentium Plus"/>
          <w:sz w:val="24"/>
        </w:rPr>
        <w:t>φαίνονται δὲ οὐκ εἶναι ἐπὶ τοῦ λογείου, ἀλλ’ ἐπὶ τῆς ὀρχήστρας, ἐν ᾗ ὁ Διόνυσος ἐνέβη καὶ ὁ πλοῦς ἐπε‐ τελεῖτο, ὥστε μηκέτι ὁμοίως λόγον εἶναι, ἀλλὰ μὴν οὐ διὰ παντὸς ὄπισθε δεῖ γενέσθαι αὐτόν. Ἄλλως. V. παρὰ ταῖς θέαις προεδρίᾳ ἐτετίμητο ὁ ἱερεὺς τοῦ</w:t>
      </w:r>
    </w:p>
    <w:p>
      <w:r>
        <w:rPr>
          <w:rFonts w:ascii="Courier New" w:hAnsi="Courier New"/>
          <w:color w:val="555555"/>
          <w:sz w:val="20"/>
        </w:rPr>
        <w:t>[10]</w:t>
      </w:r>
    </w:p>
    <w:p>
      <w:r>
        <w:rPr>
          <w:rFonts w:ascii="Gentium Plus" w:hAnsi="Gentium Plus"/>
          <w:sz w:val="24"/>
        </w:rPr>
        <w:t>Διονύσου. πρὸς συνήθειαν οὖν καλεῖ ὁ Διόνυσος τὸν ἱερέα. Ἄλλως. ἤδη γὰρ ἦν τῶν μεμυημένων κατὰ τὴν σκηνὴν γενόμενος.) ⟦οἱ δέ φασιν ἄτοπον εἶναι νομίζειν ἀκολουθεῖν αὐτοῖς ἱερέα· μὴ γὰρ ἐμφαίνεσθαι· τὸ δ’ ἀληθὲς οὕτως ἔχειν·</w:t>
      </w:r>
    </w:p>
    <w:p>
      <w:r>
        <w:rPr>
          <w:rFonts w:ascii="Courier New" w:hAnsi="Courier New"/>
          <w:color w:val="555555"/>
          <w:sz w:val="20"/>
        </w:rPr>
        <w:t>[15]</w:t>
      </w:r>
    </w:p>
    <w:p>
      <w:r>
        <w:rPr>
          <w:rFonts w:ascii="Gentium Plus" w:hAnsi="Gentium Plus"/>
          <w:sz w:val="24"/>
        </w:rPr>
        <w:t>οἱ μεγάλοις κακοῖς περιπίπτοντες, πρὸς ἱερεῖς ἐρχόμε‐ νοι, ἱκέτευον αὐτοὺς εὐχὰς ὑπὲρ αὐτῶν ποιεῖσθαι εἰς ἀπαλλαγήν. κατὰ οὖν μίμησιν ἐκείνων καὶ οὗτος νῦν λέγει. ἔχειν δέ φασι καὶ λόγον εἶναί τινος τὸν στίχον ποιητοῦ νῦν διασυρόμενον.⟧</w:t>
      </w:r>
    </w:p>
    <w:p>
      <w:r>
        <w:rPr>
          <w:rFonts w:ascii="Courier New" w:hAnsi="Courier New"/>
          <w:color w:val="555555"/>
          <w:sz w:val="20"/>
        </w:rPr>
        <w:t>[sch ran 298]</w:t>
      </w:r>
    </w:p>
    <w:p>
      <w:r>
        <w:rPr>
          <w:rFonts w:ascii="Gentium Plus" w:hAnsi="Gentium Plus"/>
          <w:sz w:val="24"/>
        </w:rPr>
        <w:t>Ἡράκλεις: Εἶχε γὰρ σχῆμα Ἡρακλέους ὁ Διό‐</w:t>
      </w:r>
    </w:p>
    <w:p>
      <w:r>
        <w:rPr>
          <w:rFonts w:ascii="Courier New" w:hAnsi="Courier New"/>
          <w:color w:val="555555"/>
          <w:sz w:val="20"/>
        </w:rPr>
        <w:t>[sch ran 299]</w:t>
      </w:r>
    </w:p>
    <w:p>
      <w:r>
        <w:rPr>
          <w:rFonts w:ascii="Gentium Plus" w:hAnsi="Gentium Plus"/>
          <w:sz w:val="24"/>
        </w:rPr>
        <w:t>μ’ ὦνθρωπε: (Πρὸς τὸ συνεχὲς τῆς ἀρχῆς τοῦ δευτέρου στίχου· διότι ἀπὸ συναλοιφῆς ἄρχεται.) εὐ‐ λαβεῖται δὲ καταφανὴς γενέσθαι ὁ Διόνυσος.</w:t>
      </w:r>
    </w:p>
    <w:p>
      <w:r>
        <w:rPr>
          <w:rFonts w:ascii="Courier New" w:hAnsi="Courier New"/>
          <w:color w:val="555555"/>
          <w:sz w:val="20"/>
        </w:rPr>
        <w:t>[sch ran 300]</w:t>
      </w:r>
    </w:p>
    <w:p>
      <w:r>
        <w:rPr>
          <w:rFonts w:ascii="Gentium Plus" w:hAnsi="Gentium Plus"/>
          <w:sz w:val="24"/>
        </w:rPr>
        <w:t>τοῦτό γ’ ἔθ’ ἧττον θατέρου: Πιθανῶς τὸ τοῦ δειλοῦ ἦθος, τὸ μηδαμῶς θέλειν φανερὸν γενέσθαι. θέλει δὲ εἰπεῖν ὅτι τοῦτο χεῖρόν ἐστι τοῦ ἑτέρου.</w:t>
      </w:r>
    </w:p>
    <w:p>
      <w:r>
        <w:rPr>
          <w:rFonts w:ascii="Courier New" w:hAnsi="Courier New"/>
          <w:color w:val="555555"/>
          <w:sz w:val="20"/>
        </w:rPr>
        <w:t>[sch ran 301]</w:t>
      </w:r>
    </w:p>
    <w:p>
      <w:r>
        <w:rPr>
          <w:rFonts w:ascii="Gentium Plus" w:hAnsi="Gentium Plus"/>
          <w:sz w:val="24"/>
        </w:rPr>
        <w:t>ἴθ’ ᾗπερ ἔρχει: Τοῦτο ἔμφασιν παρέχει, ὡς προερχομένου αὐτοῦ πρότερον ὄπισθεν τοῦ ἱερέως ὄντος.</w:t>
      </w:r>
    </w:p>
    <w:p>
      <w:r>
        <w:rPr>
          <w:rFonts w:ascii="Courier New" w:hAnsi="Courier New"/>
          <w:color w:val="555555"/>
          <w:sz w:val="20"/>
        </w:rPr>
        <w:t>[sch ran 302]</w:t>
      </w:r>
    </w:p>
    <w:p>
      <w:r>
        <w:rPr>
          <w:rFonts w:ascii="Gentium Plus" w:hAnsi="Gentium Plus"/>
          <w:sz w:val="24"/>
        </w:rPr>
        <w:t>πεπράγαμεν: Ἐπάθομεν. Br.</w:t>
      </w:r>
    </w:p>
    <w:p>
      <w:r>
        <w:rPr>
          <w:rFonts w:ascii="Courier New" w:hAnsi="Courier New"/>
          <w:color w:val="555555"/>
          <w:sz w:val="20"/>
        </w:rPr>
        <w:t>[sch ran 303]</w:t>
      </w:r>
    </w:p>
    <w:p>
      <w:r>
        <w:rPr>
          <w:rFonts w:ascii="Gentium Plus" w:hAnsi="Gentium Plus"/>
          <w:sz w:val="24"/>
        </w:rPr>
        <w:t>Ἡγέλοχος: Τραγῳδίας ὑποκριτὴς, ὃν καὶ ἐν τῷ Ὀρέστῃ Εὐριπίδου, προστάντος αὐτῷ τοῦ πνεύματος ἐν τῷδε τῷ στίχῳ [269] ἐκ κυμάτων γὰρ αὖθις αὖ γαλήν’ ὁρῶ·</w:t>
      </w:r>
    </w:p>
    <w:p>
      <w:r>
        <w:rPr>
          <w:rFonts w:ascii="Courier New" w:hAnsi="Courier New"/>
          <w:color w:val="555555"/>
          <w:sz w:val="20"/>
        </w:rPr>
        <w:t>[5]</w:t>
      </w:r>
    </w:p>
    <w:p>
      <w:r>
        <w:rPr>
          <w:rFonts w:ascii="Gentium Plus" w:hAnsi="Gentium Plus"/>
          <w:sz w:val="24"/>
        </w:rPr>
        <w:t>(αἰφνιδίως ὀφθῆναι συνελόντα τὴν συναλοιφήν.) τοῦτον δὲ καὶ ὡς ἀτερπῆ τὴν φωνὴν Πλάτων σκώπτει. —ὅτι Ἡγέλοχος ὁ τραγικὸς ὑποκριτὴς ὢν τοῦ Εὐριπίδου Ὀρέ‐ στην ὑποκρινόμενος οὕτω προηνέγκατο ὥστε μὴ ὑπο‐ χωρῆσαι ἐκ τῆς συναλοιφῆς τὸ γαληνά, ἀλλὰ διαχω‐</w:t>
      </w:r>
    </w:p>
    <w:p>
      <w:r>
        <w:rPr>
          <w:rFonts w:ascii="Courier New" w:hAnsi="Courier New"/>
          <w:color w:val="555555"/>
          <w:sz w:val="20"/>
        </w:rPr>
        <w:t>[10]</w:t>
      </w:r>
    </w:p>
    <w:p>
      <w:r>
        <w:rPr>
          <w:rFonts w:ascii="Gentium Plus" w:hAnsi="Gentium Plus"/>
          <w:sz w:val="24"/>
        </w:rPr>
        <w:t>ρῆσαι μᾶλλον, ὥστε δόξαι τὴν γαλῆν αὐτὸν εἰπεῖν. διὸ καὶ ἐνθάδε πειρατέον οὕτω προφέρεσθαι. ἐν ἐνίοις μέντοι τῶν Εὐριπίδου εὐκρινῶς γράφεται γαληνά. ὡς δ’ ἀξιοῦσί τινες Ἀττικοὶ γαλῆν περισπῶσι λέγοντες ὡς χρυσῆν. πῶς ἔδοξεν ὁ Ἡγέλοχος ἐκ τῆς συναλοιφῆς γαλῆν εἰπεῖν;</w:t>
      </w:r>
    </w:p>
    <w:p>
      <w:r>
        <w:rPr>
          <w:rFonts w:ascii="Courier New" w:hAnsi="Courier New"/>
          <w:color w:val="555555"/>
          <w:sz w:val="20"/>
        </w:rPr>
        <w:t>[15]</w:t>
      </w:r>
    </w:p>
    <w:p>
      <w:r>
        <w:rPr>
          <w:rFonts w:ascii="Gentium Plus" w:hAnsi="Gentium Plus"/>
          <w:sz w:val="24"/>
        </w:rPr>
        <w:t>τὸ μὲν γὰρ περισπωμένως προενέγκασθαι οὐ πιθανόν. μήποτε οὖν οὐκ ἔλεγον οὕτως, ἀλλὰ γαλῆν. ὡς ἀηδὴς δὲ τὴν φωνὴν κωμῳδεῖται ὁ Ἡγέλοχος. V. ἔστι δὲ πα‐ ροιμία ἐπὶ τῶν διαφυγόντων τὰ λυπηρά. οἱ δὲ λέγοντες ποιήτριαν εἶναι τὸν Ἡγέλοχον Ἀθήνησι τούτῳ συνεχῶς</w:t>
      </w:r>
    </w:p>
    <w:p>
      <w:r>
        <w:rPr>
          <w:rFonts w:ascii="Courier New" w:hAnsi="Courier New"/>
          <w:color w:val="555555"/>
          <w:sz w:val="20"/>
        </w:rPr>
        <w:t>[20]</w:t>
      </w:r>
    </w:p>
    <w:p>
      <w:r>
        <w:rPr>
          <w:rFonts w:ascii="Gentium Plus" w:hAnsi="Gentium Plus"/>
          <w:sz w:val="24"/>
        </w:rPr>
        <w:t>χρωμένην τῷ ἔπει καὶ ἄλλ’ ἄττα τῶν αὐτοσχεδίως συν‐ τιθέντων οὐκ ἀνεκτὰ τερατεύονται. —ἀποροῦσιν ἐν‐ ταῦθα πῶς ἐν Εὐριπίδου μὲν Ἠλέκτρᾳ τοῦθ’ εὕρηται, ὁ δὲ λέγει, ὥσπερ Ἡγέλοχος. Cant.2.</w:t>
      </w:r>
    </w:p>
    <w:p>
      <w:r>
        <w:rPr>
          <w:rFonts w:ascii="Courier New" w:hAnsi="Courier New"/>
          <w:color w:val="555555"/>
          <w:sz w:val="20"/>
        </w:rPr>
        <w:t>[sch ran 308]</w:t>
      </w:r>
    </w:p>
    <w:p>
      <w:r>
        <w:rPr>
          <w:rFonts w:ascii="Gentium Plus" w:hAnsi="Gentium Plus"/>
          <w:sz w:val="24"/>
        </w:rPr>
        <w:t>(ὁδὶ δὲ δείσας: Ὁ τοῦ Διονύσου ἱερεύς. πυρρὸς γὰρ ἦν κατὰ φύσιν. παρ’ ὑπόνοιαν δὲ τὸ ἐπυρρίασε πρὸς τὸ ὠχρίασεν. Ἀρίσταρχος δέ φησιν ἐφ’ ἑαυτοῦ λέγειν τὸν Ξανθίαν· καὶ γὰρ διότι πυρρὸς, οὕτως ἐπι‐</w:t>
      </w:r>
    </w:p>
    <w:p>
      <w:r>
        <w:rPr>
          <w:rFonts w:ascii="Courier New" w:hAnsi="Courier New"/>
          <w:color w:val="555555"/>
          <w:sz w:val="20"/>
        </w:rPr>
        <w:t>[5]</w:t>
      </w:r>
    </w:p>
    <w:p>
      <w:r>
        <w:rPr>
          <w:rFonts w:ascii="Gentium Plus" w:hAnsi="Gentium Plus"/>
          <w:sz w:val="24"/>
        </w:rPr>
        <w:t>κεκλῆσθαι, καθάπερ Πυρρίας καὶ Σμικρίνης· ὁ δὲ Ἰξίων, ἐπί τινος τῶν καθημένων, ξανθὸν τὸ χρῶμα ὄντος. ἐν ἔθει γὰρ εἶναι διασκώπτειν τοὺς ἀκροωμένους, ὡς καὶ Πλάτων ἐν Παιδαρίῳ ποιεῖ. Εὔπολις δὲ τὸν τοῦ Διονύσου ἱερέα ὀνομάζει αἰγίπυρρον ἀντὶ τοῦ πυρρόν.</w:t>
      </w:r>
    </w:p>
    <w:p>
      <w:r>
        <w:rPr>
          <w:rFonts w:ascii="Courier New" w:hAnsi="Courier New"/>
          <w:color w:val="555555"/>
          <w:sz w:val="20"/>
        </w:rPr>
        <w:t>[10]</w:t>
      </w:r>
    </w:p>
    <w:p>
      <w:r>
        <w:rPr>
          <w:rFonts w:ascii="Gentium Plus" w:hAnsi="Gentium Plus"/>
          <w:sz w:val="24"/>
        </w:rPr>
        <w:t>τὸ γὰρ ἄνθος ἔχειν φησὶ Δημήτριος ἱκανῶς ἐρυθρόν.) —ἐκκαλύψας τὸ αἰδοῖον εἶπε τοῦτο πρὸς τὸ ἐπυρρίασε παίζων. πυρρὸν γὰρ ἦν καὶ τὸ αἰδοῖον. V. ὑπερεπυρ‐ ρίασε: Ἐξεκαύθη κατὰ τὸ πρόσωπον. Θ. Br.</w:t>
      </w:r>
    </w:p>
    <w:p>
      <w:r>
        <w:rPr>
          <w:rFonts w:ascii="Courier New" w:hAnsi="Courier New"/>
          <w:color w:val="555555"/>
          <w:sz w:val="20"/>
        </w:rPr>
        <w:t>[sch ran 311]</w:t>
      </w:r>
    </w:p>
    <w:p>
      <w:r>
        <w:rPr>
          <w:rFonts w:ascii="Gentium Plus" w:hAnsi="Gentium Plus"/>
          <w:sz w:val="24"/>
        </w:rPr>
        <w:t>αἰθέρα Διὸς: Ἀντὶ τοῦ τὸν Εὐριπίδην· αὐτοῦ γὰρ ὁ ἴαμβος. ἢ τὴν ἐπιθυμίαν Εὐριπίδου τοῦ ταῦτα λέγοντος. R. V. Θ. M. πρὸς τὸ ἄνω εἰρημένον. αὐτὸς γὰρ αἴτιος τοῦ ταῦτα παθεῖν τὸν Διόνυσον. (V. Θ. M.)</w:t>
      </w:r>
    </w:p>
    <w:p>
      <w:r>
        <w:rPr>
          <w:rFonts w:ascii="Courier New" w:hAnsi="Courier New"/>
          <w:color w:val="555555"/>
          <w:sz w:val="20"/>
        </w:rPr>
        <w:t>[5]</w:t>
      </w:r>
    </w:p>
    <w:p>
      <w:r>
        <w:rPr>
          <w:rFonts w:ascii="Gentium Plus" w:hAnsi="Gentium Plus"/>
          <w:sz w:val="24"/>
        </w:rPr>
        <w:t>καὶ γὰρ δι’ αὐτὸν κατῆλθεν εἰς ᾍδου. V.</w:t>
      </w:r>
    </w:p>
    <w:p>
      <w:r>
        <w:rPr>
          <w:rFonts w:ascii="Courier New" w:hAnsi="Courier New"/>
          <w:color w:val="555555"/>
          <w:sz w:val="20"/>
        </w:rPr>
        <w:t>[sch ran 312]</w:t>
      </w:r>
    </w:p>
    <w:p>
      <w:r>
        <w:rPr>
          <w:rFonts w:ascii="Gentium Plus" w:hAnsi="Gentium Plus"/>
          <w:sz w:val="24"/>
        </w:rPr>
        <w:t>κατήκουσας: Περισσὴ ἡ κατά. R. V. αὐλεῖ τις ἔνδοθεν: Παρεπιγραφή. σημαίνει γὰρ ὅτι</w:t>
      </w:r>
    </w:p>
    <w:p>
      <w:r>
        <w:rPr>
          <w:rFonts w:ascii="Courier New" w:hAnsi="Courier New"/>
          <w:color w:val="555555"/>
          <w:sz w:val="20"/>
        </w:rPr>
        <w:t>[sch ran 314]</w:t>
      </w:r>
    </w:p>
    <w:p>
      <w:r>
        <w:rPr>
          <w:rFonts w:ascii="Gentium Plus" w:hAnsi="Gentium Plus"/>
          <w:sz w:val="24"/>
        </w:rPr>
        <w:t>⟦αὔρα τις: Μακροκαταληκτεῖ. τὰ γὰρ εἰς ρα εἰ μὲν μονοφθόγγῳ παραλήγει, μακροκαταληκτεῖ, πήρα. εἰ δὲ διφθόγγῳ, βραχυκαταληκτεῖ· πλὴν τοῦ αὔρα, καὶ Φαίδρα παρ’ Εὐριπίδῃ [Hipp. 48]</w:t>
      </w:r>
    </w:p>
    <w:p>
      <w:r>
        <w:rPr>
          <w:rFonts w:ascii="Courier New" w:hAnsi="Courier New"/>
          <w:color w:val="555555"/>
          <w:sz w:val="20"/>
        </w:rPr>
        <w:t>[5]</w:t>
      </w:r>
    </w:p>
    <w:p>
      <w:r>
        <w:rPr>
          <w:rFonts w:ascii="Gentium Plus" w:hAnsi="Gentium Plus"/>
          <w:sz w:val="24"/>
        </w:rPr>
        <w:t>Φαίδρα· τὸ γὰρ τῆσδ’ οὐ προτιμήσω καλόν.⟧ ἀποροῦσι τινὲς ἐνταῦθα, πῶς οὐ θέρμη δᾴδων εἶπεν, ἀλλὰ αὔρα. καὶ φαμὲν, ὅτι τοῦτο λέγει δεικνὺς, ὅτι καὶ δᾷδας οἱ μύσται ἔφερον, καὶ θεία πνοή τις ἐξ αὐτῶν ἐφέρετο. Junt.</w:t>
      </w:r>
    </w:p>
    <w:p>
      <w:r>
        <w:rPr>
          <w:rFonts w:ascii="Courier New" w:hAnsi="Courier New"/>
          <w:color w:val="555555"/>
          <w:sz w:val="20"/>
        </w:rPr>
        <w:t>[10]</w:t>
      </w:r>
    </w:p>
    <w:p>
      <w:r>
        <w:rPr>
          <w:rFonts w:ascii="Gentium Plus" w:hAnsi="Gentium Plus"/>
          <w:sz w:val="24"/>
        </w:rPr>
        <w:t>μυστικωτάτη: Τῶν ἐν Ἐλευσῖνι μυστηρίων. τινὲς δὲ εἰς τὸ μυστικωτάτη δύο ποιοῦσιν.</w:t>
      </w:r>
    </w:p>
    <w:p>
      <w:r>
        <w:rPr>
          <w:rFonts w:ascii="Courier New" w:hAnsi="Courier New"/>
          <w:color w:val="555555"/>
          <w:sz w:val="20"/>
        </w:rPr>
        <w:t>[sch ran 315]</w:t>
      </w:r>
    </w:p>
    <w:p>
      <w:r>
        <w:rPr>
          <w:rFonts w:ascii="Gentium Plus" w:hAnsi="Gentium Plus"/>
          <w:sz w:val="24"/>
        </w:rPr>
        <w:t>ἠρέμα: Ἡσύχως. Br. πτήξαντες: Συστείλαν‐ τες ἑαυτούς. C.</w:t>
      </w:r>
    </w:p>
    <w:p>
      <w:r>
        <w:rPr>
          <w:rFonts w:ascii="Courier New" w:hAnsi="Courier New"/>
          <w:color w:val="555555"/>
          <w:sz w:val="20"/>
        </w:rPr>
        <w:t>[sch ran 316]</w:t>
      </w:r>
    </w:p>
    <w:p>
      <w:r>
        <w:rPr>
          <w:rFonts w:ascii="Gentium Plus" w:hAnsi="Gentium Plus"/>
          <w:sz w:val="24"/>
        </w:rPr>
        <w:t>Ἴακχ’, ὦ Ἴακχε: (Ἡ πάροδος τῆς ᾠδῆς ταύ‐ της τοῦ τῶν μυστῶν χοροῦ κώλων ἐστὶν ἀντισπαστικῶν δύο διμέτρων βραχυκαταλήκτων. ἑξῆς δὲ τούτων σύ‐ στημα ἀμοιβαῖον ἐκ στίχων ἰάμβων τριμέτρων ἀκατα‐</w:t>
      </w:r>
    </w:p>
    <w:p>
      <w:r>
        <w:rPr>
          <w:rFonts w:ascii="Courier New" w:hAnsi="Courier New"/>
          <w:color w:val="555555"/>
          <w:sz w:val="20"/>
        </w:rPr>
        <w:t>[5]</w:t>
      </w:r>
    </w:p>
    <w:p>
      <w:r>
        <w:rPr>
          <w:rFonts w:ascii="Gentium Plus" w:hAnsi="Gentium Plus"/>
          <w:sz w:val="24"/>
        </w:rPr>
        <w:t>λήκτων πέντε.) —μετεβλήθη ὁ χορὸς εἰς μύστας. R. V.</w:t>
      </w:r>
    </w:p>
    <w:p>
      <w:r>
        <w:rPr>
          <w:rFonts w:ascii="Courier New" w:hAnsi="Courier New"/>
          <w:color w:val="555555"/>
          <w:sz w:val="20"/>
        </w:rPr>
        <w:t>[sch ran 319]</w:t>
      </w:r>
    </w:p>
    <w:p>
      <w:r>
        <w:rPr>
          <w:rFonts w:ascii="Gentium Plus" w:hAnsi="Gentium Plus"/>
          <w:sz w:val="24"/>
        </w:rPr>
        <w:t>ἔφραζε: Ὁ Ἡρακλῆς. V. R.</w:t>
      </w:r>
    </w:p>
    <w:p>
      <w:r>
        <w:rPr>
          <w:rFonts w:ascii="Courier New" w:hAnsi="Courier New"/>
          <w:color w:val="555555"/>
          <w:sz w:val="20"/>
        </w:rPr>
        <w:t>[sch ran 320]</w:t>
      </w:r>
    </w:p>
    <w:p>
      <w:r>
        <w:rPr>
          <w:rFonts w:ascii="Gentium Plus" w:hAnsi="Gentium Plus"/>
          <w:sz w:val="24"/>
        </w:rPr>
        <w:t>ὅνπερ Διαγόρας: Διαγόρας μελῶν ποιητὴς ἄθεος, ὃς καὶ καινὰ δαιμόνια εἰσηγεῖτο, ὥσπερ Σωκράτης. (καὶ ὁ μὲν Ἀρίσταρχος Διαγόρου νῦν μνημονεύειν φησὶν οὐχ ὡς ᾄδοντος αὐτοῦ τοὺς θεοὺς,</w:t>
      </w:r>
    </w:p>
    <w:p>
      <w:r>
        <w:rPr>
          <w:rFonts w:ascii="Courier New" w:hAnsi="Courier New"/>
          <w:color w:val="555555"/>
          <w:sz w:val="20"/>
        </w:rPr>
        <w:t>[5]</w:t>
      </w:r>
    </w:p>
    <w:p>
      <w:r>
        <w:rPr>
          <w:rFonts w:ascii="Gentium Plus" w:hAnsi="Gentium Plus"/>
          <w:sz w:val="24"/>
        </w:rPr>
        <w:t>ἀλλ’ ἐν εἰρωνείᾳ κειμένου τοῦ λόγου, ἀντὶ τοῦ χλευ‐ άζοντος, ἐξορχουμένου. ἀνακινεῖ οὖν τοὺς Ἀθηναίους ὁ κωμικός· ὅθεν καὶ οἱ Ἀθηναῖοι ὡς διαχλευάζον‐ τος τοὺς θεοὺς καταψηφισάμενοι ἀνεκήρυξαν τῷ μὲν ἀναιρήσοντι ἀργυρίου τάλαντον, τῷ δὲ ζῶντα κομί‐</w:t>
      </w:r>
    </w:p>
    <w:p>
      <w:r>
        <w:rPr>
          <w:rFonts w:ascii="Courier New" w:hAnsi="Courier New"/>
          <w:color w:val="555555"/>
          <w:sz w:val="20"/>
        </w:rPr>
        <w:t>[10]</w:t>
      </w:r>
    </w:p>
    <w:p>
      <w:r>
        <w:rPr>
          <w:rFonts w:ascii="Gentium Plus" w:hAnsi="Gentium Plus"/>
          <w:sz w:val="24"/>
        </w:rPr>
        <w:t>σαντι δύο. ἔπειθον δὲ καὶ τοὺς ἄλλους Πελοποννησίους, ὡς ἱστορεῖ Κρατερὸς ἐν τῇ συναγωγῇ τῶν ψηφισμάτων. ἦν δὲ οὗτος Τηλεκλύτου παῖς, Μήλιος τὸ γένος, τὸν χρόνον κατὰ Σιμωνίδην καὶ Πίνδαρον. οἱ δὲ τὸ δι’ ἀγο‐ ρᾶς περισπῶσιν, ὡς Ἀπολλόδωρος ὁ Ταρσεὺς, καί φα‐</w:t>
      </w:r>
    </w:p>
    <w:p>
      <w:r>
        <w:rPr>
          <w:rFonts w:ascii="Courier New" w:hAnsi="Courier New"/>
          <w:color w:val="555555"/>
          <w:sz w:val="20"/>
        </w:rPr>
        <w:t>[15]</w:t>
      </w:r>
    </w:p>
    <w:p>
      <w:r>
        <w:rPr>
          <w:rFonts w:ascii="Gentium Plus" w:hAnsi="Gentium Plus"/>
          <w:sz w:val="24"/>
        </w:rPr>
        <w:t>σιν)—Ἴακχον λέγειν, ὃν ᾄδουσιν ἐξ ἄστεως διὰ τῆς ἀγορᾶς ἐξιόντες εἰς Ἐλευσῖνα. γέγονε δὲ καὶ ἕτερος κωμῳδούμενος ἐπὶ μεγέθει, Ἕρμιππος ἐν Μοίραις μείζων γὰρ ἢ νῦν δὴ ’στὶ, καὶ δοκεῖ γέ μοι, ἐάν τι τούτων ἐπιδίδωται ἡμέρας</w:t>
      </w:r>
    </w:p>
    <w:p>
      <w:r>
        <w:rPr>
          <w:rFonts w:ascii="Courier New" w:hAnsi="Courier New"/>
          <w:color w:val="555555"/>
          <w:sz w:val="20"/>
        </w:rPr>
        <w:t>[20]</w:t>
      </w:r>
    </w:p>
    <w:p>
      <w:r>
        <w:rPr>
          <w:rFonts w:ascii="Gentium Plus" w:hAnsi="Gentium Plus"/>
          <w:sz w:val="24"/>
        </w:rPr>
        <w:t>μείζων ἔσεσθαι Διαγόρου. V. ⟦Ἄλλως. διθυραμβοποιὸς ὁ Διαγόρας ποιητὴς, συν‐ εχῶς Ἴακχε Ἴακχε ᾄδων. ἢ κωμικὸς διθυραμβικὰ, τουτέστι Διονυσιακὰ δράματα ποιῶν.⟧</w:t>
      </w:r>
    </w:p>
    <w:p>
      <w:r>
        <w:rPr>
          <w:rFonts w:ascii="Courier New" w:hAnsi="Courier New"/>
          <w:color w:val="555555"/>
          <w:sz w:val="20"/>
        </w:rPr>
        <w:t>[sch ran 324]</w:t>
      </w:r>
    </w:p>
    <w:p>
      <w:r>
        <w:rPr>
          <w:rFonts w:ascii="Gentium Plus" w:hAnsi="Gentium Plus"/>
          <w:sz w:val="24"/>
        </w:rPr>
        <w:t>⟦Ἴακχ’ ὦ πολυτιμήτοις: ᾨδὴ καὶ στροφὴ κώλων ιδʹ· ὧν τὸ πρῶτον ἀντισπαστικὸν δίμετρον ἀκα‐ τάληκτον· ὃ καλεῖται Γλυκώνειον. τὸ δεύτερον δίμετρον καταληκτικὸν, ἢ ἐξ ἀντισπάστου καὶ βακχείου. τὸ</w:t>
      </w:r>
    </w:p>
    <w:p>
      <w:r>
        <w:rPr>
          <w:rFonts w:ascii="Courier New" w:hAnsi="Courier New"/>
          <w:color w:val="555555"/>
          <w:sz w:val="20"/>
        </w:rPr>
        <w:t>[5]</w:t>
      </w:r>
    </w:p>
    <w:p>
      <w:r>
        <w:rPr>
          <w:rFonts w:ascii="Gentium Plus" w:hAnsi="Gentium Plus"/>
          <w:sz w:val="24"/>
        </w:rPr>
        <w:t>τρίτον ὅμοιον ὁποτερῳοῦν τῶν ἐν τῇ παρόδῳ. τὸ τέ‐ ταρτον ἐκ διτροχαίου ἀντισπαστικοῦ καὶ βακχείου, Ἀλκαϊκὸν, φασὶ, καλούμενον. τὸ πέμπτον Ἰωνικὸν δί‐ μετρον ἀκατάληκτον ἀνακλώμενον καθ’ Ἡφαιστίωνα καλούμενον, ἀντ’ Ἰωνικῶν παίωνα τρίτον καὶ ἐπίτρι‐</w:t>
      </w:r>
    </w:p>
    <w:p>
      <w:r>
        <w:rPr>
          <w:rFonts w:ascii="Courier New" w:hAnsi="Courier New"/>
          <w:color w:val="555555"/>
          <w:sz w:val="20"/>
        </w:rPr>
        <w:t>[10]</w:t>
      </w:r>
    </w:p>
    <w:p>
      <w:r>
        <w:rPr>
          <w:rFonts w:ascii="Gentium Plus" w:hAnsi="Gentium Plus"/>
          <w:sz w:val="24"/>
        </w:rPr>
        <w:t>τον δεύτερον ἔχον. τὰ ἑξῆς δύο τὸν αὐτὸν τρόπον. τὸ</w:t>
      </w:r>
    </w:p>
    <w:p>
      <w:r>
        <w:rPr>
          <w:rFonts w:ascii="Courier New" w:hAnsi="Courier New"/>
          <w:color w:val="555555"/>
          <w:sz w:val="20"/>
        </w:rPr>
        <w:t>[15]</w:t>
      </w:r>
    </w:p>
    <w:p>
      <w:r>
        <w:rPr>
          <w:rFonts w:ascii="Gentium Plus" w:hAnsi="Gentium Plus"/>
          <w:sz w:val="24"/>
        </w:rPr>
        <w:t>δωδέκατον Ἰωνικὸν ἀπ’ ἐλάττονος δίμετρον καθαρόν. τὸ τρισκαιδέκατον καθαρὸν μὲν, καταληκτικὸν δέ. τὸ τελευταῖον, ὡς τὸ δυωκαιδέκατον, ἐπιμεμιγμένον μέν‐ τοι ἐπιτρίτῳ δευτέρῳ, ἢ διτροχαίῳ. ἐπὶ τῷ τέλει πα‐ ράγραφος καὶ διπλῆ ἔξω νενευκυῖα. ἑξῆς δὲ τριστιχία</w:t>
      </w:r>
    </w:p>
    <w:p>
      <w:r>
        <w:rPr>
          <w:rFonts w:ascii="Courier New" w:hAnsi="Courier New"/>
          <w:color w:val="555555"/>
          <w:sz w:val="20"/>
        </w:rPr>
        <w:t>[20]</w:t>
      </w:r>
    </w:p>
    <w:p>
      <w:r>
        <w:rPr>
          <w:rFonts w:ascii="Gentium Plus" w:hAnsi="Gentium Plus"/>
          <w:sz w:val="24"/>
        </w:rPr>
        <w:t>ἰαμβικὴ παραγράφῳ τερματιζομένη· μεθ’ ἣν ἀντῳδὴ καὶ ἀντιστροφὴ, παραπλησίως καθ’ ἕκαστον σχεδὸν τῇ τε ποσότητι καὶ ποιότητι τῶν κώλων ἔχουσα τῇ στρο‐ φῇ. ἐφ’ ἧς τῷ τέλει δύο διπλαῖ ἔξω νενευκυῖαι, ἡ μὲν ἐν ἀρχῇ, ἡ δὲ κατὰ τὸ τέλος.⟧</w:t>
      </w:r>
    </w:p>
    <w:p>
      <w:r>
        <w:rPr>
          <w:rFonts w:ascii="Courier New" w:hAnsi="Courier New"/>
          <w:color w:val="555555"/>
          <w:sz w:val="20"/>
        </w:rPr>
        <w:t>[25]</w:t>
      </w:r>
    </w:p>
    <w:p>
      <w:r>
        <w:rPr>
          <w:rFonts w:ascii="Gentium Plus" w:hAnsi="Gentium Plus"/>
          <w:sz w:val="24"/>
        </w:rPr>
        <w:t>Ἴακχ’ ὦ πολυτιμήτοις: Μία τῶν μυστηρίων ἐστὶν ἡ εἰκὰς, ἐν ᾗ τὸν Ἴακχον ἐξάγουσι. πολυτιμήτοις δὲ ἐν ἕδραις, καθὸ συνίδρυται τῇ Δήμητρι ὁ Διόνυσος. εἰσὶ γοῦν οἵ φασι Περσεφόνης αὐτὸν εἶναι· οἱ δὲ τῇ Δήμη‐ τρι συγγενέσθαι. ἄλλοι δὲ ἕτερον Διονύσου εἶναι τὸν</w:t>
      </w:r>
    </w:p>
    <w:p>
      <w:r>
        <w:rPr>
          <w:rFonts w:ascii="Courier New" w:hAnsi="Courier New"/>
          <w:color w:val="555555"/>
          <w:sz w:val="20"/>
        </w:rPr>
        <w:t>[30]</w:t>
      </w:r>
    </w:p>
    <w:p>
      <w:r>
        <w:rPr>
          <w:rFonts w:ascii="Gentium Plus" w:hAnsi="Gentium Plus"/>
          <w:sz w:val="24"/>
        </w:rPr>
        <w:t>Ἴακχον, οἱ δὲ τὸν αὐτόν. τινὲς δέ φασι, πολυτιμήτοις ἐν ἕδραις, καθὸ φιλοτιμότεροί εἰσιν οἱ μεμυημένοι ἐν ᾍδου, ὡς σαφὲς ποιεῖ ἐν Εἰρήνῃ [375] δεῖ γὰρ μυηθῆναί με πρὶν τεθνηκέναι. ναίων: Κατοικῶν. Vict.</w:t>
      </w:r>
    </w:p>
    <w:p>
      <w:r>
        <w:rPr>
          <w:rFonts w:ascii="Courier New" w:hAnsi="Courier New"/>
          <w:color w:val="555555"/>
          <w:sz w:val="20"/>
        </w:rPr>
        <w:t>[sch ran 326]</w:t>
      </w:r>
    </w:p>
    <w:p>
      <w:r>
        <w:rPr>
          <w:rFonts w:ascii="Gentium Plus" w:hAnsi="Gentium Plus"/>
          <w:sz w:val="24"/>
        </w:rPr>
        <w:t>ἀνὰ λειμῶνα χορεύσων: Ἐν τοῖς λειμῶσι τὰς χορείας ἐποιοῦντο διὰ τὰ ἄνθη, χορεύοντες ἐν τῷ προ‐ φανεῖ ἐν χοροῦ σχήματι. —ἀνὰ λειμῶνα: Διὰ γὰρ τὰ ἄνθη ἐν λειμῶσι τὰς χορείας ἐποιοῦντο. Vict.</w:t>
      </w:r>
    </w:p>
    <w:p>
      <w:r>
        <w:rPr>
          <w:rFonts w:ascii="Courier New" w:hAnsi="Courier New"/>
          <w:color w:val="555555"/>
          <w:sz w:val="20"/>
        </w:rPr>
        <w:t>[sch ran 327]</w:t>
      </w:r>
    </w:p>
    <w:p>
      <w:r>
        <w:rPr>
          <w:rFonts w:ascii="Gentium Plus" w:hAnsi="Gentium Plus"/>
          <w:sz w:val="24"/>
        </w:rPr>
        <w:t>θιασώτας: Τοὺς χορευτάς. R. συγχορευτάς. Θ. οὕτω λέγει, οὐχ ὥς τινες, συνθιασώτας. V.</w:t>
      </w:r>
    </w:p>
    <w:p>
      <w:r>
        <w:rPr>
          <w:rFonts w:ascii="Courier New" w:hAnsi="Courier New"/>
          <w:color w:val="555555"/>
          <w:sz w:val="20"/>
        </w:rPr>
        <w:t>[sch ran 328]</w:t>
      </w:r>
    </w:p>
    <w:p>
      <w:r>
        <w:rPr>
          <w:rFonts w:ascii="Gentium Plus" w:hAnsi="Gentium Plus"/>
          <w:sz w:val="24"/>
        </w:rPr>
        <w:t>τινάσσων: Κινῶν. Θ. Vict.</w:t>
      </w:r>
    </w:p>
    <w:p>
      <w:r>
        <w:rPr>
          <w:rFonts w:ascii="Courier New" w:hAnsi="Courier New"/>
          <w:color w:val="555555"/>
          <w:sz w:val="20"/>
        </w:rPr>
        <w:t>[sch ran 329]</w:t>
      </w:r>
    </w:p>
    <w:p>
      <w:r>
        <w:rPr>
          <w:rFonts w:ascii="Gentium Plus" w:hAnsi="Gentium Plus"/>
          <w:sz w:val="24"/>
        </w:rPr>
        <w:t>βρύοντα: Ἀνθοῦντα. V. θάλλοντα. Θ. Vict.</w:t>
      </w:r>
    </w:p>
    <w:p>
      <w:r>
        <w:rPr>
          <w:rFonts w:ascii="Courier New" w:hAnsi="Courier New"/>
          <w:color w:val="555555"/>
          <w:sz w:val="20"/>
        </w:rPr>
        <w:t>[sch ran 330]</w:t>
      </w:r>
    </w:p>
    <w:p>
      <w:r>
        <w:rPr>
          <w:rFonts w:ascii="Gentium Plus" w:hAnsi="Gentium Plus"/>
          <w:sz w:val="24"/>
        </w:rPr>
        <w:t>στέφανον μύρτων: Μυρσίνῳ στεφάνῳ ἐστεφα‐ νοῦντο οἱ μεμυημένοι, οὐχ, ὥς τινες νομίζουσι, κισ‐ σίνῳ. ὁ δὲ Ἀπολλόδωρος καὶ τοὺς θεσμοθέτας φησὶ διὰ τοῦτο μυρσίνῃ στέφεσθαι, ὅτι οἰκείως ἔχει πρὸς τὸ φυ‐</w:t>
      </w:r>
    </w:p>
    <w:p>
      <w:r>
        <w:rPr>
          <w:rFonts w:ascii="Courier New" w:hAnsi="Courier New"/>
          <w:color w:val="555555"/>
          <w:sz w:val="20"/>
        </w:rPr>
        <w:t>[5]</w:t>
      </w:r>
    </w:p>
    <w:p>
      <w:r>
        <w:rPr>
          <w:rFonts w:ascii="Gentium Plus" w:hAnsi="Gentium Plus"/>
          <w:sz w:val="24"/>
        </w:rPr>
        <w:t>τὸν ἡ θεὸς καὶ ὅτι τοῖς χθονίοις ἀφιέρωτο. —ἡ μυρσίνη ᾠκείωται τοῖς χθονίοις θεοῖς, Διονύσου δεδωκότος, ὅτε ἀνήγαγε τὴν Σεμέλην. τρία γὰρ αὐτῷ ᾠκείωται, κισ‐ σὸς, ἄμπελος, μυρσίνη. μυθολογοῦσι δ’ ἐν Σάμῳ μόνῃ θεῶν μὴ προσφέρεσθαι τῇ Ἥρᾳ. ἐπεὶ γὰρ, ὥς φασιν,</w:t>
      </w:r>
    </w:p>
    <w:p>
      <w:r>
        <w:rPr>
          <w:rFonts w:ascii="Courier New" w:hAnsi="Courier New"/>
          <w:color w:val="555555"/>
          <w:sz w:val="20"/>
        </w:rPr>
        <w:t>[10]</w:t>
      </w:r>
    </w:p>
    <w:p>
      <w:r>
        <w:rPr>
          <w:rFonts w:ascii="Gentium Plus" w:hAnsi="Gentium Plus"/>
          <w:sz w:val="24"/>
        </w:rPr>
        <w:t>ἐξῃτεῖτο τὴν ψυχὴν τῆς Σεμέλης τοὺς κάτω θεοὺς, κα‐ θάπερ ἦν ἐπηγγελμένον, ὑποσχέσθαι λέγουσιν αὐτῇ τὸν ᾍδην τοῦτο δράσειν, τοῦ Διονύσου τῶν μάλιστα τερ‐ πόντων αὐτῷ ἀντίψυχον ἀντ’ ἐκείνης πέμψαντος· τὸν δὲ Διόνυσον πυθόμενον τὰ παρὰ τῶν κάτω θεῶν ἐπεσταλ‐</w:t>
      </w:r>
    </w:p>
    <w:p>
      <w:r>
        <w:rPr>
          <w:rFonts w:ascii="Courier New" w:hAnsi="Courier New"/>
          <w:color w:val="555555"/>
          <w:sz w:val="20"/>
        </w:rPr>
        <w:t>[15]</w:t>
      </w:r>
    </w:p>
    <w:p>
      <w:r>
        <w:rPr>
          <w:rFonts w:ascii="Gentium Plus" w:hAnsi="Gentium Plus"/>
          <w:sz w:val="24"/>
        </w:rPr>
        <w:t>μένα σοφίσασθαι πρὸς ταῦτα καὶ τριῶν ὄντων αὐτῷ μάλιστα ἠγαπημένων, τοῦ τε κισσοῦ καὶ τῆς ἀμπέλου καὶ τῆς μυρσίνης, ἀποστεῖλαι τοῖς κάτω θεοῖς αὐτήν. δηλοῖ δὲ καὶ Ἰοφῶν ὁ τραγικός. V.</w:t>
      </w:r>
    </w:p>
    <w:p>
      <w:r>
        <w:rPr>
          <w:rFonts w:ascii="Courier New" w:hAnsi="Courier New"/>
          <w:color w:val="555555"/>
          <w:sz w:val="20"/>
        </w:rPr>
        <w:t>[sch ran 331]</w:t>
      </w:r>
    </w:p>
    <w:p>
      <w:r>
        <w:rPr>
          <w:rFonts w:ascii="Gentium Plus" w:hAnsi="Gentium Plus"/>
          <w:sz w:val="24"/>
        </w:rPr>
        <w:t>λείπει γέραιρε ἢ αὔξανε. ἀκόλαστον δὲ τὴν μὴ δεομένην κολάσεως, τὴν ἀναμάρτητον, ἣν οὐκ ἄν τις κολάσειε χορείαν. R. V. Θ. M. τὴν ἱεράν. R. V.</w:t>
      </w:r>
    </w:p>
    <w:p>
      <w:r>
        <w:rPr>
          <w:rFonts w:ascii="Courier New" w:hAnsi="Courier New"/>
          <w:color w:val="555555"/>
          <w:sz w:val="20"/>
        </w:rPr>
        <w:t>[5]</w:t>
      </w:r>
    </w:p>
    <w:p>
      <w:r>
        <w:rPr>
          <w:rFonts w:ascii="Gentium Plus" w:hAnsi="Gentium Plus"/>
          <w:sz w:val="24"/>
        </w:rPr>
        <w:t>αἰσχρὰν καὶ ἀσελγῆ. τὸ δὲ ἐγκατακρούων πρὸς τὸ ὁσίοις μύσταις. —ἀκόλαστον: Μὴ κολάσεως ἀξίαν ἤγουν μέμψεως. Vict.</w:t>
      </w:r>
    </w:p>
    <w:p>
      <w:r>
        <w:rPr>
          <w:rFonts w:ascii="Courier New" w:hAnsi="Courier New"/>
          <w:color w:val="555555"/>
          <w:sz w:val="20"/>
        </w:rPr>
        <w:t>[sch ran 335]</w:t>
      </w:r>
    </w:p>
    <w:p>
      <w:r>
        <w:rPr>
          <w:rFonts w:ascii="Gentium Plus" w:hAnsi="Gentium Plus"/>
          <w:sz w:val="24"/>
        </w:rPr>
        <w:t>ἀντὶ τοῦ χαρίτων πεπληρωμένην, ὅ ἐστι κεχα‐ ριτωμένην. R. V.</w:t>
      </w:r>
    </w:p>
    <w:p>
      <w:r>
        <w:rPr>
          <w:rFonts w:ascii="Courier New" w:hAnsi="Courier New"/>
          <w:color w:val="555555"/>
          <w:sz w:val="20"/>
        </w:rPr>
        <w:t>[sch ran 336]</w:t>
      </w:r>
    </w:p>
    <w:p>
      <w:r>
        <w:rPr>
          <w:rFonts w:ascii="Gentium Plus" w:hAnsi="Gentium Plus"/>
          <w:sz w:val="24"/>
        </w:rPr>
        <w:t>λείπει γεραίρων. R.</w:t>
      </w:r>
    </w:p>
    <w:p>
      <w:r>
        <w:rPr>
          <w:rFonts w:ascii="Courier New" w:hAnsi="Courier New"/>
          <w:color w:val="555555"/>
          <w:sz w:val="20"/>
        </w:rPr>
        <w:t>[sch ran 338]</w:t>
      </w:r>
    </w:p>
    <w:p>
      <w:r>
        <w:rPr>
          <w:rFonts w:ascii="Gentium Plus" w:hAnsi="Gentium Plus"/>
          <w:sz w:val="24"/>
        </w:rPr>
        <w:t>τοῦτο εἶπε διὰ τὸ κρεοφαγεῖν ἐν τοῖς Θεσμοφο‐ ρίοις καὶ ὅτι Δήμητρι καὶ Κόρῃ θύουσι τὸ ζῷον. R. ἐπειδὴ ἐν τοῖς Δημητρίοις χοῖροι· θύονται. V. Θ. ἔνιοι δέ φασιν οὕτω λέγειν τοὺς Ἀττικοὺς περισπωμένως τὸ</w:t>
      </w:r>
    </w:p>
    <w:p>
      <w:r>
        <w:rPr>
          <w:rFonts w:ascii="Courier New" w:hAnsi="Courier New"/>
          <w:color w:val="555555"/>
          <w:sz w:val="20"/>
        </w:rPr>
        <w:t>[5]</w:t>
      </w:r>
    </w:p>
    <w:p>
      <w:r>
        <w:rPr>
          <w:rFonts w:ascii="Gentium Plus" w:hAnsi="Gentium Plus"/>
          <w:sz w:val="24"/>
        </w:rPr>
        <w:t>κρεῶν. οὐκ ἄλογος δὲ ἡ περισπωμένη· γέγονε γὰρ τὸ πάθος ἐν αὐτῇ τῇ γενικῇ, κρεάων ὡς γεράων, εἶτα κρεῶν ὡς γερῶν. τοῦτο δὲ εἶπε διὰ τὸ χοιροσπαθεῖν τοῖς Θε‐ σμοφορίοις. θύουσι γὰρ ἐν τοῖς μυστηρίοις τοῦ Διονύσου καὶ τῆς Δήμητρος τὸν χοῖρον, διότι λυμαντικός ἐστιν</w:t>
      </w:r>
    </w:p>
    <w:p>
      <w:r>
        <w:rPr>
          <w:rFonts w:ascii="Courier New" w:hAnsi="Courier New"/>
          <w:color w:val="555555"/>
          <w:sz w:val="20"/>
        </w:rPr>
        <w:t>[10]</w:t>
      </w:r>
    </w:p>
    <w:p>
      <w:r>
        <w:rPr>
          <w:rFonts w:ascii="Gentium Plus" w:hAnsi="Gentium Plus"/>
          <w:sz w:val="24"/>
        </w:rPr>
        <w:t>ἀμφοτέρων. V. Θ. ⟦χοιρείων κρεῶν: Παρόσον χοῖροι τῇ Δήμητρι καὶ τῷ Διονύσῳ ἐθύοντο, ὡς λυμαντικοὶ τῶν θεοῖν δωρη‐ μάτων. εἰκότως δ’ ἐν ᾅδου ὢν ἐπιβοᾶται τὴν Περσεφό‐ νην.⟧ —χοιρείων κρεῶν: Πνοὴ δηλονότι. Vict.</w:t>
      </w:r>
    </w:p>
    <w:p>
      <w:r>
        <w:rPr>
          <w:rFonts w:ascii="Courier New" w:hAnsi="Courier New"/>
          <w:color w:val="555555"/>
          <w:sz w:val="20"/>
        </w:rPr>
        <w:t>[sch ran 339]</w:t>
      </w:r>
    </w:p>
    <w:p>
      <w:r>
        <w:rPr>
          <w:rFonts w:ascii="Gentium Plus" w:hAnsi="Gentium Plus"/>
          <w:sz w:val="24"/>
        </w:rPr>
        <w:t>χορδῆς λάβῃς: Ἡ εἴλησις ἡ τῶν ἐντέρων ἐστὶ χορδή. ἣν εἰλητὸν καλοῦμεν ἡμεῖς.</w:t>
      </w:r>
    </w:p>
    <w:p>
      <w:r>
        <w:rPr>
          <w:rFonts w:ascii="Courier New" w:hAnsi="Courier New"/>
          <w:color w:val="555555"/>
          <w:sz w:val="20"/>
        </w:rPr>
        <w:t>[sch ran 340]</w:t>
      </w:r>
    </w:p>
    <w:p>
      <w:r>
        <w:rPr>
          <w:rFonts w:ascii="Gentium Plus" w:hAnsi="Gentium Plus"/>
          <w:sz w:val="24"/>
        </w:rPr>
        <w:t>ἔγειρε φλογέας: Νοητέον οὕτως, ἔγειρε φλογέας λαμπάδας ἐν χερσὶ τινάσσων. [ἥκεις γὰρ νυκτέρου τε‐ λετῆς φωσφόρος ἀστήρ.]</w:t>
      </w:r>
    </w:p>
    <w:p>
      <w:r>
        <w:rPr>
          <w:rFonts w:ascii="Courier New" w:hAnsi="Courier New"/>
          <w:color w:val="555555"/>
          <w:sz w:val="20"/>
        </w:rPr>
        <w:t>[sch ran 343]</w:t>
      </w:r>
    </w:p>
    <w:p>
      <w:r>
        <w:rPr>
          <w:rFonts w:ascii="Gentium Plus" w:hAnsi="Gentium Plus"/>
          <w:sz w:val="24"/>
        </w:rPr>
        <w:t>φωσφόρος ἀστήρ: Τὸ μυστηριακὸν πῦρ φωσφό‐ ρον λέγουσι. λέγει δὲ, ἐπεὶ τὴν νύκτα λέγουσιν αἰνι‐ γματωδῶς, διὰ τὸ λαθεῖν τοὺς ἀμυήτους. ἢ ὅτι ἐν νυκτὶ ἄγεται τὰ μυστήρια. (ἀξιοῦσι δέ τινες αὐτὴν τὴν λαμ‐</w:t>
      </w:r>
    </w:p>
    <w:p>
      <w:r>
        <w:rPr>
          <w:rFonts w:ascii="Courier New" w:hAnsi="Courier New"/>
          <w:color w:val="555555"/>
          <w:sz w:val="20"/>
        </w:rPr>
        <w:t>[5]</w:t>
      </w:r>
    </w:p>
    <w:p>
      <w:r>
        <w:rPr>
          <w:rFonts w:ascii="Gentium Plus" w:hAnsi="Gentium Plus"/>
          <w:sz w:val="24"/>
        </w:rPr>
        <w:t>πάδα φωσφόρον ἀστέρα λέγειν. ὁ δὲ λόγος κολοβός ἐστιν, εἰ μὴ τὸ τινάσσων ἀντὶ τοῦ τινασσόμενος λαμ‐ βάνεται.) ⟦ἐν δέ τισιν ἐκλέλοιπε τὸ τινάσσων. Ἴακχ’, ὦ Ἴακχε, ἀναλόγως τῇ στροφῇ γράφουσι καὶ τὸ χερσίν εἰς τὸ ἔγειρε συνάπτουσιν· ἥκεις γὰρ κατὰ ἀναστροφήν.</w:t>
      </w:r>
    </w:p>
    <w:p>
      <w:r>
        <w:rPr>
          <w:rFonts w:ascii="Courier New" w:hAnsi="Courier New"/>
          <w:color w:val="555555"/>
          <w:sz w:val="20"/>
        </w:rPr>
        <w:t>[10]</w:t>
      </w:r>
    </w:p>
    <w:p>
      <w:r>
        <w:rPr>
          <w:rFonts w:ascii="Gentium Plus" w:hAnsi="Gentium Plus"/>
          <w:sz w:val="24"/>
        </w:rPr>
        <w:t>νύκτωρ δ’ ἐτελεῖτο τὰ μυστήρια. ὧν τῆς τελετῆς οὐ μόνον χορευτὴς, ἀλλὰ καὶ ἔξαρχος ἦν ὁ Διόνυσος. καὶ μὲν δὴ Διονύσου ἐν Ἐλευσῖνι ἱερόν ἐστι καὶ ἐν Διονυ‐ σίοις ἐτελεῖτο τὰ μυστήρια.⟧</w:t>
      </w:r>
    </w:p>
    <w:p>
      <w:r>
        <w:rPr>
          <w:rFonts w:ascii="Courier New" w:hAnsi="Courier New"/>
          <w:color w:val="555555"/>
          <w:sz w:val="20"/>
        </w:rPr>
        <w:t>[sch ran 344]</w:t>
      </w:r>
    </w:p>
    <w:p>
      <w:r>
        <w:rPr>
          <w:rFonts w:ascii="Gentium Plus" w:hAnsi="Gentium Plus"/>
          <w:sz w:val="24"/>
        </w:rPr>
        <w:t>φλέγεται δὲ λειμών: Λειμὼν γὰρ ἀνάκειται καὶ ἄνθη ἀνειμένα τοῖς μύσταις ἐν τῷ πεδίῳ. δηλοῖ δὲ καὶ Σοφοκλῆς. —φλέγεται: καταλάμπεται. R. V. C. φέγ‐ γεται: Καταλάμπεται. E.</w:t>
      </w:r>
    </w:p>
    <w:p>
      <w:r>
        <w:rPr>
          <w:rFonts w:ascii="Courier New" w:hAnsi="Courier New"/>
          <w:color w:val="555555"/>
          <w:sz w:val="20"/>
        </w:rPr>
        <w:t>[sch ran 345]</w:t>
      </w:r>
    </w:p>
    <w:p>
      <w:r>
        <w:rPr>
          <w:rFonts w:ascii="Gentium Plus" w:hAnsi="Gentium Plus"/>
          <w:sz w:val="24"/>
        </w:rPr>
        <w:t>διὰ τὴν χαρὰν νεάζουσιν οἱ γέροντες. ἡ δὲ δύ‐ ναμις ἐν γόνασιν, ὡς καὶ ὁ ποιητὴς λέγει. —ὡς τῶν μυστῶν ὄντων γερόντων. V.</w:t>
      </w:r>
    </w:p>
    <w:p>
      <w:r>
        <w:rPr>
          <w:rFonts w:ascii="Courier New" w:hAnsi="Courier New"/>
          <w:color w:val="555555"/>
          <w:sz w:val="20"/>
        </w:rPr>
        <w:t>[sch ran 346]</w:t>
      </w:r>
    </w:p>
    <w:p>
      <w:r>
        <w:rPr>
          <w:rFonts w:ascii="Gentium Plus" w:hAnsi="Gentium Plus"/>
          <w:sz w:val="24"/>
        </w:rPr>
        <w:t>ἀντὶ τοῦ τὸ βαρὺ τῆς ἡλικίας καὶ τοῦ γήρως. V. ⟦χρονίων τ’ ἐτῶν: Εἰ μὲν οὕτω γράφεται, Ἰωνικόν ἐστι πενθημιμερὲς ἐκ παίωνος τρίτου ἀναλόγως τῷ ἐν τῇ στροφῇ ὀγδόῳ. εἰ δὲ χρόνους τ’ ἐτῶν, ὡς ἐν τοῖς</w:t>
      </w:r>
    </w:p>
    <w:p>
      <w:r>
        <w:rPr>
          <w:rFonts w:ascii="Courier New" w:hAnsi="Courier New"/>
          <w:color w:val="555555"/>
          <w:sz w:val="20"/>
        </w:rPr>
        <w:t>[5]</w:t>
      </w:r>
    </w:p>
    <w:p>
      <w:r>
        <w:rPr>
          <w:rFonts w:ascii="Gentium Plus" w:hAnsi="Gentium Plus"/>
          <w:sz w:val="24"/>
        </w:rPr>
        <w:t>πλείοσιν, ἰαμβικὴ ταυτοποδία. —ζητεῖται ἐνταῦθα, πῶς εἶπεν ἐνιαυτοὺς ἐτῶν, ἐπεὶ ἔτος καὶ ἐνιαυτὸς ταὐ‐ τόν. λύεται δὲ παρὰ τῶν παλαιῶν οὕτως· τὸ ἰαύειν ποτὲ μὲν ἐπὶ ὕπνου καὶ ἀνακλίσεως τίθεται, ὡς παρ’</w:t>
      </w:r>
    </w:p>
    <w:p>
      <w:r>
        <w:rPr>
          <w:rFonts w:ascii="Courier New" w:hAnsi="Courier New"/>
          <w:color w:val="555555"/>
          <w:sz w:val="20"/>
        </w:rPr>
        <w:t>[10]</w:t>
      </w:r>
    </w:p>
    <w:p>
      <w:r>
        <w:rPr>
          <w:rFonts w:ascii="Gentium Plus" w:hAnsi="Gentium Plus"/>
          <w:sz w:val="24"/>
        </w:rPr>
        <w:t>μενος· ὡς ἐπὶ πολὺ δὲ ἡ λέξις ἐπὶ διατριβῆς καὶ ἀργίας λέγεται, ὅθεν καὶ ἐνιαυτὸς ὁ μακρὸς καὶ πολλὴν ἔχων διατριβήν. διὸ καὶ τὸ ἐτέων ἐνιαυτοὺς ἀντὶ τοῦ δια‐ τριβὰς ἐξειλήφασιν. Vict. ἐνιαυτοὺς: Διατριβάς. Vict.⟧</w:t>
      </w:r>
    </w:p>
    <w:p>
      <w:r>
        <w:rPr>
          <w:rFonts w:ascii="Courier New" w:hAnsi="Courier New"/>
          <w:color w:val="555555"/>
          <w:sz w:val="20"/>
        </w:rPr>
        <w:t>[sch ran 350]</w:t>
      </w:r>
    </w:p>
    <w:p>
      <w:r>
        <w:rPr>
          <w:rFonts w:ascii="Gentium Plus" w:hAnsi="Gentium Plus"/>
          <w:sz w:val="24"/>
        </w:rPr>
        <w:t>λαμπάδι: ἅπτων τῇ λαμπάδι. R. V. φλέγων: Λάμπων. Θ. Vict. προβάδην: προβαίνων τῷ ῥυθμῷ. R. V.</w:t>
      </w:r>
    </w:p>
    <w:p>
      <w:r>
        <w:rPr>
          <w:rFonts w:ascii="Courier New" w:hAnsi="Courier New"/>
          <w:color w:val="555555"/>
          <w:sz w:val="20"/>
        </w:rPr>
        <w:t>[sch ran 351]</w:t>
      </w:r>
    </w:p>
    <w:p>
      <w:r>
        <w:rPr>
          <w:rFonts w:ascii="Gentium Plus" w:hAnsi="Gentium Plus"/>
          <w:sz w:val="24"/>
        </w:rPr>
        <w:t>πάνθηρον ἕλειον: Προσληπτέον τὸ εἰς. ἔξαγε εἰς τὸ πάνθηρον καὶ ἕλειον δάπεδον. πάνθηρον δὲ παν‐ τοδαπῶν θηρίων δεκτικόν. τινὲς δὲ ἀναγινώσκουσιν ἐπ’ ἀνθηρόν. —ἀνθηρὸν: Ἀνθῶν πλῆρες. Br. ἕλειον:</w:t>
      </w:r>
    </w:p>
    <w:p>
      <w:r>
        <w:rPr>
          <w:rFonts w:ascii="Courier New" w:hAnsi="Courier New"/>
          <w:color w:val="555555"/>
          <w:sz w:val="20"/>
        </w:rPr>
        <w:t>[5]</w:t>
      </w:r>
    </w:p>
    <w:p>
      <w:r>
        <w:rPr>
          <w:rFonts w:ascii="Gentium Plus" w:hAnsi="Gentium Plus"/>
          <w:sz w:val="24"/>
        </w:rPr>
        <w:t>ἑλῶδες. R. V.</w:t>
      </w:r>
    </w:p>
    <w:p>
      <w:r>
        <w:rPr>
          <w:rFonts w:ascii="Courier New" w:hAnsi="Courier New"/>
          <w:color w:val="555555"/>
          <w:sz w:val="20"/>
        </w:rPr>
        <w:t>[sch ran 352]</w:t>
      </w:r>
    </w:p>
    <w:p>
      <w:r>
        <w:rPr>
          <w:rFonts w:ascii="Gentium Plus" w:hAnsi="Gentium Plus"/>
          <w:sz w:val="24"/>
        </w:rPr>
        <w:t>Τὴν εὐωχίαν, τὴν εὐτονίαν, τὴν χορείαν. V. χοροποιὸν ἥβην λέγει ἢ τὴν αὐτοῦ τοῦ Διονύσου ἡλι‐ κίαν τὴν τοὺς χοροὺς καθιστῶσαν, ἢ τοὺς χορεύοντας μύστας. C. ἥβαν: Ἡμᾶς χορευτάς. μάκαρ: Ὦ. Vict.</w:t>
      </w:r>
    </w:p>
    <w:p>
      <w:r>
        <w:rPr>
          <w:rFonts w:ascii="Courier New" w:hAnsi="Courier New"/>
          <w:color w:val="555555"/>
          <w:sz w:val="20"/>
        </w:rPr>
        <w:t>[sch ran 354]</w:t>
      </w:r>
    </w:p>
    <w:p>
      <w:r>
        <w:rPr>
          <w:rFonts w:ascii="Gentium Plus" w:hAnsi="Gentium Plus"/>
          <w:sz w:val="24"/>
        </w:rPr>
        <w:t>εὐφημεῖν χρὴ: Ἀρίσταρχος ἐπὶ τούτων λέγει τὸν χορὸν μεμερίσθαι (εἰς μερικὰ ἀνάπαιστα, ἄλλα δὲ ἀμείβεσθαι τὸν χορόν. καὶ τί ἄρα συνεῖδεν ὁ Ἀρίσταρ‐ χος; δύναται δὲ καὶ ἐνσύζογον εἶναι τὸ λεγόμενον,</w:t>
      </w:r>
    </w:p>
    <w:p>
      <w:r>
        <w:rPr>
          <w:rFonts w:ascii="Courier New" w:hAnsi="Courier New"/>
          <w:color w:val="555555"/>
          <w:sz w:val="20"/>
        </w:rPr>
        <w:t>[5]</w:t>
      </w:r>
    </w:p>
    <w:p>
      <w:r>
        <w:rPr>
          <w:rFonts w:ascii="Gentium Plus" w:hAnsi="Gentium Plus"/>
          <w:sz w:val="24"/>
        </w:rPr>
        <w:t>πολλαχοῦ δὲ μεμερίσθαι καὶ εἰς διχορίαν τὸ λοιπὸν, ὥστε εἰς δώδεκα καὶ δώδεκα διαμεμερίσθαι.) ⟦Ἄλ‐ λως. εὐφημεῖν χρὴ, στροφὴ καὶ εἴσθεσις χοροῦ ἐπιρρη‐ ματική. ἔθος γὰρ ἐν τῷ ἐπιρρήματι χρηστὰ συμβου‐ λεύειν τῇ πόλει, ἢ ἐλέγχειν τοὺς πονηρευομένους. ἐκ</w:t>
      </w:r>
    </w:p>
    <w:p>
      <w:r>
        <w:rPr>
          <w:rFonts w:ascii="Courier New" w:hAnsi="Courier New"/>
          <w:color w:val="555555"/>
          <w:sz w:val="20"/>
        </w:rPr>
        <w:t>[10]</w:t>
      </w:r>
    </w:p>
    <w:p>
      <w:r>
        <w:rPr>
          <w:rFonts w:ascii="Gentium Plus" w:hAnsi="Gentium Plus"/>
          <w:sz w:val="24"/>
        </w:rPr>
        <w:t>στίχων ἀναπαιστικῶν τετραμέτρων καταληκτικῶν ὀκτωκαίδεκα, ὧν τελευταῖος καὶ παννυχίδας τὰς ἡμετέρας, αἳ τῇδε πρέπουσιν ἑορτῇ. ἐπὶ τῷ τέλει παράγραφος. ὁ δὲ λόγος ἀπὸ τοῦ ποιητοῦ, καίτοι δοκῶν εἶναι χοροῦ. ἰστέον δὲ ὅτι εἰ καὶ διὰ τοὺς</w:t>
      </w:r>
    </w:p>
    <w:p>
      <w:r>
        <w:rPr>
          <w:rFonts w:ascii="Courier New" w:hAnsi="Courier New"/>
          <w:color w:val="555555"/>
          <w:sz w:val="20"/>
        </w:rPr>
        <w:t>[15]</w:t>
      </w:r>
    </w:p>
    <w:p>
      <w:r>
        <w:rPr>
          <w:rFonts w:ascii="Gentium Plus" w:hAnsi="Gentium Plus"/>
          <w:sz w:val="24"/>
        </w:rPr>
        <w:t>ἐν ᾍδου μύστας φαίνεται λέγειν, ἀλλὰ τῇ ἀληθείᾳ διὰ τοὺς ἐν Ἐλευσῖνι. ἐνταῦθα καὶ ὑφίστατο ἡ σκηνὴ τοῦ δράματος.⟧ —κἀξίστασθαι: ἐκχωρεῖν. V.</w:t>
      </w:r>
    </w:p>
    <w:p>
      <w:r>
        <w:rPr>
          <w:rFonts w:ascii="Courier New" w:hAnsi="Courier New"/>
          <w:color w:val="555555"/>
          <w:sz w:val="20"/>
        </w:rPr>
        <w:t>[sch ran 356]</w:t>
      </w:r>
    </w:p>
    <w:p>
      <w:r>
        <w:rPr>
          <w:rFonts w:ascii="Gentium Plus" w:hAnsi="Gentium Plus"/>
          <w:sz w:val="24"/>
        </w:rPr>
        <w:t>μὴ ἐμυήθη. ὄργια δὲ τὰ μυστήρια. R.</w:t>
      </w:r>
    </w:p>
    <w:p>
      <w:r>
        <w:rPr>
          <w:rFonts w:ascii="Courier New" w:hAnsi="Courier New"/>
          <w:color w:val="555555"/>
          <w:sz w:val="20"/>
        </w:rPr>
        <w:t>[sch ran 357]</w:t>
      </w:r>
    </w:p>
    <w:p>
      <w:r>
        <w:rPr>
          <w:rFonts w:ascii="Gentium Plus" w:hAnsi="Gentium Plus"/>
          <w:sz w:val="24"/>
        </w:rPr>
        <w:t>μήτε Κρατίνου: Πρὸς τοὺς περὶ Ἀρίσταρχον οἰομένους ὅτι ταῦρος ἦν αὐτοῖς τὸ ἔπαθλον. εἴρηται δὲ παρὰ τὸ Σοφοκλέους ἐκ Τυροῦς «Διονύσου τοῦ ταυρο‐ φάγου.» ἢ ὅτι φίλοινος ἦν καὶ διὰ τοῦτο ἐπίθετον τοῦ</w:t>
      </w:r>
    </w:p>
    <w:p>
      <w:r>
        <w:rPr>
          <w:rFonts w:ascii="Courier New" w:hAnsi="Courier New"/>
          <w:color w:val="555555"/>
          <w:sz w:val="20"/>
        </w:rPr>
        <w:t>[5]</w:t>
      </w:r>
    </w:p>
    <w:p>
      <w:r>
        <w:rPr>
          <w:rFonts w:ascii="Gentium Plus" w:hAnsi="Gentium Plus"/>
          <w:sz w:val="24"/>
        </w:rPr>
        <w:t>Διονύσου αὐτῷ περιτιθέασιν. (οἱ δὲ ἔτι περιεργότερον ὅλον τὸν λόγον ἀποδιδόασι. μήτε Κρατίνου βακχεῖ’ ἐτελέσθη, ἅ ἐστι τοῦ μοσχοφάγου Διονύσου.) ἢ τολμη‐ ρόν· (ἀπὸ τῶν βακχῶν). τολμηροὺς γὰρ διέσυρε τοὺς Ἀθηναίους ἐν τοῖς δράμασι. βωμολόχοις δὲ, τοῖς πρὸς</w:t>
      </w:r>
    </w:p>
    <w:p>
      <w:r>
        <w:rPr>
          <w:rFonts w:ascii="Courier New" w:hAnsi="Courier New"/>
          <w:color w:val="555555"/>
          <w:sz w:val="20"/>
        </w:rPr>
        <w:t>[10]</w:t>
      </w:r>
    </w:p>
    <w:p>
      <w:r>
        <w:rPr>
          <w:rFonts w:ascii="Gentium Plus" w:hAnsi="Gentium Plus"/>
          <w:sz w:val="24"/>
        </w:rPr>
        <w:t>χάριν λέγουσι καὶ ἀπὸ κολακείας. ἀπὸ δὲ τῶν λοχών‐ των περὶ τοὺς βωμοὺς καὶ βουλομένων τι λαβεῖν μετε‐ νήνεκται ἡ λέξις. οὗτοι γὰρ ἐπὶ τῶν βωμῶν πολλὰ λιπαροῦσι κολακεύοντες λαβεῖν τι παρὰ τῶν θυόντων. ⟦τινὲς δὲ, τοῦ ταῦρον ἔπαθλον λαμβάνοντος. ἢ τοῦ</w:t>
      </w:r>
    </w:p>
    <w:p>
      <w:r>
        <w:rPr>
          <w:rFonts w:ascii="Courier New" w:hAnsi="Courier New"/>
          <w:color w:val="555555"/>
          <w:sz w:val="20"/>
        </w:rPr>
        <w:t>[15]</w:t>
      </w:r>
    </w:p>
    <w:p>
      <w:r>
        <w:rPr>
          <w:rFonts w:ascii="Gentium Plus" w:hAnsi="Gentium Plus"/>
          <w:sz w:val="24"/>
        </w:rPr>
        <w:t>λαιμάργου.⟧ —μηδὲ Κρατίνου: τινὲς βούλονται τὴν φιλονεικίαν αὐτοῦ δηλοῦσθαι ἐκ τοῦ ταυροφάγου, ὅ ἐστι Διονύσου. ταυρόκερως γὰρ ὁ θεός. Εὐριπίδης [Bacch. 918]</w:t>
      </w:r>
    </w:p>
    <w:p>
      <w:r>
        <w:rPr>
          <w:rFonts w:ascii="Courier New" w:hAnsi="Courier New"/>
          <w:color w:val="555555"/>
          <w:sz w:val="20"/>
        </w:rPr>
        <w:t>[20]</w:t>
      </w:r>
    </w:p>
    <w:p>
      <w:r>
        <w:rPr>
          <w:rFonts w:ascii="Gentium Plus" w:hAnsi="Gentium Plus"/>
          <w:sz w:val="24"/>
        </w:rPr>
        <w:t>οἱ δὲ οὕτως. μηδὲ Κρατίνου βακχεῖα ἐτελέσθη, ἅ ἐστι τοῦ ταυροφάγου Διονύσου, ἀπὸ τοῦ συμβαίνοντος ταῖς βάκχαις. διέσπων γὰρ βοῦς καὶ ἤσθιον ὠμὰ κρέα. Ἀπολλώνιος δέ φησι ταυροφάγον τὸν Διόνυσον ἀπὸ τῶν διδομένων τοῖς διθυράμβοις βοῶν. V.</w:t>
      </w:r>
    </w:p>
    <w:p>
      <w:r>
        <w:rPr>
          <w:rFonts w:ascii="Courier New" w:hAnsi="Courier New"/>
          <w:color w:val="555555"/>
          <w:sz w:val="20"/>
        </w:rPr>
        <w:t>[sch ran 359]</w:t>
      </w:r>
    </w:p>
    <w:p>
      <w:r>
        <w:rPr>
          <w:rFonts w:ascii="Gentium Plus" w:hAnsi="Gentium Plus"/>
          <w:sz w:val="24"/>
        </w:rPr>
        <w:t>ὁ ἐναντιούμενος τῷ δυσκόλῳ. R. ὁ ἐναντίος τῷ δυσκόλῳ. V.</w:t>
      </w:r>
    </w:p>
    <w:p>
      <w:r>
        <w:rPr>
          <w:rFonts w:ascii="Courier New" w:hAnsi="Courier New"/>
          <w:color w:val="555555"/>
          <w:sz w:val="20"/>
        </w:rPr>
        <w:t>[sch ran 360]</w:t>
      </w:r>
    </w:p>
    <w:p>
      <w:r>
        <w:rPr>
          <w:rFonts w:ascii="Gentium Plus" w:hAnsi="Gentium Plus"/>
          <w:sz w:val="24"/>
        </w:rPr>
        <w:t>τοῦτο πρὸς τοὺς ῥήτορας. R. V.</w:t>
      </w:r>
    </w:p>
    <w:p>
      <w:r>
        <w:rPr>
          <w:rFonts w:ascii="Courier New" w:hAnsi="Courier New"/>
          <w:color w:val="555555"/>
          <w:sz w:val="20"/>
        </w:rPr>
        <w:t>[sch ran 361]</w:t>
      </w:r>
    </w:p>
    <w:p>
      <w:r>
        <w:rPr>
          <w:rFonts w:ascii="Gentium Plus" w:hAnsi="Gentium Plus"/>
          <w:sz w:val="24"/>
        </w:rPr>
        <w:t>ἤγουν πρὸ τῆς πόλεως. δῶρα λαμβάνει. R.</w:t>
      </w:r>
    </w:p>
    <w:p>
      <w:r>
        <w:rPr>
          <w:rFonts w:ascii="Courier New" w:hAnsi="Courier New"/>
          <w:color w:val="555555"/>
          <w:sz w:val="20"/>
        </w:rPr>
        <w:t>[sch ran 362]</w:t>
      </w:r>
    </w:p>
    <w:p>
      <w:r>
        <w:rPr>
          <w:rFonts w:ascii="Gentium Plus" w:hAnsi="Gentium Plus"/>
          <w:sz w:val="24"/>
        </w:rPr>
        <w:t>ἢ προδίδωσι φρούριον: (Πρὸς τοὺς ποιήσαντας τοὺς Φερεκράτους Πέρσας. τὰ γὰρ ἀπόρρητα ἤκουσαν ὡς νῦν ἡμῖν ἔθος. διὸ καὶ ἐντεῦθεν λοιδορεῖται τῷ Θω‐ ρυκίωνι καὶ αὐτὸς ὅσον μὴ οἶδεν. ἀπόρρητα δὲ ἔλεγον</w:t>
      </w:r>
    </w:p>
    <w:p>
      <w:r>
        <w:rPr>
          <w:rFonts w:ascii="Courier New" w:hAnsi="Courier New"/>
          <w:color w:val="555555"/>
          <w:sz w:val="20"/>
        </w:rPr>
        <w:t>[5]</w:t>
      </w:r>
    </w:p>
    <w:p>
      <w:r>
        <w:rPr>
          <w:rFonts w:ascii="Gentium Plus" w:hAnsi="Gentium Plus"/>
          <w:sz w:val="24"/>
        </w:rPr>
        <w:t>τὰ ἀπειρημένα ἐξάγεσθαι. ἐν γοῦν τούτοις ἐπιφέρει ἀσκώματα καὶ λίνα καὶ πίτταν. δῆλον ὅτι οὐδὲν ἔδει ἀποπέμπειν τούτων ἐξ Αἰγίνης, ὧν Θωρυκίων τὰ ἀπόρρητα Ἀθήνηθεν ἀποπέμπει. ὅτε οὖν πρὸς τοὺς Πελοποννησίους ἦν ὁ πόλεμος, ἀπόρρητον ἦν τὰ πρὸς</w:t>
      </w:r>
    </w:p>
    <w:p>
      <w:r>
        <w:rPr>
          <w:rFonts w:ascii="Courier New" w:hAnsi="Courier New"/>
          <w:color w:val="555555"/>
          <w:sz w:val="20"/>
        </w:rPr>
        <w:t>[10]</w:t>
      </w:r>
    </w:p>
    <w:p>
      <w:r>
        <w:rPr>
          <w:rFonts w:ascii="Gentium Plus" w:hAnsi="Gentium Plus"/>
          <w:sz w:val="24"/>
        </w:rPr>
        <w:t>ναυπηγίαν ἐξάγειν. ἤτοι δὲ ὁ Θωρυκίων ἐξ Αἰγίνης ὢν, ἢ εἰς Αἴγιναν ἐξάγων. καθὸ δὴ κοινὸν ἐμπόριον ἡ Αἴγινα.) οὗτος ταξίαρχος ἦν ἐν τοῖς Πελοποννησιακοῖς τῶν Ἀθηναίων, ὃς πίσσαν ἔπεμψε τοῖς ἀντιπάλοις εἰς τὸ ἀνάψαι τὴν ἑαυτοῦ πόλιν. ὅθεν γνωσθεὶς ἐκωμῳ‐</w:t>
      </w:r>
    </w:p>
    <w:p>
      <w:r>
        <w:rPr>
          <w:rFonts w:ascii="Courier New" w:hAnsi="Courier New"/>
          <w:color w:val="555555"/>
          <w:sz w:val="20"/>
        </w:rPr>
        <w:t>[15]</w:t>
      </w:r>
    </w:p>
    <w:p>
      <w:r>
        <w:rPr>
          <w:rFonts w:ascii="Gentium Plus" w:hAnsi="Gentium Plus"/>
          <w:sz w:val="24"/>
        </w:rPr>
        <w:t>δεῖτο ἐπὶ προδοσίᾳ. (τινὲς δὲ Θορυκίων γράφουσιν, ἀντὶ τοῦ τὰ τῶν Θορυκίων μιμούμενος.) —τἀπόρρητ’: τὰ τῆς πόλεως μυστήρια. R.</w:t>
      </w:r>
    </w:p>
    <w:p>
      <w:r>
        <w:rPr>
          <w:rFonts w:ascii="Courier New" w:hAnsi="Courier New"/>
          <w:color w:val="555555"/>
          <w:sz w:val="20"/>
        </w:rPr>
        <w:t>[sch ran 363]</w:t>
      </w:r>
    </w:p>
    <w:p>
      <w:r>
        <w:rPr>
          <w:rFonts w:ascii="Gentium Plus" w:hAnsi="Gentium Plus"/>
          <w:sz w:val="24"/>
        </w:rPr>
        <w:t>εἰκοστολόγος: Τὰ εἰκοστὰ ἐν τῇ κρίσει συνά‐ γων. —ἐπεὶ οἱ στρατηγοὶ ἀπῄτουν τὰς εἰκοστὰς τῶν λιμένων καὶ τῶν νήσων καὶ οὕτως ἀνήλισκον εἰς τὰ πολεμικά. V.</w:t>
      </w:r>
    </w:p>
    <w:p>
      <w:r>
        <w:rPr>
          <w:rFonts w:ascii="Courier New" w:hAnsi="Courier New"/>
          <w:color w:val="555555"/>
          <w:sz w:val="20"/>
        </w:rPr>
        <w:t>[sch ran 364]</w:t>
      </w:r>
    </w:p>
    <w:p>
      <w:r>
        <w:rPr>
          <w:rFonts w:ascii="Gentium Plus" w:hAnsi="Gentium Plus"/>
          <w:sz w:val="24"/>
        </w:rPr>
        <w:t>ἀσκώματα: Εἰς διφθέρας γὰρ τὰς διανοίας τὰς ἑαυτοῦ γράψας ἔπεμπε τοῖς πολεμίοις ἐν τῇ Λακωνικῇ. (ἄσκωμα δερμάτιόν τι, ᾧ ἐν ταῖς τριήρεσι χρῶνται, καθ’ ὃ ἡ κώπη βάλλεται.) —δέρματα. Br.</w:t>
      </w:r>
    </w:p>
    <w:p>
      <w:r>
        <w:rPr>
          <w:rFonts w:ascii="Courier New" w:hAnsi="Courier New"/>
          <w:color w:val="555555"/>
          <w:sz w:val="20"/>
        </w:rPr>
        <w:t>[5]</w:t>
      </w:r>
    </w:p>
    <w:p>
      <w:r>
        <w:rPr>
          <w:rFonts w:ascii="Gentium Plus" w:hAnsi="Gentium Plus"/>
          <w:sz w:val="24"/>
        </w:rPr>
        <w:t>(Ἐπίδαυρον: Πόλιν Λακωνικήν.)</w:t>
      </w:r>
    </w:p>
    <w:p>
      <w:r>
        <w:rPr>
          <w:rFonts w:ascii="Courier New" w:hAnsi="Courier New"/>
          <w:color w:val="555555"/>
          <w:sz w:val="20"/>
        </w:rPr>
        <w:t>[sch ran 365]</w:t>
      </w:r>
    </w:p>
    <w:p>
      <w:r>
        <w:rPr>
          <w:rFonts w:ascii="Gentium Plus" w:hAnsi="Gentium Plus"/>
          <w:sz w:val="24"/>
        </w:rPr>
        <w:t>(ἢ χρήματα: Κῦρος γὰρ Λυσάνδρῳ ἔπεμψε χρήματα τότε εἰς πόλεμον δανείου χάριν.)</w:t>
      </w:r>
    </w:p>
    <w:p>
      <w:r>
        <w:rPr>
          <w:rFonts w:ascii="Courier New" w:hAnsi="Courier New"/>
          <w:color w:val="555555"/>
          <w:sz w:val="20"/>
        </w:rPr>
        <w:t>[sch ran 366]</w:t>
      </w:r>
    </w:p>
    <w:p>
      <w:r>
        <w:rPr>
          <w:rFonts w:ascii="Gentium Plus" w:hAnsi="Gentium Plus"/>
          <w:sz w:val="24"/>
        </w:rPr>
        <w:t>τῶν τῆς Ἑκάτης μυστηρίων. R. V. τοῦτο δὲ εἰς Κινησίαν τὸν διθυραμβοποιόν· οὗτος γὰρ ᾄδων κατε‐ τίλησε τῆς Ἑκάτης. R. Κινησίαν τὸν διθυραμβοποιὸν κωμῳδεῖ, ὃς εἰσήνεγκεν ἐν δράματι τὴν Ἑκάτην καὶ</w:t>
      </w:r>
    </w:p>
    <w:p>
      <w:r>
        <w:rPr>
          <w:rFonts w:ascii="Courier New" w:hAnsi="Courier New"/>
          <w:color w:val="555555"/>
          <w:sz w:val="20"/>
        </w:rPr>
        <w:t>[5]</w:t>
      </w:r>
    </w:p>
    <w:p>
      <w:r>
        <w:rPr>
          <w:rFonts w:ascii="Gentium Plus" w:hAnsi="Gentium Plus"/>
          <w:sz w:val="24"/>
        </w:rPr>
        <w:t>κατετίλησεν αὐτῆς. ἢ ἐπειδὴ ἠρυθρίασε ποίημα γράψας εἰς Ἑκάτην. V. Θ. M. ⟦ἢ κατατιλᾷ: Ἤγουν ἀσεβῶς διάκειται περὶ τὰ τῆς Ἑκάτης ἀγάλματα, ὅτε πανη‐ γυρίζει. Κινησίας δὲ τοῦτο πεποίηκε.⟧ —ἢ κατατιλᾷ τῶν Ἑκαταίων, ἤτοι κατὰ τῶν ἀγαλμάτων τῆς Ἑκά‐</w:t>
      </w:r>
    </w:p>
    <w:p>
      <w:r>
        <w:rPr>
          <w:rFonts w:ascii="Courier New" w:hAnsi="Courier New"/>
          <w:color w:val="555555"/>
          <w:sz w:val="20"/>
        </w:rPr>
        <w:t>[10]</w:t>
      </w:r>
    </w:p>
    <w:p>
      <w:r>
        <w:rPr>
          <w:rFonts w:ascii="Gentium Plus" w:hAnsi="Gentium Plus"/>
          <w:sz w:val="24"/>
        </w:rPr>
        <w:t>της κόπρον ἐκκρίνει διάρρυτον, τουτέστι ὑγρὰν, ὑπᾴ‐ δων τοῖς χοροῖς κυκλίοις ἤγουν λυρικοῖς ποιήμασιν. Vict.</w:t>
      </w:r>
    </w:p>
    <w:p>
      <w:r>
        <w:rPr>
          <w:rFonts w:ascii="Courier New" w:hAnsi="Courier New"/>
          <w:color w:val="555555"/>
          <w:sz w:val="20"/>
        </w:rPr>
        <w:t>[sch ran 367]</w:t>
      </w:r>
    </w:p>
    <w:p>
      <w:r>
        <w:rPr>
          <w:rFonts w:ascii="Gentium Plus" w:hAnsi="Gentium Plus"/>
          <w:sz w:val="24"/>
        </w:rPr>
        <w:t>τοῦτο εἰς Ἀρχῖνον. μήποτε δὲ καὶ εἰς Ἀγύρριον. μέμνηται δὲ τούτων καὶ Πλάτων ἐν Σκευαῖς καὶ Σαν‐ νυρίων ἐν Δανάῃ. οὗτοι γὰρ προϊστάμενοι τῆς δημοσίας τραπέζης τὸν μισθὸν τῶν κωμῳδῶν ἐμείωσαν κωμῳδη‐</w:t>
      </w:r>
    </w:p>
    <w:p>
      <w:r>
        <w:rPr>
          <w:rFonts w:ascii="Courier New" w:hAnsi="Courier New"/>
          <w:color w:val="555555"/>
          <w:sz w:val="20"/>
        </w:rPr>
        <w:t>[5]</w:t>
      </w:r>
    </w:p>
    <w:p>
      <w:r>
        <w:rPr>
          <w:rFonts w:ascii="Gentium Plus" w:hAnsi="Gentium Plus"/>
          <w:sz w:val="24"/>
        </w:rPr>
        <w:t>θέντες. V. M. ⟦ἢ τοὺς μισθοὺς: Οὓς ἔλαβε παρὰ τῆς βουλῆς αὐτοῖς παρασχεῖν. λέγει δὲ διὰ τὸν Ἀρχῖνον.⟧</w:t>
      </w:r>
    </w:p>
    <w:p>
      <w:r>
        <w:rPr>
          <w:rFonts w:ascii="Courier New" w:hAnsi="Courier New"/>
          <w:color w:val="555555"/>
          <w:sz w:val="20"/>
        </w:rPr>
        <w:t>[sch ran 368]</w:t>
      </w:r>
    </w:p>
    <w:p>
      <w:r>
        <w:rPr>
          <w:rFonts w:ascii="Gentium Plus" w:hAnsi="Gentium Plus"/>
          <w:sz w:val="24"/>
        </w:rPr>
        <w:t>⟦τελεταῖς: Τὸ τέλος ἑξαχῶς λέγεται· σημαίνει γὰρ τὸ στρατιωτικὸν σύνταγμα, τὸ τῶν πραγμάτων πέρας, τὴν ταῖς πόλεσιν φοιτῶσαν πρόσοδον, τὸ ἀξίωμα, ὡς Εὐριπίδης [Sophocles Antig. 67]</w:t>
      </w:r>
    </w:p>
    <w:p>
      <w:r>
        <w:rPr>
          <w:rFonts w:ascii="Courier New" w:hAnsi="Courier New"/>
          <w:color w:val="555555"/>
          <w:sz w:val="20"/>
        </w:rPr>
        <w:t>[5]</w:t>
      </w:r>
    </w:p>
    <w:p>
      <w:r>
        <w:rPr>
          <w:rFonts w:ascii="Gentium Plus" w:hAnsi="Gentium Plus"/>
          <w:sz w:val="24"/>
        </w:rPr>
        <w:t>τοῖς ἐν τέλει βεβῶσι πείσομαι. τὸ δαπάνημα, ὡς ὁ αὐτὸς μάτην γὰρ οἴκῳ σὸν τόδ’ ἐκβαίη τέλος. καὶ τὴν μυστικὴν καὶ οὕτω τελοποιὸν ἑορτήν. ὅθεν καὶ ἡ τελετὴ λέγεται καὶ τελεῖσθαι, τὸ μυεῖσθαι καὶ τελού‐</w:t>
      </w:r>
    </w:p>
    <w:p>
      <w:r>
        <w:rPr>
          <w:rFonts w:ascii="Courier New" w:hAnsi="Courier New"/>
          <w:color w:val="555555"/>
          <w:sz w:val="20"/>
        </w:rPr>
        <w:t>[10]</w:t>
      </w:r>
    </w:p>
    <w:p>
      <w:r>
        <w:rPr>
          <w:rFonts w:ascii="Gentium Plus" w:hAnsi="Gentium Plus"/>
          <w:sz w:val="24"/>
        </w:rPr>
        <w:t>μενοι, οἱ τὰ μυστικὰ ἤτοι θεῖα διδασκόμενοι. Θ. a m. sec. Vict.⟧</w:t>
      </w:r>
    </w:p>
    <w:p>
      <w:r>
        <w:rPr>
          <w:rFonts w:ascii="Courier New" w:hAnsi="Courier New"/>
          <w:color w:val="555555"/>
          <w:sz w:val="20"/>
        </w:rPr>
        <w:t>[sch ran 369]</w:t>
      </w:r>
    </w:p>
    <w:p>
      <w:r>
        <w:rPr>
          <w:rFonts w:ascii="Gentium Plus" w:hAnsi="Gentium Plus"/>
          <w:sz w:val="24"/>
        </w:rPr>
        <w:t>(τούτοισιν ἀπαυδῶ: Παρὰ τὴν τοῦ ἱεροφάντου καὶ δᾳδούχου πρόρρησιν τὴν ἐν τῇ ποικίλῃ στοᾷ.)</w:t>
      </w:r>
    </w:p>
    <w:p>
      <w:r>
        <w:rPr>
          <w:rFonts w:ascii="Courier New" w:hAnsi="Courier New"/>
          <w:color w:val="555555"/>
          <w:sz w:val="20"/>
        </w:rPr>
        <w:t>[sch ran 372]</w:t>
      </w:r>
    </w:p>
    <w:p>
      <w:r>
        <w:rPr>
          <w:rFonts w:ascii="Gentium Plus" w:hAnsi="Gentium Plus"/>
          <w:sz w:val="24"/>
        </w:rPr>
        <w:t>χώρει νῦν: ⟦Εἴσθεσις ἑτέρα μέλους μονοστρο‐ φικοῦ διαιρεθέντος τοῦ χοροῦ, ἐκ κώλων ἀναπαιστικῶν ιʹ, ὧν τὰ μὲν ἄκρα καὶ τὸ δʹ καὶ εʹ δίμετρα ἀκατάλη‐ κτα, τὸ δὲ δεύτερον καὶ ἕκτον ἑφθημιμερῆ. τὸ τρίτον</w:t>
      </w:r>
    </w:p>
    <w:p>
      <w:r>
        <w:rPr>
          <w:rFonts w:ascii="Courier New" w:hAnsi="Courier New"/>
          <w:color w:val="555555"/>
          <w:sz w:val="20"/>
        </w:rPr>
        <w:t>[5]</w:t>
      </w:r>
    </w:p>
    <w:p>
      <w:r>
        <w:rPr>
          <w:rFonts w:ascii="Gentium Plus" w:hAnsi="Gentium Plus"/>
          <w:sz w:val="24"/>
        </w:rPr>
        <w:t>καὶ τὸ ὄγδοον δίμετρα βραχυκατάληκτα. τὰ δὲ λοιπὰ τρίμετρα καταληκτικὰ εἰς συλλαβήν. ἑξῆς δὲ στίχοι δύο ἀναπαιστικοὶ τετράμετροι καταληκτικοὶ ὡς ἐξ ἑτέ‐ ρας στροφῆς. ἐπὶ τῷ τέλει παράγραφος.⟧ ἐντεῦθεν Ἀρί‐ σταρχος ὑπενόησε μὴ ὅλου τοῦ χοροῦ εἶναι τὰ πρῶτα.</w:t>
      </w:r>
    </w:p>
    <w:p>
      <w:r>
        <w:rPr>
          <w:rFonts w:ascii="Courier New" w:hAnsi="Courier New"/>
          <w:color w:val="555555"/>
          <w:sz w:val="20"/>
        </w:rPr>
        <w:t>[10]</w:t>
      </w:r>
    </w:p>
    <w:p>
      <w:r>
        <w:rPr>
          <w:rFonts w:ascii="Gentium Plus" w:hAnsi="Gentium Plus"/>
          <w:sz w:val="24"/>
        </w:rPr>
        <w:t>τοῦτο δὲ οὐκ ἀξιόπιστον. πολλάκις γὰρ ἀλλήλοις οὕτω παρακελεύονται (οἱ περὶ τὸν χορόν). —τῶν καθ’ ᾍδου. οἱ τοῦ χοροῦ δὲ μύσται ἀλλήλοις παρακελεύονται. R.</w:t>
      </w:r>
    </w:p>
    <w:p>
      <w:r>
        <w:rPr>
          <w:rFonts w:ascii="Courier New" w:hAnsi="Courier New"/>
          <w:color w:val="555555"/>
          <w:sz w:val="20"/>
        </w:rPr>
        <w:t>[sch ran 374]</w:t>
      </w:r>
    </w:p>
    <w:p>
      <w:r>
        <w:rPr>
          <w:rFonts w:ascii="Gentium Plus" w:hAnsi="Gentium Plus"/>
          <w:sz w:val="24"/>
        </w:rPr>
        <w:t>ἐγκρούων: (Βαίνων εὐρύθμως. ἢ ἀντὶ τοῦ ἐκβάλλων.) —ἤτοι βάλλων ἢ βαίνων. R.</w:t>
      </w:r>
    </w:p>
    <w:p>
      <w:r>
        <w:rPr>
          <w:rFonts w:ascii="Courier New" w:hAnsi="Courier New"/>
          <w:color w:val="555555"/>
          <w:sz w:val="20"/>
        </w:rPr>
        <w:t>[sch ran 376]</w:t>
      </w:r>
    </w:p>
    <w:p>
      <w:r>
        <w:rPr>
          <w:rFonts w:ascii="Gentium Plus" w:hAnsi="Gentium Plus"/>
          <w:sz w:val="24"/>
        </w:rPr>
        <w:t>ἠρίστηται: Ἄριστον γεγένηται τὸ τῆς τελετῆς. ἔμβα δὲ, ἀντὶ τοῦ χόρευε.</w:t>
      </w:r>
    </w:p>
    <w:p>
      <w:r>
        <w:rPr>
          <w:rFonts w:ascii="Courier New" w:hAnsi="Courier New"/>
          <w:color w:val="555555"/>
          <w:sz w:val="20"/>
        </w:rPr>
        <w:t>[sch ran 377]</w:t>
      </w:r>
    </w:p>
    <w:p>
      <w:r>
        <w:rPr>
          <w:rFonts w:ascii="Gentium Plus" w:hAnsi="Gentium Plus"/>
          <w:sz w:val="24"/>
        </w:rPr>
        <w:t>χόρευε. R. V.</w:t>
      </w:r>
    </w:p>
    <w:p>
      <w:r>
        <w:rPr>
          <w:rFonts w:ascii="Courier New" w:hAnsi="Courier New"/>
          <w:color w:val="555555"/>
          <w:sz w:val="20"/>
        </w:rPr>
        <w:t>[sch ran 378]</w:t>
      </w:r>
    </w:p>
    <w:p>
      <w:r>
        <w:rPr>
          <w:rFonts w:ascii="Gentium Plus" w:hAnsi="Gentium Plus"/>
          <w:sz w:val="24"/>
        </w:rPr>
        <w:t>αἰρεῖς τὴν Σώτειραν: (Οἷον ὑψώσεις τοῖς ἐπαί‐ νοις.) ἔστιν Ἀθήνησι Ἀθηνᾶ Σώτειρα λεγομένη, ᾗ καὶ θύουσιν. —χὥπως αἴρεις: Σκόπει ὅπως μεγαλύνεις. C. χὥπως αἴρῃς: Καὶ σκόπει ὅπως ὑψώσῃς. D.</w:t>
      </w:r>
    </w:p>
    <w:p>
      <w:r>
        <w:rPr>
          <w:rFonts w:ascii="Courier New" w:hAnsi="Courier New"/>
          <w:color w:val="555555"/>
          <w:sz w:val="20"/>
        </w:rPr>
        <w:t>[sch ran 379]</w:t>
      </w:r>
    </w:p>
    <w:p>
      <w:r>
        <w:rPr>
          <w:rFonts w:ascii="Gentium Plus" w:hAnsi="Gentium Plus"/>
          <w:sz w:val="24"/>
        </w:rPr>
        <w:t>μέλπω μολπάζω ὡς τρέχω τρόχω τροχάζω. V.</w:t>
      </w:r>
    </w:p>
    <w:p>
      <w:r>
        <w:rPr>
          <w:rFonts w:ascii="Courier New" w:hAnsi="Courier New"/>
          <w:color w:val="555555"/>
          <w:sz w:val="20"/>
        </w:rPr>
        <w:t>[sch ran 380]</w:t>
      </w:r>
    </w:p>
    <w:p>
      <w:r>
        <w:rPr>
          <w:rFonts w:ascii="Gentium Plus" w:hAnsi="Gentium Plus"/>
          <w:sz w:val="24"/>
        </w:rPr>
        <w:t>εἰς νέωτα. R. V.</w:t>
      </w:r>
    </w:p>
    <w:p>
      <w:r>
        <w:rPr>
          <w:rFonts w:ascii="Courier New" w:hAnsi="Courier New"/>
          <w:color w:val="555555"/>
          <w:sz w:val="20"/>
        </w:rPr>
        <w:t>[sch ran 381]</w:t>
      </w:r>
    </w:p>
    <w:p>
      <w:r>
        <w:rPr>
          <w:rFonts w:ascii="Gentium Plus" w:hAnsi="Gentium Plus"/>
          <w:sz w:val="24"/>
        </w:rPr>
        <w:t>ὁ γὰρ πόλεμος αὐτῷ ἐλυσιτέλει. R. V. M.</w:t>
      </w:r>
    </w:p>
    <w:p>
      <w:r>
        <w:rPr>
          <w:rFonts w:ascii="Courier New" w:hAnsi="Courier New"/>
          <w:color w:val="555555"/>
          <w:sz w:val="20"/>
        </w:rPr>
        <w:t>[sch ran 382]</w:t>
      </w:r>
    </w:p>
    <w:p>
      <w:r>
        <w:rPr>
          <w:rFonts w:ascii="Gentium Plus" w:hAnsi="Gentium Plus"/>
          <w:sz w:val="24"/>
        </w:rPr>
        <w:t>ἕτερον τρόπον. R. V.</w:t>
      </w:r>
    </w:p>
    <w:p>
      <w:r>
        <w:rPr>
          <w:rFonts w:ascii="Courier New" w:hAnsi="Courier New"/>
          <w:color w:val="555555"/>
          <w:sz w:val="20"/>
        </w:rPr>
        <w:t>[sch ran 384]</w:t>
      </w:r>
    </w:p>
    <w:p>
      <w:r>
        <w:rPr>
          <w:rFonts w:ascii="Gentium Plus" w:hAnsi="Gentium Plus"/>
          <w:sz w:val="24"/>
        </w:rPr>
        <w:t>Δήμητερ: ⟦Εἴσθεσις ἑτέρα μέλους μονοστρο‐ φικοῦ ἐκ κώλων ἰαμβικῶν δέκα· ὧν τὸ πέμπτον καὶ τὸ δέκατον ἑφθημιμερῆ Ἀνακρεόντια, τὰ δὲ λοιπὰ δίμετρα ἀκατάληκτα, ὧν τελευταῖον «—κήσαντα ταινιοῦ‐</w:t>
      </w:r>
    </w:p>
    <w:p>
      <w:r>
        <w:rPr>
          <w:rFonts w:ascii="Courier New" w:hAnsi="Courier New"/>
          <w:color w:val="555555"/>
          <w:sz w:val="20"/>
        </w:rPr>
        <w:t>[5]</w:t>
      </w:r>
    </w:p>
    <w:p>
      <w:r>
        <w:rPr>
          <w:rFonts w:ascii="Gentium Plus" w:hAnsi="Gentium Plus"/>
          <w:sz w:val="24"/>
        </w:rPr>
        <w:t>σθαι.» ἑξῆς δὲ ὡς ἐξ ἑτέρας στροφῆς κῶλα τέσσαρα, ὧν τὸ πρῶτον καὶ τὸ τρίτον ἰαμβικά· τὸ μὲν τρίμετρον, τὸ δὲ δίμετρον. τὰ δὲ λοιπὰ τροχαϊκὰ δίμετρα βραχυ‐ κατάληκτα, ἰθυφαλλικὰ καλούμενα Ἀρχιλόχεια. ἐπὶ τῷ τέλει παράγραφος.⟧ —δίμετρα ἀκατάληκτα ἰαμ‐</w:t>
      </w:r>
    </w:p>
    <w:p>
      <w:r>
        <w:rPr>
          <w:rFonts w:ascii="Courier New" w:hAnsi="Courier New"/>
          <w:color w:val="555555"/>
          <w:sz w:val="20"/>
        </w:rPr>
        <w:t>[10]</w:t>
      </w:r>
    </w:p>
    <w:p>
      <w:r>
        <w:rPr>
          <w:rFonts w:ascii="Gentium Plus" w:hAnsi="Gentium Plus"/>
          <w:sz w:val="24"/>
        </w:rPr>
        <w:t>βικά. ἕως τοῦ «τίς σὰς παρήειρε φρένας.» V. M.</w:t>
      </w:r>
    </w:p>
    <w:p>
      <w:r>
        <w:rPr>
          <w:rFonts w:ascii="Courier New" w:hAnsi="Courier New"/>
          <w:color w:val="555555"/>
          <w:sz w:val="20"/>
        </w:rPr>
        <w:t>[sch ran 388]</w:t>
      </w:r>
    </w:p>
    <w:p>
      <w:r>
        <w:rPr>
          <w:rFonts w:ascii="Gentium Plus" w:hAnsi="Gentium Plus"/>
          <w:sz w:val="24"/>
        </w:rPr>
        <w:t>παῖσαι: Ὅπερ ἡμεῖς παῖξαι. Ὅμηρος [Od. Θ, 251] «παίσατε, ὥς χ’ ὁ ξεῖνος.» —παῖσαι: Ἀντὶ τοῦ</w:t>
      </w:r>
    </w:p>
    <w:p>
      <w:r>
        <w:rPr>
          <w:rFonts w:ascii="Courier New" w:hAnsi="Courier New"/>
          <w:color w:val="555555"/>
          <w:sz w:val="20"/>
        </w:rPr>
        <w:t>[sch ran 393]</w:t>
      </w:r>
    </w:p>
    <w:p>
      <w:r>
        <w:rPr>
          <w:rFonts w:ascii="Gentium Plus" w:hAnsi="Gentium Plus"/>
          <w:sz w:val="24"/>
        </w:rPr>
        <w:t>ταινιοῦσθαι: Ἀντὶ τοῦ στεφανοῦσθαι. ταινία γὰρ τὸ ῥάμμα τοῦ στεφάνου.</w:t>
      </w:r>
    </w:p>
    <w:p>
      <w:r>
        <w:rPr>
          <w:rFonts w:ascii="Courier New" w:hAnsi="Courier New"/>
          <w:color w:val="555555"/>
          <w:sz w:val="20"/>
        </w:rPr>
        <w:t>[sch ran 395]</w:t>
      </w:r>
    </w:p>
    <w:p>
      <w:r>
        <w:rPr>
          <w:rFonts w:ascii="Gentium Plus" w:hAnsi="Gentium Plus"/>
          <w:sz w:val="24"/>
        </w:rPr>
        <w:t>τὸν ὡραῖον: Τὸν κατὰ καιρὸν φαινόμενον Διό‐ νυσον· ⟦ἐπεὶ τὸν καιρὸν τοῦ ἔαρος τὰς ἑορτὰς αὐτοῦ ἦγον, καὶ τὰ κωμικὰ δράματα ἐν ταύταις εἰσήγετο.⟧ —ἄγ’ εἶα: Τοῦτο λέγει, ἐπειδὴ, ὅτε ἔδευον, ἀπὸ τοῦ</w:t>
      </w:r>
    </w:p>
    <w:p>
      <w:r>
        <w:rPr>
          <w:rFonts w:ascii="Courier New" w:hAnsi="Courier New"/>
          <w:color w:val="555555"/>
          <w:sz w:val="20"/>
        </w:rPr>
        <w:t>[5]</w:t>
      </w:r>
    </w:p>
    <w:p>
      <w:r>
        <w:rPr>
          <w:rFonts w:ascii="Gentium Plus" w:hAnsi="Gentium Plus"/>
          <w:sz w:val="24"/>
        </w:rPr>
        <w:t>Κεραμεικοῦ εἰς Ἐλευσῖνα προέπεμπον τὸν Διόνυσον. Vict.</w:t>
      </w:r>
    </w:p>
    <w:p>
      <w:r>
        <w:rPr>
          <w:rFonts w:ascii="Courier New" w:hAnsi="Courier New"/>
          <w:color w:val="555555"/>
          <w:sz w:val="20"/>
        </w:rPr>
        <w:t>[sch ran 396]</w:t>
      </w:r>
    </w:p>
    <w:p>
      <w:r>
        <w:rPr>
          <w:rFonts w:ascii="Gentium Plus" w:hAnsi="Gentium Plus"/>
          <w:sz w:val="24"/>
        </w:rPr>
        <w:t>ξυνοδεστήν. V.</w:t>
      </w:r>
    </w:p>
    <w:p>
      <w:r>
        <w:rPr>
          <w:rFonts w:ascii="Courier New" w:hAnsi="Courier New"/>
          <w:color w:val="555555"/>
          <w:sz w:val="20"/>
        </w:rPr>
        <w:t>[sch ran 398]</w:t>
      </w:r>
    </w:p>
    <w:p>
      <w:r>
        <w:rPr>
          <w:rFonts w:ascii="Gentium Plus" w:hAnsi="Gentium Plus"/>
          <w:sz w:val="24"/>
        </w:rPr>
        <w:t>⟦Ἴακχε: Εἴσθεσις ἑτέρου μέλους διαιρεθέντος αὖθις τοῦ χοροῦ, ἐκ κώλων ὀκτωκαίδεκα· ὧν τὰ μὲν αʹ, βʹ, δʹ, ϛʹ, ιβʹ, ιγʹ, ιεʹ τρίμετρα καταληκτικά· τὰ δὲ γʹ, ηʹ, θʹ, ιδʹ δίμετρα ἀκατάληκτα. τὰ δὲ εʹ, ιαʹ, ιϛʹ</w:t>
      </w:r>
    </w:p>
    <w:p>
      <w:r>
        <w:rPr>
          <w:rFonts w:ascii="Courier New" w:hAnsi="Courier New"/>
          <w:color w:val="555555"/>
          <w:sz w:val="20"/>
        </w:rPr>
        <w:t>[5]</w:t>
      </w:r>
    </w:p>
    <w:p>
      <w:r>
        <w:rPr>
          <w:rFonts w:ascii="Gentium Plus" w:hAnsi="Gentium Plus"/>
          <w:sz w:val="24"/>
        </w:rPr>
        <w:t>καὶ τὸ τελευταῖον τρίμετρα ἀκατάληκτα. τὰ ζʹ καὶ ιʹ ἑφθημιμερῆ. τὸ δὲ ιζʹ τετράμετρον καταληκτικόν. ἐν ταῖς ἀποθέσεσι τῶν συστημάτων παράγραφος.⟧ μεμιγμένως λέγει τὰ μὲν πρὸς τὸν Ζαγρέα Ἴακ‐ χον, τὰ δὲ πρὸς τὸν Διόνυσον. V.</w:t>
      </w:r>
    </w:p>
    <w:p>
      <w:r>
        <w:rPr>
          <w:rFonts w:ascii="Courier New" w:hAnsi="Courier New"/>
          <w:color w:val="555555"/>
          <w:sz w:val="20"/>
        </w:rPr>
        <w:t>[sch ran 399]</w:t>
      </w:r>
    </w:p>
    <w:p>
      <w:r>
        <w:rPr>
          <w:rFonts w:ascii="Gentium Plus" w:hAnsi="Gentium Plus"/>
          <w:sz w:val="24"/>
        </w:rPr>
        <w:t>συνακολούθει: Τοῦτο, ἐπεὶ ὁδεύουσιν ἀπὸ τοῦ Κεραμεικοῦ εἰς Ἐλευσῖνα προπέμποντες τὸν Διόνυσον. ⟦τὸ δὲ ἄνευ πόνου πολλὴν ὁδὸν περαίνεις, ἀντὶ τοῦ, μεθ’ ἡμῶν ὢν ῥᾳδίαν πάνυ τὴν ὁδὸν ποιήσεις. ἢ ὅτι ἐν</w:t>
      </w:r>
    </w:p>
    <w:p>
      <w:r>
        <w:rPr>
          <w:rFonts w:ascii="Courier New" w:hAnsi="Courier New"/>
          <w:color w:val="555555"/>
          <w:sz w:val="20"/>
        </w:rPr>
        <w:t>[5]</w:t>
      </w:r>
    </w:p>
    <w:p>
      <w:r>
        <w:rPr>
          <w:rFonts w:ascii="Gentium Plus" w:hAnsi="Gentium Plus"/>
          <w:sz w:val="24"/>
        </w:rPr>
        <w:t>τοῖς ναοῖς διατρίβων, εἰ φανείης ἡμῖν ἐξαίφνης ἐπικαλε‐ σαμένοις, ἐνταῦθα δείξεις τὰς ὁδοὺς ἄνευ πόνου τοῖς θεοῖς ποιεῖσθαι. πάντα γὰρ αὐτοῖς εὐπετῆ. —πάντα γὰρ εὐπετῆ φασὶ τοῖς θεοῖς. Cant.2.⟧</w:t>
      </w:r>
    </w:p>
    <w:p>
      <w:r>
        <w:rPr>
          <w:rFonts w:ascii="Courier New" w:hAnsi="Courier New"/>
          <w:color w:val="555555"/>
          <w:sz w:val="20"/>
        </w:rPr>
        <w:t>[sch ran 400]</w:t>
      </w:r>
    </w:p>
    <w:p>
      <w:r>
        <w:rPr>
          <w:rFonts w:ascii="Gentium Plus" w:hAnsi="Gentium Plus"/>
          <w:sz w:val="24"/>
        </w:rPr>
        <w:t>τὴν Δήμητραν. V.</w:t>
      </w:r>
    </w:p>
    <w:p>
      <w:r>
        <w:rPr>
          <w:rFonts w:ascii="Courier New" w:hAnsi="Courier New"/>
          <w:color w:val="555555"/>
          <w:sz w:val="20"/>
        </w:rPr>
        <w:t>[sch ran 401]</w:t>
      </w:r>
    </w:p>
    <w:p>
      <w:r>
        <w:rPr>
          <w:rFonts w:ascii="Gentium Plus" w:hAnsi="Gentium Plus"/>
          <w:sz w:val="24"/>
        </w:rPr>
        <w:t>περαίνεις: Εἴρηται γὰρ ὅτι ἐξ ἄστεως μέχρι Ἐλευσῖνος πολλὴν ὁδὸν πορεύεται. V. ἀπὸ ἄστεως μέχρι Ἐλευσῖνος. R. τελεῖς, διέρχῃ. εἴρηται γὰρ ὅτι ἐξ ἄστεος εἰς Ἐλευσῖνα ἐπορεύοντο. Vict.</w:t>
      </w:r>
    </w:p>
    <w:p>
      <w:r>
        <w:rPr>
          <w:rFonts w:ascii="Courier New" w:hAnsi="Courier New"/>
          <w:color w:val="555555"/>
          <w:sz w:val="20"/>
        </w:rPr>
        <w:t>[sch ran 404]</w:t>
      </w:r>
    </w:p>
    <w:p>
      <w:r>
        <w:rPr>
          <w:rFonts w:ascii="Gentium Plus" w:hAnsi="Gentium Plus"/>
          <w:sz w:val="24"/>
        </w:rPr>
        <w:t>σὺ γὰρ κατεσχίσω: Ἴσον τῷ διὰ σὲ κατεσχί‐ σθη. εἴρηται γὰρ ὁ αὐτὸς Ἴακχος τῷ Διονύσῳ κατά τινας. τῷ δὲ Διονύσῳ αἱ κωμῳδίαι ἀνάκεινται. ἔοικε δὲ παρεμφαίνειν ὅτι λιτῶς ἤδη ἐχορηγεῖτο τοῖς ποιηταῖς.</w:t>
      </w:r>
    </w:p>
    <w:p>
      <w:r>
        <w:rPr>
          <w:rFonts w:ascii="Courier New" w:hAnsi="Courier New"/>
          <w:color w:val="555555"/>
          <w:sz w:val="20"/>
        </w:rPr>
        <w:t>[5]</w:t>
      </w:r>
    </w:p>
    <w:p>
      <w:r>
        <w:rPr>
          <w:rFonts w:ascii="Gentium Plus" w:hAnsi="Gentium Plus"/>
          <w:sz w:val="24"/>
        </w:rPr>
        <w:t>(ἐπὶ γοῦν τοῦ Καλλίου τούτου φησὶν Ἀριστοτέλης ὅτι σύνδυο ἔδοξε χορηγεῖν τὰ Διονύσια τοῖς τραγῳδοῖς καὶ κωμῳδοῖς· ὥστε ἴσως ἦν τις καὶ περὶ τὸν Ληναϊκὸν ἀγῶνα συστολὴ, χρόνῳ δ’ ὕστερον οὐ πολλῷ τινι καὶ καθάπαξ περιεῖλε Κινησίας τὰς χορηγίας· ἐξ οὗ καὶ</w:t>
      </w:r>
    </w:p>
    <w:p>
      <w:r>
        <w:rPr>
          <w:rFonts w:ascii="Courier New" w:hAnsi="Courier New"/>
          <w:color w:val="555555"/>
          <w:sz w:val="20"/>
        </w:rPr>
        <w:t>[10]</w:t>
      </w:r>
    </w:p>
    <w:p>
      <w:r>
        <w:rPr>
          <w:rFonts w:ascii="Gentium Plus" w:hAnsi="Gentium Plus"/>
          <w:sz w:val="24"/>
        </w:rPr>
        <w:t>Στράττις ἐν τῷ εἰς αὐτὸν δράματι ἐφῆ σκηνῆ μὲν τοῦ χοροκτόνου Κινησίου.) —ἢ οὕτως. κατηρτίσω καὶ σχιστὰ ὑποδήματα φορέσαι ἐποίησας. R.</w:t>
      </w:r>
    </w:p>
    <w:p>
      <w:r>
        <w:rPr>
          <w:rFonts w:ascii="Courier New" w:hAnsi="Courier New"/>
          <w:color w:val="555555"/>
          <w:sz w:val="20"/>
        </w:rPr>
        <w:t>[sch ran 406]</w:t>
      </w:r>
    </w:p>
    <w:p>
      <w:r>
        <w:rPr>
          <w:rFonts w:ascii="Gentium Plus" w:hAnsi="Gentium Plus"/>
          <w:sz w:val="24"/>
        </w:rPr>
        <w:t>καὶ τὸ ῥάκος: Ἔτι δύναται καὶ ταῦτα τὴν αὐ‐ τὴν ἔννοιαν ἔχειν. ῥάκος δὲ οἱ μὲν τὸ τριβώνιον, οἱ δὲ τὸ προσωπεῖον, ὅτι ῥάκεσι κατακολλᾶται. —ἐπὶ εὐδαι‐ μονίᾳ πρὸς τὸ εὐτελεῖν. R. V.</w:t>
      </w:r>
    </w:p>
    <w:p>
      <w:r>
        <w:rPr>
          <w:rFonts w:ascii="Courier New" w:hAnsi="Courier New"/>
          <w:color w:val="555555"/>
          <w:sz w:val="20"/>
        </w:rPr>
        <w:t>[sch ran 407]</w:t>
      </w:r>
    </w:p>
    <w:p>
      <w:r>
        <w:rPr>
          <w:rFonts w:ascii="Gentium Plus" w:hAnsi="Gentium Plus"/>
          <w:sz w:val="24"/>
        </w:rPr>
        <w:t>ὅτι σύνηθες ἦν τὸ ἐπιλέγειν, ὁπότε ἐπαινοῖέν τι ἢ συνομολογοῖεν, καὶ Εὔπολις Κόλαξι. καὶ ἐν τοῖς πρό‐ σθεν κεῖται. V. M.</w:t>
      </w:r>
    </w:p>
    <w:p>
      <w:r>
        <w:rPr>
          <w:rFonts w:ascii="Courier New" w:hAnsi="Courier New"/>
          <w:color w:val="555555"/>
          <w:sz w:val="20"/>
        </w:rPr>
        <w:t>[sch ran 408]</w:t>
      </w:r>
    </w:p>
    <w:p>
      <w:r>
        <w:rPr>
          <w:rFonts w:ascii="Gentium Plus" w:hAnsi="Gentium Plus"/>
          <w:sz w:val="24"/>
        </w:rPr>
        <w:t>ἀπὸ τοῦ ἄστεως μέχρι Ἐλευσῖνος. V.</w:t>
      </w:r>
    </w:p>
    <w:p>
      <w:r>
        <w:rPr>
          <w:rFonts w:ascii="Courier New" w:hAnsi="Courier New"/>
          <w:color w:val="555555"/>
          <w:sz w:val="20"/>
        </w:rPr>
        <w:t>[sch ran 410]</w:t>
      </w:r>
    </w:p>
    <w:p>
      <w:r>
        <w:rPr>
          <w:rFonts w:ascii="Gentium Plus" w:hAnsi="Gentium Plus"/>
          <w:sz w:val="24"/>
        </w:rPr>
        <w:t>ἀντὶ τοῦ πρὸ ὀλίγου, ἀρτίως. R.</w:t>
      </w:r>
    </w:p>
    <w:p>
      <w:r>
        <w:rPr>
          <w:rFonts w:ascii="Courier New" w:hAnsi="Courier New"/>
          <w:color w:val="555555"/>
          <w:sz w:val="20"/>
        </w:rPr>
        <w:t>[sch ran 411]</w:t>
      </w:r>
    </w:p>
    <w:p>
      <w:r>
        <w:rPr>
          <w:rFonts w:ascii="Gentium Plus" w:hAnsi="Gentium Plus"/>
          <w:sz w:val="24"/>
        </w:rPr>
        <w:t>συνεχόρευον γὰρ καὶ αἱ γυναῖκες. R. V.</w:t>
      </w:r>
    </w:p>
    <w:p>
      <w:r>
        <w:rPr>
          <w:rFonts w:ascii="Courier New" w:hAnsi="Courier New"/>
          <w:color w:val="555555"/>
          <w:sz w:val="20"/>
        </w:rPr>
        <w:t>[sch ran 414]</w:t>
      </w:r>
    </w:p>
    <w:p>
      <w:r>
        <w:rPr>
          <w:rFonts w:ascii="Gentium Plus" w:hAnsi="Gentium Plus"/>
          <w:sz w:val="24"/>
        </w:rPr>
        <w:t>⟦καὶ μετ’ αὐτῆς: Τοῦτο πρὸς τὸ ἄνω τὸ, συμ‐ παιστρίας. μετ’ αὐτῆς τῆς συμπαιστρίας δηλονότι.⟧</w:t>
      </w:r>
    </w:p>
    <w:p>
      <w:r>
        <w:rPr>
          <w:rFonts w:ascii="Courier New" w:hAnsi="Courier New"/>
          <w:color w:val="555555"/>
          <w:sz w:val="20"/>
        </w:rPr>
        <w:t>[sch ran 415]</w:t>
      </w:r>
    </w:p>
    <w:p>
      <w:r>
        <w:rPr>
          <w:rFonts w:ascii="Gentium Plus" w:hAnsi="Gentium Plus"/>
          <w:sz w:val="24"/>
        </w:rPr>
        <w:t>κἄγωγε πρός: Τινὲς τοῦτο τοῦ Διονύσου φασὶ μεταξὺ παρεμβάλλοντος λέγειν.</w:t>
      </w:r>
    </w:p>
    <w:p>
      <w:r>
        <w:rPr>
          <w:rFonts w:ascii="Courier New" w:hAnsi="Courier New"/>
          <w:color w:val="555555"/>
          <w:sz w:val="20"/>
        </w:rPr>
        <w:t>[sch ran 410]</w:t>
      </w:r>
    </w:p>
    <w:p>
      <w:r>
        <w:rPr>
          <w:rFonts w:ascii="Gentium Plus" w:hAnsi="Gentium Plus"/>
          <w:sz w:val="24"/>
        </w:rPr>
        <w:t>⟦βούλεσθε δῆτα: Στροφὴ καὶ εἴσθεσις χοροῦ ἐπιρρηματικὴ ἐκ κώλων πεντεκαίδεκα ἰαμβικῶν ἑφθη‐ μιμερῶν, πλὴν τοῦ γʹ, ϛʹ, θʹ, ιβʹ, καὶ τελευταίου τρι‐ μέτρων ἀκαταλήκτων. ἐπὶ τῷ τέλει παράγραφος. τὸ</w:t>
      </w:r>
    </w:p>
    <w:p>
      <w:r>
        <w:rPr>
          <w:rFonts w:ascii="Courier New" w:hAnsi="Courier New"/>
          <w:color w:val="555555"/>
          <w:sz w:val="20"/>
        </w:rPr>
        <w:t>[5]</w:t>
      </w:r>
    </w:p>
    <w:p>
      <w:r>
        <w:rPr>
          <w:rFonts w:ascii="Gentium Plus" w:hAnsi="Gentium Plus"/>
          <w:sz w:val="24"/>
        </w:rPr>
        <w:t>δὲ πρὸς λαγνείαν ἐπιρρεπὲς ἀμφοτέρων σκώπτων, τοῦ τε δεσπότου καὶ τοῦ δούλου, τοῦτό φησιν. ὁ δὲ Ἀρχέδη‐ μος ὡς ξένος παρ’ αὐτοῦ κωμῳδεῖται. νόμος γὰρ ἦν τοὺς ἐξ ἀλλοδαπῆς Ἀθήνησι κατοικεῖν ἐθέλοντας εἰς πολίτας, ἐνταῦθα χρόνον ὀλίγον διατρίψαντας ἐγγρά‐</w:t>
      </w:r>
    </w:p>
    <w:p>
      <w:r>
        <w:rPr>
          <w:rFonts w:ascii="Courier New" w:hAnsi="Courier New"/>
          <w:color w:val="555555"/>
          <w:sz w:val="20"/>
        </w:rPr>
        <w:t>[10]</w:t>
      </w:r>
    </w:p>
    <w:p>
      <w:r>
        <w:rPr>
          <w:rFonts w:ascii="Gentium Plus" w:hAnsi="Gentium Plus"/>
          <w:sz w:val="24"/>
        </w:rPr>
        <w:t>φεσθαι. ὅπερ Ἀρχέδημος οὐκ ἐποίησε. δέον οὖν εἰπεῖν ὅτι οὐκ ἐπολιτογραφήθη, ὥστε τοὺς πολίτας ὥσπερ συγγενεῖς ἔχειν, οὐκ ἔφυσεν, εἶπεν. ἑξῆς δὲ ταύτης τῆς στροφῆς ἐν εἰσθέσει σύστημα κατὰ περικοπὴν ἀμοι‐ βαῖον ἐκ κώλων ἀναλόγως τῇ στροφῆ κειμένων· ὧν τὸ</w:t>
      </w:r>
    </w:p>
    <w:p>
      <w:r>
        <w:rPr>
          <w:rFonts w:ascii="Courier New" w:hAnsi="Courier New"/>
          <w:color w:val="555555"/>
          <w:sz w:val="20"/>
        </w:rPr>
        <w:t>[15]</w:t>
      </w:r>
    </w:p>
    <w:p>
      <w:r>
        <w:rPr>
          <w:rFonts w:ascii="Gentium Plus" w:hAnsi="Gentium Plus"/>
          <w:sz w:val="24"/>
        </w:rPr>
        <w:t>τελευταῖον παραγράφῳ σημειοῦται.⟧</w:t>
      </w:r>
    </w:p>
    <w:p>
      <w:r>
        <w:rPr>
          <w:rFonts w:ascii="Courier New" w:hAnsi="Courier New"/>
          <w:color w:val="555555"/>
          <w:sz w:val="20"/>
        </w:rPr>
        <w:t>[sch ran 418]</w:t>
      </w:r>
    </w:p>
    <w:p>
      <w:r>
        <w:rPr>
          <w:rFonts w:ascii="Gentium Plus" w:hAnsi="Gentium Plus"/>
          <w:sz w:val="24"/>
        </w:rPr>
        <w:t>οὐκ ἔφυσε φράτορας: (Ἀντὶ τοῦ εἰπεῖν, οὐκ ἔφυσεν ὀδόντας, εἶπε φράτορας, ἵνα ὡς ξένον διαβάλῃ. ἡ δὲ παροιμία, ἑπτέτης ὢν ὀδόντας οὐκ ἔφυσεν. Ἄλ‐ λως.) ἀντὶ τοῦ εἰπεῖν ὀδόντας φραστῆρας, φράτορας</w:t>
      </w:r>
    </w:p>
    <w:p>
      <w:r>
        <w:rPr>
          <w:rFonts w:ascii="Courier New" w:hAnsi="Courier New"/>
          <w:color w:val="555555"/>
          <w:sz w:val="20"/>
        </w:rPr>
        <w:t>[5]</w:t>
      </w:r>
    </w:p>
    <w:p>
      <w:r>
        <w:rPr>
          <w:rFonts w:ascii="Gentium Plus" w:hAnsi="Gentium Plus"/>
          <w:sz w:val="24"/>
        </w:rPr>
        <w:t>εἶπε, τουτέστι συγγενεῖς. ἡ μεταφορὰ ἀπὸ τῶν παίδων, οἵτινες ὄντες περὶ τὰ ἑπτὰ ἔτη ἔχουσι πάντας τοὺς ὀδόν‐ τας. λέγει οὖν ὅτι χρονίσας ἐν ταῖς Ἀθήναις οὐκ ἠδυ‐ νήθη ἀναγραφῆναι εἰς τοὺς πολίτας. οὗτος ὡς ξένος κωμῳδεῖται. καὶ Εὔπολις Βάπταις «ἐπιχώριος δ’ ἔστ’</w:t>
      </w:r>
    </w:p>
    <w:p>
      <w:r>
        <w:rPr>
          <w:rFonts w:ascii="Courier New" w:hAnsi="Courier New"/>
          <w:color w:val="555555"/>
          <w:sz w:val="20"/>
        </w:rPr>
        <w:t>[10]</w:t>
      </w:r>
    </w:p>
    <w:p>
      <w:r>
        <w:rPr>
          <w:rFonts w:ascii="Gentium Plus" w:hAnsi="Gentium Plus"/>
          <w:sz w:val="24"/>
        </w:rPr>
        <w:t>ἢ ξένης ἀπὸ χθονός;»</w:t>
      </w:r>
    </w:p>
    <w:p>
      <w:r>
        <w:rPr>
          <w:rFonts w:ascii="Courier New" w:hAnsi="Courier New"/>
          <w:color w:val="555555"/>
          <w:sz w:val="20"/>
        </w:rPr>
        <w:t>[sch ran 419]</w:t>
      </w:r>
    </w:p>
    <w:p>
      <w:r>
        <w:rPr>
          <w:rFonts w:ascii="Gentium Plus" w:hAnsi="Gentium Plus"/>
          <w:sz w:val="24"/>
        </w:rPr>
        <w:t>ἀντὶ τοῦ ἄρχει τοῦ δήμου. R. V.</w:t>
      </w:r>
    </w:p>
    <w:p>
      <w:r>
        <w:rPr>
          <w:rFonts w:ascii="Courier New" w:hAnsi="Courier New"/>
          <w:color w:val="555555"/>
          <w:sz w:val="20"/>
        </w:rPr>
        <w:t>[sch ran 420]</w:t>
      </w:r>
    </w:p>
    <w:p>
      <w:r>
        <w:rPr>
          <w:rFonts w:ascii="Gentium Plus" w:hAnsi="Gentium Plus"/>
          <w:sz w:val="24"/>
        </w:rPr>
        <w:t>ἐν τοῖς ἄνω νεκροῖς: Οὐχ ὡς Ἀπολλώνιος πρὸς τὴν ἐξήγησιν τὴν εἰ μὴ νεναυμάχηκε τὴν περὶ τῶν κρεῶν, ὅτι διὰ τὴν κακοπραγίαν νεκροὺς τοὺς Ἀθηναίους λέ‐</w:t>
      </w:r>
    </w:p>
    <w:p>
      <w:r>
        <w:rPr>
          <w:rFonts w:ascii="Courier New" w:hAnsi="Courier New"/>
          <w:color w:val="555555"/>
          <w:sz w:val="20"/>
        </w:rPr>
        <w:t>[5]</w:t>
      </w:r>
    </w:p>
    <w:p>
      <w:r>
        <w:rPr>
          <w:rFonts w:ascii="Gentium Plus" w:hAnsi="Gentium Plus"/>
          <w:sz w:val="24"/>
        </w:rPr>
        <w:t>γουσι· ψυχρὸν γάρ· ἀλλὰ πιθανῶς οἱ κάτω τοὺς ζῶντας ἄνω νεκρούς φασιν, (ὅτι κατετρίβησαν ἐν τοῖς κακοῖς ὑπὸ τῶν στρατηγῶν). ⟦Ἄλλως. νεκροὺς τοὺς Ἀθη‐ ναίους λέγει ἢ διότι τὸ ἀρχαῖον φρόνημα ἀποβεβλήκα‐ σιν· ἢ διότι οἱ ἐν τῷ κόσμῳ ἄνθρωποι, εἰ καὶ ζῶσιν,</w:t>
      </w:r>
    </w:p>
    <w:p>
      <w:r>
        <w:rPr>
          <w:rFonts w:ascii="Courier New" w:hAnsi="Courier New"/>
          <w:color w:val="555555"/>
          <w:sz w:val="20"/>
        </w:rPr>
        <w:t>[10]</w:t>
      </w:r>
    </w:p>
    <w:p>
      <w:r>
        <w:rPr>
          <w:rFonts w:ascii="Gentium Plus" w:hAnsi="Gentium Plus"/>
          <w:sz w:val="24"/>
        </w:rPr>
        <w:t>ἀλλὰ τοῖς τοῦ βίου ματαίοις ἐγκυλινδούμενοι, δεινότερα τῶν τεθνηκότων πάσχουσι ζῶντες κολαζόμενοι· ἢ διότι πολλοῖς κακοῖς ὑπὸ τῶν δημαγωγῶν κατατριβόμενοι ἀναισθήτως ἔχουσιν ὡς νεκροὶ, αὐτοὺς ἀτιμωρήτους ἐῶντες. χάριεν δὲ τὸ ὑπὸ τῶν νεκρῶν τοὺς ζῶντας κα‐</w:t>
      </w:r>
    </w:p>
    <w:p>
      <w:r>
        <w:rPr>
          <w:rFonts w:ascii="Courier New" w:hAnsi="Courier New"/>
          <w:color w:val="555555"/>
          <w:sz w:val="20"/>
        </w:rPr>
        <w:t>[15]</w:t>
      </w:r>
    </w:p>
    <w:p>
      <w:r>
        <w:rPr>
          <w:rFonts w:ascii="Gentium Plus" w:hAnsi="Gentium Plus"/>
          <w:sz w:val="24"/>
        </w:rPr>
        <w:t>λεῖσθαι νεκρούς.⟧ —ἵνα διαβάλλῃ τοὺς Ἀθηναίους ὡς ἀσθενεῖς καὶ νεκρούς. V.</w:t>
      </w:r>
    </w:p>
    <w:p>
      <w:r>
        <w:rPr>
          <w:rFonts w:ascii="Courier New" w:hAnsi="Courier New"/>
          <w:color w:val="555555"/>
          <w:sz w:val="20"/>
        </w:rPr>
        <w:t>[sch ran 421]</w:t>
      </w:r>
    </w:p>
    <w:p>
      <w:r>
        <w:rPr>
          <w:rFonts w:ascii="Gentium Plus" w:hAnsi="Gentium Plus"/>
          <w:sz w:val="24"/>
        </w:rPr>
        <w:t>τῆς ἐκεῖθεν μοχθηρίας: Ἀντὶ τοῦ εἰπεῖν, δημα‐ γωγίας, ἢ πολιτείας, μοχθηρίας εἶπεν, χαριέντως πρὸς τὰ κακὰ αὐτῶν. —τὰ πρῶτα ἔχων. R. V.</w:t>
      </w:r>
    </w:p>
    <w:p>
      <w:r>
        <w:rPr>
          <w:rFonts w:ascii="Courier New" w:hAnsi="Courier New"/>
          <w:color w:val="555555"/>
          <w:sz w:val="20"/>
        </w:rPr>
        <w:t>[sch ran 422]</w:t>
      </w:r>
    </w:p>
    <w:p>
      <w:r>
        <w:rPr>
          <w:rFonts w:ascii="Gentium Plus" w:hAnsi="Gentium Plus"/>
          <w:sz w:val="24"/>
        </w:rPr>
        <w:t>τὸν Κλεισθένη: Διαβάλλει τὸν Κλεισθένη ὡς φαυλόβιον, καὶ πρὸς τοῦ Σεβίνου πορνευόμενον. διὸ καὶ δεινοπαθοῦντά φησιν ἐπὶ τῇ τούτου τελευτῇ. —τὸν Κλεισθένην: Ἀντὶ τοῦ τὸν Καλλίαν. R. τὸν Καλλίαν.</w:t>
      </w:r>
    </w:p>
    <w:p>
      <w:r>
        <w:rPr>
          <w:rFonts w:ascii="Courier New" w:hAnsi="Courier New"/>
          <w:color w:val="555555"/>
          <w:sz w:val="20"/>
        </w:rPr>
        <w:t>[5]</w:t>
      </w:r>
    </w:p>
    <w:p>
      <w:r>
        <w:rPr>
          <w:rFonts w:ascii="Gentium Plus" w:hAnsi="Gentium Plus"/>
          <w:sz w:val="24"/>
        </w:rPr>
        <w:t>C. V. ὑποτίθεται υἱὸν Κλεισθένους, οὗ τὸ ὄνομα οὐκ εἶπε. καθ’ ὁμοιότητα γὰρ τοῦ πατρὸς ἐν ταῖς ἐρημίαις καὶ περὶ τὰς ταφὰς καὶ τοὺς τάφους κακῶς ἔπασχεν. Ven.</w:t>
      </w:r>
    </w:p>
    <w:p>
      <w:r>
        <w:rPr>
          <w:rFonts w:ascii="Courier New" w:hAnsi="Courier New"/>
          <w:color w:val="555555"/>
          <w:sz w:val="20"/>
        </w:rPr>
        <w:t>[sch ran 423]</w:t>
      </w:r>
    </w:p>
    <w:p>
      <w:r>
        <w:rPr>
          <w:rFonts w:ascii="Gentium Plus" w:hAnsi="Gentium Plus"/>
          <w:sz w:val="24"/>
        </w:rPr>
        <w:t>ἐν ταῖς ταφαῖσι: (Ταφαὶ, ὅπου οἱ ἐν πολέμῳ ἐνδόξως τετελευτηκότες μετὰ τιμῆς ἐθάπτοντο δημο‐ σίᾳ. Ἄλλως.) τοῖς κατὰ τὸν πόλεμον ἀποθανοῦσι δη‐ μοσίᾳ τάφους προὐτίθεσαν. τὸ οὖν τίλλειν τὰς τρίχας</w:t>
      </w:r>
    </w:p>
    <w:p>
      <w:r>
        <w:rPr>
          <w:rFonts w:ascii="Courier New" w:hAnsi="Courier New"/>
          <w:color w:val="555555"/>
          <w:sz w:val="20"/>
        </w:rPr>
        <w:t>[5]</w:t>
      </w:r>
    </w:p>
    <w:p>
      <w:r>
        <w:rPr>
          <w:rFonts w:ascii="Gentium Plus" w:hAnsi="Gentium Plus"/>
          <w:sz w:val="24"/>
        </w:rPr>
        <w:t>καὶ κόπτεσθαι ἅμα μὲν ὡς ἐπὶ τετελευτηκότι (ἀναγ‐ καίως), ἅμα δὲ εἰς μαλακίαν καὶ τὸ κόπτεσθαι κακεμ‐ φάτως.</w:t>
      </w:r>
    </w:p>
    <w:p>
      <w:r>
        <w:rPr>
          <w:rFonts w:ascii="Courier New" w:hAnsi="Courier New"/>
          <w:color w:val="555555"/>
          <w:sz w:val="20"/>
        </w:rPr>
        <w:t>[sch ran 427]</w:t>
      </w:r>
    </w:p>
    <w:p>
      <w:r>
        <w:rPr>
          <w:rFonts w:ascii="Gentium Plus" w:hAnsi="Gentium Plus"/>
          <w:sz w:val="24"/>
        </w:rPr>
        <w:t>Σεβῖνον, ὅστις ἐστὶν Ἀναφλύστιος: Ὀνοματο‐ ποιεῖ τοῦτο, ὡς πρὸς τὴν μαλακίαν Κλεισθένους, (παρὰ τὸ αἰσχρόν). πιθανῶς δὲ τὸ ὅστις ἐμφαίνει οὐ τὸν ὑπὸ ἑνὸς μόνον περαινόμενον. πέπλασται δὲ αὐτῷ ὥσπερ ὁ</w:t>
      </w:r>
    </w:p>
    <w:p>
      <w:r>
        <w:rPr>
          <w:rFonts w:ascii="Courier New" w:hAnsi="Courier New"/>
          <w:color w:val="555555"/>
          <w:sz w:val="20"/>
        </w:rPr>
        <w:t>[5]</w:t>
      </w:r>
    </w:p>
    <w:p>
      <w:r>
        <w:rPr>
          <w:rFonts w:ascii="Gentium Plus" w:hAnsi="Gentium Plus"/>
          <w:sz w:val="24"/>
        </w:rPr>
        <w:t>Σεβῖνος, οὕτω καὶ ὁ Ἀναφλύστιος. ἀναφλᾶν γὰρ ἔλε‐ γον τὸ μαλάσσειν τὸ αἰδοῖον. —καὶ ὑποσύρειν τὸ κα‐ λύπτον τὴν βάλανον δέρμα. βάλανος δέ ἐστι τὸ ἄκρον τῆς πόσθης. Vict. (καὶ Σεβῖνος ἴσως παρὰ τὸ βινεῖν. ἔστι δὲ καὶ Σεβῖνος ὠνομασμένος παρὰ Πλάτωνι ποιη‐</w:t>
      </w:r>
    </w:p>
    <w:p>
      <w:r>
        <w:rPr>
          <w:rFonts w:ascii="Courier New" w:hAnsi="Courier New"/>
          <w:color w:val="555555"/>
          <w:sz w:val="20"/>
        </w:rPr>
        <w:t>[10]</w:t>
      </w:r>
    </w:p>
    <w:p>
      <w:r>
        <w:rPr>
          <w:rFonts w:ascii="Gentium Plus" w:hAnsi="Gentium Plus"/>
          <w:sz w:val="24"/>
        </w:rPr>
        <w:t>τῇ.) ἔστι δὲ καὶ δῆμος Ἀττικῆς Ἀναφλύστιος.</w:t>
      </w:r>
    </w:p>
    <w:p>
      <w:r>
        <w:rPr>
          <w:rFonts w:ascii="Courier New" w:hAnsi="Courier New"/>
          <w:color w:val="555555"/>
          <w:sz w:val="20"/>
        </w:rPr>
        <w:t>[sch ran 429]</w:t>
      </w:r>
    </w:p>
    <w:p>
      <w:r>
        <w:rPr>
          <w:rFonts w:ascii="Gentium Plus" w:hAnsi="Gentium Plus"/>
          <w:sz w:val="24"/>
        </w:rPr>
        <w:t>(τουτονὶ τὸν Ἱπποβίνου: Παρεγραμμάτισε διὰ τὴν ἀσέλγειαν παρὰ τὸ Ἱππονίκου εἰς πορνομανῆ. τὸ δὲ ἵππος πολλαχοῦ ἐπὶ τοῦ μεγάλου λαμβάνουσιν· ἱπ‐ πόπορνε. κωμῳδεῖται δὲ καὶ ὁ Καλλίας ὡς σπαθῶν τὴν</w:t>
      </w:r>
    </w:p>
    <w:p>
      <w:r>
        <w:rPr>
          <w:rFonts w:ascii="Courier New" w:hAnsi="Courier New"/>
          <w:color w:val="555555"/>
          <w:sz w:val="20"/>
        </w:rPr>
        <w:t>[5]</w:t>
      </w:r>
    </w:p>
    <w:p>
      <w:r>
        <w:rPr>
          <w:rFonts w:ascii="Gentium Plus" w:hAnsi="Gentium Plus"/>
          <w:sz w:val="24"/>
        </w:rPr>
        <w:t>πατρικὴν οὐσίαν, καὶ μάλιστα ἐπὶ γυναιξὶ μεμηνώς. ἢ τοῦ κτηνοβάτου). —τοῦτον: Ὃν πάντες ἴσασι δηλον‐ ότι. C.</w:t>
      </w:r>
    </w:p>
    <w:p>
      <w:r>
        <w:rPr>
          <w:rFonts w:ascii="Courier New" w:hAnsi="Courier New"/>
          <w:color w:val="555555"/>
          <w:sz w:val="20"/>
        </w:rPr>
        <w:t>[sch ran 430]</w:t>
      </w:r>
    </w:p>
    <w:p>
      <w:r>
        <w:rPr>
          <w:rFonts w:ascii="Gentium Plus" w:hAnsi="Gentium Plus"/>
          <w:sz w:val="24"/>
        </w:rPr>
        <w:t>ἐνημμένον: Ἐνδεδυμένον. Θ. Vict.</w:t>
      </w:r>
    </w:p>
    <w:p>
      <w:r>
        <w:rPr>
          <w:rFonts w:ascii="Courier New" w:hAnsi="Courier New"/>
          <w:color w:val="555555"/>
          <w:sz w:val="20"/>
        </w:rPr>
        <w:t>[sch ran 431]</w:t>
      </w:r>
    </w:p>
    <w:p>
      <w:r>
        <w:rPr>
          <w:rFonts w:ascii="Gentium Plus" w:hAnsi="Gentium Plus"/>
          <w:sz w:val="24"/>
        </w:rPr>
        <w:t>Διόνυσος. ἄλλοι δὲ Ξανθίας. ἐρωτᾷ. R.</w:t>
      </w:r>
    </w:p>
    <w:p>
      <w:r>
        <w:rPr>
          <w:rFonts w:ascii="Courier New" w:hAnsi="Courier New"/>
          <w:color w:val="555555"/>
          <w:sz w:val="20"/>
        </w:rPr>
        <w:t>[sch ran 434]</w:t>
      </w:r>
    </w:p>
    <w:p>
      <w:r>
        <w:rPr>
          <w:rFonts w:ascii="Gentium Plus" w:hAnsi="Gentium Plus"/>
          <w:sz w:val="24"/>
        </w:rPr>
        <w:t>μηδὲν: Τὸ δεν παρέλκει. R. V.</w:t>
      </w:r>
    </w:p>
    <w:p>
      <w:r>
        <w:rPr>
          <w:rFonts w:ascii="Courier New" w:hAnsi="Courier New"/>
          <w:color w:val="555555"/>
          <w:sz w:val="20"/>
        </w:rPr>
        <w:t>[sch ran 435]</w:t>
      </w:r>
    </w:p>
    <w:p>
      <w:r>
        <w:rPr>
          <w:rFonts w:ascii="Gentium Plus" w:hAnsi="Gentium Plus"/>
          <w:sz w:val="24"/>
        </w:rPr>
        <w:t>ἐρωτήσῃς με. R.</w:t>
      </w:r>
    </w:p>
    <w:p>
      <w:r>
        <w:rPr>
          <w:rFonts w:ascii="Courier New" w:hAnsi="Courier New"/>
          <w:color w:val="555555"/>
          <w:sz w:val="20"/>
        </w:rPr>
        <w:t>[sch ran 436]</w:t>
      </w:r>
    </w:p>
    <w:p>
      <w:r>
        <w:rPr>
          <w:rFonts w:ascii="Gentium Plus" w:hAnsi="Gentium Plus"/>
          <w:sz w:val="24"/>
        </w:rPr>
        <w:t>τὸ ὁμοῖον καὶ ἐν Γηρυτάδῃ. V.</w:t>
      </w:r>
    </w:p>
    <w:p>
      <w:r>
        <w:rPr>
          <w:rFonts w:ascii="Courier New" w:hAnsi="Courier New"/>
          <w:color w:val="555555"/>
          <w:sz w:val="20"/>
        </w:rPr>
        <w:t>[sch ran 437]</w:t>
      </w:r>
    </w:p>
    <w:p>
      <w:r>
        <w:rPr>
          <w:rFonts w:ascii="Gentium Plus" w:hAnsi="Gentium Plus"/>
          <w:sz w:val="24"/>
        </w:rPr>
        <w:t>αἴροι’ ἂν: Λάβοις ἄν. Θ. E. τὰ στρώματα δη‐ λονότι. V.</w:t>
      </w:r>
    </w:p>
    <w:p>
      <w:r>
        <w:rPr>
          <w:rFonts w:ascii="Courier New" w:hAnsi="Courier New"/>
          <w:color w:val="555555"/>
          <w:sz w:val="20"/>
        </w:rPr>
        <w:t>[sch ran 439]</w:t>
      </w:r>
    </w:p>
    <w:p>
      <w:r>
        <w:rPr>
          <w:rFonts w:ascii="Gentium Plus" w:hAnsi="Gentium Plus"/>
          <w:sz w:val="24"/>
        </w:rPr>
        <w:t>ἀλλ’ ἢ Διὸς Κόρινθος: (Παροιμία ἐπὶ τῶν τὰ αὐτὰ συνεχῶς λεγόντων.) τῶν Μεγαρέων ἀποστάντων Κορινθίων, ἀπεστάλη κῆρυξ πολλάκις λέγων ὅτι οὐκ ἀνέξεται ὑμῶν ὁ τοῦ Διὸς Κόρινθος· καὶ ἐπέμενέ τε τὸ</w:t>
      </w:r>
    </w:p>
    <w:p>
      <w:r>
        <w:rPr>
          <w:rFonts w:ascii="Courier New" w:hAnsi="Courier New"/>
          <w:color w:val="555555"/>
          <w:sz w:val="20"/>
        </w:rPr>
        <w:t>[5]</w:t>
      </w:r>
    </w:p>
    <w:p>
      <w:r>
        <w:rPr>
          <w:rFonts w:ascii="Gentium Plus" w:hAnsi="Gentium Plus"/>
          <w:sz w:val="24"/>
        </w:rPr>
        <w:t>αὐτὸ λέγων, ἕως οἱ Μεγαρεῖς σικχανθέντες ἔλεγον, παῖε παῖε τὸν Διὸς Κόρινθον, καὶ παροιμία ἐλέχθη ἐπὶ τῶν ταυτολογούντων ἀεὶ καὶ ταὐτὸ πραττόντων. ὁ δὲ Διὸς Κόρινθος, παῖς Διὸς, βασιλεὺς Κορίνθου. Μεγαρεῖς δὲ ὑποτελεῖς ἦσαν Κορινθίοις. —παροιμία ἐστὶν ἐπὶ τῶν</w:t>
      </w:r>
    </w:p>
    <w:p>
      <w:r>
        <w:rPr>
          <w:rFonts w:ascii="Courier New" w:hAnsi="Courier New"/>
          <w:color w:val="555555"/>
          <w:sz w:val="20"/>
        </w:rPr>
        <w:t>[10]</w:t>
      </w:r>
    </w:p>
    <w:p>
      <w:r>
        <w:rPr>
          <w:rFonts w:ascii="Gentium Plus" w:hAnsi="Gentium Plus"/>
          <w:sz w:val="24"/>
        </w:rPr>
        <w:t>τὰ αὐτὰ λεγόντων. προφέρονται δὲ παρὰ τὸν Διὸς Κό‐ ρινθον. καὶ Πίνδαρος μνημονεύει τῆς παροιμίας ἐν Νε‐ μεονίκαις. Μεγαρεῖς ὑποτελεῖς ἦσαν τοῖς Κορινθίοις καὶ ἀπαιτούμενοι, φησὶν, ἀεὶ ὑπὸ τοῦ κήρυκος ταῦτα λέ‐ γοντος, οὐ τιμᾶτε τὸν Διὸς Κόρινθον. ὁ δὲ Διὸς Κό‐</w:t>
      </w:r>
    </w:p>
    <w:p>
      <w:r>
        <w:rPr>
          <w:rFonts w:ascii="Courier New" w:hAnsi="Courier New"/>
          <w:color w:val="555555"/>
          <w:sz w:val="20"/>
        </w:rPr>
        <w:t>[15]</w:t>
      </w:r>
    </w:p>
    <w:p>
      <w:r>
        <w:rPr>
          <w:rFonts w:ascii="Gentium Plus" w:hAnsi="Gentium Plus"/>
          <w:sz w:val="24"/>
        </w:rPr>
        <w:t>ρινθος παῖς Διὸς βασιλέως Κορίνθου. οἱ δὲ ἀπέκτειναν αὐτὸν ἐπιφωνοῦντες παῖε παῖε τὸν Διὸς Κόρινθον. ἔνθεν ἡ παροιμία ἐπὶ τῶν τὰ αὐτὰ λεγόντων καὶ πραττόν‐ των. Ἄλλως. Μεγαρεῖς συνῴκουν Κορινθίοις καὶ πολλὰ πάσχοντες κακῶς ὑπ’ αὐτῶν ἀπέστησαν. εἶτα</w:t>
      </w:r>
    </w:p>
    <w:p>
      <w:r>
        <w:rPr>
          <w:rFonts w:ascii="Courier New" w:hAnsi="Courier New"/>
          <w:color w:val="555555"/>
          <w:sz w:val="20"/>
        </w:rPr>
        <w:t>[20]</w:t>
      </w:r>
    </w:p>
    <w:p>
      <w:r>
        <w:rPr>
          <w:rFonts w:ascii="Gentium Plus" w:hAnsi="Gentium Plus"/>
          <w:sz w:val="24"/>
        </w:rPr>
        <w:t>πρὸς αὐτοὺς ἀπελθόντες πρέσβεις ἠξίουν ἐπανελθεῖν καὶ συνεχῶς ἔλεγον, ὁ Διὸς Κόρινθος ὑμᾶς ποθεῖ, ὁ Διὸς Κόρινθος δι’ ὑμᾶς λυπεῖται, καὶ συνεχῶς τὸ ὁ Διὸς Κόρινθος ἔλεγον, ὅθεν εἰς παροιμίαν ἦλθεν ἐπὶ τῶν τὸ αὐτὸ ποιούντων. Ἄλλως. Κόρινθος παῖς ἦν</w:t>
      </w:r>
    </w:p>
    <w:p>
      <w:r>
        <w:rPr>
          <w:rFonts w:ascii="Courier New" w:hAnsi="Courier New"/>
          <w:color w:val="555555"/>
          <w:sz w:val="20"/>
        </w:rPr>
        <w:t>[25]</w:t>
      </w:r>
    </w:p>
    <w:p>
      <w:r>
        <w:rPr>
          <w:rFonts w:ascii="Gentium Plus" w:hAnsi="Gentium Plus"/>
          <w:sz w:val="24"/>
        </w:rPr>
        <w:t>τοῦ Διὸς, ἔκτισε δὲ τὴν Κόρινθον. καὶ ἀποθανόντα τοῦ‐ τον ἐσέβοντο οἱ Κορίνθιοι. Κερκυραῖοι δὲ ἄποικοι ὄντες Κορινθίων καὶ ὑποτελεῖς ὄντες τῇ μητροπόλει ὕστερον ἀφωσιώθησαν. καὶ οἱ Κορίνθιοι ἐπικηρυκευόμενοι πρὸς αὐτοὺς ἔλεγον, μνήσθητε τοῦ Διὸς Κορίνθου. καὶ οὕτως</w:t>
      </w:r>
    </w:p>
    <w:p>
      <w:r>
        <w:rPr>
          <w:rFonts w:ascii="Courier New" w:hAnsi="Courier New"/>
          <w:color w:val="555555"/>
          <w:sz w:val="20"/>
        </w:rPr>
        <w:t>[30]</w:t>
      </w:r>
    </w:p>
    <w:p>
      <w:r>
        <w:rPr>
          <w:rFonts w:ascii="Gentium Plus" w:hAnsi="Gentium Plus"/>
          <w:sz w:val="24"/>
        </w:rPr>
        <w:t>ἀπειρηκότες οἱ Κερκυραῖοι ἀπήλασαν τὸν κήρυκα λέ‐ γοντες παῖε παῖε τὸν Διὸς Κόρινθον. V.</w:t>
      </w:r>
    </w:p>
    <w:p>
      <w:r>
        <w:rPr>
          <w:rFonts w:ascii="Courier New" w:hAnsi="Courier New"/>
          <w:color w:val="555555"/>
          <w:sz w:val="20"/>
        </w:rPr>
        <w:t>[sch ran 440]</w:t>
      </w:r>
    </w:p>
    <w:p>
      <w:r>
        <w:rPr>
          <w:rFonts w:ascii="Gentium Plus" w:hAnsi="Gentium Plus"/>
          <w:sz w:val="24"/>
        </w:rPr>
        <w:t>ὁ λόγος πρὸς τὸν χορόν. R. ⟦χωρεῖτε νῦν: Εἴσθεσις ἑτέρου μέλους προῳδικὴ δι‐ αιρεθέντος αὖθις τοῦ χοροῦ, καὶ τοῦ μὲν τὴν προῳδὴν ᾄσαντος, τοῦ δὲ τὴν ἀντιστροφήν. καὶ εἰσὶ τῆς μὲν</w:t>
      </w:r>
    </w:p>
    <w:p>
      <w:r>
        <w:rPr>
          <w:rFonts w:ascii="Courier New" w:hAnsi="Courier New"/>
          <w:color w:val="555555"/>
          <w:sz w:val="20"/>
        </w:rPr>
        <w:t>[5]</w:t>
      </w:r>
    </w:p>
    <w:p>
      <w:r>
        <w:rPr>
          <w:rFonts w:ascii="Gentium Plus" w:hAnsi="Gentium Plus"/>
          <w:sz w:val="24"/>
        </w:rPr>
        <w:t>προῳδῆς τὰ κῶλα ὀκτώ. τὸ πρῶτον Ἰωνικὸν ἀπὸ μεί‐ ζονος τρίμετρον καταληκτικὸν, τοῦ δευτέρου ποδὸς ἑξα‐ συλλάβου. τὰ βʹ, δʹ καὶ τελευταῖον παιωνικὰ δίμετρα καταληκτικὰ ἐκ παίωνος πρώτου, ἢ τετάρτου, καὶ βακ‐ χείου, ἢ ἀμφιβράχεος. τὸ τρίτον ἰαμβικὸν δίμετρον</w:t>
      </w:r>
    </w:p>
    <w:p>
      <w:r>
        <w:rPr>
          <w:rFonts w:ascii="Courier New" w:hAnsi="Courier New"/>
          <w:color w:val="555555"/>
          <w:sz w:val="20"/>
        </w:rPr>
        <w:t>[10]</w:t>
      </w:r>
    </w:p>
    <w:p>
      <w:r>
        <w:rPr>
          <w:rFonts w:ascii="Gentium Plus" w:hAnsi="Gentium Plus"/>
          <w:sz w:val="24"/>
        </w:rPr>
        <w:t>ἀκατάληκτον. τὸ πέμπτον καὶ ἕβδομον ἐπιχοριαμβικὰ δίμετρα ἀκατάληκτα ἐκ διιάμβου, ἢ ἐπιτρίτου τρίτου, καὶ χοριάμβου. τὸ ἕκτον τροχαϊκὸν ἰθυφαλλικόν. τῆς δὲ στροφῆς τὰ κῶλα ἓξ καὶ τὰ τῆς ἀντιστροφῆς το‐ σαῦτα. ὧν τὰ πρῶτα ἰαμβικὰ δίμετρα ἀκατάληκτα. τὰ</w:t>
      </w:r>
    </w:p>
    <w:p>
      <w:r>
        <w:rPr>
          <w:rFonts w:ascii="Courier New" w:hAnsi="Courier New"/>
          <w:color w:val="555555"/>
          <w:sz w:val="20"/>
        </w:rPr>
        <w:t>[15]</w:t>
      </w:r>
    </w:p>
    <w:p>
      <w:r>
        <w:rPr>
          <w:rFonts w:ascii="Gentium Plus" w:hAnsi="Gentium Plus"/>
          <w:sz w:val="24"/>
        </w:rPr>
        <w:t>δεύτερα καταληκτικὰ ἤτοι ἑφθημιμερῆ. τὸ μέντοι τῆς ἀντιστροφῆς τρίβραχυν ἔχει τὸν δεύτερον πόδα· ἔνθα καὶ ἀντὶ τοῦ ἱλαρὸν, ἱερὸν γράφεται. τὰ τρίτα Ἰωνικὰ ἀπὸ μείζονος δίμετρα καταληκτικὰ ἐκ παίωνος δευτέρου καὶ κρητικοῦ ἤτοι ἀμφιμάκρου. τὰ πέμπτα καὶ τὰ</w:t>
      </w:r>
    </w:p>
    <w:p>
      <w:r>
        <w:rPr>
          <w:rFonts w:ascii="Courier New" w:hAnsi="Courier New"/>
          <w:color w:val="555555"/>
          <w:sz w:val="20"/>
        </w:rPr>
        <w:t>[20]</w:t>
      </w:r>
    </w:p>
    <w:p>
      <w:r>
        <w:rPr>
          <w:rFonts w:ascii="Gentium Plus" w:hAnsi="Gentium Plus"/>
          <w:sz w:val="24"/>
        </w:rPr>
        <w:t>ἕκτα ὁμοίως. τὰ μέντοι τῆς ἀντιστροφῆς ἀντ’ Ἰωνικῶν ἔχει παίωνας δευτέρους. τὰ τελευταῖα Ἰωνικὰ ἡμιόλια ἤτοι δίμετρα βραχυκατάληκτα. ἐπὶ τῷ τέλει τῆς μὲν προῳδοῦ καὶ τῆς στροφῆς παράγραφος, τῆς δὲ ἀντιστρο‐ φῆς κορωνίς.⟧</w:t>
      </w:r>
    </w:p>
    <w:p>
      <w:r>
        <w:rPr>
          <w:rFonts w:ascii="Courier New" w:hAnsi="Courier New"/>
          <w:color w:val="555555"/>
          <w:sz w:val="20"/>
        </w:rPr>
        <w:t>[25]</w:t>
      </w:r>
    </w:p>
    <w:p>
      <w:r>
        <w:rPr>
          <w:rFonts w:ascii="Gentium Plus" w:hAnsi="Gentium Plus"/>
          <w:sz w:val="24"/>
        </w:rPr>
        <w:t>(χωρεῖτε: Δύνανται πάντες οἱ κατὰ τὸν χορὸν ἀλ‐ λήλοις παρακελεύεσθαι, καὶ μὴ εἰς ἀμοιβαῖα διαιρεῖ‐ σθαι. ἀλλὰ τοῦτο εἰς οὐδὲν φαίνοιτο ἂν οἰκονομούμενος.)</w:t>
      </w:r>
    </w:p>
    <w:p>
      <w:r>
        <w:rPr>
          <w:rFonts w:ascii="Courier New" w:hAnsi="Courier New"/>
          <w:color w:val="555555"/>
          <w:sz w:val="20"/>
        </w:rPr>
        <w:t>[sch ran 441]</w:t>
      </w:r>
    </w:p>
    <w:p>
      <w:r>
        <w:rPr>
          <w:rFonts w:ascii="Gentium Plus" w:hAnsi="Gentium Plus"/>
          <w:sz w:val="24"/>
        </w:rPr>
        <w:t>ἤτοι Κόρης ἢ Δήμητρος. R.</w:t>
      </w:r>
    </w:p>
    <w:p>
      <w:r>
        <w:rPr>
          <w:rFonts w:ascii="Courier New" w:hAnsi="Courier New"/>
          <w:color w:val="555555"/>
          <w:sz w:val="20"/>
        </w:rPr>
        <w:t>[sch ran 443]</w:t>
      </w:r>
    </w:p>
    <w:p>
      <w:r>
        <w:rPr>
          <w:rFonts w:ascii="Gentium Plus" w:hAnsi="Gentium Plus"/>
          <w:sz w:val="24"/>
        </w:rPr>
        <w:t>οἷς μέτεστιν, οἷς ὅσιον. R.</w:t>
      </w:r>
    </w:p>
    <w:p>
      <w:r>
        <w:rPr>
          <w:rFonts w:ascii="Courier New" w:hAnsi="Courier New"/>
          <w:color w:val="555555"/>
          <w:sz w:val="20"/>
        </w:rPr>
        <w:t>[sch ran 445]</w:t>
      </w:r>
    </w:p>
    <w:p>
      <w:r>
        <w:rPr>
          <w:rFonts w:ascii="Gentium Plus" w:hAnsi="Gentium Plus"/>
          <w:sz w:val="24"/>
        </w:rPr>
        <w:t>τῇ Δήμητρι καὶ τῇ Κόρῃ τὸ φέγγος οἴσων. R. V. Θ. M.</w:t>
      </w:r>
    </w:p>
    <w:p>
      <w:r>
        <w:rPr>
          <w:rFonts w:ascii="Courier New" w:hAnsi="Courier New"/>
          <w:color w:val="555555"/>
          <w:sz w:val="20"/>
        </w:rPr>
        <w:t>[sch ran 448]</w:t>
      </w:r>
    </w:p>
    <w:p>
      <w:r>
        <w:rPr>
          <w:rFonts w:ascii="Gentium Plus" w:hAnsi="Gentium Plus"/>
          <w:sz w:val="24"/>
        </w:rPr>
        <w:t>πολυρρόθους: Πολυήχους. Bar.</w:t>
      </w:r>
    </w:p>
    <w:p>
      <w:r>
        <w:rPr>
          <w:rFonts w:ascii="Courier New" w:hAnsi="Courier New"/>
          <w:color w:val="555555"/>
          <w:sz w:val="20"/>
        </w:rPr>
        <w:t>[sch ran 450]</w:t>
      </w:r>
    </w:p>
    <w:p>
      <w:r>
        <w:rPr>
          <w:rFonts w:ascii="Gentium Plus" w:hAnsi="Gentium Plus"/>
          <w:sz w:val="24"/>
        </w:rPr>
        <w:t>τὸν ἡμέτερον: Ἀντὶ τοῦ κατὰ τὸν ἡμέτερον τρόπον καὶ ὡς ἔθος ἔχομεν παίζοντες.</w:t>
      </w:r>
    </w:p>
    <w:p>
      <w:r>
        <w:rPr>
          <w:rFonts w:ascii="Courier New" w:hAnsi="Courier New"/>
          <w:color w:val="555555"/>
          <w:sz w:val="20"/>
        </w:rPr>
        <w:t>[sch ran 453]</w:t>
      </w:r>
    </w:p>
    <w:p>
      <w:r>
        <w:rPr>
          <w:rFonts w:ascii="Gentium Plus" w:hAnsi="Gentium Plus"/>
          <w:sz w:val="24"/>
        </w:rPr>
        <w:t>Μοῖραι οἱ θεσμοί. R. M.</w:t>
      </w:r>
    </w:p>
    <w:p>
      <w:r>
        <w:rPr>
          <w:rFonts w:ascii="Courier New" w:hAnsi="Courier New"/>
          <w:color w:val="555555"/>
          <w:sz w:val="20"/>
        </w:rPr>
        <w:t>[sch ran 456]</w:t>
      </w:r>
    </w:p>
    <w:p>
      <w:r>
        <w:rPr>
          <w:rFonts w:ascii="Gentium Plus" w:hAnsi="Gentium Plus"/>
          <w:sz w:val="24"/>
        </w:rPr>
        <w:t>ὅσοι μεμυήμεθ’: Ἀντὶ τοῦ ἐμυσταγωγήθημεν. μυστήρια δὲ ἐκλήθη παρὰ τὸ τοὺς ἀκούοντας μύειν τὸ στόμα, [καὶ μηδενὶ ταῦτα ἐξηγεῖσθαι. μύειν δέ ἐστι τὸ κλείειν τὸ στόμα]. —τοῖς μυσταῖς. R. V.</w:t>
      </w:r>
    </w:p>
    <w:p>
      <w:r>
        <w:rPr>
          <w:rFonts w:ascii="Courier New" w:hAnsi="Courier New"/>
          <w:color w:val="555555"/>
          <w:sz w:val="20"/>
        </w:rPr>
        <w:t>[sch ran 459]</w:t>
      </w:r>
    </w:p>
    <w:p>
      <w:r>
        <w:rPr>
          <w:rFonts w:ascii="Gentium Plus" w:hAnsi="Gentium Plus"/>
          <w:sz w:val="24"/>
        </w:rPr>
        <w:t>καὶ τοὺς ἰδιώτας: Ἀντὶ τοῦ, τοὺς ἰδίους, τοὺς πολίτας. ἀντέστραπται δὲ τοῦτο τὸ ἴδιον ἀντὶ τοῦ ἰδιω‐ τικοῦ, καὶ οὕτω πολλάκις εἴρηται. σημειωτέον δὲ ὅτι</w:t>
      </w:r>
    </w:p>
    <w:p>
      <w:r>
        <w:rPr>
          <w:rFonts w:ascii="Courier New" w:hAnsi="Courier New"/>
          <w:color w:val="555555"/>
          <w:sz w:val="20"/>
        </w:rPr>
        <w:t>[5]</w:t>
      </w:r>
    </w:p>
    <w:p>
      <w:r>
        <w:rPr>
          <w:rFonts w:ascii="Gentium Plus" w:hAnsi="Gentium Plus"/>
          <w:sz w:val="24"/>
        </w:rPr>
        <w:t>ἀντὶ τοῦ ἰδίους. ἐν παραγωγῇ ἴδιος ἰδιώτης. V. καὶ ἰδιώτας: Τὸ ἰδιωτικὸν κατὰ τοὺς παλαιοὺς τέσσαρα σημαινόμενα ἔχει. σημαίνει γὰρ τοὺς ἰδίους ἢ συγγενεῖς ἢ πολίτας, ὡς ἐνταῦθα. σημαίνει καὶ τὸν ἀμαθῆ. ἐλέ‐ γοντο καὶ ἰδιωτικὰ τὰ ἀντιδιαστελλόμενα πρὸς τὰ θεῖα,</w:t>
      </w:r>
    </w:p>
    <w:p>
      <w:r>
        <w:rPr>
          <w:rFonts w:ascii="Courier New" w:hAnsi="Courier New"/>
          <w:color w:val="555555"/>
          <w:sz w:val="20"/>
        </w:rPr>
        <w:t>[10]</w:t>
      </w:r>
    </w:p>
    <w:p>
      <w:r>
        <w:rPr>
          <w:rFonts w:ascii="Gentium Plus" w:hAnsi="Gentium Plus"/>
          <w:sz w:val="24"/>
        </w:rPr>
        <w:t>ἤτοι τὰ ἀνθρώπινα, ὡς ὅταν φῶμεν θεῖα χρήματα καὶ ἰδιωτικά. καὶ τέταρτον τὸ ἀντιδιαστελλόμενον πρὸς τὸ δημοτικόν. Vict.</w:t>
      </w:r>
    </w:p>
    <w:p>
      <w:r>
        <w:rPr>
          <w:rFonts w:ascii="Courier New" w:hAnsi="Courier New"/>
          <w:color w:val="555555"/>
          <w:sz w:val="20"/>
        </w:rPr>
        <w:t>[sch ran 460]</w:t>
      </w:r>
    </w:p>
    <w:p>
      <w:r>
        <w:rPr>
          <w:rFonts w:ascii="Gentium Plus" w:hAnsi="Gentium Plus"/>
          <w:sz w:val="24"/>
        </w:rPr>
        <w:t>⟦ἄγε δὴ: Κορωνὶς εἰσιόντων αὖθις τῶν ὑπο‐ κριτῶν. οἱ δὲ στίχοι ἰαμβικοὶ τρίμετροι ἀκατάληκτοι οδʹ. ὧν τελευταῖος ἐμοῦ δεηθείης ἂν, εἰ θεὸς θέλει.</w:t>
      </w:r>
    </w:p>
    <w:p>
      <w:r>
        <w:rPr>
          <w:rFonts w:ascii="Courier New" w:hAnsi="Courier New"/>
          <w:color w:val="555555"/>
          <w:sz w:val="20"/>
        </w:rPr>
        <w:t>[5]</w:t>
      </w:r>
    </w:p>
    <w:p>
      <w:r>
        <w:rPr>
          <w:rFonts w:ascii="Gentium Plus" w:hAnsi="Gentium Plus"/>
          <w:sz w:val="24"/>
        </w:rPr>
        <w:t>ἐπὶ τῷ τέλει κορωνίς.⟧ ἐπανάληψις τὸ τίνα. R. V.</w:t>
      </w:r>
    </w:p>
    <w:p>
      <w:r>
        <w:rPr>
          <w:rFonts w:ascii="Courier New" w:hAnsi="Courier New"/>
          <w:color w:val="555555"/>
          <w:sz w:val="20"/>
        </w:rPr>
        <w:t>[sch ran 461]</w:t>
      </w:r>
    </w:p>
    <w:p>
      <w:r>
        <w:rPr>
          <w:rFonts w:ascii="Gentium Plus" w:hAnsi="Gentium Plus"/>
          <w:sz w:val="24"/>
        </w:rPr>
        <w:t>ὡς ἐπὶ ξένων. R.</w:t>
      </w:r>
    </w:p>
    <w:p>
      <w:r>
        <w:rPr>
          <w:rFonts w:ascii="Courier New" w:hAnsi="Courier New"/>
          <w:color w:val="555555"/>
          <w:sz w:val="20"/>
        </w:rPr>
        <w:t>[sch ran 462]</w:t>
      </w:r>
    </w:p>
    <w:p>
      <w:r>
        <w:rPr>
          <w:rFonts w:ascii="Gentium Plus" w:hAnsi="Gentium Plus"/>
          <w:sz w:val="24"/>
        </w:rPr>
        <w:t>ἀντὶ τοῦ ἅψαι. V. ἅψαι. Ἀττικῶς. Θ.</w:t>
      </w:r>
    </w:p>
    <w:p>
      <w:r>
        <w:rPr>
          <w:rFonts w:ascii="Courier New" w:hAnsi="Courier New"/>
          <w:color w:val="555555"/>
          <w:sz w:val="20"/>
        </w:rPr>
        <w:t>[sch ran 463]</w:t>
      </w:r>
    </w:p>
    <w:p>
      <w:r>
        <w:rPr>
          <w:rFonts w:ascii="Gentium Plus" w:hAnsi="Gentium Plus"/>
          <w:sz w:val="24"/>
        </w:rPr>
        <w:t>τὸ φρόνημα. R. V. Θ.</w:t>
      </w:r>
    </w:p>
    <w:p>
      <w:r>
        <w:rPr>
          <w:rFonts w:ascii="Courier New" w:hAnsi="Courier New"/>
          <w:color w:val="555555"/>
          <w:sz w:val="20"/>
        </w:rPr>
        <w:t>[sch ran 465]</w:t>
      </w:r>
    </w:p>
    <w:p>
      <w:r>
        <w:rPr>
          <w:rFonts w:ascii="Gentium Plus" w:hAnsi="Gentium Plus"/>
          <w:sz w:val="24"/>
        </w:rPr>
        <w:t>εἷς τῶν ἐν ᾍδου λέγει. τινὲς δὲ τὸν Αἰακὸν λέ‐ γουσιν ἀποκρίνασθαι· ὅπερ ἀπίθανον. V.</w:t>
      </w:r>
    </w:p>
    <w:p>
      <w:r>
        <w:rPr>
          <w:rFonts w:ascii="Courier New" w:hAnsi="Courier New"/>
          <w:color w:val="555555"/>
          <w:sz w:val="20"/>
        </w:rPr>
        <w:t>[sch ran 467]</w:t>
      </w:r>
    </w:p>
    <w:p>
      <w:r>
        <w:rPr>
          <w:rFonts w:ascii="Gentium Plus" w:hAnsi="Gentium Plus"/>
          <w:sz w:val="24"/>
        </w:rPr>
        <w:t>παραπλήσιά ἐστι τούτοις τὰ ἐν τῷ Θησεῖ πε‐ ποιημένα παρ’ Εὐριπίδῃ. ἐκεῖ γὰρ τοιοῦτος ἦν σπουδά‐ ζων καὶ τοιαῦτα λέγει πρὸς τὸν Μίνωα. διστάσαι δὲ ἄν τις μὴ καὶ ταῦτα μιμεῖται Ἀριστοφάνης. προείρη‐</w:t>
      </w:r>
    </w:p>
    <w:p>
      <w:r>
        <w:rPr>
          <w:rFonts w:ascii="Courier New" w:hAnsi="Courier New"/>
          <w:color w:val="555555"/>
          <w:sz w:val="20"/>
        </w:rPr>
        <w:t>[5]</w:t>
      </w:r>
    </w:p>
    <w:p>
      <w:r>
        <w:rPr>
          <w:rFonts w:ascii="Gentium Plus" w:hAnsi="Gentium Plus"/>
          <w:sz w:val="24"/>
        </w:rPr>
        <w:t>ται ὅτι πολὺς ἐν τούτῳ τῷ γένει ἐστὶν Ἀριστοφάνης. V.</w:t>
      </w:r>
    </w:p>
    <w:p>
      <w:r>
        <w:rPr>
          <w:rFonts w:ascii="Courier New" w:hAnsi="Courier New"/>
          <w:color w:val="555555"/>
          <w:sz w:val="20"/>
        </w:rPr>
        <w:t>[sch ran 468]</w:t>
      </w:r>
    </w:p>
    <w:p>
      <w:r>
        <w:rPr>
          <w:rFonts w:ascii="Gentium Plus" w:hAnsi="Gentium Plus"/>
          <w:sz w:val="24"/>
        </w:rPr>
        <w:t>ἀντὶ τοῦ ἀπέδρασας. R. V.</w:t>
      </w:r>
    </w:p>
    <w:p>
      <w:r>
        <w:rPr>
          <w:rFonts w:ascii="Courier New" w:hAnsi="Courier New"/>
          <w:color w:val="555555"/>
          <w:sz w:val="20"/>
        </w:rPr>
        <w:t>[sch ran 469]</w:t>
      </w:r>
    </w:p>
    <w:p>
      <w:r>
        <w:rPr>
          <w:rFonts w:ascii="Gentium Plus" w:hAnsi="Gentium Plus"/>
          <w:sz w:val="24"/>
        </w:rPr>
        <w:t>ἀλλὰ νῦν ἔχει μέσος: Ἀντὶ τοῦ, μέσον ἐλή‐ φθης. τοῦτο δὲ ἐκ μεταφορᾶς τῶν ἀθλητῶν. τὸ ἔχει δὲ, οὕτως Ἀττικοὶ, ἀντὶ τοῦ ἔχῃ· ἀπὸ τοῦ ἔχομαι δευτέρου προσώπου.</w:t>
      </w:r>
    </w:p>
    <w:p>
      <w:r>
        <w:rPr>
          <w:rFonts w:ascii="Courier New" w:hAnsi="Courier New"/>
          <w:color w:val="555555"/>
          <w:sz w:val="20"/>
        </w:rPr>
        <w:t>[sch ran 470]</w:t>
      </w:r>
    </w:p>
    <w:p>
      <w:r>
        <w:rPr>
          <w:rFonts w:ascii="Gentium Plus" w:hAnsi="Gentium Plus"/>
          <w:sz w:val="24"/>
        </w:rPr>
        <w:t>μελανοκάρδιος: Διὰ τὸ τῆς λέξεως φοβερὸν εἶπε μελανοκάρδιος πέτρα. οὐ γὰρ ἔχει καρδίαν ἡ πέτρα. ⟦ἐκ μεταφορᾶς τῶν ἀγρίων ἀνθρώπων, οὓς διὰ τὴν ἐνοῦ‐ σαν αὐτοῖς ἀγριότητα μελανοκαρδίους φασί.⟧ —ἐκ</w:t>
      </w:r>
    </w:p>
    <w:p>
      <w:r>
        <w:rPr>
          <w:rFonts w:ascii="Courier New" w:hAnsi="Courier New"/>
          <w:color w:val="555555"/>
          <w:sz w:val="20"/>
        </w:rPr>
        <w:t>[5]</w:t>
      </w:r>
    </w:p>
    <w:p>
      <w:r>
        <w:rPr>
          <w:rFonts w:ascii="Gentium Plus" w:hAnsi="Gentium Plus"/>
          <w:sz w:val="24"/>
        </w:rPr>
        <w:t>Θησέως Εὐριπίδου. Θ. (καὶ τὰ μὲν ἑαυτῷ πλάττων λέγει, τὰ δὲ ἐξ Εὐριπίδου, πρὸς φόβον Διονύσου.)</w:t>
      </w:r>
    </w:p>
    <w:p>
      <w:r>
        <w:rPr>
          <w:rFonts w:ascii="Courier New" w:hAnsi="Courier New"/>
          <w:color w:val="555555"/>
          <w:sz w:val="20"/>
        </w:rPr>
        <w:t>[sch ran 472]</w:t>
      </w:r>
    </w:p>
    <w:p>
      <w:r>
        <w:rPr>
          <w:rFonts w:ascii="Gentium Plus" w:hAnsi="Gentium Plus"/>
          <w:sz w:val="24"/>
        </w:rPr>
        <w:t>περίδρομοι: Οἷον πανταχοῦ δυνάμενοι περι‐ στρέφεσθαι· λέγει δὲ τὰς Ἐρινύας.</w:t>
      </w:r>
    </w:p>
    <w:p>
      <w:r>
        <w:rPr>
          <w:rFonts w:ascii="Courier New" w:hAnsi="Courier New"/>
          <w:color w:val="555555"/>
          <w:sz w:val="20"/>
        </w:rPr>
        <w:t>[sch ran 473]</w:t>
      </w:r>
    </w:p>
    <w:p>
      <w:r>
        <w:rPr>
          <w:rFonts w:ascii="Gentium Plus" w:hAnsi="Gentium Plus"/>
          <w:sz w:val="24"/>
        </w:rPr>
        <w:t>(Ἔχιδνά θ’ ἑκατοντακέφαλος: Ὁ τόπος οὗτος παρὰ τὰ ἐν Θησεῖ Εὐριπίδου κάρα τε γάρ σου συγχεῶ κόμαις ὁμοῦ, ῥανῶ τε πεδός’ ἐγκέφαλον, ὀμμάτων δ’ ἄπο</w:t>
      </w:r>
    </w:p>
    <w:p>
      <w:r>
        <w:rPr>
          <w:rFonts w:ascii="Courier New" w:hAnsi="Courier New"/>
          <w:color w:val="555555"/>
          <w:sz w:val="20"/>
        </w:rPr>
        <w:t>[5]</w:t>
      </w:r>
    </w:p>
    <w:p>
      <w:r>
        <w:rPr>
          <w:rFonts w:ascii="Gentium Plus" w:hAnsi="Gentium Plus"/>
          <w:sz w:val="24"/>
        </w:rPr>
        <w:t>αἱμοσταγεῖς πρηστῆρες ὕσονται κάτω.)</w:t>
      </w:r>
    </w:p>
    <w:p>
      <w:r>
        <w:rPr>
          <w:rFonts w:ascii="Courier New" w:hAnsi="Courier New"/>
          <w:color w:val="555555"/>
          <w:sz w:val="20"/>
        </w:rPr>
        <w:t>[sch ran 474]</w:t>
      </w:r>
    </w:p>
    <w:p>
      <w:r>
        <w:rPr>
          <w:rFonts w:ascii="Gentium Plus" w:hAnsi="Gentium Plus"/>
          <w:sz w:val="24"/>
        </w:rPr>
        <w:t>πνευμόνων: Ἀττικοὶ τὸν πνεύμονα πλεύμονα λέγουσιν, ὡς καὶ τὸ νίτρον λίτρον. R. V. Cant.2.</w:t>
      </w:r>
    </w:p>
    <w:p>
      <w:r>
        <w:rPr>
          <w:rFonts w:ascii="Courier New" w:hAnsi="Courier New"/>
          <w:color w:val="555555"/>
          <w:sz w:val="20"/>
        </w:rPr>
        <w:t>[sch ran 475]</w:t>
      </w:r>
    </w:p>
    <w:p>
      <w:r>
        <w:rPr>
          <w:rFonts w:ascii="Gentium Plus" w:hAnsi="Gentium Plus"/>
          <w:sz w:val="24"/>
        </w:rPr>
        <w:t>Ταρτησία μύραινα: Μύραινα, δαίμων φοβερά· παρὰ τὸ μύρεσθαι. παρὰ τὰ ἐν τῷ Θησεῖ Εὐριπίδου. Ταρτησίαν δὲ εἶπε μύραιναν πρὸς τὸ ἐκπληκτικώτερον, διὰ τὸ ἐκτετοπισμένον. λέγουσι δὲ Ταρτησίαν γαλῆν,</w:t>
      </w:r>
    </w:p>
    <w:p>
      <w:r>
        <w:rPr>
          <w:rFonts w:ascii="Courier New" w:hAnsi="Courier New"/>
          <w:color w:val="555555"/>
          <w:sz w:val="20"/>
        </w:rPr>
        <w:t>[5]</w:t>
      </w:r>
    </w:p>
    <w:p>
      <w:r>
        <w:rPr>
          <w:rFonts w:ascii="Gentium Plus" w:hAnsi="Gentium Plus"/>
          <w:sz w:val="24"/>
        </w:rPr>
        <w:t>ἀντὶ τοῦ μεγάλην. ἡ δὲ Τάρτησος Ἰβηρικὴ πόλις περὶ τὴν Ἄορνον λίμνην. μύραινα δὲ ἰχθὺς θαλάσσιος. ἀντὶ δὲ τοῦ εἰπεῖν ἔχιδναν, μύραιναν εἶπε. (τὸ γὰρ Στυγὸς ἐπὶ πλησίον εἶπε τούτοις. ἔστι δὲ ταῦτα ἐν Θησεῖ πε‐ ποιημένα Εὐριπίδῃ· ἐκεῖ γὰρ τοιοῦτός ἐστι σπουδάζων</w:t>
      </w:r>
    </w:p>
    <w:p>
      <w:r>
        <w:rPr>
          <w:rFonts w:ascii="Courier New" w:hAnsi="Courier New"/>
          <w:color w:val="555555"/>
          <w:sz w:val="20"/>
        </w:rPr>
        <w:t>[10]</w:t>
      </w:r>
    </w:p>
    <w:p>
      <w:r>
        <w:rPr>
          <w:rFonts w:ascii="Gentium Plus" w:hAnsi="Gentium Plus"/>
          <w:sz w:val="24"/>
        </w:rPr>
        <w:t>ὁ Εὐριπίδης οἷος ἐνταῦθα παίζων.)</w:t>
      </w:r>
    </w:p>
    <w:p>
      <w:r>
        <w:rPr>
          <w:rFonts w:ascii="Courier New" w:hAnsi="Courier New"/>
          <w:color w:val="555555"/>
          <w:sz w:val="20"/>
        </w:rPr>
        <w:t>[sch ran 477]</w:t>
      </w:r>
    </w:p>
    <w:p>
      <w:r>
        <w:rPr>
          <w:rFonts w:ascii="Gentium Plus" w:hAnsi="Gentium Plus"/>
          <w:sz w:val="24"/>
        </w:rPr>
        <w:t>Γοργόνες Τιθράσιαι: Ἀπὸ δήμου τῆς Ἀττικῆς πονηροῦ. οὐκ εἰκῆ δὲ τοῦτο εἶπεν, ἀλλ’ ἐοίκασι τὸν δῆ‐ μον τοῦτον διαβάλλειν ὡς κακοπράγμονα. εἰσὶ δὲ οὗτοι ἀπὸ Τίθραντος τοῦ Πανδίονος παιδὸς ἐπώνυμοι. εἰς δὲ</w:t>
      </w:r>
    </w:p>
    <w:p>
      <w:r>
        <w:rPr>
          <w:rFonts w:ascii="Courier New" w:hAnsi="Courier New"/>
          <w:color w:val="555555"/>
          <w:sz w:val="20"/>
        </w:rPr>
        <w:t>[5]</w:t>
      </w:r>
    </w:p>
    <w:p>
      <w:r>
        <w:rPr>
          <w:rFonts w:ascii="Gentium Plus" w:hAnsi="Gentium Plus"/>
          <w:sz w:val="24"/>
        </w:rPr>
        <w:t>τὴν Αἰγηΐδα φυλὴν κατανενέμηνται. (Ἄλλως. Τι‐ θράσιος, τόπος τῆς Λιβύης, ἔνθα αἱ Γοργόνες διέτρι‐ βον). —διασπαράξωσι. τόπος τῆς Λιβύης. R.</w:t>
      </w:r>
    </w:p>
    <w:p>
      <w:r>
        <w:rPr>
          <w:rFonts w:ascii="Courier New" w:hAnsi="Courier New"/>
          <w:color w:val="555555"/>
          <w:sz w:val="20"/>
        </w:rPr>
        <w:t>[sch ran 478]</w:t>
      </w:r>
    </w:p>
    <w:p>
      <w:r>
        <w:rPr>
          <w:rFonts w:ascii="Gentium Plus" w:hAnsi="Gentium Plus"/>
          <w:sz w:val="24"/>
        </w:rPr>
        <w:t>ἀντὶ τοῦ νικήσω.</w:t>
      </w:r>
    </w:p>
    <w:p>
      <w:r>
        <w:rPr>
          <w:rFonts w:ascii="Courier New" w:hAnsi="Courier New"/>
          <w:color w:val="555555"/>
          <w:sz w:val="20"/>
        </w:rPr>
        <w:t>[sch ran 479]</w:t>
      </w:r>
    </w:p>
    <w:p>
      <w:r>
        <w:rPr>
          <w:rFonts w:ascii="Gentium Plus" w:hAnsi="Gentium Plus"/>
          <w:sz w:val="24"/>
        </w:rPr>
        <w:t>οὗτος, τί δέδρακας: Ἰδὼν ὁ Ξανθίας διὰ τὸν φόβον ἀποπατήσαντα τὸν Διόνυσον, φησὶν, οὗτος, τί δέδρακας; τὸ δὲ κάλει θεὸν τινὲς οὕτως ἀποδεδώκασιν. ἐν τοῖς Ληναϊκοῖς ἀγῶσι τοῦ Διονύσου ὁ δᾳδοῦχος κα‐</w:t>
      </w:r>
    </w:p>
    <w:p>
      <w:r>
        <w:rPr>
          <w:rFonts w:ascii="Courier New" w:hAnsi="Courier New"/>
          <w:color w:val="555555"/>
          <w:sz w:val="20"/>
        </w:rPr>
        <w:t>[5]</w:t>
      </w:r>
    </w:p>
    <w:p>
      <w:r>
        <w:rPr>
          <w:rFonts w:ascii="Gentium Plus" w:hAnsi="Gentium Plus"/>
          <w:sz w:val="24"/>
        </w:rPr>
        <w:t>τέχων λαμπάδα, λέγει, καλεῖτε θεόν. καὶ οἱ ὑπακούον‐ τες βοῶσι, «Σεμελήϊ’ Ἴακχε πλουτοδότα.» ἢ πρὸς τὸ ἐν ταῖς θυσίαις ἐπιλεγόμενον. ἐπειδὰν γὰρ σπονδοποιή‐ σωνται, ἐπιλέγουσιν, ἐκκέχυται, κάλει θεόν· πρὸς ὃ ἐξείλεκται εἰς τοῦτο. Ἄλλως. κάλει θεόν: Πρὸς βοή‐</w:t>
      </w:r>
    </w:p>
    <w:p>
      <w:r>
        <w:rPr>
          <w:rFonts w:ascii="Courier New" w:hAnsi="Courier New"/>
          <w:color w:val="555555"/>
          <w:sz w:val="20"/>
        </w:rPr>
        <w:t>[10]</w:t>
      </w:r>
    </w:p>
    <w:p>
      <w:r>
        <w:rPr>
          <w:rFonts w:ascii="Gentium Plus" w:hAnsi="Gentium Plus"/>
          <w:sz w:val="24"/>
        </w:rPr>
        <w:t>θειαν κάλει θεόν. οὐ γὰρ Διόνυσος θεὸς ἦν, ὅτι εἶπεν αὐτῷ, κάλει θεόν. τοῦτο δὲ ὡς ἐν κωμῳδίᾳ πέπλασται. [Ἄλλως. εἰώθασιν οἱ μεγάλοις κακοῖς περιπίπτοντες θεὸν ἐπικαλεῖσθαι πρὸς ἀρωγὴν θυσίας τινὸς ὑποσχέ‐ σει. δείκνυσι δὲ ἐντεῦθεν ὡς ὁ Διόνυσος οὐκ ἔστι θεὸς,</w:t>
      </w:r>
    </w:p>
    <w:p>
      <w:r>
        <w:rPr>
          <w:rFonts w:ascii="Courier New" w:hAnsi="Courier New"/>
          <w:color w:val="555555"/>
          <w:sz w:val="20"/>
        </w:rPr>
        <w:t>[15]</w:t>
      </w:r>
    </w:p>
    <w:p>
      <w:r>
        <w:rPr>
          <w:rFonts w:ascii="Gentium Plus" w:hAnsi="Gentium Plus"/>
          <w:sz w:val="24"/>
        </w:rPr>
        <w:t>ὡς ἐν κωμῳδίᾳ παίζων. τὸ δὲ ἐγκέχοδα ἀπὸ τοῦ χέζω μέσος παρακείμενος.]</w:t>
      </w:r>
    </w:p>
    <w:p>
      <w:r>
        <w:rPr>
          <w:rFonts w:ascii="Courier New" w:hAnsi="Courier New"/>
          <w:color w:val="555555"/>
          <w:sz w:val="20"/>
        </w:rPr>
        <w:t>[sch ran 481]</w:t>
      </w:r>
    </w:p>
    <w:p>
      <w:r>
        <w:rPr>
          <w:rFonts w:ascii="Gentium Plus" w:hAnsi="Gentium Plus"/>
          <w:sz w:val="24"/>
        </w:rPr>
        <w:t>ἀλλ’ ὡρακιῶ: Ἀντὶ τοῦ ὠχριῶ, φροντίζω. ὥρα γὰρ ἡ φροντίς. ἐκ δὲ φροντίδος ἐκλύεταί τις. (ὡρακιᾶ‐ σαι δὲ λέγεται τὸ ὑπὸ φόβου ὠχριᾶσαι· [ἀπὸ τοῦ τὴν ὥραν αἰκίζειν. τοῦτο δὲ Σοφοκλῆς εἶπεν ἐν Ἀμφιαράῳ</w:t>
      </w:r>
    </w:p>
    <w:p>
      <w:r>
        <w:rPr>
          <w:rFonts w:ascii="Courier New" w:hAnsi="Courier New"/>
          <w:color w:val="555555"/>
          <w:sz w:val="20"/>
        </w:rPr>
        <w:t>[5]</w:t>
      </w:r>
    </w:p>
    <w:p>
      <w:r>
        <w:rPr>
          <w:rFonts w:ascii="Gentium Plus" w:hAnsi="Gentium Plus"/>
          <w:sz w:val="24"/>
        </w:rPr>
        <w:t>σατυρικῷ. τὸ ὠχριᾶσαι] θλιβομένης τῆς καρδίας. τοῦτο δὲ πολλοῖς γίνεται.)</w:t>
      </w:r>
    </w:p>
    <w:p>
      <w:r>
        <w:rPr>
          <w:rFonts w:ascii="Courier New" w:hAnsi="Courier New"/>
          <w:color w:val="555555"/>
          <w:sz w:val="20"/>
        </w:rPr>
        <w:t>[sch ran 483]</w:t>
      </w:r>
    </w:p>
    <w:p>
      <w:r>
        <w:rPr>
          <w:rFonts w:ascii="Gentium Plus" w:hAnsi="Gentium Plus"/>
          <w:sz w:val="24"/>
        </w:rPr>
        <w:t>ποὖστιν: Ὁ Διόνυσος φοβούμενος λέγει, ποῦ ἐστιν ἡ καρδία μου; —ποῦ ’στιν ἡ καρδία σου; ὦ χρυσοῖ θεοὶ, ἐνταῦθ’ ἔχεις τὴν καρδίαν, ἔνθα μου τὴν χεῖρα προσήγαγες; C.</w:t>
      </w:r>
    </w:p>
    <w:p>
      <w:r>
        <w:rPr>
          <w:rFonts w:ascii="Courier New" w:hAnsi="Courier New"/>
          <w:color w:val="555555"/>
          <w:sz w:val="20"/>
        </w:rPr>
        <w:t>[sch ran 484]</w:t>
      </w:r>
    </w:p>
    <w:p>
      <w:r>
        <w:rPr>
          <w:rFonts w:ascii="Gentium Plus" w:hAnsi="Gentium Plus"/>
          <w:sz w:val="24"/>
        </w:rPr>
        <w:t>ἐνταῦθ’ ἔχεις τὴν καρδίαν: ⟦Ἔνθα μου τὴν χεῖρα προσήγαγες· ἤγουν περὶ τὸν πρωκτόν.⟧ λαμβάνει ὁ Διόνυσος τὴν χεῖρα τοῦ Ξανθίου, καὶ προστίθησιν εἰς τὸν πρωκτόν. ὁ δὲ τίθησι τὸν σπόγγον εἰς τὸ αἰδοῖον</w:t>
      </w:r>
    </w:p>
    <w:p>
      <w:r>
        <w:rPr>
          <w:rFonts w:ascii="Courier New" w:hAnsi="Courier New"/>
          <w:color w:val="555555"/>
          <w:sz w:val="20"/>
        </w:rPr>
        <w:t>[5]</w:t>
      </w:r>
    </w:p>
    <w:p>
      <w:r>
        <w:rPr>
          <w:rFonts w:ascii="Gentium Plus" w:hAnsi="Gentium Plus"/>
          <w:sz w:val="24"/>
        </w:rPr>
        <w:t>αὐτοῦ γέλωτος χάριν.</w:t>
      </w:r>
    </w:p>
    <w:p>
      <w:r>
        <w:rPr>
          <w:rFonts w:ascii="Courier New" w:hAnsi="Courier New"/>
          <w:color w:val="555555"/>
          <w:sz w:val="20"/>
        </w:rPr>
        <w:t>[sch ran 487]</w:t>
      </w:r>
    </w:p>
    <w:p>
      <w:r>
        <w:rPr>
          <w:rFonts w:ascii="Gentium Plus" w:hAnsi="Gentium Plus"/>
          <w:sz w:val="24"/>
        </w:rPr>
        <w:t>πῶς δειλὸς: (Δειλός εἰμι ἐγὼ, ὅτι ᾔτησά σε σπογγίαν;) τοῦτο δὲ ὡς θαυμάζων ἑαυτὸν ὁ Διόνυσος λέγει, ὅτι οὐκ ἂν ἄλλος ᾔτησέ σε, ὦ Ξανθία, σπόγγον, ἀλλ’ ἐσιώπησεν ἄν. (τοῦ γὰρ δειλοῦ τὸ οἰκεῖον σιωπᾶν,</w:t>
      </w:r>
    </w:p>
    <w:p>
      <w:r>
        <w:rPr>
          <w:rFonts w:ascii="Courier New" w:hAnsi="Courier New"/>
          <w:color w:val="555555"/>
          <w:sz w:val="20"/>
        </w:rPr>
        <w:t>[5]</w:t>
      </w:r>
    </w:p>
    <w:p>
      <w:r>
        <w:rPr>
          <w:rFonts w:ascii="Gentium Plus" w:hAnsi="Gentium Plus"/>
          <w:sz w:val="24"/>
        </w:rPr>
        <w:t>οὐ τὸ λαλεῖν.) ⟦τὸ δὲ ἐγώ ἢ μόνον κατ’ ἐρώτησιν, ἢ καθ’ ὁμαλισμὸν μέχρι τοῦ δειλός.⟧</w:t>
      </w:r>
    </w:p>
    <w:p>
      <w:r>
        <w:rPr>
          <w:rFonts w:ascii="Courier New" w:hAnsi="Courier New"/>
          <w:color w:val="555555"/>
          <w:sz w:val="20"/>
        </w:rPr>
        <w:t>[sch ran 489]</w:t>
      </w:r>
    </w:p>
    <w:p>
      <w:r>
        <w:rPr>
          <w:rFonts w:ascii="Gentium Plus" w:hAnsi="Gentium Plus"/>
          <w:sz w:val="24"/>
        </w:rPr>
        <w:t>(ὀσφραινόμενος: Οἱ τῷ φόβῳ ἐκλυόμενοι ὀσφρή‐ σει τὸν πόνον παύουσιν. ὁ δὲ πόνος αὐτοῖς ἐκ καρδίας γίνεται.)</w:t>
      </w:r>
    </w:p>
    <w:p>
      <w:r>
        <w:rPr>
          <w:rFonts w:ascii="Courier New" w:hAnsi="Courier New"/>
          <w:color w:val="555555"/>
          <w:sz w:val="20"/>
        </w:rPr>
        <w:t>[sch ran 490]</w:t>
      </w:r>
    </w:p>
    <w:p>
      <w:r>
        <w:rPr>
          <w:rFonts w:ascii="Gentium Plus" w:hAnsi="Gentium Plus"/>
          <w:sz w:val="24"/>
        </w:rPr>
        <w:t>ἀπεψησάμην: [Κατεμαξάμην.] (ἀποψᾶν λέ‐ γουσι τὸ ἐκμάσσειν. καὶ ἐν Πλούτῳ [818] «ἀποψώμεσθα δ’ οὐ λίθοις ἔτι.») —ψῶ σημαίνει πέντε. τὸ λεπτύνω, ἐξ οὗ καὶ ψιλὸν στρατιώτην λέγομεν τὸν ἄοπλον καὶ</w:t>
      </w:r>
    </w:p>
    <w:p>
      <w:r>
        <w:rPr>
          <w:rFonts w:ascii="Courier New" w:hAnsi="Courier New"/>
          <w:color w:val="555555"/>
          <w:sz w:val="20"/>
        </w:rPr>
        <w:t>[5]</w:t>
      </w:r>
    </w:p>
    <w:p>
      <w:r>
        <w:rPr>
          <w:rFonts w:ascii="Gentium Plus" w:hAnsi="Gentium Plus"/>
          <w:sz w:val="24"/>
        </w:rPr>
        <w:t>γυμνόν. τὸ ψαύω καὶ προσεγγίζω, ἐξ οὗ καὶ ψώρα καὶ</w:t>
      </w:r>
    </w:p>
    <w:p>
      <w:r>
        <w:rPr>
          <w:rFonts w:ascii="Courier New" w:hAnsi="Courier New"/>
          <w:color w:val="555555"/>
          <w:sz w:val="20"/>
        </w:rPr>
        <w:t>[10]</w:t>
      </w:r>
    </w:p>
    <w:p>
      <w:r>
        <w:rPr>
          <w:rFonts w:ascii="Gentium Plus" w:hAnsi="Gentium Plus"/>
          <w:sz w:val="24"/>
        </w:rPr>
        <w:t>εἶδος κεραυνοῦ. Θ.</w:t>
      </w:r>
    </w:p>
    <w:p>
      <w:r>
        <w:rPr>
          <w:rFonts w:ascii="Courier New" w:hAnsi="Courier New"/>
          <w:color w:val="555555"/>
          <w:sz w:val="20"/>
        </w:rPr>
        <w:t>[sch ran 494]</w:t>
      </w:r>
    </w:p>
    <w:p>
      <w:r>
        <w:rPr>
          <w:rFonts w:ascii="Gentium Plus" w:hAnsi="Gentium Plus"/>
          <w:sz w:val="24"/>
        </w:rPr>
        <w:t>ἴθι νῦν: Τὸ ἴθι ἀντὶ τοῦ ἄγε. (συνομωνυμεῖ γὰρ τὸ δεῦρο, ὃ σημαίνει καὶ τὸ ἄγε.) ληματιᾷς: Λῆμά ἐστι τὸ φρόνημα. ληματιᾷς οὖν, μέγα φρονεῖς. (γράφεται καὶ ληματίας, χωρὶς τοῦ ι·</w:t>
      </w:r>
    </w:p>
    <w:p>
      <w:r>
        <w:rPr>
          <w:rFonts w:ascii="Courier New" w:hAnsi="Courier New"/>
          <w:color w:val="555555"/>
          <w:sz w:val="20"/>
        </w:rPr>
        <w:t>[5]</w:t>
      </w:r>
    </w:p>
    <w:p>
      <w:r>
        <w:rPr>
          <w:rFonts w:ascii="Gentium Plus" w:hAnsi="Gentium Plus"/>
          <w:sz w:val="24"/>
        </w:rPr>
        <w:t>οἷον μεγαλόφρων καὶ ἰσχυρός.)</w:t>
      </w:r>
    </w:p>
    <w:p>
      <w:r>
        <w:rPr>
          <w:rFonts w:ascii="Courier New" w:hAnsi="Courier New"/>
          <w:color w:val="555555"/>
          <w:sz w:val="20"/>
        </w:rPr>
        <w:t>[sch ran 496]</w:t>
      </w:r>
    </w:p>
    <w:p>
      <w:r>
        <w:rPr>
          <w:rFonts w:ascii="Gentium Plus" w:hAnsi="Gentium Plus"/>
          <w:sz w:val="24"/>
        </w:rPr>
        <w:t>⟦ἀφοβόσπλαγχνος: Ἄφοβος. ἐπειδήπερ ὁ φό‐ βος, ὥς φασιν, ἐν τοῖς σπλάγχνοις ἐστίν. ἢ ὅτι ἡ καρ‐ δία ἐν τοῖς σπλάγχνοις, περὶ ἣν ὁ φόβος γίνεται.⟧</w:t>
      </w:r>
    </w:p>
    <w:p>
      <w:r>
        <w:rPr>
          <w:rFonts w:ascii="Courier New" w:hAnsi="Courier New"/>
          <w:color w:val="555555"/>
          <w:sz w:val="20"/>
        </w:rPr>
        <w:t>[sch ran 497]</w:t>
      </w:r>
    </w:p>
    <w:p>
      <w:r>
        <w:rPr>
          <w:rFonts w:ascii="Gentium Plus" w:hAnsi="Gentium Plus"/>
          <w:sz w:val="24"/>
        </w:rPr>
        <w:t>(ἀνὰ μέρος) ἐν ἴσῃ μερίδι. R. V.</w:t>
      </w:r>
    </w:p>
    <w:p>
      <w:r>
        <w:rPr>
          <w:rFonts w:ascii="Courier New" w:hAnsi="Courier New"/>
          <w:color w:val="555555"/>
          <w:sz w:val="20"/>
        </w:rPr>
        <w:t>[sch ran 498]</w:t>
      </w:r>
    </w:p>
    <w:p>
      <w:r>
        <w:rPr>
          <w:rFonts w:ascii="Gentium Plus" w:hAnsi="Gentium Plus"/>
          <w:sz w:val="24"/>
        </w:rPr>
        <w:t>φέρε δὴ ταχέως: Οὐδαμῶς, φησὶν, ὀφείλεις λέ‐ γειν, ἀλλὰ καὶ διδόναι, ἵνα σοι πιστεύσω, ὅτι ἀληθῶς ἐπαγγέλλῃ μοι αὐτὰ διδόναι.</w:t>
      </w:r>
    </w:p>
    <w:p>
      <w:r>
        <w:rPr>
          <w:rFonts w:ascii="Courier New" w:hAnsi="Courier New"/>
          <w:color w:val="555555"/>
          <w:sz w:val="20"/>
        </w:rPr>
        <w:t>[sch ran 499]</w:t>
      </w:r>
    </w:p>
    <w:p>
      <w:r>
        <w:rPr>
          <w:rFonts w:ascii="Gentium Plus" w:hAnsi="Gentium Plus"/>
          <w:sz w:val="24"/>
        </w:rPr>
        <w:t>εἰς τὸν Ἡρακλειοξανθίαν: Αὐτὸς Ξανθίας ἐκα‐ λεῖτο. παραπλήσια δὲ ὅπλα τοῖς Ἡρακλέους εἶχε. συμ‐ μιγνὺς οὖν τὰ δύο [ὁμοῦ] εἶπεν Ἡρακλειοξανθίαν.</w:t>
      </w:r>
    </w:p>
    <w:p>
      <w:r>
        <w:rPr>
          <w:rFonts w:ascii="Courier New" w:hAnsi="Courier New"/>
          <w:color w:val="555555"/>
          <w:sz w:val="20"/>
        </w:rPr>
        <w:t>[sch ran 501]</w:t>
      </w:r>
    </w:p>
    <w:p>
      <w:r>
        <w:rPr>
          <w:rFonts w:ascii="Gentium Plus" w:hAnsi="Gentium Plus"/>
          <w:sz w:val="24"/>
        </w:rPr>
        <w:t>ὁὐκ Μελίτης μαστιγίας: Ἀντὶ τοῦ, ὁ ἐκ Μελί‐ της Ἡρακλῆς. ἐν γὰρ Μελίτῃ δήμῳ τῆς Ἀττικῆς ἐμυήθη Ἡρακλῆς τὰ μικρὰ μυστήρια. ἔστι δὲ ἐκεῖ καὶ ἱερὸν Ἡρακλέους. ἐκλήθη δὲ ἀπὸ Μελίτης νύμφης, (ᾗ ἐμίγη</w:t>
      </w:r>
    </w:p>
    <w:p>
      <w:r>
        <w:rPr>
          <w:rFonts w:ascii="Courier New" w:hAnsi="Courier New"/>
          <w:color w:val="555555"/>
          <w:sz w:val="20"/>
        </w:rPr>
        <w:t>[5]</w:t>
      </w:r>
    </w:p>
    <w:p>
      <w:r>
        <w:rPr>
          <w:rFonts w:ascii="Gentium Plus" w:hAnsi="Gentium Plus"/>
          <w:sz w:val="24"/>
        </w:rPr>
        <w:t>ὁ Ἡρακλῆς). μαστιγίαν δὲ ὡς πρὸς δοῦλον. (παρὰ δὲ τὴν ὑπόνοιαν σκώπτει, ἐπειδὴ ἐν Μελίτῃ ἐστὶν ἐπιφα‐ νέστατον ἱερὸν Ἡρακλέους ἀλεξικάκου, ὁ δὲ Ξανθίας ἀντιμετείληφε τὴν τοῦ Ἡρακλέους σκευήν. τὸ δὲ τοῦ Ἡρακλέους ἄγαλμα ἔργον Γελάδου τοῦ Ἀργείου, τοῦ</w:t>
      </w:r>
    </w:p>
    <w:p>
      <w:r>
        <w:rPr>
          <w:rFonts w:ascii="Courier New" w:hAnsi="Courier New"/>
          <w:color w:val="555555"/>
          <w:sz w:val="20"/>
        </w:rPr>
        <w:t>[10]</w:t>
      </w:r>
    </w:p>
    <w:p>
      <w:r>
        <w:rPr>
          <w:rFonts w:ascii="Gentium Plus" w:hAnsi="Gentium Plus"/>
          <w:sz w:val="24"/>
        </w:rPr>
        <w:t>διδασκάλου Φειδίου. ἡ δὲ ἵδρυσις ἐγένετο κατὰ τὸν μέ‐ γαν λοιμόν· ὅθεν καὶ ἐπαύσατο ἡ νόσος, πολλῶν ἀν‐ θρώπων ἀπολλυμένων. Ἀπολλώνιος δὲ οὐ κακῶς ὑπο‐ νενοῆσθαί φησι τὸ κωμῳδεῖσθαί τινα. ἴσως δὲ ὅτι ἦρχε, διὰ τοῦτο οὐκ ὠνομάσθη. ἢ ὀλίγον πρότερον [429] εἰ‐</w:t>
      </w:r>
    </w:p>
    <w:p>
      <w:r>
        <w:rPr>
          <w:rFonts w:ascii="Courier New" w:hAnsi="Courier New"/>
          <w:color w:val="555555"/>
          <w:sz w:val="20"/>
        </w:rPr>
        <w:t>[15]</w:t>
      </w:r>
    </w:p>
    <w:p>
      <w:r>
        <w:rPr>
          <w:rFonts w:ascii="Gentium Plus" w:hAnsi="Gentium Plus"/>
          <w:sz w:val="24"/>
        </w:rPr>
        <w:t>ρῆσθαι. Καλλίας γὰρ ὁ Ἱππονίκου ἐν Μελίτῃ ᾤκει. παρεικάζει δὲ αὐτὸν ἅμα τῷ Ἡρακλεῖ, ἅμα χλευάζων διὰ τὸ λεοντῇ ἐν ταῖς μάχαις χρῆσθαι, ὡς ἐν τοῖς ὀπίσω κύσθου λεοντῆν ναυμαχεῖν ἐνημμένον. ἐπεὶ εἴ γε ὄντως ἐπὶ τὸν Ἡρακλέα ἀνέφερε, τί μᾶλλον</w:t>
      </w:r>
    </w:p>
    <w:p>
      <w:r>
        <w:rPr>
          <w:rFonts w:ascii="Courier New" w:hAnsi="Courier New"/>
          <w:color w:val="555555"/>
          <w:sz w:val="20"/>
        </w:rPr>
        <w:t>[20]</w:t>
      </w:r>
    </w:p>
    <w:p>
      <w:r>
        <w:rPr>
          <w:rFonts w:ascii="Gentium Plus" w:hAnsi="Gentium Plus"/>
          <w:sz w:val="24"/>
        </w:rPr>
        <w:t>εἶπε τὸ ἐκ Μελίτης, καὶ μὴ ἐξ ἄλλου δήμου; παντα‐ χοῦ γὰρ Ἡράκλεια ἐπιφανῆ. σύνηθές τε οὐχ οὕτω λέ‐ γειν ἐπὶ θεῶν, οὑκ Μελίτης, ἀλλ’ ὁ ἐν Μελίτῃ, ὡς καὶ Ζεὺς ὁ ἐν Ὀλυμπίᾳ· ἐπὶ δὲ ἀνθρώπων, ἐκ Μελίτης, ἐξ Οἴου, ἐκ Κοθωκιδῶν. πῶς δὲ καὶ παλαιότερον εἶναι</w:t>
      </w:r>
    </w:p>
    <w:p>
      <w:r>
        <w:rPr>
          <w:rFonts w:ascii="Courier New" w:hAnsi="Courier New"/>
          <w:color w:val="555555"/>
          <w:sz w:val="20"/>
        </w:rPr>
        <w:t>[25]</w:t>
      </w:r>
    </w:p>
    <w:p>
      <w:r>
        <w:rPr>
          <w:rFonts w:ascii="Gentium Plus" w:hAnsi="Gentium Plus"/>
          <w:sz w:val="24"/>
        </w:rPr>
        <w:t>Ἀριστοφάνους τὸ ἄγαλμα, εἰ ἀκμάζοντος τοῦ λοιμοῦ ἱδρύθη; σχεδὸν γὰρ μειρακίσκος ἤδη ἥπτετο τῶν ἀγώ‐ νων.)</w:t>
      </w:r>
    </w:p>
    <w:p>
      <w:r>
        <w:rPr>
          <w:rFonts w:ascii="Courier New" w:hAnsi="Courier New"/>
          <w:color w:val="555555"/>
          <w:sz w:val="20"/>
        </w:rPr>
        <w:t>[sch ran 503]</w:t>
      </w:r>
    </w:p>
    <w:p>
      <w:r>
        <w:rPr>
          <w:rFonts w:ascii="Gentium Plus" w:hAnsi="Gentium Plus"/>
          <w:sz w:val="24"/>
        </w:rPr>
        <w:t>θεράπαινα Περσεφόνης (ᾍδου R.) λέγει ταῦτα πρὸς τὸν Ξανθίαν ἔχοντα τὴν λεοντῆν. R. V. Θ. θερά‐ πων, ὡς δέ τινες φασὶν, δούλη (οἱ δέ φασιν δούλην G.) Περσεφόνης. V.</w:t>
      </w:r>
    </w:p>
    <w:p>
      <w:r>
        <w:rPr>
          <w:rFonts w:ascii="Courier New" w:hAnsi="Courier New"/>
          <w:color w:val="555555"/>
          <w:sz w:val="20"/>
        </w:rPr>
        <w:t>[sch ran 504]</w:t>
      </w:r>
    </w:p>
    <w:p>
      <w:r>
        <w:rPr>
          <w:rFonts w:ascii="Gentium Plus" w:hAnsi="Gentium Plus"/>
          <w:sz w:val="24"/>
        </w:rPr>
        <w:t>ἡ Κόρη δηλονότι. R.</w:t>
      </w:r>
    </w:p>
    <w:p>
      <w:r>
        <w:rPr>
          <w:rFonts w:ascii="Courier New" w:hAnsi="Courier New"/>
          <w:color w:val="555555"/>
          <w:sz w:val="20"/>
        </w:rPr>
        <w:t>[sch ran 505]</w:t>
      </w:r>
    </w:p>
    <w:p>
      <w:r>
        <w:rPr>
          <w:rFonts w:ascii="Gentium Plus" w:hAnsi="Gentium Plus"/>
          <w:sz w:val="24"/>
        </w:rPr>
        <w:t>κατερικτῶν χύτρας: Τῶν κατακεκομμένων</w:t>
      </w:r>
    </w:p>
    <w:p>
      <w:r>
        <w:rPr>
          <w:rFonts w:ascii="Courier New" w:hAnsi="Courier New"/>
          <w:color w:val="555555"/>
          <w:sz w:val="20"/>
        </w:rPr>
        <w:t>[sch ran 506]</w:t>
      </w:r>
    </w:p>
    <w:p>
      <w:r>
        <w:rPr>
          <w:rFonts w:ascii="Gentium Plus" w:hAnsi="Gentium Plus"/>
          <w:sz w:val="24"/>
        </w:rPr>
        <w:t>ἔτνος ἐστὶν ἀθάρα μετὰ γάλακτος. R. ⟦ἔτνους: Ὃ νῦν φάβα οἱ ἰδιῶται καὶ οἱ ἄγροικοι, τὸ διαλελυ‐ μένον ὑπὸ τῆς ἑψήσεως καὶ τῆς τορύνης. τορύνη δὲ, ὁ χυτρόπους. Ἄλλως. πρῶτον εἰπὼν καθολικῶς κατερι‐</w:t>
      </w:r>
    </w:p>
    <w:p>
      <w:r>
        <w:rPr>
          <w:rFonts w:ascii="Courier New" w:hAnsi="Courier New"/>
          <w:color w:val="555555"/>
          <w:sz w:val="20"/>
        </w:rPr>
        <w:t>[5]</w:t>
      </w:r>
    </w:p>
    <w:p>
      <w:r>
        <w:rPr>
          <w:rFonts w:ascii="Gentium Plus" w:hAnsi="Gentium Plus"/>
          <w:sz w:val="24"/>
        </w:rPr>
        <w:t>κτῶν, ἤτοι κατεσχισμένων ὀσπρίων, ἐπειδὴ οὐδὲν ἄλλο τῶν ὀσπρίων σχίζομεν ἀλλ’ ἢ τοὺς κυάμους, ὅταν ἔτνος ποιῆσαι θέλωμεν, ἐπήγαγε τὸ ἔτνους. ἔχαιρε γὰρ τούτῳ πάνυ ὁ Ἡρακλῆς. ἢ τὸ ἔτνους ἑρμηνεία τοῦ κατερι‐ κτῶν.⟧</w:t>
      </w:r>
    </w:p>
    <w:p>
      <w:r>
        <w:rPr>
          <w:rFonts w:ascii="Courier New" w:hAnsi="Courier New"/>
          <w:color w:val="555555"/>
          <w:sz w:val="20"/>
        </w:rPr>
        <w:t>[sch ran 507]</w:t>
      </w:r>
    </w:p>
    <w:p>
      <w:r>
        <w:rPr>
          <w:rFonts w:ascii="Gentium Plus" w:hAnsi="Gentium Plus"/>
          <w:sz w:val="24"/>
        </w:rPr>
        <w:t>κολλάβους: Λέγει τοὺς ἄρτους, τοὺς ἐοικότας τὴν πλάσιν τοῖς κολλάβοις τῆς κιθάρας. οἱ δὲ εἶδος πλα‐ κοῦντος τετραγώνου, ἢ ἄρτου μικροῦ, παρὰ τὸ ἐκ με‐ γάλων κολλυβίζεσθαι. ⟦Ἄλλως. ἄρτοι νέοι ἐκ πυρῶν.</w:t>
      </w:r>
    </w:p>
    <w:p>
      <w:r>
        <w:rPr>
          <w:rFonts w:ascii="Courier New" w:hAnsi="Courier New"/>
          <w:color w:val="555555"/>
          <w:sz w:val="20"/>
        </w:rPr>
        <w:t>[5]</w:t>
      </w:r>
    </w:p>
    <w:p>
      <w:r>
        <w:rPr>
          <w:rFonts w:ascii="Gentium Plus" w:hAnsi="Gentium Plus"/>
          <w:sz w:val="24"/>
        </w:rPr>
        <w:t>καὶ οἱ λάσταυροι ὑπὸ Σικυωνίων λέγονται. καὶ ἡ νευρὰ τοῦ ὀργάνου.⟧ —τὰ γὰρ ὀπτὰ καλὰ τὰ ἐξ ἀνθράκων ὀπτώμενα. V. Θ. τοὺς λεγομένους κόλλικας. φασὶ δὲ κολλάβους καὶ τὰ τῆς μουσικῆς ἰδιωτικῶς λεγόμενα κα‐ βάλια. Θ.</w:t>
      </w:r>
    </w:p>
    <w:p>
      <w:r>
        <w:rPr>
          <w:rFonts w:ascii="Courier New" w:hAnsi="Courier New"/>
          <w:color w:val="555555"/>
          <w:sz w:val="20"/>
        </w:rPr>
        <w:t>[sch ran 508]</w:t>
      </w:r>
    </w:p>
    <w:p>
      <w:r>
        <w:rPr>
          <w:rFonts w:ascii="Gentium Plus" w:hAnsi="Gentium Plus"/>
          <w:sz w:val="24"/>
        </w:rPr>
        <w:t>ἐπαινῶ: Οὐ βούλομαι εἰσελθεῖν. Vict.</w:t>
      </w:r>
    </w:p>
    <w:p>
      <w:r>
        <w:rPr>
          <w:rFonts w:ascii="Courier New" w:hAnsi="Courier New"/>
          <w:color w:val="555555"/>
          <w:sz w:val="20"/>
        </w:rPr>
        <w:t>[sch ran 511]</w:t>
      </w:r>
    </w:p>
    <w:p>
      <w:r>
        <w:rPr>
          <w:rFonts w:ascii="Gentium Plus" w:hAnsi="Gentium Plus"/>
          <w:sz w:val="24"/>
        </w:rPr>
        <w:t>ἔφρυγε: Ἐτηγάνιζε. Vict. (κᾦνον) ἀντὶ τοῦ καὶ οἶνον. R.</w:t>
      </w:r>
    </w:p>
    <w:p>
      <w:r>
        <w:rPr>
          <w:rFonts w:ascii="Courier New" w:hAnsi="Courier New"/>
          <w:color w:val="555555"/>
          <w:sz w:val="20"/>
        </w:rPr>
        <w:t>[sch ran 512]</w:t>
      </w:r>
    </w:p>
    <w:p>
      <w:r>
        <w:rPr>
          <w:rFonts w:ascii="Gentium Plus" w:hAnsi="Gentium Plus"/>
          <w:sz w:val="24"/>
        </w:rPr>
        <w:t>πάνυ καλῶς: (Παραιτούμενοι οἱ παλαιοὶ ἔλεγον, κάλλιστ’ ἐπαινῶ, καὶ, ἐπῄνουν. νῦν οὖν παραιτούμενος εἰσιέναι φησὶν ὁ θεράπων,) ἀντὶ τοῦ ἔασον. ληρεῖς ἔχων: Τοῦτο λέγει κρατῶν αὐτὸν ὁ Διόνυσος,</w:t>
      </w:r>
    </w:p>
    <w:p>
      <w:r>
        <w:rPr>
          <w:rFonts w:ascii="Courier New" w:hAnsi="Courier New"/>
          <w:color w:val="555555"/>
          <w:sz w:val="20"/>
        </w:rPr>
        <w:t>[5]</w:t>
      </w:r>
    </w:p>
    <w:p>
      <w:r>
        <w:rPr>
          <w:rFonts w:ascii="Gentium Plus" w:hAnsi="Gentium Plus"/>
          <w:sz w:val="24"/>
        </w:rPr>
        <w:t>καὶ μὴ συγχωρῶν αὐτὸν εἰσελθεῖν ἅμα τῇ θεραπαίνῃ τῆς Περσεφόνης. περιττὸν δὲ τὸ ἔχων.</w:t>
      </w:r>
    </w:p>
    <w:p>
      <w:r>
        <w:rPr>
          <w:rFonts w:ascii="Courier New" w:hAnsi="Courier New"/>
          <w:color w:val="555555"/>
          <w:sz w:val="20"/>
        </w:rPr>
        <w:t>[sch ran 513]</w:t>
      </w:r>
    </w:p>
    <w:p>
      <w:r>
        <w:rPr>
          <w:rFonts w:ascii="Gentium Plus" w:hAnsi="Gentium Plus"/>
          <w:sz w:val="24"/>
        </w:rPr>
        <w:t>⟦καὶ γὰρ αὐλητρὶς: Αὕτη ἡ κατασκευὴ πρὸς τὸ, ἀλλ’ εἴσιθ’ ἅμ’ ἐμοί.⟧</w:t>
      </w:r>
    </w:p>
    <w:p>
      <w:r>
        <w:rPr>
          <w:rFonts w:ascii="Courier New" w:hAnsi="Courier New"/>
          <w:color w:val="555555"/>
          <w:sz w:val="20"/>
        </w:rPr>
        <w:t>[sch ran 514]</w:t>
      </w:r>
    </w:p>
    <w:p>
      <w:r>
        <w:rPr>
          <w:rFonts w:ascii="Gentium Plus" w:hAnsi="Gentium Plus"/>
          <w:sz w:val="24"/>
        </w:rPr>
        <w:t>τὸ τέλειον ἥδε. V.</w:t>
      </w:r>
    </w:p>
    <w:p>
      <w:r>
        <w:rPr>
          <w:rFonts w:ascii="Courier New" w:hAnsi="Courier New"/>
          <w:color w:val="555555"/>
          <w:sz w:val="20"/>
        </w:rPr>
        <w:t>[sch ran 515]</w:t>
      </w:r>
    </w:p>
    <w:p>
      <w:r>
        <w:rPr>
          <w:rFonts w:ascii="Gentium Plus" w:hAnsi="Gentium Plus"/>
          <w:sz w:val="24"/>
        </w:rPr>
        <w:t>εἰσάγεται καταφερὴς Διόνυσος. V.</w:t>
      </w:r>
    </w:p>
    <w:p>
      <w:r>
        <w:rPr>
          <w:rFonts w:ascii="Courier New" w:hAnsi="Courier New"/>
          <w:color w:val="555555"/>
          <w:sz w:val="20"/>
        </w:rPr>
        <w:t>[sch ran 516*]</w:t>
      </w:r>
    </w:p>
    <w:p>
      <w:r>
        <w:rPr>
          <w:rFonts w:ascii="Gentium Plus" w:hAnsi="Gentium Plus"/>
          <w:sz w:val="24"/>
        </w:rPr>
        <w:t>ἡβυλλιῶσαι: (Ἡβῶσαι καὶ αἰσχρῶς τίλλου‐ σαι τὸ αἰδοῖον. ἢ) ἀντὶ τοῦ ἀκμάζουσαι τὴν ἡλικίαν. ⟦ἄρτι παρατετιλμέναι: Ἐκ τούτου δείκνυται ὅτι παρέτιλλον, καὶ οἱονεὶ ἐξέδερον ἢ ἔτυπτον τὸ γυναικεῖον</w:t>
      </w:r>
    </w:p>
    <w:p>
      <w:r>
        <w:rPr>
          <w:rFonts w:ascii="Courier New" w:hAnsi="Courier New"/>
          <w:color w:val="555555"/>
          <w:sz w:val="20"/>
        </w:rPr>
        <w:t>[5]</w:t>
      </w:r>
    </w:p>
    <w:p>
      <w:r>
        <w:rPr>
          <w:rFonts w:ascii="Gentium Plus" w:hAnsi="Gentium Plus"/>
          <w:sz w:val="24"/>
        </w:rPr>
        <w:t>αἰδοῖον. οὕτως γὰρ πάλαι ἐψίλουν. καὶ δορίαλος τὸ γυ‐ ναικεῖον αἰδοῖον, ὡς παρὰ τῷ αὐτῷ ποιητῇ [fr. 336] αἱ γυναῖκες τὸν δορίαλον φράγνυνται.» τίλλουσι δὲ τὰς τρίχας αἱ νεόνυμφοι. ἣ ἐσπασμέναι τὰς ἐπανθούσας τῷ προσώπῳ τρίχας, καὶ τὰς τῶν ὀφρύων. κρεῖττον γάρ</w:t>
      </w:r>
    </w:p>
    <w:p>
      <w:r>
        <w:rPr>
          <w:rFonts w:ascii="Courier New" w:hAnsi="Courier New"/>
          <w:color w:val="555555"/>
          <w:sz w:val="20"/>
        </w:rPr>
        <w:t>[10]</w:t>
      </w:r>
    </w:p>
    <w:p>
      <w:r>
        <w:rPr>
          <w:rFonts w:ascii="Gentium Plus" w:hAnsi="Gentium Plus"/>
          <w:sz w:val="24"/>
        </w:rPr>
        <w:t>ἐστι τοῦτο τοῦ ξυρεῖν.⟧ —παρατετιλμέναι: λείπει τὰς τρίχας. R. αἱ γὰρ μελλόνυμφοι τίλλουσι τὰς τρίχας. R. V. Θ.</w:t>
      </w:r>
    </w:p>
    <w:p>
      <w:r>
        <w:rPr>
          <w:rFonts w:ascii="Courier New" w:hAnsi="Courier New"/>
          <w:color w:val="555555"/>
          <w:sz w:val="20"/>
        </w:rPr>
        <w:t>[sch ran 517]</w:t>
      </w:r>
    </w:p>
    <w:p>
      <w:r>
        <w:rPr>
          <w:rFonts w:ascii="Gentium Plus" w:hAnsi="Gentium Plus"/>
          <w:sz w:val="24"/>
        </w:rPr>
        <w:t>⟦τεμάχη: Τὰ κόμματα τῶν ἰχθύων.⟧</w:t>
      </w:r>
    </w:p>
    <w:p>
      <w:r>
        <w:rPr>
          <w:rFonts w:ascii="Courier New" w:hAnsi="Courier New"/>
          <w:color w:val="555555"/>
          <w:sz w:val="20"/>
        </w:rPr>
        <w:t>[sch ran 518]</w:t>
      </w:r>
    </w:p>
    <w:p>
      <w:r>
        <w:rPr>
          <w:rFonts w:ascii="Gentium Plus" w:hAnsi="Gentium Plus"/>
          <w:sz w:val="24"/>
        </w:rPr>
        <w:t>[ἀφαιρεῖν: Ἀντὶ τοῦ κόπτειν, ἢ διαιρεῖν ἐκ τῶν ὀβελίσκων, ἢ κλέπτειν. ἐσῄρετο: Νῦν ἀντὶ τοῦ εἰσεφέρετο.]</w:t>
      </w:r>
    </w:p>
    <w:p>
      <w:r>
        <w:rPr>
          <w:rFonts w:ascii="Courier New" w:hAnsi="Courier New"/>
          <w:color w:val="555555"/>
          <w:sz w:val="20"/>
        </w:rPr>
        <w:t>[sch ran 520]</w:t>
      </w:r>
    </w:p>
    <w:p>
      <w:r>
        <w:rPr>
          <w:rFonts w:ascii="Gentium Plus" w:hAnsi="Gentium Plus"/>
          <w:sz w:val="24"/>
        </w:rPr>
        <w:t>αὐτὸς: Ἀντὶ τοῦ ὁ δεσπότης.</w:t>
      </w:r>
    </w:p>
    <w:p>
      <w:r>
        <w:rPr>
          <w:rFonts w:ascii="Courier New" w:hAnsi="Courier New"/>
          <w:color w:val="555555"/>
          <w:sz w:val="20"/>
        </w:rPr>
        <w:t>[sch ran 521]</w:t>
      </w:r>
    </w:p>
    <w:p>
      <w:r>
        <w:rPr>
          <w:rFonts w:ascii="Gentium Plus" w:hAnsi="Gentium Plus"/>
          <w:sz w:val="24"/>
        </w:rPr>
        <w:t>τῷ Διονύσῳ φησί. R. ὁ Ξανθίας πρὸς τὸν Διό‐ νυσον. μετεστόλισται γὰρ ὁ Διόνυσος εὐλαβηθεὶς καὶ περιβέβληται τὴν τοῦ Ξανθίου στολήν. V.</w:t>
      </w:r>
    </w:p>
    <w:p>
      <w:r>
        <w:rPr>
          <w:rFonts w:ascii="Courier New" w:hAnsi="Courier New"/>
          <w:color w:val="555555"/>
          <w:sz w:val="20"/>
        </w:rPr>
        <w:t>[sch ran 522]</w:t>
      </w:r>
    </w:p>
    <w:p>
      <w:r>
        <w:rPr>
          <w:rFonts w:ascii="Gentium Plus" w:hAnsi="Gentium Plus"/>
          <w:sz w:val="24"/>
        </w:rPr>
        <w:t>ἐπίσχες: Κρατεῖ τὸν Ξανθίαν ὁ Διόνυσος. ⟦τὸ δὲ οὔτι που, ἢ ἀντὶ τοῦ ἆρα· ἢ πρὸς τὸ οὔτι που στι‐ κτέον. τὸ δὲ λοιπὸν κατ’ ἐρώτησιν λέγε. οὔτι που, ἤγουν οὐδαμῶς σπουδὴν ποιεῖς· ἤγουν ἀληθὲς τοῦτο ἐνόμισας,</w:t>
      </w:r>
    </w:p>
    <w:p>
      <w:r>
        <w:rPr>
          <w:rFonts w:ascii="Courier New" w:hAnsi="Courier New"/>
          <w:color w:val="555555"/>
          <w:sz w:val="20"/>
        </w:rPr>
        <w:t>[5]</w:t>
      </w:r>
    </w:p>
    <w:p>
      <w:r>
        <w:rPr>
          <w:rFonts w:ascii="Gentium Plus" w:hAnsi="Gentium Plus"/>
          <w:sz w:val="24"/>
        </w:rPr>
        <w:t>ὅτι σε παίζων Ἡρακλέα ἐσκεύασα;⟧ ἆρα, φησὶ, νο‐ μίζεις σεαυτὸν Ἡρακλέα εἶναι, ἐπεὶ ἐποίησα παίζων (σχῆμά σε παραπλήσιον ἔχειν τοῦ Ἡρακλέους, διὰ τὴν λεοντῆν καὶ τὸ ῥόπαλον;)</w:t>
      </w:r>
    </w:p>
    <w:p>
      <w:r>
        <w:rPr>
          <w:rFonts w:ascii="Courier New" w:hAnsi="Courier New"/>
          <w:color w:val="555555"/>
          <w:sz w:val="20"/>
        </w:rPr>
        <w:t>[sch ran 526]</w:t>
      </w:r>
    </w:p>
    <w:p>
      <w:r>
        <w:rPr>
          <w:rFonts w:ascii="Gentium Plus" w:hAnsi="Gentium Plus"/>
          <w:sz w:val="24"/>
        </w:rPr>
        <w:t>οὐ δήπου μ’ ἀφελέσθαι διανοεῖ: Ἀντὶ τοῦ ὄν‐ τως διανοῇ, ὥστε ἀφελέσθαι με τὰ ὅπλα. ἡ γὰρ οὐ ἄρ‐ νησις συγκατάθεσιν δηλοῖ.</w:t>
      </w:r>
    </w:p>
    <w:p>
      <w:r>
        <w:rPr>
          <w:rFonts w:ascii="Courier New" w:hAnsi="Courier New"/>
          <w:color w:val="555555"/>
          <w:sz w:val="20"/>
        </w:rPr>
        <w:t>[sch ran 527]</w:t>
      </w:r>
    </w:p>
    <w:p>
      <w:r>
        <w:rPr>
          <w:rFonts w:ascii="Gentium Plus" w:hAnsi="Gentium Plus"/>
          <w:sz w:val="24"/>
        </w:rPr>
        <w:t>οὐ τάχ’ ἀλλ’ ἤδη ποῶ: Οὐδ’ ὅλως, φησὶ, δια‐ νοοῦμαι. ἀλλ’ ἤδη αὐτὰ ἀφαιροῦμαι· οἷον, οὐ διστάζω. —ἐπεὶ εἶπε σπουδάσεις, λέγει οὐ σπουδάσω λόγοις ἀλλ’ ἔργῳ. V.</w:t>
      </w:r>
    </w:p>
    <w:p>
      <w:r>
        <w:rPr>
          <w:rFonts w:ascii="Courier New" w:hAnsi="Courier New"/>
          <w:color w:val="555555"/>
          <w:sz w:val="20"/>
        </w:rPr>
        <w:t>[sch ran 528]</w:t>
      </w:r>
    </w:p>
    <w:p>
      <w:r>
        <w:rPr>
          <w:rFonts w:ascii="Gentium Plus" w:hAnsi="Gentium Plus"/>
          <w:sz w:val="24"/>
        </w:rPr>
        <w:t>τὴν λεοντῆν. V.</w:t>
      </w:r>
    </w:p>
    <w:p>
      <w:r>
        <w:rPr>
          <w:rFonts w:ascii="Courier New" w:hAnsi="Courier New"/>
          <w:color w:val="555555"/>
          <w:sz w:val="20"/>
        </w:rPr>
        <w:t>[sch ran 529]</w:t>
      </w:r>
    </w:p>
    <w:p>
      <w:r>
        <w:rPr>
          <w:rFonts w:ascii="Gentium Plus" w:hAnsi="Gentium Plus"/>
          <w:sz w:val="24"/>
        </w:rPr>
        <w:t>ἀνατίθημι. R. V.</w:t>
      </w:r>
    </w:p>
    <w:p>
      <w:r>
        <w:rPr>
          <w:rFonts w:ascii="Courier New" w:hAnsi="Courier New"/>
          <w:color w:val="555555"/>
          <w:sz w:val="20"/>
        </w:rPr>
        <w:t>[sch ran 530]</w:t>
      </w:r>
    </w:p>
    <w:p>
      <w:r>
        <w:rPr>
          <w:rFonts w:ascii="Gentium Plus" w:hAnsi="Gentium Plus"/>
          <w:sz w:val="24"/>
        </w:rPr>
        <w:t>τὸ προσδοκῆσαι σεαυτὸν Ἡρακλέα εἶναι. V.</w:t>
      </w:r>
    </w:p>
    <w:p>
      <w:r>
        <w:rPr>
          <w:rFonts w:ascii="Courier New" w:hAnsi="Courier New"/>
          <w:color w:val="555555"/>
          <w:sz w:val="20"/>
        </w:rPr>
        <w:t>[sch ran 534]</w:t>
      </w:r>
    </w:p>
    <w:p>
      <w:r>
        <w:rPr>
          <w:rFonts w:ascii="Gentium Plus" w:hAnsi="Gentium Plus"/>
          <w:sz w:val="24"/>
        </w:rPr>
        <w:t>ταῦτα μὲν πρὸς ἀνδρός ἐστιν: ⟦Εἴσθεσις μέ‐ λους χοροῦ προῳδικὴ στροφῆς λόγον ἔχουσα, (ἔχει γὰρ καὶ ἀντίστροφον, τὸ, νῦν σὸν ἔργον ἐστίν) ἐκ κώλων τρο‐ χαϊκῶν ιʹ, ὧν τὰ γʹ, ϛʹ, θʹ, δίμετρα καταληκτικὰ, ἤτοι</w:t>
      </w:r>
    </w:p>
    <w:p>
      <w:r>
        <w:rPr>
          <w:rFonts w:ascii="Courier New" w:hAnsi="Courier New"/>
          <w:color w:val="555555"/>
          <w:sz w:val="20"/>
        </w:rPr>
        <w:t>[5]</w:t>
      </w:r>
    </w:p>
    <w:p>
      <w:r>
        <w:rPr>
          <w:rFonts w:ascii="Gentium Plus" w:hAnsi="Gentium Plus"/>
          <w:sz w:val="24"/>
        </w:rPr>
        <w:t>ἑφθημιμερῆ Εὐριπίδεια, τὰ δὲ λοιπὰ ἀκατάληκτα· πλὴν τοῦ τελευταίου τετραμέτρου ὄντος καταληκτικοῦ. ἑξῆς δὲ σύστημα κατὰ περικοπὴν ἀνομοιομερὲς, ἀνα‐ λόγως τῇ στροφῇ τῇ τε ποσότητι καὶ ποιότητι τῶν κώ‐ λων. ἐπὶ τῷ τέλει ἑκατέρου παράγραφος καὶ ἔσω νενευ‐</w:t>
      </w:r>
    </w:p>
    <w:p>
      <w:r>
        <w:rPr>
          <w:rFonts w:ascii="Courier New" w:hAnsi="Courier New"/>
          <w:color w:val="555555"/>
          <w:sz w:val="20"/>
        </w:rPr>
        <w:t>[10]</w:t>
      </w:r>
    </w:p>
    <w:p>
      <w:r>
        <w:rPr>
          <w:rFonts w:ascii="Gentium Plus" w:hAnsi="Gentium Plus"/>
          <w:sz w:val="24"/>
        </w:rPr>
        <w:t>κυῖα διπλῆ διὰ τὴν ἀνταπόδοσιν.⟧ ταῦτα λέγει ὁ χορὸς διὰ τὸν Διόνυσον· ἐπειδὴ οὗτος, ὅτε ἐφοβήθη διὰ τὰς τοῦ διακόνου ἀπειλὰς, τὸν Ξανθίαν ἐποίησεν ὡς δε‐ σπότην, ἑαυτὸν δὲ δοῦλον. ὅτε δὲ ὁ θεράπων τοῦ ᾍδου ἀπήγγειλε τῷ Ξανθίᾳ, ὅτι ἡ κόρη (δεῖπνον καὶ) ὄψα</w:t>
      </w:r>
    </w:p>
    <w:p>
      <w:r>
        <w:rPr>
          <w:rFonts w:ascii="Courier New" w:hAnsi="Courier New"/>
          <w:color w:val="555555"/>
          <w:sz w:val="20"/>
        </w:rPr>
        <w:t>[15]</w:t>
      </w:r>
    </w:p>
    <w:p>
      <w:r>
        <w:rPr>
          <w:rFonts w:ascii="Gentium Plus" w:hAnsi="Gentium Plus"/>
          <w:sz w:val="24"/>
        </w:rPr>
        <w:t>ἐποίησε, δεσπότην πάλιν ἑαυτὸν ποιεῖ, τὸν δὲ Ξανθίαν δοῦλον. ἀποδέχεται δὲ τὸν Διόνυσον ὁ χορὸς ὡς μὴ μέ‐ νοντα ἐπὶ τοῖς αὐτοῖς.</w:t>
      </w:r>
    </w:p>
    <w:p>
      <w:r>
        <w:rPr>
          <w:rFonts w:ascii="Courier New" w:hAnsi="Courier New"/>
          <w:color w:val="555555"/>
          <w:sz w:val="20"/>
        </w:rPr>
        <w:t>[sch ran 535]</w:t>
      </w:r>
    </w:p>
    <w:p>
      <w:r>
        <w:rPr>
          <w:rFonts w:ascii="Gentium Plus" w:hAnsi="Gentium Plus"/>
          <w:sz w:val="24"/>
        </w:rPr>
        <w:t>ἀντὶ τοῦ εἰς πάντα τετριμμένος. R.</w:t>
      </w:r>
    </w:p>
    <w:p>
      <w:r>
        <w:rPr>
          <w:rFonts w:ascii="Courier New" w:hAnsi="Courier New"/>
          <w:color w:val="555555"/>
          <w:sz w:val="20"/>
        </w:rPr>
        <w:t>[sch ran 536]</w:t>
      </w:r>
    </w:p>
    <w:p>
      <w:r>
        <w:rPr>
          <w:rFonts w:ascii="Gentium Plus" w:hAnsi="Gentium Plus"/>
          <w:sz w:val="24"/>
        </w:rPr>
        <w:t>(μετακυλίνδειν: Ὅμοιον τῷ ἐν Ἀλκμήνῃ Εὐ‐ ριπίδου οὐ γάρ ποτ’ εἴων Σθένελον ἐς τὸν εὐτυχῆ χωροῦντα τοῖχον τῆς δίκης ἀποστερεῖν.)</w:t>
      </w:r>
    </w:p>
    <w:p>
      <w:r>
        <w:rPr>
          <w:rFonts w:ascii="Courier New" w:hAnsi="Courier New"/>
          <w:color w:val="555555"/>
          <w:sz w:val="20"/>
        </w:rPr>
        <w:t>[5]</w:t>
      </w:r>
    </w:p>
    <w:p>
      <w:r>
        <w:rPr>
          <w:rFonts w:ascii="Gentium Plus" w:hAnsi="Gentium Plus"/>
          <w:sz w:val="24"/>
        </w:rPr>
        <w:t>⟦παροιμία δέ ἐστι, πρὸς τὸν εὖ πράττοντα τοῖχον ῥέ‐ πειν, ἐπὶ τῶν περὶ τὸ λυσιτελοῦν αὑτοῖς ἀεὶ στρεφομέ‐ νων. εἴρηται δὲ ἐκ μεταφορᾶς τῶν ἐπιβατῶν τῆς νεὼς, ὅταν θατέρου μέρους αὐτοῖς κατακλυζομένου, πρὸς τὸ ἕτερον οὗτοι μεθίστανται.⟧ —τὴν μεταφορὰν εἶπεν ὡς</w:t>
      </w:r>
    </w:p>
    <w:p>
      <w:r>
        <w:rPr>
          <w:rFonts w:ascii="Courier New" w:hAnsi="Courier New"/>
          <w:color w:val="555555"/>
          <w:sz w:val="20"/>
        </w:rPr>
        <w:t>[10]</w:t>
      </w:r>
    </w:p>
    <w:p>
      <w:r>
        <w:rPr>
          <w:rFonts w:ascii="Gentium Plus" w:hAnsi="Gentium Plus"/>
          <w:sz w:val="24"/>
        </w:rPr>
        <w:t>ἐπὶ τοῦ ἐπιβάτου· ὅταν γὰρ ταραχθῇ ἡ θάλασσα καὶ κινδυνεύῃ τὸ πλοῖον, ὁ ἐπιβάτης σωφρονῶν τὸν μὲν ἕτερον τοῖχον ἐᾷ, εἰς δὲ τὸν ἕτερον μετακυλίνδει ἑαυ‐ τόν. V.</w:t>
      </w:r>
    </w:p>
    <w:p>
      <w:r>
        <w:rPr>
          <w:rFonts w:ascii="Courier New" w:hAnsi="Courier New"/>
          <w:color w:val="555555"/>
          <w:sz w:val="20"/>
        </w:rPr>
        <w:t>[sch ran 537]</w:t>
      </w:r>
    </w:p>
    <w:p>
      <w:r>
        <w:rPr>
          <w:rFonts w:ascii="Gentium Plus" w:hAnsi="Gentium Plus"/>
          <w:sz w:val="24"/>
        </w:rPr>
        <w:t>τὸ καλῶς πρᾶττον μέρος. R.</w:t>
      </w:r>
    </w:p>
    <w:p>
      <w:r>
        <w:rPr>
          <w:rFonts w:ascii="Courier New" w:hAnsi="Courier New"/>
          <w:color w:val="555555"/>
          <w:sz w:val="20"/>
        </w:rPr>
        <w:t>[sch ran 538]</w:t>
      </w:r>
    </w:p>
    <w:p>
      <w:r>
        <w:rPr>
          <w:rFonts w:ascii="Gentium Plus" w:hAnsi="Gentium Plus"/>
          <w:sz w:val="24"/>
        </w:rPr>
        <w:t>ἢ γεγραμμένην: Ἀντὶ τοῦ, μηδὲν ἀνύοντα· ὅτι ἀκίνητον τὸ ἐπιγεγραμμένον τῇ εἰκόνι.</w:t>
      </w:r>
    </w:p>
    <w:p>
      <w:r>
        <w:rPr>
          <w:rFonts w:ascii="Courier New" w:hAnsi="Courier New"/>
          <w:color w:val="555555"/>
          <w:sz w:val="20"/>
        </w:rPr>
        <w:t>[sch ran 539]</w:t>
      </w:r>
    </w:p>
    <w:p>
      <w:r>
        <w:rPr>
          <w:rFonts w:ascii="Gentium Plus" w:hAnsi="Gentium Plus"/>
          <w:sz w:val="24"/>
        </w:rPr>
        <w:t>μεταστρέφειν: Μεταστρέφεσθαι. C.</w:t>
      </w:r>
    </w:p>
    <w:p>
      <w:r>
        <w:rPr>
          <w:rFonts w:ascii="Courier New" w:hAnsi="Courier New"/>
          <w:color w:val="555555"/>
          <w:sz w:val="20"/>
        </w:rPr>
        <w:t>[sch ran 541]</w:t>
      </w:r>
    </w:p>
    <w:p>
      <w:r>
        <w:rPr>
          <w:rFonts w:ascii="Gentium Plus" w:hAnsi="Gentium Plus"/>
          <w:sz w:val="24"/>
        </w:rPr>
        <w:t>Θηραμένης: Οὗτος τῶν τὰ πολιτικὰ πραττόν‐ των. σκώπτει δὲ αὐτὸν ὡς εὐμετάβολον ὄντα καὶ πρὸς τὸν καιρὸν ἁρμόζοντα. οὗτος δὲ γέγονεν ὁ Θηραμένης διδάσκαλος Ἰσοκράτους, (στρατηγὸς δὲ καὶ ὑποκριτὴς</w:t>
      </w:r>
    </w:p>
    <w:p>
      <w:r>
        <w:rPr>
          <w:rFonts w:ascii="Courier New" w:hAnsi="Courier New"/>
          <w:color w:val="555555"/>
          <w:sz w:val="20"/>
        </w:rPr>
        <w:t>[5]</w:t>
      </w:r>
    </w:p>
    <w:p>
      <w:r>
        <w:rPr>
          <w:rFonts w:ascii="Gentium Plus" w:hAnsi="Gentium Plus"/>
          <w:sz w:val="24"/>
        </w:rPr>
        <w:t>εὐμετάβλητος, Ἄγνωνος παῖς, Στειριεὺς τῶν δήμων. τούτῳ πολλὰ μὲν καὶ ἄλλα παρανενόμηται, δύο δὲ τὰ μέγιστα καὶ σχετλιώτατα, ἥ τε τῶν ἐν Ἀργεννούσῃ στρατηγῶν ἀπαγωγὴ, ἣν αὐτὸς συνεστήσατο μετὰ Καλλιξένου, καὶ ἡ τῶν λʹ ἐπὶ καταλύσει τοῦ δήμου κα‐</w:t>
      </w:r>
    </w:p>
    <w:p>
      <w:r>
        <w:rPr>
          <w:rFonts w:ascii="Courier New" w:hAnsi="Courier New"/>
          <w:color w:val="555555"/>
          <w:sz w:val="20"/>
        </w:rPr>
        <w:t>[10]</w:t>
      </w:r>
    </w:p>
    <w:p>
      <w:r>
        <w:rPr>
          <w:rFonts w:ascii="Gentium Plus" w:hAnsi="Gentium Plus"/>
          <w:sz w:val="24"/>
        </w:rPr>
        <w:t>τάστασις. τοιγάρτοι τῆς τοῦ βίου προαιρέσεως ἐπαξίας τῆς τελευτῆς ἔτυχεν· ὑπὸ γὰρ αὐτῶν τῶν λʹ ἀνῃρέθη, Κριτίου κρίναντος αὐτόν. ἔνιοι δέ φασι καὶ καταφυγόντα αὐτὸν ἐπὶ τὴν ἑστίαν ἀποσπασθῆναι. τοῦτον διὰ τὴν ποικιλίαν τοῦ ἤθους Κόθορνον ἐκάλουν, ἐπειδὴ ἑκατέρᾳ</w:t>
      </w:r>
    </w:p>
    <w:p>
      <w:r>
        <w:rPr>
          <w:rFonts w:ascii="Courier New" w:hAnsi="Courier New"/>
          <w:color w:val="555555"/>
          <w:sz w:val="20"/>
        </w:rPr>
        <w:t>[15]</w:t>
      </w:r>
    </w:p>
    <w:p>
      <w:r>
        <w:rPr>
          <w:rFonts w:ascii="Gentium Plus" w:hAnsi="Gentium Plus"/>
          <w:sz w:val="24"/>
        </w:rPr>
        <w:t>στάσει τῇ τῶν πολιτευομένων ἑαυτὸν παρετίθει, καθο‐ μιλῶν τοῖς καιροῖς καὶ τὸ συμφέρον ἑαυτοῦ τοῦ πιστοῦ προτάσσων, ἐπειδὴ καὶ ὁ κόθορνος ἀνδράσι καὶ γυναιξὶ πρὸς τὰς ὑποδέσεις ἁρμόττει. δοκεῖ δὲ οὗτος καὶ τὰ τρία ψηφίσασθαι ἐπιζήμια, ἢ δεσμεύεσθαι ἐν τῷ ξύλῳ,</w:t>
      </w:r>
    </w:p>
    <w:p>
      <w:r>
        <w:rPr>
          <w:rFonts w:ascii="Courier New" w:hAnsi="Courier New"/>
          <w:color w:val="555555"/>
          <w:sz w:val="20"/>
        </w:rPr>
        <w:t>[20]</w:t>
      </w:r>
    </w:p>
    <w:p>
      <w:r>
        <w:rPr>
          <w:rFonts w:ascii="Gentium Plus" w:hAnsi="Gentium Plus"/>
          <w:sz w:val="24"/>
        </w:rPr>
        <w:t>ἢ πιεῖν κώνειον, ἢ ἐκφυγεῖν. δοκεῖ δὲ ἀπὸ Κέω τῆς νήσου εἶναι, οὐκ εἶναι δὲ γνήσιος, ἀλλὰ ποιητὸς υἱὸς τοῦ Ἄγνωνος. ὁ Θουκυδίδης δὲ [8, 68] αὐτὸν ἐπαινεῖ.) ⟦Ἄλλως. ὁ Θηραμένης οὗτος ἀνὴρ πανοῦργος ἦν, καὶ πρὸς τοὺς καιροὺς μεταβαλλόμενος. Χῖοι γὰρ καὶ Κῖοι</w:t>
      </w:r>
    </w:p>
    <w:p>
      <w:r>
        <w:rPr>
          <w:rFonts w:ascii="Courier New" w:hAnsi="Courier New"/>
          <w:color w:val="555555"/>
          <w:sz w:val="20"/>
        </w:rPr>
        <w:t>[25]</w:t>
      </w:r>
    </w:p>
    <w:p>
      <w:r>
        <w:rPr>
          <w:rFonts w:ascii="Gentium Plus" w:hAnsi="Gentium Plus"/>
          <w:sz w:val="24"/>
        </w:rPr>
        <w:t>πόλεμον εἶχον πρὸς ἀλλήλους. ὅτε οὖν παρὰ Χίοις ἦν, Χῖον ἑαυτὸν ἐκάλει· ὅτε δὲ παρὰ Κίοις, Κῖον· τῇ δὲ ἀληθείᾳ Χῖος ἦν.⟧</w:t>
      </w:r>
    </w:p>
    <w:p>
      <w:r>
        <w:rPr>
          <w:rFonts w:ascii="Courier New" w:hAnsi="Courier New"/>
          <w:color w:val="555555"/>
          <w:sz w:val="20"/>
        </w:rPr>
        <w:t>[sch ran 542]</w:t>
      </w:r>
    </w:p>
    <w:p>
      <w:r>
        <w:rPr>
          <w:rFonts w:ascii="Gentium Plus" w:hAnsi="Gentium Plus"/>
          <w:sz w:val="24"/>
        </w:rPr>
        <w:t>ἐν στρώμασι Μιλησίοις: Ἐκεῖ γὰρ ἐν Μιλήτῳ καλὴ ἡ τῶν στρωμάτων ἐργασία. (καὶ τὰ Μιλήσια στρώματα ποικίλα καὶ ἁπαλὰ γίνεται καὶ διάφορα.) ⟦εἰς τρυφὴν δὲ οἱ Μιλήσιοι διαβάλλονται, καὶ εἰς τὸ</w:t>
      </w:r>
    </w:p>
    <w:p>
      <w:r>
        <w:rPr>
          <w:rFonts w:ascii="Courier New" w:hAnsi="Courier New"/>
          <w:color w:val="555555"/>
          <w:sz w:val="20"/>
        </w:rPr>
        <w:t>[5]</w:t>
      </w:r>
    </w:p>
    <w:p>
      <w:r>
        <w:rPr>
          <w:rFonts w:ascii="Gentium Plus" w:hAnsi="Gentium Plus"/>
          <w:sz w:val="24"/>
        </w:rPr>
        <w:t>στολῆς πολυτελές· ἐσθῆτές τ’ ἐνταῦθα κατεσκευάζοντο ποικίλαι καὶ τάπητες· ὡς καὶ Θεόκριτος [15, 125] πορφύρεοι δὲ τάπητες ἄνω μαλακώτεροι ὕπνου, ἁ Μίλατος ἐρεῖ χὡ τὰν Σαμίαν καταβόσκων.⟧ ἀμίδα δὲ, τὴν οὐρητρίδα, τὸ οὐρηρὸν ἀγγεῖον.</w:t>
      </w:r>
    </w:p>
    <w:p>
      <w:r>
        <w:rPr>
          <w:rFonts w:ascii="Courier New" w:hAnsi="Courier New"/>
          <w:color w:val="555555"/>
          <w:sz w:val="20"/>
        </w:rPr>
        <w:t>[sch ran 543]</w:t>
      </w:r>
    </w:p>
    <w:p>
      <w:r>
        <w:rPr>
          <w:rFonts w:ascii="Gentium Plus" w:hAnsi="Gentium Plus"/>
          <w:sz w:val="24"/>
        </w:rPr>
        <w:t>ἀνατετραμμένος: Ἀνακείμενος καὶ φιλῶν ὀρ‐ χηστρίδα. R. V. ἄνω χάσκων. V. ἀνακεκλιμένος καὶ ἐξηπλωμένος. κινῶν: Συνουσιάζων. E.</w:t>
      </w:r>
    </w:p>
    <w:p>
      <w:r>
        <w:rPr>
          <w:rFonts w:ascii="Courier New" w:hAnsi="Courier New"/>
          <w:color w:val="555555"/>
          <w:sz w:val="20"/>
        </w:rPr>
        <w:t>[sch ran 544]</w:t>
      </w:r>
    </w:p>
    <w:p>
      <w:r>
        <w:rPr>
          <w:rFonts w:ascii="Gentium Plus" w:hAnsi="Gentium Plus"/>
          <w:sz w:val="24"/>
        </w:rPr>
        <w:t>ἐγὼ δὲ πρὸς τοῦτον: Ὁρῶν γὰρ ὁ Διόνυσος συνιόντα τῇ ὀρχηστρίδι τὸν Ξανθίαν, καὶ ὥσπερ ἐρε‐ θιζόμενος τοῦ αἰδοίου ἐδραττόμην (φησὶν) ἀντὶ τοῦ ἐμαυτοῦ, ὁ δὲ Ξανθίας γνοὺς ἅτε καὶ αὐτὸς πρότερος</w:t>
      </w:r>
    </w:p>
    <w:p>
      <w:r>
        <w:rPr>
          <w:rFonts w:ascii="Courier New" w:hAnsi="Courier New"/>
          <w:color w:val="555555"/>
          <w:sz w:val="20"/>
        </w:rPr>
        <w:t>[5]</w:t>
      </w:r>
    </w:p>
    <w:p>
      <w:r>
        <w:rPr>
          <w:rFonts w:ascii="Gentium Plus" w:hAnsi="Gentium Plus"/>
          <w:sz w:val="24"/>
        </w:rPr>
        <w:t>τὰ αὐτὰ ποιῶν ἐπάταξεν ἄν με.</w:t>
      </w:r>
    </w:p>
    <w:p>
      <w:r>
        <w:rPr>
          <w:rFonts w:ascii="Courier New" w:hAnsi="Courier New"/>
          <w:color w:val="555555"/>
          <w:sz w:val="20"/>
        </w:rPr>
        <w:t>[sch ran 545]</w:t>
      </w:r>
    </w:p>
    <w:p>
      <w:r>
        <w:rPr>
          <w:rFonts w:ascii="Gentium Plus" w:hAnsi="Gentium Plus"/>
          <w:sz w:val="24"/>
        </w:rPr>
        <w:t>τοῦ ’ρεβίνθου: Τοῦ αἰδοίου. τὸ δὲ ὅλον, ὡς ταῦτα τοῦ Ξανθίου ποιοῦντος, ἐπειδὰν διακονῇ τῷ Διονύσῳ, καὶ διὰ τοῦτο ἐπιγνόντος ἂν αὐτὰ, εἰ ἀνὰ μέρος ἐποίει ὁ Διόνυσος. —ἢ κυρίως ἐρεβίνθου· εἰώ‐</w:t>
      </w:r>
    </w:p>
    <w:p>
      <w:r>
        <w:rPr>
          <w:rFonts w:ascii="Courier New" w:hAnsi="Courier New"/>
          <w:color w:val="555555"/>
          <w:sz w:val="20"/>
        </w:rPr>
        <w:t>[5]</w:t>
      </w:r>
    </w:p>
    <w:p>
      <w:r>
        <w:rPr>
          <w:rFonts w:ascii="Gentium Plus" w:hAnsi="Gentium Plus"/>
          <w:sz w:val="24"/>
        </w:rPr>
        <w:t>θασι γὰρ οἱ δοῦλοι ἐν τοῖς τῶν δεσποτῶν πότοις εἰς παραμυθίαν ἑαυτῶν τοιαῦτα περιφέρειν. V.</w:t>
      </w:r>
    </w:p>
    <w:p>
      <w:r>
        <w:rPr>
          <w:rFonts w:ascii="Courier New" w:hAnsi="Courier New"/>
          <w:color w:val="555555"/>
          <w:sz w:val="20"/>
        </w:rPr>
        <w:t>[sch ran 548]</w:t>
      </w:r>
    </w:p>
    <w:p>
      <w:r>
        <w:rPr>
          <w:rFonts w:ascii="Gentium Plus" w:hAnsi="Gentium Plus"/>
          <w:sz w:val="24"/>
        </w:rPr>
        <w:t>τοὺς χοροὺς τοὺς προσθίους: Ἀντὶ τοῦ εἰπεῖν ὀδόντας, εἶπεν χορούς. Διόνυσος γάρ ἐστιν ὁ τῶν χο‐</w:t>
      </w:r>
    </w:p>
    <w:p>
      <w:r>
        <w:rPr>
          <w:rFonts w:ascii="Courier New" w:hAnsi="Courier New"/>
          <w:color w:val="555555"/>
          <w:sz w:val="20"/>
        </w:rPr>
        <w:t>[sch ran 549]</w:t>
      </w:r>
    </w:p>
    <w:p>
      <w:r>
        <w:rPr>
          <w:rFonts w:ascii="Gentium Plus" w:hAnsi="Gentium Plus"/>
          <w:sz w:val="24"/>
        </w:rPr>
        <w:t>Πλαθάνη, Πλαθάνη: ⟦Κορωνὶς ὁμοία εἰσιόν‐ των τῶν ὑποκριτῶν. οἱ δὲ στίχοι ἰαμβικοὶ τρίμετροι ἀκατάληκτοι μαʹ, ὧν τελευταῖος δέχομαι τὸν ὅρκον κἀπὶ τούτοις λαμβάνω.⟧</w:t>
      </w:r>
    </w:p>
    <w:p>
      <w:r>
        <w:rPr>
          <w:rFonts w:ascii="Courier New" w:hAnsi="Courier New"/>
          <w:color w:val="555555"/>
          <w:sz w:val="20"/>
        </w:rPr>
        <w:t>[5]</w:t>
      </w:r>
    </w:p>
    <w:p>
      <w:r>
        <w:rPr>
          <w:rFonts w:ascii="Gentium Plus" w:hAnsi="Gentium Plus"/>
          <w:sz w:val="24"/>
        </w:rPr>
        <w:t>πανδοκεύτρια πρὸς Πλαθάνην θεράπαιναν ἑαυτῆς λέγει. εἰσάγει δὲ τὸν Ἡρακλέα νῦν βεβρωκότα τι. (554) ἀνημιωβολιμαῖα δὲ, ἀντὶ τοῦ, ἕκαστον αὐτῶν ἥμισυ ὀβολοῦ ἦν, ἄξιον ἡμιωβολίου. (ἢ ὠμὰ ὄντα κατὰ τὸ ἥμισυ. Ἄλλως. ὅτι ἰδίως ἐπὶ τοῦ ἀνημιωβολίου πω‐</w:t>
      </w:r>
    </w:p>
    <w:p>
      <w:r>
        <w:rPr>
          <w:rFonts w:ascii="Courier New" w:hAnsi="Courier New"/>
          <w:color w:val="555555"/>
          <w:sz w:val="20"/>
        </w:rPr>
        <w:t>[10]</w:t>
      </w:r>
    </w:p>
    <w:p>
      <w:r>
        <w:rPr>
          <w:rFonts w:ascii="Gentium Plus" w:hAnsi="Gentium Plus"/>
          <w:sz w:val="24"/>
        </w:rPr>
        <w:t>λούμενα. ἀπὸ δὲ συντάξεως ὀνόματα γίνεται καλὸς καὶ ἀγαθὸς, καλοκαγαθία· θεοῖς ἐχθρὸς, θεοεχθρία· οὕτως ἀν’ ἡμιωβόλιον, ἀνημιωβολιαῖον. δηλοῖ δὲ ἡμιω‐ βόλου ἄξια. ἐπισημειοῦσθαι δὲ τὴν λέξιν ἔδει τῷ χ. ἀνάβραστα δὲ,) ζεστὰ, ἡψημένα. —ζεστὰ, παρὰ τὸ</w:t>
      </w:r>
    </w:p>
    <w:p>
      <w:r>
        <w:rPr>
          <w:rFonts w:ascii="Courier New" w:hAnsi="Courier New"/>
          <w:color w:val="555555"/>
          <w:sz w:val="20"/>
        </w:rPr>
        <w:t>[15]</w:t>
      </w:r>
    </w:p>
    <w:p>
      <w:r>
        <w:rPr>
          <w:rFonts w:ascii="Gentium Plus" w:hAnsi="Gentium Plus"/>
          <w:sz w:val="24"/>
        </w:rPr>
        <w:t>βράσσειν. V. ἀνημιωβολιαῖα: Ἄξιον ἡμίσεος ὀβολοῦ ἓν ἕκαστον. C. παλαιόν: Ὅτι ὥσπερ ἀπὸ τοῦ καλὸς καὶ ἀγαθὸς σύνθετον ὄνομα γίνεται καλοκαγαθία, καὶ ἀπὸ τοῦ θεὸς καὶ τοῦ ἐχθρὸς θεοεχθρία, οὕτω καὶ ἀπὸ τοῦ</w:t>
      </w:r>
    </w:p>
    <w:p>
      <w:r>
        <w:rPr>
          <w:rFonts w:ascii="Courier New" w:hAnsi="Courier New"/>
          <w:color w:val="555555"/>
          <w:sz w:val="20"/>
        </w:rPr>
        <w:t>[20]</w:t>
      </w:r>
    </w:p>
    <w:p>
      <w:r>
        <w:rPr>
          <w:rFonts w:ascii="Gentium Plus" w:hAnsi="Gentium Plus"/>
          <w:sz w:val="24"/>
        </w:rPr>
        <w:t>ἥμισυ καὶ τοῦ ὀβολὸς, ἡμιωβολιαῖον, τὸ ἡμιοβόλου ἄξιον. διὸ καὶ ἐπισημειοῦσθαι τὴν λέξιν τῷ χ. Cant.2.</w:t>
      </w:r>
    </w:p>
    <w:p>
      <w:r>
        <w:rPr>
          <w:rFonts w:ascii="Courier New" w:hAnsi="Courier New"/>
          <w:color w:val="555555"/>
          <w:sz w:val="20"/>
        </w:rPr>
        <w:t>[sch ran 550]</w:t>
      </w:r>
    </w:p>
    <w:p>
      <w:r>
        <w:rPr>
          <w:rFonts w:ascii="Gentium Plus" w:hAnsi="Gentium Plus"/>
          <w:sz w:val="24"/>
        </w:rPr>
        <w:t>ὅτε ἦλθεν ἐπὶ τὸν Κέρβερον. V.</w:t>
      </w:r>
    </w:p>
    <w:p>
      <w:r>
        <w:rPr>
          <w:rFonts w:ascii="Courier New" w:hAnsi="Courier New"/>
          <w:color w:val="555555"/>
          <w:sz w:val="20"/>
        </w:rPr>
        <w:t>[sch ran 551]</w:t>
      </w:r>
    </w:p>
    <w:p>
      <w:r>
        <w:rPr>
          <w:rFonts w:ascii="Gentium Plus" w:hAnsi="Gentium Plus"/>
          <w:sz w:val="24"/>
        </w:rPr>
        <w:t>ἡ ἑτέρα πανδοκεύτρια. R.</w:t>
      </w:r>
    </w:p>
    <w:p>
      <w:r>
        <w:rPr>
          <w:rFonts w:ascii="Courier New" w:hAnsi="Courier New"/>
          <w:color w:val="555555"/>
          <w:sz w:val="20"/>
        </w:rPr>
        <w:t>[sch ran 552]</w:t>
      </w:r>
    </w:p>
    <w:p>
      <w:r>
        <w:rPr>
          <w:rFonts w:ascii="Gentium Plus" w:hAnsi="Gentium Plus"/>
          <w:sz w:val="24"/>
        </w:rPr>
        <w:t>τῷ Διονύσῳ δηλονότι. R. V.</w:t>
      </w:r>
    </w:p>
    <w:p>
      <w:r>
        <w:rPr>
          <w:rFonts w:ascii="Courier New" w:hAnsi="Courier New"/>
          <w:color w:val="555555"/>
          <w:sz w:val="20"/>
        </w:rPr>
        <w:t>[sch ran 554]</w:t>
      </w:r>
    </w:p>
    <w:p>
      <w:r>
        <w:rPr>
          <w:rFonts w:ascii="Gentium Plus" w:hAnsi="Gentium Plus"/>
          <w:sz w:val="24"/>
        </w:rPr>
        <w:t>ἀντὶ τοῦ ὁ Διόνυσος. ὁ Ξανθίας δὲ ἠρέμα λα‐ λεῖ. V.</w:t>
      </w:r>
    </w:p>
    <w:p>
      <w:r>
        <w:rPr>
          <w:rFonts w:ascii="Courier New" w:hAnsi="Courier New"/>
          <w:color w:val="555555"/>
          <w:sz w:val="20"/>
        </w:rPr>
        <w:t>[sch ran 555]</w:t>
      </w:r>
    </w:p>
    <w:p>
      <w:r>
        <w:rPr>
          <w:rFonts w:ascii="Gentium Plus" w:hAnsi="Gentium Plus"/>
          <w:sz w:val="24"/>
        </w:rPr>
        <w:t>[ληρεῖς ὦ γύναι: Οὐ δείκνυται Ἡρακλῆς σκο‐ ρόδων γευσάμενος. διὸ πρὸς ταύτην φησὶ, ληρεῖς, ὦ γύναι.]</w:t>
      </w:r>
    </w:p>
    <w:p>
      <w:r>
        <w:rPr>
          <w:rFonts w:ascii="Courier New" w:hAnsi="Courier New"/>
          <w:color w:val="555555"/>
          <w:sz w:val="20"/>
        </w:rPr>
        <w:t>[sch ran 556]</w:t>
      </w:r>
    </w:p>
    <w:p>
      <w:r>
        <w:rPr>
          <w:rFonts w:ascii="Gentium Plus" w:hAnsi="Gentium Plus"/>
          <w:sz w:val="24"/>
        </w:rPr>
        <w:t>⟦οὔμενούν με προσεδόκας: Οὐ προσεδόκας με γνῶναί σε, ἐπειδὴ κόθορνος τοῦ Διονύσου ἐστὶν, οὐ τοῦ Ἡρακλέους.⟧ —κοθόρνους τὰ ὑποδήματα. R. V.</w:t>
      </w:r>
    </w:p>
    <w:p>
      <w:r>
        <w:rPr>
          <w:rFonts w:ascii="Courier New" w:hAnsi="Courier New"/>
          <w:color w:val="555555"/>
          <w:sz w:val="20"/>
        </w:rPr>
        <w:t>[sch ran 558]</w:t>
      </w:r>
    </w:p>
    <w:p>
      <w:r>
        <w:rPr>
          <w:rFonts w:ascii="Gentium Plus" w:hAnsi="Gentium Plus"/>
          <w:sz w:val="24"/>
        </w:rPr>
        <w:t>τὸ τάριχος: Οὕτως ἔλεγον οἱ Ἀττικοὶ, οὐδετέ‐ ρως. ἐπελαθόμην δὲ, φησὶν, εἰπεῖν τὸ τάριχος.</w:t>
      </w:r>
    </w:p>
    <w:p>
      <w:r>
        <w:rPr>
          <w:rFonts w:ascii="Courier New" w:hAnsi="Courier New"/>
          <w:color w:val="555555"/>
          <w:sz w:val="20"/>
        </w:rPr>
        <w:t>[sch ran 559]</w:t>
      </w:r>
    </w:p>
    <w:p>
      <w:r>
        <w:rPr>
          <w:rFonts w:ascii="Gentium Plus" w:hAnsi="Gentium Plus"/>
          <w:sz w:val="24"/>
        </w:rPr>
        <w:t>νέον, ἁπαλόν. V.</w:t>
      </w:r>
    </w:p>
    <w:p>
      <w:r>
        <w:rPr>
          <w:rFonts w:ascii="Courier New" w:hAnsi="Courier New"/>
          <w:color w:val="555555"/>
          <w:sz w:val="20"/>
        </w:rPr>
        <w:t>[sch ran 560]</w:t>
      </w:r>
    </w:p>
    <w:p>
      <w:r>
        <w:rPr>
          <w:rFonts w:ascii="Gentium Plus" w:hAnsi="Gentium Plus"/>
          <w:sz w:val="24"/>
        </w:rPr>
        <w:t>αὐτοῖς τοῖς ταλάροις: Ἔτι ὄντα, φησὶν, ἐν τοῖς μικροῖς καλαθίσκοις. —ταλάροις: Τυροβόλοις. Borg. τοῖς μικροῖς καλαθίοις, ὅπου ὁ τυρός ἐστι. R. αὐτοῖς: Σύν. ταλάροις: Καλαθίσκοις. λέγει δὲ τὰ λεγόμενα</w:t>
      </w:r>
    </w:p>
    <w:p>
      <w:r>
        <w:rPr>
          <w:rFonts w:ascii="Courier New" w:hAnsi="Courier New"/>
          <w:color w:val="555555"/>
          <w:sz w:val="20"/>
        </w:rPr>
        <w:t>[5]</w:t>
      </w:r>
    </w:p>
    <w:p>
      <w:r>
        <w:rPr>
          <w:rFonts w:ascii="Gentium Plus" w:hAnsi="Gentium Plus"/>
          <w:sz w:val="24"/>
        </w:rPr>
        <w:t>ἰδιωτικῶς τυροβόλια. C.</w:t>
      </w:r>
    </w:p>
    <w:p>
      <w:r>
        <w:rPr>
          <w:rFonts w:ascii="Courier New" w:hAnsi="Courier New"/>
          <w:color w:val="555555"/>
          <w:sz w:val="20"/>
        </w:rPr>
        <w:t>[sch ran 561]</w:t>
      </w:r>
    </w:p>
    <w:p>
      <w:r>
        <w:rPr>
          <w:rFonts w:ascii="Gentium Plus" w:hAnsi="Gentium Plus"/>
          <w:sz w:val="24"/>
        </w:rPr>
        <w:t>ἀπῄτουν. V. Θ.</w:t>
      </w:r>
    </w:p>
    <w:p>
      <w:r>
        <w:rPr>
          <w:rFonts w:ascii="Courier New" w:hAnsi="Courier New"/>
          <w:color w:val="555555"/>
          <w:sz w:val="20"/>
        </w:rPr>
        <w:t>[sch ran 562]</w:t>
      </w:r>
    </w:p>
    <w:p>
      <w:r>
        <w:rPr>
          <w:rFonts w:ascii="Gentium Plus" w:hAnsi="Gentium Plus"/>
          <w:sz w:val="24"/>
        </w:rPr>
        <w:t>κἀμυκᾶτο (κἀπεμυκᾶτο E.): Ἐπεβριμήσατο. D. E. πικρὸν ἐβρυχᾶτο, ἐμήνιεν. R. V. Θ. M.</w:t>
      </w:r>
    </w:p>
    <w:p>
      <w:r>
        <w:rPr>
          <w:rFonts w:ascii="Courier New" w:hAnsi="Courier New"/>
          <w:color w:val="555555"/>
          <w:sz w:val="20"/>
        </w:rPr>
        <w:t>[sch ran 563]</w:t>
      </w:r>
    </w:p>
    <w:p>
      <w:r>
        <w:rPr>
          <w:rFonts w:ascii="Gentium Plus" w:hAnsi="Gentium Plus"/>
          <w:sz w:val="24"/>
        </w:rPr>
        <w:t>οὗτος ὁ τρόπος πανταχοῦ: Τὸ τρώγειν καὶ μὴ διδόναι, φησὶ, τὸν μισθόν. τοῦτο δὲ ὁ Ξανθίας, ἐπαί‐ ρων κατὰ τοῦ Διονύσου τὰς γυναῖκας.</w:t>
      </w:r>
    </w:p>
    <w:p>
      <w:r>
        <w:rPr>
          <w:rFonts w:ascii="Courier New" w:hAnsi="Courier New"/>
          <w:color w:val="555555"/>
          <w:sz w:val="20"/>
        </w:rPr>
        <w:t>[sch ran 564]</w:t>
      </w:r>
    </w:p>
    <w:p>
      <w:r>
        <w:rPr>
          <w:rFonts w:ascii="Gentium Plus" w:hAnsi="Gentium Plus"/>
          <w:sz w:val="24"/>
        </w:rPr>
        <w:t>(μαίνεσθαι δοκῶν: Καὶ παρ’ Εὐριπίδῃ μαινό‐ μενος Ἡρακλῆς καὶ σπῶν τὸ ξίφος. πρὸς τοῦτο οὖν παίζει.)</w:t>
      </w:r>
    </w:p>
    <w:p>
      <w:r>
        <w:rPr>
          <w:rFonts w:ascii="Courier New" w:hAnsi="Courier New"/>
          <w:color w:val="555555"/>
          <w:sz w:val="20"/>
        </w:rPr>
        <w:t>[sch ran 565]</w:t>
      </w:r>
    </w:p>
    <w:p>
      <w:r>
        <w:rPr>
          <w:rFonts w:ascii="Gentium Plus" w:hAnsi="Gentium Plus"/>
          <w:sz w:val="24"/>
        </w:rPr>
        <w:t>ἀντὶ τοῦ δείσασαι δυϊκῶς. R. V.</w:t>
      </w:r>
    </w:p>
    <w:p>
      <w:r>
        <w:rPr>
          <w:rFonts w:ascii="Courier New" w:hAnsi="Courier New"/>
          <w:color w:val="555555"/>
          <w:sz w:val="20"/>
        </w:rPr>
        <w:t>[sch ran 566]</w:t>
      </w:r>
    </w:p>
    <w:p>
      <w:r>
        <w:rPr>
          <w:rFonts w:ascii="Gentium Plus" w:hAnsi="Gentium Plus"/>
          <w:sz w:val="24"/>
        </w:rPr>
        <w:t>κατήλιφα: Τὴν μεσόδομον, (ἢ τὴν κλίμακα). —κλίμακα. Br. σανίδα, ἐν ᾗ πάντα τὰ πωλούμενα τιθέασιν, εἰς ἣν ἀναβαίνοντες οἱ κατοικίδιοι ὄρνις ἐκεῖ</w:t>
      </w:r>
    </w:p>
    <w:p>
      <w:r>
        <w:rPr>
          <w:rFonts w:ascii="Courier New" w:hAnsi="Courier New"/>
          <w:color w:val="555555"/>
          <w:sz w:val="20"/>
        </w:rPr>
        <w:t>[5]</w:t>
      </w:r>
    </w:p>
    <w:p>
      <w:r>
        <w:rPr>
          <w:rFonts w:ascii="Gentium Plus" w:hAnsi="Gentium Plus"/>
          <w:sz w:val="24"/>
        </w:rPr>
        <w:t>ὡς ἡρπακότα τὰ χρειώδη καθ’ ᾍδου, ὅτε κατῆλθεν ἐπὶ τὸν Κέρβερον. V.</w:t>
      </w:r>
    </w:p>
    <w:p>
      <w:r>
        <w:rPr>
          <w:rFonts w:ascii="Courier New" w:hAnsi="Courier New"/>
          <w:color w:val="555555"/>
          <w:sz w:val="20"/>
        </w:rPr>
        <w:t>[sch ran 567]</w:t>
      </w:r>
    </w:p>
    <w:p>
      <w:r>
        <w:rPr>
          <w:rFonts w:ascii="Gentium Plus" w:hAnsi="Gentium Plus"/>
          <w:sz w:val="24"/>
        </w:rPr>
        <w:t>τὰς ψιάθους: Οἷον καὶ τὰ στρώματα τοῦ παν‐ δοκείου. ἐν δὲ τῷ Καλλιστράτῳ γέγραπται τοὺς ψιά‐ θους, καὶ ὅτι σεσημείωται τοῦτο, ὅτι ἀρσενικῶς εἶπε. —ὅτι ὧδε ἀρσενικῶς, ὧδε δὲ θηλυκῶς, διὸ τὸ χ. V. Θ.</w:t>
      </w:r>
    </w:p>
    <w:p>
      <w:r>
        <w:rPr>
          <w:rFonts w:ascii="Courier New" w:hAnsi="Courier New"/>
          <w:color w:val="555555"/>
          <w:sz w:val="20"/>
        </w:rPr>
        <w:t>[5]</w:t>
      </w:r>
    </w:p>
    <w:p>
      <w:r>
        <w:rPr>
          <w:rFonts w:ascii="Gentium Plus" w:hAnsi="Gentium Plus"/>
          <w:sz w:val="24"/>
        </w:rPr>
        <w:t>(τὸ δὲ, ἀλλ’ ἐχρῆν τι δρᾶν, δύναται καὶ ἡ γυνὴ λέγειν, ἀντὶ τοῦ τιμωρήσασθαι.) —ἐχρῆν ὑμᾶς τι δρᾶν περὶ αὐτόν. Br.</w:t>
      </w:r>
    </w:p>
    <w:p>
      <w:r>
        <w:rPr>
          <w:rFonts w:ascii="Courier New" w:hAnsi="Courier New"/>
          <w:color w:val="555555"/>
          <w:sz w:val="20"/>
        </w:rPr>
        <w:t>[sch ran 569]</w:t>
      </w:r>
    </w:p>
    <w:p>
      <w:r>
        <w:rPr>
          <w:rFonts w:ascii="Gentium Plus" w:hAnsi="Gentium Plus"/>
          <w:sz w:val="24"/>
        </w:rPr>
        <w:t>τὸν προστάτην Κλέωνα: Ἦν γὰρ ἀποθανὼν τότε. τὰ δὲ δράματα καθ’ ᾅδου νῦν. Κλέωνα δὲ τὸν βυρσοδέψην, εἰς ὃν γέγραφε τοὺς Ἱππέας. Ὑπέρβολον δὲ, εἰς ὃν καὶ Εὔπολις ἔγραψε τὸν Μαρικᾶν. ἀπώλετο</w:t>
      </w:r>
    </w:p>
    <w:p>
      <w:r>
        <w:rPr>
          <w:rFonts w:ascii="Courier New" w:hAnsi="Courier New"/>
          <w:color w:val="555555"/>
          <w:sz w:val="20"/>
        </w:rPr>
        <w:t>[5]</w:t>
      </w:r>
    </w:p>
    <w:p>
      <w:r>
        <w:rPr>
          <w:rFonts w:ascii="Gentium Plus" w:hAnsi="Gentium Plus"/>
          <w:sz w:val="24"/>
        </w:rPr>
        <w:t>δὲ περὶ τὴν Σάμον, πολεμούντων αὐτῷ τῶν Σαμίων.</w:t>
      </w:r>
    </w:p>
    <w:p>
      <w:r>
        <w:rPr>
          <w:rFonts w:ascii="Courier New" w:hAnsi="Courier New"/>
          <w:color w:val="555555"/>
          <w:sz w:val="20"/>
        </w:rPr>
        <w:t>[sch ran 570]</w:t>
      </w:r>
    </w:p>
    <w:p>
      <w:r>
        <w:rPr>
          <w:rFonts w:ascii="Gentium Plus" w:hAnsi="Gentium Plus"/>
          <w:sz w:val="24"/>
        </w:rPr>
        <w:t>ἐάνπερ ἐπιτύχῃς: Ὡς καὶ τοῦ Ὑπερβόλου τεθνηκότος. παρατηρητέον δὲ ὅτι τέσσαρες ἐπὶ σκηνῆς διαλέγονται.</w:t>
      </w:r>
    </w:p>
    <w:p>
      <w:r>
        <w:rPr>
          <w:rFonts w:ascii="Courier New" w:hAnsi="Courier New"/>
          <w:color w:val="555555"/>
          <w:sz w:val="20"/>
        </w:rPr>
        <w:t>[sch ran 573]</w:t>
      </w:r>
    </w:p>
    <w:p>
      <w:r>
        <w:rPr>
          <w:rFonts w:ascii="Gentium Plus" w:hAnsi="Gentium Plus"/>
          <w:sz w:val="24"/>
        </w:rPr>
        <w:t>⟦φορτία: Ψωμοὺς, κρέα, τυροὺς, καὶ τἄλλα. τινὲς δὲ ἤκουσαν τὰ κόπρια φορτικῶς.⟧</w:t>
      </w:r>
    </w:p>
    <w:p>
      <w:r>
        <w:rPr>
          <w:rFonts w:ascii="Courier New" w:hAnsi="Courier New"/>
          <w:color w:val="555555"/>
          <w:sz w:val="20"/>
        </w:rPr>
        <w:t>[sch ran 574]</w:t>
      </w:r>
    </w:p>
    <w:p>
      <w:r>
        <w:rPr>
          <w:rFonts w:ascii="Gentium Plus" w:hAnsi="Gentium Plus"/>
          <w:sz w:val="24"/>
        </w:rPr>
        <w:t>τινές φασι τὸν Διόνυσον λέγειν τοῦτον τὸν στί‐ χον. R. ὄρυγμα ἐν Ἀθήναις, εἰς ὃ ἐβάλλοντο οἱ κα‐ κοῦργοι. V.</w:t>
      </w:r>
    </w:p>
    <w:p>
      <w:r>
        <w:rPr>
          <w:rFonts w:ascii="Courier New" w:hAnsi="Courier New"/>
          <w:color w:val="555555"/>
          <w:sz w:val="20"/>
        </w:rPr>
        <w:t>[sch ran 576]</w:t>
      </w:r>
    </w:p>
    <w:p>
      <w:r>
        <w:rPr>
          <w:rFonts w:ascii="Gentium Plus" w:hAnsi="Gentium Plus"/>
          <w:sz w:val="24"/>
        </w:rPr>
        <w:t>κόλικας: Ἢ ἄρτους, ἢ ἔντερα. τὸ δὲ ᾧ, οὐ πρὸς τὸ δρέπανον, ἀλλὰ πρὸς τὸν λάρυγγα. κατέσπασας δὲ ἀντὶ τοῦ κατεβρόχθισας.</w:t>
      </w:r>
    </w:p>
    <w:p>
      <w:r>
        <w:rPr>
          <w:rFonts w:ascii="Courier New" w:hAnsi="Courier New"/>
          <w:color w:val="555555"/>
          <w:sz w:val="20"/>
        </w:rPr>
        <w:t>[sch ran 578]</w:t>
      </w:r>
    </w:p>
    <w:p>
      <w:r>
        <w:rPr>
          <w:rFonts w:ascii="Gentium Plus" w:hAnsi="Gentium Plus"/>
          <w:sz w:val="24"/>
        </w:rPr>
        <w:t>ἐκπηνιεῖται: Ἃ ἔφαγεν ἡμῶν, ἀφελκύσει. ἀπὸ τῶν τὴν κρόκα μηρυομένων εἰς πηνία. (Ἄλλως. ἐξελκύσει ἀπὸ τοῦ πηνίου. Ὅμηρος [Il. Ψ, 762] «πηνίον ἐξέλκουσα.») ⟦ἢ ἐξάξει. ἀπὸ μεταφορᾶς τῆς κατὰ μι‐</w:t>
      </w:r>
    </w:p>
    <w:p>
      <w:r>
        <w:rPr>
          <w:rFonts w:ascii="Courier New" w:hAnsi="Courier New"/>
          <w:color w:val="555555"/>
          <w:sz w:val="20"/>
        </w:rPr>
        <w:t>[5]</w:t>
      </w:r>
    </w:p>
    <w:p>
      <w:r>
        <w:rPr>
          <w:rFonts w:ascii="Gentium Plus" w:hAnsi="Gentium Plus"/>
          <w:sz w:val="24"/>
        </w:rPr>
        <w:t>κρὸν ἐκ τοῦ σκώληκος ἐξαγομένης πήνης. εἰ δὲ διὰ τῆς οι διφθόγγου γράφεται, μετὰ τιμωρίας ἀπαιτήσει.⟧ τὸ ἐκποινιεῖται ἢ διὰ τοῦ ο καὶ ι γράφεται, ἀντὶ τοῦ μετὰ τιμωρίας ἀπαιτήσει. ἢ διὰ τοῦ η, ἵν’ ᾖ ἀντὶ τοῦ ἐξάξει. ἐπειδὴ καὶ τὴν μέταξαν καταρχὰς ἐκ τοῦ</w:t>
      </w:r>
    </w:p>
    <w:p>
      <w:r>
        <w:rPr>
          <w:rFonts w:ascii="Courier New" w:hAnsi="Courier New"/>
          <w:color w:val="555555"/>
          <w:sz w:val="20"/>
        </w:rPr>
        <w:t>[10]</w:t>
      </w:r>
    </w:p>
    <w:p>
      <w:r>
        <w:rPr>
          <w:rFonts w:ascii="Gentium Plus" w:hAnsi="Gentium Plus"/>
          <w:sz w:val="24"/>
        </w:rPr>
        <w:t>σκώληκος ἐξάγομεν κατὰ μικρόν. πήνη δὲ ἡ μέταξα. C. E. ἐξελκύσει. D. ἐκποινιεῖται: Μετὰ τιμωρίας λά‐ βοι. E. προσκαλούμενος: Ἀντὶ τοῦ ἐγκαλῶν, εἰς δικαστή‐ ριον ἕλκων, (κατηγορῶν αὐτοῦ).</w:t>
      </w:r>
    </w:p>
    <w:p>
      <w:r>
        <w:rPr>
          <w:rFonts w:ascii="Courier New" w:hAnsi="Courier New"/>
          <w:color w:val="555555"/>
          <w:sz w:val="20"/>
        </w:rPr>
        <w:t>[sch ran 579]</w:t>
      </w:r>
    </w:p>
    <w:p>
      <w:r>
        <w:rPr>
          <w:rFonts w:ascii="Gentium Plus" w:hAnsi="Gentium Plus"/>
          <w:sz w:val="24"/>
        </w:rPr>
        <w:t>(κάκιστ’ ἀπολοίμην: Ἐνταῦθα φοβούμενος ὁ Διόνυσος ὑποκρίνεται φιλίαν πρὸς Ξανθίαν, ἵνα πάλιν Ἡρακλῆς γένηται, καὶ αὐτὸς Ξανθίας κελευόμενος ὑπὸ Διονύσου.)</w:t>
      </w:r>
    </w:p>
    <w:p>
      <w:r>
        <w:rPr>
          <w:rFonts w:ascii="Courier New" w:hAnsi="Courier New"/>
          <w:color w:val="555555"/>
          <w:sz w:val="20"/>
        </w:rPr>
        <w:t>[sch ran 582]</w:t>
      </w:r>
    </w:p>
    <w:p>
      <w:r>
        <w:rPr>
          <w:rFonts w:ascii="Gentium Plus" w:hAnsi="Gentium Plus"/>
          <w:sz w:val="24"/>
        </w:rPr>
        <w:t>⟦καὶ πῶς ἂν Ἀλκμήνης: Ἅπερ πρὸς αὐτὸν ὁ Διόνυσος πρότερον ἔλεγε, ταῦτα λέγει καὶ αὐτὸς εἰρω‐ νευόμενος καὶ παίζων.⟧</w:t>
      </w:r>
    </w:p>
    <w:p>
      <w:r>
        <w:rPr>
          <w:rFonts w:ascii="Courier New" w:hAnsi="Courier New"/>
          <w:color w:val="555555"/>
          <w:sz w:val="20"/>
        </w:rPr>
        <w:t>[sch ran 588]</w:t>
      </w:r>
    </w:p>
    <w:p>
      <w:r>
        <w:rPr>
          <w:rFonts w:ascii="Gentium Plus" w:hAnsi="Gentium Plus"/>
          <w:sz w:val="24"/>
        </w:rPr>
        <w:t>γλάμων: (Ὁ ἔχων λήμας, ὁ ἀκάθαρτος), ⟦πα‐ ρόσον ἐρώμενος, φασὶν, ἦν Διονύσου.⟧ Καλλίστρατός φησιν ὅτι οὕτως ἐκαλεῖτο Γλάμων, ὡς Χάρων. ἄλλοι δὲ, τὸν λημῶντα καὶ δίυγρον τοὺς ὀφθαλμούς. Σοφο‐</w:t>
      </w:r>
    </w:p>
    <w:p>
      <w:r>
        <w:rPr>
          <w:rFonts w:ascii="Courier New" w:hAnsi="Courier New"/>
          <w:color w:val="555555"/>
          <w:sz w:val="20"/>
        </w:rPr>
        <w:t>[5]</w:t>
      </w:r>
    </w:p>
    <w:p>
      <w:r>
        <w:rPr>
          <w:rFonts w:ascii="Gentium Plus" w:hAnsi="Gentium Plus"/>
          <w:sz w:val="24"/>
        </w:rPr>
        <w:t>κλῆς ἐν Μάντεσιν ἐπί τινων ὀρνέων «τοὺς γλαμυροὺς «κατὰ φορβάν.»</w:t>
      </w:r>
    </w:p>
    <w:p>
      <w:r>
        <w:rPr>
          <w:rFonts w:ascii="Courier New" w:hAnsi="Courier New"/>
          <w:color w:val="555555"/>
          <w:sz w:val="20"/>
        </w:rPr>
        <w:t>[sch ran 589]</w:t>
      </w:r>
    </w:p>
    <w:p>
      <w:r>
        <w:rPr>
          <w:rFonts w:ascii="Gentium Plus" w:hAnsi="Gentium Plus"/>
          <w:sz w:val="24"/>
        </w:rPr>
        <w:t>κἀπὶ τούτοις λαμβάνω, ἐπὶ τῷ μὴ ἀφαιρεῖσθαί</w:t>
      </w:r>
    </w:p>
    <w:p>
      <w:r>
        <w:rPr>
          <w:rFonts w:ascii="Courier New" w:hAnsi="Courier New"/>
          <w:color w:val="555555"/>
          <w:sz w:val="20"/>
        </w:rPr>
        <w:t>[sch ran 590]</w:t>
      </w:r>
    </w:p>
    <w:p>
      <w:r>
        <w:rPr>
          <w:rFonts w:ascii="Gentium Plus" w:hAnsi="Gentium Plus"/>
          <w:sz w:val="24"/>
        </w:rPr>
        <w:t>νῦν σὸν ἔργον: ⟦Εἴσθεσις μελῶν χοροῦ περιο‐ δικὴ καὶ ἀντίστροφος ὁμοία τῇ προρρηθείσῃ, καὶ τὸ σύστημα τοῖς αὐτοῖς τῶν ἐν τῇ στροφῇ κατά τε ποσό‐ τητα καὶ ποιότητα κώλοις συγκείμενον ἔχουσα. ἧς ἐπὶ</w:t>
      </w:r>
    </w:p>
    <w:p>
      <w:r>
        <w:rPr>
          <w:rFonts w:ascii="Courier New" w:hAnsi="Courier New"/>
          <w:color w:val="555555"/>
          <w:sz w:val="20"/>
        </w:rPr>
        <w:t>[5]</w:t>
      </w:r>
    </w:p>
    <w:p>
      <w:r>
        <w:rPr>
          <w:rFonts w:ascii="Gentium Plus" w:hAnsi="Gentium Plus"/>
          <w:sz w:val="24"/>
        </w:rPr>
        <w:t>τῷ τέλει παράγραφος. τοῦ δὲ συστήματος δύο διπλαῖ, ἡ μὲν ἐν ἀρχῇ, ἡ δὲ κατὰ τὸ τέλοσ⟧—ὁ χορὸς πρὸς τὸν Ξανθίαν. R. V. (τὸ δὲ ἑξῆς·) νῦν σὸν ἔργον ἐστὶν ἀνανεάζειν.</w:t>
      </w:r>
    </w:p>
    <w:p>
      <w:r>
        <w:rPr>
          <w:rFonts w:ascii="Courier New" w:hAnsi="Courier New"/>
          <w:color w:val="555555"/>
          <w:sz w:val="20"/>
        </w:rPr>
        <w:t>[sch ran 593]</w:t>
      </w:r>
    </w:p>
    <w:p>
      <w:r>
        <w:rPr>
          <w:rFonts w:ascii="Gentium Plus" w:hAnsi="Gentium Plus"/>
          <w:sz w:val="24"/>
        </w:rPr>
        <w:t>ἀντὶ τοῦ Ἡρακλέους. R. V. μωραίνων ληφθή‐ σῃ. V.</w:t>
      </w:r>
    </w:p>
    <w:p>
      <w:r>
        <w:rPr>
          <w:rFonts w:ascii="Courier New" w:hAnsi="Courier New"/>
          <w:color w:val="555555"/>
          <w:sz w:val="20"/>
        </w:rPr>
        <w:t>[sch ran 594]</w:t>
      </w:r>
    </w:p>
    <w:p>
      <w:r>
        <w:rPr>
          <w:rFonts w:ascii="Gentium Plus" w:hAnsi="Gentium Plus"/>
          <w:sz w:val="24"/>
        </w:rPr>
        <w:t>παραληρῶν: ⟦Ἀγενές τι ποιῶν, καὶ οὐ τῆς Ἡρακλέους σκευῆς ἄξιον.⟧ —οὐδὲν πλέον τοῦ ληρῶν. R. V.</w:t>
      </w:r>
    </w:p>
    <w:p>
      <w:r>
        <w:rPr>
          <w:rFonts w:ascii="Courier New" w:hAnsi="Courier New"/>
          <w:color w:val="555555"/>
          <w:sz w:val="20"/>
        </w:rPr>
        <w:t>[sch ran 595]</w:t>
      </w:r>
    </w:p>
    <w:p>
      <w:r>
        <w:rPr>
          <w:rFonts w:ascii="Gentium Plus" w:hAnsi="Gentium Plus"/>
          <w:sz w:val="24"/>
        </w:rPr>
        <w:t>ἀντὶ τοῦ μαλακισθείς. R. V. ἀντὶ τοῦ ἂν εἴπῃς τι. V.</w:t>
      </w:r>
    </w:p>
    <w:p>
      <w:r>
        <w:rPr>
          <w:rFonts w:ascii="Courier New" w:hAnsi="Courier New"/>
          <w:color w:val="555555"/>
          <w:sz w:val="20"/>
        </w:rPr>
        <w:t>[sch ran 603]</w:t>
      </w:r>
    </w:p>
    <w:p>
      <w:r>
        <w:rPr>
          <w:rFonts w:ascii="Gentium Plus" w:hAnsi="Gentium Plus"/>
          <w:sz w:val="24"/>
        </w:rPr>
        <w:t>ὀρίγανον: ⟦Ἀντὶ τοῦ δριμύ. τοιοῦτον γὰρ τὸ φυτόν.⟧ —πρὸς τὸ ἄνω. δεῖν δὲ ἔοικε δριμὺ βλέ‐ πειν. R. V.</w:t>
      </w:r>
    </w:p>
    <w:p>
      <w:r>
        <w:rPr>
          <w:rFonts w:ascii="Courier New" w:hAnsi="Courier New"/>
          <w:color w:val="555555"/>
          <w:sz w:val="20"/>
        </w:rPr>
        <w:t>[sch ran 604]</w:t>
      </w:r>
    </w:p>
    <w:p>
      <w:r>
        <w:rPr>
          <w:rFonts w:ascii="Gentium Plus" w:hAnsi="Gentium Plus"/>
          <w:sz w:val="24"/>
        </w:rPr>
        <w:t>ἀντὶ τοῦ φοβεῖσθαι. R. V.</w:t>
      </w:r>
    </w:p>
    <w:p>
      <w:r>
        <w:rPr>
          <w:rFonts w:ascii="Courier New" w:hAnsi="Courier New"/>
          <w:color w:val="555555"/>
          <w:sz w:val="20"/>
        </w:rPr>
        <w:t>[sch ran 605]</w:t>
      </w:r>
    </w:p>
    <w:p>
      <w:r>
        <w:rPr>
          <w:rFonts w:ascii="Gentium Plus" w:hAnsi="Gentium Plus"/>
          <w:sz w:val="24"/>
        </w:rPr>
        <w:t>ξυνδεῖτε ταχέως: ⟦Κορωνὶς αὖθις ἑτέρα εἰσιόν‐ των τῶν ὑποκριτῶν. οἱ δὲ στίχοι ἰαμβικοὶ τρίμετροι ἀκατάληκτοι ξεʹ· ὧν τελευταῖος πρότερον ποιῆσαι πρίν με τὰς πληγὰς λαβεῖν.</w:t>
      </w:r>
    </w:p>
    <w:p>
      <w:r>
        <w:rPr>
          <w:rFonts w:ascii="Courier New" w:hAnsi="Courier New"/>
          <w:color w:val="555555"/>
          <w:sz w:val="20"/>
        </w:rPr>
        <w:t>[5]</w:t>
      </w:r>
    </w:p>
    <w:p>
      <w:r>
        <w:rPr>
          <w:rFonts w:ascii="Gentium Plus" w:hAnsi="Gentium Plus"/>
          <w:sz w:val="24"/>
        </w:rPr>
        <w:t>ὁ ξʹ μέντοι ἰαμβικὸς ἑφθημιμερής. εἶτα κῶλον ἀντι‐ σπαστικὸν ἐξ ἐπιτρίτου πρώτου ἡμιόλιον. μεθ’ ὃ μονό‐ μετρον ὑπερκατάληκτον ἐξ ἐπιτρίτου τετάρτου, καὶ Ἰωνικὸν ἀπ’ ἐλάσσονος ἡμιόλιον. ἐπὶ τῷ τέλει πάντων κορωνίς.⟧ τὸν κλέψαντα τὸν κύνα τὸν Κέρβερον.</w:t>
      </w:r>
    </w:p>
    <w:p>
      <w:r>
        <w:rPr>
          <w:rFonts w:ascii="Courier New" w:hAnsi="Courier New"/>
          <w:color w:val="555555"/>
          <w:sz w:val="20"/>
        </w:rPr>
        <w:t>[sch ran 606*]</w:t>
      </w:r>
    </w:p>
    <w:p>
      <w:r>
        <w:rPr>
          <w:rFonts w:ascii="Gentium Plus" w:hAnsi="Gentium Plus"/>
          <w:sz w:val="24"/>
        </w:rPr>
        <w:t>ἥκει τῳ κακόν: Ὁ Διόνυσος τοῦτο λέγει, ὅπερ καὶ ὁ Ξανθίας περὶ αὐτοῦ ἀνωτέρω. ἀμέλει δώσει δίκην. (ἡσυχῆ δὲ ταῦτα λέγει.)</w:t>
      </w:r>
    </w:p>
    <w:p>
      <w:r>
        <w:rPr>
          <w:rFonts w:ascii="Courier New" w:hAnsi="Courier New"/>
          <w:color w:val="555555"/>
          <w:sz w:val="20"/>
        </w:rPr>
        <w:t>[sch ran 607]</w:t>
      </w:r>
    </w:p>
    <w:p>
      <w:r>
        <w:rPr>
          <w:rFonts w:ascii="Gentium Plus" w:hAnsi="Gentium Plus"/>
          <w:sz w:val="24"/>
        </w:rPr>
        <w:t>μὴ πρόσιτον: (Οὐκ εὖ οὐδὲ κυρίως τὸ πρόσιτον προκαλεῖται. δύναται δὲ ἄλλοις μὲν λέγειν τὸ πρόσιτον ἑπομένοις αὐτῷ, ἄλλους δὲ ἔτι καλεῖν.) ὧν καὶ τὰ ὀνό‐ ματα εἴρηκεν ὡς δούλων, ἢ τοξοτῶν βαρβάρων. τινὲς δέ</w:t>
      </w:r>
    </w:p>
    <w:p>
      <w:r>
        <w:rPr>
          <w:rFonts w:ascii="Courier New" w:hAnsi="Courier New"/>
          <w:color w:val="555555"/>
          <w:sz w:val="20"/>
        </w:rPr>
        <w:t>[5]</w:t>
      </w:r>
    </w:p>
    <w:p>
      <w:r>
        <w:rPr>
          <w:rFonts w:ascii="Gentium Plus" w:hAnsi="Gentium Plus"/>
          <w:sz w:val="24"/>
        </w:rPr>
        <w:t>φασιν, ἐκ τοῦ, εἶεν καὶ μάχει, τὸν παρὰ τοῦ Πλούτω‐ νος ἐξελθόντα λέγειν ἕως τοῦ, κλέπτοντα τἀλλότρια. τὸ δὲ μἀλλ’ ὑπερφυᾶ, τὸν Διόνυσον λέγειν. εἶτα πάλιν τὸν παρὰ τοῦ Πλούτωνος, σχέτλια μὲν οὖν καὶ δεινά. ἔνιοι δέ φασι πάντα αὐτὸν λέγειν τὸν Πλούτωνα, ἀγα‐</w:t>
      </w:r>
    </w:p>
    <w:p>
      <w:r>
        <w:rPr>
          <w:rFonts w:ascii="Courier New" w:hAnsi="Courier New"/>
          <w:color w:val="555555"/>
          <w:sz w:val="20"/>
        </w:rPr>
        <w:t>[10]</w:t>
      </w:r>
    </w:p>
    <w:p>
      <w:r>
        <w:rPr>
          <w:rFonts w:ascii="Gentium Plus" w:hAnsi="Gentium Plus"/>
          <w:sz w:val="24"/>
        </w:rPr>
        <w:t>νακτοῦντα ἐπὶ τῷ τύπτεσθαι τοὺς ἀκολούθους ὑπὸ Ξανθίου, ἀπὸ τοῦ εἶεν καὶ μάχει, ἕως τοῦ, σχέτλια μὲν οὖν καὶ δεινά. —εἶεν ταῦτα ἃ λέγεις καὶ μάχῃ ἡμῖν. Br.</w:t>
      </w:r>
    </w:p>
    <w:p>
      <w:r>
        <w:rPr>
          <w:rFonts w:ascii="Courier New" w:hAnsi="Courier New"/>
          <w:color w:val="555555"/>
          <w:sz w:val="20"/>
        </w:rPr>
        <w:t>[sch ran 610]</w:t>
      </w:r>
    </w:p>
    <w:p>
      <w:r>
        <w:rPr>
          <w:rFonts w:ascii="Gentium Plus" w:hAnsi="Gentium Plus"/>
          <w:sz w:val="24"/>
        </w:rPr>
        <w:t>εἶτ’ οὐχὶ δεινὰ: ⟦Εἶτ’ οὐχὶ δεινὰ, κλέπτοντα τοῦτον τὰ ἀλλότρια πρὸς τούτῳ τύπτειν;⟧ —δεινὰ ἀντὶ τοῦ μεγάλα. R. V. οὐ δεινὸν, φησὶν, ὅτι καὶ τύπτει κλέψας; R.</w:t>
      </w:r>
    </w:p>
    <w:p>
      <w:r>
        <w:rPr>
          <w:rFonts w:ascii="Courier New" w:hAnsi="Courier New"/>
          <w:color w:val="555555"/>
          <w:sz w:val="20"/>
        </w:rPr>
        <w:t>[sch ran 611]</w:t>
      </w:r>
    </w:p>
    <w:p>
      <w:r>
        <w:rPr>
          <w:rFonts w:ascii="Gentium Plus" w:hAnsi="Gentium Plus"/>
          <w:sz w:val="24"/>
        </w:rPr>
        <w:t>(μάλ’ ὑπερφυᾶ: Τιμαχίδας βραχέως ἀξιοῖ προφέρεσθαι, οὐ πιθανῶς, συναλοιφῆς οὔσης ἐκ τοῦ μή καὶ ἀλλά. ὅτι γὰρ τῷ μή πολλαχῇ ἀντὶ τοῦ οὐ χρῶν‐ ται, πολλάκις εἴρηται.)</w:t>
      </w:r>
    </w:p>
    <w:p>
      <w:r>
        <w:rPr>
          <w:rFonts w:ascii="Courier New" w:hAnsi="Courier New"/>
          <w:color w:val="555555"/>
          <w:sz w:val="20"/>
        </w:rPr>
        <w:t>[sch ran 614]</w:t>
      </w:r>
    </w:p>
    <w:p>
      <w:r>
        <w:rPr>
          <w:rFonts w:ascii="Gentium Plus" w:hAnsi="Gentium Plus"/>
          <w:sz w:val="24"/>
        </w:rPr>
        <w:t>ἀντὶ τοῦ τυχόν. R. V.</w:t>
      </w:r>
    </w:p>
    <w:p>
      <w:r>
        <w:rPr>
          <w:rFonts w:ascii="Courier New" w:hAnsi="Courier New"/>
          <w:color w:val="555555"/>
          <w:sz w:val="20"/>
        </w:rPr>
        <w:t>[sch ran 615]</w:t>
      </w:r>
    </w:p>
    <w:p>
      <w:r>
        <w:rPr>
          <w:rFonts w:ascii="Gentium Plus" w:hAnsi="Gentium Plus"/>
          <w:sz w:val="24"/>
        </w:rPr>
        <w:t>σοι: Χάριν σου. C. γενναῖον: Ἀντὶ τοῦ εὐγε‐ νές. R. V.</w:t>
      </w:r>
    </w:p>
    <w:p>
      <w:r>
        <w:rPr>
          <w:rFonts w:ascii="Courier New" w:hAnsi="Courier New"/>
          <w:color w:val="555555"/>
          <w:sz w:val="20"/>
        </w:rPr>
        <w:t>[sch ran 616]</w:t>
      </w:r>
    </w:p>
    <w:p>
      <w:r>
        <w:rPr>
          <w:rFonts w:ascii="Gentium Plus" w:hAnsi="Gentium Plus"/>
          <w:sz w:val="24"/>
        </w:rPr>
        <w:t>βασάνιζε γὰρ τὸν παῖδα: Λέγεται βασανίζειν καὶ τὸ χωρὶς πληγῶν ἀνακρίνειν, ἀπὸ τῆς βασάνου λίθου. —τὸν Διόνυσον. V.</w:t>
      </w:r>
    </w:p>
    <w:p>
      <w:r>
        <w:rPr>
          <w:rFonts w:ascii="Courier New" w:hAnsi="Courier New"/>
          <w:color w:val="555555"/>
          <w:sz w:val="20"/>
        </w:rPr>
        <w:t>[sch ran 618]</w:t>
      </w:r>
    </w:p>
    <w:p>
      <w:r>
        <w:rPr>
          <w:rFonts w:ascii="Gentium Plus" w:hAnsi="Gentium Plus"/>
          <w:sz w:val="24"/>
        </w:rPr>
        <w:t>ἐν κλίμακι δήσας: Τὸ ἐν πρὸς τὸ δήσας, ἀντὶ τοῦ ἐνδήσας κλίμακι. ἀντὶ τοῦ, εἰς κλίμακα δήσας, ὡς Ὅμηρος [Il. Α, 593] «κάππεσον ἐν Λήμνῳ.» ἀντὶ τοῦ εἰς τὴν Λῆμνον.</w:t>
      </w:r>
    </w:p>
    <w:p>
      <w:r>
        <w:rPr>
          <w:rFonts w:ascii="Courier New" w:hAnsi="Courier New"/>
          <w:color w:val="555555"/>
          <w:sz w:val="20"/>
        </w:rPr>
        <w:t>[sch ran 619]</w:t>
      </w:r>
    </w:p>
    <w:p>
      <w:r>
        <w:rPr>
          <w:rFonts w:ascii="Gentium Plus" w:hAnsi="Gentium Plus"/>
          <w:sz w:val="24"/>
        </w:rPr>
        <w:t>ὑστριχίδι: Ἐκ δέρματος μετ’ αὐτῶν τῶν τρι‐ χῶν μάστιξ. R. V. ἐξ ὑείων τριχῶν μάστιγι. Br.</w:t>
      </w:r>
    </w:p>
    <w:p>
      <w:r>
        <w:rPr>
          <w:rFonts w:ascii="Courier New" w:hAnsi="Courier New"/>
          <w:color w:val="555555"/>
          <w:sz w:val="20"/>
        </w:rPr>
        <w:t>[sch ran 621]</w:t>
      </w:r>
    </w:p>
    <w:p>
      <w:r>
        <w:rPr>
          <w:rFonts w:ascii="Gentium Plus" w:hAnsi="Gentium Plus"/>
          <w:sz w:val="24"/>
        </w:rPr>
        <w:t>ὀπτὰς πλίνθους. V. πλὴν πράσῳ μὴ τύπτε τοῦ‐ τον: Ἐπεὶ οἱ ἐλεύθεροι πρὸ τούτου πράσοις ἐδέροντο καὶ σκορόδοις. (τὸ δὲ χ πρὸς τὸ ἔθος τοῦ τύπτειν. οἱ δὲ ὅτι διώρισται τὸ πράσον ἀπὸ τοῦ γητείου. τινὲς γὰρ</w:t>
      </w:r>
    </w:p>
    <w:p>
      <w:r>
        <w:rPr>
          <w:rFonts w:ascii="Courier New" w:hAnsi="Courier New"/>
          <w:color w:val="555555"/>
          <w:sz w:val="20"/>
        </w:rPr>
        <w:t>[5]</w:t>
      </w:r>
    </w:p>
    <w:p>
      <w:r>
        <w:rPr>
          <w:rFonts w:ascii="Gentium Plus" w:hAnsi="Gentium Plus"/>
          <w:sz w:val="24"/>
        </w:rPr>
        <w:t>οἴονται εἶναι τὸ τοῦ πράσου φύλλον. δύναται μὲν οὖν ἐν ἤθει τὰ ὄντως χαλεπὰ προσθεὶς, ἐπιφέρειν· πλὴν μὴ τούτοις αὐτὸν τύπτε, ἅπερ ἐστὶν ἐλαφρότατα. δύναται δὲ καὶ ἄντικρυς· βασάνιζε πανταχῶς αὐτὸν, μὴ ἐν παιδιᾷ, μηδὲ ὡς τοὺς ἐλευθέρους παῖδας τῷ ἐκκαυλή‐</w:t>
      </w:r>
    </w:p>
    <w:p>
      <w:r>
        <w:rPr>
          <w:rFonts w:ascii="Courier New" w:hAnsi="Courier New"/>
          <w:color w:val="555555"/>
          <w:sz w:val="20"/>
        </w:rPr>
        <w:t>[10]</w:t>
      </w:r>
    </w:p>
    <w:p>
      <w:r>
        <w:rPr>
          <w:rFonts w:ascii="Gentium Plus" w:hAnsi="Gentium Plus"/>
          <w:sz w:val="24"/>
        </w:rPr>
        <w:t>ματι τοῦ πράσου τύπτουσιν ἢ τοῦ γητείου.)</w:t>
      </w:r>
    </w:p>
    <w:p>
      <w:r>
        <w:rPr>
          <w:rFonts w:ascii="Courier New" w:hAnsi="Courier New"/>
          <w:color w:val="555555"/>
          <w:sz w:val="20"/>
        </w:rPr>
        <w:t>[sch ran 623]</w:t>
      </w:r>
    </w:p>
    <w:p>
      <w:r>
        <w:rPr>
          <w:rFonts w:ascii="Gentium Plus" w:hAnsi="Gentium Plus"/>
          <w:sz w:val="24"/>
        </w:rPr>
        <w:t>κἄν τι πηρώσω: Ἐὰν βλάψω μέρος τοῦ σώ‐ ματος τοῦ παιδίου τύπτων, τὴν τιμὴν λήψῃ.</w:t>
      </w:r>
    </w:p>
    <w:p>
      <w:r>
        <w:rPr>
          <w:rFonts w:ascii="Courier New" w:hAnsi="Courier New"/>
          <w:color w:val="555555"/>
          <w:sz w:val="20"/>
        </w:rPr>
        <w:t>[sch ran 625]</w:t>
      </w:r>
    </w:p>
    <w:p>
      <w:r>
        <w:rPr>
          <w:rFonts w:ascii="Gentium Plus" w:hAnsi="Gentium Plus"/>
          <w:sz w:val="24"/>
        </w:rPr>
        <w:t>μὴ δῆτ’ ἔμοιγε: Οἷον ἄνευ τιμῆς, οὐδὲν θέλω ὑπὲρ αὐτοῦ. ⟦τινὲς δὲ, μὴ δῆτ’ ἐμέ γε, τοῦτον δὲ βα‐ σάνιζ’ ἀπαγαγών. αὐτὸν μὲν οὖν. εἶναι δὲ καὶ ὅλον τοῦ Ξανθίου.⟧ —μὴ δῆτ’ ἔμοιγε πηρώσῃς αὐτὸν, ἀλλ’</w:t>
      </w:r>
    </w:p>
    <w:p>
      <w:r>
        <w:rPr>
          <w:rFonts w:ascii="Courier New" w:hAnsi="Courier New"/>
          <w:color w:val="555555"/>
          <w:sz w:val="20"/>
        </w:rPr>
        <w:t>[5]</w:t>
      </w:r>
    </w:p>
    <w:p>
      <w:r>
        <w:rPr>
          <w:rFonts w:ascii="Gentium Plus" w:hAnsi="Gentium Plus"/>
          <w:sz w:val="24"/>
        </w:rPr>
        <w:t>ἀπαγαγὼν αὐτὸν, οὕτως ὡς ἔφην βασάνιζε. E.</w:t>
      </w:r>
    </w:p>
    <w:p>
      <w:r>
        <w:rPr>
          <w:rFonts w:ascii="Courier New" w:hAnsi="Courier New"/>
          <w:color w:val="555555"/>
          <w:sz w:val="20"/>
        </w:rPr>
        <w:t>[sch ran 626]</w:t>
      </w:r>
    </w:p>
    <w:p>
      <w:r>
        <w:rPr>
          <w:rFonts w:ascii="Gentium Plus" w:hAnsi="Gentium Plus"/>
          <w:sz w:val="24"/>
        </w:rPr>
        <w:t>ἡ κατά ἀντὶ τῆς ὑπό. R.</w:t>
      </w:r>
    </w:p>
    <w:p>
      <w:r>
        <w:rPr>
          <w:rFonts w:ascii="Courier New" w:hAnsi="Courier New"/>
          <w:color w:val="555555"/>
          <w:sz w:val="20"/>
        </w:rPr>
        <w:t>[sch ran 627]</w:t>
      </w:r>
    </w:p>
    <w:p>
      <w:r>
        <w:rPr>
          <w:rFonts w:ascii="Gentium Plus" w:hAnsi="Gentium Plus"/>
          <w:sz w:val="24"/>
        </w:rPr>
        <w:t>κατάθου: Ἀπειλῶν τῷ Διονύσῳ λέγει τὸ κα‐ τάθου.</w:t>
      </w:r>
    </w:p>
    <w:p>
      <w:r>
        <w:rPr>
          <w:rFonts w:ascii="Courier New" w:hAnsi="Courier New"/>
          <w:color w:val="555555"/>
          <w:sz w:val="20"/>
        </w:rPr>
        <w:t>[sch ran 628]</w:t>
      </w:r>
    </w:p>
    <w:p>
      <w:r>
        <w:rPr>
          <w:rFonts w:ascii="Gentium Plus" w:hAnsi="Gentium Plus"/>
          <w:sz w:val="24"/>
        </w:rPr>
        <w:t>μηδὲν ψεῦδος: Ὁ γὰρ τόπος οὐ δέχεται ψεῦ‐ δος, ὅπου πᾶσα κρίσις. τὸ δὲ ἀγορεύω ἐν ὀργῇ λέλε‐ κται.</w:t>
      </w:r>
    </w:p>
    <w:p>
      <w:r>
        <w:rPr>
          <w:rFonts w:ascii="Courier New" w:hAnsi="Courier New"/>
          <w:color w:val="555555"/>
          <w:sz w:val="20"/>
        </w:rPr>
        <w:t>[sch ran 632]</w:t>
      </w:r>
    </w:p>
    <w:p>
      <w:r>
        <w:rPr>
          <w:rFonts w:ascii="Gentium Plus" w:hAnsi="Gentium Plus"/>
          <w:sz w:val="24"/>
        </w:rPr>
        <w:t>ταῦτ’ ἀκούεις: Ὁ παρὰ τοῦ Πλούτωνος τοῦτό φησι τῷ Ξανθίᾳ. ἀντὶ τοῦ, ὄντως εἶ δοῦλος.</w:t>
      </w:r>
    </w:p>
    <w:p>
      <w:r>
        <w:rPr>
          <w:rFonts w:ascii="Courier New" w:hAnsi="Courier New"/>
          <w:color w:val="555555"/>
          <w:sz w:val="20"/>
        </w:rPr>
        <w:t>[sch ran 636]</w:t>
      </w:r>
    </w:p>
    <w:p>
      <w:r>
        <w:rPr>
          <w:rFonts w:ascii="Gentium Plus" w:hAnsi="Gentium Plus"/>
          <w:sz w:val="24"/>
        </w:rPr>
        <w:t>οὐ καὶ σὺ τύπτει: Τὸ τύπτει δεύτερον πρόσω‐ πον, Ἀττικῶς. —[ὁ Διόνυσος πρὸς τὸν Ξανθίαν] ὅτι Ἡρακλέα σαυτὸν λέγεις. R. V. τινές φασι τοῦ Ξανθίου ὅλον εἶναι. (τινὲς δὲ, τοῦ Διονύσου πρὸς τὸν Ξανθίαν.)</w:t>
      </w:r>
    </w:p>
    <w:p>
      <w:r>
        <w:rPr>
          <w:rFonts w:ascii="Courier New" w:hAnsi="Courier New"/>
          <w:color w:val="555555"/>
          <w:sz w:val="20"/>
        </w:rPr>
        <w:t>[5]</w:t>
      </w:r>
    </w:p>
    <w:p>
      <w:r>
        <w:rPr>
          <w:rFonts w:ascii="Gentium Plus" w:hAnsi="Gentium Plus"/>
          <w:sz w:val="24"/>
        </w:rPr>
        <w:t>⟦θεὸς γὰρ ὁ Ἡρακλῆς, ὃν ὁ Ξανθίας ἐμιμεῖτο.⟧</w:t>
      </w:r>
    </w:p>
    <w:p>
      <w:r>
        <w:rPr>
          <w:rFonts w:ascii="Courier New" w:hAnsi="Courier New"/>
          <w:color w:val="555555"/>
          <w:sz w:val="20"/>
        </w:rPr>
        <w:t>[sch ran 638]</w:t>
      </w:r>
    </w:p>
    <w:p>
      <w:r>
        <w:rPr>
          <w:rFonts w:ascii="Gentium Plus" w:hAnsi="Gentium Plus"/>
          <w:sz w:val="24"/>
        </w:rPr>
        <w:t>ἢ προτιμήσαντά τι: Φροντίσαντα τῶν πληγῶν, Ἀττικῶς. ἢ ἐπιστραφέντα, τοῦ δακρῦσαι ἢ ἀποιμῶξαι ἕνεκα. —προτιμήσαντα: Φροντίσαντα, ἢ αἴσθησιν λαβόντα. Br.</w:t>
      </w:r>
    </w:p>
    <w:p>
      <w:r>
        <w:rPr>
          <w:rFonts w:ascii="Courier New" w:hAnsi="Courier New"/>
          <w:color w:val="555555"/>
          <w:sz w:val="20"/>
        </w:rPr>
        <w:t>[sch ran 644*]</w:t>
      </w:r>
    </w:p>
    <w:p>
      <w:r>
        <w:rPr>
          <w:rFonts w:ascii="Gentium Plus" w:hAnsi="Gentium Plus"/>
          <w:sz w:val="24"/>
        </w:rPr>
        <w:t>παρακινήσαντα: Κινηθέντα, ἢ σαλευθέντα, (ἐκτραπέντα τοῦ καθεστηκότος ἢ αἰσθανθέντα, παρό‐ σον ὁ αἰσθανόμενος μάστιγος κινεῖται.) —ἀποκινή‐ σαντ’: Ἐκτραπέντα τοῦ καθεστηκότος. E.</w:t>
      </w:r>
    </w:p>
    <w:p>
      <w:r>
        <w:rPr>
          <w:rFonts w:ascii="Courier New" w:hAnsi="Courier New"/>
          <w:color w:val="555555"/>
          <w:sz w:val="20"/>
        </w:rPr>
        <w:t>[sch ran 645]</w:t>
      </w:r>
    </w:p>
    <w:p>
      <w:r>
        <w:rPr>
          <w:rFonts w:ascii="Gentium Plus" w:hAnsi="Gentium Plus"/>
          <w:sz w:val="24"/>
        </w:rPr>
        <w:t>ἤδη ’πάταξά ς’: Πιθανὸν τὸν Ξανθίαν πρῶτον τύπτεσθαι. (οὕτω γὰρ καὶ τὸ «οὐ μὰ Δί’ ἀλλ’ ἐφρόν‐ τισα, ὁπόθ’ Ἡράκλεια τἀν Διομείοις.» τινὲς [μὲν ὅτι Ξανθίας]. εἰς αὐτὸν [γὰρ] ἐλεύσεται, ἅτε δὴ</w:t>
      </w:r>
    </w:p>
    <w:p>
      <w:r>
        <w:rPr>
          <w:rFonts w:ascii="Courier New" w:hAnsi="Courier New"/>
          <w:color w:val="555555"/>
          <w:sz w:val="20"/>
        </w:rPr>
        <w:t>[5]</w:t>
      </w:r>
    </w:p>
    <w:p>
      <w:r>
        <w:rPr>
          <w:rFonts w:ascii="Gentium Plus" w:hAnsi="Gentium Plus"/>
          <w:sz w:val="24"/>
        </w:rPr>
        <w:t>Ἡρακλέα τέως ὄντα. τινὲς δὲ, ὅτι Διόνυσος. ἔχει δὲ καὶ τοῦτο λόγον, ὅτι θεράπων νῦν ἐστιν ὁ Διόνυσος καὶ πρῶτος τύπτεται.) προσποιεῖται γοῦν (ὁ ἕτερος) μὴ αἰσθάνεσθαι, λέγων, οὐδ’ ἐμοὶ δοκεῖς.</w:t>
      </w:r>
    </w:p>
    <w:p>
      <w:r>
        <w:rPr>
          <w:rFonts w:ascii="Courier New" w:hAnsi="Courier New"/>
          <w:color w:val="555555"/>
          <w:sz w:val="20"/>
        </w:rPr>
        <w:t>[sch ran 646]</w:t>
      </w:r>
    </w:p>
    <w:p>
      <w:r>
        <w:rPr>
          <w:rFonts w:ascii="Gentium Plus" w:hAnsi="Gentium Plus"/>
          <w:sz w:val="24"/>
        </w:rPr>
        <w:t>πηνίκα: Ὡς μὴ αἰσθανόμενος καὶ αὐτὸς ὁ Διόνυσος λέγει· πότε με ἔτυψας.</w:t>
      </w:r>
    </w:p>
    <w:p>
      <w:r>
        <w:rPr>
          <w:rFonts w:ascii="Courier New" w:hAnsi="Courier New"/>
          <w:color w:val="555555"/>
          <w:sz w:val="20"/>
        </w:rPr>
        <w:t>[sch ran 647]</w:t>
      </w:r>
    </w:p>
    <w:p>
      <w:r>
        <w:rPr>
          <w:rFonts w:ascii="Gentium Plus" w:hAnsi="Gentium Plus"/>
          <w:sz w:val="24"/>
        </w:rPr>
        <w:t>κᾆτα πῶς οὐκ ἔπταρον: Οὐκ ᾐσθόμην. ὁ γὰρ πταρμὸς κεφαλῆς κίνησις καὶ αἴσθησις. ἢ ἐπεὶ οἱ θι‐ γόντες τοῦ μυκτῆρος λεπτῷ κάρφει πτάρνυνται, ἢ ὀσφραίνονται προσενεγκόντες. οὕτω, φησὶν, ἥψατό μου</w:t>
      </w:r>
    </w:p>
    <w:p>
      <w:r>
        <w:rPr>
          <w:rFonts w:ascii="Courier New" w:hAnsi="Courier New"/>
          <w:color w:val="555555"/>
          <w:sz w:val="20"/>
        </w:rPr>
        <w:t>[5]</w:t>
      </w:r>
    </w:p>
    <w:p>
      <w:r>
        <w:rPr>
          <w:rFonts w:ascii="Gentium Plus" w:hAnsi="Gentium Plus"/>
          <w:sz w:val="24"/>
        </w:rPr>
        <w:t>ἡ πληγὴ, ὃν τρόπον ἅπτεται κάρφος μυκτῆρος.</w:t>
      </w:r>
    </w:p>
    <w:p>
      <w:r>
        <w:rPr>
          <w:rFonts w:ascii="Courier New" w:hAnsi="Courier New"/>
          <w:color w:val="555555"/>
          <w:sz w:val="20"/>
        </w:rPr>
        <w:t>[sch ran 649]</w:t>
      </w:r>
    </w:p>
    <w:p>
      <w:r>
        <w:rPr>
          <w:rFonts w:ascii="Gentium Plus" w:hAnsi="Gentium Plus"/>
          <w:sz w:val="24"/>
        </w:rPr>
        <w:t>οὔκουν ἀνύσεις: Οὐ σπεύσεις· αὐτὸς ὁ μαστι‐ γούμενος ἐπικελεύων τῷ τύπτοντι.</w:t>
      </w:r>
    </w:p>
    <w:p>
      <w:r>
        <w:rPr>
          <w:rFonts w:ascii="Courier New" w:hAnsi="Courier New"/>
          <w:color w:val="555555"/>
          <w:sz w:val="20"/>
        </w:rPr>
        <w:t>[sch ran 651]</w:t>
      </w:r>
    </w:p>
    <w:p>
      <w:r>
        <w:rPr>
          <w:rFonts w:ascii="Gentium Plus" w:hAnsi="Gentium Plus"/>
          <w:sz w:val="24"/>
        </w:rPr>
        <w:t>τἀν Διομείοις: Δῆμος τῆς Αἰγηίδος φυλῆς, ἀπὸ Διόμου (ἐρωμένου) τοῦ Ἡρακλέους. ἔστι δὲ Ἡράκλειον αὐτόθι. περὶ οὗ καὶ Ῥιανός φησι δηλῶν, ὅτι Δίομος Ἡρακλῆς ἐγένετο. —τοῦτο ὡς ἀλγήσας φησί. R.</w:t>
      </w:r>
    </w:p>
    <w:p>
      <w:r>
        <w:rPr>
          <w:rFonts w:ascii="Courier New" w:hAnsi="Courier New"/>
          <w:color w:val="555555"/>
          <w:sz w:val="20"/>
        </w:rPr>
        <w:t>[sch ran 652]</w:t>
      </w:r>
    </w:p>
    <w:p>
      <w:r>
        <w:rPr>
          <w:rFonts w:ascii="Gentium Plus" w:hAnsi="Gentium Plus"/>
          <w:sz w:val="24"/>
        </w:rPr>
        <w:t>ἐπὶ τὸν ἕτερον, ἵνα τύψῃ αὐτόν. R. ἄνθρωπος ἱερός: Ἀποδέχεται αὐτὸν ὁ τύπτων ὡς δερόμενον καὶ φροντίζοντα τῶν μυστηρίων. ⟦τυπτόμενος γὰρ θείας τελετῆς μέμνηται.⟧</w:t>
      </w:r>
    </w:p>
    <w:p>
      <w:r>
        <w:rPr>
          <w:rFonts w:ascii="Courier New" w:hAnsi="Courier New"/>
          <w:color w:val="555555"/>
          <w:sz w:val="20"/>
        </w:rPr>
        <w:t>[sch ran 653]</w:t>
      </w:r>
    </w:p>
    <w:p>
      <w:r>
        <w:rPr>
          <w:rFonts w:ascii="Gentium Plus" w:hAnsi="Gentium Plus"/>
          <w:sz w:val="24"/>
        </w:rPr>
        <w:t>τὸ ἰοὺ ἰού ὡς αἰσθόμενος ὁ Διόνυσος λέγει. R. ἱππέας ὁρῶ: Ὡς θαυμάζων ἱππέων ἔφοδον. προφάσεις δὲ ἐξευρίσκουσι γελοίως.</w:t>
      </w:r>
    </w:p>
    <w:p>
      <w:r>
        <w:rPr>
          <w:rFonts w:ascii="Courier New" w:hAnsi="Courier New"/>
          <w:color w:val="555555"/>
          <w:sz w:val="20"/>
        </w:rPr>
        <w:t>[sch ran 654]</w:t>
      </w:r>
    </w:p>
    <w:p>
      <w:r>
        <w:rPr>
          <w:rFonts w:ascii="Gentium Plus" w:hAnsi="Gentium Plus"/>
          <w:sz w:val="24"/>
        </w:rPr>
        <w:t>κρομμύων ὀσφραίνομαι: Τοῦτο γὰρ συμβαίνει, τὸ δακρύειν ἀκουσίως, τοῖς ὀσφραινομένοις κρομμύων. —ταῦτα γὰρ παρεκτικὰ δακρύων. Θ.</w:t>
      </w:r>
    </w:p>
    <w:p>
      <w:r>
        <w:rPr>
          <w:rFonts w:ascii="Courier New" w:hAnsi="Courier New"/>
          <w:color w:val="555555"/>
          <w:sz w:val="20"/>
        </w:rPr>
        <w:t>[sch ran 655]</w:t>
      </w:r>
    </w:p>
    <w:p>
      <w:r>
        <w:rPr>
          <w:rFonts w:ascii="Gentium Plus" w:hAnsi="Gentium Plus"/>
          <w:sz w:val="24"/>
        </w:rPr>
        <w:t>(ἔπειτα προτιμᾷς οὐδέν: Καὶ νῦν οἷον οὐκ ἐπιστρέφῃ. δύναται δὲ τὸ αὐτὸ πρόσωπον λέγειν ὅλον.)</w:t>
      </w:r>
    </w:p>
    <w:p>
      <w:r>
        <w:rPr>
          <w:rFonts w:ascii="Courier New" w:hAnsi="Courier New"/>
          <w:color w:val="555555"/>
          <w:sz w:val="20"/>
        </w:rPr>
        <w:t>[sch ran 657]</w:t>
      </w:r>
    </w:p>
    <w:p>
      <w:r>
        <w:rPr>
          <w:rFonts w:ascii="Gentium Plus" w:hAnsi="Gentium Plus"/>
          <w:sz w:val="24"/>
        </w:rPr>
        <w:t>τὴν ἄκανθαν ἔξελε: Ὁ Ξανθίας ἀλγήσας λέγει. R. ἐπάρας (τὸν πόδα) τὴν πτέρναν δείκνυσι.</w:t>
      </w:r>
    </w:p>
    <w:p>
      <w:r>
        <w:rPr>
          <w:rFonts w:ascii="Courier New" w:hAnsi="Courier New"/>
          <w:color w:val="555555"/>
          <w:sz w:val="20"/>
        </w:rPr>
        <w:t>[sch ran 658]</w:t>
      </w:r>
    </w:p>
    <w:p>
      <w:r>
        <w:rPr>
          <w:rFonts w:ascii="Gentium Plus" w:hAnsi="Gentium Plus"/>
          <w:sz w:val="24"/>
        </w:rPr>
        <w:t>τί τὸ πρᾶγμα τουτί: Ὡς δυσκρίτως ἔχων τοῦτο λέγει ὁ Αἰακός.</w:t>
      </w:r>
    </w:p>
    <w:p>
      <w:r>
        <w:rPr>
          <w:rFonts w:ascii="Courier New" w:hAnsi="Courier New"/>
          <w:color w:val="555555"/>
          <w:sz w:val="20"/>
        </w:rPr>
        <w:t>[sch ran 659]</w:t>
      </w:r>
    </w:p>
    <w:p>
      <w:r>
        <w:rPr>
          <w:rFonts w:ascii="Gentium Plus" w:hAnsi="Gentium Plus"/>
          <w:sz w:val="24"/>
        </w:rPr>
        <w:t>(Ἄπολλον, ὅς που: ᾌδειν προσποιεῖται αἰσθό‐ μενος ὁ Διόνυσος. οἱ γὰρ ἀλγοῦντες τοὺς θεοὺς ἀνακα‐ λοῦνται.)</w:t>
      </w:r>
    </w:p>
    <w:p>
      <w:r>
        <w:rPr>
          <w:rFonts w:ascii="Courier New" w:hAnsi="Courier New"/>
          <w:color w:val="555555"/>
          <w:sz w:val="20"/>
        </w:rPr>
        <w:t>[sch ran 661]</w:t>
      </w:r>
    </w:p>
    <w:p>
      <w:r>
        <w:rPr>
          <w:rFonts w:ascii="Gentium Plus" w:hAnsi="Gentium Plus"/>
          <w:sz w:val="24"/>
        </w:rPr>
        <w:t>(ἴαμβον Ἱππώνακτος: Ὡς ἀλγήσας καὶ συγ‐ κεχυμένος οὐκ οἶδε τί λέγει· ἐπεὶ οὐχ Ἱππώνακτος, ἀλλ’ Ἀνανίου. ἐπιφέρει δὲ ὁ Ἀνανίας αὐτῷ ἢ Νάξον, ἢ Μίλητον, ἢ θείαν Κλάρον</w:t>
      </w:r>
    </w:p>
    <w:p>
      <w:r>
        <w:rPr>
          <w:rFonts w:ascii="Courier New" w:hAnsi="Courier New"/>
          <w:color w:val="555555"/>
          <w:sz w:val="20"/>
        </w:rPr>
        <w:t>[5]</w:t>
      </w:r>
    </w:p>
    <w:p>
      <w:r>
        <w:rPr>
          <w:rFonts w:ascii="Gentium Plus" w:hAnsi="Gentium Plus"/>
          <w:sz w:val="24"/>
        </w:rPr>
        <w:t>ἵκου καθ’ ἱέρ’, ἢ Σκύθας ἀφίξεαι.)</w:t>
      </w:r>
    </w:p>
    <w:p>
      <w:r>
        <w:rPr>
          <w:rFonts w:ascii="Courier New" w:hAnsi="Courier New"/>
          <w:color w:val="555555"/>
          <w:sz w:val="20"/>
        </w:rPr>
        <w:t>[sch ran 662]</w:t>
      </w:r>
    </w:p>
    <w:p>
      <w:r>
        <w:rPr>
          <w:rFonts w:ascii="Gentium Plus" w:hAnsi="Gentium Plus"/>
          <w:sz w:val="24"/>
        </w:rPr>
        <w:t>τὰς λαγόνας σπόδει: Κάθαιρε. σποδεῖν γὰρ κυρίως τὸ τοὺς βωμοὺς καθαίρειν.</w:t>
      </w:r>
    </w:p>
    <w:p>
      <w:r>
        <w:rPr>
          <w:rFonts w:ascii="Courier New" w:hAnsi="Courier New"/>
          <w:color w:val="555555"/>
          <w:sz w:val="20"/>
        </w:rPr>
        <w:t>[sch ran 664]</w:t>
      </w:r>
    </w:p>
    <w:p>
      <w:r>
        <w:rPr>
          <w:rFonts w:ascii="Gentium Plus" w:hAnsi="Gentium Plus"/>
          <w:sz w:val="24"/>
        </w:rPr>
        <w:t>ὁ ἕτερος τῶν τυπτομένων λέγει. R.</w:t>
      </w:r>
    </w:p>
    <w:p>
      <w:r>
        <w:rPr>
          <w:rFonts w:ascii="Courier New" w:hAnsi="Courier New"/>
          <w:color w:val="555555"/>
          <w:sz w:val="20"/>
        </w:rPr>
        <w:t>[sch ran 665]</w:t>
      </w:r>
    </w:p>
    <w:p>
      <w:r>
        <w:rPr>
          <w:rFonts w:ascii="Gentium Plus" w:hAnsi="Gentium Plus"/>
          <w:sz w:val="24"/>
        </w:rPr>
        <w:t>(ὃς Αἰγαίου πρῶνας: Παρὰ τὰ Σοφοκλέους ἐκ Λαοκόωντος «Πόσειδον, ὃς Αἰγαίου μέδεις πρῶνας, ἢ «γλαυκᾶς μέδεις εὐανέμου λίμνας, ἐφ’ ὑψηλαῖς σπιλά‐ «δεσσι στομάτων.»)</w:t>
      </w:r>
    </w:p>
    <w:p>
      <w:r>
        <w:rPr>
          <w:rFonts w:ascii="Courier New" w:hAnsi="Courier New"/>
          <w:color w:val="555555"/>
          <w:sz w:val="20"/>
        </w:rPr>
        <w:t>[sch ran 668]</w:t>
      </w:r>
    </w:p>
    <w:p>
      <w:r>
        <w:rPr>
          <w:rFonts w:ascii="Gentium Plus" w:hAnsi="Gentium Plus"/>
          <w:sz w:val="24"/>
        </w:rPr>
        <w:t>ἀμφότεροι γὰρ ὠδυνήθησαν. R. V.</w:t>
      </w:r>
    </w:p>
    <w:p>
      <w:r>
        <w:rPr>
          <w:rFonts w:ascii="Courier New" w:hAnsi="Courier New"/>
          <w:color w:val="555555"/>
          <w:sz w:val="20"/>
        </w:rPr>
        <w:t>[sch ran 670]</w:t>
      </w:r>
    </w:p>
    <w:p>
      <w:r>
        <w:rPr>
          <w:rFonts w:ascii="Gentium Plus" w:hAnsi="Gentium Plus"/>
          <w:sz w:val="24"/>
        </w:rPr>
        <w:t>ὁ ᾍδης. R. ὁ Πλούτων. Θ. τὸν θεὸν ἐξ ὑμῶν. R. V.</w:t>
      </w:r>
    </w:p>
    <w:p>
      <w:r>
        <w:rPr>
          <w:rFonts w:ascii="Courier New" w:hAnsi="Courier New"/>
          <w:color w:val="555555"/>
          <w:sz w:val="20"/>
        </w:rPr>
        <w:t>[sch ran 675]</w:t>
      </w:r>
    </w:p>
    <w:p>
      <w:r>
        <w:rPr>
          <w:rFonts w:ascii="Gentium Plus" w:hAnsi="Gentium Plus"/>
          <w:sz w:val="24"/>
        </w:rPr>
        <w:t>⟦Μοῦσα χορῶν ἱερῶν: Κἀνταῦθα παράβασίς ἐστιν, ἀλλ’ οὐκ ἔχει πάντα μέρη τῆς παραβάσεως, ἀλλὰ</w:t>
      </w:r>
    </w:p>
    <w:p>
      <w:r>
        <w:rPr>
          <w:rFonts w:ascii="Courier New" w:hAnsi="Courier New"/>
          <w:color w:val="555555"/>
          <w:sz w:val="20"/>
        </w:rPr>
        <w:t>[5]</w:t>
      </w:r>
    </w:p>
    <w:p>
      <w:r>
        <w:rPr>
          <w:rFonts w:ascii="Gentium Plus" w:hAnsi="Gentium Plus"/>
          <w:sz w:val="24"/>
        </w:rPr>
        <w:t>κώλων πολυσχηματίστων ιβʹ. ὧν τὸ πρῶτον τετρά‐ μετρον βραχυκατάληκτον ἀσυνάρτητον προσοδιακὸν ἀναπαιστικὸν καλούμενον, ἢ δακτυλικὸν τετράμετρον ἀκατάληκτον. τὸ δεύτερον ἀναπαιστικὸν δίμετρον κα‐ ταληκτικόν. τὸ τρίτον ὅμοιον τρίμετρον ἀκατάληκτον,</w:t>
      </w:r>
    </w:p>
    <w:p>
      <w:r>
        <w:rPr>
          <w:rFonts w:ascii="Courier New" w:hAnsi="Courier New"/>
          <w:color w:val="555555"/>
          <w:sz w:val="20"/>
        </w:rPr>
        <w:t>[10]</w:t>
      </w:r>
    </w:p>
    <w:p>
      <w:r>
        <w:rPr>
          <w:rFonts w:ascii="Gentium Plus" w:hAnsi="Gentium Plus"/>
          <w:sz w:val="24"/>
        </w:rPr>
        <w:t>κατὰ τὴν τρίτην χώραν τῆς μὲν ᾠδῆς ἀμφιβράχεος, τῆς δ’ ἀντῳδῆς κρητικοῦ κειμένου. τὸ τέταρτον χοριαμ‐ βικὸν, τοῦ δευτέρου ποδὸς ὄντος διτροχαίου, τρίμετρον βραχυκατάληκτον. τὸ εʹ ἀναπαιστικὸν δίμετρον ἀκατά‐ ληκτον. τὸ ϛʹ δίμετρον ἐξ Ἰωνικοῦ ἀπὸ μείζονος καὶ</w:t>
      </w:r>
    </w:p>
    <w:p>
      <w:r>
        <w:rPr>
          <w:rFonts w:ascii="Courier New" w:hAnsi="Courier New"/>
          <w:color w:val="555555"/>
          <w:sz w:val="20"/>
        </w:rPr>
        <w:t>[15]</w:t>
      </w:r>
    </w:p>
    <w:p>
      <w:r>
        <w:rPr>
          <w:rFonts w:ascii="Gentium Plus" w:hAnsi="Gentium Plus"/>
          <w:sz w:val="24"/>
        </w:rPr>
        <w:t>χοριάμβου ἀκατάληκτον. τὸ δὲ τῆς ἀντῳδῆς ἐκ διιάμ‐ βου καὶ διτροχαίου, τὸ ἕβδομον δακτυλικὸν πενθημι‐ μερές. τὸ ὄγδοον χοριαμβικὸν ἡμιόλιον, συνίζησιν ἔχον εἰς τὸ Θρηϊκία, διὰ τὸ ἡμιόλιον εἶναι τὸ τῆς ἀντῳδῆς ἐκ διτροχαίου. τὸ ἔνατον ὅμοιον τῷ πέμπτῳ καὶ τὸ δέκατον,</w:t>
      </w:r>
    </w:p>
    <w:p>
      <w:r>
        <w:rPr>
          <w:rFonts w:ascii="Courier New" w:hAnsi="Courier New"/>
          <w:color w:val="555555"/>
          <w:sz w:val="20"/>
        </w:rPr>
        <w:t>[20]</w:t>
      </w:r>
    </w:p>
    <w:p>
      <w:r>
        <w:rPr>
          <w:rFonts w:ascii="Gentium Plus" w:hAnsi="Gentium Plus"/>
          <w:sz w:val="24"/>
        </w:rPr>
        <w:t>τὸ ἑνδέκατον μονόμετρον ὑπερκατάληκτον. τὸ δωδέκατον τροχαϊκὸν δίμετρον βραχυκατάληκτον ἰθυφαλλικόν. ἡ δὲ ἀντῳδὴ ἰσόμετρος. ἐπὶ τῷ τέλει τῆς μὲν ᾠδῆς παρά‐ γραφος καὶ διπλῆ ἔσω νενευκυῖα· τῆς δὲ ἀντῳδῆς δύο δι‐ πλαῖ ἔξω νενευκυῖαι, ἡ μὲν ἐν ἀρχῇ τοῦ κώλου, ἡ δὲ</w:t>
      </w:r>
    </w:p>
    <w:p>
      <w:r>
        <w:rPr>
          <w:rFonts w:ascii="Courier New" w:hAnsi="Courier New"/>
          <w:color w:val="555555"/>
          <w:sz w:val="20"/>
        </w:rPr>
        <w:t>[25]</w:t>
      </w:r>
    </w:p>
    <w:p>
      <w:r>
        <w:rPr>
          <w:rFonts w:ascii="Gentium Plus" w:hAnsi="Gentium Plus"/>
          <w:sz w:val="24"/>
        </w:rPr>
        <w:t>κατὰ τὸ τέλος.⟧ —Μοῦσα: Τερψιχόρη. Θ.</w:t>
      </w:r>
    </w:p>
    <w:p>
      <w:r>
        <w:rPr>
          <w:rFonts w:ascii="Courier New" w:hAnsi="Courier New"/>
          <w:color w:val="555555"/>
          <w:sz w:val="20"/>
        </w:rPr>
        <w:t>[sch ran 679]</w:t>
      </w:r>
    </w:p>
    <w:p>
      <w:r>
        <w:rPr>
          <w:rFonts w:ascii="Gentium Plus" w:hAnsi="Gentium Plus"/>
          <w:sz w:val="24"/>
        </w:rPr>
        <w:t>Κλεοφῶντος: Κλεοφῶν στρατηγὸς τῶν Ἀθη‐ ναίων. καὶ εἰς τοῦτον τὸν δημαγωγὸν ὅλον δρᾶμα φέ‐ ρεται Πλάτωνος καὶ ἐπιγράφεται ὁμωνύμως αὐτῷ Κλεοφῶν. τοῦτον δὲ κωμῳδεῖ ὡς ξένον καὶ ἀμαθῆ καὶ</w:t>
      </w:r>
    </w:p>
    <w:p>
      <w:r>
        <w:rPr>
          <w:rFonts w:ascii="Courier New" w:hAnsi="Courier New"/>
          <w:color w:val="555555"/>
          <w:sz w:val="20"/>
        </w:rPr>
        <w:t>[5]</w:t>
      </w:r>
    </w:p>
    <w:p>
      <w:r>
        <w:rPr>
          <w:rFonts w:ascii="Gentium Plus" w:hAnsi="Gentium Plus"/>
          <w:sz w:val="24"/>
        </w:rPr>
        <w:t>φλύαρον (καὶ δυσγενῆ. Θρᾷκα γὰρ αὐτὸν ἔλεγεν. ἀν‐ τεποιεῖτο δὲ τῶν πρωτείων τῆς πόλεως).</w:t>
      </w:r>
    </w:p>
    <w:p>
      <w:r>
        <w:rPr>
          <w:rFonts w:ascii="Courier New" w:hAnsi="Courier New"/>
          <w:color w:val="555555"/>
          <w:sz w:val="20"/>
        </w:rPr>
        <w:t>[sch ran 681]</w:t>
      </w:r>
    </w:p>
    <w:p>
      <w:r>
        <w:rPr>
          <w:rFonts w:ascii="Gentium Plus" w:hAnsi="Gentium Plus"/>
          <w:sz w:val="24"/>
        </w:rPr>
        <w:t>(Θρῃκία χελιδὼν: Ἵνα διαβάλλῃ αὐτὸν ὡς βάρβαρον. κωμῳδεῖται δὲ ὡς υἱὸς Θρᾴσσης. οὗτος δὲ ἦν ὁ καλούμενος Κλεοφῶν ὁ λυροποιός. καὶ Πλάτων ἐν Κλεοφῶντι δράματι βαρβαρίζουσαν πρὸς αὐτὸν πε‐</w:t>
      </w:r>
    </w:p>
    <w:p>
      <w:r>
        <w:rPr>
          <w:rFonts w:ascii="Courier New" w:hAnsi="Courier New"/>
          <w:color w:val="555555"/>
          <w:sz w:val="20"/>
        </w:rPr>
        <w:t>[5]</w:t>
      </w:r>
    </w:p>
    <w:p>
      <w:r>
        <w:rPr>
          <w:rFonts w:ascii="Gentium Plus" w:hAnsi="Gentium Plus"/>
          <w:sz w:val="24"/>
        </w:rPr>
        <w:t>ποίηκε τὴν μητέρα. καὶ αὐτὴ δὲ Θρᾷσσα ἐλέγετο.) ⟦χελιδὼν δὲ, ἀπαιδευσία. ἀηδόνιον δὲ νόμον, παρόσον ἡ ἀηδὼν τὸν ἑαυτῆς υἱὸν Ἴτυν θρηνεῖ. καὶ τοῦτον ἐπί‐ κλαυτον ᾄδειν λέγει συνειδότα ἑαυτῷ δεινότατα περὶ τὴν πόλιν πεπανουργηκότι.⟧ —ἀντὶ τοῦ ἀπαιδευσία. σκώ‐</w:t>
      </w:r>
    </w:p>
    <w:p>
      <w:r>
        <w:rPr>
          <w:rFonts w:ascii="Courier New" w:hAnsi="Courier New"/>
          <w:color w:val="555555"/>
          <w:sz w:val="20"/>
        </w:rPr>
        <w:t>[10]</w:t>
      </w:r>
    </w:p>
    <w:p>
      <w:r>
        <w:rPr>
          <w:rFonts w:ascii="Gentium Plus" w:hAnsi="Gentium Plus"/>
          <w:sz w:val="24"/>
        </w:rPr>
        <w:t>πτει δὲ αὐτὸν ὡς Θρᾷκα. R. V.</w:t>
      </w:r>
    </w:p>
    <w:p>
      <w:r>
        <w:rPr>
          <w:rFonts w:ascii="Courier New" w:hAnsi="Courier New"/>
          <w:color w:val="555555"/>
          <w:sz w:val="20"/>
        </w:rPr>
        <w:t>[sch ran 684]</w:t>
      </w:r>
    </w:p>
    <w:p>
      <w:r>
        <w:rPr>
          <w:rFonts w:ascii="Gentium Plus" w:hAnsi="Gentium Plus"/>
          <w:sz w:val="24"/>
        </w:rPr>
        <w:t>γοερὸν, θρηνητικόν. R.</w:t>
      </w:r>
    </w:p>
    <w:p>
      <w:r>
        <w:rPr>
          <w:rFonts w:ascii="Courier New" w:hAnsi="Courier New"/>
          <w:color w:val="555555"/>
          <w:sz w:val="20"/>
        </w:rPr>
        <w:t>[sch ran 685]</w:t>
      </w:r>
    </w:p>
    <w:p>
      <w:r>
        <w:rPr>
          <w:rFonts w:ascii="Gentium Plus" w:hAnsi="Gentium Plus"/>
          <w:sz w:val="24"/>
        </w:rPr>
        <w:t>κἂν ἴσαι γένωνται: Αἱ ψῆφοι δηλονότι ⟦αἱ λευκαὶ καὶ αἱ μέλαιναι⟧. ὑπερβολικῶς δὲ εἶπεν, ὅταν γὰρ ἴσαι αἱ ψῆφοι γένωνται, ἀπολύεται ὁ κατηγορού‐ μενος. πρὸς τὸ ἔθος δὲ, ὅτι ὁ φεύγων ἀπολύεται ἴσων</w:t>
      </w:r>
    </w:p>
    <w:p>
      <w:r>
        <w:rPr>
          <w:rFonts w:ascii="Courier New" w:hAnsi="Courier New"/>
          <w:color w:val="555555"/>
          <w:sz w:val="20"/>
        </w:rPr>
        <w:t>[5]</w:t>
      </w:r>
    </w:p>
    <w:p>
      <w:r>
        <w:rPr>
          <w:rFonts w:ascii="Gentium Plus" w:hAnsi="Gentium Plus"/>
          <w:sz w:val="24"/>
        </w:rPr>
        <w:t>τῶν ψήφων ἐνεχθεισῶν, ἀπὸ τοῦ κατὰ τὸν Ὀρέστην γενομένου. Εὐριπίδης ἐν Ἰφιγενείᾳ τῇ ἐν Ταύροις [1469] ἐξέσωσά σε καὶ πρίν γ’ Ἀρείοις ἐν πάγοις ψήφους ἴσας</w:t>
      </w:r>
    </w:p>
    <w:p>
      <w:r>
        <w:rPr>
          <w:rFonts w:ascii="Courier New" w:hAnsi="Courier New"/>
          <w:color w:val="555555"/>
          <w:sz w:val="20"/>
        </w:rPr>
        <w:t>[10]</w:t>
      </w:r>
    </w:p>
    <w:p>
      <w:r>
        <w:rPr>
          <w:rFonts w:ascii="Gentium Plus" w:hAnsi="Gentium Plus"/>
          <w:sz w:val="24"/>
        </w:rPr>
        <w:t>κρίνας’, Ὀρέστα.</w:t>
      </w:r>
    </w:p>
    <w:p>
      <w:r>
        <w:rPr>
          <w:rFonts w:ascii="Courier New" w:hAnsi="Courier New"/>
          <w:color w:val="555555"/>
          <w:sz w:val="20"/>
        </w:rPr>
        <w:t>[sch ran 686]</w:t>
      </w:r>
    </w:p>
    <w:p>
      <w:r>
        <w:rPr>
          <w:rFonts w:ascii="Gentium Plus" w:hAnsi="Gentium Plus"/>
          <w:sz w:val="24"/>
        </w:rPr>
        <w:t>παράβασις τοῦ χοροῦ πρὸς τοὺς θεατάς. ἐπίρ‐ ρημα. V. τὸν ἱερὸν χορὸν δίκαιόν ἐστι: Τὸ τοιοῦτον παράβασις καλεῖται, ἅπερ ἔλεγον ἐπιστρέφοντες πρὸς</w:t>
      </w:r>
    </w:p>
    <w:p>
      <w:r>
        <w:rPr>
          <w:rFonts w:ascii="Courier New" w:hAnsi="Courier New"/>
          <w:color w:val="555555"/>
          <w:sz w:val="20"/>
        </w:rPr>
        <w:t>[5]</w:t>
      </w:r>
    </w:p>
    <w:p>
      <w:r>
        <w:rPr>
          <w:rFonts w:ascii="Gentium Plus" w:hAnsi="Gentium Plus"/>
          <w:sz w:val="24"/>
        </w:rPr>
        <w:t>ἑξῆς τοῦ δράματος ὁ ποιητὴς συμβουλεύσῃ τοῖς θεωμέ‐ νοις, ἢ ἄλλο τι ἐκτὸς λέγῃ τῆς ὑποθέσεως. ⟦σύγκειται δὲ ἐκ στίχων τροχαϊκῶν τετραμέτρων καταληκτικῶν κʹ. ὧν τελευταῖος ὑστέρῳ χρόνῳ πότ’ αὖθις εὖ φρονεῖν οὐ δόξομεν.</w:t>
      </w:r>
    </w:p>
    <w:p>
      <w:r>
        <w:rPr>
          <w:rFonts w:ascii="Courier New" w:hAnsi="Courier New"/>
          <w:color w:val="555555"/>
          <w:sz w:val="20"/>
        </w:rPr>
        <w:t>[10]</w:t>
      </w:r>
    </w:p>
    <w:p>
      <w:r>
        <w:rPr>
          <w:rFonts w:ascii="Gentium Plus" w:hAnsi="Gentium Plus"/>
          <w:sz w:val="24"/>
        </w:rPr>
        <w:t>ἐπὶ τῷ τέλει διπλῆ ἔσω νενευκυῖα διὰ τὴν ἀνταπόδοσιν.⟧</w:t>
      </w:r>
    </w:p>
    <w:p>
      <w:r>
        <w:rPr>
          <w:rFonts w:ascii="Courier New" w:hAnsi="Courier New"/>
          <w:color w:val="555555"/>
          <w:sz w:val="20"/>
        </w:rPr>
        <w:t>[sch ran 688]</w:t>
      </w:r>
    </w:p>
    <w:p>
      <w:r>
        <w:rPr>
          <w:rFonts w:ascii="Gentium Plus" w:hAnsi="Gentium Plus"/>
          <w:sz w:val="24"/>
        </w:rPr>
        <w:t>ἐξισῶσαι τοὺς πολίτας: Τουτέστιν, ἐντίμους ποιῆσαι τοὺς ἀτιμωθέντας. τοιαύτη γὰρ κατάστασις ἐνειστήκει, καθ’ ἣν ἐφυγαδεύθησάν τινες τῶν πολιτῶν καὶ ἄτιμοι ἐγένοντο. —δημοκρατίαν ποιῆσαι. R. Θ. M.</w:t>
      </w:r>
    </w:p>
    <w:p>
      <w:r>
        <w:rPr>
          <w:rFonts w:ascii="Courier New" w:hAnsi="Courier New"/>
          <w:color w:val="555555"/>
          <w:sz w:val="20"/>
        </w:rPr>
        <w:t>[5]</w:t>
      </w:r>
    </w:p>
    <w:p>
      <w:r>
        <w:rPr>
          <w:rFonts w:ascii="Gentium Plus" w:hAnsi="Gentium Plus"/>
          <w:sz w:val="24"/>
        </w:rPr>
        <w:t>(Ἄλλως.) ἴσως κἀνταῦθα περὶ τῶν δʹ λέγει στρατηγῶν, οἷον, καὶ εἴ τις ἥμαρτε σφαλεὶς, ἀπολογησάσθω κατα‐ κληθείς. δείματα δὲ τὰς ἀτιμίας λέγει, τοὺς φόβους ἀφελεῖν ἀπὸ τῶν εὐλαβουμένων. —τὰ δείματα: Τοὺς φόβους τοῦ ἐπικειμένου πολέμου. Vict. τὸ δὲ Φρυνίχου</w:t>
      </w:r>
    </w:p>
    <w:p>
      <w:r>
        <w:rPr>
          <w:rFonts w:ascii="Courier New" w:hAnsi="Courier New"/>
          <w:color w:val="555555"/>
          <w:sz w:val="20"/>
        </w:rPr>
        <w:t>[10]</w:t>
      </w:r>
    </w:p>
    <w:p>
      <w:r>
        <w:rPr>
          <w:rFonts w:ascii="Gentium Plus" w:hAnsi="Gentium Plus"/>
          <w:sz w:val="24"/>
        </w:rPr>
        <w:t>παλαίσμασιν, ἐπεὶ ὁ τραγικὸς Φρύνιχος ἐν Ἀνταίῳ δράματι περὶ παλαισμάτων πολλὰ διεξῆλθεν, ὡς πρό‐ κειται. ἔθος δὲ ἔχουσιν οἱ κωμικοὶ παρακωμῳδεῖν τοὺς τραγικοὺς, ὅταν πολλάκις καὶ συνεχῶς χρῶνται τοῖς αὐτοῖς. ⟦Ἄλλως. στρατηγοῦντος αὐτοῦ ἡττήθησαν</w:t>
      </w:r>
    </w:p>
    <w:p>
      <w:r>
        <w:rPr>
          <w:rFonts w:ascii="Courier New" w:hAnsi="Courier New"/>
          <w:color w:val="555555"/>
          <w:sz w:val="20"/>
        </w:rPr>
        <w:t>[15]</w:t>
      </w:r>
    </w:p>
    <w:p>
      <w:r>
        <w:rPr>
          <w:rFonts w:ascii="Gentium Plus" w:hAnsi="Gentium Plus"/>
          <w:sz w:val="24"/>
        </w:rPr>
        <w:t>Ἀθηναῖοι, καὶ πολλοὶ αὐτῷ προσεκρούσθησαν, ὡς προ‐ δόντι τὸν πόλεμον. τινὲς δὲ τοῦτον κωμικὸν ποιητὴν λέγουσιν, ὃς κινουμένους τοὺς χοροὺς εἰσῆγε καὶ πα‐ λαίοντας.⟧ ἐγένετο δὲ στρατηγὸς, ἐφ’ οὗ πολλοὶ ἥμαρ‐ τον τῶν στρατηγῶν καὶ ἄτιμοι ἐγένοντο.</w:t>
      </w:r>
    </w:p>
    <w:p>
      <w:r>
        <w:rPr>
          <w:rFonts w:ascii="Courier New" w:hAnsi="Courier New"/>
          <w:color w:val="555555"/>
          <w:sz w:val="20"/>
        </w:rPr>
        <w:t>[sch ran 690]</w:t>
      </w:r>
    </w:p>
    <w:p>
      <w:r>
        <w:rPr>
          <w:rFonts w:ascii="Gentium Plus" w:hAnsi="Gentium Plus"/>
          <w:sz w:val="24"/>
        </w:rPr>
        <w:t>τοῖς ἡμαρτηκόσιν. R. V. ἐγγενέσθαι: Εἰς φιλίαν ἐλθεῖν. Vict.</w:t>
      </w:r>
    </w:p>
    <w:p>
      <w:r>
        <w:rPr>
          <w:rFonts w:ascii="Courier New" w:hAnsi="Courier New"/>
          <w:color w:val="555555"/>
          <w:sz w:val="20"/>
        </w:rPr>
        <w:t>[sch ran 692]</w:t>
      </w:r>
    </w:p>
    <w:p>
      <w:r>
        <w:rPr>
          <w:rFonts w:ascii="Gentium Plus" w:hAnsi="Gentium Plus"/>
          <w:sz w:val="24"/>
        </w:rPr>
        <w:t>(εἶτ’ ἄτιμον φημὶ χρῆναι, ἕως τοῦ, κἀντὶ δού‐ λων δεσπότας: Ἐπειδὴ τοὺς συνναυμαχήσαντας δού‐ λους ἐλευθέρους ἐποίησαν. καὶ Πλαταιᾶς δὲ εἶπεν, ὡς καὶ τῶν Πλαταιέων ἀφέντων ἐλευθέρους τοὺς συνναυ‐</w:t>
      </w:r>
    </w:p>
    <w:p>
      <w:r>
        <w:rPr>
          <w:rFonts w:ascii="Courier New" w:hAnsi="Courier New"/>
          <w:color w:val="555555"/>
          <w:sz w:val="20"/>
        </w:rPr>
        <w:t>[5]</w:t>
      </w:r>
    </w:p>
    <w:p>
      <w:r>
        <w:rPr>
          <w:rFonts w:ascii="Gentium Plus" w:hAnsi="Gentium Plus"/>
          <w:sz w:val="24"/>
        </w:rPr>
        <w:t>μαχήσαντας περὶ Σαλαμῖνα.)</w:t>
      </w:r>
    </w:p>
    <w:p>
      <w:r>
        <w:rPr>
          <w:rFonts w:ascii="Courier New" w:hAnsi="Courier New"/>
          <w:color w:val="555555"/>
          <w:sz w:val="20"/>
        </w:rPr>
        <w:t>[sch ran 694]</w:t>
      </w:r>
    </w:p>
    <w:p>
      <w:r>
        <w:rPr>
          <w:rFonts w:ascii="Gentium Plus" w:hAnsi="Gentium Plus"/>
          <w:sz w:val="24"/>
        </w:rPr>
        <w:t>καὶ Πλαταιᾶς: (Ἀντὶ τοῦ Πλαταιέας.) τοὺς συνναυμαχήσαντας δούλους Ἑλλάνικός φησιν ἐλευθε‐ ρωθῆναι, καὶ ἐγγραφέντας ὡς Πλαταιεῖς συμπολιτεύ‐ σασθαι αὐτοῖς, διεξιὼν τὰ ἐπὶ Ἀντιγένους τοῦ πρὸ</w:t>
      </w:r>
    </w:p>
    <w:p>
      <w:r>
        <w:rPr>
          <w:rFonts w:ascii="Courier New" w:hAnsi="Courier New"/>
          <w:color w:val="555555"/>
          <w:sz w:val="20"/>
        </w:rPr>
        <w:t>[5]</w:t>
      </w:r>
    </w:p>
    <w:p>
      <w:r>
        <w:rPr>
          <w:rFonts w:ascii="Gentium Plus" w:hAnsi="Gentium Plus"/>
          <w:sz w:val="24"/>
        </w:rPr>
        <w:t>Καλλίου. (Καλλίστρατός φησιν οὐ συναλοιφὴν εἶναι, ἀλλὰ διάλεκτον ἰδίαν, σημαίνουσαν τὸ δέον εἶναι.) ⟦ἢ ὁμοίους ἡγεῖσθαι τοῖς ἐν Πλαταιάσι τὸ Ξέρξου νενικη‐ κόσι πεζόν.⟧</w:t>
      </w:r>
    </w:p>
    <w:p>
      <w:r>
        <w:rPr>
          <w:rFonts w:ascii="Courier New" w:hAnsi="Courier New"/>
          <w:color w:val="555555"/>
          <w:sz w:val="20"/>
        </w:rPr>
        <w:t>[sch ran 695]</w:t>
      </w:r>
    </w:p>
    <w:p>
      <w:r>
        <w:rPr>
          <w:rFonts w:ascii="Gentium Plus" w:hAnsi="Gentium Plus"/>
          <w:sz w:val="24"/>
        </w:rPr>
        <w:t>οὐ μέμφομαι ὑμῖν. V. M.</w:t>
      </w:r>
    </w:p>
    <w:p>
      <w:r>
        <w:rPr>
          <w:rFonts w:ascii="Courier New" w:hAnsi="Courier New"/>
          <w:color w:val="555555"/>
          <w:sz w:val="20"/>
        </w:rPr>
        <w:t>[sch ran 697]</w:t>
      </w:r>
    </w:p>
    <w:p>
      <w:r>
        <w:rPr>
          <w:rFonts w:ascii="Gentium Plus" w:hAnsi="Gentium Plus"/>
          <w:sz w:val="24"/>
        </w:rPr>
        <w:t>λείπει τούτοις. R.</w:t>
      </w:r>
    </w:p>
    <w:p>
      <w:r>
        <w:rPr>
          <w:rFonts w:ascii="Courier New" w:hAnsi="Courier New"/>
          <w:color w:val="555555"/>
          <w:sz w:val="20"/>
        </w:rPr>
        <w:t>[sch ran 698]</w:t>
      </w:r>
    </w:p>
    <w:p>
      <w:r>
        <w:rPr>
          <w:rFonts w:ascii="Gentium Plus" w:hAnsi="Gentium Plus"/>
          <w:sz w:val="24"/>
        </w:rPr>
        <w:t>χοἱ πατέρες ἐναυμάχησαν: Ἴσως περὶ τῶν δʹ στρατηγῶν λέγει τῶν σωθέντων ἐκ τῶν δέκα τῶν περὶ Ἀργέννουσαν ναυμαχησάντων. κατεδικάσθησαν γὰρ αὐτοὶ μὴ ἀνελόμενοι τοὺς νεκρούς. καὶ οἱ μὲν ἓξ ὑπο‐</w:t>
      </w:r>
    </w:p>
    <w:p>
      <w:r>
        <w:rPr>
          <w:rFonts w:ascii="Courier New" w:hAnsi="Courier New"/>
          <w:color w:val="555555"/>
          <w:sz w:val="20"/>
        </w:rPr>
        <w:t>[5]</w:t>
      </w:r>
    </w:p>
    <w:p>
      <w:r>
        <w:rPr>
          <w:rFonts w:ascii="Gentium Plus" w:hAnsi="Gentium Plus"/>
          <w:sz w:val="24"/>
        </w:rPr>
        <w:t>μείναντες θανάτῳ ἐκολάσθησαν, οἱ δὲ λοιποὶ δʹ ἔφυγον· οὓς Ἀριστοφάνης κατακαλεῖσθαί φησι δεῖν καὶ ἐπιδίκους εἶναι. (ἡ δὲ Ἀργίνουσα κώμη ἦν τῆς Αἰολίδος. συμβα‐ λόντες γὰρ ἐνίκησαν Ἀθηναῖοι Λακεδαιμονίους καὶ νι‐ κήσαντες ἐπανῆλθον. ἐν δὲ τῇ ὁδῷ χειμῶνι περιπεσόν‐</w:t>
      </w:r>
    </w:p>
    <w:p>
      <w:r>
        <w:rPr>
          <w:rFonts w:ascii="Courier New" w:hAnsi="Courier New"/>
          <w:color w:val="555555"/>
          <w:sz w:val="20"/>
        </w:rPr>
        <w:t>[10]</w:t>
      </w:r>
    </w:p>
    <w:p>
      <w:r>
        <w:rPr>
          <w:rFonts w:ascii="Gentium Plus" w:hAnsi="Gentium Plus"/>
          <w:sz w:val="24"/>
        </w:rPr>
        <w:t>τες πολλοὶ τεθνήκασιν αὐτῶν καὶ τούτους ἐάσαντες οἱ</w:t>
      </w:r>
    </w:p>
    <w:p>
      <w:r>
        <w:rPr>
          <w:rFonts w:ascii="Courier New" w:hAnsi="Courier New"/>
          <w:color w:val="555555"/>
          <w:sz w:val="20"/>
        </w:rPr>
        <w:t>[sch ran 703]</w:t>
      </w:r>
    </w:p>
    <w:p>
      <w:r>
        <w:rPr>
          <w:rFonts w:ascii="Gentium Plus" w:hAnsi="Gentium Plus"/>
          <w:sz w:val="24"/>
        </w:rPr>
        <w:t>εἰ δὲ ταῦτ’ ὀγκωσόμεθ’: Ἐὰν δὲ ὡς μεγάλα ἁμαρτήματα ὑπερφονήσωμεν καὶ μὴ θελήσωμεν ἀνεῖ‐ ναι τοῖς συνναυμαχήσασι. ⟦ὑπερφρονήσωμεν, ἀλαζο‐ νευθῶμεν, μεγαλαυχήσωμεν.⟧</w:t>
      </w:r>
    </w:p>
    <w:p>
      <w:r>
        <w:rPr>
          <w:rFonts w:ascii="Courier New" w:hAnsi="Courier New"/>
          <w:color w:val="555555"/>
          <w:sz w:val="20"/>
        </w:rPr>
        <w:t>[sch ran 704]</w:t>
      </w:r>
    </w:p>
    <w:p>
      <w:r>
        <w:rPr>
          <w:rFonts w:ascii="Gentium Plus" w:hAnsi="Gentium Plus"/>
          <w:sz w:val="24"/>
        </w:rPr>
        <w:t>κυμάτων ἐν ἀγκάλαις: (Δίδυμός· φησι παρὰ τῷ Αἰσχύλῳ. ἔστι δὲ ὄντως παρὰ Ἀρχιλόχῳ ψυχὰς ἔχοντες κυμάτων ἐν ἀγκάλαις. θέλει δὲ εἰπεῖν,) καὶ ταῦτα ὄντες ἐν πολλοῖς κινδύνοις.</w:t>
      </w:r>
    </w:p>
    <w:p>
      <w:r>
        <w:rPr>
          <w:rFonts w:ascii="Courier New" w:hAnsi="Courier New"/>
          <w:color w:val="555555"/>
          <w:sz w:val="20"/>
        </w:rPr>
        <w:t>[5]</w:t>
      </w:r>
    </w:p>
    <w:p>
      <w:r>
        <w:rPr>
          <w:rFonts w:ascii="Gentium Plus" w:hAnsi="Gentium Plus"/>
          <w:sz w:val="24"/>
        </w:rPr>
        <w:t>ἐνειστήκει γὰρ ὁ Πελοποννησιακὸς πόλεμος.</w:t>
      </w:r>
    </w:p>
    <w:p>
      <w:r>
        <w:rPr>
          <w:rFonts w:ascii="Courier New" w:hAnsi="Courier New"/>
          <w:color w:val="555555"/>
          <w:sz w:val="20"/>
        </w:rPr>
        <w:t>[sch ran 705]</w:t>
      </w:r>
    </w:p>
    <w:p>
      <w:r>
        <w:rPr>
          <w:rFonts w:ascii="Gentium Plus" w:hAnsi="Gentium Plus"/>
          <w:sz w:val="24"/>
        </w:rPr>
        <w:t>⟦ὑστέρῳ: Ὅτε βλαβησόμεθα τῷ πολέμῳ.⟧</w:t>
      </w:r>
    </w:p>
    <w:p>
      <w:r>
        <w:rPr>
          <w:rFonts w:ascii="Courier New" w:hAnsi="Courier New"/>
          <w:color w:val="555555"/>
          <w:sz w:val="20"/>
        </w:rPr>
        <w:t>[sch ran 706]</w:t>
      </w:r>
    </w:p>
    <w:p>
      <w:r>
        <w:rPr>
          <w:rFonts w:ascii="Gentium Plus" w:hAnsi="Gentium Plus"/>
          <w:sz w:val="24"/>
        </w:rPr>
        <w:t>(εἰ δ’ ἐγὼ ὀρθῶς ἰδεῖν: Τοῦτο Ἴωνός ἐστιν ἐκ Φοίνικος ἢ Καινέως «εἰ δ’ ἐγὼ ὀρθὸς ἰδεῖν βίον ἀνέ‐ ρος, ὦ πολιῆται.» θέλει δὲ εἰπεῖν ὅτι εἰ δύναμαι κρί‐ νειν.) ⟦οἰμώξεται δὲ, τιμωρηθῆναι ὀφείλει. τὸ δὲ οὐ</w:t>
      </w:r>
    </w:p>
    <w:p>
      <w:r>
        <w:rPr>
          <w:rFonts w:ascii="Courier New" w:hAnsi="Courier New"/>
          <w:color w:val="555555"/>
          <w:sz w:val="20"/>
        </w:rPr>
        <w:t>[5]</w:t>
      </w:r>
    </w:p>
    <w:p>
      <w:r>
        <w:rPr>
          <w:rFonts w:ascii="Gentium Plus" w:hAnsi="Gentium Plus"/>
          <w:sz w:val="24"/>
        </w:rPr>
        <w:t>πολὺν, σύναπτε εἰς τὸ χρόνον.⟧ —ἐπιστήμων καὶ δυ‐ νατός. R.</w:t>
      </w:r>
    </w:p>
    <w:p>
      <w:r>
        <w:rPr>
          <w:rFonts w:ascii="Courier New" w:hAnsi="Courier New"/>
          <w:color w:val="555555"/>
          <w:sz w:val="20"/>
        </w:rPr>
        <w:t>[sch ran 707]</w:t>
      </w:r>
    </w:p>
    <w:p>
      <w:r>
        <w:rPr>
          <w:rFonts w:ascii="Gentium Plus" w:hAnsi="Gentium Plus"/>
          <w:sz w:val="24"/>
        </w:rPr>
        <w:t>πολύν: Συναπτέον εἰς τὸ χρόνον. Θ. ὁ πίθηκος: Ὁ ἐοικὼς κατὰ τὴν ἡλικίαν πιθήκῳ. Θ. Vict.</w:t>
      </w:r>
    </w:p>
    <w:p>
      <w:r>
        <w:rPr>
          <w:rFonts w:ascii="Courier New" w:hAnsi="Courier New"/>
          <w:color w:val="555555"/>
          <w:sz w:val="20"/>
        </w:rPr>
        <w:t>[sch ran 709]</w:t>
      </w:r>
    </w:p>
    <w:p>
      <w:r>
        <w:rPr>
          <w:rFonts w:ascii="Gentium Plus" w:hAnsi="Gentium Plus"/>
          <w:sz w:val="24"/>
        </w:rPr>
        <w:t>ὁ μικρὸς: ⟦Τῷ σώματι δηλονότι.⟧ [φαίνεται δὲ ὁ Κλειγένης περὶ τὰ πολιτικά. καὶ τῶν πλουσίων μέν ἐστι, ξένος δὲ καὶ βάρβαρος οὗτος.]</w:t>
      </w:r>
    </w:p>
    <w:p>
      <w:r>
        <w:rPr>
          <w:rFonts w:ascii="Courier New" w:hAnsi="Courier New"/>
          <w:color w:val="555555"/>
          <w:sz w:val="20"/>
        </w:rPr>
        <w:t>[sch ran 710]</w:t>
      </w:r>
    </w:p>
    <w:p>
      <w:r>
        <w:rPr>
          <w:rFonts w:ascii="Gentium Plus" w:hAnsi="Gentium Plus"/>
          <w:sz w:val="24"/>
        </w:rPr>
        <w:t>ὁπόσοι κρατοῦσι: Δέον εἰπεῖν, ὁπόσης κρατοῦσι γῆς, οὐκ εἶπεν, ἀλλ’ ἐπήνεγκεν, ὅσα παρέχεται βαλα‐ νεὺς τοῖς λουομένοις σμήγματα. —οἱ βαλανεῖς τοῖς λουομένοις ἐχορήγουν σμήγματα· τοῦτον δὲ ὡς βαλα‐</w:t>
      </w:r>
    </w:p>
    <w:p>
      <w:r>
        <w:rPr>
          <w:rFonts w:ascii="Courier New" w:hAnsi="Courier New"/>
          <w:color w:val="555555"/>
          <w:sz w:val="20"/>
        </w:rPr>
        <w:t>[5]</w:t>
      </w:r>
    </w:p>
    <w:p>
      <w:r>
        <w:rPr>
          <w:rFonts w:ascii="Gentium Plus" w:hAnsi="Gentium Plus"/>
          <w:sz w:val="24"/>
        </w:rPr>
        <w:t>νέα ἐξάγει. V. Θ. M.</w:t>
      </w:r>
    </w:p>
    <w:p>
      <w:r>
        <w:rPr>
          <w:rFonts w:ascii="Courier New" w:hAnsi="Courier New"/>
          <w:color w:val="555555"/>
          <w:sz w:val="20"/>
        </w:rPr>
        <w:t>[sch ran 711]</w:t>
      </w:r>
    </w:p>
    <w:p>
      <w:r>
        <w:rPr>
          <w:rFonts w:ascii="Gentium Plus" w:hAnsi="Gentium Plus"/>
          <w:sz w:val="24"/>
        </w:rPr>
        <w:t>κυκησιτέφρου κτλ.: Ταῦτα τοιαῦτα καθάρ‐ ματά ἐστιν, οἷς οἱ λουόμενοι χρῶνται τῶν βαλανέων πωλούντων. γίνεται δὲ κυκησίτεφρον ἀπὸ τοῦ κυκῶ, τὸ ταράσσω, καὶ τοῦ τέφρα. Vict.</w:t>
      </w:r>
    </w:p>
    <w:p>
      <w:r>
        <w:rPr>
          <w:rFonts w:ascii="Courier New" w:hAnsi="Courier New"/>
          <w:color w:val="555555"/>
          <w:sz w:val="20"/>
        </w:rPr>
        <w:t>[sch ran 712]</w:t>
      </w:r>
    </w:p>
    <w:p>
      <w:r>
        <w:rPr>
          <w:rFonts w:ascii="Gentium Plus" w:hAnsi="Gentium Plus"/>
          <w:sz w:val="24"/>
        </w:rPr>
        <w:t>καὶ Κιμωλίας γῆς: Μία τῶν Κυκλάδων αὕτη ἡ νῆσος (ἡ Κιμωλία), νιτροποιὸς γῆ, (ἐξ ἧς τὸ νίτρον ἢ τῶν Ἐρυθρῶν τῆς Ἰωνίας ἀκρωτήριον, φέρον ἄμμον στυπτικήν). τὸν οὖν Κλειγένην ἐν τοιούτῳ ἤθει λέγει·</w:t>
      </w:r>
    </w:p>
    <w:p>
      <w:r>
        <w:rPr>
          <w:rFonts w:ascii="Courier New" w:hAnsi="Courier New"/>
          <w:color w:val="555555"/>
          <w:sz w:val="20"/>
        </w:rPr>
        <w:t>[5]</w:t>
      </w:r>
    </w:p>
    <w:p>
      <w:r>
        <w:rPr>
          <w:rFonts w:ascii="Gentium Plus" w:hAnsi="Gentium Plus"/>
          <w:sz w:val="24"/>
        </w:rPr>
        <w:t>ὥσπερ εἰ ἔλεγε, πονηρότατός ἐστι πάσης γῆς, ὁπόσης οἱ βαλανεῖς κρατοῦσι, Κιμωλίας καὶ τέφρας καὶ τῆς λοιπῆς τῆς τοιαύτης. —ἔστι δὲ εἶδος λευκῆς γῆς. R.</w:t>
      </w:r>
    </w:p>
    <w:p>
      <w:r>
        <w:rPr>
          <w:rFonts w:ascii="Courier New" w:hAnsi="Courier New"/>
          <w:color w:val="555555"/>
          <w:sz w:val="20"/>
        </w:rPr>
        <w:t>[sch ran 714]</w:t>
      </w:r>
    </w:p>
    <w:p>
      <w:r>
        <w:rPr>
          <w:rFonts w:ascii="Gentium Plus" w:hAnsi="Gentium Plus"/>
          <w:sz w:val="24"/>
        </w:rPr>
        <w:t>εἰδὼς δὲ τάδε: Ἃ πείσεται, οὐκ ἄοπλος διάγει, ἀλλ’ ἐν χειρὶ ξύλον ἀεὶ φέρει, μήποτε καὶ ἀποδυθῇ. πολλοὶ γὰρ αὐτῷ ἀπειλοῦσι. Br. ἀντὶ τοῦ βιώσεται ὅτι οἰμώξεται. R.</w:t>
      </w:r>
    </w:p>
    <w:p>
      <w:r>
        <w:rPr>
          <w:rFonts w:ascii="Courier New" w:hAnsi="Courier New"/>
          <w:color w:val="555555"/>
          <w:sz w:val="20"/>
        </w:rPr>
        <w:t>[sch ran 715]</w:t>
      </w:r>
    </w:p>
    <w:p>
      <w:r>
        <w:rPr>
          <w:rFonts w:ascii="Gentium Plus" w:hAnsi="Gentium Plus"/>
          <w:sz w:val="24"/>
        </w:rPr>
        <w:t>οὐκ εἰρηνικὸς: Ἀντὶ τοῦ οὐχ ἥσυχος, ἀλλ’ οἷον ἔνοπλος. εἰδὼς δὲ, φησὶ, τάδε, προσεποιεῖτο πρό‐ φασιν καὶ μανίαν, εἰδὼς ὅτι μισεῖται παρὰ τῶν πολι‐ τῶν. διὸ καὶ βακτηρίαν ἔχων περιῄει, δι’ ἧς ἠμύνετο</w:t>
      </w:r>
    </w:p>
    <w:p>
      <w:r>
        <w:rPr>
          <w:rFonts w:ascii="Courier New" w:hAnsi="Courier New"/>
          <w:color w:val="555555"/>
          <w:sz w:val="20"/>
        </w:rPr>
        <w:t>[5]</w:t>
      </w:r>
    </w:p>
    <w:p>
      <w:r>
        <w:rPr>
          <w:rFonts w:ascii="Gentium Plus" w:hAnsi="Gentium Plus"/>
          <w:sz w:val="24"/>
        </w:rPr>
        <w:t>τοὺς ἐπερχομένους αὐτῷ. —ἵνα μή ποτε κ. τ. λ.: Πολλοὶ γὰρ αὐτῷ ἀπειλοῦσι. Vict.</w:t>
      </w:r>
    </w:p>
    <w:p>
      <w:r>
        <w:rPr>
          <w:rFonts w:ascii="Courier New" w:hAnsi="Courier New"/>
          <w:color w:val="555555"/>
          <w:sz w:val="20"/>
        </w:rPr>
        <w:t>[sch ran 717]</w:t>
      </w:r>
    </w:p>
    <w:p>
      <w:r>
        <w:rPr>
          <w:rFonts w:ascii="Gentium Plus" w:hAnsi="Gentium Plus"/>
          <w:sz w:val="24"/>
        </w:rPr>
        <w:t>⟦πολλάκις ἡμῖν ἔδοξε: Τὸ ἀντεπίρρημα ὅμοιον</w:t>
      </w:r>
    </w:p>
    <w:p>
      <w:r>
        <w:rPr>
          <w:rFonts w:ascii="Courier New" w:hAnsi="Courier New"/>
          <w:color w:val="555555"/>
          <w:sz w:val="20"/>
        </w:rPr>
        <w:t>[5]</w:t>
      </w:r>
    </w:p>
    <w:p>
      <w:r>
        <w:rPr>
          <w:rFonts w:ascii="Gentium Plus" w:hAnsi="Gentium Plus"/>
          <w:sz w:val="24"/>
        </w:rPr>
        <w:t>ἤν τι καὶ πάσχητε, πάσχειν τοῖς σοφοῖς δοκήσετε. ἐπὶ τῷ τέλει διπλῆ ἔξω νενευκυῖα.⟧ τὸ αὐτὸ πέπονθεν ἡ πόλις εἰς τοὺς χρηστοὺς τῶν ἀνθρώπων καὶ εἰς τὸ ἀρχαῖον νόμισμα. ὥσπερ γὰρ τῷ παλαιῷ νομίσματι οὐ χρώμεθα καλῷ ὄντι, ἀλλὰ τῷ</w:t>
      </w:r>
    </w:p>
    <w:p>
      <w:r>
        <w:rPr>
          <w:rFonts w:ascii="Courier New" w:hAnsi="Courier New"/>
          <w:color w:val="555555"/>
          <w:sz w:val="20"/>
        </w:rPr>
        <w:t>[10]</w:t>
      </w:r>
    </w:p>
    <w:p>
      <w:r>
        <w:rPr>
          <w:rFonts w:ascii="Gentium Plus" w:hAnsi="Gentium Plus"/>
          <w:sz w:val="24"/>
        </w:rPr>
        <w:t>καινῷ κακῷ ὄντι, οὕτω καὶ τοῖς ἀρχαίοις ἀνθρώποις οὐ χρώμεθα καλοῖς οὖσι, τοῖς δὲ νῦν στρατηγοῖς κακοῖς οὖσι χρώμεθα. —πεπονθέναι: Ἀντὶ τοῦ πεποιηκέναι. διαβάλλει τοὺς Ἀθηναίους ὡς φιλοπονήρους. R.</w:t>
      </w:r>
    </w:p>
    <w:p>
      <w:r>
        <w:rPr>
          <w:rFonts w:ascii="Courier New" w:hAnsi="Courier New"/>
          <w:color w:val="555555"/>
          <w:sz w:val="20"/>
        </w:rPr>
        <w:t>[sch ran 720]</w:t>
      </w:r>
    </w:p>
    <w:p>
      <w:r>
        <w:rPr>
          <w:rFonts w:ascii="Gentium Plus" w:hAnsi="Gentium Plus"/>
          <w:sz w:val="24"/>
        </w:rPr>
        <w:t>(εἴς τε τἀρχαῖον νόμισμα: Τῷ προτέρῳ ἔτει ἐπὶ Ἀντιγένους Ἑλλάνικός φησι χρυσοῦν νόμισμα κο‐ πῆναι. καὶ Φιλόχορος ὁμοίως τὸ ἐκ τῶν χρυσῶν Νικῶν.)</w:t>
      </w:r>
    </w:p>
    <w:p>
      <w:r>
        <w:rPr>
          <w:rFonts w:ascii="Courier New" w:hAnsi="Courier New"/>
          <w:color w:val="555555"/>
          <w:sz w:val="20"/>
        </w:rPr>
        <w:t>[sch ran 721]</w:t>
      </w:r>
    </w:p>
    <w:p>
      <w:r>
        <w:rPr>
          <w:rFonts w:ascii="Gentium Plus" w:hAnsi="Gentium Plus"/>
          <w:sz w:val="24"/>
        </w:rPr>
        <w:t>(οὐ κεκιβδηλευμένοις: Ἀντὶ τοῦ, οὐ κακούρ‐ γοις, οὐδὲ κεκαπηλευμένοις, ἀλλὰ καθαροῖς. τοῖς πα‐ λαιοῖς δηλονότι ἀνδράσι.)</w:t>
      </w:r>
    </w:p>
    <w:p>
      <w:r>
        <w:rPr>
          <w:rFonts w:ascii="Courier New" w:hAnsi="Courier New"/>
          <w:color w:val="555555"/>
          <w:sz w:val="20"/>
        </w:rPr>
        <w:t>[sch ran 723]</w:t>
      </w:r>
    </w:p>
    <w:p>
      <w:r>
        <w:rPr>
          <w:rFonts w:ascii="Gentium Plus" w:hAnsi="Gentium Plus"/>
          <w:sz w:val="24"/>
        </w:rPr>
        <w:t>κεκωδωνισμένοις: Δεδοκιμασμένοις, (ἐκλελε‐ γμένοις ἀκριβῶς). —χαραχθεῖσιν, ἐξητασμένοις καὶ δε‐ δοκιμασμένοις. Θ.</w:t>
      </w:r>
    </w:p>
    <w:p>
      <w:r>
        <w:rPr>
          <w:rFonts w:ascii="Courier New" w:hAnsi="Courier New"/>
          <w:color w:val="555555"/>
          <w:sz w:val="20"/>
        </w:rPr>
        <w:t>[sch ran 725]</w:t>
      </w:r>
    </w:p>
    <w:p>
      <w:r>
        <w:rPr>
          <w:rFonts w:ascii="Gentium Plus" w:hAnsi="Gentium Plus"/>
          <w:sz w:val="24"/>
        </w:rPr>
        <w:t>τοῖς πονηροῖς χαλκίοις: (Τοῖς χαλκοῖς κτί‐ σμασι,) τοῖς ἀδοκίμοις καὶ μεμιγμένοις χαλκῷ. ὡς ἐπὶ νομισμάτων. (χαλκία δὲ ὡς χρυσία ἔλεγον τῷ σχήματι, χαλκᾶ σκεύη. νῦν δὲ ὡς κακὸν νόμισμα τὸ χρυσοῦν οὕ‐</w:t>
      </w:r>
    </w:p>
    <w:p>
      <w:r>
        <w:rPr>
          <w:rFonts w:ascii="Courier New" w:hAnsi="Courier New"/>
          <w:color w:val="555555"/>
          <w:sz w:val="20"/>
        </w:rPr>
        <w:t>[5]</w:t>
      </w:r>
    </w:p>
    <w:p>
      <w:r>
        <w:rPr>
          <w:rFonts w:ascii="Gentium Plus" w:hAnsi="Gentium Plus"/>
          <w:sz w:val="24"/>
        </w:rPr>
        <w:t>τως εἶπεν. δύναιτο δ’ ἂν καὶ τὸ χαλκοῦν λέγειν. ἐπὶ γὰρ Καλλίου χαλκοῦν νόμισμα ἐκόπη.)</w:t>
      </w:r>
    </w:p>
    <w:p>
      <w:r>
        <w:rPr>
          <w:rFonts w:ascii="Courier New" w:hAnsi="Courier New"/>
          <w:color w:val="555555"/>
          <w:sz w:val="20"/>
        </w:rPr>
        <w:t>[sch ran 726]</w:t>
      </w:r>
    </w:p>
    <w:p>
      <w:r>
        <w:rPr>
          <w:rFonts w:ascii="Gentium Plus" w:hAnsi="Gentium Plus"/>
          <w:sz w:val="24"/>
        </w:rPr>
        <w:t>(χθές τε καὶ πρώην: Ἀντὶ τοῦ καινοῖς. ὡς ἐπὶ νομίσματος δὲ τῷ κόμματι.)</w:t>
      </w:r>
    </w:p>
    <w:p>
      <w:r>
        <w:rPr>
          <w:rFonts w:ascii="Courier New" w:hAnsi="Courier New"/>
          <w:color w:val="555555"/>
          <w:sz w:val="20"/>
        </w:rPr>
        <w:t>[sch ran 730]</w:t>
      </w:r>
    </w:p>
    <w:p>
      <w:r>
        <w:rPr>
          <w:rFonts w:ascii="Gentium Plus" w:hAnsi="Gentium Plus"/>
          <w:sz w:val="24"/>
        </w:rPr>
        <w:t>προσελοῦμεν: Ἀντὶ τοῦ προπηλακίζομεν, ἐλαύ‐ νομεν, ἐκβάλλομεν. —προσελοῦμεν: Ὑβρίζομεν, ἀτι‐ μάζομεν. Br. ἀτιμάζομεν. Vict. προσελεῖν τὸ ὑβρίζειν Ἀττικοὶ φασίν. E. προσελεῖν τὸ ὑβρίζειν. Vict.</w:t>
      </w:r>
    </w:p>
    <w:p>
      <w:r>
        <w:rPr>
          <w:rFonts w:ascii="Courier New" w:hAnsi="Courier New"/>
          <w:color w:val="555555"/>
          <w:sz w:val="20"/>
        </w:rPr>
        <w:t>[5]</w:t>
      </w:r>
    </w:p>
    <w:p>
      <w:r>
        <w:rPr>
          <w:rFonts w:ascii="Gentium Plus" w:hAnsi="Gentium Plus"/>
          <w:sz w:val="24"/>
        </w:rPr>
        <w:t>καὶ πυρρίαις: Ἀντὶ τοῦ δούλοις. ὄνομα γὰρ δούλου ὁ Πυρρίας. ⟦ἀπό τινος δούλου Πυρρίου, ὡς καὶ Ξανθίας ἀπὸ Ξανθίου τινός. ὧν ὁ μὲν πυρρὸς ἦν τὴν κόμην, ὁ δὲ ξανθός. φαρμακοῖσι δὲ,⟧ τοῖς λεγομένοις καθάρμα‐ σιν. —καθάρμασιν. Br. φαρμακοῖσι, καθάρμασι. τοὺς</w:t>
      </w:r>
    </w:p>
    <w:p>
      <w:r>
        <w:rPr>
          <w:rFonts w:ascii="Courier New" w:hAnsi="Courier New"/>
          <w:color w:val="555555"/>
          <w:sz w:val="20"/>
        </w:rPr>
        <w:t>[10]</w:t>
      </w:r>
    </w:p>
    <w:p>
      <w:r>
        <w:rPr>
          <w:rFonts w:ascii="Gentium Plus" w:hAnsi="Gentium Plus"/>
          <w:sz w:val="24"/>
        </w:rPr>
        <w:t>γὰρ φαύλους καὶ παρὰ τῆς φύσεως ἐπιβουλευομένους εἰς ἀπαλλαγὴν αὐχμοῦ ἢ λιμοῦ ἤ τινος τῶν τοιούτων ἔθουν, οὓς ἐκάλουν καθάρματα. C.</w:t>
      </w:r>
    </w:p>
    <w:p>
      <w:r>
        <w:rPr>
          <w:rFonts w:ascii="Courier New" w:hAnsi="Courier New"/>
          <w:color w:val="555555"/>
          <w:sz w:val="20"/>
        </w:rPr>
        <w:t>[sch ran 736]</w:t>
      </w:r>
    </w:p>
    <w:p>
      <w:r>
        <w:rPr>
          <w:rFonts w:ascii="Gentium Plus" w:hAnsi="Gentium Plus"/>
          <w:sz w:val="24"/>
        </w:rPr>
        <w:t>χρῆσθαι δηλονότι. R. ἐξ ἀξίου γοῦν τοῦ ξύλου: Παρὰ τὴν παροιμίαν, ἀπὸ καλοῦ ξύλου κἂν ἀπάγξα‐ σθαι. θέλει οὖν λέγειν, βέλτιόν ἐστι χρῆσθαι τοῖς γεν‐ ναίοις στρατηγοῖς καὶ δεδοκιμασμένοις ἢ τοῖς φαύλοις.</w:t>
      </w:r>
    </w:p>
    <w:p>
      <w:r>
        <w:rPr>
          <w:rFonts w:ascii="Courier New" w:hAnsi="Courier New"/>
          <w:color w:val="555555"/>
          <w:sz w:val="20"/>
        </w:rPr>
        <w:t>[5]</w:t>
      </w:r>
    </w:p>
    <w:p>
      <w:r>
        <w:rPr>
          <w:rFonts w:ascii="Gentium Plus" w:hAnsi="Gentium Plus"/>
          <w:sz w:val="24"/>
        </w:rPr>
        <w:t>κἂν γὰρ δέῃ παθεῖν, κρεῖττον ἀπ’ ἀγαθοῦ ἢ φαύλου πά‐ σχειν.</w:t>
      </w:r>
    </w:p>
    <w:p>
      <w:r>
        <w:rPr>
          <w:rFonts w:ascii="Courier New" w:hAnsi="Courier New"/>
          <w:color w:val="555555"/>
          <w:sz w:val="20"/>
        </w:rPr>
        <w:t>[sch ran 738]</w:t>
      </w:r>
    </w:p>
    <w:p>
      <w:r>
        <w:rPr>
          <w:rFonts w:ascii="Gentium Plus" w:hAnsi="Gentium Plus"/>
          <w:sz w:val="24"/>
        </w:rPr>
        <w:t>νὴ τὸν Δία τὸν Σωτῆρα: ⟦Αἰακὸς ἢ⟧ Πλού‐ τωνος οἰκέτης πρὸς τὸν τοῦ Διονύσου Ξανθίαν. ⟦κορω‐ νὶς δὲ εἰσιόντων αὖθις τῶν ὑποκριτῶν. οἱ δὲ στίχοι ἰαμ‐ βικοὶ τρίμετροι ἀκατάληκτοι οϛʹ. ὧν τελευταῖος</w:t>
      </w:r>
    </w:p>
    <w:p>
      <w:r>
        <w:rPr>
          <w:rFonts w:ascii="Courier New" w:hAnsi="Courier New"/>
          <w:color w:val="555555"/>
          <w:sz w:val="20"/>
        </w:rPr>
        <w:t>[5]</w:t>
      </w:r>
    </w:p>
    <w:p>
      <w:r>
        <w:rPr>
          <w:rFonts w:ascii="Gentium Plus" w:hAnsi="Gentium Plus"/>
          <w:sz w:val="24"/>
        </w:rPr>
        <w:t>ἐσπουδάκωσι, κλαύμαθ’ ἡμῖν γενήσεται.⟧</w:t>
      </w:r>
    </w:p>
    <w:p>
      <w:r>
        <w:rPr>
          <w:rFonts w:ascii="Courier New" w:hAnsi="Courier New"/>
          <w:color w:val="555555"/>
          <w:sz w:val="20"/>
        </w:rPr>
        <w:t>[sch ran 740]</w:t>
      </w:r>
    </w:p>
    <w:p>
      <w:r>
        <w:rPr>
          <w:rFonts w:ascii="Gentium Plus" w:hAnsi="Gentium Plus"/>
          <w:sz w:val="24"/>
        </w:rPr>
        <w:t>⟦βινεῖν: Συνουσιάζειν, γαμεῖν. ὅτι οἱ κομίζον‐ τες τὴν ἡλικίαν τὸ συνουσιάζειν ἀρχὰς ἔχουσι τοῦ βίου. ἄλλοι δὲ παρὰ τὸ βύειν δεδώκασιν.⟧</w:t>
      </w:r>
    </w:p>
    <w:p>
      <w:r>
        <w:rPr>
          <w:rFonts w:ascii="Courier New" w:hAnsi="Courier New"/>
          <w:color w:val="555555"/>
          <w:sz w:val="20"/>
        </w:rPr>
        <w:t>[sch ran 741]</w:t>
      </w:r>
    </w:p>
    <w:p>
      <w:r>
        <w:rPr>
          <w:rFonts w:ascii="Gentium Plus" w:hAnsi="Gentium Plus"/>
          <w:sz w:val="24"/>
        </w:rPr>
        <w:t>ἐξελέγξαντ’ ἄντικρυς: (Γράφεται ἐξελεγχθέντα.) λείπει δὲ τὸ θαυμάζω, ἢ τοιοῦτόν τι. —φανερῶς. R. V.</w:t>
      </w:r>
    </w:p>
    <w:p>
      <w:r>
        <w:rPr>
          <w:rFonts w:ascii="Courier New" w:hAnsi="Courier New"/>
          <w:color w:val="555555"/>
          <w:sz w:val="20"/>
        </w:rPr>
        <w:t>[sch ran 743]</w:t>
      </w:r>
    </w:p>
    <w:p>
      <w:r>
        <w:rPr>
          <w:rFonts w:ascii="Gentium Plus" w:hAnsi="Gentium Plus"/>
          <w:sz w:val="24"/>
        </w:rPr>
        <w:t>[οἴμωζε μέν τ’ ἄν: Ἀντὶ τοῦ ἔφευγον καὶ εἴων αὐτὸν οἰμώζειν, εἰ ἔτυψέ με.] τοῦτο μέντοι δουλικόν: Τὸ λοιδορεῖν τὸν δεσπότην ἀπόντα.</w:t>
      </w:r>
    </w:p>
    <w:p>
      <w:r>
        <w:rPr>
          <w:rFonts w:ascii="Courier New" w:hAnsi="Courier New"/>
          <w:color w:val="555555"/>
          <w:sz w:val="20"/>
        </w:rPr>
        <w:t>[sch ran 745]</w:t>
      </w:r>
    </w:p>
    <w:p>
      <w:r>
        <w:rPr>
          <w:rFonts w:ascii="Gentium Plus" w:hAnsi="Gentium Plus"/>
          <w:sz w:val="24"/>
        </w:rPr>
        <w:t>μάλ’ ἐποπτεύειν δοκῶ: (Σύμμαχος οὕτως αὐτῇ τῇ λέξει φαίνεται συνεχῶς λέγειν· εὐφημοῦντες τὴν τῶν μυστηρίων ἐποπτείαν.) οἱ τὰ μυστήρια παραλαμβά‐ νοντες, μύσται καλοῦνται. οἱ δὲ παραλαβόντες τὰ μυ‐</w:t>
      </w:r>
    </w:p>
    <w:p>
      <w:r>
        <w:rPr>
          <w:rFonts w:ascii="Courier New" w:hAnsi="Courier New"/>
          <w:color w:val="555555"/>
          <w:sz w:val="20"/>
        </w:rPr>
        <w:t>[5]</w:t>
      </w:r>
    </w:p>
    <w:p>
      <w:r>
        <w:rPr>
          <w:rFonts w:ascii="Gentium Plus" w:hAnsi="Gentium Plus"/>
          <w:sz w:val="24"/>
        </w:rPr>
        <w:t>στήρια τῷ αὖθις ἐνιαυτῷ ἐφορῶσιν αὐτὰ καὶ ἐπο‐ πτεύουσι, καὶ ἐποπτεύοντες χαίρουσιν ἐπὶ τῷ πολλὰ πράττειν. (ὁ δὲ νοῦς·) ὅταν, φησὶ, λάθρα καταράσωμαι τῷ δεσπότῃ, λίαν οὕτως ἥδομαι, ὡς δοκεῖν μυστήρια ἐποπτεύειν καὶ ἑορτάζειν. τὸ δὲ μἀλλ’ εἶπεν ἀντὶ τοῦ</w:t>
      </w:r>
    </w:p>
    <w:p>
      <w:r>
        <w:rPr>
          <w:rFonts w:ascii="Courier New" w:hAnsi="Courier New"/>
          <w:color w:val="555555"/>
          <w:sz w:val="20"/>
        </w:rPr>
        <w:t>[10]</w:t>
      </w:r>
    </w:p>
    <w:p>
      <w:r>
        <w:rPr>
          <w:rFonts w:ascii="Gentium Plus" w:hAnsi="Gentium Plus"/>
          <w:sz w:val="24"/>
        </w:rPr>
        <w:t>οὐκ ἀλλά· ἐν οἵῳ τρόπῳ λέγομεν, οὐχ οἷον ἥδομαι, ἀλλ’ ὑπερήδομαι. ⟦ἔστι δὲ καὶ ἄλλη γραφὴ, μάλα γ’ ἐποπτεύειν δοκῶ. ἔτι δὲ καὶ, μάλ’ ἐποπτεύειν μοι δοκῶ. τονθορύζων δὲ, ψιθυρίζων, ἠρέμα γογγίζων, ἢ λάθρα φθεγγόμενος, ὑποτρέμων, τὰ χείλη κινῶν. τὸ δὲ, πολλὰ</w:t>
      </w:r>
    </w:p>
    <w:p>
      <w:r>
        <w:rPr>
          <w:rFonts w:ascii="Courier New" w:hAnsi="Courier New"/>
          <w:color w:val="555555"/>
          <w:sz w:val="20"/>
        </w:rPr>
        <w:t>[15]</w:t>
      </w:r>
    </w:p>
    <w:p>
      <w:r>
        <w:rPr>
          <w:rFonts w:ascii="Gentium Plus" w:hAnsi="Gentium Plus"/>
          <w:sz w:val="24"/>
        </w:rPr>
        <w:t>πράττων, ἢ ἀντὶ τοῦ, χαίρεις τονθορύζων, ἡνίκα πολλὰ μοχθῇς κελεύοντος τοῦ δεσπότου, νοητέον· ἢ οὕτω, τί δὲ χαίρεις πολλὰ πράττων, ἤγουν πάσχων, ἢ μο‐ χθῶν· ἵν’ ᾖ ὁ τοῦ Αἰακοῦ λόγος κατ’ εἰρωνείαν. ἢ τοῦ οἰκέτου λέγοντος οὕτω· χαίρω ὡς μὰ τὸν Δία οὐδὲν</w:t>
      </w:r>
    </w:p>
    <w:p>
      <w:r>
        <w:rPr>
          <w:rFonts w:ascii="Courier New" w:hAnsi="Courier New"/>
          <w:color w:val="555555"/>
          <w:sz w:val="20"/>
        </w:rPr>
        <w:t>[20]</w:t>
      </w:r>
    </w:p>
    <w:p>
      <w:r>
        <w:rPr>
          <w:rFonts w:ascii="Gentium Plus" w:hAnsi="Gentium Plus"/>
          <w:sz w:val="24"/>
        </w:rPr>
        <w:t>ἄλλο οἶδα, εἰς ὃ χαίρω ἐγώ.⟧</w:t>
      </w:r>
    </w:p>
    <w:p>
      <w:r>
        <w:rPr>
          <w:rFonts w:ascii="Courier New" w:hAnsi="Courier New"/>
          <w:color w:val="555555"/>
          <w:sz w:val="20"/>
        </w:rPr>
        <w:t>[sch ran 749]</w:t>
      </w:r>
    </w:p>
    <w:p>
      <w:r>
        <w:rPr>
          <w:rFonts w:ascii="Gentium Plus" w:hAnsi="Gentium Plus"/>
          <w:sz w:val="24"/>
        </w:rPr>
        <w:t>πολλὰ πράττων: Πάσχων. D.</w:t>
      </w:r>
    </w:p>
    <w:p>
      <w:r>
        <w:rPr>
          <w:rFonts w:ascii="Courier New" w:hAnsi="Courier New"/>
          <w:color w:val="555555"/>
          <w:sz w:val="20"/>
        </w:rPr>
        <w:t>[sch ran 750]</w:t>
      </w:r>
    </w:p>
    <w:p>
      <w:r>
        <w:rPr>
          <w:rFonts w:ascii="Gentium Plus" w:hAnsi="Gentium Plus"/>
          <w:sz w:val="24"/>
        </w:rPr>
        <w:t>Ὁμόγνιε Ζεῦ: Τὴν ὁμοιότητα θαυμάζων, λέγει· οἷον, ὦ ὁμοιότητος. (τὸ δὲ παρακούων, οὐχ ὡς ἡμεῖς εἰώθαμεν λέγειν, καταφρονῶν τῶν λεγομένων παρὰ τῶν δεσποτῶν, ἀλλ’ ἴσως τὸ λάθρα ἐπακροώμενος. ἔνθεν καὶ</w:t>
      </w:r>
    </w:p>
    <w:p>
      <w:r>
        <w:rPr>
          <w:rFonts w:ascii="Courier New" w:hAnsi="Courier New"/>
          <w:color w:val="555555"/>
          <w:sz w:val="20"/>
        </w:rPr>
        <w:t>[5]</w:t>
      </w:r>
    </w:p>
    <w:p>
      <w:r>
        <w:rPr>
          <w:rFonts w:ascii="Gentium Plus" w:hAnsi="Gentium Plus"/>
          <w:sz w:val="24"/>
        </w:rPr>
        <w:t>ὠτακουστὰς οἱ Ἀττικοί φασι.) ⟦τὸ δὲ, πλεῖν ἢ μαίνομαι, ἀντὶ τοῦ, ἐξανίσταμαι ἑαυτοῦ ἐκ τῆς ἀξίας.⟧</w:t>
      </w:r>
    </w:p>
    <w:p>
      <w:r>
        <w:rPr>
          <w:rFonts w:ascii="Courier New" w:hAnsi="Courier New"/>
          <w:color w:val="555555"/>
          <w:sz w:val="20"/>
        </w:rPr>
        <w:t>[sch ran 752]</w:t>
      </w:r>
    </w:p>
    <w:p>
      <w:r>
        <w:rPr>
          <w:rFonts w:ascii="Gentium Plus" w:hAnsi="Gentium Plus"/>
          <w:sz w:val="24"/>
        </w:rPr>
        <w:t>τοῖς θύραζε: Τοῖς ἐκτός. Br.</w:t>
      </w:r>
    </w:p>
    <w:p>
      <w:r>
        <w:rPr>
          <w:rFonts w:ascii="Courier New" w:hAnsi="Courier New"/>
          <w:color w:val="555555"/>
          <w:sz w:val="20"/>
        </w:rPr>
        <w:t>[sch ran 753]</w:t>
      </w:r>
    </w:p>
    <w:p>
      <w:r>
        <w:rPr>
          <w:rFonts w:ascii="Gentium Plus" w:hAnsi="Gentium Plus"/>
          <w:sz w:val="24"/>
        </w:rPr>
        <w:t>κἀκμιαίνομαι: Οὕτως ἔλεγον τὸ ἀποσπερματί‐ ζειν, ὡς οἱ ὀνειρώττοντες. τοῦτο οὖν φησιν, ὅτι ἥδομαι ὡσανεὶ ἀποσπερματίζων. —ἀποσπερματίζω. ἁγνισμὸν λογίζομαι. Br.</w:t>
      </w:r>
    </w:p>
    <w:p>
      <w:r>
        <w:rPr>
          <w:rFonts w:ascii="Courier New" w:hAnsi="Courier New"/>
          <w:color w:val="555555"/>
          <w:sz w:val="20"/>
        </w:rPr>
        <w:t>[sch ran 756]</w:t>
      </w:r>
    </w:p>
    <w:p>
      <w:r>
        <w:rPr>
          <w:rFonts w:ascii="Gentium Plus" w:hAnsi="Gentium Plus"/>
          <w:sz w:val="24"/>
        </w:rPr>
        <w:t>ὁμομαστιγίας: ⟦Ὥσπερ φαμὲν ἑταιρεῖος Ζεὺς καὶ ὁμόγνιος καὶ ἱκέσιος καὶ ξένιος, καὶ ὅσα τοιαῦτα, οὕτω καὶ δούλιος, ὁ τῶν δούλων ἔφορος. ἐπεὶ δὲ οἱ δοῦ‐ λοι μάστιξιν ὑπόκεινται καὶ πληγαῖς, διὰ τοῦτο ὁμομα‐</w:t>
      </w:r>
    </w:p>
    <w:p>
      <w:r>
        <w:rPr>
          <w:rFonts w:ascii="Courier New" w:hAnsi="Courier New"/>
          <w:color w:val="555555"/>
          <w:sz w:val="20"/>
        </w:rPr>
        <w:t>[5]</w:t>
      </w:r>
    </w:p>
    <w:p>
      <w:r>
        <w:rPr>
          <w:rFonts w:ascii="Gentium Plus" w:hAnsi="Gentium Plus"/>
          <w:sz w:val="24"/>
        </w:rPr>
        <w:t>στιγίας εἶπεν. ἢ βουλόμενος εἰπεῖν, ὃς ἡμᾶς νῦν εἰσή‐ γαγε, παίζων παρ’ ὑπόνοιαν εἶπεν ὁμομαστιγίας. Ἄλλως.⟧ ἀντὶ τοῦ εἰπεῖν ὁμόγνιος, (ὡς ἔμπροσθεν, ἢ ὁμάδελφος,) εἶπεν ὁμομαστιγίας, οἷον ὁμόδουλος. στι‐ κτέον δὲ ἐπὶ τοῦ μαστιγίας. μέλλων γὰρ αὐτοῦ πυνθάνε‐</w:t>
      </w:r>
    </w:p>
    <w:p>
      <w:r>
        <w:rPr>
          <w:rFonts w:ascii="Courier New" w:hAnsi="Courier New"/>
          <w:color w:val="555555"/>
          <w:sz w:val="20"/>
        </w:rPr>
        <w:t>[10]</w:t>
      </w:r>
    </w:p>
    <w:p>
      <w:r>
        <w:rPr>
          <w:rFonts w:ascii="Gentium Plus" w:hAnsi="Gentium Plus"/>
          <w:sz w:val="24"/>
        </w:rPr>
        <w:t>σθαι περί τινος πράγματος δουλικοῦ, σιωπᾷ, ἀκούσας ἔνδον γενομένου θορύβου, περὶ οὗ καὶ ἑξῆς πυνθάνεται. οὐ γὰρ ὁρκίζει αὐτὸν κατὰ τοῦ Διὸς, ἵνα εἴπῃ αὐτῷ περὶ τῆς ἔνδον βοῆς. δύναται δὲ συνάπτεσθαι καὶ ἀπὸ τοῦ,</w:t>
      </w:r>
    </w:p>
    <w:p>
      <w:r>
        <w:rPr>
          <w:rFonts w:ascii="Courier New" w:hAnsi="Courier New"/>
          <w:color w:val="555555"/>
          <w:sz w:val="20"/>
        </w:rPr>
        <w:t>[sch ran 761]</w:t>
      </w:r>
    </w:p>
    <w:p>
      <w:r>
        <w:rPr>
          <w:rFonts w:ascii="Gentium Plus" w:hAnsi="Gentium Plus"/>
          <w:sz w:val="24"/>
        </w:rPr>
        <w:t>νόμος τις ἐνθάδ’ ἐστὶ: Ἀπό τινος νόμος ἐστὶν ἐν τῷ ᾅδῃ, τὸν βελτίονα ἄνδρα τῶν ἑαυτοῦ συντέχνων ἐγγὺς τοῦ Πλούτωνος καθέζεσθαι.</w:t>
      </w:r>
    </w:p>
    <w:p>
      <w:r>
        <w:rPr>
          <w:rFonts w:ascii="Courier New" w:hAnsi="Courier New"/>
          <w:color w:val="555555"/>
          <w:sz w:val="20"/>
        </w:rPr>
        <w:t>[sch ran 762]</w:t>
      </w:r>
    </w:p>
    <w:p>
      <w:r>
        <w:rPr>
          <w:rFonts w:ascii="Gentium Plus" w:hAnsi="Gentium Plus"/>
          <w:sz w:val="24"/>
        </w:rPr>
        <w:t>τῶν μεγάλων. R.</w:t>
      </w:r>
    </w:p>
    <w:p>
      <w:r>
        <w:rPr>
          <w:rFonts w:ascii="Courier New" w:hAnsi="Courier New"/>
          <w:color w:val="555555"/>
          <w:sz w:val="20"/>
        </w:rPr>
        <w:t>[sch ran 764]</w:t>
      </w:r>
    </w:p>
    <w:p>
      <w:r>
        <w:rPr>
          <w:rFonts w:ascii="Gentium Plus" w:hAnsi="Gentium Plus"/>
          <w:sz w:val="24"/>
        </w:rPr>
        <w:t>(σίτησιν αὐτὸν: Ταῦτα μεταφέρει ἀπὸ τῶν ἐν τῇ Ἀττικῇ ἐθῶν εἰς τὰ καθ’ ᾅδου.)</w:t>
      </w:r>
    </w:p>
    <w:p>
      <w:r>
        <w:rPr>
          <w:rFonts w:ascii="Courier New" w:hAnsi="Courier New"/>
          <w:color w:val="555555"/>
          <w:sz w:val="20"/>
        </w:rPr>
        <w:t>[sch ran 765]</w:t>
      </w:r>
    </w:p>
    <w:p>
      <w:r>
        <w:rPr>
          <w:rFonts w:ascii="Gentium Plus" w:hAnsi="Gentium Plus"/>
          <w:sz w:val="24"/>
        </w:rPr>
        <w:t>[τοῦ Πλούτωνος ἑξῆς: Ἀντὶ τοῦ, ἐγγὺς τοῦ θρό‐ νου τοῦ Πλούτωνος.]</w:t>
      </w:r>
    </w:p>
    <w:p>
      <w:r>
        <w:rPr>
          <w:rFonts w:ascii="Courier New" w:hAnsi="Courier New"/>
          <w:color w:val="555555"/>
          <w:sz w:val="20"/>
        </w:rPr>
        <w:t>[sch ran 767]</w:t>
      </w:r>
    </w:p>
    <w:p>
      <w:r>
        <w:rPr>
          <w:rFonts w:ascii="Gentium Plus" w:hAnsi="Gentium Plus"/>
          <w:sz w:val="24"/>
        </w:rPr>
        <w:t>τῷ εὑρισκομένῳ σοφῷ. R.</w:t>
      </w:r>
    </w:p>
    <w:p>
      <w:r>
        <w:rPr>
          <w:rFonts w:ascii="Courier New" w:hAnsi="Courier New"/>
          <w:color w:val="555555"/>
          <w:sz w:val="20"/>
        </w:rPr>
        <w:t>[sch ran 772]</w:t>
      </w:r>
    </w:p>
    <w:p>
      <w:r>
        <w:rPr>
          <w:rFonts w:ascii="Gentium Plus" w:hAnsi="Gentium Plus"/>
          <w:sz w:val="24"/>
        </w:rPr>
        <w:t>[βαλαντιητόμοις: Τοῖς τὰ βαλάντια τέμνουσιν, ἃ ἐν ταῖς ζώναις ἀπῃωρημένα φέρουσιν ἄνθρωποι.]</w:t>
      </w:r>
    </w:p>
    <w:p>
      <w:r>
        <w:rPr>
          <w:rFonts w:ascii="Courier New" w:hAnsi="Courier New"/>
          <w:color w:val="555555"/>
          <w:sz w:val="20"/>
        </w:rPr>
        <w:t>[sch ran 774]</w:t>
      </w:r>
    </w:p>
    <w:p>
      <w:r>
        <w:rPr>
          <w:rFonts w:ascii="Gentium Plus" w:hAnsi="Gentium Plus"/>
          <w:sz w:val="24"/>
        </w:rPr>
        <w:t>ἀντὶ τοῦ πλῆθος τῶν τοιούτων ἐστὶν ἐν ᾍδου. R.</w:t>
      </w:r>
    </w:p>
    <w:p>
      <w:r>
        <w:rPr>
          <w:rFonts w:ascii="Courier New" w:hAnsi="Courier New"/>
          <w:color w:val="555555"/>
          <w:sz w:val="20"/>
        </w:rPr>
        <w:t>[sch ran 775]</w:t>
      </w:r>
    </w:p>
    <w:p>
      <w:r>
        <w:rPr>
          <w:rFonts w:ascii="Gentium Plus" w:hAnsi="Gentium Plus"/>
          <w:sz w:val="24"/>
        </w:rPr>
        <w:t>τῶν ἀντιλογιῶν: Παρίστησιν αὐτοῦ τὸ περὶ τοὺς λόγους σαθρόν. καὶ ἐν ἄλλοις [fr. 542] «στρεψίμαλ‐ «λος τὴν τέχνην Εὐριπίδης.» λυγισμῶν: Καμπῶν. [γράφεται λογισμῶν, τουτέστι]</w:t>
      </w:r>
    </w:p>
    <w:p>
      <w:r>
        <w:rPr>
          <w:rFonts w:ascii="Courier New" w:hAnsi="Courier New"/>
          <w:color w:val="555555"/>
          <w:sz w:val="20"/>
        </w:rPr>
        <w:t>[5]</w:t>
      </w:r>
    </w:p>
    <w:p>
      <w:r>
        <w:rPr>
          <w:rFonts w:ascii="Gentium Plus" w:hAnsi="Gentium Plus"/>
          <w:sz w:val="24"/>
        </w:rPr>
        <w:t>παραλογισμῶν. τὸ δὲ κάμπτειν, ἅμα μὲν πρὸς τὰ μέλη, ἅμα δὲ πρὸς τὸ ἐξελίττειν καὶ ἀναδύεσθαι. Ὅμηρος [Il. Λ, 105] «δίδη μόσχοισι λύγοισι.» Δίδυμος δὲ, λυγι‐ σμῶν, [ἀπὸ τῶν συνδέσεων τοῦ λόγου].</w:t>
      </w:r>
    </w:p>
    <w:p>
      <w:r>
        <w:rPr>
          <w:rFonts w:ascii="Courier New" w:hAnsi="Courier New"/>
          <w:color w:val="555555"/>
          <w:sz w:val="20"/>
        </w:rPr>
        <w:t>[sch ran 776]</w:t>
      </w:r>
    </w:p>
    <w:p>
      <w:r>
        <w:rPr>
          <w:rFonts w:ascii="Gentium Plus" w:hAnsi="Gentium Plus"/>
          <w:sz w:val="24"/>
        </w:rPr>
        <w:t>[ὑπερεμάνησαν: Ἀντὶ τοῦ, λίαν ἐχάρησαν. τούτων γὰρ οἱ τοιοῦτοι ὀρέγονται, ἵν’ ὁπότε φωραθῶσι κλέπτοντες, διὰ τούτων τοὺς κεκρατηκότας φεύγωσι. διαβάλλει δὲ Εὐριπίδην ἐνταῦθα ὡς λίαν πανοῦργον</w:t>
      </w:r>
    </w:p>
    <w:p>
      <w:r>
        <w:rPr>
          <w:rFonts w:ascii="Courier New" w:hAnsi="Courier New"/>
          <w:color w:val="555555"/>
          <w:sz w:val="20"/>
        </w:rPr>
        <w:t>[5]</w:t>
      </w:r>
    </w:p>
    <w:p>
      <w:r>
        <w:rPr>
          <w:rFonts w:ascii="Gentium Plus" w:hAnsi="Gentium Plus"/>
          <w:sz w:val="24"/>
        </w:rPr>
        <w:t>καὶ τὰ τοιαῦτα ἐν τοῖς δράμασιν ἐπιτηδεύοντα.]</w:t>
      </w:r>
    </w:p>
    <w:p>
      <w:r>
        <w:rPr>
          <w:rFonts w:ascii="Courier New" w:hAnsi="Courier New"/>
          <w:color w:val="555555"/>
          <w:sz w:val="20"/>
        </w:rPr>
        <w:t>[sch ran 778]</w:t>
      </w:r>
    </w:p>
    <w:p>
      <w:r>
        <w:rPr>
          <w:rFonts w:ascii="Gentium Plus" w:hAnsi="Gentium Plus"/>
          <w:sz w:val="24"/>
        </w:rPr>
        <w:t>οὐκ ἐβάλλετο: Λίθοις δηλονότι. εἶτα οὐκ ἐλιθο‐ βολεῖτο, φησὶ, τοῦτο ποιήσας.</w:t>
      </w:r>
    </w:p>
    <w:p>
      <w:r>
        <w:rPr>
          <w:rFonts w:ascii="Courier New" w:hAnsi="Courier New"/>
          <w:color w:val="555555"/>
          <w:sz w:val="20"/>
        </w:rPr>
        <w:t>[sch ran 781]</w:t>
      </w:r>
    </w:p>
    <w:p>
      <w:r>
        <w:rPr>
          <w:rFonts w:ascii="Gentium Plus" w:hAnsi="Gentium Plus"/>
          <w:sz w:val="24"/>
        </w:rPr>
        <w:t>οὐράνιόν γ’ ὅσον: Ἀντὶ τοῦ, πολὺ (καὶ μεγάλως ἐβόησαν).</w:t>
      </w:r>
    </w:p>
    <w:p>
      <w:r>
        <w:rPr>
          <w:rFonts w:ascii="Courier New" w:hAnsi="Courier New"/>
          <w:color w:val="555555"/>
          <w:sz w:val="20"/>
        </w:rPr>
        <w:t>[sch ran 783]</w:t>
      </w:r>
    </w:p>
    <w:p>
      <w:r>
        <w:rPr>
          <w:rFonts w:ascii="Gentium Plus" w:hAnsi="Gentium Plus"/>
          <w:sz w:val="24"/>
        </w:rPr>
        <w:t>ὀλίγον τὸ χρηστόν ἐστιν: Δείκνυσιν ὡς πρὸς τὸ θέατρον. μιγνύει δὲ τὰ ἐνθάδε τοῖς ἐκεῖ. νῦν γὰρ οὐ καθ’ ᾍδου ἔφη.</w:t>
      </w:r>
    </w:p>
    <w:p>
      <w:r>
        <w:rPr>
          <w:rFonts w:ascii="Courier New" w:hAnsi="Courier New"/>
          <w:color w:val="555555"/>
          <w:sz w:val="20"/>
        </w:rPr>
        <w:t>[sch ran 789]</w:t>
      </w:r>
    </w:p>
    <w:p>
      <w:r>
        <w:rPr>
          <w:rFonts w:ascii="Gentium Plus" w:hAnsi="Gentium Plus"/>
          <w:sz w:val="24"/>
        </w:rPr>
        <w:t>ὁ Σοφοκλῆς. R.</w:t>
      </w:r>
    </w:p>
    <w:p>
      <w:r>
        <w:rPr>
          <w:rFonts w:ascii="Courier New" w:hAnsi="Courier New"/>
          <w:color w:val="555555"/>
          <w:sz w:val="20"/>
        </w:rPr>
        <w:t>[sch ran 790]</w:t>
      </w:r>
    </w:p>
    <w:p>
      <w:r>
        <w:rPr>
          <w:rFonts w:ascii="Gentium Plus" w:hAnsi="Gentium Plus"/>
          <w:sz w:val="24"/>
        </w:rPr>
        <w:t>(κἀκεῖνος ὑπεχώρησεν αὐτῷ τοῦ θρόνου: Καλλί‐ στρατος, οὐχ ὡς παραδεδωκότος Αἰσχύλου τὸν θρόνον τῷ Σοφοκλεῖ, ἀλλ’ ὡς παραδεδεγμένου αὐτὸν καὶ ὑπο‐ κεχωρηκότος.)</w:t>
      </w:r>
    </w:p>
    <w:p>
      <w:r>
        <w:rPr>
          <w:rFonts w:ascii="Courier New" w:hAnsi="Courier New"/>
          <w:color w:val="555555"/>
          <w:sz w:val="20"/>
        </w:rPr>
        <w:t>[sch ran 791]</w:t>
      </w:r>
    </w:p>
    <w:p>
      <w:r>
        <w:rPr>
          <w:rFonts w:ascii="Gentium Plus" w:hAnsi="Gentium Plus"/>
          <w:sz w:val="24"/>
        </w:rPr>
        <w:t>(Κλειδημίδης: Καλλίστρατος, ὅτι ἴσως Σοφο‐ κλέους υἱὸς οὗτος. Ἀπολλώνιος δὲ, ὅτι Σοφοκλέους ὑπο‐ κριτής. τοῦτο δὲ πόθεν, σκέψασθε. διαβάλλει δὲ καὶ Κλειδημίδην ὡς κακόξενον.)</w:t>
      </w:r>
    </w:p>
    <w:p>
      <w:r>
        <w:rPr>
          <w:rFonts w:ascii="Courier New" w:hAnsi="Courier New"/>
          <w:color w:val="555555"/>
          <w:sz w:val="20"/>
        </w:rPr>
        <w:t>[sch ran 792]</w:t>
      </w:r>
    </w:p>
    <w:p>
      <w:r>
        <w:rPr>
          <w:rFonts w:ascii="Gentium Plus" w:hAnsi="Gentium Plus"/>
          <w:sz w:val="24"/>
        </w:rPr>
        <w:t>ἔφεδρος: Κριτής. Br. ἔφεδρος, ὁ μαχομένων τινῶν παρακαθήμενος, καὶ μέλλων τῷ νενικηκότι μα‐ χήσασθαι. Br.</w:t>
      </w:r>
    </w:p>
    <w:p>
      <w:r>
        <w:rPr>
          <w:rFonts w:ascii="Courier New" w:hAnsi="Courier New"/>
          <w:color w:val="555555"/>
          <w:sz w:val="20"/>
        </w:rPr>
        <w:t>[sch ran 793]</w:t>
      </w:r>
    </w:p>
    <w:p>
      <w:r>
        <w:rPr>
          <w:rFonts w:ascii="Gentium Plus" w:hAnsi="Gentium Plus"/>
          <w:sz w:val="24"/>
        </w:rPr>
        <w:t>(ἕξειν κατὰ χώραν: Ἀντὶ τοῦ, ἐάσειν οὕτως ὡς εὗρεν Αἰσχύλον καθέζεσθαι.)</w:t>
      </w:r>
    </w:p>
    <w:p>
      <w:r>
        <w:rPr>
          <w:rFonts w:ascii="Courier New" w:hAnsi="Courier New"/>
          <w:color w:val="555555"/>
          <w:sz w:val="20"/>
        </w:rPr>
        <w:t>[sch ran 795]</w:t>
      </w:r>
    </w:p>
    <w:p>
      <w:r>
        <w:rPr>
          <w:rFonts w:ascii="Gentium Plus" w:hAnsi="Gentium Plus"/>
          <w:sz w:val="24"/>
        </w:rPr>
        <w:t>ἀντὶ τοῦ ἄρτι. R. ζυγοστατηθήσεται. V. Θ.</w:t>
      </w:r>
    </w:p>
    <w:p>
      <w:r>
        <w:rPr>
          <w:rFonts w:ascii="Courier New" w:hAnsi="Courier New"/>
          <w:color w:val="555555"/>
          <w:sz w:val="20"/>
        </w:rPr>
        <w:t>[sch ran 798]</w:t>
      </w:r>
    </w:p>
    <w:p>
      <w:r>
        <w:rPr>
          <w:rFonts w:ascii="Gentium Plus" w:hAnsi="Gentium Plus"/>
          <w:sz w:val="24"/>
        </w:rPr>
        <w:t>μειαγωγήσουσι τὴν τραγῳδίαν: Μεῖον λέγουσι τοὺς ὑπὲρ τῶν υἱῶν εἰς τὰ Ἀπατούρια ⟦ὄϊσ⟧ ὑπὸ τῶν πατέρων εἰσφερομένους, διὰ τὸ ἐπιφωνεῖν τοὺς φράτο‐ ρας ἐπὶ τοῦ σταθμοῦ τοῦ ἱερείου, μεῖον μεῖον. ὅτι δὲ</w:t>
      </w:r>
    </w:p>
    <w:p>
      <w:r>
        <w:rPr>
          <w:rFonts w:ascii="Courier New" w:hAnsi="Courier New"/>
          <w:color w:val="555555"/>
          <w:sz w:val="20"/>
        </w:rPr>
        <w:t>[5]</w:t>
      </w:r>
    </w:p>
    <w:p>
      <w:r>
        <w:rPr>
          <w:rFonts w:ascii="Gentium Plus" w:hAnsi="Gentium Plus"/>
          <w:sz w:val="24"/>
        </w:rPr>
        <w:t>ἵστατο, Ἀριστοφάνης ἐν Δράμασι δεδήλωκε. τοῦτο δὲ</w:t>
      </w:r>
    </w:p>
    <w:p>
      <w:r>
        <w:rPr>
          <w:rFonts w:ascii="Courier New" w:hAnsi="Courier New"/>
          <w:color w:val="555555"/>
          <w:sz w:val="20"/>
        </w:rPr>
        <w:t>[10]</w:t>
      </w:r>
    </w:p>
    <w:p>
      <w:r>
        <w:rPr>
          <w:rFonts w:ascii="Gentium Plus" w:hAnsi="Gentium Plus"/>
          <w:sz w:val="24"/>
        </w:rPr>
        <w:t>(ἀλλ’ εὔχομαι ’γωγ’ ἑλκύσαι σε τὸν σταθμὸν, ἵνα μή με προσπράττωσι γραῦν οἱ φράτορες.) μειαγωγὸς δὲ ἐλέγετο ὁ προάγων τὸ ἱερεῖον, (ὅτι μεῖον τὸ ἱερεῖον ἔλεγον, τὸ παριστάμενον ὑπὲρ τῶν εἰς τοὺς φράτορας εἰσφερομένων. μεῖον δὲ ἐκλήθη ἀπὸ τοῦ συμ‐</w:t>
      </w:r>
    </w:p>
    <w:p>
      <w:r>
        <w:rPr>
          <w:rFonts w:ascii="Courier New" w:hAnsi="Courier New"/>
          <w:color w:val="555555"/>
          <w:sz w:val="20"/>
        </w:rPr>
        <w:t>[15]</w:t>
      </w:r>
    </w:p>
    <w:p>
      <w:r>
        <w:rPr>
          <w:rFonts w:ascii="Gentium Plus" w:hAnsi="Gentium Plus"/>
          <w:sz w:val="24"/>
        </w:rPr>
        <w:t>βαίνοντος. ἔδει γὰρ αὐτὸ ἔλαττον ἔχειν σταθμοῦ τινος ὡρισμένου διὰ τοὺς φιλοδοξοῦντας. οἱ δὲ φράτορες, ἵνα μείζονας νέμωνται μερίδας, ἐπεφώνουν, οὐκ ἐῶντες ἱστάναι, διὰ τοῦ μεῖόν ἐστιν.) ⟦Ἄλλως. ἐάν τις εἰσάγῃ εἰς τοὺς ἰδίους φράτορας υἱὸν ἐν ἡλικίᾳ γενόμενον, πα‐</w:t>
      </w:r>
    </w:p>
    <w:p>
      <w:r>
        <w:rPr>
          <w:rFonts w:ascii="Courier New" w:hAnsi="Courier New"/>
          <w:color w:val="555555"/>
          <w:sz w:val="20"/>
        </w:rPr>
        <w:t>[20]</w:t>
      </w:r>
    </w:p>
    <w:p>
      <w:r>
        <w:rPr>
          <w:rFonts w:ascii="Gentium Plus" w:hAnsi="Gentium Plus"/>
          <w:sz w:val="24"/>
        </w:rPr>
        <w:t>ρίστη αὐτοῖς ἐπὶ ὡρισμένῳ σταθμῷ ἱερεῖον, πρὸς ὃν ἔδει προσάγειν, καὶ οὐκ ἐξῆν μεῖζον παρασχεῖν. ὅτε δὲ ἐντεθείη τὸ ἱερεῖον εἰς τὸν ζυγὸν, περιεστῶτες ἐβόων, μεῖον μεῖον· τοῦτο δηλονότι ἔλαττόν ἐστι. παρὰ τοῦτο οὖν λέγει καὶ μειαγωγεῖν τὴν τραγῳδίαν, τουτέστι πρὸς</w:t>
      </w:r>
    </w:p>
    <w:p>
      <w:r>
        <w:rPr>
          <w:rFonts w:ascii="Courier New" w:hAnsi="Courier New"/>
          <w:color w:val="555555"/>
          <w:sz w:val="20"/>
        </w:rPr>
        <w:t>[25]</w:t>
      </w:r>
    </w:p>
    <w:p>
      <w:r>
        <w:rPr>
          <w:rFonts w:ascii="Gentium Plus" w:hAnsi="Gentium Plus"/>
          <w:sz w:val="24"/>
        </w:rPr>
        <w:t>τὸν ζυγὸν προσάξουσι καὶ στήσουσιν.⟧ (Ἄλλως. ἐπεὶ εἰώθασι προσφέρειν οἱ εἰς τοὺς φράτορας γραφόμενοι πρόβατον, καὶ οἱ ἱστάμενοι ἔλεγον, μεῖον μεῖον. καὶ τὸν εἰσάγοντα μειαγωγὸν ἐκάλουν.) —μειαγωγήσουσι: ὡς πρόβατον στήσουσι. R. V. ζυγοστατήσουσι. Br.</w:t>
      </w:r>
    </w:p>
    <w:p>
      <w:r>
        <w:rPr>
          <w:rFonts w:ascii="Courier New" w:hAnsi="Courier New"/>
          <w:color w:val="555555"/>
          <w:sz w:val="20"/>
        </w:rPr>
        <w:t>[sch ran 799]</w:t>
      </w:r>
    </w:p>
    <w:p>
      <w:r>
        <w:rPr>
          <w:rFonts w:ascii="Gentium Plus" w:hAnsi="Gentium Plus"/>
          <w:sz w:val="24"/>
        </w:rPr>
        <w:t>τοὺς κανόνας: Κυρίως τὸ ἐπάνω τῆς τρυτάνης ὂν καὶ εἰς ἰσότητα ταύτην ἄγον.</w:t>
      </w:r>
    </w:p>
    <w:p>
      <w:r>
        <w:rPr>
          <w:rFonts w:ascii="Courier New" w:hAnsi="Courier New"/>
          <w:color w:val="555555"/>
          <w:sz w:val="20"/>
        </w:rPr>
        <w:t>[sch ran 800]</w:t>
      </w:r>
    </w:p>
    <w:p>
      <w:r>
        <w:rPr>
          <w:rFonts w:ascii="Gentium Plus" w:hAnsi="Gentium Plus"/>
          <w:sz w:val="24"/>
        </w:rPr>
        <w:t>καὶ πλαίσια: Τὰ τῶν ξύλων τετράγωνα. — ὥσπερ πλινθία, ἐν οἷς πλινθεύουσι. τὸ δὲ ξύμπηκτα πρὸς οὐδὲν, ἀλλ’ οἷον περιττὰ καὶ σοφά. τοῦτο δὲ πρὸς Εὐρι‐ πίδην. R. V. Θ. M. καὶ διαμέτρους τοὺς διαβήτας ὡς</w:t>
      </w:r>
    </w:p>
    <w:p>
      <w:r>
        <w:rPr>
          <w:rFonts w:ascii="Courier New" w:hAnsi="Courier New"/>
          <w:color w:val="555555"/>
          <w:sz w:val="20"/>
        </w:rPr>
        <w:t>[5]</w:t>
      </w:r>
    </w:p>
    <w:p>
      <w:r>
        <w:rPr>
          <w:rFonts w:ascii="Gentium Plus" w:hAnsi="Gentium Plus"/>
          <w:sz w:val="24"/>
        </w:rPr>
        <w:t>Ὅμηρος [Il. Β, 765] «σταφύλην ἐπὶ νῶτον ἐΐσας.» V. ⟦πλαίσιον γὰρ, πλινθίον τετράγωνον. Ἀφθόνιος [p. 106, 16 W.]· καὶ τὸ σχῆμα πλαίσιον τυγχάνει τοῦ μηχανή‐ ματος. διάμετρος δὲ, ἡ ἐν τῷ κύκλῳ κέντρον τέμνουσα μέσον γραμμή. διαβήτης, σταφύλη· ὅπερ ἐστὶν ὄνομα</w:t>
      </w:r>
    </w:p>
    <w:p>
      <w:r>
        <w:rPr>
          <w:rFonts w:ascii="Courier New" w:hAnsi="Courier New"/>
          <w:color w:val="555555"/>
          <w:sz w:val="20"/>
        </w:rPr>
        <w:t>[10]</w:t>
      </w:r>
    </w:p>
    <w:p>
      <w:r>
        <w:rPr>
          <w:rFonts w:ascii="Gentium Plus" w:hAnsi="Gentium Plus"/>
          <w:sz w:val="24"/>
        </w:rPr>
        <w:t>παρὰ τοῖς ἀρχιτέκτοσιν ἐπὶ τῆς καθιεμένης μολύβδου τιθέμενον. Ὅμηρος «σταφύλην ἐπὶ νῶτον ἔχουσα.» οὐδὲν δὲ ἀλλ’ οἷον περιττὰ καὶ σοφά. ἢ διὰ τούτων δεί‐ κνυσιν ὅτι παντοδαπῶς ἐξετασθήσεται.⟧ —ξύμπηκτα: Ἡνωμένα. Br.</w:t>
      </w:r>
    </w:p>
    <w:p>
      <w:r>
        <w:rPr>
          <w:rFonts w:ascii="Courier New" w:hAnsi="Courier New"/>
          <w:color w:val="555555"/>
          <w:sz w:val="20"/>
        </w:rPr>
        <w:t>[sch ran 801]</w:t>
      </w:r>
    </w:p>
    <w:p>
      <w:r>
        <w:rPr>
          <w:rFonts w:ascii="Gentium Plus" w:hAnsi="Gentium Plus"/>
          <w:sz w:val="24"/>
        </w:rPr>
        <w:t>ἀπὸ (ἀντὶ V.) τοῦ καθιεμένου μολίβου. R. V.</w:t>
      </w:r>
    </w:p>
    <w:p>
      <w:r>
        <w:rPr>
          <w:rFonts w:ascii="Courier New" w:hAnsi="Courier New"/>
          <w:color w:val="555555"/>
          <w:sz w:val="20"/>
        </w:rPr>
        <w:t>[sch ran 804]</w:t>
      </w:r>
    </w:p>
    <w:p>
      <w:r>
        <w:rPr>
          <w:rFonts w:ascii="Gentium Plus" w:hAnsi="Gentium Plus"/>
          <w:sz w:val="24"/>
        </w:rPr>
        <w:t>ταυρηδὸν: Τοιοῦτος γὰρ τῷ σχήματι ὀργιζόμε‐ νος ὁ Αἰσχύλος.</w:t>
      </w:r>
    </w:p>
    <w:p>
      <w:r>
        <w:rPr>
          <w:rFonts w:ascii="Courier New" w:hAnsi="Courier New"/>
          <w:color w:val="555555"/>
          <w:sz w:val="20"/>
        </w:rPr>
        <w:t>[sch ran 807]</w:t>
      </w:r>
    </w:p>
    <w:p>
      <w:r>
        <w:rPr>
          <w:rFonts w:ascii="Gentium Plus" w:hAnsi="Gentium Plus"/>
          <w:sz w:val="24"/>
        </w:rPr>
        <w:t>οὔτε γὰρ Ἀθηναίοισιν: Ἀντὶ τοῦ οὐκ ἤρεσκεν. R. [ὡς φαύλων περὶ τὰς ἀποκρίσεις ὄντων οὐκ ἐστοί‐ χησεν.] —ξυνέβαινεν: Ἔχαιρεν, ἀπεδέχετο αὐτούς. Brunck.</w:t>
      </w:r>
    </w:p>
    <w:p>
      <w:r>
        <w:rPr>
          <w:rFonts w:ascii="Courier New" w:hAnsi="Courier New"/>
          <w:color w:val="555555"/>
          <w:sz w:val="20"/>
        </w:rPr>
        <w:t>[sch ran 808]</w:t>
      </w:r>
    </w:p>
    <w:p>
      <w:r>
        <w:rPr>
          <w:rFonts w:ascii="Gentium Plus" w:hAnsi="Gentium Plus"/>
          <w:sz w:val="24"/>
        </w:rPr>
        <w:t>[τοὺς τοιχωρύχους: Τοὺς προσέχοντας Εὐρι‐ πίδῃ πονηρούς.]</w:t>
      </w:r>
    </w:p>
    <w:p>
      <w:r>
        <w:rPr>
          <w:rFonts w:ascii="Courier New" w:hAnsi="Courier New"/>
          <w:color w:val="555555"/>
          <w:sz w:val="20"/>
        </w:rPr>
        <w:t>[sch ran 809]</w:t>
      </w:r>
    </w:p>
    <w:p>
      <w:r>
        <w:rPr>
          <w:rFonts w:ascii="Gentium Plus" w:hAnsi="Gentium Plus"/>
          <w:sz w:val="24"/>
        </w:rPr>
        <w:t>λῆρόν τε τἄλλ’ ἡγεῖτο: [Ἀντὶ τοῦ, τοὺς ἄλλους.] Ἀθηναίους μὲν συνετοὺς ἡγεῖτο, πονηροὺς δὲ τοὺς πλεί‐ στους. διὸ μὴ ἐπιτρέψαι αὐτοῖς τὴν κρίσιν. τοὺς δὲ ἄλ‐ λους ἀνθρώπους λῆρον ἡγεῖτο πρὸς τὴν τοιαύτην ἐξέ‐</w:t>
      </w:r>
    </w:p>
    <w:p>
      <w:r>
        <w:rPr>
          <w:rFonts w:ascii="Courier New" w:hAnsi="Courier New"/>
          <w:color w:val="555555"/>
          <w:sz w:val="20"/>
        </w:rPr>
        <w:t>[5]</w:t>
      </w:r>
    </w:p>
    <w:p>
      <w:r>
        <w:rPr>
          <w:rFonts w:ascii="Gentium Plus" w:hAnsi="Gentium Plus"/>
          <w:sz w:val="24"/>
        </w:rPr>
        <w:t>τασιν.</w:t>
      </w:r>
    </w:p>
    <w:p>
      <w:r>
        <w:rPr>
          <w:rFonts w:ascii="Courier New" w:hAnsi="Courier New"/>
          <w:color w:val="555555"/>
          <w:sz w:val="20"/>
        </w:rPr>
        <w:t>[sch ran 811]</w:t>
      </w:r>
    </w:p>
    <w:p>
      <w:r>
        <w:rPr>
          <w:rFonts w:ascii="Gentium Plus" w:hAnsi="Gentium Plus"/>
          <w:sz w:val="24"/>
        </w:rPr>
        <w:t>αὐτοῦ γὰρ ὁ ἀγών. R.</w:t>
      </w:r>
    </w:p>
    <w:p>
      <w:r>
        <w:rPr>
          <w:rFonts w:ascii="Courier New" w:hAnsi="Courier New"/>
          <w:color w:val="555555"/>
          <w:sz w:val="20"/>
        </w:rPr>
        <w:t>[sch ran 812]</w:t>
      </w:r>
    </w:p>
    <w:p>
      <w:r>
        <w:rPr>
          <w:rFonts w:ascii="Gentium Plus" w:hAnsi="Gentium Plus"/>
          <w:sz w:val="24"/>
        </w:rPr>
        <w:t>ὡς ὅταν γ’ οἱ δεσπόται: Ὅταν γὰρ οἱ δεσπό‐ ται σπουδάζωσι θᾶττόν τι ἀπαρτισθῆναι, ἐπιπλήττουσι τοῖς δούλοις, ἵνα θᾶττον ἐνεργῶσιν.</w:t>
      </w:r>
    </w:p>
    <w:p>
      <w:r>
        <w:rPr>
          <w:rFonts w:ascii="Courier New" w:hAnsi="Courier New"/>
          <w:color w:val="555555"/>
          <w:sz w:val="20"/>
        </w:rPr>
        <w:t>[sch ran 814]</w:t>
      </w:r>
    </w:p>
    <w:p>
      <w:r>
        <w:rPr>
          <w:rFonts w:ascii="Gentium Plus" w:hAnsi="Gentium Plus"/>
          <w:sz w:val="24"/>
        </w:rPr>
        <w:t>⟦ἦπου δεινὸν ἐριβρεμέτας: Κορωνὶς καὶ εἴσθε‐ σις μέλους χοροῦ μονοστροφικὴ, τέσσαρος περιόδους ὁμοίους ἔχουσα. τὰ κῶλα δ’ ἑκάστης περιόδου εἰσὶν ἑπτὰ ἰσόμετρα. ὧν τὰ μὲν πρῶτα καὶ τρίτα καὶ πέμπτα</w:t>
      </w:r>
    </w:p>
    <w:p>
      <w:r>
        <w:rPr>
          <w:rFonts w:ascii="Courier New" w:hAnsi="Courier New"/>
          <w:color w:val="555555"/>
          <w:sz w:val="20"/>
        </w:rPr>
        <w:t>[5]</w:t>
      </w:r>
    </w:p>
    <w:p>
      <w:r>
        <w:rPr>
          <w:rFonts w:ascii="Gentium Plus" w:hAnsi="Gentium Plus"/>
          <w:sz w:val="24"/>
        </w:rPr>
        <w:t>δακτυλικά. ἀλλὰ τὰ μὲν ἑφθημιμερῆ, τὰ δὲ πέμπτα πενθημιμερῆ. τὰ δεύτερα καὶ τέταρτα καὶ ἕκτα ἀναπαι‐ στικὰ ἑφθημιμερῆ. τὰ δ’ ἕβδομα τροχαϊκὰ ἑφθημιμερῆ Εὐριπίδεια. μετροῦνται μέντοι καὶ κατὰ δύο δακτυλι‐ κοὺς ἑξαμέτρους καὶ ἕνα πεντάμετρον καὶ ἕνα τροχαϊ‐</w:t>
      </w:r>
    </w:p>
    <w:p>
      <w:r>
        <w:rPr>
          <w:rFonts w:ascii="Courier New" w:hAnsi="Courier New"/>
          <w:color w:val="555555"/>
          <w:sz w:val="20"/>
        </w:rPr>
        <w:t>[10]</w:t>
      </w:r>
    </w:p>
    <w:p>
      <w:r>
        <w:rPr>
          <w:rFonts w:ascii="Gentium Plus" w:hAnsi="Gentium Plus"/>
          <w:sz w:val="24"/>
        </w:rPr>
        <w:t>κὸν δίμετρον καταληκτικόν.⟧ ἦπου δεινὸν ἐριβρεμέτας: Ὁ Αἰσχύλος πρὸς τὸ βροντῶδες τῶν ῥημάτων καὶ κομπῶδες· οἷά ἐστι κἀ‐ κεῖνα ἐν ἀρχῇ τοῦ Προμηθέως χθονὸς μὲν ἐς τηλουρὸν ἥκομεν πέδον,</w:t>
      </w:r>
    </w:p>
    <w:p>
      <w:r>
        <w:rPr>
          <w:rFonts w:ascii="Courier New" w:hAnsi="Courier New"/>
          <w:color w:val="555555"/>
          <w:sz w:val="20"/>
        </w:rPr>
        <w:t>[15]</w:t>
      </w:r>
    </w:p>
    <w:p>
      <w:r>
        <w:rPr>
          <w:rFonts w:ascii="Gentium Plus" w:hAnsi="Gentium Plus"/>
          <w:sz w:val="24"/>
        </w:rPr>
        <w:t>Σκύθην ἐς οἶμον, ἄβροτον εἰς ἐρημίαν. Ἥφαιστε, σοὶ δὲ χρὴ μέλειν ἐπιστολὰς, ἅς σοι πατὴρ ἐφεῖτο, τόνδε πρὸς πέτραις ὑψηλοκρήμνοις τὸν λεωργὸν ὀχμάσαι, ἀδαμαντίνων δεσμῶν ἐν ἀρρήκτοις πέδαις.</w:t>
      </w:r>
    </w:p>
    <w:p>
      <w:r>
        <w:rPr>
          <w:rFonts w:ascii="Courier New" w:hAnsi="Courier New"/>
          <w:color w:val="555555"/>
          <w:sz w:val="20"/>
        </w:rPr>
        <w:t>[20]</w:t>
      </w:r>
    </w:p>
    <w:p>
      <w:r>
        <w:rPr>
          <w:rFonts w:ascii="Gentium Plus" w:hAnsi="Gentium Plus"/>
          <w:sz w:val="24"/>
        </w:rPr>
        <w:t>καὶ πάλιν ἀδαμαντίνου νῦν σφηνὸς αὐθάδη γνάθον στέρνων διαμπὰξ πασσάλευ’ ἐρρωμένως. ἐριβρεμέτας: Ὁ μεγαλόφωνος Αἰσχύλος. Br.</w:t>
      </w:r>
    </w:p>
    <w:p>
      <w:r>
        <w:rPr>
          <w:rFonts w:ascii="Courier New" w:hAnsi="Courier New"/>
          <w:color w:val="555555"/>
          <w:sz w:val="20"/>
        </w:rPr>
        <w:t>[sch ran 815]</w:t>
      </w:r>
    </w:p>
    <w:p>
      <w:r>
        <w:rPr>
          <w:rFonts w:ascii="Gentium Plus" w:hAnsi="Gentium Plus"/>
          <w:sz w:val="24"/>
        </w:rPr>
        <w:t>τὸν ὀξέως λαλοῦντα. R. V. θήγοντος ὀδόντας: Ἀπὸ μεταφορᾶς εἶπε τῶν χοί‐ ρων, οἳ ὅταν εἰς μάχην παρασκευάζωνται, τοῦτο ποι‐ οῦσι. στροβήσεται δὲ, ἀντὶ τοῦ ταραχθήσεται.</w:t>
      </w:r>
    </w:p>
    <w:p>
      <w:r>
        <w:rPr>
          <w:rFonts w:ascii="Courier New" w:hAnsi="Courier New"/>
          <w:color w:val="555555"/>
          <w:sz w:val="20"/>
        </w:rPr>
        <w:t>[sch ran 816]</w:t>
      </w:r>
    </w:p>
    <w:p>
      <w:r>
        <w:rPr>
          <w:rFonts w:ascii="Gentium Plus" w:hAnsi="Gentium Plus"/>
          <w:sz w:val="24"/>
        </w:rPr>
        <w:t>Εὐριπίδου. R.</w:t>
      </w:r>
    </w:p>
    <w:p>
      <w:r>
        <w:rPr>
          <w:rFonts w:ascii="Courier New" w:hAnsi="Courier New"/>
          <w:color w:val="555555"/>
          <w:sz w:val="20"/>
        </w:rPr>
        <w:t>[sch ran 817]</w:t>
      </w:r>
    </w:p>
    <w:p>
      <w:r>
        <w:rPr>
          <w:rFonts w:ascii="Gentium Plus" w:hAnsi="Gentium Plus"/>
          <w:sz w:val="24"/>
        </w:rPr>
        <w:t>ταραχθήσεται. R.</w:t>
      </w:r>
    </w:p>
    <w:p>
      <w:r>
        <w:rPr>
          <w:rFonts w:ascii="Courier New" w:hAnsi="Courier New"/>
          <w:color w:val="555555"/>
          <w:sz w:val="20"/>
        </w:rPr>
        <w:t>[sch ran 818]</w:t>
      </w:r>
    </w:p>
    <w:p>
      <w:r>
        <w:rPr>
          <w:rFonts w:ascii="Gentium Plus" w:hAnsi="Gentium Plus"/>
          <w:sz w:val="24"/>
        </w:rPr>
        <w:t>ὑψιλόφων τε λόγων: Τῶν τοῦ Αἰσχύλου· διὰ τὸ ὑψηλόν. ⟦τουτέστι μετεώρων, μεγάλων.⟧ χαρακτη‐ ρίζει δὲ ἀμφοτέρους, Εὐριπίδην καὶ Αἰσχύλον.</w:t>
      </w:r>
    </w:p>
    <w:p>
      <w:r>
        <w:rPr>
          <w:rFonts w:ascii="Courier New" w:hAnsi="Courier New"/>
          <w:color w:val="555555"/>
          <w:sz w:val="20"/>
        </w:rPr>
        <w:t>[sch ran 819]</w:t>
      </w:r>
    </w:p>
    <w:p>
      <w:r>
        <w:rPr>
          <w:rFonts w:ascii="Gentium Plus" w:hAnsi="Gentium Plus"/>
          <w:sz w:val="24"/>
        </w:rPr>
        <w:t>σκινδαλμῶν τε παραξόνια: Σκινδαλμὸς κυρίως τὸ περὶ τὸν φλοιὸν τοῦ καλάμου ξέσμα. παραξόνια δὲ, οἷον κινδυνώδη καὶ παράβολα, περὶ τὸν τροχὸν ἑλκό‐ μενα. (καὶ ἄνω [99] ἔφη ἐπ’ αὐτοῦ τοῦ Εὐριπίδου</w:t>
      </w:r>
    </w:p>
    <w:p>
      <w:r>
        <w:rPr>
          <w:rFonts w:ascii="Courier New" w:hAnsi="Courier New"/>
          <w:color w:val="555555"/>
          <w:sz w:val="20"/>
        </w:rPr>
        <w:t>[5]</w:t>
      </w:r>
    </w:p>
    <w:p>
      <w:r>
        <w:rPr>
          <w:rFonts w:ascii="Gentium Plus" w:hAnsi="Gentium Plus"/>
          <w:sz w:val="24"/>
        </w:rPr>
        <w:t>«τοιουτονί τι παρακεκινδυνευμένον.» Ἄλλως. πα‐ ραξόνια, κινδυνώδη·) ἀπὸ τοῦ ἄξονος. ἀεὶ γὰρ τὸ μέρος τοῦτο κινδυνεύει. σμιλεύματα δὲ, τὰ ἐκβαλλόμενα ἀπὸ σμίλης. ἀντὶ τοῦ διαγλύμματα, ἐρεθίσματα. —σχιν‐ δαλμῶν: Λεπτολογιῶν. Br. φιλονεικήματα. R.</w:t>
      </w:r>
    </w:p>
    <w:p>
      <w:r>
        <w:rPr>
          <w:rFonts w:ascii="Courier New" w:hAnsi="Courier New"/>
          <w:color w:val="555555"/>
          <w:sz w:val="20"/>
        </w:rPr>
        <w:t>[sch ran 820]</w:t>
      </w:r>
    </w:p>
    <w:p>
      <w:r>
        <w:rPr>
          <w:rFonts w:ascii="Gentium Plus" w:hAnsi="Gentium Plus"/>
          <w:sz w:val="24"/>
        </w:rPr>
        <w:t>⟦φρενοτέκτονος: Τοῦ ἐκ τῆς αὐτοῦ φρενὸς τε‐ κταινομένου καὶ συντεθέντος Αἰσχύλου. ταῦτα δὲ λέγει, ἐπειδὴ τοιούτοις ὀνόμασιν Αἰσχύλος ἐκέχρητο κτύπον ἀποτελοῦσι. τὸ δὲ ἑξῆς, φωτὸς ἀμυνομένου, τουτέστι</w:t>
      </w:r>
    </w:p>
    <w:p>
      <w:r>
        <w:rPr>
          <w:rFonts w:ascii="Courier New" w:hAnsi="Courier New"/>
          <w:color w:val="555555"/>
          <w:sz w:val="20"/>
        </w:rPr>
        <w:t>[5]</w:t>
      </w:r>
    </w:p>
    <w:p>
      <w:r>
        <w:rPr>
          <w:rFonts w:ascii="Gentium Plus" w:hAnsi="Gentium Plus"/>
          <w:sz w:val="24"/>
        </w:rPr>
        <w:t>τοῦ Εὐριπίδου ἀμυνομένου τὰ ἱπποβάμονα ῥήματα τοῦ φρενοτέκτονος ἀνδρός· τουτέστι τοῦ Αἰσχύλου.⟧</w:t>
      </w:r>
    </w:p>
    <w:p>
      <w:r>
        <w:rPr>
          <w:rFonts w:ascii="Courier New" w:hAnsi="Courier New"/>
          <w:color w:val="555555"/>
          <w:sz w:val="20"/>
        </w:rPr>
        <w:t>[sch ran 821]</w:t>
      </w:r>
    </w:p>
    <w:p>
      <w:r>
        <w:rPr>
          <w:rFonts w:ascii="Gentium Plus" w:hAnsi="Gentium Plus"/>
          <w:sz w:val="24"/>
        </w:rPr>
        <w:t>παρὰ τὴν βάσιν τῶν ἵππων. R.</w:t>
      </w:r>
    </w:p>
    <w:p>
      <w:r>
        <w:rPr>
          <w:rFonts w:ascii="Courier New" w:hAnsi="Courier New"/>
          <w:color w:val="555555"/>
          <w:sz w:val="20"/>
        </w:rPr>
        <w:t>[sch ran 822]</w:t>
      </w:r>
    </w:p>
    <w:p>
      <w:r>
        <w:rPr>
          <w:rFonts w:ascii="Gentium Plus" w:hAnsi="Gentium Plus"/>
          <w:sz w:val="24"/>
        </w:rPr>
        <w:t>φρίξας δ’ αὐτοκόμου: Ὡσεὶ εἶπεν, ὀργισθεὶς ὥσπερ σῦς· πᾶν δέ τ’ ἐπισκύνιον κάτω ἕλκεται. (εἰς ἓν δὲ συνήγαγεν ὁμοῦ ἀμφοτέρας τὰς Ὁμηρικὰς</w:t>
      </w:r>
    </w:p>
    <w:p>
      <w:r>
        <w:rPr>
          <w:rFonts w:ascii="Courier New" w:hAnsi="Courier New"/>
          <w:color w:val="555555"/>
          <w:sz w:val="20"/>
        </w:rPr>
        <w:t>[5]</w:t>
      </w:r>
    </w:p>
    <w:p>
      <w:r>
        <w:rPr>
          <w:rFonts w:ascii="Gentium Plus" w:hAnsi="Gentium Plus"/>
          <w:sz w:val="24"/>
        </w:rPr>
        <w:t>εἰκόνας, τήν τε ἐπὶ τοῦ λέοντος, [ἐν τῷ, λασιαύχενα χαίταν,] καὶ τὴν ἐπὶ τοῦ συός.)</w:t>
      </w:r>
    </w:p>
    <w:p>
      <w:r>
        <w:rPr>
          <w:rFonts w:ascii="Courier New" w:hAnsi="Courier New"/>
          <w:color w:val="555555"/>
          <w:sz w:val="20"/>
        </w:rPr>
        <w:t>[sch ran 823]</w:t>
      </w:r>
    </w:p>
    <w:p>
      <w:r>
        <w:rPr>
          <w:rFonts w:ascii="Gentium Plus" w:hAnsi="Gentium Plus"/>
          <w:sz w:val="24"/>
        </w:rPr>
        <w:t>⟦ἐπισκύνιον ξυνάγων: Ὅμηρος [Il. Ρ, 136] πᾶν δέ τ’ ἐπισκύνιον κάτω ἕλκεται, ὄσσε καλύπτων· τὸ περὶ τὰς ὀφρῦς δέρμα· κατὰ μετάθεσιν τοῦ λ εἰς ν. σκῦλος γὰρ λέγεται τὸ δέρμα· ἔνθεν καὶ σκυλοδέψης, ὡς</w:t>
      </w:r>
    </w:p>
    <w:p>
      <w:r>
        <w:rPr>
          <w:rFonts w:ascii="Courier New" w:hAnsi="Courier New"/>
          <w:color w:val="555555"/>
          <w:sz w:val="20"/>
        </w:rPr>
        <w:t>[5]</w:t>
      </w:r>
    </w:p>
    <w:p>
      <w:r>
        <w:rPr>
          <w:rFonts w:ascii="Gentium Plus" w:hAnsi="Gentium Plus"/>
          <w:sz w:val="24"/>
        </w:rPr>
        <w:t>βυρσοδέψης. τὸ ἐπάνω τῶν ὀφθαλμῶν μέρος ἤτοι δέρ‐ μα. τὸ συνοφρύωμα τοῦ μετώπου. ὅθεν καὶ σκύζεσθαι, τὸ ὀργίζεσθαι, διὰ τὸ ἐνδιάθετον γίνεσθαι τοῦτο τὸ μέρος τοῖς ὀργιζομένοις, καὶ ἐπισκύσαι, τὸ χαλεπῆναι· ἀπὸ τοῦ τὸ ἐπισκύνιον καθέλκειν τοὺς χαλεπαίνοντας. Junt.</w:t>
      </w:r>
    </w:p>
    <w:p>
      <w:r>
        <w:rPr>
          <w:rFonts w:ascii="Courier New" w:hAnsi="Courier New"/>
          <w:color w:val="555555"/>
          <w:sz w:val="20"/>
        </w:rPr>
        <w:t>[10]</w:t>
      </w:r>
    </w:p>
    <w:p>
      <w:r>
        <w:rPr>
          <w:rFonts w:ascii="Gentium Plus" w:hAnsi="Gentium Plus"/>
          <w:sz w:val="24"/>
        </w:rPr>
        <w:t>ἐπισκύνιον ξυνάγων: Συστέλλων. C. ἐπισκύνιον ξυνέ‐ χων· Συνάγων, ὥσπερ οἱ θυμούμενοι θῆρες. D.⟧</w:t>
      </w:r>
    </w:p>
    <w:p>
      <w:r>
        <w:rPr>
          <w:rFonts w:ascii="Courier New" w:hAnsi="Courier New"/>
          <w:color w:val="555555"/>
          <w:sz w:val="20"/>
        </w:rPr>
        <w:t>[sch ran 824*]</w:t>
      </w:r>
    </w:p>
    <w:p>
      <w:r>
        <w:rPr>
          <w:rFonts w:ascii="Gentium Plus" w:hAnsi="Gentium Plus"/>
          <w:sz w:val="24"/>
        </w:rPr>
        <w:t>γομφοπαγῆ: Ἀκριβέστατα, πολυσύνθετα, (σκληρὰ, καὶ ἦχον ποιοῦντα, ὥσπερ αἱ κεκαρφωμέναι σανίδες). πινακηδὸν ἀποσπῶν: Ἀποσπῶν τὰ ῥήματα ὥσ‐</w:t>
      </w:r>
    </w:p>
    <w:p>
      <w:r>
        <w:rPr>
          <w:rFonts w:ascii="Courier New" w:hAnsi="Courier New"/>
          <w:color w:val="555555"/>
          <w:sz w:val="20"/>
        </w:rPr>
        <w:t>[5]</w:t>
      </w:r>
    </w:p>
    <w:p>
      <w:r>
        <w:rPr>
          <w:rFonts w:ascii="Gentium Plus" w:hAnsi="Gentium Plus"/>
          <w:sz w:val="24"/>
        </w:rPr>
        <w:t>περ πίνακας ἀπὸ πλοίων, οὐχ ὡς Εὐριπίδης, σκινδαλ‐ μούς. πινακίδες δὲ αἱ μεγάλαι σανίδες τῶν πλοίων, ⟦δίκην σανίδων τῶν ἐκ νεὼς ἀποσπωμένων ἐν τρικυ‐ μίᾳ⟧.</w:t>
      </w:r>
    </w:p>
    <w:p>
      <w:r>
        <w:rPr>
          <w:rFonts w:ascii="Courier New" w:hAnsi="Courier New"/>
          <w:color w:val="555555"/>
          <w:sz w:val="20"/>
        </w:rPr>
        <w:t>[sch ran 825]</w:t>
      </w:r>
    </w:p>
    <w:p>
      <w:r>
        <w:rPr>
          <w:rFonts w:ascii="Gentium Plus" w:hAnsi="Gentium Plus"/>
          <w:sz w:val="24"/>
        </w:rPr>
        <w:t>γηγενεῖ φυσήματι: Ἀντὶ τοῦ μεγάλῳ, ὥστε σεισμοὺς ποιεῖν. ἀρχαία γὰρ ὑπόνοια τὸ ὑπὸ πνευμά‐ των (κατεχομένην) σείεσθαι τὴν γῆν.</w:t>
      </w:r>
    </w:p>
    <w:p>
      <w:r>
        <w:rPr>
          <w:rFonts w:ascii="Courier New" w:hAnsi="Courier New"/>
          <w:color w:val="555555"/>
          <w:sz w:val="20"/>
        </w:rPr>
        <w:t>[sch ran 826]</w:t>
      </w:r>
    </w:p>
    <w:p>
      <w:r>
        <w:rPr>
          <w:rFonts w:ascii="Gentium Plus" w:hAnsi="Gentium Plus"/>
          <w:sz w:val="24"/>
        </w:rPr>
        <w:t>λίσπη: Τῷ τόνῳ ὡς κίστη. Ἀπολλώνιος δὲ ὀξύνει ὡς ψιλή. λίσπη δὲ ἡ ἐκτετριμμένη καὶ λεία. οὕτω γὰρ λέγονται οἱ τοιοῦτοι ἀστράγαλοι· ἀφ’ οὗ καὶ οἱ λίσποι τὰ ἰσχία. Καλλίστρατος δὲ θηρίδιον λεπτὸν</w:t>
      </w:r>
    </w:p>
    <w:p>
      <w:r>
        <w:rPr>
          <w:rFonts w:ascii="Courier New" w:hAnsi="Courier New"/>
          <w:color w:val="555555"/>
          <w:sz w:val="20"/>
        </w:rPr>
        <w:t>[5]</w:t>
      </w:r>
    </w:p>
    <w:p>
      <w:r>
        <w:rPr>
          <w:rFonts w:ascii="Gentium Plus" w:hAnsi="Gentium Plus"/>
          <w:sz w:val="24"/>
        </w:rPr>
        <w:t>σφόδρα· ἀφ’ οὗ καὶ οἱ τὰ ἰσχία λεπτοὶ λίσποι λέγονται. Ἄλλως. λίαν ἐκτετριμμένη καὶ ὀλισθηρὰ γλῶσσα· διὰ τὸ ἐν τοῖς λόγοις εὐαπόφυκτον. ⟦Ἄλλως. λίσπους κα‐ λοῦσι τοὺς ὑφ’ ἡμῶν καλουμένους στρυφνοὺς ἀστρα‐ γάλους. οἱ τοιοῦτοι δὲ δυστροπικοί εἰσιν ἐν τῷ παίζειν.</w:t>
      </w:r>
    </w:p>
    <w:p>
      <w:r>
        <w:rPr>
          <w:rFonts w:ascii="Courier New" w:hAnsi="Courier New"/>
          <w:color w:val="555555"/>
          <w:sz w:val="20"/>
        </w:rPr>
        <w:t>[10]</w:t>
      </w:r>
    </w:p>
    <w:p>
      <w:r>
        <w:rPr>
          <w:rFonts w:ascii="Gentium Plus" w:hAnsi="Gentium Plus"/>
          <w:sz w:val="24"/>
        </w:rPr>
        <w:t>λέγει δὲ τὴν Εὐριπίδου. πρὸς δὲ τὸ ἱπποβάμονα, καὶ τὰ λοιπὰ, τὸ κινοῦσα χαλινοὺς εἶπε. φθονεροὺς δὲ, ὡς φθονουμένου τοῦ Εὐριπίδου ἐπὶ σοφίᾳ. δαιομένη δὲ, διαμερίζουσα, διαιροῦσα, κατατέμνουσα τὰ Αἰσχύλου ῥήματα. καταλεπτολογήσει δὲ, τὴν τοῦ Αἰσχύλου λε‐</w:t>
      </w:r>
    </w:p>
    <w:p>
      <w:r>
        <w:rPr>
          <w:rFonts w:ascii="Courier New" w:hAnsi="Courier New"/>
          <w:color w:val="555555"/>
          <w:sz w:val="20"/>
        </w:rPr>
        <w:t>[15]</w:t>
      </w:r>
    </w:p>
    <w:p>
      <w:r>
        <w:rPr>
          <w:rFonts w:ascii="Gentium Plus" w:hAnsi="Gentium Plus"/>
          <w:sz w:val="24"/>
        </w:rPr>
        <w:t>πτολογίαν λεπτῶς βασανίσει ὁ Εὐριπίδης.⟧</w:t>
      </w:r>
    </w:p>
    <w:p>
      <w:r>
        <w:rPr>
          <w:rFonts w:ascii="Courier New" w:hAnsi="Courier New"/>
          <w:color w:val="555555"/>
          <w:sz w:val="20"/>
        </w:rPr>
        <w:t>[sch ran 828]</w:t>
      </w:r>
    </w:p>
    <w:p>
      <w:r>
        <w:rPr>
          <w:rFonts w:ascii="Gentium Plus" w:hAnsi="Gentium Plus"/>
          <w:sz w:val="24"/>
        </w:rPr>
        <w:t>διαμερίζουσα, διαιροῦσα. R. τὴν τοῦ Αἰσχύλου λεπτολογίαν καταλεπτολογήσει ὁ Εὐριπίδης. R.</w:t>
      </w:r>
    </w:p>
    <w:p>
      <w:r>
        <w:rPr>
          <w:rFonts w:ascii="Courier New" w:hAnsi="Courier New"/>
          <w:color w:val="555555"/>
          <w:sz w:val="20"/>
        </w:rPr>
        <w:t>[sch ran 829]</w:t>
      </w:r>
    </w:p>
    <w:p>
      <w:r>
        <w:rPr>
          <w:rFonts w:ascii="Gentium Plus" w:hAnsi="Gentium Plus"/>
          <w:sz w:val="24"/>
        </w:rPr>
        <w:t>(πλευμόνων πολὺν πόνον: Τὰ γὰρ τοιαῦτα ῥήματα μετὰ πολλοῦ ἐξέρχονται πόνου.)</w:t>
      </w:r>
    </w:p>
    <w:p>
      <w:r>
        <w:rPr>
          <w:rFonts w:ascii="Courier New" w:hAnsi="Courier New"/>
          <w:color w:val="555555"/>
          <w:sz w:val="20"/>
        </w:rPr>
        <w:t>[sch ran 830]</w:t>
      </w:r>
    </w:p>
    <w:p>
      <w:r>
        <w:rPr>
          <w:rFonts w:ascii="Gentium Plus" w:hAnsi="Gentium Plus"/>
          <w:sz w:val="24"/>
        </w:rPr>
        <w:t>οὐκ ἂν μεθείην: ⟦Γράφεται καὶ μεθείμην. κο‐ ρωνὶς δὲ εἰσιόντων τῶν ὑποκριτῶν. οἱ δὲ στίχοι ἰαμβι‐ κοὶ τρίμετροι ἀκατάληκτοι μεʹ. ὧν τελευταῖος</w:t>
      </w:r>
    </w:p>
    <w:p>
      <w:r>
        <w:rPr>
          <w:rFonts w:ascii="Courier New" w:hAnsi="Courier New"/>
          <w:color w:val="555555"/>
          <w:sz w:val="20"/>
        </w:rPr>
        <w:t>[5]</w:t>
      </w:r>
    </w:p>
    <w:p>
      <w:r>
        <w:rPr>
          <w:rFonts w:ascii="Gentium Plus" w:hAnsi="Gentium Plus"/>
          <w:sz w:val="24"/>
        </w:rPr>
        <w:t>ἐπὶ τῷ τέλει κορωνίς.⟧ —πρὸς τὸν Αἰσχύλον Εὐριπί‐ δης. R.</w:t>
      </w:r>
    </w:p>
    <w:p>
      <w:r>
        <w:rPr>
          <w:rFonts w:ascii="Courier New" w:hAnsi="Courier New"/>
          <w:color w:val="555555"/>
          <w:sz w:val="20"/>
        </w:rPr>
        <w:t>[sch ran 832]</w:t>
      </w:r>
    </w:p>
    <w:p>
      <w:r>
        <w:rPr>
          <w:rFonts w:ascii="Gentium Plus" w:hAnsi="Gentium Plus"/>
          <w:sz w:val="24"/>
        </w:rPr>
        <w:t>⟦αἰσθάνει γὰρ τοῦ λόγου: Ὃν λέγει, ὡς οὐ πα‐ ραχωρήσει σοι τοῦ θρόνου, φάσκων εἶναί σου κρείτ‐ των.⟧</w:t>
      </w:r>
    </w:p>
    <w:p>
      <w:r>
        <w:rPr>
          <w:rFonts w:ascii="Courier New" w:hAnsi="Courier New"/>
          <w:color w:val="555555"/>
          <w:sz w:val="20"/>
        </w:rPr>
        <w:t>[sch ran 833]</w:t>
      </w:r>
    </w:p>
    <w:p>
      <w:r>
        <w:rPr>
          <w:rFonts w:ascii="Gentium Plus" w:hAnsi="Gentium Plus"/>
          <w:sz w:val="24"/>
        </w:rPr>
        <w:t>ἀποσεμνυνεῖται: Ἀντὶ τοῦ, ἀπονοεῖται σιωπῶν. ὑπερηφανεῖ πάλιν, ὅπερ ἐποίει ζῶν. Ἄλλως. σεμνό‐ τητος γὰρ ἕνεκα ἐπιπολὺ ἐσιώπα Αἰσχύλος, ἐν τοῖς θεάτροις εἰσιών. —σεμνῶς ἑαυτὸν σχηματίσει. Br.</w:t>
      </w:r>
    </w:p>
    <w:p>
      <w:r>
        <w:rPr>
          <w:rFonts w:ascii="Courier New" w:hAnsi="Courier New"/>
          <w:color w:val="555555"/>
          <w:sz w:val="20"/>
        </w:rPr>
        <w:t>[sch ran 834]</w:t>
      </w:r>
    </w:p>
    <w:p>
      <w:r>
        <w:rPr>
          <w:rFonts w:ascii="Gentium Plus" w:hAnsi="Gentium Plus"/>
          <w:sz w:val="24"/>
        </w:rPr>
        <w:t>ὡς τοῦ Αἰσχύλου τερατευομένου ἐν ταῖς ἀρχαῖς τῶν δραμάτων. R.</w:t>
      </w:r>
    </w:p>
    <w:p>
      <w:r>
        <w:rPr>
          <w:rFonts w:ascii="Courier New" w:hAnsi="Courier New"/>
          <w:color w:val="555555"/>
          <w:sz w:val="20"/>
        </w:rPr>
        <w:t>[sch ran 835]</w:t>
      </w:r>
    </w:p>
    <w:p>
      <w:r>
        <w:rPr>
          <w:rFonts w:ascii="Gentium Plus" w:hAnsi="Gentium Plus"/>
          <w:sz w:val="24"/>
        </w:rPr>
        <w:t>λείπει κατ’ αὐτοῦ. R.</w:t>
      </w:r>
    </w:p>
    <w:p>
      <w:r>
        <w:rPr>
          <w:rFonts w:ascii="Courier New" w:hAnsi="Courier New"/>
          <w:color w:val="555555"/>
          <w:sz w:val="20"/>
        </w:rPr>
        <w:t>[sch ran 837]</w:t>
      </w:r>
    </w:p>
    <w:p>
      <w:r>
        <w:rPr>
          <w:rFonts w:ascii="Gentium Plus" w:hAnsi="Gentium Plus"/>
          <w:sz w:val="24"/>
        </w:rPr>
        <w:t>ἀγριοποιὸν: Ἀγρίους εἰσάγοντα καὶ ὠμοὺς τοὺς ἥρωας.</w:t>
      </w:r>
    </w:p>
    <w:p>
      <w:r>
        <w:rPr>
          <w:rFonts w:ascii="Courier New" w:hAnsi="Courier New"/>
          <w:color w:val="555555"/>
          <w:sz w:val="20"/>
        </w:rPr>
        <w:t>[sch ran 838]</w:t>
      </w:r>
    </w:p>
    <w:p>
      <w:r>
        <w:rPr>
          <w:rFonts w:ascii="Gentium Plus" w:hAnsi="Gentium Plus"/>
          <w:sz w:val="24"/>
        </w:rPr>
        <w:t>(ἀπύλωτον στόμα: Φρύνιχος, ἀθύρωτον. οἱ δὲ γράφουσιν ἀπύλωτον, ἀντὶ τοῦ ἀνεῳγμένον καὶ πύλην μὴ ἔχον, μὴ χαλιναγωγούμενον, μηδὲ κρατού‐ μενον.)</w:t>
      </w:r>
    </w:p>
    <w:p>
      <w:r>
        <w:rPr>
          <w:rFonts w:ascii="Courier New" w:hAnsi="Courier New"/>
          <w:color w:val="555555"/>
          <w:sz w:val="20"/>
        </w:rPr>
        <w:t>[sch ran 839]</w:t>
      </w:r>
    </w:p>
    <w:p>
      <w:r>
        <w:rPr>
          <w:rFonts w:ascii="Gentium Plus" w:hAnsi="Gentium Plus"/>
          <w:sz w:val="24"/>
        </w:rPr>
        <w:t>ἀπεριλάλητον: Ἤτοι οὐκ εἰδότα λαλεῖν, ἢ οἷον οὐκ ἄν τις περιλαλήσαι. (κομποφακελορρήμονα δὲ,) βαρυρρήμονα, ⟦σκληρὰ καὶ συνδεδεμένα ἔπη λέγοντα⟧. φάκελοι γὰρ τὰ βαρέα ⟦καὶ συνδεδεμένα⟧ φορτία τῶν</w:t>
      </w:r>
    </w:p>
    <w:p>
      <w:r>
        <w:rPr>
          <w:rFonts w:ascii="Courier New" w:hAnsi="Courier New"/>
          <w:color w:val="555555"/>
          <w:sz w:val="20"/>
        </w:rPr>
        <w:t>[5]</w:t>
      </w:r>
    </w:p>
    <w:p>
      <w:r>
        <w:rPr>
          <w:rFonts w:ascii="Gentium Plus" w:hAnsi="Gentium Plus"/>
          <w:sz w:val="24"/>
        </w:rPr>
        <w:t>ξύλων. —σκληρὰ καὶ συνδεδεμένα ἔπη λέγοντα. Br.</w:t>
      </w:r>
    </w:p>
    <w:p>
      <w:r>
        <w:rPr>
          <w:rFonts w:ascii="Courier New" w:hAnsi="Courier New"/>
          <w:color w:val="555555"/>
          <w:sz w:val="20"/>
        </w:rPr>
        <w:t>[sch ran 840]</w:t>
      </w:r>
    </w:p>
    <w:p>
      <w:r>
        <w:rPr>
          <w:rFonts w:ascii="Gentium Plus" w:hAnsi="Gentium Plus"/>
          <w:sz w:val="24"/>
        </w:rPr>
        <w:t>ἄληθες ὦ παῖ: (Ἐν ἐρωτήσει. ἀντὶ τοῦ, ὄντως δὴ σύ.) ὅτι δὲ λαχανοπώλιδος υἱὸς ἦν Κλειτοῦς ὁ Εὐ‐ ριπίδης, (Ἀλέξανδρός φησιν. εἴρηται δὲ ὁ στίχος παρὰ τὰ Εὐριπίδου)</w:t>
      </w:r>
    </w:p>
    <w:p>
      <w:r>
        <w:rPr>
          <w:rFonts w:ascii="Courier New" w:hAnsi="Courier New"/>
          <w:color w:val="555555"/>
          <w:sz w:val="20"/>
        </w:rPr>
        <w:t>[5]</w:t>
      </w:r>
    </w:p>
    <w:p>
      <w:r>
        <w:rPr>
          <w:rFonts w:ascii="Gentium Plus" w:hAnsi="Gentium Plus"/>
          <w:sz w:val="24"/>
        </w:rPr>
        <w:t>ἄληθες ὦ παῖ τῆς θαλασσίας θεοῦ. βαρυτονητέον δὲ τὸ ἄληθες. ⟦ἀρουραίας δὲ, διότι τὰ λάχανα ἐκ τῆς γῆς φύεται.⟧</w:t>
      </w:r>
    </w:p>
    <w:p>
      <w:r>
        <w:rPr>
          <w:rFonts w:ascii="Courier New" w:hAnsi="Courier New"/>
          <w:color w:val="555555"/>
          <w:sz w:val="20"/>
        </w:rPr>
        <w:t>[sch ran 842]</w:t>
      </w:r>
    </w:p>
    <w:p>
      <w:r>
        <w:rPr>
          <w:rFonts w:ascii="Gentium Plus" w:hAnsi="Gentium Plus"/>
          <w:sz w:val="24"/>
        </w:rPr>
        <w:t>⟦πτωχοποιὲ: Ὁ τὸν Τήλεφον τὸν βασιλέα Μυσῶν πτωχὸν ποιήσας. στωμυλιοσυλλεκτάδη δὲ, ὁ πολυλογίας συνάγων.⟧ —ἀντὶ τοῦ στωμύλα ῥήματα συλλέγων. R. Θ. πολυλογίας συλλέγων. Br. ⟦ῥακιοσυρ‐</w:t>
      </w:r>
    </w:p>
    <w:p>
      <w:r>
        <w:rPr>
          <w:rFonts w:ascii="Courier New" w:hAnsi="Courier New"/>
          <w:color w:val="555555"/>
          <w:sz w:val="20"/>
        </w:rPr>
        <w:t>[5]</w:t>
      </w:r>
    </w:p>
    <w:p>
      <w:r>
        <w:rPr>
          <w:rFonts w:ascii="Gentium Plus" w:hAnsi="Gentium Plus"/>
          <w:sz w:val="24"/>
        </w:rPr>
        <w:t>ραπτάδη δὲ, ὁ τὰ ῥάκη συρράπτων καὶ ἐνδύων τοὺς βασιλεῖς. ἢ ὁ τὰ τῶν ἄλλων ποιητῶν συλλέγων καὶ οἰκεῖα ἑαυτοῦ λογιζόμενος.⟧ —τὰ ῥάκη συλλέγων. R.</w:t>
      </w:r>
    </w:p>
    <w:p>
      <w:r>
        <w:rPr>
          <w:rFonts w:ascii="Courier New" w:hAnsi="Courier New"/>
          <w:color w:val="555555"/>
          <w:sz w:val="20"/>
        </w:rPr>
        <w:t>[sch ran 844]</w:t>
      </w:r>
    </w:p>
    <w:p>
      <w:r>
        <w:rPr>
          <w:rFonts w:ascii="Gentium Plus" w:hAnsi="Gentium Plus"/>
          <w:sz w:val="24"/>
        </w:rPr>
        <w:t>⟦σπλάγχνα θερμήνῃς: Θυμὸς γάρ ἐστι ζέσις τοῦ περὶ τὴν καρδίαν αἵματος, δι’ ὄρεξιν ἀντιλυπήσεως κινούμενος. ἢ ὀργὴ ἐναρχομένη. κότος δὲ, ὀργὴ θυμὸν ἐπιτηροῦσα. μῆνις δὲ ὀργὴ εἰς παλαίωσιν ἀποτιθεμένη.</w:t>
      </w:r>
    </w:p>
    <w:p>
      <w:r>
        <w:rPr>
          <w:rFonts w:ascii="Courier New" w:hAnsi="Courier New"/>
          <w:color w:val="555555"/>
          <w:sz w:val="20"/>
        </w:rPr>
        <w:t>[5]</w:t>
      </w:r>
    </w:p>
    <w:p>
      <w:r>
        <w:rPr>
          <w:rFonts w:ascii="Gentium Plus" w:hAnsi="Gentium Plus"/>
          <w:sz w:val="24"/>
        </w:rPr>
        <w:t>χόλος δὲ, ὀργὴ διοιδοῦσα. ὀργὴ δὲ, ἐπιθυμία τιμωρίας τοῦ ἠδικηκέναι δοκοῦντος (ἤγουν προσηκόντως. Vict.).⟧ ἢ λύπη μεθ’ ὑπολήψεως τοῦ ὀλιγωρεῖσθαι.</w:t>
      </w:r>
    </w:p>
    <w:p>
      <w:r>
        <w:rPr>
          <w:rFonts w:ascii="Courier New" w:hAnsi="Courier New"/>
          <w:color w:val="555555"/>
          <w:sz w:val="20"/>
        </w:rPr>
        <w:t>[sch ran 846]</w:t>
      </w:r>
    </w:p>
    <w:p>
      <w:r>
        <w:rPr>
          <w:rFonts w:ascii="Gentium Plus" w:hAnsi="Gentium Plus"/>
          <w:sz w:val="24"/>
        </w:rPr>
        <w:t>τὸν χωλοποιὸν: Διὰ τοὺς τρεῖς, Βελλεροφόντην, Φιλοκτήτην, Τήλεφον.</w:t>
      </w:r>
    </w:p>
    <w:p>
      <w:r>
        <w:rPr>
          <w:rFonts w:ascii="Courier New" w:hAnsi="Courier New"/>
          <w:color w:val="555555"/>
          <w:sz w:val="20"/>
        </w:rPr>
        <w:t>[sch ran 847]</w:t>
      </w:r>
    </w:p>
    <w:p>
      <w:r>
        <w:rPr>
          <w:rFonts w:ascii="Gentium Plus" w:hAnsi="Gentium Plus"/>
          <w:sz w:val="24"/>
        </w:rPr>
        <w:t>ἄρν’ ἄρνα μέλαιναν: Ὡς τοιαύτης γινομένης θυσίας τῷ Τυφῶνι ἐπὶ τῷ λῆξαι τὰς καταιγίδας. — ἄρν’ ἄρνα μέλαιναν: Τοιαῦτα γὰρ ἔθυον τῷ Τυφῶνι, ὁπότε στροβιλώδης ἐκινήθη ἄνεμος. τῶν γὰρ τοιούτων</w:t>
      </w:r>
    </w:p>
    <w:p>
      <w:r>
        <w:rPr>
          <w:rFonts w:ascii="Courier New" w:hAnsi="Courier New"/>
          <w:color w:val="555555"/>
          <w:sz w:val="20"/>
        </w:rPr>
        <w:t>[5]</w:t>
      </w:r>
    </w:p>
    <w:p>
      <w:r>
        <w:rPr>
          <w:rFonts w:ascii="Gentium Plus" w:hAnsi="Gentium Plus"/>
          <w:sz w:val="24"/>
        </w:rPr>
        <w:t>οὗτός ἐστιν ἔφορος. εἰκότως δὲ μέλαιναν, καὶ οὐ λευκὴν,</w:t>
      </w:r>
    </w:p>
    <w:p>
      <w:r>
        <w:rPr>
          <w:rFonts w:ascii="Courier New" w:hAnsi="Courier New"/>
          <w:color w:val="555555"/>
          <w:sz w:val="20"/>
        </w:rPr>
        <w:t>[sch ran 848]</w:t>
      </w:r>
    </w:p>
    <w:p>
      <w:r>
        <w:rPr>
          <w:rFonts w:ascii="Gentium Plus" w:hAnsi="Gentium Plus"/>
          <w:sz w:val="24"/>
        </w:rPr>
        <w:t>τυφὼς γὰρ ἐκβαίνει: (Οἷον ἀθρόως ἐκβαίνειν μέλλει.) τοὺς δὲ καταιγιδώδεις ἀνέμους τυφὼς καλοῦσι. τούτῳ ἐνόμιζον μέλανα ἄρνα σφάζειν, ὅπως λήξῃ τὸ πνεῦμα. εἰς τὸν Αἰσχύλον δὲ τοῦτο.</w:t>
      </w:r>
    </w:p>
    <w:p>
      <w:r>
        <w:rPr>
          <w:rFonts w:ascii="Courier New" w:hAnsi="Courier New"/>
          <w:color w:val="555555"/>
          <w:sz w:val="20"/>
        </w:rPr>
        <w:t>[sch ran 849]</w:t>
      </w:r>
    </w:p>
    <w:p>
      <w:r>
        <w:rPr>
          <w:rFonts w:ascii="Gentium Plus" w:hAnsi="Gentium Plus"/>
          <w:sz w:val="24"/>
        </w:rPr>
        <w:t>ὦ Κρητικὰς μὲν: (Ἐν γὰρ τοῖς Κρησὶν Ἴκαρον μονῳδοῦντα ἐποίησε. καὶ) οἱ μὲν εἰς τὴν τοῦ Ἰκάρου μονῳδίαν ἐν τοῖς Κρησί. θρασύτερον γὰρ δοκεῖ εἶναι τὸ πρόσωπον. Ἀπολλώνιος δὲ, ὅτι δύναται καὶ εἰς τὴν</w:t>
      </w:r>
    </w:p>
    <w:p>
      <w:r>
        <w:rPr>
          <w:rFonts w:ascii="Courier New" w:hAnsi="Courier New"/>
          <w:color w:val="555555"/>
          <w:sz w:val="20"/>
        </w:rPr>
        <w:t>[5]</w:t>
      </w:r>
    </w:p>
    <w:p>
      <w:r>
        <w:rPr>
          <w:rFonts w:ascii="Gentium Plus" w:hAnsi="Gentium Plus"/>
          <w:sz w:val="24"/>
        </w:rPr>
        <w:t>Ἀερόπην τὴν ἐν ταῖς Κρήσσαις εἰρῆσθαι· ἣν εἰσήγαγε πορνεύουσαν. οἶμαι δὲ διὰ τὰ ἐν τῷ Αἰόλῳ. Τιμαχίδας δὲ, διὰ τὴν (ἐν τοῖς Κρησὶ) μίξιν Πασιφάης πρὸς τὸν ταῦρον. ⟦Ἄλλως. ἐκ τῶν ἐν τῷ Αἰόλῳ Κανάχης καὶ Μακαρέως, ἢ, ὥς τινες, Δανάης καὶ Μεγαρέως ἀδελ‐</w:t>
      </w:r>
    </w:p>
    <w:p>
      <w:r>
        <w:rPr>
          <w:rFonts w:ascii="Courier New" w:hAnsi="Courier New"/>
          <w:color w:val="555555"/>
          <w:sz w:val="20"/>
        </w:rPr>
        <w:t>[10]</w:t>
      </w:r>
    </w:p>
    <w:p>
      <w:r>
        <w:rPr>
          <w:rFonts w:ascii="Gentium Plus" w:hAnsi="Gentium Plus"/>
          <w:sz w:val="24"/>
        </w:rPr>
        <w:t>φῶν. ἐδόκει γὰρ τοῖς παλαιοῖς πάνυ ἐναγὲς εἶναι ταῖς ἀδελφαῖς μίγνυσθαι. ἢ ὅτι ἡ Φαίδρα, ἧς τὸ πάθος ἐδραματούργησε, Κρῆσσα ἦν. καὶ γάμους ἀνοσίους λέγει, διὰ τὸ αὐτὴν ἐρασθῆναι μὲν Ἱππολύτου, ὃν ὁ Θησεὺς ἐξ Ἱππολύτης ἔσχε, μιᾶς τῶν Ἀμαζόνων, μὴ</w:t>
      </w:r>
    </w:p>
    <w:p>
      <w:r>
        <w:rPr>
          <w:rFonts w:ascii="Courier New" w:hAnsi="Courier New"/>
          <w:color w:val="555555"/>
          <w:sz w:val="20"/>
        </w:rPr>
        <w:t>[15]</w:t>
      </w:r>
    </w:p>
    <w:p>
      <w:r>
        <w:rPr>
          <w:rFonts w:ascii="Gentium Plus" w:hAnsi="Gentium Plus"/>
          <w:sz w:val="24"/>
        </w:rPr>
        <w:t>δυνηθεῖσαν δὲ τελέσαι τὸν ἔρωτα διὰ τὴν Ἱππολύτου σωφροσύνην, ἀγχόνῃ χρήσασθαι.⟧</w:t>
      </w:r>
    </w:p>
    <w:p>
      <w:r>
        <w:rPr>
          <w:rFonts w:ascii="Courier New" w:hAnsi="Courier New"/>
          <w:color w:val="555555"/>
          <w:sz w:val="20"/>
        </w:rPr>
        <w:t>[sch ran 852]</w:t>
      </w:r>
    </w:p>
    <w:p>
      <w:r>
        <w:rPr>
          <w:rFonts w:ascii="Gentium Plus" w:hAnsi="Gentium Plus"/>
          <w:sz w:val="24"/>
        </w:rPr>
        <w:t>πόνηρον ἐνταῦθα ἢ τὸν κακὸν νοεῖ, εὕρηται γὰρ καὶ οὕτως, ἢ τὸν γεωργόν. Cant.1.</w:t>
      </w:r>
    </w:p>
    <w:p>
      <w:r>
        <w:rPr>
          <w:rFonts w:ascii="Courier New" w:hAnsi="Courier New"/>
          <w:color w:val="555555"/>
          <w:sz w:val="20"/>
        </w:rPr>
        <w:t>[sch ran 854]</w:t>
      </w:r>
    </w:p>
    <w:p>
      <w:r>
        <w:rPr>
          <w:rFonts w:ascii="Gentium Plus" w:hAnsi="Gentium Plus"/>
          <w:sz w:val="24"/>
        </w:rPr>
        <w:t>ἵνα μὴ κεφαλαίῳ: Ἀντὶ τοῦ ἁδρῷ. καὶ ἐν Νε‐ φέλαις [981] κεφάλαιον ῥαφανῖδος, οὐδ’ ἑλέσθαι δειπνοῦντ’ ἐξῆν κεφάλαιον τῆς ῥαφανῖδος. κεφαλαίῳ: Καθολικῷ καὶ μεγάλῳ. Br. κεφάλαιόν</w:t>
      </w:r>
    </w:p>
    <w:p>
      <w:r>
        <w:rPr>
          <w:rFonts w:ascii="Courier New" w:hAnsi="Courier New"/>
          <w:color w:val="555555"/>
          <w:sz w:val="20"/>
        </w:rPr>
        <w:t>[5]</w:t>
      </w:r>
    </w:p>
    <w:p>
      <w:r>
        <w:rPr>
          <w:rFonts w:ascii="Gentium Plus" w:hAnsi="Gentium Plus"/>
          <w:sz w:val="24"/>
        </w:rPr>
        <w:t>ἐστι τὸ πρὸς τὰ φύλλα καυλῶδες. οὐκ ἔτεμον δὲ κατὰ μῆκος ὡς νῦν, ἀλλὰ κατὰ κύκλον τὰς ῥαφανῖδας. Vict.</w:t>
      </w:r>
    </w:p>
    <w:p>
      <w:r>
        <w:rPr>
          <w:rFonts w:ascii="Courier New" w:hAnsi="Courier New"/>
          <w:color w:val="555555"/>
          <w:sz w:val="20"/>
        </w:rPr>
        <w:t>[sch ran 855]</w:t>
      </w:r>
    </w:p>
    <w:p>
      <w:r>
        <w:rPr>
          <w:rFonts w:ascii="Gentium Plus" w:hAnsi="Gentium Plus"/>
          <w:sz w:val="24"/>
        </w:rPr>
        <w:t>ἐκχέῃ τὸν Τήλεφον: Ὡσανεὶ ἔφη τὸν ἐγκέφα‐ λον. ἰδιώτατα δὲ τὸν Τήλεφον κωμῳδεῖ.</w:t>
      </w:r>
    </w:p>
    <w:p>
      <w:r>
        <w:rPr>
          <w:rFonts w:ascii="Courier New" w:hAnsi="Courier New"/>
          <w:color w:val="555555"/>
          <w:sz w:val="20"/>
        </w:rPr>
        <w:t>[sch ran 857]</w:t>
      </w:r>
    </w:p>
    <w:p>
      <w:r>
        <w:rPr>
          <w:rFonts w:ascii="Gentium Plus" w:hAnsi="Gentium Plus"/>
          <w:sz w:val="24"/>
        </w:rPr>
        <w:t>ἔλεγχ’ αὐτὸν, ἐλέγχου παρ’ αὐτοῦ. C. D.</w:t>
      </w:r>
    </w:p>
    <w:p>
      <w:r>
        <w:rPr>
          <w:rFonts w:ascii="Courier New" w:hAnsi="Courier New"/>
          <w:color w:val="555555"/>
          <w:sz w:val="20"/>
        </w:rPr>
        <w:t>[sch ran 859]</w:t>
      </w:r>
    </w:p>
    <w:p>
      <w:r>
        <w:rPr>
          <w:rFonts w:ascii="Gentium Plus" w:hAnsi="Gentium Plus"/>
          <w:sz w:val="24"/>
        </w:rPr>
        <w:t>ὥσπερ πρῖνος: Ὅτι ἡ πρῖνος καιομένη ψόφον ποιεῖ. —ἔστι δὲ ἡ πρῖνος ξύλον πικρότατον. R. V. Θ.</w:t>
      </w:r>
    </w:p>
    <w:p>
      <w:r>
        <w:rPr>
          <w:rFonts w:ascii="Courier New" w:hAnsi="Courier New"/>
          <w:color w:val="555555"/>
          <w:sz w:val="20"/>
        </w:rPr>
        <w:t>[sch ran 861]</w:t>
      </w:r>
    </w:p>
    <w:p>
      <w:r>
        <w:rPr>
          <w:rFonts w:ascii="Gentium Plus" w:hAnsi="Gentium Plus"/>
          <w:sz w:val="24"/>
        </w:rPr>
        <w:t>ὡς ἐπὶ ἀλεκτρυόνων. R. V.</w:t>
      </w:r>
    </w:p>
    <w:p>
      <w:r>
        <w:rPr>
          <w:rFonts w:ascii="Courier New" w:hAnsi="Courier New"/>
          <w:color w:val="555555"/>
          <w:sz w:val="20"/>
        </w:rPr>
        <w:t>[sch ran 862]</w:t>
      </w:r>
    </w:p>
    <w:p>
      <w:r>
        <w:rPr>
          <w:rFonts w:ascii="Gentium Plus" w:hAnsi="Gentium Plus"/>
          <w:sz w:val="24"/>
        </w:rPr>
        <w:t>τὰ κεφάλαια. R.</w:t>
      </w:r>
    </w:p>
    <w:p>
      <w:r>
        <w:rPr>
          <w:rFonts w:ascii="Courier New" w:hAnsi="Courier New"/>
          <w:color w:val="555555"/>
          <w:sz w:val="20"/>
        </w:rPr>
        <w:t>[sch ran 864]</w:t>
      </w:r>
    </w:p>
    <w:p>
      <w:r>
        <w:rPr>
          <w:rFonts w:ascii="Gentium Plus" w:hAnsi="Gentium Plus"/>
          <w:sz w:val="24"/>
        </w:rPr>
        <w:t>κἄτι μάλα τὸν Τήλεφον: Ὡσεὶ ἔφη, καὶ ὃν κωμῳδεῖς Τήλεφον, εἰς μέσον φέρε.</w:t>
      </w:r>
    </w:p>
    <w:p>
      <w:r>
        <w:rPr>
          <w:rFonts w:ascii="Courier New" w:hAnsi="Courier New"/>
          <w:color w:val="555555"/>
          <w:sz w:val="20"/>
        </w:rPr>
        <w:t>[sch ran 868]</w:t>
      </w:r>
    </w:p>
    <w:p>
      <w:r>
        <w:rPr>
          <w:rFonts w:ascii="Gentium Plus" w:hAnsi="Gentium Plus"/>
          <w:sz w:val="24"/>
        </w:rPr>
        <w:t>ὁτιὴ ποίησις οὐχὶ συντέθνηκεν: Ἐπεὶ τὰ Αἰ‐ σχύλου ἐψηφίσαντο διδάσκειν. κομπῶδες δὲ τοῦτο ἔφη. τῶν γὰρ δυνατῶν καὶ μετὰ θάνατον ᾄδονται τὰ ποιή‐ ματα. —ὁτιὴ: Διότι. ποίησις· Ἡ. D.</w:t>
      </w:r>
    </w:p>
    <w:p>
      <w:r>
        <w:rPr>
          <w:rFonts w:ascii="Courier New" w:hAnsi="Courier New"/>
          <w:color w:val="555555"/>
          <w:sz w:val="20"/>
        </w:rPr>
        <w:t>[sch ran 869]</w:t>
      </w:r>
    </w:p>
    <w:p>
      <w:r>
        <w:rPr>
          <w:rFonts w:ascii="Gentium Plus" w:hAnsi="Gentium Plus"/>
          <w:sz w:val="24"/>
        </w:rPr>
        <w:t>τούτῳ δὲ συντέθνηκε: Συναποθανοῦσα πάρε‐ στιν ἐνθάδε ἐν τῷ ᾍδῃ, καὶ ἕξει αὐτὴν ξύμμαχον.</w:t>
      </w:r>
    </w:p>
    <w:p>
      <w:r>
        <w:rPr>
          <w:rFonts w:ascii="Courier New" w:hAnsi="Courier New"/>
          <w:color w:val="555555"/>
          <w:sz w:val="20"/>
        </w:rPr>
        <w:t>[sch ran 874]</w:t>
      </w:r>
    </w:p>
    <w:p>
      <w:r>
        <w:rPr>
          <w:rFonts w:ascii="Gentium Plus" w:hAnsi="Gentium Plus"/>
          <w:sz w:val="24"/>
        </w:rPr>
        <w:t>ὑμεῖς δὲ ταῖς Μούσαις: Πρὸς τὸν χορόν. ἴσον τῷ προᾴσατε, ὡς ὑπογραμμὸς, προγραμμός τις ὤν.</w:t>
      </w:r>
    </w:p>
    <w:p>
      <w:r>
        <w:rPr>
          <w:rFonts w:ascii="Courier New" w:hAnsi="Courier New"/>
          <w:color w:val="555555"/>
          <w:sz w:val="20"/>
        </w:rPr>
        <w:t>[sch ran 875]</w:t>
      </w:r>
    </w:p>
    <w:p>
      <w:r>
        <w:rPr>
          <w:rFonts w:ascii="Gentium Plus" w:hAnsi="Gentium Plus"/>
          <w:sz w:val="24"/>
        </w:rPr>
        <w:t>⟦Διὸς ἐννέα: Κορωνὶς καὶ εἴσθεσις ἐπῳδικὴ διὰ τὸ μετὰ τὴν κορωνίδα τίθεσθαι, ἐκ κώλων ἀναπαι‐ στικῶν μὲν διμέτρων ἑφθημιμερῶν κατὰ τὰς περιττὰς χώρας, κατὰ δὲ τὰς ἀρτίας ἀντισπαστικῶν ἡμιολίων ἐξ</w:t>
      </w:r>
    </w:p>
    <w:p>
      <w:r>
        <w:rPr>
          <w:rFonts w:ascii="Courier New" w:hAnsi="Courier New"/>
          <w:color w:val="555555"/>
          <w:sz w:val="20"/>
        </w:rPr>
        <w:t>[5]</w:t>
      </w:r>
    </w:p>
    <w:p>
      <w:r>
        <w:rPr>
          <w:rFonts w:ascii="Gentium Plus" w:hAnsi="Gentium Plus"/>
          <w:sz w:val="24"/>
        </w:rPr>
        <w:t>ἐπιτρίτου τετάρτου, ἢ καὶ πεντασυλλάβου, πλὴν τοῦ τρισκαιδεκάτου ἰαμβικοῦ καθαροῦ ὄντος ἑφθημιμεροῦς·</w:t>
      </w:r>
    </w:p>
    <w:p>
      <w:r>
        <w:rPr>
          <w:rFonts w:ascii="Courier New" w:hAnsi="Courier New"/>
          <w:color w:val="555555"/>
          <w:sz w:val="20"/>
        </w:rPr>
        <w:t>[10]</w:t>
      </w:r>
    </w:p>
    <w:p>
      <w:r>
        <w:rPr>
          <w:rFonts w:ascii="Gentium Plus" w:hAnsi="Gentium Plus"/>
          <w:sz w:val="24"/>
        </w:rPr>
        <w:t>ὀρθῶς μ’ ἐλέγχειν, ὧν ἂν ἅπτωμαι λόγων. ἐπὶ τῷ τέλει παράγραφος.⟧ —ἀντὶ τοῦ θυγατέρες. R. Ven.</w:t>
      </w:r>
    </w:p>
    <w:p>
      <w:r>
        <w:rPr>
          <w:rFonts w:ascii="Courier New" w:hAnsi="Courier New"/>
          <w:color w:val="555555"/>
          <w:sz w:val="20"/>
        </w:rPr>
        <w:t>[sch ran 876]</w:t>
      </w:r>
    </w:p>
    <w:p>
      <w:r>
        <w:rPr>
          <w:rFonts w:ascii="Gentium Plus" w:hAnsi="Gentium Plus"/>
          <w:sz w:val="24"/>
        </w:rPr>
        <w:t>περὶ Αἰσχύλου. R. V.</w:t>
      </w:r>
    </w:p>
    <w:p>
      <w:r>
        <w:rPr>
          <w:rFonts w:ascii="Courier New" w:hAnsi="Courier New"/>
          <w:color w:val="555555"/>
          <w:sz w:val="20"/>
        </w:rPr>
        <w:t>[sch ran 877]</w:t>
      </w:r>
    </w:p>
    <w:p>
      <w:r>
        <w:rPr>
          <w:rFonts w:ascii="Gentium Plus" w:hAnsi="Gentium Plus"/>
          <w:sz w:val="24"/>
        </w:rPr>
        <w:t>γνωμοτύπων: ⟦Τῶν τὰς οἰκείας γνώμας διὰ τῶν λόγων τυπούντων. ἢ τῶν τύπους αὐτὰς τοῖς ὕστε‐ ρον καταλιμπανόντων. ἢ⟧ τῶν ταῖς γνώμαις ἀλλήλους τυπτόντων.</w:t>
      </w:r>
    </w:p>
    <w:p>
      <w:r>
        <w:rPr>
          <w:rFonts w:ascii="Courier New" w:hAnsi="Courier New"/>
          <w:color w:val="555555"/>
          <w:sz w:val="20"/>
        </w:rPr>
        <w:t>[5]</w:t>
      </w:r>
    </w:p>
    <w:p>
      <w:r>
        <w:rPr>
          <w:rFonts w:ascii="Gentium Plus" w:hAnsi="Gentium Plus"/>
          <w:sz w:val="24"/>
        </w:rPr>
        <w:t>ὀξυμερίμνοις: Τοῖς μετὰ σκέψεως εὑρισκομένοις καὶ ἀσαφέσι.</w:t>
      </w:r>
    </w:p>
    <w:p>
      <w:r>
        <w:rPr>
          <w:rFonts w:ascii="Courier New" w:hAnsi="Courier New"/>
          <w:color w:val="555555"/>
          <w:sz w:val="20"/>
        </w:rPr>
        <w:t>[sch ran 881]</w:t>
      </w:r>
    </w:p>
    <w:p>
      <w:r>
        <w:rPr>
          <w:rFonts w:ascii="Gentium Plus" w:hAnsi="Gentium Plus"/>
          <w:sz w:val="24"/>
        </w:rPr>
        <w:t>ῥήματα καὶ παραπρίσματα: Τὰ μὲν ῥήματα πρὸς τὸν Αἰσχύλον, τὰ δὲ παραπρίσματα πρὸς τὸν Εὐριπίδην λεπτολόγον ὄντα.</w:t>
      </w:r>
    </w:p>
    <w:p>
      <w:r>
        <w:rPr>
          <w:rFonts w:ascii="Courier New" w:hAnsi="Courier New"/>
          <w:color w:val="555555"/>
          <w:sz w:val="20"/>
        </w:rPr>
        <w:t>[sch ran 886]</w:t>
      </w:r>
    </w:p>
    <w:p>
      <w:r>
        <w:rPr>
          <w:rFonts w:ascii="Gentium Plus" w:hAnsi="Gentium Plus"/>
          <w:sz w:val="24"/>
        </w:rPr>
        <w:t>Δήμητερ ἡ θρέψασα: Παρόσον Ἐλευσίνιος τῶν δήμων ἦν ὁ Αἰσχύλος. ⟦ἢ ὅτι ἐν τοῖς Ἐλευσινίοις ἐτε‐ λεῖτο τὰ δράματα τοῦ Αἰσχύλου. ἔστι δὲ τοῦτο τὸ ἔπος Αἰσχύλου.⟧</w:t>
      </w:r>
    </w:p>
    <w:p>
      <w:r>
        <w:rPr>
          <w:rFonts w:ascii="Courier New" w:hAnsi="Courier New"/>
          <w:color w:val="555555"/>
          <w:sz w:val="20"/>
        </w:rPr>
        <w:t>[sch ran 887]</w:t>
      </w:r>
    </w:p>
    <w:p>
      <w:r>
        <w:rPr>
          <w:rFonts w:ascii="Gentium Plus" w:hAnsi="Gentium Plus"/>
          <w:sz w:val="24"/>
        </w:rPr>
        <w:t>λείπει ποίησον ἢ δός. R. M.</w:t>
      </w:r>
    </w:p>
    <w:p>
      <w:r>
        <w:rPr>
          <w:rFonts w:ascii="Courier New" w:hAnsi="Courier New"/>
          <w:color w:val="555555"/>
          <w:sz w:val="20"/>
        </w:rPr>
        <w:t>[sch ran 888]</w:t>
      </w:r>
    </w:p>
    <w:p>
      <w:r>
        <w:rPr>
          <w:rFonts w:ascii="Gentium Plus" w:hAnsi="Gentium Plus"/>
          <w:sz w:val="24"/>
        </w:rPr>
        <w:t>τὸν καρπόν. R. (καλῶς: Ὅτι καὶ νῦν τὸ καλῶς ἐπὶ παραιτήσει. ἀποστρεφόμενος δὲ καὶ παραιτούμενος ὁ Εὐριπίδης λέγει τὸ καλῶς.)</w:t>
      </w:r>
    </w:p>
    <w:p>
      <w:r>
        <w:rPr>
          <w:rFonts w:ascii="Courier New" w:hAnsi="Courier New"/>
          <w:color w:val="555555"/>
          <w:sz w:val="20"/>
        </w:rPr>
        <w:t>[sch ran 889]</w:t>
      </w:r>
    </w:p>
    <w:p>
      <w:r>
        <w:rPr>
          <w:rFonts w:ascii="Gentium Plus" w:hAnsi="Gentium Plus"/>
          <w:sz w:val="24"/>
        </w:rPr>
        <w:t>ἕτεροι γάρ εἰσιν οἷσιν εὔχομαι: Ἅτε δὴ Σω‐ κρατικὸς ὢν καινὰ δαιμόνια ἔπλασεν.</w:t>
      </w:r>
    </w:p>
    <w:p>
      <w:r>
        <w:rPr>
          <w:rFonts w:ascii="Courier New" w:hAnsi="Courier New"/>
          <w:color w:val="555555"/>
          <w:sz w:val="20"/>
        </w:rPr>
        <w:t>[sch ran 890]</w:t>
      </w:r>
    </w:p>
    <w:p>
      <w:r>
        <w:rPr>
          <w:rFonts w:ascii="Gentium Plus" w:hAnsi="Gentium Plus"/>
          <w:sz w:val="24"/>
        </w:rPr>
        <w:t>ὡς ἐπὶ νομισμάτων. R.</w:t>
      </w:r>
    </w:p>
    <w:p>
      <w:r>
        <w:rPr>
          <w:rFonts w:ascii="Courier New" w:hAnsi="Courier New"/>
          <w:color w:val="555555"/>
          <w:sz w:val="20"/>
        </w:rPr>
        <w:t>[sch ran 891]</w:t>
      </w:r>
    </w:p>
    <w:p>
      <w:r>
        <w:rPr>
          <w:rFonts w:ascii="Gentium Plus" w:hAnsi="Gentium Plus"/>
          <w:sz w:val="24"/>
        </w:rPr>
        <w:t>(τοῖσιν ἰδιώταις θεοῖς: Τινὲς ἐν τῷ θεοῖς δύο τιθέασιν, ἵνα ἓν ᾖ τὸ, ἴδιοί τινές σοι κόμμα καινόν.)</w:t>
      </w:r>
    </w:p>
    <w:p>
      <w:r>
        <w:rPr>
          <w:rFonts w:ascii="Courier New" w:hAnsi="Courier New"/>
          <w:color w:val="555555"/>
          <w:sz w:val="20"/>
        </w:rPr>
        <w:t>[sch ran 892]</w:t>
      </w:r>
    </w:p>
    <w:p>
      <w:r>
        <w:rPr>
          <w:rFonts w:ascii="Gentium Plus" w:hAnsi="Gentium Plus"/>
          <w:sz w:val="24"/>
        </w:rPr>
        <w:t>αἰθὴρ ἐμὸν βόσκημα: (Καὶ Σωκράτης ἐν Νε‐ φέλαις [627] μὰ τὴν ἀναπνοὴν, μὰ τὸ χάος, μὰ τὸν ἀέρα.) χαρακτηρίζει δὲ Εὐριπίδην, εὐεπίφορον ὄντα ἐπὶ τὸ ὀνο‐</w:t>
      </w:r>
    </w:p>
    <w:p>
      <w:r>
        <w:rPr>
          <w:rFonts w:ascii="Courier New" w:hAnsi="Courier New"/>
          <w:color w:val="555555"/>
          <w:sz w:val="20"/>
        </w:rPr>
        <w:t>[5]</w:t>
      </w:r>
    </w:p>
    <w:p>
      <w:r>
        <w:rPr>
          <w:rFonts w:ascii="Gentium Plus" w:hAnsi="Gentium Plus"/>
          <w:sz w:val="24"/>
        </w:rPr>
        <w:t>μάζειν αἰθέρα. στρόφιγξ δὲ, ἀπὸ τοῦ στρέφειν αὐτὸν καὶ πανουργεύεσθαι. —ἀντὶ τοῦ στροφὴ, κίνησις. R. ⟦μυ‐ κτῆρες δὲ ὀσφραντήριοι, ὡς συντελούντων τῶν μυκτή‐ ρων εἰς τὴν φωνήν.⟧</w:t>
      </w:r>
    </w:p>
    <w:p>
      <w:r>
        <w:rPr>
          <w:rFonts w:ascii="Courier New" w:hAnsi="Courier New"/>
          <w:color w:val="555555"/>
          <w:sz w:val="20"/>
        </w:rPr>
        <w:t>[sch ran 894]</w:t>
      </w:r>
    </w:p>
    <w:p>
      <w:r>
        <w:rPr>
          <w:rFonts w:ascii="Gentium Plus" w:hAnsi="Gentium Plus"/>
          <w:sz w:val="24"/>
        </w:rPr>
        <w:t>λείπει τὸ ποιήσατε R. δότε ἢ θελήσατε. Θ.</w:t>
      </w:r>
    </w:p>
    <w:p>
      <w:r>
        <w:rPr>
          <w:rFonts w:ascii="Courier New" w:hAnsi="Courier New"/>
          <w:color w:val="555555"/>
          <w:sz w:val="20"/>
        </w:rPr>
        <w:t>[sch ran 895]</w:t>
      </w:r>
    </w:p>
    <w:p>
      <w:r>
        <w:rPr>
          <w:rFonts w:ascii="Gentium Plus" w:hAnsi="Gentium Plus"/>
          <w:sz w:val="24"/>
        </w:rPr>
        <w:t>⟦καὶ μὴν ἡμεῖς: Κορωνὶς καὶ εἴσθεσις χοροῦ προῳδικὴ, ὅτι προτίθεται τῆς διπλῆς, ἐκ κώλων τρο‐ χαϊκῶν ιδʹ· ὧν τὰ μὲν αʹ, βʹ, εʹ, ϛʹ, ηʹ, θʹ, ιαʹ, ιβʹ, ιδʹ δίμετρα ἀκατάληκτα, τὰ δ’ ἄλλα ἑφθημιμερῆ, πλὴν</w:t>
      </w:r>
    </w:p>
    <w:p>
      <w:r>
        <w:rPr>
          <w:rFonts w:ascii="Courier New" w:hAnsi="Courier New"/>
          <w:color w:val="555555"/>
          <w:sz w:val="20"/>
        </w:rPr>
        <w:t>[5]</w:t>
      </w:r>
    </w:p>
    <w:p>
      <w:r>
        <w:rPr>
          <w:rFonts w:ascii="Gentium Plus" w:hAnsi="Gentium Plus"/>
          <w:sz w:val="24"/>
        </w:rPr>
        <w:t>τοῦ παρατελεύτου μονομέτρου ἀκαταλήκτου ὄντος. ἐπὶ τῷ τέλει κορωνίς.⟧</w:t>
      </w:r>
    </w:p>
    <w:p>
      <w:r>
        <w:rPr>
          <w:rFonts w:ascii="Courier New" w:hAnsi="Courier New"/>
          <w:color w:val="555555"/>
          <w:sz w:val="20"/>
        </w:rPr>
        <w:t>[sch ran 896]</w:t>
      </w:r>
    </w:p>
    <w:p>
      <w:r>
        <w:rPr>
          <w:rFonts w:ascii="Gentium Plus" w:hAnsi="Gentium Plus"/>
          <w:sz w:val="24"/>
        </w:rPr>
        <w:t>[λόγων ἐμμέλειαν: Ὅτι καταχρηστικῶς νῦν τὴν εὐρυθμίαν. κυρίως γὰρ ἡ μετὰ μέλους τραγικὴ ὄρ‐ χησις. οἱ δὲ, ἡ πρὸς τὰς ῥήσεις ὑπόρχησις.] —ἔπιτε: ἐπέλθετε. R. D.</w:t>
      </w:r>
    </w:p>
    <w:p>
      <w:r>
        <w:rPr>
          <w:rFonts w:ascii="Courier New" w:hAnsi="Courier New"/>
          <w:color w:val="555555"/>
          <w:sz w:val="20"/>
        </w:rPr>
        <w:t>[sch ran 897]</w:t>
      </w:r>
    </w:p>
    <w:p>
      <w:r>
        <w:rPr>
          <w:rFonts w:ascii="Gentium Plus" w:hAnsi="Gentium Plus"/>
          <w:sz w:val="24"/>
        </w:rPr>
        <w:t>δαΐαν ὁδὸν: Ἀγωνιστικὴν, ἔμπειρον, (ἀπὸ τοῦ δαῆναι). —ἢ φιλόνεικον. R. ἤγουν μαθεῖν. Vict. ἐπὶ τούτοις δὲ δαΐαν ὁδὸν, ἔμπειρον. ἢ ἀντὶ τοῦ φιλόνεικον.</w:t>
      </w:r>
    </w:p>
    <w:p>
      <w:r>
        <w:rPr>
          <w:rFonts w:ascii="Courier New" w:hAnsi="Courier New"/>
          <w:color w:val="555555"/>
          <w:sz w:val="20"/>
        </w:rPr>
        <w:t>[sch ran 900]</w:t>
      </w:r>
    </w:p>
    <w:p>
      <w:r>
        <w:rPr>
          <w:rFonts w:ascii="Gentium Plus" w:hAnsi="Gentium Plus"/>
          <w:sz w:val="24"/>
        </w:rPr>
        <w:t>(προσδοκᾶν οὖν: Ἔθος τοῖς ποιηταῖς προλέγειν, ἃ εἰς τὸ ἑξῆς λέγειν μέλλουσι. κἀνταῦθα οὖν οὗτος τοῦτο ποιεῖ.)</w:t>
      </w:r>
    </w:p>
    <w:p>
      <w:r>
        <w:rPr>
          <w:rFonts w:ascii="Courier New" w:hAnsi="Courier New"/>
          <w:color w:val="555555"/>
          <w:sz w:val="20"/>
        </w:rPr>
        <w:t>[sch ran 902]</w:t>
      </w:r>
    </w:p>
    <w:p>
      <w:r>
        <w:rPr>
          <w:rFonts w:ascii="Gentium Plus" w:hAnsi="Gentium Plus"/>
          <w:sz w:val="24"/>
        </w:rPr>
        <w:t>κατερρινημένον: Ἐξεσμένον. ῥίνη γὰρ ἐργα‐ λεῖον τεκτονικὸν, (ᾧ ῥινοῦσιν. ἢ εὐτελὲς, ὅτι ἐξευτελί‐ ζομεν τῇ ῥινί). —τὸν Εὐριπίδην. R. V.</w:t>
      </w:r>
    </w:p>
    <w:p>
      <w:r>
        <w:rPr>
          <w:rFonts w:ascii="Courier New" w:hAnsi="Courier New"/>
          <w:color w:val="555555"/>
          <w:sz w:val="20"/>
        </w:rPr>
        <w:t>[sch ran 903]</w:t>
      </w:r>
    </w:p>
    <w:p>
      <w:r>
        <w:rPr>
          <w:rFonts w:ascii="Gentium Plus" w:hAnsi="Gentium Plus"/>
          <w:sz w:val="24"/>
        </w:rPr>
        <w:t>αὐτοπρέμνοις: Δυσκόλοις, προρρίζοις, ἢ με‐ γάλοις. —τὸν Αἰσχύλον. V.</w:t>
      </w:r>
    </w:p>
    <w:p>
      <w:r>
        <w:rPr>
          <w:rFonts w:ascii="Courier New" w:hAnsi="Courier New"/>
          <w:color w:val="555555"/>
          <w:sz w:val="20"/>
        </w:rPr>
        <w:t>[sch ran 904]</w:t>
      </w:r>
    </w:p>
    <w:p>
      <w:r>
        <w:rPr>
          <w:rFonts w:ascii="Gentium Plus" w:hAnsi="Gentium Plus"/>
          <w:sz w:val="24"/>
        </w:rPr>
        <w:t>ἀλινδήθρας: (Συναγωγὰς, στροφὰς, λεπτολο‐ γίας, πλοκὰς τοῦ Εὐριπίδου.) —ἀλινδῆθραι ἀπὸ τοῦ ἀλίζω, τὸ συναθροίζω. Vict. κυλίστρας. R.</w:t>
      </w:r>
    </w:p>
    <w:p>
      <w:r>
        <w:rPr>
          <w:rFonts w:ascii="Courier New" w:hAnsi="Courier New"/>
          <w:color w:val="555555"/>
          <w:sz w:val="20"/>
        </w:rPr>
        <w:t>[sch ran 905]</w:t>
      </w:r>
    </w:p>
    <w:p>
      <w:r>
        <w:rPr>
          <w:rFonts w:ascii="Gentium Plus" w:hAnsi="Gentium Plus"/>
          <w:sz w:val="24"/>
        </w:rPr>
        <w:t>⟦ἀλλ’ ὡς τάχιστα: Εἴσθεσις διπλῆς ἀμοιβαίας ἐκ στίχων ἰαμβικῶν Ἱππωνακτείων τετραμέτρων κα‐ ταληκτικῶν ξϛʹ· ὧν τελευταῖος πέπτωκεν ἔξω τῶν κακῶν, οὐ Χῖος, ἀλλὰ Κῖος.</w:t>
      </w:r>
    </w:p>
    <w:p>
      <w:r>
        <w:rPr>
          <w:rFonts w:ascii="Courier New" w:hAnsi="Courier New"/>
          <w:color w:val="555555"/>
          <w:sz w:val="20"/>
        </w:rPr>
        <w:t>[5]</w:t>
      </w:r>
    </w:p>
    <w:p>
      <w:r>
        <w:rPr>
          <w:rFonts w:ascii="Gentium Plus" w:hAnsi="Gentium Plus"/>
          <w:sz w:val="24"/>
        </w:rPr>
        <w:t>ἐπὶ τῷ τέλει διπλῆ ἔξω νενευκυῖα.⟧</w:t>
      </w:r>
    </w:p>
    <w:p>
      <w:r>
        <w:rPr>
          <w:rFonts w:ascii="Courier New" w:hAnsi="Courier New"/>
          <w:color w:val="555555"/>
          <w:sz w:val="20"/>
        </w:rPr>
        <w:t>[sch ran 907]</w:t>
      </w:r>
    </w:p>
    <w:p>
      <w:r>
        <w:rPr>
          <w:rFonts w:ascii="Gentium Plus" w:hAnsi="Gentium Plus"/>
          <w:sz w:val="24"/>
        </w:rPr>
        <w:t>οἷον τὸν ἐμὸν χαρακτῆρα. R.</w:t>
      </w:r>
    </w:p>
    <w:p>
      <w:r>
        <w:rPr>
          <w:rFonts w:ascii="Courier New" w:hAnsi="Courier New"/>
          <w:color w:val="555555"/>
          <w:sz w:val="20"/>
        </w:rPr>
        <w:t>[sch ran 908]</w:t>
      </w:r>
    </w:p>
    <w:p>
      <w:r>
        <w:rPr>
          <w:rFonts w:ascii="Gentium Plus" w:hAnsi="Gentium Plus"/>
          <w:sz w:val="24"/>
        </w:rPr>
        <w:t>ἐν τοῖς τελευταίοις. R.</w:t>
      </w:r>
    </w:p>
    <w:p>
      <w:r>
        <w:rPr>
          <w:rFonts w:ascii="Courier New" w:hAnsi="Courier New"/>
          <w:color w:val="555555"/>
          <w:sz w:val="20"/>
        </w:rPr>
        <w:t>[sch ran 910]</w:t>
      </w:r>
    </w:p>
    <w:p>
      <w:r>
        <w:rPr>
          <w:rFonts w:ascii="Gentium Plus" w:hAnsi="Gentium Plus"/>
          <w:sz w:val="24"/>
        </w:rPr>
        <w:t>παρὰ Φρυνίχῳ τραφέντας: (Ἀπατεὼν γὰρ, ὡς ἀφελέστερος ὁ Φρύνιχος. νῦν δὲ) Φρύνιχον λέγουσι τὸν τραγῳδοποιητήν. τοῦτον δὲ ἐπαινοῦσιν εἰς τὴν μελο‐ ποιίαν. νυνὶ δὲ ὡς ἀφελοῦς ὄντος αὐτοῦ μνημονεύει ὁ</w:t>
      </w:r>
    </w:p>
    <w:p>
      <w:r>
        <w:rPr>
          <w:rFonts w:ascii="Courier New" w:hAnsi="Courier New"/>
          <w:color w:val="555555"/>
          <w:sz w:val="20"/>
        </w:rPr>
        <w:t>[5]</w:t>
      </w:r>
    </w:p>
    <w:p>
      <w:r>
        <w:rPr>
          <w:rFonts w:ascii="Gentium Plus" w:hAnsi="Gentium Plus"/>
          <w:sz w:val="24"/>
        </w:rPr>
        <w:t>Ἀριστοφάνης. ἦν δὲ πρὸ Αἰσχύλου.</w:t>
      </w:r>
    </w:p>
    <w:p>
      <w:r>
        <w:rPr>
          <w:rFonts w:ascii="Courier New" w:hAnsi="Courier New"/>
          <w:color w:val="555555"/>
          <w:sz w:val="20"/>
        </w:rPr>
        <w:t>[sch ran 911]</w:t>
      </w:r>
    </w:p>
    <w:p>
      <w:r>
        <w:rPr>
          <w:rFonts w:ascii="Gentium Plus" w:hAnsi="Gentium Plus"/>
          <w:sz w:val="24"/>
        </w:rPr>
        <w:t>ἐγκαλύψας: Ὡς αὐτοῦ εἰσφέροντος ἐν δράματι τινὰ κεκαλυμμένον. ὁ Ἀχιλλεὺς δὲ καθήμενός ἐστι καὶ οὐκ ἀποκρινόμενος παρ’ Αἰσχύλῳ ἐν δράματι ἐπιγρα‐ φομένῳ Φρυξὶν ἢ Ἕκτορος λύτροις. οὐδὲν δὲ ὁ Ἀχιλ‐</w:t>
      </w:r>
    </w:p>
    <w:p>
      <w:r>
        <w:rPr>
          <w:rFonts w:ascii="Courier New" w:hAnsi="Courier New"/>
          <w:color w:val="555555"/>
          <w:sz w:val="20"/>
        </w:rPr>
        <w:t>[5]</w:t>
      </w:r>
    </w:p>
    <w:p>
      <w:r>
        <w:rPr>
          <w:rFonts w:ascii="Gentium Plus" w:hAnsi="Gentium Plus"/>
          <w:sz w:val="24"/>
        </w:rPr>
        <w:t>λεὺς φθέγγεται. (Ἄλλως. εἰκὸς τὸν ἐν τοῖς Φρυξὶν Ἀχιλλέα ἢ Ἕκτορος λύτροις· ἢ τὸν ἐν Μυρμιδόσιν, ὃς μέχρι τριῶν ἡμερῶν οὐδὲν φθέγγεται.)</w:t>
      </w:r>
    </w:p>
    <w:p>
      <w:r>
        <w:rPr>
          <w:rFonts w:ascii="Courier New" w:hAnsi="Courier New"/>
          <w:color w:val="555555"/>
          <w:sz w:val="20"/>
        </w:rPr>
        <w:t>[sch ran 913]</w:t>
      </w:r>
    </w:p>
    <w:p>
      <w:r>
        <w:rPr>
          <w:rFonts w:ascii="Gentium Plus" w:hAnsi="Gentium Plus"/>
          <w:sz w:val="24"/>
        </w:rPr>
        <w:t>(οὐδὲ τουτί: Εἰκὸς αὐτὸν ἀποκροτοῦντα τῷ δα‐ κτύλῳ δεικνύειν τὸ οὐδὲ τουτί.) ⟦τὸ δὲ, οἱ δ’ ἐσίγων, ὁ Ἀχιλλεὺς, φασὶ, καὶ ἡ Νιόβη.⟧</w:t>
      </w:r>
    </w:p>
    <w:p>
      <w:r>
        <w:rPr>
          <w:rFonts w:ascii="Courier New" w:hAnsi="Courier New"/>
          <w:color w:val="555555"/>
          <w:sz w:val="20"/>
        </w:rPr>
        <w:t>[sch ran 914]</w:t>
      </w:r>
    </w:p>
    <w:p>
      <w:r>
        <w:rPr>
          <w:rFonts w:ascii="Gentium Plus" w:hAnsi="Gentium Plus"/>
          <w:sz w:val="24"/>
        </w:rPr>
        <w:t>σωρούς. R.</w:t>
      </w:r>
    </w:p>
    <w:p>
      <w:r>
        <w:rPr>
          <w:rFonts w:ascii="Courier New" w:hAnsi="Courier New"/>
          <w:color w:val="555555"/>
          <w:sz w:val="20"/>
        </w:rPr>
        <w:t>[sch ran 916]</w:t>
      </w:r>
    </w:p>
    <w:p>
      <w:r>
        <w:rPr>
          <w:rFonts w:ascii="Gentium Plus" w:hAnsi="Gentium Plus"/>
          <w:sz w:val="24"/>
        </w:rPr>
        <w:t>καί με τοῦτ’ ἔτερπε: Μᾶλλον τῇ σιωπῇ ἐτερ‐ πόμην ἢ τοῖς νῦν λαλοῦσιν. ὅτι οἱ πολλοὶ ἐν σκηνῇ ἐλάλουν.</w:t>
      </w:r>
    </w:p>
    <w:p>
      <w:r>
        <w:rPr>
          <w:rFonts w:ascii="Courier New" w:hAnsi="Courier New"/>
          <w:color w:val="555555"/>
          <w:sz w:val="20"/>
        </w:rPr>
        <w:t>[sch ran 917]</w:t>
      </w:r>
    </w:p>
    <w:p>
      <w:r>
        <w:rPr>
          <w:rFonts w:ascii="Gentium Plus" w:hAnsi="Gentium Plus"/>
          <w:sz w:val="24"/>
        </w:rPr>
        <w:t>πρὸς τὸν Διόνυσον. R.</w:t>
      </w:r>
    </w:p>
    <w:p>
      <w:r>
        <w:rPr>
          <w:rFonts w:ascii="Courier New" w:hAnsi="Courier New"/>
          <w:color w:val="555555"/>
          <w:sz w:val="20"/>
        </w:rPr>
        <w:t>[sch ran 918]</w:t>
      </w:r>
    </w:p>
    <w:p>
      <w:r>
        <w:rPr>
          <w:rFonts w:ascii="Gentium Plus" w:hAnsi="Gentium Plus"/>
          <w:sz w:val="24"/>
        </w:rPr>
        <w:t>ὁ δεῖνα: Ὅτι ἐπὶ δείξεως. δείκνυσι γὰρ τὸν Αἰσχύλον παρόντα.</w:t>
      </w:r>
    </w:p>
    <w:p>
      <w:r>
        <w:rPr>
          <w:rFonts w:ascii="Courier New" w:hAnsi="Courier New"/>
          <w:color w:val="555555"/>
          <w:sz w:val="20"/>
        </w:rPr>
        <w:t>[sch ran 920]</w:t>
      </w:r>
    </w:p>
    <w:p>
      <w:r>
        <w:rPr>
          <w:rFonts w:ascii="Gentium Plus" w:hAnsi="Gentium Plus"/>
          <w:sz w:val="24"/>
        </w:rPr>
        <w:t>διῄει: Ἀνύοιτο (ἂν, εἰς τέλος ἂν ἦλθεν).</w:t>
      </w:r>
    </w:p>
    <w:p>
      <w:r>
        <w:rPr>
          <w:rFonts w:ascii="Courier New" w:hAnsi="Courier New"/>
          <w:color w:val="555555"/>
          <w:sz w:val="20"/>
        </w:rPr>
        <w:t>[sch ran 921]</w:t>
      </w:r>
    </w:p>
    <w:p>
      <w:r>
        <w:rPr>
          <w:rFonts w:ascii="Gentium Plus" w:hAnsi="Gentium Plus"/>
          <w:sz w:val="24"/>
        </w:rPr>
        <w:t>⟦ὦ παμπόνηρος: Ἢ ἐγὼ, ἢ αὐτὸς νόει. καὶ πρὸς μὲν τὸν Διόνυσον, ὦ παμπόνηρος ἐγὼ, ὁ εἰς πάντα πο‐ νηρευόμενος καὶ πάντα ἐξετάζων, οἷα ἐφενακιζόμην ὑπ’ αὐτοῦ ἐπὶ τούτῳ· πρὸς δὲ τὸν Αἰσχύλον, στίξον εἰς τὸ</w:t>
      </w:r>
    </w:p>
    <w:p>
      <w:r>
        <w:rPr>
          <w:rFonts w:ascii="Courier New" w:hAnsi="Courier New"/>
          <w:color w:val="555555"/>
          <w:sz w:val="20"/>
        </w:rPr>
        <w:t>[5]</w:t>
      </w:r>
    </w:p>
    <w:p>
      <w:r>
        <w:rPr>
          <w:rFonts w:ascii="Gentium Plus" w:hAnsi="Gentium Plus"/>
          <w:sz w:val="24"/>
        </w:rPr>
        <w:t>παμπόνηρος, καὶ τὸ ὢ ἀντὶ τοῦ φεῦ· ὢ παμπόνηρος ὑπάρχει αὐτὸς, ταῦτα πονηρευόμενος εἰς ἀπάτην τῶν θεατῶν.⟧ —ὑπὸ τοῦ Αἰσχύλου. R.</w:t>
      </w:r>
    </w:p>
    <w:p>
      <w:r>
        <w:rPr>
          <w:rFonts w:ascii="Courier New" w:hAnsi="Courier New"/>
          <w:color w:val="555555"/>
          <w:sz w:val="20"/>
        </w:rPr>
        <w:t>[sch ran 922]</w:t>
      </w:r>
    </w:p>
    <w:p>
      <w:r>
        <w:rPr>
          <w:rFonts w:ascii="Gentium Plus" w:hAnsi="Gentium Plus"/>
          <w:sz w:val="24"/>
        </w:rPr>
        <w:t>τί σκορδινᾷ: Οὕτως ἔλεγον τὸ παρὰ φύσιν τὰ μέλη ἐκτείνειν, σκορδινᾶσθαι. γίνεται δὲ περὶ τοὺς ἐγει‐ ρομένους ἐξ ὕπνου, ὅταν χασμώδεις ὄντες ἐκτείνωσι τὰ μέλη· ὅπερ συμβαίνει καὶ περὶ τοὺς ἄλλως πως βασα‐</w:t>
      </w:r>
    </w:p>
    <w:p>
      <w:r>
        <w:rPr>
          <w:rFonts w:ascii="Courier New" w:hAnsi="Courier New"/>
          <w:color w:val="555555"/>
          <w:sz w:val="20"/>
        </w:rPr>
        <w:t>[5]</w:t>
      </w:r>
    </w:p>
    <w:p>
      <w:r>
        <w:rPr>
          <w:rFonts w:ascii="Gentium Plus" w:hAnsi="Gentium Plus"/>
          <w:sz w:val="24"/>
        </w:rPr>
        <w:t>νιζομένους καὶ διαστρεφομένους τὰ μέλη. —σκορδονιᾷ:</w:t>
      </w:r>
    </w:p>
    <w:p>
      <w:r>
        <w:rPr>
          <w:rFonts w:ascii="Courier New" w:hAnsi="Courier New"/>
          <w:color w:val="555555"/>
          <w:sz w:val="20"/>
        </w:rPr>
        <w:t>[sch ran 924]</w:t>
      </w:r>
    </w:p>
    <w:p>
      <w:r>
        <w:rPr>
          <w:rFonts w:ascii="Gentium Plus" w:hAnsi="Gentium Plus"/>
          <w:sz w:val="24"/>
        </w:rPr>
        <w:t>βόεια: [Μεγάλα καὶ κτύπου πλέα, ὀφρῦς ἔχοντα,] ὑψηλὰ καὶ ὑπερήφανα.</w:t>
      </w:r>
    </w:p>
    <w:p>
      <w:r>
        <w:rPr>
          <w:rFonts w:ascii="Courier New" w:hAnsi="Courier New"/>
          <w:color w:val="555555"/>
          <w:sz w:val="20"/>
        </w:rPr>
        <w:t>[sch ran 925]</w:t>
      </w:r>
    </w:p>
    <w:p>
      <w:r>
        <w:rPr>
          <w:rFonts w:ascii="Gentium Plus" w:hAnsi="Gentium Plus"/>
          <w:sz w:val="24"/>
        </w:rPr>
        <w:t>μορμορωπὰ: Καταπληκτικὰ, φοβερά. ἐκ με‐ ταφορᾶς τῆς μορμοῦς, τῆς τὰ βρέφη φοβούσης.</w:t>
      </w:r>
    </w:p>
    <w:p>
      <w:r>
        <w:rPr>
          <w:rFonts w:ascii="Courier New" w:hAnsi="Courier New"/>
          <w:color w:val="555555"/>
          <w:sz w:val="20"/>
        </w:rPr>
        <w:t>[sch ran 926]</w:t>
      </w:r>
    </w:p>
    <w:p>
      <w:r>
        <w:rPr>
          <w:rFonts w:ascii="Gentium Plus" w:hAnsi="Gentium Plus"/>
          <w:sz w:val="24"/>
        </w:rPr>
        <w:t>ἄγνωτα τοῖς θεωμένοις: (Ἀπὸ τοῦ ἄγνωτος. οὐ γὰρ παρασχηματίζεται ἀπὸ τοῦ ἀγνὼς εἰς οὐδέτερον γένος, ὥς φησιν Ἡρωδιανός.) —ἄγνωστα. R.</w:t>
      </w:r>
    </w:p>
    <w:p>
      <w:r>
        <w:rPr>
          <w:rFonts w:ascii="Courier New" w:hAnsi="Courier New"/>
          <w:color w:val="555555"/>
          <w:sz w:val="20"/>
        </w:rPr>
        <w:t>[sch ran 928]</w:t>
      </w:r>
    </w:p>
    <w:p>
      <w:r>
        <w:rPr>
          <w:rFonts w:ascii="Gentium Plus" w:hAnsi="Gentium Plus"/>
          <w:sz w:val="24"/>
        </w:rPr>
        <w:t>ἢ Σκαμάνδρους: Χαρακτηριστικὸν καὶ τοῦτο· ὅτι πολὺς Αἰσχύλος ἐν τῷ ποταμοὺς καὶ ὄρη λέγειν.</w:t>
      </w:r>
    </w:p>
    <w:p>
      <w:r>
        <w:rPr>
          <w:rFonts w:ascii="Courier New" w:hAnsi="Courier New"/>
          <w:color w:val="555555"/>
          <w:sz w:val="20"/>
        </w:rPr>
        <w:t>[sch ran 929]</w:t>
      </w:r>
    </w:p>
    <w:p>
      <w:r>
        <w:rPr>
          <w:rFonts w:ascii="Gentium Plus" w:hAnsi="Gentium Plus"/>
          <w:sz w:val="24"/>
        </w:rPr>
        <w:t>γρυπαιέτους: Ἐπίσημα ἀσπίδος ἀλλόκοτα. (εἰώθασι γὰρ ζωγραφεῖν εἰς τὰς ἀσπίδας ἀετούς.) ζη‐ τεῖται δὲ, ποῦ μᾶλλον τὸ ἤ συναπτέον· εἰς τὸ, ἢ ’π’ ἀσπίδων ἐπόντας· ἢ τοῖς ἄνω· ἢ τῷ γρυπαιέτους χαλ‐</w:t>
      </w:r>
    </w:p>
    <w:p>
      <w:r>
        <w:rPr>
          <w:rFonts w:ascii="Courier New" w:hAnsi="Courier New"/>
          <w:color w:val="555555"/>
          <w:sz w:val="20"/>
        </w:rPr>
        <w:t>[5]</w:t>
      </w:r>
    </w:p>
    <w:p>
      <w:r>
        <w:rPr>
          <w:rFonts w:ascii="Gentium Plus" w:hAnsi="Gentium Plus"/>
          <w:sz w:val="24"/>
        </w:rPr>
        <w:t>κηλάτους. —Ἄλλως. ἐπὶ ἀσπίδων ὄντας. R.</w:t>
      </w:r>
    </w:p>
    <w:p>
      <w:r>
        <w:rPr>
          <w:rFonts w:ascii="Courier New" w:hAnsi="Courier New"/>
          <w:color w:val="555555"/>
          <w:sz w:val="20"/>
        </w:rPr>
        <w:t>[sch ran 931]</w:t>
      </w:r>
    </w:p>
    <w:p>
      <w:r>
        <w:rPr>
          <w:rFonts w:ascii="Gentium Plus" w:hAnsi="Gentium Plus"/>
          <w:sz w:val="24"/>
        </w:rPr>
        <w:t>ἤδη ποτ’ ἐν μακρῷ: Παρὰ τὸ ἐξ Ἱππολύτου [378] ἤδη πότ’ ἄλλως νυκτὸς ἐν μακρῷ χρόνῳ.</w:t>
      </w:r>
    </w:p>
    <w:p>
      <w:r>
        <w:rPr>
          <w:rFonts w:ascii="Courier New" w:hAnsi="Courier New"/>
          <w:color w:val="555555"/>
          <w:sz w:val="20"/>
        </w:rPr>
        <w:t>[sch ran 932]</w:t>
      </w:r>
    </w:p>
    <w:p>
      <w:r>
        <w:rPr>
          <w:rFonts w:ascii="Gentium Plus" w:hAnsi="Gentium Plus"/>
          <w:sz w:val="24"/>
        </w:rPr>
        <w:t>προείρηται ὅτι ἐκ τῶν Μυρμιδόνων ἐστὶν ἐπὶ νεὼς «ἐπὶ δ’ αἰετὸς ξουθὸς ἱππαλεκτρυών.» τὸ δὲ ἵπ‐ πος ἐπὶ τοῦ μεγάλου. R. ἱππαλεκτρυόνα: Γράφεται κολοκτρυόνα, ὡς γένος τι Περσικὸν ἀττελάβοις ὅμοιον.</w:t>
      </w:r>
    </w:p>
    <w:p>
      <w:r>
        <w:rPr>
          <w:rFonts w:ascii="Courier New" w:hAnsi="Courier New"/>
          <w:color w:val="555555"/>
          <w:sz w:val="20"/>
        </w:rPr>
        <w:t>[5]</w:t>
      </w:r>
    </w:p>
    <w:p>
      <w:r>
        <w:rPr>
          <w:rFonts w:ascii="Gentium Plus" w:hAnsi="Gentium Plus"/>
          <w:sz w:val="24"/>
        </w:rPr>
        <w:t>⟦Ἄλλως. ἱππαλεκτρυὼν εἰ καὶ τοῖς φιλοσόφοις ἀπηγό‐ ρευται μὴ εἶναι, ἀλλ’ ἐστὶ τῇ ἀληθείᾳ ζῷον θαλάσσιον, ὃν καί τις τῶν καθ’ ἡμᾶς εὑρὼν κατὰ τύχην ἐξιόντα ἀπεκτονὼς καὶ πᾶσι νεκρὸν δείξας, ἐνέγραφεν ἐν τῇ σημαίᾳ αὐτοῦ καὶ τῇ ἀσπίδι, ὡς ἂν καὶ τοῖς μὴ εἰδό‐</w:t>
      </w:r>
    </w:p>
    <w:p>
      <w:r>
        <w:rPr>
          <w:rFonts w:ascii="Courier New" w:hAnsi="Courier New"/>
          <w:color w:val="555555"/>
          <w:sz w:val="20"/>
        </w:rPr>
        <w:t>[10]</w:t>
      </w:r>
    </w:p>
    <w:p>
      <w:r>
        <w:rPr>
          <w:rFonts w:ascii="Gentium Plus" w:hAnsi="Gentium Plus"/>
          <w:sz w:val="24"/>
        </w:rPr>
        <w:t>σιν ὁ ἆθλος κηρύττοιτο. τινὲς δὲ τὸ ἵππος ἐπὶ τοῦ με‐ γάλου.⟧</w:t>
      </w:r>
    </w:p>
    <w:p>
      <w:r>
        <w:rPr>
          <w:rFonts w:ascii="Courier New" w:hAnsi="Courier New"/>
          <w:color w:val="555555"/>
          <w:sz w:val="20"/>
        </w:rPr>
        <w:t>[sch ran 934]</w:t>
      </w:r>
    </w:p>
    <w:p>
      <w:r>
        <w:rPr>
          <w:rFonts w:ascii="Gentium Plus" w:hAnsi="Gentium Plus"/>
          <w:sz w:val="24"/>
        </w:rPr>
        <w:t>Ἔρυξιν: Οὗτος γὰρ ὡς ἄμορφος καὶ ἀηδὴς διαβάλλεται. —ἵνα διαβάλλῃ αὐτὸν ὡς ἄμορφον. R. V. Θ. M. οὗτος γὰρ ὡς κτηνοβάτης ἐκωμῳδεῖτο, ἢ ὡς ἀηδής. Θ.</w:t>
      </w:r>
    </w:p>
    <w:p>
      <w:r>
        <w:rPr>
          <w:rFonts w:ascii="Courier New" w:hAnsi="Courier New"/>
          <w:color w:val="555555"/>
          <w:sz w:val="20"/>
        </w:rPr>
        <w:t>[sch ran 937]</w:t>
      </w:r>
    </w:p>
    <w:p>
      <w:r>
        <w:rPr>
          <w:rFonts w:ascii="Gentium Plus" w:hAnsi="Gentium Plus"/>
          <w:sz w:val="24"/>
        </w:rPr>
        <w:t>ὥσπερ σύ. R.</w:t>
      </w:r>
    </w:p>
    <w:p>
      <w:r>
        <w:rPr>
          <w:rFonts w:ascii="Courier New" w:hAnsi="Courier New"/>
          <w:color w:val="555555"/>
          <w:sz w:val="20"/>
        </w:rPr>
        <w:t>[sch ran 938]</w:t>
      </w:r>
    </w:p>
    <w:p>
      <w:r>
        <w:rPr>
          <w:rFonts w:ascii="Gentium Plus" w:hAnsi="Gentium Plus"/>
          <w:sz w:val="24"/>
        </w:rPr>
        <w:t>παραπετάσμασι: ⟦Ταῖς σκηναῖς,⟧ τοῖς Περσι‐ κοῖς βήλοις, ⟦ἢ βηλοθύροις.⟧</w:t>
      </w:r>
    </w:p>
    <w:p>
      <w:r>
        <w:rPr>
          <w:rFonts w:ascii="Courier New" w:hAnsi="Courier New"/>
          <w:color w:val="555555"/>
          <w:sz w:val="20"/>
        </w:rPr>
        <w:t>[sch ran 939]</w:t>
      </w:r>
    </w:p>
    <w:p>
      <w:r>
        <w:rPr>
          <w:rFonts w:ascii="Gentium Plus" w:hAnsi="Gentium Plus"/>
          <w:sz w:val="24"/>
        </w:rPr>
        <w:t>ἐγὼ δηλονότι. R.</w:t>
      </w:r>
    </w:p>
    <w:p>
      <w:r>
        <w:rPr>
          <w:rFonts w:ascii="Courier New" w:hAnsi="Courier New"/>
          <w:color w:val="555555"/>
          <w:sz w:val="20"/>
        </w:rPr>
        <w:t>[sch ran 940]</w:t>
      </w:r>
    </w:p>
    <w:p>
      <w:r>
        <w:rPr>
          <w:rFonts w:ascii="Gentium Plus" w:hAnsi="Gentium Plus"/>
          <w:sz w:val="24"/>
        </w:rPr>
        <w:t>κομπώδη οὖσαν. R. V.</w:t>
      </w:r>
    </w:p>
    <w:p>
      <w:r>
        <w:rPr>
          <w:rFonts w:ascii="Courier New" w:hAnsi="Courier New"/>
          <w:color w:val="555555"/>
          <w:sz w:val="20"/>
        </w:rPr>
        <w:t>[sch ran 941]</w:t>
      </w:r>
    </w:p>
    <w:p>
      <w:r>
        <w:rPr>
          <w:rFonts w:ascii="Gentium Plus" w:hAnsi="Gentium Plus"/>
          <w:sz w:val="24"/>
        </w:rPr>
        <w:t>ἔξυσα. R.</w:t>
      </w:r>
    </w:p>
    <w:p>
      <w:r>
        <w:rPr>
          <w:rFonts w:ascii="Courier New" w:hAnsi="Courier New"/>
          <w:color w:val="555555"/>
          <w:sz w:val="20"/>
        </w:rPr>
        <w:t>[sch ran 942]</w:t>
      </w:r>
    </w:p>
    <w:p>
      <w:r>
        <w:rPr>
          <w:rFonts w:ascii="Gentium Plus" w:hAnsi="Gentium Plus"/>
          <w:sz w:val="24"/>
        </w:rPr>
        <w:t>⟦ἐπυλλίοισιν: Ἀντὶ τοῦ λογίοις μικροῖς· ὡς δὲ βρέφος βρεφύλλιον, καὶ εἶδος εἰδύλλιον· οὕτω καὶ ἔπος ἐπύλλιον.⟧ περιπάτοις: Εἰώθασι γὰρ οἱ κακούμενοι περιπατεῖν.</w:t>
      </w:r>
    </w:p>
    <w:p>
      <w:r>
        <w:rPr>
          <w:rFonts w:ascii="Courier New" w:hAnsi="Courier New"/>
          <w:color w:val="555555"/>
          <w:sz w:val="20"/>
        </w:rPr>
        <w:t>[5]</w:t>
      </w:r>
    </w:p>
    <w:p>
      <w:r>
        <w:rPr>
          <w:rFonts w:ascii="Gentium Plus" w:hAnsi="Gentium Plus"/>
          <w:sz w:val="24"/>
        </w:rPr>
        <w:t>ἢ ἀντὶ τοῦ διατριβαῖς. ὡς ἐπὶ ἀσθενοῦντος δὲ διαλέγε‐ ται. ⟦ἐκ μεταφορᾶς τῶν λεπτυνομένων σωμάτων διὰ τῆς καθάρσεως.⟧ ⟦τευτλίοισι: Εἰώθασιν οἱ τῶν ἰατρῶν παῖδες τὰς τῶν σωμάτων καθάρσεις διὰ περιπάτων καὶ τεύτλων λευ‐</w:t>
      </w:r>
    </w:p>
    <w:p>
      <w:r>
        <w:rPr>
          <w:rFonts w:ascii="Courier New" w:hAnsi="Courier New"/>
          <w:color w:val="555555"/>
          <w:sz w:val="20"/>
        </w:rPr>
        <w:t>[10]</w:t>
      </w:r>
    </w:p>
    <w:p>
      <w:r>
        <w:rPr>
          <w:rFonts w:ascii="Gentium Plus" w:hAnsi="Gentium Plus"/>
          <w:sz w:val="24"/>
        </w:rPr>
        <w:t>κῶν καὶ ἑτέρων ποτῶν ποιεῖσθαι. τὸ δὲ ἐπυλλίοις ἀντὶ τοῦ λογίοις μικροῖς. Cant.1. 2. μικροῖς: Γράφεται λευ‐ κοῖς.⟧</w:t>
      </w:r>
    </w:p>
    <w:p>
      <w:r>
        <w:rPr>
          <w:rFonts w:ascii="Courier New" w:hAnsi="Courier New"/>
          <w:color w:val="555555"/>
          <w:sz w:val="20"/>
        </w:rPr>
        <w:t>[sch ran 943]</w:t>
      </w:r>
    </w:p>
    <w:p>
      <w:r>
        <w:rPr>
          <w:rFonts w:ascii="Gentium Plus" w:hAnsi="Gentium Plus"/>
          <w:sz w:val="24"/>
        </w:rPr>
        <w:t>χυλὸν διδοὺς: Οὐκ ἀπὸ πτισάνης, ἀλλ’ ἀπὸ ἠθῶν ἀνδρῶν καὶ βιβλίων. ⟦γράφεται δὲ καὶ ἀπηθῶν, ἀντὶ τοῦ ἐκλεγόμενος. μονῳδίαις δὲ, γυμνάσμασι μο‐</w:t>
      </w:r>
    </w:p>
    <w:p>
      <w:r>
        <w:rPr>
          <w:rFonts w:ascii="Courier New" w:hAnsi="Courier New"/>
          <w:color w:val="555555"/>
          <w:sz w:val="20"/>
        </w:rPr>
        <w:t>[sch ran 944]</w:t>
      </w:r>
    </w:p>
    <w:p>
      <w:r>
        <w:rPr>
          <w:rFonts w:ascii="Gentium Plus" w:hAnsi="Gentium Plus"/>
          <w:sz w:val="24"/>
        </w:rPr>
        <w:t>Κηφισοφῶντα: Ὅτι ἐδόκει δοῦλος ὢν ὁ Κηφι‐ σοφῶν συμπονεῖν αὐτῷ, καὶ μάλιστα τὰ μέλη, ὃν καὶ συνεῖναι τῇ γυναικὶ αὐτοῦ κωμῳδοῦσιν. (ἕτερος δέ ἐστι Κηφισοφῶν ὁ καὶ τὸ ψήφισμα εἰσενεγκὼν ὑπὲρ τοῦ</w:t>
      </w:r>
    </w:p>
    <w:p>
      <w:r>
        <w:rPr>
          <w:rFonts w:ascii="Courier New" w:hAnsi="Courier New"/>
          <w:color w:val="555555"/>
          <w:sz w:val="20"/>
        </w:rPr>
        <w:t>[5]</w:t>
      </w:r>
    </w:p>
    <w:p>
      <w:r>
        <w:rPr>
          <w:rFonts w:ascii="Gentium Plus" w:hAnsi="Gentium Plus"/>
          <w:sz w:val="24"/>
        </w:rPr>
        <w:t>εἰρχθῆναι τῆς ἐν πρυτανείῳ σιτήσεως.)</w:t>
      </w:r>
    </w:p>
    <w:p>
      <w:r>
        <w:rPr>
          <w:rFonts w:ascii="Courier New" w:hAnsi="Courier New"/>
          <w:color w:val="555555"/>
          <w:sz w:val="20"/>
        </w:rPr>
        <w:t>[sch ran 946]</w:t>
      </w:r>
    </w:p>
    <w:p>
      <w:r>
        <w:rPr>
          <w:rFonts w:ascii="Gentium Plus" w:hAnsi="Gentium Plus"/>
          <w:sz w:val="24"/>
        </w:rPr>
        <w:t>τὴν ὑπόθεσιν. R.</w:t>
      </w:r>
    </w:p>
    <w:p>
      <w:r>
        <w:rPr>
          <w:rFonts w:ascii="Courier New" w:hAnsi="Courier New"/>
          <w:color w:val="555555"/>
          <w:sz w:val="20"/>
        </w:rPr>
        <w:t>[sch ran 947]</w:t>
      </w:r>
    </w:p>
    <w:p>
      <w:r>
        <w:rPr>
          <w:rFonts w:ascii="Gentium Plus" w:hAnsi="Gentium Plus"/>
          <w:sz w:val="24"/>
        </w:rPr>
        <w:t>[ἢ τὸ σαυτοῦ: Ὅτι δυσγενὴς ὁ Εὐριπίδης. ἐπῶν δὲ, τῶν ἰαμβείων. ἔπη γὰρ καὶ αὐτὰ καλοῦσιν.]</w:t>
      </w:r>
    </w:p>
    <w:p>
      <w:r>
        <w:rPr>
          <w:rFonts w:ascii="Courier New" w:hAnsi="Courier New"/>
          <w:color w:val="555555"/>
          <w:sz w:val="20"/>
        </w:rPr>
        <w:t>[sch ran 948]</w:t>
      </w:r>
    </w:p>
    <w:p>
      <w:r>
        <w:rPr>
          <w:rFonts w:ascii="Gentium Plus" w:hAnsi="Gentium Plus"/>
          <w:sz w:val="24"/>
        </w:rPr>
        <w:t>⟦ἀργόν: Ὥσπερ σὺ τὴν Νιόβην καὶ τὸν Ἀχιλ‐ λέα ἐποίησας μηδὲν λέγοντας.⟧</w:t>
      </w:r>
    </w:p>
    <w:p>
      <w:r>
        <w:rPr>
          <w:rFonts w:ascii="Courier New" w:hAnsi="Courier New"/>
          <w:color w:val="555555"/>
          <w:sz w:val="20"/>
        </w:rPr>
        <w:t>[sch ran 949]</w:t>
      </w:r>
    </w:p>
    <w:p>
      <w:r>
        <w:rPr>
          <w:rFonts w:ascii="Gentium Plus" w:hAnsi="Gentium Plus"/>
          <w:sz w:val="24"/>
        </w:rPr>
        <w:t>ἡ γυνή τέ μοι χὡ δοῦλος: Ἀντὶ τοῦ τὰ αὐτά. καὶ εἰς τοῦτο κωμῳδεῖται ὁ Εὐριπίδης, ὅτι διαφόροις τοῖς προσώποις ἀνοικείους λόγους περιτίθησιν.</w:t>
      </w:r>
    </w:p>
    <w:p>
      <w:r>
        <w:rPr>
          <w:rFonts w:ascii="Courier New" w:hAnsi="Courier New"/>
          <w:color w:val="555555"/>
          <w:sz w:val="20"/>
        </w:rPr>
        <w:t>[sch ran 950]</w:t>
      </w:r>
    </w:p>
    <w:p>
      <w:r>
        <w:rPr>
          <w:rFonts w:ascii="Gentium Plus" w:hAnsi="Gentium Plus"/>
          <w:sz w:val="24"/>
        </w:rPr>
        <w:t>ὅτι καὶ παρθένος ἐν τραγῳδίαις λέγει. R. V.</w:t>
      </w:r>
    </w:p>
    <w:p>
      <w:r>
        <w:rPr>
          <w:rFonts w:ascii="Courier New" w:hAnsi="Courier New"/>
          <w:color w:val="555555"/>
          <w:sz w:val="20"/>
        </w:rPr>
        <w:t>[sch ran 951]</w:t>
      </w:r>
    </w:p>
    <w:p>
      <w:r>
        <w:rPr>
          <w:rFonts w:ascii="Gentium Plus" w:hAnsi="Gentium Plus"/>
          <w:sz w:val="24"/>
        </w:rPr>
        <w:t>⟦ταῦτα: Τὸ τοὺς δούλους τοῖς δεσπόταις ἰσοτί‐ μους ποιεῖν.⟧</w:t>
      </w:r>
    </w:p>
    <w:p>
      <w:r>
        <w:rPr>
          <w:rFonts w:ascii="Courier New" w:hAnsi="Courier New"/>
          <w:color w:val="555555"/>
          <w:sz w:val="20"/>
        </w:rPr>
        <w:t>[sch ran 952]</w:t>
      </w:r>
    </w:p>
    <w:p>
      <w:r>
        <w:rPr>
          <w:rFonts w:ascii="Gentium Plus" w:hAnsi="Gentium Plus"/>
          <w:sz w:val="24"/>
        </w:rPr>
        <w:t>δημοκρατικὸν: Τὰ περὶ δημοκρατίας καὶ ἰσότη‐ τος, φησὶν, ἔασον. ἐμὸν γάρ ἐστι μᾶλλον ἐμπεριπατῆ‐ σαι περὶ τούτου, οὐ σόν. παρόσον ἡσυχίας καὶ εἰρήνης ὁ θεὸς αἴτιος. (ἔασον οὖν ὦ τᾶν· ὀρθῶς γάρ σου κα‐</w:t>
      </w:r>
    </w:p>
    <w:p>
      <w:r>
        <w:rPr>
          <w:rFonts w:ascii="Courier New" w:hAnsi="Courier New"/>
          <w:color w:val="555555"/>
          <w:sz w:val="20"/>
        </w:rPr>
        <w:t>[5]</w:t>
      </w:r>
    </w:p>
    <w:p>
      <w:r>
        <w:rPr>
          <w:rFonts w:ascii="Gentium Plus" w:hAnsi="Gentium Plus"/>
          <w:sz w:val="24"/>
        </w:rPr>
        <w:t>τηγορεῖ ἐπὶ τῇ πάντων ἀδολεσχίᾳ ὁ Αἰσχύλος, καὶ οὐκ ἂν ἔχοις ἐμπεριπατῆσαι οὐδὲ ἐπαινέσαι σεαυτὸν ἐπὶ τούτῳ.) ⟦Ἄλλως. οὐ δεῖ σε, φησὶ, ζητεῖν ὅπως ἂν ἀπο‐ δείξῃς ὡς κάλλιστα τοῦτο ἐποίεις. οὐ γὰρ καλὸν ἐξ ἴσου τοὺς δούλους τοῖς δεσπόταις παρρησιάζεσθαι. περίπατος</w:t>
      </w:r>
    </w:p>
    <w:p>
      <w:r>
        <w:rPr>
          <w:rFonts w:ascii="Courier New" w:hAnsi="Courier New"/>
          <w:color w:val="555555"/>
          <w:sz w:val="20"/>
        </w:rPr>
        <w:t>[10]</w:t>
      </w:r>
    </w:p>
    <w:p>
      <w:r>
        <w:rPr>
          <w:rFonts w:ascii="Gentium Plus" w:hAnsi="Gentium Plus"/>
          <w:sz w:val="24"/>
        </w:rPr>
        <w:t>δὲ διατριβή.⟧</w:t>
      </w:r>
    </w:p>
    <w:p>
      <w:r>
        <w:rPr>
          <w:rFonts w:ascii="Courier New" w:hAnsi="Courier New"/>
          <w:color w:val="555555"/>
          <w:sz w:val="20"/>
        </w:rPr>
        <w:t>[sch ran 954]</w:t>
      </w:r>
    </w:p>
    <w:p>
      <w:r>
        <w:rPr>
          <w:rFonts w:ascii="Gentium Plus" w:hAnsi="Gentium Plus"/>
          <w:sz w:val="24"/>
        </w:rPr>
        <w:t>τοὺς ἐν δράματι. R.</w:t>
      </w:r>
    </w:p>
    <w:p>
      <w:r>
        <w:rPr>
          <w:rFonts w:ascii="Courier New" w:hAnsi="Courier New"/>
          <w:color w:val="555555"/>
          <w:sz w:val="20"/>
        </w:rPr>
        <w:t>[sch ran 956]</w:t>
      </w:r>
    </w:p>
    <w:p>
      <w:r>
        <w:rPr>
          <w:rFonts w:ascii="Gentium Plus" w:hAnsi="Gentium Plus"/>
          <w:sz w:val="24"/>
        </w:rPr>
        <w:t>γωνιασμοὺς: Πλαγιασμοὺς, ἀπάτας. καχυπο‐ τοπεῖσθαι δὲ, ἀντὶ τοῦ κακὰ ὑπονοεῖν, ἐάν τις εἰς αὐτοὺς τεχνάσηται. —ἀποφυγὰς καὶ ἀπαγωγάς. R. M.</w:t>
      </w:r>
    </w:p>
    <w:p>
      <w:r>
        <w:rPr>
          <w:rFonts w:ascii="Courier New" w:hAnsi="Courier New"/>
          <w:color w:val="555555"/>
          <w:sz w:val="20"/>
        </w:rPr>
        <w:t>[sch ran 958]</w:t>
      </w:r>
    </w:p>
    <w:p>
      <w:r>
        <w:rPr>
          <w:rFonts w:ascii="Gentium Plus" w:hAnsi="Gentium Plus"/>
          <w:sz w:val="24"/>
        </w:rPr>
        <w:t>κάχ’ ὑποτοπεῖσθαι: Τὸ τέλειον κακὰ ὑπονοεῖν. R. V. ὑπονοεῖν, ἐάν τις εἰς αὐτοὺς τεχνάσηται. E.</w:t>
      </w:r>
    </w:p>
    <w:p>
      <w:r>
        <w:rPr>
          <w:rFonts w:ascii="Courier New" w:hAnsi="Courier New"/>
          <w:color w:val="555555"/>
          <w:sz w:val="20"/>
        </w:rPr>
        <w:t>[sch ran 960]</w:t>
      </w:r>
    </w:p>
    <w:p>
      <w:r>
        <w:rPr>
          <w:rFonts w:ascii="Gentium Plus" w:hAnsi="Gentium Plus"/>
          <w:sz w:val="24"/>
        </w:rPr>
        <w:t>εἰ κακῶς ἔλεγον. R. V.</w:t>
      </w:r>
    </w:p>
    <w:p>
      <w:r>
        <w:rPr>
          <w:rFonts w:ascii="Courier New" w:hAnsi="Courier New"/>
          <w:color w:val="555555"/>
          <w:sz w:val="20"/>
        </w:rPr>
        <w:t>[sch ran 961]</w:t>
      </w:r>
    </w:p>
    <w:p>
      <w:r>
        <w:rPr>
          <w:rFonts w:ascii="Gentium Plus" w:hAnsi="Gentium Plus"/>
          <w:sz w:val="24"/>
        </w:rPr>
        <w:t>οὐκ ἐκομπολάκουν: Κενοὺς οὐκ ἐποίουν ψόφους. οὐκ ἔλεγον κομπώδη ὡς ὁ Αἰσχύλος. —ἐμεγαλορρημό‐ νουν. Θ.</w:t>
      </w:r>
    </w:p>
    <w:p>
      <w:r>
        <w:rPr>
          <w:rFonts w:ascii="Courier New" w:hAnsi="Courier New"/>
          <w:color w:val="555555"/>
          <w:sz w:val="20"/>
        </w:rPr>
        <w:t>[sch ran 962]</w:t>
      </w:r>
    </w:p>
    <w:p>
      <w:r>
        <w:rPr>
          <w:rFonts w:ascii="Gentium Plus" w:hAnsi="Gentium Plus"/>
          <w:sz w:val="24"/>
        </w:rPr>
        <w:t>ἀπὸ τοῦ φρονεῖν ἀποσπάσας: Οὐ τὴν φρόνησιν αὐτῶν ἀφειλόμην, ἀπὸ τοῦ φρονεῖν καὶ συνεῖναι τὸ λε‐ γόμενον ἀποσπάσας αὐτούς.</w:t>
      </w:r>
    </w:p>
    <w:p>
      <w:r>
        <w:rPr>
          <w:rFonts w:ascii="Courier New" w:hAnsi="Courier New"/>
          <w:color w:val="555555"/>
          <w:sz w:val="20"/>
        </w:rPr>
        <w:t>[sch ran 963]</w:t>
      </w:r>
    </w:p>
    <w:p>
      <w:r>
        <w:rPr>
          <w:rFonts w:ascii="Gentium Plus" w:hAnsi="Gentium Plus"/>
          <w:sz w:val="24"/>
        </w:rPr>
        <w:t>⟦Κύκνους: Ὅτι δύο Κύκνοι ἐγένοντο· ὁ μὲν Ἄρεος υἱὸς, ὁ ὑφ’ Ἡρακλέους φονευθεὶς, ὡς ἐν τῇ Ἀσπίδι Ἡσίοδος, ὁ δὲ Ποσειδῶνος, ὁ ὑπ’ Ἀχιλλέως· ὡς καὶ Πίνδαρος ἱστορεῖ.⟧</w:t>
      </w:r>
    </w:p>
    <w:p>
      <w:r>
        <w:rPr>
          <w:rFonts w:ascii="Courier New" w:hAnsi="Courier New"/>
          <w:color w:val="555555"/>
          <w:sz w:val="20"/>
        </w:rPr>
        <w:t>[5]</w:t>
      </w:r>
    </w:p>
    <w:p>
      <w:r>
        <w:rPr>
          <w:rFonts w:ascii="Gentium Plus" w:hAnsi="Gentium Plus"/>
          <w:sz w:val="24"/>
        </w:rPr>
        <w:t>κωδωνοφαλαροπώλους: Ἀπολλώνιός φησιν ὅτι πα‐ ρήνεγκε χρωμένους κώδωσί τινας. ⟦κώδωνας ἐν τοῖς φα‐ λάροις καὶ χαλινοῖς τῶν ἵππων ἔχοντας.⟧</w:t>
      </w:r>
    </w:p>
    <w:p>
      <w:r>
        <w:rPr>
          <w:rFonts w:ascii="Courier New" w:hAnsi="Courier New"/>
          <w:color w:val="555555"/>
          <w:sz w:val="20"/>
        </w:rPr>
        <w:t>[sch ran 965]</w:t>
      </w:r>
    </w:p>
    <w:p>
      <w:r>
        <w:rPr>
          <w:rFonts w:ascii="Gentium Plus" w:hAnsi="Gentium Plus"/>
          <w:sz w:val="24"/>
        </w:rPr>
        <w:t>Φορμίσιος: Δίδυμός φησιν ὅτι Φορμίσιος δρα‐ στικὸς ἦν καὶ τὴν κόμην τρέφων καὶ φοβερὸς δοκῶν εἶναι. διὸ καὶ Αἰσχύλου μαθητὴν αὐτόν φησιν εἶναι. βαθὺς δὲ ἦν καὶ καθίει τὸν πώγωνα. κωμῳδεῖται δὲ καὶ</w:t>
      </w:r>
    </w:p>
    <w:p>
      <w:r>
        <w:rPr>
          <w:rFonts w:ascii="Courier New" w:hAnsi="Courier New"/>
          <w:color w:val="555555"/>
          <w:sz w:val="20"/>
        </w:rPr>
        <w:t>[5]</w:t>
      </w:r>
    </w:p>
    <w:p>
      <w:r>
        <w:rPr>
          <w:rFonts w:ascii="Gentium Plus" w:hAnsi="Gentium Plus"/>
          <w:sz w:val="24"/>
        </w:rPr>
        <w:t>εἰς δωροδοκίαν. Μεγαίνετός θ’ ὁ Μάνης: Ὁ Μεγαίνετος, ὅτι οὐ πάν‐ τως βάρβαρος, ἀλλ’ ἀναίσθητος καὶ οὐκ ἀστεῖος. αὐ‐</w:t>
      </w:r>
    </w:p>
    <w:p>
      <w:r>
        <w:rPr>
          <w:rFonts w:ascii="Courier New" w:hAnsi="Courier New"/>
          <w:color w:val="555555"/>
          <w:sz w:val="20"/>
        </w:rPr>
        <w:t>[10]</w:t>
      </w:r>
    </w:p>
    <w:p>
      <w:r>
        <w:rPr>
          <w:rFonts w:ascii="Gentium Plus" w:hAnsi="Gentium Plus"/>
          <w:sz w:val="24"/>
        </w:rPr>
        <w:t>Μάγνης: Ἀμφότεροι βάρβαροι. A.</w:t>
      </w:r>
    </w:p>
    <w:p>
      <w:r>
        <w:rPr>
          <w:rFonts w:ascii="Courier New" w:hAnsi="Courier New"/>
          <w:color w:val="555555"/>
          <w:sz w:val="20"/>
        </w:rPr>
        <w:t>[sch ran 966]</w:t>
      </w:r>
    </w:p>
    <w:p>
      <w:r>
        <w:rPr>
          <w:rFonts w:ascii="Gentium Plus" w:hAnsi="Gentium Plus"/>
          <w:sz w:val="24"/>
        </w:rPr>
        <w:t>σαλπιγγολογχυπηνάδαι: Σάλπιγγας καὶ λόγχας καὶ ὑπήνας ἔχοντες. τοῦτο δὲ εἰς τὸν Φορμίσιον ἀπο‐ τείνει—ὡς μέγαν ἔχοντα πώγωνα. εἶπε δὲ συνθέτως τὸ μὲν ἀπὸ τοῦ πολέμου, τὸ δὲ ἀπὸ τοῦ πώγωνος. R.</w:t>
      </w:r>
    </w:p>
    <w:p>
      <w:r>
        <w:rPr>
          <w:rFonts w:ascii="Courier New" w:hAnsi="Courier New"/>
          <w:color w:val="555555"/>
          <w:sz w:val="20"/>
        </w:rPr>
        <w:t>[5]</w:t>
      </w:r>
    </w:p>
    <w:p>
      <w:r>
        <w:rPr>
          <w:rFonts w:ascii="Gentium Plus" w:hAnsi="Gentium Plus"/>
          <w:sz w:val="24"/>
        </w:rPr>
        <w:t>V. Θ. M. σαρκασμοπιτυοκάμπται: Ὡς σαρκάζοντας μὲν καὶ προσποιουμένους τὰ πολεμικὰ, οὐκ ἀληθῶς δὲ τοιού‐ τους· ἰσχύος δὲ ἐπιμελουμένους. διὸ καὶ τὸν Μεγαίνε‐ τον Μάνην εἶπεν, οὐ πάντως βάρβαρον, ἀλλ’ ἀναίσθητον.</w:t>
      </w:r>
    </w:p>
    <w:p>
      <w:r>
        <w:rPr>
          <w:rFonts w:ascii="Courier New" w:hAnsi="Courier New"/>
          <w:color w:val="555555"/>
          <w:sz w:val="20"/>
        </w:rPr>
        <w:t>[10]</w:t>
      </w:r>
    </w:p>
    <w:p>
      <w:r>
        <w:rPr>
          <w:rFonts w:ascii="Gentium Plus" w:hAnsi="Gentium Plus"/>
          <w:sz w:val="24"/>
        </w:rPr>
        <w:t>ἐπίτηδες δὲ ἐχρήσατο τοῖς συνθέτοις διὰ τὸ Αἰσχύλου ἦθος. —ἀντὶ τοῦ μεγάλαι. R. V. ⟦Ἄλλως. σαρκασμο‐ πιτυοκάμπτης συνετέθη παρὰ τὸ σαρκασμὸς καὶ τὸ πίτυς καὶ τὸ κάμπτω. ἔστι δὲ σαρκασμὸς εἰρωνεία δα‐ κνηρὰ καὶ βαρύτης, ὅθεν καὶ τὴν κλῆσιν ἔχει ὡς οἷά</w:t>
      </w:r>
    </w:p>
    <w:p>
      <w:r>
        <w:rPr>
          <w:rFonts w:ascii="Courier New" w:hAnsi="Courier New"/>
          <w:color w:val="555555"/>
          <w:sz w:val="20"/>
        </w:rPr>
        <w:t>[15]</w:t>
      </w:r>
    </w:p>
    <w:p>
      <w:r>
        <w:rPr>
          <w:rFonts w:ascii="Gentium Plus" w:hAnsi="Gentium Plus"/>
          <w:sz w:val="24"/>
        </w:rPr>
        <w:t>τι θηρίον σαρκὶ ἐμφυέν. ἄλλοι δὲ σαρκασμοὺς νοοῦσι τοὺς μαλακοὺς καὶ φθορεῖς ἀπὸ τοῦ τὰς σάρκας κάμ‐ πτειν, ἤτοι συνθλίβειν δίκην πίτυος. ἔστι δὲ καὶ πιτυο‐ κάμπτης φάρμακον φθοροποιὸν, ὡς ἐν τοῖς νόμοις εὕ‐ ρηται. Victor. βυκινοκονταρογέναι. μαλακοὶ καὶ φθο‐</w:t>
      </w:r>
    </w:p>
    <w:p>
      <w:r>
        <w:rPr>
          <w:rFonts w:ascii="Courier New" w:hAnsi="Courier New"/>
          <w:color w:val="555555"/>
          <w:sz w:val="20"/>
        </w:rPr>
        <w:t>[20]</w:t>
      </w:r>
    </w:p>
    <w:p>
      <w:r>
        <w:rPr>
          <w:rFonts w:ascii="Gentium Plus" w:hAnsi="Gentium Plus"/>
          <w:sz w:val="24"/>
        </w:rPr>
        <w:t>ρεῖς. Θ.⟧</w:t>
      </w:r>
    </w:p>
    <w:p>
      <w:r>
        <w:rPr>
          <w:rFonts w:ascii="Courier New" w:hAnsi="Courier New"/>
          <w:color w:val="555555"/>
          <w:sz w:val="20"/>
        </w:rPr>
        <w:t>[sch ran 967]</w:t>
      </w:r>
    </w:p>
    <w:p>
      <w:r>
        <w:rPr>
          <w:rFonts w:ascii="Gentium Plus" w:hAnsi="Gentium Plus"/>
          <w:sz w:val="24"/>
        </w:rPr>
        <w:t>Θηραμένης: Ὡς ἀστεῖος (καὶ πιθανὸς), Κλει‐ τοφῶν δὲ ὡς ἀργὸς ἐκωμῳδεῖτο. νῦν δὲ ὡς παλίμβολον καὶ πανοῦργον βούλεται τοῦτον ἀποδεῖξαι, καὶ παρα‐ πλήσιον Θηραμένει. —ὁ ἀστεῖος. R.</w:t>
      </w:r>
    </w:p>
    <w:p>
      <w:r>
        <w:rPr>
          <w:rFonts w:ascii="Courier New" w:hAnsi="Courier New"/>
          <w:color w:val="555555"/>
          <w:sz w:val="20"/>
        </w:rPr>
        <w:t>[sch ran 970]</w:t>
      </w:r>
    </w:p>
    <w:p>
      <w:r>
        <w:rPr>
          <w:rFonts w:ascii="Gentium Plus" w:hAnsi="Gentium Plus"/>
          <w:sz w:val="24"/>
        </w:rPr>
        <w:t>οὐ Χῖος, ἀλλὰ Κῖος: (Ὅτι δοκεῖ προσγεγρά‐ φθαι τῇ πολιτείᾳ, Ἄγνωνος αὐτὸν ποιησαμένου, ὡς Εὔ‐ πολις Πόλεσιν. Ἀρίσταρχος δὲ ὡς γεγραμμένου Κῷος ἐξηγεῖται· ὅτι πρὸς τὸ Κῷος εἰσήγαγε τὸ Χῖος. τὸν γὰρ</w:t>
      </w:r>
    </w:p>
    <w:p>
      <w:r>
        <w:rPr>
          <w:rFonts w:ascii="Courier New" w:hAnsi="Courier New"/>
          <w:color w:val="555555"/>
          <w:sz w:val="20"/>
        </w:rPr>
        <w:t>[5]</w:t>
      </w:r>
    </w:p>
    <w:p>
      <w:r>
        <w:rPr>
          <w:rFonts w:ascii="Gentium Plus" w:hAnsi="Gentium Plus"/>
          <w:sz w:val="24"/>
        </w:rPr>
        <w:t>ἀντίστροφον τῷ Χίῳ λέγεσθαι.) τοῦτο οὖν φησιν, ὅτι οὐδέποτε κακοβολεῖ ὁ Θηραμένης ὡς ἐν ἀστραγάλοις, ἀλλ’ ἐπιτυγχάνει. ἐπιπλήττει δὲ αὐτῷ ὁ Δημήτριος, ὡς τελέως ἀγνοοῦντι ὅτι Κῖος ἦν. (παραλείπει δὲ ὅμως καὶ αὐτὸς ὅτι οὐδὲν ἧττον παρὰ τὴν ὑπόνοιαν εἴρηται</w:t>
      </w:r>
    </w:p>
    <w:p>
      <w:r>
        <w:rPr>
          <w:rFonts w:ascii="Courier New" w:hAnsi="Courier New"/>
          <w:color w:val="555555"/>
          <w:sz w:val="20"/>
        </w:rPr>
        <w:t>[10]</w:t>
      </w:r>
    </w:p>
    <w:p>
      <w:r>
        <w:rPr>
          <w:rFonts w:ascii="Gentium Plus" w:hAnsi="Gentium Plus"/>
          <w:sz w:val="24"/>
        </w:rPr>
        <w:t>ἀντὶ τοῦ Κῷος Κῖος. Δίδυμος δέ φησιν ὅτι δύναται καὶ τῆς παροιμίας μεμνῆσθαι, οὐ Χῖος, ἀλλὰ Κῖος, παρό‐ σον ποικίλος τις ὢν καὶ ἀγχίστροφος, καθωμίλει τοὺς καιροὺς, πρὸς τὸ κρεῖττον μέρος ἀεὶ διδοὺς ἑαυτόν. Κῷος δὲ ἐλέγετο εἶναι.)</w:t>
      </w:r>
    </w:p>
    <w:p>
      <w:r>
        <w:rPr>
          <w:rFonts w:ascii="Courier New" w:hAnsi="Courier New"/>
          <w:color w:val="555555"/>
          <w:sz w:val="20"/>
        </w:rPr>
        <w:t>[sch ran 971]</w:t>
      </w:r>
    </w:p>
    <w:p>
      <w:r>
        <w:rPr>
          <w:rFonts w:ascii="Gentium Plus" w:hAnsi="Gentium Plus"/>
          <w:sz w:val="24"/>
        </w:rPr>
        <w:t>τοιαῦτα μέντοι ’γὼ φρονεῖν: Τὸ πλῆρες μέν‐ τοι ἐγώ. ⟦εἴσθεσις τῆς διπλῆς εἰς δύο περιόδους διῃρη‐ μένη, ἐκ κώλων ἰαμβικῶν διμέτρων ἀκαταλήκτων καʹ. εἰσὶ δὲ τῆς μὲν πρώτης περιόδου κῶλα θʹ, τῆς δὲ δευ‐</w:t>
      </w:r>
    </w:p>
    <w:p>
      <w:r>
        <w:rPr>
          <w:rFonts w:ascii="Courier New" w:hAnsi="Courier New"/>
          <w:color w:val="555555"/>
          <w:sz w:val="20"/>
        </w:rPr>
        <w:t>[5]</w:t>
      </w:r>
    </w:p>
    <w:p>
      <w:r>
        <w:rPr>
          <w:rFonts w:ascii="Gentium Plus" w:hAnsi="Gentium Plus"/>
          <w:sz w:val="24"/>
        </w:rPr>
        <w:t>τέρας κῶλα δυοκαίδεκα. ἧς τὰ ηʹ, ιαʹ, ιβʹ, καταληκτικά εἰσιν. ἐπὶ τῷ τέλει τῆς μὲν πρώτης περιόδου παράγρα‐ φος, τῆς δὲ δευτέρας δύο διπλαῖ, ἡ μὲν ἐν ἀρχῇ τοῦ κώλου, ἡ δὲ κατὰ τὸ τέλος, ἀμφότεραι ἔξω νενευ‐ κυῖαι.⟧</w:t>
      </w:r>
    </w:p>
    <w:p>
      <w:r>
        <w:rPr>
          <w:rFonts w:ascii="Courier New" w:hAnsi="Courier New"/>
          <w:color w:val="555555"/>
          <w:sz w:val="20"/>
        </w:rPr>
        <w:t>[sch ran 973]</w:t>
      </w:r>
    </w:p>
    <w:p>
      <w:r>
        <w:rPr>
          <w:rFonts w:ascii="Gentium Plus" w:hAnsi="Gentium Plus"/>
          <w:sz w:val="24"/>
        </w:rPr>
        <w:t>τῇ τραγῳδίᾳ. R. V.</w:t>
      </w:r>
    </w:p>
    <w:p>
      <w:r>
        <w:rPr>
          <w:rFonts w:ascii="Courier New" w:hAnsi="Courier New"/>
          <w:color w:val="555555"/>
          <w:sz w:val="20"/>
        </w:rPr>
        <w:t>[sch ran 974]</w:t>
      </w:r>
    </w:p>
    <w:p>
      <w:r>
        <w:rPr>
          <w:rFonts w:ascii="Gentium Plus" w:hAnsi="Gentium Plus"/>
          <w:sz w:val="24"/>
        </w:rPr>
        <w:t>διαγινώσκειν. R. V.</w:t>
      </w:r>
    </w:p>
    <w:p>
      <w:r>
        <w:rPr>
          <w:rFonts w:ascii="Courier New" w:hAnsi="Courier New"/>
          <w:color w:val="555555"/>
          <w:sz w:val="20"/>
        </w:rPr>
        <w:t>[sch ran 976]</w:t>
      </w:r>
    </w:p>
    <w:p>
      <w:r>
        <w:rPr>
          <w:rFonts w:ascii="Gentium Plus" w:hAnsi="Gentium Plus"/>
          <w:sz w:val="24"/>
        </w:rPr>
        <w:t>καὶ τὰς οἰκίας: Προσέχειν τῇ οἰκίᾳ καὶ οὐ</w:t>
      </w:r>
    </w:p>
    <w:p>
      <w:r>
        <w:rPr>
          <w:rFonts w:ascii="Courier New" w:hAnsi="Courier New"/>
          <w:color w:val="555555"/>
          <w:sz w:val="20"/>
        </w:rPr>
        <w:t>[sch ran 980]</w:t>
      </w:r>
    </w:p>
    <w:p>
      <w:r>
        <w:rPr>
          <w:rFonts w:ascii="Gentium Plus" w:hAnsi="Gentium Plus"/>
          <w:sz w:val="24"/>
        </w:rPr>
        <w:t>ἐκ τῆς λεπτολογίας Εὐριπίδου μεμαθηκὼς καὶ πεπαιδευμένος. R. V.</w:t>
      </w:r>
    </w:p>
    <w:p>
      <w:r>
        <w:rPr>
          <w:rFonts w:ascii="Courier New" w:hAnsi="Courier New"/>
          <w:color w:val="555555"/>
          <w:sz w:val="20"/>
        </w:rPr>
        <w:t>[sch ran 983]</w:t>
      </w:r>
    </w:p>
    <w:p>
      <w:r>
        <w:rPr>
          <w:rFonts w:ascii="Gentium Plus" w:hAnsi="Gentium Plus"/>
          <w:sz w:val="24"/>
        </w:rPr>
        <w:t>ποῦ ’στιν ἡ χύτρα: Ταῦτα πάντα μικροπρε‐ πείας παραδείγματα.</w:t>
      </w:r>
    </w:p>
    <w:p>
      <w:r>
        <w:rPr>
          <w:rFonts w:ascii="Courier New" w:hAnsi="Courier New"/>
          <w:color w:val="555555"/>
          <w:sz w:val="20"/>
        </w:rPr>
        <w:t>[sch ran 985]</w:t>
      </w:r>
    </w:p>
    <w:p>
      <w:r>
        <w:rPr>
          <w:rFonts w:ascii="Gentium Plus" w:hAnsi="Gentium Plus"/>
          <w:sz w:val="24"/>
        </w:rPr>
        <w:t>τὸ πινάκιον. οἱ δέ φασι τὸ σαλτζάριον. Θ.</w:t>
      </w:r>
    </w:p>
    <w:p>
      <w:r>
        <w:rPr>
          <w:rFonts w:ascii="Courier New" w:hAnsi="Courier New"/>
          <w:color w:val="555555"/>
          <w:sz w:val="20"/>
        </w:rPr>
        <w:t>[sch ran 986]</w:t>
      </w:r>
    </w:p>
    <w:p>
      <w:r>
        <w:rPr>
          <w:rFonts w:ascii="Gentium Plus" w:hAnsi="Gentium Plus"/>
          <w:sz w:val="24"/>
        </w:rPr>
        <w:t>τέθνηκέ μοι: Ἀντὶ τοῦ κέκλασται, (ἢ ἀπώλετο. πρὸς τὰς λέξεις Εὐριπίδου).</w:t>
      </w:r>
    </w:p>
    <w:p>
      <w:r>
        <w:rPr>
          <w:rFonts w:ascii="Courier New" w:hAnsi="Courier New"/>
          <w:color w:val="555555"/>
          <w:sz w:val="20"/>
        </w:rPr>
        <w:t>[sch ran 988]</w:t>
      </w:r>
    </w:p>
    <w:p>
      <w:r>
        <w:rPr>
          <w:rFonts w:ascii="Gentium Plus" w:hAnsi="Gentium Plus"/>
          <w:sz w:val="24"/>
        </w:rPr>
        <w:t>τῆς ἐλάας: Μέχρι καὶ τῶν εὐτελῶν ἐρωτῶσιν. (ἐλάα δὲ ὁ καρπὸς τῆς ἐλαίας. καταχρηστικῶς δὲ θάτε‐ ρον ἀντὶ θατέρου λαμβάνεται.)</w:t>
      </w:r>
    </w:p>
    <w:p>
      <w:r>
        <w:rPr>
          <w:rFonts w:ascii="Courier New" w:hAnsi="Courier New"/>
          <w:color w:val="555555"/>
          <w:sz w:val="20"/>
        </w:rPr>
        <w:t>[sch ran 990]</w:t>
      </w:r>
    </w:p>
    <w:p>
      <w:r>
        <w:rPr>
          <w:rFonts w:ascii="Gentium Plus" w:hAnsi="Gentium Plus"/>
          <w:sz w:val="24"/>
        </w:rPr>
        <w:t>Μαμμάκυθοι: (Ἀρίσταρχός φησιν ὠνοματο‐ πεποιῆσθαι. πῶς οὖν, Δημήτριός φησιν, εἰ μὴ σύνη‐ θες αὐτοῖς τὸ ὄνομα, οὗ καὶ δρᾶμα ὅλον οὕτως ἐπιγέ‐ γραπται Μαμμάκουθοι; ὅ τινες Πλάτωνος λέγουσιν.</w:t>
      </w:r>
    </w:p>
    <w:p>
      <w:r>
        <w:rPr>
          <w:rFonts w:ascii="Courier New" w:hAnsi="Courier New"/>
          <w:color w:val="555555"/>
          <w:sz w:val="20"/>
        </w:rPr>
        <w:t>[5]</w:t>
      </w:r>
    </w:p>
    <w:p>
      <w:r>
        <w:rPr>
          <w:rFonts w:ascii="Gentium Plus" w:hAnsi="Gentium Plus"/>
          <w:sz w:val="24"/>
        </w:rPr>
        <w:t>Ἄλλως.) ἀντὶ τοῦ μαμμόθρεπτοι. Δίδυμος, ὅτι Μαμ‐ μάκυθος καὶ Μελητίδης ἐπὶ μωρίᾳ διεβέβληντο, κα‐ θάπερ καὶ ὁ Βουταλίων καὶ ὁ Κόροιβος. (Μελιτίδην δὲ, τὸν εὐήθη· παρὰ τὸ μέλι. ἢ καὶ γέγονέ τις οὕτω μωρός.)</w:t>
      </w:r>
    </w:p>
    <w:p>
      <w:r>
        <w:rPr>
          <w:rFonts w:ascii="Courier New" w:hAnsi="Courier New"/>
          <w:color w:val="555555"/>
          <w:sz w:val="20"/>
        </w:rPr>
        <w:t>[sch ran 992]</w:t>
      </w:r>
    </w:p>
    <w:p>
      <w:r>
        <w:rPr>
          <w:rFonts w:ascii="Gentium Plus" w:hAnsi="Gentium Plus"/>
          <w:sz w:val="24"/>
        </w:rPr>
        <w:t>τάδε μὲν λεύσεις φαίδιμ’: ⟦Κορωνὶς καὶ εἴσθε‐ σις χοροῦ, ἐπῳδικὴ μὲν διὰ τὸ μετὰ τὴν διπλῆν κεῖσθαι, προῳδικὴ δὲ διὰ τὸ προτίθεσθαι ἑτέρας δι‐ πλῆς, ἐκ κώλων ιγʹ. ὧν τὸ αʹ ἀναπαιστικὸν δίμετρον</w:t>
      </w:r>
    </w:p>
    <w:p>
      <w:r>
        <w:rPr>
          <w:rFonts w:ascii="Courier New" w:hAnsi="Courier New"/>
          <w:color w:val="555555"/>
          <w:sz w:val="20"/>
        </w:rPr>
        <w:t>[5]</w:t>
      </w:r>
    </w:p>
    <w:p>
      <w:r>
        <w:rPr>
          <w:rFonts w:ascii="Gentium Plus" w:hAnsi="Gentium Plus"/>
          <w:sz w:val="24"/>
        </w:rPr>
        <w:t>ἀκατάληκτον. τὸ βʹ ἰαμβικὸν τρίμετρον ἀκατάληκτον, τὰ γʹ, ϛʹ, ιγʹ τροχαϊκὰ ἑφθημιμερῆ. τὰ δὲ λοιπὰ ἀκα‐ τάληκτα καὶ δίμετρα, πλὴν τοῦ μονομέτρου παρατε‐ λεύτου. ἐν ἐκθέσει δὲ στίχοι δύο ἀναπαιστικοὶ τετρά‐ μετροι καταληκτικοὶ, ὅμοιοι τοῖς ἑξῆς διπλῆς ἀμοιβαίας</w:t>
      </w:r>
    </w:p>
    <w:p>
      <w:r>
        <w:rPr>
          <w:rFonts w:ascii="Courier New" w:hAnsi="Courier New"/>
          <w:color w:val="555555"/>
          <w:sz w:val="20"/>
        </w:rPr>
        <w:t>[10]</w:t>
      </w:r>
    </w:p>
    <w:p>
      <w:r>
        <w:rPr>
          <w:rFonts w:ascii="Gentium Plus" w:hAnsi="Gentium Plus"/>
          <w:sz w:val="24"/>
        </w:rPr>
        <w:t>εἰσθέσεως ἑβδομήκοντα κώλοις, ὧν τελευταῖον καὶ μινθῶσαι τὸν ξύσσιτον κἀκβάς τινα λωποδυτῆσαι. ἐπὶ τῷ τέλει τῆς μὲν προῳδικῆς κορωνίς· τῶν δὲ τε‐ τραμέτρων διπλῆ ἔξω νενευκυῖα.⟧ πρὸς τὸν Αἰσχύλον ὁ χορὸς ἀπὸ τῶν αὐτοῦ. ἔστι δὲ ἀρχὴ αὕτη Μυρμιδό‐</w:t>
      </w:r>
    </w:p>
    <w:p>
      <w:r>
        <w:rPr>
          <w:rFonts w:ascii="Courier New" w:hAnsi="Courier New"/>
          <w:color w:val="555555"/>
          <w:sz w:val="20"/>
        </w:rPr>
        <w:t>[15]</w:t>
      </w:r>
    </w:p>
    <w:p>
      <w:r>
        <w:rPr>
          <w:rFonts w:ascii="Gentium Plus" w:hAnsi="Gentium Plus"/>
          <w:sz w:val="24"/>
        </w:rPr>
        <w:t>νων Αἰσχύλου. τοῦτο δὲ παρὰ τὴν ὑπόνοιαν.</w:t>
      </w:r>
    </w:p>
    <w:p>
      <w:r>
        <w:rPr>
          <w:rFonts w:ascii="Courier New" w:hAnsi="Courier New"/>
          <w:color w:val="555555"/>
          <w:sz w:val="20"/>
        </w:rPr>
        <w:t>[sch ran 995]</w:t>
      </w:r>
    </w:p>
    <w:p>
      <w:r>
        <w:rPr>
          <w:rFonts w:ascii="Gentium Plus" w:hAnsi="Gentium Plus"/>
          <w:sz w:val="24"/>
        </w:rPr>
        <w:t>ἐκτὸς οἴσει: (Ἀντὶ τοῦ, ἐκτὸς τῶν ὡρισμένων λόγων.) ἐμφαίνει δέ τι ὡρισμένον λέγειν, καὶ μάλιστα ὡς ἐπ’ ἄκρου ἱπποδρόμου ἐλαῖαι ἦσαν, καθ’ ἃς ἐξεφέ‐ ροντο οἱ ὑποπίπτοντες κατὰ τὸν δρόμον. θέλει δὲ εἰ‐</w:t>
      </w:r>
    </w:p>
    <w:p>
      <w:r>
        <w:rPr>
          <w:rFonts w:ascii="Courier New" w:hAnsi="Courier New"/>
          <w:color w:val="555555"/>
          <w:sz w:val="20"/>
        </w:rPr>
        <w:t>[5]</w:t>
      </w:r>
    </w:p>
    <w:p>
      <w:r>
        <w:rPr>
          <w:rFonts w:ascii="Gentium Plus" w:hAnsi="Gentium Plus"/>
          <w:sz w:val="24"/>
        </w:rPr>
        <w:t>πεῖν, ἐκτὸς τοῦ προκειμένου. ἢ ἐπεὶ εἶπεν ὁ Διόνυσος τίς τῆς ἐλάας παρέτραγεν; παρὰ τὸ παρέτραγε παίζων ὁ χορὸς τοῦτό φησι μή ς’ ὁ θυμὸς ἁρπάσας ἐκτὸς οἴσῃ τῶν ἐλαῶν.</w:t>
      </w:r>
    </w:p>
    <w:p>
      <w:r>
        <w:rPr>
          <w:rFonts w:ascii="Courier New" w:hAnsi="Courier New"/>
          <w:color w:val="555555"/>
          <w:sz w:val="20"/>
        </w:rPr>
        <w:t>[10]</w:t>
      </w:r>
    </w:p>
    <w:p>
      <w:r>
        <w:rPr>
          <w:rFonts w:ascii="Gentium Plus" w:hAnsi="Gentium Plus"/>
          <w:sz w:val="24"/>
        </w:rPr>
        <w:t>⟦Ἄλλως. ἐν τῷ τέλει τοῦ τόπου οὗ ἐτελεῖτο ὁ δρόμος, ἐλαῖαι στιχηδὸν ἵστανται, οὖσαι κατάντημα τοῦ δρό‐ μου, καὶ οὐδεὶς ἐπέκεινα τούτων ἐχώρει. ὅστις οὖν πέρα τοῦ δέοντος ἔπραττέ τι, ἔλεγον ὡς ἐκτὸς τῶν ἐλαιῶν φέρεται. ἐπεκράτησε δὲ εἰς παροιμίαν.⟧ —</w:t>
      </w:r>
    </w:p>
    <w:p>
      <w:r>
        <w:rPr>
          <w:rFonts w:ascii="Courier New" w:hAnsi="Courier New"/>
          <w:color w:val="555555"/>
          <w:sz w:val="20"/>
        </w:rPr>
        <w:t>[15]</w:t>
      </w:r>
    </w:p>
    <w:p>
      <w:r>
        <w:rPr>
          <w:rFonts w:ascii="Gentium Plus" w:hAnsi="Gentium Plus"/>
          <w:sz w:val="24"/>
        </w:rPr>
        <w:t>σημείωσαι δὲ ὅτι μὴ μόνον ἐλαία, ἀλλὰ καὶ ἐλάα παρὰ ποιηταῖς τε καὶ λογογράφοις εὕρηται. Cant. i.</w:t>
      </w:r>
    </w:p>
    <w:p>
      <w:r>
        <w:rPr>
          <w:rFonts w:ascii="Courier New" w:hAnsi="Courier New"/>
          <w:color w:val="555555"/>
          <w:sz w:val="20"/>
        </w:rPr>
        <w:t>[sch ran 1000]</w:t>
      </w:r>
    </w:p>
    <w:p>
      <w:r>
        <w:rPr>
          <w:rFonts w:ascii="Gentium Plus" w:hAnsi="Gentium Plus"/>
          <w:sz w:val="24"/>
        </w:rPr>
        <w:t>[χρώμενος τοῖς ἱστίοις: Λείπει ὁ καί. ἔστι</w:t>
      </w:r>
    </w:p>
    <w:p>
      <w:r>
        <w:rPr>
          <w:rFonts w:ascii="Courier New" w:hAnsi="Courier New"/>
          <w:color w:val="555555"/>
          <w:sz w:val="20"/>
        </w:rPr>
        <w:t>[5]</w:t>
      </w:r>
    </w:p>
    <w:p>
      <w:r>
        <w:rPr>
          <w:rFonts w:ascii="Gentium Plus" w:hAnsi="Gentium Plus"/>
          <w:sz w:val="24"/>
        </w:rPr>
        <w:t>τούτου φορᾷ ἀνατραπείη τὸ σκάφος. χαλῶντες δὲ ἤδη κατὰ μικρὸν ἄγουσι τὴν ναῦν εἰς τὸ πρόσω τοῦ πλοῦ. ἄκροισι δὲ τοῖς ἐν ἄκρῳ δεχομένοις τὸ πνεῦμα καὶ μὴ κατὰ τὸ μέσον.⟧</w:t>
      </w:r>
    </w:p>
    <w:p>
      <w:r>
        <w:rPr>
          <w:rFonts w:ascii="Courier New" w:hAnsi="Courier New"/>
          <w:color w:val="555555"/>
          <w:sz w:val="20"/>
        </w:rPr>
        <w:t>[sch ran 1001]</w:t>
      </w:r>
    </w:p>
    <w:p>
      <w:r>
        <w:rPr>
          <w:rFonts w:ascii="Gentium Plus" w:hAnsi="Gentium Plus"/>
          <w:sz w:val="24"/>
        </w:rPr>
        <w:t>ἐπάξεις τὸν λόγον κατ’ αὐτοῦ. R. V.</w:t>
      </w:r>
    </w:p>
    <w:p>
      <w:r>
        <w:rPr>
          <w:rFonts w:ascii="Courier New" w:hAnsi="Courier New"/>
          <w:color w:val="555555"/>
          <w:sz w:val="20"/>
        </w:rPr>
        <w:t>[sch ran 1004]</w:t>
      </w:r>
    </w:p>
    <w:p>
      <w:r>
        <w:rPr>
          <w:rFonts w:ascii="Gentium Plus" w:hAnsi="Gentium Plus"/>
          <w:sz w:val="24"/>
        </w:rPr>
        <w:t>[πυργώσας: Ἔτι ὁ χορὸς αὐξήσας καὶ μεγάλα οὖν εἰπών.]</w:t>
      </w:r>
    </w:p>
    <w:p>
      <w:r>
        <w:rPr>
          <w:rFonts w:ascii="Courier New" w:hAnsi="Courier New"/>
          <w:color w:val="555555"/>
          <w:sz w:val="20"/>
        </w:rPr>
        <w:t>[sch ran 1005]</w:t>
      </w:r>
    </w:p>
    <w:p>
      <w:r>
        <w:rPr>
          <w:rFonts w:ascii="Gentium Plus" w:hAnsi="Gentium Plus"/>
          <w:sz w:val="24"/>
        </w:rPr>
        <w:t>τραγικὸν λῆρον: (Παρ’ ὑπόνοιαν,) ἀντὶ τοῦ τέχνην. τραγικὸν δὲ, ὅτι ἀλλήλους διαβάλλουσι κω‐ μικοὶ καὶ τραγικοί.</w:t>
      </w:r>
    </w:p>
    <w:p>
      <w:r>
        <w:rPr>
          <w:rFonts w:ascii="Courier New" w:hAnsi="Courier New"/>
          <w:color w:val="555555"/>
          <w:sz w:val="20"/>
        </w:rPr>
        <w:t>[sch ran 1011]</w:t>
      </w:r>
    </w:p>
    <w:p>
      <w:r>
        <w:rPr>
          <w:rFonts w:ascii="Gentium Plus" w:hAnsi="Gentium Plus"/>
          <w:sz w:val="24"/>
        </w:rPr>
        <w:t>ἐκ χρηστῶν καὶ γενναίων: Ἀλλ’ ἀπὸ καλῶν κακοὺς καὶ αἰσχροτέρους ἐποίησας. μοχθηροὺς δὲ, ἀντὶ τοῦ αἰσχροτέρους.</w:t>
      </w:r>
    </w:p>
    <w:p>
      <w:r>
        <w:rPr>
          <w:rFonts w:ascii="Courier New" w:hAnsi="Courier New"/>
          <w:color w:val="555555"/>
          <w:sz w:val="20"/>
        </w:rPr>
        <w:t>[sch ran 1012]</w:t>
      </w:r>
    </w:p>
    <w:p>
      <w:r>
        <w:rPr>
          <w:rFonts w:ascii="Gentium Plus" w:hAnsi="Gentium Plus"/>
          <w:sz w:val="24"/>
        </w:rPr>
        <w:t>(τεθνάναι· μὴ τοῦτον ἐρώτα: Οὐδὲ τοῦτο συ‐ κοφαντητέον, ὅτι νεκρὸν λέγει τεθνάναι. ἴσως γὰρ πρὸς τὸ γελοῖον ἐπιτετήδευται.) γελοίου χάριν εἶπεν. ἤδη γὰρ ἀπέθανε.</w:t>
      </w:r>
    </w:p>
    <w:p>
      <w:r>
        <w:rPr>
          <w:rFonts w:ascii="Courier New" w:hAnsi="Courier New"/>
          <w:color w:val="555555"/>
          <w:sz w:val="20"/>
        </w:rPr>
        <w:t>[sch ran 1014]</w:t>
      </w:r>
    </w:p>
    <w:p>
      <w:r>
        <w:rPr>
          <w:rFonts w:ascii="Gentium Plus" w:hAnsi="Gentium Plus"/>
          <w:sz w:val="24"/>
        </w:rPr>
        <w:t>διαδρασιπολίτας: Ἀντὶ τοῦ, δειλούς. μὴ ἀπο‐ διδράσκοντας τὴν πολιτείαν.</w:t>
      </w:r>
    </w:p>
    <w:p>
      <w:r>
        <w:rPr>
          <w:rFonts w:ascii="Courier New" w:hAnsi="Courier New"/>
          <w:color w:val="555555"/>
          <w:sz w:val="20"/>
        </w:rPr>
        <w:t>[sch ran 1015]</w:t>
      </w:r>
    </w:p>
    <w:p>
      <w:r>
        <w:rPr>
          <w:rFonts w:ascii="Gentium Plus" w:hAnsi="Gentium Plus"/>
          <w:sz w:val="24"/>
        </w:rPr>
        <w:t>κοβάλους: [Ἐκ παραλλήλου κοβάλους καὶ] πανούργους.</w:t>
      </w:r>
    </w:p>
    <w:p>
      <w:r>
        <w:rPr>
          <w:rFonts w:ascii="Courier New" w:hAnsi="Courier New"/>
          <w:color w:val="555555"/>
          <w:sz w:val="20"/>
        </w:rPr>
        <w:t>[sch ran 1017]</w:t>
      </w:r>
    </w:p>
    <w:p>
      <w:r>
        <w:rPr>
          <w:rFonts w:ascii="Gentium Plus" w:hAnsi="Gentium Plus"/>
          <w:sz w:val="24"/>
        </w:rPr>
        <w:t>ἑπταβοείους: Ἀντὶ τοῦ μεγάλους· ἀπὸ μετα‐ φορᾶς τῆς ἀσπίδος τοῦ Αἴαντος.</w:t>
      </w:r>
    </w:p>
    <w:p>
      <w:r>
        <w:rPr>
          <w:rFonts w:ascii="Courier New" w:hAnsi="Courier New"/>
          <w:color w:val="555555"/>
          <w:sz w:val="20"/>
        </w:rPr>
        <w:t>[sch ran 1018]</w:t>
      </w:r>
    </w:p>
    <w:p>
      <w:r>
        <w:rPr>
          <w:rFonts w:ascii="Gentium Plus" w:hAnsi="Gentium Plus"/>
          <w:sz w:val="24"/>
        </w:rPr>
        <w:t>⟦κρανοποιῶν: Κράνη καὶ λόφους διηγούμενος ἀφανιεῖ με τῷ πατάγῳ τῶν ὀνομάτων.⟧</w:t>
      </w:r>
    </w:p>
    <w:p>
      <w:r>
        <w:rPr>
          <w:rFonts w:ascii="Courier New" w:hAnsi="Courier New"/>
          <w:color w:val="555555"/>
          <w:sz w:val="20"/>
        </w:rPr>
        <w:t>[sch ran 1021]</w:t>
      </w:r>
    </w:p>
    <w:p>
      <w:r>
        <w:rPr>
          <w:rFonts w:ascii="Gentium Plus" w:hAnsi="Gentium Plus"/>
          <w:sz w:val="24"/>
        </w:rPr>
        <w:t>τοὺς ἕπτ’ ἐπὶ Θήβας: Οἱ Πέρσαι πρότερον δεδιδαγμένοι εἰσίν· εἶτα οἱ ἑπτὰ ἐπὶ Θήβας. νῦν δὲ τὸ ὕστερον πρότερον εἶπε. (πλὴν οὐδὲ τῷ ποιητῇ ἐγκλη‐ τέον.) οὐδὲ γάρ ἐστιν ἀκριβῶσαι τὸ τοιοῦτον, οὐδὲ τοῖς</w:t>
      </w:r>
    </w:p>
    <w:p>
      <w:r>
        <w:rPr>
          <w:rFonts w:ascii="Courier New" w:hAnsi="Courier New"/>
          <w:color w:val="555555"/>
          <w:sz w:val="20"/>
        </w:rPr>
        <w:t>[5]</w:t>
      </w:r>
    </w:p>
    <w:p>
      <w:r>
        <w:rPr>
          <w:rFonts w:ascii="Gentium Plus" w:hAnsi="Gentium Plus"/>
          <w:sz w:val="24"/>
        </w:rPr>
        <w:t>ἀπελέγχουσιν αὐτόν.</w:t>
      </w:r>
    </w:p>
    <w:p>
      <w:r>
        <w:rPr>
          <w:rFonts w:ascii="Courier New" w:hAnsi="Courier New"/>
          <w:color w:val="555555"/>
          <w:sz w:val="20"/>
        </w:rPr>
        <w:t>[sch ran 1023]</w:t>
      </w:r>
    </w:p>
    <w:p>
      <w:r>
        <w:rPr>
          <w:rFonts w:ascii="Gentium Plus" w:hAnsi="Gentium Plus"/>
          <w:sz w:val="24"/>
        </w:rPr>
        <w:t>(Θηβαίους γὰρ πεποίηκας: Δῆλον ὡς οὐ φίλων ὄντων τοῖς Ἀθηναίοις τῶν Θηβαίων, ἀλλὰ διαφε‐ ρομένων.) —ἀνδρειοτέρους: Τῶν Ἀργείων, ὧν πολὺ κατὰ πόλεμον κλέος. Θ. Br.</w:t>
      </w:r>
    </w:p>
    <w:p>
      <w:r>
        <w:rPr>
          <w:rFonts w:ascii="Courier New" w:hAnsi="Courier New"/>
          <w:color w:val="555555"/>
          <w:sz w:val="20"/>
        </w:rPr>
        <w:t>[sch ran 1025*]</w:t>
      </w:r>
    </w:p>
    <w:p>
      <w:r>
        <w:rPr>
          <w:rFonts w:ascii="Gentium Plus" w:hAnsi="Gentium Plus"/>
          <w:sz w:val="24"/>
        </w:rPr>
        <w:t>ἀλλ’ ὑμῖν αὔτ’ ἐξῆν: Ὑμῖν ἐξῆν τοῖς Ἀθη‐ ναίοις μιμήσασθαι [καὶ ἀσκεῖν τὰ πολεμικά]. —αὔτ’: Τὰ πολεμικά. Br. οὐκ ἐπὶ τοῦτο: Ἀλλ’ εἰς ἐγκλήσεις καὶ δικορραφίας·</w:t>
      </w:r>
    </w:p>
    <w:p>
      <w:r>
        <w:rPr>
          <w:rFonts w:ascii="Courier New" w:hAnsi="Courier New"/>
          <w:color w:val="555555"/>
          <w:sz w:val="20"/>
        </w:rPr>
        <w:t>[5]</w:t>
      </w:r>
    </w:p>
    <w:p>
      <w:r>
        <w:rPr>
          <w:rFonts w:ascii="Gentium Plus" w:hAnsi="Gentium Plus"/>
          <w:sz w:val="24"/>
        </w:rPr>
        <w:t>κατηγορεῖ δὲ Ἀθηναίων ἐντεῦθεν.</w:t>
      </w:r>
    </w:p>
    <w:p>
      <w:r>
        <w:rPr>
          <w:rFonts w:ascii="Courier New" w:hAnsi="Courier New"/>
          <w:color w:val="555555"/>
          <w:sz w:val="20"/>
        </w:rPr>
        <w:t>[sch ran 1026]</w:t>
      </w:r>
    </w:p>
    <w:p>
      <w:r>
        <w:rPr>
          <w:rFonts w:ascii="Gentium Plus" w:hAnsi="Gentium Plus"/>
          <w:sz w:val="24"/>
        </w:rPr>
        <w:t>(τοὺς Πέρσας: Αἰσχύλου δρᾶμα οὕτω καλού‐ μενον. τὸ δὲ εἶτα, καὶ τὸ μετὰ τοῦτο, οὐ θέλουσιν ἀκούειν πρὸς τὰς διδασκαλίας, ἀλλ’ ἐν ἴσῳ τῷ καὶ τοῦτο ἐδίδαξα καὶ τὸ ἕτερον.)</w:t>
      </w:r>
    </w:p>
    <w:p>
      <w:r>
        <w:rPr>
          <w:rFonts w:ascii="Courier New" w:hAnsi="Courier New"/>
          <w:color w:val="555555"/>
          <w:sz w:val="20"/>
        </w:rPr>
        <w:t>[sch ran 1028]</w:t>
      </w:r>
    </w:p>
    <w:p>
      <w:r>
        <w:rPr>
          <w:rFonts w:ascii="Gentium Plus" w:hAnsi="Gentium Plus"/>
          <w:sz w:val="24"/>
        </w:rPr>
        <w:t>ἐχάρην γοῦν ἡνίκ’ ἤκουσα: Ἐν τοῖς φερομέ‐ νοις Αἰσχύλου Πέρσαις οὔτε Δαρείου θάνατος ἀπαγγέλ‐ λεται οὔτε χορὸς τὰς χεῖρας συγκρούσας λέγει ἰαυοῖ, ἀλλὰ τὰ μὲν πράγματα ὑπόκειται ἐν Σούσοις καὶ πε‐</w:t>
      </w:r>
    </w:p>
    <w:p>
      <w:r>
        <w:rPr>
          <w:rFonts w:ascii="Courier New" w:hAnsi="Courier New"/>
          <w:color w:val="555555"/>
          <w:sz w:val="20"/>
        </w:rPr>
        <w:t>[5]</w:t>
      </w:r>
    </w:p>
    <w:p>
      <w:r>
        <w:rPr>
          <w:rFonts w:ascii="Gentium Plus" w:hAnsi="Gentium Plus"/>
          <w:sz w:val="24"/>
        </w:rPr>
        <w:t>ρίφοβός ἐστιν ἡ μήτηρ Ξέρξου ἐξ ὀνείρου τινός· χορὸς δὲ Περσῶν γερόντων διαλεγόμενος πρὸς αὐτὴν, εἶτα ἄγγελος ἀπαγγέλλων τὴν περὶ Σαλαμῖνα ναυμαχίαν καὶ τὴν Ξέρξου φυγήν. (Χαῖρις δέ φησι τὸ Δαρείου</w:t>
      </w:r>
    </w:p>
    <w:p>
      <w:r>
        <w:rPr>
          <w:rFonts w:ascii="Courier New" w:hAnsi="Courier New"/>
          <w:color w:val="555555"/>
          <w:sz w:val="20"/>
        </w:rPr>
        <w:t>[10]</w:t>
      </w:r>
    </w:p>
    <w:p>
      <w:r>
        <w:rPr>
          <w:rFonts w:ascii="Gentium Plus" w:hAnsi="Gentium Plus"/>
          <w:sz w:val="24"/>
        </w:rPr>
        <w:t>υἱῶν τοῖς τῶν πατέρων ὀνόμασι χρῆσθαι. πρὸς ὅν ἐστιν εἰπεῖν ὅτι ἐν τῷ δράματι [297] λέγεται Ξέρξης μὲν αὐτὸς ζῇ τε καὶ βλέπει φάος. Ἡρόδικος δέ φησι διττὰς γεγονέναι τὰς καθέσεις, καὶ τὴν τραγῳδίαν ταύτην περιέχειν τὴν ἐν Πλαταιαῖς</w:t>
      </w:r>
    </w:p>
    <w:p>
      <w:r>
        <w:rPr>
          <w:rFonts w:ascii="Courier New" w:hAnsi="Courier New"/>
          <w:color w:val="555555"/>
          <w:sz w:val="20"/>
        </w:rPr>
        <w:t>[15]</w:t>
      </w:r>
    </w:p>
    <w:p>
      <w:r>
        <w:rPr>
          <w:rFonts w:ascii="Gentium Plus" w:hAnsi="Gentium Plus"/>
          <w:sz w:val="24"/>
        </w:rPr>
        <w:t>μάχην. δοκοῦσι δὲ οὗτοι οἱ Πέρσαι ὑπὸ τοῦ Αἰσχύλου δεδιδάχθαι ἐν Συρακούσαις, σπουδάσαντος Ἱέρωνος, ὥς φησιν Ἐρατοσθένης ἐν γʹ περὶ κωμῳδιῶν. Ἄλ‐ λως. Δίδυμος, ὅτι οὐ περιέχουσι θάνατον Δαρείου οἱ Πέρσαι τὸ δρᾶμα. διὸ τινὲς διττὰς καθέσεις τουτέστι</w:t>
      </w:r>
    </w:p>
    <w:p>
      <w:r>
        <w:rPr>
          <w:rFonts w:ascii="Courier New" w:hAnsi="Courier New"/>
          <w:color w:val="555555"/>
          <w:sz w:val="20"/>
        </w:rPr>
        <w:t>[20]</w:t>
      </w:r>
    </w:p>
    <w:p>
      <w:r>
        <w:rPr>
          <w:rFonts w:ascii="Gentium Plus" w:hAnsi="Gentium Plus"/>
          <w:sz w:val="24"/>
        </w:rPr>
        <w:t>διδασκαλίας τῶν Περσῶν φασι, καὶ τὴν μίαν μὴ φέ‐ ρεσθαι. τινὲς δὲ γράφουσι Δαρείου τοῦ Ξέρξου. οἱ δὲ ὅτι τοῖς κυρίοις ἀντὶ τῶν πατρωνυμικῶν κέχρηνται, καὶ ὅτι ὁ Ξέρξης, οἱ δὲ, ὅτι εἴδωλον Δαρείου φθέγγε‐ ται, ἐκείνου τεθνηκότος δηλονότι.)</w:t>
      </w:r>
    </w:p>
    <w:p>
      <w:r>
        <w:rPr>
          <w:rFonts w:ascii="Courier New" w:hAnsi="Courier New"/>
          <w:color w:val="555555"/>
          <w:sz w:val="20"/>
        </w:rPr>
        <w:t>[sch ran 1032]</w:t>
      </w:r>
    </w:p>
    <w:p>
      <w:r>
        <w:rPr>
          <w:rFonts w:ascii="Gentium Plus" w:hAnsi="Gentium Plus"/>
          <w:sz w:val="24"/>
        </w:rPr>
        <w:t>Ὀρφεὺς γὰρ τελετάς θ’ ἡμῖν: Ὅτι πολλὴ δόξα κατεῖχε περὶ Ὀρφέως, ὡς τελετὰς συντετάχοι.</w:t>
      </w:r>
    </w:p>
    <w:p>
      <w:r>
        <w:rPr>
          <w:rFonts w:ascii="Courier New" w:hAnsi="Courier New"/>
          <w:color w:val="555555"/>
          <w:sz w:val="20"/>
        </w:rPr>
        <w:t>[sch ran 1033]</w:t>
      </w:r>
    </w:p>
    <w:p>
      <w:r>
        <w:rPr>
          <w:rFonts w:ascii="Gentium Plus" w:hAnsi="Gentium Plus"/>
          <w:sz w:val="24"/>
        </w:rPr>
        <w:t>Μουσαῖος δὲ: Τὸν Μουσαῖον παῖδα Σελήνης καὶ Εὐμόλπου Φιλόχορός φησιν. οὗτος δὲ παραλύσεις καὶ τελετὰς καὶ καθαρμοὺς συνέθηκεν. ὁ δὲ Σοφοκλῆς χρησμολόγον αὐτόν φησι.</w:t>
      </w:r>
    </w:p>
    <w:p>
      <w:r>
        <w:rPr>
          <w:rFonts w:ascii="Courier New" w:hAnsi="Courier New"/>
          <w:color w:val="555555"/>
          <w:sz w:val="20"/>
        </w:rPr>
        <w:t>[5]</w:t>
      </w:r>
    </w:p>
    <w:p>
      <w:r>
        <w:rPr>
          <w:rFonts w:ascii="Gentium Plus" w:hAnsi="Gentium Plus"/>
          <w:sz w:val="24"/>
        </w:rPr>
        <w:t>Ἡσίοδος δὲ: Ὡς πρώτου ὄντος Ἡσιόδου μέμνη‐ ται.</w:t>
      </w:r>
    </w:p>
    <w:p>
      <w:r>
        <w:rPr>
          <w:rFonts w:ascii="Courier New" w:hAnsi="Courier New"/>
          <w:color w:val="555555"/>
          <w:sz w:val="20"/>
        </w:rPr>
        <w:t>[sch ran 1035]</w:t>
      </w:r>
    </w:p>
    <w:p>
      <w:r>
        <w:rPr>
          <w:rFonts w:ascii="Gentium Plus" w:hAnsi="Gentium Plus"/>
          <w:sz w:val="24"/>
        </w:rPr>
        <w:t>(χρήστ’ ἐδίδαξε: Τινὲς συναλοιφὴν λέγουσιν. χρηστὰ δὲ ἀντὶ τοῦ χρήσιμα.)</w:t>
      </w:r>
    </w:p>
    <w:p>
      <w:r>
        <w:rPr>
          <w:rFonts w:ascii="Courier New" w:hAnsi="Courier New"/>
          <w:color w:val="555555"/>
          <w:sz w:val="20"/>
        </w:rPr>
        <w:t>[sch ran 1036]</w:t>
      </w:r>
    </w:p>
    <w:p>
      <w:r>
        <w:rPr>
          <w:rFonts w:ascii="Gentium Plus" w:hAnsi="Gentium Plus"/>
          <w:sz w:val="24"/>
        </w:rPr>
        <w:t>(καὶ μὴν οὐ Παντακλέα: Διαβάλλει τὸν Παν‐ τακλέα ὡς ἀμαθῆ ἐν τῷ ὁπλίζεσθαι. μέμνηται δὲ τού‐ του καὶ Εὔπολις ἐν Χρυσῷ γένει «Παντακλέης σκαιός.»)</w:t>
      </w:r>
    </w:p>
    <w:p>
      <w:r>
        <w:rPr>
          <w:rFonts w:ascii="Courier New" w:hAnsi="Courier New"/>
          <w:color w:val="555555"/>
          <w:sz w:val="20"/>
        </w:rPr>
        <w:t>[sch ran 1037]</w:t>
      </w:r>
    </w:p>
    <w:p>
      <w:r>
        <w:rPr>
          <w:rFonts w:ascii="Gentium Plus" w:hAnsi="Gentium Plus"/>
          <w:sz w:val="24"/>
        </w:rPr>
        <w:t>ἐπόμπευεν. R.</w:t>
      </w:r>
    </w:p>
    <w:p>
      <w:r>
        <w:rPr>
          <w:rFonts w:ascii="Courier New" w:hAnsi="Courier New"/>
          <w:color w:val="555555"/>
          <w:sz w:val="20"/>
        </w:rPr>
        <w:t>[sch ran 1038]</w:t>
      </w:r>
    </w:p>
    <w:p>
      <w:r>
        <w:rPr>
          <w:rFonts w:ascii="Gentium Plus" w:hAnsi="Gentium Plus"/>
          <w:sz w:val="24"/>
        </w:rPr>
        <w:t>τὸ κράνος πρῶτον περιδησάμενος: Δέον ἐπι‐ δήσαντα τὸν λόφον τότε τὸ κράνος περιθέσθαι. καὶ Ὅμηρος [Il. Γ, 336] ἐμφαίνει τοῦτο κρατὶ δ’ ἐπ’ ἰφθίμῳ κυνέην εὔτυκτον ἔθηκεν,</w:t>
      </w:r>
    </w:p>
    <w:p>
      <w:r>
        <w:rPr>
          <w:rFonts w:ascii="Courier New" w:hAnsi="Courier New"/>
          <w:color w:val="555555"/>
          <w:sz w:val="20"/>
        </w:rPr>
        <w:t>[5]</w:t>
      </w:r>
    </w:p>
    <w:p>
      <w:r>
        <w:rPr>
          <w:rFonts w:ascii="Gentium Plus" w:hAnsi="Gentium Plus"/>
          <w:sz w:val="24"/>
        </w:rPr>
        <w:t>ἵππουριν, (δεινὸν δὲ λόφος καθύπερθεν ἔνευε).</w:t>
      </w:r>
    </w:p>
    <w:p>
      <w:r>
        <w:rPr>
          <w:rFonts w:ascii="Courier New" w:hAnsi="Courier New"/>
          <w:color w:val="555555"/>
          <w:sz w:val="20"/>
        </w:rPr>
        <w:t>[sch ran 1039]</w:t>
      </w:r>
    </w:p>
    <w:p>
      <w:r>
        <w:rPr>
          <w:rFonts w:ascii="Gentium Plus" w:hAnsi="Gentium Plus"/>
          <w:sz w:val="24"/>
        </w:rPr>
        <w:t>⟦Λάμαχος ἥρως: Ὁ Λάμαχος οὗτος ἄριστος ἦν τὰ πολεμικά. ἦν δὲ ἐπὶ τῶν χρόνων Αἰσχύλου καὶ Ἀριστοφάνους, στρατηγὸς Ἀθηναίων. μέμνηται δὲ τούτου καὶ ἐν Ἀχαρνεῦσιν. ὅθεν δὲ, ἤγουν ἐκ τοῦ</w:t>
      </w:r>
    </w:p>
    <w:p>
      <w:r>
        <w:rPr>
          <w:rFonts w:ascii="Courier New" w:hAnsi="Courier New"/>
          <w:color w:val="555555"/>
          <w:sz w:val="20"/>
        </w:rPr>
        <w:t>[5]</w:t>
      </w:r>
    </w:p>
    <w:p>
      <w:r>
        <w:rPr>
          <w:rFonts w:ascii="Gentium Plus" w:hAnsi="Gentium Plus"/>
          <w:sz w:val="24"/>
        </w:rPr>
        <w:t>Ὁμήρου.⟧</w:t>
      </w:r>
    </w:p>
    <w:p>
      <w:r>
        <w:rPr>
          <w:rFonts w:ascii="Courier New" w:hAnsi="Courier New"/>
          <w:color w:val="555555"/>
          <w:sz w:val="20"/>
        </w:rPr>
        <w:t>[sch ran 1040]</w:t>
      </w:r>
    </w:p>
    <w:p>
      <w:r>
        <w:rPr>
          <w:rFonts w:ascii="Gentium Plus" w:hAnsi="Gentium Plus"/>
          <w:sz w:val="24"/>
        </w:rPr>
        <w:t>ἀπομαξαμένη: Τὸ ἀπομαξαμένη ἀπὸ μετα‐ φορᾶς εἴρηται τῶν σπόγγῳ ἤ τινι τοιούτῳ σώματός τινος ἰκμάδα ἀφαιρουμένων, καὶ τοῦτο νοτίδος πλη‐ ρούντων, ὥσπερ ἦν ἐκεῖνο τὸ σῶμα πρότερον διάβρο‐</w:t>
      </w:r>
    </w:p>
    <w:p>
      <w:r>
        <w:rPr>
          <w:rFonts w:ascii="Courier New" w:hAnsi="Courier New"/>
          <w:color w:val="555555"/>
          <w:sz w:val="20"/>
        </w:rPr>
        <w:t>[5]</w:t>
      </w:r>
    </w:p>
    <w:p>
      <w:r>
        <w:rPr>
          <w:rFonts w:ascii="Gentium Plus" w:hAnsi="Gentium Plus"/>
          <w:sz w:val="24"/>
        </w:rPr>
        <w:t>χον. Vict.</w:t>
      </w:r>
    </w:p>
    <w:p>
      <w:r>
        <w:rPr>
          <w:rFonts w:ascii="Courier New" w:hAnsi="Courier New"/>
          <w:color w:val="555555"/>
          <w:sz w:val="20"/>
        </w:rPr>
        <w:t>[sch ran 1042]</w:t>
      </w:r>
    </w:p>
    <w:p>
      <w:r>
        <w:rPr>
          <w:rFonts w:ascii="Gentium Plus" w:hAnsi="Gentium Plus"/>
          <w:sz w:val="24"/>
        </w:rPr>
        <w:t>ἀντεκτείνειν: Ἀνταποδιδόναι, ὁμοιοῦν, ἐξι‐ σοῦν.</w:t>
      </w:r>
    </w:p>
    <w:p>
      <w:r>
        <w:rPr>
          <w:rFonts w:ascii="Courier New" w:hAnsi="Courier New"/>
          <w:color w:val="555555"/>
          <w:sz w:val="20"/>
        </w:rPr>
        <w:t>[sch ran 1043]</w:t>
      </w:r>
    </w:p>
    <w:p>
      <w:r>
        <w:rPr>
          <w:rFonts w:ascii="Gentium Plus" w:hAnsi="Gentium Plus"/>
          <w:sz w:val="24"/>
        </w:rPr>
        <w:t>οὐ Φαίδρας: Διὰ τὸν Ἱππόλυτον, δρᾶμα Εὐριπίδου. Σθενέβοια δέ ἐστιν, ἣν Ὅμηρος Ἄντειαν λέγει, ἥτις ἠράσθη τοῦ Βελλεροφόντου. ⟦οὗ μὴ ὑπα‐ κούοντος κατεψεύσατο πρὸς τὸν ἴδιον ἄνδρα Προῖτον</w:t>
      </w:r>
    </w:p>
    <w:p>
      <w:r>
        <w:rPr>
          <w:rFonts w:ascii="Courier New" w:hAnsi="Courier New"/>
          <w:color w:val="555555"/>
          <w:sz w:val="20"/>
        </w:rPr>
        <w:t>[5]</w:t>
      </w:r>
    </w:p>
    <w:p>
      <w:r>
        <w:rPr>
          <w:rFonts w:ascii="Gentium Plus" w:hAnsi="Gentium Plus"/>
          <w:sz w:val="24"/>
        </w:rPr>
        <w:t>ὡς βιαζομένη. καὶ ὃς ἔπεμψε τοῦτον εἰς τὸν πενθερὸν αὐτοῦ ἀναιρεθησόμενον. ἐλθόντος οὖν ἐκεῖσε Βελλερο‐ φόντου καὶ καθαροῦ φανέντος, μὴ φέρουσα τὴν αἰσχύ‐ νην ἡ Σθενέβοια κωνείῳ ἐχρήσατο.⟧</w:t>
      </w:r>
    </w:p>
    <w:p>
      <w:r>
        <w:rPr>
          <w:rFonts w:ascii="Courier New" w:hAnsi="Courier New"/>
          <w:color w:val="555555"/>
          <w:sz w:val="20"/>
        </w:rPr>
        <w:t>[sch ran 1047]</w:t>
      </w:r>
    </w:p>
    <w:p>
      <w:r>
        <w:rPr>
          <w:rFonts w:ascii="Gentium Plus" w:hAnsi="Gentium Plus"/>
          <w:sz w:val="24"/>
        </w:rPr>
        <w:t>ὥστε καὐτόν σε: Ἵνα διαβάλῃ τὴν γυναῖκα τοῦ Εὐριπίδου. ⟦τὸ δὲ ἃ γὰρ εἰς τὰς ἀλλοτρίας ἐποίεις, διπλῶς νοητέον· ἢ ὅτι τὰς τῶν ἄλλων μοιχεύων γυ‐ ναῖκας καὶ αὐτὸς ὑφ’ ἑτέρων τουτὶ πέπονθας· ἢ ἃ</w:t>
      </w:r>
    </w:p>
    <w:p>
      <w:r>
        <w:rPr>
          <w:rFonts w:ascii="Courier New" w:hAnsi="Courier New"/>
          <w:color w:val="555555"/>
          <w:sz w:val="20"/>
        </w:rPr>
        <w:t>[5]</w:t>
      </w:r>
    </w:p>
    <w:p>
      <w:r>
        <w:rPr>
          <w:rFonts w:ascii="Gentium Plus" w:hAnsi="Gentium Plus"/>
          <w:sz w:val="24"/>
        </w:rPr>
        <w:t>ἐποίεις περὶ τὰς ἑτέρας, λέγω δὴ Φαίδραν καὶ Σθενέ‐ βοιαν, μοιχευομένας αὐτὰς λέγων, τούτοις ἐπλήγης. ἀντὶ τοῦ, καὶ αὐτὸς τὴν γυναῖκα μεμοίχευσαι.⟧ — μεμοίχευσαι γὰρ τὴν γυναῖκα. Br.</w:t>
      </w:r>
    </w:p>
    <w:p>
      <w:r>
        <w:rPr>
          <w:rFonts w:ascii="Courier New" w:hAnsi="Courier New"/>
          <w:color w:val="555555"/>
          <w:sz w:val="20"/>
        </w:rPr>
        <w:t>[sch ran 1051]</w:t>
      </w:r>
    </w:p>
    <w:p>
      <w:r>
        <w:rPr>
          <w:rFonts w:ascii="Gentium Plus" w:hAnsi="Gentium Plus"/>
          <w:sz w:val="24"/>
        </w:rPr>
        <w:t>κώνεια πίνειν: Ὅτι πληθυντικῶς (εἶπε) κώ‐ νεια, ἕνεκα τοῦ πολλὰς εἶναι. ἦν δὲ καὶ ἑνικῶς εἰπεῖν. τάχα μέντοι μᾶλλον πρὸς τὸ περὶ γυναικῶν ἱστορού‐ μενον. πολλαὶ (γὰρ) τὴν Σθενέβοιαν μιμησάμεναι</w:t>
      </w:r>
    </w:p>
    <w:p>
      <w:r>
        <w:rPr>
          <w:rFonts w:ascii="Courier New" w:hAnsi="Courier New"/>
          <w:color w:val="555555"/>
          <w:sz w:val="20"/>
        </w:rPr>
        <w:t>[5]</w:t>
      </w:r>
    </w:p>
    <w:p>
      <w:r>
        <w:rPr>
          <w:rFonts w:ascii="Gentium Plus" w:hAnsi="Gentium Plus"/>
          <w:sz w:val="24"/>
        </w:rPr>
        <w:t>πιοῦσαι κώνειον ἐτελεύτησαν.</w:t>
      </w:r>
    </w:p>
    <w:p>
      <w:r>
        <w:rPr>
          <w:rFonts w:ascii="Courier New" w:hAnsi="Courier New"/>
          <w:color w:val="555555"/>
          <w:sz w:val="20"/>
        </w:rPr>
        <w:t>[sch ran 1054]</w:t>
      </w:r>
    </w:p>
    <w:p>
      <w:r>
        <w:rPr>
          <w:rFonts w:ascii="Gentium Plus" w:hAnsi="Gentium Plus"/>
          <w:sz w:val="24"/>
        </w:rPr>
        <w:t>τοῖς μὲν γὰρ παιδαρίοισιν: Ὁ διδάσκαλος τοῖς μικροῖς· ὁ δὲ ποιητὴς τοῖς ἡβῶσι.</w:t>
      </w:r>
    </w:p>
    <w:p>
      <w:r>
        <w:rPr>
          <w:rFonts w:ascii="Courier New" w:hAnsi="Courier New"/>
          <w:color w:val="555555"/>
          <w:sz w:val="20"/>
        </w:rPr>
        <w:t>[sch ran 1056]</w:t>
      </w:r>
    </w:p>
    <w:p>
      <w:r>
        <w:rPr>
          <w:rFonts w:ascii="Gentium Plus" w:hAnsi="Gentium Plus"/>
          <w:sz w:val="24"/>
        </w:rPr>
        <w:t>ἀντὶ τοῦ χρήσιμα. R.</w:t>
      </w:r>
    </w:p>
    <w:p>
      <w:r>
        <w:rPr>
          <w:rFonts w:ascii="Courier New" w:hAnsi="Courier New"/>
          <w:color w:val="555555"/>
          <w:sz w:val="20"/>
        </w:rPr>
        <w:t>[sch ran 1057]</w:t>
      </w:r>
    </w:p>
    <w:p>
      <w:r>
        <w:rPr>
          <w:rFonts w:ascii="Gentium Plus" w:hAnsi="Gentium Plus"/>
          <w:sz w:val="24"/>
        </w:rPr>
        <w:t>καὶ Παρνασσῶν: Οἷον ῥήματα ὄρεσι παρα‐ πλήσια. ὁ δὲ Λυκαβηττὸς ὄρος τῆς Ἀττικῆς, Παρνασ‐ σὸς δὲ Φωκίδος. ⟦ἢ τὸ Λυκαβηττοὺς καὶ Παρνασσῶν μεγέθη Αἰσχύλος ἔν τινι τῶν αὐτοῦ πεποίηκε δραμά‐</w:t>
      </w:r>
    </w:p>
    <w:p>
      <w:r>
        <w:rPr>
          <w:rFonts w:ascii="Courier New" w:hAnsi="Courier New"/>
          <w:color w:val="555555"/>
          <w:sz w:val="20"/>
        </w:rPr>
        <w:t>[5]</w:t>
      </w:r>
    </w:p>
    <w:p>
      <w:r>
        <w:rPr>
          <w:rFonts w:ascii="Gentium Plus" w:hAnsi="Gentium Plus"/>
          <w:sz w:val="24"/>
        </w:rPr>
        <w:t>των. ἔστι δὲ Λυκαβηττὸς ὄρος Ἀθηναίων.⟧</w:t>
      </w:r>
    </w:p>
    <w:p>
      <w:r>
        <w:rPr>
          <w:rFonts w:ascii="Courier New" w:hAnsi="Courier New"/>
          <w:color w:val="555555"/>
          <w:sz w:val="20"/>
        </w:rPr>
        <w:t>[sch ran 1058]</w:t>
      </w:r>
    </w:p>
    <w:p>
      <w:r>
        <w:rPr>
          <w:rFonts w:ascii="Gentium Plus" w:hAnsi="Gentium Plus"/>
          <w:sz w:val="24"/>
        </w:rPr>
        <w:t>συμμέτρως. R. μετρίως. V.</w:t>
      </w:r>
    </w:p>
    <w:p>
      <w:r>
        <w:rPr>
          <w:rFonts w:ascii="Courier New" w:hAnsi="Courier New"/>
          <w:color w:val="555555"/>
          <w:sz w:val="20"/>
        </w:rPr>
        <w:t>[sch ran 1059]</w:t>
      </w:r>
    </w:p>
    <w:p>
      <w:r>
        <w:rPr>
          <w:rFonts w:ascii="Gentium Plus" w:hAnsi="Gentium Plus"/>
          <w:sz w:val="24"/>
        </w:rPr>
        <w:t>(γνωμῶν καὶ διανοιῶν: Σημειωτέον ὅτι πρὸς γενικὴν ἔταξε τὸ ἴσα.)</w:t>
      </w:r>
    </w:p>
    <w:p>
      <w:r>
        <w:rPr>
          <w:rFonts w:ascii="Courier New" w:hAnsi="Courier New"/>
          <w:color w:val="555555"/>
          <w:sz w:val="20"/>
        </w:rPr>
        <w:t>[sch ran 1060]</w:t>
      </w:r>
    </w:p>
    <w:p>
      <w:r>
        <w:rPr>
          <w:rFonts w:ascii="Gentium Plus" w:hAnsi="Gentium Plus"/>
          <w:sz w:val="24"/>
        </w:rPr>
        <w:t>ἀξιοπιστοτέροις. R.</w:t>
      </w:r>
    </w:p>
    <w:p>
      <w:r>
        <w:rPr>
          <w:rFonts w:ascii="Courier New" w:hAnsi="Courier New"/>
          <w:color w:val="555555"/>
          <w:sz w:val="20"/>
        </w:rPr>
        <w:t>[sch ran 1062]</w:t>
      </w:r>
    </w:p>
    <w:p>
      <w:r>
        <w:rPr>
          <w:rFonts w:ascii="Gentium Plus" w:hAnsi="Gentium Plus"/>
          <w:sz w:val="24"/>
        </w:rPr>
        <w:t>ἃ ’μου χρηστῶς: ⟦Τὸ λέγειν τοὺς ἥρωας μείζω ῥήματα, καὶ πρὸς τὰς μεγίστας διανοίας καὶ τοὺς λόγους τοιούτους προάγειν.⟧ —ἅπερ ῥήματα. Venet.</w:t>
      </w:r>
    </w:p>
    <w:p>
      <w:r>
        <w:rPr>
          <w:rFonts w:ascii="Courier New" w:hAnsi="Courier New"/>
          <w:color w:val="555555"/>
          <w:sz w:val="20"/>
        </w:rPr>
        <w:t>[sch ran 1063]</w:t>
      </w:r>
    </w:p>
    <w:p>
      <w:r>
        <w:rPr>
          <w:rFonts w:ascii="Gentium Plus" w:hAnsi="Gentium Plus"/>
          <w:sz w:val="24"/>
        </w:rPr>
        <w:t>ῥάκι’ ἀμπίσχων: Διὰ Οἰνέα καὶ Τήλεφον καὶ τοὺς ἄλλους.</w:t>
      </w:r>
    </w:p>
    <w:p>
      <w:r>
        <w:rPr>
          <w:rFonts w:ascii="Courier New" w:hAnsi="Courier New"/>
          <w:color w:val="555555"/>
          <w:sz w:val="20"/>
        </w:rPr>
        <w:t>[sch ran 1066]</w:t>
      </w:r>
    </w:p>
    <w:p>
      <w:r>
        <w:rPr>
          <w:rFonts w:ascii="Gentium Plus" w:hAnsi="Gentium Plus"/>
          <w:sz w:val="24"/>
        </w:rPr>
        <w:t>περιειλλόμενος: Ἀντὶ τοῦ περιειληθεὶς ἢ συστραφείς. εἴλλειν γὰρ τὸ συστρέφειν.</w:t>
      </w:r>
    </w:p>
    <w:p>
      <w:r>
        <w:rPr>
          <w:rFonts w:ascii="Courier New" w:hAnsi="Courier New"/>
          <w:color w:val="555555"/>
          <w:sz w:val="20"/>
        </w:rPr>
        <w:t>[sch ran 1067]</w:t>
      </w:r>
    </w:p>
    <w:p>
      <w:r>
        <w:rPr>
          <w:rFonts w:ascii="Gentium Plus" w:hAnsi="Gentium Plus"/>
          <w:sz w:val="24"/>
        </w:rPr>
        <w:t>οὔλων ἐρίων: Ὁ Διόνυσός φησιν, οἷον ἐνδε‐ δυμένος ἔνδοθεν ἐρίων χιτῶνα. περιείληται γὰρ ῥάκη προσποιούμενος εἶναι πένης. —λείπει τὸ πένεσθαι. Rav.</w:t>
      </w:r>
    </w:p>
    <w:p>
      <w:r>
        <w:rPr>
          <w:rFonts w:ascii="Courier New" w:hAnsi="Courier New"/>
          <w:color w:val="555555"/>
          <w:sz w:val="20"/>
        </w:rPr>
        <w:t>[sch ran 1068]</w:t>
      </w:r>
    </w:p>
    <w:p>
      <w:r>
        <w:rPr>
          <w:rFonts w:ascii="Gentium Plus" w:hAnsi="Gentium Plus"/>
          <w:sz w:val="24"/>
        </w:rPr>
        <w:t>παρὰ τοὺς ἰχθῦς ἀνέκυψε: Ἀντὶ τοῦ παρὰ τὰ ἰχθυοπώλια. τὸ δὲ τοιοῦτον Ἀττικόν. Εὔπολις περιῆλθον ἐς τὰ σκόροδα καὶ τὰ κρόμμυα. φησὶν (οὖν) ὅτι ἀναφαίνεται περὶ τὰ ἰχθυοπώλια ἀγο‐</w:t>
      </w:r>
    </w:p>
    <w:p>
      <w:r>
        <w:rPr>
          <w:rFonts w:ascii="Courier New" w:hAnsi="Courier New"/>
          <w:color w:val="555555"/>
          <w:sz w:val="20"/>
        </w:rPr>
        <w:t>[5]</w:t>
      </w:r>
    </w:p>
    <w:p>
      <w:r>
        <w:rPr>
          <w:rFonts w:ascii="Gentium Plus" w:hAnsi="Gentium Plus"/>
          <w:sz w:val="24"/>
        </w:rPr>
        <w:t>ρασείων· ἀντὶ τοῦ τρυφῶν εὑρίσκεται.</w:t>
      </w:r>
    </w:p>
    <w:p>
      <w:r>
        <w:rPr>
          <w:rFonts w:ascii="Courier New" w:hAnsi="Courier New"/>
          <w:color w:val="555555"/>
          <w:sz w:val="20"/>
        </w:rPr>
        <w:t>[sch ran 1069]</w:t>
      </w:r>
    </w:p>
    <w:p>
      <w:r>
        <w:rPr>
          <w:rFonts w:ascii="Gentium Plus" w:hAnsi="Gentium Plus"/>
          <w:sz w:val="24"/>
        </w:rPr>
        <w:t>(στωμυλίαν: Σκώμματα, κολακείαν, πανουρ‐ γίαν.)</w:t>
      </w:r>
    </w:p>
    <w:p>
      <w:r>
        <w:rPr>
          <w:rFonts w:ascii="Courier New" w:hAnsi="Courier New"/>
          <w:color w:val="555555"/>
          <w:sz w:val="20"/>
        </w:rPr>
        <w:t>[sch ran 1071]</w:t>
      </w:r>
    </w:p>
    <w:p>
      <w:r>
        <w:rPr>
          <w:rFonts w:ascii="Gentium Plus" w:hAnsi="Gentium Plus"/>
          <w:sz w:val="24"/>
        </w:rPr>
        <w:t>τῶν μειρακίων στωμυλλομένων: Ἄπειροι οὗτοι ἐκκλησίας φησὶν οὖν ὑπὸ Εὐριπίδου διατραφέν‐ τας ἐπὶ τὸ λέγειν ὁρμῆσαι. παράλους δὲ τοὺς κωπηλά‐ τας. Πάραλος γὰρ καὶ Σαλαμινία τριήρεις εἰρηναρχι‐</w:t>
      </w:r>
    </w:p>
    <w:p>
      <w:r>
        <w:rPr>
          <w:rFonts w:ascii="Courier New" w:hAnsi="Courier New"/>
          <w:color w:val="555555"/>
          <w:sz w:val="20"/>
        </w:rPr>
        <w:t>[5]</w:t>
      </w:r>
    </w:p>
    <w:p>
      <w:r>
        <w:rPr>
          <w:rFonts w:ascii="Gentium Plus" w:hAnsi="Gentium Plus"/>
          <w:sz w:val="24"/>
        </w:rPr>
        <w:t>καί. κοινῶς δὲ παράλους τοὺς ἐκ τῶν τριήρων ναύτας. οὐ γὰρ ἴδιόν τι λέγοι ἂν περὶ τῆς παράλου τριήρους νεώς. ἄτιμοι δὲ οὗτοι ἦσαν.</w:t>
      </w:r>
    </w:p>
    <w:p>
      <w:r>
        <w:rPr>
          <w:rFonts w:ascii="Courier New" w:hAnsi="Courier New"/>
          <w:color w:val="555555"/>
          <w:sz w:val="20"/>
        </w:rPr>
        <w:t>[sch ran 1073]</w:t>
      </w:r>
    </w:p>
    <w:p>
      <w:r>
        <w:rPr>
          <w:rFonts w:ascii="Gentium Plus" w:hAnsi="Gentium Plus"/>
          <w:sz w:val="24"/>
        </w:rPr>
        <w:t>ῥυππαπαὶ: Ἐπίφθεγμα ναυτικὸν, παρασκευ‐ αστικὸν κωπηλασίας τὸ ῥυπαπαῖ. —ἐπιφώνημα ναυ‐ τικόν. Br.</w:t>
      </w:r>
    </w:p>
    <w:p>
      <w:r>
        <w:rPr>
          <w:rFonts w:ascii="Courier New" w:hAnsi="Courier New"/>
          <w:color w:val="555555"/>
          <w:sz w:val="20"/>
        </w:rPr>
        <w:t>[sch ran 1074]</w:t>
      </w:r>
    </w:p>
    <w:p>
      <w:r>
        <w:rPr>
          <w:rFonts w:ascii="Gentium Plus" w:hAnsi="Gentium Plus"/>
          <w:sz w:val="24"/>
        </w:rPr>
        <w:t>τῷ θαλάμακι: τῷ κωπηλατοῦντι ἐν τῷ κάτω μέρει τῆς τριήρους. οἱ δὲ θαλάμακες ὀλίγον ἐλάμβανον μισθὸν, διὰ τὸ κολοβαῖς χρῆσθαι κώπαις παρὰ τὰς ἄλλας τρεῖς τάξεις τῶν ἐρετῶν, ὅτι μᾶλλον εἰσιν ἐγγὺς</w:t>
      </w:r>
    </w:p>
    <w:p>
      <w:r>
        <w:rPr>
          <w:rFonts w:ascii="Courier New" w:hAnsi="Courier New"/>
          <w:color w:val="555555"/>
          <w:sz w:val="20"/>
        </w:rPr>
        <w:t>[5]</w:t>
      </w:r>
    </w:p>
    <w:p>
      <w:r>
        <w:rPr>
          <w:rFonts w:ascii="Gentium Plus" w:hAnsi="Gentium Plus"/>
          <w:sz w:val="24"/>
        </w:rPr>
        <w:t>τοῦ ὕδατος. (ἦσαν δὲ τρεῖς τάξεις τῶν ἐρετῶν· καὶ ἡ μὲν κάτω, θαλαμῖται, ἡ δὲ μέση ζυγῖται, ἡ δὲ ἄνω θρανῖται. θρανίτης οὖν, ὁ πρὸς τὴν πρύμναν· ζυγίτης ὁ μέσος· θαλάμιος ὁ πρὸς τὴν πρῴραν. καὶ θαλαμία ὀπὴ, δι’ ἧς ἐξέρχεται ἡ κώπη. οἷον οὖν παρὰ τῷ συγ‐</w:t>
      </w:r>
    </w:p>
    <w:p>
      <w:r>
        <w:rPr>
          <w:rFonts w:ascii="Courier New" w:hAnsi="Courier New"/>
          <w:color w:val="555555"/>
          <w:sz w:val="20"/>
        </w:rPr>
        <w:t>[10]</w:t>
      </w:r>
    </w:p>
    <w:p>
      <w:r>
        <w:rPr>
          <w:rFonts w:ascii="Gentium Plus" w:hAnsi="Gentium Plus"/>
          <w:sz w:val="24"/>
        </w:rPr>
        <w:t>καθέδρῳ παρδεῖν.)</w:t>
      </w:r>
    </w:p>
    <w:p>
      <w:r>
        <w:rPr>
          <w:rFonts w:ascii="Courier New" w:hAnsi="Courier New"/>
          <w:color w:val="555555"/>
          <w:sz w:val="20"/>
        </w:rPr>
        <w:t>[sch ran 1075]</w:t>
      </w:r>
    </w:p>
    <w:p>
      <w:r>
        <w:rPr>
          <w:rFonts w:ascii="Gentium Plus" w:hAnsi="Gentium Plus"/>
          <w:sz w:val="24"/>
        </w:rPr>
        <w:t>(μινθῶσαι: Διοσφρᾶναι, δυσοσμίας ἀναπλῆ‐ σαι, μιᾶναι, ῥυπῶσαι. μίνθη δὲ τὸ παρ’ ἡμῖν ἡδύο‐ σμον. οἱ δὲ τὸν θύμον.) ⟦ἢ κόπρον αἰγῶν.⟧</w:t>
      </w:r>
    </w:p>
    <w:p>
      <w:r>
        <w:rPr>
          <w:rFonts w:ascii="Courier New" w:hAnsi="Courier New"/>
          <w:color w:val="555555"/>
          <w:sz w:val="20"/>
        </w:rPr>
        <w:t>[sch ran 1076]</w:t>
      </w:r>
    </w:p>
    <w:p>
      <w:r>
        <w:rPr>
          <w:rFonts w:ascii="Gentium Plus" w:hAnsi="Gentium Plus"/>
          <w:sz w:val="24"/>
        </w:rPr>
        <w:t>⟦νῦν δ’ ἀντιλέγει: Εἴσθεσις τῆς διπλῆς εἰς δύο περιόδους διῃρημένης ἐκ κώλων ὁμοίων ἀναπαιστικῶν κγʹ. ὧν τὰ μὲν πρῶτα δύο κῶλα δίμετρα ὄντα ἀκατά‐ ληκτα τῇ διπλῇ συνάπτεται. τῆς δὲ πρώτης περιόδου</w:t>
      </w:r>
    </w:p>
    <w:p>
      <w:r>
        <w:rPr>
          <w:rFonts w:ascii="Courier New" w:hAnsi="Courier New"/>
          <w:color w:val="555555"/>
          <w:sz w:val="20"/>
        </w:rPr>
        <w:t>[5]</w:t>
      </w:r>
    </w:p>
    <w:p>
      <w:r>
        <w:rPr>
          <w:rFonts w:ascii="Gentium Plus" w:hAnsi="Gentium Plus"/>
          <w:sz w:val="24"/>
        </w:rPr>
        <w:t>εἰσὶ κῶλα ιαʹ ἀκατάληκτα, πλὴν τοῦ τελευταίου ἑφθη‐ μιμεροῦς. ὁμοίως δὲ καὶ τὰ τῆς δευτέρας ἔχει. τὸ μέν‐ τοι παρατέλευτον ἀναπαιστική ἐστι βάσις. ἐπὶ τῷ τέλει τῆς μὲν πρώτης περιόδου παράγραφος, τῆς δὲ δευτέρας δύο διπλαῖ, ἡ μὲν ἐν ἀρχῇ τοῦ κώλου, ἡ δὲ κατὰ τὸ</w:t>
      </w:r>
    </w:p>
    <w:p>
      <w:r>
        <w:rPr>
          <w:rFonts w:ascii="Courier New" w:hAnsi="Courier New"/>
          <w:color w:val="555555"/>
          <w:sz w:val="20"/>
        </w:rPr>
        <w:t>[10]</w:t>
      </w:r>
    </w:p>
    <w:p>
      <w:r>
        <w:rPr>
          <w:rFonts w:ascii="Gentium Plus" w:hAnsi="Gentium Plus"/>
          <w:sz w:val="24"/>
        </w:rPr>
        <w:t>τέλος.⟧ ἀντιλέγει ὁ πάραλος καὶ οὐ κωπηλατεῖ. R.</w:t>
      </w:r>
    </w:p>
    <w:p>
      <w:r>
        <w:rPr>
          <w:rFonts w:ascii="Courier New" w:hAnsi="Courier New"/>
          <w:color w:val="555555"/>
          <w:sz w:val="20"/>
        </w:rPr>
        <w:t>[sch ran 1080]</w:t>
      </w:r>
    </w:p>
    <w:p>
      <w:r>
        <w:rPr>
          <w:rFonts w:ascii="Gentium Plus" w:hAnsi="Gentium Plus"/>
          <w:sz w:val="24"/>
        </w:rPr>
        <w:t>⟦καὶ τικτούσας: Ἔγραψε γὰρ τὴν Αὔγην ὠδί‐ νουσαν ἐν ἱερῷ.⟧</w:t>
      </w:r>
    </w:p>
    <w:p>
      <w:r>
        <w:rPr>
          <w:rFonts w:ascii="Courier New" w:hAnsi="Courier New"/>
          <w:color w:val="555555"/>
          <w:sz w:val="20"/>
        </w:rPr>
        <w:t>[sch ran 1081]</w:t>
      </w:r>
    </w:p>
    <w:p>
      <w:r>
        <w:rPr>
          <w:rFonts w:ascii="Gentium Plus" w:hAnsi="Gentium Plus"/>
          <w:sz w:val="24"/>
        </w:rPr>
        <w:t>[τοῖσιν ἀδελφοῖς: Ὡς αἱ τοῦ Αἰόλου θυγατέ‐ ρες.]</w:t>
      </w:r>
    </w:p>
    <w:p>
      <w:r>
        <w:rPr>
          <w:rFonts w:ascii="Courier New" w:hAnsi="Courier New"/>
          <w:color w:val="555555"/>
          <w:sz w:val="20"/>
        </w:rPr>
        <w:t>[sch ran 1082]</w:t>
      </w:r>
    </w:p>
    <w:p>
      <w:r>
        <w:rPr>
          <w:rFonts w:ascii="Gentium Plus" w:hAnsi="Gentium Plus"/>
          <w:sz w:val="24"/>
        </w:rPr>
        <w:t>καὶ φασκούσας οὐ ζῇν: Ἔστι μὲν παρὰ τὰ ἐκ Φρίξου Εὐριπίδου τίς δ’ οἶδεν, εἰ τὸ ζῆν μέν ἐστι κατθανεῖν, τὸ κατθανεῖν δὲ ζῆν;</w:t>
      </w:r>
    </w:p>
    <w:p>
      <w:r>
        <w:rPr>
          <w:rFonts w:ascii="Courier New" w:hAnsi="Courier New"/>
          <w:color w:val="555555"/>
          <w:sz w:val="20"/>
        </w:rPr>
        <w:t>[5]</w:t>
      </w:r>
    </w:p>
    <w:p>
      <w:r>
        <w:rPr>
          <w:rFonts w:ascii="Gentium Plus" w:hAnsi="Gentium Plus"/>
          <w:sz w:val="24"/>
        </w:rPr>
        <w:t>ἀλλ’ ὁ λέγων ἐστὶ Φρίξος, οὗτος δὲ ὡς παρὰ γυναικὸς εἰρημένον αὐτὸ λέγει. (ἰδεῖν οὖν χρὴ, μήποτε τὸν αὐ‐ τὸν νοῦν παρ’ Εὐριπίδῃ γυνὴ λέγῃ, καὶ μήποτε τὸ ὑπὸ τῆς τροφοῦ ἐν Ἱππολύτῳ λεγόμενον ἀλλ’ ὅ τι τούτου φίλτρον ἄλλο,</w:t>
      </w:r>
    </w:p>
    <w:p>
      <w:r>
        <w:rPr>
          <w:rFonts w:ascii="Courier New" w:hAnsi="Courier New"/>
          <w:color w:val="555555"/>
          <w:sz w:val="20"/>
        </w:rPr>
        <w:t>[10]</w:t>
      </w:r>
    </w:p>
    <w:p>
      <w:r>
        <w:rPr>
          <w:rFonts w:ascii="Gentium Plus" w:hAnsi="Gentium Plus"/>
          <w:sz w:val="24"/>
        </w:rPr>
        <w:t>σκότος ἀμπίσχον κρύπτει νεφέλαις καὶ τὰ ἑξῆς.)</w:t>
      </w:r>
    </w:p>
    <w:p>
      <w:r>
        <w:rPr>
          <w:rFonts w:ascii="Courier New" w:hAnsi="Courier New"/>
          <w:color w:val="555555"/>
          <w:sz w:val="20"/>
        </w:rPr>
        <w:t>[sch ran 1084]</w:t>
      </w:r>
    </w:p>
    <w:p>
      <w:r>
        <w:rPr>
          <w:rFonts w:ascii="Gentium Plus" w:hAnsi="Gentium Plus"/>
          <w:sz w:val="24"/>
        </w:rPr>
        <w:t>ἀνεμεστώθη: Ἀνεπληρώθη τῶν γραμματεύειν βουλομένων καὶ μὴ στρατεύεσθαι. ἢ καὶ ἐπὶ κακοπρα‐ γμοσύνῃ τοὺς γραμματεῖς διαβάλλει. «ὄλεθρος γραμμα‐ τεὺς συκοφαντῶν.» ⟦Ἄλλως. ἐπειδὴ ἀφέντες τὰ γεν‐</w:t>
      </w:r>
    </w:p>
    <w:p>
      <w:r>
        <w:rPr>
          <w:rFonts w:ascii="Courier New" w:hAnsi="Courier New"/>
          <w:color w:val="555555"/>
          <w:sz w:val="20"/>
        </w:rPr>
        <w:t>[5]</w:t>
      </w:r>
    </w:p>
    <w:p>
      <w:r>
        <w:rPr>
          <w:rFonts w:ascii="Gentium Plus" w:hAnsi="Gentium Plus"/>
          <w:sz w:val="24"/>
        </w:rPr>
        <w:t>ναῖα πράγματα φορολόγοι γεγένηνται· οἱ δὲ μετιόντες τὸν λόγον κέρδους ἕνεκα τούτοις εἵποντο. δημοπιθήκους δὲ τοὺς πανούργους περὶ τὸν δῆμον, ὡς τὸ ζῷον ὁ πί‐</w:t>
      </w:r>
    </w:p>
    <w:p>
      <w:r>
        <w:rPr>
          <w:rFonts w:ascii="Courier New" w:hAnsi="Courier New"/>
          <w:color w:val="555555"/>
          <w:sz w:val="20"/>
        </w:rPr>
        <w:t>[sch ran 1087]</w:t>
      </w:r>
    </w:p>
    <w:p>
      <w:r>
        <w:rPr>
          <w:rFonts w:ascii="Gentium Plus" w:hAnsi="Gentium Plus"/>
          <w:sz w:val="24"/>
        </w:rPr>
        <w:t>λαμπάδα δ’ οὐδεὶς: (Ἔδει γὰρ λαμπαδουχεῖν ἐν Ἡφαιστείοις καὶ Παναθηναίοις.) ἐν Ἀθήναις ἐστὶ γυμνάσιον, ἐν ᾧ ἐλαμπαδηφόρουν οἱ γυμναζόμενοι. ὅτι τῆς λαμπάδος ἀγὼν Ἀθήνησιν ἤγετο, Προμήθεια,</w:t>
      </w:r>
    </w:p>
    <w:p>
      <w:r>
        <w:rPr>
          <w:rFonts w:ascii="Courier New" w:hAnsi="Courier New"/>
          <w:color w:val="555555"/>
          <w:sz w:val="20"/>
        </w:rPr>
        <w:t>[5]</w:t>
      </w:r>
    </w:p>
    <w:p>
      <w:r>
        <w:rPr>
          <w:rFonts w:ascii="Gentium Plus" w:hAnsi="Gentium Plus"/>
          <w:sz w:val="24"/>
        </w:rPr>
        <w:t>Ἡφαίστεια, Παναθήναια.</w:t>
      </w:r>
    </w:p>
    <w:p>
      <w:r>
        <w:rPr>
          <w:rFonts w:ascii="Courier New" w:hAnsi="Courier New"/>
          <w:color w:val="555555"/>
          <w:sz w:val="20"/>
        </w:rPr>
        <w:t>[sch ran 1089]</w:t>
      </w:r>
    </w:p>
    <w:p>
      <w:r>
        <w:rPr>
          <w:rFonts w:ascii="Gentium Plus" w:hAnsi="Gentium Plus"/>
          <w:sz w:val="24"/>
        </w:rPr>
        <w:t>[ἀπεφαυάνθην: Ἐξηράνθην.]</w:t>
      </w:r>
    </w:p>
    <w:p>
      <w:r>
        <w:rPr>
          <w:rFonts w:ascii="Courier New" w:hAnsi="Courier New"/>
          <w:color w:val="555555"/>
          <w:sz w:val="20"/>
        </w:rPr>
        <w:t>[sch ran 1092]</w:t>
      </w:r>
    </w:p>
    <w:p>
      <w:r>
        <w:rPr>
          <w:rFonts w:ascii="Gentium Plus" w:hAnsi="Gentium Plus"/>
          <w:sz w:val="24"/>
        </w:rPr>
        <w:t>ἐν ἑνὶ λευκοπίων ἀντὶ τοῦ λιπαρός. ἀντὶ τοῦ ὀπίσω ὤν. R.</w:t>
      </w:r>
    </w:p>
    <w:p>
      <w:r>
        <w:rPr>
          <w:rFonts w:ascii="Courier New" w:hAnsi="Courier New"/>
          <w:color w:val="555555"/>
          <w:sz w:val="20"/>
        </w:rPr>
        <w:t>[sch ran 1093]</w:t>
      </w:r>
    </w:p>
    <w:p>
      <w:r>
        <w:rPr>
          <w:rFonts w:ascii="Gentium Plus" w:hAnsi="Gentium Plus"/>
          <w:sz w:val="24"/>
        </w:rPr>
        <w:t>κᾆθ’ οἱ Κεραμῆς: (Οἱ τὸν Κεραμεικὸν οἰκοῦν‐ τες.) δῆμος δὲ Ἀθηναίων. ἐκεῖ γὰρ ὁ ἀγὼν ἐγίνετο. (καὶ ἐν Πλούτῳ πρώτῳ «τῶν λαμπαδηφόρων τε πλεῖ‐ «στον αἰτίαν τοῖς ὑστάτοις πλατειῶν.» τοῦτο δέ φησιν</w:t>
      </w:r>
    </w:p>
    <w:p>
      <w:r>
        <w:rPr>
          <w:rFonts w:ascii="Courier New" w:hAnsi="Courier New"/>
          <w:color w:val="555555"/>
          <w:sz w:val="20"/>
        </w:rPr>
        <w:t>[5]</w:t>
      </w:r>
    </w:p>
    <w:p>
      <w:r>
        <w:rPr>
          <w:rFonts w:ascii="Gentium Plus" w:hAnsi="Gentium Plus"/>
          <w:sz w:val="24"/>
        </w:rPr>
        <w:t>Εὐφρόνιος, ὅτι ἀπὸ τοῦ ἐν τῷ Κεραμεικῷ ἀγῶνος τῆς λαμπάδος, καὶ τοὺς ὑστάτους τρέχοντας ἀπὸ τῶν ἀγο‐ ραίων τύπτεσθαι πλατείαις ὑπὸ τῶν νεανίσκων χερσί· καὶ λέγονται αἱ τοιαῦται Κεραμεικαὶ πληγαί. ἐμφαί‐ νεται δὲ ἀπὸ τούτων ὅτι παρὰ τοῖς Κεραμεικοῖς τοῦτο</w:t>
      </w:r>
    </w:p>
    <w:p>
      <w:r>
        <w:rPr>
          <w:rFonts w:ascii="Courier New" w:hAnsi="Courier New"/>
          <w:color w:val="555555"/>
          <w:sz w:val="20"/>
        </w:rPr>
        <w:t>[10]</w:t>
      </w:r>
    </w:p>
    <w:p>
      <w:r>
        <w:rPr>
          <w:rFonts w:ascii="Gentium Plus" w:hAnsi="Gentium Plus"/>
          <w:sz w:val="24"/>
        </w:rPr>
        <w:t>μάλιστα γίνεται.) πύλαις δὲ ταῖς εἰσόδοις (τοῦ ἀγῶνος). —ταῖς εἰσόδοις τοῦ δρόμου. Θ.</w:t>
      </w:r>
    </w:p>
    <w:p>
      <w:r>
        <w:rPr>
          <w:rFonts w:ascii="Courier New" w:hAnsi="Courier New"/>
          <w:color w:val="555555"/>
          <w:sz w:val="20"/>
        </w:rPr>
        <w:t>[sch ran 1096]</w:t>
      </w:r>
    </w:p>
    <w:p>
      <w:r>
        <w:rPr>
          <w:rFonts w:ascii="Gentium Plus" w:hAnsi="Gentium Plus"/>
          <w:sz w:val="24"/>
        </w:rPr>
        <w:t>ταῖς πλατείαις: (Ταῖς πλατείαις) χερσὶ δηλον‐ ότι. ἢ μάστιξιν. ἢ οὕτω λεγομέναις Κεραμεικαῖς πλη‐ γαῖς πλατείαις.</w:t>
      </w:r>
    </w:p>
    <w:p>
      <w:r>
        <w:rPr>
          <w:rFonts w:ascii="Courier New" w:hAnsi="Courier New"/>
          <w:color w:val="555555"/>
          <w:sz w:val="20"/>
        </w:rPr>
        <w:t>[sch ran 1098]</w:t>
      </w:r>
    </w:p>
    <w:p>
      <w:r>
        <w:rPr>
          <w:rFonts w:ascii="Gentium Plus" w:hAnsi="Gentium Plus"/>
          <w:sz w:val="24"/>
        </w:rPr>
        <w:t>ἀνεχώρει καὶ ἔφευγεν. R.</w:t>
      </w:r>
    </w:p>
    <w:p>
      <w:r>
        <w:rPr>
          <w:rFonts w:ascii="Courier New" w:hAnsi="Courier New"/>
          <w:color w:val="555555"/>
          <w:sz w:val="20"/>
        </w:rPr>
        <w:t>[sch ran 1099]</w:t>
      </w:r>
    </w:p>
    <w:p>
      <w:r>
        <w:rPr>
          <w:rFonts w:ascii="Gentium Plus" w:hAnsi="Gentium Plus"/>
          <w:sz w:val="24"/>
        </w:rPr>
        <w:t>⟦μέγα τὸ πρᾶγμα: Ἡ παροῦσα στροφὴ καὶ ἀντιστροφὴ κώλων ἐστὶν ἑκατέρα δέκα ἐπιμεμιγμένων τριβράχεσιν· ὧν τὰ αʹ, δʹ, ϛʹ, ιʹ τροχαϊκὰ τετράμετρα καταληκτικά· τὰ δὲ λοιπὰ δίμετρα ἀκατάληκτα. τὸ</w:t>
      </w:r>
    </w:p>
    <w:p>
      <w:r>
        <w:rPr>
          <w:rFonts w:ascii="Courier New" w:hAnsi="Courier New"/>
          <w:color w:val="555555"/>
          <w:sz w:val="20"/>
        </w:rPr>
        <w:t>[5]</w:t>
      </w:r>
    </w:p>
    <w:p>
      <w:r>
        <w:rPr>
          <w:rFonts w:ascii="Gentium Plus" w:hAnsi="Gentium Plus"/>
          <w:sz w:val="24"/>
        </w:rPr>
        <w:t>μέντοι ζ τῆς στροφῆς ἀναπαιστικὸν πενθημιμερὲς, καὶ τὸ ἑξῆς δίμετρον βραχυκατάληκτον. ἐπὶ τῷ τέλει τῆς μὲν στροφῆς παράγραφος· τῆς δὲ ἀντιστροφῆς κορωνίς.⟧</w:t>
      </w:r>
    </w:p>
    <w:p>
      <w:r>
        <w:rPr>
          <w:rFonts w:ascii="Courier New" w:hAnsi="Courier New"/>
          <w:color w:val="555555"/>
          <w:sz w:val="20"/>
        </w:rPr>
        <w:t>[sch ran 1100]</w:t>
      </w:r>
    </w:p>
    <w:p>
      <w:r>
        <w:rPr>
          <w:rFonts w:ascii="Gentium Plus" w:hAnsi="Gentium Plus"/>
          <w:sz w:val="24"/>
        </w:rPr>
        <w:t>διακρίνειν. R. V. Θ.</w:t>
      </w:r>
    </w:p>
    <w:p>
      <w:r>
        <w:rPr>
          <w:rFonts w:ascii="Courier New" w:hAnsi="Courier New"/>
          <w:color w:val="555555"/>
          <w:sz w:val="20"/>
        </w:rPr>
        <w:t>[sch ran 1011]</w:t>
      </w:r>
    </w:p>
    <w:p>
      <w:r>
        <w:rPr>
          <w:rFonts w:ascii="Gentium Plus" w:hAnsi="Gentium Plus"/>
          <w:sz w:val="24"/>
        </w:rPr>
        <w:t>φιλονεικήσῃ. R. V.</w:t>
      </w:r>
    </w:p>
    <w:p>
      <w:r>
        <w:rPr>
          <w:rFonts w:ascii="Courier New" w:hAnsi="Courier New"/>
          <w:color w:val="555555"/>
          <w:sz w:val="20"/>
        </w:rPr>
        <w:t>[sch ran 1102]</w:t>
      </w:r>
    </w:p>
    <w:p>
      <w:r>
        <w:rPr>
          <w:rFonts w:ascii="Gentium Plus" w:hAnsi="Gentium Plus"/>
          <w:sz w:val="24"/>
        </w:rPr>
        <w:t>ἀντιλέγειν. R. V. σαφῶς, ἀκριβῶς. R.</w:t>
      </w:r>
    </w:p>
    <w:p>
      <w:r>
        <w:rPr>
          <w:rFonts w:ascii="Courier New" w:hAnsi="Courier New"/>
          <w:color w:val="555555"/>
          <w:sz w:val="20"/>
        </w:rPr>
        <w:t>[sch ran 1103]</w:t>
      </w:r>
    </w:p>
    <w:p>
      <w:r>
        <w:rPr>
          <w:rFonts w:ascii="Gentium Plus" w:hAnsi="Gentium Plus"/>
          <w:sz w:val="24"/>
        </w:rPr>
        <w:t>μὴ ’ν ταὐτῷ κάθησθον: Ἀντὶ τοῦ μὴ ἐν τῷ αὐτῷ τόπῳ καὶ λόγῳ καὶ τρόπῳ τὰς ἀντιλογίας ποιεῖ‐ σθε.</w:t>
      </w:r>
    </w:p>
    <w:p>
      <w:r>
        <w:rPr>
          <w:rFonts w:ascii="Courier New" w:hAnsi="Courier New"/>
          <w:color w:val="555555"/>
          <w:sz w:val="20"/>
        </w:rPr>
        <w:t>[sch ran 1104]</w:t>
      </w:r>
    </w:p>
    <w:p>
      <w:r>
        <w:rPr>
          <w:rFonts w:ascii="Gentium Plus" w:hAnsi="Gentium Plus"/>
          <w:sz w:val="24"/>
        </w:rPr>
        <w:t>εἰσβολαὶ: Ἀφορμαὶ, ἀρχαὶ, φιλονεικίαι, εἴσ‐ οδοι.</w:t>
      </w:r>
    </w:p>
    <w:p>
      <w:r>
        <w:rPr>
          <w:rFonts w:ascii="Courier New" w:hAnsi="Courier New"/>
          <w:color w:val="555555"/>
          <w:sz w:val="20"/>
        </w:rPr>
        <w:t>[sch ran 1106]</w:t>
      </w:r>
    </w:p>
    <w:p>
      <w:r>
        <w:rPr>
          <w:rFonts w:ascii="Gentium Plus" w:hAnsi="Gentium Plus"/>
          <w:sz w:val="24"/>
        </w:rPr>
        <w:t>ἐπέρχεσθε, ἐπιπορεύεσθε. R. V. ἀναδέρετον: Ἀνακαλύπτετε. C. D. ἀνακαλύπτετε, καὶ εἰς τὸ μέσον προφέρετε. E. Cant. i.</w:t>
      </w:r>
    </w:p>
    <w:p>
      <w:r>
        <w:rPr>
          <w:rFonts w:ascii="Courier New" w:hAnsi="Courier New"/>
          <w:color w:val="555555"/>
          <w:sz w:val="20"/>
        </w:rPr>
        <w:t>[sch ran 1108]</w:t>
      </w:r>
    </w:p>
    <w:p>
      <w:r>
        <w:rPr>
          <w:rFonts w:ascii="Gentium Plus" w:hAnsi="Gentium Plus"/>
          <w:sz w:val="24"/>
        </w:rPr>
        <w:t>κἀποκινδυνεύετον: Κινδυνεύοντες λέγετε, του‐ τέστι τολμῶντες.</w:t>
      </w:r>
    </w:p>
    <w:p>
      <w:r>
        <w:rPr>
          <w:rFonts w:ascii="Courier New" w:hAnsi="Courier New"/>
          <w:color w:val="555555"/>
          <w:sz w:val="20"/>
        </w:rPr>
        <w:t>[sch ran 1112]</w:t>
      </w:r>
    </w:p>
    <w:p>
      <w:r>
        <w:rPr>
          <w:rFonts w:ascii="Gentium Plus" w:hAnsi="Gentium Plus"/>
          <w:sz w:val="24"/>
        </w:rPr>
        <w:t>[οὐκ ἔθ’ οὕτω: Ὡς τῶν Ἀθηναίων οὐχ ὁμοίως πρότερον γεγυμνασμένων ἐν τοῖς ποιητικοῖς σοφίσμα‐ σιν.]</w:t>
      </w:r>
    </w:p>
    <w:p>
      <w:r>
        <w:rPr>
          <w:rFonts w:ascii="Courier New" w:hAnsi="Courier New"/>
          <w:color w:val="555555"/>
          <w:sz w:val="20"/>
        </w:rPr>
        <w:t>[sch ran 1114]</w:t>
      </w:r>
    </w:p>
    <w:p>
      <w:r>
        <w:rPr>
          <w:rFonts w:ascii="Gentium Plus" w:hAnsi="Gentium Plus"/>
          <w:sz w:val="24"/>
        </w:rPr>
        <w:t>τὰ δεξιὰ: Δεξιοὺς νομίζουσι τοὺς ἐστρατευ‐ μένους καὶ ἐπαίνου ἀξίους· τοὺς δὲ διαδιδράσκοντας τὰς στρατείας φιλοδίκους εἶναι καὶ συκοφάντας. ἢ τὸ ἐναντίον, ἵνα ᾖ, πάντες οἱ ἀμαθεῖς ἔξω ἐστρατευμένοι</w:t>
      </w:r>
    </w:p>
    <w:p>
      <w:r>
        <w:rPr>
          <w:rFonts w:ascii="Courier New" w:hAnsi="Courier New"/>
          <w:color w:val="555555"/>
          <w:sz w:val="20"/>
        </w:rPr>
        <w:t>[5]</w:t>
      </w:r>
    </w:p>
    <w:p>
      <w:r>
        <w:rPr>
          <w:rFonts w:ascii="Gentium Plus" w:hAnsi="Gentium Plus"/>
          <w:sz w:val="24"/>
        </w:rPr>
        <w:t>εἰσίν. [ἐν εἰρωνείᾳ δεξιά.]</w:t>
      </w:r>
    </w:p>
    <w:p>
      <w:r>
        <w:rPr>
          <w:rFonts w:ascii="Courier New" w:hAnsi="Courier New"/>
          <w:color w:val="555555"/>
          <w:sz w:val="20"/>
        </w:rPr>
        <w:t>[sch ran 1116]</w:t>
      </w:r>
    </w:p>
    <w:p>
      <w:r>
        <w:rPr>
          <w:rFonts w:ascii="Gentium Plus" w:hAnsi="Gentium Plus"/>
          <w:sz w:val="24"/>
        </w:rPr>
        <w:t>παρηκόνηνται: Παρωξυμμένοι εἰσὶν οἱ θεαταὶ</w:t>
      </w:r>
    </w:p>
    <w:p>
      <w:r>
        <w:rPr>
          <w:rFonts w:ascii="Courier New" w:hAnsi="Courier New"/>
          <w:color w:val="555555"/>
          <w:sz w:val="20"/>
        </w:rPr>
        <w:t>[5]</w:t>
      </w:r>
    </w:p>
    <w:p>
      <w:r>
        <w:rPr>
          <w:rFonts w:ascii="Gentium Plus" w:hAnsi="Gentium Plus"/>
          <w:sz w:val="24"/>
        </w:rPr>
        <w:t>φάνης τοὺς θεατάς.⟧</w:t>
      </w:r>
    </w:p>
    <w:p>
      <w:r>
        <w:rPr>
          <w:rFonts w:ascii="Courier New" w:hAnsi="Courier New"/>
          <w:color w:val="555555"/>
          <w:sz w:val="20"/>
        </w:rPr>
        <w:t>[sch ran 1119]</w:t>
      </w:r>
    </w:p>
    <w:p>
      <w:r>
        <w:rPr>
          <w:rFonts w:ascii="Gentium Plus" w:hAnsi="Gentium Plus"/>
          <w:sz w:val="24"/>
        </w:rPr>
        <w:t>⟦καὶ μὴν ἐπ’ αὐτοὺς: Κορωνὶς ἑτέρα εἰσιόν‐ των τῶν ὑποκριτῶν. οἱ δὲ στίχοι ἰαμβικοὶ τρίμετροι ἀκατάληκτοι ρλβʹ. ὧν τελευταῖος μελοποιὸν ὄντα καὶ ποιοῦντα ταῦτ’ ἀεί.</w:t>
      </w:r>
    </w:p>
    <w:p>
      <w:r>
        <w:rPr>
          <w:rFonts w:ascii="Courier New" w:hAnsi="Courier New"/>
          <w:color w:val="555555"/>
          <w:sz w:val="20"/>
        </w:rPr>
        <w:t>[5]</w:t>
      </w:r>
    </w:p>
    <w:p>
      <w:r>
        <w:rPr>
          <w:rFonts w:ascii="Gentium Plus" w:hAnsi="Gentium Plus"/>
          <w:sz w:val="24"/>
        </w:rPr>
        <w:t>ἐπὶ τῷ τέλει κορωνίς.⟧ —εἰς τὰ προοίμια δηλονότι. ὁ γὰρ πρόλογος μέρος πρῶτον τῆς τραγῳδίας. R.</w:t>
      </w:r>
    </w:p>
    <w:p>
      <w:r>
        <w:rPr>
          <w:rFonts w:ascii="Courier New" w:hAnsi="Courier New"/>
          <w:color w:val="555555"/>
          <w:sz w:val="20"/>
        </w:rPr>
        <w:t>[sch ran 1121]</w:t>
      </w:r>
    </w:p>
    <w:p>
      <w:r>
        <w:rPr>
          <w:rFonts w:ascii="Gentium Plus" w:hAnsi="Gentium Plus"/>
          <w:sz w:val="24"/>
        </w:rPr>
        <w:t>τοῦ δεξιοῦ: (Ἀντὶ τοῦ ἐπιδεξίου.) ἐν εἰρωνείᾳ δὲ τοῦτό φησι.</w:t>
      </w:r>
    </w:p>
    <w:p>
      <w:r>
        <w:rPr>
          <w:rFonts w:ascii="Courier New" w:hAnsi="Courier New"/>
          <w:color w:val="555555"/>
          <w:sz w:val="20"/>
        </w:rPr>
        <w:t>[sch ran 1122]</w:t>
      </w:r>
    </w:p>
    <w:p>
      <w:r>
        <w:rPr>
          <w:rFonts w:ascii="Gentium Plus" w:hAnsi="Gentium Plus"/>
          <w:sz w:val="24"/>
        </w:rPr>
        <w:t>γράφεται καὶ ῥημάτων. R.</w:t>
      </w:r>
    </w:p>
    <w:p>
      <w:r>
        <w:rPr>
          <w:rFonts w:ascii="Courier New" w:hAnsi="Courier New"/>
          <w:color w:val="555555"/>
          <w:sz w:val="20"/>
        </w:rPr>
        <w:t>[sch ran 1124]</w:t>
      </w:r>
    </w:p>
    <w:p>
      <w:r>
        <w:rPr>
          <w:rFonts w:ascii="Gentium Plus" w:hAnsi="Gentium Plus"/>
          <w:sz w:val="24"/>
        </w:rPr>
        <w:t>(ἐξ Ὀρεστίας: Τετραλογίαν φέρουσι τὴν Ὀρέ‐ στειαν αἱ διδασκαλίαι, Ἀγαμέμνονα, Χοηφόρους, Εὐ‐ μενίδας, Πρωτέα σατυρικόν. Ἀρίσταρχος καὶ Ἀπολ‐ λώνιος τριλογίαν λέγουσι, χωρὶς τῶν σατυρικῶν.)</w:t>
      </w:r>
    </w:p>
    <w:p>
      <w:r>
        <w:rPr>
          <w:rFonts w:ascii="Courier New" w:hAnsi="Courier New"/>
          <w:color w:val="555555"/>
          <w:sz w:val="20"/>
        </w:rPr>
        <w:t>[sch ran 1126]</w:t>
      </w:r>
    </w:p>
    <w:p>
      <w:r>
        <w:rPr>
          <w:rFonts w:ascii="Gentium Plus" w:hAnsi="Gentium Plus"/>
          <w:sz w:val="24"/>
        </w:rPr>
        <w:t>πατρῷ’ ἐποπτεύων: Τὸ πατρῷα κεκίνηκε τὴν ἀμφιβολίαν. ἤτοι γὰρ τοῦ ἐμοῦ πατρὸς Ὀρέστης φησὶν, ἢ τὰ καθ’ ᾍδου λέγει πατρῷα κράτη τοῦ Ἑρμοῦ, καθ’ ὃ καὶ χθόνιος ὁ Ἑρμῆς, ⟦ὁ ἐκ πατρὸς ἔχων τὰς ἐν τῷ</w:t>
      </w:r>
    </w:p>
    <w:p>
      <w:r>
        <w:rPr>
          <w:rFonts w:ascii="Courier New" w:hAnsi="Courier New"/>
          <w:color w:val="555555"/>
          <w:sz w:val="20"/>
        </w:rPr>
        <w:t>[5]</w:t>
      </w:r>
    </w:p>
    <w:p>
      <w:r>
        <w:rPr>
          <w:rFonts w:ascii="Gentium Plus" w:hAnsi="Gentium Plus"/>
          <w:sz w:val="24"/>
        </w:rPr>
        <w:t>κόσμῳ βασιλείας ἐπιτηρεῖν. δέον δὲ εἰπεῖν πατρόθεν, πατρῷα εἶπε πρὸς τὸ κράτη. δῆλον δὲ ἐκ τοῦ, «πα‐ τρῷον τοῦτο κέκτηται γέρας.»⟧</w:t>
      </w:r>
    </w:p>
    <w:p>
      <w:r>
        <w:rPr>
          <w:rFonts w:ascii="Courier New" w:hAnsi="Courier New"/>
          <w:color w:val="555555"/>
          <w:sz w:val="20"/>
        </w:rPr>
        <w:t>[sch ran 1127]</w:t>
      </w:r>
    </w:p>
    <w:p>
      <w:r>
        <w:rPr>
          <w:rFonts w:ascii="Gentium Plus" w:hAnsi="Gentium Plus"/>
          <w:sz w:val="24"/>
        </w:rPr>
        <w:t>⟦σωτὴρ γενοῦ μοι: Ἐπὶ τοῦ παρόντος ἀγῶνος, ὃν ἀγωνίζομαι, θέλων τιμωρῆσαι τῷ πατρί.⟧</w:t>
      </w:r>
    </w:p>
    <w:p>
      <w:r>
        <w:rPr>
          <w:rFonts w:ascii="Courier New" w:hAnsi="Courier New"/>
          <w:color w:val="555555"/>
          <w:sz w:val="20"/>
        </w:rPr>
        <w:t>[sch ran 1130]</w:t>
      </w:r>
    </w:p>
    <w:p>
      <w:r>
        <w:rPr>
          <w:rFonts w:ascii="Gentium Plus" w:hAnsi="Gentium Plus"/>
          <w:sz w:val="24"/>
        </w:rPr>
        <w:t>(ἀλλ’ ἢ τρία: Ἔξωθεν προσληπτέον τὸ ἔπη, ἢ ἰαμβεῖα.)</w:t>
      </w:r>
    </w:p>
    <w:p>
      <w:r>
        <w:rPr>
          <w:rFonts w:ascii="Courier New" w:hAnsi="Courier New"/>
          <w:color w:val="555555"/>
          <w:sz w:val="20"/>
        </w:rPr>
        <w:t>[sch ran 1133]</w:t>
      </w:r>
    </w:p>
    <w:p>
      <w:r>
        <w:rPr>
          <w:rFonts w:ascii="Gentium Plus" w:hAnsi="Gentium Plus"/>
          <w:sz w:val="24"/>
        </w:rPr>
        <w:t>⟦προσοφείλων: Χρεωστῶν αὐτῷ καὶ ἑτέραν μέμψιν πρὸς τῇ προτέρᾳ, ἢ τιμωρηθῆναι.⟧</w:t>
      </w:r>
    </w:p>
    <w:p>
      <w:r>
        <w:rPr>
          <w:rFonts w:ascii="Courier New" w:hAnsi="Courier New"/>
          <w:color w:val="555555"/>
          <w:sz w:val="20"/>
        </w:rPr>
        <w:t>[sch ran 1136]</w:t>
      </w:r>
    </w:p>
    <w:p>
      <w:r>
        <w:rPr>
          <w:rFonts w:ascii="Gentium Plus" w:hAnsi="Gentium Plus"/>
          <w:sz w:val="24"/>
        </w:rPr>
        <w:t>ὁρᾷς ὅτι ληρεῖς: Ὁ Αἰσχύλος φησὶ πρὸς τὸν Διόνυσον, ὡς ἀπατώμενον ὑπὸ Εὐριπίδου. διὸ ἐπιφέρει Διόνυσος, «ἀλλ’ ὀλίγον γέ μοι μέλει.» ἀλλ’ ὀλίγον γέ μοι: Οὐ μέλει μοι ὑβριζομένῳ, ἀλλὰ</w:t>
      </w:r>
    </w:p>
    <w:p>
      <w:r>
        <w:rPr>
          <w:rFonts w:ascii="Courier New" w:hAnsi="Courier New"/>
          <w:color w:val="555555"/>
          <w:sz w:val="20"/>
        </w:rPr>
        <w:t>[5]</w:t>
      </w:r>
    </w:p>
    <w:p>
      <w:r>
        <w:rPr>
          <w:rFonts w:ascii="Gentium Plus" w:hAnsi="Gentium Plus"/>
          <w:sz w:val="24"/>
        </w:rPr>
        <w:t>καταφρονῶ σου. οὐ φροντίζω, φησὶ, κἂν λέγῃς ὅτι ἥμαρτεν.</w:t>
      </w:r>
    </w:p>
    <w:p>
      <w:r>
        <w:rPr>
          <w:rFonts w:ascii="Courier New" w:hAnsi="Courier New"/>
          <w:color w:val="555555"/>
          <w:sz w:val="20"/>
        </w:rPr>
        <w:t>[sch ran 1144]</w:t>
      </w:r>
    </w:p>
    <w:p>
      <w:r>
        <w:rPr>
          <w:rFonts w:ascii="Gentium Plus" w:hAnsi="Gentium Plus"/>
          <w:sz w:val="24"/>
        </w:rPr>
        <w:t>⟦οὐ δῆτ’ ἐκεῖνον: Τὸν δόλιον δηλονότι, ἀλλὰ τὸν Ἐριούνιον.⟧ πρὸς τὴν ἐκδοχὴν τοῦ Ἐριουνίου, ὅτι οὐκ ὀρθῶς. (Ἀρίσταρχος δέ φησι τῶν ἐξηγήσεων τοῦ στίχου τὴν</w:t>
      </w:r>
    </w:p>
    <w:p>
      <w:r>
        <w:rPr>
          <w:rFonts w:ascii="Courier New" w:hAnsi="Courier New"/>
          <w:color w:val="555555"/>
          <w:sz w:val="20"/>
        </w:rPr>
        <w:t>[5]</w:t>
      </w:r>
    </w:p>
    <w:p>
      <w:r>
        <w:rPr>
          <w:rFonts w:ascii="Gentium Plus" w:hAnsi="Gentium Plus"/>
          <w:sz w:val="24"/>
        </w:rPr>
        <w:t>προτέραν κατὰ τὸν ποιητὴν εἶναι, ἣν ὁ Εὐριπίδης ἔφη. τὰ τοῦ ἐμοῦ πατρὸς κράτη ἐποπτεύων, ὃς κρατηθεὶς ὑπὸ τῶν περὶ Αἴγισθον ἀπώλετο.)</w:t>
      </w:r>
    </w:p>
    <w:p>
      <w:r>
        <w:rPr>
          <w:rFonts w:ascii="Courier New" w:hAnsi="Courier New"/>
          <w:color w:val="555555"/>
          <w:sz w:val="20"/>
        </w:rPr>
        <w:t>[sch ran 1146]</w:t>
      </w:r>
    </w:p>
    <w:p>
      <w:r>
        <w:rPr>
          <w:rFonts w:ascii="Gentium Plus" w:hAnsi="Gentium Plus"/>
          <w:sz w:val="24"/>
        </w:rPr>
        <w:t>τοῦτο κέκτηται: Τὸ εἶναι χθόνιον, ὡς νῦν ὁ πατήρ. ⟦ἢ⟧ τὸ ἐποπτεύειν τὰ ὑποχθόνια.</w:t>
      </w:r>
    </w:p>
    <w:p>
      <w:r>
        <w:rPr>
          <w:rFonts w:ascii="Courier New" w:hAnsi="Courier New"/>
          <w:color w:val="555555"/>
          <w:sz w:val="20"/>
        </w:rPr>
        <w:t>[sch ran 1149]</w:t>
      </w:r>
    </w:p>
    <w:p>
      <w:r>
        <w:rPr>
          <w:rFonts w:ascii="Gentium Plus" w:hAnsi="Gentium Plus"/>
          <w:sz w:val="24"/>
        </w:rPr>
        <w:t>οὕτω γ’ ἂν εἴη πρὸς πατρὸς τυμβωρύχος: Οἷον τυμβωρύχου πατρός. ⟦ἐπειδὴ ὁ χθόνιος λέγεται μὲν καὶ ὁ γήϊνος· λέγεται δὲ καὶ ὁ ὑπὸ γῆν· τὰ δ’ ὑπὸ γῆν οἱ κλέπται ζητοῦσι.⟧ τοῦτο ὁ Διόνυσος λέγει, ὑποτεμνό‐</w:t>
      </w:r>
    </w:p>
    <w:p>
      <w:r>
        <w:rPr>
          <w:rFonts w:ascii="Courier New" w:hAnsi="Courier New"/>
          <w:color w:val="555555"/>
          <w:sz w:val="20"/>
        </w:rPr>
        <w:t>[5]</w:t>
      </w:r>
    </w:p>
    <w:p>
      <w:r>
        <w:rPr>
          <w:rFonts w:ascii="Gentium Plus" w:hAnsi="Gentium Plus"/>
          <w:sz w:val="24"/>
        </w:rPr>
        <w:t>μενος τὸν Εὐριπίδου λόγον, διὰ τὸ ὑπερσπεύδειν, ὡς καὶ Ἀρίσταρχός φησιν. οὕτω γὰρ εἰκότως Αἰσχύλος ἐπήγαγε Διόνυσε πίνεις οἶνον οὐκ ἀνθοσμίαν.</w:t>
      </w:r>
    </w:p>
    <w:p>
      <w:r>
        <w:rPr>
          <w:rFonts w:ascii="Courier New" w:hAnsi="Courier New"/>
          <w:color w:val="555555"/>
          <w:sz w:val="20"/>
        </w:rPr>
        <w:t>[sch ran 1150]</w:t>
      </w:r>
    </w:p>
    <w:p>
      <w:r>
        <w:rPr>
          <w:rFonts w:ascii="Gentium Plus" w:hAnsi="Gentium Plus"/>
          <w:sz w:val="24"/>
        </w:rPr>
        <w:t>Διόνυσε πίνεις οἶνον: (Οἷον κραιπαλᾷς [ἱκανῶς]</w:t>
      </w:r>
    </w:p>
    <w:p>
      <w:r>
        <w:rPr>
          <w:rFonts w:ascii="Courier New" w:hAnsi="Courier New"/>
          <w:color w:val="555555"/>
          <w:sz w:val="20"/>
        </w:rPr>
        <w:t>[5]</w:t>
      </w:r>
    </w:p>
    <w:p>
      <w:r>
        <w:rPr>
          <w:rFonts w:ascii="Gentium Plus" w:hAnsi="Gentium Plus"/>
          <w:sz w:val="24"/>
        </w:rPr>
        <w:t>τοῦ ἄνθους καὶ τῆς ὀσμῆς. καὶ γέγονε παράγωγον ἀνθό‐ σμιος καὶ ἀνθοσμίας.) ⟦ἢ οὕτως· ἃ οὐκ ἀποδέχῃ ἀκούεις· φληνάφους φημὶ καὶ λόγους ἀπρεπεῖς.⟧</w:t>
      </w:r>
    </w:p>
    <w:p>
      <w:r>
        <w:rPr>
          <w:rFonts w:ascii="Courier New" w:hAnsi="Courier New"/>
          <w:color w:val="555555"/>
          <w:sz w:val="20"/>
        </w:rPr>
        <w:t>[sch ran 1151]</w:t>
      </w:r>
    </w:p>
    <w:p>
      <w:r>
        <w:rPr>
          <w:rFonts w:ascii="Gentium Plus" w:hAnsi="Gentium Plus"/>
          <w:sz w:val="24"/>
        </w:rPr>
        <w:t>σὺ δ’ ἐπιτήρει τὸ βλάβος: (ᾯ βλάψεις αὐτὸν ἐν τῇ κατηγορίᾳ, ἢ) τὸ ἁμάρτημα.</w:t>
      </w:r>
    </w:p>
    <w:p>
      <w:r>
        <w:rPr>
          <w:rFonts w:ascii="Courier New" w:hAnsi="Courier New"/>
          <w:color w:val="555555"/>
          <w:sz w:val="20"/>
        </w:rPr>
        <w:t>[sch ran 1154]</w:t>
      </w:r>
    </w:p>
    <w:p>
      <w:r>
        <w:rPr>
          <w:rFonts w:ascii="Gentium Plus" w:hAnsi="Gentium Plus"/>
          <w:sz w:val="24"/>
        </w:rPr>
        <w:t>τὸ ἥκω, φησὶ, ταυτόν ἐστι τῷ κατέρχομαι. R. V.</w:t>
      </w:r>
    </w:p>
    <w:p>
      <w:r>
        <w:rPr>
          <w:rFonts w:ascii="Courier New" w:hAnsi="Courier New"/>
          <w:color w:val="555555"/>
          <w:sz w:val="20"/>
        </w:rPr>
        <w:t>[sch ran 1159]</w:t>
      </w:r>
    </w:p>
    <w:p>
      <w:r>
        <w:rPr>
          <w:rFonts w:ascii="Gentium Plus" w:hAnsi="Gentium Plus"/>
          <w:sz w:val="24"/>
        </w:rPr>
        <w:t>μάκτραν, εἰ δὲ βούλει, κάρδοπον: (Εἴρηται ἐν τοῖς πρόσθεν ὅτι τοῦτο ἀρχαιότερόν ἐστι τὸ τὰς με‐ ταλήψεις τῶν λέξεων τῶν ἰσοδυναμουσῶν ἐπιτηδεύειν. Πλάτων Ποιητῇ «ὁρᾶτε τὸ διῆρες ὑπερῷον.») ⟦ὡς τὸ</w:t>
      </w:r>
    </w:p>
    <w:p>
      <w:r>
        <w:rPr>
          <w:rFonts w:ascii="Courier New" w:hAnsi="Courier New"/>
          <w:color w:val="555555"/>
          <w:sz w:val="20"/>
        </w:rPr>
        <w:t>[5]</w:t>
      </w:r>
    </w:p>
    <w:p>
      <w:r>
        <w:rPr>
          <w:rFonts w:ascii="Gentium Plus" w:hAnsi="Gentium Plus"/>
          <w:sz w:val="24"/>
        </w:rPr>
        <w:t>παρ’ Ὁμήρῳ [Il. Λ, 163] Ἕκτορα δ’ ἐκ βελέων ὕπαγε Ζεὺς, ἔκ τε κονίης, ἔκ τ’ ἀνδροκτασίης ἔκ θ’ αἵματος ἔκ τε κυδοιμοῦ. καὶ τὸ [Il. Η, 279] μηκέτι παῖδε φίλω πολεμίζετε, μηδὲ μάχεσθον,</w:t>
      </w:r>
    </w:p>
    <w:p>
      <w:r>
        <w:rPr>
          <w:rFonts w:ascii="Courier New" w:hAnsi="Courier New"/>
          <w:color w:val="555555"/>
          <w:sz w:val="20"/>
        </w:rPr>
        <w:t>[10]</w:t>
      </w:r>
    </w:p>
    <w:p>
      <w:r>
        <w:rPr>
          <w:rFonts w:ascii="Gentium Plus" w:hAnsi="Gentium Plus"/>
          <w:sz w:val="24"/>
        </w:rPr>
        <w:t>πρὸς Ἕκτορα καὶ Αἴαντα μονομαχοῦντας ἀπὸ τοῦ Ἰδαίου κήρυκος εἰρημένον. καὶ τὸ [Od. Υ, 241] μνηστῆρες δ’ ἄρα Τηλεμάχῳ θάνατόν τε μόρον τε ἤρτυον. καὶ τὸ [Il. Β, 8] «βάσκ’ ἴθι οὖλε Ὄνειρε·» καὶ «βά‐</w:t>
      </w:r>
    </w:p>
    <w:p>
      <w:r>
        <w:rPr>
          <w:rFonts w:ascii="Courier New" w:hAnsi="Courier New"/>
          <w:color w:val="555555"/>
          <w:sz w:val="20"/>
        </w:rPr>
        <w:t>[15]</w:t>
      </w:r>
    </w:p>
    <w:p>
      <w:r>
        <w:rPr>
          <w:rFonts w:ascii="Gentium Plus" w:hAnsi="Gentium Plus"/>
          <w:sz w:val="24"/>
        </w:rPr>
        <w:t>σκ’ ἴθι Ἶρι ταχεῖα.»⟧</w:t>
      </w:r>
    </w:p>
    <w:p>
      <w:r>
        <w:rPr>
          <w:rFonts w:ascii="Courier New" w:hAnsi="Courier New"/>
          <w:color w:val="555555"/>
          <w:sz w:val="20"/>
        </w:rPr>
        <w:t>[sch ran 1161]</w:t>
      </w:r>
    </w:p>
    <w:p>
      <w:r>
        <w:rPr>
          <w:rFonts w:ascii="Gentium Plus" w:hAnsi="Gentium Plus"/>
          <w:sz w:val="24"/>
        </w:rPr>
        <w:t>ταῦτ’: Οὕτως.</w:t>
      </w:r>
    </w:p>
    <w:p>
      <w:r>
        <w:rPr>
          <w:rFonts w:ascii="Courier New" w:hAnsi="Courier New"/>
          <w:color w:val="555555"/>
          <w:sz w:val="20"/>
        </w:rPr>
        <w:t>[sch ran 1162]</w:t>
      </w:r>
    </w:p>
    <w:p>
      <w:r>
        <w:rPr>
          <w:rFonts w:ascii="Gentium Plus" w:hAnsi="Gentium Plus"/>
          <w:sz w:val="24"/>
        </w:rPr>
        <w:t>κατὰ τί λέγεις διαφορὰν ἔχειν. R. V.</w:t>
      </w:r>
    </w:p>
    <w:p>
      <w:r>
        <w:rPr>
          <w:rFonts w:ascii="Courier New" w:hAnsi="Courier New"/>
          <w:color w:val="555555"/>
          <w:sz w:val="20"/>
        </w:rPr>
        <w:t>[sch ran 1163]</w:t>
      </w:r>
    </w:p>
    <w:p>
      <w:r>
        <w:rPr>
          <w:rFonts w:ascii="Gentium Plus" w:hAnsi="Gentium Plus"/>
          <w:sz w:val="24"/>
        </w:rPr>
        <w:t>(ἐλθεῖν μὲν εἰς γῆν: Ἐλθεῖν μὲν εἰς τὴν πό‐ λιν, ὅταν μετῇ τινι τῆς πατρίδος, ὅταν δὲ φυγὰς ἔλθῃ, τότε καὶ κατέρχεται. ἰδίως δὲ ἐπὶ τῶν φυγάδων χρῶνται τῷ κατέρχεται.) —ᾧ ἐξουσία ἐστὶ τῆς πατρίδος. R. V.</w:t>
      </w:r>
    </w:p>
    <w:p>
      <w:r>
        <w:rPr>
          <w:rFonts w:ascii="Courier New" w:hAnsi="Courier New"/>
          <w:color w:val="555555"/>
          <w:sz w:val="20"/>
        </w:rPr>
        <w:t>[sch ran 1168]</w:t>
      </w:r>
    </w:p>
    <w:p>
      <w:r>
        <w:rPr>
          <w:rFonts w:ascii="Gentium Plus" w:hAnsi="Gentium Plus"/>
          <w:sz w:val="24"/>
        </w:rPr>
        <w:t>οὐ πιθὼν: Διὰ τοῦ ι γραπτέον καὶ ὀξυτονητέον τὸ πιθών, ἵνα ᾖ δευτέρου ἀορίστου καὶ μέλλοντος. ⟦τοῦτο δὲ ὅτι οἱ τὰς διώξεις ποιοῦντες οἱ αὐτοὶ τοὺς ὑπομείναν‐ τας ἐπανάγουσι.⟧</w:t>
      </w:r>
    </w:p>
    <w:p>
      <w:r>
        <w:rPr>
          <w:rFonts w:ascii="Courier New" w:hAnsi="Courier New"/>
          <w:color w:val="555555"/>
          <w:sz w:val="20"/>
        </w:rPr>
        <w:t>[sch ran 1171]</w:t>
      </w:r>
    </w:p>
    <w:p>
      <w:r>
        <w:rPr>
          <w:rFonts w:ascii="Gentium Plus" w:hAnsi="Gentium Plus"/>
          <w:sz w:val="24"/>
        </w:rPr>
        <w:t>σὺ δ’ ἐς τὸ κακὸν: Ἀντὶ τοῦ παρατήρει τὸ κακῶς λεγόμενον. (τὸ δὲ, τύμβου δ’ ἐπ’ ὄχθῳ, τὰ ἑξῆς τοῦ προλόγου.)</w:t>
      </w:r>
    </w:p>
    <w:p>
      <w:r>
        <w:rPr>
          <w:rFonts w:ascii="Courier New" w:hAnsi="Courier New"/>
          <w:color w:val="555555"/>
          <w:sz w:val="20"/>
        </w:rPr>
        <w:t>[sch ran 1176]</w:t>
      </w:r>
    </w:p>
    <w:p>
      <w:r>
        <w:rPr>
          <w:rFonts w:ascii="Gentium Plus" w:hAnsi="Gentium Plus"/>
          <w:sz w:val="24"/>
        </w:rPr>
        <w:t>ἐξικνούμεθα: Ἀντὶ τοῦ ἀκουόμεθα, ⟦εἰσακου‐ σθῆναι δυνάμεθα⟧. —παραγινόμεθα. V.</w:t>
      </w:r>
    </w:p>
    <w:p>
      <w:r>
        <w:rPr>
          <w:rFonts w:ascii="Courier New" w:hAnsi="Courier New"/>
          <w:color w:val="555555"/>
          <w:sz w:val="20"/>
        </w:rPr>
        <w:t>[sch ran 1178]</w:t>
      </w:r>
    </w:p>
    <w:p>
      <w:r>
        <w:rPr>
          <w:rFonts w:ascii="Gentium Plus" w:hAnsi="Gentium Plus"/>
          <w:sz w:val="24"/>
        </w:rPr>
        <w:t>κἄν που δὶς εἴπω ταυτὸν: Κἄν τι ἐλάχιστον ῥῆμα ἢ περισσὸν εὕρῃς καὶ παρέλκον ἐν τῷ λόγῳ. ἀπὸ τῆς στοιβῆς τῶν φορτίων. στοιβὴν: Σωρείαν λέξεων ἐνοῦσαν ἔξω τοῦ πρέπον‐</w:t>
      </w:r>
    </w:p>
    <w:p>
      <w:r>
        <w:rPr>
          <w:rFonts w:ascii="Courier New" w:hAnsi="Courier New"/>
          <w:color w:val="555555"/>
          <w:sz w:val="20"/>
        </w:rPr>
        <w:t>[5]</w:t>
      </w:r>
    </w:p>
    <w:p>
      <w:r>
        <w:rPr>
          <w:rFonts w:ascii="Gentium Plus" w:hAnsi="Gentium Plus"/>
          <w:sz w:val="24"/>
        </w:rPr>
        <w:t>τος, παρὰ τὸ πρέπον. Br.</w:t>
      </w:r>
    </w:p>
    <w:p>
      <w:r>
        <w:rPr>
          <w:rFonts w:ascii="Courier New" w:hAnsi="Courier New"/>
          <w:color w:val="555555"/>
          <w:sz w:val="20"/>
        </w:rPr>
        <w:t>[sch ran 1180]</w:t>
      </w:r>
    </w:p>
    <w:p>
      <w:r>
        <w:rPr>
          <w:rFonts w:ascii="Gentium Plus" w:hAnsi="Gentium Plus"/>
          <w:sz w:val="24"/>
        </w:rPr>
        <w:t>οὐ γὰρ μοὐστίν: Γνῶναι πρὸ τοῦ ἀκοῦσαι. Br. ἀντὶ τοῦ πάνυ γάρ. R.</w:t>
      </w:r>
    </w:p>
    <w:p>
      <w:r>
        <w:rPr>
          <w:rFonts w:ascii="Courier New" w:hAnsi="Courier New"/>
          <w:color w:val="555555"/>
          <w:sz w:val="20"/>
        </w:rPr>
        <w:t>[sch ran 1182]</w:t>
      </w:r>
    </w:p>
    <w:p>
      <w:r>
        <w:rPr>
          <w:rFonts w:ascii="Gentium Plus" w:hAnsi="Gentium Plus"/>
          <w:sz w:val="24"/>
        </w:rPr>
        <w:t>ἦν Οἰδίπους: Ἐξ Ἀντιγόνης Εὐριπίδου. [ἔστι δὲ ἀρχὴ τοῦ δράματος.]</w:t>
      </w:r>
    </w:p>
    <w:p>
      <w:r>
        <w:rPr>
          <w:rFonts w:ascii="Courier New" w:hAnsi="Courier New"/>
          <w:color w:val="555555"/>
          <w:sz w:val="20"/>
        </w:rPr>
        <w:t>[sch ran 1185]</w:t>
      </w:r>
    </w:p>
    <w:p>
      <w:r>
        <w:rPr>
          <w:rFonts w:ascii="Gentium Plus" w:hAnsi="Gentium Plus"/>
          <w:sz w:val="24"/>
        </w:rPr>
        <w:t>ἀποκτενεῖν τὸν πατέρα: [Παρὰ τὰ Εὐριπίδου] ἐν Φοινίσσαις [18] εἰρημένα περὶ Οἰδίποδος καὶ Λαΐου.</w:t>
      </w:r>
    </w:p>
    <w:p>
      <w:r>
        <w:rPr>
          <w:rFonts w:ascii="Courier New" w:hAnsi="Courier New"/>
          <w:color w:val="555555"/>
          <w:sz w:val="20"/>
        </w:rPr>
        <w:t>[5]</w:t>
      </w:r>
    </w:p>
    <w:p>
      <w:r>
        <w:rPr>
          <w:rFonts w:ascii="Gentium Plus" w:hAnsi="Gentium Plus"/>
          <w:sz w:val="24"/>
        </w:rPr>
        <w:t>παραλλήλου ἐστίν· ἢ σύναπτε τὸ φῦναι πρὸς τὸ ἔφη· τὸ δὲ γεγονέναι πρὸς τὸ ἀποκτενεῖν. εἰ δέ τις εἴποι ὡς μετὰ τὸ γεννηθῆναι καὶ εἰς ἀνδρὸς ἡλικίαν ἐλθεῖν τοῦτον ἀπέ‐ κτεινεν, ἐροῦμεν ὅτι ἐξ οὗ ἐσπάρη μετὰ τῶν ἀνῃρημένων ἦν ὁ Λάϊος. τὸ δὲ ἐπαύσατο οὐκ ἐπὶ τοῦ ἀεὶ δυστυχοῦν‐</w:t>
      </w:r>
    </w:p>
    <w:p>
      <w:r>
        <w:rPr>
          <w:rFonts w:ascii="Courier New" w:hAnsi="Courier New"/>
          <w:color w:val="555555"/>
          <w:sz w:val="20"/>
        </w:rPr>
        <w:t>[10]</w:t>
      </w:r>
    </w:p>
    <w:p>
      <w:r>
        <w:rPr>
          <w:rFonts w:ascii="Gentium Plus" w:hAnsi="Gentium Plus"/>
          <w:sz w:val="24"/>
        </w:rPr>
        <w:t>τος, ἀλλ’ ἐπὶ τοῦ πρόσθεν μὲν εὐδαιμονοῦντος, ὕστερον δὲ προσκεκρουκότος τῇ τύχῃ.⟧</w:t>
      </w:r>
    </w:p>
    <w:p>
      <w:r>
        <w:rPr>
          <w:rFonts w:ascii="Courier New" w:hAnsi="Courier New"/>
          <w:color w:val="555555"/>
          <w:sz w:val="20"/>
        </w:rPr>
        <w:t>[sch ran 1190]</w:t>
      </w:r>
    </w:p>
    <w:p>
      <w:r>
        <w:rPr>
          <w:rFonts w:ascii="Gentium Plus" w:hAnsi="Gentium Plus"/>
          <w:sz w:val="24"/>
        </w:rPr>
        <w:t>χειμῶνος ὄντος: Τοῦτο ἔχει διασκευὴν παρ’ αὐτῷ, τὸ χειμῶνος ὄντος. τὸ δὲ ἐν ὀστράκῳ, ἐπεὶ ἐν χύ‐ τραις ἐξετίθεσαν τὰ παιδία. διὸ καὶ χυτρίζειν ἔλεγον. ⟦ἤρρησε δὲ ἀπὸ τοῦ ἐρρεῖν τοῦ σημαίνοντος τὸ μετὰ φθο‐</w:t>
      </w:r>
    </w:p>
    <w:p>
      <w:r>
        <w:rPr>
          <w:rFonts w:ascii="Courier New" w:hAnsi="Courier New"/>
          <w:color w:val="555555"/>
          <w:sz w:val="20"/>
        </w:rPr>
        <w:t>[5]</w:t>
      </w:r>
    </w:p>
    <w:p>
      <w:r>
        <w:rPr>
          <w:rFonts w:ascii="Gentium Plus" w:hAnsi="Gentium Plus"/>
          <w:sz w:val="24"/>
        </w:rPr>
        <w:t>ρᾶς ἐλθεῖν.⟧ —ἤρρησεν: Μετὰ φθορᾶς ἦλθεν. Br.</w:t>
      </w:r>
    </w:p>
    <w:p>
      <w:r>
        <w:rPr>
          <w:rFonts w:ascii="Courier New" w:hAnsi="Courier New"/>
          <w:color w:val="555555"/>
          <w:sz w:val="20"/>
        </w:rPr>
        <w:t>[sch ran 1196]</w:t>
      </w:r>
    </w:p>
    <w:p>
      <w:r>
        <w:rPr>
          <w:rFonts w:ascii="Gentium Plus" w:hAnsi="Gentium Plus"/>
          <w:sz w:val="24"/>
        </w:rPr>
        <w:t>μετ’ Ἐρασινίδου: (Εἷς) τῶν περὶ Ἀργέννου‐ σαν στρατηγησάντων δυστυχῶς. ἀπέθανε δὲ δημοσίᾳ, οὗτός τε καὶ οἱ ὑπομείναντες, Θράσυλλος, Περικλῆς, Λυσίας, Ἀριστοκράτης, Διομέδων, ὥς φησι Φιλόχορος.</w:t>
      </w:r>
    </w:p>
    <w:p>
      <w:r>
        <w:rPr>
          <w:rFonts w:ascii="Courier New" w:hAnsi="Courier New"/>
          <w:color w:val="555555"/>
          <w:sz w:val="20"/>
        </w:rPr>
        <w:t>[5]</w:t>
      </w:r>
    </w:p>
    <w:p>
      <w:r>
        <w:rPr>
          <w:rFonts w:ascii="Gentium Plus" w:hAnsi="Gentium Plus"/>
          <w:sz w:val="24"/>
        </w:rPr>
        <w:t>(Δημήτριος δέ φησι, περιττότερόν τι γενέσθαι τῷ Ἐρα‐ σινίδῃ, τὸ καὶ κλοπῆς κατηγορηθῆναι τῶν περὶ Ἑλ‐ λήσποντον χρημάτων.)</w:t>
      </w:r>
    </w:p>
    <w:p>
      <w:r>
        <w:rPr>
          <w:rFonts w:ascii="Courier New" w:hAnsi="Courier New"/>
          <w:color w:val="555555"/>
          <w:sz w:val="20"/>
        </w:rPr>
        <w:t>[sch ran 1198]</w:t>
      </w:r>
    </w:p>
    <w:p>
      <w:r>
        <w:rPr>
          <w:rFonts w:ascii="Gentium Plus" w:hAnsi="Gentium Plus"/>
          <w:sz w:val="24"/>
        </w:rPr>
        <w:t>ξέσω, δοκιμάσω. R.</w:t>
      </w:r>
    </w:p>
    <w:p>
      <w:r>
        <w:rPr>
          <w:rFonts w:ascii="Courier New" w:hAnsi="Courier New"/>
          <w:color w:val="555555"/>
          <w:sz w:val="20"/>
        </w:rPr>
        <w:t>[sch ran 1202]</w:t>
      </w:r>
    </w:p>
    <w:p>
      <w:r>
        <w:rPr>
          <w:rFonts w:ascii="Gentium Plus" w:hAnsi="Gentium Plus"/>
          <w:sz w:val="24"/>
        </w:rPr>
        <w:t>ποεῖς γὰρ οὕτως: Οὕτω γὰρ τοὺς λόγους ποιεῖς ὡς πάντα προσδέχεσθαι. (ὅτι μικροπρεπὲς τὸ κωδά‐ ριον. οὐχ οὕτω δὲ θύλακον· ἀλλ’ ἐάν τις ποιήσῃ θυλάκιον, ἐγχωρεῖ).</w:t>
      </w:r>
    </w:p>
    <w:p>
      <w:r>
        <w:rPr>
          <w:rFonts w:ascii="Courier New" w:hAnsi="Courier New"/>
          <w:color w:val="555555"/>
          <w:sz w:val="20"/>
        </w:rPr>
        <w:t>[sch ran 1206]</w:t>
      </w:r>
    </w:p>
    <w:p>
      <w:r>
        <w:rPr>
          <w:rFonts w:ascii="Gentium Plus" w:hAnsi="Gentium Plus"/>
          <w:sz w:val="24"/>
        </w:rPr>
        <w:t>(Αἴγυπτος, ὡς ὁ πλεῖστος ἔσπαρται λόγος: Ἀρχελάου αὕτη ἐστὶν ἡ ἀρχὴ, ὥς τινες ψευδῶς. οὐ γὰρ φέρεται νῦν Εὐριπίδου λόγος οὐδεὶς τοιοῦτος. οὐ γάρ ἐστι, φησὶν Ἀρίσταρχος, τοῦ Ἀρχελάου, εἰ μὴ αὐτὸς</w:t>
      </w:r>
    </w:p>
    <w:p>
      <w:r>
        <w:rPr>
          <w:rFonts w:ascii="Courier New" w:hAnsi="Courier New"/>
          <w:color w:val="555555"/>
          <w:sz w:val="20"/>
        </w:rPr>
        <w:t>[5]</w:t>
      </w:r>
    </w:p>
    <w:p>
      <w:r>
        <w:rPr>
          <w:rFonts w:ascii="Gentium Plus" w:hAnsi="Gentium Plus"/>
          <w:sz w:val="24"/>
        </w:rPr>
        <w:t>μετέθηκεν ὕστερον, ὁ δὲ Ἀριστοφάνης τὸ ἐξ ἀρχῆς κεί‐ μενον εἶπε.)</w:t>
      </w:r>
    </w:p>
    <w:p>
      <w:r>
        <w:rPr>
          <w:rFonts w:ascii="Courier New" w:hAnsi="Courier New"/>
          <w:color w:val="555555"/>
          <w:sz w:val="20"/>
        </w:rPr>
        <w:t>[sch ran 1211]</w:t>
      </w:r>
    </w:p>
    <w:p>
      <w:r>
        <w:rPr>
          <w:rFonts w:ascii="Gentium Plus" w:hAnsi="Gentium Plus"/>
          <w:sz w:val="24"/>
        </w:rPr>
        <w:t>Διόνυσος, ὃς: Ὑψιπύλης ἡ ἀρχή. ⟦κάθαπτος δὲ ἀντὶ τοῦ πυρφόρος, φωτεινὸς, διὰ τὰς δᾷδας. Ἄλ‐ λως.⟧ (κάθαπτος: Τιμαχίδας, ὡς ταρακτὸς, καθειμένος. τὸ δὲ ἑτέρως λεγόμενον δηλοῖ τὸ οἷον καθάπτεσθαι.)</w:t>
      </w:r>
    </w:p>
    <w:p>
      <w:r>
        <w:rPr>
          <w:rFonts w:ascii="Courier New" w:hAnsi="Courier New"/>
          <w:color w:val="555555"/>
          <w:sz w:val="20"/>
        </w:rPr>
        <w:t>[sch ran 1213]</w:t>
      </w:r>
    </w:p>
    <w:p>
      <w:r>
        <w:rPr>
          <w:rFonts w:ascii="Gentium Plus" w:hAnsi="Gentium Plus"/>
          <w:sz w:val="24"/>
        </w:rPr>
        <w:t>(πηδᾷ χορεύων: Προσήρτησε τὸ, ληκύθιον ἀπώλεσεν. τὸ δὲ λοιπὸν τοῦ ἰάμβου «παρθένοις σὺν Δελφίσιν.»)</w:t>
      </w:r>
    </w:p>
    <w:p>
      <w:r>
        <w:rPr>
          <w:rFonts w:ascii="Courier New" w:hAnsi="Courier New"/>
          <w:color w:val="555555"/>
          <w:sz w:val="20"/>
        </w:rPr>
        <w:t>[sch ran 1219]</w:t>
      </w:r>
    </w:p>
    <w:p>
      <w:r>
        <w:rPr>
          <w:rFonts w:ascii="Gentium Plus" w:hAnsi="Gentium Plus"/>
          <w:sz w:val="24"/>
        </w:rPr>
        <w:t>ἢ δυσγενὴς ὢν: Τὸ λοιπὸν τοῦ ἰάμβου «πλου‐ «σίαν ἀροῖ πλάκα.» (Σθενεβοίας δὲ ἡ ἀρχή. διαβάλ‐ λει δὲ τὴν ὁμοειδίαν τῶν εἰσβολῶν τῶν δραμάτων.) ⟦ὑφέσθαι δὲ,⟧ ὑποχωρῆσαι, εἶξαι. ⟦ὑποχαλάσαι, ἐν‐</w:t>
      </w:r>
    </w:p>
    <w:p>
      <w:r>
        <w:rPr>
          <w:rFonts w:ascii="Courier New" w:hAnsi="Courier New"/>
          <w:color w:val="555555"/>
          <w:sz w:val="20"/>
        </w:rPr>
        <w:t>[5]</w:t>
      </w:r>
    </w:p>
    <w:p>
      <w:r>
        <w:rPr>
          <w:rFonts w:ascii="Gentium Plus" w:hAnsi="Gentium Plus"/>
          <w:sz w:val="24"/>
        </w:rPr>
        <w:t>δοῦναι.⟧</w:t>
      </w:r>
    </w:p>
    <w:p>
      <w:r>
        <w:rPr>
          <w:rFonts w:ascii="Courier New" w:hAnsi="Courier New"/>
          <w:color w:val="555555"/>
          <w:sz w:val="20"/>
        </w:rPr>
        <w:t>[sch ran 1220]</w:t>
      </w:r>
    </w:p>
    <w:p>
      <w:r>
        <w:rPr>
          <w:rFonts w:ascii="Gentium Plus" w:hAnsi="Gentium Plus"/>
          <w:sz w:val="24"/>
        </w:rPr>
        <w:t>ὡς ἐπὶ ἀνέμου σφοδροῦ λέγει. R.</w:t>
      </w:r>
    </w:p>
    <w:p>
      <w:r>
        <w:rPr>
          <w:rFonts w:ascii="Courier New" w:hAnsi="Courier New"/>
          <w:color w:val="555555"/>
          <w:sz w:val="20"/>
        </w:rPr>
        <w:t>[sch ran 1223]</w:t>
      </w:r>
    </w:p>
    <w:p>
      <w:r>
        <w:rPr>
          <w:rFonts w:ascii="Gentium Plus" w:hAnsi="Gentium Plus"/>
          <w:sz w:val="24"/>
        </w:rPr>
        <w:t>τὸ λέγειν τὸ ληκύθιον. R.</w:t>
      </w:r>
    </w:p>
    <w:p>
      <w:r>
        <w:rPr>
          <w:rFonts w:ascii="Courier New" w:hAnsi="Courier New"/>
          <w:color w:val="555555"/>
          <w:sz w:val="20"/>
        </w:rPr>
        <w:t>[sch ran 1224]</w:t>
      </w:r>
    </w:p>
    <w:p>
      <w:r>
        <w:rPr>
          <w:rFonts w:ascii="Gentium Plus" w:hAnsi="Gentium Plus"/>
          <w:sz w:val="24"/>
        </w:rPr>
        <w:t>⟦κἀπέχου: Τουτέστι, σκόπει μὴ τοιοῦτόν τι εἴπῃς, ὡς προσαφθῆναι τούτῳ δύνασθαι λήκυθον.⟧</w:t>
      </w:r>
    </w:p>
    <w:p>
      <w:r>
        <w:rPr>
          <w:rFonts w:ascii="Courier New" w:hAnsi="Courier New"/>
          <w:color w:val="555555"/>
          <w:sz w:val="20"/>
        </w:rPr>
        <w:t>[sch ran 1225]</w:t>
      </w:r>
    </w:p>
    <w:p>
      <w:r>
        <w:rPr>
          <w:rFonts w:ascii="Gentium Plus" w:hAnsi="Gentium Plus"/>
          <w:sz w:val="24"/>
        </w:rPr>
        <w:t>Σιδώνιόν ποτ’ ἄστυ: Τοῦ δευτέρου Φρίξου Εὐριπίδου ἡ ἀρχή. ⟦τὸ λοιπὸν δὲ τοῦ στίχου «ἵκετ’ ἐς Θήβης πέδον.»⟧</w:t>
      </w:r>
    </w:p>
    <w:p>
      <w:r>
        <w:rPr>
          <w:rFonts w:ascii="Courier New" w:hAnsi="Courier New"/>
          <w:color w:val="555555"/>
          <w:sz w:val="20"/>
        </w:rPr>
        <w:t>[sch ran 1227]</w:t>
      </w:r>
    </w:p>
    <w:p>
      <w:r>
        <w:rPr>
          <w:rFonts w:ascii="Gentium Plus" w:hAnsi="Gentium Plus"/>
          <w:sz w:val="24"/>
        </w:rPr>
        <w:t>ἀποπρίω τὴν λήκυθον: (Ἤτοι πρὸς Εὐριπίδην ὁ λόγος, ὅτι ἀγόρασον παρ’ Αἰσχύλου τὴν λήκυθον· ἢ πρὸς Αἰσχύλον, ὥστε πωλῆσαι.) ὡσεὶ εἶπεν, ὤνησαι</w:t>
      </w:r>
    </w:p>
    <w:p>
      <w:r>
        <w:rPr>
          <w:rFonts w:ascii="Courier New" w:hAnsi="Courier New"/>
          <w:color w:val="555555"/>
          <w:sz w:val="20"/>
        </w:rPr>
        <w:t>[5]</w:t>
      </w:r>
    </w:p>
    <w:p>
      <w:r>
        <w:rPr>
          <w:rFonts w:ascii="Gentium Plus" w:hAnsi="Gentium Plus"/>
          <w:sz w:val="24"/>
        </w:rPr>
        <w:t>ἴσῳ τῷ ὤνησαι. ἀλλ’ ἐν τοῖς ἑξῆς φησιν Εὐριπίδης, ἐγὼ πρίωμαι τῷδε; ὥστε ματαία ἡ παρατήρησις τῷ Συμμάχῳ.</w:t>
      </w:r>
    </w:p>
    <w:p>
      <w:r>
        <w:rPr>
          <w:rFonts w:ascii="Courier New" w:hAnsi="Courier New"/>
          <w:color w:val="555555"/>
          <w:sz w:val="20"/>
        </w:rPr>
        <w:t>[sch ran 1229]</w:t>
      </w:r>
    </w:p>
    <w:p>
      <w:r>
        <w:rPr>
          <w:rFonts w:ascii="Gentium Plus" w:hAnsi="Gentium Plus"/>
          <w:sz w:val="24"/>
        </w:rPr>
        <w:t>ἐγὼ πρίωμαι τῷδε: (Ἀντὶ τοῦ, ἀγοράσω τὴν λήκυθον καὶ ἀποδώσω τὴν ἀπολωλυῖαν; δῆλον γέγονεν ὅτι τὸ ἀποπρίω ἀντὶ τοῦ ἐξώνησαι. λέγει δὲ τοῦτο, ἐπειδὴ συνεχῶς ἐκεῖνος, ληκύθιον ἀπώλεσεν. τὸ δὲ</w:t>
      </w:r>
    </w:p>
    <w:p>
      <w:r>
        <w:rPr>
          <w:rFonts w:ascii="Courier New" w:hAnsi="Courier New"/>
          <w:color w:val="555555"/>
          <w:sz w:val="20"/>
        </w:rPr>
        <w:t>[5]</w:t>
      </w:r>
    </w:p>
    <w:p>
      <w:r>
        <w:rPr>
          <w:rFonts w:ascii="Gentium Plus" w:hAnsi="Gentium Plus"/>
          <w:sz w:val="24"/>
        </w:rPr>
        <w:t>πρίωμαι) ἴσον τῷ ὠνήσωμαι.</w:t>
      </w:r>
    </w:p>
    <w:p>
      <w:r>
        <w:rPr>
          <w:rFonts w:ascii="Courier New" w:hAnsi="Courier New"/>
          <w:color w:val="555555"/>
          <w:sz w:val="20"/>
        </w:rPr>
        <w:t>[sch ran 1233]</w:t>
      </w:r>
    </w:p>
    <w:p>
      <w:r>
        <w:rPr>
          <w:rFonts w:ascii="Gentium Plus" w:hAnsi="Gentium Plus"/>
          <w:sz w:val="24"/>
        </w:rPr>
        <w:t>θοαῖσιν ἵπποις: Τὸ δὲ λοιπὸν τοῦ ἰάμβου «Οἰνομάου γαμεῖ κόρην.» [Ἰφιγενείας δὲ τῆς ἐν Ταύ‐ ροις ἡ ἀρχὴ αὕτη.]</w:t>
      </w:r>
    </w:p>
    <w:p>
      <w:r>
        <w:rPr>
          <w:rFonts w:ascii="Courier New" w:hAnsi="Courier New"/>
          <w:color w:val="555555"/>
          <w:sz w:val="20"/>
        </w:rPr>
        <w:t>[sch ran 1235]</w:t>
      </w:r>
    </w:p>
    <w:p>
      <w:r>
        <w:rPr>
          <w:rFonts w:ascii="Gentium Plus" w:hAnsi="Gentium Plus"/>
          <w:sz w:val="24"/>
        </w:rPr>
        <w:t>ἀπόδος πάσῃ τέχνῃ: Λήκυθον αὐτῷ ἀπόδος ἀντὶ τῆς ἀπολομένης. ἐπιλέγει δὲ, λήψει ὀβολοῦ πάνυ καλήν. [διὰ τούτων δὲ ὁ Διόνυσος ἐμφαίνει ὡς ἐπειδὴ ἐν τοῖς προλόγοις τοῖς σοῖς ἀποδίδοται ἡ λήκυθος,</w:t>
      </w:r>
    </w:p>
    <w:p>
      <w:r>
        <w:rPr>
          <w:rFonts w:ascii="Courier New" w:hAnsi="Courier New"/>
          <w:color w:val="555555"/>
          <w:sz w:val="20"/>
        </w:rPr>
        <w:t>[5]</w:t>
      </w:r>
    </w:p>
    <w:p>
      <w:r>
        <w:rPr>
          <w:rFonts w:ascii="Gentium Plus" w:hAnsi="Gentium Plus"/>
          <w:sz w:val="24"/>
        </w:rPr>
        <w:t>ὥσπερ δοκεῖς αὐτὴν ὀφείλειν Αἰσχύλῳ. οὐκοῦν ἀγορά‐ σας ταύτην ἀπόδος αὐτῷ.] —ἀντὶ τοῦ πώλησον. R. V.</w:t>
      </w:r>
    </w:p>
    <w:p>
      <w:r>
        <w:rPr>
          <w:rFonts w:ascii="Courier New" w:hAnsi="Courier New"/>
          <w:color w:val="555555"/>
          <w:sz w:val="20"/>
        </w:rPr>
        <w:t>[sch ran 1238]</w:t>
      </w:r>
    </w:p>
    <w:p>
      <w:r>
        <w:rPr>
          <w:rFonts w:ascii="Gentium Plus" w:hAnsi="Gentium Plus"/>
          <w:sz w:val="24"/>
        </w:rPr>
        <w:t>Οἰνεύς ποτ’ ἐκ γῆς: (Ἔστι μὲν ἐκ Μελεάγρου μετὰ ἱκανὰ τῆς ἀρχῆς. ἡ δὲ ἀρχὴ τοῦ δράματος Καλυδὼν μὲν ἥδε γαῖα Πελοπίας χθονός.) ⟦τὸ δὲ λεῖπον τοῦ στίχου «οὐκ ἔθυσεν Ἀρτέμιδι.»</w:t>
      </w:r>
    </w:p>
    <w:p>
      <w:r>
        <w:rPr>
          <w:rFonts w:ascii="Courier New" w:hAnsi="Courier New"/>
          <w:color w:val="555555"/>
          <w:sz w:val="20"/>
        </w:rPr>
        <w:t>[5]</w:t>
      </w:r>
    </w:p>
    <w:p>
      <w:r>
        <w:rPr>
          <w:rFonts w:ascii="Gentium Plus" w:hAnsi="Gentium Plus"/>
          <w:sz w:val="24"/>
        </w:rPr>
        <w:t>Οἰνεὺς δὲ τῆς αὐτοῦ γῆς εὐφορησάσης ἀπαρχὰς πᾶσι θεοῖς θύσας, Ἀρτέμιδι οὐκ ἔθυσεν. ὅθεν ὀργισθεῖσα σῦν μέγαν κατὰ τῆς χώρας αὐτοῦ ἀφῆκεν, ἵνα ταύτην λυμήνηται. ἐπὶ τοῦτον τὸν κάπρον τοὺς ἀρίστους ἐκ τῆς Ἑλλάδος πάντας συνεκάλεσεν, καὶ τῷ κρατύναντι τὸν</w:t>
      </w:r>
    </w:p>
    <w:p>
      <w:r>
        <w:rPr>
          <w:rFonts w:ascii="Courier New" w:hAnsi="Courier New"/>
          <w:color w:val="555555"/>
          <w:sz w:val="20"/>
        </w:rPr>
        <w:t>[10]</w:t>
      </w:r>
    </w:p>
    <w:p>
      <w:r>
        <w:rPr>
          <w:rFonts w:ascii="Gentium Plus" w:hAnsi="Gentium Plus"/>
          <w:sz w:val="24"/>
        </w:rPr>
        <w:t>θῆρα τὴν δορὰν δώσειν ἀριστεῖον ὑπέσχετο, συνελθούσης δὲ μετὰ τῶν ἀριστέων καὶ Ἀταλάντης τῆς Σχοινέως, κοινῇ τὸν κάπρον περιέστησαν ἅπαντες. ἐπεὶ δὲ τὸ δέ‐ ρας τῇ Ἀταλάντῃ πρώτῃ τὸν κάπρον τοξευσάσῃ ὁ Με‐ λέαγρος χαριζόμενος ἔδωκε, καὶ οἱ πρὸς μητρὸς αὐτοῦ</w:t>
      </w:r>
    </w:p>
    <w:p>
      <w:r>
        <w:rPr>
          <w:rFonts w:ascii="Courier New" w:hAnsi="Courier New"/>
          <w:color w:val="555555"/>
          <w:sz w:val="20"/>
        </w:rPr>
        <w:t>[15]</w:t>
      </w:r>
    </w:p>
    <w:p>
      <w:r>
        <w:rPr>
          <w:rFonts w:ascii="Gentium Plus" w:hAnsi="Gentium Plus"/>
          <w:sz w:val="24"/>
        </w:rPr>
        <w:t>θεῖοι, ἀγανακτοῦντες εἰ τὰ ἀριστεῖα γυνὴ λήψεται, τὸ δέρας μὲν Ἀταλάντης ἀφείλοντο, ὑπὸ δὲ Μελεάγρου ἐφονεύθησαν, ὀλίγον ὕστερον καὶ αὐτοῦ, τῆς μητρὸς ἐπὶ τῇ ἀναιρέσει τῶν ἀδελφῶν λυπηθείσης, καὶ ἀναψά‐ σης τὸν Μοιρῶν δαλὸν, ἀποθανόντος.⟧</w:t>
      </w:r>
    </w:p>
    <w:p>
      <w:r>
        <w:rPr>
          <w:rFonts w:ascii="Courier New" w:hAnsi="Courier New"/>
          <w:color w:val="555555"/>
          <w:sz w:val="20"/>
        </w:rPr>
        <w:t>[sch ran 1240]</w:t>
      </w:r>
    </w:p>
    <w:p>
      <w:r>
        <w:rPr>
          <w:rFonts w:ascii="Gentium Plus" w:hAnsi="Gentium Plus"/>
          <w:sz w:val="24"/>
        </w:rPr>
        <w:t>διχῶς, πολύβοτρυν. R.</w:t>
      </w:r>
    </w:p>
    <w:p>
      <w:r>
        <w:rPr>
          <w:rFonts w:ascii="Courier New" w:hAnsi="Courier New"/>
          <w:color w:val="555555"/>
          <w:sz w:val="20"/>
        </w:rPr>
        <w:t>[sch ran 1243]</w:t>
      </w:r>
    </w:p>
    <w:p>
      <w:r>
        <w:rPr>
          <w:rFonts w:ascii="Gentium Plus" w:hAnsi="Gentium Plus"/>
          <w:sz w:val="24"/>
        </w:rPr>
        <w:t>πρὸς τοδὶ γὰρ εἰπάτω: Εἰς ὃ μέλλω λέγειν, εἰπάτω τὸ ληκύθιον. [ἀκόλουθον τοῦ εἰπέ προστακτι‐ κοῦ τὸ τρίτον εἰπέτω, ὡς λεγέτω· τοῦ δὲ εἶπον, εἰπάτω, ὡς γράψον γραψάτω.]</w:t>
      </w:r>
    </w:p>
    <w:p>
      <w:r>
        <w:rPr>
          <w:rFonts w:ascii="Courier New" w:hAnsi="Courier New"/>
          <w:color w:val="555555"/>
          <w:sz w:val="20"/>
        </w:rPr>
        <w:t>[sch ran 1244]</w:t>
      </w:r>
    </w:p>
    <w:p>
      <w:r>
        <w:rPr>
          <w:rFonts w:ascii="Gentium Plus" w:hAnsi="Gentium Plus"/>
          <w:sz w:val="24"/>
        </w:rPr>
        <w:t>Ζεὺς ὡς λέλεκται: Μελανίππης (τῆς σοφῆς ἡ) ἀρχή.</w:t>
      </w:r>
    </w:p>
    <w:p>
      <w:r>
        <w:rPr>
          <w:rFonts w:ascii="Courier New" w:hAnsi="Courier New"/>
          <w:color w:val="555555"/>
          <w:sz w:val="20"/>
        </w:rPr>
        <w:t>[sch ran 1245]</w:t>
      </w:r>
    </w:p>
    <w:p>
      <w:r>
        <w:rPr>
          <w:rFonts w:ascii="Gentium Plus" w:hAnsi="Gentium Plus"/>
          <w:sz w:val="24"/>
        </w:rPr>
        <w:t>(ἐρεῖ γὰρ, ληκύθιον ἀπώλεσεν: Ἐπεὶ οὐ προσ‐ έθηκε τῷ ἡμιστιχίῳ τὸ ληκύθιον ἀπώλεσε, πεποίηκε τὸν Διόνυσον ὥσπερ ὑφαρπάζοντα τὸν λόγον.)</w:t>
      </w:r>
    </w:p>
    <w:p>
      <w:r>
        <w:rPr>
          <w:rFonts w:ascii="Courier New" w:hAnsi="Courier New"/>
          <w:color w:val="555555"/>
          <w:sz w:val="20"/>
        </w:rPr>
        <w:t>[sch ran 1247]</w:t>
      </w:r>
    </w:p>
    <w:p>
      <w:r>
        <w:rPr>
          <w:rFonts w:ascii="Gentium Plus" w:hAnsi="Gentium Plus"/>
          <w:sz w:val="24"/>
        </w:rPr>
        <w:t>ὥσπερ τὰ σῦκα: Σῦκα λέγει τὰ συκώματα, ἢ ἕλκος γινόμενον ἐπὶ τοῖς ὀφθαλμοῖς, σῦκον καλούμε‐ νον. (Ἄλλως. τὰ ὑπὸ τῶν ἰατρῶν συκώματα λεγό‐ μενα σῦκα ἔφη.) —σῦκον, εἶδος παθήματος ἀεὶ ἐν τοῖς</w:t>
      </w:r>
    </w:p>
    <w:p>
      <w:r>
        <w:rPr>
          <w:rFonts w:ascii="Courier New" w:hAnsi="Courier New"/>
          <w:color w:val="555555"/>
          <w:sz w:val="20"/>
        </w:rPr>
        <w:t>[5]</w:t>
      </w:r>
    </w:p>
    <w:p>
      <w:r>
        <w:rPr>
          <w:rFonts w:ascii="Gentium Plus" w:hAnsi="Gentium Plus"/>
          <w:sz w:val="24"/>
        </w:rPr>
        <w:t>ὀφθαλμοῖς καὶ οὐκ ἐν ἄλλῳ τινὶ μέρει τοῦ σώματος φυόμενον· ὅ φασιν ἰδιωτικῶς συκάμινον. Junt.</w:t>
      </w:r>
    </w:p>
    <w:p>
      <w:r>
        <w:rPr>
          <w:rFonts w:ascii="Courier New" w:hAnsi="Courier New"/>
          <w:color w:val="555555"/>
          <w:sz w:val="20"/>
        </w:rPr>
        <w:t>[sch ran 1248]</w:t>
      </w:r>
    </w:p>
    <w:p>
      <w:r>
        <w:rPr>
          <w:rFonts w:ascii="Gentium Plus" w:hAnsi="Gentium Plus"/>
          <w:sz w:val="24"/>
        </w:rPr>
        <w:t>⟦τράπου: Τοῦτο ἢ πρὸς τὸν Αἰσχύλον δι’ Εὐ‐ ριπίδην, ἢ πρὸς Εὐριπίδην δι’ Αἰσχύλον· εἰ καὶ Εὐρι‐ πίδης τὸν λόγον προήρπασε. τὸ δὲ ταὔτ’ ἀεὶ ἀντὶ τοῦ ταυτά. διὰ δὲ τὴν συναλοιφὴν ἀναβιβάζεται ὁ τόνος. οὐ</w:t>
      </w:r>
    </w:p>
    <w:p>
      <w:r>
        <w:rPr>
          <w:rFonts w:ascii="Courier New" w:hAnsi="Courier New"/>
          <w:color w:val="555555"/>
          <w:sz w:val="20"/>
        </w:rPr>
        <w:t>[5]</w:t>
      </w:r>
    </w:p>
    <w:p>
      <w:r>
        <w:rPr>
          <w:rFonts w:ascii="Gentium Plus" w:hAnsi="Gentium Plus"/>
          <w:sz w:val="24"/>
        </w:rPr>
        <w:t>δεῖ δὲ περισπᾶν, ὡς ἐν τῷ Πλούτῳ εἴρηται.⟧</w:t>
      </w:r>
    </w:p>
    <w:p>
      <w:r>
        <w:rPr>
          <w:rFonts w:ascii="Courier New" w:hAnsi="Courier New"/>
          <w:color w:val="555555"/>
          <w:sz w:val="20"/>
        </w:rPr>
        <w:t>[sch ran 1251]</w:t>
      </w:r>
    </w:p>
    <w:p>
      <w:r>
        <w:rPr>
          <w:rFonts w:ascii="Gentium Plus" w:hAnsi="Gentium Plus"/>
          <w:sz w:val="24"/>
        </w:rPr>
        <w:t>⟦τί ποτε πρᾶγμα: Κορωνὶς καὶ εἴσθεσις χοροῦ ἐπῳδικὴ διὰ τὸ κεῖσθαι μετὰ τὴν κορωνίδα (ἐνίοτε δὲ καὶ μετὰ τὴν διπλῆν, ὡς πολλάκις εἴρηται), ἐκ κώλων ἀντισπαστικῶν ἐπιμεμιγμένων ἐπιτρίτοις καὶ διιάμβοις</w:t>
      </w:r>
    </w:p>
    <w:p>
      <w:r>
        <w:rPr>
          <w:rFonts w:ascii="Courier New" w:hAnsi="Courier New"/>
          <w:color w:val="555555"/>
          <w:sz w:val="20"/>
        </w:rPr>
        <w:t>[5]</w:t>
      </w:r>
    </w:p>
    <w:p>
      <w:r>
        <w:rPr>
          <w:rFonts w:ascii="Gentium Plus" w:hAnsi="Gentium Plus"/>
          <w:sz w:val="24"/>
        </w:rPr>
        <w:t>καὶ διτροχαίοις δέκα. ὧν τὸ πρῶτον δίμετρον ἀκατά‐ ληκτον ἐκ πεντασυλλάβου ἀντισπάστου· ὃ καλεῖται γλυκώνειον. τὸ δεύτερον ἐκ παίωνος τετάρτου καὶ διιάμβου ὅμοιον. τὸ τρίτον τοῦ πρώτου ποδὸς πεντασυλ‐ λάβου καταληκτικόν. τὸ τέταρτον ἐκ διτροχαίου καὶ</w:t>
      </w:r>
    </w:p>
    <w:p>
      <w:r>
        <w:rPr>
          <w:rFonts w:ascii="Courier New" w:hAnsi="Courier New"/>
          <w:color w:val="555555"/>
          <w:sz w:val="20"/>
        </w:rPr>
        <w:t>[10]</w:t>
      </w:r>
    </w:p>
    <w:p>
      <w:r>
        <w:rPr>
          <w:rFonts w:ascii="Gentium Plus" w:hAnsi="Gentium Plus"/>
          <w:sz w:val="24"/>
        </w:rPr>
        <w:t>ἐπιτρίτου τρίτου ἀκατάληκτον. τὸ εʹ ὅμοιον τῷ βʹ. τὸ ἕκτον ἐκ διτροχαίου καὶ ἐπιτρίτου πρώτου. τὸ ζʹ ὅμοιον τῷ βʹ. τὸ ηʹ καταληκτικὸν ἐκ διτροχαίου καὶ βακχείου ἢ ἀμφιβράχεος. τὸ θʹ ὅμοιον τῷ βʹ. τὸ ιʹ ὅμοιον τῷ ὀγδόῳ. ἑξῆς δὲ ἐν ἐκθέσει στίχοι ἰαμβικοὶ τρίμετροι</w:t>
      </w:r>
    </w:p>
    <w:p>
      <w:r>
        <w:rPr>
          <w:rFonts w:ascii="Courier New" w:hAnsi="Courier New"/>
          <w:color w:val="555555"/>
          <w:sz w:val="20"/>
        </w:rPr>
        <w:t>[15]</w:t>
      </w:r>
    </w:p>
    <w:p>
      <w:r>
        <w:rPr>
          <w:rFonts w:ascii="Gentium Plus" w:hAnsi="Gentium Plus"/>
          <w:sz w:val="24"/>
        </w:rPr>
        <w:t>ἀκατάληκτοι γʹ. ἑξῆς δὲ τίθεται κῶλον ἰαμβικὸν ἑφθη‐ μιμερὲς, τὸ, διαύλιον προσαυλεῖ. ὅπερ κατὰ παρεπι‐ γραφὴν τίθεται. ὥσπερ καὶ τὸ, αὐλεῖ τις ἔνδον· καὶ ἄλλα πολλά. φασὶ δὲ διαύλιον λέγεσθαι ὅταν ἡσυχίας πάντων γενομένης ἔνδον ὁ αὐλητὴς ᾄσῃ. ἐπὶ τῷ τέλει τῆς</w:t>
      </w:r>
    </w:p>
    <w:p>
      <w:r>
        <w:rPr>
          <w:rFonts w:ascii="Courier New" w:hAnsi="Courier New"/>
          <w:color w:val="555555"/>
          <w:sz w:val="20"/>
        </w:rPr>
        <w:t>[20]</w:t>
      </w:r>
    </w:p>
    <w:p>
      <w:r>
        <w:rPr>
          <w:rFonts w:ascii="Gentium Plus" w:hAnsi="Gentium Plus"/>
          <w:sz w:val="24"/>
        </w:rPr>
        <w:t>μὲν στροφῆς κορωνίς. τοῦ δὲ συστήματος παράγρα‐ φος.⟧</w:t>
      </w:r>
    </w:p>
    <w:p>
      <w:r>
        <w:rPr>
          <w:rFonts w:ascii="Courier New" w:hAnsi="Courier New"/>
          <w:color w:val="555555"/>
          <w:sz w:val="20"/>
        </w:rPr>
        <w:t>[sch ran 1256]</w:t>
      </w:r>
    </w:p>
    <w:p>
      <w:r>
        <w:rPr>
          <w:rFonts w:ascii="Gentium Plus" w:hAnsi="Gentium Plus"/>
          <w:sz w:val="24"/>
        </w:rPr>
        <w:t>τῶν μέχρι νῦν ὄντων ποιητῶν. R.</w:t>
      </w:r>
    </w:p>
    <w:p>
      <w:r>
        <w:rPr>
          <w:rFonts w:ascii="Courier New" w:hAnsi="Courier New"/>
          <w:color w:val="555555"/>
          <w:sz w:val="20"/>
        </w:rPr>
        <w:t>[sch ran 1259]</w:t>
      </w:r>
    </w:p>
    <w:p>
      <w:r>
        <w:rPr>
          <w:rFonts w:ascii="Gentium Plus" w:hAnsi="Gentium Plus"/>
          <w:sz w:val="24"/>
        </w:rPr>
        <w:t>τὸν βακχεῖον ἄνακτα: Τὸν Αἰσχύλον, οἷον τὸν ἄριστον μελοποιὸν, τὸν ὥσπερ ἐκβακχεύοντα ἐν τῇ ποιήσει. ὁ γὰρ Εὐριπίδης ἔρχεται ἐπὶ τὰ μέλη αὐτοῦ. —τὸν ἔνθεον ἄρχοντα τῶν μελῶν, τὸν ἐκβακχεύοντα</w:t>
      </w:r>
    </w:p>
    <w:p>
      <w:r>
        <w:rPr>
          <w:rFonts w:ascii="Courier New" w:hAnsi="Courier New"/>
          <w:color w:val="555555"/>
          <w:sz w:val="20"/>
        </w:rPr>
        <w:t>[5]</w:t>
      </w:r>
    </w:p>
    <w:p>
      <w:r>
        <w:rPr>
          <w:rFonts w:ascii="Gentium Plus" w:hAnsi="Gentium Plus"/>
          <w:sz w:val="24"/>
        </w:rPr>
        <w:t>ἐν τῇ ποιήσει. Br.</w:t>
      </w:r>
    </w:p>
    <w:p>
      <w:r>
        <w:rPr>
          <w:rFonts w:ascii="Courier New" w:hAnsi="Courier New"/>
          <w:color w:val="555555"/>
          <w:sz w:val="20"/>
        </w:rPr>
        <w:t>[sch ran 1262]</w:t>
      </w:r>
    </w:p>
    <w:p>
      <w:r>
        <w:rPr>
          <w:rFonts w:ascii="Gentium Plus" w:hAnsi="Gentium Plus"/>
          <w:sz w:val="24"/>
        </w:rPr>
        <w:t>εἰς ἓν γὰρ αὐτοῦ πάντα: Εἰς τὸ αὐτὸ τέλος περατούμενα πάντα· ἐπεὶ κἀκεῖνος εἶπεν, ἀπὸ ληκυθίου σου τοὺς προλόγους διαφθερῶ.</w:t>
      </w:r>
    </w:p>
    <w:p>
      <w:r>
        <w:rPr>
          <w:rFonts w:ascii="Courier New" w:hAnsi="Courier New"/>
          <w:color w:val="555555"/>
          <w:sz w:val="20"/>
        </w:rPr>
        <w:t>[sch ran 1263]</w:t>
      </w:r>
    </w:p>
    <w:p>
      <w:r>
        <w:rPr>
          <w:rFonts w:ascii="Gentium Plus" w:hAnsi="Gentium Plus"/>
          <w:sz w:val="24"/>
        </w:rPr>
        <w:t>καὶ μὴν λογιοῦμαι: Ἀντὶ τοῦ ἀριθμήσω, ψηφίσω. (ἐπεὶ προεῖπεν Εὐριπίδης, εἰς ἓν συγκεφα‐ λαιώσομαι αὐτοῦ πάντα τὰ μέλη. Ἐρατοσθένης δὲ τῶν ψευδαττικῶν τινὰς γράφειν φησὶ, τὼ ψήφω λαβὼν,</w:t>
      </w:r>
    </w:p>
    <w:p>
      <w:r>
        <w:rPr>
          <w:rFonts w:ascii="Courier New" w:hAnsi="Courier New"/>
          <w:color w:val="555555"/>
          <w:sz w:val="20"/>
        </w:rPr>
        <w:t>[5]</w:t>
      </w:r>
    </w:p>
    <w:p>
      <w:r>
        <w:rPr>
          <w:rFonts w:ascii="Gentium Plus" w:hAnsi="Gentium Plus"/>
          <w:sz w:val="24"/>
        </w:rPr>
        <w:t>ἵνα καὶ τὰ πεπλασμένα δράματα, ἐν οἷς τὸ παράπαν τοῦτο ἠγνόηται, δοκῇ μὴ σεσολοικίσθαι.) —λογαρι‐ άσω. Θ.</w:t>
      </w:r>
    </w:p>
    <w:p>
      <w:r>
        <w:rPr>
          <w:rFonts w:ascii="Courier New" w:hAnsi="Courier New"/>
          <w:color w:val="555555"/>
          <w:sz w:val="20"/>
        </w:rPr>
        <w:t>[sch ran 1264]</w:t>
      </w:r>
    </w:p>
    <w:p>
      <w:r>
        <w:rPr>
          <w:rFonts w:ascii="Gentium Plus" w:hAnsi="Gentium Plus"/>
          <w:sz w:val="24"/>
        </w:rPr>
        <w:t>(διαύλιον προσαυλεῖ τις.) τοῦτο παρεπιγραφὴ, ὥσπερ καὶ ἄλλα πολλάκις. φασὶ δὲ διαύλιον λέγεσθαι ὅταν ἡσυχίας πάντων γενομένης ἔνδον ὁ αὐλητὴς ᾄσῃ. R. V.</w:t>
      </w:r>
    </w:p>
    <w:p>
      <w:r>
        <w:rPr>
          <w:rFonts w:ascii="Courier New" w:hAnsi="Courier New"/>
          <w:color w:val="555555"/>
          <w:sz w:val="20"/>
        </w:rPr>
        <w:t>[5]</w:t>
      </w:r>
    </w:p>
    <w:p>
      <w:r>
        <w:rPr>
          <w:rFonts w:ascii="Gentium Plus" w:hAnsi="Gentium Plus"/>
          <w:sz w:val="24"/>
        </w:rPr>
        <w:t>Φθιῶτ’ Ἀχιλεῦ: Εὐριπίδης ἐστὶ τὰ Αἰσχύλου λέ‐ γων. ἔστι δὲ ἐκ Μυρμιδόνων Αἰσχύλου. R. V. Θ. M. ⟦τοῦτο ἀπὸ τῶν πρέσβεων πρὸς Ἀχιλλέα Αἰσχύλος πεποίηκεν. ἔστι δὲ ἐκ Μυρμιδόνων. προφέρει καὶ Εὐ‐ ριπίδης εἰς γέλωτα ἄλλα ἐξ ἄλλων δράματα συναγαγών.</w:t>
      </w:r>
    </w:p>
    <w:p>
      <w:r>
        <w:rPr>
          <w:rFonts w:ascii="Courier New" w:hAnsi="Courier New"/>
          <w:color w:val="555555"/>
          <w:sz w:val="20"/>
        </w:rPr>
        <w:t>[10]</w:t>
      </w:r>
    </w:p>
    <w:p>
      <w:r>
        <w:rPr>
          <w:rFonts w:ascii="Gentium Plus" w:hAnsi="Gentium Plus"/>
          <w:sz w:val="24"/>
        </w:rPr>
        <w:t>διὸ καὶ ἀσαφῆ, μίαν ἁρμονίαν οὐκ ἔχοντα. οὐκ ἄρα τὰ μὴ ξυνετὰ ζητητέον. ἀνδροδάϊκτον δὲ, τὴν ἀνδρῶν φόνον ποιοῦσαν. τὰ δὲ τοιαῦτα εἴδη καλεῖται ἀλλοιό‐</w:t>
      </w:r>
    </w:p>
    <w:p>
      <w:r>
        <w:rPr>
          <w:rFonts w:ascii="Courier New" w:hAnsi="Courier New"/>
          <w:color w:val="555555"/>
          <w:sz w:val="20"/>
        </w:rPr>
        <w:t>[15]</w:t>
      </w:r>
    </w:p>
    <w:p>
      <w:r>
        <w:rPr>
          <w:rFonts w:ascii="Gentium Plus" w:hAnsi="Gentium Plus"/>
          <w:sz w:val="24"/>
        </w:rPr>
        <w:t>πρὸς ὑποκριτὴν ἀπόκρισιν. ἔστι δὲ τῆς μὲν ᾠδῆς ταύτης τὰ κῶλα ἀναπαιστικὰ εʹ. ὧν τὸ πρῶτον τρίμετρον καταληκτικὸν εἰς συλλαβὴν, ὃ καλεῖται Αἰολικὸν, διὰ τὸ ἴαμβον ἔχειν τὸν πρῶτον πόδα. τὸ δεύτερον καὶ τὸ εʹ δίμετρα ὑπερκατάληκτα. τὸ γʹ πενθημιμερές. τὸ</w:t>
      </w:r>
    </w:p>
    <w:p>
      <w:r>
        <w:rPr>
          <w:rFonts w:ascii="Courier New" w:hAnsi="Courier New"/>
          <w:color w:val="555555"/>
          <w:sz w:val="20"/>
        </w:rPr>
        <w:t>[20]</w:t>
      </w:r>
    </w:p>
    <w:p>
      <w:r>
        <w:rPr>
          <w:rFonts w:ascii="Gentium Plus" w:hAnsi="Gentium Plus"/>
          <w:sz w:val="24"/>
        </w:rPr>
        <w:t>τέταρτον ἑφθημιμερὲς, ὃ καλεῖται, ὡς εἴρηται, πα‐ ροιμιακόν. ἐπὶ τῷ τέλει παράγραφος. τοῦ δὲ συστήμα‐ τος τὰ κῶλα ὅμοια πέντε, πλὴν τοῦ τετάρτου τῷ δευ‐ τέρῳ τῆς ᾠδῆς ὁμοίου, ἑφθημιμερῆ. ἐπὶ τῷ τέλει παράγραφος. τῆς δὲ ἑξῆς ᾠδῆς τὰ κῶλα ἕξ. τὸ πρῶτον</w:t>
      </w:r>
    </w:p>
    <w:p>
      <w:r>
        <w:rPr>
          <w:rFonts w:ascii="Courier New" w:hAnsi="Courier New"/>
          <w:color w:val="555555"/>
          <w:sz w:val="20"/>
        </w:rPr>
        <w:t>[25]</w:t>
      </w:r>
    </w:p>
    <w:p>
      <w:r>
        <w:rPr>
          <w:rFonts w:ascii="Gentium Plus" w:hAnsi="Gentium Plus"/>
          <w:sz w:val="24"/>
        </w:rPr>
        <w:t>δακτυλικὸν ἑφθημιμερές. τὸ βʹ ἀναπαιστικὸν ἑφθημι‐ μερές. τὸ γʹ καὶ τὸ ϛʹ ὡς τὸ βʹ τῆς ἄνω ᾠδῆς. τὸ δ’ δακτυλικὸν τετράμετρον. ἔστι δὲ κῶλον ἐκ χοροῦ, ὡς ἀνέγνων ἐν Ἀγαμέμνονι δράματι Αἰσχύλου. τὸ εʹ ὅμοιον δίμετρον. ἔστι δὲ ἡμιτελὲς ἐνταῦθα. τὸ γὰρ τέλειόν</w:t>
      </w:r>
    </w:p>
    <w:p>
      <w:r>
        <w:rPr>
          <w:rFonts w:ascii="Courier New" w:hAnsi="Courier New"/>
          <w:color w:val="555555"/>
          <w:sz w:val="20"/>
        </w:rPr>
        <w:t>[30]</w:t>
      </w:r>
    </w:p>
    <w:p>
      <w:r>
        <w:rPr>
          <w:rFonts w:ascii="Gentium Plus" w:hAnsi="Gentium Plus"/>
          <w:sz w:val="24"/>
        </w:rPr>
        <w:t>ἐστιν, «αἴσιον ἀνδρῶν ἐκτελέων·» ὅπερ ἑφθημιμερές ἐστιν. ἐπὶ τῷ τέλει παράγραφος. ἑξῆς δὲ σύστημα κατὰ περικοπὴν ἀνομοιομερὲς στίχων ἰαμβικῶν τρι‐ μέτρων ἀκαταλήκτων ἕξ. ἐπὶ τῷ τέλει παράγραφος. ὁ μέντοι ἕκτος στίχος ἔν τισιν οὐ κεῖται· οἷον, ἴθι δὴ</w:t>
      </w:r>
    </w:p>
    <w:p>
      <w:r>
        <w:rPr>
          <w:rFonts w:ascii="Courier New" w:hAnsi="Courier New"/>
          <w:color w:val="555555"/>
          <w:sz w:val="20"/>
        </w:rPr>
        <w:t>[35]</w:t>
      </w:r>
    </w:p>
    <w:p>
      <w:r>
        <w:rPr>
          <w:rFonts w:ascii="Gentium Plus" w:hAnsi="Gentium Plus"/>
          <w:sz w:val="24"/>
        </w:rPr>
        <w:t>πέραινε.⟧</w:t>
      </w:r>
    </w:p>
    <w:p>
      <w:r>
        <w:rPr>
          <w:rFonts w:ascii="Courier New" w:hAnsi="Courier New"/>
          <w:color w:val="555555"/>
          <w:sz w:val="20"/>
        </w:rPr>
        <w:t>[sch ran 1266]</w:t>
      </w:r>
    </w:p>
    <w:p>
      <w:r>
        <w:rPr>
          <w:rFonts w:ascii="Gentium Plus" w:hAnsi="Gentium Plus"/>
          <w:sz w:val="24"/>
        </w:rPr>
        <w:t>Ἑρμᾶν μὲν πρόγονον: Ἐκ τῶν Αἰσχύλου Ψυχαγωγῶν. (προφέρεται δὲ οὐκ ἐφεξῆς τὰ αὐτὰ μέλη αὐτοῦ, ἀλλ’ ὡς ἔτυχεν ἄλλο ἄλλοθεν, καὶ ἐπιλέγει τὸ ἰήκοπον), ⟦κυρίως ἐκείνων τῶν στίχων ὂν, τοῦ, Φθιῶτ’</w:t>
      </w:r>
    </w:p>
    <w:p>
      <w:r>
        <w:rPr>
          <w:rFonts w:ascii="Courier New" w:hAnsi="Courier New"/>
          <w:color w:val="555555"/>
          <w:sz w:val="20"/>
        </w:rPr>
        <w:t>[5]</w:t>
      </w:r>
    </w:p>
    <w:p>
      <w:r>
        <w:rPr>
          <w:rFonts w:ascii="Gentium Plus" w:hAnsi="Gentium Plus"/>
          <w:sz w:val="24"/>
        </w:rPr>
        <w:t>Ἀχιλλεῦ.⟧ ⟦τοῦτο ἐκ τῶν Αἰσχύλου Ψυχαγωγῶν. τὸ δὲ Ἑρμὰν μὲν τίομεν λέγουσιν οἱ Ἀρκάδες διὰ ταῦτα· ἐν τῇ Κυλλήνῃ, ἥ ἐστιν ὄρος Ἀρκαδίας, ἐτιμᾶτο ὁ Ἑρμῆς. διὰ γοῦν τὴν ἐξ ἀμνημονεύτων χρόνων τιμὴν ὡς πρό‐</w:t>
      </w:r>
    </w:p>
    <w:p>
      <w:r>
        <w:rPr>
          <w:rFonts w:ascii="Courier New" w:hAnsi="Courier New"/>
          <w:color w:val="555555"/>
          <w:sz w:val="20"/>
        </w:rPr>
        <w:t>[10]</w:t>
      </w:r>
    </w:p>
    <w:p>
      <w:r>
        <w:rPr>
          <w:rFonts w:ascii="Gentium Plus" w:hAnsi="Gentium Plus"/>
          <w:sz w:val="24"/>
        </w:rPr>
        <w:t>γονος τούτοις ἐδόκει. ᾄδουσι δὲ καί τινα ἱστορίαν μυ‐ θώδη. λίμναν δὲ λέγει τὴν Στυμφαλίδα, ἐν Ἀρκαδίᾳ γὰρ καὶ αὕτη. Cant.1.⟧</w:t>
      </w:r>
    </w:p>
    <w:p>
      <w:r>
        <w:rPr>
          <w:rFonts w:ascii="Courier New" w:hAnsi="Courier New"/>
          <w:color w:val="555555"/>
          <w:sz w:val="20"/>
        </w:rPr>
        <w:t>[sch ran 1267]</w:t>
      </w:r>
    </w:p>
    <w:p>
      <w:r>
        <w:rPr>
          <w:rFonts w:ascii="Gentium Plus" w:hAnsi="Gentium Plus"/>
          <w:sz w:val="24"/>
        </w:rPr>
        <w:t>ἰστέον ὅτι τὸ ἰήκοπον οὐ πελάθεις ἐπ’ ἀρωγὰν παίζων πανταχοῦ ἐπιφέρει, κυρίως ἐκείνων τῶν ἰαμ‐ βείων ὂν, τοῦ, Φθιῶτ’ Ἀχιλεῦ. Barocc.</w:t>
      </w:r>
    </w:p>
    <w:p>
      <w:r>
        <w:rPr>
          <w:rFonts w:ascii="Courier New" w:hAnsi="Courier New"/>
          <w:color w:val="555555"/>
          <w:sz w:val="20"/>
        </w:rPr>
        <w:t>[sch ran 1270]</w:t>
      </w:r>
    </w:p>
    <w:p>
      <w:r>
        <w:rPr>
          <w:rFonts w:ascii="Gentium Plus" w:hAnsi="Gentium Plus"/>
          <w:sz w:val="24"/>
        </w:rPr>
        <w:t>(κύδιστ’ Ἀχαιῶν: Ἀρίσταρχος καὶ Ἀπολλώ‐ νιος, ἐπισκέψασθε πόθεν εἰσί. Τιμαχίδας δὲ ἐκ Τηλέφου Αἰσχύλου. Ἀσκληπιάδης δὲ ἐξ Ἰφιγενείας.)</w:t>
      </w:r>
    </w:p>
    <w:p>
      <w:r>
        <w:rPr>
          <w:rFonts w:ascii="Courier New" w:hAnsi="Courier New"/>
          <w:color w:val="555555"/>
          <w:sz w:val="20"/>
        </w:rPr>
        <w:t>[sch ran 1274]</w:t>
      </w:r>
    </w:p>
    <w:p>
      <w:r>
        <w:rPr>
          <w:rFonts w:ascii="Gentium Plus" w:hAnsi="Gentium Plus"/>
          <w:sz w:val="24"/>
        </w:rPr>
        <w:t>εὐφημεῖτε μελισσονόμοι: Ἐξ Ἱερειῶν Αἰσχύ‐ λου. R. V. [οἱ διανέμοντες τὰ τῆς πόλεως, ἢ οἰκοῦντες ἐν τῇ πόλει.] —εὐφήμως λέγετε οἱ δίκην μελισσῶν νεμόμενοι ἐν τῷδε τῷ τῆς θεᾶς ἄλσει. Br.</w:t>
      </w:r>
    </w:p>
    <w:p>
      <w:r>
        <w:rPr>
          <w:rFonts w:ascii="Courier New" w:hAnsi="Courier New"/>
          <w:color w:val="555555"/>
          <w:sz w:val="20"/>
        </w:rPr>
        <w:t>[sch ran 1275]</w:t>
      </w:r>
    </w:p>
    <w:p>
      <w:r>
        <w:rPr>
          <w:rFonts w:ascii="Gentium Plus" w:hAnsi="Gentium Plus"/>
          <w:sz w:val="24"/>
        </w:rPr>
        <w:t>[ἰήκοπον: Τινὲς ἀξιοῦσι τὸ ἰή ψιλοῦν, ὅταν μὴ ᾖ ἐν ὕμνῳ. ἐκεῖ γὰρ δασύνεται. ὡς ἐφυμνίῳ δὲ κέχρηται τῷ ἰήκοπον οὐ πελάθεις.]</w:t>
      </w:r>
    </w:p>
    <w:p>
      <w:r>
        <w:rPr>
          <w:rFonts w:ascii="Courier New" w:hAnsi="Courier New"/>
          <w:color w:val="555555"/>
          <w:sz w:val="20"/>
        </w:rPr>
        <w:t>[sch ran 1276]</w:t>
      </w:r>
    </w:p>
    <w:p>
      <w:r>
        <w:rPr>
          <w:rFonts w:ascii="Gentium Plus" w:hAnsi="Gentium Plus"/>
          <w:sz w:val="24"/>
        </w:rPr>
        <w:t>ὅσιον κράτος: (Ἐν τοῖς πλείστοις αἴσιον. Ἀσκληπιάδης τὸ ὅσιον. ἔστι δὲ) ἐξ Ἀγαμέμνονος Αἰ‐ σχύλου [104]. βουβωνιῶ δὲ ἀντὶ τοῦ φλεγμαίνω τοὺς βουβῶνας. —ὅσιον: Ἁγίαν καὶ δικαίαν ἐπικράτησιν.</w:t>
      </w:r>
    </w:p>
    <w:p>
      <w:r>
        <w:rPr>
          <w:rFonts w:ascii="Courier New" w:hAnsi="Courier New"/>
          <w:color w:val="555555"/>
          <w:sz w:val="20"/>
        </w:rPr>
        <w:t>[5]</w:t>
      </w:r>
    </w:p>
    <w:p>
      <w:r>
        <w:rPr>
          <w:rFonts w:ascii="Gentium Plus" w:hAnsi="Gentium Plus"/>
          <w:sz w:val="24"/>
        </w:rPr>
        <w:t>Cant.1.</w:t>
      </w:r>
    </w:p>
    <w:p>
      <w:r>
        <w:rPr>
          <w:rFonts w:ascii="Courier New" w:hAnsi="Courier New"/>
          <w:color w:val="555555"/>
          <w:sz w:val="20"/>
        </w:rPr>
        <w:t>[sch ran 1278]</w:t>
      </w:r>
    </w:p>
    <w:p>
      <w:r>
        <w:rPr>
          <w:rFonts w:ascii="Gentium Plus" w:hAnsi="Gentium Plus"/>
          <w:sz w:val="24"/>
        </w:rPr>
        <w:t>ἐπεὶ συνεχῶς εἶπε τὸ ἰήκοπον. Θ.</w:t>
      </w:r>
    </w:p>
    <w:p>
      <w:r>
        <w:rPr>
          <w:rFonts w:ascii="Courier New" w:hAnsi="Courier New"/>
          <w:color w:val="555555"/>
          <w:sz w:val="20"/>
        </w:rPr>
        <w:t>[sch ran 1279]</w:t>
      </w:r>
    </w:p>
    <w:p>
      <w:r>
        <w:rPr>
          <w:rFonts w:ascii="Gentium Plus" w:hAnsi="Gentium Plus"/>
          <w:sz w:val="24"/>
        </w:rPr>
        <w:t>λείπει τὸ ἀπελθεῖν. R. V.</w:t>
      </w:r>
    </w:p>
    <w:p>
      <w:r>
        <w:rPr>
          <w:rFonts w:ascii="Courier New" w:hAnsi="Courier New"/>
          <w:color w:val="555555"/>
          <w:sz w:val="20"/>
        </w:rPr>
        <w:t>[sch ran 1281]</w:t>
      </w:r>
    </w:p>
    <w:p>
      <w:r>
        <w:rPr>
          <w:rFonts w:ascii="Gentium Plus" w:hAnsi="Gentium Plus"/>
          <w:sz w:val="24"/>
        </w:rPr>
        <w:t>στάσιν μελῶν: Στάσιμον μέλος, ὃ ᾄδουσιν ἱστάμενοι οἱ χορευταί. —σύνοδον, διήγησιν. R. V.</w:t>
      </w:r>
    </w:p>
    <w:p>
      <w:r>
        <w:rPr>
          <w:rFonts w:ascii="Courier New" w:hAnsi="Courier New"/>
          <w:color w:val="555555"/>
          <w:sz w:val="20"/>
        </w:rPr>
        <w:t>[sch ran 1282]</w:t>
      </w:r>
    </w:p>
    <w:p>
      <w:r>
        <w:rPr>
          <w:rFonts w:ascii="Gentium Plus" w:hAnsi="Gentium Plus"/>
          <w:sz w:val="24"/>
        </w:rPr>
        <w:t>ἐκ τῶν κιθαρῳδικῶν νόμων: Τιμαχίδας γράφει, ὡς τῷ ὀρθίῳ νόμῳ κεχρημένου τοῦ Αἰσχύλου καὶ ἀνατεταμένως. —ἀντὶ τοῦ ξένην τραγῳδίαν. R. Ven.</w:t>
      </w:r>
    </w:p>
    <w:p>
      <w:r>
        <w:rPr>
          <w:rFonts w:ascii="Courier New" w:hAnsi="Courier New"/>
          <w:color w:val="555555"/>
          <w:sz w:val="20"/>
        </w:rPr>
        <w:t>[sch ran 1283]</w:t>
      </w:r>
    </w:p>
    <w:p>
      <w:r>
        <w:rPr>
          <w:rFonts w:ascii="Gentium Plus" w:hAnsi="Gentium Plus"/>
          <w:sz w:val="24"/>
        </w:rPr>
        <w:t>ἐν τισι οὐ κεῖται. V.</w:t>
      </w:r>
    </w:p>
    <w:p>
      <w:r>
        <w:rPr>
          <w:rFonts w:ascii="Courier New" w:hAnsi="Courier New"/>
          <w:color w:val="555555"/>
          <w:sz w:val="20"/>
        </w:rPr>
        <w:t>[sch ran 1285]</w:t>
      </w:r>
    </w:p>
    <w:p>
      <w:r>
        <w:rPr>
          <w:rFonts w:ascii="Gentium Plus" w:hAnsi="Gentium Plus"/>
          <w:sz w:val="24"/>
        </w:rPr>
        <w:t>⟦ὅπως Ἀχαιῶν: ᾨδὴ κώλων ιδʹ. ὧν τὸ πρῶτον ἰαμβικὸν ἑφθημιμερές. τὸ βʹ ἀναπαιστικὸν ἑφθημιμερές. τὸ δʹ δακτυλικὸν πενθημιμερές. τὸ εʹ Φερεκράτειον. τὸ ζʹ τρίμετρον ἀκατάληκτον. τὸ ηʹ</w:t>
      </w:r>
    </w:p>
    <w:p>
      <w:r>
        <w:rPr>
          <w:rFonts w:ascii="Courier New" w:hAnsi="Courier New"/>
          <w:color w:val="555555"/>
          <w:sz w:val="20"/>
        </w:rPr>
        <w:t>[5]</w:t>
      </w:r>
    </w:p>
    <w:p>
      <w:r>
        <w:rPr>
          <w:rFonts w:ascii="Gentium Plus" w:hAnsi="Gentium Plus"/>
          <w:sz w:val="24"/>
        </w:rPr>
        <w:t>δίμετρον. τὸ ιʹ ὅμοιον τῷ αʹ. τὸ ιαʹ ὅμοιον τῷ βʹ. τὸ ιβʹ ἀντισπαστικὸν δίμετρον ἀκατάληκτον ἐπιμεμιγμέ‐ νον διτροχαίῳ. ἐπὶ τῷ τέλει παράγραφος. τὸ δ’ ἐφύμνιον δίμετρον ἰαμβικὸν ἀκατάληκτον.⟧ Εὐριπίδης ὁμοίως τὰ Αἰσχύλου χορικὰ μέλη διε‐</w:t>
      </w:r>
    </w:p>
    <w:p>
      <w:r>
        <w:rPr>
          <w:rFonts w:ascii="Courier New" w:hAnsi="Courier New"/>
          <w:color w:val="555555"/>
          <w:sz w:val="20"/>
        </w:rPr>
        <w:t>[10]</w:t>
      </w:r>
    </w:p>
    <w:p>
      <w:r>
        <w:rPr>
          <w:rFonts w:ascii="Gentium Plus" w:hAnsi="Gentium Plus"/>
          <w:sz w:val="24"/>
        </w:rPr>
        <w:t>σπασμένως λέγει ἐξ ἄλλων καὶ ἄλλων δραμάτων. ⟦τοῦτο μέντοι ἐξ Ἀγαμέμνονος. δίθρονον δὲ κράτος, αὐτόν τε καὶ τὸν Μενέλαον. ἀκμὴν δὲ τὴν νεότητα. ἔστι δὲ ἀναπόδοτον.⟧ —καὶ τοῦτο ἐξ Ἀγαμέμνονος. R. V.</w:t>
      </w:r>
    </w:p>
    <w:p>
      <w:r>
        <w:rPr>
          <w:rFonts w:ascii="Courier New" w:hAnsi="Courier New"/>
          <w:color w:val="555555"/>
          <w:sz w:val="20"/>
        </w:rPr>
        <w:t>[sch ran 1286]</w:t>
      </w:r>
    </w:p>
    <w:p>
      <w:r>
        <w:rPr>
          <w:rFonts w:ascii="Gentium Plus" w:hAnsi="Gentium Plus"/>
          <w:sz w:val="24"/>
        </w:rPr>
        <w:t>(τὸ φλαττοθραττόφλατ: Τοῦτο λέγει χλευάζων ὡς ἀσυνετοποιόν. τινὲς δὲ καὶ σημειοῦνται αὐτὸ, ὅτι τῶν διορθωτῶν τινὲς περιεῖλον τὰς τοιαύτας ἐν τοῖς μέλεσι προσθέσεις.) ⟦Σφίγγα δὲ δυσαμερίαν, τὴν ἐπὶ</w:t>
      </w:r>
    </w:p>
    <w:p>
      <w:r>
        <w:rPr>
          <w:rFonts w:ascii="Courier New" w:hAnsi="Courier New"/>
          <w:color w:val="555555"/>
          <w:sz w:val="20"/>
        </w:rPr>
        <w:t>[5]</w:t>
      </w:r>
    </w:p>
    <w:p>
      <w:r>
        <w:rPr>
          <w:rFonts w:ascii="Gentium Plus" w:hAnsi="Gentium Plus"/>
          <w:sz w:val="24"/>
        </w:rPr>
        <w:t>κακῷ χρόνῳ Θηβαίοις φανεῖσαν, πάροχον θανάτου. ταῦτα δὲ ἐκ Σφιγγὸς Αἰσχύλου. θούριος δὲ ὄρνις, ἡ πολεμοῦσα Θηβαίοις τύχη. τὸ δὲ ξὺν δορὶ καὶ χειρὶ πράκτορι, ἐξ Ἀγαμέμνονος, ἐκ τῆς συνεπείας τοῦ «κύριός εἰμι θροεῖν.» ἐπειδὴ δὲ οἱ τῆς Σφιγγὸς πόδες</w:t>
      </w:r>
    </w:p>
    <w:p>
      <w:r>
        <w:rPr>
          <w:rFonts w:ascii="Courier New" w:hAnsi="Courier New"/>
          <w:color w:val="555555"/>
          <w:sz w:val="20"/>
        </w:rPr>
        <w:t>[10]</w:t>
      </w:r>
    </w:p>
    <w:p>
      <w:r>
        <w:rPr>
          <w:rFonts w:ascii="Gentium Plus" w:hAnsi="Gentium Plus"/>
          <w:sz w:val="24"/>
        </w:rPr>
        <w:t>λεοντώδεις ἦσαν, ὁ δὲ τοῦ λέοντος ὄνυξ δίκην δόρατος πλήττει, διὰ τοῦτο δόρατι εἶπεν.⟧</w:t>
      </w:r>
    </w:p>
    <w:p>
      <w:r>
        <w:rPr>
          <w:rFonts w:ascii="Courier New" w:hAnsi="Courier New"/>
          <w:color w:val="555555"/>
          <w:sz w:val="20"/>
        </w:rPr>
        <w:t>[sch ran 1291]</w:t>
      </w:r>
    </w:p>
    <w:p>
      <w:r>
        <w:rPr>
          <w:rFonts w:ascii="Gentium Plus" w:hAnsi="Gentium Plus"/>
          <w:sz w:val="24"/>
        </w:rPr>
        <w:t>ἐπιτυχεῖν. R. V. Θ. καὶ τοῦτο ἐξ Ἀγαμέμνονος. R. V. ἀντὶ τοῦ ἀναι‐ σχύντοις. R. ⟦ἰταμαῖς κυσὶ: Τοῖς ἁρπακτικοῖς ἀετοῖς. ταῦτα δὲ ὡς ἀσαφῆ πάρελθε.⟧ —διὰ τοῦ ἀέρος φοι‐</w:t>
      </w:r>
    </w:p>
    <w:p>
      <w:r>
        <w:rPr>
          <w:rFonts w:ascii="Courier New" w:hAnsi="Courier New"/>
          <w:color w:val="555555"/>
          <w:sz w:val="20"/>
        </w:rPr>
        <w:t>[5]</w:t>
      </w:r>
    </w:p>
    <w:p>
      <w:r>
        <w:rPr>
          <w:rFonts w:ascii="Gentium Plus" w:hAnsi="Gentium Plus"/>
          <w:sz w:val="24"/>
        </w:rPr>
        <w:t>τώσαις. V.</w:t>
      </w:r>
    </w:p>
    <w:p>
      <w:r>
        <w:rPr>
          <w:rFonts w:ascii="Courier New" w:hAnsi="Courier New"/>
          <w:color w:val="555555"/>
          <w:sz w:val="20"/>
        </w:rPr>
        <w:t>[sch ran 1294]</w:t>
      </w:r>
    </w:p>
    <w:p>
      <w:r>
        <w:rPr>
          <w:rFonts w:ascii="Gentium Plus" w:hAnsi="Gentium Plus"/>
          <w:sz w:val="24"/>
        </w:rPr>
        <w:t>(τὸ συγκλινὲς ἐπ’ Αἴαντι: Τιμαχίδας φησὶ τοῦτο ἐν ἐνίοις μὴ γράφεσθαι. Ἀπολλώνιος δέ φησιν ἐκ Θρῃσσῶν αὐτὸ εἶναι.)</w:t>
      </w:r>
    </w:p>
    <w:p>
      <w:r>
        <w:rPr>
          <w:rFonts w:ascii="Courier New" w:hAnsi="Courier New"/>
          <w:color w:val="555555"/>
          <w:sz w:val="20"/>
        </w:rPr>
        <w:t>[sch ran 1296]</w:t>
      </w:r>
    </w:p>
    <w:p>
      <w:r>
        <w:rPr>
          <w:rFonts w:ascii="Gentium Plus" w:hAnsi="Gentium Plus"/>
          <w:sz w:val="24"/>
        </w:rPr>
        <w:t>⟦τί τὸ φλαττόθρατ: Σύστημα κατὰ περικοπὴν ἀνομοιομερὲς στίχων ἰαμβικῶν τριμέτρων ἀκαταλή‐ κτων ιγʹ. ἐπὶ τῷ τέλει παράγραφος.⟧ ἐκ Μαραθῶνος: (Ἐπεὶ ὁ φλέως ἄνθος ἐν Μαραθῶνι,</w:t>
      </w:r>
    </w:p>
    <w:p>
      <w:r>
        <w:rPr>
          <w:rFonts w:ascii="Courier New" w:hAnsi="Courier New"/>
          <w:color w:val="555555"/>
          <w:sz w:val="20"/>
        </w:rPr>
        <w:t>[5]</w:t>
      </w:r>
    </w:p>
    <w:p>
      <w:r>
        <w:rPr>
          <w:rFonts w:ascii="Gentium Plus" w:hAnsi="Gentium Plus"/>
          <w:sz w:val="24"/>
        </w:rPr>
        <w:t>ὃν οἱ ἰδιῶται φλόμον.) διὰ τὸ ἔχειν τὸ φλατ ἐν ἀρχῇ παρόμοιον τῷ φλέῳ. ὡς ἐν Μαραθῶνι οὖν τοῦ φλέω πολλοῦ ὄντος· ἑλώδης γὰρ ὁ τόπος.</w:t>
      </w:r>
    </w:p>
    <w:p>
      <w:r>
        <w:rPr>
          <w:rFonts w:ascii="Courier New" w:hAnsi="Courier New"/>
          <w:color w:val="555555"/>
          <w:sz w:val="20"/>
        </w:rPr>
        <w:t>[sch ran 1297]</w:t>
      </w:r>
    </w:p>
    <w:p>
      <w:r>
        <w:rPr>
          <w:rFonts w:ascii="Gentium Plus" w:hAnsi="Gentium Plus"/>
          <w:sz w:val="24"/>
        </w:rPr>
        <w:t>ἱμονιοστρόφου: (Οἷον σχοινιοστρόφου μέλη, ἃ εἰκὸς ἄνδρα ὕδατα ἀρυόμενον ᾄδειν.) ἱμονιὰ γὰρ κα‐ λεῖται τὸ τῶν ἀντλημάτων σχοινίον, καὶ τὸ ᾆσμα, ὃ ᾄδουσιν οἱ ἀντληταὶ, ἱμαῖον. (Καλλίμαχος [fr. 42]</w:t>
      </w:r>
    </w:p>
    <w:p>
      <w:r>
        <w:rPr>
          <w:rFonts w:ascii="Courier New" w:hAnsi="Courier New"/>
          <w:color w:val="555555"/>
          <w:sz w:val="20"/>
        </w:rPr>
        <w:t>[5]</w:t>
      </w:r>
    </w:p>
    <w:p>
      <w:r>
        <w:rPr>
          <w:rFonts w:ascii="Gentium Plus" w:hAnsi="Gentium Plus"/>
          <w:sz w:val="24"/>
        </w:rPr>
        <w:t>ἀείδει καὶ πού τις ἀνὴρ ὑδατηγὸς ἱμαῖον.)</w:t>
      </w:r>
    </w:p>
    <w:p>
      <w:r>
        <w:rPr>
          <w:rFonts w:ascii="Courier New" w:hAnsi="Courier New"/>
          <w:color w:val="555555"/>
          <w:sz w:val="20"/>
        </w:rPr>
        <w:t>[sch ran 1298]</w:t>
      </w:r>
    </w:p>
    <w:p>
      <w:r>
        <w:rPr>
          <w:rFonts w:ascii="Gentium Plus" w:hAnsi="Gentium Plus"/>
          <w:sz w:val="24"/>
        </w:rPr>
        <w:t>ἀλλ’ οὖν ἐγὼ μὲν ἐς τὸ καλὸν μετήνεγκα: Ἐγὼ, φησὶν, εἰς τὸ καλὸν ἐκ τοῦ καλοῦ αὐτὰ μετήνεγ‐ κα. (ἐκ γὰρ τοῦ κιθαρῳδικοῦ καλοῦ ὄντος εἰς τὸ τρα‐ γῳδικὸν μετήνεγκα, ἵνα μὴ εἰς ταὐτὰ τοῖς ὑπὸ Φρυνί‐</w:t>
      </w:r>
    </w:p>
    <w:p>
      <w:r>
        <w:rPr>
          <w:rFonts w:ascii="Courier New" w:hAnsi="Courier New"/>
          <w:color w:val="555555"/>
          <w:sz w:val="20"/>
        </w:rPr>
        <w:t>[5]</w:t>
      </w:r>
    </w:p>
    <w:p>
      <w:r>
        <w:rPr>
          <w:rFonts w:ascii="Gentium Plus" w:hAnsi="Gentium Plus"/>
          <w:sz w:val="24"/>
        </w:rPr>
        <w:t>χου μέλεσι προεισηγμένοις ἐμπίπτω.) ἀποδέχονται δὲ πάντες τοῖς μέλεσι τὸν Φρύνιχον ἐπιτυγχάνοντα.</w:t>
      </w:r>
    </w:p>
    <w:p>
      <w:r>
        <w:rPr>
          <w:rFonts w:ascii="Courier New" w:hAnsi="Courier New"/>
          <w:color w:val="555555"/>
          <w:sz w:val="20"/>
        </w:rPr>
        <w:t>[sch ran 1299]</w:t>
      </w:r>
    </w:p>
    <w:p>
      <w:r>
        <w:rPr>
          <w:rFonts w:ascii="Gentium Plus" w:hAnsi="Gentium Plus"/>
          <w:sz w:val="24"/>
        </w:rPr>
        <w:t>(ἤνεγκον· Διχῶς ἔλεγον· ἤνεγκον μὲν ἀπὸ τοῦ ἐνέγκω· ἤνεγκα δὲ ἀπὸ τοῦ ἐνείκω.) ἵνα μὴ τὸν αὐτὸν Φρυνίχῳ: Ἵνα μὴ τὰ αὐτὰ τῷ Φρυνίχῳ μελοποιῶ. ἦν δὲ οὗτος μελοποιὸς ἡδύς. ὁ δὲ</w:t>
      </w:r>
    </w:p>
    <w:p>
      <w:r>
        <w:rPr>
          <w:rFonts w:ascii="Courier New" w:hAnsi="Courier New"/>
          <w:color w:val="555555"/>
          <w:sz w:val="20"/>
        </w:rPr>
        <w:t>[5]</w:t>
      </w:r>
    </w:p>
    <w:p>
      <w:r>
        <w:rPr>
          <w:rFonts w:ascii="Gentium Plus" w:hAnsi="Gentium Plus"/>
          <w:sz w:val="24"/>
        </w:rPr>
        <w:t>λόγος, ἐκ τῶν κιθαρῳδικῶν εἰς τὸ τραγικὸν (γένος) μετήνεγκα. τοῦτο γὰρ ὁ Εὐριπίδης προεῖπεν.</w:t>
      </w:r>
    </w:p>
    <w:p>
      <w:r>
        <w:rPr>
          <w:rFonts w:ascii="Courier New" w:hAnsi="Courier New"/>
          <w:color w:val="555555"/>
          <w:sz w:val="20"/>
        </w:rPr>
        <w:t>[sch ran 1302]</w:t>
      </w:r>
    </w:p>
    <w:p>
      <w:r>
        <w:rPr>
          <w:rFonts w:ascii="Gentium Plus" w:hAnsi="Gentium Plus"/>
          <w:sz w:val="24"/>
        </w:rPr>
        <w:t>σκολίων: Σκολιὰ λέγονται τὰ παροίνια ᾄσματα. τὰ δὲ Καρικὰ αὐλήματα (καὶ μέλη) θρηνώδη ἐστίν. ⟦ἢ Καρικῶν, βαρβαρικῶν, δουλικῶν.⟧ Μελήτου: Προείρηται ὅτι τραγικὸς ποιητὴς ὁ Μέ‐</w:t>
      </w:r>
    </w:p>
    <w:p>
      <w:r>
        <w:rPr>
          <w:rFonts w:ascii="Courier New" w:hAnsi="Courier New"/>
          <w:color w:val="555555"/>
          <w:sz w:val="20"/>
        </w:rPr>
        <w:t>[5]</w:t>
      </w:r>
    </w:p>
    <w:p>
      <w:r>
        <w:rPr>
          <w:rFonts w:ascii="Gentium Plus" w:hAnsi="Gentium Plus"/>
          <w:sz w:val="24"/>
        </w:rPr>
        <w:t>λητος. οὗτος δέ ἐστιν ὁ Σωκράτην γραψάμενος. κωμῳ‐ δεῖται δὲ καὶ ὡς ψυχρὸς ἐν τῇ ποιήσει καὶ ὡς πονηρὸς τὸν τρόπον. ⟦χορείων δὲ, μικροπρεπῶν, καὶ οἷα ἐν τοῖς χοροῖς ᾄδουσι. λύριον δὲ τὴν μικρὰν λύραν,⟧ ὥστε ψᾶ‐ λαι τὰ Εὐριπίδου.</w:t>
      </w:r>
    </w:p>
    <w:p>
      <w:r>
        <w:rPr>
          <w:rFonts w:ascii="Courier New" w:hAnsi="Courier New"/>
          <w:color w:val="555555"/>
          <w:sz w:val="20"/>
        </w:rPr>
        <w:t>[sch ran 1305]</w:t>
      </w:r>
    </w:p>
    <w:p>
      <w:r>
        <w:rPr>
          <w:rFonts w:ascii="Gentium Plus" w:hAnsi="Gentium Plus"/>
          <w:sz w:val="24"/>
        </w:rPr>
        <w:t>ἡ τοῖς ὀστράκοις: ⟦Ἀπορίᾳ λύρας ὄστρακα τι‐ νὲς λαμβάνοντες ἦχον μὲν ἀπετέλουν, πάνυ δὲ ἄσημον. διαβάλλει δὲ ἐντεῦθεν Εὐριπίδην ὡς κακὸν μελοποιόν. Ἄλλως.⟧ ὅτι φαίνονταί τινες ἀγοραῖοι κρούοντες τοῖς</w:t>
      </w:r>
    </w:p>
    <w:p>
      <w:r>
        <w:rPr>
          <w:rFonts w:ascii="Courier New" w:hAnsi="Courier New"/>
          <w:color w:val="555555"/>
          <w:sz w:val="20"/>
        </w:rPr>
        <w:t>[5]</w:t>
      </w:r>
    </w:p>
    <w:p>
      <w:r>
        <w:rPr>
          <w:rFonts w:ascii="Gentium Plus" w:hAnsi="Gentium Plus"/>
          <w:sz w:val="24"/>
        </w:rPr>
        <w:t>ὀστράκοις καὶ προσᾴδοντες τῷ κρούματι τῷ διὰ τού‐ των. λέγεται δὲ εἰς τὴν Ὑψιπύλην ταῦτα, (ἢ καθόλου τὴν μοῦσαν αὐτοῦ. ἐπιλέγει γὰρ «δεῦρο μοῦσα Εὐριπί‐ δου.» Δίδυμος δὲ προστίθησιν ὅτι εἰώθασιν ἀντὶ λύρας κογχύλια καὶ ὀστράκια κρούοντες ἔνρυθμόν τινα ἦχον</w:t>
      </w:r>
    </w:p>
    <w:p>
      <w:r>
        <w:rPr>
          <w:rFonts w:ascii="Courier New" w:hAnsi="Courier New"/>
          <w:color w:val="555555"/>
          <w:sz w:val="20"/>
        </w:rPr>
        <w:t>[10]</w:t>
      </w:r>
    </w:p>
    <w:p>
      <w:r>
        <w:rPr>
          <w:rFonts w:ascii="Gentium Plus" w:hAnsi="Gentium Plus"/>
          <w:sz w:val="24"/>
        </w:rPr>
        <w:t>ἀποτελεῖν τοῖς ὀρχουμένοις.)</w:t>
      </w:r>
    </w:p>
    <w:p>
      <w:r>
        <w:rPr>
          <w:rFonts w:ascii="Courier New" w:hAnsi="Courier New"/>
          <w:color w:val="555555"/>
          <w:sz w:val="20"/>
        </w:rPr>
        <w:t>[sch ran 1308]</w:t>
      </w:r>
    </w:p>
    <w:p>
      <w:r>
        <w:rPr>
          <w:rFonts w:ascii="Gentium Plus" w:hAnsi="Gentium Plus"/>
          <w:sz w:val="24"/>
        </w:rPr>
        <w:t>αὕτη ποθ’ ἡ Μοῦσα: Ἐν ἐρωτήσει λέγει. αὕτη οὐκ ᾐσχροποίει; (καὶ ἐν Σφηξὶν [1346] ἐπὶ τῆς αὐλητρί‐ δος μέλλουσαν ἤδη λεσβιεῖν τοὺς ξυμπότας.)</w:t>
      </w:r>
    </w:p>
    <w:p>
      <w:r>
        <w:rPr>
          <w:rFonts w:ascii="Courier New" w:hAnsi="Courier New"/>
          <w:color w:val="555555"/>
          <w:sz w:val="20"/>
        </w:rPr>
        <w:t>[5]</w:t>
      </w:r>
    </w:p>
    <w:p>
      <w:r>
        <w:rPr>
          <w:rFonts w:ascii="Gentium Plus" w:hAnsi="Gentium Plus"/>
          <w:sz w:val="24"/>
        </w:rPr>
        <w:t>λεσβιάζειν δὲ τὸ παρανόμως πλησιάζειν. διεβάλλοντο γὰρ ἐπὶ τούτῳ οἱ Λέσβιοι. (καὶ ἐν τῷ εἰς Φερεκράτην ἀναφερομένῳ Χείρωνι δώσει δέ τοι γυναῖκας ἑπτὰ Λεσβίδας. καλὸν τὸ δῶρον, ἕπτ’ ἔχειν λαικαστρίας.)</w:t>
      </w:r>
    </w:p>
    <w:p>
      <w:r>
        <w:rPr>
          <w:rFonts w:ascii="Courier New" w:hAnsi="Courier New"/>
          <w:color w:val="555555"/>
          <w:sz w:val="20"/>
        </w:rPr>
        <w:t>[sch ran 1309]</w:t>
      </w:r>
    </w:p>
    <w:p>
      <w:r>
        <w:rPr>
          <w:rFonts w:ascii="Gentium Plus" w:hAnsi="Gentium Plus"/>
          <w:sz w:val="24"/>
        </w:rPr>
        <w:t>ἀλκυόνες: Χαρακτηρίζει τὰ Εὐριπίδου μέλη ὡς ἐκλελυμένα. ⟦ἀλκυόνες δὲ ἐπάνω τοῦ τῆς θαλάσσης ὕδατος καθήμεναι τὰ αὐτῶν ᾠὰ ἐν τῷ βυθῷ κείμενα θερμαίνουσι. καθ’ ὃν δὲ καιρὸν τοῦτο ποιοῦσιν, ἀλκυο‐</w:t>
      </w:r>
    </w:p>
    <w:p>
      <w:r>
        <w:rPr>
          <w:rFonts w:ascii="Courier New" w:hAnsi="Courier New"/>
          <w:color w:val="555555"/>
          <w:sz w:val="20"/>
        </w:rPr>
        <w:t>[5]</w:t>
      </w:r>
    </w:p>
    <w:p>
      <w:r>
        <w:rPr>
          <w:rFonts w:ascii="Gentium Plus" w:hAnsi="Gentium Plus"/>
          <w:sz w:val="24"/>
        </w:rPr>
        <w:t>νίτιδες αὗται αἱ ἡμέραι καλοῦνται, καὶ ἔστιν ἐν αὐταῖς μεγίστη ἡσυχία ἀνέμων τε καὶ κυμάτων. οἱ δέ φασιν ὡς ἐν τῷ ἄκρῳ τῆς θαλάσσης ἐπὶ τῆς ψάμμου τοῦτο ποιοῦσι.⟧</w:t>
      </w:r>
    </w:p>
    <w:p>
      <w:r>
        <w:rPr>
          <w:rFonts w:ascii="Courier New" w:hAnsi="Courier New"/>
          <w:color w:val="555555"/>
          <w:sz w:val="20"/>
        </w:rPr>
        <w:t>[sch ran 1310]</w:t>
      </w:r>
    </w:p>
    <w:p>
      <w:r>
        <w:rPr>
          <w:rFonts w:ascii="Gentium Plus" w:hAnsi="Gentium Plus"/>
          <w:sz w:val="24"/>
        </w:rPr>
        <w:t>κύμασι στωμύλλετε: Διὰ τοῦ στωμύλλετε πάλιν εἰς αὐτὸν παίζει. ἐξ ἄλλων δὲ καὶ ἄλλων Εὐρι‐ πίδου δραμάτων κόμματα συντίθησι καὶ οὐδὲν κατὰ τὸ ἑξῆς λέγει μέλος. (ἔστι δὲ τὸ προεγκείμενον ἐξ Ἰφι‐</w:t>
      </w:r>
    </w:p>
    <w:p>
      <w:r>
        <w:rPr>
          <w:rFonts w:ascii="Courier New" w:hAnsi="Courier New"/>
          <w:color w:val="555555"/>
          <w:sz w:val="20"/>
        </w:rPr>
        <w:t>[5]</w:t>
      </w:r>
    </w:p>
    <w:p>
      <w:r>
        <w:rPr>
          <w:rFonts w:ascii="Gentium Plus" w:hAnsi="Gentium Plus"/>
          <w:sz w:val="24"/>
        </w:rPr>
        <w:t>γενείας τῆς ἐν Αὐλίδι.)</w:t>
      </w:r>
    </w:p>
    <w:p>
      <w:r>
        <w:rPr>
          <w:rFonts w:ascii="Courier New" w:hAnsi="Courier New"/>
          <w:color w:val="555555"/>
          <w:sz w:val="20"/>
        </w:rPr>
        <w:t>[sch ran 1311]</w:t>
      </w:r>
    </w:p>
    <w:p>
      <w:r>
        <w:rPr>
          <w:rFonts w:ascii="Gentium Plus" w:hAnsi="Gentium Plus"/>
          <w:sz w:val="24"/>
        </w:rPr>
        <w:t>τέγγονται νοτεραῖς: Τὸ ἑξῆς, νοτίαις ῥανίσι πτερύγων χρόα δροσιζόμεναι.</w:t>
      </w:r>
    </w:p>
    <w:p>
      <w:r>
        <w:rPr>
          <w:rFonts w:ascii="Courier New" w:hAnsi="Courier New"/>
          <w:color w:val="555555"/>
          <w:sz w:val="20"/>
        </w:rPr>
        <w:t>[sch ran 1314]</w:t>
      </w:r>
    </w:p>
    <w:p>
      <w:r>
        <w:rPr>
          <w:rFonts w:ascii="Gentium Plus" w:hAnsi="Gentium Plus"/>
          <w:sz w:val="24"/>
        </w:rPr>
        <w:t>εἰειειειει: Ἡ ἐπέκτασις τοῦ εἰ εἰ εἰλίσσετε κατὰ μίμησιν (εἴρηται) τῆς μελοποιίας. φάλαγγες: ⟦Αἱ λεγόμεναι καματηραί.⟧ (ἀράχνιόν τι ἡ φάλαγξ. λέγουσι δὲ καὶ τῶν δακτύλων τὰ ἄρθρα φά‐</w:t>
      </w:r>
    </w:p>
    <w:p>
      <w:r>
        <w:rPr>
          <w:rFonts w:ascii="Courier New" w:hAnsi="Courier New"/>
          <w:color w:val="555555"/>
          <w:sz w:val="20"/>
        </w:rPr>
        <w:t>[5]</w:t>
      </w:r>
    </w:p>
    <w:p>
      <w:r>
        <w:rPr>
          <w:rFonts w:ascii="Gentium Plus" w:hAnsi="Gentium Plus"/>
          <w:sz w:val="24"/>
        </w:rPr>
        <w:t>λαγγας, ἅπερ νῦν μᾶλλον λέγει.)</w:t>
      </w:r>
    </w:p>
    <w:p>
      <w:r>
        <w:rPr>
          <w:rFonts w:ascii="Courier New" w:hAnsi="Courier New"/>
          <w:color w:val="555555"/>
          <w:sz w:val="20"/>
        </w:rPr>
        <w:t>[sch ran 1315]</w:t>
      </w:r>
    </w:p>
    <w:p>
      <w:r>
        <w:rPr>
          <w:rFonts w:ascii="Gentium Plus" w:hAnsi="Gentium Plus"/>
          <w:sz w:val="24"/>
        </w:rPr>
        <w:t>ἱστότονα: ⟦Τοὺς ἱστοὺς, οὓς ἐν τῷ ἀέρι οἱ ἀράχναι ὑφαίνουσι. λάμβανε δὲ ἀπὸ κοινοῦ εἰς τὰς με‐ λέτας τὸ εἰλίσσετε οὕτως· καὶ εἰλίσσετε μελέτας κερ‐ κίδος ἀοιδοῦ· τουτέστιν, ὥσπερ αἱ ὑφάντριαι διὰ τῶν</w:t>
      </w:r>
    </w:p>
    <w:p>
      <w:r>
        <w:rPr>
          <w:rFonts w:ascii="Courier New" w:hAnsi="Courier New"/>
          <w:color w:val="555555"/>
          <w:sz w:val="20"/>
        </w:rPr>
        <w:t>[5]</w:t>
      </w:r>
    </w:p>
    <w:p>
      <w:r>
        <w:rPr>
          <w:rFonts w:ascii="Gentium Plus" w:hAnsi="Gentium Plus"/>
          <w:sz w:val="24"/>
        </w:rPr>
        <w:t>κερκίδων γυναῖκες ἐν τῷ ὑφαίνειν ᾄδουσιν, οὕτω καὶ ὑμεῖς ὦ ἀράχναι. πηνίσματα δὲ, ὑφάσματα. τὸ δὲ κερ‐ κίδος ἐκ Μελεάγρου Εὐριπίδου. τὸ δὲ, ἵν’ ὁ φίλαυλος, ἐξ Ἠλέκτρας (438)⟧ φίλαυλος δὲ ὁ τοὺς αὐλοὺς καὶ τὰ μέλη ποιῶν. αἰνίττεται δ’ ἴσως εἰς τὸν Ἀριόνιον μῦθον.</w:t>
      </w:r>
    </w:p>
    <w:p>
      <w:r>
        <w:rPr>
          <w:rFonts w:ascii="Courier New" w:hAnsi="Courier New"/>
          <w:color w:val="555555"/>
          <w:sz w:val="20"/>
        </w:rPr>
        <w:t>[10]</w:t>
      </w:r>
    </w:p>
    <w:p>
      <w:r>
        <w:rPr>
          <w:rFonts w:ascii="Gentium Plus" w:hAnsi="Gentium Plus"/>
          <w:sz w:val="24"/>
        </w:rPr>
        <w:t>κυανεμβόλοις δὲ ταῖς ἐν τῷ μέλανι βυθῷ χωρούσαις.</w:t>
      </w:r>
    </w:p>
    <w:p>
      <w:r>
        <w:rPr>
          <w:rFonts w:ascii="Courier New" w:hAnsi="Courier New"/>
          <w:color w:val="555555"/>
          <w:sz w:val="20"/>
        </w:rPr>
        <w:t>[sch ran 1316]</w:t>
      </w:r>
    </w:p>
    <w:p>
      <w:r>
        <w:rPr>
          <w:rFonts w:ascii="Gentium Plus" w:hAnsi="Gentium Plus"/>
          <w:sz w:val="24"/>
        </w:rPr>
        <w:t>καὶ ταῦτα Εὐριπίδου. ἔστι δὲ ἀσυνάρτητα. V.</w:t>
      </w:r>
    </w:p>
    <w:p>
      <w:r>
        <w:rPr>
          <w:rFonts w:ascii="Courier New" w:hAnsi="Courier New"/>
          <w:color w:val="555555"/>
          <w:sz w:val="20"/>
        </w:rPr>
        <w:t>[sch ran 1320]</w:t>
      </w:r>
    </w:p>
    <w:p>
      <w:r>
        <w:rPr>
          <w:rFonts w:ascii="Gentium Plus" w:hAnsi="Gentium Plus"/>
          <w:sz w:val="24"/>
        </w:rPr>
        <w:t>οἰνάνθας: Παρὰ τὸ ἐξ Ὑψιπύλης Εὐριπίδου «οἰνάνθα τρέφει τὸν ἱερὸν βότρυν.» ἡ πρώτη δὲ ἔκφυ‐ σις τῆς ἀμπέλου οἰνάνθη λέγεται. ⟦καὶ τὸ, περίβαλ’ ὦ τέκνον, ἐξ Ὑψιπύλης.⟧ —ὁ οἶνος. R.</w:t>
      </w:r>
    </w:p>
    <w:p>
      <w:r>
        <w:rPr>
          <w:rFonts w:ascii="Courier New" w:hAnsi="Courier New"/>
          <w:color w:val="555555"/>
          <w:sz w:val="20"/>
        </w:rPr>
        <w:t>[sch ran 1323]</w:t>
      </w:r>
    </w:p>
    <w:p>
      <w:r>
        <w:rPr>
          <w:rFonts w:ascii="Gentium Plus" w:hAnsi="Gentium Plus"/>
          <w:sz w:val="24"/>
        </w:rPr>
        <w:t>ὁρᾷς τὸν πόδα τοῦτον: (Ὡς καὶ τοιαῦτα ἀμοι‐ βαῖα ἐν τοῖς μέλεσιν ἐπιτηδεύοντος Εὐριπίδου.) καὶ ταῦτα δὲ αὐτὸς προστίθησιν ἀναμωκώμενος Εὐριπίδην, ὡς τὰ τοιαῦτα ἐν τοῖς μέλεσιν αὐτοῦ ἐπιτηδεύοντα.</w:t>
      </w:r>
    </w:p>
    <w:p>
      <w:r>
        <w:rPr>
          <w:rFonts w:ascii="Courier New" w:hAnsi="Courier New"/>
          <w:color w:val="555555"/>
          <w:sz w:val="20"/>
        </w:rPr>
        <w:t>[5]</w:t>
      </w:r>
    </w:p>
    <w:p>
      <w:r>
        <w:rPr>
          <w:rFonts w:ascii="Gentium Plus" w:hAnsi="Gentium Plus"/>
          <w:sz w:val="24"/>
        </w:rPr>
        <w:t>⟦πόδα δὲ, τὸν ῥυθμὸν, ἢ τὸ μέλος· ἀπὸ μέρους.⟧</w:t>
      </w:r>
    </w:p>
    <w:p>
      <w:r>
        <w:rPr>
          <w:rFonts w:ascii="Courier New" w:hAnsi="Courier New"/>
          <w:color w:val="555555"/>
          <w:sz w:val="20"/>
        </w:rPr>
        <w:t>[sch ran 1328]</w:t>
      </w:r>
    </w:p>
    <w:p>
      <w:r>
        <w:rPr>
          <w:rFonts w:ascii="Gentium Plus" w:hAnsi="Gentium Plus"/>
          <w:sz w:val="24"/>
        </w:rPr>
        <w:t>Κυρήνης μελοποιῶν: Κυρήνη τις ἑταίρα ἐπί‐ σημος, δωδεκαμήχανος ἐπικαλουμένη, διὰ τὸ τοσαῦτα σχήματα ἐν τῇ συνουσίᾳ ποιεῖν. ἔστι δὲ (παρὰ τὰ) ἐξ Ὑψιπύλης (Εὐριπίδου «ἀνὰ τὸ δωδεκαμήχανον ἄν‐</w:t>
      </w:r>
    </w:p>
    <w:p>
      <w:r>
        <w:rPr>
          <w:rFonts w:ascii="Courier New" w:hAnsi="Courier New"/>
          <w:color w:val="555555"/>
          <w:sz w:val="20"/>
        </w:rPr>
        <w:t>[5]</w:t>
      </w:r>
    </w:p>
    <w:p>
      <w:r>
        <w:rPr>
          <w:rFonts w:ascii="Gentium Plus" w:hAnsi="Gentium Plus"/>
          <w:sz w:val="24"/>
        </w:rPr>
        <w:t>τρον.») ⟦ἐκ δὲ τοῦ λέγειν, ἀνὰ τὸ δωδεκαμήχανον Κυ‐ ρήνης, ἤγουν ἀνὰ τὰς δώδεκα ἐκείνης αἰσχρὰς μηχα‐ νὰς, δείκνυσιν αὐτὸν πάνυ φαυλότατον.⟧</w:t>
      </w:r>
    </w:p>
    <w:p>
      <w:r>
        <w:rPr>
          <w:rFonts w:ascii="Courier New" w:hAnsi="Courier New"/>
          <w:color w:val="555555"/>
          <w:sz w:val="20"/>
        </w:rPr>
        <w:t>[sch ran 1331]</w:t>
      </w:r>
    </w:p>
    <w:p>
      <w:r>
        <w:rPr>
          <w:rFonts w:ascii="Gentium Plus" w:hAnsi="Gentium Plus"/>
          <w:sz w:val="24"/>
        </w:rPr>
        <w:t>ὦ Νυκτὸς κελαινοφανὴς: ⟦Φασὶν ὡς πάντα ταῦτα τὰ ἔπη ἔκ τινος δράματός ἐστιν Εὐριπίδου.⟧ (Ἀσκληπιάδης,) παρὰ τὰ ἐξ Ἑκάβης Εὐριπίδου [68], (ἐν μιμήσει δηλονότι. οὕτω γὰρ παραγέγραπται) «ὦ</w:t>
      </w:r>
    </w:p>
    <w:p>
      <w:r>
        <w:rPr>
          <w:rFonts w:ascii="Courier New" w:hAnsi="Courier New"/>
          <w:color w:val="555555"/>
          <w:sz w:val="20"/>
        </w:rPr>
        <w:t>[5]</w:t>
      </w:r>
    </w:p>
    <w:p>
      <w:r>
        <w:rPr>
          <w:rFonts w:ascii="Gentium Plus" w:hAnsi="Gentium Plus"/>
          <w:sz w:val="24"/>
        </w:rPr>
        <w:t>στεροπὰ Διὸς, ὦ σκοτία νὺξ, (τί ποτ’ αἴρομαι ἔννυχος οὕτω;)» ⟦πρόσπολον δὲ, ὑπηρέτην. ψυχὴν δὲ, ὡς φαι‐ νόμενον· ἄψυχον δὲ, ὡς ἄϋλον καὶ εὐθέως οἰχόμενον. νυκτὸς δὲ παῖδα ἐνταῦθα εἴρηκε, καίτοι ἐν Ἑκάβῃ μελανοπτερύγων ὀνείρων εἰπὼν τὴν γῆν μητέρα.⟧ —</w:t>
      </w:r>
    </w:p>
    <w:p>
      <w:r>
        <w:rPr>
          <w:rFonts w:ascii="Courier New" w:hAnsi="Courier New"/>
          <w:color w:val="555555"/>
          <w:sz w:val="20"/>
        </w:rPr>
        <w:t>[10]</w:t>
      </w:r>
    </w:p>
    <w:p>
      <w:r>
        <w:rPr>
          <w:rFonts w:ascii="Gentium Plus" w:hAnsi="Gentium Plus"/>
          <w:sz w:val="24"/>
        </w:rPr>
        <w:t>ἀντὶ τοῦ μέλαινα. R.</w:t>
      </w:r>
    </w:p>
    <w:p>
      <w:r>
        <w:rPr>
          <w:rFonts w:ascii="Courier New" w:hAnsi="Courier New"/>
          <w:color w:val="555555"/>
          <w:sz w:val="20"/>
        </w:rPr>
        <w:t>[sch ran 1333]</w:t>
      </w:r>
    </w:p>
    <w:p>
      <w:r>
        <w:rPr>
          <w:rFonts w:ascii="Gentium Plus" w:hAnsi="Gentium Plus"/>
          <w:sz w:val="24"/>
        </w:rPr>
        <w:t>πρόμολον: Πρόδρομον καὶ θανάτου σημαντι‐ κόν. E. Cant.1. ⟦μελανονεκυείμονα δὲ, μέλανα καὶ νε‐ κρικὰ ἱμάτια φοροῦντα ὡς θανάτου σημαντικόν.⟧</w:t>
      </w:r>
    </w:p>
    <w:p>
      <w:r>
        <w:rPr>
          <w:rFonts w:ascii="Courier New" w:hAnsi="Courier New"/>
          <w:color w:val="555555"/>
          <w:sz w:val="20"/>
        </w:rPr>
        <w:t>[sch ran 1337]</w:t>
      </w:r>
    </w:p>
    <w:p>
      <w:r>
        <w:rPr>
          <w:rFonts w:ascii="Gentium Plus" w:hAnsi="Gentium Plus"/>
          <w:sz w:val="24"/>
        </w:rPr>
        <w:t>⟦μεγάλους ὄνυχας ἔχοντα: Ὡς πάνυ τὰς ψυ‐ χὰς σπαράττοντα.⟧</w:t>
      </w:r>
    </w:p>
    <w:p>
      <w:r>
        <w:rPr>
          <w:rFonts w:ascii="Courier New" w:hAnsi="Courier New"/>
          <w:color w:val="555555"/>
          <w:sz w:val="20"/>
        </w:rPr>
        <w:t>[sch ran 1338]</w:t>
      </w:r>
    </w:p>
    <w:p>
      <w:r>
        <w:rPr>
          <w:rFonts w:ascii="Gentium Plus" w:hAnsi="Gentium Plus"/>
          <w:sz w:val="24"/>
        </w:rPr>
        <w:t>(ἀλλά μοι ἀμφίπολοι: Ἀπολλώνιος παρὰ τὰ ἐκ τῶν Τημενιδῶν.) —Ἀπολλώνιος ἀπὸ τῶν Εὐμενί‐ δων φησὶν εἶναι. Cant.1.</w:t>
      </w:r>
    </w:p>
    <w:p>
      <w:r>
        <w:rPr>
          <w:rFonts w:ascii="Courier New" w:hAnsi="Courier New"/>
          <w:color w:val="555555"/>
          <w:sz w:val="20"/>
        </w:rPr>
        <w:t>[sch ran 1340]</w:t>
      </w:r>
    </w:p>
    <w:p>
      <w:r>
        <w:rPr>
          <w:rFonts w:ascii="Gentium Plus" w:hAnsi="Gentium Plus"/>
          <w:sz w:val="24"/>
        </w:rPr>
        <w:t>Ὄνειρον ἀποκλύσω: Καὶ τοῦτο μιμεῖται ὁ Αἰ‐</w:t>
      </w:r>
    </w:p>
    <w:p>
      <w:r>
        <w:rPr>
          <w:rFonts w:ascii="Courier New" w:hAnsi="Courier New"/>
          <w:color w:val="555555"/>
          <w:sz w:val="20"/>
        </w:rPr>
        <w:t>[5]</w:t>
      </w:r>
    </w:p>
    <w:p>
      <w:r>
        <w:rPr>
          <w:rFonts w:ascii="Gentium Plus" w:hAnsi="Gentium Plus"/>
          <w:sz w:val="24"/>
        </w:rPr>
        <w:t>ὃ εἶδε, τοιοῦτον εἶναι δοκεῖ, ὡς γυνή τις ἐκ γειτόνων οὖσα αὐτῇ, Γλύκη καλουμένη, τὸν ἀλεκτρυόνα αὐτῆς ἁρπάσασα ᾤχετο. ἐπικαλεῖται δὲ τὸν Ποσειδῶνα ὡς πλησίον τῆς θαλάσσης ἰδοῦσα τὸν ὄνειρον.⟧</w:t>
      </w:r>
    </w:p>
    <w:p>
      <w:r>
        <w:rPr>
          <w:rFonts w:ascii="Courier New" w:hAnsi="Courier New"/>
          <w:color w:val="555555"/>
          <w:sz w:val="20"/>
        </w:rPr>
        <w:t>[sch ran 1344]</w:t>
      </w:r>
    </w:p>
    <w:p>
      <w:r>
        <w:rPr>
          <w:rFonts w:ascii="Gentium Plus" w:hAnsi="Gentium Plus"/>
          <w:sz w:val="24"/>
        </w:rPr>
        <w:t>Νύμφαι ὀρεσίγονοι: Ἐκ τῶν Ξαντριῶν Αἰσχύ‐ λου, (φησὶν Ἀσκληπιάδης· εὗρε δὲ Ἀθήνησιν ἔν τινι τῶν διασωθέντων· «Νύμφαις **** θεαῖσιν ἀγείρω, «Ἰνάχου Ἀργείου ποταμοῦ παισὶν βιοδώροις.» ἔοικε δὲ</w:t>
      </w:r>
    </w:p>
    <w:p>
      <w:r>
        <w:rPr>
          <w:rFonts w:ascii="Courier New" w:hAnsi="Courier New"/>
          <w:color w:val="555555"/>
          <w:sz w:val="20"/>
        </w:rPr>
        <w:t>[5]</w:t>
      </w:r>
    </w:p>
    <w:p>
      <w:r>
        <w:rPr>
          <w:rFonts w:ascii="Gentium Plus" w:hAnsi="Gentium Plus"/>
          <w:sz w:val="24"/>
        </w:rPr>
        <w:t>τὸ ὅλον ἐπιτηδεύειν ἀνυπότακτα. ἄλλως οὐδὲ παρ’ Αἰσχύλου ἥρμοζε τὰ τοιαῦτα λαμβάνεσθαι.) ⟦τὸ δὲ Μανία ξύλλαβε, νῦν λέγει διὰ τὸν ἄτοπον ὄνειρον, εὐ‐ χομένη μανίας τυχεῖν, ἵνα μηδενὸς τούτων αἰσθάνοιτο. τὸ δὲ ἐγὼ δ’ ἁ τλάμων, πρὸς τὸ, φρούδη Γλύκη, ἔχει</w:t>
      </w:r>
    </w:p>
    <w:p>
      <w:r>
        <w:rPr>
          <w:rFonts w:ascii="Courier New" w:hAnsi="Courier New"/>
          <w:color w:val="555555"/>
          <w:sz w:val="20"/>
        </w:rPr>
        <w:t>[10]</w:t>
      </w:r>
    </w:p>
    <w:p>
      <w:r>
        <w:rPr>
          <w:rFonts w:ascii="Gentium Plus" w:hAnsi="Gentium Plus"/>
          <w:sz w:val="24"/>
        </w:rPr>
        <w:t>τὴν ἀκολουθίαν. κνεφαῖος δὲ, ἑωθινή. κνέφας γὰρ τὸ λυκόφως.⟧</w:t>
      </w:r>
    </w:p>
    <w:p>
      <w:r>
        <w:rPr>
          <w:rFonts w:ascii="Courier New" w:hAnsi="Courier New"/>
          <w:color w:val="555555"/>
          <w:sz w:val="20"/>
        </w:rPr>
        <w:t>[sch ran 1348]</w:t>
      </w:r>
    </w:p>
    <w:p>
      <w:r>
        <w:rPr>
          <w:rFonts w:ascii="Gentium Plus" w:hAnsi="Gentium Plus"/>
          <w:sz w:val="24"/>
        </w:rPr>
        <w:t>ἀντὶ τοῦ ἄτρακτον κλώθουσα. R. V. Θ.</w:t>
      </w:r>
    </w:p>
    <w:p>
      <w:r>
        <w:rPr>
          <w:rFonts w:ascii="Courier New" w:hAnsi="Courier New"/>
          <w:color w:val="555555"/>
          <w:sz w:val="20"/>
        </w:rPr>
        <w:t>[sch ran 1350]</w:t>
      </w:r>
    </w:p>
    <w:p>
      <w:r>
        <w:rPr>
          <w:rFonts w:ascii="Gentium Plus" w:hAnsi="Gentium Plus"/>
          <w:sz w:val="24"/>
        </w:rPr>
        <w:t>εἰς ἀγορὰν φέρουσα: Πάλιν ἐπὶ πενίαν καὶ μικροπρέπειαν αὐτὸν κωμῳδεῖ.</w:t>
      </w:r>
    </w:p>
    <w:p>
      <w:r>
        <w:rPr>
          <w:rFonts w:ascii="Courier New" w:hAnsi="Courier New"/>
          <w:color w:val="555555"/>
          <w:sz w:val="20"/>
        </w:rPr>
        <w:t>[sch ran 1353]</w:t>
      </w:r>
    </w:p>
    <w:p>
      <w:r>
        <w:rPr>
          <w:rFonts w:ascii="Gentium Plus" w:hAnsi="Gentium Plus"/>
          <w:sz w:val="24"/>
        </w:rPr>
        <w:t>ὅτι ἐν τοῖς μέλεσι δὶς τὰ αὐτὰ λέγει Εὐριπίδης.</w:t>
      </w:r>
    </w:p>
    <w:p>
      <w:r>
        <w:rPr>
          <w:rFonts w:ascii="Courier New" w:hAnsi="Courier New"/>
          <w:color w:val="555555"/>
          <w:sz w:val="20"/>
        </w:rPr>
        <w:t>[sch ran 1356]</w:t>
      </w:r>
    </w:p>
    <w:p>
      <w:r>
        <w:rPr>
          <w:rFonts w:ascii="Gentium Plus" w:hAnsi="Gentium Plus"/>
          <w:sz w:val="24"/>
        </w:rPr>
        <w:t>ἀλλ’ ὦ Κρῆτες, Ἴδης: Τοὺς Κρῆτας λέγει. ἔστι δὲ ἐκ Κρητῶν Εὐριπίδου. R. V. Θ. M. ⟦οὐ μόνον ἐν Τροίᾳ, ἀλλὰ καὶ ἐν Κρήτῃ Ἴδη ἐστὶν, ὡς καὶ ὁ Λυκό‐ φρων φησίν. ἐπεὶ δὲ ἐν Κρήτῃ ἦν ἡ τοῦτο λέγουσα, διὰ</w:t>
      </w:r>
    </w:p>
    <w:p>
      <w:r>
        <w:rPr>
          <w:rFonts w:ascii="Courier New" w:hAnsi="Courier New"/>
          <w:color w:val="555555"/>
          <w:sz w:val="20"/>
        </w:rPr>
        <w:t>[5]</w:t>
      </w:r>
    </w:p>
    <w:p>
      <w:r>
        <w:rPr>
          <w:rFonts w:ascii="Gentium Plus" w:hAnsi="Gentium Plus"/>
          <w:sz w:val="24"/>
        </w:rPr>
        <w:t>τοῦτο λέγει, Ἴδης τέκνα τὰ τόξα λαβόντες ἐπαμύνατε. Δίκτυνναν δὲ λέγει τὴν Ἄρτεμιν διὰ ταῦτα, ἐπειδὴ τῶν κυνηγετῶν ἐστι τὸ δίκτυα φέρειν. ἔφορος δὲ κυνηγίας ἡ Ἄρτεμις. φασὶ δὲ ὅτι νύμφη τις Βριτόμαρτις καλουμένη, θηρεύουσά ποτε δικτύοις τισὶ κατὰ τύχην ἐνέπεσε, καὶ</w:t>
      </w:r>
    </w:p>
    <w:p>
      <w:r>
        <w:rPr>
          <w:rFonts w:ascii="Courier New" w:hAnsi="Courier New"/>
          <w:color w:val="555555"/>
          <w:sz w:val="20"/>
        </w:rPr>
        <w:t>[10]</w:t>
      </w:r>
    </w:p>
    <w:p>
      <w:r>
        <w:rPr>
          <w:rFonts w:ascii="Gentium Plus" w:hAnsi="Gentium Plus"/>
          <w:sz w:val="24"/>
        </w:rPr>
        <w:t>ὑπὸ Ἀρτέμιδος ῥυσθεῖσα, Δικτύννης Ἀρτέμιδος ἱερὸν ἱδρύσατο. Ἑκάτην δὲ καὶ Ἄρτεμιν οἱ μὲν τὴν αὐτήν φασιν, οἱ δὲ ἄλλην καὶ ἄλλην· ὡς κἀνταῦθα. ταῦτα δὲ παρὰ τὰ ἐκ Κρητῶν Εὐριπίδου.⟧</w:t>
      </w:r>
    </w:p>
    <w:p>
      <w:r>
        <w:rPr>
          <w:rFonts w:ascii="Courier New" w:hAnsi="Courier New"/>
          <w:color w:val="555555"/>
          <w:sz w:val="20"/>
        </w:rPr>
        <w:t>[sch ran 1358]</w:t>
      </w:r>
    </w:p>
    <w:p>
      <w:r>
        <w:rPr>
          <w:rFonts w:ascii="Gentium Plus" w:hAnsi="Gentium Plus"/>
          <w:sz w:val="24"/>
        </w:rPr>
        <w:t>τὰ κῶλα: Τοὺς πόδας ὑμῶν. Br.</w:t>
      </w:r>
    </w:p>
    <w:p>
      <w:r>
        <w:rPr>
          <w:rFonts w:ascii="Courier New" w:hAnsi="Courier New"/>
          <w:color w:val="555555"/>
          <w:sz w:val="20"/>
        </w:rPr>
        <w:t>[sch ran 1360*]</w:t>
      </w:r>
    </w:p>
    <w:p>
      <w:r>
        <w:rPr>
          <w:rFonts w:ascii="Gentium Plus" w:hAnsi="Gentium Plus"/>
          <w:sz w:val="24"/>
        </w:rPr>
        <w:t>κυνίσκας: Ἀντὶ τοῦ τὰς κύνας. (ὡς φιάλας καὶ φιαλίσκας· διπύρους δὲ, ἀντὶ τοῦ διπλᾶς.)</w:t>
      </w:r>
    </w:p>
    <w:p>
      <w:r>
        <w:rPr>
          <w:rFonts w:ascii="Courier New" w:hAnsi="Courier New"/>
          <w:color w:val="555555"/>
          <w:sz w:val="20"/>
        </w:rPr>
        <w:t>[sch ran 1361]</w:t>
      </w:r>
    </w:p>
    <w:p>
      <w:r>
        <w:rPr>
          <w:rFonts w:ascii="Gentium Plus" w:hAnsi="Gentium Plus"/>
          <w:sz w:val="24"/>
        </w:rPr>
        <w:t>ἢ ἀντὶ τοῦ διαπύρους. ἢ ὅτι λαμπάδας ἔχει διττάς. V. διακαεῖς, ἢ διπύρους, ἤτοι διπλᾶς. C.</w:t>
      </w:r>
    </w:p>
    <w:p>
      <w:r>
        <w:rPr>
          <w:rFonts w:ascii="Courier New" w:hAnsi="Courier New"/>
          <w:color w:val="555555"/>
          <w:sz w:val="20"/>
        </w:rPr>
        <w:t>[sch ran 1363]</w:t>
      </w:r>
    </w:p>
    <w:p>
      <w:r>
        <w:rPr>
          <w:rFonts w:ascii="Gentium Plus" w:hAnsi="Gentium Plus"/>
          <w:sz w:val="24"/>
        </w:rPr>
        <w:t>εὕρω, ἐρευνήσω, φωράσω. R. ἐρευνήσω, εὕρω, θεωρήσω. V. Θ.</w:t>
      </w:r>
    </w:p>
    <w:p>
      <w:r>
        <w:rPr>
          <w:rFonts w:ascii="Courier New" w:hAnsi="Courier New"/>
          <w:color w:val="555555"/>
          <w:sz w:val="20"/>
        </w:rPr>
        <w:t>[sch ran 1367]</w:t>
      </w:r>
    </w:p>
    <w:p>
      <w:r>
        <w:rPr>
          <w:rFonts w:ascii="Gentium Plus" w:hAnsi="Gentium Plus"/>
          <w:sz w:val="24"/>
        </w:rPr>
        <w:t>τὸ γὰρ βάρος: Τινές φασιν ἕως τῶν ἐνταῦθα τὸν Αἰσχύλον λέγειν, τὰ δὲ ἑξῆς τὸν Διόνυσον.</w:t>
      </w:r>
    </w:p>
    <w:p>
      <w:r>
        <w:rPr>
          <w:rFonts w:ascii="Courier New" w:hAnsi="Courier New"/>
          <w:color w:val="555555"/>
          <w:sz w:val="20"/>
        </w:rPr>
        <w:t>[sch ran 1369]</w:t>
      </w:r>
    </w:p>
    <w:p>
      <w:r>
        <w:rPr>
          <w:rFonts w:ascii="Gentium Plus" w:hAnsi="Gentium Plus"/>
          <w:sz w:val="24"/>
        </w:rPr>
        <w:t>τυροπωλῆσαι: Πρὸς γὰρ τὸν σταθμὸν ἐπωλεῖτο ὁ τυρός. —τυροπωλῆσαι τέχνην: Τυροπωλικῶς ζυγῆ‐ σαι. Θ. E.</w:t>
      </w:r>
    </w:p>
    <w:p>
      <w:r>
        <w:rPr>
          <w:rFonts w:ascii="Courier New" w:hAnsi="Courier New"/>
          <w:color w:val="555555"/>
          <w:sz w:val="20"/>
        </w:rPr>
        <w:t>[sch ran 1370]</w:t>
      </w:r>
    </w:p>
    <w:p>
      <w:r>
        <w:rPr>
          <w:rFonts w:ascii="Gentium Plus" w:hAnsi="Gentium Plus"/>
          <w:sz w:val="24"/>
        </w:rPr>
        <w:t>⟦ἐπίπονοί γ’ οἱ δεξιοί: Κορωνὶς καὶ εἴσθεσις μέλους χοροῦ προῳδικὴ, διὰ τὸ προτίθεσθαι τῆς κορω‐ νίδος, ἐκ κώλων τροχαϊκῶν ἐπιμεμιγμένων χορείοις καὶ ἰάμβοις ηʹ. ὧν τὰ γʹ ἑφθημιμερῆ· τὰ δ’ ἄλλα δίμετρα</w:t>
      </w:r>
    </w:p>
    <w:p>
      <w:r>
        <w:rPr>
          <w:rFonts w:ascii="Courier New" w:hAnsi="Courier New"/>
          <w:color w:val="555555"/>
          <w:sz w:val="20"/>
        </w:rPr>
        <w:t>[5]</w:t>
      </w:r>
    </w:p>
    <w:p>
      <w:r>
        <w:rPr>
          <w:rFonts w:ascii="Gentium Plus" w:hAnsi="Gentium Plus"/>
          <w:sz w:val="24"/>
        </w:rPr>
        <w:t>ἀκατάληκτα, πλὴν τοῦ τελευταίου ἰθυφαλλικοῦ ὄντος. ἐπὶ τῷ τέλει κορωνίς.⟧ —οἱ εὐπαίδευτοι. R. σπουδαῖοι, μηχανικοὶ, οἱ ἐπιτήδειοι, οἱ φρόνιμοι. Θ.</w:t>
      </w:r>
    </w:p>
    <w:p>
      <w:r>
        <w:rPr>
          <w:rFonts w:ascii="Courier New" w:hAnsi="Courier New"/>
          <w:color w:val="555555"/>
          <w:sz w:val="20"/>
        </w:rPr>
        <w:t>[sch ran 1374]</w:t>
      </w:r>
    </w:p>
    <w:p>
      <w:r>
        <w:rPr>
          <w:rFonts w:ascii="Gentium Plus" w:hAnsi="Gentium Plus"/>
          <w:sz w:val="24"/>
        </w:rPr>
        <w:t>μὰ τὸν: Ἐλλειπτικῶς ὀμνύει. καὶ οὕτως ἔθος ἐστὶ τοῖς ἀρχαίοις ἐνίοτε μὴ προστιθέναι τὸν θεὸν [εὐ‐ λαβείας χάριν]. εἰώθεισαν δὲ τοῖς τοιούτοις ὅρκοις χρῆ‐ σθαι ἐπευφημιζόμενοι, ὥστε εἰπεῖν μὲν μὰ τὸν, ὄνομα</w:t>
      </w:r>
    </w:p>
    <w:p>
      <w:r>
        <w:rPr>
          <w:rFonts w:ascii="Courier New" w:hAnsi="Courier New"/>
          <w:color w:val="555555"/>
          <w:sz w:val="20"/>
        </w:rPr>
        <w:t>[5]</w:t>
      </w:r>
    </w:p>
    <w:p>
      <w:r>
        <w:rPr>
          <w:rFonts w:ascii="Gentium Plus" w:hAnsi="Gentium Plus"/>
          <w:sz w:val="24"/>
        </w:rPr>
        <w:t>δὲ μηκέτι προσθεῖναι. (καὶ Πλάτωνα δὲ τῷ τοιούτῳ κεχρῆσθαι. λέγει δὲ, οὐκ ἂν ἐπειθόμην, οὐδὲ εἴ τίς μοι ἔλεγε τῶν ἐπὶ τοῦ πράγματος τυχόντων.) ⟦τὸ δὲ ἐπιτυ‐ χόντων, ἀντὶ τοῦ συνελθόντων. ἡ ἐπί ἀντὶ τῆς σύν.⟧ — μὰ τὸν: Δέον εἰπεῖν μὰ τὸν Δία, μὰ τὸν εἶπε μόνον.</w:t>
      </w:r>
    </w:p>
    <w:p>
      <w:r>
        <w:rPr>
          <w:rFonts w:ascii="Courier New" w:hAnsi="Courier New"/>
          <w:color w:val="555555"/>
          <w:sz w:val="20"/>
        </w:rPr>
        <w:t>[10]</w:t>
      </w:r>
    </w:p>
    <w:p>
      <w:r>
        <w:rPr>
          <w:rFonts w:ascii="Gentium Plus" w:hAnsi="Gentium Plus"/>
          <w:sz w:val="24"/>
        </w:rPr>
        <w:t>καὶ ἔστι τοῦτο εὐλαβείας ἴδιον, τὸ πεφεισμένως καὶ ἐλλειπτικῶς τοῦ ὅρκου ἅπτεσθαι. E.</w:t>
      </w:r>
    </w:p>
    <w:p>
      <w:r>
        <w:rPr>
          <w:rFonts w:ascii="Courier New" w:hAnsi="Courier New"/>
          <w:color w:val="555555"/>
          <w:sz w:val="20"/>
        </w:rPr>
        <w:t>[sch ran 1378]</w:t>
      </w:r>
    </w:p>
    <w:p>
      <w:r>
        <w:rPr>
          <w:rFonts w:ascii="Gentium Plus" w:hAnsi="Gentium Plus"/>
          <w:sz w:val="24"/>
        </w:rPr>
        <w:t>⟦ἴθι νῦν παρίστασθον: Κορωνὶς ἑτέρα εἰσιόντων τῶν ὑποκριτῶν. οἱ δὲ στίχοι ἰαμβικοὶ τρίμετροι ἀκατά‐ ληκτοι ριεʹ· ὧν τελευταῖος νὴ τὸν Δί’ οὐ γὰρ ἄχθομαι τῷ πράγματι.</w:t>
      </w:r>
    </w:p>
    <w:p>
      <w:r>
        <w:rPr>
          <w:rFonts w:ascii="Courier New" w:hAnsi="Courier New"/>
          <w:color w:val="555555"/>
          <w:sz w:val="20"/>
        </w:rPr>
        <w:t>[5]</w:t>
      </w:r>
    </w:p>
    <w:p>
      <w:r>
        <w:rPr>
          <w:rFonts w:ascii="Gentium Plus" w:hAnsi="Gentium Plus"/>
          <w:sz w:val="24"/>
        </w:rPr>
        <w:t>ἐπὶ τῷ τέλει κορωνίς.⟧ παρὰ τὼ πλάστιγγ’: (Παρὰ τοῖς νῦν λεγομένοις ζυγίοις. τὸ δὲ σχῆμα Ἀττικὸν, ὡς τὼ χεῖρε, τὼ πόλει καὶ νὴ τὼ σιώ.) πλάστιγξ δὲ τὸ κατηρτημένον τοῦ ζυγοῦ μέρος, ᾧ ἐπιτίθεται τὰ ζυγά. —τὸ ἰδού ἀμφότεροί</w:t>
      </w:r>
    </w:p>
    <w:p>
      <w:r>
        <w:rPr>
          <w:rFonts w:ascii="Courier New" w:hAnsi="Courier New"/>
          <w:color w:val="555555"/>
          <w:sz w:val="20"/>
        </w:rPr>
        <w:t>[10]</w:t>
      </w:r>
    </w:p>
    <w:p>
      <w:r>
        <w:rPr>
          <w:rFonts w:ascii="Gentium Plus" w:hAnsi="Gentium Plus"/>
          <w:sz w:val="24"/>
        </w:rPr>
        <w:t>φασι. R.</w:t>
      </w:r>
    </w:p>
    <w:p>
      <w:r>
        <w:rPr>
          <w:rFonts w:ascii="Courier New" w:hAnsi="Courier New"/>
          <w:color w:val="555555"/>
          <w:sz w:val="20"/>
        </w:rPr>
        <w:t>[sch ran 1380]</w:t>
      </w:r>
    </w:p>
    <w:p>
      <w:r>
        <w:rPr>
          <w:rFonts w:ascii="Gentium Plus" w:hAnsi="Gentium Plus"/>
          <w:sz w:val="24"/>
        </w:rPr>
        <w:t>κοκκύσω: Συρίσω, σύνθημα δῶ, ⟦δίκην ἀλε‐ κτρυόνος βοήσω. τὸ δὲ «εἴθ’ ὤφελεν» ἀρχὴ τοῦ Μη‐ δείας δράματος Εὐριπίδου.⟧</w:t>
      </w:r>
    </w:p>
    <w:p>
      <w:r>
        <w:rPr>
          <w:rFonts w:ascii="Courier New" w:hAnsi="Courier New"/>
          <w:color w:val="555555"/>
          <w:sz w:val="20"/>
        </w:rPr>
        <w:t>[sch ran 1383]</w:t>
      </w:r>
    </w:p>
    <w:p>
      <w:r>
        <w:rPr>
          <w:rFonts w:ascii="Gentium Plus" w:hAnsi="Gentium Plus"/>
          <w:sz w:val="24"/>
        </w:rPr>
        <w:t>βούνομοι: Ὑπὸ βοῶν καταστρεφόμεναι ἤγουν κατανεμόμεναι. ἐστὶ δὲ ἐκ Φιλοκτήτου Αἰσχύλου.</w:t>
      </w:r>
    </w:p>
    <w:p>
      <w:r>
        <w:rPr>
          <w:rFonts w:ascii="Courier New" w:hAnsi="Courier New"/>
          <w:color w:val="555555"/>
          <w:sz w:val="20"/>
        </w:rPr>
        <w:t>[sch ran 1386]</w:t>
      </w:r>
    </w:p>
    <w:p>
      <w:r>
        <w:rPr>
          <w:rFonts w:ascii="Gentium Plus" w:hAnsi="Gentium Plus"/>
          <w:sz w:val="24"/>
        </w:rPr>
        <w:t>ἐριοπωλικῶς: Ὡς οἱ τὰ ἔρια πωλοῦντες, βρέ‐ χουσιν αὐτὰ, ἵνα βαρύνωσιν ἐν τῷ σταθμῷ. ⟦τὸ δὲ, «οὐκ ἔστι πειθοῦς,» ἐξ Ἀντιγόνης Εὐριπίδου. τὴν δὲ πειθὼ χρῆμα νοῦν οὐκ ἔχον φησὶν, ὅτι τὸ πείθειν ποικιλία καὶ</w:t>
      </w:r>
    </w:p>
    <w:p>
      <w:r>
        <w:rPr>
          <w:rFonts w:ascii="Courier New" w:hAnsi="Courier New"/>
          <w:color w:val="555555"/>
          <w:sz w:val="20"/>
        </w:rPr>
        <w:t>[5]</w:t>
      </w:r>
    </w:p>
    <w:p>
      <w:r>
        <w:rPr>
          <w:rFonts w:ascii="Gentium Plus" w:hAnsi="Gentium Plus"/>
          <w:sz w:val="24"/>
        </w:rPr>
        <w:t>στροφὴ λόγων ἐστὶ, παράγουσα τοὺς ἀκούοντας, καὶ οὐκ ἀληθὴς διάνοια. τὸ δ’ ἑξῆς ἐκ Νιόβης Αἰσχύλου.⟧</w:t>
      </w:r>
    </w:p>
    <w:p>
      <w:r>
        <w:rPr>
          <w:rFonts w:ascii="Courier New" w:hAnsi="Courier New"/>
          <w:color w:val="555555"/>
          <w:sz w:val="20"/>
        </w:rPr>
        <w:t>[sch ran 1390]</w:t>
      </w:r>
    </w:p>
    <w:p>
      <w:r>
        <w:rPr>
          <w:rFonts w:ascii="Gentium Plus" w:hAnsi="Gentium Plus"/>
          <w:sz w:val="24"/>
        </w:rPr>
        <w:t>ἤν’ ἰδού: Ἠνὶ ἰδοὺ ἐκ παραλλήλου. Θ. Vict.</w:t>
      </w:r>
    </w:p>
    <w:p>
      <w:r>
        <w:rPr>
          <w:rFonts w:ascii="Courier New" w:hAnsi="Courier New"/>
          <w:color w:val="555555"/>
          <w:sz w:val="20"/>
        </w:rPr>
        <w:t>[sch ran 1400]</w:t>
      </w:r>
    </w:p>
    <w:p>
      <w:r>
        <w:rPr>
          <w:rFonts w:ascii="Gentium Plus" w:hAnsi="Gentium Plus"/>
          <w:sz w:val="24"/>
        </w:rPr>
        <w:t>βέβληκ’ Ἀχιλλεὺς: Ἀρίσταρχός φησιν ἀδε‐ σπότως τοῦτο προφέρεσθαι, ὡς Εὐριπίδου πεποιηκότος κυβεύοντας ἐν τῷ Τηλέφῳ, οὓς καὶ περιεῖλε. (μήποτ’ οὖν ἐκεῖθεν ἦν. μᾶλλον δὲ ἐσχεδιακὼς ἂν εἴη Ἀριστοφάνης.</w:t>
      </w:r>
    </w:p>
    <w:p>
      <w:r>
        <w:rPr>
          <w:rFonts w:ascii="Courier New" w:hAnsi="Courier New"/>
          <w:color w:val="555555"/>
          <w:sz w:val="20"/>
        </w:rPr>
        <w:t>[5]</w:t>
      </w:r>
    </w:p>
    <w:p>
      <w:r>
        <w:rPr>
          <w:rFonts w:ascii="Gentium Plus" w:hAnsi="Gentium Plus"/>
          <w:sz w:val="24"/>
        </w:rPr>
        <w:t>οὐδὲ γὰρ τὸν Εὐριπίδην τοῦτο προφερόμενον. ἀλλὰ τὸν Διόνυσον χλευάζοντα. τινὲς δὲ, ὅτι ἐν τῷ Φιλοκτήτῃ ἦν ὁ τόπος. οἱ δὲ ἐν τῇ Ἰφιγενείᾳ τῇ ἐν Αὐλίδι. ἐμφαίνει δὲ καὶ Εὔπολις τοῦτο εἰδὼς ἀποφθαρεὶς δὲ δύο κύβω καὶ τέτταρα.</w:t>
      </w:r>
    </w:p>
    <w:p>
      <w:r>
        <w:rPr>
          <w:rFonts w:ascii="Courier New" w:hAnsi="Courier New"/>
          <w:color w:val="555555"/>
          <w:sz w:val="20"/>
        </w:rPr>
        <w:t>[10]</w:t>
      </w:r>
    </w:p>
    <w:p>
      <w:r>
        <w:rPr>
          <w:rFonts w:ascii="Gentium Plus" w:hAnsi="Gentium Plus"/>
          <w:sz w:val="24"/>
        </w:rPr>
        <w:t>τοῦτο δὲ Διόνυσος ὑποβάλλει αὐτῷ χλευάζων.) ⟦Ἄλλως. ἐκ Μυρμιδόνων. πεποίηκε γὰρ αὐτοὺς κυβεύοντας. ἔθος δὲ τοῖς κυβεύουσιν οὕτω λέγειν, βʹ, δʹ, γʹ, εʹ. τοῦτο δὲ λέγει ὁ Διόνυσος δεικνὺς ὡς Αἰσχύλος νενίκηκε. τὸ δὲ σιδηροβριθὲς, ἐκ Μελεάγρου. τὸ δὲ, ἐφ’ ἅρματος γὰρ</w:t>
      </w:r>
    </w:p>
    <w:p>
      <w:r>
        <w:rPr>
          <w:rFonts w:ascii="Courier New" w:hAnsi="Courier New"/>
          <w:color w:val="555555"/>
          <w:sz w:val="20"/>
        </w:rPr>
        <w:t>[15]</w:t>
      </w:r>
    </w:p>
    <w:p>
      <w:r>
        <w:rPr>
          <w:rFonts w:ascii="Gentium Plus" w:hAnsi="Gentium Plus"/>
          <w:sz w:val="24"/>
        </w:rPr>
        <w:t>ἅρμα, ἐκ Γλαύκου Ποτνιέως Αἰσχύλου. τὸ δὲ ἐξηπάτη‐ κεν εἶπεν ἐκ μεταφορᾶς τῶν παλαιστῶν. ἐκεῖνοι γὰρ ἀπατῶντες τοὺς ἀντιπάλους νικῶσιν.⟧</w:t>
      </w:r>
    </w:p>
    <w:p>
      <w:r>
        <w:rPr>
          <w:rFonts w:ascii="Courier New" w:hAnsi="Courier New"/>
          <w:color w:val="555555"/>
          <w:sz w:val="20"/>
        </w:rPr>
        <w:t>[sch ran 1401]</w:t>
      </w:r>
    </w:p>
    <w:p>
      <w:r>
        <w:rPr>
          <w:rFonts w:ascii="Gentium Plus" w:hAnsi="Gentium Plus"/>
          <w:sz w:val="24"/>
        </w:rPr>
        <w:t>σφῷν: Γρ. καὶ νῷν. R.</w:t>
      </w:r>
    </w:p>
    <w:p>
      <w:r>
        <w:rPr>
          <w:rFonts w:ascii="Courier New" w:hAnsi="Courier New"/>
          <w:color w:val="555555"/>
          <w:sz w:val="20"/>
        </w:rPr>
        <w:t>[sch ran 1402]</w:t>
      </w:r>
    </w:p>
    <w:p>
      <w:r>
        <w:rPr>
          <w:rFonts w:ascii="Gentium Plus" w:hAnsi="Gentium Plus"/>
          <w:sz w:val="24"/>
        </w:rPr>
        <w:t>ἐκ Μελεάγρου Εὐριπίδου. R.</w:t>
      </w:r>
    </w:p>
    <w:p>
      <w:r>
        <w:rPr>
          <w:rFonts w:ascii="Courier New" w:hAnsi="Courier New"/>
          <w:color w:val="555555"/>
          <w:sz w:val="20"/>
        </w:rPr>
        <w:t>[sch ran 1403]</w:t>
      </w:r>
    </w:p>
    <w:p>
      <w:r>
        <w:rPr>
          <w:rFonts w:ascii="Gentium Plus" w:hAnsi="Gentium Plus"/>
          <w:sz w:val="24"/>
        </w:rPr>
        <w:t>ἐκ Γλαύκου Αἰσχύλου. R.</w:t>
      </w:r>
    </w:p>
    <w:p>
      <w:r>
        <w:rPr>
          <w:rFonts w:ascii="Courier New" w:hAnsi="Courier New"/>
          <w:color w:val="555555"/>
          <w:sz w:val="20"/>
        </w:rPr>
        <w:t>[sch ran 1406]</w:t>
      </w:r>
    </w:p>
    <w:p>
      <w:r>
        <w:rPr>
          <w:rFonts w:ascii="Gentium Plus" w:hAnsi="Gentium Plus"/>
          <w:sz w:val="24"/>
        </w:rPr>
        <w:t>[ἑκατὸν Αἰγύπτιοι: Πολλαχοῦ ὡς ἀχθοφόρων τῶν Αἰγυπτίων μέμνηται.]</w:t>
      </w:r>
    </w:p>
    <w:p>
      <w:r>
        <w:rPr>
          <w:rFonts w:ascii="Courier New" w:hAnsi="Courier New"/>
          <w:color w:val="555555"/>
          <w:sz w:val="20"/>
        </w:rPr>
        <w:t>[sch ran 1408]</w:t>
      </w:r>
    </w:p>
    <w:p>
      <w:r>
        <w:rPr>
          <w:rFonts w:ascii="Gentium Plus" w:hAnsi="Gentium Plus"/>
          <w:sz w:val="24"/>
        </w:rPr>
        <w:t>(Κηφισοφῶν: Καὶ διὰ τούτου δηλοῖ πάλιν σχεδόν τι τὸ συναμφότερον, ὡς Κηφισοφῶν συνεποίει τὰ δράματα, καὶ τὴν γυναῖκα αὐτοῦ εἶχεν. Ἄλλως. οὐχ ὡς μόνον συμποιοῦντος αὐτῷ τοῦ Κηφισοφῶντος</w:t>
      </w:r>
    </w:p>
    <w:p>
      <w:r>
        <w:rPr>
          <w:rFonts w:ascii="Courier New" w:hAnsi="Courier New"/>
          <w:color w:val="555555"/>
          <w:sz w:val="20"/>
        </w:rPr>
        <w:t>[5]</w:t>
      </w:r>
    </w:p>
    <w:p>
      <w:r>
        <w:rPr>
          <w:rFonts w:ascii="Gentium Plus" w:hAnsi="Gentium Plus"/>
          <w:sz w:val="24"/>
        </w:rPr>
        <w:t>τὰ δράματα, ἀλλὰ καὶ ὡς συνόντος αὐτοῦ τῇ γυναικί.) ⟦οἱ δὲ γράφοντες χὠ Κηφισοφῶν, εἶναι δ’ ἀξιοῦντες ἀνάπαιστον τὸν τελευταῖον πόδα, σκεψάσθωσαν εἰ ἡ προπαραλήγουσα συστέλλεται.⟧</w:t>
      </w:r>
    </w:p>
    <w:p>
      <w:r>
        <w:rPr>
          <w:rFonts w:ascii="Courier New" w:hAnsi="Courier New"/>
          <w:color w:val="555555"/>
          <w:sz w:val="20"/>
        </w:rPr>
        <w:t>[sch ran 1413]</w:t>
      </w:r>
    </w:p>
    <w:p>
      <w:r>
        <w:rPr>
          <w:rFonts w:ascii="Gentium Plus" w:hAnsi="Gentium Plus"/>
          <w:sz w:val="24"/>
        </w:rPr>
        <w:t>τὸν μὲν γὰρ ἡγοῦμαι σοφὸν: Τὸν Αἰσχύλον σοφὸν, ἥδομαι δὲ τῷ Εὐριπίδῃ. R. σοφὸν μὲν Εὐριπί‐ δην λέγει, ἥδεσθαι δὲ τῷ Αἰσχύλῳ. οὕτως Ἀρίσταρ‐ χος. ἄλλοι δὲ τὸ ἐναντίον, καὶ ἑκατέρῳ συνηγορεῖν καὶ</w:t>
      </w:r>
    </w:p>
    <w:p>
      <w:r>
        <w:rPr>
          <w:rFonts w:ascii="Courier New" w:hAnsi="Courier New"/>
          <w:color w:val="555555"/>
          <w:sz w:val="20"/>
        </w:rPr>
        <w:t>[5]</w:t>
      </w:r>
    </w:p>
    <w:p>
      <w:r>
        <w:rPr>
          <w:rFonts w:ascii="Gentium Plus" w:hAnsi="Gentium Plus"/>
          <w:sz w:val="24"/>
        </w:rPr>
        <w:t>μάλιστα, ὅτι ἥδεται Εὐριπίδῃ, ὡς καὶ ἐν ἀρχῇ προεῖπεν.</w:t>
      </w:r>
    </w:p>
    <w:p>
      <w:r>
        <w:rPr>
          <w:rFonts w:ascii="Courier New" w:hAnsi="Courier New"/>
          <w:color w:val="555555"/>
          <w:sz w:val="20"/>
        </w:rPr>
        <w:t>[sch ran 1414]</w:t>
      </w:r>
    </w:p>
    <w:p>
      <w:r>
        <w:rPr>
          <w:rFonts w:ascii="Gentium Plus" w:hAnsi="Gentium Plus"/>
          <w:sz w:val="24"/>
        </w:rPr>
        <w:t>οὐδὲν ἄρα πράξεις: Ἀπολλώνιος τοῦ Πλούτω‐ νος τοῦτο εἶναί φησι, (καὶ γίνεται πρόσωπα ἐν τῇ σκηνῇ δʹ). τινὲς δὲ τοῦ χοροῦ.</w:t>
      </w:r>
    </w:p>
    <w:p>
      <w:r>
        <w:rPr>
          <w:rFonts w:ascii="Courier New" w:hAnsi="Courier New"/>
          <w:color w:val="555555"/>
          <w:sz w:val="20"/>
        </w:rPr>
        <w:t>[sch ran 1417]</w:t>
      </w:r>
    </w:p>
    <w:p>
      <w:r>
        <w:rPr>
          <w:rFonts w:ascii="Gentium Plus" w:hAnsi="Gentium Plus"/>
          <w:sz w:val="24"/>
        </w:rPr>
        <w:t>πύθεσθε: Ἀκούσατε. Br.</w:t>
      </w:r>
    </w:p>
    <w:p>
      <w:r>
        <w:rPr>
          <w:rFonts w:ascii="Courier New" w:hAnsi="Courier New"/>
          <w:color w:val="555555"/>
          <w:sz w:val="20"/>
        </w:rPr>
        <w:t>[sch ran 1418]</w:t>
      </w:r>
    </w:p>
    <w:p>
      <w:r>
        <w:rPr>
          <w:rFonts w:ascii="Gentium Plus" w:hAnsi="Gentium Plus"/>
          <w:sz w:val="24"/>
        </w:rPr>
        <w:t>τοῦ χάριν: Οὐκ ἐστιν ἄλλου προσώπου τὸ τοῦ χάριν, ἀλλ’ ὁ Διόνυσος ἑαυτῷ ἀνθυποφέρει.</w:t>
      </w:r>
    </w:p>
    <w:p>
      <w:r>
        <w:rPr>
          <w:rFonts w:ascii="Courier New" w:hAnsi="Courier New"/>
          <w:color w:val="555555"/>
          <w:sz w:val="20"/>
        </w:rPr>
        <w:t>[sch ran 1422]</w:t>
      </w:r>
    </w:p>
    <w:p>
      <w:r>
        <w:rPr>
          <w:rFonts w:ascii="Gentium Plus" w:hAnsi="Gentium Plus"/>
          <w:sz w:val="24"/>
        </w:rPr>
        <w:t>πρῶτον μὲν οὖν περὶ Ἀλκιβιάδου: Περὶ τῆς δευτέρας αὐτοῦ λέγει ἀποχωρήσεως, ἣν ἑκὼν ἔφυγε, κατελθὼν μὲν ἐπὶ Ἀντιγένους πρὸ ἐνιαυτοῦ τῶν Βα‐ τράχων, διὰ δὲ τὸ πιστεῦσαι Ἀντιόχῳ τῷ κυβερνήτῃ</w:t>
      </w:r>
    </w:p>
    <w:p>
      <w:r>
        <w:rPr>
          <w:rFonts w:ascii="Courier New" w:hAnsi="Courier New"/>
          <w:color w:val="555555"/>
          <w:sz w:val="20"/>
        </w:rPr>
        <w:t>[5]</w:t>
      </w:r>
    </w:p>
    <w:p>
      <w:r>
        <w:rPr>
          <w:rFonts w:ascii="Gentium Plus" w:hAnsi="Gentium Plus"/>
          <w:sz w:val="24"/>
        </w:rPr>
        <w:t>τὸ ναυτικὸν καὶ ἡττηθῆναι ὑπὸ Λυσάνδρου δυσχεραν‐ θεὶς ὑπ’ Ἀθηναίων. (Ἄνδρων δὲ διαφέρεται πρὸς Ξε‐ νοφῶντα περὶ τῆς καθόδου. Καλλίστρατος δέ φησιν ὅτι οὗτος ἦν ὁ καιρὸς, καθ’ ὃν ἑκὼν ἔφυγεν ὁ Ἀλκι‐ βιάδης. ὁ δὲ Ἀρίσταρχός φησι, καθ’ ὃν ἐκπεσὼν ἐν</w:t>
      </w:r>
    </w:p>
    <w:p>
      <w:r>
        <w:rPr>
          <w:rFonts w:ascii="Courier New" w:hAnsi="Courier New"/>
          <w:color w:val="555555"/>
          <w:sz w:val="20"/>
        </w:rPr>
        <w:t>[10]</w:t>
      </w:r>
    </w:p>
    <w:p>
      <w:r>
        <w:rPr>
          <w:rFonts w:ascii="Gentium Plus" w:hAnsi="Gentium Plus"/>
          <w:sz w:val="24"/>
        </w:rPr>
        <w:t>Λακεδαίμονι διατρίβων ἔπεισε Λακεδαιμονίους Ἀθη‐ ναίοις Δεκέλειαν ἐπιτειχίσαι· τελέως δὲ πταίουσι. λέ‐ γει οὖν περὶ τῆς δευτέρας ἀποχωρήσεως, ἣν ἑκὼν ἔφυγε. γεγόνασι δὲ Ἀλκιβιάδαι τέσσαρες.) ⟦δυστοκεῖ δὲ λέγει ἀντὶ τοῦ ἀγανακτεῖ καὶ κακῶς πάσχει, ἐκ</w:t>
      </w:r>
    </w:p>
    <w:p>
      <w:r>
        <w:rPr>
          <w:rFonts w:ascii="Courier New" w:hAnsi="Courier New"/>
          <w:color w:val="555555"/>
          <w:sz w:val="20"/>
        </w:rPr>
        <w:t>[15]</w:t>
      </w:r>
    </w:p>
    <w:p>
      <w:r>
        <w:rPr>
          <w:rFonts w:ascii="Gentium Plus" w:hAnsi="Gentium Plus"/>
          <w:sz w:val="24"/>
        </w:rPr>
        <w:t>μεταφορᾶς τῶν δυστοκουσῶν γυναικῶν. ἢ δυστοκεῖ λέ‐ γει ἀντὶ τοῦ, κακὰ γεννήματα προάγει. Ἀλκιβιάδης γὰρ φύσει Ἀθηναῖος ὢν ἔφυγε μὲν καὶ πρόσθεν διά τινα αἰτίαν ἐκ πόλεως, κατελθὼν δὲ ὕστερον καὶ ναύ‐ αρχος καταστὰς ἐνεπιστεύσατο τὸ ναυτικὸν Ἀντιόχῳ·</w:t>
      </w:r>
    </w:p>
    <w:p>
      <w:r>
        <w:rPr>
          <w:rFonts w:ascii="Courier New" w:hAnsi="Courier New"/>
          <w:color w:val="555555"/>
          <w:sz w:val="20"/>
        </w:rPr>
        <w:t>[20]</w:t>
      </w:r>
    </w:p>
    <w:p>
      <w:r>
        <w:rPr>
          <w:rFonts w:ascii="Gentium Plus" w:hAnsi="Gentium Plus"/>
          <w:sz w:val="24"/>
        </w:rPr>
        <w:t>οὗ καὶ ὑπὸ Λυσάνδρου ἡττηθέντος φοβηθεὶς Ἀλκιβιά‐ δης μεταχωρεῖ πρὸς Λακεδαιμονίους, οὓς καὶ πείθει Ἀθηναίοις ἐπιτειχίσαι Δεκέλειαν. ἡ δὲ Δεκέλεια χώρα ἐν τῇ Ἀττικῇ, ἧς τειχισθείσης μέγας ἦν κίνδυ‐ νος Ἀθηναίοις μὴ δυναμένοις ἐξελθεῖν.⟧ —πρὸς τοὺς</w:t>
      </w:r>
    </w:p>
    <w:p>
      <w:r>
        <w:rPr>
          <w:rFonts w:ascii="Courier New" w:hAnsi="Courier New"/>
          <w:color w:val="555555"/>
          <w:sz w:val="20"/>
        </w:rPr>
        <w:t>[25]</w:t>
      </w:r>
    </w:p>
    <w:p>
      <w:r>
        <w:rPr>
          <w:rFonts w:ascii="Gentium Plus" w:hAnsi="Gentium Plus"/>
          <w:sz w:val="24"/>
        </w:rPr>
        <w:t>ποιητὰς ὁ ...... R.</w:t>
      </w:r>
    </w:p>
    <w:p>
      <w:r>
        <w:rPr>
          <w:rFonts w:ascii="Courier New" w:hAnsi="Courier New"/>
          <w:color w:val="555555"/>
          <w:sz w:val="20"/>
        </w:rPr>
        <w:t>[sch ran 1425]</w:t>
      </w:r>
    </w:p>
    <w:p>
      <w:r>
        <w:rPr>
          <w:rFonts w:ascii="Gentium Plus" w:hAnsi="Gentium Plus"/>
          <w:sz w:val="24"/>
        </w:rPr>
        <w:t>(ποθεῖ μὲν, ἐχθαίρει δὲ: Παρὰ τὰ ἐκ τῶν Ἴωνος Φρουρῶν, ὅπου ἡ Ἑλένη πρὸς τὸν Ὀδυσσέα φησὶ σιγᾷ μὲν, ἐχθαίρει δὲ, βούλεταί γε μήν.</w:t>
      </w:r>
    </w:p>
    <w:p>
      <w:r>
        <w:rPr>
          <w:rFonts w:ascii="Courier New" w:hAnsi="Courier New"/>
          <w:color w:val="555555"/>
          <w:sz w:val="20"/>
        </w:rPr>
        <w:t>[5]</w:t>
      </w:r>
    </w:p>
    <w:p>
      <w:r>
        <w:rPr>
          <w:rFonts w:ascii="Gentium Plus" w:hAnsi="Gentium Plus"/>
          <w:sz w:val="24"/>
        </w:rPr>
        <w:t>ὁ δὲ λόγος, ποθεῖ μὲν ὡς δραστήριον, μισεῖ δὲ ὡς τυ‐</w:t>
      </w:r>
    </w:p>
    <w:p>
      <w:r>
        <w:rPr>
          <w:rFonts w:ascii="Courier New" w:hAnsi="Courier New"/>
          <w:color w:val="555555"/>
          <w:sz w:val="20"/>
        </w:rPr>
        <w:t>[sch ran 1427]</w:t>
      </w:r>
    </w:p>
    <w:p>
      <w:r>
        <w:rPr>
          <w:rFonts w:ascii="Gentium Plus" w:hAnsi="Gentium Plus"/>
          <w:sz w:val="24"/>
        </w:rPr>
        <w:t>μισῶ πολίτην: Αὕτη Εὐριπίδου ἡ γνώμη, μὴ καταδέχεσθαι καθάπαξ Ἀλκιβιάδην. (χαρακτηρίζει δὲ αὐτὸν ἅμα. ταῦτα δέ φησιν Εὐριπίδης περὶ) Ἀλκι‐ βιάδου, ὡς ὄντος αὐτοῦ τοιούτου, βραδέως μὲν ὠφε‐</w:t>
      </w:r>
    </w:p>
    <w:p>
      <w:r>
        <w:rPr>
          <w:rFonts w:ascii="Courier New" w:hAnsi="Courier New"/>
          <w:color w:val="555555"/>
          <w:sz w:val="20"/>
        </w:rPr>
        <w:t>[5]</w:t>
      </w:r>
    </w:p>
    <w:p>
      <w:r>
        <w:rPr>
          <w:rFonts w:ascii="Gentium Plus" w:hAnsi="Gentium Plus"/>
          <w:sz w:val="24"/>
        </w:rPr>
        <w:t>λοῦντος τὴν πατρίδα, ταχέως δὲ βλάπτοντος.</w:t>
      </w:r>
    </w:p>
    <w:p>
      <w:r>
        <w:rPr>
          <w:rFonts w:ascii="Courier New" w:hAnsi="Courier New"/>
          <w:color w:val="555555"/>
          <w:sz w:val="20"/>
        </w:rPr>
        <w:t>[sch ran 1432]</w:t>
      </w:r>
    </w:p>
    <w:p>
      <w:r>
        <w:rPr>
          <w:rFonts w:ascii="Gentium Plus" w:hAnsi="Gentium Plus"/>
          <w:sz w:val="24"/>
        </w:rPr>
        <w:t>μάλιστα μὲν λέοντα: (Μάλιστα μὲν) μὴ ἀνατρέφειν φρόνημα, ἐὰν δὲ ἀνατρέφῃ, μὴ ἐρεθίζειν, ἀλλὰ τιθασῶσαι. ὥστε ὁ μὲν Εὐριπίδης συμβεβούλευκε μὴ δέχεσθαι, ὁ δὲ Αἰσχύλος τοιαύτην τινὰ διάνοιαν,</w:t>
      </w:r>
    </w:p>
    <w:p>
      <w:r>
        <w:rPr>
          <w:rFonts w:ascii="Courier New" w:hAnsi="Courier New"/>
          <w:color w:val="555555"/>
          <w:sz w:val="20"/>
        </w:rPr>
        <w:t>[5]</w:t>
      </w:r>
    </w:p>
    <w:p>
      <w:r>
        <w:rPr>
          <w:rFonts w:ascii="Gentium Plus" w:hAnsi="Gentium Plus"/>
          <w:sz w:val="24"/>
        </w:rPr>
        <w:t>ἢ μὴ καταδέξασθαι, ἢ καταδεξαμένους τροποφορεῖν. (ἔν τισι δὲ μετὰ τὸ πρῶτον παραγραφή· ὥστε εἶναι τὸ μὲν πρῶτον ὁμολογουμένως Αἰσχύλου, τοὺς δὲ ἑξῆς ἄδηλον τίνος. ἢ γὰρ Εὐριπίδης δίς ἐστιν ἀποφη‐ νάμενος, ἢ ὁ Διόνυσος ἀντὶ τοῦ ἀκούειν ἐκείνου αὐτὸς</w:t>
      </w:r>
    </w:p>
    <w:p>
      <w:r>
        <w:rPr>
          <w:rFonts w:ascii="Courier New" w:hAnsi="Courier New"/>
          <w:color w:val="555555"/>
          <w:sz w:val="20"/>
        </w:rPr>
        <w:t>[10]</w:t>
      </w:r>
    </w:p>
    <w:p>
      <w:r>
        <w:rPr>
          <w:rFonts w:ascii="Gentium Plus" w:hAnsi="Gentium Plus"/>
          <w:sz w:val="24"/>
        </w:rPr>
        <w:t>λέγων καὶ ταῦτα, ἐπεξεργαζόμενος τὸ παρ’ Αἰσχύλου λεγόμενον· ἢ ὁ χορός. ἔν τισι δὲ ἑνός ἐστι τὰ τρία, τοῦ Αἰσχύλου πρῶτον μὲν ἀποφατικῶς λέγοντος, τὰ δὲ ἑξῆς δύο μαλακώτερον ὑποτιθεμένου.)</w:t>
      </w:r>
    </w:p>
    <w:p>
      <w:r>
        <w:rPr>
          <w:rFonts w:ascii="Courier New" w:hAnsi="Courier New"/>
          <w:color w:val="555555"/>
          <w:sz w:val="20"/>
        </w:rPr>
        <w:t>[sch ran 1434]</w:t>
      </w:r>
    </w:p>
    <w:p>
      <w:r>
        <w:rPr>
          <w:rFonts w:ascii="Gentium Plus" w:hAnsi="Gentium Plus"/>
          <w:sz w:val="24"/>
        </w:rPr>
        <w:t>σοφῶς μὲν ὁ Αἰσχύλος, σαφῶς δὲ ὁ Εὐριπί‐ δης. R.</w:t>
      </w:r>
    </w:p>
    <w:p>
      <w:r>
        <w:rPr>
          <w:rFonts w:ascii="Courier New" w:hAnsi="Courier New"/>
          <w:color w:val="555555"/>
          <w:sz w:val="20"/>
        </w:rPr>
        <w:t>[sch ran 1437]</w:t>
      </w:r>
    </w:p>
    <w:p>
      <w:r>
        <w:rPr>
          <w:rFonts w:ascii="Gentium Plus" w:hAnsi="Gentium Plus"/>
          <w:sz w:val="24"/>
        </w:rPr>
        <w:t>εἴ τις πτερώσας Κλεόκριτον Κινησίᾳ: Ὁ Κινησίας λεπτὸς ἦν, ὁ δὲ Κλεόκριτος μοχθηρός. φη‐ σὶν οὖν ὅτι (εἴ τις ἀντὶ πτερῶν) Κλεοκρίτῳ Κινησίαν παραβάλοι, ὥστε φέρεσθαι μεταρσίους, συμβήσεται</w:t>
      </w:r>
    </w:p>
    <w:p>
      <w:r>
        <w:rPr>
          <w:rFonts w:ascii="Courier New" w:hAnsi="Courier New"/>
          <w:color w:val="555555"/>
          <w:sz w:val="20"/>
        </w:rPr>
        <w:t>[5]</w:t>
      </w:r>
    </w:p>
    <w:p>
      <w:r>
        <w:rPr>
          <w:rFonts w:ascii="Gentium Plus" w:hAnsi="Gentium Plus"/>
          <w:sz w:val="24"/>
        </w:rPr>
        <w:t>αὐτοὺς ὀλέσθαι αὐροφορήτους γενομένους. ⟦Ἄλλως. εἴ τις πτερώσας: Ὡς λεπτὸς σφόδρα ὢν κωμῳδεῖται καὶ ὡς ξένος καὶ ὡς κόλαξ. ἐμνήσθη δὲ καὶ τοῦ Κινη‐ σίου ὡς τούτου καὶ τοῦ Κλεοκρίτου ὁμοφρονούντων. ἀθετεῖ δὲ τοὺς πέντε ἐφεξῆς στίχους ἕως τοῦ</w:t>
      </w:r>
    </w:p>
    <w:p>
      <w:r>
        <w:rPr>
          <w:rFonts w:ascii="Courier New" w:hAnsi="Courier New"/>
          <w:color w:val="555555"/>
          <w:sz w:val="20"/>
        </w:rPr>
        <w:t>[10]</w:t>
      </w:r>
    </w:p>
    <w:p>
      <w:r>
        <w:rPr>
          <w:rFonts w:ascii="Gentium Plus" w:hAnsi="Gentium Plus"/>
          <w:sz w:val="24"/>
        </w:rPr>
        <w:t>ῥαίνοιεν εἰς τὰ βλέφαρα τῶν ἐναντίων Ἀρίσταρχος. ὅτι φορτικώτεροί εἰσι καὶ εὐτελεῖς, διὰ τοῦτο ὑποπτεύονται. Ἀπολλώνιος δὲ οὐ διὰ τοῦτο, ἀλλ’ ὅτι οὐ πρὸς τὴν ὑπόθεσιν ἔχουσί τι. ἐρομένων δὲ αὐτῶν ἑκάτερος μίαν γνώμην λέγει.⟧</w:t>
      </w:r>
    </w:p>
    <w:p>
      <w:r>
        <w:rPr>
          <w:rFonts w:ascii="Courier New" w:hAnsi="Courier New"/>
          <w:color w:val="555555"/>
          <w:sz w:val="20"/>
        </w:rPr>
        <w:t>[sch ran 1440]</w:t>
      </w:r>
    </w:p>
    <w:p>
      <w:r>
        <w:rPr>
          <w:rFonts w:ascii="Gentium Plus" w:hAnsi="Gentium Plus"/>
          <w:sz w:val="24"/>
        </w:rPr>
        <w:t>κατέχοντες ὀξίδας: Ὀξυβάφους κατέχοντες ῥαίνοιεν ὄξει τοὺς πολεμίους. (ὀξίδες δὲ κεράμια μικρά. ἢ εἶδος λοπάδος ἡ ὀξίς. ταῦτα δὲ ἠθετημένα μετρίως ἄν τις νομίσειεν ἐνδιεσκευάσθαι. καὶ γάρ ἐστι φορτικά.</w:t>
      </w:r>
    </w:p>
    <w:p>
      <w:r>
        <w:rPr>
          <w:rFonts w:ascii="Courier New" w:hAnsi="Courier New"/>
          <w:color w:val="555555"/>
          <w:sz w:val="20"/>
        </w:rPr>
        <w:t>[5]</w:t>
      </w:r>
    </w:p>
    <w:p>
      <w:r>
        <w:rPr>
          <w:rFonts w:ascii="Gentium Plus" w:hAnsi="Gentium Plus"/>
          <w:sz w:val="24"/>
        </w:rPr>
        <w:t>τὰ δὲ ἑξῆς κείμενα πρέποντα καὶ τῷ ποιητῇ καὶ τῇ ὑποθέσει.) ⟦ὅταν, φησὶν, οὓς νῦν ἔχομεν παρεωραμένους καὶ δοκοῦμεν ἐχθροὺς τῆς πόλεως, τούτους ἐπανάγω‐ μεν εἰς τὸ ἀρχαῖον ἀξίωμα, καὶ πιστοὺς νομίσωμεν· οἷς δὲ νῦν χρώμεθα ὡς πιστοῖς, τούτους ἀπίστους καὶ</w:t>
      </w:r>
    </w:p>
    <w:p>
      <w:r>
        <w:rPr>
          <w:rFonts w:ascii="Courier New" w:hAnsi="Courier New"/>
          <w:color w:val="555555"/>
          <w:sz w:val="20"/>
        </w:rPr>
        <w:t>[10]</w:t>
      </w:r>
    </w:p>
    <w:p>
      <w:r>
        <w:rPr>
          <w:rFonts w:ascii="Gentium Plus" w:hAnsi="Gentium Plus"/>
          <w:sz w:val="24"/>
        </w:rPr>
        <w:t>φθορέας τῆς πόλεως ἡγώμεθα, σωθείη ἡ πόλις. τοῦτο δὲ λέγει, διότι τοὺς καλοὺς καὶ λυσιτελοῦντας ἄνδρας τῇ πόλει ἀφέντες, ὡς καὶ ὄπισθεν ἐν τῇ παρα‐ βάσει ἔφη, μοχθηροῖς καὶ φαύλοις ἐχρῶντο πρὸς τὰ κοινά.⟧</w:t>
      </w:r>
    </w:p>
    <w:p>
      <w:r>
        <w:rPr>
          <w:rFonts w:ascii="Courier New" w:hAnsi="Courier New"/>
          <w:color w:val="555555"/>
          <w:sz w:val="20"/>
        </w:rPr>
        <w:t>[sch ran 1445]</w:t>
      </w:r>
    </w:p>
    <w:p>
      <w:r>
        <w:rPr>
          <w:rFonts w:ascii="Gentium Plus" w:hAnsi="Gentium Plus"/>
          <w:sz w:val="24"/>
        </w:rPr>
        <w:t>ἀμαθέστερόν πως εἰπὲ: ⟦Ἀγροικότερον καὶ παχύτερον.⟧ ἀπαιδευτότερον, ἢ κοινότερον. παρὰ τὴν παροιμίαν</w:t>
      </w:r>
    </w:p>
    <w:p>
      <w:r>
        <w:rPr>
          <w:rFonts w:ascii="Courier New" w:hAnsi="Courier New"/>
          <w:color w:val="555555"/>
          <w:sz w:val="20"/>
        </w:rPr>
        <w:t>[sch ran 1451]</w:t>
      </w:r>
    </w:p>
    <w:p>
      <w:r>
        <w:rPr>
          <w:rFonts w:ascii="Gentium Plus" w:hAnsi="Gentium Plus"/>
          <w:sz w:val="24"/>
        </w:rPr>
        <w:t>εὖ γ’ ὦ Παλάμηδες: [Πρὸς τὸν Εὐριπίδην· ὅτι εἰκὸς ἐκ Παλαμήδους πεπλάσθαι ταῦτα.] ⟦ἢ ἐπειδὴ ὁ Παλαμήδης μηχανικὸς καὶ ἐφευρετὴς ἦν. εὗρε δὲ καὶ οὗτος μηχανὴν σωτηρίας τῇ πόλει. διὰ τοῦτο Πα‐</w:t>
      </w:r>
    </w:p>
    <w:p>
      <w:r>
        <w:rPr>
          <w:rFonts w:ascii="Courier New" w:hAnsi="Courier New"/>
          <w:color w:val="555555"/>
          <w:sz w:val="20"/>
        </w:rPr>
        <w:t>[5]</w:t>
      </w:r>
    </w:p>
    <w:p>
      <w:r>
        <w:rPr>
          <w:rFonts w:ascii="Gentium Plus" w:hAnsi="Gentium Plus"/>
          <w:sz w:val="24"/>
        </w:rPr>
        <w:t>λαμήδην τοῦτον καλεῖ.⟧</w:t>
      </w:r>
    </w:p>
    <w:p>
      <w:r>
        <w:rPr>
          <w:rFonts w:ascii="Courier New" w:hAnsi="Courier New"/>
          <w:color w:val="555555"/>
          <w:sz w:val="20"/>
        </w:rPr>
        <w:t>[sch ran 1452]</w:t>
      </w:r>
    </w:p>
    <w:p>
      <w:r>
        <w:rPr>
          <w:rFonts w:ascii="Gentium Plus" w:hAnsi="Gentium Plus"/>
          <w:sz w:val="24"/>
        </w:rPr>
        <w:t>(ταυτὶ πότερ’ αὐτὸς: Συναθετεῖται τοῖς ἄνω καὶ οὗτος. μένων γὰρ ἀκυροῖ τὴν ἐκείνων ἀθέτησιν, ἐν ᾗ φαίνεται τὰ μὲν πρότερα Αἰσχύλος λέγων, τὰ δὲ ἑξῆς Εὐριπίδης.)</w:t>
      </w:r>
    </w:p>
    <w:p>
      <w:r>
        <w:rPr>
          <w:rFonts w:ascii="Courier New" w:hAnsi="Courier New"/>
          <w:color w:val="555555"/>
          <w:sz w:val="20"/>
        </w:rPr>
        <w:t>[sch ran 1453]</w:t>
      </w:r>
    </w:p>
    <w:p>
      <w:r>
        <w:rPr>
          <w:rFonts w:ascii="Gentium Plus" w:hAnsi="Gentium Plus"/>
          <w:sz w:val="24"/>
        </w:rPr>
        <w:t>(τὰς δ’ ὀξίδας Κηφισοφῶν: Τιμαχίδας πόρ‐ ρωθεν ἐκ λαχανοπώλιδός φησι τὸν Εὐριπίδην διὰ τὰς ὀξίδας.)</w:t>
      </w:r>
    </w:p>
    <w:p>
      <w:r>
        <w:rPr>
          <w:rFonts w:ascii="Courier New" w:hAnsi="Courier New"/>
          <w:color w:val="555555"/>
          <w:sz w:val="20"/>
        </w:rPr>
        <w:t>[sch ran 1455]</w:t>
      </w:r>
    </w:p>
    <w:p>
      <w:r>
        <w:rPr>
          <w:rFonts w:ascii="Gentium Plus" w:hAnsi="Gentium Plus"/>
          <w:sz w:val="24"/>
        </w:rPr>
        <w:t>⟦πόθεν: Ἀρνητικῶς ἴσον τῷ οὐδαμῶς. πρὸς βίαν δὲ, πρὸς ἀνάγκην· ἐπειδὴ τούτους ὁ καιρὸς ἤγαγεν.⟧</w:t>
      </w:r>
    </w:p>
    <w:p>
      <w:r>
        <w:rPr>
          <w:rFonts w:ascii="Courier New" w:hAnsi="Courier New"/>
          <w:color w:val="555555"/>
          <w:sz w:val="20"/>
        </w:rPr>
        <w:t>[sch ran 1458]</w:t>
      </w:r>
    </w:p>
    <w:p>
      <w:r>
        <w:rPr>
          <w:rFonts w:ascii="Gentium Plus" w:hAnsi="Gentium Plus"/>
          <w:sz w:val="24"/>
        </w:rPr>
        <w:t>ἐν ἐρωτήσει. R.</w:t>
      </w:r>
    </w:p>
    <w:p>
      <w:r>
        <w:rPr>
          <w:rFonts w:ascii="Courier New" w:hAnsi="Courier New"/>
          <w:color w:val="555555"/>
          <w:sz w:val="20"/>
        </w:rPr>
        <w:t>[sch ran 1459]</w:t>
      </w:r>
    </w:p>
    <w:p>
      <w:r>
        <w:rPr>
          <w:rFonts w:ascii="Gentium Plus" w:hAnsi="Gentium Plus"/>
          <w:sz w:val="24"/>
        </w:rPr>
        <w:t>ᾗ μήτε σισύρα: (Χλαίνης εἶδος εὐτελοῦς, οἷον ἐξωμίδα ἢ ἁπλοΐδα ἤ τι τοιοῦτον.) ⟦καὶ ἀλλαχοῦ (Eccl. 421) χειμῶνος ὄντος τρεῖς σισύρας ὀφειλέτω.</w:t>
      </w:r>
    </w:p>
    <w:p>
      <w:r>
        <w:rPr>
          <w:rFonts w:ascii="Courier New" w:hAnsi="Courier New"/>
          <w:color w:val="555555"/>
          <w:sz w:val="20"/>
        </w:rPr>
        <w:t>[5]</w:t>
      </w:r>
    </w:p>
    <w:p>
      <w:r>
        <w:rPr>
          <w:rFonts w:ascii="Gentium Plus" w:hAnsi="Gentium Plus"/>
          <w:sz w:val="24"/>
        </w:rPr>
        <w:t>τινὲς δὲ ἱμάτιον τραχὺ καὶ παχὺ, περιβόλαιον ἀγροι‐ κικὸν, δουλικὸν, παλαιόν· ἢ χιτὼν δερμάτινος. Βορέῃ δὲ λέγουσιν Ἡλίῳ τε τοιαύτην ἔριν γενέσθαι, ὁπότερος ἀνδρὸς ἀγροίκου ὁδοιποροῦντος τὴν σισύραν ἐκδύσῃ.⟧ ὁ δὲ νοῦς, μήτε χρηστὸς μήτε ὀχληρὸς πολίτης συμφέρει. πρὸς</w:t>
      </w:r>
    </w:p>
    <w:p>
      <w:r>
        <w:rPr>
          <w:rFonts w:ascii="Courier New" w:hAnsi="Courier New"/>
          <w:color w:val="555555"/>
          <w:sz w:val="20"/>
        </w:rPr>
        <w:t>[10]</w:t>
      </w:r>
    </w:p>
    <w:p>
      <w:r>
        <w:rPr>
          <w:rFonts w:ascii="Gentium Plus" w:hAnsi="Gentium Plus"/>
          <w:sz w:val="24"/>
        </w:rPr>
        <w:t>δὲ τὴν διαφοράν. ἔν τισι καὶ σισύρα καὶ σισύρνα ἐκ τρίτου τὸ αὐτὸ, πλὴν ὅτι ἡ μὲν σισύρα δοκεῖ βαίτη εἶναι ἐκ δερμάτων αἰγείων, ἡ δὲ χλαῖνα ἀπὸ ἐρίων.</w:t>
      </w:r>
    </w:p>
    <w:p>
      <w:r>
        <w:rPr>
          <w:rFonts w:ascii="Courier New" w:hAnsi="Courier New"/>
          <w:color w:val="555555"/>
          <w:sz w:val="20"/>
        </w:rPr>
        <w:t>[sch ran 1460]</w:t>
      </w:r>
    </w:p>
    <w:p>
      <w:r>
        <w:rPr>
          <w:rFonts w:ascii="Gentium Plus" w:hAnsi="Gentium Plus"/>
          <w:sz w:val="24"/>
        </w:rPr>
        <w:t>⟦εἴπερ ἀναδύσει: Ἐπανέλθῃ ἐκ τῆς δυστυ‐ χίας ὥσπερ ἐκ βυθοῦ. εἴρηται δὲ ἐκ μεταφορᾶς τῶν βυ‐ θιζομένων νηῶν.⟧</w:t>
      </w:r>
    </w:p>
    <w:p>
      <w:r>
        <w:rPr>
          <w:rFonts w:ascii="Courier New" w:hAnsi="Courier New"/>
          <w:color w:val="555555"/>
          <w:sz w:val="20"/>
        </w:rPr>
        <w:t>[sch ran 1461]</w:t>
      </w:r>
    </w:p>
    <w:p>
      <w:r>
        <w:rPr>
          <w:rFonts w:ascii="Gentium Plus" w:hAnsi="Gentium Plus"/>
          <w:sz w:val="24"/>
        </w:rPr>
        <w:t>⟦ἐκεῖ φράσαιμ’ ἂν: Ἐν τῷ βίῳ. ἐπιθυμῶν δὲ ἀναβιῶναι τοῦτο λέγει.⟧</w:t>
      </w:r>
    </w:p>
    <w:p>
      <w:r>
        <w:rPr>
          <w:rFonts w:ascii="Courier New" w:hAnsi="Courier New"/>
          <w:color w:val="555555"/>
          <w:sz w:val="20"/>
        </w:rPr>
        <w:t>[sch ran 1462*]</w:t>
      </w:r>
    </w:p>
    <w:p>
      <w:r>
        <w:rPr>
          <w:rFonts w:ascii="Gentium Plus" w:hAnsi="Gentium Plus"/>
          <w:sz w:val="24"/>
        </w:rPr>
        <w:t>ἀλλ’ ἐνθάδ’ ἀνίει τἀγαθά: ⟦Ἀντὶ τοῦ ἀνά‐ πεμπε.⟧ παρὰ τὴν παροιμίαν ἐκεῖ βλέπουσα, δεῦρ’ ἀνίει τἀγαθά.</w:t>
      </w:r>
    </w:p>
    <w:p>
      <w:r>
        <w:rPr>
          <w:rFonts w:ascii="Courier New" w:hAnsi="Courier New"/>
          <w:color w:val="555555"/>
          <w:sz w:val="20"/>
        </w:rPr>
        <w:t>[sch ran 1463]</w:t>
      </w:r>
    </w:p>
    <w:p>
      <w:r>
        <w:rPr>
          <w:rFonts w:ascii="Gentium Plus" w:hAnsi="Gentium Plus"/>
          <w:sz w:val="24"/>
        </w:rPr>
        <w:t>τὴν γῆν ὅταν νομίσωσι: Τὴν Περικλέους γνώ‐ μην λέγει. (εἰ τὴν μὲν Ἀττικὴν ὡς πολεμίαν ἐάσουσι τέμνεσθαι, ἢ καὶ οὐ τέμνουσι, τὴν δὲ Λακωνικὴν περι‐ πλεύσουσιν. Ἄλλως. ἐπὶ τὴν Περικλέους φέρεται</w:t>
      </w:r>
    </w:p>
    <w:p>
      <w:r>
        <w:rPr>
          <w:rFonts w:ascii="Courier New" w:hAnsi="Courier New"/>
          <w:color w:val="555555"/>
          <w:sz w:val="20"/>
        </w:rPr>
        <w:t>[5]</w:t>
      </w:r>
    </w:p>
    <w:p>
      <w:r>
        <w:rPr>
          <w:rFonts w:ascii="Gentium Plus" w:hAnsi="Gentium Plus"/>
          <w:sz w:val="24"/>
        </w:rPr>
        <w:t>γνώμην, ὃς συνεβούλευσε περιπλεῖν τὴν πολεμίαν, μὴ μάχεσθαι δὲ τεμνομένης τῆς Ἀττικῆς.) ⟦Ἄλλως. τοιαύτην γνώμην καὶ Περικλῆς συνεβούλευσεν Ἀθη‐ ναίοις, Λακεδαιμονίων εἰσβαλλόντων εἰς τὴν Ἀττικὴν, μέγα βοήσας ἀπὸ τοῦ βήματος, ὡς οὐκ ἂν ἄλλως ἔσται</w:t>
      </w:r>
    </w:p>
    <w:p>
      <w:r>
        <w:rPr>
          <w:rFonts w:ascii="Courier New" w:hAnsi="Courier New"/>
          <w:color w:val="555555"/>
          <w:sz w:val="20"/>
        </w:rPr>
        <w:t>[10]</w:t>
      </w:r>
    </w:p>
    <w:p>
      <w:r>
        <w:rPr>
          <w:rFonts w:ascii="Gentium Plus" w:hAnsi="Gentium Plus"/>
          <w:sz w:val="24"/>
        </w:rPr>
        <w:t>τοῖς πράγμασι σωτηρία, εἰ μὴ τὸ κατὰ γῆν μάχεσθαι τούτοις ἀφέντες περιπλευσούμεθα Λακεδαίμονα πλήθει νεῶν.⟧</w:t>
      </w:r>
    </w:p>
    <w:p>
      <w:r>
        <w:rPr>
          <w:rFonts w:ascii="Courier New" w:hAnsi="Courier New"/>
          <w:color w:val="555555"/>
          <w:sz w:val="20"/>
        </w:rPr>
        <w:t>[sch ran 1465]</w:t>
      </w:r>
    </w:p>
    <w:p>
      <w:r>
        <w:rPr>
          <w:rFonts w:ascii="Gentium Plus" w:hAnsi="Gentium Plus"/>
          <w:sz w:val="24"/>
        </w:rPr>
        <w:t>πόρον δὲ τὰς ναῦς: Καὶ τοῦτο κατὰ τὴν Πε‐ ρικλέους γνώμην, ὃς ἐκέλευεν Ἀθηναίοις, ἐμβαλόντων Λακεδαιμονίων εἰς τὴν Ἀττικὴν, μὴ ἐπεξιέναι, ἀλλ’ εἴσω τείχους μένειν, αὐτοὺς δὲ διὰ τῶν πλοίων ἐπιέναι</w:t>
      </w:r>
    </w:p>
    <w:p>
      <w:r>
        <w:rPr>
          <w:rFonts w:ascii="Courier New" w:hAnsi="Courier New"/>
          <w:color w:val="555555"/>
          <w:sz w:val="20"/>
        </w:rPr>
        <w:t>[5]</w:t>
      </w:r>
    </w:p>
    <w:p>
      <w:r>
        <w:rPr>
          <w:rFonts w:ascii="Gentium Plus" w:hAnsi="Gentium Plus"/>
          <w:sz w:val="24"/>
        </w:rPr>
        <w:t>τῇ Λακωνικῇ. τὸν οὖν κατὰ γῆν πόρον ἀπορίαν ἡγεῖ‐ σθαι, τὸν δὲ διὰ θαλάσσης, τοῦτον ἡγεῖσθαι πόρον. (ἢ καὶ οὕτως· ἕνα μὲν πόρον ἡγεῖσθαι χρημάτων, τὸ ναῦς ὡς πλείστας ἔχειν· τὸν δὲ ἄλλον πόρον, ὃς ἂν ἔξω τῆς γῆς ᾖ, τοῦτον ἀπορίαν νομίζειν· οἷον τὰ θεωρικὰ, ἢ δι‐</w:t>
      </w:r>
    </w:p>
    <w:p>
      <w:r>
        <w:rPr>
          <w:rFonts w:ascii="Courier New" w:hAnsi="Courier New"/>
          <w:color w:val="555555"/>
          <w:sz w:val="20"/>
        </w:rPr>
        <w:t>[10]</w:t>
      </w:r>
    </w:p>
    <w:p>
      <w:r>
        <w:rPr>
          <w:rFonts w:ascii="Gentium Plus" w:hAnsi="Gentium Plus"/>
          <w:sz w:val="24"/>
        </w:rPr>
        <w:t>καστικὰ, ἢ ἐκκλησιαστικά. συμβουλεύει οὖν πᾶσαν τὴν ἐν τούτοις γινομένην δαπάνην ταῖς ναυσὶν ἀφορί‐ σαι. πρὸς ταύτην δὲ τὴν ἔννοιαν καὶ τὸ ἐπιφερόμενον ἀκόλουθον. φησὶ γὰρ ὁ Διόνυσος, «πλήν γ’ ὁ δικαστὴς αὐτὰ καταπίνει μόνος,» ὡς πολλῶν ὄντων τῶν δαπα‐</w:t>
      </w:r>
    </w:p>
    <w:p>
      <w:r>
        <w:rPr>
          <w:rFonts w:ascii="Courier New" w:hAnsi="Courier New"/>
          <w:color w:val="555555"/>
          <w:sz w:val="20"/>
        </w:rPr>
        <w:t>[15]</w:t>
      </w:r>
    </w:p>
    <w:p>
      <w:r>
        <w:rPr>
          <w:rFonts w:ascii="Gentium Plus" w:hAnsi="Gentium Plus"/>
          <w:sz w:val="24"/>
        </w:rPr>
        <w:t>νωμένων εἰς τὸν δικαστικὸν μισθόν.) τοῦτο δὲ παρ’ ὑπό‐ νοιαν εἶπε. ⟦νοεῖται μὲν γὰρ κατὰ τὸ φαινόμενον, ὅτι ἐγὼ μόνος ὁ δικάζων ὑμῖν κατὰ νοῦν ταῦτα λαμβάνω καὶ ἀποδέχομαι· τῇ δὲ ἀληθείᾳ κατηγορίαν Ἀθηναίων ἐμφαίνει, ὡς δικορραφούντων καὶ μισθοὺς πολλοὺς περὶ</w:t>
      </w:r>
    </w:p>
    <w:p>
      <w:r>
        <w:rPr>
          <w:rFonts w:ascii="Courier New" w:hAnsi="Courier New"/>
          <w:color w:val="555555"/>
          <w:sz w:val="20"/>
        </w:rPr>
        <w:t>[20]</w:t>
      </w:r>
    </w:p>
    <w:p>
      <w:r>
        <w:rPr>
          <w:rFonts w:ascii="Gentium Plus" w:hAnsi="Gentium Plus"/>
          <w:sz w:val="24"/>
        </w:rPr>
        <w:t>τὰς δίκας διδόντων. τὸ δὲ κρίνοις ἄν τινὲς τὸν Πλού‐ τωνα λέγειν ἀξιοῦσιν. αἱροῦ δὲ τοὺς φίλους ἀντὶ τοῦ ἐμὲ λάβε.⟧</w:t>
      </w:r>
    </w:p>
    <w:p>
      <w:r>
        <w:rPr>
          <w:rFonts w:ascii="Courier New" w:hAnsi="Courier New"/>
          <w:color w:val="555555"/>
          <w:sz w:val="20"/>
        </w:rPr>
        <w:t>[sch ran 1409]</w:t>
      </w:r>
    </w:p>
    <w:p>
      <w:r>
        <w:rPr>
          <w:rFonts w:ascii="Gentium Plus" w:hAnsi="Gentium Plus"/>
          <w:sz w:val="24"/>
        </w:rPr>
        <w:t>οὓς ὤμοσας: Πρὶν κατελθεῖν. C.</w:t>
      </w:r>
    </w:p>
    <w:p>
      <w:r>
        <w:rPr>
          <w:rFonts w:ascii="Courier New" w:hAnsi="Courier New"/>
          <w:color w:val="555555"/>
          <w:sz w:val="20"/>
        </w:rPr>
        <w:t>[sch ran 1470]</w:t>
      </w:r>
    </w:p>
    <w:p>
      <w:r>
        <w:rPr>
          <w:rFonts w:ascii="Gentium Plus" w:hAnsi="Gentium Plus"/>
          <w:sz w:val="24"/>
        </w:rPr>
        <w:t>τοὺς φίλους: Ἐμέ. Br.</w:t>
      </w:r>
    </w:p>
    <w:p>
      <w:r>
        <w:rPr>
          <w:rFonts w:ascii="Courier New" w:hAnsi="Courier New"/>
          <w:color w:val="555555"/>
          <w:sz w:val="20"/>
        </w:rPr>
        <w:t>[sch ran 1471]</w:t>
      </w:r>
    </w:p>
    <w:p>
      <w:r>
        <w:rPr>
          <w:rFonts w:ascii="Gentium Plus" w:hAnsi="Gentium Plus"/>
          <w:sz w:val="24"/>
        </w:rPr>
        <w:t>ἡ γλῶττ’ ὀμώμοκε: Παρὰ τὰ ἐξ Ἱππολύτου [611] ἡ γλῶττ’ ὀμώμοχ’, ἡ δὲ φρὴν ἀνώμοτος.</w:t>
      </w:r>
    </w:p>
    <w:p>
      <w:r>
        <w:rPr>
          <w:rFonts w:ascii="Courier New" w:hAnsi="Courier New"/>
          <w:color w:val="555555"/>
          <w:sz w:val="20"/>
        </w:rPr>
        <w:t>[sch ran 1475]</w:t>
      </w:r>
    </w:p>
    <w:p>
      <w:r>
        <w:rPr>
          <w:rFonts w:ascii="Gentium Plus" w:hAnsi="Gentium Plus"/>
          <w:sz w:val="24"/>
        </w:rPr>
        <w:t>τί δ’ αἰσχρὸν ἢν μὴ: Παρὰ τὰ ἐξ Αἰόλου Εὐ‐ ριπίδου τί δ’ αἰσχρὸν, ἢν μὴ τοῖσι χρωμένοις δοκῇ;</w:t>
      </w:r>
    </w:p>
    <w:p>
      <w:r>
        <w:rPr>
          <w:rFonts w:ascii="Courier New" w:hAnsi="Courier New"/>
          <w:color w:val="555555"/>
          <w:sz w:val="20"/>
        </w:rPr>
        <w:t>[sch ran 1478]</w:t>
      </w:r>
    </w:p>
    <w:p>
      <w:r>
        <w:rPr>
          <w:rFonts w:ascii="Gentium Plus" w:hAnsi="Gentium Plus"/>
          <w:sz w:val="24"/>
        </w:rPr>
        <w:t>τὸ πνεῖν δὲ δειπνεῖν: Παρὰ τὰ ἐκ Φρίξου Εὐ‐ ριπίδου. τὸ δὲ κώδιον προσέθηκεν, ἐπειδὴ καθεύδειν ἔφη. ⟦Ἄλλως. τοῦτο ἐκ Πολυΐδου δράματος τίς οἶδεν, εἰ τὸ ζῆν μέν ἐστι κατθανεῖν,</w:t>
      </w:r>
    </w:p>
    <w:p>
      <w:r>
        <w:rPr>
          <w:rFonts w:ascii="Courier New" w:hAnsi="Courier New"/>
          <w:color w:val="555555"/>
          <w:sz w:val="20"/>
        </w:rPr>
        <w:t>[5]</w:t>
      </w:r>
    </w:p>
    <w:p>
      <w:r>
        <w:rPr>
          <w:rFonts w:ascii="Gentium Plus" w:hAnsi="Gentium Plus"/>
          <w:sz w:val="24"/>
        </w:rPr>
        <w:t>τὸ κατθανεῖν δὲ ζῆν, ὑπνοῦν δὲ τὸ κατθανεῖν. Ἀριστοφάνης δέ φησι τὸ πνεῖν δὲ δειπνεῖν καὶ τὸ καθεύδειν κώδιον. πεποίηκε δὲ τοῦτο, ἐπειδὴ ὁ Διόνυσος οὐδὲν ἕτερον ἠγάπα ἢ δειπνεῖν καὶ καθεύδειν ἐν μαλακοῖς στρώμα‐</w:t>
      </w:r>
    </w:p>
    <w:p>
      <w:r>
        <w:rPr>
          <w:rFonts w:ascii="Courier New" w:hAnsi="Courier New"/>
          <w:color w:val="555555"/>
          <w:sz w:val="20"/>
        </w:rPr>
        <w:t>[10]</w:t>
      </w:r>
    </w:p>
    <w:p>
      <w:r>
        <w:rPr>
          <w:rFonts w:ascii="Gentium Plus" w:hAnsi="Gentium Plus"/>
          <w:sz w:val="24"/>
        </w:rPr>
        <w:t>σιν, οἷά ἐστιν τὰ ἐκ κωδίων.⟧</w:t>
      </w:r>
    </w:p>
    <w:p>
      <w:r>
        <w:rPr>
          <w:rFonts w:ascii="Courier New" w:hAnsi="Courier New"/>
          <w:color w:val="555555"/>
          <w:sz w:val="20"/>
        </w:rPr>
        <w:t>[sch ran 1481]</w:t>
      </w:r>
    </w:p>
    <w:p>
      <w:r>
        <w:rPr>
          <w:rFonts w:ascii="Gentium Plus" w:hAnsi="Gentium Plus"/>
          <w:sz w:val="24"/>
        </w:rPr>
        <w:t>τῷ ἑστιᾶσαι· ὡς ἀδηφάγος. τρυφερὸς γάρ. Ven.</w:t>
      </w:r>
    </w:p>
    <w:p>
      <w:r>
        <w:rPr>
          <w:rFonts w:ascii="Courier New" w:hAnsi="Courier New"/>
          <w:color w:val="555555"/>
          <w:sz w:val="20"/>
        </w:rPr>
        <w:t>[sch ran 1482]</w:t>
      </w:r>
    </w:p>
    <w:p>
      <w:r>
        <w:rPr>
          <w:rFonts w:ascii="Gentium Plus" w:hAnsi="Gentium Plus"/>
          <w:sz w:val="24"/>
        </w:rPr>
        <w:t>⟦μακάριον: Κορωνὶς καὶ εἴσθεσις χοροῦ ἐπῳ‐ δικὴ, διὰ τὸ μετὰ τὴν κορωνίδα κεῖσθαι, ἐκ κώλων τροχαϊκῶν ἐπιμεμιγμένων χορείοις καὶ ἰάμβοις καὶ ἀναπαίστοις διμέτρων ὀκτωκαίδεκα· ὧν τὰ μὲν αʹ, βʹ,</w:t>
      </w:r>
    </w:p>
    <w:p>
      <w:r>
        <w:rPr>
          <w:rFonts w:ascii="Courier New" w:hAnsi="Courier New"/>
          <w:color w:val="555555"/>
          <w:sz w:val="20"/>
        </w:rPr>
        <w:t>[5]</w:t>
      </w:r>
    </w:p>
    <w:p>
      <w:r>
        <w:rPr>
          <w:rFonts w:ascii="Gentium Plus" w:hAnsi="Gentium Plus"/>
          <w:sz w:val="24"/>
        </w:rPr>
        <w:t>γʹ, ηʹ, ιʹ, ιαʹ, ιβʹ, ιδʹ, ιεʹ καταληκτικὰ ἤτοι ἑφθημι‐ μερῆ Εὐριπίδεια, ἢ ληκύθια· τὰ δ’ ἄλλα ἀκατάληκτα, πλὴν τοῦ θʹ καὶ τελευταίου βραχυκαταλήκτων ἰθυφαλ‐ λικῶν. ἐπὶ τῷ τέλει κορωνίς.⟧ λείπει τὸ πρᾶγμα, ἵν’ ᾖ, μακάριον τὸ πρᾶγμα. ⟦φίλους δὲ νῦν ὡς καὶ ἡμεῖς.</w:t>
      </w:r>
    </w:p>
    <w:p>
      <w:r>
        <w:rPr>
          <w:rFonts w:ascii="Courier New" w:hAnsi="Courier New"/>
          <w:color w:val="555555"/>
          <w:sz w:val="20"/>
        </w:rPr>
        <w:t>[10]</w:t>
      </w:r>
    </w:p>
    <w:p>
      <w:r>
        <w:rPr>
          <w:rFonts w:ascii="Gentium Plus" w:hAnsi="Gentium Plus"/>
          <w:sz w:val="24"/>
        </w:rPr>
        <w:t>πολλαχοῦ δὲ τοὺς συγγενεῖς καὶ ἀναγκαίους.⟧ —ξύνε‐ σιν: Ἀντὶ τοῦ φρόνησιν. R. V.</w:t>
      </w:r>
    </w:p>
    <w:p>
      <w:r>
        <w:rPr>
          <w:rFonts w:ascii="Courier New" w:hAnsi="Courier New"/>
          <w:color w:val="555555"/>
          <w:sz w:val="20"/>
        </w:rPr>
        <w:t>[sch ran 1491]</w:t>
      </w:r>
    </w:p>
    <w:p>
      <w:r>
        <w:rPr>
          <w:rFonts w:ascii="Gentium Plus" w:hAnsi="Gentium Plus"/>
          <w:sz w:val="24"/>
        </w:rPr>
        <w:t>(χάριεν οὖν: Ὅτι νῦν τὴν πρὸς Σωκράτην</w:t>
      </w:r>
    </w:p>
    <w:p>
      <w:r>
        <w:rPr>
          <w:rFonts w:ascii="Courier New" w:hAnsi="Courier New"/>
          <w:color w:val="555555"/>
          <w:sz w:val="20"/>
        </w:rPr>
        <w:t>[5]</w:t>
      </w:r>
    </w:p>
    <w:p>
      <w:r>
        <w:rPr>
          <w:rFonts w:ascii="Gentium Plus" w:hAnsi="Gentium Plus"/>
          <w:sz w:val="24"/>
        </w:rPr>
        <w:t>τηγορεῖ. ζῶν γὰρ οὗτος ὡς πολυλόγος κατηγορεῖτο, ὅτι πολλοὺς λόγους ἐν τοῖς ἐργαστηρίοις καὶ τραπέζαις διεξ‐ ήρχετο περὶ φιλοσοφίας. λέγει οὖν ὅτι καλόν ἐστι, μὴ μετ’ αὐτοῦ τινα διάγειν, ἀφέντα τοὺς ποιητὰς τοιούτους ὄντας ὡς καὶ μετὰ θάνατον ἀναβιοῦν αὖθις δύνασθαι·</w:t>
      </w:r>
    </w:p>
    <w:p>
      <w:r>
        <w:rPr>
          <w:rFonts w:ascii="Courier New" w:hAnsi="Courier New"/>
          <w:color w:val="555555"/>
          <w:sz w:val="20"/>
        </w:rPr>
        <w:t>[10]</w:t>
      </w:r>
    </w:p>
    <w:p>
      <w:r>
        <w:rPr>
          <w:rFonts w:ascii="Gentium Plus" w:hAnsi="Gentium Plus"/>
          <w:sz w:val="24"/>
        </w:rPr>
        <w:t>οὗ νῦν Αἰσχύλος ἔτυχε.⟧</w:t>
      </w:r>
    </w:p>
    <w:p>
      <w:r>
        <w:rPr>
          <w:rFonts w:ascii="Courier New" w:hAnsi="Courier New"/>
          <w:color w:val="555555"/>
          <w:sz w:val="20"/>
        </w:rPr>
        <w:t>[sch ran 1497]</w:t>
      </w:r>
    </w:p>
    <w:p>
      <w:r>
        <w:rPr>
          <w:rFonts w:ascii="Gentium Plus" w:hAnsi="Gentium Plus"/>
          <w:sz w:val="24"/>
        </w:rPr>
        <w:t>καὶ σκαριφισμοῖς: (Συνεστυμμένοις καὶ στυ‐ γνοῖς. παρόσον οὐκ ἀνειδέοις οἱ φιλόσοφοι διαλέγονται. ἢ) οἷον σκαρισμοῖς καὶ λεπτολογίαις, εὐτελείαις, σκιαγρα‐ φίαις. σκαριφεύειν γὰρ τὸ τοὺς ζωγράφους ὑποτυπῶσαι</w:t>
      </w:r>
    </w:p>
    <w:p>
      <w:r>
        <w:rPr>
          <w:rFonts w:ascii="Courier New" w:hAnsi="Courier New"/>
          <w:color w:val="555555"/>
          <w:sz w:val="20"/>
        </w:rPr>
        <w:t>[5]</w:t>
      </w:r>
    </w:p>
    <w:p>
      <w:r>
        <w:rPr>
          <w:rFonts w:ascii="Gentium Plus" w:hAnsi="Gentium Plus"/>
          <w:sz w:val="24"/>
        </w:rPr>
        <w:t>(πρῶτον τοὺς γραφομένους). ⟦καὶ σκαριφήσασθαι ἐπὶ τοῦ ἐπισεσυρμένως τι ποιεῖν, καὶ μὴ κατὰ τὴν προσή‐ κουσαν ἀκρίβειαν σκιαγραφεῖν. εἰσὶ δὲ καὶ οἱ φιλόσοφοι λόγοι ὥσπερ σκιαὶ καὶ αἰνίγματα διὰ τὸ ἀερῶδες αὐτῶν καὶ λεπτόν.⟧ (ἴσως δὲ ἐντεῦθεν καὶ τὸ ἐν τῇ συνηθείᾳ</w:t>
      </w:r>
    </w:p>
    <w:p>
      <w:r>
        <w:rPr>
          <w:rFonts w:ascii="Courier New" w:hAnsi="Courier New"/>
          <w:color w:val="555555"/>
          <w:sz w:val="20"/>
        </w:rPr>
        <w:t>[10]</w:t>
      </w:r>
    </w:p>
    <w:p>
      <w:r>
        <w:rPr>
          <w:rFonts w:ascii="Gentium Plus" w:hAnsi="Gentium Plus"/>
          <w:sz w:val="24"/>
        </w:rPr>
        <w:t>σκάριφος,) ⟦ἤγουν τὸ κάρφος, καὶ φρύγανον· μᾶλλον δὲ ἡ γραφίσ⟧. —σκαρηφισμοῖσι: Σκιαῖς. C.</w:t>
      </w:r>
    </w:p>
    <w:p>
      <w:r>
        <w:rPr>
          <w:rFonts w:ascii="Courier New" w:hAnsi="Courier New"/>
          <w:color w:val="555555"/>
          <w:sz w:val="20"/>
        </w:rPr>
        <w:t>[sch ran 1499]</w:t>
      </w:r>
    </w:p>
    <w:p>
      <w:r>
        <w:rPr>
          <w:rFonts w:ascii="Gentium Plus" w:hAnsi="Gentium Plus"/>
          <w:sz w:val="24"/>
        </w:rPr>
        <w:t>παραφρονοῦντος ἀνδρός: Λείπει τὸ ἐστίν, (ὡς καὶ τὸ Ὁμηρικὸν [Od. Δ, 834] εἰ δ’ ἤδη τεθνᾶσι, καὶ εἰν ἀΐδαο δόμοισι. λείπει γὰρ κἀνταῦθα τὸ ἐστί.)</w:t>
      </w:r>
    </w:p>
    <w:p>
      <w:r>
        <w:rPr>
          <w:rFonts w:ascii="Courier New" w:hAnsi="Courier New"/>
          <w:color w:val="555555"/>
          <w:sz w:val="20"/>
        </w:rPr>
        <w:t>[sch ran 1500]</w:t>
      </w:r>
    </w:p>
    <w:p>
      <w:r>
        <w:rPr>
          <w:rFonts w:ascii="Gentium Plus" w:hAnsi="Gentium Plus"/>
          <w:sz w:val="24"/>
        </w:rPr>
        <w:t>⟦ἄγε δὴ χαίρων: Ἔκθεσις τοῦ δράματος, ὃ καὶ ἐπίλογος καλεῖται, ἐκ κώλων διμέτρων ἀναπαιστι‐ κῶν κζʹ· ὧν τὰ ϛʹ, ιαʹ, ιεʹ, κδʹ, κζʹ ἑφθημιμερῆ· τὰ δὲ λοιπὰ ἀκατάληκτα, πλὴν τῶν ηʹ καὶ ιγʹ μονομέτρων.</w:t>
      </w:r>
    </w:p>
    <w:p>
      <w:r>
        <w:rPr>
          <w:rFonts w:ascii="Courier New" w:hAnsi="Courier New"/>
          <w:color w:val="555555"/>
          <w:sz w:val="20"/>
        </w:rPr>
        <w:t>[5]</w:t>
      </w:r>
    </w:p>
    <w:p>
      <w:r>
        <w:rPr>
          <w:rFonts w:ascii="Gentium Plus" w:hAnsi="Gentium Plus"/>
          <w:sz w:val="24"/>
        </w:rPr>
        <w:t>ἐφ’ ἑκάστης περιόδου τέλει καὶ συστήματος παράγρα‐ φος.⟧</w:t>
      </w:r>
    </w:p>
    <w:p>
      <w:r>
        <w:rPr>
          <w:rFonts w:ascii="Courier New" w:hAnsi="Courier New"/>
          <w:color w:val="555555"/>
          <w:sz w:val="20"/>
        </w:rPr>
        <w:t>[sch ran 1501]</w:t>
      </w:r>
    </w:p>
    <w:p>
      <w:r>
        <w:rPr>
          <w:rFonts w:ascii="Gentium Plus" w:hAnsi="Gentium Plus"/>
          <w:sz w:val="24"/>
        </w:rPr>
        <w:t>τὴν ἡμετέραν: ⟦Πάντως γὰρ οἱ θεοὶ αὐτὴν φιλοῦμεν διὰ τὴν πρὸς ἡμᾶς εὐσέβειαν.⟧ —τοῦτο ἔφη ὁ Πλούτων, ἐπεὶ προσήκει ἡ Ἀττικὴ Δήμητρι καὶ Κόρη. V. Θ. M.</w:t>
      </w:r>
    </w:p>
    <w:p>
      <w:r>
        <w:rPr>
          <w:rFonts w:ascii="Courier New" w:hAnsi="Courier New"/>
          <w:color w:val="555555"/>
          <w:sz w:val="20"/>
        </w:rPr>
        <w:t>[sch ran 1504]</w:t>
      </w:r>
    </w:p>
    <w:p>
      <w:r>
        <w:rPr>
          <w:rFonts w:ascii="Gentium Plus" w:hAnsi="Gentium Plus"/>
          <w:sz w:val="24"/>
        </w:rPr>
        <w:t>καὶ δὸς τουτὶ Κλεοφῶντι: Ἴσως σχοινίον ἐπι‐ δίδωσιν αὐτῷ ὁ Πλούτων πρὸς ἀγχόνην, ἤ τι τοιοῦτον σύμβολον θανάτου. ὡς ξένος δὲ ὁ Κλεοφῶν κωμῳδεῖται. ⟦ἢ ὅτι γέρων ὢν ἔμελλε μετ’ ὀλίγον τεθνήξεσθαι. ἢ ὡς</w:t>
      </w:r>
    </w:p>
    <w:p>
      <w:r>
        <w:rPr>
          <w:rFonts w:ascii="Courier New" w:hAnsi="Courier New"/>
          <w:color w:val="555555"/>
          <w:sz w:val="20"/>
        </w:rPr>
        <w:t>[5]</w:t>
      </w:r>
    </w:p>
    <w:p>
      <w:r>
        <w:rPr>
          <w:rFonts w:ascii="Gentium Plus" w:hAnsi="Gentium Plus"/>
          <w:sz w:val="24"/>
        </w:rPr>
        <w:t>ἀγχόνης ἄξια ἔπραττε.⟧</w:t>
      </w:r>
    </w:p>
    <w:p>
      <w:r>
        <w:rPr>
          <w:rFonts w:ascii="Courier New" w:hAnsi="Courier New"/>
          <w:color w:val="555555"/>
          <w:sz w:val="20"/>
        </w:rPr>
        <w:t>[sch ran 1505]</w:t>
      </w:r>
    </w:p>
    <w:p>
      <w:r>
        <w:rPr>
          <w:rFonts w:ascii="Gentium Plus" w:hAnsi="Gentium Plus"/>
          <w:sz w:val="24"/>
        </w:rPr>
        <w:t>καὶ τούτοις τοῖσι πορισταῖς: ⟦Τοῖς φορολό‐ γοις.⟧ (τούτους λέγει, τοὺς περὶ πόρου χρημάτων εἰση‐ γουμένους. εἴη δ’ ἂν σχοινίον, ὃ ἐπιδίδωσιν αὐτοῖς.)</w:t>
      </w:r>
    </w:p>
    <w:p>
      <w:r>
        <w:rPr>
          <w:rFonts w:ascii="Courier New" w:hAnsi="Courier New"/>
          <w:color w:val="555555"/>
          <w:sz w:val="20"/>
        </w:rPr>
        <w:t>[sch ran 1506]</w:t>
      </w:r>
    </w:p>
    <w:p>
      <w:r>
        <w:rPr>
          <w:rFonts w:ascii="Gentium Plus" w:hAnsi="Gentium Plus"/>
          <w:sz w:val="24"/>
        </w:rPr>
        <w:t>(Μύρμηκί θ’ ὁμοῦ; Ὀνόματα κύρια. ἐπὶ πο‐ νηρίᾳ δὲ οὗτοι ἐκωμῳδοῦντο. οὐ πάντως δὲ ὁ Μύρμηξ τῶν ποριστῶν ἐστιν, ἀλλὰ δὴ οἴονται ἀπὸ ἄλλης ἀρχῆς· οὐδὲ γὰρ ὁ Νικόμαχος. ἀλλὰ ἤτοι ὁ τραγικὸς ὑποκρι‐</w:t>
      </w:r>
    </w:p>
    <w:p>
      <w:r>
        <w:rPr>
          <w:rFonts w:ascii="Courier New" w:hAnsi="Courier New"/>
          <w:color w:val="555555"/>
          <w:sz w:val="20"/>
        </w:rPr>
        <w:t>[5]</w:t>
      </w:r>
    </w:p>
    <w:p>
      <w:r>
        <w:rPr>
          <w:rFonts w:ascii="Gentium Plus" w:hAnsi="Gentium Plus"/>
          <w:sz w:val="24"/>
        </w:rPr>
        <w:t>τὴς, ἢ ὁ πολίτης, περὶ ὧν προείρηται. τί δ’ ἂν εἴη διδούς; τάχα βρόχους πρὸς ἀγχόνην, ἤ τι τοιοῦτον.) [ξυμποδίσας δὲ, συνδήσας τοὺς πόδας.]</w:t>
      </w:r>
    </w:p>
    <w:p>
      <w:r>
        <w:rPr>
          <w:rFonts w:ascii="Courier New" w:hAnsi="Courier New"/>
          <w:color w:val="555555"/>
          <w:sz w:val="20"/>
        </w:rPr>
        <w:t>[sch ran 1513]</w:t>
      </w:r>
    </w:p>
    <w:p>
      <w:r>
        <w:rPr>
          <w:rFonts w:ascii="Gentium Plus" w:hAnsi="Gentium Plus"/>
          <w:sz w:val="24"/>
        </w:rPr>
        <w:t>τοῦ Λευκολόφου: (Εἴη ἂν οὗτος ὁ τοῦ Λευκο‐ λοφίδου, οὗ καὶ Πλάτων μέμνηται ἐν τῷ Πρωταγόρᾳ [p. 315, E]. ἦν γὰρ τῶν περὶ τοὺς καιροὺς τούτους στρα‐ τηγούντων· ἡγεῖτο δὲ τοῦ μέρους τοῦ ναυτικοῦ. τάχα δ’</w:t>
      </w:r>
    </w:p>
    <w:p>
      <w:r>
        <w:rPr>
          <w:rFonts w:ascii="Courier New" w:hAnsi="Courier New"/>
          <w:color w:val="555555"/>
          <w:sz w:val="20"/>
        </w:rPr>
        <w:t>[5]</w:t>
      </w:r>
    </w:p>
    <w:p>
      <w:r>
        <w:rPr>
          <w:rFonts w:ascii="Gentium Plus" w:hAnsi="Gentium Plus"/>
          <w:sz w:val="24"/>
        </w:rPr>
        <w:t>ἂν οὗτος εἴη, ὃν καὶ παρεγγεγραμμένον λέγουσιν. οἰ‐ κεῖον γὰρ αὐτοῦ τὸ, στίξας αὐτούς· ἢν γὰρ ξένος. Ἄλ‐ λως.) στρατηγὸς ἦν τοῦ ναυτικοῦ. καὶ Εὔπολις μέμνη‐ ται ἐν Πόλεσιν οὕτως περὶ τοῦ Ἀδειμάντου οὐκ ἀργαλέον δῆτ’ ἐστὶ πάσχειν τοῦτ’ ἐμὲ</w:t>
      </w:r>
    </w:p>
    <w:p>
      <w:r>
        <w:rPr>
          <w:rFonts w:ascii="Courier New" w:hAnsi="Courier New"/>
          <w:color w:val="555555"/>
          <w:sz w:val="20"/>
        </w:rPr>
        <w:t>[10]</w:t>
      </w:r>
    </w:p>
    <w:p>
      <w:r>
        <w:rPr>
          <w:rFonts w:ascii="Gentium Plus" w:hAnsi="Gentium Plus"/>
          <w:sz w:val="24"/>
        </w:rPr>
        <w:t>τὸν Λευκολοφίδου παῖδα τοῦ Πορθάονος;</w:t>
      </w:r>
    </w:p>
    <w:p>
      <w:r>
        <w:rPr>
          <w:rFonts w:ascii="Courier New" w:hAnsi="Courier New"/>
          <w:color w:val="555555"/>
          <w:sz w:val="20"/>
        </w:rPr>
        <w:t>[sch ran 1516]</w:t>
      </w:r>
    </w:p>
    <w:p>
      <w:r>
        <w:rPr>
          <w:rFonts w:ascii="Gentium Plus" w:hAnsi="Gentium Plus"/>
          <w:sz w:val="24"/>
        </w:rPr>
        <w:t>τῷ Σοφοκλεῖ δηλονότι ὁ Εὐριπίδης. R.</w:t>
      </w:r>
    </w:p>
    <w:p>
      <w:r>
        <w:rPr>
          <w:rFonts w:ascii="Courier New" w:hAnsi="Courier New"/>
          <w:color w:val="555555"/>
          <w:sz w:val="20"/>
        </w:rPr>
        <w:t>[sch ran 1517]</w:t>
      </w:r>
    </w:p>
    <w:p>
      <w:r>
        <w:rPr>
          <w:rFonts w:ascii="Gentium Plus" w:hAnsi="Gentium Plus"/>
          <w:sz w:val="24"/>
        </w:rPr>
        <w:t>⟦ἢν δ’ ἄρ’ ἐγώ ποτε: Ἀπαγορεύει ὡς οὐκ ἔτι πάλιν εἰς ᾍδου ἀφίξεται.⟧</w:t>
      </w:r>
    </w:p>
    <w:p>
      <w:r>
        <w:rPr>
          <w:rFonts w:ascii="Courier New" w:hAnsi="Courier New"/>
          <w:color w:val="555555"/>
          <w:sz w:val="20"/>
        </w:rPr>
        <w:t>[sch ran 1523]</w:t>
      </w:r>
    </w:p>
    <w:p>
      <w:r>
        <w:rPr>
          <w:rFonts w:ascii="Gentium Plus" w:hAnsi="Gentium Plus"/>
          <w:sz w:val="24"/>
        </w:rPr>
        <w:t>⟦μηδ’ ἄκων: Οἷον, μηδὲ εἴ τινες ἄκοντα τοῦ‐ τον λαβόντες καθίσαι ἐθελήσουσι.⟧</w:t>
      </w:r>
    </w:p>
    <w:p>
      <w:r>
        <w:rPr>
          <w:rFonts w:ascii="Courier New" w:hAnsi="Courier New"/>
          <w:color w:val="555555"/>
          <w:sz w:val="20"/>
        </w:rPr>
        <w:t>[sch ran 1524]</w:t>
      </w:r>
    </w:p>
    <w:p>
      <w:r>
        <w:rPr>
          <w:rFonts w:ascii="Gentium Plus" w:hAnsi="Gentium Plus"/>
          <w:sz w:val="24"/>
        </w:rPr>
        <w:t>⟦φαίνετε: Πρὸς τὸν χορόν. ἀντὶ τοῦ, ἀνάπτετε ὦ μύσται.⟧</w:t>
      </w:r>
    </w:p>
    <w:p>
      <w:r>
        <w:rPr>
          <w:rFonts w:ascii="Courier New" w:hAnsi="Courier New"/>
          <w:color w:val="555555"/>
          <w:sz w:val="20"/>
        </w:rPr>
        <w:t>[sch ran 1528]</w:t>
      </w:r>
    </w:p>
    <w:p>
      <w:r>
        <w:rPr>
          <w:rFonts w:ascii="Gentium Plus" w:hAnsi="Gentium Plus"/>
          <w:sz w:val="24"/>
        </w:rPr>
        <w:t>πρῶτα μὲν εὐοδίαν: ⟦Ἡ τελευταία ἔκθεσις τοῦ δράματος ἐκ στίχων ἐστὶ δακτυλικῶν ϛʹ. ἐπὶ τῷ τέλει κορωνὶς ἡ καὶ τὸ δρᾶμα ἀποπερατοῦσα. εὐοδίαν δὲ, εὐ‐ κολίαν περὶ τὴν ὁδόν. ταῦτα δὲ⟧ (παρὰ τὰ ἐν Γλαύκῳ</w:t>
      </w:r>
    </w:p>
    <w:p>
      <w:r>
        <w:rPr>
          <w:rFonts w:ascii="Courier New" w:hAnsi="Courier New"/>
          <w:color w:val="555555"/>
          <w:sz w:val="20"/>
        </w:rPr>
        <w:t>[5]</w:t>
      </w:r>
    </w:p>
    <w:p>
      <w:r>
        <w:rPr>
          <w:rFonts w:ascii="Gentium Plus" w:hAnsi="Gentium Plus"/>
          <w:sz w:val="24"/>
        </w:rPr>
        <w:t>Ποτνιεῖ Αἰσχύλου «εὐοδίαν μὲν πρῶτον ἀπὸ στόματος</w:t>
      </w:r>
    </w:p>
    <w:p>
      <w:r>
        <w:rPr>
          <w:rFonts w:ascii="Courier New" w:hAnsi="Courier New"/>
          <w:color w:val="555555"/>
          <w:sz w:val="20"/>
        </w:rPr>
        <w:t>[sch ran 1531]</w:t>
      </w:r>
    </w:p>
    <w:p>
      <w:r>
        <w:rPr>
          <w:rFonts w:ascii="Gentium Plus" w:hAnsi="Gentium Plus"/>
          <w:sz w:val="24"/>
        </w:rPr>
        <w:t>⟦παυσαίμεθ’ ἂν: Τὸ παυσαίμεθα εἶπεν ὁ χο‐ ρὸς, διότι τῷ μὲν δοκεῖν ἐν ᾍδου ἦν, τὸ δ’ ἀληθὲς Ἀθή‐ νησιν, ἔνθα ἐτελεῖτο τὸ δρᾶμα. ξυνόδων δὲ, συμπλοκῶν, ἃς ἡ πόλις νυνὶ πάσχει.⟧ —τῶν πολεμικῶν ἀργαλέων. R.</w:t>
      </w:r>
    </w:p>
    <w:p>
      <w:r>
        <w:rPr>
          <w:rFonts w:ascii="Courier New" w:hAnsi="Courier New"/>
          <w:color w:val="555555"/>
          <w:sz w:val="20"/>
        </w:rPr>
        <w:t>[sch ran 1532]</w:t>
      </w:r>
    </w:p>
    <w:p>
      <w:r>
        <w:rPr>
          <w:rFonts w:ascii="Gentium Plus" w:hAnsi="Gentium Plus"/>
          <w:sz w:val="24"/>
        </w:rPr>
        <w:t>Κλεοφῶν δὲ μαχέσθω: (Παρόσον, ὡς Ἀριστο‐ τέλης φησὶ, μετὰ τὴν ἐν Ἀργινούσαις ναυμαχίαν Λα‐ κεδαιμονίων βουλομένων ἐκ Δεκελείας ἀπιέναι ἐφ’ οἷς ἔχουσιν ἑκάτεροι καὶ εἰρήνην ἄγειν ἐπὶ τοῦ Καλλίου,</w:t>
      </w:r>
    </w:p>
    <w:p>
      <w:r>
        <w:rPr>
          <w:rFonts w:ascii="Courier New" w:hAnsi="Courier New"/>
          <w:color w:val="555555"/>
          <w:sz w:val="20"/>
        </w:rPr>
        <w:t>[5]</w:t>
      </w:r>
    </w:p>
    <w:p>
      <w:r>
        <w:rPr>
          <w:rFonts w:ascii="Gentium Plus" w:hAnsi="Gentium Plus"/>
          <w:sz w:val="24"/>
        </w:rPr>
        <w:t>Κλεοφῶν ἔπεισε τὸν δῆμον μὴ προσδέξασθαι, ἐλθὼν εἰς τὴν ἐκκλησίαν μεθύων καὶ θώρακα ἐνδεδυκὼς, οὐ φά‐ σκων ἐπιτρέψειν ἐὰν μὴ πάσας ἀφῶσι τὰς πόλεις οἱ Λα‐ κεδαιμόνιοι. οὗτος δὲ ὁ Κλεοφῶν ὡς ξένος κωμῳδεῖται· οὗ καὶ ἄνω [678] ἐμνήσθη, εἰπὼν «φιλοτιμότεραι Κλεο‐</w:t>
      </w:r>
    </w:p>
    <w:p>
      <w:r>
        <w:rPr>
          <w:rFonts w:ascii="Courier New" w:hAnsi="Courier New"/>
          <w:color w:val="555555"/>
          <w:sz w:val="20"/>
        </w:rPr>
        <w:t>[10]</w:t>
      </w:r>
    </w:p>
    <w:p>
      <w:r>
        <w:rPr>
          <w:rFonts w:ascii="Gentium Plus" w:hAnsi="Gentium Plus"/>
          <w:sz w:val="24"/>
        </w:rPr>
        <w:t>φῶντος, ἐφ’ οὗ χείλεσιν ἀμφιλάλοις δεινὸν ἐπιβρέμει Θρηϊκία χελιδών.») μαχέσθωσαν οὖν, φησὶ, Κλεοφῶν καὶ οἱ ἄλλοι, ὅσοι τούτῳ ὅμοιοί εἰσι ξένοι, ἐν ταῖς πα‐ τρίσιν αὑτῶν, καὶ μὴ ἐν τῇ Ἀττικῇ κινείτωσαν πολέ‐ μους· οὐ γάρ ἐστιν αὐτῶν πατρὶς αὕτη.</w:t>
      </w:r>
    </w:p>
    <w:p>
      <w:r>
        <w:rPr>
          <w:rFonts w:ascii="Courier New" w:hAnsi="Courier New"/>
          <w:color w:val="555555"/>
          <w:sz w:val="20"/>
        </w:rPr>
        <w:t>[sch ran 1533]</w:t>
      </w:r>
    </w:p>
    <w:p>
      <w:r>
        <w:rPr>
          <w:rFonts w:ascii="Gentium Plus" w:hAnsi="Gentium Plus"/>
          <w:sz w:val="24"/>
        </w:rPr>
        <w:t>(πατρίοις ἐν ἀρούραις: Ἐν ταῖς ἑαυτῶν ἀρού‐</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