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Σφῆκας</w:t>
      </w:r>
      <w:r>
        <w:br/>
      </w:r>
      <w:r>
        <w:rPr>
          <w:i/>
          <w:color w:val="666666"/>
          <w:sz w:val="40"/>
        </w:rPr>
        <w:t>Scholia on Wasps</w:t>
      </w:r>
    </w:p>
    <w:p>
      <w:pPr>
        <w:jc w:val="center"/>
      </w:pPr>
      <w:r>
        <w:rPr>
          <w:rFonts w:ascii="Times New Roman" w:hAnsi="Times New Roman"/>
          <w:color w:val="1E3A70"/>
          <w:sz w:val="32"/>
        </w:rPr>
        <w:t>Ἀριστοφάνους Σχόλια</w:t>
      </w:r>
      <w:r>
        <w:br/>
      </w:r>
      <w:r>
        <w:rPr>
          <w:i/>
          <w:color w:val="666666"/>
          <w:sz w:val="28"/>
        </w:rPr>
        <w:t>by Aristophanes Scholia</w:t>
      </w:r>
    </w:p>
    <w:p/>
    <w:p>
      <w:r>
        <w:rPr>
          <w:rFonts w:ascii="Courier New" w:hAnsi="Courier New"/>
          <w:color w:val="555555"/>
          <w:sz w:val="20"/>
        </w:rPr>
        <w:t>[arg vesp 1 (t)]</w:t>
      </w:r>
    </w:p>
    <w:p>
      <w:pPr>
        <w:jc w:val="center"/>
      </w:pPr>
      <w:r>
        <w:rPr>
          <w:rFonts w:ascii="Gentium Plus" w:hAnsi="Gentium Plus"/>
          <w:b/>
          <w:sz w:val="24"/>
        </w:rPr>
        <w:t>ὑπόθεσις Σφηκῶν Ἀριστοφάνους γραμματικοῦ.</w:t>
      </w:r>
    </w:p>
    <w:p>
      <w:r>
        <w:rPr>
          <w:rFonts w:ascii="Courier New" w:hAnsi="Courier New"/>
          <w:color w:val="555555"/>
          <w:sz w:val="20"/>
        </w:rPr>
        <w:t>[1]</w:t>
      </w:r>
    </w:p>
    <w:p>
      <w:r>
        <w:rPr>
          <w:rFonts w:ascii="Gentium Plus" w:hAnsi="Gentium Plus"/>
          <w:sz w:val="24"/>
        </w:rPr>
        <w:t>φιλοῦντα δικάζειν πατέρα παῖς εἴρξας ἄφνω αὐτός τ’ ἐφύλαττεν ἔνδον οἰκέται θ’, ὅπως μὴ λανθάνῃ μηδ’ ἐξίῃ διὰ τὴν νόσον. ὁ δ’ ἀντιμάχεται παντὶ τρόπῳ καὶ μηχανῇ·</w:t>
      </w:r>
    </w:p>
    <w:p>
      <w:r>
        <w:rPr>
          <w:rFonts w:ascii="Courier New" w:hAnsi="Courier New"/>
          <w:color w:val="555555"/>
          <w:sz w:val="20"/>
        </w:rPr>
        <w:t>[5]</w:t>
      </w:r>
    </w:p>
    <w:p>
      <w:r>
        <w:rPr>
          <w:rFonts w:ascii="Gentium Plus" w:hAnsi="Gentium Plus"/>
          <w:sz w:val="24"/>
        </w:rPr>
        <w:t>εἶθ’ οἱ συνήθεις καὶ γέροντες λεγόμενοι σφῆκες παραγίνονται βοηθοῦντες σφόδρα ἐπὶ τῷ δύνασθαι κέντρον ἐνιέναι τισὶν φρονοῦντες ἱκανόν. ὁ δὲ γέρων τηρούμενος ξυμπείθετ’ ἔνδον διαδικάζειν καὶ βιοῦν,</w:t>
      </w:r>
    </w:p>
    <w:p>
      <w:r>
        <w:rPr>
          <w:rFonts w:ascii="Courier New" w:hAnsi="Courier New"/>
          <w:color w:val="555555"/>
          <w:sz w:val="20"/>
        </w:rPr>
        <w:t>[10]</w:t>
      </w:r>
    </w:p>
    <w:p>
      <w:r>
        <w:rPr>
          <w:rFonts w:ascii="Gentium Plus" w:hAnsi="Gentium Plus"/>
          <w:sz w:val="24"/>
        </w:rPr>
        <w:t>ἐπεὶ τὸ δικάζειν κέκρικεν ἐκ παντὸς τρόπου.</w:t>
      </w:r>
    </w:p>
    <w:p>
      <w:r>
        <w:rPr>
          <w:rFonts w:ascii="Courier New" w:hAnsi="Courier New"/>
          <w:color w:val="555555"/>
          <w:sz w:val="20"/>
        </w:rPr>
        <w:t>[arg vesp 2]</w:t>
      </w:r>
    </w:p>
    <w:p>
      <w:r>
        <w:rPr>
          <w:rFonts w:ascii="Gentium Plus" w:hAnsi="Gentium Plus"/>
          <w:sz w:val="24"/>
        </w:rPr>
        <w:t>Φιλοκλέων Ἀθηναῖος φιλόδικος ὢν τὴν φύσιν ἐφοίτα ⸢περὶ τὰ RV [εἰς lhAldc] δικαστήρια συνεχῶς. Βδελυκλέων δὲ ὁ τούτου παῖς ἀχθόμενος ταύτῃ τῇ νόσῳ καὶ πειρώμενος τὸν πατέρα παύσειν, ἐγκαθείρξας τοῖς οἴκοις καὶ δίκτυα περιβαλὼν ἐφύλαττε νύκτωρ καὶ μεθ’ ἡμέραν. ὁ δὲ ἐξόδου ⸢ἑαυτῷ RV*</w:t>
      </w:r>
    </w:p>
    <w:p>
      <w:r>
        <w:rPr>
          <w:rFonts w:ascii="Courier New" w:hAnsi="Courier New"/>
          <w:color w:val="555555"/>
          <w:sz w:val="20"/>
        </w:rPr>
        <w:t>[5]</w:t>
      </w:r>
    </w:p>
    <w:p>
      <w:r>
        <w:rPr>
          <w:rFonts w:ascii="Gentium Plus" w:hAnsi="Gentium Plus"/>
          <w:sz w:val="24"/>
        </w:rPr>
        <w:t>[αὐτῷ lhAldc] μὴ προκειμένης ἔκραζεν. οἱ δὲ συνδικασταὶ ⸢αὐτοῦ RV σφηξὶν ⸢ἑαυτοὺς RV [αὑτοὺς lhAldc*] ἀφομοιώσαντες παρεγένοντο, βουλόμενοι διὰ ταύτης τῆς τέχνης ὑποκλέπτειν τὸν συνδικαστήν· ἐξ ὧν καὶ ὁ χορὸς συνέστηκε καὶ τὸ δρᾶμα ἐπιγέγραπται. ἀλλ’ οὐδὲν ⸢ἥνυον RV [ἤνυον lhAldc] οὐδὲ οὗτοι. πέρας δὲ τοῦ νεανίσκου θαυμάζοντος, τίνος ἕνεκα ὁ πατὴρ οὕτως ἥττηται</w:t>
      </w:r>
    </w:p>
    <w:p>
      <w:r>
        <w:rPr>
          <w:rFonts w:ascii="Courier New" w:hAnsi="Courier New"/>
          <w:color w:val="555555"/>
          <w:sz w:val="20"/>
        </w:rPr>
        <w:t>[10]</w:t>
      </w:r>
    </w:p>
    <w:p>
      <w:r>
        <w:rPr>
          <w:rFonts w:ascii="Gentium Plus" w:hAnsi="Gentium Plus"/>
          <w:sz w:val="24"/>
        </w:rPr>
        <w:t>τοῦ πράγματος, ἔφη ὁ πρεσβύτης τὸ πρᾶγμα εἶναι σπουδαῖον καὶ σχεδὸν ἀρχῆς τὸ δικάζειν. ὁ δὲ παῖς ἐπειρᾶτο τὰς ὑποψίας ἐξαίρειν τοῦ πράγματος νουθετῶν τὸν γέροντα. ὁ δὲ πρεσβύτης μηδαμῶς νουθετούμενος οὐ μεθίει τοῦ ⸢πάθους RV [πράγματος lhAldc*], ἀλλ’ ἀναγκάζεται ὁ νέος ἐπιτρέπειν αὐτῷ φιλοδικεῖν</w:t>
      </w:r>
    </w:p>
    <w:p>
      <w:r>
        <w:rPr>
          <w:rFonts w:ascii="Courier New" w:hAnsi="Courier New"/>
          <w:color w:val="555555"/>
          <w:sz w:val="20"/>
        </w:rPr>
        <w:t>[15]</w:t>
      </w:r>
    </w:p>
    <w:p>
      <w:r>
        <w:rPr>
          <w:rFonts w:ascii="Gentium Plus" w:hAnsi="Gentium Plus"/>
          <w:sz w:val="24"/>
        </w:rPr>
        <w:t>καὶ ἐπὶ τῆς οἰκίας τοῦτο ποιεῖ καὶ τοῖς κατὰ τὴν οἰκίαν δικάζει. καὶ δύο κύνες ἐπεισάγονται πολιτικῶς παρ’ αὐτῷ κρινόμενοι· καὶ κατὰ τοῦ φεύ‐</w:t>
      </w:r>
    </w:p>
    <w:p>
      <w:r>
        <w:rPr>
          <w:rFonts w:ascii="Courier New" w:hAnsi="Courier New"/>
          <w:color w:val="555555"/>
          <w:sz w:val="20"/>
        </w:rPr>
        <w:t>[arg vesp 2,col 2 (15)]</w:t>
      </w:r>
    </w:p>
    <w:p>
      <w:r>
        <w:rPr>
          <w:rFonts w:ascii="Gentium Plus" w:hAnsi="Gentium Plus"/>
          <w:sz w:val="24"/>
        </w:rPr>
        <w:t>καὶ ἐπὶ τῆς οἰκίας μόνον τοῦτο ποιεῖν καὶ τοὺς κατὰ τὴν οἰκίαν δικάζειν. καὶ δύο κύνες παρεισάγονται παρ’ αὐτῷ πολιτευτικῶς κρινόμενοι· καὶ κατὰ τοὺς φεύγοντας ἐκφέρειν συν‐</w:t>
      </w:r>
    </w:p>
    <w:p>
      <w:r>
        <w:rPr>
          <w:rFonts w:ascii="Courier New" w:hAnsi="Courier New"/>
          <w:color w:val="555555"/>
          <w:sz w:val="20"/>
        </w:rPr>
        <w:t>[20]</w:t>
      </w:r>
    </w:p>
    <w:p>
      <w:r>
        <w:rPr>
          <w:rFonts w:ascii="Gentium Plus" w:hAnsi="Gentium Plus"/>
          <w:sz w:val="24"/>
        </w:rPr>
        <w:t>εχῶς τὴν ψῆφον μέλλων ἀπατηθεὶς ἄκων τὴν ἀποκαταδικάζουσαν φέρει</w:t>
      </w:r>
    </w:p>
    <w:p>
      <w:r>
        <w:rPr>
          <w:rFonts w:ascii="Courier New" w:hAnsi="Courier New"/>
          <w:color w:val="555555"/>
          <w:sz w:val="20"/>
        </w:rPr>
        <w:t>[arg vesp 2 (23)]</w:t>
      </w:r>
    </w:p>
    <w:p>
      <w:r>
        <w:rPr>
          <w:rFonts w:ascii="Gentium Plus" w:hAnsi="Gentium Plus"/>
          <w:sz w:val="24"/>
        </w:rPr>
        <w:t>περιέχει δὲ καὶ δικαιολογίαν τινὰ τοῦ ⸢ποιητοῦ RV [χοροῦ LhAldc] ἐκ τοῦ ποιητικοῦ προσώπου RVlhAldc</w:t>
      </w:r>
    </w:p>
    <w:p>
      <w:r>
        <w:rPr>
          <w:rFonts w:ascii="Courier New" w:hAnsi="Courier New"/>
          <w:color w:val="555555"/>
          <w:sz w:val="20"/>
        </w:rPr>
        <w:t>[25]</w:t>
      </w:r>
    </w:p>
    <w:p>
      <w:r>
        <w:rPr>
          <w:rFonts w:ascii="Gentium Plus" w:hAnsi="Gentium Plus"/>
          <w:sz w:val="24"/>
        </w:rPr>
        <w:t>ὡς σφηξὶν ἐμφερεῖς εἰσιν οἱ τοῦ</w:t>
      </w:r>
    </w:p>
    <w:p>
      <w:r>
        <w:rPr>
          <w:rFonts w:ascii="Courier New" w:hAnsi="Courier New"/>
          <w:color w:val="555555"/>
          <w:sz w:val="20"/>
        </w:rPr>
        <w:t>[arg vesp 2,col 2 (25)]</w:t>
      </w:r>
    </w:p>
    <w:p>
      <w:r>
        <w:rPr>
          <w:rFonts w:ascii="Gentium Plus" w:hAnsi="Gentium Plus"/>
          <w:sz w:val="24"/>
        </w:rPr>
        <w:t>διὰ τὸ σφηξὶν ἐμφερεῖς εἶναι τοὺς</w:t>
      </w:r>
    </w:p>
    <w:p>
      <w:r>
        <w:rPr>
          <w:rFonts w:ascii="Courier New" w:hAnsi="Courier New"/>
          <w:color w:val="555555"/>
          <w:sz w:val="20"/>
        </w:rPr>
        <w:t>[arg vesp 2 (27)]</w:t>
      </w:r>
    </w:p>
    <w:p>
      <w:r>
        <w:rPr>
          <w:rFonts w:ascii="Gentium Plus" w:hAnsi="Gentium Plus"/>
          <w:sz w:val="24"/>
        </w:rPr>
        <w:t>ἐξ ὧν καὶ τὸ δρᾶμα· οἳ ὅτε μὲν ἦσαν νέοι, πικρῶς ταῖς δίκαις ἐφήδρευον, ἐπεὶ δὲ γέροντες γεγόνασιν, κεντοῦσι τοῖς κέντροις. ἐπὶ τέλει ⸢δὲ RV τοῦ δράματος ὁ γέρων ἐπὶ δεῖπνον καλεῖται καὶ ἐπὶ ὕβριν τρέπεται· ⸢καὶ RV Ald κρίνει αὐτὸν</w:t>
      </w:r>
    </w:p>
    <w:p>
      <w:r>
        <w:rPr>
          <w:rFonts w:ascii="Courier New" w:hAnsi="Courier New"/>
          <w:color w:val="555555"/>
          <w:sz w:val="20"/>
        </w:rPr>
        <w:t>[30]</w:t>
      </w:r>
    </w:p>
    <w:p>
      <w:r>
        <w:rPr>
          <w:rFonts w:ascii="Gentium Plus" w:hAnsi="Gentium Plus"/>
          <w:sz w:val="24"/>
        </w:rPr>
        <w:t>ὕβρεως ⸢ἀρτόπωλις R*V*c* [ἀρτοπῶλις lh*Ald*]. ὁ δὲ γέρων πρὸς αὐλὸν καὶ ὄρχησιν τρέπεται καὶ γελωτοποιεῖ τὸ δρᾶμα. τοῦτο τὸ δρᾶμα πεποίηται αὐτῷ οὐκ ἐξ ὑποκειμένης ὑποθέσεως, ἀλλ’ ὡσανεὶ γενομένης· πέπλασται ⸢γὰρ RV [δὲ lhAldc] τὸ ὅλον. διαβάλλει δὲ Ἀθηναίους ὡς φιλοδικοῦντας καὶ σωφρονίζει τὸν δῆμον ἀποστῆναι τῶν δικῶν· ⸢καὶ c ⸢διά</w:t>
      </w:r>
    </w:p>
    <w:p>
      <w:r>
        <w:rPr>
          <w:rFonts w:ascii="Courier New" w:hAnsi="Courier New"/>
          <w:color w:val="555555"/>
          <w:sz w:val="20"/>
        </w:rPr>
        <w:t>[35]</w:t>
      </w:r>
    </w:p>
    <w:p>
      <w:r>
        <w:rPr>
          <w:rFonts w:ascii="Gentium Plus" w:hAnsi="Gentium Plus"/>
          <w:sz w:val="24"/>
        </w:rPr>
        <w:t>τοι τοῦτο RVc* [διὰ τὸ τοιοῦτο lhAld] καὶ τοὺς δικαστὰς σφηξὶν ἀπεικάζει</w:t>
      </w:r>
    </w:p>
    <w:p>
      <w:r>
        <w:rPr>
          <w:rFonts w:ascii="Courier New" w:hAnsi="Courier New"/>
          <w:color w:val="555555"/>
          <w:sz w:val="20"/>
        </w:rPr>
        <w:t>[dram per vesp 1 (t)]</w:t>
      </w:r>
    </w:p>
    <w:p>
      <w:pPr>
        <w:jc w:val="center"/>
      </w:pPr>
      <w:r>
        <w:rPr>
          <w:rFonts w:ascii="Gentium Plus" w:hAnsi="Gentium Plus"/>
          <w:b/>
          <w:sz w:val="24"/>
        </w:rPr>
        <w:t>ΤΑ ΤΟΥ ΔΡΑΜΑΤΟΣ ΠΡΟΣΩΠΑ</w:t>
      </w:r>
    </w:p>
    <w:p>
      <w:r>
        <w:rPr>
          <w:rFonts w:ascii="Courier New" w:hAnsi="Courier New"/>
          <w:color w:val="555555"/>
          <w:sz w:val="20"/>
        </w:rPr>
        <w:t>[1]</w:t>
      </w:r>
    </w:p>
    <w:p>
      <w:r>
        <w:rPr>
          <w:rFonts w:ascii="Gentium Plus" w:hAnsi="Gentium Plus"/>
          <w:sz w:val="24"/>
        </w:rPr>
        <w:t>οἰκέται βʹ· παῖδες· Βδελυκλέων· ἀρτόπωλις· Φιλοκλέων· συμπότης· χορὸς ἐκ γερόντων σφηκῶν· Κυδα‐</w:t>
      </w:r>
    </w:p>
    <w:p>
      <w:r>
        <w:rPr>
          <w:rFonts w:ascii="Courier New" w:hAnsi="Courier New"/>
          <w:color w:val="555555"/>
          <w:sz w:val="20"/>
        </w:rPr>
        <w:t>[dram per vesp 1,col 2]</w:t>
      </w:r>
    </w:p>
    <w:p>
      <w:r>
        <w:rPr>
          <w:rFonts w:ascii="Gentium Plus" w:hAnsi="Gentium Plus"/>
          <w:sz w:val="24"/>
        </w:rPr>
        <w:t>οἰκέται δύο Σωσίας καὶ Ξανθίας·</w:t>
      </w:r>
    </w:p>
    <w:p>
      <w:r>
        <w:rPr>
          <w:rFonts w:ascii="Courier New" w:hAnsi="Courier New"/>
          <w:color w:val="555555"/>
          <w:sz w:val="20"/>
        </w:rPr>
        <w:t>[3]</w:t>
      </w:r>
    </w:p>
    <w:p>
      <w:r>
        <w:rPr>
          <w:rFonts w:ascii="Gentium Plus" w:hAnsi="Gentium Plus"/>
          <w:sz w:val="24"/>
        </w:rPr>
        <w:t>Βδελυκλέων· Φιλοκλέων· χορὸς γε‐ ρόντων σφηκῶν· παῖδες· κύων· κή‐</w:t>
      </w:r>
    </w:p>
    <w:p>
      <w:r>
        <w:rPr>
          <w:rFonts w:ascii="Courier New" w:hAnsi="Courier New"/>
          <w:color w:val="555555"/>
          <w:sz w:val="20"/>
        </w:rPr>
        <w:t>[5]</w:t>
      </w:r>
    </w:p>
    <w:p>
      <w:r>
        <w:rPr>
          <w:rFonts w:ascii="Gentium Plus" w:hAnsi="Gentium Plus"/>
          <w:sz w:val="24"/>
        </w:rPr>
        <w:t>ρυξ· Κυδαθηναιεύς· θεσμοθέτης· γυ‐ νὴ ἀρτοπῶλις· ἀνήρ τις Εὐριπίδης·</w:t>
      </w:r>
    </w:p>
    <w:p>
      <w:r>
        <w:rPr>
          <w:rFonts w:ascii="Courier New" w:hAnsi="Courier New"/>
          <w:color w:val="555555"/>
          <w:sz w:val="20"/>
        </w:rPr>
        <w:t>[sch vesp 1a]</w:t>
      </w:r>
    </w:p>
    <w:p>
      <w:r>
        <w:rPr>
          <w:rFonts w:ascii="Gentium Plus" w:hAnsi="Gentium Plus"/>
          <w:sz w:val="24"/>
        </w:rPr>
        <w:t>οὗτος τί πάσχεις: προλογίζουσι δύο οἰκέται ἀποδυσπετοῦντες πρὸς τὴν φυλακὴν τοῦ γέροντος, τοῦ δεσπότου (.) VLhAld αὐτῶν. Lh</w:t>
      </w:r>
    </w:p>
    <w:p>
      <w:r>
        <w:rPr>
          <w:rFonts w:ascii="Courier New" w:hAnsi="Courier New"/>
          <w:color w:val="555555"/>
          <w:sz w:val="20"/>
        </w:rPr>
        <w:t>[sch vesp 1b]</w:t>
      </w:r>
    </w:p>
    <w:p>
      <w:r>
        <w:rPr>
          <w:rFonts w:ascii="Gentium Plus" w:hAnsi="Gentium Plus"/>
          <w:sz w:val="24"/>
        </w:rPr>
        <w:t>κατ’ ἀρχὴν στίχοι ἴαμβοι τρίμετροι ἀκατάληκτοι σκθʹ, ὧν τελευταῖος πολλῶν δικαστῶν σφηκιὰν διασκεδῶ.</w:t>
      </w:r>
    </w:p>
    <w:p>
      <w:r>
        <w:rPr>
          <w:rFonts w:ascii="Courier New" w:hAnsi="Courier New"/>
          <w:color w:val="555555"/>
          <w:sz w:val="20"/>
        </w:rPr>
        <w:t>[sch vesp 2a]</w:t>
      </w:r>
    </w:p>
    <w:p>
      <w:r>
        <w:rPr>
          <w:rFonts w:ascii="Gentium Plus" w:hAnsi="Gentium Plus"/>
          <w:sz w:val="24"/>
        </w:rPr>
        <w:t>φυλακὴν καταλύειν: χαριεντιζόμενος ἀντὶ τοῦ φυλάσσειν τοῦτό φησιν, παρόσον οὐ διαγρυπνεῖν δύναται. Σύμμαχός φησιν· “οὕτως οἶμαι †τε† λέγειν τὸ ἀποκοιμᾶσθαι ἐπὶ τῆς φυλακῆς· 〈οἷον〉 καταλείπειν τὴν τάξιν.” R</w:t>
      </w:r>
    </w:p>
    <w:p>
      <w:r>
        <w:rPr>
          <w:rFonts w:ascii="Courier New" w:hAnsi="Courier New"/>
          <w:color w:val="555555"/>
          <w:sz w:val="20"/>
        </w:rPr>
        <w:t>[sch vesp 2b]</w:t>
      </w:r>
    </w:p>
    <w:p>
      <w:r>
        <w:rPr>
          <w:rFonts w:ascii="Gentium Plus" w:hAnsi="Gentium Plus"/>
          <w:sz w:val="24"/>
        </w:rPr>
        <w:t>φυλακὴν καταλύειν: οὕτω λέγουσι τὸ ⸢ἀποκοιμηθῆναι V [ἐπι‐ νυστάζειν LhAld] ἐπὶ τῆς φυλακῆς· ⸢“φυλακὴν καταλύειν νυκτερινήν”, ἤγουν LhAld καταλιπεῖν τὴν τάξιν (.) VLhAld βούλομαι. LhAld</w:t>
      </w:r>
    </w:p>
    <w:p>
      <w:r>
        <w:rPr>
          <w:rFonts w:ascii="Courier New" w:hAnsi="Courier New"/>
          <w:color w:val="555555"/>
          <w:sz w:val="20"/>
        </w:rPr>
        <w:t>[sch vesp 2c]</w:t>
      </w:r>
    </w:p>
    <w:p>
      <w:r>
        <w:rPr>
          <w:rFonts w:ascii="Gentium Plus" w:hAnsi="Gentium Plus"/>
          <w:sz w:val="24"/>
        </w:rPr>
        <w:t>⸢ἀντὶ τοῦ RV μελετῶ καθεύδειν· ⸢οἷον VLh [ἤγουν Ald] νυστάζω. RVLhAld</w:t>
      </w:r>
    </w:p>
    <w:p>
      <w:r>
        <w:rPr>
          <w:rFonts w:ascii="Courier New" w:hAnsi="Courier New"/>
          <w:color w:val="555555"/>
          <w:sz w:val="20"/>
        </w:rPr>
        <w:t>[sch vesp 2d]</w:t>
      </w:r>
    </w:p>
    <w:p>
      <w:r>
        <w:rPr>
          <w:rFonts w:ascii="Gentium Plus" w:hAnsi="Gentium Plus"/>
          <w:sz w:val="24"/>
        </w:rPr>
        <w:t>καταλύειν κτλ.] ἀντὶ τοῦ φυλάσσων μελετῶ καθεύδειν· οἷον νυστάζω.</w:t>
      </w:r>
    </w:p>
    <w:p>
      <w:r>
        <w:rPr>
          <w:rFonts w:ascii="Courier New" w:hAnsi="Courier New"/>
          <w:color w:val="555555"/>
          <w:sz w:val="20"/>
        </w:rPr>
        <w:t>[sch vesp 3a]</w:t>
      </w:r>
    </w:p>
    <w:p>
      <w:r>
        <w:rPr>
          <w:rFonts w:ascii="Gentium Plus" w:hAnsi="Gentium Plus"/>
          <w:sz w:val="24"/>
        </w:rPr>
        <w:t>προὔφειλες: ταῖς πλευραῖς κακὸν μέγα, ὅπερ ἀποδώσεις μαστιγω‐ θεὶς δηλονότι. R</w:t>
      </w:r>
    </w:p>
    <w:p>
      <w:r>
        <w:rPr>
          <w:rFonts w:ascii="Courier New" w:hAnsi="Courier New"/>
          <w:color w:val="555555"/>
          <w:sz w:val="20"/>
        </w:rPr>
        <w:t>[sch vesp 3b]</w:t>
      </w:r>
    </w:p>
    <w:p>
      <w:r>
        <w:rPr>
          <w:rFonts w:ascii="Gentium Plus" w:hAnsi="Gentium Plus"/>
          <w:sz w:val="24"/>
        </w:rPr>
        <w:t>προὔφειλες: οὐδὲν ἄλλο ἐκ τοῦ “προὔφειλες” ἐκδεκτέον ἢ μόνον τὸ “ὤφειλες.” VAld</w:t>
      </w:r>
    </w:p>
    <w:p>
      <w:r>
        <w:rPr>
          <w:rFonts w:ascii="Courier New" w:hAnsi="Courier New"/>
          <w:color w:val="555555"/>
          <w:sz w:val="20"/>
        </w:rPr>
        <w:t>[sch vesp 3b,col 2 (3)]</w:t>
      </w:r>
    </w:p>
    <w:p>
      <w:r>
        <w:rPr>
          <w:rFonts w:ascii="Gentium Plus" w:hAnsi="Gentium Plus"/>
          <w:sz w:val="24"/>
        </w:rPr>
        <w:t>οἷον· μέγα τι κακὸν ἐχρεώστεις Lh</w:t>
      </w:r>
    </w:p>
    <w:p>
      <w:r>
        <w:rPr>
          <w:rFonts w:ascii="Courier New" w:hAnsi="Courier New"/>
          <w:color w:val="555555"/>
          <w:sz w:val="20"/>
        </w:rPr>
        <w:t>[sch vesp 3b (4)]</w:t>
      </w:r>
    </w:p>
    <w:p>
      <w:r>
        <w:rPr>
          <w:rFonts w:ascii="Gentium Plus" w:hAnsi="Gentium Plus"/>
          <w:sz w:val="24"/>
        </w:rPr>
        <w:t>ταῖς πλευραῖς σου καὶ θέλεις αὐτὸ ἀποδοῦναι. VLhAld</w:t>
      </w:r>
    </w:p>
    <w:p>
      <w:r>
        <w:rPr>
          <w:rFonts w:ascii="Courier New" w:hAnsi="Courier New"/>
          <w:color w:val="555555"/>
          <w:sz w:val="20"/>
        </w:rPr>
        <w:t>[sch vesp 4a]</w:t>
      </w:r>
    </w:p>
    <w:p>
      <w:r>
        <w:rPr>
          <w:rFonts w:ascii="Gentium Plus" w:hAnsi="Gentium Plus"/>
          <w:sz w:val="24"/>
        </w:rPr>
        <w:t>κνώδαλον: κυρίως ἐπὶ τοῦ ⸢θαλασσίου V [θαλαττίου Ald] θηρίου· εἴρηται δὲ καὶ ἐπὶ τοῦ χερσαίου “κνώδαλον”. VAld παρὰ τὸ κυσὶν ἁλίσκεσθαι. Ald</w:t>
      </w:r>
    </w:p>
    <w:p>
      <w:r>
        <w:rPr>
          <w:rFonts w:ascii="Courier New" w:hAnsi="Courier New"/>
          <w:color w:val="555555"/>
          <w:sz w:val="20"/>
        </w:rPr>
        <w:t>[sch vesp 4b]</w:t>
      </w:r>
    </w:p>
    <w:p>
      <w:r>
        <w:rPr>
          <w:rFonts w:ascii="Gentium Plus" w:hAnsi="Gentium Plus"/>
          <w:sz w:val="24"/>
        </w:rPr>
        <w:t>κνώδαλον] θηρίον. Lh</w:t>
      </w:r>
    </w:p>
    <w:p>
      <w:r>
        <w:rPr>
          <w:rFonts w:ascii="Courier New" w:hAnsi="Courier New"/>
          <w:color w:val="555555"/>
          <w:sz w:val="20"/>
        </w:rPr>
        <w:t>[sch vesp 5a]</w:t>
      </w:r>
    </w:p>
    <w:p>
      <w:r>
        <w:rPr>
          <w:rFonts w:ascii="Gentium Plus" w:hAnsi="Gentium Plus"/>
          <w:sz w:val="24"/>
        </w:rPr>
        <w:t>μέρμηρα ἡ μέριμνα καὶ ἡ φροντὶς καὶ ὁ πρὸ ἕω ὕπνος. R</w:t>
      </w:r>
    </w:p>
    <w:p>
      <w:r>
        <w:rPr>
          <w:rFonts w:ascii="Courier New" w:hAnsi="Courier New"/>
          <w:color w:val="555555"/>
          <w:sz w:val="20"/>
        </w:rPr>
        <w:t>[sch vesp 5b]</w:t>
      </w:r>
    </w:p>
    <w:p>
      <w:r>
        <w:rPr>
          <w:rFonts w:ascii="Gentium Plus" w:hAnsi="Gentium Plus"/>
          <w:sz w:val="24"/>
        </w:rPr>
        <w:t>ἀπομερμηρίσαι: μέρμηρα ἡ εἰς ὕπνον καταφορὰ περὶ τὴν ἕω. VAld</w:t>
      </w:r>
    </w:p>
    <w:p>
      <w:r>
        <w:rPr>
          <w:rFonts w:ascii="Courier New" w:hAnsi="Courier New"/>
          <w:color w:val="555555"/>
          <w:sz w:val="20"/>
        </w:rPr>
        <w:t>[sch vesp 5c]</w:t>
      </w:r>
    </w:p>
    <w:p>
      <w:r>
        <w:rPr>
          <w:rFonts w:ascii="Gentium Plus" w:hAnsi="Gentium Plus"/>
          <w:sz w:val="24"/>
        </w:rPr>
        <w:t>μέρμηρα ἡ μέριμνα καὶ ἡ φροντίς· ἐκ δὲ τούτου τὸ καθευδῆσαι· οἱ γὰρ καθεύδοντες ἀποτίθενται τὰς ⸢μερίμνας V [φροντίδας Ald]. καὶ πρὸς τὸν ὄρθρον δὲ γίνεταί τις ὕπνος ἐν ταῖς ἐπιστάσεσιν ἐλαφρός, ὃν τούτῳ τῷ ὀνόματι καλοῦσιν. VAld</w:t>
      </w:r>
    </w:p>
    <w:p>
      <w:r>
        <w:rPr>
          <w:rFonts w:ascii="Courier New" w:hAnsi="Courier New"/>
          <w:color w:val="555555"/>
          <w:sz w:val="20"/>
        </w:rPr>
        <w:t>[sch vesp 5d]</w:t>
      </w:r>
    </w:p>
    <w:p>
      <w:r>
        <w:rPr>
          <w:rFonts w:ascii="Gentium Plus" w:hAnsi="Gentium Plus"/>
          <w:sz w:val="24"/>
        </w:rPr>
        <w:t>μέρμηρα λέγεται ἡ μέριμνα καὶ ἡ φροντίς· λέγεται δὲ ἀπὸ τούτου καὶ ἡ πρὸς ὄρθρον γινομένη ἐν ταῖς ἀγρυπνίαις τοῦ ὕπνου καταφορά· οἱ γὰρ πρὸς ὕπνον τραπέντες ἀποτίθενται τὰς μερίμνας. Lh</w:t>
      </w:r>
    </w:p>
    <w:p>
      <w:r>
        <w:rPr>
          <w:rFonts w:ascii="Courier New" w:hAnsi="Courier New"/>
          <w:color w:val="555555"/>
          <w:sz w:val="20"/>
        </w:rPr>
        <w:t>[sch vesp 6a]</w:t>
      </w:r>
    </w:p>
    <w:p>
      <w:r>
        <w:rPr>
          <w:rFonts w:ascii="Gentium Plus" w:hAnsi="Gentium Plus"/>
          <w:sz w:val="24"/>
        </w:rPr>
        <w:t>παρακινδύνευε: παρ’ ὑπόνοιαν εἶπεν. VAld δέον εἰπεῖν “κατακοιμῶ” εἶπε “πα‐ ρακινδύνευε”. ἐπεὶ ἤμελλε μαστί‐ ζεσθαι, ἐὰν κοιμηθῇ, ἐκ τοῦ ἑπομέ‐</w:t>
      </w:r>
    </w:p>
    <w:p>
      <w:r>
        <w:rPr>
          <w:rFonts w:ascii="Courier New" w:hAnsi="Courier New"/>
          <w:color w:val="555555"/>
          <w:sz w:val="20"/>
        </w:rPr>
        <w:t>[5]</w:t>
      </w:r>
    </w:p>
    <w:p>
      <w:r>
        <w:rPr>
          <w:rFonts w:ascii="Gentium Plus" w:hAnsi="Gentium Plus"/>
          <w:sz w:val="24"/>
        </w:rPr>
        <w:t>νου εἶπε τὸ προηγούμενον. VAld</w:t>
      </w:r>
    </w:p>
    <w:p>
      <w:r>
        <w:rPr>
          <w:rFonts w:ascii="Courier New" w:hAnsi="Courier New"/>
          <w:color w:val="555555"/>
          <w:sz w:val="20"/>
        </w:rPr>
        <w:t>[sch vesp 6a,col 2 (2)]</w:t>
      </w:r>
    </w:p>
    <w:p>
      <w:r>
        <w:rPr>
          <w:rFonts w:ascii="Gentium Plus" w:hAnsi="Gentium Plus"/>
          <w:sz w:val="24"/>
        </w:rPr>
        <w:t>δέον εἰπεῖν “κατακοιμῶ”, ἐπεὶ ἔμελ‐ λεν ὑπνώσας μαστίζεσθαι, τοῦτο εἶπε τὸ “παρακινδύνευε”. ἀντὶ</w:t>
      </w:r>
    </w:p>
    <w:p>
      <w:r>
        <w:rPr>
          <w:rFonts w:ascii="Courier New" w:hAnsi="Courier New"/>
          <w:color w:val="555555"/>
          <w:sz w:val="20"/>
        </w:rPr>
        <w:t>[5]</w:t>
      </w:r>
    </w:p>
    <w:p>
      <w:r>
        <w:rPr>
          <w:rFonts w:ascii="Gentium Plus" w:hAnsi="Gentium Plus"/>
          <w:sz w:val="24"/>
        </w:rPr>
        <w:t>τοῦ προηγουμένου τὸ ἑπόμενον. Lh</w:t>
      </w:r>
    </w:p>
    <w:p>
      <w:r>
        <w:rPr>
          <w:rFonts w:ascii="Courier New" w:hAnsi="Courier New"/>
          <w:color w:val="555555"/>
          <w:sz w:val="20"/>
        </w:rPr>
        <w:t>[sch vesp 6b]</w:t>
      </w:r>
    </w:p>
    <w:p>
      <w:r>
        <w:rPr>
          <w:rFonts w:ascii="Gentium Plus" w:hAnsi="Gentium Plus"/>
          <w:sz w:val="24"/>
        </w:rPr>
        <w:t>παρακινδύνευ’] δέον ἦν εἰπεῖν “κατακοιμῶ”. Lh</w:t>
      </w:r>
    </w:p>
    <w:p>
      <w:r>
        <w:rPr>
          <w:rFonts w:ascii="Courier New" w:hAnsi="Courier New"/>
          <w:color w:val="555555"/>
          <w:sz w:val="20"/>
        </w:rPr>
        <w:t>[sch vesp 7]</w:t>
      </w:r>
    </w:p>
    <w:p>
      <w:r>
        <w:rPr>
          <w:rFonts w:ascii="Gentium Plus" w:hAnsi="Gentium Plus"/>
          <w:sz w:val="24"/>
        </w:rPr>
        <w:t>κατὰ ταῖν κόραιν] ἤγουν ἐν τοῖς ὀφθαλμοῖς. Lh</w:t>
      </w:r>
    </w:p>
    <w:p>
      <w:r>
        <w:rPr>
          <w:rFonts w:ascii="Courier New" w:hAnsi="Courier New"/>
          <w:color w:val="555555"/>
          <w:sz w:val="20"/>
        </w:rPr>
        <w:t>[sch vesp 8a]</w:t>
      </w:r>
    </w:p>
    <w:p>
      <w:r>
        <w:rPr>
          <w:rFonts w:ascii="Gentium Plus" w:hAnsi="Gentium Plus"/>
          <w:sz w:val="24"/>
        </w:rPr>
        <w:t>κορυβαντιᾶν τὸ Κορύβασι κατέχεσθαι· τελέτη δέ τις ἦν τῶν Κορυβάν‐ των. ἔνιοι δέ, ὅτι ἀπὸ τῶν δακρύων τοῦ Διὸς ἐγένοντο· πάντες δὲ ὁμολογοῦσι τῆς Ῥέας μὲν ὀπαδοὺς αὐτοὺς γεγονέναι, φύλακας δὲ τοῦ Διός. R</w:t>
      </w:r>
    </w:p>
    <w:p>
      <w:r>
        <w:rPr>
          <w:rFonts w:ascii="Courier New" w:hAnsi="Courier New"/>
          <w:color w:val="555555"/>
          <w:sz w:val="20"/>
        </w:rPr>
        <w:t>[sch vesp 8b]</w:t>
      </w:r>
    </w:p>
    <w:p>
      <w:r>
        <w:rPr>
          <w:rFonts w:ascii="Gentium Plus" w:hAnsi="Gentium Plus"/>
          <w:sz w:val="24"/>
        </w:rPr>
        <w:t>κορυβαντιᾷς: μαίνῃ. παρόσον οὗτοι οἱ δαίμονες μανίας ⸢τε καὶ ἐνθειασμοῦ VAld εἰσιν(ὶν) ἐμποιητικοί. ὀνειδίζει ⸢δὲ VAld καὶ οὗτος VLhAld αὐτῷ, οἷς ἐλοιδορεῖτο αὐτόν, φάσκων κινδυνεύειν 〈ὕπνῳ〉 περιπεσόντι.</w:t>
      </w:r>
    </w:p>
    <w:p>
      <w:r>
        <w:rPr>
          <w:rFonts w:ascii="Courier New" w:hAnsi="Courier New"/>
          <w:color w:val="555555"/>
          <w:sz w:val="20"/>
        </w:rPr>
        <w:t>[5]</w:t>
      </w:r>
    </w:p>
    <w:p>
      <w:r>
        <w:rPr>
          <w:rFonts w:ascii="Gentium Plus" w:hAnsi="Gentium Plus"/>
          <w:sz w:val="24"/>
        </w:rPr>
        <w:t>VAld</w:t>
      </w:r>
    </w:p>
    <w:p>
      <w:r>
        <w:rPr>
          <w:rFonts w:ascii="Courier New" w:hAnsi="Courier New"/>
          <w:color w:val="555555"/>
          <w:sz w:val="20"/>
        </w:rPr>
        <w:t>[sch vesp 8b,col 2 (3)]</w:t>
      </w:r>
    </w:p>
    <w:p>
      <w:r>
        <w:rPr>
          <w:rFonts w:ascii="Gentium Plus" w:hAnsi="Gentium Plus"/>
          <w:sz w:val="24"/>
        </w:rPr>
        <w:t>αὐτὸν ὕπνῳ περιπίπτειν λέγων. Lh</w:t>
      </w:r>
    </w:p>
    <w:p>
      <w:r>
        <w:rPr>
          <w:rFonts w:ascii="Courier New" w:hAnsi="Courier New"/>
          <w:color w:val="555555"/>
          <w:sz w:val="20"/>
        </w:rPr>
        <w:t>[sch vesp 9a]</w:t>
      </w:r>
    </w:p>
    <w:p>
      <w:r>
        <w:rPr>
          <w:rFonts w:ascii="Gentium Plus" w:hAnsi="Gentium Plus"/>
          <w:sz w:val="24"/>
        </w:rPr>
        <w:t>ἐκ Σαβαζίου: πρὸς τὸ “κορυβαντιᾷς” ⸢εἶπε R [ἐπήγαγε VAld] τὸ “Σαβαζίου”. ἐκεῖνος δέ(δὲ) ⸢, ἐπεὶ παραφρονεῖ, R [ἐπὶ τοῦ παραφρονεῖν VAld*] συμβουλεύει ⸢καὶ VAld ⸢κοιμᾶσθαι R [ἀποκοιμηθῆναι VAld]. RVAld</w:t>
      </w:r>
    </w:p>
    <w:p>
      <w:r>
        <w:rPr>
          <w:rFonts w:ascii="Courier New" w:hAnsi="Courier New"/>
          <w:color w:val="555555"/>
          <w:sz w:val="20"/>
        </w:rPr>
        <w:t>[sch vesp 9b]</w:t>
      </w:r>
    </w:p>
    <w:p>
      <w:r>
        <w:rPr>
          <w:rFonts w:ascii="Gentium Plus" w:hAnsi="Gentium Plus"/>
          <w:sz w:val="24"/>
        </w:rPr>
        <w:t>Σαβάζιον τὸν Διόνυσον οἱ Θρᾷκες καλοῦσι καὶ ⸢Σαβοὺς VAld [Σάβους Lh] τοὺς ⸢ἱεροὺς VAld [ἱερεῖς Lh] αὐτοῦ. παίζει δέ, ὡσεὶ ἔλεγε “βάρβαρός τις καὶ σκληρὸς ὕπνος”. VLhAld</w:t>
      </w:r>
    </w:p>
    <w:p>
      <w:r>
        <w:rPr>
          <w:rFonts w:ascii="Courier New" w:hAnsi="Courier New"/>
          <w:color w:val="555555"/>
          <w:sz w:val="20"/>
        </w:rPr>
        <w:t>[sch vesp 10]</w:t>
      </w:r>
    </w:p>
    <w:p>
      <w:r>
        <w:rPr>
          <w:rFonts w:ascii="Gentium Plus" w:hAnsi="Gentium Plus"/>
          <w:sz w:val="24"/>
        </w:rPr>
        <w:t>βουκολεῖς] τρέφεις. LhAld</w:t>
      </w:r>
    </w:p>
    <w:p>
      <w:r>
        <w:rPr>
          <w:rFonts w:ascii="Courier New" w:hAnsi="Courier New"/>
          <w:color w:val="555555"/>
          <w:sz w:val="20"/>
        </w:rPr>
        <w:t>[sch vesp 12a]</w:t>
      </w:r>
    </w:p>
    <w:p>
      <w:r>
        <w:rPr>
          <w:rFonts w:ascii="Gentium Plus" w:hAnsi="Gentium Plus"/>
          <w:sz w:val="24"/>
        </w:rPr>
        <w:t>πρὸς τὸ “ἐστρατεύσατο” παρέλαβε τὸν Μῆδον· ἐν γὰρ στρατιαῖς</w:t>
      </w:r>
    </w:p>
    <w:p>
      <w:r>
        <w:rPr>
          <w:rFonts w:ascii="Courier New" w:hAnsi="Courier New"/>
          <w:color w:val="555555"/>
          <w:sz w:val="20"/>
        </w:rPr>
        <w:t>[sch vesp 12b]</w:t>
      </w:r>
    </w:p>
    <w:p>
      <w:r>
        <w:rPr>
          <w:rFonts w:ascii="Gentium Plus" w:hAnsi="Gentium Plus"/>
          <w:sz w:val="24"/>
        </w:rPr>
        <w:t>Μηδός τις: ⸢ἢ V πρὸς τὸ “Σαβάζιος” εἶπε καὶ οὗτος τὸ “Μῆδος”, ⸢ἢ ἀντὶ τοῦ VAld [ἤγουν Lh] ἐχθρός. ἐπεὶ καὶ “ἐστρατεύσατο” εἶπεν· πολέμιοι γὰρ ⸢οὗτοι Ἕλλησιν VAld* [τοῖς Ἕλλησιν οἱ Μῆδοι Lh]. VLhAld</w:t>
      </w:r>
    </w:p>
    <w:p>
      <w:r>
        <w:rPr>
          <w:rFonts w:ascii="Courier New" w:hAnsi="Courier New"/>
          <w:color w:val="555555"/>
          <w:sz w:val="20"/>
        </w:rPr>
        <w:t>[sch vesp 12c]</w:t>
      </w:r>
    </w:p>
    <w:p>
      <w:r>
        <w:rPr>
          <w:rFonts w:ascii="Gentium Plus" w:hAnsi="Gentium Plus"/>
          <w:sz w:val="24"/>
        </w:rPr>
        <w:t>Μῆδός τις κτλ.] ἤγουν ἐχθρός, παρόσον οὗτοι πολέμιοι Ἕλλησιν. Lh</w:t>
      </w:r>
    </w:p>
    <w:p>
      <w:r>
        <w:rPr>
          <w:rFonts w:ascii="Courier New" w:hAnsi="Courier New"/>
          <w:color w:val="555555"/>
          <w:sz w:val="20"/>
        </w:rPr>
        <w:t>[sch vesp 18a]</w:t>
      </w:r>
    </w:p>
    <w:p>
      <w:r>
        <w:rPr>
          <w:rFonts w:ascii="Gentium Plus" w:hAnsi="Gentium Plus"/>
          <w:sz w:val="24"/>
        </w:rPr>
        <w:t>ἐπίχαλκον: τὴν ἔξωθεν χαλκῆν. τοῦτο δὲ προσέθηκε διὰ τὴν ὁμωνυμίαν τὴν πρὸς τὸ ἑρπετόν.</w:t>
      </w:r>
    </w:p>
    <w:p>
      <w:r>
        <w:rPr>
          <w:rFonts w:ascii="Courier New" w:hAnsi="Courier New"/>
          <w:color w:val="555555"/>
          <w:sz w:val="20"/>
        </w:rPr>
        <w:t>[sch vesp 18a,col 2]</w:t>
      </w:r>
    </w:p>
    <w:p>
      <w:r>
        <w:rPr>
          <w:rFonts w:ascii="Gentium Plus" w:hAnsi="Gentium Plus"/>
          <w:sz w:val="24"/>
        </w:rPr>
        <w:t>ἐπίχαλκον τὴν ἀσπίδα εἶπεν ἤγουν ἔξωθεν τῷ χαλκῷ κεκοσμημένην διὰ τὴν ἐπωνυμίαν τὴν πρὸς τὸ ἑρπετὸν</w:t>
      </w:r>
    </w:p>
    <w:p>
      <w:r>
        <w:rPr>
          <w:rFonts w:ascii="Courier New" w:hAnsi="Courier New"/>
          <w:color w:val="555555"/>
          <w:sz w:val="20"/>
        </w:rPr>
        <w:t>[sch vesp 18a (5)]</w:t>
      </w:r>
    </w:p>
    <w:p>
      <w:r>
        <w:rPr>
          <w:rFonts w:ascii="Gentium Plus" w:hAnsi="Gentium Plus"/>
          <w:sz w:val="24"/>
        </w:rPr>
        <w:t>δοκεῖ δέ μοι τὴν ἀσπίδα τὸ ὅπλον ἀπὸ τοῦ τοιούτου ὠνομάσθαι ζῴου, διὰ τὸ εἰς κύκλους πολλοὺς ἑλισσόμενον καθεύδειν· κυκλικαὶ γὰρ ἦσαν αἱ ἀσπίδες τῶν παλαιῶν, ὡς ⸢καὶ Lh Αἰσχύλος· ἅλω δὲ πολλήν, ἀσπίδος κύκλον λέγω, ἔφριξα δινήσαντος.</w:t>
      </w:r>
    </w:p>
    <w:p>
      <w:r>
        <w:rPr>
          <w:rFonts w:ascii="Courier New" w:hAnsi="Courier New"/>
          <w:color w:val="555555"/>
          <w:sz w:val="20"/>
        </w:rPr>
        <w:t>[10]</w:t>
      </w:r>
    </w:p>
    <w:p>
      <w:r>
        <w:rPr>
          <w:rFonts w:ascii="Gentium Plus" w:hAnsi="Gentium Plus"/>
          <w:sz w:val="24"/>
        </w:rPr>
        <w:t>οὕτω δὲ τὸ ζῷον ὠνόμασται· ἀπὸ τοῦ α ἐπιτατικοῦ μορίου καὶ τοῦ σπίζω τὸ ἐκτείνω, διὰ τὸν ὀξὺν αὐτοῦ συριγμὸν ἢ διὰ τὸ τοῦ σώματος αὐτοῦ μῆκος. LhAld</w:t>
      </w:r>
    </w:p>
    <w:p>
      <w:r>
        <w:rPr>
          <w:rFonts w:ascii="Courier New" w:hAnsi="Courier New"/>
          <w:color w:val="555555"/>
          <w:sz w:val="20"/>
        </w:rPr>
        <w:t>[sch vesp 18b]</w:t>
      </w:r>
    </w:p>
    <w:p>
      <w:r>
        <w:rPr>
          <w:rFonts w:ascii="Gentium Plus" w:hAnsi="Gentium Plus"/>
          <w:sz w:val="24"/>
        </w:rPr>
        <w:t>ἐπίχαλκον] ἔξωθεν χαλκῆν. Lh</w:t>
      </w:r>
    </w:p>
    <w:p>
      <w:r>
        <w:rPr>
          <w:rFonts w:ascii="Courier New" w:hAnsi="Courier New"/>
          <w:color w:val="555555"/>
          <w:sz w:val="20"/>
        </w:rPr>
        <w:t>[sch vesp 18c]</w:t>
      </w:r>
    </w:p>
    <w:p>
      <w:r>
        <w:rPr>
          <w:rFonts w:ascii="Gentium Plus" w:hAnsi="Gentium Plus"/>
          <w:sz w:val="24"/>
        </w:rPr>
        <w:t>ἀνεκὰς: ἀντὶ τοῦ ἄνω καὶ</w:t>
      </w:r>
    </w:p>
    <w:p>
      <w:r>
        <w:rPr>
          <w:rFonts w:ascii="Courier New" w:hAnsi="Courier New"/>
          <w:color w:val="555555"/>
          <w:sz w:val="20"/>
        </w:rPr>
        <w:t>[sch vesp 18c,col 2]</w:t>
      </w:r>
    </w:p>
    <w:p>
      <w:r>
        <w:rPr>
          <w:rFonts w:ascii="Gentium Plus" w:hAnsi="Gentium Plus"/>
          <w:sz w:val="24"/>
        </w:rPr>
        <w:t>ἀνεκὰς] ἄνω πάνυ.</w:t>
      </w:r>
    </w:p>
    <w:p>
      <w:r>
        <w:rPr>
          <w:rFonts w:ascii="Courier New" w:hAnsi="Courier New"/>
          <w:color w:val="555555"/>
          <w:sz w:val="20"/>
        </w:rPr>
        <w:t>[sch vesp 19a]</w:t>
      </w:r>
    </w:p>
    <w:p>
      <w:r>
        <w:rPr>
          <w:rFonts w:ascii="Gentium Plus" w:hAnsi="Gentium Plus"/>
          <w:sz w:val="24"/>
        </w:rPr>
        <w:t>ἀποβαλεῖν Κλεώνυμον: ⸢ὅτι Ald μετὰ τῶν ἄλλων, ⸢εἰς ἃ R [ὧν VAld] κωμῳδεῖται, ⸢καὶ VAld δειλὸς ⸢λέγεται R καὶ ῥίψασπις (.) RVAld εἶναι. R παρ’ ὑπόνοιαν δὲ κωμῳδεῖ αὐτόν. VAld</w:t>
      </w:r>
    </w:p>
    <w:p>
      <w:r>
        <w:rPr>
          <w:rFonts w:ascii="Courier New" w:hAnsi="Courier New"/>
          <w:color w:val="555555"/>
          <w:sz w:val="20"/>
        </w:rPr>
        <w:t>[sch vesp 19b]</w:t>
      </w:r>
    </w:p>
    <w:p>
      <w:r>
        <w:rPr>
          <w:rFonts w:ascii="Gentium Plus" w:hAnsi="Gentium Plus"/>
          <w:sz w:val="24"/>
        </w:rPr>
        <w:t>Κλεώνυμον] οὗτος καὶ δειλὸς καὶ ῥίψασπις κωμῳδεῖται. Lh</w:t>
      </w:r>
    </w:p>
    <w:p>
      <w:r>
        <w:rPr>
          <w:rFonts w:ascii="Courier New" w:hAnsi="Courier New"/>
          <w:color w:val="555555"/>
          <w:sz w:val="20"/>
        </w:rPr>
        <w:t>[sch vesp 20a]</w:t>
      </w:r>
    </w:p>
    <w:p>
      <w:r>
        <w:rPr>
          <w:rFonts w:ascii="Gentium Plus" w:hAnsi="Gentium Plus"/>
          <w:sz w:val="24"/>
        </w:rPr>
        <w:t>οἱ γρίφοι ζητήματα αἰνιγματώδη, οἷς ἐχρῶντο πρὸς τοῖς συμποσίοις·</w:t>
      </w:r>
    </w:p>
    <w:p>
      <w:r>
        <w:rPr>
          <w:rFonts w:ascii="Courier New" w:hAnsi="Courier New"/>
          <w:color w:val="555555"/>
          <w:sz w:val="20"/>
        </w:rPr>
        <w:t>[sch vesp 20b]</w:t>
      </w:r>
    </w:p>
    <w:p>
      <w:r>
        <w:rPr>
          <w:rFonts w:ascii="Gentium Plus" w:hAnsi="Gentium Plus"/>
          <w:sz w:val="24"/>
        </w:rPr>
        <w:t>οὐδὲν ἄρα γρίφου: ⸢ἀντὶ τοῦ VAld παροινίου ζητήματος ⸢, αἰνίγ‐ ματος Lh· ⸢οἷον VAld [ἤγουν Lh] δύναταί τις γρίφον ποιῆσαι καὶ ἀπὸ τῶν Κλεωνύμου πράξεων. ἑπτὰ δὲ ἀναγράφει αὐτῶν γένη ὁ Κλέαρχος ἐν τῷ περὶ γρίφων συντάγματι. γρίφοι ⸢δὲ VAld λέγονται τὰ ἐν τοῖς συμποσίοις προ‐</w:t>
      </w:r>
    </w:p>
    <w:p>
      <w:r>
        <w:rPr>
          <w:rFonts w:ascii="Courier New" w:hAnsi="Courier New"/>
          <w:color w:val="555555"/>
          <w:sz w:val="20"/>
        </w:rPr>
        <w:t>[5]</w:t>
      </w:r>
    </w:p>
    <w:p>
      <w:r>
        <w:rPr>
          <w:rFonts w:ascii="Gentium Plus" w:hAnsi="Gentium Plus"/>
          <w:sz w:val="24"/>
        </w:rPr>
        <w:t>βαλλόμενα αἰνιγματώδη ζητήματα. VLhAld</w:t>
      </w:r>
    </w:p>
    <w:p>
      <w:r>
        <w:rPr>
          <w:rFonts w:ascii="Courier New" w:hAnsi="Courier New"/>
          <w:color w:val="555555"/>
          <w:sz w:val="20"/>
        </w:rPr>
        <w:t>[sch vesp 21]</w:t>
      </w:r>
    </w:p>
    <w:p>
      <w:r>
        <w:rPr>
          <w:rFonts w:ascii="Gentium Plus" w:hAnsi="Gentium Plus"/>
          <w:sz w:val="24"/>
        </w:rPr>
        <w:t>τοῖς συμπόταις: ἐν γὰρ τοῖς συμποσίοις προεβάλλοντο οἱ γρίφοι πρὸς λύσιν. LhAld</w:t>
      </w:r>
    </w:p>
    <w:p>
      <w:r>
        <w:rPr>
          <w:rFonts w:ascii="Courier New" w:hAnsi="Courier New"/>
          <w:color w:val="555555"/>
          <w:sz w:val="20"/>
        </w:rPr>
        <w:t>[sch vesp 22a]</w:t>
      </w:r>
    </w:p>
    <w:p>
      <w:r>
        <w:rPr>
          <w:rFonts w:ascii="Gentium Plus" w:hAnsi="Gentium Plus"/>
          <w:sz w:val="24"/>
        </w:rPr>
        <w:t>ὅ τι ταὐτὸν ἐν γῇ: παρόσον ὁ ἀετὸς διὰ τοῦ ἀέρος πέτεται καὶ διὰ τῆς θαλάττης καὶ ἐπὶ τῆς γῆς. R</w:t>
      </w:r>
    </w:p>
    <w:p>
      <w:r>
        <w:rPr>
          <w:rFonts w:ascii="Courier New" w:hAnsi="Courier New"/>
          <w:color w:val="555555"/>
          <w:sz w:val="20"/>
        </w:rPr>
        <w:t>[sch vesp 22b]</w:t>
      </w:r>
    </w:p>
    <w:p>
      <w:r>
        <w:rPr>
          <w:rFonts w:ascii="Gentium Plus" w:hAnsi="Gentium Plus"/>
          <w:sz w:val="24"/>
        </w:rPr>
        <w:t>ὅ τι ταὐτὸν: ἐν τῷ “ὅ τι ⸢ταὐτὸ Lh” περιττεύει τὸ ο ἀττικῶς. VLhAld τὸ γὰρ σημαινόμενον ἀντὶ τοῦ “τί ταὐτὸν ἐν γῇ τ’ ἀποβαλεῖν” ἐν ἐρωτήσει· καὶ ἔστιν ὁ λόγος οὕτως· τί τὸ αὐτὸ θηρίον ἐν παντὶ τόπῳ δυστυχεῖ περὶ τὰ πολεμικὰ καὶ ἐν γῇ καὶ ἐν ναυμαχίᾳ; (23) θηρίον δὲ ὁ ἀετὸς πανταχοῦ</w:t>
      </w:r>
    </w:p>
    <w:p>
      <w:r>
        <w:rPr>
          <w:rFonts w:ascii="Courier New" w:hAnsi="Courier New"/>
          <w:color w:val="555555"/>
          <w:sz w:val="20"/>
        </w:rPr>
        <w:t>[5]</w:t>
      </w:r>
    </w:p>
    <w:p>
      <w:r>
        <w:rPr>
          <w:rFonts w:ascii="Gentium Plus" w:hAnsi="Gentium Plus"/>
          <w:sz w:val="24"/>
        </w:rPr>
        <w:t>περιιπτάμενος, ᾧ παραβάλλει τὸν Κλεώνυμον. VAld</w:t>
      </w:r>
    </w:p>
    <w:p>
      <w:r>
        <w:rPr>
          <w:rFonts w:ascii="Courier New" w:hAnsi="Courier New"/>
          <w:color w:val="555555"/>
          <w:sz w:val="20"/>
        </w:rPr>
        <w:t>[sch vesp 22c]</w:t>
      </w:r>
    </w:p>
    <w:p>
      <w:r>
        <w:rPr>
          <w:rFonts w:ascii="Gentium Plus" w:hAnsi="Gentium Plus"/>
          <w:sz w:val="24"/>
        </w:rPr>
        <w:t>22] ἤγουν κατὰ τί ἐν γῇ καὶ θαλάσσῃ δυστυχεῖ περὶ τὰ πολεμικὰ Κλεώνυμος; Lh</w:t>
      </w:r>
    </w:p>
    <w:p>
      <w:r>
        <w:rPr>
          <w:rFonts w:ascii="Courier New" w:hAnsi="Courier New"/>
          <w:color w:val="555555"/>
          <w:sz w:val="20"/>
        </w:rPr>
        <w:t>[sch vesp 23]</w:t>
      </w:r>
    </w:p>
    <w:p>
      <w:r>
        <w:rPr>
          <w:rFonts w:ascii="Gentium Plus" w:hAnsi="Gentium Plus"/>
          <w:sz w:val="24"/>
        </w:rPr>
        <w:t>θηρίον τὴν ἀσπίδα: θη‐</w:t>
      </w:r>
    </w:p>
    <w:p>
      <w:r>
        <w:rPr>
          <w:rFonts w:ascii="Courier New" w:hAnsi="Courier New"/>
          <w:color w:val="555555"/>
          <w:sz w:val="20"/>
        </w:rPr>
        <w:t>[sch vesp 23,col 2]</w:t>
      </w:r>
    </w:p>
    <w:p>
      <w:r>
        <w:rPr>
          <w:rFonts w:ascii="Gentium Plus" w:hAnsi="Gentium Plus"/>
          <w:sz w:val="24"/>
        </w:rPr>
        <w:t>οὐκ ἀπεικότως θηρίον ⸢αὐτὸν VAld</w:t>
      </w:r>
    </w:p>
    <w:p>
      <w:r>
        <w:rPr>
          <w:rFonts w:ascii="Courier New" w:hAnsi="Courier New"/>
          <w:color w:val="555555"/>
          <w:sz w:val="20"/>
        </w:rPr>
        <w:t>[sch vesp 23 (3)]</w:t>
      </w:r>
    </w:p>
    <w:p>
      <w:r>
        <w:rPr>
          <w:rFonts w:ascii="Gentium Plus" w:hAnsi="Gentium Plus"/>
          <w:sz w:val="24"/>
        </w:rPr>
        <w:t>ἐπεὶ μακρὸς(ός) ⸢τις ἦν Lh καὶ ⸢ἄρυθμος RVLh* [ἄρρυθμος Ald] (.) RVLhAld ὁ Κλεώνυμος. RVAld</w:t>
      </w:r>
    </w:p>
    <w:p>
      <w:r>
        <w:rPr>
          <w:rFonts w:ascii="Courier New" w:hAnsi="Courier New"/>
          <w:color w:val="555555"/>
          <w:sz w:val="20"/>
        </w:rPr>
        <w:t>[sch vesp 27a]</w:t>
      </w:r>
    </w:p>
    <w:p>
      <w:r>
        <w:rPr>
          <w:rFonts w:ascii="Gentium Plus" w:hAnsi="Gentium Plus"/>
          <w:sz w:val="24"/>
        </w:rPr>
        <w:t>δεινὸν γὰρ τὸ ὄναρ ἐστίν, τὸ ῥίψασπιν 〈εἶναι〉, δεινὸν δὲ καὶ τὸ ῥῖψαι</w:t>
      </w:r>
    </w:p>
    <w:p>
      <w:r>
        <w:rPr>
          <w:rFonts w:ascii="Courier New" w:hAnsi="Courier New"/>
          <w:color w:val="555555"/>
          <w:sz w:val="20"/>
        </w:rPr>
        <w:t>[sch vesp 27b]</w:t>
      </w:r>
    </w:p>
    <w:p>
      <w:r>
        <w:rPr>
          <w:rFonts w:ascii="Gentium Plus" w:hAnsi="Gentium Plus"/>
          <w:sz w:val="24"/>
        </w:rPr>
        <w:t>δεινόν γέ που ’στ’ ἄνθρωπος: τοῦτό φησιν· οἶδα, ὅτι δεινὸν πρᾶγμα ἰδεῖν ἄνθρωπον ἀποβαλεῖν ⸢ὅπλα VLh [τὴν ἀσπίδα Ald]. VLhAld</w:t>
      </w:r>
    </w:p>
    <w:p>
      <w:r>
        <w:rPr>
          <w:rFonts w:ascii="Courier New" w:hAnsi="Courier New"/>
          <w:color w:val="555555"/>
          <w:sz w:val="20"/>
        </w:rPr>
        <w:t>[sch vesp 29]</w:t>
      </w:r>
    </w:p>
    <w:p>
      <w:r>
        <w:rPr>
          <w:rFonts w:ascii="Gentium Plus" w:hAnsi="Gentium Plus"/>
          <w:sz w:val="24"/>
        </w:rPr>
        <w:t>τοῦ σκάφους ὅλου: ἀεὶ οἱ ποιηταὶ τὰς πόλεις πλοίοις παραβάλλουσιν. VLhAld καὶ Σοφοκλῆς ††. VAld</w:t>
      </w:r>
    </w:p>
    <w:p>
      <w:r>
        <w:rPr>
          <w:rFonts w:ascii="Courier New" w:hAnsi="Courier New"/>
          <w:color w:val="555555"/>
          <w:sz w:val="20"/>
        </w:rPr>
        <w:t>[sch vesp 30a]</w:t>
      </w:r>
    </w:p>
    <w:p>
      <w:r>
        <w:rPr>
          <w:rFonts w:ascii="Gentium Plus" w:hAnsi="Gentium Plus"/>
          <w:sz w:val="24"/>
        </w:rPr>
        <w:t>λέγε νῦν ἀνύσας: τὸ “ἀνύσας” Ἀττικοὶ δασύνουσιν. VAld</w:t>
      </w:r>
    </w:p>
    <w:p>
      <w:r>
        <w:rPr>
          <w:rFonts w:ascii="Courier New" w:hAnsi="Courier New"/>
          <w:color w:val="555555"/>
          <w:sz w:val="20"/>
        </w:rPr>
        <w:t>[sch vesp 30b]</w:t>
      </w:r>
    </w:p>
    <w:p>
      <w:r>
        <w:rPr>
          <w:rFonts w:ascii="Gentium Plus" w:hAnsi="Gentium Plus"/>
          <w:sz w:val="24"/>
        </w:rPr>
        <w:t>ὡσανεὶ ἔλεγε τὴν ῥίζαν. RVAld ἐπεὶ τῶν δρυόχων ἡ τρόπις ἵσταται ⸢πρώτη V [πρῶτον Ald]. VAld</w:t>
      </w:r>
    </w:p>
    <w:p>
      <w:r>
        <w:rPr>
          <w:rFonts w:ascii="Courier New" w:hAnsi="Courier New"/>
          <w:color w:val="555555"/>
          <w:sz w:val="20"/>
        </w:rPr>
        <w:t>[sch vesp 30c]</w:t>
      </w:r>
    </w:p>
    <w:p>
      <w:r>
        <w:rPr>
          <w:rFonts w:ascii="Gentium Plus" w:hAnsi="Gentium Plus"/>
          <w:sz w:val="24"/>
        </w:rPr>
        <w:t>τρόπιν: ἀντὶ τοῦ μέρος, ἀπὸ μεταφορᾶς τοῦ σκάφους· οἱ δέ, τὴν ἀρχήν. ἔπαιξε δὲ πρὸς τὸ “σκάφος”. VAld</w:t>
      </w:r>
    </w:p>
    <w:p>
      <w:r>
        <w:rPr>
          <w:rFonts w:ascii="Courier New" w:hAnsi="Courier New"/>
          <w:color w:val="555555"/>
          <w:sz w:val="20"/>
        </w:rPr>
        <w:t>[sch vesp 30d]</w:t>
      </w:r>
    </w:p>
    <w:p>
      <w:r>
        <w:rPr>
          <w:rFonts w:ascii="Gentium Plus" w:hAnsi="Gentium Plus"/>
          <w:sz w:val="24"/>
        </w:rPr>
        <w:t>ἀπὸ μεταφορᾶς τοῦ σκάφους τρόπιν εἴρηκε τὴν ἀρχὴν τοῦ πράγματος, οἷον τὴν ῥίζαν· ἐπὶ γὰρ τῶν πλοίων ἡ τρόπις πρῶτον ἵσταται· εἴρηκε δὲ τοῦτο διὰ τὸ εἰπεῖν ἐκεῖνον τὸ “σκάφος”. Lh</w:t>
      </w:r>
    </w:p>
    <w:p>
      <w:r>
        <w:rPr>
          <w:rFonts w:ascii="Courier New" w:hAnsi="Courier New"/>
          <w:color w:val="555555"/>
          <w:sz w:val="20"/>
        </w:rPr>
        <w:t>[sch vesp 30e]</w:t>
      </w:r>
    </w:p>
    <w:p>
      <w:r>
        <w:rPr>
          <w:rFonts w:ascii="Gentium Plus" w:hAnsi="Gentium Plus"/>
          <w:sz w:val="24"/>
        </w:rPr>
        <w:t>νυν] δή. Lh</w:t>
      </w:r>
    </w:p>
    <w:p>
      <w:r>
        <w:rPr>
          <w:rFonts w:ascii="Courier New" w:hAnsi="Courier New"/>
          <w:color w:val="555555"/>
          <w:sz w:val="20"/>
        </w:rPr>
        <w:t>[sch vesp 30f]</w:t>
      </w:r>
    </w:p>
    <w:p>
      <w:r>
        <w:rPr>
          <w:rFonts w:ascii="Gentium Plus" w:hAnsi="Gentium Plus"/>
          <w:sz w:val="24"/>
        </w:rPr>
        <w:t>τὴν τρόπιν] τὴν ἀρχήν. Lh</w:t>
      </w:r>
    </w:p>
    <w:p>
      <w:r>
        <w:rPr>
          <w:rFonts w:ascii="Courier New" w:hAnsi="Courier New"/>
          <w:color w:val="555555"/>
          <w:sz w:val="20"/>
        </w:rPr>
        <w:t>[sch vesp 32]</w:t>
      </w:r>
    </w:p>
    <w:p>
      <w:r>
        <w:rPr>
          <w:rFonts w:ascii="Gentium Plus" w:hAnsi="Gentium Plus"/>
          <w:sz w:val="24"/>
        </w:rPr>
        <w:t>ἐκκλησιάζειν: εἰς ἐκκλη‐</w:t>
      </w:r>
    </w:p>
    <w:p>
      <w:r>
        <w:rPr>
          <w:rFonts w:ascii="Courier New" w:hAnsi="Courier New"/>
          <w:color w:val="555555"/>
          <w:sz w:val="20"/>
        </w:rPr>
        <w:t>[sch vesp 32,col 2]</w:t>
      </w:r>
    </w:p>
    <w:p>
      <w:r>
        <w:rPr>
          <w:rFonts w:ascii="Gentium Plus" w:hAnsi="Gentium Plus"/>
          <w:sz w:val="24"/>
        </w:rPr>
        <w:t>ἐν τῇ ἐκκλησίᾳ συναθροίζειν. Lh</w:t>
      </w:r>
    </w:p>
    <w:p>
      <w:r>
        <w:rPr>
          <w:rFonts w:ascii="Courier New" w:hAnsi="Courier New"/>
          <w:color w:val="555555"/>
          <w:sz w:val="20"/>
        </w:rPr>
        <w:t>[sch vesp 32 (3)]</w:t>
      </w:r>
    </w:p>
    <w:p>
      <w:r>
        <w:rPr>
          <w:rFonts w:ascii="Gentium Plus" w:hAnsi="Gentium Plus"/>
          <w:sz w:val="24"/>
        </w:rPr>
        <w:t>τοὺς Ἀθηναίους φησὶ διαβάλλων τὸ προβατῶδες αὐτῶν (.) VLhAld καὶ ἠλίθιον. Lh</w:t>
      </w:r>
    </w:p>
    <w:p>
      <w:r>
        <w:rPr>
          <w:rFonts w:ascii="Courier New" w:hAnsi="Courier New"/>
          <w:color w:val="555555"/>
          <w:sz w:val="20"/>
        </w:rPr>
        <w:t>[sch vesp 33a]</w:t>
      </w:r>
    </w:p>
    <w:p>
      <w:r>
        <w:rPr>
          <w:rFonts w:ascii="Gentium Plus" w:hAnsi="Gentium Plus"/>
          <w:sz w:val="24"/>
        </w:rPr>
        <w:t>ὅτι τὸ παλαιὸν βακτηρίας εἶχον διὰ χειρός. R</w:t>
      </w:r>
    </w:p>
    <w:p>
      <w:r>
        <w:rPr>
          <w:rFonts w:ascii="Courier New" w:hAnsi="Courier New"/>
          <w:color w:val="555555"/>
          <w:sz w:val="20"/>
        </w:rPr>
        <w:t>[sch vesp 33b]</w:t>
      </w:r>
    </w:p>
    <w:p>
      <w:r>
        <w:rPr>
          <w:rFonts w:ascii="Gentium Plus" w:hAnsi="Gentium Plus"/>
          <w:sz w:val="24"/>
        </w:rPr>
        <w:t>παλαιὸν γὰρ ἔθος ἦν τοὺς ἐντίμους γέροντας τριβωνοφοροῦντας</w:t>
      </w:r>
    </w:p>
    <w:p>
      <w:r>
        <w:rPr>
          <w:rFonts w:ascii="Courier New" w:hAnsi="Courier New"/>
          <w:color w:val="555555"/>
          <w:sz w:val="20"/>
        </w:rPr>
        <w:t>[sch vesp 33b,col 2]</w:t>
      </w:r>
    </w:p>
    <w:p>
      <w:r>
        <w:rPr>
          <w:rFonts w:ascii="Gentium Plus" w:hAnsi="Gentium Plus"/>
          <w:sz w:val="24"/>
        </w:rPr>
        <w:t>ἔθος ἦν τοὺς ἐντίμους γέροντας τρί‐ βωνας φοροῦντας ἐκκλησιάζειν καὶ βακτηρίας ἐν ταῖς χερσὶ φέροντας.</w:t>
      </w:r>
    </w:p>
    <w:p>
      <w:r>
        <w:rPr>
          <w:rFonts w:ascii="Courier New" w:hAnsi="Courier New"/>
          <w:color w:val="555555"/>
          <w:sz w:val="20"/>
        </w:rPr>
        <w:t>[sch vesp 34]</w:t>
      </w:r>
    </w:p>
    <w:p>
      <w:r>
        <w:rPr>
          <w:rFonts w:ascii="Gentium Plus" w:hAnsi="Gentium Plus"/>
          <w:sz w:val="24"/>
        </w:rPr>
        <w:t>τοῖσι προβάτοις μοὐδόκει: τὸ πλῆρες ”⸢τοῖς Ald προβάτοισί μοι ἐδόκει”· καὶ ἔκθλιψις καὶ κρᾶσις. (35) “φάλαινα” δὲ θηρίον θαλάττιον. “πανδοκεύτρια” δὲ ἡ πάντα δεχομένη καὶ καταπίνουσα ἢ πάντα ἐπιτηροῦσα. VAld</w:t>
      </w:r>
    </w:p>
    <w:p>
      <w:r>
        <w:rPr>
          <w:rFonts w:ascii="Courier New" w:hAnsi="Courier New"/>
          <w:color w:val="555555"/>
          <w:sz w:val="20"/>
        </w:rPr>
        <w:t>[5]</w:t>
      </w:r>
    </w:p>
    <w:p>
      <w:r>
        <w:rPr>
          <w:rFonts w:ascii="Gentium Plus" w:hAnsi="Gentium Plus"/>
          <w:sz w:val="24"/>
        </w:rPr>
        <w:t>κωμῳδεῖ δὲ πανταχοῦ τὸν Κλέωνα</w:t>
      </w:r>
    </w:p>
    <w:p>
      <w:r>
        <w:rPr>
          <w:rFonts w:ascii="Courier New" w:hAnsi="Courier New"/>
          <w:color w:val="555555"/>
          <w:sz w:val="20"/>
        </w:rPr>
        <w:t>[sch vesp 34,col 2 (5)]</w:t>
      </w:r>
    </w:p>
    <w:p>
      <w:r>
        <w:rPr>
          <w:rFonts w:ascii="Gentium Plus" w:hAnsi="Gentium Plus"/>
          <w:sz w:val="24"/>
        </w:rPr>
        <w:t>πανταχοῦ τὸν Κλέωνα σκώπτει Lh</w:t>
      </w:r>
    </w:p>
    <w:p>
      <w:r>
        <w:rPr>
          <w:rFonts w:ascii="Courier New" w:hAnsi="Courier New"/>
          <w:color w:val="555555"/>
          <w:sz w:val="20"/>
        </w:rPr>
        <w:t>[sch vesp 34 (7)]</w:t>
      </w:r>
    </w:p>
    <w:p>
      <w:r>
        <w:rPr>
          <w:rFonts w:ascii="Gentium Plus" w:hAnsi="Gentium Plus"/>
          <w:sz w:val="24"/>
        </w:rPr>
        <w:t>ὡς ⸢καὶ V ἅρπαγα καὶ πολλὰς μηχανὰς ἐπινοοῦντα εἰς τὸ κερδαίνειν. (36) “ἐμπεπρησμένης” δὲ ⸢ἀντὶ τοῦ LhAld ⸢ἐμπεφυσημένης VAld [πεφυση‐ μένης Lh] (,) ⸢καὶ Ald παχείας VAld· πρῆσαι γὰρ τὸ φυσῆσαι. καὶ τοῦτο δὲ</w:t>
      </w:r>
    </w:p>
    <w:p>
      <w:r>
        <w:rPr>
          <w:rFonts w:ascii="Courier New" w:hAnsi="Courier New"/>
          <w:color w:val="555555"/>
          <w:sz w:val="20"/>
        </w:rPr>
        <w:t>[10]</w:t>
      </w:r>
    </w:p>
    <w:p>
      <w:r>
        <w:rPr>
          <w:rFonts w:ascii="Gentium Plus" w:hAnsi="Gentium Plus"/>
          <w:sz w:val="24"/>
        </w:rPr>
        <w:t>⸢εἰς VAld [διὰ Lh] τὸ κρακτικὸν τοῦ Κλέωνος· VLhAld πολλαχοῦ γὰρ ὡς τοιοῦτον αὐτὸν δια‐ σύρει φάσκων “Κυκλοβόρου φω‐ νὴν (”) ⸢αὐτὸν ἔχειν V* [ἔχων”</w:t>
      </w:r>
    </w:p>
    <w:p>
      <w:r>
        <w:rPr>
          <w:rFonts w:ascii="Courier New" w:hAnsi="Courier New"/>
          <w:color w:val="555555"/>
          <w:sz w:val="20"/>
        </w:rPr>
        <w:t>[sch vesp 34,col 2 (11)]</w:t>
      </w:r>
    </w:p>
    <w:p>
      <w:r>
        <w:rPr>
          <w:rFonts w:ascii="Gentium Plus" w:hAnsi="Gentium Plus"/>
          <w:sz w:val="24"/>
        </w:rPr>
        <w:t>ἐπεὶ καὶ Κυκλοβόρου φωνὴν ἔχειν</w:t>
      </w:r>
    </w:p>
    <w:p>
      <w:r>
        <w:rPr>
          <w:rFonts w:ascii="Courier New" w:hAnsi="Courier New"/>
          <w:color w:val="555555"/>
          <w:sz w:val="20"/>
        </w:rPr>
        <w:t>[sch vesp 34]</w:t>
      </w:r>
    </w:p>
    <w:p>
      <w:r>
        <w:rPr>
          <w:rFonts w:ascii="Gentium Plus" w:hAnsi="Gentium Plus"/>
          <w:sz w:val="24"/>
        </w:rPr>
        <w:t>καὶ Παφλαγόνα παρὰ τὸ παφλάζειν τῇ φωνῇ. VLhAld</w:t>
      </w:r>
    </w:p>
    <w:p>
      <w:r>
        <w:rPr>
          <w:rFonts w:ascii="Courier New" w:hAnsi="Courier New"/>
          <w:color w:val="555555"/>
          <w:sz w:val="20"/>
        </w:rPr>
        <w:t>[sch vesp 35a]</w:t>
      </w:r>
    </w:p>
    <w:p>
      <w:r>
        <w:rPr>
          <w:rFonts w:ascii="Gentium Plus" w:hAnsi="Gentium Plus"/>
          <w:sz w:val="24"/>
        </w:rPr>
        <w:t>φάλλαινα] θηρίον ἐστὶ θαλασσικόν. λέγει δὲ τὸν Κλέωνα. Lh</w:t>
      </w:r>
    </w:p>
    <w:p>
      <w:r>
        <w:rPr>
          <w:rFonts w:ascii="Courier New" w:hAnsi="Courier New"/>
          <w:color w:val="555555"/>
          <w:sz w:val="20"/>
        </w:rPr>
        <w:t>[sch vesp 35b]</w:t>
      </w:r>
    </w:p>
    <w:p>
      <w:r>
        <w:rPr>
          <w:rFonts w:ascii="Gentium Plus" w:hAnsi="Gentium Plus"/>
          <w:sz w:val="24"/>
        </w:rPr>
        <w:t>πανδοκεύτρια: ⸢ἡ Ald πάντα δεχομένη (.) Ald Lh</w:t>
      </w:r>
    </w:p>
    <w:p>
      <w:r>
        <w:rPr>
          <w:rFonts w:ascii="Courier New" w:hAnsi="Courier New"/>
          <w:color w:val="555555"/>
          <w:sz w:val="20"/>
        </w:rPr>
        <w:t>[sch vesp 35b,col 2 (2)]</w:t>
      </w:r>
    </w:p>
    <w:p>
      <w:r>
        <w:rPr>
          <w:rFonts w:ascii="Gentium Plus" w:hAnsi="Gentium Plus"/>
          <w:sz w:val="24"/>
        </w:rPr>
        <w:t>ἐν τῇ γαστρί. Lh</w:t>
      </w:r>
    </w:p>
    <w:p>
      <w:r>
        <w:rPr>
          <w:rFonts w:ascii="Courier New" w:hAnsi="Courier New"/>
          <w:color w:val="555555"/>
          <w:sz w:val="20"/>
        </w:rPr>
        <w:t>[sch vesp 36a]</w:t>
      </w:r>
    </w:p>
    <w:p>
      <w:r>
        <w:rPr>
          <w:rFonts w:ascii="Gentium Plus" w:hAnsi="Gentium Plus"/>
          <w:sz w:val="24"/>
        </w:rPr>
        <w:t>πεφυσημένης· πρῆσαι γὰρ τὸ φυσῆσαι. ὁ Κλέων ἐχρῆτο φωνῇ χαλεπῇ, καθάπερ καὶ ἑτέρωθι· φωνὴν δ’ εἶχεν χαράδρας ὄλεθρον τετοκυίας.</w:t>
      </w:r>
    </w:p>
    <w:p>
      <w:r>
        <w:rPr>
          <w:rFonts w:ascii="Courier New" w:hAnsi="Courier New"/>
          <w:color w:val="555555"/>
          <w:sz w:val="20"/>
        </w:rPr>
        <w:t>[sch vesp 36b]</w:t>
      </w:r>
    </w:p>
    <w:p>
      <w:r>
        <w:rPr>
          <w:rFonts w:ascii="Gentium Plus" w:hAnsi="Gentium Plus"/>
          <w:sz w:val="24"/>
        </w:rPr>
        <w:t>ἐμπεπρησμένης: ⸢ἐμπεφυσημένης VAld [πεφυσημένης Lh] (,) ⸢καὶ Lh παχείας ⸢· πρῆσαι γὰρ τὸ φυσῆσαι VAld· ⸢ἔνθεν VAld [ἐξ οὗ Lh] καὶ ⸢ὁ V πρηστήρ. VLhAld καὶ Ὅμηρος· πάντων εὔπρηστον ἀυτμὴν ἐξανιεῖσαι.</w:t>
      </w:r>
    </w:p>
    <w:p>
      <w:r>
        <w:rPr>
          <w:rFonts w:ascii="Courier New" w:hAnsi="Courier New"/>
          <w:color w:val="555555"/>
          <w:sz w:val="20"/>
        </w:rPr>
        <w:t>[5]</w:t>
      </w:r>
    </w:p>
    <w:p>
      <w:r>
        <w:rPr>
          <w:rFonts w:ascii="Gentium Plus" w:hAnsi="Gentium Plus"/>
          <w:sz w:val="24"/>
        </w:rPr>
        <w:t>VAld</w:t>
      </w:r>
    </w:p>
    <w:p>
      <w:r>
        <w:rPr>
          <w:rFonts w:ascii="Courier New" w:hAnsi="Courier New"/>
          <w:color w:val="555555"/>
          <w:sz w:val="20"/>
        </w:rPr>
        <w:t>[sch vesp 38a]</w:t>
      </w:r>
    </w:p>
    <w:p>
      <w:r>
        <w:rPr>
          <w:rFonts w:ascii="Gentium Plus" w:hAnsi="Gentium Plus"/>
          <w:sz w:val="24"/>
        </w:rPr>
        <w:t>βύρσης σαπρᾶς: ⸢ὅτι βυρσοπώλης RVVict [βυρσοπώλης γὰρ Lh] ὁ Κλέων. RVVictLh</w:t>
      </w:r>
    </w:p>
    <w:p>
      <w:r>
        <w:rPr>
          <w:rFonts w:ascii="Courier New" w:hAnsi="Courier New"/>
          <w:color w:val="555555"/>
          <w:sz w:val="20"/>
        </w:rPr>
        <w:t>[sch vesp 38b]</w:t>
      </w:r>
    </w:p>
    <w:p>
      <w:r>
        <w:rPr>
          <w:rFonts w:ascii="Gentium Plus" w:hAnsi="Gentium Plus"/>
          <w:sz w:val="24"/>
        </w:rPr>
        <w:t>σαπρᾶς] παλαιᾶς. Lh</w:t>
      </w:r>
    </w:p>
    <w:p>
      <w:r>
        <w:rPr>
          <w:rFonts w:ascii="Courier New" w:hAnsi="Courier New"/>
          <w:color w:val="555555"/>
          <w:sz w:val="20"/>
        </w:rPr>
        <w:t>[sch vesp 39]</w:t>
      </w:r>
    </w:p>
    <w:p>
      <w:r>
        <w:rPr>
          <w:rFonts w:ascii="Gentium Plus" w:hAnsi="Gentium Plus"/>
          <w:sz w:val="24"/>
        </w:rPr>
        <w:t>τρυτάνην] ζυγὸν ⸢καὶ V [ἢ</w:t>
      </w:r>
    </w:p>
    <w:p>
      <w:r>
        <w:rPr>
          <w:rFonts w:ascii="Courier New" w:hAnsi="Courier New"/>
          <w:color w:val="555555"/>
          <w:sz w:val="20"/>
        </w:rPr>
        <w:t>[sch vesp 39col 2]</w:t>
      </w:r>
    </w:p>
    <w:p>
      <w:r>
        <w:rPr>
          <w:rFonts w:ascii="Gentium Plus" w:hAnsi="Gentium Plus"/>
          <w:sz w:val="24"/>
        </w:rPr>
        <w:t>ζυγόν, στάθμην. Lh</w:t>
      </w:r>
    </w:p>
    <w:p>
      <w:r>
        <w:rPr>
          <w:rFonts w:ascii="Courier New" w:hAnsi="Courier New"/>
          <w:color w:val="555555"/>
          <w:sz w:val="20"/>
        </w:rPr>
        <w:t>[sch vesp 40a]</w:t>
      </w:r>
    </w:p>
    <w:p>
      <w:r>
        <w:rPr>
          <w:rFonts w:ascii="Gentium Plus" w:hAnsi="Gentium Plus"/>
          <w:sz w:val="24"/>
        </w:rPr>
        <w:t>βόειον: τὸ ἀναίσθητον. R</w:t>
      </w:r>
    </w:p>
    <w:p>
      <w:r>
        <w:rPr>
          <w:rFonts w:ascii="Courier New" w:hAnsi="Courier New"/>
          <w:color w:val="555555"/>
          <w:sz w:val="20"/>
        </w:rPr>
        <w:t>[sch vesp 40b]</w:t>
      </w:r>
    </w:p>
    <w:p>
      <w:r>
        <w:rPr>
          <w:rFonts w:ascii="Gentium Plus" w:hAnsi="Gentium Plus"/>
          <w:sz w:val="24"/>
        </w:rPr>
        <w:t>δημόν] στέαρ. Lh</w:t>
      </w:r>
    </w:p>
    <w:p>
      <w:r>
        <w:rPr>
          <w:rFonts w:ascii="Courier New" w:hAnsi="Courier New"/>
          <w:color w:val="555555"/>
          <w:sz w:val="20"/>
        </w:rPr>
        <w:t>[sch vesp 41a]</w:t>
      </w:r>
    </w:p>
    <w:p>
      <w:r>
        <w:rPr>
          <w:rFonts w:ascii="Gentium Plus" w:hAnsi="Gentium Plus"/>
          <w:sz w:val="24"/>
        </w:rPr>
        <w:t>τὸν δῆμον ἡμῶν βούλεται: πρὸς τὸ ⟦τὸν⟧ “δημόν” καὶ τὸ “ἵστη” τὸ ⸢“διιστάναι” VAld [“διιστάνειν Lh] ⸢τὸν δῆμον” Lh ⸢ἐπήγαγεν V [ἐπήνεγκεν LhAld], ἀντὶ τοῦ διαχωρίσαι. Vlh Ald</w:t>
      </w:r>
    </w:p>
    <w:p>
      <w:r>
        <w:rPr>
          <w:rFonts w:ascii="Courier New" w:hAnsi="Courier New"/>
          <w:color w:val="555555"/>
          <w:sz w:val="20"/>
        </w:rPr>
        <w:t>[sch vesp 41b]</w:t>
      </w:r>
    </w:p>
    <w:p>
      <w:r>
        <w:rPr>
          <w:rFonts w:ascii="Gentium Plus" w:hAnsi="Gentium Plus"/>
          <w:sz w:val="24"/>
        </w:rPr>
        <w:t>παρὰ τοὺς τόνους ⸢ἔπαιξε μίξας VAld [παίξας Lh] πρὸς τὰ σημαι‐ νόμενα· ἄλλως τε δὲ καὶ ἀφ’ ἱστορίας τοῦτό φησιν. ⸢καὶ γὰρ πρὸ VAld [πρὸ γὰρ Lh] δύο ἐτῶν τῆς διδασκαλίας τούτου τοῦ δράματος Λακεδαιμονίων περὶ εἰρήνης πρεσβευσαμένων ὁ Κλέων ἀπήλασε τοὺς πρέσβεις. VLhAld</w:t>
      </w:r>
    </w:p>
    <w:p>
      <w:r>
        <w:rPr>
          <w:rFonts w:ascii="Courier New" w:hAnsi="Courier New"/>
          <w:color w:val="555555"/>
          <w:sz w:val="20"/>
        </w:rPr>
        <w:t>[sch vesp 41c]</w:t>
      </w:r>
    </w:p>
    <w:p>
      <w:r>
        <w:rPr>
          <w:rFonts w:ascii="Gentium Plus" w:hAnsi="Gentium Plus"/>
          <w:sz w:val="24"/>
        </w:rPr>
        <w:t>διιστάνειν] διαχωρίσαι, διαστῆσαι. Lh</w:t>
      </w:r>
    </w:p>
    <w:p>
      <w:r>
        <w:rPr>
          <w:rFonts w:ascii="Courier New" w:hAnsi="Courier New"/>
          <w:color w:val="555555"/>
          <w:sz w:val="20"/>
        </w:rPr>
        <w:t>[sch vesp 42a]</w:t>
      </w:r>
    </w:p>
    <w:p>
      <w:r>
        <w:rPr>
          <w:rFonts w:ascii="Gentium Plus" w:hAnsi="Gentium Plus"/>
          <w:sz w:val="24"/>
        </w:rPr>
        <w:t>τὸν Θέωρον ὡς κόλακα καὶ μοιχὸν καὶ πονηρὸν κωμῳδοῦσιν. R</w:t>
      </w:r>
    </w:p>
    <w:p>
      <w:r>
        <w:rPr>
          <w:rFonts w:ascii="Courier New" w:hAnsi="Courier New"/>
          <w:color w:val="555555"/>
          <w:sz w:val="20"/>
        </w:rPr>
        <w:t>[sch vesp 42b]</w:t>
      </w:r>
    </w:p>
    <w:p>
      <w:r>
        <w:rPr>
          <w:rFonts w:ascii="Gentium Plus" w:hAnsi="Gentium Plus"/>
          <w:sz w:val="24"/>
        </w:rPr>
        <w:t>ἐδόκει δέ μοι Θέωρος: οὗτος ὡς κόλαξ κωμῳδεῖται. LhAld</w:t>
      </w:r>
    </w:p>
    <w:p>
      <w:r>
        <w:rPr>
          <w:rFonts w:ascii="Courier New" w:hAnsi="Courier New"/>
          <w:color w:val="555555"/>
          <w:sz w:val="20"/>
        </w:rPr>
        <w:t>[sch vesp 43]</w:t>
      </w:r>
    </w:p>
    <w:p>
      <w:r>
        <w:rPr>
          <w:rFonts w:ascii="Gentium Plus" w:hAnsi="Gentium Plus"/>
          <w:sz w:val="24"/>
        </w:rPr>
        <w:t>κόρακος ἔχων: καὶ ὡς</w:t>
      </w:r>
    </w:p>
    <w:p>
      <w:r>
        <w:rPr>
          <w:rFonts w:ascii="Courier New" w:hAnsi="Courier New"/>
          <w:color w:val="555555"/>
          <w:sz w:val="20"/>
        </w:rPr>
        <w:t>[sch vesp 43,col 2]</w:t>
      </w:r>
    </w:p>
    <w:p>
      <w:r>
        <w:rPr>
          <w:rFonts w:ascii="Gentium Plus" w:hAnsi="Gentium Plus"/>
          <w:sz w:val="24"/>
        </w:rPr>
        <w:t>νῦν δὲ καὶ ὡς ἅρπαγα αὐτὸν κωμῳ‐</w:t>
      </w:r>
    </w:p>
    <w:p>
      <w:r>
        <w:rPr>
          <w:rFonts w:ascii="Courier New" w:hAnsi="Courier New"/>
          <w:color w:val="555555"/>
          <w:sz w:val="20"/>
        </w:rPr>
        <w:t>[sch vesp 43 (3)]</w:t>
      </w:r>
    </w:p>
    <w:p>
      <w:r>
        <w:rPr>
          <w:rFonts w:ascii="Gentium Plus" w:hAnsi="Gentium Plus"/>
          <w:sz w:val="24"/>
        </w:rPr>
        <w:t>ἐπήνεγκε τὸ “κόρακος κεφαλὴν ἔχει”. ὁ αὐτὸς δὲ ὡς πονηρὸς καὶ μοιχὸς κω‐ μῳδεῖται. VAld</w:t>
      </w:r>
    </w:p>
    <w:p>
      <w:r>
        <w:rPr>
          <w:rFonts w:ascii="Courier New" w:hAnsi="Courier New"/>
          <w:color w:val="555555"/>
          <w:sz w:val="20"/>
        </w:rPr>
        <w:t>[sch vesp 44a]</w:t>
      </w:r>
    </w:p>
    <w:p>
      <w:r>
        <w:rPr>
          <w:rFonts w:ascii="Gentium Plus" w:hAnsi="Gentium Plus"/>
          <w:sz w:val="24"/>
        </w:rPr>
        <w:t>Ἀλκιβιάδης: τοῦτον διαβάλλει ὡς τραυλόν. ⸢οἱ δὲ τραυλοὶ VAld τὸ λ ἀντὶ τοῦ ρ ⸢λέγουσιν VAld [λέγων Lh]. VLhAld</w:t>
      </w:r>
    </w:p>
    <w:p>
      <w:r>
        <w:rPr>
          <w:rFonts w:ascii="Courier New" w:hAnsi="Courier New"/>
          <w:color w:val="555555"/>
          <w:sz w:val="20"/>
        </w:rPr>
        <w:t>[sch vesp 44b]</w:t>
      </w:r>
    </w:p>
    <w:p>
      <w:r>
        <w:rPr>
          <w:rFonts w:ascii="Gentium Plus" w:hAnsi="Gentium Plus"/>
          <w:sz w:val="24"/>
        </w:rPr>
        <w:t>τραυλίσας] τραυλὸς ὁ τὸ ῥῶ αὔων καὶ φωνῶν λῶ. Lh</w:t>
      </w:r>
    </w:p>
    <w:p>
      <w:r>
        <w:rPr>
          <w:rFonts w:ascii="Courier New" w:hAnsi="Courier New"/>
          <w:color w:val="555555"/>
          <w:sz w:val="20"/>
        </w:rPr>
        <w:t>[sch vesp 45]</w:t>
      </w:r>
    </w:p>
    <w:p>
      <w:r>
        <w:rPr>
          <w:rFonts w:ascii="Gentium Plus" w:hAnsi="Gentium Plus"/>
          <w:sz w:val="24"/>
        </w:rPr>
        <w:t>“ὁλᾷς” ⸢ἀντὶ τοῦ R ὁρᾷς· “Θέωλος” ⸢ἀντὶ τοῦ R Θέωρος· “κόλα‐ κος” ⸢ἀντὶ τοῦ R κόρακος. RLh</w:t>
      </w:r>
    </w:p>
    <w:p>
      <w:r>
        <w:rPr>
          <w:rFonts w:ascii="Courier New" w:hAnsi="Courier New"/>
          <w:color w:val="555555"/>
          <w:sz w:val="20"/>
        </w:rPr>
        <w:t>[sch vesp 46]</w:t>
      </w:r>
    </w:p>
    <w:p>
      <w:r>
        <w:rPr>
          <w:rFonts w:ascii="Gentium Plus" w:hAnsi="Gentium Plus"/>
          <w:sz w:val="24"/>
        </w:rPr>
        <w:t>ὁ τραυλισμὸς τοῦ στίχου εἰς τὸν Θέωρον, ἐπειδὴ προείρηται κόλαξ· ὅτι δὲ Ἀλκιβιάδης τραυλός, δηλοῖ τὸ λ ἀντὶ τοῦ ρ λέγων. V</w:t>
      </w:r>
    </w:p>
    <w:p>
      <w:r>
        <w:rPr>
          <w:rFonts w:ascii="Courier New" w:hAnsi="Courier New"/>
          <w:color w:val="555555"/>
          <w:sz w:val="20"/>
        </w:rPr>
        <w:t>[sch vesp 47]</w:t>
      </w:r>
    </w:p>
    <w:p>
      <w:r>
        <w:rPr>
          <w:rFonts w:ascii="Gentium Plus" w:hAnsi="Gentium Plus"/>
          <w:sz w:val="24"/>
        </w:rPr>
        <w:t>ἀλλόκοτον: τερατῶδες, ξένον ⸢, ἄτοπον VAld, ⸢ἀλλοφυές Ald. ὁ ⸢δὲ VAld λόγος· “δεινόν ἐστι ⸢τοῦτο VAld τὸ ἐνύπνιον, ⸢ὁ Lh Θέωρος γινό‐ μενος κόραξ”. VLhAld</w:t>
      </w:r>
    </w:p>
    <w:p>
      <w:r>
        <w:rPr>
          <w:rFonts w:ascii="Courier New" w:hAnsi="Courier New"/>
          <w:color w:val="555555"/>
          <w:sz w:val="20"/>
        </w:rPr>
        <w:t>[sch vesp 49]</w:t>
      </w:r>
    </w:p>
    <w:p>
      <w:r>
        <w:rPr>
          <w:rFonts w:ascii="Gentium Plus" w:hAnsi="Gentium Plus"/>
          <w:sz w:val="24"/>
        </w:rPr>
        <w:t>εἶτ’ ἐγένετ’ ἐξαίφνης: διὰ τοῦτο, φησίν, καλόν, ὅτι ἄνθρωπος ὢν κόραξ ἐγένετο· διὸ καὶ ἐπιφέρει· ἀρθεὶς ἀφ’ ἡμῶν ἐς κόρακας ⸢οἴχεται VAld [οἰχήσεται Lh]. VLhAld</w:t>
      </w:r>
    </w:p>
    <w:p>
      <w:r>
        <w:rPr>
          <w:rFonts w:ascii="Courier New" w:hAnsi="Courier New"/>
          <w:color w:val="555555"/>
          <w:sz w:val="20"/>
        </w:rPr>
        <w:t>[sch vesp 50a]</w:t>
      </w:r>
    </w:p>
    <w:p>
      <w:r>
        <w:rPr>
          <w:rFonts w:ascii="Gentium Plus" w:hAnsi="Gentium Plus"/>
          <w:sz w:val="24"/>
        </w:rPr>
        <w:t>ἐναργὲς] φανερόν. Lh</w:t>
      </w:r>
    </w:p>
    <w:p>
      <w:r>
        <w:rPr>
          <w:rFonts w:ascii="Courier New" w:hAnsi="Courier New"/>
          <w:color w:val="555555"/>
          <w:sz w:val="20"/>
        </w:rPr>
        <w:t>[sch vesp 50b]</w:t>
      </w:r>
    </w:p>
    <w:p>
      <w:r>
        <w:rPr>
          <w:rFonts w:ascii="Gentium Plus" w:hAnsi="Gentium Plus"/>
          <w:sz w:val="24"/>
        </w:rPr>
        <w:t>συμβαλεῖν] λογίσασθαι, νοῆσαι. Lh</w:t>
      </w:r>
    </w:p>
    <w:p>
      <w:r>
        <w:rPr>
          <w:rFonts w:ascii="Courier New" w:hAnsi="Courier New"/>
          <w:color w:val="555555"/>
          <w:sz w:val="20"/>
        </w:rPr>
        <w:t>[sch vesp 51a]</w:t>
      </w:r>
    </w:p>
    <w:p>
      <w:r>
        <w:rPr>
          <w:rFonts w:ascii="Gentium Plus" w:hAnsi="Gentium Plus"/>
          <w:sz w:val="24"/>
        </w:rPr>
        <w:t>ἐπίτηδες τοῦτο εἶπεν, ὅπως ἂν τὸ βλάσφημον εὐκαίρως κατ’ αὐτοῦ δόξῃ λέγειν. VLhAld</w:t>
      </w:r>
    </w:p>
    <w:p>
      <w:r>
        <w:rPr>
          <w:rFonts w:ascii="Courier New" w:hAnsi="Courier New"/>
          <w:color w:val="555555"/>
          <w:sz w:val="20"/>
        </w:rPr>
        <w:t>[sch vesp 51b]</w:t>
      </w:r>
    </w:p>
    <w:p>
      <w:r>
        <w:rPr>
          <w:rFonts w:ascii="Gentium Plus" w:hAnsi="Gentium Plus"/>
          <w:sz w:val="24"/>
        </w:rPr>
        <w:t>ἐς κόρακας] παίζει πρὸς τὸ ὄνομα τοῦ κόρακος. Lh</w:t>
      </w:r>
    </w:p>
    <w:p>
      <w:r>
        <w:rPr>
          <w:rFonts w:ascii="Courier New" w:hAnsi="Courier New"/>
          <w:color w:val="555555"/>
          <w:sz w:val="20"/>
        </w:rPr>
        <w:t>[sch vesp 51c]</w:t>
      </w:r>
    </w:p>
    <w:p>
      <w:r>
        <w:rPr>
          <w:rFonts w:ascii="Gentium Plus" w:hAnsi="Gentium Plus"/>
          <w:sz w:val="24"/>
        </w:rPr>
        <w:t>οἰχήσεται] φθαρήσεται. Lh</w:t>
      </w:r>
    </w:p>
    <w:p>
      <w:r>
        <w:rPr>
          <w:rFonts w:ascii="Courier New" w:hAnsi="Courier New"/>
          <w:color w:val="555555"/>
          <w:sz w:val="20"/>
        </w:rPr>
        <w:t>[sch vesp 53]</w:t>
      </w:r>
    </w:p>
    <w:p>
      <w:r>
        <w:rPr>
          <w:rFonts w:ascii="Gentium Plus" w:hAnsi="Gentium Plus"/>
          <w:sz w:val="24"/>
        </w:rPr>
        <w:t>ὑποκρινόμενον] ἀναπλάττοντα. Lh</w:t>
      </w:r>
    </w:p>
    <w:p>
      <w:r>
        <w:rPr>
          <w:rFonts w:ascii="Courier New" w:hAnsi="Courier New"/>
          <w:color w:val="555555"/>
          <w:sz w:val="20"/>
        </w:rPr>
        <w:t>[sch vesp 54]</w:t>
      </w:r>
    </w:p>
    <w:p>
      <w:r>
        <w:rPr>
          <w:rFonts w:ascii="Gentium Plus" w:hAnsi="Gentium Plus"/>
          <w:sz w:val="24"/>
        </w:rPr>
        <w:t>τὴν ὑπόθεσιν τοῦ δράματος. R</w:t>
      </w:r>
    </w:p>
    <w:p>
      <w:r>
        <w:rPr>
          <w:rFonts w:ascii="Courier New" w:hAnsi="Courier New"/>
          <w:color w:val="555555"/>
          <w:sz w:val="20"/>
        </w:rPr>
        <w:t>[sch vesp 55a]</w:t>
      </w:r>
    </w:p>
    <w:p>
      <w:r>
        <w:rPr>
          <w:rFonts w:ascii="Gentium Plus" w:hAnsi="Gentium Plus"/>
          <w:sz w:val="24"/>
        </w:rPr>
        <w:t>ἀντὶ τοῦ προειπών, ὥσπερ καὶ τὸν προγραμμὸν ὑπογραμμὸν κα‐</w:t>
      </w:r>
    </w:p>
    <w:p>
      <w:r>
        <w:rPr>
          <w:rFonts w:ascii="Courier New" w:hAnsi="Courier New"/>
          <w:color w:val="555555"/>
          <w:sz w:val="20"/>
        </w:rPr>
        <w:t>[sch vesp 55a,col 2]</w:t>
      </w:r>
    </w:p>
    <w:p>
      <w:r>
        <w:rPr>
          <w:rFonts w:ascii="Gentium Plus" w:hAnsi="Gentium Plus"/>
          <w:sz w:val="24"/>
        </w:rPr>
        <w:t>ὥσπερ τὸν πρόγραμμον ὑπόγραμμον καλοῦσιν, οὕτω καὶ τὸ “ὑπειπὼν” ἐνταῦθα εἴρηται ἀντὶ τοῦ προειπών.</w:t>
      </w:r>
    </w:p>
    <w:p>
      <w:r>
        <w:rPr>
          <w:rFonts w:ascii="Courier New" w:hAnsi="Courier New"/>
          <w:color w:val="555555"/>
          <w:sz w:val="20"/>
        </w:rPr>
        <w:t>[sch vesp 55b]</w:t>
      </w:r>
    </w:p>
    <w:p>
      <w:r>
        <w:rPr>
          <w:rFonts w:ascii="Gentium Plus" w:hAnsi="Gentium Plus"/>
          <w:sz w:val="24"/>
        </w:rPr>
        <w:t>ὑπειπὼν] προειπών. Lh</w:t>
      </w:r>
    </w:p>
    <w:p>
      <w:r>
        <w:rPr>
          <w:rFonts w:ascii="Courier New" w:hAnsi="Courier New"/>
          <w:color w:val="555555"/>
          <w:sz w:val="20"/>
        </w:rPr>
        <w:t>[sch vesp 56]</w:t>
      </w:r>
    </w:p>
    <w:p>
      <w:r>
        <w:rPr>
          <w:rFonts w:ascii="Gentium Plus" w:hAnsi="Gentium Plus"/>
          <w:sz w:val="24"/>
        </w:rPr>
        <w:t>λίαν μέγα] μετριάζων τοῦτό φησιν. Lh</w:t>
      </w:r>
    </w:p>
    <w:p>
      <w:r>
        <w:rPr>
          <w:rFonts w:ascii="Courier New" w:hAnsi="Courier New"/>
          <w:color w:val="555555"/>
          <w:sz w:val="20"/>
        </w:rPr>
        <w:t>[sch vesp 57a]</w:t>
      </w:r>
    </w:p>
    <w:p>
      <w:r>
        <w:rPr>
          <w:rFonts w:ascii="Gentium Plus" w:hAnsi="Gentium Plus"/>
          <w:sz w:val="24"/>
        </w:rPr>
        <w:t>οἱ μεγαρικοὶ ποιηταὶ ψυχροί τινες ἦσαν καὶ ἄλλως φορτικῶς ἐγελοίαζον. R</w:t>
      </w:r>
    </w:p>
    <w:p>
      <w:r>
        <w:rPr>
          <w:rFonts w:ascii="Courier New" w:hAnsi="Courier New"/>
          <w:color w:val="555555"/>
          <w:sz w:val="20"/>
        </w:rPr>
        <w:t>[sch vesp 57b]</w:t>
      </w:r>
    </w:p>
    <w:p>
      <w:r>
        <w:rPr>
          <w:rFonts w:ascii="Gentium Plus" w:hAnsi="Gentium Plus"/>
          <w:sz w:val="24"/>
        </w:rPr>
        <w:t>Μεγαρόθεν: ἢ ὡς ποιητῶν ὄντων τινῶν ἀπὸ Μεγαρίδος ἀμούσων καὶ ἀφυῶς σκωπτόντων ἢ ὡς τῶν Μεγαρέων γελώντων καὶ ἄλλως φορτικῶς γελοιαζόντων· ⸢μαρτυρεῖ δὲ καὶ Lh Εὔπολις ⸢Προσπαλτίοις VAld [λέγων Lh] τὸ σκῶμμ’ ἀσελγὲς καὶ μεγαρικὸν †† σφόδρα.</w:t>
      </w:r>
    </w:p>
    <w:p>
      <w:r>
        <w:rPr>
          <w:rFonts w:ascii="Courier New" w:hAnsi="Courier New"/>
          <w:color w:val="555555"/>
          <w:sz w:val="20"/>
        </w:rPr>
        <w:t>[5]</w:t>
      </w:r>
    </w:p>
    <w:p>
      <w:r>
        <w:rPr>
          <w:rFonts w:ascii="Gentium Plus" w:hAnsi="Gentium Plus"/>
          <w:sz w:val="24"/>
        </w:rPr>
        <w:t>VLhAld</w:t>
      </w:r>
    </w:p>
    <w:p>
      <w:r>
        <w:rPr>
          <w:rFonts w:ascii="Courier New" w:hAnsi="Courier New"/>
          <w:color w:val="555555"/>
          <w:sz w:val="20"/>
        </w:rPr>
        <w:t>[sch vesp 57c]</w:t>
      </w:r>
    </w:p>
    <w:p>
      <w:r>
        <w:rPr>
          <w:rFonts w:ascii="Gentium Plus" w:hAnsi="Gentium Plus"/>
          <w:sz w:val="24"/>
        </w:rPr>
        <w:t>κεκλεμμένον] ἀφαιρεθέντα. Lh</w:t>
      </w:r>
    </w:p>
    <w:p>
      <w:r>
        <w:rPr>
          <w:rFonts w:ascii="Courier New" w:hAnsi="Courier New"/>
          <w:color w:val="555555"/>
          <w:sz w:val="20"/>
        </w:rPr>
        <w:t>[sch vesp 57d]</w:t>
      </w:r>
    </w:p>
    <w:p>
      <w:r>
        <w:rPr>
          <w:rFonts w:ascii="Gentium Plus" w:hAnsi="Gentium Plus"/>
          <w:sz w:val="24"/>
        </w:rPr>
        <w:t>κεκλαμμένον: ἀποσπασθέντα. γράφεται δὲ “κεκλαμμένον” δωρι‐ κῶς ἀπὸ μετοχῆς τῆς “κλαπείς”, ὡς “τραφείς”. ὥσπερ οὖν “τεθραμμένον”, οὕτω “κεκλαμμένον” ἔφη. Ald</w:t>
      </w:r>
    </w:p>
    <w:p>
      <w:r>
        <w:rPr>
          <w:rFonts w:ascii="Courier New" w:hAnsi="Courier New"/>
          <w:color w:val="555555"/>
          <w:sz w:val="20"/>
        </w:rPr>
        <w:t>[sch vesp 58a]</w:t>
      </w:r>
    </w:p>
    <w:p>
      <w:r>
        <w:rPr>
          <w:rFonts w:ascii="Gentium Plus" w:hAnsi="Gentium Plus"/>
          <w:sz w:val="24"/>
        </w:rPr>
        <w:t>φορμίδες ἀγγεῖά τινα πλεκτὰ εἰς σῦκα ἢ ἕτερόν τι τοιοῦτον. R</w:t>
      </w:r>
    </w:p>
    <w:p>
      <w:r>
        <w:rPr>
          <w:rFonts w:ascii="Courier New" w:hAnsi="Courier New"/>
          <w:color w:val="555555"/>
          <w:sz w:val="20"/>
        </w:rPr>
        <w:t>[sch vesp 58b]</w:t>
      </w:r>
    </w:p>
    <w:p>
      <w:r>
        <w:rPr>
          <w:rFonts w:ascii="Gentium Plus" w:hAnsi="Gentium Plus"/>
          <w:sz w:val="24"/>
        </w:rPr>
        <w:t>ἐκ φορμίδος: φορμὶς κυρίως ἡ ψίαθος, νῦν δὲ ἡ σπυρίς. VAld ὡς τῶν ἄλλων ποιητῶν διὰ ψυχρότητα ποιήσεως διὰ βολῶν καρύων ὑποστελλο‐</w:t>
      </w:r>
    </w:p>
    <w:p>
      <w:r>
        <w:rPr>
          <w:rFonts w:ascii="Courier New" w:hAnsi="Courier New"/>
          <w:color w:val="555555"/>
          <w:sz w:val="20"/>
        </w:rPr>
        <w:t>[sch vesp 59a]</w:t>
      </w:r>
    </w:p>
    <w:p>
      <w:r>
        <w:rPr>
          <w:rFonts w:ascii="Gentium Plus" w:hAnsi="Gentium Plus"/>
          <w:sz w:val="24"/>
        </w:rPr>
        <w:t>δυϊκόν ἐστιν. R</w:t>
      </w:r>
    </w:p>
    <w:p>
      <w:r>
        <w:rPr>
          <w:rFonts w:ascii="Courier New" w:hAnsi="Courier New"/>
          <w:color w:val="555555"/>
          <w:sz w:val="20"/>
        </w:rPr>
        <w:t>[sch vesp 59b]</w:t>
      </w:r>
    </w:p>
    <w:p>
      <w:r>
        <w:rPr>
          <w:rFonts w:ascii="Gentium Plus" w:hAnsi="Gentium Plus"/>
          <w:sz w:val="24"/>
        </w:rPr>
        <w:t>δούλω διαρριπτοῦντε] δοῦλοι ῥίπτοντες. VLh</w:t>
      </w:r>
    </w:p>
    <w:p>
      <w:r>
        <w:rPr>
          <w:rFonts w:ascii="Courier New" w:hAnsi="Courier New"/>
          <w:color w:val="555555"/>
          <w:sz w:val="20"/>
        </w:rPr>
        <w:t>[sch vesp 60]</w:t>
      </w:r>
    </w:p>
    <w:p>
      <w:r>
        <w:rPr>
          <w:rFonts w:ascii="Gentium Plus" w:hAnsi="Gentium Plus"/>
          <w:sz w:val="24"/>
        </w:rPr>
        <w:t>οὔθ’ Ἡρακλῆς τὸ δεῖπνον: ἐν τοῖς πρὸ τούτου δεδιδαγμένοις δράμασιν εἰς τὸν Ἡρακλέους ἀπληστίαν πολλὰ προείρηται. VAld ⸢ποιοῦσι δὲ VAld [εἰσάγουσι πολλοὶ Lh] τὸν Ἡρακλέα [τοῦ V γελοίου χάριν κεκλημένον ⸢μὲν Lh εἰς δεῖπνον (,) ⸢καὶ VAld δυσχεραίνοντα ⸢δὲ Lh διὰ τὸ βραδέως</w:t>
      </w:r>
    </w:p>
    <w:p>
      <w:r>
        <w:rPr>
          <w:rFonts w:ascii="Courier New" w:hAnsi="Courier New"/>
          <w:color w:val="555555"/>
          <w:sz w:val="20"/>
        </w:rPr>
        <w:t>[5]</w:t>
      </w:r>
    </w:p>
    <w:p>
      <w:r>
        <w:rPr>
          <w:rFonts w:ascii="Gentium Plus" w:hAnsi="Gentium Plus"/>
          <w:sz w:val="24"/>
        </w:rPr>
        <w:t>αὐτῷ παρατιθέναι τὰ ὄψα. VLhAld σκώπτει δὲ τὴν Ἡρακλέους ἀπληστίαν καὶ διὰ τούτων. Lh</w:t>
      </w:r>
    </w:p>
    <w:p>
      <w:r>
        <w:rPr>
          <w:rFonts w:ascii="Courier New" w:hAnsi="Courier New"/>
          <w:color w:val="555555"/>
          <w:sz w:val="20"/>
        </w:rPr>
        <w:t>[sch vesp 61a]</w:t>
      </w:r>
    </w:p>
    <w:p>
      <w:r>
        <w:rPr>
          <w:rFonts w:ascii="Gentium Plus" w:hAnsi="Gentium Plus"/>
          <w:sz w:val="24"/>
        </w:rPr>
        <w:t>οἷον, κατ’ Εὐριπίδην πολλὰ λέξομεν ἀσελγῆ. R</w:t>
      </w:r>
    </w:p>
    <w:p>
      <w:r>
        <w:rPr>
          <w:rFonts w:ascii="Courier New" w:hAnsi="Courier New"/>
          <w:color w:val="555555"/>
          <w:sz w:val="20"/>
        </w:rPr>
        <w:t>[sch vesp 61b]</w:t>
      </w:r>
    </w:p>
    <w:p>
      <w:r>
        <w:rPr>
          <w:rFonts w:ascii="Gentium Plus" w:hAnsi="Gentium Plus"/>
          <w:sz w:val="24"/>
        </w:rPr>
        <w:t>ἀνασελγαινόμενος: κα‐ τακωμῳδούμενος, ὑβριζόμενος. κατ’ αὐτοῦ γὰρ καθῆκε τὰς Θεσμοφορια‐</w:t>
      </w:r>
    </w:p>
    <w:p>
      <w:r>
        <w:rPr>
          <w:rFonts w:ascii="Courier New" w:hAnsi="Courier New"/>
          <w:color w:val="555555"/>
          <w:sz w:val="20"/>
        </w:rPr>
        <w:t>[sch vesp 61b,col 2]</w:t>
      </w:r>
    </w:p>
    <w:p>
      <w:r>
        <w:rPr>
          <w:rFonts w:ascii="Gentium Plus" w:hAnsi="Gentium Plus"/>
          <w:sz w:val="24"/>
        </w:rPr>
        <w:t>ὅτι τὰς Θεσμοφοριαζούσας καθῆκε</w:t>
      </w:r>
    </w:p>
    <w:p>
      <w:r>
        <w:rPr>
          <w:rFonts w:ascii="Courier New" w:hAnsi="Courier New"/>
          <w:color w:val="555555"/>
          <w:sz w:val="20"/>
        </w:rPr>
        <w:t>[sch vesp 61b (5)]</w:t>
      </w:r>
    </w:p>
    <w:p>
      <w:r>
        <w:rPr>
          <w:rFonts w:ascii="Gentium Plus" w:hAnsi="Gentium Plus"/>
          <w:sz w:val="24"/>
        </w:rPr>
        <w:t>φησὶν οὖν “οὐ δεύτερον ταυτολογήσω περὶ αὐτοῦ, ὡς οἱ ἄλλοι ⸢ποιοῦσιν Lh”. VLhAld</w:t>
      </w:r>
    </w:p>
    <w:p>
      <w:r>
        <w:rPr>
          <w:rFonts w:ascii="Courier New" w:hAnsi="Courier New"/>
          <w:color w:val="555555"/>
          <w:sz w:val="20"/>
        </w:rPr>
        <w:t>[sch vesp 61c]</w:t>
      </w:r>
    </w:p>
    <w:p>
      <w:r>
        <w:rPr>
          <w:rFonts w:ascii="Gentium Plus" w:hAnsi="Gentium Plus"/>
          <w:sz w:val="24"/>
        </w:rPr>
        <w:t>οὐ μόνον ἐν τούτῳ τῷ δράματι ⸢, ὡς εἴρηται, Lh εἰσῆκται ⸢οὕτως VAld Εὐριπίδης, ἀλλὰ καὶ ἐν τῷ Προαγῶνι καὶ ἐν τοῖς Ἀχαρνεῦσιν. VLhAld</w:t>
      </w:r>
    </w:p>
    <w:p>
      <w:r>
        <w:rPr>
          <w:rFonts w:ascii="Courier New" w:hAnsi="Courier New"/>
          <w:color w:val="555555"/>
          <w:sz w:val="20"/>
        </w:rPr>
        <w:t>[sch vesp 61d]</w:t>
      </w:r>
    </w:p>
    <w:p>
      <w:r>
        <w:rPr>
          <w:rFonts w:ascii="Gentium Plus" w:hAnsi="Gentium Plus"/>
          <w:sz w:val="24"/>
        </w:rPr>
        <w:t>ἀνασελγαινόμενος] κατακωμῳδούμενος. Lh</w:t>
      </w:r>
    </w:p>
    <w:p>
      <w:r>
        <w:rPr>
          <w:rFonts w:ascii="Courier New" w:hAnsi="Courier New"/>
          <w:color w:val="555555"/>
          <w:sz w:val="20"/>
        </w:rPr>
        <w:t>[sch vesp 62]</w:t>
      </w:r>
    </w:p>
    <w:p>
      <w:r>
        <w:rPr>
          <w:rFonts w:ascii="Gentium Plus" w:hAnsi="Gentium Plus"/>
          <w:sz w:val="24"/>
        </w:rPr>
        <w:t>οὐδ’ εἰ Κλέων γ’ ἔλαμψεν: τοῦτό φησιν ὡς τοῦ Κλέωνος ἀπὸ δυσγενῶν ἐκλάμψαντος (.) VLhAld, ὃν ἐκωμῴδησεν ἐν τοῖς Ἱππεῦσι κατ’ αὐτοῦ καθεὶς τὸ δρᾶμα· καί φησιν “οὐ πάλιν αὐτὸν κωμῳδήσει ἑτέραν δι’ αὐτὸν</w:t>
      </w:r>
    </w:p>
    <w:p>
      <w:r>
        <w:rPr>
          <w:rFonts w:ascii="Courier New" w:hAnsi="Courier New"/>
          <w:color w:val="555555"/>
          <w:sz w:val="20"/>
        </w:rPr>
        <w:t>[5]</w:t>
      </w:r>
    </w:p>
    <w:p>
      <w:r>
        <w:rPr>
          <w:rFonts w:ascii="Gentium Plus" w:hAnsi="Gentium Plus"/>
          <w:sz w:val="24"/>
        </w:rPr>
        <w:t>συντρίψομεν, ⸢δριμύζομεν V [δριμύσσομεν LhAld*] ⸢, ἐκπικρανοῦμεν VAld. μετενήνεκται ⸢δὲ VAld [τὸ “μυττωτεύσομεν” Lh] ἀπὸ τῶν σκορόδων· μυττωτὸς γάρ (γὰρ) ⸢ἐστι κυρίως VAld τὸ ἐκ σκορόδων καὶ τυροῦ καὶ ὄξους τρίμμα, ⸢ὃ VLh [καὶ Ald] οὕτως VLhAld ὠνομάσθη ἀντὶ τοῦ μυσωτόν τι ὄν,</w:t>
      </w:r>
    </w:p>
    <w:p>
      <w:r>
        <w:rPr>
          <w:rFonts w:ascii="Courier New" w:hAnsi="Courier New"/>
          <w:color w:val="555555"/>
          <w:sz w:val="20"/>
        </w:rPr>
        <w:t>[10]</w:t>
      </w:r>
    </w:p>
    <w:p>
      <w:r>
        <w:rPr>
          <w:rFonts w:ascii="Gentium Plus" w:hAnsi="Gentium Plus"/>
          <w:sz w:val="24"/>
        </w:rPr>
        <w:t>παρὰ τὸ μυσάττεσθαι αὐτοῦ τὴν</w:t>
      </w:r>
    </w:p>
    <w:p>
      <w:r>
        <w:rPr>
          <w:rFonts w:ascii="Courier New" w:hAnsi="Courier New"/>
          <w:color w:val="555555"/>
          <w:sz w:val="20"/>
        </w:rPr>
        <w:t>[sch vesp 62,col 2 (9)]</w:t>
      </w:r>
    </w:p>
    <w:p>
      <w:r>
        <w:rPr>
          <w:rFonts w:ascii="Gentium Plus" w:hAnsi="Gentium Plus"/>
          <w:sz w:val="24"/>
        </w:rPr>
        <w:t>ὠνόμασται, ὡς μυσωτόν τι ὄν, ἀπὸ</w:t>
      </w:r>
    </w:p>
    <w:p>
      <w:r>
        <w:rPr>
          <w:rFonts w:ascii="Courier New" w:hAnsi="Courier New"/>
          <w:color w:val="555555"/>
          <w:sz w:val="20"/>
        </w:rPr>
        <w:t>[10]</w:t>
      </w:r>
    </w:p>
    <w:p>
      <w:r>
        <w:rPr>
          <w:rFonts w:ascii="Gentium Plus" w:hAnsi="Gentium Plus"/>
          <w:sz w:val="24"/>
        </w:rPr>
        <w:t>τοῦ μυσάττεσθαι ἡμᾶς τὴν ὀσμὴν</w:t>
      </w:r>
    </w:p>
    <w:p>
      <w:r>
        <w:rPr>
          <w:rFonts w:ascii="Courier New" w:hAnsi="Courier New"/>
          <w:color w:val="555555"/>
          <w:sz w:val="20"/>
        </w:rPr>
        <w:t>[sch vesp 62 (12)]</w:t>
      </w:r>
    </w:p>
    <w:p>
      <w:r>
        <w:rPr>
          <w:rFonts w:ascii="Gentium Plus" w:hAnsi="Gentium Plus"/>
          <w:sz w:val="24"/>
        </w:rPr>
        <w:t>καὶ τροπῇ ἀττικῇ τοῦ ς εἰς ⸢τὸ V τ καὶ πλεονασμῷ ⸢ἑτέρου τ Lh μυττωτός (.) VLhAld, εἴγε καὶ ὁ Καλλίμαχός φησιν· ἵν’ ἐτρίψαντο μυσωτόν.</w:t>
      </w:r>
    </w:p>
    <w:p>
      <w:r>
        <w:rPr>
          <w:rFonts w:ascii="Courier New" w:hAnsi="Courier New"/>
          <w:color w:val="555555"/>
          <w:sz w:val="20"/>
        </w:rPr>
        <w:t>[15]</w:t>
      </w:r>
    </w:p>
    <w:p>
      <w:r>
        <w:rPr>
          <w:rFonts w:ascii="Gentium Plus" w:hAnsi="Gentium Plus"/>
          <w:sz w:val="24"/>
        </w:rPr>
        <w:t>VAld</w:t>
      </w:r>
    </w:p>
    <w:p>
      <w:r>
        <w:rPr>
          <w:rFonts w:ascii="Courier New" w:hAnsi="Courier New"/>
          <w:color w:val="555555"/>
          <w:sz w:val="20"/>
        </w:rPr>
        <w:t>[sch vesp 63]</w:t>
      </w:r>
    </w:p>
    <w:p>
      <w:r>
        <w:rPr>
          <w:rFonts w:ascii="Gentium Plus" w:hAnsi="Gentium Plus"/>
          <w:sz w:val="24"/>
        </w:rPr>
        <w:t>“συγκόψωμεν”· ἀπὸ δὲ τοῦ μυττωτοῦ μετενήνεκται· κυρίως δὲ λέγεται τὸ διὰ σκορόδων τρίμμα. R</w:t>
      </w:r>
    </w:p>
    <w:p>
      <w:r>
        <w:rPr>
          <w:rFonts w:ascii="Courier New" w:hAnsi="Courier New"/>
          <w:color w:val="555555"/>
          <w:sz w:val="20"/>
        </w:rPr>
        <w:t>[sch vesp 64]</w:t>
      </w:r>
    </w:p>
    <w:p>
      <w:r>
        <w:rPr>
          <w:rFonts w:ascii="Gentium Plus" w:hAnsi="Gentium Plus"/>
          <w:sz w:val="24"/>
        </w:rPr>
        <w:t>ἀλλ’ ἔστιν ἡμῖν λογίδιον: ὑπόθεσις ἔχουσα περιπέτειαν· “λογί‐ διον” δὲ εἶπε μετριάζων (.) VLhAld· διὸ ἐπιφέρει “ὑμῶν αὐτῶν οὐχὶ δεξιώ‐ τερον”. VAld</w:t>
      </w:r>
    </w:p>
    <w:p>
      <w:r>
        <w:rPr>
          <w:rFonts w:ascii="Courier New" w:hAnsi="Courier New"/>
          <w:color w:val="555555"/>
          <w:sz w:val="20"/>
        </w:rPr>
        <w:t>[sch vesp 65]</w:t>
      </w:r>
    </w:p>
    <w:p>
      <w:r>
        <w:rPr>
          <w:rFonts w:ascii="Gentium Plus" w:hAnsi="Gentium Plus"/>
          <w:sz w:val="24"/>
        </w:rPr>
        <w:t>ὑμῶν μὲν αὐτῶν] ἀντὶ τοῦ ⸢ἧττον VAld [ἔλαττον Lh] τῆς ὑμῶν σοφίας. VLhAld</w:t>
      </w:r>
    </w:p>
    <w:p>
      <w:r>
        <w:rPr>
          <w:rFonts w:ascii="Courier New" w:hAnsi="Courier New"/>
          <w:color w:val="555555"/>
          <w:sz w:val="20"/>
        </w:rPr>
        <w:t>[sch vesp 66]</w:t>
      </w:r>
    </w:p>
    <w:p>
      <w:r>
        <w:rPr>
          <w:rFonts w:ascii="Gentium Plus" w:hAnsi="Gentium Plus"/>
          <w:sz w:val="24"/>
        </w:rPr>
        <w:t>φορτικῆς: ἀντὶ τοῦ οἰκτρᾶς. VAld τῆς ὑπ’ ἄλλων λεγομένης, ἐν ᾗ φορτικά τινα εἰσάγουσιν. VLhAld</w:t>
      </w:r>
    </w:p>
    <w:p>
      <w:r>
        <w:rPr>
          <w:rFonts w:ascii="Courier New" w:hAnsi="Courier New"/>
          <w:color w:val="555555"/>
          <w:sz w:val="20"/>
        </w:rPr>
        <w:t>[sch vesp 68]</w:t>
      </w:r>
    </w:p>
    <w:p>
      <w:r>
        <w:rPr>
          <w:rFonts w:ascii="Gentium Plus" w:hAnsi="Gentium Plus"/>
          <w:sz w:val="24"/>
        </w:rPr>
        <w:t>ὁ μέγας: οὐ τῇ ἡλικίᾳ, ἀλλὰ τῇ ἐξουσίᾳ καὶ ⸢τῇ VAld σεμνότητι. ⸢τὸ δὲ “ἄνω” VAld δεικτικῶς ⸢φησιν VAld· ἐπὶ ὑπερῴου. VLhAld ὁρᾶται γὰρ ὁ Βδελυκλέων ἐπὶ ὑπερῴου καθήμενος. Ald</w:t>
      </w:r>
    </w:p>
    <w:p>
      <w:r>
        <w:rPr>
          <w:rFonts w:ascii="Courier New" w:hAnsi="Courier New"/>
          <w:color w:val="555555"/>
          <w:sz w:val="20"/>
        </w:rPr>
        <w:t>[sch vesp 69]</w:t>
      </w:r>
    </w:p>
    <w:p>
      <w:r>
        <w:rPr>
          <w:rFonts w:ascii="Gentium Plus" w:hAnsi="Gentium Plus"/>
          <w:sz w:val="24"/>
        </w:rPr>
        <w:t>νῶϊν] συνίζησις. Lh</w:t>
      </w:r>
    </w:p>
    <w:p>
      <w:r>
        <w:rPr>
          <w:rFonts w:ascii="Courier New" w:hAnsi="Courier New"/>
          <w:color w:val="555555"/>
          <w:sz w:val="20"/>
        </w:rPr>
        <w:t>[sch vesp 70]</w:t>
      </w:r>
    </w:p>
    <w:p>
      <w:r>
        <w:rPr>
          <w:rFonts w:ascii="Gentium Plus" w:hAnsi="Gentium Plus"/>
          <w:sz w:val="24"/>
        </w:rPr>
        <w:t>καθεύδειν] γρ. καθείρξας. Vict Vp3</w:t>
      </w:r>
    </w:p>
    <w:p>
      <w:r>
        <w:rPr>
          <w:rFonts w:ascii="Courier New" w:hAnsi="Courier New"/>
          <w:color w:val="555555"/>
          <w:sz w:val="20"/>
        </w:rPr>
        <w:t>[sch vesp 71a]</w:t>
      </w:r>
    </w:p>
    <w:p>
      <w:r>
        <w:rPr>
          <w:rFonts w:ascii="Gentium Plus" w:hAnsi="Gentium Plus"/>
          <w:sz w:val="24"/>
        </w:rPr>
        <w:t>νόσον γὰρ ὁ πατὴρ ἀλ‐ λόκοτον: ξένην καὶ παρηλλαγμένην αὐτῷ, παρόσον ὁ μὲν φιλόδικος, ὁ δὲ</w:t>
      </w:r>
    </w:p>
    <w:p>
      <w:r>
        <w:rPr>
          <w:rFonts w:ascii="Courier New" w:hAnsi="Courier New"/>
          <w:color w:val="555555"/>
          <w:sz w:val="20"/>
        </w:rPr>
        <w:t>[sch vesp 71a,col 2]</w:t>
      </w:r>
    </w:p>
    <w:p>
      <w:r>
        <w:rPr>
          <w:rFonts w:ascii="Gentium Plus" w:hAnsi="Gentium Plus"/>
          <w:sz w:val="24"/>
        </w:rPr>
        <w:t>ἀλλόκοτόν φησι τὴν νόσον αὐτοῦ, ἤγουν ξένην καὶ παρηλλαγμένην, παρόσον ὁ μὲν πατὴρ φιλόδικός ἐστιν, ὁ δὲ υἱὸς μισόδικος καὶ τοῦτο</w:t>
      </w:r>
    </w:p>
    <w:p>
      <w:r>
        <w:rPr>
          <w:rFonts w:ascii="Courier New" w:hAnsi="Courier New"/>
          <w:color w:val="555555"/>
          <w:sz w:val="20"/>
        </w:rPr>
        <w:t>[5]</w:t>
      </w:r>
    </w:p>
    <w:p>
      <w:r>
        <w:rPr>
          <w:rFonts w:ascii="Gentium Plus" w:hAnsi="Gentium Plus"/>
          <w:sz w:val="24"/>
        </w:rPr>
        <w:t>βδελυττόμενος. Lh</w:t>
      </w:r>
    </w:p>
    <w:p>
      <w:r>
        <w:rPr>
          <w:rFonts w:ascii="Courier New" w:hAnsi="Courier New"/>
          <w:color w:val="555555"/>
          <w:sz w:val="20"/>
        </w:rPr>
        <w:t>[sch vesp 71b]</w:t>
      </w:r>
    </w:p>
    <w:p>
      <w:r>
        <w:rPr>
          <w:rFonts w:ascii="Gentium Plus" w:hAnsi="Gentium Plus"/>
          <w:sz w:val="24"/>
        </w:rPr>
        <w:t>ἀλλόκοτον] ξένην καὶ παρηλλαγμένην. Lh</w:t>
      </w:r>
    </w:p>
    <w:p>
      <w:r>
        <w:rPr>
          <w:rFonts w:ascii="Courier New" w:hAnsi="Courier New"/>
          <w:color w:val="555555"/>
          <w:sz w:val="20"/>
        </w:rPr>
        <w:t>[sch vesp 72]</w:t>
      </w:r>
    </w:p>
    <w:p>
      <w:r>
        <w:rPr>
          <w:rFonts w:ascii="Gentium Plus" w:hAnsi="Gentium Plus"/>
          <w:sz w:val="24"/>
        </w:rPr>
        <w:t>ξυμβάλοι] νοήσει. Lh</w:t>
      </w:r>
    </w:p>
    <w:p>
      <w:r>
        <w:rPr>
          <w:rFonts w:ascii="Courier New" w:hAnsi="Courier New"/>
          <w:color w:val="555555"/>
          <w:sz w:val="20"/>
        </w:rPr>
        <w:t>[sch vesp 73]</w:t>
      </w:r>
    </w:p>
    <w:p>
      <w:r>
        <w:rPr>
          <w:rFonts w:ascii="Gentium Plus" w:hAnsi="Gentium Plus"/>
          <w:sz w:val="24"/>
        </w:rPr>
        <w:t>τοπάζετε: ⸢εἰκάζετε, Ald</w:t>
      </w:r>
    </w:p>
    <w:p>
      <w:r>
        <w:rPr>
          <w:rFonts w:ascii="Courier New" w:hAnsi="Courier New"/>
          <w:color w:val="555555"/>
          <w:sz w:val="20"/>
        </w:rPr>
        <w:t>[sch vesp 73,col 2]</w:t>
      </w:r>
    </w:p>
    <w:p>
      <w:r>
        <w:rPr>
          <w:rFonts w:ascii="Gentium Plus" w:hAnsi="Gentium Plus"/>
          <w:sz w:val="24"/>
        </w:rPr>
        <w:t>τοπάζεται] εἰκάζεται, ὑπονοεῖται,</w:t>
      </w:r>
    </w:p>
    <w:p>
      <w:r>
        <w:rPr>
          <w:rFonts w:ascii="Courier New" w:hAnsi="Courier New"/>
          <w:color w:val="555555"/>
          <w:sz w:val="20"/>
        </w:rPr>
        <w:t>[sch vesp 73 (3)]</w:t>
      </w:r>
    </w:p>
    <w:p>
      <w:r>
        <w:rPr>
          <w:rFonts w:ascii="Gentium Plus" w:hAnsi="Gentium Plus"/>
          <w:sz w:val="24"/>
        </w:rPr>
        <w:t>ποίῳ πάθει ἥττηται. LhAld γράφεται δὲ καὶ ἀπροσώπως “τοπάζεται”. Ald</w:t>
      </w:r>
    </w:p>
    <w:p>
      <w:r>
        <w:rPr>
          <w:rFonts w:ascii="Courier New" w:hAnsi="Courier New"/>
          <w:color w:val="555555"/>
          <w:sz w:val="20"/>
        </w:rPr>
        <w:t>[sch vesp 74a]</w:t>
      </w:r>
    </w:p>
    <w:p>
      <w:r>
        <w:rPr>
          <w:rFonts w:ascii="Gentium Plus" w:hAnsi="Gentium Plus"/>
          <w:sz w:val="24"/>
        </w:rPr>
        <w:t>φιλόκυβος οὗτος. τινὲς ἀμοιβαῖα· χαριέστερον δὲ λέγεσθαι αὐτὰ συν‐ εχῶς πρὸς ἑνός. ἄδηλον δέ, εἰ καὶ ἐν Νεφέλαις τούτου μέμνηται. R</w:t>
      </w:r>
    </w:p>
    <w:p>
      <w:r>
        <w:rPr>
          <w:rFonts w:ascii="Courier New" w:hAnsi="Courier New"/>
          <w:color w:val="555555"/>
          <w:sz w:val="20"/>
        </w:rPr>
        <w:t>[sch vesp 74b]</w:t>
      </w:r>
    </w:p>
    <w:p>
      <w:r>
        <w:rPr>
          <w:rFonts w:ascii="Gentium Plus" w:hAnsi="Gentium Plus"/>
          <w:sz w:val="24"/>
        </w:rPr>
        <w:t>Ἀμυνίας μὲν: ὧδε μὲν ὡς φιλόκυβος ⸢ὁ Ἀμυνίας LhAld κωμῳδεῖ‐ ται· ἐν ⸢δὲ Σεριφίοις V* Ald* [ἄλλῳ δὲ Lh] ⸢Κρατίνου V* ὡς ⸢κόλαξ καὶ V ἀλαζὼν καὶ συκοφάντης. VLhAld καὶ κόλαξ. Ald</w:t>
      </w:r>
    </w:p>
    <w:p>
      <w:r>
        <w:rPr>
          <w:rFonts w:ascii="Courier New" w:hAnsi="Courier New"/>
          <w:color w:val="555555"/>
          <w:sz w:val="20"/>
        </w:rPr>
        <w:t>[sch vesp 77a]</w:t>
      </w:r>
    </w:p>
    <w:p>
      <w:r>
        <w:rPr>
          <w:rFonts w:ascii="Gentium Plus" w:hAnsi="Gentium Plus"/>
          <w:sz w:val="24"/>
        </w:rPr>
        <w:t>ἀλλὰ φιλο μέν ἐστι: ⸢ἀντὶ τοῦ εἰπεῖν LhAld ⸢ἀρχὴν τοῦ ὀνόματος VAld [“ἀρχὴ τοῦ ὀνόματος” Lh] φησὶ “τοῦ κακοῦ”. VLhAld τὸ φιλο δὲ εἶπεν, παρόσον Φιλοκλέων ἐκαλεῖτο· πεποιημένον δὲ τοῦτο παρὰ τὸ φιλεῖν τὰς Κλέωνος πράξεις· φιλόδικος δὲ οὗτος καὶ συκοφάντης. VAld</w:t>
      </w:r>
    </w:p>
    <w:p>
      <w:r>
        <w:rPr>
          <w:rFonts w:ascii="Courier New" w:hAnsi="Courier New"/>
          <w:color w:val="555555"/>
          <w:sz w:val="20"/>
        </w:rPr>
        <w:t>[sch vesp 77b]</w:t>
      </w:r>
    </w:p>
    <w:p>
      <w:r>
        <w:rPr>
          <w:rFonts w:ascii="Gentium Plus" w:hAnsi="Gentium Plus"/>
          <w:sz w:val="24"/>
        </w:rPr>
        <w:t>φίλο] φιλόδικος. V</w:t>
      </w:r>
    </w:p>
    <w:p>
      <w:r>
        <w:rPr>
          <w:rFonts w:ascii="Courier New" w:hAnsi="Courier New"/>
          <w:color w:val="555555"/>
          <w:sz w:val="20"/>
        </w:rPr>
        <w:t>[sch vesp 78a]</w:t>
      </w:r>
    </w:p>
    <w:p>
      <w:r>
        <w:rPr>
          <w:rFonts w:ascii="Gentium Plus" w:hAnsi="Gentium Plus"/>
          <w:sz w:val="24"/>
        </w:rPr>
        <w:t>πρὸς Δερκύλον: οὗτος ὡς κάπηλος ἢ ⸢μεθυστής VAld [μέθυσος</w:t>
      </w:r>
    </w:p>
    <w:p>
      <w:r>
        <w:rPr>
          <w:rFonts w:ascii="Courier New" w:hAnsi="Courier New"/>
          <w:color w:val="555555"/>
          <w:sz w:val="20"/>
        </w:rPr>
        <w:t>[sch vesp 78b]</w:t>
      </w:r>
    </w:p>
    <w:p>
      <w:r>
        <w:rPr>
          <w:rFonts w:ascii="Gentium Plus" w:hAnsi="Gentium Plus"/>
          <w:sz w:val="24"/>
        </w:rPr>
        <w:t>⸢ὁ VAld Δερκύλος ὑποκριτὴς κωμικός. RVAld δύο δέ εἰσι Σωσίαι, ὁ μὲν Πυθίδος, ὁ δὲ Παρμένωνος. VAld</w:t>
      </w:r>
    </w:p>
    <w:p>
      <w:r>
        <w:rPr>
          <w:rFonts w:ascii="Courier New" w:hAnsi="Courier New"/>
          <w:color w:val="555555"/>
          <w:sz w:val="20"/>
        </w:rPr>
        <w:t>[sch vesp 80]</w:t>
      </w:r>
    </w:p>
    <w:p>
      <w:r>
        <w:rPr>
          <w:rFonts w:ascii="Gentium Plus" w:hAnsi="Gentium Plus"/>
          <w:sz w:val="24"/>
        </w:rPr>
        <w:t>αὕτη γε χρηστῶν ἀνδρῶν: ὡς μεθυστὴς ὁ οἰκέτης ἐπαινεῖ τὴν μέθην. VLhAld</w:t>
      </w:r>
    </w:p>
    <w:p>
      <w:r>
        <w:rPr>
          <w:rFonts w:ascii="Courier New" w:hAnsi="Courier New"/>
          <w:color w:val="555555"/>
          <w:sz w:val="20"/>
        </w:rPr>
        <w:t>[sch vesp 81]</w:t>
      </w:r>
    </w:p>
    <w:p>
      <w:r>
        <w:rPr>
          <w:rFonts w:ascii="Gentium Plus" w:hAnsi="Gentium Plus"/>
          <w:sz w:val="24"/>
        </w:rPr>
        <w:t>Σκαμβωνίδης: ⸢οὗτος Lh ἀπὸ δήμου τῆς Λεοντίδος φυλῆς ⸢ὁ Σκαμ‐ βωνίδης V. VLhAld ἐπτόητο ⸢δὲ οὗτος V [γὰρ ἀεὶ Lh] περὶ ⸢τὰς V θυσίας καὶ μαντείας VLh</w:t>
      </w:r>
    </w:p>
    <w:p>
      <w:r>
        <w:rPr>
          <w:rFonts w:ascii="Courier New" w:hAnsi="Courier New"/>
          <w:color w:val="555555"/>
          <w:sz w:val="20"/>
        </w:rPr>
        <w:t>[sch vesp 82a]</w:t>
      </w:r>
    </w:p>
    <w:p>
      <w:r>
        <w:rPr>
          <w:rFonts w:ascii="Gentium Plus" w:hAnsi="Gentium Plus"/>
          <w:sz w:val="24"/>
        </w:rPr>
        <w:t>φιλοθύτην αὐτὸν: φιλοθύται εἰσὶν οἱ δεισιδαίμονες, καὶ θύουσιν ἀεὶ τοῖς θεοῖς νομίζοντες ἐκ τούτου ἀβλαβεῖς ἔσεσθαι. Ald</w:t>
      </w:r>
    </w:p>
    <w:p>
      <w:r>
        <w:rPr>
          <w:rFonts w:ascii="Courier New" w:hAnsi="Courier New"/>
          <w:color w:val="555555"/>
          <w:sz w:val="20"/>
        </w:rPr>
        <w:t>[sch vesp 82b]</w:t>
      </w:r>
    </w:p>
    <w:p>
      <w:r>
        <w:rPr>
          <w:rFonts w:ascii="Gentium Plus" w:hAnsi="Gentium Plus"/>
          <w:sz w:val="24"/>
        </w:rPr>
        <w:t>ἢ φιλόξενον: ὁ μὲν πρὸς τὸν ἀγαθὸν τρόπον εἶπε τὸ ⸢φιλόξενος VLh [“φιλόξενον” Ald], ὁ δὲ ὡς κύριον ἥρπασεν· καὶ γὰρ ὁ Φιλόξενος ἐκωμῳδεῖτο ὡς πόρνος. ⸢καὶ Lh Εὔπολις ⸢ἐν Lh Πόλεσιν· ἔστι δέ τις θήλεια Φιλόξενος ἐκ Διομείων.</w:t>
      </w:r>
    </w:p>
    <w:p>
      <w:r>
        <w:rPr>
          <w:rFonts w:ascii="Courier New" w:hAnsi="Courier New"/>
          <w:color w:val="555555"/>
          <w:sz w:val="20"/>
        </w:rPr>
        <w:t>[5]</w:t>
      </w:r>
    </w:p>
    <w:p>
      <w:r>
        <w:rPr>
          <w:rFonts w:ascii="Gentium Plus" w:hAnsi="Gentium Plus"/>
          <w:sz w:val="24"/>
        </w:rPr>
        <w:t>VLhAld καὶ Φρύνιχος Σατύροις ††. VAld</w:t>
      </w:r>
    </w:p>
    <w:p>
      <w:r>
        <w:rPr>
          <w:rFonts w:ascii="Courier New" w:hAnsi="Courier New"/>
          <w:color w:val="555555"/>
          <w:sz w:val="20"/>
        </w:rPr>
        <w:t>[sch vesp 83]</w:t>
      </w:r>
    </w:p>
    <w:p>
      <w:r>
        <w:rPr>
          <w:rFonts w:ascii="Gentium Plus" w:hAnsi="Gentium Plus"/>
          <w:sz w:val="24"/>
        </w:rPr>
        <w:t>μὰ τὸν κύν’ ὦ Νικόστρατε: οὕτως διὰ δεισιδαιμονίαν ὤμνυον. ἢ ⸢τάχα VAld μιμεῖται τοὺς φιλοσόφους εἰς κύνα καὶ χῆνα ὀμνύοντας. VLhAld</w:t>
      </w:r>
    </w:p>
    <w:p>
      <w:r>
        <w:rPr>
          <w:rFonts w:ascii="Courier New" w:hAnsi="Courier New"/>
          <w:color w:val="555555"/>
          <w:sz w:val="20"/>
        </w:rPr>
        <w:t>[sch vesp 85a]</w:t>
      </w:r>
    </w:p>
    <w:p>
      <w:r>
        <w:rPr>
          <w:rFonts w:ascii="Gentium Plus" w:hAnsi="Gentium Plus"/>
          <w:sz w:val="24"/>
        </w:rPr>
        <w:t>ἄλλως φλυαρεῖτ’: ⸢ἀντὶ τοῦ VAld “μάτην φλυαρεῖτ’”. VLhAld εἴρηται δὲ ἀπὸ μεταφορᾶς τῶν λεβή‐ των· ἀπὸ τοῦ φλύειν, ὅ ἐστι καχλά‐ ζειν καὶ ἐκ τούτου τὸν ἀφρὸν ἀπο‐</w:t>
      </w:r>
    </w:p>
    <w:p>
      <w:r>
        <w:rPr>
          <w:rFonts w:ascii="Courier New" w:hAnsi="Courier New"/>
          <w:color w:val="555555"/>
          <w:sz w:val="20"/>
        </w:rPr>
        <w:t>[5]</w:t>
      </w:r>
    </w:p>
    <w:p>
      <w:r>
        <w:rPr>
          <w:rFonts w:ascii="Gentium Plus" w:hAnsi="Gentium Plus"/>
          <w:sz w:val="24"/>
        </w:rPr>
        <w:t>βάλλειν. VAld</w:t>
      </w:r>
    </w:p>
    <w:p>
      <w:r>
        <w:rPr>
          <w:rFonts w:ascii="Courier New" w:hAnsi="Courier New"/>
          <w:color w:val="555555"/>
          <w:sz w:val="20"/>
        </w:rPr>
        <w:t>[sch vesp 85a,col 2 (2)]</w:t>
      </w:r>
    </w:p>
    <w:p>
      <w:r>
        <w:rPr>
          <w:rFonts w:ascii="Gentium Plus" w:hAnsi="Gentium Plus"/>
          <w:sz w:val="24"/>
        </w:rPr>
        <w:t>ἀπὸ μεταφορᾶς τῶν λεβήτων εἴρηται τὸ φλυαρεῖν· φλύειν γὰρ λέγουσι τὸ καχλάζειν ἐκείνους καὶ τὸν ἀφρὸν</w:t>
      </w:r>
    </w:p>
    <w:p>
      <w:r>
        <w:rPr>
          <w:rFonts w:ascii="Courier New" w:hAnsi="Courier New"/>
          <w:color w:val="555555"/>
          <w:sz w:val="20"/>
        </w:rPr>
        <w:t>[5]</w:t>
      </w:r>
    </w:p>
    <w:p>
      <w:r>
        <w:rPr>
          <w:rFonts w:ascii="Gentium Plus" w:hAnsi="Gentium Plus"/>
          <w:sz w:val="24"/>
        </w:rPr>
        <w:t>ἀποβάλλειν. Lh</w:t>
      </w:r>
    </w:p>
    <w:p>
      <w:r>
        <w:rPr>
          <w:rFonts w:ascii="Courier New" w:hAnsi="Courier New"/>
          <w:color w:val="555555"/>
          <w:sz w:val="20"/>
        </w:rPr>
        <w:t>[sch vesp 85a (6)]</w:t>
      </w:r>
    </w:p>
    <w:p>
      <w:r>
        <w:rPr>
          <w:rFonts w:ascii="Gentium Plus" w:hAnsi="Gentium Plus"/>
          <w:sz w:val="24"/>
        </w:rPr>
        <w:t>καὶ Ὅμηρος· τὰ δ’ ἀνέφλυε καλὰ ῥέεθρα. VLhAld</w:t>
      </w:r>
    </w:p>
    <w:p>
      <w:r>
        <w:rPr>
          <w:rFonts w:ascii="Courier New" w:hAnsi="Courier New"/>
          <w:color w:val="555555"/>
          <w:sz w:val="20"/>
        </w:rPr>
        <w:t>[sch vesp 85b]</w:t>
      </w:r>
    </w:p>
    <w:p>
      <w:r>
        <w:rPr>
          <w:rFonts w:ascii="Gentium Plus" w:hAnsi="Gentium Plus"/>
          <w:sz w:val="24"/>
        </w:rPr>
        <w:t>ἐξευρήσετε] πρὸς τοὺς θεατάς. Lh</w:t>
      </w:r>
    </w:p>
    <w:p>
      <w:r>
        <w:rPr>
          <w:rFonts w:ascii="Courier New" w:hAnsi="Courier New"/>
          <w:color w:val="555555"/>
          <w:sz w:val="20"/>
        </w:rPr>
        <w:t>[sch vesp 88a]</w:t>
      </w:r>
    </w:p>
    <w:p>
      <w:r>
        <w:rPr>
          <w:rFonts w:ascii="Gentium Plus" w:hAnsi="Gentium Plus"/>
          <w:sz w:val="24"/>
        </w:rPr>
        <w:t>φιλοδικαστής. ἦσαν δὲ ἡλιασταὶ τὸν ἀριθμὸν φʹ· ἐδίδοτο δὲ αὐτοῖς χρόνον μέν τινα δύο ὀβολοί, ὕστερον δὲ Κλέων στρατηγήσας τριώβολον ἐποίησεν ἀκμάζοντος τοῦ πολέμου τοῦ πρὸς Λακεδαιμονίους. R</w:t>
      </w:r>
    </w:p>
    <w:p>
      <w:r>
        <w:rPr>
          <w:rFonts w:ascii="Courier New" w:hAnsi="Courier New"/>
          <w:color w:val="555555"/>
          <w:sz w:val="20"/>
        </w:rPr>
        <w:t>[sch vesp 88b]</w:t>
      </w:r>
    </w:p>
    <w:p>
      <w:r>
        <w:rPr>
          <w:rFonts w:ascii="Gentium Plus" w:hAnsi="Gentium Plus"/>
          <w:sz w:val="24"/>
        </w:rPr>
        <w:t>φιληλιαστής: ⸢φιληλιαστής ἐστιν, φησίν, Lh ἀντὶ τοῦ φιλόδικος ἀπὸ τοῦ μεγίστου δικαστηρίου, τῆς Ἡλιαίας, ὅπερ οὕτω καλεῖται ⸢, ὡς προ‐ είρηται, Lh διὰ τὸ ἐν ⸢ὑπαιθρίῳ VAld [ὑπαίθρῳ Lh] εἶναι καὶ ἡλίῳ βάλλεσθαι. VLhAld</w:t>
      </w:r>
    </w:p>
    <w:p>
      <w:r>
        <w:rPr>
          <w:rFonts w:ascii="Courier New" w:hAnsi="Courier New"/>
          <w:color w:val="555555"/>
          <w:sz w:val="20"/>
        </w:rPr>
        <w:t>[sch vesp 88c]</w:t>
      </w:r>
    </w:p>
    <w:p>
      <w:r>
        <w:rPr>
          <w:rFonts w:ascii="Gentium Plus" w:hAnsi="Gentium Plus"/>
          <w:sz w:val="24"/>
        </w:rPr>
        <w:t>φιληλιαστής] ἀντὶ τοῦ φιλόδικος. Lh</w:t>
      </w:r>
    </w:p>
    <w:p>
      <w:r>
        <w:rPr>
          <w:rFonts w:ascii="Courier New" w:hAnsi="Courier New"/>
          <w:color w:val="555555"/>
          <w:sz w:val="20"/>
        </w:rPr>
        <w:t>[sch vesp 90a]</w:t>
      </w:r>
    </w:p>
    <w:p>
      <w:r>
        <w:rPr>
          <w:rFonts w:ascii="Gentium Plus" w:hAnsi="Gentium Plus"/>
          <w:sz w:val="24"/>
        </w:rPr>
        <w:t>ἢν μὴ ’πὶ τοῦ πρώτου: ⸢ξύλον, R ὃ ἡμεῖς βάθρον· καὶ ἐν Ἀχαρ‐ νεῦσιν ⸢ἐλθόντες ἀλλήλοισι VAld περὶ πρώτου ξύλου. RVAld</w:t>
      </w:r>
    </w:p>
    <w:p>
      <w:r>
        <w:rPr>
          <w:rFonts w:ascii="Courier New" w:hAnsi="Courier New"/>
          <w:color w:val="555555"/>
          <w:sz w:val="20"/>
        </w:rPr>
        <w:t>[sch vesp 90b]</w:t>
      </w:r>
    </w:p>
    <w:p>
      <w:r>
        <w:rPr>
          <w:rFonts w:ascii="Gentium Plus" w:hAnsi="Gentium Plus"/>
          <w:sz w:val="24"/>
        </w:rPr>
        <w:t>τοῦ πρώτου] ἤγουν τῆς πρώτης καθέδρας. Lh</w:t>
      </w:r>
    </w:p>
    <w:p>
      <w:r>
        <w:rPr>
          <w:rFonts w:ascii="Courier New" w:hAnsi="Courier New"/>
          <w:color w:val="555555"/>
          <w:sz w:val="20"/>
        </w:rPr>
        <w:t>[sch vesp 91a]</w:t>
      </w:r>
    </w:p>
    <w:p>
      <w:r>
        <w:rPr>
          <w:rFonts w:ascii="Gentium Plus" w:hAnsi="Gentium Plus"/>
          <w:sz w:val="24"/>
        </w:rPr>
        <w:t>πασπάλην: τὸ τῆς κέγχρας ἄλευρον· τιθέασι δὲ καὶ ἐπὶ τοῦ τυχόντος. R</w:t>
      </w:r>
    </w:p>
    <w:p>
      <w:r>
        <w:rPr>
          <w:rFonts w:ascii="Courier New" w:hAnsi="Courier New"/>
          <w:color w:val="555555"/>
          <w:sz w:val="20"/>
        </w:rPr>
        <w:t>[sch vesp 91b]</w:t>
      </w:r>
    </w:p>
    <w:p>
      <w:r>
        <w:rPr>
          <w:rFonts w:ascii="Gentium Plus" w:hAnsi="Gentium Plus"/>
          <w:sz w:val="24"/>
        </w:rPr>
        <w:t>πρὸς Λυκόφρονα, ὅτι ἀδιορίστως ⸢ἀποδέδωκεν V [ἀπέδωκεν Ald] ἐλάχιστόν τι. τινὲς δέ φασιν, ὅτι μαγνῆτιν ⸢κέγχρον V [πέτρον Ald] πασπάλην φασίν. VAld</w:t>
      </w:r>
    </w:p>
    <w:p>
      <w:r>
        <w:rPr>
          <w:rFonts w:ascii="Courier New" w:hAnsi="Courier New"/>
          <w:color w:val="555555"/>
          <w:sz w:val="20"/>
        </w:rPr>
        <w:t>[sch vesp 91c]</w:t>
      </w:r>
    </w:p>
    <w:p>
      <w:r>
        <w:rPr>
          <w:rFonts w:ascii="Gentium Plus" w:hAnsi="Gentium Plus"/>
          <w:sz w:val="24"/>
        </w:rPr>
        <w:t>οὐδὲ πασπάλην: ἀντὶ τοῦ οὐδὲ βραχύ. LhAld ἔστι δὲ τὸ λεπτότατον</w:t>
      </w:r>
    </w:p>
    <w:p>
      <w:r>
        <w:rPr>
          <w:rFonts w:ascii="Courier New" w:hAnsi="Courier New"/>
          <w:color w:val="555555"/>
          <w:sz w:val="20"/>
        </w:rPr>
        <w:t>[sch vesp 92a]</w:t>
      </w:r>
    </w:p>
    <w:p>
      <w:r>
        <w:rPr>
          <w:rFonts w:ascii="Gentium Plus" w:hAnsi="Gentium Plus"/>
          <w:sz w:val="24"/>
        </w:rPr>
        <w:t>κἂν ἄχνην: ⸢ἄχνη ἐστὶ Lh τὸ λεπτομερὲς τοῦ στάχυος· καὶ Ὅμηρος ὡς δ’ ἄνεμος ἄχνας φορέει ἱερὰς κατ’ ἀλωάς. LhAld οἱ δὲ καὶ τὸ λεπτότατον τοῦ ἀλεύρου ἄχνην λέγουσιν. Lh</w:t>
      </w:r>
    </w:p>
    <w:p>
      <w:r>
        <w:rPr>
          <w:rFonts w:ascii="Courier New" w:hAnsi="Courier New"/>
          <w:color w:val="555555"/>
          <w:sz w:val="20"/>
        </w:rPr>
        <w:t>[sch vesp 92b]</w:t>
      </w:r>
    </w:p>
    <w:p>
      <w:r>
        <w:rPr>
          <w:rFonts w:ascii="Gentium Plus" w:hAnsi="Gentium Plus"/>
          <w:sz w:val="24"/>
        </w:rPr>
        <w:t>ἄχνην] ἤγουν λεπτόν τι καὶ βραχύ. Lh</w:t>
      </w:r>
    </w:p>
    <w:p>
      <w:r>
        <w:rPr>
          <w:rFonts w:ascii="Courier New" w:hAnsi="Courier New"/>
          <w:color w:val="555555"/>
          <w:sz w:val="20"/>
        </w:rPr>
        <w:t>[sch vesp 93a]</w:t>
      </w:r>
    </w:p>
    <w:p>
      <w:r>
        <w:rPr>
          <w:rFonts w:ascii="Gentium Plus" w:hAnsi="Gentium Plus"/>
          <w:sz w:val="24"/>
        </w:rPr>
        <w:t>περὶ τὴν κλεψύδραν: ἀντὶ τοῦ περὶ τὸ δικαστήριον· κλεψύδρα γὰρ ἀγγεῖον τετρημένον, ἐν ᾧ ὕδωρ ἔβαλλον καὶ εἴων ῥεῖν ἄχρι ⸢τινὸς V [τῆς Ald] ὀπῆς, καὶ οὕτως ἔπαυον τὸν ῥήτορα. τοῦτο δὲ ἐποίουν διὰ τὸ φλυαρεῖν τὸν λέγοντα καὶ ἐμποδίζειν ἄλλοις θέλουσι λέγειν, ἵνα τὰ σπουδαῖα ⸢λέγων V</w:t>
      </w:r>
    </w:p>
    <w:p>
      <w:r>
        <w:rPr>
          <w:rFonts w:ascii="Courier New" w:hAnsi="Courier New"/>
          <w:color w:val="555555"/>
          <w:sz w:val="20"/>
        </w:rPr>
        <w:t>[5]</w:t>
      </w:r>
    </w:p>
    <w:p>
      <w:r>
        <w:rPr>
          <w:rFonts w:ascii="Gentium Plus" w:hAnsi="Gentium Plus"/>
          <w:sz w:val="24"/>
        </w:rPr>
        <w:t>[λέξας Ald] ἐξέλθῃ. VAld</w:t>
      </w:r>
    </w:p>
    <w:p>
      <w:r>
        <w:rPr>
          <w:rFonts w:ascii="Courier New" w:hAnsi="Courier New"/>
          <w:color w:val="555555"/>
          <w:sz w:val="20"/>
        </w:rPr>
        <w:t>[sch vesp 93b]</w:t>
      </w:r>
    </w:p>
    <w:p>
      <w:r>
        <w:rPr>
          <w:rFonts w:ascii="Gentium Plus" w:hAnsi="Gentium Plus"/>
          <w:sz w:val="24"/>
        </w:rPr>
        <w:t>ὅπως κλεψύδρα τὸ δικαστήριον ὠνόμασται, εἴρηται ἐν τῷ δράματι τῶν Ἀχαρνέων· ὅτι ἀγγεῖόν τι ἐτίθετο ἐν τῷ δικαστηρίῳ πεπληρωμένον ὕδατος ὀπὴν ἔχον περὶ τὸν πυθμένα, ἐξ ἧς εἴων ῥεῖν τὸ ὕδωρ, ὅτε παρέστη ῥήτωρ τις λέγειν. ῥύσαντος δὲ ὅλου τοῦ ὕδατος ἀπέπαυον τὸν ῥήτορα φιλοτιμούμενον πλείω</w:t>
      </w:r>
    </w:p>
    <w:p>
      <w:r>
        <w:rPr>
          <w:rFonts w:ascii="Courier New" w:hAnsi="Courier New"/>
          <w:color w:val="555555"/>
          <w:sz w:val="20"/>
        </w:rPr>
        <w:t>[5]</w:t>
      </w:r>
    </w:p>
    <w:p>
      <w:r>
        <w:rPr>
          <w:rFonts w:ascii="Gentium Plus" w:hAnsi="Gentium Plus"/>
          <w:sz w:val="24"/>
        </w:rPr>
        <w:t>λέγειν· τοῦτο δὲ ἐποίουν διὰ τὸ φιλοτιμεῖσθαι πολλάκις τοὺς ῥήτορας περιττο‐ λογεῖν καὶ ἐμποδίζειν ἄλλοις θέλουσι λέγειν, ὡς ἂν τὰ σπουδαῖα λέγοντες ἐξέλθοιεν, μέχρις ἂν καὶ τὸ ὕδωρ ἐκχυθῇ. ἐκ τούτου οὖν κλεψύδρα τὸ δικαστή‐ ριον εἴρηται. Lh</w:t>
      </w:r>
    </w:p>
    <w:p>
      <w:r>
        <w:rPr>
          <w:rFonts w:ascii="Courier New" w:hAnsi="Courier New"/>
          <w:color w:val="555555"/>
          <w:sz w:val="20"/>
        </w:rPr>
        <w:t>[sch vesp 93c]</w:t>
      </w:r>
    </w:p>
    <w:p>
      <w:r>
        <w:rPr>
          <w:rFonts w:ascii="Gentium Plus" w:hAnsi="Gentium Plus"/>
          <w:sz w:val="24"/>
        </w:rPr>
        <w:t>περὶ τὴν κλεψύδραν] περὶ τὸ δικαστήριον. Lh</w:t>
      </w:r>
    </w:p>
    <w:p>
      <w:r>
        <w:rPr>
          <w:rFonts w:ascii="Courier New" w:hAnsi="Courier New"/>
          <w:color w:val="555555"/>
          <w:sz w:val="20"/>
        </w:rPr>
        <w:t>[sch vesp 95]</w:t>
      </w:r>
    </w:p>
    <w:p>
      <w:r>
        <w:rPr>
          <w:rFonts w:ascii="Gentium Plus" w:hAnsi="Gentium Plus"/>
          <w:sz w:val="24"/>
        </w:rPr>
        <w:t>τοὺς τρεῖς ξυνέχων: ⸢τούτοις VAld [οὕτω Lh] γὰρ κατέχουσι τὰς ψήφους οἱ δικασταί(αὶ) ⸢τοῖς τρισὶ δακτύλοις Lh· τῷ μεγάλῳ (,) ⸢καὶ VAld τῷ ⸢λιχανῷ VAld [λειχανῷ Lh] καὶ τῷ μέσῳ. VLhAld</w:t>
      </w:r>
    </w:p>
    <w:p>
      <w:r>
        <w:rPr>
          <w:rFonts w:ascii="Courier New" w:hAnsi="Courier New"/>
          <w:color w:val="555555"/>
          <w:sz w:val="20"/>
        </w:rPr>
        <w:t>[sch vesp 96]</w:t>
      </w:r>
    </w:p>
    <w:p>
      <w:r>
        <w:rPr>
          <w:rFonts w:ascii="Gentium Plus" w:hAnsi="Gentium Plus"/>
          <w:sz w:val="24"/>
        </w:rPr>
        <w:t>νουμηνίᾳ: κατὰ νουμηνίαν γὰρ ἔθος εἶχον ⸢λιβανωτοὺς VAld [λιβα‐</w:t>
      </w:r>
    </w:p>
    <w:p>
      <w:r>
        <w:rPr>
          <w:rFonts w:ascii="Courier New" w:hAnsi="Courier New"/>
          <w:color w:val="555555"/>
          <w:sz w:val="20"/>
        </w:rPr>
        <w:t>[sch vesp 98a]</w:t>
      </w:r>
    </w:p>
    <w:p>
      <w:r>
        <w:rPr>
          <w:rFonts w:ascii="Gentium Plus" w:hAnsi="Gentium Plus"/>
          <w:sz w:val="24"/>
        </w:rPr>
        <w:t>τὸν Πυριλάμπους: μέμνηται τούτου καὶ Εὔπολις ἐν Πόλεσιν καὶ τῷ Πυριλάμπους ἆρα Δήμῳ κυψέλη ἔνεστιν. ἦν δὲ καὶ εὔμορφος ὁ Δῆμος. ἐπέγραφον δὲ οἱ Ἀθηναῖοι τὰ τῶν καλῶν ὀνόματα</w:t>
      </w:r>
    </w:p>
    <w:p>
      <w:r>
        <w:rPr>
          <w:rFonts w:ascii="Courier New" w:hAnsi="Courier New"/>
          <w:color w:val="555555"/>
          <w:sz w:val="20"/>
        </w:rPr>
        <w:t>[5]</w:t>
      </w:r>
    </w:p>
    <w:p>
      <w:r>
        <w:rPr>
          <w:rFonts w:ascii="Gentium Plus" w:hAnsi="Gentium Plus"/>
          <w:sz w:val="24"/>
        </w:rPr>
        <w:t>οὕτως· “ὁ δεῖνα καλός”. VAld ἔγραφον δὲ καὶ ἐν τοίχοις καὶ ἐν θύραις καὶ ὅπου τύχῃ. Ald (99) καὶ οὗτος, φησίν, ὡς ⸢ἐρωμένου ἑαυτοῦ V [ἐρῶν Ald] τοῦ κημοῦ ⸢ἔγραφε V [ἔγραψε Ald] “Κημὸς καλός”. VAld</w:t>
      </w:r>
    </w:p>
    <w:p>
      <w:r>
        <w:rPr>
          <w:rFonts w:ascii="Courier New" w:hAnsi="Courier New"/>
          <w:color w:val="555555"/>
          <w:sz w:val="20"/>
        </w:rPr>
        <w:t>[sch vesp 98b]</w:t>
      </w:r>
    </w:p>
    <w:p>
      <w:r>
        <w:rPr>
          <w:rFonts w:ascii="Gentium Plus" w:hAnsi="Gentium Plus"/>
          <w:sz w:val="24"/>
        </w:rPr>
        <w:t>Δῆμον καλόν] ὅτι εὔμορφος ἦν ὁ Δῆμος. Lh</w:t>
      </w:r>
    </w:p>
    <w:p>
      <w:r>
        <w:rPr>
          <w:rFonts w:ascii="Courier New" w:hAnsi="Courier New"/>
          <w:color w:val="555555"/>
          <w:sz w:val="20"/>
        </w:rPr>
        <w:t>[sch vesp 99a]</w:t>
      </w:r>
    </w:p>
    <w:p>
      <w:r>
        <w:rPr>
          <w:rFonts w:ascii="Gentium Plus" w:hAnsi="Gentium Plus"/>
          <w:sz w:val="24"/>
        </w:rPr>
        <w:t>κημός ἐστι πλέγμα τι, δι’ οὗ τὴν δικαστικὴν ψῆφον καθίεσαν. (98) Πυριλάμπους δὲ υἱὸς ἦν Δῆμος ὄνομα, τὴν ὥραν κάλλιστος. ἔθος δὲ ἦν τοῖς ἐρασταῖς ἐπιγράφειν παντάχου τὸ τῶν παιδικῶν ὄνομα. R</w:t>
      </w:r>
    </w:p>
    <w:p>
      <w:r>
        <w:rPr>
          <w:rFonts w:ascii="Courier New" w:hAnsi="Courier New"/>
          <w:color w:val="555555"/>
          <w:sz w:val="20"/>
        </w:rPr>
        <w:t>[sch vesp 99b]</w:t>
      </w:r>
    </w:p>
    <w:p>
      <w:r>
        <w:rPr>
          <w:rFonts w:ascii="Gentium Plus" w:hAnsi="Gentium Plus"/>
          <w:sz w:val="24"/>
        </w:rPr>
        <w:t>Κημὸς καλός: κημὸς καλεῖται τὸ τοῖς καδίσκοις ἐπιτιθέμενον, δι’ οὗ τὰς ψήφους καθίεσαν, ἵνα μὴ [ὀλισθάνωσιν V [ὀλισθαίνωσιν Ald]. ἔστι δὲ πλέγμα τι δικτυῶδες καὶ ἠθμῶδες ἄνωθεν πλατύ, κάτωθεν στενόν. VAld</w:t>
      </w:r>
    </w:p>
    <w:p>
      <w:r>
        <w:rPr>
          <w:rFonts w:ascii="Courier New" w:hAnsi="Courier New"/>
          <w:color w:val="555555"/>
          <w:sz w:val="20"/>
        </w:rPr>
        <w:t>[sch vesp 99c]</w:t>
      </w:r>
    </w:p>
    <w:p>
      <w:r>
        <w:rPr>
          <w:rFonts w:ascii="Gentium Plus" w:hAnsi="Gentium Plus"/>
          <w:sz w:val="24"/>
        </w:rPr>
        <w:t>πλησίον ... καλός] πλέγμα τι ὁ κημὸς ἐπικείμενον τῷ κάδῳ, δι’ οὗ τὰς ψήφους καθίεσαν. Lh</w:t>
      </w:r>
    </w:p>
    <w:p>
      <w:r>
        <w:rPr>
          <w:rFonts w:ascii="Courier New" w:hAnsi="Courier New"/>
          <w:color w:val="555555"/>
          <w:sz w:val="20"/>
        </w:rPr>
        <w:t>[sch vesp 99d]</w:t>
      </w:r>
    </w:p>
    <w:p>
      <w:r>
        <w:rPr>
          <w:rFonts w:ascii="Gentium Plus" w:hAnsi="Gentium Plus"/>
          <w:sz w:val="24"/>
        </w:rPr>
        <w:t>ἔθος ἦν, ὡς καὶ ἐν Ἀχαρνεῦσιν εἴρηται, γράφειν τοὺς ἐραστὰς τὰ τῶν ἐρωμένων ὀνόματα ἐν τοίχοις τε καὶ ἐν δένδροις καὶ φύλλοις δένδρων καὶ ἔνθα ἂν τύχοι, ὡς ἂν ψυχαγωγοῖεν τὸν ἔρωτα. ἔγραφον δὲ οὕτως· “ὁ δεῖνα καλός”· καὶ οὕτω φησίν· ὡς ἐρῶν τοῦ κημοῦ ἰὼν παρέγραφε “Κημὸς καλός”. περὶ δὲ</w:t>
      </w:r>
    </w:p>
    <w:p>
      <w:r>
        <w:rPr>
          <w:rFonts w:ascii="Courier New" w:hAnsi="Courier New"/>
          <w:color w:val="555555"/>
          <w:sz w:val="20"/>
        </w:rPr>
        <w:t>[5]</w:t>
      </w:r>
    </w:p>
    <w:p>
      <w:r>
        <w:rPr>
          <w:rFonts w:ascii="Gentium Plus" w:hAnsi="Gentium Plus"/>
          <w:sz w:val="24"/>
        </w:rPr>
        <w:t>τοῦ κημοῦ εἴρηται ἐν Ἱππέων δράματι. Lh</w:t>
      </w:r>
    </w:p>
    <w:p>
      <w:r>
        <w:rPr>
          <w:rFonts w:ascii="Courier New" w:hAnsi="Courier New"/>
          <w:color w:val="555555"/>
          <w:sz w:val="20"/>
        </w:rPr>
        <w:t>[sch vesp 101]</w:t>
      </w:r>
    </w:p>
    <w:p>
      <w:r>
        <w:rPr>
          <w:rFonts w:ascii="Gentium Plus" w:hAnsi="Gentium Plus"/>
          <w:sz w:val="24"/>
        </w:rPr>
        <w:t>ὄψ’ ἐξήγειρεν: ἐν ὑπερβολῇ τοῦτο. VAld ἐμέμφετο ⸢γὰρ VAld τῷ ⸢ἀλέκτορι VAld [ἀλεκτρυόνι Lh], φησίν, καὶ ταῦτα ἑσπέρας ⸢κράζοντι VAld [κράζοντος Lh], ⸢ὡς VLh [ὅτι Ald] βραδέως αὐτὸν ἐγείρει. VLhAld</w:t>
      </w:r>
    </w:p>
    <w:p>
      <w:r>
        <w:rPr>
          <w:rFonts w:ascii="Courier New" w:hAnsi="Courier New"/>
          <w:color w:val="555555"/>
          <w:sz w:val="20"/>
        </w:rPr>
        <w:t>[sch vesp 102]</w:t>
      </w:r>
    </w:p>
    <w:p>
      <w:r>
        <w:rPr>
          <w:rFonts w:ascii="Gentium Plus" w:hAnsi="Gentium Plus"/>
          <w:sz w:val="24"/>
        </w:rPr>
        <w:t>ὑπευθύνων] τῶν δικαζομένων. VVictLh</w:t>
      </w:r>
    </w:p>
    <w:p>
      <w:r>
        <w:rPr>
          <w:rFonts w:ascii="Courier New" w:hAnsi="Courier New"/>
          <w:color w:val="555555"/>
          <w:sz w:val="20"/>
        </w:rPr>
        <w:t>[sch vesp 103a]</w:t>
      </w:r>
    </w:p>
    <w:p>
      <w:r>
        <w:rPr>
          <w:rFonts w:ascii="Gentium Plus" w:hAnsi="Gentium Plus"/>
          <w:sz w:val="24"/>
        </w:rPr>
        <w:t>διὰ τὸ φιλοδικαστὴς εἶναι οὐ καθεύδει, φησίν, ἐν τῷ οἴκῳ αὐτοῦ μετὰ τὸ δειπνῆσαι, ἀλλ’ εὐθὺς ἀναστὰς ἀπὸ τῆς τραπέζης καὶ ζητήσας τὰς ἐμβάδας καὶ ὑποδησάμενος ἀπέρχεται ἐν τῷ δικαστηρίῳ καὶ καθεύδει. LhAld</w:t>
      </w:r>
    </w:p>
    <w:p>
      <w:r>
        <w:rPr>
          <w:rFonts w:ascii="Courier New" w:hAnsi="Courier New"/>
          <w:color w:val="555555"/>
          <w:sz w:val="20"/>
        </w:rPr>
        <w:t>[sch vesp 103b]</w:t>
      </w:r>
    </w:p>
    <w:p>
      <w:r>
        <w:rPr>
          <w:rFonts w:ascii="Gentium Plus" w:hAnsi="Gentium Plus"/>
          <w:sz w:val="24"/>
        </w:rPr>
        <w:t>ἀπὸ δορπηστοῦ: Λυκόφρων· ἀπὸ ἀρίστου, οἱ δὲ ἄλλοι πάντες δόρπα τὰ δεῖπνα. VAld</w:t>
      </w:r>
    </w:p>
    <w:p>
      <w:r>
        <w:rPr>
          <w:rFonts w:ascii="Courier New" w:hAnsi="Courier New"/>
          <w:color w:val="555555"/>
          <w:sz w:val="20"/>
        </w:rPr>
        <w:t>[sch vesp 103c]</w:t>
      </w:r>
    </w:p>
    <w:p>
      <w:r>
        <w:rPr>
          <w:rFonts w:ascii="Gentium Plus" w:hAnsi="Gentium Plus"/>
          <w:sz w:val="24"/>
        </w:rPr>
        <w:t>δορπηστοῦ] ἀπὸ ⸢τοῦ Lh δείπνου. VLh</w:t>
      </w:r>
    </w:p>
    <w:p>
      <w:r>
        <w:rPr>
          <w:rFonts w:ascii="Courier New" w:hAnsi="Courier New"/>
          <w:color w:val="555555"/>
          <w:sz w:val="20"/>
        </w:rPr>
        <w:t>[sch vesp 103d]</w:t>
      </w:r>
    </w:p>
    <w:p>
      <w:r>
        <w:rPr>
          <w:rFonts w:ascii="Gentium Plus" w:hAnsi="Gentium Plus"/>
          <w:sz w:val="24"/>
        </w:rPr>
        <w:t>κέκραγεν] ἤγουν ζητεῖ. Lh</w:t>
      </w:r>
    </w:p>
    <w:p>
      <w:r>
        <w:rPr>
          <w:rFonts w:ascii="Courier New" w:hAnsi="Courier New"/>
          <w:color w:val="555555"/>
          <w:sz w:val="20"/>
        </w:rPr>
        <w:t>[sch vesp 103e]</w:t>
      </w:r>
    </w:p>
    <w:p>
      <w:r>
        <w:rPr>
          <w:rFonts w:ascii="Gentium Plus" w:hAnsi="Gentium Plus"/>
          <w:sz w:val="24"/>
        </w:rPr>
        <w:t>ἐμβάδας: εἶδος ὑποδήματος. VLhAld</w:t>
      </w:r>
    </w:p>
    <w:p>
      <w:r>
        <w:rPr>
          <w:rFonts w:ascii="Courier New" w:hAnsi="Courier New"/>
          <w:color w:val="555555"/>
          <w:sz w:val="20"/>
        </w:rPr>
        <w:t>[sch vesp 104a]</w:t>
      </w:r>
    </w:p>
    <w:p>
      <w:r>
        <w:rPr>
          <w:rFonts w:ascii="Gentium Plus" w:hAnsi="Gentium Plus"/>
          <w:sz w:val="24"/>
        </w:rPr>
        <w:t>ἐκεῖς’] ἐν τῷ δικαστηρίῳ. VLh</w:t>
      </w:r>
    </w:p>
    <w:p>
      <w:r>
        <w:rPr>
          <w:rFonts w:ascii="Courier New" w:hAnsi="Courier New"/>
          <w:color w:val="555555"/>
          <w:sz w:val="20"/>
        </w:rPr>
        <w:t>[sch vesp 104b]</w:t>
      </w:r>
    </w:p>
    <w:p>
      <w:r>
        <w:rPr>
          <w:rFonts w:ascii="Gentium Plus" w:hAnsi="Gentium Plus"/>
          <w:sz w:val="24"/>
        </w:rPr>
        <w:t>προκαθεύδει] προκαθίζων ὑπνώττει. Lh</w:t>
      </w:r>
    </w:p>
    <w:p>
      <w:r>
        <w:rPr>
          <w:rFonts w:ascii="Courier New" w:hAnsi="Courier New"/>
          <w:color w:val="555555"/>
          <w:sz w:val="20"/>
        </w:rPr>
        <w:t>[sch vesp 104c]</w:t>
      </w:r>
    </w:p>
    <w:p>
      <w:r>
        <w:rPr>
          <w:rFonts w:ascii="Gentium Plus" w:hAnsi="Gentium Plus"/>
          <w:sz w:val="24"/>
        </w:rPr>
        <w:t>πρωῒ πάνυ: ἀντὶ τοῦ πρὸ ⸢τοῦ VAld δέοντος καιροῦ (.) VLhAld ἀπιὼν ἀπονυστάζει ἐπιπίπτων τῷ κίονι. VAld</w:t>
      </w:r>
    </w:p>
    <w:p>
      <w:r>
        <w:rPr>
          <w:rFonts w:ascii="Courier New" w:hAnsi="Courier New"/>
          <w:color w:val="555555"/>
          <w:sz w:val="20"/>
        </w:rPr>
        <w:t>[sch vesp 104d]</w:t>
      </w:r>
    </w:p>
    <w:p>
      <w:r>
        <w:rPr>
          <w:rFonts w:ascii="Gentium Plus" w:hAnsi="Gentium Plus"/>
          <w:sz w:val="24"/>
        </w:rPr>
        <w:t>πρῶϊ] συνίζησις. Lh</w:t>
      </w:r>
    </w:p>
    <w:p>
      <w:r>
        <w:rPr>
          <w:rFonts w:ascii="Courier New" w:hAnsi="Courier New"/>
          <w:color w:val="555555"/>
          <w:sz w:val="20"/>
        </w:rPr>
        <w:t>[sch vesp 105]</w:t>
      </w:r>
    </w:p>
    <w:p>
      <w:r>
        <w:rPr>
          <w:rFonts w:ascii="Gentium Plus" w:hAnsi="Gentium Plus"/>
          <w:sz w:val="24"/>
        </w:rPr>
        <w:t>κογχύλιόν τι ταῖς πέτραις προσπηγνύμενον. VLhAld</w:t>
      </w:r>
    </w:p>
    <w:p>
      <w:r>
        <w:rPr>
          <w:rFonts w:ascii="Courier New" w:hAnsi="Courier New"/>
          <w:color w:val="555555"/>
          <w:sz w:val="20"/>
        </w:rPr>
        <w:t>[sch vesp 106a]</w:t>
      </w:r>
    </w:p>
    <w:p>
      <w:r>
        <w:rPr>
          <w:rFonts w:ascii="Gentium Plus" w:hAnsi="Gentium Plus"/>
          <w:sz w:val="24"/>
        </w:rPr>
        <w:t>εἰώθασιν οἱ καταδικάζοντες ἐν τῷ γραμματιδίῳ μακρὰν γραμμὴν ἕλκειν. R</w:t>
      </w:r>
    </w:p>
    <w:p>
      <w:r>
        <w:rPr>
          <w:rFonts w:ascii="Courier New" w:hAnsi="Courier New"/>
          <w:color w:val="555555"/>
          <w:sz w:val="20"/>
        </w:rPr>
        <w:t>[sch vesp 106b]</w:t>
      </w:r>
    </w:p>
    <w:p>
      <w:r>
        <w:rPr>
          <w:rFonts w:ascii="Gentium Plus" w:hAnsi="Gentium Plus"/>
          <w:sz w:val="24"/>
        </w:rPr>
        <w:t>τιμῶν τὴν μακρὰν: προείρηται ὑπὲρ τοῦ τοὺς δικαστὰς ἐν πινακίῳ VAld ⸢ἤτοι ἐπὶ σανίδος κηρῷ ἀληλιμμένης Ald, ὁπότε καταλαμβάνοιέν ⸢ποτέ V τινα τῷ τολμήματι, ἕλκειν μακρὰν γραμμήν, ὁπότε δὲ ἀπολύοιεν, βραχεῖαν· καὶ ἑξῆς</w:t>
      </w:r>
    </w:p>
    <w:p>
      <w:r>
        <w:rPr>
          <w:rFonts w:ascii="Courier New" w:hAnsi="Courier New"/>
          <w:color w:val="555555"/>
          <w:sz w:val="20"/>
        </w:rPr>
        <w:t>[5]</w:t>
      </w:r>
    </w:p>
    <w:p>
      <w:r>
        <w:rPr>
          <w:rFonts w:ascii="Gentium Plus" w:hAnsi="Gentium Plus"/>
          <w:sz w:val="24"/>
        </w:rPr>
        <w:t>δότε μοι ξίφος ὅπως τάχιστ’ ἢ πινάκιον τιμητικόν. τοῦτο δὲ ἐποίουν μετὰ τὸ ἀποβλέψαι εἰς τὰς ψήφους τὰς ἐν τῇ κάλπιδι· εἰ γὰρ ἑώρων τὰς μελαίνας πλείους, ἐχάραττον τῷ ὄνυχι τὴν μακράν, εἰ δὲ τὰς λευκάς,</w:t>
      </w:r>
    </w:p>
    <w:p>
      <w:r>
        <w:rPr>
          <w:rFonts w:ascii="Courier New" w:hAnsi="Courier New"/>
          <w:color w:val="555555"/>
          <w:sz w:val="20"/>
        </w:rPr>
        <w:t>[sch vesp 106c]</w:t>
      </w:r>
    </w:p>
    <w:p>
      <w:r>
        <w:rPr>
          <w:rFonts w:ascii="Gentium Plus" w:hAnsi="Gentium Plus"/>
          <w:sz w:val="24"/>
        </w:rPr>
        <w:t>τῶν ψήφων, ἃς καθίεσαν οἱ δικασταὶ ἐν τοῖς κημοῖς, αἱ μὲν ἦσαν λευκαί, αἱ δὲ μέλαιναι. ἑώρων οὖν οἱ δικασταὶ καί, εἴπερ πλείους ἦσαν αἱ μέλαιναι, ἐχάραττον τῷ ὄνυχι μακρὰν γραμμὴν ἐπὶ σανίδος κειμένης καὶ ἀλη‐ λιμένης ἐν κηρῷ, εἰ δὲ αἱ λευκαί, μικράν. ὅτε μὲν οὖν αἱ ψῆφοι ἴσαι ἐγένοντο,</w:t>
      </w:r>
    </w:p>
    <w:p>
      <w:r>
        <w:rPr>
          <w:rFonts w:ascii="Courier New" w:hAnsi="Courier New"/>
          <w:color w:val="555555"/>
          <w:sz w:val="20"/>
        </w:rPr>
        <w:t>[5]</w:t>
      </w:r>
    </w:p>
    <w:p>
      <w:r>
        <w:rPr>
          <w:rFonts w:ascii="Gentium Plus" w:hAnsi="Gentium Plus"/>
          <w:sz w:val="24"/>
        </w:rPr>
        <w:t>ἀπελύετο ὁ φεύγων, εἰ καὶ ἐν Βατράχοις φησίν· “ὡς ἀπολεῖται, / κἂν ἴσαι γένωνται.” lt ὅτε δὲ πλείους ἦσαν αἱ λευκαί, ὁ διώκων ἐνίκα, ὁ φεύγων ⸢δέ, κἂν lt [δ’, ἢν Ald] πλείους ⸢, κἂν ἐλάττους ἦσαν lt αἱ μέλαιναι, κατεκρίνετο. ltAld</w:t>
      </w:r>
    </w:p>
    <w:p>
      <w:r>
        <w:rPr>
          <w:rFonts w:ascii="Courier New" w:hAnsi="Courier New"/>
          <w:color w:val="555555"/>
          <w:sz w:val="20"/>
        </w:rPr>
        <w:t>[sch vesp 107a]</w:t>
      </w:r>
    </w:p>
    <w:p>
      <w:r>
        <w:rPr>
          <w:rFonts w:ascii="Gentium Plus" w:hAnsi="Gentium Plus"/>
          <w:sz w:val="24"/>
        </w:rPr>
        <w:t>ποιοῦσιν οἱ βομβύλιοι κηρία. R</w:t>
      </w:r>
    </w:p>
    <w:p>
      <w:r>
        <w:rPr>
          <w:rFonts w:ascii="Courier New" w:hAnsi="Courier New"/>
          <w:color w:val="555555"/>
          <w:sz w:val="20"/>
        </w:rPr>
        <w:t>[sch vesp 107b]</w:t>
      </w:r>
    </w:p>
    <w:p>
      <w:r>
        <w:rPr>
          <w:rFonts w:ascii="Gentium Plus" w:hAnsi="Gentium Plus"/>
          <w:sz w:val="24"/>
        </w:rPr>
        <w:t>βομβύλιος: ζῷον μελίττῃ ὅμοιον ⸢· καὶ ὅτι VAld κηρὸν ⸢καὶ αὐτὸ Lh ⸢ποιεῖ VAld [ποιοῦν Lh]. VLhAld</w:t>
      </w:r>
    </w:p>
    <w:p>
      <w:r>
        <w:rPr>
          <w:rFonts w:ascii="Courier New" w:hAnsi="Courier New"/>
          <w:color w:val="555555"/>
          <w:sz w:val="20"/>
        </w:rPr>
        <w:t>[sch vesp 108a]</w:t>
      </w:r>
    </w:p>
    <w:p>
      <w:r>
        <w:rPr>
          <w:rFonts w:ascii="Gentium Plus" w:hAnsi="Gentium Plus"/>
          <w:sz w:val="24"/>
        </w:rPr>
        <w:t>ὑποπεπλασμένος: πεπληρωμένος τοὺς ὄνυχας κηροῦ ὑπὸ τῶν χαραγμάτων. VLhAld</w:t>
      </w:r>
    </w:p>
    <w:p>
      <w:r>
        <w:rPr>
          <w:rFonts w:ascii="Courier New" w:hAnsi="Courier New"/>
          <w:color w:val="555555"/>
          <w:sz w:val="20"/>
        </w:rPr>
        <w:t>[sch vesp 108b]</w:t>
      </w:r>
    </w:p>
    <w:p>
      <w:r>
        <w:rPr>
          <w:rFonts w:ascii="Gentium Plus" w:hAnsi="Gentium Plus"/>
          <w:sz w:val="24"/>
        </w:rPr>
        <w:t>γρ. ⸢καὶ Vict “ἀναπεπλασμένος.” Vict Ald</w:t>
      </w:r>
    </w:p>
    <w:p>
      <w:r>
        <w:rPr>
          <w:rFonts w:ascii="Courier New" w:hAnsi="Courier New"/>
          <w:color w:val="555555"/>
          <w:sz w:val="20"/>
        </w:rPr>
        <w:t>[sch vesp 110a]</w:t>
      </w:r>
    </w:p>
    <w:p>
      <w:r>
        <w:rPr>
          <w:rFonts w:ascii="Gentium Plus" w:hAnsi="Gentium Plus"/>
          <w:sz w:val="24"/>
        </w:rPr>
        <w:t>παίζει· ἀντὶ τοῦ “ἔχει”. R</w:t>
      </w:r>
    </w:p>
    <w:p>
      <w:r>
        <w:rPr>
          <w:rFonts w:ascii="Courier New" w:hAnsi="Courier New"/>
          <w:color w:val="555555"/>
          <w:sz w:val="20"/>
        </w:rPr>
        <w:t>[sch vesp 110b]</w:t>
      </w:r>
    </w:p>
    <w:p>
      <w:r>
        <w:rPr>
          <w:rFonts w:ascii="Gentium Plus" w:hAnsi="Gentium Plus"/>
          <w:sz w:val="24"/>
        </w:rPr>
        <w:t>αἰγιαλὸν ἔνδον ἔχων: ὡς ἐπὶ ζῴου ἔφη τὸ ⸢τρέφειν V [“τρέφει” LhAld], ⸢οἷον VAld [ἤγουν Lh] ἐγέμισε τὴν οἰκίαν ψήφων (.) VLhAld, ὡς</w:t>
      </w:r>
    </w:p>
    <w:p>
      <w:r>
        <w:rPr>
          <w:rFonts w:ascii="Courier New" w:hAnsi="Courier New"/>
          <w:color w:val="555555"/>
          <w:sz w:val="20"/>
        </w:rPr>
        <w:t>[sch vesp 111]</w:t>
      </w:r>
    </w:p>
    <w:p>
      <w:r>
        <w:rPr>
          <w:rFonts w:ascii="Gentium Plus" w:hAnsi="Gentium Plus"/>
          <w:sz w:val="24"/>
        </w:rPr>
        <w:t>νουθετούμενος δ’ ἀεὶ: ⸢παρὰ τὰ Εὐριπίδου VAld ἐκ Σθενεβοίας ⸢Εὐριπίδου Lh (.) VLhAld τοιαῦτ’ ἀλύει· νουθετούμενος 〈δ’〉 ἔρως. VAld</w:t>
      </w:r>
    </w:p>
    <w:p>
      <w:r>
        <w:rPr>
          <w:rFonts w:ascii="Courier New" w:hAnsi="Courier New"/>
          <w:color w:val="555555"/>
          <w:sz w:val="20"/>
        </w:rPr>
        <w:t>[sch vesp 116]</w:t>
      </w:r>
    </w:p>
    <w:p>
      <w:r>
        <w:rPr>
          <w:rFonts w:ascii="Gentium Plus" w:hAnsi="Gentium Plus"/>
          <w:sz w:val="24"/>
        </w:rPr>
        <w:t>τριβώνιον: ὃ οἱ δικασταὶ φοροῦσιν. Vict</w:t>
      </w:r>
    </w:p>
    <w:p>
      <w:r>
        <w:rPr>
          <w:rFonts w:ascii="Courier New" w:hAnsi="Courier New"/>
          <w:color w:val="555555"/>
          <w:sz w:val="20"/>
        </w:rPr>
        <w:t>[sch vesp 119]</w:t>
      </w:r>
    </w:p>
    <w:p>
      <w:r>
        <w:rPr>
          <w:rFonts w:ascii="Gentium Plus" w:hAnsi="Gentium Plus"/>
          <w:sz w:val="24"/>
        </w:rPr>
        <w:t>ἐκορυβάντιζεν: ὡς μαινόμενος καὶ κατεχόμενος ὑπὸ θείου. VAld ⸢ἀντὶ τοῦ VAld τὰ τῶν Κορυβάντων ἐποίει αὐτῷ μυστήρια ἐπὶ καθαρμῷ τῆς μανίας. VLhAld</w:t>
      </w:r>
    </w:p>
    <w:p>
      <w:r>
        <w:rPr>
          <w:rFonts w:ascii="Courier New" w:hAnsi="Courier New"/>
          <w:color w:val="555555"/>
          <w:sz w:val="20"/>
        </w:rPr>
        <w:t>[sch vesp 120a]</w:t>
      </w:r>
    </w:p>
    <w:p>
      <w:r>
        <w:rPr>
          <w:rFonts w:ascii="Gentium Plus" w:hAnsi="Gentium Plus"/>
          <w:sz w:val="24"/>
        </w:rPr>
        <w:t>ἀΐξας] συνίζησις. Lh</w:t>
      </w:r>
    </w:p>
    <w:p>
      <w:r>
        <w:rPr>
          <w:rFonts w:ascii="Courier New" w:hAnsi="Courier New"/>
          <w:color w:val="555555"/>
          <w:sz w:val="20"/>
        </w:rPr>
        <w:t>[sch vesp 120b]</w:t>
      </w:r>
    </w:p>
    <w:p>
      <w:r>
        <w:rPr>
          <w:rFonts w:ascii="Gentium Plus" w:hAnsi="Gentium Plus"/>
          <w:sz w:val="24"/>
        </w:rPr>
        <w:t>ὅτι πλεῖστα ἦσαν δικαστήρια Ἀθήνησιν. R</w:t>
      </w:r>
    </w:p>
    <w:p>
      <w:r>
        <w:rPr>
          <w:rFonts w:ascii="Courier New" w:hAnsi="Courier New"/>
          <w:color w:val="555555"/>
          <w:sz w:val="20"/>
        </w:rPr>
        <w:t>[sch vesp 120c]</w:t>
      </w:r>
    </w:p>
    <w:p>
      <w:r>
        <w:rPr>
          <w:rFonts w:ascii="Gentium Plus" w:hAnsi="Gentium Plus"/>
          <w:sz w:val="24"/>
        </w:rPr>
        <w:t>εἰς τὸ Καινὸν ἐμπεσών: τόπος ἐν τῷ δικαστηρίῳ οὕτω λεγό‐ μενος. VAld εἰσὶ δὲ δʹ· Παράβυστον, Καινόν, Τρί‐ γωνον, Μέσον. τελούμενος οὖν, φη‐</w:t>
      </w:r>
    </w:p>
    <w:p>
      <w:r>
        <w:rPr>
          <w:rFonts w:ascii="Courier New" w:hAnsi="Courier New"/>
          <w:color w:val="555555"/>
          <w:sz w:val="20"/>
        </w:rPr>
        <w:t>[5]</w:t>
      </w:r>
    </w:p>
    <w:p>
      <w:r>
        <w:rPr>
          <w:rFonts w:ascii="Gentium Plus" w:hAnsi="Gentium Plus"/>
          <w:sz w:val="24"/>
        </w:rPr>
        <w:t>σίν, τὰ μυστήρια τῶν Κορυβάντων,</w:t>
      </w:r>
    </w:p>
    <w:p>
      <w:r>
        <w:rPr>
          <w:rFonts w:ascii="Courier New" w:hAnsi="Courier New"/>
          <w:color w:val="555555"/>
          <w:sz w:val="20"/>
        </w:rPr>
        <w:t>[sch vesp 120c,col 2 (3)]</w:t>
      </w:r>
    </w:p>
    <w:p>
      <w:r>
        <w:rPr>
          <w:rFonts w:ascii="Gentium Plus" w:hAnsi="Gentium Plus"/>
          <w:sz w:val="24"/>
        </w:rPr>
        <w:t>ἐν τῷ δικαστηρίῳ τόποι ἦσαν τέσ‐ σαρες, ὧν ὁ μὲν ἐκαλεῖτο Παρά‐</w:t>
      </w:r>
    </w:p>
    <w:p>
      <w:r>
        <w:rPr>
          <w:rFonts w:ascii="Courier New" w:hAnsi="Courier New"/>
          <w:color w:val="555555"/>
          <w:sz w:val="20"/>
        </w:rPr>
        <w:t>[5]</w:t>
      </w:r>
    </w:p>
    <w:p>
      <w:r>
        <w:rPr>
          <w:rFonts w:ascii="Gentium Plus" w:hAnsi="Gentium Plus"/>
          <w:sz w:val="24"/>
        </w:rPr>
        <w:t>βυστον, ὁ δὲ Καινόν, ὁ δὲ Τρίγωνον, ὁ δὲ Μέσον. lt φησὶ γοῦν, ὅτι τε‐ λούμενος τὰ τῶν Κορυβάντων μυστή‐</w:t>
      </w:r>
    </w:p>
    <w:p>
      <w:r>
        <w:rPr>
          <w:rFonts w:ascii="Courier New" w:hAnsi="Courier New"/>
          <w:color w:val="555555"/>
          <w:sz w:val="20"/>
        </w:rPr>
        <w:t>[sch vesp 120c (9)]</w:t>
      </w:r>
    </w:p>
    <w:p>
      <w:r>
        <w:rPr>
          <w:rFonts w:ascii="Gentium Plus" w:hAnsi="Gentium Plus"/>
          <w:sz w:val="24"/>
        </w:rPr>
        <w:t>παρ’ οὐδὲν αὐτὰ θέμενος, κατέχων τὸ τύμπανον ὥρμησεν εἰς τὸ δικαστήριον.</w:t>
      </w:r>
    </w:p>
    <w:p>
      <w:r>
        <w:rPr>
          <w:rFonts w:ascii="Courier New" w:hAnsi="Courier New"/>
          <w:color w:val="555555"/>
          <w:sz w:val="20"/>
        </w:rPr>
        <w:t>[10]</w:t>
      </w:r>
    </w:p>
    <w:p>
      <w:r>
        <w:rPr>
          <w:rFonts w:ascii="Gentium Plus" w:hAnsi="Gentium Plus"/>
          <w:sz w:val="24"/>
        </w:rPr>
        <w:t>VLhAld</w:t>
      </w:r>
    </w:p>
    <w:p>
      <w:r>
        <w:rPr>
          <w:rFonts w:ascii="Courier New" w:hAnsi="Courier New"/>
          <w:color w:val="555555"/>
          <w:sz w:val="20"/>
        </w:rPr>
        <w:t>[sch vesp 120d]</w:t>
      </w:r>
    </w:p>
    <w:p>
      <w:r>
        <w:rPr>
          <w:rFonts w:ascii="Gentium Plus" w:hAnsi="Gentium Plus"/>
          <w:sz w:val="24"/>
        </w:rPr>
        <w:t>ἐς τὸ Καινὸν] τόπος ἐν τῷ δικαστηρίῳ οὕτω λεγόμενος. Lh</w:t>
      </w:r>
    </w:p>
    <w:p>
      <w:r>
        <w:rPr>
          <w:rFonts w:ascii="Courier New" w:hAnsi="Courier New"/>
          <w:color w:val="555555"/>
          <w:sz w:val="20"/>
        </w:rPr>
        <w:t>[sch vesp 121]</w:t>
      </w:r>
    </w:p>
    <w:p>
      <w:r>
        <w:rPr>
          <w:rFonts w:ascii="Gentium Plus" w:hAnsi="Gentium Plus"/>
          <w:sz w:val="24"/>
        </w:rPr>
        <w:t>τελεταῖς] ἐπινοίαις. VictLh</w:t>
      </w:r>
    </w:p>
    <w:p>
      <w:r>
        <w:rPr>
          <w:rFonts w:ascii="Courier New" w:hAnsi="Courier New"/>
          <w:color w:val="555555"/>
          <w:sz w:val="20"/>
        </w:rPr>
        <w:t>[sch vesp 122]</w:t>
      </w:r>
    </w:p>
    <w:p>
      <w:r>
        <w:rPr>
          <w:rFonts w:ascii="Gentium Plus" w:hAnsi="Gentium Plus"/>
          <w:sz w:val="24"/>
        </w:rPr>
        <w:t>εἰς Αἴγιναν] ἐκεῖ γὰρ Ald Lh</w:t>
      </w:r>
    </w:p>
    <w:p>
      <w:r>
        <w:rPr>
          <w:rFonts w:ascii="Courier New" w:hAnsi="Courier New"/>
          <w:color w:val="555555"/>
          <w:sz w:val="20"/>
        </w:rPr>
        <w:t>[sch vesp 122,col 2 (2)]</w:t>
      </w:r>
    </w:p>
    <w:p>
      <w:r>
        <w:rPr>
          <w:rFonts w:ascii="Gentium Plus" w:hAnsi="Gentium Plus"/>
          <w:sz w:val="24"/>
        </w:rPr>
        <w:t>ἦν Ἀσκληπιοῦ ἱερόν. Lh</w:t>
      </w:r>
    </w:p>
    <w:p>
      <w:r>
        <w:rPr>
          <w:rFonts w:ascii="Courier New" w:hAnsi="Courier New"/>
          <w:color w:val="555555"/>
          <w:sz w:val="20"/>
        </w:rPr>
        <w:t>[sch vesp 123]</w:t>
      </w:r>
    </w:p>
    <w:p>
      <w:r>
        <w:rPr>
          <w:rFonts w:ascii="Gentium Plus" w:hAnsi="Gentium Plus"/>
          <w:sz w:val="24"/>
        </w:rPr>
        <w:t>κατέκλινεν αὐτὸν] ὡς νοσοῦντα ⸢οὖν ἐκεῖ Ald [αὐτὸν ἐκεῖσε Lh] ἔφερεν. Ald Lh</w:t>
      </w:r>
    </w:p>
    <w:p>
      <w:r>
        <w:rPr>
          <w:rFonts w:ascii="Courier New" w:hAnsi="Courier New"/>
          <w:color w:val="555555"/>
          <w:sz w:val="20"/>
        </w:rPr>
        <w:t>[sch vesp 124a]</w:t>
      </w:r>
    </w:p>
    <w:p>
      <w:r>
        <w:rPr>
          <w:rFonts w:ascii="Gentium Plus" w:hAnsi="Gentium Plus"/>
          <w:sz w:val="24"/>
        </w:rPr>
        <w:t>ὅδ’] ὁ πατήρ. Lh</w:t>
      </w:r>
    </w:p>
    <w:p>
      <w:r>
        <w:rPr>
          <w:rFonts w:ascii="Courier New" w:hAnsi="Courier New"/>
          <w:color w:val="555555"/>
          <w:sz w:val="20"/>
        </w:rPr>
        <w:t>[sch vesp 124b]</w:t>
      </w:r>
    </w:p>
    <w:p>
      <w:r>
        <w:rPr>
          <w:rFonts w:ascii="Gentium Plus" w:hAnsi="Gentium Plus"/>
          <w:sz w:val="24"/>
        </w:rPr>
        <w:t>κιγκλίδες αἱ θύραι τοῦ δικαστηρίου. R</w:t>
      </w:r>
    </w:p>
    <w:p>
      <w:r>
        <w:rPr>
          <w:rFonts w:ascii="Courier New" w:hAnsi="Courier New"/>
          <w:color w:val="555555"/>
          <w:sz w:val="20"/>
        </w:rPr>
        <w:t>[sch vesp 124c]</w:t>
      </w:r>
    </w:p>
    <w:p>
      <w:r>
        <w:rPr>
          <w:rFonts w:ascii="Gentium Plus" w:hAnsi="Gentium Plus"/>
          <w:sz w:val="24"/>
        </w:rPr>
        <w:t>ἐπὶ τῇ κιγκλίδι: ⸢ἀντὶ τοῦ “ἐν τῷ δικαστηρίῳ ὁ πατήρ.” VAld κιγκλὶς ⸢γὰρ VAld [λέγεται Lh] ἡ θύρα τοῦ δικαστηρίου, ἣν καὶ ⸢καγγελωτὴν VLh [καγκελωτὴν Ald] καλοῦσιν. VltAld λέγεται δὲ ἀπὸ μέρους τὸ δικαστή‐ ριον. Lh ⸢κνεφαῖος δὲ VAld ἔτι σκότους ὄντος καὶ μήπω ⸢γενομένης VAld</w:t>
      </w:r>
    </w:p>
    <w:p>
      <w:r>
        <w:rPr>
          <w:rFonts w:ascii="Courier New" w:hAnsi="Courier New"/>
          <w:color w:val="555555"/>
          <w:sz w:val="20"/>
        </w:rPr>
        <w:t>[5]</w:t>
      </w:r>
    </w:p>
    <w:p>
      <w:r>
        <w:rPr>
          <w:rFonts w:ascii="Gentium Plus" w:hAnsi="Gentium Plus"/>
          <w:sz w:val="24"/>
        </w:rPr>
        <w:t>[λαμψάσης Lh] ἡμέρας (.) VLhAld, ὅτε ἐν τῷ δικαστηρίῳ ἀπῆλθεν. VAld</w:t>
      </w:r>
    </w:p>
    <w:p>
      <w:r>
        <w:rPr>
          <w:rFonts w:ascii="Courier New" w:hAnsi="Courier New"/>
          <w:color w:val="555555"/>
          <w:sz w:val="20"/>
        </w:rPr>
        <w:t>[sch vesp 125a]</w:t>
      </w:r>
    </w:p>
    <w:p>
      <w:r>
        <w:rPr>
          <w:rFonts w:ascii="Gentium Plus" w:hAnsi="Gentium Plus"/>
          <w:sz w:val="24"/>
        </w:rPr>
        <w:t>ἐντεῦθεν οὐκ ἔτ’ αὐτὸν: ἀπ’ ἐκείνου τοῦ χρόνου, μετὰ ταῦτα. LhAld</w:t>
      </w:r>
    </w:p>
    <w:p>
      <w:r>
        <w:rPr>
          <w:rFonts w:ascii="Courier New" w:hAnsi="Courier New"/>
          <w:color w:val="555555"/>
          <w:sz w:val="20"/>
        </w:rPr>
        <w:t>[sch vesp 125b]</w:t>
      </w:r>
    </w:p>
    <w:p>
      <w:r>
        <w:rPr>
          <w:rFonts w:ascii="Gentium Plus" w:hAnsi="Gentium Plus"/>
          <w:sz w:val="24"/>
        </w:rPr>
        <w:t>ἐξεφρείομεν: ἐξεφέρομεν. LhAld</w:t>
      </w:r>
    </w:p>
    <w:p>
      <w:r>
        <w:rPr>
          <w:rFonts w:ascii="Courier New" w:hAnsi="Courier New"/>
          <w:color w:val="555555"/>
          <w:sz w:val="20"/>
        </w:rPr>
        <w:t>[sch vesp 126a]</w:t>
      </w:r>
    </w:p>
    <w:p>
      <w:r>
        <w:rPr>
          <w:rFonts w:ascii="Gentium Plus" w:hAnsi="Gentium Plus"/>
          <w:sz w:val="24"/>
        </w:rPr>
        <w:t>ἐξεδίδρασκε] ἐξέφυγεν. Lh</w:t>
      </w:r>
    </w:p>
    <w:p>
      <w:r>
        <w:rPr>
          <w:rFonts w:ascii="Courier New" w:hAnsi="Courier New"/>
          <w:color w:val="555555"/>
          <w:sz w:val="20"/>
        </w:rPr>
        <w:t>[sch vesp 126b]</w:t>
      </w:r>
    </w:p>
    <w:p>
      <w:r>
        <w:rPr>
          <w:rFonts w:ascii="Gentium Plus" w:hAnsi="Gentium Plus"/>
          <w:sz w:val="24"/>
        </w:rPr>
        <w:t>ὑδρορροῶν: ⸢οἱ κοῖλοι τόποι VAld [τῶν τόπων Lh], δι’ ὧν ⸢χωρεῖ VAld [ἐξέρχεται Lh] τὸ ὕδωρ τὸ ἐξ ⸢ὑετῶν V [ὑετοῦ LhAld]. VLhAld</w:t>
      </w:r>
    </w:p>
    <w:p>
      <w:r>
        <w:rPr>
          <w:rFonts w:ascii="Courier New" w:hAnsi="Courier New"/>
          <w:color w:val="555555"/>
          <w:sz w:val="20"/>
        </w:rPr>
        <w:t>[sch vesp 128a]</w:t>
      </w:r>
    </w:p>
    <w:p>
      <w:r>
        <w:rPr>
          <w:rFonts w:ascii="Gentium Plus" w:hAnsi="Gentium Plus"/>
          <w:sz w:val="24"/>
        </w:rPr>
        <w:t>ἐνεβύσαμεν: ἐπληρώσαμεν ⸢, ἐφράξαμεν Ald· Ὅμηρος νήματος ἀσκητοῖο βεβυσμένον. VAld</w:t>
      </w:r>
    </w:p>
    <w:p>
      <w:r>
        <w:rPr>
          <w:rFonts w:ascii="Courier New" w:hAnsi="Courier New"/>
          <w:color w:val="555555"/>
          <w:sz w:val="20"/>
        </w:rPr>
        <w:t>[sch vesp 128b]</w:t>
      </w:r>
    </w:p>
    <w:p>
      <w:r>
        <w:rPr>
          <w:rFonts w:ascii="Gentium Plus" w:hAnsi="Gentium Plus"/>
          <w:sz w:val="24"/>
        </w:rPr>
        <w:t>ἐνεβύσαμεν] ἐνεφράξαμεν. Lh</w:t>
      </w:r>
    </w:p>
    <w:p>
      <w:r>
        <w:rPr>
          <w:rFonts w:ascii="Courier New" w:hAnsi="Courier New"/>
          <w:color w:val="555555"/>
          <w:sz w:val="20"/>
        </w:rPr>
        <w:t>[sch vesp 128c]</w:t>
      </w:r>
    </w:p>
    <w:p>
      <w:r>
        <w:rPr>
          <w:rFonts w:ascii="Gentium Plus" w:hAnsi="Gentium Plus"/>
          <w:sz w:val="24"/>
        </w:rPr>
        <w:t>κἀπακτώσαμεν: ἐφράξαμεν, ἐπληρώσαμεν. VAld</w:t>
      </w:r>
    </w:p>
    <w:p>
      <w:r>
        <w:rPr>
          <w:rFonts w:ascii="Courier New" w:hAnsi="Courier New"/>
          <w:color w:val="555555"/>
          <w:sz w:val="20"/>
        </w:rPr>
        <w:t>[sch vesp 128d]</w:t>
      </w:r>
    </w:p>
    <w:p>
      <w:r>
        <w:rPr>
          <w:rFonts w:ascii="Gentium Plus" w:hAnsi="Gentium Plus"/>
          <w:sz w:val="24"/>
        </w:rPr>
        <w:t>κἀπακτώσαμεν] ἤγουν ἐσφηνώσαμεν· Lh πακτῶσαι γὰρ ⸢λέγουσι</w:t>
      </w:r>
    </w:p>
    <w:p>
      <w:r>
        <w:rPr>
          <w:rFonts w:ascii="Courier New" w:hAnsi="Courier New"/>
          <w:color w:val="555555"/>
          <w:sz w:val="20"/>
        </w:rPr>
        <w:t>[sch vesp 129a]</w:t>
      </w:r>
    </w:p>
    <w:p>
      <w:r>
        <w:rPr>
          <w:rFonts w:ascii="Gentium Plus" w:hAnsi="Gentium Plus"/>
          <w:sz w:val="24"/>
        </w:rPr>
        <w:t>ὡσπερεὶ κολοιὸς: τοῖς γὰρ ἐν τῷ οἴκῳ κολοιοῖς ⸢καὶ τοῖς ἄλλοις ὀρνέοις Ald πηγνύουσι πάτταλον, ἵνα εἰς αὐτοὺς ἅλλοιντο. VAld</w:t>
      </w:r>
    </w:p>
    <w:p>
      <w:r>
        <w:rPr>
          <w:rFonts w:ascii="Courier New" w:hAnsi="Courier New"/>
          <w:color w:val="555555"/>
          <w:sz w:val="20"/>
        </w:rPr>
        <w:t>[sch vesp 129b]</w:t>
      </w:r>
    </w:p>
    <w:p>
      <w:r>
        <w:rPr>
          <w:rFonts w:ascii="Gentium Plus" w:hAnsi="Gentium Plus"/>
          <w:sz w:val="24"/>
        </w:rPr>
        <w:t>ἔθος ἦν τοῖς ἐν τῷ οἴκῳ ἀναστρεφομένοις κολοιοῖς καὶ τοῖς ἄλλοις ὀρνέοις παττάλους πηγνύειν ἐν τοῖς τοίχοις, ὡς ἂν εἰς αὐτοὺς ἅλλοιντο. φησὶ γοῦν, ὅτι καὶ οὗτος, οἷα κολοιός, ἑαυτῷ παττάλους ἐπήγνυεν, ἵνα διὰ τούτων ἐκπηδήσῃ τῆς αὐλῆς. Lh</w:t>
      </w:r>
    </w:p>
    <w:p>
      <w:r>
        <w:rPr>
          <w:rFonts w:ascii="Courier New" w:hAnsi="Courier New"/>
          <w:color w:val="555555"/>
          <w:sz w:val="20"/>
        </w:rPr>
        <w:t>[sch vesp 130]</w:t>
      </w:r>
    </w:p>
    <w:p>
      <w:r>
        <w:rPr>
          <w:rFonts w:ascii="Gentium Plus" w:hAnsi="Gentium Plus"/>
          <w:sz w:val="24"/>
        </w:rPr>
        <w:t>εἶτ’ ἐξήλλετο] ἐπ’ αὐτοὺς ἀνέβαινεν. Lh</w:t>
      </w:r>
    </w:p>
    <w:p>
      <w:r>
        <w:rPr>
          <w:rFonts w:ascii="Courier New" w:hAnsi="Courier New"/>
          <w:color w:val="555555"/>
          <w:sz w:val="20"/>
        </w:rPr>
        <w:t>[sch vesp 133]</w:t>
      </w:r>
    </w:p>
    <w:p>
      <w:r>
        <w:rPr>
          <w:rFonts w:ascii="Gentium Plus" w:hAnsi="Gentium Plus"/>
          <w:sz w:val="24"/>
        </w:rPr>
        <w:t>Φιλοκλέων: ἰδίως εἶπε τῇ φράσει τῷ ⸢μὲν Lh υἱῷ ὄνομα Βδελυ‐ κλέων (,) ⸢καὶ VAld τῷ ⸢δὲ Lh πατρὶ ὄνομα Φιλοκλέων. VLhAld</w:t>
      </w:r>
    </w:p>
    <w:p>
      <w:r>
        <w:rPr>
          <w:rFonts w:ascii="Courier New" w:hAnsi="Courier New"/>
          <w:color w:val="555555"/>
          <w:sz w:val="20"/>
        </w:rPr>
        <w:t>[sch vesp 135a]</w:t>
      </w:r>
    </w:p>
    <w:p>
      <w:r>
        <w:rPr>
          <w:rFonts w:ascii="Gentium Plus" w:hAnsi="Gentium Plus"/>
          <w:sz w:val="24"/>
        </w:rPr>
        <w:t>ἔχων τρόπους: ἀντίπτωσίς ἐστιν· ⸢εὐθεῖα γάρ ἐστιν V ἀντὶ δοτικῆς τῆς “ἔχοντι”. VAld</w:t>
      </w:r>
    </w:p>
    <w:p>
      <w:r>
        <w:rPr>
          <w:rFonts w:ascii="Courier New" w:hAnsi="Courier New"/>
          <w:color w:val="555555"/>
          <w:sz w:val="20"/>
        </w:rPr>
        <w:t>[sch vesp 135b]</w:t>
      </w:r>
    </w:p>
    <w:p>
      <w:r>
        <w:rPr>
          <w:rFonts w:ascii="Gentium Plus" w:hAnsi="Gentium Plus"/>
          <w:sz w:val="24"/>
        </w:rPr>
        <w:t>σύνθετον παρὰ τὴν ὀφρῦν καὶ τὸ φρύαγμα καὶ τὸ σεμνόν. R</w:t>
      </w:r>
    </w:p>
    <w:p>
      <w:r>
        <w:rPr>
          <w:rFonts w:ascii="Courier New" w:hAnsi="Courier New"/>
          <w:color w:val="555555"/>
          <w:sz w:val="20"/>
        </w:rPr>
        <w:t>[sch vesp 135c]</w:t>
      </w:r>
    </w:p>
    <w:p>
      <w:r>
        <w:rPr>
          <w:rFonts w:ascii="Gentium Plus" w:hAnsi="Gentium Plus"/>
          <w:sz w:val="24"/>
        </w:rPr>
        <w:t>⸢συνήθως VAld ἀπὸ τοῦ ⸢ὀφρῦς VAld [ὀφρύς Lh] ἢ φρύαγμα καὶ ⸢τοῦ Lh σεμνὸν ⸢ἀντὶ τοῦ VAld [τὸ Lh] ὑπερήφανον. VLhAld</w:t>
      </w:r>
    </w:p>
    <w:p>
      <w:r>
        <w:rPr>
          <w:rFonts w:ascii="Courier New" w:hAnsi="Courier New"/>
          <w:color w:val="555555"/>
          <w:sz w:val="20"/>
        </w:rPr>
        <w:t>[sch vesp 136]</w:t>
      </w:r>
    </w:p>
    <w:p>
      <w:r>
        <w:rPr>
          <w:rFonts w:ascii="Gentium Plus" w:hAnsi="Gentium Plus"/>
          <w:sz w:val="24"/>
        </w:rPr>
        <w:t>καθεύδετε: ἐν ἀπειλητικῇ φωνῇ τοῦτό φησιν. LhAld</w:t>
      </w:r>
    </w:p>
    <w:p>
      <w:r>
        <w:rPr>
          <w:rFonts w:ascii="Courier New" w:hAnsi="Courier New"/>
          <w:color w:val="555555"/>
          <w:sz w:val="20"/>
        </w:rPr>
        <w:t>[sch vesp 139a]</w:t>
      </w:r>
    </w:p>
    <w:p>
      <w:r>
        <w:rPr>
          <w:rFonts w:ascii="Gentium Plus" w:hAnsi="Gentium Plus"/>
          <w:sz w:val="24"/>
        </w:rPr>
        <w:t>εἰς τὸν ἰπνὸν: ἰπνὸς κυρίως ἡ κάμινος. VAld Αἰσχύλος· ἰπνούμενος ῥίζαισιν αἰτναίαις ὕπο. Ald νῦν δὲ τὸ μαγειρεῖόν φησιν, ἐν ᾧ λαθὼν αὐτοὺς ὁ Φιλοκλέων εἰσῆλθε καὶ εἰς τρύπην ὑπέδυ. VAld</w:t>
      </w:r>
    </w:p>
    <w:p>
      <w:r>
        <w:rPr>
          <w:rFonts w:ascii="Courier New" w:hAnsi="Courier New"/>
          <w:color w:val="555555"/>
          <w:sz w:val="20"/>
        </w:rPr>
        <w:t>[sch vesp 139b]</w:t>
      </w:r>
    </w:p>
    <w:p>
      <w:r>
        <w:rPr>
          <w:rFonts w:ascii="Gentium Plus" w:hAnsi="Gentium Plus"/>
          <w:sz w:val="24"/>
        </w:rPr>
        <w:t>ἰπνὸν λέγει νῦν τὸ μαγειρεῖον, ἐν ᾧ (a3) ... (a3) εἰσῆλθε καὶ εἰς ὀπήν τινα ὑπέδυ. ἰπνὸς δὲ λέγεται κυρίως ὁ φοῦρνος· οἱ δέ φασι τὸ φανάριον. μέμνηται τούτου καὶ ἐν Πλούτῳ λέγων</w:t>
      </w:r>
    </w:p>
    <w:p>
      <w:r>
        <w:rPr>
          <w:rFonts w:ascii="Courier New" w:hAnsi="Courier New"/>
          <w:color w:val="555555"/>
          <w:sz w:val="20"/>
        </w:rPr>
        <w:t>[5]</w:t>
      </w:r>
    </w:p>
    <w:p>
      <w:r>
        <w:rPr>
          <w:rFonts w:ascii="Gentium Plus" w:hAnsi="Gentium Plus"/>
          <w:sz w:val="24"/>
        </w:rPr>
        <w:t>οἱ δέ φασιν αὐτὴν τὴν κάμινον· καὶ Αἰσχύλος· ἰπνούμενος ῥίζαισιν αἰτναίαις ὕπο. Lh</w:t>
      </w:r>
    </w:p>
    <w:p>
      <w:r>
        <w:rPr>
          <w:rFonts w:ascii="Courier New" w:hAnsi="Courier New"/>
          <w:color w:val="555555"/>
          <w:sz w:val="20"/>
        </w:rPr>
        <w:t>[sch vesp 139c]</w:t>
      </w:r>
    </w:p>
    <w:p>
      <w:r>
        <w:rPr>
          <w:rFonts w:ascii="Gentium Plus" w:hAnsi="Gentium Plus"/>
          <w:sz w:val="24"/>
        </w:rPr>
        <w:t>τὸν ἰπνὸν] τὸ μαγειρεῖον. Lh</w:t>
      </w:r>
    </w:p>
    <w:p>
      <w:r>
        <w:rPr>
          <w:rFonts w:ascii="Courier New" w:hAnsi="Courier New"/>
          <w:color w:val="555555"/>
          <w:sz w:val="20"/>
        </w:rPr>
        <w:t>[sch vesp 140a]</w:t>
      </w:r>
    </w:p>
    <w:p>
      <w:r>
        <w:rPr>
          <w:rFonts w:ascii="Gentium Plus" w:hAnsi="Gentium Plus"/>
          <w:sz w:val="24"/>
        </w:rPr>
        <w:t>μυσπολεῖ: καταδύεται, ὡς μῦς φοιτᾷ· οὕτως ⸢οἱ V Ἀττικοὶ ὑπὸ μίαν λέξιν. VLhAld</w:t>
      </w:r>
    </w:p>
    <w:p>
      <w:r>
        <w:rPr>
          <w:rFonts w:ascii="Courier New" w:hAnsi="Courier New"/>
          <w:color w:val="555555"/>
          <w:sz w:val="20"/>
        </w:rPr>
        <w:t>[sch vesp 140b]</w:t>
      </w:r>
    </w:p>
    <w:p>
      <w:r>
        <w:rPr>
          <w:rFonts w:ascii="Gentium Plus" w:hAnsi="Gentium Plus"/>
          <w:sz w:val="24"/>
        </w:rPr>
        <w:t>μυσπολεῖ: πρὸς τὴν λέξιν, ὅτι ἀπὸ τῶν μυῶν ἔοικεν ὠνοματο‐ πεποιῆσθαι τὸ διερευνᾶσθαι ⸢κρυφᾷ V [κρύφα Ald]. VAld</w:t>
      </w:r>
    </w:p>
    <w:p>
      <w:r>
        <w:rPr>
          <w:rFonts w:ascii="Courier New" w:hAnsi="Courier New"/>
          <w:color w:val="555555"/>
          <w:sz w:val="20"/>
        </w:rPr>
        <w:t>[sch vesp 141a]</w:t>
      </w:r>
    </w:p>
    <w:p>
      <w:r>
        <w:rPr>
          <w:rFonts w:ascii="Gentium Plus" w:hAnsi="Gentium Plus"/>
          <w:sz w:val="24"/>
        </w:rPr>
        <w:t>ἐν τῷ αὐτῷ εἶχον καὶ τὴν πύελον καὶ τὸ λουτρόν. R</w:t>
      </w:r>
    </w:p>
    <w:p>
      <w:r>
        <w:rPr>
          <w:rFonts w:ascii="Courier New" w:hAnsi="Courier New"/>
          <w:color w:val="555555"/>
          <w:sz w:val="20"/>
        </w:rPr>
        <w:t>[sch vesp 141b]</w:t>
      </w:r>
    </w:p>
    <w:p>
      <w:r>
        <w:rPr>
          <w:rFonts w:ascii="Gentium Plus" w:hAnsi="Gentium Plus"/>
          <w:sz w:val="24"/>
        </w:rPr>
        <w:t>κατὰ τῆς πυέλου: αἱ γὰρ πύελοι ⸢, αἱ λεγόμεναι γοῦρναι, Lh ⸢τρώγλας VAld [ὀπὰς Lh] εἶχον VLhAld ἐπὶ τῇ ὁδῷ πρὸς τὸ τὸ ὕδωρ ἐξέρχε‐</w:t>
      </w:r>
    </w:p>
    <w:p>
      <w:r>
        <w:rPr>
          <w:rFonts w:ascii="Courier New" w:hAnsi="Courier New"/>
          <w:color w:val="555555"/>
          <w:sz w:val="20"/>
        </w:rPr>
        <w:t>[sch vesp 141b,col 2 (3)]</w:t>
      </w:r>
    </w:p>
    <w:p>
      <w:r>
        <w:rPr>
          <w:rFonts w:ascii="Gentium Plus" w:hAnsi="Gentium Plus"/>
          <w:sz w:val="24"/>
        </w:rPr>
        <w:t>ἐπὶ τῷ ἐξέρχεσθαι τὸ ὕδωρ ἐν τῇ</w:t>
      </w:r>
    </w:p>
    <w:p>
      <w:r>
        <w:rPr>
          <w:rFonts w:ascii="Courier New" w:hAnsi="Courier New"/>
          <w:color w:val="555555"/>
          <w:sz w:val="20"/>
        </w:rPr>
        <w:t>[sch vesp 141c]</w:t>
      </w:r>
    </w:p>
    <w:p>
      <w:r>
        <w:rPr>
          <w:rFonts w:ascii="Gentium Plus" w:hAnsi="Gentium Plus"/>
          <w:sz w:val="24"/>
        </w:rPr>
        <w:t>ἡ πύελος ἔχει τρώγλην, δι’ ἧς ἀπολουόμενοι ἐκχέουσι τὸ θερμόν. παίζει δὲ καὶ τοῦτο ὡς ἐπὶ μυός. VAld</w:t>
      </w:r>
    </w:p>
    <w:p>
      <w:r>
        <w:rPr>
          <w:rFonts w:ascii="Courier New" w:hAnsi="Courier New"/>
          <w:color w:val="555555"/>
          <w:sz w:val="20"/>
        </w:rPr>
        <w:t>[sch vesp 142a]</w:t>
      </w:r>
    </w:p>
    <w:p>
      <w:r>
        <w:rPr>
          <w:rFonts w:ascii="Gentium Plus" w:hAnsi="Gentium Plus"/>
          <w:sz w:val="24"/>
        </w:rPr>
        <w:t>σὺ ... πρόσκεισο] τοῦτό φησιν ὁρῶν τὸν Φιλοκλέωνα ἐκ τῆς καπνο‐ δόχης ἐξερχόμενον. Lh</w:t>
      </w:r>
    </w:p>
    <w:p>
      <w:r>
        <w:rPr>
          <w:rFonts w:ascii="Courier New" w:hAnsi="Courier New"/>
          <w:color w:val="555555"/>
          <w:sz w:val="20"/>
        </w:rPr>
        <w:t>[sch vesp 142b]</w:t>
      </w:r>
    </w:p>
    <w:p>
      <w:r>
        <w:rPr>
          <w:rFonts w:ascii="Gentium Plus" w:hAnsi="Gentium Plus"/>
          <w:sz w:val="24"/>
        </w:rPr>
        <w:t>ταῦτ’ ὦ δέσποτα] ὑπάρχει· ἤγουν ταῦτα ποιῶ. Lh</w:t>
      </w:r>
    </w:p>
    <w:p>
      <w:r>
        <w:rPr>
          <w:rFonts w:ascii="Courier New" w:hAnsi="Courier New"/>
          <w:color w:val="555555"/>
          <w:sz w:val="20"/>
        </w:rPr>
        <w:t>[sch vesp 143a]</w:t>
      </w:r>
    </w:p>
    <w:p>
      <w:r>
        <w:rPr>
          <w:rFonts w:ascii="Gentium Plus" w:hAnsi="Gentium Plus"/>
          <w:sz w:val="24"/>
        </w:rPr>
        <w:t>κάπνη: ἡ καπνοδόχη· ἔστι δέ τι σωληνοειδὲς ἐπὶ τῶν μαγειρείων, δι’ οὗ ὁ καπνὸς ἔξεισιν. ὡς οὖν τοῦ Φιλοκλέωνος πειρωμένου δι’ αὐτῆς ἐξελθεῖν καὶ κτύπον ποιήσαντος τοῦτό φησιν. ταῦτα δὲ πάντα κωμικά ⸢εἰσι V [ἐστι Ald] τοῦ γελοίου χάριν. VAld</w:t>
      </w:r>
    </w:p>
    <w:p>
      <w:r>
        <w:rPr>
          <w:rFonts w:ascii="Courier New" w:hAnsi="Courier New"/>
          <w:color w:val="555555"/>
          <w:sz w:val="20"/>
        </w:rPr>
        <w:t>[sch vesp 143b]</w:t>
      </w:r>
    </w:p>
    <w:p>
      <w:r>
        <w:rPr>
          <w:rFonts w:ascii="Gentium Plus" w:hAnsi="Gentium Plus"/>
          <w:sz w:val="24"/>
        </w:rPr>
        <w:t>κάπνη ἐστὶν ὁ ἐν τῇ στέγῃ τοῦ μαγειρείου σωληνοειδὴς αὐλός, δι’ οὗ ὁ καπνὸς ἐξέρχεται, ἤγουν ἡ κοινῶς καπνοδόχη. ταῦτα δὲ πάντα γελοίου</w:t>
      </w:r>
    </w:p>
    <w:p>
      <w:r>
        <w:rPr>
          <w:rFonts w:ascii="Courier New" w:hAnsi="Courier New"/>
          <w:color w:val="555555"/>
          <w:sz w:val="20"/>
        </w:rPr>
        <w:t>[sch vesp 143c]</w:t>
      </w:r>
    </w:p>
    <w:p>
      <w:r>
        <w:rPr>
          <w:rFonts w:ascii="Gentium Plus" w:hAnsi="Gentium Plus"/>
          <w:sz w:val="24"/>
        </w:rPr>
        <w:t>κάπνη] ἡ κοινῶς καπνοδόχη. Lh</w:t>
      </w:r>
    </w:p>
    <w:p>
      <w:r>
        <w:rPr>
          <w:rFonts w:ascii="Courier New" w:hAnsi="Courier New"/>
          <w:color w:val="555555"/>
          <w:sz w:val="20"/>
        </w:rPr>
        <w:t>[sch vesp 143d]</w:t>
      </w:r>
    </w:p>
    <w:p>
      <w:r>
        <w:rPr>
          <w:rFonts w:ascii="Gentium Plus" w:hAnsi="Gentium Plus"/>
          <w:sz w:val="24"/>
        </w:rPr>
        <w:t>ψοφεῖ] ψόφον ποιεῖ. Lh</w:t>
      </w:r>
    </w:p>
    <w:p>
      <w:r>
        <w:rPr>
          <w:rFonts w:ascii="Courier New" w:hAnsi="Courier New"/>
          <w:color w:val="555555"/>
          <w:sz w:val="20"/>
        </w:rPr>
        <w:t>[sch vesp 145a]</w:t>
      </w:r>
    </w:p>
    <w:p>
      <w:r>
        <w:rPr>
          <w:rFonts w:ascii="Gentium Plus" w:hAnsi="Gentium Plus"/>
          <w:sz w:val="24"/>
        </w:rPr>
        <w:t>συκίνῳ: ὅτι καὶ οἱ δικασταὶ δριμύτατοι καὶ ὁ γέρων· καπνοποιὸν γὰρ τὸ σύκινον ξύλον. VAld</w:t>
      </w:r>
    </w:p>
    <w:p>
      <w:r>
        <w:rPr>
          <w:rFonts w:ascii="Courier New" w:hAnsi="Courier New"/>
          <w:color w:val="555555"/>
          <w:sz w:val="20"/>
        </w:rPr>
        <w:t>[sch vesp 145b]</w:t>
      </w:r>
    </w:p>
    <w:p>
      <w:r>
        <w:rPr>
          <w:rFonts w:ascii="Gentium Plus" w:hAnsi="Gentium Plus"/>
          <w:sz w:val="24"/>
        </w:rPr>
        <w:t>ὅτι ὁ ἐκ τῶν συκίνων ξύ‐</w:t>
      </w:r>
    </w:p>
    <w:p>
      <w:r>
        <w:rPr>
          <w:rFonts w:ascii="Courier New" w:hAnsi="Courier New"/>
          <w:color w:val="555555"/>
          <w:sz w:val="20"/>
        </w:rPr>
        <w:t>[sch vesp 145b,col 2]</w:t>
      </w:r>
    </w:p>
    <w:p>
      <w:r>
        <w:rPr>
          <w:rFonts w:ascii="Gentium Plus" w:hAnsi="Gentium Plus"/>
          <w:sz w:val="24"/>
        </w:rPr>
        <w:t>ὅτι πολύν τινα καπνὸν ἀποτελεῖ τὸ</w:t>
      </w:r>
    </w:p>
    <w:p>
      <w:r>
        <w:rPr>
          <w:rFonts w:ascii="Courier New" w:hAnsi="Courier New"/>
          <w:color w:val="555555"/>
          <w:sz w:val="20"/>
        </w:rPr>
        <w:t>[sch vesp 145b (3)]</w:t>
      </w:r>
    </w:p>
    <w:p>
      <w:r>
        <w:rPr>
          <w:rFonts w:ascii="Gentium Plus" w:hAnsi="Gentium Plus"/>
          <w:sz w:val="24"/>
        </w:rPr>
        <w:t>καὶ Ἀριστοτέλης ⸢φησὶν Ald ἐν ⸢τοῖς Lh ⸢Προβλήματι Ald [Προβλήμασιν Lh] ⸢εἴρηκεν Lh. Ald Lh</w:t>
      </w:r>
    </w:p>
    <w:p>
      <w:r>
        <w:rPr>
          <w:rFonts w:ascii="Courier New" w:hAnsi="Courier New"/>
          <w:color w:val="555555"/>
          <w:sz w:val="20"/>
        </w:rPr>
        <w:t>[sch vesp 146]</w:t>
      </w:r>
    </w:p>
    <w:p>
      <w:r>
        <w:rPr>
          <w:rFonts w:ascii="Gentium Plus" w:hAnsi="Gentium Plus"/>
          <w:sz w:val="24"/>
        </w:rPr>
        <w:t>δριμύτατος καπνῶν] τοῦτο λέγει, ὅτι καὶ οἱ δικασταὶ δριμύτατοι καὶ οἱ γέροντες ἀσθενεῖς καὶ ὀξύχολοι. Lh</w:t>
      </w:r>
    </w:p>
    <w:p>
      <w:r>
        <w:rPr>
          <w:rFonts w:ascii="Courier New" w:hAnsi="Courier New"/>
          <w:color w:val="555555"/>
          <w:sz w:val="20"/>
        </w:rPr>
        <w:t>[sch vesp 147a]</w:t>
      </w:r>
    </w:p>
    <w:p>
      <w:r>
        <w:rPr>
          <w:rFonts w:ascii="Gentium Plus" w:hAnsi="Gentium Plus"/>
          <w:sz w:val="24"/>
        </w:rPr>
        <w:t>οὐκ ἐσερρήσεις γε: ⸢ὡς ἂν VAld [ἐν Lh] τῷ καπνῷ φησιν· VLhAld “οὐκ ⸢εἰσελεύσῃ (.) RAld [εἰσελεύσει V, Lh?] μετὰ φθορᾶς”. VLhAld</w:t>
      </w:r>
    </w:p>
    <w:p>
      <w:r>
        <w:rPr>
          <w:rFonts w:ascii="Courier New" w:hAnsi="Courier New"/>
          <w:color w:val="555555"/>
          <w:sz w:val="20"/>
        </w:rPr>
        <w:t>[sch vesp 147b]</w:t>
      </w:r>
    </w:p>
    <w:p>
      <w:r>
        <w:rPr>
          <w:rFonts w:ascii="Gentium Plus" w:hAnsi="Gentium Plus"/>
          <w:sz w:val="24"/>
        </w:rPr>
        <w:t>ποῦ ’σθ’ ἡ τηλία: τηλία σανίς ἐστι βαθεῖα, ⸢εἰς ἣν V [ἐν ᾗ LhAld] τὰ ἄλφιτα ⸢τιθέντες Lh ⸢ἐν τῇ ἀγορᾷ VAld [ἐπὶ τῆς ἀγορᾶς Lh] ἐπίπρασκον. VLhAld τῇ κάπνῃ βούλεται ἐπιθεῖναι πῶμα</w:t>
      </w:r>
    </w:p>
    <w:p>
      <w:r>
        <w:rPr>
          <w:rFonts w:ascii="Courier New" w:hAnsi="Courier New"/>
          <w:color w:val="555555"/>
          <w:sz w:val="20"/>
        </w:rPr>
        <w:t>[5]</w:t>
      </w:r>
    </w:p>
    <w:p>
      <w:r>
        <w:rPr>
          <w:rFonts w:ascii="Gentium Plus" w:hAnsi="Gentium Plus"/>
          <w:sz w:val="24"/>
        </w:rPr>
        <w:t>τὴν τηλίαν. Ald</w:t>
      </w:r>
    </w:p>
    <w:p>
      <w:r>
        <w:rPr>
          <w:rFonts w:ascii="Courier New" w:hAnsi="Courier New"/>
          <w:color w:val="555555"/>
          <w:sz w:val="20"/>
        </w:rPr>
        <w:t>[sch vesp 147b,col 2 (4)]</w:t>
      </w:r>
    </w:p>
    <w:p>
      <w:r>
        <w:rPr>
          <w:rFonts w:ascii="Gentium Plus" w:hAnsi="Gentium Plus"/>
          <w:sz w:val="24"/>
        </w:rPr>
        <w:t>βούλεται δὲ ταύτην ἐπιθεῖναι τῇ</w:t>
      </w:r>
    </w:p>
    <w:p>
      <w:r>
        <w:rPr>
          <w:rFonts w:ascii="Courier New" w:hAnsi="Courier New"/>
          <w:color w:val="555555"/>
          <w:sz w:val="20"/>
        </w:rPr>
        <w:t>[5]</w:t>
      </w:r>
    </w:p>
    <w:p>
      <w:r>
        <w:rPr>
          <w:rFonts w:ascii="Gentium Plus" w:hAnsi="Gentium Plus"/>
          <w:sz w:val="24"/>
        </w:rPr>
        <w:t>κάπνῃ καὶ ἀσφαλίσαι αὐτήν. Lh</w:t>
      </w:r>
    </w:p>
    <w:p>
      <w:r>
        <w:rPr>
          <w:rFonts w:ascii="Courier New" w:hAnsi="Courier New"/>
          <w:color w:val="555555"/>
          <w:sz w:val="20"/>
        </w:rPr>
        <w:t>[sch vesp 147c]</w:t>
      </w:r>
    </w:p>
    <w:p>
      <w:r>
        <w:rPr>
          <w:rFonts w:ascii="Gentium Plus" w:hAnsi="Gentium Plus"/>
          <w:sz w:val="24"/>
        </w:rPr>
        <w:t>ἡ τηλία] σανὶς βαθεῖα, ἐν ᾗ τὰ ἄλφιτα τίθενται. Lh</w:t>
      </w:r>
    </w:p>
    <w:p>
      <w:r>
        <w:rPr>
          <w:rFonts w:ascii="Courier New" w:hAnsi="Courier New"/>
          <w:color w:val="555555"/>
          <w:sz w:val="20"/>
        </w:rPr>
        <w:t>[sch vesp 148a]</w:t>
      </w:r>
    </w:p>
    <w:p>
      <w:r>
        <w:rPr>
          <w:rFonts w:ascii="Gentium Plus" w:hAnsi="Gentium Plus"/>
          <w:sz w:val="24"/>
        </w:rPr>
        <w:t>δύου] εἰσέρχου. Lh</w:t>
      </w:r>
    </w:p>
    <w:p>
      <w:r>
        <w:rPr>
          <w:rFonts w:ascii="Courier New" w:hAnsi="Courier New"/>
          <w:color w:val="555555"/>
          <w:sz w:val="20"/>
        </w:rPr>
        <w:t>[sch vesp 148b]</w:t>
      </w:r>
    </w:p>
    <w:p>
      <w:r>
        <w:rPr>
          <w:rFonts w:ascii="Gentium Plus" w:hAnsi="Gentium Plus"/>
          <w:sz w:val="24"/>
        </w:rPr>
        <w:t>φέρ’ ἐπαναθῶ σοι καὶ ξύλον: οὐ τῷ πατρὶ ταῦτα λέγει, ἀλλὰ τῇ κάπνῃ· ἢ πρὸς τὴν τηλίαν, ἵνα ἐπιθῇ αὐτῇ ξύλον εἰς βάρος διὰ τὰς τοῦ πατρὸς μηχανάς. VAld</w:t>
      </w:r>
    </w:p>
    <w:p>
      <w:r>
        <w:rPr>
          <w:rFonts w:ascii="Courier New" w:hAnsi="Courier New"/>
          <w:color w:val="555555"/>
          <w:sz w:val="20"/>
        </w:rPr>
        <w:t>[sch vesp 148c]</w:t>
      </w:r>
    </w:p>
    <w:p>
      <w:r>
        <w:rPr>
          <w:rFonts w:ascii="Gentium Plus" w:hAnsi="Gentium Plus"/>
          <w:sz w:val="24"/>
        </w:rPr>
        <w:t>φέρ’ ... ξύλον] τῇ τηλίᾳ βούλεται ἐπιθεῖναι καὶ ξύλον εἰς βάρος. Lh</w:t>
      </w:r>
    </w:p>
    <w:p>
      <w:r>
        <w:rPr>
          <w:rFonts w:ascii="Courier New" w:hAnsi="Courier New"/>
          <w:color w:val="555555"/>
          <w:sz w:val="20"/>
        </w:rPr>
        <w:t>[sch vesp 149]</w:t>
      </w:r>
    </w:p>
    <w:p>
      <w:r>
        <w:rPr>
          <w:rFonts w:ascii="Gentium Plus" w:hAnsi="Gentium Plus"/>
          <w:sz w:val="24"/>
        </w:rPr>
        <w:t>ἐνταῦθα νῦν: ἀποκλείσας τὴν διέξοδον τοῦ μὴ δυνηθῆναι αὐτὸν ⸢ἐξελθεῖν Lh [εἰσελθεῖν Ald] ταῦτά φησιν. LhAld</w:t>
      </w:r>
    </w:p>
    <w:p>
      <w:r>
        <w:rPr>
          <w:rFonts w:ascii="Courier New" w:hAnsi="Courier New"/>
          <w:color w:val="555555"/>
          <w:sz w:val="20"/>
        </w:rPr>
        <w:t>[sch vesp 151a]</w:t>
      </w:r>
    </w:p>
    <w:p>
      <w:r>
        <w:rPr>
          <w:rFonts w:ascii="Gentium Plus" w:hAnsi="Gentium Plus"/>
          <w:sz w:val="24"/>
        </w:rPr>
        <w:t>παίζει. R</w:t>
      </w:r>
    </w:p>
    <w:p>
      <w:r>
        <w:rPr>
          <w:rFonts w:ascii="Courier New" w:hAnsi="Courier New"/>
          <w:color w:val="555555"/>
          <w:sz w:val="20"/>
        </w:rPr>
        <w:t>[sch vesp 151b]</w:t>
      </w:r>
    </w:p>
    <w:p>
      <w:r>
        <w:rPr>
          <w:rFonts w:ascii="Gentium Plus" w:hAnsi="Gentium Plus"/>
          <w:sz w:val="24"/>
        </w:rPr>
        <w:t>ὅστις πατρὸς νῦν Καπνίου: τὸν ὑπεκλυόμενον οἶνόν φασί τινες καπνίαν (.) RVAld</w:t>
      </w:r>
    </w:p>
    <w:p>
      <w:r>
        <w:rPr>
          <w:rFonts w:ascii="Courier New" w:hAnsi="Courier New"/>
          <w:color w:val="555555"/>
          <w:sz w:val="20"/>
        </w:rPr>
        <w:t>[sch vesp 151b,col 2 (3)]</w:t>
      </w:r>
    </w:p>
    <w:p>
      <w:r>
        <w:rPr>
          <w:rFonts w:ascii="Gentium Plus" w:hAnsi="Gentium Plus"/>
          <w:sz w:val="24"/>
        </w:rPr>
        <w:t>λέγεσθαι· ἐν δὲ τοῖς περὶ Κρατίνου</w:t>
      </w:r>
    </w:p>
    <w:p>
      <w:r>
        <w:rPr>
          <w:rFonts w:ascii="Courier New" w:hAnsi="Courier New"/>
          <w:color w:val="555555"/>
          <w:sz w:val="20"/>
        </w:rPr>
        <w:t>[sch vesp 151b (5)]</w:t>
      </w:r>
    </w:p>
    <w:p>
      <w:r>
        <w:rPr>
          <w:rFonts w:ascii="Gentium Plus" w:hAnsi="Gentium Plus"/>
          <w:sz w:val="24"/>
        </w:rPr>
        <w:t>τὸν ἀπόθετον ⸢ἢ VAld καὶ παλαιόν. RVAld διὸ καὶ Ἐκφαντίδην Καπνίαν καλοῦσιν. VAld</w:t>
      </w:r>
    </w:p>
    <w:p>
      <w:r>
        <w:rPr>
          <w:rFonts w:ascii="Courier New" w:hAnsi="Courier New"/>
          <w:color w:val="555555"/>
          <w:sz w:val="20"/>
        </w:rPr>
        <w:t>[sch vesp 151c]</w:t>
      </w:r>
    </w:p>
    <w:p>
      <w:r>
        <w:rPr>
          <w:rFonts w:ascii="Gentium Plus" w:hAnsi="Gentium Plus"/>
          <w:sz w:val="24"/>
        </w:rPr>
        <w:t>ἅμα ⸢πρὸς τὸ V* [καὶ τῷ Ald] καπνῷ εἰκακέναι ἑαυτόν· εἶπε γὰρ “καπνὸς ἐγώ”, ἅμα δὲ καὶ κάπνη εἶδος ἀμπέλου ξηρότατον καὶ δριμύτατον οἶνον ποιούσης, ὁμοίως καπνῷ ποιοῦντα δάκρυα. VAld</w:t>
      </w:r>
    </w:p>
    <w:p>
      <w:r>
        <w:rPr>
          <w:rFonts w:ascii="Courier New" w:hAnsi="Courier New"/>
          <w:color w:val="555555"/>
          <w:sz w:val="20"/>
        </w:rPr>
        <w:t>[sch vesp 151d]</w:t>
      </w:r>
    </w:p>
    <w:p>
      <w:r>
        <w:rPr>
          <w:rFonts w:ascii="Gentium Plus" w:hAnsi="Gentium Plus"/>
          <w:sz w:val="24"/>
        </w:rPr>
        <w:t>τινὲς δὲ καπνίαν οἶνον ἐν Βενεβεντῷ τῆς Ἰταλίας γίνεσθαί φασι· καὶ καπνία ἡ ἄμπελος. (ex Su. s.v. Καπνίας οἶνος, III 29, 10sq.).</w:t>
      </w:r>
    </w:p>
    <w:p>
      <w:r>
        <w:rPr>
          <w:rFonts w:ascii="Courier New" w:hAnsi="Courier New"/>
          <w:color w:val="555555"/>
          <w:sz w:val="20"/>
        </w:rPr>
        <w:t>[sch vesp 151e]</w:t>
      </w:r>
    </w:p>
    <w:p>
      <w:r>
        <w:rPr>
          <w:rFonts w:ascii="Gentium Plus" w:hAnsi="Gentium Plus"/>
          <w:sz w:val="24"/>
        </w:rPr>
        <w:t>νυνὶ κτλ.] τοῦτο λέγει, ἐπειδὴ καπνὸν ἑαυτὸν ὠνόμασεν ὁ Φιλοκλέων ἄνω. Lh</w:t>
      </w:r>
    </w:p>
    <w:p>
      <w:r>
        <w:rPr>
          <w:rFonts w:ascii="Courier New" w:hAnsi="Courier New"/>
          <w:color w:val="555555"/>
          <w:sz w:val="20"/>
        </w:rPr>
        <w:t>[sch vesp 151f]</w:t>
      </w:r>
    </w:p>
    <w:p>
      <w:r>
        <w:rPr>
          <w:rFonts w:ascii="Gentium Plus" w:hAnsi="Gentium Plus"/>
          <w:sz w:val="24"/>
        </w:rPr>
        <w:t>φασίν, ὅτι ἐστὶ καὶ κάπνη (c2) . .. (c3) οἶνον ποιοῦσα, ὃς εἰς δάκρυα τοὺς πίνοντας κινεῖ δριμύν τινα καπνὸν ἀναπέμπων. διὰ τὸ ὀξύχολον οὖν τοῦ γέροντος Καπνίου πατρός φησιν ἑαυτὸν κεκλήσεσθαι. Lh</w:t>
      </w:r>
    </w:p>
    <w:p>
      <w:r>
        <w:rPr>
          <w:rFonts w:ascii="Courier New" w:hAnsi="Courier New"/>
          <w:color w:val="555555"/>
          <w:sz w:val="20"/>
        </w:rPr>
        <w:t>[sch vesp 152]</w:t>
      </w:r>
    </w:p>
    <w:p>
      <w:r>
        <w:rPr>
          <w:rFonts w:ascii="Gentium Plus" w:hAnsi="Gentium Plus"/>
          <w:sz w:val="24"/>
        </w:rPr>
        <w:t>νιν] αὐτήν. Lh</w:t>
      </w:r>
    </w:p>
    <w:p>
      <w:r>
        <w:rPr>
          <w:rFonts w:ascii="Courier New" w:hAnsi="Courier New"/>
          <w:color w:val="555555"/>
          <w:sz w:val="20"/>
        </w:rPr>
        <w:t>[sch vesp 153]</w:t>
      </w:r>
    </w:p>
    <w:p>
      <w:r>
        <w:rPr>
          <w:rFonts w:ascii="Gentium Plus" w:hAnsi="Gentium Plus"/>
          <w:sz w:val="24"/>
        </w:rPr>
        <w:t>ἐνταῦθ’ ἔρχομαι] πρὸς τὴν θύραν, ἵνα ⸢αὐτὴν τηρήσω V [αὐτὸν</w:t>
      </w:r>
    </w:p>
    <w:p>
      <w:r>
        <w:rPr>
          <w:rFonts w:ascii="Courier New" w:hAnsi="Courier New"/>
          <w:color w:val="555555"/>
          <w:sz w:val="20"/>
        </w:rPr>
        <w:t>[sch vesp 155a]</w:t>
      </w:r>
    </w:p>
    <w:p>
      <w:r>
        <w:rPr>
          <w:rFonts w:ascii="Gentium Plus" w:hAnsi="Gentium Plus"/>
          <w:sz w:val="24"/>
        </w:rPr>
        <w:t>βάλανον: τὸν μοχλόν. LhAld</w:t>
      </w:r>
    </w:p>
    <w:p>
      <w:r>
        <w:rPr>
          <w:rFonts w:ascii="Courier New" w:hAnsi="Courier New"/>
          <w:color w:val="555555"/>
          <w:sz w:val="20"/>
        </w:rPr>
        <w:t>[sch vesp 155b]</w:t>
      </w:r>
    </w:p>
    <w:p>
      <w:r>
        <w:rPr>
          <w:rFonts w:ascii="Gentium Plus" w:hAnsi="Gentium Plus"/>
          <w:sz w:val="24"/>
        </w:rPr>
        <w:t>κυρίως δὲ τὸ εἰς τὸν μοχλὸν (4) ... (6) κεκλείδωται. καὶ βαλανά‐ γρα (3) ... (3) βάλανον. (ex Su. s.v. βαλανάγρα, I 450, 3—6)</w:t>
      </w:r>
    </w:p>
    <w:p>
      <w:r>
        <w:rPr>
          <w:rFonts w:ascii="Courier New" w:hAnsi="Courier New"/>
          <w:color w:val="555555"/>
          <w:sz w:val="20"/>
        </w:rPr>
        <w:t>[sch vesp 155c]</w:t>
      </w:r>
    </w:p>
    <w:p>
      <w:r>
        <w:rPr>
          <w:rFonts w:ascii="Gentium Plus" w:hAnsi="Gentium Plus"/>
          <w:sz w:val="24"/>
        </w:rPr>
        <w:t>ἐκτρώξεται: ἀντὶ τοῦ τὸν μοχλὸν φύλαττε, ὅπως μὴ τὸ κλεῖθρον φαγὼν ἐξέλθῃ. VAld</w:t>
      </w:r>
    </w:p>
    <w:p>
      <w:r>
        <w:rPr>
          <w:rFonts w:ascii="Courier New" w:hAnsi="Courier New"/>
          <w:color w:val="555555"/>
          <w:sz w:val="20"/>
        </w:rPr>
        <w:t>[sch vesp 155d]</w:t>
      </w:r>
    </w:p>
    <w:p>
      <w:r>
        <w:rPr>
          <w:rFonts w:ascii="Gentium Plus" w:hAnsi="Gentium Plus"/>
          <w:sz w:val="24"/>
        </w:rPr>
        <w:t>ἐκτρώξεται] καταφάγοι καὶ ἐξέλθοι. Lh</w:t>
      </w:r>
    </w:p>
    <w:p>
      <w:r>
        <w:rPr>
          <w:rFonts w:ascii="Courier New" w:hAnsi="Courier New"/>
          <w:color w:val="555555"/>
          <w:sz w:val="20"/>
        </w:rPr>
        <w:t>[sch vesp 157a]</w:t>
      </w:r>
    </w:p>
    <w:p>
      <w:r>
        <w:rPr>
          <w:rFonts w:ascii="Gentium Plus" w:hAnsi="Gentium Plus"/>
          <w:sz w:val="24"/>
        </w:rPr>
        <w:t>Δρακοντίδης: πονηρὸς ⸢ἦνLh οὗτος (.) RVAld ⸢ὁ Δρακοντίδης Lh καὶ πλείσταις καταδίκαις ἐνεχόμενος, ὡς Πλάτων ⸢ἐν Lh Σοφισταῖς ⸢φησίν Lh. Καλλίστρατος δὲ ἕνα τῶν λʹ φησίν, εἰ μὴ ὁμώνυμος ⸢εἴη Lh. ἔστι ⸢γὰρ VAld [δὲ Lh] οὗτος ὁ ⸢καὶ VLh [τὸ Ald] περὶ τῶν λʹ ψήφισμα περὶ ὀλιγαρχίας</w:t>
      </w:r>
    </w:p>
    <w:p>
      <w:r>
        <w:rPr>
          <w:rFonts w:ascii="Courier New" w:hAnsi="Courier New"/>
          <w:color w:val="555555"/>
          <w:sz w:val="20"/>
        </w:rPr>
        <w:t>[5]</w:t>
      </w:r>
    </w:p>
    <w:p>
      <w:r>
        <w:rPr>
          <w:rFonts w:ascii="Gentium Plus" w:hAnsi="Gentium Plus"/>
          <w:sz w:val="24"/>
        </w:rPr>
        <w:t>γράψας, ὡς Ἀριστοτέλης ἐν Πολιτείαις. VLhAld</w:t>
      </w:r>
    </w:p>
    <w:p>
      <w:r>
        <w:rPr>
          <w:rFonts w:ascii="Courier New" w:hAnsi="Courier New"/>
          <w:color w:val="555555"/>
          <w:sz w:val="20"/>
        </w:rPr>
        <w:t>[sch vesp 157b]</w:t>
      </w:r>
    </w:p>
    <w:p>
      <w:r>
        <w:rPr>
          <w:rFonts w:ascii="Gentium Plus" w:hAnsi="Gentium Plus"/>
          <w:sz w:val="24"/>
        </w:rPr>
        <w:t>Δρακοντίδης] πονηρὸς οὗτος καὶ πλείσταις κακίαις ἐνεχόμενος. Lh</w:t>
      </w:r>
    </w:p>
    <w:p>
      <w:r>
        <w:rPr>
          <w:rFonts w:ascii="Courier New" w:hAnsi="Courier New"/>
          <w:color w:val="555555"/>
          <w:sz w:val="20"/>
        </w:rPr>
        <w:t>[sch vesp 163]</w:t>
      </w:r>
    </w:p>
    <w:p>
      <w:r>
        <w:rPr>
          <w:rFonts w:ascii="Gentium Plus" w:hAnsi="Gentium Plus"/>
          <w:sz w:val="24"/>
        </w:rPr>
        <w:t>λείπει †ἔσὴ†. R</w:t>
      </w:r>
    </w:p>
    <w:p>
      <w:r>
        <w:rPr>
          <w:rFonts w:ascii="Courier New" w:hAnsi="Courier New"/>
          <w:color w:val="555555"/>
          <w:sz w:val="20"/>
        </w:rPr>
        <w:t>[sch vesp 164]</w:t>
      </w:r>
    </w:p>
    <w:p>
      <w:r>
        <w:rPr>
          <w:rFonts w:ascii="Gentium Plus" w:hAnsi="Gentium Plus"/>
          <w:sz w:val="24"/>
        </w:rPr>
        <w:t>ὀδὰξ τὸ δίκτυον: νῦν πάλιν διὰ τοῦ δικτύου φαίνεται ἄνω παρὰ τὴν καπνοδόχην. RVAld</w:t>
      </w:r>
    </w:p>
    <w:p>
      <w:r>
        <w:rPr>
          <w:rFonts w:ascii="Courier New" w:hAnsi="Courier New"/>
          <w:color w:val="555555"/>
          <w:sz w:val="20"/>
        </w:rPr>
        <w:t>[sch vesp 165]</w:t>
      </w:r>
    </w:p>
    <w:p>
      <w:r>
        <w:rPr>
          <w:rFonts w:ascii="Gentium Plus" w:hAnsi="Gentium Plus"/>
          <w:sz w:val="24"/>
        </w:rPr>
        <w:t>ἀλλ’ οὐκ ἔχεις ὀδόντας: ⸢ἔπαιξεν VAld [παίξει ἐνταῦθα Lh], ἐπεὶ γέρων ἦν· οἱ δὲ γέροντες ἀποβάλλουσι τοὺς ὀδόντας (.) VLhAld τῷ χρόνῳ. Lh</w:t>
      </w:r>
    </w:p>
    <w:p>
      <w:r>
        <w:rPr>
          <w:rFonts w:ascii="Courier New" w:hAnsi="Courier New"/>
          <w:color w:val="555555"/>
          <w:sz w:val="20"/>
        </w:rPr>
        <w:t>[sch vesp 167a]</w:t>
      </w:r>
    </w:p>
    <w:p>
      <w:r>
        <w:rPr>
          <w:rFonts w:ascii="Gentium Plus" w:hAnsi="Gentium Plus"/>
          <w:sz w:val="24"/>
        </w:rPr>
        <w:t>εἰς ὃ ἐτίμων καὶ τὰς μακρὰς λεγομένας εἷλκον· ἐν τοῖς ἐπάνω. R</w:t>
      </w:r>
    </w:p>
    <w:p>
      <w:r>
        <w:rPr>
          <w:rFonts w:ascii="Courier New" w:hAnsi="Courier New"/>
          <w:color w:val="555555"/>
          <w:sz w:val="20"/>
        </w:rPr>
        <w:t>[sch vesp 167b]</w:t>
      </w:r>
    </w:p>
    <w:p>
      <w:r>
        <w:rPr>
          <w:rFonts w:ascii="Gentium Plus" w:hAnsi="Gentium Plus"/>
          <w:sz w:val="24"/>
        </w:rPr>
        <w:t>τιμητικόν: καταδικαστικόν· ὅπου τὴν μακρὰν χαράσσοντες κατε‐ δίκαζον, ἢ τὴν μικρὰν καὶ ἀπέλυον. VAld</w:t>
      </w:r>
    </w:p>
    <w:p>
      <w:r>
        <w:rPr>
          <w:rFonts w:ascii="Courier New" w:hAnsi="Courier New"/>
          <w:color w:val="555555"/>
          <w:sz w:val="20"/>
        </w:rPr>
        <w:t>[sch vesp 167c]</w:t>
      </w:r>
    </w:p>
    <w:p>
      <w:r>
        <w:rPr>
          <w:rFonts w:ascii="Gentium Plus" w:hAnsi="Gentium Plus"/>
          <w:sz w:val="24"/>
        </w:rPr>
        <w:t>εἴρηται, ὅτι σανίς τις ἔκειτο ἐν τῷ δικαστηρίῳ ἀληλιμένη κηρῷ, ἐν ᾗ τὴν μακρὰν ἐχάραττον γραμμὴν καὶ κατεδίκαζον, ἢ τὴν μικρὰν καὶ ἀπέλυον. Lh</w:t>
      </w:r>
    </w:p>
    <w:p>
      <w:r>
        <w:rPr>
          <w:rFonts w:ascii="Courier New" w:hAnsi="Courier New"/>
          <w:color w:val="555555"/>
          <w:sz w:val="20"/>
        </w:rPr>
        <w:t>[sch vesp 167d]</w:t>
      </w:r>
    </w:p>
    <w:p>
      <w:r>
        <w:rPr>
          <w:rFonts w:ascii="Gentium Plus" w:hAnsi="Gentium Plus"/>
          <w:sz w:val="24"/>
        </w:rPr>
        <w:t>παρὰ τὴν τιμωρίαν. V</w:t>
      </w:r>
    </w:p>
    <w:p>
      <w:r>
        <w:rPr>
          <w:rFonts w:ascii="Courier New" w:hAnsi="Courier New"/>
          <w:color w:val="555555"/>
          <w:sz w:val="20"/>
        </w:rPr>
        <w:t>[sch vesp 167e]</w:t>
      </w:r>
    </w:p>
    <w:p>
      <w:r>
        <w:rPr>
          <w:rFonts w:ascii="Gentium Plus" w:hAnsi="Gentium Plus"/>
          <w:sz w:val="24"/>
        </w:rPr>
        <w:t>τιμητικὸν] δικαστικόν. Lh</w:t>
      </w:r>
    </w:p>
    <w:p>
      <w:r>
        <w:rPr>
          <w:rFonts w:ascii="Courier New" w:hAnsi="Courier New"/>
          <w:color w:val="555555"/>
          <w:sz w:val="20"/>
        </w:rPr>
        <w:t>[sch vesp 169]</w:t>
      </w:r>
    </w:p>
    <w:p>
      <w:r>
        <w:rPr>
          <w:rFonts w:ascii="Gentium Plus" w:hAnsi="Gentium Plus"/>
          <w:sz w:val="24"/>
        </w:rPr>
        <w:t>ἀποδόσθαι: πωλῆσαι. LhAld</w:t>
      </w:r>
    </w:p>
    <w:p>
      <w:r>
        <w:rPr>
          <w:rFonts w:ascii="Courier New" w:hAnsi="Courier New"/>
          <w:color w:val="555555"/>
          <w:sz w:val="20"/>
        </w:rPr>
        <w:t>[sch vesp 170a]</w:t>
      </w:r>
    </w:p>
    <w:p>
      <w:r>
        <w:rPr>
          <w:rFonts w:ascii="Gentium Plus" w:hAnsi="Gentium Plus"/>
          <w:sz w:val="24"/>
        </w:rPr>
        <w:t>αὐτοῖσι] ⸢λείπει ἡ Vict σύν. VictLh</w:t>
      </w:r>
    </w:p>
    <w:p>
      <w:r>
        <w:rPr>
          <w:rFonts w:ascii="Courier New" w:hAnsi="Courier New"/>
          <w:color w:val="555555"/>
          <w:sz w:val="20"/>
        </w:rPr>
        <w:t>[sch vesp 170b]</w:t>
      </w:r>
    </w:p>
    <w:p>
      <w:r>
        <w:rPr>
          <w:rFonts w:ascii="Gentium Plus" w:hAnsi="Gentium Plus"/>
          <w:sz w:val="24"/>
        </w:rPr>
        <w:t>τὰ ἐπιτιθέμενα αὐτῷ κανθήλια. R</w:t>
      </w:r>
    </w:p>
    <w:p>
      <w:r>
        <w:rPr>
          <w:rFonts w:ascii="Courier New" w:hAnsi="Courier New"/>
          <w:color w:val="555555"/>
          <w:sz w:val="20"/>
        </w:rPr>
        <w:t>[sch vesp 170c]</w:t>
      </w:r>
    </w:p>
    <w:p>
      <w:r>
        <w:rPr>
          <w:rFonts w:ascii="Gentium Plus" w:hAnsi="Gentium Plus"/>
          <w:sz w:val="24"/>
        </w:rPr>
        <w:t>κανθηλίοις: ὄνοις μεγάλοις. Ξενοφῶν· ὅτι ἐν Βαβυλῶνι (10) ... (11) ἀπὸ βάρους ... (15) γενέσθαι πρόβλημα. (ex Su. s.v. κανθήλιος, III 26, 9—15)</w:t>
      </w:r>
    </w:p>
    <w:p>
      <w:r>
        <w:rPr>
          <w:rFonts w:ascii="Courier New" w:hAnsi="Courier New"/>
          <w:color w:val="555555"/>
          <w:sz w:val="20"/>
        </w:rPr>
        <w:t>[sch vesp 171]</w:t>
      </w:r>
    </w:p>
    <w:p>
      <w:r>
        <w:rPr>
          <w:rFonts w:ascii="Gentium Plus" w:hAnsi="Gentium Plus"/>
          <w:sz w:val="24"/>
        </w:rPr>
        <w:t>νουμηνία γάρ ἐστιν: ἔθος ἦν Ἀθήνησιν ἐν νουμηνίᾳ πιπράσκειν. LhAld</w:t>
      </w:r>
    </w:p>
    <w:p>
      <w:r>
        <w:rPr>
          <w:rFonts w:ascii="Courier New" w:hAnsi="Courier New"/>
          <w:color w:val="555555"/>
          <w:sz w:val="20"/>
        </w:rPr>
        <w:t>[sch vesp 173]</w:t>
      </w:r>
    </w:p>
    <w:p>
      <w:r>
        <w:rPr>
          <w:rFonts w:ascii="Gentium Plus" w:hAnsi="Gentium Plus"/>
          <w:sz w:val="24"/>
        </w:rPr>
        <w:t>τὸν ὄνον ἔξαγε: ⸢τοῖς οἰκέταις V [πρὸς τὸν οἰκέτην LhAld] φησίν. VLhAld</w:t>
      </w:r>
    </w:p>
    <w:p>
      <w:r>
        <w:rPr>
          <w:rFonts w:ascii="Courier New" w:hAnsi="Courier New"/>
          <w:color w:val="555555"/>
          <w:sz w:val="20"/>
        </w:rPr>
        <w:t>[sch vesp 174a]</w:t>
      </w:r>
    </w:p>
    <w:p>
      <w:r>
        <w:rPr>
          <w:rFonts w:ascii="Gentium Plus" w:hAnsi="Gentium Plus"/>
          <w:sz w:val="24"/>
        </w:rPr>
        <w:t>εἷς τῶν οἰκετῶν. R</w:t>
      </w:r>
    </w:p>
    <w:p>
      <w:r>
        <w:rPr>
          <w:rFonts w:ascii="Courier New" w:hAnsi="Courier New"/>
          <w:color w:val="555555"/>
          <w:sz w:val="20"/>
        </w:rPr>
        <w:t>[sch vesp 174b]</w:t>
      </w:r>
    </w:p>
    <w:p>
      <w:r>
        <w:rPr>
          <w:rFonts w:ascii="Gentium Plus" w:hAnsi="Gentium Plus"/>
          <w:sz w:val="24"/>
        </w:rPr>
        <w:t>καθῆκεν] ὑπέβαλεν. VLh</w:t>
      </w:r>
    </w:p>
    <w:p>
      <w:r>
        <w:rPr>
          <w:rFonts w:ascii="Courier New" w:hAnsi="Courier New"/>
          <w:color w:val="555555"/>
          <w:sz w:val="20"/>
        </w:rPr>
        <w:t>[sch vesp 174c]</w:t>
      </w:r>
    </w:p>
    <w:p>
      <w:r>
        <w:rPr>
          <w:rFonts w:ascii="Gentium Plus" w:hAnsi="Gentium Plus"/>
          <w:sz w:val="24"/>
        </w:rPr>
        <w:t>εἰρωνικῶς] πανούργως. V</w:t>
      </w:r>
    </w:p>
    <w:p>
      <w:r>
        <w:rPr>
          <w:rFonts w:ascii="Courier New" w:hAnsi="Courier New"/>
          <w:color w:val="555555"/>
          <w:sz w:val="20"/>
        </w:rPr>
        <w:t>[sch vesp 175a]</w:t>
      </w:r>
    </w:p>
    <w:p>
      <w:r>
        <w:rPr>
          <w:rFonts w:ascii="Gentium Plus" w:hAnsi="Gentium Plus"/>
          <w:sz w:val="24"/>
        </w:rPr>
        <w:t>ἀλλ’ οὐκ ἔσπασεν: οὐκ ⸢ἐπέτυχεν RLh [ἔτυχεν VAld]. RVLhAld</w:t>
      </w:r>
    </w:p>
    <w:p>
      <w:r>
        <w:rPr>
          <w:rFonts w:ascii="Courier New" w:hAnsi="Courier New"/>
          <w:color w:val="555555"/>
          <w:sz w:val="20"/>
        </w:rPr>
        <w:t>[sch vesp 175b]</w:t>
      </w:r>
    </w:p>
    <w:p>
      <w:r>
        <w:rPr>
          <w:rFonts w:ascii="Gentium Plus" w:hAnsi="Gentium Plus"/>
          <w:sz w:val="24"/>
        </w:rPr>
        <w:t>παρὰ τὴν παροιμίαν RVLhAld εἴρηκε τὸ “οὐκ ἔσπασεν” ἀντὶ τοῦ οὐκ ἐπέτυχεν, ἥτις φησίν Lh αὕτη μὲν ἡ μήρινθος οὐδὲν ἔσπασεν. RVltAld</w:t>
      </w:r>
    </w:p>
    <w:p>
      <w:r>
        <w:rPr>
          <w:rFonts w:ascii="Courier New" w:hAnsi="Courier New"/>
          <w:color w:val="555555"/>
          <w:sz w:val="20"/>
        </w:rPr>
        <w:t>[5]</w:t>
      </w:r>
    </w:p>
    <w:p>
      <w:r>
        <w:rPr>
          <w:rFonts w:ascii="Gentium Plus" w:hAnsi="Gentium Plus"/>
          <w:sz w:val="24"/>
        </w:rPr>
        <w:t>ἐλέγετο δὲ ἐπὶ τῶν ⸢πειρᾷ VAld καθιέντων VLhAld καὶ ἀποτυγχανόντων (.) VTaur τῶν</w:t>
      </w:r>
    </w:p>
    <w:p>
      <w:r>
        <w:rPr>
          <w:rFonts w:ascii="Courier New" w:hAnsi="Courier New"/>
          <w:color w:val="555555"/>
          <w:sz w:val="20"/>
        </w:rPr>
        <w:t>[sch vesp 175b,col 2 (6)]</w:t>
      </w:r>
    </w:p>
    <w:p>
      <w:r>
        <w:rPr>
          <w:rFonts w:ascii="Gentium Plus" w:hAnsi="Gentium Plus"/>
          <w:sz w:val="24"/>
        </w:rPr>
        <w:t>ἄγκιστρον μετὰ σχοίνου καὶ μὴ ἐπι‐</w:t>
      </w:r>
    </w:p>
    <w:p>
      <w:r>
        <w:rPr>
          <w:rFonts w:ascii="Courier New" w:hAnsi="Courier New"/>
          <w:color w:val="555555"/>
          <w:sz w:val="20"/>
        </w:rPr>
        <w:t>[sch vesp 176]</w:t>
      </w:r>
    </w:p>
    <w:p>
      <w:r>
        <w:rPr>
          <w:rFonts w:ascii="Gentium Plus" w:hAnsi="Gentium Plus"/>
          <w:sz w:val="24"/>
        </w:rPr>
        <w:t>ταύτῃ] τῇ προφάσει. VLh</w:t>
      </w:r>
    </w:p>
    <w:p>
      <w:r>
        <w:rPr>
          <w:rFonts w:ascii="Courier New" w:hAnsi="Courier New"/>
          <w:color w:val="555555"/>
          <w:sz w:val="20"/>
        </w:rPr>
        <w:t>[sch vesp 178]</w:t>
      </w:r>
    </w:p>
    <w:p>
      <w:r>
        <w:rPr>
          <w:rFonts w:ascii="Gentium Plus" w:hAnsi="Gentium Plus"/>
          <w:sz w:val="24"/>
        </w:rPr>
        <w:t>παρακύψῃ πάλιν] φυλαττόμενος ὑπ’ ἐμοῦ (.) VictLh δῆτα. Vict</w:t>
      </w:r>
    </w:p>
    <w:p>
      <w:r>
        <w:rPr>
          <w:rFonts w:ascii="Courier New" w:hAnsi="Courier New"/>
          <w:color w:val="555555"/>
          <w:sz w:val="20"/>
        </w:rPr>
        <w:t>[sch vesp 179a]</w:t>
      </w:r>
    </w:p>
    <w:p>
      <w:r>
        <w:rPr>
          <w:rFonts w:ascii="Gentium Plus" w:hAnsi="Gentium Plus"/>
          <w:sz w:val="24"/>
        </w:rPr>
        <w:t>κάνθων] ὑποκοριστικῶς ὁ ὄνος. VVictLh</w:t>
      </w:r>
    </w:p>
    <w:p>
      <w:r>
        <w:rPr>
          <w:rFonts w:ascii="Courier New" w:hAnsi="Courier New"/>
          <w:color w:val="555555"/>
          <w:sz w:val="20"/>
        </w:rPr>
        <w:t>[sch vesp 179b]</w:t>
      </w:r>
    </w:p>
    <w:p>
      <w:r>
        <w:rPr>
          <w:rFonts w:ascii="Gentium Plus" w:hAnsi="Gentium Plus"/>
          <w:sz w:val="24"/>
        </w:rPr>
        <w:t>κάνθων τί κλάεις: ὡς βαρυνομένου τοῦ ὄνου ⸢φησὶ τὸ “τί κλαί‐ εις” Lh· ἔφερε γὰρ τὸν γέροντα ⸢ὑποκρεμασθέντα λάθρᾳ LhAld κατὰ μίμησιν ⸢τοῦ LhAld Ὀδυσσέως VLhAld</w:t>
      </w:r>
    </w:p>
    <w:p>
      <w:r>
        <w:rPr>
          <w:rFonts w:ascii="Courier New" w:hAnsi="Courier New"/>
          <w:color w:val="555555"/>
          <w:sz w:val="20"/>
        </w:rPr>
        <w:t>[sch vesp 179b,col 2 (4)]</w:t>
      </w:r>
    </w:p>
    <w:p>
      <w:r>
        <w:rPr>
          <w:rFonts w:ascii="Gentium Plus" w:hAnsi="Gentium Plus"/>
          <w:sz w:val="24"/>
        </w:rPr>
        <w:t>ὃς ὑπὸ τὴν κοιλίαν ἑαυτὸν ἐκρέμασε</w:t>
      </w:r>
    </w:p>
    <w:p>
      <w:r>
        <w:rPr>
          <w:rFonts w:ascii="Courier New" w:hAnsi="Courier New"/>
          <w:color w:val="555555"/>
          <w:sz w:val="20"/>
        </w:rPr>
        <w:t>[5]</w:t>
      </w:r>
    </w:p>
    <w:p>
      <w:r>
        <w:rPr>
          <w:rFonts w:ascii="Gentium Plus" w:hAnsi="Gentium Plus"/>
          <w:sz w:val="24"/>
        </w:rPr>
        <w:t>τοῦ κριοῦ, Lh</w:t>
      </w:r>
    </w:p>
    <w:p>
      <w:r>
        <w:rPr>
          <w:rFonts w:ascii="Courier New" w:hAnsi="Courier New"/>
          <w:color w:val="555555"/>
          <w:sz w:val="20"/>
        </w:rPr>
        <w:t>[sch vesp 179b (6)]</w:t>
      </w:r>
    </w:p>
    <w:p>
      <w:r>
        <w:rPr>
          <w:rFonts w:ascii="Gentium Plus" w:hAnsi="Gentium Plus"/>
          <w:sz w:val="24"/>
        </w:rPr>
        <w:t>⸢ἐφ’ ᾧ τε Ald διαδρᾶσαι ⸢θέλων Lh τὸν Κύκλωπα, ὅτε τὰ πρόβατα ἐξῆγε τοῦ σπηλαίου ἐφαπτόμενος αὐτῶν τῆς ῥάχεως πρὸς τῇ θύρᾳ τοῦ σπηλαίου καθήμε‐ νος, ἵνα μὴ λαθὼν ἐξέλθῃ κύπτων ⸢ὁ Ald Ὀδυσσεύς. LhAld τοῦτο δὲ λαθὼν ἐποίησεν ὁ γέρων· διὸ πρὸς βαρυνόμενόν φησι τὸν ὄνον. VAld</w:t>
      </w:r>
    </w:p>
    <w:p>
      <w:r>
        <w:rPr>
          <w:rFonts w:ascii="Courier New" w:hAnsi="Courier New"/>
          <w:color w:val="555555"/>
          <w:sz w:val="20"/>
        </w:rPr>
        <w:t>[sch vesp 183]</w:t>
      </w:r>
    </w:p>
    <w:p>
      <w:r>
        <w:rPr>
          <w:rFonts w:ascii="Gentium Plus" w:hAnsi="Gentium Plus"/>
          <w:sz w:val="24"/>
        </w:rPr>
        <w:t>ἴδωμαι] ἀντὶ τοῦ ἴδω. Lh</w:t>
      </w:r>
    </w:p>
    <w:p>
      <w:r>
        <w:rPr>
          <w:rFonts w:ascii="Courier New" w:hAnsi="Courier New"/>
          <w:color w:val="555555"/>
          <w:sz w:val="20"/>
        </w:rPr>
        <w:t>[sch vesp 184]</w:t>
      </w:r>
    </w:p>
    <w:p>
      <w:r>
        <w:rPr>
          <w:rFonts w:ascii="Gentium Plus" w:hAnsi="Gentium Plus"/>
          <w:sz w:val="24"/>
        </w:rPr>
        <w:t>Οὔτις νὴ Δία: ὅτι ⸢καὶ V ὁ Ὀδυσσεὺς Οὔτις παρ’ Ὁμήρῳ ἐκα‐ λεῖτο. VAld</w:t>
      </w:r>
    </w:p>
    <w:p>
      <w:r>
        <w:rPr>
          <w:rFonts w:ascii="Courier New" w:hAnsi="Courier New"/>
          <w:color w:val="555555"/>
          <w:sz w:val="20"/>
        </w:rPr>
        <w:t>[sch vesp 185a]</w:t>
      </w:r>
    </w:p>
    <w:p>
      <w:r>
        <w:rPr>
          <w:rFonts w:ascii="Gentium Plus" w:hAnsi="Gentium Plus"/>
          <w:sz w:val="24"/>
        </w:rPr>
        <w:t>Ἴθακος] ὅτι Ἰθακήσιος ὁ Ὀδυσσεύς. Lh</w:t>
      </w:r>
    </w:p>
    <w:p>
      <w:r>
        <w:rPr>
          <w:rFonts w:ascii="Courier New" w:hAnsi="Courier New"/>
          <w:color w:val="555555"/>
          <w:sz w:val="20"/>
        </w:rPr>
        <w:t>[sch vesp 185b]</w:t>
      </w:r>
    </w:p>
    <w:p>
      <w:r>
        <w:rPr>
          <w:rFonts w:ascii="Gentium Plus" w:hAnsi="Gentium Plus"/>
          <w:sz w:val="24"/>
        </w:rPr>
        <w:t>ἀπὸ Δρασιππίδου: πέπλακε (ν) ⸢τὸ VAld ὄνομα ἀπὸ τοῦ ἀπο‐ δρᾶσαι (,) VLhAld ὥσπερ ἀπὸ φυλῆς ἢ ἀπὸ γένους φά‐</w:t>
      </w:r>
    </w:p>
    <w:p>
      <w:r>
        <w:rPr>
          <w:rFonts w:ascii="Courier New" w:hAnsi="Courier New"/>
          <w:color w:val="555555"/>
          <w:sz w:val="20"/>
        </w:rPr>
        <w:t>[sch vesp 185b,col 2 (3)]</w:t>
      </w:r>
    </w:p>
    <w:p>
      <w:r>
        <w:rPr>
          <w:rFonts w:ascii="Gentium Plus" w:hAnsi="Gentium Plus"/>
          <w:sz w:val="24"/>
        </w:rPr>
        <w:t>διὰ τὸ μηχανᾶσθαι αὐτὸν ἀποδρᾶσαι· λέγει δὲ τοῦτο, ὥσπερ εἰ ἀπὸ γένους</w:t>
      </w:r>
    </w:p>
    <w:p>
      <w:r>
        <w:rPr>
          <w:rFonts w:ascii="Courier New" w:hAnsi="Courier New"/>
          <w:color w:val="555555"/>
          <w:sz w:val="20"/>
        </w:rPr>
        <w:t>[5]</w:t>
      </w:r>
    </w:p>
    <w:p>
      <w:r>
        <w:rPr>
          <w:rFonts w:ascii="Gentium Plus" w:hAnsi="Gentium Plus"/>
          <w:sz w:val="24"/>
        </w:rPr>
        <w:t>ἢ φυλῆς ὠνόμαζεν αὐτόν. Lh</w:t>
      </w:r>
    </w:p>
    <w:p>
      <w:r>
        <w:rPr>
          <w:rFonts w:ascii="Courier New" w:hAnsi="Courier New"/>
          <w:color w:val="555555"/>
          <w:sz w:val="20"/>
        </w:rPr>
        <w:t>[sch vesp 188a]</w:t>
      </w:r>
    </w:p>
    <w:p>
      <w:r>
        <w:rPr>
          <w:rFonts w:ascii="Gentium Plus" w:hAnsi="Gentium Plus"/>
          <w:sz w:val="24"/>
        </w:rPr>
        <w:t>ὅπου. R</w:t>
      </w:r>
    </w:p>
    <w:p>
      <w:r>
        <w:rPr>
          <w:rFonts w:ascii="Courier New" w:hAnsi="Courier New"/>
          <w:color w:val="555555"/>
          <w:sz w:val="20"/>
        </w:rPr>
        <w:t>[sch vesp 188b]</w:t>
      </w:r>
    </w:p>
    <w:p>
      <w:r>
        <w:rPr>
          <w:rFonts w:ascii="Gentium Plus" w:hAnsi="Gentium Plus"/>
          <w:sz w:val="24"/>
        </w:rPr>
        <w:t>ἰνδάλλεται: φαίνεται(ί) ⸢μοι Ald ὅμοιος εἶναι πώλῳ κλητῆρος. VAld</w:t>
      </w:r>
    </w:p>
    <w:p>
      <w:r>
        <w:rPr>
          <w:rFonts w:ascii="Courier New" w:hAnsi="Courier New"/>
          <w:color w:val="555555"/>
          <w:sz w:val="20"/>
        </w:rPr>
        <w:t>[sch vesp 188c]</w:t>
      </w:r>
    </w:p>
    <w:p>
      <w:r>
        <w:rPr>
          <w:rFonts w:ascii="Gentium Plus" w:hAnsi="Gentium Plus"/>
          <w:sz w:val="24"/>
        </w:rPr>
        <w:t>ἰνδάλλεται] παρεικάζεται. Lh</w:t>
      </w:r>
    </w:p>
    <w:p>
      <w:r>
        <w:rPr>
          <w:rFonts w:ascii="Courier New" w:hAnsi="Courier New"/>
          <w:color w:val="555555"/>
          <w:sz w:val="20"/>
        </w:rPr>
        <w:t>[sch vesp 189a]</w:t>
      </w:r>
    </w:p>
    <w:p>
      <w:r>
        <w:rPr>
          <w:rFonts w:ascii="Gentium Plus" w:hAnsi="Gentium Plus"/>
          <w:sz w:val="24"/>
        </w:rPr>
        <w:t>ὁμοιότατος κτλ.] οἱ γὰρ πῶλοι ⸢ὑποδύνουσι RVAld [ὑποκύπτοντες Lh] τὰς μητέρας ⸢καὶ RVAld θηλάζουσιν. RVLhAld</w:t>
      </w:r>
    </w:p>
    <w:p>
      <w:r>
        <w:rPr>
          <w:rFonts w:ascii="Courier New" w:hAnsi="Courier New"/>
          <w:color w:val="555555"/>
          <w:sz w:val="20"/>
        </w:rPr>
        <w:t>[sch vesp 189b]</w:t>
      </w:r>
    </w:p>
    <w:p>
      <w:r>
        <w:rPr>
          <w:rFonts w:ascii="Gentium Plus" w:hAnsi="Gentium Plus"/>
          <w:sz w:val="24"/>
        </w:rPr>
        <w:t>πωλίῳ: ἀντὶ τοῦ ὄνου ἢ ἡμιόνου “κλητῆρος” εἶπεν (.) VAld εἰς</w:t>
      </w:r>
    </w:p>
    <w:p>
      <w:r>
        <w:rPr>
          <w:rFonts w:ascii="Courier New" w:hAnsi="Courier New"/>
          <w:color w:val="555555"/>
          <w:sz w:val="20"/>
        </w:rPr>
        <w:t>[sch vesp 189c]</w:t>
      </w:r>
    </w:p>
    <w:p>
      <w:r>
        <w:rPr>
          <w:rFonts w:ascii="Gentium Plus" w:hAnsi="Gentium Plus"/>
          <w:sz w:val="24"/>
        </w:rPr>
        <w:t>πωλίῳ] ⸢ἀντὶ τοῦ V πώλῳ ὑποκοριστικῶς. VLhAld</w:t>
      </w:r>
    </w:p>
    <w:p>
      <w:r>
        <w:rPr>
          <w:rFonts w:ascii="Courier New" w:hAnsi="Courier New"/>
          <w:color w:val="555555"/>
          <w:sz w:val="20"/>
        </w:rPr>
        <w:t>[sch vesp 189d]</w:t>
      </w:r>
    </w:p>
    <w:p>
      <w:r>
        <w:rPr>
          <w:rFonts w:ascii="Gentium Plus" w:hAnsi="Gentium Plus"/>
          <w:sz w:val="24"/>
        </w:rPr>
        <w:t>κλητῆρες δὲ οἱ καλοῦντες εἰς τὸ (31) ... (1) τὸν μάρτυρα. (ex Su. s.v. κλητῆρες, III 134, 31—135, 1)</w:t>
      </w:r>
    </w:p>
    <w:p>
      <w:r>
        <w:rPr>
          <w:rFonts w:ascii="Courier New" w:hAnsi="Courier New"/>
          <w:color w:val="555555"/>
          <w:sz w:val="20"/>
        </w:rPr>
        <w:t>[sch vesp 190]</w:t>
      </w:r>
    </w:p>
    <w:p>
      <w:r>
        <w:rPr>
          <w:rFonts w:ascii="Gentium Plus" w:hAnsi="Gentium Plus"/>
          <w:sz w:val="24"/>
        </w:rPr>
        <w:t>ἥσυχον] ἄνευ θορύβου. Vict</w:t>
      </w:r>
    </w:p>
    <w:p>
      <w:r>
        <w:rPr>
          <w:rFonts w:ascii="Courier New" w:hAnsi="Courier New"/>
          <w:color w:val="555555"/>
          <w:sz w:val="20"/>
        </w:rPr>
        <w:t>[sch vesp 191a]</w:t>
      </w:r>
    </w:p>
    <w:p>
      <w:r>
        <w:rPr>
          <w:rFonts w:ascii="Gentium Plus" w:hAnsi="Gentium Plus"/>
          <w:sz w:val="24"/>
        </w:rPr>
        <w:t>νῶϊν] συνίζησις. Lh</w:t>
      </w:r>
    </w:p>
    <w:p>
      <w:r>
        <w:rPr>
          <w:rFonts w:ascii="Courier New" w:hAnsi="Courier New"/>
          <w:color w:val="555555"/>
          <w:sz w:val="20"/>
        </w:rPr>
        <w:t>[sch vesp 191b]</w:t>
      </w:r>
    </w:p>
    <w:p>
      <w:r>
        <w:rPr>
          <w:rFonts w:ascii="Gentium Plus" w:hAnsi="Gentium Plus"/>
          <w:sz w:val="24"/>
        </w:rPr>
        <w:t>παροιμία ἐπὶ τῶν περὶ μηδενὸς χρησίμου φιλοτιμουμένων. R</w:t>
      </w:r>
    </w:p>
    <w:p>
      <w:r>
        <w:rPr>
          <w:rFonts w:ascii="Courier New" w:hAnsi="Courier New"/>
          <w:color w:val="555555"/>
          <w:sz w:val="20"/>
        </w:rPr>
        <w:t>[sch vesp 191c]</w:t>
      </w:r>
    </w:p>
    <w:p>
      <w:r>
        <w:rPr>
          <w:rFonts w:ascii="Gentium Plus" w:hAnsi="Gentium Plus"/>
          <w:sz w:val="24"/>
        </w:rPr>
        <w:t>παροιμία. ἴσον τῷ περὶ μηδενός· καὶ Δημοσθένης ††. V</w:t>
      </w:r>
    </w:p>
    <w:p>
      <w:r>
        <w:rPr>
          <w:rFonts w:ascii="Courier New" w:hAnsi="Courier New"/>
          <w:color w:val="555555"/>
          <w:sz w:val="20"/>
        </w:rPr>
        <w:t>[sch vesp 191d]</w:t>
      </w:r>
    </w:p>
    <w:p>
      <w:r>
        <w:rPr>
          <w:rFonts w:ascii="Gentium Plus" w:hAnsi="Gentium Plus"/>
          <w:sz w:val="24"/>
        </w:rPr>
        <w:t>περὶ ὄνου σκιᾶς: παροιμία ἐστὶ (ν) VLhAld ⸢τὸ “περὶ ὄνου σκιᾶς” Lh ⸢ἴση Lh [· ἴσον Ald] τῷ περὶ μηδενὸς ⸢λαμβανομένη Lh [· ἔστι δὲ Ald] LhAld ἐπὶ τῶν τὰ ἀνόνητα φιλονεικούντων (.) VLhAld, ἣν μετήνεγκε νῦν ὁ πρεσβύτης. VAld ἔστι δὲ ἀπὸ τοιαύτης αἰτίας· φασί ποτε ἐν Ἀθήναις</w:t>
      </w:r>
    </w:p>
    <w:p>
      <w:r>
        <w:rPr>
          <w:rFonts w:ascii="Courier New" w:hAnsi="Courier New"/>
          <w:color w:val="555555"/>
          <w:sz w:val="20"/>
        </w:rPr>
        <w:t>[5]</w:t>
      </w:r>
    </w:p>
    <w:p>
      <w:r>
        <w:rPr>
          <w:rFonts w:ascii="Gentium Plus" w:hAnsi="Gentium Plus"/>
          <w:sz w:val="24"/>
        </w:rPr>
        <w:t>τινὰ δεηθέντα ὀνηλάτου μισθώσασθαι ὄνον ἐπὶ τῷ ⸢τὰ VAld φορτία ⸢μόνα VAld* βαστάσαι ἐπὶ ⸢τὰ VAld Μέγαρα. VLhAld καὶ δὴ οὕτω δόξαν αὐτοῖς ἐπιθέντες</w:t>
      </w:r>
    </w:p>
    <w:p>
      <w:r>
        <w:rPr>
          <w:rFonts w:ascii="Courier New" w:hAnsi="Courier New"/>
          <w:color w:val="555555"/>
          <w:sz w:val="20"/>
        </w:rPr>
        <w:t>[sch vesp 191d,col 2 (7)]</w:t>
      </w:r>
    </w:p>
    <w:p>
      <w:r>
        <w:rPr>
          <w:rFonts w:ascii="Gentium Plus" w:hAnsi="Gentium Plus"/>
          <w:sz w:val="24"/>
        </w:rPr>
        <w:t>κάτω θεὶς οὖν τὸν μισθὸν καὶ ἐπι‐ θεὶς τὰ φορτία ὥδευε μετὰ τοῦ ὀνη‐</w:t>
      </w:r>
    </w:p>
    <w:p>
      <w:r>
        <w:rPr>
          <w:rFonts w:ascii="Courier New" w:hAnsi="Courier New"/>
          <w:color w:val="555555"/>
          <w:sz w:val="20"/>
        </w:rPr>
        <w:t>[sch vesp 191d (10)]</w:t>
      </w:r>
    </w:p>
    <w:p>
      <w:r>
        <w:rPr>
          <w:rFonts w:ascii="Gentium Plus" w:hAnsi="Gentium Plus"/>
          <w:sz w:val="24"/>
        </w:rPr>
        <w:t>μεσημβρίας δὲ γενομένης καὶ τῶν ὑπὸ ⸢τὸν Lh κύνα καυμάτων σφοδρῶς αὐτοῖς</w:t>
      </w:r>
    </w:p>
    <w:p>
      <w:r>
        <w:rPr>
          <w:rFonts w:ascii="Courier New" w:hAnsi="Courier New"/>
          <w:color w:val="555555"/>
          <w:sz w:val="20"/>
        </w:rPr>
        <w:t>[15]</w:t>
      </w:r>
    </w:p>
    <w:p>
      <w:r>
        <w:rPr>
          <w:rFonts w:ascii="Gentium Plus" w:hAnsi="Gentium Plus"/>
          <w:sz w:val="24"/>
        </w:rPr>
        <w:t>αὐτῶν ⸢αὐτῷ V [ἑαυτῷ Ald] σκιὰν</w:t>
      </w:r>
    </w:p>
    <w:p>
      <w:r>
        <w:rPr>
          <w:rFonts w:ascii="Courier New" w:hAnsi="Courier New"/>
          <w:color w:val="555555"/>
          <w:sz w:val="20"/>
        </w:rPr>
        <w:t>[sch vesp 191d,col 2 (12)]</w:t>
      </w:r>
    </w:p>
    <w:p>
      <w:r>
        <w:rPr>
          <w:rFonts w:ascii="Gentium Plus" w:hAnsi="Gentium Plus"/>
          <w:sz w:val="24"/>
        </w:rPr>
        <w:t>καὶ μὴ δυνάμενοι μήτε αὐτοὶ ὁδοι‐ πορεῖν μήτε ὁ ὄνος καθεῖλον τὰ φορτία ἀπὸ τοῦ ὄνου. μὴ δυνάμενος</w:t>
      </w:r>
    </w:p>
    <w:p>
      <w:r>
        <w:rPr>
          <w:rFonts w:ascii="Courier New" w:hAnsi="Courier New"/>
          <w:color w:val="555555"/>
          <w:sz w:val="20"/>
        </w:rPr>
        <w:t>[15]</w:t>
      </w:r>
    </w:p>
    <w:p>
      <w:r>
        <w:rPr>
          <w:rFonts w:ascii="Gentium Plus" w:hAnsi="Gentium Plus"/>
          <w:sz w:val="24"/>
        </w:rPr>
        <w:t>δὲ καὶ ἔτι ὁ τὸν ὄνον μισθωσάμενος ὑπομένειν τὸν καύσωνα δραμὼν ἐπὶ</w:t>
      </w:r>
    </w:p>
    <w:p>
      <w:r>
        <w:rPr>
          <w:rFonts w:ascii="Courier New" w:hAnsi="Courier New"/>
          <w:color w:val="555555"/>
          <w:sz w:val="20"/>
        </w:rPr>
        <w:t>[sch vesp 191d (18)]</w:t>
      </w:r>
    </w:p>
    <w:p>
      <w:r>
        <w:rPr>
          <w:rFonts w:ascii="Gentium Plus" w:hAnsi="Gentium Plus"/>
          <w:sz w:val="24"/>
        </w:rPr>
        <w:t>πρὸς ὃ μαχόμενος ὁ ὀνηλάτης ἔλεγεν ὄνον ⸢μεμισθωκέναι VAld ⸢μισθώσασθαι Lh] ⸢ἐπὶ τῷ VAld φορτία ⸢φέρειν VLh [φορεῖν Ald], οὐ σκιὰν παρέξειν.</w:t>
      </w:r>
    </w:p>
    <w:p>
      <w:r>
        <w:rPr>
          <w:rFonts w:ascii="Courier New" w:hAnsi="Courier New"/>
          <w:color w:val="555555"/>
          <w:sz w:val="20"/>
        </w:rPr>
        <w:t>[20]</w:t>
      </w:r>
    </w:p>
    <w:p>
      <w:r>
        <w:rPr>
          <w:rFonts w:ascii="Gentium Plus" w:hAnsi="Gentium Plus"/>
          <w:sz w:val="24"/>
        </w:rPr>
        <w:t>VLhAld ὁ δὲ ἔλεγε μεμισθῶσθαι, ὅπως ἂν</w:t>
      </w:r>
    </w:p>
    <w:p>
      <w:r>
        <w:rPr>
          <w:rFonts w:ascii="Courier New" w:hAnsi="Courier New"/>
          <w:color w:val="555555"/>
          <w:sz w:val="20"/>
        </w:rPr>
        <w:t>[sch vesp 191d,col 2 (21)]</w:t>
      </w:r>
    </w:p>
    <w:p>
      <w:r>
        <w:rPr>
          <w:rFonts w:ascii="Gentium Plus" w:hAnsi="Gentium Plus"/>
          <w:sz w:val="24"/>
        </w:rPr>
        <w:t>ὁ δὲ ἔλεγεν, ὅ τι βούλοιτο χρήσασθαι,</w:t>
      </w:r>
    </w:p>
    <w:p>
      <w:r>
        <w:rPr>
          <w:rFonts w:ascii="Courier New" w:hAnsi="Courier New"/>
          <w:color w:val="555555"/>
          <w:sz w:val="20"/>
        </w:rPr>
        <w:t>[sch vesp 191d (23)]</w:t>
      </w:r>
    </w:p>
    <w:p>
      <w:r>
        <w:rPr>
          <w:rFonts w:ascii="Gentium Plus" w:hAnsi="Gentium Plus"/>
          <w:sz w:val="24"/>
        </w:rPr>
        <w:t>ἐκ ⸢δὲ ταύτης τῆς VAld [τῆς τοιαύτης οὖν Lh] φιλονεικίας μηδὲν οὔσης εἰς δικαστήριον κατηνέχθησαν· ὅθεν ἡ παροιμία (.) VLhAld ἐλήφθη, ἐπὶ τῶν</w:t>
      </w:r>
    </w:p>
    <w:p>
      <w:r>
        <w:rPr>
          <w:rFonts w:ascii="Courier New" w:hAnsi="Courier New"/>
          <w:color w:val="555555"/>
          <w:sz w:val="20"/>
        </w:rPr>
        <w:t>[25]</w:t>
      </w:r>
    </w:p>
    <w:p>
      <w:r>
        <w:rPr>
          <w:rFonts w:ascii="Gentium Plus" w:hAnsi="Gentium Plus"/>
          <w:sz w:val="24"/>
        </w:rPr>
        <w:t>μαχομένων περὶ τῶν μηδενὸς ἀξίων. Lh</w:t>
      </w:r>
    </w:p>
    <w:p>
      <w:r>
        <w:rPr>
          <w:rFonts w:ascii="Courier New" w:hAnsi="Courier New"/>
          <w:color w:val="555555"/>
          <w:sz w:val="20"/>
        </w:rPr>
        <w:t>[sch vesp 191e]</w:t>
      </w:r>
    </w:p>
    <w:p>
      <w:r>
        <w:rPr>
          <w:rFonts w:ascii="Gentium Plus" w:hAnsi="Gentium Plus"/>
          <w:sz w:val="24"/>
        </w:rPr>
        <w:t>τῆς δὲ παροιμίας μέμνηται καὶ Μένανδρος ἐν τῷ Ἐγχειριδίῳ (25) ... (4) Ἀθήνηθε Μέγαράδε ... (7) μεμισθωκέναι καὶ τὴν ... (9) μεμισθωκέναι ... (15) Ἀθήνηθεν εἰς ... (20) φιλοτιμουμένων. (ex Zenob. VI 28, Par. Gr. I 169, 24—170, 20)</w:t>
      </w:r>
    </w:p>
    <w:p>
      <w:r>
        <w:rPr>
          <w:rFonts w:ascii="Courier New" w:hAnsi="Courier New"/>
          <w:color w:val="555555"/>
          <w:sz w:val="20"/>
        </w:rPr>
        <w:t>[sch vesp 192a]</w:t>
      </w:r>
    </w:p>
    <w:p>
      <w:r>
        <w:rPr>
          <w:rFonts w:ascii="Gentium Plus" w:hAnsi="Gentium Plus"/>
          <w:sz w:val="24"/>
        </w:rPr>
        <w:t>λέγουσί τινες καὶ πονηρὰ κρέα ἀντὶ τοῦ σαπρά. R</w:t>
      </w:r>
    </w:p>
    <w:p>
      <w:r>
        <w:rPr>
          <w:rFonts w:ascii="Courier New" w:hAnsi="Courier New"/>
          <w:color w:val="555555"/>
          <w:sz w:val="20"/>
        </w:rPr>
        <w:t>[sch vesp 192b]</w:t>
      </w:r>
    </w:p>
    <w:p>
      <w:r>
        <w:rPr>
          <w:rFonts w:ascii="Gentium Plus" w:hAnsi="Gentium Plus"/>
          <w:sz w:val="24"/>
        </w:rPr>
        <w:t>πόρρω τέχνης: ἀντὶ τοῦ “οὐκ ἀπὸ τέχνης τινὸς ⸢πονηρὸς εἶ VAld οὐδ’ ἀπὸ μελέτης, ἀλλὰ φύσει (”) (.) VLhAld εἶ πονηρός”. Lh</w:t>
      </w:r>
    </w:p>
    <w:p>
      <w:r>
        <w:rPr>
          <w:rFonts w:ascii="Courier New" w:hAnsi="Courier New"/>
          <w:color w:val="555555"/>
          <w:sz w:val="20"/>
        </w:rPr>
        <w:t>[sch vesp 192c]</w:t>
      </w:r>
    </w:p>
    <w:p>
      <w:r>
        <w:rPr>
          <w:rFonts w:ascii="Gentium Plus" w:hAnsi="Gentium Plus"/>
          <w:sz w:val="24"/>
        </w:rPr>
        <w:t>παράβολος δὲ ἀντὶ τοῦ οὐ γνήσιος. (ex Su. s.v. παράβολος, IV 28, 26, ubi ad l. Josephi deinde cit. pertinet)</w:t>
      </w:r>
    </w:p>
    <w:p>
      <w:r>
        <w:rPr>
          <w:rFonts w:ascii="Courier New" w:hAnsi="Courier New"/>
          <w:color w:val="555555"/>
          <w:sz w:val="20"/>
        </w:rPr>
        <w:t>[sch vesp 192d]</w:t>
      </w:r>
    </w:p>
    <w:p>
      <w:r>
        <w:rPr>
          <w:rFonts w:ascii="Gentium Plus" w:hAnsi="Gentium Plus"/>
          <w:sz w:val="24"/>
        </w:rPr>
        <w:t>παράβολος] ὁ τολμηρός. VVict</w:t>
      </w:r>
    </w:p>
    <w:p>
      <w:r>
        <w:rPr>
          <w:rFonts w:ascii="Courier New" w:hAnsi="Courier New"/>
          <w:color w:val="555555"/>
          <w:sz w:val="20"/>
        </w:rPr>
        <w:t>[sch vesp 194a]</w:t>
      </w:r>
    </w:p>
    <w:p>
      <w:r>
        <w:rPr>
          <w:rFonts w:ascii="Gentium Plus" w:hAnsi="Gentium Plus"/>
          <w:sz w:val="24"/>
        </w:rPr>
        <w:t>ἔχεις γνῶναι ἄριστόν με ὄντα, εἰ καὶ μὴ νῦν με οἶδας. VAld</w:t>
      </w:r>
    </w:p>
    <w:p>
      <w:r>
        <w:rPr>
          <w:rFonts w:ascii="Courier New" w:hAnsi="Courier New"/>
          <w:color w:val="555555"/>
          <w:sz w:val="20"/>
        </w:rPr>
        <w:t>[sch vesp 194b]</w:t>
      </w:r>
    </w:p>
    <w:p>
      <w:r>
        <w:rPr>
          <w:rFonts w:ascii="Gentium Plus" w:hAnsi="Gentium Plus"/>
          <w:sz w:val="24"/>
        </w:rPr>
        <w:t>ἀλλ’ ἴσως ὅταν φάγῃς κτλ.] λείπει τὸ “γνώσῃ με”. Vict</w:t>
      </w:r>
    </w:p>
    <w:p>
      <w:r>
        <w:rPr>
          <w:rFonts w:ascii="Courier New" w:hAnsi="Courier New"/>
          <w:color w:val="555555"/>
          <w:sz w:val="20"/>
        </w:rPr>
        <w:t>[sch vesp 194c]</w:t>
      </w:r>
    </w:p>
    <w:p>
      <w:r>
        <w:rPr>
          <w:rFonts w:ascii="Gentium Plus" w:hAnsi="Gentium Plus"/>
          <w:sz w:val="24"/>
        </w:rPr>
        <w:t>ὅταν φάγῃς] ὅταν ⸢, φησίν, VAld τραφῇς (.) VLhAld ὑπ’ ἐμοῦ ὑπο‐ γάστριον· ἀπὸ μέρους δὲ τὴν τροφὴν ἁπλῶς λέγει. ἢ ὅτι ὄνους ἔτρωγον ἐν Ἀθήναις καὶ τοὺς μισθοὺς λαμβάνοντες οἱ δικασταὶ ὠνοῦντο τὰ ὑπογάστρια.</w:t>
      </w:r>
    </w:p>
    <w:p>
      <w:r>
        <w:rPr>
          <w:rFonts w:ascii="Courier New" w:hAnsi="Courier New"/>
          <w:color w:val="555555"/>
          <w:sz w:val="20"/>
        </w:rPr>
        <w:t>[sch vesp 195a]</w:t>
      </w:r>
    </w:p>
    <w:p>
      <w:r>
        <w:rPr>
          <w:rFonts w:ascii="Gentium Plus" w:hAnsi="Gentium Plus"/>
          <w:sz w:val="24"/>
        </w:rPr>
        <w:t>ὑπογάστριον: ἐπεὶ πωλάριον ἐμιμεῖτο ἐπὶ τῷ ὄνῳ, VLhAld τὸ ὑπογάστριον VAld πρὸς τοῦτο.</w:t>
      </w:r>
    </w:p>
    <w:p>
      <w:r>
        <w:rPr>
          <w:rFonts w:ascii="Courier New" w:hAnsi="Courier New"/>
          <w:color w:val="555555"/>
          <w:sz w:val="20"/>
        </w:rPr>
        <w:t>[sch vesp 195a,col 2 (2)]</w:t>
      </w:r>
    </w:p>
    <w:p>
      <w:r>
        <w:rPr>
          <w:rFonts w:ascii="Gentium Plus" w:hAnsi="Gentium Plus"/>
          <w:sz w:val="24"/>
        </w:rPr>
        <w:t>πρὸς τοῦτο εἴρηκε τὸ ὑπογάστριον.</w:t>
      </w:r>
    </w:p>
    <w:p>
      <w:r>
        <w:rPr>
          <w:rFonts w:ascii="Courier New" w:hAnsi="Courier New"/>
          <w:color w:val="555555"/>
          <w:sz w:val="20"/>
        </w:rPr>
        <w:t>[sch vesp 195a (4)]</w:t>
      </w:r>
    </w:p>
    <w:p>
      <w:r>
        <w:rPr>
          <w:rFonts w:ascii="Gentium Plus" w:hAnsi="Gentium Plus"/>
          <w:sz w:val="24"/>
        </w:rPr>
        <w:t>ἀντὶ τοῦ εἰπεῖν LhAld ⸢ὑπογάστριον Ald ⸢ὄνου VAld [προβάτου Lh], ἢ βοός,</w:t>
      </w:r>
    </w:p>
    <w:p>
      <w:r>
        <w:rPr>
          <w:rFonts w:ascii="Courier New" w:hAnsi="Courier New"/>
          <w:color w:val="555555"/>
          <w:sz w:val="20"/>
        </w:rPr>
        <w:t>[5]</w:t>
      </w:r>
    </w:p>
    <w:p>
      <w:r>
        <w:rPr>
          <w:rFonts w:ascii="Gentium Plus" w:hAnsi="Gentium Plus"/>
          <w:sz w:val="24"/>
        </w:rPr>
        <w:t>VLhAld ἐπεὶ δικαστής ἐστιν, ⸢ἔφη V [εἶπε Ald] “γέροντος ἡλιαστικοῦ”</w:t>
      </w:r>
    </w:p>
    <w:p>
      <w:r>
        <w:rPr>
          <w:rFonts w:ascii="Courier New" w:hAnsi="Courier New"/>
          <w:color w:val="555555"/>
          <w:sz w:val="20"/>
        </w:rPr>
        <w:t>[sch vesp 195a,col 2 (6)]</w:t>
      </w:r>
    </w:p>
    <w:p>
      <w:r>
        <w:rPr>
          <w:rFonts w:ascii="Gentium Plus" w:hAnsi="Gentium Plus"/>
          <w:sz w:val="24"/>
        </w:rPr>
        <w:t>ἢ χοίρου, γέροντος εἶπεν. Lh</w:t>
      </w:r>
    </w:p>
    <w:p>
      <w:r>
        <w:rPr>
          <w:rFonts w:ascii="Courier New" w:hAnsi="Courier New"/>
          <w:color w:val="555555"/>
          <w:sz w:val="20"/>
        </w:rPr>
        <w:t>[sch vesp 195b]</w:t>
      </w:r>
    </w:p>
    <w:p>
      <w:r>
        <w:rPr>
          <w:rFonts w:ascii="Gentium Plus" w:hAnsi="Gentium Plus"/>
          <w:sz w:val="24"/>
        </w:rPr>
        <w:t>λείπει ἡ παρά· ⸢ἀντὶ τοῦ V παρὰ γέροντος ἡλιαστικοῦ, οἷον ἐκ τῆς ἡμετέρας σπουδῆς καὶ τέχνης. VAld</w:t>
      </w:r>
    </w:p>
    <w:p>
      <w:r>
        <w:rPr>
          <w:rFonts w:ascii="Courier New" w:hAnsi="Courier New"/>
          <w:color w:val="555555"/>
          <w:sz w:val="20"/>
        </w:rPr>
        <w:t>[sch vesp 196a]</w:t>
      </w:r>
    </w:p>
    <w:p>
      <w:r>
        <w:rPr>
          <w:rFonts w:ascii="Gentium Plus" w:hAnsi="Gentium Plus"/>
          <w:sz w:val="24"/>
        </w:rPr>
        <w:t>ὤθει τὸν ὄνον: τὸ πρῶτον πρὸς τὸν οἰκέτην, τὸ δὲ ⸢ἕτερον V [δεύτερον LhAld] πρὸς τὸν πατέρα (.) VLhAld· ὤθει σεαυτόν. VAld</w:t>
      </w:r>
    </w:p>
    <w:p>
      <w:r>
        <w:rPr>
          <w:rFonts w:ascii="Courier New" w:hAnsi="Courier New"/>
          <w:color w:val="555555"/>
          <w:sz w:val="20"/>
        </w:rPr>
        <w:t>[sch vesp 196b]</w:t>
      </w:r>
    </w:p>
    <w:p>
      <w:r>
        <w:rPr>
          <w:rFonts w:ascii="Gentium Plus" w:hAnsi="Gentium Plus"/>
          <w:sz w:val="24"/>
        </w:rPr>
        <w:t>ἐς τὴν οἰκίαν] ὤθει σαυτὸν εἰς τὴν οἰκίαν. Lh</w:t>
      </w:r>
    </w:p>
    <w:p>
      <w:r>
        <w:rPr>
          <w:rFonts w:ascii="Courier New" w:hAnsi="Courier New"/>
          <w:color w:val="555555"/>
          <w:sz w:val="20"/>
        </w:rPr>
        <w:t>[sch vesp 197a]</w:t>
      </w:r>
    </w:p>
    <w:p>
      <w:r>
        <w:rPr>
          <w:rFonts w:ascii="Gentium Plus" w:hAnsi="Gentium Plus"/>
          <w:sz w:val="24"/>
        </w:rPr>
        <w:t>ἐπειδὴ ἐδόκει ὁ Κλέων μισθοὺς πορίζεσθαι τῷ λεπτῷ δήμῳ. R</w:t>
      </w:r>
    </w:p>
    <w:p>
      <w:r>
        <w:rPr>
          <w:rFonts w:ascii="Courier New" w:hAnsi="Courier New"/>
          <w:color w:val="555555"/>
          <w:sz w:val="20"/>
        </w:rPr>
        <w:t>[sch vesp 197b]</w:t>
      </w:r>
    </w:p>
    <w:p>
      <w:r>
        <w:rPr>
          <w:rFonts w:ascii="Gentium Plus" w:hAnsi="Gentium Plus"/>
          <w:sz w:val="24"/>
        </w:rPr>
        <w:t>καὶ Κλέων: ἐπεὶ δοκεῖ Κλέων μισθοὺς πορίζειν τοῖς δικασταῖς. VLhAld</w:t>
      </w:r>
    </w:p>
    <w:p>
      <w:r>
        <w:rPr>
          <w:rFonts w:ascii="Courier New" w:hAnsi="Courier New"/>
          <w:color w:val="555555"/>
          <w:sz w:val="20"/>
        </w:rPr>
        <w:t>[sch vesp 199]</w:t>
      </w:r>
    </w:p>
    <w:p>
      <w:r>
        <w:rPr>
          <w:rFonts w:ascii="Gentium Plus" w:hAnsi="Gentium Plus"/>
          <w:sz w:val="24"/>
        </w:rPr>
        <w:t>ὤθει σὺ πολλοὺς: ἤγουν ἐπίθες λίθους ἐπὶ τὴν θύραν, ἵνα μὴ εὐκόλως ἀνοίγῃ. LhAld</w:t>
      </w:r>
    </w:p>
    <w:p>
      <w:r>
        <w:rPr>
          <w:rFonts w:ascii="Courier New" w:hAnsi="Courier New"/>
          <w:color w:val="555555"/>
          <w:sz w:val="20"/>
        </w:rPr>
        <w:t>[sch vesp 200]</w:t>
      </w:r>
    </w:p>
    <w:p>
      <w:r>
        <w:rPr>
          <w:rFonts w:ascii="Gentium Plus" w:hAnsi="Gentium Plus"/>
          <w:sz w:val="24"/>
        </w:rPr>
        <w:t>καὶ τὴν βάλανον: τὴν εἰς τὸν μοχλὸν βάλανον ἔμβαλε VAld εἰς τὸ πῆγμα VLhAld ⸢δηλονότι VAld, ⸢τουτέστι VLh κλεῖσον τῷ κλειδίῳ. VLhAld</w:t>
      </w:r>
    </w:p>
    <w:p>
      <w:r>
        <w:rPr>
          <w:rFonts w:ascii="Courier New" w:hAnsi="Courier New"/>
          <w:color w:val="555555"/>
          <w:sz w:val="20"/>
        </w:rPr>
        <w:t>[sch vesp 201a]</w:t>
      </w:r>
    </w:p>
    <w:p>
      <w:r>
        <w:rPr>
          <w:rFonts w:ascii="Gentium Plus" w:hAnsi="Gentium Plus"/>
          <w:sz w:val="24"/>
        </w:rPr>
        <w:t>καὶ τῇ δοκῷ: ἐμβαλεῖν ⸢παρακελεύεται R [κελεύει VAld] ⸢καὶ R τὴν δοκὸν(όν) ⸢, τουτέστι τὸν ἀντιβάτην, R?, Ald πρὸς τὴν θύραν (.) RVAld, αὐτῇ δὲ τῇ δοκῷ τὸν ὅλμον· κατὰ φύσιν δὲ ἦν μᾶλλον εἰπεῖν “καὶ τὴν δοκὸν</w:t>
      </w:r>
    </w:p>
    <w:p>
      <w:r>
        <w:rPr>
          <w:rFonts w:ascii="Courier New" w:hAnsi="Courier New"/>
          <w:color w:val="555555"/>
          <w:sz w:val="20"/>
        </w:rPr>
        <w:t>[sch vesp 201b]</w:t>
      </w:r>
    </w:p>
    <w:p>
      <w:r>
        <w:rPr>
          <w:rFonts w:ascii="Gentium Plus" w:hAnsi="Gentium Plus"/>
          <w:sz w:val="24"/>
        </w:rPr>
        <w:t>τῇ δοκῷ] τῷ ἀντιβάτῃ. Lh</w:t>
      </w:r>
    </w:p>
    <w:p>
      <w:r>
        <w:rPr>
          <w:rFonts w:ascii="Courier New" w:hAnsi="Courier New"/>
          <w:color w:val="555555"/>
          <w:sz w:val="20"/>
        </w:rPr>
        <w:t>[sch vesp 202]</w:t>
      </w:r>
    </w:p>
    <w:p>
      <w:r>
        <w:rPr>
          <w:rFonts w:ascii="Gentium Plus" w:hAnsi="Gentium Plus"/>
          <w:sz w:val="24"/>
        </w:rPr>
        <w:t>προσκύλιε: οὐκ εἶπε “βάστασον”, ἀλλὰ “κύλιε” δηλῶν τὸ μέγεθος τοῦ ὅλμου, ὅν φησι κάτω πρὸς τῇ ἀρχῇ τοῦ ἀντιβάτου ⸢προσθεῖναι VAld [ἐπιθεῖναι Lh]. VLhAld τοιαῦτα γὰρ ποιοῦσιν οἱ ἀσφαλιζόμενοι θύρας οἰκίας. Lh</w:t>
      </w:r>
    </w:p>
    <w:p>
      <w:r>
        <w:rPr>
          <w:rFonts w:ascii="Courier New" w:hAnsi="Courier New"/>
          <w:color w:val="555555"/>
          <w:sz w:val="20"/>
        </w:rPr>
        <w:t>[sch vesp 203]</w:t>
      </w:r>
    </w:p>
    <w:p>
      <w:r>
        <w:rPr>
          <w:rFonts w:ascii="Gentium Plus" w:hAnsi="Gentium Plus"/>
          <w:sz w:val="24"/>
        </w:rPr>
        <w:t>τὸ βώλιον: ἡ βῶλος ὑποκοριστικῶς. VAld ἐν ὅσῳ ⸢δὲ VAld ἕλκει ἐκ τῆς στέγης, ἔπεσε κατ’ αὐτοῦ μικρὸς λίθος (.) VLhAld, ὃν βώλιον ὑπο‐ κοριστικῶς λέγει. Lh</w:t>
      </w:r>
    </w:p>
    <w:p>
      <w:r>
        <w:rPr>
          <w:rFonts w:ascii="Courier New" w:hAnsi="Courier New"/>
          <w:color w:val="555555"/>
          <w:sz w:val="20"/>
        </w:rPr>
        <w:t>[sch vesp 205]</w:t>
      </w:r>
    </w:p>
    <w:p>
      <w:r>
        <w:rPr>
          <w:rFonts w:ascii="Gentium Plus" w:hAnsi="Gentium Plus"/>
          <w:sz w:val="24"/>
        </w:rPr>
        <w:t>ὑποδυόμενός] κρυπτόμενος. Lh</w:t>
      </w:r>
    </w:p>
    <w:p>
      <w:r>
        <w:rPr>
          <w:rFonts w:ascii="Courier New" w:hAnsi="Courier New"/>
          <w:color w:val="555555"/>
          <w:sz w:val="20"/>
        </w:rPr>
        <w:t>[sch vesp 206a]</w:t>
      </w:r>
    </w:p>
    <w:p>
      <w:r>
        <w:rPr>
          <w:rFonts w:ascii="Gentium Plus" w:hAnsi="Gentium Plus"/>
          <w:sz w:val="24"/>
        </w:rPr>
        <w:t>παρὰ τὸ “μῦς ὀροφίας”· λέγεται γὰρ οὕτω καὶ ὄφις. R</w:t>
      </w:r>
    </w:p>
    <w:p>
      <w:r>
        <w:rPr>
          <w:rFonts w:ascii="Courier New" w:hAnsi="Courier New"/>
          <w:color w:val="555555"/>
          <w:sz w:val="20"/>
        </w:rPr>
        <w:t>[sch vesp 206b]</w:t>
      </w:r>
    </w:p>
    <w:p>
      <w:r>
        <w:rPr>
          <w:rFonts w:ascii="Gentium Plus" w:hAnsi="Gentium Plus"/>
          <w:sz w:val="24"/>
        </w:rPr>
        <w:t>ὀροφίας: ἀντὶ τοῦ εἰπεῖν “μῦς ὀροφίας”· λέγονται δὲ μῦς ὀροφίαι καὶ ὄφεις οἱ περὶ τὰς ὀροφὰς διάγοντες καὶ ταύτας ⸢περιτρώγοντες V [κατα‐ τρώγοντες Ald]. VAld</w:t>
      </w:r>
    </w:p>
    <w:p>
      <w:r>
        <w:rPr>
          <w:rFonts w:ascii="Courier New" w:hAnsi="Courier New"/>
          <w:color w:val="555555"/>
          <w:sz w:val="20"/>
        </w:rPr>
        <w:t>[sch vesp 206c]</w:t>
      </w:r>
    </w:p>
    <w:p>
      <w:r>
        <w:rPr>
          <w:rFonts w:ascii="Gentium Plus" w:hAnsi="Gentium Plus"/>
          <w:sz w:val="24"/>
        </w:rPr>
        <w:t>ἀντὶ τοῦ εἰπεῖν “μῦς ὀροφίας” “ἡλιαστὴς” εἶπε διὰ τὸ φιλόδικον αὐτοῦ· ὀροφίαι γὰρ μύες λέγονται οἱ ὑπὸ τὸν ὄροφον καὶ τοὺς κεράμους διατρί‐ βοντες, ὡς ἀρουραῖοι οἱ ἐν ταῖς ἀρούραις. Lh</w:t>
      </w:r>
    </w:p>
    <w:p>
      <w:r>
        <w:rPr>
          <w:rFonts w:ascii="Courier New" w:hAnsi="Courier New"/>
          <w:color w:val="555555"/>
          <w:sz w:val="20"/>
        </w:rPr>
        <w:t>[sch vesp 206d]</w:t>
      </w:r>
    </w:p>
    <w:p>
      <w:r>
        <w:rPr>
          <w:rFonts w:ascii="Gentium Plus" w:hAnsi="Gentium Plus"/>
          <w:sz w:val="24"/>
        </w:rPr>
        <w:t>ἡλιαστὴς ὀροφίας] τοῦτο παρ’ ὑπόνοιαν διὰ τὸ φιλόδικον. Lh</w:t>
      </w:r>
    </w:p>
    <w:p>
      <w:r>
        <w:rPr>
          <w:rFonts w:ascii="Courier New" w:hAnsi="Courier New"/>
          <w:color w:val="555555"/>
          <w:sz w:val="20"/>
        </w:rPr>
        <w:t>[sch vesp 207]</w:t>
      </w:r>
    </w:p>
    <w:p>
      <w:r>
        <w:rPr>
          <w:rFonts w:ascii="Gentium Plus" w:hAnsi="Gentium Plus"/>
          <w:sz w:val="24"/>
        </w:rPr>
        <w:t>στρουθὸς ἀνὴρ γίνεται: ἐπειδὴ ἀναπηδᾷ ὁ γέρων, ταῦτά φησιν ὁ οἰκέτης. LhAld</w:t>
      </w:r>
    </w:p>
    <w:p>
      <w:r>
        <w:rPr>
          <w:rFonts w:ascii="Courier New" w:hAnsi="Courier New"/>
          <w:color w:val="555555"/>
          <w:sz w:val="20"/>
        </w:rPr>
        <w:t>[sch vesp 208a]</w:t>
      </w:r>
    </w:p>
    <w:p>
      <w:r>
        <w:rPr>
          <w:rFonts w:ascii="Gentium Plus" w:hAnsi="Gentium Plus"/>
          <w:sz w:val="24"/>
        </w:rPr>
        <w:t>ἐκπτήσεται] ἐκπετάσει. Lh</w:t>
      </w:r>
    </w:p>
    <w:p>
      <w:r>
        <w:rPr>
          <w:rFonts w:ascii="Courier New" w:hAnsi="Courier New"/>
          <w:color w:val="555555"/>
          <w:sz w:val="20"/>
        </w:rPr>
        <w:t>[sch vesp 208b]</w:t>
      </w:r>
    </w:p>
    <w:p>
      <w:r>
        <w:rPr>
          <w:rFonts w:ascii="Gentium Plus" w:hAnsi="Gentium Plus"/>
          <w:sz w:val="24"/>
        </w:rPr>
        <w:t>εἰώθασιν οἱ τὰ πτηνὰ ἀγρεύοντες δίκτυα ἐκτείνειν ἐπὶ τῆς γῆς καὶ οὕτω ταῦτα ἀγρεύειν ζῶντα· ἄλλοι δὲ τὰ ἐπὶ τῶν κεράμων καθήμενα πτηνὰ δίκτυα ἄνωθεν ἐφαπλοῦντες ἀγρεύουσιν, ὅπερ καὶ οὗτος λέγεται ποιῆσαι. Lh</w:t>
      </w:r>
    </w:p>
    <w:p>
      <w:r>
        <w:rPr>
          <w:rFonts w:ascii="Courier New" w:hAnsi="Courier New"/>
          <w:color w:val="555555"/>
          <w:sz w:val="20"/>
        </w:rPr>
        <w:t>[sch vesp 209]</w:t>
      </w:r>
    </w:p>
    <w:p>
      <w:r>
        <w:rPr>
          <w:rFonts w:ascii="Gentium Plus" w:hAnsi="Gentium Plus"/>
          <w:sz w:val="24"/>
        </w:rPr>
        <w:t>σοῦ σοῦ: ἀποσοβοῦσι τὸν γέροντα ὡς ⸢στρουθόν VAld [στρουθίον Lh] ⸢†σοῦ† R, ὡς ⸢εἰώθαμεν RVAld [εἰώθασι Lh] τὰ ὄρνεα σοβεῖν.</w:t>
      </w:r>
    </w:p>
    <w:p>
      <w:r>
        <w:rPr>
          <w:rFonts w:ascii="Courier New" w:hAnsi="Courier New"/>
          <w:color w:val="555555"/>
          <w:sz w:val="20"/>
        </w:rPr>
        <w:t>[sch vesp 210a]</w:t>
      </w:r>
    </w:p>
    <w:p>
      <w:r>
        <w:rPr>
          <w:rFonts w:ascii="Gentium Plus" w:hAnsi="Gentium Plus"/>
          <w:sz w:val="24"/>
        </w:rPr>
        <w:t>Σκιώνην: Φιλόχορος ἐπὶ Ἰσάρχου φησὶ πρὸ ἐνιαυτοῦ Βρασίδαν ἀπο‐ στῆσαι Σικωνεῖς τῶν Ἀθηναίων. VLhAld</w:t>
      </w:r>
    </w:p>
    <w:p>
      <w:r>
        <w:rPr>
          <w:rFonts w:ascii="Courier New" w:hAnsi="Courier New"/>
          <w:color w:val="555555"/>
          <w:sz w:val="20"/>
        </w:rPr>
        <w:t>[sch vesp 210a,col 2 (3)]</w:t>
      </w:r>
    </w:p>
    <w:p>
      <w:r>
        <w:rPr>
          <w:rFonts w:ascii="Gentium Plus" w:hAnsi="Gentium Plus"/>
          <w:sz w:val="24"/>
        </w:rPr>
        <w:t>Ἀθηναίους δέ φασι λʹ τριήρεις</w:t>
      </w:r>
    </w:p>
    <w:p>
      <w:r>
        <w:rPr>
          <w:rFonts w:ascii="Courier New" w:hAnsi="Courier New"/>
          <w:color w:val="555555"/>
          <w:sz w:val="20"/>
        </w:rPr>
        <w:t>[sch vesp 210a (5)]</w:t>
      </w:r>
    </w:p>
    <w:p>
      <w:r>
        <w:rPr>
          <w:rFonts w:ascii="Gentium Plus" w:hAnsi="Gentium Plus"/>
          <w:sz w:val="24"/>
        </w:rPr>
        <w:t>⸢πρότερον LhAld πέμψαντας ⸢†μενεδάϊμον ἐνελείη·† V Σκιώνην ⸢δὲ V περι‐ τειχίσαι (.) RVLhAld, μαθόντας δὲ ὕστερον ἀποστῆναι αὐτῶν ἀποστεῖλαι στρατὸν καὶ πολιορκῆσαι καὶ ἀποτειχίσαι αὖθις, ὡς τὸ πρότερον. LhAld</w:t>
      </w:r>
    </w:p>
    <w:p>
      <w:r>
        <w:rPr>
          <w:rFonts w:ascii="Courier New" w:hAnsi="Courier New"/>
          <w:color w:val="555555"/>
          <w:sz w:val="20"/>
        </w:rPr>
        <w:t>[sch vesp 210b]</w:t>
      </w:r>
    </w:p>
    <w:p>
      <w:r>
        <w:rPr>
          <w:rFonts w:ascii="Gentium Plus" w:hAnsi="Gentium Plus"/>
          <w:sz w:val="24"/>
        </w:rPr>
        <w:t>τηρεῖν Σκιώνην] χωρίον Θρᾴκης πολέμιον Ἀθηναίοις (.) VLhAld, ἣν ἐφρούρουν ἐπιεικῶς· ἣν πολιορκήσαντες ἀπετείχισαν. VAld</w:t>
      </w:r>
    </w:p>
    <w:p>
      <w:r>
        <w:rPr>
          <w:rFonts w:ascii="Courier New" w:hAnsi="Courier New"/>
          <w:color w:val="555555"/>
          <w:sz w:val="20"/>
        </w:rPr>
        <w:t>[sch vesp 210c]</w:t>
      </w:r>
    </w:p>
    <w:p>
      <w:r>
        <w:rPr>
          <w:rFonts w:ascii="Gentium Plus" w:hAnsi="Gentium Plus"/>
          <w:sz w:val="24"/>
        </w:rPr>
        <w:t>ἀντὶ τούτου: ⸢ἀντὶ τοῦ πατρὸς τούτου Ald, ἵνα ᾖ ⸢ὁ Ald, οἰκέτης λέγων περὶ τοῦ πατρὸς τοῦ Βδελυκλέωνος. VAld</w:t>
      </w:r>
    </w:p>
    <w:p>
      <w:r>
        <w:rPr>
          <w:rFonts w:ascii="Courier New" w:hAnsi="Courier New"/>
          <w:color w:val="555555"/>
          <w:sz w:val="20"/>
        </w:rPr>
        <w:t>[sch vesp 211]</w:t>
      </w:r>
    </w:p>
    <w:p>
      <w:r>
        <w:rPr>
          <w:rFonts w:ascii="Gentium Plus" w:hAnsi="Gentium Plus"/>
          <w:sz w:val="24"/>
        </w:rPr>
        <w:t>νυν] δή. Lh</w:t>
      </w:r>
    </w:p>
    <w:p>
      <w:r>
        <w:rPr>
          <w:rFonts w:ascii="Courier New" w:hAnsi="Courier New"/>
          <w:color w:val="555555"/>
          <w:sz w:val="20"/>
        </w:rPr>
        <w:t>[sch vesp 213a]</w:t>
      </w:r>
    </w:p>
    <w:p>
      <w:r>
        <w:rPr>
          <w:rFonts w:ascii="Gentium Plus" w:hAnsi="Gentium Plus"/>
          <w:sz w:val="24"/>
        </w:rPr>
        <w:t>σταλαγμόν. R</w:t>
      </w:r>
    </w:p>
    <w:p>
      <w:r>
        <w:rPr>
          <w:rFonts w:ascii="Courier New" w:hAnsi="Courier New"/>
          <w:color w:val="555555"/>
          <w:sz w:val="20"/>
        </w:rPr>
        <w:t>[sch vesp 213b]</w:t>
      </w:r>
    </w:p>
    <w:p>
      <w:r>
        <w:rPr>
          <w:rFonts w:ascii="Gentium Plus" w:hAnsi="Gentium Plus"/>
          <w:sz w:val="24"/>
        </w:rPr>
        <w:t>ὅσον στίλην: ⸢ὅτι σημαίνει τὸ VAld [ὅσον Lh] ἐλάχιστον· Καλλί‐ στρατος δὲ νομισμάτιόν τι ἐλάχιστον (.) VLhAld λέγει. Lh</w:t>
      </w:r>
    </w:p>
    <w:p>
      <w:r>
        <w:rPr>
          <w:rFonts w:ascii="Courier New" w:hAnsi="Courier New"/>
          <w:color w:val="555555"/>
          <w:sz w:val="20"/>
        </w:rPr>
        <w:t>[sch vesp 214]</w:t>
      </w:r>
    </w:p>
    <w:p>
      <w:r>
        <w:rPr>
          <w:rFonts w:ascii="Gentium Plus" w:hAnsi="Gentium Plus"/>
          <w:sz w:val="24"/>
        </w:rPr>
        <w:t>ἀλλ’ ὦ πόνηροι: πρὸς ⸢τοὺς οἰκέτας VAld [τὸν οἰκέτην Lh] ⸢τὸ</w:t>
      </w:r>
    </w:p>
    <w:p>
      <w:r>
        <w:rPr>
          <w:rFonts w:ascii="Courier New" w:hAnsi="Courier New"/>
          <w:color w:val="555555"/>
          <w:sz w:val="20"/>
        </w:rPr>
        <w:t>[sch vesp 215a]</w:t>
      </w:r>
    </w:p>
    <w:p>
      <w:r>
        <w:rPr>
          <w:rFonts w:ascii="Gentium Plus" w:hAnsi="Gentium Plus"/>
          <w:sz w:val="24"/>
        </w:rPr>
        <w:t>παρακαλοῦντες τουτονὶ: ⸢τὸ “παρακαλοῦντες” φησὶν Lh ἀντὶ τοῦ ⸢καλοῦντες. R ἐκκαλοῦντες VAld [ἐκκαλούμενοι Lh] RVLhAld, οὐχ, ὡς ἐν τῇ ⸢κοινῇ Lh συνηθείᾳ, ⸢ἐπὶ VAld [ἀντὶ Lh] τοῦ ⸢ἀξιοῦν VAld [ἀξιοῦντες Lh]. τοῦτο δέ φησιν εὐκαίρως βουλόμενος τὴν εἴσοδον τοῦ χοροῦ</w:t>
      </w:r>
    </w:p>
    <w:p>
      <w:r>
        <w:rPr>
          <w:rFonts w:ascii="Courier New" w:hAnsi="Courier New"/>
          <w:color w:val="555555"/>
          <w:sz w:val="20"/>
        </w:rPr>
        <w:t>[5]</w:t>
      </w:r>
    </w:p>
    <w:p>
      <w:r>
        <w:rPr>
          <w:rFonts w:ascii="Gentium Plus" w:hAnsi="Gentium Plus"/>
          <w:sz w:val="24"/>
        </w:rPr>
        <w:t>ποιῆσαι· ἐκ γὰρ φιλοδίκων ἀνδρῶν συνέστηκεν. VLhAld</w:t>
      </w:r>
    </w:p>
    <w:p>
      <w:r>
        <w:rPr>
          <w:rFonts w:ascii="Courier New" w:hAnsi="Courier New"/>
          <w:color w:val="555555"/>
          <w:sz w:val="20"/>
        </w:rPr>
        <w:t>[sch vesp 215b]</w:t>
      </w:r>
    </w:p>
    <w:p>
      <w:r>
        <w:rPr>
          <w:rFonts w:ascii="Gentium Plus" w:hAnsi="Gentium Plus"/>
          <w:sz w:val="24"/>
        </w:rPr>
        <w:t>παρακαλοῦντες] ἐκκαλούμενοι· Lh ἡ παρά ἀντὶ ⸢τοῦ ἐξ V [τῆς ἐκ Lh]. VLh</w:t>
      </w:r>
    </w:p>
    <w:p>
      <w:r>
        <w:rPr>
          <w:rFonts w:ascii="Courier New" w:hAnsi="Courier New"/>
          <w:color w:val="555555"/>
          <w:sz w:val="20"/>
        </w:rPr>
        <w:t>[sch vesp 216]</w:t>
      </w:r>
    </w:p>
    <w:p>
      <w:r>
        <w:rPr>
          <w:rFonts w:ascii="Gentium Plus" w:hAnsi="Gentium Plus"/>
          <w:sz w:val="24"/>
        </w:rPr>
        <w:t>ὄρθος βαθύς] βαθεῖα νύξ. VVictLh</w:t>
      </w:r>
    </w:p>
    <w:p>
      <w:r>
        <w:rPr>
          <w:rFonts w:ascii="Courier New" w:hAnsi="Courier New"/>
          <w:color w:val="555555"/>
          <w:sz w:val="20"/>
        </w:rPr>
        <w:t>[sch vesp 217]</w:t>
      </w:r>
    </w:p>
    <w:p>
      <w:r>
        <w:rPr>
          <w:rFonts w:ascii="Gentium Plus" w:hAnsi="Gentium Plus"/>
          <w:sz w:val="24"/>
        </w:rPr>
        <w:t>ὀψὲ] μετὰ τὸν καιρὸν τὸν δέοντα. VVictLh</w:t>
      </w:r>
    </w:p>
    <w:p>
      <w:r>
        <w:rPr>
          <w:rFonts w:ascii="Courier New" w:hAnsi="Courier New"/>
          <w:color w:val="555555"/>
          <w:sz w:val="20"/>
        </w:rPr>
        <w:t>[sch vesp 218]</w:t>
      </w:r>
    </w:p>
    <w:p>
      <w:r>
        <w:rPr>
          <w:rFonts w:ascii="Gentium Plus" w:hAnsi="Gentium Plus"/>
          <w:sz w:val="24"/>
        </w:rPr>
        <w:t>παρακαλοῦς’] ἀντὶ τοῦ καλοῦσιν. V</w:t>
      </w:r>
    </w:p>
    <w:p>
      <w:r>
        <w:rPr>
          <w:rFonts w:ascii="Courier New" w:hAnsi="Courier New"/>
          <w:color w:val="555555"/>
          <w:sz w:val="20"/>
        </w:rPr>
        <w:t>[sch vesp 219a]</w:t>
      </w:r>
    </w:p>
    <w:p>
      <w:r>
        <w:rPr>
          <w:rFonts w:ascii="Gentium Plus" w:hAnsi="Gentium Plus"/>
          <w:sz w:val="24"/>
        </w:rPr>
        <w:t>μινυρίζοντες] ᾄδοντες. VVictLh</w:t>
      </w:r>
    </w:p>
    <w:p>
      <w:r>
        <w:rPr>
          <w:rFonts w:ascii="Courier New" w:hAnsi="Courier New"/>
          <w:color w:val="555555"/>
          <w:sz w:val="20"/>
        </w:rPr>
        <w:t>[sch vesp 219b]</w:t>
      </w:r>
    </w:p>
    <w:p>
      <w:r>
        <w:rPr>
          <w:rFonts w:ascii="Gentium Plus" w:hAnsi="Gentium Plus"/>
          <w:sz w:val="24"/>
        </w:rPr>
        <w:t>μέλη] διὰ τὴν ἡδύτητα τοῦ ποιητοῦ μέλη εἶπεν. Lh</w:t>
      </w:r>
    </w:p>
    <w:p>
      <w:r>
        <w:rPr>
          <w:rFonts w:ascii="Courier New" w:hAnsi="Courier New"/>
          <w:color w:val="555555"/>
          <w:sz w:val="20"/>
        </w:rPr>
        <w:t>[sch vesp 220a]</w:t>
      </w:r>
    </w:p>
    <w:p>
      <w:r>
        <w:rPr>
          <w:rFonts w:ascii="Gentium Plus" w:hAnsi="Gentium Plus"/>
          <w:sz w:val="24"/>
        </w:rPr>
        <w:t>τὸ μὲν μελη τὴν γλυκύτητα τοῦ ποιητοῦ σημαίνει, τὸ δὲ σιδωνο τόπον, 〈εἰς ὃν〉 τὸ μέλος τείνει, τὸ δὲ φρυνιχήρατα ††. R</w:t>
      </w:r>
    </w:p>
    <w:p>
      <w:r>
        <w:rPr>
          <w:rFonts w:ascii="Courier New" w:hAnsi="Courier New"/>
          <w:color w:val="555555"/>
          <w:sz w:val="20"/>
        </w:rPr>
        <w:t>[sch vesp 220b]</w:t>
      </w:r>
    </w:p>
    <w:p>
      <w:r>
        <w:rPr>
          <w:rFonts w:ascii="Gentium Plus" w:hAnsi="Gentium Plus"/>
          <w:sz w:val="24"/>
        </w:rPr>
        <w:t>ἀρχαιομελισιδωνοφρυνιχήρατα: παρὰ τὸ μέλι, ὅπερ ἐστὶν ἡδύ ⸢, ἢ τὰ μέλη Ald, καὶ τὴν Σιδῶνα καὶ τὸν Φρύνιχον καὶ τὰ ἐρατὰ ἔμιξεν. VAld οἷον ἀρχαῖα μέλη Φρυνίχου ἐρατὰ καὶ ἡδέα (.) VLhAld, καθάπερ μέλι περι‐ έχοντα τὸ τῆς Σιδῶνος ὄνομα. VAld</w:t>
      </w:r>
    </w:p>
    <w:p>
      <w:r>
        <w:rPr>
          <w:rFonts w:ascii="Courier New" w:hAnsi="Courier New"/>
          <w:color w:val="555555"/>
          <w:sz w:val="20"/>
        </w:rPr>
        <w:t>[5]</w:t>
      </w:r>
    </w:p>
    <w:p>
      <w:r>
        <w:rPr>
          <w:rFonts w:ascii="Gentium Plus" w:hAnsi="Gentium Plus"/>
          <w:sz w:val="24"/>
        </w:rPr>
        <w:t>Φρύνιχος δὲ ἐγένετο τραγῳδίας ποιη‐ τής, ὃς ἔγραψε δρᾶμα Φοινίσσας, ἐν</w:t>
      </w:r>
    </w:p>
    <w:p>
      <w:r>
        <w:rPr>
          <w:rFonts w:ascii="Courier New" w:hAnsi="Courier New"/>
          <w:color w:val="555555"/>
          <w:sz w:val="20"/>
        </w:rPr>
        <w:t>[sch vesp 220b,col 2 (5)]</w:t>
      </w:r>
    </w:p>
    <w:p>
      <w:r>
        <w:rPr>
          <w:rFonts w:ascii="Gentium Plus" w:hAnsi="Gentium Plus"/>
          <w:sz w:val="24"/>
        </w:rPr>
        <w:t>ὁ Φρύνιχος τραγῳδίας ἐγένετο ποιη‐ τής· ἔγραψε δὲ δρᾶμα Φοινίσσας ὀνομαζόμενον, ἐν ᾧ μέμνηται Σιδω‐ νοῦς τινος. ἀπὸ ταύτης οὖν καὶ τοῦ ἀρχαίου καὶ τοῦ μέλους καὶ τοῦ</w:t>
      </w:r>
    </w:p>
    <w:p>
      <w:r>
        <w:rPr>
          <w:rFonts w:ascii="Courier New" w:hAnsi="Courier New"/>
          <w:color w:val="555555"/>
          <w:sz w:val="20"/>
        </w:rPr>
        <w:t>[10]</w:t>
      </w:r>
    </w:p>
    <w:p>
      <w:r>
        <w:rPr>
          <w:rFonts w:ascii="Gentium Plus" w:hAnsi="Gentium Plus"/>
          <w:sz w:val="24"/>
        </w:rPr>
        <w:t>Φρυνίχου καὶ τοῦ ἐρατοῦ συνέθηκε</w:t>
      </w:r>
    </w:p>
    <w:p>
      <w:r>
        <w:rPr>
          <w:rFonts w:ascii="Courier New" w:hAnsi="Courier New"/>
          <w:color w:val="555555"/>
          <w:sz w:val="20"/>
        </w:rPr>
        <w:t>[sch vesp 219*]</w:t>
      </w:r>
    </w:p>
    <w:p>
      <w:r>
        <w:rPr>
          <w:rFonts w:ascii="Gentium Plus" w:hAnsi="Gentium Plus"/>
          <w:sz w:val="24"/>
        </w:rPr>
        <w:t>τὰ δὲ μέλη εἶπε διὰ τὴν γλυκύτητα τοῦ ποιητοῦ. VAld</w:t>
      </w:r>
    </w:p>
    <w:p>
      <w:r>
        <w:rPr>
          <w:rFonts w:ascii="Courier New" w:hAnsi="Courier New"/>
          <w:color w:val="555555"/>
          <w:sz w:val="20"/>
        </w:rPr>
        <w:t>[sch vesp 220c]</w:t>
      </w:r>
    </w:p>
    <w:p>
      <w:r>
        <w:rPr>
          <w:rFonts w:ascii="Gentium Plus" w:hAnsi="Gentium Plus"/>
          <w:sz w:val="24"/>
        </w:rPr>
        <w:t>ὅτι δι’ ὀνόματος ἦν καθόλου μὲν ὁ Φρύνιχος ἐπὶ μελοποιίᾳ, μάλιστα δὲ τὸ ἐκ ⸢τῶν V Φοινισσῶν αὐτοῦ τὸ “καὶ Σιδῶνος προλιποῦσα ναόν” ἢ “Σιδώνιον ἄστυ λιποῦσαι”. πεποίηται ⸢οὖν V [δὲ Ald] ἡ λέξις παρὰ τὸ ἀρχαῖον καὶ τὸ μέλος καὶ τὸ Σιδών καὶ τὸ Φρύνιχος καὶ τὸ ἐρατόν. Ἀρίσταρχος</w:t>
      </w:r>
    </w:p>
    <w:p>
      <w:r>
        <w:rPr>
          <w:rFonts w:ascii="Courier New" w:hAnsi="Courier New"/>
          <w:color w:val="555555"/>
          <w:sz w:val="20"/>
        </w:rPr>
        <w:t>[5]</w:t>
      </w:r>
    </w:p>
    <w:p>
      <w:r>
        <w:rPr>
          <w:rFonts w:ascii="Gentium Plus" w:hAnsi="Gentium Plus"/>
          <w:sz w:val="24"/>
        </w:rPr>
        <w:t>δέ φησι γεγενῆσθαι ἀπὸ τοῦ μέλι〈τοσ〉 καὶ τῆς Σιδῶνος καὶ τοῦ Φρυνίχου ⸢καὶ τοῦ ἐρατοῦ Ald. VAld</w:t>
      </w:r>
    </w:p>
    <w:p>
      <w:r>
        <w:rPr>
          <w:rFonts w:ascii="Courier New" w:hAnsi="Courier New"/>
          <w:color w:val="555555"/>
          <w:sz w:val="20"/>
        </w:rPr>
        <w:t>[sch vesp 222a]</w:t>
      </w:r>
    </w:p>
    <w:p>
      <w:r>
        <w:rPr>
          <w:rFonts w:ascii="Gentium Plus" w:hAnsi="Gentium Plus"/>
          <w:sz w:val="24"/>
        </w:rPr>
        <w:t>βαλλήσομεν: ⸢οὕτω V [τοῦτο Vict] λέγουσιν ἐπεκτείνοντες καὶ ἄλλα πολλά, οἷον παιήσομεν· ὡς ἀπὸ περισπωμένου δὲ τοῦ βαλλῶ ἐστίν. VVict</w:t>
      </w:r>
    </w:p>
    <w:p>
      <w:r>
        <w:rPr>
          <w:rFonts w:ascii="Courier New" w:hAnsi="Courier New"/>
          <w:color w:val="555555"/>
          <w:sz w:val="20"/>
        </w:rPr>
        <w:t>[sch vesp 222b]</w:t>
      </w:r>
    </w:p>
    <w:p>
      <w:r>
        <w:rPr>
          <w:rFonts w:ascii="Gentium Plus" w:hAnsi="Gentium Plus"/>
          <w:sz w:val="24"/>
        </w:rPr>
        <w:t>βαλλήσομεν] τρώσομεν. Lh</w:t>
      </w:r>
    </w:p>
    <w:p>
      <w:r>
        <w:rPr>
          <w:rFonts w:ascii="Courier New" w:hAnsi="Courier New"/>
          <w:color w:val="555555"/>
          <w:sz w:val="20"/>
        </w:rPr>
        <w:t>[sch vesp 223]</w:t>
      </w:r>
    </w:p>
    <w:p>
      <w:r>
        <w:rPr>
          <w:rFonts w:ascii="Gentium Plus" w:hAnsi="Gentium Plus"/>
          <w:sz w:val="24"/>
        </w:rPr>
        <w:t>ὀργίσῃ] παροξύνῃ. VVictLh</w:t>
      </w:r>
    </w:p>
    <w:p>
      <w:r>
        <w:rPr>
          <w:rFonts w:ascii="Courier New" w:hAnsi="Courier New"/>
          <w:color w:val="555555"/>
          <w:sz w:val="20"/>
        </w:rPr>
        <w:t>[sch vesp 224a]</w:t>
      </w:r>
    </w:p>
    <w:p>
      <w:r>
        <w:rPr>
          <w:rFonts w:ascii="Gentium Plus" w:hAnsi="Gentium Plus"/>
          <w:sz w:val="24"/>
        </w:rPr>
        <w:t>ἐπειδὴ ὁ χορὸς τῶν γερόντων ἔρχεται ὡς σφῆκες διεσκευασμένοι καὶ κέντρον ἔχουσιν. R</w:t>
      </w:r>
    </w:p>
    <w:p>
      <w:r>
        <w:rPr>
          <w:rFonts w:ascii="Courier New" w:hAnsi="Courier New"/>
          <w:color w:val="555555"/>
          <w:sz w:val="20"/>
        </w:rPr>
        <w:t>[sch vesp 224b]</w:t>
      </w:r>
    </w:p>
    <w:p>
      <w:r>
        <w:rPr>
          <w:rFonts w:ascii="Gentium Plus" w:hAnsi="Gentium Plus"/>
          <w:sz w:val="24"/>
        </w:rPr>
        <w:t>225. ἐκ τῆς ὀσφύος: ὅτι ἐν σχήματι σφηκῶν εἰσάγει τὸν χορὸν προβάλλοντα ἐκ τῆς ὀσφύος κέντρον τι ὀξύτατον. πεποίηκε δὲ τοῦτο διὰ τὸ τοὺς γέροντας καὶ τοὺς δικαστὰς ὀξυχόλους εἶναι καὶ δίκην σφηκῶν τιτρώσκειν τοῖς λόγοις. LhAld</w:t>
      </w:r>
    </w:p>
    <w:p>
      <w:r>
        <w:rPr>
          <w:rFonts w:ascii="Courier New" w:hAnsi="Courier New"/>
          <w:color w:val="555555"/>
          <w:sz w:val="20"/>
        </w:rPr>
        <w:t>[sch vesp 224c]</w:t>
      </w:r>
    </w:p>
    <w:p>
      <w:r>
        <w:rPr>
          <w:rFonts w:ascii="Gentium Plus" w:hAnsi="Gentium Plus"/>
          <w:sz w:val="24"/>
        </w:rPr>
        <w:t>ὅμοιον σφηκιᾷ: ἀντὶ τοῦ σφηκώδεις εἰσὶ καὶ κεντρώδεις. VLhAld ἐν σχήματι γὰρ σφηκῶν εἰσάγονται. Ald</w:t>
      </w:r>
    </w:p>
    <w:p>
      <w:r>
        <w:rPr>
          <w:rFonts w:ascii="Courier New" w:hAnsi="Courier New"/>
          <w:color w:val="555555"/>
          <w:sz w:val="20"/>
        </w:rPr>
        <w:t>[sch vesp 224d]</w:t>
      </w:r>
    </w:p>
    <w:p>
      <w:r>
        <w:rPr>
          <w:rFonts w:ascii="Gentium Plus" w:hAnsi="Gentium Plus"/>
          <w:sz w:val="24"/>
        </w:rPr>
        <w:t>σφηκιᾷ] συστήματι σφηκῶν. VVict</w:t>
      </w:r>
    </w:p>
    <w:p>
      <w:r>
        <w:rPr>
          <w:rFonts w:ascii="Courier New" w:hAnsi="Courier New"/>
          <w:color w:val="555555"/>
          <w:sz w:val="20"/>
        </w:rPr>
        <w:t>[sch vesp 227]</w:t>
      </w:r>
    </w:p>
    <w:p>
      <w:r>
        <w:rPr>
          <w:rFonts w:ascii="Gentium Plus" w:hAnsi="Gentium Plus"/>
          <w:sz w:val="24"/>
        </w:rPr>
        <w:t>φέψαλοι] σπινθῆρες. RLh VVict οἷον πῦρ πνέουσιν. VVict</w:t>
      </w:r>
    </w:p>
    <w:p>
      <w:r>
        <w:rPr>
          <w:rFonts w:ascii="Courier New" w:hAnsi="Courier New"/>
          <w:color w:val="555555"/>
          <w:sz w:val="20"/>
        </w:rPr>
        <w:t>[sch vesp 230a]</w:t>
      </w:r>
    </w:p>
    <w:p>
      <w:r>
        <w:rPr>
          <w:rFonts w:ascii="Gentium Plus" w:hAnsi="Gentium Plus"/>
          <w:sz w:val="24"/>
        </w:rPr>
        <w:t>στροφὴ στίχων ιηʹ. lhAld</w:t>
      </w:r>
    </w:p>
    <w:p>
      <w:r>
        <w:rPr>
          <w:rFonts w:ascii="Courier New" w:hAnsi="Courier New"/>
          <w:color w:val="555555"/>
          <w:sz w:val="20"/>
        </w:rPr>
        <w:t>[sch vesp 230b]</w:t>
      </w:r>
    </w:p>
    <w:p>
      <w:r>
        <w:rPr>
          <w:rFonts w:ascii="Gentium Plus" w:hAnsi="Gentium Plus"/>
          <w:sz w:val="24"/>
        </w:rPr>
        <w:t>οἱ τοῦ χοροῦ ἀλλήλοις ἐγκελευόμενοι τὴν πάροδον ποιοῦνται. VLhAld</w:t>
      </w:r>
    </w:p>
    <w:p>
      <w:r>
        <w:rPr>
          <w:rFonts w:ascii="Courier New" w:hAnsi="Courier New"/>
          <w:color w:val="555555"/>
          <w:sz w:val="20"/>
        </w:rPr>
        <w:t>[sch vesp 230c]</w:t>
      </w:r>
    </w:p>
    <w:p>
      <w:r>
        <w:rPr>
          <w:rFonts w:ascii="Gentium Plus" w:hAnsi="Gentium Plus"/>
          <w:sz w:val="24"/>
        </w:rPr>
        <w:t>ὦ Κωμία: ὄνομα γέροντος ⸢ὁ Κωμίας VAld [τὸ “Κωμία” Lh]· καὶ ἴσως πεποίηται ⸢παρὰ τὴν κώμην V*Ald [ἀπὸ τῆς κώμης Lh]. VLhAld κώμη δέ ἐστιν ἡ ἀτείχιστος τῶν ἀνθρώπων συνοικία. Lh</w:t>
      </w:r>
    </w:p>
    <w:p>
      <w:r>
        <w:rPr>
          <w:rFonts w:ascii="Courier New" w:hAnsi="Courier New"/>
          <w:color w:val="555555"/>
          <w:sz w:val="20"/>
        </w:rPr>
        <w:t>[sch vesp 230d]</w:t>
      </w:r>
    </w:p>
    <w:p>
      <w:r>
        <w:rPr>
          <w:rFonts w:ascii="Gentium Plus" w:hAnsi="Gentium Plus"/>
          <w:sz w:val="24"/>
        </w:rPr>
        <w:t>ὦ Κωμία βραδύνεις: ⸢ἀντὶ τοῦ Ald ἐβράδυνας VAld εἰς τὸ δικαστήριον VLhAld (.) ἐλθεῖν LhAld</w:t>
      </w:r>
    </w:p>
    <w:p>
      <w:r>
        <w:rPr>
          <w:rFonts w:ascii="Courier New" w:hAnsi="Courier New"/>
          <w:color w:val="555555"/>
          <w:sz w:val="20"/>
        </w:rPr>
        <w:t>[sch vesp 231a]</w:t>
      </w:r>
    </w:p>
    <w:p>
      <w:r>
        <w:rPr>
          <w:rFonts w:ascii="Gentium Plus" w:hAnsi="Gentium Plus"/>
          <w:sz w:val="24"/>
        </w:rPr>
        <w:t>πρὸ τοῦ] ἦσθα βραδύς. Lh</w:t>
      </w:r>
    </w:p>
    <w:p>
      <w:r>
        <w:rPr>
          <w:rFonts w:ascii="Courier New" w:hAnsi="Courier New"/>
          <w:color w:val="555555"/>
          <w:sz w:val="20"/>
        </w:rPr>
        <w:t>[sch vesp 231b]</w:t>
      </w:r>
    </w:p>
    <w:p>
      <w:r>
        <w:rPr>
          <w:rFonts w:ascii="Gentium Plus" w:hAnsi="Gentium Plus"/>
          <w:sz w:val="24"/>
        </w:rPr>
        <w:t>οὐ πρὸ τοῦ γ’: ⸢εὔτονός τις RV [εὔζωνος LhAld] καὶ ἰσχυρός. RVLhAld ἤδη δὲ καὶ παροιμιακὸν γέγονεν. V</w:t>
      </w:r>
    </w:p>
    <w:p>
      <w:r>
        <w:rPr>
          <w:rFonts w:ascii="Courier New" w:hAnsi="Courier New"/>
          <w:color w:val="555555"/>
          <w:sz w:val="20"/>
        </w:rPr>
        <w:t>[sch vesp 231c]</w:t>
      </w:r>
    </w:p>
    <w:p>
      <w:r>
        <w:rPr>
          <w:rFonts w:ascii="Gentium Plus" w:hAnsi="Gentium Plus"/>
          <w:sz w:val="24"/>
        </w:rPr>
        <w:t>ἀντὶ τοῦ “ταύρειος” “κύνειος” εἶπε παρ’ ὑπόνοιαν· ἀσθενέστεροι δὲ οὗτοι τῶν βοείων. R</w:t>
      </w:r>
    </w:p>
    <w:p>
      <w:r>
        <w:rPr>
          <w:rFonts w:ascii="Courier New" w:hAnsi="Courier New"/>
          <w:color w:val="555555"/>
          <w:sz w:val="20"/>
        </w:rPr>
        <w:t>[sch vesp 232a]</w:t>
      </w:r>
    </w:p>
    <w:p>
      <w:r>
        <w:rPr>
          <w:rFonts w:ascii="Gentium Plus" w:hAnsi="Gentium Plus"/>
          <w:sz w:val="24"/>
        </w:rPr>
        <w:t>Χαρινάδης: εὑρίσκεται περὶ δικαστήρια καὶ δίκας. R</w:t>
      </w:r>
    </w:p>
    <w:p>
      <w:r>
        <w:rPr>
          <w:rFonts w:ascii="Courier New" w:hAnsi="Courier New"/>
          <w:color w:val="555555"/>
          <w:sz w:val="20"/>
        </w:rPr>
        <w:t>[sch vesp 232b]</w:t>
      </w:r>
    </w:p>
    <w:p>
      <w:r>
        <w:rPr>
          <w:rFonts w:ascii="Gentium Plus" w:hAnsi="Gentium Plus"/>
          <w:sz w:val="24"/>
        </w:rPr>
        <w:t>Χαρινάδης] ὄνομα γέροντος. LhAld</w:t>
      </w:r>
    </w:p>
    <w:p>
      <w:r>
        <w:rPr>
          <w:rFonts w:ascii="Courier New" w:hAnsi="Courier New"/>
          <w:color w:val="555555"/>
          <w:sz w:val="20"/>
        </w:rPr>
        <w:t>[sch vesp 232c]</w:t>
      </w:r>
    </w:p>
    <w:p>
      <w:r>
        <w:rPr>
          <w:rFonts w:ascii="Gentium Plus" w:hAnsi="Gentium Plus"/>
          <w:sz w:val="24"/>
        </w:rPr>
        <w:t>Χαρινάδης: ὄνομα κύριον. οὗτος νωθὴς ἦν. καὶ παροιμία “κρείτ‐ των ἐστί σου Χαρινάδης βαδίζειν”, ἐπὶ τῶν βραδυνόντων ἐν τῇ πορείᾳ.</w:t>
      </w:r>
    </w:p>
    <w:p>
      <w:r>
        <w:rPr>
          <w:rFonts w:ascii="Courier New" w:hAnsi="Courier New"/>
          <w:color w:val="555555"/>
          <w:sz w:val="20"/>
        </w:rPr>
        <w:t>[sch vesp 233]</w:t>
      </w:r>
    </w:p>
    <w:p>
      <w:r>
        <w:rPr>
          <w:rFonts w:ascii="Gentium Plus" w:hAnsi="Gentium Plus"/>
          <w:sz w:val="24"/>
        </w:rPr>
        <w:t>Κονθυλεῦ: ⸢Κονθύλη VAld δῆμος ⸢τῆς Ἀττικῆς VAld τῆς Πτολεμαΐδος φυλῆς ἢ Πανδιονίδος. VLhAld</w:t>
      </w:r>
    </w:p>
    <w:p>
      <w:r>
        <w:rPr>
          <w:rFonts w:ascii="Courier New" w:hAnsi="Courier New"/>
          <w:color w:val="555555"/>
          <w:sz w:val="20"/>
        </w:rPr>
        <w:t>[sch vesp 234a]</w:t>
      </w:r>
    </w:p>
    <w:p>
      <w:r>
        <w:rPr>
          <w:rFonts w:ascii="Gentium Plus" w:hAnsi="Gentium Plus"/>
          <w:sz w:val="24"/>
        </w:rPr>
        <w:t>Χάβης: οὕτως Ἡρωδιανὸς ἐν τῷ τρίτῳ τῆς Καθόλου παρατίθεται</w:t>
      </w:r>
    </w:p>
    <w:p>
      <w:r>
        <w:rPr>
          <w:rFonts w:ascii="Courier New" w:hAnsi="Courier New"/>
          <w:color w:val="555555"/>
          <w:sz w:val="20"/>
        </w:rPr>
        <w:t>[sch vesp 234b]</w:t>
      </w:r>
    </w:p>
    <w:p>
      <w:r>
        <w:rPr>
          <w:rFonts w:ascii="Gentium Plus" w:hAnsi="Gentium Plus"/>
          <w:sz w:val="24"/>
        </w:rPr>
        <w:t>Χάβης: στρατηγός. R</w:t>
      </w:r>
    </w:p>
    <w:p>
      <w:r>
        <w:rPr>
          <w:rFonts w:ascii="Courier New" w:hAnsi="Courier New"/>
          <w:color w:val="555555"/>
          <w:sz w:val="20"/>
        </w:rPr>
        <w:t>[sch vesp 234c]</w:t>
      </w:r>
    </w:p>
    <w:p>
      <w:r>
        <w:rPr>
          <w:rFonts w:ascii="Gentium Plus" w:hAnsi="Gentium Plus"/>
          <w:sz w:val="24"/>
        </w:rPr>
        <w:t>Φλυεύς] ἀπὸ δήμου. RLhAld</w:t>
      </w:r>
    </w:p>
    <w:p>
      <w:r>
        <w:rPr>
          <w:rFonts w:ascii="Courier New" w:hAnsi="Courier New"/>
          <w:color w:val="555555"/>
          <w:sz w:val="20"/>
        </w:rPr>
        <w:t>[sch vesp 234d]</w:t>
      </w:r>
    </w:p>
    <w:p>
      <w:r>
        <w:rPr>
          <w:rFonts w:ascii="Gentium Plus" w:hAnsi="Gentium Plus"/>
          <w:sz w:val="24"/>
        </w:rPr>
        <w:t>τῆς Πτολεμαΐδος φυλῆς δῆμος ἡ Φλύη. V</w:t>
      </w:r>
    </w:p>
    <w:p>
      <w:r>
        <w:rPr>
          <w:rFonts w:ascii="Courier New" w:hAnsi="Courier New"/>
          <w:color w:val="555555"/>
          <w:sz w:val="20"/>
        </w:rPr>
        <w:t>[sch vesp 235a]</w:t>
      </w:r>
    </w:p>
    <w:p>
      <w:r>
        <w:rPr>
          <w:rFonts w:ascii="Gentium Plus" w:hAnsi="Gentium Plus"/>
          <w:sz w:val="24"/>
        </w:rPr>
        <w:t>πάρεσθ’ ὃ δὴ λοιπόν: ὅ ἐστιν ὑπόλοιπον ἡμῶν, ἥκομεν· οἷον τὸ λοιπὸν καὶ τὸ λείψανον τοῦ συστήματος ἡμῶν πάρεστιν. τοῦτο δ’, ἐπειδὴ ἐν νυκτὶ τὴν πορείαν ἐποιοῦντο. Ald</w:t>
      </w:r>
    </w:p>
    <w:p>
      <w:r>
        <w:rPr>
          <w:rFonts w:ascii="Courier New" w:hAnsi="Courier New"/>
          <w:color w:val="555555"/>
          <w:sz w:val="20"/>
        </w:rPr>
        <w:t>[sch vesp 235b]</w:t>
      </w:r>
    </w:p>
    <w:p>
      <w:r>
        <w:rPr>
          <w:rFonts w:ascii="Gentium Plus" w:hAnsi="Gentium Plus"/>
          <w:sz w:val="24"/>
        </w:rPr>
        <w:t>ἐπειδὴ ἐν νυκτὶ τὴν πορείαν ποιοῦνται, ὡς ἐν τοῖς ἑξῆς ἐστι δῆλον, διὰ τοῦτό φησιν, ὡς ἅπαν ἡμῶν τὸ σύστημα πάρεστι καὶ οὐδεὶς ὑπελείφθη. Lh</w:t>
      </w:r>
    </w:p>
    <w:p>
      <w:r>
        <w:rPr>
          <w:rFonts w:ascii="Courier New" w:hAnsi="Courier New"/>
          <w:color w:val="555555"/>
          <w:sz w:val="20"/>
        </w:rPr>
        <w:t>[sch vesp 235c]</w:t>
      </w:r>
    </w:p>
    <w:p>
      <w:r>
        <w:rPr>
          <w:rFonts w:ascii="Gentium Plus" w:hAnsi="Gentium Plus"/>
          <w:sz w:val="24"/>
        </w:rPr>
        <w:t>ὃ λοιπόν ἐστιν] οἷον συνήχθη πᾶν ἡμῶν τὸ σύστημα. Lh</w:t>
      </w:r>
    </w:p>
    <w:p>
      <w:r>
        <w:rPr>
          <w:rFonts w:ascii="Courier New" w:hAnsi="Courier New"/>
          <w:color w:val="555555"/>
          <w:sz w:val="20"/>
        </w:rPr>
        <w:t>[sch vesp 235d]</w:t>
      </w:r>
    </w:p>
    <w:p>
      <w:r>
        <w:rPr>
          <w:rFonts w:ascii="Gentium Plus" w:hAnsi="Gentium Plus"/>
          <w:sz w:val="24"/>
        </w:rPr>
        <w:t>ἀππαπαί, παπαιάξ: γερόντων σχετλιασμός.</w:t>
      </w:r>
    </w:p>
    <w:p>
      <w:r>
        <w:rPr>
          <w:rFonts w:ascii="Courier New" w:hAnsi="Courier New"/>
          <w:color w:val="555555"/>
          <w:sz w:val="20"/>
        </w:rPr>
        <w:t>[sch vesp 238a]</w:t>
      </w:r>
    </w:p>
    <w:p>
      <w:r>
        <w:rPr>
          <w:rFonts w:ascii="Gentium Plus" w:hAnsi="Gentium Plus"/>
          <w:sz w:val="24"/>
        </w:rPr>
        <w:t>τῆς ἀρτοπώλιδος: ⸢παρ’ ὑπόνοιαν τοῦτο VAld δέον εἰπεῖν ”⸢τοὺς VAld πολεμίους ἐχειρωσάμεθα” ἢ “λόχον τινὰ ἐποιήσαμεν” (.) VLhAld, “ἐκλέψαμεν” εἴρηκε παρ’ ὑπόνοιαν. Lh</w:t>
      </w:r>
    </w:p>
    <w:p>
      <w:r>
        <w:rPr>
          <w:rFonts w:ascii="Courier New" w:hAnsi="Courier New"/>
          <w:color w:val="555555"/>
          <w:sz w:val="20"/>
        </w:rPr>
        <w:t>[sch vesp 238b]</w:t>
      </w:r>
    </w:p>
    <w:p>
      <w:r>
        <w:rPr>
          <w:rFonts w:ascii="Gentium Plus" w:hAnsi="Gentium Plus"/>
          <w:sz w:val="24"/>
        </w:rPr>
        <w:t>τὸν ὅλμον: ὡς ξυλίνου ὄντος τοῦ ὅλμου· καὶ Ἡσίοδος· ὅλμον μὲν τριπόδην τάμνειν. VAld</w:t>
      </w:r>
    </w:p>
    <w:p>
      <w:r>
        <w:rPr>
          <w:rFonts w:ascii="Courier New" w:hAnsi="Courier New"/>
          <w:color w:val="555555"/>
          <w:sz w:val="20"/>
        </w:rPr>
        <w:t>[sch vesp 238c]</w:t>
      </w:r>
    </w:p>
    <w:p>
      <w:r>
        <w:rPr>
          <w:rFonts w:ascii="Gentium Plus" w:hAnsi="Gentium Plus"/>
          <w:sz w:val="24"/>
        </w:rPr>
        <w:t>ὅλμον τὸ μαγειρικὸν (13) ... (15) ἄλλα τινά (ex Su. s.v. ὅλμος,</w:t>
      </w:r>
    </w:p>
    <w:p>
      <w:r>
        <w:rPr>
          <w:rFonts w:ascii="Courier New" w:hAnsi="Courier New"/>
          <w:color w:val="555555"/>
          <w:sz w:val="20"/>
        </w:rPr>
        <w:t>[sch vesp 239a]</w:t>
      </w:r>
    </w:p>
    <w:p>
      <w:r>
        <w:rPr>
          <w:rFonts w:ascii="Gentium Plus" w:hAnsi="Gentium Plus"/>
          <w:sz w:val="24"/>
        </w:rPr>
        <w:t>τοῦ κορκόρου: πρὸς τὸν Λυκόφρονα κόρκορον λέγοντα ἰχθύδιόν τι· ἠπάτηται δέ, ὥς φησιν Ἐρατοσθένης. ἔστι γὰρ λάχανόν τι ἄγριον ⸢καὶ εὐτελὲς Ald ἐν Πελοποννήσῳ, ὡς καὶ ἡ παροιμία “καὶ κόρκορος ἐν λαχάνοισιν”. VAld</w:t>
      </w:r>
    </w:p>
    <w:p>
      <w:r>
        <w:rPr>
          <w:rFonts w:ascii="Courier New" w:hAnsi="Courier New"/>
          <w:color w:val="555555"/>
          <w:sz w:val="20"/>
        </w:rPr>
        <w:t>[sch vesp 239b]</w:t>
      </w:r>
    </w:p>
    <w:p>
      <w:r>
        <w:rPr>
          <w:rFonts w:ascii="Gentium Plus" w:hAnsi="Gentium Plus"/>
          <w:sz w:val="24"/>
        </w:rPr>
        <w:t>κόρκορος λάχανον ἄγριον ἐν Πελοποννήσῳ· καὶ παροιμία· “καὶ κόρκορος ἐν λαχάνοις” ἐπὶ τῶν εὐτελῶν λεγομένη τῶν μετὰ πλουσίων ἀνα‐ στρεφομένων. Taur</w:t>
      </w:r>
    </w:p>
    <w:p>
      <w:r>
        <w:rPr>
          <w:rFonts w:ascii="Courier New" w:hAnsi="Courier New"/>
          <w:color w:val="555555"/>
          <w:sz w:val="20"/>
        </w:rPr>
        <w:t>[sch vesp 239c]</w:t>
      </w:r>
    </w:p>
    <w:p>
      <w:r>
        <w:rPr>
          <w:rFonts w:ascii="Gentium Plus" w:hAnsi="Gentium Plus"/>
          <w:sz w:val="24"/>
        </w:rPr>
        <w:t>κορκόρου] εἶδος λαχάνου ἀγρίου. Lh</w:t>
      </w:r>
    </w:p>
    <w:p>
      <w:r>
        <w:rPr>
          <w:rFonts w:ascii="Courier New" w:hAnsi="Courier New"/>
          <w:color w:val="555555"/>
          <w:sz w:val="20"/>
        </w:rPr>
        <w:t>[sch vesp 239d]</w:t>
      </w:r>
    </w:p>
    <w:p>
      <w:r>
        <w:rPr>
          <w:rFonts w:ascii="Gentium Plus" w:hAnsi="Gentium Plus"/>
          <w:sz w:val="24"/>
        </w:rPr>
        <w:t>κατασχίσαντες αὐτόν: τὸν ὅλμον (.) RVLhAld δηλονότι (.) VLhAld· οὐ γὰρ τὸν κόρκορον. VAld</w:t>
      </w:r>
    </w:p>
    <w:p>
      <w:r>
        <w:rPr>
          <w:rFonts w:ascii="Courier New" w:hAnsi="Courier New"/>
          <w:color w:val="555555"/>
          <w:sz w:val="20"/>
        </w:rPr>
        <w:t>[sch vesp 240a]</w:t>
      </w:r>
    </w:p>
    <w:p>
      <w:r>
        <w:rPr>
          <w:rFonts w:ascii="Gentium Plus" w:hAnsi="Gentium Plus"/>
          <w:sz w:val="24"/>
        </w:rPr>
        <w:t>ὡς τοῦ Κλέωνος εἰς δίκην ἐπαγαγόντος τὸν Λάχητα ⸢τοῦτό φησιν LhAld*. στρατηγῆσαι ⸢δὲ VAld [γὰρ Lh] αὐτόν φησι Δημήτριος ⸢ἐπὶ ἄρχον‐ τος Εὐκλέους VLh πρὸ τριῶν ἐτῶν εἰς Σικελίαν πεμφθέντα μετὰ νεῶν Λεον‐ τίνοις βοηθήσοντα· οἱ δὲ περὶ τὸν Φιλόχορον διαδέξασθαι αὐτόν φασι Σοφοκλέα</w:t>
      </w:r>
    </w:p>
    <w:p>
      <w:r>
        <w:rPr>
          <w:rFonts w:ascii="Courier New" w:hAnsi="Courier New"/>
          <w:color w:val="555555"/>
          <w:sz w:val="20"/>
        </w:rPr>
        <w:t>[5]</w:t>
      </w:r>
    </w:p>
    <w:p>
      <w:r>
        <w:rPr>
          <w:rFonts w:ascii="Gentium Plus" w:hAnsi="Gentium Plus"/>
          <w:sz w:val="24"/>
        </w:rPr>
        <w:t>καὶ Πυθόδωρον, οὓς καὶ φυγῇ ζημιωθῆναι. εἰκὸς γοῦν μετακληθῆναι αὐτὸν ἐπὶ τὴν κρίσιν, ἧς νῦν ὁ κωμικὸς μνημονεύει. VLhAld</w:t>
      </w:r>
    </w:p>
    <w:p>
      <w:r>
        <w:rPr>
          <w:rFonts w:ascii="Courier New" w:hAnsi="Courier New"/>
          <w:color w:val="555555"/>
          <w:sz w:val="20"/>
        </w:rPr>
        <w:t>[sch vesp 240b]</w:t>
      </w:r>
    </w:p>
    <w:p>
      <w:r>
        <w:rPr>
          <w:rFonts w:ascii="Gentium Plus" w:hAnsi="Gentium Plus"/>
          <w:sz w:val="24"/>
        </w:rPr>
        <w:t>ὡς ἔσται Λάχητι νυνί: ⸢ἢ VAld δίκη ἢ τιμωρία (.) VLhAld ἢ τοιοῦτό τι. VAld ὡς τοῦ Λάχητος ⸢δὲ V τὰ δημόσια σφετερισαμένου καὶ</w:t>
      </w:r>
    </w:p>
    <w:p>
      <w:r>
        <w:rPr>
          <w:rFonts w:ascii="Courier New" w:hAnsi="Courier New"/>
          <w:color w:val="555555"/>
          <w:sz w:val="20"/>
        </w:rPr>
        <w:t>[sch vesp 241a]</w:t>
      </w:r>
    </w:p>
    <w:p>
      <w:r>
        <w:rPr>
          <w:rFonts w:ascii="Gentium Plus" w:hAnsi="Gentium Plus"/>
          <w:sz w:val="24"/>
        </w:rPr>
        <w:t>σίμβλον δέ φασι: σίμβλοι κυρίως εἰσὶν ⸢†οἰγλυκοὶ† V [αἱ θῆκαι Ald], ἔνθα αἱ μέλισσαι ἀποτίθενται τὸ μέλι. VAld</w:t>
      </w:r>
    </w:p>
    <w:p>
      <w:r>
        <w:rPr>
          <w:rFonts w:ascii="Courier New" w:hAnsi="Courier New"/>
          <w:color w:val="555555"/>
          <w:sz w:val="20"/>
        </w:rPr>
        <w:t>[sch vesp 241b]</w:t>
      </w:r>
    </w:p>
    <w:p>
      <w:r>
        <w:rPr>
          <w:rFonts w:ascii="Gentium Plus" w:hAnsi="Gentium Plus"/>
          <w:sz w:val="24"/>
        </w:rPr>
        <w:t>σίμβλον δέ φασι] σίμβλα κυρίως τὰ τῶν μελισσῶν οἰκήματα. Lh</w:t>
      </w:r>
    </w:p>
    <w:p>
      <w:r>
        <w:rPr>
          <w:rFonts w:ascii="Courier New" w:hAnsi="Courier New"/>
          <w:color w:val="555555"/>
          <w:sz w:val="20"/>
        </w:rPr>
        <w:t>[sch vesp 242a]</w:t>
      </w:r>
    </w:p>
    <w:p>
      <w:r>
        <w:rPr>
          <w:rFonts w:ascii="Gentium Plus" w:hAnsi="Gentium Plus"/>
          <w:sz w:val="24"/>
        </w:rPr>
        <w:t>χθὲς οὖν Κλέων: ⸢ἐφεῖτο δέ, φησίν, ὁ Κλέων, ὅτι Lh κατ’ ἐπιταγὴν ⸢δὲ τοῦ στρατηγοῦ καὶ Ald [τῶν στρατηγῶν Lh] οἱ δικασταὶ ἐκαλοῦντο. Ald Lh</w:t>
      </w:r>
    </w:p>
    <w:p>
      <w:r>
        <w:rPr>
          <w:rFonts w:ascii="Courier New" w:hAnsi="Courier New"/>
          <w:color w:val="555555"/>
          <w:sz w:val="20"/>
        </w:rPr>
        <w:t>[sch vesp 242b]</w:t>
      </w:r>
    </w:p>
    <w:p>
      <w:r>
        <w:rPr>
          <w:rFonts w:ascii="Gentium Plus" w:hAnsi="Gentium Plus"/>
          <w:sz w:val="24"/>
        </w:rPr>
        <w:t>ὁ κηδεμὼν] ὁ ἄρχων. Lh</w:t>
      </w:r>
    </w:p>
    <w:p>
      <w:r>
        <w:rPr>
          <w:rFonts w:ascii="Courier New" w:hAnsi="Courier New"/>
          <w:color w:val="555555"/>
          <w:sz w:val="20"/>
        </w:rPr>
        <w:t>[sch vesp 242c]</w:t>
      </w:r>
    </w:p>
    <w:p>
      <w:r>
        <w:rPr>
          <w:rFonts w:ascii="Gentium Plus" w:hAnsi="Gentium Plus"/>
          <w:sz w:val="24"/>
        </w:rPr>
        <w:t>ἐφεῖτ’] ἐνετείλατο, παρήγγειλεν. Lh</w:t>
      </w:r>
    </w:p>
    <w:p>
      <w:r>
        <w:rPr>
          <w:rFonts w:ascii="Courier New" w:hAnsi="Courier New"/>
          <w:color w:val="555555"/>
          <w:sz w:val="20"/>
        </w:rPr>
        <w:t>[sch vesp 242d]</w:t>
      </w:r>
    </w:p>
    <w:p>
      <w:r>
        <w:rPr>
          <w:rFonts w:ascii="Gentium Plus" w:hAnsi="Gentium Plus"/>
          <w:sz w:val="24"/>
        </w:rPr>
        <w:t>ἐν ὥρᾳ: ταχέως. VAld</w:t>
      </w:r>
    </w:p>
    <w:p>
      <w:r>
        <w:rPr>
          <w:rFonts w:ascii="Courier New" w:hAnsi="Courier New"/>
          <w:color w:val="555555"/>
          <w:sz w:val="20"/>
        </w:rPr>
        <w:t>[sch vesp 243]</w:t>
      </w:r>
    </w:p>
    <w:p>
      <w:r>
        <w:rPr>
          <w:rFonts w:ascii="Gentium Plus" w:hAnsi="Gentium Plus"/>
          <w:sz w:val="24"/>
        </w:rPr>
        <w:t>ἡμερῶν ὀργὴν τριῶν: παρὰ τὸ κηρύττεσθαι σιτία ἡμερῶν τριῶν τοῖς στρατιώταις ⸢· ἔπαιξεν οὖν V [ἔπαιξεν LhAld]. VLhAld</w:t>
      </w:r>
    </w:p>
    <w:p>
      <w:r>
        <w:rPr>
          <w:rFonts w:ascii="Courier New" w:hAnsi="Courier New"/>
          <w:color w:val="555555"/>
          <w:sz w:val="20"/>
        </w:rPr>
        <w:t>[sch vesp 244]</w:t>
      </w:r>
    </w:p>
    <w:p>
      <w:r>
        <w:rPr>
          <w:rFonts w:ascii="Gentium Plus" w:hAnsi="Gentium Plus"/>
          <w:sz w:val="24"/>
        </w:rPr>
        <w:t>ὡς κολουμένους] κατ’ αὐτοῦ κολάσοντας. LhAld</w:t>
      </w:r>
    </w:p>
    <w:p>
      <w:r>
        <w:rPr>
          <w:rFonts w:ascii="Courier New" w:hAnsi="Courier New"/>
          <w:color w:val="555555"/>
          <w:sz w:val="20"/>
        </w:rPr>
        <w:t>[sch vesp 248a]</w:t>
      </w:r>
    </w:p>
    <w:p>
      <w:r>
        <w:rPr>
          <w:rFonts w:ascii="Gentium Plus" w:hAnsi="Gentium Plus"/>
          <w:sz w:val="24"/>
        </w:rPr>
        <w:t>ὦ πάτερ πάτερ: παρέπονται αὐτοῖς παῖδες ⸢λύχνον φέροντες R (.) RVLhAld· καὶ πιθανῶς, ἵνα ἡ ὀρχήστρα ⸢πληρωθῇ V* Ald [πλησθῇ Lh]. VLhAld</w:t>
      </w:r>
    </w:p>
    <w:p>
      <w:r>
        <w:rPr>
          <w:rFonts w:ascii="Courier New" w:hAnsi="Courier New"/>
          <w:color w:val="555555"/>
          <w:sz w:val="20"/>
        </w:rPr>
        <w:t>[sch vesp 248b]</w:t>
      </w:r>
    </w:p>
    <w:p>
      <w:r>
        <w:rPr>
          <w:rFonts w:ascii="Gentium Plus" w:hAnsi="Gentium Plus"/>
          <w:sz w:val="24"/>
        </w:rPr>
        <w:t>ὦ πάτερ πάτερ: παῖς τις προηγούμενος μετὰ λύχνου προεωρακὼς πηλόν. τὸ δὲ μέτρον ἐντεῦθεν ἤλλαξεν· ἔστι γὰρ μικτόν, συντεθὲν ἔκ τε ἰαμβικοῦ διμέτρου ἀκαταλήκτου καὶ ἰθυφαλλικοῦ. ὁ δὲ ἰθύφαλλος τροχαϊκὴν συζυγίαν ἔχει δίμετρον βραχυκατάληκτον, τουτέστι τρεῖς τροχαίους. VAld</w:t>
      </w:r>
    </w:p>
    <w:p>
      <w:r>
        <w:rPr>
          <w:rFonts w:ascii="Courier New" w:hAnsi="Courier New"/>
          <w:color w:val="555555"/>
          <w:sz w:val="20"/>
        </w:rPr>
        <w:t>[sch vesp 249a]</w:t>
      </w:r>
    </w:p>
    <w:p>
      <w:r>
        <w:rPr>
          <w:rFonts w:ascii="Gentium Plus" w:hAnsi="Gentium Plus"/>
          <w:sz w:val="24"/>
        </w:rPr>
        <w:t>κάρφος χαμάθεν: πρὸς τοὺς παῖδάς ⸢φασι V [φησι LhAld] τοὺς προπέμποντας ⸢αὐτούς V* [αὐτόν Ald] (.) VLhAld ἐν κάρφει γὰρ ἠρέμα τις προμύσσει.</w:t>
      </w:r>
    </w:p>
    <w:p>
      <w:r>
        <w:rPr>
          <w:rFonts w:ascii="Courier New" w:hAnsi="Courier New"/>
          <w:color w:val="555555"/>
          <w:sz w:val="20"/>
        </w:rPr>
        <w:t>[sch vesp 249a,col 2 (3)]</w:t>
      </w:r>
    </w:p>
    <w:p>
      <w:r>
        <w:rPr>
          <w:rFonts w:ascii="Gentium Plus" w:hAnsi="Gentium Plus"/>
          <w:sz w:val="24"/>
        </w:rPr>
        <w:t>ἐν κάρφει ἠρέμα προμύσσειν τὸν</w:t>
      </w:r>
    </w:p>
    <w:p>
      <w:r>
        <w:rPr>
          <w:rFonts w:ascii="Courier New" w:hAnsi="Courier New"/>
          <w:color w:val="555555"/>
          <w:sz w:val="20"/>
        </w:rPr>
        <w:t>[sch vesp 249b]</w:t>
      </w:r>
    </w:p>
    <w:p>
      <w:r>
        <w:rPr>
          <w:rFonts w:ascii="Gentium Plus" w:hAnsi="Gentium Plus"/>
          <w:sz w:val="24"/>
        </w:rPr>
        <w:t>πρόμυξον: ἐκ τῆς μύξης προάγαγε. R</w:t>
      </w:r>
    </w:p>
    <w:p>
      <w:r>
        <w:rPr>
          <w:rFonts w:ascii="Courier New" w:hAnsi="Courier New"/>
          <w:color w:val="555555"/>
          <w:sz w:val="20"/>
        </w:rPr>
        <w:t>[sch vesp 250a]</w:t>
      </w:r>
    </w:p>
    <w:p>
      <w:r>
        <w:rPr>
          <w:rFonts w:ascii="Gentium Plus" w:hAnsi="Gentium Plus"/>
          <w:sz w:val="24"/>
        </w:rPr>
        <w:t>τὸν δάκτυλον δείκνυσιν, ἵνα μὴ κάμψας 〈κάρφοσ〉 ζητῇ. R</w:t>
      </w:r>
    </w:p>
    <w:p>
      <w:r>
        <w:rPr>
          <w:rFonts w:ascii="Courier New" w:hAnsi="Courier New"/>
          <w:color w:val="555555"/>
          <w:sz w:val="20"/>
        </w:rPr>
        <w:t>[sch vesp 250b]</w:t>
      </w:r>
    </w:p>
    <w:p>
      <w:r>
        <w:rPr>
          <w:rFonts w:ascii="Gentium Plus" w:hAnsi="Gentium Plus"/>
          <w:sz w:val="24"/>
        </w:rPr>
        <w:t>ἀλλὰ τοδί μοι: δεικτικῶς τῷ λιχανῷ δακτύλῳ. VLhAld</w:t>
      </w:r>
    </w:p>
    <w:p>
      <w:r>
        <w:rPr>
          <w:rFonts w:ascii="Courier New" w:hAnsi="Courier New"/>
          <w:color w:val="555555"/>
          <w:sz w:val="20"/>
        </w:rPr>
        <w:t>[sch vesp 250c]</w:t>
      </w:r>
    </w:p>
    <w:p>
      <w:r>
        <w:rPr>
          <w:rFonts w:ascii="Gentium Plus" w:hAnsi="Gentium Plus"/>
          <w:sz w:val="24"/>
        </w:rPr>
        <w:t>τὸν ... προβύσειν] εἰς τὸ ἔμπροσθεν ⸢βαλεῖν τὸ ἐλλύχνιον Ald [προ‐ βαλεῖν τὸ φωτέλιον Lh] (.) Ald Lh τὸ ἐν τῷ λύχνῳ. Lh</w:t>
      </w:r>
    </w:p>
    <w:p>
      <w:r>
        <w:rPr>
          <w:rFonts w:ascii="Courier New" w:hAnsi="Courier New"/>
          <w:color w:val="555555"/>
          <w:sz w:val="20"/>
        </w:rPr>
        <w:t>[sch vesp 251a]</w:t>
      </w:r>
    </w:p>
    <w:p>
      <w:r>
        <w:rPr>
          <w:rFonts w:ascii="Gentium Plus" w:hAnsi="Gentium Plus"/>
          <w:sz w:val="24"/>
        </w:rPr>
        <w:t>ἅμα κόνδυλον τῷ παιδαρίῳ δίδωσι διὰ τὸ νεώτερον ὄντα μὴ φροντίζειν. R</w:t>
      </w:r>
    </w:p>
    <w:p>
      <w:r>
        <w:rPr>
          <w:rFonts w:ascii="Courier New" w:hAnsi="Courier New"/>
          <w:color w:val="555555"/>
          <w:sz w:val="20"/>
        </w:rPr>
        <w:t>[sch vesp 251b]</w:t>
      </w:r>
    </w:p>
    <w:p>
      <w:r>
        <w:rPr>
          <w:rFonts w:ascii="Gentium Plus" w:hAnsi="Gentium Plus"/>
          <w:sz w:val="24"/>
        </w:rPr>
        <w:t>τί δὴ μαθὼν: ὡς τοῦ παιδὸς τῷ δακτύλῳ ἐπισπασαμένου τὸ ἐλλύχ‐ νιον καὶ ἐν τοσούτῳ ἐλαίου ἐκχυθέντος εἷς τῶν πρεσβυτῶν, ὃς καὶ πατὴρ ἦν τοῦ παιδίου, ἀγανακτήσας κονδύλους αὐτῷ δίδωσιν. VAld</w:t>
      </w:r>
    </w:p>
    <w:p>
      <w:r>
        <w:rPr>
          <w:rFonts w:ascii="Courier New" w:hAnsi="Courier New"/>
          <w:color w:val="555555"/>
          <w:sz w:val="20"/>
        </w:rPr>
        <w:t>[sch vesp 251c]</w:t>
      </w:r>
    </w:p>
    <w:p>
      <w:r>
        <w:rPr>
          <w:rFonts w:ascii="Gentium Plus" w:hAnsi="Gentium Plus"/>
          <w:sz w:val="24"/>
        </w:rPr>
        <w:t>δεῖ εἰδέναι, ὅτι τῷ δακτύλῳ ὠθήσαντος τὴν θρυαλλίδα τοῦ παιδὸς καὶ ἐν τοσούτῳ ἐλαίου ἐκχυθέντος ὁ πατὴρ αὐτοῦ ἀγανακτήσας κονδύλους αὐτῷ δίδωσιν εἰπών· “ἐπεὶ οὐ φροντίζεις, ὅταν πολλοῦ πιπράσκηται τὸ ἔλαιον, διὰ τοῦτο αὐτὸ ἐκχέεις”. διαβάλλει δὲ αὐτὸν ὡς μικρολόγον· οὗτοι δὲ καὶ τῶν εὐτε‐</w:t>
      </w:r>
    </w:p>
    <w:p>
      <w:r>
        <w:rPr>
          <w:rFonts w:ascii="Courier New" w:hAnsi="Courier New"/>
          <w:color w:val="555555"/>
          <w:sz w:val="20"/>
        </w:rPr>
        <w:t>[5]</w:t>
      </w:r>
    </w:p>
    <w:p>
      <w:r>
        <w:rPr>
          <w:rFonts w:ascii="Gentium Plus" w:hAnsi="Gentium Plus"/>
          <w:sz w:val="24"/>
        </w:rPr>
        <w:t>λῶν φροντίδα ποιοῦνται. Lh</w:t>
      </w:r>
    </w:p>
    <w:p>
      <w:r>
        <w:rPr>
          <w:rFonts w:ascii="Courier New" w:hAnsi="Courier New"/>
          <w:color w:val="555555"/>
          <w:sz w:val="20"/>
        </w:rPr>
        <w:t>[sch vesp 251d]</w:t>
      </w:r>
    </w:p>
    <w:p>
      <w:r>
        <w:rPr>
          <w:rFonts w:ascii="Gentium Plus" w:hAnsi="Gentium Plus"/>
          <w:sz w:val="24"/>
        </w:rPr>
        <w:t>τί δὴ μαθὼν] τοῦτο εἰπὼν δίδωσιν αὐτῷ κόνδυλον. VLhAld</w:t>
      </w:r>
    </w:p>
    <w:p>
      <w:r>
        <w:rPr>
          <w:rFonts w:ascii="Courier New" w:hAnsi="Courier New"/>
          <w:color w:val="555555"/>
          <w:sz w:val="20"/>
        </w:rPr>
        <w:t>[sch vesp 251e]</w:t>
      </w:r>
    </w:p>
    <w:p>
      <w:r>
        <w:rPr>
          <w:rFonts w:ascii="Gentium Plus" w:hAnsi="Gentium Plus"/>
          <w:sz w:val="24"/>
        </w:rPr>
        <w:t>ὠθεῖς] προάγεις. Lh</w:t>
      </w:r>
    </w:p>
    <w:p>
      <w:r>
        <w:rPr>
          <w:rFonts w:ascii="Courier New" w:hAnsi="Courier New"/>
          <w:color w:val="555555"/>
          <w:sz w:val="20"/>
        </w:rPr>
        <w:t>[sch vesp 253]</w:t>
      </w:r>
    </w:p>
    <w:p>
      <w:r>
        <w:rPr>
          <w:rFonts w:ascii="Gentium Plus" w:hAnsi="Gentium Plus"/>
          <w:sz w:val="24"/>
        </w:rPr>
        <w:t>οὐ γὰρ δάκνει ς’ ὅταν δέῃ: οὐ γὰρ λυπεῖ σε τὸ ἔλαιον πολλοῦ πιπρασκόμενον. VLhAld οὐ γὰρ αὐτὸς ἀγοράζεις. πατρὸς δ’ υἱὸς σμικρολόγου. VAld</w:t>
      </w:r>
    </w:p>
    <w:p>
      <w:r>
        <w:rPr>
          <w:rFonts w:ascii="Courier New" w:hAnsi="Courier New"/>
          <w:color w:val="555555"/>
          <w:sz w:val="20"/>
        </w:rPr>
        <w:t>[sch vesp 256]</w:t>
      </w:r>
    </w:p>
    <w:p>
      <w:r>
        <w:rPr>
          <w:rFonts w:ascii="Gentium Plus" w:hAnsi="Gentium Plus"/>
          <w:sz w:val="24"/>
        </w:rPr>
        <w:t>τοῦ λύχνου δηλονότι. R</w:t>
      </w:r>
    </w:p>
    <w:p>
      <w:r>
        <w:rPr>
          <w:rFonts w:ascii="Courier New" w:hAnsi="Courier New"/>
          <w:color w:val="555555"/>
          <w:sz w:val="20"/>
        </w:rPr>
        <w:t>[sch vesp 257a]</w:t>
      </w:r>
    </w:p>
    <w:p>
      <w:r>
        <w:rPr>
          <w:rFonts w:ascii="Gentium Plus" w:hAnsi="Gentium Plus"/>
          <w:sz w:val="24"/>
        </w:rPr>
        <w:t>ἀτταγᾶς ἐν τοῖς ὄρνισι φίλυδρος. R</w:t>
      </w:r>
    </w:p>
    <w:p>
      <w:r>
        <w:rPr>
          <w:rFonts w:ascii="Courier New" w:hAnsi="Courier New"/>
          <w:color w:val="555555"/>
          <w:sz w:val="20"/>
        </w:rPr>
        <w:t>[sch vesp 257b]</w:t>
      </w:r>
    </w:p>
    <w:p>
      <w:r>
        <w:rPr>
          <w:rFonts w:ascii="Gentium Plus" w:hAnsi="Gentium Plus"/>
          <w:sz w:val="24"/>
        </w:rPr>
        <w:t>τυρβάσεις: ἀντὶ τοῦ ταράξεις. ὁ δὲ ἀτταγᾶς ὄρνεόν ἐστιν εὑρισκό‐ μενον ἐν τοῖς ἕλεσι καὶ τερπόμενον ἐν τοῖς πηλώδεσι τόποις (.) VAld καὶ</w:t>
      </w:r>
    </w:p>
    <w:p>
      <w:r>
        <w:rPr>
          <w:rFonts w:ascii="Courier New" w:hAnsi="Courier New"/>
          <w:color w:val="555555"/>
          <w:sz w:val="20"/>
        </w:rPr>
        <w:t>[sch vesp 257c]</w:t>
      </w:r>
    </w:p>
    <w:p>
      <w:r>
        <w:rPr>
          <w:rFonts w:ascii="Gentium Plus" w:hAnsi="Gentium Plus"/>
          <w:sz w:val="24"/>
        </w:rPr>
        <w:t>τυρβάσεις] ταράξεις. Lh</w:t>
      </w:r>
    </w:p>
    <w:p>
      <w:r>
        <w:rPr>
          <w:rFonts w:ascii="Courier New" w:hAnsi="Courier New"/>
          <w:color w:val="555555"/>
          <w:sz w:val="20"/>
        </w:rPr>
        <w:t>[sch vesp 257d]</w:t>
      </w:r>
    </w:p>
    <w:p>
      <w:r>
        <w:rPr>
          <w:rFonts w:ascii="Gentium Plus" w:hAnsi="Gentium Plus"/>
          <w:sz w:val="24"/>
        </w:rPr>
        <w:t>ὥσπερ ἀτταγᾶς: ὁ ἀτταγᾶς ὄρνεόν ἐστι τερπόμενον ἐν ἕλεσι καὶ πηλώδεσι τόποις καὶ τέλμασιν, ὃν ἡμεῖς φαμεν ἀτταγῆνα. LhAld</w:t>
      </w:r>
    </w:p>
    <w:p>
      <w:r>
        <w:rPr>
          <w:rFonts w:ascii="Courier New" w:hAnsi="Courier New"/>
          <w:color w:val="555555"/>
          <w:sz w:val="20"/>
        </w:rPr>
        <w:t>[sch vesp 258]</w:t>
      </w:r>
    </w:p>
    <w:p>
      <w:r>
        <w:rPr>
          <w:rFonts w:ascii="Gentium Plus" w:hAnsi="Gentium Plus"/>
          <w:sz w:val="24"/>
        </w:rPr>
        <w:t>ἦ μὴν ἐγώ σου χἀτέρους: ἐν τῷ δικαστηρίῳ δηλονότι. ὡς παρ‐ αινῶν δὲ λέγει, ὅτι μὴ λυποῦ, ὅτι ἐτυπτήθης· καὶ γὰρ μείζονάς σου κολάζω. V</w:t>
      </w:r>
    </w:p>
    <w:p>
      <w:r>
        <w:rPr>
          <w:rFonts w:ascii="Courier New" w:hAnsi="Courier New"/>
          <w:color w:val="555555"/>
          <w:sz w:val="20"/>
        </w:rPr>
        <w:t>[sch vesp 260]</w:t>
      </w:r>
    </w:p>
    <w:p>
      <w:r>
        <w:rPr>
          <w:rFonts w:ascii="Gentium Plus" w:hAnsi="Gentium Plus"/>
          <w:sz w:val="24"/>
        </w:rPr>
        <w:t>ἡμερῶν τεττάρων] ἀντὶ τοῦ ⸢εἴσω V [ἐπὶ Lh] ἡμερῶν τεσσάρων (.) VLh πάντως ὑετὸς γίνεται. V</w:t>
      </w:r>
    </w:p>
    <w:p>
      <w:r>
        <w:rPr>
          <w:rFonts w:ascii="Courier New" w:hAnsi="Courier New"/>
          <w:color w:val="555555"/>
          <w:sz w:val="20"/>
        </w:rPr>
        <w:t>[sch vesp 261]</w:t>
      </w:r>
    </w:p>
    <w:p>
      <w:r>
        <w:rPr>
          <w:rFonts w:ascii="Gentium Plus" w:hAnsi="Gentium Plus"/>
          <w:sz w:val="24"/>
        </w:rPr>
        <w:t>τὸν θεὸν ποιῆσαι] ⸢ἤγουν Lh τὸν Δία ὑετόν. VLh</w:t>
      </w:r>
    </w:p>
    <w:p>
      <w:r>
        <w:rPr>
          <w:rFonts w:ascii="Courier New" w:hAnsi="Courier New"/>
          <w:color w:val="555555"/>
          <w:sz w:val="20"/>
        </w:rPr>
        <w:t>[sch vesp 262a]</w:t>
      </w:r>
    </w:p>
    <w:p>
      <w:r>
        <w:rPr>
          <w:rFonts w:ascii="Gentium Plus" w:hAnsi="Gentium Plus"/>
          <w:sz w:val="24"/>
        </w:rPr>
        <w:t>σπινθῆρες. R</w:t>
      </w:r>
    </w:p>
    <w:p>
      <w:r>
        <w:rPr>
          <w:rFonts w:ascii="Courier New" w:hAnsi="Courier New"/>
          <w:color w:val="555555"/>
          <w:sz w:val="20"/>
        </w:rPr>
        <w:t>[sch vesp 262b]</w:t>
      </w:r>
    </w:p>
    <w:p>
      <w:r>
        <w:rPr>
          <w:rFonts w:ascii="Gentium Plus" w:hAnsi="Gentium Plus"/>
          <w:sz w:val="24"/>
        </w:rPr>
        <w:t>οὑτοιῒ μύκητες: μύκης ἐστὶν ὁ περὶ τὰς θρυαλλίδας σπινθήρ, ὃς διὰ τὴν περιέχουσαν ἰκμάδα ἀπο‐ πηδᾷ τοῦ λύχνου πολεμούμενος τῷ</w:t>
      </w:r>
    </w:p>
    <w:p>
      <w:r>
        <w:rPr>
          <w:rFonts w:ascii="Courier New" w:hAnsi="Courier New"/>
          <w:color w:val="555555"/>
          <w:sz w:val="20"/>
        </w:rPr>
        <w:t>[5]</w:t>
      </w:r>
    </w:p>
    <w:p>
      <w:r>
        <w:rPr>
          <w:rFonts w:ascii="Gentium Plus" w:hAnsi="Gentium Plus"/>
          <w:sz w:val="24"/>
        </w:rPr>
        <w:t>ἐναντίῳ. V</w:t>
      </w:r>
    </w:p>
    <w:p>
      <w:r>
        <w:rPr>
          <w:rFonts w:ascii="Courier New" w:hAnsi="Courier New"/>
          <w:color w:val="555555"/>
          <w:sz w:val="20"/>
        </w:rPr>
        <w:t>[sch vesp 262b,col 2]</w:t>
      </w:r>
    </w:p>
    <w:p>
      <w:r>
        <w:rPr>
          <w:rFonts w:ascii="Gentium Plus" w:hAnsi="Gentium Plus"/>
          <w:sz w:val="24"/>
        </w:rPr>
        <w:t>φασίν, ὅτι ὑετοῦ μέλλοντος ⸢γενήσε‐ σθαι Lh [γενέσθαι Ald] οἱ περὶ τὴν θρυαλλίδα τοῦ λύχνου σπινθῆρες ἀποπηδῶσιν, οὓς μύκητας νῦν λέγει,</w:t>
      </w:r>
    </w:p>
    <w:p>
      <w:r>
        <w:rPr>
          <w:rFonts w:ascii="Courier New" w:hAnsi="Courier New"/>
          <w:color w:val="555555"/>
          <w:sz w:val="20"/>
        </w:rPr>
        <w:t>[5]</w:t>
      </w:r>
    </w:p>
    <w:p>
      <w:r>
        <w:rPr>
          <w:rFonts w:ascii="Gentium Plus" w:hAnsi="Gentium Plus"/>
          <w:sz w:val="24"/>
        </w:rPr>
        <w:t>ὡς τοῦ λύχνου ἐναντιουμένου τῷ</w:t>
      </w:r>
    </w:p>
    <w:p>
      <w:r>
        <w:rPr>
          <w:rFonts w:ascii="Courier New" w:hAnsi="Courier New"/>
          <w:color w:val="555555"/>
          <w:sz w:val="20"/>
        </w:rPr>
        <w:t>[sch vesp 262b (7)]</w:t>
      </w:r>
    </w:p>
    <w:p>
      <w:r>
        <w:rPr>
          <w:rFonts w:ascii="Gentium Plus" w:hAnsi="Gentium Plus"/>
          <w:sz w:val="24"/>
        </w:rPr>
        <w:t>καὶ Ἄρατος· ἢ λύχνοιο μύκητες ἐγείρονται περὶ μύξαν νύκτα κατὰ νοτίην.</w:t>
      </w:r>
    </w:p>
    <w:p>
      <w:r>
        <w:rPr>
          <w:rFonts w:ascii="Courier New" w:hAnsi="Courier New"/>
          <w:color w:val="555555"/>
          <w:sz w:val="20"/>
        </w:rPr>
        <w:t>[10]</w:t>
      </w:r>
    </w:p>
    <w:p>
      <w:r>
        <w:rPr>
          <w:rFonts w:ascii="Gentium Plus" w:hAnsi="Gentium Plus"/>
          <w:sz w:val="24"/>
        </w:rPr>
        <w:t>τινὲς δέ φασι τὸν μύκητα ζωΰφιόν τι εἶναι λεπτότατον πάνυ σκνιψὶν ἐοικός, ὃ δι’ ὑπερβολὴν λεπτότητος τῆς ψύξεως τῆς περὶ τὸν ἀέρα θᾶττον ἀντιλαμβανόμενον περὶ τὸν λύχνον ⸢ἴπτασθαι V [ἵπταται LhAld] θέρμης ἐπιθυμοῦν VLhAld καὶ παρακρούειν τὸν λύχνον καὶ ποι‐</w:t>
      </w:r>
    </w:p>
    <w:p>
      <w:r>
        <w:rPr>
          <w:rFonts w:ascii="Courier New" w:hAnsi="Courier New"/>
          <w:color w:val="555555"/>
          <w:sz w:val="20"/>
        </w:rPr>
        <w:t>[sch vesp 262b,col 2 (13)]</w:t>
      </w:r>
    </w:p>
    <w:p>
      <w:r>
        <w:rPr>
          <w:rFonts w:ascii="Gentium Plus" w:hAnsi="Gentium Plus"/>
          <w:sz w:val="24"/>
        </w:rPr>
        <w:t>καὶ περικροῦον ἐν τῷ λύχνῳ ποιεῖ</w:t>
      </w:r>
    </w:p>
    <w:p>
      <w:r>
        <w:rPr>
          <w:rFonts w:ascii="Courier New" w:hAnsi="Courier New"/>
          <w:color w:val="555555"/>
          <w:sz w:val="20"/>
        </w:rPr>
        <w:t>[sch vesp 262b (15)]</w:t>
      </w:r>
    </w:p>
    <w:p>
      <w:r>
        <w:rPr>
          <w:rFonts w:ascii="Gentium Plus" w:hAnsi="Gentium Plus"/>
          <w:sz w:val="24"/>
        </w:rPr>
        <w:t>ὅθεν τεκμαίρονται τὸν ὑετόν (.) VLhAld. καὶ Καλλίμαχος· ⸢ἅδδην Lh [ἄδδην Ald] ἐγένοντο μύκητες.</w:t>
      </w:r>
    </w:p>
    <w:p>
      <w:r>
        <w:rPr>
          <w:rFonts w:ascii="Courier New" w:hAnsi="Courier New"/>
          <w:color w:val="555555"/>
          <w:sz w:val="20"/>
        </w:rPr>
        <w:t>[sch vesp 263]</w:t>
      </w:r>
    </w:p>
    <w:p>
      <w:r>
        <w:rPr>
          <w:rFonts w:ascii="Gentium Plus" w:hAnsi="Gentium Plus"/>
          <w:sz w:val="24"/>
        </w:rPr>
        <w:t>φιλεῖ] ⸢ἤγουν Vict [εἴωθεν Lh] ὁ Ζεύς. VictLh</w:t>
      </w:r>
    </w:p>
    <w:p>
      <w:r>
        <w:rPr>
          <w:rFonts w:ascii="Courier New" w:hAnsi="Courier New"/>
          <w:color w:val="555555"/>
          <w:sz w:val="20"/>
        </w:rPr>
        <w:t>[sch vesp 264a]</w:t>
      </w:r>
    </w:p>
    <w:p>
      <w:r>
        <w:rPr>
          <w:rFonts w:ascii="Gentium Plus" w:hAnsi="Gentium Plus"/>
          <w:sz w:val="24"/>
        </w:rPr>
        <w:t>δεῖται δὲ καὶ τῶν καρπίμων: διῃρημένως χρῶνται τῇ τοιαύτῃ διαστολῇ· δέονται, φησίν, οἱ καρποὶ τοῦ ὑετοῦ, καὶ μάλιστα οἱ μὴ πρὸ καιροῦ σπαρέντες. V</w:t>
      </w:r>
    </w:p>
    <w:p>
      <w:r>
        <w:rPr>
          <w:rFonts w:ascii="Courier New" w:hAnsi="Courier New"/>
          <w:color w:val="555555"/>
          <w:sz w:val="20"/>
        </w:rPr>
        <w:t>[sch vesp 264b]</w:t>
      </w:r>
    </w:p>
    <w:p>
      <w:r>
        <w:rPr>
          <w:rFonts w:ascii="Gentium Plus" w:hAnsi="Gentium Plus"/>
          <w:sz w:val="24"/>
        </w:rPr>
        <w:t>μάλιστα δ’ ὅσα μὴ πρώϊμά ἐστι τῶν καρπῶν δεῖται ὕδατος. R</w:t>
      </w:r>
    </w:p>
    <w:p>
      <w:r>
        <w:rPr>
          <w:rFonts w:ascii="Courier New" w:hAnsi="Courier New"/>
          <w:color w:val="555555"/>
          <w:sz w:val="20"/>
        </w:rPr>
        <w:t>[sch vesp 264c]</w:t>
      </w:r>
    </w:p>
    <w:p>
      <w:r>
        <w:rPr>
          <w:rFonts w:ascii="Gentium Plus" w:hAnsi="Gentium Plus"/>
          <w:sz w:val="24"/>
        </w:rPr>
        <w:t>δεῖται δὲ: ὅσα μή ἐστι τῶν καρπῶν πρώϊμα. V εὖ δὲ τὸ γεωργικὸν ἦθος ἐμφαίνει·</w:t>
      </w:r>
    </w:p>
    <w:p>
      <w:r>
        <w:rPr>
          <w:rFonts w:ascii="Courier New" w:hAnsi="Courier New"/>
          <w:color w:val="555555"/>
          <w:sz w:val="20"/>
        </w:rPr>
        <w:t>[sch vesp 264c,col 2 (2)]</w:t>
      </w:r>
    </w:p>
    <w:p>
      <w:r>
        <w:rPr>
          <w:rFonts w:ascii="Gentium Plus" w:hAnsi="Gentium Plus"/>
          <w:sz w:val="24"/>
        </w:rPr>
        <w:t>ἐμφαίνει διὰ τούτων τὸ γεωργικὸν ἦθος εὖ μάλα δεικνύων, ὅτι μέλει αὐτοῖς τῶν ⸢καρπῶν Lh [καρπίμων</w:t>
      </w:r>
    </w:p>
    <w:p>
      <w:r>
        <w:rPr>
          <w:rFonts w:ascii="Courier New" w:hAnsi="Courier New"/>
          <w:color w:val="555555"/>
          <w:sz w:val="20"/>
        </w:rPr>
        <w:t>[5]</w:t>
      </w:r>
    </w:p>
    <w:p>
      <w:r>
        <w:rPr>
          <w:rFonts w:ascii="Gentium Plus" w:hAnsi="Gentium Plus"/>
          <w:sz w:val="24"/>
        </w:rPr>
        <w:t>Ald]. LhAld</w:t>
      </w:r>
    </w:p>
    <w:p>
      <w:r>
        <w:rPr>
          <w:rFonts w:ascii="Courier New" w:hAnsi="Courier New"/>
          <w:color w:val="555555"/>
          <w:sz w:val="20"/>
        </w:rPr>
        <w:t>[sch vesp 266]</w:t>
      </w:r>
    </w:p>
    <w:p>
      <w:r>
        <w:rPr>
          <w:rFonts w:ascii="Gentium Plus" w:hAnsi="Gentium Plus"/>
          <w:sz w:val="24"/>
        </w:rPr>
        <w:t>τί χρῆμ’ ἄρ’: γενόμενοι περὶ τὸν οἶκον τοῦ Φιλοκλέωνος ὑπομιμνῄ‐ σκονται αὐτοῦ καὶ μὴ ἑωρακότες αὐτὸν μεθ’ ἑαυτῶν διαλέγονται περὶ αὐτοῦ. V</w:t>
      </w:r>
    </w:p>
    <w:p>
      <w:r>
        <w:rPr>
          <w:rFonts w:ascii="Courier New" w:hAnsi="Courier New"/>
          <w:color w:val="555555"/>
          <w:sz w:val="20"/>
        </w:rPr>
        <w:t>[sch vesp 268]</w:t>
      </w:r>
    </w:p>
    <w:p>
      <w:r>
        <w:rPr>
          <w:rFonts w:ascii="Gentium Plus" w:hAnsi="Gentium Plus"/>
          <w:sz w:val="24"/>
        </w:rPr>
        <w:t>ἐφολκὸς ἦν: ἐφελκόμενος ὑπὸ βραδυτῆτος. RVLh κυρίως δὲ ἐφολκὶς καλεῖται ἡ ἀφ’</w:t>
      </w:r>
    </w:p>
    <w:p>
      <w:r>
        <w:rPr>
          <w:rFonts w:ascii="Courier New" w:hAnsi="Courier New"/>
          <w:color w:val="555555"/>
          <w:sz w:val="20"/>
        </w:rPr>
        <w:t>[sch vesp 268,col 2 (2)]</w:t>
      </w:r>
    </w:p>
    <w:p>
      <w:r>
        <w:rPr>
          <w:rFonts w:ascii="Gentium Plus" w:hAnsi="Gentium Plus"/>
          <w:sz w:val="24"/>
        </w:rPr>
        <w:t>ἐφολκὶς κυρίως λέγεται ἡ λέμβος, ἤτοι ἡ μικρὰ ναῦς, ἡ ὑφ’ ἑτέρας με‐</w:t>
      </w:r>
    </w:p>
    <w:p>
      <w:r>
        <w:rPr>
          <w:rFonts w:ascii="Courier New" w:hAnsi="Courier New"/>
          <w:color w:val="555555"/>
          <w:sz w:val="20"/>
        </w:rPr>
        <w:t>[sch vesp 268 (5)]</w:t>
      </w:r>
    </w:p>
    <w:p>
      <w:r>
        <w:rPr>
          <w:rFonts w:ascii="Gentium Plus" w:hAnsi="Gentium Plus"/>
          <w:sz w:val="24"/>
        </w:rPr>
        <w:t>ἑλκομένη διὰ βραδυτῆτα. VLhAld φησὶ γοῦν κἀνταῦθα, ὅτι οὐχ ὑπό τινος ἑλκόμενος ἐξήρχετο, ἀλλὰ πρῶτον ἡγεῖτο ἡμῶν· ⸢νῦν Lh [νυνὶ Ald] δὲ τί παθὼν οὐκ ἐξέρχεται; LhAld</w:t>
      </w:r>
    </w:p>
    <w:p>
      <w:r>
        <w:rPr>
          <w:rFonts w:ascii="Courier New" w:hAnsi="Courier New"/>
          <w:color w:val="555555"/>
          <w:sz w:val="20"/>
        </w:rPr>
        <w:t>[sch vesp 268/9]</w:t>
      </w:r>
    </w:p>
    <w:p>
      <w:r>
        <w:rPr>
          <w:rFonts w:ascii="Gentium Plus" w:hAnsi="Gentium Plus"/>
          <w:sz w:val="24"/>
        </w:rPr>
        <w:t>οὐ μὴ ... Φρυνίχου: ἀντὶ τοῦ ὕστερος.</w:t>
      </w:r>
    </w:p>
    <w:p>
      <w:r>
        <w:rPr>
          <w:rFonts w:ascii="Courier New" w:hAnsi="Courier New"/>
          <w:color w:val="555555"/>
          <w:sz w:val="20"/>
        </w:rPr>
        <w:t>[sch vesp 269a]</w:t>
      </w:r>
    </w:p>
    <w:p>
      <w:r>
        <w:rPr>
          <w:rFonts w:ascii="Gentium Plus" w:hAnsi="Gentium Plus"/>
          <w:sz w:val="24"/>
        </w:rPr>
        <w:t>λείπει μέλος. R</w:t>
      </w:r>
    </w:p>
    <w:p>
      <w:r>
        <w:rPr>
          <w:rFonts w:ascii="Courier New" w:hAnsi="Courier New"/>
          <w:color w:val="555555"/>
          <w:sz w:val="20"/>
        </w:rPr>
        <w:t>[sch vesp 269b]</w:t>
      </w:r>
    </w:p>
    <w:p>
      <w:r>
        <w:rPr>
          <w:rFonts w:ascii="Gentium Plus" w:hAnsi="Gentium Plus"/>
          <w:sz w:val="24"/>
        </w:rPr>
        <w:t>τοῦ μελοποιοῦ τὰ μέλη ᾖδεν· ἦν δὲ καὶ τραγικός. V</w:t>
      </w:r>
    </w:p>
    <w:p>
      <w:r>
        <w:rPr>
          <w:rFonts w:ascii="Courier New" w:hAnsi="Courier New"/>
          <w:color w:val="555555"/>
          <w:sz w:val="20"/>
        </w:rPr>
        <w:t>[sch vesp 270]</w:t>
      </w:r>
    </w:p>
    <w:p>
      <w:r>
        <w:rPr>
          <w:rFonts w:ascii="Gentium Plus" w:hAnsi="Gentium Plus"/>
          <w:sz w:val="24"/>
        </w:rPr>
        <w:t>στάντας κτλ.] τὸ στάσιμον μέλλει ᾄδειν ὁ χορὸς μέλος. Lh</w:t>
      </w:r>
    </w:p>
    <w:p>
      <w:r>
        <w:rPr>
          <w:rFonts w:ascii="Courier New" w:hAnsi="Courier New"/>
          <w:color w:val="555555"/>
          <w:sz w:val="20"/>
        </w:rPr>
        <w:t>[sch vesp 271]</w:t>
      </w:r>
    </w:p>
    <w:p>
      <w:r>
        <w:rPr>
          <w:rFonts w:ascii="Gentium Plus" w:hAnsi="Gentium Plus"/>
          <w:sz w:val="24"/>
        </w:rPr>
        <w:t>ἐπειδὴ ἥδετο τοῖς ᾄσμασιν, τοῦτο κατ’ αὐτὸν †ἀπατήσας† βούλεται</w:t>
      </w:r>
    </w:p>
    <w:p>
      <w:r>
        <w:rPr>
          <w:rFonts w:ascii="Courier New" w:hAnsi="Courier New"/>
          <w:color w:val="555555"/>
          <w:sz w:val="20"/>
        </w:rPr>
        <w:t>[sch vesp 273a]</w:t>
      </w:r>
    </w:p>
    <w:p>
      <w:r>
        <w:rPr>
          <w:rFonts w:ascii="Gentium Plus" w:hAnsi="Gentium Plus"/>
          <w:sz w:val="24"/>
        </w:rPr>
        <w:t>270. στάντες: πρὸ τῶν θυρῶν τοῦ Φιλοκλέωνος στάντες οἱ τοῦ χοροῦ τὸ στάσιμον ᾄδουσι μέλος. τῶν γὰρ χορικῶν μελῶν τὰ μέν ἐστι παροδικά, ὡς τὸ “ἀέναοι Νεφέλαι, ἀρθῶμεν φανεραί” καὶ τὸ προειρημένον ἐνταῦθα “χώρει, πρόβαιν’ ἐρρωμένως”· τὰ δὲ στάσιμα, ὡς τὸ παρὸν καὶ παρ’</w:t>
      </w:r>
    </w:p>
    <w:p>
      <w:r>
        <w:rPr>
          <w:rFonts w:ascii="Courier New" w:hAnsi="Courier New"/>
          <w:color w:val="555555"/>
          <w:sz w:val="20"/>
        </w:rPr>
        <w:t>[5]</w:t>
      </w:r>
    </w:p>
    <w:p>
      <w:r>
        <w:rPr>
          <w:rFonts w:ascii="Gentium Plus" w:hAnsi="Gentium Plus"/>
          <w:sz w:val="24"/>
        </w:rPr>
        <w:t>Αἰσχύλῳ “στένω σε ⸢τὰς Lh [τᾶς Ald] οὐλομένας τύχας, Προμηθεῦ”· τὰ δὲ προῳδικά, τὰ δὲ μεσῳδικά, τὰ δὲ ἐπῳδικά, περὶ ὧν προείρηται, τίνος χάριν οὕτω ⸢καλεῖται Lh [καλοῦνται Ald]· τὰ δὲ ἐξοδικὰ ἢ ὑποχωρητικά, ἅπερ ἐπὶ τῇ ἐξόδῳ τοῦ δράματος ᾄδεται, ὡς ἐν τῷ Πλούτῳ δράματι τὸ οὐκέτι τοίνυν γ’ εἰκὸς μέλλειν οὐδ’ ἡμᾶς, ἀλλ’ ἀναχωρεῖν</w:t>
      </w:r>
    </w:p>
    <w:p>
      <w:r>
        <w:rPr>
          <w:rFonts w:ascii="Courier New" w:hAnsi="Courier New"/>
          <w:color w:val="555555"/>
          <w:sz w:val="20"/>
        </w:rPr>
        <w:t>[10]</w:t>
      </w:r>
    </w:p>
    <w:p>
      <w:r>
        <w:rPr>
          <w:rFonts w:ascii="Gentium Plus" w:hAnsi="Gentium Plus"/>
          <w:sz w:val="24"/>
        </w:rPr>
        <w:t>εἰς τοὔπισθεν· δεῖ γὰρ κατόπιν τούτων ᾄδοντας ἕπεσθαι. LhAld</w:t>
      </w:r>
    </w:p>
    <w:p>
      <w:r>
        <w:rPr>
          <w:rFonts w:ascii="Courier New" w:hAnsi="Courier New"/>
          <w:color w:val="555555"/>
          <w:sz w:val="20"/>
        </w:rPr>
        <w:t>[sch vesp 273b]</w:t>
      </w:r>
    </w:p>
    <w:p>
      <w:r>
        <w:rPr>
          <w:rFonts w:ascii="Gentium Plus" w:hAnsi="Gentium Plus"/>
          <w:sz w:val="24"/>
        </w:rPr>
        <w:t>χοροῦ μέλος. lhcAld</w:t>
      </w:r>
    </w:p>
    <w:p>
      <w:r>
        <w:rPr>
          <w:rFonts w:ascii="Courier New" w:hAnsi="Courier New"/>
          <w:color w:val="555555"/>
          <w:sz w:val="20"/>
        </w:rPr>
        <w:t>[sch vesp 274]</w:t>
      </w:r>
    </w:p>
    <w:p>
      <w:r>
        <w:rPr>
          <w:rFonts w:ascii="Gentium Plus" w:hAnsi="Gentium Plus"/>
          <w:sz w:val="24"/>
        </w:rPr>
        <w:t>μῶν ἀπολώλεκε τὰς ἐμβάδας: ἐκ τοῦ εἰκότος τὴν τοῦ γέροντος ἐπὶ τὰ ἔνδον διατριβὴν τεκμαίρεται. LhAld</w:t>
      </w:r>
    </w:p>
    <w:p>
      <w:r>
        <w:rPr>
          <w:rFonts w:ascii="Courier New" w:hAnsi="Courier New"/>
          <w:color w:val="555555"/>
          <w:sz w:val="20"/>
        </w:rPr>
        <w:t>[sch vesp 277a]</w:t>
      </w:r>
    </w:p>
    <w:p>
      <w:r>
        <w:rPr>
          <w:rFonts w:ascii="Gentium Plus" w:hAnsi="Gentium Plus"/>
          <w:sz w:val="24"/>
        </w:rPr>
        <w:t>τὸν βουβῶνα πάθοι. R</w:t>
      </w:r>
    </w:p>
    <w:p>
      <w:r>
        <w:rPr>
          <w:rFonts w:ascii="Courier New" w:hAnsi="Courier New"/>
          <w:color w:val="555555"/>
          <w:sz w:val="20"/>
        </w:rPr>
        <w:t>[sch vesp 277b]</w:t>
      </w:r>
    </w:p>
    <w:p>
      <w:r>
        <w:rPr>
          <w:rFonts w:ascii="Gentium Plus" w:hAnsi="Gentium Plus"/>
          <w:sz w:val="24"/>
        </w:rPr>
        <w:t>βουβωνιῴη] βουβῶνας σχοίη. V</w:t>
      </w:r>
    </w:p>
    <w:p>
      <w:r>
        <w:rPr>
          <w:rFonts w:ascii="Courier New" w:hAnsi="Courier New"/>
          <w:color w:val="555555"/>
          <w:sz w:val="20"/>
        </w:rPr>
        <w:t>[sch vesp 277c]</w:t>
      </w:r>
    </w:p>
    <w:p>
      <w:r>
        <w:rPr>
          <w:rFonts w:ascii="Gentium Plus" w:hAnsi="Gentium Plus"/>
          <w:sz w:val="24"/>
        </w:rPr>
        <w:t>βουβωνιῴη] τὸν βουβῶνα ⸢ἀλγεῖ Lh [ἀλγοίη Ald]. LhAld</w:t>
      </w:r>
    </w:p>
    <w:p>
      <w:r>
        <w:rPr>
          <w:rFonts w:ascii="Courier New" w:hAnsi="Courier New"/>
          <w:color w:val="555555"/>
          <w:sz w:val="20"/>
        </w:rPr>
        <w:t>[sch vesp 278a]</w:t>
      </w:r>
    </w:p>
    <w:p>
      <w:r>
        <w:rPr>
          <w:rFonts w:ascii="Gentium Plus" w:hAnsi="Gentium Plus"/>
          <w:sz w:val="24"/>
        </w:rPr>
        <w:t>οὐκ ἠπατᾶτο. R</w:t>
      </w:r>
    </w:p>
    <w:p>
      <w:r>
        <w:rPr>
          <w:rFonts w:ascii="Courier New" w:hAnsi="Courier New"/>
          <w:color w:val="555555"/>
          <w:sz w:val="20"/>
        </w:rPr>
        <w:t>[sch vesp 278b]</w:t>
      </w:r>
    </w:p>
    <w:p>
      <w:r>
        <w:rPr>
          <w:rFonts w:ascii="Gentium Plus" w:hAnsi="Gentium Plus"/>
          <w:sz w:val="24"/>
        </w:rPr>
        <w:t>οὐκ ἄν τις ἀναπεῖσαι αὐτὸν ἠδύνατο εἰς ἕτερόν τι φιληδοῦντα τῇ ἡμῶν</w:t>
      </w:r>
    </w:p>
    <w:p>
      <w:r>
        <w:rPr>
          <w:rFonts w:ascii="Courier New" w:hAnsi="Courier New"/>
          <w:color w:val="555555"/>
          <w:sz w:val="20"/>
        </w:rPr>
        <w:t>[sch vesp 279a]</w:t>
      </w:r>
    </w:p>
    <w:p>
      <w:r>
        <w:rPr>
          <w:rFonts w:ascii="Gentium Plus" w:hAnsi="Gentium Plus"/>
          <w:sz w:val="24"/>
        </w:rPr>
        <w:t>ὁπότε, φησίν, παρεκαλεῖτο ὑπό τινος ἐφ’ ἑτέραν πρᾶξιν ὁρμῆσαι, ἐπὶ γῆς κάτω κύπτων ἔλεγε “λίθον ἑψεῖς”. παροιμία δέ ἐστιν ἐπὶ τῶν τοῖς ἀδυνάτοις ἐπιχειρούντων. V</w:t>
      </w:r>
    </w:p>
    <w:p>
      <w:r>
        <w:rPr>
          <w:rFonts w:ascii="Courier New" w:hAnsi="Courier New"/>
          <w:color w:val="555555"/>
          <w:sz w:val="20"/>
        </w:rPr>
        <w:t>[sch vesp 279b]</w:t>
      </w:r>
    </w:p>
    <w:p>
      <w:r>
        <w:rPr>
          <w:rFonts w:ascii="Gentium Plus" w:hAnsi="Gentium Plus"/>
          <w:sz w:val="24"/>
        </w:rPr>
        <w:t>παροιμία ἐπὶ τῶν ἀδυνάτων. Taur</w:t>
      </w:r>
    </w:p>
    <w:p>
      <w:r>
        <w:rPr>
          <w:rFonts w:ascii="Courier New" w:hAnsi="Courier New"/>
          <w:color w:val="555555"/>
          <w:sz w:val="20"/>
        </w:rPr>
        <w:t>[sch vesp 279c]</w:t>
      </w:r>
    </w:p>
    <w:p>
      <w:r>
        <w:rPr>
          <w:rFonts w:ascii="Gentium Plus" w:hAnsi="Gentium Plus"/>
          <w:sz w:val="24"/>
        </w:rPr>
        <w:t>ἀλλ’ ὁπόταν: ἤγουν ὁπότε μεταστῆναι τοῦ δικάζειν παρεκάλει αὐτόν τις. LhAld</w:t>
      </w:r>
    </w:p>
    <w:p>
      <w:r>
        <w:rPr>
          <w:rFonts w:ascii="Courier New" w:hAnsi="Courier New"/>
          <w:color w:val="555555"/>
          <w:sz w:val="20"/>
        </w:rPr>
        <w:t>[sch vesp 279d]</w:t>
      </w:r>
    </w:p>
    <w:p>
      <w:r>
        <w:rPr>
          <w:rFonts w:ascii="Gentium Plus" w:hAnsi="Gentium Plus"/>
          <w:sz w:val="24"/>
        </w:rPr>
        <w:t>κάτω κτλ.] ἀντὶ τοῦ ἐδωροδοκεῖτο ὑπὸ τῶν δικαζομένων κάτω κύπ‐ των, V ὅπως ἂν μὴ αἰδεσθείη διὰ τῶν ὀφθαλμῶν (.) VLhAld, κάτω κύπτων “λίθον ἕψεις” ἔλεγεν. Ald</w:t>
      </w:r>
    </w:p>
    <w:p>
      <w:r>
        <w:rPr>
          <w:rFonts w:ascii="Courier New" w:hAnsi="Courier New"/>
          <w:color w:val="555555"/>
          <w:sz w:val="20"/>
        </w:rPr>
        <w:t>[sch vesp 280a]</w:t>
      </w:r>
    </w:p>
    <w:p>
      <w:r>
        <w:rPr>
          <w:rFonts w:ascii="Gentium Plus" w:hAnsi="Gentium Plus"/>
          <w:sz w:val="24"/>
        </w:rPr>
        <w:t>τὸ παροιμιῶδες. R</w:t>
      </w:r>
    </w:p>
    <w:p>
      <w:r>
        <w:rPr>
          <w:rFonts w:ascii="Courier New" w:hAnsi="Courier New"/>
          <w:color w:val="555555"/>
          <w:sz w:val="20"/>
        </w:rPr>
        <w:t>[sch vesp 280b]</w:t>
      </w:r>
    </w:p>
    <w:p>
      <w:r>
        <w:rPr>
          <w:rFonts w:ascii="Gentium Plus" w:hAnsi="Gentium Plus"/>
          <w:sz w:val="24"/>
        </w:rPr>
        <w:t>ἐπὶ τῶν ἀδυνάτων γενέ‐</w:t>
      </w:r>
    </w:p>
    <w:p>
      <w:r>
        <w:rPr>
          <w:rFonts w:ascii="Courier New" w:hAnsi="Courier New"/>
          <w:color w:val="555555"/>
          <w:sz w:val="20"/>
        </w:rPr>
        <w:t>[sch vesp 280b,col 2]</w:t>
      </w:r>
    </w:p>
    <w:p>
      <w:r>
        <w:rPr>
          <w:rFonts w:ascii="Gentium Plus" w:hAnsi="Gentium Plus"/>
          <w:sz w:val="24"/>
        </w:rPr>
        <w:t>παροιμία ἐστὶν ἐπὶ τῶν ἀδυνάτων</w:t>
      </w:r>
    </w:p>
    <w:p>
      <w:r>
        <w:rPr>
          <w:rFonts w:ascii="Courier New" w:hAnsi="Courier New"/>
          <w:color w:val="555555"/>
          <w:sz w:val="20"/>
        </w:rPr>
        <w:t>[sch vesp 280b (3)]</w:t>
      </w:r>
    </w:p>
    <w:p>
      <w:r>
        <w:rPr>
          <w:rFonts w:ascii="Gentium Plus" w:hAnsi="Gentium Plus"/>
          <w:sz w:val="24"/>
        </w:rPr>
        <w:t>ὡς καὶ τὸ “πλίνθον πλύνεις” καὶ “χύτραν ποικίλλεις” (.) VLhAld καὶ “εἰς ὕδωρ γράφεις” καὶ “Αἰθίοπα λευκαίνεις” καὶ “κατὰ θαλάττης σπείρεις” καὶ τὰ</w:t>
      </w:r>
    </w:p>
    <w:p>
      <w:r>
        <w:rPr>
          <w:rFonts w:ascii="Courier New" w:hAnsi="Courier New"/>
          <w:color w:val="555555"/>
          <w:sz w:val="20"/>
        </w:rPr>
        <w:t>[5]</w:t>
      </w:r>
    </w:p>
    <w:p>
      <w:r>
        <w:rPr>
          <w:rFonts w:ascii="Gentium Plus" w:hAnsi="Gentium Plus"/>
          <w:sz w:val="24"/>
        </w:rPr>
        <w:t>τοιαῦτα. LhAld</w:t>
      </w:r>
    </w:p>
    <w:p>
      <w:r>
        <w:rPr>
          <w:rFonts w:ascii="Courier New" w:hAnsi="Courier New"/>
          <w:color w:val="555555"/>
          <w:sz w:val="20"/>
        </w:rPr>
        <w:t>[sch vesp 280c]</w:t>
      </w:r>
    </w:p>
    <w:p>
      <w:r>
        <w:rPr>
          <w:rFonts w:ascii="Gentium Plus" w:hAnsi="Gentium Plus"/>
          <w:sz w:val="24"/>
        </w:rPr>
        <w:t>λίθον ἕψεις] ἀντὶ τοῦ ἀδύνατα αἰτεῖς. Lh</w:t>
      </w:r>
    </w:p>
    <w:p>
      <w:r>
        <w:rPr>
          <w:rFonts w:ascii="Courier New" w:hAnsi="Courier New"/>
          <w:color w:val="555555"/>
          <w:sz w:val="20"/>
        </w:rPr>
        <w:t>[sch vesp 281a]</w:t>
      </w:r>
    </w:p>
    <w:p>
      <w:r>
        <w:rPr>
          <w:rFonts w:ascii="Gentium Plus" w:hAnsi="Gentium Plus"/>
          <w:sz w:val="24"/>
        </w:rPr>
        <w:t>πάλιν στοχάζεται ἑτέραν πρόφασιν τῆς ἀπολείψεως αὐτοῦ, ὥς τινος κρινομένου καὶ διαφυγόντος τὴν καταδίκην ἀναξίως καὶ ἐκ τούτου ὀδυνηθέντα καὶ κακωθέντα ἀπολειφθῆναι. V</w:t>
      </w:r>
    </w:p>
    <w:p>
      <w:r>
        <w:rPr>
          <w:rFonts w:ascii="Courier New" w:hAnsi="Courier New"/>
          <w:color w:val="555555"/>
          <w:sz w:val="20"/>
        </w:rPr>
        <w:t>[sch vesp 281b]</w:t>
      </w:r>
    </w:p>
    <w:p>
      <w:r>
        <w:rPr>
          <w:rFonts w:ascii="Gentium Plus" w:hAnsi="Gentium Plus"/>
          <w:sz w:val="24"/>
        </w:rPr>
        <w:t>διὰ τὸν χθεσινὸν ἄνθρωπον: στοχάζεται ἑτέραν πρόφασιν καὶ ὡς κρινομένου τινὸς καὶ διαφυγόντος τὴν δίκην ἀναξίως φησὶν αὐτὸν ὀδυνηθῆναι.</w:t>
      </w:r>
    </w:p>
    <w:p>
      <w:r>
        <w:rPr>
          <w:rFonts w:ascii="Courier New" w:hAnsi="Courier New"/>
          <w:color w:val="555555"/>
          <w:sz w:val="20"/>
        </w:rPr>
        <w:t>[sch vesp 283a]</w:t>
      </w:r>
    </w:p>
    <w:p>
      <w:r>
        <w:rPr>
          <w:rFonts w:ascii="Gentium Plus" w:hAnsi="Gentium Plus"/>
          <w:sz w:val="24"/>
        </w:rPr>
        <w:t>τὰ περὶ Σάμον ἐννεακαιδεκάτῳ ἔτει πρότερον ἐπὶ Τιμοκλέους γέγονε καὶ ἐπὶ τοῦ ἑξῆς Μορυχίδου. οὐδὲν κωλύει τὸν ἐχθὲς κρινόμενον ἀναμιμνῄσκειν τοὺς δικαστὰς ἰδίας τινὸς εὐεργεσίας παλαιᾶς γεγενημένης. Ἀθηναῖοι δὲ Μιλησίους ἐπαγόμενοι ἐκάκωσαν τὴν Σάμον καὶ ἔμφρουρον ἐποίησαν τὴν</w:t>
      </w:r>
    </w:p>
    <w:p>
      <w:r>
        <w:rPr>
          <w:rFonts w:ascii="Courier New" w:hAnsi="Courier New"/>
          <w:color w:val="555555"/>
          <w:sz w:val="20"/>
        </w:rPr>
        <w:t>[5]</w:t>
      </w:r>
    </w:p>
    <w:p>
      <w:r>
        <w:rPr>
          <w:rFonts w:ascii="Gentium Plus" w:hAnsi="Gentium Plus"/>
          <w:sz w:val="24"/>
        </w:rPr>
        <w:t>δημοκρατίαν καταστήσαντες διὰ Περικλέους. Σάμιοι δὲ ἀπέστησαν πρὸς βασι‐ λέα· καὶ τότε οἱ Ἀθηναῖοι τελέως αὐτοὺς κατεπολέμησαν †† ἵνα πάλιν προσ‐ αγγελθῇ Περικλεῖ, ὅτι φοίνισσαι νῆες παρεῖεν βοηθοῦσαι Σαμίοις. τοιοῦτον ἂν εἴη λέγειν πρὸς τοὺς δικαστὰς ἀπηγγελκέναι καὶ ὠφελῆσαι τὴν πόλιν. V</w:t>
      </w:r>
    </w:p>
    <w:p>
      <w:r>
        <w:rPr>
          <w:rFonts w:ascii="Courier New" w:hAnsi="Courier New"/>
          <w:color w:val="555555"/>
          <w:sz w:val="20"/>
        </w:rPr>
        <w:t>[sch vesp 283b]</w:t>
      </w:r>
    </w:p>
    <w:p>
      <w:r>
        <w:rPr>
          <w:rFonts w:ascii="Gentium Plus" w:hAnsi="Gentium Plus"/>
          <w:sz w:val="24"/>
        </w:rPr>
        <w:t>τὰ’ν Σάμῳ: τὰ περὶ Σάμον ἐννεακαιδεκάτῳ ἔτει πρότερον ἐπὶ Περικλέους ἄρχοντος γέγονεν. LhAld Μιλησίων ⸢γάρ LhAld ποτε(ὲ) ⸢μετὰ V [καὶ LhAld] Σαμίων μαχομένων Ἀθηναῖοι παρακληθέντες ὑπὸ Μιλησίων εἰς συμμαχίαν ἐπεστράτευσαν κατὰ τῶν Σαμίων Περικλέους ἡγουμένου τοῦ Ξαν‐</w:t>
      </w:r>
    </w:p>
    <w:p>
      <w:r>
        <w:rPr>
          <w:rFonts w:ascii="Courier New" w:hAnsi="Courier New"/>
          <w:color w:val="555555"/>
          <w:sz w:val="20"/>
        </w:rPr>
        <w:t>[5]</w:t>
      </w:r>
    </w:p>
    <w:p>
      <w:r>
        <w:rPr>
          <w:rFonts w:ascii="Gentium Plus" w:hAnsi="Gentium Plus"/>
          <w:sz w:val="24"/>
        </w:rPr>
        <w:t>θίππου. κακῶς δὲ διατεθέντες Σάμιοι ἐπεχείρησαν πρὸς ⸢τὸν LhAld βασιλέα τῶν Περσῶν ἀπελθεῖν. καὶ δὴ τοῦτο μαθόντες Ἀθηναῖοι τριήρεις πολεμικὰς κατ’ αὐτῶν κατεσκεύασαν ⸢Περικλέους εἰσηγησαμένου αὐτοῖς LhAld. τοῦτο δὲ μαθόντες Σάμιοι μηχανήν τινα κατεσκεύασαν ⸢κατ’ αὐτῶν LhAld· ἣν μα‐ θόντες Ἀθηναῖοι ὑπό τινος Καρυστίωνος ἐφυλάξαντο καὶ Σαμίους μὲν κακῶς</w:t>
      </w:r>
    </w:p>
    <w:p>
      <w:r>
        <w:rPr>
          <w:rFonts w:ascii="Courier New" w:hAnsi="Courier New"/>
          <w:color w:val="555555"/>
          <w:sz w:val="20"/>
        </w:rPr>
        <w:t>[10]</w:t>
      </w:r>
    </w:p>
    <w:p>
      <w:r>
        <w:rPr>
          <w:rFonts w:ascii="Gentium Plus" w:hAnsi="Gentium Plus"/>
          <w:sz w:val="24"/>
        </w:rPr>
        <w:t>διέθηκαν, τὸν δὲ Καρυστίωνα ἐτίμησαν σφόδρα μετὰ τοῦ γένους καὶ τῆς αὐτῶν πολιτείας ἠξίωσαν. ὡς οὖν τινος ἐξαπατήσαντος καὶ εἰπόντος ἑαυτὸν εἶναι ⸢τὸν V μηνύτην τοῦ σκαιουργήματος τῶν Σαμίων καὶ διὰ τοῦτο ἀπολυθέντος φησὶν ὠδυνῆσθαι τὸν Φιλοκλέωνα, VLhAld</w:t>
      </w:r>
    </w:p>
    <w:p>
      <w:r>
        <w:rPr>
          <w:rFonts w:ascii="Courier New" w:hAnsi="Courier New"/>
          <w:color w:val="555555"/>
          <w:sz w:val="20"/>
        </w:rPr>
        <w:t>[sch vesp 283b,col 2 (14)]</w:t>
      </w:r>
    </w:p>
    <w:p>
      <w:r>
        <w:rPr>
          <w:rFonts w:ascii="Gentium Plus" w:hAnsi="Gentium Plus"/>
          <w:sz w:val="24"/>
        </w:rPr>
        <w:t>ὡς ταῖς καταδίκαις μᾶλλον χαί‐</w:t>
      </w:r>
    </w:p>
    <w:p>
      <w:r>
        <w:rPr>
          <w:rFonts w:ascii="Courier New" w:hAnsi="Courier New"/>
          <w:color w:val="555555"/>
          <w:sz w:val="20"/>
        </w:rPr>
        <w:t>[15]</w:t>
      </w:r>
    </w:p>
    <w:p>
      <w:r>
        <w:rPr>
          <w:rFonts w:ascii="Gentium Plus" w:hAnsi="Gentium Plus"/>
          <w:sz w:val="24"/>
        </w:rPr>
        <w:t>ροντα. LhAld</w:t>
      </w:r>
    </w:p>
    <w:p>
      <w:r>
        <w:rPr>
          <w:rFonts w:ascii="Courier New" w:hAnsi="Courier New"/>
          <w:color w:val="555555"/>
          <w:sz w:val="20"/>
        </w:rPr>
        <w:t>[sch vesp 286]</w:t>
      </w:r>
    </w:p>
    <w:p>
      <w:r>
        <w:rPr>
          <w:rFonts w:ascii="Gentium Plus" w:hAnsi="Gentium Plus"/>
          <w:sz w:val="24"/>
        </w:rPr>
        <w:t>ἀλλ’ ὦ’γάθ’ ἀνίστασο: ⸢λοιπὸν ταῦτα V πρὸς τὸν Φιλοκλέωνά ⸢φασιν V [φησιν LhAld]. VLhAld</w:t>
      </w:r>
    </w:p>
    <w:p>
      <w:r>
        <w:rPr>
          <w:rFonts w:ascii="Courier New" w:hAnsi="Courier New"/>
          <w:color w:val="555555"/>
          <w:sz w:val="20"/>
        </w:rPr>
        <w:t>[sch vesp 288a]</w:t>
      </w:r>
    </w:p>
    <w:p>
      <w:r>
        <w:rPr>
          <w:rFonts w:ascii="Gentium Plus" w:hAnsi="Gentium Plus"/>
          <w:sz w:val="24"/>
        </w:rPr>
        <w:t>ἄδηλον, εἰ, ὃν προεῖπεν, Λάχητα, ἢ ἄλλον τινὰ κριθησόμενον V.</w:t>
      </w:r>
    </w:p>
    <w:p>
      <w:r>
        <w:rPr>
          <w:rFonts w:ascii="Courier New" w:hAnsi="Courier New"/>
          <w:color w:val="555555"/>
          <w:sz w:val="20"/>
        </w:rPr>
        <w:t>[sch vesp 288b]</w:t>
      </w:r>
    </w:p>
    <w:p>
      <w:r>
        <w:rPr>
          <w:rFonts w:ascii="Gentium Plus" w:hAnsi="Gentium Plus"/>
          <w:sz w:val="24"/>
        </w:rPr>
        <w:t>⸢ἀντὶ τοῦ V πλούσιος· ἐκ δὲ τοῦ ἐναντίου λεπτοὺς τοὺς πένητάς φασιν. VLhAld</w:t>
      </w:r>
    </w:p>
    <w:p>
      <w:r>
        <w:rPr>
          <w:rFonts w:ascii="Courier New" w:hAnsi="Courier New"/>
          <w:color w:val="555555"/>
          <w:sz w:val="20"/>
        </w:rPr>
        <w:t>[sch vesp 289a]</w:t>
      </w:r>
    </w:p>
    <w:p>
      <w:r>
        <w:rPr>
          <w:rFonts w:ascii="Gentium Plus" w:hAnsi="Gentium Plus"/>
          <w:sz w:val="24"/>
        </w:rPr>
        <w:t>ἀποκτενεῖς· μετενήνοχε δὲ ἀπὸ τῶν ἐν ταῖς χύτραις ἐκτιθεμένων βρεφῶν. R</w:t>
      </w:r>
    </w:p>
    <w:p>
      <w:r>
        <w:rPr>
          <w:rFonts w:ascii="Courier New" w:hAnsi="Courier New"/>
          <w:color w:val="555555"/>
          <w:sz w:val="20"/>
        </w:rPr>
        <w:t>[sch vesp 289b]</w:t>
      </w:r>
    </w:p>
    <w:p>
      <w:r>
        <w:rPr>
          <w:rFonts w:ascii="Gentium Plus" w:hAnsi="Gentium Plus"/>
          <w:sz w:val="24"/>
        </w:rPr>
        <w:t>ἀπὸ τῶν παιδίων τῶν ἐν χύτραις ἐκτιθεμένων. Taur</w:t>
      </w:r>
    </w:p>
    <w:p>
      <w:r>
        <w:rPr>
          <w:rFonts w:ascii="Courier New" w:hAnsi="Courier New"/>
          <w:color w:val="555555"/>
          <w:sz w:val="20"/>
        </w:rPr>
        <w:t>[sch vesp 289c]</w:t>
      </w:r>
    </w:p>
    <w:p>
      <w:r>
        <w:rPr>
          <w:rFonts w:ascii="Gentium Plus" w:hAnsi="Gentium Plus"/>
          <w:sz w:val="24"/>
        </w:rPr>
        <w:t>ἐγχυτριεῖς: ⸢ἀντὶ τοῦ VAld ἤγουν Lh] φονεύσεις. VLhAld ἐκ τοῦ παρεπομένου. Ald</w:t>
      </w:r>
    </w:p>
    <w:p>
      <w:r>
        <w:rPr>
          <w:rFonts w:ascii="Courier New" w:hAnsi="Courier New"/>
          <w:color w:val="555555"/>
          <w:sz w:val="20"/>
        </w:rPr>
        <w:t>[sch vesp 289d]</w:t>
      </w:r>
    </w:p>
    <w:p>
      <w:r>
        <w:rPr>
          <w:rFonts w:ascii="Gentium Plus" w:hAnsi="Gentium Plus"/>
          <w:sz w:val="24"/>
        </w:rPr>
        <w:t>καὶ ἐγχύτριαι αἱ ... (8) ὡς ἑτέρωθι Ἀριστοφάνης. ἐγχυτρίας ... (11) τὰ βρέφη. (ex Su. s.v. ἐγχυτρίστριαι, II 202, 7—11).</w:t>
      </w:r>
    </w:p>
    <w:p>
      <w:r>
        <w:rPr>
          <w:rFonts w:ascii="Courier New" w:hAnsi="Courier New"/>
          <w:color w:val="555555"/>
          <w:sz w:val="20"/>
        </w:rPr>
        <w:t>[sch vesp 289e]</w:t>
      </w:r>
    </w:p>
    <w:p>
      <w:r>
        <w:rPr>
          <w:rFonts w:ascii="Gentium Plus" w:hAnsi="Gentium Plus"/>
          <w:sz w:val="24"/>
        </w:rPr>
        <w:t>ἀπὸ τῶν ἐκτιθεμένων παιδίων ἐν χύτραις· διὸ καὶ Σοφοκλῆς ἀποκτεῖ‐ ναι χυτρίζειν ἔλεγεν ἐν Πριάμῳ καὶ Αἰσχύλος Λαΐῳ καὶ Φερεκράτης †† ὅθεν καὶ ἐγχυτριστρίας ἐκάλουν τὰς διακονουμένας τὰ βρέφη. καὶ νῦν οὖν ὡς ἐπὶ ἀπωλείας τοῦ κριθησομένου ἔθηκε τὴν λέξιν, παρ’ ὅσον τὰ ἐκτιθέμενα ἢ εἰς</w:t>
      </w:r>
    </w:p>
    <w:p>
      <w:r>
        <w:rPr>
          <w:rFonts w:ascii="Courier New" w:hAnsi="Courier New"/>
          <w:color w:val="555555"/>
          <w:sz w:val="20"/>
        </w:rPr>
        <w:t>[5]</w:t>
      </w:r>
    </w:p>
    <w:p>
      <w:r>
        <w:rPr>
          <w:rFonts w:ascii="Gentium Plus" w:hAnsi="Gentium Plus"/>
          <w:sz w:val="24"/>
        </w:rPr>
        <w:t>ὄρος ἢ εἰς ἔρημον τόπον βάλλεται. V</w:t>
      </w:r>
    </w:p>
    <w:p>
      <w:r>
        <w:rPr>
          <w:rFonts w:ascii="Courier New" w:hAnsi="Courier New"/>
          <w:color w:val="555555"/>
          <w:sz w:val="20"/>
        </w:rPr>
        <w:t>[sch vesp 290a]</w:t>
      </w:r>
    </w:p>
    <w:p>
      <w:r>
        <w:rPr>
          <w:rFonts w:ascii="Gentium Plus" w:hAnsi="Gentium Plus"/>
          <w:sz w:val="24"/>
        </w:rPr>
        <w:t>ἐκ τῶν γερόντων. Vc</w:t>
      </w:r>
    </w:p>
    <w:p>
      <w:r>
        <w:rPr>
          <w:rFonts w:ascii="Courier New" w:hAnsi="Courier New"/>
          <w:color w:val="555555"/>
          <w:sz w:val="20"/>
        </w:rPr>
        <w:t>[sch vesp 290b]</w:t>
      </w:r>
    </w:p>
    <w:p>
      <w:r>
        <w:rPr>
          <w:rFonts w:ascii="Gentium Plus" w:hAnsi="Gentium Plus"/>
          <w:sz w:val="24"/>
        </w:rPr>
        <w:t>ὕπαγε: εἰς τὴν οἰκίαν ⸢δηλονότι Ald, ὡς κατασταθέντων αὐτῶν. LhAld</w:t>
      </w:r>
    </w:p>
    <w:p>
      <w:r>
        <w:rPr>
          <w:rFonts w:ascii="Courier New" w:hAnsi="Courier New"/>
          <w:color w:val="555555"/>
          <w:sz w:val="20"/>
        </w:rPr>
        <w:t>[sch vesp 291a]</w:t>
      </w:r>
    </w:p>
    <w:p>
      <w:r>
        <w:rPr>
          <w:rFonts w:ascii="Gentium Plus" w:hAnsi="Gentium Plus"/>
          <w:sz w:val="24"/>
        </w:rPr>
        <w:t>ὁμοιόστροφα. lhAld</w:t>
      </w:r>
    </w:p>
    <w:p>
      <w:r>
        <w:rPr>
          <w:rFonts w:ascii="Courier New" w:hAnsi="Courier New"/>
          <w:color w:val="555555"/>
          <w:sz w:val="20"/>
        </w:rPr>
        <w:t>[sch vesp 291b]</w:t>
      </w:r>
    </w:p>
    <w:p>
      <w:r>
        <w:rPr>
          <w:rFonts w:ascii="Gentium Plus" w:hAnsi="Gentium Plus"/>
          <w:sz w:val="24"/>
        </w:rPr>
        <w:t>τί μοι οὖν] δοῦναι δηλονότι. Lh</w:t>
      </w:r>
    </w:p>
    <w:p>
      <w:r>
        <w:rPr>
          <w:rFonts w:ascii="Courier New" w:hAnsi="Courier New"/>
          <w:color w:val="555555"/>
          <w:sz w:val="20"/>
        </w:rPr>
        <w:t>[sch vesp 292]</w:t>
      </w:r>
    </w:p>
    <w:p>
      <w:r>
        <w:rPr>
          <w:rFonts w:ascii="Gentium Plus" w:hAnsi="Gentium Plus"/>
          <w:sz w:val="24"/>
        </w:rPr>
        <w:t>δηλονότι τὸ ὑπακοῦσαι. V</w:t>
      </w:r>
    </w:p>
    <w:p>
      <w:r>
        <w:rPr>
          <w:rFonts w:ascii="Courier New" w:hAnsi="Courier New"/>
          <w:color w:val="555555"/>
          <w:sz w:val="20"/>
        </w:rPr>
        <w:t>[sch vesp 293]</w:t>
      </w:r>
    </w:p>
    <w:p>
      <w:r>
        <w:rPr>
          <w:rFonts w:ascii="Gentium Plus" w:hAnsi="Gentium Plus"/>
          <w:sz w:val="24"/>
        </w:rPr>
        <w:t>στροφή. lhAld</w:t>
      </w:r>
    </w:p>
    <w:p>
      <w:r>
        <w:rPr>
          <w:rFonts w:ascii="Courier New" w:hAnsi="Courier New"/>
          <w:color w:val="555555"/>
          <w:sz w:val="20"/>
        </w:rPr>
        <w:t>[sch vesp 297a]</w:t>
      </w:r>
    </w:p>
    <w:p>
      <w:r>
        <w:rPr>
          <w:rFonts w:ascii="Gentium Plus" w:hAnsi="Gentium Plus"/>
          <w:sz w:val="24"/>
        </w:rPr>
        <w:t>σύστημα. lhAld</w:t>
      </w:r>
    </w:p>
    <w:p>
      <w:r>
        <w:rPr>
          <w:rFonts w:ascii="Courier New" w:hAnsi="Courier New"/>
          <w:color w:val="555555"/>
          <w:sz w:val="20"/>
        </w:rPr>
        <w:t>[sch vesp 297b]</w:t>
      </w:r>
    </w:p>
    <w:p>
      <w:r>
        <w:rPr>
          <w:rFonts w:ascii="Gentium Plus" w:hAnsi="Gentium Plus"/>
          <w:sz w:val="24"/>
        </w:rPr>
        <w:t>παπία] πάτερ. LhAld</w:t>
      </w:r>
    </w:p>
    <w:p>
      <w:r>
        <w:rPr>
          <w:rFonts w:ascii="Courier New" w:hAnsi="Courier New"/>
          <w:color w:val="555555"/>
          <w:sz w:val="20"/>
        </w:rPr>
        <w:t>[sch vesp 297c]</w:t>
      </w:r>
    </w:p>
    <w:p>
      <w:r>
        <w:rPr>
          <w:rFonts w:ascii="Gentium Plus" w:hAnsi="Gentium Plus"/>
          <w:sz w:val="24"/>
        </w:rPr>
        <w:t>ἥδιον γὰρ] τὸ ἐσθίειν ἰσχάδας. Lh</w:t>
      </w:r>
    </w:p>
    <w:p>
      <w:r>
        <w:rPr>
          <w:rFonts w:ascii="Courier New" w:hAnsi="Courier New"/>
          <w:color w:val="555555"/>
          <w:sz w:val="20"/>
        </w:rPr>
        <w:t>[sch vesp 298a]</w:t>
      </w:r>
    </w:p>
    <w:p>
      <w:r>
        <w:rPr>
          <w:rFonts w:ascii="Gentium Plus" w:hAnsi="Gentium Plus"/>
          <w:sz w:val="24"/>
        </w:rPr>
        <w:t>οὐκ ἂν μὰ Δία: οὐκ ἂν ἀγοράσω ὑμῖν ἰσχάδας, οὐδὲ εἰ κρέμοισθε, τουτέστιν ἀπάγξοισθε. V</w:t>
      </w:r>
    </w:p>
    <w:p>
      <w:r>
        <w:rPr>
          <w:rFonts w:ascii="Courier New" w:hAnsi="Courier New"/>
          <w:color w:val="555555"/>
          <w:sz w:val="20"/>
        </w:rPr>
        <w:t>[sch vesp 298b]</w:t>
      </w:r>
    </w:p>
    <w:p>
      <w:r>
        <w:rPr>
          <w:rFonts w:ascii="Gentium Plus" w:hAnsi="Gentium Plus"/>
          <w:sz w:val="24"/>
        </w:rPr>
        <w:t>οὐκ ἂν μὰ τὸν Δία: ὠνήσομαι ⸢δηλονότι Ald ἰσχάδας, εἰ κρεμα‐ σθέντες ἀπάγξοισθε. LhAld</w:t>
      </w:r>
    </w:p>
    <w:p>
      <w:r>
        <w:rPr>
          <w:rFonts w:ascii="Courier New" w:hAnsi="Courier New"/>
          <w:color w:val="555555"/>
          <w:sz w:val="20"/>
        </w:rPr>
        <w:t>[sch vesp 300a]</w:t>
      </w:r>
    </w:p>
    <w:p>
      <w:r>
        <w:rPr>
          <w:rFonts w:ascii="Gentium Plus" w:hAnsi="Gentium Plus"/>
          <w:sz w:val="24"/>
        </w:rPr>
        <w:t>στροφή. lhAld</w:t>
      </w:r>
    </w:p>
    <w:p>
      <w:r>
        <w:rPr>
          <w:rFonts w:ascii="Courier New" w:hAnsi="Courier New"/>
          <w:color w:val="555555"/>
          <w:sz w:val="20"/>
        </w:rPr>
        <w:t>[sch vesp 300b]</w:t>
      </w:r>
    </w:p>
    <w:p>
      <w:r>
        <w:rPr>
          <w:rFonts w:ascii="Gentium Plus" w:hAnsi="Gentium Plus"/>
          <w:sz w:val="24"/>
        </w:rPr>
        <w:t>μισθαρίου: ⸢τοῦτό φησιν V ὡς τριωβόλου τοῦ δικαστικοῦ ὄντος (.) RVLhAld μισθοῦ (.) VLhAld, ἵνα ἕκαστον τούτων ὀβολοῦ λογίσηται πιπρα‐ σκόμενον. ἦν μὲν γὰρ ἄστατον τὸ τοῦ μισθοῦ· ποτὲ γὰρ διωβόλου ἦν, ἐγίνετο δὲ ἐπὶ Κλέωνος τριώβολον. Φρύνιχος “τριώβολον ὅσον ὑπερηλιάζομαι”. V</w:t>
      </w:r>
    </w:p>
    <w:p>
      <w:r>
        <w:rPr>
          <w:rFonts w:ascii="Courier New" w:hAnsi="Courier New"/>
          <w:color w:val="555555"/>
          <w:sz w:val="20"/>
        </w:rPr>
        <w:t>[sch vesp 300c]</w:t>
      </w:r>
    </w:p>
    <w:p>
      <w:r>
        <w:rPr>
          <w:rFonts w:ascii="Gentium Plus" w:hAnsi="Gentium Plus"/>
          <w:sz w:val="24"/>
        </w:rPr>
        <w:t>ὡς τριωβόλου ὄντος τοῦ μισθοῦ, ἀφ’ οὗ τὸ τρίτον ἀναλίσκεται εἰς ἄλφιτα, τουτέστιν εἷς ὀβολός, καὶ τὸ ἄλλο ξύλα καὶ τὸ τρίτον ὄψον. V</w:t>
      </w:r>
    </w:p>
    <w:p>
      <w:r>
        <w:rPr>
          <w:rFonts w:ascii="Courier New" w:hAnsi="Courier New"/>
          <w:color w:val="555555"/>
          <w:sz w:val="20"/>
        </w:rPr>
        <w:t>[sch vesp 302]</w:t>
      </w:r>
    </w:p>
    <w:p>
      <w:r>
        <w:rPr>
          <w:rFonts w:ascii="Gentium Plus" w:hAnsi="Gentium Plus"/>
          <w:sz w:val="24"/>
        </w:rPr>
        <w:t>σῦκά μ’ αἰτεῖς: ⸢τουτέστι V [ἤγουν LhAld] τρυφᾶν βούλει, ὅτι τρυφήν φασι τὸ ἐσθίειν ἰσχάδας. VLhAld</w:t>
      </w:r>
    </w:p>
    <w:p>
      <w:r>
        <w:rPr>
          <w:rFonts w:ascii="Courier New" w:hAnsi="Courier New"/>
          <w:color w:val="555555"/>
          <w:sz w:val="20"/>
        </w:rPr>
        <w:t>[sch vesp 303]</w:t>
      </w:r>
    </w:p>
    <w:p>
      <w:r>
        <w:rPr>
          <w:rFonts w:ascii="Gentium Plus" w:hAnsi="Gentium Plus"/>
          <w:sz w:val="24"/>
        </w:rPr>
        <w:t>303] τὰ ἐν Θησεῖ ἀμοιβαῖα τῶν παίδων μιμεῖται πρὸς τοὺς πατέρας. Lh</w:t>
      </w:r>
    </w:p>
    <w:p>
      <w:r>
        <w:rPr>
          <w:rFonts w:ascii="Courier New" w:hAnsi="Courier New"/>
          <w:color w:val="555555"/>
          <w:sz w:val="20"/>
        </w:rPr>
        <w:t>[sch vesp 304]</w:t>
      </w:r>
    </w:p>
    <w:p>
      <w:r>
        <w:rPr>
          <w:rFonts w:ascii="Gentium Plus" w:hAnsi="Gentium Plus"/>
          <w:sz w:val="24"/>
        </w:rPr>
        <w:t>εἰ μὴ ὁ ἄρχων ἱδρύσῃ καὶ στήσῃ δικαστήριον νῦν. V</w:t>
      </w:r>
    </w:p>
    <w:p>
      <w:r>
        <w:rPr>
          <w:rFonts w:ascii="Courier New" w:hAnsi="Courier New"/>
          <w:color w:val="555555"/>
          <w:sz w:val="20"/>
        </w:rPr>
        <w:t>[sch vesp 306]</w:t>
      </w:r>
    </w:p>
    <w:p>
      <w:r>
        <w:rPr>
          <w:rFonts w:ascii="Gentium Plus" w:hAnsi="Gentium Plus"/>
          <w:sz w:val="24"/>
        </w:rPr>
        <w:t>ἐν ἐρωτήσει ταῦτα καὶ ἤθει. V</w:t>
      </w:r>
    </w:p>
    <w:p>
      <w:r>
        <w:rPr>
          <w:rFonts w:ascii="Courier New" w:hAnsi="Courier New"/>
          <w:color w:val="555555"/>
          <w:sz w:val="20"/>
        </w:rPr>
        <w:t>[sch vesp 307a]</w:t>
      </w:r>
    </w:p>
    <w:p>
      <w:r>
        <w:rPr>
          <w:rFonts w:ascii="Gentium Plus" w:hAnsi="Gentium Plus"/>
          <w:sz w:val="24"/>
        </w:rPr>
        <w:t>τῷ δυϊκῷ ἐχρήσατο οὐ κακῷ· παῖδες γάρ εἰσι καὶ πατέρες ὡς ἓν</w:t>
      </w:r>
    </w:p>
    <w:p>
      <w:r>
        <w:rPr>
          <w:rFonts w:ascii="Courier New" w:hAnsi="Courier New"/>
          <w:color w:val="555555"/>
          <w:sz w:val="20"/>
        </w:rPr>
        <w:t>[sch vesp 307b]</w:t>
      </w:r>
    </w:p>
    <w:p>
      <w:r>
        <w:rPr>
          <w:rFonts w:ascii="Gentium Plus" w:hAnsi="Gentium Plus"/>
          <w:sz w:val="24"/>
        </w:rPr>
        <w:t>νῶϊν] συνίζησις. Lh</w:t>
      </w:r>
    </w:p>
    <w:p>
      <w:r>
        <w:rPr>
          <w:rFonts w:ascii="Courier New" w:hAnsi="Courier New"/>
          <w:color w:val="555555"/>
          <w:sz w:val="20"/>
        </w:rPr>
        <w:t>[sch vesp 308a]</w:t>
      </w:r>
    </w:p>
    <w:p>
      <w:r>
        <w:rPr>
          <w:rFonts w:ascii="Gentium Plus" w:hAnsi="Gentium Plus"/>
          <w:sz w:val="24"/>
        </w:rPr>
        <w:t>πορισμὸν λέγει· παρὰ τὸ πινδαρικὸν “ὑπερπόντιον Ἕλλας πόρον”. R</w:t>
      </w:r>
    </w:p>
    <w:p>
      <w:r>
        <w:rPr>
          <w:rFonts w:ascii="Courier New" w:hAnsi="Courier New"/>
          <w:color w:val="555555"/>
          <w:sz w:val="20"/>
        </w:rPr>
        <w:t>[sch vesp 308b]</w:t>
      </w:r>
    </w:p>
    <w:p>
      <w:r>
        <w:rPr>
          <w:rFonts w:ascii="Gentium Plus" w:hAnsi="Gentium Plus"/>
          <w:sz w:val="24"/>
        </w:rPr>
        <w:t>πόρον Ἕλλας: πρὸς τὸν πόρον βούλεται λέγειν, οἷον πορι‐</w:t>
      </w:r>
    </w:p>
    <w:p>
      <w:r>
        <w:rPr>
          <w:rFonts w:ascii="Courier New" w:hAnsi="Courier New"/>
          <w:color w:val="555555"/>
          <w:sz w:val="20"/>
        </w:rPr>
        <w:t>[sch vesp 308b,col 2]</w:t>
      </w:r>
    </w:p>
    <w:p>
      <w:r>
        <w:rPr>
          <w:rFonts w:ascii="Gentium Plus" w:hAnsi="Gentium Plus"/>
          <w:sz w:val="24"/>
        </w:rPr>
        <w:t>νῦν “πόρον” τὸν πορισμόν φησιν.</w:t>
      </w:r>
    </w:p>
    <w:p>
      <w:r>
        <w:rPr>
          <w:rFonts w:ascii="Courier New" w:hAnsi="Courier New"/>
          <w:color w:val="555555"/>
          <w:sz w:val="20"/>
        </w:rPr>
        <w:t>[sch vesp 308b (4)]</w:t>
      </w:r>
    </w:p>
    <w:p>
      <w:r>
        <w:rPr>
          <w:rFonts w:ascii="Gentium Plus" w:hAnsi="Gentium Plus"/>
          <w:sz w:val="24"/>
        </w:rPr>
        <w:t>ἐπήνεγκε δὲ ⸢τοῦτο LhAld παρὰ τὸ πινδαρικόν(ὸν) ⸢τὸ “Ἕλλας ἱερόν” V·</w:t>
      </w:r>
    </w:p>
    <w:p>
      <w:r>
        <w:rPr>
          <w:rFonts w:ascii="Courier New" w:hAnsi="Courier New"/>
          <w:color w:val="555555"/>
          <w:sz w:val="20"/>
        </w:rPr>
        <w:t>[5]</w:t>
      </w:r>
    </w:p>
    <w:p>
      <w:r>
        <w:rPr>
          <w:rFonts w:ascii="Gentium Plus" w:hAnsi="Gentium Plus"/>
          <w:sz w:val="24"/>
        </w:rPr>
        <w:t>⸢πανδείμαντοι V [πανδείματοι Lh πανδείματι Ald] μὲν ὑπερπόντιον Ἕλλας πόρον ἱερόν. VLhAld</w:t>
      </w:r>
    </w:p>
    <w:p>
      <w:r>
        <w:rPr>
          <w:rFonts w:ascii="Courier New" w:hAnsi="Courier New"/>
          <w:color w:val="555555"/>
          <w:sz w:val="20"/>
        </w:rPr>
        <w:t>[sch vesp 308c]</w:t>
      </w:r>
    </w:p>
    <w:p>
      <w:r>
        <w:rPr>
          <w:rFonts w:ascii="Gentium Plus" w:hAnsi="Gentium Plus"/>
          <w:sz w:val="24"/>
        </w:rPr>
        <w:t>ὁ Πίνδαρος τὸν πλοῦν τοῦ Ἑλλησπόντου· νῦν δὲ πορισμόν. V</w:t>
      </w:r>
    </w:p>
    <w:p>
      <w:r>
        <w:rPr>
          <w:rFonts w:ascii="Courier New" w:hAnsi="Courier New"/>
          <w:color w:val="555555"/>
          <w:sz w:val="20"/>
        </w:rPr>
        <w:t>[sch vesp 308d]</w:t>
      </w:r>
    </w:p>
    <w:p>
      <w:r>
        <w:rPr>
          <w:rFonts w:ascii="Gentium Plus" w:hAnsi="Gentium Plus"/>
          <w:sz w:val="24"/>
        </w:rPr>
        <w:t>πόρον] πορισμὸν ἔχει. Lh</w:t>
      </w:r>
    </w:p>
    <w:p>
      <w:r>
        <w:rPr>
          <w:rFonts w:ascii="Courier New" w:hAnsi="Courier New"/>
          <w:color w:val="555555"/>
          <w:sz w:val="20"/>
        </w:rPr>
        <w:t>[sch vesp 309]</w:t>
      </w:r>
    </w:p>
    <w:p>
      <w:r>
        <w:rPr>
          <w:rFonts w:ascii="Gentium Plus" w:hAnsi="Gentium Plus"/>
          <w:sz w:val="24"/>
        </w:rPr>
        <w:t>στροφή. lhAld</w:t>
      </w:r>
    </w:p>
    <w:p>
      <w:r>
        <w:rPr>
          <w:rFonts w:ascii="Courier New" w:hAnsi="Courier New"/>
          <w:color w:val="555555"/>
          <w:sz w:val="20"/>
        </w:rPr>
        <w:t>[sch vesp 310]</w:t>
      </w:r>
    </w:p>
    <w:p>
      <w:r>
        <w:rPr>
          <w:rFonts w:ascii="Gentium Plus" w:hAnsi="Gentium Plus"/>
          <w:sz w:val="24"/>
        </w:rPr>
        <w:t>νῶϊν] συνίζησις. Lh</w:t>
      </w:r>
    </w:p>
    <w:p>
      <w:r>
        <w:rPr>
          <w:rFonts w:ascii="Courier New" w:hAnsi="Courier New"/>
          <w:color w:val="555555"/>
          <w:sz w:val="20"/>
        </w:rPr>
        <w:t>[sch vesp 313 (312)]</w:t>
      </w:r>
    </w:p>
    <w:p>
      <w:r>
        <w:rPr>
          <w:rFonts w:ascii="Gentium Plus" w:hAnsi="Gentium Plus"/>
          <w:sz w:val="24"/>
        </w:rPr>
        <w:t>πράγματα βόσκειν: ὁ λόγος ἐκ Θησέως Εὐριπίδου ἐκεῖ γὰρ ταῦτα λέγουσιν οἱ ταττόμενοι παῖδες εἰς βορὰν τῷ ⸢Μινοταύρῳ V [Μινοκεν‐ ταύρῳ LhAld]. VLhAld</w:t>
      </w:r>
    </w:p>
    <w:p>
      <w:r>
        <w:rPr>
          <w:rFonts w:ascii="Courier New" w:hAnsi="Courier New"/>
          <w:color w:val="555555"/>
          <w:sz w:val="20"/>
        </w:rPr>
        <w:t>[sch vesp 314a]</w:t>
      </w:r>
    </w:p>
    <w:p>
      <w:r>
        <w:rPr>
          <w:rFonts w:ascii="Gentium Plus" w:hAnsi="Gentium Plus"/>
          <w:sz w:val="24"/>
        </w:rPr>
        <w:t>καὶ τοῦτο παρὰ τὰ ἐκ Θη‐ σέως {Εὐριπίδου}· ἔστι δὲ Ἱππόλυ‐ τος ὁ λέγων ταῦτα V</w:t>
      </w:r>
    </w:p>
    <w:p>
      <w:r>
        <w:rPr>
          <w:rFonts w:ascii="Courier New" w:hAnsi="Courier New"/>
          <w:color w:val="555555"/>
          <w:sz w:val="20"/>
        </w:rPr>
        <w:t>[sch vesp 314a,col 2]</w:t>
      </w:r>
    </w:p>
    <w:p>
      <w:r>
        <w:rPr>
          <w:rFonts w:ascii="Gentium Plus" w:hAnsi="Gentium Plus"/>
          <w:sz w:val="24"/>
        </w:rPr>
        <w:t>τὸ δὲ ἑξῆς, τὸ “ἀνόνητον ἄρα”,</w:t>
      </w:r>
    </w:p>
    <w:p>
      <w:r>
        <w:rPr>
          <w:rFonts w:ascii="Courier New" w:hAnsi="Courier New"/>
          <w:color w:val="555555"/>
          <w:sz w:val="20"/>
        </w:rPr>
        <w:t>[sch vesp 314a (5)]</w:t>
      </w:r>
    </w:p>
    <w:p>
      <w:r>
        <w:rPr>
          <w:rFonts w:ascii="Gentium Plus" w:hAnsi="Gentium Plus"/>
          <w:sz w:val="24"/>
        </w:rPr>
        <w:t>ἀνόνητον ἄγαλμα, πάτερ, οἴκοισι τεκών. VLhAld ἄγαλμα γὰρ ὁ υἱὸς τῷ πατρί, ἐφ’ ᾧ ἀγάλλεται. V</w:t>
      </w:r>
    </w:p>
    <w:p>
      <w:r>
        <w:rPr>
          <w:rFonts w:ascii="Courier New" w:hAnsi="Courier New"/>
          <w:color w:val="555555"/>
          <w:sz w:val="20"/>
        </w:rPr>
        <w:t>[sch vesp 314b]</w:t>
      </w:r>
    </w:p>
    <w:p>
      <w:r>
        <w:rPr>
          <w:rFonts w:ascii="Gentium Plus" w:hAnsi="Gentium Plus"/>
          <w:sz w:val="24"/>
        </w:rPr>
        <w:t>ἀνόνητόν γ’ ἄρα] καὶ τοῦτο ἐκ Θησέως Εὐριπίδου. Lh</w:t>
      </w:r>
    </w:p>
    <w:p>
      <w:r>
        <w:rPr>
          <w:rFonts w:ascii="Courier New" w:hAnsi="Courier New"/>
          <w:color w:val="555555"/>
          <w:sz w:val="20"/>
        </w:rPr>
        <w:t>[sch vesp 314c]</w:t>
      </w:r>
    </w:p>
    <w:p>
      <w:r>
        <w:rPr>
          <w:rFonts w:ascii="Gentium Plus" w:hAnsi="Gentium Plus"/>
          <w:sz w:val="24"/>
        </w:rPr>
        <w:t>θυλάκιον: ὡς αὐτοῦ βαστάζοντος ⸢ἔλεγε V θύλακον. VLhAld</w:t>
      </w:r>
    </w:p>
    <w:p>
      <w:r>
        <w:rPr>
          <w:rFonts w:ascii="Courier New" w:hAnsi="Courier New"/>
          <w:color w:val="555555"/>
          <w:sz w:val="20"/>
        </w:rPr>
        <w:t>[sch vesp 315]</w:t>
      </w:r>
    </w:p>
    <w:p>
      <w:r>
        <w:rPr>
          <w:rFonts w:ascii="Gentium Plus" w:hAnsi="Gentium Plus"/>
          <w:sz w:val="24"/>
        </w:rPr>
        <w:t>ἄγαλμα] ἄγαλμα λέγεται, V ἐφ’ ᾧ τις ἀγάλλεται. VLh</w:t>
      </w:r>
    </w:p>
    <w:p>
      <w:r>
        <w:rPr>
          <w:rFonts w:ascii="Courier New" w:hAnsi="Courier New"/>
          <w:color w:val="555555"/>
          <w:sz w:val="20"/>
        </w:rPr>
        <w:t>[sch vesp 319]</w:t>
      </w:r>
    </w:p>
    <w:p>
      <w:r>
        <w:rPr>
          <w:rFonts w:ascii="Gentium Plus" w:hAnsi="Gentium Plus"/>
          <w:sz w:val="24"/>
        </w:rPr>
        <w:t>ὑπὸ τῶνδε: ⸢ὑπὸ V τῶν οἰκετῶν. VLhAld</w:t>
      </w:r>
    </w:p>
    <w:p>
      <w:r>
        <w:rPr>
          <w:rFonts w:ascii="Courier New" w:hAnsi="Courier New"/>
          <w:color w:val="555555"/>
          <w:sz w:val="20"/>
        </w:rPr>
        <w:t>[sch vesp 321a]</w:t>
      </w:r>
    </w:p>
    <w:p>
      <w:r>
        <w:rPr>
          <w:rFonts w:ascii="Gentium Plus" w:hAnsi="Gentium Plus"/>
          <w:sz w:val="24"/>
        </w:rPr>
        <w:t>ἐπὶ τοὺς καδίσκους: τοὺς κάδους †† τὴν κλεψύδραν· ὅπου αἱ ψῆφοι. VAld</w:t>
      </w:r>
    </w:p>
    <w:p>
      <w:r>
        <w:rPr>
          <w:rFonts w:ascii="Courier New" w:hAnsi="Courier New"/>
          <w:color w:val="555555"/>
          <w:sz w:val="20"/>
        </w:rPr>
        <w:t>[sch vesp 321b]</w:t>
      </w:r>
    </w:p>
    <w:p>
      <w:r>
        <w:rPr>
          <w:rFonts w:ascii="Gentium Plus" w:hAnsi="Gentium Plus"/>
          <w:sz w:val="24"/>
        </w:rPr>
        <w:t>καδίσκους εἶπεν V ὑποκοριστικῶς τὰς κάλπεις, ἔνθα τὰς ψήφους καθίεσαν δικάζοντες. ἐκ τούτου δὲ δηλοῖ τὴν ἐπὶ τὸ δικαστήριον ἄφιξιν. VAld</w:t>
      </w:r>
    </w:p>
    <w:p>
      <w:r>
        <w:rPr>
          <w:rFonts w:ascii="Courier New" w:hAnsi="Courier New"/>
          <w:color w:val="555555"/>
          <w:sz w:val="20"/>
        </w:rPr>
        <w:t>[sch vesp 321c]</w:t>
      </w:r>
    </w:p>
    <w:p>
      <w:r>
        <w:rPr>
          <w:rFonts w:ascii="Gentium Plus" w:hAnsi="Gentium Plus"/>
          <w:sz w:val="24"/>
        </w:rPr>
        <w:t>ἐπὶ τοὺς καδίσκους: τοὺς ἐν τῷ δικαστηρίῳ κάδους, ἐν οἷς τὰς ψήφους καθίεσαν, ⸢νῦν καδίσκους Lh ὑποκοριστικῶς λέγει. ὀνομάζει δὲ ἀπὸ μέρους τὸ δικαστήριον, ὡς καὶ πρότερον κλεψύδραν αὐτὸ εἴρηκεν ἀπὸ τοῦ κει‐ μένου ἐν αὐτῷ ἀγγείου, πρὸς ὃ οἱ ῥήτορες ἔλεγον. LhAld</w:t>
      </w:r>
    </w:p>
    <w:p>
      <w:r>
        <w:rPr>
          <w:rFonts w:ascii="Courier New" w:hAnsi="Courier New"/>
          <w:color w:val="555555"/>
          <w:sz w:val="20"/>
        </w:rPr>
        <w:t>[sch vesp 321d]</w:t>
      </w:r>
    </w:p>
    <w:p>
      <w:r>
        <w:rPr>
          <w:rFonts w:ascii="Gentium Plus" w:hAnsi="Gentium Plus"/>
          <w:sz w:val="24"/>
        </w:rPr>
        <w:t>τοὺς καδίσκους] ἤγουν ἐπὶ τὸ δικαστήριον· ἀπὸ μέρους. Lh</w:t>
      </w:r>
    </w:p>
    <w:p>
      <w:r>
        <w:rPr>
          <w:rFonts w:ascii="Courier New" w:hAnsi="Courier New"/>
          <w:color w:val="555555"/>
          <w:sz w:val="20"/>
        </w:rPr>
        <w:t>[sch vesp 322]</w:t>
      </w:r>
    </w:p>
    <w:p>
      <w:r>
        <w:rPr>
          <w:rFonts w:ascii="Gentium Plus" w:hAnsi="Gentium Plus"/>
          <w:sz w:val="24"/>
        </w:rPr>
        <w:t>κακόν τι ποιῆσαι: ⸢ἤγουν Lh καταδικάσαι τινά. LhAld</w:t>
      </w:r>
    </w:p>
    <w:p>
      <w:r>
        <w:rPr>
          <w:rFonts w:ascii="Courier New" w:hAnsi="Courier New"/>
          <w:color w:val="555555"/>
          <w:sz w:val="20"/>
        </w:rPr>
        <w:t>[sch vesp 324]</w:t>
      </w:r>
    </w:p>
    <w:p>
      <w:r>
        <w:rPr>
          <w:rFonts w:ascii="Gentium Plus" w:hAnsi="Gentium Plus"/>
          <w:sz w:val="24"/>
        </w:rPr>
        <w:t>καπνὸν ἐξαίφνης: ὥστε διὰ ⸢βραχύτητα τῶν ὀπῶν τὴν VAld [βραχυτάτης ὀπῆς Lh] ἔξοδον ποιήσασθαι. VLhAld</w:t>
      </w:r>
    </w:p>
    <w:p>
      <w:r>
        <w:rPr>
          <w:rFonts w:ascii="Courier New" w:hAnsi="Courier New"/>
          <w:color w:val="555555"/>
          <w:sz w:val="20"/>
        </w:rPr>
        <w:t>[sch vesp 325a]</w:t>
      </w:r>
    </w:p>
    <w:p>
      <w:r>
        <w:rPr>
          <w:rFonts w:ascii="Gentium Plus" w:hAnsi="Gentium Plus"/>
          <w:sz w:val="24"/>
        </w:rPr>
        <w:t>τῶν ἀλαζόνων τις ἦν ὁ Προξενιάδης, ὡς καὶ ἐν Ὄρνισι δηλοῖ. ἐπεὶ “καπνὸν” εἶπεν, ἐπήγαγε τούτους τοὺς ἀλαζόνας, οὓς καὶ καπνοὺς †λέγουσιν†.</w:t>
      </w:r>
    </w:p>
    <w:p>
      <w:r>
        <w:rPr>
          <w:rFonts w:ascii="Courier New" w:hAnsi="Courier New"/>
          <w:color w:val="555555"/>
          <w:sz w:val="20"/>
        </w:rPr>
        <w:t>[sch vesp 325b]</w:t>
      </w:r>
    </w:p>
    <w:p>
      <w:r>
        <w:rPr>
          <w:rFonts w:ascii="Gentium Plus" w:hAnsi="Gentium Plus"/>
          <w:sz w:val="24"/>
        </w:rPr>
        <w:t>ἢ τὸν Σέλλου: ἐπεὶ “καπνὸν” εἶπεν, ἐπήνεγκε τούτους ὡς πτωχα‐ λαζόνας, οὓς λέγει καπνόν, ⸢Προξενίδην VAld* [Προξενιάδην Lh] καὶ Αἰσχί‐ νην τὸν Σέλλου. VLhAld καὶ ἐν Ὄρνισι μέμνηται Προξενίδου</w:t>
      </w:r>
    </w:p>
    <w:p>
      <w:r>
        <w:rPr>
          <w:rFonts w:ascii="Courier New" w:hAnsi="Courier New"/>
          <w:color w:val="555555"/>
          <w:sz w:val="20"/>
        </w:rPr>
        <w:t>[5]</w:t>
      </w:r>
    </w:p>
    <w:p>
      <w:r>
        <w:rPr>
          <w:rFonts w:ascii="Gentium Plus" w:hAnsi="Gentium Plus"/>
          <w:sz w:val="24"/>
        </w:rPr>
        <w:t>ὡς ἀλαζονικοῦ. V Ald</w:t>
      </w:r>
    </w:p>
    <w:p>
      <w:r>
        <w:rPr>
          <w:rFonts w:ascii="Courier New" w:hAnsi="Courier New"/>
          <w:color w:val="555555"/>
          <w:sz w:val="20"/>
        </w:rPr>
        <w:t>[sch vesp 325b,col 2 (4)]</w:t>
      </w:r>
    </w:p>
    <w:p>
      <w:r>
        <w:rPr>
          <w:rFonts w:ascii="Gentium Plus" w:hAnsi="Gentium Plus"/>
          <w:sz w:val="24"/>
        </w:rPr>
        <w:t>τοῦ Προξενιάδου δὲ καὶ ἐν Ὄρνισι</w:t>
      </w:r>
    </w:p>
    <w:p>
      <w:r>
        <w:rPr>
          <w:rFonts w:ascii="Courier New" w:hAnsi="Courier New"/>
          <w:color w:val="555555"/>
          <w:sz w:val="20"/>
        </w:rPr>
        <w:t>[5]</w:t>
      </w:r>
    </w:p>
    <w:p>
      <w:r>
        <w:rPr>
          <w:rFonts w:ascii="Gentium Plus" w:hAnsi="Gentium Plus"/>
          <w:sz w:val="24"/>
        </w:rPr>
        <w:t>μέμνηται ὡς ἀλαζόνος. Lh</w:t>
      </w:r>
    </w:p>
    <w:p>
      <w:r>
        <w:rPr>
          <w:rFonts w:ascii="Courier New" w:hAnsi="Courier New"/>
          <w:color w:val="555555"/>
          <w:sz w:val="20"/>
        </w:rPr>
        <w:t>[sch vesp 325c]</w:t>
      </w:r>
    </w:p>
    <w:p>
      <w:r>
        <w:rPr>
          <w:rFonts w:ascii="Gentium Plus" w:hAnsi="Gentium Plus"/>
          <w:sz w:val="24"/>
        </w:rPr>
        <w:t>ἢ Προξενιάδην ἢ τὸν] τούτων μέμνηται ὡς πτωχαλαζόνων. Lh</w:t>
      </w:r>
    </w:p>
    <w:p>
      <w:r>
        <w:rPr>
          <w:rFonts w:ascii="Courier New" w:hAnsi="Courier New"/>
          <w:color w:val="555555"/>
          <w:sz w:val="20"/>
        </w:rPr>
        <w:t>[sch vesp 326]</w:t>
      </w:r>
    </w:p>
    <w:p>
      <w:r>
        <w:rPr>
          <w:rFonts w:ascii="Gentium Plus" w:hAnsi="Gentium Plus"/>
          <w:sz w:val="24"/>
        </w:rPr>
        <w:t>ψευδαμάμαξυν: εἶδος ἀμπέλου ἡ ⸢ἀμάμαξυς VAld [μάμαξυς Lh], ἣν λέγουσιν ἀναδενδράδα. ὅλον δὲ ⸢εἴρηκε V [εἴρηται Ald] παρὰ τὸ</w:t>
      </w:r>
    </w:p>
    <w:p>
      <w:r>
        <w:rPr>
          <w:rFonts w:ascii="Courier New" w:hAnsi="Courier New"/>
          <w:color w:val="555555"/>
          <w:sz w:val="20"/>
        </w:rPr>
        <w:t>[sch vesp 326,col 2 (2)]</w:t>
      </w:r>
    </w:p>
    <w:p>
      <w:r>
        <w:rPr>
          <w:rFonts w:ascii="Gentium Plus" w:hAnsi="Gentium Plus"/>
          <w:sz w:val="24"/>
        </w:rPr>
        <w:t>ἡ λεγομένη ἀναδενδράς. ψευδομά‐ μαξυν δὲ τὸν Αἰσχίνην καλεῖ διὰ τὸ</w:t>
      </w:r>
    </w:p>
    <w:p>
      <w:r>
        <w:rPr>
          <w:rFonts w:ascii="Courier New" w:hAnsi="Courier New"/>
          <w:color w:val="555555"/>
          <w:sz w:val="20"/>
        </w:rPr>
        <w:t>[sch vesp 326 (5)]</w:t>
      </w:r>
    </w:p>
    <w:p>
      <w:r>
        <w:rPr>
          <w:rFonts w:ascii="Gentium Plus" w:hAnsi="Gentium Plus"/>
          <w:sz w:val="24"/>
        </w:rPr>
        <w:t>ψοφώδη κομιδῇ λέγειν· καὶ τὸ ξύλον γὰρ τῆς ⸢ἀμαμάξυος VAld [μαμάξυος Lh] καιόμενον ψόφον ἀποτελεῖ. VLhAld</w:t>
      </w:r>
    </w:p>
    <w:p>
      <w:r>
        <w:rPr>
          <w:rFonts w:ascii="Courier New" w:hAnsi="Courier New"/>
          <w:color w:val="555555"/>
          <w:sz w:val="20"/>
        </w:rPr>
        <w:t>[sch vesp 329a]</w:t>
      </w:r>
    </w:p>
    <w:p>
      <w:r>
        <w:rPr>
          <w:rFonts w:ascii="Gentium Plus" w:hAnsi="Gentium Plus"/>
          <w:sz w:val="24"/>
        </w:rPr>
        <w:t>διατινθαλέῳ] ⸢θερμῷ V [διαθέρμῳ LhAld]. VLhAld</w:t>
      </w:r>
    </w:p>
    <w:p>
      <w:r>
        <w:rPr>
          <w:rFonts w:ascii="Courier New" w:hAnsi="Courier New"/>
          <w:color w:val="555555"/>
          <w:sz w:val="20"/>
        </w:rPr>
        <w:t>[sch vesp 329b]</w:t>
      </w:r>
    </w:p>
    <w:p>
      <w:r>
        <w:rPr>
          <w:rFonts w:ascii="Gentium Plus" w:hAnsi="Gentium Plus"/>
          <w:sz w:val="24"/>
        </w:rPr>
        <w:t>σπόδισον ταχέως: πλῆξον· καῦσον(.) VLhAld ὡς ἐν σπόδῳ. LhAld</w:t>
      </w:r>
    </w:p>
    <w:p>
      <w:r>
        <w:rPr>
          <w:rFonts w:ascii="Courier New" w:hAnsi="Courier New"/>
          <w:color w:val="555555"/>
          <w:sz w:val="20"/>
        </w:rPr>
        <w:t>[sch vesp 330a]</w:t>
      </w:r>
    </w:p>
    <w:p>
      <w:r>
        <w:rPr>
          <w:rFonts w:ascii="Gentium Plus" w:hAnsi="Gentium Plus"/>
          <w:sz w:val="24"/>
        </w:rPr>
        <w:t>κἄπειτ’ ἀνελών μ’ ἀποφυσήσας: τῶν γὰρ ἀπανθρακιζομένων ἰχθύων ἀποφυσῶσι τὴν σποδόν· ἢ παρόσον ἐν τῷ ὀπτᾶν φυσῶσιν, ἵνα πλέον ἐγερθῇ τὸ πῦρ καὶ θᾶττον γένηται. VAld</w:t>
      </w:r>
    </w:p>
    <w:p>
      <w:r>
        <w:rPr>
          <w:rFonts w:ascii="Courier New" w:hAnsi="Courier New"/>
          <w:color w:val="555555"/>
          <w:sz w:val="20"/>
        </w:rPr>
        <w:t>[sch vesp 330b]</w:t>
      </w:r>
    </w:p>
    <w:p>
      <w:r>
        <w:rPr>
          <w:rFonts w:ascii="Gentium Plus" w:hAnsi="Gentium Plus"/>
          <w:sz w:val="24"/>
        </w:rPr>
        <w:t>330] ἀποφυσῶσι γὰρ τῶν ὀπτηθέντων ἰχθύων τὴν σποδόν. Lh</w:t>
      </w:r>
    </w:p>
    <w:p>
      <w:r>
        <w:rPr>
          <w:rFonts w:ascii="Courier New" w:hAnsi="Courier New"/>
          <w:color w:val="555555"/>
          <w:sz w:val="20"/>
        </w:rPr>
        <w:t>[sch vesp 331]</w:t>
      </w:r>
    </w:p>
    <w:p>
      <w:r>
        <w:rPr>
          <w:rFonts w:ascii="Gentium Plus" w:hAnsi="Gentium Plus"/>
          <w:sz w:val="24"/>
        </w:rPr>
        <w:t>εἰς ὀξάλμην: ὡς ἐπὶ ἰχθύων ὀπτῶν ὀξάλμῃ ἐσθιομένων. VLhAld</w:t>
      </w:r>
    </w:p>
    <w:p>
      <w:r>
        <w:rPr>
          <w:rFonts w:ascii="Courier New" w:hAnsi="Courier New"/>
          <w:color w:val="555555"/>
          <w:sz w:val="20"/>
        </w:rPr>
        <w:t>[sch vesp 333a]</w:t>
      </w:r>
    </w:p>
    <w:p>
      <w:r>
        <w:rPr>
          <w:rFonts w:ascii="Gentium Plus" w:hAnsi="Gentium Plus"/>
          <w:sz w:val="24"/>
        </w:rPr>
        <w:t>τὰς δικαστικὰς ψήφους· εἰσὶ δὲ ὥσπερ κογχύλια λεπτά, οἷς πρότερον ἐχρῶντο ἀντὶ ψήφων οἱ δικασταὶ πρὸ τῆς εὑρέσεως τῶν κυάμων. οἱ δέ φασι καὶ παρὰ τὰς πέτρας αὐτὰς ἔχειν τὴν ὀνομασίαν, ἐξ ὧν ἐκλέγουσι τὰ κογχύλια·</w:t>
      </w:r>
    </w:p>
    <w:p>
      <w:r>
        <w:rPr>
          <w:rFonts w:ascii="Courier New" w:hAnsi="Courier New"/>
          <w:color w:val="555555"/>
          <w:sz w:val="20"/>
        </w:rPr>
        <w:t>[sch vesp 333b]</w:t>
      </w:r>
    </w:p>
    <w:p>
      <w:r>
        <w:rPr>
          <w:rFonts w:ascii="Gentium Plus" w:hAnsi="Gentium Plus"/>
          <w:sz w:val="24"/>
        </w:rPr>
        <w:t>τὰς χοιρίνας: ἐν τῷ τῶν Ἱππέων δράματι εἴρηται, ὅτι χοιρίναις ἐχρῶντο πρὸ τῶν ψήφων οἱ δικασταί· ἦσαν δὲ κόγχαι τινές, ὥς φησιν Ἐπαφρό‐ διτος ἐν ταῖς Λέξεσιν. LhAld</w:t>
      </w:r>
    </w:p>
    <w:p>
      <w:r>
        <w:rPr>
          <w:rFonts w:ascii="Courier New" w:hAnsi="Courier New"/>
          <w:color w:val="555555"/>
          <w:sz w:val="20"/>
        </w:rPr>
        <w:t>[sch vesp 333c]</w:t>
      </w:r>
    </w:p>
    <w:p>
      <w:r>
        <w:rPr>
          <w:rFonts w:ascii="Gentium Plus" w:hAnsi="Gentium Plus"/>
          <w:sz w:val="24"/>
        </w:rPr>
        <w:t>τὰς χοιρίνας] ἤγουν τὰς ψήφους. Lh</w:t>
      </w:r>
    </w:p>
    <w:p>
      <w:r>
        <w:rPr>
          <w:rFonts w:ascii="Courier New" w:hAnsi="Courier New"/>
          <w:color w:val="555555"/>
          <w:sz w:val="20"/>
        </w:rPr>
        <w:t>[sch vesp 334a]</w:t>
      </w:r>
    </w:p>
    <w:p>
      <w:r>
        <w:rPr>
          <w:rFonts w:ascii="Gentium Plus" w:hAnsi="Gentium Plus"/>
          <w:sz w:val="24"/>
        </w:rPr>
        <w:t>στροφὴ κώλων καὶ στίχων ιβʹ. lhAld</w:t>
      </w:r>
    </w:p>
    <w:p>
      <w:r>
        <w:rPr>
          <w:rFonts w:ascii="Courier New" w:hAnsi="Courier New"/>
          <w:color w:val="555555"/>
          <w:sz w:val="20"/>
        </w:rPr>
        <w:t>[sch vesp 334b]</w:t>
      </w:r>
    </w:p>
    <w:p>
      <w:r>
        <w:rPr>
          <w:rFonts w:ascii="Gentium Plus" w:hAnsi="Gentium Plus"/>
          <w:sz w:val="24"/>
        </w:rPr>
        <w:t>ταῦτά ς’ εἴργων: ⸢ἤγουν κατὰ Lh τὸ εἶναι σὺν ἡμῖν καὶ δικάζειν. LhAld</w:t>
      </w:r>
    </w:p>
    <w:p>
      <w:r>
        <w:rPr>
          <w:rFonts w:ascii="Courier New" w:hAnsi="Courier New"/>
          <w:color w:val="555555"/>
          <w:sz w:val="20"/>
        </w:rPr>
        <w:t>[sch vesp 337]</w:t>
      </w:r>
    </w:p>
    <w:p>
      <w:r>
        <w:rPr>
          <w:rFonts w:ascii="Gentium Plus" w:hAnsi="Gentium Plus"/>
          <w:sz w:val="24"/>
        </w:rPr>
        <w:t>ἀλλ’ κτλ.] ὑποχαλᾶτε· ἐκ μεταφορᾶς τῶν πλοίων. LhAld</w:t>
      </w:r>
    </w:p>
    <w:p>
      <w:r>
        <w:rPr>
          <w:rFonts w:ascii="Courier New" w:hAnsi="Courier New"/>
          <w:color w:val="555555"/>
          <w:sz w:val="20"/>
        </w:rPr>
        <w:t>[sch vesp 338a]</w:t>
      </w:r>
    </w:p>
    <w:p>
      <w:r>
        <w:rPr>
          <w:rFonts w:ascii="Gentium Plus" w:hAnsi="Gentium Plus"/>
          <w:sz w:val="24"/>
        </w:rPr>
        <w:t>τίνος ἕνεκεν. R</w:t>
      </w:r>
    </w:p>
    <w:p>
      <w:r>
        <w:rPr>
          <w:rFonts w:ascii="Courier New" w:hAnsi="Courier New"/>
          <w:color w:val="555555"/>
          <w:sz w:val="20"/>
        </w:rPr>
        <w:t>[sch vesp 338b]</w:t>
      </w:r>
    </w:p>
    <w:p>
      <w:r>
        <w:rPr>
          <w:rFonts w:ascii="Gentium Plus" w:hAnsi="Gentium Plus"/>
          <w:sz w:val="24"/>
        </w:rPr>
        <w:t>τοῦ δ’ ἐφέξειν: γράφεται καὶ “ὑφέξειν”, οἷον ὑποσχεῖν· “τί ὑπισχνούμενός σοι ἐπίσχει σε;” ἢ “τίνος χάριν;” παρὰ δὲ τοῖς τραγικοῖς ἔφεξις ἡ πρόφασις· “τί προφασιζόμενος συγκλείει σε;” καὶ τὸ παρ’ Ὁμήρῳ οὐδέ τιν’ ἄλλην</w:t>
      </w:r>
    </w:p>
    <w:p>
      <w:r>
        <w:rPr>
          <w:rFonts w:ascii="Courier New" w:hAnsi="Courier New"/>
          <w:color w:val="555555"/>
          <w:sz w:val="20"/>
        </w:rPr>
        <w:t>[5]</w:t>
      </w:r>
    </w:p>
    <w:p>
      <w:r>
        <w:rPr>
          <w:rFonts w:ascii="Gentium Plus" w:hAnsi="Gentium Plus"/>
          <w:sz w:val="24"/>
        </w:rPr>
        <w:t>μύθου ποιήσασθαι ἐπισχεσίην ἐδύνασθε. VAld</w:t>
      </w:r>
    </w:p>
    <w:p>
      <w:r>
        <w:rPr>
          <w:rFonts w:ascii="Courier New" w:hAnsi="Courier New"/>
          <w:color w:val="555555"/>
          <w:sz w:val="20"/>
        </w:rPr>
        <w:t>[sch vesp 338c]</w:t>
      </w:r>
    </w:p>
    <w:p>
      <w:r>
        <w:rPr>
          <w:rFonts w:ascii="Gentium Plus" w:hAnsi="Gentium Plus"/>
          <w:sz w:val="24"/>
        </w:rPr>
        <w:t>τοῦ δ’ ἐφέξειν] κωλύσειν τοῦ δικάζειν. Lh</w:t>
      </w:r>
    </w:p>
    <w:p>
      <w:r>
        <w:rPr>
          <w:rFonts w:ascii="Courier New" w:hAnsi="Courier New"/>
          <w:color w:val="555555"/>
          <w:sz w:val="20"/>
        </w:rPr>
        <w:t>[sch vesp 339]</w:t>
      </w:r>
    </w:p>
    <w:p>
      <w:r>
        <w:rPr>
          <w:rFonts w:ascii="Gentium Plus" w:hAnsi="Gentium Plus"/>
          <w:sz w:val="24"/>
        </w:rPr>
        <w:t>τίνα πρόφασιν] τί προφασιζόμενος. Lh</w:t>
      </w:r>
    </w:p>
    <w:p>
      <w:r>
        <w:rPr>
          <w:rFonts w:ascii="Courier New" w:hAnsi="Courier New"/>
          <w:color w:val="555555"/>
          <w:sz w:val="20"/>
        </w:rPr>
        <w:t>[sch vesp 341]</w:t>
      </w:r>
    </w:p>
    <w:p>
      <w:r>
        <w:rPr>
          <w:rFonts w:ascii="Gentium Plus" w:hAnsi="Gentium Plus"/>
          <w:sz w:val="24"/>
        </w:rPr>
        <w:t>ἐγὼ δ’ οὐ βούλομαι: δείκνυσιν ἐντεῦθεν τὸ φιλόδικον αὐτοῦ. LhAld</w:t>
      </w:r>
    </w:p>
    <w:p>
      <w:r>
        <w:rPr>
          <w:rFonts w:ascii="Courier New" w:hAnsi="Courier New"/>
          <w:color w:val="555555"/>
          <w:sz w:val="20"/>
        </w:rPr>
        <w:t>[sch vesp 342a]</w:t>
      </w:r>
    </w:p>
    <w:p>
      <w:r>
        <w:rPr>
          <w:rFonts w:ascii="Gentium Plus" w:hAnsi="Gentium Plus"/>
          <w:sz w:val="24"/>
        </w:rPr>
        <w:t>χανεῖν] ⸢ἤγουν Lh [ἀντὶ τοῦ Ald] εἰπεῖν. LhAld</w:t>
      </w:r>
    </w:p>
    <w:p>
      <w:r>
        <w:rPr>
          <w:rFonts w:ascii="Courier New" w:hAnsi="Courier New"/>
          <w:color w:val="555555"/>
          <w:sz w:val="20"/>
        </w:rPr>
        <w:t>[sch vesp 342b]</w:t>
      </w:r>
    </w:p>
    <w:p>
      <w:r>
        <w:rPr>
          <w:rFonts w:ascii="Gentium Plus" w:hAnsi="Gentium Plus"/>
          <w:sz w:val="24"/>
        </w:rPr>
        <w:t>ὁ Δημολογοκλέων: ὁ τύραννος καὶ ⸢ἀρχοντιῶν VAld [ἄρχων Lh]. συνέθηκε τὴν λέξιν ἐκ τοῦ δήμου καὶ τοῦ λόγου καὶ τοῦ Κλέωνος δηλῶν τὸ ἀρχικόν, VLhAld</w:t>
      </w:r>
    </w:p>
    <w:p>
      <w:r>
        <w:rPr>
          <w:rFonts w:ascii="Courier New" w:hAnsi="Courier New"/>
          <w:color w:val="555555"/>
          <w:sz w:val="20"/>
        </w:rPr>
        <w:t>[sch vesp 342b,col 2 (4)]</w:t>
      </w:r>
    </w:p>
    <w:p>
      <w:r>
        <w:rPr>
          <w:rFonts w:ascii="Gentium Plus" w:hAnsi="Gentium Plus"/>
          <w:sz w:val="24"/>
        </w:rPr>
        <w:t>οἷον ὁ τοῦ δήμου ἄρχων. Lh</w:t>
      </w:r>
    </w:p>
    <w:p>
      <w:r>
        <w:rPr>
          <w:rFonts w:ascii="Courier New" w:hAnsi="Courier New"/>
          <w:color w:val="555555"/>
          <w:sz w:val="20"/>
        </w:rPr>
        <w:t>[sch vesp 342b (5)]</w:t>
      </w:r>
    </w:p>
    <w:p>
      <w:r>
        <w:rPr>
          <w:rFonts w:ascii="Gentium Plus" w:hAnsi="Gentium Plus"/>
          <w:sz w:val="24"/>
        </w:rPr>
        <w:t>τοῦτο δὲ εἴρηκε διὰ τὸ τὸν Κλέωνα πολυλόγον εἶναι καὶ τοῖς λόγοις ἐξαπατᾶν τὸν δῆμον. LhAld ἐπὶ δὲ τὸ αὐτὸ ἦθος κατενήνεκται, ἐπεὶ ὁ χορὸς πρὸς τοῦ Κλέωνος ἐτύγχανεν. Ald</w:t>
      </w:r>
    </w:p>
    <w:p>
      <w:r>
        <w:rPr>
          <w:rFonts w:ascii="Courier New" w:hAnsi="Courier New"/>
          <w:color w:val="555555"/>
          <w:sz w:val="20"/>
        </w:rPr>
        <w:t>[sch vesp 343a]</w:t>
      </w:r>
    </w:p>
    <w:p>
      <w:r>
        <w:rPr>
          <w:rFonts w:ascii="Gentium Plus" w:hAnsi="Gentium Plus"/>
          <w:sz w:val="24"/>
        </w:rPr>
        <w:t>ὅτι λέγεις: ὅτι ἀληθὲς λέγεις περὶ τῶν τριήρων, οἷον· παρρησίαν ἄγεις περὶ τοῦ δήμου. Ald</w:t>
      </w:r>
    </w:p>
    <w:p>
      <w:r>
        <w:rPr>
          <w:rFonts w:ascii="Courier New" w:hAnsi="Courier New"/>
          <w:color w:val="555555"/>
          <w:sz w:val="20"/>
        </w:rPr>
        <w:t>[sch vesp 343b]</w:t>
      </w:r>
    </w:p>
    <w:p>
      <w:r>
        <w:rPr>
          <w:rFonts w:ascii="Gentium Plus" w:hAnsi="Gentium Plus"/>
          <w:sz w:val="24"/>
        </w:rPr>
        <w:t>μελετᾷ ὁ χορὸς κακουργίαν φάσκων “ἐπειδὴ ὑπὲρ χρησίμου τῆς πόλεως λέγεις εἰσηγούμενος περὶ τρι‐</w:t>
      </w:r>
    </w:p>
    <w:p>
      <w:r>
        <w:rPr>
          <w:rFonts w:ascii="Courier New" w:hAnsi="Courier New"/>
          <w:color w:val="555555"/>
          <w:sz w:val="20"/>
        </w:rPr>
        <w:t>[sch vesp 343b,col 2]</w:t>
      </w:r>
    </w:p>
    <w:p>
      <w:r>
        <w:rPr>
          <w:rFonts w:ascii="Gentium Plus" w:hAnsi="Gentium Plus"/>
          <w:sz w:val="24"/>
        </w:rPr>
        <w:t>κακουργίαν μελετᾷ ὁ χορὸς κατὰ τοῦ Βδελυκλέωνος φάσκων, ὅτι εἴπερ ἀληθές ἐστιν, ὃ λέγεις περὶ τῶν νεῶν, ἤγουν εἴπερ ὑπὲρ χρησίμου</w:t>
      </w:r>
    </w:p>
    <w:p>
      <w:r>
        <w:rPr>
          <w:rFonts w:ascii="Courier New" w:hAnsi="Courier New"/>
          <w:color w:val="555555"/>
          <w:sz w:val="20"/>
        </w:rPr>
        <w:t>[5]</w:t>
      </w:r>
    </w:p>
    <w:p>
      <w:r>
        <w:rPr>
          <w:rFonts w:ascii="Gentium Plus" w:hAnsi="Gentium Plus"/>
          <w:sz w:val="24"/>
        </w:rPr>
        <w:t>τῆς πόλεως λέγεις, αὐτὸς δὲ ἐγκλείει</w:t>
      </w:r>
    </w:p>
    <w:p>
      <w:r>
        <w:rPr>
          <w:rFonts w:ascii="Courier New" w:hAnsi="Courier New"/>
          <w:color w:val="555555"/>
          <w:sz w:val="20"/>
        </w:rPr>
        <w:t>[sch vesp 343b (7)]</w:t>
      </w:r>
    </w:p>
    <w:p>
      <w:r>
        <w:rPr>
          <w:rFonts w:ascii="Gentium Plus" w:hAnsi="Gentium Plus"/>
          <w:sz w:val="24"/>
        </w:rPr>
        <w:t>τινὲς δὲ οὕτως· εἴ τι εἴποις κακὸν περὶ τῶν νεῶν, τοῦτο ἀληθές ἐστιν. VAld διαβάλλει δὲ τοῦτον· οὐ γὰρ περὶ νεῶν ἐστιν ὁ λόγος, ἀλλὰ περὶ τοῦ μὴ δικάζειν αὐτόν. LhAld</w:t>
      </w:r>
    </w:p>
    <w:p>
      <w:r>
        <w:rPr>
          <w:rFonts w:ascii="Courier New" w:hAnsi="Courier New"/>
          <w:color w:val="555555"/>
          <w:sz w:val="20"/>
        </w:rPr>
        <w:t>[sch vesp 345a]</w:t>
      </w:r>
    </w:p>
    <w:p>
      <w:r>
        <w:rPr>
          <w:rFonts w:ascii="Gentium Plus" w:hAnsi="Gentium Plus"/>
          <w:sz w:val="24"/>
        </w:rPr>
        <w:t>τῶν ἐπὶ καταλύσει τοῦ δήμου. R</w:t>
      </w:r>
    </w:p>
    <w:p>
      <w:r>
        <w:rPr>
          <w:rFonts w:ascii="Courier New" w:hAnsi="Courier New"/>
          <w:color w:val="555555"/>
          <w:sz w:val="20"/>
        </w:rPr>
        <w:t>[sch vesp 345b]</w:t>
      </w:r>
    </w:p>
    <w:p>
      <w:r>
        <w:rPr>
          <w:rFonts w:ascii="Gentium Plus" w:hAnsi="Gentium Plus"/>
          <w:sz w:val="24"/>
        </w:rPr>
        <w:t>345 (εἰ ... ἦν)] τοὺς ἐπὶ καταλύσει τοῦ δήμου ⸢ξυνερχομένους Lh [συνερχομένους Ald] συνωμότας ἔλεγον. LhAld</w:t>
      </w:r>
    </w:p>
    <w:p>
      <w:r>
        <w:rPr>
          <w:rFonts w:ascii="Courier New" w:hAnsi="Courier New"/>
          <w:color w:val="555555"/>
          <w:sz w:val="20"/>
        </w:rPr>
        <w:t>[sch vesp 345c]</w:t>
      </w:r>
    </w:p>
    <w:p>
      <w:r>
        <w:rPr>
          <w:rFonts w:ascii="Gentium Plus" w:hAnsi="Gentium Plus"/>
          <w:sz w:val="24"/>
        </w:rPr>
        <w:t>lhAld</w:t>
      </w:r>
    </w:p>
    <w:p>
      <w:r>
        <w:rPr>
          <w:rFonts w:ascii="Courier New" w:hAnsi="Courier New"/>
          <w:color w:val="555555"/>
          <w:sz w:val="20"/>
        </w:rPr>
        <w:t>[sch vesp 347]</w:t>
      </w:r>
    </w:p>
    <w:p>
      <w:r>
        <w:rPr>
          <w:rFonts w:ascii="Gentium Plus" w:hAnsi="Gentium Plus"/>
          <w:sz w:val="24"/>
        </w:rPr>
        <w:t>δεῦρο] πρὸς ἡμᾶς. LhAld</w:t>
      </w:r>
    </w:p>
    <w:p>
      <w:r>
        <w:rPr>
          <w:rFonts w:ascii="Courier New" w:hAnsi="Courier New"/>
          <w:color w:val="555555"/>
          <w:sz w:val="20"/>
        </w:rPr>
        <w:t>[sch vesp 349a]</w:t>
      </w:r>
    </w:p>
    <w:p>
      <w:r>
        <w:rPr>
          <w:rFonts w:ascii="Gentium Plus" w:hAnsi="Gentium Plus"/>
          <w:sz w:val="24"/>
        </w:rPr>
        <w:t>οὕτω κιττῶ: ἐπιθυμῶ. VLhAld ἀπὸ τῶν ἀρτίως τικτουσῶν γυναι‐ κῶν καὶ ἐπιθυμουσῶν τινων. εἴρηται δὲ ἐκ τοῦ ὀρνέου τῆς κίττης, ὅπερ ἐπι‐ θυμητικῶς ἔχον τῶν ἀκροδρύων ταχέως δυσαρεστεῖται, ἐξ ὧν δ’ ἂν ἐσθίοι, καὶ</w:t>
      </w:r>
    </w:p>
    <w:p>
      <w:r>
        <w:rPr>
          <w:rFonts w:ascii="Courier New" w:hAnsi="Courier New"/>
          <w:color w:val="555555"/>
          <w:sz w:val="20"/>
        </w:rPr>
        <w:t>[sch vesp 349b]</w:t>
      </w:r>
    </w:p>
    <w:p>
      <w:r>
        <w:rPr>
          <w:rFonts w:ascii="Gentium Plus" w:hAnsi="Gentium Plus"/>
          <w:sz w:val="24"/>
        </w:rPr>
        <w:t>διὰ τῶν σανίδων: τῶν δρυφάκτων. VAld τῶν ⸢ταβλωτῶν V [ταυλωτῶν LhAld] τοῦ δικαστηρίου (.) VLhAld, ἵνα λέγῃ “ἐπιθυμῶ ἐν τῷ δικαστηρίῳ ⸢ἐλθεῖν V [εἰσελθεῖν Ald]. ἢ 〈τῶν〉 σανίδων φησὶ τῶν περιεχου‐ σῶν τὰ ὀνόματα τῶν εἰσαχθησομένων εἰς τὸ δικαστήριον, ποῖον δεήσει πρῶτον</w:t>
      </w:r>
    </w:p>
    <w:p>
      <w:r>
        <w:rPr>
          <w:rFonts w:ascii="Courier New" w:hAnsi="Courier New"/>
          <w:color w:val="555555"/>
          <w:sz w:val="20"/>
        </w:rPr>
        <w:t>[5]</w:t>
      </w:r>
    </w:p>
    <w:p>
      <w:r>
        <w:rPr>
          <w:rFonts w:ascii="Gentium Plus" w:hAnsi="Gentium Plus"/>
          <w:sz w:val="24"/>
        </w:rPr>
        <w:t>εἰσαχθῆναι καὶ κατὰ τάξιν. VAld</w:t>
      </w:r>
    </w:p>
    <w:p>
      <w:r>
        <w:rPr>
          <w:rFonts w:ascii="Courier New" w:hAnsi="Courier New"/>
          <w:color w:val="555555"/>
          <w:sz w:val="20"/>
        </w:rPr>
        <w:t>[sch vesp 351]</w:t>
      </w:r>
    </w:p>
    <w:p>
      <w:r>
        <w:rPr>
          <w:rFonts w:ascii="Gentium Plus" w:hAnsi="Gentium Plus"/>
          <w:sz w:val="24"/>
        </w:rPr>
        <w:t>ὅτι 〈διὰ〉 τὸ παλλάδιον δι’ ὑδρορρόας εἰσῆλθον 〈οἱ〉 περὶ τὸν Ὀδυσ‐ σέα. R</w:t>
      </w:r>
    </w:p>
    <w:p>
      <w:r>
        <w:rPr>
          <w:rFonts w:ascii="Courier New" w:hAnsi="Courier New"/>
          <w:color w:val="555555"/>
          <w:sz w:val="20"/>
        </w:rPr>
        <w:t>[sch vesp 352a]</w:t>
      </w:r>
    </w:p>
    <w:p>
      <w:r>
        <w:rPr>
          <w:rFonts w:ascii="Gentium Plus" w:hAnsi="Gentium Plus"/>
          <w:sz w:val="24"/>
        </w:rPr>
        <w:t>σέρφῳ: παροιμία “οὐδὲ μύρμηκι ὁδός ἐστιν”. R</w:t>
      </w:r>
    </w:p>
    <w:p>
      <w:r>
        <w:rPr>
          <w:rFonts w:ascii="Courier New" w:hAnsi="Courier New"/>
          <w:color w:val="555555"/>
          <w:sz w:val="20"/>
        </w:rPr>
        <w:t>[sch vesp 352b]</w:t>
      </w:r>
    </w:p>
    <w:p>
      <w:r>
        <w:rPr>
          <w:rFonts w:ascii="Gentium Plus" w:hAnsi="Gentium Plus"/>
          <w:sz w:val="24"/>
        </w:rPr>
        <w:t>οὐδ’ εἰ σέρφῳ: ὅτι ἐν</w:t>
      </w:r>
    </w:p>
    <w:p>
      <w:r>
        <w:rPr>
          <w:rFonts w:ascii="Courier New" w:hAnsi="Courier New"/>
          <w:color w:val="555555"/>
          <w:sz w:val="20"/>
        </w:rPr>
        <w:t>[sch vesp 352b,col 2]</w:t>
      </w:r>
    </w:p>
    <w:p>
      <w:r>
        <w:rPr>
          <w:rFonts w:ascii="Gentium Plus" w:hAnsi="Gentium Plus"/>
          <w:sz w:val="24"/>
        </w:rPr>
        <w:t>μέμνηται τοῦ σέρφου καὶ ἐν Ὄρ‐</w:t>
      </w:r>
    </w:p>
    <w:p>
      <w:r>
        <w:rPr>
          <w:rFonts w:ascii="Courier New" w:hAnsi="Courier New"/>
          <w:color w:val="555555"/>
          <w:sz w:val="20"/>
        </w:rPr>
        <w:t>[sch vesp 352b (3)]</w:t>
      </w:r>
    </w:p>
    <w:p>
      <w:r>
        <w:rPr>
          <w:rFonts w:ascii="Gentium Plus" w:hAnsi="Gentium Plus"/>
          <w:sz w:val="24"/>
        </w:rPr>
        <w:t>εὕδει καταφαγὼν μύρτα καὶ σέρφους (.) ἐξηγοῦνται καρπὸν τὸν σέρφον· ἔστι</w:t>
      </w:r>
    </w:p>
    <w:p>
      <w:r>
        <w:rPr>
          <w:rFonts w:ascii="Courier New" w:hAnsi="Courier New"/>
          <w:color w:val="555555"/>
          <w:sz w:val="20"/>
        </w:rPr>
        <w:t>[5]</w:t>
      </w:r>
    </w:p>
    <w:p>
      <w:r>
        <w:rPr>
          <w:rFonts w:ascii="Gentium Plus" w:hAnsi="Gentium Plus"/>
          <w:sz w:val="24"/>
        </w:rPr>
        <w:t>δὲ θηρίδιόν τι ⸢σμικρόν V [μικρόν Ald]· Κρατῖνος δὲ μύρμηκά φησι τὸν</w:t>
      </w:r>
    </w:p>
    <w:p>
      <w:r>
        <w:rPr>
          <w:rFonts w:ascii="Courier New" w:hAnsi="Courier New"/>
          <w:color w:val="555555"/>
          <w:sz w:val="20"/>
        </w:rPr>
        <w:t>[sch vesp 352b,col 2 (4)]</w:t>
      </w:r>
    </w:p>
    <w:p>
      <w:r>
        <w:rPr>
          <w:rFonts w:ascii="Gentium Plus" w:hAnsi="Gentium Plus"/>
          <w:sz w:val="24"/>
        </w:rPr>
        <w:t>τινὲς οὖν καρπὸν τὸν σέρφον εἶναι</w:t>
      </w:r>
    </w:p>
    <w:p>
      <w:r>
        <w:rPr>
          <w:rFonts w:ascii="Courier New" w:hAnsi="Courier New"/>
          <w:color w:val="555555"/>
          <w:sz w:val="20"/>
        </w:rPr>
        <w:t>[5]</w:t>
      </w:r>
    </w:p>
    <w:p>
      <w:r>
        <w:rPr>
          <w:rFonts w:ascii="Gentium Plus" w:hAnsi="Gentium Plus"/>
          <w:sz w:val="24"/>
        </w:rPr>
        <w:t>λέγουσιν· Κρατῖνος δὲ μύρμηκα τοῦ‐</w:t>
      </w:r>
    </w:p>
    <w:p>
      <w:r>
        <w:rPr>
          <w:rFonts w:ascii="Courier New" w:hAnsi="Courier New"/>
          <w:color w:val="555555"/>
          <w:sz w:val="20"/>
        </w:rPr>
        <w:t>[sch vesp 352b (8)]</w:t>
      </w:r>
    </w:p>
    <w:p>
      <w:r>
        <w:rPr>
          <w:rFonts w:ascii="Gentium Plus" w:hAnsi="Gentium Plus"/>
          <w:sz w:val="24"/>
        </w:rPr>
        <w:t>οἱ δὲ ζωΰφιον κωνωπῶδες, ἀφ’ οὗ ⸢ἡ VAld [καὶ Lh] παροιμία ἔνεστι κἀν μύρμηκι κἀν σέρφῳ χολή (.)</w:t>
      </w:r>
    </w:p>
    <w:p>
      <w:r>
        <w:rPr>
          <w:rFonts w:ascii="Courier New" w:hAnsi="Courier New"/>
          <w:color w:val="555555"/>
          <w:sz w:val="20"/>
        </w:rPr>
        <w:t>[10]</w:t>
      </w:r>
    </w:p>
    <w:p>
      <w:r>
        <w:rPr>
          <w:rFonts w:ascii="Gentium Plus" w:hAnsi="Gentium Plus"/>
          <w:sz w:val="24"/>
        </w:rPr>
        <w:t>VLhAld παρεγγυῶσα μηδὲ τῶν μικρῶν καταφρονεῖν. LhAld</w:t>
      </w:r>
    </w:p>
    <w:p>
      <w:r>
        <w:rPr>
          <w:rFonts w:ascii="Courier New" w:hAnsi="Courier New"/>
          <w:color w:val="555555"/>
          <w:sz w:val="20"/>
        </w:rPr>
        <w:t>[sch vesp 352c]</w:t>
      </w:r>
    </w:p>
    <w:p>
      <w:r>
        <w:rPr>
          <w:rFonts w:ascii="Gentium Plus" w:hAnsi="Gentium Plus"/>
          <w:sz w:val="24"/>
        </w:rPr>
        <w:t>σέρφῳ] ζῷόν τι μικρόν. Lh</w:t>
      </w:r>
    </w:p>
    <w:p>
      <w:r>
        <w:rPr>
          <w:rFonts w:ascii="Courier New" w:hAnsi="Courier New"/>
          <w:color w:val="555555"/>
          <w:sz w:val="20"/>
        </w:rPr>
        <w:t>[sch vesp 353]</w:t>
      </w:r>
    </w:p>
    <w:p>
      <w:r>
        <w:rPr>
          <w:rFonts w:ascii="Gentium Plus" w:hAnsi="Gentium Plus"/>
          <w:sz w:val="24"/>
        </w:rPr>
        <w:t>ὀπίαν δ’ οὐκ ἔστι: δι’ ὀπῆς ἐξελθόντα. Lh παρὰ τὴν ὀπὴν τὸ ὄνομα. VAld ⸢καὶ τυρὸν δὲ λέγουσιν VAld [λέγουσι καὶ τυρὸν Lh] ⸢τὸν Ald ὀπίαν τὸν τῷ ὀπῷ τῆς συκῆς ⸢πηγνύμενον VLh [πυκνούμενον Ald]. VLhAld</w:t>
      </w:r>
    </w:p>
    <w:p>
      <w:r>
        <w:rPr>
          <w:rFonts w:ascii="Courier New" w:hAnsi="Courier New"/>
          <w:color w:val="555555"/>
          <w:sz w:val="20"/>
        </w:rPr>
        <w:t>[sch vesp 354]</w:t>
      </w:r>
    </w:p>
    <w:p>
      <w:r>
        <w:rPr>
          <w:rFonts w:ascii="Gentium Plus" w:hAnsi="Gentium Plus"/>
          <w:sz w:val="24"/>
        </w:rPr>
        <w:t>μέμνησαι δῆθ’: ὑπομιμνῄσκει αὐτὸν παλαιᾶς πράξεως ⸢τόλμαν VAld [τόλμην Lh]. VLhAld</w:t>
      </w:r>
    </w:p>
    <w:p>
      <w:r>
        <w:rPr>
          <w:rFonts w:ascii="Courier New" w:hAnsi="Courier New"/>
          <w:color w:val="555555"/>
          <w:sz w:val="20"/>
        </w:rPr>
        <w:t>[sch vesp 355a]</w:t>
      </w:r>
    </w:p>
    <w:p>
      <w:r>
        <w:rPr>
          <w:rFonts w:ascii="Gentium Plus" w:hAnsi="Gentium Plus"/>
          <w:sz w:val="24"/>
        </w:rPr>
        <w:t>ἵεις] ἔπεμψας. Lh</w:t>
      </w:r>
    </w:p>
    <w:p>
      <w:r>
        <w:rPr>
          <w:rFonts w:ascii="Courier New" w:hAnsi="Courier New"/>
          <w:color w:val="555555"/>
          <w:sz w:val="20"/>
        </w:rPr>
        <w:t>[sch vesp 355b]</w:t>
      </w:r>
    </w:p>
    <w:p>
      <w:r>
        <w:rPr>
          <w:rFonts w:ascii="Gentium Plus" w:hAnsi="Gentium Plus"/>
          <w:sz w:val="24"/>
        </w:rPr>
        <w:t>ὅτε Νάξος ἑάλω: τὴν Νάξον ἐπιτετήρηκε πρὸς τὸν γέροντα· ἑάλω γὰρ ἐπὶ Πεισιστράτου. τοῦ δὲ “ἑάλω” ἐκτείνουσι τὸ α συνήθως. VAld</w:t>
      </w:r>
    </w:p>
    <w:p>
      <w:r>
        <w:rPr>
          <w:rFonts w:ascii="Courier New" w:hAnsi="Courier New"/>
          <w:color w:val="555555"/>
          <w:sz w:val="20"/>
        </w:rPr>
        <w:t>[sch vesp 355c]</w:t>
      </w:r>
    </w:p>
    <w:p>
      <w:r>
        <w:rPr>
          <w:rFonts w:ascii="Gentium Plus" w:hAnsi="Gentium Plus"/>
          <w:sz w:val="24"/>
        </w:rPr>
        <w:t>ἑάλω] ἐπὶ Πεισιστράτου ἄρχοντος. Lh</w:t>
      </w:r>
    </w:p>
    <w:p>
      <w:r>
        <w:rPr>
          <w:rFonts w:ascii="Courier New" w:hAnsi="Courier New"/>
          <w:color w:val="555555"/>
          <w:sz w:val="20"/>
        </w:rPr>
        <w:t>[sch vesp 355d]</w:t>
      </w:r>
    </w:p>
    <w:p>
      <w:r>
        <w:rPr>
          <w:rFonts w:ascii="Gentium Plus" w:hAnsi="Gentium Plus"/>
          <w:sz w:val="24"/>
        </w:rPr>
        <w:t>ἡ Νάξος] μία τῶν Κυκλάδων νῆσος. VLhAld</w:t>
      </w:r>
    </w:p>
    <w:p>
      <w:r>
        <w:rPr>
          <w:rFonts w:ascii="Courier New" w:hAnsi="Courier New"/>
          <w:color w:val="555555"/>
          <w:sz w:val="20"/>
        </w:rPr>
        <w:t>[sch vesp 357]</w:t>
      </w:r>
    </w:p>
    <w:p>
      <w:r>
        <w:rPr>
          <w:rFonts w:ascii="Gentium Plus" w:hAnsi="Gentium Plus"/>
          <w:sz w:val="24"/>
        </w:rPr>
        <w:t>ἴσχυόν τ’ ... ἐμαυτοῦ] ἰσχυρότερος ⸢ἐτύγχανον V [ἦν ἐμαυτοῦ Lh]. VLh</w:t>
      </w:r>
    </w:p>
    <w:p>
      <w:r>
        <w:rPr>
          <w:rFonts w:ascii="Courier New" w:hAnsi="Courier New"/>
          <w:color w:val="555555"/>
          <w:sz w:val="20"/>
        </w:rPr>
        <w:t>[sch vesp 361a]</w:t>
      </w:r>
    </w:p>
    <w:p>
      <w:r>
        <w:rPr>
          <w:rFonts w:ascii="Gentium Plus" w:hAnsi="Gentium Plus"/>
          <w:sz w:val="24"/>
        </w:rPr>
        <w:t>σκοπιωροῦνται: κατοπτεύουσι καὶ παραφυλάττουσιν. RVAld Ἕρμιππος δὲ καὶ ἐπὶ τοῦ ἀπὸ τῆς σκοπῆς θεωρεῖν. VAld</w:t>
      </w:r>
    </w:p>
    <w:p>
      <w:r>
        <w:rPr>
          <w:rFonts w:ascii="Courier New" w:hAnsi="Courier New"/>
          <w:color w:val="555555"/>
          <w:sz w:val="20"/>
        </w:rPr>
        <w:t>[sch vesp 361b]</w:t>
      </w:r>
    </w:p>
    <w:p>
      <w:r>
        <w:rPr>
          <w:rFonts w:ascii="Gentium Plus" w:hAnsi="Gentium Plus"/>
          <w:sz w:val="24"/>
        </w:rPr>
        <w:t>σκοπιωροῦνται] κατοπτεύουσιν, σκοποῦσιν, φυλάττουσιν. Lh</w:t>
      </w:r>
    </w:p>
    <w:p>
      <w:r>
        <w:rPr>
          <w:rFonts w:ascii="Courier New" w:hAnsi="Courier New"/>
          <w:color w:val="555555"/>
          <w:sz w:val="20"/>
        </w:rPr>
        <w:t>[sch vesp 361c]</w:t>
      </w:r>
    </w:p>
    <w:p>
      <w:r>
        <w:rPr>
          <w:rFonts w:ascii="Gentium Plus" w:hAnsi="Gentium Plus"/>
          <w:sz w:val="24"/>
        </w:rPr>
        <w:t>Ἕρμιππος τὸ σκοπιωρεῖν καὶ ἐπὶ τοῦ ἀπὸ σκοπιᾶς θεωρεῖν τάττει· ἐνταῦθα δὲ ἐπὶ τοῦ σκοπεῖν καὶ φυλάττειν τέτακται. Lh</w:t>
      </w:r>
    </w:p>
    <w:p>
      <w:r>
        <w:rPr>
          <w:rFonts w:ascii="Courier New" w:hAnsi="Courier New"/>
          <w:color w:val="555555"/>
          <w:sz w:val="20"/>
        </w:rPr>
        <w:t>[sch vesp 363]</w:t>
      </w:r>
    </w:p>
    <w:p>
      <w:r>
        <w:rPr>
          <w:rFonts w:ascii="Gentium Plus" w:hAnsi="Gentium Plus"/>
          <w:sz w:val="24"/>
        </w:rPr>
        <w:t>κρέα] συνίζησις. Lh</w:t>
      </w:r>
    </w:p>
    <w:p>
      <w:r>
        <w:rPr>
          <w:rFonts w:ascii="Courier New" w:hAnsi="Courier New"/>
          <w:color w:val="555555"/>
          <w:sz w:val="20"/>
        </w:rPr>
        <w:t>[sch vesp 364a]</w:t>
      </w:r>
    </w:p>
    <w:p>
      <w:r>
        <w:rPr>
          <w:rFonts w:ascii="Gentium Plus" w:hAnsi="Gentium Plus"/>
          <w:sz w:val="24"/>
        </w:rPr>
        <w:t>τὸ πλῆρες “ἔχοντε” δυϊκῶς· δύο γάρ εἰσιν οἱ ⸢ἔχοντες ὀβελίσκους καὶ Vict τηροῦντες. VVict</w:t>
      </w:r>
    </w:p>
    <w:p>
      <w:r>
        <w:rPr>
          <w:rFonts w:ascii="Courier New" w:hAnsi="Courier New"/>
          <w:color w:val="555555"/>
          <w:sz w:val="20"/>
        </w:rPr>
        <w:t>[sch vesp 364b]</w:t>
      </w:r>
    </w:p>
    <w:p>
      <w:r>
        <w:rPr>
          <w:rFonts w:ascii="Gentium Plus" w:hAnsi="Gentium Plus"/>
          <w:sz w:val="24"/>
        </w:rPr>
        <w:t>〈 〉 lh*Ald</w:t>
      </w:r>
    </w:p>
    <w:p>
      <w:r>
        <w:rPr>
          <w:rFonts w:ascii="Courier New" w:hAnsi="Courier New"/>
          <w:color w:val="555555"/>
          <w:sz w:val="20"/>
        </w:rPr>
        <w:t>[sch vesp 365a]</w:t>
      </w:r>
    </w:p>
    <w:p>
      <w:r>
        <w:rPr>
          <w:rFonts w:ascii="Gentium Plus" w:hAnsi="Gentium Plus"/>
          <w:sz w:val="24"/>
        </w:rPr>
        <w:t>ἀλλὰ καὶ νῦν ἐκπόριζε: ἡ ἀμοιβαία αὕτη στροφὴ ἔοικεν εἶναι ἀντιστροφὴ τῆς ἄνω ῥηθείσης ὁμοίας στροφῆς, ἀλλ’ ἔστιν ἐλλιπής· στίχων γάρ ἐστι καὶ κώλων ηʹ, ὧν LhAld ὁ πρῶτος τροχαϊκὸς τετράμετρος κα‐</w:t>
      </w:r>
    </w:p>
    <w:p>
      <w:r>
        <w:rPr>
          <w:rFonts w:ascii="Courier New" w:hAnsi="Courier New"/>
          <w:color w:val="555555"/>
          <w:sz w:val="20"/>
        </w:rPr>
        <w:t>[5]</w:t>
      </w:r>
    </w:p>
    <w:p>
      <w:r>
        <w:rPr>
          <w:rFonts w:ascii="Gentium Plus" w:hAnsi="Gentium Plus"/>
          <w:sz w:val="24"/>
        </w:rPr>
        <w:t>ταληκτικός· τὸ βʹ ἰαμβικὸν δίμετρον ἀκατάληκτον· ὁ γʹ καὶ δʹ καὶ εʹ ὅμοιοι τῷ αʹ· τὸ ϛʹ ὅμοιον τῷ εʹ· ὁ ζʹ καὶ ηʹ ὅμοιοι αὖθις τῷ αʹ. ἐπὶ τῷ</w:t>
      </w:r>
    </w:p>
    <w:p>
      <w:r>
        <w:rPr>
          <w:rFonts w:ascii="Courier New" w:hAnsi="Courier New"/>
          <w:color w:val="555555"/>
          <w:sz w:val="20"/>
        </w:rPr>
        <w:t>[sch vesp 365a,col 2 (4)]</w:t>
      </w:r>
    </w:p>
    <w:p>
      <w:r>
        <w:rPr>
          <w:rFonts w:ascii="Gentium Plus" w:hAnsi="Gentium Plus"/>
          <w:sz w:val="24"/>
        </w:rPr>
        <w:t>τὸ πρῶτον τροχαϊκὸν τετράμετρον</w:t>
      </w:r>
    </w:p>
    <w:p>
      <w:r>
        <w:rPr>
          <w:rFonts w:ascii="Courier New" w:hAnsi="Courier New"/>
          <w:color w:val="555555"/>
          <w:sz w:val="20"/>
        </w:rPr>
        <w:t>[5]</w:t>
      </w:r>
    </w:p>
    <w:p>
      <w:r>
        <w:rPr>
          <w:rFonts w:ascii="Gentium Plus" w:hAnsi="Gentium Plus"/>
          <w:sz w:val="24"/>
        </w:rPr>
        <w:t>καταληκτικόν· τὸ βʹ ἰαμβικὸν δίμε‐ τρον ἀκατάληκτον καὶ τὸ ϛʹ· τὰ δ’ ἄλλα ὅμοια τῷ πρώτῳ. ἐπὶ τῷ τέλει</w:t>
      </w:r>
    </w:p>
    <w:p>
      <w:r>
        <w:rPr>
          <w:rFonts w:ascii="Courier New" w:hAnsi="Courier New"/>
          <w:color w:val="555555"/>
          <w:sz w:val="20"/>
        </w:rPr>
        <w:t>[sch vesp 365b]</w:t>
      </w:r>
    </w:p>
    <w:p>
      <w:r>
        <w:rPr>
          <w:rFonts w:ascii="Gentium Plus" w:hAnsi="Gentium Plus"/>
          <w:sz w:val="24"/>
        </w:rPr>
        <w:t>στροφὴ ἑτέρα κώλων καὶ στίχων ηʹ. lhAld</w:t>
      </w:r>
    </w:p>
    <w:p>
      <w:r>
        <w:rPr>
          <w:rFonts w:ascii="Courier New" w:hAnsi="Courier New"/>
          <w:color w:val="555555"/>
          <w:sz w:val="20"/>
        </w:rPr>
        <w:t>[sch vesp 366]</w:t>
      </w:r>
    </w:p>
    <w:p>
      <w:r>
        <w:rPr>
          <w:rFonts w:ascii="Gentium Plus" w:hAnsi="Gentium Plus"/>
          <w:sz w:val="24"/>
        </w:rPr>
        <w:t>ἕως γὰρ ὦ μελίτιον: ὄρθρος ⸢γάρ, VAld [ἐστίν· Lh] ⸢ὦ προσφι‐ λέστατον ⸢μέλι V [μελίτιον Ald]: VAld ⸢δηλοῖ V [δηλοῦσι LhAld] γὰρ ⸢αὐτῷ Lh, ὅτι ἡμέρα γέγονεν. VLhAld</w:t>
      </w:r>
    </w:p>
    <w:p>
      <w:r>
        <w:rPr>
          <w:rFonts w:ascii="Courier New" w:hAnsi="Courier New"/>
          <w:color w:val="555555"/>
          <w:sz w:val="20"/>
        </w:rPr>
        <w:t>[sch vesp 368a]</w:t>
      </w:r>
    </w:p>
    <w:p>
      <w:r>
        <w:rPr>
          <w:rFonts w:ascii="Gentium Plus" w:hAnsi="Gentium Plus"/>
          <w:sz w:val="24"/>
        </w:rPr>
        <w:t>ἡ δέ μοι Δίκτυννα: πρὸς τὴν Ἄρτεμιν τοῦτο, ἐπειδὴ ἀγρευτικὴ ἦν. VAld</w:t>
      </w:r>
    </w:p>
    <w:p>
      <w:r>
        <w:rPr>
          <w:rFonts w:ascii="Courier New" w:hAnsi="Courier New"/>
          <w:color w:val="555555"/>
          <w:sz w:val="20"/>
        </w:rPr>
        <w:t>[sch vesp 368b]</w:t>
      </w:r>
    </w:p>
    <w:p>
      <w:r>
        <w:rPr>
          <w:rFonts w:ascii="Gentium Plus" w:hAnsi="Gentium Plus"/>
          <w:sz w:val="24"/>
        </w:rPr>
        <w:t>παρὰ τὸ ὄνομα ⸢τοῦ δικτύου R γελοιάζει. RVAld παρὰ γὰρ τὸ “δίκτυον” ἐπήγαγε τὸ “Δίκτυνναν Ἄρτεμιν ἵλαον ἔσεσθαι”. VAld</w:t>
      </w:r>
    </w:p>
    <w:p>
      <w:r>
        <w:rPr>
          <w:rFonts w:ascii="Courier New" w:hAnsi="Courier New"/>
          <w:color w:val="555555"/>
          <w:sz w:val="20"/>
        </w:rPr>
        <w:t>[sch vesp 368c]</w:t>
      </w:r>
    </w:p>
    <w:p>
      <w:r>
        <w:rPr>
          <w:rFonts w:ascii="Gentium Plus" w:hAnsi="Gentium Plus"/>
          <w:sz w:val="24"/>
        </w:rPr>
        <w:t>παρὰ τὸ δίκτυον ἔπαιξεν, ὅτι καὶ ἡ Ἄρτεμις Δίκτυννα ὀνομάζεται διὰ τὸ ἀγρευτικὴ εἶναι καὶ δικτύοις χρῆσθαι πρὸς τὴν ἄγραν τῶν ζῴων. Lh</w:t>
      </w:r>
    </w:p>
    <w:p>
      <w:r>
        <w:rPr>
          <w:rFonts w:ascii="Courier New" w:hAnsi="Courier New"/>
          <w:color w:val="555555"/>
          <w:sz w:val="20"/>
        </w:rPr>
        <w:t>[sch vesp 368d]</w:t>
      </w:r>
    </w:p>
    <w:p>
      <w:r>
        <w:rPr>
          <w:rFonts w:ascii="Gentium Plus" w:hAnsi="Gentium Plus"/>
          <w:sz w:val="24"/>
        </w:rPr>
        <w:t>Δίκτυννα] ἡ Ἄρτεμις· ἔπαιξε δὲ παρὰ τὸ δίκτυον. Lh</w:t>
      </w:r>
    </w:p>
    <w:p>
      <w:r>
        <w:rPr>
          <w:rFonts w:ascii="Courier New" w:hAnsi="Courier New"/>
          <w:color w:val="555555"/>
          <w:sz w:val="20"/>
        </w:rPr>
        <w:t>[sch vesp 368e]</w:t>
      </w:r>
    </w:p>
    <w:p>
      <w:r>
        <w:rPr>
          <w:rFonts w:ascii="Gentium Plus" w:hAnsi="Gentium Plus"/>
          <w:sz w:val="24"/>
        </w:rPr>
        <w:t>συγγνώμην ἔχοι] ἤγουν ἵλεως γένοιτό μοι. Lh</w:t>
      </w:r>
    </w:p>
    <w:p>
      <w:r>
        <w:rPr>
          <w:rFonts w:ascii="Courier New" w:hAnsi="Courier New"/>
          <w:color w:val="555555"/>
          <w:sz w:val="20"/>
        </w:rPr>
        <w:t>[sch vesp 369a]</w:t>
      </w:r>
    </w:p>
    <w:p>
      <w:r>
        <w:rPr>
          <w:rFonts w:ascii="Gentium Plus" w:hAnsi="Gentium Plus"/>
          <w:sz w:val="24"/>
        </w:rPr>
        <w:t>ἄνοντος: ἀντὶ τοῦ ἀνύοντος τὰ πρὸς σωτηρίαν καὶ εὑρίσκοντος. VAld τὸ δὲ “ἄνοντος” γίνεται παρὰ τὸ</w:t>
      </w:r>
    </w:p>
    <w:p>
      <w:r>
        <w:rPr>
          <w:rFonts w:ascii="Courier New" w:hAnsi="Courier New"/>
          <w:color w:val="555555"/>
          <w:sz w:val="20"/>
        </w:rPr>
        <w:t>[sch vesp 369a,col 2 (2)]</w:t>
      </w:r>
    </w:p>
    <w:p>
      <w:r>
        <w:rPr>
          <w:rFonts w:ascii="Gentium Plus" w:hAnsi="Gentium Plus"/>
          <w:sz w:val="24"/>
        </w:rPr>
        <w:t>τὸ “ἄνοντος” γίνεται ἀπὸ τοῦ ἄνω βαρυτόνου, ὅ ἐστι πρωτότυπον τοῦ</w:t>
      </w:r>
    </w:p>
    <w:p>
      <w:r>
        <w:rPr>
          <w:rFonts w:ascii="Courier New" w:hAnsi="Courier New"/>
          <w:color w:val="555555"/>
          <w:sz w:val="20"/>
        </w:rPr>
        <w:t>[sch vesp 369a (5)]</w:t>
      </w:r>
    </w:p>
    <w:p>
      <w:r>
        <w:rPr>
          <w:rFonts w:ascii="Gentium Plus" w:hAnsi="Gentium Plus"/>
          <w:sz w:val="24"/>
        </w:rPr>
        <w:t>οὗ τὸ τρίτον τοῦ παθητικοῦ ἐνεστῶτος “ἄνεται” (.) ⸢, ὡς τὸ LhAld “μάλα γὰρ νὺξ ἄνεται”. VLhAld</w:t>
      </w:r>
    </w:p>
    <w:p>
      <w:r>
        <w:rPr>
          <w:rFonts w:ascii="Courier New" w:hAnsi="Courier New"/>
          <w:color w:val="555555"/>
          <w:sz w:val="20"/>
        </w:rPr>
        <w:t>[sch vesp 369b]</w:t>
      </w:r>
    </w:p>
    <w:p>
      <w:r>
        <w:rPr>
          <w:rFonts w:ascii="Gentium Plus" w:hAnsi="Gentium Plus"/>
          <w:sz w:val="24"/>
        </w:rPr>
        <w:t>ἄνοντος κτλ.] ἀνύοντος, εὑρίσκοντος τὰ πρὸς σωτηρίαν. Lh</w:t>
      </w:r>
    </w:p>
    <w:p>
      <w:r>
        <w:rPr>
          <w:rFonts w:ascii="Courier New" w:hAnsi="Courier New"/>
          <w:color w:val="555555"/>
          <w:sz w:val="20"/>
        </w:rPr>
        <w:t>[sch vesp 370a]</w:t>
      </w:r>
    </w:p>
    <w:p>
      <w:r>
        <w:rPr>
          <w:rFonts w:ascii="Gentium Plus" w:hAnsi="Gentium Plus"/>
          <w:sz w:val="24"/>
        </w:rPr>
        <w:t>ἔπαγε τὴν γνάθον: ἀντὶ τοῦ δάκε τῇ γνάθῳ τὸ δίκτυον. Ald</w:t>
      </w:r>
    </w:p>
    <w:p>
      <w:r>
        <w:rPr>
          <w:rFonts w:ascii="Courier New" w:hAnsi="Courier New"/>
          <w:color w:val="555555"/>
          <w:sz w:val="20"/>
        </w:rPr>
        <w:t>[sch vesp 370b]</w:t>
      </w:r>
    </w:p>
    <w:p>
      <w:r>
        <w:rPr>
          <w:rFonts w:ascii="Gentium Plus" w:hAnsi="Gentium Plus"/>
          <w:sz w:val="24"/>
        </w:rPr>
        <w:t>ἔπαγε κτλ.] ⸢τοῖς δικτύοις ἔπαγε VAld [ἐπίφερε τοῖς δικτύοις Lh] τὴν ⸢σὴν Lh γνάθον καὶ διάκοψον αὐτά. VLhAld</w:t>
      </w:r>
    </w:p>
    <w:p>
      <w:r>
        <w:rPr>
          <w:rFonts w:ascii="Courier New" w:hAnsi="Courier New"/>
          <w:color w:val="555555"/>
          <w:sz w:val="20"/>
        </w:rPr>
        <w:t>[sch vesp 372]</w:t>
      </w:r>
    </w:p>
    <w:p>
      <w:r>
        <w:rPr>
          <w:rFonts w:ascii="Gentium Plus" w:hAnsi="Gentium Plus"/>
          <w:sz w:val="24"/>
        </w:rPr>
        <w:t>τηρώμεσθ’] ἐπιτηρῶμεν. Lh</w:t>
      </w:r>
    </w:p>
    <w:p>
      <w:r>
        <w:rPr>
          <w:rFonts w:ascii="Courier New" w:hAnsi="Courier New"/>
          <w:color w:val="555555"/>
          <w:sz w:val="20"/>
        </w:rPr>
        <w:t>[sch vesp 373]</w:t>
      </w:r>
    </w:p>
    <w:p>
      <w:r>
        <w:rPr>
          <w:rFonts w:ascii="Gentium Plus" w:hAnsi="Gentium Plus"/>
          <w:sz w:val="24"/>
        </w:rPr>
        <w:t>στροφὴ ἑτέρα κώλων ηʹ. lhAld</w:t>
      </w:r>
    </w:p>
    <w:p>
      <w:r>
        <w:rPr>
          <w:rFonts w:ascii="Courier New" w:hAnsi="Courier New"/>
          <w:color w:val="555555"/>
          <w:sz w:val="20"/>
        </w:rPr>
        <w:t>[sch vesp 374]</w:t>
      </w:r>
    </w:p>
    <w:p>
      <w:r>
        <w:rPr>
          <w:rFonts w:ascii="Gentium Plus" w:hAnsi="Gentium Plus"/>
          <w:sz w:val="24"/>
        </w:rPr>
        <w:t>δακεῖν] ⸢ἀντὶ τοῦ Victδηχθῆναι (,) ⸢καὶ Vict λυπηθῆναι. VictLh</w:t>
      </w:r>
    </w:p>
    <w:p>
      <w:r>
        <w:rPr>
          <w:rFonts w:ascii="Courier New" w:hAnsi="Courier New"/>
          <w:color w:val="555555"/>
          <w:sz w:val="20"/>
        </w:rPr>
        <w:t>[sch vesp 376]</w:t>
      </w:r>
    </w:p>
    <w:p>
      <w:r>
        <w:rPr>
          <w:rFonts w:ascii="Gentium Plus" w:hAnsi="Gentium Plus"/>
          <w:sz w:val="24"/>
        </w:rPr>
        <w:t>τὸν περὶ ψυχῆς: ἀντὶ τοῦ ἐκφυγεῖν σώσαντα τὴν καρδίαν.</w:t>
      </w:r>
    </w:p>
    <w:p>
      <w:r>
        <w:rPr>
          <w:rFonts w:ascii="Courier New" w:hAnsi="Courier New"/>
          <w:color w:val="555555"/>
          <w:sz w:val="20"/>
        </w:rPr>
        <w:t>[sch vesp 376,col 2]</w:t>
      </w:r>
    </w:p>
    <w:p>
      <w:r>
        <w:rPr>
          <w:rFonts w:ascii="Gentium Plus" w:hAnsi="Gentium Plus"/>
          <w:sz w:val="24"/>
        </w:rPr>
        <w:t>ἤγουν ἐκφυγεῖν σώσοντα τὴν ψυχήν.</w:t>
      </w:r>
    </w:p>
    <w:p>
      <w:r>
        <w:rPr>
          <w:rFonts w:ascii="Courier New" w:hAnsi="Courier New"/>
          <w:color w:val="555555"/>
          <w:sz w:val="20"/>
        </w:rPr>
        <w:t>[sch vesp 377a]</w:t>
      </w:r>
    </w:p>
    <w:p>
      <w:r>
        <w:rPr>
          <w:rFonts w:ascii="Gentium Plus" w:hAnsi="Gentium Plus"/>
          <w:sz w:val="24"/>
        </w:rPr>
        <w:t>ἵν’ εἰδῇ μὴ πατεῖν: καὶ τοῦτο ὡς φιλόδικος. VAld ἔγκλημα ⸢δὲ VAld ἦν ὑβρίσαι τὰ μυστήρια· ἢ οὖν πάλιν πλέκει αὐτῷ ⸢συκοφαντίαν, λέγων “ἵν’ εἰδῇ μὴ πατεῖν τὰ ψηφίσματα” Lh· ἢ δείκνυσιν, ⸢ὅτι LhAld ⸢ὡς VAld [ὥσπερ Lh] οὐ χρὴ τὰ μυστήρια εὐτελίζειν, οὕτως οὐδὲ ταῦτα (.)</w:t>
      </w:r>
    </w:p>
    <w:p>
      <w:r>
        <w:rPr>
          <w:rFonts w:ascii="Courier New" w:hAnsi="Courier New"/>
          <w:color w:val="555555"/>
          <w:sz w:val="20"/>
        </w:rPr>
        <w:t>[5]</w:t>
      </w:r>
    </w:p>
    <w:p>
      <w:r>
        <w:rPr>
          <w:rFonts w:ascii="Gentium Plus" w:hAnsi="Gentium Plus"/>
          <w:sz w:val="24"/>
        </w:rPr>
        <w:t>VLhAld ποιεῖν. VAld</w:t>
      </w:r>
    </w:p>
    <w:p>
      <w:r>
        <w:rPr>
          <w:rFonts w:ascii="Courier New" w:hAnsi="Courier New"/>
          <w:color w:val="555555"/>
          <w:sz w:val="20"/>
        </w:rPr>
        <w:t>[sch vesp 377b]</w:t>
      </w:r>
    </w:p>
    <w:p>
      <w:r>
        <w:rPr>
          <w:rFonts w:ascii="Gentium Plus" w:hAnsi="Gentium Plus"/>
          <w:sz w:val="24"/>
        </w:rPr>
        <w:t>πατεῖν] ὑβρίζειν (.) VictLh, ἀθετεῖν. Lh</w:t>
      </w:r>
    </w:p>
    <w:p>
      <w:r>
        <w:rPr>
          <w:rFonts w:ascii="Courier New" w:hAnsi="Courier New"/>
          <w:color w:val="555555"/>
          <w:sz w:val="20"/>
        </w:rPr>
        <w:t>[sch vesp 378a]</w:t>
      </w:r>
    </w:p>
    <w:p>
      <w:r>
        <w:rPr>
          <w:rFonts w:ascii="Gentium Plus" w:hAnsi="Gentium Plus"/>
          <w:sz w:val="24"/>
        </w:rPr>
        <w:t>ἀντὶ τοῦ ὄργια. R</w:t>
      </w:r>
    </w:p>
    <w:p>
      <w:r>
        <w:rPr>
          <w:rFonts w:ascii="Courier New" w:hAnsi="Courier New"/>
          <w:color w:val="555555"/>
          <w:sz w:val="20"/>
        </w:rPr>
        <w:t>[sch vesp 378b]</w:t>
      </w:r>
    </w:p>
    <w:p>
      <w:r>
        <w:rPr>
          <w:rFonts w:ascii="Gentium Plus" w:hAnsi="Gentium Plus"/>
          <w:sz w:val="24"/>
        </w:rPr>
        <w:t>τὰ ταῖν θεαῖν ψηφίσματα: ἀντὶ τοῦ ⸢ταῖν θεαῖν V “μυστήρια” εἰπεῖν “ψηφίσματα” εἶπεν, ὡς δέον οὐχ ἧττον περὶ ταῦτα ἢ περὶ ἐκεῖνα ἐσπουδακέναι. VAld</w:t>
      </w:r>
    </w:p>
    <w:p>
      <w:r>
        <w:rPr>
          <w:rFonts w:ascii="Courier New" w:hAnsi="Courier New"/>
          <w:color w:val="555555"/>
          <w:sz w:val="20"/>
        </w:rPr>
        <w:t>[sch vesp 378c]</w:t>
      </w:r>
    </w:p>
    <w:p>
      <w:r>
        <w:rPr>
          <w:rFonts w:ascii="Gentium Plus" w:hAnsi="Gentium Plus"/>
          <w:sz w:val="24"/>
        </w:rPr>
        <w:t>ἀντὶ τοῦ εἰπεῖν “τὰ μυστήρια” “ψηφίσματα” εἶπεν ὡς φιλόδικος, ὡς δέον καὶ περὶ ταῦτα ἐσπουδακέναι, ὥσπερ καὶ περὶ ἐκεῖνα. Lh</w:t>
      </w:r>
    </w:p>
    <w:p>
      <w:r>
        <w:rPr>
          <w:rFonts w:ascii="Courier New" w:hAnsi="Courier New"/>
          <w:color w:val="555555"/>
          <w:sz w:val="20"/>
        </w:rPr>
        <w:t>[sch vesp 378d]</w:t>
      </w:r>
    </w:p>
    <w:p>
      <w:r>
        <w:rPr>
          <w:rFonts w:ascii="Gentium Plus" w:hAnsi="Gentium Plus"/>
          <w:sz w:val="24"/>
        </w:rPr>
        <w:t>ψηφίσματα] ἀντὶ τοῦ εἰπεῖν τὰ μυστήρια. Lh</w:t>
      </w:r>
    </w:p>
    <w:p>
      <w:r>
        <w:rPr>
          <w:rFonts w:ascii="Courier New" w:hAnsi="Courier New"/>
          <w:color w:val="555555"/>
          <w:sz w:val="20"/>
        </w:rPr>
        <w:t>[sch vesp 379]</w:t>
      </w:r>
    </w:p>
    <w:p>
      <w:r>
        <w:rPr>
          <w:rFonts w:ascii="Gentium Plus" w:hAnsi="Gentium Plus"/>
          <w:sz w:val="24"/>
        </w:rPr>
        <w:t>καθίμα] ⸢χάλα. Vict [ὑποχάλα. LhAld]</w:t>
      </w:r>
    </w:p>
    <w:p>
      <w:r>
        <w:rPr>
          <w:rFonts w:ascii="Courier New" w:hAnsi="Courier New"/>
          <w:color w:val="555555"/>
          <w:sz w:val="20"/>
        </w:rPr>
        <w:t>[sch vesp 380a]</w:t>
      </w:r>
    </w:p>
    <w:p>
      <w:r>
        <w:rPr>
          <w:rFonts w:ascii="Gentium Plus" w:hAnsi="Gentium Plus"/>
          <w:sz w:val="24"/>
        </w:rPr>
        <w:t>τοῦ Διοπείθους ἔχων τὸ μανιῶδες· ἦν δὲ εἷς τῶν ῥητόρων. R</w:t>
      </w:r>
    </w:p>
    <w:p>
      <w:r>
        <w:rPr>
          <w:rFonts w:ascii="Courier New" w:hAnsi="Courier New"/>
          <w:color w:val="555555"/>
          <w:sz w:val="20"/>
        </w:rPr>
        <w:t>[sch vesp 380b]</w:t>
      </w:r>
    </w:p>
    <w:p>
      <w:r>
        <w:rPr>
          <w:rFonts w:ascii="Gentium Plus" w:hAnsi="Gentium Plus"/>
          <w:sz w:val="24"/>
        </w:rPr>
        <w:t>καὶ τὴν ψυχὴν ἐμπλησάμενος: ὡς παράστημά τι τοῦ Διοπείθους ἔχοντος μανιῶδες. ἦν δὲ ὁ Διοπείθης ῥήτωρ· μήποτε δὲ οὗτός ἐστιν ὁ καὶ παρὰ Φρυνίχῳ. VAld</w:t>
      </w:r>
    </w:p>
    <w:p>
      <w:r>
        <w:rPr>
          <w:rFonts w:ascii="Courier New" w:hAnsi="Courier New"/>
          <w:color w:val="555555"/>
          <w:sz w:val="20"/>
        </w:rPr>
        <w:t>[sch vesp 380c]</w:t>
      </w:r>
    </w:p>
    <w:p>
      <w:r>
        <w:rPr>
          <w:rFonts w:ascii="Gentium Plus" w:hAnsi="Gentium Plus"/>
          <w:sz w:val="24"/>
        </w:rPr>
        <w:t>ἐμπλησάμενος Διοπείθους] οὗτος ῥήτωρ ἦν παράστημα ἔχων μανι‐ ῶδες. Lh</w:t>
      </w:r>
    </w:p>
    <w:p>
      <w:r>
        <w:rPr>
          <w:rFonts w:ascii="Courier New" w:hAnsi="Courier New"/>
          <w:color w:val="555555"/>
          <w:sz w:val="20"/>
        </w:rPr>
        <w:t>[sch vesp 380d]</w:t>
      </w:r>
    </w:p>
    <w:p>
      <w:r>
        <w:rPr>
          <w:rFonts w:ascii="Gentium Plus" w:hAnsi="Gentium Plus"/>
          <w:sz w:val="24"/>
        </w:rPr>
        <w:t>lh</w:t>
      </w:r>
    </w:p>
    <w:p>
      <w:r>
        <w:rPr>
          <w:rFonts w:ascii="Courier New" w:hAnsi="Courier New"/>
          <w:color w:val="555555"/>
          <w:sz w:val="20"/>
        </w:rPr>
        <w:t>[sch vesp 381a]</w:t>
      </w:r>
    </w:p>
    <w:p>
      <w:r>
        <w:rPr>
          <w:rFonts w:ascii="Gentium Plus" w:hAnsi="Gentium Plus"/>
          <w:sz w:val="24"/>
        </w:rPr>
        <w:t>σύστημα κατὰ περικοπήν. lhAld</w:t>
      </w:r>
    </w:p>
    <w:p>
      <w:r>
        <w:rPr>
          <w:rFonts w:ascii="Courier New" w:hAnsi="Courier New"/>
          <w:color w:val="555555"/>
          <w:sz w:val="20"/>
        </w:rPr>
        <w:t>[sch vesp 381b]</w:t>
      </w:r>
    </w:p>
    <w:p>
      <w:r>
        <w:rPr>
          <w:rFonts w:ascii="Gentium Plus" w:hAnsi="Gentium Plus"/>
          <w:sz w:val="24"/>
        </w:rPr>
        <w:t>νυν] δή. Lh</w:t>
      </w:r>
    </w:p>
    <w:p>
      <w:r>
        <w:rPr>
          <w:rFonts w:ascii="Courier New" w:hAnsi="Courier New"/>
          <w:color w:val="555555"/>
          <w:sz w:val="20"/>
        </w:rPr>
        <w:t>[sch vesp 381c]</w:t>
      </w:r>
    </w:p>
    <w:p>
      <w:r>
        <w:rPr>
          <w:rFonts w:ascii="Gentium Plus" w:hAnsi="Gentium Plus"/>
          <w:sz w:val="24"/>
        </w:rPr>
        <w:t>ἀπὸ μεταφορᾶς τῶν ἰχθύων ἑλκομένων καλάμοις. R</w:t>
      </w:r>
    </w:p>
    <w:p>
      <w:r>
        <w:rPr>
          <w:rFonts w:ascii="Courier New" w:hAnsi="Courier New"/>
          <w:color w:val="555555"/>
          <w:sz w:val="20"/>
        </w:rPr>
        <w:t>[sch vesp 381d]</w:t>
      </w:r>
    </w:p>
    <w:p>
      <w:r>
        <w:rPr>
          <w:rFonts w:ascii="Gentium Plus" w:hAnsi="Gentium Plus"/>
          <w:sz w:val="24"/>
        </w:rPr>
        <w:t>καλαμᾶσθαι: ⸢ἀνασπάσαι. VAld [ἀποσπάσαι. Lh] ἀπὸ ⸢μετα‐ φορᾶς Lh τῶν τὴν καλάμην ⸢τῶν σπερμάτων LhAld ἀνασπώντων (.) VLhAld ἕνεκα στέγης τῶν οἰκημάτων (.) LhAld τὸ “ἐκκαλαμᾶσθαι” εἴρηται. Lh</w:t>
      </w:r>
    </w:p>
    <w:p>
      <w:r>
        <w:rPr>
          <w:rFonts w:ascii="Courier New" w:hAnsi="Courier New"/>
          <w:color w:val="555555"/>
          <w:sz w:val="20"/>
        </w:rPr>
        <w:t>[sch vesp 381e]</w:t>
      </w:r>
    </w:p>
    <w:p>
      <w:r>
        <w:rPr>
          <w:rFonts w:ascii="Gentium Plus" w:hAnsi="Gentium Plus"/>
          <w:sz w:val="24"/>
        </w:rPr>
        <w:t>ἀντὶ τοῦ ἀνιμᾶν, ὡς οἱ τοῖς καλάμοις τοὺς ἰχθύας ἀνέλκοντες. VAld</w:t>
      </w:r>
    </w:p>
    <w:p>
      <w:r>
        <w:rPr>
          <w:rFonts w:ascii="Courier New" w:hAnsi="Courier New"/>
          <w:color w:val="555555"/>
          <w:sz w:val="20"/>
        </w:rPr>
        <w:t>[sch vesp 381f]</w:t>
      </w:r>
    </w:p>
    <w:p>
      <w:r>
        <w:rPr>
          <w:rFonts w:ascii="Gentium Plus" w:hAnsi="Gentium Plus"/>
          <w:sz w:val="24"/>
        </w:rPr>
        <w:t>ἀπὸ τῶν ἀνελκόντων ἐκ βυθοῦ τοὺς ἰχθύας διὰ καλάμων· ἐντιθέασι</w:t>
      </w:r>
    </w:p>
    <w:p>
      <w:r>
        <w:rPr>
          <w:rFonts w:ascii="Courier New" w:hAnsi="Courier New"/>
          <w:color w:val="555555"/>
          <w:sz w:val="20"/>
        </w:rPr>
        <w:t>[sch vesp 383a]</w:t>
      </w:r>
    </w:p>
    <w:p>
      <w:r>
        <w:rPr>
          <w:rFonts w:ascii="Gentium Plus" w:hAnsi="Gentium Plus"/>
          <w:sz w:val="24"/>
        </w:rPr>
        <w:t>παροιμία· πρίνου καὶ σχοίνου καὶ ἐλαίας θερμότατον πῦρ. R</w:t>
      </w:r>
    </w:p>
    <w:p>
      <w:r>
        <w:rPr>
          <w:rFonts w:ascii="Courier New" w:hAnsi="Courier New"/>
          <w:color w:val="555555"/>
          <w:sz w:val="20"/>
        </w:rPr>
        <w:t>[sch vesp 383b]</w:t>
      </w:r>
    </w:p>
    <w:p>
      <w:r>
        <w:rPr>
          <w:rFonts w:ascii="Gentium Plus" w:hAnsi="Gentium Plus"/>
          <w:sz w:val="24"/>
        </w:rPr>
        <w:t>τὸν ... θυμὸν] τὸν σκληρόν· ἀπὸ τοῦ ξύλου τοῦ πρίνου. LhAld</w:t>
      </w:r>
    </w:p>
    <w:p>
      <w:r>
        <w:rPr>
          <w:rFonts w:ascii="Courier New" w:hAnsi="Courier New"/>
          <w:color w:val="555555"/>
          <w:sz w:val="20"/>
        </w:rPr>
        <w:t>[sch vesp 385a]</w:t>
      </w:r>
    </w:p>
    <w:p>
      <w:r>
        <w:rPr>
          <w:rFonts w:ascii="Gentium Plus" w:hAnsi="Gentium Plus"/>
          <w:sz w:val="24"/>
        </w:rPr>
        <w:t>δράσω τοίνυν] βούλεται εἰπεῖν τι αὐτοῖς. Vict</w:t>
      </w:r>
    </w:p>
    <w:p>
      <w:r>
        <w:rPr>
          <w:rFonts w:ascii="Courier New" w:hAnsi="Courier New"/>
          <w:color w:val="555555"/>
          <w:sz w:val="20"/>
        </w:rPr>
        <w:t>[sch vesp 385b]</w:t>
      </w:r>
    </w:p>
    <w:p>
      <w:r>
        <w:rPr>
          <w:rFonts w:ascii="Gentium Plus" w:hAnsi="Gentium Plus"/>
          <w:sz w:val="24"/>
        </w:rPr>
        <w:t>πίσυνος] θαρρῶν. Lh</w:t>
      </w:r>
    </w:p>
    <w:p>
      <w:r>
        <w:rPr>
          <w:rFonts w:ascii="Courier New" w:hAnsi="Courier New"/>
          <w:color w:val="555555"/>
          <w:sz w:val="20"/>
        </w:rPr>
        <w:t>[sch vesp 385c]</w:t>
      </w:r>
    </w:p>
    <w:p>
      <w:r>
        <w:rPr>
          <w:rFonts w:ascii="Gentium Plus" w:hAnsi="Gentium Plus"/>
          <w:sz w:val="24"/>
        </w:rPr>
        <w:t>καὶ μανθάνετε] ἀντὶ τοῦ οἴδατε, τί ποιήσετε. Vict</w:t>
      </w:r>
    </w:p>
    <w:p>
      <w:r>
        <w:rPr>
          <w:rFonts w:ascii="Courier New" w:hAnsi="Courier New"/>
          <w:color w:val="555555"/>
          <w:sz w:val="20"/>
        </w:rPr>
        <w:t>[sch vesp 385d]</w:t>
      </w:r>
    </w:p>
    <w:p>
      <w:r>
        <w:rPr>
          <w:rFonts w:ascii="Gentium Plus" w:hAnsi="Gentium Plus"/>
          <w:sz w:val="24"/>
        </w:rPr>
        <w:t>μανθάνετ’] σκοπεῖτε. LhAld</w:t>
      </w:r>
    </w:p>
    <w:p>
      <w:r>
        <w:rPr>
          <w:rFonts w:ascii="Courier New" w:hAnsi="Courier New"/>
          <w:color w:val="555555"/>
          <w:sz w:val="20"/>
        </w:rPr>
        <w:t>[sch vesp 385e]</w:t>
      </w:r>
    </w:p>
    <w:p>
      <w:r>
        <w:rPr>
          <w:rFonts w:ascii="Gentium Plus" w:hAnsi="Gentium Plus"/>
          <w:sz w:val="24"/>
        </w:rPr>
        <w:t>ἤν ... ’γώ] ⸢ἀντὶ τοῦ Ald ἐὰν συμβῇ με πεσόντα ἀποθανεῖν. LhAld</w:t>
      </w:r>
    </w:p>
    <w:p>
      <w:r>
        <w:rPr>
          <w:rFonts w:ascii="Courier New" w:hAnsi="Courier New"/>
          <w:color w:val="555555"/>
          <w:sz w:val="20"/>
        </w:rPr>
        <w:t>[sch vesp 386a]</w:t>
      </w:r>
    </w:p>
    <w:p>
      <w:r>
        <w:rPr>
          <w:rFonts w:ascii="Gentium Plus" w:hAnsi="Gentium Plus"/>
          <w:sz w:val="24"/>
        </w:rPr>
        <w:t>ἀνελόντες] ἀναλαβόντες. Lh</w:t>
      </w:r>
    </w:p>
    <w:p>
      <w:r>
        <w:rPr>
          <w:rFonts w:ascii="Courier New" w:hAnsi="Courier New"/>
          <w:color w:val="555555"/>
          <w:sz w:val="20"/>
        </w:rPr>
        <w:t>[sch vesp 386b]</w:t>
      </w:r>
    </w:p>
    <w:p>
      <w:r>
        <w:rPr>
          <w:rFonts w:ascii="Gentium Plus" w:hAnsi="Gentium Plus"/>
          <w:sz w:val="24"/>
        </w:rPr>
        <w:t>ἀνελόντες καὶ κλαύσαντες: ἐὰν συμβῇ με πεσόντα ἀποθανεῖν, VAld ⸢ἤγουν Lh ἐν τῷ δικαστηρίῳ με θάψατε. VLhAld</w:t>
      </w:r>
    </w:p>
    <w:p>
      <w:r>
        <w:rPr>
          <w:rFonts w:ascii="Courier New" w:hAnsi="Courier New"/>
          <w:color w:val="555555"/>
          <w:sz w:val="20"/>
        </w:rPr>
        <w:t>[sch vesp 386c]</w:t>
      </w:r>
    </w:p>
    <w:p>
      <w:r>
        <w:rPr>
          <w:rFonts w:ascii="Gentium Plus" w:hAnsi="Gentium Plus"/>
          <w:sz w:val="24"/>
        </w:rPr>
        <w:t>⸢δρύφακτα ἐλέγετο LhTaur* [ἐνταῦθα δὲ Ald] τὰ ταυλώματα τοῦ δικαστηρίου (.) ltAld καὶ τὰ περιφράγματα Lh διὰ τὸ ἐκ ξύλων καὶ σανίδων τῶν ἐκ δρυὸς εἶναι κατεσκευασμένα. λέγει δὲ ⸢κἀνταῦθα Lh ἀπὸ μέρους τὸ δικαστήριον. LhAld</w:t>
      </w:r>
    </w:p>
    <w:p>
      <w:r>
        <w:rPr>
          <w:rFonts w:ascii="Courier New" w:hAnsi="Courier New"/>
          <w:color w:val="555555"/>
          <w:sz w:val="20"/>
        </w:rPr>
        <w:t>[sch vesp 386d]</w:t>
      </w:r>
    </w:p>
    <w:p>
      <w:r>
        <w:rPr>
          <w:rFonts w:ascii="Gentium Plus" w:hAnsi="Gentium Plus"/>
          <w:sz w:val="24"/>
        </w:rPr>
        <w:t>δρύφακτοι γὰρ ξύλινοι ... (3) ταυλωτὰ ... ξύλα. (ex Su. s.v. δρύφακτοι, II 144, 2—4)</w:t>
      </w:r>
    </w:p>
    <w:p>
      <w:r>
        <w:rPr>
          <w:rFonts w:ascii="Courier New" w:hAnsi="Courier New"/>
          <w:color w:val="555555"/>
          <w:sz w:val="20"/>
        </w:rPr>
        <w:t>[sch vesp 387a]</w:t>
      </w:r>
    </w:p>
    <w:p>
      <w:r>
        <w:rPr>
          <w:rFonts w:ascii="Gentium Plus" w:hAnsi="Gentium Plus"/>
          <w:sz w:val="24"/>
        </w:rPr>
        <w:t>πείσει] πάθῃς. Lh</w:t>
      </w:r>
    </w:p>
    <w:p>
      <w:r>
        <w:rPr>
          <w:rFonts w:ascii="Courier New" w:hAnsi="Courier New"/>
          <w:color w:val="555555"/>
          <w:sz w:val="20"/>
        </w:rPr>
        <w:t>[sch vesp 387b]</w:t>
      </w:r>
    </w:p>
    <w:p>
      <w:r>
        <w:rPr>
          <w:rFonts w:ascii="Gentium Plus" w:hAnsi="Gentium Plus"/>
          <w:sz w:val="24"/>
        </w:rPr>
        <w:t>δείσῃς] φοβηθῇς. Lh</w:t>
      </w:r>
    </w:p>
    <w:p>
      <w:r>
        <w:rPr>
          <w:rFonts w:ascii="Courier New" w:hAnsi="Courier New"/>
          <w:color w:val="555555"/>
          <w:sz w:val="20"/>
        </w:rPr>
        <w:t>[sch vesp 387c]</w:t>
      </w:r>
    </w:p>
    <w:p>
      <w:r>
        <w:rPr>
          <w:rFonts w:ascii="Gentium Plus" w:hAnsi="Gentium Plus"/>
          <w:sz w:val="24"/>
        </w:rPr>
        <w:t>καθίει] κάτω πέμψον. Lh</w:t>
      </w:r>
    </w:p>
    <w:p>
      <w:r>
        <w:rPr>
          <w:rFonts w:ascii="Courier New" w:hAnsi="Courier New"/>
          <w:color w:val="555555"/>
          <w:sz w:val="20"/>
        </w:rPr>
        <w:t>[sch vesp 389a]</w:t>
      </w:r>
    </w:p>
    <w:p>
      <w:r>
        <w:rPr>
          <w:rFonts w:ascii="Gentium Plus" w:hAnsi="Gentium Plus"/>
          <w:sz w:val="24"/>
        </w:rPr>
        <w:t>πρὸς τοῖς δικαστηρίοις Λύκος ἥρως ἵδρυτο· ἔθυον δὲ αὐτῷ καὶ ἀπένεμον δικαστικὸν μισθόν. R</w:t>
      </w:r>
    </w:p>
    <w:p>
      <w:r>
        <w:rPr>
          <w:rFonts w:ascii="Courier New" w:hAnsi="Courier New"/>
          <w:color w:val="555555"/>
          <w:sz w:val="20"/>
        </w:rPr>
        <w:t>[sch vesp 389b]</w:t>
      </w:r>
    </w:p>
    <w:p>
      <w:r>
        <w:rPr>
          <w:rFonts w:ascii="Gentium Plus" w:hAnsi="Gentium Plus"/>
          <w:sz w:val="24"/>
        </w:rPr>
        <w:t>ὦ Λύκε δέσποτα: παρὰ τοῖς δικαστηρίοις τὸ τοῦ Λύκου ⸢ἱερὸν ἦν καὶ Ald ἡρῷον ⸢ἦν ἱδρύμενον Lh· ὅθεν φασὶν εἰρῆσθαι Λύκου δεκάς. VLhAld</w:t>
      </w:r>
    </w:p>
    <w:p>
      <w:r>
        <w:rPr>
          <w:rFonts w:ascii="Courier New" w:hAnsi="Courier New"/>
          <w:color w:val="555555"/>
          <w:sz w:val="20"/>
        </w:rPr>
        <w:t>[sch vesp 389c]</w:t>
      </w:r>
    </w:p>
    <w:p>
      <w:r>
        <w:rPr>
          <w:rFonts w:ascii="Gentium Plus" w:hAnsi="Gentium Plus"/>
          <w:sz w:val="24"/>
        </w:rPr>
        <w:t>Λύκου ἡρῶον παρὰ τῷ δικαστηρίῳ ⸢ἦν Ald, ᾧ ἐμέριζον, ὅτε δικαστή‐ ρια ἦν, ⸢ὅσον V [τὸν Ald] παρὰ τοῖς λαχοῦσι τῶν Ἀθηναίων δικάζειν δικαστικὸν μισθόν, τριώβολον. VAld</w:t>
      </w:r>
    </w:p>
    <w:p>
      <w:r>
        <w:rPr>
          <w:rFonts w:ascii="Courier New" w:hAnsi="Courier New"/>
          <w:color w:val="555555"/>
          <w:sz w:val="20"/>
        </w:rPr>
        <w:t>[sch vesp 389d]</w:t>
      </w:r>
    </w:p>
    <w:p>
      <w:r>
        <w:rPr>
          <w:rFonts w:ascii="Gentium Plus" w:hAnsi="Gentium Plus"/>
          <w:sz w:val="24"/>
        </w:rPr>
        <w:t>οἷσπερ ἐγὼ] χαίρω. Lh</w:t>
      </w:r>
    </w:p>
    <w:p>
      <w:r>
        <w:rPr>
          <w:rFonts w:ascii="Courier New" w:hAnsi="Courier New"/>
          <w:color w:val="555555"/>
          <w:sz w:val="20"/>
        </w:rPr>
        <w:t>[sch vesp 389e]</w:t>
      </w:r>
    </w:p>
    <w:p>
      <w:r>
        <w:rPr>
          <w:rFonts w:ascii="Gentium Plus" w:hAnsi="Gentium Plus"/>
          <w:sz w:val="24"/>
        </w:rPr>
        <w:t>κεχάρησαι] χαίρεις (.) VVictLh οἷς καὶ ἐγώ. VVict</w:t>
      </w:r>
    </w:p>
    <w:p>
      <w:r>
        <w:rPr>
          <w:rFonts w:ascii="Courier New" w:hAnsi="Courier New"/>
          <w:color w:val="555555"/>
          <w:sz w:val="20"/>
        </w:rPr>
        <w:t>[sch vesp 390]</w:t>
      </w:r>
    </w:p>
    <w:p>
      <w:r>
        <w:rPr>
          <w:rFonts w:ascii="Gentium Plus" w:hAnsi="Gentium Plus"/>
          <w:sz w:val="24"/>
        </w:rPr>
        <w:t>φευγόντων] τῶν κατηγορουμένων. Vict</w:t>
      </w:r>
    </w:p>
    <w:p>
      <w:r>
        <w:rPr>
          <w:rFonts w:ascii="Courier New" w:hAnsi="Courier New"/>
          <w:color w:val="555555"/>
          <w:sz w:val="20"/>
        </w:rPr>
        <w:t>[sch vesp 392a]</w:t>
      </w:r>
    </w:p>
    <w:p>
      <w:r>
        <w:rPr>
          <w:rFonts w:ascii="Gentium Plus" w:hAnsi="Gentium Plus"/>
          <w:sz w:val="24"/>
        </w:rPr>
        <w:t>παρὰ τὸν κλάοντα καθῆσθαι: ὡς τῶν καταδικασθέντων ⸢εὐθὺ πρὸς R [εὐθὺς παρὰ LhAld] τὸ ἡρῷον ⸢ἀποκλαιόντων R [κλαόντων LhAld]. RLhAld</w:t>
      </w:r>
    </w:p>
    <w:p>
      <w:r>
        <w:rPr>
          <w:rFonts w:ascii="Courier New" w:hAnsi="Courier New"/>
          <w:color w:val="555555"/>
          <w:sz w:val="20"/>
        </w:rPr>
        <w:t>[sch vesp 392b]</w:t>
      </w:r>
    </w:p>
    <w:p>
      <w:r>
        <w:rPr>
          <w:rFonts w:ascii="Gentium Plus" w:hAnsi="Gentium Plus"/>
          <w:sz w:val="24"/>
        </w:rPr>
        <w:t>εὐφημότερον λέγουσιν ἀντὶ τοῦ “κλάων καθῆστο”. VAld</w:t>
      </w:r>
    </w:p>
    <w:p>
      <w:r>
        <w:rPr>
          <w:rFonts w:ascii="Courier New" w:hAnsi="Courier New"/>
          <w:color w:val="555555"/>
          <w:sz w:val="20"/>
        </w:rPr>
        <w:t>[sch vesp 394a]</w:t>
      </w:r>
    </w:p>
    <w:p>
      <w:r>
        <w:rPr>
          <w:rFonts w:ascii="Gentium Plus" w:hAnsi="Gentium Plus"/>
          <w:sz w:val="24"/>
        </w:rPr>
        <w:t>κάννας: τὰς ψιάθους. ltAld</w:t>
      </w:r>
    </w:p>
    <w:p>
      <w:r>
        <w:rPr>
          <w:rFonts w:ascii="Courier New" w:hAnsi="Courier New"/>
          <w:color w:val="555555"/>
          <w:sz w:val="20"/>
        </w:rPr>
        <w:t>[sch vesp 394b]</w:t>
      </w:r>
    </w:p>
    <w:p>
      <w:r>
        <w:rPr>
          <w:rFonts w:ascii="Gentium Plus" w:hAnsi="Gentium Plus"/>
          <w:sz w:val="24"/>
        </w:rPr>
        <w:t>λέγεται δὲ καὶ κάνης καὶ κλίνεται τοῦ κάνητος. (mut. ex Su. s.v. κάνης, III 25, 18)</w:t>
      </w:r>
    </w:p>
    <w:p>
      <w:r>
        <w:rPr>
          <w:rFonts w:ascii="Courier New" w:hAnsi="Courier New"/>
          <w:color w:val="555555"/>
          <w:sz w:val="20"/>
        </w:rPr>
        <w:t>[sch vesp 394c]</w:t>
      </w:r>
    </w:p>
    <w:p>
      <w:r>
        <w:rPr>
          <w:rFonts w:ascii="Gentium Plus" w:hAnsi="Gentium Plus"/>
          <w:sz w:val="24"/>
        </w:rPr>
        <w:t>⸢ὡς VLhAld ψιάθοις ⸢περιπεφραγμένου R*V [περιφραττομένου LhAld] τοῦ ἡρῴου καὶ ἐστεγασμένου (.) RVLhAld φησὶν οὖν “οὐδέποτέ σου ἐνυβρίσω</w:t>
      </w:r>
    </w:p>
    <w:p>
      <w:r>
        <w:rPr>
          <w:rFonts w:ascii="Courier New" w:hAnsi="Courier New"/>
          <w:color w:val="555555"/>
          <w:sz w:val="20"/>
        </w:rPr>
        <w:t>[sch vesp 394c,col 2 (3)]</w:t>
      </w:r>
    </w:p>
    <w:p>
      <w:r>
        <w:rPr>
          <w:rFonts w:ascii="Gentium Plus" w:hAnsi="Gentium Plus"/>
          <w:sz w:val="24"/>
        </w:rPr>
        <w:t>φησὶν “οὐ παρὰ ⸢τὰς Lh κάννας οὐρήσω”, ⸢ἤγουν Lh [τουτέστιν</w:t>
      </w:r>
    </w:p>
    <w:p>
      <w:r>
        <w:rPr>
          <w:rFonts w:ascii="Courier New" w:hAnsi="Courier New"/>
          <w:color w:val="555555"/>
          <w:sz w:val="20"/>
        </w:rPr>
        <w:t>[5]</w:t>
      </w:r>
    </w:p>
    <w:p>
      <w:r>
        <w:rPr>
          <w:rFonts w:ascii="Gentium Plus" w:hAnsi="Gentium Plus"/>
          <w:sz w:val="24"/>
        </w:rPr>
        <w:t>Ald] οὐκ ἐνυβρίσω σου τὸ ἡρῷον,</w:t>
      </w:r>
    </w:p>
    <w:p>
      <w:r>
        <w:rPr>
          <w:rFonts w:ascii="Courier New" w:hAnsi="Courier New"/>
          <w:color w:val="555555"/>
          <w:sz w:val="20"/>
        </w:rPr>
        <w:t>[sch vesp 394d]</w:t>
      </w:r>
    </w:p>
    <w:p>
      <w:r>
        <w:rPr>
          <w:rFonts w:ascii="Gentium Plus" w:hAnsi="Gentium Plus"/>
          <w:sz w:val="24"/>
        </w:rPr>
        <w:t>ὅταν θυσιάσωσιν, περιφράσσουσι ψιάθοις κανναβίναις. κάννας δὲ ἔφη τὰς ψιάθους. V</w:t>
      </w:r>
    </w:p>
    <w:p>
      <w:r>
        <w:rPr>
          <w:rFonts w:ascii="Courier New" w:hAnsi="Courier New"/>
          <w:color w:val="555555"/>
          <w:sz w:val="20"/>
        </w:rPr>
        <w:t>[sch vesp 395]</w:t>
      </w:r>
    </w:p>
    <w:p>
      <w:r>
        <w:rPr>
          <w:rFonts w:ascii="Gentium Plus" w:hAnsi="Gentium Plus"/>
          <w:sz w:val="24"/>
        </w:rPr>
        <w:t>ἐγκεκύκλωται] ἐνήχησεν. Lh</w:t>
      </w:r>
    </w:p>
    <w:p>
      <w:r>
        <w:rPr>
          <w:rFonts w:ascii="Courier New" w:hAnsi="Courier New"/>
          <w:color w:val="555555"/>
          <w:sz w:val="20"/>
        </w:rPr>
        <w:t>[sch vesp 396]</w:t>
      </w:r>
    </w:p>
    <w:p>
      <w:r>
        <w:rPr>
          <w:rFonts w:ascii="Gentium Plus" w:hAnsi="Gentium Plus"/>
          <w:sz w:val="24"/>
        </w:rPr>
        <w:t>καθιμᾷ] ὑποχαλᾷ, κάτω φέρεται. Lh</w:t>
      </w:r>
    </w:p>
    <w:p>
      <w:r>
        <w:rPr>
          <w:rFonts w:ascii="Courier New" w:hAnsi="Courier New"/>
          <w:color w:val="555555"/>
          <w:sz w:val="20"/>
        </w:rPr>
        <w:t>[sch vesp 398a]</w:t>
      </w:r>
    </w:p>
    <w:p>
      <w:r>
        <w:rPr>
          <w:rFonts w:ascii="Gentium Plus" w:hAnsi="Gentium Plus"/>
          <w:sz w:val="24"/>
        </w:rPr>
        <w:t>ἀνάβαιν’ ἀνύσας: τῷ οἰκέτῃ φησὶ(ν) VLhAld “διὰ τοῦ ἑτέρου μέρους ἀνάβαινε”.</w:t>
      </w:r>
    </w:p>
    <w:p>
      <w:r>
        <w:rPr>
          <w:rFonts w:ascii="Courier New" w:hAnsi="Courier New"/>
          <w:color w:val="555555"/>
          <w:sz w:val="20"/>
        </w:rPr>
        <w:t>[sch vesp 398a,col 2 (2)]</w:t>
      </w:r>
    </w:p>
    <w:p>
      <w:r>
        <w:rPr>
          <w:rFonts w:ascii="Gentium Plus" w:hAnsi="Gentium Plus"/>
          <w:sz w:val="24"/>
        </w:rPr>
        <w:t>“ἀνάβαινε διὰ τοῦ ἑτέρου μέρους”.</w:t>
      </w:r>
    </w:p>
    <w:p>
      <w:r>
        <w:rPr>
          <w:rFonts w:ascii="Courier New" w:hAnsi="Courier New"/>
          <w:color w:val="555555"/>
          <w:sz w:val="20"/>
        </w:rPr>
        <w:t>[2]</w:t>
      </w:r>
    </w:p>
    <w:p>
      <w:r>
        <w:rPr>
          <w:rFonts w:ascii="Gentium Plus" w:hAnsi="Gentium Plus"/>
          <w:sz w:val="24"/>
        </w:rPr>
        <w:t>Lh</w:t>
      </w:r>
    </w:p>
    <w:p>
      <w:r>
        <w:rPr>
          <w:rFonts w:ascii="Courier New" w:hAnsi="Courier New"/>
          <w:color w:val="555555"/>
          <w:sz w:val="20"/>
        </w:rPr>
        <w:t>[sch vesp 398b]</w:t>
      </w:r>
    </w:p>
    <w:p>
      <w:r>
        <w:rPr>
          <w:rFonts w:ascii="Gentium Plus" w:hAnsi="Gentium Plus"/>
          <w:sz w:val="24"/>
        </w:rPr>
        <w:t>καὶ ταῖσι φυλλάσι: ⸢ἐπεὶ VAld κλάδοις τισὶ παρακελεύεται παίειν αὐτὸν(όν) RVLhAld (.) τοῖς πρὸ τῆς οἰκίας, διὰ τοῦτο “ταῖς εἰρεσιώ‐ ναις” εἶπεν. VAld</w:t>
      </w:r>
    </w:p>
    <w:p>
      <w:r>
        <w:rPr>
          <w:rFonts w:ascii="Courier New" w:hAnsi="Courier New"/>
          <w:color w:val="555555"/>
          <w:sz w:val="20"/>
        </w:rPr>
        <w:t>[sch vesp 399a]</w:t>
      </w:r>
    </w:p>
    <w:p>
      <w:r>
        <w:rPr>
          <w:rFonts w:ascii="Gentium Plus" w:hAnsi="Gentium Plus"/>
          <w:sz w:val="24"/>
        </w:rPr>
        <w:t>τὸ πρύμναν κρούσασθαί φασί τινες λέγεσθαι, VAld ὅταν μετακαθί‐ σαντες οἱ ἐρέται ⸢ἐλαύνωσιν R [ἐλαύνοιεν VAld] ⸢ὀπίσω VAld ἐπὶ τὴν πρύμναν (.) RVAld, ὅταν εἰς λιμένα εἰσέρχωνται, ἵνα τὴν πρύμναν εἰς γῆν ἔχωσι νεύουσαν καὶ τὴν ⸢πρῷραν V [πρώραν Ald] ἔξω, ὅπως ἄνευ τροπῆς</w:t>
      </w:r>
    </w:p>
    <w:p>
      <w:r>
        <w:rPr>
          <w:rFonts w:ascii="Courier New" w:hAnsi="Courier New"/>
          <w:color w:val="555555"/>
          <w:sz w:val="20"/>
        </w:rPr>
        <w:t>[5]</w:t>
      </w:r>
    </w:p>
    <w:p>
      <w:r>
        <w:rPr>
          <w:rFonts w:ascii="Gentium Plus" w:hAnsi="Gentium Plus"/>
          <w:sz w:val="24"/>
        </w:rPr>
        <w:t>〈εὐτρεπὴσ〉 εἴη εἰς ἔξοδον ἡ ναῦς. VAld</w:t>
      </w:r>
    </w:p>
    <w:p>
      <w:r>
        <w:rPr>
          <w:rFonts w:ascii="Courier New" w:hAnsi="Courier New"/>
          <w:color w:val="555555"/>
          <w:sz w:val="20"/>
        </w:rPr>
        <w:t>[sch vesp 399b]</w:t>
      </w:r>
    </w:p>
    <w:p>
      <w:r>
        <w:rPr>
          <w:rFonts w:ascii="Gentium Plus" w:hAnsi="Gentium Plus"/>
          <w:sz w:val="24"/>
        </w:rPr>
        <w:t>ὅταν κατᾶραι πρὸς τὸν λιμένα βουλόμενοι μετακαθίσαντες οἱ ἐρέται ἐλαύνοιεν, ὅπως ἡ πρύμνα τῇ γῇ πλησιάσειεν, ἡ δέ γε πρώρα πρὸς θάλασσαν βλέπῃ, ἵν’ εὐκόλως ἡ ναῦς ἔχῃ ἀνάγεσθαι, τότε φασὶ τὸ πρύμναν κρούσασθαι ἤγουν εἰς τοῦπίσω τὴν πρύμναν τρέψαι. Lh</w:t>
      </w:r>
    </w:p>
    <w:p>
      <w:r>
        <w:rPr>
          <w:rFonts w:ascii="Courier New" w:hAnsi="Courier New"/>
          <w:color w:val="555555"/>
          <w:sz w:val="20"/>
        </w:rPr>
        <w:t>[sch vesp 399c]</w:t>
      </w:r>
    </w:p>
    <w:p>
      <w:r>
        <w:rPr>
          <w:rFonts w:ascii="Gentium Plus" w:hAnsi="Gentium Plus"/>
          <w:sz w:val="24"/>
        </w:rPr>
        <w:t>τοῦτο οὖν φησιν· “παῖε αὐτὸν τοῖς κλάδοις”, ὅπως ⸢ἂν V ἀνακρού‐ σηται τὴν πρύμναν, τουτέστιν εἰς τοὐπίσω ἀναδράμῃ· ἀνακρούειν γάρ ἐστι τὰς κώπας τὸ ἐπέχειν τοῦ δρόμου τοῦ εἰς τὸ ἔμπροσθεν τὴν ναῦν. VAld</w:t>
      </w:r>
    </w:p>
    <w:p>
      <w:r>
        <w:rPr>
          <w:rFonts w:ascii="Courier New" w:hAnsi="Courier New"/>
          <w:color w:val="555555"/>
          <w:sz w:val="20"/>
        </w:rPr>
        <w:t>[sch vesp 399d]</w:t>
      </w:r>
    </w:p>
    <w:p>
      <w:r>
        <w:rPr>
          <w:rFonts w:ascii="Gentium Plus" w:hAnsi="Gentium Plus"/>
          <w:sz w:val="24"/>
        </w:rPr>
        <w:t>ἤν πως κτλ.] ἤγουν τοῦπίσω ἐκδράμῃ. Lh</w:t>
      </w:r>
    </w:p>
    <w:p>
      <w:r>
        <w:rPr>
          <w:rFonts w:ascii="Courier New" w:hAnsi="Courier New"/>
          <w:color w:val="555555"/>
          <w:sz w:val="20"/>
        </w:rPr>
        <w:t>[sch vesp 399e]</w:t>
      </w:r>
    </w:p>
    <w:p>
      <w:r>
        <w:rPr>
          <w:rFonts w:ascii="Gentium Plus" w:hAnsi="Gentium Plus"/>
          <w:sz w:val="24"/>
        </w:rPr>
        <w:t>ταῖς εἰρεσιώναις] ἁπλῶς τοῖς ξηροῖς κλάδοις. VLhAld</w:t>
      </w:r>
    </w:p>
    <w:p>
      <w:r>
        <w:rPr>
          <w:rFonts w:ascii="Courier New" w:hAnsi="Courier New"/>
          <w:color w:val="555555"/>
          <w:sz w:val="20"/>
        </w:rPr>
        <w:t>[sch vesp 401]</w:t>
      </w:r>
    </w:p>
    <w:p>
      <w:r>
        <w:rPr>
          <w:rFonts w:ascii="Gentium Plus" w:hAnsi="Gentium Plus"/>
          <w:sz w:val="24"/>
        </w:rPr>
        <w:t>ὦ Σμικυθίων: τοὺς τοῦ χοροῦ ἐξ ὀνόματος καλεῖ. LhAld</w:t>
      </w:r>
    </w:p>
    <w:p>
      <w:r>
        <w:rPr>
          <w:rFonts w:ascii="Courier New" w:hAnsi="Courier New"/>
          <w:color w:val="555555"/>
          <w:sz w:val="20"/>
        </w:rPr>
        <w:t>[sch vesp 403]</w:t>
      </w:r>
    </w:p>
    <w:p>
      <w:r>
        <w:rPr>
          <w:rFonts w:ascii="Gentium Plus" w:hAnsi="Gentium Plus"/>
          <w:sz w:val="24"/>
        </w:rPr>
        <w:t>στροφὴ κώλων ιαʹ. lhAld</w:t>
      </w:r>
    </w:p>
    <w:p>
      <w:r>
        <w:rPr>
          <w:rFonts w:ascii="Courier New" w:hAnsi="Courier New"/>
          <w:color w:val="555555"/>
          <w:sz w:val="20"/>
        </w:rPr>
        <w:t>[sch vesp 404]</w:t>
      </w:r>
    </w:p>
    <w:p>
      <w:r>
        <w:rPr>
          <w:rFonts w:ascii="Gentium Plus" w:hAnsi="Gentium Plus"/>
          <w:sz w:val="24"/>
        </w:rPr>
        <w:t>τὸ τῶν σφηκῶν σύστημα. V</w:t>
      </w:r>
    </w:p>
    <w:p>
      <w:r>
        <w:rPr>
          <w:rFonts w:ascii="Courier New" w:hAnsi="Courier New"/>
          <w:color w:val="555555"/>
          <w:sz w:val="20"/>
        </w:rPr>
        <w:t>[sch vesp 406]</w:t>
      </w:r>
    </w:p>
    <w:p>
      <w:r>
        <w:rPr>
          <w:rFonts w:ascii="Gentium Plus" w:hAnsi="Gentium Plus"/>
          <w:sz w:val="24"/>
        </w:rPr>
        <w:t>κολαζόμεσθα] ⸢ἀντὶ τοῦ Ald κολάζομεν. LhAld</w:t>
      </w:r>
    </w:p>
    <w:p>
      <w:r>
        <w:rPr>
          <w:rFonts w:ascii="Courier New" w:hAnsi="Courier New"/>
          <w:color w:val="555555"/>
          <w:sz w:val="20"/>
        </w:rPr>
        <w:t>[sch vesp 408a]</w:t>
      </w:r>
    </w:p>
    <w:p>
      <w:r>
        <w:rPr>
          <w:rFonts w:ascii="Gentium Plus" w:hAnsi="Gentium Plus"/>
          <w:sz w:val="24"/>
        </w:rPr>
        <w:t>ἀποδυσάμενοι διδόασι τοῖς παιδίοις τὰ ἱμάτια, ἵνα ὀρχήσωνται εὐκόλως. R</w:t>
      </w:r>
    </w:p>
    <w:p>
      <w:r>
        <w:rPr>
          <w:rFonts w:ascii="Courier New" w:hAnsi="Courier New"/>
          <w:color w:val="555555"/>
          <w:sz w:val="20"/>
        </w:rPr>
        <w:t>[sch vesp 408b]</w:t>
      </w:r>
    </w:p>
    <w:p>
      <w:r>
        <w:rPr>
          <w:rFonts w:ascii="Gentium Plus" w:hAnsi="Gentium Plus"/>
          <w:sz w:val="24"/>
        </w:rPr>
        <w:t>ταῦτα(ά) ⸢φησιν Lh, ἵνα ἀποδὺς ὀρχήσηται ὁ χορὸς καὶ ἀπέλθωσιν οἱ παῖδες. VLhAld</w:t>
      </w:r>
    </w:p>
    <w:p>
      <w:r>
        <w:rPr>
          <w:rFonts w:ascii="Courier New" w:hAnsi="Courier New"/>
          <w:color w:val="555555"/>
          <w:sz w:val="20"/>
        </w:rPr>
        <w:t>[sch vesp 411]</w:t>
      </w:r>
    </w:p>
    <w:p>
      <w:r>
        <w:rPr>
          <w:rFonts w:ascii="Gentium Plus" w:hAnsi="Gentium Plus"/>
          <w:sz w:val="24"/>
        </w:rPr>
        <w:t>ἄνδρα μισόπολιν] τὸν Βδελυκλέωνα. VVictLh</w:t>
      </w:r>
    </w:p>
    <w:p>
      <w:r>
        <w:rPr>
          <w:rFonts w:ascii="Courier New" w:hAnsi="Courier New"/>
          <w:color w:val="555555"/>
          <w:sz w:val="20"/>
        </w:rPr>
        <w:t>[sch vesp 412]</w:t>
      </w:r>
    </w:p>
    <w:p>
      <w:r>
        <w:rPr>
          <w:rFonts w:ascii="Gentium Plus" w:hAnsi="Gentium Plus"/>
          <w:sz w:val="24"/>
        </w:rPr>
        <w:t>κἀπολούμενον] ὀφείλοντα ⸢ἀπολεῖσθαι. V [ἀπολέσθαι. VictLh]</w:t>
      </w:r>
    </w:p>
    <w:p>
      <w:r>
        <w:rPr>
          <w:rFonts w:ascii="Courier New" w:hAnsi="Courier New"/>
          <w:color w:val="555555"/>
          <w:sz w:val="20"/>
        </w:rPr>
        <w:t>[sch vesp 414]</w:t>
      </w:r>
    </w:p>
    <w:p>
      <w:r>
        <w:rPr>
          <w:rFonts w:ascii="Gentium Plus" w:hAnsi="Gentium Plus"/>
          <w:sz w:val="24"/>
        </w:rPr>
        <w:t>lhAld</w:t>
      </w:r>
    </w:p>
    <w:p>
      <w:r>
        <w:rPr>
          <w:rFonts w:ascii="Courier New" w:hAnsi="Courier New"/>
          <w:color w:val="555555"/>
          <w:sz w:val="20"/>
        </w:rPr>
        <w:t>[sch vesp 415]</w:t>
      </w:r>
    </w:p>
    <w:p>
      <w:r>
        <w:rPr>
          <w:rFonts w:ascii="Gentium Plus" w:hAnsi="Gentium Plus"/>
          <w:sz w:val="24"/>
        </w:rPr>
        <w:t>ὦ ’γαθοὶ τὸ πρᾶγμα: εἴσθεσις διπλῆς ἀμοιβαίας ἐκ στίχων μηʹ, ὧν οἱ πρῶτοι τρεῖς τροχαϊκοὶ τετράμετροι καταληκτικοί· οἱ ἑξῆς βʹ ἀντισπαστι‐ κοὶ τρίμετροι ἀκατάληκτοι ἐπιμεμιγμένοι ἐπιτρίτοις καὶ διιάμβοις· οἱ ἑξῆς τούτων ηʹ τροχαϊκοὶ τετράμετροι ὅμοιοι τοῖς πρώτοις· οἱ τούτων ἑξῆς βʹ ἀντι‐</w:t>
      </w:r>
    </w:p>
    <w:p>
      <w:r>
        <w:rPr>
          <w:rFonts w:ascii="Courier New" w:hAnsi="Courier New"/>
          <w:color w:val="555555"/>
          <w:sz w:val="20"/>
        </w:rPr>
        <w:t>[5]</w:t>
      </w:r>
    </w:p>
    <w:p>
      <w:r>
        <w:rPr>
          <w:rFonts w:ascii="Gentium Plus" w:hAnsi="Gentium Plus"/>
          <w:sz w:val="24"/>
        </w:rPr>
        <w:t>σπαστικοὶ τρίμετροι ὅμοιοι τοῖς ῥηθεῖσιν· ὁ βʹ δὲ τὸν βʹ ἔχει πόδα πεντασύλ‐ λαβον. οἱ ἑξῆς δὲ πάντες τροχαϊκοὶ τετράμετροι καταληκτικοί, ὧν τελευταῖος εἴπερ ἔτυχον τῶν μελέων Φιλοκλέους βεβρωκότες.</w:t>
      </w:r>
    </w:p>
    <w:p>
      <w:r>
        <w:rPr>
          <w:rFonts w:ascii="Courier New" w:hAnsi="Courier New"/>
          <w:color w:val="555555"/>
          <w:sz w:val="20"/>
        </w:rPr>
        <w:t>[sch vesp 416a]</w:t>
      </w:r>
    </w:p>
    <w:p>
      <w:r>
        <w:rPr>
          <w:rFonts w:ascii="Gentium Plus" w:hAnsi="Gentium Plus"/>
          <w:sz w:val="24"/>
        </w:rPr>
        <w:t>ἐς τὸν οὐρανόν] ⸢λείπει Vict κεκράξομαι. VVictLh</w:t>
      </w:r>
    </w:p>
    <w:p>
      <w:r>
        <w:rPr>
          <w:rFonts w:ascii="Courier New" w:hAnsi="Courier New"/>
          <w:color w:val="555555"/>
          <w:sz w:val="20"/>
        </w:rPr>
        <w:t>[sch vesp 416b]</w:t>
      </w:r>
    </w:p>
    <w:p>
      <w:r>
        <w:rPr>
          <w:rFonts w:ascii="Gentium Plus" w:hAnsi="Gentium Plus"/>
          <w:sz w:val="24"/>
        </w:rPr>
        <w:t>ἐγὼ] κοινή. Lh</w:t>
      </w:r>
    </w:p>
    <w:p>
      <w:r>
        <w:rPr>
          <w:rFonts w:ascii="Courier New" w:hAnsi="Courier New"/>
          <w:color w:val="555555"/>
          <w:sz w:val="20"/>
        </w:rPr>
        <w:t>[sch vesp 418a]</w:t>
      </w:r>
    </w:p>
    <w:p>
      <w:r>
        <w:rPr>
          <w:rFonts w:ascii="Gentium Plus" w:hAnsi="Gentium Plus"/>
          <w:sz w:val="24"/>
        </w:rPr>
        <w:t>θεοσεχθρία: θεομισητία. VLh ⸢μέμνηται δὲ τῆς λέξεως Lh καὶ Ἄρχιππος ἐν Πλούτῳ· ⸢οἴμοι. τί ἐστιν; μῶν ἔδωκε; τί ς’ ἔδακεν; ††κατὰ μὲν οὖν ἔφαγε κἀπέβρυξε †† VAld</w:t>
      </w:r>
    </w:p>
    <w:p>
      <w:r>
        <w:rPr>
          <w:rFonts w:ascii="Courier New" w:hAnsi="Courier New"/>
          <w:color w:val="555555"/>
          <w:sz w:val="20"/>
        </w:rPr>
        <w:t>[5]</w:t>
      </w:r>
    </w:p>
    <w:p>
      <w:r>
        <w:rPr>
          <w:rFonts w:ascii="Gentium Plus" w:hAnsi="Gentium Plus"/>
          <w:sz w:val="24"/>
        </w:rPr>
        <w:t>τίς ἡ πανουργία τε καὶ θεοσεχθρία; VLhAld</w:t>
      </w:r>
    </w:p>
    <w:p>
      <w:r>
        <w:rPr>
          <w:rFonts w:ascii="Courier New" w:hAnsi="Courier New"/>
          <w:color w:val="555555"/>
          <w:sz w:val="20"/>
        </w:rPr>
        <w:t>[sch vesp 418b]</w:t>
      </w:r>
    </w:p>
    <w:p>
      <w:r>
        <w:rPr>
          <w:rFonts w:ascii="Gentium Plus" w:hAnsi="Gentium Plus"/>
          <w:sz w:val="24"/>
        </w:rPr>
        <w:t>ταῦτά φησιν LhAld ὡς τοῦ Θεώρου καὶ τοῦ Κλέωνος</w:t>
      </w:r>
    </w:p>
    <w:p>
      <w:r>
        <w:rPr>
          <w:rFonts w:ascii="Courier New" w:hAnsi="Courier New"/>
          <w:color w:val="555555"/>
          <w:sz w:val="20"/>
        </w:rPr>
        <w:t>[sch vesp 418b,col 2 (2)]</w:t>
      </w:r>
    </w:p>
    <w:p>
      <w:r>
        <w:rPr>
          <w:rFonts w:ascii="Gentium Plus" w:hAnsi="Gentium Plus"/>
          <w:sz w:val="24"/>
        </w:rPr>
        <w:t>ὡς τοῦ Θεώρου καὶ τοῦ Κλέωνος προστατῶν καὶ ἀρχόντων ὄντων τῆς</w:t>
      </w:r>
    </w:p>
    <w:p>
      <w:r>
        <w:rPr>
          <w:rFonts w:ascii="Courier New" w:hAnsi="Courier New"/>
          <w:color w:val="555555"/>
          <w:sz w:val="20"/>
        </w:rPr>
        <w:t>[sch vesp 419]</w:t>
      </w:r>
    </w:p>
    <w:p>
      <w:r>
        <w:rPr>
          <w:rFonts w:ascii="Gentium Plus" w:hAnsi="Gentium Plus"/>
          <w:sz w:val="24"/>
        </w:rPr>
        <w:t>Ald</w:t>
      </w:r>
    </w:p>
    <w:p>
      <w:r>
        <w:rPr>
          <w:rFonts w:ascii="Courier New" w:hAnsi="Courier New"/>
          <w:color w:val="555555"/>
          <w:sz w:val="20"/>
        </w:rPr>
        <w:t>[sch vesp 421a]</w:t>
      </w:r>
    </w:p>
    <w:p>
      <w:r>
        <w:rPr>
          <w:rFonts w:ascii="Gentium Plus" w:hAnsi="Gentium Plus"/>
          <w:sz w:val="24"/>
        </w:rPr>
        <w:t>ἐν δίκῃ τὸν Γοργίου: ἐν τῇ δίκῃ. Γ Ald ἀντὶ τοῦ δικάζοντες. οὗτος ⸢δὲ ὁ Γοργίας Γ Ald κωμῳδεῖται ὡς προδότης καὶ βάρβαρος. VΓLhAld</w:t>
      </w:r>
    </w:p>
    <w:p>
      <w:r>
        <w:rPr>
          <w:rFonts w:ascii="Courier New" w:hAnsi="Courier New"/>
          <w:color w:val="555555"/>
          <w:sz w:val="20"/>
        </w:rPr>
        <w:t>[sch vesp 421b]</w:t>
      </w:r>
    </w:p>
    <w:p>
      <w:r>
        <w:rPr>
          <w:rFonts w:ascii="Gentium Plus" w:hAnsi="Gentium Plus"/>
          <w:sz w:val="24"/>
        </w:rPr>
        <w:t>περὶ Θεώρου καὶ Γοργίου ἐν τοῖς πρὸ τούτου εἴρηται. V</w:t>
      </w:r>
    </w:p>
    <w:p>
      <w:r>
        <w:rPr>
          <w:rFonts w:ascii="Courier New" w:hAnsi="Courier New"/>
          <w:color w:val="555555"/>
          <w:sz w:val="20"/>
        </w:rPr>
        <w:t>[sch vesp 423]</w:t>
      </w:r>
    </w:p>
    <w:p>
      <w:r>
        <w:rPr>
          <w:rFonts w:ascii="Gentium Plus" w:hAnsi="Gentium Plus"/>
          <w:sz w:val="24"/>
        </w:rPr>
        <w:t>ἴεσο] πορεύου. Lh</w:t>
      </w:r>
    </w:p>
    <w:p>
      <w:r>
        <w:rPr>
          <w:rFonts w:ascii="Courier New" w:hAnsi="Courier New"/>
          <w:color w:val="555555"/>
          <w:sz w:val="20"/>
        </w:rPr>
        <w:t>[sch vesp 425a]</w:t>
      </w:r>
    </w:p>
    <w:p>
      <w:r>
        <w:rPr>
          <w:rFonts w:ascii="Gentium Plus" w:hAnsi="Gentium Plus"/>
          <w:sz w:val="24"/>
        </w:rPr>
        <w:t>σμῆνος κτλ.] ἀντὶ τοῦ σύστημα· κυρίως δὲ τὸ τῶν μελισσῶν· καὶ</w:t>
      </w:r>
    </w:p>
    <w:p>
      <w:r>
        <w:rPr>
          <w:rFonts w:ascii="Courier New" w:hAnsi="Courier New"/>
          <w:color w:val="555555"/>
          <w:sz w:val="20"/>
        </w:rPr>
        <w:t>[sch vesp 425b]</w:t>
      </w:r>
    </w:p>
    <w:p>
      <w:r>
        <w:rPr>
          <w:rFonts w:ascii="Gentium Plus" w:hAnsi="Gentium Plus"/>
          <w:sz w:val="24"/>
        </w:rPr>
        <w:t>σμῆνος οἷον: ⸢σμῆνος Lh κυρίως τὸ πλῆθος τῶν μελισσῶν· ἐπι‐ τηδείως δὲ καὶ ἐνταῦθα τοῦτο εἶπεν, ὅτι σφηκῶδες τὸ σύστημα τῶν γερόντων. LhAld</w:t>
      </w:r>
    </w:p>
    <w:p>
      <w:r>
        <w:rPr>
          <w:rFonts w:ascii="Courier New" w:hAnsi="Courier New"/>
          <w:color w:val="555555"/>
          <w:sz w:val="20"/>
        </w:rPr>
        <w:t>[sch vesp 425c]</w:t>
      </w:r>
    </w:p>
    <w:p>
      <w:r>
        <w:rPr>
          <w:rFonts w:ascii="Gentium Plus" w:hAnsi="Gentium Plus"/>
          <w:sz w:val="24"/>
        </w:rPr>
        <w:t>σμῆνος] τὸ σύστημα. Lh</w:t>
      </w:r>
    </w:p>
    <w:p>
      <w:r>
        <w:rPr>
          <w:rFonts w:ascii="Courier New" w:hAnsi="Courier New"/>
          <w:color w:val="555555"/>
          <w:sz w:val="20"/>
        </w:rPr>
        <w:t>[sch vesp 427a]</w:t>
      </w:r>
    </w:p>
    <w:p>
      <w:r>
        <w:rPr>
          <w:rFonts w:ascii="Gentium Plus" w:hAnsi="Gentium Plus"/>
          <w:sz w:val="24"/>
        </w:rPr>
        <w:t>τὰς ἐγκεντρίδας] ⸢ἀντὶ τοῦ V [τὰ Lh] κέντρα. VLh</w:t>
      </w:r>
    </w:p>
    <w:p>
      <w:r>
        <w:rPr>
          <w:rFonts w:ascii="Courier New" w:hAnsi="Courier New"/>
          <w:color w:val="555555"/>
          <w:sz w:val="20"/>
        </w:rPr>
        <w:t>[sch vesp 427b]</w:t>
      </w:r>
    </w:p>
    <w:p>
      <w:r>
        <w:rPr>
          <w:rFonts w:ascii="Gentium Plus" w:hAnsi="Gentium Plus"/>
          <w:sz w:val="24"/>
        </w:rPr>
        <w:t>—. Ald</w:t>
      </w:r>
    </w:p>
    <w:p>
      <w:r>
        <w:rPr>
          <w:rFonts w:ascii="Courier New" w:hAnsi="Courier New"/>
          <w:color w:val="555555"/>
          <w:sz w:val="20"/>
        </w:rPr>
        <w:t>[sch vesp 429a]</w:t>
      </w:r>
    </w:p>
    <w:p>
      <w:r>
        <w:rPr>
          <w:rFonts w:ascii="Gentium Plus" w:hAnsi="Gentium Plus"/>
          <w:sz w:val="24"/>
        </w:rPr>
        <w:t>τὰς χελώνας: “ὅτι μᾶλλον μακαρίσεις τὰς χελώνας τοῦ σοῦ δέρ‐ ματος”. αἱρῇ χελώνης δέρμα ἔχειν, ἵνα μὴ ⸢τρωθῇ VΓ [τρωσθῇ Ald] (.) VΓAld· ὀστῶδες γὰρ ἔχουσι δέρμα αἱ χελῶναι ὥστε ἀντέχειν πρὸς τὰς πληγάς. Ald</w:t>
      </w:r>
    </w:p>
    <w:p>
      <w:r>
        <w:rPr>
          <w:rFonts w:ascii="Courier New" w:hAnsi="Courier New"/>
          <w:color w:val="555555"/>
          <w:sz w:val="20"/>
        </w:rPr>
        <w:t>[sch vesp 429b]</w:t>
      </w:r>
    </w:p>
    <w:p>
      <w:r>
        <w:rPr>
          <w:rFonts w:ascii="Gentium Plus" w:hAnsi="Gentium Plus"/>
          <w:sz w:val="24"/>
        </w:rPr>
        <w:t>“μακαρίσεις”, φησίν, “τὰς χελώνας, ὅτι τοιοῦτον ἔχουσι δέρμα ὀστῶδες ὥστε ἀντέχειν πρὸς τὰς πληγάς, καὶ προκρίνοις ἔχειν καὶ αὐτὸς τοι‐ οῦτον δέρμα ὥστε δέχεσθαι τὰς πληγὰς καὶ μὴ αἰσθάνεσθαι τούτων”. Lh</w:t>
      </w:r>
    </w:p>
    <w:p>
      <w:r>
        <w:rPr>
          <w:rFonts w:ascii="Courier New" w:hAnsi="Courier New"/>
          <w:color w:val="555555"/>
          <w:sz w:val="20"/>
        </w:rPr>
        <w:t>[sch vesp 429c]</w:t>
      </w:r>
    </w:p>
    <w:p>
      <w:r>
        <w:rPr>
          <w:rFonts w:ascii="Gentium Plus" w:hAnsi="Gentium Plus"/>
          <w:sz w:val="24"/>
        </w:rPr>
        <w:t>τὰς ... δέρματος: διὰ τὸ κέντρον τῶν σφηκῶν.</w:t>
      </w:r>
    </w:p>
    <w:p>
      <w:r>
        <w:rPr>
          <w:rFonts w:ascii="Courier New" w:hAnsi="Courier New"/>
          <w:color w:val="555555"/>
          <w:sz w:val="20"/>
        </w:rPr>
        <w:t>[sch vesp 429d]</w:t>
      </w:r>
    </w:p>
    <w:p>
      <w:r>
        <w:rPr>
          <w:rFonts w:ascii="Gentium Plus" w:hAnsi="Gentium Plus"/>
          <w:sz w:val="24"/>
        </w:rPr>
        <w:t>μακαριεῖν] ἐπαινέσαι. Lh</w:t>
      </w:r>
    </w:p>
    <w:p>
      <w:r>
        <w:rPr>
          <w:rFonts w:ascii="Courier New" w:hAnsi="Courier New"/>
          <w:color w:val="555555"/>
          <w:sz w:val="20"/>
        </w:rPr>
        <w:t>[sch vesp 429e]</w:t>
      </w:r>
    </w:p>
    <w:p>
      <w:r>
        <w:rPr>
          <w:rFonts w:ascii="Gentium Plus" w:hAnsi="Gentium Plus"/>
          <w:sz w:val="24"/>
        </w:rPr>
        <w:t>—. Ald</w:t>
      </w:r>
    </w:p>
    <w:p>
      <w:r>
        <w:rPr>
          <w:rFonts w:ascii="Courier New" w:hAnsi="Courier New"/>
          <w:color w:val="555555"/>
          <w:sz w:val="20"/>
        </w:rPr>
        <w:t>[sch vesp 430a]</w:t>
      </w:r>
    </w:p>
    <w:p>
      <w:r>
        <w:rPr>
          <w:rFonts w:ascii="Gentium Plus" w:hAnsi="Gentium Plus"/>
          <w:sz w:val="24"/>
        </w:rPr>
        <w:t>νυν] δή. Lh</w:t>
      </w:r>
    </w:p>
    <w:p>
      <w:r>
        <w:rPr>
          <w:rFonts w:ascii="Courier New" w:hAnsi="Courier New"/>
          <w:color w:val="555555"/>
          <w:sz w:val="20"/>
        </w:rPr>
        <w:t>[sch vesp 430b]</w:t>
      </w:r>
    </w:p>
    <w:p>
      <w:r>
        <w:rPr>
          <w:rFonts w:ascii="Gentium Plus" w:hAnsi="Gentium Plus"/>
          <w:sz w:val="24"/>
        </w:rPr>
        <w:t>ὀξυκάρδιοι] ὀξύθυμοι. Lh</w:t>
      </w:r>
    </w:p>
    <w:p>
      <w:r>
        <w:rPr>
          <w:rFonts w:ascii="Courier New" w:hAnsi="Courier New"/>
          <w:color w:val="555555"/>
          <w:sz w:val="20"/>
        </w:rPr>
        <w:t>[sch vesp 431]</w:t>
      </w:r>
    </w:p>
    <w:p>
      <w:r>
        <w:rPr>
          <w:rFonts w:ascii="Gentium Plus" w:hAnsi="Gentium Plus"/>
          <w:sz w:val="24"/>
        </w:rPr>
        <w:t>ὠργισμένοι] μετ’ ὀργῆς. Lh</w:t>
      </w:r>
    </w:p>
    <w:p>
      <w:r>
        <w:rPr>
          <w:rFonts w:ascii="Courier New" w:hAnsi="Courier New"/>
          <w:color w:val="555555"/>
          <w:sz w:val="20"/>
        </w:rPr>
        <w:t>[sch vesp 433]</w:t>
      </w:r>
    </w:p>
    <w:p>
      <w:r>
        <w:rPr>
          <w:rFonts w:ascii="Gentium Plus" w:hAnsi="Gentium Plus"/>
          <w:sz w:val="24"/>
        </w:rPr>
        <w:t>ὦ Μίδα καὶ Φρὺξ: ὀνόματα οἰκετῶν. Γ3LhAld</w:t>
      </w:r>
    </w:p>
    <w:p>
      <w:r>
        <w:rPr>
          <w:rFonts w:ascii="Courier New" w:hAnsi="Courier New"/>
          <w:color w:val="555555"/>
          <w:sz w:val="20"/>
        </w:rPr>
        <w:t>[sch vesp 435a]</w:t>
      </w:r>
    </w:p>
    <w:p>
      <w:r>
        <w:rPr>
          <w:rFonts w:ascii="Gentium Plus" w:hAnsi="Gentium Plus"/>
          <w:sz w:val="24"/>
        </w:rPr>
        <w:t>εἰ δὲ μὴ ’ν πέδαις παχείαις: εἰ δὲ μὴ βοηθήσετε. VΓAld δέον εἰπεῖν “ἐν πέδαις ⸢κάμπτετε” V*Γ [κάμψεσθε” Ald], ⸢φησὶν V [ὁ δὲ εἶπεν Ald] “οὐδὲν ἀριστή‐</w:t>
      </w:r>
    </w:p>
    <w:p>
      <w:r>
        <w:rPr>
          <w:rFonts w:ascii="Courier New" w:hAnsi="Courier New"/>
          <w:color w:val="555555"/>
          <w:sz w:val="20"/>
        </w:rPr>
        <w:t>[5]</w:t>
      </w:r>
    </w:p>
    <w:p>
      <w:r>
        <w:rPr>
          <w:rFonts w:ascii="Gentium Plus" w:hAnsi="Gentium Plus"/>
          <w:sz w:val="24"/>
        </w:rPr>
        <w:t>σετε” VΓAld</w:t>
      </w:r>
    </w:p>
    <w:p>
      <w:r>
        <w:rPr>
          <w:rFonts w:ascii="Courier New" w:hAnsi="Courier New"/>
          <w:color w:val="555555"/>
          <w:sz w:val="20"/>
        </w:rPr>
        <w:t>[sch vesp 435a,col 2 (2)]</w:t>
      </w:r>
    </w:p>
    <w:p>
      <w:r>
        <w:rPr>
          <w:rFonts w:ascii="Gentium Plus" w:hAnsi="Gentium Plus"/>
          <w:sz w:val="24"/>
        </w:rPr>
        <w:t>δέον εἰπεῖν “ἐν πέδαις δεθήσεσθε”,</w:t>
      </w:r>
    </w:p>
    <w:p>
      <w:r>
        <w:rPr>
          <w:rFonts w:ascii="Courier New" w:hAnsi="Courier New"/>
          <w:color w:val="555555"/>
          <w:sz w:val="20"/>
        </w:rPr>
        <w:t>[sch vesp 435a (6)]</w:t>
      </w:r>
    </w:p>
    <w:p>
      <w:r>
        <w:rPr>
          <w:rFonts w:ascii="Gentium Plus" w:hAnsi="Gentium Plus"/>
          <w:sz w:val="24"/>
        </w:rPr>
        <w:t>ἀντὶ τοῦ “δεσμευθέντες οὐδὲν μέλλετε φαγεῖν”. ΓLhAld</w:t>
      </w:r>
    </w:p>
    <w:p>
      <w:r>
        <w:rPr>
          <w:rFonts w:ascii="Courier New" w:hAnsi="Courier New"/>
          <w:color w:val="555555"/>
          <w:sz w:val="20"/>
        </w:rPr>
        <w:t>[sch vesp 435b]</w:t>
      </w:r>
    </w:p>
    <w:p>
      <w:r>
        <w:rPr>
          <w:rFonts w:ascii="Gentium Plus" w:hAnsi="Gentium Plus"/>
          <w:sz w:val="24"/>
        </w:rPr>
        <w:t>δέσμαις κτλ.] ἀντὶ τοῦ “δεσμευθέντες οὐδὲν μέλλετε φαγεῖν.” Lh</w:t>
      </w:r>
    </w:p>
    <w:p>
      <w:r>
        <w:rPr>
          <w:rFonts w:ascii="Courier New" w:hAnsi="Courier New"/>
          <w:color w:val="555555"/>
          <w:sz w:val="20"/>
        </w:rPr>
        <w:t>[sch vesp 436a]</w:t>
      </w:r>
    </w:p>
    <w:p>
      <w:r>
        <w:rPr>
          <w:rFonts w:ascii="Gentium Plus" w:hAnsi="Gentium Plus"/>
          <w:sz w:val="24"/>
        </w:rPr>
        <w:t>παρὰ τὴν παροιμίαν 〈πολλῶν〉 ἐγὼ θριῶν ψόφους ἀκήκοα. τοῦτο δέ φησιν, ὅτι “οἶδα τὰ τοιαῦτα, ὅτι μέχρι ψόφου κενοῦ χω〈ρεῖ〉 καὶ ἀπειλῆς”. R</w:t>
      </w:r>
    </w:p>
    <w:p>
      <w:r>
        <w:rPr>
          <w:rFonts w:ascii="Courier New" w:hAnsi="Courier New"/>
          <w:color w:val="555555"/>
          <w:sz w:val="20"/>
        </w:rPr>
        <w:t>[sch vesp 436b]</w:t>
      </w:r>
    </w:p>
    <w:p>
      <w:r>
        <w:rPr>
          <w:rFonts w:ascii="Gentium Plus" w:hAnsi="Gentium Plus"/>
          <w:sz w:val="24"/>
        </w:rPr>
        <w:t>οἶδα θρίων τὸν ψόφον: ⸢ὅτι VΓAld παρὰ τὴν παροιμίαν ⸢εἴρηται ἐνταῦθα τὸ “οἶδα θρίων 〈τὸν〉 ψόφον” τὴν λέγουσαν Lh πολλῶν ἐγὼ θρίων ψόφους ἀκήκοα (.) VΓLhAld</w:t>
      </w:r>
    </w:p>
    <w:p>
      <w:r>
        <w:rPr>
          <w:rFonts w:ascii="Courier New" w:hAnsi="Courier New"/>
          <w:color w:val="555555"/>
          <w:sz w:val="20"/>
        </w:rPr>
        <w:t>[5]</w:t>
      </w:r>
    </w:p>
    <w:p>
      <w:r>
        <w:rPr>
          <w:rFonts w:ascii="Gentium Plus" w:hAnsi="Gentium Plus"/>
          <w:sz w:val="24"/>
        </w:rPr>
        <w:t>τὰ γὰρ θρῖα καιόμενα ψοφεῖ. εἴρηται</w:t>
      </w:r>
    </w:p>
    <w:p>
      <w:r>
        <w:rPr>
          <w:rFonts w:ascii="Courier New" w:hAnsi="Courier New"/>
          <w:color w:val="555555"/>
          <w:sz w:val="20"/>
        </w:rPr>
        <w:t>[sch vesp 436b,col 2 (5)]</w:t>
      </w:r>
    </w:p>
    <w:p>
      <w:r>
        <w:rPr>
          <w:rFonts w:ascii="Gentium Plus" w:hAnsi="Gentium Plus"/>
          <w:sz w:val="24"/>
        </w:rPr>
        <w:t>, ἥτις εἴρηται Lh</w:t>
      </w:r>
    </w:p>
    <w:p>
      <w:r>
        <w:rPr>
          <w:rFonts w:ascii="Courier New" w:hAnsi="Courier New"/>
          <w:color w:val="555555"/>
          <w:sz w:val="20"/>
        </w:rPr>
        <w:t>[sch vesp 436b (7)]</w:t>
      </w:r>
    </w:p>
    <w:p>
      <w:r>
        <w:rPr>
          <w:rFonts w:ascii="Gentium Plus" w:hAnsi="Gentium Plus"/>
          <w:sz w:val="24"/>
        </w:rPr>
        <w:t>ἐπὶ τῶν δι’ ἀπειλῆς θόρυβον καὶ κόμπον ⸢ἐμποιούντων VΓAld [ποιούντων lt] διακενῆς. VΓltAld</w:t>
      </w:r>
    </w:p>
    <w:p>
      <w:r>
        <w:rPr>
          <w:rFonts w:ascii="Courier New" w:hAnsi="Courier New"/>
          <w:color w:val="555555"/>
          <w:sz w:val="20"/>
        </w:rPr>
        <w:t>[sch vesp 436c]</w:t>
      </w:r>
    </w:p>
    <w:p>
      <w:r>
        <w:rPr>
          <w:rFonts w:ascii="Gentium Plus" w:hAnsi="Gentium Plus"/>
          <w:sz w:val="24"/>
        </w:rPr>
        <w:t>θρίων τὸν ψόφον] φύλλων· τὰ γὰρ φύλλα καιόμενα ψοφεῖ. Lh</w:t>
      </w:r>
    </w:p>
    <w:p>
      <w:r>
        <w:rPr>
          <w:rFonts w:ascii="Courier New" w:hAnsi="Courier New"/>
          <w:color w:val="555555"/>
          <w:sz w:val="20"/>
        </w:rPr>
        <w:t>[sch vesp 437]</w:t>
      </w:r>
    </w:p>
    <w:p>
      <w:r>
        <w:rPr>
          <w:rFonts w:ascii="Gentium Plus" w:hAnsi="Gentium Plus"/>
          <w:sz w:val="24"/>
        </w:rPr>
        <w:t>ἕν τι σοὶ] ἓν κέντρον. Γ3B2</w:t>
      </w:r>
    </w:p>
    <w:p>
      <w:r>
        <w:rPr>
          <w:rFonts w:ascii="Courier New" w:hAnsi="Courier New"/>
          <w:color w:val="555555"/>
          <w:sz w:val="20"/>
        </w:rPr>
        <w:t>[sch vesp 438a]</w:t>
      </w:r>
    </w:p>
    <w:p>
      <w:r>
        <w:rPr>
          <w:rFonts w:ascii="Gentium Plus" w:hAnsi="Gentium Plus"/>
          <w:sz w:val="24"/>
        </w:rPr>
        <w:t>ὦ Κέκροψ: ἑλκόμενος ὑπὸ τῶν οἰκετῶν τὸν οἰκιστὴν τῆς πόλεως ἐπικαλεῖται. ΓLhAld</w:t>
      </w:r>
    </w:p>
    <w:p>
      <w:r>
        <w:rPr>
          <w:rFonts w:ascii="Courier New" w:hAnsi="Courier New"/>
          <w:color w:val="555555"/>
          <w:sz w:val="20"/>
        </w:rPr>
        <w:t>[sch vesp 438b]</w:t>
      </w:r>
    </w:p>
    <w:p>
      <w:r>
        <w:rPr>
          <w:rFonts w:ascii="Gentium Plus" w:hAnsi="Gentium Plus"/>
          <w:sz w:val="24"/>
        </w:rPr>
        <w:t>ὦ Κέκροψ: πρὸς τὸ ὄνομα ⸢κεχαριέντισται VΓ [χαριεντίζεται Lh], VΓLh ὅτι ⸢καὶ Lh ὁ Κέκροψ τὰ κάτω δράκοντος εἶχε(ν) (.) RVΓLh ⸢, οὗτος δὲ VΓ [καὶ οὗτος Lh] Δρακοντίδης καλεῖται. VΓLh εἰσὶ δέ, οἵ φασι τὸν Κέκροπα διφυᾶ</w:t>
      </w:r>
    </w:p>
    <w:p>
      <w:r>
        <w:rPr>
          <w:rFonts w:ascii="Courier New" w:hAnsi="Courier New"/>
          <w:color w:val="555555"/>
          <w:sz w:val="20"/>
        </w:rPr>
        <w:t>[5]</w:t>
      </w:r>
    </w:p>
    <w:p>
      <w:r>
        <w:rPr>
          <w:rFonts w:ascii="Gentium Plus" w:hAnsi="Gentium Plus"/>
          <w:sz w:val="24"/>
        </w:rPr>
        <w:t>γεγονέναι καὶ τὰ κάτω ὄφεως ἐσχη‐ κέναι (.) VΓAld , καὶ διὰ τοῦτο</w:t>
      </w:r>
    </w:p>
    <w:p>
      <w:r>
        <w:rPr>
          <w:rFonts w:ascii="Courier New" w:hAnsi="Courier New"/>
          <w:color w:val="555555"/>
          <w:sz w:val="20"/>
        </w:rPr>
        <w:t>[sch vesp 438b,col 2 (4)]</w:t>
      </w:r>
    </w:p>
    <w:p>
      <w:r>
        <w:rPr>
          <w:rFonts w:ascii="Gentium Plus" w:hAnsi="Gentium Plus"/>
          <w:sz w:val="24"/>
        </w:rPr>
        <w:t>διφυᾶ γὰρ τὸν Κέκροπα γεγονέναι</w:t>
      </w:r>
    </w:p>
    <w:p>
      <w:r>
        <w:rPr>
          <w:rFonts w:ascii="Courier New" w:hAnsi="Courier New"/>
          <w:color w:val="555555"/>
          <w:sz w:val="20"/>
        </w:rPr>
        <w:t>[5]</w:t>
      </w:r>
    </w:p>
    <w:p>
      <w:r>
        <w:rPr>
          <w:rFonts w:ascii="Gentium Plus" w:hAnsi="Gentium Plus"/>
          <w:sz w:val="24"/>
        </w:rPr>
        <w:t>φασὶ καὶ τὰ μὲν ἄνω ἄνθρωπον ὄντα,</w:t>
      </w:r>
    </w:p>
    <w:p>
      <w:r>
        <w:rPr>
          <w:rFonts w:ascii="Courier New" w:hAnsi="Courier New"/>
          <w:color w:val="555555"/>
          <w:sz w:val="20"/>
        </w:rPr>
        <w:t>[sch vesp 439]</w:t>
      </w:r>
    </w:p>
    <w:p>
      <w:r>
        <w:rPr>
          <w:rFonts w:ascii="Gentium Plus" w:hAnsi="Gentium Plus"/>
          <w:sz w:val="24"/>
        </w:rPr>
        <w:t>βαρβάρων] ⸢τῶν Γ3 οἰκετῶν. Γ3Lh</w:t>
      </w:r>
    </w:p>
    <w:p>
      <w:r>
        <w:rPr>
          <w:rFonts w:ascii="Courier New" w:hAnsi="Courier New"/>
          <w:color w:val="555555"/>
          <w:sz w:val="20"/>
        </w:rPr>
        <w:t>[sch vesp 440a]</w:t>
      </w:r>
    </w:p>
    <w:p>
      <w:r>
        <w:rPr>
          <w:rFonts w:ascii="Gentium Plus" w:hAnsi="Gentium Plus"/>
          <w:sz w:val="24"/>
        </w:rPr>
        <w:t>οὓς ἐγὼ ’δίδαξα: μήποτε καὶ τοῦτο παροιμιακόν(ὸν) ⸢εἴη Lh. ἀντὶ ⸢δὲ VΓ [γὰρ Lh] τοῦ εἰπεῖν “πέττειν καὶ διαρτίζειν” “κλάειν” εἶπεν. VΓLhAld</w:t>
      </w:r>
    </w:p>
    <w:p>
      <w:r>
        <w:rPr>
          <w:rFonts w:ascii="Courier New" w:hAnsi="Courier New"/>
          <w:color w:val="555555"/>
          <w:sz w:val="20"/>
        </w:rPr>
        <w:t>[sch vesp 440b]</w:t>
      </w:r>
    </w:p>
    <w:p>
      <w:r>
        <w:rPr>
          <w:rFonts w:ascii="Gentium Plus" w:hAnsi="Gentium Plus"/>
          <w:sz w:val="24"/>
        </w:rPr>
        <w:t>ἀντὶ τοῦ πέττειν καὶ διαρτίζειν. R</w:t>
      </w:r>
    </w:p>
    <w:p>
      <w:r>
        <w:rPr>
          <w:rFonts w:ascii="Courier New" w:hAnsi="Courier New"/>
          <w:color w:val="555555"/>
          <w:sz w:val="20"/>
        </w:rPr>
        <w:t>[sch vesp 440c]</w:t>
      </w:r>
    </w:p>
    <w:p>
      <w:r>
        <w:rPr>
          <w:rFonts w:ascii="Gentium Plus" w:hAnsi="Gentium Plus"/>
          <w:sz w:val="24"/>
        </w:rPr>
        <w:t>ἐς τὴν χοίνικα: ὅτι εἰς τὴν χοίνικα τέσσαρες μεγάλοι ἄρτοι γί‐ νονται, μικροὶ δὲ ὀκτώ. δι’ ὧν δὲ αὐτοὺς ὑπομιμνῄσκει παλαιᾶς ⸢εὐεργεσίας VΓAld [εὐθεσίας Lh], διὰ τούτων ⸢αὐτοὺς VΓAld ⸢ὡς μαστιγίας καὶ ἀνδρα‐ ποδώδεις Ald ἐλέγχει. VΓLhAld οὐ γὰρ μόνον τὸ μέτρον, ἀλλὰ καὶ τὰς πέδας</w:t>
      </w:r>
    </w:p>
    <w:p>
      <w:r>
        <w:rPr>
          <w:rFonts w:ascii="Courier New" w:hAnsi="Courier New"/>
          <w:color w:val="555555"/>
          <w:sz w:val="20"/>
        </w:rPr>
        <w:t>[5]</w:t>
      </w:r>
    </w:p>
    <w:p>
      <w:r>
        <w:rPr>
          <w:rFonts w:ascii="Gentium Plus" w:hAnsi="Gentium Plus"/>
          <w:sz w:val="24"/>
        </w:rPr>
        <w:t>σημαίνει τὸ ὄνομα. Ald</w:t>
      </w:r>
    </w:p>
    <w:p>
      <w:r>
        <w:rPr>
          <w:rFonts w:ascii="Courier New" w:hAnsi="Courier New"/>
          <w:color w:val="555555"/>
          <w:sz w:val="20"/>
        </w:rPr>
        <w:t>[sch vesp 442a]</w:t>
      </w:r>
    </w:p>
    <w:p>
      <w:r>
        <w:rPr>
          <w:rFonts w:ascii="Gentium Plus" w:hAnsi="Gentium Plus"/>
          <w:sz w:val="24"/>
        </w:rPr>
        <w:t>τούτω κτλ.] δυϊκῶς τὸ “τούτω”, ἵν’ ᾖ ἐπὶ τῶν οἰκετῶν. Γ3</w:t>
      </w:r>
    </w:p>
    <w:p>
      <w:r>
        <w:rPr>
          <w:rFonts w:ascii="Courier New" w:hAnsi="Courier New"/>
          <w:color w:val="555555"/>
          <w:sz w:val="20"/>
        </w:rPr>
        <w:t>[sch vesp 442b]</w:t>
      </w:r>
    </w:p>
    <w:p>
      <w:r>
        <w:rPr>
          <w:rFonts w:ascii="Gentium Plus" w:hAnsi="Gentium Plus"/>
          <w:sz w:val="24"/>
        </w:rPr>
        <w:t>νῦν γε τούτω] δυϊκῶς ἀντὶ τοῦ “οὗτοι οἱ οἰκέται”. Lh</w:t>
      </w:r>
    </w:p>
    <w:p>
      <w:r>
        <w:rPr>
          <w:rFonts w:ascii="Courier New" w:hAnsi="Courier New"/>
          <w:color w:val="555555"/>
          <w:sz w:val="20"/>
        </w:rPr>
        <w:t>[sch vesp 443]</w:t>
      </w:r>
    </w:p>
    <w:p>
      <w:r>
        <w:rPr>
          <w:rFonts w:ascii="Gentium Plus" w:hAnsi="Gentium Plus"/>
          <w:sz w:val="24"/>
        </w:rPr>
        <w:t>χειροῦσιν] ⸢ἀντὶ τοῦ RΓ3 χειροῦνται. RΓ3Lh</w:t>
      </w:r>
    </w:p>
    <w:p>
      <w:r>
        <w:rPr>
          <w:rFonts w:ascii="Courier New" w:hAnsi="Courier New"/>
          <w:color w:val="555555"/>
          <w:sz w:val="20"/>
        </w:rPr>
        <w:t>[sch vesp 444]</w:t>
      </w:r>
    </w:p>
    <w:p>
      <w:r>
        <w:rPr>
          <w:rFonts w:ascii="Gentium Plus" w:hAnsi="Gentium Plus"/>
          <w:sz w:val="24"/>
        </w:rPr>
        <w:t>κἀξωμίδων: ἱμάτια δουλικὰ ⸢καὶ ΓAld ἑτερομάσχαλα. ΓLhAld</w:t>
      </w:r>
    </w:p>
    <w:p>
      <w:r>
        <w:rPr>
          <w:rFonts w:ascii="Courier New" w:hAnsi="Courier New"/>
          <w:color w:val="555555"/>
          <w:sz w:val="20"/>
        </w:rPr>
        <w:t>[sch vesp 445a]</w:t>
      </w:r>
    </w:p>
    <w:p>
      <w:r>
        <w:rPr>
          <w:rFonts w:ascii="Gentium Plus" w:hAnsi="Gentium Plus"/>
          <w:sz w:val="24"/>
        </w:rPr>
        <w:t>κυνᾶς: τὰς σκυτί[νας περι]κεφαλαίας, α[ἷς π]ρὸς τὸν ὄμβρον ἐχρῶν[το· κ]αὶ ἐν ταῖς Νεφέλαις [ὁ π]ρεσβύτης· τὸ δὲ μὴ κυνῆ̣ν [ἔχ]οντα.</w:t>
      </w:r>
    </w:p>
    <w:p>
      <w:r>
        <w:rPr>
          <w:rFonts w:ascii="Courier New" w:hAnsi="Courier New"/>
          <w:color w:val="555555"/>
          <w:sz w:val="20"/>
        </w:rPr>
        <w:t>[sch vesp 445b]</w:t>
      </w:r>
    </w:p>
    <w:p>
      <w:r>
        <w:rPr>
          <w:rFonts w:ascii="Gentium Plus" w:hAnsi="Gentium Plus"/>
          <w:sz w:val="24"/>
        </w:rPr>
        <w:t>καὶ κυνᾶς: ⸢ὅτι Lh ταῖς κυνείαις περικεφαλαίαις πρὸς τὸν ὄμβρον ἐχρῶντο. ⸢μέμνηται δὲ τούτου Lh καὶ ἐν Νεφέλαις ⸢ὁ πρεσβύτης τὸν ὄμβρον φοβούμενος VΓAld· τὸ δὲ μὴ κυνῆν οἴκοθεν ἐλθεῖν ἐμὲ τὸν κακοδαίμονα ⸢ἔχοντα Lh.</w:t>
      </w:r>
    </w:p>
    <w:p>
      <w:r>
        <w:rPr>
          <w:rFonts w:ascii="Courier New" w:hAnsi="Courier New"/>
          <w:color w:val="555555"/>
          <w:sz w:val="20"/>
        </w:rPr>
        <w:t>[5]</w:t>
      </w:r>
    </w:p>
    <w:p>
      <w:r>
        <w:rPr>
          <w:rFonts w:ascii="Gentium Plus" w:hAnsi="Gentium Plus"/>
          <w:sz w:val="24"/>
        </w:rPr>
        <w:t>VΓLhAld τοῦτο δὲ λέγει ὁ πρεσβύτης ἐκεῖ τὸν ὄμβρον φοβούμενος. Lh</w:t>
      </w:r>
    </w:p>
    <w:p>
      <w:r>
        <w:rPr>
          <w:rFonts w:ascii="Courier New" w:hAnsi="Courier New"/>
          <w:color w:val="555555"/>
          <w:sz w:val="20"/>
        </w:rPr>
        <w:t>[sch vesp 445c]</w:t>
      </w:r>
    </w:p>
    <w:p>
      <w:r>
        <w:rPr>
          <w:rFonts w:ascii="Gentium Plus" w:hAnsi="Gentium Plus"/>
          <w:sz w:val="24"/>
        </w:rPr>
        <w:t>κυνᾶς] περικεφαλαίας. Lh</w:t>
      </w:r>
    </w:p>
    <w:p>
      <w:r>
        <w:rPr>
          <w:rFonts w:ascii="Courier New" w:hAnsi="Courier New"/>
          <w:color w:val="555555"/>
          <w:sz w:val="20"/>
        </w:rPr>
        <w:t>[sch vesp 445d]</w:t>
      </w:r>
    </w:p>
    <w:p>
      <w:r>
        <w:rPr>
          <w:rFonts w:ascii="Gentium Plus" w:hAnsi="Gentium Plus"/>
          <w:sz w:val="24"/>
        </w:rPr>
        <w:t>πόδας κτλ.] ⸢ἀντὶ τοῦ Γ3 ὑποδήματα ⸢γὰρ Lh αὐτοῖς ἠγόραζεν. Γ3Lh</w:t>
      </w:r>
    </w:p>
    <w:p>
      <w:r>
        <w:rPr>
          <w:rFonts w:ascii="Courier New" w:hAnsi="Courier New"/>
          <w:color w:val="555555"/>
          <w:sz w:val="20"/>
        </w:rPr>
        <w:t>[sch vesp 446]</w:t>
      </w:r>
    </w:p>
    <w:p>
      <w:r>
        <w:rPr>
          <w:rFonts w:ascii="Gentium Plus" w:hAnsi="Gentium Plus"/>
          <w:sz w:val="24"/>
        </w:rPr>
        <w:t>ὥστε μὴ ῥιγῶν: ⸢ἀντὶ τοῦ VΓAld ῥιγοῦν· ⸢δώριον VΓAld [δωρι‐ κὸν Lh] δὲ τοῦτο ⸢κατακρατῆσαν παρὰ VΓ*Ald [κρατῆσαν παρ’ Lh] Ἀττι‐ κοῖς. VΓLhAld</w:t>
      </w:r>
    </w:p>
    <w:p>
      <w:r>
        <w:rPr>
          <w:rFonts w:ascii="Courier New" w:hAnsi="Courier New"/>
          <w:color w:val="555555"/>
          <w:sz w:val="20"/>
        </w:rPr>
        <w:t>[sch vesp 449]</w:t>
      </w:r>
    </w:p>
    <w:p>
      <w:r>
        <w:rPr>
          <w:rFonts w:ascii="Gentium Plus" w:hAnsi="Gentium Plus"/>
          <w:sz w:val="24"/>
        </w:rPr>
        <w:t>τοὺς βότρυς κλέπτοντα: ὡς παλαιῶν ἀναμιμνῄσκων αὐτὸν εὐεργεσιῶν παρὰ τὴν ὑπόνοιαν αἰκίαν εἰς αὐτὸν ⸢γενομένην V [γινομένην ΓAld] λέγει δεικνὺς καὶ ἐν τούτῳ τὸ σκληρὸν αὐτοῦ. VΓAld</w:t>
      </w:r>
    </w:p>
    <w:p>
      <w:r>
        <w:rPr>
          <w:rFonts w:ascii="Courier New" w:hAnsi="Courier New"/>
          <w:color w:val="555555"/>
          <w:sz w:val="20"/>
        </w:rPr>
        <w:t>[sch vesp 453a]</w:t>
      </w:r>
    </w:p>
    <w:p>
      <w:r>
        <w:rPr>
          <w:rFonts w:ascii="Gentium Plus" w:hAnsi="Gentium Plus"/>
          <w:sz w:val="24"/>
        </w:rPr>
        <w:t>ἀλλὰ τούτων μὲν: ἀντὶ τοῦ ὑπὲρ τούτων· ἢ δυϊκῶς χωρὶς τοῦ ν ἀντὶ τοῦ οὗτοι. VΓAld</w:t>
      </w:r>
    </w:p>
    <w:p>
      <w:r>
        <w:rPr>
          <w:rFonts w:ascii="Courier New" w:hAnsi="Courier New"/>
          <w:color w:val="555555"/>
          <w:sz w:val="20"/>
        </w:rPr>
        <w:t>[sch vesp 453b]</w:t>
      </w:r>
    </w:p>
    <w:p>
      <w:r>
        <w:rPr>
          <w:rFonts w:ascii="Gentium Plus" w:hAnsi="Gentium Plus"/>
          <w:sz w:val="24"/>
        </w:rPr>
        <w:t>δύναται τὸ “τούτων” καὶ χωρὶς τοῦ ν εἶναι, ἤτοι “τούτω” δυϊκῶς ἀντὶ τοῦ οὗτοι. Lh</w:t>
      </w:r>
    </w:p>
    <w:p>
      <w:r>
        <w:rPr>
          <w:rFonts w:ascii="Courier New" w:hAnsi="Courier New"/>
          <w:color w:val="555555"/>
          <w:sz w:val="20"/>
        </w:rPr>
        <w:t>[sch vesp 455a]</w:t>
      </w:r>
    </w:p>
    <w:p>
      <w:r>
        <w:rPr>
          <w:rFonts w:ascii="Gentium Plus" w:hAnsi="Gentium Plus"/>
          <w:sz w:val="24"/>
        </w:rPr>
        <w:t>δικαίων] τὸ δίκαιον ⸢ὁρώντων Γ3 [δρώντων Lh]. Γ3Lh</w:t>
      </w:r>
    </w:p>
    <w:p>
      <w:r>
        <w:rPr>
          <w:rFonts w:ascii="Courier New" w:hAnsi="Courier New"/>
          <w:color w:val="555555"/>
          <w:sz w:val="20"/>
        </w:rPr>
        <w:t>[sch vesp 455b]</w:t>
      </w:r>
    </w:p>
    <w:p>
      <w:r>
        <w:rPr>
          <w:rFonts w:ascii="Gentium Plus" w:hAnsi="Gentium Plus"/>
          <w:sz w:val="24"/>
        </w:rPr>
        <w:t>κάρδαμα: ⸢ἀντὶ τοῦ VΓ3 [ἤγουν LhAld] ⸢δριμύτατα VΓ3Ald [δριμύτατον Lh]. τοιαῦτα γὰρ τὰ κάρδαμα. VΓ3LhAld</w:t>
      </w:r>
    </w:p>
    <w:p>
      <w:r>
        <w:rPr>
          <w:rFonts w:ascii="Courier New" w:hAnsi="Courier New"/>
          <w:color w:val="555555"/>
          <w:sz w:val="20"/>
        </w:rPr>
        <w:t>[sch vesp 456]</w:t>
      </w:r>
    </w:p>
    <w:p>
      <w:r>
        <w:rPr>
          <w:rFonts w:ascii="Gentium Plus" w:hAnsi="Gentium Plus"/>
          <w:sz w:val="24"/>
        </w:rPr>
        <w:t>παῖε παῖ’] παίων ἀπάγαγε. Lh</w:t>
      </w:r>
    </w:p>
    <w:p>
      <w:r>
        <w:rPr>
          <w:rFonts w:ascii="Courier New" w:hAnsi="Courier New"/>
          <w:color w:val="555555"/>
          <w:sz w:val="20"/>
        </w:rPr>
        <w:t>[sch vesp 457a]</w:t>
      </w:r>
    </w:p>
    <w:p>
      <w:r>
        <w:rPr>
          <w:rFonts w:ascii="Gentium Plus" w:hAnsi="Gentium Plus"/>
          <w:sz w:val="24"/>
        </w:rPr>
        <w:t>τῦφε κτλ.] ⸢ἐπειδὴ V [ἐπεὶ Γ3] οἱ σφῆκες φοβοῦνται τὸν καπνόν. VΓ3</w:t>
      </w:r>
    </w:p>
    <w:p>
      <w:r>
        <w:rPr>
          <w:rFonts w:ascii="Courier New" w:hAnsi="Courier New"/>
          <w:color w:val="555555"/>
          <w:sz w:val="20"/>
        </w:rPr>
        <w:t>[sch vesp 457b]</w:t>
      </w:r>
    </w:p>
    <w:p>
      <w:r>
        <w:rPr>
          <w:rFonts w:ascii="Gentium Plus" w:hAnsi="Gentium Plus"/>
          <w:sz w:val="24"/>
        </w:rPr>
        <w:t>καὶ σὺ κτλ.] καίων δίωκε. ὁ γὰρ καπνὸς διώκει τὰς μελίσσας καὶ τοὺς</w:t>
      </w:r>
    </w:p>
    <w:p>
      <w:r>
        <w:rPr>
          <w:rFonts w:ascii="Courier New" w:hAnsi="Courier New"/>
          <w:color w:val="555555"/>
          <w:sz w:val="20"/>
        </w:rPr>
        <w:t>[sch vesp 458a]</w:t>
      </w:r>
    </w:p>
    <w:p>
      <w:r>
        <w:rPr>
          <w:rFonts w:ascii="Gentium Plus" w:hAnsi="Gentium Plus"/>
          <w:sz w:val="24"/>
        </w:rPr>
        <w:t>τοὺς σφῆκας ἀπελαύνουσι “σοῦσθε” λέγοντες. R</w:t>
      </w:r>
    </w:p>
    <w:p>
      <w:r>
        <w:rPr>
          <w:rFonts w:ascii="Courier New" w:hAnsi="Courier New"/>
          <w:color w:val="555555"/>
          <w:sz w:val="20"/>
        </w:rPr>
        <w:t>[sch vesp 458b]</w:t>
      </w:r>
    </w:p>
    <w:p>
      <w:r>
        <w:rPr>
          <w:rFonts w:ascii="Gentium Plus" w:hAnsi="Gentium Plus"/>
          <w:sz w:val="24"/>
        </w:rPr>
        <w:t>σοῦσθε: ὁρμᾶσθε, πορεύεσθε. LhAld</w:t>
      </w:r>
    </w:p>
    <w:p>
      <w:r>
        <w:rPr>
          <w:rFonts w:ascii="Courier New" w:hAnsi="Courier New"/>
          <w:color w:val="555555"/>
          <w:sz w:val="20"/>
        </w:rPr>
        <w:t>[sch vesp 459a]</w:t>
      </w:r>
    </w:p>
    <w:p>
      <w:r>
        <w:rPr>
          <w:rFonts w:ascii="Gentium Plus" w:hAnsi="Gentium Plus"/>
          <w:sz w:val="24"/>
        </w:rPr>
        <w:t>καὶ σὺ προσθεὶς Αἰσχίνην: ἀντὶ τοῦ ⸢“καπνὸν” ἢ VΓAld* “πῦρ” εἰπεῖν, “Αἰσχίνην” εἶπεν, ἐπεὶ καπνὸς ἐκαλεῖτο ⸢δι’ ἀλαζονείαν Lh. VΓLhAld</w:t>
      </w:r>
    </w:p>
    <w:p>
      <w:r>
        <w:rPr>
          <w:rFonts w:ascii="Courier New" w:hAnsi="Courier New"/>
          <w:color w:val="555555"/>
          <w:sz w:val="20"/>
        </w:rPr>
        <w:t>[sch vesp 459b]</w:t>
      </w:r>
    </w:p>
    <w:p>
      <w:r>
        <w:rPr>
          <w:rFonts w:ascii="Gentium Plus" w:hAnsi="Gentium Plus"/>
          <w:sz w:val="24"/>
        </w:rPr>
        <w:t>παίζει παρὰ τὸν Σέλλου Αἰσχίνην καπνώδη ⸢διὰ τὴν VΓ*Ald [δι’ Lh] ἀλαζονείαν ⸢λεγόμενον Lh. ἀντὶ δὲ τοῦ εἰπεῖν “Σέλλου” ⸢ἔπαιξεν ἐπεκτείνας VΓ*Ald [ἔκτασιν ἐποίησε Lh] “Σελαρτίου” ⸢εἰπών Lh, ἵνα πάλιν ὡς καπνὸν κωμῳδήσῃ καὶ ψευδόπλουτον παρὰ τὸ “σέλας”. VΓLhAld</w:t>
      </w:r>
    </w:p>
    <w:p>
      <w:r>
        <w:rPr>
          <w:rFonts w:ascii="Courier New" w:hAnsi="Courier New"/>
          <w:color w:val="555555"/>
          <w:sz w:val="20"/>
        </w:rPr>
        <w:t>[5]</w:t>
      </w:r>
    </w:p>
    <w:p>
      <w:r>
        <w:rPr>
          <w:rFonts w:ascii="Gentium Plus" w:hAnsi="Gentium Plus"/>
          <w:sz w:val="24"/>
        </w:rPr>
        <w:t>ὁ γὰρ καπνὸς τοῦ σέλαος γέννημα.</w:t>
      </w:r>
    </w:p>
    <w:p>
      <w:r>
        <w:rPr>
          <w:rFonts w:ascii="Courier New" w:hAnsi="Courier New"/>
          <w:color w:val="555555"/>
          <w:sz w:val="20"/>
        </w:rPr>
        <w:t>[sch vesp 459b,col 2 (5)]</w:t>
      </w:r>
    </w:p>
    <w:p>
      <w:r>
        <w:rPr>
          <w:rFonts w:ascii="Gentium Plus" w:hAnsi="Gentium Plus"/>
          <w:sz w:val="24"/>
        </w:rPr>
        <w:t>τὸ σέλας γὰρ ποιεῖ τὸν καπνόν. Lh</w:t>
      </w:r>
    </w:p>
    <w:p>
      <w:r>
        <w:rPr>
          <w:rFonts w:ascii="Courier New" w:hAnsi="Courier New"/>
          <w:color w:val="555555"/>
          <w:sz w:val="20"/>
        </w:rPr>
        <w:t>[sch vesp 462a]</w:t>
      </w:r>
    </w:p>
    <w:p>
      <w:r>
        <w:rPr>
          <w:rFonts w:ascii="Gentium Plus" w:hAnsi="Gentium Plus"/>
          <w:sz w:val="24"/>
        </w:rPr>
        <w:t>ὡς αὐστηροῦ κατὰ τὴν μελοποιΐαν ὄντος. R</w:t>
      </w:r>
    </w:p>
    <w:p>
      <w:r>
        <w:rPr>
          <w:rFonts w:ascii="Courier New" w:hAnsi="Courier New"/>
          <w:color w:val="555555"/>
          <w:sz w:val="20"/>
        </w:rPr>
        <w:t>[sch vesp 462b]</w:t>
      </w:r>
    </w:p>
    <w:p>
      <w:r>
        <w:rPr>
          <w:rFonts w:ascii="Gentium Plus" w:hAnsi="Gentium Plus"/>
          <w:sz w:val="24"/>
        </w:rPr>
        <w:t>τῶν μελέων Φιλοκλέους βεβρωκότες: ὡς τοῦ Φιλοκλέους ἀγρίου ὄντος ἐν τῇ μελοποιΐᾳ. ⸢ὁ γὰρ VΓ*Ald* [ἀλλ’ ὁ Lh] Σοφοκλῆς ἡδύς· διὸ καὶ μέλιττα ἐκαλεῖτο. ἔπαιξεν ⸢οὖν VΓAld, ὡσεὶ εἶπεν· “εἴπερ τὴν πικρίαν ⸢αὐτοῦ VΓAld [τοῦ Φιλοκλέους Lh] καὶ τὴν σκληρότητα εἶχον, οὐκ ἂν αὐτοὺς</w:t>
      </w:r>
    </w:p>
    <w:p>
      <w:r>
        <w:rPr>
          <w:rFonts w:ascii="Courier New" w:hAnsi="Courier New"/>
          <w:color w:val="555555"/>
          <w:sz w:val="20"/>
        </w:rPr>
        <w:t>[5]</w:t>
      </w:r>
    </w:p>
    <w:p>
      <w:r>
        <w:rPr>
          <w:rFonts w:ascii="Gentium Plus" w:hAnsi="Gentium Plus"/>
          <w:sz w:val="24"/>
        </w:rPr>
        <w:t>ῥᾳδίως διέφυγες” VΓLhAld , ὡς τοῦ Φιλοκλέους ὄντος σκληροῦ σφόδρα καὶ ⸢τραχυτάτου V [δριμυ‐</w:t>
      </w:r>
    </w:p>
    <w:p>
      <w:r>
        <w:rPr>
          <w:rFonts w:ascii="Courier New" w:hAnsi="Courier New"/>
          <w:color w:val="555555"/>
          <w:sz w:val="20"/>
        </w:rPr>
        <w:t>[sch vesp 462b,col 2 (6)]</w:t>
      </w:r>
    </w:p>
    <w:p>
      <w:r>
        <w:rPr>
          <w:rFonts w:ascii="Gentium Plus" w:hAnsi="Gentium Plus"/>
          <w:sz w:val="24"/>
        </w:rPr>
        <w:t>· σκληρὸς γὰρ ὁ Φιλοκλῆς καὶ</w:t>
      </w:r>
    </w:p>
    <w:p>
      <w:r>
        <w:rPr>
          <w:rFonts w:ascii="Courier New" w:hAnsi="Courier New"/>
          <w:color w:val="555555"/>
          <w:sz w:val="20"/>
        </w:rPr>
        <w:t>[sch vesp 462c]</w:t>
      </w:r>
    </w:p>
    <w:p>
      <w:r>
        <w:rPr>
          <w:rFonts w:ascii="Gentium Plus" w:hAnsi="Gentium Plus"/>
          <w:sz w:val="24"/>
        </w:rPr>
        <w:t>μελέων] συνίζησις. Lh</w:t>
      </w:r>
    </w:p>
    <w:p>
      <w:r>
        <w:rPr>
          <w:rFonts w:ascii="Courier New" w:hAnsi="Courier New"/>
          <w:color w:val="555555"/>
          <w:sz w:val="20"/>
        </w:rPr>
        <w:t>[sch vesp 462d]</w:t>
      </w:r>
    </w:p>
    <w:p>
      <w:r>
        <w:rPr>
          <w:rFonts w:ascii="Gentium Plus" w:hAnsi="Gentium Plus"/>
          <w:sz w:val="24"/>
        </w:rPr>
        <w:t>Ald</w:t>
      </w:r>
    </w:p>
    <w:p>
      <w:r>
        <w:rPr>
          <w:rFonts w:ascii="Courier New" w:hAnsi="Courier New"/>
          <w:color w:val="555555"/>
          <w:sz w:val="20"/>
        </w:rPr>
        <w:t>[sch vesp 463]</w:t>
      </w:r>
    </w:p>
    <w:p>
      <w:r>
        <w:rPr>
          <w:rFonts w:ascii="Gentium Plus" w:hAnsi="Gentium Plus"/>
          <w:sz w:val="24"/>
        </w:rPr>
        <w:t>οὐκ αὐτὰ δῆλα: ⸢οὐκ VΓAld αὐτή, φησίν, ἡ τυραννὶς ἐπιδήλως κατὰ τοῦ δήμου ἐστὶ καὶ καθ’ ἡμῶν; VΓLhAld</w:t>
      </w:r>
    </w:p>
    <w:p>
      <w:r>
        <w:rPr>
          <w:rFonts w:ascii="Courier New" w:hAnsi="Courier New"/>
          <w:color w:val="555555"/>
          <w:sz w:val="20"/>
        </w:rPr>
        <w:t>[sch vesp 465]</w:t>
      </w:r>
    </w:p>
    <w:p>
      <w:r>
        <w:rPr>
          <w:rFonts w:ascii="Gentium Plus" w:hAnsi="Gentium Plus"/>
          <w:sz w:val="24"/>
        </w:rPr>
        <w:t>ὑπιοῦσά με] ὑπεισερχομένη Γ3Lh ἡ τυραννίς. Γ3</w:t>
      </w:r>
    </w:p>
    <w:p>
      <w:r>
        <w:rPr>
          <w:rFonts w:ascii="Courier New" w:hAnsi="Courier New"/>
          <w:color w:val="555555"/>
          <w:sz w:val="20"/>
        </w:rPr>
        <w:t>[sch vesp 466a]</w:t>
      </w:r>
    </w:p>
    <w:p>
      <w:r>
        <w:rPr>
          <w:rFonts w:ascii="Gentium Plus" w:hAnsi="Gentium Plus"/>
          <w:sz w:val="24"/>
        </w:rPr>
        <w:t>πρὸς τὸν Βδελυκλέωνα. V</w:t>
      </w:r>
    </w:p>
    <w:p>
      <w:r>
        <w:rPr>
          <w:rFonts w:ascii="Courier New" w:hAnsi="Courier New"/>
          <w:color w:val="555555"/>
          <w:sz w:val="20"/>
        </w:rPr>
        <w:t>[sch vesp 466b]</w:t>
      </w:r>
    </w:p>
    <w:p>
      <w:r>
        <w:rPr>
          <w:rFonts w:ascii="Gentium Plus" w:hAnsi="Gentium Plus"/>
          <w:sz w:val="24"/>
        </w:rPr>
        <w:t>ὡς πονηρὸν ὄντα τὸν Ἀμυνίαν καὶ κομῶντα. R</w:t>
      </w:r>
    </w:p>
    <w:p>
      <w:r>
        <w:rPr>
          <w:rFonts w:ascii="Courier New" w:hAnsi="Courier New"/>
          <w:color w:val="555555"/>
          <w:sz w:val="20"/>
        </w:rPr>
        <w:t>[sch vesp 466c]</w:t>
      </w:r>
    </w:p>
    <w:p>
      <w:r>
        <w:rPr>
          <w:rFonts w:ascii="Gentium Plus" w:hAnsi="Gentium Plus"/>
          <w:sz w:val="24"/>
        </w:rPr>
        <w:t>κομηταμυνία: ὦ ἀσκήσει καὶ μελέτῃ πεπονημένε τῆς τυραννίδος. τὸ δὲ “κομηταμυνία” συνέθηκε παρὰ τὸ κομᾶν, ⸢ὅπερ V [ὅ ΓLhAld] ἐστὶ(τι) φρονεῖν μέγα—ἐκ δὲ τούτου δηλοῖ τὸ λακωνίζειν, παρόσον ⸢μεγάλα V [μέγα ΓLhAld] ἐφρόνουν οἱ Λάκωνες ⸢εἰς ἀνδρ(ε)ίαν VΓAld [ἐπ’ ἀνδρίᾳ Lh]</w:t>
      </w:r>
    </w:p>
    <w:p>
      <w:r>
        <w:rPr>
          <w:rFonts w:ascii="Courier New" w:hAnsi="Courier New"/>
          <w:color w:val="555555"/>
          <w:sz w:val="20"/>
        </w:rPr>
        <w:t>[5]</w:t>
      </w:r>
    </w:p>
    <w:p>
      <w:r>
        <w:rPr>
          <w:rFonts w:ascii="Gentium Plus" w:hAnsi="Gentium Plus"/>
          <w:sz w:val="24"/>
        </w:rPr>
        <w:t>—καὶ παρὰ τὸν Ἀμυνίαν, ὃς διεβάλλετο ὡς μισόδημος. VΓLhAld ἀμφότερα οὖν τὰ τῆς συνθέσεως εἰς οὐδὲν τείνει· ἢ ὡς ἐναντίον τῆς πόλεως ὄντα καὶ τύραννον. VΓAld</w:t>
      </w:r>
    </w:p>
    <w:p>
      <w:r>
        <w:rPr>
          <w:rFonts w:ascii="Courier New" w:hAnsi="Courier New"/>
          <w:color w:val="555555"/>
          <w:sz w:val="20"/>
        </w:rPr>
        <w:t>[sch vesp 466d]</w:t>
      </w:r>
    </w:p>
    <w:p>
      <w:r>
        <w:rPr>
          <w:rFonts w:ascii="Gentium Plus" w:hAnsi="Gentium Plus"/>
          <w:sz w:val="24"/>
        </w:rPr>
        <w:t>κομηταμυνία] μέγα φρονῶν, μισόδημε· διεβάλλετο γὰρ ὁ Ἀμυνίας ὡς μισόδημος. Lh</w:t>
      </w:r>
    </w:p>
    <w:p>
      <w:r>
        <w:rPr>
          <w:rFonts w:ascii="Courier New" w:hAnsi="Courier New"/>
          <w:color w:val="555555"/>
          <w:sz w:val="20"/>
        </w:rPr>
        <w:t>[sch vesp 467]</w:t>
      </w:r>
    </w:p>
    <w:p>
      <w:r>
        <w:rPr>
          <w:rFonts w:ascii="Gentium Plus" w:hAnsi="Gentium Plus"/>
          <w:sz w:val="24"/>
        </w:rPr>
        <w:t>τῶν νόμων] ⸢ἀντὶ Γ3 τοῦ δικάζειν. VΓ3Lh</w:t>
      </w:r>
    </w:p>
    <w:p>
      <w:r>
        <w:rPr>
          <w:rFonts w:ascii="Courier New" w:hAnsi="Courier New"/>
          <w:color w:val="555555"/>
          <w:sz w:val="20"/>
        </w:rPr>
        <w:t>[sch vesp 469a]</w:t>
      </w:r>
    </w:p>
    <w:p>
      <w:r>
        <w:rPr>
          <w:rFonts w:ascii="Gentium Plus" w:hAnsi="Gentium Plus"/>
          <w:sz w:val="24"/>
        </w:rPr>
        <w:t>λόγον εὐτράπελον: ⸢οὔτε VΓ3 ἀπολογίαν πιθανὴν καὶ εὖ τετραμ‐ μένην. VΓ3LhAld</w:t>
      </w:r>
    </w:p>
    <w:p>
      <w:r>
        <w:rPr>
          <w:rFonts w:ascii="Courier New" w:hAnsi="Courier New"/>
          <w:color w:val="555555"/>
          <w:sz w:val="20"/>
        </w:rPr>
        <w:t>[sch vesp 469b]</w:t>
      </w:r>
    </w:p>
    <w:p>
      <w:r>
        <w:rPr>
          <w:rFonts w:ascii="Gentium Plus" w:hAnsi="Gentium Plus"/>
          <w:sz w:val="24"/>
        </w:rPr>
        <w:t>εὐτράπελον: εὔστροφον.</w:t>
      </w:r>
    </w:p>
    <w:p>
      <w:r>
        <w:rPr>
          <w:rFonts w:ascii="Courier New" w:hAnsi="Courier New"/>
          <w:color w:val="555555"/>
          <w:sz w:val="20"/>
        </w:rPr>
        <w:t>[sch vesp 470]</w:t>
      </w:r>
    </w:p>
    <w:p>
      <w:r>
        <w:rPr>
          <w:rFonts w:ascii="Gentium Plus" w:hAnsi="Gentium Plus"/>
          <w:sz w:val="24"/>
        </w:rPr>
        <w:t>αὐτὸς ἄρχων: προκατάρχων τῆς τυραννίδος μόνος. VΓ3LhAld</w:t>
      </w:r>
    </w:p>
    <w:p>
      <w:r>
        <w:rPr>
          <w:rFonts w:ascii="Courier New" w:hAnsi="Courier New"/>
          <w:color w:val="555555"/>
          <w:sz w:val="20"/>
        </w:rPr>
        <w:t>[sch vesp 471]</w:t>
      </w:r>
    </w:p>
    <w:p>
      <w:r>
        <w:rPr>
          <w:rFonts w:ascii="Gentium Plus" w:hAnsi="Gentium Plus"/>
          <w:sz w:val="24"/>
        </w:rPr>
        <w:t>τῆς κατοξείας] ⸢τῆς VΓ3 σφοδρᾶς καὶ ⸢τῆς VΓ3 ὀξείας. VΓ3LhAld</w:t>
      </w:r>
    </w:p>
    <w:p>
      <w:r>
        <w:rPr>
          <w:rFonts w:ascii="Courier New" w:hAnsi="Courier New"/>
          <w:color w:val="555555"/>
          <w:sz w:val="20"/>
        </w:rPr>
        <w:t>[sch vesp 475a]</w:t>
      </w:r>
    </w:p>
    <w:p>
      <w:r>
        <w:rPr>
          <w:rFonts w:ascii="Gentium Plus" w:hAnsi="Gentium Plus"/>
          <w:sz w:val="24"/>
        </w:rPr>
        <w:t>καὶ ξυνὼν Βρασίδᾳ: ἀντὶ τοῦ λακωνίζων. VΓAld</w:t>
      </w:r>
    </w:p>
    <w:p>
      <w:r>
        <w:rPr>
          <w:rFonts w:ascii="Courier New" w:hAnsi="Courier New"/>
          <w:color w:val="555555"/>
          <w:sz w:val="20"/>
        </w:rPr>
        <w:t>[sch vesp 475b]</w:t>
      </w:r>
    </w:p>
    <w:p>
      <w:r>
        <w:rPr>
          <w:rFonts w:ascii="Gentium Plus" w:hAnsi="Gentium Plus"/>
          <w:sz w:val="24"/>
        </w:rPr>
        <w:t>ὅτι οἱ ⸢λακωνίζοντες τοιαῦτα VΓAld [Λάκωνες ταῦτα Lh] ἐπετή‐ δευον, ὥστε μακρὰ τὰ κράσπεδα φορεῖν, ὅ ἐστι τοὺς ⸢κροσούς V [κρωσσούς ΓLhAld]. VΓLhAld φαίνεται οὖν κατὰ τὸ λεγόμενον εἶναι ὡς λακωνίζων. VΓAld</w:t>
      </w:r>
    </w:p>
    <w:p>
      <w:r>
        <w:rPr>
          <w:rFonts w:ascii="Courier New" w:hAnsi="Courier New"/>
          <w:color w:val="555555"/>
          <w:sz w:val="20"/>
        </w:rPr>
        <w:t>[5]</w:t>
      </w:r>
    </w:p>
    <w:p>
      <w:r>
        <w:rPr>
          <w:rFonts w:ascii="Gentium Plus" w:hAnsi="Gentium Plus"/>
          <w:sz w:val="24"/>
        </w:rPr>
        <w:t>καὶ Βρασίδας γὰρ στρατηγὸς Λακε‐</w:t>
      </w:r>
    </w:p>
    <w:p>
      <w:r>
        <w:rPr>
          <w:rFonts w:ascii="Courier New" w:hAnsi="Courier New"/>
          <w:color w:val="555555"/>
          <w:sz w:val="20"/>
        </w:rPr>
        <w:t>[sch vesp 475b,col 2 (5)]</w:t>
      </w:r>
    </w:p>
    <w:p>
      <w:r>
        <w:rPr>
          <w:rFonts w:ascii="Gentium Plus" w:hAnsi="Gentium Plus"/>
          <w:sz w:val="24"/>
        </w:rPr>
        <w:t>οὗτος στρατηγὸς ἦν Λακεδαιμονίων.</w:t>
      </w:r>
    </w:p>
    <w:p>
      <w:r>
        <w:rPr>
          <w:rFonts w:ascii="Courier New" w:hAnsi="Courier New"/>
          <w:color w:val="555555"/>
          <w:sz w:val="20"/>
        </w:rPr>
        <w:t>[sch vesp 476*]</w:t>
      </w:r>
    </w:p>
    <w:p>
      <w:r>
        <w:rPr>
          <w:rFonts w:ascii="Gentium Plus" w:hAnsi="Gentium Plus"/>
          <w:sz w:val="24"/>
        </w:rPr>
        <w:t>ἐκ στεμμάτων δὲ ἀντὶ τοῦ ἐξ ⸢ἐρίων VLh [ἐρίου ΓAld]. VΓLhAld</w:t>
      </w:r>
    </w:p>
    <w:p>
      <w:r>
        <w:rPr>
          <w:rFonts w:ascii="Courier New" w:hAnsi="Courier New"/>
          <w:color w:val="555555"/>
          <w:sz w:val="20"/>
        </w:rPr>
        <w:t>[sch vesp 476a]</w:t>
      </w:r>
    </w:p>
    <w:p>
      <w:r>
        <w:rPr>
          <w:rFonts w:ascii="Gentium Plus" w:hAnsi="Gentium Plus"/>
          <w:sz w:val="24"/>
        </w:rPr>
        <w:t>ὅτι τῶν ἀρχαίων οἱ στέφανοι κατὰ τὸ ὄπισθεν μέρος κράσπεδα εἶχον. R</w:t>
      </w:r>
    </w:p>
    <w:p>
      <w:r>
        <w:rPr>
          <w:rFonts w:ascii="Courier New" w:hAnsi="Courier New"/>
          <w:color w:val="555555"/>
          <w:sz w:val="20"/>
        </w:rPr>
        <w:t>[sch vesp 476b]</w:t>
      </w:r>
    </w:p>
    <w:p>
      <w:r>
        <w:rPr>
          <w:rFonts w:ascii="Gentium Plus" w:hAnsi="Gentium Plus"/>
          <w:sz w:val="24"/>
        </w:rPr>
        <w:t>οὐχ ἱμάτια, ἀλλὰ κράσπεδα στεμμάτων· τοιαῦτα γὰρ φοροῦσιν οἱ Λάκωνες. VΓLhAld</w:t>
      </w:r>
    </w:p>
    <w:p>
      <w:r>
        <w:rPr>
          <w:rFonts w:ascii="Courier New" w:hAnsi="Courier New"/>
          <w:color w:val="555555"/>
          <w:sz w:val="20"/>
        </w:rPr>
        <w:t>[sch vesp 478]</w:t>
      </w:r>
    </w:p>
    <w:p>
      <w:r>
        <w:rPr>
          <w:rFonts w:ascii="Gentium Plus" w:hAnsi="Gentium Plus"/>
          <w:sz w:val="24"/>
        </w:rPr>
        <w:t>ἐκστῆναι] ⸢ἀντὶ τοῦ VΓ3 [ἤγουν Lh] μὴ ἔχειν ⸢τὸν V πατέρα. VΓ3Lh</w:t>
      </w:r>
    </w:p>
    <w:p>
      <w:r>
        <w:rPr>
          <w:rFonts w:ascii="Courier New" w:hAnsi="Courier New"/>
          <w:color w:val="555555"/>
          <w:sz w:val="20"/>
        </w:rPr>
        <w:t>[sch vesp 479a]</w:t>
      </w:r>
    </w:p>
    <w:p>
      <w:r>
        <w:rPr>
          <w:rFonts w:ascii="Gentium Plus" w:hAnsi="Gentium Plus"/>
          <w:sz w:val="24"/>
        </w:rPr>
        <w:t>ναυμαχεῖν: δέον εἰπεῖν μάχεσθαι. VΓ3LhAld</w:t>
      </w:r>
    </w:p>
    <w:p>
      <w:r>
        <w:rPr>
          <w:rFonts w:ascii="Courier New" w:hAnsi="Courier New"/>
          <w:color w:val="555555"/>
          <w:sz w:val="20"/>
        </w:rPr>
        <w:t>[sch vesp 479b]</w:t>
      </w:r>
    </w:p>
    <w:p>
      <w:r>
        <w:rPr>
          <w:rFonts w:ascii="Gentium Plus" w:hAnsi="Gentium Plus"/>
          <w:sz w:val="24"/>
        </w:rPr>
        <w:t>ὁσημέραι] πάντοτε. Lh</w:t>
      </w:r>
    </w:p>
    <w:p>
      <w:r>
        <w:rPr>
          <w:rFonts w:ascii="Courier New" w:hAnsi="Courier New"/>
          <w:color w:val="555555"/>
          <w:sz w:val="20"/>
        </w:rPr>
        <w:t>[sch vesp 480a]</w:t>
      </w:r>
    </w:p>
    <w:p>
      <w:r>
        <w:rPr>
          <w:rFonts w:ascii="Gentium Plus" w:hAnsi="Gentium Plus"/>
          <w:sz w:val="24"/>
        </w:rPr>
        <w:t>οὐδὲ ⸢μήν Γ [μέν Ald] γ’ οὐδ’ ἐν σελίνῳ: παροιμία ⸢ἐστὶ τὸ “οὐδ’ ἐν σελίνῳ” Lh ἐπὶ τῶν μηδὲ ⸢κατὰ VΓAld ⸢τοὐλάχιστον VΓ*Ald* [ἐλάχιστον(όν) lt] ⸢τι Lh διηνυκότων, οἷς ἐπέθεντο. μετενήνεκται δὲ ἀπὸ τῶν κήπων· ἐν γὰρ τοῖς λεγομένοις ⸢παρακήποις VΓAld [παρακηπίοις lt] τὰ</w:t>
      </w:r>
    </w:p>
    <w:p>
      <w:r>
        <w:rPr>
          <w:rFonts w:ascii="Courier New" w:hAnsi="Courier New"/>
          <w:color w:val="555555"/>
          <w:sz w:val="20"/>
        </w:rPr>
        <w:t>[5]</w:t>
      </w:r>
    </w:p>
    <w:p>
      <w:r>
        <w:rPr>
          <w:rFonts w:ascii="Gentium Plus" w:hAnsi="Gentium Plus"/>
          <w:sz w:val="24"/>
        </w:rPr>
        <w:t>σέλινα καὶ πήγανα ⸢κατεφύτευον VΓAld [καταφυτεύεται lt] ⸢ἔμπροσθεν, ἑξῆς δὲ καὶ τἄλλα τῶν λαχάνων lt. VΓltAld βούλεται οὖν λέγειν ⸢, ὅτι Lh “οὔπω οὐδὲ ἀρχὴν ἔχεις τοῦ πράγματος”, ⸢καθάπερ VΓAld [ὥσπερ Lh] οἱ ἐν τοῖς κήποις εἰσιόντες ⸢πρῶτον Lh ἐν τοῖς σελίνοις εἰσίν. VΓLhAld</w:t>
      </w:r>
    </w:p>
    <w:p>
      <w:r>
        <w:rPr>
          <w:rFonts w:ascii="Courier New" w:hAnsi="Courier New"/>
          <w:color w:val="555555"/>
          <w:sz w:val="20"/>
        </w:rPr>
        <w:t>[sch vesp 480b]</w:t>
      </w:r>
    </w:p>
    <w:p>
      <w:r>
        <w:rPr>
          <w:rFonts w:ascii="Gentium Plus" w:hAnsi="Gentium Plus"/>
          <w:sz w:val="24"/>
        </w:rPr>
        <w:t>μέν γ’ κτλ.] ἤγουν οὔπω οὐδὲ ἀρχὴν ἔχεις τοῦ πράγματος. Lh</w:t>
      </w:r>
    </w:p>
    <w:p>
      <w:r>
        <w:rPr>
          <w:rFonts w:ascii="Courier New" w:hAnsi="Courier New"/>
          <w:color w:val="555555"/>
          <w:sz w:val="20"/>
        </w:rPr>
        <w:t>[sch vesp 480c]</w:t>
      </w:r>
    </w:p>
    <w:p>
      <w:r>
        <w:rPr>
          <w:rFonts w:ascii="Gentium Plus" w:hAnsi="Gentium Plus"/>
          <w:sz w:val="24"/>
        </w:rPr>
        <w:t>ἀντὶ τοῦ ἐν γυμνικῷ ἀγῶνι· ἢ οὐκ ἐν παιδιᾷ, VΓAld παρόσον τὰ βρέφη γεννηθέντα εὐθὺς ἐν σελίνοις ἐτίθεσαν. RVΓAld τὸ δὲ πήγανον εἶπεν, ἐπειδὴ καὶ σέλινον προέταξεν· ὅθεν καὶ ἡ παροιμία “οὐδ’ ἐν σελίνοις ἐστίν”. φησὶν οὖν, ὅτι “οὔπω σοι οὐδὲ ἀρχὴ γέγονε τῶν παρ’ ἡμῶν ἐσομένων”. VΓAld</w:t>
      </w:r>
    </w:p>
    <w:p>
      <w:r>
        <w:rPr>
          <w:rFonts w:ascii="Courier New" w:hAnsi="Courier New"/>
          <w:color w:val="555555"/>
          <w:sz w:val="20"/>
        </w:rPr>
        <w:t>[sch vesp 481a]</w:t>
      </w:r>
    </w:p>
    <w:p>
      <w:r>
        <w:rPr>
          <w:rFonts w:ascii="Gentium Plus" w:hAnsi="Gentium Plus"/>
          <w:sz w:val="24"/>
        </w:rPr>
        <w:t>τῶν τριχοινίκων ἐπῶν: ⸢ἀντὶ τοῦ VΓLhAld τῶν εὐτελῶν. RVΓLhAld τὰ τοιαῦτα παρὰ τὰς φωνὰς παίζει, φορτικοῦ ὄντος ⸢ἀγοραίοις V,</w:t>
      </w:r>
    </w:p>
    <w:p>
      <w:r>
        <w:rPr>
          <w:rFonts w:ascii="Courier New" w:hAnsi="Courier New"/>
          <w:color w:val="555555"/>
          <w:sz w:val="20"/>
        </w:rPr>
        <w:t>[sch vesp 481b]</w:t>
      </w:r>
    </w:p>
    <w:p>
      <w:r>
        <w:rPr>
          <w:rFonts w:ascii="Gentium Plus" w:hAnsi="Gentium Plus"/>
          <w:sz w:val="24"/>
        </w:rPr>
        <w:t>ἀντὶ τοῦ τῶν εὐτελῶν στίχων. τοῦτο δέ φησιν, ἐπεὶ ἐξ εὐτελοῦς παροιμίας ἤρξατο, τῆς τῶν κήπων. τριχοινίκων οὖν ἀντὶ τοῦ VΓAld τριῶν χοινίκων ἀξίων. VΓLhAld χοῖνιξ γὰρ εἶδος μέτρου. Lh</w:t>
      </w:r>
    </w:p>
    <w:p>
      <w:r>
        <w:rPr>
          <w:rFonts w:ascii="Courier New" w:hAnsi="Courier New"/>
          <w:color w:val="555555"/>
          <w:sz w:val="20"/>
        </w:rPr>
        <w:t>[sch vesp 482]</w:t>
      </w:r>
    </w:p>
    <w:p>
      <w:r>
        <w:rPr>
          <w:rFonts w:ascii="Gentium Plus" w:hAnsi="Gentium Plus"/>
          <w:sz w:val="24"/>
        </w:rPr>
        <w:t>συνήγορος] ῥήτωρ. Γ3LhAld</w:t>
      </w:r>
    </w:p>
    <w:p>
      <w:r>
        <w:rPr>
          <w:rFonts w:ascii="Courier New" w:hAnsi="Courier New"/>
          <w:color w:val="555555"/>
          <w:sz w:val="20"/>
        </w:rPr>
        <w:t>[sch vesp 483a]</w:t>
      </w:r>
    </w:p>
    <w:p>
      <w:r>
        <w:rPr>
          <w:rFonts w:ascii="Gentium Plus" w:hAnsi="Gentium Plus"/>
          <w:sz w:val="24"/>
        </w:rPr>
        <w:t>καταντλῇ] καταχέῃ (.) Γ3LhAld ⸢, κατηγορῇ. LhAld</w:t>
      </w:r>
    </w:p>
    <w:p>
      <w:r>
        <w:rPr>
          <w:rFonts w:ascii="Courier New" w:hAnsi="Courier New"/>
          <w:color w:val="555555"/>
          <w:sz w:val="20"/>
        </w:rPr>
        <w:t>[sch vesp 483b]</w:t>
      </w:r>
    </w:p>
    <w:p>
      <w:r>
        <w:rPr>
          <w:rFonts w:ascii="Gentium Plus" w:hAnsi="Gentium Plus"/>
          <w:sz w:val="24"/>
        </w:rPr>
        <w:t>ξυνωμότας] πληθυντικὸν ἀντὶ ἑνικοῦ. VΓ3</w:t>
      </w:r>
    </w:p>
    <w:p>
      <w:r>
        <w:rPr>
          <w:rFonts w:ascii="Courier New" w:hAnsi="Courier New"/>
          <w:color w:val="555555"/>
          <w:sz w:val="20"/>
        </w:rPr>
        <w:t>[sch vesp 485]</w:t>
      </w:r>
    </w:p>
    <w:p>
      <w:r>
        <w:rPr>
          <w:rFonts w:ascii="Gentium Plus" w:hAnsi="Gentium Plus"/>
          <w:sz w:val="24"/>
        </w:rPr>
        <w:t>δέρεσθαι καὶ δέρειν: ⸢δέρεσθαι καὶ δέρειν ΓAld [ταῦτα Lh] ἐπὶ τοῦ τύπτεσθαι ⸢λαμβάνεται Lh. ΓLhAld</w:t>
      </w:r>
    </w:p>
    <w:p>
      <w:r>
        <w:rPr>
          <w:rFonts w:ascii="Courier New" w:hAnsi="Courier New"/>
          <w:color w:val="555555"/>
          <w:sz w:val="20"/>
        </w:rPr>
        <w:t>[sch vesp 486]</w:t>
      </w:r>
    </w:p>
    <w:p>
      <w:r>
        <w:rPr>
          <w:rFonts w:ascii="Gentium Plus" w:hAnsi="Gentium Plus"/>
          <w:sz w:val="24"/>
        </w:rPr>
        <w:t>ἕως ἄν τί μου: ⸢ἀντὶ τοῦ Γ3LhAld ἕως ⸢ἂν LhAld λείψανόν μου ⸢ὑπολείπεται VΓ3 [ὑπολέλειπται Lh ὑπολείπηται Ald]. VΓ3LhAld</w:t>
      </w:r>
    </w:p>
    <w:p>
      <w:r>
        <w:rPr>
          <w:rFonts w:ascii="Courier New" w:hAnsi="Courier New"/>
          <w:color w:val="555555"/>
          <w:sz w:val="20"/>
        </w:rPr>
        <w:t>[sch vesp 487]</w:t>
      </w:r>
    </w:p>
    <w:p>
      <w:r>
        <w:rPr>
          <w:rFonts w:ascii="Gentium Plus" w:hAnsi="Gentium Plus"/>
          <w:sz w:val="24"/>
        </w:rPr>
        <w:t>ἐστάλης] ⸢ὅστις ἐστάλης Γ3 ἐπὶ τῷ τυραννῆσαι ἡμῶν. Γ3Lh</w:t>
      </w:r>
    </w:p>
    <w:p>
      <w:r>
        <w:rPr>
          <w:rFonts w:ascii="Courier New" w:hAnsi="Courier New"/>
          <w:color w:val="555555"/>
          <w:sz w:val="20"/>
        </w:rPr>
        <w:t>[sch vesp 488]</w:t>
      </w:r>
    </w:p>
    <w:p>
      <w:r>
        <w:rPr>
          <w:rFonts w:ascii="Gentium Plus" w:hAnsi="Gentium Plus"/>
          <w:sz w:val="24"/>
        </w:rPr>
        <w:t>καὶ ξυνωμόται: ὡς αὐτῶν συνεχῶς λεγόντων VΓLhAld , ὅτι ταῦτα τυραννίς ἐστι καὶ ξυνω‐</w:t>
      </w:r>
    </w:p>
    <w:p>
      <w:r>
        <w:rPr>
          <w:rFonts w:ascii="Courier New" w:hAnsi="Courier New"/>
          <w:color w:val="555555"/>
          <w:sz w:val="20"/>
        </w:rPr>
        <w:t>[sch vesp 488,col 2 (2)]</w:t>
      </w:r>
    </w:p>
    <w:p>
      <w:r>
        <w:rPr>
          <w:rFonts w:ascii="Gentium Plus" w:hAnsi="Gentium Plus"/>
          <w:sz w:val="24"/>
        </w:rPr>
        <w:t>ταῦτα καὶ οὗτος εἴρηκεν. Lh</w:t>
      </w:r>
    </w:p>
    <w:p>
      <w:r>
        <w:rPr>
          <w:rFonts w:ascii="Courier New" w:hAnsi="Courier New"/>
          <w:color w:val="555555"/>
          <w:sz w:val="20"/>
        </w:rPr>
        <w:t>[sch vesp 488 (4)]</w:t>
      </w:r>
    </w:p>
    <w:p>
      <w:r>
        <w:rPr>
          <w:rFonts w:ascii="Gentium Plus" w:hAnsi="Gentium Plus"/>
          <w:sz w:val="24"/>
        </w:rPr>
        <w:t>οὐδὲν ⸢γὰ Lh ἄλλο, φησίν, μεμελέτηται ὑμῖν ⸢εἰ μὴ V [ἢ ΓLhAld] ταῦτα (.)</w:t>
      </w:r>
    </w:p>
    <w:p>
      <w:r>
        <w:rPr>
          <w:rFonts w:ascii="Courier New" w:hAnsi="Courier New"/>
          <w:color w:val="555555"/>
          <w:sz w:val="20"/>
        </w:rPr>
        <w:t>[5]</w:t>
      </w:r>
    </w:p>
    <w:p>
      <w:r>
        <w:rPr>
          <w:rFonts w:ascii="Gentium Plus" w:hAnsi="Gentium Plus"/>
          <w:sz w:val="24"/>
        </w:rPr>
        <w:t>VΓLhAld λέγειν, τὸ “τυραννὶς καὶ ξυνωμόται”. Lh</w:t>
      </w:r>
    </w:p>
    <w:p>
      <w:r>
        <w:rPr>
          <w:rFonts w:ascii="Courier New" w:hAnsi="Courier New"/>
          <w:color w:val="555555"/>
          <w:sz w:val="20"/>
        </w:rPr>
        <w:t>[sch vesp 490a]</w:t>
      </w:r>
    </w:p>
    <w:p>
      <w:r>
        <w:rPr>
          <w:rFonts w:ascii="Gentium Plus" w:hAnsi="Gentium Plus"/>
          <w:sz w:val="24"/>
        </w:rPr>
        <w:t>πεντήκοντ’ ἐτῶν: ἀντὶ τοῦ εἰς πεντηκοστὸν ἔτος καὶ ἐκ πολλοῦ χρόνου οὐκ ᾔδειν ⸢τοῦτο V τὸ ὄνομα τῆς τυραννίδος. VΓAld</w:t>
      </w:r>
    </w:p>
    <w:p>
      <w:r>
        <w:rPr>
          <w:rFonts w:ascii="Courier New" w:hAnsi="Courier New"/>
          <w:color w:val="555555"/>
          <w:sz w:val="20"/>
        </w:rPr>
        <w:t>[sch vesp 490b]</w:t>
      </w:r>
    </w:p>
    <w:p>
      <w:r>
        <w:rPr>
          <w:rFonts w:ascii="Gentium Plus" w:hAnsi="Gentium Plus"/>
          <w:sz w:val="24"/>
        </w:rPr>
        <w:t>ἐγὼ δὲ οὐκ ἤκουσα τὸ ὄνομα τοῦτο τῆς τυραννίδος ἐκ πολλοῦ χρόνου, οὐδὲ εἰς πεντηκοστὸν ἔτος. Lh</w:t>
      </w:r>
    </w:p>
    <w:p>
      <w:r>
        <w:rPr>
          <w:rFonts w:ascii="Courier New" w:hAnsi="Courier New"/>
          <w:color w:val="555555"/>
          <w:sz w:val="20"/>
        </w:rPr>
        <w:t>[sch vesp 490c]</w:t>
      </w:r>
    </w:p>
    <w:p>
      <w:r>
        <w:rPr>
          <w:rFonts w:ascii="Gentium Plus" w:hAnsi="Gentium Plus"/>
          <w:sz w:val="24"/>
        </w:rPr>
        <w:t>πεντήκοντ’] ἐπί. Lh</w:t>
      </w:r>
    </w:p>
    <w:p>
      <w:r>
        <w:rPr>
          <w:rFonts w:ascii="Courier New" w:hAnsi="Courier New"/>
          <w:color w:val="555555"/>
          <w:sz w:val="20"/>
        </w:rPr>
        <w:t>[sch vesp 491]</w:t>
      </w:r>
    </w:p>
    <w:p>
      <w:r>
        <w:rPr>
          <w:rFonts w:ascii="Gentium Plus" w:hAnsi="Gentium Plus"/>
          <w:sz w:val="24"/>
        </w:rPr>
        <w:t>ἀξιωτέρα: εὐωνοτέρα καὶ ἐν ἀγορᾷ εἰθισμένη λέγεσθαι. VΓLhAld</w:t>
      </w:r>
    </w:p>
    <w:p>
      <w:r>
        <w:rPr>
          <w:rFonts w:ascii="Courier New" w:hAnsi="Courier New"/>
          <w:color w:val="555555"/>
          <w:sz w:val="20"/>
        </w:rPr>
        <w:t>[sch vesp 492]</w:t>
      </w:r>
    </w:p>
    <w:p>
      <w:r>
        <w:rPr>
          <w:rFonts w:ascii="Gentium Plus" w:hAnsi="Gentium Plus"/>
          <w:sz w:val="24"/>
        </w:rPr>
        <w:t>κυλίνδεται] περιφέρεται. LhAld</w:t>
      </w:r>
    </w:p>
    <w:p>
      <w:r>
        <w:rPr>
          <w:rFonts w:ascii="Courier New" w:hAnsi="Courier New"/>
          <w:color w:val="555555"/>
          <w:sz w:val="20"/>
        </w:rPr>
        <w:t>[sch vesp 493a]</w:t>
      </w:r>
    </w:p>
    <w:p>
      <w:r>
        <w:rPr>
          <w:rFonts w:ascii="Gentium Plus" w:hAnsi="Gentium Plus"/>
          <w:sz w:val="24"/>
        </w:rPr>
        <w:t>εἶδος ἰχθύος. R</w:t>
      </w:r>
    </w:p>
    <w:p>
      <w:r>
        <w:rPr>
          <w:rFonts w:ascii="Courier New" w:hAnsi="Courier New"/>
          <w:color w:val="555555"/>
          <w:sz w:val="20"/>
        </w:rPr>
        <w:t>[sch vesp 493b]</w:t>
      </w:r>
    </w:p>
    <w:p>
      <w:r>
        <w:rPr>
          <w:rFonts w:ascii="Gentium Plus" w:hAnsi="Gentium Plus"/>
          <w:sz w:val="24"/>
        </w:rPr>
        <w:t>ὀρφῶς] ἰχθῦς οὕτω καλούμενος. Lh</w:t>
      </w:r>
    </w:p>
    <w:p>
      <w:r>
        <w:rPr>
          <w:rFonts w:ascii="Courier New" w:hAnsi="Courier New"/>
          <w:color w:val="555555"/>
          <w:sz w:val="20"/>
        </w:rPr>
        <w:t>[sch vesp 493c]</w:t>
      </w:r>
    </w:p>
    <w:p>
      <w:r>
        <w:rPr>
          <w:rFonts w:ascii="Gentium Plus" w:hAnsi="Gentium Plus"/>
          <w:sz w:val="24"/>
        </w:rPr>
        <w:t>τὸ ὀρφῶς καὶ λαγῶς περισπῶσιν Ἀττικοί. R</w:t>
      </w:r>
    </w:p>
    <w:p>
      <w:r>
        <w:rPr>
          <w:rFonts w:ascii="Courier New" w:hAnsi="Courier New"/>
          <w:color w:val="555555"/>
          <w:sz w:val="20"/>
        </w:rPr>
        <w:t>[sch vesp 493d]</w:t>
      </w:r>
    </w:p>
    <w:p>
      <w:r>
        <w:rPr>
          <w:rFonts w:ascii="Gentium Plus" w:hAnsi="Gentium Plus"/>
          <w:sz w:val="24"/>
        </w:rPr>
        <w:t>ὀρφῶς: ἐν τοῖς πλείστοις ⸢τῶν ἀντιγράφων Lh “ὀρφῶς” ⸢εὕρηται Lh, ἔν τισι δὲ ⸢καὶ Lh ὀρφούς”. μήποτε δὲ καὶ τὸ ἑνικὸν τοῦ ἰχθύος οὕτως ἔλεγον ⸢, “ὀρφώς” LhAld, ὡς ταώς καὶ λαγώς. VΓLhAld</w:t>
      </w:r>
    </w:p>
    <w:p>
      <w:r>
        <w:rPr>
          <w:rFonts w:ascii="Courier New" w:hAnsi="Courier New"/>
          <w:color w:val="555555"/>
          <w:sz w:val="20"/>
        </w:rPr>
        <w:t>[sch vesp 493e]</w:t>
      </w:r>
    </w:p>
    <w:p>
      <w:r>
        <w:rPr>
          <w:rFonts w:ascii="Gentium Plus" w:hAnsi="Gentium Plus"/>
          <w:sz w:val="24"/>
        </w:rPr>
        <w:t>μεμβρὰς δὲ εἶδος ἀφύας. (ex Su. s.h.v., III 359, 10)</w:t>
      </w:r>
    </w:p>
    <w:p>
      <w:r>
        <w:rPr>
          <w:rFonts w:ascii="Courier New" w:hAnsi="Courier New"/>
          <w:color w:val="555555"/>
          <w:sz w:val="20"/>
        </w:rPr>
        <w:t>[sch vesp 494]</w:t>
      </w:r>
    </w:p>
    <w:p>
      <w:r>
        <w:rPr>
          <w:rFonts w:ascii="Gentium Plus" w:hAnsi="Gentium Plus"/>
          <w:sz w:val="24"/>
        </w:rPr>
        <w:t>εἴρηχ’] εἴρηκεν. Lh</w:t>
      </w:r>
    </w:p>
    <w:p>
      <w:r>
        <w:rPr>
          <w:rFonts w:ascii="Courier New" w:hAnsi="Courier New"/>
          <w:color w:val="555555"/>
          <w:sz w:val="20"/>
        </w:rPr>
        <w:t>[sch vesp 496a]</w:t>
      </w:r>
    </w:p>
    <w:p>
      <w:r>
        <w:rPr>
          <w:rFonts w:ascii="Gentium Plus" w:hAnsi="Gentium Plus"/>
          <w:sz w:val="24"/>
        </w:rPr>
        <w:t>ἥδυσμά τι: ⸢πρὸς VΓAld τὸ γήτειον ⸢· ὅτι VΓAld ἥδυσμά ⸢τί Lh ἐστιν, οὐχ, ὡς ἔν τισιν ἀναγραφαῖς τῶν λέξεων, ⸢ἀνθερίκῳ ΓAld ⸢ἀνθερικῷ V*Lh] τι ὅμοιον· ἐν Ἱππεῦσι δὲ εἴρηται περὶ αὐτοῦ. VΓLhAld</w:t>
      </w:r>
    </w:p>
    <w:p>
      <w:r>
        <w:rPr>
          <w:rFonts w:ascii="Courier New" w:hAnsi="Courier New"/>
          <w:color w:val="555555"/>
          <w:sz w:val="20"/>
        </w:rPr>
        <w:t>[sch vesp 496b]</w:t>
      </w:r>
    </w:p>
    <w:p>
      <w:r>
        <w:rPr>
          <w:rFonts w:ascii="Gentium Plus" w:hAnsi="Gentium Plus"/>
          <w:sz w:val="24"/>
        </w:rPr>
        <w:t>ἔστι γὰρ εἶδος ... πράσῳ. (ex Su. s.v. γήτεια, I 524, 18)</w:t>
      </w:r>
    </w:p>
    <w:p>
      <w:r>
        <w:rPr>
          <w:rFonts w:ascii="Courier New" w:hAnsi="Courier New"/>
          <w:color w:val="555555"/>
          <w:sz w:val="20"/>
        </w:rPr>
        <w:t>[sch vesp 497]</w:t>
      </w:r>
    </w:p>
    <w:p>
      <w:r>
        <w:rPr>
          <w:rFonts w:ascii="Gentium Plus" w:hAnsi="Gentium Plus"/>
          <w:sz w:val="24"/>
        </w:rPr>
        <w:t>παραβλέψασά φησι: τῷ ⸢ἑτέρῳ VΓAld [ἑνὶ Lh] ὀφθαλμῷ VΓLhAld αὐτόν, φησίν, χαλεπῶς ὑποβλεψα‐ μένη φησίν· (498) “σοῦ ἐστι τὸ</w:t>
      </w:r>
    </w:p>
    <w:p>
      <w:r>
        <w:rPr>
          <w:rFonts w:ascii="Courier New" w:hAnsi="Courier New"/>
          <w:color w:val="555555"/>
          <w:sz w:val="20"/>
        </w:rPr>
        <w:t>[5]</w:t>
      </w:r>
    </w:p>
    <w:p>
      <w:r>
        <w:rPr>
          <w:rFonts w:ascii="Gentium Plus" w:hAnsi="Gentium Plus"/>
          <w:sz w:val="24"/>
        </w:rPr>
        <w:t>τοῦτο φαγεῖν;” VΓAld</w:t>
      </w:r>
    </w:p>
    <w:p>
      <w:r>
        <w:rPr>
          <w:rFonts w:ascii="Courier New" w:hAnsi="Courier New"/>
          <w:color w:val="555555"/>
          <w:sz w:val="20"/>
        </w:rPr>
        <w:t>[sch vesp 497,col 2 (3)]</w:t>
      </w:r>
    </w:p>
    <w:p>
      <w:r>
        <w:rPr>
          <w:rFonts w:ascii="Gentium Plus" w:hAnsi="Gentium Plus"/>
          <w:sz w:val="24"/>
        </w:rPr>
        <w:t>ὑποβλεψαμένη ἀγρίως καὶ χαλεπῶς,</w:t>
      </w:r>
    </w:p>
    <w:p>
      <w:r>
        <w:rPr>
          <w:rFonts w:ascii="Courier New" w:hAnsi="Courier New"/>
          <w:color w:val="555555"/>
          <w:sz w:val="20"/>
        </w:rPr>
        <w:t>[sch vesp 497 (6)]</w:t>
      </w:r>
    </w:p>
    <w:p>
      <w:r>
        <w:rPr>
          <w:rFonts w:ascii="Gentium Plus" w:hAnsi="Gentium Plus"/>
          <w:sz w:val="24"/>
        </w:rPr>
        <w:t>ὡς οὐκ ἄξιον ἡγουμένη τὸν τυχόντα φαγεῖν ⸢τὸ Lh γήτειον. VΓLhAld</w:t>
      </w:r>
    </w:p>
    <w:p>
      <w:r>
        <w:rPr>
          <w:rFonts w:ascii="Courier New" w:hAnsi="Courier New"/>
          <w:color w:val="555555"/>
          <w:sz w:val="20"/>
        </w:rPr>
        <w:t>[sch vesp 499a]</w:t>
      </w:r>
    </w:p>
    <w:p>
      <w:r>
        <w:rPr>
          <w:rFonts w:ascii="Gentium Plus" w:hAnsi="Gentium Plus"/>
          <w:sz w:val="24"/>
        </w:rPr>
        <w:t>ἢ νομίζεις τὰς Ἀθήνας: φησίν, ὅτι “διὰ σὲ φύουσιν αἱ Ἀθῆναι ἡδύσματα.” VΓAld</w:t>
      </w:r>
    </w:p>
    <w:p>
      <w:r>
        <w:rPr>
          <w:rFonts w:ascii="Courier New" w:hAnsi="Courier New"/>
          <w:color w:val="555555"/>
          <w:sz w:val="20"/>
        </w:rPr>
        <w:t>[sch vesp 499b]</w:t>
      </w:r>
    </w:p>
    <w:p>
      <w:r>
        <w:rPr>
          <w:rFonts w:ascii="Gentium Plus" w:hAnsi="Gentium Plus"/>
          <w:sz w:val="24"/>
        </w:rPr>
        <w:t>σοὶ ... ἡδύσματα] ἤγουν διὰ σὲ τὰ ἡδύσματα ταῦτα φύειν. Lh</w:t>
      </w:r>
    </w:p>
    <w:p>
      <w:r>
        <w:rPr>
          <w:rFonts w:ascii="Courier New" w:hAnsi="Courier New"/>
          <w:color w:val="555555"/>
          <w:sz w:val="20"/>
        </w:rPr>
        <w:t>[sch vesp 500]</w:t>
      </w:r>
    </w:p>
    <w:p>
      <w:r>
        <w:rPr>
          <w:rFonts w:ascii="Gentium Plus" w:hAnsi="Gentium Plus"/>
          <w:sz w:val="24"/>
        </w:rPr>
        <w:t>τῆς] ἐπί. Lh</w:t>
      </w:r>
    </w:p>
    <w:p>
      <w:r>
        <w:rPr>
          <w:rFonts w:ascii="Courier New" w:hAnsi="Courier New"/>
          <w:color w:val="555555"/>
          <w:sz w:val="20"/>
        </w:rPr>
        <w:t>[sch vesp 501]</w:t>
      </w:r>
    </w:p>
    <w:p>
      <w:r>
        <w:rPr>
          <w:rFonts w:ascii="Gentium Plus" w:hAnsi="Gentium Plus"/>
          <w:sz w:val="24"/>
        </w:rPr>
        <w:t>κελητίζειν δὲ κυρίως τὸ κέλητα ... εἰδώς. (ex Su. s.v. κελητίζειν, III 92, 27sq.)</w:t>
      </w:r>
    </w:p>
    <w:p>
      <w:r>
        <w:rPr>
          <w:rFonts w:ascii="Courier New" w:hAnsi="Courier New"/>
          <w:color w:val="555555"/>
          <w:sz w:val="20"/>
        </w:rPr>
        <w:t>[sch vesp 502a]</w:t>
      </w:r>
    </w:p>
    <w:p>
      <w:r>
        <w:rPr>
          <w:rFonts w:ascii="Gentium Plus" w:hAnsi="Gentium Plus"/>
          <w:sz w:val="24"/>
        </w:rPr>
        <w:t>εἰ τὴν Ἱππίου καθίσταμαι: ἀντὶ τοῦ εἰ καταστῆσαι βούλομαι ἐμαυτῷ τυραννίδα. ΓLhAld</w:t>
      </w:r>
    </w:p>
    <w:p>
      <w:r>
        <w:rPr>
          <w:rFonts w:ascii="Courier New" w:hAnsi="Courier New"/>
          <w:color w:val="555555"/>
          <w:sz w:val="20"/>
        </w:rPr>
        <w:t>[sch vesp 502b]</w:t>
      </w:r>
    </w:p>
    <w:p>
      <w:r>
        <w:rPr>
          <w:rFonts w:ascii="Gentium Plus" w:hAnsi="Gentium Plus"/>
          <w:sz w:val="24"/>
        </w:rPr>
        <w:t>οὗτος ⸢ὁ Ἱππίας Lh τύραννος δεινός(–ὸς) ⸢ἐγένετο Lh, τοῦ πατρὸς Πεισιστράτου τυραννικώτερος. VΓLhAld</w:t>
      </w:r>
    </w:p>
    <w:p>
      <w:r>
        <w:rPr>
          <w:rFonts w:ascii="Courier New" w:hAnsi="Courier New"/>
          <w:color w:val="555555"/>
          <w:sz w:val="20"/>
        </w:rPr>
        <w:t>[sch vesp 502c]</w:t>
      </w:r>
    </w:p>
    <w:p>
      <w:r>
        <w:rPr>
          <w:rFonts w:ascii="Gentium Plus" w:hAnsi="Gentium Plus"/>
          <w:sz w:val="24"/>
        </w:rPr>
        <w:t>ὁ Ἱππίας ἐτυράννησεν, οὐχ ὁ Ἵππαρχος· VΓAld κοινῶς δὲ πάντες οἱ Πεισιστρατίδαι τύραννοι ἐλέγοντο. παίζων δὲ ⸢καὶ ΓAld ἅμα πρὸς τὸ τῆς συνουσίας</w:t>
      </w:r>
    </w:p>
    <w:p>
      <w:r>
        <w:rPr>
          <w:rFonts w:ascii="Courier New" w:hAnsi="Courier New"/>
          <w:color w:val="555555"/>
          <w:sz w:val="20"/>
        </w:rPr>
        <w:t>[5]</w:t>
      </w:r>
    </w:p>
    <w:p>
      <w:r>
        <w:rPr>
          <w:rFonts w:ascii="Gentium Plus" w:hAnsi="Gentium Plus"/>
          <w:sz w:val="24"/>
        </w:rPr>
        <w:t>σχῆμα τὸν Ἱππίαν παρέλαβεν.</w:t>
      </w:r>
    </w:p>
    <w:p>
      <w:r>
        <w:rPr>
          <w:rFonts w:ascii="Courier New" w:hAnsi="Courier New"/>
          <w:color w:val="555555"/>
          <w:sz w:val="20"/>
        </w:rPr>
        <w:t>[sch vesp 502c,col 2 (2)]</w:t>
      </w:r>
    </w:p>
    <w:p>
      <w:r>
        <w:rPr>
          <w:rFonts w:ascii="Gentium Plus" w:hAnsi="Gentium Plus"/>
          <w:sz w:val="24"/>
        </w:rPr>
        <w:t>τούτου δὲ μόνου τυραννήσαντος πάν‐ τες οἱ Πεισιστρατίδαι τέσσαρες κατ’ ἐνίους ὄντες τύραννοι ἐλέγοντο. ἅμα</w:t>
      </w:r>
    </w:p>
    <w:p>
      <w:r>
        <w:rPr>
          <w:rFonts w:ascii="Courier New" w:hAnsi="Courier New"/>
          <w:color w:val="555555"/>
          <w:sz w:val="20"/>
        </w:rPr>
        <w:t>[5]</w:t>
      </w:r>
    </w:p>
    <w:p>
      <w:r>
        <w:rPr>
          <w:rFonts w:ascii="Gentium Plus" w:hAnsi="Gentium Plus"/>
          <w:sz w:val="24"/>
        </w:rPr>
        <w:t>δὲ καὶ πρὸς συνουσίας σχῆμα τοῦτο</w:t>
      </w:r>
    </w:p>
    <w:p>
      <w:r>
        <w:rPr>
          <w:rFonts w:ascii="Courier New" w:hAnsi="Courier New"/>
          <w:color w:val="555555"/>
          <w:sz w:val="20"/>
        </w:rPr>
        <w:t>[sch vesp 502d]</w:t>
      </w:r>
    </w:p>
    <w:p>
      <w:r>
        <w:rPr>
          <w:rFonts w:ascii="Gentium Plus" w:hAnsi="Gentium Plus"/>
          <w:sz w:val="24"/>
        </w:rPr>
        <w:t>χαλεπὴ ⸢γὰρ V [δὲ ΓAld] ἡ Ἱππίου τυραννὶς ἐδόκει ⸢γεγονέναι V [εἶναι ΓAld], πολὺ τῆς τοῦ πατρὸς Πεισιστράτου χείρων. μνημονεύει δὲ αὐτοῦ καὶ ἐν Λυσιστράτῃ. εἰκότως δὲ τεσσάρων ὄντων κατ’ ἐνίους τῶν Πεισιστρατι‐ δῶν τὸν Ἱππίαν παρέλαβεν· πρεσβύτατος γὰρ ἦν αὐτὸς καὶ τὴν τυραννίδα εἶχεν,</w:t>
      </w:r>
    </w:p>
    <w:p>
      <w:r>
        <w:rPr>
          <w:rFonts w:ascii="Courier New" w:hAnsi="Courier New"/>
          <w:color w:val="555555"/>
          <w:sz w:val="20"/>
        </w:rPr>
        <w:t>[5]</w:t>
      </w:r>
    </w:p>
    <w:p>
      <w:r>
        <w:rPr>
          <w:rFonts w:ascii="Gentium Plus" w:hAnsi="Gentium Plus"/>
          <w:sz w:val="24"/>
        </w:rPr>
        <w:t>καθὰ καὶ Θουκυδίδης φησίν. VΓAld ⸢ἐδόκει V [δοκεῖ ΓLhAld] δὲ ἡ τυραννὶς ⸢καταστῆναι VΓ Ald [συστῆναι Lh], ὥς φησιν Ἐρατοσθένης, ⸢ἐπὶ VΓAld ἔτη νʹ ⸢τἀκριβοῦς V*Lh [τοῦ ἀκριβοῦς ΓAld] διαμαρτάνων (.) VΓLhAld Ἀριστοτέλους μὲν †τεσσαράκοντα καὶ ἓν† φήσαντος, Ἡροδότου δὲ ἓξ</w:t>
      </w:r>
    </w:p>
    <w:p>
      <w:r>
        <w:rPr>
          <w:rFonts w:ascii="Courier New" w:hAnsi="Courier New"/>
          <w:color w:val="555555"/>
          <w:sz w:val="20"/>
        </w:rPr>
        <w:t>[10]</w:t>
      </w:r>
    </w:p>
    <w:p>
      <w:r>
        <w:rPr>
          <w:rFonts w:ascii="Gentium Plus" w:hAnsi="Gentium Plus"/>
          <w:sz w:val="24"/>
        </w:rPr>
        <w:t>καὶ τριάκοντα. VΓAld</w:t>
      </w:r>
    </w:p>
    <w:p>
      <w:r>
        <w:rPr>
          <w:rFonts w:ascii="Courier New" w:hAnsi="Courier New"/>
          <w:color w:val="555555"/>
          <w:sz w:val="20"/>
        </w:rPr>
        <w:t>[sch vesp 502d,col 2 (8)]</w:t>
      </w:r>
    </w:p>
    <w:p>
      <w:r>
        <w:rPr>
          <w:rFonts w:ascii="Gentium Plus" w:hAnsi="Gentium Plus"/>
          <w:sz w:val="24"/>
        </w:rPr>
        <w:t>Ἀριστοτέλης γὰρ †τεσσαράκοντα καὶ ἕν† φησιν, Ἡρόδοτος δὲ ἓξ καὶ</w:t>
      </w:r>
    </w:p>
    <w:p>
      <w:r>
        <w:rPr>
          <w:rFonts w:ascii="Courier New" w:hAnsi="Courier New"/>
          <w:color w:val="555555"/>
          <w:sz w:val="20"/>
        </w:rPr>
        <w:t>[10]</w:t>
      </w:r>
    </w:p>
    <w:p>
      <w:r>
        <w:rPr>
          <w:rFonts w:ascii="Gentium Plus" w:hAnsi="Gentium Plus"/>
          <w:sz w:val="24"/>
        </w:rPr>
        <w:t>τριάκοντα. Lh</w:t>
      </w:r>
    </w:p>
    <w:p>
      <w:r>
        <w:rPr>
          <w:rFonts w:ascii="Courier New" w:hAnsi="Courier New"/>
          <w:color w:val="555555"/>
          <w:sz w:val="20"/>
        </w:rPr>
        <w:t>[sch vesp 505a]</w:t>
      </w:r>
    </w:p>
    <w:p>
      <w:r>
        <w:rPr>
          <w:rFonts w:ascii="Gentium Plus" w:hAnsi="Gentium Plus"/>
          <w:sz w:val="24"/>
        </w:rPr>
        <w:t>ὑφὲν ὅλον. R</w:t>
      </w:r>
    </w:p>
    <w:p>
      <w:r>
        <w:rPr>
          <w:rFonts w:ascii="Courier New" w:hAnsi="Courier New"/>
          <w:color w:val="555555"/>
          <w:sz w:val="20"/>
        </w:rPr>
        <w:t>[sch vesp 505b]</w:t>
      </w:r>
    </w:p>
    <w:p>
      <w:r>
        <w:rPr>
          <w:rFonts w:ascii="Gentium Plus" w:hAnsi="Gentium Plus"/>
          <w:sz w:val="24"/>
        </w:rPr>
        <w:t>ὀρθροφοιτοσυκοφα–: παρὰ τὸ †ὀρθεύειν† καὶ φοιτᾶν καὶ συκο‐ φαντεῖν καὶ ἐν δίκαις ταλαιπωρεῖν. VΓLhAld</w:t>
      </w:r>
    </w:p>
    <w:p>
      <w:r>
        <w:rPr>
          <w:rFonts w:ascii="Courier New" w:hAnsi="Courier New"/>
          <w:color w:val="555555"/>
          <w:sz w:val="20"/>
        </w:rPr>
        <w:t>[sch vesp 506a]</w:t>
      </w:r>
    </w:p>
    <w:p>
      <w:r>
        <w:rPr>
          <w:rFonts w:ascii="Gentium Plus" w:hAnsi="Gentium Plus"/>
          <w:sz w:val="24"/>
        </w:rPr>
        <w:t>Μόρυχος εἰς ὀψοφαγίαν καὶ ἡδυπάθειαν ἐκωμῳδεῖτο, ὡς καὶ ἐν</w:t>
      </w:r>
    </w:p>
    <w:p>
      <w:r>
        <w:rPr>
          <w:rFonts w:ascii="Courier New" w:hAnsi="Courier New"/>
          <w:color w:val="555555"/>
          <w:sz w:val="20"/>
        </w:rPr>
        <w:t>[sch vesp 506b]</w:t>
      </w:r>
    </w:p>
    <w:p>
      <w:r>
        <w:rPr>
          <w:rFonts w:ascii="Gentium Plus" w:hAnsi="Gentium Plus"/>
          <w:sz w:val="24"/>
        </w:rPr>
        <w:t>εὐγενῆ καὶ τρυφηλόν φασι τὸν Μόρυχον. V</w:t>
      </w:r>
    </w:p>
    <w:p>
      <w:r>
        <w:rPr>
          <w:rFonts w:ascii="Courier New" w:hAnsi="Courier New"/>
          <w:color w:val="555555"/>
          <w:sz w:val="20"/>
        </w:rPr>
        <w:t>[sch vesp 506c]</w:t>
      </w:r>
    </w:p>
    <w:p>
      <w:r>
        <w:rPr>
          <w:rFonts w:ascii="Gentium Plus" w:hAnsi="Gentium Plus"/>
          <w:sz w:val="24"/>
        </w:rPr>
        <w:t>ζῆν βίον γενναῖον: πρὸς τοὺς τοὺς Ἀψευδεῖς ποιήσαντας, ὅτι τὸν Μόρυχον τῶν πολιτικῶν †πεποίηκε πραγμάτων† ἀγνοήσαντες, ὅτι 〈ὡσ〉 τρυφερὸς καὶ ἡδύβιος κωμῳδεῖται· ἢ καὶ νῦν ἐν εἰρωνείᾳ. vΓ Ald</w:t>
      </w:r>
    </w:p>
    <w:p>
      <w:r>
        <w:rPr>
          <w:rFonts w:ascii="Courier New" w:hAnsi="Courier New"/>
          <w:color w:val="555555"/>
          <w:sz w:val="20"/>
        </w:rPr>
        <w:t>[sch vesp 506d]</w:t>
      </w:r>
    </w:p>
    <w:p>
      <w:r>
        <w:rPr>
          <w:rFonts w:ascii="Gentium Plus" w:hAnsi="Gentium Plus"/>
          <w:sz w:val="24"/>
        </w:rPr>
        <w:t>αἰτίαν] μέμψιν (.) VΓ LhAld καὶ ἔγκλημα. VΓ Ald</w:t>
      </w:r>
    </w:p>
    <w:p>
      <w:r>
        <w:rPr>
          <w:rFonts w:ascii="Courier New" w:hAnsi="Courier New"/>
          <w:color w:val="555555"/>
          <w:sz w:val="20"/>
        </w:rPr>
        <w:t>[sch vesp 506e]</w:t>
      </w:r>
    </w:p>
    <w:p>
      <w:r>
        <w:rPr>
          <w:rFonts w:ascii="Gentium Plus" w:hAnsi="Gentium Plus"/>
          <w:sz w:val="24"/>
        </w:rPr>
        <w:t>ἔχω] ἔχων. Lh</w:t>
      </w:r>
    </w:p>
    <w:p>
      <w:r>
        <w:rPr>
          <w:rFonts w:ascii="Courier New" w:hAnsi="Courier New"/>
          <w:color w:val="555555"/>
          <w:sz w:val="20"/>
        </w:rPr>
        <w:t>[sch vesp 507]</w:t>
      </w:r>
    </w:p>
    <w:p>
      <w:r>
        <w:rPr>
          <w:rFonts w:ascii="Gentium Plus" w:hAnsi="Gentium Plus"/>
          <w:sz w:val="24"/>
        </w:rPr>
        <w:t>ταῦτα δρᾶν: τὸ ἑξῆς· ἀπαλλαχθέντα τούτων ταῦτα (.) VΓ LhAld δρᾶν. ΓLhAld</w:t>
      </w:r>
    </w:p>
    <w:p>
      <w:r>
        <w:rPr>
          <w:rFonts w:ascii="Courier New" w:hAnsi="Courier New"/>
          <w:color w:val="555555"/>
          <w:sz w:val="20"/>
        </w:rPr>
        <w:t>[sch vesp 508a]</w:t>
      </w:r>
    </w:p>
    <w:p>
      <w:r>
        <w:rPr>
          <w:rFonts w:ascii="Gentium Plus" w:hAnsi="Gentium Plus"/>
          <w:sz w:val="24"/>
        </w:rPr>
        <w:t>ὀρνίθων γάλα] οὕτως ἐπὶ τῶν σπανίων ἔλεγον. VΓ3</w:t>
      </w:r>
    </w:p>
    <w:p>
      <w:r>
        <w:rPr>
          <w:rFonts w:ascii="Courier New" w:hAnsi="Courier New"/>
          <w:color w:val="555555"/>
          <w:sz w:val="20"/>
        </w:rPr>
        <w:t>[sch vesp 508b]</w:t>
      </w:r>
    </w:p>
    <w:p>
      <w:r>
        <w:rPr>
          <w:rFonts w:ascii="Gentium Plus" w:hAnsi="Gentium Plus"/>
          <w:sz w:val="24"/>
        </w:rPr>
        <w:t>ὀρνίθων γάλα: παροιμία ⸢ἐστὶ τὸ “ὀρνίθων γάλα” Lh ἐπὶ τῶν λίαν εὐδαιμονούντων καὶ πάντα κεκτημένων, ὡς καὶ ἐκ τῶν ἀδυνάτων πόρους κομίζεσθαι· ἀδύνατον γὰρ ἐξ ὀρνίθων γάλα ποτὲ λαβεῖν. οἱ δὲ εὐδαιμονοῦντες καὶ τοῦτο, εἰ βουληθεῖεν, πορίσαιντο. LhAld</w:t>
      </w:r>
    </w:p>
    <w:p>
      <w:r>
        <w:rPr>
          <w:rFonts w:ascii="Courier New" w:hAnsi="Courier New"/>
          <w:color w:val="555555"/>
          <w:sz w:val="20"/>
        </w:rPr>
        <w:t>[sch vesp 510a]</w:t>
      </w:r>
    </w:p>
    <w:p>
      <w:r>
        <w:rPr>
          <w:rFonts w:ascii="Gentium Plus" w:hAnsi="Gentium Plus"/>
          <w:sz w:val="24"/>
        </w:rPr>
        <w:t>βατίσιν] εἶδος ἰχθύων. Γ3</w:t>
      </w:r>
    </w:p>
    <w:p>
      <w:r>
        <w:rPr>
          <w:rFonts w:ascii="Courier New" w:hAnsi="Courier New"/>
          <w:color w:val="555555"/>
          <w:sz w:val="20"/>
        </w:rPr>
        <w:t>[sch vesp 510b]</w:t>
      </w:r>
    </w:p>
    <w:p>
      <w:r>
        <w:rPr>
          <w:rFonts w:ascii="Gentium Plus" w:hAnsi="Gentium Plus"/>
          <w:sz w:val="24"/>
        </w:rPr>
        <w:t>βατίσιν] ἰχθύες ἀμφότεροι. Lh</w:t>
      </w:r>
    </w:p>
    <w:p>
      <w:r>
        <w:rPr>
          <w:rFonts w:ascii="Courier New" w:hAnsi="Courier New"/>
          <w:color w:val="555555"/>
          <w:sz w:val="20"/>
        </w:rPr>
        <w:t>[sch vesp 510c]</w:t>
      </w:r>
    </w:p>
    <w:p>
      <w:r>
        <w:rPr>
          <w:rFonts w:ascii="Gentium Plus" w:hAnsi="Gentium Plus"/>
          <w:sz w:val="24"/>
        </w:rPr>
        <w:t>βατὶς δὲ εἶδος ... βατιοσκόποι οἱ ὀψοφάγοι. (ex Su. s.v. βατίς, I</w:t>
      </w:r>
    </w:p>
    <w:p>
      <w:r>
        <w:rPr>
          <w:rFonts w:ascii="Courier New" w:hAnsi="Courier New"/>
          <w:color w:val="555555"/>
          <w:sz w:val="20"/>
        </w:rPr>
        <w:t>[sch vesp 511a]</w:t>
      </w:r>
    </w:p>
    <w:p>
      <w:r>
        <w:rPr>
          <w:rFonts w:ascii="Gentium Plus" w:hAnsi="Gentium Plus"/>
          <w:sz w:val="24"/>
        </w:rPr>
        <w:t>ὀπτημένον. R</w:t>
      </w:r>
    </w:p>
    <w:p>
      <w:r>
        <w:rPr>
          <w:rFonts w:ascii="Courier New" w:hAnsi="Courier New"/>
          <w:color w:val="555555"/>
          <w:sz w:val="20"/>
        </w:rPr>
        <w:t>[sch vesp 511b]</w:t>
      </w:r>
    </w:p>
    <w:p>
      <w:r>
        <w:rPr>
          <w:rFonts w:ascii="Gentium Plus" w:hAnsi="Gentium Plus"/>
          <w:sz w:val="24"/>
        </w:rPr>
        <w:t>πεπνιγμένον] ἡψημένον. V</w:t>
      </w:r>
    </w:p>
    <w:p>
      <w:r>
        <w:rPr>
          <w:rFonts w:ascii="Courier New" w:hAnsi="Courier New"/>
          <w:color w:val="555555"/>
          <w:sz w:val="20"/>
        </w:rPr>
        <w:t>[sch vesp 511c]</w:t>
      </w:r>
    </w:p>
    <w:p>
      <w:r>
        <w:rPr>
          <w:rFonts w:ascii="Gentium Plus" w:hAnsi="Gentium Plus"/>
          <w:sz w:val="24"/>
        </w:rPr>
        <w:t>πεπνιγμένον: δέον εἰπεῖν ⸢“ἡψημένον” V [“ἐψημένον” ΓLhAld*] φησὶ “πεπνιγμένον” ἀπὸ τοῦ συμβαίνοντος ὑπὸ τῶν δικαστῶν τοῖς δικαζο‐ μένοις. VΓLhAld</w:t>
      </w:r>
    </w:p>
    <w:p>
      <w:r>
        <w:rPr>
          <w:rFonts w:ascii="Courier New" w:hAnsi="Courier New"/>
          <w:color w:val="555555"/>
          <w:sz w:val="20"/>
        </w:rPr>
        <w:t>[sch vesp 515a]</w:t>
      </w:r>
    </w:p>
    <w:p>
      <w:r>
        <w:rPr>
          <w:rFonts w:ascii="Gentium Plus" w:hAnsi="Gentium Plus"/>
          <w:sz w:val="24"/>
        </w:rPr>
        <w:t>περὶ τῶν δημαγωγῶν λέγει, ὅτι ὀλίγον τι τῷ λεπτῷ ὄχλῳ μισθοδο‐ τοῦντες τὰ μέγιστα αὐτοὶ ἐκέρδαινον. R</w:t>
      </w:r>
    </w:p>
    <w:p>
      <w:r>
        <w:rPr>
          <w:rFonts w:ascii="Courier New" w:hAnsi="Courier New"/>
          <w:color w:val="555555"/>
          <w:sz w:val="20"/>
        </w:rPr>
        <w:t>[sch vesp 515b]</w:t>
      </w:r>
    </w:p>
    <w:p>
      <w:r>
        <w:rPr>
          <w:rFonts w:ascii="Gentium Plus" w:hAnsi="Gentium Plus"/>
          <w:sz w:val="24"/>
        </w:rPr>
        <w:t>καταγελώμενος μὲν οὖν: ⸢οὐκ Γ ⸢αἰσθάνει Γ [αἰσθάνῃ Ald] καταγελώμενος ΓAld ⸢ὑπὸ τῶν δικαστῶν, VΓ ὑπ’ ἀνδρῶν, οὓς οὐχὶ μόνον τιμᾷς καὶ σέβεις ὡς βελτίους, ἀλλὰ καὶ ὡς δεσπόταις ὑποτάττῃ. λέγει δὲ τοὺς δημαγωγούς, ὧν προστάξει δικάζουσιν, ὑφ’ ὧν καὶ τὸν μισθὸν λαμβάνουσιν.</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516a]</w:t>
      </w:r>
    </w:p>
    <w:p>
      <w:r>
        <w:rPr>
          <w:rFonts w:ascii="Gentium Plus" w:hAnsi="Gentium Plus"/>
          <w:sz w:val="24"/>
        </w:rPr>
        <w:t>οὐκ ἐπαΐεις] οὐκ αἰσθάνῃ. RLh</w:t>
      </w:r>
    </w:p>
    <w:p>
      <w:r>
        <w:rPr>
          <w:rFonts w:ascii="Courier New" w:hAnsi="Courier New"/>
          <w:color w:val="555555"/>
          <w:sz w:val="20"/>
        </w:rPr>
        <w:t>[sch vesp 516b]</w:t>
      </w:r>
    </w:p>
    <w:p>
      <w:r>
        <w:rPr>
          <w:rFonts w:ascii="Gentium Plus" w:hAnsi="Gentium Plus"/>
          <w:sz w:val="24"/>
        </w:rPr>
        <w:t>ὑπ’ ἀνδρῶν] τῶν δικαστῶν. Lh</w:t>
      </w:r>
    </w:p>
    <w:p>
      <w:r>
        <w:rPr>
          <w:rFonts w:ascii="Courier New" w:hAnsi="Courier New"/>
          <w:color w:val="555555"/>
          <w:sz w:val="20"/>
        </w:rPr>
        <w:t>[sch vesp 517a]</w:t>
      </w:r>
    </w:p>
    <w:p>
      <w:r>
        <w:rPr>
          <w:rFonts w:ascii="Gentium Plus" w:hAnsi="Gentium Plus"/>
          <w:sz w:val="24"/>
        </w:rPr>
        <w:t>ἀλλὰ δουλεύων λέληθας: ὅτι πρὸς τὰς ὑποσχέσεις τῶν δημαγω‐ γῶν ἐδίκαζον καὶ ὑπηρέται ἦσαν αὐτῶν πρὸς τὸ ἐκείνων ⸢βούλημα VΓAld [θέλημα Lh] δικάζοντες (.) VΓLhAld, ὑφ’ ὧν καὶ τὸν μισθὸν ἐλάμβανον. Lh</w:t>
      </w:r>
    </w:p>
    <w:p>
      <w:r>
        <w:rPr>
          <w:rFonts w:ascii="Courier New" w:hAnsi="Courier New"/>
          <w:color w:val="555555"/>
          <w:sz w:val="20"/>
        </w:rPr>
        <w:t>[sch vesp 517b]</w:t>
      </w:r>
    </w:p>
    <w:p>
      <w:r>
        <w:rPr>
          <w:rFonts w:ascii="Gentium Plus" w:hAnsi="Gentium Plus"/>
          <w:sz w:val="24"/>
        </w:rPr>
        <w:t>δουλεύων λέληθας] ὑπείκων αὐτοῖς καὶ ὑπηρετῶν. Lh</w:t>
      </w:r>
    </w:p>
    <w:p>
      <w:r>
        <w:rPr>
          <w:rFonts w:ascii="Courier New" w:hAnsi="Courier New"/>
          <w:color w:val="555555"/>
          <w:sz w:val="20"/>
        </w:rPr>
        <w:t>[sch vesp 520a]</w:t>
      </w:r>
    </w:p>
    <w:p>
      <w:r>
        <w:rPr>
          <w:rFonts w:ascii="Gentium Plus" w:hAnsi="Gentium Plus"/>
          <w:sz w:val="24"/>
        </w:rPr>
        <w:t>καρπουμένῳ τὴν Ἑλλάδα: τοὺς φόρους ⸢γὰρ V ἐλάμβανον οἱ Ἀθηναῖοι. ὁ δὲ λόγος· VΓAld “τί σοι ἐκ ⸢τούτου RV [τούτων ΓAld] Ἀθηναίῳ ὄντι ⸢πλέον γίνεται R [προσγίνεται VΓAld] τὸ δικαστικὸν μόνον λαμβάνοντι; (”) RVΓAld οἱ γὰρ δημαγωγοὶ πάντα λαμβάνουσιν”. VΓAld</w:t>
      </w:r>
    </w:p>
    <w:p>
      <w:r>
        <w:rPr>
          <w:rFonts w:ascii="Courier New" w:hAnsi="Courier New"/>
          <w:color w:val="555555"/>
          <w:sz w:val="20"/>
        </w:rPr>
        <w:t>[sch vesp 520b]</w:t>
      </w:r>
    </w:p>
    <w:p>
      <w:r>
        <w:rPr>
          <w:rFonts w:ascii="Gentium Plus" w:hAnsi="Gentium Plus"/>
          <w:sz w:val="24"/>
        </w:rPr>
        <w:t>ὅτι φόρους ἐλάμβανον Ἀθηναῖοι ἐκ τῆς Ἑλλάδος, ἐξ ὧν οἱ δικασταὶ τὸ τριώβολον ἐλάμβανον. φησὶ γοῦν, ὅτι “πάντα οἱ δημαγωγοὶ λαμβάνουσιν, σοὶ δὲ οὐδὲν ἄλλο περιγίνεται εἰ μὴ ὁ δικαστικὸς μόνος μισθός· καὶ ἐκ τούτου οἴει καρποῦσθαι τὴν Ἑλλάδα”. Lh</w:t>
      </w:r>
    </w:p>
    <w:p>
      <w:r>
        <w:rPr>
          <w:rFonts w:ascii="Courier New" w:hAnsi="Courier New"/>
          <w:color w:val="555555"/>
          <w:sz w:val="20"/>
        </w:rPr>
        <w:t>[sch vesp 521a]</w:t>
      </w:r>
    </w:p>
    <w:p>
      <w:r>
        <w:rPr>
          <w:rFonts w:ascii="Gentium Plus" w:hAnsi="Gentium Plus"/>
          <w:sz w:val="24"/>
        </w:rPr>
        <w:t>τούτοισί γ’] τοῖς θεαταῖς. VΓ3Lh</w:t>
      </w:r>
    </w:p>
    <w:p>
      <w:r>
        <w:rPr>
          <w:rFonts w:ascii="Courier New" w:hAnsi="Courier New"/>
          <w:color w:val="555555"/>
          <w:sz w:val="20"/>
        </w:rPr>
        <w:t>[sch vesp 521b]</w:t>
      </w:r>
    </w:p>
    <w:p>
      <w:r>
        <w:rPr>
          <w:rFonts w:ascii="Gentium Plus" w:hAnsi="Gentium Plus"/>
          <w:sz w:val="24"/>
        </w:rPr>
        <w:t>ἐπιτρέψαι] δικάσαι. VΓ3Lh</w:t>
      </w:r>
    </w:p>
    <w:p>
      <w:r>
        <w:rPr>
          <w:rFonts w:ascii="Courier New" w:hAnsi="Courier New"/>
          <w:color w:val="555555"/>
          <w:sz w:val="20"/>
        </w:rPr>
        <w:t>[sch vesp 521c]</w:t>
      </w:r>
    </w:p>
    <w:p>
      <w:r>
        <w:rPr>
          <w:rFonts w:ascii="Gentium Plus" w:hAnsi="Gentium Plus"/>
          <w:sz w:val="24"/>
        </w:rPr>
        <w:t>καὶ μὴν ἐγώ] ⸢καὶ ἐγὼ VΓ3 βούλομαι. VΓ3Lh</w:t>
      </w:r>
    </w:p>
    <w:p>
      <w:r>
        <w:rPr>
          <w:rFonts w:ascii="Courier New" w:hAnsi="Courier New"/>
          <w:color w:val="555555"/>
          <w:sz w:val="20"/>
        </w:rPr>
        <w:t>[sch vesp 522]</w:t>
      </w:r>
    </w:p>
    <w:p>
      <w:r>
        <w:rPr>
          <w:rFonts w:ascii="Gentium Plus" w:hAnsi="Gentium Plus"/>
          <w:sz w:val="24"/>
        </w:rPr>
        <w:t>ἄφετε νῦν ἅπαντες: πρὸς τοὺς σφῆκάς φησιν ⸢, ὅτι “ἄφετε αὐτόν” VΓAld· ἢ πρὸς τοὺς οἰκέτας τοὺς κατέχοντας ⸢τὸν VΓAld Φιλοκλέ‐ ωνα. VΓLhAld</w:t>
      </w:r>
    </w:p>
    <w:p>
      <w:r>
        <w:rPr>
          <w:rFonts w:ascii="Courier New" w:hAnsi="Courier New"/>
          <w:color w:val="555555"/>
          <w:sz w:val="20"/>
        </w:rPr>
        <w:t>[sch vesp 524]</w:t>
      </w:r>
    </w:p>
    <w:p>
      <w:r>
        <w:rPr>
          <w:rFonts w:ascii="Gentium Plus" w:hAnsi="Gentium Plus"/>
          <w:sz w:val="24"/>
        </w:rPr>
        <w:t>τῇ διαιτῇ] ⸢τῇ VΓ3 κρίσει. VΓ3Lh</w:t>
      </w:r>
    </w:p>
    <w:p>
      <w:r>
        <w:rPr>
          <w:rFonts w:ascii="Courier New" w:hAnsi="Courier New"/>
          <w:color w:val="555555"/>
          <w:sz w:val="20"/>
        </w:rPr>
        <w:t>[sch vesp 525a]</w:t>
      </w:r>
    </w:p>
    <w:p>
      <w:r>
        <w:rPr>
          <w:rFonts w:ascii="Gentium Plus" w:hAnsi="Gentium Plus"/>
          <w:sz w:val="24"/>
        </w:rPr>
        <w:t>μηδέποτε πίοιμ’: δέον εἰπεῖν “ἄκρατον ἀγαθοῦ δαίμονος” ⸢τὸν μισθὸν VΓAld [“μισθὸν” Lh] ⸢εἶπεν VLh [εἴρηκεν Γ*Ald] ὑπεμφαίνων τὸ φιλόδικον. VγLhAld</w:t>
      </w:r>
    </w:p>
    <w:p>
      <w:r>
        <w:rPr>
          <w:rFonts w:ascii="Courier New" w:hAnsi="Courier New"/>
          <w:color w:val="555555"/>
          <w:sz w:val="20"/>
        </w:rPr>
        <w:t>[sch vesp 525b]</w:t>
      </w:r>
    </w:p>
    <w:p>
      <w:r>
        <w:rPr>
          <w:rFonts w:ascii="Gentium Plus" w:hAnsi="Gentium Plus"/>
          <w:sz w:val="24"/>
        </w:rPr>
        <w:t>ἀγαθοῦ δαίμονος: καὶ ἐν Εἰρήνῃ· νῦν γὰρ ἡμῖν †πάρεστιν ἁρπάσαι† ἀγαθοῦ δαίμονος. ἔθος δὲ ἦν, ὁπότε μέλλοι ἡ τράπεζα αἴρεσθαι, ἀγαθοῦ δαίμονος ἐπιρροφεῖν, ὡς Θεόπομπός φησιν, ὡς δὲ Ἀπολλόδωρος †† καὶ ὅτι τὸ ποτήριον μεστὸν πάλιν</w:t>
      </w:r>
    </w:p>
    <w:p>
      <w:r>
        <w:rPr>
          <w:rFonts w:ascii="Courier New" w:hAnsi="Courier New"/>
          <w:color w:val="555555"/>
          <w:sz w:val="20"/>
        </w:rPr>
        <w:t>[5]</w:t>
      </w:r>
    </w:p>
    <w:p>
      <w:r>
        <w:rPr>
          <w:rFonts w:ascii="Gentium Plus" w:hAnsi="Gentium Plus"/>
          <w:sz w:val="24"/>
        </w:rPr>
        <w:t>ἀπεπλήρουν, δεδήλωκεν ἐν τῇ δʹ ⸢τῶν V περὶ Σώφρονος. VΓAld</w:t>
      </w:r>
    </w:p>
    <w:p>
      <w:r>
        <w:rPr>
          <w:rFonts w:ascii="Courier New" w:hAnsi="Courier New"/>
          <w:color w:val="555555"/>
          <w:sz w:val="20"/>
        </w:rPr>
        <w:t>[sch vesp 525c]</w:t>
      </w:r>
    </w:p>
    <w:p>
      <w:r>
        <w:rPr>
          <w:rFonts w:ascii="Gentium Plus" w:hAnsi="Gentium Plus"/>
          <w:sz w:val="24"/>
        </w:rPr>
        <w:t>ἔθος ἦν αἰρομένης τῆς τραπέζης ἐπιπίνειν πάντων ὕστερον καὶ τοῦτο καλεῖν “ἀγαθοῦ δαίμονος”. μέμνηται τούτου καὶ ἐν Ἱππεῦσιν· μὰ Δί’ ἀλλ’ ἄκρατον οἶνον ἀγαθοῦ δαίμονος. Lh</w:t>
      </w:r>
    </w:p>
    <w:p>
      <w:r>
        <w:rPr>
          <w:rFonts w:ascii="Courier New" w:hAnsi="Courier New"/>
          <w:color w:val="555555"/>
          <w:sz w:val="20"/>
        </w:rPr>
        <w:t>[sch vesp 526a]</w:t>
      </w:r>
    </w:p>
    <w:p>
      <w:r>
        <w:rPr>
          <w:rFonts w:ascii="Gentium Plus" w:hAnsi="Gentium Plus"/>
          <w:sz w:val="24"/>
        </w:rPr>
        <w:t>ἐκ θημετέρου: ⸢ἐξ Lh [ἐκ τοῦ Ald] ἡμετέρου. LhAld</w:t>
      </w:r>
    </w:p>
    <w:p>
      <w:r>
        <w:rPr>
          <w:rFonts w:ascii="Courier New" w:hAnsi="Courier New"/>
          <w:color w:val="555555"/>
          <w:sz w:val="20"/>
        </w:rPr>
        <w:t>[sch vesp 526b]</w:t>
      </w:r>
    </w:p>
    <w:p>
      <w:r>
        <w:rPr>
          <w:rFonts w:ascii="Gentium Plus" w:hAnsi="Gentium Plus"/>
          <w:sz w:val="24"/>
        </w:rPr>
        <w:t>ἡμετέρου] τοῦτο πρὸς ⸢τὸν LhAld Φιλοκλέωνα. VΓ3LhAld ⸢τὸν ἐκ VΓ3 τῆς ⸢αὐτῆς VΓ3 [παρ’ Lh] ἡμῖν παλαίστρας. VΓ3Lh</w:t>
      </w:r>
    </w:p>
    <w:p>
      <w:r>
        <w:rPr>
          <w:rFonts w:ascii="Courier New" w:hAnsi="Courier New"/>
          <w:color w:val="555555"/>
          <w:sz w:val="20"/>
        </w:rPr>
        <w:t>[sch vesp 528a]</w:t>
      </w:r>
    </w:p>
    <w:p>
      <w:r>
        <w:rPr>
          <w:rFonts w:ascii="Gentium Plus" w:hAnsi="Gentium Plus"/>
          <w:sz w:val="24"/>
        </w:rPr>
        <w:t>ὅπως: τὸ πλῆρες τοῦ λόγου· “φανήσῃ καινόν τι λέγων”. R</w:t>
      </w:r>
    </w:p>
    <w:p>
      <w:r>
        <w:rPr>
          <w:rFonts w:ascii="Courier New" w:hAnsi="Courier New"/>
          <w:color w:val="555555"/>
          <w:sz w:val="20"/>
        </w:rPr>
        <w:t>[sch vesp 528b]</w:t>
      </w:r>
    </w:p>
    <w:p>
      <w:r>
        <w:rPr>
          <w:rFonts w:ascii="Gentium Plus" w:hAnsi="Gentium Plus"/>
          <w:sz w:val="24"/>
        </w:rPr>
        <w:t>φανήσει] ⸢λείπει Γ3Lh γενναῖος (,) ⸢καὶ Lh ἐγκρατής. VΓ3Lh</w:t>
      </w:r>
    </w:p>
    <w:p>
      <w:r>
        <w:rPr>
          <w:rFonts w:ascii="Courier New" w:hAnsi="Courier New"/>
          <w:color w:val="555555"/>
          <w:sz w:val="20"/>
        </w:rPr>
        <w:t>[sch vesp 529a]</w:t>
      </w:r>
    </w:p>
    <w:p>
      <w:r>
        <w:rPr>
          <w:rFonts w:ascii="Gentium Plus" w:hAnsi="Gentium Plus"/>
          <w:sz w:val="24"/>
        </w:rPr>
        <w:t>ἐνεγκάτω μοι: ὁ παῖς τοῦτό φησιν, VΓAld ὡς ἐν τῇ κίστῃ γραμ‐ ματείου τινὸς ὄντος, ⸢ὅπου VΓAld [ἔνθα Lh] τὰ κεφάλαια τῶν ὑπὸ τοῦ πατρὸς λεγομένων ⸢ἀνεγέγραπτο VLh [ἐνεγέγραπτο ΓAld], VΓLhAld ἵνα, φησίν, λαβὼν χάρτην ἀναγρά‐</w:t>
      </w:r>
    </w:p>
    <w:p>
      <w:r>
        <w:rPr>
          <w:rFonts w:ascii="Courier New" w:hAnsi="Courier New"/>
          <w:color w:val="555555"/>
          <w:sz w:val="20"/>
        </w:rPr>
        <w:t>[5]</w:t>
      </w:r>
    </w:p>
    <w:p>
      <w:r>
        <w:rPr>
          <w:rFonts w:ascii="Gentium Plus" w:hAnsi="Gentium Plus"/>
          <w:sz w:val="24"/>
        </w:rPr>
        <w:t>ψαιμι τῶν λεγομένων τὰ κεφάλαια.</w:t>
      </w:r>
    </w:p>
    <w:p>
      <w:r>
        <w:rPr>
          <w:rFonts w:ascii="Courier New" w:hAnsi="Courier New"/>
          <w:color w:val="555555"/>
          <w:sz w:val="20"/>
        </w:rPr>
        <w:t>[sch vesp 529a,col 2 (4)]</w:t>
      </w:r>
    </w:p>
    <w:p>
      <w:r>
        <w:rPr>
          <w:rFonts w:ascii="Gentium Plus" w:hAnsi="Gentium Plus"/>
          <w:sz w:val="24"/>
        </w:rPr>
        <w:t>“ἐνεγκάτω τὴν κίστην τις”, φησίν,</w:t>
      </w:r>
    </w:p>
    <w:p>
      <w:r>
        <w:rPr>
          <w:rFonts w:ascii="Courier New" w:hAnsi="Courier New"/>
          <w:color w:val="555555"/>
          <w:sz w:val="20"/>
        </w:rPr>
        <w:t>[5]</w:t>
      </w:r>
    </w:p>
    <w:p>
      <w:r>
        <w:rPr>
          <w:rFonts w:ascii="Gentium Plus" w:hAnsi="Gentium Plus"/>
          <w:sz w:val="24"/>
        </w:rPr>
        <w:t>“ἵνα ἀναγράψωμαι καὶ τὰ νῦν λεγό‐</w:t>
      </w:r>
    </w:p>
    <w:p>
      <w:r>
        <w:rPr>
          <w:rFonts w:ascii="Courier New" w:hAnsi="Courier New"/>
          <w:color w:val="555555"/>
          <w:sz w:val="20"/>
        </w:rPr>
        <w:t>[sch vesp 529b]</w:t>
      </w:r>
    </w:p>
    <w:p>
      <w:r>
        <w:rPr>
          <w:rFonts w:ascii="Gentium Plus" w:hAnsi="Gentium Plus"/>
          <w:sz w:val="24"/>
        </w:rPr>
        <w:t>τὴν κίστην] τὸ κιβώτιον. Lh</w:t>
      </w:r>
    </w:p>
    <w:p>
      <w:r>
        <w:rPr>
          <w:rFonts w:ascii="Courier New" w:hAnsi="Courier New"/>
          <w:color w:val="555555"/>
          <w:sz w:val="20"/>
        </w:rPr>
        <w:t>[sch vesp 530]</w:t>
      </w:r>
    </w:p>
    <w:p>
      <w:r>
        <w:rPr>
          <w:rFonts w:ascii="Gentium Plus" w:hAnsi="Gentium Plus"/>
          <w:sz w:val="24"/>
        </w:rPr>
        <w:t>ἀτὰρ φανῇ: ὀφθήσῃ (.) ΓLh μὴ κατὰ τὸν νεανίαν τοῦτον λέγων, ἐὰν ταῦτα παρακελεύῃ, ἀλλὰ δηλονότι πραγματικώτερον αὐτοῦ καὶ βέλτιον Γ.</w:t>
      </w:r>
    </w:p>
    <w:p>
      <w:r>
        <w:rPr>
          <w:rFonts w:ascii="Courier New" w:hAnsi="Courier New"/>
          <w:color w:val="555555"/>
          <w:sz w:val="20"/>
        </w:rPr>
        <w:t>[sch vesp 531]</w:t>
      </w:r>
    </w:p>
    <w:p>
      <w:r>
        <w:rPr>
          <w:rFonts w:ascii="Gentium Plus" w:hAnsi="Gentium Plus"/>
          <w:sz w:val="24"/>
        </w:rPr>
        <w:t>τὰ περὶ τοῦ δεῖν ἐκ παντὸς δικάζειν. R</w:t>
      </w:r>
    </w:p>
    <w:p>
      <w:r>
        <w:rPr>
          <w:rFonts w:ascii="Courier New" w:hAnsi="Courier New"/>
          <w:color w:val="555555"/>
          <w:sz w:val="20"/>
        </w:rPr>
        <w:t>[sch vesp 532a]</w:t>
      </w:r>
    </w:p>
    <w:p>
      <w:r>
        <w:rPr>
          <w:rFonts w:ascii="Gentium Plus" w:hAnsi="Gentium Plus"/>
          <w:sz w:val="24"/>
        </w:rPr>
        <w:t>μὴ οὕτω λέγειν ὡς ὁ νεανίσκος. R</w:t>
      </w:r>
    </w:p>
    <w:p>
      <w:r>
        <w:rPr>
          <w:rFonts w:ascii="Courier New" w:hAnsi="Courier New"/>
          <w:color w:val="555555"/>
          <w:sz w:val="20"/>
        </w:rPr>
        <w:t>[sch vesp 532b]</w:t>
      </w:r>
    </w:p>
    <w:p>
      <w:r>
        <w:rPr>
          <w:rFonts w:ascii="Gentium Plus" w:hAnsi="Gentium Plus"/>
          <w:sz w:val="24"/>
        </w:rPr>
        <w:t>μὴ κατὰ τὸν νεανίαν: ⸢τινὲς Ald τοῦτο πρὸς τὰ ἄνω· “ὅπως φανήσῃ μὴ κατὰ τὸν νεανίαν τόνδε λέγειν” (.) Γ3LhAld, ἀλλὰ (530, 2) ... (2) βέλτιον. LhAld</w:t>
      </w:r>
    </w:p>
    <w:p>
      <w:r>
        <w:rPr>
          <w:rFonts w:ascii="Courier New" w:hAnsi="Courier New"/>
          <w:color w:val="555555"/>
          <w:sz w:val="20"/>
        </w:rPr>
        <w:t>[sch vesp 538a]</w:t>
      </w:r>
    </w:p>
    <w:p>
      <w:r>
        <w:rPr>
          <w:rFonts w:ascii="Gentium Plus" w:hAnsi="Gentium Plus"/>
          <w:sz w:val="24"/>
        </w:rPr>
        <w:t>τὰ κεφάλαια τῶν ὑπὸ τοῦ πατρὸς λεγομένων. R</w:t>
      </w:r>
    </w:p>
    <w:p>
      <w:r>
        <w:rPr>
          <w:rFonts w:ascii="Courier New" w:hAnsi="Courier New"/>
          <w:color w:val="555555"/>
          <w:sz w:val="20"/>
        </w:rPr>
        <w:t>[sch vesp 538b]</w:t>
      </w:r>
    </w:p>
    <w:p>
      <w:r>
        <w:rPr>
          <w:rFonts w:ascii="Gentium Plus" w:hAnsi="Gentium Plus"/>
          <w:sz w:val="24"/>
        </w:rPr>
        <w:t>μνημόσυνα: εἰς τὸ μνημονεῦσαι ἀπογράψομαι. Γ3LhAld</w:t>
      </w:r>
    </w:p>
    <w:p>
      <w:r>
        <w:rPr>
          <w:rFonts w:ascii="Courier New" w:hAnsi="Courier New"/>
          <w:color w:val="555555"/>
          <w:sz w:val="20"/>
        </w:rPr>
        <w:t>[sch vesp 539a]</w:t>
      </w:r>
    </w:p>
    <w:p>
      <w:r>
        <w:rPr>
          <w:rFonts w:ascii="Gentium Plus" w:hAnsi="Gentium Plus"/>
          <w:sz w:val="24"/>
        </w:rPr>
        <w:t>φάθ’] ⸢τὸ τέλειον VΓ3 φατέ. VΓ3Lh</w:t>
      </w:r>
    </w:p>
    <w:p>
      <w:r>
        <w:rPr>
          <w:rFonts w:ascii="Courier New" w:hAnsi="Courier New"/>
          <w:color w:val="555555"/>
          <w:sz w:val="20"/>
        </w:rPr>
        <w:t>[sch vesp 539b]</w:t>
      </w:r>
    </w:p>
    <w:p>
      <w:r>
        <w:rPr>
          <w:rFonts w:ascii="Gentium Plus" w:hAnsi="Gentium Plus"/>
          <w:sz w:val="24"/>
        </w:rPr>
        <w:t>ἢν κτλ.] ⸢ἤγουν Lh ἐὰν ἡττηθῶ (.) VΓ3Lh ὑπὸ τοῦδε. Lh</w:t>
      </w:r>
    </w:p>
    <w:p>
      <w:r>
        <w:rPr>
          <w:rFonts w:ascii="Courier New" w:hAnsi="Courier New"/>
          <w:color w:val="555555"/>
          <w:sz w:val="20"/>
        </w:rPr>
        <w:t>[sch vesp 539c]</w:t>
      </w:r>
    </w:p>
    <w:p>
      <w:r>
        <w:rPr>
          <w:rFonts w:ascii="Gentium Plus" w:hAnsi="Gentium Plus"/>
          <w:sz w:val="24"/>
        </w:rPr>
        <w:t>lh</w:t>
      </w:r>
    </w:p>
    <w:p>
      <w:r>
        <w:rPr>
          <w:rFonts w:ascii="Courier New" w:hAnsi="Courier New"/>
          <w:color w:val="555555"/>
          <w:sz w:val="20"/>
        </w:rPr>
        <w:t>[sch vesp 540a]</w:t>
      </w:r>
    </w:p>
    <w:p>
      <w:r>
        <w:rPr>
          <w:rFonts w:ascii="Gentium Plus" w:hAnsi="Gentium Plus"/>
          <w:sz w:val="24"/>
        </w:rPr>
        <w:t>στροφὴ κώλων ηʹ. lhAld</w:t>
      </w:r>
    </w:p>
    <w:p>
      <w:r>
        <w:rPr>
          <w:rFonts w:ascii="Courier New" w:hAnsi="Courier New"/>
          <w:color w:val="555555"/>
          <w:sz w:val="20"/>
        </w:rPr>
        <w:t>[sch vesp 540b]</w:t>
      </w:r>
    </w:p>
    <w:p>
      <w:r>
        <w:rPr>
          <w:rFonts w:ascii="Gentium Plus" w:hAnsi="Gentium Plus"/>
          <w:sz w:val="24"/>
        </w:rPr>
        <w:t>ὄχλος] τὸ σύστημα. VΓ3Lh</w:t>
      </w:r>
    </w:p>
    <w:p>
      <w:r>
        <w:rPr>
          <w:rFonts w:ascii="Courier New" w:hAnsi="Courier New"/>
          <w:color w:val="555555"/>
          <w:sz w:val="20"/>
        </w:rPr>
        <w:t>[sch vesp 541]</w:t>
      </w:r>
    </w:p>
    <w:p>
      <w:r>
        <w:rPr>
          <w:rFonts w:ascii="Gentium Plus" w:hAnsi="Gentium Plus"/>
          <w:sz w:val="24"/>
        </w:rPr>
        <w:t>οὐδ’ ἀκαρῆ: οὐδὲ βραχὺ οὐδὲ κατὰ τὸ τυχόν. Γ3LhAld</w:t>
      </w:r>
    </w:p>
    <w:p>
      <w:r>
        <w:rPr>
          <w:rFonts w:ascii="Courier New" w:hAnsi="Courier New"/>
          <w:color w:val="555555"/>
          <w:sz w:val="20"/>
        </w:rPr>
        <w:t>[sch vesp 542]</w:t>
      </w:r>
    </w:p>
    <w:p>
      <w:r>
        <w:rPr>
          <w:rFonts w:ascii="Gentium Plus" w:hAnsi="Gentium Plus"/>
          <w:sz w:val="24"/>
        </w:rPr>
        <w:t>σκωπτόμενοι δ’ ἂν: ὅτι τῷ σκώπτειν ὁμοίως ἡμῖν κέχρηται. οὐδὲν δὲ ἀναγκαῖον· δύναται γὰρ ⸢καὶ Γ [ἐνταῦθα Lh] ⸢τὸ σκωπτόμενοι Lh ἀντὶ τοῦ γέλωτα παρέχοντες. VΓLh</w:t>
      </w:r>
    </w:p>
    <w:p>
      <w:r>
        <w:rPr>
          <w:rFonts w:ascii="Courier New" w:hAnsi="Courier New"/>
          <w:color w:val="555555"/>
          <w:sz w:val="20"/>
        </w:rPr>
        <w:t>[sch vesp 544a]</w:t>
      </w:r>
    </w:p>
    <w:p>
      <w:r>
        <w:rPr>
          <w:rFonts w:ascii="Gentium Plus" w:hAnsi="Gentium Plus"/>
          <w:sz w:val="24"/>
        </w:rPr>
        <w:t>ἐργάται. R</w:t>
      </w:r>
    </w:p>
    <w:p>
      <w:r>
        <w:rPr>
          <w:rFonts w:ascii="Courier New" w:hAnsi="Courier New"/>
          <w:color w:val="555555"/>
          <w:sz w:val="20"/>
        </w:rPr>
        <w:t>[sch vesp 544b]</w:t>
      </w:r>
    </w:p>
    <w:p>
      <w:r>
        <w:rPr>
          <w:rFonts w:ascii="Gentium Plus" w:hAnsi="Gentium Plus"/>
          <w:sz w:val="24"/>
        </w:rPr>
        <w:t>θαλλοφόροι: ἐν τοῖς ὑπομνήμασιν οὕτω γέγραπται· “θαλλοφόροι ἀντὶ τοῦ ἐργάται· “θαλλόν τ’ ἐρίφοισι φορῆναι”· οἱ γέροντες γὰρ τὰ τοιαῦτα ἐν ἀγρῷ οἰκονομοῦσιν”. εὐχερεῖς δέ εἰσιν, περὶ ὧν μηδὲν ἔσχον εἰπεῖν σαφές, ἀποσχεδιάζοντες. VΓAld ⸢θαλλοφόρους VΓAld [τὸ “θαλλοφόροι”</w:t>
      </w:r>
    </w:p>
    <w:p>
      <w:r>
        <w:rPr>
          <w:rFonts w:ascii="Courier New" w:hAnsi="Courier New"/>
          <w:color w:val="555555"/>
          <w:sz w:val="20"/>
        </w:rPr>
        <w:t>[5]</w:t>
      </w:r>
    </w:p>
    <w:p>
      <w:r>
        <w:rPr>
          <w:rFonts w:ascii="Gentium Plus" w:hAnsi="Gentium Plus"/>
          <w:sz w:val="24"/>
        </w:rPr>
        <w:t>Lh] ⸢γὰρ VΓAld ἔφη βουλόμενος τοὺς γέροντας δηλῶσαι, ἐπειδὴ ἐν τοῖς Παναθηναίοις οἱ γέροντες θαλλοὺς ἔχοντες ἐπόμπευον. ὡς οὖν εἰς οὐδὲν ⸢ἕτερον Lh ὄντων χρησίμων ⸢αὐτῶν ἔξω V*ΓAld [τῶν γερόντων πλὴν Lh] τοῦ θαλλοφορεῖν, οὕτως αὐτοὺς ἐπέσκωψεν. ὁ μέντοι Δικαίαρχος ἐν τῷ Παναθη‐ ναϊκῷ ⸢φησιν Lh—οὐκ οἶδα ἐξ ὅτου—“ποτὲ καὶ τὰς γραῦς ἐν τοῖς Παναθη‐</w:t>
      </w:r>
    </w:p>
    <w:p>
      <w:r>
        <w:rPr>
          <w:rFonts w:ascii="Courier New" w:hAnsi="Courier New"/>
          <w:color w:val="555555"/>
          <w:sz w:val="20"/>
        </w:rPr>
        <w:t>[10]</w:t>
      </w:r>
    </w:p>
    <w:p>
      <w:r>
        <w:rPr>
          <w:rFonts w:ascii="Gentium Plus" w:hAnsi="Gentium Plus"/>
          <w:sz w:val="24"/>
        </w:rPr>
        <w:t>ναίοις ὑπειλῆφθαι θαλλοφορεῖν” πολλῶν ἀλλήλοις ὁμολογούντων ὑπὲρ τοῦ</w:t>
      </w:r>
    </w:p>
    <w:p>
      <w:r>
        <w:rPr>
          <w:rFonts w:ascii="Courier New" w:hAnsi="Courier New"/>
          <w:color w:val="555555"/>
          <w:sz w:val="20"/>
        </w:rPr>
        <w:t>[sch vesp 544c]</w:t>
      </w:r>
    </w:p>
    <w:p>
      <w:r>
        <w:rPr>
          <w:rFonts w:ascii="Gentium Plus" w:hAnsi="Gentium Plus"/>
          <w:sz w:val="24"/>
        </w:rPr>
        <w:t>544] ἀντὶ τοῦ ἐργάται, ὡς ἐν τοῖς ὑπομνήμασιν ἀναγέγραπται. Lh</w:t>
      </w:r>
    </w:p>
    <w:p>
      <w:r>
        <w:rPr>
          <w:rFonts w:ascii="Courier New" w:hAnsi="Courier New"/>
          <w:color w:val="555555"/>
          <w:sz w:val="20"/>
        </w:rPr>
        <w:t>[sch vesp 544/5a]</w:t>
      </w:r>
    </w:p>
    <w:p>
      <w:r>
        <w:rPr>
          <w:rFonts w:ascii="Gentium Plus" w:hAnsi="Gentium Plus"/>
          <w:sz w:val="24"/>
        </w:rPr>
        <w:t>τὸ ἔγκλημα ἔλεγον ἀντωμοσίαν διὰ τὸ ἀντομνύναι τοὺς ἀδικοῦν‐ τας. R</w:t>
      </w:r>
    </w:p>
    <w:p>
      <w:r>
        <w:rPr>
          <w:rFonts w:ascii="Courier New" w:hAnsi="Courier New"/>
          <w:color w:val="555555"/>
          <w:sz w:val="20"/>
        </w:rPr>
        <w:t>[sch vesp 544/5b]</w:t>
      </w:r>
    </w:p>
    <w:p>
      <w:r>
        <w:rPr>
          <w:rFonts w:ascii="Gentium Plus" w:hAnsi="Gentium Plus"/>
          <w:sz w:val="24"/>
        </w:rPr>
        <w:t>ἀντωμοσιῶν: τῶν δικῶν. ἀντωμοσίαι ⸢δὲ VΓAld ἐκαλοῦντο, ⸢ὅταν VΓAld [ὅτε Lh] ὁ ἐγκαλούμενος περὶ κλοπῆς ἐν τῷ δικαστηρίῳ ὠμωμόκει πρὸ δίκης καὶ ὁ ἐνάγων ⸢δὲ VΓAld ⸢αὐτὸν ΓAld ἀντωμωμόκει αὐτὸν εἶναι τὸν ⸢λῃστήν VΓAld [κλέπτην Lh]· καὶ οὗτοι ⸢λοιπὸν V μάρτυρες</w:t>
      </w:r>
    </w:p>
    <w:p>
      <w:r>
        <w:rPr>
          <w:rFonts w:ascii="Courier New" w:hAnsi="Courier New"/>
          <w:color w:val="555555"/>
          <w:sz w:val="20"/>
        </w:rPr>
        <w:t>[5]</w:t>
      </w:r>
    </w:p>
    <w:p>
      <w:r>
        <w:rPr>
          <w:rFonts w:ascii="Gentium Plus" w:hAnsi="Gentium Plus"/>
          <w:sz w:val="24"/>
        </w:rPr>
        <w:t>ἐκαλοῦντο. VΓLhAld</w:t>
      </w:r>
    </w:p>
    <w:p>
      <w:r>
        <w:rPr>
          <w:rFonts w:ascii="Courier New" w:hAnsi="Courier New"/>
          <w:color w:val="555555"/>
          <w:sz w:val="20"/>
        </w:rPr>
        <w:t>[sch vesp 545a]</w:t>
      </w:r>
    </w:p>
    <w:p>
      <w:r>
        <w:rPr>
          <w:rFonts w:ascii="Gentium Plus" w:hAnsi="Gentium Plus"/>
          <w:sz w:val="24"/>
        </w:rPr>
        <w:t>τῶν τραγημάτων λεπύριον ἢ ὄστρακον. R</w:t>
      </w:r>
    </w:p>
    <w:p>
      <w:r>
        <w:rPr>
          <w:rFonts w:ascii="Courier New" w:hAnsi="Courier New"/>
          <w:color w:val="555555"/>
          <w:sz w:val="20"/>
        </w:rPr>
        <w:t>[sch vesp 545b]</w:t>
      </w:r>
    </w:p>
    <w:p>
      <w:r>
        <w:rPr>
          <w:rFonts w:ascii="Gentium Plus" w:hAnsi="Gentium Plus"/>
          <w:sz w:val="24"/>
        </w:rPr>
        <w:t>κελύφη: ⸢ἀντὶ τοῦ V καλύμματα (.) VΓLhAld δικῶν· ἢ τῶν ἐγκλημάτων. κελύφη δὲ τὰ τῶν ᾠῶν καλύμματα. ὡσεὶ ἔλεγεν ἀποβλήματα δικῶν. VΓAld</w:t>
      </w:r>
    </w:p>
    <w:p>
      <w:r>
        <w:rPr>
          <w:rFonts w:ascii="Courier New" w:hAnsi="Courier New"/>
          <w:color w:val="555555"/>
          <w:sz w:val="20"/>
        </w:rPr>
        <w:t>[sch vesp 546a]</w:t>
      </w:r>
    </w:p>
    <w:p>
      <w:r>
        <w:rPr>
          <w:rFonts w:ascii="Gentium Plus" w:hAnsi="Gentium Plus"/>
          <w:sz w:val="24"/>
        </w:rPr>
        <w:t>ἀλλ’ ὦ: παραθαρσύνων τὸν Φιλοκλέωνα ⸢ὁ χορὸς Γ3Lh*Ald* ταῦτά φησιν. VΓ3LhAld</w:t>
      </w:r>
    </w:p>
    <w:p>
      <w:r>
        <w:rPr>
          <w:rFonts w:ascii="Courier New" w:hAnsi="Courier New"/>
          <w:color w:val="555555"/>
          <w:sz w:val="20"/>
        </w:rPr>
        <w:t>[sch vesp 546b]</w:t>
      </w:r>
    </w:p>
    <w:p>
      <w:r>
        <w:rPr>
          <w:rFonts w:ascii="Gentium Plus" w:hAnsi="Gentium Plus"/>
          <w:sz w:val="24"/>
        </w:rPr>
        <w:t>βασιλείας] ⸢ἀντὶ τοῦ VΓ3 ἀρχῆς. VΓ3Lh</w:t>
      </w:r>
    </w:p>
    <w:p>
      <w:r>
        <w:rPr>
          <w:rFonts w:ascii="Courier New" w:hAnsi="Courier New"/>
          <w:color w:val="555555"/>
          <w:sz w:val="20"/>
        </w:rPr>
        <w:t>[sch vesp 547]</w:t>
      </w:r>
    </w:p>
    <w:p>
      <w:r>
        <w:rPr>
          <w:rFonts w:ascii="Gentium Plus" w:hAnsi="Gentium Plus"/>
          <w:sz w:val="24"/>
        </w:rPr>
        <w:t>βασάνιζε] κίνει, δοκίμαζε. Γ3Lh</w:t>
      </w:r>
    </w:p>
    <w:p>
      <w:r>
        <w:rPr>
          <w:rFonts w:ascii="Courier New" w:hAnsi="Courier New"/>
          <w:color w:val="555555"/>
          <w:sz w:val="20"/>
        </w:rPr>
        <w:t>[sch vesp 548]</w:t>
      </w:r>
    </w:p>
    <w:p>
      <w:r>
        <w:rPr>
          <w:rFonts w:ascii="Gentium Plus" w:hAnsi="Gentium Plus"/>
          <w:sz w:val="24"/>
        </w:rPr>
        <w:t>ἀπὸ βαλβίδων: ἀπ’ ἀρχῆς, εὐθέως. VΓLhAld ἀπὸ μεταφορᾶς τῶν σταδιοδρομούντων· βαλβὶς γάρ ἐστιν ἡ ἀφετηρία. ⸢ἦν δὲ αὕτη V γραμμή(ὴ) ⸢δέ ΓAld, ἐφ’ ἧς εἱστήκεσαν, ἕως ἂν ἀποσημάνθῃ ὁ δρόμος ⸢αὐτοῖς V [αὐτῶν ΓAld]. VΓAld</w:t>
      </w:r>
    </w:p>
    <w:p>
      <w:r>
        <w:rPr>
          <w:rFonts w:ascii="Courier New" w:hAnsi="Courier New"/>
          <w:color w:val="555555"/>
          <w:sz w:val="20"/>
        </w:rPr>
        <w:t>[sch vesp 551]</w:t>
      </w:r>
    </w:p>
    <w:p>
      <w:r>
        <w:rPr>
          <w:rFonts w:ascii="Gentium Plus" w:hAnsi="Gentium Plus"/>
          <w:sz w:val="24"/>
        </w:rPr>
        <w:t>τρυφερώτερον: τρυφῆς δεόμενον. καλῶς ⸢δὲ VΓAld ἡ προσθήκη τοῦ γέροντος· ἀσθενεῖς γὰρ περὶ τὰς ἡδονὰς οἱ γέροντες. VΓLhAld</w:t>
      </w:r>
    </w:p>
    <w:p>
      <w:r>
        <w:rPr>
          <w:rFonts w:ascii="Courier New" w:hAnsi="Courier New"/>
          <w:color w:val="555555"/>
          <w:sz w:val="20"/>
        </w:rPr>
        <w:t>[sch vesp 552a]</w:t>
      </w:r>
    </w:p>
    <w:p>
      <w:r>
        <w:rPr>
          <w:rFonts w:ascii="Gentium Plus" w:hAnsi="Gentium Plus"/>
          <w:sz w:val="24"/>
        </w:rPr>
        <w:t>τοῖς δικαστικοῖς. R</w:t>
      </w:r>
    </w:p>
    <w:p>
      <w:r>
        <w:rPr>
          <w:rFonts w:ascii="Courier New" w:hAnsi="Courier New"/>
          <w:color w:val="555555"/>
          <w:sz w:val="20"/>
        </w:rPr>
        <w:t>[sch vesp 552b]</w:t>
      </w:r>
    </w:p>
    <w:p>
      <w:r>
        <w:rPr>
          <w:rFonts w:ascii="Gentium Plus" w:hAnsi="Gentium Plus"/>
          <w:sz w:val="24"/>
        </w:rPr>
        <w:t>τοῖς δρυφάκτοις] τοῖς περιφράγμασι τοῦ δικαστηρίου. VΓ3Lh</w:t>
      </w:r>
    </w:p>
    <w:p>
      <w:r>
        <w:rPr>
          <w:rFonts w:ascii="Courier New" w:hAnsi="Courier New"/>
          <w:color w:val="555555"/>
          <w:sz w:val="20"/>
        </w:rPr>
        <w:t>[sch vesp 554a]</w:t>
      </w:r>
    </w:p>
    <w:p>
      <w:r>
        <w:rPr>
          <w:rFonts w:ascii="Gentium Plus" w:hAnsi="Gentium Plus"/>
          <w:sz w:val="24"/>
        </w:rPr>
        <w:t>ἐμβάλλει μοι τὴν χεῖρ’: ὃ ποιοῦσιν οἱ ⸢τοῖς δικασταῖς VΓAld ⸢θωπευτικοὶ R [θωπευτικῶς VΓ Ald] προσιόντες ἠρέμα ἐφαπτόμενοι</w:t>
      </w:r>
    </w:p>
    <w:p>
      <w:r>
        <w:rPr>
          <w:rFonts w:ascii="Courier New" w:hAnsi="Courier New"/>
          <w:color w:val="555555"/>
          <w:sz w:val="20"/>
        </w:rPr>
        <w:t>[5]</w:t>
      </w:r>
    </w:p>
    <w:p>
      <w:r>
        <w:rPr>
          <w:rFonts w:ascii="Gentium Plus" w:hAnsi="Gentium Plus"/>
          <w:sz w:val="24"/>
        </w:rPr>
        <w:t>τῆς χειρὸς ἐν τῷ ἀσπάζεσθαι (.)</w:t>
      </w:r>
    </w:p>
    <w:p>
      <w:r>
        <w:rPr>
          <w:rFonts w:ascii="Courier New" w:hAnsi="Courier New"/>
          <w:color w:val="555555"/>
          <w:sz w:val="20"/>
        </w:rPr>
        <w:t>[sch vesp 554a,col 2]</w:t>
      </w:r>
    </w:p>
    <w:p>
      <w:r>
        <w:rPr>
          <w:rFonts w:ascii="Gentium Plus" w:hAnsi="Gentium Plus"/>
          <w:sz w:val="24"/>
        </w:rPr>
        <w:t>οἱ θωπευτικῶς προσιόντες ἠρέμα ἐφαπτόμενοι τῆς χειρὸς τῶν δι‐</w:t>
      </w:r>
    </w:p>
    <w:p>
      <w:r>
        <w:rPr>
          <w:rFonts w:ascii="Courier New" w:hAnsi="Courier New"/>
          <w:color w:val="555555"/>
          <w:sz w:val="20"/>
        </w:rPr>
        <w:t>[sch vesp 554a (7)]</w:t>
      </w:r>
    </w:p>
    <w:p>
      <w:r>
        <w:rPr>
          <w:rFonts w:ascii="Gentium Plus" w:hAnsi="Gentium Plus"/>
          <w:sz w:val="24"/>
        </w:rPr>
        <w:t>διὰ τὸ μέλλειν κρίνεσθαι ⸢αὐτοὺς Lh ⸢ἐπὶ δημοσίων κλοπῇ (.) VΓAld [περὶ κλοπῆς Lh] ⸢προκαταλαμβάνοντες LhAld. VΓLhAld</w:t>
      </w:r>
    </w:p>
    <w:p>
      <w:r>
        <w:rPr>
          <w:rFonts w:ascii="Courier New" w:hAnsi="Courier New"/>
          <w:color w:val="555555"/>
          <w:sz w:val="20"/>
        </w:rPr>
        <w:t>[sch vesp 554b]</w:t>
      </w:r>
    </w:p>
    <w:p>
      <w:r>
        <w:rPr>
          <w:rFonts w:ascii="Gentium Plus" w:hAnsi="Gentium Plus"/>
          <w:sz w:val="24"/>
        </w:rPr>
        <w:t>ἐμβάλλει μοι] ἐμβάλλουσίν μοι. Lh</w:t>
      </w:r>
    </w:p>
    <w:p>
      <w:r>
        <w:rPr>
          <w:rFonts w:ascii="Courier New" w:hAnsi="Courier New"/>
          <w:color w:val="555555"/>
          <w:sz w:val="20"/>
        </w:rPr>
        <w:t>[sch vesp 555]</w:t>
      </w:r>
    </w:p>
    <w:p>
      <w:r>
        <w:rPr>
          <w:rFonts w:ascii="Gentium Plus" w:hAnsi="Gentium Plus"/>
          <w:sz w:val="24"/>
        </w:rPr>
        <w:t>οἰκτροχοοῦντες: ⸢οἰκτρῶς VΓLh [οἰκτρὰ Ald] χέοντες. VΓLhAld ⸢καὶ V Ὅμηρος· ἥ τε πολυτρωχῶσα χέει πολυηχέα φωνήν.</w:t>
      </w:r>
    </w:p>
    <w:p>
      <w:r>
        <w:rPr>
          <w:rFonts w:ascii="Courier New" w:hAnsi="Courier New"/>
          <w:color w:val="555555"/>
          <w:sz w:val="20"/>
        </w:rPr>
        <w:t>[sch vesp 557]</w:t>
      </w:r>
    </w:p>
    <w:p>
      <w:r>
        <w:rPr>
          <w:rFonts w:ascii="Gentium Plus" w:hAnsi="Gentium Plus"/>
          <w:sz w:val="24"/>
        </w:rPr>
        <w:t>ξυνσίτοις ἀγοράζων] νῦν τὸ ⸢“ἀγοράζων” V [ἀγοράζω Lh], ὡς ἡμεῖς λέγομεν. VLh</w:t>
      </w:r>
    </w:p>
    <w:p>
      <w:r>
        <w:rPr>
          <w:rFonts w:ascii="Courier New" w:hAnsi="Courier New"/>
          <w:color w:val="555555"/>
          <w:sz w:val="20"/>
        </w:rPr>
        <w:t>[sch vesp 558]</w:t>
      </w:r>
    </w:p>
    <w:p>
      <w:r>
        <w:rPr>
          <w:rFonts w:ascii="Gentium Plus" w:hAnsi="Gentium Plus"/>
          <w:sz w:val="24"/>
        </w:rPr>
        <w:t>ὃς ἔμ’ οὐδ’ ἂν ζῶντ’ ᾔδειν: ὅστις οὐδ’ ἂν λόγου με ἠξίωσεν, εἰ μὴ ⸢εὐεργετήθη V [εὐηργετήθη ΓLhAld] ⸢ὑπ’ VΓAld [παρ’ Lh] ἐμοῦ. VΓLhAld</w:t>
      </w:r>
    </w:p>
    <w:p>
      <w:r>
        <w:rPr>
          <w:rFonts w:ascii="Courier New" w:hAnsi="Courier New"/>
          <w:color w:val="555555"/>
          <w:sz w:val="20"/>
        </w:rPr>
        <w:t>[sch vesp 559]</w:t>
      </w:r>
    </w:p>
    <w:p>
      <w:r>
        <w:rPr>
          <w:rFonts w:ascii="Gentium Plus" w:hAnsi="Gentium Plus"/>
          <w:sz w:val="24"/>
        </w:rPr>
        <w:t>τουτὶ περὶ: ⸢ἐν τῷ γραμματείῳ ὁ Βδελυκλέων LhAld ἀπογράφεται, ⸢ὡς V ὅτι ἀντιβολοῦνται οἱ δικασταί (.) VLhAld, ὡς καὶ ἄνω εἴρηκεν, ἵν’ ἔχῃ τοῦτο εἰς κατηγορίαν αὐτῶν. LhAld</w:t>
      </w:r>
    </w:p>
    <w:p>
      <w:r>
        <w:rPr>
          <w:rFonts w:ascii="Courier New" w:hAnsi="Courier New"/>
          <w:color w:val="555555"/>
          <w:sz w:val="20"/>
        </w:rPr>
        <w:t>[sch vesp 560]</w:t>
      </w:r>
    </w:p>
    <w:p>
      <w:r>
        <w:rPr>
          <w:rFonts w:ascii="Gentium Plus" w:hAnsi="Gentium Plus"/>
          <w:sz w:val="24"/>
        </w:rPr>
        <w:t>ἀπομορχθεὶς] ἀποβαλών. Γ3LhAld</w:t>
      </w:r>
    </w:p>
    <w:p>
      <w:r>
        <w:rPr>
          <w:rFonts w:ascii="Courier New" w:hAnsi="Courier New"/>
          <w:color w:val="555555"/>
          <w:sz w:val="20"/>
        </w:rPr>
        <w:t>[sch vesp 561a]</w:t>
      </w:r>
    </w:p>
    <w:p>
      <w:r>
        <w:rPr>
          <w:rFonts w:ascii="Gentium Plus" w:hAnsi="Gentium Plus"/>
          <w:sz w:val="24"/>
        </w:rPr>
        <w:t>ἔνδον τούτων ὧν ἂν φάσκω: ἀντὶ τοῦ “ἃ ἔξωθεν ἐπαγγέλλομαι ποιεῖν, ⸢ἔνδον VΓAld ⸢οὐ VΓAld [οὐδὲ Lh] ποιῶ”. VΓLhAld τοιοῦτοι γὰρ οἱ δικασταί· παραχρῆμα μὲν ἐπαγγέλλονται, ὕστερον δὲ ἀρνοῦνται. VΓAld</w:t>
      </w:r>
    </w:p>
    <w:p>
      <w:r>
        <w:rPr>
          <w:rFonts w:ascii="Courier New" w:hAnsi="Courier New"/>
          <w:color w:val="555555"/>
          <w:sz w:val="20"/>
        </w:rPr>
        <w:t>[sch vesp 562a]</w:t>
      </w:r>
    </w:p>
    <w:p>
      <w:r>
        <w:rPr>
          <w:rFonts w:ascii="Gentium Plus" w:hAnsi="Gentium Plus"/>
          <w:sz w:val="24"/>
        </w:rPr>
        <w:t>εἰς ἀπόφευξιν] εἰς τὸ ἀποφυγεῖν. Γ3</w:t>
      </w:r>
    </w:p>
    <w:p>
      <w:r>
        <w:rPr>
          <w:rFonts w:ascii="Courier New" w:hAnsi="Courier New"/>
          <w:color w:val="555555"/>
          <w:sz w:val="20"/>
        </w:rPr>
        <w:t>[sch vesp 562b]</w:t>
      </w:r>
    </w:p>
    <w:p>
      <w:r>
        <w:rPr>
          <w:rFonts w:ascii="Gentium Plus" w:hAnsi="Gentium Plus"/>
          <w:sz w:val="24"/>
        </w:rPr>
        <w:t>ἀπόφευξιν] ἀποφυγήν. Lh</w:t>
      </w:r>
    </w:p>
    <w:p>
      <w:r>
        <w:rPr>
          <w:rFonts w:ascii="Courier New" w:hAnsi="Courier New"/>
          <w:color w:val="555555"/>
          <w:sz w:val="20"/>
        </w:rPr>
        <w:t>[sch vesp 565a]</w:t>
      </w:r>
    </w:p>
    <w:p>
      <w:r>
        <w:rPr>
          <w:rFonts w:ascii="Gentium Plus" w:hAnsi="Gentium Plus"/>
          <w:sz w:val="24"/>
        </w:rPr>
        <w:t>κακὰ πρὸς τοῖς οὖσιν: ἐν σχήματι εἴρηκε μεταβὰς ἀπὸ τοῦ πληθυντικοῦ εἰς τὸ ἑνικόν. ὁ δὲ νοῦς· ἕως ἂν οὗτοι τὰ κακὰ τὰ ἡμέτερα ἀπο‐ φήνωσι τοῖς ἑαυτῶν ἴσα. VΓAld</w:t>
      </w:r>
    </w:p>
    <w:p>
      <w:r>
        <w:rPr>
          <w:rFonts w:ascii="Courier New" w:hAnsi="Courier New"/>
          <w:color w:val="555555"/>
          <w:sz w:val="20"/>
        </w:rPr>
        <w:t>[sch vesp 565b]</w:t>
      </w:r>
    </w:p>
    <w:p>
      <w:r>
        <w:rPr>
          <w:rFonts w:ascii="Gentium Plus" w:hAnsi="Gentium Plus"/>
          <w:sz w:val="24"/>
        </w:rPr>
        <w:t>ἀντὶ τοῦ τοσαῦτα λέγουσιν, ἕως ἂν VΓAld ἀποδείξωσιν ἑαυτοὺς πένητας ὡς</w:t>
      </w:r>
    </w:p>
    <w:p>
      <w:r>
        <w:rPr>
          <w:rFonts w:ascii="Courier New" w:hAnsi="Courier New"/>
          <w:color w:val="555555"/>
          <w:sz w:val="20"/>
        </w:rPr>
        <w:t>[sch vesp 565b,col 2 (2)]</w:t>
      </w:r>
    </w:p>
    <w:p>
      <w:r>
        <w:rPr>
          <w:rFonts w:ascii="Gentium Plus" w:hAnsi="Gentium Plus"/>
          <w:sz w:val="24"/>
        </w:rPr>
        <w:t>αὐτοὺς πένητας ἀποδείξωσιν ὡς</w:t>
      </w:r>
    </w:p>
    <w:p>
      <w:r>
        <w:rPr>
          <w:rFonts w:ascii="Courier New" w:hAnsi="Courier New"/>
          <w:color w:val="555555"/>
          <w:sz w:val="20"/>
        </w:rPr>
        <w:t>[sch vesp 565c]</w:t>
      </w:r>
    </w:p>
    <w:p>
      <w:r>
        <w:rPr>
          <w:rFonts w:ascii="Gentium Plus" w:hAnsi="Gentium Plus"/>
          <w:sz w:val="24"/>
        </w:rPr>
        <w:t>ἕως ἄν, φησίν, τὰ ἑαυτῶν κακὰ ἀποφήνωσι τοῖς ἐμοῖς ἴσα, ἤγουν ἕως ἂν ἀποδείξωσιν (b s2) ... (s3) ἐγώ· ἀπὸ πληθυντικοῦ δὲ εἰς ἑνικὸν</w:t>
      </w:r>
    </w:p>
    <w:p>
      <w:r>
        <w:rPr>
          <w:rFonts w:ascii="Courier New" w:hAnsi="Courier New"/>
          <w:color w:val="555555"/>
          <w:sz w:val="20"/>
        </w:rPr>
        <w:t>[sch vesp 566a]</w:t>
      </w:r>
    </w:p>
    <w:p>
      <w:r>
        <w:rPr>
          <w:rFonts w:ascii="Gentium Plus" w:hAnsi="Gentium Plus"/>
          <w:sz w:val="24"/>
        </w:rPr>
        <w:t>Αἰσώπου τι γελοῖον: ⸢οὗτος ὁ Lh Αἴσωπος τραγῳδίας ⸢ποιητὴς {V}Γ ἐγένετο ὑποκριτὴς(ής) (.) VΓLhAld γελοιώδης. VLhAld Αἰσχύλου δὲ ἦν ὑποκριτής. VLh</w:t>
      </w:r>
    </w:p>
    <w:p>
      <w:r>
        <w:rPr>
          <w:rFonts w:ascii="Courier New" w:hAnsi="Courier New"/>
          <w:color w:val="555555"/>
          <w:sz w:val="20"/>
        </w:rPr>
        <w:t>[sch vesp 566b]</w:t>
      </w:r>
    </w:p>
    <w:p>
      <w:r>
        <w:rPr>
          <w:rFonts w:ascii="Gentium Plus" w:hAnsi="Gentium Plus"/>
          <w:sz w:val="24"/>
        </w:rPr>
        <w:t>γελοιον] ⸢προπερισπωμένως V [προπερισπᾶται ΓLhAld] τὸ ⸢“γελοιον” V “γελοῖον” ΓAld “γέλοιον” Lh (.) VΓLhAld ἐν ἑτέροις. Lh</w:t>
      </w:r>
    </w:p>
    <w:p>
      <w:r>
        <w:rPr>
          <w:rFonts w:ascii="Courier New" w:hAnsi="Courier New"/>
          <w:color w:val="555555"/>
          <w:sz w:val="20"/>
        </w:rPr>
        <w:t>[sch vesp 568a]</w:t>
      </w:r>
    </w:p>
    <w:p>
      <w:r>
        <w:rPr>
          <w:rFonts w:ascii="Gentium Plus" w:hAnsi="Gentium Plus"/>
          <w:sz w:val="24"/>
        </w:rPr>
        <w:t>εὐθὺς ἀνέλκει: διὰ ⸢γὰρ V τὸν οἶκτον οἱ δικαζόμενοι τοῦτο ἐποίουν. VΓLhAld</w:t>
      </w:r>
    </w:p>
    <w:p>
      <w:r>
        <w:rPr>
          <w:rFonts w:ascii="Courier New" w:hAnsi="Courier New"/>
          <w:color w:val="555555"/>
          <w:sz w:val="20"/>
        </w:rPr>
        <w:t>[sch vesp 568b]</w:t>
      </w:r>
    </w:p>
    <w:p>
      <w:r>
        <w:rPr>
          <w:rFonts w:ascii="Gentium Plus" w:hAnsi="Gentium Plus"/>
          <w:sz w:val="24"/>
        </w:rPr>
        <w:t>ἀνέλκει] εἰς τὸ βῆμα. ΓLhAld</w:t>
      </w:r>
    </w:p>
    <w:p>
      <w:r>
        <w:rPr>
          <w:rFonts w:ascii="Courier New" w:hAnsi="Courier New"/>
          <w:color w:val="555555"/>
          <w:sz w:val="20"/>
        </w:rPr>
        <w:t>[sch vesp 569]</w:t>
      </w:r>
    </w:p>
    <w:p>
      <w:r>
        <w:rPr>
          <w:rFonts w:ascii="Gentium Plus" w:hAnsi="Gentium Plus"/>
          <w:sz w:val="24"/>
        </w:rPr>
        <w:t>ἀκροῶμαι] ἵνα κἀνταῦθα ⸢ἐλεηθῇ VΓ [ἐλεηθῶσιν LhAld]. VΓLhAld</w:t>
      </w:r>
    </w:p>
    <w:p>
      <w:r>
        <w:rPr>
          <w:rFonts w:ascii="Courier New" w:hAnsi="Courier New"/>
          <w:color w:val="555555"/>
          <w:sz w:val="20"/>
        </w:rPr>
        <w:t>[sch vesp 570]</w:t>
      </w:r>
    </w:p>
    <w:p>
      <w:r>
        <w:rPr>
          <w:rFonts w:ascii="Gentium Plus" w:hAnsi="Gentium Plus"/>
          <w:sz w:val="24"/>
        </w:rPr>
        <w:t>ἅμα βληχᾶται: ποιὰν φωνὴν ἀφίησιν ἐλεεινήν. ἐκ ⸢δὲ VΓAld τῆς ἀσήμου ⸢ταύτης Lh φωνῆς ⸢τοῦ “βληχᾶται” Lh δηλοῖ τὴν βραχεῖαν τῶν παίδων ἡλικίαν. VΓLhAld</w:t>
      </w:r>
    </w:p>
    <w:p>
      <w:r>
        <w:rPr>
          <w:rFonts w:ascii="Courier New" w:hAnsi="Courier New"/>
          <w:color w:val="555555"/>
          <w:sz w:val="20"/>
        </w:rPr>
        <w:t>[sch vesp 571]</w:t>
      </w:r>
    </w:p>
    <w:p>
      <w:r>
        <w:rPr>
          <w:rFonts w:ascii="Gentium Plus" w:hAnsi="Gentium Plus"/>
          <w:sz w:val="24"/>
        </w:rPr>
        <w:t>τῆς εὐθύνης ἀπολῦσαι] τῆς δίκης παρεκβάλλων. VΓ3Lh</w:t>
      </w:r>
    </w:p>
    <w:p>
      <w:r>
        <w:rPr>
          <w:rFonts w:ascii="Courier New" w:hAnsi="Courier New"/>
          <w:color w:val="555555"/>
          <w:sz w:val="20"/>
        </w:rPr>
        <w:t>[sch vesp 572a]</w:t>
      </w:r>
    </w:p>
    <w:p>
      <w:r>
        <w:rPr>
          <w:rFonts w:ascii="Gentium Plus" w:hAnsi="Gentium Plus"/>
          <w:sz w:val="24"/>
        </w:rPr>
        <w:t>εἰ μὲν χαίρεις ἀρνὸς φωνῇ: παίζει ταῦτα, ἐπεὶ ἐκεῖνοι οὕτως ⸢λέγουσιν· VΓAld [ἔλεγον. Lh] ⸢τοιαῦτα οἱ ἱκετεύοντες ἔλεγον· Lh εἰ μὲν ἄρσενά τις ἔχει, εἰς τοὺς ἄρσενας ἀπίτω· εἰ δὲ ⸢θήλεια VΓ, Lh? [θήλεα Ald], τὰς θηλείας κατοικτειράτω. VΓLhAld</w:t>
      </w:r>
    </w:p>
    <w:p>
      <w:r>
        <w:rPr>
          <w:rFonts w:ascii="Courier New" w:hAnsi="Courier New"/>
          <w:color w:val="555555"/>
          <w:sz w:val="20"/>
        </w:rPr>
        <w:t>[sch vesp 572b]</w:t>
      </w:r>
    </w:p>
    <w:p>
      <w:r>
        <w:rPr>
          <w:rFonts w:ascii="Gentium Plus" w:hAnsi="Gentium Plus"/>
          <w:sz w:val="24"/>
        </w:rPr>
        <w:t>ἐλεήσαις] ⸢λέγει τὸ ΓAld* ἐλέησον (.) VΓAld ἢ ἀπόλυσον. VΓ</w:t>
      </w:r>
    </w:p>
    <w:p>
      <w:r>
        <w:rPr>
          <w:rFonts w:ascii="Courier New" w:hAnsi="Courier New"/>
          <w:color w:val="555555"/>
          <w:sz w:val="20"/>
        </w:rPr>
        <w:t>[sch vesp 573]</w:t>
      </w:r>
    </w:p>
    <w:p>
      <w:r>
        <w:rPr>
          <w:rFonts w:ascii="Gentium Plus" w:hAnsi="Gentium Plus"/>
          <w:sz w:val="24"/>
        </w:rPr>
        <w:t>χοιριδίοις: ἴσως, ὅτι χοῖρος προσαγορεύεται τὸ ⸢τῆς γυναικὸς V*Lh [γυναικεῖον ΓAld] ⸢αἰδοῖον VΓAld [μόριον Lh]. VΓLhAld</w:t>
      </w:r>
    </w:p>
    <w:p>
      <w:r>
        <w:rPr>
          <w:rFonts w:ascii="Courier New" w:hAnsi="Courier New"/>
          <w:color w:val="555555"/>
          <w:sz w:val="20"/>
        </w:rPr>
        <w:t>[sch vesp 574a]</w:t>
      </w:r>
    </w:p>
    <w:p>
      <w:r>
        <w:rPr>
          <w:rFonts w:ascii="Gentium Plus" w:hAnsi="Gentium Plus"/>
          <w:sz w:val="24"/>
        </w:rPr>
        <w:t>κόλλοπα: τὴν νευράν. τὸ τοῦ ταύρου τραχηλιαῖον· σκληρότατον τοῦτο. θέλει οὖν εἰπεῖν “τὸ στερεώτατον τῆς ὀργῆς.” R</w:t>
      </w:r>
    </w:p>
    <w:p>
      <w:r>
        <w:rPr>
          <w:rFonts w:ascii="Courier New" w:hAnsi="Courier New"/>
          <w:color w:val="555555"/>
          <w:sz w:val="20"/>
        </w:rPr>
        <w:t>[sch vesp 574b]</w:t>
      </w:r>
    </w:p>
    <w:p>
      <w:r>
        <w:rPr>
          <w:rFonts w:ascii="Gentium Plus" w:hAnsi="Gentium Plus"/>
          <w:sz w:val="24"/>
        </w:rPr>
        <w:t>τὸν κόλλοπ’ ἀνεῖμεν: ⸢ἀντὶ τοῦ V τὸ στερεώτατον τῆς ὁρμῆς, ἀπὸ τοῦ κατὰ τὸν τένοντα κόλλοπος· ἔστι δὲ δέρμα στερεώτατον. ἢ καὶ παρὰ τὸν τένοντα τῆς χορδῆς †κάλλοπα† τὸν κόλλοπα. VΓAld</w:t>
      </w:r>
    </w:p>
    <w:p>
      <w:r>
        <w:rPr>
          <w:rFonts w:ascii="Courier New" w:hAnsi="Courier New"/>
          <w:color w:val="555555"/>
          <w:sz w:val="20"/>
        </w:rPr>
        <w:t>[sch vesp 574c]</w:t>
      </w:r>
    </w:p>
    <w:p>
      <w:r>
        <w:rPr>
          <w:rFonts w:ascii="Gentium Plus" w:hAnsi="Gentium Plus"/>
          <w:sz w:val="24"/>
        </w:rPr>
        <w:t>κόλλοπες ⸢γὰρ Lh λέγονται οἱ πασσαλίσκοι τῆς κιθάρας, εἰς οὓς ἀποδεσμοῦνται αἱ ⸢νευραὶ VΓAld [χορδαὶ Lh] καὶ τείνονται στρεφομένων ⸢ἐκείνων Lh. VΓLhAld “ὀργῆς” οὖν “κόλλοπα” ἀντὶ τοῦ</w:t>
      </w:r>
    </w:p>
    <w:p>
      <w:r>
        <w:rPr>
          <w:rFonts w:ascii="Courier New" w:hAnsi="Courier New"/>
          <w:color w:val="555555"/>
          <w:sz w:val="20"/>
        </w:rPr>
        <w:t>[5]</w:t>
      </w:r>
    </w:p>
    <w:p>
      <w:r>
        <w:rPr>
          <w:rFonts w:ascii="Gentium Plus" w:hAnsi="Gentium Plus"/>
          <w:sz w:val="24"/>
        </w:rPr>
        <w:t>τὴν τάσιν τῆς ὀργῆς (.) VΓAld</w:t>
      </w:r>
    </w:p>
    <w:p>
      <w:r>
        <w:rPr>
          <w:rFonts w:ascii="Courier New" w:hAnsi="Courier New"/>
          <w:color w:val="555555"/>
          <w:sz w:val="20"/>
        </w:rPr>
        <w:t>[sch vesp 574c,col 2 (4)]</w:t>
      </w:r>
    </w:p>
    <w:p>
      <w:r>
        <w:rPr>
          <w:rFonts w:ascii="Gentium Plus" w:hAnsi="Gentium Plus"/>
          <w:sz w:val="24"/>
        </w:rPr>
        <w:t>παρὰ τὸν τὴν χορδὴν τείνοντα κόλ‐</w:t>
      </w:r>
    </w:p>
    <w:p>
      <w:r>
        <w:rPr>
          <w:rFonts w:ascii="Courier New" w:hAnsi="Courier New"/>
          <w:color w:val="555555"/>
          <w:sz w:val="20"/>
        </w:rPr>
        <w:t>[5]</w:t>
      </w:r>
    </w:p>
    <w:p>
      <w:r>
        <w:rPr>
          <w:rFonts w:ascii="Gentium Plus" w:hAnsi="Gentium Plus"/>
          <w:sz w:val="24"/>
        </w:rPr>
        <w:t>λοπα “τῆς ὀργῆς” νῦν “τὸν κόλλοπα”</w:t>
      </w:r>
    </w:p>
    <w:p>
      <w:r>
        <w:rPr>
          <w:rFonts w:ascii="Courier New" w:hAnsi="Courier New"/>
          <w:color w:val="555555"/>
          <w:sz w:val="20"/>
        </w:rPr>
        <w:t>[sch vesp 574d]</w:t>
      </w:r>
    </w:p>
    <w:p>
      <w:r>
        <w:rPr>
          <w:rFonts w:ascii="Gentium Plus" w:hAnsi="Gentium Plus"/>
          <w:sz w:val="24"/>
        </w:rPr>
        <w:t>τὸν κόλλοπ’ ἀνεῖμεν] ⸢ἀντὶ τοῦ ΓLhAld τὴν τάσιν τῆς ὀργῆς.</w:t>
      </w:r>
    </w:p>
    <w:p>
      <w:r>
        <w:rPr>
          <w:rFonts w:ascii="Courier New" w:hAnsi="Courier New"/>
          <w:color w:val="555555"/>
          <w:sz w:val="20"/>
        </w:rPr>
        <w:t>[sch vesp 575]</w:t>
      </w:r>
    </w:p>
    <w:p>
      <w:r>
        <w:rPr>
          <w:rFonts w:ascii="Gentium Plus" w:hAnsi="Gentium Plus"/>
          <w:sz w:val="24"/>
        </w:rPr>
        <w:t>καταχήνη: ⸢χλευή, V κατάγελως, καταφρόνησις. VΓ3LhAld</w:t>
      </w:r>
    </w:p>
    <w:p>
      <w:r>
        <w:rPr>
          <w:rFonts w:ascii="Courier New" w:hAnsi="Courier New"/>
          <w:color w:val="555555"/>
          <w:sz w:val="20"/>
        </w:rPr>
        <w:t>[sch vesp 576]</w:t>
      </w:r>
    </w:p>
    <w:p>
      <w:r>
        <w:rPr>
          <w:rFonts w:ascii="Gentium Plus" w:hAnsi="Gentium Plus"/>
          <w:sz w:val="24"/>
        </w:rPr>
        <w:t>γρ. καὶ “πλούτου”. R</w:t>
      </w:r>
    </w:p>
    <w:p>
      <w:r>
        <w:rPr>
          <w:rFonts w:ascii="Courier New" w:hAnsi="Courier New"/>
          <w:color w:val="555555"/>
          <w:sz w:val="20"/>
        </w:rPr>
        <w:t>[sch vesp 577a]</w:t>
      </w:r>
    </w:p>
    <w:p>
      <w:r>
        <w:rPr>
          <w:rFonts w:ascii="Gentium Plus" w:hAnsi="Gentium Plus"/>
          <w:sz w:val="24"/>
        </w:rPr>
        <w:t>καὶ τἀγαθά μοι μέμνησο: ⸢καὶ VΓAld μέμνησο, φησίν, εἰπεῖν, ἃ ἔχεις (.) VΓLhAld φάσκων ἄρχειν τῆς Ἑλλάδος. VΓAld</w:t>
      </w:r>
    </w:p>
    <w:p>
      <w:r>
        <w:rPr>
          <w:rFonts w:ascii="Courier New" w:hAnsi="Courier New"/>
          <w:color w:val="555555"/>
          <w:sz w:val="20"/>
        </w:rPr>
        <w:t>[sch vesp 577b]</w:t>
      </w:r>
    </w:p>
    <w:p>
      <w:r>
        <w:rPr>
          <w:rFonts w:ascii="Gentium Plus" w:hAnsi="Gentium Plus"/>
          <w:sz w:val="24"/>
        </w:rPr>
        <w:t>ἐπειδὴ ἔλεγεν ὁ Φιλοκλέων, ὅτι οἱ δικασταὶ ἄρχουσι τῆς Ἑλλάδος. VΓLhAld</w:t>
      </w:r>
    </w:p>
    <w:p>
      <w:r>
        <w:rPr>
          <w:rFonts w:ascii="Courier New" w:hAnsi="Courier New"/>
          <w:color w:val="555555"/>
          <w:sz w:val="20"/>
        </w:rPr>
        <w:t>[sch vesp 577c]</w:t>
      </w:r>
    </w:p>
    <w:p>
      <w:r>
        <w:rPr>
          <w:rFonts w:ascii="Gentium Plus" w:hAnsi="Gentium Plus"/>
          <w:sz w:val="24"/>
        </w:rPr>
        <w:t>τὴν ... ἀρχήν] τῆς ... ἄρχειν. Γ3</w:t>
      </w:r>
    </w:p>
    <w:p>
      <w:r>
        <w:rPr>
          <w:rFonts w:ascii="Courier New" w:hAnsi="Courier New"/>
          <w:color w:val="555555"/>
          <w:sz w:val="20"/>
        </w:rPr>
        <w:t>[sch vesp 578a]</w:t>
      </w:r>
    </w:p>
    <w:p>
      <w:r>
        <w:rPr>
          <w:rFonts w:ascii="Gentium Plus" w:hAnsi="Gentium Plus"/>
          <w:sz w:val="24"/>
        </w:rPr>
        <w:t>καὶ γὰρ οἱ ὀρφανοὶ ἐδοκιμάζοντο. R</w:t>
      </w:r>
    </w:p>
    <w:p>
      <w:r>
        <w:rPr>
          <w:rFonts w:ascii="Courier New" w:hAnsi="Courier New"/>
          <w:color w:val="555555"/>
          <w:sz w:val="20"/>
        </w:rPr>
        <w:t>[sch vesp 578b]</w:t>
      </w:r>
    </w:p>
    <w:p>
      <w:r>
        <w:rPr>
          <w:rFonts w:ascii="Gentium Plus" w:hAnsi="Gentium Plus"/>
          <w:sz w:val="24"/>
        </w:rPr>
        <w:t>παίδων τοίνυν δοκιμαζομένων: πρὸς τὸ ἔθος ⸢τοῦτο λέγει Lh. Ἀριστοτέλης ⸢δέ VΓAld [γάρ Lh] φησιν, ὅτι ψήφῳ οἱ ἐγγραφόμενοι δοκιμά‐ ζονται (,) ⸢οἱ VΓAld νεώτεροι (,) ⸢εἰ Lh μὴ ἐτῶν ιηʹ εἶεν. ἴσως δ’ ἂν περὶ τῶν κρινομένων παίδων εἰς τοὺς γυμνικοὺς ἀγῶνας ⸢λέγει V, Γ?, Ald [λέγοι Lh],</w:t>
      </w:r>
    </w:p>
    <w:p>
      <w:r>
        <w:rPr>
          <w:rFonts w:ascii="Courier New" w:hAnsi="Courier New"/>
          <w:color w:val="555555"/>
          <w:sz w:val="20"/>
        </w:rPr>
        <w:t>[5]</w:t>
      </w:r>
    </w:p>
    <w:p>
      <w:r>
        <w:rPr>
          <w:rFonts w:ascii="Gentium Plus" w:hAnsi="Gentium Plus"/>
          <w:sz w:val="24"/>
        </w:rPr>
        <w:t>οὐχ ὡς ἐν δικαστηρίῳ κρινομένων, ἀλλ’ ὑπὸ τῶν πρεσβυτέρων. VΓLhAld</w:t>
      </w:r>
    </w:p>
    <w:p>
      <w:r>
        <w:rPr>
          <w:rFonts w:ascii="Courier New" w:hAnsi="Courier New"/>
          <w:color w:val="555555"/>
          <w:sz w:val="20"/>
        </w:rPr>
        <w:t>[sch vesp 578c]</w:t>
      </w:r>
    </w:p>
    <w:p>
      <w:r>
        <w:rPr>
          <w:rFonts w:ascii="Gentium Plus" w:hAnsi="Gentium Plus"/>
          <w:sz w:val="24"/>
        </w:rPr>
        <w:t>τῶν γὰρ παίδων τὴν ἡλικίαν δοκιμάζοντες τὰ αἰδοῖα ἐσκόπουν διὰ τὸ δεῖσθαι αὐτῶν εἰς τὸ χρησιμεύειν ἐν ταῖς λειτουργίαις. VΓLhAld</w:t>
      </w:r>
    </w:p>
    <w:p>
      <w:r>
        <w:rPr>
          <w:rFonts w:ascii="Courier New" w:hAnsi="Courier New"/>
          <w:color w:val="555555"/>
          <w:sz w:val="20"/>
        </w:rPr>
        <w:t>[sch vesp 579a]</w:t>
      </w:r>
    </w:p>
    <w:p>
      <w:r>
        <w:rPr>
          <w:rFonts w:ascii="Gentium Plus" w:hAnsi="Gentium Plus"/>
          <w:sz w:val="24"/>
        </w:rPr>
        <w:t>Οἴαγρος τραγικὸς ὑποκριτής. R</w:t>
      </w:r>
    </w:p>
    <w:p>
      <w:r>
        <w:rPr>
          <w:rFonts w:ascii="Courier New" w:hAnsi="Courier New"/>
          <w:color w:val="555555"/>
          <w:sz w:val="20"/>
        </w:rPr>
        <w:t>[sch vesp 579b]</w:t>
      </w:r>
    </w:p>
    <w:p>
      <w:r>
        <w:rPr>
          <w:rFonts w:ascii="Gentium Plus" w:hAnsi="Gentium Plus"/>
          <w:sz w:val="24"/>
        </w:rPr>
        <w:t>κἂν Οἴαγρος: ⸢ὅτι VΓAld [οὗτος Lh] τραγικὸς ὑποκριτὴς(ής) (.) VΓLhAld ὁ Οἴαγρος, εἴρηται πρότερον. VΓAld ὡς θαυμάζων δὲ αὐτόν φησιν, ὅτι κἂν ἐκεῖνος ὁ μέγας καταδικασθῇ. VΓLhAld ἐκ τῆς Νιόβης δὲ ††. VΓAld ⸢καὶ γὰρ VΓAld [ὅτι Lh] ὑπεκρίθη τὴν Νιόβην ⸢ἢ VΓAld</w:t>
      </w:r>
    </w:p>
    <w:p>
      <w:r>
        <w:rPr>
          <w:rFonts w:ascii="Courier New" w:hAnsi="Courier New"/>
          <w:color w:val="555555"/>
          <w:sz w:val="20"/>
        </w:rPr>
        <w:t>[5]</w:t>
      </w:r>
    </w:p>
    <w:p>
      <w:r>
        <w:rPr>
          <w:rFonts w:ascii="Gentium Plus" w:hAnsi="Gentium Plus"/>
          <w:sz w:val="24"/>
        </w:rPr>
        <w:t>Σοφοκλέους ἢ Αἰσχύλου. VΓLhAld</w:t>
      </w:r>
    </w:p>
    <w:p>
      <w:r>
        <w:rPr>
          <w:rFonts w:ascii="Courier New" w:hAnsi="Courier New"/>
          <w:color w:val="555555"/>
          <w:sz w:val="20"/>
        </w:rPr>
        <w:t>[sch vesp 581a]</w:t>
      </w:r>
    </w:p>
    <w:p>
      <w:r>
        <w:rPr>
          <w:rFonts w:ascii="Gentium Plus" w:hAnsi="Gentium Plus"/>
          <w:sz w:val="24"/>
        </w:rPr>
        <w:t>ἐπίχειρα] μισθόν. Γ3Lh</w:t>
      </w:r>
    </w:p>
    <w:p>
      <w:r>
        <w:rPr>
          <w:rFonts w:ascii="Courier New" w:hAnsi="Courier New"/>
          <w:color w:val="555555"/>
          <w:sz w:val="20"/>
        </w:rPr>
        <w:t>[sch vesp 581b]</w:t>
      </w:r>
    </w:p>
    <w:p>
      <w:r>
        <w:rPr>
          <w:rFonts w:ascii="Gentium Plus" w:hAnsi="Gentium Plus"/>
          <w:sz w:val="24"/>
        </w:rPr>
        <w:t>ἐπίχειρα δὲ μισθούς, τὰ ἀπὸ τῶν χειρῶν κέρδη. (ex Su. s.v. ἐπίχειρα, II 394, 4)</w:t>
      </w:r>
    </w:p>
    <w:p>
      <w:r>
        <w:rPr>
          <w:rFonts w:ascii="Courier New" w:hAnsi="Courier New"/>
          <w:color w:val="555555"/>
          <w:sz w:val="20"/>
        </w:rPr>
        <w:t>[sch vesp 582a]</w:t>
      </w:r>
    </w:p>
    <w:p>
      <w:r>
        <w:rPr>
          <w:rFonts w:ascii="Gentium Plus" w:hAnsi="Gentium Plus"/>
          <w:sz w:val="24"/>
        </w:rPr>
        <w:t>τὸ στόμιον τῶν αὐλητῶν· ἐν γὰρ ταῖς ἐξόδοις τῶν τραγικῶν ηὔλουν. R</w:t>
      </w:r>
    </w:p>
    <w:p>
      <w:r>
        <w:rPr>
          <w:rFonts w:ascii="Courier New" w:hAnsi="Courier New"/>
          <w:color w:val="555555"/>
          <w:sz w:val="20"/>
        </w:rPr>
        <w:t>[sch vesp 582b]</w:t>
      </w:r>
    </w:p>
    <w:p>
      <w:r>
        <w:rPr>
          <w:rFonts w:ascii="Gentium Plus" w:hAnsi="Gentium Plus"/>
          <w:sz w:val="24"/>
        </w:rPr>
        <w:t>ἐν φορβειᾷ: ⸢φορβειά V* [φορβειαί(αὶ) ΓLhAld] ⸢ἐστι V [εἰσι ΓAld λέγονται Lh] τὰ δέρματα τὰ περὶ ⸢τὰ στόματα VΓ [τὸ στόμα LhAld] τῶν αὐλητῶν ⸢προσδεσμευόμενα VΓ [προσδεδεμένα LhAld], ὅπως ἂν σύμμε‐ τρον τὸ πνεῦμα πεμπόμενον ἡδεῖαν τὴν φωνὴν τοῦ ⸢αὐλοῦ VΓAld [αὐλητοῦ Lh]</w:t>
      </w:r>
    </w:p>
    <w:p>
      <w:r>
        <w:rPr>
          <w:rFonts w:ascii="Courier New" w:hAnsi="Courier New"/>
          <w:color w:val="555555"/>
          <w:sz w:val="20"/>
        </w:rPr>
        <w:t>[5]</w:t>
      </w:r>
    </w:p>
    <w:p>
      <w:r>
        <w:rPr>
          <w:rFonts w:ascii="Gentium Plus" w:hAnsi="Gentium Plus"/>
          <w:sz w:val="24"/>
        </w:rPr>
        <w:t>ποιήσῃ. ὃ δὲ λέγει, ⸢τοῦτό VΓAld [τοιοῦτόν Lh] ἐστιν (.) ⸢, ὅτι Lh ἐπὰν νικήσῃ αὐλητής, ἀντίδοσιν τούτου ⸢ποιῶν Lh προπέμπει ἡμᾶς μετὰ ⸢τοῦ V αὐλοῦ. ἔθος ⸢δὲ VΓAld [γὰρ Lh] ἦν ἐν ταῖς ἐξόδοις τῶν τῆς τραγῳδίας χορικῶν προσώπων προηγεῖσθαι αὐλητήν, ὥστε αὐλοῦντα προπέμπειν VΓLhAld , ὅπερ ἔλαβεν εἰς ἰδιότητα τῶν δικα‐</w:t>
      </w:r>
    </w:p>
    <w:p>
      <w:r>
        <w:rPr>
          <w:rFonts w:ascii="Courier New" w:hAnsi="Courier New"/>
          <w:color w:val="555555"/>
          <w:sz w:val="20"/>
        </w:rPr>
        <w:t>[10]</w:t>
      </w:r>
    </w:p>
    <w:p>
      <w:r>
        <w:rPr>
          <w:rFonts w:ascii="Gentium Plus" w:hAnsi="Gentium Plus"/>
          <w:sz w:val="24"/>
        </w:rPr>
        <w:t>στῶν ὁ Φιλοκλέων. VΓAld</w:t>
      </w:r>
    </w:p>
    <w:p>
      <w:r>
        <w:rPr>
          <w:rFonts w:ascii="Courier New" w:hAnsi="Courier New"/>
          <w:color w:val="555555"/>
          <w:sz w:val="20"/>
        </w:rPr>
        <w:t>[sch vesp 582b,col 2 (9)]</w:t>
      </w:r>
    </w:p>
    <w:p>
      <w:r>
        <w:rPr>
          <w:rFonts w:ascii="Gentium Plus" w:hAnsi="Gentium Plus"/>
          <w:sz w:val="24"/>
        </w:rPr>
        <w:t>· ἔλαβε δὲ τοῦτο ὁ Φιλοκλέων ὡς</w:t>
      </w:r>
    </w:p>
    <w:p>
      <w:r>
        <w:rPr>
          <w:rFonts w:ascii="Courier New" w:hAnsi="Courier New"/>
          <w:color w:val="555555"/>
          <w:sz w:val="20"/>
        </w:rPr>
        <w:t>[10]</w:t>
      </w:r>
    </w:p>
    <w:p>
      <w:r>
        <w:rPr>
          <w:rFonts w:ascii="Gentium Plus" w:hAnsi="Gentium Plus"/>
          <w:sz w:val="24"/>
        </w:rPr>
        <w:t>ἴδιον τῶν δικαστῶν. Lh</w:t>
      </w:r>
    </w:p>
    <w:p>
      <w:r>
        <w:rPr>
          <w:rFonts w:ascii="Courier New" w:hAnsi="Courier New"/>
          <w:color w:val="555555"/>
          <w:sz w:val="20"/>
        </w:rPr>
        <w:t>[sch vesp 582c]</w:t>
      </w:r>
    </w:p>
    <w:p>
      <w:r>
        <w:rPr>
          <w:rFonts w:ascii="Gentium Plus" w:hAnsi="Gentium Plus"/>
          <w:sz w:val="24"/>
        </w:rPr>
        <w:t>ὅτι οὕτω περὶ τὸ στόμα εἶχον οἱ δικασταί. V</w:t>
      </w:r>
    </w:p>
    <w:p>
      <w:r>
        <w:rPr>
          <w:rFonts w:ascii="Courier New" w:hAnsi="Courier New"/>
          <w:color w:val="555555"/>
          <w:sz w:val="20"/>
        </w:rPr>
        <w:t>[sch vesp 582d]</w:t>
      </w:r>
    </w:p>
    <w:p>
      <w:r>
        <w:rPr>
          <w:rFonts w:ascii="Gentium Plus" w:hAnsi="Gentium Plus"/>
          <w:sz w:val="24"/>
        </w:rPr>
        <w:t>ἐν φορβειᾷ κτλ.] τῷ δέρματι τῷ περὶ τὸ στόμα τῶν αὐλητῶν προδε‐ δεμένῳ. Lh</w:t>
      </w:r>
    </w:p>
    <w:p>
      <w:r>
        <w:rPr>
          <w:rFonts w:ascii="Courier New" w:hAnsi="Courier New"/>
          <w:color w:val="555555"/>
          <w:sz w:val="20"/>
        </w:rPr>
        <w:t>[sch vesp 582e]</w:t>
      </w:r>
    </w:p>
    <w:p>
      <w:r>
        <w:rPr>
          <w:rFonts w:ascii="Gentium Plus" w:hAnsi="Gentium Plus"/>
          <w:sz w:val="24"/>
        </w:rPr>
        <w:t>ἔξοδον κτλ.] ἐν ταῖς ἐξόδοις ⸢ηὔλουν Γ3 [ηὔλησεν Lh]. Γ3Lh</w:t>
      </w:r>
    </w:p>
    <w:p>
      <w:r>
        <w:rPr>
          <w:rFonts w:ascii="Courier New" w:hAnsi="Courier New"/>
          <w:color w:val="555555"/>
          <w:sz w:val="20"/>
        </w:rPr>
        <w:t>[sch vesp 583a]</w:t>
      </w:r>
    </w:p>
    <w:p>
      <w:r>
        <w:rPr>
          <w:rFonts w:ascii="Gentium Plus" w:hAnsi="Gentium Plus"/>
          <w:sz w:val="24"/>
        </w:rPr>
        <w:t>ἐπίκληρον: ἐπίκληρος λέγεται ΓAld ⸢ὁ VΓ [ἡ Ald] νῦν ⸢καλούμενος VΓ [καλουμένη Ald] μονοκληρονόμος.</w:t>
      </w:r>
    </w:p>
    <w:p>
      <w:r>
        <w:rPr>
          <w:rFonts w:ascii="Courier New" w:hAnsi="Courier New"/>
          <w:color w:val="555555"/>
          <w:sz w:val="20"/>
        </w:rPr>
        <w:t>[sch vesp 583a,col 2 (2)]</w:t>
      </w:r>
    </w:p>
    <w:p>
      <w:r>
        <w:rPr>
          <w:rFonts w:ascii="Gentium Plus" w:hAnsi="Gentium Plus"/>
          <w:sz w:val="24"/>
        </w:rPr>
        <w:t>τὸν καλούμενον νῦν μονοκληρονόμον.</w:t>
      </w:r>
    </w:p>
    <w:p>
      <w:r>
        <w:rPr>
          <w:rFonts w:ascii="Courier New" w:hAnsi="Courier New"/>
          <w:color w:val="555555"/>
          <w:sz w:val="20"/>
        </w:rPr>
        <w:t>[sch vesp 583b]</w:t>
      </w:r>
    </w:p>
    <w:p>
      <w:r>
        <w:rPr>
          <w:rFonts w:ascii="Gentium Plus" w:hAnsi="Gentium Plus"/>
          <w:sz w:val="24"/>
        </w:rPr>
        <w:t>τῷ κτλ.] ὁ πατήρ τινι ἐκδοθῆναι ⸢κελεύει Γ3Lh ⸢καταλιπὼν V τὴν θυγατέρα. VΓ3Lh</w:t>
      </w:r>
    </w:p>
    <w:p>
      <w:r>
        <w:rPr>
          <w:rFonts w:ascii="Courier New" w:hAnsi="Courier New"/>
          <w:color w:val="555555"/>
          <w:sz w:val="20"/>
        </w:rPr>
        <w:t>[sch vesp 583c]</w:t>
      </w:r>
    </w:p>
    <w:p>
      <w:r>
        <w:rPr>
          <w:rFonts w:ascii="Gentium Plus" w:hAnsi="Gentium Plus"/>
          <w:sz w:val="24"/>
        </w:rPr>
        <w:t>ὅταν δὲ παῖς ... πατροῦχον. (ex Su. s.v. ἐπίκληρος (pr.), II 361, 2—9) νόμος δὲ ἦν Ἀθήνῃσιν γνησίας ... πατρῷα. (ex Su. s.v. ἐπίκληρος (alt.), II 361, 10sq.)</w:t>
      </w:r>
    </w:p>
    <w:p>
      <w:r>
        <w:rPr>
          <w:rFonts w:ascii="Courier New" w:hAnsi="Courier New"/>
          <w:color w:val="555555"/>
          <w:sz w:val="20"/>
        </w:rPr>
        <w:t>[sch vesp 584]</w:t>
      </w:r>
    </w:p>
    <w:p>
      <w:r>
        <w:rPr>
          <w:rFonts w:ascii="Gentium Plus" w:hAnsi="Gentium Plus"/>
          <w:sz w:val="24"/>
        </w:rPr>
        <w:t>κλαίειν ἡμεῖς] οὕτως Ἀττικοί. Γ3</w:t>
      </w:r>
    </w:p>
    <w:p>
      <w:r>
        <w:rPr>
          <w:rFonts w:ascii="Courier New" w:hAnsi="Courier New"/>
          <w:color w:val="555555"/>
          <w:sz w:val="20"/>
        </w:rPr>
        <w:t>[sch vesp 585a]</w:t>
      </w:r>
    </w:p>
    <w:p>
      <w:r>
        <w:rPr>
          <w:rFonts w:ascii="Gentium Plus" w:hAnsi="Gentium Plus"/>
          <w:sz w:val="24"/>
        </w:rPr>
        <w:t>καὶ τῇ κόγχῃ: τοῖς σημείοις. VΓAld ὡς κόγχας ἐπιτιθέντων ταῖς σφραγῖσι(ν) ⸢φυλακῆς ἕνεκεν R [ἀσφαλείας ἕνεκα VΓAld]. RVΓAld “κόγχῃ” δὲ τῷ κογχυλίῳ τῷ ἐπικειμένῳ ταῖς σφραγῖσι ⸢διὰ τὸ V [τῷ ΓAld] μὴ ἀφανίζεσθαι τοὺς τύπους αὐτῆς. VΓAld</w:t>
      </w:r>
    </w:p>
    <w:p>
      <w:r>
        <w:rPr>
          <w:rFonts w:ascii="Courier New" w:hAnsi="Courier New"/>
          <w:color w:val="555555"/>
          <w:sz w:val="20"/>
        </w:rPr>
        <w:t>[sch vesp 585b]</w:t>
      </w:r>
    </w:p>
    <w:p>
      <w:r>
        <w:rPr>
          <w:rFonts w:ascii="Gentium Plus" w:hAnsi="Gentium Plus"/>
          <w:sz w:val="24"/>
        </w:rPr>
        <w:t>ὅτι ἐν ταῖς σφραγῖσι ταῖς ἐν τοῖς γραμματείοις κόγχην ἤτοι κογχύλιον ἐπιτιθέασιν, ὅπως μὴ ἀφανίζοιντο οἱ τύποι αὐτῶν· οἶμαι δέ, ὅτι ἔριον ἐπετίθουν ἐκ κογχύλης βεβαμμένον. Lh</w:t>
      </w:r>
    </w:p>
    <w:p>
      <w:r>
        <w:rPr>
          <w:rFonts w:ascii="Courier New" w:hAnsi="Courier New"/>
          <w:color w:val="555555"/>
          <w:sz w:val="20"/>
        </w:rPr>
        <w:t>[sch vesp 585c]</w:t>
      </w:r>
    </w:p>
    <w:p>
      <w:r>
        <w:rPr>
          <w:rFonts w:ascii="Gentium Plus" w:hAnsi="Gentium Plus"/>
          <w:sz w:val="24"/>
        </w:rPr>
        <w:t>τῇ κόγχῃ] τῷ κογχυλίῳ. Lh</w:t>
      </w:r>
    </w:p>
    <w:p>
      <w:r>
        <w:rPr>
          <w:rFonts w:ascii="Courier New" w:hAnsi="Courier New"/>
          <w:color w:val="555555"/>
          <w:sz w:val="20"/>
        </w:rPr>
        <w:t>[sch vesp 585d]</w:t>
      </w:r>
    </w:p>
    <w:p>
      <w:r>
        <w:rPr>
          <w:rFonts w:ascii="Gentium Plus" w:hAnsi="Gentium Plus"/>
          <w:sz w:val="24"/>
        </w:rPr>
        <w:t>πάνυ Γ3 σεμνῶς Γ3Lh] ⸢μετὰ πολλῆς Γ3 [μετ’ Lh] ἐπιμελείας. Γ3Lh</w:t>
      </w:r>
    </w:p>
    <w:p>
      <w:r>
        <w:rPr>
          <w:rFonts w:ascii="Courier New" w:hAnsi="Courier New"/>
          <w:color w:val="555555"/>
          <w:sz w:val="20"/>
        </w:rPr>
        <w:t>[sch vesp 585e]</w:t>
      </w:r>
    </w:p>
    <w:p>
      <w:r>
        <w:rPr>
          <w:rFonts w:ascii="Gentium Plus" w:hAnsi="Gentium Plus"/>
          <w:sz w:val="24"/>
        </w:rPr>
        <w:t>τοῖς σημείοισιν ἐπούσῃ Γ3Lh] ταῖς σφραγίσιν (.) Γ3Lh ἐπικειμένῃ. Lh</w:t>
      </w:r>
    </w:p>
    <w:p>
      <w:r>
        <w:rPr>
          <w:rFonts w:ascii="Courier New" w:hAnsi="Courier New"/>
          <w:color w:val="555555"/>
          <w:sz w:val="20"/>
        </w:rPr>
        <w:t>[sch vesp 586]</w:t>
      </w:r>
    </w:p>
    <w:p>
      <w:r>
        <w:rPr>
          <w:rFonts w:ascii="Gentium Plus" w:hAnsi="Gentium Plus"/>
          <w:sz w:val="24"/>
        </w:rPr>
        <w:t>ἔδομεν ταύτην: ἐκδίδομεν αὐτήν, φησίν, τῷ δωροδοκοῦντι ἡμᾶς. ΓLhAld</w:t>
      </w:r>
    </w:p>
    <w:p>
      <w:r>
        <w:rPr>
          <w:rFonts w:ascii="Courier New" w:hAnsi="Courier New"/>
          <w:color w:val="555555"/>
          <w:sz w:val="20"/>
        </w:rPr>
        <w:t>[sch vesp 588]</w:t>
      </w:r>
    </w:p>
    <w:p>
      <w:r>
        <w:rPr>
          <w:rFonts w:ascii="Gentium Plus" w:hAnsi="Gentium Plus"/>
          <w:sz w:val="24"/>
        </w:rPr>
        <w:t>μακαρίζω: ⸢λείπει ἡ κατά. τοῦτό σε, φησίν, μακαρίζω, τὸ ἀνγεκλήτως πράττειν. VΓLhAld</w:t>
      </w:r>
    </w:p>
    <w:p>
      <w:r>
        <w:rPr>
          <w:rFonts w:ascii="Courier New" w:hAnsi="Courier New"/>
          <w:color w:val="555555"/>
          <w:sz w:val="20"/>
        </w:rPr>
        <w:t>[sch vesp 589a]</w:t>
      </w:r>
    </w:p>
    <w:p>
      <w:r>
        <w:rPr>
          <w:rFonts w:ascii="Gentium Plus" w:hAnsi="Gentium Plus"/>
          <w:sz w:val="24"/>
        </w:rPr>
        <w:t>πέπαικται πρὸς τὴν κόγχην. R</w:t>
      </w:r>
    </w:p>
    <w:p>
      <w:r>
        <w:rPr>
          <w:rFonts w:ascii="Courier New" w:hAnsi="Courier New"/>
          <w:color w:val="555555"/>
          <w:sz w:val="20"/>
        </w:rPr>
        <w:t>[sch vesp 589b]</w:t>
      </w:r>
    </w:p>
    <w:p>
      <w:r>
        <w:rPr>
          <w:rFonts w:ascii="Gentium Plus" w:hAnsi="Gentium Plus"/>
          <w:sz w:val="24"/>
        </w:rPr>
        <w:t>ἀνακογχυλιάζων: πρὸς τὴν κογχύλην πέπαιχεν. λέγουσι δὲ βραχέως τὴν τετάρτην συλλαβὴν τοῦ ἀνακογχυλιάσαι. VΓAld λέγεται δὲ</w:t>
      </w:r>
    </w:p>
    <w:p>
      <w:r>
        <w:rPr>
          <w:rFonts w:ascii="Courier New" w:hAnsi="Courier New"/>
          <w:color w:val="555555"/>
          <w:sz w:val="20"/>
        </w:rPr>
        <w:t>[sch vesp 590]</w:t>
      </w:r>
    </w:p>
    <w:p>
      <w:r>
        <w:rPr>
          <w:rFonts w:ascii="Gentium Plus" w:hAnsi="Gentium Plus"/>
          <w:sz w:val="24"/>
        </w:rPr>
        <w:t>ἔτι δ’ ἡ βουλὴ χ’ὡ δῆμος: ⸢ἡ βουλὴ καὶ ὁ δῆμος, VΓAld ⸢ἤγουν Lh ὅταν ⸢ἀπορήσῃ VΓAld [ἀπορήσωσι Lh] ⸢τοῦ Lh πράγματος, τοῖς δικα‐ σταῖς ⸢ἐπιτρέπει VΓAld* [ἐπιτρέπουσιν Lh]. VΓLhAld</w:t>
      </w:r>
    </w:p>
    <w:p>
      <w:r>
        <w:rPr>
          <w:rFonts w:ascii="Courier New" w:hAnsi="Courier New"/>
          <w:color w:val="555555"/>
          <w:sz w:val="20"/>
        </w:rPr>
        <w:t>[sch vesp 592a]</w:t>
      </w:r>
    </w:p>
    <w:p>
      <w:r>
        <w:rPr>
          <w:rFonts w:ascii="Gentium Plus" w:hAnsi="Gentium Plus"/>
          <w:sz w:val="24"/>
        </w:rPr>
        <w:t>Εὔαθλος] οὗτος ῥήτωρ (.) RLh συκοφάντης. Lh</w:t>
      </w:r>
    </w:p>
    <w:p>
      <w:r>
        <w:rPr>
          <w:rFonts w:ascii="Courier New" w:hAnsi="Courier New"/>
          <w:color w:val="555555"/>
          <w:sz w:val="20"/>
        </w:rPr>
        <w:t>[sch vesp 592b]</w:t>
      </w:r>
    </w:p>
    <w:p>
      <w:r>
        <w:rPr>
          <w:rFonts w:ascii="Gentium Plus" w:hAnsi="Gentium Plus"/>
          <w:sz w:val="24"/>
        </w:rPr>
        <w:t>Εὔαθλος: Εὔαθλος ῥήτωρ συκοφάντης, οὗ μνημονεύει καὶ ἐν Ἀχαρνεῦσι καὶ ἐν Ὁλκάσιν οὕτως· ἔστι 〈τισ〉 πονηρὸς ὑμῖν τοξότης συνήγορος, ὥσπερ Εὔαθλος.</w:t>
      </w:r>
    </w:p>
    <w:p>
      <w:r>
        <w:rPr>
          <w:rFonts w:ascii="Courier New" w:hAnsi="Courier New"/>
          <w:color w:val="555555"/>
          <w:sz w:val="20"/>
        </w:rPr>
        <w:t>[5]</w:t>
      </w:r>
    </w:p>
    <w:p>
      <w:r>
        <w:rPr>
          <w:rFonts w:ascii="Gentium Plus" w:hAnsi="Gentium Plus"/>
          <w:sz w:val="24"/>
        </w:rPr>
        <w:t>μνημονεύει δὲ αὐτοῦ καὶ Πλάτων ἐν Πεισάνδρῳ καὶ Κρατῖνος ἐν Θρᾴτταις. Κολακώνυμον δὲ εἶπε τὸν Κλεώνυμον· εἴρηται δέ, ὅτι κόλαξ ⸢καὶ ῥίψασπις Ald.</w:t>
      </w:r>
    </w:p>
    <w:p>
      <w:r>
        <w:rPr>
          <w:rFonts w:ascii="Courier New" w:hAnsi="Courier New"/>
          <w:color w:val="555555"/>
          <w:sz w:val="20"/>
        </w:rPr>
        <w:t>[sch vesp 593*]</w:t>
      </w:r>
    </w:p>
    <w:p>
      <w:r>
        <w:rPr>
          <w:rFonts w:ascii="Gentium Plus" w:hAnsi="Gentium Plus"/>
          <w:sz w:val="24"/>
        </w:rPr>
        <w:t>τὸ δὲ “οὐχὶ προδώσειν ἡμᾶς”, VΓAld ⸢ἐπεὶ Ald ἐπιλέγουσι ⸢γὰρ Lh τὰ τοιαῦτα οἱ ῥήτορες, ὡς ⸢“ὑπὲρ VΓAld [“περὶ Lh] ὑμῶν ἀγω‐ νίζομαι καὶ οὐχὶ προδώσω τὴν πόλιν”. VΓLhAld</w:t>
      </w:r>
    </w:p>
    <w:p>
      <w:r>
        <w:rPr>
          <w:rFonts w:ascii="Courier New" w:hAnsi="Courier New"/>
          <w:color w:val="555555"/>
          <w:sz w:val="20"/>
        </w:rPr>
        <w:t>[sch vesp 592c]</w:t>
      </w:r>
    </w:p>
    <w:p>
      <w:r>
        <w:rPr>
          <w:rFonts w:ascii="Gentium Plus" w:hAnsi="Gentium Plus"/>
          <w:sz w:val="24"/>
        </w:rPr>
        <w:t>Κολακώνυμος: ⸢ἀντὶ τοῦ R [ἤγουν Lh] ⸢ὁ Lh Κλεώνυμος. RLh</w:t>
      </w:r>
    </w:p>
    <w:p>
      <w:r>
        <w:rPr>
          <w:rFonts w:ascii="Courier New" w:hAnsi="Courier New"/>
          <w:color w:val="555555"/>
          <w:sz w:val="20"/>
        </w:rPr>
        <w:t>[sch vesp 592d]</w:t>
      </w:r>
    </w:p>
    <w:p>
      <w:r>
        <w:rPr>
          <w:rFonts w:ascii="Gentium Plus" w:hAnsi="Gentium Plus"/>
          <w:sz w:val="24"/>
        </w:rPr>
        <w:t>ἀσπιδαποβλής] ⸢εἴρηται γάρ, Lh ὅτι ῥίψασπις ὁ Κλεώνυμος (.)</w:t>
      </w:r>
    </w:p>
    <w:p>
      <w:r>
        <w:rPr>
          <w:rFonts w:ascii="Courier New" w:hAnsi="Courier New"/>
          <w:color w:val="555555"/>
          <w:sz w:val="20"/>
        </w:rPr>
        <w:t>[sch vesp 593]</w:t>
      </w:r>
    </w:p>
    <w:p>
      <w:r>
        <w:rPr>
          <w:rFonts w:ascii="Gentium Plus" w:hAnsi="Gentium Plus"/>
          <w:sz w:val="24"/>
        </w:rPr>
        <w:t>οὐχὶ προδώσειν κτλ.] ὅπερ ἐστὶ κόλακος ῥῆμα. VΓ3Lh</w:t>
      </w:r>
    </w:p>
    <w:p>
      <w:r>
        <w:rPr>
          <w:rFonts w:ascii="Courier New" w:hAnsi="Courier New"/>
          <w:color w:val="555555"/>
          <w:sz w:val="20"/>
        </w:rPr>
        <w:t>[sch vesp 594]</w:t>
      </w:r>
    </w:p>
    <w:p>
      <w:r>
        <w:rPr>
          <w:rFonts w:ascii="Gentium Plus" w:hAnsi="Gentium Plus"/>
          <w:sz w:val="24"/>
        </w:rPr>
        <w:t>κἀν τῷ δήμῳ γνώμην: ⸢ὅτι VΓAld ⸢ὁ LhAld δημηγορῶν ἐν τῷ δήμῳ, φησίν, οὐκ ἰσχύει τῆς νικῆς †τὴν ψῆφον† ἄνευ τῆς κρίσεως τῶν δικαστῶν, εἰ μὴ πρότερον πρὸς μίαν δίκην δικάσαντες οἱ δικασταὶ παρεῖεν καὶ ⸢ἐπιτρέψωσιν VLh ἐπιτρέψουσιν Γ [ἐπιτρέψειεν Ald] (.) VΓLhAld, ὅπως</w:t>
      </w:r>
    </w:p>
    <w:p>
      <w:r>
        <w:rPr>
          <w:rFonts w:ascii="Courier New" w:hAnsi="Courier New"/>
          <w:color w:val="555555"/>
          <w:sz w:val="20"/>
        </w:rPr>
        <w:t>[5]</w:t>
      </w:r>
    </w:p>
    <w:p>
      <w:r>
        <w:rPr>
          <w:rFonts w:ascii="Gentium Plus" w:hAnsi="Gentium Plus"/>
          <w:sz w:val="24"/>
        </w:rPr>
        <w:t>τὸ ἅπαξ κυρωθὲν κύριον εἴη. Lh</w:t>
      </w:r>
    </w:p>
    <w:p>
      <w:r>
        <w:rPr>
          <w:rFonts w:ascii="Courier New" w:hAnsi="Courier New"/>
          <w:color w:val="555555"/>
          <w:sz w:val="20"/>
        </w:rPr>
        <w:t>[sch vesp 594/5]</w:t>
      </w:r>
    </w:p>
    <w:p>
      <w:r>
        <w:rPr>
          <w:rFonts w:ascii="Gentium Plus" w:hAnsi="Gentium Plus"/>
          <w:sz w:val="24"/>
        </w:rPr>
        <w:t>ἐὰν μὴ εἴπῃ τὰ δικαστήρια: οἷον μηκέτι ἔχειν ⸢τινὰ V [τὴν ΓAld] ἐξουσίαν †ἄδικον† ποιῆσαι, ἀλλ’ ἅπαξ κριθῆναι ὑπὲρ τούτων καὶ μὴ γενέσθαι ὑπερβόλιμόν τινι ποιήσασθαι ἐπὶ τῶν γνωμῶν καὶ τῶν ψηφισμάτων, ἀλλὰ τὸ ἅπαξ κριθὲν κύριον εἶναι. VΓAld</w:t>
      </w:r>
    </w:p>
    <w:p>
      <w:r>
        <w:rPr>
          <w:rFonts w:ascii="Courier New" w:hAnsi="Courier New"/>
          <w:color w:val="555555"/>
          <w:sz w:val="20"/>
        </w:rPr>
        <w:t>[sch vesp 596a]</w:t>
      </w:r>
    </w:p>
    <w:p>
      <w:r>
        <w:rPr>
          <w:rFonts w:ascii="Gentium Plus" w:hAnsi="Gentium Plus"/>
          <w:sz w:val="24"/>
        </w:rPr>
        <w:t>αὐτὸς: κατ’ ἐξοχὴν τὸ “αὐτός”. Γ3LhAld</w:t>
      </w:r>
    </w:p>
    <w:p>
      <w:r>
        <w:rPr>
          <w:rFonts w:ascii="Courier New" w:hAnsi="Courier New"/>
          <w:color w:val="555555"/>
          <w:sz w:val="20"/>
        </w:rPr>
        <w:t>[sch vesp 596b]</w:t>
      </w:r>
    </w:p>
    <w:p>
      <w:r>
        <w:rPr>
          <w:rFonts w:ascii="Gentium Plus" w:hAnsi="Gentium Plus"/>
          <w:sz w:val="24"/>
        </w:rPr>
        <w:t>ὁ κεκραξιδάμας] ὁ τῇ βοῇ δαμάζων (.) Γ3LhAld καὶ θορυβῶν. Γ3Lh</w:t>
      </w:r>
    </w:p>
    <w:p>
      <w:r>
        <w:rPr>
          <w:rFonts w:ascii="Courier New" w:hAnsi="Courier New"/>
          <w:color w:val="555555"/>
          <w:sz w:val="20"/>
        </w:rPr>
        <w:t>[sch vesp 596c]</w:t>
      </w:r>
    </w:p>
    <w:p>
      <w:r>
        <w:rPr>
          <w:rFonts w:ascii="Gentium Plus" w:hAnsi="Gentium Plus"/>
          <w:sz w:val="24"/>
        </w:rPr>
        <w:t>οὐ περιτρώγει] οὐ δωροδοκεῖ. Γ3Lh</w:t>
      </w:r>
    </w:p>
    <w:p>
      <w:r>
        <w:rPr>
          <w:rFonts w:ascii="Courier New" w:hAnsi="Courier New"/>
          <w:color w:val="555555"/>
          <w:sz w:val="20"/>
        </w:rPr>
        <w:t>[sch vesp 597a]</w:t>
      </w:r>
    </w:p>
    <w:p>
      <w:r>
        <w:rPr>
          <w:rFonts w:ascii="Gentium Plus" w:hAnsi="Gentium Plus"/>
          <w:sz w:val="24"/>
        </w:rPr>
        <w:t>φυλάττει κτλ.] ⸢ὅτι Γ3 ὑπηρετεῖ καὶ διὰ χειρὸς ἔχων θεραπεύει. Γ3Lh</w:t>
      </w:r>
    </w:p>
    <w:p>
      <w:r>
        <w:rPr>
          <w:rFonts w:ascii="Courier New" w:hAnsi="Courier New"/>
          <w:color w:val="555555"/>
          <w:sz w:val="20"/>
        </w:rPr>
        <w:t>[sch vesp 597b]</w:t>
      </w:r>
    </w:p>
    <w:p>
      <w:r>
        <w:rPr>
          <w:rFonts w:ascii="Gentium Plus" w:hAnsi="Gentium Plus"/>
          <w:sz w:val="24"/>
        </w:rPr>
        <w:t>ἀπαμύνει] ἤγουν ἀποσοβεῖ. Lh</w:t>
      </w:r>
    </w:p>
    <w:p>
      <w:r>
        <w:rPr>
          <w:rFonts w:ascii="Courier New" w:hAnsi="Courier New"/>
          <w:color w:val="555555"/>
          <w:sz w:val="20"/>
        </w:rPr>
        <w:t>[sch vesp 599a]</w:t>
      </w:r>
    </w:p>
    <w:p>
      <w:r>
        <w:rPr>
          <w:rFonts w:ascii="Gentium Plus" w:hAnsi="Gentium Plus"/>
          <w:sz w:val="24"/>
        </w:rPr>
        <w:t>καίτοὐστὶν] “καίτοι ἐστὶν” τὸ ἐντελές. Γ3</w:t>
      </w:r>
    </w:p>
    <w:p>
      <w:r>
        <w:rPr>
          <w:rFonts w:ascii="Courier New" w:hAnsi="Courier New"/>
          <w:color w:val="555555"/>
          <w:sz w:val="20"/>
        </w:rPr>
        <w:t>[sch vesp 599b]</w:t>
      </w:r>
    </w:p>
    <w:p>
      <w:r>
        <w:rPr>
          <w:rFonts w:ascii="Gentium Plus" w:hAnsi="Gentium Plus"/>
          <w:sz w:val="24"/>
        </w:rPr>
        <w:t>Εὐφημίου: ⸢ὅτι Εὐφήμιος VΓAld [οὗτος Lh] τῶν ἄγαν ἐπὶ κολακείᾳ διαβαλλομένων ἐστίν, ᾧ ⸢παρείκασε VΓAld [παρεικάζει Lh] τὸν Θέωρον (.) VΓLhAld (600) διὰ κολακείαν τὰ ὑποδήματα τῶν δικαστῶν ἀποψῶντα καὶ ἀλείφοντα. μετῆκται δὲ ἀπὸ τῶν ἀγγείων· κυρίως γὰρ περι‐</w:t>
      </w:r>
    </w:p>
    <w:p>
      <w:r>
        <w:rPr>
          <w:rFonts w:ascii="Courier New" w:hAnsi="Courier New"/>
          <w:color w:val="555555"/>
          <w:sz w:val="20"/>
        </w:rPr>
        <w:t>[5]</w:t>
      </w:r>
    </w:p>
    <w:p>
      <w:r>
        <w:rPr>
          <w:rFonts w:ascii="Gentium Plus" w:hAnsi="Gentium Plus"/>
          <w:sz w:val="24"/>
        </w:rPr>
        <w:t>κωνῆσαί ἐστι τὸ πισσῶσαι τὰ κεράμια. VΓAld</w:t>
      </w:r>
    </w:p>
    <w:p>
      <w:r>
        <w:rPr>
          <w:rFonts w:ascii="Courier New" w:hAnsi="Courier New"/>
          <w:color w:val="555555"/>
          <w:sz w:val="20"/>
        </w:rPr>
        <w:t>[sch vesp 600]</w:t>
      </w:r>
    </w:p>
    <w:p>
      <w:r>
        <w:rPr>
          <w:rFonts w:ascii="Gentium Plus" w:hAnsi="Gentium Plus"/>
          <w:sz w:val="24"/>
        </w:rPr>
        <w:t>περικωνεῖ] κύκλῳ περιψᾷ. Γ3Lh</w:t>
      </w:r>
    </w:p>
    <w:p>
      <w:r>
        <w:rPr>
          <w:rFonts w:ascii="Courier New" w:hAnsi="Courier New"/>
          <w:color w:val="555555"/>
          <w:sz w:val="20"/>
        </w:rPr>
        <w:t>[sch vesp 603]</w:t>
      </w:r>
    </w:p>
    <w:p>
      <w:r>
        <w:rPr>
          <w:rFonts w:ascii="Gentium Plus" w:hAnsi="Gentium Plus"/>
          <w:sz w:val="24"/>
        </w:rPr>
        <w:t>ἔμπλησο] κορέσθητι. Γ3Lh</w:t>
      </w:r>
    </w:p>
    <w:p>
      <w:r>
        <w:rPr>
          <w:rFonts w:ascii="Courier New" w:hAnsi="Courier New"/>
          <w:color w:val="555555"/>
          <w:sz w:val="20"/>
        </w:rPr>
        <w:t>[sch vesp 604a]</w:t>
      </w:r>
    </w:p>
    <w:p>
      <w:r>
        <w:rPr>
          <w:rFonts w:ascii="Gentium Plus" w:hAnsi="Gentium Plus"/>
          <w:sz w:val="24"/>
        </w:rPr>
        <w:t>πρωκτὸς λουτροῦ: ἐπὶ τῶν βιαζομένων εἰς κακὸν αὐτοῖς· καὶ παροιμία ἐπὶ τῶν μὴ δυναμένων νίψασθαι τῆς κοιλίας φερομένης συνεχῶς. R</w:t>
      </w:r>
    </w:p>
    <w:p>
      <w:r>
        <w:rPr>
          <w:rFonts w:ascii="Courier New" w:hAnsi="Courier New"/>
          <w:color w:val="555555"/>
          <w:sz w:val="20"/>
        </w:rPr>
        <w:t>[sch vesp 604b]</w:t>
      </w:r>
    </w:p>
    <w:p>
      <w:r>
        <w:rPr>
          <w:rFonts w:ascii="Gentium Plus" w:hAnsi="Gentium Plus"/>
          <w:sz w:val="24"/>
        </w:rPr>
        <w:t>πρωκτὸς λουτροῦ: ⸢παροιμιακὸν τοῦτο VΓAld [παροιμία ἐστὶ Lh] ⸢τὸ “πρωκτὸς λούτρου περιγίνεται” Lh ⸢ἐπὶ τῶν ἐπὶ κακῷ τῷ ἑαυτῶν νικώντων· ἢ ΓLhAld ἐπὶ τῶν ἀεὶ μολυνομένων καὶ βιαζομένων καθαίρεσθαι. VΓLhAld ὁ γὰρ πρωκτὸς πλυνόμενος περιγίνεται τῆς καθάρσεως καὶ ἔτι</w:t>
      </w:r>
    </w:p>
    <w:p>
      <w:r>
        <w:rPr>
          <w:rFonts w:ascii="Courier New" w:hAnsi="Courier New"/>
          <w:color w:val="555555"/>
          <w:sz w:val="20"/>
        </w:rPr>
        <w:t>[5]</w:t>
      </w:r>
    </w:p>
    <w:p>
      <w:r>
        <w:rPr>
          <w:rFonts w:ascii="Gentium Plus" w:hAnsi="Gentium Plus"/>
          <w:sz w:val="24"/>
        </w:rPr>
        <w:t>μολύνεται καὶ μᾶλλον ἐν τῇ ῥύσει τῆς γαστρός. LhAld εἴρηται δὲ ἀπὸ τῶν τὴν γαστέρα φερομένην ἐχόντων καὶ ἐν τῷ ἀπολούεσθαι νικωμένων τῇ ⸢φθορᾷ VΓ [φορᾷ Ald]. VΓAld</w:t>
      </w:r>
    </w:p>
    <w:p>
      <w:r>
        <w:rPr>
          <w:rFonts w:ascii="Courier New" w:hAnsi="Courier New"/>
          <w:color w:val="555555"/>
          <w:sz w:val="20"/>
        </w:rPr>
        <w:t>[sch vesp 604c]</w:t>
      </w:r>
    </w:p>
    <w:p>
      <w:r>
        <w:rPr>
          <w:rFonts w:ascii="Gentium Plus" w:hAnsi="Gentium Plus"/>
          <w:sz w:val="24"/>
        </w:rPr>
        <w:t>Εὐφρόνιος μὲν ὡς τῆς εἰκόνος αὐτοῦ ματαίας οὔσης, ὅτι ”“ματαίων ἐπιθυμεῖς”· καὶ γὰρ τὸ μέρος ἐκεῖνο πλυνόμενον ἔτι μολύνεται”. Καλλίστρατος δὲ “παροιμία” φησὶ ”“πρωκτὸς λουτροῦ περιγίνῃ” ἐπὶ τῶν βιαζομένων εἰς κακὸν ⸢ἑαυτοῖς V [ἑαυτούς ΓAld], ὡς εἴ τις βιάζοιτο μὴ ἀποπλύνεσθαι”.</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604d]</w:t>
      </w:r>
    </w:p>
    <w:p>
      <w:r>
        <w:rPr>
          <w:rFonts w:ascii="Gentium Plus" w:hAnsi="Gentium Plus"/>
          <w:sz w:val="24"/>
        </w:rPr>
        <w:t>πρωκτὸς λουτροῦ] ἤγουν ματαίων ἐπιθυμῶν. Lh</w:t>
      </w:r>
    </w:p>
    <w:p>
      <w:r>
        <w:rPr>
          <w:rFonts w:ascii="Courier New" w:hAnsi="Courier New"/>
          <w:color w:val="555555"/>
          <w:sz w:val="20"/>
        </w:rPr>
        <w:t>[sch vesp 604e]</w:t>
      </w:r>
    </w:p>
    <w:p>
      <w:r>
        <w:rPr>
          <w:rFonts w:ascii="Gentium Plus" w:hAnsi="Gentium Plus"/>
          <w:sz w:val="24"/>
        </w:rPr>
        <w:t>τῆς περισέμνου] κατ’ εἰρωνείαν “τῆς περισσῶς σεμνῆς”. Lh</w:t>
      </w:r>
    </w:p>
    <w:p>
      <w:r>
        <w:rPr>
          <w:rFonts w:ascii="Courier New" w:hAnsi="Courier New"/>
          <w:color w:val="555555"/>
          <w:sz w:val="20"/>
        </w:rPr>
        <w:t>[sch vesp 606a]</w:t>
      </w:r>
    </w:p>
    <w:p>
      <w:r>
        <w:rPr>
          <w:rFonts w:ascii="Gentium Plus" w:hAnsi="Gentium Plus"/>
          <w:sz w:val="24"/>
        </w:rPr>
        <w:t>ὅταν οἴκαδ’ ἴω: ὅτι παλαιὰ ἡ διὰ ⸢τῶν ΓLhAld γυναικῶν VΓLhAld τημελία· καὶ οὕτως ἐτημέλουν τοὺς</w:t>
      </w:r>
    </w:p>
    <w:p>
      <w:r>
        <w:rPr>
          <w:rFonts w:ascii="Courier New" w:hAnsi="Courier New"/>
          <w:color w:val="555555"/>
          <w:sz w:val="20"/>
        </w:rPr>
        <w:t>[sch vesp 606a,col 2 (2)]</w:t>
      </w:r>
    </w:p>
    <w:p>
      <w:r>
        <w:rPr>
          <w:rFonts w:ascii="Gentium Plus" w:hAnsi="Gentium Plus"/>
          <w:sz w:val="24"/>
        </w:rPr>
        <w:t>ἐπιμέλεια· οὕτω γὰρ ἐπεμέλοντο</w:t>
      </w:r>
    </w:p>
    <w:p>
      <w:r>
        <w:rPr>
          <w:rFonts w:ascii="Courier New" w:hAnsi="Courier New"/>
          <w:color w:val="555555"/>
          <w:sz w:val="20"/>
        </w:rPr>
        <w:t>[sch vesp 606a (4)]</w:t>
      </w:r>
    </w:p>
    <w:p>
      <w:r>
        <w:rPr>
          <w:rFonts w:ascii="Gentium Plus" w:hAnsi="Gentium Plus"/>
          <w:sz w:val="24"/>
        </w:rPr>
        <w:t>ὥστε μετὰ τὸ ⸢νίψαι VΓAld [ἀπονίψαι Lh] ἀλείφειν τοὺς πόδας ⸢αὐτῶν Lh.</w:t>
      </w:r>
    </w:p>
    <w:p>
      <w:r>
        <w:rPr>
          <w:rFonts w:ascii="Courier New" w:hAnsi="Courier New"/>
          <w:color w:val="555555"/>
          <w:sz w:val="20"/>
        </w:rPr>
        <w:t>[5]</w:t>
      </w:r>
    </w:p>
    <w:p>
      <w:r>
        <w:rPr>
          <w:rFonts w:ascii="Gentium Plus" w:hAnsi="Gentium Plus"/>
          <w:sz w:val="24"/>
        </w:rPr>
        <w:t>Εὐφρόνιος δὲ καὶ τοὺς παρ’ Ὁμήρῳ “λιπαροὺς πόδας” οὕτως ἀποδιδόναι τινάς φησιν. VΓLhAld</w:t>
      </w:r>
    </w:p>
    <w:p>
      <w:r>
        <w:rPr>
          <w:rFonts w:ascii="Courier New" w:hAnsi="Courier New"/>
          <w:color w:val="555555"/>
          <w:sz w:val="20"/>
        </w:rPr>
        <w:t>[sch vesp 606b]</w:t>
      </w:r>
    </w:p>
    <w:p>
      <w:r>
        <w:rPr>
          <w:rFonts w:ascii="Gentium Plus" w:hAnsi="Gentium Plus"/>
          <w:sz w:val="24"/>
        </w:rPr>
        <w:t>εἰσήκονθ’] προσιόντα. VΓ3Lh</w:t>
      </w:r>
    </w:p>
    <w:p>
      <w:r>
        <w:rPr>
          <w:rFonts w:ascii="Courier New" w:hAnsi="Courier New"/>
          <w:color w:val="555555"/>
          <w:sz w:val="20"/>
        </w:rPr>
        <w:t>[sch vesp 608]</w:t>
      </w:r>
    </w:p>
    <w:p>
      <w:r>
        <w:rPr>
          <w:rFonts w:ascii="Gentium Plus" w:hAnsi="Gentium Plus"/>
          <w:sz w:val="24"/>
        </w:rPr>
        <w:t>ἀπονίζῃ] ἀποκαθαίρῃ ἀπονίπτρῳ. Lh</w:t>
      </w:r>
    </w:p>
    <w:p>
      <w:r>
        <w:rPr>
          <w:rFonts w:ascii="Courier New" w:hAnsi="Courier New"/>
          <w:color w:val="555555"/>
          <w:sz w:val="20"/>
        </w:rPr>
        <w:t>[sch vesp 609a]</w:t>
      </w:r>
    </w:p>
    <w:p>
      <w:r>
        <w:rPr>
          <w:rFonts w:ascii="Gentium Plus" w:hAnsi="Gentium Plus"/>
          <w:sz w:val="24"/>
        </w:rPr>
        <w:t>παππάζους’] παππίαν καλοῦσα. Γ3Lh</w:t>
      </w:r>
    </w:p>
    <w:p>
      <w:r>
        <w:rPr>
          <w:rFonts w:ascii="Courier New" w:hAnsi="Courier New"/>
          <w:color w:val="555555"/>
          <w:sz w:val="20"/>
        </w:rPr>
        <w:t>[sch vesp 609b]</w:t>
      </w:r>
    </w:p>
    <w:p>
      <w:r>
        <w:rPr>
          <w:rFonts w:ascii="Gentium Plus" w:hAnsi="Gentium Plus"/>
          <w:sz w:val="24"/>
        </w:rPr>
        <w:t>ἐκκαλαμᾶται: ⸢ἀποσπᾶται V [ἀποσπᾷ ΓLhAld] (.) VΓLhAld· ἀπὸ τῶν διὰ καλάμου τοὺς ⸢ἰχθῦς V [ἰχθύας ΓAld] ἀγρευόντων. VΓAld</w:t>
      </w:r>
    </w:p>
    <w:p>
      <w:r>
        <w:rPr>
          <w:rFonts w:ascii="Courier New" w:hAnsi="Courier New"/>
          <w:color w:val="555555"/>
          <w:sz w:val="20"/>
        </w:rPr>
        <w:t>[sch vesp 610]</w:t>
      </w:r>
    </w:p>
    <w:p>
      <w:r>
        <w:rPr>
          <w:rFonts w:ascii="Gentium Plus" w:hAnsi="Gentium Plus"/>
          <w:sz w:val="24"/>
        </w:rPr>
        <w:t>φυστὴν μάζαν: ⸢φυστὴ μάζα VΓAld ⸢ποιὰ Γ [ἡ Ald] ἐξ ⸢ἀλφίτου VΓ [ἀλφίτων LhAld] καὶ οἴνου ⸢κατεσκευασμένην Lh. ὀξυτόνως δέ, ὥς φησι(ν) ⸢καὶ Γ Ἡρωδιανός. VΓLhAld</w:t>
      </w:r>
    </w:p>
    <w:p>
      <w:r>
        <w:rPr>
          <w:rFonts w:ascii="Courier New" w:hAnsi="Courier New"/>
          <w:color w:val="555555"/>
          <w:sz w:val="20"/>
        </w:rPr>
        <w:t>[sch vesp 612]</w:t>
      </w:r>
    </w:p>
    <w:p>
      <w:r>
        <w:rPr>
          <w:rFonts w:ascii="Gentium Plus" w:hAnsi="Gentium Plus"/>
          <w:sz w:val="24"/>
        </w:rPr>
        <w:t>ἔντραγε] ἐντρύφησον. Γ3Lh</w:t>
      </w:r>
    </w:p>
    <w:p>
      <w:r>
        <w:rPr>
          <w:rFonts w:ascii="Courier New" w:hAnsi="Courier New"/>
          <w:color w:val="555555"/>
          <w:sz w:val="20"/>
        </w:rPr>
        <w:t>[sch vesp 613]</w:t>
      </w:r>
    </w:p>
    <w:p>
      <w:r>
        <w:rPr>
          <w:rFonts w:ascii="Gentium Plus" w:hAnsi="Gentium Plus"/>
          <w:sz w:val="24"/>
        </w:rPr>
        <w:t>ὁπότ’ ἄριστον παραθήσει] τὸ ἐπαχθὲς τῶν οἰκετῶν σημαίνει. VΓ3Lh</w:t>
      </w:r>
    </w:p>
    <w:p>
      <w:r>
        <w:rPr>
          <w:rFonts w:ascii="Courier New" w:hAnsi="Courier New"/>
          <w:color w:val="555555"/>
          <w:sz w:val="20"/>
        </w:rPr>
        <w:t>[sch vesp 614a]</w:t>
      </w:r>
    </w:p>
    <w:p>
      <w:r>
        <w:rPr>
          <w:rFonts w:ascii="Gentium Plus" w:hAnsi="Gentium Plus"/>
          <w:sz w:val="24"/>
        </w:rPr>
        <w:t>τονθορύσας κτλ.] γογγύσας ⸢καὶ καθ’ ἑαυτὸν φθεγγόμενος Lh. ἔστι δὲ ποιὰ φωνή. Γ3Lh</w:t>
      </w:r>
    </w:p>
    <w:p>
      <w:r>
        <w:rPr>
          <w:rFonts w:ascii="Courier New" w:hAnsi="Courier New"/>
          <w:color w:val="555555"/>
          <w:sz w:val="20"/>
        </w:rPr>
        <w:t>[sch vesp 614b]</w:t>
      </w:r>
    </w:p>
    <w:p>
      <w:r>
        <w:rPr>
          <w:rFonts w:ascii="Gentium Plus" w:hAnsi="Gentium Plus"/>
          <w:sz w:val="24"/>
        </w:rPr>
        <w:t>μάξῃ] ἀριστοποιήσῃ. VΓ3</w:t>
      </w:r>
    </w:p>
    <w:p>
      <w:r>
        <w:rPr>
          <w:rFonts w:ascii="Courier New" w:hAnsi="Courier New"/>
          <w:color w:val="555555"/>
          <w:sz w:val="20"/>
        </w:rPr>
        <w:t>[sch vesp 615a]</w:t>
      </w:r>
    </w:p>
    <w:p>
      <w:r>
        <w:rPr>
          <w:rFonts w:ascii="Gentium Plus" w:hAnsi="Gentium Plus"/>
          <w:sz w:val="24"/>
        </w:rPr>
        <w:t>τάδε κέκτημαι: τὰ ἐκ ⸢τοῦ R δικαστηρίου χρήματα. RVΓ3LhAld</w:t>
      </w:r>
    </w:p>
    <w:p>
      <w:r>
        <w:rPr>
          <w:rFonts w:ascii="Courier New" w:hAnsi="Courier New"/>
          <w:color w:val="555555"/>
          <w:sz w:val="20"/>
        </w:rPr>
        <w:t>[sch vesp 615b]</w:t>
      </w:r>
    </w:p>
    <w:p>
      <w:r>
        <w:rPr>
          <w:rFonts w:ascii="Gentium Plus" w:hAnsi="Gentium Plus"/>
          <w:sz w:val="24"/>
        </w:rPr>
        <w:t>σκευὴν: ⸢ἀντὶ τοῦ RV ⸢ὅπλα R [πανοπλίαν VΓ3LhAld]. RVΓ3 LhAld</w:t>
      </w:r>
    </w:p>
    <w:p>
      <w:r>
        <w:rPr>
          <w:rFonts w:ascii="Courier New" w:hAnsi="Courier New"/>
          <w:color w:val="555555"/>
          <w:sz w:val="20"/>
        </w:rPr>
        <w:t>[sch vesp 615c]</w:t>
      </w:r>
    </w:p>
    <w:p>
      <w:r>
        <w:rPr>
          <w:rFonts w:ascii="Gentium Plus" w:hAnsi="Gentium Plus"/>
          <w:sz w:val="24"/>
        </w:rPr>
        <w:t>ἀλεωρὴν] σκέπην. VΓ3LhAld</w:t>
      </w:r>
    </w:p>
    <w:p>
      <w:r>
        <w:rPr>
          <w:rFonts w:ascii="Courier New" w:hAnsi="Courier New"/>
          <w:color w:val="555555"/>
          <w:sz w:val="20"/>
        </w:rPr>
        <w:t>[sch vesp 616a]</w:t>
      </w:r>
    </w:p>
    <w:p>
      <w:r>
        <w:rPr>
          <w:rFonts w:ascii="Gentium Plus" w:hAnsi="Gentium Plus"/>
          <w:sz w:val="24"/>
        </w:rPr>
        <w:t>τινὲς “τὸν ὄνον” ἀντὶ τοῦ “οἰνηρὸν ἀγγεῖον.” R</w:t>
      </w:r>
    </w:p>
    <w:p>
      <w:r>
        <w:rPr>
          <w:rFonts w:ascii="Courier New" w:hAnsi="Courier New"/>
          <w:color w:val="555555"/>
          <w:sz w:val="20"/>
        </w:rPr>
        <w:t>[sch vesp 616b]</w:t>
      </w:r>
    </w:p>
    <w:p>
      <w:r>
        <w:rPr>
          <w:rFonts w:ascii="Gentium Plus" w:hAnsi="Gentium Plus"/>
          <w:sz w:val="24"/>
        </w:rPr>
        <w:t>τὸν ὄνον: ⸢ὄνος Lh εἶδος ἀγγείου· ἴσως VΓLhAld δὲ ⸢διὰ τὸ Ald διάπλασμα ⸢ἔχων V</w:t>
      </w:r>
    </w:p>
    <w:p>
      <w:r>
        <w:rPr>
          <w:rFonts w:ascii="Courier New" w:hAnsi="Courier New"/>
          <w:color w:val="555555"/>
          <w:sz w:val="20"/>
        </w:rPr>
        <w:t>[sch vesp 616b,col 2 (2)]</w:t>
      </w:r>
    </w:p>
    <w:p>
      <w:r>
        <w:rPr>
          <w:rFonts w:ascii="Gentium Plus" w:hAnsi="Gentium Plus"/>
          <w:sz w:val="24"/>
        </w:rPr>
        <w:t>κατεσκευασμένον εἰς ὄνου μορφήν.</w:t>
      </w:r>
    </w:p>
    <w:p>
      <w:r>
        <w:rPr>
          <w:rFonts w:ascii="Courier New" w:hAnsi="Courier New"/>
          <w:color w:val="555555"/>
          <w:sz w:val="20"/>
        </w:rPr>
        <w:t>[sch vesp 617a]</w:t>
      </w:r>
    </w:p>
    <w:p>
      <w:r>
        <w:rPr>
          <w:rFonts w:ascii="Gentium Plus" w:hAnsi="Gentium Plus"/>
          <w:sz w:val="24"/>
        </w:rPr>
        <w:t>κλίνας] ἀνακλιθείς. VΓ3Lh</w:t>
      </w:r>
    </w:p>
    <w:p>
      <w:r>
        <w:rPr>
          <w:rFonts w:ascii="Courier New" w:hAnsi="Courier New"/>
          <w:color w:val="555555"/>
          <w:sz w:val="20"/>
        </w:rPr>
        <w:t>[sch vesp 617b]</w:t>
      </w:r>
    </w:p>
    <w:p>
      <w:r>
        <w:rPr>
          <w:rFonts w:ascii="Gentium Plus" w:hAnsi="Gentium Plus"/>
          <w:sz w:val="24"/>
        </w:rPr>
        <w:t>οὗτος: ὁ ὄνος κεχηνώς. R</w:t>
      </w:r>
    </w:p>
    <w:p>
      <w:r>
        <w:rPr>
          <w:rFonts w:ascii="Courier New" w:hAnsi="Courier New"/>
          <w:color w:val="555555"/>
          <w:sz w:val="20"/>
        </w:rPr>
        <w:t>[sch vesp 617c]</w:t>
      </w:r>
    </w:p>
    <w:p>
      <w:r>
        <w:rPr>
          <w:rFonts w:ascii="Gentium Plus" w:hAnsi="Gentium Plus"/>
          <w:sz w:val="24"/>
        </w:rPr>
        <w:t>οὗτος δὲ: ὁ ὄνος· ἔπαιξε δὲ ὡς πρὸς τὸ ζῷον. VΓ3LhAld</w:t>
      </w:r>
    </w:p>
    <w:p>
      <w:r>
        <w:rPr>
          <w:rFonts w:ascii="Courier New" w:hAnsi="Courier New"/>
          <w:color w:val="555555"/>
          <w:sz w:val="20"/>
        </w:rPr>
        <w:t>[sch vesp 618a]</w:t>
      </w:r>
    </w:p>
    <w:p>
      <w:r>
        <w:rPr>
          <w:rFonts w:ascii="Gentium Plus" w:hAnsi="Gentium Plus"/>
          <w:sz w:val="24"/>
        </w:rPr>
        <w:t>βρωμησάμενος] βρωμᾶσθαί ἐστι τὸ πεινῶντα τὸν ὄνον ὀγκᾶσθαι. VΓ3LhAld</w:t>
      </w:r>
    </w:p>
    <w:p>
      <w:r>
        <w:rPr>
          <w:rFonts w:ascii="Courier New" w:hAnsi="Courier New"/>
          <w:color w:val="555555"/>
          <w:sz w:val="20"/>
        </w:rPr>
        <w:t>[sch vesp 618b]</w:t>
      </w:r>
    </w:p>
    <w:p>
      <w:r>
        <w:rPr>
          <w:rFonts w:ascii="Gentium Plus" w:hAnsi="Gentium Plus"/>
          <w:sz w:val="24"/>
        </w:rPr>
        <w:t>βρωμησάμενος] ὀγκησάμενος. Γ3</w:t>
      </w:r>
    </w:p>
    <w:p>
      <w:r>
        <w:rPr>
          <w:rFonts w:ascii="Courier New" w:hAnsi="Courier New"/>
          <w:color w:val="555555"/>
          <w:sz w:val="20"/>
        </w:rPr>
        <w:t>[sch vesp 618c]</w:t>
      </w:r>
    </w:p>
    <w:p>
      <w:r>
        <w:rPr>
          <w:rFonts w:ascii="Gentium Plus" w:hAnsi="Gentium Plus"/>
          <w:sz w:val="24"/>
        </w:rPr>
        <w:t>δῖνος ἀγγεῖον. R</w:t>
      </w:r>
    </w:p>
    <w:p>
      <w:r>
        <w:rPr>
          <w:rFonts w:ascii="Courier New" w:hAnsi="Courier New"/>
          <w:color w:val="555555"/>
          <w:sz w:val="20"/>
        </w:rPr>
        <w:t>[sch vesp 618c,col 2]</w:t>
      </w:r>
    </w:p>
    <w:p>
      <w:r>
        <w:rPr>
          <w:rFonts w:ascii="Gentium Plus" w:hAnsi="Gentium Plus"/>
          <w:sz w:val="24"/>
        </w:rPr>
        <w:t>δίνου] ἀγγείου. Lh</w:t>
      </w:r>
    </w:p>
    <w:p>
      <w:r>
        <w:rPr>
          <w:rFonts w:ascii="Courier New" w:hAnsi="Courier New"/>
          <w:color w:val="555555"/>
          <w:sz w:val="20"/>
        </w:rPr>
        <w:t>[sch vesp 618d]</w:t>
      </w:r>
    </w:p>
    <w:p>
      <w:r>
        <w:rPr>
          <w:rFonts w:ascii="Gentium Plus" w:hAnsi="Gentium Plus"/>
          <w:sz w:val="24"/>
        </w:rPr>
        <w:t>δίνου: δῖνος ἀγγεῖόν τι κεράμειον ⸢οἴνου VAld ⸢, οἷον πρόχυμα, V βάσιν οὐκ ἔχον, ἀλλὰ ⸢κάτωθεν ὑπότροχον V [στρογγύλον κάτω LhAld]. “στράτιον” δὲ τὸ εἰς πολλοὺς ⸢τῶν στρατευομένων LhAld διῆκον· ἐχρῶντο γὰρ καὶ κήρυξιν ἐν τοῖς στρατεύμασιν. VLhAld</w:t>
      </w:r>
    </w:p>
    <w:p>
      <w:r>
        <w:rPr>
          <w:rFonts w:ascii="Courier New" w:hAnsi="Courier New"/>
          <w:color w:val="555555"/>
          <w:sz w:val="20"/>
        </w:rPr>
        <w:t>[sch vesp 618e]</w:t>
      </w:r>
    </w:p>
    <w:p>
      <w:r>
        <w:rPr>
          <w:rFonts w:ascii="Gentium Plus" w:hAnsi="Gentium Plus"/>
          <w:sz w:val="24"/>
        </w:rPr>
        <w:t>στράτιον: τὸ εἰς πολλοὺς ⸢τῶν στρατευομένων Lh διῆκον. RLh</w:t>
      </w:r>
    </w:p>
    <w:p>
      <w:r>
        <w:rPr>
          <w:rFonts w:ascii="Courier New" w:hAnsi="Courier New"/>
          <w:color w:val="555555"/>
          <w:sz w:val="20"/>
        </w:rPr>
        <w:t>[sch vesp 621]</w:t>
      </w:r>
    </w:p>
    <w:p>
      <w:r>
        <w:rPr>
          <w:rFonts w:ascii="Gentium Plus" w:hAnsi="Gentium Plus"/>
          <w:sz w:val="24"/>
        </w:rPr>
        <w:t>ἅπερ ὁ Ζεύς: ἃ τῷ Διὶ εἰώθασι λέγειν. LhAld</w:t>
      </w:r>
    </w:p>
    <w:p>
      <w:r>
        <w:rPr>
          <w:rFonts w:ascii="Courier New" w:hAnsi="Courier New"/>
          <w:color w:val="555555"/>
          <w:sz w:val="20"/>
        </w:rPr>
        <w:t>[sch vesp 624]</w:t>
      </w:r>
    </w:p>
    <w:p>
      <w:r>
        <w:rPr>
          <w:rFonts w:ascii="Gentium Plus" w:hAnsi="Gentium Plus"/>
          <w:sz w:val="24"/>
        </w:rPr>
        <w:t>624] παρὰ τὰ εἰωθότα λέγεσθαι ⸢ὑπὸ V [παρὰ LhAld] τῶν ἀνθρώ‐ πων ἐπὶ ⸢τοῦ VΓ3 ὑπερβάλλοντος φόβου (.) VΓ3LhAld</w:t>
      </w:r>
    </w:p>
    <w:p>
      <w:r>
        <w:rPr>
          <w:rFonts w:ascii="Courier New" w:hAnsi="Courier New"/>
          <w:color w:val="555555"/>
          <w:sz w:val="20"/>
        </w:rPr>
        <w:t>[sch vesp 624,col 2 (3)]</w:t>
      </w:r>
    </w:p>
    <w:p>
      <w:r>
        <w:rPr>
          <w:rFonts w:ascii="Gentium Plus" w:hAnsi="Gentium Plus"/>
          <w:sz w:val="24"/>
        </w:rPr>
        <w:t>λέγει (.) LhAld τὸ “βροντᾷ” καὶ</w:t>
      </w:r>
    </w:p>
    <w:p>
      <w:r>
        <w:rPr>
          <w:rFonts w:ascii="Courier New" w:hAnsi="Courier New"/>
          <w:color w:val="555555"/>
          <w:sz w:val="20"/>
        </w:rPr>
        <w:t>[sch vesp 625a]</w:t>
      </w:r>
    </w:p>
    <w:p>
      <w:r>
        <w:rPr>
          <w:rFonts w:ascii="Gentium Plus" w:hAnsi="Gentium Plus"/>
          <w:sz w:val="24"/>
        </w:rPr>
        <w:t>ὦ Ζεῦ βασιλεῦ] παίζει ἐνταῦθα. Lh</w:t>
      </w:r>
    </w:p>
    <w:p>
      <w:r>
        <w:rPr>
          <w:rFonts w:ascii="Courier New" w:hAnsi="Courier New"/>
          <w:color w:val="555555"/>
          <w:sz w:val="20"/>
        </w:rPr>
        <w:t>[sch vesp 625b]</w:t>
      </w:r>
    </w:p>
    <w:p>
      <w:r>
        <w:rPr>
          <w:rFonts w:ascii="Gentium Plus" w:hAnsi="Gentium Plus"/>
          <w:sz w:val="24"/>
        </w:rPr>
        <w:t>κἂν ἀστράψω: ⸢οἷον VΓ3 φόβον κατ’ ἀρχὴν δείξω. VΓ3LhAld</w:t>
      </w:r>
    </w:p>
    <w:p>
      <w:r>
        <w:rPr>
          <w:rFonts w:ascii="Courier New" w:hAnsi="Courier New"/>
          <w:color w:val="555555"/>
          <w:sz w:val="20"/>
        </w:rPr>
        <w:t>[sch vesp 626]</w:t>
      </w:r>
    </w:p>
    <w:p>
      <w:r>
        <w:rPr>
          <w:rFonts w:ascii="Gentium Plus" w:hAnsi="Gentium Plus"/>
          <w:sz w:val="24"/>
        </w:rPr>
        <w:t>ποππύζουσιν: ἔθος ⸢γὰρ LhAld ταῖς ἀστραπαῖς ποππύζειν. VΓ3LhAld</w:t>
      </w:r>
    </w:p>
    <w:p>
      <w:r>
        <w:rPr>
          <w:rFonts w:ascii="Courier New" w:hAnsi="Courier New"/>
          <w:color w:val="555555"/>
          <w:sz w:val="20"/>
        </w:rPr>
        <w:t>[sch vesp 626/7]</w:t>
      </w:r>
    </w:p>
    <w:p>
      <w:r>
        <w:rPr>
          <w:rFonts w:ascii="Gentium Plus" w:hAnsi="Gentium Plus"/>
          <w:sz w:val="24"/>
        </w:rPr>
        <w:t>κἀγκεχόδασί με κτλ.] ⸢καὶ τὸ “κεχόδασι” Lh παρὰ τὸ εἰωθὸς γίνεσθαι ὑπὸ τῶν φοβουμένων VΓ3Lh</w:t>
      </w:r>
    </w:p>
    <w:p>
      <w:r>
        <w:rPr>
          <w:rFonts w:ascii="Courier New" w:hAnsi="Courier New"/>
          <w:color w:val="555555"/>
          <w:sz w:val="20"/>
        </w:rPr>
        <w:t>[sch vesp 626/7,col 2 (3)]</w:t>
      </w:r>
    </w:p>
    <w:p>
      <w:r>
        <w:rPr>
          <w:rFonts w:ascii="Gentium Plus" w:hAnsi="Gentium Plus"/>
          <w:sz w:val="24"/>
        </w:rPr>
        <w:t>λέγει Lh, ὅτε βρονταὶ καὶ ἀστραπαὶ</w:t>
      </w:r>
    </w:p>
    <w:p>
      <w:r>
        <w:rPr>
          <w:rFonts w:ascii="Courier New" w:hAnsi="Courier New"/>
          <w:color w:val="555555"/>
          <w:sz w:val="20"/>
        </w:rPr>
        <w:t>[sch vesp 631a]</w:t>
      </w:r>
    </w:p>
    <w:p>
      <w:r>
        <w:rPr>
          <w:rFonts w:ascii="Gentium Plus" w:hAnsi="Gentium Plus"/>
          <w:sz w:val="24"/>
        </w:rPr>
        <w:t>στροφή. lhAld</w:t>
      </w:r>
    </w:p>
    <w:p>
      <w:r>
        <w:rPr>
          <w:rFonts w:ascii="Courier New" w:hAnsi="Courier New"/>
          <w:color w:val="555555"/>
          <w:sz w:val="20"/>
        </w:rPr>
        <w:t>[sch vesp 631b]</w:t>
      </w:r>
    </w:p>
    <w:p>
      <w:r>
        <w:rPr>
          <w:rFonts w:ascii="Gentium Plus" w:hAnsi="Gentium Plus"/>
          <w:sz w:val="24"/>
        </w:rPr>
        <w:t>καθαρῶς] ἀντὶ τοῦ καλῶς. VΓ3</w:t>
      </w:r>
    </w:p>
    <w:p>
      <w:r>
        <w:rPr>
          <w:rFonts w:ascii="Courier New" w:hAnsi="Courier New"/>
          <w:color w:val="555555"/>
          <w:sz w:val="20"/>
        </w:rPr>
        <w:t>[sch vesp 634a]</w:t>
      </w:r>
    </w:p>
    <w:p>
      <w:r>
        <w:rPr>
          <w:rFonts w:ascii="Gentium Plus" w:hAnsi="Gentium Plus"/>
          <w:sz w:val="24"/>
        </w:rPr>
        <w:t>σύστημα. lhAld</w:t>
      </w:r>
    </w:p>
    <w:p>
      <w:r>
        <w:rPr>
          <w:rFonts w:ascii="Courier New" w:hAnsi="Courier New"/>
          <w:color w:val="555555"/>
          <w:sz w:val="20"/>
        </w:rPr>
        <w:t>[sch vesp 634b]</w:t>
      </w:r>
    </w:p>
    <w:p>
      <w:r>
        <w:rPr>
          <w:rFonts w:ascii="Gentium Plus" w:hAnsi="Gentium Plus"/>
          <w:sz w:val="24"/>
        </w:rPr>
        <w:t>ῥᾳδίως τρυγήσειν] παροιμία “οὐκ ἐρήμας τρυγήσεις”. VΓAld</w:t>
      </w:r>
    </w:p>
    <w:p>
      <w:r>
        <w:rPr>
          <w:rFonts w:ascii="Courier New" w:hAnsi="Courier New"/>
          <w:color w:val="555555"/>
          <w:sz w:val="20"/>
        </w:rPr>
        <w:t>[sch vesp 634c]</w:t>
      </w:r>
    </w:p>
    <w:p>
      <w:r>
        <w:rPr>
          <w:rFonts w:ascii="Gentium Plus" w:hAnsi="Gentium Plus"/>
          <w:sz w:val="24"/>
        </w:rPr>
        <w:t>ἀλλ’ ἐρήμας ᾤεθ’ οὕτω: παροιμία ⸢ἐστὶ τὸ “ἐρήμας τρυγήσεις” Lh ἐπὶ τῶν ἀδεῶς ⸢τι VΓltAld πραττόντων ὡς μηδενὸς αὐτοῖς ἀντιπράττοντος (.) RVΓltAld “ἐρήμας ⸢τρυγήσεις” R [τρυγήσειν” VΓAld]. RVΓAld ἔστι δὲ ἀπὸ τῶν τὰς ἀμπέλους</w:t>
      </w:r>
    </w:p>
    <w:p>
      <w:r>
        <w:rPr>
          <w:rFonts w:ascii="Courier New" w:hAnsi="Courier New"/>
          <w:color w:val="555555"/>
          <w:sz w:val="20"/>
        </w:rPr>
        <w:t>[5]</w:t>
      </w:r>
    </w:p>
    <w:p>
      <w:r>
        <w:rPr>
          <w:rFonts w:ascii="Gentium Plus" w:hAnsi="Gentium Plus"/>
          <w:sz w:val="24"/>
        </w:rPr>
        <w:t>τηρούντων ἀφροντίστως. VΓAld</w:t>
      </w:r>
    </w:p>
    <w:p>
      <w:r>
        <w:rPr>
          <w:rFonts w:ascii="Courier New" w:hAnsi="Courier New"/>
          <w:color w:val="555555"/>
          <w:sz w:val="20"/>
        </w:rPr>
        <w:t>[sch vesp 634c,col 2 (4)]</w:t>
      </w:r>
    </w:p>
    <w:p>
      <w:r>
        <w:rPr>
          <w:rFonts w:ascii="Gentium Plus" w:hAnsi="Gentium Plus"/>
          <w:sz w:val="24"/>
        </w:rPr>
        <w:t>ἔστι δὲ ἀπὸ τῶν τὰς ἀμπέλους</w:t>
      </w:r>
    </w:p>
    <w:p>
      <w:r>
        <w:rPr>
          <w:rFonts w:ascii="Courier New" w:hAnsi="Courier New"/>
          <w:color w:val="555555"/>
          <w:sz w:val="20"/>
        </w:rPr>
        <w:t>[5]</w:t>
      </w:r>
    </w:p>
    <w:p>
      <w:r>
        <w:rPr>
          <w:rFonts w:ascii="Gentium Plus" w:hAnsi="Gentium Plus"/>
          <w:sz w:val="24"/>
        </w:rPr>
        <w:t>τρυγώντων τὰς μὴ φυλασσομένας. lt</w:t>
      </w:r>
    </w:p>
    <w:p>
      <w:r>
        <w:rPr>
          <w:rFonts w:ascii="Courier New" w:hAnsi="Courier New"/>
          <w:color w:val="555555"/>
          <w:sz w:val="20"/>
        </w:rPr>
        <w:t>[sch vesp 634d]</w:t>
      </w:r>
    </w:p>
    <w:p>
      <w:r>
        <w:rPr>
          <w:rFonts w:ascii="Gentium Plus" w:hAnsi="Gentium Plus"/>
          <w:sz w:val="24"/>
        </w:rPr>
        <w:t>ᾤεθ’ κτλ.] ἤγουν ὥστε οὔ τινα τὸν ἀντικείμενον εὑρεῖν. Lh</w:t>
      </w:r>
    </w:p>
    <w:p>
      <w:r>
        <w:rPr>
          <w:rFonts w:ascii="Courier New" w:hAnsi="Courier New"/>
          <w:color w:val="555555"/>
          <w:sz w:val="20"/>
        </w:rPr>
        <w:t>[sch vesp 635a]</w:t>
      </w:r>
    </w:p>
    <w:p>
      <w:r>
        <w:rPr>
          <w:rFonts w:ascii="Gentium Plus" w:hAnsi="Gentium Plus"/>
          <w:sz w:val="24"/>
        </w:rPr>
        <w:t>καλῶς γὰρ ᾔδειν: ἐν εἰρωνείᾳ· τοὐναντίον γὰρ παραδηλοῖ πειθό‐</w:t>
      </w:r>
    </w:p>
    <w:p>
      <w:r>
        <w:rPr>
          <w:rFonts w:ascii="Courier New" w:hAnsi="Courier New"/>
          <w:color w:val="555555"/>
          <w:sz w:val="20"/>
        </w:rPr>
        <w:t>[sch vesp 635b]</w:t>
      </w:r>
    </w:p>
    <w:p>
      <w:r>
        <w:rPr>
          <w:rFonts w:ascii="Gentium Plus" w:hAnsi="Gentium Plus"/>
          <w:sz w:val="24"/>
        </w:rPr>
        <w:t>γὰρ ᾔδειν κτλ.] ἠπιστάμην οὕτω πιθανώτατα ἐρεῖν, ἢ ὅτι ἐν τῷ δικάζειν ἰσχύω. Lh</w:t>
      </w:r>
    </w:p>
    <w:p>
      <w:r>
        <w:rPr>
          <w:rFonts w:ascii="Courier New" w:hAnsi="Courier New"/>
          <w:color w:val="555555"/>
          <w:sz w:val="20"/>
        </w:rPr>
        <w:t>[sch vesp 635c]</w:t>
      </w:r>
    </w:p>
    <w:p>
      <w:r>
        <w:rPr>
          <w:rFonts w:ascii="Gentium Plus" w:hAnsi="Gentium Plus"/>
          <w:sz w:val="24"/>
        </w:rPr>
        <w:t>ἤτοι ταύτῃ τῇ γνώμῃ, ὅτι τὸ δικάζειν βέλτιόν ἐστι τοῦ ἔνδον καθέ‐ ζεσθαι, ἢ VΓAld ἀπὸ μεταφορᾶς τῶν πυκτῶν τῶν κατὰ τὴν ἑτέραν χεῖρα τὴν δύναμιν ἐχόντων (.) VΓLhAld καὶ λεγόντων οὕτω· “ταύτῃ κράτιστός εἰμι”, ἤγουν τῇ χειρί, καὶ ἐνταῦθα τὸ “ταύτῃ κράτιστός εἰμι” εἴρηκεν, ἤγουν</w:t>
      </w:r>
    </w:p>
    <w:p>
      <w:r>
        <w:rPr>
          <w:rFonts w:ascii="Courier New" w:hAnsi="Courier New"/>
          <w:color w:val="555555"/>
          <w:sz w:val="20"/>
        </w:rPr>
        <w:t>[5]</w:t>
      </w:r>
    </w:p>
    <w:p>
      <w:r>
        <w:rPr>
          <w:rFonts w:ascii="Gentium Plus" w:hAnsi="Gentium Plus"/>
          <w:sz w:val="24"/>
        </w:rPr>
        <w:t>ἐν τῷ δικάζειν ἰσχύω. Lh</w:t>
      </w:r>
    </w:p>
    <w:p>
      <w:r>
        <w:rPr>
          <w:rFonts w:ascii="Courier New" w:hAnsi="Courier New"/>
          <w:color w:val="555555"/>
          <w:sz w:val="20"/>
        </w:rPr>
        <w:t>[sch vesp 635d]</w:t>
      </w:r>
    </w:p>
    <w:p>
      <w:r>
        <w:rPr>
          <w:rFonts w:ascii="Gentium Plus" w:hAnsi="Gentium Plus"/>
          <w:sz w:val="24"/>
        </w:rPr>
        <w:t>ταύτῃ κράτιστός: τῷ αὐτῷ τρόπῳ ἐν τῷ δημηγορεῖν. VΓAld</w:t>
      </w:r>
    </w:p>
    <w:p>
      <w:r>
        <w:rPr>
          <w:rFonts w:ascii="Courier New" w:hAnsi="Courier New"/>
          <w:color w:val="555555"/>
          <w:sz w:val="20"/>
        </w:rPr>
        <w:t>[sch vesp 636a]</w:t>
      </w:r>
    </w:p>
    <w:p>
      <w:r>
        <w:rPr>
          <w:rFonts w:ascii="Gentium Plus" w:hAnsi="Gentium Plus"/>
          <w:sz w:val="24"/>
        </w:rPr>
        <w:t>στροφή. lhAld</w:t>
      </w:r>
    </w:p>
    <w:p>
      <w:r>
        <w:rPr>
          <w:rFonts w:ascii="Courier New" w:hAnsi="Courier New"/>
          <w:color w:val="555555"/>
          <w:sz w:val="20"/>
        </w:rPr>
        <w:t>[sch vesp 636b]</w:t>
      </w:r>
    </w:p>
    <w:p>
      <w:r>
        <w:rPr>
          <w:rFonts w:ascii="Gentium Plus" w:hAnsi="Gentium Plus"/>
          <w:sz w:val="24"/>
        </w:rPr>
        <w:t>ὡς δὲ πάντ’ ἐπελήλυθεν: θαυμάζει ὁ χορὸς ⸢τοῦ VΓ3 Φιλοκλέ‐ ωνος τὴν κατάστασιν. VΓ3LhAld</w:t>
      </w:r>
    </w:p>
    <w:p>
      <w:r>
        <w:rPr>
          <w:rFonts w:ascii="Courier New" w:hAnsi="Courier New"/>
          <w:color w:val="555555"/>
          <w:sz w:val="20"/>
        </w:rPr>
        <w:t>[sch vesp 639]</w:t>
      </w:r>
    </w:p>
    <w:p>
      <w:r>
        <w:rPr>
          <w:rFonts w:ascii="Gentium Plus" w:hAnsi="Gentium Plus"/>
          <w:sz w:val="24"/>
        </w:rPr>
        <w:t>δικάζειν: δέον εἰπεῖν “οἰκεῖν” “δικάζειν” VΓ3LhAld</w:t>
      </w:r>
    </w:p>
    <w:p>
      <w:r>
        <w:rPr>
          <w:rFonts w:ascii="Courier New" w:hAnsi="Courier New"/>
          <w:color w:val="555555"/>
          <w:sz w:val="20"/>
        </w:rPr>
        <w:t>[sch vesp 639,col 2 (2)]</w:t>
      </w:r>
    </w:p>
    <w:p>
      <w:r>
        <w:rPr>
          <w:rFonts w:ascii="Gentium Plus" w:hAnsi="Gentium Plus"/>
          <w:sz w:val="24"/>
        </w:rPr>
        <w:t>εἶπεν ὡς φιλόδικος. LhAld</w:t>
      </w:r>
    </w:p>
    <w:p>
      <w:r>
        <w:rPr>
          <w:rFonts w:ascii="Courier New" w:hAnsi="Courier New"/>
          <w:color w:val="555555"/>
          <w:sz w:val="20"/>
        </w:rPr>
        <w:t>[sch vesp 642a]</w:t>
      </w:r>
    </w:p>
    <w:p>
      <w:r>
        <w:rPr>
          <w:rFonts w:ascii="Gentium Plus" w:hAnsi="Gentium Plus"/>
          <w:sz w:val="24"/>
        </w:rPr>
        <w:t>σύστημα. lhAld</w:t>
      </w:r>
    </w:p>
    <w:p>
      <w:r>
        <w:rPr>
          <w:rFonts w:ascii="Courier New" w:hAnsi="Courier New"/>
          <w:color w:val="555555"/>
          <w:sz w:val="20"/>
        </w:rPr>
        <w:t>[sch vesp 642b]</w:t>
      </w:r>
    </w:p>
    <w:p>
      <w:r>
        <w:rPr>
          <w:rFonts w:ascii="Gentium Plus" w:hAnsi="Gentium Plus"/>
          <w:sz w:val="24"/>
        </w:rPr>
        <w:t>σκορδινᾶται: σκορδινᾶσθαί ἐστιν, VΓLhAld ὃ ποιοῦσιν οἱ ἐξ ὕπνου ἀνιστάμενοι (.) RVΓAld καὶ μετὰ χάσμης τὰ μέλη ἐκτείνοντες. φησὶν οὖν, ὅτι</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642b,col 2 (2)]</w:t>
      </w:r>
    </w:p>
    <w:p>
      <w:r>
        <w:rPr>
          <w:rFonts w:ascii="Gentium Plus" w:hAnsi="Gentium Plus"/>
          <w:sz w:val="24"/>
        </w:rPr>
        <w:t>ὡς προείρηται, τὸ ἐξ ὕπνου ἀνιστα‐ μένους τοὺς κύνας ἐκτείνειν τοὺς</w:t>
      </w:r>
    </w:p>
    <w:p>
      <w:r>
        <w:rPr>
          <w:rFonts w:ascii="Courier New" w:hAnsi="Courier New"/>
          <w:color w:val="555555"/>
          <w:sz w:val="20"/>
        </w:rPr>
        <w:t>[sch vesp 642b (6)]</w:t>
      </w:r>
    </w:p>
    <w:p>
      <w:r>
        <w:rPr>
          <w:rFonts w:ascii="Gentium Plus" w:hAnsi="Gentium Plus"/>
          <w:sz w:val="24"/>
        </w:rPr>
        <w:t>χασμᾶται καὶ διατείνεται ⸢ὑπὸ τῆς VΓAld [ὑπ’ Lh] ἀθυμίας. VΓLhAld</w:t>
      </w:r>
    </w:p>
    <w:p>
      <w:r>
        <w:rPr>
          <w:rFonts w:ascii="Courier New" w:hAnsi="Courier New"/>
          <w:color w:val="555555"/>
          <w:sz w:val="20"/>
        </w:rPr>
        <w:t>[sch vesp 642c]</w:t>
      </w:r>
    </w:p>
    <w:p>
      <w:r>
        <w:rPr>
          <w:rFonts w:ascii="Gentium Plus" w:hAnsi="Gentium Plus"/>
          <w:sz w:val="24"/>
        </w:rPr>
        <w:t>σκορδινᾶται] χασμᾶται. Γ3</w:t>
      </w:r>
    </w:p>
    <w:p>
      <w:r>
        <w:rPr>
          <w:rFonts w:ascii="Courier New" w:hAnsi="Courier New"/>
          <w:color w:val="555555"/>
          <w:sz w:val="20"/>
        </w:rPr>
        <w:t>[sch vesp 642d]</w:t>
      </w:r>
    </w:p>
    <w:p>
      <w:r>
        <w:rPr>
          <w:rFonts w:ascii="Gentium Plus" w:hAnsi="Gentium Plus"/>
          <w:sz w:val="24"/>
        </w:rPr>
        <w:t>οὐκ ἐν αὐτοῦ] οὐκ ἔχει ἑαυτόν. VΓ3Lh</w:t>
      </w:r>
    </w:p>
    <w:p>
      <w:r>
        <w:rPr>
          <w:rFonts w:ascii="Courier New" w:hAnsi="Courier New"/>
          <w:color w:val="555555"/>
          <w:sz w:val="20"/>
        </w:rPr>
        <w:t>[sch vesp 643a]</w:t>
      </w:r>
    </w:p>
    <w:p>
      <w:r>
        <w:rPr>
          <w:rFonts w:ascii="Gentium Plus" w:hAnsi="Gentium Plus"/>
          <w:sz w:val="24"/>
        </w:rPr>
        <w:t>σκύτη βλέπειν: ⸢ὅ ἐστι RVΓAld [ἤγουν Lh] “πληγάς(ὰς) ⸢σοι RVΓAld ἐμβαλῶ”. RVΓLhAld καὶ τοῦτο, φασίν, παροιμία, ἐπὶ τῶν</w:t>
      </w:r>
    </w:p>
    <w:p>
      <w:r>
        <w:rPr>
          <w:rFonts w:ascii="Courier New" w:hAnsi="Courier New"/>
          <w:color w:val="555555"/>
          <w:sz w:val="20"/>
        </w:rPr>
        <w:t>[sch vesp 643a,col 2 (3)]</w:t>
      </w:r>
    </w:p>
    <w:p>
      <w:r>
        <w:rPr>
          <w:rFonts w:ascii="Gentium Plus" w:hAnsi="Gentium Plus"/>
          <w:sz w:val="24"/>
        </w:rPr>
        <w:t>παροιμία δὲ ἐλέγετο, ἐπὶ τῶν δειλι‐</w:t>
      </w:r>
    </w:p>
    <w:p>
      <w:r>
        <w:rPr>
          <w:rFonts w:ascii="Courier New" w:hAnsi="Courier New"/>
          <w:color w:val="555555"/>
          <w:sz w:val="20"/>
        </w:rPr>
        <w:t>[sch vesp 643b]</w:t>
      </w:r>
    </w:p>
    <w:p>
      <w:r>
        <w:rPr>
          <w:rFonts w:ascii="Gentium Plus" w:hAnsi="Gentium Plus"/>
          <w:sz w:val="24"/>
        </w:rPr>
        <w:t>μέμνηται τῆς παροιμίας Εὔπολις (4) ... (7) ἐπὶ τῶν ὑποψιαστικῶς διακειμένων ... (8) κακά. (ex Zenobio VI 2, Par. Gr. I 161, 4—8)</w:t>
      </w:r>
    </w:p>
    <w:p>
      <w:r>
        <w:rPr>
          <w:rFonts w:ascii="Courier New" w:hAnsi="Courier New"/>
          <w:color w:val="555555"/>
          <w:sz w:val="20"/>
        </w:rPr>
        <w:t>[sch vesp 644a]</w:t>
      </w:r>
    </w:p>
    <w:p>
      <w:r>
        <w:rPr>
          <w:rFonts w:ascii="Gentium Plus" w:hAnsi="Gentium Plus"/>
          <w:sz w:val="24"/>
        </w:rPr>
        <w:t>στροφή. lhAld</w:t>
      </w:r>
    </w:p>
    <w:p>
      <w:r>
        <w:rPr>
          <w:rFonts w:ascii="Courier New" w:hAnsi="Courier New"/>
          <w:color w:val="555555"/>
          <w:sz w:val="20"/>
        </w:rPr>
        <w:t>[sch vesp 644b]</w:t>
      </w:r>
    </w:p>
    <w:p>
      <w:r>
        <w:rPr>
          <w:rFonts w:ascii="Gentium Plus" w:hAnsi="Gentium Plus"/>
          <w:sz w:val="24"/>
        </w:rPr>
        <w:t>πλέκειν] ἤγουν κατασκευάζειν. Lh</w:t>
      </w:r>
    </w:p>
    <w:p>
      <w:r>
        <w:rPr>
          <w:rFonts w:ascii="Courier New" w:hAnsi="Courier New"/>
          <w:color w:val="555555"/>
          <w:sz w:val="20"/>
        </w:rPr>
        <w:t>[sch vesp 645a]</w:t>
      </w:r>
    </w:p>
    <w:p>
      <w:r>
        <w:rPr>
          <w:rFonts w:ascii="Gentium Plus" w:hAnsi="Gentium Plus"/>
          <w:sz w:val="24"/>
        </w:rPr>
        <w:t>παλάμας] μηχανάς. VΓ3</w:t>
      </w:r>
    </w:p>
    <w:p>
      <w:r>
        <w:rPr>
          <w:rFonts w:ascii="Courier New" w:hAnsi="Courier New"/>
          <w:color w:val="555555"/>
          <w:sz w:val="20"/>
        </w:rPr>
        <w:t>[sch vesp 645b]</w:t>
      </w:r>
    </w:p>
    <w:p>
      <w:r>
        <w:rPr>
          <w:rFonts w:ascii="Gentium Plus" w:hAnsi="Gentium Plus"/>
          <w:sz w:val="24"/>
        </w:rPr>
        <w:t>παλάμας] ἔργα. Lh</w:t>
      </w:r>
    </w:p>
    <w:p>
      <w:r>
        <w:rPr>
          <w:rFonts w:ascii="Courier New" w:hAnsi="Courier New"/>
          <w:color w:val="555555"/>
          <w:sz w:val="20"/>
        </w:rPr>
        <w:t>[sch vesp 646/7a]</w:t>
      </w:r>
    </w:p>
    <w:p>
      <w:r>
        <w:rPr>
          <w:rFonts w:ascii="Gentium Plus" w:hAnsi="Gentium Plus"/>
          <w:sz w:val="24"/>
        </w:rPr>
        <w:t>πεπᾶναι] πραῧναι· ἀπὸ μεταφορᾶς τῶν καρπῶν. VΓ3</w:t>
      </w:r>
    </w:p>
    <w:p>
      <w:r>
        <w:rPr>
          <w:rFonts w:ascii="Courier New" w:hAnsi="Courier New"/>
          <w:color w:val="555555"/>
          <w:sz w:val="20"/>
        </w:rPr>
        <w:t>[sch vesp 646/7b]</w:t>
      </w:r>
    </w:p>
    <w:p>
      <w:r>
        <w:rPr>
          <w:rFonts w:ascii="Gentium Plus" w:hAnsi="Gentium Plus"/>
          <w:sz w:val="24"/>
        </w:rPr>
        <w:t>πεπᾶναι] μαλάξαι, ὑποχαλάσαι. LhAld</w:t>
      </w:r>
    </w:p>
    <w:p>
      <w:r>
        <w:rPr>
          <w:rFonts w:ascii="Courier New" w:hAnsi="Courier New"/>
          <w:color w:val="555555"/>
          <w:sz w:val="20"/>
        </w:rPr>
        <w:t>[sch vesp 647]</w:t>
      </w:r>
    </w:p>
    <w:p>
      <w:r>
        <w:rPr>
          <w:rFonts w:ascii="Gentium Plus" w:hAnsi="Gentium Plus"/>
          <w:sz w:val="24"/>
        </w:rPr>
        <w:t>μὴ πρὸς ἐμοῦ λέγοντι: ⸢ἀντὶ τοῦ VΓAld μὴ ὑπὲρ ἐμοῦ, μὴ ἀρέσκοντά μοι (.) RVΓLhAld λέγοντι. RVΓAld πάντως γὰρ κατὰ τοῦ δικάζειν ἔμελλε λέγειν. VΓAld</w:t>
      </w:r>
    </w:p>
    <w:p>
      <w:r>
        <w:rPr>
          <w:rFonts w:ascii="Courier New" w:hAnsi="Courier New"/>
          <w:color w:val="555555"/>
          <w:sz w:val="20"/>
        </w:rPr>
        <w:t>[sch vesp 648]</w:t>
      </w:r>
    </w:p>
    <w:p>
      <w:r>
        <w:rPr>
          <w:rFonts w:ascii="Gentium Plus" w:hAnsi="Gentium Plus"/>
          <w:sz w:val="24"/>
        </w:rPr>
        <w:t>μύλην ἀγαθὴν: νεοκατασκεύαστον μύλην· VΓAld καὶ Ὅμηρος ⸢δὲ V θηλυκῶς ⸢ἔφη V [λέγει ΓLhAld] ἥ ῥα μύλην στήσασα.</w:t>
      </w:r>
    </w:p>
    <w:p>
      <w:r>
        <w:rPr>
          <w:rFonts w:ascii="Courier New" w:hAnsi="Courier New"/>
          <w:color w:val="555555"/>
          <w:sz w:val="20"/>
        </w:rPr>
        <w:t>[sch vesp 649]</w:t>
      </w:r>
    </w:p>
    <w:p>
      <w:r>
        <w:rPr>
          <w:rFonts w:ascii="Gentium Plus" w:hAnsi="Gentium Plus"/>
          <w:sz w:val="24"/>
        </w:rPr>
        <w:t>κατερεῖξαι: καταθραῦσαι (.) RVΓLhAld· ἀφ’ οὗ καὶ τὸ〈ν〉 ἐρεγμὸν ἀξιοῦσί τινες. VΓAld ⸢τὸ “κατερεῖξαι” Lh ⸢ἀπὸ VΓAld [ἐκ Lh] ⸢μεταφορᾶς VLh ⸢εἴρηται Lh τῶν ⸢ἐρεικομένων VΓAld [κατερεικομένων Lh] ὀσπρίων, ὅθεν καὶ τὸ “ἐρεικόμενος περὶ δουρί”. VΓLhAld εἴρηται δ’ ἐν</w:t>
      </w:r>
    </w:p>
    <w:p>
      <w:r>
        <w:rPr>
          <w:rFonts w:ascii="Courier New" w:hAnsi="Courier New"/>
          <w:color w:val="555555"/>
          <w:sz w:val="20"/>
        </w:rPr>
        <w:t>[5]</w:t>
      </w:r>
    </w:p>
    <w:p>
      <w:r>
        <w:rPr>
          <w:rFonts w:ascii="Gentium Plus" w:hAnsi="Gentium Plus"/>
          <w:sz w:val="24"/>
        </w:rPr>
        <w:t>τοῖς Βατράχοις. Ald</w:t>
      </w:r>
    </w:p>
    <w:p>
      <w:r>
        <w:rPr>
          <w:rFonts w:ascii="Courier New" w:hAnsi="Courier New"/>
          <w:color w:val="555555"/>
          <w:sz w:val="20"/>
        </w:rPr>
        <w:t>[sch vesp 650a]</w:t>
      </w:r>
    </w:p>
    <w:p>
      <w:r>
        <w:rPr>
          <w:rFonts w:ascii="Gentium Plus" w:hAnsi="Gentium Plus"/>
          <w:sz w:val="24"/>
        </w:rPr>
        <w:t>δεινῆς γνώμης: ⸢ἀντὶ τοῦ VΓAld μείζονος ⸢, φησίν, γνώμης ἐστὶν Lh ἢ κατὰ κωμῳδίαν ⸢ἐστὶ VΓAld τὸ ⸢ἰᾶσθαι VΓAld [ἰάσασθαι Lh] νόσον πεπαλαιωμένην ἐν τῇ πόλει· λέγει δὲ τὸ φιλόδικον. VΓLhAld διὰ τοῦτο καὶ ἐπικαλεῖται τὸν Δία. Lh</w:t>
      </w:r>
    </w:p>
    <w:p>
      <w:r>
        <w:rPr>
          <w:rFonts w:ascii="Courier New" w:hAnsi="Courier New"/>
          <w:color w:val="555555"/>
          <w:sz w:val="20"/>
        </w:rPr>
        <w:t>[sch vesp 650b]</w:t>
      </w:r>
    </w:p>
    <w:p>
      <w:r>
        <w:rPr>
          <w:rFonts w:ascii="Gentium Plus" w:hAnsi="Gentium Plus"/>
          <w:sz w:val="24"/>
        </w:rPr>
        <w:t>’πὶ τρυγῳδοῖς] ἤγουν ἐν κωμῳδίᾳ. Lh</w:t>
      </w:r>
    </w:p>
    <w:p>
      <w:r>
        <w:rPr>
          <w:rFonts w:ascii="Courier New" w:hAnsi="Courier New"/>
          <w:color w:val="555555"/>
          <w:sz w:val="20"/>
        </w:rPr>
        <w:t>[sch vesp 651a]</w:t>
      </w:r>
    </w:p>
    <w:p>
      <w:r>
        <w:rPr>
          <w:rFonts w:ascii="Gentium Plus" w:hAnsi="Gentium Plus"/>
          <w:sz w:val="24"/>
        </w:rPr>
        <w:t>νόσον ἀρχαίαν] τουτέστι τὸ φιλόδικον. Lh</w:t>
      </w:r>
    </w:p>
    <w:p>
      <w:r>
        <w:rPr>
          <w:rFonts w:ascii="Courier New" w:hAnsi="Courier New"/>
          <w:color w:val="555555"/>
          <w:sz w:val="20"/>
        </w:rPr>
        <w:t>[sch vesp 651b]</w:t>
      </w:r>
    </w:p>
    <w:p>
      <w:r>
        <w:rPr>
          <w:rFonts w:ascii="Gentium Plus" w:hAnsi="Gentium Plus"/>
          <w:sz w:val="24"/>
        </w:rPr>
        <w:t>ἀρχαίαν] πεπαλαιωμένην. Lh</w:t>
      </w:r>
    </w:p>
    <w:p>
      <w:r>
        <w:rPr>
          <w:rFonts w:ascii="Courier New" w:hAnsi="Courier New"/>
          <w:color w:val="555555"/>
          <w:sz w:val="20"/>
        </w:rPr>
        <w:t>[sch vesp 651c]</w:t>
      </w:r>
    </w:p>
    <w:p>
      <w:r>
        <w:rPr>
          <w:rFonts w:ascii="Gentium Plus" w:hAnsi="Gentium Plus"/>
          <w:sz w:val="24"/>
        </w:rPr>
        <w:t>ἐντετοκυῖαν] ⸢ἐμφωλεύσασαν V [ἐμφωλεύουσαν Γ3Ald]. VΓ3Ald</w:t>
      </w:r>
    </w:p>
    <w:p>
      <w:r>
        <w:rPr>
          <w:rFonts w:ascii="Courier New" w:hAnsi="Courier New"/>
          <w:color w:val="555555"/>
          <w:sz w:val="20"/>
        </w:rPr>
        <w:t>[sch vesp 651d]</w:t>
      </w:r>
    </w:p>
    <w:p>
      <w:r>
        <w:rPr>
          <w:rFonts w:ascii="Gentium Plus" w:hAnsi="Gentium Plus"/>
          <w:sz w:val="24"/>
        </w:rPr>
        <w:t>ἐντετοκυῖαν] γεννηθεῖσαν. LhAld</w:t>
      </w:r>
    </w:p>
    <w:p>
      <w:r>
        <w:rPr>
          <w:rFonts w:ascii="Courier New" w:hAnsi="Courier New"/>
          <w:color w:val="555555"/>
          <w:sz w:val="20"/>
        </w:rPr>
        <w:t>[sch vesp 652]</w:t>
      </w:r>
    </w:p>
    <w:p>
      <w:r>
        <w:rPr>
          <w:rFonts w:ascii="Gentium Plus" w:hAnsi="Gentium Plus"/>
          <w:sz w:val="24"/>
        </w:rPr>
        <w:t>μὴ πατέριζε: πατέρα κάλει. ΓLhAld ἔμελλε δὲ εἰπεῖν· “σοὶ πάντα δυνατά</w:t>
      </w:r>
    </w:p>
    <w:p>
      <w:r>
        <w:rPr>
          <w:rFonts w:ascii="Courier New" w:hAnsi="Courier New"/>
          <w:color w:val="555555"/>
          <w:sz w:val="20"/>
        </w:rPr>
        <w:t>[sch vesp 652,col 2 (2)]</w:t>
      </w:r>
    </w:p>
    <w:p>
      <w:r>
        <w:rPr>
          <w:rFonts w:ascii="Gentium Plus" w:hAnsi="Gentium Plus"/>
          <w:sz w:val="24"/>
        </w:rPr>
        <w:t>“σοὶ πάντα δυνατά ἐστιν”, ὤφειλεν</w:t>
      </w:r>
    </w:p>
    <w:p>
      <w:r>
        <w:rPr>
          <w:rFonts w:ascii="Courier New" w:hAnsi="Courier New"/>
          <w:color w:val="555555"/>
          <w:sz w:val="20"/>
        </w:rPr>
        <w:t>[sch vesp 652 (4)]</w:t>
      </w:r>
    </w:p>
    <w:p>
      <w:r>
        <w:rPr>
          <w:rFonts w:ascii="Gentium Plus" w:hAnsi="Gentium Plus"/>
          <w:sz w:val="24"/>
        </w:rPr>
        <w:t>καὶ διέκοψεν αὐτὸν ὁ Φιλοκλέων. ΓLhAld</w:t>
      </w:r>
    </w:p>
    <w:p>
      <w:r>
        <w:rPr>
          <w:rFonts w:ascii="Courier New" w:hAnsi="Courier New"/>
          <w:color w:val="555555"/>
          <w:sz w:val="20"/>
        </w:rPr>
        <w:t>[sch vesp 654a]</w:t>
      </w:r>
    </w:p>
    <w:p>
      <w:r>
        <w:rPr>
          <w:rFonts w:ascii="Gentium Plus" w:hAnsi="Gentium Plus"/>
          <w:sz w:val="24"/>
        </w:rPr>
        <w:t>κἂν χρὴ: κἂν ὡς ἀνδροφόνος λογισθῶ καὶ τῶν θυσιῶν μὴ ⸢μετα‐ λαβών V [μεταλάβω ⸢Ald]. VΓAld ⸢πρὸς VLh [κατὰ Γ*Ald] τὸ ἔθος ⸢δέ VΓAld, ὅτι οἱ ἀνδροφόνοι οὐ μεταλαμβάνουσι ⸢τῶν Lh θυσιῶν. RVΓLhAld φησὶν οὖν, ὅτι οὐκ ἔστιν, ὡς οὐ τεθνήξῃ, κἂν ὡς ἀνδροφόνος λογισθῶ. Lh</w:t>
      </w:r>
    </w:p>
    <w:p>
      <w:r>
        <w:rPr>
          <w:rFonts w:ascii="Courier New" w:hAnsi="Courier New"/>
          <w:color w:val="555555"/>
          <w:sz w:val="20"/>
        </w:rPr>
        <w:t>[sch vesp 654b]</w:t>
      </w:r>
    </w:p>
    <w:p>
      <w:r>
        <w:rPr>
          <w:rFonts w:ascii="Gentium Plus" w:hAnsi="Gentium Plus"/>
          <w:sz w:val="24"/>
        </w:rPr>
        <w:t>τεθνήσει] “τεθνήξῃ” ἀττικῶς. Lh</w:t>
      </w:r>
    </w:p>
    <w:p>
      <w:r>
        <w:rPr>
          <w:rFonts w:ascii="Courier New" w:hAnsi="Courier New"/>
          <w:color w:val="555555"/>
          <w:sz w:val="20"/>
        </w:rPr>
        <w:t>[sch vesp 654c]</w:t>
      </w:r>
    </w:p>
    <w:p>
      <w:r>
        <w:rPr>
          <w:rFonts w:ascii="Gentium Plus" w:hAnsi="Gentium Plus"/>
          <w:sz w:val="24"/>
        </w:rPr>
        <w:t>σπλάγχνων μ’ ἀπέχεσθαι] θυσιῶν μὴ μεταλαβεῖν. Lh</w:t>
      </w:r>
    </w:p>
    <w:p>
      <w:r>
        <w:rPr>
          <w:rFonts w:ascii="Courier New" w:hAnsi="Courier New"/>
          <w:color w:val="555555"/>
          <w:sz w:val="20"/>
        </w:rPr>
        <w:t>[sch vesp 655a]</w:t>
      </w:r>
    </w:p>
    <w:p>
      <w:r>
        <w:rPr>
          <w:rFonts w:ascii="Gentium Plus" w:hAnsi="Gentium Plus"/>
          <w:sz w:val="24"/>
        </w:rPr>
        <w:t>παππίδιον: ὑποκοριστικῶς πάππε.</w:t>
      </w:r>
    </w:p>
    <w:p>
      <w:r>
        <w:rPr>
          <w:rFonts w:ascii="Courier New" w:hAnsi="Courier New"/>
          <w:color w:val="555555"/>
          <w:sz w:val="20"/>
        </w:rPr>
        <w:t>[sch vesp 655b]</w:t>
      </w:r>
    </w:p>
    <w:p>
      <w:r>
        <w:rPr>
          <w:rFonts w:ascii="Gentium Plus" w:hAnsi="Gentium Plus"/>
          <w:sz w:val="24"/>
        </w:rPr>
        <w:t>χαλάσας: ⸢ἤγουν Lh παυσάμενος τῆς ὀργῆς. Γ3LhAld ἔθος γὰρ τοῖς ὀργιζομένοις αἴρειν τὰς ὀφρῦς. LhAld</w:t>
      </w:r>
    </w:p>
    <w:p>
      <w:r>
        <w:rPr>
          <w:rFonts w:ascii="Courier New" w:hAnsi="Courier New"/>
          <w:color w:val="555555"/>
          <w:sz w:val="20"/>
        </w:rPr>
        <w:t>[sch vesp 656a]</w:t>
      </w:r>
    </w:p>
    <w:p>
      <w:r>
        <w:rPr>
          <w:rFonts w:ascii="Gentium Plus" w:hAnsi="Gentium Plus"/>
          <w:sz w:val="24"/>
        </w:rPr>
        <w:t>ὡς πρὸς τὸ φιλόδικον εἶπεν. φαύλως δὲ ἀντὶ τοῦ ἁπλῶς. R</w:t>
      </w:r>
    </w:p>
    <w:p>
      <w:r>
        <w:rPr>
          <w:rFonts w:ascii="Courier New" w:hAnsi="Courier New"/>
          <w:color w:val="555555"/>
          <w:sz w:val="20"/>
        </w:rPr>
        <w:t>[sch vesp 656b]</w:t>
      </w:r>
    </w:p>
    <w:p>
      <w:r>
        <w:rPr>
          <w:rFonts w:ascii="Gentium Plus" w:hAnsi="Gentium Plus"/>
          <w:sz w:val="24"/>
        </w:rPr>
        <w:t>μὴ ψήφοις, ἀλλ’ ἀπὸ χειρός: πολλαχοῦ ⸢δῆλον, ὅτι VΓAld ψήφοις ἐλογίζοντο οἱ παλαιοί, ἀφ’ οὗ τὸ ψηφίζειν. VΓLhAld νῦν δὲ καὶ ταῖς δικαστικαῖς ψήφοις,</w:t>
      </w:r>
    </w:p>
    <w:p>
      <w:r>
        <w:rPr>
          <w:rFonts w:ascii="Courier New" w:hAnsi="Courier New"/>
          <w:color w:val="555555"/>
          <w:sz w:val="20"/>
        </w:rPr>
        <w:t>[sch vesp 656b,col 2 (3)]</w:t>
      </w:r>
    </w:p>
    <w:p>
      <w:r>
        <w:rPr>
          <w:rFonts w:ascii="Gentium Plus" w:hAnsi="Gentium Plus"/>
          <w:sz w:val="24"/>
        </w:rPr>
        <w:t>νῦν δὲ καὶ τὰς δικαστικὰς λέγει ψήφους, παίζων διὰ τὸ φιλόδικον</w:t>
      </w:r>
    </w:p>
    <w:p>
      <w:r>
        <w:rPr>
          <w:rFonts w:ascii="Courier New" w:hAnsi="Courier New"/>
          <w:color w:val="555555"/>
          <w:sz w:val="20"/>
        </w:rPr>
        <w:t>[5]</w:t>
      </w:r>
    </w:p>
    <w:p>
      <w:r>
        <w:rPr>
          <w:rFonts w:ascii="Gentium Plus" w:hAnsi="Gentium Plus"/>
          <w:sz w:val="24"/>
        </w:rPr>
        <w:t>αὐτῶν. Lh</w:t>
      </w:r>
    </w:p>
    <w:p>
      <w:r>
        <w:rPr>
          <w:rFonts w:ascii="Courier New" w:hAnsi="Courier New"/>
          <w:color w:val="555555"/>
          <w:sz w:val="20"/>
        </w:rPr>
        <w:t>[sch vesp 656b (6)]</w:t>
      </w:r>
    </w:p>
    <w:p>
      <w:r>
        <w:rPr>
          <w:rFonts w:ascii="Gentium Plus" w:hAnsi="Gentium Plus"/>
          <w:sz w:val="24"/>
        </w:rPr>
        <w:t>τὸ δὲ 〈φαύλως ἀντὶ τοῦ〉 ἁπλῶς, ἀφελῶς. ὡς φιλόδικος δὲ εἶπε “ψήφοις”. VΓAld</w:t>
      </w:r>
    </w:p>
    <w:p>
      <w:r>
        <w:rPr>
          <w:rFonts w:ascii="Courier New" w:hAnsi="Courier New"/>
          <w:color w:val="555555"/>
          <w:sz w:val="20"/>
        </w:rPr>
        <w:t>[sch vesp 656c]</w:t>
      </w:r>
    </w:p>
    <w:p>
      <w:r>
        <w:rPr>
          <w:rFonts w:ascii="Gentium Plus" w:hAnsi="Gentium Plus"/>
          <w:sz w:val="24"/>
        </w:rPr>
        <w:t>λόγισαι] λογαρίασον, ἀρίθμησον. Lh</w:t>
      </w:r>
    </w:p>
    <w:p>
      <w:r>
        <w:rPr>
          <w:rFonts w:ascii="Courier New" w:hAnsi="Courier New"/>
          <w:color w:val="555555"/>
          <w:sz w:val="20"/>
        </w:rPr>
        <w:t>[sch vesp 656d]</w:t>
      </w:r>
    </w:p>
    <w:p>
      <w:r>
        <w:rPr>
          <w:rFonts w:ascii="Gentium Plus" w:hAnsi="Gentium Plus"/>
          <w:sz w:val="24"/>
        </w:rPr>
        <w:t>ψήφοις] λεπτοῖς λίθοις. Lh</w:t>
      </w:r>
    </w:p>
    <w:p>
      <w:r>
        <w:rPr>
          <w:rFonts w:ascii="Courier New" w:hAnsi="Courier New"/>
          <w:color w:val="555555"/>
          <w:sz w:val="20"/>
        </w:rPr>
        <w:t>[sch vesp 656e]</w:t>
      </w:r>
    </w:p>
    <w:p>
      <w:r>
        <w:rPr>
          <w:rFonts w:ascii="Gentium Plus" w:hAnsi="Gentium Plus"/>
          <w:sz w:val="24"/>
        </w:rPr>
        <w:t>ἀπὸ χειρός] ἤγουν μετὰ τῶν δακτύλων τῶν σῶν ἀρίθμησον. Lh</w:t>
      </w:r>
    </w:p>
    <w:p>
      <w:r>
        <w:rPr>
          <w:rFonts w:ascii="Courier New" w:hAnsi="Courier New"/>
          <w:color w:val="555555"/>
          <w:sz w:val="20"/>
        </w:rPr>
        <w:t>[sch vesp 658]</w:t>
      </w:r>
    </w:p>
    <w:p>
      <w:r>
        <w:rPr>
          <w:rFonts w:ascii="Gentium Plus" w:hAnsi="Gentium Plus"/>
          <w:sz w:val="24"/>
        </w:rPr>
        <w:t>κἄξω τούτου: καὶ ⸢ἡ VΓ [τὴν Ald] ἔξω ⸢διδομένη RVΓ [διδο‐ μένην Ald] τοῖς δικασταῖς ⸢δραχμή R*VΓ [δραχμήν Ald]. ἑκατοστὰς ⸢δὲ τὰς VΓAld ὑπὲρ τοῦ τέλους χορηγουμένας (.) RVΓAld ἀπὸ τῶν πόλεων. VΓAld</w:t>
      </w:r>
    </w:p>
    <w:p>
      <w:r>
        <w:rPr>
          <w:rFonts w:ascii="Courier New" w:hAnsi="Courier New"/>
          <w:color w:val="555555"/>
          <w:sz w:val="20"/>
        </w:rPr>
        <w:t>[sch vesp 659a]</w:t>
      </w:r>
    </w:p>
    <w:p>
      <w:r>
        <w:rPr>
          <w:rFonts w:ascii="Gentium Plus" w:hAnsi="Gentium Plus"/>
          <w:sz w:val="24"/>
        </w:rPr>
        <w:t>πρυτανεῖα: ⸢πρυτανεῖα λέγει τὰς δεκάτας, Lh ἃς κατέβαλλον ⸢δεκάτας τῶν χρεῶν VΓAld οἱ δανεισταὶ ὑπὲρ παραστάσεως τῶν χρεωφειλετῶν, ⸢ὅπως VLh [ὡς ΓAld] ἂν ἀπαιτηθῶσιν, ἅπερ ἦσαν τέλη· καὶ τὰ ὑπὲρ τῶν μετάλλων τοῦ ἀργυρίου ⸢εἰσοδιαζόμενά VΓAld [εἰσφερόμενά Lh] φησι καὶ</w:t>
      </w:r>
    </w:p>
    <w:p>
      <w:r>
        <w:rPr>
          <w:rFonts w:ascii="Courier New" w:hAnsi="Courier New"/>
          <w:color w:val="555555"/>
          <w:sz w:val="20"/>
        </w:rPr>
        <w:t>[5]</w:t>
      </w:r>
    </w:p>
    <w:p>
      <w:r>
        <w:rPr>
          <w:rFonts w:ascii="Gentium Plus" w:hAnsi="Gentium Plus"/>
          <w:sz w:val="24"/>
        </w:rPr>
        <w:t>τὰ ἀπὸ τῆς ἀγορᾶς καὶ τῶν λιμένων τέλη ὑπομιμνῄσκει. VΓLhAld</w:t>
      </w:r>
    </w:p>
    <w:p>
      <w:r>
        <w:rPr>
          <w:rFonts w:ascii="Courier New" w:hAnsi="Courier New"/>
          <w:color w:val="555555"/>
          <w:sz w:val="20"/>
        </w:rPr>
        <w:t>[sch vesp 659b]</w:t>
      </w:r>
    </w:p>
    <w:p>
      <w:r>
        <w:rPr>
          <w:rFonts w:ascii="Gentium Plus" w:hAnsi="Gentium Plus"/>
          <w:sz w:val="24"/>
        </w:rPr>
        <w:t>μισθούς] ⸢τοὺς Γ3 φόρους. Γ3Lh</w:t>
      </w:r>
    </w:p>
    <w:p>
      <w:r>
        <w:rPr>
          <w:rFonts w:ascii="Courier New" w:hAnsi="Courier New"/>
          <w:color w:val="555555"/>
          <w:sz w:val="20"/>
        </w:rPr>
        <w:t>[sch vesp 659c]</w:t>
      </w:r>
    </w:p>
    <w:p>
      <w:r>
        <w:rPr>
          <w:rFonts w:ascii="Gentium Plus" w:hAnsi="Gentium Plus"/>
          <w:sz w:val="24"/>
        </w:rPr>
        <w:t>δημιόπρατα: ἐδήμευον γάρ τινας καὶ τὰς οὐσίας αὐτῶν κοινὰς ⸢ἐποίουν VΓ3 [ἐποίουντο LhAld] (.) VΓ3LhAld πᾶσιν. VΓ3</w:t>
      </w:r>
    </w:p>
    <w:p>
      <w:r>
        <w:rPr>
          <w:rFonts w:ascii="Courier New" w:hAnsi="Courier New"/>
          <w:color w:val="555555"/>
          <w:sz w:val="20"/>
        </w:rPr>
        <w:t>[sch vesp 660]</w:t>
      </w:r>
    </w:p>
    <w:p>
      <w:r>
        <w:rPr>
          <w:rFonts w:ascii="Gentium Plus" w:hAnsi="Gentium Plus"/>
          <w:sz w:val="24"/>
        </w:rPr>
        <w:t>τάλαντ’ ἐγγὺς: ⸢τὸ ἐγγὺς ἀντὶ τοῦ ΓAld ⸢πᾶσιν R, V? ὁμοῦ. RVΓAld τοῖς ἑξακισχιλίοις ⸢γάρ VΓLhAld, φησίν, ἑκατὸν πεντήκοντα ⸢γίνεται Lh τάλαντα τοῦ ἐνιαυτοῦ. RVΓLhAld</w:t>
      </w:r>
    </w:p>
    <w:p>
      <w:r>
        <w:rPr>
          <w:rFonts w:ascii="Courier New" w:hAnsi="Courier New"/>
          <w:color w:val="555555"/>
          <w:sz w:val="20"/>
        </w:rPr>
        <w:t>[sch vesp 662a]</w:t>
      </w:r>
    </w:p>
    <w:p>
      <w:r>
        <w:rPr>
          <w:rFonts w:ascii="Gentium Plus" w:hAnsi="Gentium Plus"/>
          <w:sz w:val="24"/>
        </w:rPr>
        <w:t>“δικασταί” λείπει. R</w:t>
      </w:r>
    </w:p>
    <w:p>
      <w:r>
        <w:rPr>
          <w:rFonts w:ascii="Courier New" w:hAnsi="Courier New"/>
          <w:color w:val="555555"/>
          <w:sz w:val="20"/>
        </w:rPr>
        <w:t>[sch vesp 662b]</w:t>
      </w:r>
    </w:p>
    <w:p>
      <w:r>
        <w:rPr>
          <w:rFonts w:ascii="Gentium Plus" w:hAnsi="Gentium Plus"/>
          <w:sz w:val="24"/>
        </w:rPr>
        <w:t>πλείους κτλ.] οὐ γὰρ πλείους ⸢κατενάσθησαν VΓ3 [κατεβλήθησαν Lh] τῶν ἕξ. VΓ3Lh</w:t>
      </w:r>
    </w:p>
    <w:p>
      <w:r>
        <w:rPr>
          <w:rFonts w:ascii="Courier New" w:hAnsi="Courier New"/>
          <w:color w:val="555555"/>
          <w:sz w:val="20"/>
        </w:rPr>
        <w:t>[sch vesp 663]</w:t>
      </w:r>
    </w:p>
    <w:p>
      <w:r>
        <w:rPr>
          <w:rFonts w:ascii="Gentium Plus" w:hAnsi="Gentium Plus"/>
          <w:sz w:val="24"/>
        </w:rPr>
        <w:t>ἑκατὸν δήπου καὶ νʹ: εἰς δέκα μῆνας λογίζεται τὸν ἐνιαυτὸν ὡς τῶν δύο ⸢μηνῶν Lh εἰς ἑορτὰς προχωρούντων. ἑκάστῳ γὰρ τριώβολον τῆς ἡμέρας ⸢διδόμενον Lh δεκαπέντε τοῦ μηνὸς τάλαντα ἐποίει (.) VΓLhAld, ὡς ἐκ τῶν ἑξῆς δῆλον γίνεται. VΓAld</w:t>
      </w:r>
    </w:p>
    <w:p>
      <w:r>
        <w:rPr>
          <w:rFonts w:ascii="Courier New" w:hAnsi="Courier New"/>
          <w:color w:val="555555"/>
          <w:sz w:val="20"/>
        </w:rPr>
        <w:t>[sch vesp 666a]</w:t>
      </w:r>
    </w:p>
    <w:p>
      <w:r>
        <w:rPr>
          <w:rFonts w:ascii="Gentium Plus" w:hAnsi="Gentium Plus"/>
          <w:sz w:val="24"/>
        </w:rPr>
        <w:t>εἰς τοὺς δημαγωγοὺς καὶ δικαστὰς καὶ λέγοντας τὸ “οὐχὶ προδώ‐ σω”. R</w:t>
      </w:r>
    </w:p>
    <w:p>
      <w:r>
        <w:rPr>
          <w:rFonts w:ascii="Courier New" w:hAnsi="Courier New"/>
          <w:color w:val="555555"/>
          <w:sz w:val="20"/>
        </w:rPr>
        <w:t>[sch vesp 666b]</w:t>
      </w:r>
    </w:p>
    <w:p>
      <w:r>
        <w:rPr>
          <w:rFonts w:ascii="Gentium Plus" w:hAnsi="Gentium Plus"/>
          <w:sz w:val="24"/>
        </w:rPr>
        <w:t>ἐς τούτους: εὖ τὸ μή, ὡς ἔτυχεν, εἰπεῖν τὸ πλῆθος, ⸢ἀλλὰ τὴν ἀταξίαν VΓ3Lh [ἀλλ’ ἀταξίαν Ald] προσονειδίσαι. VΓ3LhAld</w:t>
      </w:r>
    </w:p>
    <w:p>
      <w:r>
        <w:rPr>
          <w:rFonts w:ascii="Courier New" w:hAnsi="Courier New"/>
          <w:color w:val="555555"/>
          <w:sz w:val="20"/>
        </w:rPr>
        <w:t>[sch vesp 668]</w:t>
      </w:r>
    </w:p>
    <w:p>
      <w:r>
        <w:rPr>
          <w:rFonts w:ascii="Gentium Plus" w:hAnsi="Gentium Plus"/>
          <w:sz w:val="24"/>
        </w:rPr>
        <w:t>περιπεμφθείς: ἀπατηθείς(εὶς) (,) ⸢καὶ R κολακευθείς(εὶς) (.)</w:t>
      </w:r>
    </w:p>
    <w:p>
      <w:r>
        <w:rPr>
          <w:rFonts w:ascii="Courier New" w:hAnsi="Courier New"/>
          <w:color w:val="555555"/>
          <w:sz w:val="20"/>
        </w:rPr>
        <w:t>[sch vesp 669]</w:t>
      </w:r>
    </w:p>
    <w:p>
      <w:r>
        <w:rPr>
          <w:rFonts w:ascii="Gentium Plus" w:hAnsi="Gentium Plus"/>
          <w:sz w:val="24"/>
        </w:rPr>
        <w:t>οὗτοι μὲν κτλ.] οἱ ῥήτορεσ⸢, φησίν, Lh ἢ οἱ στρατηγοί, ὅτε δωροδο‐ κοῦσιν, οὐκ ὀλίγα λαμβάνουσιν, ἀλλὰ πεντήκοντα τάλαντα, ⸢ἀντὶ τοῦ VΓ3 [ἤγουν Lh] πολλά. VΓ3Lh</w:t>
      </w:r>
    </w:p>
    <w:p>
      <w:r>
        <w:rPr>
          <w:rFonts w:ascii="Courier New" w:hAnsi="Courier New"/>
          <w:color w:val="555555"/>
          <w:sz w:val="20"/>
        </w:rPr>
        <w:t>[sch vesp 672]</w:t>
      </w:r>
    </w:p>
    <w:p>
      <w:r>
        <w:rPr>
          <w:rFonts w:ascii="Gentium Plus" w:hAnsi="Gentium Plus"/>
          <w:sz w:val="24"/>
        </w:rPr>
        <w:t>τοὺς ἀργελόφους: τὰ περιττὰ καὶ ἄχρηστα. RVΓLhAld ἀργέλο‐ φοι(οί) ⸢γὰρ VΓAld [εἰσι Lh] τῆς μηλωτῆς VΓLhAld οἱ πόδες, οὓς ποδεῶνας καλοῦσιν,</w:t>
      </w:r>
    </w:p>
    <w:p>
      <w:r>
        <w:rPr>
          <w:rFonts w:ascii="Courier New" w:hAnsi="Courier New"/>
          <w:color w:val="555555"/>
          <w:sz w:val="20"/>
        </w:rPr>
        <w:t>[sch vesp 672,col 2 (3)]</w:t>
      </w:r>
    </w:p>
    <w:p>
      <w:r>
        <w:rPr>
          <w:rFonts w:ascii="Gentium Plus" w:hAnsi="Gentium Plus"/>
          <w:sz w:val="24"/>
        </w:rPr>
        <w:t>τὰ κράσπεδα, οὓς ποδεῶνας καλοῦ‐</w:t>
      </w:r>
    </w:p>
    <w:p>
      <w:r>
        <w:rPr>
          <w:rFonts w:ascii="Courier New" w:hAnsi="Courier New"/>
          <w:color w:val="555555"/>
          <w:sz w:val="20"/>
        </w:rPr>
        <w:t>[sch vesp 673]</w:t>
      </w:r>
    </w:p>
    <w:p>
      <w:r>
        <w:rPr>
          <w:rFonts w:ascii="Gentium Plus" w:hAnsi="Gentium Plus"/>
          <w:sz w:val="24"/>
        </w:rPr>
        <w:t>σύρφακα: τὸ ἱκανὸν πλῆθος τῶν δικαστῶν τὸ συρφετῶδες. VΓ3LhAld</w:t>
      </w:r>
    </w:p>
    <w:p>
      <w:r>
        <w:rPr>
          <w:rFonts w:ascii="Courier New" w:hAnsi="Courier New"/>
          <w:color w:val="555555"/>
          <w:sz w:val="20"/>
        </w:rPr>
        <w:t>[sch vesp 674a]</w:t>
      </w:r>
    </w:p>
    <w:p>
      <w:r>
        <w:rPr>
          <w:rFonts w:ascii="Gentium Plus" w:hAnsi="Gentium Plus"/>
          <w:sz w:val="24"/>
        </w:rPr>
        <w:t>ἐκ κηθαρίου: ⸢ἤγουν Lh ἐξ εὐτελῶν τρεφόμενον. ⸢τὸ Lh κηθάριον ⸢γὰρ VΓAld πλέγμα ⸢τι Lh ἐστὶ κανισκῶδες ἐπιτιθέμενον τῇ κληρωτρίδι τῶν ψήφων. “λαγαριζόμενον” δὲ ⸢ἀντὶ τοῦ Lh ⸢τὰ VΓAld λαγαρὰ ἐσθίοντα, ὅ ἐστιν εὔθραυστα καὶ εὐτελῆ τινα. VΓLhAld</w:t>
      </w:r>
    </w:p>
    <w:p>
      <w:r>
        <w:rPr>
          <w:rFonts w:ascii="Courier New" w:hAnsi="Courier New"/>
          <w:color w:val="555555"/>
          <w:sz w:val="20"/>
        </w:rPr>
        <w:t>[sch vesp 674b]</w:t>
      </w:r>
    </w:p>
    <w:p>
      <w:r>
        <w:rPr>
          <w:rFonts w:ascii="Gentium Plus" w:hAnsi="Gentium Plus"/>
          <w:sz w:val="24"/>
        </w:rPr>
        <w:t>⸢κήθια V [κηθάρια ΓLhAld] ⸢λέγει Lh τὰ ὀξύβαφα, ἐξ ὧν τοὺς κύβους ἠφίεσαν· πλεκτὰ δὲ ⸢ἦν VΓAld [ἦσαν VLh] ⸢καὶ Lh ταῦτα.</w:t>
      </w:r>
    </w:p>
    <w:p>
      <w:r>
        <w:rPr>
          <w:rFonts w:ascii="Courier New" w:hAnsi="Courier New"/>
          <w:color w:val="555555"/>
          <w:sz w:val="20"/>
        </w:rPr>
        <w:t>[sch vesp 674c]</w:t>
      </w:r>
    </w:p>
    <w:p>
      <w:r>
        <w:rPr>
          <w:rFonts w:ascii="Gentium Plus" w:hAnsi="Gentium Plus"/>
          <w:sz w:val="24"/>
        </w:rPr>
        <w:t>ἐκ κηθαρίου: τὰ ἐκπέταλα τρύβλια, ἃ Εὐφρόνιος κήθια· “μικρὸν οὖν ῥοφοῦντα ἐκ τρυβλίου καὶ τρωγαλίζοντα, οἷον κυάμους καὶ ὅσα τοιαῦτα”. οὐκ ἔστι δέ, ἀλλ’ ἀγγεῖον πλεκτόν, εἰς ὃ τὰς ψήφους καθιᾶσιν, τὸ κήθιον, οἷον ὡς ἀπὸ τοῦ ⸢ψηφηφορεῖν V [ψηφοφορεῖν ΓAld] οὖν μόνον</w:t>
      </w:r>
    </w:p>
    <w:p>
      <w:r>
        <w:rPr>
          <w:rFonts w:ascii="Courier New" w:hAnsi="Courier New"/>
          <w:color w:val="555555"/>
          <w:sz w:val="20"/>
        </w:rPr>
        <w:t>[5]</w:t>
      </w:r>
    </w:p>
    <w:p>
      <w:r>
        <w:rPr>
          <w:rFonts w:ascii="Gentium Plus" w:hAnsi="Gentium Plus"/>
          <w:sz w:val="24"/>
        </w:rPr>
        <w:t>〈τρεφόμενον〉. καὶ Χαῖρις δὲ τὸ κήθιον τρυβλίου τι εἶδος καὶ τὸ λαγαρίζειν τὸ ἀποτρώγοντα θηλάζειν. μήποτε μέντοι καὶ πρὸς τὴν τῶν κύβων παιδιὰν ὁμοίως ἐχρῶντό τινι βάλλοντες ἐξ αὐτοῦ· καὶ γὰρ Ἕρμιππος ἐν Θεοῖς· καὶ πρὸς κύβους ἕστηκ’ ἔχων τὸ κήθιον. τὸ δὲ λαγαρίζεσθαι ἕτερόν τι ἔοικεν ἐμφαίνειν· Φερεκράτης Μυρμηκανθρώποις</w:t>
      </w:r>
    </w:p>
    <w:p>
      <w:r>
        <w:rPr>
          <w:rFonts w:ascii="Courier New" w:hAnsi="Courier New"/>
          <w:color w:val="555555"/>
          <w:sz w:val="20"/>
        </w:rPr>
        <w:t>[10]</w:t>
      </w:r>
    </w:p>
    <w:p>
      <w:r>
        <w:rPr>
          <w:rFonts w:ascii="Gentium Plus" w:hAnsi="Gentium Plus"/>
          <w:sz w:val="24"/>
        </w:rPr>
        <w:t>VΓAld ἀντὶ τοῦ σκαλεύειν· ἆρά ποθ’ ὑμεῖς †† καὶ τῆς ὀροφῆς τὸν χοῦν †† κατὰ τῆς κεφαλῆς †κατακοιμήσονται† λαγαριζόμενοι.</w:t>
      </w:r>
    </w:p>
    <w:p>
      <w:r>
        <w:rPr>
          <w:rFonts w:ascii="Courier New" w:hAnsi="Courier New"/>
          <w:color w:val="555555"/>
          <w:sz w:val="20"/>
        </w:rPr>
        <w:t>[15]</w:t>
      </w:r>
    </w:p>
    <w:p>
      <w:r>
        <w:rPr>
          <w:rFonts w:ascii="Gentium Plus" w:hAnsi="Gentium Plus"/>
          <w:sz w:val="24"/>
        </w:rPr>
        <w:t>V</w:t>
      </w:r>
    </w:p>
    <w:p>
      <w:r>
        <w:rPr>
          <w:rFonts w:ascii="Courier New" w:hAnsi="Courier New"/>
          <w:color w:val="555555"/>
          <w:sz w:val="20"/>
        </w:rPr>
        <w:t>[sch vesp 674d]</w:t>
      </w:r>
    </w:p>
    <w:p>
      <w:r>
        <w:rPr>
          <w:rFonts w:ascii="Gentium Plus" w:hAnsi="Gentium Plus"/>
          <w:sz w:val="24"/>
        </w:rPr>
        <w:t>ἴσως ἂν οὖν λέγοι ἤτοι ἐκ τῶν ἀγγείων τῆς ψήφου ἀποξύοντας τὸν μισθὸν ἢ ἐξ ἄγγους τινὸς πλεκ‐ τοῦ, οἷον ὁ κάρταλος, τραγαλιζομέ‐</w:t>
      </w:r>
    </w:p>
    <w:p>
      <w:r>
        <w:rPr>
          <w:rFonts w:ascii="Courier New" w:hAnsi="Courier New"/>
          <w:color w:val="555555"/>
          <w:sz w:val="20"/>
        </w:rPr>
        <w:t>[5]</w:t>
      </w:r>
    </w:p>
    <w:p>
      <w:r>
        <w:rPr>
          <w:rFonts w:ascii="Gentium Plus" w:hAnsi="Gentium Plus"/>
          <w:sz w:val="24"/>
        </w:rPr>
        <w:t>νους ὡς ἂν πένητας. VΓAld</w:t>
      </w:r>
    </w:p>
    <w:p>
      <w:r>
        <w:rPr>
          <w:rFonts w:ascii="Courier New" w:hAnsi="Courier New"/>
          <w:color w:val="555555"/>
          <w:sz w:val="20"/>
        </w:rPr>
        <w:t>[sch vesp 674d,col 2]</w:t>
      </w:r>
    </w:p>
    <w:p>
      <w:r>
        <w:rPr>
          <w:rFonts w:ascii="Gentium Plus" w:hAnsi="Gentium Plus"/>
          <w:sz w:val="24"/>
        </w:rPr>
        <w:t>ἴσως οὖν λέγει, ὅτι ἐκ τοῦ ἀγγείου τῶν ψήφων ἀποξύοντα τὸν μισθὸν καὶ τραγαλίζοντα ὡς ἂν πένητα.</w:t>
      </w:r>
    </w:p>
    <w:p>
      <w:r>
        <w:rPr>
          <w:rFonts w:ascii="Courier New" w:hAnsi="Courier New"/>
          <w:color w:val="555555"/>
          <w:sz w:val="20"/>
        </w:rPr>
        <w:t>[sch vesp 674e]</w:t>
      </w:r>
    </w:p>
    <w:p>
      <w:r>
        <w:rPr>
          <w:rFonts w:ascii="Gentium Plus" w:hAnsi="Gentium Plus"/>
          <w:sz w:val="24"/>
        </w:rPr>
        <w:t>λαγαριζόμενον: ⸢ἀντὶ τοῦ VΓAld ἀποξύοντα ὡς ἀπὸ τῶν δικα‐ στικῶν ἀγγείων· ταῦτα δὲ ὡς περὶ πενήτων. VΓLhAld</w:t>
      </w:r>
    </w:p>
    <w:p>
      <w:r>
        <w:rPr>
          <w:rFonts w:ascii="Courier New" w:hAnsi="Courier New"/>
          <w:color w:val="555555"/>
          <w:sz w:val="20"/>
        </w:rPr>
        <w:t>[sch vesp 674f]</w:t>
      </w:r>
    </w:p>
    <w:p>
      <w:r>
        <w:rPr>
          <w:rFonts w:ascii="Gentium Plus" w:hAnsi="Gentium Plus"/>
          <w:sz w:val="24"/>
        </w:rPr>
        <w:t>τραγαλίζοντα: ἐσθίοντα. R</w:t>
      </w:r>
    </w:p>
    <w:p>
      <w:r>
        <w:rPr>
          <w:rFonts w:ascii="Courier New" w:hAnsi="Courier New"/>
          <w:color w:val="555555"/>
          <w:sz w:val="20"/>
        </w:rPr>
        <w:t>[sch vesp 675a]</w:t>
      </w:r>
    </w:p>
    <w:p>
      <w:r>
        <w:rPr>
          <w:rFonts w:ascii="Gentium Plus" w:hAnsi="Gentium Plus"/>
          <w:sz w:val="24"/>
        </w:rPr>
        <w:t>Κόν̣[νος] κιθαρῳδὸς ἦν π**ϛ. R</w:t>
      </w:r>
    </w:p>
    <w:p>
      <w:r>
        <w:rPr>
          <w:rFonts w:ascii="Courier New" w:hAnsi="Courier New"/>
          <w:color w:val="555555"/>
          <w:sz w:val="20"/>
        </w:rPr>
        <w:t>[sch vesp 675b]</w:t>
      </w:r>
    </w:p>
    <w:p>
      <w:r>
        <w:rPr>
          <w:rFonts w:ascii="Gentium Plus" w:hAnsi="Gentium Plus"/>
          <w:sz w:val="24"/>
        </w:rPr>
        <w:t>Κόννου ψῆφον: Καλλίστρατος παροιμίαν φησὶ “Κόννου θρῖον”, παρ’ ἣν παίζει· Εὐφρόνιος δέ, ὅτι ἐλέχθη διὰ τὸ ἡδύν τινα τὸν Κόννον εἶναι· οἱ δὲ Κόννον λέγεσθαι τὸν κιθαριστήν. μήποτε δὲ οὐδὲ ὅλως ἐστὶ Κόννος, ἀλλὰ Κόννας, ὃν οὐδὲ 〈Κοννᾶσ〉 προενεκτέον, ἀλλὰ ἐπὶ βαρύ, ὡς Μίδας.</w:t>
      </w:r>
    </w:p>
    <w:p>
      <w:r>
        <w:rPr>
          <w:rFonts w:ascii="Courier New" w:hAnsi="Courier New"/>
          <w:color w:val="555555"/>
          <w:sz w:val="20"/>
        </w:rPr>
        <w:t>[5]</w:t>
      </w:r>
    </w:p>
    <w:p>
      <w:r>
        <w:rPr>
          <w:rFonts w:ascii="Gentium Plus" w:hAnsi="Gentium Plus"/>
          <w:sz w:val="24"/>
        </w:rPr>
        <w:t>“Κόννου ψῆφος”, οἷον τὸ μηδέν. VΓAld</w:t>
      </w:r>
    </w:p>
    <w:p>
      <w:r>
        <w:rPr>
          <w:rFonts w:ascii="Courier New" w:hAnsi="Courier New"/>
          <w:color w:val="555555"/>
          <w:sz w:val="20"/>
        </w:rPr>
        <w:t>[sch vesp 675c]</w:t>
      </w:r>
    </w:p>
    <w:p>
      <w:r>
        <w:rPr>
          <w:rFonts w:ascii="Gentium Plus" w:hAnsi="Gentium Plus"/>
          <w:sz w:val="24"/>
        </w:rPr>
        <w:t>Κόννος εὐτελής. VΓAld ⸢Κόννος γὰρ VΓAld [οὗτος Lh] τὰ πατρῷα κατέφαγε καὶ πένης ἦν. “ψῆφον” δὲ εἶπε διὰ τὸ περὶ δικαστοῦ λέγειν. VΓLhAld.</w:t>
      </w:r>
    </w:p>
    <w:p>
      <w:r>
        <w:rPr>
          <w:rFonts w:ascii="Courier New" w:hAnsi="Courier New"/>
          <w:color w:val="555555"/>
          <w:sz w:val="20"/>
        </w:rPr>
        <w:t>[sch vesp 675d]</w:t>
      </w:r>
    </w:p>
    <w:p>
      <w:r>
        <w:rPr>
          <w:rFonts w:ascii="Gentium Plus" w:hAnsi="Gentium Plus"/>
          <w:sz w:val="24"/>
        </w:rPr>
        <w:t>κιθαρῳδὸς ἦν νέος. VΓAld ἔστι δὲ παροιμία VΓltAld ἐπὶ τῶν ⸢μηδὲν VΓAld [μηδενὸς Taur] ἀξίων. VΓAldTaur</w:t>
      </w:r>
    </w:p>
    <w:p>
      <w:r>
        <w:rPr>
          <w:rFonts w:ascii="Courier New" w:hAnsi="Courier New"/>
          <w:color w:val="555555"/>
          <w:sz w:val="20"/>
        </w:rPr>
        <w:t>[sch vesp 675e]</w:t>
      </w:r>
    </w:p>
    <w:p>
      <w:r>
        <w:rPr>
          <w:rFonts w:ascii="Gentium Plus" w:hAnsi="Gentium Plus"/>
          <w:sz w:val="24"/>
        </w:rPr>
        <w:t>Κόννου ψῆφον: ἐπὶ τῶν οὐδενὸς ἀξίων. ὁ δὲ Κόννος λυρῳδὸς ἦν, ὥς τινές φασιν, τῶν ἀφώνων· ὡς δέ τινες, κιθαρῳδός.</w:t>
      </w:r>
    </w:p>
    <w:p>
      <w:r>
        <w:rPr>
          <w:rFonts w:ascii="Courier New" w:hAnsi="Courier New"/>
          <w:color w:val="555555"/>
          <w:sz w:val="20"/>
        </w:rPr>
        <w:t>[sch vesp 676a]</w:t>
      </w:r>
    </w:p>
    <w:p>
      <w:r>
        <w:rPr>
          <w:rFonts w:ascii="Gentium Plus" w:hAnsi="Gentium Plus"/>
          <w:sz w:val="24"/>
        </w:rPr>
        <w:t>ὕρχας: ⸢κεράμεα R κεράμια V κεράμεια Lh [κεράμινα ΓAld] ἀγγεῖα (.) RVΓLhAld ὑποδεκτικὰ ταρίχων δύο ⸢ὦτα VΓAld [ὠτία Lh]</w:t>
      </w:r>
    </w:p>
    <w:p>
      <w:r>
        <w:rPr>
          <w:rFonts w:ascii="Courier New" w:hAnsi="Courier New"/>
          <w:color w:val="555555"/>
          <w:sz w:val="20"/>
        </w:rPr>
        <w:t>[sch vesp 676b]</w:t>
      </w:r>
    </w:p>
    <w:p>
      <w:r>
        <w:rPr>
          <w:rFonts w:ascii="Gentium Plus" w:hAnsi="Gentium Plus"/>
          <w:sz w:val="24"/>
        </w:rPr>
        <w:t>δάπιδας: τὰς ψιλὰς (17) ... (18) τοῖς τάπησιν. ἐν δέ τισι τῶν ἀντιγράφων “δάπισιν” εὕρηται ἐν τῷ Πλούτῳ· “οὐδ’ (18) ... (19) κατα‐ δαρθεῖν”, ἀντὶ τοῦ “τάπησιν”. (ex Su. s.v. δάπιδας, II 6, 17—19)</w:t>
      </w:r>
    </w:p>
    <w:p>
      <w:r>
        <w:rPr>
          <w:rFonts w:ascii="Courier New" w:hAnsi="Courier New"/>
          <w:color w:val="555555"/>
          <w:sz w:val="20"/>
        </w:rPr>
        <w:t>[sch vesp 676c]</w:t>
      </w:r>
    </w:p>
    <w:p>
      <w:r>
        <w:rPr>
          <w:rFonts w:ascii="Gentium Plus" w:hAnsi="Gentium Plus"/>
          <w:sz w:val="24"/>
        </w:rPr>
        <w:t>σήσαμα] τὸν καρπόν φησιν. VΓ3Lh</w:t>
      </w:r>
    </w:p>
    <w:p>
      <w:r>
        <w:rPr>
          <w:rFonts w:ascii="Courier New" w:hAnsi="Courier New"/>
          <w:color w:val="555555"/>
          <w:sz w:val="20"/>
        </w:rPr>
        <w:t>[sch vesp 678a]</w:t>
      </w:r>
    </w:p>
    <w:p>
      <w:r>
        <w:rPr>
          <w:rFonts w:ascii="Gentium Plus" w:hAnsi="Gentium Plus"/>
          <w:sz w:val="24"/>
        </w:rPr>
        <w:t>ἐφ’ ὑγρᾷ] ἤγουν τῇ θαλάσσῃ. Lh</w:t>
      </w:r>
    </w:p>
    <w:p>
      <w:r>
        <w:rPr>
          <w:rFonts w:ascii="Courier New" w:hAnsi="Courier New"/>
          <w:color w:val="555555"/>
          <w:sz w:val="20"/>
        </w:rPr>
        <w:t>[sch vesp 678b]</w:t>
      </w:r>
    </w:p>
    <w:p>
      <w:r>
        <w:rPr>
          <w:rFonts w:ascii="Gentium Plus" w:hAnsi="Gentium Plus"/>
          <w:sz w:val="24"/>
        </w:rPr>
        <w:t>πιτυλεύσας: πίτυλος καλεῖται ἡ καταβολὴ τῆς κώπης. RVΓAld</w:t>
      </w:r>
    </w:p>
    <w:p>
      <w:r>
        <w:rPr>
          <w:rFonts w:ascii="Courier New" w:hAnsi="Courier New"/>
          <w:color w:val="555555"/>
          <w:sz w:val="20"/>
        </w:rPr>
        <w:t>[sch vesp 678c]</w:t>
      </w:r>
    </w:p>
    <w:p>
      <w:r>
        <w:rPr>
          <w:rFonts w:ascii="Gentium Plus" w:hAnsi="Gentium Plus"/>
          <w:sz w:val="24"/>
        </w:rPr>
        <w:t>πιτυλεύσας] ἤγουν καταβαλών. Lh</w:t>
      </w:r>
    </w:p>
    <w:p>
      <w:r>
        <w:rPr>
          <w:rFonts w:ascii="Courier New" w:hAnsi="Courier New"/>
          <w:color w:val="555555"/>
          <w:sz w:val="20"/>
        </w:rPr>
        <w:t>[sch vesp 678d]</w:t>
      </w:r>
    </w:p>
    <w:p>
      <w:r>
        <w:rPr>
          <w:rFonts w:ascii="Gentium Plus" w:hAnsi="Gentium Plus"/>
          <w:sz w:val="24"/>
        </w:rPr>
        <w:t>καὶ κτυπητής, φαντασιοσκόπος. (21) (22) καὶ πυτιλίζω (sic) ῥῆμα, ὡς τὸ “οἷόν ἐστιν ... (23) πιτυλίζουσαν”. (ex Su. s.v. πίτυλος, IV 137, 21—23)</w:t>
      </w:r>
    </w:p>
    <w:p>
      <w:r>
        <w:rPr>
          <w:rFonts w:ascii="Courier New" w:hAnsi="Courier New"/>
          <w:color w:val="555555"/>
          <w:sz w:val="20"/>
        </w:rPr>
        <w:t>[sch vesp 679]</w:t>
      </w:r>
    </w:p>
    <w:p>
      <w:r>
        <w:rPr>
          <w:rFonts w:ascii="Gentium Plus" w:hAnsi="Gentium Plus"/>
          <w:sz w:val="24"/>
        </w:rPr>
        <w:t>τοῖς κτλ.] τοῖς μικροῖς ⸢ἰχθύσιν V*Γ3Lh [ἰχθυδίοις Ald]. VΓ3LhAld</w:t>
      </w:r>
    </w:p>
    <w:p>
      <w:r>
        <w:rPr>
          <w:rFonts w:ascii="Courier New" w:hAnsi="Courier New"/>
          <w:color w:val="555555"/>
          <w:sz w:val="20"/>
        </w:rPr>
        <w:t>[sch vesp 680a]</w:t>
      </w:r>
    </w:p>
    <w:p>
      <w:r>
        <w:rPr>
          <w:rFonts w:ascii="Gentium Plus" w:hAnsi="Gentium Plus"/>
          <w:sz w:val="24"/>
        </w:rPr>
        <w:t>Εὐχαρίδης ΓAld ὄνομα σκοροδοπώλου. VΓAld</w:t>
      </w:r>
    </w:p>
    <w:p>
      <w:r>
        <w:rPr>
          <w:rFonts w:ascii="Courier New" w:hAnsi="Courier New"/>
          <w:color w:val="555555"/>
          <w:sz w:val="20"/>
        </w:rPr>
        <w:t>[sch vesp 680b]</w:t>
      </w:r>
    </w:p>
    <w:p>
      <w:r>
        <w:rPr>
          <w:rFonts w:ascii="Gentium Plus" w:hAnsi="Gentium Plus"/>
          <w:sz w:val="24"/>
        </w:rPr>
        <w:t>ἀγλῖθας: ⸢αἱ VΓAld ⸢κεφαλαὶ VΓAld [κεφαλὰς Lh] ⸢τῶν VΓAld σκορόδων. VΓLhAld</w:t>
      </w:r>
    </w:p>
    <w:p>
      <w:r>
        <w:rPr>
          <w:rFonts w:ascii="Courier New" w:hAnsi="Courier New"/>
          <w:color w:val="555555"/>
          <w:sz w:val="20"/>
        </w:rPr>
        <w:t>[sch vesp 680c]</w:t>
      </w:r>
    </w:p>
    <w:p>
      <w:r>
        <w:rPr>
          <w:rFonts w:ascii="Gentium Plus" w:hAnsi="Gentium Plus"/>
          <w:sz w:val="24"/>
        </w:rPr>
        <w:t>⸢ὅτι V ἐξηγεῖται τὰς ἀγλῖθας· προεῖπε γὰρ οὐδεὶς οὐδὲ σκορόδου κεφαλὴν τοῖς ἑψητοῖσι δίδωσιν. ἄηθες δὲ καὶ τὸ “μετέπεμψα” ἀντὶ τοῦ “μετεπεμψάμην”. VΓAld</w:t>
      </w:r>
    </w:p>
    <w:p>
      <w:r>
        <w:rPr>
          <w:rFonts w:ascii="Courier New" w:hAnsi="Courier New"/>
          <w:color w:val="555555"/>
          <w:sz w:val="20"/>
        </w:rPr>
        <w:t>[sch vesp 681a]</w:t>
      </w:r>
    </w:p>
    <w:p>
      <w:r>
        <w:rPr>
          <w:rFonts w:ascii="Gentium Plus" w:hAnsi="Gentium Plus"/>
          <w:sz w:val="24"/>
        </w:rPr>
        <w:t>οὐκ ἀποφαίνων] οὐ φανερο‐</w:t>
      </w:r>
    </w:p>
    <w:p>
      <w:r>
        <w:rPr>
          <w:rFonts w:ascii="Courier New" w:hAnsi="Courier New"/>
          <w:color w:val="555555"/>
          <w:sz w:val="20"/>
        </w:rPr>
        <w:t>[sch vesp 681a,col 2]</w:t>
      </w:r>
    </w:p>
    <w:p>
      <w:r>
        <w:rPr>
          <w:rFonts w:ascii="Gentium Plus" w:hAnsi="Gentium Plus"/>
          <w:sz w:val="24"/>
        </w:rPr>
        <w:t>φανερὰν ποιῶν. Lh</w:t>
      </w:r>
    </w:p>
    <w:p>
      <w:r>
        <w:rPr>
          <w:rFonts w:ascii="Courier New" w:hAnsi="Courier New"/>
          <w:color w:val="555555"/>
          <w:sz w:val="20"/>
        </w:rPr>
        <w:t>[sch vesp 681b]</w:t>
      </w:r>
    </w:p>
    <w:p>
      <w:r>
        <w:rPr>
          <w:rFonts w:ascii="Gentium Plus" w:hAnsi="Gentium Plus"/>
          <w:sz w:val="24"/>
        </w:rPr>
        <w:t>ἀποκναίεις: λυπεῖς, ὀδυνᾷς, ἀπολλύεις, ἀποκόπτεις (14), (15) παρεκτείνεις. “τί οὐ ... (16) Μισουμένῳ. (ex Su. s.v. ἀποκναίει, I 300, 14;</w:t>
      </w:r>
    </w:p>
    <w:p>
      <w:r>
        <w:rPr>
          <w:rFonts w:ascii="Courier New" w:hAnsi="Courier New"/>
          <w:color w:val="555555"/>
          <w:sz w:val="20"/>
        </w:rPr>
        <w:t>[sch vesp 684a]</w:t>
      </w:r>
    </w:p>
    <w:p>
      <w:r>
        <w:rPr>
          <w:rFonts w:ascii="Gentium Plus" w:hAnsi="Gentium Plus"/>
          <w:sz w:val="24"/>
        </w:rPr>
        <w:t>τοὺς τρεῖς ὀβολούς: τὸν δικαστικὸν μισθόν, VLh τὸ τριώβολον (.) VΓLhAld νῦν τρεῖς ὀβολοὺς διαλελυμένως λέγει, ἤτοι τὸν δικαστικὸν μισθόν. Lh τοῦτο δὲ ἄλλοτε ἄλλως ἐδίδοτο τῶν δημαγωγῶν τὰ πλήθη κολακευόντων, ὥς φησιν Ἀριστοτέλης ἐν Πολιτείαις. VΓLhAld</w:t>
      </w:r>
    </w:p>
    <w:p>
      <w:r>
        <w:rPr>
          <w:rFonts w:ascii="Courier New" w:hAnsi="Courier New"/>
          <w:color w:val="555555"/>
          <w:sz w:val="20"/>
        </w:rPr>
        <w:t>[sch vesp 684b]</w:t>
      </w:r>
    </w:p>
    <w:p>
      <w:r>
        <w:rPr>
          <w:rFonts w:ascii="Gentium Plus" w:hAnsi="Gentium Plus"/>
          <w:sz w:val="24"/>
        </w:rPr>
        <w:t>τὸν φόρον λέγει, ἀφ’ ὧν ἐδίδοτο τὸ τριώβολον. VΓAld</w:t>
      </w:r>
    </w:p>
    <w:p>
      <w:r>
        <w:rPr>
          <w:rFonts w:ascii="Courier New" w:hAnsi="Courier New"/>
          <w:color w:val="555555"/>
          <w:sz w:val="20"/>
        </w:rPr>
        <w:t>[sch vesp 687a]</w:t>
      </w:r>
    </w:p>
    <w:p>
      <w:r>
        <w:rPr>
          <w:rFonts w:ascii="Gentium Plus" w:hAnsi="Gentium Plus"/>
          <w:sz w:val="24"/>
        </w:rPr>
        <w:t>μειράκιόν] οὐ λέγει τὸ ὄνομα αὐτοῦ. VΓ3Lh</w:t>
      </w:r>
    </w:p>
    <w:p>
      <w:r>
        <w:rPr>
          <w:rFonts w:ascii="Courier New" w:hAnsi="Courier New"/>
          <w:color w:val="555555"/>
          <w:sz w:val="20"/>
        </w:rPr>
        <w:t>[sch vesp 687b]</w:t>
      </w:r>
    </w:p>
    <w:p>
      <w:r>
        <w:rPr>
          <w:rFonts w:ascii="Gentium Plus" w:hAnsi="Gentium Plus"/>
          <w:sz w:val="24"/>
        </w:rPr>
        <w:t>κατάπυγον] πεπορνευμένον. LhAld</w:t>
      </w:r>
    </w:p>
    <w:p>
      <w:r>
        <w:rPr>
          <w:rFonts w:ascii="Courier New" w:hAnsi="Courier New"/>
          <w:color w:val="555555"/>
          <w:sz w:val="20"/>
        </w:rPr>
        <w:t>[sch vesp 687c]</w:t>
      </w:r>
    </w:p>
    <w:p>
      <w:r>
        <w:rPr>
          <w:rFonts w:ascii="Gentium Plus" w:hAnsi="Gentium Plus"/>
          <w:sz w:val="24"/>
        </w:rPr>
        <w:t>Χαιρέου υἱός: οἷον οὐδὲ γνήσιος πολίτης. VΓAld τὸν ⸢γὰρ VΓAld Χαιρέαν Εὔπολις ⸢ἐν Βάπταις VΓAld ὡς ξένον κωμῳδεῖ. VΓLhAld</w:t>
      </w:r>
    </w:p>
    <w:p>
      <w:r>
        <w:rPr>
          <w:rFonts w:ascii="Courier New" w:hAnsi="Courier New"/>
          <w:color w:val="555555"/>
          <w:sz w:val="20"/>
        </w:rPr>
        <w:t>[sch vesp 688]</w:t>
      </w:r>
    </w:p>
    <w:p>
      <w:r>
        <w:rPr>
          <w:rFonts w:ascii="Gentium Plus" w:hAnsi="Gentium Plus"/>
          <w:sz w:val="24"/>
        </w:rPr>
        <w:t>⸢τρυφερωθείς Γ [τρυφερανθείς Ald]: ⸢ἀντὶ τοῦ VΓAld μαλακῶς σταθείς. VΓLhAld</w:t>
      </w:r>
    </w:p>
    <w:p>
      <w:r>
        <w:rPr>
          <w:rFonts w:ascii="Courier New" w:hAnsi="Courier New"/>
          <w:color w:val="555555"/>
          <w:sz w:val="20"/>
        </w:rPr>
        <w:t>[sch vesp 689]</w:t>
      </w:r>
    </w:p>
    <w:p>
      <w:r>
        <w:rPr>
          <w:rFonts w:ascii="Gentium Plus" w:hAnsi="Gentium Plus"/>
          <w:sz w:val="24"/>
        </w:rPr>
        <w:t>ἥκειν εἴπῃ] ἐν ἤθει ταῦτα. Γ3Lh</w:t>
      </w:r>
    </w:p>
    <w:p>
      <w:r>
        <w:rPr>
          <w:rFonts w:ascii="Courier New" w:hAnsi="Courier New"/>
          <w:color w:val="555555"/>
          <w:sz w:val="20"/>
        </w:rPr>
        <w:t>[sch vesp 690a]</w:t>
      </w:r>
    </w:p>
    <w:p>
      <w:r>
        <w:rPr>
          <w:rFonts w:ascii="Gentium Plus" w:hAnsi="Gentium Plus"/>
          <w:sz w:val="24"/>
        </w:rPr>
        <w:t>τοῦ σημείου] τοῦ ὡρισμένου καιροῦ. VΓ3</w:t>
      </w:r>
    </w:p>
    <w:p>
      <w:r>
        <w:rPr>
          <w:rFonts w:ascii="Courier New" w:hAnsi="Courier New"/>
          <w:color w:val="555555"/>
          <w:sz w:val="20"/>
        </w:rPr>
        <w:t>[sch vesp 690b]</w:t>
      </w:r>
    </w:p>
    <w:p>
      <w:r>
        <w:rPr>
          <w:rFonts w:ascii="Gentium Plus" w:hAnsi="Gentium Plus"/>
          <w:sz w:val="24"/>
        </w:rPr>
        <w:t>τὸ τριώβολον οὐ κομιεῖται: ὡς ἔθους ὄντος πρὸς σημεῖόν τι ἐκκείμενον ἀθροίζεσθαι τοὺς δικαστάς. RVΓLhAld ἐν ἤθει δὲ ταῦτα. LhAld</w:t>
      </w:r>
    </w:p>
    <w:p>
      <w:r>
        <w:rPr>
          <w:rFonts w:ascii="Courier New" w:hAnsi="Courier New"/>
          <w:color w:val="555555"/>
          <w:sz w:val="20"/>
        </w:rPr>
        <w:t>[sch vesp 691a]</w:t>
      </w:r>
    </w:p>
    <w:p>
      <w:r>
        <w:rPr>
          <w:rFonts w:ascii="Gentium Plus" w:hAnsi="Gentium Plus"/>
          <w:sz w:val="24"/>
        </w:rPr>
        <w:t>αὐτὸς δὲ φέρει τὸ συνηγορικόν: ὑπὲρ τοῦ συνηγορῆσαι. VΓAld ⸢ὅτι Lh ἐλάμβανον ⸢γὰρ VΓAld οἱ ῥήτορες δραχμήν, ὅτε ⸢ἐδημηγόρουν V* [συνηγόρουν ΓLhAld] ὑπὲρ τῆς πόλεως ἢ ὑπὲρ ἄλλου τινός. VΓLhAld</w:t>
      </w:r>
    </w:p>
    <w:p>
      <w:r>
        <w:rPr>
          <w:rFonts w:ascii="Courier New" w:hAnsi="Courier New"/>
          <w:color w:val="555555"/>
          <w:sz w:val="20"/>
        </w:rPr>
        <w:t>[sch vesp 691b]</w:t>
      </w:r>
    </w:p>
    <w:p>
      <w:r>
        <w:rPr>
          <w:rFonts w:ascii="Gentium Plus" w:hAnsi="Gentium Plus"/>
          <w:sz w:val="24"/>
        </w:rPr>
        <w:t>ὕστερος ἔλθῃ] ἐκ ⸢τοῦ ποιήματος VΓ3 [τούτου δὲ LhAld] φαίνεται,</w:t>
      </w:r>
    </w:p>
    <w:p>
      <w:r>
        <w:rPr>
          <w:rFonts w:ascii="Courier New" w:hAnsi="Courier New"/>
          <w:color w:val="555555"/>
          <w:sz w:val="20"/>
        </w:rPr>
        <w:t>[sch vesp 691c]</w:t>
      </w:r>
    </w:p>
    <w:p>
      <w:r>
        <w:rPr>
          <w:rFonts w:ascii="Gentium Plus" w:hAnsi="Gentium Plus"/>
          <w:sz w:val="24"/>
        </w:rPr>
        <w:t>κληρωτοὺς γινομένους δέκα συνηγόρους Ἀριστοτέλης φησίν. VΓAld</w:t>
      </w:r>
    </w:p>
    <w:p>
      <w:r>
        <w:rPr>
          <w:rFonts w:ascii="Courier New" w:hAnsi="Courier New"/>
          <w:color w:val="555555"/>
          <w:sz w:val="20"/>
        </w:rPr>
        <w:t>[sch vesp 693]</w:t>
      </w:r>
    </w:p>
    <w:p>
      <w:r>
        <w:rPr>
          <w:rFonts w:ascii="Gentium Plus" w:hAnsi="Gentium Plus"/>
          <w:sz w:val="24"/>
        </w:rPr>
        <w:t>ξυνθέντε] κακουργήσαντες. VΓ3Lh</w:t>
      </w:r>
    </w:p>
    <w:p>
      <w:r>
        <w:rPr>
          <w:rFonts w:ascii="Courier New" w:hAnsi="Courier New"/>
          <w:color w:val="555555"/>
          <w:sz w:val="20"/>
        </w:rPr>
        <w:t>[sch vesp 694a]</w:t>
      </w:r>
    </w:p>
    <w:p>
      <w:r>
        <w:rPr>
          <w:rFonts w:ascii="Gentium Plus" w:hAnsi="Gentium Plus"/>
          <w:sz w:val="24"/>
        </w:rPr>
        <w:t>ἐσπουδακότες. V</w:t>
      </w:r>
    </w:p>
    <w:p>
      <w:r>
        <w:rPr>
          <w:rFonts w:ascii="Courier New" w:hAnsi="Courier New"/>
          <w:color w:val="555555"/>
          <w:sz w:val="20"/>
        </w:rPr>
        <w:t>[sch vesp 694b]</w:t>
      </w:r>
    </w:p>
    <w:p>
      <w:r>
        <w:rPr>
          <w:rFonts w:ascii="Gentium Plus" w:hAnsi="Gentium Plus"/>
          <w:sz w:val="24"/>
        </w:rPr>
        <w:t>κᾆθ’ ὡς ⸢πρίονες Γ [πρίονα Ald]: ὡς οἱ πρίζοντες διαφιλονει‐ κοῦσιν, τίς πρὸς ἑαυτὸν ἑλκύσει. VΓLhAld</w:t>
      </w:r>
    </w:p>
    <w:p>
      <w:r>
        <w:rPr>
          <w:rFonts w:ascii="Courier New" w:hAnsi="Courier New"/>
          <w:color w:val="555555"/>
          <w:sz w:val="20"/>
        </w:rPr>
        <w:t>[sch vesp 695a]</w:t>
      </w:r>
    </w:p>
    <w:p>
      <w:r>
        <w:rPr>
          <w:rFonts w:ascii="Gentium Plus" w:hAnsi="Gentium Plus"/>
          <w:sz w:val="24"/>
        </w:rPr>
        <w:t>σὺ δὲ χασκάζεις: ἀντὶ τοῦ ἐπιτηρεῖς, πότε ἔλθῃ ὁ κωλακρέτης καὶ ἐνέγκῃ σοι τὸ τριώβολον. κωλακρέτης ⸢δὲ VΓAld καλεῖται ὁ κατέχων τὰ χρήματα τῆς πόλεως. VΓLhAld</w:t>
      </w:r>
    </w:p>
    <w:p>
      <w:r>
        <w:rPr>
          <w:rFonts w:ascii="Courier New" w:hAnsi="Courier New"/>
          <w:color w:val="555555"/>
          <w:sz w:val="20"/>
        </w:rPr>
        <w:t>[sch vesp 695b]</w:t>
      </w:r>
    </w:p>
    <w:p>
      <w:r>
        <w:rPr>
          <w:rFonts w:ascii="Gentium Plus" w:hAnsi="Gentium Plus"/>
          <w:sz w:val="24"/>
        </w:rPr>
        <w:t>ἐπιτηρεῖς ⸢οὖν Lh, φησίν, ΓLhAld τὸν ταμίαν, ⸢ὁπότε R [πότε VΓLhAld] RVΓLhAld</w:t>
      </w:r>
    </w:p>
    <w:p>
      <w:r>
        <w:rPr>
          <w:rFonts w:ascii="Courier New" w:hAnsi="Courier New"/>
          <w:color w:val="555555"/>
          <w:sz w:val="20"/>
        </w:rPr>
        <w:t>[sch vesp 695b,col 2 (3)]</w:t>
      </w:r>
    </w:p>
    <w:p>
      <w:r>
        <w:rPr>
          <w:rFonts w:ascii="Gentium Plus" w:hAnsi="Gentium Plus"/>
          <w:sz w:val="24"/>
        </w:rPr>
        <w:t>μέλλει ἐλθεῖν καὶ δοῦναί σοι τὸν</w:t>
      </w:r>
    </w:p>
    <w:p>
      <w:r>
        <w:rPr>
          <w:rFonts w:ascii="Courier New" w:hAnsi="Courier New"/>
          <w:color w:val="555555"/>
          <w:sz w:val="20"/>
        </w:rPr>
        <w:t>[sch vesp 695c]</w:t>
      </w:r>
    </w:p>
    <w:p>
      <w:r>
        <w:rPr>
          <w:rFonts w:ascii="Gentium Plus" w:hAnsi="Gentium Plus"/>
          <w:sz w:val="24"/>
        </w:rPr>
        <w:t>ὁ ταμίας τοῦ δικαστικοῦ (16) ... (17) ἀναλωμάτων. (19) νόμος δὲ ἦν ... (20) κωλαί. (ex Su. s. v. κωλακρέται pr. et alt., III 171, 16sq.; 19sq.)</w:t>
      </w:r>
    </w:p>
    <w:p>
      <w:r>
        <w:rPr>
          <w:rFonts w:ascii="Courier New" w:hAnsi="Courier New"/>
          <w:color w:val="555555"/>
          <w:sz w:val="20"/>
        </w:rPr>
        <w:t>[sch vesp 696a]</w:t>
      </w:r>
    </w:p>
    <w:p>
      <w:r>
        <w:rPr>
          <w:rFonts w:ascii="Gentium Plus" w:hAnsi="Gentium Plus"/>
          <w:sz w:val="24"/>
        </w:rPr>
        <w:t>θῖνα: τὴν καρδίαν, ὡς ἄνεμος τὸν ἄμμον. R</w:t>
      </w:r>
    </w:p>
    <w:p>
      <w:r>
        <w:rPr>
          <w:rFonts w:ascii="Courier New" w:hAnsi="Courier New"/>
          <w:color w:val="555555"/>
          <w:sz w:val="20"/>
        </w:rPr>
        <w:t>[sch vesp 696b]</w:t>
      </w:r>
    </w:p>
    <w:p>
      <w:r>
        <w:rPr>
          <w:rFonts w:ascii="Gentium Plus" w:hAnsi="Gentium Plus"/>
          <w:sz w:val="24"/>
        </w:rPr>
        <w:t>τὸν θῖνα ταράττεις: ⸢ἀντὶ τοῦ Lh ἐκ βυθοῦ με κινεῖς, ⸢ἀντὶ τοῦ VΓAld [ἤτοι Lh] τὴν καρδίαν (.) VΓLhAld μου. Lh Εὐφρόνιος δὲ καὶ σεσημειῶσθαί φησιν, ὅτι τὸν θῖνα ἀρσενικῶς, ὡς ⸢καὶ Γ Ὅμηρος ⸢, εἴρηκεν Ald. VΓAld ⸢παρόσον VΓAld [[ὅ]τι Lh] καὶ ὁ θὶς ἐν βάθει τοῦ πελάγους</w:t>
      </w:r>
    </w:p>
    <w:p>
      <w:r>
        <w:rPr>
          <w:rFonts w:ascii="Courier New" w:hAnsi="Courier New"/>
          <w:color w:val="555555"/>
          <w:sz w:val="20"/>
        </w:rPr>
        <w:t>[5]</w:t>
      </w:r>
    </w:p>
    <w:p>
      <w:r>
        <w:rPr>
          <w:rFonts w:ascii="Gentium Plus" w:hAnsi="Gentium Plus"/>
          <w:sz w:val="24"/>
        </w:rPr>
        <w:t>κεῖται καὶ τὸ θυμικὸν ἐν τῇ καρδίᾳ (.) VΓLhAld, “τὸν θῖνα ταράττεις”</w:t>
      </w:r>
    </w:p>
    <w:p>
      <w:r>
        <w:rPr>
          <w:rFonts w:ascii="Courier New" w:hAnsi="Courier New"/>
          <w:color w:val="555555"/>
          <w:sz w:val="20"/>
        </w:rPr>
        <w:t>[sch vesp 697]</w:t>
      </w:r>
    </w:p>
    <w:p>
      <w:r>
        <w:rPr>
          <w:rFonts w:ascii="Gentium Plus" w:hAnsi="Gentium Plus"/>
          <w:sz w:val="24"/>
        </w:rPr>
        <w:t>κοὐκ οἶδ’ ὅ τι χρῆμα: ⸢ἤγουν Lh εἰς τί με διαθήσεις. ⸢τοῦτο δέ VΓAld [τὸ “οὐκ οἶδα ὅ τι χρῆμά με ποιεῖς” Lh] φησιν(ὶν) ὡς ἤδη ἡττώμενος καὶ δεδοικώς, ὅτι ἐπὶ ξίφους ⸢τὰ VLh [τὸ ΓAld] τῆς δημηγορίας ἦν αὐτῷ. VΓLhAld</w:t>
      </w:r>
    </w:p>
    <w:p>
      <w:r>
        <w:rPr>
          <w:rFonts w:ascii="Courier New" w:hAnsi="Courier New"/>
          <w:color w:val="555555"/>
          <w:sz w:val="20"/>
        </w:rPr>
        <w:t>[sch vesp 698]</w:t>
      </w:r>
    </w:p>
    <w:p>
      <w:r>
        <w:rPr>
          <w:rFonts w:ascii="Gentium Plus" w:hAnsi="Gentium Plus"/>
          <w:sz w:val="24"/>
        </w:rPr>
        <w:t>ἅπασιν] ⸢λείπει Γ3 “δικασταῖς” ⸢δηλονότι Lh. Γ3Lh</w:t>
      </w:r>
    </w:p>
    <w:p>
      <w:r>
        <w:rPr>
          <w:rFonts w:ascii="Courier New" w:hAnsi="Courier New"/>
          <w:color w:val="555555"/>
          <w:sz w:val="20"/>
        </w:rPr>
        <w:t>[sch vesp 699a]</w:t>
      </w:r>
    </w:p>
    <w:p>
      <w:r>
        <w:rPr>
          <w:rFonts w:ascii="Gentium Plus" w:hAnsi="Gentium Plus"/>
          <w:sz w:val="24"/>
        </w:rPr>
        <w:t>δημιζόντων: ⸢τῶν Γ3LhAld τὸν δῆμον ἀπατώντων. RΓ3LhAld</w:t>
      </w:r>
    </w:p>
    <w:p>
      <w:r>
        <w:rPr>
          <w:rFonts w:ascii="Courier New" w:hAnsi="Courier New"/>
          <w:color w:val="555555"/>
          <w:sz w:val="20"/>
        </w:rPr>
        <w:t>[sch vesp 699b]</w:t>
      </w:r>
    </w:p>
    <w:p>
      <w:r>
        <w:rPr>
          <w:rFonts w:ascii="Gentium Plus" w:hAnsi="Gentium Plus"/>
          <w:sz w:val="24"/>
        </w:rPr>
        <w:t>ἐγκεκύκλησαι] μεταβέβλησαι. Γ3LhAld</w:t>
      </w:r>
    </w:p>
    <w:p>
      <w:r>
        <w:rPr>
          <w:rFonts w:ascii="Courier New" w:hAnsi="Courier New"/>
          <w:color w:val="555555"/>
          <w:sz w:val="20"/>
        </w:rPr>
        <w:t>[sch vesp 699c]</w:t>
      </w:r>
    </w:p>
    <w:p>
      <w:r>
        <w:rPr>
          <w:rFonts w:ascii="Gentium Plus" w:hAnsi="Gentium Plus"/>
          <w:sz w:val="24"/>
        </w:rPr>
        <w:t>ἐγκεκύκλησαι: ἀνέστρεψαι.</w:t>
      </w:r>
    </w:p>
    <w:p>
      <w:r>
        <w:rPr>
          <w:rFonts w:ascii="Courier New" w:hAnsi="Courier New"/>
          <w:color w:val="555555"/>
          <w:sz w:val="20"/>
        </w:rPr>
        <w:t>[sch vesp 701a]</w:t>
      </w:r>
    </w:p>
    <w:p>
      <w:r>
        <w:rPr>
          <w:rFonts w:ascii="Gentium Plus" w:hAnsi="Gentium Plus"/>
          <w:sz w:val="24"/>
        </w:rPr>
        <w:t>πλὴν τοῦθ’ ὃ φέρεις: τοῦτο, ὃ φορεῖς, ἱμάτιον. ΓLhAld τὸ δὲ “ἀκαρῆ” ἐπίρρημα· ἀντὶ τοῦ</w:t>
      </w:r>
    </w:p>
    <w:p>
      <w:r>
        <w:rPr>
          <w:rFonts w:ascii="Courier New" w:hAnsi="Courier New"/>
          <w:color w:val="555555"/>
          <w:sz w:val="20"/>
        </w:rPr>
        <w:t>[sch vesp 701a,col 2 (2)]</w:t>
      </w:r>
    </w:p>
    <w:p>
      <w:r>
        <w:rPr>
          <w:rFonts w:ascii="Gentium Plus" w:hAnsi="Gentium Plus"/>
          <w:sz w:val="24"/>
        </w:rPr>
        <w:t>ἀντὶ τοῦ βραχὺ καὶ οἰκτρόν· ἔστι</w:t>
      </w:r>
    </w:p>
    <w:p>
      <w:r>
        <w:rPr>
          <w:rFonts w:ascii="Courier New" w:hAnsi="Courier New"/>
          <w:color w:val="555555"/>
          <w:sz w:val="20"/>
        </w:rPr>
        <w:t>[sch vesp 701b]</w:t>
      </w:r>
    </w:p>
    <w:p>
      <w:r>
        <w:rPr>
          <w:rFonts w:ascii="Gentium Plus" w:hAnsi="Gentium Plus"/>
          <w:sz w:val="24"/>
        </w:rPr>
        <w:t>καὶ τοῦτ’ ἐρίῳ σοι: ⸢ἀπὸ VΓAld [ἐκ Lh] μεταφορᾶς τῶν τὰ ὦτα ἀλγούντων καὶ δι’ ἐρίου ⸢ἐπισταζομένων VΓAld [ἐπισταζόντων Lh] ἔλαιον κατὰ βραχύ(ὺ) (.) VΓAld τοῦτο λέγει. Lh ἐκ γὰρ τοῦ τριωβόλου τρεφόμενοι VΓLhAld</w:t>
      </w:r>
    </w:p>
    <w:p>
      <w:r>
        <w:rPr>
          <w:rFonts w:ascii="Courier New" w:hAnsi="Courier New"/>
          <w:color w:val="555555"/>
          <w:sz w:val="20"/>
        </w:rPr>
        <w:t>[5]</w:t>
      </w:r>
    </w:p>
    <w:p>
      <w:r>
        <w:rPr>
          <w:rFonts w:ascii="Gentium Plus" w:hAnsi="Gentium Plus"/>
          <w:sz w:val="24"/>
        </w:rPr>
        <w:t>καὶ εἰς κατασκευὴν ἱματίου ⸢ἀποθησαυρίζοντες V [θησαυρί‐ ζοντες ΓAld] ὀλίγον διὰ πολλοῦ χρόνου ⸢μόγις V [μόλις ΓAld] συνάγουσι τὴν πλήρη τιμὴν τοῦ</w:t>
      </w:r>
    </w:p>
    <w:p>
      <w:r>
        <w:rPr>
          <w:rFonts w:ascii="Courier New" w:hAnsi="Courier New"/>
          <w:color w:val="555555"/>
          <w:sz w:val="20"/>
        </w:rPr>
        <w:t>[10]</w:t>
      </w:r>
    </w:p>
    <w:p>
      <w:r>
        <w:rPr>
          <w:rFonts w:ascii="Gentium Plus" w:hAnsi="Gentium Plus"/>
          <w:sz w:val="24"/>
        </w:rPr>
        <w:t>ἱματίου. VΓAld</w:t>
      </w:r>
    </w:p>
    <w:p>
      <w:r>
        <w:rPr>
          <w:rFonts w:ascii="Courier New" w:hAnsi="Courier New"/>
          <w:color w:val="555555"/>
          <w:sz w:val="20"/>
        </w:rPr>
        <w:t>[sch vesp 701b,col 2 (5)]</w:t>
      </w:r>
    </w:p>
    <w:p>
      <w:r>
        <w:rPr>
          <w:rFonts w:ascii="Gentium Plus" w:hAnsi="Gentium Plus"/>
          <w:sz w:val="24"/>
        </w:rPr>
        <w:t>ἐκκόπτουσιν ἐκ τούτου καὶ μέρος τι καὶ ἀποτιθέασιν, ὡς ἂν καὶ ἱμά‐ τιον ἐκ τούτου ποιήσωσιν, καὶ μόλις συνάγουσι καὶ διὰ πολλοῦ χρόνου τὴν ἱκανὴν τιμὴν τοῦ ἱματίου. (702)</w:t>
      </w:r>
    </w:p>
    <w:p>
      <w:r>
        <w:rPr>
          <w:rFonts w:ascii="Courier New" w:hAnsi="Courier New"/>
          <w:color w:val="555555"/>
          <w:sz w:val="20"/>
        </w:rPr>
        <w:t>[10]</w:t>
      </w:r>
    </w:p>
    <w:p>
      <w:r>
        <w:rPr>
          <w:rFonts w:ascii="Gentium Plus" w:hAnsi="Gentium Plus"/>
          <w:sz w:val="24"/>
        </w:rPr>
        <w:t>καὶ ἐπὶ τοῦ ἀλεύρου δὲ τοῦτο ποιεῖν εἰώθασιν· κατὰ βραχὺ γὰρ ὕδωρ ἐνστάζοντες οὕτω συνάγουσι καὶ ζύμην τὸν ἄλευρον καθιστῶσιν.</w:t>
      </w:r>
    </w:p>
    <w:p>
      <w:r>
        <w:rPr>
          <w:rFonts w:ascii="Courier New" w:hAnsi="Courier New"/>
          <w:color w:val="555555"/>
          <w:sz w:val="20"/>
        </w:rPr>
        <w:t>[sch vesp 702a]</w:t>
      </w:r>
    </w:p>
    <w:p>
      <w:r>
        <w:rPr>
          <w:rFonts w:ascii="Gentium Plus" w:hAnsi="Gentium Plus"/>
          <w:sz w:val="24"/>
        </w:rPr>
        <w:t>ὥσπερ ἄλευρον: ⸢ἡ εἰκὼν VΓAld ἀπὸ τῶν σφόδρα ⸢ἀρρωστούντων R [ἀσθενούντων VΓAld]. RVΓAld οἱ γὰρ κατὰ μικρὸν βουλόμενοι 〈ἐμ〉‐ βάλλειν 〈ἔλαιον〉 ἐρίῳ ἐνστάζουσιν. VΓAld</w:t>
      </w:r>
    </w:p>
    <w:p>
      <w:r>
        <w:rPr>
          <w:rFonts w:ascii="Courier New" w:hAnsi="Courier New"/>
          <w:color w:val="555555"/>
          <w:sz w:val="20"/>
        </w:rPr>
        <w:t>[sch vesp 702b]</w:t>
      </w:r>
    </w:p>
    <w:p>
      <w:r>
        <w:rPr>
          <w:rFonts w:ascii="Gentium Plus" w:hAnsi="Gentium Plus"/>
          <w:sz w:val="24"/>
        </w:rPr>
        <w:t>ἕνεχ’] ἕνεκα. Lh</w:t>
      </w:r>
    </w:p>
    <w:p>
      <w:r>
        <w:rPr>
          <w:rFonts w:ascii="Courier New" w:hAnsi="Courier New"/>
          <w:color w:val="555555"/>
          <w:sz w:val="20"/>
        </w:rPr>
        <w:t>[sch vesp 703]</w:t>
      </w:r>
    </w:p>
    <w:p>
      <w:r>
        <w:rPr>
          <w:rFonts w:ascii="Gentium Plus" w:hAnsi="Gentium Plus"/>
          <w:sz w:val="24"/>
        </w:rPr>
        <w:t>τούτων ... σοι] διὰ τί σε εἶναι βούλονται πένητα. Γ3</w:t>
      </w:r>
    </w:p>
    <w:p>
      <w:r>
        <w:rPr>
          <w:rFonts w:ascii="Courier New" w:hAnsi="Courier New"/>
          <w:color w:val="555555"/>
          <w:sz w:val="20"/>
        </w:rPr>
        <w:t>[sch vesp 704a]</w:t>
      </w:r>
    </w:p>
    <w:p>
      <w:r>
        <w:rPr>
          <w:rFonts w:ascii="Gentium Plus" w:hAnsi="Gentium Plus"/>
          <w:sz w:val="24"/>
        </w:rPr>
        <w:t>τιθασευτήν: ἓν ς διὰ τὸ μέτρον. LhAld τὸν θεραπεύοντά σε καὶ ⸢ἐκτρέφοντα V [τρέφοντα LhAld] καὶ κολακεύοντα. VLhAld</w:t>
      </w:r>
    </w:p>
    <w:p>
      <w:r>
        <w:rPr>
          <w:rFonts w:ascii="Courier New" w:hAnsi="Courier New"/>
          <w:color w:val="555555"/>
          <w:sz w:val="20"/>
        </w:rPr>
        <w:t>[sch vesp 704b]</w:t>
      </w:r>
    </w:p>
    <w:p>
      <w:r>
        <w:rPr>
          <w:rFonts w:ascii="Gentium Plus" w:hAnsi="Gentium Plus"/>
          <w:sz w:val="24"/>
        </w:rPr>
        <w:t>⸢ἐπισίξῃ Γ [ἐπισίζῃ Ald]: ⸢Λυκόφρων καὶ οἱ περὶ VΓLhAld ⸢Ἐρατοσθένης R [Ἐρατοσθένην V?, ΓLh Ἐρατοσθένη Ald] τὸ ἐπαφιέναι ⸢τὰς V [τοὺς RΓLhAld] κύνας ἐπισίζειν ⸢ἔλεγον Lh. ἀπὸ τῆς ἐπιφθέγξεως (.) RVΓLhAld οὖν ἐπισίζειν λέγουσιν, καὶ τὸ ἐπιρρύξαι ἐφορμῆσαι ὁμοίως παρὰ</w:t>
      </w:r>
    </w:p>
    <w:p>
      <w:r>
        <w:rPr>
          <w:rFonts w:ascii="Courier New" w:hAnsi="Courier New"/>
          <w:color w:val="555555"/>
          <w:sz w:val="20"/>
        </w:rPr>
        <w:t>[5]</w:t>
      </w:r>
    </w:p>
    <w:p>
      <w:r>
        <w:rPr>
          <w:rFonts w:ascii="Gentium Plus" w:hAnsi="Gentium Plus"/>
          <w:sz w:val="24"/>
        </w:rPr>
        <w:t>τῆς φωνῆς. VΓLhAld</w:t>
      </w:r>
    </w:p>
    <w:p>
      <w:r>
        <w:rPr>
          <w:rFonts w:ascii="Courier New" w:hAnsi="Courier New"/>
          <w:color w:val="555555"/>
          <w:sz w:val="20"/>
        </w:rPr>
        <w:t>[sch vesp 705]</w:t>
      </w:r>
    </w:p>
    <w:p>
      <w:r>
        <w:rPr>
          <w:rFonts w:ascii="Gentium Plus" w:hAnsi="Gentium Plus"/>
          <w:sz w:val="24"/>
        </w:rPr>
        <w:t>ἐπιρρύξας] ἐφορμήσας. Lh</w:t>
      </w:r>
    </w:p>
    <w:p>
      <w:r>
        <w:rPr>
          <w:rFonts w:ascii="Courier New" w:hAnsi="Courier New"/>
          <w:color w:val="555555"/>
          <w:sz w:val="20"/>
        </w:rPr>
        <w:t>[sch vesp 707]</w:t>
      </w:r>
    </w:p>
    <w:p>
      <w:r>
        <w:rPr>
          <w:rFonts w:ascii="Gentium Plus" w:hAnsi="Gentium Plus"/>
          <w:sz w:val="24"/>
        </w:rPr>
        <w:t>πόλεις χίλιαι: ἀντὶ τοῦ πολλαί. τῷ ἀπηρτισμένῳ ⸢δὲ Lh ἀριθμῷ ἐχρήσατο ⸢ἀντὶ ἀορίστου Lh. VΓLhAld ἢ καὶ ἀπὸ ἱστορίας τὸ τοιοῦτον ἔλαβεν. VΓAld</w:t>
      </w:r>
    </w:p>
    <w:p>
      <w:r>
        <w:rPr>
          <w:rFonts w:ascii="Courier New" w:hAnsi="Courier New"/>
          <w:color w:val="555555"/>
          <w:sz w:val="20"/>
        </w:rPr>
        <w:t>[sch vesp 709a]</w:t>
      </w:r>
    </w:p>
    <w:p>
      <w:r>
        <w:rPr>
          <w:rFonts w:ascii="Gentium Plus" w:hAnsi="Gentium Plus"/>
          <w:sz w:val="24"/>
        </w:rPr>
        <w:t>δύο μυριάδες: ἐκ πολλοῦ φαίνεται περὶ τοσοῦτον ἀριθμὸν ⸢ἤγουν μυριάδας δύο Lh ⸢τὸ VLh [τῶν ΓAld] Ἀθηναίων πλῆθος περιίστασθαι. ⸢καὶ LhAld Δημοσθένης ⸢γάρ LhAld φησίν(ιν) ⸢“εἰσὶν ὁμοῦ δισμύριοι πάντες Ἀθηναῖοι” VΓ*Ald* [, ὅτι πάντες Ἀθηναῖοι εἰσὶ δισμύριοι Lh].</w:t>
      </w:r>
    </w:p>
    <w:p>
      <w:r>
        <w:rPr>
          <w:rFonts w:ascii="Courier New" w:hAnsi="Courier New"/>
          <w:color w:val="555555"/>
          <w:sz w:val="20"/>
        </w:rPr>
        <w:t>[5]</w:t>
      </w:r>
    </w:p>
    <w:p>
      <w:r>
        <w:rPr>
          <w:rFonts w:ascii="Gentium Plus" w:hAnsi="Gentium Plus"/>
          <w:sz w:val="24"/>
        </w:rPr>
        <w:t>VΓLhAld</w:t>
      </w:r>
    </w:p>
    <w:p>
      <w:r>
        <w:rPr>
          <w:rFonts w:ascii="Courier New" w:hAnsi="Courier New"/>
          <w:color w:val="555555"/>
          <w:sz w:val="20"/>
        </w:rPr>
        <w:t>[sch vesp 709b]</w:t>
      </w:r>
    </w:p>
    <w:p>
      <w:r>
        <w:rPr>
          <w:rFonts w:ascii="Gentium Plus" w:hAnsi="Gentium Plus"/>
          <w:sz w:val="24"/>
        </w:rPr>
        <w:t>ἐν πᾶσι λαγῴοις: ἐν κρέασι ⸢λαγῴοις R [λαγῶν VΓAld], ἐν ἀγαθοῖς πᾶσιν. RVΓAld τοῦτο γὰρ δηλοῖ τὸ “ἐν πᾶσι λαγῴοις”, ἀντὶ τοῦ ἐν τρυφῇ. VΓAld</w:t>
      </w:r>
    </w:p>
    <w:p>
      <w:r>
        <w:rPr>
          <w:rFonts w:ascii="Courier New" w:hAnsi="Courier New"/>
          <w:color w:val="555555"/>
          <w:sz w:val="20"/>
        </w:rPr>
        <w:t>[sch vesp 709c]</w:t>
      </w:r>
    </w:p>
    <w:p>
      <w:r>
        <w:rPr>
          <w:rFonts w:ascii="Gentium Plus" w:hAnsi="Gentium Plus"/>
          <w:sz w:val="24"/>
        </w:rPr>
        <w:t>λαγῴοις: τοῖς τοῦ λαγωοῦ κρέασιν.</w:t>
      </w:r>
    </w:p>
    <w:p>
      <w:r>
        <w:rPr>
          <w:rFonts w:ascii="Courier New" w:hAnsi="Courier New"/>
          <w:color w:val="555555"/>
          <w:sz w:val="20"/>
        </w:rPr>
        <w:t>[sch vesp 709d]</w:t>
      </w:r>
    </w:p>
    <w:p>
      <w:r>
        <w:rPr>
          <w:rFonts w:ascii="Gentium Plus" w:hAnsi="Gentium Plus"/>
          <w:sz w:val="24"/>
        </w:rPr>
        <w:t>ἔζων κτλ.] ἤγουν ἐν τρυφῇ· οἱ γὰρ τρυφῶντες τοὺς λαγοὺς ἐσθίουσιν. Lh</w:t>
      </w:r>
    </w:p>
    <w:p>
      <w:r>
        <w:rPr>
          <w:rFonts w:ascii="Courier New" w:hAnsi="Courier New"/>
          <w:color w:val="555555"/>
          <w:sz w:val="20"/>
        </w:rPr>
        <w:t>[sch vesp 710a]</w:t>
      </w:r>
    </w:p>
    <w:p>
      <w:r>
        <w:rPr>
          <w:rFonts w:ascii="Gentium Plus" w:hAnsi="Gentium Plus"/>
          <w:sz w:val="24"/>
        </w:rPr>
        <w:t>καὶ πύῳ καὶ πυριάτῃ: ⸢πυριάτης VΓAld [πύον καὶ πυαρίτην λέ‐ γει Lh] τὸ πυρίεφθον ὑπό τινων προσαγορευόμενον, ὃ κατασκευάζουσιν ἐκ τοῦ πρώτου γάλακτος μετὰ τὸν τόκον. ⸢πῦον V [πύον ΓLhAld] δαινύμενοι †καὶ ἐμπιπλάμενοι†</w:t>
      </w:r>
    </w:p>
    <w:p>
      <w:r>
        <w:rPr>
          <w:rFonts w:ascii="Courier New" w:hAnsi="Courier New"/>
          <w:color w:val="555555"/>
          <w:sz w:val="20"/>
        </w:rPr>
        <w:t>[5]</w:t>
      </w:r>
    </w:p>
    <w:p>
      <w:r>
        <w:rPr>
          <w:rFonts w:ascii="Gentium Plus" w:hAnsi="Gentium Plus"/>
          <w:sz w:val="24"/>
        </w:rPr>
        <w:t>⸢πυριάτην VΓAld [πυαρίτην Lh]. ὅθεν VΓLhAld τισὶν ἔδοξε ⸢πῦον V, R? [πύον ΓLhAld] μὲν εἶναι τὸ πρῶτον γάλα ⸢οὑτωσὶ λαμβανόμενον VΓLhAld, ⸢πυριάτην RAld [πυριάτης VΓ πυαρίτης Lh] δὲ τὸ ἑφθὸν γάλα. RVΓLhAld ὁ δὲ Παλαμήδης τὸ αὐτὸ λέγων εἶναι γράφει· “ἔθος δὲ τοῖς ποιηταῖς παραλλήλοις λέξεσιν ἰσοδυνα‐</w:t>
      </w:r>
    </w:p>
    <w:p>
      <w:r>
        <w:rPr>
          <w:rFonts w:ascii="Courier New" w:hAnsi="Courier New"/>
          <w:color w:val="555555"/>
          <w:sz w:val="20"/>
        </w:rPr>
        <w:t>[10]</w:t>
      </w:r>
    </w:p>
    <w:p>
      <w:r>
        <w:rPr>
          <w:rFonts w:ascii="Gentium Plus" w:hAnsi="Gentium Plus"/>
          <w:sz w:val="24"/>
        </w:rPr>
        <w:t>μούσαις χρῆσθαι”. VΓAld</w:t>
      </w:r>
    </w:p>
    <w:p>
      <w:r>
        <w:rPr>
          <w:rFonts w:ascii="Courier New" w:hAnsi="Courier New"/>
          <w:color w:val="555555"/>
          <w:sz w:val="20"/>
        </w:rPr>
        <w:t>[sch vesp 710b]</w:t>
      </w:r>
    </w:p>
    <w:p>
      <w:r>
        <w:rPr>
          <w:rFonts w:ascii="Gentium Plus" w:hAnsi="Gentium Plus"/>
          <w:sz w:val="24"/>
        </w:rPr>
        <w:t>πύῳ κτλ.] ὅτι ⸢τὸ Γ3 πύον ἀρσενικῶς καὶ οὐδετέρως. Γ3Lh</w:t>
      </w:r>
    </w:p>
    <w:p>
      <w:r>
        <w:rPr>
          <w:rFonts w:ascii="Courier New" w:hAnsi="Courier New"/>
          <w:color w:val="555555"/>
          <w:sz w:val="20"/>
        </w:rPr>
        <w:t>[sch vesp 710c]</w:t>
      </w:r>
    </w:p>
    <w:p>
      <w:r>
        <w:rPr>
          <w:rFonts w:ascii="Gentium Plus" w:hAnsi="Gentium Plus"/>
          <w:sz w:val="24"/>
        </w:rPr>
        <w:t>πυαρίτῃ] ἑφθῷ γάλακτι. Lh</w:t>
      </w:r>
    </w:p>
    <w:p>
      <w:r>
        <w:rPr>
          <w:rFonts w:ascii="Courier New" w:hAnsi="Courier New"/>
          <w:color w:val="555555"/>
          <w:sz w:val="20"/>
        </w:rPr>
        <w:t>[sch vesp 711]</w:t>
      </w:r>
    </w:p>
    <w:p>
      <w:r>
        <w:rPr>
          <w:rFonts w:ascii="Gentium Plus" w:hAnsi="Gentium Plus"/>
          <w:sz w:val="24"/>
        </w:rPr>
        <w:t>καὶ τοῦ ’ν Μαραθῶνι: ἐκεῖ γὰρ οἱ Ἀθηναῖοι ἐνίκησαν τοὺς Μήδους. ΓLhAld</w:t>
      </w:r>
    </w:p>
    <w:p>
      <w:r>
        <w:rPr>
          <w:rFonts w:ascii="Courier New" w:hAnsi="Courier New"/>
          <w:color w:val="555555"/>
          <w:sz w:val="20"/>
        </w:rPr>
        <w:t>[sch vesp 712]</w:t>
      </w:r>
    </w:p>
    <w:p>
      <w:r>
        <w:rPr>
          <w:rFonts w:ascii="Gentium Plus" w:hAnsi="Gentium Plus"/>
          <w:sz w:val="24"/>
        </w:rPr>
        <w:t>ἐλαιολόγοι: εὐτελεῖς γὰρ οἱ τὰς ἐλαίας ⸢μισθοῦ ΓLhAld ⸢συλ‐ λέγοντες R [συνάγοντες ΓLhAld]. RΓLhAld</w:t>
      </w:r>
    </w:p>
    <w:p>
      <w:r>
        <w:rPr>
          <w:rFonts w:ascii="Courier New" w:hAnsi="Courier New"/>
          <w:color w:val="555555"/>
          <w:sz w:val="20"/>
        </w:rPr>
        <w:t>[sch vesp 714a]</w:t>
      </w:r>
    </w:p>
    <w:p>
      <w:r>
        <w:rPr>
          <w:rFonts w:ascii="Gentium Plus" w:hAnsi="Gentium Plus"/>
          <w:sz w:val="24"/>
        </w:rPr>
        <w:t>καὶ τὸ ξίφος οὐ δύναμαι: ὥσπερ ὁ Μενέλαος· τοῦτον γάρ φασιν ὁρμήσαντα ἐπὶ τὴν Ἑλένην ἀποβαλεῖν τὸ ξίφος· ἡ δὲ ἱστορία παρ’ Ἰβύκῳ (.) RVΓAld καὶ Εὐριπίδῃ. παίζει δέ, ἐπειδὴ ξίφος ᾔτησε καὶ ὁρᾷ ἑαυτὸν κατακρα‐ τηθέντα. VΓAld</w:t>
      </w:r>
    </w:p>
    <w:p>
      <w:r>
        <w:rPr>
          <w:rFonts w:ascii="Courier New" w:hAnsi="Courier New"/>
          <w:color w:val="555555"/>
          <w:sz w:val="20"/>
        </w:rPr>
        <w:t>[sch vesp 714b]</w:t>
      </w:r>
    </w:p>
    <w:p>
      <w:r>
        <w:rPr>
          <w:rFonts w:ascii="Gentium Plus" w:hAnsi="Gentium Plus"/>
          <w:sz w:val="24"/>
        </w:rPr>
        <w:t>ἐπειδὴ (a3) ... (a3/4) κατακρατηθέντα καὶ μαλακισθέντα, “οὐ δύναμαι”, φησίν, “κατέχειν τὸ ξίφος”. φασὶ γὰρ καὶ τὸν Μενέλαον ὁρμήσαντα (a2) ... (a3) Εὐριπίδῃ. Lh(Taur)</w:t>
      </w:r>
    </w:p>
    <w:p>
      <w:r>
        <w:rPr>
          <w:rFonts w:ascii="Courier New" w:hAnsi="Courier New"/>
          <w:color w:val="555555"/>
          <w:sz w:val="20"/>
        </w:rPr>
        <w:t>[sch vesp 715a]</w:t>
      </w:r>
    </w:p>
    <w:p>
      <w:r>
        <w:rPr>
          <w:rFonts w:ascii="Gentium Plus" w:hAnsi="Gentium Plus"/>
          <w:sz w:val="24"/>
        </w:rPr>
        <w:t>αὐτοὶ τὴν Εὔβοιαν: οἱ ῥήτορες τῷ λόγῳ ⸢γὰρ V [καὶ ΓAld] τὴν Εὔβοιαν διδόασιν. VΓAld</w:t>
      </w:r>
    </w:p>
    <w:p>
      <w:r>
        <w:rPr>
          <w:rFonts w:ascii="Courier New" w:hAnsi="Courier New"/>
          <w:color w:val="555555"/>
          <w:sz w:val="20"/>
        </w:rPr>
        <w:t>[sch vesp 715b]</w:t>
      </w:r>
    </w:p>
    <w:p>
      <w:r>
        <w:rPr>
          <w:rFonts w:ascii="Gentium Plus" w:hAnsi="Gentium Plus"/>
          <w:sz w:val="24"/>
        </w:rPr>
        <w:t>τὴν Εὔβοιαν, φησίν, αὐτοὶ κατανενεμηκέναι 〈φασὶν〉 ⸢ὑμῖν VΓ [ἡμῖν Ald] καὶ κλῆρον ἑκάστῳ μεδίμνων νʹ· ἐν τοιούτῳ σχήματι εἴρηκεν. VΓAld</w:t>
      </w:r>
    </w:p>
    <w:p>
      <w:r>
        <w:rPr>
          <w:rFonts w:ascii="Courier New" w:hAnsi="Courier New"/>
          <w:color w:val="555555"/>
          <w:sz w:val="20"/>
        </w:rPr>
        <w:t>[sch vesp 715c]</w:t>
      </w:r>
    </w:p>
    <w:p>
      <w:r>
        <w:rPr>
          <w:rFonts w:ascii="Gentium Plus" w:hAnsi="Gentium Plus"/>
          <w:sz w:val="24"/>
        </w:rPr>
        <w:t>ὁπόταν κτλ.] ὅταν οἱ ῥήτορες δείσωσιν, φησίν, τότε ποιοῦσιν ἡμῖν τὴν Εὔβοιαν ἐπίκληρον λόγῳ μόνῳ. Lh</w:t>
      </w:r>
    </w:p>
    <w:p>
      <w:r>
        <w:rPr>
          <w:rFonts w:ascii="Courier New" w:hAnsi="Courier New"/>
          <w:color w:val="555555"/>
          <w:sz w:val="20"/>
        </w:rPr>
        <w:t>[sch vesp 716]</w:t>
      </w:r>
    </w:p>
    <w:p>
      <w:r>
        <w:rPr>
          <w:rFonts w:ascii="Gentium Plus" w:hAnsi="Gentium Plus"/>
          <w:sz w:val="24"/>
        </w:rPr>
        <w:t>ὑφίστανται] ὑπίσχονται. Lh</w:t>
      </w:r>
    </w:p>
    <w:p>
      <w:r>
        <w:rPr>
          <w:rFonts w:ascii="Courier New" w:hAnsi="Courier New"/>
          <w:color w:val="555555"/>
          <w:sz w:val="20"/>
        </w:rPr>
        <w:t>[sch vesp 717]</w:t>
      </w:r>
    </w:p>
    <w:p>
      <w:r>
        <w:rPr>
          <w:rFonts w:ascii="Gentium Plus" w:hAnsi="Gentium Plus"/>
          <w:sz w:val="24"/>
        </w:rPr>
        <w:t>ποριεῖν] δοῦναι. Lh</w:t>
      </w:r>
    </w:p>
    <w:p>
      <w:r>
        <w:rPr>
          <w:rFonts w:ascii="Courier New" w:hAnsi="Courier New"/>
          <w:color w:val="555555"/>
          <w:sz w:val="20"/>
        </w:rPr>
        <w:t>[sch vesp 718a]</w:t>
      </w:r>
    </w:p>
    <w:p>
      <w:r>
        <w:rPr>
          <w:rFonts w:ascii="Gentium Plus" w:hAnsi="Gentium Plus"/>
          <w:sz w:val="24"/>
        </w:rPr>
        <w:t>ξενίας φεύγων: ⸢τοιοῦτόν ἐστιν VΓAld [τὸ “ξενίας φεύγων” φησίν Lh], παρόσον ⸢ἐν LhAld ταῖς διανομαῖς τῶν πυρῶν ἐξητάζοντο πικρῶς οἱ ⸢τότε VΓAld [αὐτόχθονες Lh] πολῖται καὶ ⸢μή VΓAld [οἱ ξένοι Lh], ὥστε δοκεῖν ξενίας φεύγειν εἰς κρίσιν καθισταμένους. VΓLhAld φησὶν</w:t>
      </w:r>
    </w:p>
    <w:p>
      <w:r>
        <w:rPr>
          <w:rFonts w:ascii="Courier New" w:hAnsi="Courier New"/>
          <w:color w:val="555555"/>
          <w:sz w:val="20"/>
        </w:rPr>
        <w:t>[5]</w:t>
      </w:r>
    </w:p>
    <w:p>
      <w:r>
        <w:rPr>
          <w:rFonts w:ascii="Gentium Plus" w:hAnsi="Gentium Plus"/>
          <w:sz w:val="24"/>
        </w:rPr>
        <w:t>οὖν ὁ Φιλόχορος αὖθίς ποτε ͵δψξʹ ὀφθῆναι παρεγγράφους, †† καθάπερ ἐν τῇ προκειμένῃ λέξει δεδήλωται. 〈τὰ〉 περὶ τὴν Εὔβοιαν δύναται καὶ αὐτὰ συνᾴδειν ταῖς Διδασκαλίαις· πέρυσι γὰρ ἐπὶ ἄρχοντος Ἰσάρχου ἐστράτευσαν ἐπ’ αὐτήν, ὡς Φιλόχορος. μήποτε δὲ περὶ τῆς ἐξ Αἰγύπτου δωρεᾶς λέγει, ἣν Φιλόχορός φησι ⸢Ψαμμίτιχον V*Γ [Ψαμμήτιχον Ald] πέμψαι τῷ δήμῳ ἐπὶ Λυσιμαχίδου</w:t>
      </w:r>
    </w:p>
    <w:p>
      <w:r>
        <w:rPr>
          <w:rFonts w:ascii="Courier New" w:hAnsi="Courier New"/>
          <w:color w:val="555555"/>
          <w:sz w:val="20"/>
        </w:rPr>
        <w:t>[10]</w:t>
      </w:r>
    </w:p>
    <w:p>
      <w:r>
        <w:rPr>
          <w:rFonts w:ascii="Gentium Plus" w:hAnsi="Gentium Plus"/>
          <w:sz w:val="24"/>
        </w:rPr>
        <w:t>μυριάδας τρεῖς—πλὴν τὰ τοῦ ἀριθμοῦ οὐδαμῶς συμφωνεῖ—, ἑκάστῳ δὲ ⸢Ἀθηναίων V [Ἀθηναίῳ ΓAld] πέντε μεδίμνους· τοὺς γὰρ λαβόντας γενέσθαι μυρίους ͵δ διακοσίους μʹ. VΓAld</w:t>
      </w:r>
    </w:p>
    <w:p>
      <w:r>
        <w:rPr>
          <w:rFonts w:ascii="Courier New" w:hAnsi="Courier New"/>
          <w:color w:val="555555"/>
          <w:sz w:val="20"/>
        </w:rPr>
        <w:t>[sch vesp 718b]</w:t>
      </w:r>
    </w:p>
    <w:p>
      <w:r>
        <w:rPr>
          <w:rFonts w:ascii="Gentium Plus" w:hAnsi="Gentium Plus"/>
          <w:sz w:val="24"/>
        </w:rPr>
        <w:t>σιτοδείας ⸢γάρ Lh ποτὲ(ε) γενομένης ἐν τῇ Ἀττικῇ ⸢Ψαμμίτιχος VΓLh* [Ψαμμήτιχος Ald], ὁ τῆς Λιβύης βασιλεύς, ἀπέστειλε σῖτον τοῖς Ἀθηναίοις αἰτήσασιν αὐτόν. τῆς δὲ διανομῆς ⸢γενομένης VΓAld [γινομένης Lh] τοῦ σίτου ξενηλασίαν ἐποίησαν Ἀθηναῖοι, καὶ ἐν τῷ διακρίνειν τοὺς</w:t>
      </w:r>
    </w:p>
    <w:p>
      <w:r>
        <w:rPr>
          <w:rFonts w:ascii="Courier New" w:hAnsi="Courier New"/>
          <w:color w:val="555555"/>
          <w:sz w:val="20"/>
        </w:rPr>
        <w:t>[5]</w:t>
      </w:r>
    </w:p>
    <w:p>
      <w:r>
        <w:rPr>
          <w:rFonts w:ascii="Gentium Plus" w:hAnsi="Gentium Plus"/>
          <w:sz w:val="24"/>
        </w:rPr>
        <w:t>αὐθιγενεῖς εὗρον καὶ ἑτέρους ͵δψξʹ ξένους παρεγγεγραμμένους. τοῦτο οὖν φησιν,</w:t>
      </w:r>
    </w:p>
    <w:p>
      <w:r>
        <w:rPr>
          <w:rFonts w:ascii="Courier New" w:hAnsi="Courier New"/>
          <w:color w:val="555555"/>
          <w:sz w:val="20"/>
        </w:rPr>
        <w:t>[10]</w:t>
      </w:r>
    </w:p>
    <w:p>
      <w:r>
        <w:rPr>
          <w:rFonts w:ascii="Gentium Plus" w:hAnsi="Gentium Plus"/>
          <w:sz w:val="24"/>
        </w:rPr>
        <w:t>σίτου κριθῶν VΓLhAld ὡς κακοῦ σίτου διανεμηθέντος.</w:t>
      </w:r>
    </w:p>
    <w:p>
      <w:r>
        <w:rPr>
          <w:rFonts w:ascii="Courier New" w:hAnsi="Courier New"/>
          <w:color w:val="555555"/>
          <w:sz w:val="20"/>
        </w:rPr>
        <w:t>[sch vesp 718b,col 2 (11)]</w:t>
      </w:r>
    </w:p>
    <w:p>
      <w:r>
        <w:rPr>
          <w:rFonts w:ascii="Gentium Plus" w:hAnsi="Gentium Plus"/>
          <w:sz w:val="24"/>
        </w:rPr>
        <w:t>διὰ τὸ εὐτελῆ εἶναι αὐτόν. Lh</w:t>
      </w:r>
    </w:p>
    <w:p>
      <w:r>
        <w:rPr>
          <w:rFonts w:ascii="Courier New" w:hAnsi="Courier New"/>
          <w:color w:val="555555"/>
          <w:sz w:val="20"/>
        </w:rPr>
        <w:t>[sch vesp 718c]</w:t>
      </w:r>
    </w:p>
    <w:p>
      <w:r>
        <w:rPr>
          <w:rFonts w:ascii="Gentium Plus" w:hAnsi="Gentium Plus"/>
          <w:sz w:val="24"/>
        </w:rPr>
        <w:t>ὡς λιμοῦ γενομένου καὶ τῶν ξένων διακριθέντων, τουτέστι δοκιμα‐ ζομένων, εἰ πολίτης εἴη ἢ μή. VΓAld</w:t>
      </w:r>
    </w:p>
    <w:p>
      <w:r>
        <w:rPr>
          <w:rFonts w:ascii="Courier New" w:hAnsi="Courier New"/>
          <w:color w:val="555555"/>
          <w:sz w:val="20"/>
        </w:rPr>
        <w:t>[sch vesp 721a]</w:t>
      </w:r>
    </w:p>
    <w:p>
      <w:r>
        <w:rPr>
          <w:rFonts w:ascii="Gentium Plus" w:hAnsi="Gentium Plus"/>
          <w:sz w:val="24"/>
        </w:rPr>
        <w:t>ἀλαζονευομένους· εἰς τὸ στόμα †† R</w:t>
      </w:r>
    </w:p>
    <w:p>
      <w:r>
        <w:rPr>
          <w:rFonts w:ascii="Courier New" w:hAnsi="Courier New"/>
          <w:color w:val="555555"/>
          <w:sz w:val="20"/>
        </w:rPr>
        <w:t>[sch vesp 721b]</w:t>
      </w:r>
    </w:p>
    <w:p>
      <w:r>
        <w:rPr>
          <w:rFonts w:ascii="Gentium Plus" w:hAnsi="Gentium Plus"/>
          <w:sz w:val="24"/>
        </w:rPr>
        <w:t>στομφάζοντας: ἀλαζονευομένους ἢ V Γ3 ⸢ἐπεγγελῶντας V Γ3 [ἐπ’ ἔργῳ γελῶντας LhAld]. VΓ3LhAld</w:t>
      </w:r>
    </w:p>
    <w:p>
      <w:r>
        <w:rPr>
          <w:rFonts w:ascii="Courier New" w:hAnsi="Courier New"/>
          <w:color w:val="555555"/>
          <w:sz w:val="20"/>
        </w:rPr>
        <w:t>[sch vesp 721c]</w:t>
      </w:r>
    </w:p>
    <w:p>
      <w:r>
        <w:rPr>
          <w:rFonts w:ascii="Gentium Plus" w:hAnsi="Gentium Plus"/>
          <w:sz w:val="24"/>
        </w:rPr>
        <w:t>καὶ στομφάσαι (23) ... (24) σύνθετος δὲ ἡ ... (24) τῆς ὄμφακος. (ex Su. s.v. στόμφακα, IV 437, 23 sq.)</w:t>
      </w:r>
    </w:p>
    <w:p>
      <w:r>
        <w:rPr>
          <w:rFonts w:ascii="Courier New" w:hAnsi="Courier New"/>
          <w:color w:val="555555"/>
          <w:sz w:val="20"/>
        </w:rPr>
        <w:t>[sch vesp 722]</w:t>
      </w:r>
    </w:p>
    <w:p>
      <w:r>
        <w:rPr>
          <w:rFonts w:ascii="Gentium Plus" w:hAnsi="Gentium Plus"/>
          <w:sz w:val="24"/>
        </w:rPr>
        <w:t>ἀτεχνῶς] ἐκ παντὸς τρόπου. VΓ3Lh</w:t>
      </w:r>
    </w:p>
    <w:p>
      <w:r>
        <w:rPr>
          <w:rFonts w:ascii="Courier New" w:hAnsi="Courier New"/>
          <w:color w:val="555555"/>
          <w:sz w:val="20"/>
        </w:rPr>
        <w:t>[sch vesp 723]</w:t>
      </w:r>
    </w:p>
    <w:p>
      <w:r>
        <w:rPr>
          <w:rFonts w:ascii="Gentium Plus" w:hAnsi="Gentium Plus"/>
          <w:sz w:val="24"/>
        </w:rPr>
        <w:t>723] τοῦτο παρατέλευτον λέγεται. Lh</w:t>
      </w:r>
    </w:p>
    <w:p>
      <w:r>
        <w:rPr>
          <w:rFonts w:ascii="Courier New" w:hAnsi="Courier New"/>
          <w:color w:val="555555"/>
          <w:sz w:val="20"/>
        </w:rPr>
        <w:t>[sch vesp 724a]</w:t>
      </w:r>
    </w:p>
    <w:p>
      <w:r>
        <w:rPr>
          <w:rFonts w:ascii="Gentium Plus" w:hAnsi="Gentium Plus"/>
          <w:sz w:val="24"/>
        </w:rPr>
        <w:t>πάντα ⸢σοι V, φησίν, δίδωμι πλὴν ⸢ἀπὸ δημοσίων V [δημοσίας Γ3] τροφῆς. VΓ3</w:t>
      </w:r>
    </w:p>
    <w:p>
      <w:r>
        <w:rPr>
          <w:rFonts w:ascii="Courier New" w:hAnsi="Courier New"/>
          <w:color w:val="555555"/>
          <w:sz w:val="20"/>
        </w:rPr>
        <w:t>[sch vesp 724b]</w:t>
      </w:r>
    </w:p>
    <w:p>
      <w:r>
        <w:rPr>
          <w:rFonts w:ascii="Gentium Plus" w:hAnsi="Gentium Plus"/>
          <w:sz w:val="24"/>
        </w:rPr>
        <w:t>κωλακρέτου: περιφραστικῶς τὸν δικαστικὸν μισθόν. VΓLhAld</w:t>
      </w:r>
    </w:p>
    <w:p>
      <w:r>
        <w:rPr>
          <w:rFonts w:ascii="Courier New" w:hAnsi="Courier New"/>
          <w:color w:val="555555"/>
          <w:sz w:val="20"/>
        </w:rPr>
        <w:t>[sch vesp 724c]</w:t>
      </w:r>
    </w:p>
    <w:p>
      <w:r>
        <w:rPr>
          <w:rFonts w:ascii="Gentium Plus" w:hAnsi="Gentium Plus"/>
          <w:sz w:val="24"/>
        </w:rPr>
        <w:t>παρ’ ὑπόνοιαν δέον εἰπεῖν ζῴου τινός. VΓLhAld</w:t>
      </w:r>
    </w:p>
    <w:p>
      <w:r>
        <w:rPr>
          <w:rFonts w:ascii="Courier New" w:hAnsi="Courier New"/>
          <w:color w:val="555555"/>
          <w:sz w:val="20"/>
        </w:rPr>
        <w:t>[sch vesp 724d]</w:t>
      </w:r>
    </w:p>
    <w:p>
      <w:r>
        <w:rPr>
          <w:rFonts w:ascii="Gentium Plus" w:hAnsi="Gentium Plus"/>
          <w:sz w:val="24"/>
        </w:rPr>
        <w:t>〈 〉 lh*Ald</w:t>
      </w:r>
    </w:p>
    <w:p>
      <w:r>
        <w:rPr>
          <w:rFonts w:ascii="Courier New" w:hAnsi="Courier New"/>
          <w:color w:val="555555"/>
          <w:sz w:val="20"/>
        </w:rPr>
        <w:t>[sch vesp 725a]</w:t>
      </w:r>
    </w:p>
    <w:p>
      <w:r>
        <w:rPr>
          <w:rFonts w:ascii="Gentium Plus" w:hAnsi="Gentium Plus"/>
          <w:sz w:val="24"/>
        </w:rPr>
        <w:t>στροφὴ στίχων ιαʹ. lhAld</w:t>
      </w:r>
    </w:p>
    <w:p>
      <w:r>
        <w:rPr>
          <w:rFonts w:ascii="Courier New" w:hAnsi="Courier New"/>
          <w:color w:val="555555"/>
          <w:sz w:val="20"/>
        </w:rPr>
        <w:t>[sch vesp 725b]</w:t>
      </w:r>
    </w:p>
    <w:p>
      <w:r>
        <w:rPr>
          <w:rFonts w:ascii="Gentium Plus" w:hAnsi="Gentium Plus"/>
          <w:sz w:val="24"/>
        </w:rPr>
        <w:t>πρὶν ἂν ἀμφοῖν: κατὰ τὸ μηδὲ δίκην δικάσῃς (.) VΓLhAld, πρὶν ἂν ἀμφοῖν μῦθον ἀκούσῃς. Ald ὑγιῶς δὲ νῦν τὸ “ἀμφοῖν” κεῖται. VΓAld</w:t>
      </w:r>
    </w:p>
    <w:p>
      <w:r>
        <w:rPr>
          <w:rFonts w:ascii="Courier New" w:hAnsi="Courier New"/>
          <w:color w:val="555555"/>
          <w:sz w:val="20"/>
        </w:rPr>
        <w:t>[sch vesp 727]</w:t>
      </w:r>
    </w:p>
    <w:p>
      <w:r>
        <w:rPr>
          <w:rFonts w:ascii="Gentium Plus" w:hAnsi="Gentium Plus"/>
          <w:sz w:val="24"/>
        </w:rPr>
        <w:t>τοὺς σκίμπωνας] τὰς βακτηρίας (.) RΓ3LhAld, ἃς εἶχον. Γ3Lh</w:t>
      </w:r>
    </w:p>
    <w:p>
      <w:r>
        <w:rPr>
          <w:rFonts w:ascii="Courier New" w:hAnsi="Courier New"/>
          <w:color w:val="555555"/>
          <w:sz w:val="20"/>
        </w:rPr>
        <w:t>[sch vesp 728]</w:t>
      </w:r>
    </w:p>
    <w:p>
      <w:r>
        <w:rPr>
          <w:rFonts w:ascii="Gentium Plus" w:hAnsi="Gentium Plus"/>
          <w:sz w:val="24"/>
        </w:rPr>
        <w:t>συνθιασῶτα] συγχορευτά, ὅ ἐστι συνεργέ. VΓ3Lh</w:t>
      </w:r>
    </w:p>
    <w:p>
      <w:r>
        <w:rPr>
          <w:rFonts w:ascii="Courier New" w:hAnsi="Courier New"/>
          <w:color w:val="555555"/>
          <w:sz w:val="20"/>
        </w:rPr>
        <w:t>[sch vesp 729]</w:t>
      </w:r>
    </w:p>
    <w:p>
      <w:r>
        <w:rPr>
          <w:rFonts w:ascii="Gentium Plus" w:hAnsi="Gentium Plus"/>
          <w:sz w:val="24"/>
        </w:rPr>
        <w:t>ἄφρων] ἀνόητος. VΓ3Lh</w:t>
      </w:r>
    </w:p>
    <w:p>
      <w:r>
        <w:rPr>
          <w:rFonts w:ascii="Courier New" w:hAnsi="Courier New"/>
          <w:color w:val="555555"/>
          <w:sz w:val="20"/>
        </w:rPr>
        <w:t>[sch vesp 730a]</w:t>
      </w:r>
    </w:p>
    <w:p>
      <w:r>
        <w:rPr>
          <w:rFonts w:ascii="Gentium Plus" w:hAnsi="Gentium Plus"/>
          <w:sz w:val="24"/>
        </w:rPr>
        <w:t>ἀτενὴς] μανικός. VΓ3LhAld</w:t>
      </w:r>
    </w:p>
    <w:p>
      <w:r>
        <w:rPr>
          <w:rFonts w:ascii="Courier New" w:hAnsi="Courier New"/>
          <w:color w:val="555555"/>
          <w:sz w:val="20"/>
        </w:rPr>
        <w:t>[sch vesp 730b]</w:t>
      </w:r>
    </w:p>
    <w:p>
      <w:r>
        <w:rPr>
          <w:rFonts w:ascii="Gentium Plus" w:hAnsi="Gentium Plus"/>
          <w:sz w:val="24"/>
        </w:rPr>
        <w:t>διὰ τὸ ἀεὶ ἀτενὲς βλέπειν τοὺς μανίᾳ κατεχομένους ἀτενῆ τὸν μανικὸν νῦν εἴρηκεν· ἠγριωμένοι γάρ εἰσι(ν) ⸢ἀεὶ Lh καὶ ὕφαιμοι τῶν τοιούτων οἱ ὀφθαλμοί. LhAld</w:t>
      </w:r>
    </w:p>
    <w:p>
      <w:r>
        <w:rPr>
          <w:rFonts w:ascii="Courier New" w:hAnsi="Courier New"/>
          <w:color w:val="555555"/>
          <w:sz w:val="20"/>
        </w:rPr>
        <w:t>[sch vesp 730c]</w:t>
      </w:r>
    </w:p>
    <w:p>
      <w:r>
        <w:rPr>
          <w:rFonts w:ascii="Gentium Plus" w:hAnsi="Gentium Plus"/>
          <w:sz w:val="24"/>
        </w:rPr>
        <w:t>ἀτεράμων ἀνήρ: ⸢οἱονεὶ μὴ τεράμων, ἀλλὰ VΓAld σκληρός· ⸢ἔνθεν δὲ VΓAld [ὅθεν Lh] καὶ ἀτέραμνα ⸢ὄσπριά φαμεν VΓLhAld τὰ μὴ ἑψόμενα διὰ σκληρότητα· παρὰ τὸ RVΓLhAld “τέρεν κατὰ δάκρυ χέουσα”.</w:t>
      </w:r>
    </w:p>
    <w:p>
      <w:r>
        <w:rPr>
          <w:rFonts w:ascii="Courier New" w:hAnsi="Courier New"/>
          <w:color w:val="555555"/>
          <w:sz w:val="20"/>
        </w:rPr>
        <w:t>[5]</w:t>
      </w:r>
    </w:p>
    <w:p>
      <w:r>
        <w:rPr>
          <w:rFonts w:ascii="Gentium Plus" w:hAnsi="Gentium Plus"/>
          <w:sz w:val="24"/>
        </w:rPr>
        <w:t>RVΓAld</w:t>
      </w:r>
    </w:p>
    <w:p>
      <w:r>
        <w:rPr>
          <w:rFonts w:ascii="Courier New" w:hAnsi="Courier New"/>
          <w:color w:val="555555"/>
          <w:sz w:val="20"/>
        </w:rPr>
        <w:t>[sch vesp 730c,col 2 (4)]</w:t>
      </w:r>
    </w:p>
    <w:p>
      <w:r>
        <w:rPr>
          <w:rFonts w:ascii="Gentium Plus" w:hAnsi="Gentium Plus"/>
          <w:sz w:val="24"/>
        </w:rPr>
        <w:t>τέρεν τὸ μαλακόν, Lh</w:t>
      </w:r>
    </w:p>
    <w:p>
      <w:r>
        <w:rPr>
          <w:rFonts w:ascii="Courier New" w:hAnsi="Courier New"/>
          <w:color w:val="555555"/>
          <w:sz w:val="20"/>
        </w:rPr>
        <w:t>[sch vesp 730c (6)]</w:t>
      </w:r>
    </w:p>
    <w:p>
      <w:r>
        <w:rPr>
          <w:rFonts w:ascii="Gentium Plus" w:hAnsi="Gentium Plus"/>
          <w:sz w:val="24"/>
        </w:rPr>
        <w:t>καὶ Πλάτων κέχρηται τῇ λέξει κερασβόλους καὶ ἀτεράμνους λέγων τοὺς σκληροὺς διὰ τούτων· “μή τις γένηται τῶν πολιτῶν κερασβόλος ἢ ἀτέραμνος”. φασὶ</w:t>
      </w:r>
    </w:p>
    <w:p>
      <w:r>
        <w:rPr>
          <w:rFonts w:ascii="Courier New" w:hAnsi="Courier New"/>
          <w:color w:val="555555"/>
          <w:sz w:val="20"/>
        </w:rPr>
        <w:t>[sch vesp 730d]</w:t>
      </w:r>
    </w:p>
    <w:p>
      <w:r>
        <w:rPr>
          <w:rFonts w:ascii="Gentium Plus" w:hAnsi="Gentium Plus"/>
          <w:sz w:val="24"/>
        </w:rPr>
        <w:t>ἀτεράμων] σκληρός. VΓ3</w:t>
      </w:r>
    </w:p>
    <w:p>
      <w:r>
        <w:rPr>
          <w:rFonts w:ascii="Courier New" w:hAnsi="Courier New"/>
          <w:color w:val="555555"/>
          <w:sz w:val="20"/>
        </w:rPr>
        <w:t>[sch vesp 732]</w:t>
      </w:r>
    </w:p>
    <w:p>
      <w:r>
        <w:rPr>
          <w:rFonts w:ascii="Gentium Plus" w:hAnsi="Gentium Plus"/>
          <w:sz w:val="24"/>
        </w:rPr>
        <w:t>τις ὅστις] λείπει ⸢τὸ Γ3 “τοιοῦτος”. VΓ3</w:t>
      </w:r>
    </w:p>
    <w:p>
      <w:r>
        <w:rPr>
          <w:rFonts w:ascii="Courier New" w:hAnsi="Courier New"/>
          <w:color w:val="555555"/>
          <w:sz w:val="20"/>
        </w:rPr>
        <w:t>[sch vesp 733a]</w:t>
      </w:r>
    </w:p>
    <w:p>
      <w:r>
        <w:rPr>
          <w:rFonts w:ascii="Gentium Plus" w:hAnsi="Gentium Plus"/>
          <w:sz w:val="24"/>
        </w:rPr>
        <w:t>νῦν (pr.)] σοί. lh</w:t>
      </w:r>
    </w:p>
    <w:p>
      <w:r>
        <w:rPr>
          <w:rFonts w:ascii="Courier New" w:hAnsi="Courier New"/>
          <w:color w:val="555555"/>
          <w:sz w:val="20"/>
        </w:rPr>
        <w:t>[sch vesp 733b]</w:t>
      </w:r>
    </w:p>
    <w:p>
      <w:r>
        <w:rPr>
          <w:rFonts w:ascii="Gentium Plus" w:hAnsi="Gentium Plus"/>
          <w:sz w:val="24"/>
        </w:rPr>
        <w:t>ἐμφανὴς: ἴσον τῷ “ἐναργής”, οὐχὶ τῷ “φαινόμενος”. VΓ3LhAld</w:t>
      </w:r>
    </w:p>
    <w:p>
      <w:r>
        <w:rPr>
          <w:rFonts w:ascii="Courier New" w:hAnsi="Courier New"/>
          <w:color w:val="555555"/>
          <w:sz w:val="20"/>
        </w:rPr>
        <w:t>[sch vesp 737a]</w:t>
      </w:r>
    </w:p>
    <w:p>
      <w:r>
        <w:rPr>
          <w:rFonts w:ascii="Gentium Plus" w:hAnsi="Gentium Plus"/>
          <w:sz w:val="24"/>
        </w:rPr>
        <w:t>χόνδρον] ὃν ⸢ἄλικα V [ἅλικα Γ3Lh] Ῥωμαῖοι καλοῦσιν. VΓ3Lh</w:t>
      </w:r>
    </w:p>
    <w:p>
      <w:r>
        <w:rPr>
          <w:rFonts w:ascii="Courier New" w:hAnsi="Courier New"/>
          <w:color w:val="555555"/>
          <w:sz w:val="20"/>
        </w:rPr>
        <w:t>[sch vesp 737b]</w:t>
      </w:r>
    </w:p>
    <w:p>
      <w:r>
        <w:rPr>
          <w:rFonts w:ascii="Gentium Plus" w:hAnsi="Gentium Plus"/>
          <w:sz w:val="24"/>
        </w:rPr>
        <w:t>ὅπως κατασκευάζεται ὁ χόνδρος, εἴρηται ἐν τῷ τῶν Ἱππέων δράματι. Lh</w:t>
      </w:r>
    </w:p>
    <w:p>
      <w:r>
        <w:rPr>
          <w:rFonts w:ascii="Courier New" w:hAnsi="Courier New"/>
          <w:color w:val="555555"/>
          <w:sz w:val="20"/>
        </w:rPr>
        <w:t>[sch vesp 738]</w:t>
      </w:r>
    </w:p>
    <w:p>
      <w:r>
        <w:rPr>
          <w:rFonts w:ascii="Gentium Plus" w:hAnsi="Gentium Plus"/>
          <w:sz w:val="24"/>
        </w:rPr>
        <w:t>σισύραν: ⸢ἡ Lh σισύρα ⸢καλεῖται παρὰ μέν τισιν ἡ βαίτη. VΓAld ⸢ἔστι δὲ περιβόλαιον VΓ*Ald [περιβόλαιόν ἐστιν Lh] ἐκ δερμάτων ⸢συνερ‐ ραμμένον VLh [συνερραμμένων ΓAld] ⸢προβατείων V*Lh [προβάτων ΓAld] ἐχόντων τὰ ἔρια. οἱ δὲ ἀκριβέστεροί φασι χλαῖναν ⸢παλαιὰν VΓAld</w:t>
      </w:r>
    </w:p>
    <w:p>
      <w:r>
        <w:rPr>
          <w:rFonts w:ascii="Courier New" w:hAnsi="Courier New"/>
          <w:color w:val="555555"/>
          <w:sz w:val="20"/>
        </w:rPr>
        <w:t>[5]</w:t>
      </w:r>
    </w:p>
    <w:p>
      <w:r>
        <w:rPr>
          <w:rFonts w:ascii="Gentium Plus" w:hAnsi="Gentium Plus"/>
          <w:sz w:val="24"/>
        </w:rPr>
        <w:t>εἶναι ἁπλοΐδα. τὴν αὐτὴν δὲ ⸢καὶ σισύραν VΓAld καλοῦσι καὶ ⸢σίσυρναν V [σισύρναν ΓLhAld]. VΓLhAld</w:t>
      </w:r>
    </w:p>
    <w:p>
      <w:r>
        <w:rPr>
          <w:rFonts w:ascii="Courier New" w:hAnsi="Courier New"/>
          <w:color w:val="555555"/>
          <w:sz w:val="20"/>
        </w:rPr>
        <w:t>[sch vesp 742]</w:t>
      </w:r>
    </w:p>
    <w:p>
      <w:r>
        <w:rPr>
          <w:rFonts w:ascii="Gentium Plus" w:hAnsi="Gentium Plus"/>
          <w:sz w:val="24"/>
        </w:rPr>
        <w:t>προσέσθαι: ἐφελκύσασθαι.</w:t>
      </w:r>
    </w:p>
    <w:p>
      <w:r>
        <w:rPr>
          <w:rFonts w:ascii="Courier New" w:hAnsi="Courier New"/>
          <w:color w:val="555555"/>
          <w:sz w:val="20"/>
        </w:rPr>
        <w:t>[sch vesp 743]</w:t>
      </w:r>
    </w:p>
    <w:p>
      <w:r>
        <w:rPr>
          <w:rFonts w:ascii="Gentium Plus" w:hAnsi="Gentium Plus"/>
          <w:sz w:val="24"/>
        </w:rPr>
        <w:t>νενουθέτηκεν αὑτὸν: ὁ χορὸς ἀναδέχεται τὸ πρόσωπον τοῦ Φιλοκλέωνος (.) ⸢καί φησιν· Lh μετέγνω ⸢, φησίν, VΓ Ald ἐπὶ τοῖς πεπραγ‐ μένοις αὐτῷ πάλαι. VΓLhAld</w:t>
      </w:r>
    </w:p>
    <w:p>
      <w:r>
        <w:rPr>
          <w:rFonts w:ascii="Courier New" w:hAnsi="Courier New"/>
          <w:color w:val="555555"/>
          <w:sz w:val="20"/>
        </w:rPr>
        <w:t>[sch vesp 745]</w:t>
      </w:r>
    </w:p>
    <w:p>
      <w:r>
        <w:rPr>
          <w:rFonts w:ascii="Gentium Plus" w:hAnsi="Gentium Plus"/>
          <w:sz w:val="24"/>
        </w:rPr>
        <w:t>ἁμαρτίας] ⸢καὶ VLh διὰ τοῦτο σιωπᾷ. VΓ3Lh</w:t>
      </w:r>
    </w:p>
    <w:p>
      <w:r>
        <w:rPr>
          <w:rFonts w:ascii="Courier New" w:hAnsi="Courier New"/>
          <w:color w:val="555555"/>
          <w:sz w:val="20"/>
        </w:rPr>
        <w:t>[sch vesp 750]</w:t>
      </w:r>
    </w:p>
    <w:p>
      <w:r>
        <w:rPr>
          <w:rFonts w:ascii="Gentium Plus" w:hAnsi="Gentium Plus"/>
          <w:sz w:val="24"/>
        </w:rPr>
        <w:t>μή μοι τούτων: ἐξ Ἱππολύτου Εὐριπίδου. V Γ3LhAld</w:t>
      </w:r>
    </w:p>
    <w:p>
      <w:r>
        <w:rPr>
          <w:rFonts w:ascii="Courier New" w:hAnsi="Courier New"/>
          <w:color w:val="555555"/>
          <w:sz w:val="20"/>
        </w:rPr>
        <w:t>[sch vesp 751]</w:t>
      </w:r>
    </w:p>
    <w:p>
      <w:r>
        <w:rPr>
          <w:rFonts w:ascii="Gentium Plus" w:hAnsi="Gentium Plus"/>
          <w:sz w:val="24"/>
        </w:rPr>
        <w:t>κεῖθι: ἐν τοῖς δικαστηρίοις. VΓ3LhAld</w:t>
      </w:r>
    </w:p>
    <w:p>
      <w:r>
        <w:rPr>
          <w:rFonts w:ascii="Courier New" w:hAnsi="Courier New"/>
          <w:color w:val="555555"/>
          <w:sz w:val="20"/>
        </w:rPr>
        <w:t>[sch vesp 752a]</w:t>
      </w:r>
    </w:p>
    <w:p>
      <w:r>
        <w:rPr>
          <w:rFonts w:ascii="Gentium Plus" w:hAnsi="Gentium Plus"/>
          <w:sz w:val="24"/>
        </w:rPr>
        <w:t>τίς ἀψήφιστος: ἔνθα ἐν ταῖς δημοσίαις δίκαις εἰς ταὐτὸ συναγό‐ μενοι οἱ δικασταὶ τοῦ κήρυκος τὴν κληρωτρίδα ⸢ἤτοι τὸν κάδον Ald προσφέ‐ ροντος ⸢ἐνέβαλον V* [ἔβαλον Γ*Ald] τὰς ψήφους. ἔνιοι δὲ ⸢ἔσθ’ ὅτε V ὑπὸ φιληδίας κατεῖχον αὐτάς. VΓAld</w:t>
      </w:r>
    </w:p>
    <w:p>
      <w:r>
        <w:rPr>
          <w:rFonts w:ascii="Courier New" w:hAnsi="Courier New"/>
          <w:color w:val="555555"/>
          <w:sz w:val="20"/>
        </w:rPr>
        <w:t>[sch vesp 752b]</w:t>
      </w:r>
    </w:p>
    <w:p>
      <w:r>
        <w:rPr>
          <w:rFonts w:ascii="Gentium Plus" w:hAnsi="Gentium Plus"/>
          <w:sz w:val="24"/>
        </w:rPr>
        <w:t>ἐνίοτε μὲν(έν) ⸢, φησίν, VΓAld ⸢ἐφέρετο R [ἔφερον VΓAld] στάμνος R* [στάμνον VΓAld] καὶ ἐνέβαλλον καθήμενοι οἱ δικασταὶ τὰς ψήφους, ἐνίοτε δὲ ⸢καὶ VΓAld αὐτοὶ ἐγειρόμενοι (.) RVΓAld ⸢ἐνέβαλλον V [ἔβαλλον ΓAld]. τοῦτο οὖν λέγει· “ὁ μὴ ἐψηφοφορηκὼς ἐγερθεὶς βαλλέτω”.</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752c]</w:t>
      </w:r>
    </w:p>
    <w:p>
      <w:r>
        <w:rPr>
          <w:rFonts w:ascii="Gentium Plus" w:hAnsi="Gentium Plus"/>
          <w:sz w:val="24"/>
        </w:rPr>
        <w:t>ἐν ταῖς δημοσίαις (a1) ... (a2) κληρωτίδα προφέροντος ἤτοι τὸν κάδον (b1) ἐνίοτε μὲν (b2) καθήμενοι ἔβαλλον τὰς ψήφους, ἐνίοτε δὲ καὶ αὐτοὶ ἐγειρόμενοι ἐνέβαλλον. (a3) τινὲς δὲ ὑπὸ φιληδίας κατεῖχον αὐτάς. (b4) φησὶν</w:t>
      </w:r>
    </w:p>
    <w:p>
      <w:r>
        <w:rPr>
          <w:rFonts w:ascii="Courier New" w:hAnsi="Courier New"/>
          <w:color w:val="555555"/>
          <w:sz w:val="20"/>
        </w:rPr>
        <w:t>[sch vesp 754a]</w:t>
      </w:r>
    </w:p>
    <w:p>
      <w:r>
        <w:rPr>
          <w:rFonts w:ascii="Gentium Plus" w:hAnsi="Gentium Plus"/>
          <w:sz w:val="24"/>
        </w:rPr>
        <w:t>τελευταῖος θέλει ἐπιστῆναι τῷ κημῷ, ἵν’ ἐπὶ πλεῖστον χρόνον τὴν ψῆφον κατέχῃ ἐν τῇ χειρί. R</w:t>
      </w:r>
    </w:p>
    <w:p>
      <w:r>
        <w:rPr>
          <w:rFonts w:ascii="Courier New" w:hAnsi="Courier New"/>
          <w:color w:val="555555"/>
          <w:sz w:val="20"/>
        </w:rPr>
        <w:t>[sch vesp 754b]</w:t>
      </w:r>
    </w:p>
    <w:p>
      <w:r>
        <w:rPr>
          <w:rFonts w:ascii="Gentium Plus" w:hAnsi="Gentium Plus"/>
          <w:sz w:val="24"/>
        </w:rPr>
        <w:t>τοῖς κημοῖς] τοῖς κάδοις. Lh</w:t>
      </w:r>
    </w:p>
    <w:p>
      <w:r>
        <w:rPr>
          <w:rFonts w:ascii="Courier New" w:hAnsi="Courier New"/>
          <w:color w:val="555555"/>
          <w:sz w:val="20"/>
        </w:rPr>
        <w:t>[sch vesp 755]</w:t>
      </w:r>
    </w:p>
    <w:p>
      <w:r>
        <w:rPr>
          <w:rFonts w:ascii="Gentium Plus" w:hAnsi="Gentium Plus"/>
          <w:sz w:val="24"/>
        </w:rPr>
        <w:t>ψηφιζομένων] τῶν ψηφοφορούντων. Lh</w:t>
      </w:r>
    </w:p>
    <w:p>
      <w:r>
        <w:rPr>
          <w:rFonts w:ascii="Courier New" w:hAnsi="Courier New"/>
          <w:color w:val="555555"/>
          <w:sz w:val="20"/>
        </w:rPr>
        <w:t>[sch vesp 757a]</w:t>
      </w:r>
    </w:p>
    <w:p>
      <w:r>
        <w:rPr>
          <w:rFonts w:ascii="Gentium Plus" w:hAnsi="Gentium Plus"/>
          <w:sz w:val="24"/>
        </w:rPr>
        <w:t>σκιερά: ἀντὶ τοῦ ”⸢ὦ R ἀσθενής”. RΓ3</w:t>
      </w:r>
    </w:p>
    <w:p>
      <w:r>
        <w:rPr>
          <w:rFonts w:ascii="Courier New" w:hAnsi="Courier New"/>
          <w:color w:val="555555"/>
          <w:sz w:val="20"/>
        </w:rPr>
        <w:t>[sch vesp 757b]</w:t>
      </w:r>
    </w:p>
    <w:p>
      <w:r>
        <w:rPr>
          <w:rFonts w:ascii="Gentium Plus" w:hAnsi="Gentium Plus"/>
          <w:sz w:val="24"/>
        </w:rPr>
        <w:t>πάρες ὦ σκιερά: παρὰ τὰ ἐκ Βελλεροφόντου παίζει ⸢ταῦτα RVΓAld· πάρες, ὦ σκιερὰ φυλλάς (.) VΓLhAld, ὑπερβῶ κρηναῖα νάπη· τὸν ὑπὲρ κεφάλης</w:t>
      </w:r>
    </w:p>
    <w:p>
      <w:r>
        <w:rPr>
          <w:rFonts w:ascii="Courier New" w:hAnsi="Courier New"/>
          <w:color w:val="555555"/>
          <w:sz w:val="20"/>
        </w:rPr>
        <w:t>[5]</w:t>
      </w:r>
    </w:p>
    <w:p>
      <w:r>
        <w:rPr>
          <w:rFonts w:ascii="Gentium Plus" w:hAnsi="Gentium Plus"/>
          <w:sz w:val="24"/>
        </w:rPr>
        <w:t>αἰθέρ’ ἰδέσθαι σπεύδω, τίν’ ἔχει στάσιν Εἰνοδία. VΓAld</w:t>
      </w:r>
    </w:p>
    <w:p>
      <w:r>
        <w:rPr>
          <w:rFonts w:ascii="Courier New" w:hAnsi="Courier New"/>
          <w:color w:val="555555"/>
          <w:sz w:val="20"/>
        </w:rPr>
        <w:t>[sch vesp 759]</w:t>
      </w:r>
    </w:p>
    <w:p>
      <w:r>
        <w:rPr>
          <w:rFonts w:ascii="Gentium Plus" w:hAnsi="Gentium Plus"/>
          <w:sz w:val="24"/>
        </w:rPr>
        <w:t>κλέπτοντα: ἀπειλεῖ καταδικάσειν ⸢τὸν ΓAld Κλέωνα, εἰ λάβοι αὐτὸν ἐγκαλούμενον ⸢περὶ V κλοπῆς. τὸ δὲ ὅλον βούλεται διαβάλλειν τὸν δικαστικὸν τρόπον ὡς σκληρὸν καὶ ἄπιστον, ὁπότε οὐδὲ τῷ Κλέωνι, ἀφ’ οὗ τὸ ὄνομα ἔχει ὁ Φιλοκλέων, πιστόν τι φυλάττει. VΓLhAld</w:t>
      </w:r>
    </w:p>
    <w:p>
      <w:r>
        <w:rPr>
          <w:rFonts w:ascii="Courier New" w:hAnsi="Courier New"/>
          <w:color w:val="555555"/>
          <w:sz w:val="20"/>
        </w:rPr>
        <w:t>[sch vesp 763a]</w:t>
      </w:r>
    </w:p>
    <w:p>
      <w:r>
        <w:rPr>
          <w:rFonts w:ascii="Gentium Plus" w:hAnsi="Gentium Plus"/>
          <w:sz w:val="24"/>
        </w:rPr>
        <w:t>Ἅιδης διακρινεῖ: ἐν Κρήσσαις Εὐριπίδου ὁ Ἀτρεὺς πρὸς τὴν Ἀερόπην ⸢†κρίνει† V [†κρινεῖ† ΓLhAld] ταῦτα. VΓLhAld</w:t>
      </w:r>
    </w:p>
    <w:p>
      <w:r>
        <w:rPr>
          <w:rFonts w:ascii="Courier New" w:hAnsi="Courier New"/>
          <w:color w:val="555555"/>
          <w:sz w:val="20"/>
        </w:rPr>
        <w:t>[sch vesp 763b]</w:t>
      </w:r>
    </w:p>
    <w:p>
      <w:r>
        <w:rPr>
          <w:rFonts w:ascii="Gentium Plus" w:hAnsi="Gentium Plus"/>
          <w:sz w:val="24"/>
        </w:rPr>
        <w:t>ἢ ’γὼ πείσομαι: ἀποθάνοιμι ἢ πεισθήσομαι. VΓ</w:t>
      </w:r>
    </w:p>
    <w:p>
      <w:r>
        <w:rPr>
          <w:rFonts w:ascii="Courier New" w:hAnsi="Courier New"/>
          <w:color w:val="555555"/>
          <w:sz w:val="20"/>
        </w:rPr>
        <w:t>[sch vesp 764]</w:t>
      </w:r>
    </w:p>
    <w:p>
      <w:r>
        <w:rPr>
          <w:rFonts w:ascii="Gentium Plus" w:hAnsi="Gentium Plus"/>
          <w:sz w:val="24"/>
        </w:rPr>
        <w:t>κεχάρηκας ποῶν: ἀπὸ ῥήματος ⸢περισπωμένου VΓAld τοῦ ⸢χαιρῶ VΓAld [χαρέω, χαρῶ Lh] VΓLhAld, ⸢οὗ V ὁ μέλλων ⸢χαιρήσω VΓ [χαρήσω Lh] (.) VΓLh, ὁ παρακείμενος κεχάρηκα. ΓLhAld</w:t>
      </w:r>
    </w:p>
    <w:p>
      <w:r>
        <w:rPr>
          <w:rFonts w:ascii="Courier New" w:hAnsi="Courier New"/>
          <w:color w:val="555555"/>
          <w:sz w:val="20"/>
        </w:rPr>
        <w:t>[sch vesp 768a]</w:t>
      </w:r>
    </w:p>
    <w:p>
      <w:r>
        <w:rPr>
          <w:rFonts w:ascii="Gentium Plus" w:hAnsi="Gentium Plus"/>
          <w:sz w:val="24"/>
        </w:rPr>
        <w:t>σηκὶς] ἡ ⸢κατ’ οἶκον Lh διάκονος, ⸢ἡ R θεράπαινα. RLh οἱ δὲ ὄνομα. R</w:t>
      </w:r>
    </w:p>
    <w:p>
      <w:r>
        <w:rPr>
          <w:rFonts w:ascii="Courier New" w:hAnsi="Courier New"/>
          <w:color w:val="555555"/>
          <w:sz w:val="20"/>
        </w:rPr>
        <w:t>[sch vesp 768b]</w:t>
      </w:r>
    </w:p>
    <w:p>
      <w:r>
        <w:rPr>
          <w:rFonts w:ascii="Gentium Plus" w:hAnsi="Gentium Plus"/>
          <w:sz w:val="24"/>
        </w:rPr>
        <w:t>ἡ σηκὶς: σηκίδα τὴν κατ’ οἶκον διάκονον, ἣν θεράπαιναν λέγουσι καὶ σεσημειῶσθαι ⟦τινὰσ⟧ ὡς ἀπεκδεχομένων τινῶν τὴν Σηκίδα ὄνομα. VΓAld</w:t>
      </w:r>
    </w:p>
    <w:p>
      <w:r>
        <w:rPr>
          <w:rFonts w:ascii="Courier New" w:hAnsi="Courier New"/>
          <w:color w:val="555555"/>
          <w:sz w:val="20"/>
        </w:rPr>
        <w:t>[sch vesp 769a]</w:t>
      </w:r>
    </w:p>
    <w:p>
      <w:r>
        <w:rPr>
          <w:rFonts w:ascii="Gentium Plus" w:hAnsi="Gentium Plus"/>
          <w:sz w:val="24"/>
        </w:rPr>
        <w:t>ταύτης ἐπιβολὴν: ⸢ταύτης VΓAld τῆς δίκης (.) VΓLhAld μίαν μόνην δραχμὴν ⸢ἐπίβολον VΓ [ἐπιβολὴν Ald] ψηφιεῖ. ⸢ἐπίβολον VΓ [“ἐπιβολὴν” Ald] δὲ VΓAld ἐπιτίμιον, ζημίαν, παρὰ τὸ ἐπιβάλ‐</w:t>
      </w:r>
    </w:p>
    <w:p>
      <w:r>
        <w:rPr>
          <w:rFonts w:ascii="Courier New" w:hAnsi="Courier New"/>
          <w:color w:val="555555"/>
          <w:sz w:val="20"/>
        </w:rPr>
        <w:t>[5]</w:t>
      </w:r>
    </w:p>
    <w:p>
      <w:r>
        <w:rPr>
          <w:rFonts w:ascii="Gentium Plus" w:hAnsi="Gentium Plus"/>
          <w:sz w:val="24"/>
        </w:rPr>
        <w:t>λειν. VΓAld</w:t>
      </w:r>
    </w:p>
    <w:p>
      <w:r>
        <w:rPr>
          <w:rFonts w:ascii="Courier New" w:hAnsi="Courier New"/>
          <w:color w:val="555555"/>
          <w:sz w:val="20"/>
        </w:rPr>
        <w:t>[sch vesp 769a,col 2 (4)]</w:t>
      </w:r>
    </w:p>
    <w:p>
      <w:r>
        <w:rPr>
          <w:rFonts w:ascii="Gentium Plus" w:hAnsi="Gentium Plus"/>
          <w:sz w:val="24"/>
        </w:rPr>
        <w:t>ἐπιτίμιον, ἀπὸ τοῦ ἐπιβάλλειν, ἤγουν</w:t>
      </w:r>
    </w:p>
    <w:p>
      <w:r>
        <w:rPr>
          <w:rFonts w:ascii="Courier New" w:hAnsi="Courier New"/>
          <w:color w:val="555555"/>
          <w:sz w:val="20"/>
        </w:rPr>
        <w:t>[5]</w:t>
      </w:r>
    </w:p>
    <w:p>
      <w:r>
        <w:rPr>
          <w:rFonts w:ascii="Gentium Plus" w:hAnsi="Gentium Plus"/>
          <w:sz w:val="24"/>
        </w:rPr>
        <w:t>ζημίαν. Lh</w:t>
      </w:r>
    </w:p>
    <w:p>
      <w:r>
        <w:rPr>
          <w:rFonts w:ascii="Courier New" w:hAnsi="Courier New"/>
          <w:color w:val="555555"/>
          <w:sz w:val="20"/>
        </w:rPr>
        <w:t>[sch vesp 769b]</w:t>
      </w:r>
    </w:p>
    <w:p>
      <w:r>
        <w:rPr>
          <w:rFonts w:ascii="Gentium Plus" w:hAnsi="Gentium Plus"/>
          <w:sz w:val="24"/>
        </w:rPr>
        <w:t>(4) ἣν οἱ ... (4) ὁρίζουσι (1) τοῖς ἁλοῦσιν ... (4) καθιστᾶσιν, (4) ἐπιβολὴ καλεῖται ... (5) ἐπιβάλλειν. (ex Su. s.v. ἐπιβολή (pr.), II 350, 1—5, ord. inv.)</w:t>
      </w:r>
    </w:p>
    <w:p>
      <w:r>
        <w:rPr>
          <w:rFonts w:ascii="Courier New" w:hAnsi="Courier New"/>
          <w:color w:val="555555"/>
          <w:sz w:val="20"/>
        </w:rPr>
        <w:t>[sch vesp 769c]</w:t>
      </w:r>
    </w:p>
    <w:p>
      <w:r>
        <w:rPr>
          <w:rFonts w:ascii="Gentium Plus" w:hAnsi="Gentium Plus"/>
          <w:sz w:val="24"/>
        </w:rPr>
        <w:t>ψηφιεῖ] καταδικάσεις. VΓ3</w:t>
      </w:r>
    </w:p>
    <w:p>
      <w:r>
        <w:rPr>
          <w:rFonts w:ascii="Courier New" w:hAnsi="Courier New"/>
          <w:color w:val="555555"/>
          <w:sz w:val="20"/>
        </w:rPr>
        <w:t>[sch vesp 769d]</w:t>
      </w:r>
    </w:p>
    <w:p>
      <w:r>
        <w:rPr>
          <w:rFonts w:ascii="Gentium Plus" w:hAnsi="Gentium Plus"/>
          <w:sz w:val="24"/>
        </w:rPr>
        <w:t>μίαν μόνην] ⸢λείπει VΓ3 δραχμήν. VΓ3Lh</w:t>
      </w:r>
    </w:p>
    <w:p>
      <w:r>
        <w:rPr>
          <w:rFonts w:ascii="Courier New" w:hAnsi="Courier New"/>
          <w:color w:val="555555"/>
          <w:sz w:val="20"/>
        </w:rPr>
        <w:t>[sch vesp 771a]</w:t>
      </w:r>
    </w:p>
    <w:p>
      <w:r>
        <w:rPr>
          <w:rFonts w:ascii="Gentium Plus" w:hAnsi="Gentium Plus"/>
          <w:sz w:val="24"/>
        </w:rPr>
        <w:t>νυν] δή. Lh</w:t>
      </w:r>
    </w:p>
    <w:p>
      <w:r>
        <w:rPr>
          <w:rFonts w:ascii="Courier New" w:hAnsi="Courier New"/>
          <w:color w:val="555555"/>
          <w:sz w:val="20"/>
        </w:rPr>
        <w:t>[sch vesp 771b]</w:t>
      </w:r>
    </w:p>
    <w:p>
      <w:r>
        <w:rPr>
          <w:rFonts w:ascii="Gentium Plus" w:hAnsi="Gentium Plus"/>
          <w:sz w:val="24"/>
        </w:rPr>
        <w:t>ἐξέχῃ] ἀνίσχῃ, ⸢ἀνατέλλῃ Γ3 [ἀνατείλῃ Lh]. Γ3Lh</w:t>
      </w:r>
    </w:p>
    <w:p>
      <w:r>
        <w:rPr>
          <w:rFonts w:ascii="Courier New" w:hAnsi="Courier New"/>
          <w:color w:val="555555"/>
          <w:sz w:val="20"/>
        </w:rPr>
        <w:t>[sch vesp 772a]</w:t>
      </w:r>
    </w:p>
    <w:p>
      <w:r>
        <w:rPr>
          <w:rFonts w:ascii="Gentium Plus" w:hAnsi="Gentium Plus"/>
          <w:sz w:val="24"/>
        </w:rPr>
        <w:t>ἕλη ἡ τοῦ ἡλίου αὐγὴ καὶ ἡλιαία τὸ δικαστήριον. παίζων ἔφη. R</w:t>
      </w:r>
    </w:p>
    <w:p>
      <w:r>
        <w:rPr>
          <w:rFonts w:ascii="Courier New" w:hAnsi="Courier New"/>
          <w:color w:val="555555"/>
          <w:sz w:val="20"/>
        </w:rPr>
        <w:t>[sch vesp 772b]</w:t>
      </w:r>
    </w:p>
    <w:p>
      <w:r>
        <w:rPr>
          <w:rFonts w:ascii="Gentium Plus" w:hAnsi="Gentium Plus"/>
          <w:sz w:val="24"/>
        </w:rPr>
        <w:t>εἵλη κατ’ ὄρθρον: †εἵλη† ἡ τοῦ ἡλίου αὐγὴ δασέως, ληφθέντος δὲ διὰ τοῦ ι ψιλῶς (.) VΓAld· καὶ †εἰρκτὸν καὶ ἐπὶ τοῦ ὀδὸν† καὶ “οὐδόν”. V γράφεται δὲ καὶ “κατ’ ὀρθόν” ἐν πολλοῖς· καὶ ἐξηγούμενος Καλλίστρατός φησι “κατὰ τὸ ὀρθῶς ἔχον, οὐχὶ ἐν τῷ δικαστηρίῳ”. τὸ δ’ “ἡλιάσει”</w:t>
      </w:r>
    </w:p>
    <w:p>
      <w:r>
        <w:rPr>
          <w:rFonts w:ascii="Courier New" w:hAnsi="Courier New"/>
          <w:color w:val="555555"/>
          <w:sz w:val="20"/>
        </w:rPr>
        <w:t>[5]</w:t>
      </w:r>
    </w:p>
    <w:p>
      <w:r>
        <w:rPr>
          <w:rFonts w:ascii="Gentium Plus" w:hAnsi="Gentium Plus"/>
          <w:sz w:val="24"/>
        </w:rPr>
        <w:t>—μήποτε δὲ ψιλῶς προενεκτέον—παρὰ τὴν ἡλιαίαν “πρὸς ἥλιον δικάσειν”. ἅμα δὲ παίζει παρὰ τὴν τοῦ ἡλίου ὀνομασίαν. “ψυχρῶς δὲ πέπαιχε” φησὶν ὁ Δίδυμος, “πρὸς τοὔνομα. ἐπειδὴ γὰρ εἵλη λέγεται ἡ τοῦ ἡλίου αὐγή, ἡλιαία δὲ τὸ δικαστήριον, παίζων ⸢ἔφη V [ἔφησε ΓAld] πρὸς τὸ φιλόδικον, ὅτι, ἐπειδὰν ἀνάσχῃ ὁ ἥλιος, ἡλιάζειν ἐνέσται</w:t>
      </w:r>
    </w:p>
    <w:p>
      <w:r>
        <w:rPr>
          <w:rFonts w:ascii="Courier New" w:hAnsi="Courier New"/>
          <w:color w:val="555555"/>
          <w:sz w:val="20"/>
        </w:rPr>
        <w:t>[10]</w:t>
      </w:r>
    </w:p>
    <w:p>
      <w:r>
        <w:rPr>
          <w:rFonts w:ascii="Gentium Plus" w:hAnsi="Gentium Plus"/>
          <w:sz w:val="24"/>
        </w:rPr>
        <w:t>σοι. οὕτως δὲ οἱ Ἀττικοὶ διὰ τοῦ ι “εἵλην” λέγουσιν.” οὕτως Δίδυ‐ μος. VΓAld</w:t>
      </w:r>
    </w:p>
    <w:p>
      <w:r>
        <w:rPr>
          <w:rFonts w:ascii="Courier New" w:hAnsi="Courier New"/>
          <w:color w:val="555555"/>
          <w:sz w:val="20"/>
        </w:rPr>
        <w:t>[sch vesp 772c]</w:t>
      </w:r>
    </w:p>
    <w:p>
      <w:r>
        <w:rPr>
          <w:rFonts w:ascii="Gentium Plus" w:hAnsi="Gentium Plus"/>
          <w:sz w:val="24"/>
        </w:rPr>
        <w:t>εἱλὴ] ἡ αὐγὴ τοῦ ἡλίου. Lh</w:t>
      </w:r>
    </w:p>
    <w:p>
      <w:r>
        <w:rPr>
          <w:rFonts w:ascii="Courier New" w:hAnsi="Courier New"/>
          <w:color w:val="555555"/>
          <w:sz w:val="20"/>
        </w:rPr>
        <w:t>[sch vesp 772d]</w:t>
      </w:r>
    </w:p>
    <w:p>
      <w:r>
        <w:rPr>
          <w:rFonts w:ascii="Gentium Plus" w:hAnsi="Gentium Plus"/>
          <w:sz w:val="24"/>
        </w:rPr>
        <w:t>(cf. b6) παρὰ τὴν τοῦ ἡλίου ὀνομασίαν πέπαιχεν. (b7) ἐπειδὴ γὰρ εἵλη ... (b8) ἡλιαία δὲ καὶ τὸ δικαστήριον (e2/3) διὰ τὸ ὕπαιθρον εἶναι καὶ ἡλίῳ βάλλεσθαι, (b8) παίζων ἔφη τοῦτο πρὸς τὸ φιλόδικον αὐτοῦ, ὅτι, ἐπειδὰν ἀνίσχῃ ὁ ἥλιος, ἡλιάζειν ἔσται σοι. Ἀττικοὶ δὲ “ἴλην” λέγουσιν, οὐχ</w:t>
      </w:r>
    </w:p>
    <w:p>
      <w:r>
        <w:rPr>
          <w:rFonts w:ascii="Courier New" w:hAnsi="Courier New"/>
          <w:color w:val="555555"/>
          <w:sz w:val="20"/>
        </w:rPr>
        <w:t>[5]</w:t>
      </w:r>
    </w:p>
    <w:p>
      <w:r>
        <w:rPr>
          <w:rFonts w:ascii="Gentium Plus" w:hAnsi="Gentium Plus"/>
          <w:sz w:val="24"/>
        </w:rPr>
        <w:t>“εἵλην”, καὶ ψιλοῦσιν. (b3) ἐν πολλοῖς δὲ καὶ “κατ’ ὄρθιον” γράφεται· καὶ ἐξηγούμενος Καλλίστρατός (b3) ... (b4) ἔχον.” Lh</w:t>
      </w:r>
    </w:p>
    <w:p>
      <w:r>
        <w:rPr>
          <w:rFonts w:ascii="Courier New" w:hAnsi="Courier New"/>
          <w:color w:val="555555"/>
          <w:sz w:val="20"/>
        </w:rPr>
        <w:t>[sch vesp 772e]</w:t>
      </w:r>
    </w:p>
    <w:p>
      <w:r>
        <w:rPr>
          <w:rFonts w:ascii="Gentium Plus" w:hAnsi="Gentium Plus"/>
          <w:sz w:val="24"/>
        </w:rPr>
        <w:t>“δικάσεις”, φησίν, “πρὸς τὸν ἥλιον καθήμενος.” ἔπαιξε δὲ παρὰ τὴν ἡλιαίαν, τὸ μέγιστον δικαστήριον, ὃ ταύτης τῆς ὀνομασίας ἔτυχε διὰ τὸ ἐν ὑπαίθρῳ αὐτὸ ἀναπεπταμένον βάλλεσθαι τῷ ἡλίῳ. ΓAld</w:t>
      </w:r>
    </w:p>
    <w:p>
      <w:r>
        <w:rPr>
          <w:rFonts w:ascii="Courier New" w:hAnsi="Courier New"/>
          <w:color w:val="555555"/>
          <w:sz w:val="20"/>
        </w:rPr>
        <w:t>[sch vesp 772f]</w:t>
      </w:r>
    </w:p>
    <w:p>
      <w:r>
        <w:rPr>
          <w:rFonts w:ascii="Gentium Plus" w:hAnsi="Gentium Plus"/>
          <w:sz w:val="24"/>
        </w:rPr>
        <w:t>ἡλιάσει κτλ.] δικάσεις ἐν τῇ ἡλιαίᾳ, τῷ μεγίστῳ δικαστηρίῳ, καθήμενος. Lh</w:t>
      </w:r>
    </w:p>
    <w:p>
      <w:r>
        <w:rPr>
          <w:rFonts w:ascii="Courier New" w:hAnsi="Courier New"/>
          <w:color w:val="555555"/>
          <w:sz w:val="20"/>
        </w:rPr>
        <w:t>[sch vesp 773]</w:t>
      </w:r>
    </w:p>
    <w:p>
      <w:r>
        <w:rPr>
          <w:rFonts w:ascii="Gentium Plus" w:hAnsi="Gentium Plus"/>
          <w:sz w:val="24"/>
        </w:rPr>
        <w:t>νίφῃ] χειμὼν γενήσεται. Lh</w:t>
      </w:r>
    </w:p>
    <w:p>
      <w:r>
        <w:rPr>
          <w:rFonts w:ascii="Courier New" w:hAnsi="Courier New"/>
          <w:color w:val="555555"/>
          <w:sz w:val="20"/>
        </w:rPr>
        <w:t>[sch vesp 774a]</w:t>
      </w:r>
    </w:p>
    <w:p>
      <w:r>
        <w:rPr>
          <w:rFonts w:ascii="Gentium Plus" w:hAnsi="Gentium Plus"/>
          <w:sz w:val="24"/>
        </w:rPr>
        <w:t>ὕοντος: ⸢οἷον V ⸢ὕοντος RVΓAld [βρέχοντος Lh] τοῦ θεοῦ καὶ νίφοντος RVΓLhAld ⸢εἴσῃ Γ [γνώσῃ LhAld] πρὸς τὸ πῦρ καθήμενος (.) RΓLhAld τὴν</w:t>
      </w:r>
    </w:p>
    <w:p>
      <w:r>
        <w:rPr>
          <w:rFonts w:ascii="Courier New" w:hAnsi="Courier New"/>
          <w:color w:val="555555"/>
          <w:sz w:val="20"/>
        </w:rPr>
        <w:t>[5]</w:t>
      </w:r>
    </w:p>
    <w:p>
      <w:r>
        <w:rPr>
          <w:rFonts w:ascii="Gentium Plus" w:hAnsi="Gentium Plus"/>
          <w:sz w:val="24"/>
        </w:rPr>
        <w:t>δίκην. LhAld</w:t>
      </w:r>
    </w:p>
    <w:p>
      <w:r>
        <w:rPr>
          <w:rFonts w:ascii="Courier New" w:hAnsi="Courier New"/>
          <w:color w:val="555555"/>
          <w:sz w:val="20"/>
        </w:rPr>
        <w:t>[sch vesp 774a,col 2 (3)]</w:t>
      </w:r>
    </w:p>
    <w:p>
      <w:r>
        <w:rPr>
          <w:rFonts w:ascii="Gentium Plus" w:hAnsi="Gentium Plus"/>
          <w:sz w:val="24"/>
        </w:rPr>
        <w:t>〈οὐκ〉 εἰς εἰργμόν, ἀλλὰ καθήμενος</w:t>
      </w:r>
    </w:p>
    <w:p>
      <w:r>
        <w:rPr>
          <w:rFonts w:ascii="Courier New" w:hAnsi="Courier New"/>
          <w:color w:val="555555"/>
          <w:sz w:val="20"/>
        </w:rPr>
        <w:t>[sch vesp 774b]</w:t>
      </w:r>
    </w:p>
    <w:p>
      <w:r>
        <w:rPr>
          <w:rFonts w:ascii="Gentium Plus" w:hAnsi="Gentium Plus"/>
          <w:sz w:val="24"/>
        </w:rPr>
        <w:t>κἂν ἔγρῃ μεσημβρινός: γνώσεις τὴν δίκην, VΓ κἂν βραδέως ἀπὸ τῆς ⸢κοίτης VΓ [κλίνης LhAld] ἀναστῇς (.) VΓLhAld, οὐδεὶς ἀποκλείσει σε τοῦ δικαστηρίου ὡς βραδέως ἥκοντα. LhAld</w:t>
      </w:r>
    </w:p>
    <w:p>
      <w:r>
        <w:rPr>
          <w:rFonts w:ascii="Courier New" w:hAnsi="Courier New"/>
          <w:color w:val="555555"/>
          <w:sz w:val="20"/>
        </w:rPr>
        <w:t>[sch vesp 775a]</w:t>
      </w:r>
    </w:p>
    <w:p>
      <w:r>
        <w:rPr>
          <w:rFonts w:ascii="Gentium Plus" w:hAnsi="Gentium Plus"/>
          <w:sz w:val="24"/>
        </w:rPr>
        <w:t>θεσμοθέτης: ὅτι καὶ θεσμοθέτης παρετύγχανε καὶ ἔβλεπε τὰ δικαστήρια. RVΓ</w:t>
      </w:r>
    </w:p>
    <w:p>
      <w:r>
        <w:rPr>
          <w:rFonts w:ascii="Courier New" w:hAnsi="Courier New"/>
          <w:color w:val="555555"/>
          <w:sz w:val="20"/>
        </w:rPr>
        <w:t>[sch vesp 775b]</w:t>
      </w:r>
    </w:p>
    <w:p>
      <w:r>
        <w:rPr>
          <w:rFonts w:ascii="Gentium Plus" w:hAnsi="Gentium Plus"/>
          <w:sz w:val="24"/>
        </w:rPr>
        <w:t>θεσμοθέτης] ὁ ἐπιτηρῶν τὰ δικαστήρια. Lh</w:t>
      </w:r>
    </w:p>
    <w:p>
      <w:r>
        <w:rPr>
          <w:rFonts w:ascii="Courier New" w:hAnsi="Courier New"/>
          <w:color w:val="555555"/>
          <w:sz w:val="20"/>
        </w:rPr>
        <w:t>[sch vesp 775c]</w:t>
      </w:r>
    </w:p>
    <w:p>
      <w:r>
        <w:rPr>
          <w:rFonts w:ascii="Gentium Plus" w:hAnsi="Gentium Plus"/>
          <w:sz w:val="24"/>
        </w:rPr>
        <w:t>θεσμοθέτης: ἐπειδὴ θεσμοθέται καὶ δέκατος ὁ γραμματεὺς κληροῦσι τοὺς δικαστὰς τοὺς τῆς †αὐτῆς† φυλῆς ἕκαστος. VΓAld</w:t>
      </w:r>
    </w:p>
    <w:p>
      <w:r>
        <w:rPr>
          <w:rFonts w:ascii="Courier New" w:hAnsi="Courier New"/>
          <w:color w:val="555555"/>
          <w:sz w:val="20"/>
        </w:rPr>
        <w:t>[sch vesp 775d]</w:t>
      </w:r>
    </w:p>
    <w:p>
      <w:r>
        <w:rPr>
          <w:rFonts w:ascii="Gentium Plus" w:hAnsi="Gentium Plus"/>
          <w:sz w:val="24"/>
        </w:rPr>
        <w:t>ἀρχῆς ὄνομα ⸢ἐστὶν οἱ θεσμοθέται Lh, ὧν τοῖς ψηφίσμασιν ἐχειροτο‐ νοῦντο οἱ δικασταί· καὶ ἦρχον αὐτῶν οὕτως, ὡς καὶ ⸢δύνασθαι VΓAld ἐκβαλεῖν ⸢, εἰ βούλοιντο, Lh καὶ μὴ ἐᾶν εἰσιέναι εἰς ⸢τὸ V ΓLh δικαστήριον. εἶχε δὲ ⸢καὶ VΓAld ἑκάστη φυλὴ ἕνα ⸢θεσμοθέτην καὶ γραμματέα LhAld εἰς τὸ</w:t>
      </w:r>
    </w:p>
    <w:p>
      <w:r>
        <w:rPr>
          <w:rFonts w:ascii="Courier New" w:hAnsi="Courier New"/>
          <w:color w:val="555555"/>
          <w:sz w:val="20"/>
        </w:rPr>
        <w:t>[5]</w:t>
      </w:r>
    </w:p>
    <w:p>
      <w:r>
        <w:rPr>
          <w:rFonts w:ascii="Gentium Plus" w:hAnsi="Gentium Plus"/>
          <w:sz w:val="24"/>
        </w:rPr>
        <w:t>τοὺς νόμους εἰσηγεῖσθαι. VΓLhAld</w:t>
      </w:r>
    </w:p>
    <w:p>
      <w:r>
        <w:rPr>
          <w:rFonts w:ascii="Courier New" w:hAnsi="Courier New"/>
          <w:color w:val="555555"/>
          <w:sz w:val="20"/>
        </w:rPr>
        <w:t>[sch vesp 778]</w:t>
      </w:r>
    </w:p>
    <w:p>
      <w:r>
        <w:rPr>
          <w:rFonts w:ascii="Gentium Plus" w:hAnsi="Gentium Plus"/>
          <w:sz w:val="24"/>
        </w:rPr>
        <w:t>δάκνων σεαυτὸν: ἐπειδὴ ἐνίοτε ἀπὸ πείνης ὁ δικαστὴς κατα‐ δικάζει τὸν λέγοντα. Γ3LhAld</w:t>
      </w:r>
    </w:p>
    <w:p>
      <w:r>
        <w:rPr>
          <w:rFonts w:ascii="Courier New" w:hAnsi="Courier New"/>
          <w:color w:val="555555"/>
          <w:sz w:val="20"/>
        </w:rPr>
        <w:t>[sch vesp 779]</w:t>
      </w:r>
    </w:p>
    <w:p>
      <w:r>
        <w:rPr>
          <w:rFonts w:ascii="Gentium Plus" w:hAnsi="Gentium Plus"/>
          <w:sz w:val="24"/>
        </w:rPr>
        <w:t>πῶς οὖν διαγινώσκειν: ἐπειδὴ εἶπεν αὐτῷ ⸢ὁ Βδελυκλέων VΓAld ⸢δύνασθαι VΓAld [· “δύνασαι Lh] ⸢δικάζων V*ΓLh [δικάζοντα Ald] ἐπὶ τῆς οἰκίας ἐσθίειν(”), φησίν· “πῶς δυνήσομαι ἐσθίων ⸢δοκιμάσαι VΓLh [δοκιμάζειν Ald] τὰ λεγόμενα;” VΓLhAld</w:t>
      </w:r>
    </w:p>
    <w:p>
      <w:r>
        <w:rPr>
          <w:rFonts w:ascii="Courier New" w:hAnsi="Courier New"/>
          <w:color w:val="555555"/>
          <w:sz w:val="20"/>
        </w:rPr>
        <w:t>[sch vesp 781]</w:t>
      </w:r>
    </w:p>
    <w:p>
      <w:r>
        <w:rPr>
          <w:rFonts w:ascii="Gentium Plus" w:hAnsi="Gentium Plus"/>
          <w:sz w:val="24"/>
        </w:rPr>
        <w:t>λέγεται κτλ.] ἐν παροιμίᾳ ἐστὶ τοῦτο τὸ λεγόμενον. Γ3</w:t>
      </w:r>
    </w:p>
    <w:p>
      <w:r>
        <w:rPr>
          <w:rFonts w:ascii="Courier New" w:hAnsi="Courier New"/>
          <w:color w:val="555555"/>
          <w:sz w:val="20"/>
        </w:rPr>
        <w:t>[sch vesp 783a]</w:t>
      </w:r>
    </w:p>
    <w:p>
      <w:r>
        <w:rPr>
          <w:rFonts w:ascii="Gentium Plus" w:hAnsi="Gentium Plus"/>
          <w:sz w:val="24"/>
        </w:rPr>
        <w:t>ἀναμασώμενοι: ⸢τὸ 〈ἀνα〉μασώμενοι V ⸢ἐπὶ V [ἀντὶ ΓAld] τοῦ VΓAld ⸢διαλογιζόμενοι VΓAld [ἀναλογιζόμενοι Lh] (.) VΓLhAld νοούμενον πρὸς τὸ χρειῶδες ἐνταῦθα παρέλαβεν ἐπὶ τοῦ ἐσθίοντος. VΓAld</w:t>
      </w:r>
    </w:p>
    <w:p>
      <w:r>
        <w:rPr>
          <w:rFonts w:ascii="Courier New" w:hAnsi="Courier New"/>
          <w:color w:val="555555"/>
          <w:sz w:val="20"/>
        </w:rPr>
        <w:t>[sch vesp 783b]</w:t>
      </w:r>
    </w:p>
    <w:p>
      <w:r>
        <w:rPr>
          <w:rFonts w:ascii="Gentium Plus" w:hAnsi="Gentium Plus"/>
          <w:sz w:val="24"/>
        </w:rPr>
        <w:t>ἀναμασώμενοι: ἀντὶ τοῦ ἀνερευνῶντες.</w:t>
      </w:r>
    </w:p>
    <w:p>
      <w:r>
        <w:rPr>
          <w:rFonts w:ascii="Courier New" w:hAnsi="Courier New"/>
          <w:color w:val="555555"/>
          <w:sz w:val="20"/>
        </w:rPr>
        <w:t>[sch vesp 783c]</w:t>
      </w:r>
    </w:p>
    <w:p>
      <w:r>
        <w:rPr>
          <w:rFonts w:ascii="Gentium Plus" w:hAnsi="Gentium Plus"/>
          <w:sz w:val="24"/>
        </w:rPr>
        <w:t>ἐκ μεταφορᾶς τῶν ἀναπεμπαζόντων τὴν τροφὴν ζῴων καὶ αὖθις ἀναμασωμένων τὸ “ἀναμασώμενοι” εἴρηκεν. LhAld</w:t>
      </w:r>
    </w:p>
    <w:p>
      <w:r>
        <w:rPr>
          <w:rFonts w:ascii="Courier New" w:hAnsi="Courier New"/>
          <w:color w:val="555555"/>
          <w:sz w:val="20"/>
        </w:rPr>
        <w:t>[sch vesp 784]</w:t>
      </w:r>
    </w:p>
    <w:p>
      <w:r>
        <w:rPr>
          <w:rFonts w:ascii="Gentium Plus" w:hAnsi="Gentium Plus"/>
          <w:sz w:val="24"/>
        </w:rPr>
        <w:t>ἀνά τοι με πείθεις] ἀναπείθεις με. Γ3Lh</w:t>
      </w:r>
    </w:p>
    <w:p>
      <w:r>
        <w:rPr>
          <w:rFonts w:ascii="Courier New" w:hAnsi="Courier New"/>
          <w:color w:val="555555"/>
          <w:sz w:val="20"/>
        </w:rPr>
        <w:t>[sch vesp 785]</w:t>
      </w:r>
    </w:p>
    <w:p>
      <w:r>
        <w:rPr>
          <w:rFonts w:ascii="Gentium Plus" w:hAnsi="Gentium Plus"/>
          <w:sz w:val="24"/>
        </w:rPr>
        <w:t>τὸν μισθὸν] τὸν δικαστικόν. Γ3Lh</w:t>
      </w:r>
    </w:p>
    <w:p>
      <w:r>
        <w:rPr>
          <w:rFonts w:ascii="Courier New" w:hAnsi="Courier New"/>
          <w:color w:val="555555"/>
          <w:sz w:val="20"/>
        </w:rPr>
        <w:t>[sch vesp 787a]</w:t>
      </w:r>
    </w:p>
    <w:p>
      <w:r>
        <w:rPr>
          <w:rFonts w:ascii="Gentium Plus" w:hAnsi="Gentium Plus"/>
          <w:sz w:val="24"/>
        </w:rPr>
        <w:t>Λυσίστρατος: σκωπτικός. RVΓAld καὶ ἐν Ἀχαρνεῦσι Λυσίστρατός τ’ ἐν ἀγορᾷ, Χολαργέων ὄνειδος. ἔστι δὲ καὶ ἕτερος Λυσίστρατος, παῖς Μακαρέως, σκωπτόμενος εἰς κιναιδίαν.</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787b]</w:t>
      </w:r>
    </w:p>
    <w:p>
      <w:r>
        <w:rPr>
          <w:rFonts w:ascii="Gentium Plus" w:hAnsi="Gentium Plus"/>
          <w:sz w:val="24"/>
        </w:rPr>
        <w:t>⸢δυοῖν V* [δύο ΓAld] ⸢γὰρ ΓAld δικασταῖς ἐδίδοτο δραχμὴ μία, καὶ οὕτως ἐμερίζοντο πρὸς τρεῖς ὀβολούς· ὡς τοῦ Λυσιστράτου ⸢οὖν VΓ ἅμα αὐτῷ εἰληφότος δραχμὴν ὑπὲρ τοῦ δικαστικοῦ μισθοῦ καὶ ἐμπεπιστευμένου κερματίσαι αὐτὴν ὥστε μερίσασθαι καὶ παρασχόντος αὐτῷ ἀντὶ ἀργυρίου</w:t>
      </w:r>
    </w:p>
    <w:p>
      <w:r>
        <w:rPr>
          <w:rFonts w:ascii="Courier New" w:hAnsi="Courier New"/>
          <w:color w:val="555555"/>
          <w:sz w:val="20"/>
        </w:rPr>
        <w:t>[5]</w:t>
      </w:r>
    </w:p>
    <w:p>
      <w:r>
        <w:rPr>
          <w:rFonts w:ascii="Gentium Plus" w:hAnsi="Gentium Plus"/>
          <w:sz w:val="24"/>
        </w:rPr>
        <w:t>λεπίδας, ἀγαπητῶς ἔχει τὸ μόνος λαμβάνειν τοὺς μισθούς. VΓAld</w:t>
      </w:r>
    </w:p>
    <w:p>
      <w:r>
        <w:rPr>
          <w:rFonts w:ascii="Courier New" w:hAnsi="Courier New"/>
          <w:color w:val="555555"/>
          <w:sz w:val="20"/>
        </w:rPr>
        <w:t>[sch vesp 787c]</w:t>
      </w:r>
    </w:p>
    <w:p>
      <w:r>
        <w:rPr>
          <w:rFonts w:ascii="Gentium Plus" w:hAnsi="Gentium Plus"/>
          <w:sz w:val="24"/>
        </w:rPr>
        <w:t>ὅτι δυσὶ δικασταῖς ἐδίδοτο μία δραχμή, καὶ οὕτως ἐμερίζοντο ταύτην ἀνὰ τρεῖς ὀβολούς. “ὁ Λυσίστρατος δέ”, φησίν, “εἰργάσατό με δεινὰ βουλόμενος τὴν δραχμὴν πᾶσαν ἔχειν· πιστευθεὶς γὰρ τὴν δραχμὴν κερματίσαι καὶ δοῦναί μοι τὸ τριώβολον ἀντ’ ἀργυρίου λοπίδας μοι παρέσχηκε κεστρέως”.</w:t>
      </w:r>
    </w:p>
    <w:p>
      <w:r>
        <w:rPr>
          <w:rFonts w:ascii="Courier New" w:hAnsi="Courier New"/>
          <w:color w:val="555555"/>
          <w:sz w:val="20"/>
        </w:rPr>
        <w:t>[5]</w:t>
      </w:r>
    </w:p>
    <w:p>
      <w:r>
        <w:rPr>
          <w:rFonts w:ascii="Gentium Plus" w:hAnsi="Gentium Plus"/>
          <w:sz w:val="24"/>
        </w:rPr>
        <w:t>Lh</w:t>
      </w:r>
    </w:p>
    <w:p>
      <w:r>
        <w:rPr>
          <w:rFonts w:ascii="Courier New" w:hAnsi="Courier New"/>
          <w:color w:val="555555"/>
          <w:sz w:val="20"/>
        </w:rPr>
        <w:t>[sch vesp 788a]</w:t>
      </w:r>
    </w:p>
    <w:p>
      <w:r>
        <w:rPr>
          <w:rFonts w:ascii="Gentium Plus" w:hAnsi="Gentium Plus"/>
          <w:sz w:val="24"/>
        </w:rPr>
        <w:t>ὁ σκωπτόλης] ὁ σκωπτικός. Lh</w:t>
      </w:r>
    </w:p>
    <w:p>
      <w:r>
        <w:rPr>
          <w:rFonts w:ascii="Courier New" w:hAnsi="Courier New"/>
          <w:color w:val="555555"/>
          <w:sz w:val="20"/>
        </w:rPr>
        <w:t>[sch vesp 788b]</w:t>
      </w:r>
    </w:p>
    <w:p>
      <w:r>
        <w:rPr>
          <w:rFonts w:ascii="Gentium Plus" w:hAnsi="Gentium Plus"/>
          <w:sz w:val="24"/>
        </w:rPr>
        <w:t>δραχμὴν μετ’ ἐμοῦ λαβὼν: καθὸ εἰς δύο ἡ δραχμὴ ἐδίδοτο καὶ αὐτοὶ διῃροῦντο κερματίζοντες, ἵνα μὴ οἱ κωλακρέται κέρμα εἰσφέρωσιν. VΓAld</w:t>
      </w:r>
    </w:p>
    <w:p>
      <w:r>
        <w:rPr>
          <w:rFonts w:ascii="Courier New" w:hAnsi="Courier New"/>
          <w:color w:val="555555"/>
          <w:sz w:val="20"/>
        </w:rPr>
        <w:t>[sch vesp 788c]</w:t>
      </w:r>
    </w:p>
    <w:p>
      <w:r>
        <w:rPr>
          <w:rFonts w:ascii="Gentium Plus" w:hAnsi="Gentium Plus"/>
          <w:sz w:val="24"/>
        </w:rPr>
        <w:t>δραχμὴν. R</w:t>
      </w:r>
    </w:p>
    <w:p>
      <w:r>
        <w:rPr>
          <w:rFonts w:ascii="Courier New" w:hAnsi="Courier New"/>
          <w:color w:val="555555"/>
          <w:sz w:val="20"/>
        </w:rPr>
        <w:t>[sch vesp 789a]</w:t>
      </w:r>
    </w:p>
    <w:p>
      <w:r>
        <w:rPr>
          <w:rFonts w:ascii="Gentium Plus" w:hAnsi="Gentium Plus"/>
          <w:sz w:val="24"/>
        </w:rPr>
        <w:t>ἐν τοῖς ἰχθύσιν: ⸢ἤγουν Lh ⸢ἐν RΓ3Ald τοῖς ⸢ἰχθυοπωλίοις R [ἰχθυοπώλαις Γ3*LhAld (.)] RΓ3LhAld ἀπὸ τῶν πωλουμένων τοὺς πωλοῦν‐</w:t>
      </w:r>
    </w:p>
    <w:p>
      <w:r>
        <w:rPr>
          <w:rFonts w:ascii="Courier New" w:hAnsi="Courier New"/>
          <w:color w:val="555555"/>
          <w:sz w:val="20"/>
        </w:rPr>
        <w:t>[sch vesp 790a]</w:t>
      </w:r>
    </w:p>
    <w:p>
      <w:r>
        <w:rPr>
          <w:rFonts w:ascii="Gentium Plus" w:hAnsi="Gentium Plus"/>
          <w:sz w:val="24"/>
        </w:rPr>
        <w:t>κεστρέων: ⸢κεστρεὺς ΓAld εἶδός ἐστιν ἰχθύος ⸢, ὁ λεγόμενος κέφαλος, Ald μεγάλην λεπίδα ἔχον καὶ παχεῖαν, ὡς ὑπόνοιαν αὐτὴν ἔχειν ἀργυρίου. VΓAld</w:t>
      </w:r>
    </w:p>
    <w:p>
      <w:r>
        <w:rPr>
          <w:rFonts w:ascii="Courier New" w:hAnsi="Courier New"/>
          <w:color w:val="555555"/>
          <w:sz w:val="20"/>
        </w:rPr>
        <w:t>[sch vesp 790b]</w:t>
      </w:r>
    </w:p>
    <w:p>
      <w:r>
        <w:rPr>
          <w:rFonts w:ascii="Gentium Plus" w:hAnsi="Gentium Plus"/>
          <w:sz w:val="24"/>
        </w:rPr>
        <w:t>αἱ γὰρ τοῦ κεστρέως λοπίδες λευκαὶ καὶ παχεῖαι οὖσαι φαντασίαν παρέχουσιν ἀργυρίου. ἔστι δὲ κεστρεὺς ὁ ἰχθὺς ὁ λεγόμενος κέφαλος. Lh</w:t>
      </w:r>
    </w:p>
    <w:p>
      <w:r>
        <w:rPr>
          <w:rFonts w:ascii="Courier New" w:hAnsi="Courier New"/>
          <w:color w:val="555555"/>
          <w:sz w:val="20"/>
        </w:rPr>
        <w:t>[sch vesp 790c]</w:t>
      </w:r>
    </w:p>
    <w:p>
      <w:r>
        <w:rPr>
          <w:rFonts w:ascii="Gentium Plus" w:hAnsi="Gentium Plus"/>
          <w:sz w:val="24"/>
        </w:rPr>
        <w:t>λοπίδας: ἃς ἡμεῖς λεπίδας καλοῦμεν. ΓAld</w:t>
      </w:r>
    </w:p>
    <w:p>
      <w:r>
        <w:rPr>
          <w:rFonts w:ascii="Courier New" w:hAnsi="Courier New"/>
          <w:color w:val="555555"/>
          <w:sz w:val="20"/>
        </w:rPr>
        <w:t>[sch vesp 791a]</w:t>
      </w:r>
    </w:p>
    <w:p>
      <w:r>
        <w:rPr>
          <w:rFonts w:ascii="Gentium Plus" w:hAnsi="Gentium Plus"/>
          <w:sz w:val="24"/>
        </w:rPr>
        <w:t>κἀγὼ ’νέκαψα: ἐνέκαψα, VΓAld τῷ στόματι ἐνέθηκα νομίζων εἶναι ἀργύριον. RVΓAld πολλοῖς γάρ ἐστιν ἔθος ἐν τῷ στόματι φυλάττειν τὸ ἀργύριον. VΓAld</w:t>
      </w:r>
    </w:p>
    <w:p>
      <w:r>
        <w:rPr>
          <w:rFonts w:ascii="Courier New" w:hAnsi="Courier New"/>
          <w:color w:val="555555"/>
          <w:sz w:val="20"/>
        </w:rPr>
        <w:t>[sch vesp 791b]</w:t>
      </w:r>
    </w:p>
    <w:p>
      <w:r>
        <w:rPr>
          <w:rFonts w:ascii="Gentium Plus" w:hAnsi="Gentium Plus"/>
          <w:sz w:val="24"/>
        </w:rPr>
        <w:t>’νέκαψ’] ’νέκαμψ’. Lh</w:t>
      </w:r>
    </w:p>
    <w:p>
      <w:r>
        <w:rPr>
          <w:rFonts w:ascii="Courier New" w:hAnsi="Courier New"/>
          <w:color w:val="555555"/>
          <w:sz w:val="20"/>
        </w:rPr>
        <w:t>[sch vesp 791c]</w:t>
      </w:r>
    </w:p>
    <w:p>
      <w:r>
        <w:rPr>
          <w:rFonts w:ascii="Gentium Plus" w:hAnsi="Gentium Plus"/>
          <w:sz w:val="24"/>
        </w:rPr>
        <w:t>’νέκαμψ’] ἀνεχώρησα. Lh</w:t>
      </w:r>
    </w:p>
    <w:p>
      <w:r>
        <w:rPr>
          <w:rFonts w:ascii="Courier New" w:hAnsi="Courier New"/>
          <w:color w:val="555555"/>
          <w:sz w:val="20"/>
        </w:rPr>
        <w:t>[sch vesp 791d]</w:t>
      </w:r>
    </w:p>
    <w:p>
      <w:r>
        <w:rPr>
          <w:rFonts w:ascii="Gentium Plus" w:hAnsi="Gentium Plus"/>
          <w:sz w:val="24"/>
        </w:rPr>
        <w:t>ἀπὸ τοῦ “ἐξέπτυσα” δῆλόν ἐστιν, ὅτι ἐν τῷ στόματι τοὺς ὀβολοὺς ἐνέβαλε νομίζων ἀργύριον εἶναι. πολλοῖς (a2) ... (a3) ἀργύριον· διὸ κἀκεῖνος ἔφη αὐτῷ (794) ἀλεκτρυόνος ἔχειν κοιλίαν καὶ καθεψῆσαι αὐτό. οἱ δὲ διὰ τὴν συναλοιφὴν “ἐνέκαψα” γράφοντες χωρὶς τοῦ μ ἀντὶ τοῦ “ἐνέθηκα τῷ στόματι”</w:t>
      </w:r>
    </w:p>
    <w:p>
      <w:r>
        <w:rPr>
          <w:rFonts w:ascii="Courier New" w:hAnsi="Courier New"/>
          <w:color w:val="555555"/>
          <w:sz w:val="20"/>
        </w:rPr>
        <w:t>[5]</w:t>
      </w:r>
    </w:p>
    <w:p>
      <w:r>
        <w:rPr>
          <w:rFonts w:ascii="Gentium Plus" w:hAnsi="Gentium Plus"/>
          <w:sz w:val="24"/>
        </w:rPr>
        <w:t>λέγουσιν· ἐγὼ δὲ “ἀνέκαμψα” μετὰ τοῦ μ γράφων ἀντὶ τοῦ “ἀνεχώρησα” φημί· ἀνακάμπτειν γάρ ἐστι τὸ εἰς τοὐπίσω καμπήν τινα ποιῆσαι καὶ ἀνα‐ στρέψαι, ἐκ μεταφορᾶς τῶν ὄφεων· κάμπτοντες γὰρ ἀναστρέφουσιν. Lh</w:t>
      </w:r>
    </w:p>
    <w:p>
      <w:r>
        <w:rPr>
          <w:rFonts w:ascii="Courier New" w:hAnsi="Courier New"/>
          <w:color w:val="555555"/>
          <w:sz w:val="20"/>
        </w:rPr>
        <w:t>[sch vesp 791e]</w:t>
      </w:r>
    </w:p>
    <w:p>
      <w:r>
        <w:rPr>
          <w:rFonts w:ascii="Gentium Plus" w:hAnsi="Gentium Plus"/>
          <w:sz w:val="24"/>
        </w:rPr>
        <w:t>ᾠόμην λαβεῖν: ὅτι δηλοῖ τὸν λεπτόν, ὁποῖός τις ἦν. ἦν δὲ ἀργυρᾶ νομίσματα. ΓAld</w:t>
      </w:r>
    </w:p>
    <w:p>
      <w:r>
        <w:rPr>
          <w:rFonts w:ascii="Courier New" w:hAnsi="Courier New"/>
          <w:color w:val="555555"/>
          <w:sz w:val="20"/>
        </w:rPr>
        <w:t>[sch vesp 792]</w:t>
      </w:r>
    </w:p>
    <w:p>
      <w:r>
        <w:rPr>
          <w:rFonts w:ascii="Gentium Plus" w:hAnsi="Gentium Plus"/>
          <w:sz w:val="24"/>
        </w:rPr>
        <w:t>ὀσφρόμενος] τῆς δυσωδίας αἰσθόμενος. LhAld</w:t>
      </w:r>
    </w:p>
    <w:p>
      <w:r>
        <w:rPr>
          <w:rFonts w:ascii="Courier New" w:hAnsi="Courier New"/>
          <w:color w:val="555555"/>
          <w:sz w:val="20"/>
        </w:rPr>
        <w:t>[sch vesp 793]</w:t>
      </w:r>
    </w:p>
    <w:p>
      <w:r>
        <w:rPr>
          <w:rFonts w:ascii="Gentium Plus" w:hAnsi="Gentium Plus"/>
          <w:sz w:val="24"/>
        </w:rPr>
        <w:t>αὐτόν] τὸν Λυσίστρατον. Lh</w:t>
      </w:r>
    </w:p>
    <w:p>
      <w:r>
        <w:rPr>
          <w:rFonts w:ascii="Courier New" w:hAnsi="Courier New"/>
          <w:color w:val="555555"/>
          <w:sz w:val="20"/>
        </w:rPr>
        <w:t>[sch vesp 794]</w:t>
      </w:r>
    </w:p>
    <w:p>
      <w:r>
        <w:rPr>
          <w:rFonts w:ascii="Gentium Plus" w:hAnsi="Gentium Plus"/>
          <w:sz w:val="24"/>
        </w:rPr>
        <w:t>ἀλεκτρυόνος μ’ ἔφασκε: ἐπεὶ πάντα πέττουσιν οἱ ἀλεκτρυόνες θερμοτάτην κοιλίαν ἔχοντες. VΓLhAld</w:t>
      </w:r>
    </w:p>
    <w:p>
      <w:r>
        <w:rPr>
          <w:rFonts w:ascii="Courier New" w:hAnsi="Courier New"/>
          <w:color w:val="555555"/>
          <w:sz w:val="20"/>
        </w:rPr>
        <w:t>[sch vesp 795a]</w:t>
      </w:r>
    </w:p>
    <w:p>
      <w:r>
        <w:rPr>
          <w:rFonts w:ascii="Gentium Plus" w:hAnsi="Gentium Plus"/>
          <w:sz w:val="24"/>
        </w:rPr>
        <w:t>ταχὺ γοῦν καθέψεις: τοὺς ὀβολοὺς ἀργυροῦς εἴρηκεν, ὡς καὶ ἡμεῖς λέγομεν “χαλκοῦς μοι ὀφείλειν” ἀργυροῦ ὄντος, εἰ μὴ καθότι τρεῖς ὀβολοὶ ὄντες ἀργυροῦν τριώβολον ἐγίνοντο. VΓAld</w:t>
      </w:r>
    </w:p>
    <w:p>
      <w:r>
        <w:rPr>
          <w:rFonts w:ascii="Courier New" w:hAnsi="Courier New"/>
          <w:color w:val="555555"/>
          <w:sz w:val="20"/>
        </w:rPr>
        <w:t>[sch vesp 795b]</w:t>
      </w:r>
    </w:p>
    <w:p>
      <w:r>
        <w:rPr>
          <w:rFonts w:ascii="Gentium Plus" w:hAnsi="Gentium Plus"/>
          <w:sz w:val="24"/>
        </w:rPr>
        <w:t>καθέψεις] κατακαίεις. Lh</w:t>
      </w:r>
    </w:p>
    <w:p>
      <w:r>
        <w:rPr>
          <w:rFonts w:ascii="Courier New" w:hAnsi="Courier New"/>
          <w:color w:val="555555"/>
          <w:sz w:val="20"/>
        </w:rPr>
        <w:t>[sch vesp 795c]</w:t>
      </w:r>
    </w:p>
    <w:p>
      <w:r>
        <w:rPr>
          <w:rFonts w:ascii="Gentium Plus" w:hAnsi="Gentium Plus"/>
          <w:sz w:val="24"/>
        </w:rPr>
        <w:t>τἀργύριον] ὅτι καὶ ⸢οἱ Lh ὀβολοὶ ἀργυροῖ ἦσαν. RΓ3Lh</w:t>
      </w:r>
    </w:p>
    <w:p>
      <w:r>
        <w:rPr>
          <w:rFonts w:ascii="Courier New" w:hAnsi="Courier New"/>
          <w:color w:val="555555"/>
          <w:sz w:val="20"/>
        </w:rPr>
        <w:t>[sch vesp 795d]</w:t>
      </w:r>
    </w:p>
    <w:p>
      <w:r>
        <w:rPr>
          <w:rFonts w:ascii="Gentium Plus" w:hAnsi="Gentium Plus"/>
          <w:sz w:val="24"/>
        </w:rPr>
        <w:t>ἦ δ’ ὃς λέγων: ⸢ἀντὶ τοῦ VΓAld ἔφη (.) VΓLhAld, καὶ ἔστιν ἀπὸ τοῦ ἠμί. κέχρηται δὲ αὐτῷ συνεχῶς ὁ Πλάτων ἐπὶ μέλλοντος μόνου, οἱ δὲ κω‐ μικοὶ καὶ ἐπὶ ⸢τῶν ΓAld ἄλλων χρόνων. VΓAld</w:t>
      </w:r>
    </w:p>
    <w:p>
      <w:r>
        <w:rPr>
          <w:rFonts w:ascii="Courier New" w:hAnsi="Courier New"/>
          <w:color w:val="555555"/>
          <w:sz w:val="20"/>
        </w:rPr>
        <w:t>[sch vesp 795e]</w:t>
      </w:r>
    </w:p>
    <w:p>
      <w:r>
        <w:rPr>
          <w:rFonts w:ascii="Gentium Plus" w:hAnsi="Gentium Plus"/>
          <w:sz w:val="24"/>
        </w:rPr>
        <w:t>ὃς] οὗτος. Lh</w:t>
      </w:r>
    </w:p>
    <w:p>
      <w:r>
        <w:rPr>
          <w:rFonts w:ascii="Courier New" w:hAnsi="Courier New"/>
          <w:color w:val="555555"/>
          <w:sz w:val="20"/>
        </w:rPr>
        <w:t>[sch vesp 798]</w:t>
      </w:r>
    </w:p>
    <w:p>
      <w:r>
        <w:rPr>
          <w:rFonts w:ascii="Gentium Plus" w:hAnsi="Gentium Plus"/>
          <w:sz w:val="24"/>
        </w:rPr>
        <w:t>ταῦθ’ ἥξω: ⸢τὰ VΓ3 πρὸς τὸ σχῆμα τοῦ δικαστηρίου ⸢ἐπιτήδεια VΓ3 [ἐπιτηδεύει LhAld]. VΓ3LhAld</w:t>
      </w:r>
    </w:p>
    <w:p>
      <w:r>
        <w:rPr>
          <w:rFonts w:ascii="Courier New" w:hAnsi="Courier New"/>
          <w:color w:val="555555"/>
          <w:sz w:val="20"/>
        </w:rPr>
        <w:t>[sch vesp 799a]</w:t>
      </w:r>
    </w:p>
    <w:p>
      <w:r>
        <w:rPr>
          <w:rFonts w:ascii="Gentium Plus" w:hAnsi="Gentium Plus"/>
          <w:sz w:val="24"/>
        </w:rPr>
        <w:t>ὅρα τὸ χρῆμα: ταῦτα πρὸς ἑαυτὸν τοῦ υἱοῦ εἰσελθόντος. ΓAld</w:t>
      </w:r>
    </w:p>
    <w:p>
      <w:r>
        <w:rPr>
          <w:rFonts w:ascii="Courier New" w:hAnsi="Courier New"/>
          <w:color w:val="555555"/>
          <w:sz w:val="20"/>
        </w:rPr>
        <w:t>[sch vesp 799b]</w:t>
      </w:r>
    </w:p>
    <w:p>
      <w:r>
        <w:rPr>
          <w:rFonts w:ascii="Gentium Plus" w:hAnsi="Gentium Plus"/>
          <w:sz w:val="24"/>
        </w:rPr>
        <w:t>τὰ λόγι’ κτλ.] οἱ χρησμοὶ τοῦ Ἀπόλλωνος. VΓ3Lh</w:t>
      </w:r>
    </w:p>
    <w:p>
      <w:r>
        <w:rPr>
          <w:rFonts w:ascii="Courier New" w:hAnsi="Courier New"/>
          <w:color w:val="555555"/>
          <w:sz w:val="20"/>
        </w:rPr>
        <w:t>[sch vesp 801]</w:t>
      </w:r>
    </w:p>
    <w:p>
      <w:r>
        <w:rPr>
          <w:rFonts w:ascii="Gentium Plus" w:hAnsi="Gentium Plus"/>
          <w:sz w:val="24"/>
        </w:rPr>
        <w:t>ἐπὶ ταῖς κτλ.] οὐκ ἐπ’ ⸢ἀληθείᾳ RAld [ἀληθείας VΓ3Lh] ⸢ταῦτά φησιν, ὅτι χρησμὸς ἐδόθη, LhAld, ἀλλὰ πρὸς ⸢τὴν φιλοδικίαν RVΓ3 [τὸ</w:t>
      </w:r>
    </w:p>
    <w:p>
      <w:r>
        <w:rPr>
          <w:rFonts w:ascii="Courier New" w:hAnsi="Courier New"/>
          <w:color w:val="555555"/>
          <w:sz w:val="20"/>
        </w:rPr>
        <w:t>[sch vesp 804a]</w:t>
      </w:r>
    </w:p>
    <w:p>
      <w:r>
        <w:rPr>
          <w:rFonts w:ascii="Gentium Plus" w:hAnsi="Gentium Plus"/>
          <w:sz w:val="24"/>
        </w:rPr>
        <w:t>ὥσπερ Ἑκάταιον: ⸢τὸ Ἑκατήσιον λεγόμενον· τῇ προσῳδίᾳ VΓAld Καλλίστρατος, ὡς “ἐπινίκιον”. RVΓAld ἔν τισι γὰρ εὕρηται Ἑκατεῖον. Ald</w:t>
      </w:r>
    </w:p>
    <w:p>
      <w:r>
        <w:rPr>
          <w:rFonts w:ascii="Courier New" w:hAnsi="Courier New"/>
          <w:color w:val="555555"/>
          <w:sz w:val="20"/>
        </w:rPr>
        <w:t>[sch vesp 804b]</w:t>
      </w:r>
    </w:p>
    <w:p>
      <w:r>
        <w:rPr>
          <w:rFonts w:ascii="Gentium Plus" w:hAnsi="Gentium Plus"/>
          <w:sz w:val="24"/>
        </w:rPr>
        <w:t>Ἑκάταιον κτλ.] ἱερὸν Ἑκάτης, ὡς τῶν Ἀθηναίων πανταχοῦ ⸢ἱδρυ‐ ομένων Vlt [ἱδρυμένων Ald] αὐτὴν ὡς ἔφορον πάντων καὶ κουροτρόφον. VltAld Ἑκάταιον οὖν Ἑκάτης ἄγαλμα, Ald</w:t>
      </w:r>
    </w:p>
    <w:p>
      <w:r>
        <w:rPr>
          <w:rFonts w:ascii="Courier New" w:hAnsi="Courier New"/>
          <w:color w:val="555555"/>
          <w:sz w:val="20"/>
        </w:rPr>
        <w:t>[sch vesp 807a]</w:t>
      </w:r>
    </w:p>
    <w:p>
      <w:r>
        <w:rPr>
          <w:rFonts w:ascii="Gentium Plus" w:hAnsi="Gentium Plus"/>
          <w:sz w:val="24"/>
        </w:rPr>
        <w:t>ἀμὶς μὲν] οὐροδόχον ἀγγεῖον. Lh</w:t>
      </w:r>
    </w:p>
    <w:p>
      <w:r>
        <w:rPr>
          <w:rFonts w:ascii="Courier New" w:hAnsi="Courier New"/>
          <w:color w:val="555555"/>
          <w:sz w:val="20"/>
        </w:rPr>
        <w:t>[sch vesp 807b]</w:t>
      </w:r>
    </w:p>
    <w:p>
      <w:r>
        <w:rPr>
          <w:rFonts w:ascii="Gentium Plus" w:hAnsi="Gentium Plus"/>
          <w:sz w:val="24"/>
        </w:rPr>
        <w:t>ἀμὶς μὲν: οὐρητρίς, οὐρηρὸν ἀγγεῖον (ex Su. s. v. ἀμίδα, I 141, 23)</w:t>
      </w:r>
    </w:p>
    <w:p>
      <w:r>
        <w:rPr>
          <w:rFonts w:ascii="Courier New" w:hAnsi="Courier New"/>
          <w:color w:val="555555"/>
          <w:sz w:val="20"/>
        </w:rPr>
        <w:t>[sch vesp 807c]</w:t>
      </w:r>
    </w:p>
    <w:p>
      <w:r>
        <w:rPr>
          <w:rFonts w:ascii="Gentium Plus" w:hAnsi="Gentium Plus"/>
          <w:sz w:val="24"/>
        </w:rPr>
        <w:t>ἢν οὐρητιάσῃς] ⸢οὐρήσειν βούλῃ Lh [οὐρῆσαι βουλήσῃ Ald], ἢ ⸢εἰ Lh στραγγουρίας περιπέσῃς νοσήματι. LhAld</w:t>
      </w:r>
    </w:p>
    <w:p>
      <w:r>
        <w:rPr>
          <w:rFonts w:ascii="Courier New" w:hAnsi="Courier New"/>
          <w:color w:val="555555"/>
          <w:sz w:val="20"/>
        </w:rPr>
        <w:t>[sch vesp 809]</w:t>
      </w:r>
    </w:p>
    <w:p>
      <w:r>
        <w:rPr>
          <w:rFonts w:ascii="Gentium Plus" w:hAnsi="Gentium Plus"/>
          <w:sz w:val="24"/>
        </w:rPr>
        <w:t>σοφόν γε τουτὶ] φυσικῶς τοῦτ’ εἶπες. Lh</w:t>
      </w:r>
    </w:p>
    <w:p>
      <w:r>
        <w:rPr>
          <w:rFonts w:ascii="Courier New" w:hAnsi="Courier New"/>
          <w:color w:val="555555"/>
          <w:sz w:val="20"/>
        </w:rPr>
        <w:t>[sch vesp 810a]</w:t>
      </w:r>
    </w:p>
    <w:p>
      <w:r>
        <w:rPr>
          <w:rFonts w:ascii="Gentium Plus" w:hAnsi="Gentium Plus"/>
          <w:sz w:val="24"/>
        </w:rPr>
        <w:t>ἀτεχνῶς] φανερῶς, Lh ὑπερβαλλόντως. Γ3Lh</w:t>
      </w:r>
    </w:p>
    <w:p>
      <w:r>
        <w:rPr>
          <w:rFonts w:ascii="Courier New" w:hAnsi="Courier New"/>
          <w:color w:val="555555"/>
          <w:sz w:val="20"/>
        </w:rPr>
        <w:t>[sch vesp 810b]</w:t>
      </w:r>
    </w:p>
    <w:p>
      <w:r>
        <w:rPr>
          <w:rFonts w:ascii="Gentium Plus" w:hAnsi="Gentium Plus"/>
          <w:sz w:val="24"/>
        </w:rPr>
        <w:t>φάρμακον στραγγουρίας: φυσικῶς τοῦτο εἶπεν. VΓAld ⸢ὅτι LhAld συμβαίνει ⸢γὰρ VΓ τοὺς ἐπέχοντας τὰ οὖρα ⸢στραγγουριᾶν VΓAld [στραγγουρίᾳ περιπίπτειν Lh]. VΓLhAld</w:t>
      </w:r>
    </w:p>
    <w:p>
      <w:r>
        <w:rPr>
          <w:rFonts w:ascii="Courier New" w:hAnsi="Courier New"/>
          <w:color w:val="555555"/>
          <w:sz w:val="20"/>
        </w:rPr>
        <w:t>[sch vesp 811]</w:t>
      </w:r>
    </w:p>
    <w:p>
      <w:r>
        <w:rPr>
          <w:rFonts w:ascii="Gentium Plus" w:hAnsi="Gentium Plus"/>
          <w:sz w:val="24"/>
        </w:rPr>
        <w:t>προσέστηκε φακῆ: ὥσπερ τὸ “συκῆ” ἀπὸ τοῦ “συκέα” περισπῶσι καὶ τὸ “ἀμυγδαλῆ” ἀπὸ τοῦ “ἀμυγδαλέα”, οὕτω καὶ “φακῆ” ἀπὸ τοῦ “φακέα”.</w:t>
      </w:r>
    </w:p>
    <w:p>
      <w:r>
        <w:rPr>
          <w:rFonts w:ascii="Courier New" w:hAnsi="Courier New"/>
          <w:color w:val="555555"/>
          <w:sz w:val="20"/>
        </w:rPr>
        <w:t>[sch vesp 814]</w:t>
      </w:r>
    </w:p>
    <w:p>
      <w:r>
        <w:rPr>
          <w:rFonts w:ascii="Gentium Plus" w:hAnsi="Gentium Plus"/>
          <w:sz w:val="24"/>
        </w:rPr>
        <w:t>τὴν φακῆν ῥοφήσομαι: ὡς ⸢καὶ R φακῆς ⸢ῥοφήματος διδομένου RΓ*Ald* [ῥοφήματι διδομένης VLh] τοῖς ἀσθενοῦσιν (.) RVΓLhAld ἔπαιξεν, ἐπεὶ ⸢καὶ Lh οἱ νοσοῦντες χυλὸν πτισάνης ῥοφοῦσιν. VΓLhAld</w:t>
      </w:r>
    </w:p>
    <w:p>
      <w:r>
        <w:rPr>
          <w:rFonts w:ascii="Courier New" w:hAnsi="Courier New"/>
          <w:color w:val="555555"/>
          <w:sz w:val="20"/>
        </w:rPr>
        <w:t>[sch vesp 815]</w:t>
      </w:r>
    </w:p>
    <w:p>
      <w:r>
        <w:rPr>
          <w:rFonts w:ascii="Gentium Plus" w:hAnsi="Gentium Plus"/>
          <w:sz w:val="24"/>
        </w:rPr>
        <w:t>ἀτὰρ τί τὸν ὄρνιν: ὡς ⸢καὶ VLh ἀλεκτρυόνα ἐξαγαγόντος τοῦ Βδελυκλέωνος. VΓLhAld</w:t>
      </w:r>
    </w:p>
    <w:p>
      <w:r>
        <w:rPr>
          <w:rFonts w:ascii="Courier New" w:hAnsi="Courier New"/>
          <w:color w:val="555555"/>
          <w:sz w:val="20"/>
        </w:rPr>
        <w:t>[sch vesp 817]</w:t>
      </w:r>
    </w:p>
    <w:p>
      <w:r>
        <w:rPr>
          <w:rFonts w:ascii="Gentium Plus" w:hAnsi="Gentium Plus"/>
          <w:sz w:val="24"/>
        </w:rPr>
        <w:t>ᾄδων ἄνωθεν: κυρίως ⸢τὸ VΓAld ᾄδειν ἐπὶ τοῦ ἀλεκτρυόνος· κοκκύζειν ⸢γὰρ V [δὲ ΓLhAld] ἐπὶ τοῦ κόκκυγος. VΓLhAld</w:t>
      </w:r>
    </w:p>
    <w:p>
      <w:r>
        <w:rPr>
          <w:rFonts w:ascii="Courier New" w:hAnsi="Courier New"/>
          <w:color w:val="555555"/>
          <w:sz w:val="20"/>
        </w:rPr>
        <w:t>[sch vesp 819]</w:t>
      </w:r>
    </w:p>
    <w:p>
      <w:r>
        <w:rPr>
          <w:rFonts w:ascii="Gentium Plus" w:hAnsi="Gentium Plus"/>
          <w:sz w:val="24"/>
        </w:rPr>
        <w:t>θἠρῷον: τὸ ἱερὸν τοῦ ἥρωος Λύκου· πάλιν δὲ καὶ τοῦτο ὡς φιλόδικος. VΓLhAld</w:t>
      </w:r>
    </w:p>
    <w:p>
      <w:r>
        <w:rPr>
          <w:rFonts w:ascii="Courier New" w:hAnsi="Courier New"/>
          <w:color w:val="555555"/>
          <w:sz w:val="20"/>
        </w:rPr>
        <w:t>[sch vesp 820]</w:t>
      </w:r>
    </w:p>
    <w:p>
      <w:r>
        <w:rPr>
          <w:rFonts w:ascii="Gentium Plus" w:hAnsi="Gentium Plus"/>
          <w:sz w:val="24"/>
        </w:rPr>
        <w:t>πάρεστι τουτί: ⸢εἰκόνα, R πινάκιον κομίζει, ἐν ᾧ γεγραμμένος ⸢†ἔσται† R [ἦν VΓLhAld] ὁ Λύκος. RVΓLhAld</w:t>
      </w:r>
    </w:p>
    <w:p>
      <w:r>
        <w:rPr>
          <w:rFonts w:ascii="Courier New" w:hAnsi="Courier New"/>
          <w:color w:val="555555"/>
          <w:sz w:val="20"/>
        </w:rPr>
        <w:t>[sch vesp 821]</w:t>
      </w:r>
    </w:p>
    <w:p>
      <w:r>
        <w:rPr>
          <w:rFonts w:ascii="Gentium Plus" w:hAnsi="Gentium Plus"/>
          <w:sz w:val="24"/>
        </w:rPr>
        <w:t>χαλεπὸν ἄρ’ ἦσθ’ ἰδεῖν: ὡς δυσμόρφου τοῦ ἥρωος γεγραμμένου. VΓLhAld</w:t>
      </w:r>
    </w:p>
    <w:p>
      <w:r>
        <w:rPr>
          <w:rFonts w:ascii="Courier New" w:hAnsi="Courier New"/>
          <w:color w:val="555555"/>
          <w:sz w:val="20"/>
        </w:rPr>
        <w:t>[sch vesp 822a]</w:t>
      </w:r>
    </w:p>
    <w:p>
      <w:r>
        <w:rPr>
          <w:rFonts w:ascii="Gentium Plus" w:hAnsi="Gentium Plus"/>
          <w:sz w:val="24"/>
        </w:rPr>
        <w:t>οἷόσπερ ἡμῖν φαίνεται: ⸢ἄρυθμος VΓ [ἄρρυθμος Ald] καὶ μακρός. VΓAld προείρηται ⸢γάρ VΓAld, ὅτι φαῦλος ἦν τὴν ὄψιν καὶ κακοσύν‐ θετος τὸ σῶμα ὁ Κλεώνυμος (.) VΓLhAld καὶ χαλεπὸς δημαγωγός. Lh</w:t>
      </w:r>
    </w:p>
    <w:p>
      <w:r>
        <w:rPr>
          <w:rFonts w:ascii="Courier New" w:hAnsi="Courier New"/>
          <w:color w:val="555555"/>
          <w:sz w:val="20"/>
        </w:rPr>
        <w:t>[sch vesp 822b]</w:t>
      </w:r>
    </w:p>
    <w:p>
      <w:r>
        <w:rPr>
          <w:rFonts w:ascii="Gentium Plus" w:hAnsi="Gentium Plus"/>
          <w:sz w:val="24"/>
        </w:rPr>
        <w:t>τοῦτο δὲ εἶπεν, ΓAld καθὸ ⸢καὶ ΓAld χαλεπὸς ἦν δημαγωγὸς(ός)</w:t>
      </w:r>
    </w:p>
    <w:p>
      <w:r>
        <w:rPr>
          <w:rFonts w:ascii="Courier New" w:hAnsi="Courier New"/>
          <w:color w:val="555555"/>
          <w:sz w:val="20"/>
        </w:rPr>
        <w:t>[sch vesp 823]</w:t>
      </w:r>
    </w:p>
    <w:p>
      <w:r>
        <w:rPr>
          <w:rFonts w:ascii="Gentium Plus" w:hAnsi="Gentium Plus"/>
          <w:sz w:val="24"/>
        </w:rPr>
        <w:t>οὐκοῦν ἔχει γ’ οὐδ’ αὐτὸς: “οὐκ ἔχει δὲ ὅπλα” φησίν, Lh ἐπειδὴ ῥίψασπις ἦν Lh ὁ Κλεώνυμος. εἶχον δὲ καὶ οἱ ἥρωες πανοπλίαν· ⸢καὶ LhAld δῆλον ἐκ τῶν Δαιταλέων. VΓLhAld</w:t>
      </w:r>
    </w:p>
    <w:p>
      <w:r>
        <w:rPr>
          <w:rFonts w:ascii="Courier New" w:hAnsi="Courier New"/>
          <w:color w:val="555555"/>
          <w:sz w:val="20"/>
        </w:rPr>
        <w:t>[sch vesp 825]</w:t>
      </w:r>
    </w:p>
    <w:p>
      <w:r>
        <w:rPr>
          <w:rFonts w:ascii="Gentium Plus" w:hAnsi="Gentium Plus"/>
          <w:sz w:val="24"/>
        </w:rPr>
        <w:t>νυν] δή. Lh</w:t>
      </w:r>
    </w:p>
    <w:p>
      <w:r>
        <w:rPr>
          <w:rFonts w:ascii="Courier New" w:hAnsi="Courier New"/>
          <w:color w:val="555555"/>
          <w:sz w:val="20"/>
        </w:rPr>
        <w:t>[sch vesp 826]</w:t>
      </w:r>
    </w:p>
    <w:p>
      <w:r>
        <w:rPr>
          <w:rFonts w:ascii="Gentium Plus" w:hAnsi="Gentium Plus"/>
          <w:sz w:val="24"/>
        </w:rPr>
        <w:t>νυν] δή. Lh</w:t>
      </w:r>
    </w:p>
    <w:p>
      <w:r>
        <w:rPr>
          <w:rFonts w:ascii="Courier New" w:hAnsi="Courier New"/>
          <w:color w:val="555555"/>
          <w:sz w:val="20"/>
        </w:rPr>
        <w:t>[sch vesp 827]</w:t>
      </w:r>
    </w:p>
    <w:p>
      <w:r>
        <w:rPr>
          <w:rFonts w:ascii="Gentium Plus" w:hAnsi="Gentium Plus"/>
          <w:sz w:val="24"/>
        </w:rPr>
        <w:t>τῇ οἰκίᾳ] συνίζησις. Lh</w:t>
      </w:r>
    </w:p>
    <w:p>
      <w:r>
        <w:rPr>
          <w:rFonts w:ascii="Courier New" w:hAnsi="Courier New"/>
          <w:color w:val="555555"/>
          <w:sz w:val="20"/>
        </w:rPr>
        <w:t>[sch vesp 830]</w:t>
      </w:r>
    </w:p>
    <w:p>
      <w:r>
        <w:rPr>
          <w:rFonts w:ascii="Gentium Plus" w:hAnsi="Gentium Plus"/>
          <w:sz w:val="24"/>
        </w:rPr>
        <w:t>ἄνευ δρυφάκτου: δρύφακτος RΓAld τὸ ⸢παραγενόμενον R [περιτεινό‐ μενον VΓ*Ald*] ⸢, ὡς εἴρηται, Ald</w:t>
      </w:r>
    </w:p>
    <w:p>
      <w:r>
        <w:rPr>
          <w:rFonts w:ascii="Courier New" w:hAnsi="Courier New"/>
          <w:color w:val="555555"/>
          <w:sz w:val="20"/>
        </w:rPr>
        <w:t>[sch vesp 830,col 2 (2)]</w:t>
      </w:r>
    </w:p>
    <w:p>
      <w:r>
        <w:rPr>
          <w:rFonts w:ascii="Gentium Plus" w:hAnsi="Gentium Plus"/>
          <w:sz w:val="24"/>
        </w:rPr>
        <w:t>, τοῦ περιτεινομένου ξύλου τοῖς δι‐</w:t>
      </w:r>
    </w:p>
    <w:p>
      <w:r>
        <w:rPr>
          <w:rFonts w:ascii="Courier New" w:hAnsi="Courier New"/>
          <w:color w:val="555555"/>
          <w:sz w:val="20"/>
        </w:rPr>
        <w:t>[sch vesp 831a]</w:t>
      </w:r>
    </w:p>
    <w:p>
      <w:r>
        <w:rPr>
          <w:rFonts w:ascii="Gentium Plus" w:hAnsi="Gentium Plus"/>
          <w:sz w:val="24"/>
        </w:rPr>
        <w:t>ὃ πρῶτον ἡμῖν: ἀπὸ τῶν ⸢θυτῶν R [θυόντων VΓLhAld] ⸢τοῦτο εἴρηκεν Lh. ἐκεῖνοι γὰρ πρῶτον τὸ ἧπαρ ἐπισκοποῦνται, εἶτα ⸢τὸν Lh σπλῆνα καὶ τὰ λοιπά. RVΓLhAld</w:t>
      </w:r>
    </w:p>
    <w:p>
      <w:r>
        <w:rPr>
          <w:rFonts w:ascii="Courier New" w:hAnsi="Courier New"/>
          <w:color w:val="555555"/>
          <w:sz w:val="20"/>
        </w:rPr>
        <w:t>[sch vesp 831b]</w:t>
      </w:r>
    </w:p>
    <w:p>
      <w:r>
        <w:rPr>
          <w:rFonts w:ascii="Gentium Plus" w:hAnsi="Gentium Plus"/>
          <w:sz w:val="24"/>
        </w:rPr>
        <w:t>ἡμῖν: τοῖς δικασταῖς. VLh</w:t>
      </w:r>
    </w:p>
    <w:p>
      <w:r>
        <w:rPr>
          <w:rFonts w:ascii="Courier New" w:hAnsi="Courier New"/>
          <w:color w:val="555555"/>
          <w:sz w:val="20"/>
        </w:rPr>
        <w:t>[sch vesp 833]</w:t>
      </w:r>
    </w:p>
    <w:p>
      <w:r>
        <w:rPr>
          <w:rFonts w:ascii="Gentium Plus" w:hAnsi="Gentium Plus"/>
          <w:sz w:val="24"/>
        </w:rPr>
        <w:t>τό γε παραυτίκ’ ἔνδον: τὸ VΓLhAld</w:t>
      </w:r>
    </w:p>
    <w:p>
      <w:r>
        <w:rPr>
          <w:rFonts w:ascii="Courier New" w:hAnsi="Courier New"/>
          <w:color w:val="555555"/>
          <w:sz w:val="20"/>
        </w:rPr>
        <w:t>[sch vesp 833,col 2 (2)]</w:t>
      </w:r>
    </w:p>
    <w:p>
      <w:r>
        <w:rPr>
          <w:rFonts w:ascii="Gentium Plus" w:hAnsi="Gentium Plus"/>
          <w:sz w:val="24"/>
        </w:rPr>
        <w:t>εὑρεθὲν αὐτίκα προχείρως Lh</w:t>
      </w:r>
    </w:p>
    <w:p>
      <w:r>
        <w:rPr>
          <w:rFonts w:ascii="Courier New" w:hAnsi="Courier New"/>
          <w:color w:val="555555"/>
          <w:sz w:val="20"/>
        </w:rPr>
        <w:t>[sch vesp 833 (3)]</w:t>
      </w:r>
    </w:p>
    <w:p>
      <w:r>
        <w:rPr>
          <w:rFonts w:ascii="Gentium Plus" w:hAnsi="Gentium Plus"/>
          <w:sz w:val="24"/>
        </w:rPr>
        <w:t>ἀντὶ ⸢τοῦ LhAld δρυφάκτου. VΓLhAld</w:t>
      </w:r>
    </w:p>
    <w:p>
      <w:r>
        <w:rPr>
          <w:rFonts w:ascii="Courier New" w:hAnsi="Courier New"/>
          <w:color w:val="555555"/>
          <w:sz w:val="20"/>
        </w:rPr>
        <w:t>[sch vesp 834]</w:t>
      </w:r>
    </w:p>
    <w:p>
      <w:r>
        <w:rPr>
          <w:rFonts w:ascii="Gentium Plus" w:hAnsi="Gentium Plus"/>
          <w:sz w:val="24"/>
        </w:rPr>
        <w:t>τί ποτε τὸ χρῆμα: τοῦτο ὁ νεανίσκος, VΓAld ὡσεὶ ἔλεγε τὸ ἐπι‐ χωριάζειν. RVΓAld δεινόν, φησίν, VΓAld τὰ ἐπιχώρια φιλεῖν, ὅπου καὶ οὗτος τὰ ἐν τῷ δικαστηρίῳ πάντα φιλεῖ.</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834,col 2 (3)]</w:t>
      </w:r>
    </w:p>
    <w:p>
      <w:r>
        <w:rPr>
          <w:rFonts w:ascii="Gentium Plus" w:hAnsi="Gentium Plus"/>
          <w:sz w:val="24"/>
        </w:rPr>
        <w:t>ἤγουν τὰ ἐπιχώρια φιλεῖν, ὡς οὗτος</w:t>
      </w:r>
    </w:p>
    <w:p>
      <w:r>
        <w:rPr>
          <w:rFonts w:ascii="Courier New" w:hAnsi="Courier New"/>
          <w:color w:val="555555"/>
          <w:sz w:val="20"/>
        </w:rPr>
        <w:t>[sch vesp 835a]</w:t>
      </w:r>
    </w:p>
    <w:p>
      <w:r>
        <w:rPr>
          <w:rFonts w:ascii="Gentium Plus" w:hAnsi="Gentium Plus"/>
          <w:sz w:val="24"/>
        </w:rPr>
        <w:t>βάλλ’ ἐς κόρακας: ἔξεισιν ⸢ὁ VΓAld οἰκέτης ⸢κυνὶ VΓAld [τινὶ Lh] ἐγκαλῶν. VΓLhAld λείπει δὲ “οὐδεὶς ὤφειλεν”. VΓAld</w:t>
      </w:r>
    </w:p>
    <w:p>
      <w:r>
        <w:rPr>
          <w:rFonts w:ascii="Courier New" w:hAnsi="Courier New"/>
          <w:color w:val="555555"/>
          <w:sz w:val="20"/>
        </w:rPr>
        <w:t>[sch vesp 835b]</w:t>
      </w:r>
    </w:p>
    <w:p>
      <w:r>
        <w:rPr>
          <w:rFonts w:ascii="Gentium Plus" w:hAnsi="Gentium Plus"/>
          <w:sz w:val="24"/>
        </w:rPr>
        <w:t>τρέφειν κύνα] λείπει “χαλεπόν” ἢ “δεινόν”. Lh</w:t>
      </w:r>
    </w:p>
    <w:p>
      <w:r>
        <w:rPr>
          <w:rFonts w:ascii="Courier New" w:hAnsi="Courier New"/>
          <w:color w:val="555555"/>
          <w:sz w:val="20"/>
        </w:rPr>
        <w:t>[sch vesp 836a]</w:t>
      </w:r>
    </w:p>
    <w:p>
      <w:r>
        <w:rPr>
          <w:rFonts w:ascii="Gentium Plus" w:hAnsi="Gentium Plus"/>
          <w:sz w:val="24"/>
        </w:rPr>
        <w:t>ὄνομα κυνός. R</w:t>
      </w:r>
    </w:p>
    <w:p>
      <w:r>
        <w:rPr>
          <w:rFonts w:ascii="Courier New" w:hAnsi="Courier New"/>
          <w:color w:val="555555"/>
          <w:sz w:val="20"/>
        </w:rPr>
        <w:t>[sch vesp 836b]</w:t>
      </w:r>
    </w:p>
    <w:p>
      <w:r>
        <w:rPr>
          <w:rFonts w:ascii="Gentium Plus" w:hAnsi="Gentium Plus"/>
          <w:sz w:val="24"/>
        </w:rPr>
        <w:t>οὐ γὰρ ὁ Λάβης ἀρτίως: ἔσωθέν τις τούτων. ΓAld ⸢τῷ δὲ κυνὶ ὄνομα Λάβης ΓAld [κύων οὕτω καλούμενος Lh] ἀπὸ τοῦ λαμβάνειν θηρία. (V) ΓLhAld τυρὸν δὲ ἥρπασεν οὗτος. VΓAld</w:t>
      </w:r>
    </w:p>
    <w:p>
      <w:r>
        <w:rPr>
          <w:rFonts w:ascii="Courier New" w:hAnsi="Courier New"/>
          <w:color w:val="555555"/>
          <w:sz w:val="20"/>
        </w:rPr>
        <w:t>[sch vesp 836c]</w:t>
      </w:r>
    </w:p>
    <w:p>
      <w:r>
        <w:rPr>
          <w:rFonts w:ascii="Gentium Plus" w:hAnsi="Gentium Plus"/>
          <w:sz w:val="24"/>
        </w:rPr>
        <w:t>ἀξιοῦσί τινες ⸢ὡς παράγραμμα VΓAld [διὰ τούτων Lh] κωμῳδεῖ‐ σθαι Λάχητα τὸν στρατηγήσαντα περὶ Σικελίαν (.) VΓLhAld ἐπὶ δωροδοκίᾳ καὶ τὰ ἑξῆς ἐπὶ ταὐτὸν λέγεσθαι τὴν ὑπόνοιαν. VΓAld ὅτι δὲ νοσφιστὴς καὶ ὑπ’ ἄλλων κω‐</w:t>
      </w:r>
    </w:p>
    <w:p>
      <w:r>
        <w:rPr>
          <w:rFonts w:ascii="Courier New" w:hAnsi="Courier New"/>
          <w:color w:val="555555"/>
          <w:sz w:val="20"/>
        </w:rPr>
        <w:t>[5]</w:t>
      </w:r>
    </w:p>
    <w:p>
      <w:r>
        <w:rPr>
          <w:rFonts w:ascii="Gentium Plus" w:hAnsi="Gentium Plus"/>
          <w:sz w:val="24"/>
        </w:rPr>
        <w:t>μῳδεῖται, προείρηται. τοῦτο δέ ἐστι κομψόν, οὐ πάνυ δὲ οἰκεῖον δοκεῖ,</w:t>
      </w:r>
    </w:p>
    <w:p>
      <w:r>
        <w:rPr>
          <w:rFonts w:ascii="Courier New" w:hAnsi="Courier New"/>
          <w:color w:val="555555"/>
          <w:sz w:val="20"/>
        </w:rPr>
        <w:t>[sch vesp 836c,col 2 (4)]</w:t>
      </w:r>
    </w:p>
    <w:p>
      <w:r>
        <w:rPr>
          <w:rFonts w:ascii="Gentium Plus" w:hAnsi="Gentium Plus"/>
          <w:sz w:val="24"/>
        </w:rPr>
        <w:t>ὅτι γὰρ ἐνοσφίσατο πολλὰ τοῦ δημο‐</w:t>
      </w:r>
    </w:p>
    <w:p>
      <w:r>
        <w:rPr>
          <w:rFonts w:ascii="Courier New" w:hAnsi="Courier New"/>
          <w:color w:val="555555"/>
          <w:sz w:val="20"/>
        </w:rPr>
        <w:t>[5]</w:t>
      </w:r>
    </w:p>
    <w:p>
      <w:r>
        <w:rPr>
          <w:rFonts w:ascii="Gentium Plus" w:hAnsi="Gentium Plus"/>
          <w:sz w:val="24"/>
        </w:rPr>
        <w:t>σίου πράγματα, καὶ ὑπ’ ἄλλων κω‐ μῳδεῖται. τοῦτο δὲ κομψὸν καὶ οὐ πάνυ οἰκεῖον δοκεῖ, ἐπεὶ παρεδή‐</w:t>
      </w:r>
    </w:p>
    <w:p>
      <w:r>
        <w:rPr>
          <w:rFonts w:ascii="Courier New" w:hAnsi="Courier New"/>
          <w:color w:val="555555"/>
          <w:sz w:val="20"/>
        </w:rPr>
        <w:t>[sch vesp 836c (9)]</w:t>
      </w:r>
    </w:p>
    <w:p>
      <w:r>
        <w:rPr>
          <w:rFonts w:ascii="Gentium Plus" w:hAnsi="Gentium Plus"/>
          <w:sz w:val="24"/>
        </w:rPr>
        <w:t>ἀλλ’ ἔοικεν ὁ Λάβης ὠνοματοπεποιῆσθαι ἁπλῶς, καθάπερ ὁ Δάκης ⸢ὁ VΓAld</w:t>
      </w:r>
    </w:p>
    <w:p>
      <w:r>
        <w:rPr>
          <w:rFonts w:ascii="Courier New" w:hAnsi="Courier New"/>
          <w:color w:val="555555"/>
          <w:sz w:val="20"/>
        </w:rPr>
        <w:t>[10]</w:t>
      </w:r>
    </w:p>
    <w:p>
      <w:r>
        <w:rPr>
          <w:rFonts w:ascii="Gentium Plus" w:hAnsi="Gentium Plus"/>
          <w:sz w:val="24"/>
        </w:rPr>
        <w:t>παρὰ Τηλεκλείδῃ ἐν Πρυτάνεσιν· Δάκης τις ἔστιν, ὅντιν’ ἀνθρώπων ὁρᾷς. VΓLhAld</w:t>
      </w:r>
    </w:p>
    <w:p>
      <w:r>
        <w:rPr>
          <w:rFonts w:ascii="Courier New" w:hAnsi="Courier New"/>
          <w:color w:val="555555"/>
          <w:sz w:val="20"/>
        </w:rPr>
        <w:t>[sch vesp 837]</w:t>
      </w:r>
    </w:p>
    <w:p>
      <w:r>
        <w:rPr>
          <w:rFonts w:ascii="Gentium Plus" w:hAnsi="Gentium Plus"/>
          <w:sz w:val="24"/>
        </w:rPr>
        <w:t>ἰπνὸς δὲ ὁ φοῦρνος, κυρίως μὲν ἡ κάμινος (19) ... (20) ἡ ἐσχάρα. (12) καὶ ἴπνια τὰ ἀποκαθάρματα τοῦ ἰπνοῦ, (13) ἢ τὰ πρὸς ... (13) καύσιμα. Καλλίμαχος δὲ τὴν κόπρον τῶν ζῴων· (14) σὺν δ’ ... (14) ἄειρεν. (ex Su. s.v.</w:t>
      </w:r>
    </w:p>
    <w:p>
      <w:r>
        <w:rPr>
          <w:rFonts w:ascii="Courier New" w:hAnsi="Courier New"/>
          <w:color w:val="555555"/>
          <w:sz w:val="20"/>
        </w:rPr>
        <w:t>[sch vesp 838a]</w:t>
      </w:r>
    </w:p>
    <w:p>
      <w:r>
        <w:rPr>
          <w:rFonts w:ascii="Gentium Plus" w:hAnsi="Gentium Plus"/>
          <w:sz w:val="24"/>
        </w:rPr>
        <w:t>τροφαλὶς κυρίως ὁ κύκλος τοῦ τροχοῦ· πολὺς δὲ τυρὸς ἐν Σικελίᾳ. R</w:t>
      </w:r>
    </w:p>
    <w:p>
      <w:r>
        <w:rPr>
          <w:rFonts w:ascii="Courier New" w:hAnsi="Courier New"/>
          <w:color w:val="555555"/>
          <w:sz w:val="20"/>
        </w:rPr>
        <w:t>[sch vesp 838b]</w:t>
      </w:r>
    </w:p>
    <w:p>
      <w:r>
        <w:rPr>
          <w:rFonts w:ascii="Gentium Plus" w:hAnsi="Gentium Plus"/>
          <w:sz w:val="24"/>
        </w:rPr>
        <w:t>τροφαλίδα: οἱ μὲν τὸν ἐπιμήκη τυρόν, οἱ δὲ τροχὸν τυροῦ ⸢σικελικοῦ Γ*Ald. πολυθρέμμων δὲ ἡ Σικελία· διὸ τυρὸν πολὺν καὶ κάλλιστον ἔχει. VΓLhAld</w:t>
      </w:r>
    </w:p>
    <w:p>
      <w:r>
        <w:rPr>
          <w:rFonts w:ascii="Courier New" w:hAnsi="Courier New"/>
          <w:color w:val="555555"/>
          <w:sz w:val="20"/>
        </w:rPr>
        <w:t>[sch vesp 841]</w:t>
      </w:r>
    </w:p>
    <w:p>
      <w:r>
        <w:rPr>
          <w:rFonts w:ascii="Gentium Plus" w:hAnsi="Gentium Plus"/>
          <w:sz w:val="24"/>
        </w:rPr>
        <w:t>ἀλλ’ ἅτερός φησιν κύων: ⸢νῦν RVΓAld [ὅτι Lh] τὰ μὲν πρόσ‐ ωπα τῶν κυνῶν ἐστιν, τὰ δὲ πράγματα πολιτικά. ⸢ἐπάγει R [εἰσάγει VΓLhAld] γάρ(ὰρ) ⸢τινα κλέπτην RV [κλέπτην τινὰ Γ*LhAld*] κατηγορούμενον ὑφ’ ἑτέρου ⸢πολιτοῦ R*VLh. φανεροὶ δὲ ἦσαν τοῖς τότε ⸢ἀφ’ ὧν λέγει δήμων. ἅμα</w:t>
      </w:r>
    </w:p>
    <w:p>
      <w:r>
        <w:rPr>
          <w:rFonts w:ascii="Courier New" w:hAnsi="Courier New"/>
          <w:color w:val="555555"/>
          <w:sz w:val="20"/>
        </w:rPr>
        <w:t>[5]</w:t>
      </w:r>
    </w:p>
    <w:p>
      <w:r>
        <w:rPr>
          <w:rFonts w:ascii="Gentium Plus" w:hAnsi="Gentium Plus"/>
          <w:sz w:val="24"/>
        </w:rPr>
        <w:t>δὲ VΓLhAld καὶ ὡς κυνώδεις αὐτοὺς διαβάλλει. RVΓLhAld</w:t>
      </w:r>
    </w:p>
    <w:p>
      <w:r>
        <w:rPr>
          <w:rFonts w:ascii="Courier New" w:hAnsi="Courier New"/>
          <w:color w:val="555555"/>
          <w:sz w:val="20"/>
        </w:rPr>
        <w:t>[sch vesp 843a]</w:t>
      </w:r>
    </w:p>
    <w:p>
      <w:r>
        <w:rPr>
          <w:rFonts w:ascii="Gentium Plus" w:hAnsi="Gentium Plus"/>
          <w:sz w:val="24"/>
        </w:rPr>
        <w:t>νυν] δή. Lh</w:t>
      </w:r>
    </w:p>
    <w:p>
      <w:r>
        <w:rPr>
          <w:rFonts w:ascii="Courier New" w:hAnsi="Courier New"/>
          <w:color w:val="555555"/>
          <w:sz w:val="20"/>
        </w:rPr>
        <w:t>[sch vesp 843b]</w:t>
      </w:r>
    </w:p>
    <w:p>
      <w:r>
        <w:rPr>
          <w:rFonts w:ascii="Gentium Plus" w:hAnsi="Gentium Plus"/>
          <w:sz w:val="24"/>
        </w:rPr>
        <w:t>αὐτῶ δεῦρο] αὐτῷ, τῷ πα‐</w:t>
      </w:r>
    </w:p>
    <w:p>
      <w:r>
        <w:rPr>
          <w:rFonts w:ascii="Courier New" w:hAnsi="Courier New"/>
          <w:color w:val="555555"/>
          <w:sz w:val="20"/>
        </w:rPr>
        <w:t>[sch vesp 843b,col 2]</w:t>
      </w:r>
    </w:p>
    <w:p>
      <w:r>
        <w:rPr>
          <w:rFonts w:ascii="Gentium Plus" w:hAnsi="Gentium Plus"/>
          <w:sz w:val="24"/>
        </w:rPr>
        <w:t>αὐτὼ] τοὺς κύνας. Lh</w:t>
      </w:r>
    </w:p>
    <w:p>
      <w:r>
        <w:rPr>
          <w:rFonts w:ascii="Courier New" w:hAnsi="Courier New"/>
          <w:color w:val="555555"/>
          <w:sz w:val="20"/>
        </w:rPr>
        <w:t>[sch vesp 844a]</w:t>
      </w:r>
    </w:p>
    <w:p>
      <w:r>
        <w:rPr>
          <w:rFonts w:ascii="Gentium Plus" w:hAnsi="Gentium Plus"/>
          <w:sz w:val="24"/>
        </w:rPr>
        <w:t>χοιροκομεῖον Ἑστίας: ἀγγεῖόν τι ⸢κανονωτόν V*ΓAld, ⸢ὅπου RVΓAld [ἐν ᾧ Lh] ⸢οἱ VΓLhAld χοῖροι τρέφονται ⸢οἱ ἐν οἰκίᾳ Lh. RVΓLh Ald Ἑστίας δέ, ⸢ὅτι V [ἐπεὶ ΓAld] ἐπὶ τῆς ἑστίας τρέφουσι χοίρους· εἰσφέρει δὲ τοῦτο ἀντὶ ⸢τοῦ V δρυφάκτου ἢ κιγκλίδος. ἐν τῇ Λυσιστράτῃ κλοιὸν μᾶλλον</w:t>
      </w:r>
    </w:p>
    <w:p>
      <w:r>
        <w:rPr>
          <w:rFonts w:ascii="Courier New" w:hAnsi="Courier New"/>
          <w:color w:val="555555"/>
          <w:sz w:val="20"/>
        </w:rPr>
        <w:t>[5]</w:t>
      </w:r>
    </w:p>
    <w:p>
      <w:r>
        <w:rPr>
          <w:rFonts w:ascii="Gentium Plus" w:hAnsi="Gentium Plus"/>
          <w:sz w:val="24"/>
        </w:rPr>
        <w:t>ἢ πάσσαλον ἐμφαίνει, ὡς καὶ τούτου ὁμοίως λεγομένου, ὅπου ὁ χοῖρος δέδεται.</w:t>
      </w:r>
    </w:p>
    <w:p>
      <w:r>
        <w:rPr>
          <w:rFonts w:ascii="Courier New" w:hAnsi="Courier New"/>
          <w:color w:val="555555"/>
          <w:sz w:val="20"/>
        </w:rPr>
        <w:t>[sch vesp 844b]</w:t>
      </w:r>
    </w:p>
    <w:p>
      <w:r>
        <w:rPr>
          <w:rFonts w:ascii="Gentium Plus" w:hAnsi="Gentium Plus"/>
          <w:sz w:val="24"/>
        </w:rPr>
        <w:t>ἔξεισιν ὁ ἕτερος τῶν οἰκετῶν ἀντὶ δρυφάκτου χοιροκομεῖον ἔχων. ἔστι δὲ τὸ καλούμενον ζωγρεῖον κανονωτόν, ὅπου οἱ χοῖροι τρέφονται. VΓAld</w:t>
      </w:r>
    </w:p>
    <w:p>
      <w:r>
        <w:rPr>
          <w:rFonts w:ascii="Courier New" w:hAnsi="Courier New"/>
          <w:color w:val="555555"/>
          <w:sz w:val="20"/>
        </w:rPr>
        <w:t>[sch vesp 846a]</w:t>
      </w:r>
    </w:p>
    <w:p>
      <w:r>
        <w:rPr>
          <w:rFonts w:ascii="Gentium Plus" w:hAnsi="Gentium Plus"/>
          <w:sz w:val="24"/>
        </w:rPr>
        <w:t>ἀφ’ Ἑστίας ἀρχόμενος: ἐν ⸢γὰρ VLh ταῖς σπονδαῖς ἀφ’ Ἑστίας ἄρχονται, καὶ οὕτως ἐκ τῶν ἄλλων θεῶν. ⸢ὡς ἐν κωμῳδίᾳ δὲ ὁ θεράπων VGAld παίζει ⸢φήσας VΓAld [δὲ λέγων Lh] “ἐπιτρίψω τινά”. VΓLhAld ἐπὶ γὰρ τοῦ χοιροκομείου μέλλει δικάζειν ὁ Φιλοκλέων καὶ καταδικάζειν ὡς</w:t>
      </w:r>
    </w:p>
    <w:p>
      <w:r>
        <w:rPr>
          <w:rFonts w:ascii="Courier New" w:hAnsi="Courier New"/>
          <w:color w:val="555555"/>
          <w:sz w:val="20"/>
        </w:rPr>
        <w:t>[5]</w:t>
      </w:r>
    </w:p>
    <w:p>
      <w:r>
        <w:rPr>
          <w:rFonts w:ascii="Gentium Plus" w:hAnsi="Gentium Plus"/>
          <w:sz w:val="24"/>
        </w:rPr>
        <w:t>φιλόδικος. VΓAld ἔστι δὲ παροιμία VΓAld [παροιμία ἐστὶ τὸ Lh] “ἀφ’ Ἑστίας ἄρχου” ⸢. μετενήνεκται δὲ VΓAld ἀπὸ τῶν ⸢περὶ τὰ ἱερὰ καθημένων VΓ* [τὰ ἱερὰ καθιεμένων LhAld] ⸢μετενηνεγμένη Lh· τῇ γὰρ Ἑστίᾳ ⸢πρώτῃ Lh τὰς ἀπαρχὰς ἔθος ἦν ⸢καὶ τὰς θυσίας Lh ποιεῖσθαι. VΓLhAld καὶ Σοφοκλῆς ἐν Χρύσῃ</w:t>
      </w:r>
    </w:p>
    <w:p>
      <w:r>
        <w:rPr>
          <w:rFonts w:ascii="Courier New" w:hAnsi="Courier New"/>
          <w:color w:val="555555"/>
          <w:sz w:val="20"/>
        </w:rPr>
        <w:t>[10]</w:t>
      </w:r>
    </w:p>
    <w:p>
      <w:r>
        <w:rPr>
          <w:rFonts w:ascii="Gentium Plus" w:hAnsi="Gentium Plus"/>
          <w:sz w:val="24"/>
        </w:rPr>
        <w:t>ὦ πρῷρα λοιβῆς Ἑστία, κλύεις τάδε; V μῦθον δὲ συνέθηκεν Ἀριστόκριτος οὕτως ἔχοντα· μετὰ ⸢γὰρ VΓAld τὸ κατα‐ λυθῆναι τὴν τῶν Τιτάνων ἀρχὴν τὸν Δία δεξάμενον τὴν βασιλείαν ⸢φασὶν Lh ⸢ἐπιτρέπειν VΓAld [ἐπιτρέψαι Lh] Ἑστίᾳ λαβεῖν, ὅ τι βούλοιτο· τὴν δὲ</w:t>
      </w:r>
    </w:p>
    <w:p>
      <w:r>
        <w:rPr>
          <w:rFonts w:ascii="Courier New" w:hAnsi="Courier New"/>
          <w:color w:val="555555"/>
          <w:sz w:val="20"/>
        </w:rPr>
        <w:t>[15]</w:t>
      </w:r>
    </w:p>
    <w:p>
      <w:r>
        <w:rPr>
          <w:rFonts w:ascii="Gentium Plus" w:hAnsi="Gentium Plus"/>
          <w:sz w:val="24"/>
        </w:rPr>
        <w:t>πρῶτον μὲν παρθενίαν αἰτῆσαι, μετὰ δὲ τὴν παρθενίαν ἀπαρχὰς τῶν θυομένων ⸢αὐτῇ VΓ [αὑτῇ LhAld] νέμεσθαι πρώτῃ παρὰ τῶν ἀνθρώπων. κέχρηται ⸢δὲ ΓAld τῇ παροιμίᾳ ⸢ταύτῃ Lh καὶ Πλάτων ἐν Εὐθύφρονι· ⸢“βουλοίμην ἄν, ὦ Σώκρατες, ἀλλὰ ὀρρωδῶ, μὴ τοὐναντίον γένηται: VΓAld ἀτεχνῶς γὰρ ἀφ’ Ἑστίας δοκεῖ μοι ἄρχεσθαι κακουργεῖν τὴν πόλιν σὲ</w:t>
      </w:r>
    </w:p>
    <w:p>
      <w:r>
        <w:rPr>
          <w:rFonts w:ascii="Courier New" w:hAnsi="Courier New"/>
          <w:color w:val="555555"/>
          <w:sz w:val="20"/>
        </w:rPr>
        <w:t>[20]</w:t>
      </w:r>
    </w:p>
    <w:p>
      <w:r>
        <w:rPr>
          <w:rFonts w:ascii="Gentium Plus" w:hAnsi="Gentium Plus"/>
          <w:sz w:val="24"/>
        </w:rPr>
        <w:t>ἐπιχειρῶν ἀδικεῖν”. VΓLhAld</w:t>
      </w:r>
    </w:p>
    <w:p>
      <w:r>
        <w:rPr>
          <w:rFonts w:ascii="Courier New" w:hAnsi="Courier New"/>
          <w:color w:val="555555"/>
          <w:sz w:val="20"/>
        </w:rPr>
        <w:t>[sch vesp 846b]</w:t>
      </w:r>
    </w:p>
    <w:p>
      <w:r>
        <w:rPr>
          <w:rFonts w:ascii="Gentium Plus" w:hAnsi="Gentium Plus"/>
          <w:sz w:val="24"/>
        </w:rPr>
        <w:t>τὸν καταδικασθέντα δηλονότι. R</w:t>
      </w:r>
    </w:p>
    <w:p>
      <w:r>
        <w:rPr>
          <w:rFonts w:ascii="Courier New" w:hAnsi="Courier New"/>
          <w:color w:val="555555"/>
          <w:sz w:val="20"/>
        </w:rPr>
        <w:t>[sch vesp 847a]</w:t>
      </w:r>
    </w:p>
    <w:p>
      <w:r>
        <w:rPr>
          <w:rFonts w:ascii="Gentium Plus" w:hAnsi="Gentium Plus"/>
          <w:sz w:val="24"/>
        </w:rPr>
        <w:t>ἐπειδὴ συνετίμων οἱ δικασταί. R</w:t>
      </w:r>
    </w:p>
    <w:p>
      <w:r>
        <w:rPr>
          <w:rFonts w:ascii="Courier New" w:hAnsi="Courier New"/>
          <w:color w:val="555555"/>
          <w:sz w:val="20"/>
        </w:rPr>
        <w:t>[sch vesp 847b]</w:t>
      </w:r>
    </w:p>
    <w:p>
      <w:r>
        <w:rPr>
          <w:rFonts w:ascii="Gentium Plus" w:hAnsi="Gentium Plus"/>
          <w:sz w:val="24"/>
        </w:rPr>
        <w:t>τιμᾶν] προτιμᾶν. Γ3Lh</w:t>
      </w:r>
    </w:p>
    <w:p>
      <w:r>
        <w:rPr>
          <w:rFonts w:ascii="Courier New" w:hAnsi="Courier New"/>
          <w:color w:val="555555"/>
          <w:sz w:val="20"/>
        </w:rPr>
        <w:t>[sch vesp 848a]</w:t>
      </w:r>
    </w:p>
    <w:p>
      <w:r>
        <w:rPr>
          <w:rFonts w:ascii="Gentium Plus" w:hAnsi="Gentium Plus"/>
          <w:sz w:val="24"/>
        </w:rPr>
        <w:t>νυν] δή. Lh</w:t>
      </w:r>
    </w:p>
    <w:p>
      <w:r>
        <w:rPr>
          <w:rFonts w:ascii="Courier New" w:hAnsi="Courier New"/>
          <w:color w:val="555555"/>
          <w:sz w:val="20"/>
        </w:rPr>
        <w:t>[sch vesp 848b]</w:t>
      </w:r>
    </w:p>
    <w:p>
      <w:r>
        <w:rPr>
          <w:rFonts w:ascii="Gentium Plus" w:hAnsi="Gentium Plus"/>
          <w:sz w:val="24"/>
        </w:rPr>
        <w:t>τὰς σανίδας καὶ τὰς γραφάς: ⸢σανίδας φησίν, VΓAld ἐν αἷς ἔγραφον τὴν μακρὰν ⸢ἢ V [καὶ ΓLhAld] τὴν βραχεῖαν (.) VΓLhAld τῆς δίκης. “γραφάς” δὲ νῦν ἀντὶ τοῦ VΓAld τὸ γραφεῖον, ἐν ᾧ ἔγραφον. VΓLhAld</w:t>
      </w:r>
    </w:p>
    <w:p>
      <w:r>
        <w:rPr>
          <w:rFonts w:ascii="Courier New" w:hAnsi="Courier New"/>
          <w:color w:val="555555"/>
          <w:sz w:val="20"/>
        </w:rPr>
        <w:t>[sch vesp 849]</w:t>
      </w:r>
    </w:p>
    <w:p>
      <w:r>
        <w:rPr>
          <w:rFonts w:ascii="Gentium Plus" w:hAnsi="Gentium Plus"/>
          <w:sz w:val="24"/>
        </w:rPr>
        <w:t>οἴμοι ⸢διατρίβεις Γ [διατρίψεις Ald]: ἐπειγόμενος εἰς τὸ δικά‐ ζειν φησίν· “δύνασαι καὶ χωρὶς γραφείου δικάσαι τοῖς ὄνυξι τὴν τοῦ γραφείου τάξιν ἀποπληρῶν”. VΓLhAld</w:t>
      </w:r>
    </w:p>
    <w:p>
      <w:r>
        <w:rPr>
          <w:rFonts w:ascii="Courier New" w:hAnsi="Courier New"/>
          <w:color w:val="555555"/>
          <w:sz w:val="20"/>
        </w:rPr>
        <w:t>[sch vesp 850a]</w:t>
      </w:r>
    </w:p>
    <w:p>
      <w:r>
        <w:rPr>
          <w:rFonts w:ascii="Gentium Plus" w:hAnsi="Gentium Plus"/>
          <w:sz w:val="24"/>
        </w:rPr>
        <w:t>ἀλοκίζειν: ἀροτριᾶν. RVΓAld ⸢ἀλοκίζειν τὸ VΓAld τῷ ὄνυχι γράφειν VΓLhAld ⸢εἰς τὸ τιμητικὸν πινάκιον οὕτως εἴρηκεν VΓAld, οἷον αὔλακας σχίζειν. VΓLhAld</w:t>
      </w:r>
    </w:p>
    <w:p>
      <w:r>
        <w:rPr>
          <w:rFonts w:ascii="Courier New" w:hAnsi="Courier New"/>
          <w:color w:val="555555"/>
          <w:sz w:val="20"/>
        </w:rPr>
        <w:t>[sch vesp 850b]</w:t>
      </w:r>
    </w:p>
    <w:p>
      <w:r>
        <w:rPr>
          <w:rFonts w:ascii="Gentium Plus" w:hAnsi="Gentium Plus"/>
          <w:sz w:val="24"/>
        </w:rPr>
        <w:t>τὸ χωρίον] τὸν πίνακα. Γ3</w:t>
      </w:r>
    </w:p>
    <w:p>
      <w:r>
        <w:rPr>
          <w:rFonts w:ascii="Courier New" w:hAnsi="Courier New"/>
          <w:color w:val="555555"/>
          <w:sz w:val="20"/>
        </w:rPr>
        <w:t>[sch vesp 851]</w:t>
      </w:r>
    </w:p>
    <w:p>
      <w:r>
        <w:rPr>
          <w:rFonts w:ascii="Gentium Plus" w:hAnsi="Gentium Plus"/>
          <w:sz w:val="24"/>
        </w:rPr>
        <w:t>νυν] δή. Lh</w:t>
      </w:r>
    </w:p>
    <w:p>
      <w:r>
        <w:rPr>
          <w:rFonts w:ascii="Courier New" w:hAnsi="Courier New"/>
          <w:color w:val="555555"/>
          <w:sz w:val="20"/>
        </w:rPr>
        <w:t>[sch vesp 852]</w:t>
      </w:r>
    </w:p>
    <w:p>
      <w:r>
        <w:rPr>
          <w:rFonts w:ascii="Gentium Plus" w:hAnsi="Gentium Plus"/>
          <w:sz w:val="24"/>
        </w:rPr>
        <w:t>ὁ πρῶτός ἐστιν: ὁ κατηγορῶν. ὡς φιλόδικος ⸢δὲ VΓAld φαντάζε‐ ται VΓLhAld</w:t>
      </w:r>
    </w:p>
    <w:p>
      <w:r>
        <w:rPr>
          <w:rFonts w:ascii="Courier New" w:hAnsi="Courier New"/>
          <w:color w:val="555555"/>
          <w:sz w:val="20"/>
        </w:rPr>
        <w:t>[sch vesp 852,col 2 (3)]</w:t>
      </w:r>
    </w:p>
    <w:p>
      <w:r>
        <w:rPr>
          <w:rFonts w:ascii="Gentium Plus" w:hAnsi="Gentium Plus"/>
          <w:sz w:val="24"/>
        </w:rPr>
        <w:t>εἶναί τινα κατηγοροῦντα. Lh</w:t>
      </w:r>
    </w:p>
    <w:p>
      <w:r>
        <w:rPr>
          <w:rFonts w:ascii="Courier New" w:hAnsi="Courier New"/>
          <w:color w:val="555555"/>
          <w:sz w:val="20"/>
        </w:rPr>
        <w:t>[sch vesp 853]</w:t>
      </w:r>
    </w:p>
    <w:p>
      <w:r>
        <w:rPr>
          <w:rFonts w:ascii="Gentium Plus" w:hAnsi="Gentium Plus"/>
          <w:sz w:val="24"/>
        </w:rPr>
        <w:t>ὁτιὴ ’πελαθόμην: πάλιν ὑπερθέσεως καιρὸν ⸢πορίζων VΓAld [ποιῶν Lh] φησὶν(ιν) ἐπιλελῆσθαι ⸢τοὺς καδίσκους VΓAld [τῶν καδίσκων</w:t>
      </w:r>
    </w:p>
    <w:p>
      <w:r>
        <w:rPr>
          <w:rFonts w:ascii="Courier New" w:hAnsi="Courier New"/>
          <w:color w:val="555555"/>
          <w:sz w:val="20"/>
        </w:rPr>
        <w:t>[sch vesp 855a]</w:t>
      </w:r>
    </w:p>
    <w:p>
      <w:r>
        <w:rPr>
          <w:rFonts w:ascii="Gentium Plus" w:hAnsi="Gentium Plus"/>
          <w:sz w:val="24"/>
        </w:rPr>
        <w:t>ἀρυστίχους: ἀρύστιχος καὶ ἄρυστις καὶ ἀρυστήρ. VΓLhAld ⸢ἀγγεῖόν RVΓAld [ἀγγεῖά Lh] ἐστιν ⸢, ᾧ ἔστιν R [, οἷον VΓAld εἰς τὸ Lh] ἀρύσασθαι (.) RVΓLhAld (,) ⸢ἐπιτήδεια, οἷον Lh κοτύλη ἢ κύαθος. VΓLhAld</w:t>
      </w:r>
    </w:p>
    <w:p>
      <w:r>
        <w:rPr>
          <w:rFonts w:ascii="Courier New" w:hAnsi="Courier New"/>
          <w:color w:val="555555"/>
          <w:sz w:val="20"/>
        </w:rPr>
        <w:t>[sch vesp 855b]</w:t>
      </w:r>
    </w:p>
    <w:p>
      <w:r>
        <w:rPr>
          <w:rFonts w:ascii="Gentium Plus" w:hAnsi="Gentium Plus"/>
          <w:sz w:val="24"/>
        </w:rPr>
        <w:t>ἐγὼ γὰρ εἶχον ... ἀρυστίχους: πρὸς τὴν διαψήφισιν. VΓLhAld “ἀρυστίχους” δέ, οὓς ἐνίοτε κοτυλίσκους. VΓAld</w:t>
      </w:r>
    </w:p>
    <w:p>
      <w:r>
        <w:rPr>
          <w:rFonts w:ascii="Courier New" w:hAnsi="Courier New"/>
          <w:color w:val="555555"/>
          <w:sz w:val="20"/>
        </w:rPr>
        <w:t>[sch vesp 855c]</w:t>
      </w:r>
    </w:p>
    <w:p>
      <w:r>
        <w:rPr>
          <w:rFonts w:ascii="Gentium Plus" w:hAnsi="Gentium Plus"/>
          <w:sz w:val="24"/>
        </w:rPr>
        <w:t>ἀρυστίχους τὰς οἰνοχόας ⸢εἴρηκεν VΓAld [φασίν Lh], ἀπὸ τοῦ ἀρύειν· ⸢ἔνθεν VΓAld [ὅθεν Lh] καὶ ἀρύταινα ⸢, ἀγγεῖόν τι τοιοῦτο Lh. ἔλεγον δὲ καὶ ἔφηβον τὸ ⸢τοιοῦτον VΓAld [τοιοῦτο Lh] σκεῦος· ἥβην γὰρ οἱ παλαιοὶ τὸ τέρπεσθαι κατὰ τὰς εὐωχίας προσηγόρευον· καὶ ὁ ποιητὴς τοίνυν</w:t>
      </w:r>
    </w:p>
    <w:p>
      <w:r>
        <w:rPr>
          <w:rFonts w:ascii="Courier New" w:hAnsi="Courier New"/>
          <w:color w:val="555555"/>
          <w:sz w:val="20"/>
        </w:rPr>
        <w:t>[5]</w:t>
      </w:r>
    </w:p>
    <w:p>
      <w:r>
        <w:rPr>
          <w:rFonts w:ascii="Gentium Plus" w:hAnsi="Gentium Plus"/>
          <w:sz w:val="24"/>
        </w:rPr>
        <w:t>ἀπὸ ταύτης τῆς αἰτίας τὴν Ἥβην ⸢συνεστήσατο V [ὑπεστήσατο ΓLhAld] καὶ διὰ τοῦτο τοῖς θεοῖς οἰνοχοοῦσαν παρεισήγαγεν οἰκείαν τῇ ὑποτεταγμένῃ ὑπο‐ θέσει τὴν λειτουργίαν αὐτῇ προσμερίζων. VΓLhAld</w:t>
      </w:r>
    </w:p>
    <w:p>
      <w:r>
        <w:rPr>
          <w:rFonts w:ascii="Courier New" w:hAnsi="Courier New"/>
          <w:color w:val="555555"/>
          <w:sz w:val="20"/>
        </w:rPr>
        <w:t>[sch vesp 855d]</w:t>
      </w:r>
    </w:p>
    <w:p>
      <w:r>
        <w:rPr>
          <w:rFonts w:ascii="Gentium Plus" w:hAnsi="Gentium Plus"/>
          <w:sz w:val="24"/>
        </w:rPr>
        <w:t>ἀρυστίχους] κοτύλας ἢ κυάθους. Lh</w:t>
      </w:r>
    </w:p>
    <w:p>
      <w:r>
        <w:rPr>
          <w:rFonts w:ascii="Courier New" w:hAnsi="Courier New"/>
          <w:color w:val="555555"/>
          <w:sz w:val="20"/>
        </w:rPr>
        <w:t>[sch vesp 855e]</w:t>
      </w:r>
    </w:p>
    <w:p>
      <w:r>
        <w:rPr>
          <w:rFonts w:ascii="Gentium Plus" w:hAnsi="Gentium Plus"/>
          <w:sz w:val="24"/>
        </w:rPr>
        <w:t>νῶϊν] συνίζησις. Lh</w:t>
      </w:r>
    </w:p>
    <w:p>
      <w:r>
        <w:rPr>
          <w:rFonts w:ascii="Courier New" w:hAnsi="Courier New"/>
          <w:color w:val="555555"/>
          <w:sz w:val="20"/>
        </w:rPr>
        <w:t>[sch vesp 857]</w:t>
      </w:r>
    </w:p>
    <w:p>
      <w:r>
        <w:rPr>
          <w:rFonts w:ascii="Gentium Plus" w:hAnsi="Gentium Plus"/>
          <w:sz w:val="24"/>
        </w:rPr>
        <w:t>κλεψύδρας: ⸢ἀγγείου. Lh ⸢κλεψύδρα ΓAld [ἦν δὲ καὶ Lh] κρήνη ἐν τῇ Ἀττικῇ ⸢, ἥτις VΓAld Ἐμπεδὼ ⸢προσηγοδεύετο VΓAld [λεγομένη Lh].</w:t>
      </w:r>
    </w:p>
    <w:p>
      <w:r>
        <w:rPr>
          <w:rFonts w:ascii="Courier New" w:hAnsi="Courier New"/>
          <w:color w:val="555555"/>
          <w:sz w:val="20"/>
        </w:rPr>
        <w:t>[sch vesp 858]</w:t>
      </w:r>
    </w:p>
    <w:p>
      <w:r>
        <w:rPr>
          <w:rFonts w:ascii="Gentium Plus" w:hAnsi="Gentium Plus"/>
          <w:sz w:val="24"/>
        </w:rPr>
        <w:t>ἡδὶ δὲ τίς ἐστιν: ⸢μήποτε VΓAld τὸ αἰδοῖον ⸢αὐτῷ VΓLhAld δείκνυσιν (.) RVΓLhAld ὁ πρεσβύτης, ὅτι ⸢οὐρεῖ VLh [οὔρει ΓAld] ὡς ἡ κλεψύδρα. ἀμὶς γὰρ αὐτῷ ⸢παράκειται VΓAld [παρέκειτο Lh]. VΓLhAld</w:t>
      </w:r>
    </w:p>
    <w:p>
      <w:r>
        <w:rPr>
          <w:rFonts w:ascii="Courier New" w:hAnsi="Courier New"/>
          <w:color w:val="555555"/>
          <w:sz w:val="20"/>
        </w:rPr>
        <w:t>[sch vesp 859]</w:t>
      </w:r>
    </w:p>
    <w:p>
      <w:r>
        <w:rPr>
          <w:rFonts w:ascii="Gentium Plus" w:hAnsi="Gentium Plus"/>
          <w:sz w:val="24"/>
        </w:rPr>
        <w:t>κἀπιχωρίως: ⸢οἷον VΓAld [ἤγουν Lh] σκωπτικῶς καὶ φλυάρως. VΓLhAld ἐπιχώριον ⸢γὰρ VΓLhAld ἦν αὐτοῖς τὸ ⸢σκώπτειν καὶ VΓLh*Ald παίζειν (.) RVΓLhAld ἐκ πολλῆς εἰδήσεως τοῦ ἑλληνισμοῦ. VΓLhAld</w:t>
      </w:r>
    </w:p>
    <w:p>
      <w:r>
        <w:rPr>
          <w:rFonts w:ascii="Courier New" w:hAnsi="Courier New"/>
          <w:color w:val="555555"/>
          <w:sz w:val="20"/>
        </w:rPr>
        <w:t>[sch vesp 861]</w:t>
      </w:r>
    </w:p>
    <w:p>
      <w:r>
        <w:rPr>
          <w:rFonts w:ascii="Gentium Plus" w:hAnsi="Gentium Plus"/>
          <w:sz w:val="24"/>
        </w:rPr>
        <w:t>μυρρίνας: (10) μυρρίναις γὰρ ἐστεφανοῦντο οἱ ἄρχοντες. (9) καὶ μυρρινῶν ... ἐπιθυμῶν. (ex Su. s.v. μυρρίνη, III 427, 9sq.)</w:t>
      </w:r>
    </w:p>
    <w:p>
      <w:r>
        <w:rPr>
          <w:rFonts w:ascii="Courier New" w:hAnsi="Courier New"/>
          <w:color w:val="555555"/>
          <w:sz w:val="20"/>
        </w:rPr>
        <w:t>[sch vesp 862]</w:t>
      </w:r>
    </w:p>
    <w:p>
      <w:r>
        <w:rPr>
          <w:rFonts w:ascii="Gentium Plus" w:hAnsi="Gentium Plus"/>
          <w:sz w:val="24"/>
        </w:rPr>
        <w:t>ὅπως ἂν εὐξώμεσθα: ὡς ἐπὶ μεγίστου πράγματος τερατεύεται. οἱ γὰρ ἐπιχειροῦντες ⸢εἴς VΓAld τι πρᾶγμα εἰώθασι τοῖς θεοῖς εὐχὰς ποιεῖν καὶ θυσίας. VΓLhAld</w:t>
      </w:r>
    </w:p>
    <w:p>
      <w:r>
        <w:rPr>
          <w:rFonts w:ascii="Courier New" w:hAnsi="Courier New"/>
          <w:color w:val="555555"/>
          <w:sz w:val="20"/>
        </w:rPr>
        <w:t>[sch vesp 863]</w:t>
      </w:r>
    </w:p>
    <w:p>
      <w:r>
        <w:rPr>
          <w:rFonts w:ascii="Gentium Plus" w:hAnsi="Gentium Plus"/>
          <w:sz w:val="24"/>
        </w:rPr>
        <w:t>καὶ μὴν ἡμεῖς ἐπὶ ταῖς σπονδαῖς: ἡ ἀμοιβαία αὕτη περίοδος ἔοικεν ἐκθέσει διπλῆς· διὸ καὶ τὸ παρατέλευτον ἔχει κῶλον. ἔστι γοῦν περιόδων τριῶν· καί εἰσι τῆς πρώτης περιόδου κῶλα δʹ, ὧν ὁ αʹ ἀναπαιστικὸς τρίμετρος ἀκατά‐</w:t>
      </w:r>
    </w:p>
    <w:p>
      <w:r>
        <w:rPr>
          <w:rFonts w:ascii="Courier New" w:hAnsi="Courier New"/>
          <w:color w:val="555555"/>
          <w:sz w:val="20"/>
        </w:rPr>
        <w:t>[5]</w:t>
      </w:r>
    </w:p>
    <w:p>
      <w:r>
        <w:rPr>
          <w:rFonts w:ascii="Gentium Plus" w:hAnsi="Gentium Plus"/>
          <w:sz w:val="24"/>
        </w:rPr>
        <w:t>ληκτος· τὸ βʹ καὶ γʹ Lh</w:t>
      </w:r>
    </w:p>
    <w:p>
      <w:r>
        <w:rPr>
          <w:rFonts w:ascii="Courier New" w:hAnsi="Courier New"/>
          <w:color w:val="555555"/>
          <w:sz w:val="20"/>
        </w:rPr>
        <w:t>[sch vesp 863,col 2 (4)]</w:t>
      </w:r>
    </w:p>
    <w:p>
      <w:r>
        <w:rPr>
          <w:rFonts w:ascii="Gentium Plus" w:hAnsi="Gentium Plus"/>
          <w:sz w:val="24"/>
        </w:rPr>
        <w:t>τὸ πρῶτον ἀναπαιστικὸν τρίμετρον</w:t>
      </w:r>
    </w:p>
    <w:p>
      <w:r>
        <w:rPr>
          <w:rFonts w:ascii="Courier New" w:hAnsi="Courier New"/>
          <w:color w:val="555555"/>
          <w:sz w:val="20"/>
        </w:rPr>
        <w:t>[5]</w:t>
      </w:r>
    </w:p>
    <w:p>
      <w:r>
        <w:rPr>
          <w:rFonts w:ascii="Gentium Plus" w:hAnsi="Gentium Plus"/>
          <w:sz w:val="24"/>
        </w:rPr>
        <w:t>ἀκατάληκτον· τὰ ἑξῆς δύο Ald</w:t>
      </w:r>
    </w:p>
    <w:p>
      <w:r>
        <w:rPr>
          <w:rFonts w:ascii="Courier New" w:hAnsi="Courier New"/>
          <w:color w:val="555555"/>
          <w:sz w:val="20"/>
        </w:rPr>
        <w:t>[sch vesp 863 (6)]</w:t>
      </w:r>
    </w:p>
    <w:p>
      <w:r>
        <w:rPr>
          <w:rFonts w:ascii="Gentium Plus" w:hAnsi="Gentium Plus"/>
          <w:sz w:val="24"/>
        </w:rPr>
        <w:t>δίμετρα ἀκατάληκτα, τὸ ⸢δὲ Lh δʹ δίμετρον καταληκτικὸν ἤτοι ἑφθημιμερές, ὃ καλεῖται παροιμιακόν· ἐν εἰσθέσει δὲ στίχος ἰαμβικὸς τρί‐ μετρος ἀκατάληκτος μετὰ τὰ δʹ</w:t>
      </w:r>
    </w:p>
    <w:p>
      <w:r>
        <w:rPr>
          <w:rFonts w:ascii="Courier New" w:hAnsi="Courier New"/>
          <w:color w:val="555555"/>
          <w:sz w:val="20"/>
        </w:rPr>
        <w:t>[10]</w:t>
      </w:r>
    </w:p>
    <w:p>
      <w:r>
        <w:rPr>
          <w:rFonts w:ascii="Gentium Plus" w:hAnsi="Gentium Plus"/>
          <w:sz w:val="24"/>
        </w:rPr>
        <w:t>κῶλα. Lh</w:t>
      </w:r>
    </w:p>
    <w:p>
      <w:r>
        <w:rPr>
          <w:rFonts w:ascii="Courier New" w:hAnsi="Courier New"/>
          <w:color w:val="555555"/>
          <w:sz w:val="20"/>
        </w:rPr>
        <w:t>[sch vesp 863,col 2 (8)]</w:t>
      </w:r>
    </w:p>
    <w:p>
      <w:r>
        <w:rPr>
          <w:rFonts w:ascii="Gentium Plus" w:hAnsi="Gentium Plus"/>
          <w:sz w:val="24"/>
        </w:rPr>
        <w:t>μεθ’ ὃ ἐν εἰσθέσει ἰαμβικὸς τρί‐</w:t>
      </w:r>
    </w:p>
    <w:p>
      <w:r>
        <w:rPr>
          <w:rFonts w:ascii="Courier New" w:hAnsi="Courier New"/>
          <w:color w:val="555555"/>
          <w:sz w:val="20"/>
        </w:rPr>
        <w:t>[sch vesp 863 (11)]</w:t>
      </w:r>
    </w:p>
    <w:p>
      <w:r>
        <w:rPr>
          <w:rFonts w:ascii="Gentium Plus" w:hAnsi="Gentium Plus"/>
          <w:sz w:val="24"/>
        </w:rPr>
        <w:t>τῆς βʹ περιόδου κῶλα ϛʹ, ὧν ὁ αʹ στίχος ἰαμβικὸς τρίμετρος ἀκα‐</w:t>
      </w:r>
    </w:p>
    <w:p>
      <w:r>
        <w:rPr>
          <w:rFonts w:ascii="Courier New" w:hAnsi="Courier New"/>
          <w:color w:val="555555"/>
          <w:sz w:val="20"/>
        </w:rPr>
        <w:t>[sch vesp 863,col 2 (12)]</w:t>
      </w:r>
    </w:p>
    <w:p>
      <w:r>
        <w:rPr>
          <w:rFonts w:ascii="Gentium Plus" w:hAnsi="Gentium Plus"/>
          <w:sz w:val="24"/>
        </w:rPr>
        <w:t>τὸ πρῶτον ὅμοιον· Ald τὸ βʹ ⸢ἰαμβικὸν δίμετρον καταληκτικὸν ἤτοι Lh ἑφθημιμερές ⸢, ὃ καλεῖται, ὡς εἴρηται, ἀνακρεόντειον Lh·</w:t>
      </w:r>
    </w:p>
    <w:p>
      <w:r>
        <w:rPr>
          <w:rFonts w:ascii="Courier New" w:hAnsi="Courier New"/>
          <w:color w:val="555555"/>
          <w:sz w:val="20"/>
        </w:rPr>
        <w:t>[15]</w:t>
      </w:r>
    </w:p>
    <w:p>
      <w:r>
        <w:rPr>
          <w:rFonts w:ascii="Gentium Plus" w:hAnsi="Gentium Plus"/>
          <w:sz w:val="24"/>
        </w:rPr>
        <w:t>τὸ γʹ καὶ δʹ καὶ εʹ ἰαμβικὰ Lh</w:t>
      </w:r>
    </w:p>
    <w:p>
      <w:r>
        <w:rPr>
          <w:rFonts w:ascii="Courier New" w:hAnsi="Courier New"/>
          <w:color w:val="555555"/>
          <w:sz w:val="20"/>
        </w:rPr>
        <w:t>[sch vesp 863 (17)]</w:t>
      </w:r>
    </w:p>
    <w:p>
      <w:r>
        <w:rPr>
          <w:rFonts w:ascii="Gentium Plus" w:hAnsi="Gentium Plus"/>
          <w:sz w:val="24"/>
        </w:rPr>
        <w:t>δίμετρα ἀκατάληκτα ⸢· καλεῖται δὲ καὶ ταῦτα ἀνακρεόντεια, ὡς εἴρηται Lh· τὸ ⸢δὲ Lhϛʹ ⸢ἰαμβικὸν Lh πενθημιμερές. τῆς γʹ περιόδου ⸢στίχοι καὶ Lh κῶλα ἀναπαιστικὰ ιʹ, ὧν</w:t>
      </w:r>
    </w:p>
    <w:p>
      <w:r>
        <w:rPr>
          <w:rFonts w:ascii="Courier New" w:hAnsi="Courier New"/>
          <w:color w:val="555555"/>
          <w:sz w:val="20"/>
        </w:rPr>
        <w:t>[20]</w:t>
      </w:r>
    </w:p>
    <w:p>
      <w:r>
        <w:rPr>
          <w:rFonts w:ascii="Gentium Plus" w:hAnsi="Gentium Plus"/>
          <w:sz w:val="24"/>
        </w:rPr>
        <w:t>οἱ πρῶτοι δʹ τετράμετροι καταληκ‐ τικοί· ὁ εʹ καὶ ὁ ϛʹ τρίμετροι ἀκατά‐</w:t>
      </w:r>
    </w:p>
    <w:p>
      <w:r>
        <w:rPr>
          <w:rFonts w:ascii="Courier New" w:hAnsi="Courier New"/>
          <w:color w:val="555555"/>
          <w:sz w:val="20"/>
        </w:rPr>
        <w:t>[sch vesp 863,col 2 (20)]</w:t>
      </w:r>
    </w:p>
    <w:p>
      <w:r>
        <w:rPr>
          <w:rFonts w:ascii="Gentium Plus" w:hAnsi="Gentium Plus"/>
          <w:sz w:val="24"/>
        </w:rPr>
        <w:t>τὰ πρῶτα τέσσαρα τετράμετρα κατα‐ ληκτικά· τὸ εʹ καὶ ϛʹ τρίμετρα</w:t>
      </w:r>
    </w:p>
    <w:p>
      <w:r>
        <w:rPr>
          <w:rFonts w:ascii="Courier New" w:hAnsi="Courier New"/>
          <w:color w:val="555555"/>
          <w:sz w:val="20"/>
        </w:rPr>
        <w:t>[sch vesp 863 (23)]</w:t>
      </w:r>
    </w:p>
    <w:p>
      <w:r>
        <w:rPr>
          <w:rFonts w:ascii="Gentium Plus" w:hAnsi="Gentium Plus"/>
          <w:sz w:val="24"/>
        </w:rPr>
        <w:t>τὸ ζʹ καὶ τὸ ηʹ δίμετρα ἀκατάληκτα· τὸ θʹ ἀναπαιστικὴ βάσις, ὃ καὶ παρατέλευ‐ τον ὀνομάζεται, τὸ δὲ ιʹ τὸ “τὴν ἀκαλήφην ἀφελέσθαι” δίμετρον καταληκ‐</w:t>
      </w:r>
    </w:p>
    <w:p>
      <w:r>
        <w:rPr>
          <w:rFonts w:ascii="Courier New" w:hAnsi="Courier New"/>
          <w:color w:val="555555"/>
          <w:sz w:val="20"/>
        </w:rPr>
        <w:t>[25]</w:t>
      </w:r>
    </w:p>
    <w:p>
      <w:r>
        <w:rPr>
          <w:rFonts w:ascii="Gentium Plus" w:hAnsi="Gentium Plus"/>
          <w:sz w:val="24"/>
        </w:rPr>
        <w:t>τικὸν(όν) ⸢ἤτοι ἑφθημιμερές, ὃ καλεῖται παροιμιακόν Lh. ⸢ἐφ’ ἑκάστῃ περιόδῳ παράγραφος· Ald ἐπὶ τῷ τέλει αἱ συνήθεις δύο διπλαῖ ἔξω νενευκυῖαι. LhAld</w:t>
      </w:r>
    </w:p>
    <w:p>
      <w:r>
        <w:rPr>
          <w:rFonts w:ascii="Courier New" w:hAnsi="Courier New"/>
          <w:color w:val="555555"/>
          <w:sz w:val="20"/>
        </w:rPr>
        <w:t>[sch vesp 864]</w:t>
      </w:r>
    </w:p>
    <w:p>
      <w:r>
        <w:rPr>
          <w:rFonts w:ascii="Gentium Plus" w:hAnsi="Gentium Plus"/>
          <w:sz w:val="24"/>
        </w:rPr>
        <w:t>φήμην ἀγαθὴν: ⸢ἀντὶ τοῦ Γ3 [ἤγουν Lh] ⸢ἡμεῖς Γ3 ⸢συνευχόμεθά Γ3 [συνευξόμεθά LhAld] σοι ὥστε ταῦτα γενέσθαι. Γ3LhAld</w:t>
      </w:r>
    </w:p>
    <w:p>
      <w:r>
        <w:rPr>
          <w:rFonts w:ascii="Courier New" w:hAnsi="Courier New"/>
          <w:color w:val="555555"/>
          <w:sz w:val="20"/>
        </w:rPr>
        <w:t>[sch vesp 867a]</w:t>
      </w:r>
    </w:p>
    <w:p>
      <w:r>
        <w:rPr>
          <w:rFonts w:ascii="Gentium Plus" w:hAnsi="Gentium Plus"/>
          <w:sz w:val="24"/>
        </w:rPr>
        <w:t>καὶ τοῦ νείκους: ⸢ἐκ Ald τῆς φιλονεικίας. LhAld</w:t>
      </w:r>
    </w:p>
    <w:p>
      <w:r>
        <w:rPr>
          <w:rFonts w:ascii="Courier New" w:hAnsi="Courier New"/>
          <w:color w:val="555555"/>
          <w:sz w:val="20"/>
        </w:rPr>
        <w:t>[sch vesp 867b]</w:t>
      </w:r>
    </w:p>
    <w:p>
      <w:r>
        <w:rPr>
          <w:rFonts w:ascii="Gentium Plus" w:hAnsi="Gentium Plus"/>
          <w:sz w:val="24"/>
        </w:rPr>
        <w:t>ξυνέβητον] εἰς φιλίαν ἐτράπητε. Γ3LhAld</w:t>
      </w:r>
    </w:p>
    <w:p>
      <w:r>
        <w:rPr>
          <w:rFonts w:ascii="Courier New" w:hAnsi="Courier New"/>
          <w:color w:val="555555"/>
          <w:sz w:val="20"/>
        </w:rPr>
        <w:t>[sch vesp 867c]</w:t>
      </w:r>
    </w:p>
    <w:p>
      <w:r>
        <w:rPr>
          <w:rFonts w:ascii="Gentium Plus" w:hAnsi="Gentium Plus"/>
          <w:sz w:val="24"/>
        </w:rPr>
        <w:t>—. Ald</w:t>
      </w:r>
    </w:p>
    <w:p>
      <w:r>
        <w:rPr>
          <w:rFonts w:ascii="Courier New" w:hAnsi="Courier New"/>
          <w:color w:val="555555"/>
          <w:sz w:val="20"/>
        </w:rPr>
        <w:t>[sch vesp 868]</w:t>
      </w:r>
    </w:p>
    <w:p>
      <w:r>
        <w:rPr>
          <w:rFonts w:ascii="Gentium Plus" w:hAnsi="Gentium Plus"/>
          <w:sz w:val="24"/>
        </w:rPr>
        <w:t>νῦν ὑπαρχέτω] ἐν τῷ δικαστηρίῳ ἔθος τοῦτο λέγειν. Γ3</w:t>
      </w:r>
    </w:p>
    <w:p>
      <w:r>
        <w:rPr>
          <w:rFonts w:ascii="Courier New" w:hAnsi="Courier New"/>
          <w:color w:val="555555"/>
          <w:sz w:val="20"/>
        </w:rPr>
        <w:t>[sch vesp 869a]</w:t>
      </w:r>
    </w:p>
    <w:p>
      <w:r>
        <w:rPr>
          <w:rFonts w:ascii="Gentium Plus" w:hAnsi="Gentium Plus"/>
          <w:sz w:val="24"/>
        </w:rPr>
        <w:t>μεσύμνιον. lh</w:t>
      </w:r>
    </w:p>
    <w:p>
      <w:r>
        <w:rPr>
          <w:rFonts w:ascii="Courier New" w:hAnsi="Courier New"/>
          <w:color w:val="555555"/>
          <w:sz w:val="20"/>
        </w:rPr>
        <w:t>[sch vesp 869b]</w:t>
      </w:r>
    </w:p>
    <w:p>
      <w:r>
        <w:rPr>
          <w:rFonts w:ascii="Gentium Plus" w:hAnsi="Gentium Plus"/>
          <w:sz w:val="24"/>
        </w:rPr>
        <w:t>τύχῃ] ἔστω. Lh</w:t>
      </w:r>
    </w:p>
    <w:p>
      <w:r>
        <w:rPr>
          <w:rFonts w:ascii="Courier New" w:hAnsi="Courier New"/>
          <w:color w:val="555555"/>
          <w:sz w:val="20"/>
        </w:rPr>
        <w:t>[sch vesp 870a]</w:t>
      </w:r>
    </w:p>
    <w:p>
      <w:r>
        <w:rPr>
          <w:rFonts w:ascii="Gentium Plus" w:hAnsi="Gentium Plus"/>
          <w:sz w:val="24"/>
        </w:rPr>
        <w:t>τὸ πρᾶγμ’] τὸ τοῦ δικαστηρίου. Lh</w:t>
      </w:r>
    </w:p>
    <w:p>
      <w:r>
        <w:rPr>
          <w:rFonts w:ascii="Courier New" w:hAnsi="Courier New"/>
          <w:color w:val="555555"/>
          <w:sz w:val="20"/>
        </w:rPr>
        <w:t>[sch vesp 870b]</w:t>
      </w:r>
    </w:p>
    <w:p>
      <w:r>
        <w:rPr>
          <w:rFonts w:ascii="Gentium Plus" w:hAnsi="Gentium Plus"/>
          <w:sz w:val="24"/>
        </w:rPr>
        <w:t>μηχανᾶται] κατασκευάζεται. Lh</w:t>
      </w:r>
    </w:p>
    <w:p>
      <w:r>
        <w:rPr>
          <w:rFonts w:ascii="Courier New" w:hAnsi="Courier New"/>
          <w:color w:val="555555"/>
          <w:sz w:val="20"/>
        </w:rPr>
        <w:t>[sch vesp 874a]</w:t>
      </w:r>
    </w:p>
    <w:p>
      <w:r>
        <w:rPr>
          <w:rFonts w:ascii="Gentium Plus" w:hAnsi="Gentium Plus"/>
          <w:sz w:val="24"/>
        </w:rPr>
        <w:t>ἰήϊε Παιάν: ὡς ἐπὶ κακῶν ⸢λήξει VΓ3Lh [λύσει Ald] τὸν παιᾶνα ὕμνον ᾄδουσιν. VΓ3LhAld</w:t>
      </w:r>
    </w:p>
    <w:p>
      <w:r>
        <w:rPr>
          <w:rFonts w:ascii="Courier New" w:hAnsi="Courier New"/>
          <w:color w:val="555555"/>
          <w:sz w:val="20"/>
        </w:rPr>
        <w:t>[sch vesp 874b]</w:t>
      </w:r>
    </w:p>
    <w:p>
      <w:r>
        <w:rPr>
          <w:rFonts w:ascii="Gentium Plus" w:hAnsi="Gentium Plus"/>
          <w:sz w:val="24"/>
        </w:rPr>
        <w:t>—. Ald</w:t>
      </w:r>
    </w:p>
    <w:p>
      <w:r>
        <w:rPr>
          <w:rFonts w:ascii="Courier New" w:hAnsi="Courier New"/>
          <w:color w:val="555555"/>
          <w:sz w:val="20"/>
        </w:rPr>
        <w:t>[sch vesp 875a]</w:t>
      </w:r>
    </w:p>
    <w:p>
      <w:r>
        <w:rPr>
          <w:rFonts w:ascii="Gentium Plus" w:hAnsi="Gentium Plus"/>
          <w:sz w:val="24"/>
        </w:rPr>
        <w:t>ὦ δέσποτ’ ἄναξ: περὶ τοῦ ἀγυιέως τοῦ Ἀπόλλωνος Διευχίδας οὕτως γράφει· “ἐν δὲ τῷ †ἰατρῷ† τούτῳ διαμένει ἔτι καὶ νῦν †ἐστι ὡς† ἀγυιεὺς τῶν Δωριέων 〈τῶν〉 οἰκησάντων ἐν τῷ τόπῳ ἀνάθη‐ μα, καὶ οὕτως καταμηνύει, ὅτι Δωριέων ἐστὶ τὰ τῶν Ἑλλήνων.</w:t>
      </w:r>
    </w:p>
    <w:p>
      <w:r>
        <w:rPr>
          <w:rFonts w:ascii="Courier New" w:hAnsi="Courier New"/>
          <w:color w:val="555555"/>
          <w:sz w:val="20"/>
        </w:rPr>
        <w:t>[5]</w:t>
      </w:r>
    </w:p>
    <w:p>
      <w:r>
        <w:rPr>
          <w:rFonts w:ascii="Gentium Plus" w:hAnsi="Gentium Plus"/>
          <w:sz w:val="24"/>
        </w:rPr>
        <w:t>τούτοις γὰρ ἐπὶ ⟦τὰσ⟧ στρατιᾶς †† φάσματος οἱ Δωριεῖς ἀπομι‐ μούμενοι τοὺς ἀγυιᾶς ἱστᾶσιν ἔτι καὶ νῦν τοὺς Ἀπόλλωνος. VΓAld</w:t>
      </w:r>
    </w:p>
    <w:p>
      <w:r>
        <w:rPr>
          <w:rFonts w:ascii="Courier New" w:hAnsi="Courier New"/>
          <w:color w:val="555555"/>
          <w:sz w:val="20"/>
        </w:rPr>
        <w:t>[sch vesp 875b]</w:t>
      </w:r>
    </w:p>
    <w:p>
      <w:r>
        <w:rPr>
          <w:rFonts w:ascii="Gentium Plus" w:hAnsi="Gentium Plus"/>
          <w:sz w:val="24"/>
        </w:rPr>
        <w:t>πρὸ τῶν θυρῶν ἔθος εἶχον κίονας εἰς ὀξὺ λήγοντας, ὡς ὀβελίσκους, ἱδρύειν εἰς τιμὴν Ἀπόλλωνος ἀγυιέως ἱεροὺς αὐτοῦ ὄντας. VΓAld</w:t>
      </w:r>
    </w:p>
    <w:p>
      <w:r>
        <w:rPr>
          <w:rFonts w:ascii="Courier New" w:hAnsi="Courier New"/>
          <w:color w:val="555555"/>
          <w:sz w:val="20"/>
        </w:rPr>
        <w:t>[sch vesp 875c]</w:t>
      </w:r>
    </w:p>
    <w:p>
      <w:r>
        <w:rPr>
          <w:rFonts w:ascii="Gentium Plus" w:hAnsi="Gentium Plus"/>
          <w:sz w:val="24"/>
        </w:rPr>
        <w:t>ἔθος ἦν πρὸ τῶν θυρῶν κίονας εἰς ὀξὺ λήγοντας ἱδρύειν καὶ ἐπάνω τούτων ἄγαλμα Ἀπόλλωνος ἀγυιέως ὀνομαζόμενον. Δωριεῖς δέ ποτε τὸν τόπον πρῶτοι οἰκήσαντες εἰς τιμὴν τοῦ Ἀπόλλωνος τοῦτο πεποιήκασιν, οἶμαι διὰ τὸ πρῶτον ἐπελθεῖν τὸν ἥλιον ὑπαιθρίας οὔσης. Taur</w:t>
      </w:r>
    </w:p>
    <w:p>
      <w:r>
        <w:rPr>
          <w:rFonts w:ascii="Courier New" w:hAnsi="Courier New"/>
          <w:color w:val="555555"/>
          <w:sz w:val="20"/>
        </w:rPr>
        <w:t>[sch vesp 875d]</w:t>
      </w:r>
    </w:p>
    <w:p>
      <w:r>
        <w:rPr>
          <w:rFonts w:ascii="Gentium Plus" w:hAnsi="Gentium Plus"/>
          <w:sz w:val="24"/>
        </w:rPr>
        <w:t>ἀγυιεῦ] ἐν ταῖς ὁδοῖς ἱστάμενος. Lh</w:t>
      </w:r>
    </w:p>
    <w:p>
      <w:r>
        <w:rPr>
          <w:rFonts w:ascii="Courier New" w:hAnsi="Courier New"/>
          <w:color w:val="555555"/>
          <w:sz w:val="20"/>
        </w:rPr>
        <w:t>[sch vesp 875e]</w:t>
      </w:r>
    </w:p>
    <w:p>
      <w:r>
        <w:rPr>
          <w:rFonts w:ascii="Gentium Plus" w:hAnsi="Gentium Plus"/>
          <w:sz w:val="24"/>
        </w:rPr>
        <w:t>ἀγυιεὺς κίων εἰς (15) ... (17) ἀμφοῖν. (18) ἔστι δὲ ἴδιον ... (19) παρ’ Ἀττικοῖς ... (21) ἀλμίζων πυρὶ ... (22) εὐοσμίας. ἄλλως. ἀγυιεὺς ὁ ... (22) κινοειδὴς ... (23) Κραπατάλλοις· “ὦ δέσποτ’ ἀγυιεῦ ... (24) μου”. (ex Su. s.v. ἀγυιαί, I 39, 15—24)</w:t>
      </w:r>
    </w:p>
    <w:p>
      <w:r>
        <w:rPr>
          <w:rFonts w:ascii="Courier New" w:hAnsi="Courier New"/>
          <w:color w:val="555555"/>
          <w:sz w:val="20"/>
        </w:rPr>
        <w:t>[sch vesp 878]</w:t>
      </w:r>
    </w:p>
    <w:p>
      <w:r>
        <w:rPr>
          <w:rFonts w:ascii="Gentium Plus" w:hAnsi="Gentium Plus"/>
          <w:sz w:val="24"/>
        </w:rPr>
        <w:t>ἀντὶ σιραίου: μὴ σίραιον, ἀλλὰ μέλι παραμίξας. σίραιον δὲ τὸ VΓAld ⸢ἐψημένον VΓ* [ἑψημένον Ald] γλεῦκος, βραχὺ δὲ ἔχον παράπικρον,</w:t>
      </w:r>
    </w:p>
    <w:p>
      <w:r>
        <w:rPr>
          <w:rFonts w:ascii="Courier New" w:hAnsi="Courier New"/>
          <w:color w:val="555555"/>
          <w:sz w:val="20"/>
        </w:rPr>
        <w:t>[5]</w:t>
      </w:r>
    </w:p>
    <w:p>
      <w:r>
        <w:rPr>
          <w:rFonts w:ascii="Gentium Plus" w:hAnsi="Gentium Plus"/>
          <w:sz w:val="24"/>
        </w:rPr>
        <w:t>ὅταν καθεψηθῇ. VΓAld</w:t>
      </w:r>
    </w:p>
    <w:p>
      <w:r>
        <w:rPr>
          <w:rFonts w:ascii="Courier New" w:hAnsi="Courier New"/>
          <w:color w:val="555555"/>
          <w:sz w:val="20"/>
        </w:rPr>
        <w:t>[sch vesp 878,col 2 (3)]</w:t>
      </w:r>
    </w:p>
    <w:p>
      <w:r>
        <w:rPr>
          <w:rFonts w:ascii="Gentium Plus" w:hAnsi="Gentium Plus"/>
          <w:sz w:val="24"/>
        </w:rPr>
        <w:t>ἑψημένου γλεύκους, βραχὺ δὲ ἔχον‐ τος παράπικρον, ὅταν καθεψηθῇ. Lh</w:t>
      </w:r>
    </w:p>
    <w:p>
      <w:r>
        <w:rPr>
          <w:rFonts w:ascii="Courier New" w:hAnsi="Courier New"/>
          <w:color w:val="555555"/>
          <w:sz w:val="20"/>
        </w:rPr>
        <w:t>[sch vesp 880a]</w:t>
      </w:r>
    </w:p>
    <w:p>
      <w:r>
        <w:rPr>
          <w:rFonts w:ascii="Gentium Plus" w:hAnsi="Gentium Plus"/>
          <w:sz w:val="24"/>
        </w:rPr>
        <w:t>φεύγοντας: τοὺς εἰς δίκην ἀγομένους.</w:t>
      </w:r>
    </w:p>
    <w:p>
      <w:r>
        <w:rPr>
          <w:rFonts w:ascii="Courier New" w:hAnsi="Courier New"/>
          <w:color w:val="555555"/>
          <w:sz w:val="20"/>
        </w:rPr>
        <w:t>[sch vesp 880b]</w:t>
      </w:r>
    </w:p>
    <w:p>
      <w:r>
        <w:rPr>
          <w:rFonts w:ascii="Gentium Plus" w:hAnsi="Gentium Plus"/>
          <w:sz w:val="24"/>
        </w:rPr>
        <w:t>τῶν γραψαμένων] τῶν κατηγορούντων. Γ3</w:t>
      </w:r>
    </w:p>
    <w:p>
      <w:r>
        <w:rPr>
          <w:rFonts w:ascii="Courier New" w:hAnsi="Courier New"/>
          <w:color w:val="555555"/>
          <w:sz w:val="20"/>
        </w:rPr>
        <w:t>[sch vesp 883a]</w:t>
      </w:r>
    </w:p>
    <w:p>
      <w:r>
        <w:rPr>
          <w:rFonts w:ascii="Gentium Plus" w:hAnsi="Gentium Plus"/>
          <w:sz w:val="24"/>
        </w:rPr>
        <w:t>ἀπὸ τῆς] παρατέλευτον τοῦτο. Lh</w:t>
      </w:r>
    </w:p>
    <w:p>
      <w:r>
        <w:rPr>
          <w:rFonts w:ascii="Courier New" w:hAnsi="Courier New"/>
          <w:color w:val="555555"/>
          <w:sz w:val="20"/>
        </w:rPr>
        <w:t>[sch vesp 883b]</w:t>
      </w:r>
    </w:p>
    <w:p>
      <w:r>
        <w:rPr>
          <w:rFonts w:ascii="Gentium Plus" w:hAnsi="Gentium Plus"/>
          <w:sz w:val="24"/>
        </w:rPr>
        <w:t>ὀργῆς] νῦν τοῦ τρόπου. Γ3Lh</w:t>
      </w:r>
    </w:p>
    <w:p>
      <w:r>
        <w:rPr>
          <w:rFonts w:ascii="Courier New" w:hAnsi="Courier New"/>
          <w:color w:val="555555"/>
          <w:sz w:val="20"/>
        </w:rPr>
        <w:t>[sch vesp 884a]</w:t>
      </w:r>
    </w:p>
    <w:p>
      <w:r>
        <w:rPr>
          <w:rFonts w:ascii="Gentium Plus" w:hAnsi="Gentium Plus"/>
          <w:sz w:val="24"/>
        </w:rPr>
        <w:t>τὴν ἀκαλήφην: τὴν λεγομένην κνίδην, ἣν προσφέροντες τῷ σώματι VΓLhAld</w:t>
      </w:r>
    </w:p>
    <w:p>
      <w:r>
        <w:rPr>
          <w:rFonts w:ascii="Courier New" w:hAnsi="Courier New"/>
          <w:color w:val="555555"/>
          <w:sz w:val="20"/>
        </w:rPr>
        <w:t>[sch vesp 884a,col 2 (3)]</w:t>
      </w:r>
    </w:p>
    <w:p>
      <w:r>
        <w:rPr>
          <w:rFonts w:ascii="Gentium Plus" w:hAnsi="Gentium Plus"/>
          <w:sz w:val="24"/>
        </w:rPr>
        <w:t>κνισμὸν αὐτῷ ἐμποιοῦσιν. Lh</w:t>
      </w:r>
    </w:p>
    <w:p>
      <w:r>
        <w:rPr>
          <w:rFonts w:ascii="Courier New" w:hAnsi="Courier New"/>
          <w:color w:val="555555"/>
          <w:sz w:val="20"/>
        </w:rPr>
        <w:t>[sch vesp 884b]</w:t>
      </w:r>
    </w:p>
    <w:p>
      <w:r>
        <w:rPr>
          <w:rFonts w:ascii="Gentium Plus" w:hAnsi="Gentium Plus"/>
          <w:sz w:val="24"/>
        </w:rPr>
        <w:t>μεταφορικῶς τὸ τραχὺ καὶ δηκτικόν, ἣν καὶ ἀκαλήφην λέγεσθαί φησι Κράτης †† Φοινίσσαις. VΓAld ⸢ἔστι δὲ VΓAld [ἔστιν Lh] ⸢, ὥς φασιν, Lh καὶ θαλάττιος ⸢ἰχθῦς VΓ [ἰχθὺς LhAld] ⸢οὕτως VΓAld [οὕτω Lh] λεγό‐</w:t>
      </w:r>
    </w:p>
    <w:p>
      <w:r>
        <w:rPr>
          <w:rFonts w:ascii="Courier New" w:hAnsi="Courier New"/>
          <w:color w:val="555555"/>
          <w:sz w:val="20"/>
        </w:rPr>
        <w:t>[sch vesp 884c]</w:t>
      </w:r>
    </w:p>
    <w:p>
      <w:r>
        <w:rPr>
          <w:rFonts w:ascii="Gentium Plus" w:hAnsi="Gentium Plus"/>
          <w:sz w:val="24"/>
        </w:rPr>
        <w:t>〈 〉 lh*Ald</w:t>
      </w:r>
    </w:p>
    <w:p>
      <w:r>
        <w:rPr>
          <w:rFonts w:ascii="Courier New" w:hAnsi="Courier New"/>
          <w:color w:val="555555"/>
          <w:sz w:val="20"/>
        </w:rPr>
        <w:t>[sch vesp 885]</w:t>
      </w:r>
    </w:p>
    <w:p>
      <w:r>
        <w:rPr>
          <w:rFonts w:ascii="Gentium Plus" w:hAnsi="Gentium Plus"/>
          <w:sz w:val="24"/>
        </w:rPr>
        <w:t>στροφὴ κώλων ϛʹ. lhAld</w:t>
      </w:r>
    </w:p>
    <w:p>
      <w:r>
        <w:rPr>
          <w:rFonts w:ascii="Courier New" w:hAnsi="Courier New"/>
          <w:color w:val="555555"/>
          <w:sz w:val="20"/>
        </w:rPr>
        <w:t>[sch vesp 886]</w:t>
      </w:r>
    </w:p>
    <w:p>
      <w:r>
        <w:rPr>
          <w:rFonts w:ascii="Gentium Plus" w:hAnsi="Gentium Plus"/>
          <w:sz w:val="24"/>
        </w:rPr>
        <w:t>τῶν προλελεγμένων: τῶν παρ’ ἡμῶν ⸢σοι V εἰρημένων, ἢ τῶν παρὰ σοῦ (.) VΓLh ἡμῖν λεχθέντων. VΓ</w:t>
      </w:r>
    </w:p>
    <w:p>
      <w:r>
        <w:rPr>
          <w:rFonts w:ascii="Courier New" w:hAnsi="Courier New"/>
          <w:color w:val="555555"/>
          <w:sz w:val="20"/>
        </w:rPr>
        <w:t>[sch vesp 887]</w:t>
      </w:r>
    </w:p>
    <w:p>
      <w:r>
        <w:rPr>
          <w:rFonts w:ascii="Gentium Plus" w:hAnsi="Gentium Plus"/>
          <w:sz w:val="24"/>
        </w:rPr>
        <w:t>εὖνοι γάρ ἐσμεν: εὖνοι προπερισπωμένως, εἴτε 〈ἀπὸ〉 τοῦ “εὔνους” ἐστίν. VΓ</w:t>
      </w:r>
    </w:p>
    <w:p>
      <w:r>
        <w:rPr>
          <w:rFonts w:ascii="Courier New" w:hAnsi="Courier New"/>
          <w:color w:val="555555"/>
          <w:sz w:val="20"/>
        </w:rPr>
        <w:t>[sch vesp 890]</w:t>
      </w:r>
    </w:p>
    <w:p>
      <w:r>
        <w:rPr>
          <w:rFonts w:ascii="Gentium Plus" w:hAnsi="Gentium Plus"/>
          <w:sz w:val="24"/>
        </w:rPr>
        <w:t>τῶν γενναιοτέρων: εἰ μὲν “γενναιοτέρων”, τῶν σπουδαίων· εἰ δὲ “νεωτέρων”, τῶν ὁμηλίκων. VΓAld</w:t>
      </w:r>
    </w:p>
    <w:p>
      <w:r>
        <w:rPr>
          <w:rFonts w:ascii="Courier New" w:hAnsi="Courier New"/>
          <w:color w:val="555555"/>
          <w:sz w:val="20"/>
        </w:rPr>
        <w:t>[sch vesp 891]</w:t>
      </w:r>
    </w:p>
    <w:p>
      <w:r>
        <w:rPr>
          <w:rFonts w:ascii="Gentium Plus" w:hAnsi="Gentium Plus"/>
          <w:sz w:val="24"/>
        </w:rPr>
        <w:t>εἴ τις θύραισιν] ὁ Βδελυκλέων μιμεῖται τὸν κήρυκα. VΓ3Lh</w:t>
      </w:r>
    </w:p>
    <w:p>
      <w:r>
        <w:rPr>
          <w:rFonts w:ascii="Courier New" w:hAnsi="Courier New"/>
          <w:color w:val="555555"/>
          <w:sz w:val="20"/>
        </w:rPr>
        <w:t>[sch vesp 892a]</w:t>
      </w:r>
    </w:p>
    <w:p>
      <w:r>
        <w:rPr>
          <w:rFonts w:ascii="Gentium Plus" w:hAnsi="Gentium Plus"/>
          <w:sz w:val="24"/>
        </w:rPr>
        <w:t>ὡς ἡνίκ’ ἂν λέγωσιν: ἔθος ⸢γὰρ VΓAld ἦν πρὸ μὲν τῆς κατα‐ στάσεως τῶν ῥητόρων κηρύττειν τοὺς δικαστάς· ὁπότε δὲ ἤρχοντο τῶν δικῶν, οὐκέτι εἴων εἰσιέναι τοὺς ὑστεροῦντας δικαστάς. VΓLhAld</w:t>
      </w:r>
    </w:p>
    <w:p>
      <w:r>
        <w:rPr>
          <w:rFonts w:ascii="Courier New" w:hAnsi="Courier New"/>
          <w:color w:val="555555"/>
          <w:sz w:val="20"/>
        </w:rPr>
        <w:t>[sch vesp 892b]</w:t>
      </w:r>
    </w:p>
    <w:p>
      <w:r>
        <w:rPr>
          <w:rFonts w:ascii="Gentium Plus" w:hAnsi="Gentium Plus"/>
          <w:sz w:val="24"/>
        </w:rPr>
        <w:t>οὐκ ἐσφρήσομεν] οὐ συγ‐</w:t>
      </w:r>
    </w:p>
    <w:p>
      <w:r>
        <w:rPr>
          <w:rFonts w:ascii="Courier New" w:hAnsi="Courier New"/>
          <w:color w:val="555555"/>
          <w:sz w:val="20"/>
        </w:rPr>
        <w:t>[sch vesp 892b,col 2]</w:t>
      </w:r>
    </w:p>
    <w:p>
      <w:r>
        <w:rPr>
          <w:rFonts w:ascii="Gentium Plus" w:hAnsi="Gentium Plus"/>
          <w:sz w:val="24"/>
        </w:rPr>
        <w:t>οὐκ εἰσφρήσομεν] εἰσέλθωμεν, ἢ οὐ</w:t>
      </w:r>
    </w:p>
    <w:p>
      <w:r>
        <w:rPr>
          <w:rFonts w:ascii="Courier New" w:hAnsi="Courier New"/>
          <w:color w:val="555555"/>
          <w:sz w:val="20"/>
        </w:rPr>
        <w:t>[sch vesp 893]</w:t>
      </w:r>
    </w:p>
    <w:p>
      <w:r>
        <w:rPr>
          <w:rFonts w:ascii="Gentium Plus" w:hAnsi="Gentium Plus"/>
          <w:sz w:val="24"/>
        </w:rPr>
        <w:t>ὅσον ἁλώσεται] ⸢ὡς μέλλων VΓ3 [ἀντὶ τοῦ μέλλει Lh] καταδικα‐ σθῆναι. VΓ3Lh</w:t>
      </w:r>
    </w:p>
    <w:p>
      <w:r>
        <w:rPr>
          <w:rFonts w:ascii="Courier New" w:hAnsi="Courier New"/>
          <w:color w:val="555555"/>
          <w:sz w:val="20"/>
        </w:rPr>
        <w:t>[sch vesp 894a]</w:t>
      </w:r>
    </w:p>
    <w:p>
      <w:r>
        <w:rPr>
          <w:rFonts w:ascii="Gentium Plus" w:hAnsi="Gentium Plus"/>
          <w:sz w:val="24"/>
        </w:rPr>
        <w:t>⸢οὕτω κατεγράφοντο καὶ ἔλεγον τὴν VΓ3 τιμωρίαν. ⸢οὗτος δὲ V ὡς ἐπὶ κυνὸς εἶπε τὸ “κλοιός” ⸢, ὅπερ ἐστὶ VΓ3 [· ἐστὶ δὲ κλοιὸς Lh] τὸ ξύλον τὸ ἐμβαλλόμενον εἰς τὸν τένοντα τοῦ κυνός. VΓ3Lh</w:t>
      </w:r>
    </w:p>
    <w:p>
      <w:r>
        <w:rPr>
          <w:rFonts w:ascii="Courier New" w:hAnsi="Courier New"/>
          <w:color w:val="555555"/>
          <w:sz w:val="20"/>
        </w:rPr>
        <w:t>[sch vesp 894b]</w:t>
      </w:r>
    </w:p>
    <w:p>
      <w:r>
        <w:rPr>
          <w:rFonts w:ascii="Gentium Plus" w:hAnsi="Gentium Plus"/>
          <w:sz w:val="24"/>
        </w:rPr>
        <w:t>γραφῆς] κατηγορίας. Lh</w:t>
      </w:r>
    </w:p>
    <w:p>
      <w:r>
        <w:rPr>
          <w:rFonts w:ascii="Courier New" w:hAnsi="Courier New"/>
          <w:color w:val="555555"/>
          <w:sz w:val="20"/>
        </w:rPr>
        <w:t>[sch vesp 894c]</w:t>
      </w:r>
    </w:p>
    <w:p>
      <w:r>
        <w:rPr>
          <w:rFonts w:ascii="Gentium Plus" w:hAnsi="Gentium Plus"/>
          <w:sz w:val="24"/>
        </w:rPr>
        <w:t>ἐγράψατο] κατηγόρησεν. Lh</w:t>
      </w:r>
    </w:p>
    <w:p>
      <w:r>
        <w:rPr>
          <w:rFonts w:ascii="Courier New" w:hAnsi="Courier New"/>
          <w:color w:val="555555"/>
          <w:sz w:val="20"/>
        </w:rPr>
        <w:t>[sch vesp 895a]</w:t>
      </w:r>
    </w:p>
    <w:p>
      <w:r>
        <w:rPr>
          <w:rFonts w:ascii="Gentium Plus" w:hAnsi="Gentium Plus"/>
          <w:sz w:val="24"/>
        </w:rPr>
        <w:t>κύων Κυδαθηναιεὺς: ἔπαιξε παρὰ VΓLhAld τὸν κύνα Κυδαθηναιέα φάσκων αὐ‐</w:t>
      </w:r>
    </w:p>
    <w:p>
      <w:r>
        <w:rPr>
          <w:rFonts w:ascii="Courier New" w:hAnsi="Courier New"/>
          <w:color w:val="555555"/>
          <w:sz w:val="20"/>
        </w:rPr>
        <w:t>[sch vesp 895a,col 2 (2)]</w:t>
      </w:r>
    </w:p>
    <w:p>
      <w:r>
        <w:rPr>
          <w:rFonts w:ascii="Gentium Plus" w:hAnsi="Gentium Plus"/>
          <w:sz w:val="24"/>
        </w:rPr>
        <w:t>τὸ “κύων” “Κυδαθηναιεὺς” εἰ‐</w:t>
      </w:r>
    </w:p>
    <w:p>
      <w:r>
        <w:rPr>
          <w:rFonts w:ascii="Courier New" w:hAnsi="Courier New"/>
          <w:color w:val="555555"/>
          <w:sz w:val="20"/>
        </w:rPr>
        <w:t>[sch vesp 895a, (4)]</w:t>
      </w:r>
    </w:p>
    <w:p>
      <w:r>
        <w:rPr>
          <w:rFonts w:ascii="Gentium Plus" w:hAnsi="Gentium Plus"/>
          <w:sz w:val="24"/>
        </w:rPr>
        <w:t>ὡς ἐπὶ ἀνθρώπων δὲ ποιεῖται τὴν κατηγορίαν. VΓLhAld</w:t>
      </w:r>
    </w:p>
    <w:p>
      <w:r>
        <w:rPr>
          <w:rFonts w:ascii="Courier New" w:hAnsi="Courier New"/>
          <w:color w:val="555555"/>
          <w:sz w:val="20"/>
        </w:rPr>
        <w:t>[sch vesp 895b]</w:t>
      </w:r>
    </w:p>
    <w:p>
      <w:r>
        <w:rPr>
          <w:rFonts w:ascii="Gentium Plus" w:hAnsi="Gentium Plus"/>
          <w:sz w:val="24"/>
        </w:rPr>
        <w:t>Αἰξωνέα: ἀπὸ δήμου τῆς Πανδιονίδος φυλῆς ⸢, Αἰξωνεὺς δὲ V Γ [ἢ LhAld] ἀπὸ δήμου τῆς Κεκροπίδος. VΓLhAld</w:t>
      </w:r>
    </w:p>
    <w:p>
      <w:r>
        <w:rPr>
          <w:rFonts w:ascii="Courier New" w:hAnsi="Courier New"/>
          <w:color w:val="555555"/>
          <w:sz w:val="20"/>
        </w:rPr>
        <w:t>[sch vesp 897a]</w:t>
      </w:r>
    </w:p>
    <w:p>
      <w:r>
        <w:rPr>
          <w:rFonts w:ascii="Gentium Plus" w:hAnsi="Gentium Plus"/>
          <w:sz w:val="24"/>
        </w:rPr>
        <w:t>κλῳὸς σύκινος: ⸢οὕτως VΓLhAld ⸢οἱ R Ἀττικοὶ τὸν κλοιὸν “κλῳόν” ⸢ἔλεγον RVΓAld [λέγουσιν Lh]. RVΓLhAld “σύκινος” δὲ διὰ τὸ ⸢βραχὺ VΓAld [εὐτελὲς καὶ ἀσθενὲς Lh] τοῦ ξύλου. VΓLhAld</w:t>
      </w:r>
    </w:p>
    <w:p>
      <w:r>
        <w:rPr>
          <w:rFonts w:ascii="Courier New" w:hAnsi="Courier New"/>
          <w:color w:val="555555"/>
          <w:sz w:val="20"/>
        </w:rPr>
        <w:t>[sch vesp 897b]</w:t>
      </w:r>
    </w:p>
    <w:p>
      <w:r>
        <w:rPr>
          <w:rFonts w:ascii="Gentium Plus" w:hAnsi="Gentium Plus"/>
          <w:sz w:val="24"/>
        </w:rPr>
        <w:t>τὸ κολλάριον ⟦τὸ⟧ παρ’ ἡμῖν λεγόμενον, ᾧ εἰώθασι τοὺς κύνας προσ‐</w:t>
      </w:r>
    </w:p>
    <w:p>
      <w:r>
        <w:rPr>
          <w:rFonts w:ascii="Courier New" w:hAnsi="Courier New"/>
          <w:color w:val="555555"/>
          <w:sz w:val="20"/>
        </w:rPr>
        <w:t>[sch vesp 898]</w:t>
      </w:r>
    </w:p>
    <w:p>
      <w:r>
        <w:rPr>
          <w:rFonts w:ascii="Gentium Plus" w:hAnsi="Gentium Plus"/>
          <w:sz w:val="24"/>
        </w:rPr>
        <w:t>θάνατος μὲν οὖν κύνειος: παίζει ὡς ἐν κωμῳδίᾳ καταδικάζων τὸν Λάβητα κυνείῳ θανάτῳ· VΓLhAld ἅμα δέ, ὅτι καὶ χαλεπός ἐστιν ὁ τοῦ κυνὸς θάνατος· δυσχερῶς γὰρ ἀφίησι</w:t>
      </w:r>
    </w:p>
    <w:p>
      <w:r>
        <w:rPr>
          <w:rFonts w:ascii="Courier New" w:hAnsi="Courier New"/>
          <w:color w:val="555555"/>
          <w:sz w:val="20"/>
        </w:rPr>
        <w:t>[5]</w:t>
      </w:r>
    </w:p>
    <w:p>
      <w:r>
        <w:rPr>
          <w:rFonts w:ascii="Gentium Plus" w:hAnsi="Gentium Plus"/>
          <w:sz w:val="24"/>
        </w:rPr>
        <w:t>τὸ πνεῦμα. VΓAld</w:t>
      </w:r>
    </w:p>
    <w:p>
      <w:r>
        <w:rPr>
          <w:rFonts w:ascii="Courier New" w:hAnsi="Courier New"/>
          <w:color w:val="555555"/>
          <w:sz w:val="20"/>
        </w:rPr>
        <w:t>[sch vesp 898,col 2 (3)]</w:t>
      </w:r>
    </w:p>
    <w:p>
      <w:r>
        <w:rPr>
          <w:rFonts w:ascii="Gentium Plus" w:hAnsi="Gentium Plus"/>
          <w:sz w:val="24"/>
        </w:rPr>
        <w:t>καὶ ὅτι χαλεπῶς καὶ δυσχερῶς ἀφί‐</w:t>
      </w:r>
    </w:p>
    <w:p>
      <w:r>
        <w:rPr>
          <w:rFonts w:ascii="Courier New" w:hAnsi="Courier New"/>
          <w:color w:val="555555"/>
          <w:sz w:val="20"/>
        </w:rPr>
        <w:t>[sch vesp 899]</w:t>
      </w:r>
    </w:p>
    <w:p>
      <w:r>
        <w:rPr>
          <w:rFonts w:ascii="Gentium Plus" w:hAnsi="Gentium Plus"/>
          <w:sz w:val="24"/>
        </w:rPr>
        <w:t>ὁ φεύγων] ὁ κατηγορούμενος. Lh</w:t>
      </w:r>
    </w:p>
    <w:p>
      <w:r>
        <w:rPr>
          <w:rFonts w:ascii="Courier New" w:hAnsi="Courier New"/>
          <w:color w:val="555555"/>
          <w:sz w:val="20"/>
        </w:rPr>
        <w:t>[sch vesp 900a]</w:t>
      </w:r>
    </w:p>
    <w:p>
      <w:r>
        <w:rPr>
          <w:rFonts w:ascii="Gentium Plus" w:hAnsi="Gentium Plus"/>
          <w:sz w:val="24"/>
        </w:rPr>
        <w:t>ὡς δὲ καὶ κλέπτον βλέπει: ἀντὶ τοῦ κλεπτικόν. RΓLhAld</w:t>
      </w:r>
    </w:p>
    <w:p>
      <w:r>
        <w:rPr>
          <w:rFonts w:ascii="Courier New" w:hAnsi="Courier New"/>
          <w:color w:val="555555"/>
          <w:sz w:val="20"/>
        </w:rPr>
        <w:t>[sch vesp 900b]</w:t>
      </w:r>
    </w:p>
    <w:p>
      <w:r>
        <w:rPr>
          <w:rFonts w:ascii="Gentium Plus" w:hAnsi="Gentium Plus"/>
          <w:sz w:val="24"/>
        </w:rPr>
        <w:t>“κλέπτον” βαρέως Ἀττικοί, καθὸ καὶ Εἰρηναῖός φησιν. VΓAld</w:t>
      </w:r>
    </w:p>
    <w:p>
      <w:r>
        <w:rPr>
          <w:rFonts w:ascii="Courier New" w:hAnsi="Courier New"/>
          <w:color w:val="555555"/>
          <w:sz w:val="20"/>
        </w:rPr>
        <w:t>[sch vesp 901]</w:t>
      </w:r>
    </w:p>
    <w:p>
      <w:r>
        <w:rPr>
          <w:rFonts w:ascii="Gentium Plus" w:hAnsi="Gentium Plus"/>
          <w:sz w:val="24"/>
        </w:rPr>
        <w:t>οἷον σεσηρὼς: οἱ γὰρ κύνες μετὰ τὸ φαγεῖν σεσήρασιν. VΓLhAld οἱ δὲ σεσηρότες κύνες ††. VΓAld</w:t>
      </w:r>
    </w:p>
    <w:p>
      <w:r>
        <w:rPr>
          <w:rFonts w:ascii="Courier New" w:hAnsi="Courier New"/>
          <w:color w:val="555555"/>
          <w:sz w:val="20"/>
        </w:rPr>
        <w:t>[sch vesp 902a]</w:t>
      </w:r>
    </w:p>
    <w:p>
      <w:r>
        <w:rPr>
          <w:rFonts w:ascii="Gentium Plus" w:hAnsi="Gentium Plus"/>
          <w:sz w:val="24"/>
        </w:rPr>
        <w:t>γρ. “ποῦ δ’ ὡ διώκων”. V</w:t>
      </w:r>
    </w:p>
    <w:p>
      <w:r>
        <w:rPr>
          <w:rFonts w:ascii="Courier New" w:hAnsi="Courier New"/>
          <w:color w:val="555555"/>
          <w:sz w:val="20"/>
        </w:rPr>
        <w:t>[sch vesp 902b]</w:t>
      </w:r>
    </w:p>
    <w:p>
      <w:r>
        <w:rPr>
          <w:rFonts w:ascii="Gentium Plus" w:hAnsi="Gentium Plus"/>
          <w:sz w:val="24"/>
        </w:rPr>
        <w:t>ποῦ δ’ οὑ διώκων: τὸ πλῆρες “ποῦ δὲ ὁ διώκων”. ἐκτείνουσι μέντοι καὶ τὸ ὁ ἄρθρον· Εὔπολις Αἰξίν· τὴν πανδοκευτρίαν γὰρ ὁ τλήμων ἀνὴρ ἔχει. VΓAld</w:t>
      </w:r>
    </w:p>
    <w:p>
      <w:r>
        <w:rPr>
          <w:rFonts w:ascii="Courier New" w:hAnsi="Courier New"/>
          <w:color w:val="555555"/>
          <w:sz w:val="20"/>
        </w:rPr>
        <w:t>[sch vesp 903a]</w:t>
      </w:r>
    </w:p>
    <w:p>
      <w:r>
        <w:rPr>
          <w:rFonts w:ascii="Gentium Plus" w:hAnsi="Gentium Plus"/>
          <w:sz w:val="24"/>
        </w:rPr>
        <w:t>αὖ αὖ: μιμεῖται τὴν φωνὴν τοῦ κυνὸς διὰ τοῦ “αὖ αὖ”. LhAld ὁ κύων λέγει ὑπακούων, οἷον ὅτι</w:t>
      </w:r>
    </w:p>
    <w:p>
      <w:r>
        <w:rPr>
          <w:rFonts w:ascii="Courier New" w:hAnsi="Courier New"/>
          <w:color w:val="555555"/>
          <w:sz w:val="20"/>
        </w:rPr>
        <w:t>[sch vesp 903a,col 2 (2)]</w:t>
      </w:r>
    </w:p>
    <w:p>
      <w:r>
        <w:rPr>
          <w:rFonts w:ascii="Gentium Plus" w:hAnsi="Gentium Plus"/>
          <w:sz w:val="24"/>
        </w:rPr>
        <w:t>φαίνεται γὰρ ὁ κύων ὑπακούων τῶν λεγομένων καὶ τρόπον δή τινα</w:t>
      </w:r>
    </w:p>
    <w:p>
      <w:r>
        <w:rPr>
          <w:rFonts w:ascii="Courier New" w:hAnsi="Courier New"/>
          <w:color w:val="555555"/>
          <w:sz w:val="20"/>
        </w:rPr>
        <w:t>[sch vesp 903b]</w:t>
      </w:r>
    </w:p>
    <w:p>
      <w:r>
        <w:rPr>
          <w:rFonts w:ascii="Gentium Plus" w:hAnsi="Gentium Plus"/>
          <w:sz w:val="24"/>
        </w:rPr>
        <w:t>αὖ αὖν: μίμημα ὑλακῆς κυνῶν.</w:t>
      </w:r>
    </w:p>
    <w:p>
      <w:r>
        <w:rPr>
          <w:rFonts w:ascii="Courier New" w:hAnsi="Courier New"/>
          <w:color w:val="555555"/>
          <w:sz w:val="20"/>
        </w:rPr>
        <w:t>[sch vesp 903c]</w:t>
      </w:r>
    </w:p>
    <w:p>
      <w:r>
        <w:rPr>
          <w:rFonts w:ascii="Gentium Plus" w:hAnsi="Gentium Plus"/>
          <w:sz w:val="24"/>
        </w:rPr>
        <w:t>πάρεστιν ἕτερος: ⸢ἀντὶ τοῦ VΓAld [ἤγουν Lh] ὁ κατήγορος. VΓAld ὁ Φιλοκλέων δέ φησι πρὸς τὸν Λάβητα, ὅτι “πάρεστιν ὁ κατήγορός σου”, ἐν ἤθει. VΓAld</w:t>
      </w:r>
    </w:p>
    <w:p>
      <w:r>
        <w:rPr>
          <w:rFonts w:ascii="Courier New" w:hAnsi="Courier New"/>
          <w:color w:val="555555"/>
          <w:sz w:val="20"/>
        </w:rPr>
        <w:t>[sch vesp 904]</w:t>
      </w:r>
    </w:p>
    <w:p>
      <w:r>
        <w:rPr>
          <w:rFonts w:ascii="Gentium Plus" w:hAnsi="Gentium Plus"/>
          <w:sz w:val="24"/>
        </w:rPr>
        <w:t>ὑλακτεῖν] συνηγορεῖν τῷ ⸢κυνί Γ3 [δικαίῳ Lh]. Γ3Lh</w:t>
      </w:r>
    </w:p>
    <w:p>
      <w:r>
        <w:rPr>
          <w:rFonts w:ascii="Courier New" w:hAnsi="Courier New"/>
          <w:color w:val="555555"/>
          <w:sz w:val="20"/>
        </w:rPr>
        <w:t>[sch vesp 905]</w:t>
      </w:r>
    </w:p>
    <w:p>
      <w:r>
        <w:rPr>
          <w:rFonts w:ascii="Gentium Plus" w:hAnsi="Gentium Plus"/>
          <w:sz w:val="24"/>
        </w:rPr>
        <w:t>σὺ δ’ κτλ.] τῷ Κυδαθηναιεῖ ⸢φησιν VLh [λέγει Γ3]. VG3Lh</w:t>
      </w:r>
    </w:p>
    <w:p>
      <w:r>
        <w:rPr>
          <w:rFonts w:ascii="Courier New" w:hAnsi="Courier New"/>
          <w:color w:val="555555"/>
          <w:sz w:val="20"/>
        </w:rPr>
        <w:t>[sch vesp 906a]</w:t>
      </w:r>
    </w:p>
    <w:p>
      <w:r>
        <w:rPr>
          <w:rFonts w:ascii="Gentium Plus" w:hAnsi="Gentium Plus"/>
          <w:sz w:val="24"/>
        </w:rPr>
        <w:t>νυν] δή. Lh</w:t>
      </w:r>
    </w:p>
    <w:p>
      <w:r>
        <w:rPr>
          <w:rFonts w:ascii="Courier New" w:hAnsi="Courier New"/>
          <w:color w:val="555555"/>
          <w:sz w:val="20"/>
        </w:rPr>
        <w:t>[sch vesp 906b]</w:t>
      </w:r>
    </w:p>
    <w:p>
      <w:r>
        <w:rPr>
          <w:rFonts w:ascii="Gentium Plus" w:hAnsi="Gentium Plus"/>
          <w:sz w:val="24"/>
        </w:rPr>
        <w:t>τήνδε] τὴν VΓ3 φακῆν. VΓ3Lh</w:t>
      </w:r>
    </w:p>
    <w:p>
      <w:r>
        <w:rPr>
          <w:rFonts w:ascii="Courier New" w:hAnsi="Courier New"/>
          <w:color w:val="555555"/>
          <w:sz w:val="20"/>
        </w:rPr>
        <w:t>[sch vesp 907]</w:t>
      </w:r>
    </w:p>
    <w:p>
      <w:r>
        <w:rPr>
          <w:rFonts w:ascii="Gentium Plus" w:hAnsi="Gentium Plus"/>
          <w:sz w:val="24"/>
        </w:rPr>
        <w:t>τῇ μὲν κτλ.] ὁ συνηγορῶν τῷ Κυδαθηναιεῖ (.) VΓ3Lh λέγει. Γ3Lh</w:t>
      </w:r>
    </w:p>
    <w:p>
      <w:r>
        <w:rPr>
          <w:rFonts w:ascii="Courier New" w:hAnsi="Courier New"/>
          <w:color w:val="555555"/>
          <w:sz w:val="20"/>
        </w:rPr>
        <w:t>[sch vesp 909a]</w:t>
      </w:r>
    </w:p>
    <w:p>
      <w:r>
        <w:rPr>
          <w:rFonts w:ascii="Gentium Plus" w:hAnsi="Gentium Plus"/>
          <w:sz w:val="24"/>
        </w:rPr>
        <w:t>καὶ τὸ ῥυππαπαῖ: ⸢καὶ VΓAld [ἤγουν Lh] τὸ ναυτικόν (.) RVΓLhAld ἀπὸ μέρους. Lh</w:t>
      </w:r>
    </w:p>
    <w:p>
      <w:r>
        <w:rPr>
          <w:rFonts w:ascii="Courier New" w:hAnsi="Courier New"/>
          <w:color w:val="555555"/>
          <w:sz w:val="20"/>
        </w:rPr>
        <w:t>[6]</w:t>
      </w:r>
    </w:p>
    <w:p>
      <w:r>
        <w:rPr>
          <w:rFonts w:ascii="Gentium Plus" w:hAnsi="Gentium Plus"/>
          <w:sz w:val="24"/>
        </w:rPr>
        <w:t>τὸ γὰρ “ῥυππαπαι” ἐπιφώνημά ἐστι</w:t>
      </w:r>
    </w:p>
    <w:p>
      <w:r>
        <w:rPr>
          <w:rFonts w:ascii="Courier New" w:hAnsi="Courier New"/>
          <w:color w:val="555555"/>
          <w:sz w:val="20"/>
        </w:rPr>
        <w:t>[sch vesp 909a,col 2 (3)]</w:t>
      </w:r>
    </w:p>
    <w:p>
      <w:r>
        <w:rPr>
          <w:rFonts w:ascii="Gentium Plus" w:hAnsi="Gentium Plus"/>
          <w:sz w:val="24"/>
        </w:rPr>
        <w:t>διὰ ⸢δὲ VΓAld †Χάρητα† πάλιν ⸢δοκεῖ Lh τοῦτο ⸢λέγει VΓAld</w:t>
      </w:r>
    </w:p>
    <w:p>
      <w:r>
        <w:rPr>
          <w:rFonts w:ascii="Courier New" w:hAnsi="Courier New"/>
          <w:color w:val="555555"/>
          <w:sz w:val="20"/>
        </w:rPr>
        <w:t>[5]</w:t>
      </w:r>
    </w:p>
    <w:p>
      <w:r>
        <w:rPr>
          <w:rFonts w:ascii="Gentium Plus" w:hAnsi="Gentium Plus"/>
          <w:sz w:val="24"/>
        </w:rPr>
        <w:t>[λέγειν Lh]· ἴσως γὰρ καὶ τὸ ναυ‐ τικὸν στράτευμα ἠδίκησεν. ἔστι δὲ ⸢ἐπίρρημα VΓAld τὸ “ῥυπ(π)απαί” ⸢ἐπιφώνημα Lh ναυτικόν, ὃ ἐν ⸢τῇ κωπηλασίᾳ VΓAld [ταῖς κωπηλα‐</w:t>
      </w:r>
    </w:p>
    <w:p>
      <w:r>
        <w:rPr>
          <w:rFonts w:ascii="Courier New" w:hAnsi="Courier New"/>
          <w:color w:val="555555"/>
          <w:sz w:val="20"/>
        </w:rPr>
        <w:t>[10]</w:t>
      </w:r>
    </w:p>
    <w:p>
      <w:r>
        <w:rPr>
          <w:rFonts w:ascii="Gentium Plus" w:hAnsi="Gentium Plus"/>
          <w:sz w:val="24"/>
        </w:rPr>
        <w:t>σίαις Lh] φασὶν ὡς ⸢ἐγκέλευσμα VLh [παρακέλευσμα ΓAld]. VΓLhAld</w:t>
      </w:r>
    </w:p>
    <w:p>
      <w:r>
        <w:rPr>
          <w:rFonts w:ascii="Courier New" w:hAnsi="Courier New"/>
          <w:color w:val="555555"/>
          <w:sz w:val="20"/>
        </w:rPr>
        <w:t>[sch vesp 909b]</w:t>
      </w:r>
    </w:p>
    <w:p>
      <w:r>
        <w:rPr>
          <w:rFonts w:ascii="Gentium Plus" w:hAnsi="Gentium Plus"/>
          <w:sz w:val="24"/>
        </w:rPr>
        <w:t>συμβολικῶς τὸ ναυτικόν· τοῦτο γὰρ ἐπιφώνημά ἐστι ναυτικόν. VΓAld ὡς τῶν ⸢ἐρετῶν δὲ καὶ VΓAld ⸢ναυτῶν VΓAld [ναυτικῶν Lh] περὶ</w:t>
      </w:r>
    </w:p>
    <w:p>
      <w:r>
        <w:rPr>
          <w:rFonts w:ascii="Courier New" w:hAnsi="Courier New"/>
          <w:color w:val="555555"/>
          <w:sz w:val="20"/>
        </w:rPr>
        <w:t>[sch vesp 909c]</w:t>
      </w:r>
    </w:p>
    <w:p>
      <w:r>
        <w:rPr>
          <w:rFonts w:ascii="Gentium Plus" w:hAnsi="Gentium Plus"/>
          <w:sz w:val="24"/>
        </w:rPr>
        <w:t>Ald</w:t>
      </w:r>
    </w:p>
    <w:p>
      <w:r>
        <w:rPr>
          <w:rFonts w:ascii="Courier New" w:hAnsi="Courier New"/>
          <w:color w:val="555555"/>
          <w:sz w:val="20"/>
        </w:rPr>
        <w:t>[sch vesp 911a]</w:t>
      </w:r>
    </w:p>
    <w:p>
      <w:r>
        <w:rPr>
          <w:rFonts w:ascii="Gentium Plus" w:hAnsi="Gentium Plus"/>
          <w:sz w:val="24"/>
        </w:rPr>
        <w:t>κατεσικέλιζε: τὸν σικελικὸν ⸢κατήσθιεν V [ἤσθιεν ΓLhAld]. VΓLhAld</w:t>
      </w:r>
    </w:p>
    <w:p>
      <w:r>
        <w:rPr>
          <w:rFonts w:ascii="Courier New" w:hAnsi="Courier New"/>
          <w:color w:val="555555"/>
          <w:sz w:val="20"/>
        </w:rPr>
        <w:t>[sch vesp 911b]</w:t>
      </w:r>
    </w:p>
    <w:p>
      <w:r>
        <w:rPr>
          <w:rFonts w:ascii="Gentium Plus" w:hAnsi="Gentium Plus"/>
          <w:sz w:val="24"/>
        </w:rPr>
        <w:t>ἐπειδὴ σικελικὸν ἔφη τὸν τυρόν. RVΓLhAld παίζει δέ· ἀντὶ τοῦ “ἤσθιε καὶ ἐκορέσθη”. “ἐν τῷ σκότῳ” δέ, ἐπειδὴ ἐν μέρει τῆς δύσεως ἡ Σικελία. VΓAld</w:t>
      </w:r>
    </w:p>
    <w:p>
      <w:r>
        <w:rPr>
          <w:rFonts w:ascii="Courier New" w:hAnsi="Courier New"/>
          <w:color w:val="555555"/>
          <w:sz w:val="20"/>
        </w:rPr>
        <w:t>[sch vesp 911c]</w:t>
      </w:r>
    </w:p>
    <w:p>
      <w:r>
        <w:rPr>
          <w:rFonts w:ascii="Gentium Plus" w:hAnsi="Gentium Plus"/>
          <w:sz w:val="24"/>
        </w:rPr>
        <w:t>κἀνέπλητ’] ἐνεπλήσθη. Lh</w:t>
      </w:r>
    </w:p>
    <w:p>
      <w:r>
        <w:rPr>
          <w:rFonts w:ascii="Courier New" w:hAnsi="Courier New"/>
          <w:color w:val="555555"/>
          <w:sz w:val="20"/>
        </w:rPr>
        <w:t>[sch vesp 912]</w:t>
      </w:r>
    </w:p>
    <w:p>
      <w:r>
        <w:rPr>
          <w:rFonts w:ascii="Gentium Plus" w:hAnsi="Gentium Plus"/>
          <w:sz w:val="24"/>
        </w:rPr>
        <w:t>γέ] γάρ. Lh</w:t>
      </w:r>
    </w:p>
    <w:p>
      <w:r>
        <w:rPr>
          <w:rFonts w:ascii="Courier New" w:hAnsi="Courier New"/>
          <w:color w:val="555555"/>
          <w:sz w:val="20"/>
        </w:rPr>
        <w:t>[sch vesp 913]</w:t>
      </w:r>
    </w:p>
    <w:p>
      <w:r>
        <w:rPr>
          <w:rFonts w:ascii="Gentium Plus" w:hAnsi="Gentium Plus"/>
          <w:sz w:val="24"/>
        </w:rPr>
        <w:t>ἐνήρυγεν] ἠρεύξατο. LhAld</w:t>
      </w:r>
    </w:p>
    <w:p>
      <w:r>
        <w:rPr>
          <w:rFonts w:ascii="Courier New" w:hAnsi="Courier New"/>
          <w:color w:val="555555"/>
          <w:sz w:val="20"/>
        </w:rPr>
        <w:t>[sch vesp 914]</w:t>
      </w:r>
    </w:p>
    <w:p>
      <w:r>
        <w:rPr>
          <w:rFonts w:ascii="Gentium Plus" w:hAnsi="Gentium Plus"/>
          <w:sz w:val="24"/>
        </w:rPr>
        <w:t>ὁ βδελυρὸς οὗτος: τὸ ἑξῆς “κατεσικέλιζεν ὁ βδελυρός”. ἔνιοι δὲ τὸ “ὁ βδελυρὸς” τῷ Φιλοκλέωνι διδόασιν. VΓAld</w:t>
      </w:r>
    </w:p>
    <w:p>
      <w:r>
        <w:rPr>
          <w:rFonts w:ascii="Courier New" w:hAnsi="Courier New"/>
          <w:color w:val="555555"/>
          <w:sz w:val="20"/>
        </w:rPr>
        <w:t>[sch vesp 915]</w:t>
      </w:r>
    </w:p>
    <w:p>
      <w:r>
        <w:rPr>
          <w:rFonts w:ascii="Gentium Plus" w:hAnsi="Gentium Plus"/>
          <w:sz w:val="24"/>
        </w:rPr>
        <w:t>εὐποιεῖν] κοινή. Lh</w:t>
      </w:r>
    </w:p>
    <w:p>
      <w:r>
        <w:rPr>
          <w:rFonts w:ascii="Courier New" w:hAnsi="Courier New"/>
          <w:color w:val="555555"/>
          <w:sz w:val="20"/>
        </w:rPr>
        <w:t>[sch vesp 916]</w:t>
      </w:r>
    </w:p>
    <w:p>
      <w:r>
        <w:rPr>
          <w:rFonts w:ascii="Gentium Plus" w:hAnsi="Gentium Plus"/>
          <w:sz w:val="24"/>
        </w:rPr>
        <w:t>τις κτλ.] καθὸ δικαστὴς ⸢καὶ R κυνώδης· πτωχὸς γάρ. RVΓ3Lh</w:t>
      </w:r>
    </w:p>
    <w:p>
      <w:r>
        <w:rPr>
          <w:rFonts w:ascii="Courier New" w:hAnsi="Courier New"/>
          <w:color w:val="555555"/>
          <w:sz w:val="20"/>
        </w:rPr>
        <w:t>[sch vesp 917a]</w:t>
      </w:r>
    </w:p>
    <w:p>
      <w:r>
        <w:rPr>
          <w:rFonts w:ascii="Gentium Plus" w:hAnsi="Gentium Plus"/>
          <w:sz w:val="24"/>
        </w:rPr>
        <w:t>οὐδὲ τῷ κοινῷ γ’ ἐμοί: ⸢τῷ κοινῷ ἀντὶ τοῦ VΓAld τῷ κοινωνῷ. ⸢“οὐδὲ τὸ κοινὸν” VΓAld* [λέγεται δὲ Lh] ἐπὶ τῶν ⸢μὴ Lh καλουμένων οὐδὲ μέχρι κοινοῦ λόγου. VΓLhAld ἔστι δὲ τὰ μὲν πρὸ τούτων τοῦ θεράποντος, τὰ δὲ τοῦ γέροντος. VΓAld</w:t>
      </w:r>
    </w:p>
    <w:p>
      <w:r>
        <w:rPr>
          <w:rFonts w:ascii="Courier New" w:hAnsi="Courier New"/>
          <w:color w:val="555555"/>
          <w:sz w:val="20"/>
        </w:rPr>
        <w:t>[sch vesp 917b]</w:t>
      </w:r>
    </w:p>
    <w:p>
      <w:r>
        <w:rPr>
          <w:rFonts w:ascii="Gentium Plus" w:hAnsi="Gentium Plus"/>
          <w:sz w:val="24"/>
        </w:rPr>
        <w:t>κοινῷ γέ μοι] ἀντὶ τοῦ “οὐδὲ τῷ λόγῳ”. V</w:t>
      </w:r>
    </w:p>
    <w:p>
      <w:r>
        <w:rPr>
          <w:rFonts w:ascii="Courier New" w:hAnsi="Courier New"/>
          <w:color w:val="555555"/>
          <w:sz w:val="20"/>
        </w:rPr>
        <w:t>[sch vesp 918]</w:t>
      </w:r>
    </w:p>
    <w:p>
      <w:r>
        <w:rPr>
          <w:rFonts w:ascii="Gentium Plus" w:hAnsi="Gentium Plus"/>
          <w:sz w:val="24"/>
        </w:rPr>
        <w:t>ἧττον τῆς φακῆς: ἔπαιξεν ὡς ⸢ῥοφῶν VLhAld [ῥοφήσας Γ3] φακῆν. VΓ3LhAld</w:t>
      </w:r>
    </w:p>
    <w:p>
      <w:r>
        <w:rPr>
          <w:rFonts w:ascii="Courier New" w:hAnsi="Courier New"/>
          <w:color w:val="555555"/>
          <w:sz w:val="20"/>
        </w:rPr>
        <w:t>[sch vesp 919]</w:t>
      </w:r>
    </w:p>
    <w:p>
      <w:r>
        <w:rPr>
          <w:rFonts w:ascii="Gentium Plus" w:hAnsi="Gentium Plus"/>
          <w:sz w:val="24"/>
        </w:rPr>
        <w:t>προκαταγίνωσκ’] κατάκρινε. Lh</w:t>
      </w:r>
    </w:p>
    <w:p>
      <w:r>
        <w:rPr>
          <w:rFonts w:ascii="Courier New" w:hAnsi="Courier New"/>
          <w:color w:val="555555"/>
          <w:sz w:val="20"/>
        </w:rPr>
        <w:t>[sch vesp 923]</w:t>
      </w:r>
    </w:p>
    <w:p>
      <w:r>
        <w:rPr>
          <w:rFonts w:ascii="Gentium Plus" w:hAnsi="Gentium Plus"/>
          <w:sz w:val="24"/>
        </w:rPr>
        <w:t>ἄνδρα] τὸ “ἄνδρα” παίζων φησίν. Γ3LhAld</w:t>
      </w:r>
    </w:p>
    <w:p>
      <w:r>
        <w:rPr>
          <w:rFonts w:ascii="Courier New" w:hAnsi="Courier New"/>
          <w:color w:val="555555"/>
          <w:sz w:val="20"/>
        </w:rPr>
        <w:t>[sch vesp 924a]</w:t>
      </w:r>
    </w:p>
    <w:p>
      <w:r>
        <w:rPr>
          <w:rFonts w:ascii="Gentium Plus" w:hAnsi="Gentium Plus"/>
          <w:sz w:val="24"/>
        </w:rPr>
        <w:t>ὅστις περιπλεύσας: ⸢“θύειαν” ἔφη V Γ ἀντὶ τοῦ “Σικελίαν” διὰ τὰς νήσους. παρ’ ὑπόνοιαν δὲ εἶπε διὰ τὸν †Χάρητα†, ὅτι ἐν Σικελίᾳ ὢν τοὺς Σικελιώτας πάντας ἐπραίδευεν. VΓAld</w:t>
      </w:r>
    </w:p>
    <w:p>
      <w:r>
        <w:rPr>
          <w:rFonts w:ascii="Courier New" w:hAnsi="Courier New"/>
          <w:color w:val="555555"/>
          <w:sz w:val="20"/>
        </w:rPr>
        <w:t>[sch vesp 924b]</w:t>
      </w:r>
    </w:p>
    <w:p>
      <w:r>
        <w:rPr>
          <w:rFonts w:ascii="Gentium Plus" w:hAnsi="Gentium Plus"/>
          <w:sz w:val="24"/>
        </w:rPr>
        <w:t>πάλιν διὰ τὸν †Χάρητα† λέγει, ὅτι ἐν Σικελίᾳ περιπλέων τοὺς Σικε‐ λιώτας ἐποίει κακῶς τὰ αὐτῶν λυμαινόμενος πράγματα. Lh</w:t>
      </w:r>
    </w:p>
    <w:p>
      <w:r>
        <w:rPr>
          <w:rFonts w:ascii="Courier New" w:hAnsi="Courier New"/>
          <w:color w:val="555555"/>
          <w:sz w:val="20"/>
        </w:rPr>
        <w:t>[sch vesp 924c]</w:t>
      </w:r>
    </w:p>
    <w:p>
      <w:r>
        <w:rPr>
          <w:rFonts w:ascii="Gentium Plus" w:hAnsi="Gentium Plus"/>
          <w:sz w:val="24"/>
        </w:rPr>
        <w:t>⸢ἀντὶ τοῦ ΓAld ὅστις ⸢περιπλεύσας V [περιελθὼν ΓAld] τὸν τυρὸν ἀφείλετο. VΓAld δέον ⸢δὲ VΓAld εἰπεῖν “τὴν θάλασσαν” ἔπαιξε ⸢παρὰ τὴν V [παρ’ ΓLhAld] ὑπόνοιαν (.) VΓLhAld· ἢ “τὴν Σικελίαν”. LhAld</w:t>
      </w:r>
    </w:p>
    <w:p>
      <w:r>
        <w:rPr>
          <w:rFonts w:ascii="Courier New" w:hAnsi="Courier New"/>
          <w:color w:val="555555"/>
          <w:sz w:val="20"/>
        </w:rPr>
        <w:t>[sch vesp 924d]</w:t>
      </w:r>
    </w:p>
    <w:p>
      <w:r>
        <w:rPr>
          <w:rFonts w:ascii="Gentium Plus" w:hAnsi="Gentium Plus"/>
          <w:sz w:val="24"/>
        </w:rPr>
        <w:t>θυεία δὲ ἡ ἴγδις, (16) (6) ἀγγεῖον ... (7) λειοῦμεν, ὡς ἑτέρωθι Ἀριστοφάνης· “καὶ θυείαν ... (8) βουλεύεται”. (ex Su. s.v. θυία, II 733, 16, et s.v. θυεία, ib. 6—8)</w:t>
      </w:r>
    </w:p>
    <w:p>
      <w:r>
        <w:rPr>
          <w:rFonts w:ascii="Courier New" w:hAnsi="Courier New"/>
          <w:color w:val="555555"/>
          <w:sz w:val="20"/>
        </w:rPr>
        <w:t>[sch vesp 925]</w:t>
      </w:r>
    </w:p>
    <w:p>
      <w:r>
        <w:rPr>
          <w:rFonts w:ascii="Gentium Plus" w:hAnsi="Gentium Plus"/>
          <w:sz w:val="24"/>
        </w:rPr>
        <w:t>τὸ σκῖρον ἐξεδήδοκεν: ⸢σκῖρον VΓAld τὸ ῥυπῶδες τὸ ἐπὶ ⸢τῶν τυρῶν VΓAld [τῷ τυρῷ Lh]. VΓLhAld Εὔπολις Χρυσῷ γένει· λοιπὸς γὰρ οὐδείς· †τροφαλὶς ἐκείνη† ἐφ’ ὕδωρ βαδίζει σκῖρον ἠμφιεσμένη.</w:t>
      </w:r>
    </w:p>
    <w:p>
      <w:r>
        <w:rPr>
          <w:rFonts w:ascii="Courier New" w:hAnsi="Courier New"/>
          <w:color w:val="555555"/>
          <w:sz w:val="20"/>
        </w:rPr>
        <w:t>[5]</w:t>
      </w:r>
    </w:p>
    <w:p>
      <w:r>
        <w:rPr>
          <w:rFonts w:ascii="Gentium Plus" w:hAnsi="Gentium Plus"/>
          <w:sz w:val="24"/>
        </w:rPr>
        <w:t>ἀπὸ τούτου καὶ τὰ λίαν προσεχόμενα ἐνεσκιρῶσθαι λέγεται. VΓAld</w:t>
      </w:r>
    </w:p>
    <w:p>
      <w:r>
        <w:rPr>
          <w:rFonts w:ascii="Courier New" w:hAnsi="Courier New"/>
          <w:color w:val="555555"/>
          <w:sz w:val="20"/>
        </w:rPr>
        <w:t>[sch vesp 926a]</w:t>
      </w:r>
    </w:p>
    <w:p>
      <w:r>
        <w:rPr>
          <w:rFonts w:ascii="Gentium Plus" w:hAnsi="Gentium Plus"/>
          <w:sz w:val="24"/>
        </w:rPr>
        <w:t>ἐμοὶ δέ γ’ οὐκ ἔστ’: ὅτι λέγεται καὶ γῆ σκίρα⟦σ⟧ λευκή τις καὶ Ἀθηνᾶ Σκιράς, ὅτι τῇ λευκῇ χρίεται. VΓLhAld πρὸς τὴν ὁμωνυμίαν οὖν. VΓAld</w:t>
      </w:r>
    </w:p>
    <w:p>
      <w:r>
        <w:rPr>
          <w:rFonts w:ascii="Courier New" w:hAnsi="Courier New"/>
          <w:color w:val="555555"/>
          <w:sz w:val="20"/>
        </w:rPr>
        <w:t>[sch vesp 926b]</w:t>
      </w:r>
    </w:p>
    <w:p>
      <w:r>
        <w:rPr>
          <w:rFonts w:ascii="Gentium Plus" w:hAnsi="Gentium Plus"/>
          <w:sz w:val="24"/>
        </w:rPr>
        <w:t>ἐμοὶ δέ γ’ οὐκ ἔστ’: οἷον οὐκέτι ἔχω οὐδὲ ἐκπλάσαι</w:t>
      </w:r>
    </w:p>
    <w:p>
      <w:r>
        <w:rPr>
          <w:rFonts w:ascii="Courier New" w:hAnsi="Courier New"/>
          <w:color w:val="555555"/>
          <w:sz w:val="20"/>
        </w:rPr>
        <w:t>[sch vesp 926b,col 2]</w:t>
      </w:r>
    </w:p>
    <w:p>
      <w:r>
        <w:rPr>
          <w:rFonts w:ascii="Gentium Plus" w:hAnsi="Gentium Plus"/>
          <w:sz w:val="24"/>
        </w:rPr>
        <w:t>φησὶ γοῦν, ὅτι οὐκ ἔχω πλάσαι Lh</w:t>
      </w:r>
    </w:p>
    <w:p>
      <w:r>
        <w:rPr>
          <w:rFonts w:ascii="Courier New" w:hAnsi="Courier New"/>
          <w:color w:val="555555"/>
          <w:sz w:val="20"/>
        </w:rPr>
        <w:t>[sch vesp 926b (4)]</w:t>
      </w:r>
    </w:p>
    <w:p>
      <w:r>
        <w:rPr>
          <w:rFonts w:ascii="Gentium Plus" w:hAnsi="Gentium Plus"/>
          <w:sz w:val="24"/>
        </w:rPr>
        <w:t>τὴν ὑδρίαν ἐκ τῆς λατύπης, ἀλλὰ πᾶσα ἀνάλωται. εἰώθασι ⸢δὲ VΓAld [γὰρ Lh]</w:t>
      </w:r>
    </w:p>
    <w:p>
      <w:r>
        <w:rPr>
          <w:rFonts w:ascii="Courier New" w:hAnsi="Courier New"/>
          <w:color w:val="555555"/>
          <w:sz w:val="20"/>
        </w:rPr>
        <w:t>[5]</w:t>
      </w:r>
    </w:p>
    <w:p>
      <w:r>
        <w:rPr>
          <w:rFonts w:ascii="Gentium Plus" w:hAnsi="Gentium Plus"/>
          <w:sz w:val="24"/>
        </w:rPr>
        <w:t>τὰ ῥήγματα ⸢τῶν ὑδριῶν VΓAld [τῆς ὑδρίας Lh] τῇ λατύπῃ διαπλάττειν. VΓLhAld</w:t>
      </w:r>
    </w:p>
    <w:p>
      <w:r>
        <w:rPr>
          <w:rFonts w:ascii="Courier New" w:hAnsi="Courier New"/>
          <w:color w:val="555555"/>
          <w:sz w:val="20"/>
        </w:rPr>
        <w:t>[sch vesp 926c]</w:t>
      </w:r>
    </w:p>
    <w:p>
      <w:r>
        <w:rPr>
          <w:rFonts w:ascii="Gentium Plus" w:hAnsi="Gentium Plus"/>
          <w:sz w:val="24"/>
        </w:rPr>
        <w:t>ὑδρία δὲ τὸ ἀγγεῖον ἰωτογραφούμενον, ὑδρεία δὲ τὸ ὑδρεύεσθαι διὰ διφθόγγου. (mut. ex Su. s.v. ὑδρεία, IV 635, 27)</w:t>
      </w:r>
    </w:p>
    <w:p>
      <w:r>
        <w:rPr>
          <w:rFonts w:ascii="Courier New" w:hAnsi="Courier New"/>
          <w:color w:val="555555"/>
          <w:sz w:val="20"/>
        </w:rPr>
        <w:t>[sch vesp 927/8a]</w:t>
      </w:r>
    </w:p>
    <w:p>
      <w:r>
        <w:rPr>
          <w:rFonts w:ascii="Gentium Plus" w:hAnsi="Gentium Plus"/>
          <w:sz w:val="24"/>
        </w:rPr>
        <w:t>οὐ γὰρ ἄν ποτε τρέφειν δύναιτ’ ἂν: ἀντὶ τοῦ εἷς οἶκος (.) VΓLhAld οὐ δύναται τρέφειν τοὺς δύο VΓAld κύνας. VΓLhAld ⸢εἴρηται δὲ VΓAld παρὰ τὴν παροιμίαν ⸢τοῦτο εἴρηκεν Lh “μία λόχμη δύο ⸢ἐριθάκους VΓAld [ἐριθακοὺς Lh] οὐ τρέφει”. VΓLhAld</w:t>
      </w:r>
    </w:p>
    <w:p>
      <w:r>
        <w:rPr>
          <w:rFonts w:ascii="Courier New" w:hAnsi="Courier New"/>
          <w:color w:val="555555"/>
          <w:sz w:val="20"/>
        </w:rPr>
        <w:t>[sch vesp 927/8b]</w:t>
      </w:r>
    </w:p>
    <w:p>
      <w:r>
        <w:rPr>
          <w:rFonts w:ascii="Gentium Plus" w:hAnsi="Gentium Plus"/>
          <w:sz w:val="24"/>
        </w:rPr>
        <w:t>παροιμία “οὐ τρέφει μία λόχμη δύο ἐριθάκους”. VΓAld ἔστι δὲ ὄρνεον ὑπὸ μέν τινων καλούμενον ἐριθεύς, ὑπὸ ⸢δὲ ἑτέρων ⸢ἐρίθυλος ΓAld [ἐριθύλος Lh], ὑπὸ ΓLhAld δὲ ⸢τῶν πλείστων V [τῶν ΓAld πλειόνων</w:t>
      </w:r>
    </w:p>
    <w:p>
      <w:r>
        <w:rPr>
          <w:rFonts w:ascii="Courier New" w:hAnsi="Courier New"/>
          <w:color w:val="555555"/>
          <w:sz w:val="20"/>
        </w:rPr>
        <w:t>[sch vesp 930a]</w:t>
      </w:r>
    </w:p>
    <w:p>
      <w:r>
        <w:rPr>
          <w:rFonts w:ascii="Gentium Plus" w:hAnsi="Gentium Plus"/>
          <w:sz w:val="24"/>
        </w:rPr>
        <w:t>ἐὰν δὲ μὴ τὸ λοιπὸν: ⸢ἐάν, φησίν, μὴ VΓ καταδικάσῃς αὐτόν, VΓLh οὐκέτι κραυγάσω. διὰ γὰρ τῆς βοῆς οἱ κύνες φρουροῦσιν. VΓLhAld</w:t>
      </w:r>
    </w:p>
    <w:p>
      <w:r>
        <w:rPr>
          <w:rFonts w:ascii="Courier New" w:hAnsi="Courier New"/>
          <w:color w:val="555555"/>
          <w:sz w:val="20"/>
        </w:rPr>
        <w:t>[sch vesp 930b]</w:t>
      </w:r>
    </w:p>
    <w:p>
      <w:r>
        <w:rPr>
          <w:rFonts w:ascii="Gentium Plus" w:hAnsi="Gentium Plus"/>
          <w:sz w:val="24"/>
        </w:rPr>
        <w:t>κεκλάγξομαι: ἀντὶ τοῦ ὑλακτήσω· ἐπὶ τῶν κυνῶν.</w:t>
      </w:r>
    </w:p>
    <w:p>
      <w:r>
        <w:rPr>
          <w:rFonts w:ascii="Courier New" w:hAnsi="Courier New"/>
          <w:color w:val="555555"/>
          <w:sz w:val="20"/>
        </w:rPr>
        <w:t>[sch vesp 933]</w:t>
      </w:r>
    </w:p>
    <w:p>
      <w:r>
        <w:rPr>
          <w:rFonts w:ascii="Gentium Plus" w:hAnsi="Gentium Plus"/>
          <w:sz w:val="24"/>
        </w:rPr>
        <w:t>κλέπτον τὸ χρῆμα: ⸢ἀντὶ τοῦ ΓAld κλεπτικόν. ΓLhAld ἔπαιξε δέ(ὲ) ⸢· ὡς ἐν κωμῳδίᾳ VΓAld ⸢εἴρηται VΓAld [εἰπὼν Lh] “τἀνδρός” καὶ οὐ “κυνός”. VΓLhAld</w:t>
      </w:r>
    </w:p>
    <w:p>
      <w:r>
        <w:rPr>
          <w:rFonts w:ascii="Courier New" w:hAnsi="Courier New"/>
          <w:color w:val="555555"/>
          <w:sz w:val="20"/>
        </w:rPr>
        <w:t>[sch vesp 934a]</w:t>
      </w:r>
    </w:p>
    <w:p>
      <w:r>
        <w:rPr>
          <w:rFonts w:ascii="Gentium Plus" w:hAnsi="Gentium Plus"/>
          <w:sz w:val="24"/>
        </w:rPr>
        <w:t>ὦ’λεκτρυόν] ὦ’λεκτρυών. Γ</w:t>
      </w:r>
    </w:p>
    <w:p>
      <w:r>
        <w:rPr>
          <w:rFonts w:ascii="Courier New" w:hAnsi="Courier New"/>
          <w:color w:val="555555"/>
          <w:sz w:val="20"/>
        </w:rPr>
        <w:t>[sch vesp 934b]</w:t>
      </w:r>
    </w:p>
    <w:p>
      <w:r>
        <w:rPr>
          <w:rFonts w:ascii="Gentium Plus" w:hAnsi="Gentium Plus"/>
          <w:sz w:val="24"/>
        </w:rPr>
        <w:t>ὦ’λεκτρυών: ⸢ὅτι Lh ὑπέρκειται ⸢γὰρ VΓAld τοῦ δικαστηρίου αὐτοῦ ἀλεκτρυών, ὡς ⸢ἐν τοῖς VΓAld ἄνω ⸢ἐδήλωσεν VΓAld [εἴρηται Lh].</w:t>
      </w:r>
    </w:p>
    <w:p>
      <w:r>
        <w:rPr>
          <w:rFonts w:ascii="Courier New" w:hAnsi="Courier New"/>
          <w:color w:val="555555"/>
          <w:sz w:val="20"/>
        </w:rPr>
        <w:t>[sch vesp 935*]</w:t>
      </w:r>
    </w:p>
    <w:p>
      <w:r>
        <w:rPr>
          <w:rFonts w:ascii="Gentium Plus" w:hAnsi="Gentium Plus"/>
          <w:sz w:val="24"/>
        </w:rPr>
        <w:t>οὐρῆσαι ⸢δὲ VΓAld θέλων ἀμίδα ⸢βούλεται V [αἰτεῖ ΓLhAld]. VΓLhAld</w:t>
      </w:r>
    </w:p>
    <w:p>
      <w:r>
        <w:rPr>
          <w:rFonts w:ascii="Courier New" w:hAnsi="Courier New"/>
          <w:color w:val="555555"/>
          <w:sz w:val="20"/>
        </w:rPr>
        <w:t>[sch vesp 934c]</w:t>
      </w:r>
    </w:p>
    <w:p>
      <w:r>
        <w:rPr>
          <w:rFonts w:ascii="Gentium Plus" w:hAnsi="Gentium Plus"/>
          <w:sz w:val="24"/>
        </w:rPr>
        <w:t>ἐπιμύει] κατανεύει. LhAld</w:t>
      </w:r>
    </w:p>
    <w:p>
      <w:r>
        <w:rPr>
          <w:rFonts w:ascii="Courier New" w:hAnsi="Courier New"/>
          <w:color w:val="555555"/>
          <w:sz w:val="20"/>
        </w:rPr>
        <w:t>[sch vesp 934d]</w:t>
      </w:r>
    </w:p>
    <w:p>
      <w:r>
        <w:rPr>
          <w:rFonts w:ascii="Gentium Plus" w:hAnsi="Gentium Plus"/>
          <w:sz w:val="24"/>
        </w:rPr>
        <w:t>γέ] γάρ. Lh</w:t>
      </w:r>
    </w:p>
    <w:p>
      <w:r>
        <w:rPr>
          <w:rFonts w:ascii="Courier New" w:hAnsi="Courier New"/>
          <w:color w:val="555555"/>
          <w:sz w:val="20"/>
        </w:rPr>
        <w:t>[sch vesp 936]</w:t>
      </w:r>
    </w:p>
    <w:p>
      <w:r>
        <w:rPr>
          <w:rFonts w:ascii="Gentium Plus" w:hAnsi="Gentium Plus"/>
          <w:sz w:val="24"/>
        </w:rPr>
        <w:t>τοὺς μάρτυρας γὰρ: ⸢ὅσα VΓAld [τὰ Lh] ἐν τῷ μαγειρείῳ ⸢τυγχάνει VΓAld ἐργαλεῖα VΓLhAld , τοῦ γελοίου χάριν ἄξαι φησὶ ταῦτα εἰς μαρτυρίαν αὐτοῦ, καὶ ὅτι ἐν τῷ</w:t>
      </w:r>
    </w:p>
    <w:p>
      <w:r>
        <w:rPr>
          <w:rFonts w:ascii="Courier New" w:hAnsi="Courier New"/>
          <w:color w:val="555555"/>
          <w:sz w:val="20"/>
        </w:rPr>
        <w:t>[5]</w:t>
      </w:r>
    </w:p>
    <w:p>
      <w:r>
        <w:rPr>
          <w:rFonts w:ascii="Gentium Plus" w:hAnsi="Gentium Plus"/>
          <w:sz w:val="24"/>
        </w:rPr>
        <w:t>μαγειρείῳ ἡρπάγη ὁ τυρός. VΓAld</w:t>
      </w:r>
    </w:p>
    <w:p>
      <w:r>
        <w:rPr>
          <w:rFonts w:ascii="Courier New" w:hAnsi="Courier New"/>
          <w:color w:val="555555"/>
          <w:sz w:val="20"/>
        </w:rPr>
        <w:t>[sch vesp 936,col 2 (3)]</w:t>
      </w:r>
    </w:p>
    <w:p>
      <w:r>
        <w:rPr>
          <w:rFonts w:ascii="Gentium Plus" w:hAnsi="Gentium Plus"/>
          <w:sz w:val="24"/>
        </w:rPr>
        <w:t>ἔπαιξε δέ. ἐπεὶ ἐν τῷ μαγειρείῳ ἦν, ὃν ἥρπασε</w:t>
      </w:r>
    </w:p>
    <w:p>
      <w:r>
        <w:rPr>
          <w:rFonts w:ascii="Courier New" w:hAnsi="Courier New"/>
          <w:color w:val="555555"/>
          <w:sz w:val="20"/>
        </w:rPr>
        <w:t>[5]</w:t>
      </w:r>
    </w:p>
    <w:p>
      <w:r>
        <w:rPr>
          <w:rFonts w:ascii="Gentium Plus" w:hAnsi="Gentium Plus"/>
          <w:sz w:val="24"/>
        </w:rPr>
        <w:t>τυρόν. Lh</w:t>
      </w:r>
    </w:p>
    <w:p>
      <w:r>
        <w:rPr>
          <w:rFonts w:ascii="Courier New" w:hAnsi="Courier New"/>
          <w:color w:val="555555"/>
          <w:sz w:val="20"/>
        </w:rPr>
        <w:t>[sch vesp 937]</w:t>
      </w:r>
    </w:p>
    <w:p>
      <w:r>
        <w:rPr>
          <w:rFonts w:ascii="Gentium Plus" w:hAnsi="Gentium Plus"/>
          <w:sz w:val="24"/>
        </w:rPr>
        <w:t>τρύβλιον] τὸ κοινῶς σαλτζάριον. Lh</w:t>
      </w:r>
    </w:p>
    <w:p>
      <w:r>
        <w:rPr>
          <w:rFonts w:ascii="Courier New" w:hAnsi="Courier New"/>
          <w:color w:val="555555"/>
          <w:sz w:val="20"/>
        </w:rPr>
        <w:t>[sch vesp 938a]</w:t>
      </w:r>
    </w:p>
    <w:p>
      <w:r>
        <w:rPr>
          <w:rFonts w:ascii="Gentium Plus" w:hAnsi="Gentium Plus"/>
          <w:sz w:val="24"/>
        </w:rPr>
        <w:t>σίδηρόν τί ἐστιν ἡ τυρόκνηστις, ἐν ᾧ εἰς λεπτὰ κόπτουσι τὸν τυρόν· ἔστι δὲ κάτω τετρυπημένον διόλου καὶ σχῆμα ἔχον πτύου. Lh</w:t>
      </w:r>
    </w:p>
    <w:p>
      <w:r>
        <w:rPr>
          <w:rFonts w:ascii="Courier New" w:hAnsi="Courier New"/>
          <w:color w:val="555555"/>
          <w:sz w:val="20"/>
        </w:rPr>
        <w:t>[sch vesp 938b]</w:t>
      </w:r>
    </w:p>
    <w:p>
      <w:r>
        <w:rPr>
          <w:rFonts w:ascii="Gentium Plus" w:hAnsi="Gentium Plus"/>
          <w:sz w:val="24"/>
        </w:rPr>
        <w:t>ἐσχάραν] τὸν χυτρόποδα. Γ3</w:t>
      </w:r>
    </w:p>
    <w:p>
      <w:r>
        <w:rPr>
          <w:rFonts w:ascii="Courier New" w:hAnsi="Courier New"/>
          <w:color w:val="555555"/>
          <w:sz w:val="20"/>
        </w:rPr>
        <w:t>[sch vesp 939]</w:t>
      </w:r>
    </w:p>
    <w:p>
      <w:r>
        <w:rPr>
          <w:rFonts w:ascii="Gentium Plus" w:hAnsi="Gentium Plus"/>
          <w:sz w:val="24"/>
        </w:rPr>
        <w:t>τὰ προσκεκαυμένα] τὰ εἰς τὸ καίεσθαι ἐπιτήδεια. Γ3Lh</w:t>
      </w:r>
    </w:p>
    <w:p>
      <w:r>
        <w:rPr>
          <w:rFonts w:ascii="Courier New" w:hAnsi="Courier New"/>
          <w:color w:val="555555"/>
          <w:sz w:val="20"/>
        </w:rPr>
        <w:t>[sch vesp 941]</w:t>
      </w:r>
    </w:p>
    <w:p>
      <w:r>
        <w:rPr>
          <w:rFonts w:ascii="Gentium Plus" w:hAnsi="Gentium Plus"/>
          <w:sz w:val="24"/>
        </w:rPr>
        <w:t>οἶμ’ ἐγὼ χεσεῖσθαι: πρὸς τὸ ⸢“οὐρεῖς” V [οὐρῆσαι ΓLhAld] ⸢ἐπήνεγκε VΓAld [ἐπήγαγε Lh] τὸ “χεσεῖσθαι ποιήσω τὸν Λάβητα”. ὡς φιλόδικος δὲ ἀπειλεῖ καταδικάσαι αὐτόν. VΓLhAld</w:t>
      </w:r>
    </w:p>
    <w:p>
      <w:r>
        <w:rPr>
          <w:rFonts w:ascii="Courier New" w:hAnsi="Courier New"/>
          <w:color w:val="555555"/>
          <w:sz w:val="20"/>
        </w:rPr>
        <w:t>[sch vesp 943a]</w:t>
      </w:r>
    </w:p>
    <w:p>
      <w:r>
        <w:rPr>
          <w:rFonts w:ascii="Gentium Plus" w:hAnsi="Gentium Plus"/>
          <w:sz w:val="24"/>
        </w:rPr>
        <w:t>ἀλλ’ ὀδὰξ ἔχει: οἷον οὐδὲν φθέγγεται, ἀλλὰ τοὺς ὀδόντας δηκτικῶς κατέχει ὁ κύων. VΓAld</w:t>
      </w:r>
    </w:p>
    <w:p>
      <w:r>
        <w:rPr>
          <w:rFonts w:ascii="Courier New" w:hAnsi="Courier New"/>
          <w:color w:val="555555"/>
          <w:sz w:val="20"/>
        </w:rPr>
        <w:t>[sch vesp 943b]</w:t>
      </w:r>
    </w:p>
    <w:p>
      <w:r>
        <w:rPr>
          <w:rFonts w:ascii="Gentium Plus" w:hAnsi="Gentium Plus"/>
          <w:sz w:val="24"/>
        </w:rPr>
        <w:t>ἀλλ’ ... ἔχει] ⸢οἷον Lh διασπαράξαι βούλει τοῖς ὀδοῦσι τὸν κύνα (.) LhAld, ἵν’ ᾖ τὸ “ἔχει” δευτέρου προσώπου ἀττικοῦ. Ald</w:t>
      </w:r>
    </w:p>
    <w:p>
      <w:r>
        <w:rPr>
          <w:rFonts w:ascii="Courier New" w:hAnsi="Courier New"/>
          <w:color w:val="555555"/>
          <w:sz w:val="20"/>
        </w:rPr>
        <w:t>[sch vesp 947a]</w:t>
      </w:r>
    </w:p>
    <w:p>
      <w:r>
        <w:rPr>
          <w:rFonts w:ascii="Gentium Plus" w:hAnsi="Gentium Plus"/>
          <w:sz w:val="24"/>
        </w:rPr>
        <w:t>ὅπερ ποτὲ φεύγων ἔπαθε: Θουκυδίδην λέγει τὸν Μελησίου ⸢Ἀλωπεκῆθεν ΓAld. VΓAld τοῦτον ⸢δὲ ΓAld ἐξωστράκισαν ⸢οἱ R Ἀθηναῖοι ⸢τὰ VΓAld ιʹ ἔτη ⸢κατὰ τὸν νόμον VΓAld. RVΓAld οὐ ξενιστέον δέ, ὅτι ἑτέρωθι μὲν ἐξωστρακίσθαι φησὶν αὐτόν, νῦν δὲ φεύγειν. VΓAld</w:t>
      </w:r>
    </w:p>
    <w:p>
      <w:r>
        <w:rPr>
          <w:rFonts w:ascii="Courier New" w:hAnsi="Courier New"/>
          <w:color w:val="555555"/>
          <w:sz w:val="20"/>
        </w:rPr>
        <w:t>[5]</w:t>
      </w:r>
    </w:p>
    <w:p>
      <w:r>
        <w:rPr>
          <w:rFonts w:ascii="Gentium Plus" w:hAnsi="Gentium Plus"/>
          <w:sz w:val="24"/>
        </w:rPr>
        <w:t>εἶδος γάρ τι φυγῆς ἐστιν ὁ ὀστρακισ‐ μός, ἐν δὲ τοῖς εἴδεσι περιέχεται τὰ γένη· καὶ τὸ μὲν ἐξωστρακίσθαι τὸ φεύγειν ἄν τις εἰκότως εἴποι, ⸢τὸν δὲ φεύγοντα V* [τὸ δὲ φεύγειν</w:t>
      </w:r>
    </w:p>
    <w:p>
      <w:r>
        <w:rPr>
          <w:rFonts w:ascii="Courier New" w:hAnsi="Courier New"/>
          <w:color w:val="555555"/>
          <w:sz w:val="20"/>
        </w:rPr>
        <w:t>[10]</w:t>
      </w:r>
    </w:p>
    <w:p>
      <w:r>
        <w:rPr>
          <w:rFonts w:ascii="Gentium Plus" w:hAnsi="Gentium Plus"/>
          <w:sz w:val="24"/>
        </w:rPr>
        <w:t>ΓAld] οὐκέτι ἐξωστρακίσθαι. VΓ</w:t>
      </w:r>
    </w:p>
    <w:p>
      <w:r>
        <w:rPr>
          <w:rFonts w:ascii="Courier New" w:hAnsi="Courier New"/>
          <w:color w:val="555555"/>
          <w:sz w:val="20"/>
        </w:rPr>
        <w:t>[sch vesp 947a,col 2 (5)]</w:t>
      </w:r>
    </w:p>
    <w:p>
      <w:r>
        <w:rPr>
          <w:rFonts w:ascii="Gentium Plus" w:hAnsi="Gentium Plus"/>
          <w:sz w:val="24"/>
        </w:rPr>
        <w:t>πλὴν εἰ μή τις εἴπῃ, ὡς εἶδος τῆς φυγῆς ὁ ἐξοστρακισμός, καὶ τὸν ἐξο‐ στρακισθέντα εἰκότως εἴποις ἂν φεύγειν, οὐ μὴν δὲ καὶ τὸν φεύγοντα ἐξωστρακίσθαι. ἐν Ἱππεῦσι δὲ ὁ</w:t>
      </w:r>
    </w:p>
    <w:p>
      <w:r>
        <w:rPr>
          <w:rFonts w:ascii="Courier New" w:hAnsi="Courier New"/>
          <w:color w:val="555555"/>
          <w:sz w:val="20"/>
        </w:rPr>
        <w:t>[10]</w:t>
      </w:r>
    </w:p>
    <w:p>
      <w:r>
        <w:rPr>
          <w:rFonts w:ascii="Gentium Plus" w:hAnsi="Gentium Plus"/>
          <w:sz w:val="24"/>
        </w:rPr>
        <w:t>τρόπος εἴρηται τοῦ ὀστρακισμοῦ. Lh</w:t>
      </w:r>
    </w:p>
    <w:p>
      <w:r>
        <w:rPr>
          <w:rFonts w:ascii="Courier New" w:hAnsi="Courier New"/>
          <w:color w:val="555555"/>
          <w:sz w:val="20"/>
        </w:rPr>
        <w:t>[sch vesp 947a (12)]</w:t>
      </w:r>
    </w:p>
    <w:p>
      <w:r>
        <w:rPr>
          <w:rFonts w:ascii="Gentium Plus" w:hAnsi="Gentium Plus"/>
          <w:sz w:val="24"/>
        </w:rPr>
        <w:t>διαφέρει γὰρ ⸢φυγὴ ὀστρακισμοῦ RV*Γ*Ald* [τῆς φυγῆς ὁ ἐξοστρακισμός Lh], ⸢ὅτι R [καθὸ VΓLhAld] τῶν μὲν φευγόντων αἱ οὐσίαι ⸢δημεύονται</w:t>
      </w:r>
    </w:p>
    <w:p>
      <w:r>
        <w:rPr>
          <w:rFonts w:ascii="Courier New" w:hAnsi="Courier New"/>
          <w:color w:val="555555"/>
          <w:sz w:val="20"/>
        </w:rPr>
        <w:t>[15]</w:t>
      </w:r>
    </w:p>
    <w:p>
      <w:r>
        <w:rPr>
          <w:rFonts w:ascii="Gentium Plus" w:hAnsi="Gentium Plus"/>
          <w:sz w:val="24"/>
        </w:rPr>
        <w:t>[ἐξοστρακισθέντων Lh] οὐκέτι (.) RVΓLhAld κύριος ⸢ἦν Lh ὁ δῆμος ⸢τῆς οὐσίας Lh, καὶ τοῖς μὲν καὶ τόπος ἀπεδίδοτο καὶ χρόνος, τοῖς δὲ οὐθέτερον ⸢τούτων VΓAld. VΓLhAld ὅτι δὲ ὁ Ἀθηναίων δῆμος ἀειφυγίαν αὐτοῦ καταγνοὺς ἐδήμευσε τὴν οὐ‐</w:t>
      </w:r>
    </w:p>
    <w:p>
      <w:r>
        <w:rPr>
          <w:rFonts w:ascii="Courier New" w:hAnsi="Courier New"/>
          <w:color w:val="555555"/>
          <w:sz w:val="20"/>
        </w:rPr>
        <w:t>[20]</w:t>
      </w:r>
    </w:p>
    <w:p>
      <w:r>
        <w:rPr>
          <w:rFonts w:ascii="Gentium Plus" w:hAnsi="Gentium Plus"/>
          <w:sz w:val="24"/>
        </w:rPr>
        <w:t>σίαν καὶ ὅτι πρὸς Ἀρταξέρξην ἧκε φεύγων, σαφὲς ποιεῖ Ἰδομενεὺς διὰ</w:t>
      </w:r>
    </w:p>
    <w:p>
      <w:r>
        <w:rPr>
          <w:rFonts w:ascii="Courier New" w:hAnsi="Courier New"/>
          <w:color w:val="555555"/>
          <w:sz w:val="20"/>
        </w:rPr>
        <w:t>[sch vesp 947a,col 2 (18)]</w:t>
      </w:r>
    </w:p>
    <w:p>
      <w:r>
        <w:rPr>
          <w:rFonts w:ascii="Gentium Plus" w:hAnsi="Gentium Plus"/>
          <w:sz w:val="24"/>
        </w:rPr>
        <w:t>Ἰδομενεὺς δὲ ἀειφυγίαν λέγει κατα‐ δικασθῆναι αὐτὸν ὑπὸ τοῦ δήμου</w:t>
      </w:r>
    </w:p>
    <w:p>
      <w:r>
        <w:rPr>
          <w:rFonts w:ascii="Courier New" w:hAnsi="Courier New"/>
          <w:color w:val="555555"/>
          <w:sz w:val="20"/>
        </w:rPr>
        <w:t>[20]</w:t>
      </w:r>
    </w:p>
    <w:p>
      <w:r>
        <w:rPr>
          <w:rFonts w:ascii="Gentium Plus" w:hAnsi="Gentium Plus"/>
          <w:sz w:val="24"/>
        </w:rPr>
        <w:t>τῶν Ἀθηναίων λέγων οὕτως· Lh</w:t>
      </w:r>
    </w:p>
    <w:p>
      <w:r>
        <w:rPr>
          <w:rFonts w:ascii="Courier New" w:hAnsi="Courier New"/>
          <w:color w:val="555555"/>
          <w:sz w:val="20"/>
        </w:rPr>
        <w:t>[sch vesp 947a (23)]</w:t>
      </w:r>
    </w:p>
    <w:p>
      <w:r>
        <w:rPr>
          <w:rFonts w:ascii="Gentium Plus" w:hAnsi="Gentium Plus"/>
          <w:sz w:val="24"/>
        </w:rPr>
        <w:t>“οἱ μέντοι Ἀθηναῖοι αὐτοῦ καὶ γένους ἀειφυγίαν κατέγνωσαν προδιδόντος τὴν Ἑλλάδα καὶ αὐτοῦ ἡ οὐσία ἐδημεύθη.” VΓltAld</w:t>
      </w:r>
    </w:p>
    <w:p>
      <w:r>
        <w:rPr>
          <w:rFonts w:ascii="Courier New" w:hAnsi="Courier New"/>
          <w:color w:val="555555"/>
          <w:sz w:val="20"/>
        </w:rPr>
        <w:t>[sch vesp 947b]</w:t>
      </w:r>
    </w:p>
    <w:p>
      <w:r>
        <w:rPr>
          <w:rFonts w:ascii="Gentium Plus" w:hAnsi="Gentium Plus"/>
          <w:sz w:val="24"/>
        </w:rPr>
        <w:t>Θουκυδίδης Μελησίου υἱός, Περικλεῖ ἀντιπολιτευσάμενος. τέσ‐ σαρες δέ εἰσι Θουκυδίδαι Ἀθηναῖοι· ἱστοριογράφος καὶ ὁ Γαργήττιος καὶ</w:t>
      </w:r>
    </w:p>
    <w:p>
      <w:r>
        <w:rPr>
          <w:rFonts w:ascii="Courier New" w:hAnsi="Courier New"/>
          <w:color w:val="555555"/>
          <w:sz w:val="20"/>
        </w:rPr>
        <w:t>[5]</w:t>
      </w:r>
    </w:p>
    <w:p>
      <w:r>
        <w:rPr>
          <w:rFonts w:ascii="Gentium Plus" w:hAnsi="Gentium Plus"/>
          <w:sz w:val="24"/>
        </w:rPr>
        <w:t>ὁ Θετταλὸς καὶ οὗτος, ῥήτωρ ἄριστος</w:t>
      </w:r>
    </w:p>
    <w:p>
      <w:r>
        <w:rPr>
          <w:rFonts w:ascii="Courier New" w:hAnsi="Courier New"/>
          <w:color w:val="555555"/>
          <w:sz w:val="20"/>
        </w:rPr>
        <w:t>[sch vesp 947b,col 2]</w:t>
      </w:r>
    </w:p>
    <w:p>
      <w:r>
        <w:rPr>
          <w:rFonts w:ascii="Gentium Plus" w:hAnsi="Gentium Plus"/>
          <w:sz w:val="24"/>
        </w:rPr>
        <w:t>τέσσαρές εἰσι Θουκυδίδαι Ἀθηναῖοι· ὁ ἱστοριογράφος, ὁ Γαργήττιος, ὁ Θετταλός, καὶ οὗτος ὁ Μελησίου υἱός, ὁ ἀντιπολιτευσάμενος Περι‐</w:t>
      </w:r>
    </w:p>
    <w:p>
      <w:r>
        <w:rPr>
          <w:rFonts w:ascii="Courier New" w:hAnsi="Courier New"/>
          <w:color w:val="555555"/>
          <w:sz w:val="20"/>
        </w:rPr>
        <w:t>[5]</w:t>
      </w:r>
    </w:p>
    <w:p>
      <w:r>
        <w:rPr>
          <w:rFonts w:ascii="Gentium Plus" w:hAnsi="Gentium Plus"/>
          <w:sz w:val="24"/>
        </w:rPr>
        <w:t>κλεῖ, ῥήτωρ ὢν ἄριστος, lt</w:t>
      </w:r>
    </w:p>
    <w:p>
      <w:r>
        <w:rPr>
          <w:rFonts w:ascii="Courier New" w:hAnsi="Courier New"/>
          <w:color w:val="555555"/>
          <w:sz w:val="20"/>
        </w:rPr>
        <w:t>[sch vesp 947b (7)]</w:t>
      </w:r>
    </w:p>
    <w:p>
      <w:r>
        <w:rPr>
          <w:rFonts w:ascii="Gentium Plus" w:hAnsi="Gentium Plus"/>
          <w:sz w:val="24"/>
        </w:rPr>
        <w:t>ὃς κατηγορηθεὶς ἐν τῷ δικάζειν οὐκ ἠδυνήθη ἀπολογήσασθαι ὑπὲρ ἑαυτοῦ, ἀλλ’ ὥσπερ ἐγκατεχομένην ἔσχε τὴν γλῶτταν, καὶ οὕτω(ς) ⸢κατεδικάσθη, εἶτα ΓAld ἐξωστρακίσθη (.) VΓLhAld ὑπὸ Ἀθηναίων δέκα ἔτη κατὰ τὸν νόμον.</w:t>
      </w:r>
    </w:p>
    <w:p>
      <w:r>
        <w:rPr>
          <w:rFonts w:ascii="Courier New" w:hAnsi="Courier New"/>
          <w:color w:val="555555"/>
          <w:sz w:val="20"/>
        </w:rPr>
        <w:t>[10]</w:t>
      </w:r>
    </w:p>
    <w:p>
      <w:r>
        <w:rPr>
          <w:rFonts w:ascii="Gentium Plus" w:hAnsi="Gentium Plus"/>
          <w:sz w:val="24"/>
        </w:rPr>
        <w:t>Lh</w:t>
      </w:r>
    </w:p>
    <w:p>
      <w:r>
        <w:rPr>
          <w:rFonts w:ascii="Courier New" w:hAnsi="Courier New"/>
          <w:color w:val="555555"/>
          <w:sz w:val="20"/>
        </w:rPr>
        <w:t>[sch vesp 947c]</w:t>
      </w:r>
    </w:p>
    <w:p>
      <w:r>
        <w:rPr>
          <w:rFonts w:ascii="Gentium Plus" w:hAnsi="Gentium Plus"/>
          <w:sz w:val="24"/>
        </w:rPr>
        <w:t>πρὸς τὴν ἱστορίαν. μήποτε ὁ Περικλεῖ ἀντιπολιτευσάμενος· τοῦτο δὲ Φιλόχορος μὲν ἱστορεῖ ††, ὃς οὐδὲ πάντῃ γνώριμος ἐγένετο, ἀλλ’ οὐδὲ παρὰ τοῖς κωμικοῖς, διὰ τὸ ἐπ’ ὀλίγον στρατ〈ηγίασ〉 ἀξιωθέντα μετὰ Κλέωνος ἐπὶ Θρᾴκης φυγῇ καταψηφισθῆναι. ἔνιοι δέ, ὧν καὶ Ἀμμώνιος, τοῦ Στεφάνου· καὶ</w:t>
      </w:r>
    </w:p>
    <w:p>
      <w:r>
        <w:rPr>
          <w:rFonts w:ascii="Courier New" w:hAnsi="Courier New"/>
          <w:color w:val="555555"/>
          <w:sz w:val="20"/>
        </w:rPr>
        <w:t>[5]</w:t>
      </w:r>
    </w:p>
    <w:p>
      <w:r>
        <w:rPr>
          <w:rFonts w:ascii="Gentium Plus" w:hAnsi="Gentium Plus"/>
          <w:sz w:val="24"/>
        </w:rPr>
        <w:t>τοῦτο δὲ ὑπίδοι〈τό〉 τις, ὥσπερ προείρηται, ὁ γενόμενος ὀστρακισμὸς ἐμφαίνει τὸν Μελησίου. Θεόπομπος μέντοι ὁ ἱστορικὸς τὸν Πανταίνου φησὶν ἀντὶ τούτου ἀντιπολιτεύσασθαι Περικλεῖ· ἀλλ’ οὐκ Ἀνδροτίων, ἀλλὰ καὶ αὐτὸς τὸν Μελη‐ σίου καὶ τὸν ὀστρακισθέντα. VΓAld</w:t>
      </w:r>
    </w:p>
    <w:p>
      <w:r>
        <w:rPr>
          <w:rFonts w:ascii="Courier New" w:hAnsi="Courier New"/>
          <w:color w:val="555555"/>
          <w:sz w:val="20"/>
        </w:rPr>
        <w:t>[sch vesp 948]</w:t>
      </w:r>
    </w:p>
    <w:p>
      <w:r>
        <w:rPr>
          <w:rFonts w:ascii="Gentium Plus" w:hAnsi="Gentium Plus"/>
          <w:sz w:val="24"/>
        </w:rPr>
        <w:t>δέον εἰπεῖν τὴν γλῶσσαν. V</w:t>
      </w:r>
    </w:p>
    <w:p>
      <w:r>
        <w:rPr>
          <w:rFonts w:ascii="Courier New" w:hAnsi="Courier New"/>
          <w:color w:val="555555"/>
          <w:sz w:val="20"/>
        </w:rPr>
        <w:t>[sch vesp 949]</w:t>
      </w:r>
    </w:p>
    <w:p>
      <w:r>
        <w:rPr>
          <w:rFonts w:ascii="Gentium Plus" w:hAnsi="Gentium Plus"/>
          <w:sz w:val="24"/>
        </w:rPr>
        <w:t>πάρεχ’ ἐκποδών: ⸢ὁ Βδελυκλέων Γ3 λακτίσας τὸν κύνα φησίν· “ἀναχώρει”. VΓ3LhAld</w:t>
      </w:r>
    </w:p>
    <w:p>
      <w:r>
        <w:rPr>
          <w:rFonts w:ascii="Courier New" w:hAnsi="Courier New"/>
          <w:color w:val="555555"/>
          <w:sz w:val="20"/>
        </w:rPr>
        <w:t>[sch vesp 952]</w:t>
      </w:r>
    </w:p>
    <w:p>
      <w:r>
        <w:rPr>
          <w:rFonts w:ascii="Gentium Plus" w:hAnsi="Gentium Plus"/>
          <w:sz w:val="24"/>
        </w:rPr>
        <w:t>διώκει κτλ.] τοὺς συκοφάντας (.) RVΓ3LhAld λύκους ⸢καλεῖ R</w:t>
      </w:r>
    </w:p>
    <w:p>
      <w:r>
        <w:rPr>
          <w:rFonts w:ascii="Courier New" w:hAnsi="Courier New"/>
          <w:color w:val="555555"/>
          <w:sz w:val="20"/>
        </w:rPr>
        <w:t>[sch vesp 953]</w:t>
      </w:r>
    </w:p>
    <w:p>
      <w:r>
        <w:rPr>
          <w:rFonts w:ascii="Gentium Plus" w:hAnsi="Gentium Plus"/>
          <w:sz w:val="24"/>
        </w:rPr>
        <w:t>ξυνωμότης: προδότης. ⸢τοῦτο δὲ VΓ3 ὡς ἐπὶ ἀνθρώπου ⸢δὲ LhAld εἶπεν. VΓ3LhAld</w:t>
      </w:r>
    </w:p>
    <w:p>
      <w:r>
        <w:rPr>
          <w:rFonts w:ascii="Courier New" w:hAnsi="Courier New"/>
          <w:color w:val="555555"/>
          <w:sz w:val="20"/>
        </w:rPr>
        <w:t>[sch vesp 955]</w:t>
      </w:r>
    </w:p>
    <w:p>
      <w:r>
        <w:rPr>
          <w:rFonts w:ascii="Gentium Plus" w:hAnsi="Gentium Plus"/>
          <w:sz w:val="24"/>
        </w:rPr>
        <w:t>οἷός τε: δυνατός ἐστι, φησίν, προβάτων προΐστασθαι. VΓ3LhAld</w:t>
      </w:r>
    </w:p>
    <w:p>
      <w:r>
        <w:rPr>
          <w:rFonts w:ascii="Courier New" w:hAnsi="Courier New"/>
          <w:color w:val="555555"/>
          <w:sz w:val="20"/>
        </w:rPr>
        <w:t>[sch vesp 956]</w:t>
      </w:r>
    </w:p>
    <w:p>
      <w:r>
        <w:rPr>
          <w:rFonts w:ascii="Gentium Plus" w:hAnsi="Gentium Plus"/>
          <w:sz w:val="24"/>
        </w:rPr>
        <w:t>κατεσθίει] ἄλλῳ τρόπῳ, φησίν, βλάπτει. VΓ3</w:t>
      </w:r>
    </w:p>
    <w:p>
      <w:r>
        <w:rPr>
          <w:rFonts w:ascii="Courier New" w:hAnsi="Courier New"/>
          <w:color w:val="555555"/>
          <w:sz w:val="20"/>
        </w:rPr>
        <w:t>[sch vesp 959a]</w:t>
      </w:r>
    </w:p>
    <w:p>
      <w:r>
        <w:rPr>
          <w:rFonts w:ascii="Gentium Plus" w:hAnsi="Gentium Plus"/>
          <w:sz w:val="24"/>
        </w:rPr>
        <w:t>κιθαρίζειν γὰρ οὐκ ἐπίσταται: ὡσεὶ ⸢εἶπεν Γ3Ald [ἔλεγεν Lh] “οὐδὲν ἄλλο ἐπίσταται πλὴν τὸ κλέπτειν”. Γ3LhAld</w:t>
      </w:r>
    </w:p>
    <w:p>
      <w:r>
        <w:rPr>
          <w:rFonts w:ascii="Courier New" w:hAnsi="Courier New"/>
          <w:color w:val="555555"/>
          <w:sz w:val="20"/>
        </w:rPr>
        <w:t>[sch vesp 959b]</w:t>
      </w:r>
    </w:p>
    <w:p>
      <w:r>
        <w:rPr>
          <w:rFonts w:ascii="Gentium Plus" w:hAnsi="Gentium Plus"/>
          <w:sz w:val="24"/>
        </w:rPr>
        <w:t>παρὰ τὴν παροιμίαν πεζῇ βαδίζω· νεῖν γὰρ οὐκ ἐπίσταμαι. RVΓ3LhAld οὐδὲν δὲ πρὸς ἔπος· δέον γὰρ εἰπεῖν</w:t>
      </w:r>
    </w:p>
    <w:p>
      <w:r>
        <w:rPr>
          <w:rFonts w:ascii="Courier New" w:hAnsi="Courier New"/>
          <w:color w:val="555555"/>
          <w:sz w:val="20"/>
        </w:rPr>
        <w:t>[5]</w:t>
      </w:r>
    </w:p>
    <w:p>
      <w:r>
        <w:rPr>
          <w:rFonts w:ascii="Gentium Plus" w:hAnsi="Gentium Plus"/>
          <w:sz w:val="24"/>
        </w:rPr>
        <w:t>“ὑπὸ πείνης τοῦτο ποιεῖ”, ὁ δὲ παρ’</w:t>
      </w:r>
    </w:p>
    <w:p>
      <w:r>
        <w:rPr>
          <w:rFonts w:ascii="Courier New" w:hAnsi="Courier New"/>
          <w:color w:val="555555"/>
          <w:sz w:val="20"/>
        </w:rPr>
        <w:t>[sch vesp 959b,col 2 (4)]</w:t>
      </w:r>
    </w:p>
    <w:p>
      <w:r>
        <w:rPr>
          <w:rFonts w:ascii="Gentium Plus" w:hAnsi="Gentium Plus"/>
          <w:sz w:val="24"/>
        </w:rPr>
        <w:t>δέον εἰπεῖν “σύγγνωθι· ὑπὸ πείνης</w:t>
      </w:r>
    </w:p>
    <w:p>
      <w:r>
        <w:rPr>
          <w:rFonts w:ascii="Courier New" w:hAnsi="Courier New"/>
          <w:color w:val="555555"/>
          <w:sz w:val="20"/>
        </w:rPr>
        <w:t>[5]</w:t>
      </w:r>
    </w:p>
    <w:p>
      <w:r>
        <w:rPr>
          <w:rFonts w:ascii="Gentium Plus" w:hAnsi="Gentium Plus"/>
          <w:sz w:val="24"/>
        </w:rPr>
        <w:t>γὰρ τοῦτο ποιεῖ”, παρ’ ὑπόνοιαν εἴρηκε τὸ “κιθαρίζειν γὰρ οὐκ</w:t>
      </w:r>
    </w:p>
    <w:p>
      <w:r>
        <w:rPr>
          <w:rFonts w:ascii="Courier New" w:hAnsi="Courier New"/>
          <w:color w:val="555555"/>
          <w:sz w:val="20"/>
        </w:rPr>
        <w:t>[sch vesp 960]</w:t>
      </w:r>
    </w:p>
    <w:p>
      <w:r>
        <w:rPr>
          <w:rFonts w:ascii="Gentium Plus" w:hAnsi="Gentium Plus"/>
          <w:sz w:val="24"/>
        </w:rPr>
        <w:t>ἐβουλόμην κτλ.] ⸢ἀπὸ κοινοῦ τὸ VΓ3 “ἐπίστασθαι”. VΓ3Lh πρὸς τὸ “κιθαρίζειν” δὲ ἐπήνεγκε τοῦτο. Γ3</w:t>
      </w:r>
    </w:p>
    <w:p>
      <w:r>
        <w:rPr>
          <w:rFonts w:ascii="Courier New" w:hAnsi="Courier New"/>
          <w:color w:val="555555"/>
          <w:sz w:val="20"/>
        </w:rPr>
        <w:t>[sch vesp 961]</w:t>
      </w:r>
    </w:p>
    <w:p>
      <w:r>
        <w:rPr>
          <w:rFonts w:ascii="Gentium Plus" w:hAnsi="Gentium Plus"/>
          <w:sz w:val="24"/>
        </w:rPr>
        <w:t>κακουργεῖν κτλ.] ὡς γραπτὸν δεδωκότος λόγον τοῦ ἀπολογουμένου κυνός. RVΓ3Lh</w:t>
      </w:r>
    </w:p>
    <w:p>
      <w:r>
        <w:rPr>
          <w:rFonts w:ascii="Courier New" w:hAnsi="Courier New"/>
          <w:color w:val="555555"/>
          <w:sz w:val="20"/>
        </w:rPr>
        <w:t>[sch vesp 962a]</w:t>
      </w:r>
    </w:p>
    <w:p>
      <w:r>
        <w:rPr>
          <w:rFonts w:ascii="Gentium Plus" w:hAnsi="Gentium Plus"/>
          <w:sz w:val="24"/>
        </w:rPr>
        <w:t>μου κτλ.] τὴν ἀπολογίαν. VΓ3 ⸢τοῦτο δὲ Γ3 ὡς πρὸς τὸν †Χάρητα† πάλιν. VΓ3LhAld</w:t>
      </w:r>
    </w:p>
    <w:p>
      <w:r>
        <w:rPr>
          <w:rFonts w:ascii="Courier New" w:hAnsi="Courier New"/>
          <w:color w:val="555555"/>
          <w:sz w:val="20"/>
        </w:rPr>
        <w:t>[sch vesp 962b]</w:t>
      </w:r>
    </w:p>
    <w:p>
      <w:r>
        <w:rPr>
          <w:rFonts w:ascii="Gentium Plus" w:hAnsi="Gentium Plus"/>
          <w:sz w:val="24"/>
        </w:rPr>
        <w:t>τῶν μαρτύρων: ἀπολογουμένων (.) LhAld δηλονότι. Ald</w:t>
      </w:r>
    </w:p>
    <w:p>
      <w:r>
        <w:rPr>
          <w:rFonts w:ascii="Courier New" w:hAnsi="Courier New"/>
          <w:color w:val="555555"/>
          <w:sz w:val="20"/>
        </w:rPr>
        <w:t>[sch vesp 963]</w:t>
      </w:r>
    </w:p>
    <w:p>
      <w:r>
        <w:rPr>
          <w:rFonts w:ascii="Gentium Plus" w:hAnsi="Gentium Plus"/>
          <w:sz w:val="24"/>
        </w:rPr>
        <w:t>καὶ λέξον μέγα] καὶ τοῦτο ὡς ἐν κωμῳδίᾳ. Γ3LhAld</w:t>
      </w:r>
    </w:p>
    <w:p>
      <w:r>
        <w:rPr>
          <w:rFonts w:ascii="Courier New" w:hAnsi="Courier New"/>
          <w:color w:val="555555"/>
          <w:sz w:val="20"/>
        </w:rPr>
        <w:t>[sch vesp 964a]</w:t>
      </w:r>
    </w:p>
    <w:p>
      <w:r>
        <w:rPr>
          <w:rFonts w:ascii="Gentium Plus" w:hAnsi="Gentium Plus"/>
          <w:sz w:val="24"/>
        </w:rPr>
        <w:t>ταμιεύουσα: ἐν τῷ ⸢ταμιείῳ Γ3 [ταμείῳ Lh*Ald] ⸢τυγχάνουσα Γ3 [οὖσα LhAld]. Γ3LhAld</w:t>
      </w:r>
    </w:p>
    <w:p>
      <w:r>
        <w:rPr>
          <w:rFonts w:ascii="Courier New" w:hAnsi="Courier New"/>
          <w:color w:val="555555"/>
          <w:sz w:val="20"/>
        </w:rPr>
        <w:t>[sch vesp 964b]</w:t>
      </w:r>
    </w:p>
    <w:p>
      <w:r>
        <w:rPr>
          <w:rFonts w:ascii="Gentium Plus" w:hAnsi="Gentium Plus"/>
          <w:sz w:val="24"/>
        </w:rPr>
        <w:t>ἀπόκριναι σαφῶς] ἐν ⸢τούτοις καὶ ὅλῳ VΓ3 [τούτῳ LhAld] τῷ τρόπῳ τῆς δίκης ἐχαρακτήρισε τὰς ἐν ταῖς εὐθύναις τῶν ἀρχόντων ἀπολογίας. VΓ3LhAld</w:t>
      </w:r>
    </w:p>
    <w:p>
      <w:r>
        <w:rPr>
          <w:rFonts w:ascii="Courier New" w:hAnsi="Courier New"/>
          <w:color w:val="555555"/>
          <w:sz w:val="20"/>
        </w:rPr>
        <w:t>[sch vesp 965a]</w:t>
      </w:r>
    </w:p>
    <w:p>
      <w:r>
        <w:rPr>
          <w:rFonts w:ascii="Gentium Plus" w:hAnsi="Gentium Plus"/>
          <w:sz w:val="24"/>
        </w:rPr>
        <w:t>κατέκνησας: ἀντὶ τοῦ “ἔτεμες, ἐμέρισας τοῖς στρατιώταις, ἃ ἔλαβες τυρία”. VΓAld ὡς ἐπὶ δημοσίου ⸢δὲ VΓAld πράγματος ἀξιοπιστίαν περιποιεῖται τῇ μαρτυρίᾳ διὰ τοῦ στρατιώταις εἰπεῖν ⸢τετμηκέναι VLh [περι‐ τετμηκέναι ΓAld]. VΓLhAld</w:t>
      </w:r>
    </w:p>
    <w:p>
      <w:r>
        <w:rPr>
          <w:rFonts w:ascii="Courier New" w:hAnsi="Courier New"/>
          <w:color w:val="555555"/>
          <w:sz w:val="20"/>
        </w:rPr>
        <w:t>[sch vesp 965b]</w:t>
      </w:r>
    </w:p>
    <w:p>
      <w:r>
        <w:rPr>
          <w:rFonts w:ascii="Gentium Plus" w:hAnsi="Gentium Plus"/>
          <w:sz w:val="24"/>
        </w:rPr>
        <w:t>κατέκνησας] κατέτεμες, ἐμέρισας. Lh</w:t>
      </w:r>
    </w:p>
    <w:p>
      <w:r>
        <w:rPr>
          <w:rFonts w:ascii="Courier New" w:hAnsi="Courier New"/>
          <w:color w:val="555555"/>
          <w:sz w:val="20"/>
        </w:rPr>
        <w:t>[sch vesp 965c]</w:t>
      </w:r>
    </w:p>
    <w:p>
      <w:r>
        <w:rPr>
          <w:rFonts w:ascii="Gentium Plus" w:hAnsi="Gentium Plus"/>
          <w:sz w:val="24"/>
        </w:rPr>
        <w:t>ἅ’λαβες] ἤγουν τὰ τυρία. Lh</w:t>
      </w:r>
    </w:p>
    <w:p>
      <w:r>
        <w:rPr>
          <w:rFonts w:ascii="Courier New" w:hAnsi="Courier New"/>
          <w:color w:val="555555"/>
          <w:sz w:val="20"/>
        </w:rPr>
        <w:t>[sch vesp 968a]</w:t>
      </w:r>
    </w:p>
    <w:p>
      <w:r>
        <w:rPr>
          <w:rFonts w:ascii="Gentium Plus" w:hAnsi="Gentium Plus"/>
          <w:sz w:val="24"/>
        </w:rPr>
        <w:t>καὶ τραχήλι’ ἐσθίει: τὰ ἄκρα καὶ τὰ εὐτελῆ κρέα. ΓLhAld</w:t>
      </w:r>
    </w:p>
    <w:p>
      <w:r>
        <w:rPr>
          <w:rFonts w:ascii="Courier New" w:hAnsi="Courier New"/>
          <w:color w:val="555555"/>
          <w:sz w:val="20"/>
        </w:rPr>
        <w:t>[sch vesp 968b]</w:t>
      </w:r>
    </w:p>
    <w:p>
      <w:r>
        <w:rPr>
          <w:rFonts w:ascii="Gentium Plus" w:hAnsi="Gentium Plus"/>
          <w:sz w:val="24"/>
        </w:rPr>
        <w:t>ἐν τοῖς ὑπομνήμασι γέγραπται περὶ ⸢τῶν ΓAld τραχηλίων οὕτως· “τὰ ἀποβαλλόμενα τῶν ὄψων, ὡς μικρὰ κλέπτοντος αὐτοῦ”· πεπλάνηται δέ. VΓAld ἔστι γὰρ τραχήλιον ὀστράκιόν τι</w:t>
      </w:r>
    </w:p>
    <w:p>
      <w:r>
        <w:rPr>
          <w:rFonts w:ascii="Courier New" w:hAnsi="Courier New"/>
          <w:color w:val="555555"/>
          <w:sz w:val="20"/>
        </w:rPr>
        <w:t>[5]</w:t>
      </w:r>
    </w:p>
    <w:p>
      <w:r>
        <w:rPr>
          <w:rFonts w:ascii="Gentium Plus" w:hAnsi="Gentium Plus"/>
          <w:sz w:val="24"/>
        </w:rPr>
        <w:t>βραχὺ τελέως, παραπλήσιον τοῖς κυρηβίοις· λέγονται δὲ καὶ ἀρσενι‐ κῶς ⸢οἱ Ald τράχηλοι. ἔστι δὲ εὐτε‐ λὲς ⸢προσόψημα V [προσέψημα ΓAld] ἐν ⸢λοπαδίσκοις V [λοπα‐</w:t>
      </w:r>
    </w:p>
    <w:p>
      <w:r>
        <w:rPr>
          <w:rFonts w:ascii="Courier New" w:hAnsi="Courier New"/>
          <w:color w:val="555555"/>
          <w:sz w:val="20"/>
        </w:rPr>
        <w:t>[10]</w:t>
      </w:r>
    </w:p>
    <w:p>
      <w:r>
        <w:rPr>
          <w:rFonts w:ascii="Gentium Plus" w:hAnsi="Gentium Plus"/>
          <w:sz w:val="24"/>
        </w:rPr>
        <w:t>δίοις ΓAld] σκευαζόμενον. VΓAld</w:t>
      </w:r>
    </w:p>
    <w:p>
      <w:r>
        <w:rPr>
          <w:rFonts w:ascii="Courier New" w:hAnsi="Courier New"/>
          <w:color w:val="555555"/>
          <w:sz w:val="20"/>
        </w:rPr>
        <w:t>[sch vesp 968b,col 2 (4)]</w:t>
      </w:r>
    </w:p>
    <w:p>
      <w:r>
        <w:rPr>
          <w:rFonts w:ascii="Gentium Plus" w:hAnsi="Gentium Plus"/>
          <w:sz w:val="24"/>
        </w:rPr>
        <w:t>τὸ τραχήλιον εὐτελές τι ἐστι προσ‐</w:t>
      </w:r>
    </w:p>
    <w:p>
      <w:r>
        <w:rPr>
          <w:rFonts w:ascii="Courier New" w:hAnsi="Courier New"/>
          <w:color w:val="555555"/>
          <w:sz w:val="20"/>
        </w:rPr>
        <w:t>[5]</w:t>
      </w:r>
    </w:p>
    <w:p>
      <w:r>
        <w:rPr>
          <w:rFonts w:ascii="Gentium Plus" w:hAnsi="Gentium Plus"/>
          <w:sz w:val="24"/>
        </w:rPr>
        <w:t>έψημα ἐν λοπαδίοις κατασκευαζό‐ μενον, παραπλήσιον τοῖς κυρηβίοις· λέγονται δὲ καὶ ἀρσενικῶς οἱ τράχη‐</w:t>
      </w:r>
    </w:p>
    <w:p>
      <w:r>
        <w:rPr>
          <w:rFonts w:ascii="Courier New" w:hAnsi="Courier New"/>
          <w:color w:val="555555"/>
          <w:sz w:val="20"/>
        </w:rPr>
        <w:t>[sch vesp 968c]</w:t>
      </w:r>
    </w:p>
    <w:p>
      <w:r>
        <w:rPr>
          <w:rFonts w:ascii="Gentium Plus" w:hAnsi="Gentium Plus"/>
          <w:sz w:val="24"/>
        </w:rPr>
        <w:t>τουτέστι πιτύροις, τοῖς ἀπὸ τῶν κριθῶν ἀποβρέγμασι, τοῖς ἀχύροις.</w:t>
      </w:r>
    </w:p>
    <w:p>
      <w:r>
        <w:rPr>
          <w:rFonts w:ascii="Courier New" w:hAnsi="Courier New"/>
          <w:color w:val="555555"/>
          <w:sz w:val="20"/>
        </w:rPr>
        <w:t>[sch vesp 968d]</w:t>
      </w:r>
    </w:p>
    <w:p>
      <w:r>
        <w:rPr>
          <w:rFonts w:ascii="Gentium Plus" w:hAnsi="Gentium Plus"/>
          <w:sz w:val="24"/>
        </w:rPr>
        <w:t>⸢ἕτεροι δὲ Lh τὰ κεφάλαια(ά) ⸢φασι Lh τῶν ἰχθύων, ὡς ἀκανθώδη. VΓLhAld καὶ Φερεκράτης ἐν Ἐπιλήσμονι· “ὅστις παρέθηκε †κράνην†”. VΓAld χαρακτηρίζει δὲ τοὺς μικροκλέπτας ἐν τοῖς ἑξῆς, τοὺς οἴκοι μένοντας τῶν πολιτῶν καὶ ἁρπάζοντας. VΓLhAld</w:t>
      </w:r>
    </w:p>
    <w:p>
      <w:r>
        <w:rPr>
          <w:rFonts w:ascii="Courier New" w:hAnsi="Courier New"/>
          <w:color w:val="555555"/>
          <w:sz w:val="20"/>
        </w:rPr>
        <w:t>[sch vesp 969]</w:t>
      </w:r>
    </w:p>
    <w:p>
      <w:r>
        <w:rPr>
          <w:rFonts w:ascii="Gentium Plus" w:hAnsi="Gentium Plus"/>
          <w:sz w:val="24"/>
        </w:rPr>
        <w:t>καὶ τὰς ἀκάνθας: ἅμα μὲν ἐπὶ τοῦ κυνὸς εὐτελέσι τε χρω‐ μένου καὶ πανταχῇ φοιτῶντος, ἅμα δὲ καὶ ὡς ἐπὶ στρατηγοῦ προϊόντος.</w:t>
      </w:r>
    </w:p>
    <w:p>
      <w:r>
        <w:rPr>
          <w:rFonts w:ascii="Courier New" w:hAnsi="Courier New"/>
          <w:color w:val="555555"/>
          <w:sz w:val="20"/>
        </w:rPr>
        <w:t>[5]</w:t>
      </w:r>
    </w:p>
    <w:p>
      <w:r>
        <w:rPr>
          <w:rFonts w:ascii="Gentium Plus" w:hAnsi="Gentium Plus"/>
          <w:sz w:val="24"/>
        </w:rPr>
        <w:t>⸢καὶ V Λάχης γὰρ εἷς τῶν ἐξιόντων στρατηγῶν ἐγένετο ἐν ταῖς ἐξόδοις.</w:t>
      </w:r>
    </w:p>
    <w:p>
      <w:r>
        <w:rPr>
          <w:rFonts w:ascii="Courier New" w:hAnsi="Courier New"/>
          <w:color w:val="555555"/>
          <w:sz w:val="20"/>
        </w:rPr>
        <w:t>[sch vesp 969,col 2]</w:t>
      </w:r>
    </w:p>
    <w:p>
      <w:r>
        <w:rPr>
          <w:rFonts w:ascii="Gentium Plus" w:hAnsi="Gentium Plus"/>
          <w:sz w:val="24"/>
        </w:rPr>
        <w:t>ὡς πανταχῇ φοιτῶντος τοῦ κυνός· ὁμοίως καὶ τοῦ †Χάρητος† ὡς</w:t>
      </w:r>
    </w:p>
    <w:p>
      <w:r>
        <w:rPr>
          <w:rFonts w:ascii="Courier New" w:hAnsi="Courier New"/>
          <w:color w:val="555555"/>
          <w:sz w:val="20"/>
        </w:rPr>
        <w:t>[sch vesp 970]</w:t>
      </w:r>
    </w:p>
    <w:p>
      <w:r>
        <w:rPr>
          <w:rFonts w:ascii="Gentium Plus" w:hAnsi="Gentium Plus"/>
          <w:sz w:val="24"/>
        </w:rPr>
        <w:t>ὁ δ’ ἕτερος οἷός ἐστιν: ὁ κατήγορος. εἴη δ’ ἂν ὁ Κλέων, ὅν φησιν ⸢ἐνδομυχοῦντα VΓAld [οἰκουρεῖν καὶ Lh] τὰ τῆς πόλεως κατεσθίειν. VΓLhAld τοὺς οἴκοι οὖν μένοντας τῶν πολιτῶν καὶ ἁρπάζοντας χαρακτηρίζει. VΓAld</w:t>
      </w:r>
    </w:p>
    <w:p>
      <w:r>
        <w:rPr>
          <w:rFonts w:ascii="Courier New" w:hAnsi="Courier New"/>
          <w:color w:val="555555"/>
          <w:sz w:val="20"/>
        </w:rPr>
        <w:t>[sch vesp 973]</w:t>
      </w:r>
    </w:p>
    <w:p>
      <w:r>
        <w:rPr>
          <w:rFonts w:ascii="Gentium Plus" w:hAnsi="Gentium Plus"/>
          <w:sz w:val="24"/>
        </w:rPr>
        <w:t>αἰβοῖ: ὡς μαλαχθεὶς ὁ γέρων δυσαρεστεῖται κακόν τι νομίζων αὐτὸ εἶναι διὰ τὸ ἄηθες εἶναι αὐτῷ. VΓLhAld</w:t>
      </w:r>
    </w:p>
    <w:p>
      <w:r>
        <w:rPr>
          <w:rFonts w:ascii="Courier New" w:hAnsi="Courier New"/>
          <w:color w:val="555555"/>
          <w:sz w:val="20"/>
        </w:rPr>
        <w:t>[sch vesp 975]</w:t>
      </w:r>
    </w:p>
    <w:p>
      <w:r>
        <w:rPr>
          <w:rFonts w:ascii="Gentium Plus" w:hAnsi="Gentium Plus"/>
          <w:sz w:val="24"/>
        </w:rPr>
        <w:t>αὐτὸν ὦ πάτερ] ὡς πρὸς τὸ δικαστήριον ὁ λόγος (.) ⸢καὶ LhAld τὸν γέροντα. RVΓ3LhAld</w:t>
      </w:r>
    </w:p>
    <w:p>
      <w:r>
        <w:rPr>
          <w:rFonts w:ascii="Courier New" w:hAnsi="Courier New"/>
          <w:color w:val="555555"/>
          <w:sz w:val="20"/>
        </w:rPr>
        <w:t>[sch vesp 976]</w:t>
      </w:r>
    </w:p>
    <w:p>
      <w:r>
        <w:rPr>
          <w:rFonts w:ascii="Gentium Plus" w:hAnsi="Gentium Plus"/>
          <w:sz w:val="24"/>
        </w:rPr>
        <w:t>καὶ μὴ διαφθείρητε: ὅτι ⸢καὶ VLh τὰ παιδία ⸢κλάει VLh [κλαίει ΓAld] ἐν τοῖς δικαστηρίοις τῶν κατηγορουμένων VΓLhAld · καὶ ⸢ἄνω V [ἀνωτέρω ΓAld] δὲ</w:t>
      </w:r>
    </w:p>
    <w:p>
      <w:r>
        <w:rPr>
          <w:rFonts w:ascii="Courier New" w:hAnsi="Courier New"/>
          <w:color w:val="555555"/>
          <w:sz w:val="20"/>
        </w:rPr>
        <w:t>[sch vesp 976,col 2 (3)]</w:t>
      </w:r>
    </w:p>
    <w:p>
      <w:r>
        <w:rPr>
          <w:rFonts w:ascii="Gentium Plus" w:hAnsi="Gentium Plus"/>
          <w:sz w:val="24"/>
        </w:rPr>
        <w:t>, ὡς ἀνωτέρω εἴρηται. Lh</w:t>
      </w:r>
    </w:p>
    <w:p>
      <w:r>
        <w:rPr>
          <w:rFonts w:ascii="Courier New" w:hAnsi="Courier New"/>
          <w:color w:val="555555"/>
          <w:sz w:val="20"/>
        </w:rPr>
        <w:t>[sch vesp 977]</w:t>
      </w:r>
    </w:p>
    <w:p>
      <w:r>
        <w:rPr>
          <w:rFonts w:ascii="Gentium Plus" w:hAnsi="Gentium Plus"/>
          <w:sz w:val="24"/>
        </w:rPr>
        <w:t>κνυζούμενα: παρακλαίοντα. ὡς ἐπὶ κυνῶν ⸢δὲ VΓAld εἶπε(ν) ⸢τὸ “κνυζόμενα” Lh· κνυζηθμὸς γὰρ λέγεται ποιά τις φωνὴ ἐπὶ κυνῶν. VΓLhAld</w:t>
      </w:r>
    </w:p>
    <w:p>
      <w:r>
        <w:rPr>
          <w:rFonts w:ascii="Courier New" w:hAnsi="Courier New"/>
          <w:color w:val="555555"/>
          <w:sz w:val="20"/>
        </w:rPr>
        <w:t>[sch vesp 979a]</w:t>
      </w:r>
    </w:p>
    <w:p>
      <w:r>
        <w:rPr>
          <w:rFonts w:ascii="Gentium Plus" w:hAnsi="Gentium Plus"/>
          <w:sz w:val="24"/>
        </w:rPr>
        <w:t>ὅτι συνήθως οὕτως ἔλεγον ἐν τοῖς δικαστηρίοις· “κατάβηθι”. R</w:t>
      </w:r>
    </w:p>
    <w:p>
      <w:r>
        <w:rPr>
          <w:rFonts w:ascii="Courier New" w:hAnsi="Courier New"/>
          <w:color w:val="555555"/>
          <w:sz w:val="20"/>
        </w:rPr>
        <w:t>[sch vesp 979b]</w:t>
      </w:r>
    </w:p>
    <w:p>
      <w:r>
        <w:rPr>
          <w:rFonts w:ascii="Gentium Plus" w:hAnsi="Gentium Plus"/>
          <w:sz w:val="24"/>
        </w:rPr>
        <w:t>κατάβα κατάβα: ⸢τὸ “κατάβα” τοῦτο Lh εἰώθασι ⸢γὰρ VΓ3Ald λέγειν οἱ δικασταί, ὅταν ἀπολύωσι καὶ πείθωσι τοῖς λόγοις, ⸢“μηκέτι λέγε” V [μηκέτι λέγειν Γ3LhAld]. VΓ3LhAld</w:t>
      </w:r>
    </w:p>
    <w:p>
      <w:r>
        <w:rPr>
          <w:rFonts w:ascii="Courier New" w:hAnsi="Courier New"/>
          <w:color w:val="555555"/>
          <w:sz w:val="20"/>
        </w:rPr>
        <w:t>[sch vesp 980]</w:t>
      </w:r>
    </w:p>
    <w:p>
      <w:r>
        <w:rPr>
          <w:rFonts w:ascii="Gentium Plus" w:hAnsi="Gentium Plus"/>
          <w:sz w:val="24"/>
        </w:rPr>
        <w:t>καίτοι τὸ κατάβα τοῦτο: πολλάκις γὰρ εἰπόντες ⸢τὸ Γ3Ald “κατάβα” ἐξηπάτησαν. VΓ3LhAld</w:t>
      </w:r>
    </w:p>
    <w:p>
      <w:r>
        <w:rPr>
          <w:rFonts w:ascii="Courier New" w:hAnsi="Courier New"/>
          <w:color w:val="555555"/>
          <w:sz w:val="20"/>
        </w:rPr>
        <w:t>[sch vesp 982]</w:t>
      </w:r>
    </w:p>
    <w:p>
      <w:r>
        <w:rPr>
          <w:rFonts w:ascii="Gentium Plus" w:hAnsi="Gentium Plus"/>
          <w:sz w:val="24"/>
        </w:rPr>
        <w:t>ἐστί γε τὸ ῥοφεῖν] ἀντὶ τοῦ λόγων ἀκοῦσαι καὶ ἐλεῆσαι εἶπε ⸢ῥοφῆσαι V [“ῥοφεῖν” Lh]. VLh</w:t>
      </w:r>
    </w:p>
    <w:p>
      <w:r>
        <w:rPr>
          <w:rFonts w:ascii="Courier New" w:hAnsi="Courier New"/>
          <w:color w:val="555555"/>
          <w:sz w:val="20"/>
        </w:rPr>
        <w:t>[sch vesp 983a]</w:t>
      </w:r>
    </w:p>
    <w:p>
      <w:r>
        <w:rPr>
          <w:rFonts w:ascii="Gentium Plus" w:hAnsi="Gentium Plus"/>
          <w:sz w:val="24"/>
        </w:rPr>
        <w:t>διὰ τὴν θερμασίαν. VLh</w:t>
      </w:r>
    </w:p>
    <w:p>
      <w:r>
        <w:rPr>
          <w:rFonts w:ascii="Courier New" w:hAnsi="Courier New"/>
          <w:color w:val="555555"/>
          <w:sz w:val="20"/>
        </w:rPr>
        <w:t>[sch vesp 983b]</w:t>
      </w:r>
    </w:p>
    <w:p>
      <w:r>
        <w:rPr>
          <w:rFonts w:ascii="Gentium Plus" w:hAnsi="Gentium Plus"/>
          <w:sz w:val="24"/>
        </w:rPr>
        <w:t>ἀπεδάκρυσα: ⸢ἐδάκρυσα, φησίν, V ὅτι παρὰ τὸ ἔθος ἐποίησα (.) VLhAld, ἢ ὑπεχάλασα τῆς ὀργῆς καὶ γνώμην ἐμὴν εἶπον LhAld</w:t>
      </w:r>
    </w:p>
    <w:p>
      <w:r>
        <w:rPr>
          <w:rFonts w:ascii="Courier New" w:hAnsi="Courier New"/>
          <w:color w:val="555555"/>
          <w:sz w:val="20"/>
        </w:rPr>
        <w:t>[sch vesp 983c]</w:t>
      </w:r>
    </w:p>
    <w:p>
      <w:r>
        <w:rPr>
          <w:rFonts w:ascii="Gentium Plus" w:hAnsi="Gentium Plus"/>
          <w:sz w:val="24"/>
        </w:rPr>
        <w:t>ἐγὼ γὰρ ἀπεδάκρυσα: ⸢κοινόν τι παθὼν VΓAld ὁ πρεσβύτης ⸢καὶ VΓAld ἐπιδακρύσας τῷ τῶν παίδων ὀδυρμῷ αἰτιᾶται ὡς ἐκ τῆς φακῆς τοῦτο πεπονθὼς καὶ οὐκ ἐξ ἰδίας προαιρέσεως. VΓLhAld ⸢φησίν R [φησὶν οὖν VLh], ὅτι τὸ ῥοφεῖν κακοῦ μοι αἴτιον ⸢ἐγένετο RVΓAld [γέγονεν Lh]·</w:t>
      </w:r>
    </w:p>
    <w:p>
      <w:r>
        <w:rPr>
          <w:rFonts w:ascii="Courier New" w:hAnsi="Courier New"/>
          <w:color w:val="555555"/>
          <w:sz w:val="20"/>
        </w:rPr>
        <w:t>[5]</w:t>
      </w:r>
    </w:p>
    <w:p>
      <w:r>
        <w:rPr>
          <w:rFonts w:ascii="Gentium Plus" w:hAnsi="Gentium Plus"/>
          <w:sz w:val="24"/>
        </w:rPr>
        <w:t>⸢ἠμβλύθην RVΓ* [ἠμβλύνθην LhAld*] γὰρ ⸢τῆς ὁρμῆς RVΓAld [τὴν ὁρμήν Lh]. RVΓLhAld οὐδέποτε γὰρ τὴν γνώμην μου οὐδενὶ εἶπον, εἰ μὴ νῦν, ⸢ὅτι VΓAld [ὅτε Lh] ἐρρόφησα τὴν φακῆν. ἅμα δὲ καί, ὅτι οἱ ἐσθίοντες τὴν φακῆν ⸢θερμὴν Lh ἀβουλήτως ⸢δακρύουσι(ν) (.) VLh [κλαίουσι ΓAld] VΓLhAld ⸢καὶ ΓAld θερμῆς οὔσης αὐτῆς. VΓAld</w:t>
      </w:r>
    </w:p>
    <w:p>
      <w:r>
        <w:rPr>
          <w:rFonts w:ascii="Courier New" w:hAnsi="Courier New"/>
          <w:color w:val="555555"/>
          <w:sz w:val="20"/>
        </w:rPr>
        <w:t>[sch vesp 983d]</w:t>
      </w:r>
    </w:p>
    <w:p>
      <w:r>
        <w:rPr>
          <w:rFonts w:ascii="Gentium Plus" w:hAnsi="Gentium Plus"/>
          <w:sz w:val="24"/>
        </w:rPr>
        <w:t>γνώμην ἐμὴν] ⸢ἀντὶ τοῦ R κατὰ γνώμην ἐμήν. RΓ3</w:t>
      </w:r>
    </w:p>
    <w:p>
      <w:r>
        <w:rPr>
          <w:rFonts w:ascii="Courier New" w:hAnsi="Courier New"/>
          <w:color w:val="555555"/>
          <w:sz w:val="20"/>
        </w:rPr>
        <w:t>[sch vesp 984]</w:t>
      </w:r>
    </w:p>
    <w:p>
      <w:r>
        <w:rPr>
          <w:rFonts w:ascii="Gentium Plus" w:hAnsi="Gentium Plus"/>
          <w:sz w:val="24"/>
        </w:rPr>
        <w:t>984] ὅτι οἱ ἐσθίοντες τὴν φακῆν θερμὴν ἀβουλήτως δακρύουσιν. Lh</w:t>
      </w:r>
    </w:p>
    <w:p>
      <w:r>
        <w:rPr>
          <w:rFonts w:ascii="Courier New" w:hAnsi="Courier New"/>
          <w:color w:val="555555"/>
          <w:sz w:val="20"/>
        </w:rPr>
        <w:t>[sch vesp 985]</w:t>
      </w:r>
    </w:p>
    <w:p>
      <w:r>
        <w:rPr>
          <w:rFonts w:ascii="Gentium Plus" w:hAnsi="Gentium Plus"/>
          <w:sz w:val="24"/>
        </w:rPr>
        <w:t>χαλεπὸν εἰδέναι: ⸢ἀντὶ τοῦ Γ3 [ἤγουν Lh] οὐκ οἶδα ἀκριβῶς. Γ3LhAld</w:t>
      </w:r>
    </w:p>
    <w:p>
      <w:r>
        <w:rPr>
          <w:rFonts w:ascii="Courier New" w:hAnsi="Courier New"/>
          <w:color w:val="555555"/>
          <w:sz w:val="20"/>
        </w:rPr>
        <w:t>[sch vesp 986]</w:t>
      </w:r>
    </w:p>
    <w:p>
      <w:r>
        <w:rPr>
          <w:rFonts w:ascii="Gentium Plus" w:hAnsi="Gentium Plus"/>
          <w:sz w:val="24"/>
        </w:rPr>
        <w:t>ἐπὶ τὰ βελτίω: εἰς τὸ ἐλεῆσαι μᾶλλον ἢ καταδικάσαι. Γ3LhAld</w:t>
      </w:r>
    </w:p>
    <w:p>
      <w:r>
        <w:rPr>
          <w:rFonts w:ascii="Courier New" w:hAnsi="Courier New"/>
          <w:color w:val="555555"/>
          <w:sz w:val="20"/>
        </w:rPr>
        <w:t>[sch vesp 987a]</w:t>
      </w:r>
    </w:p>
    <w:p>
      <w:r>
        <w:rPr>
          <w:rFonts w:ascii="Gentium Plus" w:hAnsi="Gentium Plus"/>
          <w:sz w:val="24"/>
        </w:rPr>
        <w:t>τηνδὶ λαβὼν τὴν ψῆφον: τὴν τετρυπημένην αὐτῷ δείκνυσι ψῆφον. RVΓLhAld δύο ⸢γὰρ RV ἀμφορεῖς ⸢εἰσιν RV [ἦσαν ΓltAld], ὧν ὁ μὲν κύριος λεγόμενος χαλκοῦς ⸢ἦν lt, εἰς ὃν τὴν κυρίαν ψῆφον καθίεσαν οἱ δικασταὶ ἢ καταδικάζοντες ἢ ἀπολύοντες, ὁ δὲ ἕτερος ξύλινος, εἰς ὃν τὰς ἀκύρους</w:t>
      </w:r>
    </w:p>
    <w:p>
      <w:r>
        <w:rPr>
          <w:rFonts w:ascii="Courier New" w:hAnsi="Courier New"/>
          <w:color w:val="555555"/>
          <w:sz w:val="20"/>
        </w:rPr>
        <w:t>[5]</w:t>
      </w:r>
    </w:p>
    <w:p>
      <w:r>
        <w:rPr>
          <w:rFonts w:ascii="Gentium Plus" w:hAnsi="Gentium Plus"/>
          <w:sz w:val="24"/>
        </w:rPr>
        <w:t>καθίεσαν. ὁπότε δὲ πάντες διεψηφίσαντο, εἰς τὸν χαλκοῦν κάδον διηριθμοῦντο αἱ ψῆφοι, καὶ κατεδίκαζον μὲν αἱ τετρυπημέναι, ἀπέλυον δὲ αἱ πλήρεις. δεῖται οὖν αὐτοῦ, ἵνα τὴν τετρυπημένην εἰς τὸν ὕστερον τὸν ἄκυρον καταθῇ καὶ ἀπο‐ λύσῃ τὸν ἀπολογούμενον. φαίνονται δὲ συνήθως καλοῦντες τὸν μὲν κύριον ἀμφορέα πρότερον, τὸν ⸢δ’ ἕτερον R [δὲ ἄκυρον VΓLhTaur* Ald] ὕστερον.</w:t>
      </w:r>
    </w:p>
    <w:p>
      <w:r>
        <w:rPr>
          <w:rFonts w:ascii="Courier New" w:hAnsi="Courier New"/>
          <w:color w:val="555555"/>
          <w:sz w:val="20"/>
        </w:rPr>
        <w:t>[10]</w:t>
      </w:r>
    </w:p>
    <w:p>
      <w:r>
        <w:rPr>
          <w:rFonts w:ascii="Gentium Plus" w:hAnsi="Gentium Plus"/>
          <w:sz w:val="24"/>
        </w:rPr>
        <w:t>RVΓltAld</w:t>
      </w:r>
    </w:p>
    <w:p>
      <w:r>
        <w:rPr>
          <w:rFonts w:ascii="Courier New" w:hAnsi="Courier New"/>
          <w:color w:val="555555"/>
          <w:sz w:val="20"/>
        </w:rPr>
        <w:t>[sch vesp 987b]</w:t>
      </w:r>
    </w:p>
    <w:p>
      <w:r>
        <w:rPr>
          <w:rFonts w:ascii="Gentium Plus" w:hAnsi="Gentium Plus"/>
          <w:sz w:val="24"/>
        </w:rPr>
        <w:t>εἰς τὸν ὕστερον καδίσκον τὴν ἀποδοκιμάζουσαν ⸢ἀπέβαλλον VΓ* [ἐνέβαλλον LhAld*] ψῆφον. VΓLhAld συνήθως γὰρ καλοῦσι τὸν μὲν κύριον ἀμφορέα πρότερον, τὸν δὲ ἄκυρον ὕστερον. V</w:t>
      </w:r>
    </w:p>
    <w:p>
      <w:r>
        <w:rPr>
          <w:rFonts w:ascii="Courier New" w:hAnsi="Courier New"/>
          <w:color w:val="555555"/>
          <w:sz w:val="20"/>
        </w:rPr>
        <w:t>[sch vesp 988]</w:t>
      </w:r>
    </w:p>
    <w:p>
      <w:r>
        <w:rPr>
          <w:rFonts w:ascii="Gentium Plus" w:hAnsi="Gentium Plus"/>
          <w:sz w:val="24"/>
        </w:rPr>
        <w:t>μύσας παρᾷξον: ἐπειδὴ παρὰ τὴν προαίρεσιν ⸢αὐτοῦ VΓ ἀναπείθει αὐτὸν ῥῖψαι τὴν ψῆφον εἰς τὸν ἄκυρον ⸢κάδον VLh [καδίσκον ΓAld], φησὶν αὐτῷ· “μύσας ⸢τοῦτο VΓAld ποίησον”, ὡς ἀτόπου αὐτῷ ⸢τούτου VΓAld φαι‐</w:t>
      </w:r>
    </w:p>
    <w:p>
      <w:r>
        <w:rPr>
          <w:rFonts w:ascii="Courier New" w:hAnsi="Courier New"/>
          <w:color w:val="555555"/>
          <w:sz w:val="20"/>
        </w:rPr>
        <w:t>[sch vesp 990a]</w:t>
      </w:r>
    </w:p>
    <w:p>
      <w:r>
        <w:rPr>
          <w:rFonts w:ascii="Gentium Plus" w:hAnsi="Gentium Plus"/>
          <w:sz w:val="24"/>
        </w:rPr>
        <w:t>νυν] δή. Lh</w:t>
      </w:r>
    </w:p>
    <w:p>
      <w:r>
        <w:rPr>
          <w:rFonts w:ascii="Courier New" w:hAnsi="Courier New"/>
          <w:color w:val="555555"/>
          <w:sz w:val="20"/>
        </w:rPr>
        <w:t>[sch vesp 990b]</w:t>
      </w:r>
    </w:p>
    <w:p>
      <w:r>
        <w:rPr>
          <w:rFonts w:ascii="Gentium Plus" w:hAnsi="Gentium Plus"/>
          <w:sz w:val="24"/>
        </w:rPr>
        <w:t>τὴν ταχίστην] πρὸς τὸ ἄνω εἰρημένον. Γ3Lh</w:t>
      </w:r>
    </w:p>
    <w:p>
      <w:r>
        <w:rPr>
          <w:rFonts w:ascii="Courier New" w:hAnsi="Courier New"/>
          <w:color w:val="555555"/>
          <w:sz w:val="20"/>
        </w:rPr>
        <w:t>[sch vesp 990c]</w:t>
      </w:r>
    </w:p>
    <w:p>
      <w:r>
        <w:rPr>
          <w:rFonts w:ascii="Gentium Plus" w:hAnsi="Gentium Plus"/>
          <w:sz w:val="24"/>
        </w:rPr>
        <w:t>περιάγω] ⸢“σὲ περιάγω” Lh πρὸς τὴν ψῆφον λέγει. RΓ3Lh</w:t>
      </w:r>
    </w:p>
    <w:p>
      <w:r>
        <w:rPr>
          <w:rFonts w:ascii="Courier New" w:hAnsi="Courier New"/>
          <w:color w:val="555555"/>
          <w:sz w:val="20"/>
        </w:rPr>
        <w:t>[sch vesp 991a]</w:t>
      </w:r>
    </w:p>
    <w:p>
      <w:r>
        <w:rPr>
          <w:rFonts w:ascii="Gentium Plus" w:hAnsi="Gentium Plus"/>
          <w:sz w:val="24"/>
        </w:rPr>
        <w:t>ὅδ’ ἔσθ’ ὁ πρότερος: ὁ καδίσκος (.) VΓLhAld, ὅπου αἱ τῶν καταδικαζομένων ψῆφοι ⸢βάλλονται V [ἐβάλλοντο ΓAld]. VΓAld</w:t>
      </w:r>
    </w:p>
    <w:p>
      <w:r>
        <w:rPr>
          <w:rFonts w:ascii="Courier New" w:hAnsi="Courier New"/>
          <w:color w:val="555555"/>
          <w:sz w:val="20"/>
        </w:rPr>
        <w:t>[sch vesp 991b]</w:t>
      </w:r>
    </w:p>
    <w:p>
      <w:r>
        <w:rPr>
          <w:rFonts w:ascii="Gentium Plus" w:hAnsi="Gentium Plus"/>
          <w:sz w:val="24"/>
        </w:rPr>
        <w:t>ἐναλλάσσει τὰς χεῖρας περιφέρων τὰς ὑδρίας, ἵνα ἀγνοήσας ἀπο‐ δοκιμάσῃ εἰς τὸν ὕστερον καδίσκον τὴν ἀποδοκιμάζουσαν ἐμβαλὼν ψῆφον. VΓAld</w:t>
      </w:r>
    </w:p>
    <w:p>
      <w:r>
        <w:rPr>
          <w:rFonts w:ascii="Courier New" w:hAnsi="Courier New"/>
          <w:color w:val="555555"/>
          <w:sz w:val="20"/>
        </w:rPr>
        <w:t>[sch vesp 991c]</w:t>
      </w:r>
    </w:p>
    <w:p>
      <w:r>
        <w:rPr>
          <w:rFonts w:ascii="Gentium Plus" w:hAnsi="Gentium Plus"/>
          <w:sz w:val="24"/>
        </w:rPr>
        <w:t>⸢μιμεῖται RVΓAld [μιμούμενος Lh] τοὺς ἐν τῷ δικαστηρίῳ ⸢πολλάκις RVΓAld ἀπατῶντας. RVΓLhAld ἑστῶτος γὰρ τοῦ τε κατηγο‐ ροῦντος καὶ τοῦ ἀπολογουμένου ῥάβδον κατέχει παρεστὼς ὁ κῆρυξ ἢ ⸢ὁ Lh θεσμοθέτης καὶ VΓLhAld</w:t>
      </w:r>
    </w:p>
    <w:p>
      <w:r>
        <w:rPr>
          <w:rFonts w:ascii="Courier New" w:hAnsi="Courier New"/>
          <w:color w:val="555555"/>
          <w:sz w:val="20"/>
        </w:rPr>
        <w:t>[5]</w:t>
      </w:r>
    </w:p>
    <w:p>
      <w:r>
        <w:rPr>
          <w:rFonts w:ascii="Gentium Plus" w:hAnsi="Gentium Plus"/>
          <w:sz w:val="24"/>
        </w:rPr>
        <w:t>τοῦτο ἐπιτίθησιν 〈ἐπὶ〉 τοὺς κατα‐</w:t>
      </w:r>
    </w:p>
    <w:p>
      <w:r>
        <w:rPr>
          <w:rFonts w:ascii="Courier New" w:hAnsi="Courier New"/>
          <w:color w:val="555555"/>
          <w:sz w:val="20"/>
        </w:rPr>
        <w:t>[sch vesp 991c,col 2 (5)]</w:t>
      </w:r>
    </w:p>
    <w:p>
      <w:r>
        <w:rPr>
          <w:rFonts w:ascii="Gentium Plus" w:hAnsi="Gentium Plus"/>
          <w:sz w:val="24"/>
        </w:rPr>
        <w:t>ἐπιτίθησι ταύτην ἐπὶ τοῦ κατα‐</w:t>
      </w:r>
    </w:p>
    <w:p>
      <w:r>
        <w:rPr>
          <w:rFonts w:ascii="Courier New" w:hAnsi="Courier New"/>
          <w:color w:val="555555"/>
          <w:sz w:val="20"/>
        </w:rPr>
        <w:t>[sch vesp 991c (7)]</w:t>
      </w:r>
    </w:p>
    <w:p>
      <w:r>
        <w:rPr>
          <w:rFonts w:ascii="Gentium Plus" w:hAnsi="Gentium Plus"/>
          <w:sz w:val="24"/>
        </w:rPr>
        <w:t>ἵνα μὴ ἕτερος ἀνθ’ ἑτέρου ἀπαχθῇ. VΓLhAld</w:t>
      </w:r>
    </w:p>
    <w:p>
      <w:r>
        <w:rPr>
          <w:rFonts w:ascii="Courier New" w:hAnsi="Courier New"/>
          <w:color w:val="555555"/>
          <w:sz w:val="20"/>
        </w:rPr>
        <w:t>[sch vesp 991d]</w:t>
      </w:r>
    </w:p>
    <w:p>
      <w:r>
        <w:rPr>
          <w:rFonts w:ascii="Gentium Plus" w:hAnsi="Gentium Plus"/>
          <w:sz w:val="24"/>
        </w:rPr>
        <w:t>βάλλων τὴν ψῆφον ὁ Φιλοκλέων φησίν· “καθῆκα δὲ εἰς τὸν πρότερον”.</w:t>
      </w:r>
    </w:p>
    <w:p>
      <w:r>
        <w:rPr>
          <w:rFonts w:ascii="Courier New" w:hAnsi="Courier New"/>
          <w:color w:val="555555"/>
          <w:sz w:val="20"/>
        </w:rPr>
        <w:t>[sch vesp 991e]</w:t>
      </w:r>
    </w:p>
    <w:p>
      <w:r>
        <w:rPr>
          <w:rFonts w:ascii="Gentium Plus" w:hAnsi="Gentium Plus"/>
          <w:sz w:val="24"/>
        </w:rPr>
        <w:t>αὕτη ’ντευθενί: δύο καδίσκοι τῶν ψήφων ἦσαν, εἷς μὲν ἐλέου, ὁ ὀπίσω, ἕτερος δέ, ὁ ἔμπρο‐ σθεν, θανάτου. παρασκευάζεται οὖν</w:t>
      </w:r>
    </w:p>
    <w:p>
      <w:r>
        <w:rPr>
          <w:rFonts w:ascii="Courier New" w:hAnsi="Courier New"/>
          <w:color w:val="555555"/>
          <w:sz w:val="20"/>
        </w:rPr>
        <w:t>[5]</w:t>
      </w:r>
    </w:p>
    <w:p>
      <w:r>
        <w:rPr>
          <w:rFonts w:ascii="Gentium Plus" w:hAnsi="Gentium Plus"/>
          <w:sz w:val="24"/>
        </w:rPr>
        <w:t>εἰς τὸν τοῦ ἐλέου ⸢βαλεῖν V [ἐμβα‐ λεῖν ΓAld] ⸢τὴν ΓAld ψῆφον· ἀλ‐ λάσσει γὰρ τοὺς τόπους αὐτῶν ὁ Βδελυκλέων, ἵνα ἀπατηθεὶς ὁ πατὴρ</w:t>
      </w:r>
    </w:p>
    <w:p>
      <w:r>
        <w:rPr>
          <w:rFonts w:ascii="Courier New" w:hAnsi="Courier New"/>
          <w:color w:val="555555"/>
          <w:sz w:val="20"/>
        </w:rPr>
        <w:t>[sch vesp 991e,col 2]</w:t>
      </w:r>
    </w:p>
    <w:p>
      <w:r>
        <w:rPr>
          <w:rFonts w:ascii="Gentium Plus" w:hAnsi="Gentium Plus"/>
          <w:sz w:val="24"/>
        </w:rPr>
        <w:t>ἐκαλοῦντο δὲ οἱ τοιοῦτοι καδίσκοι εἷς μὲν ἐλέου, ὁ ὀπίσω, ὁ ἔμπροσθεν δὲ θανάτου. lt παρασκευάζει οὖν αὐτὸν διὰ τῶν ἑξῆς εἰς τὸν τοῦ ἐλέου</w:t>
      </w:r>
    </w:p>
    <w:p>
      <w:r>
        <w:rPr>
          <w:rFonts w:ascii="Courier New" w:hAnsi="Courier New"/>
          <w:color w:val="555555"/>
          <w:sz w:val="20"/>
        </w:rPr>
        <w:t>[5]</w:t>
      </w:r>
    </w:p>
    <w:p>
      <w:r>
        <w:rPr>
          <w:rFonts w:ascii="Gentium Plus" w:hAnsi="Gentium Plus"/>
          <w:sz w:val="24"/>
        </w:rPr>
        <w:t>βαλεῖν τὴν ψῆφον ἀλλάσσων τοὺς</w:t>
      </w:r>
    </w:p>
    <w:p>
      <w:r>
        <w:rPr>
          <w:rFonts w:ascii="Courier New" w:hAnsi="Courier New"/>
          <w:color w:val="555555"/>
          <w:sz w:val="20"/>
        </w:rPr>
        <w:t>[sch vesp 991f]</w:t>
      </w:r>
    </w:p>
    <w:p>
      <w:r>
        <w:rPr>
          <w:rFonts w:ascii="Gentium Plus" w:hAnsi="Gentium Plus"/>
          <w:sz w:val="24"/>
        </w:rPr>
        <w:t>αὐτὴ ’ντευθενί] ῥίψον. Lh</w:t>
      </w:r>
    </w:p>
    <w:p>
      <w:r>
        <w:rPr>
          <w:rFonts w:ascii="Courier New" w:hAnsi="Courier New"/>
          <w:color w:val="555555"/>
          <w:sz w:val="20"/>
        </w:rPr>
        <w:t>[sch vesp 992]</w:t>
      </w:r>
    </w:p>
    <w:p>
      <w:r>
        <w:rPr>
          <w:rFonts w:ascii="Gentium Plus" w:hAnsi="Gentium Plus"/>
          <w:sz w:val="24"/>
        </w:rPr>
        <w:t>ἐξηπάτηται κτλ.] ἀπατηθεὶς ὁ πατὴρ ἔβαλεν εἰς τὸν τοῦ ἐλέου ἄκων. Lh</w:t>
      </w:r>
    </w:p>
    <w:p>
      <w:r>
        <w:rPr>
          <w:rFonts w:ascii="Courier New" w:hAnsi="Courier New"/>
          <w:color w:val="555555"/>
          <w:sz w:val="20"/>
        </w:rPr>
        <w:t>[sch vesp 993]</w:t>
      </w:r>
    </w:p>
    <w:p>
      <w:r>
        <w:rPr>
          <w:rFonts w:ascii="Gentium Plus" w:hAnsi="Gentium Plus"/>
          <w:sz w:val="24"/>
        </w:rPr>
        <w:t>φέρ’ ἐξεράσω: ⸢ἀντὶ τοῦ VΓAld εἰς τὴν γῆν ⸢μεταβάλλω V [μεταβαλῶ ΓLhAld] τὰς ψήφους· ἔρα γὰρ ἡ γῆ. βούλεται δὲ ἀριθμῆσαι ⸢τὰς ψήφους VΓAld [αὐτάς Lh.] VΓLhAld</w:t>
      </w:r>
    </w:p>
    <w:p>
      <w:r>
        <w:rPr>
          <w:rFonts w:ascii="Courier New" w:hAnsi="Courier New"/>
          <w:color w:val="555555"/>
          <w:sz w:val="20"/>
        </w:rPr>
        <w:t>[sch vesp 994]</w:t>
      </w:r>
    </w:p>
    <w:p>
      <w:r>
        <w:rPr>
          <w:rFonts w:ascii="Gentium Plus" w:hAnsi="Gentium Plus"/>
          <w:sz w:val="24"/>
        </w:rPr>
        <w:t>ἐκπέφευγας ὦ Λάβης: ὡς ἀριθμηθεισῶν τῶν ψήφων καὶ τῶν</w:t>
      </w:r>
    </w:p>
    <w:p>
      <w:r>
        <w:rPr>
          <w:rFonts w:ascii="Courier New" w:hAnsi="Courier New"/>
          <w:color w:val="555555"/>
          <w:sz w:val="20"/>
        </w:rPr>
        <w:t>[sch vesp 995]</w:t>
      </w:r>
    </w:p>
    <w:p>
      <w:r>
        <w:rPr>
          <w:rFonts w:ascii="Gentium Plus" w:hAnsi="Gentium Plus"/>
          <w:sz w:val="24"/>
        </w:rPr>
        <w:t>ποῦ ’σθ’ ὕδωρ: ὡς παρ‐ ειμένου αὐτοῦ ψυχρὸν ὕδωρ ⸢αἰτήσει R [αἰτεῖ VΓAld]. RVΓAld ἀκού‐ σας γὰρ τὸ ⸢“ἐκπέφευγας” V [ἐκ‐</w:t>
      </w:r>
    </w:p>
    <w:p>
      <w:r>
        <w:rPr>
          <w:rFonts w:ascii="Courier New" w:hAnsi="Courier New"/>
          <w:color w:val="555555"/>
          <w:sz w:val="20"/>
        </w:rPr>
        <w:t>[5]</w:t>
      </w:r>
    </w:p>
    <w:p>
      <w:r>
        <w:rPr>
          <w:rFonts w:ascii="Gentium Plus" w:hAnsi="Gentium Plus"/>
          <w:sz w:val="24"/>
        </w:rPr>
        <w:t>πέφευγεν ΓAld] ὁ Φιλοκλέων ἐλει‐ ποψύχησεν· ὅσον γὰρ ἐπ’ αὐτῷ, ἦν</w:t>
      </w:r>
    </w:p>
    <w:p>
      <w:r>
        <w:rPr>
          <w:rFonts w:ascii="Courier New" w:hAnsi="Courier New"/>
          <w:color w:val="555555"/>
          <w:sz w:val="20"/>
        </w:rPr>
        <w:t>[sch vesp 995,col 2]</w:t>
      </w:r>
    </w:p>
    <w:p>
      <w:r>
        <w:rPr>
          <w:rFonts w:ascii="Gentium Plus" w:hAnsi="Gentium Plus"/>
          <w:sz w:val="24"/>
        </w:rPr>
        <w:t>ἀκούσας ὁ Φιλοκλέων τὸ “ἐκπέ‐ φευγας, ὦ Λάβης” ἐλειποψύχησε καὶ ὡς παρειμένος ψυχρὸν ὕδωρ αἰτεῖ. εἰώθασι γὰρ τοῖς λειποψυ‐</w:t>
      </w:r>
    </w:p>
    <w:p>
      <w:r>
        <w:rPr>
          <w:rFonts w:ascii="Courier New" w:hAnsi="Courier New"/>
          <w:color w:val="555555"/>
          <w:sz w:val="20"/>
        </w:rPr>
        <w:t>[5]</w:t>
      </w:r>
    </w:p>
    <w:p>
      <w:r>
        <w:rPr>
          <w:rFonts w:ascii="Gentium Plus" w:hAnsi="Gentium Plus"/>
          <w:sz w:val="24"/>
        </w:rPr>
        <w:t>χήσασι ψυχρὸν ἐπιρραίνειν ὕδωρ· διὸ καὶ ὁ υἱὸς αὐτοῦ τοῦτον ἀνακτώμενός</w:t>
      </w:r>
    </w:p>
    <w:p>
      <w:r>
        <w:rPr>
          <w:rFonts w:ascii="Courier New" w:hAnsi="Courier New"/>
          <w:color w:val="555555"/>
          <w:sz w:val="20"/>
        </w:rPr>
        <w:t>[sch vesp 996]</w:t>
      </w:r>
    </w:p>
    <w:p>
      <w:r>
        <w:rPr>
          <w:rFonts w:ascii="Gentium Plus" w:hAnsi="Gentium Plus"/>
          <w:sz w:val="24"/>
        </w:rPr>
        <w:t>ἔπαιρ’ ἔπαιρε] ἤγουν ἀνάνηψον. Lh</w:t>
      </w:r>
    </w:p>
    <w:p>
      <w:r>
        <w:rPr>
          <w:rFonts w:ascii="Courier New" w:hAnsi="Courier New"/>
          <w:color w:val="555555"/>
          <w:sz w:val="20"/>
        </w:rPr>
        <w:t>[sch vesp 997]</w:t>
      </w:r>
    </w:p>
    <w:p>
      <w:r>
        <w:rPr>
          <w:rFonts w:ascii="Gentium Plus" w:hAnsi="Gentium Plus"/>
          <w:sz w:val="24"/>
        </w:rPr>
        <w:t>ὄντως ἀπέφυγεν: ⸢ἐξελύθη V [ὑπεξελύθη ΓLhAld] †γενόμενος† ἐκτὸς τιμωρίας τοῦ φεύγοντος. VΓLhAld</w:t>
      </w:r>
    </w:p>
    <w:p>
      <w:r>
        <w:rPr>
          <w:rFonts w:ascii="Courier New" w:hAnsi="Courier New"/>
          <w:color w:val="555555"/>
          <w:sz w:val="20"/>
        </w:rPr>
        <w:t>[sch vesp 999]</w:t>
      </w:r>
    </w:p>
    <w:p>
      <w:r>
        <w:rPr>
          <w:rFonts w:ascii="Gentium Plus" w:hAnsi="Gentium Plus"/>
          <w:sz w:val="24"/>
        </w:rPr>
        <w:t>ξυνείσομαι] συγγνῶ. Γ3Lh</w:t>
      </w:r>
    </w:p>
    <w:p>
      <w:r>
        <w:rPr>
          <w:rFonts w:ascii="Courier New" w:hAnsi="Courier New"/>
          <w:color w:val="555555"/>
          <w:sz w:val="20"/>
        </w:rPr>
        <w:t>[sch vesp 1000]</w:t>
      </w:r>
    </w:p>
    <w:p>
      <w:r>
        <w:rPr>
          <w:rFonts w:ascii="Gentium Plus" w:hAnsi="Gentium Plus"/>
          <w:sz w:val="24"/>
        </w:rPr>
        <w:t>φεύγοντ’] κατηγορούμενον. Γ3Lh</w:t>
      </w:r>
    </w:p>
    <w:p>
      <w:r>
        <w:rPr>
          <w:rFonts w:ascii="Courier New" w:hAnsi="Courier New"/>
          <w:color w:val="555555"/>
          <w:sz w:val="20"/>
        </w:rPr>
        <w:t>[sch vesp 1001]</w:t>
      </w:r>
    </w:p>
    <w:p>
      <w:r>
        <w:rPr>
          <w:rFonts w:ascii="Gentium Plus" w:hAnsi="Gentium Plus"/>
          <w:sz w:val="24"/>
        </w:rPr>
        <w:t>σύγγνωτέ μοι: ὡς μέγα τι ἀτόπημα πράξας ἀπολογεῖται τοῖς θεοῖς. Γ3LhAld</w:t>
      </w:r>
    </w:p>
    <w:p>
      <w:r>
        <w:rPr>
          <w:rFonts w:ascii="Courier New" w:hAnsi="Courier New"/>
          <w:color w:val="555555"/>
          <w:sz w:val="20"/>
        </w:rPr>
        <w:t>[sch vesp 1002]</w:t>
      </w:r>
    </w:p>
    <w:p>
      <w:r>
        <w:rPr>
          <w:rFonts w:ascii="Gentium Plus" w:hAnsi="Gentium Plus"/>
          <w:sz w:val="24"/>
        </w:rPr>
        <w:t>αὔτ’] αὐτό. Lh</w:t>
      </w:r>
    </w:p>
    <w:p>
      <w:r>
        <w:rPr>
          <w:rFonts w:ascii="Courier New" w:hAnsi="Courier New"/>
          <w:color w:val="555555"/>
          <w:sz w:val="20"/>
        </w:rPr>
        <w:t>[sch vesp 1005]</w:t>
      </w:r>
    </w:p>
    <w:p>
      <w:r>
        <w:rPr>
          <w:rFonts w:ascii="Gentium Plus" w:hAnsi="Gentium Plus"/>
          <w:sz w:val="24"/>
        </w:rPr>
        <w:t>ἐπὶ δεῖπνον εἰς ξυμ‐ πόσιον: ἕν ἐστιν “ἐπὶ δεῖπνον εἰς συμπόσιον”. VΓAld οὕτω γὰρ ἐκά‐ λουν, ὥστε μόνον εἶναι τὸν οἶνον</w:t>
      </w:r>
    </w:p>
    <w:p>
      <w:r>
        <w:rPr>
          <w:rFonts w:ascii="Courier New" w:hAnsi="Courier New"/>
          <w:color w:val="555555"/>
          <w:sz w:val="20"/>
        </w:rPr>
        <w:t>[5]</w:t>
      </w:r>
    </w:p>
    <w:p>
      <w:r>
        <w:rPr>
          <w:rFonts w:ascii="Gentium Plus" w:hAnsi="Gentium Plus"/>
          <w:sz w:val="24"/>
        </w:rPr>
        <w:t>κοινόν, τὰ δὲ λοιπὰ ἑαυτοῦ (.) RVΓ Ald κομίζειν οὕτω κληθέντα. VΓAld πανθοινίαν δὲ ἔλεγον, ὥς φησιν Εὐ‐ φρόνιος, ὁπότε εἰς κοινὸν ⸢κατατι‐ θέντες RV [καταθέντες ΓAld] τὰ</w:t>
      </w:r>
    </w:p>
    <w:p>
      <w:r>
        <w:rPr>
          <w:rFonts w:ascii="Courier New" w:hAnsi="Courier New"/>
          <w:color w:val="555555"/>
          <w:sz w:val="20"/>
        </w:rPr>
        <w:t>[10]</w:t>
      </w:r>
    </w:p>
    <w:p>
      <w:r>
        <w:rPr>
          <w:rFonts w:ascii="Gentium Plus" w:hAnsi="Gentium Plus"/>
          <w:sz w:val="24"/>
        </w:rPr>
        <w:t>κομισθέντα δεῖπνα πάντες ⸢ἀπέλαυ‐</w:t>
      </w:r>
    </w:p>
    <w:p>
      <w:r>
        <w:rPr>
          <w:rFonts w:ascii="Courier New" w:hAnsi="Courier New"/>
          <w:color w:val="555555"/>
          <w:sz w:val="20"/>
        </w:rPr>
        <w:t>[sch vesp 1005,col 2]</w:t>
      </w:r>
    </w:p>
    <w:p>
      <w:r>
        <w:rPr>
          <w:rFonts w:ascii="Gentium Plus" w:hAnsi="Gentium Plus"/>
          <w:sz w:val="24"/>
        </w:rPr>
        <w:t>πανθοινίαν ἔλεγον, ὥς φησιν Εὐ‐ φρόνιος, τὴν ἐν τοῖς συμποσίοις ἐπὶ δεῖπνον τῶν πολλῶν συνέλευσιν. ὁ μὲν γὰρ οἶνος μόνος ἦν κοινός, τὰ</w:t>
      </w:r>
    </w:p>
    <w:p>
      <w:r>
        <w:rPr>
          <w:rFonts w:ascii="Courier New" w:hAnsi="Courier New"/>
          <w:color w:val="555555"/>
          <w:sz w:val="20"/>
        </w:rPr>
        <w:t>[5]</w:t>
      </w:r>
    </w:p>
    <w:p>
      <w:r>
        <w:rPr>
          <w:rFonts w:ascii="Gentium Plus" w:hAnsi="Gentium Plus"/>
          <w:sz w:val="24"/>
        </w:rPr>
        <w:t>δὲ λοιπὰ βρώματα ἕκαστος ἐξ ἑαυτοῦ ἐκόμιζεν. ἔθος δὲ ἦν οὕτω λέγειν· ἕν ἐστιν “ἐπὶ δεῖπνον εἰς ξυμπόσιον”.</w:t>
      </w:r>
    </w:p>
    <w:p>
      <w:r>
        <w:rPr>
          <w:rFonts w:ascii="Courier New" w:hAnsi="Courier New"/>
          <w:color w:val="555555"/>
          <w:sz w:val="20"/>
        </w:rPr>
        <w:t>[sch vesp 1007a]</w:t>
      </w:r>
    </w:p>
    <w:p>
      <w:r>
        <w:rPr>
          <w:rFonts w:ascii="Gentium Plus" w:hAnsi="Gentium Plus"/>
          <w:sz w:val="24"/>
        </w:rPr>
        <w:t>κοὐκ ἐγχανεῖταί: οὐκ ἐγγελάσει σοι, φησίν, ὁ Ὑπέρβολος ὁρῶν VΓLhAld ⸢σε ΓAld ταπεινόν τε καὶ οἰκτρὸν ἐκ τοῦ δικάζειν καὶ τρεῖς ὀβολοὺς</w:t>
      </w:r>
    </w:p>
    <w:p>
      <w:r>
        <w:rPr>
          <w:rFonts w:ascii="Courier New" w:hAnsi="Courier New"/>
          <w:color w:val="555555"/>
          <w:sz w:val="20"/>
        </w:rPr>
        <w:t>[5]</w:t>
      </w:r>
    </w:p>
    <w:p>
      <w:r>
        <w:rPr>
          <w:rFonts w:ascii="Gentium Plus" w:hAnsi="Gentium Plus"/>
          <w:sz w:val="24"/>
        </w:rPr>
        <w:t>λαμβάνειν καὶ ἀεὶ πένεσθαι. V ΓAld</w:t>
      </w:r>
    </w:p>
    <w:p>
      <w:r>
        <w:rPr>
          <w:rFonts w:ascii="Courier New" w:hAnsi="Courier New"/>
          <w:color w:val="555555"/>
          <w:sz w:val="20"/>
        </w:rPr>
        <w:t>[sch vesp 1007a,col 2 (3)]</w:t>
      </w:r>
    </w:p>
    <w:p>
      <w:r>
        <w:rPr>
          <w:rFonts w:ascii="Gentium Plus" w:hAnsi="Gentium Plus"/>
          <w:sz w:val="24"/>
        </w:rPr>
        <w:t>ταπεινὸν καὶ πτωχὸν ἐκ τοῦ δικάζειν</w:t>
      </w:r>
    </w:p>
    <w:p>
      <w:r>
        <w:rPr>
          <w:rFonts w:ascii="Courier New" w:hAnsi="Courier New"/>
          <w:color w:val="555555"/>
          <w:sz w:val="20"/>
        </w:rPr>
        <w:t>[sch vesp 1007b]</w:t>
      </w:r>
    </w:p>
    <w:p>
      <w:r>
        <w:rPr>
          <w:rFonts w:ascii="Gentium Plus" w:hAnsi="Gentium Plus"/>
          <w:sz w:val="24"/>
        </w:rPr>
        <w:t>ὑπὲρ ⸢τῆς ΓLhAld πονηρίας Ὑπερβόλου ⸢εἴρηται RVΓAld [πολλὰ προείρηται Lh]. RVΓLhAld καὶ νῦν δὲ ὀλίγα παραγράψομεν. VΓAld ⸢φησὶ δὲ καὶ Lh Ἀνδοκίδης ⸢φησὶ τοίνυν VΓAld· “περὶ Ὑπερβόλου ⸢τοίνυν Lh λέγειν αἰσχύνομαι, οὗ ὁ μὲν πατὴρ ἐστιγμένος ἔτι καὶ νῦν ἐν τῷ</w:t>
      </w:r>
    </w:p>
    <w:p>
      <w:r>
        <w:rPr>
          <w:rFonts w:ascii="Courier New" w:hAnsi="Courier New"/>
          <w:color w:val="555555"/>
          <w:sz w:val="20"/>
        </w:rPr>
        <w:t>[5]</w:t>
      </w:r>
    </w:p>
    <w:p>
      <w:r>
        <w:rPr>
          <w:rFonts w:ascii="Gentium Plus" w:hAnsi="Gentium Plus"/>
          <w:sz w:val="24"/>
        </w:rPr>
        <w:t>ἀργυροκοπείῳ δουλεύει τῷ δημοσίῳ, †ὡς† δὲ ξένος ὢν καὶ βάρ‐ βαρος λυχνοποιεῖ”. VΓLhAld Θεόπομπος δέ φησι καὶ τὸν νεκρὸν αὐτοῦ καταποντωθῆναι γράφων, ὅτι “ἐξωστράκισαν τὸν Ὑπέρβολον ἓξ ἔτη· ὁ δὲ καταπλεύσας εἰς Σάμον καὶ τὴν οἴκησιν ⸢ἐκεῖ V [αὐτοῦ ΓAld] ποιησάμενος ἀπέθανεν· καὶ τούτου τὸν νεκρὸν εἰς ⸢ἀσκίον V*</w:t>
      </w:r>
    </w:p>
    <w:p>
      <w:r>
        <w:rPr>
          <w:rFonts w:ascii="Courier New" w:hAnsi="Courier New"/>
          <w:color w:val="555555"/>
          <w:sz w:val="20"/>
        </w:rPr>
        <w:t>[10]</w:t>
      </w:r>
    </w:p>
    <w:p>
      <w:r>
        <w:rPr>
          <w:rFonts w:ascii="Gentium Plus" w:hAnsi="Gentium Plus"/>
          <w:sz w:val="24"/>
        </w:rPr>
        <w:t>[ἀσκὸν ΓAld] ἀγαγόντες εἰς τὸ πέλαγος ⸢κατεπόντωσαν” V [κατ‐ επόντισαν” ΓAld]. VΓAld</w:t>
      </w:r>
    </w:p>
    <w:p>
      <w:r>
        <w:rPr>
          <w:rFonts w:ascii="Courier New" w:hAnsi="Courier New"/>
          <w:color w:val="555555"/>
          <w:sz w:val="20"/>
        </w:rPr>
        <w:t>[sch vesp 1008a]</w:t>
      </w:r>
    </w:p>
    <w:p>
      <w:r>
        <w:rPr>
          <w:rFonts w:ascii="Gentium Plus" w:hAnsi="Gentium Plus"/>
          <w:sz w:val="24"/>
        </w:rPr>
        <w:t>ταῦτά] ἔστω. Lh</w:t>
      </w:r>
    </w:p>
    <w:p>
      <w:r>
        <w:rPr>
          <w:rFonts w:ascii="Courier New" w:hAnsi="Courier New"/>
          <w:color w:val="555555"/>
          <w:sz w:val="20"/>
        </w:rPr>
        <w:t>[sch vesp 1008b]</w:t>
      </w:r>
    </w:p>
    <w:p>
      <w:r>
        <w:rPr>
          <w:rFonts w:ascii="Gentium Plus" w:hAnsi="Gentium Plus"/>
          <w:sz w:val="24"/>
        </w:rPr>
        <w:t>νυν] δή. Lh</w:t>
      </w:r>
    </w:p>
    <w:p>
      <w:r>
        <w:rPr>
          <w:rFonts w:ascii="Courier New" w:hAnsi="Courier New"/>
          <w:color w:val="555555"/>
          <w:sz w:val="20"/>
        </w:rPr>
        <w:t>[sch vesp 1009a]</w:t>
      </w:r>
    </w:p>
    <w:p>
      <w:r>
        <w:rPr>
          <w:rFonts w:ascii="Gentium Plus" w:hAnsi="Gentium Plus"/>
          <w:sz w:val="24"/>
        </w:rPr>
        <w:t>ἀλλ’ ἴτε χαίροντες: τοῦτο κομμάτιον καλεῖται, ὅπερ ἐστὶ προ‐ κήρυγμα τῆς παραβάσεως. VΓAld</w:t>
      </w:r>
    </w:p>
    <w:p>
      <w:r>
        <w:rPr>
          <w:rFonts w:ascii="Courier New" w:hAnsi="Courier New"/>
          <w:color w:val="555555"/>
          <w:sz w:val="20"/>
        </w:rPr>
        <w:t>[sch vesp 1009b]</w:t>
      </w:r>
    </w:p>
    <w:p>
      <w:r>
        <w:rPr>
          <w:rFonts w:ascii="Gentium Plus" w:hAnsi="Gentium Plus"/>
          <w:sz w:val="24"/>
        </w:rPr>
        <w:t>ἀλλ’ ἴτε χαίροντες: τοῦτο κομμάτιον, ὡς εἴρηται, ὀνομάζεται. Lh ἔστι δὲ κώλων χοριαμβικῶν ἐπιμεμιγμένων ἐπιτρίτοις καὶ βακχείοις καὶ</w:t>
      </w:r>
    </w:p>
    <w:p>
      <w:r>
        <w:rPr>
          <w:rFonts w:ascii="Courier New" w:hAnsi="Courier New"/>
          <w:color w:val="555555"/>
          <w:sz w:val="20"/>
        </w:rPr>
        <w:t>[5]</w:t>
      </w:r>
    </w:p>
    <w:p>
      <w:r>
        <w:rPr>
          <w:rFonts w:ascii="Gentium Plus" w:hAnsi="Gentium Plus"/>
          <w:sz w:val="24"/>
        </w:rPr>
        <w:t>ρὲς τὸν αʹ ἔχον πόδα πεντασύλλαβον· Lh τὸ δʹ δίμετρον ἀκατάληκτον ὅμοιον τῷ βʹ· τὸ εʹ ὅμοιον τῷ αʹ· LhAld</w:t>
      </w:r>
    </w:p>
    <w:p>
      <w:r>
        <w:rPr>
          <w:rFonts w:ascii="Courier New" w:hAnsi="Courier New"/>
          <w:color w:val="555555"/>
          <w:sz w:val="20"/>
        </w:rPr>
        <w:t>[sch vesp 1009b,col 2 (7)]</w:t>
      </w:r>
    </w:p>
    <w:p>
      <w:r>
        <w:rPr>
          <w:rFonts w:ascii="Gentium Plus" w:hAnsi="Gentium Plus"/>
          <w:sz w:val="24"/>
        </w:rPr>
        <w:t>τὰ δὲ λοιπὰ ὡς τὸ δεύτερον. Ald</w:t>
      </w:r>
    </w:p>
    <w:p>
      <w:r>
        <w:rPr>
          <w:rFonts w:ascii="Courier New" w:hAnsi="Courier New"/>
          <w:color w:val="555555"/>
          <w:sz w:val="20"/>
        </w:rPr>
        <w:t>[sch vesp 1009b (8)]</w:t>
      </w:r>
    </w:p>
    <w:p>
      <w:r>
        <w:rPr>
          <w:rFonts w:ascii="Gentium Plus" w:hAnsi="Gentium Plus"/>
          <w:sz w:val="24"/>
        </w:rPr>
        <w:t>ἐπὶ τῷ τέλει παράγραφος. LhAld</w:t>
      </w:r>
    </w:p>
    <w:p>
      <w:r>
        <w:rPr>
          <w:rFonts w:ascii="Courier New" w:hAnsi="Courier New"/>
          <w:color w:val="555555"/>
          <w:sz w:val="20"/>
        </w:rPr>
        <w:t>[sch vesp 1009c]</w:t>
      </w:r>
    </w:p>
    <w:p>
      <w:r>
        <w:rPr>
          <w:rFonts w:ascii="Gentium Plus" w:hAnsi="Gentium Plus"/>
          <w:sz w:val="24"/>
        </w:rPr>
        <w:t>κομμάτιον VΓ3lhcBAld ⸢χοροῦ cB2 (.) κώλων ζʹ. lhAld</w:t>
      </w:r>
    </w:p>
    <w:p>
      <w:r>
        <w:rPr>
          <w:rFonts w:ascii="Courier New" w:hAnsi="Courier New"/>
          <w:color w:val="555555"/>
          <w:sz w:val="20"/>
        </w:rPr>
        <w:t>[sch vesp 1012]</w:t>
      </w:r>
    </w:p>
    <w:p>
      <w:r>
        <w:rPr>
          <w:rFonts w:ascii="Gentium Plus" w:hAnsi="Gentium Plus"/>
          <w:sz w:val="24"/>
        </w:rPr>
        <w:t>μὴ πέσῃ φαύλως: φυλάττεσθε, φησίν, VΓLhAld μὴ εὐτελῶς ὀφθείη ἢ ματαίως ῥηθῇ. ὑπὲρ τοῦ ποιητοῦ ⸢δὲ VΓ ὁ χορός φησι VΓLh μὴ ἐκφαυλισθῆναι τὴν διδασκαλίαν τοῦ ⸢παρόντος Lh δράματος ⸢τούτου VΓAld. καὶ πρὸ ἑνὸς γὰρ ἐνιαυτοῦ τὰς πρώτας Νεφέλας διδάξας ⸢ἀπεκρίθη VΓAld</w:t>
      </w:r>
    </w:p>
    <w:p>
      <w:r>
        <w:rPr>
          <w:rFonts w:ascii="Courier New" w:hAnsi="Courier New"/>
          <w:color w:val="555555"/>
          <w:sz w:val="20"/>
        </w:rPr>
        <w:t>[5]</w:t>
      </w:r>
    </w:p>
    <w:p>
      <w:r>
        <w:rPr>
          <w:rFonts w:ascii="Gentium Plus" w:hAnsi="Gentium Plus"/>
          <w:sz w:val="24"/>
        </w:rPr>
        <w:t>[ὑπεκρίθη Lh]. VΓLhAld</w:t>
      </w:r>
    </w:p>
    <w:p>
      <w:r>
        <w:rPr>
          <w:rFonts w:ascii="Courier New" w:hAnsi="Courier New"/>
          <w:color w:val="555555"/>
          <w:sz w:val="20"/>
        </w:rPr>
        <w:t>[sch vesp 1013]</w:t>
      </w:r>
    </w:p>
    <w:p>
      <w:r>
        <w:rPr>
          <w:rFonts w:ascii="Gentium Plus" w:hAnsi="Gentium Plus"/>
          <w:sz w:val="24"/>
        </w:rPr>
        <w:t>σκαιῶν] ἀπαιδεύτων, ἀμαθῶν. Lh</w:t>
      </w:r>
    </w:p>
    <w:p>
      <w:r>
        <w:rPr>
          <w:rFonts w:ascii="Courier New" w:hAnsi="Courier New"/>
          <w:color w:val="555555"/>
          <w:sz w:val="20"/>
        </w:rPr>
        <w:t>[sch vesp 1015a]</w:t>
      </w:r>
    </w:p>
    <w:p>
      <w:r>
        <w:rPr>
          <w:rFonts w:ascii="Gentium Plus" w:hAnsi="Gentium Plus"/>
          <w:sz w:val="24"/>
        </w:rPr>
        <w:t>παράβασις Γ3lhcBAld ⸢χοροῦ c (.) στίχων λϛʹ καὶ κώλων θʹ. lhAld</w:t>
      </w:r>
    </w:p>
    <w:p>
      <w:r>
        <w:rPr>
          <w:rFonts w:ascii="Courier New" w:hAnsi="Courier New"/>
          <w:color w:val="555555"/>
          <w:sz w:val="20"/>
        </w:rPr>
        <w:t>[sch vesp 1015b]</w:t>
      </w:r>
    </w:p>
    <w:p>
      <w:r>
        <w:rPr>
          <w:rFonts w:ascii="Gentium Plus" w:hAnsi="Gentium Plus"/>
          <w:sz w:val="24"/>
        </w:rPr>
        <w:t>εἴπερ καθαρόν: παρρησιαστικόν, εἰλικρινές, γνήσιον. ΓLhAld</w:t>
      </w:r>
    </w:p>
    <w:p>
      <w:r>
        <w:rPr>
          <w:rFonts w:ascii="Courier New" w:hAnsi="Courier New"/>
          <w:color w:val="555555"/>
          <w:sz w:val="20"/>
        </w:rPr>
        <w:t>[sch vesp 1017a]</w:t>
      </w:r>
    </w:p>
    <w:p>
      <w:r>
        <w:rPr>
          <w:rFonts w:ascii="Gentium Plus" w:hAnsi="Gentium Plus"/>
          <w:sz w:val="24"/>
        </w:rPr>
        <w:t>πόλλ’ αὐτοὺς εὖ πεποιηκώς: διὰ τὸ ἐν τοῖς δράμασιν αὐτοῦ ἐλέγχειν τὰς κλοπὰς ἑκάστου. ΓLhAld</w:t>
      </w:r>
    </w:p>
    <w:p>
      <w:r>
        <w:rPr>
          <w:rFonts w:ascii="Courier New" w:hAnsi="Courier New"/>
          <w:color w:val="555555"/>
          <w:sz w:val="20"/>
        </w:rPr>
        <w:t>[sch vesp 1017b]</w:t>
      </w:r>
    </w:p>
    <w:p>
      <w:r>
        <w:rPr>
          <w:rFonts w:ascii="Gentium Plus" w:hAnsi="Gentium Plus"/>
          <w:sz w:val="24"/>
        </w:rPr>
        <w:t>πεποιηκώς] κοινή. Lh</w:t>
      </w:r>
    </w:p>
    <w:p>
      <w:r>
        <w:rPr>
          <w:rFonts w:ascii="Courier New" w:hAnsi="Courier New"/>
          <w:color w:val="555555"/>
          <w:sz w:val="20"/>
        </w:rPr>
        <w:t>[sch vesp 1018a]</w:t>
      </w:r>
    </w:p>
    <w:p>
      <w:r>
        <w:rPr>
          <w:rFonts w:ascii="Gentium Plus" w:hAnsi="Gentium Plus"/>
          <w:sz w:val="24"/>
        </w:rPr>
        <w:t>τὰ μὲν οὐ φανερῶς: ⸢τὰ μὲν VΓ ⸢οὐκ ἐκ τοῦ φανεροῦ VΓAld [οὐ φανερῶς Lh], ⸢φησίν, ἐπικουρεῖ ὁ ποιητὴς τοῖς θεαταῖς ὑμῖν, LhAld ἀλλὰ δι’ ἑτέρων ποιητῶν λάθρᾳ, ἐπειδὴ διὰ Φιλωνίδου καὶ Καλλιστράτου καθίει τινὰ τῶν δραμάτων· πρῶτον ⸢γὰρ VΓAld [δὲ Lh] δρᾶμα δι’ ἑαυτοῦ καθῆκε τοὺς</w:t>
      </w:r>
    </w:p>
    <w:p>
      <w:r>
        <w:rPr>
          <w:rFonts w:ascii="Courier New" w:hAnsi="Courier New"/>
          <w:color w:val="555555"/>
          <w:sz w:val="20"/>
        </w:rPr>
        <w:t>[5]</w:t>
      </w:r>
    </w:p>
    <w:p>
      <w:r>
        <w:rPr>
          <w:rFonts w:ascii="Gentium Plus" w:hAnsi="Gentium Plus"/>
          <w:sz w:val="24"/>
        </w:rPr>
        <w:t>Ἱππέας. VΓLhAld</w:t>
      </w:r>
    </w:p>
    <w:p>
      <w:r>
        <w:rPr>
          <w:rFonts w:ascii="Courier New" w:hAnsi="Courier New"/>
          <w:color w:val="555555"/>
          <w:sz w:val="20"/>
        </w:rPr>
        <w:t>[sch vesp 1018b]</w:t>
      </w:r>
    </w:p>
    <w:p>
      <w:r>
        <w:rPr>
          <w:rFonts w:ascii="Gentium Plus" w:hAnsi="Gentium Plus"/>
          <w:sz w:val="24"/>
        </w:rPr>
        <w:t>ἐπικουρῶν] βοηθῶν. Lh</w:t>
      </w:r>
    </w:p>
    <w:p>
      <w:r>
        <w:rPr>
          <w:rFonts w:ascii="Courier New" w:hAnsi="Courier New"/>
          <w:color w:val="555555"/>
          <w:sz w:val="20"/>
        </w:rPr>
        <w:t>[sch vesp 1018c]</w:t>
      </w:r>
    </w:p>
    <w:p>
      <w:r>
        <w:rPr>
          <w:rFonts w:ascii="Gentium Plus" w:hAnsi="Gentium Plus"/>
          <w:sz w:val="24"/>
        </w:rPr>
        <w:t>κρύβδην] κεκρυμμένως. Lh</w:t>
      </w:r>
    </w:p>
    <w:p>
      <w:r>
        <w:rPr>
          <w:rFonts w:ascii="Courier New" w:hAnsi="Courier New"/>
          <w:color w:val="555555"/>
          <w:sz w:val="20"/>
        </w:rPr>
        <w:t>[sch vesp 1019a]</w:t>
      </w:r>
    </w:p>
    <w:p>
      <w:r>
        <w:rPr>
          <w:rFonts w:ascii="Gentium Plus" w:hAnsi="Gentium Plus"/>
          <w:sz w:val="24"/>
        </w:rPr>
        <w:t>Εὐρυκλῆς μάντις δι’ ἑτέρων ἑαυτὸν ποιῶν κατάδηλον. φησὶν οὖν, ὅτι ὥσπερ Εὐρυκλῆς, οὕτως κἀγὼ ἐδίδουν ἑτέροις. R</w:t>
      </w:r>
    </w:p>
    <w:p>
      <w:r>
        <w:rPr>
          <w:rFonts w:ascii="Courier New" w:hAnsi="Courier New"/>
          <w:color w:val="555555"/>
          <w:sz w:val="20"/>
        </w:rPr>
        <w:t>[sch vesp 1019b]</w:t>
      </w:r>
    </w:p>
    <w:p>
      <w:r>
        <w:rPr>
          <w:rFonts w:ascii="Gentium Plus" w:hAnsi="Gentium Plus"/>
          <w:sz w:val="24"/>
        </w:rPr>
        <w:t>τὴν Εὐρυκλέους μαν‐ τείαν: οὗτος ὡς ἐγγαστρίμυθος λέγεται Ἀθήνησι τἀληθῆ μαντευ‐</w:t>
      </w:r>
    </w:p>
    <w:p>
      <w:r>
        <w:rPr>
          <w:rFonts w:ascii="Courier New" w:hAnsi="Courier New"/>
          <w:color w:val="555555"/>
          <w:sz w:val="20"/>
        </w:rPr>
        <w:t>[sch vesp 1019b,col 2]</w:t>
      </w:r>
    </w:p>
    <w:p>
      <w:r>
        <w:rPr>
          <w:rFonts w:ascii="Gentium Plus" w:hAnsi="Gentium Plus"/>
          <w:sz w:val="24"/>
        </w:rPr>
        <w:t>οὗτος ὁ Εὐρυκλῆς ἐγγαστρίμυθος ἐλέγετο, ὡς Ἀθήνησι μαντευόμενος</w:t>
      </w:r>
    </w:p>
    <w:p>
      <w:r>
        <w:rPr>
          <w:rFonts w:ascii="Courier New" w:hAnsi="Courier New"/>
          <w:color w:val="555555"/>
          <w:sz w:val="20"/>
        </w:rPr>
        <w:t>[sch vesp 1019b (5)]</w:t>
      </w:r>
    </w:p>
    <w:p>
      <w:r>
        <w:rPr>
          <w:rFonts w:ascii="Gentium Plus" w:hAnsi="Gentium Plus"/>
          <w:sz w:val="24"/>
        </w:rPr>
        <w:t>διὰ τοῦ ἐνυπάρχοντος αὐτῷ δαίμονος. τοιοῦτον οὖν, φησίν, καὶ ὁ ποιητὴς τρόπον ἐποίησεν εἰς τὰ δράματα ἑτέροις διακόνοις χρώμενος. VΓLhAld ὡσεὶ εἶπεν “ἔργον ποιήσας τῶν ἐχόντων ἀγαθὸν δαίμονα”. V ἐγγαστρῖται ⸢δὲ ΓAld καὶ Εὐρυ‐ κλεῖδαι ἐκαλοῦντο ἐντεῦθεν πάντες</w:t>
      </w:r>
    </w:p>
    <w:p>
      <w:r>
        <w:rPr>
          <w:rFonts w:ascii="Courier New" w:hAnsi="Courier New"/>
          <w:color w:val="555555"/>
          <w:sz w:val="20"/>
        </w:rPr>
        <w:t>[10]</w:t>
      </w:r>
    </w:p>
    <w:p>
      <w:r>
        <w:rPr>
          <w:rFonts w:ascii="Gentium Plus" w:hAnsi="Gentium Plus"/>
          <w:sz w:val="24"/>
        </w:rPr>
        <w:t>οἱ μαντευόμενοι, VΓAld</w:t>
      </w:r>
    </w:p>
    <w:p>
      <w:r>
        <w:rPr>
          <w:rFonts w:ascii="Courier New" w:hAnsi="Courier New"/>
          <w:color w:val="555555"/>
          <w:sz w:val="20"/>
        </w:rPr>
        <w:t>[sch vesp 1019b,col 2 (8)]</w:t>
      </w:r>
    </w:p>
    <w:p>
      <w:r>
        <w:rPr>
          <w:rFonts w:ascii="Gentium Plus" w:hAnsi="Gentium Plus"/>
          <w:sz w:val="24"/>
        </w:rPr>
        <w:t>ἐντεῦθεν καὶ πάντες οἱ μαντευόμενοι ἐγγαστρῖται καὶ Εὐρυκλεῖδαι ἐκα‐</w:t>
      </w:r>
    </w:p>
    <w:p>
      <w:r>
        <w:rPr>
          <w:rFonts w:ascii="Courier New" w:hAnsi="Courier New"/>
          <w:color w:val="555555"/>
          <w:sz w:val="20"/>
        </w:rPr>
        <w:t>[10]</w:t>
      </w:r>
    </w:p>
    <w:p>
      <w:r>
        <w:rPr>
          <w:rFonts w:ascii="Gentium Plus" w:hAnsi="Gentium Plus"/>
          <w:sz w:val="24"/>
        </w:rPr>
        <w:t>λοῦντο, Lh</w:t>
      </w:r>
    </w:p>
    <w:p>
      <w:r>
        <w:rPr>
          <w:rFonts w:ascii="Courier New" w:hAnsi="Courier New"/>
          <w:color w:val="555555"/>
          <w:sz w:val="20"/>
        </w:rPr>
        <w:t>[sch vesp 1019b (11)]</w:t>
      </w:r>
    </w:p>
    <w:p>
      <w:r>
        <w:rPr>
          <w:rFonts w:ascii="Gentium Plus" w:hAnsi="Gentium Plus"/>
          <w:sz w:val="24"/>
        </w:rPr>
        <w:t>ἀπὸ Εὐρυκλέους ⸢πρῶτον ΓAld [πρώτου Lh] τοῦτο ποιήσαντος. VΓLhAld</w:t>
      </w:r>
    </w:p>
    <w:p>
      <w:r>
        <w:rPr>
          <w:rFonts w:ascii="Courier New" w:hAnsi="Courier New"/>
          <w:color w:val="555555"/>
          <w:sz w:val="20"/>
        </w:rPr>
        <w:t>[sch vesp 1020]</w:t>
      </w:r>
    </w:p>
    <w:p>
      <w:r>
        <w:rPr>
          <w:rFonts w:ascii="Gentium Plus" w:hAnsi="Gentium Plus"/>
          <w:sz w:val="24"/>
        </w:rPr>
        <w:t>πολλὰ μάχεσθαι: ἀντὶ τοῦ εἰπεῖν, ὅτι πρότερον ἄλλοις ἐδίδου ⸢τὰς ΓLhAld κωμῳδίας. VΓLhAld</w:t>
      </w:r>
    </w:p>
    <w:p>
      <w:r>
        <w:rPr>
          <w:rFonts w:ascii="Courier New" w:hAnsi="Courier New"/>
          <w:color w:val="555555"/>
          <w:sz w:val="20"/>
        </w:rPr>
        <w:t>[sch vesp 1021]</w:t>
      </w:r>
    </w:p>
    <w:p>
      <w:r>
        <w:rPr>
          <w:rFonts w:ascii="Gentium Plus" w:hAnsi="Gentium Plus"/>
          <w:sz w:val="24"/>
        </w:rPr>
        <w:t>κινδυνεύων καθ’ ἑαυτόν: διὰ γὰρ τὸν κίνδυνον οὐδεὶς ὑπεκρίθη τοὺς Ἱππέας. VΓLhAld</w:t>
      </w:r>
    </w:p>
    <w:p>
      <w:r>
        <w:rPr>
          <w:rFonts w:ascii="Courier New" w:hAnsi="Courier New"/>
          <w:color w:val="555555"/>
          <w:sz w:val="20"/>
        </w:rPr>
        <w:t>[sch vesp 1024]</w:t>
      </w:r>
    </w:p>
    <w:p>
      <w:r>
        <w:rPr>
          <w:rFonts w:ascii="Gentium Plus" w:hAnsi="Gentium Plus"/>
          <w:sz w:val="24"/>
        </w:rPr>
        <w:t>οὐκ ἐκτελέσαι φησὶν: ⸢οἷον VΓAld [ἤγουν Lh] ⸢οὐ τέλεον VΓAld ἐπαρθῆναι (.) VΓLhAld ⸢, φησίν, ΓAld ἠθέλησεν, VΓAld ⸢καὶ V [ἤγουν Lh] οὐκ ἐπὶ τέλος ἔδοξεν αὐτῷ ἐλθεῖν οὔτε τῆς ποιήσεως οὔτε τῶν</w:t>
      </w:r>
    </w:p>
    <w:p>
      <w:r>
        <w:rPr>
          <w:rFonts w:ascii="Courier New" w:hAnsi="Courier New"/>
          <w:color w:val="555555"/>
          <w:sz w:val="20"/>
        </w:rPr>
        <w:t>[sch vesp 1025a]</w:t>
      </w:r>
    </w:p>
    <w:p>
      <w:r>
        <w:rPr>
          <w:rFonts w:ascii="Gentium Plus" w:hAnsi="Gentium Plus"/>
          <w:sz w:val="24"/>
        </w:rPr>
        <w:t>οὐδὲ παλαίστρας: οὐδὲ εἰ προσῆλθεν αὐτῷ τις ἐξώλης ἀναστρα‐ φεὶς καὶ δεόμενος μὴ κωμῳδεῖσθαι, ἐμαλάττετο οὐδὲ ἐπείθετο. VΓAld</w:t>
      </w:r>
    </w:p>
    <w:p>
      <w:r>
        <w:rPr>
          <w:rFonts w:ascii="Courier New" w:hAnsi="Courier New"/>
          <w:color w:val="555555"/>
          <w:sz w:val="20"/>
        </w:rPr>
        <w:t>[sch vesp 1025b]</w:t>
      </w:r>
    </w:p>
    <w:p>
      <w:r>
        <w:rPr>
          <w:rFonts w:ascii="Gentium Plus" w:hAnsi="Gentium Plus"/>
          <w:sz w:val="24"/>
        </w:rPr>
        <w:t>δι’ Εὔπολιν· ἐν Αὐτολύκῳ δὲ τοιαῦτά φησιν ⸢—τοῦτο δὲ καὶ ἐν Εἰρήνῃ οὕτως—ΓAld, ὅτι VΓAld ⸢οὔτε Lh “περιῄει τὰς παλαίστρας σεμνυνόμενος καὶ τοῖς παισὶν ἑαυτὸν δῆλον ποιῶν τῆς νίκης ἕνεκα”. VΓLhAld</w:t>
      </w:r>
    </w:p>
    <w:p>
      <w:r>
        <w:rPr>
          <w:rFonts w:ascii="Courier New" w:hAnsi="Courier New"/>
          <w:color w:val="555555"/>
          <w:sz w:val="20"/>
        </w:rPr>
        <w:t>[sch vesp 1025c]</w:t>
      </w:r>
    </w:p>
    <w:p>
      <w:r>
        <w:rPr>
          <w:rFonts w:ascii="Gentium Plus" w:hAnsi="Gentium Plus"/>
          <w:sz w:val="24"/>
        </w:rPr>
        <w:t>δι’ Εὔπολιν ταῦτά φησιν· ἐκεῖνος γὰρ ἐν ταῖς παλαίστραις περιιὼν τοιαῦτα ἐσεμνύνετο. Lh</w:t>
      </w:r>
    </w:p>
    <w:p>
      <w:r>
        <w:rPr>
          <w:rFonts w:ascii="Courier New" w:hAnsi="Courier New"/>
          <w:color w:val="555555"/>
          <w:sz w:val="20"/>
        </w:rPr>
        <w:t>[sch vesp 1026a]</w:t>
      </w:r>
    </w:p>
    <w:p>
      <w:r>
        <w:rPr>
          <w:rFonts w:ascii="Gentium Plus" w:hAnsi="Gentium Plus"/>
          <w:sz w:val="24"/>
        </w:rPr>
        <w:t>παιδίχ’] τὰ παιδικά. Lh</w:t>
      </w:r>
    </w:p>
    <w:p>
      <w:r>
        <w:rPr>
          <w:rFonts w:ascii="Courier New" w:hAnsi="Courier New"/>
          <w:color w:val="555555"/>
          <w:sz w:val="20"/>
        </w:rPr>
        <w:t>[sch vesp 1026b]</w:t>
      </w:r>
    </w:p>
    <w:p>
      <w:r>
        <w:rPr>
          <w:rFonts w:ascii="Gentium Plus" w:hAnsi="Gentium Plus"/>
          <w:sz w:val="24"/>
        </w:rPr>
        <w:t>παιδικά: ἐπὶ θηλειῶν (10) ... (11) τάττεσθαι ἄλλα τε οὐκ ὀλίγα καὶ τὸ ἐνταῦθα· καὶ ἐν τοῖς ... (14) παιδικά, ὡς ... (15) τρέπεις νῦν ... (17) πρὸς τοῖς σοῖσι παιδικοῖς ... (17) δὲ ὁρᾷς ... (19) καλοῦνται διὰ τούτων τῶν ὀνομάτων, ἀλλὰ ... (24) ἐρωμένων. (ex Su. s.v. παιδικά (pr.),</w:t>
      </w:r>
    </w:p>
    <w:p>
      <w:r>
        <w:rPr>
          <w:rFonts w:ascii="Courier New" w:hAnsi="Courier New"/>
          <w:color w:val="555555"/>
          <w:sz w:val="20"/>
        </w:rPr>
        <w:t>[5]</w:t>
      </w:r>
    </w:p>
    <w:p>
      <w:r>
        <w:rPr>
          <w:rFonts w:ascii="Gentium Plus" w:hAnsi="Gentium Plus"/>
          <w:sz w:val="24"/>
        </w:rPr>
        <w:t>IV 75, 10—24)</w:t>
      </w:r>
    </w:p>
    <w:p>
      <w:r>
        <w:rPr>
          <w:rFonts w:ascii="Courier New" w:hAnsi="Courier New"/>
          <w:color w:val="555555"/>
          <w:sz w:val="20"/>
        </w:rPr>
        <w:t>[sch vesp 1026c]</w:t>
      </w:r>
    </w:p>
    <w:p>
      <w:r>
        <w:rPr>
          <w:rFonts w:ascii="Gentium Plus" w:hAnsi="Gentium Plus"/>
          <w:sz w:val="24"/>
        </w:rPr>
        <w:t>παιδικὰ ὀξυτόνως (1) ... (2) τινὲς ἐπ’ αἰσχροῦ ... (2) παιδικὰ ἐρώμενον. (ex Su. s.v. παιδικά (alt.), IV 76, 1—3)</w:t>
      </w:r>
    </w:p>
    <w:p>
      <w:r>
        <w:rPr>
          <w:rFonts w:ascii="Courier New" w:hAnsi="Courier New"/>
          <w:color w:val="555555"/>
          <w:sz w:val="20"/>
        </w:rPr>
        <w:t>[sch vesp 1028]</w:t>
      </w:r>
    </w:p>
    <w:p>
      <w:r>
        <w:rPr>
          <w:rFonts w:ascii="Gentium Plus" w:hAnsi="Gentium Plus"/>
          <w:sz w:val="24"/>
        </w:rPr>
        <w:t>ἵνα τὰς Μούσας: τουτέστι τὰ δράματα. εἰ γὰρ μὴ καταδήλους ⸢, φησίν, Lh ⸢ποιήσει V*Γ [ποιήσουσι LhAld] τοὺς τοιούτους ⸢αἱ Μοῦσαι Lh, VΓLhAld ἀλλ’ ⸢ἐπικρύψει VΓ [ἐπικρύψουσιν Ald], οἱονεὶ VΓAld</w:t>
      </w:r>
    </w:p>
    <w:p>
      <w:r>
        <w:rPr>
          <w:rFonts w:ascii="Courier New" w:hAnsi="Courier New"/>
          <w:color w:val="555555"/>
          <w:sz w:val="20"/>
        </w:rPr>
        <w:t>[sch vesp 1029]</w:t>
      </w:r>
    </w:p>
    <w:p>
      <w:r>
        <w:rPr>
          <w:rFonts w:ascii="Gentium Plus" w:hAnsi="Gentium Plus"/>
          <w:sz w:val="24"/>
        </w:rPr>
        <w:t>ἀνθρώποις: ἀλλὰ τέρασιν, φησίν, καὶ δαίμοσιν. VΓ3LhAld</w:t>
      </w:r>
    </w:p>
    <w:p>
      <w:r>
        <w:rPr>
          <w:rFonts w:ascii="Courier New" w:hAnsi="Courier New"/>
          <w:color w:val="555555"/>
          <w:sz w:val="20"/>
        </w:rPr>
        <w:t>[sch vesp 1030a]</w:t>
      </w:r>
    </w:p>
    <w:p>
      <w:r>
        <w:rPr>
          <w:rFonts w:ascii="Gentium Plus" w:hAnsi="Gentium Plus"/>
          <w:sz w:val="24"/>
        </w:rPr>
        <w:t>Ἡρακλέους ὀργήν] ⸢ἀντὶ τοῦ VΓ3 γενναῖον φρόνημα. VΓ3LhAld</w:t>
      </w:r>
    </w:p>
    <w:p>
      <w:r>
        <w:rPr>
          <w:rFonts w:ascii="Courier New" w:hAnsi="Courier New"/>
          <w:color w:val="555555"/>
          <w:sz w:val="20"/>
        </w:rPr>
        <w:t>[sch vesp 1030b]</w:t>
      </w:r>
    </w:p>
    <w:p>
      <w:r>
        <w:rPr>
          <w:rFonts w:ascii="Gentium Plus" w:hAnsi="Gentium Plus"/>
          <w:sz w:val="24"/>
        </w:rPr>
        <w:t>τοῖς μεγίστοις ἐπι‐ χειρῶν: δηλοῖ, ὅτι αἱ Διδασκαλίαι ἴσως φέρουσι τοὺς Ἱππεῖς πρώτους ὑπ’ αὐτοῦ καθιεμένους· περὶ Κλέω‐</w:t>
      </w:r>
    </w:p>
    <w:p>
      <w:r>
        <w:rPr>
          <w:rFonts w:ascii="Courier New" w:hAnsi="Courier New"/>
          <w:color w:val="555555"/>
          <w:sz w:val="20"/>
        </w:rPr>
        <w:t>[5]</w:t>
      </w:r>
    </w:p>
    <w:p>
      <w:r>
        <w:rPr>
          <w:rFonts w:ascii="Gentium Plus" w:hAnsi="Gentium Plus"/>
          <w:sz w:val="24"/>
        </w:rPr>
        <w:t>νος γὰρ αἰνίσσεται. VΓAld</w:t>
      </w:r>
    </w:p>
    <w:p>
      <w:r>
        <w:rPr>
          <w:rFonts w:ascii="Courier New" w:hAnsi="Courier New"/>
          <w:color w:val="555555"/>
          <w:sz w:val="20"/>
        </w:rPr>
        <w:t>[sch vesp 1030b,col 2]</w:t>
      </w:r>
    </w:p>
    <w:p>
      <w:r>
        <w:rPr>
          <w:rFonts w:ascii="Gentium Plus" w:hAnsi="Gentium Plus"/>
          <w:sz w:val="24"/>
        </w:rPr>
        <w:t>τὰ περὶ Κλέωνος νῦν αἰνίττεται· μέγας γὰρ ἦν. δηλοῖ δέ, ὅτι τοὺς Ἱππέας πρώτους κατ’ αὐτοῦ ἐδί‐</w:t>
      </w:r>
    </w:p>
    <w:p>
      <w:r>
        <w:rPr>
          <w:rFonts w:ascii="Courier New" w:hAnsi="Courier New"/>
          <w:color w:val="555555"/>
          <w:sz w:val="20"/>
        </w:rPr>
        <w:t>[sch vesp 1031a]</w:t>
      </w:r>
    </w:p>
    <w:p>
      <w:r>
        <w:rPr>
          <w:rFonts w:ascii="Gentium Plus" w:hAnsi="Gentium Plus"/>
          <w:sz w:val="24"/>
        </w:rPr>
        <w:t>ξυστὰς: ὡς ἐπὶ τῶν παλαιόντων. VΓ3LhAld</w:t>
      </w:r>
    </w:p>
    <w:p>
      <w:r>
        <w:rPr>
          <w:rFonts w:ascii="Courier New" w:hAnsi="Courier New"/>
          <w:color w:val="555555"/>
          <w:sz w:val="20"/>
        </w:rPr>
        <w:t>[sch vesp 1031b]</w:t>
      </w:r>
    </w:p>
    <w:p>
      <w:r>
        <w:rPr>
          <w:rFonts w:ascii="Gentium Plus" w:hAnsi="Gentium Plus"/>
          <w:sz w:val="24"/>
        </w:rPr>
        <w:t>καρχαρόδοντι] τῷ Κλέωνι (.) VΓ3Lh λέγει. VΓ3</w:t>
      </w:r>
    </w:p>
    <w:p>
      <w:r>
        <w:rPr>
          <w:rFonts w:ascii="Courier New" w:hAnsi="Courier New"/>
          <w:color w:val="555555"/>
          <w:sz w:val="20"/>
        </w:rPr>
        <w:t>[sch vesp 1032]</w:t>
      </w:r>
    </w:p>
    <w:p>
      <w:r>
        <w:rPr>
          <w:rFonts w:ascii="Gentium Plus" w:hAnsi="Gentium Plus"/>
          <w:sz w:val="24"/>
        </w:rPr>
        <w:t>Κύννης: ⸢Κύννα R ⸢πόρ‐ νη RV [πόρνης ΓAld]· “μετὰ Κύνναν καὶ Σαλαβακχώ”. ⸢Ἐ‐ ρατοσθένης δὲ ἠγνόησε R [Ἐρατο‐</w:t>
      </w:r>
    </w:p>
    <w:p>
      <w:r>
        <w:rPr>
          <w:rFonts w:ascii="Courier New" w:hAnsi="Courier New"/>
          <w:color w:val="555555"/>
          <w:sz w:val="20"/>
        </w:rPr>
        <w:t>[5]</w:t>
      </w:r>
    </w:p>
    <w:p>
      <w:r>
        <w:rPr>
          <w:rFonts w:ascii="Gentium Plus" w:hAnsi="Gentium Plus"/>
          <w:sz w:val="24"/>
        </w:rPr>
        <w:t>σθένη(ν) δὲ ἀγνοήσαντα V*ΓAld] τὴν Κύνναν, ὅτι πόρνη (.) RVΓAld , οἱ μέν τινες προφέρεσθαί φασι “κυνὸς”, ὡς ἐπ’ ἀναιδοῦς, οἱ δὲ “πυρὸς”: οὐκ εὖ. VΓAld τῇ δὲ Κύν‐</w:t>
      </w:r>
    </w:p>
    <w:p>
      <w:r>
        <w:rPr>
          <w:rFonts w:ascii="Courier New" w:hAnsi="Courier New"/>
          <w:color w:val="555555"/>
          <w:sz w:val="20"/>
        </w:rPr>
        <w:t>[10]</w:t>
      </w:r>
    </w:p>
    <w:p>
      <w:r>
        <w:rPr>
          <w:rFonts w:ascii="Gentium Plus" w:hAnsi="Gentium Plus"/>
          <w:sz w:val="24"/>
        </w:rPr>
        <w:t>νῃ παρέβαλε τὸν Κλέωνα διὰ τὸ</w:t>
      </w:r>
    </w:p>
    <w:p>
      <w:r>
        <w:rPr>
          <w:rFonts w:ascii="Courier New" w:hAnsi="Courier New"/>
          <w:color w:val="555555"/>
          <w:sz w:val="20"/>
        </w:rPr>
        <w:t>[sch vesp 1032,col 2]</w:t>
      </w:r>
    </w:p>
    <w:p>
      <w:r>
        <w:rPr>
          <w:rFonts w:ascii="Gentium Plus" w:hAnsi="Gentium Plus"/>
          <w:sz w:val="24"/>
        </w:rPr>
        <w:t>πόρνη ἦν ἡ Κύννα καὶ ἡ Σαλαβακχώ. Lh θέλων οὖν παραβαλεῖν τὸν Κλέωνα κυνὶ διὰ τὸ ἀναιδὲς ἑτέρως ἐσχη‐</w:t>
      </w:r>
    </w:p>
    <w:p>
      <w:r>
        <w:rPr>
          <w:rFonts w:ascii="Courier New" w:hAnsi="Courier New"/>
          <w:color w:val="555555"/>
          <w:sz w:val="20"/>
        </w:rPr>
        <w:t>[5]</w:t>
      </w:r>
    </w:p>
    <w:p>
      <w:r>
        <w:rPr>
          <w:rFonts w:ascii="Gentium Plus" w:hAnsi="Gentium Plus"/>
          <w:sz w:val="24"/>
        </w:rPr>
        <w:t>μάτισεν. LhAld</w:t>
      </w:r>
    </w:p>
    <w:p>
      <w:r>
        <w:rPr>
          <w:rFonts w:ascii="Courier New" w:hAnsi="Courier New"/>
          <w:color w:val="555555"/>
          <w:sz w:val="20"/>
        </w:rPr>
        <w:t>[sch vesp 1033]</w:t>
      </w:r>
    </w:p>
    <w:p>
      <w:r>
        <w:rPr>
          <w:rFonts w:ascii="Gentium Plus" w:hAnsi="Gentium Plus"/>
          <w:sz w:val="24"/>
        </w:rPr>
        <w:t>ἐλιχμῶντο: ἔλειχον. (mut. ex Su. s.v. λιχμήσονται, III 277, 26)</w:t>
      </w:r>
    </w:p>
    <w:p>
      <w:r>
        <w:rPr>
          <w:rFonts w:ascii="Courier New" w:hAnsi="Courier New"/>
          <w:color w:val="555555"/>
          <w:sz w:val="20"/>
        </w:rPr>
        <w:t>[sch vesp 1034a]</w:t>
      </w:r>
    </w:p>
    <w:p>
      <w:r>
        <w:rPr>
          <w:rFonts w:ascii="Gentium Plus" w:hAnsi="Gentium Plus"/>
          <w:sz w:val="24"/>
        </w:rPr>
        <w:t>φωνὴν δ’ εἶχεν χαράδρας: ἐπειδὴ πλέον τι τοῦ χειμάρρου εἰς τραχύτητα καὶ ἀνωμαλίαν ⸢ἔχει. VΓ [εἶχεν (.), LhAld] VΓLhAld Φερεκράτης ἐν Ἐπιλήσμονι κἂν μὲν σιωπῶ, †φέρεται†</w:t>
      </w:r>
    </w:p>
    <w:p>
      <w:r>
        <w:rPr>
          <w:rFonts w:ascii="Courier New" w:hAnsi="Courier New"/>
          <w:color w:val="555555"/>
          <w:sz w:val="20"/>
        </w:rPr>
        <w:t>[5]</w:t>
      </w:r>
    </w:p>
    <w:p>
      <w:r>
        <w:rPr>
          <w:rFonts w:ascii="Gentium Plus" w:hAnsi="Gentium Plus"/>
          <w:sz w:val="24"/>
        </w:rPr>
        <w:t>πνίγεται καί φησι· “τί σιωπᾶς;” †ἀν δ’† ἀποκριθῶ, “οἴμοι τάλας”, φησίν, “χαράδρα κατελήλυθεν.”</w:t>
      </w:r>
    </w:p>
    <w:p>
      <w:r>
        <w:rPr>
          <w:rFonts w:ascii="Courier New" w:hAnsi="Courier New"/>
          <w:color w:val="555555"/>
          <w:sz w:val="20"/>
        </w:rPr>
        <w:t>[10]</w:t>
      </w:r>
    </w:p>
    <w:p>
      <w:r>
        <w:rPr>
          <w:rFonts w:ascii="Gentium Plus" w:hAnsi="Gentium Plus"/>
          <w:sz w:val="24"/>
        </w:rPr>
        <w:t>VΓAld</w:t>
      </w:r>
    </w:p>
    <w:p>
      <w:r>
        <w:rPr>
          <w:rFonts w:ascii="Courier New" w:hAnsi="Courier New"/>
          <w:color w:val="555555"/>
          <w:sz w:val="20"/>
        </w:rPr>
        <w:t>[sch vesp 1034a,col 2 (3)]</w:t>
      </w:r>
    </w:p>
    <w:p>
      <w:r>
        <w:rPr>
          <w:rFonts w:ascii="Gentium Plus" w:hAnsi="Gentium Plus"/>
          <w:sz w:val="24"/>
        </w:rPr>
        <w:t>“χαράδρας”, φησίν, “φωνὴν εἶ‐ χεν”, ὡς καὶ ἐν Ἱππεῦσί φησιν·</w:t>
      </w:r>
    </w:p>
    <w:p>
      <w:r>
        <w:rPr>
          <w:rFonts w:ascii="Courier New" w:hAnsi="Courier New"/>
          <w:color w:val="555555"/>
          <w:sz w:val="20"/>
        </w:rPr>
        <w:t>[5]</w:t>
      </w:r>
    </w:p>
    <w:p>
      <w:r>
        <w:rPr>
          <w:rFonts w:ascii="Gentium Plus" w:hAnsi="Gentium Plus"/>
          <w:sz w:val="24"/>
        </w:rPr>
        <w:t>“Κυκλοβόρου φωνὴν ἔχων”. Lh</w:t>
      </w:r>
    </w:p>
    <w:p>
      <w:r>
        <w:rPr>
          <w:rFonts w:ascii="Courier New" w:hAnsi="Courier New"/>
          <w:color w:val="555555"/>
          <w:sz w:val="20"/>
        </w:rPr>
        <w:t>[sch vesp 1034b]</w:t>
      </w:r>
    </w:p>
    <w:p>
      <w:r>
        <w:rPr>
          <w:rFonts w:ascii="Gentium Plus" w:hAnsi="Gentium Plus"/>
          <w:sz w:val="24"/>
        </w:rPr>
        <w:t>χαράδρας] χειμάρρου. VLh</w:t>
      </w:r>
    </w:p>
    <w:p>
      <w:r>
        <w:rPr>
          <w:rFonts w:ascii="Courier New" w:hAnsi="Courier New"/>
          <w:color w:val="555555"/>
          <w:sz w:val="20"/>
        </w:rPr>
        <w:t>[sch vesp 1035a]</w:t>
      </w:r>
    </w:p>
    <w:p>
      <w:r>
        <w:rPr>
          <w:rFonts w:ascii="Gentium Plus" w:hAnsi="Gentium Plus"/>
          <w:sz w:val="24"/>
        </w:rPr>
        <w:t>φώκης δ’ ὀσμήν: εἰς κακοσμίαν αὐτὸν διαβάλλει διὰ τὸ βυρσο‐ δέψην ⸢αὐτὸν Γ*Ald εἶναι VΓLhAld</w:t>
      </w:r>
    </w:p>
    <w:p>
      <w:r>
        <w:rPr>
          <w:rFonts w:ascii="Courier New" w:hAnsi="Courier New"/>
          <w:color w:val="555555"/>
          <w:sz w:val="20"/>
        </w:rPr>
        <w:t>[sch vesp 1035b]</w:t>
      </w:r>
    </w:p>
    <w:p>
      <w:r>
        <w:rPr>
          <w:rFonts w:ascii="Gentium Plus" w:hAnsi="Gentium Plus"/>
          <w:sz w:val="24"/>
        </w:rPr>
        <w:t>Ὅμηρος· φωκάων ἁλιοτρεφέων ὀλοώτατος ὀδμή· καὶ πικρὸν ἀποπνείουσαι ἁλὸς πολυβενθέος ὀδμήν.</w:t>
      </w:r>
    </w:p>
    <w:p>
      <w:r>
        <w:rPr>
          <w:rFonts w:ascii="Courier New" w:hAnsi="Courier New"/>
          <w:color w:val="555555"/>
          <w:sz w:val="20"/>
        </w:rPr>
        <w:t>[sch vesp 1035c]</w:t>
      </w:r>
    </w:p>
    <w:p>
      <w:r>
        <w:rPr>
          <w:rFonts w:ascii="Gentium Plus" w:hAnsi="Gentium Plus"/>
          <w:sz w:val="24"/>
        </w:rPr>
        <w:t>Λαμίας ὄρχεις: Λαμία θηρίον (8) ... (8) λαίμιά τις καὶ λάμια. (9) δραστικοὶ δὲ οἱ ... (10) θῆλυ γάρ. (ex Su. s.v. Λαμία (alt.), III 232, 8—10)</w:t>
      </w:r>
    </w:p>
    <w:p>
      <w:r>
        <w:rPr>
          <w:rFonts w:ascii="Courier New" w:hAnsi="Courier New"/>
          <w:color w:val="555555"/>
          <w:sz w:val="20"/>
        </w:rPr>
        <w:t>[sch vesp 1035d]</w:t>
      </w:r>
    </w:p>
    <w:p>
      <w:r>
        <w:rPr>
          <w:rFonts w:ascii="Gentium Plus" w:hAnsi="Gentium Plus"/>
          <w:sz w:val="24"/>
        </w:rPr>
        <w:t>Δοῦρις δ’ ἐν βʹ (34) ... (1) γενέσθαι τὴν Λαμίαν, μιχθέντος ... (3) διαφθείρειν. (ex Su. s.v. Λαμία (pr.), III 231, 34—232, 3)</w:t>
      </w:r>
    </w:p>
    <w:p>
      <w:r>
        <w:rPr>
          <w:rFonts w:ascii="Courier New" w:hAnsi="Courier New"/>
          <w:color w:val="555555"/>
          <w:sz w:val="20"/>
        </w:rPr>
        <w:t>[sch vesp 1035e]</w:t>
      </w:r>
    </w:p>
    <w:p>
      <w:r>
        <w:rPr>
          <w:rFonts w:ascii="Gentium Plus" w:hAnsi="Gentium Plus"/>
          <w:sz w:val="24"/>
        </w:rPr>
        <w:t>πρωκτὸν δὲ καμήλου: ⸢ὅτι Γ3 θερμόπρωκτος (.) VΓ3LhAld γὰρ ἡ κάμηλος καὶ λάγνος. LhAld</w:t>
      </w:r>
    </w:p>
    <w:p>
      <w:r>
        <w:rPr>
          <w:rFonts w:ascii="Courier New" w:hAnsi="Courier New"/>
          <w:color w:val="555555"/>
          <w:sz w:val="20"/>
        </w:rPr>
        <w:t>[sch vesp 1035f]</w:t>
      </w:r>
    </w:p>
    <w:p>
      <w:r>
        <w:rPr>
          <w:rFonts w:ascii="Gentium Plus" w:hAnsi="Gentium Plus"/>
          <w:sz w:val="24"/>
        </w:rPr>
        <w:t>κάμιλος (11) ... (12) σχοινίον διὰ τοῦ ι. (ex Su. s.v. κάμηλος,</w:t>
      </w:r>
    </w:p>
    <w:p>
      <w:r>
        <w:rPr>
          <w:rFonts w:ascii="Courier New" w:hAnsi="Courier New"/>
          <w:color w:val="555555"/>
          <w:sz w:val="20"/>
        </w:rPr>
        <w:t>[sch vesp 1036]</w:t>
      </w:r>
    </w:p>
    <w:p>
      <w:r>
        <w:rPr>
          <w:rFonts w:ascii="Gentium Plus" w:hAnsi="Gentium Plus"/>
          <w:sz w:val="24"/>
        </w:rPr>
        <w:t>καταδωροδοκῆσαι] δωροδοκηθῆναι ὑπὸ τοῦ Κλέωνος. VΓ3</w:t>
      </w:r>
    </w:p>
    <w:p>
      <w:r>
        <w:rPr>
          <w:rFonts w:ascii="Courier New" w:hAnsi="Courier New"/>
          <w:color w:val="555555"/>
          <w:sz w:val="20"/>
        </w:rPr>
        <w:t>[sch vesp 1037]</w:t>
      </w:r>
    </w:p>
    <w:p>
      <w:r>
        <w:rPr>
          <w:rFonts w:ascii="Gentium Plus" w:hAnsi="Gentium Plus"/>
          <w:sz w:val="24"/>
        </w:rPr>
        <w:t>ἀντὶ τοῦ Κλέωνος· οὐχ ἅμα δὲ ἐκωμῴδησεν ἐκεῖ 〈αὐτόν〉, λέγω ἐν ταῖς Νεφέλαις. ἠπιάλους δὲ τοὺς φιλοσόφους φησίν· ἠπίαλοι δέ εἰσιν οἱ ῥιγο‐ πύρετοι. V</w:t>
      </w:r>
    </w:p>
    <w:p>
      <w:r>
        <w:rPr>
          <w:rFonts w:ascii="Courier New" w:hAnsi="Courier New"/>
          <w:color w:val="555555"/>
          <w:sz w:val="20"/>
        </w:rPr>
        <w:t>[sch vesp 1038a]</w:t>
      </w:r>
    </w:p>
    <w:p>
      <w:r>
        <w:rPr>
          <w:rFonts w:ascii="Gentium Plus" w:hAnsi="Gentium Plus"/>
          <w:sz w:val="24"/>
        </w:rPr>
        <w:t>τοῖς ἠπιάλοις: ⸢προείρηται γάρ, ὅτι Lh ἠπίαλος ⸢λέγεται Lh τὸ πρὸ τοῦ πυρετοῦ κρύος. VΓLhAld Ἀριστοφάνης Νεφέλαις· καὶ Θεσμοφορια‐ ζούσαις· ἅμα δ’ ἠπίαλος πυρετοῦ πρόδρομος.</w:t>
      </w:r>
    </w:p>
    <w:p>
      <w:r>
        <w:rPr>
          <w:rFonts w:ascii="Courier New" w:hAnsi="Courier New"/>
          <w:color w:val="555555"/>
          <w:sz w:val="20"/>
        </w:rPr>
        <w:t>[5]</w:t>
      </w:r>
    </w:p>
    <w:p>
      <w:r>
        <w:rPr>
          <w:rFonts w:ascii="Gentium Plus" w:hAnsi="Gentium Plus"/>
          <w:sz w:val="24"/>
        </w:rPr>
        <w:t>Δίδυμος δέ φησιν· “δαίμων, ὃν Ἠπιάλην καὶ Τῖφυν καὶ †Εὔοπαν† καλοῦσιν.” τὸ δὲ “πυρετοῖσιν” ἐπήνεγκεν ἀπὸ τοῦ πάθους. VΓAld</w:t>
      </w:r>
    </w:p>
    <w:p>
      <w:r>
        <w:rPr>
          <w:rFonts w:ascii="Courier New" w:hAnsi="Courier New"/>
          <w:color w:val="555555"/>
          <w:sz w:val="20"/>
        </w:rPr>
        <w:t>[sch vesp 1038b]</w:t>
      </w:r>
    </w:p>
    <w:p>
      <w:r>
        <w:rPr>
          <w:rFonts w:ascii="Gentium Plus" w:hAnsi="Gentium Plus"/>
          <w:sz w:val="24"/>
        </w:rPr>
        <w:t>τοὺς βλάπτοντας τὴν πόλιν λέγει ἠπιάλους καὶ πυρετούς· ταῦτα γὰρ εἴδη πυρετῶν. VΓLhAld ὥσπερ οὖν οὗτοι βλάπτουσι τὰ σώματα, οὕτω καὶ οὗτοι τὴν πόλιν. VΓAld</w:t>
      </w:r>
    </w:p>
    <w:p>
      <w:r>
        <w:rPr>
          <w:rFonts w:ascii="Courier New" w:hAnsi="Courier New"/>
          <w:color w:val="555555"/>
          <w:sz w:val="20"/>
        </w:rPr>
        <w:t>[sch vesp 1038c]</w:t>
      </w:r>
    </w:p>
    <w:p>
      <w:r>
        <w:rPr>
          <w:rFonts w:ascii="Gentium Plus" w:hAnsi="Gentium Plus"/>
          <w:sz w:val="24"/>
        </w:rPr>
        <w:t>πέρυσιν: πέρυσι γὰρ τὰς Νεφέλας ἐδίδαξεν, ἐν αἷς τοὺς περὶ Σωκράτην ἐκωμῴδησεν. ἠπιάλους δὲ αὐτοὺς ὠνόμασεν εἰς ὠχρότητα παρασκώπ‐ των. ἐν δὲ τοῖς Ἱππεῦσι τὸν Κλέωνα, οὓς πρὸ τῶν Νεφελῶν καθῆκεν. VΓAld</w:t>
      </w:r>
    </w:p>
    <w:p>
      <w:r>
        <w:rPr>
          <w:rFonts w:ascii="Courier New" w:hAnsi="Courier New"/>
          <w:color w:val="555555"/>
          <w:sz w:val="20"/>
        </w:rPr>
        <w:t>[sch vesp 1039a]</w:t>
      </w:r>
    </w:p>
    <w:p>
      <w:r>
        <w:rPr>
          <w:rFonts w:ascii="Gentium Plus" w:hAnsi="Gentium Plus"/>
          <w:sz w:val="24"/>
        </w:rPr>
        <w:t>οἳ τοὺς πατέρας: τοῦ‐ το πρὸς τὸν †ὑπ’† αὐτῶν ἥττονα λόγον, ᾧ πατραλοίας χρώμενος εἰσ‐</w:t>
      </w:r>
    </w:p>
    <w:p>
      <w:r>
        <w:rPr>
          <w:rFonts w:ascii="Courier New" w:hAnsi="Courier New"/>
          <w:color w:val="555555"/>
          <w:sz w:val="20"/>
        </w:rPr>
        <w:t>[sch vesp 1039a,col 2]</w:t>
      </w:r>
    </w:p>
    <w:p>
      <w:r>
        <w:rPr>
          <w:rFonts w:ascii="Gentium Plus" w:hAnsi="Gentium Plus"/>
          <w:sz w:val="24"/>
        </w:rPr>
        <w:t>τὸ δὲ “τοὺς πατέρας ἦγχον” λέγει διὰ τὸν ὑπ’ αὐτοῦ, ὥς φησιν, πέρυσιν εἰσαχθέντα ἐν Νεφέλαις</w:t>
      </w:r>
    </w:p>
    <w:p>
      <w:r>
        <w:rPr>
          <w:rFonts w:ascii="Courier New" w:hAnsi="Courier New"/>
          <w:color w:val="555555"/>
          <w:sz w:val="20"/>
        </w:rPr>
        <w:t>[sch vesp 1039b]</w:t>
      </w:r>
    </w:p>
    <w:p>
      <w:r>
        <w:rPr>
          <w:rFonts w:ascii="Gentium Plus" w:hAnsi="Gentium Plus"/>
          <w:sz w:val="24"/>
        </w:rPr>
        <w:t>νύκτωρ] ὅτι νύκτωρ ἐσκέπτοντο. VΓLh</w:t>
      </w:r>
    </w:p>
    <w:p>
      <w:r>
        <w:rPr>
          <w:rFonts w:ascii="Courier New" w:hAnsi="Courier New"/>
          <w:color w:val="555555"/>
          <w:sz w:val="20"/>
        </w:rPr>
        <w:t>[sch vesp 1041a]</w:t>
      </w:r>
    </w:p>
    <w:p>
      <w:r>
        <w:rPr>
          <w:rFonts w:ascii="Gentium Plus" w:hAnsi="Gentium Plus"/>
          <w:sz w:val="24"/>
        </w:rPr>
        <w:t>ἀντωμοσίας: γράμματα (4) ... (7) ἀπολογήσεσθαι. (ex Su. s.v. ἀντωμοσία (alt.), I 247, 4—7)</w:t>
      </w:r>
    </w:p>
    <w:p>
      <w:r>
        <w:rPr>
          <w:rFonts w:ascii="Courier New" w:hAnsi="Courier New"/>
          <w:color w:val="555555"/>
          <w:sz w:val="20"/>
        </w:rPr>
        <w:t>[sch vesp 1041b]</w:t>
      </w:r>
    </w:p>
    <w:p>
      <w:r>
        <w:rPr>
          <w:rFonts w:ascii="Gentium Plus" w:hAnsi="Gentium Plus"/>
          <w:sz w:val="24"/>
        </w:rPr>
        <w:t>ἀντωμοσία: γραφὴ (25) ... (27) ἔπραξεν ἀποφάσκειν. ἐξωμοσία ... (2) λειτουργεῖν. (ex Su. s.v. ἀντωμοσία (pr.), I 246, 25—247, 2)</w:t>
      </w:r>
    </w:p>
    <w:p>
      <w:r>
        <w:rPr>
          <w:rFonts w:ascii="Courier New" w:hAnsi="Courier New"/>
          <w:color w:val="555555"/>
          <w:sz w:val="20"/>
        </w:rPr>
        <w:t>[sch vesp 1041c]</w:t>
      </w:r>
    </w:p>
    <w:p>
      <w:r>
        <w:rPr>
          <w:rFonts w:ascii="Gentium Plus" w:hAnsi="Gentium Plus"/>
          <w:sz w:val="24"/>
        </w:rPr>
        <w:t>ἐπὶ τῷ προσκαλεῖσθαι εἰς δίκας. R</w:t>
      </w:r>
    </w:p>
    <w:p>
      <w:r>
        <w:rPr>
          <w:rFonts w:ascii="Courier New" w:hAnsi="Courier New"/>
          <w:color w:val="555555"/>
          <w:sz w:val="20"/>
        </w:rPr>
        <w:t>[sch vesp 1041d]</w:t>
      </w:r>
    </w:p>
    <w:p>
      <w:r>
        <w:rPr>
          <w:rFonts w:ascii="Gentium Plus" w:hAnsi="Gentium Plus"/>
          <w:sz w:val="24"/>
        </w:rPr>
        <w:t>προκλήσεις: παρὰ τὸ προκαλεῖσθαι, ὅπερ ἐστὶν εἰς συμβάσεις καὶ συνθήκας καὶ διαλλαγὰς παρακαλεῖν. (mut. ex Su. s.v. προκαλεῖσθαι, IV 209, 4sq.)</w:t>
      </w:r>
    </w:p>
    <w:p>
      <w:r>
        <w:rPr>
          <w:rFonts w:ascii="Courier New" w:hAnsi="Courier New"/>
          <w:color w:val="555555"/>
          <w:sz w:val="20"/>
        </w:rPr>
        <w:t>[sch vesp 1042a]</w:t>
      </w:r>
    </w:p>
    <w:p>
      <w:r>
        <w:rPr>
          <w:rFonts w:ascii="Gentium Plus" w:hAnsi="Gentium Plus"/>
          <w:sz w:val="24"/>
        </w:rPr>
        <w:t>ὡς τὸν πολέμαρχον: ὄνομα ἀρχῆς. ΓLhAld</w:t>
      </w:r>
    </w:p>
    <w:p>
      <w:r>
        <w:rPr>
          <w:rFonts w:ascii="Courier New" w:hAnsi="Courier New"/>
          <w:color w:val="555555"/>
          <w:sz w:val="20"/>
        </w:rPr>
        <w:t>[sch vesp 1042b]</w:t>
      </w:r>
    </w:p>
    <w:p>
      <w:r>
        <w:rPr>
          <w:rFonts w:ascii="Gentium Plus" w:hAnsi="Gentium Plus"/>
          <w:sz w:val="24"/>
        </w:rPr>
        <w:t>οὐ τοῖς πολίταις τοῦτο προσῆψεν, ἀλλὰ τοῖς ξένοις· αἱ γὰρ ξενικαὶ δίκαι ἐπὶ τοῦ πολεμάρχου εἰσήγοντο. οἱ δὲ καὶ βοηθείας δεόμε‐</w:t>
      </w:r>
    </w:p>
    <w:p>
      <w:r>
        <w:rPr>
          <w:rFonts w:ascii="Courier New" w:hAnsi="Courier New"/>
          <w:color w:val="555555"/>
          <w:sz w:val="20"/>
        </w:rPr>
        <w:t>[5]</w:t>
      </w:r>
    </w:p>
    <w:p>
      <w:r>
        <w:rPr>
          <w:rFonts w:ascii="Gentium Plus" w:hAnsi="Gentium Plus"/>
          <w:sz w:val="24"/>
        </w:rPr>
        <w:t>νοι ἐπὶ τὴν ἀρχὴν κατέφευγον τοῦ</w:t>
      </w:r>
    </w:p>
    <w:p>
      <w:r>
        <w:rPr>
          <w:rFonts w:ascii="Courier New" w:hAnsi="Courier New"/>
          <w:color w:val="555555"/>
          <w:sz w:val="20"/>
        </w:rPr>
        <w:t>[sch vesp 1042b,col 2]</w:t>
      </w:r>
    </w:p>
    <w:p>
      <w:r>
        <w:rPr>
          <w:rFonts w:ascii="Gentium Plus" w:hAnsi="Gentium Plus"/>
          <w:sz w:val="24"/>
        </w:rPr>
        <w:t>ὅτι αἱ ξενικαὶ δίκαι πρὸς τὸν πολέ‐ μαρχον εἰσήγοντο αἱ βοηθείας δεό‐</w:t>
      </w:r>
    </w:p>
    <w:p>
      <w:r>
        <w:rPr>
          <w:rFonts w:ascii="Courier New" w:hAnsi="Courier New"/>
          <w:color w:val="555555"/>
          <w:sz w:val="20"/>
        </w:rPr>
        <w:t>[sch vesp 1042c]</w:t>
      </w:r>
    </w:p>
    <w:p>
      <w:r>
        <w:rPr>
          <w:rFonts w:ascii="Gentium Plus" w:hAnsi="Gentium Plus"/>
          <w:sz w:val="24"/>
        </w:rPr>
        <w:t>οἱ κατηγοροῦντες γονέων κακώσεως πρὸς τὸν πολέμαρχον ἐδι‐</w:t>
      </w:r>
    </w:p>
    <w:p>
      <w:r>
        <w:rPr>
          <w:rFonts w:ascii="Courier New" w:hAnsi="Courier New"/>
          <w:color w:val="555555"/>
          <w:sz w:val="20"/>
        </w:rPr>
        <w:t>[sch vesp 1042c,col 2]</w:t>
      </w:r>
    </w:p>
    <w:p>
      <w:r>
        <w:rPr>
          <w:rFonts w:ascii="Gentium Plus" w:hAnsi="Gentium Plus"/>
          <w:sz w:val="24"/>
        </w:rPr>
        <w:t>οἱ κατηγοροῦντες γονέων κακώσεως ἐπὶ τὴν ἀρχὴν τοῦ πολεμάρχου κατέ‐</w:t>
      </w:r>
    </w:p>
    <w:p>
      <w:r>
        <w:rPr>
          <w:rFonts w:ascii="Courier New" w:hAnsi="Courier New"/>
          <w:color w:val="555555"/>
          <w:sz w:val="20"/>
        </w:rPr>
        <w:t>[sch vesp 1042d]</w:t>
      </w:r>
    </w:p>
    <w:p>
      <w:r>
        <w:rPr>
          <w:rFonts w:ascii="Gentium Plus" w:hAnsi="Gentium Plus"/>
          <w:sz w:val="24"/>
        </w:rPr>
        <w:t>πολέμαρχος: ἄρχων (6) ... (6) ξένους. (ex Su. s.v. πολέμαρχος (pr.), IV 157, 6)</w:t>
      </w:r>
    </w:p>
    <w:p>
      <w:r>
        <w:rPr>
          <w:rFonts w:ascii="Courier New" w:hAnsi="Courier New"/>
          <w:color w:val="555555"/>
          <w:sz w:val="20"/>
        </w:rPr>
        <w:t>[sch vesp 1042e]</w:t>
      </w:r>
    </w:p>
    <w:p>
      <w:r>
        <w:rPr>
          <w:rFonts w:ascii="Gentium Plus" w:hAnsi="Gentium Plus"/>
          <w:sz w:val="24"/>
        </w:rPr>
        <w:t>ἀρχή τις (7) ... (9) ἀποστασίου καὶ κλήρων τοῖς μετοίκοις (10) ... (11) ὁ πολέμαρχος καὶ ἐπικλήρων. (ex Su. s.v. πολέμαρχος (alt.), IV 157, 7—11) παρὰ δ’ Αἰτώλοις τὸν πολέμαρχον συνέβαινε (13) κλείειν τὰς πύλας καὶ (14) ποιεῖσθαι ... (15) πυλώνων. (ex Su. s.v. πολέμαρχοι, IV 157, 13—15)</w:t>
      </w:r>
    </w:p>
    <w:p>
      <w:r>
        <w:rPr>
          <w:rFonts w:ascii="Courier New" w:hAnsi="Courier New"/>
          <w:color w:val="555555"/>
          <w:sz w:val="20"/>
        </w:rPr>
        <w:t>[5]</w:t>
      </w:r>
    </w:p>
    <w:p>
      <w:r>
        <w:rPr>
          <w:rFonts w:ascii="Gentium Plus" w:hAnsi="Gentium Plus"/>
          <w:sz w:val="24"/>
        </w:rPr>
        <w:t>ἔστι δὲ (11) ... (12) ἀδελφός. (ex Su. pr. l., 11—12)</w:t>
      </w:r>
    </w:p>
    <w:p>
      <w:r>
        <w:rPr>
          <w:rFonts w:ascii="Courier New" w:hAnsi="Courier New"/>
          <w:color w:val="555555"/>
          <w:sz w:val="20"/>
        </w:rPr>
        <w:t>[sch vesp 1044]</w:t>
      </w:r>
    </w:p>
    <w:p>
      <w:r>
        <w:rPr>
          <w:rFonts w:ascii="Gentium Plus" w:hAnsi="Gentium Plus"/>
          <w:sz w:val="24"/>
        </w:rPr>
        <w:t>πέρυσιν καταπροὔδοτε: ⸢ὅτι ΓLhAld πέρυσι διδάξας τὰς πρώτας Νεφέλας ἡττήθη. VΓLhAld περιττὴ δὲ ἡ κατά. VΓAld</w:t>
      </w:r>
    </w:p>
    <w:p>
      <w:r>
        <w:rPr>
          <w:rFonts w:ascii="Courier New" w:hAnsi="Courier New"/>
          <w:color w:val="555555"/>
          <w:sz w:val="20"/>
        </w:rPr>
        <w:t>[sch vesp 1045a]</w:t>
      </w:r>
    </w:p>
    <w:p>
      <w:r>
        <w:rPr>
          <w:rFonts w:ascii="Gentium Plus" w:hAnsi="Gentium Plus"/>
          <w:sz w:val="24"/>
        </w:rPr>
        <w:t>ἃς ὑπὸ τοῦ μὴ γνῶναι: ⸢τὰς καινὰς διανοίας ἀγνοήσαντες VΓAld ὑπὸ τοῦ μὴ ⸢νοεῖν VΓAld [νοῆσαι Lh] παρεκρίνατε καὶ ἐποιήσατε ἀσθενεῖς. VΓLhAld</w:t>
      </w:r>
    </w:p>
    <w:p>
      <w:r>
        <w:rPr>
          <w:rFonts w:ascii="Courier New" w:hAnsi="Courier New"/>
          <w:color w:val="555555"/>
          <w:sz w:val="20"/>
        </w:rPr>
        <w:t>[sch vesp 1045b]</w:t>
      </w:r>
    </w:p>
    <w:p>
      <w:r>
        <w:rPr>
          <w:rFonts w:ascii="Gentium Plus" w:hAnsi="Gentium Plus"/>
          <w:sz w:val="24"/>
        </w:rPr>
        <w:t>ἀφανεῖς, ξηράς. R</w:t>
      </w:r>
    </w:p>
    <w:p>
      <w:r>
        <w:rPr>
          <w:rFonts w:ascii="Courier New" w:hAnsi="Courier New"/>
          <w:color w:val="555555"/>
          <w:sz w:val="20"/>
        </w:rPr>
        <w:t>[sch vesp 1045c]</w:t>
      </w:r>
    </w:p>
    <w:p>
      <w:r>
        <w:rPr>
          <w:rFonts w:ascii="Gentium Plus" w:hAnsi="Gentium Plus"/>
          <w:sz w:val="24"/>
        </w:rPr>
        <w:t>ἀναλδεῖς] ταπεινάς (.) VLhAld, ἀσθενεῖς. LhAld</w:t>
      </w:r>
    </w:p>
    <w:p>
      <w:r>
        <w:rPr>
          <w:rFonts w:ascii="Courier New" w:hAnsi="Courier New"/>
          <w:color w:val="555555"/>
          <w:sz w:val="20"/>
        </w:rPr>
        <w:t>[sch vesp 1050a]</w:t>
      </w:r>
    </w:p>
    <w:p>
      <w:r>
        <w:rPr>
          <w:rFonts w:ascii="Gentium Plus" w:hAnsi="Gentium Plus"/>
          <w:sz w:val="24"/>
        </w:rPr>
        <w:t>εἴπερ ἐλαύνων τοὺς ἀντιπάλους: ἀντὶ τοῦ ἐπιχειρῶν καὶ ἐπιτρέχων. τὸ ⸢δὲ VΓAld “συνέτριψεν” ἀπὸ τῶν ἐρετῶν ⸢ἐπήγαγε LhAld τῶν ὑπὸ ῥύμης συντριβόντων ⸢τὴν κώπην V [τὰς κώπας LhAld]. ⸢ὃ δὲ βούλεται VΓAld [βούλεται δὲ Lh] εἰπεῖν, ὅτι ⸢οὐ VΓAld [οὐδὲν Lh] χεῖρον ἐπαινε‐</w:t>
      </w:r>
    </w:p>
    <w:p>
      <w:r>
        <w:rPr>
          <w:rFonts w:ascii="Courier New" w:hAnsi="Courier New"/>
          <w:color w:val="555555"/>
          <w:sz w:val="20"/>
        </w:rPr>
        <w:t>[5]</w:t>
      </w:r>
    </w:p>
    <w:p>
      <w:r>
        <w:rPr>
          <w:rFonts w:ascii="Gentium Plus" w:hAnsi="Gentium Plus"/>
          <w:sz w:val="24"/>
        </w:rPr>
        <w:t>θήσεται παρὰ τοῖς σοφοῖς τοὺς ἀνταγωνιζομένους αὐτῷ νικῶν. ἔνιοι δέ ⸢φασιν LhAld, ⸢ὡς V [ὅτι LhAld] ⸢ἐπὶ VΓ [ἀπὸ LhAld] τῶν ἀτυχῶς ἡνιοχούντων καὶ συντριβόντων τὰ ἅρματα τὴν μεταφορὰν ⸢ἐδέξαντο VΓ [ἐδέξατο LhAld] ⸢, ἐπειδὴ πρὸς VΓAld [· πρὸς γὰρ Lh] τὸ “παρελαύνων” ⸢, φασίν, καὶ Lh ἐπήνεγκε τὸ ⸢“ξυνέτριψεν” VΓAld [“συνέτριψεν” Lh]. VΓLhAld</w:t>
      </w:r>
    </w:p>
    <w:p>
      <w:r>
        <w:rPr>
          <w:rFonts w:ascii="Courier New" w:hAnsi="Courier New"/>
          <w:color w:val="555555"/>
          <w:sz w:val="20"/>
        </w:rPr>
        <w:t>[sch vesp 1050b]</w:t>
      </w:r>
    </w:p>
    <w:p>
      <w:r>
        <w:rPr>
          <w:rFonts w:ascii="Gentium Plus" w:hAnsi="Gentium Plus"/>
          <w:sz w:val="24"/>
        </w:rPr>
        <w:t>τὸν νοῦν συνέχεεν, ἀσαφῆ εἰργάσατο. VLh ἢ “ἐπίνοιαν” τὴν ἐλπίδα, τουτέστι V νικήσας ⸢, φησίν, LhAld τοὺς ἀντιπάλους τὴν ἐλπίδα τῆς νίκης ἀπώλεσε ⸢—τοῦτο γὰρ “ἐπίνοιαν” λέγει—LhAld παρακριθεὶς ὑπὸ τῶν VLhAld</w:t>
      </w:r>
    </w:p>
    <w:p>
      <w:r>
        <w:rPr>
          <w:rFonts w:ascii="Courier New" w:hAnsi="Courier New"/>
          <w:color w:val="555555"/>
          <w:sz w:val="20"/>
        </w:rPr>
        <w:t>[5]</w:t>
      </w:r>
    </w:p>
    <w:p>
      <w:r>
        <w:rPr>
          <w:rFonts w:ascii="Gentium Plus" w:hAnsi="Gentium Plus"/>
          <w:sz w:val="24"/>
        </w:rPr>
        <w:t>κριτῶν· οὐδὲν δὲ ἧττον σοφὸς νομι‐</w:t>
      </w:r>
    </w:p>
    <w:p>
      <w:r>
        <w:rPr>
          <w:rFonts w:ascii="Courier New" w:hAnsi="Courier New"/>
          <w:color w:val="555555"/>
          <w:sz w:val="20"/>
        </w:rPr>
        <w:t>[sch vesp 1050b,col 2 (5)]</w:t>
      </w:r>
    </w:p>
    <w:p>
      <w:r>
        <w:rPr>
          <w:rFonts w:ascii="Gentium Plus" w:hAnsi="Gentium Plus"/>
          <w:sz w:val="24"/>
        </w:rPr>
        <w:t>κακῶς κρινάντων. LhAld</w:t>
      </w:r>
    </w:p>
    <w:p>
      <w:r>
        <w:rPr>
          <w:rFonts w:ascii="Courier New" w:hAnsi="Courier New"/>
          <w:color w:val="555555"/>
          <w:sz w:val="20"/>
        </w:rPr>
        <w:t>[sch vesp 1051]</w:t>
      </w:r>
    </w:p>
    <w:p>
      <w:r>
        <w:rPr>
          <w:rFonts w:ascii="Gentium Plus" w:hAnsi="Gentium Plus"/>
          <w:sz w:val="24"/>
        </w:rPr>
        <w:t>πνῖγος, τὸ καὶ μακρόν. VΓ3</w:t>
      </w:r>
    </w:p>
    <w:p>
      <w:r>
        <w:rPr>
          <w:rFonts w:ascii="Courier New" w:hAnsi="Courier New"/>
          <w:color w:val="555555"/>
          <w:sz w:val="20"/>
        </w:rPr>
        <w:t>[sch vesp 1053]</w:t>
      </w:r>
    </w:p>
    <w:p>
      <w:r>
        <w:rPr>
          <w:rFonts w:ascii="Gentium Plus" w:hAnsi="Gentium Plus"/>
          <w:sz w:val="24"/>
        </w:rPr>
        <w:t>καινόν κτλ.] καινὰς ἐπινοίας καὶ ὑποθέσεις. VΓ3Lh</w:t>
      </w:r>
    </w:p>
    <w:p>
      <w:r>
        <w:rPr>
          <w:rFonts w:ascii="Courier New" w:hAnsi="Courier New"/>
          <w:color w:val="555555"/>
          <w:sz w:val="20"/>
        </w:rPr>
        <w:t>[sch vesp 1055]</w:t>
      </w:r>
    </w:p>
    <w:p>
      <w:r>
        <w:rPr>
          <w:rFonts w:ascii="Gentium Plus" w:hAnsi="Gentium Plus"/>
          <w:sz w:val="24"/>
        </w:rPr>
        <w:t>καὶ τὰ νοήματα: τὰ VΓLhAld νοήματα τοῦ δράματος· ἢ αὐτὰ τὰ</w:t>
      </w:r>
    </w:p>
    <w:p>
      <w:r>
        <w:rPr>
          <w:rFonts w:ascii="Courier New" w:hAnsi="Courier New"/>
          <w:color w:val="555555"/>
          <w:sz w:val="20"/>
        </w:rPr>
        <w:t>[sch vesp 1055,col 2 (2)]</w:t>
      </w:r>
    </w:p>
    <w:p>
      <w:r>
        <w:rPr>
          <w:rFonts w:ascii="Gentium Plus" w:hAnsi="Gentium Plus"/>
          <w:sz w:val="24"/>
        </w:rPr>
        <w:t>ἐπινοήματα τῶν δραμάτων. LhAld</w:t>
      </w:r>
    </w:p>
    <w:p>
      <w:r>
        <w:rPr>
          <w:rFonts w:ascii="Courier New" w:hAnsi="Courier New"/>
          <w:color w:val="555555"/>
          <w:sz w:val="20"/>
        </w:rPr>
        <w:t>[sch vesp 1057]</w:t>
      </w:r>
    </w:p>
    <w:p>
      <w:r>
        <w:rPr>
          <w:rFonts w:ascii="Gentium Plus" w:hAnsi="Gentium Plus"/>
          <w:sz w:val="24"/>
        </w:rPr>
        <w:t>μετὰ τῶν μήλων: εἰώθασι γὰρ VΓLhAld μῆλα εἰς τὰς κιβωτοὺς βάλλειν ὑπὲρ</w:t>
      </w:r>
    </w:p>
    <w:p>
      <w:r>
        <w:rPr>
          <w:rFonts w:ascii="Courier New" w:hAnsi="Courier New"/>
          <w:color w:val="555555"/>
          <w:sz w:val="20"/>
        </w:rPr>
        <w:t>[sch vesp 1057,col 2 (2)]</w:t>
      </w:r>
    </w:p>
    <w:p>
      <w:r>
        <w:rPr>
          <w:rFonts w:ascii="Gentium Plus" w:hAnsi="Gentium Plus"/>
          <w:sz w:val="24"/>
        </w:rPr>
        <w:t>εἰς τὰ κιβώτια μῆλα βάλλειν δι’</w:t>
      </w:r>
    </w:p>
    <w:p>
      <w:r>
        <w:rPr>
          <w:rFonts w:ascii="Courier New" w:hAnsi="Courier New"/>
          <w:color w:val="555555"/>
          <w:sz w:val="20"/>
        </w:rPr>
        <w:t>[sch vesp 1058]</w:t>
      </w:r>
    </w:p>
    <w:p>
      <w:r>
        <w:rPr>
          <w:rFonts w:ascii="Gentium Plus" w:hAnsi="Gentium Plus"/>
          <w:sz w:val="24"/>
        </w:rPr>
        <w:t>τῶν ἱματίων: ἀττικὸν τὸ σχῆμα· ἀντὶ τοῦ “ἱμάτια”. VΓ</w:t>
      </w:r>
    </w:p>
    <w:p>
      <w:r>
        <w:rPr>
          <w:rFonts w:ascii="Courier New" w:hAnsi="Courier New"/>
          <w:color w:val="555555"/>
          <w:sz w:val="20"/>
        </w:rPr>
        <w:t>[sch vesp 1059]</w:t>
      </w:r>
    </w:p>
    <w:p>
      <w:r>
        <w:rPr>
          <w:rFonts w:ascii="Gentium Plus" w:hAnsi="Gentium Plus"/>
          <w:sz w:val="24"/>
        </w:rPr>
        <w:t>δεξιότητος: δεξιοὶ δόξετε εἶναι. ἀντὶ τοῦ εἰπεῖν ⸢δὲ ΓAld “ὀσ‐ μῆσ(”) ⸢ὀζήσει” Lh “δεξιότητος” εἶπεν ὡς πρὸς τὸ πρᾶγμα. VΓLhAld</w:t>
      </w:r>
    </w:p>
    <w:p>
      <w:r>
        <w:rPr>
          <w:rFonts w:ascii="Courier New" w:hAnsi="Courier New"/>
          <w:color w:val="555555"/>
          <w:sz w:val="20"/>
        </w:rPr>
        <w:t>[sch vesp 1060a]</w:t>
      </w:r>
    </w:p>
    <w:p>
      <w:r>
        <w:rPr>
          <w:rFonts w:ascii="Gentium Plus" w:hAnsi="Gentium Plus"/>
          <w:sz w:val="24"/>
        </w:rPr>
        <w:t>ᾠδὴ Γ3 ἤτοι στροφή. Γ3B</w:t>
      </w:r>
    </w:p>
    <w:p>
      <w:r>
        <w:rPr>
          <w:rFonts w:ascii="Courier New" w:hAnsi="Courier New"/>
          <w:color w:val="555555"/>
          <w:sz w:val="20"/>
        </w:rPr>
        <w:t>[sch vesp 1060a,col 2]</w:t>
      </w:r>
    </w:p>
    <w:p>
      <w:r>
        <w:rPr>
          <w:rFonts w:ascii="Gentium Plus" w:hAnsi="Gentium Plus"/>
          <w:sz w:val="24"/>
        </w:rPr>
        <w:t>ᾠδὴ(δή) (.) lhcAld καὶ στροφὴ</w:t>
      </w:r>
    </w:p>
    <w:p>
      <w:r>
        <w:rPr>
          <w:rFonts w:ascii="Courier New" w:hAnsi="Courier New"/>
          <w:color w:val="555555"/>
          <w:sz w:val="20"/>
        </w:rPr>
        <w:t>[sch vesp 1060b]</w:t>
      </w:r>
    </w:p>
    <w:p>
      <w:r>
        <w:rPr>
          <w:rFonts w:ascii="Gentium Plus" w:hAnsi="Gentium Plus"/>
          <w:sz w:val="24"/>
        </w:rPr>
        <w:t>ὦ πάλαι ποτ’: ὁ χορὸς πρὸς ἑαυτὸν(όν) (.) VΓLhAld ταῦτα λέγει. Lh</w:t>
      </w:r>
    </w:p>
    <w:p>
      <w:r>
        <w:rPr>
          <w:rFonts w:ascii="Courier New" w:hAnsi="Courier New"/>
          <w:color w:val="555555"/>
          <w:sz w:val="20"/>
        </w:rPr>
        <w:t>[sch vesp 1060c]</w:t>
      </w:r>
    </w:p>
    <w:p>
      <w:r>
        <w:rPr>
          <w:rFonts w:ascii="Gentium Plus" w:hAnsi="Gentium Plus"/>
          <w:sz w:val="24"/>
        </w:rPr>
        <w:t>παρὰ τὸ πάλαι ποτ’ ἦσαν ἄλκιμοι Μιλήσιοι.</w:t>
      </w:r>
    </w:p>
    <w:p>
      <w:r>
        <w:rPr>
          <w:rFonts w:ascii="Courier New" w:hAnsi="Courier New"/>
          <w:color w:val="555555"/>
          <w:sz w:val="20"/>
        </w:rPr>
        <w:t>[sch vesp 1062]</w:t>
      </w:r>
    </w:p>
    <w:p>
      <w:r>
        <w:rPr>
          <w:rFonts w:ascii="Gentium Plus" w:hAnsi="Gentium Plus"/>
          <w:sz w:val="24"/>
        </w:rPr>
        <w:t>ἄνδρες μαχιμώτατοι] ⸢ἐν τούτῳ, VΓ [ἤγουν ἐν Lh] τῷ πολεμεῖν. VΓ3Lh</w:t>
      </w:r>
    </w:p>
    <w:p>
      <w:r>
        <w:rPr>
          <w:rFonts w:ascii="Courier New" w:hAnsi="Courier New"/>
          <w:color w:val="555555"/>
          <w:sz w:val="20"/>
        </w:rPr>
        <w:t>[sch vesp 1063]</w:t>
      </w:r>
    </w:p>
    <w:p>
      <w:r>
        <w:rPr>
          <w:rFonts w:ascii="Gentium Plus" w:hAnsi="Gentium Plus"/>
          <w:sz w:val="24"/>
        </w:rPr>
        <w:t>πρὶν ταῦτα: τὰ πρὶν κατορθώματα ἀπώλετο. VΓLhAld</w:t>
      </w:r>
    </w:p>
    <w:p>
      <w:r>
        <w:rPr>
          <w:rFonts w:ascii="Courier New" w:hAnsi="Courier New"/>
          <w:color w:val="555555"/>
          <w:sz w:val="20"/>
        </w:rPr>
        <w:t>[sch vesp 1064a]</w:t>
      </w:r>
    </w:p>
    <w:p>
      <w:r>
        <w:rPr>
          <w:rFonts w:ascii="Gentium Plus" w:hAnsi="Gentium Plus"/>
          <w:sz w:val="24"/>
        </w:rPr>
        <w:t>πολιώτερα δὴ: Δίδυμος (·) VΓLhAld “παρῳδήσας ἐκ τῶν Τιμοκρέ‐</w:t>
      </w:r>
    </w:p>
    <w:p>
      <w:r>
        <w:rPr>
          <w:rFonts w:ascii="Courier New" w:hAnsi="Courier New"/>
          <w:color w:val="555555"/>
          <w:sz w:val="20"/>
        </w:rPr>
        <w:t>[sch vesp 1064a,col 2 (2)]</w:t>
      </w:r>
    </w:p>
    <w:p>
      <w:r>
        <w:rPr>
          <w:rFonts w:ascii="Gentium Plus" w:hAnsi="Gentium Plus"/>
          <w:sz w:val="24"/>
        </w:rPr>
        <w:t>φησὶν ὡς παρῴδησε ⸢τοῦτο Lh [ταῦτα Ald] ⸢τὸ “πρίν ποτ’ ἦν” Lh ἐκ τῶν Τιμοκρέοντος τοῦ Ῥο‐</w:t>
      </w:r>
    </w:p>
    <w:p>
      <w:r>
        <w:rPr>
          <w:rFonts w:ascii="Courier New" w:hAnsi="Courier New"/>
          <w:color w:val="555555"/>
          <w:sz w:val="20"/>
        </w:rPr>
        <w:t>[5]</w:t>
      </w:r>
    </w:p>
    <w:p>
      <w:r>
        <w:rPr>
          <w:rFonts w:ascii="Gentium Plus" w:hAnsi="Gentium Plus"/>
          <w:sz w:val="24"/>
        </w:rPr>
        <w:t>δίου. LhAld</w:t>
      </w:r>
    </w:p>
    <w:p>
      <w:r>
        <w:rPr>
          <w:rFonts w:ascii="Courier New" w:hAnsi="Courier New"/>
          <w:color w:val="555555"/>
          <w:sz w:val="20"/>
        </w:rPr>
        <w:t>[sch vesp 1064b]</w:t>
      </w:r>
    </w:p>
    <w:p>
      <w:r>
        <w:rPr>
          <w:rFonts w:ascii="Gentium Plus" w:hAnsi="Gentium Plus"/>
          <w:sz w:val="24"/>
        </w:rPr>
        <w:t>πολιώτεραι] λευκότεραι. Lh</w:t>
      </w:r>
    </w:p>
    <w:p>
      <w:r>
        <w:rPr>
          <w:rFonts w:ascii="Courier New" w:hAnsi="Courier New"/>
          <w:color w:val="555555"/>
          <w:sz w:val="20"/>
        </w:rPr>
        <w:t>[sch vesp 1065a]</w:t>
      </w:r>
    </w:p>
    <w:p>
      <w:r>
        <w:rPr>
          <w:rFonts w:ascii="Gentium Plus" w:hAnsi="Gentium Plus"/>
          <w:sz w:val="24"/>
        </w:rPr>
        <w:t>οἵδ’ ἐπανθοῦσι τρίχας: ⸢ἢ τότε αὐτοὺς VΓAld ⸢δεικνύουσι R [δείξουσιν VΓAld] ⸢οὗτοι V*ΓAld τοὺς κροτάφους (.) RVΓAld, οἱ δὲ διαι‐ ροῦσιν ἀπ’ ἄλλης ἀρχῆς τοῦτο· “ἐπανθοῦσι τρίχες”, ἵν’ ᾖ περὶ τῶν νεωτέρων ὁ λόγος· καὶ γὰρ τὰ ἑξῆς περὶ αὐτῶν φησιν. VΓAld</w:t>
      </w:r>
    </w:p>
    <w:p>
      <w:r>
        <w:rPr>
          <w:rFonts w:ascii="Courier New" w:hAnsi="Courier New"/>
          <w:color w:val="555555"/>
          <w:sz w:val="20"/>
        </w:rPr>
        <w:t>[sch vesp 1065b]</w:t>
      </w:r>
    </w:p>
    <w:p>
      <w:r>
        <w:rPr>
          <w:rFonts w:ascii="Gentium Plus" w:hAnsi="Gentium Plus"/>
          <w:sz w:val="24"/>
        </w:rPr>
        <w:t>τρίχες] οἱ κρόταφοι. VΓ3</w:t>
      </w:r>
    </w:p>
    <w:p>
      <w:r>
        <w:rPr>
          <w:rFonts w:ascii="Courier New" w:hAnsi="Courier New"/>
          <w:color w:val="555555"/>
          <w:sz w:val="20"/>
        </w:rPr>
        <w:t>[sch vesp 1066]</w:t>
      </w:r>
    </w:p>
    <w:p>
      <w:r>
        <w:rPr>
          <w:rFonts w:ascii="Gentium Plus" w:hAnsi="Gentium Plus"/>
          <w:sz w:val="24"/>
        </w:rPr>
        <w:t>κἀκ τῶν λειψάνων] ἐκ ⸢τοῦ ὑπολοίπου V [τῶν ὑπολοίπων Γ3] τοῦ γήρως. VΓ3</w:t>
      </w:r>
    </w:p>
    <w:p>
      <w:r>
        <w:rPr>
          <w:rFonts w:ascii="Courier New" w:hAnsi="Courier New"/>
          <w:color w:val="555555"/>
          <w:sz w:val="20"/>
        </w:rPr>
        <w:t>[sch vesp 1067a]</w:t>
      </w:r>
    </w:p>
    <w:p>
      <w:r>
        <w:rPr>
          <w:rFonts w:ascii="Gentium Plus" w:hAnsi="Gentium Plus"/>
          <w:sz w:val="24"/>
        </w:rPr>
        <w:t>ῥώμην] γρ. γνώμην. Γ3</w:t>
      </w:r>
    </w:p>
    <w:p>
      <w:r>
        <w:rPr>
          <w:rFonts w:ascii="Courier New" w:hAnsi="Courier New"/>
          <w:color w:val="555555"/>
          <w:sz w:val="20"/>
        </w:rPr>
        <w:t>[sch vesp 1067b]</w:t>
      </w:r>
    </w:p>
    <w:p>
      <w:r>
        <w:rPr>
          <w:rFonts w:ascii="Gentium Plus" w:hAnsi="Gentium Plus"/>
          <w:sz w:val="24"/>
        </w:rPr>
        <w:t>νεανικὴν] συνίζησις. Lh</w:t>
      </w:r>
    </w:p>
    <w:p>
      <w:r>
        <w:rPr>
          <w:rFonts w:ascii="Courier New" w:hAnsi="Courier New"/>
          <w:color w:val="555555"/>
          <w:sz w:val="20"/>
        </w:rPr>
        <w:t>[sch vesp 1068a]</w:t>
      </w:r>
    </w:p>
    <w:p>
      <w:r>
        <w:rPr>
          <w:rFonts w:ascii="Gentium Plus" w:hAnsi="Gentium Plus"/>
          <w:sz w:val="24"/>
        </w:rPr>
        <w:t>γῆρας εἶναι κρεῖττον ἢ πολλῶν: διαβάλλει τοὺς νέους ὁ ποιη‐ τὴς μὴ δυναμένους κατὰ τοὺς ἀρχαίους κωμῳδεῖν. ⸢κικίννους VΓ* [κοκκίνους LhAld] δὲ ἔλεγον τὰς περιεστεμμένας καὶ τετημελημένας τρίχας. VΓLhAld</w:t>
      </w:r>
    </w:p>
    <w:p>
      <w:r>
        <w:rPr>
          <w:rFonts w:ascii="Courier New" w:hAnsi="Courier New"/>
          <w:color w:val="555555"/>
          <w:sz w:val="20"/>
        </w:rPr>
        <w:t>[sch vesp 1068b]</w:t>
      </w:r>
    </w:p>
    <w:p>
      <w:r>
        <w:rPr>
          <w:rFonts w:ascii="Gentium Plus" w:hAnsi="Gentium Plus"/>
          <w:sz w:val="24"/>
        </w:rPr>
        <w:t>κοκκίνους νεανιῶν] τῶν περιεστεμμένων καὶ τετημελημένων τὰς τρίχας. Lh</w:t>
      </w:r>
    </w:p>
    <w:p>
      <w:r>
        <w:rPr>
          <w:rFonts w:ascii="Courier New" w:hAnsi="Courier New"/>
          <w:color w:val="555555"/>
          <w:sz w:val="20"/>
        </w:rPr>
        <w:t>[sch vesp 1070]</w:t>
      </w:r>
    </w:p>
    <w:p>
      <w:r>
        <w:rPr>
          <w:rFonts w:ascii="Gentium Plus" w:hAnsi="Gentium Plus"/>
          <w:sz w:val="24"/>
        </w:rPr>
        <w:t>καὶ σχῆμα: ⸢σχῆμα λέγει Γ τὴν σκευὴν καὶ τὸν κόσμον. VΓLhAld</w:t>
      </w:r>
    </w:p>
    <w:p>
      <w:r>
        <w:rPr>
          <w:rFonts w:ascii="Courier New" w:hAnsi="Courier New"/>
          <w:color w:val="555555"/>
          <w:sz w:val="20"/>
        </w:rPr>
        <w:t>[sch vesp 1071a]</w:t>
      </w:r>
    </w:p>
    <w:p>
      <w:r>
        <w:rPr>
          <w:rFonts w:ascii="Gentium Plus" w:hAnsi="Gentium Plus"/>
          <w:sz w:val="24"/>
        </w:rPr>
        <w:t>εἴ τις ὑμῶν ὦ θεαταί: τοῦτο ἔστιν ἐπίρρημα. τὸ δὲ ἐπίρρημα ὡς ἐπίπαν ὀκτωκαίδεκα στίχων ἢ ιβʹ ἢ ιϛʹ· ἐνθάδε δὲ κʹ. VΓAld</w:t>
      </w:r>
    </w:p>
    <w:p>
      <w:r>
        <w:rPr>
          <w:rFonts w:ascii="Courier New" w:hAnsi="Courier New"/>
          <w:color w:val="555555"/>
          <w:sz w:val="20"/>
        </w:rPr>
        <w:t>[sch vesp 1071b]</w:t>
      </w:r>
    </w:p>
    <w:p>
      <w:r>
        <w:rPr>
          <w:rFonts w:ascii="Gentium Plus" w:hAnsi="Gentium Plus"/>
          <w:sz w:val="24"/>
        </w:rPr>
        <w:t>εἴ τις ὑμῶν ὦ θεαταί: τὸ ἐπίρρημα ἐκ στίχων ἐστὶ τροχαϊκῶν τετραμέτρων καταληκτικῶν κʹ, ὧν τελευταῖος· μηδὲν ἀττικοῦ καλεῖσθαι σφηκὸς ἀνδρικώτερον. ἐπὶ τῷ τέλει διπλῆ ἔσω νενευκυῖα. Lh</w:t>
      </w:r>
    </w:p>
    <w:p>
      <w:r>
        <w:rPr>
          <w:rFonts w:ascii="Courier New" w:hAnsi="Courier New"/>
          <w:color w:val="555555"/>
          <w:sz w:val="20"/>
        </w:rPr>
        <w:t>[sch vesp 1071c]</w:t>
      </w:r>
    </w:p>
    <w:p>
      <w:r>
        <w:rPr>
          <w:rFonts w:ascii="Gentium Plus" w:hAnsi="Gentium Plus"/>
          <w:sz w:val="24"/>
        </w:rPr>
        <w:t>ἐπίρρημα (.) VΓ3lhcBAld στίχων κʹ. lhAld</w:t>
      </w:r>
    </w:p>
    <w:p>
      <w:r>
        <w:rPr>
          <w:rFonts w:ascii="Courier New" w:hAnsi="Courier New"/>
          <w:color w:val="555555"/>
          <w:sz w:val="20"/>
        </w:rPr>
        <w:t>[sch vesp 1072a]</w:t>
      </w:r>
    </w:p>
    <w:p>
      <w:r>
        <w:rPr>
          <w:rFonts w:ascii="Gentium Plus" w:hAnsi="Gentium Plus"/>
          <w:sz w:val="24"/>
        </w:rPr>
        <w:t>μιμούμενος τὸ σχῆμα τῶν σφηκῶν λέγει. ἀπολογούμενος οὖν φησιν. R</w:t>
      </w:r>
    </w:p>
    <w:p>
      <w:r>
        <w:rPr>
          <w:rFonts w:ascii="Courier New" w:hAnsi="Courier New"/>
          <w:color w:val="555555"/>
          <w:sz w:val="20"/>
        </w:rPr>
        <w:t>[sch vesp 1072b]</w:t>
      </w:r>
    </w:p>
    <w:p>
      <w:r>
        <w:rPr>
          <w:rFonts w:ascii="Gentium Plus" w:hAnsi="Gentium Plus"/>
          <w:sz w:val="24"/>
        </w:rPr>
        <w:t>διεσφηκωμένον: εἰς σφῆκας διεσκευασμένον. VΓLhAld ταῦτα δὲ πρὸς τὴν σκευήν, ἣν περι‐ έθετο ὁ χορὸς τὴν τῶν σφηκῶν ποικι‐</w:t>
      </w:r>
    </w:p>
    <w:p>
      <w:r>
        <w:rPr>
          <w:rFonts w:ascii="Courier New" w:hAnsi="Courier New"/>
          <w:color w:val="555555"/>
          <w:sz w:val="20"/>
        </w:rPr>
        <w:t>[sch vesp 1072b,col 2 (2)]</w:t>
      </w:r>
    </w:p>
    <w:p>
      <w:r>
        <w:rPr>
          <w:rFonts w:ascii="Gentium Plus" w:hAnsi="Gentium Plus"/>
          <w:sz w:val="24"/>
        </w:rPr>
        <w:t>ὁ χορὸς πρὸς τὴν σκευήν, ἣν περι‐ έθετο τὴν τῶν σφηκῶν ποικιλίαν</w:t>
      </w:r>
    </w:p>
    <w:p>
      <w:r>
        <w:rPr>
          <w:rFonts w:ascii="Courier New" w:hAnsi="Courier New"/>
          <w:color w:val="555555"/>
          <w:sz w:val="20"/>
        </w:rPr>
        <w:t>[sch vesp 1072b (5)]</w:t>
      </w:r>
    </w:p>
    <w:p>
      <w:r>
        <w:rPr>
          <w:rFonts w:ascii="Gentium Plus" w:hAnsi="Gentium Plus"/>
          <w:sz w:val="24"/>
        </w:rPr>
        <w:t>περὶ τοῦ σχήματος ἀπολογούμενός(ος) (.) VΓLhAld φησιν. VΓAld</w:t>
      </w:r>
    </w:p>
    <w:p>
      <w:r>
        <w:rPr>
          <w:rFonts w:ascii="Courier New" w:hAnsi="Courier New"/>
          <w:color w:val="555555"/>
          <w:sz w:val="20"/>
        </w:rPr>
        <w:t>[sch vesp 1072c]</w:t>
      </w:r>
    </w:p>
    <w:p>
      <w:r>
        <w:rPr>
          <w:rFonts w:ascii="Gentium Plus" w:hAnsi="Gentium Plus"/>
          <w:sz w:val="24"/>
        </w:rPr>
        <w:t>διεσφηκωμένον: διαδεδεμένον. RVΓAld κρεῖττον δὲ “μέσον σφήκωμα φαινόμενον”. VΓAld ἔχουσι γὰρ ⸢περὶ τὰ μέσα Lh κεντρίδας ⸢ὡς</w:t>
      </w:r>
    </w:p>
    <w:p>
      <w:r>
        <w:rPr>
          <w:rFonts w:ascii="Courier New" w:hAnsi="Courier New"/>
          <w:color w:val="555555"/>
          <w:sz w:val="20"/>
        </w:rPr>
        <w:t>[sch vesp 1073]</w:t>
      </w:r>
    </w:p>
    <w:p>
      <w:r>
        <w:rPr>
          <w:rFonts w:ascii="Gentium Plus" w:hAnsi="Gentium Plus"/>
          <w:sz w:val="24"/>
        </w:rPr>
        <w:t>τῆς ἐγκεντρίδος] τοῦ κέντρου. VΓ3Lh</w:t>
      </w:r>
    </w:p>
    <w:p>
      <w:r>
        <w:rPr>
          <w:rFonts w:ascii="Courier New" w:hAnsi="Courier New"/>
          <w:color w:val="555555"/>
          <w:sz w:val="20"/>
        </w:rPr>
        <w:t>[sch vesp 1074a]</w:t>
      </w:r>
    </w:p>
    <w:p>
      <w:r>
        <w:rPr>
          <w:rFonts w:ascii="Gentium Plus" w:hAnsi="Gentium Plus"/>
          <w:sz w:val="24"/>
        </w:rPr>
        <w:t>ῥᾳδίως ἐγὼ διδάξω: ὁ στίχος Εὐριπίδου ἐκ Σθενεβοίας. VΓ3LhAld</w:t>
      </w:r>
    </w:p>
    <w:p>
      <w:r>
        <w:rPr>
          <w:rFonts w:ascii="Courier New" w:hAnsi="Courier New"/>
          <w:color w:val="555555"/>
          <w:sz w:val="20"/>
        </w:rPr>
        <w:t>[sch vesp 1074b]</w:t>
      </w:r>
    </w:p>
    <w:p>
      <w:r>
        <w:rPr>
          <w:rFonts w:ascii="Gentium Plus" w:hAnsi="Gentium Plus"/>
          <w:sz w:val="24"/>
        </w:rPr>
        <w:t>ἦ] τὸ “ἦ” ἀττικόν ἐστιν ἀντὶ τοῦ “ἦν” (.) LhAld, ὡς τὸ “ἦ παρ‐ εσκευασμένος” ἐν Πλούτῳ. Ald</w:t>
      </w:r>
    </w:p>
    <w:p>
      <w:r>
        <w:rPr>
          <w:rFonts w:ascii="Courier New" w:hAnsi="Courier New"/>
          <w:color w:val="555555"/>
          <w:sz w:val="20"/>
        </w:rPr>
        <w:t>[sch vesp 1075]</w:t>
      </w:r>
    </w:p>
    <w:p>
      <w:r>
        <w:rPr>
          <w:rFonts w:ascii="Gentium Plus" w:hAnsi="Gentium Plus"/>
          <w:sz w:val="24"/>
        </w:rPr>
        <w:t>τὸ ἐγγεγραμμένον. V</w:t>
      </w:r>
    </w:p>
    <w:p>
      <w:r>
        <w:rPr>
          <w:rFonts w:ascii="Courier New" w:hAnsi="Courier New"/>
          <w:color w:val="555555"/>
          <w:sz w:val="20"/>
        </w:rPr>
        <w:t>[sch vesp 1075,col 2]</w:t>
      </w:r>
    </w:p>
    <w:p>
      <w:r>
        <w:rPr>
          <w:rFonts w:ascii="Gentium Plus" w:hAnsi="Gentium Plus"/>
          <w:sz w:val="24"/>
        </w:rPr>
        <w:t>τοὐρροπύγιον] τὸ ἐγκεκεντρωμένον.</w:t>
      </w:r>
    </w:p>
    <w:p>
      <w:r>
        <w:rPr>
          <w:rFonts w:ascii="Courier New" w:hAnsi="Courier New"/>
          <w:color w:val="555555"/>
          <w:sz w:val="20"/>
        </w:rPr>
        <w:t>[sch vesp 1078a]</w:t>
      </w:r>
    </w:p>
    <w:p>
      <w:r>
        <w:rPr>
          <w:rFonts w:ascii="Gentium Plus" w:hAnsi="Gentium Plus"/>
          <w:sz w:val="24"/>
        </w:rPr>
        <w:t>ὁ βάρβαρος: τὴν ἐν Μαραθῶνι ⸢κατὰ τοῦ Δαρείου LhAld ⸢νίκην VLhAld [μάχην Γ3] λέγει. VΓ3LhAld</w:t>
      </w:r>
    </w:p>
    <w:p>
      <w:r>
        <w:rPr>
          <w:rFonts w:ascii="Courier New" w:hAnsi="Courier New"/>
          <w:color w:val="555555"/>
          <w:sz w:val="20"/>
        </w:rPr>
        <w:t>[sch vesp 1078b]</w:t>
      </w:r>
    </w:p>
    <w:p>
      <w:r>
        <w:rPr>
          <w:rFonts w:ascii="Gentium Plus" w:hAnsi="Gentium Plus"/>
          <w:sz w:val="24"/>
        </w:rPr>
        <w:t>συνεχῶς εἰσάγονται τῶν Μηδικῶν μεμνημένοι, ὥστε τὰ γενόμενα παίδων ὄντων ἑαυτοῖς ἀνατιθέναι ἐπὶ τῷ τοὺς νέους καταπλήττεσθαι. V</w:t>
      </w:r>
    </w:p>
    <w:p>
      <w:r>
        <w:rPr>
          <w:rFonts w:ascii="Courier New" w:hAnsi="Courier New"/>
          <w:color w:val="555555"/>
          <w:sz w:val="20"/>
        </w:rPr>
        <w:t>[sch vesp 1080a]</w:t>
      </w:r>
    </w:p>
    <w:p>
      <w:r>
        <w:rPr>
          <w:rFonts w:ascii="Gentium Plus" w:hAnsi="Gentium Plus"/>
          <w:sz w:val="24"/>
        </w:rPr>
        <w:t>τἀνθρήνια: νῦν τὰ τῶν σφηκῶν κηρία. RVΓLhAld κυρίως δὲ τὰ τῶν ⸢ἀνθρηνῶν V [ἀνθρήνων ΓAld] σμήνη. VΓAld ἀνθρήνας ⸢δὲ RVΓAld οἱ μὲν ⸢τὰς VΓLhAld μελίσσας ⸢φασίν Lh, οἱ δὲ ἕτερον ζῷον ⸢κηροποιὸν R [κηροποιοῦν VΓLhAld] ⸢παραπλήσιον RV [ὅμοιον ΓLhAld] σφηκί. RVΓ</w:t>
      </w:r>
    </w:p>
    <w:p>
      <w:r>
        <w:rPr>
          <w:rFonts w:ascii="Courier New" w:hAnsi="Courier New"/>
          <w:color w:val="555555"/>
          <w:sz w:val="20"/>
        </w:rPr>
        <w:t>[5]</w:t>
      </w:r>
    </w:p>
    <w:p>
      <w:r>
        <w:rPr>
          <w:rFonts w:ascii="Gentium Plus" w:hAnsi="Gentium Plus"/>
          <w:sz w:val="24"/>
        </w:rPr>
        <w:t>LhAld</w:t>
      </w:r>
    </w:p>
    <w:p>
      <w:r>
        <w:rPr>
          <w:rFonts w:ascii="Courier New" w:hAnsi="Courier New"/>
          <w:color w:val="555555"/>
          <w:sz w:val="20"/>
        </w:rPr>
        <w:t>[sch vesp 1080b]</w:t>
      </w:r>
    </w:p>
    <w:p>
      <w:r>
        <w:rPr>
          <w:rFonts w:ascii="Gentium Plus" w:hAnsi="Gentium Plus"/>
          <w:sz w:val="24"/>
        </w:rPr>
        <w:t>οἱ τόποι, ⸢ὅπου VΓAld [ἔνθα Lh] κατοικοῦσιν οἱ σφῆκες. δέον δὲ ἦν εἰπεῖν τὰς οἰκίας. VΓLhAld</w:t>
      </w:r>
    </w:p>
    <w:p>
      <w:r>
        <w:rPr>
          <w:rFonts w:ascii="Courier New" w:hAnsi="Courier New"/>
          <w:color w:val="555555"/>
          <w:sz w:val="20"/>
        </w:rPr>
        <w:t>[sch vesp 1081]</w:t>
      </w:r>
    </w:p>
    <w:p>
      <w:r>
        <w:rPr>
          <w:rFonts w:ascii="Gentium Plus" w:hAnsi="Gentium Plus"/>
          <w:sz w:val="24"/>
        </w:rPr>
        <w:t>τοῦτο Ἀχαιοῦ, ἀπὸ τοῦ Μώμου δράματος. V</w:t>
      </w:r>
    </w:p>
    <w:p>
      <w:r>
        <w:rPr>
          <w:rFonts w:ascii="Courier New" w:hAnsi="Courier New"/>
          <w:color w:val="555555"/>
          <w:sz w:val="20"/>
        </w:rPr>
        <w:t>[sch vesp 1082]</w:t>
      </w:r>
    </w:p>
    <w:p>
      <w:r>
        <w:rPr>
          <w:rFonts w:ascii="Gentium Plus" w:hAnsi="Gentium Plus"/>
          <w:sz w:val="24"/>
        </w:rPr>
        <w:t>θυμὸν ὀξίνην: ⸢ἀντὶ τοῦ LhAld “ὀργὴν δριμεῖαν ἔχοντες.” Γ3 LhAld</w:t>
      </w:r>
    </w:p>
    <w:p>
      <w:r>
        <w:rPr>
          <w:rFonts w:ascii="Courier New" w:hAnsi="Courier New"/>
          <w:color w:val="555555"/>
          <w:sz w:val="20"/>
        </w:rPr>
        <w:t>[sch vesp 1083]</w:t>
      </w:r>
    </w:p>
    <w:p>
      <w:r>
        <w:rPr>
          <w:rFonts w:ascii="Gentium Plus" w:hAnsi="Gentium Plus"/>
          <w:sz w:val="24"/>
        </w:rPr>
        <w:t>τὴν χελύνην ἐσθίων: ⸢ἀντὶ τοῦ VΓAld τὰ χείλη· οἱ γὰρ ὀργιζό‐ μενοι ⸢ἐνδάκνουσι VΓAld [δάκνουσι RLh] τὰ χείλη. RVΓLhAld</w:t>
      </w:r>
    </w:p>
    <w:p>
      <w:r>
        <w:rPr>
          <w:rFonts w:ascii="Courier New" w:hAnsi="Courier New"/>
          <w:color w:val="555555"/>
          <w:sz w:val="20"/>
        </w:rPr>
        <w:t>[sch vesp 1084a]</w:t>
      </w:r>
    </w:p>
    <w:p>
      <w:r>
        <w:rPr>
          <w:rFonts w:ascii="Gentium Plus" w:hAnsi="Gentium Plus"/>
          <w:sz w:val="24"/>
        </w:rPr>
        <w:t>ὑπὸ δὲ τῶν τοξευμάτων: τῶν πεμπομένων ὑπὸ τῶν βαρβάρων.</w:t>
      </w:r>
    </w:p>
    <w:p>
      <w:r>
        <w:rPr>
          <w:rFonts w:ascii="Courier New" w:hAnsi="Courier New"/>
          <w:color w:val="555555"/>
          <w:sz w:val="20"/>
        </w:rPr>
        <w:t>[sch vesp 1084a,col 2 (3)]</w:t>
      </w:r>
    </w:p>
    <w:p>
      <w:r>
        <w:rPr>
          <w:rFonts w:ascii="Gentium Plus" w:hAnsi="Gentium Plus"/>
          <w:sz w:val="24"/>
        </w:rPr>
        <w:t>φασίν, ὅτι Λεωνίδας, ὁ τῶν Λακε‐</w:t>
      </w:r>
    </w:p>
    <w:p>
      <w:r>
        <w:rPr>
          <w:rFonts w:ascii="Courier New" w:hAnsi="Courier New"/>
          <w:color w:val="555555"/>
          <w:sz w:val="20"/>
        </w:rPr>
        <w:t>[sch vesp 1084a (5)]</w:t>
      </w:r>
    </w:p>
    <w:p>
      <w:r>
        <w:rPr>
          <w:rFonts w:ascii="Gentium Plus" w:hAnsi="Gentium Plus"/>
          <w:sz w:val="24"/>
        </w:rPr>
        <w:t>τῷ ⸢γοῦν VΓAld ἀπαγγείλαντι VΓLhAld, ὡς ὑπὸ τῶν τοξευμάτων τῶν βαρ‐ βάρων οὐκ ἦν ἰδεῖν τὸν οὐρανόν, LhAld Λεωνίδας, ὁ τῶν Λακεδαιμονίων στρατηγός, VΓAld εἶπεν· “ἀγαθὰ ἀγγέλλεις, ὦ ξένε, ⸢εἰ VΓ ὑπὸ σκιὰν μαχούμεθα”. VΓLhAld</w:t>
      </w:r>
    </w:p>
    <w:p>
      <w:r>
        <w:rPr>
          <w:rFonts w:ascii="Courier New" w:hAnsi="Courier New"/>
          <w:color w:val="555555"/>
          <w:sz w:val="20"/>
        </w:rPr>
        <w:t>[sch vesp 1084b]</w:t>
      </w:r>
    </w:p>
    <w:p>
      <w:r>
        <w:rPr>
          <w:rFonts w:ascii="Gentium Plus" w:hAnsi="Gentium Plus"/>
          <w:sz w:val="24"/>
        </w:rPr>
        <w:t>τῶν τοξευμάτων] τῶν τοξοτῶν. Γ3</w:t>
      </w:r>
    </w:p>
    <w:p>
      <w:r>
        <w:rPr>
          <w:rFonts w:ascii="Courier New" w:hAnsi="Courier New"/>
          <w:color w:val="555555"/>
          <w:sz w:val="20"/>
        </w:rPr>
        <w:t>[sch vesp 1085]</w:t>
      </w:r>
    </w:p>
    <w:p>
      <w:r>
        <w:rPr>
          <w:rFonts w:ascii="Gentium Plus" w:hAnsi="Gentium Plus"/>
          <w:sz w:val="24"/>
        </w:rPr>
        <w:t>ἀπεωσάμεσθα] γρ. ἐσωζόμεσθα. Γ3</w:t>
      </w:r>
    </w:p>
    <w:p>
      <w:r>
        <w:rPr>
          <w:rFonts w:ascii="Courier New" w:hAnsi="Courier New"/>
          <w:color w:val="555555"/>
          <w:sz w:val="20"/>
        </w:rPr>
        <w:t>[sch vesp 1086a]</w:t>
      </w:r>
    </w:p>
    <w:p>
      <w:r>
        <w:rPr>
          <w:rFonts w:ascii="Gentium Plus" w:hAnsi="Gentium Plus"/>
          <w:sz w:val="24"/>
        </w:rPr>
        <w:t>γλαῦξ: τὸ ⸢γλαῦκα V [γλαῦξ ΓLhAld] ὄνομα ⸢φησὶν Εὐφρόνιος, ὅτι V [, Εὐφρόνιός φησιν, LhAld] Ἀττικοὶ μὲν περισπῶσιν, οἱ δὲ Δωριεῖς ὀξύνουσιν. VΓLhAld ⸢γλαῦκα δὲ VΓAld τὴν Ἀθηνᾶν (.) RVΓAld καλεῖ. R</w:t>
      </w:r>
    </w:p>
    <w:p>
      <w:r>
        <w:rPr>
          <w:rFonts w:ascii="Courier New" w:hAnsi="Courier New"/>
          <w:color w:val="555555"/>
          <w:sz w:val="20"/>
        </w:rPr>
        <w:t>[sch vesp 1086b]</w:t>
      </w:r>
    </w:p>
    <w:p>
      <w:r>
        <w:rPr>
          <w:rFonts w:ascii="Gentium Plus" w:hAnsi="Gentium Plus"/>
          <w:sz w:val="24"/>
        </w:rPr>
        <w:t>φασὶ κατὰ τὸ ἀληθὲς γλαῦκα διαπτᾶσθαι τὴν νίκην ⸢τῶν Ἀθηναίων V [τοῖς Ἀθηναίοις Γ</w:t>
      </w:r>
    </w:p>
    <w:p>
      <w:r>
        <w:rPr>
          <w:rFonts w:ascii="Courier New" w:hAnsi="Courier New"/>
          <w:color w:val="555555"/>
          <w:sz w:val="20"/>
        </w:rPr>
        <w:t>[sch vesp 1086b,col 2]</w:t>
      </w:r>
    </w:p>
    <w:p>
      <w:r>
        <w:rPr>
          <w:rFonts w:ascii="Gentium Plus" w:hAnsi="Gentium Plus"/>
          <w:sz w:val="24"/>
        </w:rPr>
        <w:t>φασὶ δέ, ὅτι πρὸ τῆς ἐν Μαραθῶνι μάχης γλαῦξ περιίπτατο τοὺς Ἀθη‐ ναίους τὴν νίκην αὐτοῖς προμηνύ‐ ουσα· τῇ Ἀθηνᾷ γὰρ τὸ ὄρνεον</w:t>
      </w:r>
    </w:p>
    <w:p>
      <w:r>
        <w:rPr>
          <w:rFonts w:ascii="Courier New" w:hAnsi="Courier New"/>
          <w:color w:val="555555"/>
          <w:sz w:val="20"/>
        </w:rPr>
        <w:t>[5]</w:t>
      </w:r>
    </w:p>
    <w:p>
      <w:r>
        <w:rPr>
          <w:rFonts w:ascii="Gentium Plus" w:hAnsi="Gentium Plus"/>
          <w:sz w:val="24"/>
        </w:rPr>
        <w:t>ἀντίκειται. Lh</w:t>
      </w:r>
    </w:p>
    <w:p>
      <w:r>
        <w:rPr>
          <w:rFonts w:ascii="Courier New" w:hAnsi="Courier New"/>
          <w:color w:val="555555"/>
          <w:sz w:val="20"/>
        </w:rPr>
        <w:t>[sch vesp 1087a]</w:t>
      </w:r>
    </w:p>
    <w:p>
      <w:r>
        <w:rPr>
          <w:rFonts w:ascii="Gentium Plus" w:hAnsi="Gentium Plus"/>
          <w:sz w:val="24"/>
        </w:rPr>
        <w:t>ἑπόμεσθα] ἐδιώκομεν. Γ3Lh</w:t>
      </w:r>
    </w:p>
    <w:p>
      <w:r>
        <w:rPr>
          <w:rFonts w:ascii="Courier New" w:hAnsi="Courier New"/>
          <w:color w:val="555555"/>
          <w:sz w:val="20"/>
        </w:rPr>
        <w:t>[sch vesp 1087b]</w:t>
      </w:r>
    </w:p>
    <w:p>
      <w:r>
        <w:rPr>
          <w:rFonts w:ascii="Gentium Plus" w:hAnsi="Gentium Plus"/>
          <w:sz w:val="24"/>
        </w:rPr>
        <w:t>θυννάζοντες: κεντοῦντες (.) RVΓLhAld ὡς τοὺς θύννους ⸢τοῖς τριόδουσι V*ΓAld [τῇ τριαίνῃ Lh]· μεταφορικῶς. VΓLhAld</w:t>
      </w:r>
    </w:p>
    <w:p>
      <w:r>
        <w:rPr>
          <w:rFonts w:ascii="Courier New" w:hAnsi="Courier New"/>
          <w:color w:val="555555"/>
          <w:sz w:val="20"/>
        </w:rPr>
        <w:t>[sch vesp 1087c]</w:t>
      </w:r>
    </w:p>
    <w:p>
      <w:r>
        <w:rPr>
          <w:rFonts w:ascii="Gentium Plus" w:hAnsi="Gentium Plus"/>
          <w:sz w:val="24"/>
        </w:rPr>
        <w:t>θυλάκους: ⸢θυλάκους φασὶν εἶναι VΓAld εἴδη βρακίων παρὰ Πέρσαις. VΓLhAld</w:t>
      </w:r>
    </w:p>
    <w:p>
      <w:r>
        <w:rPr>
          <w:rFonts w:ascii="Courier New" w:hAnsi="Courier New"/>
          <w:color w:val="555555"/>
          <w:sz w:val="20"/>
        </w:rPr>
        <w:t>[sch vesp 1087d]</w:t>
      </w:r>
    </w:p>
    <w:p>
      <w:r>
        <w:rPr>
          <w:rFonts w:ascii="Gentium Plus" w:hAnsi="Gentium Plus"/>
          <w:sz w:val="24"/>
        </w:rPr>
        <w:t>“θυννάζοντες εἰς τοὺς θυλάκους” ΓAld ἀντὶ τοῦ εἰσπηδῶντες εἰς τὰς ἀναξυρίδας. VΓAld “θυλάκους” γὰρ τὰ περὶ τοῖς σκέλεσι καὶ τοῖς μηροῖς περσικά. RVΓAld</w:t>
      </w:r>
    </w:p>
    <w:p>
      <w:r>
        <w:rPr>
          <w:rFonts w:ascii="Courier New" w:hAnsi="Courier New"/>
          <w:color w:val="555555"/>
          <w:sz w:val="20"/>
        </w:rPr>
        <w:t>[sch vesp 1088]</w:t>
      </w:r>
    </w:p>
    <w:p>
      <w:r>
        <w:rPr>
          <w:rFonts w:ascii="Gentium Plus" w:hAnsi="Gentium Plus"/>
          <w:sz w:val="24"/>
        </w:rPr>
        <w:t>κεντούμενοι: τοῦτο πρὸς τὴν τῶν σφηκῶν ὁμοιότητα. Γ3LhAld</w:t>
      </w:r>
    </w:p>
    <w:p>
      <w:r>
        <w:rPr>
          <w:rFonts w:ascii="Courier New" w:hAnsi="Courier New"/>
          <w:color w:val="555555"/>
          <w:sz w:val="20"/>
        </w:rPr>
        <w:t>[sch vesp 1090]</w:t>
      </w:r>
    </w:p>
    <w:p>
      <w:r>
        <w:rPr>
          <w:rFonts w:ascii="Gentium Plus" w:hAnsi="Gentium Plus"/>
          <w:sz w:val="24"/>
        </w:rPr>
        <w:t>&lt; Ald</w:t>
      </w:r>
    </w:p>
    <w:p>
      <w:r>
        <w:rPr>
          <w:rFonts w:ascii="Courier New" w:hAnsi="Courier New"/>
          <w:color w:val="555555"/>
          <w:sz w:val="20"/>
        </w:rPr>
        <w:t>[sch vesp 1091a]</w:t>
      </w:r>
    </w:p>
    <w:p>
      <w:r>
        <w:rPr>
          <w:rFonts w:ascii="Gentium Plus" w:hAnsi="Gentium Plus"/>
          <w:sz w:val="24"/>
        </w:rPr>
        <w:t>ἆρα δεινὸς ἦ τόθ’: ἡ ἀντῳδὴ καὶ ἀντιστροφὴ ὁμοία ἐστὶ τῇ ᾠδῇ· καὶ αὕτη γὰρ κώλων καὶ στίχων ἐστὶ ιαʹ, καὶ τὰ μὲν τροχαϊκά, τὰ δὲ ἔχει ἰαμβικά, πλὴν ἐν τῷ ζʹ κώλῳ τὸν γʹ ἔχει πόδα χορεῖον ⸢ἤτοι τρίβραχυν Lh. ἐπὶ τῷ τέλει ⸢αἱ συνήθεις Ald δύο διπλαῖ (.) LhAld ⸢ἔξω νενευκυῖαι, ἡ μὲν ἐν</w:t>
      </w:r>
    </w:p>
    <w:p>
      <w:r>
        <w:rPr>
          <w:rFonts w:ascii="Courier New" w:hAnsi="Courier New"/>
          <w:color w:val="555555"/>
          <w:sz w:val="20"/>
        </w:rPr>
        <w:t>[5]</w:t>
      </w:r>
    </w:p>
    <w:p>
      <w:r>
        <w:rPr>
          <w:rFonts w:ascii="Gentium Plus" w:hAnsi="Gentium Plus"/>
          <w:sz w:val="24"/>
        </w:rPr>
        <w:t>ἀρχῇ τοῦ κώλου, ἡ δὲ κατὰ τὸ τέλος. Lh</w:t>
      </w:r>
    </w:p>
    <w:p>
      <w:r>
        <w:rPr>
          <w:rFonts w:ascii="Courier New" w:hAnsi="Courier New"/>
          <w:color w:val="555555"/>
          <w:sz w:val="20"/>
        </w:rPr>
        <w:t>[sch vesp 1091b]</w:t>
      </w:r>
    </w:p>
    <w:p>
      <w:r>
        <w:rPr>
          <w:rFonts w:ascii="Gentium Plus" w:hAnsi="Gentium Plus"/>
          <w:sz w:val="24"/>
        </w:rPr>
        <w:t>ἀντῳδὴ(ή) (.) VΓ3B ἡ</w:t>
      </w:r>
    </w:p>
    <w:p>
      <w:r>
        <w:rPr>
          <w:rFonts w:ascii="Courier New" w:hAnsi="Courier New"/>
          <w:color w:val="555555"/>
          <w:sz w:val="20"/>
        </w:rPr>
        <w:t>[sch vesp 1091b,col 2]</w:t>
      </w:r>
    </w:p>
    <w:p>
      <w:r>
        <w:rPr>
          <w:rFonts w:ascii="Gentium Plus" w:hAnsi="Gentium Plus"/>
          <w:sz w:val="24"/>
        </w:rPr>
        <w:t>ἀντῳδὴ(ή) (.) LhcAld καὶ ἀντι‐</w:t>
      </w:r>
    </w:p>
    <w:p>
      <w:r>
        <w:rPr>
          <w:rFonts w:ascii="Courier New" w:hAnsi="Courier New"/>
          <w:color w:val="555555"/>
          <w:sz w:val="20"/>
        </w:rPr>
        <w:t>[sch vesp 1091c]</w:t>
      </w:r>
    </w:p>
    <w:p>
      <w:r>
        <w:rPr>
          <w:rFonts w:ascii="Gentium Plus" w:hAnsi="Gentium Plus"/>
          <w:sz w:val="24"/>
        </w:rPr>
        <w:t>ἄρα δεινὸς ἦ τόθ’: τὸ “ἦ” κατὰ κρᾶσιν τοῦ ἔα ἀντὶ τοῦ</w:t>
      </w:r>
    </w:p>
    <w:p>
      <w:r>
        <w:rPr>
          <w:rFonts w:ascii="Courier New" w:hAnsi="Courier New"/>
          <w:color w:val="555555"/>
          <w:sz w:val="20"/>
        </w:rPr>
        <w:t>[sch vesp 1091c,col 2]</w:t>
      </w:r>
    </w:p>
    <w:p>
      <w:r>
        <w:rPr>
          <w:rFonts w:ascii="Gentium Plus" w:hAnsi="Gentium Plus"/>
          <w:sz w:val="24"/>
        </w:rPr>
        <w:t>ἀπὸ τοῦ ἔα κατὰ κρᾶσιν ἦ ἀντὶ τοῦ</w:t>
      </w:r>
    </w:p>
    <w:p>
      <w:r>
        <w:rPr>
          <w:rFonts w:ascii="Courier New" w:hAnsi="Courier New"/>
          <w:color w:val="555555"/>
          <w:sz w:val="20"/>
        </w:rPr>
        <w:t>[sch vesp 1094]</w:t>
      </w:r>
    </w:p>
    <w:p>
      <w:r>
        <w:rPr>
          <w:rFonts w:ascii="Gentium Plus" w:hAnsi="Gentium Plus"/>
          <w:sz w:val="24"/>
        </w:rPr>
        <w:t>ὅπως] τὸ ἑξῆς “οὐ γὰρ</w:t>
      </w:r>
    </w:p>
    <w:p>
      <w:r>
        <w:rPr>
          <w:rFonts w:ascii="Courier New" w:hAnsi="Courier New"/>
          <w:color w:val="555555"/>
          <w:sz w:val="20"/>
        </w:rPr>
        <w:t>[sch vesp 1094,col 2]</w:t>
      </w:r>
    </w:p>
    <w:p>
      <w:r>
        <w:rPr>
          <w:rFonts w:ascii="Gentium Plus" w:hAnsi="Gentium Plus"/>
          <w:sz w:val="24"/>
        </w:rPr>
        <w:t>οὐ γὰρ ἦν ἡμῖν: “φροντίς”· ἐν‐ ταῦθα γὰρ συνάπτεται. LhAld</w:t>
      </w:r>
    </w:p>
    <w:p>
      <w:r>
        <w:rPr>
          <w:rFonts w:ascii="Courier New" w:hAnsi="Courier New"/>
          <w:color w:val="555555"/>
          <w:sz w:val="20"/>
        </w:rPr>
        <w:t>[sch vesp 1095a]</w:t>
      </w:r>
    </w:p>
    <w:p>
      <w:r>
        <w:rPr>
          <w:rFonts w:ascii="Gentium Plus" w:hAnsi="Gentium Plus"/>
          <w:sz w:val="24"/>
        </w:rPr>
        <w:t>ῥῆσιν εὖ λέξειν: ὡς οἱ νῦν ἀσκοῦσι μόνον τὸ εὖ λέγειν, οὐ τὰ πολεμικά. VΓLhAld</w:t>
      </w:r>
    </w:p>
    <w:p>
      <w:r>
        <w:rPr>
          <w:rFonts w:ascii="Courier New" w:hAnsi="Courier New"/>
          <w:color w:val="555555"/>
          <w:sz w:val="20"/>
        </w:rPr>
        <w:t>[sch vesp 1095b]</w:t>
      </w:r>
    </w:p>
    <w:p>
      <w:r>
        <w:rPr>
          <w:rFonts w:ascii="Gentium Plus" w:hAnsi="Gentium Plus"/>
          <w:sz w:val="24"/>
        </w:rPr>
        <w:t>ἐνταῦθα καθάπτεται τῶν ἀσκούντων μόνον τὸ εὖ λέγειν καὶ πᾶσαν τὴν σπουδὴν περὶ τοῦτο τιθεμένων, τὰ πολεμικὰ δὲ ἀθετούντων. Lh</w:t>
      </w:r>
    </w:p>
    <w:p>
      <w:r>
        <w:rPr>
          <w:rFonts w:ascii="Courier New" w:hAnsi="Courier New"/>
          <w:color w:val="555555"/>
          <w:sz w:val="20"/>
        </w:rPr>
        <w:t>[sch vesp 1099]</w:t>
      </w:r>
    </w:p>
    <w:p>
      <w:r>
        <w:rPr>
          <w:rFonts w:ascii="Gentium Plus" w:hAnsi="Gentium Plus"/>
          <w:sz w:val="24"/>
        </w:rPr>
        <w:t>Μήδων ἑλόντες: ἴσως ὑπὸ Μήδους γενομένας, Ἀθηναίων ⸢δὲ Γ [οὔσας Lh] τὸ πρίν. ΓLhAld</w:t>
      </w:r>
    </w:p>
    <w:p>
      <w:r>
        <w:rPr>
          <w:rFonts w:ascii="Courier New" w:hAnsi="Courier New"/>
          <w:color w:val="555555"/>
          <w:sz w:val="20"/>
        </w:rPr>
        <w:t>[sch vesp 1101]</w:t>
      </w:r>
    </w:p>
    <w:p>
      <w:r>
        <w:rPr>
          <w:rFonts w:ascii="Gentium Plus" w:hAnsi="Gentium Plus"/>
          <w:sz w:val="24"/>
        </w:rPr>
        <w:t>〈 〉 lhAld</w:t>
      </w:r>
    </w:p>
    <w:p>
      <w:r>
        <w:rPr>
          <w:rFonts w:ascii="Courier New" w:hAnsi="Courier New"/>
          <w:color w:val="555555"/>
          <w:sz w:val="20"/>
        </w:rPr>
        <w:t>[sch vesp 1102a]</w:t>
      </w:r>
    </w:p>
    <w:p>
      <w:r>
        <w:rPr>
          <w:rFonts w:ascii="Gentium Plus" w:hAnsi="Gentium Plus"/>
          <w:sz w:val="24"/>
        </w:rPr>
        <w:t>πολλαχοῦ σκοποῦντες: τὸ ἀντεπίρρημα ὅμοιόν ἐστι τῷ ἐπιρρή‐ ματι· καὶ τοῦτο ⸢γὰρ Lh ἐκ ⸢τῶν εἰωθότων Ald στίχων ⸢ἐστὶ Lh τροχαϊκῶν ⸢τετραμέτρων καταληκτικῶν κʹ, ὧν τελευταῖος ὅστις ἂν μὴ ῎χῃ τὸ κέντρον, μὴ φέρειν τριώβολον.</w:t>
      </w:r>
    </w:p>
    <w:p>
      <w:r>
        <w:rPr>
          <w:rFonts w:ascii="Courier New" w:hAnsi="Courier New"/>
          <w:color w:val="555555"/>
          <w:sz w:val="20"/>
        </w:rPr>
        <w:t>[5]</w:t>
      </w:r>
    </w:p>
    <w:p>
      <w:r>
        <w:rPr>
          <w:rFonts w:ascii="Gentium Plus" w:hAnsi="Gentium Plus"/>
          <w:sz w:val="24"/>
        </w:rPr>
        <w:t>Lh ⸢ἐπὶ τῷ τέλει Lh [· ὑφ’ ὃ Ald] διπλῆ ἔξω νενευκυῖα. LhAld</w:t>
      </w:r>
    </w:p>
    <w:p>
      <w:r>
        <w:rPr>
          <w:rFonts w:ascii="Courier New" w:hAnsi="Courier New"/>
          <w:color w:val="555555"/>
          <w:sz w:val="20"/>
        </w:rPr>
        <w:t>[sch vesp 1102b]</w:t>
      </w:r>
    </w:p>
    <w:p>
      <w:r>
        <w:rPr>
          <w:rFonts w:ascii="Gentium Plus" w:hAnsi="Gentium Plus"/>
          <w:sz w:val="24"/>
        </w:rPr>
        <w:t>ἀντεπίρρημα VΓ3lhcBAld ⸢χοροῦ c (.) στίχων κʹ. lhAld</w:t>
      </w:r>
    </w:p>
    <w:p>
      <w:r>
        <w:rPr>
          <w:rFonts w:ascii="Courier New" w:hAnsi="Courier New"/>
          <w:color w:val="555555"/>
          <w:sz w:val="20"/>
        </w:rPr>
        <w:t>[sch vesp 1107]</w:t>
      </w:r>
    </w:p>
    <w:p>
      <w:r>
        <w:rPr>
          <w:rFonts w:ascii="Gentium Plus" w:hAnsi="Gentium Plus"/>
          <w:sz w:val="24"/>
        </w:rPr>
        <w:t>τ`ἀνθρήνια] τὰ κηρία. Lh</w:t>
      </w:r>
    </w:p>
    <w:p>
      <w:r>
        <w:rPr>
          <w:rFonts w:ascii="Courier New" w:hAnsi="Courier New"/>
          <w:color w:val="555555"/>
          <w:sz w:val="20"/>
        </w:rPr>
        <w:t>[sch vesp 1108a]</w:t>
      </w:r>
    </w:p>
    <w:p>
      <w:r>
        <w:rPr>
          <w:rFonts w:ascii="Gentium Plus" w:hAnsi="Gentium Plus"/>
          <w:sz w:val="24"/>
        </w:rPr>
        <w:t>οἱ δὲ παρὰ τοὺς ἕνδεκα: ἐτήρουν ⸢οἵδε V [οὗτοι ΓLhAld] τοὺς δεδεμένους. VΓLhAld οὗτοι δὲ νῦν θεσμοφύλακες καλοῦν‐</w:t>
      </w:r>
    </w:p>
    <w:p>
      <w:r>
        <w:rPr>
          <w:rFonts w:ascii="Courier New" w:hAnsi="Courier New"/>
          <w:color w:val="555555"/>
          <w:sz w:val="20"/>
        </w:rPr>
        <w:t>[sch vesp 1108a,col 2 (3)]</w:t>
      </w:r>
    </w:p>
    <w:p>
      <w:r>
        <w:rPr>
          <w:rFonts w:ascii="Gentium Plus" w:hAnsi="Gentium Plus"/>
          <w:sz w:val="24"/>
        </w:rPr>
        <w:t>ἐκαλοῦντο δὲ οὗτοι οἱ ἕνδεκα καὶ</w:t>
      </w:r>
    </w:p>
    <w:p>
      <w:r>
        <w:rPr>
          <w:rFonts w:ascii="Courier New" w:hAnsi="Courier New"/>
          <w:color w:val="555555"/>
          <w:sz w:val="20"/>
        </w:rPr>
        <w:t>[sch vesp 1108b]</w:t>
      </w:r>
    </w:p>
    <w:p>
      <w:r>
        <w:rPr>
          <w:rFonts w:ascii="Gentium Plus" w:hAnsi="Gentium Plus"/>
          <w:sz w:val="24"/>
        </w:rPr>
        <w:t>ἡ τῶν ἕνδεκα ἀρχὴ τοὺς μὲν ὁμολογοῦντας ⸢καὶ RVΓAld ἀνδραπο‐ διστὰς καὶ λωποδύτας θανάτῳ ἐκόλαζον, τοὺς δὲ ἀρνουμένους εἰς δικαστήριον εἰσῆγον. RVΓLhAld εἰσῆγον δὲ καὶ τὰς ἐνδείξεις. VΓLhAld ἔνδειξις δέ ἐστι δίκη, RVΓLhAld</w:t>
      </w:r>
    </w:p>
    <w:p>
      <w:r>
        <w:rPr>
          <w:rFonts w:ascii="Courier New" w:hAnsi="Courier New"/>
          <w:color w:val="555555"/>
          <w:sz w:val="20"/>
        </w:rPr>
        <w:t>[5]</w:t>
      </w:r>
    </w:p>
    <w:p>
      <w:r>
        <w:rPr>
          <w:rFonts w:ascii="Gentium Plus" w:hAnsi="Gentium Plus"/>
          <w:sz w:val="24"/>
        </w:rPr>
        <w:t>ὥς φησιν ὁ Παλαμήδης, RVΓAld</w:t>
      </w:r>
    </w:p>
    <w:p>
      <w:r>
        <w:rPr>
          <w:rFonts w:ascii="Courier New" w:hAnsi="Courier New"/>
          <w:color w:val="555555"/>
          <w:sz w:val="20"/>
        </w:rPr>
        <w:t>[sch vesp 1108b,col 2 (5)]</w:t>
      </w:r>
    </w:p>
    <w:p>
      <w:r>
        <w:rPr>
          <w:rFonts w:ascii="Gentium Plus" w:hAnsi="Gentium Plus"/>
          <w:sz w:val="24"/>
        </w:rPr>
        <w:t>ἣν ἔθετο, ὥς φασιν, Παλαμήδης, Lh κατὰ τῶν τὰ δημόσια πωλούντων. RVΓLhAld</w:t>
      </w:r>
    </w:p>
    <w:p>
      <w:r>
        <w:rPr>
          <w:rFonts w:ascii="Courier New" w:hAnsi="Courier New"/>
          <w:color w:val="555555"/>
          <w:sz w:val="20"/>
        </w:rPr>
        <w:t>[sch vesp 1109a]</w:t>
      </w:r>
    </w:p>
    <w:p>
      <w:r>
        <w:rPr>
          <w:rFonts w:ascii="Gentium Plus" w:hAnsi="Gentium Plus"/>
          <w:sz w:val="24"/>
        </w:rPr>
        <w:t>οἱ δ’ ἐν Ὠιδείῳ: τόπος ⸢ἐστὶ VΓAld θεατροειδής, ἐν ᾧ ⸢εἰώθε‐ σαν V [εἰώθασι ΓLhAld] τὰ ποιήματα ἀπαγγέλλειν, πρὶν τῆς εἰς τὸ θέατρον ἀπαγγελίας. ⸢τοῦτο δὲ VΓAld [τὸ “ἐν Ὠιδείῳ δικάζουσι” Lh] φησι(ὶ) δεικνύς, ὅτι εἰς πάντα τόπον εὑρήσει τις δικαστὰς ἐν τῇ Ἀττικῇ. VΓLhAld</w:t>
      </w:r>
    </w:p>
    <w:p>
      <w:r>
        <w:rPr>
          <w:rFonts w:ascii="Courier New" w:hAnsi="Courier New"/>
          <w:color w:val="555555"/>
          <w:sz w:val="20"/>
        </w:rPr>
        <w:t>[sch vesp 1109b]</w:t>
      </w:r>
    </w:p>
    <w:p>
      <w:r>
        <w:rPr>
          <w:rFonts w:ascii="Gentium Plus" w:hAnsi="Gentium Plus"/>
          <w:sz w:val="24"/>
        </w:rPr>
        <w:t>τοῦτο οὐ πρὸς ἀλήθειαν, ἀλλὰ πρὸς τὸ πλῆθος τῶν δικῶν· τάχα δὲ καὶ τὰς διαίτας δηλοῖ. VΓLhAld</w:t>
      </w:r>
    </w:p>
    <w:p>
      <w:r>
        <w:rPr>
          <w:rFonts w:ascii="Courier New" w:hAnsi="Courier New"/>
          <w:color w:val="555555"/>
          <w:sz w:val="20"/>
        </w:rPr>
        <w:t>[sch vesp 1110a]</w:t>
      </w:r>
    </w:p>
    <w:p>
      <w:r>
        <w:rPr>
          <w:rFonts w:ascii="Gentium Plus" w:hAnsi="Gentium Plus"/>
          <w:sz w:val="24"/>
        </w:rPr>
        <w:t>ξυμβεβυσμένοι: πυκνώσαντες ἑαυτοὺς καὶ κάμψαντες διὰ τὸ</w:t>
      </w:r>
    </w:p>
    <w:p>
      <w:r>
        <w:rPr>
          <w:rFonts w:ascii="Courier New" w:hAnsi="Courier New"/>
          <w:color w:val="555555"/>
          <w:sz w:val="20"/>
        </w:rPr>
        <w:t>[sch vesp 1110b]</w:t>
      </w:r>
    </w:p>
    <w:p>
      <w:r>
        <w:rPr>
          <w:rFonts w:ascii="Gentium Plus" w:hAnsi="Gentium Plus"/>
          <w:sz w:val="24"/>
        </w:rPr>
        <w:t>τὸ “πυκνόν” πρὸς τὸ “ξυμβεβυσμένοι”. VΓLhAld παίοντες δὲ μόλις τῇ βακτηρίᾳ, ὡς ἂν γέροντες· ἢ ὑπὸ τοῦ συμπεπυκνῶσθαι. ἐδίδοντο δὲ ⸢καὶ ΓAld βακτηρίαι τοῖς δικασταῖς ὁμόχροοι τοῖς δικαστηρίοις, ὅπου ἑκάστους εἰσελθόντας δικάζειν ἔδει, ἵνα τὸν διαμαρτάνοντα ἀπελέγξῃ τὸ χρῶμα. VΓAld</w:t>
      </w:r>
    </w:p>
    <w:p>
      <w:r>
        <w:rPr>
          <w:rFonts w:ascii="Courier New" w:hAnsi="Courier New"/>
          <w:color w:val="555555"/>
          <w:sz w:val="20"/>
        </w:rPr>
        <w:t>[sch vesp 1111a]</w:t>
      </w:r>
    </w:p>
    <w:p>
      <w:r>
        <w:rPr>
          <w:rFonts w:ascii="Gentium Plus" w:hAnsi="Gentium Plus"/>
          <w:sz w:val="24"/>
        </w:rPr>
        <w:t>ὥσπερ οἱ σκώληκες ἐν κυττάροις: ⸢τουτέστιν VΓAld [ἤγουν Lh] ἠρέμα ⸢, ὡς οἱ σκώληκες, VΓAld διὰ τὸ γῆρας. VΓLhAld</w:t>
      </w:r>
    </w:p>
    <w:p>
      <w:r>
        <w:rPr>
          <w:rFonts w:ascii="Courier New" w:hAnsi="Courier New"/>
          <w:color w:val="555555"/>
          <w:sz w:val="20"/>
        </w:rPr>
        <w:t>[sch vesp 1111b]</w:t>
      </w:r>
    </w:p>
    <w:p>
      <w:r>
        <w:rPr>
          <w:rFonts w:ascii="Gentium Plus" w:hAnsi="Gentium Plus"/>
          <w:sz w:val="24"/>
        </w:rPr>
        <w:t>κύτταροι αἱ τῶν κηρίων κοιλότητες· ἔστι δὲ 〈καὶ〉 †ὁ ποικί‐ λος ὁ περικείμενος τοῖς† βαλάνοις.</w:t>
      </w:r>
    </w:p>
    <w:p>
      <w:r>
        <w:rPr>
          <w:rFonts w:ascii="Courier New" w:hAnsi="Courier New"/>
          <w:color w:val="555555"/>
          <w:sz w:val="20"/>
        </w:rPr>
        <w:t>[sch vesp 1111b,col 2]</w:t>
      </w:r>
    </w:p>
    <w:p>
      <w:r>
        <w:rPr>
          <w:rFonts w:ascii="Gentium Plus" w:hAnsi="Gentium Plus"/>
          <w:sz w:val="24"/>
        </w:rPr>
        <w:t>ταῖς τῶν κηρίων κοιλότησιν· οἱ δὲ τοῖς κλάδοις, ἐν οἷς ἐργάζονται τὴν</w:t>
      </w:r>
    </w:p>
    <w:p>
      <w:r>
        <w:rPr>
          <w:rFonts w:ascii="Courier New" w:hAnsi="Courier New"/>
          <w:color w:val="555555"/>
          <w:sz w:val="20"/>
        </w:rPr>
        <w:t>[sch vesp 1111c]</w:t>
      </w:r>
    </w:p>
    <w:p>
      <w:r>
        <w:rPr>
          <w:rFonts w:ascii="Gentium Plus" w:hAnsi="Gentium Plus"/>
          <w:sz w:val="24"/>
        </w:rPr>
        <w:t>⸢σφηκιαὶ V* [καὶ τῶν σφηκιῶν τὰ κοῖλα ΓAld] καὶ τὰ τῆς πεύκης καὶ ⟦τὰ⟧ τῆς πίτυος προανθοῦντα στροβίλια καὶ ὁ πυθμὴν καὶ ἡ κατάτρησις. οἱ δὲ καὶ τὰ ἐν τοῖς †κηροῖς† τρήματα ἢ ⟦τὰ⟧ κοῖλα ἄγγη καὶ τῶν αἰδοίων τὰς βαλάνους. VΓAld</w:t>
      </w:r>
    </w:p>
    <w:p>
      <w:r>
        <w:rPr>
          <w:rFonts w:ascii="Courier New" w:hAnsi="Courier New"/>
          <w:color w:val="555555"/>
          <w:sz w:val="20"/>
        </w:rPr>
        <w:t>[sch vesp 1111d]</w:t>
      </w:r>
    </w:p>
    <w:p>
      <w:r>
        <w:rPr>
          <w:rFonts w:ascii="Gentium Plus" w:hAnsi="Gentium Plus"/>
          <w:sz w:val="24"/>
        </w:rPr>
        <w:t>κύτταρος τὸ πῶμα (1) ... (2) πυελὶς (3) καὶ κατάτρησις ... (5) μυχαίτατον. (6) Θεόφραστος ... (11) ὥσπερ κύτταρον. (ex Su. s.v. κύτταρος</w:t>
      </w:r>
    </w:p>
    <w:p>
      <w:r>
        <w:rPr>
          <w:rFonts w:ascii="Courier New" w:hAnsi="Courier New"/>
          <w:color w:val="555555"/>
          <w:sz w:val="20"/>
        </w:rPr>
        <w:t>[sch vesp 1114a]</w:t>
      </w:r>
    </w:p>
    <w:p>
      <w:r>
        <w:rPr>
          <w:rFonts w:ascii="Gentium Plus" w:hAnsi="Gentium Plus"/>
          <w:sz w:val="24"/>
        </w:rPr>
        <w:t>ἀλλὰ γὰρ κηφῆνες: τοὺς ἐπὶ τοῦ βήματος λέγει ῥήτορας. ΓAld</w:t>
      </w:r>
    </w:p>
    <w:p>
      <w:r>
        <w:rPr>
          <w:rFonts w:ascii="Courier New" w:hAnsi="Courier New"/>
          <w:color w:val="555555"/>
          <w:sz w:val="20"/>
        </w:rPr>
        <w:t>[sch vesp 1114b]</w:t>
      </w:r>
    </w:p>
    <w:p>
      <w:r>
        <w:rPr>
          <w:rFonts w:ascii="Gentium Plus" w:hAnsi="Gentium Plus"/>
          <w:sz w:val="24"/>
        </w:rPr>
        <w:t>κηφῆνές εἰσιν οἱ ἄρσενες τῶν μελισσῶν, οἵτινες οὔτε κέντρα ἔχουσιν οὔτε κηρία ἐργάζονται, ἀλλὰ τὰ τῶν μελισσῶν ἔργα ἐσθίουσιν. VΓLhAld</w:t>
      </w:r>
    </w:p>
    <w:p>
      <w:r>
        <w:rPr>
          <w:rFonts w:ascii="Courier New" w:hAnsi="Courier New"/>
          <w:color w:val="555555"/>
          <w:sz w:val="20"/>
        </w:rPr>
        <w:t>[sch vesp 1114c]</w:t>
      </w:r>
    </w:p>
    <w:p>
      <w:r>
        <w:rPr>
          <w:rFonts w:ascii="Gentium Plus" w:hAnsi="Gentium Plus"/>
          <w:sz w:val="24"/>
        </w:rPr>
        <w:t>Ἡσίοδος κηφήνεσσι κοθούροις ἵκελος ὁρμήν, οἵτε μελισσάων κάματον τρύχουσιν ἀεργοὶ ἔσθοντες.</w:t>
      </w:r>
    </w:p>
    <w:p>
      <w:r>
        <w:rPr>
          <w:rFonts w:ascii="Courier New" w:hAnsi="Courier New"/>
          <w:color w:val="555555"/>
          <w:sz w:val="20"/>
        </w:rPr>
        <w:t>[sch vesp 1116a]</w:t>
      </w:r>
    </w:p>
    <w:p>
      <w:r>
        <w:rPr>
          <w:rFonts w:ascii="Gentium Plus" w:hAnsi="Gentium Plus"/>
          <w:sz w:val="24"/>
        </w:rPr>
        <w:t>ὡσανεὶ ἔφη τὸν γόνον τῶν μελισσῶν. R</w:t>
      </w:r>
    </w:p>
    <w:p>
      <w:r>
        <w:rPr>
          <w:rFonts w:ascii="Courier New" w:hAnsi="Courier New"/>
          <w:color w:val="555555"/>
          <w:sz w:val="20"/>
        </w:rPr>
        <w:t>[sch vesp 1116b]</w:t>
      </w:r>
    </w:p>
    <w:p>
      <w:r>
        <w:rPr>
          <w:rFonts w:ascii="Gentium Plus" w:hAnsi="Gentium Plus"/>
          <w:sz w:val="24"/>
        </w:rPr>
        <w:t>τὸν γόνον κατεσθίουσιν] ὡς οἱ κηφῆνες τῶν μελισσῶν. Lh</w:t>
      </w:r>
    </w:p>
    <w:p>
      <w:r>
        <w:rPr>
          <w:rFonts w:ascii="Courier New" w:hAnsi="Courier New"/>
          <w:color w:val="555555"/>
          <w:sz w:val="20"/>
        </w:rPr>
        <w:t>[sch vesp 1119]</w:t>
      </w:r>
    </w:p>
    <w:p>
      <w:r>
        <w:rPr>
          <w:rFonts w:ascii="Gentium Plus" w:hAnsi="Gentium Plus"/>
          <w:sz w:val="24"/>
        </w:rPr>
        <w:t>φλύκταιναν: φύσκαν ἐν τῇ χειρὶ ἐκ τοῦ κωπηλατεῖν. LhAld</w:t>
      </w:r>
    </w:p>
    <w:p>
      <w:r>
        <w:rPr>
          <w:rFonts w:ascii="Courier New" w:hAnsi="Courier New"/>
          <w:color w:val="555555"/>
          <w:sz w:val="20"/>
        </w:rPr>
        <w:t>[sch vesp 1120a]</w:t>
      </w:r>
    </w:p>
    <w:p>
      <w:r>
        <w:rPr>
          <w:rFonts w:ascii="Gentium Plus" w:hAnsi="Gentium Plus"/>
          <w:sz w:val="24"/>
        </w:rPr>
        <w:t>ἔμβραχυ: καθάπαξ· ἢ παντάπασι τὸ “ἔμβραχυ” ἀττικῇ συν‐ ηθείᾳ (.) RVΓAld οὐδὲν πλέον δηλοῦσα ἢ τὸ “βραχύ”, ὡς τὸ “ἐμφαγεῖν” τὸ “φαγεῖν” καὶ παρ’ Εὐριπίδῃ τὸ “ἐνδυστυχῆσαι” τὸ “δυστυχῆσαι”. VΓAld</w:t>
      </w:r>
    </w:p>
    <w:p>
      <w:r>
        <w:rPr>
          <w:rFonts w:ascii="Courier New" w:hAnsi="Courier New"/>
          <w:color w:val="555555"/>
          <w:sz w:val="20"/>
        </w:rPr>
        <w:t>[sch vesp 1120b]</w:t>
      </w:r>
    </w:p>
    <w:p>
      <w:r>
        <w:rPr>
          <w:rFonts w:ascii="Gentium Plus" w:hAnsi="Gentium Plus"/>
          <w:sz w:val="24"/>
        </w:rPr>
        <w:t>ἔμβραχυ] ἤγουν βραχύ. Lh</w:t>
      </w:r>
    </w:p>
    <w:p>
      <w:r>
        <w:rPr>
          <w:rFonts w:ascii="Courier New" w:hAnsi="Courier New"/>
          <w:color w:val="555555"/>
          <w:sz w:val="20"/>
        </w:rPr>
        <w:t>[sch vesp 1122a]</w:t>
      </w:r>
    </w:p>
    <w:p>
      <w:r>
        <w:rPr>
          <w:rFonts w:ascii="Gentium Plus" w:hAnsi="Gentium Plus"/>
          <w:sz w:val="24"/>
        </w:rPr>
        <w:t>οὔτοι ποτὲ ζῶν: καυνάκην ⸢ἀμφιάσαι VΓAld* [ἀμφιέσαι Lh] βούλεται τὸν πατέρα ὁ υἱὸς ἀφελόμενος τὸ τριβώνιον. VΓLhAld</w:t>
      </w:r>
    </w:p>
    <w:p>
      <w:r>
        <w:rPr>
          <w:rFonts w:ascii="Courier New" w:hAnsi="Courier New"/>
          <w:color w:val="555555"/>
          <w:sz w:val="20"/>
        </w:rPr>
        <w:t>[sch vesp 1122b]</w:t>
      </w:r>
    </w:p>
    <w:p>
      <w:r>
        <w:rPr>
          <w:rFonts w:ascii="Gentium Plus" w:hAnsi="Gentium Plus"/>
          <w:sz w:val="24"/>
        </w:rPr>
        <w:t>φησὶν ⸢οὖν ΓAld, ὅτι τὸν τρίβωνα οὐκ ἀφαιρῶ (.) RVΓAld ἐμαυτοῦ· τὸν γὰρ τρίβωνα περισπάσας θέλει αὐτὸν καυνάκην ἐνδῦσαι. καυνάκης δὲ χλαῖνα περσικὴ ἀλεεινή, παρὰ τὸ ἀλεαίνεσθαι. ὁ δὲ Παλαμήδης (·) VΓAld</w:t>
      </w:r>
    </w:p>
    <w:p>
      <w:r>
        <w:rPr>
          <w:rFonts w:ascii="Courier New" w:hAnsi="Courier New"/>
          <w:color w:val="555555"/>
          <w:sz w:val="20"/>
        </w:rPr>
        <w:t>[5]</w:t>
      </w:r>
    </w:p>
    <w:p>
      <w:r>
        <w:rPr>
          <w:rFonts w:ascii="Gentium Plus" w:hAnsi="Gentium Plus"/>
          <w:sz w:val="24"/>
        </w:rPr>
        <w:t>ὕφασμα μαλλοὺς ἔχον ἐκ τοῦ ἑτέρου</w:t>
      </w:r>
    </w:p>
    <w:p>
      <w:r>
        <w:rPr>
          <w:rFonts w:ascii="Courier New" w:hAnsi="Courier New"/>
          <w:color w:val="555555"/>
          <w:sz w:val="20"/>
        </w:rPr>
        <w:t>[sch vesp 1122b,col 2 (5)]</w:t>
      </w:r>
    </w:p>
    <w:p>
      <w:r>
        <w:rPr>
          <w:rFonts w:ascii="Gentium Plus" w:hAnsi="Gentium Plus"/>
          <w:sz w:val="24"/>
        </w:rPr>
        <w:t>“καυνάκης ἐστὶ περσικὸν ἱμά‐ τιον ἔχον ἐκ τοῦ ἑτέρου μέρους μαλλούς” (.) Γ?, LhAld, ὡς</w:t>
      </w:r>
    </w:p>
    <w:p>
      <w:r>
        <w:rPr>
          <w:rFonts w:ascii="Courier New" w:hAnsi="Courier New"/>
          <w:color w:val="555555"/>
          <w:sz w:val="20"/>
        </w:rPr>
        <w:t>[sch vesp 1122c]</w:t>
      </w:r>
    </w:p>
    <w:p>
      <w:r>
        <w:rPr>
          <w:rFonts w:ascii="Gentium Plus" w:hAnsi="Gentium Plus"/>
          <w:sz w:val="24"/>
        </w:rPr>
        <w:t>καυνάκης εἶδος (8) ... (10) ὅπλου, ὡς ἐν τοῖς ἑξῆς. (ex Su. s.v. καυνάκης, III 81, 8—10)</w:t>
      </w:r>
    </w:p>
    <w:p>
      <w:r>
        <w:rPr>
          <w:rFonts w:ascii="Courier New" w:hAnsi="Courier New"/>
          <w:color w:val="555555"/>
          <w:sz w:val="20"/>
        </w:rPr>
        <w:t>[sch vesp 1122d]</w:t>
      </w:r>
    </w:p>
    <w:p>
      <w:r>
        <w:rPr>
          <w:rFonts w:ascii="Gentium Plus" w:hAnsi="Gentium Plus"/>
          <w:sz w:val="24"/>
        </w:rPr>
        <w:t>τοῦτον] τὸν χίτωνα. Lh</w:t>
      </w:r>
    </w:p>
    <w:p>
      <w:r>
        <w:rPr>
          <w:rFonts w:ascii="Courier New" w:hAnsi="Courier New"/>
          <w:color w:val="555555"/>
          <w:sz w:val="20"/>
        </w:rPr>
        <w:t>[sch vesp 1124a]</w:t>
      </w:r>
    </w:p>
    <w:p>
      <w:r>
        <w:rPr>
          <w:rFonts w:ascii="Gentium Plus" w:hAnsi="Gentium Plus"/>
          <w:sz w:val="24"/>
        </w:rPr>
        <w:t>ὅθ’ ὁ βορέας: μήποτε RVΓLhAld ὁ διαφθείρας τὸν ἐπ’ Ἀρτεμισίῳ</w:t>
      </w:r>
    </w:p>
    <w:p>
      <w:r>
        <w:rPr>
          <w:rFonts w:ascii="Courier New" w:hAnsi="Courier New"/>
          <w:color w:val="555555"/>
          <w:sz w:val="20"/>
        </w:rPr>
        <w:t>[sch vesp 1124a,col 2 (2)]</w:t>
      </w:r>
    </w:p>
    <w:p>
      <w:r>
        <w:rPr>
          <w:rFonts w:ascii="Gentium Plus" w:hAnsi="Gentium Plus"/>
          <w:sz w:val="24"/>
        </w:rPr>
        <w:t>τὸν πνεύσαντά φησι βορέαν ἐπὶ τῷ Ἀρτεμισίῳ καὶ διαφθείραντα τὸν</w:t>
      </w:r>
    </w:p>
    <w:p>
      <w:r>
        <w:rPr>
          <w:rFonts w:ascii="Courier New" w:hAnsi="Courier New"/>
          <w:color w:val="555555"/>
          <w:sz w:val="20"/>
        </w:rPr>
        <w:t>[sch vesp 1124a (5)]</w:t>
      </w:r>
    </w:p>
    <w:p>
      <w:r>
        <w:rPr>
          <w:rFonts w:ascii="Gentium Plus" w:hAnsi="Gentium Plus"/>
          <w:sz w:val="24"/>
        </w:rPr>
        <w:t>καλῶς δὲ τὸ “ἐπεστρατεύσατο”· RVΓ πολὺς γὰρ ⸢ἐλθὼν RV [ἐπελθὼν LhAld] κατέδυσεν αὐτῶν τὰ σκάφη (.) RV, Γ?, LhAld βοηθῶν Ἀθηναίοις. V, Γ?, LhAld διὸ καλῶς τὸ “ἐπεστρατεύσατο”. Ald</w:t>
      </w:r>
    </w:p>
    <w:p>
      <w:r>
        <w:rPr>
          <w:rFonts w:ascii="Courier New" w:hAnsi="Courier New"/>
          <w:color w:val="555555"/>
          <w:sz w:val="20"/>
        </w:rPr>
        <w:t>[sch vesp 1124b]</w:t>
      </w:r>
    </w:p>
    <w:p>
      <w:r>
        <w:rPr>
          <w:rFonts w:ascii="Gentium Plus" w:hAnsi="Gentium Plus"/>
          <w:sz w:val="24"/>
        </w:rPr>
        <w:t>ἐπεστρατεύσατο] σφοδρῶς ἐπῆλθε τοῖς ἡμετέροις μαχεσόμενος σώμασιν. LhAld</w:t>
      </w:r>
    </w:p>
    <w:p>
      <w:r>
        <w:rPr>
          <w:rFonts w:ascii="Courier New" w:hAnsi="Courier New"/>
          <w:color w:val="555555"/>
          <w:sz w:val="20"/>
        </w:rPr>
        <w:t>[sch vesp 1126]</w:t>
      </w:r>
    </w:p>
    <w:p>
      <w:r>
        <w:rPr>
          <w:rFonts w:ascii="Gentium Plus" w:hAnsi="Gentium Plus"/>
          <w:sz w:val="24"/>
        </w:rPr>
        <w:t>οὐ γὰρ οὐδαμῶς μοι ξύμφορον: οὐ λυσιτελεῖ μοι, φησίν, πολυ‐ τελῆ ἀμφιέννυσθαι. RVΓLhAld ⸢καὶ γὰρ πρῴην VΓAld [ἤγουν Lh] ἰχθύδια ἐσθίων ὀπτὰ ⸢καταστάξαντος VAld [καταστάζοντος Γ*Lh] ζωμοῦ VΓLhAld ἐπὶ τὸ ἱμάτιον (.) RVΓLhAld τριώβολον ἔδωκα τῷ ⸢γναφεῖ VΓpc [κναφεῖ</w:t>
      </w:r>
    </w:p>
    <w:p>
      <w:r>
        <w:rPr>
          <w:rFonts w:ascii="Courier New" w:hAnsi="Courier New"/>
          <w:color w:val="555555"/>
          <w:sz w:val="20"/>
        </w:rPr>
        <w:t>[5]</w:t>
      </w:r>
    </w:p>
    <w:p>
      <w:r>
        <w:rPr>
          <w:rFonts w:ascii="Gentium Plus" w:hAnsi="Gentium Plus"/>
          <w:sz w:val="24"/>
        </w:rPr>
        <w:t>ΓacAld] μισθόν. VΓAld</w:t>
      </w:r>
    </w:p>
    <w:p>
      <w:r>
        <w:rPr>
          <w:rFonts w:ascii="Courier New" w:hAnsi="Courier New"/>
          <w:color w:val="555555"/>
          <w:sz w:val="20"/>
        </w:rPr>
        <w:t>[sch vesp 1128]</w:t>
      </w:r>
    </w:p>
    <w:p>
      <w:r>
        <w:rPr>
          <w:rFonts w:ascii="Gentium Plus" w:hAnsi="Gentium Plus"/>
          <w:sz w:val="24"/>
        </w:rPr>
        <w:t>τῷ κναφεῖ] τῷ πλύνοντι τὰ ἱμάτια. LhAld</w:t>
      </w:r>
    </w:p>
    <w:p>
      <w:r>
        <w:rPr>
          <w:rFonts w:ascii="Courier New" w:hAnsi="Courier New"/>
          <w:color w:val="555555"/>
          <w:sz w:val="20"/>
        </w:rPr>
        <w:t>[sch vesp 1130a]</w:t>
      </w:r>
    </w:p>
    <w:p>
      <w:r>
        <w:rPr>
          <w:rFonts w:ascii="Gentium Plus" w:hAnsi="Gentium Plus"/>
          <w:sz w:val="24"/>
        </w:rPr>
        <w:t>εὖ πο(ι)εῖν] ⸢ὥστε Γ3 ἐμέ (.) ΓLh σε εὖ ποιεῖν Γ3.</w:t>
      </w:r>
    </w:p>
    <w:p>
      <w:r>
        <w:rPr>
          <w:rFonts w:ascii="Courier New" w:hAnsi="Courier New"/>
          <w:color w:val="555555"/>
          <w:sz w:val="20"/>
        </w:rPr>
        <w:t>[sch vesp 1130b]</w:t>
      </w:r>
    </w:p>
    <w:p>
      <w:r>
        <w:rPr>
          <w:rFonts w:ascii="Gentium Plus" w:hAnsi="Gentium Plus"/>
          <w:sz w:val="24"/>
        </w:rPr>
        <w:t>ποιεῖν] κοινή. Lh</w:t>
      </w:r>
    </w:p>
    <w:p>
      <w:r>
        <w:rPr>
          <w:rFonts w:ascii="Courier New" w:hAnsi="Courier New"/>
          <w:color w:val="555555"/>
          <w:sz w:val="20"/>
        </w:rPr>
        <w:t>[sch vesp 1131]</w:t>
      </w:r>
    </w:p>
    <w:p>
      <w:r>
        <w:rPr>
          <w:rFonts w:ascii="Gentium Plus" w:hAnsi="Gentium Plus"/>
          <w:sz w:val="24"/>
        </w:rPr>
        <w:t>τὸν τρίβων’] τὸν δικαστικόν. Γ3Lh</w:t>
      </w:r>
    </w:p>
    <w:p>
      <w:r>
        <w:rPr>
          <w:rFonts w:ascii="Courier New" w:hAnsi="Courier New"/>
          <w:color w:val="555555"/>
          <w:sz w:val="20"/>
        </w:rPr>
        <w:t>[sch vesp 1132a]</w:t>
      </w:r>
    </w:p>
    <w:p>
      <w:r>
        <w:rPr>
          <w:rFonts w:ascii="Gentium Plus" w:hAnsi="Gentium Plus"/>
          <w:sz w:val="24"/>
        </w:rPr>
        <w:t>χλαῖναν] τὴν καυνάκην. Γ3</w:t>
      </w:r>
    </w:p>
    <w:p>
      <w:r>
        <w:rPr>
          <w:rFonts w:ascii="Courier New" w:hAnsi="Courier New"/>
          <w:color w:val="555555"/>
          <w:sz w:val="20"/>
        </w:rPr>
        <w:t>[sch vesp 1132b]</w:t>
      </w:r>
    </w:p>
    <w:p>
      <w:r>
        <w:rPr>
          <w:rFonts w:ascii="Gentium Plus" w:hAnsi="Gentium Plus"/>
          <w:sz w:val="24"/>
        </w:rPr>
        <w:t>τριβωνικῶς: ἐὰν μὲν “τριβωνικῶς”, VΓAld ὥσπερ τριβώνιον· ⸢ἐὰν δὲ “γεροντικῶς”, VΓAld [ἢ Lh] VΓLhAld ὡς πρέπει γέροντι (.) RVΓ LhAld τετριμμένῳ καὶ ἀσθενήσαντι. LhAld</w:t>
      </w:r>
    </w:p>
    <w:p>
      <w:r>
        <w:rPr>
          <w:rFonts w:ascii="Courier New" w:hAnsi="Courier New"/>
          <w:color w:val="555555"/>
          <w:sz w:val="20"/>
        </w:rPr>
        <w:t>[sch vesp 1133]</w:t>
      </w:r>
    </w:p>
    <w:p>
      <w:r>
        <w:rPr>
          <w:rFonts w:ascii="Gentium Plus" w:hAnsi="Gentium Plus"/>
          <w:sz w:val="24"/>
        </w:rPr>
        <w:t>φυτεύειν: γεννᾶν. LhAld</w:t>
      </w:r>
    </w:p>
    <w:p>
      <w:r>
        <w:rPr>
          <w:rFonts w:ascii="Courier New" w:hAnsi="Courier New"/>
          <w:color w:val="555555"/>
          <w:sz w:val="20"/>
        </w:rPr>
        <w:t>[sch vesp 1134a]</w:t>
      </w:r>
    </w:p>
    <w:p>
      <w:r>
        <w:rPr>
          <w:rFonts w:ascii="Gentium Plus" w:hAnsi="Gentium Plus"/>
          <w:sz w:val="24"/>
        </w:rPr>
        <w:t>ὑπὸ κρύους δηλονότι. R</w:t>
      </w:r>
    </w:p>
    <w:p>
      <w:r>
        <w:rPr>
          <w:rFonts w:ascii="Courier New" w:hAnsi="Courier New"/>
          <w:color w:val="555555"/>
          <w:sz w:val="20"/>
        </w:rPr>
        <w:t>[sch vesp 1134b]</w:t>
      </w:r>
    </w:p>
    <w:p>
      <w:r>
        <w:rPr>
          <w:rFonts w:ascii="Gentium Plus" w:hAnsi="Gentium Plus"/>
          <w:sz w:val="24"/>
        </w:rPr>
        <w:t>ἀποπνῖξαι: διὰ τὸ καῦμα τὸ ἀπὸ τῆς καυνάκης. VΓ3LhAld</w:t>
      </w:r>
    </w:p>
    <w:p>
      <w:r>
        <w:rPr>
          <w:rFonts w:ascii="Courier New" w:hAnsi="Courier New"/>
          <w:color w:val="555555"/>
          <w:sz w:val="20"/>
        </w:rPr>
        <w:t>[sch vesp 1136]</w:t>
      </w:r>
    </w:p>
    <w:p>
      <w:r>
        <w:rPr>
          <w:rFonts w:ascii="Gentium Plus" w:hAnsi="Gentium Plus"/>
          <w:sz w:val="24"/>
        </w:rPr>
        <w:t>τουτὶ τὸ κακὸν: τὸ καινόν, LhAld</w:t>
      </w:r>
    </w:p>
    <w:p>
      <w:r>
        <w:rPr>
          <w:rFonts w:ascii="Courier New" w:hAnsi="Courier New"/>
          <w:color w:val="555555"/>
          <w:sz w:val="20"/>
        </w:rPr>
        <w:t>[sch vesp 1136,col 2 (2)]</w:t>
      </w:r>
    </w:p>
    <w:p>
      <w:r>
        <w:rPr>
          <w:rFonts w:ascii="Gentium Plus" w:hAnsi="Gentium Plus"/>
          <w:sz w:val="24"/>
        </w:rPr>
        <w:t>παρ’ ὑπόνοιαν, ἐπεὶ LhAld καινὸν ⸢δὲ R ⸢λαμβάνει R [παραλαμβάνει VΓ3LhAld] ἱμάτιον. RVΓ3LhAld</w:t>
      </w:r>
    </w:p>
    <w:p>
      <w:r>
        <w:rPr>
          <w:rFonts w:ascii="Courier New" w:hAnsi="Courier New"/>
          <w:color w:val="555555"/>
          <w:sz w:val="20"/>
        </w:rPr>
        <w:t>[sch vesp 1137]</w:t>
      </w:r>
    </w:p>
    <w:p>
      <w:r>
        <w:rPr>
          <w:rFonts w:ascii="Gentium Plus" w:hAnsi="Gentium Plus"/>
          <w:sz w:val="24"/>
        </w:rPr>
        <w:t>οἱ δὲ καυνάκην: ἔοικε ⸢τὸ VΓ3Ald βαρβαρικὸν εἶναι ⸢φόρημα V</w:t>
      </w:r>
    </w:p>
    <w:p>
      <w:r>
        <w:rPr>
          <w:rFonts w:ascii="Courier New" w:hAnsi="Courier New"/>
          <w:color w:val="555555"/>
          <w:sz w:val="20"/>
        </w:rPr>
        <w:t>[sch vesp 1138a]</w:t>
      </w:r>
    </w:p>
    <w:p>
      <w:r>
        <w:rPr>
          <w:rFonts w:ascii="Gentium Plus" w:hAnsi="Gentium Plus"/>
          <w:sz w:val="24"/>
        </w:rPr>
        <w:t>ἀπὸ δήμου. φαίνεται δὲ ἡ σισύρα βαιτή. R</w:t>
      </w:r>
    </w:p>
    <w:p>
      <w:r>
        <w:rPr>
          <w:rFonts w:ascii="Courier New" w:hAnsi="Courier New"/>
          <w:color w:val="555555"/>
          <w:sz w:val="20"/>
        </w:rPr>
        <w:t>[sch vesp 1138b]</w:t>
      </w:r>
    </w:p>
    <w:p>
      <w:r>
        <w:rPr>
          <w:rFonts w:ascii="Gentium Plus" w:hAnsi="Gentium Plus"/>
          <w:sz w:val="24"/>
        </w:rPr>
        <w:t>ἐγὼ δὲ σισύραν: σισύραν εἶπεν οὐ τὸ μαλλωτὸν στρῶμα, ἀλλὰ ⸢τὴν λεγομένην νῦν Lh βαίτην. ἔστι δὲ ἡ ἀπὸ ⸢δερμάτων VLh [δέρματος ΓAld] ⸢συρραπτομένη VΓAld [συνερραμμένων Lh] χλανίς. VΓLhAld “θυμαιτίδα” δὲ εἶπεν ἀπὸ δήμου τῆς Ἱπποθοωντίδος φυλῆς ὡς ἐκεῖ τῶν βαιτῶν γινομένων.</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1138c]</w:t>
      </w:r>
    </w:p>
    <w:p>
      <w:r>
        <w:rPr>
          <w:rFonts w:ascii="Gentium Plus" w:hAnsi="Gentium Plus"/>
          <w:sz w:val="24"/>
        </w:rPr>
        <w:t>σισύραν ᾠόμην] ἀπὸ δερμάτων συνερραμμένην χλανίδα. Lh</w:t>
      </w:r>
    </w:p>
    <w:p>
      <w:r>
        <w:rPr>
          <w:rFonts w:ascii="Courier New" w:hAnsi="Courier New"/>
          <w:color w:val="555555"/>
          <w:sz w:val="20"/>
        </w:rPr>
        <w:t>[sch vesp 1138d]</w:t>
      </w:r>
    </w:p>
    <w:p>
      <w:r>
        <w:rPr>
          <w:rFonts w:ascii="Gentium Plus" w:hAnsi="Gentium Plus"/>
          <w:sz w:val="24"/>
        </w:rPr>
        <w:t>ἀπὸ Θυμοίτου ἥρωος. (ex Su. s.v. Θυμαιτάδαι, II 734, 21) μήποτε δὲ γραπτέον “θυμοιτίδα”.</w:t>
      </w:r>
    </w:p>
    <w:p>
      <w:r>
        <w:rPr>
          <w:rFonts w:ascii="Courier New" w:hAnsi="Courier New"/>
          <w:color w:val="555555"/>
          <w:sz w:val="20"/>
        </w:rPr>
        <w:t>[sch vesp 1139]</w:t>
      </w:r>
    </w:p>
    <w:p>
      <w:r>
        <w:rPr>
          <w:rFonts w:ascii="Gentium Plus" w:hAnsi="Gentium Plus"/>
          <w:sz w:val="24"/>
        </w:rPr>
        <w:t>εἰς Σάρδεις: ⸢ὅτι Lh εἰς ⸢τὰς Lh Σάρδεις ⸢γὰρ VΓAld ⸢ἐπωλεῖτο VΓAld [ἐπιπράσκετο Lh] τὰ περσικὰ ⸢ταῦτα Lh ἱμάτια. Σάρδεις δὲ πόλις Λυδίας ὑπὸ ⸢Πέρσας VLh [Πέρσαις ΓAld] ⸢τελοῦσα Lh. VΓLhAld ἀναγ‐ καίως οὖν περσικὰ ἐφόρουν. VΓAld</w:t>
      </w:r>
    </w:p>
    <w:p>
      <w:r>
        <w:rPr>
          <w:rFonts w:ascii="Courier New" w:hAnsi="Courier New"/>
          <w:color w:val="555555"/>
          <w:sz w:val="20"/>
        </w:rPr>
        <w:t>[sch vesp 1141]</w:t>
      </w:r>
    </w:p>
    <w:p>
      <w:r>
        <w:rPr>
          <w:rFonts w:ascii="Gentium Plus" w:hAnsi="Gentium Plus"/>
          <w:sz w:val="24"/>
        </w:rPr>
        <w:t>οὐ τοίνυν γ’ ἀτὰρ: ⸢ἀντὶ τοῦ VΓ3 οὐκ ἦλθον εἰς Σάρδεις. VΓ3LhAld</w:t>
      </w:r>
    </w:p>
    <w:p>
      <w:r>
        <w:rPr>
          <w:rFonts w:ascii="Courier New" w:hAnsi="Courier New"/>
          <w:color w:val="555555"/>
          <w:sz w:val="20"/>
        </w:rPr>
        <w:t>[sch vesp 1142a]</w:t>
      </w:r>
    </w:p>
    <w:p>
      <w:r>
        <w:rPr>
          <w:rFonts w:ascii="Gentium Plus" w:hAnsi="Gentium Plus"/>
          <w:sz w:val="24"/>
        </w:rPr>
        <w:t>Μορύχου σάγματι: Μόρυχος ⸢οὗτος R ὠχρός. RVΓAld “σάγματι” δὲ τῷ μαλλωτῷ σάγῳ, ᾧ ἐχρᾶτο ὡς τρυφερὸς πλείονι θάλπει</w:t>
      </w:r>
    </w:p>
    <w:p>
      <w:r>
        <w:rPr>
          <w:rFonts w:ascii="Courier New" w:hAnsi="Courier New"/>
          <w:color w:val="555555"/>
          <w:sz w:val="20"/>
        </w:rPr>
        <w:t>[sch vesp 1142b]</w:t>
      </w:r>
    </w:p>
    <w:p>
      <w:r>
        <w:rPr>
          <w:rFonts w:ascii="Gentium Plus" w:hAnsi="Gentium Plus"/>
          <w:sz w:val="24"/>
        </w:rPr>
        <w:t>⸢ὅτι V ⸢οὗτος ὁ Μόρυχος Lh τῶν περὶ τρυφὴν ἐσπουδακότων (·) RVΓLhAld ὁ Μόρυχος· VΓAld “σάγματι” δέ, ἐπεὶ παχέα· ἴσως ὡς ἐκείνου παχεῖ σάγματι χρωμένου.</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1142b,col 2 (3)]</w:t>
      </w:r>
    </w:p>
    <w:p>
      <w:r>
        <w:rPr>
          <w:rFonts w:ascii="Gentium Plus" w:hAnsi="Gentium Plus"/>
          <w:sz w:val="24"/>
        </w:rPr>
        <w:t>διὸ καὶ τὸ σάγος, ᾧ ἐχρῆτο, μαλακὸν ἦν καὶ παχύ. σάγος δέ</w:t>
      </w:r>
    </w:p>
    <w:p>
      <w:r>
        <w:rPr>
          <w:rFonts w:ascii="Courier New" w:hAnsi="Courier New"/>
          <w:color w:val="555555"/>
          <w:sz w:val="20"/>
        </w:rPr>
        <w:t>[5]</w:t>
      </w:r>
    </w:p>
    <w:p>
      <w:r>
        <w:rPr>
          <w:rFonts w:ascii="Gentium Plus" w:hAnsi="Gentium Plus"/>
          <w:sz w:val="24"/>
        </w:rPr>
        <w:t>φασι τὴν κοινῶς σέλλαν λεγομένην,</w:t>
      </w:r>
    </w:p>
    <w:p>
      <w:r>
        <w:rPr>
          <w:rFonts w:ascii="Courier New" w:hAnsi="Courier New"/>
          <w:color w:val="555555"/>
          <w:sz w:val="20"/>
        </w:rPr>
        <w:t>[sch vesp 1143]</w:t>
      </w:r>
    </w:p>
    <w:p>
      <w:r>
        <w:rPr>
          <w:rFonts w:ascii="Gentium Plus" w:hAnsi="Gentium Plus"/>
          <w:sz w:val="24"/>
        </w:rPr>
        <w:t>Ἐκβατάνοισι] πόλις Περσῶν. LhAld</w:t>
      </w:r>
    </w:p>
    <w:p>
      <w:r>
        <w:rPr>
          <w:rFonts w:ascii="Courier New" w:hAnsi="Courier New"/>
          <w:color w:val="555555"/>
          <w:sz w:val="20"/>
        </w:rPr>
        <w:t>[sch vesp 1144a]</w:t>
      </w:r>
    </w:p>
    <w:p>
      <w:r>
        <w:rPr>
          <w:rFonts w:ascii="Gentium Plus" w:hAnsi="Gentium Plus"/>
          <w:sz w:val="24"/>
        </w:rPr>
        <w:t>κρόκης] τοὺς μαλλοὺς 〈λέγει〉. Γ3</w:t>
      </w:r>
    </w:p>
    <w:p>
      <w:r>
        <w:rPr>
          <w:rFonts w:ascii="Courier New" w:hAnsi="Courier New"/>
          <w:color w:val="555555"/>
          <w:sz w:val="20"/>
        </w:rPr>
        <w:t>[sch vesp 1144b]</w:t>
      </w:r>
    </w:p>
    <w:p>
      <w:r>
        <w:rPr>
          <w:rFonts w:ascii="Gentium Plus" w:hAnsi="Gentium Plus"/>
          <w:sz w:val="24"/>
        </w:rPr>
        <w:t>κρόκη δὲ ῥοδάνη (29) ... (29) κρόκης ὑφαίνεται. (ex Su. s.v. κρόκη, III 191, 29sq.)</w:t>
      </w:r>
    </w:p>
    <w:p>
      <w:r>
        <w:rPr>
          <w:rFonts w:ascii="Courier New" w:hAnsi="Courier New"/>
          <w:color w:val="555555"/>
          <w:sz w:val="20"/>
        </w:rPr>
        <w:t>[sch vesp 1144c]</w:t>
      </w:r>
    </w:p>
    <w:p>
      <w:r>
        <w:rPr>
          <w:rFonts w:ascii="Gentium Plus" w:hAnsi="Gentium Plus"/>
          <w:sz w:val="24"/>
        </w:rPr>
        <w:t>χολάς. R</w:t>
      </w:r>
    </w:p>
    <w:p>
      <w:r>
        <w:rPr>
          <w:rFonts w:ascii="Courier New" w:hAnsi="Courier New"/>
          <w:color w:val="555555"/>
          <w:sz w:val="20"/>
        </w:rPr>
        <w:t>[sch vesp 1144d]</w:t>
      </w:r>
    </w:p>
    <w:p>
      <w:r>
        <w:rPr>
          <w:rFonts w:ascii="Gentium Plus" w:hAnsi="Gentium Plus"/>
          <w:sz w:val="24"/>
        </w:rPr>
        <w:t>χόλιξ: ⸢χόλιξ λέγεται τὸ τοῦ VΓAld βοὸς ἔντερον, ὅ ἐστι μαλλωτόν, ὡς ἔστιν ⸢ὁ V ἐκ κρόκης μαλλός. VΓltAld</w:t>
      </w:r>
    </w:p>
    <w:p>
      <w:r>
        <w:rPr>
          <w:rFonts w:ascii="Courier New" w:hAnsi="Courier New"/>
          <w:color w:val="555555"/>
          <w:sz w:val="20"/>
        </w:rPr>
        <w:t>[sch vesp 1144e]</w:t>
      </w:r>
    </w:p>
    <w:p>
      <w:r>
        <w:rPr>
          <w:rFonts w:ascii="Gentium Plus" w:hAnsi="Gentium Plus"/>
          <w:sz w:val="24"/>
        </w:rPr>
        <w:t>τὰς ἐξοχὰς τῶν κρόκων εἰκάζει χόλικι· τοῦτο δὲ Ἀρτεμίδωρος λέγει τὰς ἐπὶ ταῖς κοιλίαις λεγομένας χολάδας. Εὐφρόνιος δὲ ⸢οὐ ΓAld τὰ ἔντερα ⸢καθ’ ἑαυτό, ἀλλὰ πᾶν VΓAld σὺν τῷ λίπει καὶ τοῖς ὑμέσιν. VΓltAld</w:t>
      </w:r>
    </w:p>
    <w:p>
      <w:r>
        <w:rPr>
          <w:rFonts w:ascii="Courier New" w:hAnsi="Courier New"/>
          <w:color w:val="555555"/>
          <w:sz w:val="20"/>
        </w:rPr>
        <w:t>[sch vesp 1145]</w:t>
      </w:r>
    </w:p>
    <w:p>
      <w:r>
        <w:rPr>
          <w:rFonts w:ascii="Gentium Plus" w:hAnsi="Gentium Plus"/>
          <w:sz w:val="24"/>
        </w:rPr>
        <w:t>πόθεν ὦγάθ’] ἀντὶ τοῦ “οὐδαμῶς”. Γ3</w:t>
      </w:r>
    </w:p>
    <w:p>
      <w:r>
        <w:rPr>
          <w:rFonts w:ascii="Courier New" w:hAnsi="Courier New"/>
          <w:color w:val="555555"/>
          <w:sz w:val="20"/>
        </w:rPr>
        <w:t>[sch vesp 1148]</w:t>
      </w:r>
    </w:p>
    <w:p>
      <w:r>
        <w:rPr>
          <w:rFonts w:ascii="Gentium Plus" w:hAnsi="Gentium Plus"/>
          <w:sz w:val="24"/>
        </w:rPr>
        <w:t>ἐριώλην: ἐρίων ἀπώλειαν (.) RVΓLhAld , παρὰ τὸ ⸢τὰ Lh ἔρια ἀναλῶσαι ⸢καὶ ἀλῶσαι V. VΓLhAld</w:t>
      </w:r>
    </w:p>
    <w:p>
      <w:r>
        <w:rPr>
          <w:rFonts w:ascii="Courier New" w:hAnsi="Courier New"/>
          <w:color w:val="555555"/>
          <w:sz w:val="20"/>
        </w:rPr>
        <w:t>[sch vesp 1151a]</w:t>
      </w:r>
    </w:p>
    <w:p>
      <w:r>
        <w:rPr>
          <w:rFonts w:ascii="Gentium Plus" w:hAnsi="Gentium Plus"/>
          <w:sz w:val="24"/>
        </w:rPr>
        <w:t>κατήρυγε: ⸢ἀντὶ τοῦ οἷον Γ3 κατέπνευσεν. Γ3LhAld</w:t>
      </w:r>
    </w:p>
    <w:p>
      <w:r>
        <w:rPr>
          <w:rFonts w:ascii="Courier New" w:hAnsi="Courier New"/>
          <w:color w:val="555555"/>
          <w:sz w:val="20"/>
        </w:rPr>
        <w:t>[sch vesp 1151b]</w:t>
      </w:r>
    </w:p>
    <w:p>
      <w:r>
        <w:rPr>
          <w:rFonts w:ascii="Gentium Plus" w:hAnsi="Gentium Plus"/>
          <w:sz w:val="24"/>
        </w:rPr>
        <w:t>τί κτλ.] ὡς ἐπὶ τῶν μετὰ τροφὴν ἐρευγομένων. Γ3LhAld</w:t>
      </w:r>
    </w:p>
    <w:p>
      <w:r>
        <w:rPr>
          <w:rFonts w:ascii="Courier New" w:hAnsi="Courier New"/>
          <w:color w:val="555555"/>
          <w:sz w:val="20"/>
        </w:rPr>
        <w:t>[sch vesp 1156]</w:t>
      </w:r>
    </w:p>
    <w:p>
      <w:r>
        <w:rPr>
          <w:rFonts w:ascii="Gentium Plus" w:hAnsi="Gentium Plus"/>
          <w:sz w:val="24"/>
        </w:rPr>
        <w:t>διερρυηκέναι: πρὶν ⸢συμπεσεῖν VLhAld [διαπεσεῖν Γ3] ἀπὸ τῆς ὀπτήσεως τὰ κρέα μου. VΓ3LhAld</w:t>
      </w:r>
    </w:p>
    <w:p>
      <w:r>
        <w:rPr>
          <w:rFonts w:ascii="Courier New" w:hAnsi="Courier New"/>
          <w:color w:val="555555"/>
          <w:sz w:val="20"/>
        </w:rPr>
        <w:t>[sch vesp 1157]</w:t>
      </w:r>
    </w:p>
    <w:p>
      <w:r>
        <w:rPr>
          <w:rFonts w:ascii="Gentium Plus" w:hAnsi="Gentium Plus"/>
          <w:sz w:val="24"/>
        </w:rPr>
        <w:t>ἐμβάδας] τὰ δικαστικὰ ὑποδήματα. VΓ3LhAld</w:t>
      </w:r>
    </w:p>
    <w:p>
      <w:r>
        <w:rPr>
          <w:rFonts w:ascii="Courier New" w:hAnsi="Courier New"/>
          <w:color w:val="555555"/>
          <w:sz w:val="20"/>
        </w:rPr>
        <w:t>[sch vesp 1158]</w:t>
      </w:r>
    </w:p>
    <w:p>
      <w:r>
        <w:rPr>
          <w:rFonts w:ascii="Gentium Plus" w:hAnsi="Gentium Plus"/>
          <w:sz w:val="24"/>
        </w:rPr>
        <w:t>τὰς λακωνικάς] ἀστειότεραι γὰρ αὗται. RLh</w:t>
      </w:r>
    </w:p>
    <w:p>
      <w:r>
        <w:rPr>
          <w:rFonts w:ascii="Courier New" w:hAnsi="Courier New"/>
          <w:color w:val="555555"/>
          <w:sz w:val="20"/>
        </w:rPr>
        <w:t>[sch vesp 1160a]</w:t>
      </w:r>
    </w:p>
    <w:p>
      <w:r>
        <w:rPr>
          <w:rFonts w:ascii="Gentium Plus" w:hAnsi="Gentium Plus"/>
          <w:sz w:val="24"/>
        </w:rPr>
        <w:t>⸢ὅτι V [ἐπεὶ Lh] ὁ Βδελυκλέων λακωνικὰ εἶπε(ν) VLh τὰ ὑπο‐ δήματα—ἐχθροὶ δὲ Ἀθηναίοις οἱ Λάκωνες—, διὰ τοῦτο ἀποσείεται αὐτά. Lh</w:t>
      </w:r>
    </w:p>
    <w:p>
      <w:r>
        <w:rPr>
          <w:rFonts w:ascii="Courier New" w:hAnsi="Courier New"/>
          <w:color w:val="555555"/>
          <w:sz w:val="20"/>
        </w:rPr>
        <w:t>[sch vesp 1160b]</w:t>
      </w:r>
    </w:p>
    <w:p>
      <w:r>
        <w:rPr>
          <w:rFonts w:ascii="Gentium Plus" w:hAnsi="Gentium Plus"/>
          <w:sz w:val="24"/>
        </w:rPr>
        <w:t>καττύματα] τὰ ὑποδήματα. V</w:t>
      </w:r>
    </w:p>
    <w:p>
      <w:r>
        <w:rPr>
          <w:rFonts w:ascii="Courier New" w:hAnsi="Courier New"/>
          <w:color w:val="555555"/>
          <w:sz w:val="20"/>
        </w:rPr>
        <w:t>[sch vesp 1158-60]</w:t>
      </w:r>
    </w:p>
    <w:p>
      <w:r>
        <w:rPr>
          <w:rFonts w:ascii="Gentium Plus" w:hAnsi="Gentium Plus"/>
          <w:sz w:val="24"/>
        </w:rPr>
        <w:t>τὰς λακωνικάς: ἀνδρεῖα ὑποδήματα. (25) (ex Su. s.v. λακωνικαί, III 229, 25sq.) ἢ ἀστειότεραι· (cf. sch. 1158) ὡς αὐτὸς Ἀριστοφάνης ἐν Θεσμοφοριαζούσαις· (Su. 26) (Su. 25) ποῦ ... (26) λακωνι‐ καί; ὁ δὲ Φιλοκλέων ἀποσείεται αὐτὰς ὡς ἐχθρῶν Ἀθηναίοις τῶν Λακεδαιμο‐</w:t>
      </w:r>
    </w:p>
    <w:p>
      <w:r>
        <w:rPr>
          <w:rFonts w:ascii="Courier New" w:hAnsi="Courier New"/>
          <w:color w:val="555555"/>
          <w:sz w:val="20"/>
        </w:rPr>
        <w:t>[5]</w:t>
      </w:r>
    </w:p>
    <w:p>
      <w:r>
        <w:rPr>
          <w:rFonts w:ascii="Gentium Plus" w:hAnsi="Gentium Plus"/>
          <w:sz w:val="24"/>
        </w:rPr>
        <w:t>νίων. (cf. sch. 1160a) καττύματα δὲ δέρματά (29) ... (30) καὶ ἄλλοις ὑποδύμασιν ὑποβάλλεται (ex Su. s.v. καττύματα, III 80, 29—31)</w:t>
      </w:r>
    </w:p>
    <w:p>
      <w:r>
        <w:rPr>
          <w:rFonts w:ascii="Courier New" w:hAnsi="Courier New"/>
          <w:color w:val="555555"/>
          <w:sz w:val="20"/>
        </w:rPr>
        <w:t>[sch vesp 1161]</w:t>
      </w:r>
    </w:p>
    <w:p>
      <w:r>
        <w:rPr>
          <w:rFonts w:ascii="Gentium Plus" w:hAnsi="Gentium Plus"/>
          <w:sz w:val="24"/>
        </w:rPr>
        <w:t>ἔνθες: ἔνθες τὸν πόδα σου εἰς τὴν λακωνικὴν ἀνύσας καὶ</w:t>
      </w:r>
    </w:p>
    <w:p>
      <w:r>
        <w:rPr>
          <w:rFonts w:ascii="Courier New" w:hAnsi="Courier New"/>
          <w:color w:val="555555"/>
          <w:sz w:val="20"/>
        </w:rPr>
        <w:t>[sch vesp 1161,col 2]</w:t>
      </w:r>
    </w:p>
    <w:p>
      <w:r>
        <w:rPr>
          <w:rFonts w:ascii="Gentium Plus" w:hAnsi="Gentium Plus"/>
          <w:sz w:val="24"/>
        </w:rPr>
        <w:t>θὲς ἐν τοῖς ποσὶ τὰς ἐμβάδας καὶ</w:t>
      </w:r>
    </w:p>
    <w:p>
      <w:r>
        <w:rPr>
          <w:rFonts w:ascii="Courier New" w:hAnsi="Courier New"/>
          <w:color w:val="555555"/>
          <w:sz w:val="20"/>
        </w:rPr>
        <w:t>[sch vesp 1161 (4)]</w:t>
      </w:r>
    </w:p>
    <w:p>
      <w:r>
        <w:rPr>
          <w:rFonts w:ascii="Gentium Plus" w:hAnsi="Gentium Plus"/>
          <w:sz w:val="24"/>
        </w:rPr>
        <w:t>⸢“ἔνθες” Γ*Ald ἀντὶ τοῦ ⸢ὑπόδησαι Γ [“ὑπόδυσον” Lh ὑπόδυσαι Ald].</w:t>
      </w:r>
    </w:p>
    <w:p>
      <w:r>
        <w:rPr>
          <w:rFonts w:ascii="Courier New" w:hAnsi="Courier New"/>
          <w:color w:val="555555"/>
          <w:sz w:val="20"/>
        </w:rPr>
        <w:t>[5]</w:t>
      </w:r>
    </w:p>
    <w:p>
      <w:r>
        <w:rPr>
          <w:rFonts w:ascii="Gentium Plus" w:hAnsi="Gentium Plus"/>
          <w:sz w:val="24"/>
        </w:rPr>
        <w:t>ΓLhAld ἅμα μὲν πρὸς τὸ ὑπόδημα, ἅμα δὲ πρὸς τὴν χώραν. RΓAld</w:t>
      </w:r>
    </w:p>
    <w:p>
      <w:r>
        <w:rPr>
          <w:rFonts w:ascii="Courier New" w:hAnsi="Courier New"/>
          <w:color w:val="555555"/>
          <w:sz w:val="20"/>
        </w:rPr>
        <w:t>[sch vesp 1163]</w:t>
      </w:r>
    </w:p>
    <w:p>
      <w:r>
        <w:rPr>
          <w:rFonts w:ascii="Gentium Plus" w:hAnsi="Gentium Plus"/>
          <w:sz w:val="24"/>
        </w:rPr>
        <w:t>εἰς τὴν πολεμίαν: ὁ μὲν εἶπε τὴν λακωνικὴν ἐμβάδα, ὁ δὲ ὑπενόησε λέγειν αὐτὸν τὴν ⸢λακωνικὴν Lh χώραν. ΓLhAld</w:t>
      </w:r>
    </w:p>
    <w:p>
      <w:r>
        <w:rPr>
          <w:rFonts w:ascii="Courier New" w:hAnsi="Courier New"/>
          <w:color w:val="555555"/>
          <w:sz w:val="20"/>
        </w:rPr>
        <w:t>[sch vesp 1167a]</w:t>
      </w:r>
    </w:p>
    <w:p>
      <w:r>
        <w:rPr>
          <w:rFonts w:ascii="Gentium Plus" w:hAnsi="Gentium Plus"/>
          <w:sz w:val="24"/>
        </w:rPr>
        <w:t>χίμετλον: ὅτι κυρίως νῦν τὸ ἀπὸ τοῦ ψύχους ἐπὶ τῶν δακτύλων ⸢τραῦμα Ald· λέγεται δὲ καὶ μέρος τι τοῦ ποδός, περὶ ὃ τὸ</w:t>
      </w:r>
    </w:p>
    <w:p>
      <w:r>
        <w:rPr>
          <w:rFonts w:ascii="Courier New" w:hAnsi="Courier New"/>
          <w:color w:val="555555"/>
          <w:sz w:val="20"/>
        </w:rPr>
        <w:t>[5]</w:t>
      </w:r>
    </w:p>
    <w:p>
      <w:r>
        <w:rPr>
          <w:rFonts w:ascii="Gentium Plus" w:hAnsi="Gentium Plus"/>
          <w:sz w:val="24"/>
        </w:rPr>
        <w:t>πάθος. καὶ ὅτι “χίμετλον” οὐ λέγου‐ σιν ἑνικῶς, πληθυντικῶς δὲ “χίμε‐</w:t>
      </w:r>
    </w:p>
    <w:p>
      <w:r>
        <w:rPr>
          <w:rFonts w:ascii="Courier New" w:hAnsi="Courier New"/>
          <w:color w:val="555555"/>
          <w:sz w:val="20"/>
        </w:rPr>
        <w:t>[sch vesp 1167a,col 2]</w:t>
      </w:r>
    </w:p>
    <w:p>
      <w:r>
        <w:rPr>
          <w:rFonts w:ascii="Gentium Plus" w:hAnsi="Gentium Plus"/>
          <w:sz w:val="24"/>
        </w:rPr>
        <w:t>χίμετλα δέ ἐστι τὰ ἀπὸ τοῦ ψύχους ἐν τοῖς ποσὶ γινόμενα τραύματα· πληθυντικῶς δὲ εἰώθασι μᾶλλον</w:t>
      </w:r>
    </w:p>
    <w:p>
      <w:r>
        <w:rPr>
          <w:rFonts w:ascii="Courier New" w:hAnsi="Courier New"/>
          <w:color w:val="555555"/>
          <w:sz w:val="20"/>
        </w:rPr>
        <w:t>[sch vesp 1167b]</w:t>
      </w:r>
    </w:p>
    <w:p>
      <w:r>
        <w:rPr>
          <w:rFonts w:ascii="Gentium Plus" w:hAnsi="Gentium Plus"/>
          <w:sz w:val="24"/>
        </w:rPr>
        <w:t>παρ’ ὑπόνοιαν ἀντὶ τοῦ εἰπεῖν “ἀγαθὸν οὐδὲν λήψομαι, ὅστις τὰ τῶν γερόντων οὐ λήψομαι”.</w:t>
      </w:r>
    </w:p>
    <w:p>
      <w:r>
        <w:rPr>
          <w:rFonts w:ascii="Courier New" w:hAnsi="Courier New"/>
          <w:color w:val="555555"/>
          <w:sz w:val="20"/>
        </w:rPr>
        <w:t>[sch vesp 1167b,col 2]</w:t>
      </w:r>
    </w:p>
    <w:p>
      <w:r>
        <w:rPr>
          <w:rFonts w:ascii="Gentium Plus" w:hAnsi="Gentium Plus"/>
          <w:sz w:val="24"/>
        </w:rPr>
        <w:t>ἀντὶ τοῦ εἰπεῖν “οὐδὲν ἀγαθὸν λήψομαι ἐν γήρᾳ” “χίμετλον”</w:t>
      </w:r>
    </w:p>
    <w:p>
      <w:r>
        <w:rPr>
          <w:rFonts w:ascii="Courier New" w:hAnsi="Courier New"/>
          <w:color w:val="555555"/>
          <w:sz w:val="20"/>
        </w:rPr>
        <w:t>[sch vesp 1169a]</w:t>
      </w:r>
    </w:p>
    <w:p>
      <w:r>
        <w:rPr>
          <w:rFonts w:ascii="Gentium Plus" w:hAnsi="Gentium Plus"/>
          <w:sz w:val="24"/>
        </w:rPr>
        <w:t>διασαλακώνισον: ⸢ἁβρύνθητι(,) VΓAld [ἁβρῶς Lh] ⸢καὶ ΓAld διαθρύφθητι· VΓLhAld οἱ δὲ “διαλυκώνισον”, ἀπὸ Λύκωνος μαλακοῦ, τοῦ Αὐτολύκου πατρός. RVΓAld ⸢ὡς οἷον V ⸢σαλεύειν VΓAld</w:t>
      </w:r>
    </w:p>
    <w:p>
      <w:r>
        <w:rPr>
          <w:rFonts w:ascii="Courier New" w:hAnsi="Courier New"/>
          <w:color w:val="555555"/>
          <w:sz w:val="20"/>
        </w:rPr>
        <w:t>[sch vesp 1169b]</w:t>
      </w:r>
    </w:p>
    <w:p>
      <w:r>
        <w:rPr>
          <w:rFonts w:ascii="Gentium Plus" w:hAnsi="Gentium Plus"/>
          <w:sz w:val="24"/>
        </w:rPr>
        <w:t>ἔοικεν ἐμφαίνεσθαι τῷ ὀνόματι· τὸ σαλακωνεύεσθαι γὰρ ††. ἔν τισι μὲν “διαλυκώνισον”· ἐν δὲ τῇ Ἀρτεμιδώρου Συναγωγῇ “διαλακώνισον”. αἰτία δὲ τοῦ λεξειδίου 〈ἀ〉συνήθεια· μήποτε γὰρ καὶ πεποίηται ὑπ’ αὐτοῦ. εἰ δὲ μὴ ἀπεσχεδίασται τὸ “διαλυκώνισον”, τάχα ἂν λέγοιτο ἀπὸ 〈Λύκωνος</w:t>
      </w:r>
    </w:p>
    <w:p>
      <w:r>
        <w:rPr>
          <w:rFonts w:ascii="Courier New" w:hAnsi="Courier New"/>
          <w:color w:val="555555"/>
          <w:sz w:val="20"/>
        </w:rPr>
        <w:t>[5]</w:t>
      </w:r>
    </w:p>
    <w:p>
      <w:r>
        <w:rPr>
          <w:rFonts w:ascii="Gentium Plus" w:hAnsi="Gentium Plus"/>
          <w:sz w:val="24"/>
        </w:rPr>
        <w:t>τοῦ Αὐτο〉λύκου 〈τοῦ〉 πεντάθλου 〈πατρόσ〉· φαίνεται γάρ τις καὶ μαλακώτερος γενέσθαι. Ἀμειψίας· εἰ μὴ θανοῦσίν ἐστί τις τιμὴ ††, καταβῶμεν. οἱ μὲν τὸν πένταθλον αὐτὸν τὸν 〈Αὐτό〉λυκον. VΓAld ⸢ὁμοίως δέ ἐστι VΓAld</w:t>
      </w:r>
    </w:p>
    <w:p>
      <w:r>
        <w:rPr>
          <w:rFonts w:ascii="Courier New" w:hAnsi="Courier New"/>
          <w:color w:val="555555"/>
          <w:sz w:val="20"/>
        </w:rPr>
        <w:t>[10]</w:t>
      </w:r>
    </w:p>
    <w:p>
      <w:r>
        <w:rPr>
          <w:rFonts w:ascii="Gentium Plus" w:hAnsi="Gentium Plus"/>
          <w:sz w:val="24"/>
        </w:rPr>
        <w:t>[εὕρηται δὲ ἡ λέξις Lh] καὶ παρ’ Ἑρμίππῳ ἐν τοῖς Τετραμέτροις· ὕστερον δ’ αὐτὴν στρατηγόν, †οὓς ἂν εἱλωτημένην†, καὶ κασαλβάζουσαν εἶδον καὶ σεσαλακωνισμένην. VΓLhAld</w:t>
      </w:r>
    </w:p>
    <w:p>
      <w:r>
        <w:rPr>
          <w:rFonts w:ascii="Courier New" w:hAnsi="Courier New"/>
          <w:color w:val="555555"/>
          <w:sz w:val="20"/>
        </w:rPr>
        <w:t>[sch vesp 1169c]</w:t>
      </w:r>
    </w:p>
    <w:p>
      <w:r>
        <w:rPr>
          <w:rFonts w:ascii="Gentium Plus" w:hAnsi="Gentium Plus"/>
          <w:sz w:val="24"/>
        </w:rPr>
        <w:t>ἁβρῶς καὶ μαλθακῶς σαυ‐ τὸν διακίνησον. ἀπό τινος Σαλάκω‐ νος τρυφηλοῦ· τινὲς δὲ σαλακωνίσαι φασὶ τὸν πρωκτὸν αἰσχρῶς κινῆσαι.</w:t>
      </w:r>
    </w:p>
    <w:p>
      <w:r>
        <w:rPr>
          <w:rFonts w:ascii="Courier New" w:hAnsi="Courier New"/>
          <w:color w:val="555555"/>
          <w:sz w:val="20"/>
        </w:rPr>
        <w:t>[5]</w:t>
      </w:r>
    </w:p>
    <w:p>
      <w:r>
        <w:rPr>
          <w:rFonts w:ascii="Gentium Plus" w:hAnsi="Gentium Plus"/>
          <w:sz w:val="24"/>
        </w:rPr>
        <w:t>σαῦλον δὲ καλεῖται καὶ τὸ χαῦνον</w:t>
      </w:r>
    </w:p>
    <w:p>
      <w:r>
        <w:rPr>
          <w:rFonts w:ascii="Courier New" w:hAnsi="Courier New"/>
          <w:color w:val="555555"/>
          <w:sz w:val="20"/>
        </w:rPr>
        <w:t>[sch vesp 1169c,col 2]</w:t>
      </w:r>
    </w:p>
    <w:p>
      <w:r>
        <w:rPr>
          <w:rFonts w:ascii="Gentium Plus" w:hAnsi="Gentium Plus"/>
          <w:sz w:val="24"/>
        </w:rPr>
        <w:t>τὸ “διασαλακώνισον” ἀπό τινος Σαλάκωνος εἴρηται, ὃς ἀναιδὴς ὢν καὶ τρυφηλὸς τὸν πρωκτὸν αἰσχρῶς</w:t>
      </w:r>
    </w:p>
    <w:p>
      <w:r>
        <w:rPr>
          <w:rFonts w:ascii="Courier New" w:hAnsi="Courier New"/>
          <w:color w:val="555555"/>
          <w:sz w:val="20"/>
        </w:rPr>
        <w:t>[sch vesp 1170]</w:t>
      </w:r>
    </w:p>
    <w:p>
      <w:r>
        <w:rPr>
          <w:rFonts w:ascii="Gentium Plus" w:hAnsi="Gentium Plus"/>
          <w:sz w:val="24"/>
        </w:rPr>
        <w:t>θεῶ] βλέπε. Lh</w:t>
      </w:r>
    </w:p>
    <w:p>
      <w:r>
        <w:rPr>
          <w:rFonts w:ascii="Courier New" w:hAnsi="Courier New"/>
          <w:color w:val="555555"/>
          <w:sz w:val="20"/>
        </w:rPr>
        <w:t>[sch vesp 1172a]</w:t>
      </w:r>
    </w:p>
    <w:p>
      <w:r>
        <w:rPr>
          <w:rFonts w:ascii="Gentium Plus" w:hAnsi="Gentium Plus"/>
          <w:sz w:val="24"/>
        </w:rPr>
        <w:t>ὅτῳ δοθιῆνι: ἀπροσλό‐ γως παίζει (.) RVΓAld καὶ τοῦτο τῷ “διασαλακωνίσαι” ὅμοιον. ἢ πρὸς τὸν πατέρα ἀμόρφως ἠμφιεσ‐</w:t>
      </w:r>
    </w:p>
    <w:p>
      <w:r>
        <w:rPr>
          <w:rFonts w:ascii="Courier New" w:hAnsi="Courier New"/>
          <w:color w:val="555555"/>
          <w:sz w:val="20"/>
        </w:rPr>
        <w:t>[5]</w:t>
      </w:r>
    </w:p>
    <w:p>
      <w:r>
        <w:rPr>
          <w:rFonts w:ascii="Gentium Plus" w:hAnsi="Gentium Plus"/>
          <w:sz w:val="24"/>
        </w:rPr>
        <w:t>μένον τὴν καυνάκην καὶ ἀναρμόστως, ὡς καὶ τὸ σκόροδον τῷ δοθιῆνι</w:t>
      </w:r>
    </w:p>
    <w:p>
      <w:r>
        <w:rPr>
          <w:rFonts w:ascii="Courier New" w:hAnsi="Courier New"/>
          <w:color w:val="555555"/>
          <w:sz w:val="20"/>
        </w:rPr>
        <w:t>[sch vesp 1172a,col 2]</w:t>
      </w:r>
    </w:p>
    <w:p>
      <w:r>
        <w:rPr>
          <w:rFonts w:ascii="Gentium Plus" w:hAnsi="Gentium Plus"/>
          <w:sz w:val="24"/>
        </w:rPr>
        <w:t>εἶδος φύματος ὁ δοθιήν, ᾧ ἀνάρμο‐ στον εἰς θεραπείαν τὸ σκόροδον. παίζων οὖν παρεικάζει αὐτῷ τὸν</w:t>
      </w:r>
    </w:p>
    <w:p>
      <w:r>
        <w:rPr>
          <w:rFonts w:ascii="Courier New" w:hAnsi="Courier New"/>
          <w:color w:val="555555"/>
          <w:sz w:val="20"/>
        </w:rPr>
        <w:t>[sch vesp 1172b]</w:t>
      </w:r>
    </w:p>
    <w:p>
      <w:r>
        <w:rPr>
          <w:rFonts w:ascii="Gentium Plus" w:hAnsi="Gentium Plus"/>
          <w:sz w:val="24"/>
        </w:rPr>
        <w:t>δοθιὴν δὲ φῦμα ... ἐοικός. (ex Su. s.v. δοθιών, II 123, 29)</w:t>
      </w:r>
    </w:p>
    <w:p>
      <w:r>
        <w:rPr>
          <w:rFonts w:ascii="Courier New" w:hAnsi="Courier New"/>
          <w:color w:val="555555"/>
          <w:sz w:val="20"/>
        </w:rPr>
        <w:t>[sch vesp 1173]</w:t>
      </w:r>
    </w:p>
    <w:p>
      <w:r>
        <w:rPr>
          <w:rFonts w:ascii="Gentium Plus" w:hAnsi="Gentium Plus"/>
          <w:sz w:val="24"/>
        </w:rPr>
        <w:t>σαυλοπρωκτιᾶν: σαλεύειν τὸν πρωκτόν· σαῦλον δὲ τὸ κοῦφον. RVΓAld</w:t>
      </w:r>
    </w:p>
    <w:p>
      <w:r>
        <w:rPr>
          <w:rFonts w:ascii="Courier New" w:hAnsi="Courier New"/>
          <w:color w:val="555555"/>
          <w:sz w:val="20"/>
        </w:rPr>
        <w:t>[sch vesp 1177a]</w:t>
      </w:r>
    </w:p>
    <w:p>
      <w:r>
        <w:rPr>
          <w:rFonts w:ascii="Gentium Plus" w:hAnsi="Gentium Plus"/>
          <w:sz w:val="24"/>
        </w:rPr>
        <w:t>πρῶτον μὲν ὡς ἡ ⸢Λάμια Γ [Λαμία Ald]: ὅτι οὐκ οὖσαν τὴν ⸢Λάμιαν Γ [Λαμίαν VLhAld] ὑποτίθεται· RVΓLhAld διὸ ⸢ἐπισημειοῦται Lh ⸢τὸ VΓAld [τῷ Lh] χ. VΓLhAld ⸢τοῦτο δὲ VΓLhAld ἐν μύθῳ λέγεται. RVΓLhAld</w:t>
      </w:r>
    </w:p>
    <w:p>
      <w:r>
        <w:rPr>
          <w:rFonts w:ascii="Courier New" w:hAnsi="Courier New"/>
          <w:color w:val="555555"/>
          <w:sz w:val="20"/>
        </w:rPr>
        <w:t>[sch vesp 1177b]</w:t>
      </w:r>
    </w:p>
    <w:p>
      <w:r>
        <w:rPr>
          <w:rFonts w:ascii="Gentium Plus" w:hAnsi="Gentium Plus"/>
          <w:sz w:val="24"/>
        </w:rPr>
        <w:t>Λαμί’] χ. Lh</w:t>
      </w:r>
    </w:p>
    <w:p>
      <w:r>
        <w:rPr>
          <w:rFonts w:ascii="Courier New" w:hAnsi="Courier New"/>
          <w:color w:val="555555"/>
          <w:sz w:val="20"/>
        </w:rPr>
        <w:t>[sch vesp 1178a]</w:t>
      </w:r>
    </w:p>
    <w:p>
      <w:r>
        <w:rPr>
          <w:rFonts w:ascii="Gentium Plus" w:hAnsi="Gentium Plus"/>
          <w:sz w:val="24"/>
        </w:rPr>
        <w:t>Καρδοπίων: καὶ τοῦτο ἀρχὴ μύθου. Δίδυμος· “ὁ Καρδοπίων ζητητέος. οὐδαμοῦ κωμῳδεῖται, ἀλλ’ Ἀγκυλίων ἐπὶ τῷ τὴν μητέρα †† διατιθέναι”. VΓAld</w:t>
      </w:r>
    </w:p>
    <w:p>
      <w:r>
        <w:rPr>
          <w:rFonts w:ascii="Courier New" w:hAnsi="Courier New"/>
          <w:color w:val="555555"/>
          <w:sz w:val="20"/>
        </w:rPr>
        <w:t>[sch vesp 1178b]</w:t>
      </w:r>
    </w:p>
    <w:p>
      <w:r>
        <w:rPr>
          <w:rFonts w:ascii="Gentium Plus" w:hAnsi="Gentium Plus"/>
          <w:sz w:val="24"/>
        </w:rPr>
        <w:t>τὴν μητέρα] λείπει ⸢τὸ Γ3 ⸢ἐτύπτησεν Γ3Lh [ἔτυψεν Ald].</w:t>
      </w:r>
    </w:p>
    <w:p>
      <w:r>
        <w:rPr>
          <w:rFonts w:ascii="Courier New" w:hAnsi="Courier New"/>
          <w:color w:val="555555"/>
          <w:sz w:val="20"/>
        </w:rPr>
        <w:t>[sch vesp 1182a]</w:t>
      </w:r>
    </w:p>
    <w:p>
      <w:r>
        <w:rPr>
          <w:rFonts w:ascii="Gentium Plus" w:hAnsi="Gentium Plus"/>
          <w:sz w:val="24"/>
        </w:rPr>
        <w:t>μῦς καὶ γαλῆ: πρὸς τὴν συνήθειαν, ὅτι τῶν μύθων προέ‐ ταττον “οὕτως”, οἷον “ἦν οὕτω</w:t>
      </w:r>
    </w:p>
    <w:p>
      <w:r>
        <w:rPr>
          <w:rFonts w:ascii="Courier New" w:hAnsi="Courier New"/>
          <w:color w:val="555555"/>
          <w:sz w:val="20"/>
        </w:rPr>
        <w:t>[sch vesp 1182a,col 2]</w:t>
      </w:r>
    </w:p>
    <w:p>
      <w:r>
        <w:rPr>
          <w:rFonts w:ascii="Gentium Plus" w:hAnsi="Gentium Plus"/>
          <w:sz w:val="24"/>
        </w:rPr>
        <w:t>πρὸς τὴν κοινὴν συνήθειαν τοῦ μύθου ποιεῖται τὴν ἀρχήν· “ἦν</w:t>
      </w:r>
    </w:p>
    <w:p>
      <w:r>
        <w:rPr>
          <w:rFonts w:ascii="Courier New" w:hAnsi="Courier New"/>
          <w:color w:val="555555"/>
          <w:sz w:val="20"/>
        </w:rPr>
        <w:t>[sch vesp 1182a (5)]</w:t>
      </w:r>
    </w:p>
    <w:p>
      <w:r>
        <w:rPr>
          <w:rFonts w:ascii="Gentium Plus" w:hAnsi="Gentium Plus"/>
          <w:sz w:val="24"/>
        </w:rPr>
        <w:t>καὶ Πλάτων ἐν Φαίδρῳ ⸢φησίν Lh· “ἦν οὕτω δὴ παῖς, μᾶλλον δὲ μειρα‐ κίσκος· τούτῳ δ’ ἦσαν ἐρασταὶ πάνυ πολλοί”. VΓLhAld</w:t>
      </w:r>
    </w:p>
    <w:p>
      <w:r>
        <w:rPr>
          <w:rFonts w:ascii="Courier New" w:hAnsi="Courier New"/>
          <w:color w:val="555555"/>
          <w:sz w:val="20"/>
        </w:rPr>
        <w:t>[sch vesp 1182b]</w:t>
      </w:r>
    </w:p>
    <w:p>
      <w:r>
        <w:rPr>
          <w:rFonts w:ascii="Gentium Plus" w:hAnsi="Gentium Plus"/>
          <w:sz w:val="24"/>
        </w:rPr>
        <w:t>μῦς καὶ γαλῆ: ἀρχὴ μύθου. RVΓLhAld τοῦτο δὲ πρὸς τὸ κατ’ οἰκίαν εἰρημένον τῷ Βδελυκλέωνι οἰόμενος περὶ μυθαρίων αὐτὸν λέγειν. VΓLh Ald</w:t>
      </w:r>
    </w:p>
    <w:p>
      <w:r>
        <w:rPr>
          <w:rFonts w:ascii="Courier New" w:hAnsi="Courier New"/>
          <w:color w:val="555555"/>
          <w:sz w:val="20"/>
        </w:rPr>
        <w:t>[sch vesp 1183]</w:t>
      </w:r>
    </w:p>
    <w:p>
      <w:r>
        <w:rPr>
          <w:rFonts w:ascii="Gentium Plus" w:hAnsi="Gentium Plus"/>
          <w:sz w:val="24"/>
        </w:rPr>
        <w:t>Θεογένης: ⸢ὁ V [ὅτι ΓAld] Θεογένης VΓAld οὗτός ἐστιν VΓLhAld ὁ Ἀχαρνεύς, ὃν καὶ ἐπὶ τῷ ⸢μεγάλα RVΓAld [μεγάλως Lh] ⸢ἀποπατεῖν RV* [ἀποπαρδεῖν ΓAld ἀποβδέειν Lh] κωμῳδοῦσιν. RVΓLhAld δῆλον δὲ ἐν ταῖς Ὥραις. V</w:t>
      </w:r>
    </w:p>
    <w:p>
      <w:r>
        <w:rPr>
          <w:rFonts w:ascii="Courier New" w:hAnsi="Courier New"/>
          <w:color w:val="555555"/>
          <w:sz w:val="20"/>
        </w:rPr>
        <w:t>[sch vesp 1184]</w:t>
      </w:r>
    </w:p>
    <w:p>
      <w:r>
        <w:rPr>
          <w:rFonts w:ascii="Gentium Plus" w:hAnsi="Gentium Plus"/>
          <w:sz w:val="24"/>
        </w:rPr>
        <w:t>τῷ κοπρολόγῳ: μεγαλοφυὴς γὰρ ὢν καὶ ἀλαζὼν παρῃτεῖτο ὡς μικρὰ ταῦτα ἀκοῦσαι. RVΓLhAld</w:t>
      </w:r>
    </w:p>
    <w:p>
      <w:r>
        <w:rPr>
          <w:rFonts w:ascii="Courier New" w:hAnsi="Courier New"/>
          <w:color w:val="555555"/>
          <w:sz w:val="20"/>
        </w:rPr>
        <w:t>[sch vesp 1187a]</w:t>
      </w:r>
    </w:p>
    <w:p>
      <w:r>
        <w:rPr>
          <w:rFonts w:ascii="Gentium Plus" w:hAnsi="Gentium Plus"/>
          <w:sz w:val="24"/>
        </w:rPr>
        <w:t>ὡς ξυνεθεώρεις: ἐμφαίνει μὲν ὡς περὶ γενναίων τινῶν καὶ λαμπρῶν· Ἀνδροκλέα δὲ Κρατῖνος Σεριφίοις φησὶ δοῦλον καὶ πτωχόν, ἐν δὲ Ὥραις ἡταιρηκότα 〈, εἰ〉 ἄρα τὸν αὐτόν· Τηλεκλείδης δὲ ἐν Ἡσιόδοις καὶ Ἐκφαντίδης βαλλαντιοτόμον. ὁ δὲ Κλεισθένης ἐπὶ μαλακίᾳ γνωριμώτατος,</w:t>
      </w:r>
    </w:p>
    <w:p>
      <w:r>
        <w:rPr>
          <w:rFonts w:ascii="Courier New" w:hAnsi="Courier New"/>
          <w:color w:val="555555"/>
          <w:sz w:val="20"/>
        </w:rPr>
        <w:t>[5]</w:t>
      </w:r>
    </w:p>
    <w:p>
      <w:r>
        <w:rPr>
          <w:rFonts w:ascii="Gentium Plus" w:hAnsi="Gentium Plus"/>
          <w:sz w:val="24"/>
        </w:rPr>
        <w:t>ἕτερος δὲ γενναῖος ἢ λαμπρὸς Κλεισθένης οὐ †πάνυ†. VΓAld</w:t>
      </w:r>
    </w:p>
    <w:p>
      <w:r>
        <w:rPr>
          <w:rFonts w:ascii="Courier New" w:hAnsi="Courier New"/>
          <w:color w:val="555555"/>
          <w:sz w:val="20"/>
        </w:rPr>
        <w:t>[sch vesp 1187b]</w:t>
      </w:r>
    </w:p>
    <w:p>
      <w:r>
        <w:rPr>
          <w:rFonts w:ascii="Gentium Plus" w:hAnsi="Gentium Plus"/>
          <w:sz w:val="24"/>
        </w:rPr>
        <w:t>δέον εἰπεῖν αὐτὸν ἐπίσημα ὀνόματα τούτους εἶπεν, ἵνα αὐτοὺς</w:t>
      </w:r>
    </w:p>
    <w:p>
      <w:r>
        <w:rPr>
          <w:rFonts w:ascii="Courier New" w:hAnsi="Courier New"/>
          <w:color w:val="555555"/>
          <w:sz w:val="20"/>
        </w:rPr>
        <w:t>[sch vesp 1187b,col 2]</w:t>
      </w:r>
    </w:p>
    <w:p>
      <w:r>
        <w:rPr>
          <w:rFonts w:ascii="Gentium Plus" w:hAnsi="Gentium Plus"/>
          <w:sz w:val="24"/>
        </w:rPr>
        <w:t>δέον εἰπεῖν ἑτέρους ἐπισήμους καὶ ἀγαθούς, ὁ δὲ φαύλους εἶπεν, ἵνα</w:t>
      </w:r>
    </w:p>
    <w:p>
      <w:r>
        <w:rPr>
          <w:rFonts w:ascii="Courier New" w:hAnsi="Courier New"/>
          <w:color w:val="555555"/>
          <w:sz w:val="20"/>
        </w:rPr>
        <w:t>[sch vesp 1189a]</w:t>
      </w:r>
    </w:p>
    <w:p>
      <w:r>
        <w:rPr>
          <w:rFonts w:ascii="Gentium Plus" w:hAnsi="Gentium Plus"/>
          <w:sz w:val="24"/>
        </w:rPr>
        <w:t>ἔπαιξεν. ἀντὶ τοῦ “ὅτε εἰς Πάρον ἐστρατευσάμην”. R</w:t>
      </w:r>
    </w:p>
    <w:p>
      <w:r>
        <w:rPr>
          <w:rFonts w:ascii="Courier New" w:hAnsi="Courier New"/>
          <w:color w:val="555555"/>
          <w:sz w:val="20"/>
        </w:rPr>
        <w:t>[sch vesp 1189b]</w:t>
      </w:r>
    </w:p>
    <w:p>
      <w:r>
        <w:rPr>
          <w:rFonts w:ascii="Gentium Plus" w:hAnsi="Gentium Plus"/>
          <w:sz w:val="24"/>
        </w:rPr>
        <w:t>πλὴν ἐς Πάρον: ἀντὶ τοῦ “μισθωτὸς ὢν στρατιώτης”· τὸ δὲ Πάριον τοῦ Πόντου πόλις. VΓAld ⸢ἔστι δὲ Lh καὶ παροιμία ⸢ἐκ τούτου Lh ἐν Παρίῳ ψυχρὸν μὲν ὕδωρ, καλαὶ δὲ γυναῖκες. VΓLhAld</w:t>
      </w:r>
    </w:p>
    <w:p>
      <w:r>
        <w:rPr>
          <w:rFonts w:ascii="Courier New" w:hAnsi="Courier New"/>
          <w:color w:val="555555"/>
          <w:sz w:val="20"/>
        </w:rPr>
        <w:t>[sch vesp 1189c]</w:t>
      </w:r>
    </w:p>
    <w:p>
      <w:r>
        <w:rPr>
          <w:rFonts w:ascii="Gentium Plus" w:hAnsi="Gentium Plus"/>
          <w:sz w:val="24"/>
        </w:rPr>
        <w:t>δύ’ ὀβολὼ φέρων: ⸢ἀντὶ τοῦ ΓAld μισθοφορῶν τοσούτου. VΓAld ⸢Πάρον δὲ V οἱ μὲν ⸢οὖν Γ τόπον (,) VΓLhAld οἱ δὲ κατὰ παιδιὰν ⸢εἰρῆσθαι Ald κωμικὴν(ήν) (.) V, Γ (?), Ald τὴν</w:t>
      </w:r>
    </w:p>
    <w:p>
      <w:r>
        <w:rPr>
          <w:rFonts w:ascii="Courier New" w:hAnsi="Courier New"/>
          <w:color w:val="555555"/>
          <w:sz w:val="20"/>
        </w:rPr>
        <w:t>[5]</w:t>
      </w:r>
    </w:p>
    <w:p>
      <w:r>
        <w:rPr>
          <w:rFonts w:ascii="Gentium Plus" w:hAnsi="Gentium Plus"/>
          <w:sz w:val="24"/>
        </w:rPr>
        <w:t>Πάρον. V, Γ (?)</w:t>
      </w:r>
    </w:p>
    <w:p>
      <w:r>
        <w:rPr>
          <w:rFonts w:ascii="Courier New" w:hAnsi="Courier New"/>
          <w:color w:val="555555"/>
          <w:sz w:val="20"/>
        </w:rPr>
        <w:t>[sch vesp 1189c,col 2 (3)]</w:t>
      </w:r>
    </w:p>
    <w:p>
      <w:r>
        <w:rPr>
          <w:rFonts w:ascii="Gentium Plus" w:hAnsi="Gentium Plus"/>
          <w:sz w:val="24"/>
        </w:rPr>
        <w:t>τὴν Πάρον φασίν, οἱ δὲ κατὰ</w:t>
      </w:r>
    </w:p>
    <w:p>
      <w:r>
        <w:rPr>
          <w:rFonts w:ascii="Courier New" w:hAnsi="Courier New"/>
          <w:color w:val="555555"/>
          <w:sz w:val="20"/>
        </w:rPr>
        <w:t>[sch vesp 1189d]</w:t>
      </w:r>
    </w:p>
    <w:p>
      <w:r>
        <w:rPr>
          <w:rFonts w:ascii="Gentium Plus" w:hAnsi="Gentium Plus"/>
          <w:sz w:val="24"/>
        </w:rPr>
        <w:t>〈ἀπ’〉 ἰκρίων θεωροῦντες τοὺς δύο ὀβολοὺς παρεῖχον (.) VΓAld τοῖς ἀρχιτέκτοσιν. V, Γ (?)</w:t>
      </w:r>
    </w:p>
    <w:p>
      <w:r>
        <w:rPr>
          <w:rFonts w:ascii="Courier New" w:hAnsi="Courier New"/>
          <w:color w:val="555555"/>
          <w:sz w:val="20"/>
        </w:rPr>
        <w:t>[sch vesp 1191a]</w:t>
      </w:r>
    </w:p>
    <w:p>
      <w:r>
        <w:rPr>
          <w:rFonts w:ascii="Gentium Plus" w:hAnsi="Gentium Plus"/>
          <w:sz w:val="24"/>
        </w:rPr>
        <w:t>Ἀσκώνδᾳ καλῶς: ⸢ἐπισημειοῦται πάλιν Lh ⸢τὸ VΓAld [τῷ Lh] χ ⸢τὸ “Ἀσκώνδᾳ” Lh, VΓLhAld ὅτι περὶ τοῦ Ἐφουδίωνος ⸢ὡς ΓLhAld</w:t>
      </w:r>
    </w:p>
    <w:p>
      <w:r>
        <w:rPr>
          <w:rFonts w:ascii="Courier New" w:hAnsi="Courier New"/>
          <w:color w:val="555555"/>
          <w:sz w:val="20"/>
        </w:rPr>
        <w:t>[sch vesp 1191b]</w:t>
      </w:r>
    </w:p>
    <w:p>
      <w:r>
        <w:rPr>
          <w:rFonts w:ascii="Gentium Plus" w:hAnsi="Gentium Plus"/>
          <w:sz w:val="24"/>
        </w:rPr>
        <w:t>⸢ὅτι V κατεψευσμένοι φαίνονται οὗτοι παγκρατιασταὶ ἐπὶ παιδιᾷ— ὁ δὲ Ἀσκώνδας καὶ ἐξ αὐτοῦ τοῦ ὀνόματος—, εἰ μὴ ἄρα ὁ Ἐφουδίων ἐστὶν ὁ ἐν ταῖς Ὀλυμπιάσι φερόμενος “Ἐφουδίων Μαινάλιος παγκράτιον οθʹ.” V, Γ (?), LhAld</w:t>
      </w:r>
    </w:p>
    <w:p>
      <w:r>
        <w:rPr>
          <w:rFonts w:ascii="Courier New" w:hAnsi="Courier New"/>
          <w:color w:val="555555"/>
          <w:sz w:val="20"/>
        </w:rPr>
        <w:t>[sch vesp 1195a]</w:t>
      </w:r>
    </w:p>
    <w:p>
      <w:r>
        <w:rPr>
          <w:rFonts w:ascii="Gentium Plus" w:hAnsi="Gentium Plus"/>
          <w:sz w:val="24"/>
        </w:rPr>
        <w:t>θώρακ’ ἔχων: τὸν πολεμικὸν ὑπενόησε(ν) (.) RLhAld χιτῶνα τοῦ Βδελυκλέωνος τὸ στῆθος εἰπόντος. Ald</w:t>
      </w:r>
    </w:p>
    <w:p>
      <w:r>
        <w:rPr>
          <w:rFonts w:ascii="Courier New" w:hAnsi="Courier New"/>
          <w:color w:val="555555"/>
          <w:sz w:val="20"/>
        </w:rPr>
        <w:t>[sch vesp 1195b]</w:t>
      </w:r>
    </w:p>
    <w:p>
      <w:r>
        <w:rPr>
          <w:rFonts w:ascii="Gentium Plus" w:hAnsi="Gentium Plus"/>
          <w:sz w:val="24"/>
        </w:rPr>
        <w:t>θώραξ γὰρ καὶ τὸ στῆθος δηλοῖ, παρὰ τὸ τὸ θεῖον ὡρεῖν (8) ... (9) θεῖον. (ex Su. s.v. θώραξ, II 724, 8sq.) ὅθεν καὶ τὸ θωρήξασθαι, ὡς ἐν Ἀχαρνεῦσιν εἴρηται, οὐ μόνον τὸ καθοπλισθῆναι, ἀλλὰ καὶ τὸ μεθυσθῆναι σημαίνει διὰ τὸ θερμαίνειν τὸ στῆθος· καὶ ἀκροθώρηκας τοὺς ἀκρομεθύσους</w:t>
      </w:r>
    </w:p>
    <w:p>
      <w:r>
        <w:rPr>
          <w:rFonts w:ascii="Courier New" w:hAnsi="Courier New"/>
          <w:color w:val="555555"/>
          <w:sz w:val="20"/>
        </w:rPr>
        <w:t>[5]</w:t>
      </w:r>
    </w:p>
    <w:p>
      <w:r>
        <w:rPr>
          <w:rFonts w:ascii="Gentium Plus" w:hAnsi="Gentium Plus"/>
          <w:sz w:val="24"/>
        </w:rPr>
        <w:t>ἐκάλουν. (cf. Su. s.v. θωρήξασθαι, II 724, 20—23 = sch. Ach. 1133a) φησὶν οὖν· “πῶς ἂν μαχέσαιτο παγκράτιον καθωπλισμένος;” ἐπειδὴ νόμος ἦν τοὺς γυμναστὰς γυμνοὺς εἰς τὸν ἀγῶνα εἰσέρχεσθαι.</w:t>
      </w:r>
    </w:p>
    <w:p>
      <w:r>
        <w:rPr>
          <w:rFonts w:ascii="Courier New" w:hAnsi="Courier New"/>
          <w:color w:val="555555"/>
          <w:sz w:val="20"/>
        </w:rPr>
        <w:t>[sch vesp 1197]</w:t>
      </w:r>
    </w:p>
    <w:p>
      <w:r>
        <w:rPr>
          <w:rFonts w:ascii="Gentium Plus" w:hAnsi="Gentium Plus"/>
          <w:sz w:val="24"/>
        </w:rPr>
        <w:t>παρ’ ἀνδράσι ξένοις: ἔθος γὰρ ἐπὶ ⸢τοῖς ξένοις V [τῶν ξένων LhAld] καυχᾶσθαι. VLhAld</w:t>
      </w:r>
    </w:p>
    <w:p>
      <w:r>
        <w:rPr>
          <w:rFonts w:ascii="Courier New" w:hAnsi="Courier New"/>
          <w:color w:val="555555"/>
          <w:sz w:val="20"/>
        </w:rPr>
        <w:t>[sch vesp 1198]</w:t>
      </w:r>
    </w:p>
    <w:p>
      <w:r>
        <w:rPr>
          <w:rFonts w:ascii="Gentium Plus" w:hAnsi="Gentium Plus"/>
          <w:sz w:val="24"/>
        </w:rPr>
        <w:t>σεαυτοῦ: ⸢ὅ τι V [ὃ Γ3*LhAld] αὐτὸς σεαυτῷ ⸢περιεποίησας</w:t>
      </w:r>
    </w:p>
    <w:p>
      <w:r>
        <w:rPr>
          <w:rFonts w:ascii="Courier New" w:hAnsi="Courier New"/>
          <w:color w:val="555555"/>
          <w:sz w:val="20"/>
        </w:rPr>
        <w:t>[sch vesp 1201a]</w:t>
      </w:r>
    </w:p>
    <w:p>
      <w:r>
        <w:rPr>
          <w:rFonts w:ascii="Gentium Plus" w:hAnsi="Gentium Plus"/>
          <w:sz w:val="24"/>
        </w:rPr>
        <w:t>Ἐργασίωνος: γεωργοῦ. θηλυκῶς ⸢δὲ RVΓAld ⸢τὰς χάρακας Lh ἐπὶ τῶν ἀμπέλων (.) RVΓLhAld ἡ χάραξ ΓAld, ἀρσενικῶς δὲ ἐπὶ τῶν πρὸς πολιορκίαν. VΓLhAld</w:t>
      </w:r>
    </w:p>
    <w:p>
      <w:r>
        <w:rPr>
          <w:rFonts w:ascii="Courier New" w:hAnsi="Courier New"/>
          <w:color w:val="555555"/>
          <w:sz w:val="20"/>
        </w:rPr>
        <w:t>[sch vesp 1201b]</w:t>
      </w:r>
    </w:p>
    <w:p>
      <w:r>
        <w:rPr>
          <w:rFonts w:ascii="Gentium Plus" w:hAnsi="Gentium Plus"/>
          <w:sz w:val="24"/>
        </w:rPr>
        <w:t>χάραξ δέ ἐστι τὸ λεπτὸν ξύλον, ᾧ προσδεσμοῦσι τὴν ἄμπελον, ἵνα μὴ ὑπὸ τῶν ἀνέμων συντριβῇ. LhAld</w:t>
      </w:r>
    </w:p>
    <w:p>
      <w:r>
        <w:rPr>
          <w:rFonts w:ascii="Courier New" w:hAnsi="Courier New"/>
          <w:color w:val="555555"/>
          <w:sz w:val="20"/>
        </w:rPr>
        <w:t>[sch vesp 1203a]</w:t>
      </w:r>
    </w:p>
    <w:p>
      <w:r>
        <w:rPr>
          <w:rFonts w:ascii="Gentium Plus" w:hAnsi="Gentium Plus"/>
          <w:sz w:val="24"/>
        </w:rPr>
        <w:t>ἐδιώκαθές] ἐδίωκες. Lh</w:t>
      </w:r>
    </w:p>
    <w:p>
      <w:r>
        <w:rPr>
          <w:rFonts w:ascii="Courier New" w:hAnsi="Courier New"/>
          <w:color w:val="555555"/>
          <w:sz w:val="20"/>
        </w:rPr>
        <w:t>[sch vesp 1203b]</w:t>
      </w:r>
    </w:p>
    <w:p>
      <w:r>
        <w:rPr>
          <w:rFonts w:ascii="Gentium Plus" w:hAnsi="Gentium Plus"/>
          <w:sz w:val="24"/>
        </w:rPr>
        <w:t>ἐδιώκαθές ποτ’: εἰ οἶδας σεαυτὸν λαμπαδιοδρομήσαντα. VΓAld ὅτι ⸢γὰρ καὶ VΓAld ἠγωνίζοντο ⸢ἐν Lh ⸢δρόμον R [δρόμῳ VLhAld*] λαμπάδας ἔχοντες ⸢ἐν τῷ Κεραμεικῷ VΓLhAld, RVΓLhAld ⸢δῆλον R [φανερὸν(όν) VΓAld] (.)</w:t>
      </w:r>
    </w:p>
    <w:p>
      <w:r>
        <w:rPr>
          <w:rFonts w:ascii="Courier New" w:hAnsi="Courier New"/>
          <w:color w:val="555555"/>
          <w:sz w:val="20"/>
        </w:rPr>
        <w:t>[5]</w:t>
      </w:r>
    </w:p>
    <w:p>
      <w:r>
        <w:rPr>
          <w:rFonts w:ascii="Gentium Plus" w:hAnsi="Gentium Plus"/>
          <w:sz w:val="24"/>
        </w:rPr>
        <w:t>ἐκ τῶν εἰς Βατράχους. Ald</w:t>
      </w:r>
    </w:p>
    <w:p>
      <w:r>
        <w:rPr>
          <w:rFonts w:ascii="Courier New" w:hAnsi="Courier New"/>
          <w:color w:val="555555"/>
          <w:sz w:val="20"/>
        </w:rPr>
        <w:t>[sch vesp 1203b,col 2 (4)]</w:t>
      </w:r>
    </w:p>
    <w:p>
      <w:r>
        <w:rPr>
          <w:rFonts w:ascii="Gentium Plus" w:hAnsi="Gentium Plus"/>
          <w:sz w:val="24"/>
        </w:rPr>
        <w:t>φησὶν Ἀριστοφάνης ἐν Βατράχοις.</w:t>
      </w:r>
    </w:p>
    <w:p>
      <w:r>
        <w:rPr>
          <w:rFonts w:ascii="Courier New" w:hAnsi="Courier New"/>
          <w:color w:val="555555"/>
          <w:sz w:val="20"/>
        </w:rPr>
        <w:t>[5]</w:t>
      </w:r>
    </w:p>
    <w:p>
      <w:r>
        <w:rPr>
          <w:rFonts w:ascii="Gentium Plus" w:hAnsi="Gentium Plus"/>
          <w:sz w:val="24"/>
        </w:rPr>
        <w:t>Lh</w:t>
      </w:r>
    </w:p>
    <w:p>
      <w:r>
        <w:rPr>
          <w:rFonts w:ascii="Courier New" w:hAnsi="Courier New"/>
          <w:color w:val="555555"/>
          <w:sz w:val="20"/>
        </w:rPr>
        <w:t>[sch vesp 1206a]</w:t>
      </w:r>
    </w:p>
    <w:p>
      <w:r>
        <w:rPr>
          <w:rFonts w:ascii="Gentium Plus" w:hAnsi="Gentium Plus"/>
          <w:sz w:val="24"/>
        </w:rPr>
        <w:t>Φάϋλλον: εἴρηται περὶ Φαΰλλου ἐν ⸢τοῖς V Ἀχαρνεῦσιν. ὁ βούπαις δὲ ἡλικίας ὄνομα. VΓAld</w:t>
      </w:r>
    </w:p>
    <w:p>
      <w:r>
        <w:rPr>
          <w:rFonts w:ascii="Courier New" w:hAnsi="Courier New"/>
          <w:color w:val="555555"/>
          <w:sz w:val="20"/>
        </w:rPr>
        <w:t>[sch vesp 1206b]</w:t>
      </w:r>
    </w:p>
    <w:p>
      <w:r>
        <w:rPr>
          <w:rFonts w:ascii="Gentium Plus" w:hAnsi="Gentium Plus"/>
          <w:sz w:val="24"/>
        </w:rPr>
        <w:t>βούπαις] μέγας παῖς. Lh</w:t>
      </w:r>
    </w:p>
    <w:p>
      <w:r>
        <w:rPr>
          <w:rFonts w:ascii="Courier New" w:hAnsi="Courier New"/>
          <w:color w:val="555555"/>
          <w:sz w:val="20"/>
        </w:rPr>
        <w:t>[sch vesp 1206c]</w:t>
      </w:r>
    </w:p>
    <w:p>
      <w:r>
        <w:rPr>
          <w:rFonts w:ascii="Gentium Plus" w:hAnsi="Gentium Plus"/>
          <w:sz w:val="24"/>
        </w:rPr>
        <w:t>ὁ νέος ἐφῆλιξ (ex Su. s.v. βούπαις, I 487, 14, omissa interp.)</w:t>
      </w:r>
    </w:p>
    <w:p>
      <w:r>
        <w:rPr>
          <w:rFonts w:ascii="Courier New" w:hAnsi="Courier New"/>
          <w:color w:val="555555"/>
          <w:sz w:val="20"/>
        </w:rPr>
        <w:t>[sch vesp 1207]</w:t>
      </w:r>
    </w:p>
    <w:p>
      <w:r>
        <w:rPr>
          <w:rFonts w:ascii="Gentium Plus" w:hAnsi="Gentium Plus"/>
          <w:sz w:val="24"/>
        </w:rPr>
        <w:t>εἷλον διώκων: ἀντὶ τοῦ εἰπεῖν, ὅτι “ἐνίκησα δρόμῳ”, πάλιν περὶ δίκης φησίν(ὶν) ⸢ὡς φιλόδικος Lh. δρομεὺς δὲ ἄριστος ὁ Φάϋλλος (.) VΓLhAld, περὶ οὗ εἴρηται ἐν Ἀχαρνεῦσιν. Lh</w:t>
      </w:r>
    </w:p>
    <w:p>
      <w:r>
        <w:rPr>
          <w:rFonts w:ascii="Courier New" w:hAnsi="Courier New"/>
          <w:color w:val="555555"/>
          <w:sz w:val="20"/>
        </w:rPr>
        <w:t>[sch vesp 1209a]</w:t>
      </w:r>
    </w:p>
    <w:p>
      <w:r>
        <w:rPr>
          <w:rFonts w:ascii="Gentium Plus" w:hAnsi="Gentium Plus"/>
          <w:sz w:val="24"/>
        </w:rPr>
        <w:t>συνουσιαστικός] ξυνουσιαστικός. Γ</w:t>
      </w:r>
    </w:p>
    <w:p>
      <w:r>
        <w:rPr>
          <w:rFonts w:ascii="Courier New" w:hAnsi="Courier New"/>
          <w:color w:val="555555"/>
          <w:sz w:val="20"/>
        </w:rPr>
        <w:t>[sch vesp 1209b]</w:t>
      </w:r>
    </w:p>
    <w:p>
      <w:r>
        <w:rPr>
          <w:rFonts w:ascii="Gentium Plus" w:hAnsi="Gentium Plus"/>
          <w:sz w:val="24"/>
        </w:rPr>
        <w:t>ξυνουσιαστικός] κοινωνικός. Γ3LhAld</w:t>
      </w:r>
    </w:p>
    <w:p>
      <w:r>
        <w:rPr>
          <w:rFonts w:ascii="Courier New" w:hAnsi="Courier New"/>
          <w:color w:val="555555"/>
          <w:sz w:val="20"/>
        </w:rPr>
        <w:t>[sch vesp 1212]</w:t>
      </w:r>
    </w:p>
    <w:p>
      <w:r>
        <w:rPr>
          <w:rFonts w:ascii="Gentium Plus" w:hAnsi="Gentium Plus"/>
          <w:sz w:val="24"/>
        </w:rPr>
        <w:t>τὰ γόνατ’ ἔκτεινε: ⸢νεανικῶς. R [παλαιστρικῶς, VΓLhAld] διαχέων σεαυτὸν ὑγρῶς. VΓLhAld* φαίνεται ⸢δέ V, ὅτι πρὸς τῷ στόματι τὰ γόνατα ἔχων κατεκλίθη. RVΓLhAld</w:t>
      </w:r>
    </w:p>
    <w:p>
      <w:r>
        <w:rPr>
          <w:rFonts w:ascii="Courier New" w:hAnsi="Courier New"/>
          <w:color w:val="555555"/>
          <w:sz w:val="20"/>
        </w:rPr>
        <w:t>[sch vesp 1213a]</w:t>
      </w:r>
    </w:p>
    <w:p>
      <w:r>
        <w:rPr>
          <w:rFonts w:ascii="Gentium Plus" w:hAnsi="Gentium Plus"/>
          <w:sz w:val="24"/>
        </w:rPr>
        <w:t>χύτλασον] ⸢διάχυσον LhAld μεταφορικῶς. ΓLh</w:t>
      </w:r>
    </w:p>
    <w:p>
      <w:r>
        <w:rPr>
          <w:rFonts w:ascii="Courier New" w:hAnsi="Courier New"/>
          <w:color w:val="555555"/>
          <w:sz w:val="20"/>
        </w:rPr>
        <w:t>[sch vesp 1213b]</w:t>
      </w:r>
    </w:p>
    <w:p>
      <w:r>
        <w:rPr>
          <w:rFonts w:ascii="Gentium Plus" w:hAnsi="Gentium Plus"/>
          <w:sz w:val="24"/>
        </w:rPr>
        <w:t>ἄλειψαι. χυτλάζειν δὲ τὸ (24) ... (25) χύτλα δὲ κυρίως ... (26) ἀλείψασθαι, καὶ χύτλον τὸ (24) ὑδρέλεον (sic). (ex Su. s.v. χύτλα, IV 835, 24—26)</w:t>
      </w:r>
    </w:p>
    <w:p>
      <w:r>
        <w:rPr>
          <w:rFonts w:ascii="Courier New" w:hAnsi="Courier New"/>
          <w:color w:val="555555"/>
          <w:sz w:val="20"/>
        </w:rPr>
        <w:t>[sch vesp 1215a]</w:t>
      </w:r>
    </w:p>
    <w:p>
      <w:r>
        <w:rPr>
          <w:rFonts w:ascii="Gentium Plus" w:hAnsi="Gentium Plus"/>
          <w:sz w:val="24"/>
        </w:rPr>
        <w:t>κρεκάδι’ αὐλῆς: ⸢ὡς VΓ [ὅτι LhAld] οἱ ἐν συμποσίοις ἀνα‐ κείμενοι πρὸ τοῦ ⸢προσφάγια VΓ [τὰ βρώματα LhAld] ⸢εἰσενεχθῆναι V [εἰσαχθῆναι ΓLhAld] ἐπαινοῦσι τὰ ἐν τῇ οἰκίᾳ (.) VΓLhAld σκεύη καὶ τὴν οἰκίαν καὶ τὰ ἐν τῇ αὐλῇ. LhAld</w:t>
      </w:r>
    </w:p>
    <w:p>
      <w:r>
        <w:rPr>
          <w:rFonts w:ascii="Courier New" w:hAnsi="Courier New"/>
          <w:color w:val="555555"/>
          <w:sz w:val="20"/>
        </w:rPr>
        <w:t>[sch vesp 1215b]</w:t>
      </w:r>
    </w:p>
    <w:p>
      <w:r>
        <w:rPr>
          <w:rFonts w:ascii="Gentium Plus" w:hAnsi="Gentium Plus"/>
          <w:sz w:val="24"/>
        </w:rPr>
        <w:t>κρὲξ ὄρνεον παραπλήσιον γεράνῳ. R</w:t>
      </w:r>
    </w:p>
    <w:p>
      <w:r>
        <w:rPr>
          <w:rFonts w:ascii="Courier New" w:hAnsi="Courier New"/>
          <w:color w:val="555555"/>
          <w:sz w:val="20"/>
        </w:rPr>
        <w:t>[sch vesp 1216]</w:t>
      </w:r>
    </w:p>
    <w:p>
      <w:r>
        <w:rPr>
          <w:rFonts w:ascii="Gentium Plus" w:hAnsi="Gentium Plus"/>
          <w:sz w:val="24"/>
        </w:rPr>
        <w:t>ὕδωρ κατὰ χειρός: λείπει ⸢τὸ VΓAld ⸢αἴτησον VΓ [αἴτησαι LhAld]. ⸢οὕτως δὲ ἔθος VΓAld [ἔθος ἦν οὕτω Lh] λέγειν “ὕδωρ κατὰ χειρός” (.) VΓLhAld πρὸ τοῦ εἰσαχθῆναι τὴν τράπεζαν, μετὰ δὲ τὸ δειπνῆσαι “ἀπονίψασθαι δός, ὦ παῖ”. LhAld</w:t>
      </w:r>
    </w:p>
    <w:p>
      <w:r>
        <w:rPr>
          <w:rFonts w:ascii="Courier New" w:hAnsi="Courier New"/>
          <w:color w:val="555555"/>
          <w:sz w:val="20"/>
        </w:rPr>
        <w:t>[sch vesp 1218]</w:t>
      </w:r>
    </w:p>
    <w:p>
      <w:r>
        <w:rPr>
          <w:rFonts w:ascii="Gentium Plus" w:hAnsi="Gentium Plus"/>
          <w:sz w:val="24"/>
        </w:rPr>
        <w:t>ἐνύπνιον ἑστιώμεθα: ὅτι εἴρηται μὲν τὰ ἐν συμποσίῳ, οὐ μὴν γεγένηται, ὡς ὄνειρόν φησιν</w:t>
      </w:r>
    </w:p>
    <w:p>
      <w:r>
        <w:rPr>
          <w:rFonts w:ascii="Courier New" w:hAnsi="Courier New"/>
          <w:color w:val="555555"/>
          <w:sz w:val="20"/>
        </w:rPr>
        <w:t>[sch vesp 1218,col 2]</w:t>
      </w:r>
    </w:p>
    <w:p>
      <w:r>
        <w:rPr>
          <w:rFonts w:ascii="Gentium Plus" w:hAnsi="Gentium Plus"/>
          <w:sz w:val="24"/>
        </w:rPr>
        <w:t>ἐπειδὴ λόγῳ μὲν εἴρηται τὰ ἐν συμποσίῳ γινόμενα, ἔργῳ δὲ οὔ,</w:t>
      </w:r>
    </w:p>
    <w:p>
      <w:r>
        <w:rPr>
          <w:rFonts w:ascii="Courier New" w:hAnsi="Courier New"/>
          <w:color w:val="555555"/>
          <w:sz w:val="20"/>
        </w:rPr>
        <w:t>[sch vesp 1220]</w:t>
      </w:r>
    </w:p>
    <w:p>
      <w:r>
        <w:rPr>
          <w:rFonts w:ascii="Gentium Plus" w:hAnsi="Gentium Plus"/>
          <w:sz w:val="24"/>
        </w:rPr>
        <w:t>Φανός] †ἐπεὶ† οὐδενὸς γνωρίζεται ὁ Φανὸς ὡς κόλαξ. Γ3</w:t>
      </w:r>
    </w:p>
    <w:p>
      <w:r>
        <w:rPr>
          <w:rFonts w:ascii="Courier New" w:hAnsi="Courier New"/>
          <w:color w:val="555555"/>
          <w:sz w:val="20"/>
        </w:rPr>
        <w:t>[sch vesp 1221]</w:t>
      </w:r>
    </w:p>
    <w:p>
      <w:r>
        <w:rPr>
          <w:rFonts w:ascii="Gentium Plus" w:hAnsi="Gentium Plus"/>
          <w:sz w:val="24"/>
        </w:rPr>
        <w:t>Ἀκέστερος: ἐπεὶ καὶ αὐτὸν τὸν ⸢Ἀκέστορα RVΓ [Ἀκέ‐ στερον Ald] ὡς ξένον κωμῳδοῦσι τὸν τραγικόν (.) RVΓLhAld, ὃς</w:t>
      </w:r>
    </w:p>
    <w:p>
      <w:r>
        <w:rPr>
          <w:rFonts w:ascii="Courier New" w:hAnsi="Courier New"/>
          <w:color w:val="555555"/>
          <w:sz w:val="20"/>
        </w:rPr>
        <w:t>[5]</w:t>
      </w:r>
    </w:p>
    <w:p>
      <w:r>
        <w:rPr>
          <w:rFonts w:ascii="Gentium Plus" w:hAnsi="Gentium Plus"/>
          <w:sz w:val="24"/>
        </w:rPr>
        <w:t>ἐκαλεῖτο Σάκας. Θεόπομπος Τ〈ε〉ι‐ σαμενῷ οὐ κοινῶς ξένον, ἀλλὰ</w:t>
      </w:r>
    </w:p>
    <w:p>
      <w:r>
        <w:rPr>
          <w:rFonts w:ascii="Courier New" w:hAnsi="Courier New"/>
          <w:color w:val="555555"/>
          <w:sz w:val="20"/>
        </w:rPr>
        <w:t>[sch vesp 1221,col 2]</w:t>
      </w:r>
    </w:p>
    <w:p>
      <w:r>
        <w:rPr>
          <w:rFonts w:ascii="Gentium Plus" w:hAnsi="Gentium Plus"/>
          <w:sz w:val="24"/>
        </w:rPr>
        <w:t>οὗτος ὁ Ἀκέστερος τραγικὸς ὢν ποιητὴς ὡς ξένος κωμῳδεῖται· καὶ Θεόπομπος οὐ κοινῶς ξένον, ἀλλὰ</w:t>
      </w:r>
    </w:p>
    <w:p>
      <w:r>
        <w:rPr>
          <w:rFonts w:ascii="Courier New" w:hAnsi="Courier New"/>
          <w:color w:val="555555"/>
          <w:sz w:val="20"/>
        </w:rPr>
        <w:t>[sch vesp 1221 (8)]</w:t>
      </w:r>
    </w:p>
    <w:p>
      <w:r>
        <w:rPr>
          <w:rFonts w:ascii="Gentium Plus" w:hAnsi="Gentium Plus"/>
          <w:sz w:val="24"/>
        </w:rPr>
        <w:t>τὸν δὲ Μύσιον ⸢Ἀκέστορ’ V*Γ* [Ἀκέστερον Ald] ἀναπέπεικεν ἀκολου‐</w:t>
      </w:r>
    </w:p>
    <w:p>
      <w:r>
        <w:rPr>
          <w:rFonts w:ascii="Courier New" w:hAnsi="Courier New"/>
          <w:color w:val="555555"/>
          <w:sz w:val="20"/>
        </w:rPr>
        <w:t>[10]</w:t>
      </w:r>
    </w:p>
    <w:p>
      <w:r>
        <w:rPr>
          <w:rFonts w:ascii="Gentium Plus" w:hAnsi="Gentium Plus"/>
          <w:sz w:val="24"/>
        </w:rPr>
        <w:t>θεῖν ἅμα. καὶ Μεταγένης Φιλοθύτῃ ὁμοίως· ὦ πολῖται, δεινὰ πάσχω. τίς πολίτης δ’ ἐστὶ †† πλὴν †αρι† Σάκας ὁ Μυσὸς καὶ τὸ Καλλίου νόθον; VΓAld</w:t>
      </w:r>
    </w:p>
    <w:p>
      <w:r>
        <w:rPr>
          <w:rFonts w:ascii="Courier New" w:hAnsi="Courier New"/>
          <w:color w:val="555555"/>
          <w:sz w:val="20"/>
        </w:rPr>
        <w:t>[sch vesp 1222a]</w:t>
      </w:r>
    </w:p>
    <w:p>
      <w:r>
        <w:rPr>
          <w:rFonts w:ascii="Gentium Plus" w:hAnsi="Gentium Plus"/>
          <w:sz w:val="24"/>
        </w:rPr>
        <w:t>τὰ σκόλι’ ὅπως δέξῃ καλῶς: ἀρχαῖον ⸢ἦν Lh ἔθος ἑστιωμένους ᾄδειν (.) VΓLhAld ἀκολούθως τῷ πρώτῳ, εἰ παύσαιτο τῆς ᾠδῆς, τὰ ἑξῆς. VΓAld ⸢καὶ γὰρ ὁ ἐξ ἀρχῆς VΓAld δάφνην ⸢γὰρ Lh ἢ μυρρίνην ⸢ὁ πρῶτος Lh κατέχων ᾖδε Σιμωνίδου ⸢μέλος Lh ἢ Στησιχόρου ⸢μέλη VΓAld, ἄχρις</w:t>
      </w:r>
    </w:p>
    <w:p>
      <w:r>
        <w:rPr>
          <w:rFonts w:ascii="Courier New" w:hAnsi="Courier New"/>
          <w:color w:val="555555"/>
          <w:sz w:val="20"/>
        </w:rPr>
        <w:t>[5]</w:t>
      </w:r>
    </w:p>
    <w:p>
      <w:r>
        <w:rPr>
          <w:rFonts w:ascii="Gentium Plus" w:hAnsi="Gentium Plus"/>
          <w:sz w:val="24"/>
        </w:rPr>
        <w:t>οὗ ἤθελεν, καὶ μετὰ ταῦτα, ᾧ ⸢ἠβούλετο VΓ* [ἐβούλετο LhAld], ἐδίδου (.) VΓLhAld, οὐχ ὡς ἡ τάξις ἀπῄτει. VΓAld καὶ ἔλεγεν ὁ δεξάμενος ⸢παρὰ</w:t>
      </w:r>
    </w:p>
    <w:p>
      <w:r>
        <w:rPr>
          <w:rFonts w:ascii="Courier New" w:hAnsi="Courier New"/>
          <w:color w:val="555555"/>
          <w:sz w:val="20"/>
        </w:rPr>
        <w:t>[10]</w:t>
      </w:r>
    </w:p>
    <w:p>
      <w:r>
        <w:rPr>
          <w:rFonts w:ascii="Gentium Plus" w:hAnsi="Gentium Plus"/>
          <w:sz w:val="24"/>
        </w:rPr>
        <w:t>δυσκολίαν. VΓltAld</w:t>
      </w:r>
    </w:p>
    <w:p>
      <w:r>
        <w:rPr>
          <w:rFonts w:ascii="Courier New" w:hAnsi="Courier New"/>
          <w:color w:val="555555"/>
          <w:sz w:val="20"/>
        </w:rPr>
        <w:t>[sch vesp 1222b]</w:t>
      </w:r>
    </w:p>
    <w:p>
      <w:r>
        <w:rPr>
          <w:rFonts w:ascii="Gentium Plus" w:hAnsi="Gentium Plus"/>
          <w:sz w:val="24"/>
        </w:rPr>
        <w:t>“ὅπως παραδέξῃ.” ἐν κύκλῳ γὰρ ᾖδον τὰ σκόλια, ἅ VΓAld εἰσι(ὶ) ⸢δὲ lt παροίνιαι ᾠδαί. VΓltAld</w:t>
      </w:r>
    </w:p>
    <w:p>
      <w:r>
        <w:rPr>
          <w:rFonts w:ascii="Courier New" w:hAnsi="Courier New"/>
          <w:color w:val="555555"/>
          <w:sz w:val="20"/>
        </w:rPr>
        <w:t>[sch vesp 1223]</w:t>
      </w:r>
    </w:p>
    <w:p>
      <w:r>
        <w:rPr>
          <w:rFonts w:ascii="Gentium Plus" w:hAnsi="Gentium Plus"/>
          <w:sz w:val="24"/>
        </w:rPr>
        <w:t>ὡς οὐδείς γε Δια‐ κρίων: ὡς εἰς ταύτην ἑαυτὸν ἀνα‐ πέμπων τὴν τάξιν τοῦ πολιτεύμα‐</w:t>
      </w:r>
    </w:p>
    <w:p>
      <w:r>
        <w:rPr>
          <w:rFonts w:ascii="Courier New" w:hAnsi="Courier New"/>
          <w:color w:val="555555"/>
          <w:sz w:val="20"/>
        </w:rPr>
        <w:t>[sch vesp 1223,col 2]</w:t>
      </w:r>
    </w:p>
    <w:p>
      <w:r>
        <w:rPr>
          <w:rFonts w:ascii="Gentium Plus" w:hAnsi="Gentium Plus"/>
          <w:sz w:val="24"/>
        </w:rPr>
        <w:t>τάξις ἦν τῶν Διακρίων ὠνομασμένη</w:t>
      </w:r>
    </w:p>
    <w:p>
      <w:r>
        <w:rPr>
          <w:rFonts w:ascii="Courier New" w:hAnsi="Courier New"/>
          <w:color w:val="555555"/>
          <w:sz w:val="20"/>
        </w:rPr>
        <w:t>[sch vesp 1223 (5)]</w:t>
      </w:r>
    </w:p>
    <w:p>
      <w:r>
        <w:rPr>
          <w:rFonts w:ascii="Gentium Plus" w:hAnsi="Gentium Plus"/>
          <w:sz w:val="24"/>
        </w:rPr>
        <w:t>κατὰ γὰρ τοὺς Σόλωνος νόμους τρεῖς ἦσαν αἱ τάξεις, μία μὲν τῶν Παραλίων, ὧν προειστήκει Μεγακλῆς, ἑτέρα δὲ τῶν Πεδιέων, ὧν προειστήκει Λυκοῦργος, τρίτη δὲ τῶν ⸢Διακριέων VΓ [Διακρίων AldTaur], ὧν προειστήκει Πει‐ σίστρατος. τὴν δὲ χώραν τὴν Διακρίαν Πανδίονά φασι τοῖς ⸢υἱοῖς VΓAld [υἱέσι Taur] διανείμαντα τὴν ἀρχὴν Λύκῳ δοῦναι, Αἰγεῖ δὲ τὴν περὶ τὸ</w:t>
      </w:r>
    </w:p>
    <w:p>
      <w:r>
        <w:rPr>
          <w:rFonts w:ascii="Courier New" w:hAnsi="Courier New"/>
          <w:color w:val="555555"/>
          <w:sz w:val="20"/>
        </w:rPr>
        <w:t>[10]</w:t>
      </w:r>
    </w:p>
    <w:p>
      <w:r>
        <w:rPr>
          <w:rFonts w:ascii="Gentium Plus" w:hAnsi="Gentium Plus"/>
          <w:sz w:val="24"/>
        </w:rPr>
        <w:t>ἄστυ, Πάλλαντι δὲ τὴν Παραλίαν, Νίσῳ δὲ τὴν Μεγαρίδα. VΓAldTaur</w:t>
      </w:r>
    </w:p>
    <w:p>
      <w:r>
        <w:rPr>
          <w:rFonts w:ascii="Courier New" w:hAnsi="Courier New"/>
          <w:color w:val="555555"/>
          <w:sz w:val="20"/>
        </w:rPr>
        <w:t>[sch vesp 1227a]</w:t>
      </w:r>
    </w:p>
    <w:p>
      <w:r>
        <w:rPr>
          <w:rFonts w:ascii="Gentium Plus" w:hAnsi="Gentium Plus"/>
          <w:sz w:val="24"/>
        </w:rPr>
        <w:t>οὐχ οὕτω γε πανοῦργος: τοῦτο εἶπεν, ὡς διαδεχόμενος αὐτὸν κατὰ τὴν τάξιν τῶν τὰ σκόλια λεγόντων. οὐδὲν δὲ τοῦτο πρὸς τὸ ἑξῆς τοῦ σκολίου, ἀλλ’ εἰς τὸν δῆθεν λέγοντα Κλέωνα αἰνίττεται. VΓAld</w:t>
      </w:r>
    </w:p>
    <w:p>
      <w:r>
        <w:rPr>
          <w:rFonts w:ascii="Courier New" w:hAnsi="Courier New"/>
          <w:color w:val="555555"/>
          <w:sz w:val="20"/>
        </w:rPr>
        <w:t>[sch vesp 1227b]</w:t>
      </w:r>
    </w:p>
    <w:p>
      <w:r>
        <w:rPr>
          <w:rFonts w:ascii="Gentium Plus" w:hAnsi="Gentium Plus"/>
          <w:sz w:val="24"/>
        </w:rPr>
        <w:t>πανοῦργος] ὡς Κλέων δηλονότι. Γ3</w:t>
      </w:r>
    </w:p>
    <w:p>
      <w:r>
        <w:rPr>
          <w:rFonts w:ascii="Courier New" w:hAnsi="Courier New"/>
          <w:color w:val="555555"/>
          <w:sz w:val="20"/>
        </w:rPr>
        <w:t>[sch vesp 1228]</w:t>
      </w:r>
    </w:p>
    <w:p>
      <w:r>
        <w:rPr>
          <w:rFonts w:ascii="Gentium Plus" w:hAnsi="Gentium Plus"/>
          <w:sz w:val="24"/>
        </w:rPr>
        <w:t>“ἀπολεῖ ἄρα καταβοώμενος”· εἰς κεκράκτην τὸν Κλέωνα. R</w:t>
      </w:r>
    </w:p>
    <w:p>
      <w:r>
        <w:rPr>
          <w:rFonts w:ascii="Courier New" w:hAnsi="Courier New"/>
          <w:color w:val="555555"/>
          <w:sz w:val="20"/>
        </w:rPr>
        <w:t>[sch vesp 1231]</w:t>
      </w:r>
    </w:p>
    <w:p>
      <w:r>
        <w:rPr>
          <w:rFonts w:ascii="Gentium Plus" w:hAnsi="Gentium Plus"/>
          <w:sz w:val="24"/>
        </w:rPr>
        <w:t>ἑτέραν ᾄσομαι] ᾠδήν· ἢ ἐξ ὑπαρχῆς ᾄσομαι. Lh</w:t>
      </w:r>
    </w:p>
    <w:p>
      <w:r>
        <w:rPr>
          <w:rFonts w:ascii="Courier New" w:hAnsi="Courier New"/>
          <w:color w:val="555555"/>
          <w:sz w:val="20"/>
        </w:rPr>
        <w:t>[sch vesp 1232a]</w:t>
      </w:r>
    </w:p>
    <w:p>
      <w:r>
        <w:rPr>
          <w:rFonts w:ascii="Gentium Plus" w:hAnsi="Gentium Plus"/>
          <w:sz w:val="24"/>
        </w:rPr>
        <w:t>στροφὴ κώλων ιδʹ. Lh Ald</w:t>
      </w:r>
    </w:p>
    <w:p>
      <w:r>
        <w:rPr>
          <w:rFonts w:ascii="Courier New" w:hAnsi="Courier New"/>
          <w:color w:val="555555"/>
          <w:sz w:val="20"/>
        </w:rPr>
        <w:t>[sch vesp 1232b]</w:t>
      </w:r>
    </w:p>
    <w:p>
      <w:r>
        <w:rPr>
          <w:rFonts w:ascii="Gentium Plus" w:hAnsi="Gentium Plus"/>
          <w:sz w:val="24"/>
        </w:rPr>
        <w:t>ἄνθρωφ’ οὗτος ὁ μαιόμενος: ⸢τὸ “ὦ ῎νθρωφ’ οὗτος” εἴρηκε Lh παρὰ ⸢τὰ VΓAld [τὸ Lh] Ἀλκαίου· ⸢†ὤνησαι† V*Lh [†ὤνησεν† ΓAld] οὗτος ὁ μαιόμενος τὸ μέγα κράτος.</w:t>
      </w:r>
    </w:p>
    <w:p>
      <w:r>
        <w:rPr>
          <w:rFonts w:ascii="Courier New" w:hAnsi="Courier New"/>
          <w:color w:val="555555"/>
          <w:sz w:val="20"/>
        </w:rPr>
        <w:t>[5]</w:t>
      </w:r>
    </w:p>
    <w:p>
      <w:r>
        <w:rPr>
          <w:rFonts w:ascii="Gentium Plus" w:hAnsi="Gentium Plus"/>
          <w:sz w:val="24"/>
        </w:rPr>
        <w:t>†τρέψεις† τάχα τὴν πόλιν· ἁ δὲ ἔχεται ῥοπᾶς. ἀντὶ τοῦ ”〈ζητῶν〉 μέγα κράτος”· ⸢οὕτω δὲ VLh [οὕτως ΓAld] Αἰολεῖς. VΓLhAld</w:t>
      </w:r>
    </w:p>
    <w:p>
      <w:r>
        <w:rPr>
          <w:rFonts w:ascii="Courier New" w:hAnsi="Courier New"/>
          <w:color w:val="555555"/>
          <w:sz w:val="20"/>
        </w:rPr>
        <w:t>[sch vesp 1234]</w:t>
      </w:r>
    </w:p>
    <w:p>
      <w:r>
        <w:rPr>
          <w:rFonts w:ascii="Gentium Plus" w:hAnsi="Gentium Plus"/>
          <w:sz w:val="24"/>
        </w:rPr>
        <w:t>ἀνατρέψεις: ⸢ἤγουν Lh ἀνατρέψεις ταχέως τὴν πόλιν, ἥτις πρὸς τοῦτο ῥέπει. VΓLhAld ἐκ τῶν Ἀλκαίου δὲ παρῳδεῖ εἰς Κλέωνα ὡς μαινό‐ μενον. VΓAld</w:t>
      </w:r>
    </w:p>
    <w:p>
      <w:r>
        <w:rPr>
          <w:rFonts w:ascii="Courier New" w:hAnsi="Courier New"/>
          <w:color w:val="555555"/>
          <w:sz w:val="20"/>
        </w:rPr>
        <w:t>[sch vesp 1238a]</w:t>
      </w:r>
    </w:p>
    <w:p>
      <w:r>
        <w:rPr>
          <w:rFonts w:ascii="Gentium Plus" w:hAnsi="Gentium Plus"/>
          <w:sz w:val="24"/>
        </w:rPr>
        <w:t>Ἀδμήτου λόγον: ⸢καὶ τοῦτο RVΓAld [τὸ “Ἀδμήτου λόγον” Lh] ἀρχὴ(ή) ⸢ἐστι Lh ⸢τοῦ R σκολίου. ⸢ἑξῆς δέ ἐστιν VΓAld [τὸ δὲ ἑξῆς Lh]· τῶν δειλῶν ἀπέχου γνούς, ὅτι δειλῶν ὀλίγα χάρις. RVΓLhAld</w:t>
      </w:r>
    </w:p>
    <w:p>
      <w:r>
        <w:rPr>
          <w:rFonts w:ascii="Courier New" w:hAnsi="Courier New"/>
          <w:color w:val="555555"/>
          <w:sz w:val="20"/>
        </w:rPr>
        <w:t>[5]</w:t>
      </w:r>
    </w:p>
    <w:p>
      <w:r>
        <w:rPr>
          <w:rFonts w:ascii="Gentium Plus" w:hAnsi="Gentium Plus"/>
          <w:sz w:val="24"/>
        </w:rPr>
        <w:t>καὶ ἐν Πελαργοῖς· ὁ μὲν ᾖδεν “Ἀδμήτου λόγον” πρὸς μυρρίνην,</w:t>
      </w:r>
    </w:p>
    <w:p>
      <w:r>
        <w:rPr>
          <w:rFonts w:ascii="Courier New" w:hAnsi="Courier New"/>
          <w:color w:val="555555"/>
          <w:sz w:val="20"/>
        </w:rPr>
        <w:t>[10]</w:t>
      </w:r>
    </w:p>
    <w:p>
      <w:r>
        <w:rPr>
          <w:rFonts w:ascii="Gentium Plus" w:hAnsi="Gentium Plus"/>
          <w:sz w:val="24"/>
        </w:rPr>
        <w:t>Κλειταγόρας ᾄδειν, ὅταν Ἀδμήτου μέλος αὐλῇ. VΓLhAld</w:t>
      </w:r>
    </w:p>
    <w:p>
      <w:r>
        <w:rPr>
          <w:rFonts w:ascii="Courier New" w:hAnsi="Courier New"/>
          <w:color w:val="555555"/>
          <w:sz w:val="20"/>
        </w:rPr>
        <w:t>[sch vesp 1238b]</w:t>
      </w:r>
    </w:p>
    <w:p>
      <w:r>
        <w:rPr>
          <w:rFonts w:ascii="Gentium Plus" w:hAnsi="Gentium Plus"/>
          <w:sz w:val="24"/>
        </w:rPr>
        <w:t>Ἀπολλώνιος δὲ ὁ Χαίριδος, ὡς Ἀρτεμίδωρός φησιν, περὶ μὲν τῆς Κλειταγόρας τῆς ποιητρίας, ὅτι ὡς †ἀνδρωνύμενον† ἀναγέγραφε Κλειταγόραν Ἀμμώνιος, ἀπελέγχει αὐτόν, περὶ δὲ τοῦ Ἀδμήτου παρεῖκεν. V, Γ (?) Ald (?) αὐτὸς δέ φησι Φανόδημον λέγειν,</w:t>
      </w:r>
    </w:p>
    <w:p>
      <w:r>
        <w:rPr>
          <w:rFonts w:ascii="Courier New" w:hAnsi="Courier New"/>
          <w:color w:val="555555"/>
          <w:sz w:val="20"/>
        </w:rPr>
        <w:t>[5]</w:t>
      </w:r>
    </w:p>
    <w:p>
      <w:r>
        <w:rPr>
          <w:rFonts w:ascii="Gentium Plus" w:hAnsi="Gentium Plus"/>
          <w:sz w:val="24"/>
        </w:rPr>
        <w:t>VΓAld</w:t>
      </w:r>
    </w:p>
    <w:p>
      <w:r>
        <w:rPr>
          <w:rFonts w:ascii="Courier New" w:hAnsi="Courier New"/>
          <w:color w:val="555555"/>
          <w:sz w:val="20"/>
        </w:rPr>
        <w:t>[sch vesp 1238b,col 2 (4)]</w:t>
      </w:r>
    </w:p>
    <w:p>
      <w:r>
        <w:rPr>
          <w:rFonts w:ascii="Gentium Plus" w:hAnsi="Gentium Plus"/>
          <w:sz w:val="24"/>
        </w:rPr>
        <w:t>Φανόδημος δὲ λέγει, Lh</w:t>
      </w:r>
    </w:p>
    <w:p>
      <w:r>
        <w:rPr>
          <w:rFonts w:ascii="Courier New" w:hAnsi="Courier New"/>
          <w:color w:val="555555"/>
          <w:sz w:val="20"/>
        </w:rPr>
        <w:t>[sch vesp 1238b (6)]</w:t>
      </w:r>
    </w:p>
    <w:p>
      <w:r>
        <w:rPr>
          <w:rFonts w:ascii="Gentium Plus" w:hAnsi="Gentium Plus"/>
          <w:sz w:val="24"/>
        </w:rPr>
        <w:t>ὅτι φυγὰς ⸢ἐκ Φερῶν V*Γ*Ald* Ἄδμητος ἦλθε πρὸς Θησέα VΓLhAld μετ’ Ἀλκήστιδος καὶ Ἱππάσου τοῦ νεωτάτου τῶν παίδων κατοικισθέν‐ των ὑπὸ Θησέως—ἢ Εὐριπίδου—·</w:t>
      </w:r>
    </w:p>
    <w:p>
      <w:r>
        <w:rPr>
          <w:rFonts w:ascii="Courier New" w:hAnsi="Courier New"/>
          <w:color w:val="555555"/>
          <w:sz w:val="20"/>
        </w:rPr>
        <w:t>[10]</w:t>
      </w:r>
    </w:p>
    <w:p>
      <w:r>
        <w:rPr>
          <w:rFonts w:ascii="Gentium Plus" w:hAnsi="Gentium Plus"/>
          <w:sz w:val="24"/>
        </w:rPr>
        <w:t>V, Γ(?)</w:t>
      </w:r>
    </w:p>
    <w:p>
      <w:r>
        <w:rPr>
          <w:rFonts w:ascii="Courier New" w:hAnsi="Courier New"/>
          <w:color w:val="555555"/>
          <w:sz w:val="20"/>
        </w:rPr>
        <w:t>[sch vesp 1238b,col 2 (7)]</w:t>
      </w:r>
    </w:p>
    <w:p>
      <w:r>
        <w:rPr>
          <w:rFonts w:ascii="Gentium Plus" w:hAnsi="Gentium Plus"/>
          <w:sz w:val="24"/>
        </w:rPr>
        <w:t>, τὸν Ἀλκήστιδος καὶ Ἱππάσου νεώτατον παῖδα, καὶ κατῳκίσθη παρ’ αὐτοῦ ἐν τῇ αὐτοῦ χώρᾳ·</w:t>
      </w:r>
    </w:p>
    <w:p>
      <w:r>
        <w:rPr>
          <w:rFonts w:ascii="Courier New" w:hAnsi="Courier New"/>
          <w:color w:val="555555"/>
          <w:sz w:val="20"/>
        </w:rPr>
        <w:t>[10]</w:t>
      </w:r>
    </w:p>
    <w:p>
      <w:r>
        <w:rPr>
          <w:rFonts w:ascii="Gentium Plus" w:hAnsi="Gentium Plus"/>
          <w:sz w:val="24"/>
        </w:rPr>
        <w:t>LhAld</w:t>
      </w:r>
    </w:p>
    <w:p>
      <w:r>
        <w:rPr>
          <w:rFonts w:ascii="Courier New" w:hAnsi="Courier New"/>
          <w:color w:val="555555"/>
          <w:sz w:val="20"/>
        </w:rPr>
        <w:t>[sch vesp 1238b (11)]</w:t>
      </w:r>
    </w:p>
    <w:p>
      <w:r>
        <w:rPr>
          <w:rFonts w:ascii="Gentium Plus" w:hAnsi="Gentium Plus"/>
          <w:sz w:val="24"/>
        </w:rPr>
        <w:t>εἰς ὃν τὸ σκόλιον. VΓLhAld</w:t>
      </w:r>
    </w:p>
    <w:p>
      <w:r>
        <w:rPr>
          <w:rFonts w:ascii="Courier New" w:hAnsi="Courier New"/>
          <w:color w:val="555555"/>
          <w:sz w:val="20"/>
        </w:rPr>
        <w:t>[sch vesp 1238c]</w:t>
      </w:r>
    </w:p>
    <w:p>
      <w:r>
        <w:rPr>
          <w:rFonts w:ascii="Gentium Plus" w:hAnsi="Gentium Plus"/>
          <w:sz w:val="24"/>
        </w:rPr>
        <w:t>⸢σκόλια δὲ λέγεται τὰ παροίνια μέλη τὰ ἐπὶ συμποσίοις ᾀδόμενα. καὶ ὡς μὲν Lh ἔνιοί φασιν ⸢, ὡς Ald ἐκ τοῦ ἐναντίου προσηγορεύθησαν ⸢σκολιὰ τὰ παροίνια μέλη Ald· ἁπλᾶ γὰρ αὐτὰ ἐχρῆν εἶναι καὶ εὔκολα, ὡς παρὰ πότον ᾀδόμενα. οὐκ εὖ δὲ τοῦτο· τὰ γὰρ δύσφημα ἐπὶ τὸ εὐφημότερον μεταλαμβάνεται,</w:t>
      </w:r>
    </w:p>
    <w:p>
      <w:r>
        <w:rPr>
          <w:rFonts w:ascii="Courier New" w:hAnsi="Courier New"/>
          <w:color w:val="555555"/>
          <w:sz w:val="20"/>
        </w:rPr>
        <w:t>[5]</w:t>
      </w:r>
    </w:p>
    <w:p>
      <w:r>
        <w:rPr>
          <w:rFonts w:ascii="Gentium Plus" w:hAnsi="Gentium Plus"/>
          <w:sz w:val="24"/>
        </w:rPr>
        <w:t>οὐ μὴν τὸ ἔμπαλιν. LhAld τί οὖν; ἀνάγκη τις ἦν τοῖς ἐν συμποσίοις ἅπασιν ᾄδειν μετὰ λύρας· ὅσοι δὲ οὐκ ἠπίσταντο λύρᾳ χρῆσθαι, δάφνης ἢ μυρρίνης κλῶνας λαμβάνοντες ᾖδον. τοῖς οὖν 〈οὐκ〉 ἐπισταμένοις μέλος πρὸς λύραν ᾄδειν σκολιὰ ἐδόκει· ὅθεν καὶ σκόλια ὠνομάσθησαν. τινὲς δὲ οὕτως· Lh ⸢ἀλλ’ ὅτι Ald οὐκ ἀπὸ τοῦ ἑξῆς LhAld</w:t>
      </w:r>
    </w:p>
    <w:p>
      <w:r>
        <w:rPr>
          <w:rFonts w:ascii="Courier New" w:hAnsi="Courier New"/>
          <w:color w:val="555555"/>
          <w:sz w:val="20"/>
        </w:rPr>
        <w:t>[10]</w:t>
      </w:r>
    </w:p>
    <w:p>
      <w:r>
        <w:rPr>
          <w:rFonts w:ascii="Gentium Plus" w:hAnsi="Gentium Plus"/>
          <w:sz w:val="24"/>
        </w:rPr>
        <w:t>φασι δίδοσθαι τὴν λύραν, ἀλλ’</w:t>
      </w:r>
    </w:p>
    <w:p>
      <w:r>
        <w:rPr>
          <w:rFonts w:ascii="Courier New" w:hAnsi="Courier New"/>
          <w:color w:val="555555"/>
          <w:sz w:val="20"/>
        </w:rPr>
        <w:t>[sch vesp 1238c,col 2 (10)]</w:t>
      </w:r>
    </w:p>
    <w:p>
      <w:r>
        <w:rPr>
          <w:rFonts w:ascii="Gentium Plus" w:hAnsi="Gentium Plus"/>
          <w:sz w:val="24"/>
        </w:rPr>
        <w:t>ἡ λύρα τοῖς συμπόταις ἐδίδοτο,</w:t>
      </w:r>
    </w:p>
    <w:p>
      <w:r>
        <w:rPr>
          <w:rFonts w:ascii="Courier New" w:hAnsi="Courier New"/>
          <w:color w:val="555555"/>
          <w:sz w:val="20"/>
        </w:rPr>
        <w:t>[sch vesp 1238c (12)]</w:t>
      </w:r>
    </w:p>
    <w:p>
      <w:r>
        <w:rPr>
          <w:rFonts w:ascii="Gentium Plus" w:hAnsi="Gentium Plus"/>
          <w:sz w:val="24"/>
        </w:rPr>
        <w:t>διὰ τὴν σκολιὰν ⸢οὖν Lh τῆς λύρας περιφορὰν σκόλια ἐλέγετο. LhAld</w:t>
      </w:r>
    </w:p>
    <w:p>
      <w:r>
        <w:rPr>
          <w:rFonts w:ascii="Courier New" w:hAnsi="Courier New"/>
          <w:color w:val="555555"/>
          <w:sz w:val="20"/>
        </w:rPr>
        <w:t>[sch vesp 1238d alpha]</w:t>
      </w:r>
    </w:p>
    <w:p>
      <w:r>
        <w:rPr>
          <w:rFonts w:ascii="Gentium Plus" w:hAnsi="Gentium Plus"/>
          <w:sz w:val="24"/>
        </w:rPr>
        <w:t>τινὲς δέ φασιν, ὡς Ἀλκήστιδος ὑπεραποθανούσης Ἀδμήτου τοῦ ἀνδρὸς αὐτῆς σκολιὰ (10) ... (10) πρὸς αὐτὸν ᾔδοντο ... (12) ὡς δ’ Εὐριπίδης, Ἅιδῃ μαχεσάμενος Ἡρακλῆς. (mut. ex Zenob. I 18, Par. Gr. I 6, 9—13)</w:t>
      </w:r>
    </w:p>
    <w:p>
      <w:r>
        <w:rPr>
          <w:rFonts w:ascii="Courier New" w:hAnsi="Courier New"/>
          <w:color w:val="555555"/>
          <w:sz w:val="20"/>
        </w:rPr>
        <w:t>[sch vesp 1238d beta]</w:t>
      </w:r>
    </w:p>
    <w:p>
      <w:r>
        <w:rPr>
          <w:rFonts w:ascii="Gentium Plus" w:hAnsi="Gentium Plus"/>
          <w:sz w:val="24"/>
        </w:rPr>
        <w:t>Δικαίαρχος δὲ ἐν τῷ (28) ... (6) σκολιὰ ἐγένετο ... (6) τῶν κλινεῖν (sic). (ex Su. s.v. σκολιόν, IV 382, 28—383, 7)</w:t>
      </w:r>
    </w:p>
    <w:p>
      <w:r>
        <w:rPr>
          <w:rFonts w:ascii="Courier New" w:hAnsi="Courier New"/>
          <w:color w:val="555555"/>
          <w:sz w:val="20"/>
        </w:rPr>
        <w:t>[sch vesp 1238d gamma]</w:t>
      </w:r>
    </w:p>
    <w:p>
      <w:r>
        <w:rPr>
          <w:rFonts w:ascii="Gentium Plus" w:hAnsi="Gentium Plus"/>
          <w:sz w:val="24"/>
        </w:rPr>
        <w:t>οἱ δέ φασιν, ὡς ἔθος ἦν (14) ... (16) ᾄδειν. (ex Zenob. I 19, Par. Gr. l.c. 14—16)</w:t>
      </w:r>
    </w:p>
    <w:p>
      <w:r>
        <w:rPr>
          <w:rFonts w:ascii="Courier New" w:hAnsi="Courier New"/>
          <w:color w:val="555555"/>
          <w:sz w:val="20"/>
        </w:rPr>
        <w:t>[sch vesp 1239]</w:t>
      </w:r>
    </w:p>
    <w:p>
      <w:r>
        <w:rPr>
          <w:rFonts w:ascii="Gentium Plus" w:hAnsi="Gentium Plus"/>
          <w:sz w:val="24"/>
        </w:rPr>
        <w:t>κολακικὸν τὸ σκόλιον (.) VLhAld, ὡς παρὰ Θεώρου. VLh τοῦτο οἱ μὲν Ἀλκαίου, οἱ δὲ Σαπφοῦς· οὐκ ἔστι δέ, ἀλλ’ V ἐν τοῖς Πραξίλλης ⸢δὲ LhAld φέρεται παροινίοις. VLhAld</w:t>
      </w:r>
    </w:p>
    <w:p>
      <w:r>
        <w:rPr>
          <w:rFonts w:ascii="Courier New" w:hAnsi="Courier New"/>
          <w:color w:val="555555"/>
          <w:sz w:val="20"/>
        </w:rPr>
        <w:t>[sch vesp 1241]</w:t>
      </w:r>
    </w:p>
    <w:p>
      <w:r>
        <w:rPr>
          <w:rFonts w:ascii="Gentium Plus" w:hAnsi="Gentium Plus"/>
          <w:sz w:val="24"/>
        </w:rPr>
        <w:t>ἀλωπεκίζειν: πανουργεῖν, κολακεύειν. ΓLhAld οὐδὲν δὲ τοῦτο πρὸς τὸ σκόλιον τὸ εἰρημένον ὑπὸ Θεώρου, ἀλλ’ ΓAld ὡς κόλακα ⸢δὲ Lh</w:t>
      </w:r>
    </w:p>
    <w:p>
      <w:r>
        <w:rPr>
          <w:rFonts w:ascii="Courier New" w:hAnsi="Courier New"/>
          <w:color w:val="555555"/>
          <w:sz w:val="20"/>
        </w:rPr>
        <w:t>[sch vesp 1244]</w:t>
      </w:r>
    </w:p>
    <w:p>
      <w:r>
        <w:rPr>
          <w:rFonts w:ascii="Gentium Plus" w:hAnsi="Gentium Plus"/>
          <w:sz w:val="24"/>
        </w:rPr>
        <w:t>κᾆτ’ ᾄσεται: ὡς ⸢μήτε Γ [εἰ μὴ LhAld] σοφὸς(ός) ⸢μήτε Γ [, οὐδὲ LhAld] μουσικός. ΓLhAld</w:t>
      </w:r>
    </w:p>
    <w:p>
      <w:r>
        <w:rPr>
          <w:rFonts w:ascii="Courier New" w:hAnsi="Courier New"/>
          <w:color w:val="555555"/>
          <w:sz w:val="20"/>
        </w:rPr>
        <w:t>[sch vesp 1244-7]</w:t>
      </w:r>
    </w:p>
    <w:p>
      <w:r>
        <w:rPr>
          <w:rFonts w:ascii="Gentium Plus" w:hAnsi="Gentium Plus"/>
          <w:sz w:val="24"/>
        </w:rPr>
        <w:t>τοῦτο, φησίν, ἐπάξω πρὸς τὸ σκόλιον Αἰσχίνου, ⸢ἐπειδὴ Γ3 [ἐπεὶ LhAld] κομπαστὴς ἦν. Γ3LhAld</w:t>
      </w:r>
    </w:p>
    <w:p>
      <w:r>
        <w:rPr>
          <w:rFonts w:ascii="Courier New" w:hAnsi="Courier New"/>
          <w:color w:val="555555"/>
          <w:sz w:val="20"/>
        </w:rPr>
        <w:t>[sch vesp 1245]</w:t>
      </w:r>
    </w:p>
    <w:p>
      <w:r>
        <w:rPr>
          <w:rFonts w:ascii="Gentium Plus" w:hAnsi="Gentium Plus"/>
          <w:sz w:val="24"/>
        </w:rPr>
        <w:t>χρήματα: †πλουσίου ὧ δήματο τουτ( )† Αἰσχίνης συνέθηκε †πενίτιον† τῷ ἀλαζόνι Κλειταγόρᾳ. V συνέπλεξε δὲ ἐκ τοῦ σκολίου. RV</w:t>
      </w:r>
    </w:p>
    <w:p>
      <w:r>
        <w:rPr>
          <w:rFonts w:ascii="Courier New" w:hAnsi="Courier New"/>
          <w:color w:val="555555"/>
          <w:sz w:val="20"/>
        </w:rPr>
        <w:t>[sch vesp 1246]</w:t>
      </w:r>
    </w:p>
    <w:p>
      <w:r>
        <w:rPr>
          <w:rFonts w:ascii="Gentium Plus" w:hAnsi="Gentium Plus"/>
          <w:sz w:val="24"/>
        </w:rPr>
        <w:t>Κλειταγόρᾳ τε: Κλειταγόρας μέλος λέγουσι τὸ εἰς αὐτὴν VΓAld Κλειταγόραν, RVΓAld ἥτις ἐγένετο ποιήτρια (.) RVΓAld,</w:t>
      </w:r>
    </w:p>
    <w:p>
      <w:r>
        <w:rPr>
          <w:rFonts w:ascii="Courier New" w:hAnsi="Courier New"/>
          <w:color w:val="555555"/>
          <w:sz w:val="20"/>
        </w:rPr>
        <w:t>[sch vesp 1246,col 2 (3)]</w:t>
      </w:r>
    </w:p>
    <w:p>
      <w:r>
        <w:rPr>
          <w:rFonts w:ascii="Gentium Plus" w:hAnsi="Gentium Plus"/>
          <w:sz w:val="24"/>
        </w:rPr>
        <w:t>αὕτη γυνὴ ποιήτρια θετταλή. Lh</w:t>
      </w:r>
    </w:p>
    <w:p>
      <w:r>
        <w:rPr>
          <w:rFonts w:ascii="Courier New" w:hAnsi="Courier New"/>
          <w:color w:val="555555"/>
          <w:sz w:val="20"/>
        </w:rPr>
        <w:t>[sch vesp 1246 (5)]</w:t>
      </w:r>
    </w:p>
    <w:p>
      <w:r>
        <w:rPr>
          <w:rFonts w:ascii="Gentium Plus" w:hAnsi="Gentium Plus"/>
          <w:sz w:val="24"/>
        </w:rPr>
        <w:t>Ἁρμοδίου μέλος τὸ εἰς Ἁρμόδιον καὶ Ἀδμήτου τὸ εἰς Ἄδμητον. ἐκ σκολίου τινός ἐστιν. Ἀθηναίοις ⸢δὲ V Θετταλοὶ συνεμάχησαν ἐν τῷ πρὸς τοὺς τυράννους πολέμῳ. VΓAld</w:t>
      </w:r>
    </w:p>
    <w:p>
      <w:r>
        <w:rPr>
          <w:rFonts w:ascii="Courier New" w:hAnsi="Courier New"/>
          <w:color w:val="555555"/>
          <w:sz w:val="20"/>
        </w:rPr>
        <w:t>[sch vesp 1250]</w:t>
      </w:r>
    </w:p>
    <w:p>
      <w:r>
        <w:rPr>
          <w:rFonts w:ascii="Gentium Plus" w:hAnsi="Gentium Plus"/>
          <w:sz w:val="24"/>
        </w:rPr>
        <w:t>εἰς Φιλοκτήμονος: ⸢οὗτος ὁ Lh Φιλοκτήμων ἄσωτος ⸢οὗτος</w:t>
      </w:r>
    </w:p>
    <w:p>
      <w:r>
        <w:rPr>
          <w:rFonts w:ascii="Courier New" w:hAnsi="Courier New"/>
          <w:color w:val="555555"/>
          <w:sz w:val="20"/>
        </w:rPr>
        <w:t>[sch vesp 1251a]</w:t>
      </w:r>
    </w:p>
    <w:p>
      <w:r>
        <w:rPr>
          <w:rFonts w:ascii="Gentium Plus" w:hAnsi="Gentium Plus"/>
          <w:sz w:val="24"/>
        </w:rPr>
        <w:t>παῖ παῖ] δοῦλος. Lh</w:t>
      </w:r>
    </w:p>
    <w:p>
      <w:r>
        <w:rPr>
          <w:rFonts w:ascii="Courier New" w:hAnsi="Courier New"/>
          <w:color w:val="555555"/>
          <w:sz w:val="20"/>
        </w:rPr>
        <w:t>[sch vesp 1251b]</w:t>
      </w:r>
    </w:p>
    <w:p>
      <w:r>
        <w:rPr>
          <w:rFonts w:ascii="Gentium Plus" w:hAnsi="Gentium Plus"/>
          <w:sz w:val="24"/>
        </w:rPr>
        <w:t>τὸ δεῖπνον Χρυσὲ: μεταβαλεῖν θέλει τοὺς τρόπους ⸢τοῦ πρε‐ σβύτου R [τὸν πρεσβύτην VΓAld]. RVΓAld</w:t>
      </w:r>
    </w:p>
    <w:p>
      <w:r>
        <w:rPr>
          <w:rFonts w:ascii="Courier New" w:hAnsi="Courier New"/>
          <w:color w:val="555555"/>
          <w:sz w:val="20"/>
        </w:rPr>
        <w:t>[sch vesp 1251c]</w:t>
      </w:r>
    </w:p>
    <w:p>
      <w:r>
        <w:rPr>
          <w:rFonts w:ascii="Gentium Plus" w:hAnsi="Gentium Plus"/>
          <w:sz w:val="24"/>
        </w:rPr>
        <w:t>εἰ γάρ πού τις ἐκαλεῖτο εἰς ἄριστον ἢ εἰς δεῖπνον, τὸ ἄριστον ἢ τὸ δεῖπνον ἑαυτοῦ ἔφερεν. VΓAld</w:t>
      </w:r>
    </w:p>
    <w:p>
      <w:r>
        <w:rPr>
          <w:rFonts w:ascii="Courier New" w:hAnsi="Courier New"/>
          <w:color w:val="555555"/>
          <w:sz w:val="20"/>
        </w:rPr>
        <w:t>[sch vesp 1251d]</w:t>
      </w:r>
    </w:p>
    <w:p>
      <w:r>
        <w:rPr>
          <w:rFonts w:ascii="Gentium Plus" w:hAnsi="Gentium Plus"/>
          <w:sz w:val="24"/>
        </w:rPr>
        <w:t>⸢ὅτι R [τὸ VΓAld] ὄνομα ⸢τοῦ VΓAld θεράποντος (.) RVΓLh Ald Χρυσός. RVΓAld</w:t>
      </w:r>
    </w:p>
    <w:p>
      <w:r>
        <w:rPr>
          <w:rFonts w:ascii="Courier New" w:hAnsi="Courier New"/>
          <w:color w:val="555555"/>
          <w:sz w:val="20"/>
        </w:rPr>
        <w:t>[sch vesp 1251e]</w:t>
      </w:r>
    </w:p>
    <w:p>
      <w:r>
        <w:rPr>
          <w:rFonts w:ascii="Gentium Plus" w:hAnsi="Gentium Plus"/>
          <w:sz w:val="24"/>
        </w:rPr>
        <w:t>συσκεύαζε] εὐτρέπιζε. Lh</w:t>
      </w:r>
    </w:p>
    <w:p>
      <w:r>
        <w:rPr>
          <w:rFonts w:ascii="Courier New" w:hAnsi="Courier New"/>
          <w:color w:val="555555"/>
          <w:sz w:val="20"/>
        </w:rPr>
        <w:t>[sch vesp 1251f]</w:t>
      </w:r>
    </w:p>
    <w:p>
      <w:r>
        <w:rPr>
          <w:rFonts w:ascii="Gentium Plus" w:hAnsi="Gentium Plus"/>
          <w:sz w:val="24"/>
        </w:rPr>
        <w:t>νῶϊν] συνίζησις. Lh</w:t>
      </w:r>
    </w:p>
    <w:p>
      <w:r>
        <w:rPr>
          <w:rFonts w:ascii="Courier New" w:hAnsi="Courier New"/>
          <w:color w:val="555555"/>
          <w:sz w:val="20"/>
        </w:rPr>
        <w:t>[sch vesp 1254a alpha]</w:t>
      </w:r>
    </w:p>
    <w:p>
      <w:r>
        <w:rPr>
          <w:rFonts w:ascii="Gentium Plus" w:hAnsi="Gentium Plus"/>
          <w:sz w:val="24"/>
        </w:rPr>
        <w:t>καὶ κατάξαι] γρ. ⸢καὶ Γ3 “πατάξαι”. VΓ3lh</w:t>
      </w:r>
    </w:p>
    <w:p>
      <w:r>
        <w:rPr>
          <w:rFonts w:ascii="Courier New" w:hAnsi="Courier New"/>
          <w:color w:val="555555"/>
          <w:sz w:val="20"/>
        </w:rPr>
        <w:t>[sch vesp 1254a beta]</w:t>
      </w:r>
    </w:p>
    <w:p>
      <w:r>
        <w:rPr>
          <w:rFonts w:ascii="Gentium Plus" w:hAnsi="Gentium Plus"/>
          <w:sz w:val="24"/>
        </w:rPr>
        <w:t>πατάξαι: γράφεται καὶ “καταράξαι”.</w:t>
      </w:r>
    </w:p>
    <w:p>
      <w:r>
        <w:rPr>
          <w:rFonts w:ascii="Courier New" w:hAnsi="Courier New"/>
          <w:color w:val="555555"/>
          <w:sz w:val="20"/>
        </w:rPr>
        <w:t>[sch vesp 1254b]</w:t>
      </w:r>
    </w:p>
    <w:p>
      <w:r>
        <w:rPr>
          <w:rFonts w:ascii="Gentium Plus" w:hAnsi="Gentium Plus"/>
          <w:sz w:val="24"/>
        </w:rPr>
        <w:t>βαλεῖν] ⸢ἀντὶ τοῦ Γ3Ald καταβαλεῖν ⸢τὴν Ald θύραν. VΓ3Ald</w:t>
      </w:r>
    </w:p>
    <w:p>
      <w:r>
        <w:rPr>
          <w:rFonts w:ascii="Courier New" w:hAnsi="Courier New"/>
          <w:color w:val="555555"/>
          <w:sz w:val="20"/>
        </w:rPr>
        <w:t>[sch vesp 1256]</w:t>
      </w:r>
    </w:p>
    <w:p>
      <w:r>
        <w:rPr>
          <w:rFonts w:ascii="Gentium Plus" w:hAnsi="Gentium Plus"/>
          <w:sz w:val="24"/>
        </w:rPr>
        <w:t>ἢν ξυνῇς] οὐδὲν ⸢πείσει R, Lh? [πείσῃ VΓ3], ⸢ἂν RVΓ3* [εἰ Lh] συνῇς ἀστείοις. RVΓ3Lh</w:t>
      </w:r>
    </w:p>
    <w:p>
      <w:r>
        <w:rPr>
          <w:rFonts w:ascii="Courier New" w:hAnsi="Courier New"/>
          <w:color w:val="555555"/>
          <w:sz w:val="20"/>
        </w:rPr>
        <w:t>[sch vesp 1257a]</w:t>
      </w:r>
    </w:p>
    <w:p>
      <w:r>
        <w:rPr>
          <w:rFonts w:ascii="Gentium Plus" w:hAnsi="Gentium Plus"/>
          <w:sz w:val="24"/>
        </w:rPr>
        <w:t>παρῃτήσαντο: ⸢οἷον R [ἀντὶ τοῦ Γ3] παρεμυθήσαντο (.) RVΓ3LhAld τὸν ἀδικηθέντα. RVΓ3Lh</w:t>
      </w:r>
    </w:p>
    <w:p>
      <w:r>
        <w:rPr>
          <w:rFonts w:ascii="Courier New" w:hAnsi="Courier New"/>
          <w:color w:val="555555"/>
          <w:sz w:val="20"/>
        </w:rPr>
        <w:t>[sch vesp 1257b]</w:t>
      </w:r>
    </w:p>
    <w:p>
      <w:r>
        <w:rPr>
          <w:rFonts w:ascii="Gentium Plus" w:hAnsi="Gentium Plus"/>
          <w:sz w:val="24"/>
        </w:rPr>
        <w:t>ἢ ἐρρύσαντο τῆς δίκης καὶ ἐπέλυσαν (sic) (18) τῆς αἰτίας. καὶ (19) παρῃτεῖτο ἀντὶ τοῦ ἐλιπάρει, παρεκάλει, παρ’ Ἡροδότῳ· “ὁ δὲ ἐλθὼν ... (20) ἔλυσεν”. (mut. ex Su. s.v. παραιτηθείς, IV 47, 18, et παραιτεῖτο, ib. 19sq.)</w:t>
      </w:r>
    </w:p>
    <w:p>
      <w:r>
        <w:rPr>
          <w:rFonts w:ascii="Courier New" w:hAnsi="Courier New"/>
          <w:color w:val="555555"/>
          <w:sz w:val="20"/>
        </w:rPr>
        <w:t>[sch vesp 1258a]</w:t>
      </w:r>
    </w:p>
    <w:p>
      <w:r>
        <w:rPr>
          <w:rFonts w:ascii="Gentium Plus" w:hAnsi="Gentium Plus"/>
          <w:sz w:val="24"/>
        </w:rPr>
        <w:t>λόγον] ὧν ἔμαθες. Lh</w:t>
      </w:r>
    </w:p>
    <w:p>
      <w:r>
        <w:rPr>
          <w:rFonts w:ascii="Courier New" w:hAnsi="Courier New"/>
          <w:color w:val="555555"/>
          <w:sz w:val="20"/>
        </w:rPr>
        <w:t>[sch vesp 1258b]</w:t>
      </w:r>
    </w:p>
    <w:p>
      <w:r>
        <w:rPr>
          <w:rFonts w:ascii="Gentium Plus" w:hAnsi="Gentium Plus"/>
          <w:sz w:val="24"/>
        </w:rPr>
        <w:t>ἔλεξας κτλ.] ἐνταῦθα σύναπτε τὸ “ἐν τῷ συμποσίῳ”. Lh</w:t>
      </w:r>
    </w:p>
    <w:p>
      <w:r>
        <w:rPr>
          <w:rFonts w:ascii="Courier New" w:hAnsi="Courier New"/>
          <w:color w:val="555555"/>
          <w:sz w:val="20"/>
        </w:rPr>
        <w:t>[sch vesp 1259a]</w:t>
      </w:r>
    </w:p>
    <w:p>
      <w:r>
        <w:rPr>
          <w:rFonts w:ascii="Gentium Plus" w:hAnsi="Gentium Plus"/>
          <w:sz w:val="24"/>
        </w:rPr>
        <w:t>αἰσωπικὸν γέλοιον: μῦθοι οὗτοι ἐγένοντο. VΓAld ⸢καὶ VΓAld [ὅτι Lh] οἱ μὲν ⸢συβαριτικοὶ VΓAld* [αἰσωπικοὶ Lh] ⸢μῦθοι Lh περὶ τῶν ⸢τετραπόδων VΓAld [ἀνθρώπων Lh] ἦσαν, οἱ δὲ ⸢αἰσωπικοὶ VΓAld [συβα‐ ριτικοὶ Lh] περὶ τῶν ⸢ἀνθρωπίνων VΓAld [τετραπόδων Lh]. VΓLhAld</w:t>
      </w:r>
    </w:p>
    <w:p>
      <w:r>
        <w:rPr>
          <w:rFonts w:ascii="Courier New" w:hAnsi="Courier New"/>
          <w:color w:val="555555"/>
          <w:sz w:val="20"/>
        </w:rPr>
        <w:t>[5]</w:t>
      </w:r>
    </w:p>
    <w:p>
      <w:r>
        <w:rPr>
          <w:rFonts w:ascii="Gentium Plus" w:hAnsi="Gentium Plus"/>
          <w:sz w:val="24"/>
        </w:rPr>
        <w:t>οὗτοι δὲ οἱ μῦθοι πολιτικοὶ ἦσαν. VΓAld τὸ δὲ “γελοῖον” προείρηται, ὅτι προπερισπωμένως ἐν τοῖς πλείστοις εὕρηται. Lh</w:t>
      </w:r>
    </w:p>
    <w:p>
      <w:r>
        <w:rPr>
          <w:rFonts w:ascii="Courier New" w:hAnsi="Courier New"/>
          <w:color w:val="555555"/>
          <w:sz w:val="20"/>
        </w:rPr>
        <w:t>[sch vesp 1259b]</w:t>
      </w:r>
    </w:p>
    <w:p>
      <w:r>
        <w:rPr>
          <w:rFonts w:ascii="Gentium Plus" w:hAnsi="Gentium Plus"/>
          <w:sz w:val="24"/>
        </w:rPr>
        <w:t>Αἴσωπος δὲ ὁ (1) ... (8) ἀναγκαζόμενος. (11) φασὶ δέ τινες τὸν Αἴσωπον (12) ἀναβιῶναι. (13) καὶ Πλάτων ὁ κωμικὸς “καὶ ... ποτέ”. (ex Su. s.v. Αἴσωπος (text.), II 183, 1—14)</w:t>
      </w:r>
    </w:p>
    <w:p>
      <w:r>
        <w:rPr>
          <w:rFonts w:ascii="Courier New" w:hAnsi="Courier New"/>
          <w:color w:val="555555"/>
          <w:sz w:val="20"/>
        </w:rPr>
        <w:t>[sch vesp 1259c]</w:t>
      </w:r>
    </w:p>
    <w:p>
      <w:r>
        <w:rPr>
          <w:rFonts w:ascii="Gentium Plus" w:hAnsi="Gentium Plus"/>
          <w:sz w:val="24"/>
        </w:rPr>
        <w:t>μῦθος δ’ αἴνου διαφέρει τῷ (12) ... (15) πεποιηκώς. (ex Su. s.v. αἶνος, II 173, 11—15)</w:t>
      </w:r>
    </w:p>
    <w:p>
      <w:r>
        <w:rPr>
          <w:rFonts w:ascii="Courier New" w:hAnsi="Courier New"/>
          <w:color w:val="555555"/>
          <w:sz w:val="20"/>
        </w:rPr>
        <w:t>[sch vesp 1259d]</w:t>
      </w:r>
    </w:p>
    <w:p>
      <w:r>
        <w:rPr>
          <w:rFonts w:ascii="Gentium Plus" w:hAnsi="Gentium Plus"/>
          <w:sz w:val="24"/>
        </w:rPr>
        <w:t>τὸ δὲ ἑξῆς· “ἔλεξας ἐν τῷ συμποσίῳ λόγον, ὧν ἔμαθες, αἰσω‐ πικὸν ἢ συβαριτικόν” ΓAld</w:t>
      </w:r>
    </w:p>
    <w:p>
      <w:r>
        <w:rPr>
          <w:rFonts w:ascii="Courier New" w:hAnsi="Courier New"/>
          <w:color w:val="555555"/>
          <w:sz w:val="20"/>
        </w:rPr>
        <w:t>[sch vesp 1261]</w:t>
      </w:r>
    </w:p>
    <w:p>
      <w:r>
        <w:rPr>
          <w:rFonts w:ascii="Gentium Plus" w:hAnsi="Gentium Plus"/>
          <w:sz w:val="24"/>
        </w:rPr>
        <w:t>ἀφείς ς’ ἀποίχεται] ὁ παθὼν VΓ3LhAld (.) παρὰ σοῦ. VΓ3Lh</w:t>
      </w:r>
    </w:p>
    <w:p>
      <w:r>
        <w:rPr>
          <w:rFonts w:ascii="Courier New" w:hAnsi="Courier New"/>
          <w:color w:val="555555"/>
          <w:sz w:val="20"/>
        </w:rPr>
        <w:t>[sch vesp 1264a]</w:t>
      </w:r>
    </w:p>
    <w:p>
      <w:r>
        <w:rPr>
          <w:rFonts w:ascii="Gentium Plus" w:hAnsi="Gentium Plus"/>
          <w:sz w:val="24"/>
        </w:rPr>
        <w:t>ἄγε νυν] ἀπαλλάττονται. VLhc</w:t>
      </w:r>
    </w:p>
    <w:p>
      <w:r>
        <w:rPr>
          <w:rFonts w:ascii="Courier New" w:hAnsi="Courier New"/>
          <w:color w:val="555555"/>
          <w:sz w:val="20"/>
        </w:rPr>
        <w:t>[sch vesp 1264b]</w:t>
      </w:r>
    </w:p>
    <w:p>
      <w:r>
        <w:rPr>
          <w:rFonts w:ascii="Gentium Plus" w:hAnsi="Gentium Plus"/>
          <w:sz w:val="24"/>
        </w:rPr>
        <w:t>νυν] δή. Lh</w:t>
      </w:r>
    </w:p>
    <w:p>
      <w:r>
        <w:rPr>
          <w:rFonts w:ascii="Courier New" w:hAnsi="Courier New"/>
          <w:color w:val="555555"/>
          <w:sz w:val="20"/>
        </w:rPr>
        <w:t>[sch vesp 1264c]</w:t>
      </w:r>
    </w:p>
    <w:p>
      <w:r>
        <w:rPr>
          <w:rFonts w:ascii="Gentium Plus" w:hAnsi="Gentium Plus"/>
          <w:sz w:val="24"/>
        </w:rPr>
        <w:t>ἰσχέτω] κωλυέτω. Lh</w:t>
      </w:r>
    </w:p>
    <w:p>
      <w:r>
        <w:rPr>
          <w:rFonts w:ascii="Courier New" w:hAnsi="Courier New"/>
          <w:color w:val="555555"/>
          <w:sz w:val="20"/>
        </w:rPr>
        <w:t>[sch vesp 1265a]</w:t>
      </w:r>
    </w:p>
    <w:p>
      <w:r>
        <w:rPr>
          <w:rFonts w:ascii="Gentium Plus" w:hAnsi="Gentium Plus"/>
          <w:sz w:val="24"/>
        </w:rPr>
        <w:t>παραβατικά· εἶτα τὸ ἀντεπίρρημα. R</w:t>
      </w:r>
    </w:p>
    <w:p>
      <w:r>
        <w:rPr>
          <w:rFonts w:ascii="Courier New" w:hAnsi="Courier New"/>
          <w:color w:val="555555"/>
          <w:sz w:val="20"/>
        </w:rPr>
        <w:t>[sch vesp 1265b]</w:t>
      </w:r>
    </w:p>
    <w:p>
      <w:r>
        <w:rPr>
          <w:rFonts w:ascii="Gentium Plus" w:hAnsi="Gentium Plus"/>
          <w:sz w:val="24"/>
        </w:rPr>
        <w:t>πολλάκις δὴ ’δοξα: ὁ ποιητὴς ταῦτα λέγει ⸢ἀπὸ ΓAld [διὰ τοῦ Lh] προσώπου τοῦ χοροῦ (.) ΓLhAld ὑπὲρ ἑαυτοῦ. Lh</w:t>
      </w:r>
    </w:p>
    <w:p>
      <w:r>
        <w:rPr>
          <w:rFonts w:ascii="Courier New" w:hAnsi="Courier New"/>
          <w:color w:val="555555"/>
          <w:sz w:val="20"/>
        </w:rPr>
        <w:t>[sch vesp 1265b,col 2 (3)]</w:t>
      </w:r>
    </w:p>
    <w:p>
      <w:r>
        <w:rPr>
          <w:rFonts w:ascii="Gentium Plus" w:hAnsi="Gentium Plus"/>
          <w:sz w:val="24"/>
        </w:rPr>
        <w:t>λόγον δὲ παραβάσεως ἔχουσι ταῦτα</w:t>
      </w:r>
    </w:p>
    <w:p>
      <w:r>
        <w:rPr>
          <w:rFonts w:ascii="Courier New" w:hAnsi="Courier New"/>
          <w:color w:val="555555"/>
          <w:sz w:val="20"/>
        </w:rPr>
        <w:t>[sch vesp 1265c]</w:t>
      </w:r>
    </w:p>
    <w:p>
      <w:r>
        <w:rPr>
          <w:rFonts w:ascii="Gentium Plus" w:hAnsi="Gentium Plus"/>
          <w:sz w:val="24"/>
        </w:rPr>
        <w:t>προῳδὴ κώλων θʹ. lhAld</w:t>
      </w:r>
    </w:p>
    <w:p>
      <w:r>
        <w:rPr>
          <w:rFonts w:ascii="Courier New" w:hAnsi="Courier New"/>
          <w:color w:val="555555"/>
          <w:sz w:val="20"/>
        </w:rPr>
        <w:t>[sch vesp 1267a]</w:t>
      </w:r>
    </w:p>
    <w:p>
      <w:r>
        <w:rPr>
          <w:rFonts w:ascii="Gentium Plus" w:hAnsi="Gentium Plus"/>
          <w:sz w:val="24"/>
        </w:rPr>
        <w:t>ἀλλ’ Ἀμυνίας: κομήτης ⸢ὁ R [ἦν Lh] Ἀμυνίας (.) RVΓLhAld ⸢ὁ Lh Προνάπου υἱός. ὁ ⸢γὰρ VΓAld [δὲ Lh] Σέλλος οὐκ ἦν αὐτοῦ πατήρ, ἀλλ’ Αἰσχίνου. ἵνα οὖν ⸢καὶ VLh τὸν Ἀμυνίαν καὶ τὸν Αἰσχίνην κωμῳδήσῃ ὡς πένητας, τοῦτο εἶπεν. VΓLhAld ὁ δὲ κρωβύλος ἐστὶν εἶδος πλοκῆς (.) VΓAld</w:t>
      </w:r>
    </w:p>
    <w:p>
      <w:r>
        <w:rPr>
          <w:rFonts w:ascii="Courier New" w:hAnsi="Courier New"/>
          <w:color w:val="555555"/>
          <w:sz w:val="20"/>
        </w:rPr>
        <w:t>[5]</w:t>
      </w:r>
    </w:p>
    <w:p>
      <w:r>
        <w:rPr>
          <w:rFonts w:ascii="Gentium Plus" w:hAnsi="Gentium Plus"/>
          <w:sz w:val="24"/>
        </w:rPr>
        <w:t>ἐπ’ ἀνδρῶν εἰς ὀξὺ ληγούσης. Ald (haec mut. ex Su. s.v. κρωβύλος (alt.), III 195, 1sq.)</w:t>
      </w:r>
    </w:p>
    <w:p>
      <w:r>
        <w:rPr>
          <w:rFonts w:ascii="Courier New" w:hAnsi="Courier New"/>
          <w:color w:val="555555"/>
          <w:sz w:val="20"/>
        </w:rPr>
        <w:t>[sch vesp 1267b]</w:t>
      </w:r>
    </w:p>
    <w:p>
      <w:r>
        <w:rPr>
          <w:rFonts w:ascii="Gentium Plus" w:hAnsi="Gentium Plus"/>
          <w:sz w:val="24"/>
        </w:rPr>
        <w:t>οὑκ τῶν Κρωβύλου: ἐκ τοῦ προειρημένου προσληπτέον τὸ “σκαιός μοι ἔδοξεν”. Σέλλου δέ, εὗρον, εἶπεν, ἐπειδὴ πένης Αἰσχίνης</w:t>
      </w:r>
    </w:p>
    <w:p>
      <w:r>
        <w:rPr>
          <w:rFonts w:ascii="Courier New" w:hAnsi="Courier New"/>
          <w:color w:val="555555"/>
          <w:sz w:val="20"/>
        </w:rPr>
        <w:t>[5]</w:t>
      </w:r>
    </w:p>
    <w:p>
      <w:r>
        <w:rPr>
          <w:rFonts w:ascii="Gentium Plus" w:hAnsi="Gentium Plus"/>
          <w:sz w:val="24"/>
        </w:rPr>
        <w:t>ὁ Σέλλου. “ἐκ τῶν Κρωβύλου” δέ, ὅτι κομήτης, ὡς ἔμπροσθεν εἶπεν.</w:t>
      </w:r>
    </w:p>
    <w:p>
      <w:r>
        <w:rPr>
          <w:rFonts w:ascii="Courier New" w:hAnsi="Courier New"/>
          <w:color w:val="555555"/>
          <w:sz w:val="20"/>
        </w:rPr>
        <w:t>[sch vesp 1267b,col 2]</w:t>
      </w:r>
    </w:p>
    <w:p>
      <w:r>
        <w:rPr>
          <w:rFonts w:ascii="Gentium Plus" w:hAnsi="Gentium Plus"/>
          <w:sz w:val="24"/>
        </w:rPr>
        <w:t>“ἔδοξεν ἐμοὶ σκαιός”· πένης δὲ ἦν</w:t>
      </w:r>
    </w:p>
    <w:p>
      <w:r>
        <w:rPr>
          <w:rFonts w:ascii="Courier New" w:hAnsi="Courier New"/>
          <w:color w:val="555555"/>
          <w:sz w:val="20"/>
        </w:rPr>
        <w:t>[sch vesp 1267c]</w:t>
      </w:r>
    </w:p>
    <w:p>
      <w:r>
        <w:rPr>
          <w:rFonts w:ascii="Gentium Plus" w:hAnsi="Gentium Plus"/>
          <w:sz w:val="24"/>
        </w:rPr>
        <w:t>ἀπὸ κοινοῦ τὸ “σκαιός”. VΓ</w:t>
      </w:r>
    </w:p>
    <w:p>
      <w:r>
        <w:rPr>
          <w:rFonts w:ascii="Courier New" w:hAnsi="Courier New"/>
          <w:color w:val="555555"/>
          <w:sz w:val="20"/>
        </w:rPr>
        <w:t>[sch vesp 1268a]</w:t>
      </w:r>
    </w:p>
    <w:p>
      <w:r>
        <w:rPr>
          <w:rFonts w:ascii="Gentium Plus" w:hAnsi="Gentium Plus"/>
          <w:sz w:val="24"/>
        </w:rPr>
        <w:t>οὗτος] ἐστίν. Lh</w:t>
      </w:r>
    </w:p>
    <w:p>
      <w:r>
        <w:rPr>
          <w:rFonts w:ascii="Courier New" w:hAnsi="Courier New"/>
          <w:color w:val="555555"/>
          <w:sz w:val="20"/>
        </w:rPr>
        <w:t>[sch vesp 1268b]</w:t>
      </w:r>
    </w:p>
    <w:p>
      <w:r>
        <w:rPr>
          <w:rFonts w:ascii="Gentium Plus" w:hAnsi="Gentium Plus"/>
          <w:sz w:val="24"/>
        </w:rPr>
        <w:t>ἀντὶ μήλου καὶ ῥοιᾶς: ⸢τὸν ἐπὶ τῶν VΓAld* [ἤγουν ἀπὸ Lh] δαψιλῶν ὄψων. VΓLhAld οἷον ὅτι “οὐκ εἶχον ταῦτα καὶ ἀντὶ τούτων αὐτὸν εἶδον”. VΓAld</w:t>
      </w:r>
    </w:p>
    <w:p>
      <w:r>
        <w:rPr>
          <w:rFonts w:ascii="Courier New" w:hAnsi="Courier New"/>
          <w:color w:val="555555"/>
          <w:sz w:val="20"/>
        </w:rPr>
        <w:t>[sch vesp 1269]</w:t>
      </w:r>
    </w:p>
    <w:p>
      <w:r>
        <w:rPr>
          <w:rFonts w:ascii="Gentium Plus" w:hAnsi="Gentium Plus"/>
          <w:sz w:val="24"/>
        </w:rPr>
        <w:t>Λεωγόρου] καὶ οὗτος πένης ἦν. Lh</w:t>
      </w:r>
    </w:p>
    <w:p>
      <w:r>
        <w:rPr>
          <w:rFonts w:ascii="Courier New" w:hAnsi="Courier New"/>
          <w:color w:val="555555"/>
          <w:sz w:val="20"/>
        </w:rPr>
        <w:t>[sch vesp 1270a]</w:t>
      </w:r>
    </w:p>
    <w:p>
      <w:r>
        <w:rPr>
          <w:rFonts w:ascii="Gentium Plus" w:hAnsi="Gentium Plus"/>
          <w:sz w:val="24"/>
        </w:rPr>
        <w:t>ἤπερ Ἀντιφῶν: καὶ οὗτος πένης ⸢ἦν ΓLhAld ⸢ὁ VΓAld</w:t>
      </w:r>
    </w:p>
    <w:p>
      <w:r>
        <w:rPr>
          <w:rFonts w:ascii="Courier New" w:hAnsi="Courier New"/>
          <w:color w:val="555555"/>
          <w:sz w:val="20"/>
        </w:rPr>
        <w:t>[sch vesp 1270b]</w:t>
      </w:r>
    </w:p>
    <w:p>
      <w:r>
        <w:rPr>
          <w:rFonts w:ascii="Gentium Plus" w:hAnsi="Gentium Plus"/>
          <w:sz w:val="24"/>
        </w:rPr>
        <w:t>⸢Ἀντιφῶν ΓAld ⸢τοῦ VΓAld [ὁ Lh] Ἀνδοκίδου, περὶ οὗ προεί‐ ρηται. VΓLhAld</w:t>
      </w:r>
    </w:p>
    <w:p>
      <w:r>
        <w:rPr>
          <w:rFonts w:ascii="Courier New" w:hAnsi="Courier New"/>
          <w:color w:val="555555"/>
          <w:sz w:val="20"/>
        </w:rPr>
        <w:t>[sch vesp 1271a]</w:t>
      </w:r>
    </w:p>
    <w:p>
      <w:r>
        <w:rPr>
          <w:rFonts w:ascii="Gentium Plus" w:hAnsi="Gentium Plus"/>
          <w:sz w:val="24"/>
        </w:rPr>
        <w:t>ἀλλὰ πρεσβεύων: καὶ Εὔπολις ἐμφαίνει τὴν πρεσβείαν ἐν ταῖς Πόλεσιν· χὠμυνίας ἐκεῖνος ἀμέλει κλαύσεται, ὅτι †† ἄγροικος ἵσταται πρὸς τῷ †μορίῳ†·</w:t>
      </w:r>
    </w:p>
    <w:p>
      <w:r>
        <w:rPr>
          <w:rFonts w:ascii="Courier New" w:hAnsi="Courier New"/>
          <w:color w:val="555555"/>
          <w:sz w:val="20"/>
        </w:rPr>
        <w:t>[5]</w:t>
      </w:r>
    </w:p>
    <w:p>
      <w:r>
        <w:rPr>
          <w:rFonts w:ascii="Gentium Plus" w:hAnsi="Gentium Plus"/>
          <w:sz w:val="24"/>
        </w:rPr>
        <w:t>ὅτι θεῶν ἕνεκεν ἔπλευσε κακὸς ὤν, εἴσεται. VΓAld Πενέστας δὲ λέγεσθαί φασι τὸ ⸢〈ἀπὸ〉 Ἡρακλέους V θητικὸν παρὰ</w:t>
      </w:r>
    </w:p>
    <w:p>
      <w:r>
        <w:rPr>
          <w:rFonts w:ascii="Courier New" w:hAnsi="Courier New"/>
          <w:color w:val="555555"/>
          <w:sz w:val="20"/>
        </w:rPr>
        <w:t>[sch vesp 1271a,col 2 (7)]</w:t>
      </w:r>
    </w:p>
    <w:p>
      <w:r>
        <w:rPr>
          <w:rFonts w:ascii="Gentium Plus" w:hAnsi="Gentium Plus"/>
          <w:sz w:val="24"/>
        </w:rPr>
        <w:t>Πενέστας Θετταλοὶ τοὺς μισθωτοὺς</w:t>
      </w:r>
    </w:p>
    <w:p>
      <w:r>
        <w:rPr>
          <w:rFonts w:ascii="Courier New" w:hAnsi="Courier New"/>
          <w:color w:val="555555"/>
          <w:sz w:val="20"/>
        </w:rPr>
        <w:t>[sch vesp 1271a (10)]</w:t>
      </w:r>
    </w:p>
    <w:p>
      <w:r>
        <w:rPr>
          <w:rFonts w:ascii="Gentium Plus" w:hAnsi="Gentium Plus"/>
          <w:sz w:val="24"/>
        </w:rPr>
        <w:t>⸢παλαι〈ὸν〉 δὲ ἔθνος ἐστὶν V [ἔθνος δὲ ἦν πάλαι ΓAld] ἀπὸ Πενέστου ⸢τινὸς Lh τὴν ἐπωνυμίαν ἔχον, ὃς ἀνέφερε τὸ γένος εἰς Θεσσαλὸν τὸν Ἡρα‐ κλέους. δέον ⸢οὖν VΓAld [δὲ Lh] εἰπεῖν “μετὰ τῶν πολιτευομένων συνῆν” VΓLhAld εἶπε “μετὰ τῶν Πενέστων”, ἀντὶ</w:t>
      </w:r>
    </w:p>
    <w:p>
      <w:r>
        <w:rPr>
          <w:rFonts w:ascii="Courier New" w:hAnsi="Courier New"/>
          <w:color w:val="555555"/>
          <w:sz w:val="20"/>
        </w:rPr>
        <w:t>[15]</w:t>
      </w:r>
    </w:p>
    <w:p>
      <w:r>
        <w:rPr>
          <w:rFonts w:ascii="Gentium Plus" w:hAnsi="Gentium Plus"/>
          <w:sz w:val="24"/>
        </w:rPr>
        <w:t>τοῦ “μετὰ τῶν πενήτων”. καταλελυ‐ μένον γὰρ ἦν ⸢ἐκεῖνο V τὸ σύστημα τῶν Πενέστων καὶ λοιπὸν οἱ πένητες καὶ οἱ θῆτες πενέσται ἐκαλοῦντο.</w:t>
      </w:r>
    </w:p>
    <w:p>
      <w:r>
        <w:rPr>
          <w:rFonts w:ascii="Courier New" w:hAnsi="Courier New"/>
          <w:color w:val="555555"/>
          <w:sz w:val="20"/>
        </w:rPr>
        <w:t>[sch vesp 1271a,col 2 (14)]</w:t>
      </w:r>
    </w:p>
    <w:p>
      <w:r>
        <w:rPr>
          <w:rFonts w:ascii="Gentium Plus" w:hAnsi="Gentium Plus"/>
          <w:sz w:val="24"/>
        </w:rPr>
        <w:t>εἶπε “τοῖς Πενέσταις” ἤγουν τοῖς</w:t>
      </w:r>
    </w:p>
    <w:p>
      <w:r>
        <w:rPr>
          <w:rFonts w:ascii="Courier New" w:hAnsi="Courier New"/>
          <w:color w:val="555555"/>
          <w:sz w:val="20"/>
        </w:rPr>
        <w:t>[15]</w:t>
      </w:r>
    </w:p>
    <w:p>
      <w:r>
        <w:rPr>
          <w:rFonts w:ascii="Gentium Plus" w:hAnsi="Gentium Plus"/>
          <w:sz w:val="24"/>
        </w:rPr>
        <w:t>πένησιν. καταλυθέντος γὰρ τοῦ συ‐ στήματος τῶν Πενεστῶν ἐκείνων τοὺς πένητας καὶ θῆτας πενέστας</w:t>
      </w:r>
    </w:p>
    <w:p>
      <w:r>
        <w:rPr>
          <w:rFonts w:ascii="Courier New" w:hAnsi="Courier New"/>
          <w:color w:val="555555"/>
          <w:sz w:val="20"/>
        </w:rPr>
        <w:t>[sch vesp 1271b]</w:t>
      </w:r>
    </w:p>
    <w:p>
      <w:r>
        <w:rPr>
          <w:rFonts w:ascii="Gentium Plus" w:hAnsi="Gentium Plus"/>
          <w:sz w:val="24"/>
        </w:rPr>
        <w:t>ἐς Φάρσαλον: ⸢Φάρσαλος VΓAld ⸢τῆς V [πόλις ΓLhAld] ⸢Θεσσαλίας. VΓAld [Θετταλίας, Lh] VΓLhAld ἡ πάλαι λεγομένη Φθία· ἦν δὲ Ἀχιλλέως. Lh</w:t>
      </w:r>
    </w:p>
    <w:p>
      <w:r>
        <w:rPr>
          <w:rFonts w:ascii="Courier New" w:hAnsi="Courier New"/>
          <w:color w:val="555555"/>
          <w:sz w:val="20"/>
        </w:rPr>
        <w:t>[sch vesp 1272]</w:t>
      </w:r>
    </w:p>
    <w:p>
      <w:r>
        <w:rPr>
          <w:rFonts w:ascii="Gentium Plus" w:hAnsi="Gentium Plus"/>
          <w:sz w:val="24"/>
        </w:rPr>
        <w:t>τοῖς πενέσταισι] τοῖς θησὶν ἤτοι τοῖς μισθωτοῖς δούλοις. Lh</w:t>
      </w:r>
    </w:p>
    <w:p>
      <w:r>
        <w:rPr>
          <w:rFonts w:ascii="Courier New" w:hAnsi="Courier New"/>
          <w:color w:val="555555"/>
          <w:sz w:val="20"/>
        </w:rPr>
        <w:t>[sch vesp 1274]</w:t>
      </w:r>
    </w:p>
    <w:p>
      <w:r>
        <w:rPr>
          <w:rFonts w:ascii="Gentium Plus" w:hAnsi="Gentium Plus"/>
          <w:sz w:val="24"/>
        </w:rPr>
        <w:t>πενέστης] ⸢ἀντὶ τοῦ Γ3 πένης. VΓ3Lh</w:t>
      </w:r>
    </w:p>
    <w:p>
      <w:r>
        <w:rPr>
          <w:rFonts w:ascii="Courier New" w:hAnsi="Courier New"/>
          <w:color w:val="555555"/>
          <w:sz w:val="20"/>
        </w:rPr>
        <w:t>[sch vesp 1275a]</w:t>
      </w:r>
    </w:p>
    <w:p>
      <w:r>
        <w:rPr>
          <w:rFonts w:ascii="Gentium Plus" w:hAnsi="Gentium Plus"/>
          <w:sz w:val="24"/>
        </w:rPr>
        <w:t>παράβασις. Γ3B</w:t>
      </w:r>
    </w:p>
    <w:p>
      <w:r>
        <w:rPr>
          <w:rFonts w:ascii="Courier New" w:hAnsi="Courier New"/>
          <w:color w:val="555555"/>
          <w:sz w:val="20"/>
        </w:rPr>
        <w:t>[sch vesp 1275b]</w:t>
      </w:r>
    </w:p>
    <w:p>
      <w:r>
        <w:rPr>
          <w:rFonts w:ascii="Gentium Plus" w:hAnsi="Gentium Plus"/>
          <w:sz w:val="24"/>
        </w:rPr>
        <w:t>στροφὴ στίχων θʹ. lhAld</w:t>
      </w:r>
    </w:p>
    <w:p>
      <w:r>
        <w:rPr>
          <w:rFonts w:ascii="Courier New" w:hAnsi="Courier New"/>
          <w:color w:val="555555"/>
          <w:sz w:val="20"/>
        </w:rPr>
        <w:t>[sch vesp 1275c]</w:t>
      </w:r>
    </w:p>
    <w:p>
      <w:r>
        <w:rPr>
          <w:rFonts w:ascii="Gentium Plus" w:hAnsi="Gentium Plus"/>
          <w:sz w:val="24"/>
        </w:rPr>
        <w:t>ὦ μακάρι’] παιωνικὸν μέτρον. Γ3</w:t>
      </w:r>
    </w:p>
    <w:p>
      <w:r>
        <w:rPr>
          <w:rFonts w:ascii="Courier New" w:hAnsi="Courier New"/>
          <w:color w:val="555555"/>
          <w:sz w:val="20"/>
        </w:rPr>
        <w:t>[sch vesp 1275d]</w:t>
      </w:r>
    </w:p>
    <w:p>
      <w:r>
        <w:rPr>
          <w:rFonts w:ascii="Gentium Plus" w:hAnsi="Gentium Plus"/>
          <w:sz w:val="24"/>
        </w:rPr>
        <w:t>ὦ μακάρι’ Αὐτόμενες: ὁ Αὐτομένης ἔσχε τρεῖς υἱούς, τὸν μὲν κιθαρῳδόν, τὸν δὲ ὑποκριτήν, τὸν δὲ τῷ στόματι αἰσχρουργοῦντα. VΓAld</w:t>
      </w:r>
    </w:p>
    <w:p>
      <w:r>
        <w:rPr>
          <w:rFonts w:ascii="Courier New" w:hAnsi="Courier New"/>
          <w:color w:val="555555"/>
          <w:sz w:val="20"/>
        </w:rPr>
        <w:t>[sch vesp 1276a]</w:t>
      </w:r>
    </w:p>
    <w:p>
      <w:r>
        <w:rPr>
          <w:rFonts w:ascii="Gentium Plus" w:hAnsi="Gentium Plus"/>
          <w:sz w:val="24"/>
        </w:rPr>
        <w:t>ὅτι χειροτεχνικωτάτους] μάλιστα. VΓ3</w:t>
      </w:r>
    </w:p>
    <w:p>
      <w:r>
        <w:rPr>
          <w:rFonts w:ascii="Courier New" w:hAnsi="Courier New"/>
          <w:color w:val="555555"/>
          <w:sz w:val="20"/>
        </w:rPr>
        <w:t>[sch vesp 1276b]</w:t>
      </w:r>
    </w:p>
    <w:p>
      <w:r>
        <w:rPr>
          <w:rFonts w:ascii="Gentium Plus" w:hAnsi="Gentium Plus"/>
          <w:sz w:val="24"/>
        </w:rPr>
        <w:t>ὅτι] λίαν. Lh</w:t>
      </w:r>
    </w:p>
    <w:p>
      <w:r>
        <w:rPr>
          <w:rFonts w:ascii="Courier New" w:hAnsi="Courier New"/>
          <w:color w:val="555555"/>
          <w:sz w:val="20"/>
        </w:rPr>
        <w:t>[sch vesp 1278a]</w:t>
      </w:r>
    </w:p>
    <w:p>
      <w:r>
        <w:rPr>
          <w:rFonts w:ascii="Gentium Plus" w:hAnsi="Gentium Plus"/>
          <w:sz w:val="24"/>
        </w:rPr>
        <w:t>κιθαραοιδότατον: τῇ λέξει καὶ Εὔπολις κέχρηται ἐν Χρυσῷ γένει (.) VΓLhAld ὦ καλαβρὲ †κιθαραοιδοτάν†. VΓAld</w:t>
      </w:r>
    </w:p>
    <w:p>
      <w:r>
        <w:rPr>
          <w:rFonts w:ascii="Courier New" w:hAnsi="Courier New"/>
          <w:color w:val="555555"/>
          <w:sz w:val="20"/>
        </w:rPr>
        <w:t>[sch vesp 1278b]</w:t>
      </w:r>
    </w:p>
    <w:p>
      <w:r>
        <w:rPr>
          <w:rFonts w:ascii="Gentium Plus" w:hAnsi="Gentium Plus"/>
          <w:sz w:val="24"/>
        </w:rPr>
        <w:t>κιθαραοιδότατον κτλ.] ⸢τὸν Γ3 Ἀρίγνωτον ⸢λέγει ΓAld. VΓΓ3Ald</w:t>
      </w:r>
    </w:p>
    <w:p>
      <w:r>
        <w:rPr>
          <w:rFonts w:ascii="Courier New" w:hAnsi="Courier New"/>
          <w:color w:val="555555"/>
          <w:sz w:val="20"/>
        </w:rPr>
        <w:t>[sch vesp 1278c]</w:t>
      </w:r>
    </w:p>
    <w:p>
      <w:r>
        <w:rPr>
          <w:rFonts w:ascii="Gentium Plus" w:hAnsi="Gentium Plus"/>
          <w:sz w:val="24"/>
        </w:rPr>
        <w:t>Ἀρίγνωτον τὸν κιθαρῳδόν. δῆλον δὲ ἐκ τούτου Ἀριφράδην λέγεσθαι ὡς υἱὸν Αὐτομένους (.) VΓAld καὶ ἀδελφὸν Ἀριγνώτου. Ald</w:t>
      </w:r>
    </w:p>
    <w:p>
      <w:r>
        <w:rPr>
          <w:rFonts w:ascii="Courier New" w:hAnsi="Courier New"/>
          <w:color w:val="555555"/>
          <w:sz w:val="20"/>
        </w:rPr>
        <w:t>[sch vesp 1278d]</w:t>
      </w:r>
    </w:p>
    <w:p>
      <w:r>
        <w:rPr>
          <w:rFonts w:ascii="Gentium Plus" w:hAnsi="Gentium Plus"/>
          <w:sz w:val="24"/>
        </w:rPr>
        <w:t>ἐφέσπετο] ἠκολούθει. Lh</w:t>
      </w:r>
    </w:p>
    <w:p>
      <w:r>
        <w:rPr>
          <w:rFonts w:ascii="Courier New" w:hAnsi="Courier New"/>
          <w:color w:val="555555"/>
          <w:sz w:val="20"/>
        </w:rPr>
        <w:t>[sch vesp 1279a]</w:t>
      </w:r>
    </w:p>
    <w:p>
      <w:r>
        <w:rPr>
          <w:rFonts w:ascii="Gentium Plus" w:hAnsi="Gentium Plus"/>
          <w:sz w:val="24"/>
        </w:rPr>
        <w:t>τὸν δ’ ὑποκριτὴν: οὐκ ἔστι σαφές, τίς τῶν ὑποκριτῶν Αὐτομένους ἐστὶν υἱός. VΓAld</w:t>
      </w:r>
    </w:p>
    <w:p>
      <w:r>
        <w:rPr>
          <w:rFonts w:ascii="Courier New" w:hAnsi="Courier New"/>
          <w:color w:val="555555"/>
          <w:sz w:val="20"/>
        </w:rPr>
        <w:t>[sch vesp 1279b]</w:t>
      </w:r>
    </w:p>
    <w:p>
      <w:r>
        <w:rPr>
          <w:rFonts w:ascii="Gentium Plus" w:hAnsi="Gentium Plus"/>
          <w:sz w:val="24"/>
        </w:rPr>
        <w:t>ἀργαλέον ὡς σοφόν: ⸢ἀντὶ τοῦ ΓAld δυσχερὲς εἰπεῖν, ⸢ὅπως ΓAld [ὅτι Lh] ἦν σοφός. ΓLhAld</w:t>
      </w:r>
    </w:p>
    <w:p>
      <w:r>
        <w:rPr>
          <w:rFonts w:ascii="Courier New" w:hAnsi="Courier New"/>
          <w:color w:val="555555"/>
          <w:sz w:val="20"/>
        </w:rPr>
        <w:t>[sch vesp 1279c]</w:t>
      </w:r>
    </w:p>
    <w:p>
      <w:r>
        <w:rPr>
          <w:rFonts w:ascii="Gentium Plus" w:hAnsi="Gentium Plus"/>
          <w:sz w:val="24"/>
        </w:rPr>
        <w:t>ὡς σοφόν: Ἀρίγνωτος τούτου ἀδελφὸς λέγεται· ὅτι δὲ V φίλως ἐῴκει ἔχειν πρὸς τὸν Ἀρίγνωτον, ἐν τοῖς Ἱππεῦσι δῆλον. VΓ</w:t>
      </w:r>
    </w:p>
    <w:p>
      <w:r>
        <w:rPr>
          <w:rFonts w:ascii="Courier New" w:hAnsi="Courier New"/>
          <w:color w:val="555555"/>
          <w:sz w:val="20"/>
        </w:rPr>
        <w:t>[sch vesp 1280]</w:t>
      </w:r>
    </w:p>
    <w:p>
      <w:r>
        <w:rPr>
          <w:rFonts w:ascii="Gentium Plus" w:hAnsi="Gentium Plus"/>
          <w:sz w:val="24"/>
        </w:rPr>
        <w:t>θυμοσοφικώτατον: ⸢ὅτι Lh θυμόσοφοι λέγονται, ΓLhAld ὅσοι ἀφ’ ἑαυτῶν εὐφυεῖς εἰσι(ν) (.) RΓLhAld καὶ λέγουσί τινας μύθους σοφούς, οἷος ἦν καὶ Αἴσωπος. Lh</w:t>
      </w:r>
    </w:p>
    <w:p>
      <w:r>
        <w:rPr>
          <w:rFonts w:ascii="Courier New" w:hAnsi="Courier New"/>
          <w:color w:val="555555"/>
          <w:sz w:val="20"/>
        </w:rPr>
        <w:t>[sch vesp 1281]</w:t>
      </w:r>
    </w:p>
    <w:p>
      <w:r>
        <w:rPr>
          <w:rFonts w:ascii="Gentium Plus" w:hAnsi="Gentium Plus"/>
          <w:sz w:val="24"/>
        </w:rPr>
        <w:t>ὅν ποτ’ ὤμοσε: τίς ὤμοσεν, εἰ μὴ ἄρα ὁ πατὴρ(ήρ) (;) VΓΓ3Lh Ald αὐτοῦ Αὐτομένης; ἔστρεφε τὸν λόγον. VΓ</w:t>
      </w:r>
    </w:p>
    <w:p>
      <w:r>
        <w:rPr>
          <w:rFonts w:ascii="Courier New" w:hAnsi="Courier New"/>
          <w:color w:val="555555"/>
          <w:sz w:val="20"/>
        </w:rPr>
        <w:t>[sch vesp 1282]</w:t>
      </w:r>
    </w:p>
    <w:p>
      <w:r>
        <w:rPr>
          <w:rFonts w:ascii="Gentium Plus" w:hAnsi="Gentium Plus"/>
          <w:sz w:val="24"/>
        </w:rPr>
        <w:t>φύσεος] διὰ τὸ μέτρον. Lh</w:t>
      </w:r>
    </w:p>
    <w:p>
      <w:r>
        <w:rPr>
          <w:rFonts w:ascii="Courier New" w:hAnsi="Courier New"/>
          <w:color w:val="555555"/>
          <w:sz w:val="20"/>
        </w:rPr>
        <w:t>[sch vesp 1283a]</w:t>
      </w:r>
    </w:p>
    <w:p>
      <w:r>
        <w:rPr>
          <w:rFonts w:ascii="Gentium Plus" w:hAnsi="Gentium Plus"/>
          <w:sz w:val="24"/>
        </w:rPr>
        <w:t>γλωττοποιεῖν] τροχαϊκὸν</w:t>
      </w:r>
    </w:p>
    <w:p>
      <w:r>
        <w:rPr>
          <w:rFonts w:ascii="Courier New" w:hAnsi="Courier New"/>
          <w:color w:val="555555"/>
          <w:sz w:val="20"/>
        </w:rPr>
        <w:t>[sch vesp 1283a,col 2]</w:t>
      </w:r>
    </w:p>
    <w:p>
      <w:r>
        <w:rPr>
          <w:rFonts w:ascii="Gentium Plus" w:hAnsi="Gentium Plus"/>
          <w:sz w:val="24"/>
        </w:rPr>
        <w:t>τροχαϊκός. Lh</w:t>
      </w:r>
    </w:p>
    <w:p>
      <w:r>
        <w:rPr>
          <w:rFonts w:ascii="Courier New" w:hAnsi="Courier New"/>
          <w:color w:val="555555"/>
          <w:sz w:val="20"/>
        </w:rPr>
        <w:t>[sch vesp 1283b]</w:t>
      </w:r>
    </w:p>
    <w:p>
      <w:r>
        <w:rPr>
          <w:rFonts w:ascii="Gentium Plus" w:hAnsi="Gentium Plus"/>
          <w:sz w:val="24"/>
        </w:rPr>
        <w:t>γλωττοποιεῖν] αἰσχρὰ γὰρ ἦν διὰ γλώττης λέγων. Lh</w:t>
      </w:r>
    </w:p>
    <w:p>
      <w:r>
        <w:rPr>
          <w:rFonts w:ascii="Courier New" w:hAnsi="Courier New"/>
          <w:color w:val="555555"/>
          <w:sz w:val="20"/>
        </w:rPr>
        <w:t>[sch vesp 1283c]</w:t>
      </w:r>
    </w:p>
    <w:p>
      <w:r>
        <w:rPr>
          <w:rFonts w:ascii="Gentium Plus" w:hAnsi="Gentium Plus"/>
          <w:sz w:val="24"/>
        </w:rPr>
        <w:t>πορνεῖα: τόπος, ἔνθα αἱ πόρναι διάγουσιν.</w:t>
      </w:r>
    </w:p>
    <w:p>
      <w:r>
        <w:rPr>
          <w:rFonts w:ascii="Courier New" w:hAnsi="Courier New"/>
          <w:color w:val="555555"/>
          <w:sz w:val="20"/>
        </w:rPr>
        <w:t>[sch vesp 1283d]</w:t>
      </w:r>
    </w:p>
    <w:p>
      <w:r>
        <w:rPr>
          <w:rFonts w:ascii="Gentium Plus" w:hAnsi="Gentium Plus"/>
          <w:sz w:val="24"/>
        </w:rPr>
        <w:t>μετὰ τοῦτο διάλειμμα στίχων ἀναπαιστικῶν ἐστιν, τῶν πλείστων δέ, εὗρον, ἕνδεκα. VΓ</w:t>
      </w:r>
    </w:p>
    <w:p>
      <w:r>
        <w:rPr>
          <w:rFonts w:ascii="Courier New" w:hAnsi="Courier New"/>
          <w:color w:val="555555"/>
          <w:sz w:val="20"/>
        </w:rPr>
        <w:t>[sch vesp 1283e]</w:t>
      </w:r>
    </w:p>
    <w:p>
      <w:r>
        <w:rPr>
          <w:rFonts w:ascii="Gentium Plus" w:hAnsi="Gentium Plus"/>
          <w:sz w:val="24"/>
        </w:rPr>
        <w:t>Ἡλιόδωρος· μετὰ τὸν στίχον τὸν “γλωττοποιεῖν εἰς τὰ πορνεῖ’ εἰσιόνθ’ ἑκάστοτε” εἰσὶ τόποι ἑπτὰ ἔχοντες στιγμὰς καὶ ἀλόγους, ὧν ἐκ προχείρου μὲν εὑρεῖν τὸν λόγον οὐκ ἔστιν· τὰ δὲ τοιαῦτα πολλάκις εἶπον· “ὑπολαμβάνω, ὅτι ἐν τοῖς πρώτοις ἀντι‐</w:t>
      </w:r>
    </w:p>
    <w:p>
      <w:r>
        <w:rPr>
          <w:rFonts w:ascii="Courier New" w:hAnsi="Courier New"/>
          <w:color w:val="555555"/>
          <w:sz w:val="20"/>
        </w:rPr>
        <w:t>[5]</w:t>
      </w:r>
    </w:p>
    <w:p>
      <w:r>
        <w:rPr>
          <w:rFonts w:ascii="Gentium Plus" w:hAnsi="Gentium Plus"/>
          <w:sz w:val="24"/>
        </w:rPr>
        <w:t>γράφοις φθαρέντα ††, ὅτι μὲν τοσαῦτα ἦν τὸν ἀριθμόν, γνωσθῆναι, οὐ μήν, τίνα”. V</w:t>
      </w:r>
    </w:p>
    <w:p>
      <w:r>
        <w:rPr>
          <w:rFonts w:ascii="Courier New" w:hAnsi="Courier New"/>
          <w:color w:val="555555"/>
          <w:sz w:val="20"/>
        </w:rPr>
        <w:t>[sch vesp 1284a]</w:t>
      </w:r>
    </w:p>
    <w:p>
      <w:r>
        <w:rPr>
          <w:rFonts w:ascii="Gentium Plus" w:hAnsi="Gentium Plus"/>
          <w:sz w:val="24"/>
        </w:rPr>
        <w:t>μετὰ τὸ διάλειμμα ἐν πολλοῖς φέρεται στίχου ἑνὸς καὶ †τρίτου ὁμοσου† προσπίπτει. V</w:t>
      </w:r>
    </w:p>
    <w:p>
      <w:r>
        <w:rPr>
          <w:rFonts w:ascii="Courier New" w:hAnsi="Courier New"/>
          <w:color w:val="555555"/>
          <w:sz w:val="20"/>
        </w:rPr>
        <w:t>[sch vesp 1284b]</w:t>
      </w:r>
    </w:p>
    <w:p>
      <w:r>
        <w:rPr>
          <w:rFonts w:ascii="Gentium Plus" w:hAnsi="Gentium Plus"/>
          <w:sz w:val="24"/>
        </w:rPr>
        <w:t>ἐπίρρημα. Γ3B</w:t>
      </w:r>
    </w:p>
    <w:p>
      <w:r>
        <w:rPr>
          <w:rFonts w:ascii="Courier New" w:hAnsi="Courier New"/>
          <w:color w:val="555555"/>
          <w:sz w:val="20"/>
        </w:rPr>
        <w:t>[sch vesp 1284c]</w:t>
      </w:r>
    </w:p>
    <w:p>
      <w:r>
        <w:rPr>
          <w:rFonts w:ascii="Gentium Plus" w:hAnsi="Gentium Plus"/>
          <w:sz w:val="24"/>
        </w:rPr>
        <w:t>ἀντιστροφὴ στίχων θʹ. lhAld</w:t>
      </w:r>
    </w:p>
    <w:p>
      <w:r>
        <w:rPr>
          <w:rFonts w:ascii="Courier New" w:hAnsi="Courier New"/>
          <w:color w:val="555555"/>
          <w:sz w:val="20"/>
        </w:rPr>
        <w:t>[sch vesp 1284d]</w:t>
      </w:r>
    </w:p>
    <w:p>
      <w:r>
        <w:rPr>
          <w:rFonts w:ascii="Gentium Plus" w:hAnsi="Gentium Plus"/>
          <w:sz w:val="24"/>
        </w:rPr>
        <w:t>καταδιηλλάγην] ὁμοίως παιωνικόν. Γ3</w:t>
      </w:r>
    </w:p>
    <w:p>
      <w:r>
        <w:rPr>
          <w:rFonts w:ascii="Courier New" w:hAnsi="Courier New"/>
          <w:color w:val="555555"/>
          <w:sz w:val="20"/>
        </w:rPr>
        <w:t>[sch vesp 1284e]</w:t>
      </w:r>
    </w:p>
    <w:p>
      <w:r>
        <w:rPr>
          <w:rFonts w:ascii="Gentium Plus" w:hAnsi="Gentium Plus"/>
          <w:sz w:val="24"/>
        </w:rPr>
        <w:t>εἰσί τινες: ἄδηλον, πότερον τῆς Καλλιστράτου εἰς τὴν βουλὴν εἰσαγωγῆς καὶ νῦν ⸢μιμνῄσκεται VΓAld [μέμνηται Lh], ὅτι αὐτὸν Κλέων εἰσήγαγεν, ἢ ἑτέρας κατ’ αὐτοῦ γενομένης Ἀριστοφάνους, εἰ μὴ 〈οὐκ〉 εἰσα‐ γωγῆς, ἀλλὰ ἀπειλῆς τινος, ὅπερ καὶ μᾶλλον ἐμφαίνεται. VΓLhAld ἐκεῖνά τε</w:t>
      </w:r>
    </w:p>
    <w:p>
      <w:r>
        <w:rPr>
          <w:rFonts w:ascii="Courier New" w:hAnsi="Courier New"/>
          <w:color w:val="555555"/>
          <w:sz w:val="20"/>
        </w:rPr>
        <w:t>[5]</w:t>
      </w:r>
    </w:p>
    <w:p>
      <w:r>
        <w:rPr>
          <w:rFonts w:ascii="Gentium Plus" w:hAnsi="Gentium Plus"/>
          <w:sz w:val="24"/>
        </w:rPr>
        <w:t>γὰρ ἀναπολεῖν ἀρχαιότερα ἔσται νῦν τε ὡς περὶ αὑτοῦ λέγει. V</w:t>
      </w:r>
    </w:p>
    <w:p>
      <w:r>
        <w:rPr>
          <w:rFonts w:ascii="Courier New" w:hAnsi="Courier New"/>
          <w:color w:val="555555"/>
          <w:sz w:val="20"/>
        </w:rPr>
        <w:t>[sch vesp 1285]</w:t>
      </w:r>
    </w:p>
    <w:p>
      <w:r>
        <w:rPr>
          <w:rFonts w:ascii="Gentium Plus" w:hAnsi="Gentium Plus"/>
          <w:sz w:val="24"/>
        </w:rPr>
        <w:t>ἡνίκα Κλέων: ἐπέκειτο ⸢γὰρ ΓAld ⸢αὐτῷ Γ*Ald [τῷ Ἀρι‐ στοφάνει Lh] ὁ Κλέων, ὅτι ἐκωμῳδεῖτο ὑπ’ αὐτοῦ· ἄδηλον δέ, εἰ μετὰ τὸ διδάξαι τοὺς Ἱππέας λέγει. ΓLhAld</w:t>
      </w:r>
    </w:p>
    <w:p>
      <w:r>
        <w:rPr>
          <w:rFonts w:ascii="Courier New" w:hAnsi="Courier New"/>
          <w:color w:val="555555"/>
          <w:sz w:val="20"/>
        </w:rPr>
        <w:t>[sch vesp 1286a]</w:t>
      </w:r>
    </w:p>
    <w:p>
      <w:r>
        <w:rPr>
          <w:rFonts w:ascii="Gentium Plus" w:hAnsi="Gentium Plus"/>
          <w:sz w:val="24"/>
        </w:rPr>
        <w:t>κακίσταις] αις. Lh</w:t>
      </w:r>
    </w:p>
    <w:p>
      <w:r>
        <w:rPr>
          <w:rFonts w:ascii="Courier New" w:hAnsi="Courier New"/>
          <w:color w:val="555555"/>
          <w:sz w:val="20"/>
        </w:rPr>
        <w:t>[sch vesp 1286b]</w:t>
      </w:r>
    </w:p>
    <w:p>
      <w:r>
        <w:rPr>
          <w:rFonts w:ascii="Gentium Plus" w:hAnsi="Gentium Plus"/>
          <w:sz w:val="24"/>
        </w:rPr>
        <w:t>ἔκνισεν: ⸢τουτέστιν V [ἀντὶ τοῦ ΓAld] ἐκάκισεν (.) VΓLhAld, ἐπίεσεν. V</w:t>
      </w:r>
    </w:p>
    <w:p>
      <w:r>
        <w:rPr>
          <w:rFonts w:ascii="Courier New" w:hAnsi="Courier New"/>
          <w:color w:val="555555"/>
          <w:sz w:val="20"/>
        </w:rPr>
        <w:t>[sch vesp 1286c]</w:t>
      </w:r>
    </w:p>
    <w:p>
      <w:r>
        <w:rPr>
          <w:rFonts w:ascii="Gentium Plus" w:hAnsi="Gentium Plus"/>
          <w:sz w:val="24"/>
        </w:rPr>
        <w:t>ἔκνισε(ν)] ἐλύπησεν. VΓ3Lh</w:t>
      </w:r>
    </w:p>
    <w:p>
      <w:r>
        <w:rPr>
          <w:rFonts w:ascii="Courier New" w:hAnsi="Courier New"/>
          <w:color w:val="555555"/>
          <w:sz w:val="20"/>
        </w:rPr>
        <w:t>[sch vesp 1286d]</w:t>
      </w:r>
    </w:p>
    <w:p>
      <w:r>
        <w:rPr>
          <w:rFonts w:ascii="Gentium Plus" w:hAnsi="Gentium Plus"/>
          <w:sz w:val="24"/>
        </w:rPr>
        <w:t>ἀπεδειρόμην] ἠδικούμην, εἰσηγόμην ὑπ’ αὐτοῦ. Γ3</w:t>
      </w:r>
    </w:p>
    <w:p>
      <w:r>
        <w:rPr>
          <w:rFonts w:ascii="Courier New" w:hAnsi="Courier New"/>
          <w:color w:val="555555"/>
          <w:sz w:val="20"/>
        </w:rPr>
        <w:t>[sch vesp 1287]</w:t>
      </w:r>
    </w:p>
    <w:p>
      <w:r>
        <w:rPr>
          <w:rFonts w:ascii="Gentium Plus" w:hAnsi="Gentium Plus"/>
          <w:sz w:val="24"/>
        </w:rPr>
        <w:t>κεκραγότα] τυπτόμενον καὶ γελῶντα. VLh</w:t>
      </w:r>
    </w:p>
    <w:p>
      <w:r>
        <w:rPr>
          <w:rFonts w:ascii="Courier New" w:hAnsi="Courier New"/>
          <w:color w:val="555555"/>
          <w:sz w:val="20"/>
        </w:rPr>
        <w:t>[sch vesp 1288a]</w:t>
      </w:r>
    </w:p>
    <w:p>
      <w:r>
        <w:rPr>
          <w:rFonts w:ascii="Gentium Plus" w:hAnsi="Gentium Plus"/>
          <w:sz w:val="24"/>
        </w:rPr>
        <w:t>μέλον: διὰ φροντίδος ὄν.</w:t>
      </w:r>
    </w:p>
    <w:p>
      <w:r>
        <w:rPr>
          <w:rFonts w:ascii="Courier New" w:hAnsi="Courier New"/>
          <w:color w:val="555555"/>
          <w:sz w:val="20"/>
        </w:rPr>
        <w:t>[sch vesp 1288b]</w:t>
      </w:r>
    </w:p>
    <w:p>
      <w:r>
        <w:rPr>
          <w:rFonts w:ascii="Gentium Plus" w:hAnsi="Gentium Plus"/>
          <w:sz w:val="24"/>
        </w:rPr>
        <w:t>ὅσον δὲ μόνον εἰδέναι: ⸢ἀντὶ τοῦ ΓAld τοσοῦτον ⸢δὲ R μόνον προεῖδον, εἴποτε θλιβόμενος ὑπὸ Κλέωνος σκώψω αὐτόν. RΓLhAld</w:t>
      </w:r>
    </w:p>
    <w:p>
      <w:r>
        <w:rPr>
          <w:rFonts w:ascii="Courier New" w:hAnsi="Courier New"/>
          <w:color w:val="555555"/>
          <w:sz w:val="20"/>
        </w:rPr>
        <w:t>[sch vesp 1288/9]</w:t>
      </w:r>
    </w:p>
    <w:p>
      <w:r>
        <w:rPr>
          <w:rFonts w:ascii="Gentium Plus" w:hAnsi="Gentium Plus"/>
          <w:sz w:val="24"/>
        </w:rPr>
        <w:t>λείπει στίχος. lh</w:t>
      </w:r>
    </w:p>
    <w:p>
      <w:r>
        <w:rPr>
          <w:rFonts w:ascii="Courier New" w:hAnsi="Courier New"/>
          <w:color w:val="555555"/>
          <w:sz w:val="20"/>
        </w:rPr>
        <w:t>[sch vesp 1290a]</w:t>
      </w:r>
    </w:p>
    <w:p>
      <w:r>
        <w:rPr>
          <w:rFonts w:ascii="Gentium Plus" w:hAnsi="Gentium Plus"/>
          <w:sz w:val="24"/>
        </w:rPr>
        <w:t>ἰδών, ὅτι βοηθεῖν οὐδείς, γελάσαι δὲ μόνον σπεύδουσιν, ἐπιθήκισα καὶ ὑπῆλθον αὐτόν. R</w:t>
      </w:r>
    </w:p>
    <w:p>
      <w:r>
        <w:rPr>
          <w:rFonts w:ascii="Courier New" w:hAnsi="Courier New"/>
          <w:color w:val="555555"/>
          <w:sz w:val="20"/>
        </w:rPr>
        <w:t>[sch vesp 1290b]</w:t>
      </w:r>
    </w:p>
    <w:p>
      <w:r>
        <w:rPr>
          <w:rFonts w:ascii="Gentium Plus" w:hAnsi="Gentium Plus"/>
          <w:sz w:val="24"/>
        </w:rPr>
        <w:t>ὑπό τι μικρὸν ἐπιθήκισα: ⸢ταῦτα VΓAld ἐννοῶν ⸢, φησίν, ΓAld ὅτι ⸢τύπτομαι VΓAld [τυπτομένου μου Lh] ὑπ’ αὐτοῦ ⸢καὶ VΓAld</w:t>
      </w:r>
    </w:p>
    <w:p>
      <w:r>
        <w:rPr>
          <w:rFonts w:ascii="Courier New" w:hAnsi="Courier New"/>
          <w:color w:val="555555"/>
          <w:sz w:val="20"/>
        </w:rPr>
        <w:t>[sch vesp 1291a]</w:t>
      </w:r>
    </w:p>
    <w:p>
      <w:r>
        <w:rPr>
          <w:rFonts w:ascii="Gentium Plus" w:hAnsi="Gentium Plus"/>
          <w:sz w:val="24"/>
        </w:rPr>
        <w:t>ἐξηπάτησεν ἡ χάραξ: παροιμία ⸢ἐστὶν “ἡ χάραξ τὴν ἄμπελον ἐξηπάτησεν” Lh, ὅταν ὑπὸ τοῦ σῴζοντος τὸ σῳζόμενον ⸢ἀπατηθῇ VΓAld [ἐξαπατηθῇ Lh]. VΓLh(Taur) Ald</w:t>
      </w:r>
    </w:p>
    <w:p>
      <w:r>
        <w:rPr>
          <w:rFonts w:ascii="Courier New" w:hAnsi="Courier New"/>
          <w:color w:val="555555"/>
          <w:sz w:val="20"/>
        </w:rPr>
        <w:t>[sch vesp 1291b]</w:t>
      </w:r>
    </w:p>
    <w:p>
      <w:r>
        <w:rPr>
          <w:rFonts w:ascii="Gentium Plus" w:hAnsi="Gentium Plus"/>
          <w:sz w:val="24"/>
        </w:rPr>
        <w:t>παροιμία χωρὶς τοῦ “εἶτα νῦν”, ὅταν ἐξαπατηθῇ τις πιστεύσας. VΓAld ⸢ἔστιν οὖν παροιμία VΓAld [εἴρηται δὲ lt] ἀπὸ τῶν καλάμων τῶν ⸢προσδεσμουμένων VLh [προσδεδεμένων Γ*AldTaur] ταῖς ἀμπέλοις, οἳ ἐνίοτε ⸢ῥιζοβολήσαντες VΓAld [ῥιζωθέντες lt] ὑπεραύξονται τῶν ἀμπέλων.</w:t>
      </w:r>
    </w:p>
    <w:p>
      <w:r>
        <w:rPr>
          <w:rFonts w:ascii="Courier New" w:hAnsi="Courier New"/>
          <w:color w:val="555555"/>
          <w:sz w:val="20"/>
        </w:rPr>
        <w:t>[5]</w:t>
      </w:r>
    </w:p>
    <w:p>
      <w:r>
        <w:rPr>
          <w:rFonts w:ascii="Gentium Plus" w:hAnsi="Gentium Plus"/>
          <w:sz w:val="24"/>
        </w:rPr>
        <w:t>VΓltAld ⸢“νυνὶ δὲ ἠπάτησα VΓAld [“καὶ νῦν”, φησίν, “ἐξηπάτησα Lh] ὑπὲρ τοῦ ποιῆσαι λέγεσθαι τὰς κωμῳδίας”. VΓLhAld ἐψηφίσατο γὰρ ὁ Κλέων ⸢μηκέτι RV [μὴ Lh] δεῖν κωμῳδίας ἐπὶ θεάτρων εἰσάγεσθαι, ὅτι δὴ ξένων παρόντων πολίτας ἔσκωπτον. RVΓLhAld</w:t>
      </w:r>
    </w:p>
    <w:p>
      <w:r>
        <w:rPr>
          <w:rFonts w:ascii="Courier New" w:hAnsi="Courier New"/>
          <w:color w:val="555555"/>
          <w:sz w:val="20"/>
        </w:rPr>
        <w:t>[sch vesp 1291c]</w:t>
      </w:r>
    </w:p>
    <w:p>
      <w:r>
        <w:rPr>
          <w:rFonts w:ascii="Gentium Plus" w:hAnsi="Gentium Plus"/>
          <w:sz w:val="24"/>
        </w:rPr>
        <w:t>ὅτι πολλάκις τὰ μεγάλα ἀπεσφάλη τῆς ἰδίας δόξης πιστεύσαντα τοῖς μικροῖς. VΓLhAld</w:t>
      </w:r>
    </w:p>
    <w:p>
      <w:r>
        <w:rPr>
          <w:rFonts w:ascii="Courier New" w:hAnsi="Courier New"/>
          <w:color w:val="555555"/>
          <w:sz w:val="20"/>
        </w:rPr>
        <w:t>[sch vesp 1292a]</w:t>
      </w:r>
    </w:p>
    <w:p>
      <w:r>
        <w:rPr>
          <w:rFonts w:ascii="Gentium Plus" w:hAnsi="Gentium Plus"/>
          <w:sz w:val="24"/>
        </w:rPr>
        <w:t>ἰὼ χελῶναι: ⸢ὁ Ald οἰκέτης ἐξέρχεται τυπτηθεὶς ὑπὸ Φιλο‐ κλέωνος. ΓLhAld</w:t>
      </w:r>
    </w:p>
    <w:p>
      <w:r>
        <w:rPr>
          <w:rFonts w:ascii="Courier New" w:hAnsi="Courier New"/>
          <w:color w:val="555555"/>
          <w:sz w:val="20"/>
        </w:rPr>
        <w:t>[sch vesp 1292b]</w:t>
      </w:r>
    </w:p>
    <w:p>
      <w:r>
        <w:rPr>
          <w:rFonts w:ascii="Gentium Plus" w:hAnsi="Gentium Plus"/>
          <w:sz w:val="24"/>
        </w:rPr>
        <w:t>ἀποδέχεται τὰς χελώνας ὡς παχυδέρμους καὶ μὴ αἰσθανομένας πληγῶν, ἑαυτὸν δὲ θρηνεῖ ὡς λεπτόδερμον. V</w:t>
      </w:r>
    </w:p>
    <w:p>
      <w:r>
        <w:rPr>
          <w:rFonts w:ascii="Courier New" w:hAnsi="Courier New"/>
          <w:color w:val="555555"/>
          <w:sz w:val="20"/>
        </w:rPr>
        <w:t>[sch vesp 1292c]</w:t>
      </w:r>
    </w:p>
    <w:p>
      <w:r>
        <w:rPr>
          <w:rFonts w:ascii="Gentium Plus" w:hAnsi="Gentium Plus"/>
          <w:sz w:val="24"/>
        </w:rPr>
        <w:t>ὅτι κοινῶς καὶ τὸ ὄστρακον δέρμα ἔλεγεν, καθὸ καὶ ὀστρακόδερμα</w:t>
      </w:r>
    </w:p>
    <w:p>
      <w:r>
        <w:rPr>
          <w:rFonts w:ascii="Courier New" w:hAnsi="Courier New"/>
          <w:color w:val="555555"/>
          <w:sz w:val="20"/>
        </w:rPr>
        <w:t>[sch vesp 1293]</w:t>
      </w:r>
    </w:p>
    <w:p>
      <w:r>
        <w:rPr>
          <w:rFonts w:ascii="Gentium Plus" w:hAnsi="Gentium Plus"/>
          <w:sz w:val="24"/>
        </w:rPr>
        <w:t>τοῦ] δέρματος. Lh</w:t>
      </w:r>
    </w:p>
    <w:p>
      <w:r>
        <w:rPr>
          <w:rFonts w:ascii="Courier New" w:hAnsi="Courier New"/>
          <w:color w:val="555555"/>
          <w:sz w:val="20"/>
        </w:rPr>
        <w:t>[sch vesp 1294a]</w:t>
      </w:r>
    </w:p>
    <w:p>
      <w:r>
        <w:rPr>
          <w:rFonts w:ascii="Gentium Plus" w:hAnsi="Gentium Plus"/>
          <w:sz w:val="24"/>
        </w:rPr>
        <w:t>νουβυστικῶς: ⸢ἀντὶ τοῦ RVΓAld συνετῶς (.) RVΓLhAld, νοῦ πεπληρωμένως. VΓLhAld παρὰ τὸ “νοῦς” καὶ τὸ “βῦσαι”, ὅ ἐστι πληρῶ‐ σαι. “νήματος ἀσκητοῖο βεβυσμένον”· κεῖται καὶ ἐν Ἐκκλησιαζούσαις. VΓAld</w:t>
      </w:r>
    </w:p>
    <w:p>
      <w:r>
        <w:rPr>
          <w:rFonts w:ascii="Courier New" w:hAnsi="Courier New"/>
          <w:color w:val="555555"/>
          <w:sz w:val="20"/>
        </w:rPr>
        <w:t>[sch vesp 1294b]</w:t>
      </w:r>
    </w:p>
    <w:p>
      <w:r>
        <w:rPr>
          <w:rFonts w:ascii="Gentium Plus" w:hAnsi="Gentium Plus"/>
          <w:sz w:val="24"/>
        </w:rPr>
        <w:t>τουτέστι νουνεχῶς ἐσκεπάσθητε.</w:t>
      </w:r>
    </w:p>
    <w:p>
      <w:r>
        <w:rPr>
          <w:rFonts w:ascii="Courier New" w:hAnsi="Courier New"/>
          <w:color w:val="555555"/>
          <w:sz w:val="20"/>
        </w:rPr>
        <w:t>[sch vesp 1295a]</w:t>
      </w:r>
    </w:p>
    <w:p>
      <w:r>
        <w:rPr>
          <w:rFonts w:ascii="Gentium Plus" w:hAnsi="Gentium Plus"/>
          <w:sz w:val="24"/>
        </w:rPr>
        <w:t>κεράμῳ τὸ νῶτον: ὡς ⸢περὶ V*Γ*Ald [ἐπὶ Lh] ὀρόφου στέγης διαλέγεται. VΓLhAld</w:t>
      </w:r>
    </w:p>
    <w:p>
      <w:r>
        <w:rPr>
          <w:rFonts w:ascii="Courier New" w:hAnsi="Courier New"/>
          <w:color w:val="555555"/>
          <w:sz w:val="20"/>
        </w:rPr>
        <w:t>[sch vesp 1295b]</w:t>
      </w:r>
    </w:p>
    <w:p>
      <w:r>
        <w:rPr>
          <w:rFonts w:ascii="Gentium Plus" w:hAnsi="Gentium Plus"/>
          <w:sz w:val="24"/>
        </w:rPr>
        <w:t>πλευρὰς] πληγὰς. Lh</w:t>
      </w:r>
    </w:p>
    <w:p>
      <w:r>
        <w:rPr>
          <w:rFonts w:ascii="Courier New" w:hAnsi="Courier New"/>
          <w:color w:val="555555"/>
          <w:sz w:val="20"/>
        </w:rPr>
        <w:t>[sch vesp 1295c]</w:t>
      </w:r>
    </w:p>
    <w:p>
      <w:r>
        <w:rPr>
          <w:rFonts w:ascii="Gentium Plus" w:hAnsi="Gentium Plus"/>
          <w:sz w:val="24"/>
        </w:rPr>
        <w:t>“στέγειν” ἀντὶ τοῦ “συνέχειν”· ὅθεν καὶ ἡ στέγη ἡ περιέχουσα. ΓAld</w:t>
      </w:r>
    </w:p>
    <w:p>
      <w:r>
        <w:rPr>
          <w:rFonts w:ascii="Courier New" w:hAnsi="Courier New"/>
          <w:color w:val="555555"/>
          <w:sz w:val="20"/>
        </w:rPr>
        <w:t>[sch vesp 1296a]</w:t>
      </w:r>
    </w:p>
    <w:p>
      <w:r>
        <w:rPr>
          <w:rFonts w:ascii="Gentium Plus" w:hAnsi="Gentium Plus"/>
          <w:sz w:val="24"/>
        </w:rPr>
        <w:t>τὸ “στιζόμενος” ἀντὶ τοῦ “κεντούμενος”. R</w:t>
      </w:r>
    </w:p>
    <w:p>
      <w:r>
        <w:rPr>
          <w:rFonts w:ascii="Courier New" w:hAnsi="Courier New"/>
          <w:color w:val="555555"/>
          <w:sz w:val="20"/>
        </w:rPr>
        <w:t>[sch vesp 1296b]</w:t>
      </w:r>
    </w:p>
    <w:p>
      <w:r>
        <w:rPr>
          <w:rFonts w:ascii="Gentium Plus" w:hAnsi="Gentium Plus"/>
          <w:sz w:val="24"/>
        </w:rPr>
        <w:t>ἐνίοι “στιζόμενος” γράφουσιν, οἷον “κεντούμενος”. ἐὰν δὲ “σταζόμενος” γράφηται, καὶ οὕτως ἔσται, παρὰ τῶν ⸢ψακάδων VΓ [ψεκάδων Ald]· “οὕτως πυκνὰ τυπτόμενος”. VΓAld</w:t>
      </w:r>
    </w:p>
    <w:p>
      <w:r>
        <w:rPr>
          <w:rFonts w:ascii="Courier New" w:hAnsi="Courier New"/>
          <w:color w:val="555555"/>
          <w:sz w:val="20"/>
        </w:rPr>
        <w:t>[sch vesp 1296c]</w:t>
      </w:r>
    </w:p>
    <w:p>
      <w:r>
        <w:rPr>
          <w:rFonts w:ascii="Gentium Plus" w:hAnsi="Gentium Plus"/>
          <w:sz w:val="24"/>
        </w:rPr>
        <w:t>στιζόμενος] τυπτόμενος. Lh</w:t>
      </w:r>
    </w:p>
    <w:p>
      <w:r>
        <w:rPr>
          <w:rFonts w:ascii="Courier New" w:hAnsi="Courier New"/>
          <w:color w:val="555555"/>
          <w:sz w:val="20"/>
        </w:rPr>
        <w:t>[sch vesp 1296d]</w:t>
      </w:r>
    </w:p>
    <w:p>
      <w:r>
        <w:rPr>
          <w:rFonts w:ascii="Gentium Plus" w:hAnsi="Gentium Plus"/>
          <w:sz w:val="24"/>
        </w:rPr>
        <w:t>βακτηρίᾳ] ῥάβδῳ. Lh</w:t>
      </w:r>
    </w:p>
    <w:p>
      <w:r>
        <w:rPr>
          <w:rFonts w:ascii="Courier New" w:hAnsi="Courier New"/>
          <w:color w:val="555555"/>
          <w:sz w:val="20"/>
        </w:rPr>
        <w:t>[sch vesp 1297]</w:t>
      </w:r>
    </w:p>
    <w:p>
      <w:r>
        <w:rPr>
          <w:rFonts w:ascii="Gentium Plus" w:hAnsi="Gentium Plus"/>
          <w:sz w:val="24"/>
        </w:rPr>
        <w:t>γέρων] ὡς γέροντος ὄντος τοῦ οἰκέτου. VΓ3Lh</w:t>
      </w:r>
    </w:p>
    <w:p>
      <w:r>
        <w:rPr>
          <w:rFonts w:ascii="Courier New" w:hAnsi="Courier New"/>
          <w:color w:val="555555"/>
          <w:sz w:val="20"/>
        </w:rPr>
        <w:t>[sch vesp 1302a]</w:t>
      </w:r>
    </w:p>
    <w:p>
      <w:r>
        <w:rPr>
          <w:rFonts w:ascii="Gentium Plus" w:hAnsi="Gentium Plus"/>
          <w:sz w:val="24"/>
        </w:rPr>
        <w:t>Θούφραστος] Θεόφραστος. lh</w:t>
      </w:r>
    </w:p>
    <w:p>
      <w:r>
        <w:rPr>
          <w:rFonts w:ascii="Courier New" w:hAnsi="Courier New"/>
          <w:color w:val="555555"/>
          <w:sz w:val="20"/>
        </w:rPr>
        <w:t>[sch vesp 1302b]</w:t>
      </w:r>
    </w:p>
    <w:p>
      <w:r>
        <w:rPr>
          <w:rFonts w:ascii="Gentium Plus" w:hAnsi="Gentium Plus"/>
          <w:sz w:val="24"/>
        </w:rPr>
        <w:t>οἱ περὶ Φρύνιχον: τῶν κολάκων ἂν εἴη Φρύνιχος ὁ ποιητής. ὁ δὲ Σύμμαχός φησιν· “εὐλογώτατον ἂν εἴη τὸν τραγικὸν ὑποκριτὴν Φρύνιχον”(ον) (.) VΓLhAld λέγεσθαι”. Lh</w:t>
      </w:r>
    </w:p>
    <w:p>
      <w:r>
        <w:rPr>
          <w:rFonts w:ascii="Courier New" w:hAnsi="Courier New"/>
          <w:color w:val="555555"/>
          <w:sz w:val="20"/>
        </w:rPr>
        <w:t>[sch vesp 1306]</w:t>
      </w:r>
    </w:p>
    <w:p>
      <w:r>
        <w:rPr>
          <w:rFonts w:ascii="Gentium Plus" w:hAnsi="Gentium Plus"/>
          <w:sz w:val="24"/>
        </w:rPr>
        <w:t>ὥσπερ καχρύων: ὥσπερ ὄνος κριθῶν κορεσθείς. VLhAld ὅτε γὰρ κορέννυνται, μᾶλλον σκιρτῶσιν (.) VΓ3Lh οἱ ὄνοι. Lh</w:t>
      </w:r>
    </w:p>
    <w:p>
      <w:r>
        <w:rPr>
          <w:rFonts w:ascii="Courier New" w:hAnsi="Courier New"/>
          <w:color w:val="555555"/>
          <w:sz w:val="20"/>
        </w:rPr>
        <w:t>[sch vesp 1307]</w:t>
      </w:r>
    </w:p>
    <w:p>
      <w:r>
        <w:rPr>
          <w:rFonts w:ascii="Gentium Plus" w:hAnsi="Gentium Plus"/>
          <w:sz w:val="24"/>
        </w:rPr>
        <w:t>νεανικῶς: ἰσχυρῶς, γενναίως.</w:t>
      </w:r>
    </w:p>
    <w:p>
      <w:r>
        <w:rPr>
          <w:rFonts w:ascii="Courier New" w:hAnsi="Courier New"/>
          <w:color w:val="555555"/>
          <w:sz w:val="20"/>
        </w:rPr>
        <w:t>[sch vesp 1308]</w:t>
      </w:r>
    </w:p>
    <w:p>
      <w:r>
        <w:rPr>
          <w:rFonts w:ascii="Gentium Plus" w:hAnsi="Gentium Plus"/>
          <w:sz w:val="24"/>
        </w:rPr>
        <w:t>Λυσίστρατος] πένης καὶ σκωπτόλης. Lh</w:t>
      </w:r>
    </w:p>
    <w:p>
      <w:r>
        <w:rPr>
          <w:rFonts w:ascii="Courier New" w:hAnsi="Courier New"/>
          <w:color w:val="555555"/>
          <w:sz w:val="20"/>
        </w:rPr>
        <w:t>[sch vesp 1309a]</w:t>
      </w:r>
    </w:p>
    <w:p>
      <w:r>
        <w:rPr>
          <w:rFonts w:ascii="Gentium Plus" w:hAnsi="Gentium Plus"/>
          <w:sz w:val="24"/>
        </w:rPr>
        <w:t>ἔοικας ὦ πρεσβύτα: Δίδυμός φησιν, ὅτι ἀδιανόητα σκώπτει⸢, ὡς VΓ3 ἐνταῦθα. τὸ δὲ “τρυγὶ” ⸢εἰς VΓ3 [ὡς πρὸς LhAld] ⸢γεγηρακότα VΓ3Ald [γεγηρακότας Lh] (.) VΓ3LhAld λέγει. LhAld</w:t>
      </w:r>
    </w:p>
    <w:p>
      <w:r>
        <w:rPr>
          <w:rFonts w:ascii="Courier New" w:hAnsi="Courier New"/>
          <w:color w:val="555555"/>
          <w:sz w:val="20"/>
        </w:rPr>
        <w:t>[sch vesp 1309b]</w:t>
      </w:r>
    </w:p>
    <w:p>
      <w:r>
        <w:rPr>
          <w:rFonts w:ascii="Gentium Plus" w:hAnsi="Gentium Plus"/>
          <w:sz w:val="24"/>
        </w:rPr>
        <w:t>τρυγὶ] ὅτι γέρων. Γ3</w:t>
      </w:r>
    </w:p>
    <w:p>
      <w:r>
        <w:rPr>
          <w:rFonts w:ascii="Courier New" w:hAnsi="Courier New"/>
          <w:color w:val="555555"/>
          <w:sz w:val="20"/>
        </w:rPr>
        <w:t>[sch vesp 1310a]</w:t>
      </w:r>
    </w:p>
    <w:p>
      <w:r>
        <w:rPr>
          <w:rFonts w:ascii="Gentium Plus" w:hAnsi="Gentium Plus"/>
          <w:sz w:val="24"/>
        </w:rPr>
        <w:t>κλητῆρί τ’: ⸢“κλητῆρι” VΓLh</w:t>
      </w:r>
    </w:p>
    <w:p>
      <w:r>
        <w:rPr>
          <w:rFonts w:ascii="Courier New" w:hAnsi="Courier New"/>
          <w:color w:val="555555"/>
          <w:sz w:val="20"/>
        </w:rPr>
        <w:t>[sch vesp 1310a,col 2 (2)]</w:t>
      </w:r>
    </w:p>
    <w:p>
      <w:r>
        <w:rPr>
          <w:rFonts w:ascii="Gentium Plus" w:hAnsi="Gentium Plus"/>
          <w:sz w:val="24"/>
        </w:rPr>
        <w:t>⸢εἶπε Lh διὰ τὸ φιλοδικαστὴν</w:t>
      </w:r>
    </w:p>
    <w:p>
      <w:r>
        <w:rPr>
          <w:rFonts w:ascii="Courier New" w:hAnsi="Courier New"/>
          <w:color w:val="555555"/>
          <w:sz w:val="20"/>
        </w:rPr>
        <w:t>[sch vesp 1310a (4)]</w:t>
      </w:r>
    </w:p>
    <w:p>
      <w:r>
        <w:rPr>
          <w:rFonts w:ascii="Gentium Plus" w:hAnsi="Gentium Plus"/>
          <w:sz w:val="24"/>
        </w:rPr>
        <w:t>καὶ ὅτι ὡς ἐπίπαν γέροντας παρελάμβανον κλητῆρας. τὸ δὲ λοιπὸν παιδιᾶς</w:t>
      </w:r>
    </w:p>
    <w:p>
      <w:r>
        <w:rPr>
          <w:rFonts w:ascii="Courier New" w:hAnsi="Courier New"/>
          <w:color w:val="555555"/>
          <w:sz w:val="20"/>
        </w:rPr>
        <w:t>[5]</w:t>
      </w:r>
    </w:p>
    <w:p>
      <w:r>
        <w:rPr>
          <w:rFonts w:ascii="Gentium Plus" w:hAnsi="Gentium Plus"/>
          <w:sz w:val="24"/>
        </w:rPr>
        <w:t>⸢ἕνεκεν VΓAld [ἕνεκα Lh]· ἢ οὐδὲν πρὸς ἔπος, παρὰ τὴν παροιμίαν “ὄνος εἰς ἀχυρῶνα ἀπέδρα”. ὁ δὲ ἄχυρος παρ’ Εὐπόλιδι ἐν Χρυσῷ γένει, ὅπου καὶ τὸ Πλάτωνος παράκειται ἐξ Ἀδώνιδος. VΓLhAld</w:t>
      </w:r>
    </w:p>
    <w:p>
      <w:r>
        <w:rPr>
          <w:rFonts w:ascii="Courier New" w:hAnsi="Courier New"/>
          <w:color w:val="555555"/>
          <w:sz w:val="20"/>
        </w:rPr>
        <w:t>[sch vesp 1310b]</w:t>
      </w:r>
    </w:p>
    <w:p>
      <w:r>
        <w:rPr>
          <w:rFonts w:ascii="Gentium Plus" w:hAnsi="Gentium Plus"/>
          <w:sz w:val="24"/>
        </w:rPr>
        <w:t>κλητῆρί] γέροντι δικαστῇ. Lh</w:t>
      </w:r>
    </w:p>
    <w:p>
      <w:r>
        <w:rPr>
          <w:rFonts w:ascii="Courier New" w:hAnsi="Courier New"/>
          <w:color w:val="555555"/>
          <w:sz w:val="20"/>
        </w:rPr>
        <w:t>[sch vesp 1310c]</w:t>
      </w:r>
    </w:p>
    <w:p>
      <w:r>
        <w:rPr>
          <w:rFonts w:ascii="Gentium Plus" w:hAnsi="Gentium Plus"/>
          <w:sz w:val="24"/>
        </w:rPr>
        <w:t>ἀποδεδρακότι] ὄνῳ φυγόντι. Lh</w:t>
      </w:r>
    </w:p>
    <w:p>
      <w:r>
        <w:rPr>
          <w:rFonts w:ascii="Courier New" w:hAnsi="Courier New"/>
          <w:color w:val="555555"/>
          <w:sz w:val="20"/>
        </w:rPr>
        <w:t>[sch vesp 1311]</w:t>
      </w:r>
    </w:p>
    <w:p>
      <w:r>
        <w:rPr>
          <w:rFonts w:ascii="Gentium Plus" w:hAnsi="Gentium Plus"/>
          <w:sz w:val="24"/>
        </w:rPr>
        <w:t>ὁ δ’ ἀνακραγὼν: καὶ ταῦτα ἀπρόσλογα, ἐπεὶ καὶ τὸ “ἀποδε‐ δρακότι” ἀπρόσλογον ἐκεῖνος εἶπεν. LhAld</w:t>
      </w:r>
    </w:p>
    <w:p>
      <w:r>
        <w:rPr>
          <w:rFonts w:ascii="Courier New" w:hAnsi="Courier New"/>
          <w:color w:val="555555"/>
          <w:sz w:val="20"/>
        </w:rPr>
        <w:t>[sch vesp 1312]</w:t>
      </w:r>
    </w:p>
    <w:p>
      <w:r>
        <w:rPr>
          <w:rFonts w:ascii="Gentium Plus" w:hAnsi="Gentium Plus"/>
          <w:sz w:val="24"/>
        </w:rPr>
        <w:t>τὰ θρῖα τοῦ τρίβωνος: φύλλα. Lh ἐπεὶ ἐνίοτε ὥσπερ φύλλα ἐμποικίλλουσιν. RVΓLhAld ⸢ὁ Ald Σθένελος δὲ τραγικός(ὸς)</w:t>
      </w:r>
    </w:p>
    <w:p>
      <w:r>
        <w:rPr>
          <w:rFonts w:ascii="Courier New" w:hAnsi="Courier New"/>
          <w:color w:val="555555"/>
          <w:sz w:val="20"/>
        </w:rPr>
        <w:t>[sch vesp 1312,col 2 (3)]</w:t>
      </w:r>
    </w:p>
    <w:p>
      <w:r>
        <w:rPr>
          <w:rFonts w:ascii="Gentium Plus" w:hAnsi="Gentium Plus"/>
          <w:sz w:val="24"/>
        </w:rPr>
        <w:t>τραγικὸς ὑποκριτὴς ἦν ὁ Σθένελος,</w:t>
      </w:r>
    </w:p>
    <w:p>
      <w:r>
        <w:rPr>
          <w:rFonts w:ascii="Courier New" w:hAnsi="Courier New"/>
          <w:color w:val="555555"/>
          <w:sz w:val="20"/>
        </w:rPr>
        <w:t>[sch vesp 1312 (5)]</w:t>
      </w:r>
    </w:p>
    <w:p>
      <w:r>
        <w:rPr>
          <w:rFonts w:ascii="Gentium Plus" w:hAnsi="Gentium Plus"/>
          <w:sz w:val="24"/>
        </w:rPr>
        <w:t>ὃς διὰ πενίαν τὴν τραγικὴν ἀπέδοτο σκευὴν κακῶς πράττων⸢ ἐν τῇ τέχνῃ RV. RVΓ (?) LhAld ⸢περὶ τούτου γέγραπται ἐν Γ (?), LhAld Γηρυτάδῃ καὶ πῶς ἐγὼ Σθενέλου φάγοιμ’ ἂν ῥήματα; εἰς ὄξος ἐμβαπτόμενος ἢ ξηροὺς ἅλας. V, Γ (?), LhAld Πλάτων Σκευαῖς·</w:t>
      </w:r>
    </w:p>
    <w:p>
      <w:r>
        <w:rPr>
          <w:rFonts w:ascii="Courier New" w:hAnsi="Courier New"/>
          <w:color w:val="555555"/>
          <w:sz w:val="20"/>
        </w:rPr>
        <w:t>[10]</w:t>
      </w:r>
    </w:p>
    <w:p>
      <w:r>
        <w:rPr>
          <w:rFonts w:ascii="Gentium Plus" w:hAnsi="Gentium Plus"/>
          <w:sz w:val="24"/>
        </w:rPr>
        <w:t>ἅψαι μόνον †οὐ κἂν ἄκρῳ τῇ Μορσίμῳ†, ἵνα σου πατήσω τὸν Σθένελον μάλ’ αὐτίκα. V, Γ (?) οὗτος ⸢δὲ VΓ ἐλαύνων ἐπὶ τοῖς τείχεσιν ἐνδεικνύμενος διεχλεύαζεν. VΓLhAld</w:t>
      </w:r>
    </w:p>
    <w:p>
      <w:r>
        <w:rPr>
          <w:rFonts w:ascii="Courier New" w:hAnsi="Courier New"/>
          <w:color w:val="555555"/>
          <w:sz w:val="20"/>
        </w:rPr>
        <w:t>[sch vesp 1313]</w:t>
      </w:r>
    </w:p>
    <w:p>
      <w:r>
        <w:rPr>
          <w:rFonts w:ascii="Gentium Plus" w:hAnsi="Gentium Plus"/>
          <w:sz w:val="24"/>
        </w:rPr>
        <w:t>διακεκαρμένῳ] ⸢περιῃρημένῳ V [ἀφῃρημένῳ LhAld], πωλήσαντι. VLhAld</w:t>
      </w:r>
    </w:p>
    <w:p>
      <w:r>
        <w:rPr>
          <w:rFonts w:ascii="Courier New" w:hAnsi="Courier New"/>
          <w:color w:val="555555"/>
          <w:sz w:val="20"/>
        </w:rPr>
        <w:t>[sch vesp 1314]</w:t>
      </w:r>
    </w:p>
    <w:p>
      <w:r>
        <w:rPr>
          <w:rFonts w:ascii="Gentium Plus" w:hAnsi="Gentium Plus"/>
          <w:sz w:val="24"/>
        </w:rPr>
        <w:t>Θουφράστου] Θεοφράστου. lh</w:t>
      </w:r>
    </w:p>
    <w:p>
      <w:r>
        <w:rPr>
          <w:rFonts w:ascii="Courier New" w:hAnsi="Courier New"/>
          <w:color w:val="555555"/>
          <w:sz w:val="20"/>
        </w:rPr>
        <w:t>[sch vesp 1315a]</w:t>
      </w:r>
    </w:p>
    <w:p>
      <w:r>
        <w:rPr>
          <w:rFonts w:ascii="Gentium Plus" w:hAnsi="Gentium Plus"/>
          <w:sz w:val="24"/>
        </w:rPr>
        <w:t>διεμύλλαινεν κτλ.] ⸢τὸ χεῖλος R [τὰ χείλη VΓLhAld] διέστρεφεν (.) RVΓLhAld ὡς χλευάζων καὶ μὴ ἡσθεὶς τῷ ⸢λελεγμένῳ V [λεγομένῳ ΓLhAld]. VΓLhAld</w:t>
      </w:r>
    </w:p>
    <w:p>
      <w:r>
        <w:rPr>
          <w:rFonts w:ascii="Courier New" w:hAnsi="Courier New"/>
          <w:color w:val="555555"/>
          <w:sz w:val="20"/>
        </w:rPr>
        <w:t>[sch vesp 1315b]</w:t>
      </w:r>
    </w:p>
    <w:p>
      <w:r>
        <w:rPr>
          <w:rFonts w:ascii="Gentium Plus" w:hAnsi="Gentium Plus"/>
          <w:sz w:val="24"/>
        </w:rPr>
        <w:t>δεξιός] ἀντὶ τοῦ ὑπερήφανος. VΓ3</w:t>
      </w:r>
    </w:p>
    <w:p>
      <w:r>
        <w:rPr>
          <w:rFonts w:ascii="Courier New" w:hAnsi="Courier New"/>
          <w:color w:val="555555"/>
          <w:sz w:val="20"/>
        </w:rPr>
        <w:t>[sch vesp 1317a]</w:t>
      </w:r>
    </w:p>
    <w:p>
      <w:r>
        <w:rPr>
          <w:rFonts w:ascii="Gentium Plus" w:hAnsi="Gentium Plus"/>
          <w:sz w:val="24"/>
        </w:rPr>
        <w:t>ἐπί τῳ κομᾷς: ἐπεὶ κομήτης ὁ ⸢Θούφραστος RVΓ* [Θεόφρα‐ στος LhAld]. ἔστι ⸢δὲ VΓLhAld καὶ τῶν κολάκων. RVΓLhAld</w:t>
      </w:r>
    </w:p>
    <w:p>
      <w:r>
        <w:rPr>
          <w:rFonts w:ascii="Courier New" w:hAnsi="Courier New"/>
          <w:color w:val="555555"/>
          <w:sz w:val="20"/>
        </w:rPr>
        <w:t>[sch vesp 1317b]</w:t>
      </w:r>
    </w:p>
    <w:p>
      <w:r>
        <w:rPr>
          <w:rFonts w:ascii="Gentium Plus" w:hAnsi="Gentium Plus"/>
          <w:sz w:val="24"/>
        </w:rPr>
        <w:t>κομᾷς] μέγα ⸢φρονεῖ VΓ [φρονεῖς LhAld]. VΓ3LhAld</w:t>
      </w:r>
    </w:p>
    <w:p>
      <w:r>
        <w:rPr>
          <w:rFonts w:ascii="Courier New" w:hAnsi="Courier New"/>
          <w:color w:val="555555"/>
          <w:sz w:val="20"/>
        </w:rPr>
        <w:t>[sch vesp 1317c]</w:t>
      </w:r>
    </w:p>
    <w:p>
      <w:r>
        <w:rPr>
          <w:rFonts w:ascii="Gentium Plus" w:hAnsi="Gentium Plus"/>
          <w:sz w:val="24"/>
        </w:rPr>
        <w:t>προσποιεῖ] κοινή. Lh</w:t>
      </w:r>
    </w:p>
    <w:p>
      <w:r>
        <w:rPr>
          <w:rFonts w:ascii="Courier New" w:hAnsi="Courier New"/>
          <w:color w:val="555555"/>
          <w:sz w:val="20"/>
        </w:rPr>
        <w:t>[sch vesp 1319]</w:t>
      </w:r>
    </w:p>
    <w:p>
      <w:r>
        <w:rPr>
          <w:rFonts w:ascii="Gentium Plus" w:hAnsi="Gentium Plus"/>
          <w:sz w:val="24"/>
        </w:rPr>
        <w:t>ἐν μέρει] ⸢ἀντὶ 〈τοῦ〉 V καθ’ ἕκαστον. VLhAld</w:t>
      </w:r>
    </w:p>
    <w:p>
      <w:r>
        <w:rPr>
          <w:rFonts w:ascii="Courier New" w:hAnsi="Courier New"/>
          <w:color w:val="555555"/>
          <w:sz w:val="20"/>
        </w:rPr>
        <w:t>[sch vesp 1321]</w:t>
      </w:r>
    </w:p>
    <w:p>
      <w:r>
        <w:rPr>
          <w:rFonts w:ascii="Gentium Plus" w:hAnsi="Gentium Plus"/>
          <w:sz w:val="24"/>
        </w:rPr>
        <w:t>οὐδὲν εἰκότας: οὐδὲν ἁρμόζοντας ⸢πρὸς τὸ πρᾶγμα V*ΓLh [τῷ πράγματι Ald]. VΓLhAld</w:t>
      </w:r>
    </w:p>
    <w:p>
      <w:r>
        <w:rPr>
          <w:rFonts w:ascii="Courier New" w:hAnsi="Courier New"/>
          <w:color w:val="555555"/>
          <w:sz w:val="20"/>
        </w:rPr>
        <w:t>[sch vesp 1324]</w:t>
      </w:r>
    </w:p>
    <w:p>
      <w:r>
        <w:rPr>
          <w:rFonts w:ascii="Gentium Plus" w:hAnsi="Gentium Plus"/>
          <w:sz w:val="24"/>
        </w:rPr>
        <w:t>ὁδὶ δὲ δὴ σφαλλόμενος: κινούμενος ὑπὸ μέθης (.) ΓLhAld σφάλλεται. Lh</w:t>
      </w:r>
    </w:p>
    <w:p>
      <w:r>
        <w:rPr>
          <w:rFonts w:ascii="Courier New" w:hAnsi="Courier New"/>
          <w:color w:val="555555"/>
          <w:sz w:val="20"/>
        </w:rPr>
        <w:t>[sch vesp 1326a]</w:t>
      </w:r>
    </w:p>
    <w:p>
      <w:r>
        <w:rPr>
          <w:rFonts w:ascii="Gentium Plus" w:hAnsi="Gentium Plus"/>
          <w:sz w:val="24"/>
        </w:rPr>
        <w:t>ἄνεχε, πάρεχε] ἐκ Τρῳάδων Εὐριπίδου. RVΓ3Lh Κασάνδρα</w:t>
      </w:r>
    </w:p>
    <w:p>
      <w:r>
        <w:rPr>
          <w:rFonts w:ascii="Courier New" w:hAnsi="Courier New"/>
          <w:color w:val="555555"/>
          <w:sz w:val="20"/>
        </w:rPr>
        <w:t>[sch vesp 1326b]</w:t>
      </w:r>
    </w:p>
    <w:p>
      <w:r>
        <w:rPr>
          <w:rFonts w:ascii="Gentium Plus" w:hAnsi="Gentium Plus"/>
          <w:sz w:val="24"/>
        </w:rPr>
        <w:t>ἄνεχε, πάρεχε: μετὰ λαμπάδων ἔρχεται καὶ μετὰ αὐλητρίδος ἀποσπάσας αὐτὴν ἐκ τοῦ συμποσίου. ὁ δὲ νοῦς παρὰ τὴν ἐν Τρῳάσι Κασάνδραν· “ἄνεχε, πάρεχε, φῶς φέρω, σέβω, φλέγω”. ⸢τοῦτο πάντες ὁμοίως· VΓAld ὑστερεῖ δὲ ἡ τῶν Τρῳάδων κάθεσις ἔτεσιν ζʹ. VΓLhAld</w:t>
      </w:r>
    </w:p>
    <w:p>
      <w:r>
        <w:rPr>
          <w:rFonts w:ascii="Courier New" w:hAnsi="Courier New"/>
          <w:color w:val="555555"/>
          <w:sz w:val="20"/>
        </w:rPr>
        <w:t>[sch vesp 1328]</w:t>
      </w:r>
    </w:p>
    <w:p>
      <w:r>
        <w:rPr>
          <w:rFonts w:ascii="Gentium Plus" w:hAnsi="Gentium Plus"/>
          <w:sz w:val="24"/>
        </w:rPr>
        <w:t>ἐπακολουθούντων ἐμοί: ἠκολούθουν ⸢γὰρ V αὐτῷ τινες τῶν τυφθέντων ὑπ’ αὐτοῦ. VΓ3Ald</w:t>
      </w:r>
    </w:p>
    <w:p>
      <w:r>
        <w:rPr>
          <w:rFonts w:ascii="Courier New" w:hAnsi="Courier New"/>
          <w:color w:val="555555"/>
          <w:sz w:val="20"/>
        </w:rPr>
        <w:t>[sch vesp 1329a]</w:t>
      </w:r>
    </w:p>
    <w:p>
      <w:r>
        <w:rPr>
          <w:rFonts w:ascii="Gentium Plus" w:hAnsi="Gentium Plus"/>
          <w:sz w:val="24"/>
        </w:rPr>
        <w:t>εἰ μὴ ’ρρήσεσθε: ⸢εἰ μὴ Ald ἀναχωρήσετε. LhAld</w:t>
      </w:r>
    </w:p>
    <w:p>
      <w:r>
        <w:rPr>
          <w:rFonts w:ascii="Courier New" w:hAnsi="Courier New"/>
          <w:color w:val="555555"/>
          <w:sz w:val="20"/>
        </w:rPr>
        <w:t>[sch vesp 1329b]</w:t>
      </w:r>
    </w:p>
    <w:p>
      <w:r>
        <w:rPr>
          <w:rFonts w:ascii="Gentium Plus" w:hAnsi="Gentium Plus"/>
          <w:sz w:val="24"/>
        </w:rPr>
        <w:t>τὸ “ὑμᾶς” πρὸς τὸ “φρυκτοὺς” ⸢συνάπτεται Lh, τὸ δὲ “οἷον” ἀντὶ τοῦ “οἵως” ⸢λαμβάνεται, Lh ⸢. τὸ δὲ ἑξῆς VΓ3Ald [οὕτως Lh]· ⸢“οἵως VLh [“ἤτοι ὡς Γ3Ald*] ὑμᾶς ⸢ὡς ἰχθύδια πεφρυγμένα Ald τῇ δαΐδι ⸢ταύτῃ Lh φρυκτοὺς σκευάσω” (.) VΓ3LhAld ⸢ἤγουν θαυμαστοὺς ἰχθύας</w:t>
      </w:r>
    </w:p>
    <w:p>
      <w:r>
        <w:rPr>
          <w:rFonts w:ascii="Courier New" w:hAnsi="Courier New"/>
          <w:color w:val="555555"/>
          <w:sz w:val="20"/>
        </w:rPr>
        <w:t>[5]</w:t>
      </w:r>
    </w:p>
    <w:p>
      <w:r>
        <w:rPr>
          <w:rFonts w:ascii="Gentium Plus" w:hAnsi="Gentium Plus"/>
          <w:sz w:val="24"/>
        </w:rPr>
        <w:t>ὑμᾶς σκευάσω Lh ὀπτήσας. LhAld</w:t>
      </w:r>
    </w:p>
    <w:p>
      <w:r>
        <w:rPr>
          <w:rFonts w:ascii="Courier New" w:hAnsi="Courier New"/>
          <w:color w:val="555555"/>
          <w:sz w:val="20"/>
        </w:rPr>
        <w:t>[sch vesp 1331a]</w:t>
      </w:r>
    </w:p>
    <w:p>
      <w:r>
        <w:rPr>
          <w:rFonts w:ascii="Gentium Plus" w:hAnsi="Gentium Plus"/>
          <w:sz w:val="24"/>
        </w:rPr>
        <w:t>φρυκτοὺς σκευάσω] ⸢ἀντὶ τοῦ V καύσω. VLh ἐνταῦθα τὸ “οἷον”. Lh</w:t>
      </w:r>
    </w:p>
    <w:p>
      <w:r>
        <w:rPr>
          <w:rFonts w:ascii="Courier New" w:hAnsi="Courier New"/>
          <w:color w:val="555555"/>
          <w:sz w:val="20"/>
        </w:rPr>
        <w:t>[sch vesp 1331b]</w:t>
      </w:r>
    </w:p>
    <w:p>
      <w:r>
        <w:rPr>
          <w:rFonts w:ascii="Gentium Plus" w:hAnsi="Gentium Plus"/>
          <w:sz w:val="24"/>
        </w:rPr>
        <w:t>φρυκτοὺς: τὰ πεφρυγ‐</w:t>
      </w:r>
    </w:p>
    <w:p>
      <w:r>
        <w:rPr>
          <w:rFonts w:ascii="Courier New" w:hAnsi="Courier New"/>
          <w:color w:val="555555"/>
          <w:sz w:val="20"/>
        </w:rPr>
        <w:t>[sch vesp 1331b,col 2]</w:t>
      </w:r>
    </w:p>
    <w:p>
      <w:r>
        <w:rPr>
          <w:rFonts w:ascii="Gentium Plus" w:hAnsi="Gentium Plus"/>
          <w:sz w:val="24"/>
        </w:rPr>
        <w:t>“φρυκτοὺς” γὰρ καὶ τὰ πεφρυγ‐</w:t>
      </w:r>
    </w:p>
    <w:p>
      <w:r>
        <w:rPr>
          <w:rFonts w:ascii="Courier New" w:hAnsi="Courier New"/>
          <w:color w:val="555555"/>
          <w:sz w:val="20"/>
        </w:rPr>
        <w:t>[sch vesp 1334]</w:t>
      </w:r>
    </w:p>
    <w:p>
      <w:r>
        <w:rPr>
          <w:rFonts w:ascii="Gentium Plus" w:hAnsi="Gentium Plus"/>
          <w:sz w:val="24"/>
        </w:rPr>
        <w:t>προσκαλούμενοι: ⸢λείπει Lh εἰς ⸢τὸ Ald δικαστήριον (.) VLhAld δηλονότι. Ald</w:t>
      </w:r>
    </w:p>
    <w:p>
      <w:r>
        <w:rPr>
          <w:rFonts w:ascii="Courier New" w:hAnsi="Courier New"/>
          <w:color w:val="555555"/>
          <w:sz w:val="20"/>
        </w:rPr>
        <w:t>[sch vesp 1335]</w:t>
      </w:r>
    </w:p>
    <w:p>
      <w:r>
        <w:rPr>
          <w:rFonts w:ascii="Gentium Plus" w:hAnsi="Gentium Plus"/>
          <w:sz w:val="24"/>
        </w:rPr>
        <w:t>ἰῆ ἰεῦ: χλευαστικὸν ἐπίρρημα τοῦτο. καταφρονεῖ λοιπὸν καὶ τῶν δικαστικῶν ῥημάτων· τὸ ⸢γοῦν V [γὰρ LhAld] “καλούμενοι” ἀπορρίπτει.</w:t>
      </w:r>
    </w:p>
    <w:p>
      <w:r>
        <w:rPr>
          <w:rFonts w:ascii="Courier New" w:hAnsi="Courier New"/>
          <w:color w:val="555555"/>
          <w:sz w:val="20"/>
        </w:rPr>
        <w:t>[sch vesp 1339]</w:t>
      </w:r>
    </w:p>
    <w:p>
      <w:r>
        <w:rPr>
          <w:rFonts w:ascii="Gentium Plus" w:hAnsi="Gentium Plus"/>
          <w:sz w:val="24"/>
        </w:rPr>
        <w:t>βάλλε κημούς: ⸢βάλλε VΓAld ἐς κόρακας τὰ δικαστικὰ σκεύη. VΓLhAld</w:t>
      </w:r>
    </w:p>
    <w:p>
      <w:r>
        <w:rPr>
          <w:rFonts w:ascii="Courier New" w:hAnsi="Courier New"/>
          <w:color w:val="555555"/>
          <w:sz w:val="20"/>
        </w:rPr>
        <w:t>[sch vesp 1341a]</w:t>
      </w:r>
    </w:p>
    <w:p>
      <w:r>
        <w:rPr>
          <w:rFonts w:ascii="Gentium Plus" w:hAnsi="Gentium Plus"/>
          <w:sz w:val="24"/>
        </w:rPr>
        <w:t>ἀνάβαινε δεῦρο: ἑταῖρά τις ΓLhAld , ᾗ καὶ προσβάλλει· ταύτην δὲ ἔλαβεν</w:t>
      </w:r>
    </w:p>
    <w:p>
      <w:r>
        <w:rPr>
          <w:rFonts w:ascii="Courier New" w:hAnsi="Courier New"/>
          <w:color w:val="555555"/>
          <w:sz w:val="20"/>
        </w:rPr>
        <w:t>[sch vesp 1341a,col 2 (2)]</w:t>
      </w:r>
    </w:p>
    <w:p>
      <w:r>
        <w:rPr>
          <w:rFonts w:ascii="Gentium Plus" w:hAnsi="Gentium Plus"/>
          <w:sz w:val="24"/>
        </w:rPr>
        <w:t>ἠκολούθει αὐτῷ, ἣν ἔλαχεν ἐκ τοῦ συμποσίου, ᾗ καὶ προσβάλλει καὶ</w:t>
      </w:r>
    </w:p>
    <w:p>
      <w:r>
        <w:rPr>
          <w:rFonts w:ascii="Courier New" w:hAnsi="Courier New"/>
          <w:color w:val="555555"/>
          <w:sz w:val="20"/>
        </w:rPr>
        <w:t>[sch vesp 1341b]</w:t>
      </w:r>
    </w:p>
    <w:p>
      <w:r>
        <w:rPr>
          <w:rFonts w:ascii="Gentium Plus" w:hAnsi="Gentium Plus"/>
          <w:sz w:val="24"/>
        </w:rPr>
        <w:t>χρυσομηλολόνθιον: ἐπί τινος μετεώρου ὁ γέρων ⸢ἐφεστὼς RVΓAld [ἑστὼς Lh] προσκαλεῖται προσκοριζόμενος τὴν ἑταῖραν. RVΓLhAld χρυσομηλολόνθιον δὲ ζωΰφιόν τί ἐστι κατὰ κάνθαρον ξανθόν, RV</w:t>
      </w:r>
    </w:p>
    <w:p>
      <w:r>
        <w:rPr>
          <w:rFonts w:ascii="Courier New" w:hAnsi="Courier New"/>
          <w:color w:val="555555"/>
          <w:sz w:val="20"/>
        </w:rPr>
        <w:t>[5]</w:t>
      </w:r>
    </w:p>
    <w:p>
      <w:r>
        <w:rPr>
          <w:rFonts w:ascii="Gentium Plus" w:hAnsi="Gentium Plus"/>
          <w:sz w:val="24"/>
        </w:rPr>
        <w:t>ΓAld</w:t>
      </w:r>
    </w:p>
    <w:p>
      <w:r>
        <w:rPr>
          <w:rFonts w:ascii="Courier New" w:hAnsi="Courier New"/>
          <w:color w:val="555555"/>
          <w:sz w:val="20"/>
        </w:rPr>
        <w:t>[sch vesp 1341b,col 2 (3)]</w:t>
      </w:r>
    </w:p>
    <w:p>
      <w:r>
        <w:rPr>
          <w:rFonts w:ascii="Gentium Plus" w:hAnsi="Gentium Plus"/>
          <w:sz w:val="24"/>
        </w:rPr>
        <w:t>μηλολόνθιόν ἐστι ζωΰφιόν τι κανθα‐ ρῶδες χρυσίζοντα ἔχον τὰ πτερά,</w:t>
      </w:r>
    </w:p>
    <w:p>
      <w:r>
        <w:rPr>
          <w:rFonts w:ascii="Courier New" w:hAnsi="Courier New"/>
          <w:color w:val="555555"/>
          <w:sz w:val="20"/>
        </w:rPr>
        <w:t>[5]</w:t>
      </w:r>
    </w:p>
    <w:p>
      <w:r>
        <w:rPr>
          <w:rFonts w:ascii="Gentium Plus" w:hAnsi="Gentium Plus"/>
          <w:sz w:val="24"/>
        </w:rPr>
        <w:t>Lh</w:t>
      </w:r>
    </w:p>
    <w:p>
      <w:r>
        <w:rPr>
          <w:rFonts w:ascii="Courier New" w:hAnsi="Courier New"/>
          <w:color w:val="555555"/>
          <w:sz w:val="20"/>
        </w:rPr>
        <w:t>[sch vesp 1341b (6)]</w:t>
      </w:r>
    </w:p>
    <w:p>
      <w:r>
        <w:rPr>
          <w:rFonts w:ascii="Gentium Plus" w:hAnsi="Gentium Plus"/>
          <w:sz w:val="24"/>
        </w:rPr>
        <w:t>ὃ ⸢καὶ RVΓAld κατέχοντες οἱ παῖδες ⸢δεσμεύουσιν RV [δεσμοῦσιν ΓLhAld] ἐκ τοῦ ποδὸς καὶ ἀφιᾶσι (ν) (.) RVΓLhAld πρὸς τὸν ἀέρα. LhAld μέμνηται τούτου καὶ ἐν Νεφέλαις λέγων· λινόδετον ὥσπερ μηλολόνθην τοῦ ποδός.</w:t>
      </w:r>
    </w:p>
    <w:p>
      <w:r>
        <w:rPr>
          <w:rFonts w:ascii="Courier New" w:hAnsi="Courier New"/>
          <w:color w:val="555555"/>
          <w:sz w:val="20"/>
        </w:rPr>
        <w:t>[10]</w:t>
      </w:r>
    </w:p>
    <w:p>
      <w:r>
        <w:rPr>
          <w:rFonts w:ascii="Gentium Plus" w:hAnsi="Gentium Plus"/>
          <w:sz w:val="24"/>
        </w:rPr>
        <w:t>ἐνταῦθα δὲ καὶ τὸ “χρυσὸν” προσέπλεξε κολακεύων τὴν ἑταῖραν. ἀπὸ τοῦ κατασκευάζειν δὲ τὴν ὄνθον εἰς εἶδος μήλου ὀνομάζεται ἡ μηλολόνθη. Lh</w:t>
      </w:r>
    </w:p>
    <w:p>
      <w:r>
        <w:rPr>
          <w:rFonts w:ascii="Courier New" w:hAnsi="Courier New"/>
          <w:color w:val="555555"/>
          <w:sz w:val="20"/>
        </w:rPr>
        <w:t>[sch vesp 1341c]</w:t>
      </w:r>
    </w:p>
    <w:p>
      <w:r>
        <w:rPr>
          <w:rFonts w:ascii="Gentium Plus" w:hAnsi="Gentium Plus"/>
          <w:sz w:val="24"/>
        </w:rPr>
        <w:t>πρὸς τὴν ἑταῖραν ὁ γέρων· παρὰ ⸢τὴν μηλολόνθην V [τὸ μηλολόν‐ θιον ΓAld] χρυσίζοντα ⸢ἔχουσαν V [ἔχον Γ*Ald*] τὰ πτερά. οὐ γὰρ οἶμαι τὸ</w:t>
      </w:r>
    </w:p>
    <w:p>
      <w:r>
        <w:rPr>
          <w:rFonts w:ascii="Courier New" w:hAnsi="Courier New"/>
          <w:color w:val="555555"/>
          <w:sz w:val="20"/>
        </w:rPr>
        <w:t>[sch vesp 1342a]</w:t>
      </w:r>
    </w:p>
    <w:p>
      <w:r>
        <w:rPr>
          <w:rFonts w:ascii="Gentium Plus" w:hAnsi="Gentium Plus"/>
          <w:sz w:val="24"/>
        </w:rPr>
        <w:t>τοῦ αἰδοίου. R</w:t>
      </w:r>
    </w:p>
    <w:p>
      <w:r>
        <w:rPr>
          <w:rFonts w:ascii="Courier New" w:hAnsi="Courier New"/>
          <w:color w:val="555555"/>
          <w:sz w:val="20"/>
        </w:rPr>
        <w:t>[sch vesp 1342b]</w:t>
      </w:r>
    </w:p>
    <w:p>
      <w:r>
        <w:rPr>
          <w:rFonts w:ascii="Gentium Plus" w:hAnsi="Gentium Plus"/>
          <w:sz w:val="24"/>
        </w:rPr>
        <w:t>σχοινίου: ⸢ἴσως LhAld τοῦ πέους. VLhAld παίζει δέ. LhAld</w:t>
      </w:r>
    </w:p>
    <w:p>
      <w:r>
        <w:rPr>
          <w:rFonts w:ascii="Courier New" w:hAnsi="Courier New"/>
          <w:color w:val="555555"/>
          <w:sz w:val="20"/>
        </w:rPr>
        <w:t>[sch vesp 1343]</w:t>
      </w:r>
    </w:p>
    <w:p>
      <w:r>
        <w:rPr>
          <w:rFonts w:ascii="Gentium Plus" w:hAnsi="Gentium Plus"/>
          <w:sz w:val="24"/>
        </w:rPr>
        <w:t>σαπρὸν] παλαιόν· γέρων γὰρ ἦν. LhAld</w:t>
      </w:r>
    </w:p>
    <w:p>
      <w:r>
        <w:rPr>
          <w:rFonts w:ascii="Courier New" w:hAnsi="Courier New"/>
          <w:color w:val="555555"/>
          <w:sz w:val="20"/>
        </w:rPr>
        <w:t>[sch vesp 1345]</w:t>
      </w:r>
    </w:p>
    <w:p>
      <w:r>
        <w:rPr>
          <w:rFonts w:ascii="Gentium Plus" w:hAnsi="Gentium Plus"/>
          <w:sz w:val="24"/>
        </w:rPr>
        <w:t>ὑφειλόμην] ἔκλεψα ἀπὸ τῶν συμποτῶν. VLhAld</w:t>
      </w:r>
    </w:p>
    <w:p>
      <w:r>
        <w:rPr>
          <w:rFonts w:ascii="Courier New" w:hAnsi="Courier New"/>
          <w:color w:val="555555"/>
          <w:sz w:val="20"/>
        </w:rPr>
        <w:t>[sch vesp 1346a]</w:t>
      </w:r>
    </w:p>
    <w:p>
      <w:r>
        <w:rPr>
          <w:rFonts w:ascii="Gentium Plus" w:hAnsi="Gentium Plus"/>
          <w:sz w:val="24"/>
        </w:rPr>
        <w:t>μέλλουσαν ἤδη λεσβιεῖν τοὺς ξυμπότας: παρὰ τὸ ἱστο‐ ρούμενον, ὅτι παρὰ Λεσβίοις τοῦτο πρῶτον ἡ γυνὴ ἔπαθεν. RVΓLhAld καὶ παρὰ Θεοπόμπῳ ἐν Ὀδυσσεῖ· ἵνα μὴ τὸ παλαιὸν τοῦτο καὶ θρυλούμενον</w:t>
      </w:r>
    </w:p>
    <w:p>
      <w:r>
        <w:rPr>
          <w:rFonts w:ascii="Courier New" w:hAnsi="Courier New"/>
          <w:color w:val="555555"/>
          <w:sz w:val="20"/>
        </w:rPr>
        <w:t>[5]</w:t>
      </w:r>
    </w:p>
    <w:p>
      <w:r>
        <w:rPr>
          <w:rFonts w:ascii="Gentium Plus" w:hAnsi="Gentium Plus"/>
          <w:sz w:val="24"/>
        </w:rPr>
        <w:t>δι’ ἡμετέρων στομάτων εἴπω σόφισμ’, ὅ φασι ⸢παῖδας VΓ [παῖδες ΓLhAld] Λεσβίων εὑρεῖν †† VΓLhAld Στράττις ἐν Τρωΐλῳ· ᾗ μήποτ’, ὦ παῖ Ζηνός, ἐς ταὐτὸν μόλῃς,</w:t>
      </w:r>
    </w:p>
    <w:p>
      <w:r>
        <w:rPr>
          <w:rFonts w:ascii="Courier New" w:hAnsi="Courier New"/>
          <w:color w:val="555555"/>
          <w:sz w:val="20"/>
        </w:rPr>
        <w:t>[10]</w:t>
      </w:r>
    </w:p>
    <w:p>
      <w:r>
        <w:rPr>
          <w:rFonts w:ascii="Gentium Plus" w:hAnsi="Gentium Plus"/>
          <w:sz w:val="24"/>
        </w:rPr>
        <w:t>ἀλλὰ παραδοὺς τοῖς Λεσβίοις χαίρειν ἔα· καὶ ἐν †Πυτίσῳ†· ἐγᾦδα †τοῦπίνικος†, ὀργισθεὶς ἔφη· τῷ στόματι δράσω τοῦθ’, ὅπερ ††</w:t>
      </w:r>
    </w:p>
    <w:p>
      <w:r>
        <w:rPr>
          <w:rFonts w:ascii="Courier New" w:hAnsi="Courier New"/>
          <w:color w:val="555555"/>
          <w:sz w:val="20"/>
        </w:rPr>
        <w:t>[sch vesp 1346b]</w:t>
      </w:r>
    </w:p>
    <w:p>
      <w:r>
        <w:rPr>
          <w:rFonts w:ascii="Gentium Plus" w:hAnsi="Gentium Plus"/>
          <w:sz w:val="24"/>
        </w:rPr>
        <w:t>⸢“λεσβιεῖν” οὖν R [τὸ “λεσβιεῖν” LhAld] ἐπὶ(ί) ⸢του R* αἰσχροῦ τάττεται (.) RVLhAld, ἐπειδὴ οἱ Λέσβιοι αἰσχρουργοῦσι τῷ στόματι ⸢μολυνόμενοι Ald. VLhAld</w:t>
      </w:r>
    </w:p>
    <w:p>
      <w:r>
        <w:rPr>
          <w:rFonts w:ascii="Courier New" w:hAnsi="Courier New"/>
          <w:color w:val="555555"/>
          <w:sz w:val="20"/>
        </w:rPr>
        <w:t>[sch vesp 1346c]</w:t>
      </w:r>
    </w:p>
    <w:p>
      <w:r>
        <w:rPr>
          <w:rFonts w:ascii="Gentium Plus" w:hAnsi="Gentium Plus"/>
          <w:sz w:val="24"/>
        </w:rPr>
        <w:t>λεσβιεῖν] τοῦτο ἐπὶ αἰσχροῦ τάττεται. Lh</w:t>
      </w:r>
    </w:p>
    <w:p>
      <w:r>
        <w:rPr>
          <w:rFonts w:ascii="Courier New" w:hAnsi="Courier New"/>
          <w:color w:val="555555"/>
          <w:sz w:val="20"/>
        </w:rPr>
        <w:t>[sch vesp 1346d]</w:t>
      </w:r>
    </w:p>
    <w:p>
      <w:r>
        <w:rPr>
          <w:rFonts w:ascii="Gentium Plus" w:hAnsi="Gentium Plus"/>
          <w:sz w:val="24"/>
        </w:rPr>
        <w:t>λεσβίσαι: μολῦναι τὸ στόμα· Λέσβιοι γὰρ διεβάλλοντο· ἐπὶ αἰσχρότητι.</w:t>
      </w:r>
    </w:p>
    <w:p>
      <w:r>
        <w:rPr>
          <w:rFonts w:ascii="Courier New" w:hAnsi="Courier New"/>
          <w:color w:val="555555"/>
          <w:sz w:val="20"/>
        </w:rPr>
        <w:t>[sch vesp 1348a]</w:t>
      </w:r>
    </w:p>
    <w:p>
      <w:r>
        <w:rPr>
          <w:rFonts w:ascii="Gentium Plus" w:hAnsi="Gentium Plus"/>
          <w:sz w:val="24"/>
        </w:rPr>
        <w:t>φιαλεῖς: ⸢οὐδ’ ἐπιβάλῃ V ἀποδοῦναι. VΓ Ὅμηρος· αὐτὸς γὰρ ἐπίηλεν τάδε ἔργα, ἀντὶ τοῦ “ἐπεβάλλετο”. VΓAld Φρύνιχος Ἐφιάλτῃ· ὄνομα δέ τῳ τοῦτ’ ἦν †ἔσωθεν γῆν τε μὴ†</w:t>
      </w:r>
    </w:p>
    <w:p>
      <w:r>
        <w:rPr>
          <w:rFonts w:ascii="Courier New" w:hAnsi="Courier New"/>
          <w:color w:val="555555"/>
          <w:sz w:val="20"/>
        </w:rPr>
        <w:t>[5]</w:t>
      </w:r>
    </w:p>
    <w:p>
      <w:r>
        <w:rPr>
          <w:rFonts w:ascii="Gentium Plus" w:hAnsi="Gentium Plus"/>
          <w:sz w:val="24"/>
        </w:rPr>
        <w:t>ἔστω †φιάλτης† ἀνδραγαθίας οὕνεκα, †ἔτι† ἐπιάλας χρηστὰ λέ〈γων〉 ἀπωλόμην. ἐν δὲ Τριφάλητι Ἀριστοφάνης· κοὐδὲν †ἄνδρα εἰς† ἄτοπον οὐδ’ ἂν †ἐπιῆλαι μὲν†. δύναται καὶ τὸ “προθυμεῖσθαι”·</w:t>
      </w:r>
    </w:p>
    <w:p>
      <w:r>
        <w:rPr>
          <w:rFonts w:ascii="Courier New" w:hAnsi="Courier New"/>
          <w:color w:val="555555"/>
          <w:sz w:val="20"/>
        </w:rPr>
        <w:t>[10]</w:t>
      </w:r>
    </w:p>
    <w:p>
      <w:r>
        <w:rPr>
          <w:rFonts w:ascii="Gentium Plus" w:hAnsi="Gentium Plus"/>
          <w:sz w:val="24"/>
        </w:rPr>
        <w:t>οὗτος γὰρ ἐπίηλεν τάδε ἔργα,</w:t>
      </w:r>
    </w:p>
    <w:p>
      <w:r>
        <w:rPr>
          <w:rFonts w:ascii="Courier New" w:hAnsi="Courier New"/>
          <w:color w:val="555555"/>
          <w:sz w:val="20"/>
        </w:rPr>
        <w:t>[sch vesp 1348b]</w:t>
      </w:r>
    </w:p>
    <w:p>
      <w:r>
        <w:rPr>
          <w:rFonts w:ascii="Gentium Plus" w:hAnsi="Gentium Plus"/>
          <w:sz w:val="24"/>
        </w:rPr>
        <w:t>φιαλεῖς: φιαλεῖν μὲν κυρίως τὸ τῇ φιάλῃ ⸢πίνειν RVΓ [πιεῖν Ald], νῦν δ’ ἴσως ⸢καὶ VΓAld</w:t>
      </w:r>
    </w:p>
    <w:p>
      <w:r>
        <w:rPr>
          <w:rFonts w:ascii="Courier New" w:hAnsi="Courier New"/>
          <w:color w:val="555555"/>
          <w:sz w:val="20"/>
        </w:rPr>
        <w:t>[sch vesp 1348b,col 2]</w:t>
      </w:r>
    </w:p>
    <w:p>
      <w:r>
        <w:rPr>
          <w:rFonts w:ascii="Gentium Plus" w:hAnsi="Gentium Plus"/>
          <w:sz w:val="24"/>
        </w:rPr>
        <w:t>κακεμφάτως εἴρηται τοῦτο· φιαλεῖν</w:t>
      </w:r>
    </w:p>
    <w:p>
      <w:r>
        <w:rPr>
          <w:rFonts w:ascii="Courier New" w:hAnsi="Courier New"/>
          <w:color w:val="555555"/>
          <w:sz w:val="20"/>
        </w:rPr>
        <w:t>[sch vesp 1348c alpha]</w:t>
      </w:r>
    </w:p>
    <w:p>
      <w:r>
        <w:rPr>
          <w:rFonts w:ascii="Gentium Plus" w:hAnsi="Gentium Plus"/>
          <w:sz w:val="24"/>
        </w:rPr>
        <w:t>τῷ ἔργῳ ἐπιβαλεῖς. (mut. ex Su. s.v. φιαλεῖς, IV 719, 7sq.).</w:t>
      </w:r>
    </w:p>
    <w:p>
      <w:r>
        <w:rPr>
          <w:rFonts w:ascii="Courier New" w:hAnsi="Courier New"/>
          <w:color w:val="555555"/>
          <w:sz w:val="20"/>
        </w:rPr>
        <w:t>[sch vesp 1348c beta]</w:t>
      </w:r>
    </w:p>
    <w:p>
      <w:r>
        <w:rPr>
          <w:rFonts w:ascii="Gentium Plus" w:hAnsi="Gentium Plus"/>
          <w:sz w:val="24"/>
        </w:rPr>
        <w:t>καὶ φιαλοῦμεν, τουτέστι τῷ ... (8) φιαλεῖν γὰρ τὸ ἄρχεσθαι τοῦ πράγματος. ὁ αὐτὸς Ἀριστοφάνης ... (10) τοῖσιν θεοῖς. (ex Su. l.c., 7—10)</w:t>
      </w:r>
    </w:p>
    <w:p>
      <w:r>
        <w:rPr>
          <w:rFonts w:ascii="Courier New" w:hAnsi="Courier New"/>
          <w:color w:val="555555"/>
          <w:sz w:val="20"/>
        </w:rPr>
        <w:t>[sch vesp 1349]</w:t>
      </w:r>
    </w:p>
    <w:p>
      <w:r>
        <w:rPr>
          <w:rFonts w:ascii="Gentium Plus" w:hAnsi="Gentium Plus"/>
          <w:sz w:val="24"/>
        </w:rPr>
        <w:t>κἀγχανεῖ κτλ.] ⸢“ἐγχανεῖ” V [τοῦτο Lh] ἐπὶ τῶν καταγελώντων· ἅμα δὲ καὶ κακεμφάτως. VLh</w:t>
      </w:r>
    </w:p>
    <w:p>
      <w:r>
        <w:rPr>
          <w:rFonts w:ascii="Courier New" w:hAnsi="Courier New"/>
          <w:color w:val="555555"/>
          <w:sz w:val="20"/>
        </w:rPr>
        <w:t>[sch vesp 1350]</w:t>
      </w:r>
    </w:p>
    <w:p>
      <w:r>
        <w:rPr>
          <w:rFonts w:ascii="Gentium Plus" w:hAnsi="Gentium Plus"/>
          <w:sz w:val="24"/>
        </w:rPr>
        <w:t>πολλοῖς γὰρ ἤδη χἀτέροις αὔτ’ εἰργάσω: ⸢“αὐτὸ Lh ἤτοι τὸ αἰσχρὸν ⸢χἀτέροις VΓAld [καὶ ἑτέροις Lh] εἰργάσω” (.) VΓLhAld ἢ ⸢καὶ ΓAld “ἐκφεύγεις με· καὶ γὰρ ἄλλοις αὐτὸ ⸢ἐποίησας” V [εἰργάσω” Ald]. VΓAld</w:t>
      </w:r>
    </w:p>
    <w:p>
      <w:r>
        <w:rPr>
          <w:rFonts w:ascii="Courier New" w:hAnsi="Courier New"/>
          <w:color w:val="555555"/>
          <w:sz w:val="20"/>
        </w:rPr>
        <w:t>[sch vesp 1351]</w:t>
      </w:r>
    </w:p>
    <w:p>
      <w:r>
        <w:rPr>
          <w:rFonts w:ascii="Gentium Plus" w:hAnsi="Gentium Plus"/>
          <w:sz w:val="24"/>
        </w:rPr>
        <w:t>ἐὰν δὲ γένῃ: μιμεῖται ⸢ἐνταῦθα LhAld τοὺς ⸢νεανίσκους· RVΓ3 [νέους Lh] ⸢λέγοντας πρὸς τὰς ἑταίρας καὶ ὀμνύντας LhAld· “ἐάν μου ὁ πατὴρ ἀποθάνῃ, δώσω σοι πάντα (”) (.) RVΓ3LhAld καὶ συνοικήσω μετὰ σοῦ”. LhAld</w:t>
      </w:r>
    </w:p>
    <w:p>
      <w:r>
        <w:rPr>
          <w:rFonts w:ascii="Courier New" w:hAnsi="Courier New"/>
          <w:color w:val="555555"/>
          <w:sz w:val="20"/>
        </w:rPr>
        <w:t>[sch vesp 1353]</w:t>
      </w:r>
    </w:p>
    <w:p>
      <w:r>
        <w:rPr>
          <w:rFonts w:ascii="Gentium Plus" w:hAnsi="Gentium Plus"/>
          <w:sz w:val="24"/>
        </w:rPr>
        <w:t>λυσάμενος ἕξω: ⸢ἀντὶ τοῦ VΓAld ἐλευθερώσας ἐκ τοῦ πορ‐ νοβοσκείου. VΓLhAld ⸢“χοιρίδιον” δέ· VΓAld [οὕτω Lh] ⸢τὰ γυναικεῖα αἰδοῖα RVΓ* [τὸ γυναικεῖον αἰδοῖον LhAld] ⸢χοίρους RVΓ ⸢ἔλεγον R</w:t>
      </w:r>
    </w:p>
    <w:p>
      <w:r>
        <w:rPr>
          <w:rFonts w:ascii="Courier New" w:hAnsi="Courier New"/>
          <w:color w:val="555555"/>
          <w:sz w:val="20"/>
        </w:rPr>
        <w:t>[sch vesp 1355]</w:t>
      </w:r>
    </w:p>
    <w:p>
      <w:r>
        <w:rPr>
          <w:rFonts w:ascii="Gentium Plus" w:hAnsi="Gentium Plus"/>
          <w:sz w:val="24"/>
        </w:rPr>
        <w:t>καὶ φυλάττομαι σφόδρα: ⸢καθὸ RLh [καθὰ Γ3Ald] δὶς παῖδες οἱ γέροντες. RΓ3LhAld ἢ παρ’ ὑπόνοιαν· οἱ ⸢γὰρ Lh παῖδες ταῦτα λέγουσιν. Γ3LhAld</w:t>
      </w:r>
    </w:p>
    <w:p>
      <w:r>
        <w:rPr>
          <w:rFonts w:ascii="Courier New" w:hAnsi="Courier New"/>
          <w:color w:val="555555"/>
          <w:sz w:val="20"/>
        </w:rPr>
        <w:t>[sch vesp 1356]</w:t>
      </w:r>
    </w:p>
    <w:p>
      <w:r>
        <w:rPr>
          <w:rFonts w:ascii="Gentium Plus" w:hAnsi="Gentium Plus"/>
          <w:sz w:val="24"/>
        </w:rPr>
        <w:t>ὑίδιον κτλ.] ⸢ἀπὸ RAld [παρὰ VΓ3Lh] τοῦ υἱοῦ ⸢ὑίδιον R [υἱίδιον Ald], ὡς ἀπὸ τοῦ πατρὸς πατρίδιον. RVΓ3LhAld</w:t>
      </w:r>
    </w:p>
    <w:p>
      <w:r>
        <w:rPr>
          <w:rFonts w:ascii="Courier New" w:hAnsi="Courier New"/>
          <w:color w:val="555555"/>
          <w:sz w:val="20"/>
        </w:rPr>
        <w:t>[sch vesp 1357]</w:t>
      </w:r>
    </w:p>
    <w:p>
      <w:r>
        <w:rPr>
          <w:rFonts w:ascii="Gentium Plus" w:hAnsi="Gentium Plus"/>
          <w:sz w:val="24"/>
        </w:rPr>
        <w:t>κυμινοπριστοκαρδα‐ μόγλυφον: παίζει παρὰ τὸ κύμινον, ὅ ἐστι δριμύτατον, καὶ τὸ σμικρολό‐ γον—〈κυμινο〉πρίστας γὰρ τοὺς</w:t>
      </w:r>
    </w:p>
    <w:p>
      <w:r>
        <w:rPr>
          <w:rFonts w:ascii="Courier New" w:hAnsi="Courier New"/>
          <w:color w:val="555555"/>
          <w:sz w:val="20"/>
        </w:rPr>
        <w:t>[5]</w:t>
      </w:r>
    </w:p>
    <w:p>
      <w:r>
        <w:rPr>
          <w:rFonts w:ascii="Gentium Plus" w:hAnsi="Gentium Plus"/>
          <w:sz w:val="24"/>
        </w:rPr>
        <w:t>σμικρολόγους ἐκάλουν—καὶ παρὰ τὸ κάρδαμον, ὅπερ ἐστὶ δριμύ, τὴν σύνθεσιν ποιήσας, εἰς σμικρολογίαν</w:t>
      </w:r>
    </w:p>
    <w:p>
      <w:r>
        <w:rPr>
          <w:rFonts w:ascii="Courier New" w:hAnsi="Courier New"/>
          <w:color w:val="555555"/>
          <w:sz w:val="20"/>
        </w:rPr>
        <w:t>[sch vesp 1357,col 2]</w:t>
      </w:r>
    </w:p>
    <w:p>
      <w:r>
        <w:rPr>
          <w:rFonts w:ascii="Gentium Plus" w:hAnsi="Gentium Plus"/>
          <w:sz w:val="24"/>
        </w:rPr>
        <w:t>παίζει ἐνταῦθα σμικρολόγον αὐτὸν καὶ ὀξύθυμον λέγων· κυμινοπρίστας γὰρ τοὺς φειδωλοὺς καὶ σμι‐ κρολόγους ἐκάλουν. συνέθηκε δὲ</w:t>
      </w:r>
    </w:p>
    <w:p>
      <w:r>
        <w:rPr>
          <w:rFonts w:ascii="Courier New" w:hAnsi="Courier New"/>
          <w:color w:val="555555"/>
          <w:sz w:val="20"/>
        </w:rPr>
        <w:t>[5]</w:t>
      </w:r>
    </w:p>
    <w:p>
      <w:r>
        <w:rPr>
          <w:rFonts w:ascii="Gentium Plus" w:hAnsi="Gentium Plus"/>
          <w:sz w:val="24"/>
        </w:rPr>
        <w:t>τὴν λέξιν μετὰ τοῦ καρδάμου LhAld</w:t>
      </w:r>
    </w:p>
    <w:p>
      <w:r>
        <w:rPr>
          <w:rFonts w:ascii="Courier New" w:hAnsi="Courier New"/>
          <w:color w:val="555555"/>
          <w:sz w:val="20"/>
        </w:rPr>
        <w:t>[sch vesp 1357 (9)]</w:t>
      </w:r>
    </w:p>
    <w:p>
      <w:r>
        <w:rPr>
          <w:rFonts w:ascii="Gentium Plus" w:hAnsi="Gentium Plus"/>
          <w:sz w:val="24"/>
        </w:rPr>
        <w:t>διαβάλλων αὐτὸν καὶ ὡς ὀξύθυμον. V, Γ (?), LhAld</w:t>
      </w:r>
    </w:p>
    <w:p>
      <w:r>
        <w:rPr>
          <w:rFonts w:ascii="Courier New" w:hAnsi="Courier New"/>
          <w:color w:val="555555"/>
          <w:sz w:val="20"/>
        </w:rPr>
        <w:t>[sch vesp 1358]</w:t>
      </w:r>
    </w:p>
    <w:p>
      <w:r>
        <w:rPr>
          <w:rFonts w:ascii="Gentium Plus" w:hAnsi="Gentium Plus"/>
          <w:sz w:val="24"/>
        </w:rPr>
        <w:t>περί μου δέδοικε: δι’ ἐμὲ φειδωλός ἐστιν, ἵνα μὴ ἐν ἐξουσίᾳ ἔχων τὰ χρήματα ⸢διαφθείρω VΓAld [διαφθαρῶ Lh]. VΓLhAld</w:t>
      </w:r>
    </w:p>
    <w:p>
      <w:r>
        <w:rPr>
          <w:rFonts w:ascii="Courier New" w:hAnsi="Courier New"/>
          <w:color w:val="555555"/>
          <w:sz w:val="20"/>
        </w:rPr>
        <w:t>[sch vesp 1359]</w:t>
      </w:r>
    </w:p>
    <w:p>
      <w:r>
        <w:rPr>
          <w:rFonts w:ascii="Gentium Plus" w:hAnsi="Gentium Plus"/>
          <w:sz w:val="24"/>
        </w:rPr>
        <w:t>πατὴρ γὰρ οὐδείς: ἀστείως. RV εἰώθασι γὰρ οἱ παῖδες LhAld λέγειν ⸢“πλὴν ἐμοῦ”. R [“μόνος εἰμὶ τῷ πατρί”. VΓLhAld] RVΓ LhAld ἀντὶ ⸢δὲ LhAld τοῦ εἰπεῖν “υἱὸς” (.) VΓLhAld εἶπε “πατὴρ”</w:t>
      </w:r>
    </w:p>
    <w:p>
      <w:r>
        <w:rPr>
          <w:rFonts w:ascii="Courier New" w:hAnsi="Courier New"/>
          <w:color w:val="555555"/>
          <w:sz w:val="20"/>
        </w:rPr>
        <w:t>[sch vesp 1361a]</w:t>
      </w:r>
    </w:p>
    <w:p>
      <w:r>
        <w:rPr>
          <w:rFonts w:ascii="Gentium Plus" w:hAnsi="Gentium Plus"/>
          <w:sz w:val="24"/>
        </w:rPr>
        <w:t>δετὰς: ⸢“δετὰς” λέγει Lh τὰς λαμπάδας. RVΓLhAld ὡς ἀπὸ τοῦ δέω ⸢γὰρ τὸ δεσμῶ LhAld δετή ⸢ῥηματικόν. V [ῥηματικῶς (.) ΓLhAld] ⸢ἡ συνδεδεμένη ἐκ παπύρων. καὶ LhAld Ὅμηρος· καιόμεναί τε δεταί.</w:t>
      </w:r>
    </w:p>
    <w:p>
      <w:r>
        <w:rPr>
          <w:rFonts w:ascii="Courier New" w:hAnsi="Courier New"/>
          <w:color w:val="555555"/>
          <w:sz w:val="20"/>
        </w:rPr>
        <w:t>[5]</w:t>
      </w:r>
    </w:p>
    <w:p>
      <w:r>
        <w:rPr>
          <w:rFonts w:ascii="Gentium Plus" w:hAnsi="Gentium Plus"/>
          <w:sz w:val="24"/>
        </w:rPr>
        <w:t>VΓLhAld</w:t>
      </w:r>
    </w:p>
    <w:p>
      <w:r>
        <w:rPr>
          <w:rFonts w:ascii="Courier New" w:hAnsi="Courier New"/>
          <w:color w:val="555555"/>
          <w:sz w:val="20"/>
        </w:rPr>
        <w:t>[sch vesp 1361b]</w:t>
      </w:r>
    </w:p>
    <w:p>
      <w:r>
        <w:rPr>
          <w:rFonts w:ascii="Gentium Plus" w:hAnsi="Gentium Plus"/>
          <w:sz w:val="24"/>
        </w:rPr>
        <w:t>τὰς δετὰς] τὰς λαμπάδας. Lh</w:t>
      </w:r>
    </w:p>
    <w:p>
      <w:r>
        <w:rPr>
          <w:rFonts w:ascii="Courier New" w:hAnsi="Courier New"/>
          <w:color w:val="555555"/>
          <w:sz w:val="20"/>
        </w:rPr>
        <w:t>[sch vesp 1362]</w:t>
      </w:r>
    </w:p>
    <w:p>
      <w:r>
        <w:rPr>
          <w:rFonts w:ascii="Gentium Plus" w:hAnsi="Gentium Plus"/>
          <w:sz w:val="24"/>
        </w:rPr>
        <w:t>τωθάσω] σκώψω ΓLhAld (.), ἀπατήσω VΓ.</w:t>
      </w:r>
    </w:p>
    <w:p>
      <w:r>
        <w:rPr>
          <w:rFonts w:ascii="Courier New" w:hAnsi="Courier New"/>
          <w:color w:val="555555"/>
          <w:sz w:val="20"/>
        </w:rPr>
        <w:t>[sch vesp 1363a]</w:t>
      </w:r>
    </w:p>
    <w:p>
      <w:r>
        <w:rPr>
          <w:rFonts w:ascii="Gentium Plus" w:hAnsi="Gentium Plus"/>
          <w:sz w:val="24"/>
        </w:rPr>
        <w:t>οἵοις κτλ.] ⸢τοῖς γὰρ RVΓ [ὅτι ἐν τοῖς Lh] μυστηρίοις ⸢ἐσκώ‐ πτετο R [ἔσκωπτον VΓLh]. RVΓLh</w:t>
      </w:r>
    </w:p>
    <w:p>
      <w:r>
        <w:rPr>
          <w:rFonts w:ascii="Courier New" w:hAnsi="Courier New"/>
          <w:color w:val="555555"/>
          <w:sz w:val="20"/>
        </w:rPr>
        <w:t>[sch vesp 1363b]</w:t>
      </w:r>
    </w:p>
    <w:p>
      <w:r>
        <w:rPr>
          <w:rFonts w:ascii="Gentium Plus" w:hAnsi="Gentium Plus"/>
          <w:sz w:val="24"/>
        </w:rPr>
        <w:t>τοὺς γὰρ μέλλοντας μυεῖσθαι ⸢οἱ προλαβόντες R*V*ΓLh [οἱ μεμυημένοι Ald] δεδίττονται. RVΓLhAld</w:t>
      </w:r>
    </w:p>
    <w:p>
      <w:r>
        <w:rPr>
          <w:rFonts w:ascii="Courier New" w:hAnsi="Courier New"/>
          <w:color w:val="555555"/>
          <w:sz w:val="20"/>
        </w:rPr>
        <w:t>[sch vesp 1364a]</w:t>
      </w:r>
    </w:p>
    <w:p>
      <w:r>
        <w:rPr>
          <w:rFonts w:ascii="Gentium Plus" w:hAnsi="Gentium Plus"/>
          <w:sz w:val="24"/>
        </w:rPr>
        <w:t>οὗτος (alt.) κτλ.] ⸢τὰ ἐναντία R [τἀναντία VΓ3] λοιδορεῖται ὁ γέρων τῷ ⸢υἱῷ R*V (alt.) [υἱεῖ V (pr.) Γ3]. RV (bis) Γ3</w:t>
      </w:r>
    </w:p>
    <w:p>
      <w:r>
        <w:rPr>
          <w:rFonts w:ascii="Courier New" w:hAnsi="Courier New"/>
          <w:color w:val="555555"/>
          <w:sz w:val="20"/>
        </w:rPr>
        <w:t>[sch vesp 1364b]</w:t>
      </w:r>
    </w:p>
    <w:p>
      <w:r>
        <w:rPr>
          <w:rFonts w:ascii="Gentium Plus" w:hAnsi="Gentium Plus"/>
          <w:sz w:val="24"/>
        </w:rPr>
        <w:t>τυφεδανὲ: ⸢ἐπεὶ VΓAld [τυφεδανοὺς καὶ Lh] τυφογέροντας εἰώθασι λέγειν τοὺς παραληροῦντας καὶ ἀξίους τετύφθαι. RVΓLhAld “χοιρόθλιψ” δὲ ὁ τὸ γυναικεῖον αἰδοῖον ἀποθλίβων. RVΓAld ἢ</w:t>
      </w:r>
    </w:p>
    <w:p>
      <w:r>
        <w:rPr>
          <w:rFonts w:ascii="Courier New" w:hAnsi="Courier New"/>
          <w:color w:val="555555"/>
          <w:sz w:val="20"/>
        </w:rPr>
        <w:t>[5]</w:t>
      </w:r>
    </w:p>
    <w:p>
      <w:r>
        <w:rPr>
          <w:rFonts w:ascii="Gentium Plus" w:hAnsi="Gentium Plus"/>
          <w:sz w:val="24"/>
        </w:rPr>
        <w:t>παρὰ τὰς χοιρίνας ⸢εἰς VΓ [ὡς Ald] φιλοδικάστην (”) τὰς χοιρίνας ⸢πιέ‐ ζων” VΓ [πιέζοντα κωμῳδῶν Ald].</w:t>
      </w:r>
    </w:p>
    <w:p>
      <w:r>
        <w:rPr>
          <w:rFonts w:ascii="Courier New" w:hAnsi="Courier New"/>
          <w:color w:val="555555"/>
          <w:sz w:val="20"/>
        </w:rPr>
        <w:t>[sch vesp 1364b,col 2 (3)]</w:t>
      </w:r>
    </w:p>
    <w:p>
      <w:r>
        <w:rPr>
          <w:rFonts w:ascii="Gentium Plus" w:hAnsi="Gentium Plus"/>
          <w:sz w:val="24"/>
        </w:rPr>
        <w:t>τὸ δὲ “χοιρόθλιψ” εἴρηκε κω‐ μῳδῶν αὐτὸν καὶ ὡς πόρνον διὰ</w:t>
      </w:r>
    </w:p>
    <w:p>
      <w:r>
        <w:rPr>
          <w:rFonts w:ascii="Courier New" w:hAnsi="Courier New"/>
          <w:color w:val="555555"/>
          <w:sz w:val="20"/>
        </w:rPr>
        <w:t>[5]</w:t>
      </w:r>
    </w:p>
    <w:p>
      <w:r>
        <w:rPr>
          <w:rFonts w:ascii="Gentium Plus" w:hAnsi="Gentium Plus"/>
          <w:sz w:val="24"/>
        </w:rPr>
        <w:t>τὸ τὰ αἰδοῖα θλίβειν τῶν γυναικῶν —χοῖρος γάρ, ὡς εἴρηται, τὸ γυναικεῖον αἰδοῖον—, κωμῳδῶν αὐτὸν καὶ ὡς φιλοδικάστην διὰ 〈τὸ〉 τὰς χοιρίνας ἀποθλίβειν καὶ πιέζειν.</w:t>
      </w:r>
    </w:p>
    <w:p>
      <w:r>
        <w:rPr>
          <w:rFonts w:ascii="Courier New" w:hAnsi="Courier New"/>
          <w:color w:val="555555"/>
          <w:sz w:val="20"/>
        </w:rPr>
        <w:t>[10]</w:t>
      </w:r>
    </w:p>
    <w:p>
      <w:r>
        <w:rPr>
          <w:rFonts w:ascii="Gentium Plus" w:hAnsi="Gentium Plus"/>
          <w:sz w:val="24"/>
        </w:rPr>
        <w:t>Lh</w:t>
      </w:r>
    </w:p>
    <w:p>
      <w:r>
        <w:rPr>
          <w:rFonts w:ascii="Courier New" w:hAnsi="Courier New"/>
          <w:color w:val="555555"/>
          <w:sz w:val="20"/>
        </w:rPr>
        <w:t>[sch vesp 1364c]</w:t>
      </w:r>
    </w:p>
    <w:p>
      <w:r>
        <w:rPr>
          <w:rFonts w:ascii="Gentium Plus" w:hAnsi="Gentium Plus"/>
          <w:sz w:val="24"/>
        </w:rPr>
        <w:t>τυφεδανὲ] τυφογέρον, ψυχρογέρον. Lh</w:t>
      </w:r>
    </w:p>
    <w:p>
      <w:r>
        <w:rPr>
          <w:rFonts w:ascii="Courier New" w:hAnsi="Courier New"/>
          <w:color w:val="555555"/>
          <w:sz w:val="20"/>
        </w:rPr>
        <w:t>[sch vesp 1365]</w:t>
      </w:r>
    </w:p>
    <w:p>
      <w:r>
        <w:rPr>
          <w:rFonts w:ascii="Gentium Plus" w:hAnsi="Gentium Plus"/>
          <w:sz w:val="24"/>
        </w:rPr>
        <w:t>ὡραίας σοροῦ: ⸢παρὰ τὴν RV [παρ’ ΓLhAld] ὑπόνοιαν⸢, ⸢οἷον VΓ* [ἀντὶ τοῦ Lh] ⸢“κόρης” VΓAld [“κόρας” Lh]. RVΓLhAld καὶ τοῦτο ⸢δὲ VΓAld ἀντεστραμμένως εἰς γέροντα (.) τὴν αὐλητρίδα (.) RVΓAld πειρῶντα. Ald</w:t>
      </w:r>
    </w:p>
    <w:p>
      <w:r>
        <w:rPr>
          <w:rFonts w:ascii="Courier New" w:hAnsi="Courier New"/>
          <w:color w:val="555555"/>
          <w:sz w:val="20"/>
        </w:rPr>
        <w:t>[sch vesp 1366]</w:t>
      </w:r>
    </w:p>
    <w:p>
      <w:r>
        <w:rPr>
          <w:rFonts w:ascii="Gentium Plus" w:hAnsi="Gentium Plus"/>
          <w:sz w:val="24"/>
        </w:rPr>
        <w:t>καταπροΐξει] συνίζησις. Lh</w:t>
      </w:r>
    </w:p>
    <w:p>
      <w:r>
        <w:rPr>
          <w:rFonts w:ascii="Courier New" w:hAnsi="Courier New"/>
          <w:color w:val="555555"/>
          <w:sz w:val="20"/>
        </w:rPr>
        <w:t>[sch vesp 1367]</w:t>
      </w:r>
    </w:p>
    <w:p>
      <w:r>
        <w:rPr>
          <w:rFonts w:ascii="Gentium Plus" w:hAnsi="Gentium Plus"/>
          <w:sz w:val="24"/>
        </w:rPr>
        <w:t>ἐξ ὄξους δίκην: ἀντὶ τοῦ εἰπεῖν “κρέα” ἢ ἕτερόν τι “δίκην” εἶπεν. VΓLhAld μισῶν οὖν τὰς δίκας λοιπὸν ⸢αὐτὸς V ὁ Φιλοκλέων ὡς ⸢εἰς V ὕβρεις</w:t>
      </w:r>
    </w:p>
    <w:p>
      <w:r>
        <w:rPr>
          <w:rFonts w:ascii="Courier New" w:hAnsi="Courier New"/>
          <w:color w:val="555555"/>
          <w:sz w:val="20"/>
        </w:rPr>
        <w:t>[5]</w:t>
      </w:r>
    </w:p>
    <w:p>
      <w:r>
        <w:rPr>
          <w:rFonts w:ascii="Gentium Plus" w:hAnsi="Gentium Plus"/>
          <w:sz w:val="24"/>
        </w:rPr>
        <w:t>ταῦτα λέγει τῷ υἱῷ. VΓAld</w:t>
      </w:r>
    </w:p>
    <w:p>
      <w:r>
        <w:rPr>
          <w:rFonts w:ascii="Courier New" w:hAnsi="Courier New"/>
          <w:color w:val="555555"/>
          <w:sz w:val="20"/>
        </w:rPr>
        <w:t>[sch vesp 1367,col 2 (3)]</w:t>
      </w:r>
    </w:p>
    <w:p>
      <w:r>
        <w:rPr>
          <w:rFonts w:ascii="Gentium Plus" w:hAnsi="Gentium Plus"/>
          <w:sz w:val="24"/>
        </w:rPr>
        <w:t>ἔοικεν ὡς μισῶν οἷον τὰς δίκας ὁ Φιλοκλέων λέγειν ταύτας ὡς</w:t>
      </w:r>
    </w:p>
    <w:p>
      <w:r>
        <w:rPr>
          <w:rFonts w:ascii="Courier New" w:hAnsi="Courier New"/>
          <w:color w:val="555555"/>
          <w:sz w:val="20"/>
        </w:rPr>
        <w:t>[5]</w:t>
      </w:r>
    </w:p>
    <w:p>
      <w:r>
        <w:rPr>
          <w:rFonts w:ascii="Gentium Plus" w:hAnsi="Gentium Plus"/>
          <w:sz w:val="24"/>
        </w:rPr>
        <w:t>ὕβρεις τῷ υἱῷ. Lh</w:t>
      </w:r>
    </w:p>
    <w:p>
      <w:r>
        <w:rPr>
          <w:rFonts w:ascii="Courier New" w:hAnsi="Courier New"/>
          <w:color w:val="555555"/>
          <w:sz w:val="20"/>
        </w:rPr>
        <w:t>[sch vesp 1368]</w:t>
      </w:r>
    </w:p>
    <w:p>
      <w:r>
        <w:rPr>
          <w:rFonts w:ascii="Gentium Plus" w:hAnsi="Gentium Plus"/>
          <w:sz w:val="24"/>
        </w:rPr>
        <w:t>τὴν αὐλητρίδα: τὸ γένος τοῦ γελοίου τοῦτο παρ’ Ἀριστοφάνει ἐντεῦθεν ἀρξάμενον. V (?), ΓAld</w:t>
      </w:r>
    </w:p>
    <w:p>
      <w:r>
        <w:rPr>
          <w:rFonts w:ascii="Courier New" w:hAnsi="Courier New"/>
          <w:color w:val="555555"/>
          <w:sz w:val="20"/>
        </w:rPr>
        <w:t>[sch vesp 1370a]</w:t>
      </w:r>
    </w:p>
    <w:p>
      <w:r>
        <w:rPr>
          <w:rFonts w:ascii="Gentium Plus" w:hAnsi="Gentium Plus"/>
          <w:sz w:val="24"/>
        </w:rPr>
        <w:t>ἀπὸ τύμβου πεσών: καὶ τοῦτο ⸢ὡς VΓLhAld εἰς γέροντα· ἀντὶ τοῦ “ἀπ’ ὄνου καταπεσών”. RVΓLhAld</w:t>
      </w:r>
    </w:p>
    <w:p>
      <w:r>
        <w:rPr>
          <w:rFonts w:ascii="Courier New" w:hAnsi="Courier New"/>
          <w:color w:val="555555"/>
          <w:sz w:val="20"/>
        </w:rPr>
        <w:t>[sch vesp 1370b]</w:t>
      </w:r>
    </w:p>
    <w:p>
      <w:r>
        <w:rPr>
          <w:rFonts w:ascii="Gentium Plus" w:hAnsi="Gentium Plus"/>
          <w:sz w:val="24"/>
        </w:rPr>
        <w:t>ἐπεὶ ὡς νέος διαλέγεται. VΓAld εἰώθασι δὲ οἱ νέοι γέρουσι τοῦτο λέγειν. ΓAld</w:t>
      </w:r>
    </w:p>
    <w:p>
      <w:r>
        <w:rPr>
          <w:rFonts w:ascii="Courier New" w:hAnsi="Courier New"/>
          <w:color w:val="555555"/>
          <w:sz w:val="20"/>
        </w:rPr>
        <w:t>[sch vesp 1371]</w:t>
      </w:r>
    </w:p>
    <w:p>
      <w:r>
        <w:rPr>
          <w:rFonts w:ascii="Gentium Plus" w:hAnsi="Gentium Plus"/>
          <w:sz w:val="24"/>
        </w:rPr>
        <w:t>ἡ Δαρδανίς: ⸢ἐπεὶ ΓLhAld ἀπὸ Δαρδανίας φέρονται αἱ αὐλητρίδες.</w:t>
      </w:r>
    </w:p>
    <w:p>
      <w:r>
        <w:rPr>
          <w:rFonts w:ascii="Courier New" w:hAnsi="Courier New"/>
          <w:color w:val="555555"/>
          <w:sz w:val="20"/>
        </w:rPr>
        <w:t>[sch vesp 1372]</w:t>
      </w:r>
    </w:p>
    <w:p>
      <w:r>
        <w:rPr>
          <w:rFonts w:ascii="Gentium Plus" w:hAnsi="Gentium Plus"/>
          <w:sz w:val="24"/>
        </w:rPr>
        <w:t>⸢†ταύτῃ† δὲ VΓ παρὰ τοῦ γέροντος εἴληφε ⸢γὰρ Lh τὰς δᾷδας. RVΓLh</w:t>
      </w:r>
    </w:p>
    <w:p>
      <w:r>
        <w:rPr>
          <w:rFonts w:ascii="Courier New" w:hAnsi="Courier New"/>
          <w:color w:val="555555"/>
          <w:sz w:val="20"/>
        </w:rPr>
        <w:t>[sch vesp 1373a]</w:t>
      </w:r>
    </w:p>
    <w:p>
      <w:r>
        <w:rPr>
          <w:rFonts w:ascii="Gentium Plus" w:hAnsi="Gentium Plus"/>
          <w:sz w:val="24"/>
        </w:rPr>
        <w:t>ἐστιγμένην: ἐζωγραφημένην. RV* ἐστιγμένην λέγει τὴν δᾷδα. LhAld ἔγραφον γὰρ καὶ ἐκόσμουν τὰς λαμπάδας. RVLhAld ἢ ὡς Θρᾷσσαν καὶ Δαρδανίδα τὴν</w:t>
      </w:r>
    </w:p>
    <w:p>
      <w:r>
        <w:rPr>
          <w:rFonts w:ascii="Courier New" w:hAnsi="Courier New"/>
          <w:color w:val="555555"/>
          <w:sz w:val="20"/>
        </w:rPr>
        <w:t>[sch vesp 1373a,col 2 (3)]</w:t>
      </w:r>
    </w:p>
    <w:p>
      <w:r>
        <w:rPr>
          <w:rFonts w:ascii="Gentium Plus" w:hAnsi="Gentium Plus"/>
          <w:sz w:val="24"/>
        </w:rPr>
        <w:t>ἢ τὴν αὐλητρίδα φησὶν ἐστιγμένην διὰ τὸ κεκαλλωπισμένην εἶναι καὶ</w:t>
      </w:r>
    </w:p>
    <w:p>
      <w:r>
        <w:rPr>
          <w:rFonts w:ascii="Courier New" w:hAnsi="Courier New"/>
          <w:color w:val="555555"/>
          <w:sz w:val="20"/>
        </w:rPr>
        <w:t>[5]</w:t>
      </w:r>
    </w:p>
    <w:p>
      <w:r>
        <w:rPr>
          <w:rFonts w:ascii="Gentium Plus" w:hAnsi="Gentium Plus"/>
          <w:sz w:val="24"/>
        </w:rPr>
        <w:t>διὰ τὸ κατέχειν δᾷδας. LhAld</w:t>
      </w:r>
    </w:p>
    <w:p>
      <w:r>
        <w:rPr>
          <w:rFonts w:ascii="Courier New" w:hAnsi="Courier New"/>
          <w:color w:val="555555"/>
          <w:sz w:val="20"/>
        </w:rPr>
        <w:t>[sch vesp 1373b]</w:t>
      </w:r>
    </w:p>
    <w:p>
      <w:r>
        <w:rPr>
          <w:rFonts w:ascii="Gentium Plus" w:hAnsi="Gentium Plus"/>
          <w:sz w:val="24"/>
        </w:rPr>
        <w:t>διεστιγμένην, διερρηγμένην. R</w:t>
      </w:r>
    </w:p>
    <w:p>
      <w:r>
        <w:rPr>
          <w:rFonts w:ascii="Courier New" w:hAnsi="Courier New"/>
          <w:color w:val="555555"/>
          <w:sz w:val="20"/>
        </w:rPr>
        <w:t>[sch vesp 1374]</w:t>
      </w:r>
    </w:p>
    <w:p>
      <w:r>
        <w:rPr>
          <w:rFonts w:ascii="Gentium Plus" w:hAnsi="Gentium Plus"/>
          <w:sz w:val="24"/>
        </w:rPr>
        <w:t>τί δὲ τὸ μέλαν: περὶ τοῦ γυναικείου αἰδοίου (.) RVLhAld ἐρωτᾷ τετριχωμένου. VLhAld</w:t>
      </w:r>
    </w:p>
    <w:p>
      <w:r>
        <w:rPr>
          <w:rFonts w:ascii="Courier New" w:hAnsi="Courier New"/>
          <w:color w:val="555555"/>
          <w:sz w:val="20"/>
        </w:rPr>
        <w:t>[sch vesp 1375]</w:t>
      </w:r>
    </w:p>
    <w:p>
      <w:r>
        <w:rPr>
          <w:rFonts w:ascii="Gentium Plus" w:hAnsi="Gentium Plus"/>
          <w:sz w:val="24"/>
        </w:rPr>
        <w:t>ἡ πίττα: ἐπεὶ καὶ αἱ δᾷδες καιόμεναι πίτταν ⸢ἀπολύουσιν V [ἀποτελοῦσιν LhAld]. VLhAld</w:t>
      </w:r>
    </w:p>
    <w:p>
      <w:r>
        <w:rPr>
          <w:rFonts w:ascii="Courier New" w:hAnsi="Courier New"/>
          <w:color w:val="555555"/>
          <w:sz w:val="20"/>
        </w:rPr>
        <w:t>[sch vesp 1377]</w:t>
      </w:r>
    </w:p>
    <w:p>
      <w:r>
        <w:rPr>
          <w:rFonts w:ascii="Gentium Plus" w:hAnsi="Gentium Plus"/>
          <w:sz w:val="24"/>
        </w:rPr>
        <w:t>ὄζος: κλάδος. LhAld ⸢ἅμα καὶ VLhAld παρὰ τὸ ὀδωδέναι. RVLhAld</w:t>
      </w:r>
    </w:p>
    <w:p>
      <w:r>
        <w:rPr>
          <w:rFonts w:ascii="Courier New" w:hAnsi="Courier New"/>
          <w:color w:val="555555"/>
          <w:sz w:val="20"/>
        </w:rPr>
        <w:t>[sch vesp 1378]</w:t>
      </w:r>
    </w:p>
    <w:p>
      <w:r>
        <w:rPr>
          <w:rFonts w:ascii="Gentium Plus" w:hAnsi="Gentium Plus"/>
          <w:sz w:val="24"/>
        </w:rPr>
        <w:t>ἀπὸ τοῦ εἶμι τὸ “εἶ”. RV</w:t>
      </w:r>
    </w:p>
    <w:p>
      <w:r>
        <w:rPr>
          <w:rFonts w:ascii="Courier New" w:hAnsi="Courier New"/>
          <w:color w:val="555555"/>
          <w:sz w:val="20"/>
        </w:rPr>
        <w:t>[sch vesp 1381]</w:t>
      </w:r>
    </w:p>
    <w:p>
      <w:r>
        <w:rPr>
          <w:rFonts w:ascii="Gentium Plus" w:hAnsi="Gentium Plus"/>
          <w:sz w:val="24"/>
        </w:rPr>
        <w:t>ἄκουσον νῦν ἐμοῦ] ἐπεὶ παρῄνεσεν αὐτῷ πρότερον ὁ υἱὸς διηγη‐ ματικῷ εἶναι. RVΓLh</w:t>
      </w:r>
    </w:p>
    <w:p>
      <w:r>
        <w:rPr>
          <w:rFonts w:ascii="Courier New" w:hAnsi="Courier New"/>
          <w:color w:val="555555"/>
          <w:sz w:val="20"/>
        </w:rPr>
        <w:t>[sch vesp 1382a]</w:t>
      </w:r>
    </w:p>
    <w:p>
      <w:r>
        <w:rPr>
          <w:rFonts w:ascii="Gentium Plus" w:hAnsi="Gentium Plus"/>
          <w:sz w:val="24"/>
        </w:rPr>
        <w:t>Ὀλυμπιάσι (sic) κτλ.] ἄρχεται κατὰ τὰ προστάγματα τοῦ υἱοῦ</w:t>
      </w:r>
    </w:p>
    <w:p>
      <w:r>
        <w:rPr>
          <w:rFonts w:ascii="Courier New" w:hAnsi="Courier New"/>
          <w:color w:val="555555"/>
          <w:sz w:val="20"/>
        </w:rPr>
        <w:t>[sch vesp 1382b]</w:t>
      </w:r>
    </w:p>
    <w:p>
      <w:r>
        <w:rPr>
          <w:rFonts w:ascii="Gentium Plus" w:hAnsi="Gentium Plus"/>
          <w:sz w:val="24"/>
        </w:rPr>
        <w:t>Ὀλυμπίασιν: ⸢τὸ “Ὀλυμπιάσι” Lh νῦν ⸢προπαροξύνεται RΓAld [προπαροξύτονον Lh]. ⸢λέγει RLh [λέγεται ΓAld] γὰρ περὶ ⸢τοῦ R τόπου. RΓLhAld ἐὰν ⸢δὲ Lh περὶ πράγματος ἡ δηλοῦσα ᾖ λέξις, ⸢οἷον ΓAld ὡς εἰ λέγοι τις “δέκα Ὀλυμπιᾶσιν ἐφεξῆς ἐνίκησεν ὁ δεῖνα”, ⸢προπε‐</w:t>
      </w:r>
    </w:p>
    <w:p>
      <w:r>
        <w:rPr>
          <w:rFonts w:ascii="Courier New" w:hAnsi="Courier New"/>
          <w:color w:val="555555"/>
          <w:sz w:val="20"/>
        </w:rPr>
        <w:t>[5]</w:t>
      </w:r>
    </w:p>
    <w:p>
      <w:r>
        <w:rPr>
          <w:rFonts w:ascii="Gentium Plus" w:hAnsi="Gentium Plus"/>
          <w:sz w:val="24"/>
        </w:rPr>
        <w:t>ρισπαστέον Lh [προπερισπᾶται Ald]. ΓLhAld γίνεται γὰρ τὸ μὲν ἀπὸ τοῦ “Ὀλυμπία” Ὀλυμπίασι, τὸ δὲ ἀπὸ τοῦ “Ὀλυμπιάς” Ὀλυμπιᾶσι. καὶ ὅτι τὰ εἰς 〈σ〉ι λήγοντα τῶν ἐπιρρημάτων ζητεῖ τὸν πρῶτον τοῦ ὀνόματος τόνον, οἷον Ὀλυμπιάς, Ὀλυμπιᾶσι, πλὴν τῶν διὰ ⸢τοῦ Ald όθεν· ἐκεῖνα γὰρ ἐνήλλαξεν, οἷον ἵππος, ἱππόθεν. σεσημείωται τὸ “οἴκοθεν”. ΓAld</w:t>
      </w:r>
    </w:p>
    <w:p>
      <w:r>
        <w:rPr>
          <w:rFonts w:ascii="Courier New" w:hAnsi="Courier New"/>
          <w:color w:val="555555"/>
          <w:sz w:val="20"/>
        </w:rPr>
        <w:t>[sch vesp 1386]</w:t>
      </w:r>
    </w:p>
    <w:p>
      <w:r>
        <w:rPr>
          <w:rFonts w:ascii="Gentium Plus" w:hAnsi="Gentium Plus"/>
          <w:sz w:val="24"/>
        </w:rPr>
        <w:t>ὑπώπια: ⸢τὸ VLh [τὰ Ald] εἰς ⸢τὴν V ὄψιν ⸢πλῆγμα VLh [πλήγματα Ald] (.) ἐνταῦθα· εἴρηται δ’ ἐν ἄλλοις ἀκριβέστερον. Ald</w:t>
      </w:r>
    </w:p>
    <w:p>
      <w:r>
        <w:rPr>
          <w:rFonts w:ascii="Courier New" w:hAnsi="Courier New"/>
          <w:color w:val="555555"/>
          <w:sz w:val="20"/>
        </w:rPr>
        <w:t>[sch vesp 1387]</w:t>
      </w:r>
    </w:p>
    <w:p>
      <w:r>
        <w:rPr>
          <w:rFonts w:ascii="Gentium Plus" w:hAnsi="Gentium Plus"/>
          <w:sz w:val="24"/>
        </w:rPr>
        <w:t>ἐξέμαθές γε κτλ.] ἐμνημόνευσας. Lh ἐπειδὴ εἶπε τὴν Ὀλυμπίαν. VLh</w:t>
      </w:r>
    </w:p>
    <w:p>
      <w:r>
        <w:rPr>
          <w:rFonts w:ascii="Courier New" w:hAnsi="Courier New"/>
          <w:color w:val="555555"/>
          <w:sz w:val="20"/>
        </w:rPr>
        <w:t>[sch vesp 1388a]</w:t>
      </w:r>
    </w:p>
    <w:p>
      <w:r>
        <w:rPr>
          <w:rFonts w:ascii="Gentium Plus" w:hAnsi="Gentium Plus"/>
          <w:sz w:val="24"/>
        </w:rPr>
        <w:t>ἴθι μοι παράστηθ’ ἀντιβολῶ: γυνὴ (νή) ⸢τις LhAld ὑβρισμένη ὑπὸ τοῦ γέροντος δεῖται τοῦ υἱοῦ(.) RVLhAld βοηθῆσαι αὐτῇ. LhAld Δίδυμος δὲ ⸢ἀρτόπωλιν V [“ἀρτόπωλις” λέγει LhAld]. VLhAld</w:t>
      </w:r>
    </w:p>
    <w:p>
      <w:r>
        <w:rPr>
          <w:rFonts w:ascii="Courier New" w:hAnsi="Courier New"/>
          <w:color w:val="555555"/>
          <w:sz w:val="20"/>
        </w:rPr>
        <w:t>[sch vesp 1388b]</w:t>
      </w:r>
    </w:p>
    <w:p>
      <w:r>
        <w:rPr>
          <w:rFonts w:ascii="Gentium Plus" w:hAnsi="Gentium Plus"/>
          <w:sz w:val="24"/>
        </w:rPr>
        <w:t>γυνή τις πρὸς μάρτυρά τινα. R</w:t>
      </w:r>
    </w:p>
    <w:p>
      <w:r>
        <w:rPr>
          <w:rFonts w:ascii="Courier New" w:hAnsi="Courier New"/>
          <w:color w:val="555555"/>
          <w:sz w:val="20"/>
        </w:rPr>
        <w:t>[sch vesp 1388c]</w:t>
      </w:r>
    </w:p>
    <w:p>
      <w:r>
        <w:rPr>
          <w:rFonts w:ascii="Gentium Plus" w:hAnsi="Gentium Plus"/>
          <w:sz w:val="24"/>
        </w:rPr>
        <w:t>παράστηθ’] εἰς μαρτυρίαν. Lh</w:t>
      </w:r>
    </w:p>
    <w:p>
      <w:r>
        <w:rPr>
          <w:rFonts w:ascii="Courier New" w:hAnsi="Courier New"/>
          <w:color w:val="555555"/>
          <w:sz w:val="20"/>
        </w:rPr>
        <w:t>[sch vesp 1391]</w:t>
      </w:r>
    </w:p>
    <w:p>
      <w:r>
        <w:rPr>
          <w:rFonts w:ascii="Gentium Plus" w:hAnsi="Gentium Plus"/>
          <w:sz w:val="24"/>
        </w:rPr>
        <w:t>κἀπιθήκην: τοὺς ⸢ἔξωθεν R [ἔσωθεν VLhAld] τοῦ φορτίου προσθήκην ὄντας. RVLhAld</w:t>
      </w:r>
    </w:p>
    <w:p>
      <w:r>
        <w:rPr>
          <w:rFonts w:ascii="Courier New" w:hAnsi="Courier New"/>
          <w:color w:val="555555"/>
          <w:sz w:val="20"/>
        </w:rPr>
        <w:t>[sch vesp 1394]</w:t>
      </w:r>
    </w:p>
    <w:p>
      <w:r>
        <w:rPr>
          <w:rFonts w:ascii="Gentium Plus" w:hAnsi="Gentium Plus"/>
          <w:sz w:val="24"/>
        </w:rPr>
        <w:t>λόγοι διαλλάξουσιν: μιμεῖται τὰ εἰρημένα ὑπὸ τοῦ υἱοῦ. VLhAld</w:t>
      </w:r>
    </w:p>
    <w:p>
      <w:r>
        <w:rPr>
          <w:rFonts w:ascii="Courier New" w:hAnsi="Courier New"/>
          <w:color w:val="555555"/>
          <w:sz w:val="20"/>
        </w:rPr>
        <w:t>[sch vesp 1396a]</w:t>
      </w:r>
    </w:p>
    <w:p>
      <w:r>
        <w:rPr>
          <w:rFonts w:ascii="Gentium Plus" w:hAnsi="Gentium Plus"/>
          <w:sz w:val="24"/>
        </w:rPr>
        <w:t>καταπροΐξει] συνίζησις. Lh</w:t>
      </w:r>
    </w:p>
    <w:p>
      <w:r>
        <w:rPr>
          <w:rFonts w:ascii="Courier New" w:hAnsi="Courier New"/>
          <w:color w:val="555555"/>
          <w:sz w:val="20"/>
        </w:rPr>
        <w:t>[sch vesp 1396b]</w:t>
      </w:r>
    </w:p>
    <w:p>
      <w:r>
        <w:rPr>
          <w:rFonts w:ascii="Gentium Plus" w:hAnsi="Gentium Plus"/>
          <w:sz w:val="24"/>
        </w:rPr>
        <w:t>καταπροΐξει: οὐ μὴ καταφρονήσεις, παρὰ (28) ... τουτέστιν οὐ ... ἐγχανῇ. καὶ τοῦτο δὲ ἐν ἄλλοις. (ex Su. s.v. καταπροΐξῃ, III 55, 27sq.)</w:t>
      </w:r>
    </w:p>
    <w:p>
      <w:r>
        <w:rPr>
          <w:rFonts w:ascii="Courier New" w:hAnsi="Courier New"/>
          <w:color w:val="555555"/>
          <w:sz w:val="20"/>
        </w:rPr>
        <w:t>[sch vesp 1396c]</w:t>
      </w:r>
    </w:p>
    <w:p>
      <w:r>
        <w:rPr>
          <w:rFonts w:ascii="Gentium Plus" w:hAnsi="Gentium Plus"/>
          <w:sz w:val="24"/>
        </w:rPr>
        <w:t>ὄνομα. RV</w:t>
      </w:r>
    </w:p>
    <w:p>
      <w:r>
        <w:rPr>
          <w:rFonts w:ascii="Courier New" w:hAnsi="Courier New"/>
          <w:color w:val="555555"/>
          <w:sz w:val="20"/>
        </w:rPr>
        <w:t>[sch vesp 1397]</w:t>
      </w:r>
    </w:p>
    <w:p>
      <w:r>
        <w:rPr>
          <w:rFonts w:ascii="Gentium Plus" w:hAnsi="Gentium Plus"/>
          <w:sz w:val="24"/>
        </w:rPr>
        <w:t>θυγατέρος: ὅτι οὐκ ἀττικῶς ⸢εἴρηται LhAld τὸ “θυγατέρος”, ἀλλ’ ἰωνικῶς. VLhAld</w:t>
      </w:r>
    </w:p>
    <w:p>
      <w:r>
        <w:rPr>
          <w:rFonts w:ascii="Courier New" w:hAnsi="Courier New"/>
          <w:color w:val="555555"/>
          <w:sz w:val="20"/>
        </w:rPr>
        <w:t>[sch vesp 1398]</w:t>
      </w:r>
    </w:p>
    <w:p>
      <w:r>
        <w:rPr>
          <w:rFonts w:ascii="Gentium Plus" w:hAnsi="Gentium Plus"/>
          <w:sz w:val="24"/>
        </w:rPr>
        <w:t>τὰ φορτία] ⸢ἀντὶ τοῦ V τοὺς ἄρτους. VLhAld</w:t>
      </w:r>
    </w:p>
    <w:p>
      <w:r>
        <w:rPr>
          <w:rFonts w:ascii="Courier New" w:hAnsi="Courier New"/>
          <w:color w:val="555555"/>
          <w:sz w:val="20"/>
        </w:rPr>
        <w:t>[sch vesp 1401]</w:t>
      </w:r>
    </w:p>
    <w:p>
      <w:r>
        <w:rPr>
          <w:rFonts w:ascii="Gentium Plus" w:hAnsi="Gentium Plus"/>
          <w:sz w:val="24"/>
        </w:rPr>
        <w:t>ἱστορία. Lh</w:t>
      </w:r>
    </w:p>
    <w:p>
      <w:r>
        <w:rPr>
          <w:rFonts w:ascii="Courier New" w:hAnsi="Courier New"/>
          <w:color w:val="555555"/>
          <w:sz w:val="20"/>
        </w:rPr>
        <w:t>[sch vesp 1403]</w:t>
      </w:r>
    </w:p>
    <w:p>
      <w:r>
        <w:rPr>
          <w:rFonts w:ascii="Gentium Plus" w:hAnsi="Gentium Plus"/>
          <w:sz w:val="24"/>
        </w:rPr>
        <w:t>ὦ κύον κύον: τὴν ⸢ἀρτόπωλιν V [ἀρτοπώλιδα LhAld] κύνα εἶπεν. “ὑλακτούσης σου”, φησίν, “οὐ φροντίζω(”) (.) VLhAld, ὦ κύον”. LhAld</w:t>
      </w:r>
    </w:p>
    <w:p>
      <w:r>
        <w:rPr>
          <w:rFonts w:ascii="Courier New" w:hAnsi="Courier New"/>
          <w:color w:val="555555"/>
          <w:sz w:val="20"/>
        </w:rPr>
        <w:t>[sch vesp 1405]</w:t>
      </w:r>
    </w:p>
    <w:p>
      <w:r>
        <w:rPr>
          <w:rFonts w:ascii="Gentium Plus" w:hAnsi="Gentium Plus"/>
          <w:sz w:val="24"/>
        </w:rPr>
        <w:t>πυροὺς κτλ.] ⸢σίτους LhAld ὥστε ἄρτους ποιῆσαι· ἐπεὶ ⸢ἀρτό‐ πωλις V [ἀρτοπῶλις LhAld]. VLhAld</w:t>
      </w:r>
    </w:p>
    <w:p>
      <w:r>
        <w:rPr>
          <w:rFonts w:ascii="Courier New" w:hAnsi="Courier New"/>
          <w:color w:val="555555"/>
          <w:sz w:val="20"/>
        </w:rPr>
        <w:t>[sch vesp 1406]</w:t>
      </w:r>
    </w:p>
    <w:p>
      <w:r>
        <w:rPr>
          <w:rFonts w:ascii="Gentium Plus" w:hAnsi="Gentium Plus"/>
          <w:sz w:val="24"/>
        </w:rPr>
        <w:t>εἰς δικαστήριον. V</w:t>
      </w:r>
    </w:p>
    <w:p>
      <w:r>
        <w:rPr>
          <w:rFonts w:ascii="Courier New" w:hAnsi="Courier New"/>
          <w:color w:val="555555"/>
          <w:sz w:val="20"/>
        </w:rPr>
        <w:t>[sch vesp 1407a]</w:t>
      </w:r>
    </w:p>
    <w:p>
      <w:r>
        <w:rPr>
          <w:rFonts w:ascii="Gentium Plus" w:hAnsi="Gentium Plus"/>
          <w:sz w:val="24"/>
        </w:rPr>
        <w:t>τοὺς ἀγορανόμους] τοὺς τῶν ὠνίων προστάτας. VLh</w:t>
      </w:r>
    </w:p>
    <w:p>
      <w:r>
        <w:rPr>
          <w:rFonts w:ascii="Courier New" w:hAnsi="Courier New"/>
          <w:color w:val="555555"/>
          <w:sz w:val="20"/>
        </w:rPr>
        <w:t>[sch vesp 1407b]</w:t>
      </w:r>
    </w:p>
    <w:p>
      <w:r>
        <w:rPr>
          <w:rFonts w:ascii="Gentium Plus" w:hAnsi="Gentium Plus"/>
          <w:sz w:val="24"/>
        </w:rPr>
        <w:t>πρὸς τοὺς ἀγορανόμους: τοὺς ἐπισκοποῦντας τὰ τῆς πόλεως ὤνια καὶ διοικοῦντας αὐτά, ὡς ἐν Ἀχαρνεῦσιν. (mut. ex Su. s.v. ἀγορανομίας, I 31, 29—31)</w:t>
      </w:r>
    </w:p>
    <w:p>
      <w:r>
        <w:rPr>
          <w:rFonts w:ascii="Courier New" w:hAnsi="Courier New"/>
          <w:color w:val="555555"/>
          <w:sz w:val="20"/>
        </w:rPr>
        <w:t>[sch vesp 1407c]</w:t>
      </w:r>
    </w:p>
    <w:p>
      <w:r>
        <w:rPr>
          <w:rFonts w:ascii="Gentium Plus" w:hAnsi="Gentium Plus"/>
          <w:sz w:val="24"/>
        </w:rPr>
        <w:t>βλάβης] ἕνεκα. Lh</w:t>
      </w:r>
    </w:p>
    <w:p>
      <w:r>
        <w:rPr>
          <w:rFonts w:ascii="Courier New" w:hAnsi="Courier New"/>
          <w:color w:val="555555"/>
          <w:sz w:val="20"/>
        </w:rPr>
        <w:t>[sch vesp 1408a]</w:t>
      </w:r>
    </w:p>
    <w:p>
      <w:r>
        <w:rPr>
          <w:rFonts w:ascii="Gentium Plus" w:hAnsi="Gentium Plus"/>
          <w:sz w:val="24"/>
        </w:rPr>
        <w:t>κλητῆρα: μάρτυρα· ⸢ἢ Lh [τουτέστι Ald] τὸν εἰς τὸ δικαστήριον καλοῦντα ὑπηρέτην. LhAld</w:t>
      </w:r>
    </w:p>
    <w:p>
      <w:r>
        <w:rPr>
          <w:rFonts w:ascii="Courier New" w:hAnsi="Courier New"/>
          <w:color w:val="555555"/>
          <w:sz w:val="20"/>
        </w:rPr>
        <w:t>[sch vesp 1408b]</w:t>
      </w:r>
    </w:p>
    <w:p>
      <w:r>
        <w:rPr>
          <w:rFonts w:ascii="Gentium Plus" w:hAnsi="Gentium Plus"/>
          <w:sz w:val="24"/>
        </w:rPr>
        <w:t>⸢Χαιρεφῶντα LhAld τὸν πύξινον, ⸢τὸν Ald Σωκράτους ἑταῖρον (.) RVLhAld ⸢, τὸν φιλόσοφον VLh, ⸢λέγει VLh [φησίν Ald]. VLhAld ἵνα ⸢καὶ Lh πάλιν κωμῳδήσῃ αὐτὸν ὡς ὠχρόν, εἰσάγει αὐτὸν μαρτυ‐</w:t>
      </w:r>
    </w:p>
    <w:p>
      <w:r>
        <w:rPr>
          <w:rFonts w:ascii="Courier New" w:hAnsi="Courier New"/>
          <w:color w:val="555555"/>
          <w:sz w:val="20"/>
        </w:rPr>
        <w:t>[5]</w:t>
      </w:r>
    </w:p>
    <w:p>
      <w:r>
        <w:rPr>
          <w:rFonts w:ascii="Gentium Plus" w:hAnsi="Gentium Plus"/>
          <w:sz w:val="24"/>
        </w:rPr>
        <w:t>ροῦντα τῇ ἀρτοπώλιδι. VLh</w:t>
      </w:r>
    </w:p>
    <w:p>
      <w:r>
        <w:rPr>
          <w:rFonts w:ascii="Courier New" w:hAnsi="Courier New"/>
          <w:color w:val="555555"/>
          <w:sz w:val="20"/>
        </w:rPr>
        <w:t>[sch vesp 1408b,col 2 (3)]</w:t>
      </w:r>
    </w:p>
    <w:p>
      <w:r>
        <w:rPr>
          <w:rFonts w:ascii="Gentium Plus" w:hAnsi="Gentium Plus"/>
          <w:sz w:val="24"/>
        </w:rPr>
        <w:t>πάλιν δ’ αὐτὸν εἰς ὠχρότητα δια‐ βάλλων εἰσάγει μαρτυροῦντα τῇ</w:t>
      </w:r>
    </w:p>
    <w:p>
      <w:r>
        <w:rPr>
          <w:rFonts w:ascii="Courier New" w:hAnsi="Courier New"/>
          <w:color w:val="555555"/>
          <w:sz w:val="20"/>
        </w:rPr>
        <w:t>[5]</w:t>
      </w:r>
    </w:p>
    <w:p>
      <w:r>
        <w:rPr>
          <w:rFonts w:ascii="Gentium Plus" w:hAnsi="Gentium Plus"/>
          <w:sz w:val="24"/>
        </w:rPr>
        <w:t>ἀρτοπώλιδι. Ald</w:t>
      </w:r>
    </w:p>
    <w:p>
      <w:r>
        <w:rPr>
          <w:rFonts w:ascii="Courier New" w:hAnsi="Courier New"/>
          <w:color w:val="555555"/>
          <w:sz w:val="20"/>
        </w:rPr>
        <w:t>[sch vesp 1410a]</w:t>
      </w:r>
    </w:p>
    <w:p>
      <w:r>
        <w:rPr>
          <w:rFonts w:ascii="Gentium Plus" w:hAnsi="Gentium Plus"/>
          <w:sz w:val="24"/>
        </w:rPr>
        <w:t>καὶ Σιμωνίδης] Ἑρμιονεὺς VLh μελοποιὸς ⸢ὁ R Λᾶσος. RVLh</w:t>
      </w:r>
    </w:p>
    <w:p>
      <w:r>
        <w:rPr>
          <w:rFonts w:ascii="Courier New" w:hAnsi="Courier New"/>
          <w:color w:val="555555"/>
          <w:sz w:val="20"/>
        </w:rPr>
        <w:t>[sch vesp 1410b]</w:t>
      </w:r>
    </w:p>
    <w:p>
      <w:r>
        <w:rPr>
          <w:rFonts w:ascii="Gentium Plus" w:hAnsi="Gentium Plus"/>
          <w:sz w:val="24"/>
        </w:rPr>
        <w:t>Λᾶσος: Χαρβίνου (23) ... (25) ἀντὶ τοῦ Περιάνδρου ... (27) λόγους. (ex Su. s.v. Λάσος (sic), III 236, 23—27)</w:t>
      </w:r>
    </w:p>
    <w:p>
      <w:r>
        <w:rPr>
          <w:rFonts w:ascii="Courier New" w:hAnsi="Courier New"/>
          <w:color w:val="555555"/>
          <w:sz w:val="20"/>
        </w:rPr>
        <w:t>[sch vesp 1411a]</w:t>
      </w:r>
    </w:p>
    <w:p>
      <w:r>
        <w:rPr>
          <w:rFonts w:ascii="Gentium Plus" w:hAnsi="Gentium Plus"/>
          <w:sz w:val="24"/>
        </w:rPr>
        <w:t>ὀλίγον μοι μέλει: ⸢ἀντὶ τοῦ R [ἤγουν Lh] οὐδέν μοι μέλει RLh τοῦ Σιμωνίδου (.) RLhAld δηλονότι. Ald</w:t>
      </w:r>
    </w:p>
    <w:p>
      <w:r>
        <w:rPr>
          <w:rFonts w:ascii="Courier New" w:hAnsi="Courier New"/>
          <w:color w:val="555555"/>
          <w:sz w:val="20"/>
        </w:rPr>
        <w:t>[sch vesp 1411b]</w:t>
      </w:r>
    </w:p>
    <w:p>
      <w:r>
        <w:rPr>
          <w:rFonts w:ascii="Gentium Plus" w:hAnsi="Gentium Plus"/>
          <w:sz w:val="24"/>
        </w:rPr>
        <w:t>λέγει δ’ ἴσως Σιμωνίδην τὸν Λεοπρεποῦς (sic), τῆς ἐν (5) ... (6) λυρικόν, μετὰ ... (9) ἕκτης καὶ πεντηκοστῆς Ὀλυμπιάδος, οἱ δὲ δευτέρας καὶ ἑξηκοστῆς ... (10) μέχρις οηʹ ... (13) θρῆνοι, παιᾶνες, ἐγκώμια, ἐπιγράμματα, τραγῳδία (sic), καὶ ἄλλα. (ex Su. s.v. Σιμωνίδης (pr.), IV 361,</w:t>
      </w:r>
    </w:p>
    <w:p>
      <w:r>
        <w:rPr>
          <w:rFonts w:ascii="Courier New" w:hAnsi="Courier New"/>
          <w:color w:val="555555"/>
          <w:sz w:val="20"/>
        </w:rPr>
        <w:t>[5]</w:t>
      </w:r>
    </w:p>
    <w:p>
      <w:r>
        <w:rPr>
          <w:rFonts w:ascii="Gentium Plus" w:hAnsi="Gentium Plus"/>
          <w:sz w:val="24"/>
        </w:rPr>
        <w:t>5—14) τὸν δὲ Λᾶσον καὶ Σιμωνίδην ὡς ἀντιτεχνοῦντας ἀλλήλοις ὁ ποιητὴς εἰσάγει.</w:t>
      </w:r>
    </w:p>
    <w:p>
      <w:r>
        <w:rPr>
          <w:rFonts w:ascii="Courier New" w:hAnsi="Courier New"/>
          <w:color w:val="555555"/>
          <w:sz w:val="20"/>
        </w:rPr>
        <w:t>[sch vesp 1413a]</w:t>
      </w:r>
    </w:p>
    <w:p>
      <w:r>
        <w:rPr>
          <w:rFonts w:ascii="Gentium Plus" w:hAnsi="Gentium Plus"/>
          <w:sz w:val="24"/>
        </w:rPr>
        <w:t>κλητεύειν] μαρτυρεῖν. Lh</w:t>
      </w:r>
    </w:p>
    <w:p>
      <w:r>
        <w:rPr>
          <w:rFonts w:ascii="Courier New" w:hAnsi="Courier New"/>
          <w:color w:val="555555"/>
          <w:sz w:val="20"/>
        </w:rPr>
        <w:t>[sch vesp 1413b]</w:t>
      </w:r>
    </w:p>
    <w:p>
      <w:r>
        <w:rPr>
          <w:rFonts w:ascii="Gentium Plus" w:hAnsi="Gentium Plus"/>
          <w:sz w:val="24"/>
        </w:rPr>
        <w:t>θαψίνῃ: ἵν’ ᾖ “ὠχρᾷ”, ὡς οἱ κεχρημένοι θαψίᾳ. V εἰσήγαγε ⸢γὰρ R [δὲ V] Εὐριπίδης τὴν Ἰνὼ ὠχρὰν ὑπὸ τῆς κακοπαθείας· καὶ ὁ</w:t>
      </w:r>
    </w:p>
    <w:p>
      <w:r>
        <w:rPr>
          <w:rFonts w:ascii="Courier New" w:hAnsi="Courier New"/>
          <w:color w:val="555555"/>
          <w:sz w:val="20"/>
        </w:rPr>
        <w:t>[5]</w:t>
      </w:r>
    </w:p>
    <w:p>
      <w:r>
        <w:rPr>
          <w:rFonts w:ascii="Gentium Plus" w:hAnsi="Gentium Plus"/>
          <w:sz w:val="24"/>
        </w:rPr>
        <w:t>Χαιρεφῶν ⸢δὲ V τοιοῦτος. RV</w:t>
      </w:r>
    </w:p>
    <w:p>
      <w:r>
        <w:rPr>
          <w:rFonts w:ascii="Courier New" w:hAnsi="Courier New"/>
          <w:color w:val="555555"/>
          <w:sz w:val="20"/>
        </w:rPr>
        <w:t>[sch vesp 1413b,col 2]</w:t>
      </w:r>
    </w:p>
    <w:p>
      <w:r>
        <w:rPr>
          <w:rFonts w:ascii="Gentium Plus" w:hAnsi="Gentium Plus"/>
          <w:sz w:val="24"/>
        </w:rPr>
        <w:t>ὠχρᾷ· τοιαύτη γὰρ ἡ θάψος. LhAld ⸢ὑπὸ Εὐριπίδου Lh [παρὰ δ’ Εὐ‐ ριπίδῃ Ald] ἡ Ἰνὼ γέγραπται ⸢ἐκ τῶν ποδῶν Lh κρεμαμένη καὶ</w:t>
      </w:r>
    </w:p>
    <w:p>
      <w:r>
        <w:rPr>
          <w:rFonts w:ascii="Courier New" w:hAnsi="Courier New"/>
          <w:color w:val="555555"/>
          <w:sz w:val="20"/>
        </w:rPr>
        <w:t>[5]</w:t>
      </w:r>
    </w:p>
    <w:p>
      <w:r>
        <w:rPr>
          <w:rFonts w:ascii="Gentium Plus" w:hAnsi="Gentium Plus"/>
          <w:sz w:val="24"/>
        </w:rPr>
        <w:t>ὠχρὰ ὑπὸ τῆς κακοπαθείας. LhAld</w:t>
      </w:r>
    </w:p>
    <w:p>
      <w:r>
        <w:rPr>
          <w:rFonts w:ascii="Courier New" w:hAnsi="Courier New"/>
          <w:color w:val="555555"/>
          <w:sz w:val="20"/>
        </w:rPr>
        <w:t>[sch vesp 1413c]</w:t>
      </w:r>
    </w:p>
    <w:p>
      <w:r>
        <w:rPr>
          <w:rFonts w:ascii="Gentium Plus" w:hAnsi="Gentium Plus"/>
          <w:sz w:val="24"/>
        </w:rPr>
        <w:t>ἔοικε θαψίᾳ. V ὠχρὸς ⸢γὰρ VLh ⸢καὶ Lh ὁ Χαιρεφῶν καὶ ἡ θάψος τοιαύτη. RVLh ἀλλὰ καὶ παρὰ τὸ θάπτεσθαι καλῶς</w:t>
      </w:r>
    </w:p>
    <w:p>
      <w:r>
        <w:rPr>
          <w:rFonts w:ascii="Courier New" w:hAnsi="Courier New"/>
          <w:color w:val="555555"/>
          <w:sz w:val="20"/>
        </w:rPr>
        <w:t>[sch vesp 1413c,col 2 (3)]</w:t>
      </w:r>
    </w:p>
    <w:p>
      <w:r>
        <w:rPr>
          <w:rFonts w:ascii="Gentium Plus" w:hAnsi="Gentium Plus"/>
          <w:sz w:val="24"/>
        </w:rPr>
        <w:t>πέπαικται δὲ καλῶς παρὰ τὸ θάπ‐</w:t>
      </w:r>
    </w:p>
    <w:p>
      <w:r>
        <w:rPr>
          <w:rFonts w:ascii="Courier New" w:hAnsi="Courier New"/>
          <w:color w:val="555555"/>
          <w:sz w:val="20"/>
        </w:rPr>
        <w:t>[sch vesp 1413d]</w:t>
      </w:r>
    </w:p>
    <w:p>
      <w:r>
        <w:rPr>
          <w:rFonts w:ascii="Gentium Plus" w:hAnsi="Gentium Plus"/>
          <w:sz w:val="24"/>
        </w:rPr>
        <w:t>(ἡ θάψος), ὅπερ παρ’ ἡμῖν χρυσόξυλον λέγεται. Θεόκριτος· καί μευ χρὼς μὲν ὁμοῖος ἐγίνετο πολλάκι θάψῳ.</w:t>
      </w:r>
    </w:p>
    <w:p>
      <w:r>
        <w:rPr>
          <w:rFonts w:ascii="Courier New" w:hAnsi="Courier New"/>
          <w:color w:val="555555"/>
          <w:sz w:val="20"/>
        </w:rPr>
        <w:t>[sch vesp 1413e]</w:t>
      </w:r>
    </w:p>
    <w:p>
      <w:r>
        <w:rPr>
          <w:rFonts w:ascii="Gentium Plus" w:hAnsi="Gentium Plus"/>
          <w:sz w:val="24"/>
        </w:rPr>
        <w:t>Ἰνὼ δὲ κατὰ χόλον Ἥρας (17) ... (18) αὑτὴν εἰς ... αὐτῆς Μελικέρτῃ ... (19) διότι παρ’ ... (21) Θηβαίων. (23) Εὐριπίδης δ’ ἐν Μηδείᾳ φησὶν αὐτόχειρα ... (24) εἰς θάλασσαν ῥίψαι (sic). οἱ δέ φασιν ὡς (4) Ἀθάμας κατετόξευσε Λέαρχον τὸ (sic) ... (5) αὐτῷ παῖδα ... μανεῖσα (5)</w:t>
      </w:r>
    </w:p>
    <w:p>
      <w:r>
        <w:rPr>
          <w:rFonts w:ascii="Courier New" w:hAnsi="Courier New"/>
          <w:color w:val="555555"/>
          <w:sz w:val="20"/>
        </w:rPr>
        <w:t>[5]</w:t>
      </w:r>
    </w:p>
    <w:p>
      <w:r>
        <w:rPr>
          <w:rFonts w:ascii="Gentium Plus" w:hAnsi="Gentium Plus"/>
          <w:sz w:val="24"/>
        </w:rPr>
        <w:t>(6) τὸν ἕτερον ... (7) παῖδα Μελικέρτην ἐπισφάξασα ἤλατο (sic) ... θά‐ λασσαν· (7) (1) οὓς δὴ εἰς Κόρινθον ἐκβρασθέντας ἀναληφθῆναι προστάξει τοῦ Σισύφου ὡς καὶ (2) ... (2) ἐπὶ τῷ Μελικέρτῃ θεῖναι, καὶ τὴν μὲν Λευκο‐ θέαν, τὸν δὲ Παλαίμονα μετονομασθῆναι. (praeter finem ex Sch. Eur. Med. 1284, 209, 17—210, 7 Schw.)</w:t>
      </w:r>
    </w:p>
    <w:p>
      <w:r>
        <w:rPr>
          <w:rFonts w:ascii="Courier New" w:hAnsi="Courier New"/>
          <w:color w:val="555555"/>
          <w:sz w:val="20"/>
        </w:rPr>
        <w:t>[sch vesp 1414]</w:t>
      </w:r>
    </w:p>
    <w:p>
      <w:r>
        <w:rPr>
          <w:rFonts w:ascii="Gentium Plus" w:hAnsi="Gentium Plus"/>
          <w:sz w:val="24"/>
        </w:rPr>
        <w:t>ἀντὶ τοῦ ὑπὸ Εὐριπίδου ἐκ τῶν ποδῶν ἡ Ἰνὼ κρέμαται. RV</w:t>
      </w:r>
    </w:p>
    <w:p>
      <w:r>
        <w:rPr>
          <w:rFonts w:ascii="Courier New" w:hAnsi="Courier New"/>
          <w:color w:val="555555"/>
          <w:sz w:val="20"/>
        </w:rPr>
        <w:t>[sch vesp 1417a]</w:t>
      </w:r>
    </w:p>
    <w:p>
      <w:r>
        <w:rPr>
          <w:rFonts w:ascii="Gentium Plus" w:hAnsi="Gentium Plus"/>
          <w:sz w:val="24"/>
        </w:rPr>
        <w:t>ὤμοι κακοδαίμων: παραγίνεται LhAld ἀνήρ τις Εὐριπίδης (.) RLhAld</w:t>
      </w:r>
    </w:p>
    <w:p>
      <w:r>
        <w:rPr>
          <w:rFonts w:ascii="Courier New" w:hAnsi="Courier New"/>
          <w:color w:val="555555"/>
          <w:sz w:val="20"/>
        </w:rPr>
        <w:t>[sch vesp 1417a,col 2 (2)]</w:t>
      </w:r>
    </w:p>
    <w:p>
      <w:r>
        <w:rPr>
          <w:rFonts w:ascii="Gentium Plus" w:hAnsi="Gentium Plus"/>
          <w:sz w:val="24"/>
        </w:rPr>
        <w:t>ἄλλος V</w:t>
      </w:r>
    </w:p>
    <w:p>
      <w:r>
        <w:rPr>
          <w:rFonts w:ascii="Courier New" w:hAnsi="Courier New"/>
          <w:color w:val="555555"/>
          <w:sz w:val="20"/>
        </w:rPr>
        <w:t>[sch vesp 1417a (4)]</w:t>
      </w:r>
    </w:p>
    <w:p>
      <w:r>
        <w:rPr>
          <w:rFonts w:ascii="Gentium Plus" w:hAnsi="Gentium Plus"/>
          <w:sz w:val="24"/>
        </w:rPr>
        <w:t>κατηγορῶν τοῦ Φιλοκλέωνος (.) VLhAld ὕβρεως καὶ κατήγορον ἐπαγόμενος.</w:t>
      </w:r>
    </w:p>
    <w:p>
      <w:r>
        <w:rPr>
          <w:rFonts w:ascii="Courier New" w:hAnsi="Courier New"/>
          <w:color w:val="555555"/>
          <w:sz w:val="20"/>
        </w:rPr>
        <w:t>[5]</w:t>
      </w:r>
    </w:p>
    <w:p>
      <w:r>
        <w:rPr>
          <w:rFonts w:ascii="Gentium Plus" w:hAnsi="Gentium Plus"/>
          <w:sz w:val="24"/>
        </w:rPr>
        <w:t>LhAld</w:t>
      </w:r>
    </w:p>
    <w:p>
      <w:r>
        <w:rPr>
          <w:rFonts w:ascii="Courier New" w:hAnsi="Courier New"/>
          <w:color w:val="555555"/>
          <w:sz w:val="20"/>
        </w:rPr>
        <w:t>[sch vesp 1417b]</w:t>
      </w:r>
    </w:p>
    <w:p>
      <w:r>
        <w:rPr>
          <w:rFonts w:ascii="Gentium Plus" w:hAnsi="Gentium Plus"/>
          <w:sz w:val="24"/>
        </w:rPr>
        <w:t>προσκαλοῦμαι] εἰς δικαστήριον. Lh</w:t>
      </w:r>
    </w:p>
    <w:p>
      <w:r>
        <w:rPr>
          <w:rFonts w:ascii="Courier New" w:hAnsi="Courier New"/>
          <w:color w:val="555555"/>
          <w:sz w:val="20"/>
        </w:rPr>
        <w:t>[sch vesp 1424]</w:t>
      </w:r>
    </w:p>
    <w:p>
      <w:r>
        <w:rPr>
          <w:rFonts w:ascii="Gentium Plus" w:hAnsi="Gentium Plus"/>
          <w:sz w:val="24"/>
        </w:rPr>
        <w:t>λείπει ἡ ὑπέρ, ἵν’ ᾖ “ὑπὲρ τοῦ πράγματος”. V</w:t>
      </w:r>
    </w:p>
    <w:p>
      <w:r>
        <w:rPr>
          <w:rFonts w:ascii="Courier New" w:hAnsi="Courier New"/>
          <w:color w:val="555555"/>
          <w:sz w:val="20"/>
        </w:rPr>
        <w:t>[sch vesp 1427]</w:t>
      </w:r>
    </w:p>
    <w:p>
      <w:r>
        <w:rPr>
          <w:rFonts w:ascii="Gentium Plus" w:hAnsi="Gentium Plus"/>
          <w:sz w:val="24"/>
        </w:rPr>
        <w:t>ἅρματος] ἤγουν ἡνιοχῶν. Lh</w:t>
      </w:r>
    </w:p>
    <w:p>
      <w:r>
        <w:rPr>
          <w:rFonts w:ascii="Courier New" w:hAnsi="Courier New"/>
          <w:color w:val="555555"/>
          <w:sz w:val="20"/>
        </w:rPr>
        <w:t>[sch vesp 1428]</w:t>
      </w:r>
    </w:p>
    <w:p>
      <w:r>
        <w:rPr>
          <w:rFonts w:ascii="Gentium Plus" w:hAnsi="Gentium Plus"/>
          <w:sz w:val="24"/>
        </w:rPr>
        <w:t>ἀττικὸν τὸ σχῆμα. V</w:t>
      </w:r>
    </w:p>
    <w:p>
      <w:r>
        <w:rPr>
          <w:rFonts w:ascii="Courier New" w:hAnsi="Courier New"/>
          <w:color w:val="555555"/>
          <w:sz w:val="20"/>
        </w:rPr>
        <w:t>[sch vesp 1429]</w:t>
      </w:r>
    </w:p>
    <w:p>
      <w:r>
        <w:rPr>
          <w:rFonts w:ascii="Gentium Plus" w:hAnsi="Gentium Plus"/>
          <w:sz w:val="24"/>
        </w:rPr>
        <w:t>οὐ τρίβων: ⸢ἀντὶ τοῦ V οὐκ ἔμπειρος. VLhAld καὶ ἐν Νεφέλαις· καὶ τῶν κρεμαθρῶν οὐ τρίβων τῶν ἐνθάδε. Ald</w:t>
      </w:r>
    </w:p>
    <w:p>
      <w:r>
        <w:rPr>
          <w:rFonts w:ascii="Courier New" w:hAnsi="Courier New"/>
          <w:color w:val="555555"/>
          <w:sz w:val="20"/>
        </w:rPr>
        <w:t>[sch vesp 1431a]</w:t>
      </w:r>
    </w:p>
    <w:p>
      <w:r>
        <w:rPr>
          <w:rFonts w:ascii="Gentium Plus" w:hAnsi="Gentium Plus"/>
          <w:sz w:val="24"/>
        </w:rPr>
        <w:t>παροιμιακόν. V</w:t>
      </w:r>
    </w:p>
    <w:p>
      <w:r>
        <w:rPr>
          <w:rFonts w:ascii="Courier New" w:hAnsi="Courier New"/>
          <w:color w:val="555555"/>
          <w:sz w:val="20"/>
        </w:rPr>
        <w:t>[sch vesp 1431a,col 2]</w:t>
      </w:r>
    </w:p>
    <w:p>
      <w:r>
        <w:rPr>
          <w:rFonts w:ascii="Gentium Plus" w:hAnsi="Gentium Plus"/>
          <w:sz w:val="24"/>
        </w:rPr>
        <w:t>παροιμία. lh</w:t>
      </w:r>
    </w:p>
    <w:p>
      <w:r>
        <w:rPr>
          <w:rFonts w:ascii="Courier New" w:hAnsi="Courier New"/>
          <w:color w:val="555555"/>
          <w:sz w:val="20"/>
        </w:rPr>
        <w:t>[sch vesp 1431b]</w:t>
      </w:r>
    </w:p>
    <w:p>
      <w:r>
        <w:rPr>
          <w:rFonts w:ascii="Gentium Plus" w:hAnsi="Gentium Plus"/>
          <w:sz w:val="24"/>
        </w:rPr>
        <w:t>ἕρδοι τις: ἕκαστος ⸢, φησίν, LhAld ἣν οἶδε τέχνην ἐργαζέσθω. VLhAld</w:t>
      </w:r>
    </w:p>
    <w:p>
      <w:r>
        <w:rPr>
          <w:rFonts w:ascii="Courier New" w:hAnsi="Courier New"/>
          <w:color w:val="555555"/>
          <w:sz w:val="20"/>
        </w:rPr>
        <w:t>[sch vesp 1431c]</w:t>
      </w:r>
    </w:p>
    <w:p>
      <w:r>
        <w:rPr>
          <w:rFonts w:ascii="Gentium Plus" w:hAnsi="Gentium Plus"/>
          <w:sz w:val="24"/>
        </w:rPr>
        <w:t>καὶ ταῦτα ἐν ⸢ταῖς RV παροιμίαις ⸢φέρεται RLhAld [φέρουσιν V].</w:t>
      </w:r>
    </w:p>
    <w:p>
      <w:r>
        <w:rPr>
          <w:rFonts w:ascii="Courier New" w:hAnsi="Courier New"/>
          <w:color w:val="555555"/>
          <w:sz w:val="20"/>
        </w:rPr>
        <w:t>[sch vesp 1432]</w:t>
      </w:r>
    </w:p>
    <w:p>
      <w:r>
        <w:rPr>
          <w:rFonts w:ascii="Gentium Plus" w:hAnsi="Gentium Plus"/>
          <w:sz w:val="24"/>
        </w:rPr>
        <w:t>εἰς τὰ Πιττάλου: εἰς ἰατροῦ, ⸢φησίν, ἀπότρεχε LhAld θερα‐ πευθησόμενος τὰς πληγάς· ἰατρὸς γὰρ ὁ Πίτταλος. VLhAld</w:t>
      </w:r>
    </w:p>
    <w:p>
      <w:r>
        <w:rPr>
          <w:rFonts w:ascii="Courier New" w:hAnsi="Courier New"/>
          <w:color w:val="555555"/>
          <w:sz w:val="20"/>
        </w:rPr>
        <w:t>[sch vesp 1433]</w:t>
      </w:r>
    </w:p>
    <w:p>
      <w:r>
        <w:rPr>
          <w:rFonts w:ascii="Gentium Plus" w:hAnsi="Gentium Plus"/>
          <w:sz w:val="24"/>
        </w:rPr>
        <w:t>ὅμοιά σου: ⸢ὁ LhAld Βδελυκλέων ⸢ταῦτά φησι LhAld πρὸς τὸν</w:t>
      </w:r>
    </w:p>
    <w:p>
      <w:r>
        <w:rPr>
          <w:rFonts w:ascii="Courier New" w:hAnsi="Courier New"/>
          <w:color w:val="555555"/>
          <w:sz w:val="20"/>
        </w:rPr>
        <w:t>[sch vesp 1434]</w:t>
      </w:r>
    </w:p>
    <w:p>
      <w:r>
        <w:rPr>
          <w:rFonts w:ascii="Gentium Plus" w:hAnsi="Gentium Plus"/>
          <w:sz w:val="24"/>
        </w:rPr>
        <w:t>ἁ῍ν: τὸ ἐντελὲς “ἃ ἂν”. LhAld</w:t>
      </w:r>
    </w:p>
    <w:p>
      <w:r>
        <w:rPr>
          <w:rFonts w:ascii="Courier New" w:hAnsi="Courier New"/>
          <w:color w:val="555555"/>
          <w:sz w:val="20"/>
        </w:rPr>
        <w:t>[sch vesp 1436a]</w:t>
      </w:r>
    </w:p>
    <w:p>
      <w:r>
        <w:rPr>
          <w:rFonts w:ascii="Gentium Plus" w:hAnsi="Gentium Plus"/>
          <w:sz w:val="24"/>
        </w:rPr>
        <w:t>ἐχῖνον] χύτρας εἶδος (.) RVLh ὁ ἐχῖνος. RV</w:t>
      </w:r>
    </w:p>
    <w:p>
      <w:r>
        <w:rPr>
          <w:rFonts w:ascii="Courier New" w:hAnsi="Courier New"/>
          <w:color w:val="555555"/>
          <w:sz w:val="20"/>
        </w:rPr>
        <w:t>[sch vesp 1436b]</w:t>
      </w:r>
    </w:p>
    <w:p>
      <w:r>
        <w:rPr>
          <w:rFonts w:ascii="Gentium Plus" w:hAnsi="Gentium Plus"/>
          <w:sz w:val="24"/>
        </w:rPr>
        <w:t>κατέαξ’ ἐχῖνον: ἄγγος τι (14) (19) χαλκοῦν, ἢ καὶ ἐκ κεράμου, ἃ καθιᾶσιν ... (22) ἐπεδίδουν. (15) τοῦ δ’ ἄγγους τούτου καὶ Δημοσθένης μνημονεύουσι καὶ Ἀριστοτέλης. ἔστι (17) ... (17) θαλάττιον ὄστρεον. (6) καὶ μὲν δὴ καὶ ... (6) βοός. (mut. ex Su. s.v. ἐχῖνος (alt.), II 494, 14—18;</w:t>
      </w:r>
    </w:p>
    <w:p>
      <w:r>
        <w:rPr>
          <w:rFonts w:ascii="Courier New" w:hAnsi="Courier New"/>
          <w:color w:val="555555"/>
          <w:sz w:val="20"/>
        </w:rPr>
        <w:t>[5]</w:t>
      </w:r>
    </w:p>
    <w:p>
      <w:r>
        <w:rPr>
          <w:rFonts w:ascii="Gentium Plus" w:hAnsi="Gentium Plus"/>
          <w:sz w:val="24"/>
        </w:rPr>
        <w:t>s.v. ἐχῖνοι, ib. 19—22; s.v. ἐχῖνος τὸν κτλ., ib. 6)</w:t>
      </w:r>
    </w:p>
    <w:p>
      <w:r>
        <w:rPr>
          <w:rFonts w:ascii="Courier New" w:hAnsi="Courier New"/>
          <w:color w:val="555555"/>
          <w:sz w:val="20"/>
        </w:rPr>
        <w:t>[sch vesp 1437]</w:t>
      </w:r>
    </w:p>
    <w:p>
      <w:r>
        <w:rPr>
          <w:rFonts w:ascii="Gentium Plus" w:hAnsi="Gentium Plus"/>
          <w:sz w:val="24"/>
        </w:rPr>
        <w:t>οὑ’χῖνος] τὸ ἐντελὲς “ὁ ἐχῖνος.” Lh</w:t>
      </w:r>
    </w:p>
    <w:p>
      <w:r>
        <w:rPr>
          <w:rFonts w:ascii="Courier New" w:hAnsi="Courier New"/>
          <w:color w:val="555555"/>
          <w:sz w:val="20"/>
        </w:rPr>
        <w:t>[sch vesp 1438a]</w:t>
      </w:r>
    </w:p>
    <w:p>
      <w:r>
        <w:rPr>
          <w:rFonts w:ascii="Gentium Plus" w:hAnsi="Gentium Plus"/>
          <w:sz w:val="24"/>
        </w:rPr>
        <w:t>ναὶ τὰν Κόραν: τὴν Περσεφόνην (.) VLhAld Κόρην ὠνόμασεν· ὀνομάζουσι γὰρ αὐτὴν καὶ οὕτω. Lh δωρίζει ⸢δὲ VLhAld ἐπίτηδες. RVLhAld</w:t>
      </w:r>
    </w:p>
    <w:p>
      <w:r>
        <w:rPr>
          <w:rFonts w:ascii="Courier New" w:hAnsi="Courier New"/>
          <w:color w:val="555555"/>
          <w:sz w:val="20"/>
        </w:rPr>
        <w:t>[sch vesp 1438b]</w:t>
      </w:r>
    </w:p>
    <w:p>
      <w:r>
        <w:rPr>
          <w:rFonts w:ascii="Gentium Plus" w:hAnsi="Gentium Plus"/>
          <w:sz w:val="24"/>
        </w:rPr>
        <w:t>τουτέστι τὸν κόρον, τὴν πρὸς (18) ... (1) ὕλην. τοῖς δὲ περὶ Σικελίαν τὸ κατὰ Κόρης ὀμνύειν ἐνεφιλοχώρει. (12) ἐντεῦθεν γὰρ ὁ Ἅιδης αὐτὴν ἁρπάσαι μυθεύεται (13), ὡς οἱ τὰ τοιαῦτά γε ἀλληγορῆσαι δεινοί, διὰ τὸν (13) ... (14) ἀφανισμόν. (mut. ex Cornuti Theol. gr. comp. c. 28,</w:t>
      </w:r>
    </w:p>
    <w:p>
      <w:r>
        <w:rPr>
          <w:rFonts w:ascii="Courier New" w:hAnsi="Courier New"/>
          <w:color w:val="555555"/>
          <w:sz w:val="20"/>
        </w:rPr>
        <w:t>[5]</w:t>
      </w:r>
    </w:p>
    <w:p>
      <w:r>
        <w:rPr>
          <w:rFonts w:ascii="Gentium Plus" w:hAnsi="Gentium Plus"/>
          <w:sz w:val="24"/>
        </w:rPr>
        <w:t>52, 18—53, 1; 54, 12—14 Lang, praeter 1/2 (τοῖς ... ἐνεφιλοχώρει) et 3 (ὡς ... δεινοί)</w:t>
      </w:r>
    </w:p>
    <w:p>
      <w:r>
        <w:rPr>
          <w:rFonts w:ascii="Courier New" w:hAnsi="Courier New"/>
          <w:color w:val="555555"/>
          <w:sz w:val="20"/>
        </w:rPr>
        <w:t>[sch vesp 1440a]</w:t>
      </w:r>
    </w:p>
    <w:p>
      <w:r>
        <w:rPr>
          <w:rFonts w:ascii="Gentium Plus" w:hAnsi="Gentium Plus"/>
          <w:sz w:val="24"/>
        </w:rPr>
        <w:t>⸢καὶ τὰ V ἕλκη ἐπέδησας. RV</w:t>
      </w:r>
    </w:p>
    <w:p>
      <w:r>
        <w:rPr>
          <w:rFonts w:ascii="Courier New" w:hAnsi="Courier New"/>
          <w:color w:val="555555"/>
          <w:sz w:val="20"/>
        </w:rPr>
        <w:t>[sch vesp 1440b]</w:t>
      </w:r>
    </w:p>
    <w:p>
      <w:r>
        <w:rPr>
          <w:rFonts w:ascii="Gentium Plus" w:hAnsi="Gentium Plus"/>
          <w:sz w:val="24"/>
        </w:rPr>
        <w:t>ἐπίδεσμον] ὥστε δῆσαι τὰ ἕλκη. Lh</w:t>
      </w:r>
    </w:p>
    <w:p>
      <w:r>
        <w:rPr>
          <w:rFonts w:ascii="Courier New" w:hAnsi="Courier New"/>
          <w:color w:val="555555"/>
          <w:sz w:val="20"/>
        </w:rPr>
        <w:t>[sch vesp 1440c]</w:t>
      </w:r>
    </w:p>
    <w:p>
      <w:r>
        <w:rPr>
          <w:rFonts w:ascii="Gentium Plus" w:hAnsi="Gentium Plus"/>
          <w:sz w:val="24"/>
        </w:rPr>
        <w:t>ἐπίδεσμος: ὁ ἐπὶ τῇ πληγῇ δεσμός.</w:t>
      </w:r>
    </w:p>
    <w:p>
      <w:r>
        <w:rPr>
          <w:rFonts w:ascii="Courier New" w:hAnsi="Courier New"/>
          <w:color w:val="555555"/>
          <w:sz w:val="20"/>
        </w:rPr>
        <w:t>[sch vesp 1445]</w:t>
      </w:r>
    </w:p>
    <w:p>
      <w:r>
        <w:rPr>
          <w:rFonts w:ascii="Gentium Plus" w:hAnsi="Gentium Plus"/>
          <w:sz w:val="24"/>
        </w:rPr>
        <w:t>κλητῆρες ἐπιλείψουσι: ἐπιλείψουσι μάρτυρες τοὺς κατηγο‐</w:t>
      </w:r>
    </w:p>
    <w:p>
      <w:r>
        <w:rPr>
          <w:rFonts w:ascii="Courier New" w:hAnsi="Courier New"/>
          <w:color w:val="555555"/>
          <w:sz w:val="20"/>
        </w:rPr>
        <w:t>[sch vesp 1446]</w:t>
      </w:r>
    </w:p>
    <w:p>
      <w:r>
        <w:rPr>
          <w:rFonts w:ascii="Gentium Plus" w:hAnsi="Gentium Plus"/>
          <w:sz w:val="24"/>
        </w:rPr>
        <w:t>Αἴσωπον οἱ Δελφοί: ὁ μὲν Βδελυκλέων ἀράμενος τὸν πατέρα αὐτοῦ Φιλοκλέωνα εἴσω κομίζει. ὁ δὲ LhAld βασταζόμενος λόγον λέγει. V φασὶ γὰρ τὸν Αἴσωπον RVlt εἰς</w:t>
      </w:r>
    </w:p>
    <w:p>
      <w:r>
        <w:rPr>
          <w:rFonts w:ascii="Courier New" w:hAnsi="Courier New"/>
          <w:color w:val="555555"/>
          <w:sz w:val="20"/>
        </w:rPr>
        <w:t>[5]</w:t>
      </w:r>
    </w:p>
    <w:p>
      <w:r>
        <w:rPr>
          <w:rFonts w:ascii="Gentium Plus" w:hAnsi="Gentium Plus"/>
          <w:sz w:val="24"/>
        </w:rPr>
        <w:t>†θεοὺς† ἐλθόντα RV ἀποσκῶψαι ⸢εἰς τοὺς Δελφούς RV [αὐτούς ltAld], ὅτι μὴ ἔχοιεν γῆν, ἀφ’ ἧς ἐργαζόμενοι ⸢διετρέφοντο RV [διατρέφοιντο ltAld], ἀλλὰ περιμέ‐ νοιεν ἀπὸ τῶν ⸢τοῦ R θεοῦ θυμάτων ⸢διαζῶντες R [διαζῆν VltAld]. RVltAld οἱ ⸢δὲ Vlt Δελφοὶ πρὸς τοῦτο σφόδρα</w:t>
      </w:r>
    </w:p>
    <w:p>
      <w:r>
        <w:rPr>
          <w:rFonts w:ascii="Courier New" w:hAnsi="Courier New"/>
          <w:color w:val="555555"/>
          <w:sz w:val="20"/>
        </w:rPr>
        <w:t>[10]</w:t>
      </w:r>
    </w:p>
    <w:p>
      <w:r>
        <w:rPr>
          <w:rFonts w:ascii="Gentium Plus" w:hAnsi="Gentium Plus"/>
          <w:sz w:val="24"/>
        </w:rPr>
        <w:t>λυπηθέντες ⸢πρὸς αὐτὴν τὴν ἔξοδον τοῦ Αἰσώπου RV [ἐν τῇ ἐξόδῳ αὐτοῦ lt] ὑπέβαλον ποτήριον ⸢τῶν R*V τοῦ θεοῦ ⸢ἐν lt τοῖς σκεύεσιν αὐτοῦ· ⸢κἀκεῖνος RV [ἐκεῖνος δὲ lt]</w:t>
      </w:r>
    </w:p>
    <w:p>
      <w:r>
        <w:rPr>
          <w:rFonts w:ascii="Courier New" w:hAnsi="Courier New"/>
          <w:color w:val="555555"/>
          <w:sz w:val="20"/>
        </w:rPr>
        <w:t>[15]</w:t>
      </w:r>
    </w:p>
    <w:p>
      <w:r>
        <w:rPr>
          <w:rFonts w:ascii="Gentium Plus" w:hAnsi="Gentium Plus"/>
          <w:sz w:val="24"/>
        </w:rPr>
        <w:t>οὐκ εἰδὼς ἐξώρμησεν. οἱ δὲ προσ‐ δραμόντες καὶ τὸ ποτήριον εὑρόντες ἐφόνευσαν αὐτόν. RVlt ὁ δὲ μεταξὺ φονευόμενος lt τὸν περὶ τοῦ κανθάρου μῦθον αὐτοῖς διηγήσατο. ⸢μέμνηται τούτου τοῦ</w:t>
      </w:r>
    </w:p>
    <w:p>
      <w:r>
        <w:rPr>
          <w:rFonts w:ascii="Courier New" w:hAnsi="Courier New"/>
          <w:color w:val="555555"/>
          <w:sz w:val="20"/>
        </w:rPr>
        <w:t>[20]</w:t>
      </w:r>
    </w:p>
    <w:p>
      <w:r>
        <w:rPr>
          <w:rFonts w:ascii="Gentium Plus" w:hAnsi="Gentium Plus"/>
          <w:sz w:val="24"/>
        </w:rPr>
        <w:t>μύθου καὶ ἐν Εἰρήνῃ LhTaur*. [οὗ γε καὶ ἐν Εἰρήνῃ μέμνηται Ald] ltAld διὰ τούτων ὁ ποιητής· ἐν τοῖσιν Αἰσώπου λόγοις ἐξηυρέθη μόνος πετεινῶν εἰς θεοὺς ἀφιγμένος.</w:t>
      </w:r>
    </w:p>
    <w:p>
      <w:r>
        <w:rPr>
          <w:rFonts w:ascii="Courier New" w:hAnsi="Courier New"/>
          <w:color w:val="555555"/>
          <w:sz w:val="20"/>
        </w:rPr>
        <w:t>[sch vesp 1446,col 2 (3)]</w:t>
      </w:r>
    </w:p>
    <w:p>
      <w:r>
        <w:rPr>
          <w:rFonts w:ascii="Gentium Plus" w:hAnsi="Gentium Plus"/>
          <w:sz w:val="24"/>
        </w:rPr>
        <w:t>φερόμενος πλάττει μῦθον. Lh(Taur) Ald διηγεῖται γὰρ τὸν περὶ Αἰ‐</w:t>
      </w:r>
    </w:p>
    <w:p>
      <w:r>
        <w:rPr>
          <w:rFonts w:ascii="Courier New" w:hAnsi="Courier New"/>
          <w:color w:val="555555"/>
          <w:sz w:val="20"/>
        </w:rPr>
        <w:t>[5]</w:t>
      </w:r>
    </w:p>
    <w:p>
      <w:r>
        <w:rPr>
          <w:rFonts w:ascii="Gentium Plus" w:hAnsi="Gentium Plus"/>
          <w:sz w:val="24"/>
        </w:rPr>
        <w:t>σώπου λόγον· ὅν φασιν Ald ἐλθόντα ποτὲ εἰς τοὺς Δελφοὺς ltAld</w:t>
      </w:r>
    </w:p>
    <w:p>
      <w:r>
        <w:rPr>
          <w:rFonts w:ascii="Courier New" w:hAnsi="Courier New"/>
          <w:color w:val="555555"/>
          <w:sz w:val="20"/>
        </w:rPr>
        <w:t>[10]</w:t>
      </w:r>
    </w:p>
    <w:p>
      <w:r>
        <w:rPr>
          <w:rFonts w:ascii="Gentium Plus" w:hAnsi="Gentium Plus"/>
          <w:sz w:val="24"/>
        </w:rPr>
        <w:t>οἱ δὲ Δελφοὶ χαλεπήναντες φιάλην ἱερὰν τοῖς Αἰσώπου σκεύεσιν ὑπέ‐ βαλον. ὁ μὲν δὴ οὐκ εἰδὼς τὴν ἐς Φωκίδα φέρουσαν ὥρμησεν ὁδόν. οἱ δ’ ἐπιδραμόντες καὶ φωράσαντες</w:t>
      </w:r>
    </w:p>
    <w:p>
      <w:r>
        <w:rPr>
          <w:rFonts w:ascii="Courier New" w:hAnsi="Courier New"/>
          <w:color w:val="555555"/>
          <w:sz w:val="20"/>
        </w:rPr>
        <w:t>[15]</w:t>
      </w:r>
    </w:p>
    <w:p>
      <w:r>
        <w:rPr>
          <w:rFonts w:ascii="Gentium Plus" w:hAnsi="Gentium Plus"/>
          <w:sz w:val="24"/>
        </w:rPr>
        <w:t>ἱεροσυλίας αὐτοῦ κατηγόρουν. ὁ δ’ ἐπὶ τὴν πέτραν οὐ πάνυ πόρρω τοῦ ἱεροῦ καὶ τῆς πόλεως ἀγόμενος, ἀφ’ ἧς νόμιμον ἦν τοὺς ἱεροσύλους</w:t>
      </w:r>
    </w:p>
    <w:p>
      <w:r>
        <w:rPr>
          <w:rFonts w:ascii="Courier New" w:hAnsi="Courier New"/>
          <w:color w:val="555555"/>
          <w:sz w:val="20"/>
        </w:rPr>
        <w:t>[sch vesp 1448]</w:t>
      </w:r>
    </w:p>
    <w:p>
      <w:r>
        <w:rPr>
          <w:rFonts w:ascii="Gentium Plus" w:hAnsi="Gentium Plus"/>
          <w:sz w:val="24"/>
        </w:rPr>
        <w:t>ὡς ὁ κάνθαρός ποτε] ὡς κάνθαρος ἀνῆλθεν(έ) ⸢ποτε πρὸς Δία Lh, ⸢ὡς καὶ R ἐν Εἰρήνῃ. RLh</w:t>
      </w:r>
    </w:p>
    <w:p>
      <w:r>
        <w:rPr>
          <w:rFonts w:ascii="Courier New" w:hAnsi="Courier New"/>
          <w:color w:val="555555"/>
          <w:sz w:val="20"/>
        </w:rPr>
        <w:t>[sch vesp 1450a]</w:t>
      </w:r>
    </w:p>
    <w:p>
      <w:r>
        <w:rPr>
          <w:rFonts w:ascii="Gentium Plus" w:hAnsi="Gentium Plus"/>
          <w:sz w:val="24"/>
        </w:rPr>
        <w:t>ζηλῶ σε τῆς εὐτυχίας: τὰ τοιαῦτα εἴδη καλεῖται κατὰ σχέσιν. ἔστι γοῦν ἡ παροῦσα στροφὴ κώλων χοριαμβικῶν ἐπιμεμιγμένων ἐπιτρίτοις, διτροχαίοις, διιάμβοις, δισπονδείοις, ἰωνικοῖς καὶ παίωσι ιβʹ—καὶ ἡ ἀντιστρο‐ φὴ τοσούτων—, ὧν τὸ μὲν βʹ ⸢δίμετρον Lh καταληκτικὸν ἤτοι ἑφθημιμερές·</w:t>
      </w:r>
    </w:p>
    <w:p>
      <w:r>
        <w:rPr>
          <w:rFonts w:ascii="Courier New" w:hAnsi="Courier New"/>
          <w:color w:val="555555"/>
          <w:sz w:val="20"/>
        </w:rPr>
        <w:t>[5]</w:t>
      </w:r>
    </w:p>
    <w:p>
      <w:r>
        <w:rPr>
          <w:rFonts w:ascii="Gentium Plus" w:hAnsi="Gentium Plus"/>
          <w:sz w:val="24"/>
        </w:rPr>
        <w:t>τὰ δὲ λοιπὰ πάντα δίμετρα ἀκατάληκτα τὰ μὲν τετρασυλλάβους ἔχοντα πόδας, τὰ δὲ πεντασυλλάβους. διαλύονται γὰρ αἱ μακραὶ συλλαβαί, ὥσπερ ἐπὶ τῶν ἰάμβων καὶ τροχαίων, ὡς εἴρηται, εἰς δύο βραχείας, οὕτω καὶ ἐπὶ τῶν τε‐ τρασυλλάβων ποδῶν. εὕρηται γὰρ καὶ χορίαμβος πεντασύλλαβος ⸢καὶ ἑξασύλλα‐ βος, καὶ ἀντίσπαστος καὶ ἐπίτριτος πεντασύλλαβος Lh καὶ διίαμβος καὶ</w:t>
      </w:r>
    </w:p>
    <w:p>
      <w:r>
        <w:rPr>
          <w:rFonts w:ascii="Courier New" w:hAnsi="Courier New"/>
          <w:color w:val="555555"/>
          <w:sz w:val="20"/>
        </w:rPr>
        <w:t>[10]</w:t>
      </w:r>
    </w:p>
    <w:p>
      <w:r>
        <w:rPr>
          <w:rFonts w:ascii="Gentium Plus" w:hAnsi="Gentium Plus"/>
          <w:sz w:val="24"/>
        </w:rPr>
        <w:t>διτρόχαιος καὶ ἰωνικὸς καὶ παίων ⸢, ὥσπερ δὴ καὶ ἀνάπαιστος, τετρασύλλαβος Lh, ἐπὶ τῷ τέλει τῆς μὲν στροφῆς παράγραφος, τῆς δὲ ἀντιστροφῆς κορωνίς. LhAld</w:t>
      </w:r>
    </w:p>
    <w:p>
      <w:r>
        <w:rPr>
          <w:rFonts w:ascii="Courier New" w:hAnsi="Courier New"/>
          <w:color w:val="555555"/>
          <w:sz w:val="20"/>
        </w:rPr>
        <w:t>[sch vesp 1450b]</w:t>
      </w:r>
    </w:p>
    <w:p>
      <w:r>
        <w:rPr>
          <w:rFonts w:ascii="Gentium Plus" w:hAnsi="Gentium Plus"/>
          <w:sz w:val="24"/>
        </w:rPr>
        <w:t>στροφὴ κώλων ιβʹ. LhAld</w:t>
      </w:r>
    </w:p>
    <w:p>
      <w:r>
        <w:rPr>
          <w:rFonts w:ascii="Courier New" w:hAnsi="Courier New"/>
          <w:color w:val="555555"/>
          <w:sz w:val="20"/>
        </w:rPr>
        <w:t>[sch vesp 1452]</w:t>
      </w:r>
    </w:p>
    <w:p>
      <w:r>
        <w:rPr>
          <w:rFonts w:ascii="Gentium Plus" w:hAnsi="Gentium Plus"/>
          <w:sz w:val="24"/>
        </w:rPr>
        <w:t>λείπει ἡ ἀπό. Vc “ἀπὸ ξηρῶν τρόπων”. V</w:t>
      </w:r>
    </w:p>
    <w:p>
      <w:r>
        <w:rPr>
          <w:rFonts w:ascii="Courier New" w:hAnsi="Courier New"/>
          <w:color w:val="555555"/>
          <w:sz w:val="20"/>
        </w:rPr>
        <w:t>[sch vesp 1454/5]</w:t>
      </w:r>
    </w:p>
    <w:p>
      <w:r>
        <w:rPr>
          <w:rFonts w:ascii="Gentium Plus" w:hAnsi="Gentium Plus"/>
          <w:sz w:val="24"/>
        </w:rPr>
        <w:t>μεταπείσεται 〈ἐπὶ〉 τὸ τρυφᾶν καὶ μαλακόν: καὶ ἐπὶ 〈τὸ〉 μαλακόν. V</w:t>
      </w:r>
    </w:p>
    <w:p>
      <w:r>
        <w:rPr>
          <w:rFonts w:ascii="Courier New" w:hAnsi="Courier New"/>
          <w:color w:val="555555"/>
          <w:sz w:val="20"/>
        </w:rPr>
        <w:t>[sch vesp 1455]</w:t>
      </w:r>
    </w:p>
    <w:p>
      <w:r>
        <w:rPr>
          <w:rFonts w:ascii="Gentium Plus" w:hAnsi="Gentium Plus"/>
          <w:sz w:val="24"/>
        </w:rPr>
        <w:t>ἐπὶ τὸ τρυφερὸν: οἷον ἐπὶ τὸ τρυφᾶν μαλακῶς. LhAld</w:t>
      </w:r>
    </w:p>
    <w:p>
      <w:r>
        <w:rPr>
          <w:rFonts w:ascii="Courier New" w:hAnsi="Courier New"/>
          <w:color w:val="555555"/>
          <w:sz w:val="20"/>
        </w:rPr>
        <w:t>[sch vesp 1458]</w:t>
      </w:r>
    </w:p>
    <w:p>
      <w:r>
        <w:rPr>
          <w:rFonts w:ascii="Gentium Plus" w:hAnsi="Gentium Plus"/>
          <w:sz w:val="24"/>
        </w:rPr>
        <w:t>φύσεος] διὰ τὸ μέτρον. Lh</w:t>
      </w:r>
    </w:p>
    <w:p>
      <w:r>
        <w:rPr>
          <w:rFonts w:ascii="Courier New" w:hAnsi="Courier New"/>
          <w:color w:val="555555"/>
          <w:sz w:val="20"/>
        </w:rPr>
        <w:t>[sch vesp 1460]</w:t>
      </w:r>
    </w:p>
    <w:p>
      <w:r>
        <w:rPr>
          <w:rFonts w:ascii="Gentium Plus" w:hAnsi="Gentium Plus"/>
          <w:sz w:val="24"/>
        </w:rPr>
        <w:t>γνώμαις ἑτέρων: οἷον ⸢παραπεισθέντες V [μεταπεισθέντες LhAld] ἐκ παραινέσεως ἑτέρων. VLhAld</w:t>
      </w:r>
    </w:p>
    <w:p>
      <w:r>
        <w:rPr>
          <w:rFonts w:ascii="Courier New" w:hAnsi="Courier New"/>
          <w:color w:val="555555"/>
          <w:sz w:val="20"/>
        </w:rPr>
        <w:t>[sch vesp 1461]</w:t>
      </w:r>
    </w:p>
    <w:p>
      <w:r>
        <w:rPr>
          <w:rFonts w:ascii="Gentium Plus" w:hAnsi="Gentium Plus"/>
          <w:sz w:val="24"/>
        </w:rPr>
        <w:t>—. Ald</w:t>
      </w:r>
    </w:p>
    <w:p>
      <w:r>
        <w:rPr>
          <w:rFonts w:ascii="Courier New" w:hAnsi="Courier New"/>
          <w:color w:val="555555"/>
          <w:sz w:val="20"/>
        </w:rPr>
        <w:t>[sch vesp 1462]</w:t>
      </w:r>
    </w:p>
    <w:p>
      <w:r>
        <w:rPr>
          <w:rFonts w:ascii="Gentium Plus" w:hAnsi="Gentium Plus"/>
          <w:sz w:val="24"/>
        </w:rPr>
        <w:t>ἀντιστροφὴ κώλων ιβʹ. lhAld</w:t>
      </w:r>
    </w:p>
    <w:p>
      <w:r>
        <w:rPr>
          <w:rFonts w:ascii="Courier New" w:hAnsi="Courier New"/>
          <w:color w:val="555555"/>
          <w:sz w:val="20"/>
        </w:rPr>
        <w:t>[sch vesp 1465]</w:t>
      </w:r>
    </w:p>
    <w:p>
      <w:r>
        <w:rPr>
          <w:rFonts w:ascii="Gentium Plus" w:hAnsi="Gentium Plus"/>
          <w:sz w:val="24"/>
        </w:rPr>
        <w:t>φιλοπατρίαν: ⸢διὰ LhAld τὸ ὑπὲρ τῆς πατρίδος ἠγωνίσθαι. VLhAld ἢ τοῦ πατρός. Ald</w:t>
      </w:r>
    </w:p>
    <w:p>
      <w:r>
        <w:rPr>
          <w:rFonts w:ascii="Courier New" w:hAnsi="Courier New"/>
          <w:color w:val="555555"/>
          <w:sz w:val="20"/>
        </w:rPr>
        <w:t>[sch vesp 1467]</w:t>
      </w:r>
    </w:p>
    <w:p>
      <w:r>
        <w:rPr>
          <w:rFonts w:ascii="Gentium Plus" w:hAnsi="Gentium Plus"/>
          <w:sz w:val="24"/>
        </w:rPr>
        <w:t>ἀγανῷ: ἱλαρῷ, καλῷ κἀγαθῷ· οἱ δὲ ἀθανάτῳ. ἔνθεν καὶ ἀγανα‐ φροσύνη· προσήνεια, πρᾳότης. (mut. ex Su. s.v. ἄγανον, I 19, 18—20, et s.v. ἀγαναφροσύνη, ib. 25) Ὅμηρος· σοῖς ἀγανοῖς ἐπέεσσιν.</w:t>
      </w:r>
    </w:p>
    <w:p>
      <w:r>
        <w:rPr>
          <w:rFonts w:ascii="Courier New" w:hAnsi="Courier New"/>
          <w:color w:val="555555"/>
          <w:sz w:val="20"/>
        </w:rPr>
        <w:t>[sch vesp 1473a]</w:t>
      </w:r>
    </w:p>
    <w:p>
      <w:r>
        <w:rPr>
          <w:rFonts w:ascii="Gentium Plus" w:hAnsi="Gentium Plus"/>
          <w:sz w:val="24"/>
        </w:rPr>
        <w:t>γρ. “κατακηλῆσαι”, ἵνα σημαίνῃ τὸ ἐξαπατῆσαι μεταπει‐ σθέντας ἐπὶ τὸ βέλτιον. V</w:t>
      </w:r>
    </w:p>
    <w:p>
      <w:r>
        <w:rPr>
          <w:rFonts w:ascii="Courier New" w:hAnsi="Courier New"/>
          <w:color w:val="555555"/>
          <w:sz w:val="20"/>
        </w:rPr>
        <w:t>[sch vesp 1473b]</w:t>
      </w:r>
    </w:p>
    <w:p>
      <w:r>
        <w:rPr>
          <w:rFonts w:ascii="Gentium Plus" w:hAnsi="Gentium Plus"/>
          <w:sz w:val="24"/>
        </w:rPr>
        <w:t>Ald</w:t>
      </w:r>
    </w:p>
    <w:p>
      <w:r>
        <w:rPr>
          <w:rFonts w:ascii="Courier New" w:hAnsi="Courier New"/>
          <w:color w:val="555555"/>
          <w:sz w:val="20"/>
        </w:rPr>
        <w:t>[sch vesp 1475]</w:t>
      </w:r>
    </w:p>
    <w:p>
      <w:r>
        <w:rPr>
          <w:rFonts w:ascii="Gentium Plus" w:hAnsi="Gentium Plus"/>
          <w:sz w:val="24"/>
        </w:rPr>
        <w:t>εἰσκεκύκληκεν: εἰσήνεγκεν, εἰσήγαγεν.</w:t>
      </w:r>
    </w:p>
    <w:p>
      <w:r>
        <w:rPr>
          <w:rFonts w:ascii="Courier New" w:hAnsi="Courier New"/>
          <w:color w:val="555555"/>
          <w:sz w:val="20"/>
        </w:rPr>
        <w:t>[sch vesp 1477]</w:t>
      </w:r>
    </w:p>
    <w:p>
      <w:r>
        <w:rPr>
          <w:rFonts w:ascii="Gentium Plus" w:hAnsi="Gentium Plus"/>
          <w:sz w:val="24"/>
        </w:rPr>
        <w:t>περιχαρὴς] ὑπάρχων. Lh</w:t>
      </w:r>
    </w:p>
    <w:p>
      <w:r>
        <w:rPr>
          <w:rFonts w:ascii="Courier New" w:hAnsi="Courier New"/>
          <w:color w:val="555555"/>
          <w:sz w:val="20"/>
        </w:rPr>
        <w:t>[sch vesp 1478]</w:t>
      </w:r>
    </w:p>
    <w:p>
      <w:r>
        <w:rPr>
          <w:rFonts w:ascii="Gentium Plus" w:hAnsi="Gentium Plus"/>
          <w:sz w:val="24"/>
        </w:rPr>
        <w:t>οὐδὲν παύσεται: ⸢τὸ “οὐδὲν παύσεται” Lh ἀντὶ τοῦ “οὐ ⸢παύεται V [παύσεται Lh]” VLh ⸢, ὡς V [ὅμοιον τῷ Ald] παρ’</w:t>
      </w:r>
    </w:p>
    <w:p>
      <w:r>
        <w:rPr>
          <w:rFonts w:ascii="Courier New" w:hAnsi="Courier New"/>
          <w:color w:val="555555"/>
          <w:sz w:val="20"/>
        </w:rPr>
        <w:t>[sch vesp 1478,col 2 (3)]</w:t>
      </w:r>
    </w:p>
    <w:p>
      <w:r>
        <w:rPr>
          <w:rFonts w:ascii="Gentium Plus" w:hAnsi="Gentium Plus"/>
          <w:sz w:val="24"/>
        </w:rPr>
        <w:t>. καὶ Ὅμηρος· Lh</w:t>
      </w:r>
    </w:p>
    <w:p>
      <w:r>
        <w:rPr>
          <w:rFonts w:ascii="Courier New" w:hAnsi="Courier New"/>
          <w:color w:val="555555"/>
          <w:sz w:val="20"/>
        </w:rPr>
        <w:t>[sch vesp 1478 (5)]</w:t>
      </w:r>
    </w:p>
    <w:p>
      <w:r>
        <w:rPr>
          <w:rFonts w:ascii="Gentium Plus" w:hAnsi="Gentium Plus"/>
          <w:sz w:val="24"/>
        </w:rPr>
        <w:t>ὅ τ’ ἄριστον Ἀχαιῶν οὐδὲν ἔτισεν (.) VLhAld ἀντὶ τοῦ “οὐκ ἔτισεν”. Ald</w:t>
      </w:r>
    </w:p>
    <w:p>
      <w:r>
        <w:rPr>
          <w:rFonts w:ascii="Courier New" w:hAnsi="Courier New"/>
          <w:color w:val="555555"/>
          <w:sz w:val="20"/>
        </w:rPr>
        <w:t>[sch vesp 1479a]</w:t>
      </w:r>
    </w:p>
    <w:p>
      <w:r>
        <w:rPr>
          <w:rFonts w:ascii="Gentium Plus" w:hAnsi="Gentium Plus"/>
          <w:sz w:val="24"/>
        </w:rPr>
        <w:t>Θέσπις: ὁ κιθαρῳδός· οὐ γὰρ δὴ ὁ τραγικός. Ald</w:t>
      </w:r>
    </w:p>
    <w:p>
      <w:r>
        <w:rPr>
          <w:rFonts w:ascii="Courier New" w:hAnsi="Courier New"/>
          <w:color w:val="555555"/>
          <w:sz w:val="20"/>
        </w:rPr>
        <w:t>[sch vesp 1479b]</w:t>
      </w:r>
    </w:p>
    <w:p>
      <w:r>
        <w:rPr>
          <w:rFonts w:ascii="Gentium Plus" w:hAnsi="Gentium Plus"/>
          <w:sz w:val="24"/>
        </w:rPr>
        <w:t>Θέσπις: ὄνομα κιθαρῳδοῦ.</w:t>
      </w:r>
    </w:p>
    <w:p>
      <w:r>
        <w:rPr>
          <w:rFonts w:ascii="Courier New" w:hAnsi="Courier New"/>
          <w:color w:val="555555"/>
          <w:sz w:val="20"/>
        </w:rPr>
        <w:t>[sch vesp 1480a]</w:t>
      </w:r>
    </w:p>
    <w:p>
      <w:r>
        <w:rPr>
          <w:rFonts w:ascii="Gentium Plus" w:hAnsi="Gentium Plus"/>
          <w:sz w:val="24"/>
        </w:rPr>
        <w:t>Κρόνους] ⸢“τὸν νοῦν” RV [κατὰ τὸν νοῦν· Lh] πρὸς τὸ “Κρό‐ νους ἀποδείξειν”· RV ⸢ἤτοι Lh ἀρχαίους τινὰς τὴν ἐπίνοιαν. RVLh</w:t>
      </w:r>
    </w:p>
    <w:p>
      <w:r>
        <w:rPr>
          <w:rFonts w:ascii="Courier New" w:hAnsi="Courier New"/>
          <w:color w:val="555555"/>
          <w:sz w:val="20"/>
        </w:rPr>
        <w:t>[sch vesp 1480b]</w:t>
      </w:r>
    </w:p>
    <w:p>
      <w:r>
        <w:rPr>
          <w:rFonts w:ascii="Gentium Plus" w:hAnsi="Gentium Plus"/>
          <w:sz w:val="24"/>
        </w:rPr>
        <w:t>Κρόνους: ἀρχαίους, μωρούς, λήρους, ἀναισθήτους. (mut. ex Su. s.v. κρονικώτερα, III 193, 4 (ἀρχ., μω.), s.v. Κρονίων ὄζων, ib. 11 (λήρ.), s.v. Κρόνου πυγή, ib. 14 (ἀν.))</w:t>
      </w:r>
    </w:p>
    <w:p>
      <w:r>
        <w:rPr>
          <w:rFonts w:ascii="Courier New" w:hAnsi="Courier New"/>
          <w:color w:val="555555"/>
          <w:sz w:val="20"/>
        </w:rPr>
        <w:t>[sch vesp 1481a]</w:t>
      </w:r>
    </w:p>
    <w:p>
      <w:r>
        <w:rPr>
          <w:rFonts w:ascii="Gentium Plus" w:hAnsi="Gentium Plus"/>
          <w:sz w:val="24"/>
        </w:rPr>
        <w:t>τὸν νοῦν] κατά. Lh</w:t>
      </w:r>
    </w:p>
    <w:p>
      <w:r>
        <w:rPr>
          <w:rFonts w:ascii="Courier New" w:hAnsi="Courier New"/>
          <w:color w:val="555555"/>
          <w:sz w:val="20"/>
        </w:rPr>
        <w:t>[sch vesp 1481b]</w:t>
      </w:r>
    </w:p>
    <w:p>
      <w:r>
        <w:rPr>
          <w:rFonts w:ascii="Gentium Plus" w:hAnsi="Gentium Plus"/>
          <w:sz w:val="24"/>
        </w:rPr>
        <w:t>διορχησάμενος: ⸢διορχήσασθαι Lh τὸ ὀρχούμενον ἐρεῖσαι. VLh</w:t>
      </w:r>
    </w:p>
    <w:p>
      <w:r>
        <w:rPr>
          <w:rFonts w:ascii="Courier New" w:hAnsi="Courier New"/>
          <w:color w:val="555555"/>
          <w:sz w:val="20"/>
        </w:rPr>
        <w:t>[sch vesp 1482]</w:t>
      </w:r>
    </w:p>
    <w:p>
      <w:r>
        <w:rPr>
          <w:rFonts w:ascii="Gentium Plus" w:hAnsi="Gentium Plus"/>
          <w:sz w:val="24"/>
        </w:rPr>
        <w:t>τίς ἐπαυλείοισιν: ὀρχούμενος ὁ γέρων. RVLhAld</w:t>
      </w:r>
    </w:p>
    <w:p>
      <w:r>
        <w:rPr>
          <w:rFonts w:ascii="Courier New" w:hAnsi="Courier New"/>
          <w:color w:val="555555"/>
          <w:sz w:val="20"/>
        </w:rPr>
        <w:t>[sch vesp 1484]</w:t>
      </w:r>
    </w:p>
    <w:p>
      <w:r>
        <w:rPr>
          <w:rFonts w:ascii="Gentium Plus" w:hAnsi="Gentium Plus"/>
          <w:sz w:val="24"/>
        </w:rPr>
        <w:t>παρατραγικεύεται. VLhAld</w:t>
      </w:r>
    </w:p>
    <w:p>
      <w:r>
        <w:rPr>
          <w:rFonts w:ascii="Courier New" w:hAnsi="Courier New"/>
          <w:color w:val="555555"/>
          <w:sz w:val="20"/>
        </w:rPr>
        <w:t>[sch vesp 1485]</w:t>
      </w:r>
    </w:p>
    <w:p>
      <w:r>
        <w:rPr>
          <w:rFonts w:ascii="Gentium Plus" w:hAnsi="Gentium Plus"/>
          <w:sz w:val="24"/>
        </w:rPr>
        <w:t>σχήματος] τοῦ τραγῳδικοῦ. RLhAld</w:t>
      </w:r>
    </w:p>
    <w:p>
      <w:r>
        <w:rPr>
          <w:rFonts w:ascii="Courier New" w:hAnsi="Courier New"/>
          <w:color w:val="555555"/>
          <w:sz w:val="20"/>
        </w:rPr>
        <w:t>[sch vesp 1487a]</w:t>
      </w:r>
    </w:p>
    <w:p>
      <w:r>
        <w:rPr>
          <w:rFonts w:ascii="Gentium Plus" w:hAnsi="Gentium Plus"/>
          <w:sz w:val="24"/>
        </w:rPr>
        <w:t>τινὲς ἀπὸ τοῦ “πλευρὰν λυγί〈σαντος” καὶ〉 κάμψαντος Φιλο‐ κλέωνα λέγειν ἕως τοῦ “σφόνδυλος ἀχεῖ”. V</w:t>
      </w:r>
    </w:p>
    <w:p>
      <w:r>
        <w:rPr>
          <w:rFonts w:ascii="Courier New" w:hAnsi="Courier New"/>
          <w:color w:val="555555"/>
          <w:sz w:val="20"/>
        </w:rPr>
        <w:t>[sch vesp 1487b]</w:t>
      </w:r>
    </w:p>
    <w:p>
      <w:r>
        <w:rPr>
          <w:rFonts w:ascii="Gentium Plus" w:hAnsi="Gentium Plus"/>
          <w:sz w:val="24"/>
        </w:rPr>
        <w:t>λυγίσαντος: συστρέψαντος, περιαγαγόντος (.) VLhAld ⸢καὶ V ὑπὸ ῥώμης. VLh</w:t>
      </w:r>
    </w:p>
    <w:p>
      <w:r>
        <w:rPr>
          <w:rFonts w:ascii="Courier New" w:hAnsi="Courier New"/>
          <w:color w:val="555555"/>
          <w:sz w:val="20"/>
        </w:rPr>
        <w:t>[sch vesp 1487c]</w:t>
      </w:r>
    </w:p>
    <w:p>
      <w:r>
        <w:rPr>
          <w:rFonts w:ascii="Gentium Plus" w:hAnsi="Gentium Plus"/>
          <w:sz w:val="24"/>
        </w:rPr>
        <w:t>ἡ μεταφορὰ ἀπὸ τῶν παλαιόντων. Θεόκριτος· τὶ θὴν τὸν Ἔρωτα κατεύχεο Δάφνι λιγυξεῖν· ἆρ’ οὐκ αὐτὸς Ἔρωτος ὑπ’ ἀργαλέω ἐλυγίχθης;</w:t>
      </w:r>
    </w:p>
    <w:p>
      <w:r>
        <w:rPr>
          <w:rFonts w:ascii="Courier New" w:hAnsi="Courier New"/>
          <w:color w:val="555555"/>
          <w:sz w:val="20"/>
        </w:rPr>
        <w:t>[sch vesp 1489a]</w:t>
      </w:r>
    </w:p>
    <w:p>
      <w:r>
        <w:rPr>
          <w:rFonts w:ascii="Gentium Plus" w:hAnsi="Gentium Plus"/>
          <w:sz w:val="24"/>
        </w:rPr>
        <w:t>σφόνδυλος: ἴσως αἰσχρόν τι πεποίηκεν. VLhAld</w:t>
      </w:r>
    </w:p>
    <w:p>
      <w:r>
        <w:rPr>
          <w:rFonts w:ascii="Courier New" w:hAnsi="Courier New"/>
          <w:color w:val="555555"/>
          <w:sz w:val="20"/>
        </w:rPr>
        <w:t>[sch vesp 1489b]</w:t>
      </w:r>
    </w:p>
    <w:p>
      <w:r>
        <w:rPr>
          <w:rFonts w:ascii="Gentium Plus" w:hAnsi="Gentium Plus"/>
          <w:sz w:val="24"/>
        </w:rPr>
        <w:t>πῖθ’] χ. Lh</w:t>
      </w:r>
    </w:p>
    <w:p>
      <w:r>
        <w:rPr>
          <w:rFonts w:ascii="Courier New" w:hAnsi="Courier New"/>
          <w:color w:val="555555"/>
          <w:sz w:val="20"/>
        </w:rPr>
        <w:t>[sch vesp 1489c]</w:t>
      </w:r>
    </w:p>
    <w:p>
      <w:r>
        <w:rPr>
          <w:rFonts w:ascii="Gentium Plus" w:hAnsi="Gentium Plus"/>
          <w:sz w:val="24"/>
        </w:rPr>
        <w:t>πῖθ’ ἐλλέβορον: ⸢ἐπισημειοῦται τὴν λέξιν κἀνταῦθα LhAld ⸢τὸ VAld [τῷ Lh] χ, ὅτι ⸢τὸ μὲν LhAld “πῖθι” ἐπὶ φαρμάκου λέγουσιν· καί· λαγὸν ταράξας πῖθι τὸν θαλάσσιον. τὸ δὲ “πίε” ἐπὶ ⸢τοῦ VAld ποτοῦ. VLhAld</w:t>
      </w:r>
    </w:p>
    <w:p>
      <w:r>
        <w:rPr>
          <w:rFonts w:ascii="Courier New" w:hAnsi="Courier New"/>
          <w:color w:val="555555"/>
          <w:sz w:val="20"/>
        </w:rPr>
        <w:t>[sch vesp 1489d]</w:t>
      </w:r>
    </w:p>
    <w:p>
      <w:r>
        <w:rPr>
          <w:rFonts w:ascii="Gentium Plus" w:hAnsi="Gentium Plus"/>
          <w:sz w:val="24"/>
        </w:rPr>
        <w:t>ἐκ δὲ τοῦ ἐλλεβόρου καὶ ἐλλεβοριᾶν (10), τὸ ἐλλεβόρου δεῖσθαι, ὡς Καλλίας φησίν, καὶ (11) ἐλλεβορίζειν. (ex Su. s.v. ἑλλεβοριᾶν, II 241, 10 sq.)</w:t>
      </w:r>
    </w:p>
    <w:p>
      <w:r>
        <w:rPr>
          <w:rFonts w:ascii="Courier New" w:hAnsi="Courier New"/>
          <w:color w:val="555555"/>
          <w:sz w:val="20"/>
        </w:rPr>
        <w:t>[sch vesp 1490a]</w:t>
      </w:r>
    </w:p>
    <w:p>
      <w:r>
        <w:rPr>
          <w:rFonts w:ascii="Gentium Plus" w:hAnsi="Gentium Plus"/>
          <w:sz w:val="24"/>
        </w:rPr>
        <w:t>πτήσσει Φρύνιχος: ⸢τὸ “πτήσσει Φρύνιχος ὥς τις ἀλέκτωρ” Lh παροιμία ⸢ἐστὶν Lh ἐπὶ τῶν ⸢κακῶς R [κακόν VltAld] τι πασχόντων, ἀπὸ Φρυνίχου τοῦ τραγικοῦ. RVltAld ⸢ὑποκρινόμενον RV [ὑπο‐ κρινομένου lt] γὰρ ⸢αὐτὸν RV [αὐτοῦ LhTaur*] τὴν Μιλησίων ἅλωσιν οἱ</w:t>
      </w:r>
    </w:p>
    <w:p>
      <w:r>
        <w:rPr>
          <w:rFonts w:ascii="Courier New" w:hAnsi="Courier New"/>
          <w:color w:val="555555"/>
          <w:sz w:val="20"/>
        </w:rPr>
        <w:t>[5]</w:t>
      </w:r>
    </w:p>
    <w:p>
      <w:r>
        <w:rPr>
          <w:rFonts w:ascii="Gentium Plus" w:hAnsi="Gentium Plus"/>
          <w:sz w:val="24"/>
        </w:rPr>
        <w:t>Ἀθηναῖοι δακρύσαντες ἐξέβαλον δεδοικότα καὶ ὑποπτήσσοντα. RVlt</w:t>
      </w:r>
    </w:p>
    <w:p>
      <w:r>
        <w:rPr>
          <w:rFonts w:ascii="Courier New" w:hAnsi="Courier New"/>
          <w:color w:val="555555"/>
          <w:sz w:val="20"/>
        </w:rPr>
        <w:t>[sch vesp 1490b]</w:t>
      </w:r>
    </w:p>
    <w:p>
      <w:r>
        <w:rPr>
          <w:rFonts w:ascii="Gentium Plus" w:hAnsi="Gentium Plus"/>
          <w:sz w:val="24"/>
        </w:rPr>
        <w:t>ὃν Ἀθηναῖοι (3) ... (3) τραγῳδήσαντα. ὁ δὲ Φρύνιχος οὗτος Ἀθηναῖος ἦν, υἱὸς Μελανθᾶ. ἔστι (1) ... (2) αὐτοῦ τάδε ... (2) Πυρρίχας. (mut. ex Su. s.v. Φρύνιχος (quart.), IV 767, 1—4)</w:t>
      </w:r>
    </w:p>
    <w:p>
      <w:r>
        <w:rPr>
          <w:rFonts w:ascii="Courier New" w:hAnsi="Courier New"/>
          <w:color w:val="555555"/>
          <w:sz w:val="20"/>
        </w:rPr>
        <w:t>[sch vesp 1490c]</w:t>
      </w:r>
    </w:p>
    <w:p>
      <w:r>
        <w:rPr>
          <w:rFonts w:ascii="Gentium Plus" w:hAnsi="Gentium Plus"/>
          <w:sz w:val="24"/>
        </w:rPr>
        <w:t>πτήσσειν δὲ κυρίως τὸ (8) ... (8) φοβεῖσθαι. λέγεται δ’ ἐπὶ (10) τῶν ὀρνίθων. (mut. ex Su. s.v. πτήσσει, IV 253, 7 sq., et s.v. πτῆσις τῶν ὀρνίθων, Ib. 10)</w:t>
      </w:r>
    </w:p>
    <w:p>
      <w:r>
        <w:rPr>
          <w:rFonts w:ascii="Courier New" w:hAnsi="Courier New"/>
          <w:color w:val="555555"/>
          <w:sz w:val="20"/>
        </w:rPr>
        <w:t>[sch vesp 1490d]</w:t>
      </w:r>
    </w:p>
    <w:p>
      <w:r>
        <w:rPr>
          <w:rFonts w:ascii="Gentium Plus" w:hAnsi="Gentium Plus"/>
          <w:sz w:val="24"/>
        </w:rPr>
        <w:t>ὁ γέρων ταῦτα ὀρχούμενος. V</w:t>
      </w:r>
    </w:p>
    <w:p>
      <w:r>
        <w:rPr>
          <w:rFonts w:ascii="Courier New" w:hAnsi="Courier New"/>
          <w:color w:val="555555"/>
          <w:sz w:val="20"/>
        </w:rPr>
        <w:t>[sch vesp 1491a]</w:t>
      </w:r>
    </w:p>
    <w:p>
      <w:r>
        <w:rPr>
          <w:rFonts w:ascii="Gentium Plus" w:hAnsi="Gentium Plus"/>
          <w:sz w:val="24"/>
        </w:rPr>
        <w:t>ἀντὶ τοῦ βληθήσῃ, νικηθήσῃ. R</w:t>
      </w:r>
    </w:p>
    <w:p>
      <w:r>
        <w:rPr>
          <w:rFonts w:ascii="Courier New" w:hAnsi="Courier New"/>
          <w:color w:val="555555"/>
          <w:sz w:val="20"/>
        </w:rPr>
        <w:t>[sch vesp 1491b]</w:t>
      </w:r>
    </w:p>
    <w:p>
      <w:r>
        <w:rPr>
          <w:rFonts w:ascii="Gentium Plus" w:hAnsi="Gentium Plus"/>
          <w:sz w:val="24"/>
        </w:rPr>
        <w:t>τάχα βαλλήσεις: ⸢ῥίψεις LhAld λίθους δηλονότι ὀρχούμενος. VLhAld</w:t>
      </w:r>
    </w:p>
    <w:p>
      <w:r>
        <w:rPr>
          <w:rFonts w:ascii="Courier New" w:hAnsi="Courier New"/>
          <w:color w:val="555555"/>
          <w:sz w:val="20"/>
        </w:rPr>
        <w:t>[sch vesp 1492a]</w:t>
      </w:r>
    </w:p>
    <w:p>
      <w:r>
        <w:rPr>
          <w:rFonts w:ascii="Gentium Plus" w:hAnsi="Gentium Plus"/>
          <w:sz w:val="24"/>
        </w:rPr>
        <w:t>σκέλος: ὑψηλὴν φοράν. RV καὶ παρ’ Εὐπόλιδι “ἐκλακτίζειν”. V</w:t>
      </w:r>
    </w:p>
    <w:p>
      <w:r>
        <w:rPr>
          <w:rFonts w:ascii="Courier New" w:hAnsi="Courier New"/>
          <w:color w:val="555555"/>
          <w:sz w:val="20"/>
        </w:rPr>
        <w:t>[sch vesp 1492b]</w:t>
      </w:r>
    </w:p>
    <w:p>
      <w:r>
        <w:rPr>
          <w:rFonts w:ascii="Gentium Plus" w:hAnsi="Gentium Plus"/>
          <w:sz w:val="24"/>
        </w:rPr>
        <w:t>σκέλος οὐράνιον: ὡς αὐτοῦ ἐπάραντος τὸ σκέλος καὶ ⸢δείξαντος V [ἐπιδείξαντος LhAld] τὸν πρωκτόν. VLhAld</w:t>
      </w:r>
    </w:p>
    <w:p>
      <w:r>
        <w:rPr>
          <w:rFonts w:ascii="Courier New" w:hAnsi="Courier New"/>
          <w:color w:val="555555"/>
          <w:sz w:val="20"/>
        </w:rPr>
        <w:t>[sch vesp 1492c]</w:t>
      </w:r>
    </w:p>
    <w:p>
      <w:r>
        <w:rPr>
          <w:rFonts w:ascii="Gentium Plus" w:hAnsi="Gentium Plus"/>
          <w:sz w:val="24"/>
        </w:rPr>
        <w:t>ἐκλακτίζων] εἰς ὕψος. R</w:t>
      </w:r>
    </w:p>
    <w:p>
      <w:r>
        <w:rPr>
          <w:rFonts w:ascii="Courier New" w:hAnsi="Courier New"/>
          <w:color w:val="555555"/>
          <w:sz w:val="20"/>
        </w:rPr>
        <w:t>[sch vesp 1495]</w:t>
      </w:r>
    </w:p>
    <w:p>
      <w:r>
        <w:rPr>
          <w:rFonts w:ascii="Gentium Plus" w:hAnsi="Gentium Plus"/>
          <w:sz w:val="24"/>
        </w:rPr>
        <w:t>κοτυληδών: ⸢ἤγουν Lh εὐκίνητος ἡ κοτύλη μου στρέφεται. VΓ3LhAld</w:t>
      </w:r>
    </w:p>
    <w:p>
      <w:r>
        <w:rPr>
          <w:rFonts w:ascii="Courier New" w:hAnsi="Courier New"/>
          <w:color w:val="555555"/>
          <w:sz w:val="20"/>
        </w:rPr>
        <w:t>[sch vesp 1496]</w:t>
      </w:r>
    </w:p>
    <w:p>
      <w:r>
        <w:rPr>
          <w:rFonts w:ascii="Gentium Plus" w:hAnsi="Gentium Plus"/>
          <w:sz w:val="24"/>
        </w:rPr>
        <w:t>ἀλλὰ μανικὰ πράγ‐ ματα: εἰπόντος αὐτοῦ, ὅτι “νῦν δὴ ἐκλέλυμαι χαλαρᾶς γενομένης τῆς κοτύλης”, ἐπάγει ὁ παῖς, ὅτι οὐκ</w:t>
      </w:r>
    </w:p>
    <w:p>
      <w:r>
        <w:rPr>
          <w:rFonts w:ascii="Courier New" w:hAnsi="Courier New"/>
          <w:color w:val="555555"/>
          <w:sz w:val="20"/>
        </w:rPr>
        <w:t>[5]</w:t>
      </w:r>
    </w:p>
    <w:p>
      <w:r>
        <w:rPr>
          <w:rFonts w:ascii="Gentium Plus" w:hAnsi="Gentium Plus"/>
          <w:sz w:val="24"/>
        </w:rPr>
        <w:t>ἐκλύσεως, RVΓ3Ald</w:t>
      </w:r>
    </w:p>
    <w:p>
      <w:r>
        <w:rPr>
          <w:rFonts w:ascii="Courier New" w:hAnsi="Courier New"/>
          <w:color w:val="555555"/>
          <w:sz w:val="20"/>
        </w:rPr>
        <w:t>[sch vesp 1496,col 2]</w:t>
      </w:r>
    </w:p>
    <w:p>
      <w:r>
        <w:rPr>
          <w:rFonts w:ascii="Gentium Plus" w:hAnsi="Gentium Plus"/>
          <w:sz w:val="24"/>
        </w:rPr>
        <w:t>οὐ καλῶς λέγεις, ὅτι ἐκλέλυσαι, Lh</w:t>
      </w:r>
    </w:p>
    <w:p>
      <w:r>
        <w:rPr>
          <w:rFonts w:ascii="Courier New" w:hAnsi="Courier New"/>
          <w:color w:val="555555"/>
          <w:sz w:val="20"/>
        </w:rPr>
        <w:t>[sch vesp 1496 (6)]</w:t>
      </w:r>
    </w:p>
    <w:p>
      <w:r>
        <w:rPr>
          <w:rFonts w:ascii="Gentium Plus" w:hAnsi="Gentium Plus"/>
          <w:sz w:val="24"/>
        </w:rPr>
        <w:t>ἀλλὰ μανίας ἐστὶ πράγματα. RVΓ3LhAld</w:t>
      </w:r>
    </w:p>
    <w:p>
      <w:r>
        <w:rPr>
          <w:rFonts w:ascii="Courier New" w:hAnsi="Courier New"/>
          <w:color w:val="555555"/>
          <w:sz w:val="20"/>
        </w:rPr>
        <w:t>[sch vesp 1497]</w:t>
      </w:r>
    </w:p>
    <w:p>
      <w:r>
        <w:rPr>
          <w:rFonts w:ascii="Gentium Plus" w:hAnsi="Gentium Plus"/>
          <w:sz w:val="24"/>
        </w:rPr>
        <w:t>νυν] δή. Lh</w:t>
      </w:r>
    </w:p>
    <w:p>
      <w:r>
        <w:rPr>
          <w:rFonts w:ascii="Courier New" w:hAnsi="Courier New"/>
          <w:color w:val="555555"/>
          <w:sz w:val="20"/>
        </w:rPr>
        <w:t>[sch vesp 1499]</w:t>
      </w:r>
    </w:p>
    <w:p>
      <w:r>
        <w:rPr>
          <w:rFonts w:ascii="Gentium Plus" w:hAnsi="Gentium Plus"/>
          <w:sz w:val="24"/>
        </w:rPr>
        <w:t>διορχησόμενος] ⸢ἀντὶ τοῦ VΓ εἰς ὄρχησιν ἀγωνισόμενος. VΓLh</w:t>
      </w:r>
    </w:p>
    <w:p>
      <w:r>
        <w:rPr>
          <w:rFonts w:ascii="Courier New" w:hAnsi="Courier New"/>
          <w:color w:val="555555"/>
          <w:sz w:val="20"/>
        </w:rPr>
        <w:t>[sch vesp 1502a]</w:t>
      </w:r>
    </w:p>
    <w:p>
      <w:r>
        <w:rPr>
          <w:rFonts w:ascii="Gentium Plus" w:hAnsi="Gentium Plus"/>
          <w:sz w:val="24"/>
        </w:rPr>
        <w:t>γρ. ὁ μέσσατος. VΓ</w:t>
      </w:r>
    </w:p>
    <w:p>
      <w:r>
        <w:rPr>
          <w:rFonts w:ascii="Courier New" w:hAnsi="Courier New"/>
          <w:color w:val="555555"/>
          <w:sz w:val="20"/>
        </w:rPr>
        <w:t>[sch vesp 1502b]</w:t>
      </w:r>
    </w:p>
    <w:p>
      <w:r>
        <w:rPr>
          <w:rFonts w:ascii="Gentium Plus" w:hAnsi="Gentium Plus"/>
          <w:sz w:val="24"/>
        </w:rPr>
        <w:t>ὁ μέσατος: οὐ τὸν τραγικὸν λέγει ⸢μέσσατον VΓ [μέσατον LhAld]. VΓLhAld</w:t>
      </w:r>
    </w:p>
    <w:p>
      <w:r>
        <w:rPr>
          <w:rFonts w:ascii="Courier New" w:hAnsi="Courier New"/>
          <w:color w:val="555555"/>
          <w:sz w:val="20"/>
        </w:rPr>
        <w:t>[sch vesp 1502c]</w:t>
      </w:r>
    </w:p>
    <w:p>
      <w:r>
        <w:rPr>
          <w:rFonts w:ascii="Gentium Plus" w:hAnsi="Gentium Plus"/>
          <w:sz w:val="24"/>
        </w:rPr>
        <w:t>⸢ἀντὶ τοῦ VΓAld [ὁ Lh] μέσος· VΓLhAld καὶ Μένανδρος Καρχηδονίῳ. ἀκρι‐ βῶς δὲ ἔοικε λέγειν. τέσσαρες ⸢μέν V [μὲν δή ΓAld] εἰσιν· ἀλλ’ οἱ τρεῖς</w:t>
      </w:r>
    </w:p>
    <w:p>
      <w:r>
        <w:rPr>
          <w:rFonts w:ascii="Courier New" w:hAnsi="Courier New"/>
          <w:color w:val="555555"/>
          <w:sz w:val="20"/>
        </w:rPr>
        <w:t>[5]</w:t>
      </w:r>
    </w:p>
    <w:p>
      <w:r>
        <w:rPr>
          <w:rFonts w:ascii="Gentium Plus" w:hAnsi="Gentium Plus"/>
          <w:sz w:val="24"/>
        </w:rPr>
        <w:t>χορευταί, Ξενοκλῆς δὲ ποιητής. καταλέγει αὐτοὺς σαφῶς Φερε‐</w:t>
      </w:r>
    </w:p>
    <w:p>
      <w:r>
        <w:rPr>
          <w:rFonts w:ascii="Courier New" w:hAnsi="Courier New"/>
          <w:color w:val="555555"/>
          <w:sz w:val="20"/>
        </w:rPr>
        <w:t>[sch vesp 1502c,col 2 (2)]</w:t>
      </w:r>
    </w:p>
    <w:p>
      <w:r>
        <w:rPr>
          <w:rFonts w:ascii="Gentium Plus" w:hAnsi="Gentium Plus"/>
          <w:sz w:val="24"/>
        </w:rPr>
        <w:t>Μένανδρος ἐν Καρχηδονίῳ ἔοικε λέγειν περὶ τούτων, ὅτι τέσσαρες μέν εἰσιν· ἀλλ’ οἱ τρεῖς χορευταί.</w:t>
      </w:r>
    </w:p>
    <w:p>
      <w:r>
        <w:rPr>
          <w:rFonts w:ascii="Courier New" w:hAnsi="Courier New"/>
          <w:color w:val="555555"/>
          <w:sz w:val="20"/>
        </w:rPr>
        <w:t>[5]</w:t>
      </w:r>
    </w:p>
    <w:p>
      <w:r>
        <w:rPr>
          <w:rFonts w:ascii="Gentium Plus" w:hAnsi="Gentium Plus"/>
          <w:sz w:val="24"/>
        </w:rPr>
        <w:t>Φερεκράτης δὲ τῶν τριῶν ὁ μέσος,</w:t>
      </w:r>
    </w:p>
    <w:p>
      <w:r>
        <w:rPr>
          <w:rFonts w:ascii="Courier New" w:hAnsi="Courier New"/>
          <w:color w:val="555555"/>
          <w:sz w:val="20"/>
        </w:rPr>
        <w:t>[sch vesp 1503]</w:t>
      </w:r>
    </w:p>
    <w:p>
      <w:r>
        <w:rPr>
          <w:rFonts w:ascii="Gentium Plus" w:hAnsi="Gentium Plus"/>
          <w:sz w:val="24"/>
        </w:rPr>
        <w:t>ἐμμελείᾳ κονδύλου: ⸢ἐμμέλεια VΓAld ⸢τραγικὴ ὄρχησις VΓAld [τραγικῇ ὀρχήσει Lh]· ὡσεὶ ἔλεγεν “ἐμμελείᾳ ᾠδῆς”. VΓLhAld εἶπε δὲ “κονδύλου”. δίδωμι αὐτῷ, φησίν, κόνδυλον, καὶ ἀπολῶ αὐτόν. μικρὸς γάρ</w:t>
      </w:r>
    </w:p>
    <w:p>
      <w:r>
        <w:rPr>
          <w:rFonts w:ascii="Courier New" w:hAnsi="Courier New"/>
          <w:color w:val="555555"/>
          <w:sz w:val="20"/>
        </w:rPr>
        <w:t>[sch vesp 1504]</w:t>
      </w:r>
    </w:p>
    <w:p>
      <w:r>
        <w:rPr>
          <w:rFonts w:ascii="Gentium Plus" w:hAnsi="Gentium Plus"/>
          <w:sz w:val="24"/>
        </w:rPr>
        <w:t>ἐν τῷ ῥυθμῷ γὰρ: ἀντὶ τοῦ “οὐδὲν οἶδε τοῦ ῥυθμοῦ”. VΓLhAld</w:t>
      </w:r>
    </w:p>
    <w:p>
      <w:r>
        <w:rPr>
          <w:rFonts w:ascii="Courier New" w:hAnsi="Courier New"/>
          <w:color w:val="555555"/>
          <w:sz w:val="20"/>
        </w:rPr>
        <w:t>[sch vesp 1505]</w:t>
      </w:r>
    </w:p>
    <w:p>
      <w:r>
        <w:rPr>
          <w:rFonts w:ascii="Gentium Plus" w:hAnsi="Gentium Plus"/>
          <w:sz w:val="24"/>
        </w:rPr>
        <w:t>Καρκινίτης] υἱὸς Καρκίνου. VΓ3LhAld</w:t>
      </w:r>
    </w:p>
    <w:p>
      <w:r>
        <w:rPr>
          <w:rFonts w:ascii="Courier New" w:hAnsi="Courier New"/>
          <w:color w:val="555555"/>
          <w:sz w:val="20"/>
        </w:rPr>
        <w:t>[sch vesp 1506]</w:t>
      </w:r>
    </w:p>
    <w:p>
      <w:r>
        <w:rPr>
          <w:rFonts w:ascii="Gentium Plus" w:hAnsi="Gentium Plus"/>
          <w:sz w:val="24"/>
        </w:rPr>
        <w:t>ὀψώνηκ’ ἄρα] ὡς ὀψοφάγος διαβάλλεται. VΓ3LhAld*</w:t>
      </w:r>
    </w:p>
    <w:p>
      <w:r>
        <w:rPr>
          <w:rFonts w:ascii="Courier New" w:hAnsi="Courier New"/>
          <w:color w:val="555555"/>
          <w:sz w:val="20"/>
        </w:rPr>
        <w:t>[sch vesp 1507]</w:t>
      </w:r>
    </w:p>
    <w:p>
      <w:r>
        <w:rPr>
          <w:rFonts w:ascii="Gentium Plus" w:hAnsi="Gentium Plus"/>
          <w:sz w:val="24"/>
        </w:rPr>
        <w:t>πλήν γε Καρκίνους: παρὰ τοὺς καρκίνους τοὺς ⸢λεγομένους LhAld παγούρους. VΓ3LhAld</w:t>
      </w:r>
    </w:p>
    <w:p>
      <w:r>
        <w:rPr>
          <w:rFonts w:ascii="Courier New" w:hAnsi="Courier New"/>
          <w:color w:val="555555"/>
          <w:sz w:val="20"/>
        </w:rPr>
        <w:t>[sch vesp 1508]</w:t>
      </w:r>
    </w:p>
    <w:p>
      <w:r>
        <w:rPr>
          <w:rFonts w:ascii="Gentium Plus" w:hAnsi="Gentium Plus"/>
          <w:sz w:val="24"/>
        </w:rPr>
        <w:t>ἕτερος αὐτῶν Καρκίνου] ⸢καὶ VΓ3 ὁ τρίτος αὐτῶν (.) VΓ3Lh τοῦ Καρκίνου. Lh</w:t>
      </w:r>
    </w:p>
    <w:p>
      <w:r>
        <w:rPr>
          <w:rFonts w:ascii="Courier New" w:hAnsi="Courier New"/>
          <w:color w:val="555555"/>
          <w:sz w:val="20"/>
        </w:rPr>
        <w:t>[sch vesp 1509a]</w:t>
      </w:r>
    </w:p>
    <w:p>
      <w:r>
        <w:rPr>
          <w:rFonts w:ascii="Gentium Plus" w:hAnsi="Gentium Plus"/>
          <w:sz w:val="24"/>
        </w:rPr>
        <w:t>ὀξὶς: εἶδος(ός) ⸢ἐστι Γ3 χύτρας (.) RΓ3LhAld*</w:t>
      </w:r>
    </w:p>
    <w:p>
      <w:r>
        <w:rPr>
          <w:rFonts w:ascii="Courier New" w:hAnsi="Courier New"/>
          <w:color w:val="555555"/>
          <w:sz w:val="20"/>
        </w:rPr>
        <w:t>[sch vesp 1509a,col 2 (2)]</w:t>
      </w:r>
    </w:p>
    <w:p>
      <w:r>
        <w:rPr>
          <w:rFonts w:ascii="Gentium Plus" w:hAnsi="Gentium Plus"/>
          <w:sz w:val="24"/>
        </w:rPr>
        <w:t>· ἢ ἀγγεῖον ὀξηρόν. LhAld*</w:t>
      </w:r>
    </w:p>
    <w:p>
      <w:r>
        <w:rPr>
          <w:rFonts w:ascii="Courier New" w:hAnsi="Courier New"/>
          <w:color w:val="555555"/>
          <w:sz w:val="20"/>
        </w:rPr>
        <w:t>[sch vesp 1509b]</w:t>
      </w:r>
    </w:p>
    <w:p>
      <w:r>
        <w:rPr>
          <w:rFonts w:ascii="Gentium Plus" w:hAnsi="Gentium Plus"/>
          <w:sz w:val="24"/>
        </w:rPr>
        <w:t>ἀγγεῖον ὀξηρὸν ἢ φαλάγγιον. VΓ</w:t>
      </w:r>
    </w:p>
    <w:p>
      <w:r>
        <w:rPr>
          <w:rFonts w:ascii="Courier New" w:hAnsi="Courier New"/>
          <w:color w:val="555555"/>
          <w:sz w:val="20"/>
        </w:rPr>
        <w:t>[sch vesp 1509c]</w:t>
      </w:r>
    </w:p>
    <w:p>
      <w:r>
        <w:rPr>
          <w:rFonts w:ascii="Gentium Plus" w:hAnsi="Gentium Plus"/>
          <w:sz w:val="24"/>
        </w:rPr>
        <w:t>εἰς μικρὸν τὸν Ξενοκλέα· καὶ τὸ φαλάγγιον μικρὸν καὶ συνεστραμμένον. δῆλον δὲ ἐκ τῶν Φερεκράτους Ἀγρίων· “καὶ Καρκίνος μέν τις ἦν ὁ Θωρυκίου υἱός. ἦσαν δὲ αὐτῷ τρεῖς τινες μικροὶ κομῆται τότε καὶ νῦν εἰσὶν μικροὶ ⸢καὶ V κομῆται. φίλαρχοι</w:t>
      </w:r>
    </w:p>
    <w:p>
      <w:r>
        <w:rPr>
          <w:rFonts w:ascii="Courier New" w:hAnsi="Courier New"/>
          <w:color w:val="555555"/>
          <w:sz w:val="20"/>
        </w:rPr>
        <w:t>[5]</w:t>
      </w:r>
    </w:p>
    <w:p>
      <w:r>
        <w:rPr>
          <w:rFonts w:ascii="Gentium Plus" w:hAnsi="Gentium Plus"/>
          <w:sz w:val="24"/>
        </w:rPr>
        <w:t>τότε παῖδες ἦσαν ὄντες νῦν φιλαρχικώτεροι. μὰ τὸν Δία οὐ τρεῖς τε ἐκεῖνοί εἰσιν οἱ τέσσαρες.” VΓAld</w:t>
      </w:r>
    </w:p>
    <w:p>
      <w:r>
        <w:rPr>
          <w:rFonts w:ascii="Courier New" w:hAnsi="Courier New"/>
          <w:color w:val="555555"/>
          <w:sz w:val="20"/>
        </w:rPr>
        <w:t>[sch vesp 1510a]</w:t>
      </w:r>
    </w:p>
    <w:p>
      <w:r>
        <w:rPr>
          <w:rFonts w:ascii="Gentium Plus" w:hAnsi="Gentium Plus"/>
          <w:sz w:val="24"/>
        </w:rPr>
        <w:t>ὁ πινοτήρης: ⸢“ὁ πινοτήρης” ἕως τοῦ “τραγῳδοῦ”· δῆλον, ὅτι VΓ περὶ Ξενοκλέους ὁ λόγος. RVΓAld διαβάλλει αὐτὸν ὡς ἀδηφάγον. R πινοτήρης δὲ οὐκ ἄλλως, ἀλλ’ ἐπεὶ καρκίνιόν τί ἐστι σύννομον 〈πίνῃ〉 καὶ ἀεὶ ταύτῃ προσδεχόμενον. Σοφοκλῆς Ἀμφιαράῳ·</w:t>
      </w:r>
    </w:p>
    <w:p>
      <w:r>
        <w:rPr>
          <w:rFonts w:ascii="Courier New" w:hAnsi="Courier New"/>
          <w:color w:val="555555"/>
          <w:sz w:val="20"/>
        </w:rPr>
        <w:t>[5]</w:t>
      </w:r>
    </w:p>
    <w:p>
      <w:r>
        <w:rPr>
          <w:rFonts w:ascii="Gentium Plus" w:hAnsi="Gentium Plus"/>
          <w:sz w:val="24"/>
        </w:rPr>
        <w:t>ὁ πινοτήρης τοῦδε μάντεως χοροῦ. VΓAld</w:t>
      </w:r>
    </w:p>
    <w:p>
      <w:r>
        <w:rPr>
          <w:rFonts w:ascii="Courier New" w:hAnsi="Courier New"/>
          <w:color w:val="555555"/>
          <w:sz w:val="20"/>
        </w:rPr>
        <w:t>[sch vesp 1510b]</w:t>
      </w:r>
    </w:p>
    <w:p>
      <w:r>
        <w:rPr>
          <w:rFonts w:ascii="Gentium Plus" w:hAnsi="Gentium Plus"/>
          <w:sz w:val="24"/>
        </w:rPr>
        <w:t>πῖνα ὄστρεον(όν) (.) RVΓAld ἐστιν. τοῦτο ὑποδέχεται καρκίνος· καὶ ὅταν εἰσέλθῃ μικρὸν ἰχθύδιον, δάκνει τὴν πῖναν· ἡ δὲ συστέλλει τὸ ὄστρακον καὶ ἐναποκλείει τὸ ἰχθύδιον. VΓAld</w:t>
      </w:r>
    </w:p>
    <w:p>
      <w:r>
        <w:rPr>
          <w:rFonts w:ascii="Courier New" w:hAnsi="Courier New"/>
          <w:color w:val="555555"/>
          <w:sz w:val="20"/>
        </w:rPr>
        <w:t>[sch vesp 1510c]</w:t>
      </w:r>
    </w:p>
    <w:p>
      <w:r>
        <w:rPr>
          <w:rFonts w:ascii="Gentium Plus" w:hAnsi="Gentium Plus"/>
          <w:sz w:val="24"/>
        </w:rPr>
        <w:t>ὁ ἐπιτηρῶν †† τὸ ἐσθίειν. R</w:t>
      </w:r>
    </w:p>
    <w:p>
      <w:r>
        <w:rPr>
          <w:rFonts w:ascii="Courier New" w:hAnsi="Courier New"/>
          <w:color w:val="555555"/>
          <w:sz w:val="20"/>
        </w:rPr>
        <w:t>[sch vesp 1510d]</w:t>
      </w:r>
    </w:p>
    <w:p>
      <w:r>
        <w:rPr>
          <w:rFonts w:ascii="Gentium Plus" w:hAnsi="Gentium Plus"/>
          <w:sz w:val="24"/>
        </w:rPr>
        <w:t>⸢πινοτήρην Lh οἱ μὲν ζῷόν τι λέγουσι σύννομον τῷ καρκίνῳ ⸢τὸν πιννοτήρην Ald, οἱ δὲ αὐτὸν τὸν καρκίνον ὡς ἐπιτηροῦντα τὴν πίνναν. φασὶ γάρ, ὅτι ἡ μὲν πίννα πρὸς τὰς ἀκτῖνας πεσοῦσα τοῦ ἡλίου ἀνοίγνυσι τὸ ὄστρακον καὶ τὴν θέρμην εἰσδέχεται, ὁ δὲ ἐπιτηρῶν εἰσέρχεται καὶ δάκνει αὐτήν, ἡ δὲ</w:t>
      </w:r>
    </w:p>
    <w:p>
      <w:r>
        <w:rPr>
          <w:rFonts w:ascii="Courier New" w:hAnsi="Courier New"/>
          <w:color w:val="555555"/>
          <w:sz w:val="20"/>
        </w:rPr>
        <w:t>[5]</w:t>
      </w:r>
    </w:p>
    <w:p>
      <w:r>
        <w:rPr>
          <w:rFonts w:ascii="Gentium Plus" w:hAnsi="Gentium Plus"/>
          <w:sz w:val="24"/>
        </w:rPr>
        <w:t>συστέλλει τὸ ὄστρακον καὶ βιβρώσκεται ὑπ’ αὐτοῦ. LhAld</w:t>
      </w:r>
    </w:p>
    <w:p>
      <w:r>
        <w:rPr>
          <w:rFonts w:ascii="Courier New" w:hAnsi="Courier New"/>
          <w:color w:val="555555"/>
          <w:sz w:val="20"/>
        </w:rPr>
        <w:t>[sch vesp 1510e]</w:t>
      </w:r>
    </w:p>
    <w:p>
      <w:r>
        <w:rPr>
          <w:rFonts w:ascii="Gentium Plus" w:hAnsi="Gentium Plus"/>
          <w:sz w:val="24"/>
        </w:rPr>
        <w:t>πινοτήρης] ζῷον σύννομον τῷ καρκίνῳ. Lh</w:t>
      </w:r>
    </w:p>
    <w:p>
      <w:r>
        <w:rPr>
          <w:rFonts w:ascii="Courier New" w:hAnsi="Courier New"/>
          <w:color w:val="555555"/>
          <w:sz w:val="20"/>
        </w:rPr>
        <w:t>[sch vesp 1511]</w:t>
      </w:r>
    </w:p>
    <w:p>
      <w:r>
        <w:rPr>
          <w:rFonts w:ascii="Gentium Plus" w:hAnsi="Gentium Plus"/>
          <w:sz w:val="24"/>
        </w:rPr>
        <w:t>ποιεῖ] κοινή. Lh</w:t>
      </w:r>
    </w:p>
    <w:p>
      <w:r>
        <w:rPr>
          <w:rFonts w:ascii="Courier New" w:hAnsi="Courier New"/>
          <w:color w:val="555555"/>
          <w:sz w:val="20"/>
        </w:rPr>
        <w:t>[sch vesp 1513a]</w:t>
      </w:r>
    </w:p>
    <w:p>
      <w:r>
        <w:rPr>
          <w:rFonts w:ascii="Gentium Plus" w:hAnsi="Gentium Plus"/>
          <w:sz w:val="24"/>
        </w:rPr>
        <w:t>τῶν ὀρχίλων: ὀρχίλος εἶδος(ός) ⸢ἐστιν Lh ὀρνέου μικροῦ· ἐκ τούτου ⸢δ’ αὐτῶν R [οὖν Lh] ⸢ὑπεμφαίνει R τὸ βραχὺ καὶ κατωφερές(ὲς) (.) RVΓLhAld ⸢πρὸς λαγνείαν LhAld* ⸢διὰ τοῦ ὀνόματος κατηγορεῖ Lh· ἅμα δὲ καὶ πρὸς τὴν ὄρχησιν. VΓAld ἐμφαίνει δὲ αὐτοὺς καὶ μεγάλα αἰδοῖα ἔχοντας.</w:t>
      </w:r>
    </w:p>
    <w:p>
      <w:r>
        <w:rPr>
          <w:rFonts w:ascii="Courier New" w:hAnsi="Courier New"/>
          <w:color w:val="555555"/>
          <w:sz w:val="20"/>
        </w:rPr>
        <w:t>[5]</w:t>
      </w:r>
    </w:p>
    <w:p>
      <w:r>
        <w:rPr>
          <w:rFonts w:ascii="Gentium Plus" w:hAnsi="Gentium Plus"/>
          <w:sz w:val="24"/>
        </w:rPr>
        <w:t>VΓLhAld</w:t>
      </w:r>
    </w:p>
    <w:p>
      <w:r>
        <w:rPr>
          <w:rFonts w:ascii="Courier New" w:hAnsi="Courier New"/>
          <w:color w:val="555555"/>
          <w:sz w:val="20"/>
        </w:rPr>
        <w:t>[sch vesp 1513b]</w:t>
      </w:r>
    </w:p>
    <w:p>
      <w:r>
        <w:rPr>
          <w:rFonts w:ascii="Gentium Plus" w:hAnsi="Gentium Plus"/>
          <w:sz w:val="24"/>
        </w:rPr>
        <w:t>ὀρχίλων] εἶδος ὀρνέου μικροῦ. Lh</w:t>
      </w:r>
    </w:p>
    <w:p>
      <w:r>
        <w:rPr>
          <w:rFonts w:ascii="Courier New" w:hAnsi="Courier New"/>
          <w:color w:val="555555"/>
          <w:sz w:val="20"/>
        </w:rPr>
        <w:t>[sch vesp 1515a]</w:t>
      </w:r>
    </w:p>
    <w:p>
      <w:r>
        <w:rPr>
          <w:rFonts w:ascii="Gentium Plus" w:hAnsi="Gentium Plus"/>
          <w:sz w:val="24"/>
        </w:rPr>
        <w:t>ἅλμην κύκα: ὡς πρὸς ἰχθῦς ⸢τοὺς τοῦ Καρκίνου VΓ [λέγει Lh ὁ λόγος Ald] (.) VΓLhAld, ὅτι ἅλμη, ὅτι πάντως ζωμός. VΓAld ⸢καὶ VΓAld τοῦτο ⸢δὲ Lh πρὸς τὸ πολυφάγον αὐτῶν. ἵνα γὰρ τὰ κρέα μὴ ⸢σήπηται RVΓAld [σάπῃ Lh] ⸢μένοντα R, πάττεται τῇ ἅλμῃ. RVΓLhAld</w:t>
      </w:r>
    </w:p>
    <w:p>
      <w:r>
        <w:rPr>
          <w:rFonts w:ascii="Courier New" w:hAnsi="Courier New"/>
          <w:color w:val="555555"/>
          <w:sz w:val="20"/>
        </w:rPr>
        <w:t>[sch vesp 1515b]</w:t>
      </w:r>
    </w:p>
    <w:p>
      <w:r>
        <w:rPr>
          <w:rFonts w:ascii="Gentium Plus" w:hAnsi="Gentium Plus"/>
          <w:sz w:val="24"/>
        </w:rPr>
        <w:t>ὡς πρὸς ἰχθῦς ὁ λόγος, Lh ἐπειδὴ ἅλμην παρασκευάζουσιν ἐπὶ τῷ φαγεῖν ἰχθύδια ἢ καρκίνους. ⸢ὡς καρκίνοις οὖν αὐτῶν χρώμενός VΓAld φησιν(ὶν) ⸢οὖν Lh, ὅτι παρασκεύασον ἅλμην, ἵνα, ἐὰν αὐτοὺς νικήσω, ὀπτήσω αὐτοὺς καὶ φάγω. VΓLhAld</w:t>
      </w:r>
    </w:p>
    <w:p>
      <w:r>
        <w:rPr>
          <w:rFonts w:ascii="Courier New" w:hAnsi="Courier New"/>
          <w:color w:val="555555"/>
          <w:sz w:val="20"/>
        </w:rPr>
        <w:t>[sch vesp 1516a]</w:t>
      </w:r>
    </w:p>
    <w:p>
      <w:r>
        <w:rPr>
          <w:rFonts w:ascii="Gentium Plus" w:hAnsi="Gentium Plus"/>
          <w:sz w:val="24"/>
        </w:rPr>
        <w:t>φέρε ⸢νῦν Γ [νυν Lh] κτλ.] θέλει ⸢δὲ Γ3 ὁ χορὸς μετὰ ἀφορμῆς ἀναχωρῆσαι. Γ3Lh</w:t>
      </w:r>
    </w:p>
    <w:p>
      <w:r>
        <w:rPr>
          <w:rFonts w:ascii="Courier New" w:hAnsi="Courier New"/>
          <w:color w:val="555555"/>
          <w:sz w:val="20"/>
        </w:rPr>
        <w:t>[sch vesp 1516b]</w:t>
      </w:r>
    </w:p>
    <w:p>
      <w:r>
        <w:rPr>
          <w:rFonts w:ascii="Gentium Plus" w:hAnsi="Gentium Plus"/>
          <w:sz w:val="24"/>
        </w:rPr>
        <w:t>ξυγχωρήσωμεν] ⸢ἐπ’ ὀλίγον R συσταλῶμεν. RΓ3Lh</w:t>
      </w:r>
    </w:p>
    <w:p>
      <w:r>
        <w:rPr>
          <w:rFonts w:ascii="Courier New" w:hAnsi="Courier New"/>
          <w:color w:val="555555"/>
          <w:sz w:val="20"/>
        </w:rPr>
        <w:t>[sch vesp 1517a]</w:t>
      </w:r>
    </w:p>
    <w:p>
      <w:r>
        <w:rPr>
          <w:rFonts w:ascii="Gentium Plus" w:hAnsi="Gentium Plus"/>
          <w:sz w:val="24"/>
        </w:rPr>
        <w:t>βεμβικίζωσιν: διακινήσωσιν(.) Γ3LhAld ⸢περιάγωσιν R [, περιαγάγωσιν Γ3* Lh]. RΓ3Lh</w:t>
      </w:r>
    </w:p>
    <w:p>
      <w:r>
        <w:rPr>
          <w:rFonts w:ascii="Courier New" w:hAnsi="Courier New"/>
          <w:color w:val="555555"/>
          <w:sz w:val="20"/>
        </w:rPr>
        <w:t>[sch vesp 1517b]</w:t>
      </w:r>
    </w:p>
    <w:p>
      <w:r>
        <w:rPr>
          <w:rFonts w:ascii="Gentium Plus" w:hAnsi="Gentium Plus"/>
          <w:sz w:val="24"/>
        </w:rPr>
        <w:t>βέμβηξ δὲ ὁ ξύλινος στρόμβος. ἐν ἐπιγράμματι· οἱ δ’ ἂρ (27) ... (28) βέμβηκας ... (28) τριόδῳ. καὶ ἀλλαχοῦ Ἀριστοφάνης· βέμβικος (h.l.) ... (30) βέμβηξ ἐργαλεῖον, ὃν (sic) ... (31) μάστιγι ††κόμενος (pro δακό‐</w:t>
      </w:r>
    </w:p>
    <w:p>
      <w:r>
        <w:rPr>
          <w:rFonts w:ascii="Courier New" w:hAnsi="Courier New"/>
          <w:color w:val="555555"/>
          <w:sz w:val="20"/>
        </w:rPr>
        <w:t>[sch vesp 1518]</w:t>
      </w:r>
    </w:p>
    <w:p>
      <w:r>
        <w:rPr>
          <w:rFonts w:ascii="Gentium Plus" w:hAnsi="Gentium Plus"/>
          <w:sz w:val="24"/>
        </w:rPr>
        <w:t>στροφὴ κώλων ιʹ. LhAld</w:t>
      </w:r>
    </w:p>
    <w:p>
      <w:r>
        <w:rPr>
          <w:rFonts w:ascii="Courier New" w:hAnsi="Courier New"/>
          <w:color w:val="555555"/>
          <w:sz w:val="20"/>
        </w:rPr>
        <w:t>[sch vesp 1519]</w:t>
      </w:r>
    </w:p>
    <w:p>
      <w:r>
        <w:rPr>
          <w:rFonts w:ascii="Gentium Plus" w:hAnsi="Gentium Plus"/>
          <w:sz w:val="24"/>
        </w:rPr>
        <w:t>τοῦ θαλασσίου: ⸢τοῦ Καρκίνου. Γ3 τῇ ὁμωνυμίᾳ ἐχρήσατο τοῦ θαλασσίου καρκίνου. Γ3Lh</w:t>
      </w:r>
    </w:p>
    <w:p>
      <w:r>
        <w:rPr>
          <w:rFonts w:ascii="Courier New" w:hAnsi="Courier New"/>
          <w:color w:val="555555"/>
          <w:sz w:val="20"/>
        </w:rPr>
        <w:t>[sch vesp 1520]</w:t>
      </w:r>
    </w:p>
    <w:p>
      <w:r>
        <w:rPr>
          <w:rFonts w:ascii="Gentium Plus" w:hAnsi="Gentium Plus"/>
          <w:sz w:val="24"/>
        </w:rPr>
        <w:t>1520] ὡς καρκίνοις ⸢φησίν. Γ3Lh [ὁ χορὸς αὐτοῖς διαλέγεται Ald]. Γ3LhAld</w:t>
      </w:r>
    </w:p>
    <w:p>
      <w:r>
        <w:rPr>
          <w:rFonts w:ascii="Courier New" w:hAnsi="Courier New"/>
          <w:color w:val="555555"/>
          <w:sz w:val="20"/>
        </w:rPr>
        <w:t>[sch vesp 1523]</w:t>
      </w:r>
    </w:p>
    <w:p>
      <w:r>
        <w:rPr>
          <w:rFonts w:ascii="Gentium Plus" w:hAnsi="Gentium Plus"/>
          <w:sz w:val="24"/>
        </w:rPr>
        <w:t>στροβεῖτε] γρ. σοβεῖτε. VΓ3</w:t>
      </w:r>
    </w:p>
    <w:p>
      <w:r>
        <w:rPr>
          <w:rFonts w:ascii="Courier New" w:hAnsi="Courier New"/>
          <w:color w:val="555555"/>
          <w:sz w:val="20"/>
        </w:rPr>
        <w:t>[sch vesp 1524]</w:t>
      </w:r>
    </w:p>
    <w:p>
      <w:r>
        <w:rPr>
          <w:rFonts w:ascii="Gentium Plus" w:hAnsi="Gentium Plus"/>
          <w:sz w:val="24"/>
        </w:rPr>
        <w:t>καὶ τὸ φρυνιχεῖον: δῆλον, ὡς σημειῶδές τι ἦν τὸ φρυνιχεῖον, τὸ εἰς ὕψος ἐν τῇ ὀρχήσει ἐκλακτίζειν(.) VΓ3LhAld, καὶ οὐκ ἄλλως 〈ὁ〉 αὐτὸς Εὔπολις εἶπεν. VΓ3 (1527) τὸ δὲ ὤζειν τῶν παρηγμένων</w:t>
      </w:r>
    </w:p>
    <w:p>
      <w:r>
        <w:rPr>
          <w:rFonts w:ascii="Courier New" w:hAnsi="Courier New"/>
          <w:color w:val="555555"/>
          <w:sz w:val="20"/>
        </w:rPr>
        <w:t>[5]</w:t>
      </w:r>
    </w:p>
    <w:p>
      <w:r>
        <w:rPr>
          <w:rFonts w:ascii="Gentium Plus" w:hAnsi="Gentium Plus"/>
          <w:sz w:val="24"/>
        </w:rPr>
        <w:t>ἐστίν· “ὢ λέγειν”, ὡς τὸ οἰμώζειν</w:t>
      </w:r>
    </w:p>
    <w:p>
      <w:r>
        <w:rPr>
          <w:rFonts w:ascii="Courier New" w:hAnsi="Courier New"/>
          <w:color w:val="555555"/>
          <w:sz w:val="20"/>
        </w:rPr>
        <w:t>[sch vesp 1524,col 2 (4)]</w:t>
      </w:r>
    </w:p>
    <w:p>
      <w:r>
        <w:rPr>
          <w:rFonts w:ascii="Gentium Plus" w:hAnsi="Gentium Plus"/>
          <w:sz w:val="24"/>
        </w:rPr>
        <w:t>τὸ δὲ “ὤζωσιν” ἀντὶ τοῦ “θαυμα‐</w:t>
      </w:r>
    </w:p>
    <w:p>
      <w:r>
        <w:rPr>
          <w:rFonts w:ascii="Courier New" w:hAnsi="Courier New"/>
          <w:color w:val="555555"/>
          <w:sz w:val="20"/>
        </w:rPr>
        <w:t>[5]</w:t>
      </w:r>
    </w:p>
    <w:p>
      <w:r>
        <w:rPr>
          <w:rFonts w:ascii="Gentium Plus" w:hAnsi="Gentium Plus"/>
          <w:sz w:val="24"/>
        </w:rPr>
        <w:t>στικόν τι λέγωσιν”. σύνθετον δέ ἐστιν, ὡς τὸ οἰμώζειν καὶ κλώζειν· ⸢οὕτω καὶ ὤζειν Lh ἀπὸ τοῦ</w:t>
      </w:r>
    </w:p>
    <w:p>
      <w:r>
        <w:rPr>
          <w:rFonts w:ascii="Courier New" w:hAnsi="Courier New"/>
          <w:color w:val="555555"/>
          <w:sz w:val="20"/>
        </w:rPr>
        <w:t>[sch vesp 1527a]</w:t>
      </w:r>
    </w:p>
    <w:p>
      <w:r>
        <w:rPr>
          <w:rFonts w:ascii="Gentium Plus" w:hAnsi="Gentium Plus"/>
          <w:sz w:val="24"/>
        </w:rPr>
        <w:t>ὤζωσιν κτλ.] ὠνοματοποίησεν ἀντὶ τοῦ “ὢ λέγωσιν” θαυμάζοντες. Γ3</w:t>
      </w:r>
    </w:p>
    <w:p>
      <w:r>
        <w:rPr>
          <w:rFonts w:ascii="Courier New" w:hAnsi="Courier New"/>
          <w:color w:val="555555"/>
          <w:sz w:val="20"/>
        </w:rPr>
        <w:t>[sch vesp 1527b]</w:t>
      </w:r>
    </w:p>
    <w:p>
      <w:r>
        <w:rPr>
          <w:rFonts w:ascii="Gentium Plus" w:hAnsi="Gentium Plus"/>
          <w:sz w:val="24"/>
        </w:rPr>
        <w:t>ὤζωσιν κτλ.] ἐπίφθεγμα θαυμαστικὸν λέγωσιν οἱ θεαταί, ὡς</w:t>
      </w:r>
    </w:p>
    <w:p>
      <w:r>
        <w:rPr>
          <w:rFonts w:ascii="Courier New" w:hAnsi="Courier New"/>
          <w:color w:val="555555"/>
          <w:sz w:val="20"/>
        </w:rPr>
        <w:t>[sch vesp 1527b,col 2]</w:t>
      </w:r>
    </w:p>
    <w:p>
      <w:r>
        <w:rPr>
          <w:rFonts w:ascii="Gentium Plus" w:hAnsi="Gentium Plus"/>
          <w:sz w:val="24"/>
        </w:rPr>
        <w:t>ἀντὶ τοῦ θαυμαστικόν τι λέγωσιν.</w:t>
      </w:r>
    </w:p>
    <w:p>
      <w:r>
        <w:rPr>
          <w:rFonts w:ascii="Courier New" w:hAnsi="Courier New"/>
          <w:color w:val="555555"/>
          <w:sz w:val="20"/>
        </w:rPr>
        <w:t>[sch vesp 1528]</w:t>
      </w:r>
    </w:p>
    <w:p>
      <w:r>
        <w:rPr>
          <w:rFonts w:ascii="Gentium Plus" w:hAnsi="Gentium Plus"/>
          <w:sz w:val="24"/>
        </w:rPr>
        <w:t>στροφὴ ἑτέρα στίχων ζʹ. lhAld</w:t>
      </w:r>
    </w:p>
    <w:p>
      <w:r>
        <w:rPr>
          <w:rFonts w:ascii="Courier New" w:hAnsi="Courier New"/>
          <w:color w:val="555555"/>
          <w:sz w:val="20"/>
        </w:rPr>
        <w:t>[sch vesp 1529]</w:t>
      </w:r>
    </w:p>
    <w:p>
      <w:r>
        <w:rPr>
          <w:rFonts w:ascii="Gentium Plus" w:hAnsi="Gentium Plus"/>
          <w:sz w:val="24"/>
        </w:rPr>
        <w:t>γάστρισον σεαυτόν] πλῆξον σεαυτὸν εἰς τὴν γαστέρα, ὃ ποιοῦσι πηδῶντες. VΓLh</w:t>
      </w:r>
    </w:p>
    <w:p>
      <w:r>
        <w:rPr>
          <w:rFonts w:ascii="Courier New" w:hAnsi="Courier New"/>
          <w:color w:val="555555"/>
          <w:sz w:val="20"/>
        </w:rPr>
        <w:t>[sch vesp 1530]</w:t>
      </w:r>
    </w:p>
    <w:p>
      <w:r>
        <w:rPr>
          <w:rFonts w:ascii="Gentium Plus" w:hAnsi="Gentium Plus"/>
          <w:sz w:val="24"/>
        </w:rPr>
        <w:t>ῥῖπτε σκέλος οὐράνιον: Εὐφρόνιος οὕτω φησὶν ὀνομάζεσθαι σχῆμά τι ⸢τῆς RVΓ ⸢τραγικῆς RVΓ [τραγῳδικῆς LhAld] ὀρχήσεως (.) RVΓLhAld· βέμβικες. Lh</w:t>
      </w:r>
    </w:p>
    <w:p>
      <w:r>
        <w:rPr>
          <w:rFonts w:ascii="Courier New" w:hAnsi="Courier New"/>
          <w:color w:val="555555"/>
          <w:sz w:val="20"/>
        </w:rPr>
        <w:t>[sch vesp 1531a]</w:t>
      </w:r>
    </w:p>
    <w:p>
      <w:r>
        <w:rPr>
          <w:rFonts w:ascii="Gentium Plus" w:hAnsi="Gentium Plus"/>
          <w:sz w:val="24"/>
        </w:rPr>
        <w:t>βέμβικες] περιφοραί, περιαγωγαί(.) VΓ3LhAld, τουτέστι σ〈τρ〉οφαί. VΓ3</w:t>
      </w:r>
    </w:p>
    <w:p>
      <w:r>
        <w:rPr>
          <w:rFonts w:ascii="Courier New" w:hAnsi="Courier New"/>
          <w:color w:val="555555"/>
          <w:sz w:val="20"/>
        </w:rPr>
        <w:t>[sch vesp 1531b]</w:t>
      </w:r>
    </w:p>
    <w:p>
      <w:r>
        <w:rPr>
          <w:rFonts w:ascii="Gentium Plus" w:hAnsi="Gentium Plus"/>
          <w:sz w:val="24"/>
        </w:rPr>
        <w:t>β[έμβιξ·] π̣ε̣ρ̣ι̣στ̣ρ̣[ο]φή· Ἀρ[ιστοφάνης ἐν Σφηξίν· “ῥῖπτε σκέλος οὐράνιον· βέμβικες ἐγγενέσ]θ̣ων”. ἔνιο̣[ι] δὲ σχῆμ̣[ά τι τραγικῆς ὀρχήσεως]. Π</w:t>
      </w:r>
    </w:p>
    <w:p>
      <w:r>
        <w:rPr>
          <w:rFonts w:ascii="Courier New" w:hAnsi="Courier New"/>
          <w:color w:val="555555"/>
          <w:sz w:val="20"/>
        </w:rPr>
        <w:t>[sch vesp 1532]</w:t>
      </w:r>
    </w:p>
    <w:p>
      <w:r>
        <w:rPr>
          <w:rFonts w:ascii="Gentium Plus" w:hAnsi="Gentium Plus"/>
          <w:sz w:val="24"/>
        </w:rPr>
        <w:t>καὐτὸς γὰρ: ὁ Καρκίνος, φησίν, προσέρχεται· πρὸς τοῦτο γὰρ καὶ τὸ “ποντομέδων”. LhAld</w:t>
      </w:r>
    </w:p>
    <w:p>
      <w:r>
        <w:rPr>
          <w:rFonts w:ascii="Courier New" w:hAnsi="Courier New"/>
          <w:color w:val="555555"/>
          <w:sz w:val="20"/>
        </w:rPr>
        <w:t>[sch vesp 1534]</w:t>
      </w:r>
    </w:p>
    <w:p>
      <w:r>
        <w:rPr>
          <w:rFonts w:ascii="Gentium Plus" w:hAnsi="Gentium Plus"/>
          <w:sz w:val="24"/>
        </w:rPr>
        <w:t>τοῖσι τριόρχαις: ἔπαιξε(ν) (.) RVΓ3LhAld διὰ τὸ τρεῖς</w:t>
      </w:r>
    </w:p>
    <w:p>
      <w:r>
        <w:rPr>
          <w:rFonts w:ascii="Courier New" w:hAnsi="Courier New"/>
          <w:color w:val="555555"/>
          <w:sz w:val="20"/>
        </w:rPr>
        <w:t>[sch vesp 1535]</w:t>
      </w:r>
    </w:p>
    <w:p>
      <w:r>
        <w:rPr>
          <w:rFonts w:ascii="Gentium Plus" w:hAnsi="Gentium Plus"/>
          <w:sz w:val="24"/>
        </w:rPr>
        <w:t>ἀλλ’ ἐξάγετ’ εἴ τι φιλεῖτε: ⸢ἐξάγετε, φησίν, VΓAld ἑαυτοὺς ἔξω. VΓLhAld ⸢εὐχερῶς VΓ [δυσχερῶς Lh] ⸢δέ VΓ, ὡς ἐν ⸢τῷ Lh τέλει, τὴν ἔξοδον τῶν προσώπων βούλεται ποιῆσαι (.) VΓLh ὁ ποιητής. Lh</w:t>
      </w:r>
    </w:p>
    <w:p>
      <w:r>
        <w:rPr>
          <w:rFonts w:ascii="Courier New" w:hAnsi="Courier New"/>
          <w:color w:val="555555"/>
          <w:sz w:val="20"/>
        </w:rPr>
        <w:t>[sch vesp 1536a]</w:t>
      </w:r>
    </w:p>
    <w:p>
      <w:r>
        <w:rPr>
          <w:rFonts w:ascii="Gentium Plus" w:hAnsi="Gentium Plus"/>
          <w:sz w:val="24"/>
        </w:rPr>
        <w:t>τοῦτο γὰρ: εἰσέρχεται ὁ χορὸς ⸢γὰρ LhAld ὀρχούμενος, οὐδαμῶς δὲ ἐξέρχεται. VΓLhAld</w:t>
      </w:r>
    </w:p>
    <w:p>
      <w:r>
        <w:rPr>
          <w:rFonts w:ascii="Courier New" w:hAnsi="Courier New"/>
          <w:color w:val="555555"/>
          <w:sz w:val="20"/>
        </w:rPr>
        <w:t>[sch vesp 1536b]</w:t>
      </w:r>
    </w:p>
    <w:p>
      <w:r>
        <w:rPr>
          <w:rFonts w:ascii="Gentium Plus" w:hAnsi="Gentium Plus"/>
          <w:sz w:val="24"/>
        </w:rPr>
        <w:t>πάρος δέδρακεν] πρότερον. VΓ3</w:t>
      </w:r>
    </w:p>
    <w:p>
      <w:r>
        <w:rPr>
          <w:rFonts w:ascii="Courier New" w:hAnsi="Courier New"/>
          <w:color w:val="555555"/>
          <w:sz w:val="20"/>
        </w:rPr>
        <w:t>[sch vesp 1537]</w:t>
      </w:r>
    </w:p>
    <w:p>
      <w:r>
        <w:rPr>
          <w:rFonts w:ascii="Gentium Plus" w:hAnsi="Gentium Plus"/>
          <w:sz w:val="24"/>
        </w:rPr>
        <w:t>lhAld</w:t>
      </w:r>
    </w:p>
    <w:p>
      <w:r>
        <w:rPr>
          <w:rFonts w:ascii="Courier New" w:hAnsi="Courier New"/>
          <w:color w:val="555555"/>
          <w:sz w:val="20"/>
        </w:rPr>
        <w:t>[subscr vesp 1]</w:t>
      </w:r>
    </w:p>
    <w:p>
      <w:r>
        <w:rPr>
          <w:rFonts w:ascii="Gentium Plus" w:hAnsi="Gentium Plus"/>
          <w:sz w:val="24"/>
        </w:rPr>
        <w:t>τέλος ab eadem m. rec., quae scripsit annot. λείπουσιν κτλ. ad v. 1396 (v. Proleg. p. xx), Γ et m1Vc, Ἀριστοφάνους Σφῆκες LhB, Ἀριστοφάνους Σφηκῶν τέλος Ald, τέλος τοῦ δράματος τῶν Σφηκῶν c ⸢τοῦ Ἀριστοφάνου (sic) τοῦ ποιητοῦ C, τῷ συντελεστῇ τῶν καλῶν Θεῷ χάρις subiecto τέλος G; sine subscriptione</w:t>
      </w:r>
    </w:p>
    <w:p>
      <w:r>
        <w:rPr>
          <w:rFonts w:ascii="Courier New" w:hAnsi="Courier New"/>
          <w:color w:val="555555"/>
          <w:sz w:val="20"/>
        </w:rPr>
        <w:t>[5]</w:t>
      </w:r>
    </w:p>
    <w:p>
      <w:r>
        <w:rPr>
          <w:rFonts w:ascii="Gentium Plus" w:hAnsi="Gentium Plus"/>
          <w:sz w:val="24"/>
        </w:rPr>
        <w:t>RV</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