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Ἐκ τῶν Ὀρέστου Στασίμων Α'</w:t>
      </w:r>
      <w:r>
        <w:br/>
      </w:r>
      <w:r>
        <w:rPr>
          <w:i/>
          <w:color w:val="666666"/>
          <w:sz w:val="40"/>
        </w:rPr>
        <w:t>From Orestes' Stasimon I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Ἄγνωστος Ἀστρονομικὸς Συγγραφεύς</w:t>
      </w:r>
      <w:r>
        <w:br/>
      </w:r>
      <w:r>
        <w:rPr>
          <w:i/>
          <w:color w:val="666666"/>
          <w:sz w:val="28"/>
        </w:rPr>
        <w:t>by Astronomical Work Anonymous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1 κατολοφύρομαι ματέρος οἷμα σᾶς 3 ὅ σ’ ἀναβακχεύει ὁ μέγας ὄλβος οὐ 5 μόνιμος ἐμ βροτοῖς ἀνὰ δὲ λαῖφος ὥς 7 τις ἀκάτου θοᾶς τιωάξας δαίμων 9 κατέκλυσεν δεινῶν πόνων ὡως πόντου 11 λάβροις ὀλεθρίοισιν ἐν κύμασιν.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