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Τέσσαρες Ἐπιστολαὶ πρὸς Σεραπίωνα</w:t>
      </w:r>
      <w:r>
        <w:br/>
      </w:r>
      <w:r>
        <w:rPr>
          <w:i/>
          <w:color w:val="666666"/>
          <w:sz w:val="40"/>
        </w:rPr>
        <w:t>Four Letters to Serapion</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[26 . 529 (1t)]</w:t>
      </w:r>
    </w:p>
    <w:p>
      <w:pPr>
        <w:jc w:val="center"/>
      </w:pPr>
      <w:r>
        <w:rPr>
          <w:rFonts w:ascii="Gentium Plus" w:hAnsi="Gentium Plus"/>
          <w:b/>
          <w:sz w:val="24"/>
        </w:rPr>
        <w:t>ΤΟΥ ΕΝ ΑΓΙΟΙΣ ΠΑΤΡΟΣ ΗΜΩΝ</w:t>
      </w:r>
    </w:p>
    <w:p>
      <w:r>
        <w:rPr>
          <w:rFonts w:ascii="Courier New" w:hAnsi="Courier New"/>
          <w:color w:val="555555"/>
          <w:sz w:val="20"/>
        </w:rPr>
        <w:t>[2t]</w:t>
      </w:r>
    </w:p>
    <w:p>
      <w:pPr>
        <w:jc w:val="center"/>
      </w:pPr>
      <w:r>
        <w:rPr>
          <w:rFonts w:ascii="Gentium Plus" w:hAnsi="Gentium Plus"/>
          <w:b/>
          <w:sz w:val="24"/>
        </w:rPr>
        <w:t>ΑΘΑΝΑΣΙΟΥ</w:t>
      </w:r>
    </w:p>
    <w:p>
      <w:r>
        <w:rPr>
          <w:rFonts w:ascii="Courier New" w:hAnsi="Courier New"/>
          <w:color w:val="555555"/>
          <w:sz w:val="20"/>
        </w:rPr>
        <w:t>[3t]</w:t>
      </w:r>
    </w:p>
    <w:p>
      <w:pPr>
        <w:jc w:val="center"/>
      </w:pPr>
      <w:r>
        <w:rPr>
          <w:rFonts w:ascii="Gentium Plus" w:hAnsi="Gentium Plus"/>
          <w:b/>
          <w:sz w:val="24"/>
        </w:rPr>
        <w:t>ΑΡΧΙΕΠΙΣΚΟΠΟΥ ΑΛΕΞΑΝΔΡΕΙΑΣ</w:t>
      </w:r>
    </w:p>
    <w:p>
      <w:r>
        <w:rPr>
          <w:rFonts w:ascii="Courier New" w:hAnsi="Courier New"/>
          <w:color w:val="555555"/>
          <w:sz w:val="20"/>
        </w:rPr>
        <w:t>[4t]</w:t>
      </w:r>
    </w:p>
    <w:p>
      <w:pPr>
        <w:jc w:val="center"/>
      </w:pPr>
      <w:r>
        <w:rPr>
          <w:rFonts w:ascii="Gentium Plus" w:hAnsi="Gentium Plus"/>
          <w:b/>
          <w:sz w:val="24"/>
        </w:rPr>
        <w:t>ΕΠΙΣΤΟΛΗ</w:t>
      </w:r>
    </w:p>
    <w:p>
      <w:r>
        <w:rPr>
          <w:rFonts w:ascii="Courier New" w:hAnsi="Courier New"/>
          <w:color w:val="555555"/>
          <w:sz w:val="20"/>
        </w:rPr>
        <w:t>[5t]</w:t>
      </w:r>
    </w:p>
    <w:p>
      <w:pPr>
        <w:jc w:val="center"/>
      </w:pPr>
      <w:r>
        <w:rPr>
          <w:rFonts w:ascii="Gentium Plus" w:hAnsi="Gentium Plus"/>
          <w:b/>
          <w:sz w:val="24"/>
        </w:rPr>
        <w:t>ΠΡΟΣ ΣΕΡΑΠΙΩΝΑ ΘΜΟΥΕΩΣ ΕΠΙΣΚΟΠΟΝ</w:t>
      </w:r>
    </w:p>
    <w:p>
      <w:r>
        <w:rPr>
          <w:rFonts w:ascii="Courier New" w:hAnsi="Courier New"/>
          <w:color w:val="555555"/>
          <w:sz w:val="20"/>
        </w:rPr>
        <w:t>[6t]</w:t>
      </w:r>
    </w:p>
    <w:p>
      <w:pPr>
        <w:jc w:val="center"/>
      </w:pPr>
      <w:r>
        <w:rPr>
          <w:rFonts w:ascii="Gentium Plus" w:hAnsi="Gentium Plus"/>
          <w:b/>
          <w:sz w:val="24"/>
        </w:rPr>
        <w:t>Κατὰ τῶν βλασφημούντων καὶ λεγόντων κτίσμα εἶναι τὸ Πνεῦμα τὸ ἅγιον.</w:t>
      </w:r>
    </w:p>
    <w:p>
      <w:r>
        <w:rPr>
          <w:rFonts w:ascii="Courier New" w:hAnsi="Courier New"/>
          <w:color w:val="555555"/>
          <w:sz w:val="20"/>
        </w:rPr>
        <w:t>[11]</w:t>
      </w:r>
    </w:p>
    <w:p>
      <w:r>
        <w:rPr>
          <w:rFonts w:ascii="Gentium Plus" w:hAnsi="Gentium Plus"/>
          <w:sz w:val="24"/>
        </w:rPr>
        <w:t>Τὰ γράμματα τῆς σῆς ἱερᾶς διαθέσεως ἀπεδόθη μοι ἐν τῇ ἐρήμῳ. Καὶ εἰ καὶ πικρός τις ἦν ὁ καθ’ ἡμῶν διωγμὸς ἐπικείμενος, καὶ πολλὴ ἔρευνα τῶν ζητούντων ἡμᾶς ἀνελεῖν· ἀλλ’ «ὁ Πα‐</w:t>
      </w:r>
    </w:p>
    <w:p>
      <w:r>
        <w:rPr>
          <w:rFonts w:ascii="Courier New" w:hAnsi="Courier New"/>
          <w:color w:val="555555"/>
          <w:sz w:val="20"/>
        </w:rPr>
        <w:t>[15]</w:t>
      </w:r>
    </w:p>
    <w:p>
      <w:r>
        <w:rPr>
          <w:rFonts w:ascii="Gentium Plus" w:hAnsi="Gentium Plus"/>
          <w:sz w:val="24"/>
        </w:rPr>
        <w:t>τὴρ τῶν οἰκτιρμῶν καὶ Θεὸς πάσης παρακλήσεως,» παρεκάλεσεν ἡμᾶς καὶ ἐν τοῖς γράμμασί σου. Ἀνα‐ μιμνησκόμενος γὰρ τῆς σῆς διαθέσεως καὶ πάντων τῶν γνησίων, ἔδοξα τούτους σὺν ἐμοὶ τότε παρεῖναι. Ἐπιπολὺ μὲν οὖν ἔχαιρον κατέχων τὰ γράμματα·</w:t>
      </w:r>
    </w:p>
    <w:p>
      <w:r>
        <w:rPr>
          <w:rFonts w:ascii="Courier New" w:hAnsi="Courier New"/>
          <w:color w:val="555555"/>
          <w:sz w:val="20"/>
        </w:rPr>
        <w:t>[20]</w:t>
      </w:r>
    </w:p>
    <w:p>
      <w:r>
        <w:rPr>
          <w:rFonts w:ascii="Gentium Plus" w:hAnsi="Gentium Plus"/>
          <w:sz w:val="24"/>
        </w:rPr>
        <w:t>ὡς δὲ τούτοις ἐνέτυχον, ἠρξάμην πάλιν ἀθυμεῖν διὰ τοὺς ἅπαξ μελετήσαντας μάχεσθαι πρὸς τὴν ἀλή‐ θειαν. Ἔγραφες γὰρ, ἀγαπητὲ καὶ ἀληθῶς ποθεινό‐ τατε, λυπούμενος καὶ αὐτὸς, ὡς ἐξελθόντων μέν τι‐</w:t>
      </w:r>
    </w:p>
    <w:p>
      <w:r>
        <w:rPr>
          <w:rFonts w:ascii="Courier New" w:hAnsi="Courier New"/>
          <w:color w:val="555555"/>
          <w:sz w:val="20"/>
        </w:rPr>
        <w:t>[26 . 532]</w:t>
      </w:r>
    </w:p>
    <w:p>
      <w:r>
        <w:rPr>
          <w:rFonts w:ascii="Gentium Plus" w:hAnsi="Gentium Plus"/>
          <w:sz w:val="24"/>
        </w:rPr>
        <w:t>τοῦ Θεοῦ βλασφημίαν, φρονούντων δὲ κατὰ τοῦ ἁγίου Πνεύματος, καὶ λεγόντων αὐτὸ μὴ μόνον κτίσμα, ἀλλὰ καὶ τῶν λειτουργικῶν πνευμάτων ἓν αὐτὸ εἶναι, καὶ βαθμῷ μόνον αὐτὸ διαφέρειν τῶν ἀγγέλων.</w:t>
      </w:r>
    </w:p>
    <w:p>
      <w:r>
        <w:rPr>
          <w:rFonts w:ascii="Courier New" w:hAnsi="Courier New"/>
          <w:color w:val="555555"/>
          <w:sz w:val="20"/>
        </w:rPr>
        <w:t>[5]</w:t>
      </w:r>
    </w:p>
    <w:p>
      <w:r>
        <w:rPr>
          <w:rFonts w:ascii="Gentium Plus" w:hAnsi="Gentium Plus"/>
          <w:sz w:val="24"/>
        </w:rPr>
        <w:t>Τοῦτο δέ ἐστι πρὸς μὲν τοὺς Ἀρειανοὺς προσποιη‐ τὸς μάχη· ἀληθὴς δὲ ἀντιλογία πρὸς τὴν εὐσεβῆ πίστιν. Ὥσπερ γὰρ ἐκεῖνοι, ἀρνούμενοι τὸν Υἱὸν, ἀρνοῦνται καὶ τὸν Πατέρα· οὕτω καὶ οὗτοι, δυσφημοῦντες εἰς τὸ Πνεῦμα τὸ ἅγιον, δυσφημοῦσι καὶ εἰς τὸν Υἱόν.</w:t>
      </w:r>
    </w:p>
    <w:p>
      <w:r>
        <w:rPr>
          <w:rFonts w:ascii="Courier New" w:hAnsi="Courier New"/>
          <w:color w:val="555555"/>
          <w:sz w:val="20"/>
        </w:rPr>
        <w:t>[10]</w:t>
      </w:r>
    </w:p>
    <w:p>
      <w:r>
        <w:rPr>
          <w:rFonts w:ascii="Gentium Plus" w:hAnsi="Gentium Plus"/>
          <w:sz w:val="24"/>
        </w:rPr>
        <w:t>Καὶ ἀμφότερα τὰ μέρη διείλοντο τὴν πρὸς τὴν ἀλή‐ θειαν ἀντίστασιν, ἵν’ οἱ μὲν κατὰ τοῦ Λόγου, οἱ δὲ κατὰ τοῦ Πνεύματος φρονοῦντες, τὴν αὐτὴν ἔχωσιν εἰς τὴν ἁγίαν Τριάδα βλασφημίαν. Ταῦτ’ οὖν συνορῶν καὶ πολλὰ λογιζόμενος, ἐν ἀθυμίᾳ γέγονα, ὅτι πάλιν</w:t>
      </w:r>
    </w:p>
    <w:p>
      <w:r>
        <w:rPr>
          <w:rFonts w:ascii="Courier New" w:hAnsi="Courier New"/>
          <w:color w:val="555555"/>
          <w:sz w:val="20"/>
        </w:rPr>
        <w:t>[15]</w:t>
      </w:r>
    </w:p>
    <w:p>
      <w:r>
        <w:rPr>
          <w:rFonts w:ascii="Gentium Plus" w:hAnsi="Gentium Plus"/>
          <w:sz w:val="24"/>
        </w:rPr>
        <w:t>εὗρε παίζειν ὁ διάβολος ἐν τοῖς ὑποκρινομένοις τὴν μανίαν αὐτοῦ· καὶ κρίνας μὲν ἤμην σιωπᾷν ἐν τοιούτῳ καιρῷ· διὰ δὲ τὴν προτροπὴν τῆς σῆς ὁσιό‐ τητος, ἕνεκά τε τῆς ἐκείνων ἀλλοδοξίας καὶ σατανι‐ κῆς προπετείας, δι’ ὀλίγων ἔγραψα τὴν ἐπιστολὴν,</w:t>
      </w:r>
    </w:p>
    <w:p>
      <w:r>
        <w:rPr>
          <w:rFonts w:ascii="Courier New" w:hAnsi="Courier New"/>
          <w:color w:val="555555"/>
          <w:sz w:val="20"/>
        </w:rPr>
        <w:t>[20]</w:t>
      </w:r>
    </w:p>
    <w:p>
      <w:r>
        <w:rPr>
          <w:rFonts w:ascii="Gentium Plus" w:hAnsi="Gentium Plus"/>
          <w:sz w:val="24"/>
        </w:rPr>
        <w:t>μόγις καὶ ταῦτα δυνηθεὶς, ἵνα μόνον καὶ σὺ, πρόφα‐ σιν ἐκ τούτων λαβὼν, κατὰ τὴν προσοῦσάν σοι σύνε‐ σιν τὰ λείποντα προσθῇς, καὶ πλήρης ὁ κατὰ τῆς δυσσεβοῦς αἱρέσεως ἔλεγχος γένηται.</w:t>
      </w:r>
    </w:p>
    <w:p>
      <w:r>
        <w:rPr>
          <w:rFonts w:ascii="Courier New" w:hAnsi="Courier New"/>
          <w:color w:val="555555"/>
          <w:sz w:val="20"/>
        </w:rPr>
        <w:t>[25]</w:t>
      </w:r>
    </w:p>
    <w:p>
      <w:r>
        <w:rPr>
          <w:rFonts w:ascii="Gentium Plus" w:hAnsi="Gentium Plus"/>
          <w:sz w:val="24"/>
        </w:rPr>
        <w:t>Τῶν μὲν οὖν Ἀρειανῶν οὐκ ἀλλότριον καὶ τοῦτο ἐνθύμημα. Ἅπαξ γὰρ ἀρνούμενοι τὸν τοῦ Θεοῦ Λό‐ γον, εἰκότως τὰ αὐτὰ καὶ κατὰ τοῦ Πνεύματος αὐ‐ τοῦ δυσφημοῦσι. Διὸ καὶ οὐ χρὴ πλέον τι πρὸς αὐ‐ τοὺς εἰπεῖν· ἀρκεῖ γὰρ τὰ πρὸ τούτων εἰρημένα κατ’</w:t>
      </w:r>
    </w:p>
    <w:p>
      <w:r>
        <w:rPr>
          <w:rFonts w:ascii="Courier New" w:hAnsi="Courier New"/>
          <w:color w:val="555555"/>
          <w:sz w:val="20"/>
        </w:rPr>
        <w:t>[30]</w:t>
      </w:r>
    </w:p>
    <w:p>
      <w:r>
        <w:rPr>
          <w:rFonts w:ascii="Gentium Plus" w:hAnsi="Gentium Plus"/>
          <w:sz w:val="24"/>
        </w:rPr>
        <w:t>αὐτῶν. Πρὸς δὲ τοὺς περὶ τοῦ Πνεύματος ἀπατηθέν‐ τας, τρόπῳ τινὶ, ὡς ἂν αὐτοὶ φαῖεν, προσήκει δι‐ ερευνῶντας εἰπεῖν. Τούτων γὰρ καὶ θαυμάσειεν ἄν τις τὴν ἄνοιαν, ὅτι τὸν Υἱὸν τοῦ Θεοῦ μὴ θέλοντες κτίσμα εἶναι, καὶ καλῶς γε κατὰ τοῦτο φρονοῦν‐</w:t>
      </w:r>
    </w:p>
    <w:p>
      <w:r>
        <w:rPr>
          <w:rFonts w:ascii="Courier New" w:hAnsi="Courier New"/>
          <w:color w:val="555555"/>
          <w:sz w:val="20"/>
        </w:rPr>
        <w:t>[35]</w:t>
      </w:r>
    </w:p>
    <w:p>
      <w:r>
        <w:rPr>
          <w:rFonts w:ascii="Gentium Plus" w:hAnsi="Gentium Plus"/>
          <w:sz w:val="24"/>
        </w:rPr>
        <w:t>τες, πῶς τὸ Πνεῦμα τοῦ Υἱοῦ κτίσμα κἂν ἀκοῦ‐</w:t>
      </w:r>
    </w:p>
    <w:p>
      <w:r>
        <w:rPr>
          <w:rFonts w:ascii="Courier New" w:hAnsi="Courier New"/>
          <w:color w:val="555555"/>
          <w:sz w:val="20"/>
        </w:rPr>
        <w:t>[26 . 533]</w:t>
      </w:r>
    </w:p>
    <w:p>
      <w:r>
        <w:rPr>
          <w:rFonts w:ascii="Gentium Plus" w:hAnsi="Gentium Plus"/>
          <w:sz w:val="24"/>
        </w:rPr>
        <w:t>σαι ἠνέσχοντο; Καὶ γὰρ εἰ διὰ τὴν πρὸς τὸν Πατέρα τοῦ Λόγου ἑνότητα, οὐ θέλουσιν εἶναι τῶν γενητῶν αὐτὸν τὸν Υἱὸν, ἀλλ’, ὅπερ ἐστὶν ἀληθῶς, δημιουργὸν αὐτὸν εἶναι τῶν ποιημάτων φρονοῦσι· διὰ τί τὸ</w:t>
      </w:r>
    </w:p>
    <w:p>
      <w:r>
        <w:rPr>
          <w:rFonts w:ascii="Courier New" w:hAnsi="Courier New"/>
          <w:color w:val="555555"/>
          <w:sz w:val="20"/>
        </w:rPr>
        <w:t>[5]</w:t>
      </w:r>
    </w:p>
    <w:p>
      <w:r>
        <w:rPr>
          <w:rFonts w:ascii="Gentium Plus" w:hAnsi="Gentium Plus"/>
          <w:sz w:val="24"/>
        </w:rPr>
        <w:t>Πνεῦμα τὸ ἅγιον τὸ τὴν αὐτὴν ἔχον ἑνότητα πρὸς τὸν Υἱὸν, ἢν αὐτὸς ἔχει πρὸς τὸν Πατέρα, κτίσμα λέγουσι, καὶ ἠγνόησαν, ὅτι, ὥσπερ μὴ διαιροῦντες τὸν Υἱὸν ἀπὸ τοῦ Πατρὸς, σώζουσι τὸ ἕνα Θεὸν εἶναι, οὕτω, διαιροῦντες ἀπὸ τοῦ Λόγου τὸ Πνεῦμα, οὐκέτι</w:t>
      </w:r>
    </w:p>
    <w:p>
      <w:r>
        <w:rPr>
          <w:rFonts w:ascii="Courier New" w:hAnsi="Courier New"/>
          <w:color w:val="555555"/>
          <w:sz w:val="20"/>
        </w:rPr>
        <w:t>[10]</w:t>
      </w:r>
    </w:p>
    <w:p>
      <w:r>
        <w:rPr>
          <w:rFonts w:ascii="Gentium Plus" w:hAnsi="Gentium Plus"/>
          <w:sz w:val="24"/>
        </w:rPr>
        <w:t>μίαν τὴν ἐν Τριάδι θεότητα σώζουσι, σχίζοντες αὐτὴν καὶ ἐπιμίσγοντες αὐτῇ ἀλλοτρίαν καὶ ἑτεροειδῆ φύσιν, καὶ τοῖς κτίσμασι συνεξισοῦντες αὐτήν; Τοῦτο δὲ πάλιν οὐκέτι ἓν εἶναι δείκνυσι τὴν Τριάδα, ἀλλὰ ἐκ δύο καὶ διαφόρων φύσεων συγκειμένην αὐτὴν, διὰ τὸ</w:t>
      </w:r>
    </w:p>
    <w:p>
      <w:r>
        <w:rPr>
          <w:rFonts w:ascii="Courier New" w:hAnsi="Courier New"/>
          <w:color w:val="555555"/>
          <w:sz w:val="20"/>
        </w:rPr>
        <w:t>[15]</w:t>
      </w:r>
    </w:p>
    <w:p>
      <w:r>
        <w:rPr>
          <w:rFonts w:ascii="Gentium Plus" w:hAnsi="Gentium Plus"/>
          <w:sz w:val="24"/>
        </w:rPr>
        <w:t>ἑτεροούσιον τοῦ Πνεύματος, ὡς αὐτοὶ ἑαυτοῖς ἀνε‐ πλάσαντο. Ποία οὖν αὕτη θεολογία ἐκ δημιουρ‐ γοῦ καὶ κτίσματος συγκειμένη; Ἢ γὰρ οὐ Τριάς ἐστιν, ἀλλὰ δυὰς, καὶ λοιπὸν ἡ κτίσις, ἢ, εἰ Τριάς ἐστιν, ὥσπερ οὖν καί ἐστι, πῶς τοῖς μετὰ τὴν Τριάδα</w:t>
      </w:r>
    </w:p>
    <w:p>
      <w:r>
        <w:rPr>
          <w:rFonts w:ascii="Courier New" w:hAnsi="Courier New"/>
          <w:color w:val="555555"/>
          <w:sz w:val="20"/>
        </w:rPr>
        <w:t>[20]</w:t>
      </w:r>
    </w:p>
    <w:p>
      <w:r>
        <w:rPr>
          <w:rFonts w:ascii="Gentium Plus" w:hAnsi="Gentium Plus"/>
          <w:sz w:val="24"/>
        </w:rPr>
        <w:t>κτίσμασι συντάττουσι τὸ τῆς Τριάδος Πνεῦμα; Τοῦτο γάρ ἐστι πάλιν διαιρεῖν καὶ διαλύειν τὴν Τριάδα. Οὐκ‐ οῦν, κακῶς φρονοῦντες περὶ τοῦ Πνεύματος τοῦ ἁγίου, οὐδὲ περὶ τοῦ Υἱοῦ καλῶς φρονοῦσιν. Εἰ γὰρ ἐφρόνουν ὀρθῶς περὶ τοῦ Λόγου, ἐφρόνουν</w:t>
      </w:r>
    </w:p>
    <w:p>
      <w:r>
        <w:rPr>
          <w:rFonts w:ascii="Courier New" w:hAnsi="Courier New"/>
          <w:color w:val="555555"/>
          <w:sz w:val="20"/>
        </w:rPr>
        <w:t>[25]</w:t>
      </w:r>
    </w:p>
    <w:p>
      <w:r>
        <w:rPr>
          <w:rFonts w:ascii="Gentium Plus" w:hAnsi="Gentium Plus"/>
          <w:sz w:val="24"/>
        </w:rPr>
        <w:t>ὑγιῶς καὶ περὶ τοῦ Πνεύματος, ὃ παρὰ τοῦ Πατρὸς ἐκπορεύεται, καὶ τοῦ Υἱοῦ ἴδιον ὂν, παρ’ αὐτοῦ δίδοται τοῖς μαθηταῖς καὶ πᾶσι τοῖς πιστεύουσιν εἰς αὐτόν. Οὕτω δὲ πλανώμενοι, οὐδὲ περὶ τοῦ Πατρὸς ὑγιῆ τὴν πίστιν ἔχουσιν. Οἱ γὰρ ἀντικείμενοι τῷ</w:t>
      </w:r>
    </w:p>
    <w:p>
      <w:r>
        <w:rPr>
          <w:rFonts w:ascii="Courier New" w:hAnsi="Courier New"/>
          <w:color w:val="555555"/>
          <w:sz w:val="20"/>
        </w:rPr>
        <w:t>[30]</w:t>
      </w:r>
    </w:p>
    <w:p>
      <w:r>
        <w:rPr>
          <w:rFonts w:ascii="Gentium Plus" w:hAnsi="Gentium Plus"/>
          <w:sz w:val="24"/>
        </w:rPr>
        <w:t>Πνεύματι, ὡς εἶπεν ὁ μέγας μάρτυς Στέφανος, οὗτοι καὶ τὸν Υἱὸν ἀρνοῦνται. Τὸν δὲ Υἱὸν ἀρνούμενοι, οὐδὲ</w:t>
      </w:r>
    </w:p>
    <w:p>
      <w:r>
        <w:rPr>
          <w:rFonts w:ascii="Courier New" w:hAnsi="Courier New"/>
          <w:color w:val="555555"/>
          <w:sz w:val="20"/>
        </w:rPr>
        <w:t>[26 . 536]</w:t>
      </w:r>
    </w:p>
    <w:p>
      <w:r>
        <w:rPr>
          <w:rFonts w:ascii="Gentium Plus" w:hAnsi="Gentium Plus"/>
          <w:sz w:val="24"/>
        </w:rPr>
        <w:t>Πόθεν τοίνυν ὑμῖν, ὦ οὗτοι, τῆς τοσαύτης τόλμης ἡ πρόφασις, ὥστε μὴ φοβηθῆναι τὸ ὑπὸ τοῦ Κυρίου εἰρημένον· «Ὃς δ’ ἂν βλασφημήσῃ εἰς τὸ Πνεῦμα τὸ ἅγιον, οὐκ ἔχει ἄφεσιν οὔτε ἐν τῷ αἰῶνι</w:t>
      </w:r>
    </w:p>
    <w:p>
      <w:r>
        <w:rPr>
          <w:rFonts w:ascii="Courier New" w:hAnsi="Courier New"/>
          <w:color w:val="555555"/>
          <w:sz w:val="20"/>
        </w:rPr>
        <w:t>[5]</w:t>
      </w:r>
    </w:p>
    <w:p>
      <w:r>
        <w:rPr>
          <w:rFonts w:ascii="Gentium Plus" w:hAnsi="Gentium Plus"/>
          <w:sz w:val="24"/>
        </w:rPr>
        <w:t>τούτῳ, οὔτε ἐν τῷ μέλλοντι;» Οἱ μὲν γὰρ Ἀρειανοὶ, καίτοι τὴν ἔνσαρκον παρουσίαν τοῦ Λόγου καὶ τὰ δι’ αὐτὴν εἰρημένα μὴ νοήσαντες, ὅμως ἐξ αὐτῶν πρό‐ φασιν λαβόντες εἰς τὴν ἑαυτῶν αἵρεσιν, καὶ οὕτως ἠλέγχθησαν θεομάχοι καὶ ὡς ἀληθῶς ἀπὸ γῆς κενο‐</w:t>
      </w:r>
    </w:p>
    <w:p>
      <w:r>
        <w:rPr>
          <w:rFonts w:ascii="Courier New" w:hAnsi="Courier New"/>
          <w:color w:val="555555"/>
          <w:sz w:val="20"/>
        </w:rPr>
        <w:t>[10]</w:t>
      </w:r>
    </w:p>
    <w:p>
      <w:r>
        <w:rPr>
          <w:rFonts w:ascii="Gentium Plus" w:hAnsi="Gentium Plus"/>
          <w:sz w:val="24"/>
        </w:rPr>
        <w:t>λογοῦντες. Ὑμεῖς δὲ πόθεν ἠπατήθητε; παρὰ τίνων ἀκούσαντες, ἢ τίς ὁ τρόπος τῆς τοιαύτης ὑμῶν πλάνης; Ἀνέγνωμεν, φασὶν, ἐν τῷ προφήτῃ Ἀμὼς, λέγοντος τοῦ Θεοῦ, «Ὅτι Ἰδοὺ ἐγὼ στερεῶν βρον‐ τὴν, καὶ κτίζων πνεῦμα, καὶ ἀπαγγέλλων εἰς ἀν‐</w:t>
      </w:r>
    </w:p>
    <w:p>
      <w:r>
        <w:rPr>
          <w:rFonts w:ascii="Courier New" w:hAnsi="Courier New"/>
          <w:color w:val="555555"/>
          <w:sz w:val="20"/>
        </w:rPr>
        <w:t>[15]</w:t>
      </w:r>
    </w:p>
    <w:p>
      <w:r>
        <w:rPr>
          <w:rFonts w:ascii="Gentium Plus" w:hAnsi="Gentium Plus"/>
          <w:sz w:val="24"/>
        </w:rPr>
        <w:t>θρώπους τὸν Χριστὸν αὐτοῦ· ποιῶν ὄρθρον καὶ ὁμίχλην, καὶ ἐπιβαίνων ἐπὶ τὰ ὑψηλὰ τῆς γῆς, Κύριος ὁ Θεὸς ὁ παντοκράτωρ ὄνομα αὐτῷ.» Καὶ ἔν‐ θεν ἐπείσθημεν τοῖς Ἀρειανοῖς λέγουσι κτίσμα εἶναι τὸ Πνεῦμα τὸ ἅγιον. Εἶτα τὸ μὲν παρὰ τῷ Ἀμὼς</w:t>
      </w:r>
    </w:p>
    <w:p>
      <w:r>
        <w:rPr>
          <w:rFonts w:ascii="Courier New" w:hAnsi="Courier New"/>
          <w:color w:val="555555"/>
          <w:sz w:val="20"/>
        </w:rPr>
        <w:t>[20]</w:t>
      </w:r>
    </w:p>
    <w:p>
      <w:r>
        <w:rPr>
          <w:rFonts w:ascii="Gentium Plus" w:hAnsi="Gentium Plus"/>
          <w:sz w:val="24"/>
        </w:rPr>
        <w:t>ἀνέγνωτε· τὸ δὲ ἐν ταῖς Παροιμίαις λεγόμενον, «Κύριος ἔκτισέ με ἀρχὴν ὁδῶν αὐτοῦ εἰς ἔργα αὐ‐ τοῦ,» οὐκ ἀνέγνωτε, ἢ ἀνέγνωτε; Καὶ τοῦτο μὲν, ὡς ἔχει ἀληθείας, ἑρμηνεύετε, ἵνα μὴ εἴπητε κτίσμα τὸν Λόγον· τὸ δὲ ἐν τῷ προφήτῃ οὐχ ἑρμηνεύετε,</w:t>
      </w:r>
    </w:p>
    <w:p>
      <w:r>
        <w:rPr>
          <w:rFonts w:ascii="Courier New" w:hAnsi="Courier New"/>
          <w:color w:val="555555"/>
          <w:sz w:val="20"/>
        </w:rPr>
        <w:t>[25]</w:t>
      </w:r>
    </w:p>
    <w:p>
      <w:r>
        <w:rPr>
          <w:rFonts w:ascii="Gentium Plus" w:hAnsi="Gentium Plus"/>
          <w:sz w:val="24"/>
        </w:rPr>
        <w:t>ἀλλὰ ἁπλῶς ἀκούοντες «πνεῦμα,» ἐνομίσατε λέ‐ γεσθαι κτίσμα τὸ Πνεῦμα τὸ ἅγιον; Καίτοι ἐν μὲν ταῖς Παροιμίαις φανερῶς ἡ Σοφία λέγουσά ἐστι τὸ, «ἔκτισέ με·» καὶ ὅμως καλῶς γε ποιοῦντες, ἑρ‐ μηνεύετε τὸ ῥητὸν, ἵνα μὴ τὴν δημιουργὸν Σοφίαν</w:t>
      </w:r>
    </w:p>
    <w:p>
      <w:r>
        <w:rPr>
          <w:rFonts w:ascii="Courier New" w:hAnsi="Courier New"/>
          <w:color w:val="555555"/>
          <w:sz w:val="20"/>
        </w:rPr>
        <w:t>[30]</w:t>
      </w:r>
    </w:p>
    <w:p>
      <w:r>
        <w:rPr>
          <w:rFonts w:ascii="Gentium Plus" w:hAnsi="Gentium Plus"/>
          <w:sz w:val="24"/>
        </w:rPr>
        <w:t>ἐν τοῖς κτίσμασι συναριθμῆτε. Τὸ δὲ ἐν τῷ προ‐ φήτῃ ῥητὸν οὐκ ἔχει γνώρισμα περὶ τοῦ ἁγίου Πνεύ‐ ματος, ἀλλ’ ἁπλῶς εἴρηται περὶ πνεύματος. Πῶς οὖν, καίτοι πλείστης οὔσης διαφορᾶς ἐν ταῖς Γραφαῖς περὶ πνευμάτων, καὶ δυναμένου τοῦ ῥητοῦ τὴν</w:t>
      </w:r>
    </w:p>
    <w:p>
      <w:r>
        <w:rPr>
          <w:rFonts w:ascii="Courier New" w:hAnsi="Courier New"/>
          <w:color w:val="555555"/>
          <w:sz w:val="20"/>
        </w:rPr>
        <w:t>[35]</w:t>
      </w:r>
    </w:p>
    <w:p>
      <w:r>
        <w:rPr>
          <w:rFonts w:ascii="Gentium Plus" w:hAnsi="Gentium Plus"/>
          <w:sz w:val="24"/>
        </w:rPr>
        <w:t>ἰδίαν διάνοιαν ἔχειν ὀρθὴν, ὑμεῖς, ὡς φιλονεικοῦντες ἢ ὡς ὑπὸ δήγματος τοῦ Ἀρειανοῦ ὄφεως βλαβέντες, τὸ Πνεῦμα τὸ ἅγιον εἰρῆσθαι παρὰ τοῦ Ἀμὼς νομίζετε, ἵνα μόνον τοῦ φρονεῖν κτίσμα μὴ ἐπι‐ λάθησθε;</w:t>
      </w:r>
    </w:p>
    <w:p>
      <w:r>
        <w:rPr>
          <w:rFonts w:ascii="Courier New" w:hAnsi="Courier New"/>
          <w:color w:val="555555"/>
          <w:sz w:val="20"/>
        </w:rPr>
        <w:t>[40]</w:t>
      </w:r>
    </w:p>
    <w:p>
      <w:r>
        <w:rPr>
          <w:rFonts w:ascii="Gentium Plus" w:hAnsi="Gentium Plus"/>
          <w:sz w:val="24"/>
        </w:rPr>
        <w:t>Εἴπατε γοῦν εἴ που τῆς θείας Γραφῆς εὑρίσκε‐ τε τὸ Πνεῦμα τὸ ἅγιον ἁπλῶς εἰρημένον πνεῦμα,</w:t>
      </w:r>
    </w:p>
    <w:p>
      <w:r>
        <w:rPr>
          <w:rFonts w:ascii="Courier New" w:hAnsi="Courier New"/>
          <w:color w:val="555555"/>
          <w:sz w:val="20"/>
        </w:rPr>
        <w:t>[26 . 537]</w:t>
      </w:r>
    </w:p>
    <w:p>
      <w:r>
        <w:rPr>
          <w:rFonts w:ascii="Gentium Plus" w:hAnsi="Gentium Plus"/>
          <w:sz w:val="24"/>
        </w:rPr>
        <w:t>Πατρὸς, ἢ ὅτι ἐμοῦ, ἢ αὐτοῦ τοῦ Χριστοῦ καὶ τοῦ Υἱοῦ, ἢ παρ’ ἐμοῦ, ὅ ἐστι παρὰ τοῦ Θεοῦ, ἢ μετὰ τοῦ ἄρθρου, ἵνα μὴ ἁπλῶς λέγηται πνεῦμα, ἀλλὰ τὸ Πνεῦμα· ἢ αὐτὸ τοῦτο τὸ Πνεῦμα τὸ ἅγιον, ἢ</w:t>
      </w:r>
    </w:p>
    <w:p>
      <w:r>
        <w:rPr>
          <w:rFonts w:ascii="Courier New" w:hAnsi="Courier New"/>
          <w:color w:val="555555"/>
          <w:sz w:val="20"/>
        </w:rPr>
        <w:t>[5]</w:t>
      </w:r>
    </w:p>
    <w:p>
      <w:r>
        <w:rPr>
          <w:rFonts w:ascii="Gentium Plus" w:hAnsi="Gentium Plus"/>
          <w:sz w:val="24"/>
        </w:rPr>
        <w:t>Παράκλητον, ἢ ἀληθείας, ὅ ἐστι τοῦ Υἱοῦ, τοῦ λέ‐ γοντος, «Ἐγώ εἰμι ἡ ἀλήθεια·» ἵνα, ἀκούσαντες ἁπλῶς «πνεῦμα,» ὑπονοήσητε εἶναι τὸ Πνεῦμα τὸ ἅγιον; Ἐξῃρήσθωσαν δὲ τοῦ Λόγου νῦν οἵτινες ἤδη λαβόντες, πάλιν ὀνομάζονται, καὶ ὅσοι, προμαθόντες</w:t>
      </w:r>
    </w:p>
    <w:p>
      <w:r>
        <w:rPr>
          <w:rFonts w:ascii="Courier New" w:hAnsi="Courier New"/>
          <w:color w:val="555555"/>
          <w:sz w:val="20"/>
        </w:rPr>
        <w:t>[10]</w:t>
      </w:r>
    </w:p>
    <w:p>
      <w:r>
        <w:rPr>
          <w:rFonts w:ascii="Gentium Plus" w:hAnsi="Gentium Plus"/>
          <w:sz w:val="24"/>
        </w:rPr>
        <w:t>περὶ τοῦ ἁγίου Πνεύματος, ὕστερον ὡς ἐν ἐπαναλή‐ ψει καὶ ὑπομνήσει, καὶ μόνον λεγομένου «τοῦ πνεύματος,» οὐκ ἀγνοοῦσι περὶ τίνος ἀκούουσι· καὶ μάλιστα, ὅτι καὶ οὕτω μετὰ τοῦ ἄρθρου λέγεται. Καὶ ὅλως ἄνευ τοῦ ἄρθρου, ἢ τῆς προειρημένης</w:t>
      </w:r>
    </w:p>
    <w:p>
      <w:r>
        <w:rPr>
          <w:rFonts w:ascii="Courier New" w:hAnsi="Courier New"/>
          <w:color w:val="555555"/>
          <w:sz w:val="20"/>
        </w:rPr>
        <w:t>[15]</w:t>
      </w:r>
    </w:p>
    <w:p>
      <w:r>
        <w:rPr>
          <w:rFonts w:ascii="Gentium Plus" w:hAnsi="Gentium Plus"/>
          <w:sz w:val="24"/>
        </w:rPr>
        <w:t>προσθήκης, οὐκ ἂν εἴη σημαινόμενον τὸ Πνεῦμα τὸ ἅγιον· οἷά ἐστιν ἃ γράφει Παῦλος τοῖς Γαλάταις· «Τοῦτο μόνον θέλω μαθεῖν ἀφ’ ὑμῶν, ἐξ ἔργων νό‐ μου τὸ Πνεῦμα ἐλάβετε, ἢ ἐξ ἀκοῆς πίστεως;» Ποῖον δὲ ἦσαν λαβόντες ἢ τὸ Πνεῦμα τὸ ἅγιον, τὸ διδόμενον</w:t>
      </w:r>
    </w:p>
    <w:p>
      <w:r>
        <w:rPr>
          <w:rFonts w:ascii="Courier New" w:hAnsi="Courier New"/>
          <w:color w:val="555555"/>
          <w:sz w:val="20"/>
        </w:rPr>
        <w:t>[20]</w:t>
      </w:r>
    </w:p>
    <w:p>
      <w:r>
        <w:rPr>
          <w:rFonts w:ascii="Gentium Plus" w:hAnsi="Gentium Plus"/>
          <w:sz w:val="24"/>
        </w:rPr>
        <w:t>τοῖς πιστεύουσι καὶ ἀναγεννωμένοις διὰ λουτροῦ πα‐ λιγγενεσίας; Καὶ Θεσσαλονικεῦσι δὲ γράφων· «Τὸ Πνεῦμα μὴ σβέννυτε·» εἰδόσι καὶ αὐτοῖς ὅπερ ἔλαβον ἔλεγεν, ἵνα μὴ σβέσωσιν ἐξ ἀμελείας τὴν ἐν αὐτοῖς ἀναφθεῖσαν τοῦ Πνεύματος χάριν. Ἐν δὲ τοῖς Εὐαγ‐</w:t>
      </w:r>
    </w:p>
    <w:p>
      <w:r>
        <w:rPr>
          <w:rFonts w:ascii="Courier New" w:hAnsi="Courier New"/>
          <w:color w:val="555555"/>
          <w:sz w:val="20"/>
        </w:rPr>
        <w:t>[25]</w:t>
      </w:r>
    </w:p>
    <w:p>
      <w:r>
        <w:rPr>
          <w:rFonts w:ascii="Gentium Plus" w:hAnsi="Gentium Plus"/>
          <w:sz w:val="24"/>
        </w:rPr>
        <w:t>γελίοις περὶ τοῦ Σωτῆρος ἀνθρωπίνως διὰ τὴν σάρκα ἣν προσέλαβεν, ἐὰν λέγωσιν οἱ εὐαγγελισταὶ, «Ἰησοῦς δὲ, πλήρης Πνεύματος ὢν, ὑπέστρεψεν ἀπὸ τοῦ Ἰορδάνου·» καὶ τὸ, «Τότε ὁ Ἰησοῦς ἀνήχθη ὑπὸ τοῦ Πνεύματος εἰς τὴν ἔρημον·» τὸν αὐτὸν ἔχει</w:t>
      </w:r>
    </w:p>
    <w:p>
      <w:r>
        <w:rPr>
          <w:rFonts w:ascii="Courier New" w:hAnsi="Courier New"/>
          <w:color w:val="555555"/>
          <w:sz w:val="20"/>
        </w:rPr>
        <w:t>[30]</w:t>
      </w:r>
    </w:p>
    <w:p>
      <w:r>
        <w:rPr>
          <w:rFonts w:ascii="Gentium Plus" w:hAnsi="Gentium Plus"/>
          <w:sz w:val="24"/>
        </w:rPr>
        <w:t>νοῦν. Προείρητο γὰρ ὑπὸ τοῦ Λουκᾶ· «Ἐγένετο δὲ ἐν τῷ βαπτισθῆναι ἅπαντα τὸν λαὸν, καὶ Ἰησοῦ βαπτισθέ‐ ντος, καὶ προσευχομένου, ἀνεωθῆναι τὸν οὐρανὸν, καὶ καταβῆναι τὸ Πνεῦμα τὸ ἅγιον σωματικῷ εἴδει, ὡσεὶ περιστερὰν, ἐπ’ αὐτόν.» Καὶ δῆλον ἦν, ὅτι,</w:t>
      </w:r>
    </w:p>
    <w:p>
      <w:r>
        <w:rPr>
          <w:rFonts w:ascii="Courier New" w:hAnsi="Courier New"/>
          <w:color w:val="555555"/>
          <w:sz w:val="20"/>
        </w:rPr>
        <w:t>[35]</w:t>
      </w:r>
    </w:p>
    <w:p>
      <w:r>
        <w:rPr>
          <w:rFonts w:ascii="Gentium Plus" w:hAnsi="Gentium Plus"/>
          <w:sz w:val="24"/>
        </w:rPr>
        <w:t>λεγομένου τοῦ Πνεύματος, τὸ Πνεῦμα τὸ ἅγιον ἦν σημαινόμενον. Οὕτω μὲν οὖν παρ’ οἷς ἐστι τὸ Πνεῦ‐ μα τὸ ἅγιον κἂν μόνον τὸ Πνεῦμα λέγηται χωρὶς τῆς ἐπ’ αὐτῷ προσθήκης, οὐκ ἀμφίβολον, ὅτι τὸ Πνεῦμα τὸ ἅγιον σημαίνεται, ἔχον μάλιστα τὸ ἄρθρον.</w:t>
      </w:r>
    </w:p>
    <w:p>
      <w:r>
        <w:rPr>
          <w:rFonts w:ascii="Courier New" w:hAnsi="Courier New"/>
          <w:color w:val="555555"/>
          <w:sz w:val="20"/>
        </w:rPr>
        <w:t>[41]</w:t>
      </w:r>
    </w:p>
    <w:p>
      <w:r>
        <w:rPr>
          <w:rFonts w:ascii="Gentium Plus" w:hAnsi="Gentium Plus"/>
          <w:sz w:val="24"/>
        </w:rPr>
        <w:t>Ὑμεῖς δὲ εἴπατε τὸ προταθὲν ὑμῖν, εἰ εὑ‐</w:t>
      </w:r>
    </w:p>
    <w:p>
      <w:r>
        <w:rPr>
          <w:rFonts w:ascii="Courier New" w:hAnsi="Courier New"/>
          <w:color w:val="555555"/>
          <w:sz w:val="20"/>
        </w:rPr>
        <w:t>[26 . 540]</w:t>
      </w:r>
    </w:p>
    <w:p>
      <w:r>
        <w:rPr>
          <w:rFonts w:ascii="Gentium Plus" w:hAnsi="Gentium Plus"/>
          <w:sz w:val="24"/>
        </w:rPr>
        <w:t>λεγόμενον ἁπλῶς Πνεῦμα, χωρὶς τῆς προειρημένης ἐπ’ αὐτῷ προσθήκης, καὶ πλὴν τῆς παρατηρήσεως ἧς γε ἐμνημονεύσαμεν. Ἀλλ’ οὐκ ἂν εἴποιτε· οὐ γὰρ εὑρήσετε γεγραμμένον. Ἀλλ’ ἐν μὲν τῇ Γενέσει γέ‐</w:t>
      </w:r>
    </w:p>
    <w:p>
      <w:r>
        <w:rPr>
          <w:rFonts w:ascii="Courier New" w:hAnsi="Courier New"/>
          <w:color w:val="555555"/>
          <w:sz w:val="20"/>
        </w:rPr>
        <w:t>[5]</w:t>
      </w:r>
    </w:p>
    <w:p>
      <w:r>
        <w:rPr>
          <w:rFonts w:ascii="Gentium Plus" w:hAnsi="Gentium Plus"/>
          <w:sz w:val="24"/>
        </w:rPr>
        <w:t>γραπται, «Καὶ Πνεῦμα Θεοῦ ἐπεφέρετο ἐπάνω τοῦ ὕδατος·» καὶ μετ’ ὀλίγα· «Οὐ μὴ καταμείνῃ τὸ Πνεῦμά μου ἐν τοῖς ἀνθρώποις τούτοις, διὰ τὸ εἶναι αὐτοὺς σάρκας·» ἐν δὲ τοῖς Ἀριθμοῖς λέγει Μωϋσῆς πρὸς τὸν τοῦ Ναυῆ, «Μὴ ζηλοῖς σὺ ἐμέ·</w:t>
      </w:r>
    </w:p>
    <w:p>
      <w:r>
        <w:rPr>
          <w:rFonts w:ascii="Courier New" w:hAnsi="Courier New"/>
          <w:color w:val="555555"/>
          <w:sz w:val="20"/>
        </w:rPr>
        <w:t>[10]</w:t>
      </w:r>
    </w:p>
    <w:p>
      <w:r>
        <w:rPr>
          <w:rFonts w:ascii="Gentium Plus" w:hAnsi="Gentium Plus"/>
          <w:sz w:val="24"/>
        </w:rPr>
        <w:t>καὶ τίς ἂν δῷ τὸν λαὸν Κυρίου προφήτας, ὅταν δῷ Κύριος τὸ Πνεῦμα αὐτοῦ ἐπ’ αὐτούς,» Καὶ ἐν τοῖς Κριταῖς ἐπὶ μὲν Γοθονιήλ· «Καὶ ἐγένετο ἐπ’ αὐτὸν Πνεῦμα Κυρίου, καὶ ἔκρινε τὸν Ἰσραήλ.» Καὶ πάλιν· «Καὶ ἐγένετο ἐπὶ Ἰεφθάε Πνεῦμα Κυρίου.»</w:t>
      </w:r>
    </w:p>
    <w:p>
      <w:r>
        <w:rPr>
          <w:rFonts w:ascii="Courier New" w:hAnsi="Courier New"/>
          <w:color w:val="555555"/>
          <w:sz w:val="20"/>
        </w:rPr>
        <w:t>[15]</w:t>
      </w:r>
    </w:p>
    <w:p>
      <w:r>
        <w:rPr>
          <w:rFonts w:ascii="Gentium Plus" w:hAnsi="Gentium Plus"/>
          <w:sz w:val="24"/>
        </w:rPr>
        <w:t>Περὶ δὲ Σαμψών· «Ἡδρύνθη, φησὶ, τὸ παιδάριον καὶ ηὐλόγησεν αὐτὸ Κύριος·» Καὶ, «Ἤρξατο Πνεῦμα Κυρίου συνεκπορεύεσθαι αὐτῷ·» Καὶ, «Ἥλα‐ το ἐπ’ αὐτὸν Πνεῦμα Κυρίου.» Καὶ ὁ μὲν Δαβὶδ ψάλλει· «Τὸ Πνεῦμά σου τὸ ἅγιον μὴ ἀντανέλῃς ἀπ’ ἐμοῦ·»</w:t>
      </w:r>
    </w:p>
    <w:p>
      <w:r>
        <w:rPr>
          <w:rFonts w:ascii="Courier New" w:hAnsi="Courier New"/>
          <w:color w:val="555555"/>
          <w:sz w:val="20"/>
        </w:rPr>
        <w:t>[20]</w:t>
      </w:r>
    </w:p>
    <w:p>
      <w:r>
        <w:rPr>
          <w:rFonts w:ascii="Gentium Plus" w:hAnsi="Gentium Plus"/>
          <w:sz w:val="24"/>
        </w:rPr>
        <w:t>Καὶ πάλιν ἐν τῷ ἑκατοστῷ τετταρακοστῷ δευτέρῳ ψαλ‐ μῷ· «Τὸ Πνεῦμά σου τὸ ἀγαθὸν ὁδηγήσει με ἐν γῇ εὐθείᾳ, ἕνεκεν τοῦ ὀνόματός σου, Κύριε, ζήσεις με.» Ἐν δὲ τῷ Ἡσαΐᾳ γέγραπται· «Πνεῦμα Κυρίου ἐπ’ ἐμὲ, οὗ εἵνεκεν ἔχρισέ με.» Ἐλέγετο δὲ πρὸ τού‐</w:t>
      </w:r>
    </w:p>
    <w:p>
      <w:r>
        <w:rPr>
          <w:rFonts w:ascii="Courier New" w:hAnsi="Courier New"/>
          <w:color w:val="555555"/>
          <w:sz w:val="20"/>
        </w:rPr>
        <w:t>[25]</w:t>
      </w:r>
    </w:p>
    <w:p>
      <w:r>
        <w:rPr>
          <w:rFonts w:ascii="Gentium Plus" w:hAnsi="Gentium Plus"/>
          <w:sz w:val="24"/>
        </w:rPr>
        <w:t>του· «Οὐαὶ, τέκνα ἀποστάται. Τάδε λέγει Κύριος· Ἐποιήσατε βουλὴν οὐ δι’ ἐμοῦ, καὶ συνθήκας οὐ διὰ τοῦ Πνεύματός μου, προσθεῖναι ἁμαρτίας ἐφ’ ἁμαρτίαις·» καὶ πάλιν· «Ἀκούσατε ταῦτα· Οὐκ ἀπ’ ἀρχῆς ἐν κρυφῇ λελάληκα· ἡνίκα ἐγένετο, ἐκεῖ</w:t>
      </w:r>
    </w:p>
    <w:p>
      <w:r>
        <w:rPr>
          <w:rFonts w:ascii="Courier New" w:hAnsi="Courier New"/>
          <w:color w:val="555555"/>
          <w:sz w:val="20"/>
        </w:rPr>
        <w:t>[30]</w:t>
      </w:r>
    </w:p>
    <w:p>
      <w:r>
        <w:rPr>
          <w:rFonts w:ascii="Gentium Plus" w:hAnsi="Gentium Plus"/>
          <w:sz w:val="24"/>
        </w:rPr>
        <w:t>ἤμην· καὶ νῦν Κύριος ἀπέστειλέ με, καὶ τὸ Πνεῦμα αὐτοῦ.» Μετ’ ὀλίγα δὲ οὕτω φησί· «Καὶ αὕτη αὐτοῖς ἡ παρ’ ἐμοῦ διαθήκη, εἶπε Κύριος, τὸ Πνεῦμα τὸ ἐμὸν, ὅ ἐστιν ἐπὶ σοί·» καὶ αὖθις ἐν τοῖς ἑξῆς ἐπιφέρει λέγων· «Οὐ πρέσβυς, οὐδὲ ἄγγελος, ἀλλ’</w:t>
      </w:r>
    </w:p>
    <w:p>
      <w:r>
        <w:rPr>
          <w:rFonts w:ascii="Courier New" w:hAnsi="Courier New"/>
          <w:color w:val="555555"/>
          <w:sz w:val="20"/>
        </w:rPr>
        <w:t>[35]</w:t>
      </w:r>
    </w:p>
    <w:p>
      <w:r>
        <w:rPr>
          <w:rFonts w:ascii="Gentium Plus" w:hAnsi="Gentium Plus"/>
          <w:sz w:val="24"/>
        </w:rPr>
        <w:t>αὐτὸς ὁ Κύριος ἔσωσεν αὐτοὺς, διὰ τὸ ἀγαπᾷν αὐτοὺς, καὶ φείδεσθαι αὐτῶν· αὐτὸς ἐλυτρώσατο αὐτοὺς, καὶ</w:t>
      </w:r>
    </w:p>
    <w:p>
      <w:r>
        <w:rPr>
          <w:rFonts w:ascii="Courier New" w:hAnsi="Courier New"/>
          <w:color w:val="555555"/>
          <w:sz w:val="20"/>
        </w:rPr>
        <w:t>[26 . 541]</w:t>
      </w:r>
    </w:p>
    <w:p>
      <w:r>
        <w:rPr>
          <w:rFonts w:ascii="Gentium Plus" w:hAnsi="Gentium Plus"/>
          <w:sz w:val="24"/>
        </w:rPr>
        <w:t>ἡμέρας τοῦ αἰῶνος· αὐτοὶ δὲ ἠπείθησαν, καὶ παρ‐ ώξυναν τὸ Πνεῦμα τὸ ἅγιον αὐτοῦ, καὶ ἐστράφη αὐτοῖς εἰς ἔχθραν.» Ἰεζεχιὴλ δὲ οὕτω λέγει· «Καὶ ἀνέλαβέ με Πνεῦμα, καὶ ἤγαγέ με εἰς γῆν Χαλδαίων</w:t>
      </w:r>
    </w:p>
    <w:p>
      <w:r>
        <w:rPr>
          <w:rFonts w:ascii="Courier New" w:hAnsi="Courier New"/>
          <w:color w:val="555555"/>
          <w:sz w:val="20"/>
        </w:rPr>
        <w:t>[5]</w:t>
      </w:r>
    </w:p>
    <w:p>
      <w:r>
        <w:rPr>
          <w:rFonts w:ascii="Gentium Plus" w:hAnsi="Gentium Plus"/>
          <w:sz w:val="24"/>
        </w:rPr>
        <w:t>εἰς τὴν αἰχμαλωσίαν, ἐν ὁράσει, ἐν Πνεύματι Θεοῦ.» Ἐν δὲ τῷ Δανιήλ· «Ἐξήγειρεν ὁ Θεὸς τὸ Πνεῦμα τὸ ἅγιον παιδαρίου νεωτέρου, ᾧ ὄνομα Δανιὴλ, καὶ ἀν‐ εβόησε φωνῇ μεγάλῃ· Καθαρὸς ἐγὼ ἀπὸ τοῦ αἵματος ταύτης.» Καὶ ὁ μὲν Μιχαίας φησίν· «Οἶκος</w:t>
      </w:r>
    </w:p>
    <w:p>
      <w:r>
        <w:rPr>
          <w:rFonts w:ascii="Courier New" w:hAnsi="Courier New"/>
          <w:color w:val="555555"/>
          <w:sz w:val="20"/>
        </w:rPr>
        <w:t>[10]</w:t>
      </w:r>
    </w:p>
    <w:p>
      <w:r>
        <w:rPr>
          <w:rFonts w:ascii="Gentium Plus" w:hAnsi="Gentium Plus"/>
          <w:sz w:val="24"/>
        </w:rPr>
        <w:t>Ἰακὼβ παρώξυνε Πνεῦμα Κυρίου.» Καὶ διὰ τοῦ Ἰωὴλ ὁ Θεός φησι· «Καὶ ἔσται μετὰ ταῦτα, καὶ ἐκχεῶ ἀπὸ τοῦ Πνεύματός μου ἐπὶ πᾶσαν σάρκα.» Καὶ διὰ τοῦ Ζαχαρίου δὲ πάλιν, Θεοῦ φωνή ἐστι λέγοντος· «Πλὴν τοὺς λόγους μου καὶ τὰ νόμιμά μου δέχεσθε,</w:t>
      </w:r>
    </w:p>
    <w:p>
      <w:r>
        <w:rPr>
          <w:rFonts w:ascii="Courier New" w:hAnsi="Courier New"/>
          <w:color w:val="555555"/>
          <w:sz w:val="20"/>
        </w:rPr>
        <w:t>[15]</w:t>
      </w:r>
    </w:p>
    <w:p>
      <w:r>
        <w:rPr>
          <w:rFonts w:ascii="Gentium Plus" w:hAnsi="Gentium Plus"/>
          <w:sz w:val="24"/>
        </w:rPr>
        <w:t>ὅσα ἐγὼ ἐντέλλομαι ἐν Πνεύματί μου τοῖς δούλοις μου, τοῖς προφήταις.» Ὅτε καὶ αἰτιώμενος ὁ προ‐ φήτης τὸν λαὸν, μετ’ ὀλίγα ἔλεγε· «Καὶ τὴν καρδίαν αὐτῶν ἔταξαν ἀπειθῆ τοῦ μὴ εἰσακούειν τοῦ νόμου μου, καὶ τοὺς λόγους οὓς ἐξαπέστειλε Κύριος</w:t>
      </w:r>
    </w:p>
    <w:p>
      <w:r>
        <w:rPr>
          <w:rFonts w:ascii="Courier New" w:hAnsi="Courier New"/>
          <w:color w:val="555555"/>
          <w:sz w:val="20"/>
        </w:rPr>
        <w:t>[20]</w:t>
      </w:r>
    </w:p>
    <w:p>
      <w:r>
        <w:rPr>
          <w:rFonts w:ascii="Gentium Plus" w:hAnsi="Gentium Plus"/>
          <w:sz w:val="24"/>
        </w:rPr>
        <w:t>παντοκράτωρ ἐν Πνεύματι αὐτοῦ ἐν χερσὶ τῶν προ‐ φητῶν τῶν ἔμπροσθεν.» Καὶ ταῦτα μὲν ἐκ τῶν Πα‐ λαιῶν ἀναλέξαντες, εἰρήκαμεν ὀλίγα. Ἐρωτήσατε δὲ καὶ ὑμεῖς περὶ τῶν ἐν τοῖς Εὐαγ‐ γελίοις, καὶ ὧν ἔγραψαν οἱ ἀπόστολοι, καὶ ἀκού‐</w:t>
      </w:r>
    </w:p>
    <w:p>
      <w:r>
        <w:rPr>
          <w:rFonts w:ascii="Courier New" w:hAnsi="Courier New"/>
          <w:color w:val="555555"/>
          <w:sz w:val="20"/>
        </w:rPr>
        <w:t>[25]</w:t>
      </w:r>
    </w:p>
    <w:p>
      <w:r>
        <w:rPr>
          <w:rFonts w:ascii="Gentium Plus" w:hAnsi="Gentium Plus"/>
          <w:sz w:val="24"/>
        </w:rPr>
        <w:t>σεσθε πῶς κἀκεῖ, πλείστης οὔσης διαφορᾶς πνευμά‐ των, κατ’ ἐξαίρετον τὸ Πνεῦμα τὸ ἅγιον οὐχ ἁπλῶς Πνεῦμα, ἀλλὰ μετὰ προσθήκης, ἧς εἴπομεν, ὀνομά‐ ζεται. Ὁ μὲν οὖν Κύριος ἡνίκα, καθὰ προεῖπον, ἀν‐ θρωπίνως ἐβαπτίζετο, δι’ ἣν ἐφόρει σάρκα, λέγεται</w:t>
      </w:r>
    </w:p>
    <w:p>
      <w:r>
        <w:rPr>
          <w:rFonts w:ascii="Courier New" w:hAnsi="Courier New"/>
          <w:color w:val="555555"/>
          <w:sz w:val="20"/>
        </w:rPr>
        <w:t>[30]</w:t>
      </w:r>
    </w:p>
    <w:p>
      <w:r>
        <w:rPr>
          <w:rFonts w:ascii="Gentium Plus" w:hAnsi="Gentium Plus"/>
          <w:sz w:val="24"/>
        </w:rPr>
        <w:t>καταβεβηκέναι ἐπ’ αὐτὸν τὸ Πνεῦμα τὸ ἅγιον· τοῦτο διδοὺς μὲν τοῖς μαθηταῖς, ἔλεγε· «Λάβετε Πνεῦ‐ μα ἅγιον·» ἐδίδασκε δὲ αὐτούς· «Ὁ Παράκλητος τὸ Πνεῦμα τὸ ἅγιον, ὃ πέμψει ὁ Πατὴρ ἐν τῷ ὀνόματί μου, ἐκεῖνος ὑμᾶς διδάξει πάντα.» Καὶ μετ’ ὀλίγα</w:t>
      </w:r>
    </w:p>
    <w:p>
      <w:r>
        <w:rPr>
          <w:rFonts w:ascii="Courier New" w:hAnsi="Courier New"/>
          <w:color w:val="555555"/>
          <w:sz w:val="20"/>
        </w:rPr>
        <w:t>[35]</w:t>
      </w:r>
    </w:p>
    <w:p>
      <w:r>
        <w:rPr>
          <w:rFonts w:ascii="Gentium Plus" w:hAnsi="Gentium Plus"/>
          <w:sz w:val="24"/>
        </w:rPr>
        <w:t>περὶ τοῦ αὐτοῦ ἔλεγεν· «Ὅταν ἔλθῃ ὁ Παράκλη‐ τος, ὃν ἐγὼ πέμψω ὑμῖν παρὰ τοῦ Πατρὸς, τὸ Πνεῦμα τῆς ἀληθείας, ὃ παρὰ τοῦ Πατρὸς ἐκπορεύε‐ ται, ἐκεῖνος μαρτυρήσει περὶ ἐμοῦ·» καὶ πάλιν·</w:t>
      </w:r>
    </w:p>
    <w:p>
      <w:r>
        <w:rPr>
          <w:rFonts w:ascii="Courier New" w:hAnsi="Courier New"/>
          <w:color w:val="555555"/>
          <w:sz w:val="20"/>
        </w:rPr>
        <w:t>[26 . 544]</w:t>
      </w:r>
    </w:p>
    <w:p>
      <w:r>
        <w:rPr>
          <w:rFonts w:ascii="Gentium Plus" w:hAnsi="Gentium Plus"/>
          <w:sz w:val="24"/>
        </w:rPr>
        <w:t>μα τοῦ Πατρὸς ὑμῶν τὸ λαλοῦν ἐν ὑμῖν·» καὶ μετ’ ὀλίγα· «Εἰ δὲ ἐν Πνεύματι Θεοῦ ἐγὼ ἐκβάλλω τὰ δαι‐ μόνια, ἄρα ἔφθασεν ἐφ’ ὑμᾶς ἡ βασιλεία τοῦ Θεοῦ.» Καὶ τὴν μὲν πᾶσαν θεολογίαν καὶ τὴν ἡμῶν</w:t>
      </w:r>
    </w:p>
    <w:p>
      <w:r>
        <w:rPr>
          <w:rFonts w:ascii="Courier New" w:hAnsi="Courier New"/>
          <w:color w:val="555555"/>
          <w:sz w:val="20"/>
        </w:rPr>
        <w:t>[5]</w:t>
      </w:r>
    </w:p>
    <w:p>
      <w:r>
        <w:rPr>
          <w:rFonts w:ascii="Gentium Plus" w:hAnsi="Gentium Plus"/>
          <w:sz w:val="24"/>
        </w:rPr>
        <w:t>τελείωσιν, ἐν ᾗ συνῆπτεν ἡμᾶς ἑαυτῷ καὶ δι’ ἑαυτοῦ τῷ Πατρὶ, ἐν τούτῳ συμπληρῶν, παρήγγειλε τοῖς μαθηταῖς· «Πορευθέντες, μαθητεύσατε πάντα τὰ ἔθνη, βαπτίζοντες αὐτοὺς εἰς τὸ ὄνομα τοῦ Πατρὸς, καὶ τοῦ Υἱοῦ, καὶ τοῦ ἁγίου Πνεύματος·» ἐπαγγει‐</w:t>
      </w:r>
    </w:p>
    <w:p>
      <w:r>
        <w:rPr>
          <w:rFonts w:ascii="Courier New" w:hAnsi="Courier New"/>
          <w:color w:val="555555"/>
          <w:sz w:val="20"/>
        </w:rPr>
        <w:t>[10]</w:t>
      </w:r>
    </w:p>
    <w:p>
      <w:r>
        <w:rPr>
          <w:rFonts w:ascii="Gentium Plus" w:hAnsi="Gentium Plus"/>
          <w:sz w:val="24"/>
        </w:rPr>
        <w:t>λάμενος δὲ αὐτοῖς αὐτὸ πέμψειν, «παρήγγειλεν ἀπὸ Ἱεροσολύμων μὴ χωρίζεσθαι·» καὶ μεθ’ ἡμέ‐ ρας ὀλίγας, «Ἐν τῷ συμπληροῦσθαι τὴν ἡμέραν τῆς Πεντηκοστῆς, ἦσαν πάντες ὁμοῦ ἐπὶ τὸ αὐτό· καὶ ἐγένετο ἄφνω ἐκ τοῦ οὐρανοῦ ἦχος, ὥσπερ φερο‐</w:t>
      </w:r>
    </w:p>
    <w:p>
      <w:r>
        <w:rPr>
          <w:rFonts w:ascii="Courier New" w:hAnsi="Courier New"/>
          <w:color w:val="555555"/>
          <w:sz w:val="20"/>
        </w:rPr>
        <w:t>[15]</w:t>
      </w:r>
    </w:p>
    <w:p>
      <w:r>
        <w:rPr>
          <w:rFonts w:ascii="Gentium Plus" w:hAnsi="Gentium Plus"/>
          <w:sz w:val="24"/>
        </w:rPr>
        <w:t>μένης πνοῆς βιαίας, καὶ ἐπλήρωσεν ὅλον τὸν οἶκον, οὗ ἦσαν καθήμενοι· καὶ ὤφθησαν αὐτοῖς διαμεριζό‐ μεναι γλῶσσαι ὡσεὶ πυρὸς, καὶ ἐκάθισαν ἐφ’ ἕνα ἕκαστον αὐτῶν· καὶ ἐπλήσθησαν ἅπαντες Πνεύματος ἁγίου, καὶ ἤρξαντο λαλεῖν ἑτέραις γλώσσαις, καθὼς</w:t>
      </w:r>
    </w:p>
    <w:p>
      <w:r>
        <w:rPr>
          <w:rFonts w:ascii="Courier New" w:hAnsi="Courier New"/>
          <w:color w:val="555555"/>
          <w:sz w:val="20"/>
        </w:rPr>
        <w:t>[20]</w:t>
      </w:r>
    </w:p>
    <w:p>
      <w:r>
        <w:rPr>
          <w:rFonts w:ascii="Gentium Plus" w:hAnsi="Gentium Plus"/>
          <w:sz w:val="24"/>
        </w:rPr>
        <w:t>τὸ Πνεῦμα ἐδίδου ἀποφθέγγεσθαι αὐτοῖς.» Ἔνθεν οὖν καὶ διὰ μὲν τῆς ἐπιθέσεως τῶν χειρῶν τῶν ἀποστόλων ἐδίδοτο τοῖς ἀναγεννωμένοις τὸ Πνεῦμα τὸ ἅγιον· Ἄγαβος δέ τις προεφήτευσεν ἐν τούτῳ λέγων· «Τάδε λέγει τὸ Πνεῦμα τὸ ἅγιον·» ὁ δὲ Παῦλος·</w:t>
      </w:r>
    </w:p>
    <w:p>
      <w:r>
        <w:rPr>
          <w:rFonts w:ascii="Courier New" w:hAnsi="Courier New"/>
          <w:color w:val="555555"/>
          <w:sz w:val="20"/>
        </w:rPr>
        <w:t>[25]</w:t>
      </w:r>
    </w:p>
    <w:p>
      <w:r>
        <w:rPr>
          <w:rFonts w:ascii="Gentium Plus" w:hAnsi="Gentium Plus"/>
          <w:sz w:val="24"/>
        </w:rPr>
        <w:t>«Ἐν ᾧ ὑμᾶς τὸ Πνεῦμα τὸ ἅγιον ἔθετο ἐπισκό‐ πους, ποιμαίνειν τὴν Ἐκκλησίαν τοῦ Θεοῦ, ἣν περιεποιήσατο διὰ τοῦ ἰδίου αἵματος·» τοῦ τε εὐνού‐ χου βαπτισθέντος, «Ἥρπασε Πνεῦμα Κυρίου τὸν Φίλιππον.» Καὶ Πέτρος ἔγραψε· «Κομιζόμενοι τὸ</w:t>
      </w:r>
    </w:p>
    <w:p>
      <w:r>
        <w:rPr>
          <w:rFonts w:ascii="Courier New" w:hAnsi="Courier New"/>
          <w:color w:val="555555"/>
          <w:sz w:val="20"/>
        </w:rPr>
        <w:t>[30]</w:t>
      </w:r>
    </w:p>
    <w:p>
      <w:r>
        <w:rPr>
          <w:rFonts w:ascii="Gentium Plus" w:hAnsi="Gentium Plus"/>
          <w:sz w:val="24"/>
        </w:rPr>
        <w:t>τέλος τῆς πίστεως, σωτηρίαν ψυχῶν· περὶ ἧς σωτη‐ ρίας ἐξεζήτησαν καὶ ἐξηρεύνησαν προφῆται, οἱ περὶ τῆς εἰς ὑμᾶς χάριτος προφητεύσαντες, ἐρευνῶν‐ τες εἰς τίνα ἢ ποῖον καιρὸν ἐδηλοῦτο ἐν αὐτοῖς Πνεῦ‐ μα Χριστοῦ, προμαρτυρόμενον τὰ εἰς Χριστὸν</w:t>
      </w:r>
    </w:p>
    <w:p>
      <w:r>
        <w:rPr>
          <w:rFonts w:ascii="Courier New" w:hAnsi="Courier New"/>
          <w:color w:val="555555"/>
          <w:sz w:val="20"/>
        </w:rPr>
        <w:t>[35]</w:t>
      </w:r>
    </w:p>
    <w:p>
      <w:r>
        <w:rPr>
          <w:rFonts w:ascii="Gentium Plus" w:hAnsi="Gentium Plus"/>
          <w:sz w:val="24"/>
        </w:rPr>
        <w:t>παθήματα, καὶ τὰς μετὰ ταῦτα δόξας.» Καὶ ὁ μὲν Ἰωάννης ἐπέστειλεν· «Ἐν τούτῳ γινώσκομεν, ὅτι ἐν αὐτῷ μένομεν, καὶ αὐτὸς ἐν ἡμῖν, ὅτι ἐκ τοῦ Πνεύ‐ ματος αὐτοῦ ἔδωκεν ἡμῖν·» ὁ δὲ Παῦλος γράφει Ῥωμαίοις μέν· «Ὑμεῖς δὲ οὔκ ἐστε ἐν σαρκὶ, ἀλλ’</w:t>
      </w:r>
    </w:p>
    <w:p>
      <w:r>
        <w:rPr>
          <w:rFonts w:ascii="Courier New" w:hAnsi="Courier New"/>
          <w:color w:val="555555"/>
          <w:sz w:val="20"/>
        </w:rPr>
        <w:t>[40]</w:t>
      </w:r>
    </w:p>
    <w:p>
      <w:r>
        <w:rPr>
          <w:rFonts w:ascii="Gentium Plus" w:hAnsi="Gentium Plus"/>
          <w:sz w:val="24"/>
        </w:rPr>
        <w:t>ἐν πνεύματι, εἴπερ Πνεῦμα Θεοῦ οἰκεῖ ἐν ὑμῖν. Εἰ δέ τις Πνεῦμα Χριστοῦ οὐκ ἔχει, οὗτος οὐκ ἔστιν</w:t>
      </w:r>
    </w:p>
    <w:p>
      <w:r>
        <w:rPr>
          <w:rFonts w:ascii="Courier New" w:hAnsi="Courier New"/>
          <w:color w:val="555555"/>
          <w:sz w:val="20"/>
        </w:rPr>
        <w:t>[26 . 545]</w:t>
      </w:r>
    </w:p>
    <w:p>
      <w:r>
        <w:rPr>
          <w:rFonts w:ascii="Gentium Plus" w:hAnsi="Gentium Plus"/>
          <w:sz w:val="24"/>
        </w:rPr>
        <w:t>δι’ ἁμαρτίαν, τὸ δὲ πνεῦμα ζωὴ διὰ δικαιοσύνην. Εἰ δὲ τὸ Πνεῦμα τοῦ ἐγείραντος Ἰησοῦν οἰκεῖ ἐν ὑμῖν, ὁ ἐγείρας Χριστὸν Ἰησοῦν ἐκ νεκρῶν ζωοποιή‐ σει καὶ τὰ θνητὰ σώματα ὑμῶν διὰ τοῦ ἐνοικοῦντος</w:t>
      </w:r>
    </w:p>
    <w:p>
      <w:r>
        <w:rPr>
          <w:rFonts w:ascii="Courier New" w:hAnsi="Courier New"/>
          <w:color w:val="555555"/>
          <w:sz w:val="20"/>
        </w:rPr>
        <w:t>[5]</w:t>
      </w:r>
    </w:p>
    <w:p>
      <w:r>
        <w:rPr>
          <w:rFonts w:ascii="Gentium Plus" w:hAnsi="Gentium Plus"/>
          <w:sz w:val="24"/>
        </w:rPr>
        <w:t>αὐτοῦ Πνεύματος ἐν ὑμῖν·» Κορινθίοις δέ· «Τὸ γὰρ Πνεῦμα πάντα ἐρευνᾷ, καὶ τὰ βάθη τοῦ Θεοῦ. Τίς γὰρ οἶδε τὰ τοῦ ἀνθρώπου εἰ μὴ τὸ Πνεῦμα τοῦ ἀνθρώπου τὸ ἐν αὐτῷ; οὕτω καὶ τὰ τοῦ Θεοῦ οὐδεὶς ἔγνωκεν, εἰ μὴ τὸ Πνεῦμα τοῦ Θεοῦ. Ἡμεῖς δὲ οὐ</w:t>
      </w:r>
    </w:p>
    <w:p>
      <w:r>
        <w:rPr>
          <w:rFonts w:ascii="Courier New" w:hAnsi="Courier New"/>
          <w:color w:val="555555"/>
          <w:sz w:val="20"/>
        </w:rPr>
        <w:t>[10]</w:t>
      </w:r>
    </w:p>
    <w:p>
      <w:r>
        <w:rPr>
          <w:rFonts w:ascii="Gentium Plus" w:hAnsi="Gentium Plus"/>
          <w:sz w:val="24"/>
        </w:rPr>
        <w:t>τὸ πνεῦμα τοῦ κόσμου ἐλάβομεν, ἀλλὰ τὸ Πνεῦμα τὸ ἐκ τοῦ Θεοῦ, ἵνα ἴδωμεν τὰ ὑπὸ τοῦ Θεοῦ χα‐ ρισθέντα ἡμῖν·» καὶ μετ’ ὀλίγα· «Οὐκ οἴδατε, ὅτι ναὸς Θεοῦ ἐστε, καὶ τὸ Πνεῦμα τοῦ Θεοῦ οἰκεῖ ἐν ὑμῖν;» Καὶ πάλιν· «Ἀλλ’ ἀπελούσασθε, ἀλλ’ ἡγιά‐</w:t>
      </w:r>
    </w:p>
    <w:p>
      <w:r>
        <w:rPr>
          <w:rFonts w:ascii="Courier New" w:hAnsi="Courier New"/>
          <w:color w:val="555555"/>
          <w:sz w:val="20"/>
        </w:rPr>
        <w:t>[15]</w:t>
      </w:r>
    </w:p>
    <w:p>
      <w:r>
        <w:rPr>
          <w:rFonts w:ascii="Gentium Plus" w:hAnsi="Gentium Plus"/>
          <w:sz w:val="24"/>
        </w:rPr>
        <w:t>σθητε, ἀλλ’ ἐδικαιώθητε ἐν τῷ ὀνόματι τοῦ Κυρίου ἡμῶν Ἰησοῦ Χριστοῦ, καὶ ἐν τῷ Πνεύματι Θεοῦ ἡμῶν·» καὶ πάλιν· «Ταῦτα δὲ πάντα ἐνεργεῖ τὸ ἓν καὶ τὸ αὐτὸ Πνεῦμα, διαιροῦν ἰδίᾳ ἑκάστῳ καθ‐ ὼς βούλεται·» καὶ πάλιν· «Ὁ δὲ Κύριος τὸ</w:t>
      </w:r>
    </w:p>
    <w:p>
      <w:r>
        <w:rPr>
          <w:rFonts w:ascii="Courier New" w:hAnsi="Courier New"/>
          <w:color w:val="555555"/>
          <w:sz w:val="20"/>
        </w:rPr>
        <w:t>[20]</w:t>
      </w:r>
    </w:p>
    <w:p>
      <w:r>
        <w:rPr>
          <w:rFonts w:ascii="Gentium Plus" w:hAnsi="Gentium Plus"/>
          <w:sz w:val="24"/>
        </w:rPr>
        <w:t>Πνεῦμά ἐστιν· οὗ δὲ τὸ Πνεῦμα Κυρίου, ἐκεῖ ἐλευ‐ θερία.» Ὅρα δὲ πῶς καὶ Γαλάταις ἐπιστέλλει λέγων· «Ἵνα ἡ εὐλογία τοῦ Ἀβραὰμ γένηται ἐν Χριστῷ Ἰησοῦ, ἵνα τὴν ἐπαγγελίαν τοῦ Πνεύματος λάβωμεν διὰ τῆς πίστεως·» καὶ πάλιν· «Ὅτι</w:t>
      </w:r>
    </w:p>
    <w:p>
      <w:r>
        <w:rPr>
          <w:rFonts w:ascii="Courier New" w:hAnsi="Courier New"/>
          <w:color w:val="555555"/>
          <w:sz w:val="20"/>
        </w:rPr>
        <w:t>[25]</w:t>
      </w:r>
    </w:p>
    <w:p>
      <w:r>
        <w:rPr>
          <w:rFonts w:ascii="Gentium Plus" w:hAnsi="Gentium Plus"/>
          <w:sz w:val="24"/>
        </w:rPr>
        <w:t>δέ ἐστε υἱοὶ, ἐξαπέστειλεν ὁ Θεὸς τὸ Πνεῦμα τοῦ Υἱοῦ αὐτοῦ εἰς τὰς καρδίας ὑμῶν, κράζον· Ἀββᾶ ὁ Πατήρ. Ὥστε οὐκέτι εἶ δοῦλος, ἀλλὰ υἱός. Εἰ δὲ υἱὸς, καὶ κληρονόμος Θεοῦ διὰ Χριστοῦ.» Τοῖς δὲ Ἐφε‐ σίοις οὕτως ἔλεγε· «Καὶ μὴ λυπεῖτε τὸ Πνεῦμα τὸ</w:t>
      </w:r>
    </w:p>
    <w:p>
      <w:r>
        <w:rPr>
          <w:rFonts w:ascii="Courier New" w:hAnsi="Courier New"/>
          <w:color w:val="555555"/>
          <w:sz w:val="20"/>
        </w:rPr>
        <w:t>[30]</w:t>
      </w:r>
    </w:p>
    <w:p>
      <w:r>
        <w:rPr>
          <w:rFonts w:ascii="Gentium Plus" w:hAnsi="Gentium Plus"/>
          <w:sz w:val="24"/>
        </w:rPr>
        <w:t>ἅγιον τοῦ Θεοῦ, ἐν ᾧ ἐσφραγίσθητε εἰς ἡμέραν ἀπο‐ λυτρώσεως·» καὶ πάλιν· «Σπουδάζοντες τηρεῖν τὴν ἑνότητα τοῦ Πνεύματος, ἐν τῷ συνδέσμῳ τῆς εἰρή‐ νης.» Πρὸς δὲ Φιλιππησίους ἐπαῤῥησιάζετο γράφων· «Τί γάρ; πλὴν ὅτι παντὶ τρόπῳ εἴτε προφάσει,</w:t>
      </w:r>
    </w:p>
    <w:p>
      <w:r>
        <w:rPr>
          <w:rFonts w:ascii="Courier New" w:hAnsi="Courier New"/>
          <w:color w:val="555555"/>
          <w:sz w:val="20"/>
        </w:rPr>
        <w:t>[35]</w:t>
      </w:r>
    </w:p>
    <w:p>
      <w:r>
        <w:rPr>
          <w:rFonts w:ascii="Gentium Plus" w:hAnsi="Gentium Plus"/>
          <w:sz w:val="24"/>
        </w:rPr>
        <w:t>εἴτε ἀληθείᾳ Χριστὸς καταγγέλλεται, καὶ ἐν τούτῳ χαίρω, ἀλλὰ καὶ χαρήσομαι. Οἶδα γὰρ, ὅτι τοῦτό μοι ἀποβήσεται εἰς σωτηρίαν, διὰ τῆς ὑμῶν δεήσεως καὶ ἐπιχορηγίας· τοῦ Πνεύματος Ἰησοῦ Χριστοῦ, κατὰ</w:t>
      </w:r>
    </w:p>
    <w:p>
      <w:r>
        <w:rPr>
          <w:rFonts w:ascii="Courier New" w:hAnsi="Courier New"/>
          <w:color w:val="555555"/>
          <w:sz w:val="20"/>
        </w:rPr>
        <w:t>[26 . 548]</w:t>
      </w:r>
    </w:p>
    <w:p>
      <w:r>
        <w:rPr>
          <w:rFonts w:ascii="Gentium Plus" w:hAnsi="Gentium Plus"/>
          <w:sz w:val="24"/>
        </w:rPr>
        <w:t>αἰσχυνθήσομαι·» καὶ πάλιν· «Ἡμεῖς γάρ ἐσμεν ἡ περιτομὴ, οἱ Πνεύματι Θεοῦ λατρεύοντες, καὶ καυ‐ χώμενοι ἐν Χριστῷ Ἰησοῦ.» Καὶ Θεσσαλονικεῦσι δὲ διαμαρτυρεῖται· «Τοιγαροῦν ὁ ἀθετῶν οὐκ ἄνθρωπον</w:t>
      </w:r>
    </w:p>
    <w:p>
      <w:r>
        <w:rPr>
          <w:rFonts w:ascii="Courier New" w:hAnsi="Courier New"/>
          <w:color w:val="555555"/>
          <w:sz w:val="20"/>
        </w:rPr>
        <w:t>[5]</w:t>
      </w:r>
    </w:p>
    <w:p>
      <w:r>
        <w:rPr>
          <w:rFonts w:ascii="Gentium Plus" w:hAnsi="Gentium Plus"/>
          <w:sz w:val="24"/>
        </w:rPr>
        <w:t>ἀθετεῖ, ἀλλὰ τὸν Θεὸν τὸν διδόντα τὸ Πνεῦμα τὸ ἅγιον αὐτοῦ εἰς ὑμᾶς·» καὶ πρὸς Ἑβραίους δὲ οὕτω· «Δηλοῦντος τοῦ Πνεύματος τοῦ ἁγίου μήπω πεφανε‐ ρῶσθαι τὴν τῶν ἁγίων ὁδὸν, ἔτι τῆς πρώτης σκηνῆς ἐχούσης στάσιν·» καὶ πάλιν· «Πόσῳ δοκεῖτε χείρο‐</w:t>
      </w:r>
    </w:p>
    <w:p>
      <w:r>
        <w:rPr>
          <w:rFonts w:ascii="Courier New" w:hAnsi="Courier New"/>
          <w:color w:val="555555"/>
          <w:sz w:val="20"/>
        </w:rPr>
        <w:t>[10]</w:t>
      </w:r>
    </w:p>
    <w:p>
      <w:r>
        <w:rPr>
          <w:rFonts w:ascii="Gentium Plus" w:hAnsi="Gentium Plus"/>
          <w:sz w:val="24"/>
        </w:rPr>
        <w:t>νος ἀξιωθήσεται τιμωρίας ὁ τὸν Υἱὸν τοῦ Θεοῦ κατα‐ πατήσας, καὶ τὸ αἷμα τῆς Διαθήκης κοινὸν ἡγησάμε‐ νος, ἐν ᾧ ἡγιάσθη, καὶ τὸ Πνεῦμα τῆς χάριτος ἐν‐ υβρίσας;» Καὶ πάλιν· «Εἰ γὰρ τὸ αἷμα ταύρων καὶ τράγων, καὶ σποδὸς δαμάλεως ῥαντίζουσα τοὺς κεκοι‐</w:t>
      </w:r>
    </w:p>
    <w:p>
      <w:r>
        <w:rPr>
          <w:rFonts w:ascii="Courier New" w:hAnsi="Courier New"/>
          <w:color w:val="555555"/>
          <w:sz w:val="20"/>
        </w:rPr>
        <w:t>[15]</w:t>
      </w:r>
    </w:p>
    <w:p>
      <w:r>
        <w:rPr>
          <w:rFonts w:ascii="Gentium Plus" w:hAnsi="Gentium Plus"/>
          <w:sz w:val="24"/>
        </w:rPr>
        <w:t>νωμένους ἁγιάζει πρὸς τὴν τῆς σαρκὸς καθαρότητα· πόσῳ μᾶλλον τὸ αἷμα τοῦ Χριστοῦ, ὃς διὰ Πνεύμα‐ τος αἰωνίου ἑαυτὸν προσήνεγκεν ἄμωμον τῷ Θεῷ, κα‐ θαρίσει τὴν συνείδησιν ἡμῶν ἀπὸ νεκρῶν ἔργων;» καὶ πρὸς Θεσσαλονικεῖς δέ· «Καὶ τότε ἀποκαλυφθή‐ σεται ὁ ἄνομος, ὃν ὁ Κύριος Ἰησοῦς ἀνελεῖ τῷ Πνεύματι τοῦ στόματος αὐτοῦ, καὶ καταργήσει τῇ</w:t>
      </w:r>
    </w:p>
    <w:p>
      <w:r>
        <w:rPr>
          <w:rFonts w:ascii="Courier New" w:hAnsi="Courier New"/>
          <w:color w:val="555555"/>
          <w:sz w:val="20"/>
        </w:rPr>
        <w:t>[20]</w:t>
      </w:r>
    </w:p>
    <w:p>
      <w:r>
        <w:rPr>
          <w:rFonts w:ascii="Gentium Plus" w:hAnsi="Gentium Plus"/>
          <w:sz w:val="24"/>
        </w:rPr>
        <w:t>ἐπιφανείᾳ τῆς παρουσίας αὐτοῦ.» Ἰδοὺ πῶς τὸ Πνεῦμα τὸ ἅγιον ἐν πάσῃ τῇ θείᾳ Γρα‐ φῇ γνωρίζεται. Τί τοίνυν ὑμεῖς τοιοῦτον ἐν τῷ προφή‐ τῃ ἐθεωρήσατε; Οὐδὲ γὰρ οὐδὲ κἂν τὸ ἄρθρον ἔχει τὸ παρὰ τοῦ προφήτου λεγόμενον νῦν «πνεῦμα,» ἵνα</w:t>
      </w:r>
    </w:p>
    <w:p>
      <w:r>
        <w:rPr>
          <w:rFonts w:ascii="Courier New" w:hAnsi="Courier New"/>
          <w:color w:val="555555"/>
          <w:sz w:val="20"/>
        </w:rPr>
        <w:t>[25]</w:t>
      </w:r>
    </w:p>
    <w:p>
      <w:r>
        <w:rPr>
          <w:rFonts w:ascii="Gentium Plus" w:hAnsi="Gentium Plus"/>
          <w:sz w:val="24"/>
        </w:rPr>
        <w:t>κἂν πρόφασιν ἔχητε. Ἀλλ’ ἁπλῶς ἐτολμήσατε τρόπους ἑαυτοῖς ἐπινοεῖν, καὶ εἰπεῖν τὸ λεγόμενον κτίζεσθαι πνεῦμα, αὐτὸ εἶναι τὸ Πνεῦμα τὸ ἅγιον, καίτοι δυνάμενοι μαθεῖν καὶ παρὰ φιλολόγων ἀνδρῶν περὶ διαφορᾶς πνευμάτων. Λέγεται γὰρ καὶ ἀνθρώπου</w:t>
      </w:r>
    </w:p>
    <w:p>
      <w:r>
        <w:rPr>
          <w:rFonts w:ascii="Courier New" w:hAnsi="Courier New"/>
          <w:color w:val="555555"/>
          <w:sz w:val="20"/>
        </w:rPr>
        <w:t>[30]</w:t>
      </w:r>
    </w:p>
    <w:p>
      <w:r>
        <w:rPr>
          <w:rFonts w:ascii="Gentium Plus" w:hAnsi="Gentium Plus"/>
          <w:sz w:val="24"/>
        </w:rPr>
        <w:t>πνεῦμα, ὡς ψάλλει Δαβίδ· «Νυκτὸς μετὰ τῆς καρ‐ δίας μου ἠδολέσχουν, καὶ ἤσχαλλε τὸ πνεῦμά μου.» Ὁ δὲ Βαροὺχ ἐπευχόμενός φησι· «Ψυχὴ ἐν στενοῖς καὶ πνεῦμα ἀκηδιῶν κέκραγε πρὸς σέ.» Καὶ ἐν μὲν τῇ ᾠδῇ τῶν τριῶν παίδων· «Εὐλογεῖτε, πνεύ‐</w:t>
      </w:r>
    </w:p>
    <w:p>
      <w:r>
        <w:rPr>
          <w:rFonts w:ascii="Courier New" w:hAnsi="Courier New"/>
          <w:color w:val="555555"/>
          <w:sz w:val="20"/>
        </w:rPr>
        <w:t>[35]</w:t>
      </w:r>
    </w:p>
    <w:p>
      <w:r>
        <w:rPr>
          <w:rFonts w:ascii="Gentium Plus" w:hAnsi="Gentium Plus"/>
          <w:sz w:val="24"/>
        </w:rPr>
        <w:t>ματα» καὶ «ψυχαὶ δικαίων, τὸν Κύριον.» Ὁ δὲ Ἀπό‐ στολος γράφει· «Αὐτὸ τὸ Πνεῦμα συμμαρτυρεῖ τῷ πνεύματι ἡμῶν, ὅτι ἐσμὲν τέκνα Θεοῦ. Εἰ δὲ τέκνα,</w:t>
      </w:r>
    </w:p>
    <w:p>
      <w:r>
        <w:rPr>
          <w:rFonts w:ascii="Courier New" w:hAnsi="Courier New"/>
          <w:color w:val="555555"/>
          <w:sz w:val="20"/>
        </w:rPr>
        <w:t>[26 . 549]</w:t>
      </w:r>
    </w:p>
    <w:p>
      <w:r>
        <w:rPr>
          <w:rFonts w:ascii="Gentium Plus" w:hAnsi="Gentium Plus"/>
          <w:sz w:val="24"/>
        </w:rPr>
        <w:t>ἀνθρώπου εἰ μὴ τὸ Πνεῦμα τοῦ ἀνθρώπου τὸ ἐν αὐτῷ.» Ἐν δὲ τῇ πρὸς Θεσσαλονικεῖς ἐπιστολῇ ἐπευχόμενος λέγει «Ὁλόκληρον ὑμῶν τὸ Πνεῦμα, καὶ ἡ ψυχὴ, καὶ τὸ σῶμα ἀμέμπτως ἐν τῇ παρουσίᾳ τοῦ Κυρίου</w:t>
      </w:r>
    </w:p>
    <w:p>
      <w:r>
        <w:rPr>
          <w:rFonts w:ascii="Courier New" w:hAnsi="Courier New"/>
          <w:color w:val="555555"/>
          <w:sz w:val="20"/>
        </w:rPr>
        <w:t>[5]</w:t>
      </w:r>
    </w:p>
    <w:p>
      <w:r>
        <w:rPr>
          <w:rFonts w:ascii="Gentium Plus" w:hAnsi="Gentium Plus"/>
          <w:sz w:val="24"/>
        </w:rPr>
        <w:t>ἡμῶν Ἰησοῦ Χριστοῦ τηρηθείη» Λέγεται δὲ καὶ ἀνέμων πνεύματα οὕτως ἐν μὲν τῇ γενέσει· «Καὶ ἐπήγαγεν ὁ Θεὸς πνεῦμα ἐπὶ τὴν γῆν, καὶ ἐκόπασε τὸ ὕδωρ·» ἐπὶ δὲ τοῦ Ἰωνᾶ· «Καὶ Κύριος ἐξήγειρε πνεῦμα ἐπὶ τὴν θάλασσαν, καὶ ἐγένετο κλύδων μέγας</w:t>
      </w:r>
    </w:p>
    <w:p>
      <w:r>
        <w:rPr>
          <w:rFonts w:ascii="Courier New" w:hAnsi="Courier New"/>
          <w:color w:val="555555"/>
          <w:sz w:val="20"/>
        </w:rPr>
        <w:t>[10]</w:t>
      </w:r>
    </w:p>
    <w:p>
      <w:r>
        <w:rPr>
          <w:rFonts w:ascii="Gentium Plus" w:hAnsi="Gentium Plus"/>
          <w:sz w:val="24"/>
        </w:rPr>
        <w:t>ἐν τῇ θαλάσσῃ· καὶ τὸ πλοῖον ἐκινδύνευε τοῦ συντρι‐ βῆναι.» Καὶ ἐν μὲν τῷ ἑκατοστῷ ἕκτῳ ψαλμῷ γέγραπται· «Εἶπε, καὶ ἔστη πνεῦμα καταιγίδος, καὶ ὑψώθη τὰ κύματα αὐτῆς.» Ἐν δὲ τῷ ἑκατοστῷ τεσ‐ σαρακοστῷ ὀγδόῳ ψαλμῷ «Αἰνεῖτε τὸν Κύριον ἐκ</w:t>
      </w:r>
    </w:p>
    <w:p>
      <w:r>
        <w:rPr>
          <w:rFonts w:ascii="Courier New" w:hAnsi="Courier New"/>
          <w:color w:val="555555"/>
          <w:sz w:val="20"/>
        </w:rPr>
        <w:t>[15]</w:t>
      </w:r>
    </w:p>
    <w:p>
      <w:r>
        <w:rPr>
          <w:rFonts w:ascii="Gentium Plus" w:hAnsi="Gentium Plus"/>
          <w:sz w:val="24"/>
        </w:rPr>
        <w:t>τῆς γῆς, δράκοντες καὶ πᾶσαι ἄβυσσοι, πῦρ, χάλαζα, χιὼν, κρύσταλλος, πνεῦμα καταιγίδος, τὰ ποιοῦντα τὸν λόγον αὐτοῦ·» καὶ ἐν τῷ Ἰεζεχιὴλ ἐπὶ τοῦ θρή‐ νου Σόρ· «Ἐν καρδίᾳ θαλάσσης, ἐν ὕδατι πολ‐ λῷ ἦγόν σε οἱ κωπηλάται σου· τὸ πνεῦμα τοῦ νότου</w:t>
      </w:r>
    </w:p>
    <w:p>
      <w:r>
        <w:rPr>
          <w:rFonts w:ascii="Courier New" w:hAnsi="Courier New"/>
          <w:color w:val="555555"/>
          <w:sz w:val="20"/>
        </w:rPr>
        <w:t>[20]</w:t>
      </w:r>
    </w:p>
    <w:p>
      <w:r>
        <w:rPr>
          <w:rFonts w:ascii="Gentium Plus" w:hAnsi="Gentium Plus"/>
          <w:sz w:val="24"/>
        </w:rPr>
        <w:t>συνέτριψέ σε.» Ἐντυγχάνοντες δὲ καὶ ὑμεῖς ταῖς ἁγίαις Γρα‐ φαῖς, εὑρήσετε λεγόμενον πνεῦμα καὶ τὸν ἐν αὐ‐ τοῖς τοῖς θείοις λόγοις νοῦν, γράφοντος τοῦ Παύλου· «Ὃς καὶ ἱκάνωσεν ἡμᾶς διακόνους Καινῆς Δια‐</w:t>
      </w:r>
    </w:p>
    <w:p>
      <w:r>
        <w:rPr>
          <w:rFonts w:ascii="Courier New" w:hAnsi="Courier New"/>
          <w:color w:val="555555"/>
          <w:sz w:val="20"/>
        </w:rPr>
        <w:t>[25]</w:t>
      </w:r>
    </w:p>
    <w:p>
      <w:r>
        <w:rPr>
          <w:rFonts w:ascii="Gentium Plus" w:hAnsi="Gentium Plus"/>
          <w:sz w:val="24"/>
        </w:rPr>
        <w:t>θήκης, οὐ γράμματος, ἀλλὰ πνεύματος. Τὸ γὰρ γράμ‐ μα ἀποκτείνει, τὸ δὲ πνεῦμα ζωοποιεῖ.» Τὸ μὲν γὰρ ῥητὸν γράμματι κεχάρακται· ὁ δὲ νοῦς ὁ ἐν αὐτῷ πνεῦμα λέγεται. Οὕτως καὶ «ὁ νόμος πνευματικός ἐστιν,» ἵν’ ὡς πάλιν εἴρηκε, μὴ δουλεύωμεν ἐν</w:t>
      </w:r>
    </w:p>
    <w:p>
      <w:r>
        <w:rPr>
          <w:rFonts w:ascii="Courier New" w:hAnsi="Courier New"/>
          <w:color w:val="555555"/>
          <w:sz w:val="20"/>
        </w:rPr>
        <w:t>[30]</w:t>
      </w:r>
    </w:p>
    <w:p>
      <w:r>
        <w:rPr>
          <w:rFonts w:ascii="Gentium Plus" w:hAnsi="Gentium Plus"/>
          <w:sz w:val="24"/>
        </w:rPr>
        <w:t>παλαιότητι γράμματος, ἀλλ’ ἐν καινότητι πνεύματος. Καὶ αὐτὸς μὲν εὐχαριστῶν ἔλεγεν· «Ἄρα οὖν αὐτὸς ἐγὼ τῷ μὲν νοῒ δουλεύω νόμῳ Θεοῦ, τῇ δὲ σαρκὶ νό‐ μῳ ἁμαρτίας· οὐδὲν νῦν ἄρα κατάκριμα τοῖς ἐν Χριστῷ Ἰησοῦ. Ὁ γὰρ νόμος τοῦ πνεύματος τῆς ζωῆς</w:t>
      </w:r>
    </w:p>
    <w:p>
      <w:r>
        <w:rPr>
          <w:rFonts w:ascii="Courier New" w:hAnsi="Courier New"/>
          <w:color w:val="555555"/>
          <w:sz w:val="20"/>
        </w:rPr>
        <w:t>[35]</w:t>
      </w:r>
    </w:p>
    <w:p>
      <w:r>
        <w:rPr>
          <w:rFonts w:ascii="Gentium Plus" w:hAnsi="Gentium Plus"/>
          <w:sz w:val="24"/>
        </w:rPr>
        <w:t>ἐν Χριστῷ Ἰησοῦ ἠλευθέρωσέ με ἀπὸ τοῦ νόμου τῆς ἁμαρτίας·» ὁ δὲ Φίλιππος, τὸν εὐνοῦχον ἀπὸ τοῦ γράμματος εἰς τὸ πνεῦμα θέλων ἐπιστρέφειν, ἔλε‐ γεν· «Ἆρά γε γινώσκεις ἃ ἀναγινώσκεις;» τοιοῦ‐ τον ἐσχηκὼς μαρτυρεῖται καὶ ὁ Χάλεβ ἐν τοῖς</w:t>
      </w:r>
    </w:p>
    <w:p>
      <w:r>
        <w:rPr>
          <w:rFonts w:ascii="Courier New" w:hAnsi="Courier New"/>
          <w:color w:val="555555"/>
          <w:sz w:val="20"/>
        </w:rPr>
        <w:t>[40]</w:t>
      </w:r>
    </w:p>
    <w:p>
      <w:r>
        <w:rPr>
          <w:rFonts w:ascii="Gentium Plus" w:hAnsi="Gentium Plus"/>
          <w:sz w:val="24"/>
        </w:rPr>
        <w:t>Ἀριθμοῖς, τοῦ Θεοῦ λέγοντος· «Ὁ δὲ παῖς μου Χά‐ λεβ, ὅτι ἐγενήθη ἕτερον πνεῦμα ἐν αὐτῷ, καὶ ἐπηκο‐ λούθησέ μοι εἰσάξω αὐτὸν εἰς τὴν γῆν εἰς ἣν εἰσῆλ‐ θεν ἐκεῖ» Ἄλλῃ γὰρ διανοίᾳ παρὰ τὴν ἐκείνων αὐτὸς λαλήσας, εὐάρεστος τῷ Θεῷ γέγονε. Τοιαύτην</w:t>
      </w:r>
    </w:p>
    <w:p>
      <w:r>
        <w:rPr>
          <w:rFonts w:ascii="Courier New" w:hAnsi="Courier New"/>
          <w:color w:val="555555"/>
          <w:sz w:val="20"/>
        </w:rPr>
        <w:t>[45]</w:t>
      </w:r>
    </w:p>
    <w:p>
      <w:r>
        <w:rPr>
          <w:rFonts w:ascii="Gentium Plus" w:hAnsi="Gentium Plus"/>
          <w:sz w:val="24"/>
        </w:rPr>
        <w:t>ἔχειν προέτρεψεν ὁ Θεὸς τὸν λαὸν καρδίαν διὰ Ἰεζε‐</w:t>
      </w:r>
    </w:p>
    <w:p>
      <w:r>
        <w:rPr>
          <w:rFonts w:ascii="Courier New" w:hAnsi="Courier New"/>
          <w:color w:val="555555"/>
          <w:sz w:val="20"/>
        </w:rPr>
        <w:t>[26 . 552]</w:t>
      </w:r>
    </w:p>
    <w:p>
      <w:r>
        <w:rPr>
          <w:rFonts w:ascii="Gentium Plus" w:hAnsi="Gentium Plus"/>
          <w:sz w:val="24"/>
        </w:rPr>
        <w:t>κιὴλ λέγων· «Ποιήσατε ἑαυτοῖς καρδίαν καινὴν καὶ πνεῦμα καινόν.» Τούτων τοίνυν οὕτως ὄντων, καὶ τοσαύτης διαφορᾶς περὶ τῶν πνευμάτων δεικνυμένης, βελτίους ἂν ἦτε, εἰ, περὶ κτιζομένου πνεύματος</w:t>
      </w:r>
    </w:p>
    <w:p>
      <w:r>
        <w:rPr>
          <w:rFonts w:ascii="Courier New" w:hAnsi="Courier New"/>
          <w:color w:val="555555"/>
          <w:sz w:val="20"/>
        </w:rPr>
        <w:t>[5]</w:t>
      </w:r>
    </w:p>
    <w:p>
      <w:r>
        <w:rPr>
          <w:rFonts w:ascii="Gentium Plus" w:hAnsi="Gentium Plus"/>
          <w:sz w:val="24"/>
        </w:rPr>
        <w:t>ἀκούοντες, περὶ ἑνὸς τῶν προειρημένων ἐφρονεῖτε, οἷον ἦν περὶ οὗ ἐν Ἡσαΐᾳ γέγραπται· «Συνεφώνη‐ σεν Ἀρὰμ πρὸς τὸν Ἐφραῒμ, καὶ ἐξέστη ἡ ψυχὴ αὐ‐ τοῦ, καὶ ἡ ψυχὴ τοῦ λαοῦ αὐτοῦ, ὃν τρόπον ἐν δρυμῷ ξύλον ὑπὸ πνεύματος σαλευθῇ.» Τοιοῦτον δὲ</w:t>
      </w:r>
    </w:p>
    <w:p>
      <w:r>
        <w:rPr>
          <w:rFonts w:ascii="Courier New" w:hAnsi="Courier New"/>
          <w:color w:val="555555"/>
          <w:sz w:val="20"/>
        </w:rPr>
        <w:t>[10]</w:t>
      </w:r>
    </w:p>
    <w:p>
      <w:r>
        <w:rPr>
          <w:rFonts w:ascii="Gentium Plus" w:hAnsi="Gentium Plus"/>
          <w:sz w:val="24"/>
        </w:rPr>
        <w:t>ἦν καὶ, «Ὃ ἐξήγειρε Κύριος πνεῦμα ἐπὶ τὴν θάλασ‐ σαν» διὰ τὸν Ἰωνᾶν. Ἀκολουθεῖ γὰρ τῇ βροντῇ καὶ τὰ τῶν ἀνέμων πνεύματα, ὡς ἐπὶ τοῦ ὑετοῦ τοῦ κατὰ τὸν Ἀχαὰβ, ὡς γέγραπται· «Καὶ ἐγένετο ὧδε, καὶ ἕως ὧδε, καὶ ὁ οὐρανὸς συνεσκότασε νεφέλαις καὶ πνεύματι.»</w:t>
      </w:r>
    </w:p>
    <w:p>
      <w:r>
        <w:rPr>
          <w:rFonts w:ascii="Courier New" w:hAnsi="Courier New"/>
          <w:color w:val="555555"/>
          <w:sz w:val="20"/>
        </w:rPr>
        <w:t>[15]</w:t>
      </w:r>
    </w:p>
    <w:p>
      <w:r>
        <w:rPr>
          <w:rFonts w:ascii="Gentium Plus" w:hAnsi="Gentium Plus"/>
          <w:sz w:val="24"/>
        </w:rPr>
        <w:t>Ἀλλ’ ἐπείπερ Χριστοῦ, φησὶ, μνημονεύει τὸ Λόγιον, ἀκολούθως καὶ τὸ λεγόμενον πνεῦμα οὐδὲν ἕτερον ἢ τὸ Πνεῦμα τὸ ἅγιον χρὴ νοεῖν. Εἶτα τὸ μὲν συνονομάζεσθαι τῷ Χριστῷ τὸ Πνεῦμα τὸ ἅγιον ἐθεωρήσατε· τὸ δὲ διαιρεῖν αὐτὸ τῇ φύσει, καὶ ἀπο‐</w:t>
      </w:r>
    </w:p>
    <w:p>
      <w:r>
        <w:rPr>
          <w:rFonts w:ascii="Courier New" w:hAnsi="Courier New"/>
          <w:color w:val="555555"/>
          <w:sz w:val="20"/>
        </w:rPr>
        <w:t>[20]</w:t>
      </w:r>
    </w:p>
    <w:p>
      <w:r>
        <w:rPr>
          <w:rFonts w:ascii="Gentium Plus" w:hAnsi="Gentium Plus"/>
          <w:sz w:val="24"/>
        </w:rPr>
        <w:t>ξενίζειν ἀπὸ τοῦ Υἱοῦ, ποῦ κατενοήσατε, ὅτι τὸν μὲν Χριστὸν λέγετε μὴ εἶναι κτίσμα, τὸ δὲ ἅγιον Πνεῦμα κτίσμα λέγετε; Καὶ ἄτοπόν ἐστι τὰ ἀνόμοια τῇ φύσει συνονομάζειν, καὶ συνδοξάζειν. Ποία γὰρ κοινωνία, ἢ ποία ὁμοιότης τῷ κτίσματι πρὸς τὸν κτί‐</w:t>
      </w:r>
    </w:p>
    <w:p>
      <w:r>
        <w:rPr>
          <w:rFonts w:ascii="Courier New" w:hAnsi="Courier New"/>
          <w:color w:val="555555"/>
          <w:sz w:val="20"/>
        </w:rPr>
        <w:t>[25]</w:t>
      </w:r>
    </w:p>
    <w:p>
      <w:r>
        <w:rPr>
          <w:rFonts w:ascii="Gentium Plus" w:hAnsi="Gentium Plus"/>
          <w:sz w:val="24"/>
        </w:rPr>
        <w:t>στην; Ἐπεὶ ὥρα ὑμᾶς καὶ τῷ Υἱῷ συναριθμεῖν καὶ συνάπτειν τὰ δι’ αὐτοῦ γενόμενα κτίσματα. Ἤρκει μὲν οὖν περὶ πνεύματος ἀνέμων νοεῖν τὸ γε‐ γραμμένον, ὥσπερ εἴρηται· ἐπειδὴ δὲ προφασίζεσθε τὴν ἐν τῷ ῥητῷ περὶ τοῦ Χριστοῦ μνήμην, ἀναγκαῖον</w:t>
      </w:r>
    </w:p>
    <w:p>
      <w:r>
        <w:rPr>
          <w:rFonts w:ascii="Courier New" w:hAnsi="Courier New"/>
          <w:color w:val="555555"/>
          <w:sz w:val="20"/>
        </w:rPr>
        <w:t>[30]</w:t>
      </w:r>
    </w:p>
    <w:p>
      <w:r>
        <w:rPr>
          <w:rFonts w:ascii="Gentium Plus" w:hAnsi="Gentium Plus"/>
          <w:sz w:val="24"/>
        </w:rPr>
        <w:t>ἰδεῖν ἀκριβῶς τὸ λεγόμενον, μὴ ἄρα καὶ περὶ τοῦ λε‐ γομένου κτίζεσθαι πνεύματος οἰκειοτέραν εὕρωμεν τὴν διάνοιαν. Τί τοίνυν ἐστὶ τὸ ἀπαγγέλλειν εἰς ἀν‐ θρώπους τὸν Χριστὸν αὐτοῦ, ἢ τὸ γίνεσθαι αὐτὸν ἄν‐ θρωπον, καὶ ἴσον εἶναι τοῦτο τῷ φάναι· «Ἰδοὺ</w:t>
      </w:r>
    </w:p>
    <w:p>
      <w:r>
        <w:rPr>
          <w:rFonts w:ascii="Courier New" w:hAnsi="Courier New"/>
          <w:color w:val="555555"/>
          <w:sz w:val="20"/>
        </w:rPr>
        <w:t>[35]</w:t>
      </w:r>
    </w:p>
    <w:p>
      <w:r>
        <w:rPr>
          <w:rFonts w:ascii="Gentium Plus" w:hAnsi="Gentium Plus"/>
          <w:sz w:val="24"/>
        </w:rPr>
        <w:t>ἡ παρθένος ἐν γαστρὶ ἕξει, καὶ τέξεται υἱόν· καὶ καλέσουσι τὸ ὄνομα αὐτοῦ Ἐμμανουήλ·» καὶ τὰ ἄλλα, ὅσα περὶ τῆς ἐπιδημίας αὐτοῦ γέγραπται; τῆς δὲ ἐνσάρκου παρουσίας ἀπαγγελλομένης περὶ τοῦ Λόγου, ποῖον χρὴ πνεῦμα κτιζόμενον νοεῖν, εἰ μὴ τὸ</w:t>
      </w:r>
    </w:p>
    <w:p>
      <w:r>
        <w:rPr>
          <w:rFonts w:ascii="Courier New" w:hAnsi="Courier New"/>
          <w:color w:val="555555"/>
          <w:sz w:val="20"/>
        </w:rPr>
        <w:t>[40]</w:t>
      </w:r>
    </w:p>
    <w:p>
      <w:r>
        <w:rPr>
          <w:rFonts w:ascii="Gentium Plus" w:hAnsi="Gentium Plus"/>
          <w:sz w:val="24"/>
        </w:rPr>
        <w:t>ἀνακτιζόμενον τῶν ἀνθρώπων καὶ ἀνακαινιζόμενον πνεῦμα; Τοῦτο γὰρ καὶ διὰ Ἰεζεκιὴλ ἐπεγγείλατο ὁ</w:t>
      </w:r>
    </w:p>
    <w:p>
      <w:r>
        <w:rPr>
          <w:rFonts w:ascii="Courier New" w:hAnsi="Courier New"/>
          <w:color w:val="555555"/>
          <w:sz w:val="20"/>
        </w:rPr>
        <w:t>[26 . 553]</w:t>
      </w:r>
    </w:p>
    <w:p>
      <w:r>
        <w:rPr>
          <w:rFonts w:ascii="Gentium Plus" w:hAnsi="Gentium Plus"/>
          <w:sz w:val="24"/>
        </w:rPr>
        <w:t>πνεῦμα καινὸν δώσω ὑμῖν· καὶ ἀφελῶ τὴν καρδίαν τὴν λιθίνην ἐκ τῆς σαρκὸς ὑμῶν· καὶ δώσω ὑμῖν καρ‐ δίαν σαρκίνην· καὶ τὸ Πνεῦμά μου δώσω ἐν ὑμῖν.» Πότε δὴ τοῦτο πεπλήρωται, εἰ μὴ ὅτε παραγενό‐</w:t>
      </w:r>
    </w:p>
    <w:p>
      <w:r>
        <w:rPr>
          <w:rFonts w:ascii="Courier New" w:hAnsi="Courier New"/>
          <w:color w:val="555555"/>
          <w:sz w:val="20"/>
        </w:rPr>
        <w:t>[5]</w:t>
      </w:r>
    </w:p>
    <w:p>
      <w:r>
        <w:rPr>
          <w:rFonts w:ascii="Gentium Plus" w:hAnsi="Gentium Plus"/>
          <w:sz w:val="24"/>
        </w:rPr>
        <w:t>μενος ὁ Κύριος ἀνεκαίνισε τὰ πάντα τῇ χάριτι; Ἰδοὺ γὰρ καὶ ἐν τῷ ῥητῷ τούτῳ ἡ διαφορὰ τῶν πνευμά‐ των δείκνυται· καὶ τὸ μὲν πνεῦμα τὸ ἡμῶν ἀνακαι‐ νιζόμενόν ἐστι· τὸ δὲ Πνεῦμα τὸ ἅγιον οὐχ ἁπλῶς πνεῦμα, ἀλλ’ ἑαυτοῦ φησιν αὐτὸ εἶναι ὁ Θεὸς, ἐν</w:t>
      </w:r>
    </w:p>
    <w:p>
      <w:r>
        <w:rPr>
          <w:rFonts w:ascii="Courier New" w:hAnsi="Courier New"/>
          <w:color w:val="555555"/>
          <w:sz w:val="20"/>
        </w:rPr>
        <w:t>[10]</w:t>
      </w:r>
    </w:p>
    <w:p>
      <w:r>
        <w:rPr>
          <w:rFonts w:ascii="Gentium Plus" w:hAnsi="Gentium Plus"/>
          <w:sz w:val="24"/>
        </w:rPr>
        <w:t>ᾧ καὶ τὰ ἡμῶν ἀνακαινίζεται· ὡς καὶ ὁ ψάλλων ἐν τῷ ἑκατοστῷ καὶ τρίτῳ ψαλμῷ λέγει· «Ἀντανελεῖς τὸ πνεῦμα αὐτῶν, καὶ ἐκλείψουσι, καὶ εἰς τὸν χοῦν αὐτῶν ἐπιστρέψουσιν. Ἐξαποστελεῖς τὸ Πνεῦμά σου, καὶ κτισθήσονται, καὶ ἀνακαινιεῖς τὸ πρόσωπον τῆς</w:t>
      </w:r>
    </w:p>
    <w:p>
      <w:r>
        <w:rPr>
          <w:rFonts w:ascii="Courier New" w:hAnsi="Courier New"/>
          <w:color w:val="555555"/>
          <w:sz w:val="20"/>
        </w:rPr>
        <w:t>[15]</w:t>
      </w:r>
    </w:p>
    <w:p>
      <w:r>
        <w:rPr>
          <w:rFonts w:ascii="Gentium Plus" w:hAnsi="Gentium Plus"/>
          <w:sz w:val="24"/>
        </w:rPr>
        <w:t>γῆς.» Εἰ δὲ ἐν τῷ Πνεύματι τοῦ Θεοῦ ἀνακαινιζό‐ μεθα· οὐκ ἄρα τὸ Πνεῦμα τὸ ἅγιόν ἐστι τὸ νῦν λεγό‐ μενον πνεῦμα κτίζεσθαι, ἀλλὰ τὸ ἡμέτερον. Καὶ εἴπερ, διὰ τὸ πάντα γενέσθαι διὰ τοῦ Λόγου, φρονεῖτε καλῶς μὴ εἶναι κτίσμα τὸν Υἱόν· πῶς οὐ βλάσφημόν</w:t>
      </w:r>
    </w:p>
    <w:p>
      <w:r>
        <w:rPr>
          <w:rFonts w:ascii="Courier New" w:hAnsi="Courier New"/>
          <w:color w:val="555555"/>
          <w:sz w:val="20"/>
        </w:rPr>
        <w:t>[20]</w:t>
      </w:r>
    </w:p>
    <w:p>
      <w:r>
        <w:rPr>
          <w:rFonts w:ascii="Gentium Plus" w:hAnsi="Gentium Plus"/>
          <w:sz w:val="24"/>
        </w:rPr>
        <w:t>ἐστι λέγειν ὑμᾶς κτίσμα τὸ Πνεῦμα, ἐν ᾧ τὰ πάντα ὁ Πατὴρ διὰ τοῦ Λόγου τελειοῖ καὶ ἀνακαινίζει; Καὶ εἰ, διὰ τὸ γεγράφθαι ἁπλῶς πνεῦμα κτίζεσθαι, ἀν‐ επλάσαντο ἑαυτοῖς εἶναι τοῦτο τὸ Πνεῦμα τὸ ἅγιον· πεισθῆναι λοιπὸν ὀφείλουσιν, ὅτι μὴ τὸ Πνεῦμα τὸ</w:t>
      </w:r>
    </w:p>
    <w:p>
      <w:r>
        <w:rPr>
          <w:rFonts w:ascii="Courier New" w:hAnsi="Courier New"/>
          <w:color w:val="555555"/>
          <w:sz w:val="20"/>
        </w:rPr>
        <w:t>[25]</w:t>
      </w:r>
    </w:p>
    <w:p>
      <w:r>
        <w:rPr>
          <w:rFonts w:ascii="Gentium Plus" w:hAnsi="Gentium Plus"/>
          <w:sz w:val="24"/>
        </w:rPr>
        <w:t>ἅγιόν ἐστι τὸ κτιζόμενον, ἀλλὰ τὸ ἡμέτερόν ἐστι τὸ ἐν αὐτῷ ἀνακαινιζόμενον· περὶ οὗ καὶ ὁ Δα‐ βὶδ ηὔχετο ψάλλων· «Καρδίαν καθαρὰν κτίσον ἐν ἐμοὶ, ὁ Θεὸς, καὶ πνεῦμα εὐθὲς ἐγκαίνισον ἐν τοῖς ἐγκάτοις μου.» Ὧδε μὲν γὰρ λέγεται κτίζειν·</w:t>
      </w:r>
    </w:p>
    <w:p>
      <w:r>
        <w:rPr>
          <w:rFonts w:ascii="Courier New" w:hAnsi="Courier New"/>
          <w:color w:val="555555"/>
          <w:sz w:val="20"/>
        </w:rPr>
        <w:t>[30]</w:t>
      </w:r>
    </w:p>
    <w:p>
      <w:r>
        <w:rPr>
          <w:rFonts w:ascii="Gentium Plus" w:hAnsi="Gentium Plus"/>
          <w:sz w:val="24"/>
        </w:rPr>
        <w:t>πρότερον δὲ ἔπλασεν, ὁ Ζαχαρίας φησίν· «Ἐκτείνων τὸν οὐρανὸν, καὶ θεμελιῶν τὴν γῆν, καὶ πλάσσων πνεῦμα ἀνθρώπου ἐν αὐτῷ·» ὃ γὰρ πρότερον ἔπλασε, τοῦτο πεπτωκὸς ἀνέκτισε, γενόμενος αὐτὸς ἐν τῷ κτίσματι, ὅτε ὁ Λόγος σὰρξ ἐγένετο, «ἵνα,» ὡς ὁ</w:t>
      </w:r>
    </w:p>
    <w:p>
      <w:r>
        <w:rPr>
          <w:rFonts w:ascii="Courier New" w:hAnsi="Courier New"/>
          <w:color w:val="555555"/>
          <w:sz w:val="20"/>
        </w:rPr>
        <w:t>[35]</w:t>
      </w:r>
    </w:p>
    <w:p>
      <w:r>
        <w:rPr>
          <w:rFonts w:ascii="Gentium Plus" w:hAnsi="Gentium Plus"/>
          <w:sz w:val="24"/>
        </w:rPr>
        <w:t>Ἀπόστολος εἶπε, «τοὺς δύο κτίσῃ εἰς ἕνα καινὸν ἄνθρωπον, τὸν κατὰ Θεὸν κτισθέντα ἐν δικαιοσύνῃ καὶ ὁσιότητι τῆς ἀληθείας.» Οὐ γὰρ ὡς ἑτέρου δη‐ μιουργηθέντος παρὰ τὸν ἐξ ἀρχῆς κατ’ εἰκόνα γενό‐ μενον ἄνθρωπον ἔλεγεν· ἀλλὰ τὸν ἐν Χριστῷ</w:t>
      </w:r>
    </w:p>
    <w:p>
      <w:r>
        <w:rPr>
          <w:rFonts w:ascii="Courier New" w:hAnsi="Courier New"/>
          <w:color w:val="555555"/>
          <w:sz w:val="20"/>
        </w:rPr>
        <w:t>[40]</w:t>
      </w:r>
    </w:p>
    <w:p>
      <w:r>
        <w:rPr>
          <w:rFonts w:ascii="Gentium Plus" w:hAnsi="Gentium Plus"/>
          <w:sz w:val="24"/>
        </w:rPr>
        <w:t>κτισθέντα καὶ ἀνακαινισθέντα νοῦν συνεβούλευεν ἀνα‐ λαβεῖν· ὅπερ καὶ διὰ Ἰεζεκιὴλ πάλιν δηλοῦται, λέ‐ γοντος αὐτοῦ· «Ποιήσατε ἑαυτοῖς καρδίαν καινὴν καὶ πνεῦμα καινόν· καὶ ἵνα τί ἀποθνήσκετε, οἶκος Ἰσραήλ; Διότι οὐ θέλω τὸν θάνατον τοῦ ἀποθνήσκον‐</w:t>
      </w:r>
    </w:p>
    <w:p>
      <w:r>
        <w:rPr>
          <w:rFonts w:ascii="Courier New" w:hAnsi="Courier New"/>
          <w:color w:val="555555"/>
          <w:sz w:val="20"/>
        </w:rPr>
        <w:t>[45]</w:t>
      </w:r>
    </w:p>
    <w:p>
      <w:r>
        <w:rPr>
          <w:rFonts w:ascii="Gentium Plus" w:hAnsi="Gentium Plus"/>
          <w:sz w:val="24"/>
        </w:rPr>
        <w:t>τος, λέγει Ἀδωναῒ Κύριος.»</w:t>
      </w:r>
    </w:p>
    <w:p>
      <w:r>
        <w:rPr>
          <w:rFonts w:ascii="Courier New" w:hAnsi="Courier New"/>
          <w:color w:val="555555"/>
          <w:sz w:val="20"/>
        </w:rPr>
        <w:t>[26 . 556]</w:t>
      </w:r>
    </w:p>
    <w:p>
      <w:r>
        <w:rPr>
          <w:rFonts w:ascii="Gentium Plus" w:hAnsi="Gentium Plus"/>
          <w:sz w:val="24"/>
        </w:rPr>
        <w:t>ἔχοντος τὴν διάνοιαν, πρεπόντως ἂν νοηθείη καὶ ἡ στερεουμένη βροντὴ ὁ πιστὸς λόγος, καὶ ἀσάλευτος τοῦ πνεύματος ὁ νόμος. Τούτου γὰρ ὑπηρέτας εἶναι θέλων τὸν Ἰακὼβ καὶ τὸν Ἰωάννην, ἐκάλεσεν ὁ Κύ‐</w:t>
      </w:r>
    </w:p>
    <w:p>
      <w:r>
        <w:rPr>
          <w:rFonts w:ascii="Courier New" w:hAnsi="Courier New"/>
          <w:color w:val="555555"/>
          <w:sz w:val="20"/>
        </w:rPr>
        <w:t>[5]</w:t>
      </w:r>
    </w:p>
    <w:p>
      <w:r>
        <w:rPr>
          <w:rFonts w:ascii="Gentium Plus" w:hAnsi="Gentium Plus"/>
          <w:sz w:val="24"/>
        </w:rPr>
        <w:t>ριος Βοανεργὲς, ὅ ἐστιν, υἱοὶ βροντῆς· ὅ γ’ οὖν Ἰωάν‐ νης ἀληθῶς ἀπ’ οὐρανοῦ βοᾷ· «Ἐν ἀρχῇ ἦν ὁ Λόγος, καὶ ὁ Λόγος ἦν πρὸς τὸν Θεὸν, καὶ Θεὸς ἦν ὁ Λόγος.» Πρότερον μὲν γὰρ σκιὰν εἶχεν ὁ νόμος τῶν μελλόν‐ των ἀγαθῶν· ὅτε δὲ ὁ Χριστὸς ἀπηγγέλη τοῖς ἀνθρώ‐</w:t>
      </w:r>
    </w:p>
    <w:p>
      <w:r>
        <w:rPr>
          <w:rFonts w:ascii="Courier New" w:hAnsi="Courier New"/>
          <w:color w:val="555555"/>
          <w:sz w:val="20"/>
        </w:rPr>
        <w:t>[10]</w:t>
      </w:r>
    </w:p>
    <w:p>
      <w:r>
        <w:rPr>
          <w:rFonts w:ascii="Gentium Plus" w:hAnsi="Gentium Plus"/>
          <w:sz w:val="24"/>
        </w:rPr>
        <w:t>ποις καὶ παρεγένετο λέγων· «Αὐτὸς ὁ λαλῶν πάρ‐ ειμι· τότε,» ὡς εἶπεν ὁ Παῦλος, «ἡ τούτου φωνὴ τὴν γῆν ἐσάλευσεν, ἐπαγγειλαμένου πρότερον· Ἔτι ἅπαξ ἐγὼ σείσω οὐ μόνον τὴν γῆν, ἀλλὰ καὶ τὸν οὐρανόν. Τὸ δὲ ἔτι ἅπαξ δηλοῖ τῶν σαλευομένων τὴν</w:t>
      </w:r>
    </w:p>
    <w:p>
      <w:r>
        <w:rPr>
          <w:rFonts w:ascii="Courier New" w:hAnsi="Courier New"/>
          <w:color w:val="555555"/>
          <w:sz w:val="20"/>
        </w:rPr>
        <w:t>[15]</w:t>
      </w:r>
    </w:p>
    <w:p>
      <w:r>
        <w:rPr>
          <w:rFonts w:ascii="Gentium Plus" w:hAnsi="Gentium Plus"/>
          <w:sz w:val="24"/>
        </w:rPr>
        <w:t>μετάθεσιν, ἵνα μείνῃ τὰ μὴ σαλευόμενα. Διὸ βασι‐ λείαν ἀσάλευτον παραλαμβάνοντες, ἔχομεν χάριν, δι’ ἧς λατρεύομεν εὐαρέστως τῷ Θεῷ.» Ἣν δὲ λέ‐ γει βασιλείαν οὗτος ἀσάλευτον, ταύτην στερεωθεῖσαν ψάλλει Δαβίδ· «Ὁ Κύριος ἐβασίλευσεν, εὐπρέπειαν</w:t>
      </w:r>
    </w:p>
    <w:p>
      <w:r>
        <w:rPr>
          <w:rFonts w:ascii="Courier New" w:hAnsi="Courier New"/>
          <w:color w:val="555555"/>
          <w:sz w:val="20"/>
        </w:rPr>
        <w:t>[20]</w:t>
      </w:r>
    </w:p>
    <w:p>
      <w:r>
        <w:rPr>
          <w:rFonts w:ascii="Gentium Plus" w:hAnsi="Gentium Plus"/>
          <w:sz w:val="24"/>
        </w:rPr>
        <w:t>ἐνεδύσατο· ἐνεδύσατο Κύριος δύναμιν καὶ περιεζώ‐ σατο. Καὶ γὰρ ἐστερέωσε τὴν οἰκουμένην, ἥτις οὐ σα‐ λευθήσεται.» Τὸ ἄρα παρὰ τῷ προφήτῃ ῥητὸν τὴν ἐπιδημίαν τοῦ Σωτῆρος σημαίνει, ἐν ᾗ καὶ ἡμεῖς ἀν‐ εκαινίσθημεν, καὶ ὁ νόμος τοῦ πνεύματος ἀσάλευ‐</w:t>
      </w:r>
    </w:p>
    <w:p>
      <w:r>
        <w:rPr>
          <w:rFonts w:ascii="Courier New" w:hAnsi="Courier New"/>
          <w:color w:val="555555"/>
          <w:sz w:val="20"/>
        </w:rPr>
        <w:t>[25]</w:t>
      </w:r>
    </w:p>
    <w:p>
      <w:r>
        <w:rPr>
          <w:rFonts w:ascii="Gentium Plus" w:hAnsi="Gentium Plus"/>
          <w:sz w:val="24"/>
        </w:rPr>
        <w:t>τος διαμένει. Ἀλλ’ οἱ τῷ ὄντι τροπικοὶ, συνθέ‐ μενοι τοῖς Ἀρειανοῖς, καὶ μερισάμενοι μετ’ αὐτῶν τὴν εἰς τὴν θεότητα βλασφημίαν, ἵνα ἐκεῖνοι μὲν τὸν Υἱὸν, οὗτοι δὲ τὸ Πνεῦμα κτίσμα λέγωσιν· ἐτόλμη‐ σαν, ὡς αὐτοί φασι, τρόπους πάλιν ἑαυτοῖς ἐφευρεῖν</w:t>
      </w:r>
    </w:p>
    <w:p>
      <w:r>
        <w:rPr>
          <w:rFonts w:ascii="Courier New" w:hAnsi="Courier New"/>
          <w:color w:val="555555"/>
          <w:sz w:val="20"/>
        </w:rPr>
        <w:t>[30]</w:t>
      </w:r>
    </w:p>
    <w:p>
      <w:r>
        <w:rPr>
          <w:rFonts w:ascii="Gentium Plus" w:hAnsi="Gentium Plus"/>
          <w:sz w:val="24"/>
        </w:rPr>
        <w:t>καὶ παρεξηγεῖσθαι καὶ τὸ τοῦ Ἀποστόλου ῥητὸν, ὃ καλῶς μὲν αὐτὸς ἔγραφε Τιμοθέῳ λέγων· «Δια‐ μαρτύρομαι ἐνώπιον τοῦ Θεοῦ καὶ Ἰησοῦ Χριστοῦ καὶ τῶν ἐκλεκτῶν ἀγγέλων, ἵνα ταῦτα φυλάξῃς χω‐ ρὶς προκρίματος, μηδὲν ποιῶν κατὰ πρόσκλησιν.»</w:t>
      </w:r>
    </w:p>
    <w:p>
      <w:r>
        <w:rPr>
          <w:rFonts w:ascii="Courier New" w:hAnsi="Courier New"/>
          <w:color w:val="555555"/>
          <w:sz w:val="20"/>
        </w:rPr>
        <w:t>[35]</w:t>
      </w:r>
    </w:p>
    <w:p>
      <w:r>
        <w:rPr>
          <w:rFonts w:ascii="Gentium Plus" w:hAnsi="Gentium Plus"/>
          <w:sz w:val="24"/>
        </w:rPr>
        <w:t>Ἐκεῖνοι δὲ φάσκουσιν, ἐπειδὴ τὸν Θεὸν καὶ τὸν Χρι‐ στὸν ὠνόμασεν, εἶτα τοὺς ἀγγέλους, ἀνάγκῃ τοῖς ἀγ‐ γέλοις συναριθμεῖσθαι τὸ Πνεῦμα, τῆς τε αὐτῶν εἶναι συστοιχίας καὶ αὐτὸ, καὶ ἄγγελον εἶναι μείζονα τῶν ἄλλων. Πρῶτον μὲν οὖν τῆς ἀσεβείας</w:t>
      </w:r>
    </w:p>
    <w:p>
      <w:r>
        <w:rPr>
          <w:rFonts w:ascii="Courier New" w:hAnsi="Courier New"/>
          <w:color w:val="555555"/>
          <w:sz w:val="20"/>
        </w:rPr>
        <w:t>[40]</w:t>
      </w:r>
    </w:p>
    <w:p>
      <w:r>
        <w:rPr>
          <w:rFonts w:ascii="Gentium Plus" w:hAnsi="Gentium Plus"/>
          <w:sz w:val="24"/>
        </w:rPr>
        <w:t>ἐστὶν Οὐαλεντίνου τοῦτο τὸ εὕρημα· καὶ οὐκ ἔλαθον</w:t>
      </w:r>
    </w:p>
    <w:p>
      <w:r>
        <w:rPr>
          <w:rFonts w:ascii="Courier New" w:hAnsi="Courier New"/>
          <w:color w:val="555555"/>
          <w:sz w:val="20"/>
        </w:rPr>
        <w:t>[26 . 557]</w:t>
      </w:r>
    </w:p>
    <w:p>
      <w:r>
        <w:rPr>
          <w:rFonts w:ascii="Gentium Plus" w:hAnsi="Gentium Plus"/>
          <w:sz w:val="24"/>
        </w:rPr>
        <w:t>σεν, ὅτι, πεμφθέντος τοῦ Παρακλήτου, συναπεστάλη‐ σαν αὐτῷ οἱ ἡλικιῶται αὐτοῦ ἄγγελοι· ἔπειτα δὲ τὸ Πνεῦμα κατάγοντες εἰς τοὺς ἀγγέλους εἰς τὴν Τριάδα συντάσσοντες. Εἰ γὰρ μετὰ Πατέρα καὶ Υἱὸν</w:t>
      </w:r>
    </w:p>
    <w:p>
      <w:r>
        <w:rPr>
          <w:rFonts w:ascii="Courier New" w:hAnsi="Courier New"/>
          <w:color w:val="555555"/>
          <w:sz w:val="20"/>
        </w:rPr>
        <w:t>[5]</w:t>
      </w:r>
    </w:p>
    <w:p>
      <w:r>
        <w:rPr>
          <w:rFonts w:ascii="Gentium Plus" w:hAnsi="Gentium Plus"/>
          <w:sz w:val="24"/>
        </w:rPr>
        <w:t>κατ’ αὐτοὺς οἱ ἄγγελοι, δηλονότι τὴν Τριάδος εἰσὶν οἱ ἄγγελοι, καὶ οὐκ ἔτι «λειτουργικὰ πνεύματα εἰς διακονίαν ἀποστελλόμενοι,» οὐδὲ ἁγιαζόμενοι, ἀλλ’ αὐτοὶ μᾶλλον ἁγιάζοντες ἄλλους ἂν εἶεν. Τί οὖν ἡ τοσαύτη τούτων ἀπόνοια; Ποῦ τῶν Γραφῶν πάλιν εὗρον ἄγγελον τὸ Πνεῦμα λεγόμε‐</w:t>
      </w:r>
    </w:p>
    <w:p>
      <w:r>
        <w:rPr>
          <w:rFonts w:ascii="Courier New" w:hAnsi="Courier New"/>
          <w:color w:val="555555"/>
          <w:sz w:val="20"/>
        </w:rPr>
        <w:t>[10]</w:t>
      </w:r>
    </w:p>
    <w:p>
      <w:r>
        <w:rPr>
          <w:rFonts w:ascii="Gentium Plus" w:hAnsi="Gentium Plus"/>
          <w:sz w:val="24"/>
        </w:rPr>
        <w:t>νον; Τὰ αὐτὰ δέ μοι τοῖς προειρημένοις εἰπεῖν ἀνάγκη. Παράκλητος ἐλέχθη καὶ πνεῦμα υἱοθεσίας, καὶ πνεῦμα ἁγιασμοῦ, καὶ πνεῦμα Θεοῦ, καὶ πνεῦμα Χριστοῦ ἐλέχθη· οὐδαμοῦ δὲ ἄγγελος, οὐδὲ ἀρχάγ‐ γελος, οὐδὲ πνεῦμα διακονίας, οἷοί εἰσιν οἱ ἄγ‐</w:t>
      </w:r>
    </w:p>
    <w:p>
      <w:r>
        <w:rPr>
          <w:rFonts w:ascii="Courier New" w:hAnsi="Courier New"/>
          <w:color w:val="555555"/>
          <w:sz w:val="20"/>
        </w:rPr>
        <w:t>[15]</w:t>
      </w:r>
    </w:p>
    <w:p>
      <w:r>
        <w:rPr>
          <w:rFonts w:ascii="Gentium Plus" w:hAnsi="Gentium Plus"/>
          <w:sz w:val="24"/>
        </w:rPr>
        <w:t>γελοι· ἀλλὰ μᾶλλον σὺν τῷ Υἱῷ καὶ αὐτὸ διακονεῖται παρὰ τοῦ Γαβριὴλ λέγοντος τῇ Μαρίᾳ· «Πνεῦμα ἅγιον ἐπελεύσεται ἐπὶ σέ· καὶ δύναμις Ὑψίστου ἐπι‐ σκιάσει σοι.» Τῶν δὲ Γραφῶν μὴ λεγουσῶν ἄγγελον τὸ Πνεῦμα, ποία τούτοις ἀπολογία γένοιτ’ ἂν τῆς</w:t>
      </w:r>
    </w:p>
    <w:p>
      <w:r>
        <w:rPr>
          <w:rFonts w:ascii="Courier New" w:hAnsi="Courier New"/>
          <w:color w:val="555555"/>
          <w:sz w:val="20"/>
        </w:rPr>
        <w:t>[20]</w:t>
      </w:r>
    </w:p>
    <w:p>
      <w:r>
        <w:rPr>
          <w:rFonts w:ascii="Gentium Plus" w:hAnsi="Gentium Plus"/>
          <w:sz w:val="24"/>
        </w:rPr>
        <w:t>τοσαύτης ἀλογίστου τόλμης ὅπου γε καὶ ὁ τὴν τοι‐ αύτην αὐτοῖς κακόνοιαν ἐπισπείρας Οὐαλεντῖνος τὸ μὲν Παράκλητον, τοὺς δὲ ἀγγέλους ὠνόμασεν· εἰ καὶ ἐν τῷ ἴσῳ χρόνῳ, ἡλικιώτην τοῖς ἀγγέλοις συν‐ τάσσει καὶ αὐτὸς τὸ Πνεῦμα ὁ ἀφρονέστατος. Ἀλλ’</w:t>
      </w:r>
    </w:p>
    <w:p>
      <w:r>
        <w:rPr>
          <w:rFonts w:ascii="Courier New" w:hAnsi="Courier New"/>
          <w:color w:val="555555"/>
          <w:sz w:val="20"/>
        </w:rPr>
        <w:t>[25]</w:t>
      </w:r>
    </w:p>
    <w:p>
      <w:r>
        <w:rPr>
          <w:rFonts w:ascii="Gentium Plus" w:hAnsi="Gentium Plus"/>
          <w:sz w:val="24"/>
        </w:rPr>
        <w:t>ἰδοὺ, φασὶν, ἐν τῷ προφήτῃ Ζαχαρίᾳ γέγραπται· «Τάδε λέγει ὁ ἄγγελος, ὁ λαλῶν ἐν ἐμοί.» Καὶ δῆλόν ἐστιν, ὅτι ἄγγελον εἶναι τὸ Πνεῦμα σημαίνει τὸν ἐν αὐτῷ λαλοῦντα. Τοῦτο δὲ οὐκ ἂν εἶπον, εἰ τῇ ἀνα‐ γνώσει προσέχοντες ἦσαν. Αὐτὸς γὰρ ὁ Ζαχαρίας,</w:t>
      </w:r>
    </w:p>
    <w:p>
      <w:r>
        <w:rPr>
          <w:rFonts w:ascii="Courier New" w:hAnsi="Courier New"/>
          <w:color w:val="555555"/>
          <w:sz w:val="20"/>
        </w:rPr>
        <w:t>[30]</w:t>
      </w:r>
    </w:p>
    <w:p>
      <w:r>
        <w:rPr>
          <w:rFonts w:ascii="Gentium Plus" w:hAnsi="Gentium Plus"/>
          <w:sz w:val="24"/>
        </w:rPr>
        <w:t>ἡνίκα τὴν ὀπτασίαν περὶ τῆς λυχνίας ἑώρακε, φησί· «Καὶ ἀπεκρίθη ὁ ἄγγελος ὁ λαλῶν ἐν ἐμοὶ, καὶ εἶπεν· Οὐ γινώσκεις τί ἐστι ταῦτα; Καὶ εἶπον· Οὐχὶ Κύριε. Καὶ ἀπεκρίθη, καὶ εἶπε πρὸς μὲ λέγων· Οὗ‐ τος ὁ λόγος Κυρίου πρὸς Ζοροβάβελ, λέγων· Οὐκ ἐν</w:t>
      </w:r>
    </w:p>
    <w:p>
      <w:r>
        <w:rPr>
          <w:rFonts w:ascii="Courier New" w:hAnsi="Courier New"/>
          <w:color w:val="555555"/>
          <w:sz w:val="20"/>
        </w:rPr>
        <w:t>[35]</w:t>
      </w:r>
    </w:p>
    <w:p>
      <w:r>
        <w:rPr>
          <w:rFonts w:ascii="Gentium Plus" w:hAnsi="Gentium Plus"/>
          <w:sz w:val="24"/>
        </w:rPr>
        <w:t>δυνάμει μεγάλῃ, οὐδὲ ἐν ἰσχύϊ, ἀλλ’ ἐν Πνεύματί μου, λέγει Κύριος παντοκράτωρ.» Εὔδηλον οὖν, ὡς ὁ λαλῶν ἄγγελος τῷ προφήτῃ οὐκ ἦν τὸ Πνεῦμα τὸ ἅγιον, ἀλλ’ αὐτὸς μὲν ἄγγελος, τὸ δὲ τὸ Πνεῦμα τοῦ Θεοῦ ἐστι τοῦ παντοκράτορος· καὶ</w:t>
      </w:r>
    </w:p>
    <w:p>
      <w:r>
        <w:rPr>
          <w:rFonts w:ascii="Courier New" w:hAnsi="Courier New"/>
          <w:color w:val="555555"/>
          <w:sz w:val="20"/>
        </w:rPr>
        <w:t>[40]</w:t>
      </w:r>
    </w:p>
    <w:p>
      <w:r>
        <w:rPr>
          <w:rFonts w:ascii="Gentium Plus" w:hAnsi="Gentium Plus"/>
          <w:sz w:val="24"/>
        </w:rPr>
        <w:t>διακονεῖται μὲν παρ’ ἀγγέλου, ἀδιαίρετον δὲ τῆς θεό‐ τητός ἐστι, καὶ ἴδιον τοῦ λόγου. Ἐπεὶ εἰ τὸ ἀπο‐</w:t>
      </w:r>
    </w:p>
    <w:p>
      <w:r>
        <w:rPr>
          <w:rFonts w:ascii="Courier New" w:hAnsi="Courier New"/>
          <w:color w:val="555555"/>
          <w:sz w:val="20"/>
        </w:rPr>
        <w:t>[26 . 560]</w:t>
      </w:r>
    </w:p>
    <w:p>
      <w:r>
        <w:rPr>
          <w:rFonts w:ascii="Gentium Plus" w:hAnsi="Gentium Plus"/>
          <w:sz w:val="24"/>
        </w:rPr>
        <w:t>τὸν Χριστὸν τοὺς ἐκλεκτοὺς ἀγγέλους, εἰπάτωσαν τίς ἐκ πάντων τούτων ἐστὶν ὁ τῇ Τριάδι συντασσόμε‐ νος; Οὐ γὰρ δὴ πάντες εἷς εἰσι τῷ ἀριθμῷ· ἢ τίς αὐτῶν ἐστιν ὁ κατελθὼν εἰς τὸν Ἰορδάνην ἐν εἴδει</w:t>
      </w:r>
    </w:p>
    <w:p>
      <w:r>
        <w:rPr>
          <w:rFonts w:ascii="Courier New" w:hAnsi="Courier New"/>
          <w:color w:val="555555"/>
          <w:sz w:val="20"/>
        </w:rPr>
        <w:t>[5]</w:t>
      </w:r>
    </w:p>
    <w:p>
      <w:r>
        <w:rPr>
          <w:rFonts w:ascii="Gentium Plus" w:hAnsi="Gentium Plus"/>
          <w:sz w:val="24"/>
        </w:rPr>
        <w:t>περιστερᾶς; Χίλιαι γὰρ χιλιάδες εἰσὶ καὶ μύριαι μυ‐ ριάδες οἱ λειτουργοῦντες. Ἢ διὰ τί, ἀνοιγομένων τῶν οὐρανῶν, οὐκ εἴρηται, Καὶ κατῆλθεν ἐκ τῶν ἐκλε‐ κτῶν ἀγγέλων, ἀλλὰ, τὸ Πνεῦμα τὸ ἅγιον; Ἢ διὰ τί αὐτὸς ὁ Κύριος περὶ μὲν τῆς συντελείας διαλεγόμενος</w:t>
      </w:r>
    </w:p>
    <w:p>
      <w:r>
        <w:rPr>
          <w:rFonts w:ascii="Courier New" w:hAnsi="Courier New"/>
          <w:color w:val="555555"/>
          <w:sz w:val="20"/>
        </w:rPr>
        <w:t>[10]</w:t>
      </w:r>
    </w:p>
    <w:p>
      <w:r>
        <w:rPr>
          <w:rFonts w:ascii="Gentium Plus" w:hAnsi="Gentium Plus"/>
          <w:sz w:val="24"/>
        </w:rPr>
        <w:t>τοῖς μαθηταῖς, διαστέλλων μὲν ἔλεγεν· «Ἀποστελεῖ ὁ Υἱὸς τοῦ ἀνθρώπου τοὺς ἀγγέλους αὐτοῦ;» Καὶ πρὸ τούτων εἴρητο· «Οἱ ἄγγελοι διηκόνουν αὐτῷ.» Καὶ πάλιν αὐτὸς λέγει· «Ἐξελεύσονται οἱ ἄγγελοι.» Τοῖς δὲ μαθηταῖς διδοὺς ἔλεγε «Λάβετε Πνεῦμα</w:t>
      </w:r>
    </w:p>
    <w:p>
      <w:r>
        <w:rPr>
          <w:rFonts w:ascii="Courier New" w:hAnsi="Courier New"/>
          <w:color w:val="555555"/>
          <w:sz w:val="20"/>
        </w:rPr>
        <w:t>[15]</w:t>
      </w:r>
    </w:p>
    <w:p>
      <w:r>
        <w:rPr>
          <w:rFonts w:ascii="Gentium Plus" w:hAnsi="Gentium Plus"/>
          <w:sz w:val="24"/>
        </w:rPr>
        <w:t>ἅγιον·» ἀποστέλλων τε αὐτοὺς ἔλεγε· «Πορευθέν‐ τες μαθητεύσατε πάντα τὰ ἔθνη, βαπτίζοντες αὐτοὺς εἰς τὸ ὄνομα τοῦ Πατρὸς, καὶ τοῦ Υἱοῦ, καὶ τοῦ ἁγίου Πνεύματος.» Οὐ γὰρ ἄγγελον συνέτασσε τῇ θεότητι, οὐδὲ ἐν κτίσματι συνῆπτεν ἡμᾶς ἑαυτῷ</w:t>
      </w:r>
    </w:p>
    <w:p>
      <w:r>
        <w:rPr>
          <w:rFonts w:ascii="Courier New" w:hAnsi="Courier New"/>
          <w:color w:val="555555"/>
          <w:sz w:val="20"/>
        </w:rPr>
        <w:t>[20]</w:t>
      </w:r>
    </w:p>
    <w:p>
      <w:r>
        <w:rPr>
          <w:rFonts w:ascii="Gentium Plus" w:hAnsi="Gentium Plus"/>
          <w:sz w:val="24"/>
        </w:rPr>
        <w:t>τε καὶ τῷ Πατρὶ, ἀλλ’ ἐν τῷ Πνεύματι τῷ ἁγίῳ, ὅπερ αὐτὸς ἐπαγγελλόμενος οὐκ εἴρηκεν ἄγγελον ἀπο‐ στέλλειν, ἀλλὰ «τὸ Πνεῦμα τῆς ἀληθείας, ὃ παρὰ τοῦ Πατρὸς ἐκπορεύεται,» καὶ ἐκ τοῦ αὐτοῦ λαμβάνει καὶ δίδοται.</w:t>
      </w:r>
    </w:p>
    <w:p>
      <w:r>
        <w:rPr>
          <w:rFonts w:ascii="Courier New" w:hAnsi="Courier New"/>
          <w:color w:val="555555"/>
          <w:sz w:val="20"/>
        </w:rPr>
        <w:t>[25]</w:t>
      </w:r>
    </w:p>
    <w:p>
      <w:r>
        <w:rPr>
          <w:rFonts w:ascii="Gentium Plus" w:hAnsi="Gentium Plus"/>
          <w:sz w:val="24"/>
        </w:rPr>
        <w:t>Καὶ Μωσῆς γ’ οὖν, γινώσκων τοὺς μὲν ἀγγέ‐ λους κτίσματα, τὸ δὲ Πνεῦμα τὸ ἅγιον ἡνωμένον τῷ Υἱῷ καὶ τῷ Πατρὶ, λέγοντος αὐτῷ τοῦ Θεοῦ· «Πο‐ ρεύου, ἀνάβηθι ἐντεῦθεν σὺ καὶ ὁ λαός σου, οὓς ἐξήγαγες ἐκ γῆς Αἰγύπτου εἰς τὴν γῆν, ἣν ὤμοσα</w:t>
      </w:r>
    </w:p>
    <w:p>
      <w:r>
        <w:rPr>
          <w:rFonts w:ascii="Courier New" w:hAnsi="Courier New"/>
          <w:color w:val="555555"/>
          <w:sz w:val="20"/>
        </w:rPr>
        <w:t>[30]</w:t>
      </w:r>
    </w:p>
    <w:p>
      <w:r>
        <w:rPr>
          <w:rFonts w:ascii="Gentium Plus" w:hAnsi="Gentium Plus"/>
          <w:sz w:val="24"/>
        </w:rPr>
        <w:t>τῷ Ἀβραὰμ, καὶ τῷ Ἰσαὰκ, καὶ τῷ Ἰακὼβ λέγων· Τῷ σπέρματι ὑμῶν δώσω αὐτήν· καὶ συναποστελῶ πρὸ προσώπου σου τὸν ἄγγελόν μου, καὶ ἐκβαλεῖ τὸν Χαναναῖον·» παραιτεῖται λέγων· «Εἰ μὴ αὐτὸς συμπορεύῃ μεθ’ ἡμῶν, μή με ἀναγάγῃς ἐντεῦθεν.»</w:t>
      </w:r>
    </w:p>
    <w:p>
      <w:r>
        <w:rPr>
          <w:rFonts w:ascii="Courier New" w:hAnsi="Courier New"/>
          <w:color w:val="555555"/>
          <w:sz w:val="20"/>
        </w:rPr>
        <w:t>[35]</w:t>
      </w:r>
    </w:p>
    <w:p>
      <w:r>
        <w:rPr>
          <w:rFonts w:ascii="Gentium Plus" w:hAnsi="Gentium Plus"/>
          <w:sz w:val="24"/>
        </w:rPr>
        <w:t>Οὐκ ἐβούλετο γὰρ κτίσμα προηγεῖσθαι τοῦ λαοῦ, ἵνα μὴ μάθωσι λατρεύειν τῇ κτίσει παρὰ τὸν κτί‐ σαντα τὰ πάντα Θεόν. Ἀμέλει, τὸν ἄγγελον παραιτη‐ σάμενος, παρεκάλει αὐτὸν τὸν Θεὸν καθηγεῖσθαι αὐ‐ τῶν. Τοῦ δὲ Θεοῦ ἐπαγγειλαμένου καὶ εἰπόντος πρὸς</w:t>
      </w:r>
    </w:p>
    <w:p>
      <w:r>
        <w:rPr>
          <w:rFonts w:ascii="Courier New" w:hAnsi="Courier New"/>
          <w:color w:val="555555"/>
          <w:sz w:val="20"/>
        </w:rPr>
        <w:t>[40]</w:t>
      </w:r>
    </w:p>
    <w:p>
      <w:r>
        <w:rPr>
          <w:rFonts w:ascii="Gentium Plus" w:hAnsi="Gentium Plus"/>
          <w:sz w:val="24"/>
        </w:rPr>
        <w:t>αὐτόν· «Καὶ τοῦτόν σου τὸν λόγον, ὃν εἴρηκας, ποιήσω· εὕρηκας γὰρ χάριν ἐνώπιόν μου, καὶ οἶδά σε παρὰ πάντας·» γέγραπται ἐν τῷ Ἡσαΐᾳ· «Ὁ ἀνα‐</w:t>
      </w:r>
    </w:p>
    <w:p>
      <w:r>
        <w:rPr>
          <w:rFonts w:ascii="Courier New" w:hAnsi="Courier New"/>
          <w:color w:val="555555"/>
          <w:sz w:val="20"/>
        </w:rPr>
        <w:t>[26 . 561]</w:t>
      </w:r>
    </w:p>
    <w:p>
      <w:r>
        <w:rPr>
          <w:rFonts w:ascii="Gentium Plus" w:hAnsi="Gentium Plus"/>
          <w:sz w:val="24"/>
        </w:rPr>
        <w:t>ἐστιν ὁ θεὶς ἐν αὐτοῖς τὸ Πνεῦμα τὸ ἅγιον, ὁ ἀναγα‐ γὼν τῇ δεξιᾷ Μωσῆν;» καὶ μετ’ ὀλίγα φησί· «Κατέβη Πνεῦμα παρὰ Κυρίου καὶ ὡδήγησεν αὐτούς. Οὕτως ἤγαγες τὸν λαόν σου ποιήσας σεαυτῷ</w:t>
      </w:r>
    </w:p>
    <w:p>
      <w:r>
        <w:rPr>
          <w:rFonts w:ascii="Courier New" w:hAnsi="Courier New"/>
          <w:color w:val="555555"/>
          <w:sz w:val="20"/>
        </w:rPr>
        <w:t>[5]</w:t>
      </w:r>
    </w:p>
    <w:p>
      <w:r>
        <w:rPr>
          <w:rFonts w:ascii="Gentium Plus" w:hAnsi="Gentium Plus"/>
          <w:sz w:val="24"/>
        </w:rPr>
        <w:t>ὄνομα δόξης·» τίς ἐκ τούτων οὐ συνορᾷ τὴν ἀλήθειαν; Τοῦ γὰρ Θεοῦ ἐπαγγειλαμένου καθηγεῖσθαι, ἰδοὺ οὐκ ἔτι ἄγγελον ἐπαγγέλλεται πέμπειν, ἀλλὰ τὸ Πνεῦμα αὐτοῦ, ὅ ἐστιν ὑπὲρ τοὺς ἀγγέλους, καὶ αὐτὸ καθ‐ ηγούμενόν ἐστι τοῦ λαοῦ. Καὶ δείκνυται, ὅτι οὐ τῶν</w:t>
      </w:r>
    </w:p>
    <w:p>
      <w:r>
        <w:rPr>
          <w:rFonts w:ascii="Courier New" w:hAnsi="Courier New"/>
          <w:color w:val="555555"/>
          <w:sz w:val="20"/>
        </w:rPr>
        <w:t>[10]</w:t>
      </w:r>
    </w:p>
    <w:p>
      <w:r>
        <w:rPr>
          <w:rFonts w:ascii="Gentium Plus" w:hAnsi="Gentium Plus"/>
          <w:sz w:val="24"/>
        </w:rPr>
        <w:t>κτισμάτων, οὐδὲ ἄγγελός ἐστι τὸ Πνεῦμα, ἀλλὰ ἄνω τῆς κτίσεώς ἐστιν, ἡνωμένον τῇ θεότητι τοῦ Πατρός. Αὐτὸς γὰρ ὁ Θεὸς διὰ τοῦ Λόγου ἐν Πνεύ‐ ματι καθηγεῖτο τοῦ λαοῦ· ὅθεν καὶ διὰ πάσης τῆς Γραφῆς φησιν· «Ἐγὼ ἀνήγαγον ὑμᾶς ἐκ γῆς</w:t>
      </w:r>
    </w:p>
    <w:p>
      <w:r>
        <w:rPr>
          <w:rFonts w:ascii="Courier New" w:hAnsi="Courier New"/>
          <w:color w:val="555555"/>
          <w:sz w:val="20"/>
        </w:rPr>
        <w:t>[15]</w:t>
      </w:r>
    </w:p>
    <w:p>
      <w:r>
        <w:rPr>
          <w:rFonts w:ascii="Gentium Plus" w:hAnsi="Gentium Plus"/>
          <w:sz w:val="24"/>
        </w:rPr>
        <w:t>Αἰγύπτου· μάρτυρες ὑμεῖς ἐστε, εἰ Θεὸς ἦν ἀλλό‐ τριος ἐν ὑμῖν πλὴν ἐμοῦ.» Καὶ οἱ ἅγιοι δὲ προσφω‐ νοῦσι τῷ Θεῷ· «Ὡδήγησας ὡς πρόβατα τὸν λαόν σου·» καὶ, «Ὡδήγησεν αὐτοὺς Κύριος ἐπ’ ἐλπίδι, καὶ οὐκ ἐδειλίασαν.» Τούτῳ καὶ τὸν ὕμνον ἀνατι‐</w:t>
      </w:r>
    </w:p>
    <w:p>
      <w:r>
        <w:rPr>
          <w:rFonts w:ascii="Courier New" w:hAnsi="Courier New"/>
          <w:color w:val="555555"/>
          <w:sz w:val="20"/>
        </w:rPr>
        <w:t>[20]</w:t>
      </w:r>
    </w:p>
    <w:p>
      <w:r>
        <w:rPr>
          <w:rFonts w:ascii="Gentium Plus" w:hAnsi="Gentium Plus"/>
          <w:sz w:val="24"/>
        </w:rPr>
        <w:t>θέασι λέγοντες· «Τῷ διαγαγόντι τὸν λαὸν αὐτοῦ ἐν τῇ ἐρήμῳ, ὅτι εἰς τὸν αἰῶνα τὸ ἔλεος αὐτοῦ.» Ὁ δὲ μέγας Μωσῆς συνεχῶς διηγεῖται· «Κύριος ὁ Θεὸς ὁ προπορευόμενος πρὸ προσώπου ὑμῶν.» Τὸ ἄρα τοῦ Θεοῦ Πνεῦμα οὐκ ἂν εἴη ἄγγελος, οὐδὲ κτί‐</w:t>
      </w:r>
    </w:p>
    <w:p>
      <w:r>
        <w:rPr>
          <w:rFonts w:ascii="Courier New" w:hAnsi="Courier New"/>
          <w:color w:val="555555"/>
          <w:sz w:val="20"/>
        </w:rPr>
        <w:t>[25]</w:t>
      </w:r>
    </w:p>
    <w:p>
      <w:r>
        <w:rPr>
          <w:rFonts w:ascii="Gentium Plus" w:hAnsi="Gentium Plus"/>
          <w:sz w:val="24"/>
        </w:rPr>
        <w:t>σμα, ἀλλ’ ἴδιον τῆς θεότητος αὐτοῦ. Τοῦ γὰρ Πνεύ‐ ματος ὄντος ἐν τῷ λαῷ, ὁ Θεὸς δι’ Υἱοῦ ἐν Πνεύματι ἦν ἐν αὐτοῖς. Ἀλλ’ ἔστω ταῦτα, φασὶ καὶ αὐτοί· διὰ τί οὖν ὁ Ἀπόστολος μετὰ τὸν Χριστὸν οὐκ ὠνόμασε τὸ</w:t>
      </w:r>
    </w:p>
    <w:p>
      <w:r>
        <w:rPr>
          <w:rFonts w:ascii="Courier New" w:hAnsi="Courier New"/>
          <w:color w:val="555555"/>
          <w:sz w:val="20"/>
        </w:rPr>
        <w:t>[30]</w:t>
      </w:r>
    </w:p>
    <w:p>
      <w:r>
        <w:rPr>
          <w:rFonts w:ascii="Gentium Plus" w:hAnsi="Gentium Plus"/>
          <w:sz w:val="24"/>
        </w:rPr>
        <w:t>Πνεῦμα τὸ ἅγιον, ἀλλὰ τοὺς ἐκλεκτοὺς ἀγγέλους; Τὸ αὐτὸ δ’ ἄν τις αὐτοὺς ἐρωτήσειε· Διὰ τί μὴ ἀρχαγγέ‐ λους, μηδὲ χερουβὶμ, μηδὲ σεραφὶμ, μηδὲ κυριό‐ τητας, μηδὲ θρόνους, μηδὲ ἕτερόν τι, ἀλλ’ ἐκλεκτοὺς μόνους ἀγγέλους ὠνόμασεν ὁ Παῦλος; Ἆρ’ οὖν, ἐπεὶ</w:t>
      </w:r>
    </w:p>
    <w:p>
      <w:r>
        <w:rPr>
          <w:rFonts w:ascii="Courier New" w:hAnsi="Courier New"/>
          <w:color w:val="555555"/>
          <w:sz w:val="20"/>
        </w:rPr>
        <w:t>[35]</w:t>
      </w:r>
    </w:p>
    <w:p>
      <w:r>
        <w:rPr>
          <w:rFonts w:ascii="Gentium Plus" w:hAnsi="Gentium Plus"/>
          <w:sz w:val="24"/>
        </w:rPr>
        <w:t>μὴ οὕτως ὠνόμασεν, οἱ ἄγγελοι ἀρχάγγελοί εἰσιν, ἢ μόνοι ἄγγελοί εἰσι, καὶ οὔτε σεραφὶμ, ἢ χερουβὶμ, οὐκ ἀρχάγγελοι, οὐδὲ κυριότητες, οὐ θρόνοι, οὐκ ἀρ‐ χαὶ, οὐχ ἕτερόν τι ἐστίν; Ἀλλὰ τοῦτό ἐστιν ἀνάγκην μὲν ἐπιβάλλειν τῷ Ἀποστόλῳ, διὰ τί μὴ οὕτως, ἀλλ’</w:t>
      </w:r>
    </w:p>
    <w:p>
      <w:r>
        <w:rPr>
          <w:rFonts w:ascii="Courier New" w:hAnsi="Courier New"/>
          <w:color w:val="555555"/>
          <w:sz w:val="20"/>
        </w:rPr>
        <w:t>[40]</w:t>
      </w:r>
    </w:p>
    <w:p>
      <w:r>
        <w:rPr>
          <w:rFonts w:ascii="Gentium Plus" w:hAnsi="Gentium Plus"/>
          <w:sz w:val="24"/>
        </w:rPr>
        <w:t>οὕτως ἔγραψεν, ἀγνοεῖν δὲ τὰς θείας Γραφὰς, καὶ διὰ τοῦτο πλανᾶσθαι περὶ τὴν ἀλήθειαν. Ἰδοὺ γὰρ παρὰ μὲν τῷ Ἡσαΐᾳ γέγραπται· «Προσαγάγετε πρὸς</w:t>
      </w:r>
    </w:p>
    <w:p>
      <w:r>
        <w:rPr>
          <w:rFonts w:ascii="Courier New" w:hAnsi="Courier New"/>
          <w:color w:val="555555"/>
          <w:sz w:val="20"/>
        </w:rPr>
        <w:t>[26 . 564]</w:t>
      </w:r>
    </w:p>
    <w:p>
      <w:r>
        <w:rPr>
          <w:rFonts w:ascii="Gentium Plus" w:hAnsi="Gentium Plus"/>
          <w:sz w:val="24"/>
        </w:rPr>
        <w:t>λελάληκα· ἡνίκα ἐγένετο, ἐκεῖ ἤμην· καὶ νῦν Κύριος ἀπέσταλκέ με, καὶ τὸ Πνεῦμα αὐτοῦ·» παρὰ δὲ τῷ Ἀγγαίῳ· «Καὶ νῦν κατίσχυε Ζοροβάβελ, λέγει Κύριος, καὶ κατίσχυε Ἰησοῦ ὁ τοῦ Ἰωσεδὲκ, ὁ ἱερεὺς</w:t>
      </w:r>
    </w:p>
    <w:p>
      <w:r>
        <w:rPr>
          <w:rFonts w:ascii="Courier New" w:hAnsi="Courier New"/>
          <w:color w:val="555555"/>
          <w:sz w:val="20"/>
        </w:rPr>
        <w:t>[5]</w:t>
      </w:r>
    </w:p>
    <w:p>
      <w:r>
        <w:rPr>
          <w:rFonts w:ascii="Gentium Plus" w:hAnsi="Gentium Plus"/>
          <w:sz w:val="24"/>
        </w:rPr>
        <w:t>ὁ μέγας, λέγει Κύριος. Καὶ κατισχυέτω πᾶς ὁ λαὸς τῆς γῆς, λέγει Κύριος· καὶ ποιεῖτε, διότι μεθ’ ὑμῶν ἐγώ εἰμι, λέγει Κύριος παντοκράτωρ, καὶ τὸ Πνεῦμά μου ἐφέστηκεν ἐν μέσῳ ὑμῶν.» Καὶ παρ’ ἀμφοτέ‐ ροις τοῖς προφήταις περὶ μόνου τοῦ Κυρίου καὶ τοῦ</w:t>
      </w:r>
    </w:p>
    <w:p>
      <w:r>
        <w:rPr>
          <w:rFonts w:ascii="Courier New" w:hAnsi="Courier New"/>
          <w:color w:val="555555"/>
          <w:sz w:val="20"/>
        </w:rPr>
        <w:t>[10]</w:t>
      </w:r>
    </w:p>
    <w:p>
      <w:r>
        <w:rPr>
          <w:rFonts w:ascii="Gentium Plus" w:hAnsi="Gentium Plus"/>
          <w:sz w:val="24"/>
        </w:rPr>
        <w:t>Πνεύματος μνήμη γέγονε. Τί τοίνυν καὶ περὶ τού‐ του φήσουσιν; Εἰ γὰρ, ἐπειδὴ τοῦ Χριστοῦ μνη‐ μονεύσας ὁ Παῦλος περὶ μὲν τοῦ Πνεύματος ἐσιώπησε, τῶν δὲ ἐκλεκτῶν ἀγγέλων ἐμνημόνευσε, διὰ τοῦτο ἐν ἀγγέλοις τὸ Πνεῦμα συντάττουσιν· ὥρα, καὶ τοῖς</w:t>
      </w:r>
    </w:p>
    <w:p>
      <w:r>
        <w:rPr>
          <w:rFonts w:ascii="Courier New" w:hAnsi="Courier New"/>
          <w:color w:val="555555"/>
          <w:sz w:val="20"/>
        </w:rPr>
        <w:t>[15]</w:t>
      </w:r>
    </w:p>
    <w:p>
      <w:r>
        <w:rPr>
          <w:rFonts w:ascii="Gentium Plus" w:hAnsi="Gentium Plus"/>
          <w:sz w:val="24"/>
        </w:rPr>
        <w:t>προφητικοῖς τούτοις ἐντυγχάνοντας, τολμηρό‐ τερον αὐτοὺς διαλογίζεσθαι καὶ περὶ τοῦ σεσιωπημέ‐ νου. Ἄν τε γὰρ τὸν Κύριον εἶναι, φήσουσιν εἶναι τὸν Υἱὸν, τί ἂν εἴποιεν περὶ τοῦ Πατρός; ἄν τε τὸν Πα‐ τέρα εἴπωσι, τί ἂν εἴποιεν περὶ τοῦ Υἱοῦ; Τὴν γὰρ</w:t>
      </w:r>
    </w:p>
    <w:p>
      <w:r>
        <w:rPr>
          <w:rFonts w:ascii="Courier New" w:hAnsi="Courier New"/>
          <w:color w:val="555555"/>
          <w:sz w:val="20"/>
        </w:rPr>
        <w:t>[20]</w:t>
      </w:r>
    </w:p>
    <w:p>
      <w:r>
        <w:rPr>
          <w:rFonts w:ascii="Gentium Plus" w:hAnsi="Gentium Plus"/>
          <w:sz w:val="24"/>
        </w:rPr>
        <w:t>ἀκολουθοῦσαν κατ’ ἐκείνους δυσφημίαν μηδὲ λογίσα‐ σθαί τινα γένοιτο· ἀνάγκη γὰρ αὐτοὺς εἰπεῖν, ἢ ὅτι οὐκ ἔστιν, ἢ τοῖς ποιήμασι συναριθμεῖν τὸ σεσιωπη‐ μένον. Τί δ’ ἂν εἴποιεν, ἐὰν ἀκούσουσι καὶ τοῦ</w:t>
      </w:r>
    </w:p>
    <w:p>
      <w:r>
        <w:rPr>
          <w:rFonts w:ascii="Courier New" w:hAnsi="Courier New"/>
          <w:color w:val="555555"/>
          <w:sz w:val="20"/>
        </w:rPr>
        <w:t>[25]</w:t>
      </w:r>
    </w:p>
    <w:p>
      <w:r>
        <w:rPr>
          <w:rFonts w:ascii="Gentium Plus" w:hAnsi="Gentium Plus"/>
          <w:sz w:val="24"/>
        </w:rPr>
        <w:t>Κυρίου λέγοντος· «Κριτής τις ἦν ἔν τινι χώρᾳ, τὸν Θεὸν μὴ φοβούμενος, καὶ ἄνθρωπον μὴ ἐντρεπόμε‐ νος.» Ἆρα, ἐπειδὴ μετὰ τὸν Θεὸν ὠνόμασεν ἄνθρωπον, ὁ Υἱός ἐστιν οὗτος ὁ ἄνθρωπος, ὃν οὐκ ἐν‐ ετράπη ὁ ἄδικος κριτής; Ἢ ἐπειδὴ μετὰ τὸν Θεὸν ὠνό‐</w:t>
      </w:r>
    </w:p>
    <w:p>
      <w:r>
        <w:rPr>
          <w:rFonts w:ascii="Courier New" w:hAnsi="Courier New"/>
          <w:color w:val="555555"/>
          <w:sz w:val="20"/>
        </w:rPr>
        <w:t>[30]</w:t>
      </w:r>
    </w:p>
    <w:p>
      <w:r>
        <w:rPr>
          <w:rFonts w:ascii="Gentium Plus" w:hAnsi="Gentium Plus"/>
          <w:sz w:val="24"/>
        </w:rPr>
        <w:t>μασε τὸν ἄνθρωπον, τρίτος ἐστὶν ὁ Υἱὸς μετὰ τὸν ἄνθρωπον, καὶ τέταρτον τὸ Πνεῦμα τὸ ἅγιον; Τί δὲ ἄρα, ἐὰν καὶ τοῦ Ἀποστόλου ἐν τῇ αὐτῇ ἐπιστολῇ πά‐ λιν λέγοντος ἀκούσωσι· «Παραγγέλλω σοι ἐνώπιον τοῦ Θεοῦ τοῦ ζωογονοῦντος τὰ πάντα, καὶ Κυρίου</w:t>
      </w:r>
    </w:p>
    <w:p>
      <w:r>
        <w:rPr>
          <w:rFonts w:ascii="Courier New" w:hAnsi="Courier New"/>
          <w:color w:val="555555"/>
          <w:sz w:val="20"/>
        </w:rPr>
        <w:t>[35]</w:t>
      </w:r>
    </w:p>
    <w:p>
      <w:r>
        <w:rPr>
          <w:rFonts w:ascii="Gentium Plus" w:hAnsi="Gentium Plus"/>
          <w:sz w:val="24"/>
        </w:rPr>
        <w:t>Ἰησοῦ Χριστοῦ, τοῦ μαρτυρήσαντος ἐπὶ Ποντίου Πι‐ λάτου, τὴν καλὴν ὁμολογίαν, τηρῆσαί σε τὴν ἐντολὴν ἄσπιλον, ἀνεπίληπτον;» Ἆρα οὖν, ἐπειδὴ σεσιώ‐ πηκε νῦν περὶ ἀγγέλων καὶ Πνεύματος, ἀμφιβάλλουσι περὶ Πνεύματος, εἰ ἔστι, καὶ περὶ ἀγγέλων, εἴ</w:t>
      </w:r>
    </w:p>
    <w:p>
      <w:r>
        <w:rPr>
          <w:rFonts w:ascii="Courier New" w:hAnsi="Courier New"/>
          <w:color w:val="555555"/>
          <w:sz w:val="20"/>
        </w:rPr>
        <w:t>[40]</w:t>
      </w:r>
    </w:p>
    <w:p>
      <w:r>
        <w:rPr>
          <w:rFonts w:ascii="Gentium Plus" w:hAnsi="Gentium Plus"/>
          <w:sz w:val="24"/>
        </w:rPr>
        <w:t>εἰσι; Ναὶ ἀμφιβάλλουσιν ἕως τοιαῦτα δυσφημεῖν περὶ τοῦ Πνεύματος μεμελετήκασιν. Ἐὰν δὲ ἀκούσωσι</w:t>
      </w:r>
    </w:p>
    <w:p>
      <w:r>
        <w:rPr>
          <w:rFonts w:ascii="Courier New" w:hAnsi="Courier New"/>
          <w:color w:val="555555"/>
          <w:sz w:val="20"/>
        </w:rPr>
        <w:t>[26 . 565]</w:t>
      </w:r>
    </w:p>
    <w:p>
      <w:r>
        <w:rPr>
          <w:rFonts w:ascii="Gentium Plus" w:hAnsi="Gentium Plus"/>
          <w:sz w:val="24"/>
        </w:rPr>
        <w:t>δὲ ὁ λαὸς τὸν Κύριον, καὶ ἐπίστευσαν τῷ Θεῷ, καὶ Μωσῇ, τῷ θεραπόντι αὐτοῦ,» ἆρα συναριθμήσουσι τῷ Θεῷ τὸν Μωσῆν, καὶ μετὰ τὸν Θεὸν οὐ νοήσουσι τὸν Υἱὸν, ἀλλὰ μόνον τὸν Μωσῆν; Τί δὲ, ἐὰν ἀκού‐</w:t>
      </w:r>
    </w:p>
    <w:p>
      <w:r>
        <w:rPr>
          <w:rFonts w:ascii="Courier New" w:hAnsi="Courier New"/>
          <w:color w:val="555555"/>
          <w:sz w:val="20"/>
        </w:rPr>
        <w:t>[5]</w:t>
      </w:r>
    </w:p>
    <w:p>
      <w:r>
        <w:rPr>
          <w:rFonts w:ascii="Gentium Plus" w:hAnsi="Gentium Plus"/>
          <w:sz w:val="24"/>
        </w:rPr>
        <w:t>σωσι καὶ τοῦ πατριάρχου Ἰακὼβ εὐλογοῦντος τὸν Ἰωσὴφ καὶ λέγοντος· «Ὁ Θεὸς ὁ τρέφων με ἐκ νεό‐ τητός μου ἕως τῆς ἡμέρας ταύτης· ὁ ἄγγελος ὁ ῥυό‐ μενός με ἐκ πάντων τῶν κακῶν εὐλογήσαι τὰ παιδία ταῦτα»; Ἆρα, ἐπειδὴ μετὰ τὸν Θεὸν ὠνό‐</w:t>
      </w:r>
    </w:p>
    <w:p>
      <w:r>
        <w:rPr>
          <w:rFonts w:ascii="Courier New" w:hAnsi="Courier New"/>
          <w:color w:val="555555"/>
          <w:sz w:val="20"/>
        </w:rPr>
        <w:t>[10]</w:t>
      </w:r>
    </w:p>
    <w:p>
      <w:r>
        <w:rPr>
          <w:rFonts w:ascii="Gentium Plus" w:hAnsi="Gentium Plus"/>
          <w:sz w:val="24"/>
        </w:rPr>
        <w:t>μασεν ἄγγελον, πρῶτός ἐστιν ὁ ἄγγελος τοῦ Υἱοῦ, ἢ ἀγγέλοις συναριθμεῖται ὁ Υἱός; Ναὶ, πάλιν οὕτω νοήσουσι, διεφθαρμένην ἔχοντες τὴν καρδίαν. Ἀλλ’ οὐχ ἡ ἀποστολικὴ πίστις ἐστὶ τοιαύτη, οὐδ’ ὅλως Χριστιανὸς ἀνάσχοιτο ἂν τούτων. Ἡ γὰρ ἁγία</w:t>
      </w:r>
    </w:p>
    <w:p>
      <w:r>
        <w:rPr>
          <w:rFonts w:ascii="Courier New" w:hAnsi="Courier New"/>
          <w:color w:val="555555"/>
          <w:sz w:val="20"/>
        </w:rPr>
        <w:t>[15]</w:t>
      </w:r>
    </w:p>
    <w:p>
      <w:r>
        <w:rPr>
          <w:rFonts w:ascii="Gentium Plus" w:hAnsi="Gentium Plus"/>
          <w:sz w:val="24"/>
        </w:rPr>
        <w:t>καὶ μακαρία Τριὰς, ἀδιαίρετος καὶ ἡνωμένη πρὸς ἑαυτήν ἐστι· καὶ λεγομένου τοῦ Πατρὸς, πρόσεστι καὶ ὁ τούτου Λόγος καὶ τὸ ἐν τῷ Υἱῷ Πνεῦμα. Ἐὰν δὲ καὶ ὁ Υἱὸς ὀνομάζηται, ἐν τῷ Υἱῷ ἐστιν ὁ Πατὴρ, καὶ τὸ Πνεῦμα οὐκ ἔστιν ἐκτὸς τοῦ Λόγου. Μία γάρ</w:t>
      </w:r>
    </w:p>
    <w:p>
      <w:r>
        <w:rPr>
          <w:rFonts w:ascii="Courier New" w:hAnsi="Courier New"/>
          <w:color w:val="555555"/>
          <w:sz w:val="20"/>
        </w:rPr>
        <w:t>[20]</w:t>
      </w:r>
    </w:p>
    <w:p>
      <w:r>
        <w:rPr>
          <w:rFonts w:ascii="Gentium Plus" w:hAnsi="Gentium Plus"/>
          <w:sz w:val="24"/>
        </w:rPr>
        <w:t>ἐστιν ἐκ τοῦ Πατρὸς χάρις δι’ Υἱοῦ ἐν Πνεύματι ἁγίῳ πληρουμένη· καὶ μία θεότης ἐστὶ, καὶ εἷς Θεός ἐστιν ὁ ἐπὶ πάντων, καὶ διὰ πάντων, καὶ ἐν πᾶ‐ σιν. Οὕτω γὰρ καὶ ὁ Παῦλος, εἰρηκὼς, «Διαμαρτύ‐ ρομαι ἐνώπιον τοῦ Θεοῦ καὶ Ἰησοῦ Χριστοῦ,» ἐγί‐</w:t>
      </w:r>
    </w:p>
    <w:p>
      <w:r>
        <w:rPr>
          <w:rFonts w:ascii="Courier New" w:hAnsi="Courier New"/>
          <w:color w:val="555555"/>
          <w:sz w:val="20"/>
        </w:rPr>
        <w:t>[25]</w:t>
      </w:r>
    </w:p>
    <w:p>
      <w:r>
        <w:rPr>
          <w:rFonts w:ascii="Gentium Plus" w:hAnsi="Gentium Plus"/>
          <w:sz w:val="24"/>
        </w:rPr>
        <w:t>νωσκεν, ὅτι οὐ διῃρεῖτο τοῦ Υἱοῦ τὸ Πνεῦμα, ἀλλ’ ἐν Χριστῷ ἦν καὶ αὐτὸ, ὥσπερ ὁ Υἱὸς ἐν τῷ Πατρί· τοὺς δὲ ἐκλεκτοὺς ἀγγέλους συνεπήγαγεν εἰκότως, ἵνα, ἐπειδὴ διαμαρτυρία ἦν τῷ μαθητῇ λεγομένη, γινώσκων, ὡς τὰ μὲν λεγόμενα παρὰ Θεοῦ διὰ</w:t>
      </w:r>
    </w:p>
    <w:p>
      <w:r>
        <w:rPr>
          <w:rFonts w:ascii="Courier New" w:hAnsi="Courier New"/>
          <w:color w:val="555555"/>
          <w:sz w:val="20"/>
        </w:rPr>
        <w:t>[30]</w:t>
      </w:r>
    </w:p>
    <w:p>
      <w:r>
        <w:rPr>
          <w:rFonts w:ascii="Gentium Plus" w:hAnsi="Gentium Plus"/>
          <w:sz w:val="24"/>
        </w:rPr>
        <w:t>Χριστοῦ ἐν Πνεύματι λελάληται, οἱ δὲ ἄγγελοι δια‐ κονοῦσι τὰ παρ’ ἡμῶν, ἐπισκοποῦντες τὰς ἑκάστου πράξεις, φυλάξῃ τὰς τοῦ διδασκάλου παραινέσεις, ὡς ἔχων τοὺς ἐφορῶντας τῶν λεγομένων μάρτυρας. Ἣ τάχα καὶ διὰ τοὺς διὰ παντὸς θεωροῦντας τὸ</w:t>
      </w:r>
    </w:p>
    <w:p>
      <w:r>
        <w:rPr>
          <w:rFonts w:ascii="Courier New" w:hAnsi="Courier New"/>
          <w:color w:val="555555"/>
          <w:sz w:val="20"/>
        </w:rPr>
        <w:t>[35]</w:t>
      </w:r>
    </w:p>
    <w:p>
      <w:r>
        <w:rPr>
          <w:rFonts w:ascii="Gentium Plus" w:hAnsi="Gentium Plus"/>
          <w:sz w:val="24"/>
        </w:rPr>
        <w:t>πρόσωπον τοῦ Πατρὸς, τοῦ ἐν τοῖς οὐρανοῖς, δια‐ μαρτύρεται νῦν ἀγγέλους, ἕνεκά γε τῶν ἐν τῇ Ἐκκλησίᾳ μικρῶν, ἵνα, γινώσκων ὁ μαθητὴς τοὺς κηδεμόνας τῶν λαῶν, μὴ ἀμελήσῃ τῶν παραινέσεων τοῦ Ἀποστόλου. Τῶν μὲν οὖν θείων λογίων τοιοῦτος ὁ νοῦς ἐμοὶ φαίνεται, διελέγχων τὴν τῶν ἀλόγων κατὰ τοῦ Πνεύ‐</w:t>
      </w:r>
    </w:p>
    <w:p>
      <w:r>
        <w:rPr>
          <w:rFonts w:ascii="Courier New" w:hAnsi="Courier New"/>
          <w:color w:val="555555"/>
          <w:sz w:val="20"/>
        </w:rPr>
        <w:t>[40]</w:t>
      </w:r>
    </w:p>
    <w:p>
      <w:r>
        <w:rPr>
          <w:rFonts w:ascii="Gentium Plus" w:hAnsi="Gentium Plus"/>
          <w:sz w:val="24"/>
        </w:rPr>
        <w:t>ματος δυσφημίαν· αὐτοὶ δὲ τὴν φιλονεικίαν ἔμμονον ἔχοντες πρὸς τὴν ἀλήθειαν, ὡς γράφεις, οὐκέτι μὲν ἀπὸ τῶν Γραφῶν (οὐχ εὑρίσκουσι γὰρ), ἀπὸ δὲ τοῦ περισσεύματος τῆς καρδίας τῆς ἰδίας ἐρευγόμενοι, πάλιν φάσκουσιν· Εἰ μὴ κτίσμα ἐστὶ, μηδὲ τῶν ἀγ‐</w:t>
      </w:r>
    </w:p>
    <w:p>
      <w:r>
        <w:rPr>
          <w:rFonts w:ascii="Courier New" w:hAnsi="Courier New"/>
          <w:color w:val="555555"/>
          <w:sz w:val="20"/>
        </w:rPr>
        <w:t>[45]</w:t>
      </w:r>
    </w:p>
    <w:p>
      <w:r>
        <w:rPr>
          <w:rFonts w:ascii="Gentium Plus" w:hAnsi="Gentium Plus"/>
          <w:sz w:val="24"/>
        </w:rPr>
        <w:t>γέλων εἷς ἐστιν, ἀλλ’ ἐκ τοῦ Πατρὸς ἐκπορεύεται·</w:t>
      </w:r>
    </w:p>
    <w:p>
      <w:r>
        <w:rPr>
          <w:rFonts w:ascii="Courier New" w:hAnsi="Courier New"/>
          <w:color w:val="555555"/>
          <w:sz w:val="20"/>
        </w:rPr>
        <w:t>[26 . 568]</w:t>
      </w:r>
    </w:p>
    <w:p>
      <w:r>
        <w:rPr>
          <w:rFonts w:ascii="Gentium Plus" w:hAnsi="Gentium Plus"/>
          <w:sz w:val="24"/>
        </w:rPr>
        <w:t>οὐκοῦν Υἱός ἐστι καὶ αὐτὸ, καὶ δύο ἀδελφοί εἰσιν αὐτό τε καὶ ὁ Λόγος. Καὶ εἰ ἀδελφός ἐστι, πῶς μονο‐ γενὴς ὁ Λόγος, ἢ πῶς οὐκ ἴσοι, ἀλλ’ ὁ μὲν μετὰ τὸν Πατέρα, τὸ δὲ μετὰ τὸν Υἱὸν ὀνομάζεται; Πῶς</w:t>
      </w:r>
    </w:p>
    <w:p>
      <w:r>
        <w:rPr>
          <w:rFonts w:ascii="Courier New" w:hAnsi="Courier New"/>
          <w:color w:val="555555"/>
          <w:sz w:val="20"/>
        </w:rPr>
        <w:t>[5]</w:t>
      </w:r>
    </w:p>
    <w:p>
      <w:r>
        <w:rPr>
          <w:rFonts w:ascii="Gentium Plus" w:hAnsi="Gentium Plus"/>
          <w:sz w:val="24"/>
        </w:rPr>
        <w:t>δὲ, εἰ ἐκ τοῦ Πατρός ἐστιν, οὐ λέγεται καὶ αὐτὸ γε‐ γεννῆσθαι, ἢ ὅτι Υἱός ἐστιν, ἀλλ’ ἁπλῶς Πνεῦμα ἅγιον; Εἰ δὲ τοῦ Υἱοῦ ἐστι τὸ Πνεῦμα, οὐκοῦν πάππος ἐστὶν ὁ Πατὴρ τοῦ Πνεύματος. Τοιαῦτα παί‐ ζουσιν οἱ ἄτιμοι, περιεργαζόμενοι καὶ θέλοντες ἐρευ‐</w:t>
      </w:r>
    </w:p>
    <w:p>
      <w:r>
        <w:rPr>
          <w:rFonts w:ascii="Courier New" w:hAnsi="Courier New"/>
          <w:color w:val="555555"/>
          <w:sz w:val="20"/>
        </w:rPr>
        <w:t>[10]</w:t>
      </w:r>
    </w:p>
    <w:p>
      <w:r>
        <w:rPr>
          <w:rFonts w:ascii="Gentium Plus" w:hAnsi="Gentium Plus"/>
          <w:sz w:val="24"/>
        </w:rPr>
        <w:t>νᾷν τὰ βάθη τοῦ Θεοῦ, ἃ μηδεὶς οἶδεν, εἰ μὴ τὸ Πνεῦμα τοῦ Θεοῦ τὸ δυσφημούμενον ὑπ’ αὐτῶν. Ἔδει μὲν οὖν μηκέτι τούτοις ἀποκρίνασθαι, κατὰ δὲ τὴν ἀποστολικὴν παραγγελίαν, μετὰ τὴν ἐκ τῶν προ‐ ειρημένων νουθεσίαν ὡς αἱρετικοὺς αὐτοὺς παραι‐</w:t>
      </w:r>
    </w:p>
    <w:p>
      <w:r>
        <w:rPr>
          <w:rFonts w:ascii="Courier New" w:hAnsi="Courier New"/>
          <w:color w:val="555555"/>
          <w:sz w:val="20"/>
        </w:rPr>
        <w:t>[15]</w:t>
      </w:r>
    </w:p>
    <w:p>
      <w:r>
        <w:rPr>
          <w:rFonts w:ascii="Gentium Plus" w:hAnsi="Gentium Plus"/>
          <w:sz w:val="24"/>
        </w:rPr>
        <w:t>τεῖσθαι, ἢ ἄξια ὧν ἐρωτῶσιν ἐρωτᾷν αὐτοὺς, καὶ ἀπαιτεῖν παρ’ αὐτῶν ἀπόκρισιν, οἵαν αὐτοὶ παρ’ ἡμῶν ἀπαιτοῦσιν. Εἰπάτωσαν τοίνυν· εἰ ὁ Πατὴρ ἐκ πατρός ἐστι, καὶ εἰ ἄλλος σὺν αὐτῷ γεγέννηται, καί εἰσιν ἀδελφοὶ ἐξ ἑνὸς, καὶ τί ὄνομα αὐτοῖς, καὶ</w:t>
      </w:r>
    </w:p>
    <w:p>
      <w:r>
        <w:rPr>
          <w:rFonts w:ascii="Courier New" w:hAnsi="Courier New"/>
          <w:color w:val="555555"/>
          <w:sz w:val="20"/>
        </w:rPr>
        <w:t>[20]</w:t>
      </w:r>
    </w:p>
    <w:p>
      <w:r>
        <w:rPr>
          <w:rFonts w:ascii="Gentium Plus" w:hAnsi="Gentium Plus"/>
          <w:sz w:val="24"/>
        </w:rPr>
        <w:t>τίς ὁ καὶ τούτων Πατὴρ καὶ πάππος, κἀκείνων οἱ πρόγονοι; Ἀλλ’ οὐκ εἶναι φήσουσι. Πῶς οὖν Πατὴρ, λεγέτωσαν, αὐτὸς μὴ γενόμενος ἐκ Πατρός; Ἢ πῶς ἠδυνήθη Υἱὸν ἔχειν, μὴ πρότερον αὐτὸς Υἱὸς γεννηθείς; Οἶδα, ὅτι ἀσεβὴς ἡ ἐρώτησις· ἀλλὰ τοιαῦτα</w:t>
      </w:r>
    </w:p>
    <w:p>
      <w:r>
        <w:rPr>
          <w:rFonts w:ascii="Courier New" w:hAnsi="Courier New"/>
          <w:color w:val="555555"/>
          <w:sz w:val="20"/>
        </w:rPr>
        <w:t>[25]</w:t>
      </w:r>
    </w:p>
    <w:p>
      <w:r>
        <w:rPr>
          <w:rFonts w:ascii="Gentium Plus" w:hAnsi="Gentium Plus"/>
          <w:sz w:val="24"/>
        </w:rPr>
        <w:t>παίζοντας αὐτοὺς παίζειν δίκαιον, ἵνα κἂν ἐκ τῆς τοιαύτης ἀτοπίας καὶ ἀσεβοῦς ἐρωτήσεως αἰσθάνεσθαι τῆς ἰδίας ἀφροσύνης δύνωνται. Οὐκ ἔστι γὰρ ταῦτα· μὴ γένοιτο! οὐδ’ οὕτως ἐρωτᾷν περὶ τῆς θεότητος πρέπει. Οὐκ ἔστι γὰρ ὡς ἄνθρωπος ὁ Θεὸς, ἵνα καὶ</w:t>
      </w:r>
    </w:p>
    <w:p>
      <w:r>
        <w:rPr>
          <w:rFonts w:ascii="Courier New" w:hAnsi="Courier New"/>
          <w:color w:val="555555"/>
          <w:sz w:val="20"/>
        </w:rPr>
        <w:t>[30]</w:t>
      </w:r>
    </w:p>
    <w:p>
      <w:r>
        <w:rPr>
          <w:rFonts w:ascii="Gentium Plus" w:hAnsi="Gentium Plus"/>
          <w:sz w:val="24"/>
        </w:rPr>
        <w:t>ἀνθρώπινα περὶ αὐτοῦ τις τολμήσῃ ἐρωτᾷν.</w:t>
      </w:r>
    </w:p>
    <w:p>
      <w:r>
        <w:rPr>
          <w:rFonts w:ascii="Courier New" w:hAnsi="Courier New"/>
          <w:color w:val="555555"/>
          <w:sz w:val="20"/>
        </w:rPr>
        <w:t>[33]</w:t>
      </w:r>
    </w:p>
    <w:p>
      <w:r>
        <w:rPr>
          <w:rFonts w:ascii="Gentium Plus" w:hAnsi="Gentium Plus"/>
          <w:sz w:val="24"/>
        </w:rPr>
        <w:t>Σιωπᾷν μὲν οὖν, ὡς προεῖπον, ἐπὶ τούτοις, καὶ μὴ προσποιεῖσθαι τοὺς τοιούτους ἔδει· ἵνα δὲ</w:t>
      </w:r>
    </w:p>
    <w:p>
      <w:r>
        <w:rPr>
          <w:rFonts w:ascii="Courier New" w:hAnsi="Courier New"/>
          <w:color w:val="555555"/>
          <w:sz w:val="20"/>
        </w:rPr>
        <w:t>[35]</w:t>
      </w:r>
    </w:p>
    <w:p>
      <w:r>
        <w:rPr>
          <w:rFonts w:ascii="Gentium Plus" w:hAnsi="Gentium Plus"/>
          <w:sz w:val="24"/>
        </w:rPr>
        <w:t>μὴ ἡ ἡμῶν σιωπὴ πρόφασιν ἀναισχυντίας αὐτοῖς ἐμποιήσῃ, ἀκουέτωσαν· Ὥσπερ οὐκ ἔστιν ἐπὶ τοῦ Πατρὸς εἰπεῖν πατέρα, οὕτως οὐκ ἔστιν ἐπὶ τοῦ Υἱοῦ εἰπεῖν ἀδελφόν. Τοῦ μὲν γὰρ Πατρὸς, ὡς γέ‐ γραπται ἔμπροσθεν, ἄλλος Θεὸς οὐ γέγονεν· Υἱὸς δὲ</w:t>
      </w:r>
    </w:p>
    <w:p>
      <w:r>
        <w:rPr>
          <w:rFonts w:ascii="Courier New" w:hAnsi="Courier New"/>
          <w:color w:val="555555"/>
          <w:sz w:val="20"/>
        </w:rPr>
        <w:t>[40]</w:t>
      </w:r>
    </w:p>
    <w:p>
      <w:r>
        <w:rPr>
          <w:rFonts w:ascii="Gentium Plus" w:hAnsi="Gentium Plus"/>
          <w:sz w:val="24"/>
        </w:rPr>
        <w:t>οὐκ ἔστιν ἄλλος· μονογενὴς γάρ ἐστι· διὸ καὶ μό‐ νος καὶ εἷς ὁ Πατὴρ, μόνου καὶ ἑνὸς Υἱοῦ Πα‐ τήρ ἐστι· καὶ ἐπὶ μόνης τῆς θεότητος τὸ Πατὴρ καὶ τὸ Υἱὸς ἕστηκεν ἀεὶ καὶ ἔστι. Τῶν μὲν γὰρ ἀνθρώ‐</w:t>
      </w:r>
    </w:p>
    <w:p>
      <w:r>
        <w:rPr>
          <w:rFonts w:ascii="Courier New" w:hAnsi="Courier New"/>
          <w:color w:val="555555"/>
          <w:sz w:val="20"/>
        </w:rPr>
        <w:t>[26 . 569]</w:t>
      </w:r>
    </w:p>
    <w:p>
      <w:r>
        <w:rPr>
          <w:rFonts w:ascii="Gentium Plus" w:hAnsi="Gentium Plus"/>
          <w:sz w:val="24"/>
        </w:rPr>
        <w:t>καὶ εἰ υἱὸς λέγεται, ἀλλ’ ἑτέρου γέγονε πα‐ τήρ· ὥστε ἐπ’ ἀνθρώπων μὴ σώζεσθαι κυρίως τὸ πατρὸς καὶ υἱοῦ ὄνομα. Ἀβραὰμ γοῦν, υἱὸς ὢν τοῦ Θάῤῥου, πατὴρ γέγονε τοῦ Ἰσαάκ· καὶ Ἰσαὰκ,</w:t>
      </w:r>
    </w:p>
    <w:p>
      <w:r>
        <w:rPr>
          <w:rFonts w:ascii="Courier New" w:hAnsi="Courier New"/>
          <w:color w:val="555555"/>
          <w:sz w:val="20"/>
        </w:rPr>
        <w:t>[5]</w:t>
      </w:r>
    </w:p>
    <w:p>
      <w:r>
        <w:rPr>
          <w:rFonts w:ascii="Gentium Plus" w:hAnsi="Gentium Plus"/>
          <w:sz w:val="24"/>
        </w:rPr>
        <w:t>υἱὸς ὢν τοῦ Ἀβραὰμ, πατὴρ γέγονε τοῦ Ἰακώβ· καὶ τοῦτον τὸν τρόπον ἡ φύσις τῶν ἀνθρώπων ἔχει· μέρη γάρ εἰσιν ἀλλήλων· καὶ ἕκαστος γεννώμενος ἔχει τοῦ πατρὸς μέρος, ἵνα καὶ αὐτὸς ἑτέρου γένη‐ ται πατήρ. Ἐπὶ δὲ τῆς θεότητος οὐκ ἔστιν οὕτως.</w:t>
      </w:r>
    </w:p>
    <w:p>
      <w:r>
        <w:rPr>
          <w:rFonts w:ascii="Courier New" w:hAnsi="Courier New"/>
          <w:color w:val="555555"/>
          <w:sz w:val="20"/>
        </w:rPr>
        <w:t>[10]</w:t>
      </w:r>
    </w:p>
    <w:p>
      <w:r>
        <w:rPr>
          <w:rFonts w:ascii="Gentium Plus" w:hAnsi="Gentium Plus"/>
          <w:sz w:val="24"/>
        </w:rPr>
        <w:t>Οὐ γὰρ ὡς ἄνθρωπος ὁ Θεὸς, οὐδὲ μεριζομένην ἔχει φύσιν· διὸ οὐδὲ γεννᾷ Υἱὸν μεριζόμενος, ἵνα καὶ αὐτὸς γένηται Πατὴρ ἑτέρου, ἐπεὶ μηδ’ αὐτός ἐστιν ἐκ Πατρός· οὔτε ὁ Υἱὸς δὲ μέρος ἐστὶ τοῦ Πα‐ τρός· διὸ καὶ οὐδὲ γεννᾷ, ὥσπερ γεγέννηται</w:t>
      </w:r>
    </w:p>
    <w:p>
      <w:r>
        <w:rPr>
          <w:rFonts w:ascii="Courier New" w:hAnsi="Courier New"/>
          <w:color w:val="555555"/>
          <w:sz w:val="20"/>
        </w:rPr>
        <w:t>[15]</w:t>
      </w:r>
    </w:p>
    <w:p>
      <w:r>
        <w:rPr>
          <w:rFonts w:ascii="Gentium Plus" w:hAnsi="Gentium Plus"/>
          <w:sz w:val="24"/>
        </w:rPr>
        <w:t>αὐτὸς, ἀλλὰ ὅλος ἐστὶν ὅλου εἰκὼν καὶ ἀπαύγασμα· καὶ ἐπὶ τῆς θεότητος μόνης ὁ Πατὴρ κυρίως ἐστὶ Πατήρ· καὶ ὁ Υἱὸς, κυρίως Υἱός ἐστιν· καὶ ἐπὶ τού‐ των ἕστηκε τὸ Πατὴρ ἀεὶ Πατὴρ, καὶ τὸ Υἱὸς ἀεὶ Υἱός. Καὶ ὥσπερ οὐκ ἂν εἴη ποτὲ ὁ Πατὴρ Υἱὸς,</w:t>
      </w:r>
    </w:p>
    <w:p>
      <w:r>
        <w:rPr>
          <w:rFonts w:ascii="Courier New" w:hAnsi="Courier New"/>
          <w:color w:val="555555"/>
          <w:sz w:val="20"/>
        </w:rPr>
        <w:t>[20]</w:t>
      </w:r>
    </w:p>
    <w:p>
      <w:r>
        <w:rPr>
          <w:rFonts w:ascii="Gentium Plus" w:hAnsi="Gentium Plus"/>
          <w:sz w:val="24"/>
        </w:rPr>
        <w:t>οὕτως οὐκ ἄν ποτε γένοιτο ὁ Υἱὸς Πατήρ. Καὶ ὥσπερ οὐ παύσεταί ποτε ὁ Πατὴρ μόνος ὢν Πατὴρ, οὕτως οὐ παύσεταί ποτε ὁ Υἱὸς μόνος ὢν Υἱός. Μανία ἄρα κἂν ὅλως ἐνθυμεῖσθαι καὶ λέγειν ἐπὶ μὲν Υἱοῦ ἀδελ‐ φὸν, ἐπὶ δὲ Πατρὸς τὸ πάππου ὄνομα. Οὐδὲ γὰρ</w:t>
      </w:r>
    </w:p>
    <w:p>
      <w:r>
        <w:rPr>
          <w:rFonts w:ascii="Courier New" w:hAnsi="Courier New"/>
          <w:color w:val="555555"/>
          <w:sz w:val="20"/>
        </w:rPr>
        <w:t>[25]</w:t>
      </w:r>
    </w:p>
    <w:p>
      <w:r>
        <w:rPr>
          <w:rFonts w:ascii="Gentium Plus" w:hAnsi="Gentium Plus"/>
          <w:sz w:val="24"/>
        </w:rPr>
        <w:t>ὠνομάσθη ἐν ταῖς Γραφαῖς υἱὸς τὸ Πνεῦμα, ἵνα μὴ ἀδελφὸς νομισθῇ· οὐδὲ υἱὸς τοῦ Υἱοῦ, ἵνα μὴ πάπ‐ πος νοοῖτο ὁ Πατήρ· ἀλλ’ ὁ Υἱὸς, τοῦ Πατρὸς υἱὸς, καὶ τὸ Πνεῦμα τοῦ Πατρὸς πνεῦμα εἴρηται· καὶ οὕτως τῆς ἁγίας Τριάδος μία ἡ θεότης καὶ πί‐</w:t>
      </w:r>
    </w:p>
    <w:p>
      <w:r>
        <w:rPr>
          <w:rFonts w:ascii="Courier New" w:hAnsi="Courier New"/>
          <w:color w:val="555555"/>
          <w:sz w:val="20"/>
        </w:rPr>
        <w:t>[30]</w:t>
      </w:r>
    </w:p>
    <w:p>
      <w:r>
        <w:rPr>
          <w:rFonts w:ascii="Gentium Plus" w:hAnsi="Gentium Plus"/>
          <w:sz w:val="24"/>
        </w:rPr>
        <w:t>στις ἐστίν. Οὐκοῦν καὶ κατὰ τοῦτο μανία τὸ λέγειν αὐτὸ κτίσμα. Εἰ γὰρ κτίσμα ἦν, οὐ συνετάσσετο τῇ Τριάδι. Ὅλη γὰρ εἷς Θεός ἐστι. Καὶ ἀρκεῖ γινώσκειν, ὅτι μὴ κτίσμα ἐστὶ τὸ Πνεῦμα, μηδὲ τοῖς ποιήμασι συν‐</w:t>
      </w:r>
    </w:p>
    <w:p>
      <w:r>
        <w:rPr>
          <w:rFonts w:ascii="Courier New" w:hAnsi="Courier New"/>
          <w:color w:val="555555"/>
          <w:sz w:val="20"/>
        </w:rPr>
        <w:t>[35]</w:t>
      </w:r>
    </w:p>
    <w:p>
      <w:r>
        <w:rPr>
          <w:rFonts w:ascii="Gentium Plus" w:hAnsi="Gentium Plus"/>
          <w:sz w:val="24"/>
        </w:rPr>
        <w:t>αριθμεῖται· οὐ γὰρ ἀλλότριον ἐπιμίγνυται τῇ Τριάδι, ἀλλ’ ἀδιαίρετός ἐστι καὶ ὁμοία ἑαυτῇ. Ἀρκεῖ ταῦτα τοῖς πιστοῖς· μέχρι τούτων ἐν ἀνθρώ‐ ποις ἡ γνῶσις φθάνει· ἕως τούτων τὰ χερουβὶμ κα‐ λύπτει ταῖς πτέρυξιν. Ὁ δὲ περιττὰ τούτων ζητῶν</w:t>
      </w:r>
    </w:p>
    <w:p>
      <w:r>
        <w:rPr>
          <w:rFonts w:ascii="Courier New" w:hAnsi="Courier New"/>
          <w:color w:val="555555"/>
          <w:sz w:val="20"/>
        </w:rPr>
        <w:t>[40]</w:t>
      </w:r>
    </w:p>
    <w:p>
      <w:r>
        <w:rPr>
          <w:rFonts w:ascii="Gentium Plus" w:hAnsi="Gentium Plus"/>
          <w:sz w:val="24"/>
        </w:rPr>
        <w:t>καὶ θέλων ἐρευνᾷν παρακούει τοῦ λέγοντος· «Μὴ σοφίζου περισσὰ, ἵνα μὴ ἐκπλαγῇς.» Τὰ γὰρ πίστει παραδοθέντα, ταῦτα οὐκ ἐν ἀνθρωπίνῃ σοφίᾳ,</w:t>
      </w:r>
    </w:p>
    <w:p>
      <w:r>
        <w:rPr>
          <w:rFonts w:ascii="Courier New" w:hAnsi="Courier New"/>
          <w:color w:val="555555"/>
          <w:sz w:val="20"/>
        </w:rPr>
        <w:t>[26 . 572]</w:t>
      </w:r>
    </w:p>
    <w:p>
      <w:r>
        <w:rPr>
          <w:rFonts w:ascii="Gentium Plus" w:hAnsi="Gentium Plus"/>
          <w:sz w:val="24"/>
        </w:rPr>
        <w:t>λόγος ἐπαξίως διερμηνεῦσαι δυνήσεται τὰ ὑπὲρ τὴν γενητὴν ὄντα φύσιν; Ἢ ποία τις ὅλως ἀκοὴ συνιέ‐ ναι δύναται, ἃ μὴ ἔξεστιν ἀνθρώποις μήτε ἀκούειν, μήτε λαλεῖν; Περὶ μὲν οὖν ὧν ἤκουσεν ὁ</w:t>
      </w:r>
    </w:p>
    <w:p>
      <w:r>
        <w:rPr>
          <w:rFonts w:ascii="Courier New" w:hAnsi="Courier New"/>
          <w:color w:val="555555"/>
          <w:sz w:val="20"/>
        </w:rPr>
        <w:t>[5]</w:t>
      </w:r>
    </w:p>
    <w:p>
      <w:r>
        <w:rPr>
          <w:rFonts w:ascii="Gentium Plus" w:hAnsi="Gentium Plus"/>
          <w:sz w:val="24"/>
        </w:rPr>
        <w:t>Παῦλος, οὕτως εἴρηκε· περὶ δὲ αὐτοῦ τοῦ Θεοῦ· «Ὡς ἀνεξιχνίαστοι αἱ ὁδοὶ αὐτοῦ! Τίς γὰρ ἔγνω νοῦν Κυρίου; Ἢ τίς σύμβουλος αὐτοῦ ἐγένετο;» Ὁ γοῦν Ἀβραὰμ οὔτε περιειργάσατο, οὐδὲ ἀνέκρινε τὸν λαλοῦντα, ἀλλ’ «ἐπίστευσε, καὶ ἐλογίσθη αὐτῷ</w:t>
      </w:r>
    </w:p>
    <w:p>
      <w:r>
        <w:rPr>
          <w:rFonts w:ascii="Courier New" w:hAnsi="Courier New"/>
          <w:color w:val="555555"/>
          <w:sz w:val="20"/>
        </w:rPr>
        <w:t>[10]</w:t>
      </w:r>
    </w:p>
    <w:p>
      <w:r>
        <w:rPr>
          <w:rFonts w:ascii="Gentium Plus" w:hAnsi="Gentium Plus"/>
          <w:sz w:val="24"/>
        </w:rPr>
        <w:t>εἰς δικαιοσύνην·» οὕτω Μωσῆς πιστὸς ἐκλήθη θερά‐ πων· Εἰ δὲ οἱ τὰ Ἀρείου φρονοῦντες, ἐπεὶ εἰς τὴν κακότεχνον αὐτῶν ψυχὴν οὐκ εἰσελεύσεται σο‐ φία, οὐ δύνανται νοεῖν οὐδὲ πιστεύειν περὶ τῆς ἀδιαι‐ ρέτου καὶ ἁγίας Τριάδος, μὴ διὰ τοῦτο καὶ τὴν ἀλή‐</w:t>
      </w:r>
    </w:p>
    <w:p>
      <w:r>
        <w:rPr>
          <w:rFonts w:ascii="Courier New" w:hAnsi="Courier New"/>
          <w:color w:val="555555"/>
          <w:sz w:val="20"/>
        </w:rPr>
        <w:t>[15]</w:t>
      </w:r>
    </w:p>
    <w:p>
      <w:r>
        <w:rPr>
          <w:rFonts w:ascii="Gentium Plus" w:hAnsi="Gentium Plus"/>
          <w:sz w:val="24"/>
        </w:rPr>
        <w:t>θειαν παρεξηγείσθωσαν, μηδὲ ἅπερ αὐτοὶ μὴ δύ‐ νανται νοεῖν, ταῦτα λεγέτωσαν μηδὲ εἶναι δύνασθαι. Πρᾶγμα γὰρ πάσχουσιν ἀτοπώτατον· ὅτι, μὴ δυνά‐ μενοι νοεῖν, πῶς ἀδιαίρετός ἐστιν ἡ ἁγία Τριὰς, ποιοῦσιν οἱ μὲν Ἀρειανοὶ ἓν τὸν Υἱὸν μετὰ τῆς</w:t>
      </w:r>
    </w:p>
    <w:p>
      <w:r>
        <w:rPr>
          <w:rFonts w:ascii="Courier New" w:hAnsi="Courier New"/>
          <w:color w:val="555555"/>
          <w:sz w:val="20"/>
        </w:rPr>
        <w:t>[20]</w:t>
      </w:r>
    </w:p>
    <w:p>
      <w:r>
        <w:rPr>
          <w:rFonts w:ascii="Gentium Plus" w:hAnsi="Gentium Plus"/>
          <w:sz w:val="24"/>
        </w:rPr>
        <w:t>κτίσεως· οἱ δὲ τροπικοὶ τὸ Πνεῦμα καὶ αὐτοὶ τοῖς κτίσμασι συναριθμοῦσιν. Ἔδει δὲ αὐτοὺς ἢ καθόλου μὴ νοοῦντας σιωπᾷν, καὶ μὴ συντάσσειν, μήτε ἐκεί‐ νους τὸν Υἱὸν, μήτε τούτους τὸ Πνεῦμα τοῖς κτίσμα‐ σιν· ἢ τὸ γεγραμμένον ἐπιγινώσκειν, καὶ τῷ Πατρὶ</w:t>
      </w:r>
    </w:p>
    <w:p>
      <w:r>
        <w:rPr>
          <w:rFonts w:ascii="Courier New" w:hAnsi="Courier New"/>
          <w:color w:val="555555"/>
          <w:sz w:val="20"/>
        </w:rPr>
        <w:t>[25]</w:t>
      </w:r>
    </w:p>
    <w:p>
      <w:r>
        <w:rPr>
          <w:rFonts w:ascii="Gentium Plus" w:hAnsi="Gentium Plus"/>
          <w:sz w:val="24"/>
        </w:rPr>
        <w:t>συνάπτειν τὸν Υἱὸν, καὶ τὸ Πνεῦμα μὴ διαιρεῖν ἀπὸ τοῦ Υἱοῦ, ἵνα τὸ ἀδιαίρετον καὶ ὁμοφυὲς ἀληθῶς τῆς ἁγίας Τριάδος διαμείνῃ. Ταῦτα μαθόντας αὐτοὺς ἔδει μὴ τολμᾷν, μηδ’ ἀμφιβάλλοντας ἐρωτᾷν, πῶς ταῦτα γένοιτο, ἵνα, κἂν ὁ ἐρωτώμενος ἀπορῇ λέ‐</w:t>
      </w:r>
    </w:p>
    <w:p>
      <w:r>
        <w:rPr>
          <w:rFonts w:ascii="Courier New" w:hAnsi="Courier New"/>
          <w:color w:val="555555"/>
          <w:sz w:val="20"/>
        </w:rPr>
        <w:t>[30]</w:t>
      </w:r>
    </w:p>
    <w:p>
      <w:r>
        <w:rPr>
          <w:rFonts w:ascii="Gentium Plus" w:hAnsi="Gentium Plus"/>
          <w:sz w:val="24"/>
        </w:rPr>
        <w:t>γειν, μὴ ἐπινοῶσιν αὐτοὶ κακονοίας ἑαυτοῖς. Ἔστι μὲν γὰρ πᾶσι τοῖς γενητοῖς, μάλιστα δὲ ἡμῖν τοῖς ἀνθρώποις ἀδύνατον ἐπαξίως εἰπεῖν περὶ τῶν ἀποῤ‐ ῥήτων. Τολμηρότερον δὲ πάλιν, μὴ δυναμένους λέγειν, ἐπινοεῖν ἐπὶ τούτων καινοτέρας λέξεις παρὰ</w:t>
      </w:r>
    </w:p>
    <w:p>
      <w:r>
        <w:rPr>
          <w:rFonts w:ascii="Courier New" w:hAnsi="Courier New"/>
          <w:color w:val="555555"/>
          <w:sz w:val="20"/>
        </w:rPr>
        <w:t>[35]</w:t>
      </w:r>
    </w:p>
    <w:p>
      <w:r>
        <w:rPr>
          <w:rFonts w:ascii="Gentium Plus" w:hAnsi="Gentium Plus"/>
          <w:sz w:val="24"/>
        </w:rPr>
        <w:t>τὰς τῶν Γραφῶν. Ἄλλως τε καὶ μανιώδης ἡ τοιαύτη ἐπιχείρησις τοῦ τε ἐρωτῶντος καὶ τοῦ κἂν ὅλως ἐνθυμουμένου ἀποκρίνασθαι. Οὐδὲ γὰρ οὐδὲ περὶ τῶν γενητῶν οὕτω τις ἐρωτῶν νομισθείη νοῦν ἔχειν ὀρθόν.</w:t>
      </w:r>
    </w:p>
    <w:p>
      <w:r>
        <w:rPr>
          <w:rFonts w:ascii="Courier New" w:hAnsi="Courier New"/>
          <w:color w:val="555555"/>
          <w:sz w:val="20"/>
        </w:rPr>
        <w:t>[41]</w:t>
      </w:r>
    </w:p>
    <w:p>
      <w:r>
        <w:rPr>
          <w:rFonts w:ascii="Gentium Plus" w:hAnsi="Gentium Plus"/>
          <w:sz w:val="24"/>
        </w:rPr>
        <w:t>Ἢ τολμησάτωσαν ἀποκρίνασθαι οἱ πάντα λέ‐ γοντες εὐχερῶς, πῶς ὁ οὐρανὸς συνέστη, καὶ ἐκ ποί‐ ας ὕλης, καὶ τίς ἡ τούτου μίξις, ἢ πῶς ὁ ἥλιος, καὶ ἕκαστος τῶν ἀστέρων; Τί δὲ θαυμαστὸν ἐκ τῶν</w:t>
      </w:r>
    </w:p>
    <w:p>
      <w:r>
        <w:rPr>
          <w:rFonts w:ascii="Courier New" w:hAnsi="Courier New"/>
          <w:color w:val="555555"/>
          <w:sz w:val="20"/>
        </w:rPr>
        <w:t>[45]</w:t>
      </w:r>
    </w:p>
    <w:p>
      <w:r>
        <w:rPr>
          <w:rFonts w:ascii="Gentium Plus" w:hAnsi="Gentium Plus"/>
          <w:sz w:val="24"/>
        </w:rPr>
        <w:t>ὑπερκειμένων, αὐτῶν ἐλέγχειν τὴν ἀφροσύνην, ὅπου γε οὐδὲ πῶς τῶν ὧδε κάτω ξύλων ἡ φύσις, καὶ τῶν</w:t>
      </w:r>
    </w:p>
    <w:p>
      <w:r>
        <w:rPr>
          <w:rFonts w:ascii="Courier New" w:hAnsi="Courier New"/>
          <w:color w:val="555555"/>
          <w:sz w:val="20"/>
        </w:rPr>
        <w:t>[26 . 573]</w:t>
      </w:r>
    </w:p>
    <w:p>
      <w:r>
        <w:rPr>
          <w:rFonts w:ascii="Gentium Plus" w:hAnsi="Gentium Plus"/>
          <w:sz w:val="24"/>
        </w:rPr>
        <w:t>καὶ ἡ σύστασις, γινώσκεται, Ἀλλ’ οὐκ ἂν εἴ‐ ποιεν, ὅπου γε καὶ Σολομὼν, ὁ περισσότερον πάντων σοφίας μετασχὼν, ὁρῶν ἀδύνατον ἀνθρώποις περὶ τούτων εὑρεῖν, ἔλεγε· «Καί γε σύμπαντα τὸν αἰῶνα</w:t>
      </w:r>
    </w:p>
    <w:p>
      <w:r>
        <w:rPr>
          <w:rFonts w:ascii="Courier New" w:hAnsi="Courier New"/>
          <w:color w:val="555555"/>
          <w:sz w:val="20"/>
        </w:rPr>
        <w:t>[5]</w:t>
      </w:r>
    </w:p>
    <w:p>
      <w:r>
        <w:rPr>
          <w:rFonts w:ascii="Gentium Plus" w:hAnsi="Gentium Plus"/>
          <w:sz w:val="24"/>
        </w:rPr>
        <w:t>ἔδωκεν ἐν καρδίᾳ αὐτῶν, ὅπως μὴ εὕρῃ ἄνθρωπος τὸ ποίημα, ὃ ἐποίησεν ὁ Θεὸς ἀπ’ ἀρχῆς καὶ μέχρι τέλους.» Ἆρ’ οὖν, ἐπεὶ μὴ δύνανται εὑρεῖν, οὐδὲ εἶναι αὐτὰ ὁμολογοῦσι; Ναὶ ὁμολογήσουσιν ἐφθαρμένην ἔχοντες τὴν διάνοιαν. Οὐκοῦν εἰκότως</w:t>
      </w:r>
    </w:p>
    <w:p>
      <w:r>
        <w:rPr>
          <w:rFonts w:ascii="Courier New" w:hAnsi="Courier New"/>
          <w:color w:val="555555"/>
          <w:sz w:val="20"/>
        </w:rPr>
        <w:t>[10]</w:t>
      </w:r>
    </w:p>
    <w:p>
      <w:r>
        <w:rPr>
          <w:rFonts w:ascii="Gentium Plus" w:hAnsi="Gentium Plus"/>
          <w:sz w:val="24"/>
        </w:rPr>
        <w:t>ἄν τις αὐτοῖς εἴποι· Ὦ ἀνόητοι καὶ πάντα τολμηροὶ, διὰ τί μὴ μᾶλλον ἐπὶ τῆς ἁγίας Τριάδος παύεσθε περιεργαζόμενοι, καὶ μόνον πιστεύετε, ὅτι ἔστιν· ἔχοντες εἰς τοῦτο διδάσκαλον τὸν Ἀπόστολον λέγοντα· «Πιστεῦσαι γὰρ δεῖ πρῶτον Θεῷ, ὅτι ἔστι, καὶ τοῖς</w:t>
      </w:r>
    </w:p>
    <w:p>
      <w:r>
        <w:rPr>
          <w:rFonts w:ascii="Courier New" w:hAnsi="Courier New"/>
          <w:color w:val="555555"/>
          <w:sz w:val="20"/>
        </w:rPr>
        <w:t>[15]</w:t>
      </w:r>
    </w:p>
    <w:p>
      <w:r>
        <w:rPr>
          <w:rFonts w:ascii="Gentium Plus" w:hAnsi="Gentium Plus"/>
          <w:sz w:val="24"/>
        </w:rPr>
        <w:t>ἐκζητοῦσιν αὐτὸν μισθαποδότης γίνεται;» Οὐ γὰρ, πῶς ἐστιν, εἴρηκεν, ἀλλὰ μόνον, «ὅτι ἔστιν.» Εἰ δὲ μηδὲ οὕτω καταδύονται, εἰπάτωσαν πῶς ἐστιν ὁ Πα‐ τὴρ, ἵν’ οὕτω μάθωσι, πῶς ἐστι καὶ ὁ τούτου Λό‐ γος. Ἀλλ’ ἄτοπον, φήσουσι, περὶ τοῦ Πατρὸς οὕτως</w:t>
      </w:r>
    </w:p>
    <w:p>
      <w:r>
        <w:rPr>
          <w:rFonts w:ascii="Courier New" w:hAnsi="Courier New"/>
          <w:color w:val="555555"/>
          <w:sz w:val="20"/>
        </w:rPr>
        <w:t>[20]</w:t>
      </w:r>
    </w:p>
    <w:p>
      <w:r>
        <w:rPr>
          <w:rFonts w:ascii="Gentium Plus" w:hAnsi="Gentium Plus"/>
          <w:sz w:val="24"/>
        </w:rPr>
        <w:t>ἐρωτᾷν. Ἄτοπον οὖν ἀκουέτωσαν καὶ περὶ τοῦ Λόγου αὐτοῦ οὕτως ἐρωτᾷν.</w:t>
      </w:r>
    </w:p>
    <w:p>
      <w:r>
        <w:rPr>
          <w:rFonts w:ascii="Courier New" w:hAnsi="Courier New"/>
          <w:color w:val="555555"/>
          <w:sz w:val="20"/>
        </w:rPr>
        <w:t>[24]</w:t>
      </w:r>
    </w:p>
    <w:p>
      <w:r>
        <w:rPr>
          <w:rFonts w:ascii="Gentium Plus" w:hAnsi="Gentium Plus"/>
          <w:sz w:val="24"/>
        </w:rPr>
        <w:t>Περιττῆς τοιγαροῦν καὶ πλέον μανίας οὔσης</w:t>
      </w:r>
    </w:p>
    <w:p>
      <w:r>
        <w:rPr>
          <w:rFonts w:ascii="Courier New" w:hAnsi="Courier New"/>
          <w:color w:val="555555"/>
          <w:sz w:val="20"/>
        </w:rPr>
        <w:t>[25]</w:t>
      </w:r>
    </w:p>
    <w:p>
      <w:r>
        <w:rPr>
          <w:rFonts w:ascii="Gentium Plus" w:hAnsi="Gentium Plus"/>
          <w:sz w:val="24"/>
        </w:rPr>
        <w:t>τῆς τοιαύτης ἐπιχειρήσεως, μηκέτι τοιαῦτά τις ἐρω‐ τάτω, ἢ μόνον τὰ ἐν ταῖς Γραφαῖς μανθανέτω. Αὐτ‐ άρκη γὰρ καὶ ἱκανὰ τὰ ἐν ταύταις κείμενα περὶ τούτου παραδείγματα. Πηγὴ τοίνυν καὶ φῶς λέγεται ὁ Πατήρ· «Ἐμὲ» γὰρ, φησὶν, «ἐγκατέλι‐</w:t>
      </w:r>
    </w:p>
    <w:p>
      <w:r>
        <w:rPr>
          <w:rFonts w:ascii="Courier New" w:hAnsi="Courier New"/>
          <w:color w:val="555555"/>
          <w:sz w:val="20"/>
        </w:rPr>
        <w:t>[30]</w:t>
      </w:r>
    </w:p>
    <w:p>
      <w:r>
        <w:rPr>
          <w:rFonts w:ascii="Gentium Plus" w:hAnsi="Gentium Plus"/>
          <w:sz w:val="24"/>
        </w:rPr>
        <w:t>πον πηγὴν ὕδατος ζῶντος.» Καὶ πάλιν ἐν τῷ Βα‐ ρούχ· «Τί ἐστιν, Ἰσραὴλ, ὅτι ἐν τῇ γῇ τῶν ἐχθρῶν εἶ; ἐγκατέλιπες τὴν πηγὴν τῆς σοφίας·» καὶ κατὰ τὸν Ἰωάννην· «Ὁ Θεὸς ἡμῶν φῶς ἐστι.» Λέ‐ γεται δὲ καὶ ὁ Υἱὸς ὡς μὲν πρὸς τὴν πηγὴν ποτα‐</w:t>
      </w:r>
    </w:p>
    <w:p>
      <w:r>
        <w:rPr>
          <w:rFonts w:ascii="Courier New" w:hAnsi="Courier New"/>
          <w:color w:val="555555"/>
          <w:sz w:val="20"/>
        </w:rPr>
        <w:t>[35]</w:t>
      </w:r>
    </w:p>
    <w:p>
      <w:r>
        <w:rPr>
          <w:rFonts w:ascii="Gentium Plus" w:hAnsi="Gentium Plus"/>
          <w:sz w:val="24"/>
        </w:rPr>
        <w:t>μός· «Ὁ ποταμὸς» γὰρ «τοῦ Θεοῦ ἐπληρώθη ὑδά‐ των·» πρὸς δὲ τὸ φῶς ἀπαύγασμα, λέγοντος τοῦ Παύλου· «Ὃς ὢν ἀπαύγασμα τῆς δόξης, καὶ χαρα‐ κτὴρ τῆς ὑποστάσεως αὐτοῦ.» Τοῦ τοίνυν Πατρὸς φωτὸς ὄντος, τοῦ δὲ Υἱοῦ ἀπαυγάσματος αὐτοῦ</w:t>
      </w:r>
    </w:p>
    <w:p>
      <w:r>
        <w:rPr>
          <w:rFonts w:ascii="Courier New" w:hAnsi="Courier New"/>
          <w:color w:val="555555"/>
          <w:sz w:val="20"/>
        </w:rPr>
        <w:t>[40]</w:t>
      </w:r>
    </w:p>
    <w:p>
      <w:r>
        <w:rPr>
          <w:rFonts w:ascii="Gentium Plus" w:hAnsi="Gentium Plus"/>
          <w:sz w:val="24"/>
        </w:rPr>
        <w:t>(τὰ αὐτὰ γὰρ περὶ τούτων μάλιστα οὐκ ὀκνητέον λέγειν πολλάκις), ἔξεστιν ὁρᾷν καὶ ἐν τῷ Υἱῷ τὸ Πνεῦμα, ἐν ᾧ φωτιζόμεθα· «Ἵνα» γὰρ, φησὶ, «δώῃ ὑμῖν Πνεῦμα σοφίας καὶ ἀποκαλύψεως ἐν ἐπιγνώ‐ σει αὐτοῦ, πεφωτισμένους τοὺς ὀφθαλμοὺς τῆς καρ‐</w:t>
      </w:r>
    </w:p>
    <w:p>
      <w:r>
        <w:rPr>
          <w:rFonts w:ascii="Courier New" w:hAnsi="Courier New"/>
          <w:color w:val="555555"/>
          <w:sz w:val="20"/>
        </w:rPr>
        <w:t>[45]</w:t>
      </w:r>
    </w:p>
    <w:p>
      <w:r>
        <w:rPr>
          <w:rFonts w:ascii="Gentium Plus" w:hAnsi="Gentium Plus"/>
          <w:sz w:val="24"/>
        </w:rPr>
        <w:t>δίας.» Τῷ δὲ Πνεύματι φωτιζομένων ἡμῶν, ὁ Χριστός ἐστιν ὁ ἐν αὐτῷ φωτίζων· «Ἦν» γὰρ, φησὶ, «τὸ φῶς τὸ ἀληθινὸν, ὃ φωτίζει πάντα ἄν‐ θρωπον ἐρχόμενον εἰς τὸν κόσμον.» Πάλιν τε τοῦ Πατρὸς ὄντος πηγῆς, τοῦ δὲ Υἱοῦ ποταμοῦ λεγομέ‐</w:t>
      </w:r>
    </w:p>
    <w:p>
      <w:r>
        <w:rPr>
          <w:rFonts w:ascii="Courier New" w:hAnsi="Courier New"/>
          <w:color w:val="555555"/>
          <w:sz w:val="20"/>
        </w:rPr>
        <w:t>[26 . 573 (50)]</w:t>
      </w:r>
    </w:p>
    <w:p>
      <w:r>
        <w:rPr>
          <w:rFonts w:ascii="Gentium Plus" w:hAnsi="Gentium Plus"/>
          <w:sz w:val="24"/>
        </w:rPr>
        <w:t>νου, πίνειν λεγόμεθα τὸ Πνεῦμα· γέγραπται γὰρ,</w:t>
      </w:r>
    </w:p>
    <w:p>
      <w:r>
        <w:rPr>
          <w:rFonts w:ascii="Courier New" w:hAnsi="Courier New"/>
          <w:color w:val="555555"/>
          <w:sz w:val="20"/>
        </w:rPr>
        <w:t>[26 . 576]</w:t>
      </w:r>
    </w:p>
    <w:p>
      <w:r>
        <w:rPr>
          <w:rFonts w:ascii="Gentium Plus" w:hAnsi="Gentium Plus"/>
          <w:sz w:val="24"/>
        </w:rPr>
        <w:t>ὅτι «Ἡμεῖς πάντες ἓν Πνεῦμα ἐποτίσθημεν.» Τὸ δὲ Πνεῦμα ποτιζόμενοι, τὸν Χριστὸν πίνομεν· «Ἔ‐ πινον» γὰρ «ἐκ πνευματικῆς ἀκολουθούσης πέτρας· ἡ δὲ πέτρα ἦν ὁ Χριστός.» Καὶ πάλιν τοῦ Χριστοῦ</w:t>
      </w:r>
    </w:p>
    <w:p>
      <w:r>
        <w:rPr>
          <w:rFonts w:ascii="Courier New" w:hAnsi="Courier New"/>
          <w:color w:val="555555"/>
          <w:sz w:val="20"/>
        </w:rPr>
        <w:t>[5]</w:t>
      </w:r>
    </w:p>
    <w:p>
      <w:r>
        <w:rPr>
          <w:rFonts w:ascii="Gentium Plus" w:hAnsi="Gentium Plus"/>
          <w:sz w:val="24"/>
        </w:rPr>
        <w:t>ὄντος ἀληθινοῦ Υἱοῦ, ἡμεῖς τὸ Πνεῦμα λαμβάνοντες, υἱοποιούμεθα· «Οὐ γὰρ ἐλάβετε,» φησὶ, «Πνεῦμα δουλείας πάλιν εἰς φόβον· ἀλλ’ ἐλάβετε Πνεῦμα υἱο‐ θεσίας.» Υἱοποιούμενοι δὲ τῷ Πνεύματι, δῆλον, ὅτι ἐν τῷ Χριστῷ χρηματίζομεν τέκνα Θεοῦ·</w:t>
      </w:r>
    </w:p>
    <w:p>
      <w:r>
        <w:rPr>
          <w:rFonts w:ascii="Courier New" w:hAnsi="Courier New"/>
          <w:color w:val="555555"/>
          <w:sz w:val="20"/>
        </w:rPr>
        <w:t>[10]</w:t>
      </w:r>
    </w:p>
    <w:p>
      <w:r>
        <w:rPr>
          <w:rFonts w:ascii="Gentium Plus" w:hAnsi="Gentium Plus"/>
          <w:sz w:val="24"/>
        </w:rPr>
        <w:t>«Ὅσοι» γὰρ «ἔλαβον αὐτὸν, ἔδωκεν αὐτοῖς ἐξουσίαν τέκνα Θεοῦ γενέσθαι.» Εἶτα τοῦ Πατρὸς, ὡς ὁ Παῦ‐ λος εἶπε, μόνου σοφοῦ ὄντος, ὁ Υἱός ἐστιν ἡ σο‐ φία αὐτοῦ. «Χριστὸς» γὰρ «Θεοῦ δύναμις καὶ Θεοῦ σοφία.» Τοῦ δὲ Υἱοῦ ὄντος τῆς σοφίας, ἡμεῖς</w:t>
      </w:r>
    </w:p>
    <w:p>
      <w:r>
        <w:rPr>
          <w:rFonts w:ascii="Courier New" w:hAnsi="Courier New"/>
          <w:color w:val="555555"/>
          <w:sz w:val="20"/>
        </w:rPr>
        <w:t>[15]</w:t>
      </w:r>
    </w:p>
    <w:p>
      <w:r>
        <w:rPr>
          <w:rFonts w:ascii="Gentium Plus" w:hAnsi="Gentium Plus"/>
          <w:sz w:val="24"/>
        </w:rPr>
        <w:t>Πνεῦμα σοφίας λαμβάνοντες, τὸν Υἱὸν ἔχομεν, καὶ ἐν αὐτῷ σοφοὶ γινόμεθα. Οὕτω γὰρ καὶ γέ‐ γραπται ἐν τῷ ἑκατοστῷ τεσσαρακοστῷ πέμπτῳ ψαλμῷ· «Κύριος λύει πεπεδημένους· Κύριος σο‐ φοῖ τυφλούς.» Καὶ τοῦ Πνεύματος δὲ διδομένου</w:t>
      </w:r>
    </w:p>
    <w:p>
      <w:r>
        <w:rPr>
          <w:rFonts w:ascii="Courier New" w:hAnsi="Courier New"/>
          <w:color w:val="555555"/>
          <w:sz w:val="20"/>
        </w:rPr>
        <w:t>[20]</w:t>
      </w:r>
    </w:p>
    <w:p>
      <w:r>
        <w:rPr>
          <w:rFonts w:ascii="Gentium Plus" w:hAnsi="Gentium Plus"/>
          <w:sz w:val="24"/>
        </w:rPr>
        <w:t>εἰς ἡμᾶς («Λάβετε γὰρ Πνεῦμα ἅγιον,» ἔλεγεν ὁ Σωτὴρ), ὁ Θεὸς ἐν ἡμῖν ἐστιν· οὕτω γὰρ ὁ Ἰωάννης ἔγραψεν· «Ἐὰν ἀγαπῶμεν ἀλλήλους, ὁ Θεὸς ἐν ἡμῖν μένει. Ἐν τούτῳ γινώσκομεν, ὅτι ἐν αὐτῷ μέ‐ νομεν, καὶ αὐτὸς ἐν ἡμῖν, ὅτι ἐκ τοῦ Πνεύματος αὐ‐</w:t>
      </w:r>
    </w:p>
    <w:p>
      <w:r>
        <w:rPr>
          <w:rFonts w:ascii="Courier New" w:hAnsi="Courier New"/>
          <w:color w:val="555555"/>
          <w:sz w:val="20"/>
        </w:rPr>
        <w:t>[25]</w:t>
      </w:r>
    </w:p>
    <w:p>
      <w:r>
        <w:rPr>
          <w:rFonts w:ascii="Gentium Plus" w:hAnsi="Gentium Plus"/>
          <w:sz w:val="24"/>
        </w:rPr>
        <w:t>τοῦ ἔδωκεν ἡμῖν.» Τοῦ δὲ Θεοῦ ὄντος ἐν ἡμῖν, ἔστι καὶ ὁ Υἱὸς ἐν ἡμῖν, λέγοντος αὐτοῦ τοῦ Υἱοῦ· «Ἐλευ‐ σόμεθα ἐγὼ καὶ ὁ Πατὴρ, καὶ μονὴν παρ’ αὐτῷ ποιήσομεν.» Ἔπειτα ζωῆς οὔσης τοῦ Υἱοῦ, «Ἐγὼ» γὰρ, φησὶν, «εἰμὶ ἡ ζωὴ,» ζωοποιεῖσθαι λεγόμεθα</w:t>
      </w:r>
    </w:p>
    <w:p>
      <w:r>
        <w:rPr>
          <w:rFonts w:ascii="Courier New" w:hAnsi="Courier New"/>
          <w:color w:val="555555"/>
          <w:sz w:val="20"/>
        </w:rPr>
        <w:t>[30]</w:t>
      </w:r>
    </w:p>
    <w:p>
      <w:r>
        <w:rPr>
          <w:rFonts w:ascii="Gentium Plus" w:hAnsi="Gentium Plus"/>
          <w:sz w:val="24"/>
        </w:rPr>
        <w:t>ἐν τῷ Πνεύματι· «Ὁ» γὰρ «ἐγείρας,» φησὶ, «Χρι‐ στὸν Ἰησοῦν ἐκ νεκρῶν ζωοποιήσει καὶ τὰ θνητὰ σώματα ἡμῶν διὰ τοῦ ἐνοικοῦντος αὐτοῦ Πνεύματος ἐν ὑμῖν.» Ζωοποιουμένων δὲ ἡμῶν ἐν τῷ Πνεύματι, ζῇν αὐτὸς ὁ Χριστὸς ἐν ἡμῖν λέγεται. «Χριστῷ»</w:t>
      </w:r>
    </w:p>
    <w:p>
      <w:r>
        <w:rPr>
          <w:rFonts w:ascii="Courier New" w:hAnsi="Courier New"/>
          <w:color w:val="555555"/>
          <w:sz w:val="20"/>
        </w:rPr>
        <w:t>[35]</w:t>
      </w:r>
    </w:p>
    <w:p>
      <w:r>
        <w:rPr>
          <w:rFonts w:ascii="Gentium Plus" w:hAnsi="Gentium Plus"/>
          <w:sz w:val="24"/>
        </w:rPr>
        <w:t>γὰρ, φησὶ, «συνεσταύρωμαι. Ζῶ δὲ οὐκέτι ἐγώ· ζῇ δὲ ἐν ἐμοὶ Χριστός.» Καὶ πάλιν ὥσπερ ὁ Υἱὸς, ἅπερ ἐποίει ἔργα, ἔλεγε τὸν Πατέρα ἐργάζεσθαι· «Ὁ Πατὴρ» γὰρ, φησὶν, «ὁ μένων ἐν ἐμοὶ, αὐτὸς ποιεῖ τὰ ἔργα. Πιστεύετέ μοι, ὅτι ἐγὼ ἐν τῷ Πατρὶ,</w:t>
      </w:r>
    </w:p>
    <w:p>
      <w:r>
        <w:rPr>
          <w:rFonts w:ascii="Courier New" w:hAnsi="Courier New"/>
          <w:color w:val="555555"/>
          <w:sz w:val="20"/>
        </w:rPr>
        <w:t>[40]</w:t>
      </w:r>
    </w:p>
    <w:p>
      <w:r>
        <w:rPr>
          <w:rFonts w:ascii="Gentium Plus" w:hAnsi="Gentium Plus"/>
          <w:sz w:val="24"/>
        </w:rPr>
        <w:t>καὶ ὁ Πατὴρ ἐν ἐμοί. Εἰ δὲ μὴ, διὰ τὰ ἔργα αὐ‐ τὰ πιστεύετέ μοι.» Οὕτως, ἅπερ ἐν δυνάμει Πνεύματος εἰργάζετο ὁ Παῦλος, ἔλεγε τοῦ Χριστοῦ εἶναι τὰ ἔργα· «Οὐ γὰρ τολμήσω τι λαλεῖν, ὧν οὐ κατειργάσατο Χριστὸς δι’ ἐμοῦ εἰς ὑπακοὴν ἐθνῶν</w:t>
      </w:r>
    </w:p>
    <w:p>
      <w:r>
        <w:rPr>
          <w:rFonts w:ascii="Courier New" w:hAnsi="Courier New"/>
          <w:color w:val="555555"/>
          <w:sz w:val="20"/>
        </w:rPr>
        <w:t>[45]</w:t>
      </w:r>
    </w:p>
    <w:p>
      <w:r>
        <w:rPr>
          <w:rFonts w:ascii="Gentium Plus" w:hAnsi="Gentium Plus"/>
          <w:sz w:val="24"/>
        </w:rPr>
        <w:t>ἐν λόγῳ καὶ ἔργῳ, ἐν δυνάμει σημείων καὶ τε‐ ράτων, ἐν δυνάμει Πνεύματος ἁγίου.» Τοιαύτης δὲ συστοιχίας καὶ ἑνότητος τῆς ἐν</w:t>
      </w:r>
    </w:p>
    <w:p>
      <w:r>
        <w:rPr>
          <w:rFonts w:ascii="Courier New" w:hAnsi="Courier New"/>
          <w:color w:val="555555"/>
          <w:sz w:val="20"/>
        </w:rPr>
        <w:t>[26 . 577]</w:t>
      </w:r>
    </w:p>
    <w:p>
      <w:r>
        <w:rPr>
          <w:rFonts w:ascii="Gentium Plus" w:hAnsi="Gentium Plus"/>
          <w:sz w:val="24"/>
        </w:rPr>
        <w:t>ἀπὸ τοῦ Πατρὸς, ἢ τὸ Πνεῦμα ἀπὸ τοῦ Υἱοῦ, ἢ αὐ‐ τοῦ τοῦ Πατρός; ἢ τίς οὕτω τολμηρὸς, ὡς εἰπεῖν ἀνόμοιον καὶ ἑτεροφυῆ τὴν Τριάδα πρὸς ἑαυτὴν, ἢ ἀλλοτριοούσιον τοῦ Πατρὸς τὸν Υἱὸν, ἢ ξένον τὸ</w:t>
      </w:r>
    </w:p>
    <w:p>
      <w:r>
        <w:rPr>
          <w:rFonts w:ascii="Courier New" w:hAnsi="Courier New"/>
          <w:color w:val="555555"/>
          <w:sz w:val="20"/>
        </w:rPr>
        <w:t>[5]</w:t>
      </w:r>
    </w:p>
    <w:p>
      <w:r>
        <w:rPr>
          <w:rFonts w:ascii="Gentium Plus" w:hAnsi="Gentium Plus"/>
          <w:sz w:val="24"/>
        </w:rPr>
        <w:t>Πνεῦμα τοῦ Υἱοῦ; Πῶς δὲ ταῦτά ἐστιν; ἄν τις πά‐ λιν ἐρωτήσειε ζητῶν· πῶς τοῦ Πνεύματος ὄντος ἐν ἡμῖν, λέγεται ὁ Υἱὸς εἶναι ἐν ἡμῖν, τοῦ τε Υἱοῦ ὄντος ἐν ἡμῖν, λέγεται ὁ Πατὴρ εἶναι ἐν ἡμῖν; ἢ πῶς ὅλως Τριάδος οὔσης, ἐν ἑνὶ σημαίνεται ἡ Τριάς;</w:t>
      </w:r>
    </w:p>
    <w:p>
      <w:r>
        <w:rPr>
          <w:rFonts w:ascii="Courier New" w:hAnsi="Courier New"/>
          <w:color w:val="555555"/>
          <w:sz w:val="20"/>
        </w:rPr>
        <w:t>[10]</w:t>
      </w:r>
    </w:p>
    <w:p>
      <w:r>
        <w:rPr>
          <w:rFonts w:ascii="Gentium Plus" w:hAnsi="Gentium Plus"/>
          <w:sz w:val="24"/>
        </w:rPr>
        <w:t>ἢ πῶς τοῦ ἑνὸς ὄντος ἐν ἡμῖν, ἡ Τριὰς ἐν ἡμῖν λέ‐ γεται; διελέτω πρῶτον αὐτὸς τὸ ἀπαύγασμα τοῦ φω‐ τὸς, ἢ τὴν σοφίαν τοῦ σοφοῦ· ἢ εἰπάτω, πῶς ἐστι ταῦτα. Εἰ δὲ μὴ τοῦτο δύναται, πολλῷ πλέον περὶ Θεοῦ τοιαῦτα ζητεῖν μαινομένων ἐστὶ τὸ τόλμημα·</w:t>
      </w:r>
    </w:p>
    <w:p>
      <w:r>
        <w:rPr>
          <w:rFonts w:ascii="Courier New" w:hAnsi="Courier New"/>
          <w:color w:val="555555"/>
          <w:sz w:val="20"/>
        </w:rPr>
        <w:t>[15]</w:t>
      </w:r>
    </w:p>
    <w:p>
      <w:r>
        <w:rPr>
          <w:rFonts w:ascii="Gentium Plus" w:hAnsi="Gentium Plus"/>
          <w:sz w:val="24"/>
        </w:rPr>
        <w:t>ἡ γὰρ θεότης οὐκ ἐν ἀποδείξει λόγων, ὥσπερ εἴρη‐ ται, παραδίδοται, ἀλλ’ ἐν πίστει καὶ εὐσεβεῖ λογισμῷ μετ’ εὐλαβείας. Εἰ γὰρ καὶ τὰ περὶ τοῦ σωτηριώ‐ δους σταυροῦ, «οὐκ ἐν σοφίᾳ λόγων, ἀλλ’ ἐν ἀποδεί‐ ξει πνεύματος καὶ δυνάμεως,» ἐκήρυττεν ὁ Παῦλος,</w:t>
      </w:r>
    </w:p>
    <w:p>
      <w:r>
        <w:rPr>
          <w:rFonts w:ascii="Courier New" w:hAnsi="Courier New"/>
          <w:color w:val="555555"/>
          <w:sz w:val="20"/>
        </w:rPr>
        <w:t>[20]</w:t>
      </w:r>
    </w:p>
    <w:p>
      <w:r>
        <w:rPr>
          <w:rFonts w:ascii="Gentium Plus" w:hAnsi="Gentium Plus"/>
          <w:sz w:val="24"/>
        </w:rPr>
        <w:t>«καὶ ἀῤῥήτων δὲ ῥημάτων ἤκουσεν» ἐν τῷ παρα‐ δείσῳ, «ἃ μὴ ἐξὸν ἀνθρώπῳ λαλῆσαι·» περὶ αὐτῆς τῆς ἁγίας Τριάδος τίς ἐξειπεῖν δύναται; Ὅμως δ’ οὖν τὴν τοιαύτην ἀπορίαν δυνήσεταί τις θεραπεύειν προηγουμένως μὲν τῇ πίστει, ἔπειτα δὲ καὶ ἐκ τῶν</w:t>
      </w:r>
    </w:p>
    <w:p>
      <w:r>
        <w:rPr>
          <w:rFonts w:ascii="Courier New" w:hAnsi="Courier New"/>
          <w:color w:val="555555"/>
          <w:sz w:val="20"/>
        </w:rPr>
        <w:t>[25]</w:t>
      </w:r>
    </w:p>
    <w:p>
      <w:r>
        <w:rPr>
          <w:rFonts w:ascii="Gentium Plus" w:hAnsi="Gentium Plus"/>
          <w:sz w:val="24"/>
        </w:rPr>
        <w:t>προειρημένων, φημὶ δὴ, τῆς εἰκόνος καὶ τοῦ ἀπαυγάσματος, καὶ πηγῆς, καὶ ποταμοῦ, καὶ ὑπο‐ στάσεως, καὶ χαρακτῆρος. Ὥσπερ γὰρ ἐν ἰδίᾳ εἰ‐ κόνι ἐστὶν ὁ Υἱὸς ἐν τῷ Πνεύματι, οὕτω καὶ ὁ Πατὴρ ἐν τῷ Υἱῷ. Καὶ γὰρ τὸ ἀδύνατον τῆς διὰ λό‐</w:t>
      </w:r>
    </w:p>
    <w:p>
      <w:r>
        <w:rPr>
          <w:rFonts w:ascii="Courier New" w:hAnsi="Courier New"/>
          <w:color w:val="555555"/>
          <w:sz w:val="20"/>
        </w:rPr>
        <w:t>[30]</w:t>
      </w:r>
    </w:p>
    <w:p>
      <w:r>
        <w:rPr>
          <w:rFonts w:ascii="Gentium Plus" w:hAnsi="Gentium Plus"/>
          <w:sz w:val="24"/>
        </w:rPr>
        <w:t>γων ἑρμηνείας, καὶ τοῦ καταλαβεῖν τὰ τοιαῦτα πα‐ ραμυθουμένη ἡ θεία Γραφὴ, τοιαῦτα καὶ τὰ παρα‐ δείγματα δέδωκεν ἡμῖν, ἵν’ οὕτω διὰ τὴν ἀπι‐ στίαν τῶν τολμηρῶν λέγειν ἁπλούστερον, καὶ λέγειν ἀκινδύνως, καὶ μετὰ συγγνώμης νοεῖν ἐξῇ, καὶ</w:t>
      </w:r>
    </w:p>
    <w:p>
      <w:r>
        <w:rPr>
          <w:rFonts w:ascii="Courier New" w:hAnsi="Courier New"/>
          <w:color w:val="555555"/>
          <w:sz w:val="20"/>
        </w:rPr>
        <w:t>[35]</w:t>
      </w:r>
    </w:p>
    <w:p>
      <w:r>
        <w:rPr>
          <w:rFonts w:ascii="Gentium Plus" w:hAnsi="Gentium Plus"/>
          <w:sz w:val="24"/>
        </w:rPr>
        <w:t>πιστεύειν ἕνα εἶναι τὸν ἁγιασμὸν, τὸν ἐκ Πατρὸς δι’ Υἱοῦ ἐν Πνεύματι ἁγίῳ γινόμενον. Καὶ γὰρ ὥσπερ</w:t>
      </w:r>
    </w:p>
    <w:p>
      <w:r>
        <w:rPr>
          <w:rFonts w:ascii="Courier New" w:hAnsi="Courier New"/>
          <w:color w:val="555555"/>
          <w:sz w:val="20"/>
        </w:rPr>
        <w:t>[26 . 580]</w:t>
      </w:r>
    </w:p>
    <w:p>
      <w:r>
        <w:rPr>
          <w:rFonts w:ascii="Gentium Plus" w:hAnsi="Gentium Plus"/>
          <w:sz w:val="24"/>
        </w:rPr>
        <w:t>τοῦ Υἱοῦ διδόμενον καὶ πεμπόμενον, καὶ αὐτὸ ἕν ἐστι καὶ οὐ πολλὰ, οὐδὲ ἐκ πολλῶν ἓν, ἀλλὰ μόνον αὐτὸ Πνεῦμα. Ἑνὸς γὰρ ὄντος τοῦ Υἱοῦ, τοῦ ζῶντος Λόγου, μίαν εἶναι δεῖ τελείαν καὶ πλήρη</w:t>
      </w:r>
    </w:p>
    <w:p>
      <w:r>
        <w:rPr>
          <w:rFonts w:ascii="Courier New" w:hAnsi="Courier New"/>
          <w:color w:val="555555"/>
          <w:sz w:val="20"/>
        </w:rPr>
        <w:t>[5]</w:t>
      </w:r>
    </w:p>
    <w:p>
      <w:r>
        <w:rPr>
          <w:rFonts w:ascii="Gentium Plus" w:hAnsi="Gentium Plus"/>
          <w:sz w:val="24"/>
        </w:rPr>
        <w:t>τὴν ἁγιαστικὴν καὶ φωτιστικὴν ζῶσαν ἐνέργειαν αὐ‐ τοῦ καὶ δωρεὰν, ἥτις ἐκ Πατρὸς λέγεται ἐκπορεύε‐ σθαι, ἐπειδὴ παρὰ τοῦ Λόγου τοῦ ἐκ Πατρὸς ὁμολο‐ γουμένου ἐκλάμπει, καὶ ἀποστέλλεται, καὶ δίδοται. Ἀμέλει ὁ μὲν Υἱὸς παρὰ τοῦ Πατρὸς ἀποστέλλεται·</w:t>
      </w:r>
    </w:p>
    <w:p>
      <w:r>
        <w:rPr>
          <w:rFonts w:ascii="Courier New" w:hAnsi="Courier New"/>
          <w:color w:val="555555"/>
          <w:sz w:val="20"/>
        </w:rPr>
        <w:t>[10]</w:t>
      </w:r>
    </w:p>
    <w:p>
      <w:r>
        <w:rPr>
          <w:rFonts w:ascii="Gentium Plus" w:hAnsi="Gentium Plus"/>
          <w:sz w:val="24"/>
        </w:rPr>
        <w:t>«Οὕτω» γὰρ, φησὶν, «ὁ Θεὸς ἠγάπησε τὸν κόσμον, ὥστε τὸν Υἱὸν αὐτοῦ τὸν μονογενῆ ἀπέστειλεν.» Ὁ δὲ Υἱὸς τὸ Πνεῦμα ἀποστέλλει· «Ἐὰν» γὰρ, φη‐ σὶν, «ἐγὼ ἀπέλθω, ἀποστελῶ τὸν Παράκλητον.» Καὶ ὁ μὲν Υἱὸς τὸν Πατέρα δοξάζει, λέγων· «Πάτερ, ἐγώ</w:t>
      </w:r>
    </w:p>
    <w:p>
      <w:r>
        <w:rPr>
          <w:rFonts w:ascii="Courier New" w:hAnsi="Courier New"/>
          <w:color w:val="555555"/>
          <w:sz w:val="20"/>
        </w:rPr>
        <w:t>[15]</w:t>
      </w:r>
    </w:p>
    <w:p>
      <w:r>
        <w:rPr>
          <w:rFonts w:ascii="Gentium Plus" w:hAnsi="Gentium Plus"/>
          <w:sz w:val="24"/>
        </w:rPr>
        <w:t>σε ἐδόξασα·» τὸ δὲ Πνεῦμα δοξάζει τὸν Υἱόν· «Ἐκεῖ‐ νος» γὰρ, φησὶν, «ἐμὲ δοξάσει.» Καὶ ὁ μὲν Υἱός φησιν· «Ἃ ἤκουσα παρὰ τοῦ Πατρὸς, ταῦτα καὶ λαλῶ εἰς τὸν κόσμον·» τὸ δὲ Πνεῦμα ἐκ τοῦ Υἱοῦ λαμβάνει· «Ἐκ τοῦ ἐμοῦ» γὰρ «λήψεται καὶ</w:t>
      </w:r>
    </w:p>
    <w:p>
      <w:r>
        <w:rPr>
          <w:rFonts w:ascii="Courier New" w:hAnsi="Courier New"/>
          <w:color w:val="555555"/>
          <w:sz w:val="20"/>
        </w:rPr>
        <w:t>[20]</w:t>
      </w:r>
    </w:p>
    <w:p>
      <w:r>
        <w:rPr>
          <w:rFonts w:ascii="Gentium Plus" w:hAnsi="Gentium Plus"/>
          <w:sz w:val="24"/>
        </w:rPr>
        <w:t>ἀναγγελεῖ ὑμῖν,» φησί. Καὶ ὁ μὲν Υἱὸς ἐν τῷ ὀνό‐ ματι τοῦ Πατρὸς ἦλθε· «Τὸ δὲ Πνεῦμα τὸ ἅγιον,» φησὶν ὁ Υἱὸς, «ὃ πέμψει ὁ Πατὴρ ἐν τῷ ὀνόματί μου.» Τοιαύτην δὲ τάξιν καὶ φύσιν ἔχοντος τοῦ Πνεύ‐</w:t>
      </w:r>
    </w:p>
    <w:p>
      <w:r>
        <w:rPr>
          <w:rFonts w:ascii="Courier New" w:hAnsi="Courier New"/>
          <w:color w:val="555555"/>
          <w:sz w:val="20"/>
        </w:rPr>
        <w:t>[25]</w:t>
      </w:r>
    </w:p>
    <w:p>
      <w:r>
        <w:rPr>
          <w:rFonts w:ascii="Gentium Plus" w:hAnsi="Gentium Plus"/>
          <w:sz w:val="24"/>
        </w:rPr>
        <w:t>ματος πρὸς τὸν Υἱὸν, οἵαν ὁ Υἱὸς ἔχει πρὸς τὸν Πατέρα, πῶς ὁ τοῦτο κτίσμα λέγων οὐ τὸ αὐτὸ καὶ περὶ τοῦ Υἱοῦ ἐξ ἀνάγκης φρονήσει; Εἰ γάρ ἐστι τὸ Πνεῦμα τοῦ Υἱοῦ κτίσμα, ἀκόλουθον ἂν εἴη λέ‐ γειν αὐτοὺς καὶ τὸν Λόγον τοῦ Πατρὸς εἶναι κτίσμα.</w:t>
      </w:r>
    </w:p>
    <w:p>
      <w:r>
        <w:rPr>
          <w:rFonts w:ascii="Courier New" w:hAnsi="Courier New"/>
          <w:color w:val="555555"/>
          <w:sz w:val="20"/>
        </w:rPr>
        <w:t>[30]</w:t>
      </w:r>
    </w:p>
    <w:p>
      <w:r>
        <w:rPr>
          <w:rFonts w:ascii="Gentium Plus" w:hAnsi="Gentium Plus"/>
          <w:sz w:val="24"/>
        </w:rPr>
        <w:t>Τοιαῦτα γὰρ οἱ Ἀρειανοὶ φαντασθέντες, εἰς τὸν κατὰ Καϊάφαν Ἰουδαϊσμὸν πεπτώκασιν. Εἰ δὲ τὰ Ἀρείου μὴ προσποιοῦνται φρονεῖν οἱ περὶ τοῦ Πνεύματος τοιαῦτα λέγοντες, φευγέτωσαν καὶ τὰ ἐκείνου ῥή‐ ματα, καὶ μὴ ἀσεβείτωσαν εἰς τὸ Πνεῦμα. Ὥσπερ</w:t>
      </w:r>
    </w:p>
    <w:p>
      <w:r>
        <w:rPr>
          <w:rFonts w:ascii="Courier New" w:hAnsi="Courier New"/>
          <w:color w:val="555555"/>
          <w:sz w:val="20"/>
        </w:rPr>
        <w:t>[35]</w:t>
      </w:r>
    </w:p>
    <w:p>
      <w:r>
        <w:rPr>
          <w:rFonts w:ascii="Gentium Plus" w:hAnsi="Gentium Plus"/>
          <w:sz w:val="24"/>
        </w:rPr>
        <w:t>γὰρ ὁ Υἱὸς, ὁ ἐν τῷ Πατρὶ ὢν, ἐν ᾧ καὶ ὁ Πα‐ τήρ ἐστιν, οὐκ ἔστι κτίσμα, ἀλλ’ ἴδιος τῆς τοῦ Πα‐ τρὸς οὐσίας (τοῦτο γὰρ καὶ ὑμεῖς προσποιεῖσθε λέγειν)· οὕτως καὶ τὸ Πνεῦμα τὸ ἐν τῷ Υἱῷ, ἐν ᾧ καὶ ὁ Υἱός ἐστιν, οὐ θέμις τοῖς κτίσμασι συντάσσειν, οὐδὲ</w:t>
      </w:r>
    </w:p>
    <w:p>
      <w:r>
        <w:rPr>
          <w:rFonts w:ascii="Courier New" w:hAnsi="Courier New"/>
          <w:color w:val="555555"/>
          <w:sz w:val="20"/>
        </w:rPr>
        <w:t>[40]</w:t>
      </w:r>
    </w:p>
    <w:p>
      <w:r>
        <w:rPr>
          <w:rFonts w:ascii="Gentium Plus" w:hAnsi="Gentium Plus"/>
          <w:sz w:val="24"/>
        </w:rPr>
        <w:t>διαιρεῖν αὐτὸ ἀπὸ τοῦ Λόγου, καὶ ἀτελῆ τὴν Τριάδα κατασκευάζειν. Τῶν μὲν οὖν ῥητῶν τοῦ τε προφητι‐ κοῦ καὶ τοῦ ἀποστολικοῦ χάριν, ὧν τὴν διάνοιαν παραποιοῦντες, ἠπάτησαν ἑαυτοὺς, ἀρκεῖ διὰ τούτων</w:t>
      </w:r>
    </w:p>
    <w:p>
      <w:r>
        <w:rPr>
          <w:rFonts w:ascii="Courier New" w:hAnsi="Courier New"/>
          <w:color w:val="555555"/>
          <w:sz w:val="20"/>
        </w:rPr>
        <w:t>[26 . 581]</w:t>
      </w:r>
    </w:p>
    <w:p>
      <w:r>
        <w:rPr>
          <w:rFonts w:ascii="Gentium Plus" w:hAnsi="Gentium Plus"/>
          <w:sz w:val="24"/>
        </w:rPr>
        <w:t>μίαν. Ἴδωμεν δὲ λοιπὸν καὶ αὐτὰ καθ’ αὑτὰ τὰ ἐν ταῖς θείαις Γραφαῖς περὶ τοῦ Πνεύματος τοῦ ἁγίου λεγόμενα, καὶ ὡς δόκιμοι τραπεζῖται διακρίνωμεν, εἰ ἴδιόν τι πρὸς τὰ κτίσματα ἔχει τὸ Πνεῦμα, ἢ ἴδιον</w:t>
      </w:r>
    </w:p>
    <w:p>
      <w:r>
        <w:rPr>
          <w:rFonts w:ascii="Courier New" w:hAnsi="Courier New"/>
          <w:color w:val="555555"/>
          <w:sz w:val="20"/>
        </w:rPr>
        <w:t>[5]</w:t>
      </w:r>
    </w:p>
    <w:p>
      <w:r>
        <w:rPr>
          <w:rFonts w:ascii="Gentium Plus" w:hAnsi="Gentium Plus"/>
          <w:sz w:val="24"/>
        </w:rPr>
        <w:t>τοῦ Θεοῦ ἐστιν, ἵνα ἢ κτίσμα αὐτὸ εἴπωμεν, ἢ ἄλλο μὲν τῶν κτισμάτων, ἴδιον δὲ καὶ ἓν τῆς ἐν Τριάδι θεότητος. Τάχα κἂν οὕτως ἐντραπῶσι, μαθόν‐ τες, ὅσον ἀπᾴδει τῶν θείων λογίων τὰ ἐφευρεθέντα παρ’ αὐτῶν τῆς βλασφημίας ῥήματα.</w:t>
      </w:r>
    </w:p>
    <w:p>
      <w:r>
        <w:rPr>
          <w:rFonts w:ascii="Courier New" w:hAnsi="Courier New"/>
          <w:color w:val="555555"/>
          <w:sz w:val="20"/>
        </w:rPr>
        <w:t>[10]</w:t>
      </w:r>
    </w:p>
    <w:p>
      <w:r>
        <w:rPr>
          <w:rFonts w:ascii="Gentium Plus" w:hAnsi="Gentium Plus"/>
          <w:sz w:val="24"/>
        </w:rPr>
        <w:t>Τὰ κτίσματα τοίνυν ἐξ οὐκ ὄντων γέγονεν, ἀρ‐ χὴν ἔχοντα τοῦ γίνεσθαι· ἐν ἀρχῇ γὰρ ἐποίησεν ὁ Θεὸς τὸν οὐρανὸν καὶ τὴν γῆν καὶ πάντα τὰ ἐν αὐ‐ τοῖς. Ἐκ δὲ τοῦ Θεοῦ λέγεται τὸ Πνεῦμα τὸ ἅγιον· «Οὐδεὶς» γὰρ, φησὶν, «οἶδε τὰ τοῦ ἀνθρώπου εἰ μὴ τὸ</w:t>
      </w:r>
    </w:p>
    <w:p>
      <w:r>
        <w:rPr>
          <w:rFonts w:ascii="Courier New" w:hAnsi="Courier New"/>
          <w:color w:val="555555"/>
          <w:sz w:val="20"/>
        </w:rPr>
        <w:t>[15]</w:t>
      </w:r>
    </w:p>
    <w:p>
      <w:r>
        <w:rPr>
          <w:rFonts w:ascii="Gentium Plus" w:hAnsi="Gentium Plus"/>
          <w:sz w:val="24"/>
        </w:rPr>
        <w:t>πνεῦμα τοῦ ἀνθρώπου τοῦ ἐν αὐτῷ· οὕτως καὶ τὰ τοῦ Θεοῦ οὐδεὶς οἶδεν εἰ μὴ τὸ Πνεῦμα τοῦ Θεοῦ. Ἡμεῖς δὲ οὐ τὸ Πνεῦμα τοῦ κόσμου ἐλάβομεν, ἀλλὰ τὸ Πνεῦμα τὸ ἐκ τοῦ Θεοῦ.» Ποία τοίνυν ἐκ τῶν προειρημένων συγγένεια τῷ Πνεύματι πρὸς τὰ</w:t>
      </w:r>
    </w:p>
    <w:p>
      <w:r>
        <w:rPr>
          <w:rFonts w:ascii="Courier New" w:hAnsi="Courier New"/>
          <w:color w:val="555555"/>
          <w:sz w:val="20"/>
        </w:rPr>
        <w:t>[20]</w:t>
      </w:r>
    </w:p>
    <w:p>
      <w:r>
        <w:rPr>
          <w:rFonts w:ascii="Gentium Plus" w:hAnsi="Gentium Plus"/>
          <w:sz w:val="24"/>
        </w:rPr>
        <w:t>κτίσματα; Τὰ μὲν γὰρ κτίσματα οὐκ ἦν· ὁ δὲ Θεὸς ὤν ἐστιν, ἐξ οὗ καὶ τὸ Πνεῦμα. Τὸ δὲ ἐκ τοῦ Θεοῦ οὐκ ἂν εἴη ἐκ τοῦ μὴ ὄντος, οὐδὲ κτίσμα, ἵνα μὴ κατ’ ἐκεί‐ νους καὶ ὁ ἐξ οὗ ἐστι τὸ Πνεῦμα, κτίσμα εἶναι νομισθῇ. Τίς οὖν τῶν τοιούτων ἀφρόνων ἀνέξεται,</w:t>
      </w:r>
    </w:p>
    <w:p>
      <w:r>
        <w:rPr>
          <w:rFonts w:ascii="Courier New" w:hAnsi="Courier New"/>
          <w:color w:val="555555"/>
          <w:sz w:val="20"/>
        </w:rPr>
        <w:t>[25]</w:t>
      </w:r>
    </w:p>
    <w:p>
      <w:r>
        <w:rPr>
          <w:rFonts w:ascii="Gentium Plus" w:hAnsi="Gentium Plus"/>
          <w:sz w:val="24"/>
        </w:rPr>
        <w:t>λεγόντων καὶ αὐτῶν ἐν καρδίᾳ μὴ εἶναι Θεόν; Καὶ γὰρ εἰ ὥσπερ οὐδεὶς οἶδε τὰ τοῦ ἀνθρώπου εἰ μὴ τὸ Πνεῦμα τὸ ἐν αὐτῷ, οὕτως καὶ τὰ τοῦ Θεοῦ εἰ μὴ τὸ ἐν αὐτῷ Πνεῦμα· πῶς οὐ δύσφημον ἂν εἴη λέγειν κτίσμα τὸ ἐν τῷ Θεῷ Πνεῦμα, τὸ καὶ τὰ βάθη</w:t>
      </w:r>
    </w:p>
    <w:p>
      <w:r>
        <w:rPr>
          <w:rFonts w:ascii="Courier New" w:hAnsi="Courier New"/>
          <w:color w:val="555555"/>
          <w:sz w:val="20"/>
        </w:rPr>
        <w:t>[30]</w:t>
      </w:r>
    </w:p>
    <w:p>
      <w:r>
        <w:rPr>
          <w:rFonts w:ascii="Gentium Plus" w:hAnsi="Gentium Plus"/>
          <w:sz w:val="24"/>
        </w:rPr>
        <w:t>τοῦ Θεοῦ ἐρευνῶν; Μαθήσεται γὰρ ἐκ τούτων εἰπεῖν ὁ τοιοῦτος τὸ μὲν τοῦ ἀνθρώπου πνεῦμα ἔξωθεν αὐ‐ τοῦ τοῦ ἀνθρώπου εἶναι, τὸν δὲ ἐν τῷ Πατρὶ Λόγον εἶναι κτίσμα. Πάλιν τε Πνεῦμα ἁγιωσύνης καὶ ἀνακαινώσεώς ἐστί τε καὶ λέγεται τὸ Πνεῦμα·</w:t>
      </w:r>
    </w:p>
    <w:p>
      <w:r>
        <w:rPr>
          <w:rFonts w:ascii="Courier New" w:hAnsi="Courier New"/>
          <w:color w:val="555555"/>
          <w:sz w:val="20"/>
        </w:rPr>
        <w:t>[35]</w:t>
      </w:r>
    </w:p>
    <w:p>
      <w:r>
        <w:rPr>
          <w:rFonts w:ascii="Gentium Plus" w:hAnsi="Gentium Plus"/>
          <w:sz w:val="24"/>
        </w:rPr>
        <w:t>γράφει γὰρ ὁ Παῦλος· «Τοῦ ὁρισθέντος Υἱοῦ Θεοῦ ἐν δυνάμει κατὰ Πνεῦμα ἁγιωσύνης ἐξ ἀναστάσεως νεκρῶν Ἰησοῦ Χριστοῦ τοῦ Κυρίου ἡμῶν.» Καὶ πά‐ λιν φησίν· «Ἀλλ’ ἡγιάσθητε, ἀλλ’ ἐδικαιώθητε ἐν τῷ ὀνόματι τοῦ Κυρίου ἡμῶν Ἰησοῦ Χριστοῦ καὶ ἐν</w:t>
      </w:r>
    </w:p>
    <w:p>
      <w:r>
        <w:rPr>
          <w:rFonts w:ascii="Courier New" w:hAnsi="Courier New"/>
          <w:color w:val="555555"/>
          <w:sz w:val="20"/>
        </w:rPr>
        <w:t>[40]</w:t>
      </w:r>
    </w:p>
    <w:p>
      <w:r>
        <w:rPr>
          <w:rFonts w:ascii="Gentium Plus" w:hAnsi="Gentium Plus"/>
          <w:sz w:val="24"/>
        </w:rPr>
        <w:t>τῷ Πνεύματι τοῦ Θεοῦ ἡμῶν·» ὅτε καὶ πρὸς Τῖτον</w:t>
      </w:r>
    </w:p>
    <w:p>
      <w:r>
        <w:rPr>
          <w:rFonts w:ascii="Courier New" w:hAnsi="Courier New"/>
          <w:color w:val="555555"/>
          <w:sz w:val="20"/>
        </w:rPr>
        <w:t>[26 . 584]</w:t>
      </w:r>
    </w:p>
    <w:p>
      <w:r>
        <w:rPr>
          <w:rFonts w:ascii="Gentium Plus" w:hAnsi="Gentium Plus"/>
          <w:sz w:val="24"/>
        </w:rPr>
        <w:t>γράφων ἔλεγεν· «Ὅτε δὲ ἡ χρηστότης καὶ ἡ φιλαν‐ θρωπία ἐπεφάνη τοῦ Σωτῆρος ἡμῶν Θεοῦ, οὐκ ἐξ ἔρ‐ γων τῶν ἐν δικαιοσύνῃ ὧν ἐποιήσαμεν ἡμεῖς, ἀλλὰ κατὰ τὸ αὐτοῦ ἔλεος ἔσωσεν ἡμᾶς διὰ λουτροῦ</w:t>
      </w:r>
    </w:p>
    <w:p>
      <w:r>
        <w:rPr>
          <w:rFonts w:ascii="Courier New" w:hAnsi="Courier New"/>
          <w:color w:val="555555"/>
          <w:sz w:val="20"/>
        </w:rPr>
        <w:t>[5]</w:t>
      </w:r>
    </w:p>
    <w:p>
      <w:r>
        <w:rPr>
          <w:rFonts w:ascii="Gentium Plus" w:hAnsi="Gentium Plus"/>
          <w:sz w:val="24"/>
        </w:rPr>
        <w:t>παλιγγενεσίας καὶ ἀνακαινώσεως Πνεύματος ἁγίου, οὗ ἐξέχεεν ἐφ’ ἡμᾶς πλουσίως διὰ Ἰησοῦ Χριστοῦ τοῦ Σωτῆρος ἡμῶν, ἵνα, δικαιωθέντες τῇ ἐκείνου χάριτι, κληρονόμοι κατ’ ἐλπίδα γενηθῶμεν ζωῆς αἰωνίου.» Τὰ δὲ κτίσματα ἁγιαζόμενά εἰσι καὶ ἀνακαινιζόμενα.</w:t>
      </w:r>
    </w:p>
    <w:p>
      <w:r>
        <w:rPr>
          <w:rFonts w:ascii="Courier New" w:hAnsi="Courier New"/>
          <w:color w:val="555555"/>
          <w:sz w:val="20"/>
        </w:rPr>
        <w:t>[10]</w:t>
      </w:r>
    </w:p>
    <w:p>
      <w:r>
        <w:rPr>
          <w:rFonts w:ascii="Gentium Plus" w:hAnsi="Gentium Plus"/>
          <w:sz w:val="24"/>
        </w:rPr>
        <w:t>«Ἐξαποστελεῖς» γὰρ «τὸ Πνεῦμά σου, καὶ κτισθή‐ σονται, καὶ ἀνακαινιεῖς τὸ πρόσωπον τῆς γῆς.» Καὶ ὁ Παῦλος δέ φησιν· «Ἀδύνατον γὰρ τοὺς ἅπαξ φωτισθέντας, γευσαμένους τε τῆς δωρεᾶς τῆς ἐπουρανίου, καὶ μετόχους γενηθέντας Πνεύματος</w:t>
      </w:r>
    </w:p>
    <w:p>
      <w:r>
        <w:rPr>
          <w:rFonts w:ascii="Courier New" w:hAnsi="Courier New"/>
          <w:color w:val="555555"/>
          <w:sz w:val="20"/>
        </w:rPr>
        <w:t>[15]</w:t>
      </w:r>
    </w:p>
    <w:p>
      <w:r>
        <w:rPr>
          <w:rFonts w:ascii="Gentium Plus" w:hAnsi="Gentium Plus"/>
          <w:sz w:val="24"/>
        </w:rPr>
        <w:t>ἁγίου.» Τὸ τοίνυν μὴ ἁγιαζόμενον παρ’ ἑτέρου, μηδὲ μετέχον ἁγιασμοῦ, ἀλλ’ αὐτὸ μεθεκτὸν ὂν, ἐν ᾧ καὶ τὰ κτίσματα πάντα ἁγιάζεται, πῶς ἂν εἴη ἓν τῶν πάντων, ἴδιον τῶν μετεχόντων αὐτοῦ; Ἀνάγκη</w:t>
      </w:r>
    </w:p>
    <w:p>
      <w:r>
        <w:rPr>
          <w:rFonts w:ascii="Courier New" w:hAnsi="Courier New"/>
          <w:color w:val="555555"/>
          <w:sz w:val="20"/>
        </w:rPr>
        <w:t>[20]</w:t>
      </w:r>
    </w:p>
    <w:p>
      <w:r>
        <w:rPr>
          <w:rFonts w:ascii="Gentium Plus" w:hAnsi="Gentium Plus"/>
          <w:sz w:val="24"/>
        </w:rPr>
        <w:t>γὰρ τοῖς τοῦτο λέγουσιν εἰπεῖν καὶ τὸν Υἱὸν, δι’ οὗ τὰ πάντα γέγονεν, ἕνα τῶν πάντων εἶναι. Πνεῦμα ζωοποιὸν λέγεται· «Ὁ ἐγείρας» γὰρ, φησὶν, «Ἰησοῦν Χριστὸν ἐκ νεκρῶν ζωοποιήσει καὶ τὰ θνητὰ ὑμῶν σώματα διὰ τοῦ ἐνοικοῦντος αὐτοῦ Πνεύ‐</w:t>
      </w:r>
    </w:p>
    <w:p>
      <w:r>
        <w:rPr>
          <w:rFonts w:ascii="Courier New" w:hAnsi="Courier New"/>
          <w:color w:val="555555"/>
          <w:sz w:val="20"/>
        </w:rPr>
        <w:t>[25]</w:t>
      </w:r>
    </w:p>
    <w:p>
      <w:r>
        <w:rPr>
          <w:rFonts w:ascii="Gentium Plus" w:hAnsi="Gentium Plus"/>
          <w:sz w:val="24"/>
        </w:rPr>
        <w:t>ματος ἐν ὑμῖν.» Καὶ ὁ μὲν Κύριός ἐστιν ἡ αὐτοζωὴ, καὶ «ἀρχηγὸς τῆς ζωῆς,» ὡς εἶπεν ὁ Πέτρος· ἔλεγε δὲ αὐτὸς ὁ Κύριος· «Τὸ ὕδωρ, ὃ ἐγὼ δώσω αὐ‐ τῷ, γενήσεται ἐν αὐτῷ πηγὴ ὕδατος ἁλλομένου εἰς ζωὴν αἰώνιον. Τοῦτο δὲ ἔλεγε περὶ τοῦ Πνεύματος,</w:t>
      </w:r>
    </w:p>
    <w:p>
      <w:r>
        <w:rPr>
          <w:rFonts w:ascii="Courier New" w:hAnsi="Courier New"/>
          <w:color w:val="555555"/>
          <w:sz w:val="20"/>
        </w:rPr>
        <w:t>[30]</w:t>
      </w:r>
    </w:p>
    <w:p>
      <w:r>
        <w:rPr>
          <w:rFonts w:ascii="Gentium Plus" w:hAnsi="Gentium Plus"/>
          <w:sz w:val="24"/>
        </w:rPr>
        <w:t>οὗ ἔμελλον λαμβάνειν οἱ πιστεύοντες εἰς αὐτόν.» Τὰ δὲ κτίσματα, ὡς εἴρηται, ζωοποιούμενά ἐστι δι’ αὐτοῦ. Τὸ δὲ μὴ μετέχον ζωῆς, ἀλλ’ αὐτὸ μετεχό‐ μενον καὶ ζωοποιοῦν τὰ κτίσματα, ποίαν ἔχει συγ‐ γένειαν πρὸς τὰ γενητά; Ἢ πῶς ὅλως ἂν εἴη τῶν</w:t>
      </w:r>
    </w:p>
    <w:p>
      <w:r>
        <w:rPr>
          <w:rFonts w:ascii="Courier New" w:hAnsi="Courier New"/>
          <w:color w:val="555555"/>
          <w:sz w:val="20"/>
        </w:rPr>
        <w:t>[35]</w:t>
      </w:r>
    </w:p>
    <w:p>
      <w:r>
        <w:rPr>
          <w:rFonts w:ascii="Gentium Plus" w:hAnsi="Gentium Plus"/>
          <w:sz w:val="24"/>
        </w:rPr>
        <w:t>κτισμάτων, ἅπερ ἐν ἐκείνῳ παρὰ τοῦ Λόγου ζωοποιεῖ‐ ται; Χρίσμα λέγεται τὸ Πνεῦμα, καὶ ἔστι σφραγίς. Ὁ μὲν γὰρ Ἰωάννης γράφει· «Καὶ ὑμεῖς τὸ χρίσμα ὃ ἐλάβετε παρ’ αὐτοῦ, μένει ἐν ὑμῖν. Καὶ οὐ χρείαν ἔχετε, ἵνα τις διδάσκῃ ὑμᾶς· ἀλλ’ ὡς τὸ αὐτοῦ</w:t>
      </w:r>
    </w:p>
    <w:p>
      <w:r>
        <w:rPr>
          <w:rFonts w:ascii="Courier New" w:hAnsi="Courier New"/>
          <w:color w:val="555555"/>
          <w:sz w:val="20"/>
        </w:rPr>
        <w:t>[40]</w:t>
      </w:r>
    </w:p>
    <w:p>
      <w:r>
        <w:rPr>
          <w:rFonts w:ascii="Gentium Plus" w:hAnsi="Gentium Plus"/>
          <w:sz w:val="24"/>
        </w:rPr>
        <w:t>χρίσμα,» τὸ Πνεῦμα αὐτοῦ, «διδάσκει ὑμᾶς περὶ πάντων.» Ἐν δὲ τῷ προφήτῃ Ἡσαΐᾳ γέγραπται· «Πνεῦμα Κυρίου ἐπ’ ἐμὲ, οὗ εἵνεκεν ἔχρισέ με.» Ὁ δὲ Παῦλός φησιν· «Ἐν ᾧ καὶ πιστεύσαντες, ἐσφραγίσθητε εἰς ἡμέραν ἀπολυτρώσεως.» Τὰ δὲ</w:t>
      </w:r>
    </w:p>
    <w:p>
      <w:r>
        <w:rPr>
          <w:rFonts w:ascii="Courier New" w:hAnsi="Courier New"/>
          <w:color w:val="555555"/>
          <w:sz w:val="20"/>
        </w:rPr>
        <w:t>[45]</w:t>
      </w:r>
    </w:p>
    <w:p>
      <w:r>
        <w:rPr>
          <w:rFonts w:ascii="Gentium Plus" w:hAnsi="Gentium Plus"/>
          <w:sz w:val="24"/>
        </w:rPr>
        <w:t>κτίσματα τούτῳ σφραγίζεται καὶ χρίεται, καὶ</w:t>
      </w:r>
    </w:p>
    <w:p>
      <w:r>
        <w:rPr>
          <w:rFonts w:ascii="Courier New" w:hAnsi="Courier New"/>
          <w:color w:val="555555"/>
          <w:sz w:val="20"/>
        </w:rPr>
        <w:t>[26 . 585]</w:t>
      </w:r>
    </w:p>
    <w:p>
      <w:r>
        <w:rPr>
          <w:rFonts w:ascii="Gentium Plus" w:hAnsi="Gentium Plus"/>
          <w:sz w:val="24"/>
        </w:rPr>
        <w:t>περὶ πάντων διδάσκεται. Εἰ δὲ τὸ Πνεῦμα χρίσμα καὶ σφραγίς ἐστιν, ἐν ᾧ χρίει καὶ σφραγίζει πάντα ὁ Λόγος· ποία ὁμοιότης ἢ ἰδιότης τοῦ χρίσματος καὶ τῆς σφραγῖδος πρὸς τὰ χριόμενα καὶ σφραγιζόμενα;</w:t>
      </w:r>
    </w:p>
    <w:p>
      <w:r>
        <w:rPr>
          <w:rFonts w:ascii="Courier New" w:hAnsi="Courier New"/>
          <w:color w:val="555555"/>
          <w:sz w:val="20"/>
        </w:rPr>
        <w:t>[5]</w:t>
      </w:r>
    </w:p>
    <w:p>
      <w:r>
        <w:rPr>
          <w:rFonts w:ascii="Gentium Plus" w:hAnsi="Gentium Plus"/>
          <w:sz w:val="24"/>
        </w:rPr>
        <w:t>Οὐκοῦν καὶ κατὰ τοῦτο οὐκ ἂν εἴη τῶν πάντων αὐτό. Οὐ γὰρ ἂν εἴη ἡ σφραγὶς ἐκ τῶν σφραγιζο‐ μένων, οὐδὲ τὸ χρίσμα ἐκ τῶν χριομένων· ἀλλ’ ἴδιόν ἐστι τοῦτο τοῦ χρίοντος καὶ σφραγίζοντος Λόγου. Τὸ μὲν γὰρ χρίσμα τὴν εὐωδίαν καὶ πνοὴν τοῦ χρίοντος</w:t>
      </w:r>
    </w:p>
    <w:p>
      <w:r>
        <w:rPr>
          <w:rFonts w:ascii="Courier New" w:hAnsi="Courier New"/>
          <w:color w:val="555555"/>
          <w:sz w:val="20"/>
        </w:rPr>
        <w:t>[10]</w:t>
      </w:r>
    </w:p>
    <w:p>
      <w:r>
        <w:rPr>
          <w:rFonts w:ascii="Gentium Plus" w:hAnsi="Gentium Plus"/>
          <w:sz w:val="24"/>
        </w:rPr>
        <w:t>ἔχει, καὶ οἱ χριόμενοι τούτου μεταλαμβάνοντες λέ‐ γουσι· «Χριστοῦ εὐωδία ἐσμέν·» ἡ δὲ σφραγὶς τὴν μορφὴν Χριστοῦ τοῦ σφραγίζοντος ἔχει, καὶ ταύ‐ της οἱ σφραγιζόμενοι μετέχουσι, μορφούμενοι κατ’ αὐτὴν, λέγοντος τοῦ Ἀποστόλου· «Τεκνία μου, οὓς</w:t>
      </w:r>
    </w:p>
    <w:p>
      <w:r>
        <w:rPr>
          <w:rFonts w:ascii="Courier New" w:hAnsi="Courier New"/>
          <w:color w:val="555555"/>
          <w:sz w:val="20"/>
        </w:rPr>
        <w:t>[15]</w:t>
      </w:r>
    </w:p>
    <w:p>
      <w:r>
        <w:rPr>
          <w:rFonts w:ascii="Gentium Plus" w:hAnsi="Gentium Plus"/>
          <w:sz w:val="24"/>
        </w:rPr>
        <w:t>πάλιν ὠδίνω, ἄχρις οὗ μορφωθῇ Χριστὸς ἐν ὑμῖν.» Οὕτω δὲ σφραγιζόμενοι, εἰκότως καὶ κοινωνοὶ θείας φύσεως γινόμεθα, ὡς εἶπεν ὁ Πέτρος, καὶ οὕτω μετέχει πᾶσα ἡ κτίσις τοῦ Λόγου ἐν τῷ Πνεύματι.</w:t>
      </w:r>
    </w:p>
    <w:p>
      <w:r>
        <w:rPr>
          <w:rFonts w:ascii="Courier New" w:hAnsi="Courier New"/>
          <w:color w:val="555555"/>
          <w:sz w:val="20"/>
        </w:rPr>
        <w:t>[22]</w:t>
      </w:r>
    </w:p>
    <w:p>
      <w:r>
        <w:rPr>
          <w:rFonts w:ascii="Gentium Plus" w:hAnsi="Gentium Plus"/>
          <w:sz w:val="24"/>
        </w:rPr>
        <w:t>Καὶ διὰ τοῦ Πνεύματος λεγόμεθα πάντες μέτ‐ οχοι τοῦ Θεοῦ· «Οὐκ οἴδατε, γάρ φησιν, ὅτι ναὸς Θεοῦ ἐστε, καὶ τὸ Πνεῦμα τοῦ Θεοῦ ἐν ὑμῖν οἰκεῖ; Εἴ</w:t>
      </w:r>
    </w:p>
    <w:p>
      <w:r>
        <w:rPr>
          <w:rFonts w:ascii="Courier New" w:hAnsi="Courier New"/>
          <w:color w:val="555555"/>
          <w:sz w:val="20"/>
        </w:rPr>
        <w:t>[25]</w:t>
      </w:r>
    </w:p>
    <w:p>
      <w:r>
        <w:rPr>
          <w:rFonts w:ascii="Gentium Plus" w:hAnsi="Gentium Plus"/>
          <w:sz w:val="24"/>
        </w:rPr>
        <w:t>τις τὸν ναὸν τοῦ Θεοῦ φθείρει, φθερεῖ τοῦτον ὁ Θεός. Ὁ γὰρ ναὸς τοῦ Θεοῦ ἅγιός ἐστιν, οἵτινές ἐστε ὑμεῖς.» Εἰ κτίσμα δὲ ἦν τὸ Πνεῦμα τὸ ἅγιον, οὐκ ἄν τις ἐν αὐτῷ μετουσία τοῦ Θεοῦ γένοιτο ἡμῖν· ἀλλ’ ἢ ἄρα κτίσματι μὲν συνηπτόμεθα, ἀλλότριοι δὲ</w:t>
      </w:r>
    </w:p>
    <w:p>
      <w:r>
        <w:rPr>
          <w:rFonts w:ascii="Courier New" w:hAnsi="Courier New"/>
          <w:color w:val="555555"/>
          <w:sz w:val="20"/>
        </w:rPr>
        <w:t>[30]</w:t>
      </w:r>
    </w:p>
    <w:p>
      <w:r>
        <w:rPr>
          <w:rFonts w:ascii="Gentium Plus" w:hAnsi="Gentium Plus"/>
          <w:sz w:val="24"/>
        </w:rPr>
        <w:t>τῆς θείας φύσεως ἐγινόμεθα, ὡς κατὰ μηδὲν αὐ‐ τῆς μετέχοντες. Νῦν δὲ, ὅτε λεγόμεθα μέτοχοι Χριστοῦ καὶ μέτοχοι Θεοῦ, δείκνυται τὸ ἐν ἡμῖν χρίσμα καὶ ἡ σφραγὶς μὴ οὖσα τῆς τῶν γενητῶν φύσεως, ἀλλὰ τῆς τοῦ Υἱοῦ, διὰ τοῦ ἐν αὐτῷ Πνεύ‐</w:t>
      </w:r>
    </w:p>
    <w:p>
      <w:r>
        <w:rPr>
          <w:rFonts w:ascii="Courier New" w:hAnsi="Courier New"/>
          <w:color w:val="555555"/>
          <w:sz w:val="20"/>
        </w:rPr>
        <w:t>[35]</w:t>
      </w:r>
    </w:p>
    <w:p>
      <w:r>
        <w:rPr>
          <w:rFonts w:ascii="Gentium Plus" w:hAnsi="Gentium Plus"/>
          <w:sz w:val="24"/>
        </w:rPr>
        <w:t>ματος συνάπτοντος ἡμᾶς τῷ Πατρί. Τοῦτο γὰρ ὁ Ἰωάννης, ὡς ἐν τοῖς ἔμπροσθεν εἴρηται, διδάσκων ἔγραψεν· «Ἐν τούτῳ γινώσκομεν, ὅτι ἐν τῷ Θεῷ μένομεν, καὶ αὐτὸς ἐν ἡμῖν, ὅτι ἐκ τοῦ Πνεύματος αὐτοῦ αὐτὸς ἔδωκεν ἡμῖν.» Εἰ δὲ τῇ τοῦ Πνεύματος</w:t>
      </w:r>
    </w:p>
    <w:p>
      <w:r>
        <w:rPr>
          <w:rFonts w:ascii="Courier New" w:hAnsi="Courier New"/>
          <w:color w:val="555555"/>
          <w:sz w:val="20"/>
        </w:rPr>
        <w:t>[40]</w:t>
      </w:r>
    </w:p>
    <w:p>
      <w:r>
        <w:rPr>
          <w:rFonts w:ascii="Gentium Plus" w:hAnsi="Gentium Plus"/>
          <w:sz w:val="24"/>
        </w:rPr>
        <w:t>μετουσίᾳ γινόμεθα κοινωνοὶ θείας φύσεως, μαίνοιτ’</w:t>
      </w:r>
    </w:p>
    <w:p>
      <w:r>
        <w:rPr>
          <w:rFonts w:ascii="Courier New" w:hAnsi="Courier New"/>
          <w:color w:val="555555"/>
          <w:sz w:val="20"/>
        </w:rPr>
        <w:t>[26 . 588]</w:t>
      </w:r>
    </w:p>
    <w:p>
      <w:r>
        <w:rPr>
          <w:rFonts w:ascii="Gentium Plus" w:hAnsi="Gentium Plus"/>
          <w:sz w:val="24"/>
        </w:rPr>
        <w:t>τῆς τοῦ Θεοῦ. Διὰ τοῦτο γὰρ καὶ ἐν οἷς γίνεται, οὗτοι θεοποιοῦνται· εἰ δὲ θεοποιεῖ, οὐκ ἀμφίβολον, ὅτι ἡ τούτου φύσις Θεοῦ ἐστι. Καὶ ἔτι δὲ φανερώτε‐ ρον εἰς ἀναίρεσιν τῆς αἱρέσεως ταύτης ἐν τῷ ἑκα‐</w:t>
      </w:r>
    </w:p>
    <w:p>
      <w:r>
        <w:rPr>
          <w:rFonts w:ascii="Courier New" w:hAnsi="Courier New"/>
          <w:color w:val="555555"/>
          <w:sz w:val="20"/>
        </w:rPr>
        <w:t>[5]</w:t>
      </w:r>
    </w:p>
    <w:p>
      <w:r>
        <w:rPr>
          <w:rFonts w:ascii="Gentium Plus" w:hAnsi="Gentium Plus"/>
          <w:sz w:val="24"/>
        </w:rPr>
        <w:t>τοστῷ τρίτῳ ψαλμῷ ᾄδεται, ὡς ἔμπροσθεν εἴπομεν· «Ἀντανελεῖς τὸ πνεῦμα αὐτῶν, καὶ ἐκλείψουσι, καὶ εἰς τὸν χοῦν αὐτῶν ἐπιστρέψουσιν. Ἐξαποστελεῖς τὸ Πνεῦμά σου, καὶ κτισθήσονται, καὶ ἀνακαινιεῖς τὸ πρόσωπον τῆς γῆς.» Ὁ δὲ Παῦλος γράφει Τίτῳ·</w:t>
      </w:r>
    </w:p>
    <w:p>
      <w:r>
        <w:rPr>
          <w:rFonts w:ascii="Courier New" w:hAnsi="Courier New"/>
          <w:color w:val="555555"/>
          <w:sz w:val="20"/>
        </w:rPr>
        <w:t>[10]</w:t>
      </w:r>
    </w:p>
    <w:p>
      <w:r>
        <w:rPr>
          <w:rFonts w:ascii="Gentium Plus" w:hAnsi="Gentium Plus"/>
          <w:sz w:val="24"/>
        </w:rPr>
        <w:t>«Διὰ λουτροῦ παλιγγενεσίας καὶ ἀνακαινώσεως Πνεύ‐ ματος ἁγίου, οὗ ἐξέχεεν ἐφ’ ἡμᾶς πλουσίως διὰ Ἰη‐ σοῦ Χριστοῦ.» Εἰ δὲ ὁ Πατὴρ διὰ τοῦ Λόγου ἐν Πνεύ‐ ματι ἁγίῳ κτίζει τὰ πάντα, καὶ ἀνακαινίζει· ποία ὁμοιότης ἢ συγγένεια τῷ κτίζοντι πρὸς τὰ</w:t>
      </w:r>
    </w:p>
    <w:p>
      <w:r>
        <w:rPr>
          <w:rFonts w:ascii="Courier New" w:hAnsi="Courier New"/>
          <w:color w:val="555555"/>
          <w:sz w:val="20"/>
        </w:rPr>
        <w:t>[15]</w:t>
      </w:r>
    </w:p>
    <w:p>
      <w:r>
        <w:rPr>
          <w:rFonts w:ascii="Gentium Plus" w:hAnsi="Gentium Plus"/>
          <w:sz w:val="24"/>
        </w:rPr>
        <w:t>κτίσματα; Ἢ ὅλως πῶς ἂν εἴη, ἐν ᾧ κτίζεται τὰ πάντα, κτίσμα; Ἀκολουθεῖ γὰρ τῇ τοιαύτῃ δυσφη‐ μίᾳ καὶ ἡ εἰς τὸν Υἱὸν βλασφημία· ὥστε τοὺς λέγοντας τὸ Πνεῦμα κτίσμα εἰπεῖν, ὅτι καὶ ὁ Λόγος, δι’ οὗ τὰ πάντα κτίζεται, κτίσμα ἐστίν. Εἰκὼν τοῦ</w:t>
      </w:r>
    </w:p>
    <w:p>
      <w:r>
        <w:rPr>
          <w:rFonts w:ascii="Courier New" w:hAnsi="Courier New"/>
          <w:color w:val="555555"/>
          <w:sz w:val="20"/>
        </w:rPr>
        <w:t>[20]</w:t>
      </w:r>
    </w:p>
    <w:p>
      <w:r>
        <w:rPr>
          <w:rFonts w:ascii="Gentium Plus" w:hAnsi="Gentium Plus"/>
          <w:sz w:val="24"/>
        </w:rPr>
        <w:t>Υἱοῦ λέγεται καὶ ἔστι τὸ Πνεῦμα· «Οὓς» γὰρ «προ‐ έγνω καὶ προώρισε συμμόρφους τῆς εἰκόνος τοῦ Υἱοῦ αὐτοῦ.» Οὐκοῦν τοῦ Υἱοῦ καὶ κατ’ ἐκείνους ὁμολογουμένου μὴ εἶναι κτίσματος, οὐκ ἂν εἴη οὐδὲ ἡ τούτου εἰκὼν κτίσμα. Ὁποία γὰρ ἂν εἴη ἡ εἰκὼν,</w:t>
      </w:r>
    </w:p>
    <w:p>
      <w:r>
        <w:rPr>
          <w:rFonts w:ascii="Courier New" w:hAnsi="Courier New"/>
          <w:color w:val="555555"/>
          <w:sz w:val="20"/>
        </w:rPr>
        <w:t>[25]</w:t>
      </w:r>
    </w:p>
    <w:p>
      <w:r>
        <w:rPr>
          <w:rFonts w:ascii="Gentium Plus" w:hAnsi="Gentium Plus"/>
          <w:sz w:val="24"/>
        </w:rPr>
        <w:t>τοιοῦτον ἀνάγκη καὶ τὸν, οὗ ἐστιν ἡ εἰκὼν, εἶναι. Ὅθεν εἰκότως καὶ πρεπόντως ὁ Λόγος ὁμολογεῖται μὴ ὢν κτίσμα, εἰκὼν τοῦ Πατρὸς ὑπάρχων· ὁ ἄρα τοῖς κτίσμασι συναριθμῶν τὸ Πνεῦμα πάντως που καὶ τὸν Υἱὸν ἐν τούτοις συναριθμήσει, δυσφημῶν</w:t>
      </w:r>
    </w:p>
    <w:p>
      <w:r>
        <w:rPr>
          <w:rFonts w:ascii="Courier New" w:hAnsi="Courier New"/>
          <w:color w:val="555555"/>
          <w:sz w:val="20"/>
        </w:rPr>
        <w:t>[30]</w:t>
      </w:r>
    </w:p>
    <w:p>
      <w:r>
        <w:rPr>
          <w:rFonts w:ascii="Gentium Plus" w:hAnsi="Gentium Plus"/>
          <w:sz w:val="24"/>
        </w:rPr>
        <w:t>ἐν τούτῳ καὶ τὸν Πατέρα διὰ τὴν εἰς τὴν εἰκόνα τού‐ του δυσφημίαν. Ἄλλο ἄρα τῶν κτισμάτων ἐστὶ τὸ Πνεῦμα, καὶ δέδεικται μᾶλλον ἴδιον εἶναι τοῦ Υἱοῦ, καὶ οὐ ξένον τοῦ Θεοῦ. Καὶ γὰρ κἀκεῖνο τὸ σοφὸν αὐτῶν ἐρώ‐</w:t>
      </w:r>
    </w:p>
    <w:p>
      <w:r>
        <w:rPr>
          <w:rFonts w:ascii="Courier New" w:hAnsi="Courier New"/>
          <w:color w:val="555555"/>
          <w:sz w:val="20"/>
        </w:rPr>
        <w:t>[35]</w:t>
      </w:r>
    </w:p>
    <w:p>
      <w:r>
        <w:rPr>
          <w:rFonts w:ascii="Gentium Plus" w:hAnsi="Gentium Plus"/>
          <w:sz w:val="24"/>
        </w:rPr>
        <w:t>τημα· Εἰ ἐκ τοῦ Θεοῦ ἐστι τὸ Πνεῦμα, διὰ τί μὴ λέγεται καὶ αὐτὸ Υἱός; Δέδεικται μὲν ἐν τοῖς ἔμπροσθεν ἤδη προπετὲς καὶ τολμηρὸν, δείκνυται δὲ καὶ νῦν οὐδὲν ἧττον. Εἰ γὰρ καὶ μὴ Υἱὸς ἐλέχθη ἐν ταῖς Γραφαῖς, ἀλλὰ Πνεῦμα τοῦ Θεοῦ, ἐν αὐτῷ</w:t>
      </w:r>
    </w:p>
    <w:p>
      <w:r>
        <w:rPr>
          <w:rFonts w:ascii="Courier New" w:hAnsi="Courier New"/>
          <w:color w:val="555555"/>
          <w:sz w:val="20"/>
        </w:rPr>
        <w:t>[40]</w:t>
      </w:r>
    </w:p>
    <w:p>
      <w:r>
        <w:rPr>
          <w:rFonts w:ascii="Gentium Plus" w:hAnsi="Gentium Plus"/>
          <w:sz w:val="24"/>
        </w:rPr>
        <w:t>τῷ Θεῷ καὶ ἐξ αὐτοῦ τοῦ Θεοῦ εἴρηται, ὡς ὁ Ἀπό‐ στολος ἔγραψεν. Εἰ δὲ ὁ Υἱὸς, ἐπειδὴ ἐκ τοῦ Πατρός</w:t>
      </w:r>
    </w:p>
    <w:p>
      <w:r>
        <w:rPr>
          <w:rFonts w:ascii="Courier New" w:hAnsi="Courier New"/>
          <w:color w:val="555555"/>
          <w:sz w:val="20"/>
        </w:rPr>
        <w:t>[26 . 589]</w:t>
      </w:r>
    </w:p>
    <w:p>
      <w:r>
        <w:rPr>
          <w:rFonts w:ascii="Gentium Plus" w:hAnsi="Gentium Plus"/>
          <w:sz w:val="24"/>
        </w:rPr>
        <w:t>τὸ Πνεῦμα, ἐκ τοῦ Θεοῦ λεγόμενον, ἴδιον εἶναι κατ’ οὐσίαν τοῦ Υἱοῦ. Ἀμέλει τοῦ Κυρίου ὄντος Υἱοῦ, αὐτὸ τὸ Πνεῦμα εἴρηται Πνεῦμα υἱοθεσίας. Καὶ πά‐ λιν τοῦ Υἱοῦ ὄντος σοφίας καὶ ἀληθείας, γέγραπται</w:t>
      </w:r>
    </w:p>
    <w:p>
      <w:r>
        <w:rPr>
          <w:rFonts w:ascii="Courier New" w:hAnsi="Courier New"/>
          <w:color w:val="555555"/>
          <w:sz w:val="20"/>
        </w:rPr>
        <w:t>[5]</w:t>
      </w:r>
    </w:p>
    <w:p>
      <w:r>
        <w:rPr>
          <w:rFonts w:ascii="Gentium Plus" w:hAnsi="Gentium Plus"/>
          <w:sz w:val="24"/>
        </w:rPr>
        <w:t>τὸ Πνεῦμα εἶναι Πνεῦμα σοφίας καὶ ἀληθείας. Πάλιν τε ὁ μὲν Υἱός ἐστι δύναμις Θεοῦ, καὶ Κύριος τῆς δό‐ ξης· τὸ δὲ Πνεῦμα λέγεται Πνεῦμα δυνάμεως, καὶ Πνεῦμα τῆς δόξης, οὕτως ἐφ’ ἑκάστου τῆς Γρα‐ φῆς λεγούσης· τοῦ μὲν Παύλου γράφοντος Κορινθίοις·</w:t>
      </w:r>
    </w:p>
    <w:p>
      <w:r>
        <w:rPr>
          <w:rFonts w:ascii="Courier New" w:hAnsi="Courier New"/>
          <w:color w:val="555555"/>
          <w:sz w:val="20"/>
        </w:rPr>
        <w:t>[10]</w:t>
      </w:r>
    </w:p>
    <w:p>
      <w:r>
        <w:rPr>
          <w:rFonts w:ascii="Gentium Plus" w:hAnsi="Gentium Plus"/>
          <w:sz w:val="24"/>
        </w:rPr>
        <w:t>«Εἰ γὰρ ἔγνωσαν, οὐκ ἂν τὸν Κύριον τῆς δόξης ἐσταύρωσαν·» καὶ ἐν ἑτέροις· «Οὐ γὰρ ἐλάβετε πνεῦμα δουλείας πάλιν εἰς φόβον· ἀλλ’ ἐλάβετε Πνεῦμα υἱοθεσίας·» καὶ αὖθις· «Ἐξαπέστειλεν ὁ Θεὸς τὸ Πνεῦμα τοῦ Υἱοῦ αὐτοῦ εἰς τὰς καρδίας</w:t>
      </w:r>
    </w:p>
    <w:p>
      <w:r>
        <w:rPr>
          <w:rFonts w:ascii="Courier New" w:hAnsi="Courier New"/>
          <w:color w:val="555555"/>
          <w:sz w:val="20"/>
        </w:rPr>
        <w:t>[15]</w:t>
      </w:r>
    </w:p>
    <w:p>
      <w:r>
        <w:rPr>
          <w:rFonts w:ascii="Gentium Plus" w:hAnsi="Gentium Plus"/>
          <w:sz w:val="24"/>
        </w:rPr>
        <w:t>ὑμῶν, κράζον· Ἀββᾶ, ὁ Πατήρ.» Ὁ δὲ Πέτρος ἔγραφεν· «Εἰ ὀνειδίζεσθε ἐν ὀνόματι Χριστοῦ, μα‐ κάριοι· ὅτι τὸ τῆς δόξης καὶ δυνάμεως καὶ τὸ τοῦ Θεοῦ Πνεῦμα ἐφ’ ὑμᾶς ἀναπέπαυται.» Ὁ δὲ Κύριος εἴρηκε Πνεῦμα τῆς ἀληθείας καὶ Παράκλητον εἶναι</w:t>
      </w:r>
    </w:p>
    <w:p>
      <w:r>
        <w:rPr>
          <w:rFonts w:ascii="Courier New" w:hAnsi="Courier New"/>
          <w:color w:val="555555"/>
          <w:sz w:val="20"/>
        </w:rPr>
        <w:t>[20]</w:t>
      </w:r>
    </w:p>
    <w:p>
      <w:r>
        <w:rPr>
          <w:rFonts w:ascii="Gentium Plus" w:hAnsi="Gentium Plus"/>
          <w:sz w:val="24"/>
        </w:rPr>
        <w:t>τὸ Πνεῦμα· ἐξ οὗ δείκνυται τελείαν εἶναι ἐν τούτῳ τὴν Τριάδα. Ἐν τούτῳ γ’ οὖν ὁ Λόγος τὴν κτί‐ σιν δοξάζει, θεοποιῶν δὲ καὶ υἱοποιῶν προσάγει τῷ Πατρί. Τὸ δὲ συνάπτον τῷ Λόγῳ τὴν κτίσιν οὐκ ἂν εἴη αὐτὸ τῶν κτισμάτων· καὶ τὸ υἱοποιοῦν δὲ τὴν</w:t>
      </w:r>
    </w:p>
    <w:p>
      <w:r>
        <w:rPr>
          <w:rFonts w:ascii="Courier New" w:hAnsi="Courier New"/>
          <w:color w:val="555555"/>
          <w:sz w:val="20"/>
        </w:rPr>
        <w:t>[25]</w:t>
      </w:r>
    </w:p>
    <w:p>
      <w:r>
        <w:rPr>
          <w:rFonts w:ascii="Gentium Plus" w:hAnsi="Gentium Plus"/>
          <w:sz w:val="24"/>
        </w:rPr>
        <w:t>κτίσιν, οὐκ ἂν εἴη ξένον τοῦ Υἱοῦ· ἐπεὶ ζητεῖν ἕτερον ἀνάγκη Πνεῦμα, ἵνα καὶ τοῦτο ἐν ἐκείνῳ συναφθῇ τῷ Λόγῳ. Ἀλλ’ ἄτοπον τοῦτο. Οὐκ ἄρα τῶν γε‐ νητῶν ἐστι τὸ Πνεῦμα, ἀλλ’ ἴδιον τῆς τοῦ Πατρὸς θεό‐ τητος, ἐν ᾧ καὶ τὰ γενητὰ ὁ Λόγος θεοποιεῖ. Ἐν ᾧ</w:t>
      </w:r>
    </w:p>
    <w:p>
      <w:r>
        <w:rPr>
          <w:rFonts w:ascii="Courier New" w:hAnsi="Courier New"/>
          <w:color w:val="555555"/>
          <w:sz w:val="20"/>
        </w:rPr>
        <w:t>[30]</w:t>
      </w:r>
    </w:p>
    <w:p>
      <w:r>
        <w:rPr>
          <w:rFonts w:ascii="Gentium Plus" w:hAnsi="Gentium Plus"/>
          <w:sz w:val="24"/>
        </w:rPr>
        <w:t>δὲ θεοποιεῖται ἡ κτίσις, οὐκ ἂν εἴη ἐκτὸς αὐτὸ τῆς τοῦ Πατρὸς θεότητος.</w:t>
      </w:r>
    </w:p>
    <w:p>
      <w:r>
        <w:rPr>
          <w:rFonts w:ascii="Courier New" w:hAnsi="Courier New"/>
          <w:color w:val="555555"/>
          <w:sz w:val="20"/>
        </w:rPr>
        <w:t>[34]</w:t>
      </w:r>
    </w:p>
    <w:p>
      <w:r>
        <w:rPr>
          <w:rFonts w:ascii="Gentium Plus" w:hAnsi="Gentium Plus"/>
          <w:sz w:val="24"/>
        </w:rPr>
        <w:t>Ὅτι δὲ ἄνω τῆς κτίσεώς ἐστι τὸ Πνεῦμα, καὶ</w:t>
      </w:r>
    </w:p>
    <w:p>
      <w:r>
        <w:rPr>
          <w:rFonts w:ascii="Courier New" w:hAnsi="Courier New"/>
          <w:color w:val="555555"/>
          <w:sz w:val="20"/>
        </w:rPr>
        <w:t>[35]</w:t>
      </w:r>
    </w:p>
    <w:p>
      <w:r>
        <w:rPr>
          <w:rFonts w:ascii="Gentium Plus" w:hAnsi="Gentium Plus"/>
          <w:sz w:val="24"/>
        </w:rPr>
        <w:t>ἄλλο μὲν παρὰ τὴν τῶν γενητῶν φύσιν, ἴδιον δὲ τῆς θεότητος, ἔξεστι καὶ ἐκ τούτου πάλιν συνιδεῖν. Ἄτρεπτον καὶ ἀναλλοίωτόν ἐστι τὸ Πνεῦμα τὸ ἅγιον· «Ἅγιον, γάρ φησι, Πνεῦμα παιδείας φεύξεται δόλον, καὶ ἀπαναστήσεται ἀπὸ λογισμῶν ἀσυνέτων.»</w:t>
      </w:r>
    </w:p>
    <w:p>
      <w:r>
        <w:rPr>
          <w:rFonts w:ascii="Courier New" w:hAnsi="Courier New"/>
          <w:color w:val="555555"/>
          <w:sz w:val="20"/>
        </w:rPr>
        <w:t>[40]</w:t>
      </w:r>
    </w:p>
    <w:p>
      <w:r>
        <w:rPr>
          <w:rFonts w:ascii="Gentium Plus" w:hAnsi="Gentium Plus"/>
          <w:sz w:val="24"/>
        </w:rPr>
        <w:t>Καὶ ὁ μὲν Πέτρος φησίν· «Ἐν τῷ ἀφθάρτῳ τοῦ πραέος καὶ ἡσυχίου Πνεύματος·» καὶ πάλιν ἐν τῇ Σοφίᾳ·</w:t>
      </w:r>
    </w:p>
    <w:p>
      <w:r>
        <w:rPr>
          <w:rFonts w:ascii="Courier New" w:hAnsi="Courier New"/>
          <w:color w:val="555555"/>
          <w:sz w:val="20"/>
        </w:rPr>
        <w:t>[26 . 592]</w:t>
      </w:r>
    </w:p>
    <w:p>
      <w:r>
        <w:rPr>
          <w:rFonts w:ascii="Gentium Plus" w:hAnsi="Gentium Plus"/>
          <w:sz w:val="24"/>
        </w:rPr>
        <w:t>εἰ «οὐδεὶς οἶδε τὰ τοῦ Θεοῦ, εἰ μὴ τὸ Πνεῦμα τοῦ Θεοῦ τὸ ἐν αὐτῷ·» οὐκ ἔστι δὲ παρὰ τῷ Θεῷ, ὡς εἶπεν ὁ Ἰάκωβος, «παραλλαγὴ ἢ τροπῆς ἀποσκίασμα·» ἐν τῷ Θεῷ ὂν τὸ Πνεῦμα τὸ ἅγιον, εἰκότως ἂν εἴη</w:t>
      </w:r>
    </w:p>
    <w:p>
      <w:r>
        <w:rPr>
          <w:rFonts w:ascii="Courier New" w:hAnsi="Courier New"/>
          <w:color w:val="555555"/>
          <w:sz w:val="20"/>
        </w:rPr>
        <w:t>[5]</w:t>
      </w:r>
    </w:p>
    <w:p>
      <w:r>
        <w:rPr>
          <w:rFonts w:ascii="Gentium Plus" w:hAnsi="Gentium Plus"/>
          <w:sz w:val="24"/>
        </w:rPr>
        <w:t>ἄτρεπτον καὶ ἀπαράλλακτον καὶ ἄφθαρτον. Ἡ δὲ τῶν γενητῶν καὶ τῶν κτιστῶν φύσις ἐστὶ τρεπτὴ, ἅτε δὴ ἔξωθεν οὖσα τῆς τοῦ Θεοῦ οὐσίας, καὶ ἐξ οὐκ ὄν‐ των ὑποστᾶσα· «πᾶς» μὲν γὰρ «ἄνθρωπος,» φησὶ, «ψεύστης.» Καὶ, «πάντες ἥμαρτον, καὶ ὑστεροῦν‐</w:t>
      </w:r>
    </w:p>
    <w:p>
      <w:r>
        <w:rPr>
          <w:rFonts w:ascii="Courier New" w:hAnsi="Courier New"/>
          <w:color w:val="555555"/>
          <w:sz w:val="20"/>
        </w:rPr>
        <w:t>[10]</w:t>
      </w:r>
    </w:p>
    <w:p>
      <w:r>
        <w:rPr>
          <w:rFonts w:ascii="Gentium Plus" w:hAnsi="Gentium Plus"/>
          <w:sz w:val="24"/>
        </w:rPr>
        <w:t>ται τῆς δόξης τοῦ Θεοῦ. Ἀγγέλους δὲ τοὺς μὴ τηρήσαντας τὴν ἑαυτῶν ἀρχὴν, ἀλλ’ ἀπολιπόντας τὸ ἴδιον οἰκητήριον, εἰς κρίσιν μεγάλης ἡμέρας δεσμοῖς ἀϊδίοις ὑπὸ ζόφον τετήρηκεν.» Ἐν δὲ τῷ Ἰώβ· «Εἰ κατὰ ἁγίων ἀγγέλων αὐτοῦ οὐ πιστεύει, κατὰ δὲ</w:t>
      </w:r>
    </w:p>
    <w:p>
      <w:r>
        <w:rPr>
          <w:rFonts w:ascii="Courier New" w:hAnsi="Courier New"/>
          <w:color w:val="555555"/>
          <w:sz w:val="20"/>
        </w:rPr>
        <w:t>[15]</w:t>
      </w:r>
    </w:p>
    <w:p>
      <w:r>
        <w:rPr>
          <w:rFonts w:ascii="Gentium Plus" w:hAnsi="Gentium Plus"/>
          <w:sz w:val="24"/>
        </w:rPr>
        <w:t>ἀγγέλων αὐτοῦ σκολιόν τι ἐπενόησεν· ἄστρα δὲ οὐ καθαρὰ ἐνώπιον αὐτοῦ·» ὁ δὲ Παῦλος γράφει· «Οὐκ οἴδατε, ὅτι ἀγγέλους κρινοῦμεν, μήτιγε βιωτικά;» Ἀλλὰ γὰρ καὶ ἠκούσαμεν, ὅτι ὁ διάβολος, ἐν μέ‐ σῳ τῶν χερουβὶμ ὢν, καὶ ἀποσφράγισμα ὁμοιώσεως</w:t>
      </w:r>
    </w:p>
    <w:p>
      <w:r>
        <w:rPr>
          <w:rFonts w:ascii="Courier New" w:hAnsi="Courier New"/>
          <w:color w:val="555555"/>
          <w:sz w:val="20"/>
        </w:rPr>
        <w:t>[20]</w:t>
      </w:r>
    </w:p>
    <w:p>
      <w:r>
        <w:rPr>
          <w:rFonts w:ascii="Gentium Plus" w:hAnsi="Gentium Plus"/>
          <w:sz w:val="24"/>
        </w:rPr>
        <w:t>γενόμενος, ἐξέπεσεν ἐκ τοῦ οὐρανοῦ ὡς ἀστραπή. Εἰ δὲ τὰ μὲν κτίσματα τοιαύτην ἔχει φύσιν, καὶ γέγραπται περὶ ἀγγέλων τοιαῦτα· τὸ δὲ Πνεῦμα τὸ αὐτό ἐστι καὶ ἀναλλοίωτον, καὶ τῆς τοῦ Υἱοῦ ἀτρε‐ ψίας, ἐστὶ, μένον ἀεὶ σὺν αὐτῷ ἄτρεπτον· ποία</w:t>
      </w:r>
    </w:p>
    <w:p>
      <w:r>
        <w:rPr>
          <w:rFonts w:ascii="Courier New" w:hAnsi="Courier New"/>
          <w:color w:val="555555"/>
          <w:sz w:val="20"/>
        </w:rPr>
        <w:t>[25]</w:t>
      </w:r>
    </w:p>
    <w:p>
      <w:r>
        <w:rPr>
          <w:rFonts w:ascii="Gentium Plus" w:hAnsi="Gentium Plus"/>
          <w:sz w:val="24"/>
        </w:rPr>
        <w:t>ὁμοιότης τῷ ἀτρέπτῳ πρὸς τὰ τρεπόμενα; Δῆλον γὰρ ἂν εἴη, ὡς οὔτε κτίσμα ἐστὶν, οὔτε ὅλως τῆς τῶν ἀγ‐ γέλων οὐσίας ἐστὶ, διὰ τὸ ἐκείνους εἶναι τρεπτούς· ἀλλ’ εἰκὼν τοῦ Λόγου, καὶ τοῦ Πατρὸς ἴδιόν ἐστι. Πάλιν τε τὸ μὲν Πνεῦμα Κυρίου πεπλήρωκε τὴν οἰ‐</w:t>
      </w:r>
    </w:p>
    <w:p>
      <w:r>
        <w:rPr>
          <w:rFonts w:ascii="Courier New" w:hAnsi="Courier New"/>
          <w:color w:val="555555"/>
          <w:sz w:val="20"/>
        </w:rPr>
        <w:t>[30]</w:t>
      </w:r>
    </w:p>
    <w:p>
      <w:r>
        <w:rPr>
          <w:rFonts w:ascii="Gentium Plus" w:hAnsi="Gentium Plus"/>
          <w:sz w:val="24"/>
        </w:rPr>
        <w:t>κουμένην. Οὕτω γὰρ καὶ ὁ Δαβὶδ ψάλλει· «Ποῦ πορευθῶ ἀπὸ τοῦ Πνεύματός σου;» Καὶ πάλιν ἐν τῇ Σοφίᾳ γέγραπται· «Τὸ γὰρ ἄφθαρτόν σου Πνεῦμά ἐστιν ἐν πᾶσι.» Τὰ δὲ γενητὰ πάντα ἐν μεμερισμέ‐ νοις τόποις εἰσὶν, ἥλιος μὲν, καὶ σελήνη, καὶ ἀστέ‐</w:t>
      </w:r>
    </w:p>
    <w:p>
      <w:r>
        <w:rPr>
          <w:rFonts w:ascii="Courier New" w:hAnsi="Courier New"/>
          <w:color w:val="555555"/>
          <w:sz w:val="20"/>
        </w:rPr>
        <w:t>[35]</w:t>
      </w:r>
    </w:p>
    <w:p>
      <w:r>
        <w:rPr>
          <w:rFonts w:ascii="Gentium Plus" w:hAnsi="Gentium Plus"/>
          <w:sz w:val="24"/>
        </w:rPr>
        <w:t>ρες ἐν τῷ στερεώματι, νεφέλαι δὲ ἐν τῷ ἀέρι· καὶ τοῖς ἀνθρώποις ἔστησεν ὅρια ἐθνῶν· οἵ τε ἄγγελοι ἀποστέλλονται εἰς διακονίας· «Καὶ ἦλθον οἱ ἄγγελοι παραστῆναι ἐνώπιον τοῦ Κυρίου,» ὡς ἐν τῷ Ἰὼβ γέ‐ γραπται· καὶ, «ἐνυπνιάσθη δὲ Ἰακὼβ ὁ πατριάρχης·</w:t>
      </w:r>
    </w:p>
    <w:p>
      <w:r>
        <w:rPr>
          <w:rFonts w:ascii="Courier New" w:hAnsi="Courier New"/>
          <w:color w:val="555555"/>
          <w:sz w:val="20"/>
        </w:rPr>
        <w:t>[40]</w:t>
      </w:r>
    </w:p>
    <w:p>
      <w:r>
        <w:rPr>
          <w:rFonts w:ascii="Gentium Plus" w:hAnsi="Gentium Plus"/>
          <w:sz w:val="24"/>
        </w:rPr>
        <w:t>καὶ, ἰδοὺ κλίμαξ ἐστηριγμένη ἐν τῇ γῇ, ἧς ἡ κε‐ φαλὴ ἀφικνεῖτο εἰς τὸν οὐρανὸν, καὶ οἱ ἄγγελοι τοῦ Θεοῦ ἀνέβαινον καὶ κατέβαινον ἐπ’ αὐτῆς.» Εἰ δὲ τὸ μὲν Πνεῦμα πάντα πληροῖ, καὶ ἐν τῷ Λόγῳ πάρεστιν</w:t>
      </w:r>
    </w:p>
    <w:p>
      <w:r>
        <w:rPr>
          <w:rFonts w:ascii="Courier New" w:hAnsi="Courier New"/>
          <w:color w:val="555555"/>
          <w:sz w:val="20"/>
        </w:rPr>
        <w:t>[26 . 593]</w:t>
      </w:r>
    </w:p>
    <w:p>
      <w:r>
        <w:rPr>
          <w:rFonts w:ascii="Gentium Plus" w:hAnsi="Gentium Plus"/>
          <w:sz w:val="24"/>
        </w:rPr>
        <w:t>τούτῳ, καὶ ἔνθα ἀποστέλλονται, ἐκεῖ πάρεισιν· οὐκ ἀμφίβολον οὖν, ὅτι οὔτε τῶν γενητῶν, οὔτε ὅλως ἄγ‐ γελός ἐστιν, ὡς ὑμεῖς λέγετε, τὸ Πνεῦμα, ἀλλ’ ἄνω τῆς τῶν ἀγγέλων φύσεώς ἐστιν.</w:t>
      </w:r>
    </w:p>
    <w:p>
      <w:r>
        <w:rPr>
          <w:rFonts w:ascii="Courier New" w:hAnsi="Courier New"/>
          <w:color w:val="555555"/>
          <w:sz w:val="20"/>
        </w:rPr>
        <w:t>[5]</w:t>
      </w:r>
    </w:p>
    <w:p>
      <w:r>
        <w:rPr>
          <w:rFonts w:ascii="Gentium Plus" w:hAnsi="Gentium Plus"/>
          <w:sz w:val="24"/>
        </w:rPr>
        <w:t>Πάλιν γὰρ καὶ ἐκ τούτων ἄν τις ἴδοι τὸ Πνεῦμα τὸ ἅγιον, ὡς μεθεκτόν ἐστι καὶ οὐ μετέχον (τὰ αὐτὰ γὰρ λέγειν οὐκ ὀκνητέον). «Ἀδύνατον γὰρ,» φησὶ, «τοὺς ἅπαξ φωτισθέντας, γευσαμένους τε τῆς δωρεᾶς τῆς ἐπουρανίου, καὶ μετόχους Πνεύματος ἁγίου γενο‐</w:t>
      </w:r>
    </w:p>
    <w:p>
      <w:r>
        <w:rPr>
          <w:rFonts w:ascii="Courier New" w:hAnsi="Courier New"/>
          <w:color w:val="555555"/>
          <w:sz w:val="20"/>
        </w:rPr>
        <w:t>[10]</w:t>
      </w:r>
    </w:p>
    <w:p>
      <w:r>
        <w:rPr>
          <w:rFonts w:ascii="Gentium Plus" w:hAnsi="Gentium Plus"/>
          <w:sz w:val="24"/>
        </w:rPr>
        <w:t>μένους, καὶ καλὸν γευσαμένους Θεοῦ ῥῆμα,» καὶ τὰ ἑξῆς. Οἱ δὲ ἄγγελοι, καὶ τὰ ἄλλα κτίσματα μετέχοντά ἐστιν αὐτοῦ τοῦ Πνεύματος· διὰ τοῦτο γὰρ ταῦτα μὲν καὶ ἐκπίπτειν οὗ μετέσχον δύναται· τὸ δὲ Πνεῦμα ἀεὶ τὸ αὐτό ἐστιν· οὐ γὰρ τῶν μετεχόντων ἐστὶν,</w:t>
      </w:r>
    </w:p>
    <w:p>
      <w:r>
        <w:rPr>
          <w:rFonts w:ascii="Courier New" w:hAnsi="Courier New"/>
          <w:color w:val="555555"/>
          <w:sz w:val="20"/>
        </w:rPr>
        <w:t>[15]</w:t>
      </w:r>
    </w:p>
    <w:p>
      <w:r>
        <w:rPr>
          <w:rFonts w:ascii="Gentium Plus" w:hAnsi="Gentium Plus"/>
          <w:sz w:val="24"/>
        </w:rPr>
        <w:t>ἀλλ’ αὐτοῦ τὰ πάντα μετέχει. Εἰ δὲ τοῦτο μὲν ἀεὶ τὸ αὐτό ἐστι καὶ μεθεκτὸν, τὰ δὲ κτίσματα μετέχοντά ἐστιν αὐτοῦ· οὐκ ἂν εἴη τὸ Πνεῦμα τὸ ἅγιον οὔτε ἄγγελος, οὔτε ὅλως κτίσμα, ἀλλ’ ἴδιον τοῦ Λόγου, παρ’ οὗ διδόμενον μετέχεται παρὰ τῶν κτισμάτων·</w:t>
      </w:r>
    </w:p>
    <w:p>
      <w:r>
        <w:rPr>
          <w:rFonts w:ascii="Courier New" w:hAnsi="Courier New"/>
          <w:color w:val="555555"/>
          <w:sz w:val="20"/>
        </w:rPr>
        <w:t>[20]</w:t>
      </w:r>
    </w:p>
    <w:p>
      <w:r>
        <w:rPr>
          <w:rFonts w:ascii="Gentium Plus" w:hAnsi="Gentium Plus"/>
          <w:sz w:val="24"/>
        </w:rPr>
        <w:t>ἐπεὶ ὥρα λέγειν αὐτοὺς καὶ τὸν Υἱὸν κτίσμα, οὗ πάντες ἐν τῷ Πνεύματι μέτοχοι γεγόναμεν. Καὶ πά‐ λιν ἕν ἐστι τὸ Πνεῦμα τὸ ἅγιον· τὰ δὲ κτίσματα πολλά. Ἄγγελοι μὲν γὰρ χίλιαι χιλιάδες καὶ μύριαι μυριάδες· φωστῆρες δὲ πολλοὶ, καὶ θρόνοι, καὶ</w:t>
      </w:r>
    </w:p>
    <w:p>
      <w:r>
        <w:rPr>
          <w:rFonts w:ascii="Courier New" w:hAnsi="Courier New"/>
          <w:color w:val="555555"/>
          <w:sz w:val="20"/>
        </w:rPr>
        <w:t>[25]</w:t>
      </w:r>
    </w:p>
    <w:p>
      <w:r>
        <w:rPr>
          <w:rFonts w:ascii="Gentium Plus" w:hAnsi="Gentium Plus"/>
          <w:sz w:val="24"/>
        </w:rPr>
        <w:t>κυριότητες, καὶ οὐρανοὶ, καὶ χερουβὶμ, καὶ σεραφὶμ, καὶ ἀρχάγγελοι πολλοί· καὶ ἁπλῶς οὐκ ἔστι τὰ κτίσματα ἓν, ἀλλὰ πάντα πολλὰ καὶ διάφορα. Εἰ δὲ τὸ μὲν Πνεῦμα τὸ ἅγιον ἕν ἐστι, τὰ δὲ κτίσματα πολλὰ, καὶ ἄγγελοι πολλοί· ποία ὁμοιότης τῷ Πνεύ‐</w:t>
      </w:r>
    </w:p>
    <w:p>
      <w:r>
        <w:rPr>
          <w:rFonts w:ascii="Courier New" w:hAnsi="Courier New"/>
          <w:color w:val="555555"/>
          <w:sz w:val="20"/>
        </w:rPr>
        <w:t>[30]</w:t>
      </w:r>
    </w:p>
    <w:p>
      <w:r>
        <w:rPr>
          <w:rFonts w:ascii="Gentium Plus" w:hAnsi="Gentium Plus"/>
          <w:sz w:val="24"/>
        </w:rPr>
        <w:t>ματι πρὸς τὰ γενητά; Καὶ οὐκ ἄδηλον, ὅτι οὐκ ἔστι τῶν πολλῶν τὸ Πνεῦμα, ἀλλ’ οὐδὲ ἄγγελος, ἀλλ’ ἓν ὂν, μᾶλλον δὲ τοῦ Λόγου ἑνὸς ὄντος ἴδιον, καὶ τοῦ Θεοῦ ἑνὸς ὄντος ἴδιον καὶ ὁμοούσιόν ἐστι. Ταῦτα μὲν οὖν καὶ μόνα καθ’ ἑαυτὰ λεγόμενα περὶ τοῦ ἁγίου</w:t>
      </w:r>
    </w:p>
    <w:p>
      <w:r>
        <w:rPr>
          <w:rFonts w:ascii="Courier New" w:hAnsi="Courier New"/>
          <w:color w:val="555555"/>
          <w:sz w:val="20"/>
        </w:rPr>
        <w:t>[35]</w:t>
      </w:r>
    </w:p>
    <w:p>
      <w:r>
        <w:rPr>
          <w:rFonts w:ascii="Gentium Plus" w:hAnsi="Gentium Plus"/>
          <w:sz w:val="24"/>
        </w:rPr>
        <w:t>Πνεύματος δείκνυσιν αὐτὸ μηδὲν κοινὸν μηδὲ ἴδιον ἔχειν τι τῇ φύσει καὶ τῇ οὐσίᾳ πρὸς τὰ κτίσματα, ἀλλ’ ἄλλο μὲν εἶναι τῶν γενητῶν, ἴδιον δὲ καὶ οὐ ξέ‐ νον τῆς τοῦ Υἱοῦ οὐσίας καὶ θεότητος, δι’ ἣν καὶ τῆς ἁγίας Τριάδος ὂν, καταισχύνει τὴν ἐκείνων ἀναισθη‐</w:t>
      </w:r>
    </w:p>
    <w:p>
      <w:r>
        <w:rPr>
          <w:rFonts w:ascii="Courier New" w:hAnsi="Courier New"/>
          <w:color w:val="555555"/>
          <w:sz w:val="20"/>
        </w:rPr>
        <w:t>[40]</w:t>
      </w:r>
    </w:p>
    <w:p>
      <w:r>
        <w:rPr>
          <w:rFonts w:ascii="Gentium Plus" w:hAnsi="Gentium Plus"/>
          <w:sz w:val="24"/>
        </w:rPr>
        <w:t>σίαν.</w:t>
      </w:r>
    </w:p>
    <w:p>
      <w:r>
        <w:rPr>
          <w:rFonts w:ascii="Courier New" w:hAnsi="Courier New"/>
          <w:color w:val="555555"/>
          <w:sz w:val="20"/>
        </w:rPr>
        <w:t>[43]</w:t>
      </w:r>
    </w:p>
    <w:p>
      <w:r>
        <w:rPr>
          <w:rFonts w:ascii="Gentium Plus" w:hAnsi="Gentium Plus"/>
          <w:sz w:val="24"/>
        </w:rPr>
        <w:t>Ἴδωμεν δὲ ὅμως καὶ πρὸς τούτοις καὶ αὐ‐ τὴν τὴν ἐξ ἀρχῆς παράδοσιν καὶ διδασκαλίαν καὶ</w:t>
      </w:r>
    </w:p>
    <w:p>
      <w:r>
        <w:rPr>
          <w:rFonts w:ascii="Courier New" w:hAnsi="Courier New"/>
          <w:color w:val="555555"/>
          <w:sz w:val="20"/>
        </w:rPr>
        <w:t>[45]</w:t>
      </w:r>
    </w:p>
    <w:p>
      <w:r>
        <w:rPr>
          <w:rFonts w:ascii="Gentium Plus" w:hAnsi="Gentium Plus"/>
          <w:sz w:val="24"/>
        </w:rPr>
        <w:t>πίστιν τῆς καθολικῆς Ἐκκλησίας, ἣν ὁ μὲν Κύριος</w:t>
      </w:r>
    </w:p>
    <w:p>
      <w:r>
        <w:rPr>
          <w:rFonts w:ascii="Courier New" w:hAnsi="Courier New"/>
          <w:color w:val="555555"/>
          <w:sz w:val="20"/>
        </w:rPr>
        <w:t>[26 . 596]</w:t>
      </w:r>
    </w:p>
    <w:p>
      <w:r>
        <w:rPr>
          <w:rFonts w:ascii="Gentium Plus" w:hAnsi="Gentium Plus"/>
          <w:sz w:val="24"/>
        </w:rPr>
        <w:t>ἐφύλαξαν. Ἐν ταύτῃ γὰρ ἡ Ἐκκλησία τεθεμελίωται, καὶ ὁ ταύτης ἐκπίπτων οὔτ’ ἂν εἴη, οὔτ’ ἂν ἔτι λέγοιτο Χριστιανός. Τριὰς τοίνυν ἁγία καὶ τελεία ἐστὶν, ἐν Πατρὶ καὶ Υἱῷ καὶ ἁγίῳ Πνεύματι θεολογου‐</w:t>
      </w:r>
    </w:p>
    <w:p>
      <w:r>
        <w:rPr>
          <w:rFonts w:ascii="Courier New" w:hAnsi="Courier New"/>
          <w:color w:val="555555"/>
          <w:sz w:val="20"/>
        </w:rPr>
        <w:t>[5]</w:t>
      </w:r>
    </w:p>
    <w:p>
      <w:r>
        <w:rPr>
          <w:rFonts w:ascii="Gentium Plus" w:hAnsi="Gentium Plus"/>
          <w:sz w:val="24"/>
        </w:rPr>
        <w:t>μένη, οὐδὲν ἀλλότριον ἢ ἔξωθεν ἐπιμιγνύμενον ἔχουσα, οὐδὲ ἐκ δημιουργοῦ καὶ γενητοῦ συνισταμένη, ἀλλ’ ὅλη τοῦ κτίζειν καὶ δημιουργεῖν οὖσα· ὁμοία δὲ ἑαυτῇ καὶ ἀδιαίρετός ἐστι τῇ φύσει, καὶ μία ταύτης ἡ ἐνέργεια. Ὁ γὰρ Πατὴρ διὰ τοῦ Λόγου ἐν Πνεύματι</w:t>
      </w:r>
    </w:p>
    <w:p>
      <w:r>
        <w:rPr>
          <w:rFonts w:ascii="Courier New" w:hAnsi="Courier New"/>
          <w:color w:val="555555"/>
          <w:sz w:val="20"/>
        </w:rPr>
        <w:t>[10]</w:t>
      </w:r>
    </w:p>
    <w:p>
      <w:r>
        <w:rPr>
          <w:rFonts w:ascii="Gentium Plus" w:hAnsi="Gentium Plus"/>
          <w:sz w:val="24"/>
        </w:rPr>
        <w:t>ἁγίῳ τὰ πάντα ποιεῖ· καὶ οὕτως ἡ ἑνότης τῆς ἁγίας Τριάδος σώζεται· καὶ οὕτως εἷς Θεὸς ἐν τῇ Ἐκκλη‐ σίᾳ κηρύττεται, «ὁ ἐπὶ πάντων, καὶ διὰ πάντων, καὶ ἐν πᾶσιν.» «Ἐπὶ πάντων» μὲν ὡς Πατὴρ, ὡς ἀρχὴ, καὶ πηγή· «διὰ πάντων» δὲ διὰ τοῦ Λόγου· «ἐν</w:t>
      </w:r>
    </w:p>
    <w:p>
      <w:r>
        <w:rPr>
          <w:rFonts w:ascii="Courier New" w:hAnsi="Courier New"/>
          <w:color w:val="555555"/>
          <w:sz w:val="20"/>
        </w:rPr>
        <w:t>[15]</w:t>
      </w:r>
    </w:p>
    <w:p>
      <w:r>
        <w:rPr>
          <w:rFonts w:ascii="Gentium Plus" w:hAnsi="Gentium Plus"/>
          <w:sz w:val="24"/>
        </w:rPr>
        <w:t>πᾶσι» δὲ ἐν τῷ Πνεύματι τῷ ἁγίῳ. Τριὰς δέ ἐστιν οὐχ ἕως ὀνόματος μόνον καὶ φαντασίας λέξεως, ἀλλὰ ἀληθείᾳ καὶ ὑπάρξει Τριάς. Ὥσπερ γὰρ ὁ ὤ ἐστιν ὁ Πατὴρ, οὕτως ὁ ὤν ἐστι καὶ ἐπὶ πάντων Θεὸς ὁ τούτου Λόγος. Καὶ τὸ Πνεῦμα τὸ ἅγιον οὐκ</w:t>
      </w:r>
    </w:p>
    <w:p>
      <w:r>
        <w:rPr>
          <w:rFonts w:ascii="Courier New" w:hAnsi="Courier New"/>
          <w:color w:val="555555"/>
          <w:sz w:val="20"/>
        </w:rPr>
        <w:t>[20]</w:t>
      </w:r>
    </w:p>
    <w:p>
      <w:r>
        <w:rPr>
          <w:rFonts w:ascii="Gentium Plus" w:hAnsi="Gentium Plus"/>
          <w:sz w:val="24"/>
        </w:rPr>
        <w:t>ἀνύπαρκτόν ἐστιν, ἀλλ’ ὑπάρχει καὶ ὑφέστηκεν ἀλη‐ θῶς. Καὶ οὔτε ἔλαττον τούτων φρονεῖ ἡ καθο‐ λικὴ Ἐκκλησία, ἵνα μὴ εἰς τοὺς νῦν κατὰ Καϊάφαν Ἰουδαίους καὶ εἰς Σαβέλλιον ἐμπέσῃ· οὔτε πλεῖον ἐπινοεῖ, ἵνα μὴ εἰς τὴν Ἑλλήνων πολυθεότητα κυ‐</w:t>
      </w:r>
    </w:p>
    <w:p>
      <w:r>
        <w:rPr>
          <w:rFonts w:ascii="Courier New" w:hAnsi="Courier New"/>
          <w:color w:val="555555"/>
          <w:sz w:val="20"/>
        </w:rPr>
        <w:t>[25]</w:t>
      </w:r>
    </w:p>
    <w:p>
      <w:r>
        <w:rPr>
          <w:rFonts w:ascii="Gentium Plus" w:hAnsi="Gentium Plus"/>
          <w:sz w:val="24"/>
        </w:rPr>
        <w:t>λισθῇ. Καὶ ὅτι αὕτη ἡ πίστις τῆς Ἐκκλησίας ἐστὶ, μαθέτωσαν πῶς ὁ μὲν Κύριος ἀποστέλλων τοὺς ἀπο‐ στόλους παρήγγειλε τοῦτον θεμέλιον τιθέναι τῇ Ἐκ‐ κλησίᾳ λέγων· «Πορευθέντες μαθητεύσατε πάντα τὰ ἔθνη, βαπτίζοντες αὐτοὺς εἰς τὸ ὄνομα τοῦ Πα‐</w:t>
      </w:r>
    </w:p>
    <w:p>
      <w:r>
        <w:rPr>
          <w:rFonts w:ascii="Courier New" w:hAnsi="Courier New"/>
          <w:color w:val="555555"/>
          <w:sz w:val="20"/>
        </w:rPr>
        <w:t>[30]</w:t>
      </w:r>
    </w:p>
    <w:p>
      <w:r>
        <w:rPr>
          <w:rFonts w:ascii="Gentium Plus" w:hAnsi="Gentium Plus"/>
          <w:sz w:val="24"/>
        </w:rPr>
        <w:t>τρὸς καὶ τοῦ Υἱοῦ καὶ τοῦ ἁγίου Πνεύματος.» Οἱ δὲ ἀπόστολοι, πορευθέντες, οὕτως ἐδίδαξαν· καὶ τοῦτό ἐστιν εἰς πᾶσαν τὴν ὑπ’ οὐρανὸν Ἐκκλησίαν τὸ κήρυγμα. Οὐκοῦν τοῦτον ἐχούσης τῆς Ἐκκλησίας τὸν</w:t>
      </w:r>
    </w:p>
    <w:p>
      <w:r>
        <w:rPr>
          <w:rFonts w:ascii="Courier New" w:hAnsi="Courier New"/>
          <w:color w:val="555555"/>
          <w:sz w:val="20"/>
        </w:rPr>
        <w:t>[35]</w:t>
      </w:r>
    </w:p>
    <w:p>
      <w:r>
        <w:rPr>
          <w:rFonts w:ascii="Gentium Plus" w:hAnsi="Gentium Plus"/>
          <w:sz w:val="24"/>
        </w:rPr>
        <w:t>θεμέλιον τῆς πίστεως, εἰπάτωσαν πάλιν ἡμῖν ἐκεῖνοι καὶ ἀποκρινάσθωσαν· Τριάς ἐστιν, ἢ δυάς; Εἰ μὲν οὖν δυάς ἐστι, συναριθμείσθω παρ’ ὑμῶν τοῖς κτίσμασι τὸ Πνεῦμα. Οὐκ ἔστι μὲν τὸ τοιοῦτον ὑμῶν φρόνημα εἰς ἕνα Θεὸν, τὸν «ἐπὶ πάντων,» καὶ «διὰ</w:t>
      </w:r>
    </w:p>
    <w:p>
      <w:r>
        <w:rPr>
          <w:rFonts w:ascii="Courier New" w:hAnsi="Courier New"/>
          <w:color w:val="555555"/>
          <w:sz w:val="20"/>
        </w:rPr>
        <w:t>[40]</w:t>
      </w:r>
    </w:p>
    <w:p>
      <w:r>
        <w:rPr>
          <w:rFonts w:ascii="Gentium Plus" w:hAnsi="Gentium Plus"/>
          <w:sz w:val="24"/>
        </w:rPr>
        <w:t>πάντων,» καὶ «ἐν πᾶσι.» Τὸ γὰρ, «ἐν πᾶσιν,» οὐκ ἔχετε, διαιροῦντες καὶ ἀποξενοῦντες ἀπὸ τῆς θεότητος τὸ Πνεῦμα· καὶ ἡ τελείωσις δὲ ὑμῶν, ἣν νομίζετε ποιεῖν, οὕτω φρονοῦντες, οὐκ ἔστιν ὁλόκλη‐</w:t>
      </w:r>
    </w:p>
    <w:p>
      <w:r>
        <w:rPr>
          <w:rFonts w:ascii="Courier New" w:hAnsi="Courier New"/>
          <w:color w:val="555555"/>
          <w:sz w:val="20"/>
        </w:rPr>
        <w:t>[26 . 597]</w:t>
      </w:r>
    </w:p>
    <w:p>
      <w:r>
        <w:rPr>
          <w:rFonts w:ascii="Gentium Plus" w:hAnsi="Gentium Plus"/>
          <w:sz w:val="24"/>
        </w:rPr>
        <w:t>τῃ κτίσμα· καὶ θεολογεῖτε καὶ ὑμεῖς, ὡς οἱ Ἀρειανοὶ καὶ Ἕλληνες, τὴν κτίσιν μετὰ τοῦ κτί‐ σαντος αὐτὴν Θεοῦ διὰ τοῦ ἰδίου Λόγου. Οὕτω δὲ δια‐ κείμενοι, ποίας ἐλπίδος ἐστέ; Ἢ τίς ὑμᾶς συνάψει</w:t>
      </w:r>
    </w:p>
    <w:p>
      <w:r>
        <w:rPr>
          <w:rFonts w:ascii="Courier New" w:hAnsi="Courier New"/>
          <w:color w:val="555555"/>
          <w:sz w:val="20"/>
        </w:rPr>
        <w:t>[5]</w:t>
      </w:r>
    </w:p>
    <w:p>
      <w:r>
        <w:rPr>
          <w:rFonts w:ascii="Gentium Plus" w:hAnsi="Gentium Plus"/>
          <w:sz w:val="24"/>
        </w:rPr>
        <w:t>τῷ Θεῷ, μὴ ἔχοντας τὸ Πνεῦμα αὐτοῦ τοῦ Θεοῦ, ἀλλὰ τὸ τῆς κτίσεως; Ποία δὲ ὑμῶν τόλμα καὶ ἀπροσεξία, ὅτι τὸν Πατέρα καὶ τὸν τούτου Λόγον εἰς τὰ κτίσματα κατάγετε, καὶ πάλιν τὸ κτίσμα συνεξισοῦτε τῷ Θεῷ; Τοῦτο γὰρ ποιεῖτε φανταζόμε‐</w:t>
      </w:r>
    </w:p>
    <w:p>
      <w:r>
        <w:rPr>
          <w:rFonts w:ascii="Courier New" w:hAnsi="Courier New"/>
          <w:color w:val="555555"/>
          <w:sz w:val="20"/>
        </w:rPr>
        <w:t>[10]</w:t>
      </w:r>
    </w:p>
    <w:p>
      <w:r>
        <w:rPr>
          <w:rFonts w:ascii="Gentium Plus" w:hAnsi="Gentium Plus"/>
          <w:sz w:val="24"/>
        </w:rPr>
        <w:t>νοι περὶ τοῦ Πνεύματος ὡς κτίσματος, καὶ συντάσ‐ σοντες αὐτὸ εἰς Τριάδα. Τί δὲ καὶ τὸ μανιῶδες ὑμῶν, ὥστε φρονεῖν ἀδικίαν κατὰ τοῦ Θεοῦ, ὅτι μὴ πάντες ἄγγελοι, ἢ πάντα τὰ κτίσματα, ἀλλ’ εἷς ἐκ τούτων συναριθμεῖται τῷ Θεῷ καὶ τῷ Λόγῳ αὐτοῦ; Ἔδει γὰρ</w:t>
      </w:r>
    </w:p>
    <w:p>
      <w:r>
        <w:rPr>
          <w:rFonts w:ascii="Courier New" w:hAnsi="Courier New"/>
          <w:color w:val="555555"/>
          <w:sz w:val="20"/>
        </w:rPr>
        <w:t>[15]</w:t>
      </w:r>
    </w:p>
    <w:p>
      <w:r>
        <w:rPr>
          <w:rFonts w:ascii="Gentium Plus" w:hAnsi="Gentium Plus"/>
          <w:sz w:val="24"/>
        </w:rPr>
        <w:t>καθ’ ὑμᾶς, ἅπαξ ἀγγέλου καὶ κτίσματος ὄντος τοῦ Πνεύματος, καὶ συντασσομένου εἰς Τριάδα, μὴ ἕνα, ἀλλὰ καὶ πάντας τοὺς κτισθέντας ἀγγέλους συν‐ τάσσεσθαι ταύτῃ· καὶ μηκέτι Τριάδα, ἀλλὰ πληθύν τινα θεότητος ἀναρίθμητον εἶναι· ἵνα καὶ ἡ ἐν τούτῳ</w:t>
      </w:r>
    </w:p>
    <w:p>
      <w:r>
        <w:rPr>
          <w:rFonts w:ascii="Courier New" w:hAnsi="Courier New"/>
          <w:color w:val="555555"/>
          <w:sz w:val="20"/>
        </w:rPr>
        <w:t>[20]</w:t>
      </w:r>
    </w:p>
    <w:p>
      <w:r>
        <w:rPr>
          <w:rFonts w:ascii="Gentium Plus" w:hAnsi="Gentium Plus"/>
          <w:sz w:val="24"/>
        </w:rPr>
        <w:t>πάλιν δοκοῦσα τελείωσις ὑμῶν γίνεσθαι, διαιρουμένη ὧδε κἀκεῖσε, ἀβέβαιος τῇ ποικιλίᾳ γένηται. Τοιαῦτα γὰρ τὰ τέλη ὑμῶν τε καὶ τῶν Ἀρειανῶν λογι‐ ζομένων κατὰ τῆς θεότητος, καὶ τῇ κτίσει λατρευόν‐ των παρὰ τὸν κτίσαντα τὰ πάντα Θεόν.</w:t>
      </w:r>
    </w:p>
    <w:p>
      <w:r>
        <w:rPr>
          <w:rFonts w:ascii="Courier New" w:hAnsi="Courier New"/>
          <w:color w:val="555555"/>
          <w:sz w:val="20"/>
        </w:rPr>
        <w:t>[26]</w:t>
      </w:r>
    </w:p>
    <w:p>
      <w:r>
        <w:rPr>
          <w:rFonts w:ascii="Gentium Plus" w:hAnsi="Gentium Plus"/>
          <w:sz w:val="24"/>
        </w:rPr>
        <w:t>Τοιαῦτα μὲν οὖν ὑμῖν ἄτοπα ἐκ τοῦ δυάδα λέγειν ἀπαντᾷ. Εἰ δὲ Τριάς ἐστιν, ὥσπερ οὖν καὶ ἔστι, δέδεικται δὲ ἀδιαίρετος οὖσα καὶ οὐκ ἀνόμοιος· ἀνάγκη μίαν ταύτης εἶναι τὴν ἁγιότητα, καὶ μίαν</w:t>
      </w:r>
    </w:p>
    <w:p>
      <w:r>
        <w:rPr>
          <w:rFonts w:ascii="Courier New" w:hAnsi="Courier New"/>
          <w:color w:val="555555"/>
          <w:sz w:val="20"/>
        </w:rPr>
        <w:t>[30]</w:t>
      </w:r>
    </w:p>
    <w:p>
      <w:r>
        <w:rPr>
          <w:rFonts w:ascii="Gentium Plus" w:hAnsi="Gentium Plus"/>
          <w:sz w:val="24"/>
        </w:rPr>
        <w:t>ταύτης τὴν ἀϊδιότητα, καὶ τὴν τῆς ἀτρεψίας φύσιν. Ὥσπερ γὰρ ἡ ὡς αὐτὴν παραδεδομένη πίστις μία ἐστὶ, καὶ αὕτη συνάπτει τῷ Θεῷ, ὁ δὲ ὑπεξαιρού‐ μενός τι τῆς Τριάδος, καὶ ἐν μόνῳ τῷ τοῦ Πατρὸς ὀνόματι βαπτιζόμενος, ἢ ἐν μόνῳ τῷ ὀνόματι τοῦ</w:t>
      </w:r>
    </w:p>
    <w:p>
      <w:r>
        <w:rPr>
          <w:rFonts w:ascii="Courier New" w:hAnsi="Courier New"/>
          <w:color w:val="555555"/>
          <w:sz w:val="20"/>
        </w:rPr>
        <w:t>[35]</w:t>
      </w:r>
    </w:p>
    <w:p>
      <w:r>
        <w:rPr>
          <w:rFonts w:ascii="Gentium Plus" w:hAnsi="Gentium Plus"/>
          <w:sz w:val="24"/>
        </w:rPr>
        <w:t>Υἱοῦ, ἢ χωρίς γε τοῦ Πνεύματος ἐν Πατρὶ καὶ Υἱῷ, οὐδὲν λαμβάνει, ἀλλὰ κενὸς καὶ ἀτελὴς αὐτός τε καὶ ὁ δοκῶν διδόναι διαμένει· ἐν τῇ Τριάδι γὰρ ἡ τελείωσίς ἐστιν· οὕτως ὁ διαιρῶν τὸν Υἱὸν ἀπὸ τοῦ Πατρὸς, ἢ τὸ Πνεῦμα κατάγων εἰς τὰ κτίσματα, οὔτε</w:t>
      </w:r>
    </w:p>
    <w:p>
      <w:r>
        <w:rPr>
          <w:rFonts w:ascii="Courier New" w:hAnsi="Courier New"/>
          <w:color w:val="555555"/>
          <w:sz w:val="20"/>
        </w:rPr>
        <w:t>[40]</w:t>
      </w:r>
    </w:p>
    <w:p>
      <w:r>
        <w:rPr>
          <w:rFonts w:ascii="Gentium Plus" w:hAnsi="Gentium Plus"/>
          <w:sz w:val="24"/>
        </w:rPr>
        <w:t>τὸν Υἱὸν ἔχει οὔτε τὸν Πατέρα, ἀλλ’ ἔστιν ἄθεος καὶ ἀπίστου χείρων, καὶ πάντα μᾶλλον ἢ Χριστιανός· καὶ δικαίως γε. Καθάπερ γὰρ ἕν ἐστι τὸ βάπτισμα ἐν Πατρὶ καὶ Υἱῷ καὶ ἁγίῳ Πνεύματι διδόμενον, καὶ</w:t>
      </w:r>
    </w:p>
    <w:p>
      <w:r>
        <w:rPr>
          <w:rFonts w:ascii="Courier New" w:hAnsi="Courier New"/>
          <w:color w:val="555555"/>
          <w:sz w:val="20"/>
        </w:rPr>
        <w:t>[26 . 600]</w:t>
      </w:r>
    </w:p>
    <w:p>
      <w:r>
        <w:rPr>
          <w:rFonts w:ascii="Gentium Plus" w:hAnsi="Gentium Plus"/>
          <w:sz w:val="24"/>
        </w:rPr>
        <w:t>οὕτως ἡ ἁγία Τριὰς, ἡ αὐτὴ οὖσα ἑαυτῇ, καὶ ἡνωμένη πρὸς ἑαυτὴν, οὐδὲν ἔχει ἐν ἑαυτῇ τῶν γενη‐ τῶν· καὶ αὕτη τῆς Τριάδος ἡ ἀδιαίρετος ἑνότης, καὶ μία ἡ εἰς ταύτην πίστις ἐστίν. Εἰ δὲ κατὰ τὴν</w:t>
      </w:r>
    </w:p>
    <w:p>
      <w:r>
        <w:rPr>
          <w:rFonts w:ascii="Courier New" w:hAnsi="Courier New"/>
          <w:color w:val="555555"/>
          <w:sz w:val="20"/>
        </w:rPr>
        <w:t>[5]</w:t>
      </w:r>
    </w:p>
    <w:p>
      <w:r>
        <w:rPr>
          <w:rFonts w:ascii="Gentium Plus" w:hAnsi="Gentium Plus"/>
          <w:sz w:val="24"/>
        </w:rPr>
        <w:t>ὑμῶν τῶν Τροπικῶν ἐπεξεύρεσιν οὐχ οὕτως ἐστὶν, ἀλλ’ ἐνυπνιάσθητε κτίσμα λέγειν τὸ Πνεῦμα τὸ ἅγιον· οὐκέτι μία πίστις ἐστὶν ὑμῶν, οὐδὲ ἓν βά‐ πτισμα, ἀλλὰ δύο· ἓν μὲν εἰς Πατέρα καὶ Υἱόν· ἕτε‐ ρον δὲ εἰς ἄγγελον κτίσμα ὄντα· καὶ οὐδὲν λοιπὸν</w:t>
      </w:r>
    </w:p>
    <w:p>
      <w:r>
        <w:rPr>
          <w:rFonts w:ascii="Courier New" w:hAnsi="Courier New"/>
          <w:color w:val="555555"/>
          <w:sz w:val="20"/>
        </w:rPr>
        <w:t>[10]</w:t>
      </w:r>
    </w:p>
    <w:p>
      <w:r>
        <w:rPr>
          <w:rFonts w:ascii="Gentium Plus" w:hAnsi="Gentium Plus"/>
          <w:sz w:val="24"/>
        </w:rPr>
        <w:t>ὑμῶν ἀσφαλὲς οὐδὲ ἀληθές. Ποία γὰρ κοινωνία γε‐ νητῷ καὶ δημιουργῷ; Ἢ ποία ἑνότης τοῖς κάτω κτίσμασι καὶ τῷ ταῦτα δημιουργήσαντι Λόγῳ; Τοῦτο εἰδὼς ὁ μακάριος Παῦλος, οὐ διαιρεῖ τὴν Τριάδα, ὥσπερ ὑμεῖς, ἀλλὰ τὴν ἑνότητα ταύτης δι‐</w:t>
      </w:r>
    </w:p>
    <w:p>
      <w:r>
        <w:rPr>
          <w:rFonts w:ascii="Courier New" w:hAnsi="Courier New"/>
          <w:color w:val="555555"/>
          <w:sz w:val="20"/>
        </w:rPr>
        <w:t>[15]</w:t>
      </w:r>
    </w:p>
    <w:p>
      <w:r>
        <w:rPr>
          <w:rFonts w:ascii="Gentium Plus" w:hAnsi="Gentium Plus"/>
          <w:sz w:val="24"/>
        </w:rPr>
        <w:t>δάσκων ἔγραψε Κορινθίοις περὶ τῶν πνευματικῶν, καὶ τὰ πάντα εἰς ἕνα Θεὸν τὸν Πατέρα ἀνακεφαλαιοῖ λέγων· «Διαιρέσεις δὲ χαρισμάτων εἰσὶ, τὸ δὲ αὐτὸ Πνεῦμα· καὶ διαιρέσεις διακονιῶν εἰσιν, ὁ δὲ αὐτὸς Κύριος· καὶ διαιρέσεις ἐνεργημάτων εἰσὶν, ὁ δὲ</w:t>
      </w:r>
    </w:p>
    <w:p>
      <w:r>
        <w:rPr>
          <w:rFonts w:ascii="Courier New" w:hAnsi="Courier New"/>
          <w:color w:val="555555"/>
          <w:sz w:val="20"/>
        </w:rPr>
        <w:t>[20]</w:t>
      </w:r>
    </w:p>
    <w:p>
      <w:r>
        <w:rPr>
          <w:rFonts w:ascii="Gentium Plus" w:hAnsi="Gentium Plus"/>
          <w:sz w:val="24"/>
        </w:rPr>
        <w:t>αὐτὸς Θεὸς ὁ ἐνεργῶν τὰ πάντα ἐν πᾶσιν.» Ἃ γὰρ τὸ Πνεῦμα ἑκάστῳ διαιρεῖ, ταῦτα παρὰ τοῦ Πατρὸς διὰ τοῦ Λόγου χορηγεῖται. Πάντα γὰρ τὰ τοῦ Πα‐ τρὸς, τοῦ Υἱοῦ ἐστι· διὸ καὶ τὰ παρὰ τοῦ Υἱοῦ ἐν Πνεύματι διδόμενα τοῦ Πατρός ἐστι χαρίσματα. Καὶ</w:t>
      </w:r>
    </w:p>
    <w:p>
      <w:r>
        <w:rPr>
          <w:rFonts w:ascii="Courier New" w:hAnsi="Courier New"/>
          <w:color w:val="555555"/>
          <w:sz w:val="20"/>
        </w:rPr>
        <w:t>[25]</w:t>
      </w:r>
    </w:p>
    <w:p>
      <w:r>
        <w:rPr>
          <w:rFonts w:ascii="Gentium Plus" w:hAnsi="Gentium Plus"/>
          <w:sz w:val="24"/>
        </w:rPr>
        <w:t>τοῦ Πνεύματος δὲ ὄντος ἐν ἡμῖν, καὶ ὁ Λόγος ὁ τοῦτο διδούς ἐστιν ἐν ἡμῖν, καὶ ἐν τῷ Λόγῳ ἐστὶν ὁ Πατήρ· καὶ οὕτως ἐστὶ τὸ, «Ἐλευσόμεθα ἐγὼ καὶ ὁ Πατὴρ, καὶ μονὴν παρ’ αὐτῷ ποιήσομεν,» καθάπερ εἴρηται. Ἔνθα γὰρ τὸ φῶς, ἐκεῖ καὶ τὸ ἀπαύ‐</w:t>
      </w:r>
    </w:p>
    <w:p>
      <w:r>
        <w:rPr>
          <w:rFonts w:ascii="Courier New" w:hAnsi="Courier New"/>
          <w:color w:val="555555"/>
          <w:sz w:val="20"/>
        </w:rPr>
        <w:t>[30]</w:t>
      </w:r>
    </w:p>
    <w:p>
      <w:r>
        <w:rPr>
          <w:rFonts w:ascii="Gentium Plus" w:hAnsi="Gentium Plus"/>
          <w:sz w:val="24"/>
        </w:rPr>
        <w:t>γασμα· καὶ ἔνθα τὸ ἀπαύγασμα, ἐκεῖ καὶ ἡ τούτου ἐνέργεια καὶ αὐγοειδὴς χάρις. Καὶ τοῦτο πάλιν δι‐ δάσκων ὁ Παῦλος ἔγραφεν αὖθις Κορινθίοις καὶ ἐν τῇ δευτέρᾳ Ἐπιστολῇ λέγων· «Ἡ χάρις τοῦ Κυ‐ ρίου ἡμῶν Ἰησοῦ Χριστοῦ, καὶ ἡ ἀγάπη τοῦ Θεοῦ,</w:t>
      </w:r>
    </w:p>
    <w:p>
      <w:r>
        <w:rPr>
          <w:rFonts w:ascii="Courier New" w:hAnsi="Courier New"/>
          <w:color w:val="555555"/>
          <w:sz w:val="20"/>
        </w:rPr>
        <w:t>[35]</w:t>
      </w:r>
    </w:p>
    <w:p>
      <w:r>
        <w:rPr>
          <w:rFonts w:ascii="Gentium Plus" w:hAnsi="Gentium Plus"/>
          <w:sz w:val="24"/>
        </w:rPr>
        <w:t>καὶ ἡ κοινωνία τοῦ ἁγίου Πνεύματος, μετὰ πάντων ὑμῶν.» Ἡ γὰρ διδομένη χάρις καὶ δωρεὰ ἐν Τριάδι δίδοται παρὰ τοῦ Πατρὸς δι’ Υἱοῦ ἐν Πνεύματι ἁγίῳ. Ὥσπερ γὰρ ἐκ τοῦ Πατρός ἐστι δι’ Υἱοῦ ἡ δι‐ δομένη χάρις, οὕτως οὐκ ἂν γένοιτο κοινωνία τῆς</w:t>
      </w:r>
    </w:p>
    <w:p>
      <w:r>
        <w:rPr>
          <w:rFonts w:ascii="Courier New" w:hAnsi="Courier New"/>
          <w:color w:val="555555"/>
          <w:sz w:val="20"/>
        </w:rPr>
        <w:t>[40]</w:t>
      </w:r>
    </w:p>
    <w:p>
      <w:r>
        <w:rPr>
          <w:rFonts w:ascii="Gentium Plus" w:hAnsi="Gentium Plus"/>
          <w:sz w:val="24"/>
        </w:rPr>
        <w:t>δόσεως ἐν ἡμῖν, εἰ μὴ ἐν τῷ Πνεύματι τῷ ἁγίῳ. Τούτου γὰρ μετέχοντες, ἔχομεν τοῦ Πατρὸς τὴν ἀγάπην, καὶ τοῦ Υἱοῦ τὴν χάριν, καὶ αὐτοῦ τοῦ Πνεύματος τὴν κοινωνίαν. Μία ἄρα καὶ ἐκ τούτων ἡ τῆς Τριάδος ἐνέρ‐</w:t>
      </w:r>
    </w:p>
    <w:p>
      <w:r>
        <w:rPr>
          <w:rFonts w:ascii="Courier New" w:hAnsi="Courier New"/>
          <w:color w:val="555555"/>
          <w:sz w:val="20"/>
        </w:rPr>
        <w:t>[45]</w:t>
      </w:r>
    </w:p>
    <w:p>
      <w:r>
        <w:rPr>
          <w:rFonts w:ascii="Gentium Plus" w:hAnsi="Gentium Plus"/>
          <w:sz w:val="24"/>
        </w:rPr>
        <w:t>γεια δείκνυται. Οὐ γὰρ ὡς παρ’ ἑκάστου διάφορα καὶ</w:t>
      </w:r>
    </w:p>
    <w:p>
      <w:r>
        <w:rPr>
          <w:rFonts w:ascii="Courier New" w:hAnsi="Courier New"/>
          <w:color w:val="555555"/>
          <w:sz w:val="20"/>
        </w:rPr>
        <w:t>[26 . 601]</w:t>
      </w:r>
    </w:p>
    <w:p>
      <w:r>
        <w:rPr>
          <w:rFonts w:ascii="Gentium Plus" w:hAnsi="Gentium Plus"/>
          <w:sz w:val="24"/>
        </w:rPr>
        <w:t>ὅτι τὰ διδόμενα ἐν Τριάδι δίδοται, καὶ τὰ πάντα ἐξ ἑνὸς Θεοῦ ἐστι. Τὸ τοίνυν μὴ ὂν κτίσμα, ἀλλ’ ἡνω‐ μένον τῷ Υἱῷ, ὡς ὁ Υἱὸς ἥνωται τῷ Πατρὶ, τὸ συν‐ δοξαζόμενον Πατρὶ καὶ Υἱῷ, καὶ θεολογούμενον μετὰ</w:t>
      </w:r>
    </w:p>
    <w:p>
      <w:r>
        <w:rPr>
          <w:rFonts w:ascii="Courier New" w:hAnsi="Courier New"/>
          <w:color w:val="555555"/>
          <w:sz w:val="20"/>
        </w:rPr>
        <w:t>[5]</w:t>
      </w:r>
    </w:p>
    <w:p>
      <w:r>
        <w:rPr>
          <w:rFonts w:ascii="Gentium Plus" w:hAnsi="Gentium Plus"/>
          <w:sz w:val="24"/>
        </w:rPr>
        <w:t>τοῦ Λόγου, ἐνεργοῦν τε ἅπερ ὁ Πατὴρ διὰ τοῦ Υἱοῦ ἐργάζεται, πῶς ὁ λέγων κτίσμα οὐκ ἄντικρυς εἰς αὐ‐ τὸν τὸν Υἱὸν ἀσεβεῖ; Οὐδὲν γάρ ἐστιν ὃ μὴ διὰ τοῦ Λόγου ἐν τῷ Πνεύματι γίνεται καὶ ἐνεργεῖται. Τοῦτο καὶ ἐν Ψαλμοῖς ᾄδεται· «Τῷ Λόγῳ Κυρίου οἱ οὐρα‐</w:t>
      </w:r>
    </w:p>
    <w:p>
      <w:r>
        <w:rPr>
          <w:rFonts w:ascii="Courier New" w:hAnsi="Courier New"/>
          <w:color w:val="555555"/>
          <w:sz w:val="20"/>
        </w:rPr>
        <w:t>[10]</w:t>
      </w:r>
    </w:p>
    <w:p>
      <w:r>
        <w:rPr>
          <w:rFonts w:ascii="Gentium Plus" w:hAnsi="Gentium Plus"/>
          <w:sz w:val="24"/>
        </w:rPr>
        <w:t>νοὶ ἐστερεώθησαν, καὶ τῷ Πνεύματι τοῦ στόματος αὐτοῦ πᾶσα ἡ δύναμις αὐτῶν·» καὶ ἐν τῷ ἑκατοστῷ τεσσαρακοστῷ ἑβδόμῳ ψαλμῷ· «Ἀποστελεῖ τὸν Λόγον αὐτοῦ, καὶ τήξει αὐτά· πνεύσει τὸ Πνεῦμα αὐτοῦ, καὶ ῥυήσεται ὕδατα.» Καὶ ἐδικαιώθημεν δὲ,</w:t>
      </w:r>
    </w:p>
    <w:p>
      <w:r>
        <w:rPr>
          <w:rFonts w:ascii="Courier New" w:hAnsi="Courier New"/>
          <w:color w:val="555555"/>
          <w:sz w:val="20"/>
        </w:rPr>
        <w:t>[15]</w:t>
      </w:r>
    </w:p>
    <w:p>
      <w:r>
        <w:rPr>
          <w:rFonts w:ascii="Gentium Plus" w:hAnsi="Gentium Plus"/>
          <w:sz w:val="24"/>
        </w:rPr>
        <w:t>ὡς εἶπεν ὁ Ἀπόστολος, «ἐν τῷ ὀνόματι τοῦ Κυρίου ἡμῶν Ἰησοῦ Χριστοῦ, καὶ ἐν τῷ Πνεύματι τοῦ Θεοῦ ἡμῶν.» Ἀδιαίρετον γάρ ἐστι τοῦ Λόγου τὸ Πνεῦμα. Ἀμέλει λέγοντος τοῦ Κυρίου, «Ἐλευσόμεθα ἐγὼ καὶ ὁ Πατὴρ,» συνεισέρχεται τὸ Πνεῦμα οὐκ</w:t>
      </w:r>
    </w:p>
    <w:p>
      <w:r>
        <w:rPr>
          <w:rFonts w:ascii="Courier New" w:hAnsi="Courier New"/>
          <w:color w:val="555555"/>
          <w:sz w:val="20"/>
        </w:rPr>
        <w:t>[20]</w:t>
      </w:r>
    </w:p>
    <w:p>
      <w:r>
        <w:rPr>
          <w:rFonts w:ascii="Gentium Plus" w:hAnsi="Gentium Plus"/>
          <w:sz w:val="24"/>
        </w:rPr>
        <w:t>ἄλλως ἢ ὡς ὁ Υἱὸς ἐν ἡμῖν οἰκήσων, γράφοντος Ἐφεσίοις τοῦ Παύλου· «Ἵνα δῴη ὑμῖν κατὰ τὸν πλοῦτον τῆς δόξης αὐτοῦ, δυνάμει κραταιωθῆναι διὰ τοῦ Πνεύματος αὐτοῦ εἰς τὸν ἔσω ἄνθρωπον, κατοι‐ κῆσαι τὸν Χριστόν.» Τοῦ δὲ Υἱοῦ ἐν ἡμῖν ὄντος, ἔτι</w:t>
      </w:r>
    </w:p>
    <w:p>
      <w:r>
        <w:rPr>
          <w:rFonts w:ascii="Courier New" w:hAnsi="Courier New"/>
          <w:color w:val="555555"/>
          <w:sz w:val="20"/>
        </w:rPr>
        <w:t>[25]</w:t>
      </w:r>
    </w:p>
    <w:p>
      <w:r>
        <w:rPr>
          <w:rFonts w:ascii="Gentium Plus" w:hAnsi="Gentium Plus"/>
          <w:sz w:val="24"/>
        </w:rPr>
        <w:t>καὶ ὁ Πατὴρ, λέγοντος τοῦ Υἱοῦ· «Ἐγὼ ἐν τῷ Πα‐ τρὶ, καὶ ὁ Πατὴρ ἐν ἐμοί.» Διὸ καὶ, γινομένου τοῦ Λόγου ἐν τοῖς προφήταις, ἐν αὐτῷ τῷ Πνεύματι τῷ ἁγίῳ προφητεύουσι. Τῆς γοῦν Γραφῆς λεγούσης, «Καὶ ἐγένετο Λόγος Κυρίου» πρὸς τόνδε τὸν</w:t>
      </w:r>
    </w:p>
    <w:p>
      <w:r>
        <w:rPr>
          <w:rFonts w:ascii="Courier New" w:hAnsi="Courier New"/>
          <w:color w:val="555555"/>
          <w:sz w:val="20"/>
        </w:rPr>
        <w:t>[30]</w:t>
      </w:r>
    </w:p>
    <w:p>
      <w:r>
        <w:rPr>
          <w:rFonts w:ascii="Gentium Plus" w:hAnsi="Gentium Plus"/>
          <w:sz w:val="24"/>
        </w:rPr>
        <w:t>προφήτην, δείκνυται προφητεύων ἐν τῷ Πνεύματι τῷ ἁγίῳ. Ἐν μὲν γὰρ τῷ Ζαχαρίᾳ γέγραπται· «Πλὴν τοὺς λόγους μου καὶ τὰ νόμιμά μου δέχεσθε, ὅσα ἐγὼ ἐντέλλομαι ἐν Πνεύματί μου τοῖς δούλοις μου τοῖς προφήταις·» ὅτε καὶ μετ’ ὀλίγα αἰτιώμενος τὸν</w:t>
      </w:r>
    </w:p>
    <w:p>
      <w:r>
        <w:rPr>
          <w:rFonts w:ascii="Courier New" w:hAnsi="Courier New"/>
          <w:color w:val="555555"/>
          <w:sz w:val="20"/>
        </w:rPr>
        <w:t>[35]</w:t>
      </w:r>
    </w:p>
    <w:p>
      <w:r>
        <w:rPr>
          <w:rFonts w:ascii="Gentium Plus" w:hAnsi="Gentium Plus"/>
          <w:sz w:val="24"/>
        </w:rPr>
        <w:t>λαὸν ἔλεγε· «Καὶ τὴν καρδίαν αὐτῶν ἔταξαν ἀπειθῆ, τοῦ μὴ εἰσακούειν τοὺς νόμους μου καὶ τοὺς λό‐ γους, οὓς ἐξαπέστειλε Κύριος παντοκράτωρ ἐν Πνεύ‐ ματι αὐτοῦ ἐν χερσὶ τῶν προφητῶν αὐτοῦ τῶν ἔμπροσθεν·» ὁ δὲ Πέτρος ἐν ταῖς Πράξεσιν ἔλεγεν·</w:t>
      </w:r>
    </w:p>
    <w:p>
      <w:r>
        <w:rPr>
          <w:rFonts w:ascii="Courier New" w:hAnsi="Courier New"/>
          <w:color w:val="555555"/>
          <w:sz w:val="20"/>
        </w:rPr>
        <w:t>[40]</w:t>
      </w:r>
    </w:p>
    <w:p>
      <w:r>
        <w:rPr>
          <w:rFonts w:ascii="Gentium Plus" w:hAnsi="Gentium Plus"/>
          <w:sz w:val="24"/>
        </w:rPr>
        <w:t>«Ἄνδρες ἀδελφοὶ, ἔδει πληρωθῆναι τὴν Γραφὴν, ἣν προεῖπε τὸ Πνεῦμα τὸ ἅγιον.» Καὶ κοινῇ δὲ οἱ ἀπό‐ στολοι ἐβόων οὕτως· «Δέσποτα, ὁ ποιήσας τὸν οὐρα‐ νὸν, καὶ τὴν γῆν, καὶ τὴν θάλασσαν, καὶ πάντα τὰ ἐν</w:t>
      </w:r>
    </w:p>
    <w:p>
      <w:r>
        <w:rPr>
          <w:rFonts w:ascii="Courier New" w:hAnsi="Courier New"/>
          <w:color w:val="555555"/>
          <w:sz w:val="20"/>
        </w:rPr>
        <w:t>[26 . 604]</w:t>
      </w:r>
    </w:p>
    <w:p>
      <w:r>
        <w:rPr>
          <w:rFonts w:ascii="Gentium Plus" w:hAnsi="Gentium Plus"/>
          <w:sz w:val="24"/>
        </w:rPr>
        <w:t>ματος Δαβὶδ τοῦ παιδός σου εἰπών.» Καὶ ὁ Παῦ‐ λος, ἐν μὲν τῇ Ῥώμῃ γενόμενος, ἐπαῤῥησιά‐ ζετο τοῖς ἐλθοῦσι πρὸς αὐτὸν Ἰουδαίοις· «Καλῶς τὸ Πνεῦμα τὸ ἅγιον ἐλάλησε διὰ Ἡσαΐου τοῦ προφήτου</w:t>
      </w:r>
    </w:p>
    <w:p>
      <w:r>
        <w:rPr>
          <w:rFonts w:ascii="Courier New" w:hAnsi="Courier New"/>
          <w:color w:val="555555"/>
          <w:sz w:val="20"/>
        </w:rPr>
        <w:t>[5]</w:t>
      </w:r>
    </w:p>
    <w:p>
      <w:r>
        <w:rPr>
          <w:rFonts w:ascii="Gentium Plus" w:hAnsi="Gentium Plus"/>
          <w:sz w:val="24"/>
        </w:rPr>
        <w:t>πρὸς τοὺς πατέρας ὑμῶν.» Τιμοθέῳ δὲ ἔγραφε· «Τὸ δὲ Πνεῦμα ῥητῶς λέγει, ὅτι ἐν ὑστέροις καιροῖς ἀποστήσονταί τινες τῆς ὑγιαινούσης πίστεως, προσ‐ έχοντες πνεύμασι πλάνης.» Διὸ καὶ ὅταν λέγηται ἔν τισι τὸ Πνεῦμα γενέσθαι, νοεῖται ὁ Λόγος ἐν αὐτῷ</w:t>
      </w:r>
    </w:p>
    <w:p>
      <w:r>
        <w:rPr>
          <w:rFonts w:ascii="Courier New" w:hAnsi="Courier New"/>
          <w:color w:val="555555"/>
          <w:sz w:val="20"/>
        </w:rPr>
        <w:t>[10]</w:t>
      </w:r>
    </w:p>
    <w:p>
      <w:r>
        <w:rPr>
          <w:rFonts w:ascii="Gentium Plus" w:hAnsi="Gentium Plus"/>
          <w:sz w:val="24"/>
        </w:rPr>
        <w:t>διδοὺς τὸ Πνεῦμα. Τῆς γοῦν προφητείας πληρουμένης, «Ἐκχεῶ ἀπὸ τοῦ Πνεύματός μου ἐπὶ πᾶσαν σάρκα,» ὁ Παῦλος ἔλεγε· «Κατὰ τὴν ἐπιχορηγίαν τοῦ Πνεύματος Ἰησοῦ Χριστοῦ εἰς ἐμέ·» καὶ πρὸς Κο‐ ρινθίους δὲ ἔγραφεν· «Ἢ δοκιμὴν ζητεῖτε τοῦ ἐν</w:t>
      </w:r>
    </w:p>
    <w:p>
      <w:r>
        <w:rPr>
          <w:rFonts w:ascii="Courier New" w:hAnsi="Courier New"/>
          <w:color w:val="555555"/>
          <w:sz w:val="20"/>
        </w:rPr>
        <w:t>[15]</w:t>
      </w:r>
    </w:p>
    <w:p>
      <w:r>
        <w:rPr>
          <w:rFonts w:ascii="Gentium Plus" w:hAnsi="Gentium Plus"/>
          <w:sz w:val="24"/>
        </w:rPr>
        <w:t>ἐμοὶ λαλοῦντος Χριστοῦ;» Εἰ δὲ Χριστὸς ἦν ὁ λαλῶν ἐν αὐτῷ, δῆλον, ὅτι Χριστοῦ ἦν τὸ Πνεῦμα τὸ λαλοῦν ἐν αὐτῷ· καὶ γὰρ τοῦ Χριστοῦ λαλοῦντος ἐν αὐτῷ ἐν ταῖς Πράξεσιν ἔλεγε πάλιν· «Καὶ νῦν ἰδοὺ δεδεμένος ἐγὼ τῷ Πνεύματι, πορεύομαι εἰς Ἱε‐</w:t>
      </w:r>
    </w:p>
    <w:p>
      <w:r>
        <w:rPr>
          <w:rFonts w:ascii="Courier New" w:hAnsi="Courier New"/>
          <w:color w:val="555555"/>
          <w:sz w:val="20"/>
        </w:rPr>
        <w:t>[20]</w:t>
      </w:r>
    </w:p>
    <w:p>
      <w:r>
        <w:rPr>
          <w:rFonts w:ascii="Gentium Plus" w:hAnsi="Gentium Plus"/>
          <w:sz w:val="24"/>
        </w:rPr>
        <w:t>ρουσαλὴμ, τὰ ἐν αὐτῇ συναντήσοντά μοι μὴ εἰδώς· πλὴν ὅτι τὸ Πνεῦμα τὸ ἅγιον κατὰ πόλιν δια‐ μαρτύρεταί μοι λέγον, ὅτι δεσμὰ καὶ θλίψεις μέ‐ νουσί με.» Ὅθεν, ἐὰν οἱ ἅγιοι λέγωσι· Τάδε λέγει Κύριος, οὐκ ἄλλως ἢ ἐν τῷ Πνεύματι τῷ ἁγίῳ λα‐</w:t>
      </w:r>
    </w:p>
    <w:p>
      <w:r>
        <w:rPr>
          <w:rFonts w:ascii="Courier New" w:hAnsi="Courier New"/>
          <w:color w:val="555555"/>
          <w:sz w:val="20"/>
        </w:rPr>
        <w:t>[25]</w:t>
      </w:r>
    </w:p>
    <w:p>
      <w:r>
        <w:rPr>
          <w:rFonts w:ascii="Gentium Plus" w:hAnsi="Gentium Plus"/>
          <w:sz w:val="24"/>
        </w:rPr>
        <w:t>λοῦσι· καὶ ἐν τῷ Πνεύματι λαλοῦντες, ἐν Χριστῷ ταῦτα λέγουσιν· ἐὰν δὲ καὶ ὁ Ἄγαβος ἐν ταῖς Πράξεσι λέγῃ· «Τάδε λέγει τὸ Πνεῦμα τὸ ἅγιον·» οὐκ ἄλλως ἢ τοῦ Λόγου γενομένου πρὸς αὐτὸν, τὸ Πνεῦμα ἐχορήγει λαλεῖν ἐν αὐτῷ καὶ διαμαρτύ‐</w:t>
      </w:r>
    </w:p>
    <w:p>
      <w:r>
        <w:rPr>
          <w:rFonts w:ascii="Courier New" w:hAnsi="Courier New"/>
          <w:color w:val="555555"/>
          <w:sz w:val="20"/>
        </w:rPr>
        <w:t>[30]</w:t>
      </w:r>
    </w:p>
    <w:p>
      <w:r>
        <w:rPr>
          <w:rFonts w:ascii="Gentium Plus" w:hAnsi="Gentium Plus"/>
          <w:sz w:val="24"/>
        </w:rPr>
        <w:t>ρασθαι τὰ μένοντα τὸν Παῦλον εἰς Ἱερουσαλήμ. Ἀμέλει, τοῦ Πνεύματος πάλιν διαμαρτυρουμένου τῷ</w:t>
      </w:r>
    </w:p>
    <w:p>
      <w:r>
        <w:rPr>
          <w:rFonts w:ascii="Courier New" w:hAnsi="Courier New"/>
          <w:color w:val="555555"/>
          <w:sz w:val="20"/>
        </w:rPr>
        <w:t>[26 . 605]</w:t>
      </w:r>
    </w:p>
    <w:p>
      <w:r>
        <w:rPr>
          <w:rFonts w:ascii="Gentium Plus" w:hAnsi="Gentium Plus"/>
          <w:sz w:val="24"/>
        </w:rPr>
        <w:t>εἶναι τοῦ Λόγου τὴν ἐκ τοῦ Πνεύματος γινομένην διαμαρτυρίαν. Οὕτω καὶ ἐπὶ τὴν ἁγίαν Παρθένον Μαρίαν ἐπιδημοῦντος τοῦ Λόγου, συνεισήρχετο τὸ Πνεῦμα, καὶ Λόγος ἐν τῷ Πνεύματι ἔπλαττε καὶ ἥρ‐</w:t>
      </w:r>
    </w:p>
    <w:p>
      <w:r>
        <w:rPr>
          <w:rFonts w:ascii="Courier New" w:hAnsi="Courier New"/>
          <w:color w:val="555555"/>
          <w:sz w:val="20"/>
        </w:rPr>
        <w:t>[5]</w:t>
      </w:r>
    </w:p>
    <w:p>
      <w:r>
        <w:rPr>
          <w:rFonts w:ascii="Gentium Plus" w:hAnsi="Gentium Plus"/>
          <w:sz w:val="24"/>
        </w:rPr>
        <w:t>μοζεν ἑαυτῷ τὸ σῶμα, συνάψαι θέλων καὶ προσενεγκεῖν δι’ ἑαυτοῦ τὴν κτίσιν τῷ Πατρὶ, καὶ ἀποκαταλ‐ λάξαι τὰ πάντα ἐν αὐτῷ, «εἰρηνοποιήσας τὰ ἐν τοῖς οὐρανοῖς καὶ τὰ ἐπὶ τῆς γῆς.» Συμφώνως ἄρα ἀπὸ τῶν θείων Γραφῶν δείκνυ‐ ται μὴ εἶναι κτίσμα τὸ Πνεῦμα τὸ ἅγιον, ἀλλὰ ἴδιον τοῦ Λόγου καὶ τῆς τοῦ Πατρὸς θεότητος· οὕτω γὰρ</w:t>
      </w:r>
    </w:p>
    <w:p>
      <w:r>
        <w:rPr>
          <w:rFonts w:ascii="Courier New" w:hAnsi="Courier New"/>
          <w:color w:val="555555"/>
          <w:sz w:val="20"/>
        </w:rPr>
        <w:t>[10]</w:t>
      </w:r>
    </w:p>
    <w:p>
      <w:r>
        <w:rPr>
          <w:rFonts w:ascii="Gentium Plus" w:hAnsi="Gentium Plus"/>
          <w:sz w:val="24"/>
        </w:rPr>
        <w:t>τῶν μὲν ἁγίων ἡ διδασκαλία εἰς τὴν ἁγίαν καὶ ἀδιαί‐ ρετον Τριάδα συνάγεται, καὶ μία πίστις αὕτη τῆς καθολικῆς Ἐκκλησίας ἐστί· τῶν δὲ Τροπικῶν ἡ ἀλόγιστος μυθοπλαστία διαφωνεῖ μὲν πρὸς τὰς Γραφὰς, συμφωνεῖ δὲ τῇ τῶν Ἀρειομανιτῶν ἀλογίᾳ·</w:t>
      </w:r>
    </w:p>
    <w:p>
      <w:r>
        <w:rPr>
          <w:rFonts w:ascii="Courier New" w:hAnsi="Courier New"/>
          <w:color w:val="555555"/>
          <w:sz w:val="20"/>
        </w:rPr>
        <w:t>[15]</w:t>
      </w:r>
    </w:p>
    <w:p>
      <w:r>
        <w:rPr>
          <w:rFonts w:ascii="Gentium Plus" w:hAnsi="Gentium Plus"/>
          <w:sz w:val="24"/>
        </w:rPr>
        <w:t>καὶ εἰκὸς αὐτοὺς οὕτως ὑποκρίνασθαι ἀπάτης ἕνεκεν τῶν ἀκεραίων. Ἀλλὰ χάρις τῷ Κυρίῳ, ὅτι, ὡς γράφεις, οὐκ ἔλαθον σκέποντες ἑαυτοὺς τῇ πρὸς τοὺς Ἀρειανοὺς προσποιήτῳ ἀντιλογίᾳ· καὶ γὰρ καὶ παρ’ ἐκείνων ἐμισήθησαν, ὅτι μόνον τὸ Πνεῦμα</w:t>
      </w:r>
    </w:p>
    <w:p>
      <w:r>
        <w:rPr>
          <w:rFonts w:ascii="Courier New" w:hAnsi="Courier New"/>
          <w:color w:val="555555"/>
          <w:sz w:val="20"/>
        </w:rPr>
        <w:t>[20]</w:t>
      </w:r>
    </w:p>
    <w:p>
      <w:r>
        <w:rPr>
          <w:rFonts w:ascii="Gentium Plus" w:hAnsi="Gentium Plus"/>
          <w:sz w:val="24"/>
        </w:rPr>
        <w:t>καὶ οὐχὶ καὶ τὸν Λόγον κτίσμα λέγουσι· καὶ παρὰ πάντων δὲ κατεγνώσθησαν, ὡς τῷ ὄντι πνευματομα‐ χοῦντες, καὶ μετ’ ὀλίγον γινόμενοι νεκροὶ, ἔρη‐ μοι καὶ κενοὶ τοῦ Πνεύματος ὄντες. Κατὰ γὰρ τὸν μακάριον Ἀπόστολον, ψυχικοὶ ἄνθρωποι ὄντες οὐκ</w:t>
      </w:r>
    </w:p>
    <w:p>
      <w:r>
        <w:rPr>
          <w:rFonts w:ascii="Courier New" w:hAnsi="Courier New"/>
          <w:color w:val="555555"/>
          <w:sz w:val="20"/>
        </w:rPr>
        <w:t>[25]</w:t>
      </w:r>
    </w:p>
    <w:p>
      <w:r>
        <w:rPr>
          <w:rFonts w:ascii="Gentium Plus" w:hAnsi="Gentium Plus"/>
          <w:sz w:val="24"/>
        </w:rPr>
        <w:t>ἠδυνήθησαν δέξασθαι τὰ τοῦ Πνεύματος τοῦ Θεοῦ, ὅτι πνευματικῶς ἀνεκρίνοντο· οἱ δὲ τὰ τῆς ἀληθείας φρονοῦντες ἀνακρίνουσι μὲν τὰ πάντα, αὐτοὶ δὲ ὑπ’ οὐδενὸς ἀνακρίνονται, ἔχοντες ἐν ἑαυτοῖς τὸν Κύριον ἀποκαλύπτοντα αὐτοῖς ἐν τῷ Πνεύματι ἑαυτόν τε καὶ</w:t>
      </w:r>
    </w:p>
    <w:p>
      <w:r>
        <w:rPr>
          <w:rFonts w:ascii="Courier New" w:hAnsi="Courier New"/>
          <w:color w:val="555555"/>
          <w:sz w:val="20"/>
        </w:rPr>
        <w:t>[30]</w:t>
      </w:r>
    </w:p>
    <w:p>
      <w:r>
        <w:rPr>
          <w:rFonts w:ascii="Gentium Plus" w:hAnsi="Gentium Plus"/>
          <w:sz w:val="24"/>
        </w:rPr>
        <w:t>δι’ ἑαυτοῦ τὸν Πατέρα.</w:t>
      </w:r>
    </w:p>
    <w:p>
      <w:r>
        <w:rPr>
          <w:rFonts w:ascii="Courier New" w:hAnsi="Courier New"/>
          <w:color w:val="555555"/>
          <w:sz w:val="20"/>
        </w:rPr>
        <w:t>[32]</w:t>
      </w:r>
    </w:p>
    <w:p>
      <w:r>
        <w:rPr>
          <w:rFonts w:ascii="Gentium Plus" w:hAnsi="Gentium Plus"/>
          <w:sz w:val="24"/>
        </w:rPr>
        <w:t>Ἐγὼ μὲν οὖν καίπερ ἐν ἐρήμῳ διάγων, διὰ γοῦν τὴν ἀναίδειαν τῶν ἐκτραπέντων ἀπὸ τῆς ἀλη‐ θείας, οὐ φροντίσας τῶν γελᾷν ἐθελόντων διὰ τὸ ἀσθε‐</w:t>
      </w:r>
    </w:p>
    <w:p>
      <w:r>
        <w:rPr>
          <w:rFonts w:ascii="Courier New" w:hAnsi="Courier New"/>
          <w:color w:val="555555"/>
          <w:sz w:val="20"/>
        </w:rPr>
        <w:t>[35]</w:t>
      </w:r>
    </w:p>
    <w:p>
      <w:r>
        <w:rPr>
          <w:rFonts w:ascii="Gentium Plus" w:hAnsi="Gentium Plus"/>
          <w:sz w:val="24"/>
        </w:rPr>
        <w:t>νὲς καὶ ταπεινὸν τῆς διὰ τῶν λόγων ἀποδείξεως, δι’ ὀλίγων γράψας, ἀπέστειλα τῇ σῇ εὐλαβείᾳ, πολλὰ παρακαλῶν, ἵνα, ἐντυγχάνων τούτοις, τὰ μὲν διορθώσῃ, ἐπὶ δὲ τοῖς ἀσθενῶς εἰρημένοις συγγινώ‐ σκῃς. Κατὰ γὰρ τὴν παραδοθεῖσαν ἡμῖν παρὰ τῶν</w:t>
      </w:r>
    </w:p>
    <w:p>
      <w:r>
        <w:rPr>
          <w:rFonts w:ascii="Courier New" w:hAnsi="Courier New"/>
          <w:color w:val="555555"/>
          <w:sz w:val="20"/>
        </w:rPr>
        <w:t>[40]</w:t>
      </w:r>
    </w:p>
    <w:p>
      <w:r>
        <w:rPr>
          <w:rFonts w:ascii="Gentium Plus" w:hAnsi="Gentium Plus"/>
          <w:sz w:val="24"/>
        </w:rPr>
        <w:t>Πατέρων ἀποστολικὴν πίστιν παρέδωκα, μηδὲν ἔξω‐ θεν ἐπινοήσας, ἀλλ’ ὅπερ ἔμαθον ἐνεχάραξα συμφώνως ταῖς ἁγίαις Γραφαῖς. Σύμφωνον γὰρ καὶ τοῦτο τοῖς προαποπεφασμένοις πρὸς βεβαίωσιν ἐκ τῶν ἁγίων Γραφῶν. Καὶ οὐκ, ἔξωθεν ἐπινενόηται,</w:t>
      </w:r>
    </w:p>
    <w:p>
      <w:r>
        <w:rPr>
          <w:rFonts w:ascii="Courier New" w:hAnsi="Courier New"/>
          <w:color w:val="555555"/>
          <w:sz w:val="20"/>
        </w:rPr>
        <w:t>[45]</w:t>
      </w:r>
    </w:p>
    <w:p>
      <w:r>
        <w:rPr>
          <w:rFonts w:ascii="Gentium Plus" w:hAnsi="Gentium Plus"/>
          <w:sz w:val="24"/>
        </w:rPr>
        <w:t>ἀλλ’ αὐτὸς ὁ Κύριος Ἰησοῦς Χριστὸς δι’ αὐτοῦ ἐδίδα‐ σκε τὴν Σαμαρεῖτιν, καὶ δι’ αὐτῆς ἡμᾶς, τὴν τῆς ἁγίας Τριάδος τελειότητα, ἀδιαίρετον ὑπάρχουσαν καὶ μίαν Θεότητα. Αὐτὴ ἡ ἀλήθεια μαρτυρεῖ, ὥς</w:t>
      </w:r>
    </w:p>
    <w:p>
      <w:r>
        <w:rPr>
          <w:rFonts w:ascii="Courier New" w:hAnsi="Courier New"/>
          <w:color w:val="555555"/>
          <w:sz w:val="20"/>
        </w:rPr>
        <w:t>[26 . 608]</w:t>
      </w:r>
    </w:p>
    <w:p>
      <w:r>
        <w:rPr>
          <w:rFonts w:ascii="Gentium Plus" w:hAnsi="Gentium Plus"/>
          <w:sz w:val="24"/>
        </w:rPr>
        <w:t>χεται ὥρα, καὶ νῦν ἐστιν, ὅτε οἱ ἀληθινοὶ προσκυνη‐ ταὶ προσκυνήσουσι τῷ Πατρὶ ἐν Πνεύματι καὶ ἀλη‐ θείᾳ· καὶ γὰρ ὁ Πατὴρ τοιούτους ζητεῖ τοὺς προσ‐ κυνοῦντας αὐτόν. Πνεῦμα ὁ Θεὸς, καὶ τοὺς προσ‐</w:t>
      </w:r>
    </w:p>
    <w:p>
      <w:r>
        <w:rPr>
          <w:rFonts w:ascii="Courier New" w:hAnsi="Courier New"/>
          <w:color w:val="555555"/>
          <w:sz w:val="20"/>
        </w:rPr>
        <w:t>[5]</w:t>
      </w:r>
    </w:p>
    <w:p>
      <w:r>
        <w:rPr>
          <w:rFonts w:ascii="Gentium Plus" w:hAnsi="Gentium Plus"/>
          <w:sz w:val="24"/>
        </w:rPr>
        <w:t>κυνοῦντας αὐτὸν ἐν Πνεύματι καὶ ἀληθείᾳ δεῖ προσ‐ κυνεῖν.» Δέδεικται τοίνυν ἐντεῦθεν, ὡς ἡ ἀλήθεια μὲν αὐτὸς ὁ Υἱός ἐστιν, ὡς αὐτός φησιν· «Ἐγώ εἰμι ἡ ἀλήθεια·» περὶ οὗ καὶ ὁ προφήτης Δαβὶδ ἐπεκαλεῖτο λέγων· «Ἐξαπόστειλον τὸ φῶς σου καὶ τὴν ἀλή‐</w:t>
      </w:r>
    </w:p>
    <w:p>
      <w:r>
        <w:rPr>
          <w:rFonts w:ascii="Courier New" w:hAnsi="Courier New"/>
          <w:color w:val="555555"/>
          <w:sz w:val="20"/>
        </w:rPr>
        <w:t>[10]</w:t>
      </w:r>
    </w:p>
    <w:p>
      <w:r>
        <w:rPr>
          <w:rFonts w:ascii="Gentium Plus" w:hAnsi="Gentium Plus"/>
          <w:sz w:val="24"/>
        </w:rPr>
        <w:t>θειάν σου.» Οἱ ἀληθινοὶ τοίνυν προσκυνηταὶ προσ‐ κυνοῦσι μὲν τῷ Πατρῖ, ἀλλ’ ἐν Πνεύματι καὶ ἀληθείᾳ, ὁμολογοῦντες Υἱὸν καὶ ἐν αὐτῷ τὸ Πνεῦμα. Ἀχώρι‐ στον γὰρ τοῦ Υἱοῦ τὸ Πνεῦμα, ὡς ἀχώριστος ὁ Υἱὸς τοῦ Πατρός. Αὐτὴ ἡ Ἀλήθεια μαρτυ‐</w:t>
      </w:r>
    </w:p>
    <w:p>
      <w:r>
        <w:rPr>
          <w:rFonts w:ascii="Courier New" w:hAnsi="Courier New"/>
          <w:color w:val="555555"/>
          <w:sz w:val="20"/>
        </w:rPr>
        <w:t>[15]</w:t>
      </w:r>
    </w:p>
    <w:p>
      <w:r>
        <w:rPr>
          <w:rFonts w:ascii="Gentium Plus" w:hAnsi="Gentium Plus"/>
          <w:sz w:val="24"/>
        </w:rPr>
        <w:t>ρεῖ ἡ λέγουσα· «Πέμψω ὑμῖν τὸν Παράκλη‐ τον, τὸ Πνεῦμα τῆς ἀληθείας, ὃ παρὰ τοῦ Πατρὸς ἐκπορεύεται, ὃ ὁ κόσμος οὐ δύναται λαβεῖν,» τουτ‐ έστιν οἱ ἀρνούμενοι αὐτὸ ἐκ τοῦ Πατρὸς ἐν τῷ Υἱῷ. Χρὴ τοίνυν κατὰ μίμησιν τῶν ἀληθινῶν ὁμολο‐</w:t>
      </w:r>
    </w:p>
    <w:p>
      <w:r>
        <w:rPr>
          <w:rFonts w:ascii="Courier New" w:hAnsi="Courier New"/>
          <w:color w:val="555555"/>
          <w:sz w:val="20"/>
        </w:rPr>
        <w:t>[20]</w:t>
      </w:r>
    </w:p>
    <w:p>
      <w:r>
        <w:rPr>
          <w:rFonts w:ascii="Gentium Plus" w:hAnsi="Gentium Plus"/>
          <w:sz w:val="24"/>
        </w:rPr>
        <w:t>γεῖν καὶ προσδραμεῖν τῇ ἀληθείᾳ. Ἂν δ’ ἄρα καὶ μετὰ ταῦτα μήτε μαθεῖν θέλωσι, μήτε νοεῖν δύνωνται· κἂν τῶν δυσφημιῶν παυέσθωσαν, καὶ μὴ διαιρείτω‐ σαν τὴν Τριάδα, ἵνα μὴ διαιρεθῶσιν ἀπὸ τῆς ζωῆς· μηδὲ τοῖς κτίσμασι συναριθμείτωσαν τὸ Πνεῦμα</w:t>
      </w:r>
    </w:p>
    <w:p>
      <w:r>
        <w:rPr>
          <w:rFonts w:ascii="Courier New" w:hAnsi="Courier New"/>
          <w:color w:val="555555"/>
          <w:sz w:val="20"/>
        </w:rPr>
        <w:t>[25]</w:t>
      </w:r>
    </w:p>
    <w:p>
      <w:r>
        <w:rPr>
          <w:rFonts w:ascii="Gentium Plus" w:hAnsi="Gentium Plus"/>
          <w:sz w:val="24"/>
        </w:rPr>
        <w:t>τὸ ἅγιον, ἵνα μὴ, ὡς οἱ τότε Φαρισαῖοι τῷ Βεελζεβοὺλ τὰ τοῦ Πνεύματος ἀνετίθεσαν, οὕτω καὶ οὗτοι, τὰ ἴσα τολμῶντες, ἀσύγγνωστον καὶ ὧδε καὶ μετὰ ταῦτα τὴν τιμωρίαν μετ’ ἐκείνων ὑπομείνωσιν.</w:t>
      </w:r>
    </w:p>
    <w:p>
      <w:r>
        <w:rPr>
          <w:rFonts w:ascii="Courier New" w:hAnsi="Courier New"/>
          <w:color w:val="555555"/>
          <w:sz w:val="20"/>
        </w:rPr>
        <w:t>[30t]</w:t>
      </w:r>
    </w:p>
    <w:p>
      <w:pPr>
        <w:jc w:val="center"/>
      </w:pPr>
      <w:r>
        <w:rPr>
          <w:rFonts w:ascii="Gentium Plus" w:hAnsi="Gentium Plus"/>
          <w:b/>
          <w:sz w:val="24"/>
        </w:rPr>
        <w:t>ΤΟΥ ΑΥΤΟΥ ΠΡΟΣ ΤΟΝ ΑΥΤΟΝ ἘΠΙΣΚΟΠΟΝ</w:t>
      </w:r>
    </w:p>
    <w:p>
      <w:r>
        <w:rPr>
          <w:rFonts w:ascii="Courier New" w:hAnsi="Courier New"/>
          <w:color w:val="555555"/>
          <w:sz w:val="20"/>
        </w:rPr>
        <w:t>[31t]</w:t>
      </w:r>
    </w:p>
    <w:p>
      <w:pPr>
        <w:jc w:val="center"/>
      </w:pPr>
      <w:r>
        <w:rPr>
          <w:rFonts w:ascii="Gentium Plus" w:hAnsi="Gentium Plus"/>
          <w:b/>
          <w:sz w:val="24"/>
        </w:rPr>
        <w:t>ΣΕΡΑΠΙΩΝΑ ΚΑΤΑ ΤΩΝ ΛΕΓΟΝΤΩΝ ΚΤΙΣΜΑ</w:t>
      </w:r>
    </w:p>
    <w:p>
      <w:r>
        <w:rPr>
          <w:rFonts w:ascii="Courier New" w:hAnsi="Courier New"/>
          <w:color w:val="555555"/>
          <w:sz w:val="20"/>
        </w:rPr>
        <w:t>[32t]</w:t>
      </w:r>
    </w:p>
    <w:p>
      <w:pPr>
        <w:jc w:val="center"/>
      </w:pPr>
      <w:r>
        <w:rPr>
          <w:rFonts w:ascii="Gentium Plus" w:hAnsi="Gentium Plus"/>
          <w:b/>
          <w:sz w:val="24"/>
        </w:rPr>
        <w:t>ΤΟΝ ΥΙΟΝ.</w:t>
      </w:r>
    </w:p>
    <w:p>
      <w:r>
        <w:rPr>
          <w:rFonts w:ascii="Courier New" w:hAnsi="Courier New"/>
          <w:color w:val="555555"/>
          <w:sz w:val="20"/>
        </w:rPr>
        <w:t>[33]</w:t>
      </w:r>
    </w:p>
    <w:p>
      <w:r>
        <w:rPr>
          <w:rFonts w:ascii="Gentium Plus" w:hAnsi="Gentium Plus"/>
          <w:sz w:val="24"/>
        </w:rPr>
        <w:t>Ἐγὼ μὲν ἐνόμιζον καὶ οὕτως ὀλίγα γεγρα‐ φέναι· καὶ κατηγόρουν ἐμαυτοῦ πολλῆς ἀσθενείας,</w:t>
      </w:r>
    </w:p>
    <w:p>
      <w:r>
        <w:rPr>
          <w:rFonts w:ascii="Courier New" w:hAnsi="Courier New"/>
          <w:color w:val="555555"/>
          <w:sz w:val="20"/>
        </w:rPr>
        <w:t>[35]</w:t>
      </w:r>
    </w:p>
    <w:p>
      <w:r>
        <w:rPr>
          <w:rFonts w:ascii="Gentium Plus" w:hAnsi="Gentium Plus"/>
          <w:sz w:val="24"/>
        </w:rPr>
        <w:t>ὡς μὴ δυνηθέντος τοσοῦτον γράψαι, ὅσον ἀνθρώποις ἔξεστι λέγειν κατὰ τῶν ἀσεβούντων εἰς τὸ Πνεῦμα τὸ ἅγιον· ἐπειδὴ δὲ, ὡς γράφεις, τινὲς τῶν ἀδελφῶν ἠξίωσαν καὶ ταῦτα ἐπιτεμεῖν, ἵνα ἔχωσιν ἐξ ἑτοίμου καὶ δι’ ὀλίγων ἀπολογεῖσθαι μὲν τοῖς ἐρωτῶσι περὶ</w:t>
      </w:r>
    </w:p>
    <w:p>
      <w:r>
        <w:rPr>
          <w:rFonts w:ascii="Courier New" w:hAnsi="Courier New"/>
          <w:color w:val="555555"/>
          <w:sz w:val="20"/>
        </w:rPr>
        <w:t>[40]</w:t>
      </w:r>
    </w:p>
    <w:p>
      <w:r>
        <w:rPr>
          <w:rFonts w:ascii="Gentium Plus" w:hAnsi="Gentium Plus"/>
          <w:sz w:val="24"/>
        </w:rPr>
        <w:t>τῆς ἐν ἡμῖν πίστεως, διελέγχειν δὲ τοὺς ἀσεβοῦντας·</w:t>
      </w:r>
    </w:p>
    <w:p>
      <w:r>
        <w:rPr>
          <w:rFonts w:ascii="Courier New" w:hAnsi="Courier New"/>
          <w:color w:val="555555"/>
          <w:sz w:val="20"/>
        </w:rPr>
        <w:t>[26 . 609]</w:t>
      </w:r>
    </w:p>
    <w:p>
      <w:r>
        <w:rPr>
          <w:rFonts w:ascii="Gentium Plus" w:hAnsi="Gentium Plus"/>
          <w:sz w:val="24"/>
        </w:rPr>
        <w:t>ἐποίησα καὶ τοῦτο θαῤῥῶν, ὅτι συνείδησιν ἔχων ἀγα‐ θὴν, εἴ τι καὶ ἐν τούτοις παραλέλειπται, ἀναπληρώ‐ σεις. Οἱ Ἀρειανοὶ, εἰς ἑαυτοὺς στραφέντες, καὶ μη‐ δὲν πλέον ἢ ἔξωθεν ἑαυτῶν νοοῦντες κατὰ τοὺς Σαδ‐</w:t>
      </w:r>
    </w:p>
    <w:p>
      <w:r>
        <w:rPr>
          <w:rFonts w:ascii="Courier New" w:hAnsi="Courier New"/>
          <w:color w:val="555555"/>
          <w:sz w:val="20"/>
        </w:rPr>
        <w:t>[5]</w:t>
      </w:r>
    </w:p>
    <w:p>
      <w:r>
        <w:rPr>
          <w:rFonts w:ascii="Gentium Plus" w:hAnsi="Gentium Plus"/>
          <w:sz w:val="24"/>
        </w:rPr>
        <w:t>δουκαίους, ἀνθρωπίνοις λογισμοῖς ἐξεδέξαντο τὴν θεόπνευστον Γραφήν. Ἀκούοντες γοῦν σοφίαν, καὶ ἀπαύγασμα, καὶ Λόγον εἶναι τοῦ Πατρὸς τὸν Υἱὸν, εἰώθασιν ἐπιλέγειν· Πῶς δύναται τοῦτο εἶναι; ὥσπερ οὐ δυναμένου εἶναι, ὃ μὴ δύνανται αὐτοὶ νοεῖν.</w:t>
      </w:r>
    </w:p>
    <w:p>
      <w:r>
        <w:rPr>
          <w:rFonts w:ascii="Courier New" w:hAnsi="Courier New"/>
          <w:color w:val="555555"/>
          <w:sz w:val="20"/>
        </w:rPr>
        <w:t>[10]</w:t>
      </w:r>
    </w:p>
    <w:p>
      <w:r>
        <w:rPr>
          <w:rFonts w:ascii="Gentium Plus" w:hAnsi="Gentium Plus"/>
          <w:sz w:val="24"/>
        </w:rPr>
        <w:t>Ὥρα γὰρ αὐτοὺς καὶ περὶ τοῦ παντὸς τοιαῦτα δια‐ νοεῖσθαι· Πῶς δύναται ἡ κτίσις, μὴ οὖσά ποτε, γε‐ νέσθαι; ἢ πῶς δύναται χοῦς γῆς πλασθῆναι λογικὸς ἄνθρωπος; ἢ πῶς τὸ φθαρτὸν ἄφθαρτον γενέσθαι; ἢ πῶς ἡ γῆ ἐπὶ θαλασσῶν τεθεμελίωται, καὶ ἐπὶ ποτα‐</w:t>
      </w:r>
    </w:p>
    <w:p>
      <w:r>
        <w:rPr>
          <w:rFonts w:ascii="Courier New" w:hAnsi="Courier New"/>
          <w:color w:val="555555"/>
          <w:sz w:val="20"/>
        </w:rPr>
        <w:t>[15]</w:t>
      </w:r>
    </w:p>
    <w:p>
      <w:r>
        <w:rPr>
          <w:rFonts w:ascii="Gentium Plus" w:hAnsi="Gentium Plus"/>
          <w:sz w:val="24"/>
        </w:rPr>
        <w:t>μῶν ἡτοίμασεν αὐτὴν ὁ Θεός; Καὶ λοιπὸν ἐπιλέγειν αὐτοὺς ἑαυτοῖς· «Φάγωμεν καὶ πίωμεν· αὔριον γὰρ ἀποθνήσκομεν·» ἵνα δηλονότι, φθειρομένων αὐ‐ τῶν, συμφθαρῇ καὶ ἡ τῆς αἱρέσεως αὐτῶν μανία.</w:t>
      </w:r>
    </w:p>
    <w:p>
      <w:r>
        <w:rPr>
          <w:rFonts w:ascii="Courier New" w:hAnsi="Courier New"/>
          <w:color w:val="555555"/>
          <w:sz w:val="20"/>
        </w:rPr>
        <w:t>[21]</w:t>
      </w:r>
    </w:p>
    <w:p>
      <w:r>
        <w:rPr>
          <w:rFonts w:ascii="Gentium Plus" w:hAnsi="Gentium Plus"/>
          <w:sz w:val="24"/>
        </w:rPr>
        <w:t>Τῶν μὲν οὖν Ἀρειανῶν θνητὸν καὶ φθαρτὸν τὸ τοιοῦτον φρόνημα· ὁ δὲ τῆς ἀληθείας λόγος, ὅνπερ ἔπρεπε καὶ αὐτοὺς διανοεῖσθαι, τοιοῦτός ἐστιν· Εἰ πηγὴ, καὶ φῶς, καὶ Πατήρ ἐστιν ὁ Θεὸς, οὐ θέμις</w:t>
      </w:r>
    </w:p>
    <w:p>
      <w:r>
        <w:rPr>
          <w:rFonts w:ascii="Courier New" w:hAnsi="Courier New"/>
          <w:color w:val="555555"/>
          <w:sz w:val="20"/>
        </w:rPr>
        <w:t>[25]</w:t>
      </w:r>
    </w:p>
    <w:p>
      <w:r>
        <w:rPr>
          <w:rFonts w:ascii="Gentium Plus" w:hAnsi="Gentium Plus"/>
          <w:sz w:val="24"/>
        </w:rPr>
        <w:t>εἰπεῖν οὔτε τὴν πηγὴν ξηρὰν, οὔτε τὸ φῶς χωρὶς αὐγῆς, οὔτε τὸν Θεὸν χωρὶς Λόγου, ἵνα μὴ ἄσοφος, καὶ ἄλογος, καὶ ἀφεγγὴς ᾖ ὁ Θεός. Ἀϊδίου τοιγαρ‐ οῦν ὄντος τοῦ Πατρὸς, ἀνάγκη καὶ τὸν Υἱὸν ἀΐδιον εἶναι· ἃ γὰρ ἂν ἐν τῷ Πατρὶ νοήσωμεν, ταῦτα καὶ</w:t>
      </w:r>
    </w:p>
    <w:p>
      <w:r>
        <w:rPr>
          <w:rFonts w:ascii="Courier New" w:hAnsi="Courier New"/>
          <w:color w:val="555555"/>
          <w:sz w:val="20"/>
        </w:rPr>
        <w:t>[30]</w:t>
      </w:r>
    </w:p>
    <w:p>
      <w:r>
        <w:rPr>
          <w:rFonts w:ascii="Gentium Plus" w:hAnsi="Gentium Plus"/>
          <w:sz w:val="24"/>
        </w:rPr>
        <w:t>ἐν τῷ Υἱῷ εἶναι οὐκ ἀμφίβολον, λέγοντος αὐτοῦ τοῦ Κυρίου· «Πάντα, ὅσα ἔχει ὁ Πατὴρ, ἐμά ἐστι,» καὶ τὰ ἐμὰ πάντα τοῦ Πατρός ἐστιν. Αἰώνιος γοῦν ἐστιν ὁ Πατήρ· αἰώνιός ἐστι καὶ ὁ Υἱός· δι’ αὐτοῦ γὰρ οἱ αἰῶνες γεγόνασιν. Ὤν ἐστιν ὁ Πατήρ· ἀνάγ‐</w:t>
      </w:r>
    </w:p>
    <w:p>
      <w:r>
        <w:rPr>
          <w:rFonts w:ascii="Courier New" w:hAnsi="Courier New"/>
          <w:color w:val="555555"/>
          <w:sz w:val="20"/>
        </w:rPr>
        <w:t>[35]</w:t>
      </w:r>
    </w:p>
    <w:p>
      <w:r>
        <w:rPr>
          <w:rFonts w:ascii="Gentium Plus" w:hAnsi="Gentium Plus"/>
          <w:sz w:val="24"/>
        </w:rPr>
        <w:t>κη καὶ ὁ Υἱὸς, «ὁ ὢν ἐπὶ πάντων Θεὸς εὐλογητὸς εἰς τοὺς αἰῶνας. Ἀμὴν,» ὡς εἶπεν ὁ Παῦλος. Οὐ θέ‐ μις εἰπεῖν ἐπὶ Πατρὸς, Ἦν ποτε, ὅτε οὐκ ἦν· ἀθέμι‐ τον εἰπεῖν ἐπὶ Υἱοῦ, Ἦν ποτε, ὅτε οὐκ ἦν. Παντοκρά‐ τωρ ἐστὶν ὁ Πατήρ· παντοκράτωρ ἐστὶ καὶ ὁ</w:t>
      </w:r>
    </w:p>
    <w:p>
      <w:r>
        <w:rPr>
          <w:rFonts w:ascii="Courier New" w:hAnsi="Courier New"/>
          <w:color w:val="555555"/>
          <w:sz w:val="20"/>
        </w:rPr>
        <w:t>[40]</w:t>
      </w:r>
    </w:p>
    <w:p>
      <w:r>
        <w:rPr>
          <w:rFonts w:ascii="Gentium Plus" w:hAnsi="Gentium Plus"/>
          <w:sz w:val="24"/>
        </w:rPr>
        <w:t>Υἱὸς, λέγοντος τοῦ Ἰωάννου· «Ὁ ὢν, ὁ ἦν, ὁ ἐρχό‐ μενος, ὁ παντοκράτωρ.» Φῶς ἐστιν ὁ Πατὴρ, ἀπαύ‐</w:t>
      </w:r>
    </w:p>
    <w:p>
      <w:r>
        <w:rPr>
          <w:rFonts w:ascii="Courier New" w:hAnsi="Courier New"/>
          <w:color w:val="555555"/>
          <w:sz w:val="20"/>
        </w:rPr>
        <w:t>[26 . 612]</w:t>
      </w:r>
    </w:p>
    <w:p>
      <w:r>
        <w:rPr>
          <w:rFonts w:ascii="Gentium Plus" w:hAnsi="Gentium Plus"/>
          <w:sz w:val="24"/>
        </w:rPr>
        <w:t>Πατὴρ, ἀληθινὸς Θεὸς ὁ Υἱός· οὕτω γὰρ ὁ Ἰωάννης ἔγραψεν· «Ἐσμὲν ἐν τῷ ἀληθινῷ, ἐν τῷ Υἱῷ αὐτοῦ Ἰησοῦ Χριστῷ. Οὗτός ἐστιν ὁ ἀληθινὸς Θεὸς, καὶ ζωὴ ἡ αἰώνιος.» Καὶ ὅλως οὐδέν ἐστιν, ὧν ἔχει</w:t>
      </w:r>
    </w:p>
    <w:p>
      <w:r>
        <w:rPr>
          <w:rFonts w:ascii="Courier New" w:hAnsi="Courier New"/>
          <w:color w:val="555555"/>
          <w:sz w:val="20"/>
        </w:rPr>
        <w:t>[5]</w:t>
      </w:r>
    </w:p>
    <w:p>
      <w:r>
        <w:rPr>
          <w:rFonts w:ascii="Gentium Plus" w:hAnsi="Gentium Plus"/>
          <w:sz w:val="24"/>
        </w:rPr>
        <w:t>ὁ Πατὴρ, ὃ μὴ τοῦ Υἱοῦ ἐστι. Διὰ τοῦτο γὰρ ὁ Υἱὸς ἐν τῷ Πατρὶ, καὶ ὁ Πατὴρ ἐν τῷ Υἱῷ· ἐπειδὴ τὰ τοῦ Πατρὸς, ταῦτα ἐν τῷ Υἱῷ ἐστι, καὶ πάλιν ταῦτα ἐν τῷ Πατρὶ νοεῖται. Οὕτω νοεῖται καὶ τὸ, «Ἐγὼ καὶ ὁ Πατὴρ ἕν ἐσμεν·» ἐπειδὴ οὐκ ἄλλα ἐν τούτῳ,</w:t>
      </w:r>
    </w:p>
    <w:p>
      <w:r>
        <w:rPr>
          <w:rFonts w:ascii="Courier New" w:hAnsi="Courier New"/>
          <w:color w:val="555555"/>
          <w:sz w:val="20"/>
        </w:rPr>
        <w:t>[10]</w:t>
      </w:r>
    </w:p>
    <w:p>
      <w:r>
        <w:rPr>
          <w:rFonts w:ascii="Gentium Plus" w:hAnsi="Gentium Plus"/>
          <w:sz w:val="24"/>
        </w:rPr>
        <w:t>καὶ ἄλλα ἐν τῷ Υἱῷ· ἀλλὰ τὰ ἐν τῷ Πατρὶ, ταῦτα ἐν τῷ Υἱῷ ἐστι. Καὶ ἃ βλέπεις δὲ ἐν τῷ Πατρὶ, ἐπει‐ δὴ βλέπεις ἐν τῷ Υἱῷ, νοεῖται καλῶς τὸ, «Ὁ ἐμὲ ἑωρακὼς ἑώρακε τὸν Πατέρα.» Τούτων δὲ οὕτω δεικνυμένων, ἀσεβής ἐστιν ὁ</w:t>
      </w:r>
    </w:p>
    <w:p>
      <w:r>
        <w:rPr>
          <w:rFonts w:ascii="Courier New" w:hAnsi="Courier New"/>
          <w:color w:val="555555"/>
          <w:sz w:val="20"/>
        </w:rPr>
        <w:t>[15]</w:t>
      </w:r>
    </w:p>
    <w:p>
      <w:r>
        <w:rPr>
          <w:rFonts w:ascii="Gentium Plus" w:hAnsi="Gentium Plus"/>
          <w:sz w:val="24"/>
        </w:rPr>
        <w:t>λέγων κτίσμα εἶναι τὸν Υἱόν. Ἀναγκασθήσεται γὰρ εἰπεῖν κτίσμα καὶ τὴν πηγὴν βρύουσαν, κτίσμα τὴν σοφίαν, τὸν Λόγον, ἐν ᾧ ἐστι πάντα τὰ τοῦ Πα‐ τρός. Ἄλλως τε καὶ ἀπὸ τούτων ἄν τις ἴδοι τὸ σαθρὸν τῆς αἱρέσεως τῶν Ἀρειομανιτῶν. Ὧν ἐσμεν</w:t>
      </w:r>
    </w:p>
    <w:p>
      <w:r>
        <w:rPr>
          <w:rFonts w:ascii="Courier New" w:hAnsi="Courier New"/>
          <w:color w:val="555555"/>
          <w:sz w:val="20"/>
        </w:rPr>
        <w:t>[20]</w:t>
      </w:r>
    </w:p>
    <w:p>
      <w:r>
        <w:rPr>
          <w:rFonts w:ascii="Gentium Plus" w:hAnsi="Gentium Plus"/>
          <w:sz w:val="24"/>
        </w:rPr>
        <w:t>ὅμοιοι, καὶ τὴν ταυτότητα ἔχομεν τούτων, καὶ ὁμοού‐ σιοί ἐσμεν· ἄνθρωποι γοῦν ὅμοιοι καὶ ταυτότητα ἔχοντες, ὁμοούσιοί ἐσμεν ἀλλήλων. Τὸ αὐτὸ γὰρ πᾶσι, τὸ θνητὸν, τὸ φθαρτὸν, τὸ τρεπτὸν, τὸ ἐκ μὴ ὄντων. Καὶ ἄγγελοι δὲ πρὸς ἑαυτοὺς, καὶ τὰ ἄλλα πάντα,</w:t>
      </w:r>
    </w:p>
    <w:p>
      <w:r>
        <w:rPr>
          <w:rFonts w:ascii="Courier New" w:hAnsi="Courier New"/>
          <w:color w:val="555555"/>
          <w:sz w:val="20"/>
        </w:rPr>
        <w:t>[25]</w:t>
      </w:r>
    </w:p>
    <w:p>
      <w:r>
        <w:rPr>
          <w:rFonts w:ascii="Gentium Plus" w:hAnsi="Gentium Plus"/>
          <w:sz w:val="24"/>
        </w:rPr>
        <w:t>ὡσαύτως ὁμοφυῆ ἐστιν ἀλλήλων. Οὐκοῦν ἐρευνάτωσαν οἱ περίεργοι, εἰ ἔστι τις ὁμοιότης πρὸς τὸν Υἱὸν τοῖς κτίσμασιν· ἢ τὰ ἐν τῷ Υἱῷ δύνανται εὑρεῖν ἐν τοῖς γενητοῖς, ἵνα καὶ κτίσμα τολμήσωσιν εἰπεῖν τὸν τοῦ Θεοῦ Λόγον. Ἀλλ’ οὐκ ἂν εὕροιεν οἱ πάντα</w:t>
      </w:r>
    </w:p>
    <w:p>
      <w:r>
        <w:rPr>
          <w:rFonts w:ascii="Courier New" w:hAnsi="Courier New"/>
          <w:color w:val="555555"/>
          <w:sz w:val="20"/>
        </w:rPr>
        <w:t>[30]</w:t>
      </w:r>
    </w:p>
    <w:p>
      <w:r>
        <w:rPr>
          <w:rFonts w:ascii="Gentium Plus" w:hAnsi="Gentium Plus"/>
          <w:sz w:val="24"/>
        </w:rPr>
        <w:t>προπετεῖς καὶ πλανώμενοι περὶ τὴν εὐσέβειαν. Ἐν μὲν γὰρ τοῖς κτίσμασιν οὐδέν ἐστι παντοκράτωρ, καὶ οὐδὲν παρὰ τοῦ ἑτέρου κρατεῖται. Ἕκαστον γὰρ αὐ‐ τοῦ ἐστι τοῦ Θεοῦ. «Οἱ» μὲν γὰρ «οὐρανοὶ διηγοῦν‐ ται δόξαν Θεοῦ· ἡ δὲ γῆ τοῦ Κυρίου ἐστὶ καὶ τὸ πλή‐</w:t>
      </w:r>
    </w:p>
    <w:p>
      <w:r>
        <w:rPr>
          <w:rFonts w:ascii="Courier New" w:hAnsi="Courier New"/>
          <w:color w:val="555555"/>
          <w:sz w:val="20"/>
        </w:rPr>
        <w:t>[35]</w:t>
      </w:r>
    </w:p>
    <w:p>
      <w:r>
        <w:rPr>
          <w:rFonts w:ascii="Gentium Plus" w:hAnsi="Gentium Plus"/>
          <w:sz w:val="24"/>
        </w:rPr>
        <w:t>ρωμα αὐτῆς· ἡ θάλασσα εἶδε καὶ ἔφυγε.» Καὶ τὰ πάντα δοῦλα τοῦ πεποιηκότος ἐστὶ, ποιοῦντα τὸν λό‐ γον αὐτοῦ, καὶ ὑπακούοντα τῷ προστάγματι αὐτοῦ. Ὁ δὲ Υἱὸς παντοκράτωρ ἐστὶν, ὡς ὁ Πατήρ· καὶ τοῦτο γέγραπται, καὶ δέδεικται. Πάλιν τε ἐν</w:t>
      </w:r>
    </w:p>
    <w:p>
      <w:r>
        <w:rPr>
          <w:rFonts w:ascii="Courier New" w:hAnsi="Courier New"/>
          <w:color w:val="555555"/>
          <w:sz w:val="20"/>
        </w:rPr>
        <w:t>[40]</w:t>
      </w:r>
    </w:p>
    <w:p>
      <w:r>
        <w:rPr>
          <w:rFonts w:ascii="Gentium Plus" w:hAnsi="Gentium Plus"/>
          <w:sz w:val="24"/>
        </w:rPr>
        <w:t>τοῖς κτίσμασιν οὐδέν ἐστιν ἄτρεπτον τῇ φύσει. Τῶν γὰρ ἀγγέλων τινὲς οὐκ ἐτήρησαν τὴν ἰδίαν τάξιν· καὶ «ἄστρα οὐ καθαρὰ ἐνώπιον αὐτοῦ·» καὶ ὁ μὲν διάβολος ἔπεσεν ἀπ’ οὐρανοῦ· ὁ δὲ Ἀδὰμ παρέβη· καὶ πάντα ἀλλοιούμενά ἐστιν. Ὁ δὲ Υἱὸς ἄτρεπτός</w:t>
      </w:r>
    </w:p>
    <w:p>
      <w:r>
        <w:rPr>
          <w:rFonts w:ascii="Courier New" w:hAnsi="Courier New"/>
          <w:color w:val="555555"/>
          <w:sz w:val="20"/>
        </w:rPr>
        <w:t>[45]</w:t>
      </w:r>
    </w:p>
    <w:p>
      <w:r>
        <w:rPr>
          <w:rFonts w:ascii="Gentium Plus" w:hAnsi="Gentium Plus"/>
          <w:sz w:val="24"/>
        </w:rPr>
        <w:t>ἐστι καὶ ἀναλλοίωτος, ὡς ὁ Πατήρ. Καὶ τοῦτο ὁ Παῦ‐</w:t>
      </w:r>
    </w:p>
    <w:p>
      <w:r>
        <w:rPr>
          <w:rFonts w:ascii="Courier New" w:hAnsi="Courier New"/>
          <w:color w:val="555555"/>
          <w:sz w:val="20"/>
        </w:rPr>
        <w:t>[26 . 613]</w:t>
      </w:r>
    </w:p>
    <w:p>
      <w:r>
        <w:rPr>
          <w:rFonts w:ascii="Gentium Plus" w:hAnsi="Gentium Plus"/>
          <w:sz w:val="24"/>
        </w:rPr>
        <w:t>λέγων· «Καὶ σὺ κατ’ ἀρχὰς, Κύριε, τὴν γῆν ἐθεμελίωσας· καὶ ἔργα τῶν χειρῶν σου εἰσὶν οἱ οὐ‐ ρανοί. Αὐτοὶ ἀπολοῦνται, σὺ δὲ διαμενεῖς· καὶ πάντες ὡς ἱμάτιον παλαιωθήσονται, καὶ ὡσεὶ περιβόλαιον</w:t>
      </w:r>
    </w:p>
    <w:p>
      <w:r>
        <w:rPr>
          <w:rFonts w:ascii="Courier New" w:hAnsi="Courier New"/>
          <w:color w:val="555555"/>
          <w:sz w:val="20"/>
        </w:rPr>
        <w:t>[5]</w:t>
      </w:r>
    </w:p>
    <w:p>
      <w:r>
        <w:rPr>
          <w:rFonts w:ascii="Gentium Plus" w:hAnsi="Gentium Plus"/>
          <w:sz w:val="24"/>
        </w:rPr>
        <w:t>ἀλλάξεις αὐτοὺς, καὶ ἀλλαγήσονται· σὺ δὲ ὁ αὐτὸς εἶ, καὶ τὰ ἔτη σου οὐκ ἐκλείψουσι.» Καὶ πάλιν λέγει· «Ἰησοῦς Χριστὸς χθὲς καὶ σήμερον· ὁ αὐτὸς καὶ εἰς τοὺς αἰῶνας.» Καὶ πάλιν τὰ γενητὰ πάντα οὐκ ἦν, καὶ γέγονε.</w:t>
      </w:r>
    </w:p>
    <w:p>
      <w:r>
        <w:rPr>
          <w:rFonts w:ascii="Courier New" w:hAnsi="Courier New"/>
          <w:color w:val="555555"/>
          <w:sz w:val="20"/>
        </w:rPr>
        <w:t>[10]</w:t>
      </w:r>
    </w:p>
    <w:p>
      <w:r>
        <w:rPr>
          <w:rFonts w:ascii="Gentium Plus" w:hAnsi="Gentium Plus"/>
          <w:sz w:val="24"/>
        </w:rPr>
        <w:t>Τὴν γὰρ γῆν, ὡς οὐδὲν, ἐποίησε· καὶ, «ὁ καλῶν τὰ μὴ ὄντα ὡς ὄντα·» καὶ ποιήματα δέ ἐστι καὶ κτίσματα· διὰ τοῦτο γὰρ καὶ ἀρχὴν ἔχει τοῦ γενέ‐ σθαι. «Ἐν ἀρχῇ» γὰρ «ἐποίησεν ὁ Θεὸς τὸν οὐρανὸν καὶ τὴν γῆν,» καὶ πάντα τὰ ἐν αὐτοῖς· καὶ πάλιν·</w:t>
      </w:r>
    </w:p>
    <w:p>
      <w:r>
        <w:rPr>
          <w:rFonts w:ascii="Courier New" w:hAnsi="Courier New"/>
          <w:color w:val="555555"/>
          <w:sz w:val="20"/>
        </w:rPr>
        <w:t>[15]</w:t>
      </w:r>
    </w:p>
    <w:p>
      <w:r>
        <w:rPr>
          <w:rFonts w:ascii="Gentium Plus" w:hAnsi="Gentium Plus"/>
          <w:sz w:val="24"/>
        </w:rPr>
        <w:t>«Ἡ χείρ μου ἐποίησε ταῦτα πάντα.» Ὁ δὲ Υἱὸς ὤν ἐστι καὶ ἐπὶ πάντων Θεὸς, ὡς ὁ Πατήρ· καὶ τοῦτο οὕτω δέδεικται· καὶ οὐ ποιούμενός ἐστιν, ἀλλὰ ποιῶν· καὶ οὐ κτιζόμενος, ἀλλὰ κτίζων καὶ ποιῶν τὰ ἔργα τοῦ Πατρός. Δι’ αὐτοῦ γὰρ οἱ αἰῶνες</w:t>
      </w:r>
    </w:p>
    <w:p>
      <w:r>
        <w:rPr>
          <w:rFonts w:ascii="Courier New" w:hAnsi="Courier New"/>
          <w:color w:val="555555"/>
          <w:sz w:val="20"/>
        </w:rPr>
        <w:t>[20]</w:t>
      </w:r>
    </w:p>
    <w:p>
      <w:r>
        <w:rPr>
          <w:rFonts w:ascii="Gentium Plus" w:hAnsi="Gentium Plus"/>
          <w:sz w:val="24"/>
        </w:rPr>
        <w:t>γεγόνασι· καὶ πάντα δι’ αὐτοῦ ἐγένετο· καὶ χωρὶς αὐτοῦ ἐγένετο οὐδὲ ἕν· ὡς δὲ Ἀπόστολος ἐδίδαξε τὸ ἐν τῷ ψαλμῷ, αὐτὸς κατ’ ἀρχὰς τὴν γῆν ἐθεμε‐ λίωσε, καὶ ἔργα τῶν χειρῶν αὐτοῦ εἰσιν οἱ οὐρανοί. Καὶ πάλιν τῶν κτισμάτων οὐδέν ἐστι τῇ φύσει Θεός·</w:t>
      </w:r>
    </w:p>
    <w:p>
      <w:r>
        <w:rPr>
          <w:rFonts w:ascii="Courier New" w:hAnsi="Courier New"/>
          <w:color w:val="555555"/>
          <w:sz w:val="20"/>
        </w:rPr>
        <w:t>[25]</w:t>
      </w:r>
    </w:p>
    <w:p>
      <w:r>
        <w:rPr>
          <w:rFonts w:ascii="Gentium Plus" w:hAnsi="Gentium Plus"/>
          <w:sz w:val="24"/>
        </w:rPr>
        <w:t>ἀλλ’ ἕκαστον τῶν γενομένων ὃ καὶ γέγονε, τοῦτο καὶ ἐκλήθη· τὸ μὲν οὐρανὸς, ἄλλο δὲ γῆ· καὶ οἱ μὲν φωστῆρες, τὰ δὲ ἄστρα· καὶ ἄλλα θάλασσα, καὶ ἄβυσσοι, καὶ τετράποδα· καὶ λοιπὸν, ἄνθρωπος· καὶ πρὸ τούτων ἄγγελοι, καὶ ἀρχάγγελοι, χερου‐</w:t>
      </w:r>
    </w:p>
    <w:p>
      <w:r>
        <w:rPr>
          <w:rFonts w:ascii="Courier New" w:hAnsi="Courier New"/>
          <w:color w:val="555555"/>
          <w:sz w:val="20"/>
        </w:rPr>
        <w:t>[30]</w:t>
      </w:r>
    </w:p>
    <w:p>
      <w:r>
        <w:rPr>
          <w:rFonts w:ascii="Gentium Plus" w:hAnsi="Gentium Plus"/>
          <w:sz w:val="24"/>
        </w:rPr>
        <w:t>βὶμ, σεραφὶμ, καὶ δυνάμεις, ἀρχαὶ, ἐξουσίαι, κυριό‐ τητες, παράδεισος· καὶ οὕτως ἕκαστον διαμένει. Εἰ δὲ καὶ θεοί τινες ἐκλήθησαν, ἀλλ’ οὐ τῇ φύσει, ἀλλὰ τῇ μετουσίᾳ τοῦ Υἱοῦ. Οὕτω γὰρ καὶ αὐτὸς εἶπεν· «Εἰ ἐκείνους εἶπεν θεοὺς, πρὸς οὓς ὁ Λόγος τοῦ Θεοῦ</w:t>
      </w:r>
    </w:p>
    <w:p>
      <w:r>
        <w:rPr>
          <w:rFonts w:ascii="Courier New" w:hAnsi="Courier New"/>
          <w:color w:val="555555"/>
          <w:sz w:val="20"/>
        </w:rPr>
        <w:t>[35]</w:t>
      </w:r>
    </w:p>
    <w:p>
      <w:r>
        <w:rPr>
          <w:rFonts w:ascii="Gentium Plus" w:hAnsi="Gentium Plus"/>
          <w:sz w:val="24"/>
        </w:rPr>
        <w:t>ἐγένετο.» Διὸ, μὴ ὄντες τῇ φύσει θεοὶ, ἔστιν ὅτε τινὲς τρέπονται, ἀκούοντες· «Ἐγὼ εἶπα· Θεοί ἐστε καὶ υἱοὶ Ὑψίστου πάντες Ὑμεῖς δὲ, ὡς ἄν‐ θρωποι, ἀποθνήσκετε.» Τοιοῦτος ἦν ὁ ἀκούσας· «Σὺ δὲ εἶ ἄνθρωπος, καὶ οὐ Θεός.» Ὁ δὲ Υἱὸς Θεὸς ἀλη‐</w:t>
      </w:r>
    </w:p>
    <w:p>
      <w:r>
        <w:rPr>
          <w:rFonts w:ascii="Courier New" w:hAnsi="Courier New"/>
          <w:color w:val="555555"/>
          <w:sz w:val="20"/>
        </w:rPr>
        <w:t>[40]</w:t>
      </w:r>
    </w:p>
    <w:p>
      <w:r>
        <w:rPr>
          <w:rFonts w:ascii="Gentium Plus" w:hAnsi="Gentium Plus"/>
          <w:sz w:val="24"/>
        </w:rPr>
        <w:t>θινός ἐστιν, ὡς ὁ Πατήρ. Ἐν αὐτῷ γάρ ἐστιν, καὶ ὁ</w:t>
      </w:r>
    </w:p>
    <w:p>
      <w:r>
        <w:rPr>
          <w:rFonts w:ascii="Courier New" w:hAnsi="Courier New"/>
          <w:color w:val="555555"/>
          <w:sz w:val="20"/>
        </w:rPr>
        <w:t>[26 . 616]</w:t>
      </w:r>
    </w:p>
    <w:p>
      <w:r>
        <w:rPr>
          <w:rFonts w:ascii="Gentium Plus" w:hAnsi="Gentium Plus"/>
          <w:sz w:val="24"/>
        </w:rPr>
        <w:t>Πατὴρ ἐν τῷ Υἱῷ· καὶ ὁ μὲν Ἰωάννης ἔγραψεν, ὡς δέδεικται· ὁ δὲ Δαβὶδ ψάλλει· «Ὁ θρόνος σου, ὁ Θεὸς, εἰς αἰῶνα αἰῶνος· ῥάβδος εὐθύτητος ἡ ῥάβδος τῆς βασιλείας σου·» καὶ ὁ προφήτης δὲ</w:t>
      </w:r>
    </w:p>
    <w:p>
      <w:r>
        <w:rPr>
          <w:rFonts w:ascii="Courier New" w:hAnsi="Courier New"/>
          <w:color w:val="555555"/>
          <w:sz w:val="20"/>
        </w:rPr>
        <w:t>[5]</w:t>
      </w:r>
    </w:p>
    <w:p>
      <w:r>
        <w:rPr>
          <w:rFonts w:ascii="Gentium Plus" w:hAnsi="Gentium Plus"/>
          <w:sz w:val="24"/>
        </w:rPr>
        <w:t>Ἡσαΐας βοᾷ· «Ἐκοπίασεν Αἴγυπτος καὶ ἐμπο‐ ρία Αἰθιόπων· καὶ οἱ Σαβαεὶμ ἄνδρες ὑψηλοὶ ἐπὶ σὲ διαβήσονται, καὶ ἀκολουθήσουσιν οἱ ὀπίσω σου δεδε‐ μένοι χειροπέδαις, καὶ προσκυνήσουσί σοι, ὅτι ἐν σοὶ ὁ Θεός. Σὺ γὰρ εἶ ὁ Θεὸς τοῦ Ἰσραὴλ, καὶ οὐκ ᾔδει‐</w:t>
      </w:r>
    </w:p>
    <w:p>
      <w:r>
        <w:rPr>
          <w:rFonts w:ascii="Courier New" w:hAnsi="Courier New"/>
          <w:color w:val="555555"/>
          <w:sz w:val="20"/>
        </w:rPr>
        <w:t>[10]</w:t>
      </w:r>
    </w:p>
    <w:p>
      <w:r>
        <w:rPr>
          <w:rFonts w:ascii="Gentium Plus" w:hAnsi="Gentium Plus"/>
          <w:sz w:val="24"/>
        </w:rPr>
        <w:t>μεν.» Τίς δή ἐστιν ὁ Θεὸς, ἐν ᾧ ὁ Θεὸς, εἰ μὴ ὁ Υἱὸς ὁ λέγων· «Ἐγὼ ἐν τῷ Πατρὶ, καὶ ὁ Πατὴρ ἐν ἐμοί ἐστιν;» Τίς, τούτων ὄντων καὶ γεγραμμένων, οὐ συνορᾷ, ἐπεὶ τῶν μὲν κτισμάτων οὐδὲν ὅμοιον ὁ Υἱὸς</w:t>
      </w:r>
    </w:p>
    <w:p>
      <w:r>
        <w:rPr>
          <w:rFonts w:ascii="Courier New" w:hAnsi="Courier New"/>
          <w:color w:val="555555"/>
          <w:sz w:val="20"/>
        </w:rPr>
        <w:t>[15]</w:t>
      </w:r>
    </w:p>
    <w:p>
      <w:r>
        <w:rPr>
          <w:rFonts w:ascii="Gentium Plus" w:hAnsi="Gentium Plus"/>
          <w:sz w:val="24"/>
        </w:rPr>
        <w:t>ἔχει, πάντα δὲ τὰ τοῦ Πατρὸς τοῦ Υἱοῦ ἐστιν, ὅτι ὁμοούσιος ἂν εἴη ὁ Υἱὸς τῷ Πατρί; Ὥσπερ γὰρ, εἰ τῶν κτισμάτων τινὰ εἶχεν ὁμοιότητα καὶ πρὸς αὐτά τινα εἶχε συγγένειαν, ὁμοούσιος ἂν αὐτοῖς ἦν· οὕτως ἀλλότριος μὲν ὢν κατ’ οὐσίαν τῶν γενητῶν, ἴδιος δὲ</w:t>
      </w:r>
    </w:p>
    <w:p>
      <w:r>
        <w:rPr>
          <w:rFonts w:ascii="Courier New" w:hAnsi="Courier New"/>
          <w:color w:val="555555"/>
          <w:sz w:val="20"/>
        </w:rPr>
        <w:t>[20]</w:t>
      </w:r>
    </w:p>
    <w:p>
      <w:r>
        <w:rPr>
          <w:rFonts w:ascii="Gentium Plus" w:hAnsi="Gentium Plus"/>
          <w:sz w:val="24"/>
        </w:rPr>
        <w:t>τοῦ Πατρὸς Λόγος, οὐκ ἄλλος ὢν οὗτος ἐκείνου· ἐπειδὴ καὶ αὐτοῦ ἐστιν ἴδια πάντα τὰ τοῦ Πατρὸς, ὁμοούσιος εἰκότως ἂν εἴη τῷ Πατρί. Οὕτω γὰρ καὶ οἱ Πατέρες νοήσαντες, ὡμολόγησαν ἐν τῇ κατὰ Νίκαιαν συνόδῳ ὁμοούσιον καὶ ἐκ τῆς οὐσίας τοῦ Πατρὸς τὸν</w:t>
      </w:r>
    </w:p>
    <w:p>
      <w:r>
        <w:rPr>
          <w:rFonts w:ascii="Courier New" w:hAnsi="Courier New"/>
          <w:color w:val="555555"/>
          <w:sz w:val="20"/>
        </w:rPr>
        <w:t>[25]</w:t>
      </w:r>
    </w:p>
    <w:p>
      <w:r>
        <w:rPr>
          <w:rFonts w:ascii="Gentium Plus" w:hAnsi="Gentium Plus"/>
          <w:sz w:val="24"/>
        </w:rPr>
        <w:t>Υἱόν. Συνεῖδον γὰρ καλῶς, ὅτι κτιστὴ οὐσία οὐ δύνα‐ ται ἄν ποτε εἰπεῖν· «Πάντα, ὅσα ἔχει ὁ Πατὴρ, ἐμά ἐστιν.» Ἀρχὴν γὰρ ἔχουσα τοῦ γίνεσθαι, οὐκ ἔχει τὸ ὢν, καὶ τὸ ἦν ἀϊδίως. Καὶ διὰ τοῦτο, ἐπει‐ δὴ ταῦτ’ ἔχει ὁ Υἱὸς, καὶ πάντα δὲ τὰ προειρη‐</w:t>
      </w:r>
    </w:p>
    <w:p>
      <w:r>
        <w:rPr>
          <w:rFonts w:ascii="Courier New" w:hAnsi="Courier New"/>
          <w:color w:val="555555"/>
          <w:sz w:val="20"/>
        </w:rPr>
        <w:t>[30]</w:t>
      </w:r>
    </w:p>
    <w:p>
      <w:r>
        <w:rPr>
          <w:rFonts w:ascii="Gentium Plus" w:hAnsi="Gentium Plus"/>
          <w:sz w:val="24"/>
        </w:rPr>
        <w:t>μένα τοῦ Πατρὸς τοῦ Υἱοῦ ἐστιν, ἀνάγκη μὴ κτιστὴν εἶναι τὴν οὐσίαν τοῦ Υἱοῦ, ἀλλ’ ὁμοούσιον τῷ Πατρί. Ἄλλως τε καὶ κατὰ τοῦτο οὐκ ἂν εἴη κτι‐ στὴ οὐσία, δεκτικὴ τῶν ἰδίων τοῦ Θεοῦ. Ἴδια δὲ αὐτοῦ ἐστιν, ἐξ ὧν γινώσκεται ὁ Θεὸς, οἷον τὸ παντο‐</w:t>
      </w:r>
    </w:p>
    <w:p>
      <w:r>
        <w:rPr>
          <w:rFonts w:ascii="Courier New" w:hAnsi="Courier New"/>
          <w:color w:val="555555"/>
          <w:sz w:val="20"/>
        </w:rPr>
        <w:t>[35]</w:t>
      </w:r>
    </w:p>
    <w:p>
      <w:r>
        <w:rPr>
          <w:rFonts w:ascii="Gentium Plus" w:hAnsi="Gentium Plus"/>
          <w:sz w:val="24"/>
        </w:rPr>
        <w:t>κράτωρ, τὸ ὢν, τὸ ἀναλλοίωτον, καὶ τὰ ἕτερα τὰ προειρημένα, ἵνα μὴ ὁμοούσιος τῶν κτισμάτων αὐτὸς ὁ Θεὸς φαίνηται κατὰ τοὺς ἄφρονας, ἔχων ἅπερ καὶ τὰ κτίσματα ἔχειν δύναται.</w:t>
      </w:r>
    </w:p>
    <w:p>
      <w:r>
        <w:rPr>
          <w:rFonts w:ascii="Courier New" w:hAnsi="Courier New"/>
          <w:color w:val="555555"/>
          <w:sz w:val="20"/>
        </w:rPr>
        <w:t>[41]</w:t>
      </w:r>
    </w:p>
    <w:p>
      <w:r>
        <w:rPr>
          <w:rFonts w:ascii="Gentium Plus" w:hAnsi="Gentium Plus"/>
          <w:sz w:val="24"/>
        </w:rPr>
        <w:t>Καὶ οὕτω δ’ ἄν τις διελέγξειε τὴν ἀσέβειαν</w:t>
      </w:r>
    </w:p>
    <w:p>
      <w:r>
        <w:rPr>
          <w:rFonts w:ascii="Courier New" w:hAnsi="Courier New"/>
          <w:color w:val="555555"/>
          <w:sz w:val="20"/>
        </w:rPr>
        <w:t>[26 . 617]</w:t>
      </w:r>
    </w:p>
    <w:p>
      <w:r>
        <w:rPr>
          <w:rFonts w:ascii="Gentium Plus" w:hAnsi="Gentium Plus"/>
          <w:sz w:val="24"/>
        </w:rPr>
        <w:t>πίστις ἡμῶν εἰς Πατέρα καὶ Υἱὸν καὶ ἅγιον Πνεῦμά ἐστι, λέγοντος αὐτοῦ τοῦ Υἱοῦ τοῖς ἀποστόλοις· «Πορευθέντες, μαθητεύσατε πάντα τὰ ἔθνη, βαπτί‐ ζοντες αὐτοὺς εἰς τὸ ὄνομα τοῦ Πατρὸς καὶ τοῦ Υἱοῦ</w:t>
      </w:r>
    </w:p>
    <w:p>
      <w:r>
        <w:rPr>
          <w:rFonts w:ascii="Courier New" w:hAnsi="Courier New"/>
          <w:color w:val="555555"/>
          <w:sz w:val="20"/>
        </w:rPr>
        <w:t>[5]</w:t>
      </w:r>
    </w:p>
    <w:p>
      <w:r>
        <w:rPr>
          <w:rFonts w:ascii="Gentium Plus" w:hAnsi="Gentium Plus"/>
          <w:sz w:val="24"/>
        </w:rPr>
        <w:t>καὶ τοῦ ἁγίου Πνεύματος.» Εἶπε δὲ οὕτως, ἵνα ἐξ ὧν οἴδαμεν, ἀπὸ τούτων νοῶμεν καὶ περὶ τῶν προει‐ ρημένων. Ὥσπερ οὖν οὐκ ἂν εἴποιμεν τοὺς πατέ‐ ρας ποιητὰς, ἀλλὰ γεννήτορας, καὶ αὐτοὺς δὲ ἡμᾶς οὐκ ἂν εἴποι τις κτίσμα πατέρων, ἀλλὰ υἱοὺς φύσει,</w:t>
      </w:r>
    </w:p>
    <w:p>
      <w:r>
        <w:rPr>
          <w:rFonts w:ascii="Courier New" w:hAnsi="Courier New"/>
          <w:color w:val="555555"/>
          <w:sz w:val="20"/>
        </w:rPr>
        <w:t>[10]</w:t>
      </w:r>
    </w:p>
    <w:p>
      <w:r>
        <w:rPr>
          <w:rFonts w:ascii="Gentium Plus" w:hAnsi="Gentium Plus"/>
          <w:sz w:val="24"/>
        </w:rPr>
        <w:t>καὶ ὁμοουσίους τῶν πατέρων· οὕτως, εἰ Πατὴρ ὁ Θεὸς, πάντως Υἱοῦ φύσει καὶ ὁμοουσίου ἐστὶ Πατήρ. Ἀβραὰμ γοῦν οὐκ ἔκτισε τὸν Ἰσαὰκ, ἀλλ’ ἐγέν‐ νησε· Βεσελεὴλ δὲ καὶ Ἐλιὰβ οὐκ ἐγέννησαν, ἀλλ’ ἐποίησαν πάντα τὰ ἔργα τὰ ἐν τῇ σκηνῇ. Καὶ ναυ‐</w:t>
      </w:r>
    </w:p>
    <w:p>
      <w:r>
        <w:rPr>
          <w:rFonts w:ascii="Courier New" w:hAnsi="Courier New"/>
          <w:color w:val="555555"/>
          <w:sz w:val="20"/>
        </w:rPr>
        <w:t>[15]</w:t>
      </w:r>
    </w:p>
    <w:p>
      <w:r>
        <w:rPr>
          <w:rFonts w:ascii="Gentium Plus" w:hAnsi="Gentium Plus"/>
          <w:sz w:val="24"/>
        </w:rPr>
        <w:t>πηγὸς δὲ καὶ οἰκοδόμος οὐ γεννῶσιν ἃ ποιοῦσιν, ἀλλ’ ἕκαστος ἐργάζεται, ὁ μὲν τὸ σκάφος, ὁ δὲ τὴν οἰκίαν. Ὁ μέντοι Ἰσαὰκ οὐ ποιεῖ, ἀλλὰ γεννᾷ φύσει καὶ ὁμοούσιον τὸν Ἰακώβ· καὶ ὁ Ἰακὼβ δὲ οὕτως τὸν Ἰούδαν καὶ τοὺς ἀδελφοὺς αὐτοῦ. Ὥσπερ οὖν</w:t>
      </w:r>
    </w:p>
    <w:p>
      <w:r>
        <w:rPr>
          <w:rFonts w:ascii="Courier New" w:hAnsi="Courier New"/>
          <w:color w:val="555555"/>
          <w:sz w:val="20"/>
        </w:rPr>
        <w:t>[20]</w:t>
      </w:r>
    </w:p>
    <w:p>
      <w:r>
        <w:rPr>
          <w:rFonts w:ascii="Gentium Plus" w:hAnsi="Gentium Plus"/>
          <w:sz w:val="24"/>
        </w:rPr>
        <w:t>μαίνοιτ’ ἄν τις λέγων τὴν οἰκίαν ὁμοούσιον τοῦ οἰκο‐ δόμου, καὶ τὸ σκάφος τοῦ ναυπηγοῦ, οὕτως πρεπόν‐ τως ἄν τις εἴποι πάντα Υἱὸν ὁμοούσιον εἶναι τοῦ ἑαυ‐ τοῦ Πατρός. Εἰ τοίνυν Πατήρ ἐστι καὶ Υἱὸς, ἀνάγκη τὸν Υἱὸν φύσει καὶ ἀληθείᾳ εἶναι Υἱόν. Τοῦτο δέ</w:t>
      </w:r>
    </w:p>
    <w:p>
      <w:r>
        <w:rPr>
          <w:rFonts w:ascii="Courier New" w:hAnsi="Courier New"/>
          <w:color w:val="555555"/>
          <w:sz w:val="20"/>
        </w:rPr>
        <w:t>[25]</w:t>
      </w:r>
    </w:p>
    <w:p>
      <w:r>
        <w:rPr>
          <w:rFonts w:ascii="Gentium Plus" w:hAnsi="Gentium Plus"/>
          <w:sz w:val="24"/>
        </w:rPr>
        <w:t>ἐστι τὸ ὁμοούσιον εἶναι τῷ Πατρὶ, ὡς ἐκ πολλῶν ἐδεί‐ χθη. Ἀμέλει περὶ μὲν τῶν ποιημάτων· «Αὐτὸς εἶπε, καὶ ἐγενήθησαν· αὐτὸς ἐνετείλατο, καὶ ἐκτίσθησαν.» Περὶ δὲ τοῦ Υἱοῦ· «Ἐξηρεύξατο ἡ καρδία μου Λόγον ἀγαθόν.» Ὁ δὲ Δανιὴλ οἶδεν Υἱὸν τοῦ Θεοῦ, οἶδε καὶ</w:t>
      </w:r>
    </w:p>
    <w:p>
      <w:r>
        <w:rPr>
          <w:rFonts w:ascii="Courier New" w:hAnsi="Courier New"/>
          <w:color w:val="555555"/>
          <w:sz w:val="20"/>
        </w:rPr>
        <w:t>[30]</w:t>
      </w:r>
    </w:p>
    <w:p>
      <w:r>
        <w:rPr>
          <w:rFonts w:ascii="Gentium Plus" w:hAnsi="Gentium Plus"/>
          <w:sz w:val="24"/>
        </w:rPr>
        <w:t>τὰ ἔργα τοῦ Θεοῦ· καὶ τὸν μὲν Υἱὸν εἶδε δροσί‐ ζοντα τὴν κάμινον· περὶ δὲ τῶν ἔργων εἰρηκὼς, «Εὐλογεῖτε, πάντα τὰ ἔργα Κυρίου, τὸν Κύριον,» ἕκαστον μὲν τῶν κτισμάτων κατέλεξε· τὸν δὲ Υἱὸν οὐ συνηρίθμησε τούτοις, εἰδὼς, ὅτι οὐκ ἔστιν ἔρ‐</w:t>
      </w:r>
    </w:p>
    <w:p>
      <w:r>
        <w:rPr>
          <w:rFonts w:ascii="Courier New" w:hAnsi="Courier New"/>
          <w:color w:val="555555"/>
          <w:sz w:val="20"/>
        </w:rPr>
        <w:t>[35]</w:t>
      </w:r>
    </w:p>
    <w:p>
      <w:r>
        <w:rPr>
          <w:rFonts w:ascii="Gentium Plus" w:hAnsi="Gentium Plus"/>
          <w:sz w:val="24"/>
        </w:rPr>
        <w:t>γον, ἀλλὰ δι’ αὐτοῦ γέγονε μὲν τὰ ἔργα, ἐν Πατρὶ δὲ ὑμνούμενος καὶ ὑπερυψούμενός ἐστιν. Ὥσπερ οὖν δι’ αὐτοῦ ἀποκαλύπτεται ὁ Θεὸς τοῖς γινώσκουσιν, οὕτως δι’ αὐτοῦ ἡ εὐλογία, καὶ ὁ ὕμνος, καὶ ἡ δόξα, καὶ τὸ κράτος ὁμολογεῖται τῷ Πατρὶ δι’ αὐτοῦ καὶ</w:t>
      </w:r>
    </w:p>
    <w:p>
      <w:r>
        <w:rPr>
          <w:rFonts w:ascii="Courier New" w:hAnsi="Courier New"/>
          <w:color w:val="555555"/>
          <w:sz w:val="20"/>
        </w:rPr>
        <w:t>[40]</w:t>
      </w:r>
    </w:p>
    <w:p>
      <w:r>
        <w:rPr>
          <w:rFonts w:ascii="Gentium Plus" w:hAnsi="Gentium Plus"/>
          <w:sz w:val="24"/>
        </w:rPr>
        <w:t>ἐν αὐτῷ, ἵνα καὶ εὐπρόσδεκτος ἡ τοιαύτη ὁμολογία γένηται, ὡς αἱ Γραφαὶ λέγουσιν. Ἐκ πολλῶν μὲν οὖν καὶ ἐκ τούτων δέδεικται καὶ δείκνυται ἀσε‐</w:t>
      </w:r>
    </w:p>
    <w:p>
      <w:r>
        <w:rPr>
          <w:rFonts w:ascii="Courier New" w:hAnsi="Courier New"/>
          <w:color w:val="555555"/>
          <w:sz w:val="20"/>
        </w:rPr>
        <w:t>[26 . 620]</w:t>
      </w:r>
    </w:p>
    <w:p>
      <w:r>
        <w:rPr>
          <w:rFonts w:ascii="Gentium Plus" w:hAnsi="Gentium Plus"/>
          <w:sz w:val="24"/>
        </w:rPr>
        <w:t>Ἀλλ’ ἐπειδὴ προφασίζονται τὸ ἐν ταῖς Παροι‐ μίαις γεγραμμένον τὸ, «Κύριος ἔκτισέ με ἀρχὴν ὁδῶν αὐτοῦ εἰς ἔργα αὐτοῦ,» καὶ ἐπιλέγουσιν ἑαυτοῖς· Ἰδοὺ ἔκτισε, καὶ κτίσμα ἐστίν· ἀναγκαῖόν</w:t>
      </w:r>
    </w:p>
    <w:p>
      <w:r>
        <w:rPr>
          <w:rFonts w:ascii="Courier New" w:hAnsi="Courier New"/>
          <w:color w:val="555555"/>
          <w:sz w:val="20"/>
        </w:rPr>
        <w:t>[5]</w:t>
      </w:r>
    </w:p>
    <w:p>
      <w:r>
        <w:rPr>
          <w:rFonts w:ascii="Gentium Plus" w:hAnsi="Gentium Plus"/>
          <w:sz w:val="24"/>
        </w:rPr>
        <w:t>ἐστι καὶ ἐκ τούτου δεῖξαι ὅσον πλανῶνται, μὴ εἰδό‐ τες τὸν σκοπὸν τῆς θείας Γραφῆς. Εἰ μὲν οὖν Υἱός ἐστι, μὴ λεγέσθω κτίσμα· εἰ δὲ κτίσμα, μὴ λεγέσθω Υἱός. Δέδεικται γὰρ ἐν τοῖς ἔμπροσθεν, ὅση διαφορά ἐστι κτίσματος καὶ Υἱοῦ. Καὶ ἐπειδὴ ἡ τελείωσις οὐκ</w:t>
      </w:r>
    </w:p>
    <w:p>
      <w:r>
        <w:rPr>
          <w:rFonts w:ascii="Courier New" w:hAnsi="Courier New"/>
          <w:color w:val="555555"/>
          <w:sz w:val="20"/>
        </w:rPr>
        <w:t>[10]</w:t>
      </w:r>
    </w:p>
    <w:p>
      <w:r>
        <w:rPr>
          <w:rFonts w:ascii="Gentium Plus" w:hAnsi="Gentium Plus"/>
          <w:sz w:val="24"/>
        </w:rPr>
        <w:t>εἰς κτίστην καὶ κτίσμα, ἀλλ’ εἰς Πατέρα καὶ Υἱὸν κρατεῖ, ἀνάγκη μὴ λέγεσθαι κτίσμα, ἀλλ’ Υἱὸν τὸν Κύριον. Οὐ γέγραπται οὖν; φησί. Ναὶ γέγραπται, καὶ ἀναγκαίως εἴρηται· ἀλλὰ κακῶς νοοῦσι τὸ καλῶς εἰρημένον οἱ αἱρετικοί. Εἰ γὰρ ἐνόουν καὶ ἐγίνωσκον</w:t>
      </w:r>
    </w:p>
    <w:p>
      <w:r>
        <w:rPr>
          <w:rFonts w:ascii="Courier New" w:hAnsi="Courier New"/>
          <w:color w:val="555555"/>
          <w:sz w:val="20"/>
        </w:rPr>
        <w:t>[15]</w:t>
      </w:r>
    </w:p>
    <w:p>
      <w:r>
        <w:rPr>
          <w:rFonts w:ascii="Gentium Plus" w:hAnsi="Gentium Plus"/>
          <w:sz w:val="24"/>
        </w:rPr>
        <w:t>τὸν χαρακτῆρα τοῦ Χριστιανισμοῦ, οὐκ ἂν τὸν Κύριον τῆς δόξης ἔλεγον κτίσμα εἶναι, οὐδὲ προσέκοπτον τῷ γεγραμμένῳ καλῶς. Ἐκεῖνοι μὲν οὖν «οὐκ ἔγνωσαν, οὐδὲ συνῆκαν·» διὰ τοῦτο, ὡς γέγραπται, «ἐν σκότῳ διαπορεύονται·» ἡμᾶς δὲ ὅμως ἀναγκαῖον εἰπεῖν,</w:t>
      </w:r>
    </w:p>
    <w:p>
      <w:r>
        <w:rPr>
          <w:rFonts w:ascii="Courier New" w:hAnsi="Courier New"/>
          <w:color w:val="555555"/>
          <w:sz w:val="20"/>
        </w:rPr>
        <w:t>[20]</w:t>
      </w:r>
    </w:p>
    <w:p>
      <w:r>
        <w:rPr>
          <w:rFonts w:ascii="Gentium Plus" w:hAnsi="Gentium Plus"/>
          <w:sz w:val="24"/>
        </w:rPr>
        <w:t>ἵν’ ἐκεῖνοι μὲν καὶ ἐν τούτῳ δειχθῶσιν ἄφρονες, ἡμεῖς δὲ μὴ παραλίπωμεν τὸν κατὰ τῆς ἀσεβείας αὐτῶν ἔλεγχον, ἴσως καὶ αὐτοὶ μεταγνῶσιν. Ὁ χαρακτὴρ τοίνυν τῆς ἐν Χριστῷ πίστεώς ἐστιν οὗτος, τὸν Υἱὸν τοῦ Θεοῦ, Λόγον ὄντα Θεόν («Ἐν ἀρχῇ γὰρ ὁ Λό‐</w:t>
      </w:r>
    </w:p>
    <w:p>
      <w:r>
        <w:rPr>
          <w:rFonts w:ascii="Courier New" w:hAnsi="Courier New"/>
          <w:color w:val="555555"/>
          <w:sz w:val="20"/>
        </w:rPr>
        <w:t>[25]</w:t>
      </w:r>
    </w:p>
    <w:p>
      <w:r>
        <w:rPr>
          <w:rFonts w:ascii="Gentium Plus" w:hAnsi="Gentium Plus"/>
          <w:sz w:val="24"/>
        </w:rPr>
        <w:t>γος, καὶ Θεὸς ἦν ὁ Λόγος»), σοφίαν ὄντα καὶ δύνα‐ μιν τοῦ Πατρός (Χριστὸς γὰρ Θεοῦ δύναμις καὶ Θεοῦ σοφία), τοῦτον ἐπὶ συντελείᾳ τῶν αἰώνων ἄνθρωπον γεγενῆσθαι διὰ τὴν ἡμετέραν σωτηρίαν. Αὐτὸς γὰρ ὁ Ἰωάννης, εἰρηκὼς, «Ἐν ἀρχῇ ἦν ὁ Λόγος,»</w:t>
      </w:r>
    </w:p>
    <w:p>
      <w:r>
        <w:rPr>
          <w:rFonts w:ascii="Courier New" w:hAnsi="Courier New"/>
          <w:color w:val="555555"/>
          <w:sz w:val="20"/>
        </w:rPr>
        <w:t>[30]</w:t>
      </w:r>
    </w:p>
    <w:p>
      <w:r>
        <w:rPr>
          <w:rFonts w:ascii="Gentium Plus" w:hAnsi="Gentium Plus"/>
          <w:sz w:val="24"/>
        </w:rPr>
        <w:t>μετ’ ὀλίγα εἶπε· «καὶ ὁ Λόγος σὰρξ ἐγένετο·» ἴσον τῷ εἰπεῖν, ἄνθρωπος γέγονε. Καὶ ὁ μὲν Κύριος περὶ ἑαυτοῦ ἔλεγε· «Τί με ζητεῖτε ἀποκτεῖναι, ἄν‐ θρωπον ὃς τὴν ἀλήθειαν ὑμῖν λελάληκα;» ὁ δὲ Παῦ‐ λος, παρ’ αὐτοῦ μαθὼν, ἔλεγεν· «Εἷς Θεὸς, εἷς</w:t>
      </w:r>
    </w:p>
    <w:p>
      <w:r>
        <w:rPr>
          <w:rFonts w:ascii="Courier New" w:hAnsi="Courier New"/>
          <w:color w:val="555555"/>
          <w:sz w:val="20"/>
        </w:rPr>
        <w:t>[35]</w:t>
      </w:r>
    </w:p>
    <w:p>
      <w:r>
        <w:rPr>
          <w:rFonts w:ascii="Gentium Plus" w:hAnsi="Gentium Plus"/>
          <w:sz w:val="24"/>
        </w:rPr>
        <w:t>καὶ μεσίτης Θεοῦ καὶ ἀνθρώπων, ἄνθρωπος Χριστὸς Ἰησοῦς·» ἄνθρωπος δὲ γενόμενος καὶ οἰκονομήσας τὰ ἀνθρώπινα, τροπώσας τε καὶ καταργήσας τὸν καθ’ ἡμῶν θάνατον, κάθηται νῦν ἐν δεξιᾷ τοῦ Πατρὸς, ἐν αὐτῷ ὢν, καὶ τοῦ Πατρὸς ὄντος ἐν αὐτῷ, ὥσπερ</w:t>
      </w:r>
    </w:p>
    <w:p>
      <w:r>
        <w:rPr>
          <w:rFonts w:ascii="Courier New" w:hAnsi="Courier New"/>
          <w:color w:val="555555"/>
          <w:sz w:val="20"/>
        </w:rPr>
        <w:t>[40]</w:t>
      </w:r>
    </w:p>
    <w:p>
      <w:r>
        <w:rPr>
          <w:rFonts w:ascii="Gentium Plus" w:hAnsi="Gentium Plus"/>
          <w:sz w:val="24"/>
        </w:rPr>
        <w:t>ἦν ἀεὶ, καὶ ἔστι διαπαντός.</w:t>
      </w:r>
    </w:p>
    <w:p>
      <w:r>
        <w:rPr>
          <w:rFonts w:ascii="Courier New" w:hAnsi="Courier New"/>
          <w:color w:val="555555"/>
          <w:sz w:val="20"/>
        </w:rPr>
        <w:t>[43]</w:t>
      </w:r>
    </w:p>
    <w:p>
      <w:r>
        <w:rPr>
          <w:rFonts w:ascii="Gentium Plus" w:hAnsi="Gentium Plus"/>
          <w:sz w:val="24"/>
        </w:rPr>
        <w:t>Ὁ μὲν χαρακτὴρ οὗτος ἐκ τῶν ἀποστόλων διὰ τῶν Πατέρων· δεῖ δὲ λοιπὸν, ἐντυγχάνοντα τῇ Γραφῇ,</w:t>
      </w:r>
    </w:p>
    <w:p>
      <w:r>
        <w:rPr>
          <w:rFonts w:ascii="Courier New" w:hAnsi="Courier New"/>
          <w:color w:val="555555"/>
          <w:sz w:val="20"/>
        </w:rPr>
        <w:t>[45]</w:t>
      </w:r>
    </w:p>
    <w:p>
      <w:r>
        <w:rPr>
          <w:rFonts w:ascii="Gentium Plus" w:hAnsi="Gentium Plus"/>
          <w:sz w:val="24"/>
        </w:rPr>
        <w:t>δοκιμάζειν καὶ διακρίνειν, πότε μὲν περὶ τῆς θεότητος</w:t>
      </w:r>
    </w:p>
    <w:p>
      <w:r>
        <w:rPr>
          <w:rFonts w:ascii="Courier New" w:hAnsi="Courier New"/>
          <w:color w:val="555555"/>
          <w:sz w:val="20"/>
        </w:rPr>
        <w:t>[26 . 621]</w:t>
      </w:r>
    </w:p>
    <w:p>
      <w:r>
        <w:rPr>
          <w:rFonts w:ascii="Gentium Plus" w:hAnsi="Gentium Plus"/>
          <w:sz w:val="24"/>
        </w:rPr>
        <w:t>ἵνα μὴ ἕτερα ἀνθ’ ἑτέρων νοοῦντες παραπαίωμεν, οἷα πεπόνθασιν οἱ Ἀρειανοί. Ὥσπερ τοίνυν, Λόγον αὐτὸν εἰδότες, οἴδαμεν, ὅτι «δι’ αὐτοῦ τὰ πάντα ἐγέ‐ νετο, καὶ χωρὶς αὐτοῦ ἐγένετο οὐδὲ ἕν·» καὶ, «Τῷ</w:t>
      </w:r>
    </w:p>
    <w:p>
      <w:r>
        <w:rPr>
          <w:rFonts w:ascii="Courier New" w:hAnsi="Courier New"/>
          <w:color w:val="555555"/>
          <w:sz w:val="20"/>
        </w:rPr>
        <w:t>[5]</w:t>
      </w:r>
    </w:p>
    <w:p>
      <w:r>
        <w:rPr>
          <w:rFonts w:ascii="Gentium Plus" w:hAnsi="Gentium Plus"/>
          <w:sz w:val="24"/>
        </w:rPr>
        <w:t>Λόγῳ Κυρίου οἱ οὐρανοὶ ἐστερεώθησαν·» καὶ, «Ἀπο‐ στέλλει τὸν Λόγον αὐτοῦ, καὶ ἰᾶται τὰ πάντα·» καὶ σοφίαν δὲ αὐτὸν εἰδότες, οἴδαμεν, ὅτι ὁ Θεὸς τῇ σοφίᾳ ἐθεμελίωσε τὴν γῆν, καὶ πάντα ἐν σοφίᾳ ἐποί‐ ησεν ὁ Πατήρ· καὶ Θεὸν δὲ αὐτὸν εἰδότες, πεπι‐</w:t>
      </w:r>
    </w:p>
    <w:p>
      <w:r>
        <w:rPr>
          <w:rFonts w:ascii="Courier New" w:hAnsi="Courier New"/>
          <w:color w:val="555555"/>
          <w:sz w:val="20"/>
        </w:rPr>
        <w:t>[10]</w:t>
      </w:r>
    </w:p>
    <w:p>
      <w:r>
        <w:rPr>
          <w:rFonts w:ascii="Gentium Plus" w:hAnsi="Gentium Plus"/>
          <w:sz w:val="24"/>
        </w:rPr>
        <w:t>στεύκαμεν, ὅτι αὐτός ἐστιν ὁ Χριστός· «Ὁ θρόνος σου» γὰρ, «ὁ Θεὸς,» ᾄδει Δαβὶδ, «εἰς αἰῶνα αἰῶ‐ νος· ῥάβδος εὐθύτητος ἡ ῥάβδος τῆς βασιλείας σου. Ἠγάπησας δικαιοσύνην, καὶ ἐμίσησας ἀδικίαν· διὰ τοῦτο ἔχρισέ σε ὁ Θεὸς, ὁ Θεός σου, ἔλαιον ἀγαλλιά‐</w:t>
      </w:r>
    </w:p>
    <w:p>
      <w:r>
        <w:rPr>
          <w:rFonts w:ascii="Courier New" w:hAnsi="Courier New"/>
          <w:color w:val="555555"/>
          <w:sz w:val="20"/>
        </w:rPr>
        <w:t>[15]</w:t>
      </w:r>
    </w:p>
    <w:p>
      <w:r>
        <w:rPr>
          <w:rFonts w:ascii="Gentium Plus" w:hAnsi="Gentium Plus"/>
          <w:sz w:val="24"/>
        </w:rPr>
        <w:t>σεως παρὰ τοὺς μετόχους σου.» Καὶ ἐν μὲν τῷ Ἡσαΐᾳ αὐτὸς περὶ ἑαυτοῦ λέγει· «Πνεῦμα Κυρίου ἐπ’ ἐμὲ, οὗ εἵνεκεν ἔχρισέ με.» Ὁ δὲ Πέτρος ὡμο‐ λόγησεν, ὅτι «Σὺ εἶ ὁ Χριστὸς ὁ Υἱὸς τοῦ Θεοῦ τοῦ ζῶντος·» οὕτως εἰδότες αὐτὸν ἄνθρωπον γενόμενον,</w:t>
      </w:r>
    </w:p>
    <w:p>
      <w:r>
        <w:rPr>
          <w:rFonts w:ascii="Courier New" w:hAnsi="Courier New"/>
          <w:color w:val="555555"/>
          <w:sz w:val="20"/>
        </w:rPr>
        <w:t>[20]</w:t>
      </w:r>
    </w:p>
    <w:p>
      <w:r>
        <w:rPr>
          <w:rFonts w:ascii="Gentium Plus" w:hAnsi="Gentium Plus"/>
          <w:sz w:val="24"/>
        </w:rPr>
        <w:t>οὐκ ἀρνούμεθα τὰ περὶ αὐτοῦ ἀνθρωπίνως λεγόμενα, οἷά ἐστι τὸ πεινᾷν, τὸ διψᾷν, τὸ ῥαπισθῆναι, τὸ δα‐ κρῦσαι, τὸ κοιμηθῆναι, καὶ τέλος τῷ σταυρῷ ἀναδέ‐ ξασθαι τὸν ὑπὲρ ἡμῶν θάνατον· ταῦτα γὰρ πάντα περὶ αὐτοῦ γέγραπται. Οὕτως καὶ τὸ, «ἔκτι‐</w:t>
      </w:r>
    </w:p>
    <w:p>
      <w:r>
        <w:rPr>
          <w:rFonts w:ascii="Courier New" w:hAnsi="Courier New"/>
          <w:color w:val="555555"/>
          <w:sz w:val="20"/>
        </w:rPr>
        <w:t>[25]</w:t>
      </w:r>
    </w:p>
    <w:p>
      <w:r>
        <w:rPr>
          <w:rFonts w:ascii="Gentium Plus" w:hAnsi="Gentium Plus"/>
          <w:sz w:val="24"/>
        </w:rPr>
        <w:t>σεν,» ἀνθρώποις ἁρμόζον οὐκ ἀπέκρυψεν ἡ Γραφὴ, ἀλλ’ εἴρηκεν. Ἐκτίσθημεν γὰρ καὶ πεποιήμεθα οἱ ἄνθρωποι. Ἀλλ’ ὥσπερ ἀκούοντες, ἐπείνασεν, ἐκοι‐ μήθη, ἐῤῥαπίσθη, οὐκ ἀρνούμεθα αὐτοῦ τὴν θεό‐ τητα· οὕτως ἀκούοντας τὸ, «ἔκτισεν,» ἀκόλουθον</w:t>
      </w:r>
    </w:p>
    <w:p>
      <w:r>
        <w:rPr>
          <w:rFonts w:ascii="Courier New" w:hAnsi="Courier New"/>
          <w:color w:val="555555"/>
          <w:sz w:val="20"/>
        </w:rPr>
        <w:t>[30]</w:t>
      </w:r>
    </w:p>
    <w:p>
      <w:r>
        <w:rPr>
          <w:rFonts w:ascii="Gentium Plus" w:hAnsi="Gentium Plus"/>
          <w:sz w:val="24"/>
        </w:rPr>
        <w:t>ἂν εἴη μνημονεύειν, ὅτι, Θεὸς ὢν, ἐκτίσθη ἄνθρωπος. Ἀνθρώπων γὰρ ἴδιον τὸ κτίζεσθαι, ὥσπερ καὶ τὰ προειρημένα, τὸ πεινᾷν, καὶ τὰ ὅμοια. Καὶ γὰρ κἀκεῖνο πάλιν τὸ καλῶς μὲν εἰρημένον, κακῶς δὲ νοούμενον παρ’ αὐτοῖς· φημὶ δὴ τὸ, «Περὶ</w:t>
      </w:r>
    </w:p>
    <w:p>
      <w:r>
        <w:rPr>
          <w:rFonts w:ascii="Courier New" w:hAnsi="Courier New"/>
          <w:color w:val="555555"/>
          <w:sz w:val="20"/>
        </w:rPr>
        <w:t>[35]</w:t>
      </w:r>
    </w:p>
    <w:p>
      <w:r>
        <w:rPr>
          <w:rFonts w:ascii="Gentium Plus" w:hAnsi="Gentium Plus"/>
          <w:sz w:val="24"/>
        </w:rPr>
        <w:t>τῆς ἡμέρας ἢ τῆς ὥρας ἐκείνης οὐδεὶς οἶδεν, οὐδὲ οἱ ἄγγελοι, οὐδὲ ὁ Υἱὸς,» καλὸν ἔχει τὸν νοῦν. Ἐκεῖ‐ νοι μὲν γὰρ νομίζουσιν ἐκ τοῦ λέγειν, «οὐδὲ ὁ Υἱὸς,» ὅτι ἀγνοῶν δηλοῖ, ὅτι κτίσμα ἐστίν. Οὐκ ἔστι δὲ οὕ‐</w:t>
      </w:r>
    </w:p>
    <w:p>
      <w:r>
        <w:rPr>
          <w:rFonts w:ascii="Courier New" w:hAnsi="Courier New"/>
          <w:color w:val="555555"/>
          <w:sz w:val="20"/>
        </w:rPr>
        <w:t>[26 . 624]</w:t>
      </w:r>
    </w:p>
    <w:p>
      <w:r>
        <w:rPr>
          <w:rFonts w:ascii="Gentium Plus" w:hAnsi="Gentium Plus"/>
          <w:sz w:val="24"/>
        </w:rPr>
        <w:t>με,» ἀνθρωπίνως εἴρηκεν· οὕτως λέγων, «οὐδὲ ὁ Υἱὸς,» ἀνθρωπίνως εἴρηκε. Καὶ τὸ αἴτιον τοῦ οὕτως εἰρηκέναι ἔχει τὸ εὔλογον. Ἐπειδὴ γὰρ ἄνθρωπος γέγονεν, ὡς γέγραπται, ἀνθρώπων δὲ ἴδιον τὸ ἀγνο‐</w:t>
      </w:r>
    </w:p>
    <w:p>
      <w:r>
        <w:rPr>
          <w:rFonts w:ascii="Courier New" w:hAnsi="Courier New"/>
          <w:color w:val="555555"/>
          <w:sz w:val="20"/>
        </w:rPr>
        <w:t>[5]</w:t>
      </w:r>
    </w:p>
    <w:p>
      <w:r>
        <w:rPr>
          <w:rFonts w:ascii="Gentium Plus" w:hAnsi="Gentium Plus"/>
          <w:sz w:val="24"/>
        </w:rPr>
        <w:t>εῖν, ὥσπερ καὶ τὸ πεινᾷν, καὶ τὰ ἄλλα (οὐ γὰρ γι‐ νώσκουσιν, ἐὰν μὴ ἀκούσωσι καὶ μάθωσι), διὰ τοῦτο καὶ τὴν ἄγνοιαν τῶν ἀνθρώπων, ὡς ἄνθρωπος γεγο‐ νὼς, ἐπιδείκνυται· πρῶτον μὲν, ἵνα δείξῃ, ὅτι ἀληθῶς ἀνθρώπινον ἔχει σῶμα· ἔπειτα δὲ, ἵνα καὶ, τὴν</w:t>
      </w:r>
    </w:p>
    <w:p>
      <w:r>
        <w:rPr>
          <w:rFonts w:ascii="Courier New" w:hAnsi="Courier New"/>
          <w:color w:val="555555"/>
          <w:sz w:val="20"/>
        </w:rPr>
        <w:t>[10]</w:t>
      </w:r>
    </w:p>
    <w:p>
      <w:r>
        <w:rPr>
          <w:rFonts w:ascii="Gentium Plus" w:hAnsi="Gentium Plus"/>
          <w:sz w:val="24"/>
        </w:rPr>
        <w:t>ἄγνοιαν τῶν ἀνθρώπων ἐν τῷ σώματι ἔχων, ἀπὸ πάντων λυτρωσάμενος καὶ καθαρίσας, τελείαν καὶ ἁγίαν παραστήσῃ τῷ Πατρὶ τὴν ἀνθρωπότητα. Ποίαν ἔτι πρόφασιν εὑρήσουσιν οἱ Ἀρειανοί; Τί λοι‐ πὸν ἐπινοήσαντες γογγύσουσι; Κατεγνώσθησαν μὴ</w:t>
      </w:r>
    </w:p>
    <w:p>
      <w:r>
        <w:rPr>
          <w:rFonts w:ascii="Courier New" w:hAnsi="Courier New"/>
          <w:color w:val="555555"/>
          <w:sz w:val="20"/>
        </w:rPr>
        <w:t>[15]</w:t>
      </w:r>
    </w:p>
    <w:p>
      <w:r>
        <w:rPr>
          <w:rFonts w:ascii="Gentium Plus" w:hAnsi="Gentium Plus"/>
          <w:sz w:val="24"/>
        </w:rPr>
        <w:t>εἰδότες τὸ, «Κύριος ἔκτισέ με εἰς ἔργα αὐτοῦ.» Καὶ ἐδείχθησαν μὴ νοοῦντες τὸ, «Περὶ δὲ τῆς ἡμέρας ἐκείνης οὐδεὶς οἶδεν, οὐδὲ οἱ ἄγγελοι, οὐδὲ ὁ Υἱός.» Καὶ γὰρ ὥσπερ λέγων μὲν τὸ, «ἔκτισε,» τὸ ἀνθρώ‐ πινον σημαίνει, ὅτι ἄνθρωπος γέγονε καὶ ἐκτίσθη·</w:t>
      </w:r>
    </w:p>
    <w:p>
      <w:r>
        <w:rPr>
          <w:rFonts w:ascii="Courier New" w:hAnsi="Courier New"/>
          <w:color w:val="555555"/>
          <w:sz w:val="20"/>
        </w:rPr>
        <w:t>[20]</w:t>
      </w:r>
    </w:p>
    <w:p>
      <w:r>
        <w:rPr>
          <w:rFonts w:ascii="Gentium Plus" w:hAnsi="Gentium Plus"/>
          <w:sz w:val="24"/>
        </w:rPr>
        <w:t>λέγων δὲ, «Ἐγὼ καὶ ὁ Πατὴρ ἕν ἐσμεν,» καὶ, «Ὁ ἑωρακὼς ἐμὲ ἑώρακε τὸν Πατέρα,» καὶ, «Ἐγὼ ἐν τῷ Πατρὶ, καὶ ὁ Πατὴρ ἐν ἐμοί,» τὴν ἀϊδιότητα καὶ τὸ πρὸς τὸν Πατέρα ὁμοούσιον σημαίνει· οὕτως λέ‐ γων, «Οὐδεὶς οἶδεν, οὐδὲ ὁ Υἱὸς,» ὡς ἄνθρωπος πά‐</w:t>
      </w:r>
    </w:p>
    <w:p>
      <w:r>
        <w:rPr>
          <w:rFonts w:ascii="Courier New" w:hAnsi="Courier New"/>
          <w:color w:val="555555"/>
          <w:sz w:val="20"/>
        </w:rPr>
        <w:t>[25]</w:t>
      </w:r>
    </w:p>
    <w:p>
      <w:r>
        <w:rPr>
          <w:rFonts w:ascii="Gentium Plus" w:hAnsi="Gentium Plus"/>
          <w:sz w:val="24"/>
        </w:rPr>
        <w:t>λιν λέγει· ἀνθρώπων γὰρ ἴδιον τὸ ἀγνοεῖν. Λέγων δὲ, «Οὐδεὶς οἶδε τὸν Πατέρα εἰ μὴ ὁ Υἱὸς, οὐδὲ τὸν Υἱὸν εἰ μὴ ὁ Πατὴρ,» οἶδε πολλῷ πλέον τὰ γενητά. Οἱ μὲν οὖν μαθηταὶ ἐν τῷ κατὰ Ἰωάννην ἔλεγον τῷ Κυρίῳ· «Νῦν οἴδαμεν, ὅτι πάντα οἶδας.» Εὔδη‐</w:t>
      </w:r>
    </w:p>
    <w:p>
      <w:r>
        <w:rPr>
          <w:rFonts w:ascii="Courier New" w:hAnsi="Courier New"/>
          <w:color w:val="555555"/>
          <w:sz w:val="20"/>
        </w:rPr>
        <w:t>[30]</w:t>
      </w:r>
    </w:p>
    <w:p>
      <w:r>
        <w:rPr>
          <w:rFonts w:ascii="Gentium Plus" w:hAnsi="Gentium Plus"/>
          <w:sz w:val="24"/>
        </w:rPr>
        <w:t>λον οὖν, ὅτι οὐδέν ἐστιν ὃ ἀγνοεῖ, Λόγος ὢν, δι’ οὗ τὰ πάντα ἐγένετο. Τῶν δὲ πάντων οὖσα καὶ ἡ ἡμέρα ἐκείνη, πάντως δι’ αὐτοῦ γενήσεται, κἂν διαῤῥαγῶσι μυριάκις τῇ ἑαυτῶν ἀγνοίᾳ οἱ Ἀ‐ ρειανοί.</w:t>
      </w:r>
    </w:p>
    <w:p>
      <w:r>
        <w:rPr>
          <w:rFonts w:ascii="Courier New" w:hAnsi="Courier New"/>
          <w:color w:val="555555"/>
          <w:sz w:val="20"/>
        </w:rPr>
        <w:t>[36t]</w:t>
      </w:r>
    </w:p>
    <w:p>
      <w:pPr>
        <w:jc w:val="center"/>
      </w:pPr>
      <w:r>
        <w:rPr>
          <w:rFonts w:ascii="Gentium Plus" w:hAnsi="Gentium Plus"/>
          <w:b/>
          <w:sz w:val="24"/>
        </w:rPr>
        <w:t>ΕΠΙΣΤΟΛΗ ΤΟΥ ΑΥΤΟΥ ΠΡΟΣ ΤΟΝ ΑΥΤΟΝ</w:t>
      </w:r>
    </w:p>
    <w:p>
      <w:r>
        <w:rPr>
          <w:rFonts w:ascii="Courier New" w:hAnsi="Courier New"/>
          <w:color w:val="555555"/>
          <w:sz w:val="20"/>
        </w:rPr>
        <w:t>[37t]</w:t>
      </w:r>
    </w:p>
    <w:p>
      <w:pPr>
        <w:jc w:val="center"/>
      </w:pPr>
      <w:r>
        <w:rPr>
          <w:rFonts w:ascii="Gentium Plus" w:hAnsi="Gentium Plus"/>
          <w:b/>
          <w:sz w:val="24"/>
        </w:rPr>
        <w:t>ΣΕΡΑΠΙΩΝΑ ΕΠΙΣΚΟΠΟΝ ΠΕΡΙ ΤΟΥ</w:t>
      </w:r>
    </w:p>
    <w:p>
      <w:r>
        <w:rPr>
          <w:rFonts w:ascii="Courier New" w:hAnsi="Courier New"/>
          <w:color w:val="555555"/>
          <w:sz w:val="20"/>
        </w:rPr>
        <w:t>[38t]</w:t>
      </w:r>
    </w:p>
    <w:p>
      <w:pPr>
        <w:jc w:val="center"/>
      </w:pPr>
      <w:r>
        <w:rPr>
          <w:rFonts w:ascii="Gentium Plus" w:hAnsi="Gentium Plus"/>
          <w:b/>
          <w:sz w:val="24"/>
        </w:rPr>
        <w:t>ΑΓΙΟΥ ΠΝΕΥΜΑΤΟΣ.</w:t>
      </w:r>
    </w:p>
    <w:p>
      <w:r>
        <w:rPr>
          <w:rFonts w:ascii="Courier New" w:hAnsi="Courier New"/>
          <w:color w:val="555555"/>
          <w:sz w:val="20"/>
        </w:rPr>
        <w:t>[39]</w:t>
      </w:r>
    </w:p>
    <w:p>
      <w:r>
        <w:rPr>
          <w:rFonts w:ascii="Gentium Plus" w:hAnsi="Gentium Plus"/>
          <w:sz w:val="24"/>
        </w:rPr>
        <w:t>Ἴσως θαυμάσεις, πῶς ἐντειλάμενον τὴν περὶ</w:t>
      </w:r>
    </w:p>
    <w:p>
      <w:r>
        <w:rPr>
          <w:rFonts w:ascii="Courier New" w:hAnsi="Courier New"/>
          <w:color w:val="555555"/>
          <w:sz w:val="20"/>
        </w:rPr>
        <w:t>[40]</w:t>
      </w:r>
    </w:p>
    <w:p>
      <w:r>
        <w:rPr>
          <w:rFonts w:ascii="Gentium Plus" w:hAnsi="Gentium Plus"/>
          <w:sz w:val="24"/>
        </w:rPr>
        <w:t>τοῦ ἁγίου Πνεύματος γραφεῖσαν ἐπιστολὴν ἐπιτε‐</w:t>
      </w:r>
    </w:p>
    <w:p>
      <w:r>
        <w:rPr>
          <w:rFonts w:ascii="Courier New" w:hAnsi="Courier New"/>
          <w:color w:val="555555"/>
          <w:sz w:val="20"/>
        </w:rPr>
        <w:t>[26 . 625]</w:t>
      </w:r>
    </w:p>
    <w:p>
      <w:r>
        <w:rPr>
          <w:rFonts w:ascii="Gentium Plus" w:hAnsi="Gentium Plus"/>
          <w:sz w:val="24"/>
        </w:rPr>
        <w:t>μεῖν, καὶ δι’ ὀλίγων δηλῶσαι, ὁρᾷς ὥσπερ ἀφέντα με τὸν περὶ τούτου λόγον, καὶ γράφοντα κατὰ τῶν ἀσεβούντων εἰς τὸν Υἱὸν τοῦ Θεοῦ, καὶ λεγόντων αὐτὸν κτίσμα· ἀλλ’ οὐ μέμψῃ εὖ οἶδ’ ὅτι, εἰ μά‐</w:t>
      </w:r>
    </w:p>
    <w:p>
      <w:r>
        <w:rPr>
          <w:rFonts w:ascii="Courier New" w:hAnsi="Courier New"/>
          <w:color w:val="555555"/>
          <w:sz w:val="20"/>
        </w:rPr>
        <w:t>[5]</w:t>
      </w:r>
    </w:p>
    <w:p>
      <w:r>
        <w:rPr>
          <w:rFonts w:ascii="Gentium Plus" w:hAnsi="Gentium Plus"/>
          <w:sz w:val="24"/>
        </w:rPr>
        <w:t>θοις τὸ αἴτιον, ἀλλὰ καὶ ἀποδέξεταί σου ἡ εὐλά‐ βεια, ὁρῶσα τὸ εὔλογον. Ἐπειδὴ γὰρ, ὡς αὐτὸς ὁ Κύριος εἶπεν· «Οὐ λαλήσει παρ’ ἑαυτοῦ ὁ Παράκλη‐ τος· ἀλλ’ ὅσα ἀκούσει, λαλήσει· ὅτι ἐκ τοῦ ἐμοῦ λή‐ ψεται, καὶ ἀναγγελεῖ ὑμῖν·» καὶ ἐμφυσήσας</w:t>
      </w:r>
    </w:p>
    <w:p>
      <w:r>
        <w:rPr>
          <w:rFonts w:ascii="Courier New" w:hAnsi="Courier New"/>
          <w:color w:val="555555"/>
          <w:sz w:val="20"/>
        </w:rPr>
        <w:t>[10]</w:t>
      </w:r>
    </w:p>
    <w:p>
      <w:r>
        <w:rPr>
          <w:rFonts w:ascii="Gentium Plus" w:hAnsi="Gentium Plus"/>
          <w:sz w:val="24"/>
        </w:rPr>
        <w:t>δέδωκεν ἐξ αὐτοῦ τοῦτο τοῖς μαθηταῖς, καὶ οὕτως ἐξέχεεν αὐτὸ ὁ Πατὴρ ἐπὶ πᾶσαν σάρκα κατὰ τὸ γε‐ γραμμένον· διά τοι τοῦτο εἰκότως περὶ τοῦ Υἱοῦ τοῦ Θεοῦ πρῶτον εἴρηταί τε καὶ γέγραπται· ἵν’ ἐκ τῆς περὶ τοῦ Υἱοῦ γνώσεως ἔχειν καὶ τὴν περὶ</w:t>
      </w:r>
    </w:p>
    <w:p>
      <w:r>
        <w:rPr>
          <w:rFonts w:ascii="Courier New" w:hAnsi="Courier New"/>
          <w:color w:val="555555"/>
          <w:sz w:val="20"/>
        </w:rPr>
        <w:t>[15]</w:t>
      </w:r>
    </w:p>
    <w:p>
      <w:r>
        <w:rPr>
          <w:rFonts w:ascii="Gentium Plus" w:hAnsi="Gentium Plus"/>
          <w:sz w:val="24"/>
        </w:rPr>
        <w:t>τοῦ Πνεύματος γνῶσιν καλῶς δυνηθῶμεν· οἵαν γὰρ ἔγνωμεν ἰδιότητα τοῦ Υἱοῦ πρὸς τὸν Πατέρα, ταύτην ἔχειν τὸ Πνεῦμα πρὸς τὸν Υἱὸν εὑρήσομεν. Καὶ ὥσπερ ὁ Υἱὸς λέγει, «Πάντα ὅσα ἔχει ὁ Πατὴρ ἐμά ἐστιν,» οὕτως ταῦτα πάντα διὰ τοῦ Υἱοῦ εὑρήσομεν ὄντα καὶ</w:t>
      </w:r>
    </w:p>
    <w:p>
      <w:r>
        <w:rPr>
          <w:rFonts w:ascii="Courier New" w:hAnsi="Courier New"/>
          <w:color w:val="555555"/>
          <w:sz w:val="20"/>
        </w:rPr>
        <w:t>[20]</w:t>
      </w:r>
    </w:p>
    <w:p>
      <w:r>
        <w:rPr>
          <w:rFonts w:ascii="Gentium Plus" w:hAnsi="Gentium Plus"/>
          <w:sz w:val="24"/>
        </w:rPr>
        <w:t>ἐν τῷ Πνεύματι. Καὶ ὡς ὁ Πατὴρ ἔδειξε τὸν Υἱὸν λέγων, «Οὗτός ἐστιν ὁ Υἱός μου ὁ ἀγαπητὸς, ἐν ᾧ ηὐδόκησα,» οὕτως τοῦ Υἱοῦ ἐστι τὸ Πνεῦμα· «Ἐξ‐ απέστειλε γὰρ,» φησὶν ὁ Ἀπόστολος, «τὸ Πνεῦμα τοῦ Υἱοῦ αὐτοῦ ἐν ταῖς καρδίαις ἡμῶν κράζον· Ἀββᾶ, ὁ</w:t>
      </w:r>
    </w:p>
    <w:p>
      <w:r>
        <w:rPr>
          <w:rFonts w:ascii="Courier New" w:hAnsi="Courier New"/>
          <w:color w:val="555555"/>
          <w:sz w:val="20"/>
        </w:rPr>
        <w:t>[25]</w:t>
      </w:r>
    </w:p>
    <w:p>
      <w:r>
        <w:rPr>
          <w:rFonts w:ascii="Gentium Plus" w:hAnsi="Gentium Plus"/>
          <w:sz w:val="24"/>
        </w:rPr>
        <w:t>Πατήρ.» Καὶ τὸ παράδοξον, ὥσπερ ὁ Υἱὸς λέγει, Τὰ ἐμὰ τοῦ Πατρός ἐστιν, οὕτως τοῦ Πατρός ἐστι τὸ Πνεῦμα τὸ ἅγιον, ὅπερ τοῦ Υἱοῦ εἴρηται. Αὐτὸς μὲν γὰρ ὁ Υἱὸς λέγει· «Ὅταν ἔλθῃ ὁ Παράκλητος, ὃν ἐγὼ πέμψω ὑμῖν παρὰ τοῦ Πατρὸς, τὸ Πνεῦμα τῆς</w:t>
      </w:r>
    </w:p>
    <w:p>
      <w:r>
        <w:rPr>
          <w:rFonts w:ascii="Courier New" w:hAnsi="Courier New"/>
          <w:color w:val="555555"/>
          <w:sz w:val="20"/>
        </w:rPr>
        <w:t>[30]</w:t>
      </w:r>
    </w:p>
    <w:p>
      <w:r>
        <w:rPr>
          <w:rFonts w:ascii="Gentium Plus" w:hAnsi="Gentium Plus"/>
          <w:sz w:val="24"/>
        </w:rPr>
        <w:t>ἀληθείας, ὃ παρὰ τοῦ Πατρὸς ἐκπορεύεται, ἐκεῖνος μαρτυρήσει περὶ ἐμοῦ·» ὁ δὲ Παῦλος γράφει· «Οὐδεὶς οἶδε τὰ τοῦ ἀνθρώπου εἰ μὴ τὸ πνεῦμα τοῦ ἀνθρώπου τὸ κατοικοῦν ἐν αὐτῷ· οὕτω καὶ τὰ τοῦ Θεοῦ οὐδεὶς οἶδεν εἰ μὴ τὸ Πνεῦμα τοῦ Θεοῦ τὸ ἐν</w:t>
      </w:r>
    </w:p>
    <w:p>
      <w:r>
        <w:rPr>
          <w:rFonts w:ascii="Courier New" w:hAnsi="Courier New"/>
          <w:color w:val="555555"/>
          <w:sz w:val="20"/>
        </w:rPr>
        <w:t>[35]</w:t>
      </w:r>
    </w:p>
    <w:p>
      <w:r>
        <w:rPr>
          <w:rFonts w:ascii="Gentium Plus" w:hAnsi="Gentium Plus"/>
          <w:sz w:val="24"/>
        </w:rPr>
        <w:t>αὐτῷ. Ἡμεῖς δὲ οὐ τὸ πνεῦμα τοῦ κόσμου ἐλάβο‐ μεν, ἀλλὰ τὸ Πνεῦμα τὸ ἐκ τοῦ Θεοῦ, ἵν’ εἴδω‐ μεν τὰ ὑπὸ τοῦ Θεοῦ χαρισθέντα ἡμῖν.» Καὶ ἐν πάσῃ δὲ τῇ θείᾳ Γραφῇ εὑρήσεις, ὅτι τὸ Πνεῦμα τὸ ἅγιον λεγόμενον τοῦ Υἱοῦ, τοῦτο λέγεται τοῦ Θεοῦ εἶναι·</w:t>
      </w:r>
    </w:p>
    <w:p>
      <w:r>
        <w:rPr>
          <w:rFonts w:ascii="Courier New" w:hAnsi="Courier New"/>
          <w:color w:val="555555"/>
          <w:sz w:val="20"/>
        </w:rPr>
        <w:t>[40]</w:t>
      </w:r>
    </w:p>
    <w:p>
      <w:r>
        <w:rPr>
          <w:rFonts w:ascii="Gentium Plus" w:hAnsi="Gentium Plus"/>
          <w:sz w:val="24"/>
        </w:rPr>
        <w:t>καὶ τοῦτο ἐν τοῖς ἔμπροσθεν ἐγράψαμεν. Οὐκ‐ οῦν εἰ ὁ Υἱὸς διὰ τὴν πρὸς τὸν Πατέρα ἰδιότητα,</w:t>
      </w:r>
    </w:p>
    <w:p>
      <w:r>
        <w:rPr>
          <w:rFonts w:ascii="Courier New" w:hAnsi="Courier New"/>
          <w:color w:val="555555"/>
          <w:sz w:val="20"/>
        </w:rPr>
        <w:t>[26 . 628]</w:t>
      </w:r>
    </w:p>
    <w:p>
      <w:r>
        <w:rPr>
          <w:rFonts w:ascii="Gentium Plus" w:hAnsi="Gentium Plus"/>
          <w:sz w:val="24"/>
        </w:rPr>
        <w:t>οὐκ ἔστι κτίσμα, ἀλλ’ ὁμοούσιος τοῦ Πατρός· οὕτως οὐκ ἂν εἴη οὐδὲ τὸ Πνεῦμα τὸ ἅγιον κτίσμα, ἀλλὰ καὶ ἀσεβὴς ὁ λέγων τοῦτο, διὰ τὴν πρὸς τὸν Υἱὸν ἰδιότητα αὐτοῦ, καὶ ὅτι ἐξ αὐτοῦ δίδοται πᾶσι, καὶ ἃ</w:t>
      </w:r>
    </w:p>
    <w:p>
      <w:r>
        <w:rPr>
          <w:rFonts w:ascii="Courier New" w:hAnsi="Courier New"/>
          <w:color w:val="555555"/>
          <w:sz w:val="20"/>
        </w:rPr>
        <w:t>[5]</w:t>
      </w:r>
    </w:p>
    <w:p>
      <w:r>
        <w:rPr>
          <w:rFonts w:ascii="Gentium Plus" w:hAnsi="Gentium Plus"/>
          <w:sz w:val="24"/>
        </w:rPr>
        <w:t>ἔχει τοῦ Υἱοῦ ἐστιν. Ἱκανὰ μὲν οὖν καὶ ταῦτα πεῖσαι καὶ πάντα ὁντινοῦν φιλόνεικον, μηκέτι λέγειν κτίσμα τοῦ Θεοῦ, τὸ ἐν τῷ Θεῷ, καὶ τὰ βάθη ἐρευνῶν τοῦ Θεοῦ, καὶ ἐκ Πατρὸς δι’ Υἱοῦ διδόμενον· ἵνα μὴ ἐκ τού‐</w:t>
      </w:r>
    </w:p>
    <w:p>
      <w:r>
        <w:rPr>
          <w:rFonts w:ascii="Courier New" w:hAnsi="Courier New"/>
          <w:color w:val="555555"/>
          <w:sz w:val="20"/>
        </w:rPr>
        <w:t>[10]</w:t>
      </w:r>
    </w:p>
    <w:p>
      <w:r>
        <w:rPr>
          <w:rFonts w:ascii="Gentium Plus" w:hAnsi="Gentium Plus"/>
          <w:sz w:val="24"/>
        </w:rPr>
        <w:t>των ἀναγκασθῇ καὶ τὸν Υἱὸν εἰπεῖν κτίσμα, τὸν Λό‐ γον, τὴν σοφίαν, τὸν χαρακτῆρα, τὸ ἀπαύγασμα, ὃν ὁρῶν τις ὁρᾷ τὸν Πατέρα, καὶ λοιπὸν ἀκούσῃ· «Ὁ ἀρνούμενος τὸν Υἱὸν, οὐδὲ τὸν Πατέρα ἔχει.» Λέξει γὰρ κατ’ ὀλίγον ὁ τοιοῦτος, ὡς ὁ ἄφρων· «Οὐκ</w:t>
      </w:r>
    </w:p>
    <w:p>
      <w:r>
        <w:rPr>
          <w:rFonts w:ascii="Courier New" w:hAnsi="Courier New"/>
          <w:color w:val="555555"/>
          <w:sz w:val="20"/>
        </w:rPr>
        <w:t>[15]</w:t>
      </w:r>
    </w:p>
    <w:p>
      <w:r>
        <w:rPr>
          <w:rFonts w:ascii="Gentium Plus" w:hAnsi="Gentium Plus"/>
          <w:sz w:val="24"/>
        </w:rPr>
        <w:t>ἔστι Θεός.» Ὅμως δὲ ὑπὲρ τοῦ ἐκ πλειόνων δειχθῆ‐ ναι τὸν κατὰ τῶν ἀσεβῶν ἔλεγχον καλὸν, ἐξ ὧν ὁ Υἱὸς δείκνυται μὴ ὢν κτίσμα, ἐκ τούτων δεῖξαι καὶ τὸ Πνεῦμα μὴ εἶναι κτίσμα. Ἐξ οὐκ ὄντων ἐστὶ τὰ κτίσματα, καὶ ἀρχὴν ἔχει τοῦ εἶναι· «Ἐν ἀρχῇ»</w:t>
      </w:r>
    </w:p>
    <w:p>
      <w:r>
        <w:rPr>
          <w:rFonts w:ascii="Courier New" w:hAnsi="Courier New"/>
          <w:color w:val="555555"/>
          <w:sz w:val="20"/>
        </w:rPr>
        <w:t>[20]</w:t>
      </w:r>
    </w:p>
    <w:p>
      <w:r>
        <w:rPr>
          <w:rFonts w:ascii="Gentium Plus" w:hAnsi="Gentium Plus"/>
          <w:sz w:val="24"/>
        </w:rPr>
        <w:t>γὰρ «ἐποίησεν ὁ Θεὸς τὸν οὐρανὸν καὶ τὴν γῆν,» καὶ τὰ ἐν αὐτοῖς. Τὸ δὲ Πνεῦμα τὸ ἅγιον ἐκ τοῦ Θεοῦ ἐστι, καὶ λέγεται, ὡς εἶπεν ὁ Ἀπόστολος. Εἰ δὲ ὁ Υἱὸς, ἐπειδὴ ἐξ οὐκ ὄντων οὐκ ἔστιν, ἀλλ’ ἐκ τοῦ Θεοῦ, εἰκότως οὐκ ἂν εἴη κτίσμα, ἀνάγκη μηδὲ</w:t>
      </w:r>
    </w:p>
    <w:p>
      <w:r>
        <w:rPr>
          <w:rFonts w:ascii="Courier New" w:hAnsi="Courier New"/>
          <w:color w:val="555555"/>
          <w:sz w:val="20"/>
        </w:rPr>
        <w:t>[25]</w:t>
      </w:r>
    </w:p>
    <w:p>
      <w:r>
        <w:rPr>
          <w:rFonts w:ascii="Gentium Plus" w:hAnsi="Gentium Plus"/>
          <w:sz w:val="24"/>
        </w:rPr>
        <w:t>τὸ Πνεῦμα τὸ ἅγιον εἶναι κτίσμα· ἐπειδὴ ἐκ τοῦ Θεοῦ ὡμολόγηται. Τὰ γὰρ κτίσματα ἐξ οὐκ ὄντων ἐστίν. Καὶ πάλιν χρίσμα καὶ σφραγὶς λέγεται καὶ ἔστι τὸ Πνεῦμα· ὁ μὲν γὰρ Ἰωάννης γράφει· «Καὶ</w:t>
      </w:r>
    </w:p>
    <w:p>
      <w:r>
        <w:rPr>
          <w:rFonts w:ascii="Courier New" w:hAnsi="Courier New"/>
          <w:color w:val="555555"/>
          <w:sz w:val="20"/>
        </w:rPr>
        <w:t>[30]</w:t>
      </w:r>
    </w:p>
    <w:p>
      <w:r>
        <w:rPr>
          <w:rFonts w:ascii="Gentium Plus" w:hAnsi="Gentium Plus"/>
          <w:sz w:val="24"/>
        </w:rPr>
        <w:t>ὑμεῖς τὸ χρίσμα ὃ ἐλάβετε παρ’ αὐτοῦ μένει ἐν ὑμῖν· καὶ οὐ χρείαν ἔχετε, ἵνα τις διδάσκῃ ὑμᾶς, ἀλλ’ ὡς τὸ αὐτοῦ χρίσμα, τὸ πνεῦμα αὐτοῦ διδάσκει ὑμᾶς περὶ πάντων·» ἐν δὲ τῷ προφήτῃ Ἡσαΐᾳ γέ‐ γραπται· «Πνεῦμα Κυρίου ἐπ’ ἐμὲ, οὗ εἵνεκεν ἔχρισέ</w:t>
      </w:r>
    </w:p>
    <w:p>
      <w:r>
        <w:rPr>
          <w:rFonts w:ascii="Courier New" w:hAnsi="Courier New"/>
          <w:color w:val="555555"/>
          <w:sz w:val="20"/>
        </w:rPr>
        <w:t>[35]</w:t>
      </w:r>
    </w:p>
    <w:p>
      <w:r>
        <w:rPr>
          <w:rFonts w:ascii="Gentium Plus" w:hAnsi="Gentium Plus"/>
          <w:sz w:val="24"/>
        </w:rPr>
        <w:t>με·» καὶ ὁ Παῦλος δὲ γράφει· «Ἐν ᾧ καὶ πιστεύ‐ σαντες ἐσφραγίσθητε·» καὶ πάλιν· «Μὴ λυπεῖτε τὸ Πνεῦμα τὸ ἅγιον, ἐν ᾧ ἐσφραγίσθητε εἰς ἡμέραν ἀπολυτρώσεως.» Τὰ δὲ κτίσματα ἐν τούτῳ χρίε‐ ται καὶ σφραγίζεται· εἰ δὲ τὰ κτίσματα ἐν τούτῳ</w:t>
      </w:r>
    </w:p>
    <w:p>
      <w:r>
        <w:rPr>
          <w:rFonts w:ascii="Courier New" w:hAnsi="Courier New"/>
          <w:color w:val="555555"/>
          <w:sz w:val="20"/>
        </w:rPr>
        <w:t>[40]</w:t>
      </w:r>
    </w:p>
    <w:p>
      <w:r>
        <w:rPr>
          <w:rFonts w:ascii="Gentium Plus" w:hAnsi="Gentium Plus"/>
          <w:sz w:val="24"/>
        </w:rPr>
        <w:t>χρίεται καὶ σφραγίζεται, οὐκ ἂν εἴη κτίσμα τὸ Πνεῦ‐ μα· οὐ γὰρ ὅμοιον τὸ χρίον τῶν χριομένων. Καὶ γὰρ τὸ χρίσμα τοῦτο πνοή ἐστι τοῦ Υἱοῦ· ὥστε τὸν</w:t>
      </w:r>
    </w:p>
    <w:p>
      <w:r>
        <w:rPr>
          <w:rFonts w:ascii="Courier New" w:hAnsi="Courier New"/>
          <w:color w:val="555555"/>
          <w:sz w:val="20"/>
        </w:rPr>
        <w:t>[26 . 629]</w:t>
      </w:r>
    </w:p>
    <w:p>
      <w:r>
        <w:rPr>
          <w:rFonts w:ascii="Gentium Plus" w:hAnsi="Gentium Plus"/>
          <w:sz w:val="24"/>
        </w:rPr>
        <w:t>Καὶ ἡ σφραγὶς δὲ τὸν Υἱὸν ἐκτυποῖ, ὡς τὸν σφραγιζόμενον ἔχειν τὴν τοῦ Χριστοῦ μορφὴν, λέ‐ γοντος τοῦ Ἀποστόλου· «Τεκνία μου, οὓς πάλιν ὠδίνω, μέχρις οὗ μορφωθῇ Χριστὸς ἐν ὑμῖν.»</w:t>
      </w:r>
    </w:p>
    <w:p>
      <w:r>
        <w:rPr>
          <w:rFonts w:ascii="Courier New" w:hAnsi="Courier New"/>
          <w:color w:val="555555"/>
          <w:sz w:val="20"/>
        </w:rPr>
        <w:t>[5]</w:t>
      </w:r>
    </w:p>
    <w:p>
      <w:r>
        <w:rPr>
          <w:rFonts w:ascii="Gentium Plus" w:hAnsi="Gentium Plus"/>
          <w:sz w:val="24"/>
        </w:rPr>
        <w:t>Εἰ δὲ τὸ Πνεῦμα εὐωδία καὶ μορφὴ τοῦ Υἱοῦ ἐστιν, εὔδηλον, ὡς οὐκ ἂν εἴη τὸ Πνεῦμα κτίσμα· ἐπειδὴ καὶ ὁ Υἱὸς, ἐν μορφῇ τοῦ Πατρὸς ὑπάρχων, οὐκ ἔστι κτίσμα. Καὶ γὰρ ὥσπερ ὁ ἑωρακὼς τὸν Υἱὸν ὁρᾷ τὸν Πατέρα, οὕτως ὁ τὸ Πνεῦμα τὸ ἅγιον ἔχων ἔχει</w:t>
      </w:r>
    </w:p>
    <w:p>
      <w:r>
        <w:rPr>
          <w:rFonts w:ascii="Courier New" w:hAnsi="Courier New"/>
          <w:color w:val="555555"/>
          <w:sz w:val="20"/>
        </w:rPr>
        <w:t>[10]</w:t>
      </w:r>
    </w:p>
    <w:p>
      <w:r>
        <w:rPr>
          <w:rFonts w:ascii="Gentium Plus" w:hAnsi="Gentium Plus"/>
          <w:sz w:val="24"/>
        </w:rPr>
        <w:t>τὸν Υἱὸν, καὶ ἔχων αὐτὸν, ναὸς τοῦ Θεοῦ ἐστι, γράφοντος τοῦ μὲν Παύλου· «Οὐκ οἴδατε, ὅτι ναὸς τοῦ Θεοῦ ἐστε, καὶ τὸ Πνεῦμα τοῦ Θεοῦ οἰκεῖ ἐν ὑμῖν·» ὁ δὲ Ἰωάννης φησίν· «Ἐν τούτῳ γινώσκομεν, ὅτι ἐν τῷ Θεῷ μένομεν, καὶ αὐτὸς ἐν ἡμῖν, ὅτι ἐκ</w:t>
      </w:r>
    </w:p>
    <w:p>
      <w:r>
        <w:rPr>
          <w:rFonts w:ascii="Courier New" w:hAnsi="Courier New"/>
          <w:color w:val="555555"/>
          <w:sz w:val="20"/>
        </w:rPr>
        <w:t>[15]</w:t>
      </w:r>
    </w:p>
    <w:p>
      <w:r>
        <w:rPr>
          <w:rFonts w:ascii="Gentium Plus" w:hAnsi="Gentium Plus"/>
          <w:sz w:val="24"/>
        </w:rPr>
        <w:t>τοῦ Πνεύματος αὐτοῦ δέδωκεν ἡμῖν.» Εἰ δὲ ὁ Υἱὸς ἐν τῷ Πατρὶ ὢν, ἐν ᾧ ἐστι καὶ ὁ Πατὴρ, ὡμολο‐ γήθη μὴ εἶναι κτίσμα, ἀνάγκη πᾶσα μηδὲ τὸ Πνεῦμα εἶναι κτίσμα· ἐν αὐτῷ γάρ ἐστιν ὁ Υἱὸς, καὶ αὐτὸς ἐν τῷ Υἱῷ. Διὸ καὶ ὁ τὸ Πνεῦμα λαμβάνων ναὸς τοῦ</w:t>
      </w:r>
    </w:p>
    <w:p>
      <w:r>
        <w:rPr>
          <w:rFonts w:ascii="Courier New" w:hAnsi="Courier New"/>
          <w:color w:val="555555"/>
          <w:sz w:val="20"/>
        </w:rPr>
        <w:t>[20]</w:t>
      </w:r>
    </w:p>
    <w:p>
      <w:r>
        <w:rPr>
          <w:rFonts w:ascii="Gentium Plus" w:hAnsi="Gentium Plus"/>
          <w:sz w:val="24"/>
        </w:rPr>
        <w:t>Θεοῦ χρηματίζει. Πάλιν δὲ κἀκ τούτου συνιδεῖν καλὸν, εἰ ἔστιν ὁ Υἱὸς τοῦ Θεοῦ Λόγος, ὡς Πατὴρ εἷς ἐστιν. «Εἷς γὰρ Θεὸς, ἐξ οὗ τὰ πάντα, καὶ εἷς Κύ‐ ριος Ἰησοῦς Χριστός·» διὸ καὶ μονογενὴς Υἱὸς εἴρηται καὶ γέγραπται· τὰ δὲ κτίσματα πολλὰ καὶ</w:t>
      </w:r>
    </w:p>
    <w:p>
      <w:r>
        <w:rPr>
          <w:rFonts w:ascii="Courier New" w:hAnsi="Courier New"/>
          <w:color w:val="555555"/>
          <w:sz w:val="20"/>
        </w:rPr>
        <w:t>[25]</w:t>
      </w:r>
    </w:p>
    <w:p>
      <w:r>
        <w:rPr>
          <w:rFonts w:ascii="Gentium Plus" w:hAnsi="Gentium Plus"/>
          <w:sz w:val="24"/>
        </w:rPr>
        <w:t>διάφορα, ἄγγελοι, ἀρχάγγελοι, χερουβὶμ, ἀρχαὶ, ἐξουσίαι, καὶ τὰ ἄλλα, ὥσπερ εἴρηται. Εἰ δὲ, ὅτι οὐκ ἔστι τῶν πολλῶν ὁ Υἱὸς, ἀλλ’ εἷς ἐστιν, ὡς Πατὴρ εἷς ἐστι, καὶ οὐκ ἔστι κτίσμα, πάντως καὶ τὸ Πνεῦμα (χρὴ γὰρ ἀπὸ τοῦ Υἱοῦ λαμβάνειν καὶ τὴν</w:t>
      </w:r>
    </w:p>
    <w:p>
      <w:r>
        <w:rPr>
          <w:rFonts w:ascii="Courier New" w:hAnsi="Courier New"/>
          <w:color w:val="555555"/>
          <w:sz w:val="20"/>
        </w:rPr>
        <w:t>[30]</w:t>
      </w:r>
    </w:p>
    <w:p>
      <w:r>
        <w:rPr>
          <w:rFonts w:ascii="Gentium Plus" w:hAnsi="Gentium Plus"/>
          <w:sz w:val="24"/>
        </w:rPr>
        <w:t>περὶ τοῦ Πνεύματος γνῶσιν) οὐκ ἂν εἴη κτίσμα. Οὐ γὰρ τῶν πολλῶν ἐστιν, ἀλλ’ ἕν ἐστι καὶ αὐτό. Καὶ τοῦτο οἶδεν ὁ Ἀπόστολος λέγων· «Ταῦτα δὲ πάντα ἐνεργεῖ τὸ ἓν καὶ τὸ αὐτὸ Πνεῦμα, διαι‐ ροῦν ἰδίᾳ ἑκάστῳ καθὼς βούλεται·» καὶ μετ’ ὀλίγα·</w:t>
      </w:r>
    </w:p>
    <w:p>
      <w:r>
        <w:rPr>
          <w:rFonts w:ascii="Courier New" w:hAnsi="Courier New"/>
          <w:color w:val="555555"/>
          <w:sz w:val="20"/>
        </w:rPr>
        <w:t>[35]</w:t>
      </w:r>
    </w:p>
    <w:p>
      <w:r>
        <w:rPr>
          <w:rFonts w:ascii="Gentium Plus" w:hAnsi="Gentium Plus"/>
          <w:sz w:val="24"/>
        </w:rPr>
        <w:t>«Ἐν ἑνὶ Πνεύματι ἡμεῖς πάντες εἰς ἓν σῶμα ἐβαπτίσθημεν, καὶ πάντες ἓν Πνεῦμα ἐποτίσθημεν·» καὶ πάλιν, ἐπειδὴ ἐκ τοῦ Υἱοῦ δεῖ λαμβάνειν τὴν περὶ τοῦ Πνεύματος γνῶσιν, πρέπον ἂν εἴη ἐξ αὐτοῦ καὶ τὰς ἀποδείξεις προφέρειν. Πανταχοῦ τοίνυν ἐστὶν ὁ</w:t>
      </w:r>
    </w:p>
    <w:p>
      <w:r>
        <w:rPr>
          <w:rFonts w:ascii="Courier New" w:hAnsi="Courier New"/>
          <w:color w:val="555555"/>
          <w:sz w:val="20"/>
        </w:rPr>
        <w:t>[40]</w:t>
      </w:r>
    </w:p>
    <w:p>
      <w:r>
        <w:rPr>
          <w:rFonts w:ascii="Gentium Plus" w:hAnsi="Gentium Plus"/>
          <w:sz w:val="24"/>
        </w:rPr>
        <w:t>Υἱὸς, ἐν Πατρὶ γὰρ ὢν, καὶ τοῦ Πατρὸς ὄντος ἐν αὐτῷ. Πάντα γὰρ κρατεῖ καὶ συνέχει, καὶ γέγραπται, ὅτι «Ἐν αὐτῷ συνέστηκε τὰ πάντα» εἴτε ὁρατὰ εἴτε ἀόρατα, «καὶ αὐτός ἐστι πρὸ πάντων.» Τὰ δὲ κτίσματα ἐν μεμερισμένοις τόποις ἐστίν· ἥλιος</w:t>
      </w:r>
    </w:p>
    <w:p>
      <w:r>
        <w:rPr>
          <w:rFonts w:ascii="Courier New" w:hAnsi="Courier New"/>
          <w:color w:val="555555"/>
          <w:sz w:val="20"/>
        </w:rPr>
        <w:t>[45]</w:t>
      </w:r>
    </w:p>
    <w:p>
      <w:r>
        <w:rPr>
          <w:rFonts w:ascii="Gentium Plus" w:hAnsi="Gentium Plus"/>
          <w:sz w:val="24"/>
        </w:rPr>
        <w:t>μὲν καὶ σελήνη καὶ οἱ ἄλλοι φωστῆρες ἐν τῷ στερεώ‐</w:t>
      </w:r>
    </w:p>
    <w:p>
      <w:r>
        <w:rPr>
          <w:rFonts w:ascii="Courier New" w:hAnsi="Courier New"/>
          <w:color w:val="555555"/>
          <w:sz w:val="20"/>
        </w:rPr>
        <w:t>[26 . 632]</w:t>
      </w:r>
    </w:p>
    <w:p>
      <w:r>
        <w:rPr>
          <w:rFonts w:ascii="Gentium Plus" w:hAnsi="Gentium Plus"/>
          <w:sz w:val="24"/>
        </w:rPr>
        <w:t>γῆς. Εἰ δὲ ὁ Υἱὸς, οὐκ ὢν ἐν μεμερισμένοις τόποις, ἀλλ’ ἐν Πατρὶ ὢν, πανταχοῦ ἐστι, καὶ ἔξω τῶν πάντων ὢν, οὐκ ἔστι κτίσμα, ἀκολούθως οὐκ ἂν εἴη οὐδὲ τὸ Πνεῦμα κτίσμα, μὴ ὂν ἐν μεμερισμένοις</w:t>
      </w:r>
    </w:p>
    <w:p>
      <w:r>
        <w:rPr>
          <w:rFonts w:ascii="Courier New" w:hAnsi="Courier New"/>
          <w:color w:val="555555"/>
          <w:sz w:val="20"/>
        </w:rPr>
        <w:t>[5]</w:t>
      </w:r>
    </w:p>
    <w:p>
      <w:r>
        <w:rPr>
          <w:rFonts w:ascii="Gentium Plus" w:hAnsi="Gentium Plus"/>
          <w:sz w:val="24"/>
        </w:rPr>
        <w:t>τόποις, ἀλλὰ πάντα πληροῦν καὶ ἔξω τῶν πάντων ὄν. Οὕτω γὰρ καὶ γέγραπται· «Πνεῦμα Κυρίου πε‐ πλήρωκε τὴν οἰκουμένην.» Καὶ Δαβὶδ ψάλλει· «Ποῦ πορευθῶ ἀπὸ τοῦ Πνεύματός σου,» ὡς μὴ ὄντος αὐ‐ τοῦ ἐν τόπῳ, ἀλλ’ ἔξω μὲν τῶν πάντων, ἐν δὲ τῷ</w:t>
      </w:r>
    </w:p>
    <w:p>
      <w:r>
        <w:rPr>
          <w:rFonts w:ascii="Courier New" w:hAnsi="Courier New"/>
          <w:color w:val="555555"/>
          <w:sz w:val="20"/>
        </w:rPr>
        <w:t>[10]</w:t>
      </w:r>
    </w:p>
    <w:p>
      <w:r>
        <w:rPr>
          <w:rFonts w:ascii="Gentium Plus" w:hAnsi="Gentium Plus"/>
          <w:sz w:val="24"/>
        </w:rPr>
        <w:t>Υἱῷ ὄντος, ὥς ἐστι καὶ ὁ Υἱὸς ἐν τῷ Πατρί. Διὰ τοῦτο γὰρ οὐδ’ αὐτὸ κτίσμα ἐστὶν, ὥσπερ δέδεικται. Πρὸς πᾶσι δὲ τούτοις ἔτι μᾶλλον ἐκ τούτου κατα‐ γνωσθήσεται μὲν ἡ Ἀρειανὴ αἵρεσις, ἐπιγνωσθήσε‐ ται δὲ πάλιν ἐκ τοῦ Υἱοῦ ἡ περὶ τοῦ Πνεύματος</w:t>
      </w:r>
    </w:p>
    <w:p>
      <w:r>
        <w:rPr>
          <w:rFonts w:ascii="Courier New" w:hAnsi="Courier New"/>
          <w:color w:val="555555"/>
          <w:sz w:val="20"/>
        </w:rPr>
        <w:t>[15]</w:t>
      </w:r>
    </w:p>
    <w:p>
      <w:r>
        <w:rPr>
          <w:rFonts w:ascii="Gentium Plus" w:hAnsi="Gentium Plus"/>
          <w:sz w:val="24"/>
        </w:rPr>
        <w:t>γνῶσις. Κτίστης τοίνυν ἐστὶν ὁ Υἱὸς ὡς ὁ Πατήρ· «Ἃ γὰρ βλέπω,» φησὶ, «τὸν Πατέρα ποιοῦντα, ταῦτα κἀγὼ ποιῶ. Πάντα» γοῦν «δι’ αὐτοῦ ἐγέ‐ νετο, καὶ χωρὶς αὐτοῦ ἐγένετο οὐδὲ ἕν.» Εἰ δὲ, κτί‐ στης ὢν, ὡς ὁ Πατὴρ, ὁ Υἱὸς, οὐκ ἔστι κτίσμα·</w:t>
      </w:r>
    </w:p>
    <w:p>
      <w:r>
        <w:rPr>
          <w:rFonts w:ascii="Courier New" w:hAnsi="Courier New"/>
          <w:color w:val="555555"/>
          <w:sz w:val="20"/>
        </w:rPr>
        <w:t>[20]</w:t>
      </w:r>
    </w:p>
    <w:p>
      <w:r>
        <w:rPr>
          <w:rFonts w:ascii="Gentium Plus" w:hAnsi="Gentium Plus"/>
          <w:sz w:val="24"/>
        </w:rPr>
        <w:t>καὶ εἰ, ὅτι δι’ αὐτοῦ κτίζεται τὰ πάντα, οὐκ ἔστι τῶν κτιζομένων· δηλονότι οὐδὲ τὸ Πνεῦμα κτίσμα ἐστίν· ἐπειδὴ καὶ περὶ αὐτοῦ γέγραπται ἐν τῷ ἑκα‐ τοστῷ τρίτῳ ψαλμῷ· «Ἀντανελεῖς τὸ πνεῦμα αὐτῶν, καὶ ἐκλείψουσι, καὶ εἰς τὸν χοῦν αὐτῶν ἐπιστρέ‐ ψουσιν· ἐξαποστελεῖς τὸ Πνεῦμά σου, καὶ κτισθήσονται, καὶ ἀνακαινιεῖς τὸ πρόσωπον τῆς γῆς.»</w:t>
      </w:r>
    </w:p>
    <w:p>
      <w:r>
        <w:rPr>
          <w:rFonts w:ascii="Courier New" w:hAnsi="Courier New"/>
          <w:color w:val="555555"/>
          <w:sz w:val="20"/>
        </w:rPr>
        <w:t>[25]</w:t>
      </w:r>
    </w:p>
    <w:p>
      <w:r>
        <w:rPr>
          <w:rFonts w:ascii="Gentium Plus" w:hAnsi="Gentium Plus"/>
          <w:sz w:val="24"/>
        </w:rPr>
        <w:t>Τούτου δὲ οὕτως γεγραμμένου, δῆλόν ἐστιν, ὡς οὐκ ἔστι κτίσμα τὸ Πνεῦμα, ἀλλ’ ἐν τῷ κτίζειν ἐστίν· ὁ γὰρ Πατὴρ διὰ τοῦ Λόγου ἐν τῷ Πνεύματι κτίζει τὰ πάντα, ἐπεὶ ἔνθα ὁ Λόγος, ἐκεῖ καὶ τὸ Πνεῦμα· καὶ τὰ διὰ τοῦ Λόγου κτιζόμενα ἔχει ἐκ</w:t>
      </w:r>
    </w:p>
    <w:p>
      <w:r>
        <w:rPr>
          <w:rFonts w:ascii="Courier New" w:hAnsi="Courier New"/>
          <w:color w:val="555555"/>
          <w:sz w:val="20"/>
        </w:rPr>
        <w:t>[30]</w:t>
      </w:r>
    </w:p>
    <w:p>
      <w:r>
        <w:rPr>
          <w:rFonts w:ascii="Gentium Plus" w:hAnsi="Gentium Plus"/>
          <w:sz w:val="24"/>
        </w:rPr>
        <w:t>τοῦ Πνεύματος παρὰ τοῦ Λόγου τὴν τοῦ εἶναι ἰσχύν. Οὕτω γὰρ γέγραπται ἐν τῷ τριακοστῷ δευ‐ τέρῳ ψαλμῷ· «Τῷ Λόγῳ Κυρίου οἱ οὐρανοὶ ἐστε‐ ρεώθησαν, καὶ τῷ Πνεύματι τοῦ στόματος αὐτοῦ πᾶσα ἡ δύναμις αὐτῶν.» Ἀμέλει οὕτως ἐστὶ τὸ</w:t>
      </w:r>
    </w:p>
    <w:p>
      <w:r>
        <w:rPr>
          <w:rFonts w:ascii="Courier New" w:hAnsi="Courier New"/>
          <w:color w:val="555555"/>
          <w:sz w:val="20"/>
        </w:rPr>
        <w:t>[35]</w:t>
      </w:r>
    </w:p>
    <w:p>
      <w:r>
        <w:rPr>
          <w:rFonts w:ascii="Gentium Plus" w:hAnsi="Gentium Plus"/>
          <w:sz w:val="24"/>
        </w:rPr>
        <w:t>Πνεῦμα ἀδιαίρετον πρὸς τὸν Υἱὸν, ὡς μὴ ἀμφι‐ βάλλειν ἐκ τοῦ λεγομένου. Ὅτε γὰρ ὁ Λόγος ἐγίγνετο πρὸς τὸν προφήτην, τὰ παρὰ τοῦ Λόγου ἐν τῷ Πνεύματι ἐλάλει ὁ προφήτης. Οὕτω καὶ γέγρα‐ πται ἐν μὲν ταῖς Πράξεσι τοῦ Πέτρου λέγοντος·</w:t>
      </w:r>
    </w:p>
    <w:p>
      <w:r>
        <w:rPr>
          <w:rFonts w:ascii="Courier New" w:hAnsi="Courier New"/>
          <w:color w:val="555555"/>
          <w:sz w:val="20"/>
        </w:rPr>
        <w:t>[40]</w:t>
      </w:r>
    </w:p>
    <w:p>
      <w:r>
        <w:rPr>
          <w:rFonts w:ascii="Gentium Plus" w:hAnsi="Gentium Plus"/>
          <w:sz w:val="24"/>
        </w:rPr>
        <w:t>«Ἄνδρες ἀδελφοὶ, ἔδει πληρωθῆναι τὴν Γραφὴν, ἣν προεῖπε τὸ Πνεῦμα τὸ ἅγιον·» ἐν δὲ τῷ Ζαχαρίᾳ, τοῦ Λόγου γενομένου πρὸς αὐτὸν, γέγραπται· «Πλὴν τοὺς λόγους μου καὶ τὰ νόμιμά μου δέχεσθε, ὅσα ἐγὼ ἐντέλλομαι ἐν Πνεύματί μου τοῖς προφή‐</w:t>
      </w:r>
    </w:p>
    <w:p>
      <w:r>
        <w:rPr>
          <w:rFonts w:ascii="Courier New" w:hAnsi="Courier New"/>
          <w:color w:val="555555"/>
          <w:sz w:val="20"/>
        </w:rPr>
        <w:t>[45]</w:t>
      </w:r>
    </w:p>
    <w:p>
      <w:r>
        <w:rPr>
          <w:rFonts w:ascii="Gentium Plus" w:hAnsi="Gentium Plus"/>
          <w:sz w:val="24"/>
        </w:rPr>
        <w:t>ταις.» Καὶ μετ’ ὀλίγα, αἰτιώμενος τὸν λαὸν,</w:t>
      </w:r>
    </w:p>
    <w:p>
      <w:r>
        <w:rPr>
          <w:rFonts w:ascii="Courier New" w:hAnsi="Courier New"/>
          <w:color w:val="555555"/>
          <w:sz w:val="20"/>
        </w:rPr>
        <w:t>[26 . 633]</w:t>
      </w:r>
    </w:p>
    <w:p>
      <w:r>
        <w:rPr>
          <w:rFonts w:ascii="Gentium Plus" w:hAnsi="Gentium Plus"/>
          <w:sz w:val="24"/>
        </w:rPr>
        <w:t>ἔλεγε· «Τὴν καρδίαν αὐτῶν ἔταξαν ἀπειθῆ τοῦ μὴ εἰσακούειν τοὺς νόμους μου, καὶ τοὺς λόγους, οὓς ἐξαπέστειλε Κύριος παντοκράτωρ ἐν Πνεύματι αὐ‐ τοῦ, ἐν χερσὶ τῶν προφητῶν τῶν ἔμπροσθεν.» Καὶ</w:t>
      </w:r>
    </w:p>
    <w:p>
      <w:r>
        <w:rPr>
          <w:rFonts w:ascii="Courier New" w:hAnsi="Courier New"/>
          <w:color w:val="555555"/>
          <w:sz w:val="20"/>
        </w:rPr>
        <w:t>[5]</w:t>
      </w:r>
    </w:p>
    <w:p>
      <w:r>
        <w:rPr>
          <w:rFonts w:ascii="Gentium Plus" w:hAnsi="Gentium Plus"/>
          <w:sz w:val="24"/>
        </w:rPr>
        <w:t>τοῦ Χριστοῦ δὲ λαλοῦντος ἐν τῷ Παύλῳ, ὡς αὐ‐ τὸς εἶπεν· «Εἰ δοκιμὴν ζητεῖτε τοῦ ἐν ἐμοὶ λαλοῦν‐ τος Χριστοῦ;» οὐδὲν ἧττον τὸ Πνεῦμα εἶχεν ἐπιχο‐ ρηγοῦν αὐτῷ τὸ λαλεῖν. Οὕτω γὰρ αὐτὸς γράφει· «Κατὰ τὴν ἐπιχορηγίαν τοῦ Πνεύματος Ἰησοῦ Χρι‐</w:t>
      </w:r>
    </w:p>
    <w:p>
      <w:r>
        <w:rPr>
          <w:rFonts w:ascii="Courier New" w:hAnsi="Courier New"/>
          <w:color w:val="555555"/>
          <w:sz w:val="20"/>
        </w:rPr>
        <w:t>[10]</w:t>
      </w:r>
    </w:p>
    <w:p>
      <w:r>
        <w:rPr>
          <w:rFonts w:ascii="Gentium Plus" w:hAnsi="Gentium Plus"/>
          <w:sz w:val="24"/>
        </w:rPr>
        <w:t>στοῦ εἰς ἐμέ.» Πάλιν τε τοῦ Χριστοῦ ἐν αὐτῷ λα‐ λοῦντος, ἔλεγε· «Πλὴν ὅτι τὸ Πνεῦμα τὸ ἅγιον κατὰ πόλιν διαμαρτυρεῖταί μοι, λέγον, ὅτι δεσμὰ καὶ θλίψεις με μένουσιν.» Οὐ γὰρ ἐκτός ἐστι τοῦ Λόγου τὸ Πνεῦμα, ἀλλὰ, ἐν τῷ Λόγῳ ὂν, ἐν τῷ Θεῷ δι’ αὐ‐</w:t>
      </w:r>
    </w:p>
    <w:p>
      <w:r>
        <w:rPr>
          <w:rFonts w:ascii="Courier New" w:hAnsi="Courier New"/>
          <w:color w:val="555555"/>
          <w:sz w:val="20"/>
        </w:rPr>
        <w:t>[15]</w:t>
      </w:r>
    </w:p>
    <w:p>
      <w:r>
        <w:rPr>
          <w:rFonts w:ascii="Gentium Plus" w:hAnsi="Gentium Plus"/>
          <w:sz w:val="24"/>
        </w:rPr>
        <w:t>τοῦ ἐστιν· ὥστε τὰ χαρίσματα ἐν τῇ Τριάδι δίδοσθαι. Ἐν γὰρ τῇ τούτων διαιρέσει, ὡς Κορινθίοις γράφει, τὸ αὐτὸ Πνεῦμά ἐστι καὶ ὁ αὐτὸς Κύριος, καὶ ὁ αὐτὸς Θεός ἐστιν ὁ ἐνεργῶν τὰ πάντα ἐν πᾶσιν. Αὐτὸς γὰρ ὁ Πατὴρ διὰ τοῦ Λόγου ἐν τῷ Πνεύματι ἐνερ‐ γεῖ καὶ δίδωσι τὰ πάντα.</w:t>
      </w:r>
    </w:p>
    <w:p>
      <w:r>
        <w:rPr>
          <w:rFonts w:ascii="Courier New" w:hAnsi="Courier New"/>
          <w:color w:val="555555"/>
          <w:sz w:val="20"/>
        </w:rPr>
        <w:t>[20]</w:t>
      </w:r>
    </w:p>
    <w:p>
      <w:r>
        <w:rPr>
          <w:rFonts w:ascii="Gentium Plus" w:hAnsi="Gentium Plus"/>
          <w:sz w:val="24"/>
        </w:rPr>
        <w:t>Ἀμέλει, ἐπευχόμενος Κορινθίοις, ἐν τῇ Τριά‐ δι ηὔχετο λέγων· «Ἡ χάρις τοῦ Κυρίου Ἰησοῦ Χρι‐ στοῦ, καὶ ἡ ἀγάπη τοῦ Θεοῦ, καὶ ἡ κοινωνία τοῦ ἁγίου Πνεύματος, μετὰ πάντων ὑμῶν.» Τοῦ γὰρ Πνεύμα‐ τος μετέχοντες, ἔχομεν τὴν τοῦ Λόγου χάριν, καὶ ἐν</w:t>
      </w:r>
    </w:p>
    <w:p>
      <w:r>
        <w:rPr>
          <w:rFonts w:ascii="Courier New" w:hAnsi="Courier New"/>
          <w:color w:val="555555"/>
          <w:sz w:val="20"/>
        </w:rPr>
        <w:t>[25]</w:t>
      </w:r>
    </w:p>
    <w:p>
      <w:r>
        <w:rPr>
          <w:rFonts w:ascii="Gentium Plus" w:hAnsi="Gentium Plus"/>
          <w:sz w:val="24"/>
        </w:rPr>
        <w:t>αὐτῷ τὴν τοῦ Πατρὸς ἀγάπην. Ὡς δὲ μία τῆς Τριά‐ δος ἡ χάρις, οὕτως ἀδιαίρετος ἡ Τριάς. Τοῦτο δ’ ἄν τις ἴδοι καὶ ἐπ’ αὐτῆς τῆς ἁγίας Μαρίας. Ὁ γὰρ ἄγγελος Γαβριὴλ, ἀποσταλεὶς ἀπαγγεῖλαι τὴν ἐπ’ αὐ‐ τῆς ἐσομένην τοῦ Λόγου κάθοδον, «Πνεῦμα ἅγιον,»</w:t>
      </w:r>
    </w:p>
    <w:p>
      <w:r>
        <w:rPr>
          <w:rFonts w:ascii="Courier New" w:hAnsi="Courier New"/>
          <w:color w:val="555555"/>
          <w:sz w:val="20"/>
        </w:rPr>
        <w:t>[30]</w:t>
      </w:r>
    </w:p>
    <w:p>
      <w:r>
        <w:rPr>
          <w:rFonts w:ascii="Gentium Plus" w:hAnsi="Gentium Plus"/>
          <w:sz w:val="24"/>
        </w:rPr>
        <w:t>εἴρηκεν, «ἐπελεύσεται ἐπὶ σέ,» εἰδὼς, ὅτι ἐν τῷ Λόγῳ ἦν τὸ Πνεῦμα· εὐθὺς γοῦν συνῆψε· «Καὶ δύναμις Ὑψίστου ἐπισκιάσει σοι. Χριστὸς γὰρ Θεοῦ δύναμις καὶ Θεοῦ σοφία.» Τοῦ δὲ Πνεύματος ὄντος ἐν τῷ Λό‐ γῳ, δῆλον ἂν εἴη, ὡς καὶ ἐν τῷ Θεῷ ἦν διὰ τοῦ Λόγου</w:t>
      </w:r>
    </w:p>
    <w:p>
      <w:r>
        <w:rPr>
          <w:rFonts w:ascii="Courier New" w:hAnsi="Courier New"/>
          <w:color w:val="555555"/>
          <w:sz w:val="20"/>
        </w:rPr>
        <w:t>[35]</w:t>
      </w:r>
    </w:p>
    <w:p>
      <w:r>
        <w:rPr>
          <w:rFonts w:ascii="Gentium Plus" w:hAnsi="Gentium Plus"/>
          <w:sz w:val="24"/>
        </w:rPr>
        <w:t>τὸ Πνεῦμα. Οὕτω δὲ καὶ τοῦ Πνεύματος γενομένου ἐν ἡμῖν, ἐλεύσεται ὁ Υἱὸς, καὶ ὁ Πατὴρ, καὶ μονὴν ποιή‐ σουσιν ἐν ἡμῖν. Ἀδιαίρετος γὰρ ἡ Τριὰς, καὶ μία ταύτης ἡ θεότης· καὶ εἷς Θεὸς ἐπὶ πάντων καὶ διὰ πάντων, καὶ ἐν πᾶσιν. Αὕτη τῆς καθολικῆς Ἐκκλη‐</w:t>
      </w:r>
    </w:p>
    <w:p>
      <w:r>
        <w:rPr>
          <w:rFonts w:ascii="Courier New" w:hAnsi="Courier New"/>
          <w:color w:val="555555"/>
          <w:sz w:val="20"/>
        </w:rPr>
        <w:t>[40]</w:t>
      </w:r>
    </w:p>
    <w:p>
      <w:r>
        <w:rPr>
          <w:rFonts w:ascii="Gentium Plus" w:hAnsi="Gentium Plus"/>
          <w:sz w:val="24"/>
        </w:rPr>
        <w:t>σίας ἡ πίστις· ἐν Τριάδι γὰρ αὐτὴν ἐθεμελίωσε καὶ ἐῤῥίζωσεν ὁ Κύριος, εἰρηκὼς τοῖς μαθηταῖς· «Πο‐ ρευθέντες, μαθητεύσατε πάντα τὰ ἔθνη, βαπτί‐ ζοντες αὐτοὺς εἰς τὸ ὄνομα τοῦ Πατρὸς, καὶ τοῦ Υἱοῦ καὶ τοῦ ἁγίου Πνεύματος.» Κτίσμα δὲ εἰ ἦν τὸ</w:t>
      </w:r>
    </w:p>
    <w:p>
      <w:r>
        <w:rPr>
          <w:rFonts w:ascii="Courier New" w:hAnsi="Courier New"/>
          <w:color w:val="555555"/>
          <w:sz w:val="20"/>
        </w:rPr>
        <w:t>[45]</w:t>
      </w:r>
    </w:p>
    <w:p>
      <w:r>
        <w:rPr>
          <w:rFonts w:ascii="Gentium Plus" w:hAnsi="Gentium Plus"/>
          <w:sz w:val="24"/>
        </w:rPr>
        <w:t>Πνεῦμα, οὐκ ἂν συνέταξεν αὐτὸ τῷ Πατρί· ἵνα μὴ ᾖ</w:t>
      </w:r>
    </w:p>
    <w:p>
      <w:r>
        <w:rPr>
          <w:rFonts w:ascii="Courier New" w:hAnsi="Courier New"/>
          <w:color w:val="555555"/>
          <w:sz w:val="20"/>
        </w:rPr>
        <w:t>[26 . 636]</w:t>
      </w:r>
    </w:p>
    <w:p>
      <w:r>
        <w:rPr>
          <w:rFonts w:ascii="Gentium Plus" w:hAnsi="Gentium Plus"/>
          <w:sz w:val="24"/>
        </w:rPr>
        <w:t>ἀνόμοιος ἑαυτῇ ἡ Τριὰς, ξένου τινὸς καὶ ἀλλοτρίου συντασσομένου αὐτῇ. Τί γὰρ ἔλειπε τῷ Θεῷ, ἵνα ἀλλοτριοούσιον προσλάβηται, καὶ σὺν αὐτῷ δοξάζηται; Μὴ γένοιτο! Οὐκ ἔστιν οὕτως. «Πλήρης,» αὐτὸς</w:t>
      </w:r>
    </w:p>
    <w:p>
      <w:r>
        <w:rPr>
          <w:rFonts w:ascii="Courier New" w:hAnsi="Courier New"/>
          <w:color w:val="555555"/>
          <w:sz w:val="20"/>
        </w:rPr>
        <w:t>[5]</w:t>
      </w:r>
    </w:p>
    <w:p>
      <w:r>
        <w:rPr>
          <w:rFonts w:ascii="Gentium Plus" w:hAnsi="Gentium Plus"/>
          <w:sz w:val="24"/>
        </w:rPr>
        <w:t>εἶπεν, «εἰμί.» Διὰ τοῦτο αὐτὸς ὁ Κύριος τῷ ὀνόματι τοῦ Πατρὸς αὐτὸ συνέταξεν· ἵνα δείξῃ, ὅτι οὐκ ἐκ διαφόρων, τουτέστιν ἐκ κτίστου καὶ κτίσματος, συν‐ έστηκεν ἡ ἁγία Τριάς· ἀλλὰ μία ταύτης ἡ θεότης ἐστί. Τοῦτο μαθὼν ὁ Παῦλος, ἐδίδασκε μίαν εἶναι τὴν ἐν</w:t>
      </w:r>
    </w:p>
    <w:p>
      <w:r>
        <w:rPr>
          <w:rFonts w:ascii="Courier New" w:hAnsi="Courier New"/>
          <w:color w:val="555555"/>
          <w:sz w:val="20"/>
        </w:rPr>
        <w:t>[10]</w:t>
      </w:r>
    </w:p>
    <w:p>
      <w:r>
        <w:rPr>
          <w:rFonts w:ascii="Gentium Plus" w:hAnsi="Gentium Plus"/>
          <w:sz w:val="24"/>
        </w:rPr>
        <w:t>αὐτῇ διδομένην χάριν, λέγων· «Εἶς Κύριος, μία πί‐ στις, ἓν βάπτισμα.» Ὥσπερ δὲ ἓν βάπτισμα, οὕτως καὶ μία πίστις· ὁ γὰρ πιστεύων εἰς τὸν Πατέρα οἶδεν ἐν τῷ Πατρὶ τὸν Υἱὸν, καὶ τὸ Πνεῦμα, οὐκ ἐκτὸς τοῦ Υἱοῦ· καὶ διὰ τοῦτο πιστεύει καὶ εἰς τὸν Υἱὸν</w:t>
      </w:r>
    </w:p>
    <w:p>
      <w:r>
        <w:rPr>
          <w:rFonts w:ascii="Courier New" w:hAnsi="Courier New"/>
          <w:color w:val="555555"/>
          <w:sz w:val="20"/>
        </w:rPr>
        <w:t>[15]</w:t>
      </w:r>
    </w:p>
    <w:p>
      <w:r>
        <w:rPr>
          <w:rFonts w:ascii="Gentium Plus" w:hAnsi="Gentium Plus"/>
          <w:sz w:val="24"/>
        </w:rPr>
        <w:t>καὶ εἰς τὸ Πνεῦμα τὸ ἅγιον· ἐπειδὴ καὶ μία τῆς Τριά‐ δος ἡ θεότης, ἐξ ἑνὸς τοῦ Πατρὸς γινωσκομένη. Τῆς μὲν οὖν καθολικῆς πίστεως ὁ χαρακτὴρ οὗτος. Οἱ δὲ δυσφημοῦντες εἰς τὸ Πνεῦμα, καὶ λέγον‐ τες αὐτὸ κτίσμα, εἰ μὴ ἐκ τῶν εἰρημένων μεταγι‐</w:t>
      </w:r>
    </w:p>
    <w:p>
      <w:r>
        <w:rPr>
          <w:rFonts w:ascii="Courier New" w:hAnsi="Courier New"/>
          <w:color w:val="555555"/>
          <w:sz w:val="20"/>
        </w:rPr>
        <w:t>[20]</w:t>
      </w:r>
    </w:p>
    <w:p>
      <w:r>
        <w:rPr>
          <w:rFonts w:ascii="Gentium Plus" w:hAnsi="Gentium Plus"/>
          <w:sz w:val="24"/>
        </w:rPr>
        <w:t>νώσκουσι, κἂν ἐκ τῶν λεχθησομένων αἰσχυνόμενοι καταδυέτωσαν. Εἰ Τριάς ἐστι, καὶ ἐν Τριάδι ἐστὶν ἡ πίστις, εἰπάτωσαν, εἰ ἀεὶ Τριάς ἐστιν, ἢ ἦν, ὅτε οὐκ ἦν Τριάς. Εἰ μὲν οὖν ἀΐδιός ἐστιν ἡ Τριὰς, οὐκ ἔστι κτίσμα τὸ Πνεῦμα, ἀϊδίως συνὸν τῷ Λόγῳ καὶ ἐν αὐ‐</w:t>
      </w:r>
    </w:p>
    <w:p>
      <w:r>
        <w:rPr>
          <w:rFonts w:ascii="Courier New" w:hAnsi="Courier New"/>
          <w:color w:val="555555"/>
          <w:sz w:val="20"/>
        </w:rPr>
        <w:t>[25]</w:t>
      </w:r>
    </w:p>
    <w:p>
      <w:r>
        <w:rPr>
          <w:rFonts w:ascii="Gentium Plus" w:hAnsi="Gentium Plus"/>
          <w:sz w:val="24"/>
        </w:rPr>
        <w:t>τῷ ὄν. Τὰ γὰρ κτίσματα ἦν, ὅτε οὐκ ἦν. Εἰ δὲ κτίσμα ἐστὶ, τὰ δὲ κτίσματα ἐξ οὐκ ὄντων ἐστὶ, δῆλον, ὅτι ἦν, ὅτε οὐκ ἦν Τριὰς, ἀλλὰ δυάς. Καὶ τί τούτου ἀσεβέστερον ἄν τις εἴποι; Ἐκ μεταβολῆς καὶ προκο‐ πῆς λέγουσι συνίστασθαι τὴν Τριάδα, καὶ δυάδα μὲν</w:t>
      </w:r>
    </w:p>
    <w:p>
      <w:r>
        <w:rPr>
          <w:rFonts w:ascii="Courier New" w:hAnsi="Courier New"/>
          <w:color w:val="555555"/>
          <w:sz w:val="20"/>
        </w:rPr>
        <w:t>[30]</w:t>
      </w:r>
    </w:p>
    <w:p>
      <w:r>
        <w:rPr>
          <w:rFonts w:ascii="Gentium Plus" w:hAnsi="Gentium Plus"/>
          <w:sz w:val="24"/>
        </w:rPr>
        <w:t>εἶναι, ἐκδέχεσθαι δὲ κτίσματος γένεσιν, ἵνα μετὰ Πατρὸς καὶ Υἱοῦ συνταχθῇ καὶ γένηται ἡ Τριάς. Μὴ γένοιτο κἂν εἰς νοῦν ποτε ἐλθεῖν Χριστιανῶν τὸ τοιοῦ‐ τον! Ὥσπερ γὰρ ἀεὶ ὢν ὁ Υἱὸς οὐκ ἔστι κτίσμα, οὕ‐ τως ἀεὶ οὔσης τῆς Τριάδος, οὐδέν ἐστιν ἐν αὐτῇ κτί‐</w:t>
      </w:r>
    </w:p>
    <w:p>
      <w:r>
        <w:rPr>
          <w:rFonts w:ascii="Courier New" w:hAnsi="Courier New"/>
          <w:color w:val="555555"/>
          <w:sz w:val="20"/>
        </w:rPr>
        <w:t>[35]</w:t>
      </w:r>
    </w:p>
    <w:p>
      <w:r>
        <w:rPr>
          <w:rFonts w:ascii="Gentium Plus" w:hAnsi="Gentium Plus"/>
          <w:sz w:val="24"/>
        </w:rPr>
        <w:t>σμα· διὸ οὐκ ἔστι κτίσμα τὸ Πνεῦμα. Ὡς γὰρ ἀεὶ ἦν, οὕτως ἐστὶ καὶ νῦν· καὶ ὡς νῦν ἐστιν, οὕτως ἀεὶ ἦν, καὶ ἔστιν ἡ Τριὰς, καὶ ἐν αὐτῇ Πατὴρ, καὶ Υἱὸς, καὶ Πνεῦμα ἅγιον. Καὶ εἷς Θεὸς ὁ Πατὴρ ὁ ἐπὶ πάν‐ των, καὶ διὰ πάντων, καὶ ἐν πᾶσι, ὅς ἐστιν εὐλογη‐</w:t>
      </w:r>
    </w:p>
    <w:p>
      <w:r>
        <w:rPr>
          <w:rFonts w:ascii="Courier New" w:hAnsi="Courier New"/>
          <w:color w:val="555555"/>
          <w:sz w:val="20"/>
        </w:rPr>
        <w:t>[40]</w:t>
      </w:r>
    </w:p>
    <w:p>
      <w:r>
        <w:rPr>
          <w:rFonts w:ascii="Gentium Plus" w:hAnsi="Gentium Plus"/>
          <w:sz w:val="24"/>
        </w:rPr>
        <w:t>τὸς εἰς τοὺς αἰῶνας. Ἀμήν. Ἐγὼ μὲν οὖν, ὡς ἐδή‐ λωσας, δι’ ὀλίγων καὶ ταῦτα καταγράψας ἀπ‐ έστειλα· σὺ δὲ ὡς συνετὸς, εἴ τι καὶ ἐν τούτοις λεί‐ πει, θέλησον πληρῶσαι· καὶ τοῖς μὲν οἰκείοις τῆς πίστεως ἀνάγνωθι, τοὺς δὲ φιλονεικοῦντας δυσφημεῖν</w:t>
      </w:r>
    </w:p>
    <w:p>
      <w:r>
        <w:rPr>
          <w:rFonts w:ascii="Courier New" w:hAnsi="Courier New"/>
          <w:color w:val="555555"/>
          <w:sz w:val="20"/>
        </w:rPr>
        <w:t>[45]</w:t>
      </w:r>
    </w:p>
    <w:p>
      <w:r>
        <w:rPr>
          <w:rFonts w:ascii="Gentium Plus" w:hAnsi="Gentium Plus"/>
          <w:sz w:val="24"/>
        </w:rPr>
        <w:t>ἔλεγχε· τάχα κἂν ὀψέ ποτε μεταγνόντες, ἀπονίψωσιν ἀπὸ τῆς ψυχῆς ἑαυτῶν τὴν προγενομένην ἐν αὐ‐ τοῖς κακόνοιαν. Καλὸν γὰρ αὐτοὺς, κατὰ τὸ γεγραμ‐ μένον, ἀποπηδῆσαι καὶ μὴ ἐγχρονίσαι· ἵνα μὴ ἐπι‐</w:t>
      </w:r>
    </w:p>
    <w:p>
      <w:r>
        <w:rPr>
          <w:rFonts w:ascii="Courier New" w:hAnsi="Courier New"/>
          <w:color w:val="555555"/>
          <w:sz w:val="20"/>
        </w:rPr>
        <w:t>[26 . 637]</w:t>
      </w:r>
    </w:p>
    <w:p>
      <w:r>
        <w:rPr>
          <w:rFonts w:ascii="Gentium Plus" w:hAnsi="Gentium Plus"/>
          <w:sz w:val="24"/>
        </w:rPr>
        <w:t>«Ὃς δ’ ἂν εἴπῃ κατὰ τοῦ Πνεύματος τοῦ ἁγίου, οὐκ ἀφεθήσεται αὐτῷ οὔτε ἐν τῷ αἰῶνι τούτῳ, οὔτε ἐν τῷ μέλλοντι.</w:t>
      </w:r>
    </w:p>
    <w:p>
      <w:r>
        <w:rPr>
          <w:rFonts w:ascii="Courier New" w:hAnsi="Courier New"/>
          <w:color w:val="555555"/>
          <w:sz w:val="20"/>
        </w:rPr>
        <w:t>[4t]</w:t>
      </w:r>
    </w:p>
    <w:p>
      <w:pPr>
        <w:jc w:val="center"/>
      </w:pPr>
      <w:r>
        <w:rPr>
          <w:rFonts w:ascii="Gentium Plus" w:hAnsi="Gentium Plus"/>
          <w:b/>
          <w:sz w:val="24"/>
        </w:rPr>
        <w:t>ΕΠΙΣΤΟΛΗ ΤΟΥ ΑΥΤΟΥ ΠΡΟΣ ΤΟΝ ΑΥΤΟΝ</w:t>
      </w:r>
    </w:p>
    <w:p>
      <w:r>
        <w:rPr>
          <w:rFonts w:ascii="Courier New" w:hAnsi="Courier New"/>
          <w:color w:val="555555"/>
          <w:sz w:val="20"/>
        </w:rPr>
        <w:t>[5t]</w:t>
      </w:r>
    </w:p>
    <w:p>
      <w:pPr>
        <w:jc w:val="center"/>
      </w:pPr>
      <w:r>
        <w:rPr>
          <w:rFonts w:ascii="Gentium Plus" w:hAnsi="Gentium Plus"/>
          <w:b/>
          <w:sz w:val="24"/>
        </w:rPr>
        <w:t>ΣΕΡΑΠΙΩΝΑ ΟΜΟΙΩΣ ΠΕΡΙ ΤΟΥ ΑΓΙΟΥ</w:t>
      </w:r>
    </w:p>
    <w:p>
      <w:r>
        <w:rPr>
          <w:rFonts w:ascii="Courier New" w:hAnsi="Courier New"/>
          <w:color w:val="555555"/>
          <w:sz w:val="20"/>
        </w:rPr>
        <w:t>[6t]</w:t>
      </w:r>
    </w:p>
    <w:p>
      <w:pPr>
        <w:jc w:val="center"/>
      </w:pPr>
      <w:r>
        <w:rPr>
          <w:rFonts w:ascii="Gentium Plus" w:hAnsi="Gentium Plus"/>
          <w:b/>
          <w:sz w:val="24"/>
        </w:rPr>
        <w:t>ΠΝΕΥΜΑΤΟΣ.</w:t>
      </w:r>
    </w:p>
    <w:p>
      <w:r>
        <w:rPr>
          <w:rFonts w:ascii="Courier New" w:hAnsi="Courier New"/>
          <w:color w:val="555555"/>
          <w:sz w:val="20"/>
        </w:rPr>
        <w:t>[7]</w:t>
      </w:r>
    </w:p>
    <w:p>
      <w:r>
        <w:rPr>
          <w:rFonts w:ascii="Gentium Plus" w:hAnsi="Gentium Plus"/>
          <w:sz w:val="24"/>
        </w:rPr>
        <w:t>Ἐνέτυχον καὶ τῇ νῦν γραφείσῃ παρὰ τῆς σῆς εὐλα‐ βείας ἐπιστολῇ, καὶ πάνυ θαυμάσας τὴν ἀναίδειαν τῶν αἱρετικῶν, συνεῖδον, ὡς οὐδὲν οὕτως ἁρμόζει περὶ αὐ‐</w:t>
      </w:r>
    </w:p>
    <w:p>
      <w:r>
        <w:rPr>
          <w:rFonts w:ascii="Courier New" w:hAnsi="Courier New"/>
          <w:color w:val="555555"/>
          <w:sz w:val="20"/>
        </w:rPr>
        <w:t>[10]</w:t>
      </w:r>
    </w:p>
    <w:p>
      <w:r>
        <w:rPr>
          <w:rFonts w:ascii="Gentium Plus" w:hAnsi="Gentium Plus"/>
          <w:sz w:val="24"/>
        </w:rPr>
        <w:t>τῶν εἰπεῖν ἢ τὸ τοῦ Ἀποστόλου παράγγελμα· «Αἱρε‐ τικὸν ἄνθρωπον μετὰ μίαν καὶ δευτέραν νουθεσίαν παρ‐ αιτοῦ, εἰδὼς, ὅτι ἐξέστραπται ὁ τοιοῦτος, καὶ ἁμαρ‐ τάνει ὢν αὐτοκατάκριτος.» Διεστραμμένην γὰρ ἔχων τὴν διάνοιαν, οὐχ ἵν’ ἀκούσας πεισθῇ, οὐδ’ ἵνα</w:t>
      </w:r>
    </w:p>
    <w:p>
      <w:r>
        <w:rPr>
          <w:rFonts w:ascii="Courier New" w:hAnsi="Courier New"/>
          <w:color w:val="555555"/>
          <w:sz w:val="20"/>
        </w:rPr>
        <w:t>[15]</w:t>
      </w:r>
    </w:p>
    <w:p>
      <w:r>
        <w:rPr>
          <w:rFonts w:ascii="Gentium Plus" w:hAnsi="Gentium Plus"/>
          <w:sz w:val="24"/>
        </w:rPr>
        <w:t>μαθὼν μεταγνῷ, πυνθάνεται, ἀλλ’ ἕνεκά γε τῶν ἀπα‐ τηθέντων παρ’ αὐτοῦ, μὴ ἄρα σιωπήσας καταγνωσθῇ καὶ παρ’ αὐτῶν. Ἤρκει οὖν τὰ προειρημένα· ἤρκει, τοσαύτας ἀποδείξεις λαβόντας αὐτοὺς, παύσασθαι τῆς κατὰ τοῦ ἁγίου Πνεύματος δυσφημίας. Ἀλλ’ οὐκ ἠρκέ‐</w:t>
      </w:r>
    </w:p>
    <w:p>
      <w:r>
        <w:rPr>
          <w:rFonts w:ascii="Courier New" w:hAnsi="Courier New"/>
          <w:color w:val="555555"/>
          <w:sz w:val="20"/>
        </w:rPr>
        <w:t>[20]</w:t>
      </w:r>
    </w:p>
    <w:p>
      <w:r>
        <w:rPr>
          <w:rFonts w:ascii="Gentium Plus" w:hAnsi="Gentium Plus"/>
          <w:sz w:val="24"/>
        </w:rPr>
        <w:t>σθησαν· πάλιν δὲ ἀναιδεύονται, ἵνα δείξωσιν, ὅτι λογομαχεῖν μελετήσαντες, καὶ λοιπὸν Πνευματομα‐ χοῦντες, ἔσονται μετ’ ὀλίγον νεκροὶ τῇ ἀλογίᾳ. Ἀμέ‐ λει κἂν ἀποκρίνηταί τις καὶ πρὸς τὰς νῦν αὐτῶν ἐρω‐ τήσεις, οὐδὲν ἧττον ἐφευρεταὶ κακῶν ἔσονται· μόνον</w:t>
      </w:r>
    </w:p>
    <w:p>
      <w:r>
        <w:rPr>
          <w:rFonts w:ascii="Courier New" w:hAnsi="Courier New"/>
          <w:color w:val="555555"/>
          <w:sz w:val="20"/>
        </w:rPr>
        <w:t>[25]</w:t>
      </w:r>
    </w:p>
    <w:p>
      <w:r>
        <w:rPr>
          <w:rFonts w:ascii="Gentium Plus" w:hAnsi="Gentium Plus"/>
          <w:sz w:val="24"/>
        </w:rPr>
        <w:t>ἵνα ζητοῦντες μὴ εὕρωσιν, ἢ ἀκούσαντες μὴ νοή‐ σωσιν. Οἷαι δὲ αὐτῶν αἱ σοφαὶ ἐρωτήσεις; Εἰ οὐκ ἔστι κτίσμα τὸ ἅγιον Πνεῦμα, οὐκοῦν, φασὶν, Υἱός ἐστι, καὶ ἀδελφοὶ δύο ὁ Λόγος καὶ αὐτός. Εἶτα ἐπιλέγουσιν, ὡς γράφεις· Εἰ ἐκ τοῦ Υἱοῦ λήψεται τὸ</w:t>
      </w:r>
    </w:p>
    <w:p>
      <w:r>
        <w:rPr>
          <w:rFonts w:ascii="Courier New" w:hAnsi="Courier New"/>
          <w:color w:val="555555"/>
          <w:sz w:val="20"/>
        </w:rPr>
        <w:t>[30]</w:t>
      </w:r>
    </w:p>
    <w:p>
      <w:r>
        <w:rPr>
          <w:rFonts w:ascii="Gentium Plus" w:hAnsi="Gentium Plus"/>
          <w:sz w:val="24"/>
        </w:rPr>
        <w:t>Πνεῦμα, καὶ παρ’ αὐτοῦ δίδοται (οὕτως γὰρ γέγρα‐ πται), εὐθὺς ἐπάγουσιν· Οὐκοῦν πάππος ὁ Πατὴρ, καὶ ἔκγονόν ἐστιν αὐτοῦ τὸ Πνεῦμα.</w:t>
      </w:r>
    </w:p>
    <w:p>
      <w:r>
        <w:rPr>
          <w:rFonts w:ascii="Courier New" w:hAnsi="Courier New"/>
          <w:color w:val="555555"/>
          <w:sz w:val="20"/>
        </w:rPr>
        <w:t>[35]</w:t>
      </w:r>
    </w:p>
    <w:p>
      <w:r>
        <w:rPr>
          <w:rFonts w:ascii="Gentium Plus" w:hAnsi="Gentium Plus"/>
          <w:sz w:val="24"/>
        </w:rPr>
        <w:t>Τίς, τούτων ἀκούων, ἔτι Χριστιανοὺς, καὶ οὐ μᾶλλον Ἕλληνας αὐτοὺς νομίσει; Τοιαῦτα γὰρ Ἕλλη‐ νες καθ’ ἡμῶν ὁμιλοῦσιν ἑαυτοῖς. Τίς ἀποκρίνασθαι θελήσει πρὸς τὴν τοιαύτην ἀφροσύνην αὐτῶν; Ἐγὼ γοῦν, πολλὰ λογισάμενος, καὶ ζητῶν ἁρμόζουσαν πρὸς</w:t>
      </w:r>
    </w:p>
    <w:p>
      <w:r>
        <w:rPr>
          <w:rFonts w:ascii="Courier New" w:hAnsi="Courier New"/>
          <w:color w:val="555555"/>
          <w:sz w:val="20"/>
        </w:rPr>
        <w:t>[40]</w:t>
      </w:r>
    </w:p>
    <w:p>
      <w:r>
        <w:rPr>
          <w:rFonts w:ascii="Gentium Plus" w:hAnsi="Gentium Plus"/>
          <w:sz w:val="24"/>
        </w:rPr>
        <w:t>αὐτοὺς ἀπόκρισιν, οὐδεμίαν εὗρον ἢ τὴν πρὸς τοὺς Φαρισαίους τότε γενομένην. Ὡς γὰρ ἐκείνους, κακο‐ ήθως ἐρωτήσαντας, ἀντηρώτησεν ὁ Σωτὴρ, ἵν’ αἴσθων‐ ται τῆς ἰδίας κακονοίας, οὕτως, ἐπειδὴ καὶ οὗτοι τοιαῦτα ἐρωτῶσιν, εἰπάτωσαν ἡμῖν αὐτοὶ, μᾶλλον δὲ</w:t>
      </w:r>
    </w:p>
    <w:p>
      <w:r>
        <w:rPr>
          <w:rFonts w:ascii="Courier New" w:hAnsi="Courier New"/>
          <w:color w:val="555555"/>
          <w:sz w:val="20"/>
        </w:rPr>
        <w:t>[45]</w:t>
      </w:r>
    </w:p>
    <w:p>
      <w:r>
        <w:rPr>
          <w:rFonts w:ascii="Gentium Plus" w:hAnsi="Gentium Plus"/>
          <w:sz w:val="24"/>
        </w:rPr>
        <w:t>ἀποκρινάσθωσαν ἐρωτώμενοι ὡς ἐρωτῶσιν. Ἐπει‐ δὴ γὰρ, λέγοντες, τὰς παρ’ αὐτῶν ἐφευρέσεις οὐ νοοῦσι</w:t>
      </w:r>
    </w:p>
    <w:p>
      <w:r>
        <w:rPr>
          <w:rFonts w:ascii="Courier New" w:hAnsi="Courier New"/>
          <w:color w:val="555555"/>
          <w:sz w:val="20"/>
        </w:rPr>
        <w:t>[26 . 640]</w:t>
      </w:r>
    </w:p>
    <w:p>
      <w:r>
        <w:rPr>
          <w:rFonts w:ascii="Gentium Plus" w:hAnsi="Gentium Plus"/>
          <w:sz w:val="24"/>
        </w:rPr>
        <w:t>νην. Εἰ μὴ κτίσμα ἐστὶ τὸ Πνεῦμα τὸ ἅγιον, ὡς ἐν τοῖς ἔμπροσθεν δέδεικται, ἀλλ’ ἐν τῷ Θεῷ ἐστι, καὶ ἐκ τοῦ Θεοῦ δίδοται· οὐκοῦν υἱός ἐστι καὶ αὐτὸ, καὶ δύο ἀδελφοὶ, αὐτό τε καὶ ὁ Υἱός· καὶ εἰ τοῦ Υἱοῦ ἐστι</w:t>
      </w:r>
    </w:p>
    <w:p>
      <w:r>
        <w:rPr>
          <w:rFonts w:ascii="Courier New" w:hAnsi="Courier New"/>
          <w:color w:val="555555"/>
          <w:sz w:val="20"/>
        </w:rPr>
        <w:t>[5]</w:t>
      </w:r>
    </w:p>
    <w:p>
      <w:r>
        <w:rPr>
          <w:rFonts w:ascii="Gentium Plus" w:hAnsi="Gentium Plus"/>
          <w:sz w:val="24"/>
        </w:rPr>
        <w:t>τὸ Πνεῦμα, καὶ παρὰ τοῦ Υἱοῦ πάντα δέχεται τὸ Πνεῦ‐ μα, ὡς αὐτὸς εἴρηκε, καὶ «ἐμφυσήσας δέδωκεν αὐ‐ τὸ τοῖς μαθηταῖς» (ὁμολογεῖτε γὰρ ταῦτα καὶ ὑμεῖς), οὐκοῦν πάππος ἐστὶν ὁ Πατὴρ, καὶ ἔκγονον αὐτοῦ ἐστι τὸ Πνεῦμα. Ἅπερ γὰρ ἐρωτῶντες ἀπαι‐</w:t>
      </w:r>
    </w:p>
    <w:p>
      <w:r>
        <w:rPr>
          <w:rFonts w:ascii="Courier New" w:hAnsi="Courier New"/>
          <w:color w:val="555555"/>
          <w:sz w:val="20"/>
        </w:rPr>
        <w:t>[10]</w:t>
      </w:r>
    </w:p>
    <w:p>
      <w:r>
        <w:rPr>
          <w:rFonts w:ascii="Gentium Plus" w:hAnsi="Gentium Plus"/>
          <w:sz w:val="24"/>
        </w:rPr>
        <w:t>τεῖτε παρ’ ἡμῶν, τὰ αὐτὰ καὶ ὑμᾶς ἐκ τῶν αὐτῶν ἐρωτᾶσθαι δίκαιον. Εἰ μὲν οὖν ἀρνεῖσθε τὰ γεγραμ‐ μένα, οὐκ ἔτι μὲν ὑμεῖς Χριστιανοὶ λεχθείητε ἄν· δίκαιον δὲ ἡμᾶς τοὺς Χριστιανοὺς ἐρωτᾶσθαι παρ’ ὑμῶν· εἰ δὲ τὰ αὐτὰ ἡμῖν ἀναγινώσκετε, ἀνάγκη καὶ</w:t>
      </w:r>
    </w:p>
    <w:p>
      <w:r>
        <w:rPr>
          <w:rFonts w:ascii="Courier New" w:hAnsi="Courier New"/>
          <w:color w:val="555555"/>
          <w:sz w:val="20"/>
        </w:rPr>
        <w:t>[15]</w:t>
      </w:r>
    </w:p>
    <w:p>
      <w:r>
        <w:rPr>
          <w:rFonts w:ascii="Gentium Plus" w:hAnsi="Gentium Plus"/>
          <w:sz w:val="24"/>
        </w:rPr>
        <w:t>ὑμᾶς περὶ τῶν αὐτῶν οὕτως ἐρωτᾶσθαι παρ’ ἡμῶν. Εἴπατε τοίνυν, καὶ μὴ μέλλετε, εἰ Υἱός ἐστι τὸ Πνεῦμα, καὶ πάππος ὁ Πατήρ. Ἂν δὲ διαλογιζόμενοι, ὡς οἱ τότε Φαρισαῖοι πεποιήκασιν, εἴπητε καὶ ὑμεῖς πρὸς ἑαυτούς· Ἐὰν εἴπωμεν, ὅτι Υἱός ἐστιν, ἀκουσό‐</w:t>
      </w:r>
    </w:p>
    <w:p>
      <w:r>
        <w:rPr>
          <w:rFonts w:ascii="Courier New" w:hAnsi="Courier New"/>
          <w:color w:val="555555"/>
          <w:sz w:val="20"/>
        </w:rPr>
        <w:t>[20]</w:t>
      </w:r>
    </w:p>
    <w:p>
      <w:r>
        <w:rPr>
          <w:rFonts w:ascii="Gentium Plus" w:hAnsi="Gentium Plus"/>
          <w:sz w:val="24"/>
        </w:rPr>
        <w:t>μεθα· Ποῦ γέγραπται; ἐὰν δὲ εἴπωμεν· Οὐκ ἔστιν Υἱὸς, φοβούμεθα μὴ εἴπωσιν ἡμῖν· Πῶς οὖν γέγραπται «Ἡμεῖς οὐ τὸ πνεῦμα τοῦ κόσμου ἐλάβομεν, ἀλλὰ τὸ Πνεῦμα τὸ ἐκ τοῦ Θεοῦ»; Τοιαῦτα δὲ διαμα‐ χόμενοι πρὸς ἑαυτοὺς, ἐὰν εἴπητε καὶ ὑμεῖς, Οὐκ οἴ‐</w:t>
      </w:r>
    </w:p>
    <w:p>
      <w:r>
        <w:rPr>
          <w:rFonts w:ascii="Courier New" w:hAnsi="Courier New"/>
          <w:color w:val="555555"/>
          <w:sz w:val="20"/>
        </w:rPr>
        <w:t>[25]</w:t>
      </w:r>
    </w:p>
    <w:p>
      <w:r>
        <w:rPr>
          <w:rFonts w:ascii="Gentium Plus" w:hAnsi="Gentium Plus"/>
          <w:sz w:val="24"/>
        </w:rPr>
        <w:t>δαμεν, ἀνάγκη καὶ τὸν ἐρωτώμενον τοιαῦτα παρ’ ὑμῶν σιωπᾷν, πειθόμενον τῷ λέγοντι· «Μὴ ἀποκρί‐ νου ἄφρονι πρὸς τὴν ἐκείνου ἀφροσύνην, ἵνα μὴ ὅμοιος γένῃ αὐτῷ· ἀλλ’ ἀποκρίνου ἄφρονι κατὰ τὴν ἀφρο‐ σύνην αὐτοῦ, ἵνα μὴ φαίνηται σοφὸς παρ’ ἑαυτῷ.»</w:t>
      </w:r>
    </w:p>
    <w:p>
      <w:r>
        <w:rPr>
          <w:rFonts w:ascii="Courier New" w:hAnsi="Courier New"/>
          <w:color w:val="555555"/>
          <w:sz w:val="20"/>
        </w:rPr>
        <w:t>[30]</w:t>
      </w:r>
    </w:p>
    <w:p>
      <w:r>
        <w:rPr>
          <w:rFonts w:ascii="Gentium Plus" w:hAnsi="Gentium Plus"/>
          <w:sz w:val="24"/>
        </w:rPr>
        <w:t>Ἀπόκρισις δὲ ὑμῖν ἁρμόζουσα μάλιστα ἡ σιωπή· ἵνα τὴν ἑαυτῶν ἄγνοιαν ἐπιγνῶτε. Πάλιν οὖν ἐκ τῶν ὑμῶν δίκαιον ὑμᾶς οὕτως ἐρω‐ τᾶσθαι. Ἐπειδὴ οἱ προφῆται ἐν τῷ Πνεύματι τοῦ Θεοῦ λαλοῦσι, καὶ ἐν τῷ Ἡσαΐᾳ τὸ Πνεῦμα τὸ ἅγιον προφη‐</w:t>
      </w:r>
    </w:p>
    <w:p>
      <w:r>
        <w:rPr>
          <w:rFonts w:ascii="Courier New" w:hAnsi="Courier New"/>
          <w:color w:val="555555"/>
          <w:sz w:val="20"/>
        </w:rPr>
        <w:t>[35]</w:t>
      </w:r>
    </w:p>
    <w:p>
      <w:r>
        <w:rPr>
          <w:rFonts w:ascii="Gentium Plus" w:hAnsi="Gentium Plus"/>
          <w:sz w:val="24"/>
        </w:rPr>
        <w:t>τεύει, ὡς ἐν τοῖς ἔμπροσθεν δέδεικται, οὐκοῦν καὶ τὸ Πνεῦμα Λόγος ἐστὶ τοῦ Θεοῦ, καὶ δύο εἰσὶ Λόγοι, τό τε Πνεῦμα καὶ ὁ Υἱός. Καὶ γὰρ οἱ προφῆται τότε ἐπρο‐ φήτευον, ὅτε ἐγίνετο ὁ Λόγος τοῦ Θεοῦ πρὸς αὐτούς. Καὶ ἔτι πρὸς τούτοις, ἐπειδὴ πάντα διὰ τοῦ Λόγου</w:t>
      </w:r>
    </w:p>
    <w:p>
      <w:r>
        <w:rPr>
          <w:rFonts w:ascii="Courier New" w:hAnsi="Courier New"/>
          <w:color w:val="555555"/>
          <w:sz w:val="20"/>
        </w:rPr>
        <w:t>[40]</w:t>
      </w:r>
    </w:p>
    <w:p>
      <w:r>
        <w:rPr>
          <w:rFonts w:ascii="Gentium Plus" w:hAnsi="Gentium Plus"/>
          <w:sz w:val="24"/>
        </w:rPr>
        <w:t>ἐγένετο, καὶ χωρὶς αὐτοῦ ἐγένετο οὐδὲ ἓν, καὶ «ὁ Θεὸς τῇ σοφίᾳ ἐθεμελίωσε τὴν γῆν,» καὶ πάντα ἐν σοφίᾳ ἐποίησε (γέγραπται δὲ, ὡς ἐν τοῖς ἔμπροσθεν δέδεικται· «Ἐξαποστελεῖς τὸ Πνεῦμά σου, καὶ κτισθή‐ σονται),» οὐκοῦν ἢ τὸ Πνεῦμα ὁ Λόγος ἐστὶν, ἢ ἐν</w:t>
      </w:r>
    </w:p>
    <w:p>
      <w:r>
        <w:rPr>
          <w:rFonts w:ascii="Courier New" w:hAnsi="Courier New"/>
          <w:color w:val="555555"/>
          <w:sz w:val="20"/>
        </w:rPr>
        <w:t>[45]</w:t>
      </w:r>
    </w:p>
    <w:p>
      <w:r>
        <w:rPr>
          <w:rFonts w:ascii="Gentium Plus" w:hAnsi="Gentium Plus"/>
          <w:sz w:val="24"/>
        </w:rPr>
        <w:t>δυσὶ πεποίηκεν ὁ Θεὸς τὰ πάντα, ἔν τε τῇ Σοφίᾳ καὶ τῷ Πνεύματι. Καὶ πῶς ὁ Παῦλός φησιν «Εἷς Θεὸς, ἐξ οὗ τὰ πάντα, καὶ εἷς Κύριος, δι’ οὗ τὰ πάντα»; Καὶ</w:t>
      </w:r>
    </w:p>
    <w:p>
      <w:r>
        <w:rPr>
          <w:rFonts w:ascii="Courier New" w:hAnsi="Courier New"/>
          <w:color w:val="555555"/>
          <w:sz w:val="20"/>
        </w:rPr>
        <w:t>[26 . 641]</w:t>
      </w:r>
    </w:p>
    <w:p>
      <w:r>
        <w:rPr>
          <w:rFonts w:ascii="Gentium Plus" w:hAnsi="Gentium Plus"/>
          <w:sz w:val="24"/>
        </w:rPr>
        <w:t>ἀοράτου,» ἔστι δὲ τὸ Πνεῦμα εἰκὼν τοῦ Υἱοῦ (γέγρα‐ πται γάρ· «Οὓς προέγνω καὶ προώρισε συμμόρφους τῆς εἰκόνος τοῦ Υἱοῦ αὐτοῦ»), οὐκοῦν κατὰ τοῦτο πάπ‐ πος ὁ Πατήρ. Καὶ ἐπειδὴ ὁ μὲν Υἱὸς ἐν τῷ ὀνόματι</w:t>
      </w:r>
    </w:p>
    <w:p>
      <w:r>
        <w:rPr>
          <w:rFonts w:ascii="Courier New" w:hAnsi="Courier New"/>
          <w:color w:val="555555"/>
          <w:sz w:val="20"/>
        </w:rPr>
        <w:t>[5]</w:t>
      </w:r>
    </w:p>
    <w:p>
      <w:r>
        <w:rPr>
          <w:rFonts w:ascii="Gentium Plus" w:hAnsi="Gentium Plus"/>
          <w:sz w:val="24"/>
        </w:rPr>
        <w:t>τοῦ Πατρὸς ἦλθε· «Τὸ δὲ Πνεῦμα τὸ ἅγιον,» φησὶν ὁ Υἱὸς, «ὃ πέμψει ὁ Πατὴρ ἐν τῷ ὀνόματί μου·» οὐκοῦν καὶ οὕτω πάππος ὁ Πατήρ. Τί πρὸς ταῦτα, καίτοι πάντα λέγοντες εὐχερῶς; Τί διαλογίζεσθε πρὸς ἑαυτούς; Ἢ ὁρῶντες ἑαυτοὺς ἀποροῦντας, μέμφε‐</w:t>
      </w:r>
    </w:p>
    <w:p>
      <w:r>
        <w:rPr>
          <w:rFonts w:ascii="Courier New" w:hAnsi="Courier New"/>
          <w:color w:val="555555"/>
          <w:sz w:val="20"/>
        </w:rPr>
        <w:t>[10]</w:t>
      </w:r>
    </w:p>
    <w:p>
      <w:r>
        <w:rPr>
          <w:rFonts w:ascii="Gentium Plus" w:hAnsi="Gentium Plus"/>
          <w:sz w:val="24"/>
        </w:rPr>
        <w:t>σθε τὰς τοιαύτας ἐρωτήσεις; Ἀλλὰ πρότερον ἑαυτῶν κατάγνωτε (ὑμεῖς γὰρ τοιαῦτα ἐρωτᾷν εἰώ‐ θατε), καὶ πείθεσθε ταῖς Γραφαῖς, καὶ ἀποροῦντες εἰπεῖν, μάθετε λοιπόν· Υἱὸς μὲν ἐν ταῖς Γραφαῖς τὸ Πνεῦμα οὐκ ὠνομάσθη, ἀλλὰ Πνεῦμα ἅγιον καὶ Πνεῦμα</w:t>
      </w:r>
    </w:p>
    <w:p>
      <w:r>
        <w:rPr>
          <w:rFonts w:ascii="Courier New" w:hAnsi="Courier New"/>
          <w:color w:val="555555"/>
          <w:sz w:val="20"/>
        </w:rPr>
        <w:t>[15]</w:t>
      </w:r>
    </w:p>
    <w:p>
      <w:r>
        <w:rPr>
          <w:rFonts w:ascii="Gentium Plus" w:hAnsi="Gentium Plus"/>
          <w:sz w:val="24"/>
        </w:rPr>
        <w:t>τοῦ Θεοῦ. Ὥσπερ δὲ οὐκ ὠνομάσθη Υἱὸς τὸ Πνεῦμα, οὕτως οὐδὲ περὶ τοῦ Υἱοῦ γέγραπται, ὅτι αὐτός ἐστι τὸ Πνεῦμα τὸ ἅγιον. Ἆρ’ οὖν, ἐπειδὴ οὐκ ὠνομάσθη Υἱὸς τὸ Πνεῦμα, οὐδ’ ὅτι Υἱός ἐστι τὸ Πνεῦμα, διαφωνεῖ τῆς ἀληθείας ἡ πίστις; Μὴ γένοιτο! Ἀλλὰ καὶ μᾶλλον</w:t>
      </w:r>
    </w:p>
    <w:p>
      <w:r>
        <w:rPr>
          <w:rFonts w:ascii="Courier New" w:hAnsi="Courier New"/>
          <w:color w:val="555555"/>
          <w:sz w:val="20"/>
        </w:rPr>
        <w:t>[20]</w:t>
      </w:r>
    </w:p>
    <w:p>
      <w:r>
        <w:rPr>
          <w:rFonts w:ascii="Gentium Plus" w:hAnsi="Gentium Plus"/>
          <w:sz w:val="24"/>
        </w:rPr>
        <w:t>ἕκαστον τῶν σημαινομένων ἔχει τὴν ἰδίαν γνῶσιν. Καὶ γὰρ ὁ Υἱὸς ἴδιον τῆς οὐσίας καὶ τῆς φύσεως τοῦ Πατρός ἐστι γέννημα, καὶ τοῦτο ἔχει τὸ σημαινόμενον. Καὶ τὸ Πνεῦμα δὲ λεγόμενον τοῦ Θεοῦ, καὶ ἐν αὐτῷ ὂν, οὐ ξένον ἐστὶ τῆς τοῦ Υἱοῦ φύσεως, οὔτε τῆς τοῦ Πα‐</w:t>
      </w:r>
    </w:p>
    <w:p>
      <w:r>
        <w:rPr>
          <w:rFonts w:ascii="Courier New" w:hAnsi="Courier New"/>
          <w:color w:val="555555"/>
          <w:sz w:val="20"/>
        </w:rPr>
        <w:t>[25]</w:t>
      </w:r>
    </w:p>
    <w:p>
      <w:r>
        <w:rPr>
          <w:rFonts w:ascii="Gentium Plus" w:hAnsi="Gentium Plus"/>
          <w:sz w:val="24"/>
        </w:rPr>
        <w:t>τρὸς θεότητος. Διὰ τοῦτο γὰρ ἐν Τριάδι, ἐν Πατρὶ, καὶ ἐν Υἱῷ, καὶ ἐν αὐτῷ τῷ Πνεύματι, μία θεότης ἐστὶ, καὶ ἐν αὐτῇ τῇ Τριάδι ἕν ἐστι τὸ βάπτισμα, καὶ μία ἡ πίστις. Ἀμέλει τοῦ Πατρὸς πέμποντος τὸ Πνεῦμα, ὁ Υἱὸς ἐμφυσῶν δίδωσιν αὐτὸ τοῖς μαθηταῖς· ἐπειδὴ</w:t>
      </w:r>
    </w:p>
    <w:p>
      <w:r>
        <w:rPr>
          <w:rFonts w:ascii="Courier New" w:hAnsi="Courier New"/>
          <w:color w:val="555555"/>
          <w:sz w:val="20"/>
        </w:rPr>
        <w:t>[30]</w:t>
      </w:r>
    </w:p>
    <w:p>
      <w:r>
        <w:rPr>
          <w:rFonts w:ascii="Gentium Plus" w:hAnsi="Gentium Plus"/>
          <w:sz w:val="24"/>
        </w:rPr>
        <w:t>«πάντα ὅσα ἔχει ὁ Πατὴρ, τοῦ Υἱοῦ ἐστι.» Καὶ τοῦ Λόγου γινομένου ἐν τοῖς προφήταις, αὐτοὶ τῷ Πνεύματι ἐπροφήτευον, ὡς γέγραπται καὶ δέδεικται· «Τῷ Λόγῳ Κυρίου οἱ οὐρανοὶ ἐστερεώθησαν, καὶ τῷ Πνεύματι τοῦ στόματος αὐτοῦ πᾶσα ἡ δύναμις αὐτῶν.»</w:t>
      </w:r>
    </w:p>
    <w:p>
      <w:r>
        <w:rPr>
          <w:rFonts w:ascii="Courier New" w:hAnsi="Courier New"/>
          <w:color w:val="555555"/>
          <w:sz w:val="20"/>
        </w:rPr>
        <w:t>[36]</w:t>
      </w:r>
    </w:p>
    <w:p>
      <w:r>
        <w:rPr>
          <w:rFonts w:ascii="Gentium Plus" w:hAnsi="Gentium Plus"/>
          <w:sz w:val="24"/>
        </w:rPr>
        <w:t>Οὕτως οὐκ ἔστι κτίσμα τὸ Πνεῦμα, ἀλλ’ ἴδιον τῆς τοῦ Λόγου οὐσίας, ἴδιον καὶ τοῦ Θεοῦ, καὶ ἐν αὐ‐ τῷ λέγεται εἶναι. Πάλιν γὰρ τὰ αὐτὰ λέγειν οὐκ ὀκνη‐ τέον. Εἰ καὶ Υἱὸς οὐκ ὠνομάσθη τὸ Πνεῦμα τὸ ἅγιον,</w:t>
      </w:r>
    </w:p>
    <w:p>
      <w:r>
        <w:rPr>
          <w:rFonts w:ascii="Courier New" w:hAnsi="Courier New"/>
          <w:color w:val="555555"/>
          <w:sz w:val="20"/>
        </w:rPr>
        <w:t>[40]</w:t>
      </w:r>
    </w:p>
    <w:p>
      <w:r>
        <w:rPr>
          <w:rFonts w:ascii="Gentium Plus" w:hAnsi="Gentium Plus"/>
          <w:sz w:val="24"/>
        </w:rPr>
        <w:t>ἀλλ’ οὐκ ἔστιν ἐκτὸς τοῦ Υἱοῦ· Πνεῦμα γὰρ υἱοθεσίας εἴρηται· καὶ ἐπειδὴ «Χριστὸς Θεοῦ δύναμις καὶ Θεοῦ σοφία,» ἀκολούθως εἴρηται περὶ τοῦ Πνεύματος· «Πνεῦμα σοφίας, καὶ Πνεῦμα δυνάμεώς ἐστι.» Τοῦ γὰρ Πνεύματος μετέχοντες, ἔχομεν τὸν Υἱὸν, καὶ τὸν</w:t>
      </w:r>
    </w:p>
    <w:p>
      <w:r>
        <w:rPr>
          <w:rFonts w:ascii="Courier New" w:hAnsi="Courier New"/>
          <w:color w:val="555555"/>
          <w:sz w:val="20"/>
        </w:rPr>
        <w:t>[45]</w:t>
      </w:r>
    </w:p>
    <w:p>
      <w:r>
        <w:rPr>
          <w:rFonts w:ascii="Gentium Plus" w:hAnsi="Gentium Plus"/>
          <w:sz w:val="24"/>
        </w:rPr>
        <w:t>Υἱὸν ἔχοντες, ἔχομεν τὸ Πνεῦμα, κράζον ἐν ταῖς καρ‐ δίαις ἡμῶν, «Ἀββᾶ ὁ Πατὴρ,» ὡς ὁ Παῦλος εἴρηκεν. Εἰ δ’ ὅτι τὸ Πνεῦμά ἐστι τοῦ Θεοῦ, καὶ ἐν αὐτῷ εἶναι γέγραπται· «Τὰ τοῦ Θεοῦ γὰρ οὐδεὶς οἶ‐ δεν εἰ μὴ τὸ Πνεῦμα τοῦ Θεοῦ τὸ ἐν αὐτῷ·» καὶ ὁ</w:t>
      </w:r>
    </w:p>
    <w:p>
      <w:r>
        <w:rPr>
          <w:rFonts w:ascii="Courier New" w:hAnsi="Courier New"/>
          <w:color w:val="555555"/>
          <w:sz w:val="20"/>
        </w:rPr>
        <w:t>[26 . 641 (50)]</w:t>
      </w:r>
    </w:p>
    <w:p>
      <w:r>
        <w:rPr>
          <w:rFonts w:ascii="Gentium Plus" w:hAnsi="Gentium Plus"/>
          <w:sz w:val="24"/>
        </w:rPr>
        <w:t>Υἱὸς δὲ εἴρηκεν· «Ἐγὼ ἐν τῷ Πατρὶ, καὶ ὁ Πατὴρ</w:t>
      </w:r>
    </w:p>
    <w:p>
      <w:r>
        <w:rPr>
          <w:rFonts w:ascii="Courier New" w:hAnsi="Courier New"/>
          <w:color w:val="555555"/>
          <w:sz w:val="20"/>
        </w:rPr>
        <w:t>[26 . 644]</w:t>
      </w:r>
    </w:p>
    <w:p>
      <w:r>
        <w:rPr>
          <w:rFonts w:ascii="Gentium Plus" w:hAnsi="Gentium Plus"/>
          <w:sz w:val="24"/>
        </w:rPr>
        <w:t>καὶ τούτῳ, ἀλλ’ ὁ μὲν Υἱὸς, τὸ δὲ Πνεῦμα; Ἄν τις οὕ‐ τως ἐρωτᾷ, μαίνοιτο ἂν ὁ τοιοῦτος, ἐρευνῶν τὰ ἀν‐ ερεύνητα, καὶ παρακούων τοῦ Ἀποστόλου, λέγοντος· «Τίς γὰρ ἔγνω νοῦν Κυρίου; ἢ τίς σύμβουλος</w:t>
      </w:r>
    </w:p>
    <w:p>
      <w:r>
        <w:rPr>
          <w:rFonts w:ascii="Courier New" w:hAnsi="Courier New"/>
          <w:color w:val="555555"/>
          <w:sz w:val="20"/>
        </w:rPr>
        <w:t>[5]</w:t>
      </w:r>
    </w:p>
    <w:p>
      <w:r>
        <w:rPr>
          <w:rFonts w:ascii="Gentium Plus" w:hAnsi="Gentium Plus"/>
          <w:sz w:val="24"/>
        </w:rPr>
        <w:t>αὐτοῦ ἐγένετο;» Ἄλλως τε ἃ ὁ Θεὸς ὠνόμασε, τίς μετονομάσαι τολμήσει; ἐπεὶ εἰς τὰ τῆς κτίσεως ἐπι‐ χορηγείτω. Εἰπάτωσαν, ἐπειδὴ ἡ κτίσις τῷ αὐτῷ νεύ‐ ματι γέγονε, διὰ τί ὁ μὲν ἥλιος, ὁ δὲ οὐρανὸς καὶ ἡ γῆ καὶ ἡ θάλασσα καὶ ἀήρ; Εἰ δὲ ἀδύνατον τοῦ‐</w:t>
      </w:r>
    </w:p>
    <w:p>
      <w:r>
        <w:rPr>
          <w:rFonts w:ascii="Courier New" w:hAnsi="Courier New"/>
          <w:color w:val="555555"/>
          <w:sz w:val="20"/>
        </w:rPr>
        <w:t>[10]</w:t>
      </w:r>
    </w:p>
    <w:p>
      <w:r>
        <w:rPr>
          <w:rFonts w:ascii="Gentium Plus" w:hAnsi="Gentium Plus"/>
          <w:sz w:val="24"/>
        </w:rPr>
        <w:t>τό γε τοῖς ἄφροσι (μένει γὰρ ἕκαστον, ὡς γέγονε), πολλῷ μᾶλλον τὰ ἄνω τῆς κτίσεως ἀΐδιον ἔχει τὴν διαμονὴν, καὶ οὐκ ἔστιν ἄλλως, ἢ ὥς ἐστιν ὁ Πατὴρ Πατὴρ, καὶ οὐ πάππος, καὶ ὁ Υἱὸς Υἱός ἐστι τοῦ Θεοῦ, καὶ οὐ Πατὴρ τοῦ Πνεύματος, καὶ τὸ Πνεῦμα τὸ ἅγιον</w:t>
      </w:r>
    </w:p>
    <w:p>
      <w:r>
        <w:rPr>
          <w:rFonts w:ascii="Courier New" w:hAnsi="Courier New"/>
          <w:color w:val="555555"/>
          <w:sz w:val="20"/>
        </w:rPr>
        <w:t>[15]</w:t>
      </w:r>
    </w:p>
    <w:p>
      <w:r>
        <w:rPr>
          <w:rFonts w:ascii="Gentium Plus" w:hAnsi="Gentium Plus"/>
          <w:sz w:val="24"/>
        </w:rPr>
        <w:t>Πνεῦμα ἅγιον, καὶ οὐκ ἔκγονον τοῦ Πατρὸς, οὐδὲ ἀδελφὸς τοῦ Υἱοῦ.</w:t>
      </w:r>
    </w:p>
    <w:p>
      <w:r>
        <w:rPr>
          <w:rFonts w:ascii="Courier New" w:hAnsi="Courier New"/>
          <w:color w:val="555555"/>
          <w:sz w:val="20"/>
        </w:rPr>
        <w:t>[18]</w:t>
      </w:r>
    </w:p>
    <w:p>
      <w:r>
        <w:rPr>
          <w:rFonts w:ascii="Gentium Plus" w:hAnsi="Gentium Plus"/>
          <w:sz w:val="24"/>
        </w:rPr>
        <w:t>Τούτων οὕτω δεικνυμένων, μαίνοιτ’ ἄν τις ἐρω‐ τῶν, Υἱὸς οὖν ἐστι καὶ τὸ Πνεῦμα; Μηδὲ, ἐπειδὴ μὴ</w:t>
      </w:r>
    </w:p>
    <w:p>
      <w:r>
        <w:rPr>
          <w:rFonts w:ascii="Courier New" w:hAnsi="Courier New"/>
          <w:color w:val="555555"/>
          <w:sz w:val="20"/>
        </w:rPr>
        <w:t>[20]</w:t>
      </w:r>
    </w:p>
    <w:p>
      <w:r>
        <w:rPr>
          <w:rFonts w:ascii="Gentium Plus" w:hAnsi="Gentium Plus"/>
          <w:sz w:val="24"/>
        </w:rPr>
        <w:t>γέγραπται οὕτω, διὰ τοῦτο ἐξαιρείτω τις αὐτὸ τῆς τοῦ Θεοῦ φύσεως καὶ ἰδιότητος· ἀλλ’ ὡς γέγραπται, πιστευέτω καὶ μὴ λεγέτω· Διὰ τί οὕτως καὶ μὴ οὕτως; ἵνα μὴ τοιαῦτα διαλογιζόμενος, ἄρξηται με‐ λετᾷν καὶ λέγειν· Ποῦ οὖν ἐστιν ὁ Θεὸς, καὶ πῶς</w:t>
      </w:r>
    </w:p>
    <w:p>
      <w:r>
        <w:rPr>
          <w:rFonts w:ascii="Courier New" w:hAnsi="Courier New"/>
          <w:color w:val="555555"/>
          <w:sz w:val="20"/>
        </w:rPr>
        <w:t>[25]</w:t>
      </w:r>
    </w:p>
    <w:p>
      <w:r>
        <w:rPr>
          <w:rFonts w:ascii="Gentium Plus" w:hAnsi="Gentium Plus"/>
          <w:sz w:val="24"/>
        </w:rPr>
        <w:t>ἐστι; καὶ λοιπὸν ἀκούσει· «Εἶπεν ἄφρων ἐν καρδίᾳ αὐτοῦ· Οὐκ ἔστι Θεός.» Τὰ γὰρ τῇ πίστει παραδιδό‐ μενα ἀπεριέργαστον ἔχει τὴν γνῶσιν. Οἱ γοῦν μαθηταὶ, ἀκούσαντες, «βαπτίζοντες αὐτοὺς εἰς τὸ ὄνομα τοῦ Πατρὸς καὶ τοῦ Υἱοῦ καὶ τοῦ ἁγίου Πνεύ‐</w:t>
      </w:r>
    </w:p>
    <w:p>
      <w:r>
        <w:rPr>
          <w:rFonts w:ascii="Courier New" w:hAnsi="Courier New"/>
          <w:color w:val="555555"/>
          <w:sz w:val="20"/>
        </w:rPr>
        <w:t>[30]</w:t>
      </w:r>
    </w:p>
    <w:p>
      <w:r>
        <w:rPr>
          <w:rFonts w:ascii="Gentium Plus" w:hAnsi="Gentium Plus"/>
          <w:sz w:val="24"/>
        </w:rPr>
        <w:t>ματος,» οὐ περιειργάσαντο, διὰ τί δεύτερον ὁ Υἱὸς, καὶ τρίτον τὸ Πνεῦμα, ἢ διὰ τί ὅλως Τριάς· ἀλλ’ ὡς ἤκουσαν, ἐπίστευσαν· καὶ οὐχ ὥσπερ ὑμεῖς ἠρώτη‐ σαν· Υἱὸς οὖν ἐστι τὸ Πνεῦμα; Οὐδὲ, εἰπόντος τοῦ Κυρίου μετὰ τὸν Υἱὸν τὸ Πνεῦμα, ἠρώτησαν· Πάπ‐</w:t>
      </w:r>
    </w:p>
    <w:p>
      <w:r>
        <w:rPr>
          <w:rFonts w:ascii="Courier New" w:hAnsi="Courier New"/>
          <w:color w:val="555555"/>
          <w:sz w:val="20"/>
        </w:rPr>
        <w:t>[35]</w:t>
      </w:r>
    </w:p>
    <w:p>
      <w:r>
        <w:rPr>
          <w:rFonts w:ascii="Gentium Plus" w:hAnsi="Gentium Plus"/>
          <w:sz w:val="24"/>
        </w:rPr>
        <w:t>πος οὖν ὁ Πατήρ; Οὐ γὰρ ἤκουσαν εἰς ὄνομα πάπ‐ που, ἀλλ’ εἰς ὄνομα Πατρὸς, καὶ ταύτην τὴν πίστιν ἐκήρυξαν πανταχοῦ, λογισάμενοι ὀρθῶς. Οὐ γὰρ ἦν ἄλλως εἰπεῖν, ἢ ὡς εἴρηκεν ὁ Σωτήρ· ἑαυτὸν μὲν Υἱὸν, τὸ δὲ Πνεῦμα ἅγιον· οὐδ’ ἐναλλάξαι</w:t>
      </w:r>
    </w:p>
    <w:p>
      <w:r>
        <w:rPr>
          <w:rFonts w:ascii="Courier New" w:hAnsi="Courier New"/>
          <w:color w:val="555555"/>
          <w:sz w:val="20"/>
        </w:rPr>
        <w:t>[40]</w:t>
      </w:r>
    </w:p>
    <w:p>
      <w:r>
        <w:rPr>
          <w:rFonts w:ascii="Gentium Plus" w:hAnsi="Gentium Plus"/>
          <w:sz w:val="24"/>
        </w:rPr>
        <w:t>θέμις ἢ ὡς συντέτακται, ὥσπερ καὶ ἐπὶ τοῦ Πατρός. Ὡς γὰρ οὐκ ἔξεστιν ἄλλως εἰπεῖν περὶ αὐτοῦ, ἢ ὅτι Πατὴρ, οὕτως ἀσεβὲς ἐρωτᾷν, εἰ Υἱός ἐστι τὸ Πνεῦμα, ἢ τὸ Πνεῦμα Υἱός. Διὰ τοῦτο Σαβέλλιος ἀλλότριος τῆς Ἐκκλησίας ἐκρίθη, τολμήσας εἰπεῖν ἐπὶ</w:t>
      </w:r>
    </w:p>
    <w:p>
      <w:r>
        <w:rPr>
          <w:rFonts w:ascii="Courier New" w:hAnsi="Courier New"/>
          <w:color w:val="555555"/>
          <w:sz w:val="20"/>
        </w:rPr>
        <w:t>[45]</w:t>
      </w:r>
    </w:p>
    <w:p>
      <w:r>
        <w:rPr>
          <w:rFonts w:ascii="Gentium Plus" w:hAnsi="Gentium Plus"/>
          <w:sz w:val="24"/>
        </w:rPr>
        <w:t>τοῦ Πατρὸς τὸ Υἱὸς, καὶ ἐπὶ τοῦ Υἱοῦ τὸ τοῦ Πα‐ τρὸς ὄνομα. Ἆρ’ οὖν ἔτι μετὰ ταῦτα τολμήσει τις ἀκούων Υἱὸν καὶ Πνεῦμα εἰπεῖν· Πάππος οὖν ὁ</w:t>
      </w:r>
    </w:p>
    <w:p>
      <w:r>
        <w:rPr>
          <w:rFonts w:ascii="Courier New" w:hAnsi="Courier New"/>
          <w:color w:val="555555"/>
          <w:sz w:val="20"/>
        </w:rPr>
        <w:t>[26 . 645]</w:t>
      </w:r>
    </w:p>
    <w:p>
      <w:r>
        <w:rPr>
          <w:rFonts w:ascii="Gentium Plus" w:hAnsi="Gentium Plus"/>
          <w:sz w:val="24"/>
        </w:rPr>
        <w:t>Εὐνόμιοι, καὶ Εὐδόξιοι, καὶ Εὐσέβιοι. Ἅπαξ γὰρ ὑποκρινόμενοι τὴν Ἀρειανὴν αἵρεσιν, οὐ μὴ παύσουσι τὴν ἑαυτῶν γλῶσσαν ἀπὸ ἀσεβείας. Τίς γὰρ αὐτοῖς παρέδωκε ταῦτα; Τίς ὁ διδάξας; Ἀλλ’ οὐδεὶς ἐκ τῶν</w:t>
      </w:r>
    </w:p>
    <w:p>
      <w:r>
        <w:rPr>
          <w:rFonts w:ascii="Courier New" w:hAnsi="Courier New"/>
          <w:color w:val="555555"/>
          <w:sz w:val="20"/>
        </w:rPr>
        <w:t>[5]</w:t>
      </w:r>
    </w:p>
    <w:p>
      <w:r>
        <w:rPr>
          <w:rFonts w:ascii="Gentium Plus" w:hAnsi="Gentium Plus"/>
          <w:sz w:val="24"/>
        </w:rPr>
        <w:t>θείων Γραφῶν· ἐκ δὲ τοῦ περισσεύματος τῆς καρδίας αὐτῶν ἐξῆλθεν ἡ τοιαύτη παραφροσύνη. Εἰ γὰρ, ἐπεὶ μὴ κτίσμα ἐστὶ τὸ Πνεῦμα (τοῦτο γὰρ ἐδείχθη), ἐρωτᾶτε, Υἱὸς οὖν ἐστι τὸ Πνεῦμα; ὥρα, μαθόντας ὑμᾶς, ὅτι μὴ κτίσμα ἐστὶν ὁ Υἱὸς</w:t>
      </w:r>
    </w:p>
    <w:p>
      <w:r>
        <w:rPr>
          <w:rFonts w:ascii="Courier New" w:hAnsi="Courier New"/>
          <w:color w:val="555555"/>
          <w:sz w:val="20"/>
        </w:rPr>
        <w:t>[10]</w:t>
      </w:r>
    </w:p>
    <w:p>
      <w:r>
        <w:rPr>
          <w:rFonts w:ascii="Gentium Plus" w:hAnsi="Gentium Plus"/>
          <w:sz w:val="24"/>
        </w:rPr>
        <w:t>(διὰ τούτου γὰρ τὰ γενητὰ ἐκτίσθη), ἐρωτᾷν, Πατὴρ οὖν ἐστιν ὁ Υἱός; Ἢ καὶ οὕτως· Τὸ Πνεῦμα οὖν ἐστιν ὁ Υἱὸς, καὶ ὁ Υἱὸς αὐτός ἐστι τὸ Πνεῦμα τὸ ἅγιον; Τοιαῦτα δὲ λογιζόμενοι, ἔξω μὲν τῆς ἁγίας Τριάδος ἔσονται, ἄθεοι δὲ κριθήσονται, ἀλλάσ‐</w:t>
      </w:r>
    </w:p>
    <w:p>
      <w:r>
        <w:rPr>
          <w:rFonts w:ascii="Courier New" w:hAnsi="Courier New"/>
          <w:color w:val="555555"/>
          <w:sz w:val="20"/>
        </w:rPr>
        <w:t>[15]</w:t>
      </w:r>
    </w:p>
    <w:p>
      <w:r>
        <w:rPr>
          <w:rFonts w:ascii="Gentium Plus" w:hAnsi="Gentium Plus"/>
          <w:sz w:val="24"/>
        </w:rPr>
        <w:t>σοντες τὸ ὄνομα τοῦ Πατρὸς, καὶ τοῦ Υἱοῦ, καὶ τοῦ ἁγίου Πνεύματος· μεταφέροντές τε αὐτὸ, ὡς θέλου‐ σιν, ἐν ὁμοιώματι γενέσεως ἀνθρωπίνης, ἔκγονα καὶ πάππους ὀνομάζοντες, καὶ τὴν Ἑλλήνων θεο‐ γονίαν ἑαυτοῖς ἀναπλασσόμενοι. Οὐκ ἔστι δὲ αὕτη</w:t>
      </w:r>
    </w:p>
    <w:p>
      <w:r>
        <w:rPr>
          <w:rFonts w:ascii="Courier New" w:hAnsi="Courier New"/>
          <w:color w:val="555555"/>
          <w:sz w:val="20"/>
        </w:rPr>
        <w:t>[20]</w:t>
      </w:r>
    </w:p>
    <w:p>
      <w:r>
        <w:rPr>
          <w:rFonts w:ascii="Gentium Plus" w:hAnsi="Gentium Plus"/>
          <w:sz w:val="24"/>
        </w:rPr>
        <w:t>τῆς Ἐκκλησίας ἡ πίστις, ἀλλ’ ὡς εἶπεν ὁ Σωτὴρ, εἰς Πατέρα καὶ Υἱὸν καὶ ἅγιον Πνεῦμα· Πατέρα μέντοι, οὐ δυνάμενον λέγεσθαι πάππον, καὶ Υἱὸν οὐ δυνά‐ μενον λέγεσθαι Πατέρα, καὶ Πνεῦμα ἅγιον οὐκ ἄλλως ἢ οὕτως ὀνομαζόμενον. Ἐπὶ ταύτης τῆς πίστεως</w:t>
      </w:r>
    </w:p>
    <w:p>
      <w:r>
        <w:rPr>
          <w:rFonts w:ascii="Courier New" w:hAnsi="Courier New"/>
          <w:color w:val="555555"/>
          <w:sz w:val="20"/>
        </w:rPr>
        <w:t>[25]</w:t>
      </w:r>
    </w:p>
    <w:p>
      <w:r>
        <w:rPr>
          <w:rFonts w:ascii="Gentium Plus" w:hAnsi="Gentium Plus"/>
          <w:sz w:val="24"/>
        </w:rPr>
        <w:t>οὐκ ἔστιν ἐναλλὰξ εἰπεῖν· ἀλλ’ ἀεὶ ὁ Πατὴρ Πατήρ ἐστι, καὶ ὁ Υἱὸς ἀεὶ Υἱὸς, καὶ τὸ Πνεῦμα τὸ ἅγιον ἀεὶ Πνεῦμα ἅγιόν ἐστι καὶ λέγεται. Ἐπὶ μὲν γὰρ τῶν ἀνθρωπίνων, οὐκ ἔστιν οὕτως, κἂν οἱ Ἀρεια‐ νοὶ τοιαῦτα φαντάζωνται. Ὡς γὰρ γέγραπται,</w:t>
      </w:r>
    </w:p>
    <w:p>
      <w:r>
        <w:rPr>
          <w:rFonts w:ascii="Courier New" w:hAnsi="Courier New"/>
          <w:color w:val="555555"/>
          <w:sz w:val="20"/>
        </w:rPr>
        <w:t>[30]</w:t>
      </w:r>
    </w:p>
    <w:p>
      <w:r>
        <w:rPr>
          <w:rFonts w:ascii="Gentium Plus" w:hAnsi="Gentium Plus"/>
          <w:sz w:val="24"/>
        </w:rPr>
        <w:t>«Οὐχ ὡς ἄνθρωπος ὁ Θεός,» οὕτως ἄν τις εἴποι, οὐχ ὡς Θεὸς οἱ ἄνθρωποι. Ἐπὶ γὰρ τῶν ἀνθρώπων, οὐκ ἔστιν ὁ πατὴρ ἀεὶ πατὴρ, οὐδὲ ὁ υἱὸς ἀεὶ υἱός. Ὁ γὰρ αὐτὸς πατὴρ μὲν υἱοῦ γίνεται, αὐτὸς δὲ ἑτέρου γέγο‐ νεν υἱὸς, καὶ ὁ υἱὸς πατρὸς ὢν υἱὸς, ἄλλου γίνεται</w:t>
      </w:r>
    </w:p>
    <w:p>
      <w:r>
        <w:rPr>
          <w:rFonts w:ascii="Courier New" w:hAnsi="Courier New"/>
          <w:color w:val="555555"/>
          <w:sz w:val="20"/>
        </w:rPr>
        <w:t>[35]</w:t>
      </w:r>
    </w:p>
    <w:p>
      <w:r>
        <w:rPr>
          <w:rFonts w:ascii="Gentium Plus" w:hAnsi="Gentium Plus"/>
          <w:sz w:val="24"/>
        </w:rPr>
        <w:t>πατήρ. Ἀβραὰμ γοῦν υἱὸς ὢν τοῦ Ναχὼρ, πα‐ τὴρ γέγονε τοῦ Ἰσαάκ· καὶ Ἰσαὰκ δὲ υἱὸς ὢν τοῦ Ἀβραὰμ, πατὴρ γέγονε τοῦ Ἰακώβ. Ἕκαστος γὰρ, μέρος ὢν τοῦ γονέως, γεννᾶται μὲν υἱὸς, γίνεται δὲ καὶ αὐτὸς ἑτέρου πατήρ. Ἐπὶ δὲ τῆς θεότητος οὐχ</w:t>
      </w:r>
    </w:p>
    <w:p>
      <w:r>
        <w:rPr>
          <w:rFonts w:ascii="Courier New" w:hAnsi="Courier New"/>
          <w:color w:val="555555"/>
          <w:sz w:val="20"/>
        </w:rPr>
        <w:t>[40]</w:t>
      </w:r>
    </w:p>
    <w:p>
      <w:r>
        <w:rPr>
          <w:rFonts w:ascii="Gentium Plus" w:hAnsi="Gentium Plus"/>
          <w:sz w:val="24"/>
        </w:rPr>
        <w:t>οὕτως, ἐπεὶ μὴ ὡς ἄνθρωπος ὁ Θεός. Ὁ γοῦν Πατὴρ οὐκ ἐκ Πατρός ἐστι· διὸ οὐδὲ γεννᾷ τὸν γενησόμενον ἑτέρου Πατέρα· οὐδὲ ὁ Υἱὸς μέρος ἐστὶ τοῦ Πατρὸς, διὸ οὐδὲ γέννημά ἐστιν εἰς τὸ γεννᾷν Υἱόν. Ὅθεν ἐπὶ τῆς θεότητος μόνης ὁ Πατὴρ κυρίως καὶ μόνος</w:t>
      </w:r>
    </w:p>
    <w:p>
      <w:r>
        <w:rPr>
          <w:rFonts w:ascii="Courier New" w:hAnsi="Courier New"/>
          <w:color w:val="555555"/>
          <w:sz w:val="20"/>
        </w:rPr>
        <w:t>[45]</w:t>
      </w:r>
    </w:p>
    <w:p>
      <w:r>
        <w:rPr>
          <w:rFonts w:ascii="Gentium Plus" w:hAnsi="Gentium Plus"/>
          <w:sz w:val="24"/>
        </w:rPr>
        <w:t>Πατὴρ ὢν, ἔστι καὶ ἦν καὶ ἀεί ἐστι. Καὶ ὁ Υἱὸς κυ‐ ρίως, καὶ μόνος Υἱός ἐστι. Καὶ ἐπὶ τούτων ἕστηκε τὸ, ὁ Πατὴρ ἀεὶ Πατὴρ, καὶ τὸ, Υἱὸς ἀεὶ Υἱὸς, εἶναί τε καὶ λέγεσθαι· καὶ τὸ Πνεῦμα δὲ τὸ ἅγιον ἀεὶ Πνεῦμα ἅγιόν ἐστι· καὶ τοῦτο τοῦ Θεοῦ εἶναι, καὶ</w:t>
      </w:r>
    </w:p>
    <w:p>
      <w:r>
        <w:rPr>
          <w:rFonts w:ascii="Courier New" w:hAnsi="Courier New"/>
          <w:color w:val="555555"/>
          <w:sz w:val="20"/>
        </w:rPr>
        <w:t>[26 . 645 (50)]</w:t>
      </w:r>
    </w:p>
    <w:p>
      <w:r>
        <w:rPr>
          <w:rFonts w:ascii="Gentium Plus" w:hAnsi="Gentium Plus"/>
          <w:sz w:val="24"/>
        </w:rPr>
        <w:t>παρὰ τοῦ Πατρὸς δι’ Υἱοῦ δίδοσθαι πεπιστεύκαμεν.</w:t>
      </w:r>
    </w:p>
    <w:p>
      <w:r>
        <w:rPr>
          <w:rFonts w:ascii="Courier New" w:hAnsi="Courier New"/>
          <w:color w:val="555555"/>
          <w:sz w:val="20"/>
        </w:rPr>
        <w:t>[26 . 648]</w:t>
      </w:r>
    </w:p>
    <w:p>
      <w:r>
        <w:rPr>
          <w:rFonts w:ascii="Gentium Plus" w:hAnsi="Gentium Plus"/>
          <w:sz w:val="24"/>
        </w:rPr>
        <w:t>Οὕτω γὰρ ἡ ἁγία Τριὰς ἀναλλοίωτος διαμένει, ἐν μιᾷ θεότητι γινωσκομένη. Οὐκοῦν ὁ ἐρωτῶν, Υἱὸς οὖν ἐστι τὸ Πνεῦμα; ὡς δυναμένου τοῦ ὀνόματος ἀλ‐ λάσσεσθαι, φαντάζεται, καὶ μανίαν ἑαυτῷ περιποιεῖ‐</w:t>
      </w:r>
    </w:p>
    <w:p>
      <w:r>
        <w:rPr>
          <w:rFonts w:ascii="Courier New" w:hAnsi="Courier New"/>
          <w:color w:val="555555"/>
          <w:sz w:val="20"/>
        </w:rPr>
        <w:t>[5]</w:t>
      </w:r>
    </w:p>
    <w:p>
      <w:r>
        <w:rPr>
          <w:rFonts w:ascii="Gentium Plus" w:hAnsi="Gentium Plus"/>
          <w:sz w:val="24"/>
        </w:rPr>
        <w:t>ται. Καὶ ὁ ἐρωτῶν δὲ, πάππος οὖν ἐστιν ὁ Πατὴρ, ἐπινοῶν ὄνομα τῷ Πατρὶ, πλανᾶται τῇ καρδίᾳ. Ἀπο‐ κρίνασθαι μὲν οὖν ἔτι πρὸς τὴν ἀναίδειαν τῶν αἱρε‐ τικῶν οὐκ ἀσφαλές· μάχεσθαι γάρ ἐστι τῇ ἀποστολικῇ παραινέσει· συμβουλεύειν δὲ μᾶλλον, ὡς παρήγ‐ γειλεν αὐτὸς, καλόν.</w:t>
      </w:r>
    </w:p>
    <w:p>
      <w:r>
        <w:rPr>
          <w:rFonts w:ascii="Courier New" w:hAnsi="Courier New"/>
          <w:color w:val="555555"/>
          <w:sz w:val="20"/>
        </w:rPr>
        <w:t>[10]</w:t>
      </w:r>
    </w:p>
    <w:p>
      <w:r>
        <w:rPr>
          <w:rFonts w:ascii="Gentium Plus" w:hAnsi="Gentium Plus"/>
          <w:sz w:val="24"/>
        </w:rPr>
        <w:t>Ἀρκεῖ ταῦτα πρὸς ἔλεγχον τῆς μωρολογίας ὑμῶν. Μηκέτι παίζετε εἰς τὴν θεότητα. Παιζόντων γὰρ ἴδιον ἐρωτᾷν τὰ μὴ γεγραμμένα καὶ λέγειν· Οὐκοῦν Υἱός ἐστι τὸ Πνεῦμα καὶ πάππος ὁ Πατήρ; Οὕτω γελῶσιν ὁ ἐν Καισαρείᾳ καὶ ὁ ἐν τῇ Σκυθοπό‐</w:t>
      </w:r>
    </w:p>
    <w:p>
      <w:r>
        <w:rPr>
          <w:rFonts w:ascii="Courier New" w:hAnsi="Courier New"/>
          <w:color w:val="555555"/>
          <w:sz w:val="20"/>
        </w:rPr>
        <w:t>[15]</w:t>
      </w:r>
    </w:p>
    <w:p>
      <w:r>
        <w:rPr>
          <w:rFonts w:ascii="Gentium Plus" w:hAnsi="Gentium Plus"/>
          <w:sz w:val="24"/>
        </w:rPr>
        <w:t>λει. Ἀρκεῖ πιστεύειν ὑμᾶς, ὅτι οὐκ ἔστι κτίσμα τὸ Πνεῦμα, ἀλλὰ Πνεῦμα τοῦ Θεοῦ ἐστι, καὶ ἐν αὐτῷ Τριὰς, Πατὴρ, καὶ Υἱὸς, καὶ Πνεῦμα ἅγιον. Καὶ οὔτε τὸ Πατὴρ ὄνομα ἐπὶ Υἱοῦ ὀνομάζειν χρὴ, οὔτε τὸ Πνεῦμα λέγειν ἔξεστιν αὐτὸ εἶναι τὸν Υἱὸν,</w:t>
      </w:r>
    </w:p>
    <w:p>
      <w:r>
        <w:rPr>
          <w:rFonts w:ascii="Courier New" w:hAnsi="Courier New"/>
          <w:color w:val="555555"/>
          <w:sz w:val="20"/>
        </w:rPr>
        <w:t>[20]</w:t>
      </w:r>
    </w:p>
    <w:p>
      <w:r>
        <w:rPr>
          <w:rFonts w:ascii="Gentium Plus" w:hAnsi="Gentium Plus"/>
          <w:sz w:val="24"/>
        </w:rPr>
        <w:t>οὔτε τὸν Υἱὸν αὐτὸ εἶναι τὸ Πνεῦμα τὸ ἅγιον· ἀλλ’ οὕτως ἐστὶν, ὡς εἴρηται, καὶ μία ἡ ἐν ταύτῃ τῇ Τριάδι θεότης ἐστὶ, καὶ μία πίστις, καὶ ἓν βάπτισμά ἐστιν, ἐν αὐτῇ διδόμενον, καὶ ἡ τελείωσις μία, ἐν Χριστῷ Ἰησοῦ τῷ Κυρίῳ ἡμῶν, δι’ οὗ καὶ μεθ’</w:t>
      </w:r>
    </w:p>
    <w:p>
      <w:r>
        <w:rPr>
          <w:rFonts w:ascii="Courier New" w:hAnsi="Courier New"/>
          <w:color w:val="555555"/>
          <w:sz w:val="20"/>
        </w:rPr>
        <w:t>[25]</w:t>
      </w:r>
    </w:p>
    <w:p>
      <w:r>
        <w:rPr>
          <w:rFonts w:ascii="Gentium Plus" w:hAnsi="Gentium Plus"/>
          <w:sz w:val="24"/>
        </w:rPr>
        <w:t>οὗ τῷ Πατρὶ ἡ δόξα καὶ τὸ κράτος σὺν ἁγίῳ Πνεύ‐ ματι εἰς τοὺς σύμπαντας αἰῶνας τῶν αἰώνων.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