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Ἐξήγησις εἰς τὸν Προφήτην Ἠσαΐαν</w:t>
      </w:r>
      <w:r>
        <w:br/>
      </w:r>
      <w:r>
        <w:rPr>
          <w:i/>
          <w:color w:val="666666"/>
          <w:sz w:val="40"/>
        </w:rPr>
        <w:t>Exposition on the Prophet Isaiah</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[p t]</w:t>
      </w:r>
    </w:p>
    <w:p>
      <w:pPr>
        <w:jc w:val="center"/>
      </w:pPr>
      <w:r>
        <w:rPr>
          <w:rFonts w:ascii="Gentium Plus" w:hAnsi="Gentium Plus"/>
          <w:b/>
          <w:sz w:val="24"/>
        </w:rPr>
        <w:t>ΕΙΣ ΤΟΝ ΠΡΟΦΗΤΗΝ ΗΣΑΙΑΝ ΠΡΟΟΙΜΙΟΝ</w:t>
      </w:r>
    </w:p>
    <w:p>
      <w:r>
        <w:rPr>
          <w:rFonts w:ascii="Courier New" w:hAnsi="Courier New"/>
          <w:color w:val="555555"/>
          <w:sz w:val="20"/>
        </w:rPr>
        <w:t>[p 1]</w:t>
      </w:r>
    </w:p>
    <w:p>
      <w:r>
        <w:rPr>
          <w:rFonts w:ascii="Gentium Plus" w:hAnsi="Gentium Plus"/>
          <w:sz w:val="24"/>
        </w:rPr>
        <w:t>Εὔξασθε μὴ γενέσθαι τὴν φυγὴν ὑμῶν χειμῶνος ἢ σαββάτου. Σημειωτέον οὖν ὅτι χειμῶνα, ἢ σάββατον ψεκτὸν οὐκ ἐποίησεν ὁ Θεός· γέγραπται γάρ· Θέρος καὶ ἔαρ, σὺ</w:t>
      </w:r>
    </w:p>
    <w:p>
      <w:r>
        <w:rPr>
          <w:rFonts w:ascii="Courier New" w:hAnsi="Courier New"/>
          <w:color w:val="555555"/>
          <w:sz w:val="20"/>
        </w:rPr>
        <w:t>[5]</w:t>
      </w:r>
    </w:p>
    <w:p>
      <w:r>
        <w:rPr>
          <w:rFonts w:ascii="Gentium Plus" w:hAnsi="Gentium Plus"/>
          <w:sz w:val="24"/>
        </w:rPr>
        <w:t>ἔπλασας αὐτά. Ἐν χειμῶνι δέ ἐσμεν, ὅταν τὰ πάθη τῆς σαρκὸς δυναστεύῃ ἐν ἡμῖν. Οὕτω τοίνυν νοητέον τὸ εὐαγγε‐ λικὸν ῥητὸν, μὴ γενέσθαι ἡμῶν τὴν φυγὴν, ὅταν τὰ χείρονα ἐν ἡμῖν κρατῇ, ἢ ὅταν ἀργίᾳ τὴν ζωὴν ἡμῶν παραπέμπω‐ μεν. —Τοῦτο γὰρ ὑποβάλλει νοεῖν διὰ τοῦ σαββάτου, ἵνα τύ‐</w:t>
      </w:r>
    </w:p>
    <w:p>
      <w:r>
        <w:rPr>
          <w:rFonts w:ascii="Courier New" w:hAnsi="Courier New"/>
          <w:color w:val="555555"/>
          <w:sz w:val="20"/>
        </w:rPr>
        <w:t>[10]</w:t>
      </w:r>
    </w:p>
    <w:p>
      <w:r>
        <w:rPr>
          <w:rFonts w:ascii="Gentium Plus" w:hAnsi="Gentium Plus"/>
          <w:sz w:val="24"/>
        </w:rPr>
        <w:t>χωμεν τῆς εὐλογίας ἐκείνης· Μακάριος ὁ δοῦλος ἐκεῖνος, ὃν ἐλθὼν ὁ Κύριος εὑρήσει γρηγοροῦντα. —Γίνεσθε φρό‐ νιμοι ὡς οἱ ὄφεις. Τάχα διὰ τὸ φρονίμως καὶ συνετῶς ἀπο‐ ξύεσθαι τὸ γῆρας· καὶ γὰρ ἐπειδὰν ἀποδύεσθαι δέῃ τὴν λε‐ βηρίδα, στενῷ τόπῳ καὶ ἀκριβῶς προσφίγγοντι αὐτοῦ τὸ</w:t>
      </w:r>
    </w:p>
    <w:p>
      <w:r>
        <w:rPr>
          <w:rFonts w:ascii="Courier New" w:hAnsi="Courier New"/>
          <w:color w:val="555555"/>
          <w:sz w:val="20"/>
        </w:rPr>
        <w:t>[15]</w:t>
      </w:r>
    </w:p>
    <w:p>
      <w:r>
        <w:rPr>
          <w:rFonts w:ascii="Gentium Plus" w:hAnsi="Gentium Plus"/>
          <w:sz w:val="24"/>
        </w:rPr>
        <w:t>σῶμα ἐπιδοὺς ἑαυτὸν, οὕτω διείρων ἑαυτὸν, ἀποδύεται τὸ γῆρας. —Τάχα οὖν καὶ ἡμᾶς βούλεται ὁ λόγος διὰ τῆς στενῆς καὶ τεθλιμμένης ὁδοῦ πορευομένους ἀποδύεσθαι μὲν τὸν παλαιὸν ἄνθρωπον, ἐνδύσασθαι δὲ τὸν νέον, ὥστε καὶ ἡμῶν αὐτῶν ἀνακαινισθῆναι, ὡς ἀετοῦ, τὴν νεότητα.</w:t>
      </w:r>
    </w:p>
    <w:p>
      <w:r>
        <w:rPr>
          <w:rFonts w:ascii="Courier New" w:hAnsi="Courier New"/>
          <w:color w:val="555555"/>
          <w:sz w:val="20"/>
        </w:rPr>
        <w:t>[20]</w:t>
      </w:r>
    </w:p>
    <w:p>
      <w:r>
        <w:rPr>
          <w:rFonts w:ascii="Gentium Plus" w:hAnsi="Gentium Plus"/>
          <w:sz w:val="24"/>
        </w:rPr>
        <w:t>Μέγα μὲν καὶ πρῶτον χάρισμα (καὶ ψυχῆς ἄκρως κε‐ καθαρμένης δεόμενον) χωρῆσαι τὴν θείαν ἐπίπνοιαν πρὸς τὸ προφητεύειν τὰ τοῦ Θεοῦ. Δεύτερον δὲ μετ’ ἐκεῖνο, καὶ οὐδὲ αὐτὸ μικρᾶς οὐδὲ τῆς τυχούσης ἐπιμελείας δεόμενον, τὸ κατακούειν τοῦ βουλήματος τῶν λεγομένων ὑπὸ τοῦ Πνεύ‐</w:t>
      </w:r>
    </w:p>
    <w:p>
      <w:r>
        <w:rPr>
          <w:rFonts w:ascii="Courier New" w:hAnsi="Courier New"/>
          <w:color w:val="555555"/>
          <w:sz w:val="20"/>
        </w:rPr>
        <w:t>[25]</w:t>
      </w:r>
    </w:p>
    <w:p>
      <w:r>
        <w:rPr>
          <w:rFonts w:ascii="Gentium Plus" w:hAnsi="Gentium Plus"/>
          <w:sz w:val="24"/>
        </w:rPr>
        <w:t>ματος, καὶ μὴ παραστοχάζεσθαι τῆς διανοίας τῶν λεγο‐ μένων, ἀλλ’ εὐθυβόλως ἐπ’ αὐτὴν ὁδηγεῖσθαι ὑπὸ τοῦ οἰκο‐ νομήσαντος Πνεύματος γραφῆναι τὴν προφητείαν, ὁδη‐ γοῦντος καὶ τὴν διάνοιαν τῶν ὑποδεξαμένων τὸ τῆς γνώσεως χάρισμα. —Διὰ τοῦτο καὶ ὁ Κύριος ἐπέφερε, λέγων· Ὁ ἔχων</w:t>
      </w:r>
    </w:p>
    <w:p>
      <w:r>
        <w:rPr>
          <w:rFonts w:ascii="Courier New" w:hAnsi="Courier New"/>
          <w:color w:val="555555"/>
          <w:sz w:val="20"/>
        </w:rPr>
        <w:t>[30]</w:t>
      </w:r>
    </w:p>
    <w:p>
      <w:r>
        <w:rPr>
          <w:rFonts w:ascii="Gentium Plus" w:hAnsi="Gentium Plus"/>
          <w:sz w:val="24"/>
        </w:rPr>
        <w:t>ὦτα ἀκούειν, ἀκουέτω. Καὶ ὁ Προφήτης δὲ ὁ Ἰωήλ· Τίς σοφὸς καὶ συνήσει ταῦτα; καὶ συνετὸς καὶ ἐπιγνώσεται αὐτά; Καὶ ὁ Ἀπόστολος, ἐν τῷ περὶ χαρισμάτων τόπῳ, τὸ μέν τι χά‐ ρισμα προφητείαν φησὶ, τὸ δὲ διάκρισιν πνευμάτων. Ὁ μὲν γὰρ παρέχων ἑαυτὸν ἄξιον ὄργανον τῇ ἐνεργείᾳ τοῦ Πνεύ‐</w:t>
      </w:r>
    </w:p>
    <w:p>
      <w:r>
        <w:rPr>
          <w:rFonts w:ascii="Courier New" w:hAnsi="Courier New"/>
          <w:color w:val="555555"/>
          <w:sz w:val="20"/>
        </w:rPr>
        <w:t>[35]</w:t>
      </w:r>
    </w:p>
    <w:p>
      <w:r>
        <w:rPr>
          <w:rFonts w:ascii="Gentium Plus" w:hAnsi="Gentium Plus"/>
          <w:sz w:val="24"/>
        </w:rPr>
        <w:t>ματος, Προφήτης ἐστίν· ὁ δὲ τὴν δύναμιν τῶν ἀπαγγελλο‐ μένων συνετῶς ἐκδεχόμενος, τὸ χάρισμα ἔχει τῆς διακρί‐ σεως τῶν πνευμάτων. Διὸ καὶ Κορινθίοις διατάσσων· Προ‐ φῆται δὲ (φησὶ) δύο ἢ τρεῖς λαλείτωσαν, καὶ οἱ ἄλλοι διακρι‐ νέτωσαν.</w:t>
      </w:r>
    </w:p>
    <w:p>
      <w:r>
        <w:rPr>
          <w:rFonts w:ascii="Courier New" w:hAnsi="Courier New"/>
          <w:color w:val="555555"/>
          <w:sz w:val="20"/>
        </w:rPr>
        <w:t>[p 2]</w:t>
      </w:r>
    </w:p>
    <w:p>
      <w:r>
        <w:rPr>
          <w:rFonts w:ascii="Gentium Plus" w:hAnsi="Gentium Plus"/>
          <w:sz w:val="24"/>
        </w:rPr>
        <w:t>Καὶ οὕτω μέγα, ὅτι ἐν ἀπειλῇ κεῖται, ἀφελεῖν Κύ‐</w:t>
      </w:r>
    </w:p>
    <w:p>
      <w:r>
        <w:rPr>
          <w:rFonts w:ascii="Courier New" w:hAnsi="Courier New"/>
          <w:color w:val="555555"/>
          <w:sz w:val="20"/>
        </w:rPr>
        <w:t>[5]</w:t>
      </w:r>
    </w:p>
    <w:p>
      <w:r>
        <w:rPr>
          <w:rFonts w:ascii="Gentium Plus" w:hAnsi="Gentium Plus"/>
          <w:sz w:val="24"/>
        </w:rPr>
        <w:t>καὶ τὸ τῆς διδασκαλίας χάρισμα, ὥστε πάντα ὁμοῦ συνδρα‐ μόντα τῷ ἡγεμονικῷ ἡμῶν ἐντυπῶσαι τὴν πάσης τῆς προ‐ φητευομένης ἀληθείας μόρφωσιν. Ἔστι δὲ τοῦ μὲν λόγου τῆς γνώσεως χρεία πρὸς τὸ θεωρεῖν τοῦ Πνεύματος τὰ ἀπόῤῥητα· τοῦ δὲ λόγου τῆς σοφίας, πρὸς τὸ κατασκευάσαι</w:t>
      </w:r>
    </w:p>
    <w:p>
      <w:r>
        <w:rPr>
          <w:rFonts w:ascii="Courier New" w:hAnsi="Courier New"/>
          <w:color w:val="555555"/>
          <w:sz w:val="20"/>
        </w:rPr>
        <w:t>[10]</w:t>
      </w:r>
    </w:p>
    <w:p>
      <w:r>
        <w:rPr>
          <w:rFonts w:ascii="Gentium Plus" w:hAnsi="Gentium Plus"/>
          <w:sz w:val="24"/>
        </w:rPr>
        <w:t>καὶ ἐξεργάσασθαι τὰ συνεστραμμένως ἐν βραχυλογίαις ἐκδεδομένα· ἴδιον γὰρ τῆς σοφίας τὸ ἐκτείνειν λόγους. Ἐξέτεινα γὰρ (φησὶ) λόγους, καὶ οὐ προσείχετε. Ἔπειτα τὸ τῆς διδασκαλίας χάρισμα εἰς οἰκοδομὴν τῶν ἀκουόντων. Χρὴ τοίνυν τῇ ψυχῇ τοῦ μέλλοντος προφητεύειν</w:t>
      </w:r>
    </w:p>
    <w:p>
      <w:r>
        <w:rPr>
          <w:rFonts w:ascii="Courier New" w:hAnsi="Courier New"/>
          <w:color w:val="555555"/>
          <w:sz w:val="20"/>
        </w:rPr>
        <w:t>[15]</w:t>
      </w:r>
    </w:p>
    <w:p>
      <w:r>
        <w:rPr>
          <w:rFonts w:ascii="Gentium Plus" w:hAnsi="Gentium Plus"/>
          <w:sz w:val="24"/>
        </w:rPr>
        <w:t>τὴν ἐπιτηδειότητα προϋποκεῖσθαι ἐκ τοῦ ἐφ’ ἡμῖν κινήματος, ἵνα ὁ ἐν τοῖς ὅλοις λόγος τὰς ἁρμονιωτέρας ψυχὰς ἐκλεγό‐ μενος, ἐν αἷς οὐδὲ μικρόν τι κίνημα τοῦ παθητικοῦ τῆς ψυχῆς ἀσύμφωνόν ἐστι πρὸς τὸν λόγον κατὰ τὴν ἀναλογίαν τῆς ἐνυπαρχούσης εὐαρμοστίας, τὴν ἐκ τοῦ θείου Πνεύ‐</w:t>
      </w:r>
    </w:p>
    <w:p>
      <w:r>
        <w:rPr>
          <w:rFonts w:ascii="Courier New" w:hAnsi="Courier New"/>
          <w:color w:val="555555"/>
          <w:sz w:val="20"/>
        </w:rPr>
        <w:t>[20]</w:t>
      </w:r>
    </w:p>
    <w:p>
      <w:r>
        <w:rPr>
          <w:rFonts w:ascii="Gentium Plus" w:hAnsi="Gentium Plus"/>
          <w:sz w:val="24"/>
        </w:rPr>
        <w:t>ματος ἐνέργειαν ἐπαγάγῃ. —Οὐ μόνον δὲ ἡ τῶν παθῶν κα‐ ταστολὴ ἀναγκαία εἰς τὸν εὐτρεπισμὸν τῆς ὑποδοχῆς τοῦ Πνεύματος, ἀλλὰ καὶ τὸ μέτρον τῆς περὶ τὴν πίστιν δια‐ θέσεως, καὶ τὸ συμφέρον αὐτοῦ τε τοῦ ὑποδεχομένου τὴν χάριν, καὶ τῶν κατὰ καιρὸν ἀκουόντων, ἢ καὶ εἰς ὕστερον</w:t>
      </w:r>
    </w:p>
    <w:p>
      <w:r>
        <w:rPr>
          <w:rFonts w:ascii="Courier New" w:hAnsi="Courier New"/>
          <w:color w:val="555555"/>
          <w:sz w:val="20"/>
        </w:rPr>
        <w:t>[25]</w:t>
      </w:r>
    </w:p>
    <w:p>
      <w:r>
        <w:rPr>
          <w:rFonts w:ascii="Gentium Plus" w:hAnsi="Gentium Plus"/>
          <w:sz w:val="24"/>
        </w:rPr>
        <w:t>μεθεξόντων τῆς ἐκ τῶν Προφητῶν ὠφελείας. Δίδοται γὰρ (φησὶν) ἑκάστῳ ἡ φανέρωσις τοῦ Πνεύματος πρὸς τὸ συμ‐ φέρον· καὶ πάλιν· Κατὰ τὴν ἀναλογίαν τῆς πίστεως. Ἀνέ‐ φικτον μέντοι τὸ τῇ ἀνθρωπίνῃ φύσει, παρατῆσαι τὸν λόγον τῆς διαφόρου ἐνεργείας παρὰ τοῦ θείου Πνεύματος τοῖς</w:t>
      </w:r>
    </w:p>
    <w:p>
      <w:r>
        <w:rPr>
          <w:rFonts w:ascii="Courier New" w:hAnsi="Courier New"/>
          <w:color w:val="555555"/>
          <w:sz w:val="20"/>
        </w:rPr>
        <w:t>[30]</w:t>
      </w:r>
    </w:p>
    <w:p>
      <w:r>
        <w:rPr>
          <w:rFonts w:ascii="Gentium Plus" w:hAnsi="Gentium Plus"/>
          <w:sz w:val="24"/>
        </w:rPr>
        <w:t>ἀξίοις ἐγγινομένης. —Καθ’ ὃν ὁ μὲν προφητείαν πιστεύεται, καὶ ταύτην ἐπὶ τοσόνδε· ὁ δὲ χαρίσματα ἰαμάτων λαμβά‐ νει, καὶ ταῦτα τηλικάδε· καὶ ἄλλος ἐνεργήματα δυνάμεων, μειζόνων ἢ μικροτέρων. Ταῦτα γὰρ μόνος οἶδεν ὁ τῇ ἑκάστου ψυχῆς ἀξίᾳ ἐνατενίζων, καὶ τοῖς ἀθεωρήτοις τῆς δικαιο‐</w:t>
      </w:r>
    </w:p>
    <w:p>
      <w:r>
        <w:rPr>
          <w:rFonts w:ascii="Courier New" w:hAnsi="Courier New"/>
          <w:color w:val="555555"/>
          <w:sz w:val="20"/>
        </w:rPr>
        <w:t>[35]</w:t>
      </w:r>
    </w:p>
    <w:p>
      <w:r>
        <w:rPr>
          <w:rFonts w:ascii="Gentium Plus" w:hAnsi="Gentium Plus"/>
          <w:sz w:val="24"/>
        </w:rPr>
        <w:t>σύνης μέτροις διαιρῶν ἑκάστῳ τὰ πρὸς ἀξίαν.</w:t>
      </w:r>
    </w:p>
    <w:p>
      <w:r>
        <w:rPr>
          <w:rFonts w:ascii="Courier New" w:hAnsi="Courier New"/>
          <w:color w:val="555555"/>
          <w:sz w:val="20"/>
        </w:rPr>
        <w:t>[p 3]</w:t>
      </w:r>
    </w:p>
    <w:p>
      <w:r>
        <w:rPr>
          <w:rFonts w:ascii="Gentium Plus" w:hAnsi="Gentium Plus"/>
          <w:sz w:val="24"/>
        </w:rPr>
        <w:t>Πῶς προεφήτευον αἱ καθαραὶ καὶ διαυγεῖς ψυχαί; Οἱονεὶ κάτοπτρα γινόμενα τῆς θείας ἐνεργείας, τὴν ἔμφασιν τρανὴν καὶ ἀσύγχυτον καὶ οὐδὲν ἐπιθολουμένην ἐκ τῶν παθῶν τῆς σαρκὸς ἐπεδείκνυντο. Πᾶσι μὲν γὰρ πάρεστι τὸ</w:t>
      </w:r>
    </w:p>
    <w:p>
      <w:r>
        <w:rPr>
          <w:rFonts w:ascii="Courier New" w:hAnsi="Courier New"/>
          <w:color w:val="555555"/>
          <w:sz w:val="20"/>
        </w:rPr>
        <w:t>[5]</w:t>
      </w:r>
    </w:p>
    <w:p>
      <w:r>
        <w:rPr>
          <w:rFonts w:ascii="Gentium Plus" w:hAnsi="Gentium Plus"/>
          <w:sz w:val="24"/>
        </w:rPr>
        <w:t>ἅγιον Πνεῦμα, ἀλλὰ τοῖς μὲν καθαρεύουσι τῶν παθῶν τὴν ἰδίαν ἐμφαίνει δύναμιν· τοῖς δὲ τὸ ἡγεμονικὸν συγκεχυμέ‐ νον ἔχουσιν ἀπὸ τῶν τῆς ἁμαρτίας σπίλων, οὐκέτι. —Δεῖ δὲ πρὸς τῇ καθαρότητι καὶ τὸ ὁμαλὸν τῆς εὐσταθοῦς κατα‐ στάσεως ἐπιδείκνυσθαι· οὐ γὰρ ὁ ἀνωμάλως ἔχων περὶ</w:t>
      </w:r>
    </w:p>
    <w:p>
      <w:r>
        <w:rPr>
          <w:rFonts w:ascii="Courier New" w:hAnsi="Courier New"/>
          <w:color w:val="555555"/>
          <w:sz w:val="20"/>
        </w:rPr>
        <w:t>[10]</w:t>
      </w:r>
    </w:p>
    <w:p>
      <w:r>
        <w:rPr>
          <w:rFonts w:ascii="Gentium Plus" w:hAnsi="Gentium Plus"/>
          <w:sz w:val="24"/>
        </w:rPr>
        <w:t>σωφροσύνην, καθαρός· ἀλλ’ ὁ τὸ φρόνημα τῆς σαρκὸς ὑποτάξας τῷ Πνεύματι. —Ὥσπερ γὰρ αἱ τῶν προσώπων ἐμφάσεις οὐκ ἐν πάσαις ταῖς ὕλαις γίγνονται, ἀλλὰ ἐν ταῖς λειότητά τινα καὶ διαφάνειαν κεκτημέναις, οὕτως οὐκ ἐν</w:t>
      </w:r>
    </w:p>
    <w:p>
      <w:r>
        <w:rPr>
          <w:rFonts w:ascii="Courier New" w:hAnsi="Courier New"/>
          <w:color w:val="555555"/>
          <w:sz w:val="20"/>
        </w:rPr>
        <w:t>[15]</w:t>
      </w:r>
    </w:p>
    <w:p>
      <w:r>
        <w:rPr>
          <w:rFonts w:ascii="Gentium Plus" w:hAnsi="Gentium Plus"/>
          <w:sz w:val="24"/>
        </w:rPr>
        <w:t>μηδὲν σκολιὸν ἐχούσαις, μηδὲ στραγγαλιῶδες. Ἡ χιὼν λαμπρά· ἀλλ’ εἰκόνας τῶν ἐγκυπτόντων οὐ δείκνυσι, διότι τραχεῖά ἐστιν ἐκ πεπηγότων ἀφρῶν συγκειμένη. Τὸ γάλα λευκόν· ἀλλ’ οὐ παραδέχεται τὰς εἰκόνας, διότι καὶ αὐτῷ μικραί τινές εἰσι πομφόλυγες. Ὕδατι δὲ, καὶ μέλανι, μορφὴ</w:t>
      </w:r>
    </w:p>
    <w:p>
      <w:r>
        <w:rPr>
          <w:rFonts w:ascii="Courier New" w:hAnsi="Courier New"/>
          <w:color w:val="555555"/>
          <w:sz w:val="20"/>
        </w:rPr>
        <w:t>[20]</w:t>
      </w:r>
    </w:p>
    <w:p>
      <w:r>
        <w:rPr>
          <w:rFonts w:ascii="Gentium Plus" w:hAnsi="Gentium Plus"/>
          <w:sz w:val="24"/>
        </w:rPr>
        <w:t>ἐμφαίνεται, διὰ λειότητα. Οὕτως ἄρα τὸ ἀνώμαλον τοῦ βίου πρὸς ὑποδοχὴν θείας ἐνεργείας ἀνεπιτήδειον. —Ὅταν οὖν ψυχὴ πάσῃ ἀσκήσει ἀρε‐ τῆς ἑαυτὴν ἐπιδοῦσα, τῷ σφοδρῷ περὶ Θεὸν φίλτρῳ διηνε‐ κῶς μνήμην Θεοῦ ἐντυπωθεῖσαν αὐτῇ διασώζῃ, καὶ τούτῳ</w:t>
      </w:r>
    </w:p>
    <w:p>
      <w:r>
        <w:rPr>
          <w:rFonts w:ascii="Courier New" w:hAnsi="Courier New"/>
          <w:color w:val="555555"/>
          <w:sz w:val="20"/>
        </w:rPr>
        <w:t>[25]</w:t>
      </w:r>
    </w:p>
    <w:p>
      <w:r>
        <w:rPr>
          <w:rFonts w:ascii="Gentium Plus" w:hAnsi="Gentium Plus"/>
          <w:sz w:val="24"/>
        </w:rPr>
        <w:t>τῷ τρόπῳ οἱονεὶ ἔνοικον αὐτῇ τὸν Θεὸν εἶναι κατασκευάσῃ, ἐκ τῆς πρὸς τὸν Θεὸν σφοδροτάτης ἐνατενίσεως, καὶ τοῦ ἀῤ‐ ῥήτου φίλτρου θεοφορουμένη, ἀξία τοῦ κατὰ τὴν προφη‐ τείαν χαρίσματος γίνεται, διδόντος θείαν δύναμιν τοῦ Θεοῦ, καὶ τοὺς ὀφθαλμοὺς τῆς ψυχῆς διανοίγοντος εἰς κατανόησιν</w:t>
      </w:r>
    </w:p>
    <w:p>
      <w:r>
        <w:rPr>
          <w:rFonts w:ascii="Courier New" w:hAnsi="Courier New"/>
          <w:color w:val="555555"/>
          <w:sz w:val="20"/>
        </w:rPr>
        <w:t>[30]</w:t>
      </w:r>
    </w:p>
    <w:p>
      <w:r>
        <w:rPr>
          <w:rFonts w:ascii="Gentium Plus" w:hAnsi="Gentium Plus"/>
          <w:sz w:val="24"/>
        </w:rPr>
        <w:t>ὧν βούλεται θεαμάτων. Διὸ καὶ οἱ Προφῆται ἔμπροσθεν βλέ‐ ποντες ἐκαλοῦντο· παρὰ τὸ ὡς παρόντα τὰ μέλλοντα προορᾷν. Προσαχθησόμεθα δὲ μᾶλλον εἰς τὸ ἰδεῖν τὸ προφητικὸν κί‐ νημα, ἐκ τῶν κατ’ ὄναρ φαντασμάτων. Ὥσπερ γὰρ ἐν ταῖς καθ’ ὕπνον φαντασίαις τοῦ ἡγεμονικοῦ τῆς ψυχῆς ἡμῶν τυπου‐</w:t>
      </w:r>
    </w:p>
    <w:p>
      <w:r>
        <w:rPr>
          <w:rFonts w:ascii="Courier New" w:hAnsi="Courier New"/>
          <w:color w:val="555555"/>
          <w:sz w:val="20"/>
        </w:rPr>
        <w:t>[35]</w:t>
      </w:r>
    </w:p>
    <w:p>
      <w:r>
        <w:rPr>
          <w:rFonts w:ascii="Gentium Plus" w:hAnsi="Gentium Plus"/>
          <w:sz w:val="24"/>
        </w:rPr>
        <w:t>μένου, πόλεων ἢ τόπων μεγέθει καὶ κάλλει διαφερόντων, ἢ ζώων ὑπὲρ τὴν φύσιν γινόμεθα θεαταί, —ἢ καὶ λόγων τινῶν μνήμην διὰ τῆς ἀκοῆς ἐμπεσόντων, πολλάκις παρακατέχομεν (καὶ τοσούτων περὶ ἡμᾶς θεαμάτων τε παραδόξων καὶ ἀκουσμά‐ των ὄντων, οὔτε τι εἴδομεν κατὰ ἀλήθειαν σωματικῇ αἰσθήσει,</w:t>
      </w:r>
    </w:p>
    <w:p>
      <w:r>
        <w:rPr>
          <w:rFonts w:ascii="Courier New" w:hAnsi="Courier New"/>
          <w:color w:val="555555"/>
          <w:sz w:val="20"/>
        </w:rPr>
        <w:t>[40]</w:t>
      </w:r>
    </w:p>
    <w:p>
      <w:r>
        <w:rPr>
          <w:rFonts w:ascii="Gentium Plus" w:hAnsi="Gentium Plus"/>
          <w:sz w:val="24"/>
        </w:rPr>
        <w:t>οὔτε ἠκούσαμεν) οὕτω καὶ τὸν τῶν θείων καὶ μακαρίων ἀν‐ δρῶν νοῦν, ποτὲ μὲν ὕπαρ, ἄλλοτε δὲ ὄναρ τυπούμενον, λόγων τε θείων καὶ θεαμάτων πληροῦσθαι· οὔτε δι’ ὀφθαλμῶν τὰς εἰκόνας τῶν ὁρωμένων ἀναμαξάμενον, οὔτε δι’ ὤτων ἀέρος πληγὴν ἐκ τῶν φωνητικῶν ὀργάνων προελθοῦσαν ὑποδεξά‐</w:t>
      </w:r>
    </w:p>
    <w:p>
      <w:r>
        <w:rPr>
          <w:rFonts w:ascii="Courier New" w:hAnsi="Courier New"/>
          <w:color w:val="555555"/>
          <w:sz w:val="20"/>
        </w:rPr>
        <w:t>[45]</w:t>
      </w:r>
    </w:p>
    <w:p>
      <w:r>
        <w:rPr>
          <w:rFonts w:ascii="Gentium Plus" w:hAnsi="Gentium Plus"/>
          <w:sz w:val="24"/>
        </w:rPr>
        <w:t>μενον. —Οὐ γὰρ ἔξωθέν τι ὑποκείμενον ἦν ὑψηλὸς θρόνος καὶ ἐπηρμένος, οὐδὲ ὁ ἐπ’ αὐτοῦ καθήμενος, ὃν εἶδεν ὁ Ἡσαΐας· οὐδὲ ἀνθρωποειδὴς ὁ ἠλέκτρινος μὲν τὰ ἀπὸ ὀσφύος ἄνω, πυρινὸς δὲ ἀπὸ ὀσφύος ἐπὶ τὰ κάτω, ὁ παρὰ τῷ Ἰεζεκιήλ. Ἀλλ’ ὁ μὲν νοῦς αὐτῶν, δυνάμει κρείττονι, ἐν θεωρίᾳ τούτων</w:t>
      </w:r>
    </w:p>
    <w:p>
      <w:r>
        <w:rPr>
          <w:rFonts w:ascii="Courier New" w:hAnsi="Courier New"/>
          <w:color w:val="555555"/>
          <w:sz w:val="20"/>
        </w:rPr>
        <w:t>[p 3 (50)]</w:t>
      </w:r>
    </w:p>
    <w:p>
      <w:r>
        <w:rPr>
          <w:rFonts w:ascii="Gentium Plus" w:hAnsi="Gentium Plus"/>
          <w:sz w:val="24"/>
        </w:rPr>
        <w:t>ἐγένετο, δι’ αἰνιγμάτων τοῦ Πνεύματος τὴν θείαν φύσιν παραδεικνύντος.</w:t>
      </w:r>
    </w:p>
    <w:p>
      <w:r>
        <w:rPr>
          <w:rFonts w:ascii="Courier New" w:hAnsi="Courier New"/>
          <w:color w:val="555555"/>
          <w:sz w:val="20"/>
        </w:rPr>
        <w:t>[p 4]</w:t>
      </w:r>
    </w:p>
    <w:p>
      <w:r>
        <w:rPr>
          <w:rFonts w:ascii="Gentium Plus" w:hAnsi="Gentium Plus"/>
          <w:sz w:val="24"/>
        </w:rPr>
        <w:t>Ὁρῶσι δὲ οἱ Προφῆται οὐ τὰ μέλλοντα μόνον, ἀλλὰ καὶ τῶν παρόντων τὰ λανθάνοντα, ὥς φησι Παῦλος· Ἐὰν δὲ προφητεύητε, εἰσέλθῃ δέ τις ἄπιστος ἢ ἰδιώτης, τὰ κρυπτὰ τῆς καρδίας αὐτοῦ φανερὰ γίνεται· ἢ ὡς ὁ Ἑλισσαῖος·</w:t>
      </w:r>
    </w:p>
    <w:p>
      <w:r>
        <w:rPr>
          <w:rFonts w:ascii="Courier New" w:hAnsi="Courier New"/>
          <w:color w:val="555555"/>
          <w:sz w:val="20"/>
        </w:rPr>
        <w:t>[5]</w:t>
      </w:r>
    </w:p>
    <w:p>
      <w:r>
        <w:rPr>
          <w:rFonts w:ascii="Gentium Plus" w:hAnsi="Gentium Plus"/>
          <w:sz w:val="24"/>
        </w:rPr>
        <w:t>Οὐχὶ ἡ καρδία μου ἐπορεύετο μετὰ σοῦ, ἡνίκα ἀνέστρεψεν ὁ ἀνὴρ, μετὰ τοῦ ἅρματος αὐτοῦ, εἰς συνάντησίν σοι; Ἔστι δὲ προφητεία καὶ ἡ δι’ ὀνείρων πρόγνωσις, ὡς τῷ Ἰω‐ σὴφ ἐν Αἰγύπτῳ καὶ τῷ Δανιὴλ ἐπὶ τῆς Βαβυλωνίας ἐδείκ‐ νυτο. —Πῶς οὖν καὶ Φαραὼ, καὶ Ναβουχοδονόσορ; Ὅτι περὶ</w:t>
      </w:r>
    </w:p>
    <w:p>
      <w:r>
        <w:rPr>
          <w:rFonts w:ascii="Courier New" w:hAnsi="Courier New"/>
          <w:color w:val="555555"/>
          <w:sz w:val="20"/>
        </w:rPr>
        <w:t>[10]</w:t>
      </w:r>
    </w:p>
    <w:p>
      <w:r>
        <w:rPr>
          <w:rFonts w:ascii="Gentium Plus" w:hAnsi="Gentium Plus"/>
          <w:sz w:val="24"/>
        </w:rPr>
        <w:t>τῶν κοσμικῶν καταστάσεων τοὺς κρατοῦντας ἔδει προβλέ‐ πειν, ἵνα πιστεύηται. Πῶς δὲ καὶ Βαλαὰμ προφητεύει καὶ</w:t>
      </w:r>
    </w:p>
    <w:p>
      <w:r>
        <w:rPr>
          <w:rFonts w:ascii="Courier New" w:hAnsi="Courier New"/>
          <w:color w:val="555555"/>
          <w:sz w:val="20"/>
        </w:rPr>
        <w:t>[15]</w:t>
      </w:r>
    </w:p>
    <w:p>
      <w:r>
        <w:rPr>
          <w:rFonts w:ascii="Gentium Plus" w:hAnsi="Gentium Plus"/>
          <w:sz w:val="24"/>
        </w:rPr>
        <w:t>δύναμιν ἐπισπῶντος· ἀλλ’ οἰκονομικῶς ἐν αὐτοῖς ὁ λόγος, οὐ κατὰ τὴν ἀξίαν, ἀλλὰ πρὸς τὸν καιρόν. —Ζητήσεις δὲ εἰ τὰ παρὰ τῷ Ἡσαΐᾳ καὶ τῷ Ἰεζεχιὴλ ὀπτασίαι εἰσὶ, διὰ τοιῶνδε φαντασιῶν ἑωραμέναι, ἢ θεολογίαι, δι’ αἰνιγμάτων τοῦ Πνεύματος τὰ τῆς θεότητος ἡμῖν ἰδιώματα καταγγέλ‐</w:t>
      </w:r>
    </w:p>
    <w:p>
      <w:r>
        <w:rPr>
          <w:rFonts w:ascii="Courier New" w:hAnsi="Courier New"/>
          <w:color w:val="555555"/>
          <w:sz w:val="20"/>
        </w:rPr>
        <w:t>[20]</w:t>
      </w:r>
    </w:p>
    <w:p>
      <w:r>
        <w:rPr>
          <w:rFonts w:ascii="Gentium Plus" w:hAnsi="Gentium Plus"/>
          <w:sz w:val="24"/>
        </w:rPr>
        <w:t>λουσαι.</w:t>
      </w:r>
    </w:p>
    <w:p>
      <w:r>
        <w:rPr>
          <w:rFonts w:ascii="Courier New" w:hAnsi="Courier New"/>
          <w:color w:val="555555"/>
          <w:sz w:val="20"/>
        </w:rPr>
        <w:t>[p 5]</w:t>
      </w:r>
    </w:p>
    <w:p>
      <w:r>
        <w:rPr>
          <w:rFonts w:ascii="Gentium Plus" w:hAnsi="Gentium Plus"/>
          <w:sz w:val="24"/>
        </w:rPr>
        <w:t>Φασὶ δέ τινες ἐξεστηκότας αὐτοὺς προφητεύειν, ἐπικαλυπτομένου τοῦ ἀνθρωπείου νοῦ παρὰ τοῦ Πνεύματος. Τοῦτο δὲ παρὰ τὴν ἐπαγγελίαν ἐστὶ τῆς θείας ἐπιδημίας, ἔκφρονα ποιεῖν τὸν θεόληπτον, καὶ, ὅτε πλήρης γέγονε</w:t>
      </w:r>
    </w:p>
    <w:p>
      <w:r>
        <w:rPr>
          <w:rFonts w:ascii="Courier New" w:hAnsi="Courier New"/>
          <w:color w:val="555555"/>
          <w:sz w:val="20"/>
        </w:rPr>
        <w:t>[5]</w:t>
      </w:r>
    </w:p>
    <w:p>
      <w:r>
        <w:rPr>
          <w:rFonts w:ascii="Gentium Plus" w:hAnsi="Gentium Plus"/>
          <w:sz w:val="24"/>
        </w:rPr>
        <w:t>τῶν θείων διδαγμάτων, τότε καὶ τῆς οἰκείας ἐξίστασθαι διανοίας, καὶ ἄλλους μὲν ὠφελοῦντα δι’ ἑαυτοῦ, αὐτὸν δὲ τῆς ἐκ τῶν ἰδίων λόγων ἀπολείπεσθαι ὠφελείας. Ὅλως δὲ, τίνα λόγον ἀκόλουθον ἔχει ἐκ τοῦ τῆς σοφίας Πνεύματος, μεμηνότι παραπλήσιον γίνεσθαι, καὶ ἐκ τοῦ τῆς γνώσεως</w:t>
      </w:r>
    </w:p>
    <w:p>
      <w:r>
        <w:rPr>
          <w:rFonts w:ascii="Courier New" w:hAnsi="Courier New"/>
          <w:color w:val="555555"/>
          <w:sz w:val="20"/>
        </w:rPr>
        <w:t>[10]</w:t>
      </w:r>
    </w:p>
    <w:p>
      <w:r>
        <w:rPr>
          <w:rFonts w:ascii="Gentium Plus" w:hAnsi="Gentium Plus"/>
          <w:sz w:val="24"/>
        </w:rPr>
        <w:t>Πνεύματος τὸ παρακολουθητικὸν ἀποβάλλειν; —Ἀλλ’ οὔτε τὸ φῶς τυφλότητα ἐμποιεῖ, ἀλλὰ τὴν ἐκ φύσεως ἐνυπάρ‐ χουσαν ὁρατικὴν δύναμιν διεγείρει· οὔτε τὸ Πνεῦμα σκό‐ τωσιν ἐμποιεῖ ταῖς ψυχαῖς, ἀλλὰ πρὸς τὴν τῶν νοητῶν θεωρίαν τὸν ἀπὸ τῶν τῆς ἁμαρτίας κηλίδων καθαρεύοντα</w:t>
      </w:r>
    </w:p>
    <w:p>
      <w:r>
        <w:rPr>
          <w:rFonts w:ascii="Courier New" w:hAnsi="Courier New"/>
          <w:color w:val="555555"/>
          <w:sz w:val="20"/>
        </w:rPr>
        <w:t>[15]</w:t>
      </w:r>
    </w:p>
    <w:p>
      <w:r>
        <w:rPr>
          <w:rFonts w:ascii="Gentium Plus" w:hAnsi="Gentium Plus"/>
          <w:sz w:val="24"/>
        </w:rPr>
        <w:t>νοῦν διανίστησι.</w:t>
      </w:r>
    </w:p>
    <w:p>
      <w:r>
        <w:rPr>
          <w:rFonts w:ascii="Courier New" w:hAnsi="Courier New"/>
          <w:color w:val="555555"/>
          <w:sz w:val="20"/>
        </w:rPr>
        <w:t>[20]</w:t>
      </w:r>
    </w:p>
    <w:p>
      <w:r>
        <w:rPr>
          <w:rFonts w:ascii="Gentium Plus" w:hAnsi="Gentium Plus"/>
          <w:sz w:val="24"/>
        </w:rPr>
        <w:t>ηκολούθουν τοῖς προφητευομένοις; Σοφὸς γὰρ (φησὶ) νοήσει τὰ ἀπὸ τοῦ ἰδίου στόματος· ἐπὶ δὲ χείλεσι φορεῖ ἐπιγνωμοσύ‐ νην. —Εἰ δὲ ὅτι ἐξέστη Ἰσαὰκ ἐπὶ τῇ εἰσόδῳ τοῦ υἱοῦ αὐτοῦ, καὶ Δαβὶδ εἶπεν ἐν τῇ ἐκστάσει αὐτοῦ, διὰ τοῦτο τὴν παρα‐ φορὰν καταψεύδονται τῶν ἁγίων, γινωσκέτωσαν τὴν ἔκπλη‐</w:t>
      </w:r>
    </w:p>
    <w:p>
      <w:r>
        <w:rPr>
          <w:rFonts w:ascii="Courier New" w:hAnsi="Courier New"/>
          <w:color w:val="555555"/>
          <w:sz w:val="20"/>
        </w:rPr>
        <w:t>[25]</w:t>
      </w:r>
    </w:p>
    <w:p>
      <w:r>
        <w:rPr>
          <w:rFonts w:ascii="Gentium Plus" w:hAnsi="Gentium Plus"/>
          <w:sz w:val="24"/>
        </w:rPr>
        <w:t>ξιν ἔκστασιν εἰρῆσθαι· ὡς τὸ Ἐξέστη ὁ οὐρανὸς, καὶ ἡ γῆ ἔφριξε. Χρὴ δὲ ἀπὸ τῶν κοινῶν ἐννοιῶν ὡρμημένους, περὶ Θεοῦ τὰ ἐναντιούμενα, ὅσον ἐπὶ τῇ λέξει, ὁμολογεῖν, μὴ νοεῖν. Οἷον, κατὰ τὰς κοινὰς προλήψεις ἐστὶ τὴν θείαν φύσιν ἀγαθὴν, καὶ ἀόργητον, καὶ δικαίαν ὁμολογεῖν.</w:t>
      </w:r>
    </w:p>
    <w:p>
      <w:r>
        <w:rPr>
          <w:rFonts w:ascii="Courier New" w:hAnsi="Courier New"/>
          <w:color w:val="555555"/>
          <w:sz w:val="20"/>
        </w:rPr>
        <w:t>[p 6]</w:t>
      </w:r>
    </w:p>
    <w:p>
      <w:r>
        <w:rPr>
          <w:rFonts w:ascii="Gentium Plus" w:hAnsi="Gentium Plus"/>
          <w:sz w:val="24"/>
        </w:rPr>
        <w:t>Ἐὰν οὖν ὀργιζόμενον, ἢ λυπούμενον, ἢ μεταμελόμενον, ἢ μὴ κατ’ ἀξίαν τινὶ χρώμενον, ἡ Γραφὴ λέγει, ζητεῖν προσ‐ ήκει τὸ τῆς λέξεως βούλημα, καὶ μεριμνᾷν τίνα τρόπον ἀποκαταστῆσαι δυνηθῶμεν, οὐχὶ δὲ ἀνατρέπειν τὰς ἀξιο‐</w:t>
      </w:r>
    </w:p>
    <w:p>
      <w:r>
        <w:rPr>
          <w:rFonts w:ascii="Courier New" w:hAnsi="Courier New"/>
          <w:color w:val="555555"/>
          <w:sz w:val="20"/>
        </w:rPr>
        <w:t>[5]</w:t>
      </w:r>
    </w:p>
    <w:p>
      <w:r>
        <w:rPr>
          <w:rFonts w:ascii="Gentium Plus" w:hAnsi="Gentium Plus"/>
          <w:sz w:val="24"/>
        </w:rPr>
        <w:t>λόγους περὶ Θεοῦ ὑπολήψεις. Καὶ οὕτως ἀπροσκόπως ἐντευ‐ ξόμεθα ταῖς Γραφαῖς, ἀπὸ μὲν τῶν εὐλήπτων ὠφελού‐</w:t>
      </w:r>
    </w:p>
    <w:p>
      <w:r>
        <w:rPr>
          <w:rFonts w:ascii="Courier New" w:hAnsi="Courier New"/>
          <w:color w:val="555555"/>
          <w:sz w:val="20"/>
        </w:rPr>
        <w:t>[10]</w:t>
      </w:r>
    </w:p>
    <w:p>
      <w:r>
        <w:rPr>
          <w:rFonts w:ascii="Gentium Plus" w:hAnsi="Gentium Plus"/>
          <w:sz w:val="24"/>
        </w:rPr>
        <w:t>πᾶσαν τὴν τῶν ἀνθρωπίνων διακόσμησιν, οὐκ ἐν τοῖς πνευ‐ ματικοῖς μόνον, ἀλλὰ καὶ ἐν τοῖς ὑποδεεστέροις καὶ τοῖς κατὰ τὸν βίον πράγμασιν· ὅτι τοῖς μὲν ἀλόγοις εὔκολον ἔδωκε τὴν πρὸς τὸ ζῇν ἀφορμήν· τροφὰς αὐτομάτους καὶ σκέπην αὐτοφυᾶ, καὶ τὰ ἐκ τριχῶν καὶ πτερῶν ἐνδύματα,</w:t>
      </w:r>
    </w:p>
    <w:p>
      <w:r>
        <w:rPr>
          <w:rFonts w:ascii="Courier New" w:hAnsi="Courier New"/>
          <w:color w:val="555555"/>
          <w:sz w:val="20"/>
        </w:rPr>
        <w:t>[15]</w:t>
      </w:r>
    </w:p>
    <w:p>
      <w:r>
        <w:rPr>
          <w:rFonts w:ascii="Gentium Plus" w:hAnsi="Gentium Plus"/>
          <w:sz w:val="24"/>
        </w:rPr>
        <w:t>ἡ τὰ σύμπαντα οἰκονομοῦσα δύναμις ἐχαρίσατο· τὸν δὲ ἄν‐ θρωπον γυμνὸν παραγαγοῦσα, λόγον ἔδωκεν ἀντὶ πάντων, δι’ οὗ αἵ τε ποριστικαὶ συνέστησαν τέχναι, οἰκοδομικὴ, ὑφαν‐ τικὴ, γεωργία, χαλκευτική, τὸ τοῖς σώμασιν ἐνδέον ἀνα‐ πληρούσης τῆς ψυχῆς τῇ παρουσίᾳ τοῦ λόγου.</w:t>
      </w:r>
    </w:p>
    <w:p>
      <w:r>
        <w:rPr>
          <w:rFonts w:ascii="Courier New" w:hAnsi="Courier New"/>
          <w:color w:val="555555"/>
          <w:sz w:val="20"/>
        </w:rPr>
        <w:t>[20]</w:t>
      </w:r>
    </w:p>
    <w:p>
      <w:r>
        <w:rPr>
          <w:rFonts w:ascii="Gentium Plus" w:hAnsi="Gentium Plus"/>
          <w:sz w:val="24"/>
        </w:rPr>
        <w:t>Ὥσπερ οὖν ἐν τούτοις οὐχὶ βασκαίνων ἡμῖν πρὸς τὸ ζῇν ἀφορμῶν παραπλησίως τοῖς ἀλόγοις συναπογενηθῆναι πάντα ὁ δημιουργὸς ἡμῶν οὐ συνεχώρησεν, ἀλλὰ τὴν ἔνδειαν τῶν ἀναγκαίων γυμνάσιον ἡμῖν τῆς διανοίας ἐμηχανήσατο, οὕτω καὶ τὴν ἐν ταῖς Γραφαῖς ἀσάφειαν ἐπ’ ὠφελείᾳ τοῦ νοῦ, διε‐</w:t>
      </w:r>
    </w:p>
    <w:p>
      <w:r>
        <w:rPr>
          <w:rFonts w:ascii="Courier New" w:hAnsi="Courier New"/>
          <w:color w:val="555555"/>
          <w:sz w:val="20"/>
        </w:rPr>
        <w:t>[25]</w:t>
      </w:r>
    </w:p>
    <w:p>
      <w:r>
        <w:rPr>
          <w:rFonts w:ascii="Gentium Plus" w:hAnsi="Gentium Plus"/>
          <w:sz w:val="24"/>
        </w:rPr>
        <w:t>γείρων αὐτοῦ τὴν ἐνέργειαν, ἐπετήδευσε. Πρῶτον μὲν, ἵνα τούτοις ἐνασχολούμενος τῶν χειρόνων ἀφέλκηται· ἔπειτα ὅτι τὰ πόνῳ κτηθέντα μᾶλλόν πως ἀγαπᾶται, καὶ τὰ διὰ μακροῦ χρόνου προσγενόμενα μονιμώτερον παραμένει· ὧν δὲ ῥᾳδία ἡ κτῆσις, οὐ περισπούδαστος ἡ ἀπόλαυσις. Εὐ‐</w:t>
      </w:r>
    </w:p>
    <w:p>
      <w:r>
        <w:rPr>
          <w:rFonts w:ascii="Courier New" w:hAnsi="Courier New"/>
          <w:color w:val="555555"/>
          <w:sz w:val="20"/>
        </w:rPr>
        <w:t>[30]</w:t>
      </w:r>
    </w:p>
    <w:p>
      <w:r>
        <w:rPr>
          <w:rFonts w:ascii="Gentium Plus" w:hAnsi="Gentium Plus"/>
          <w:sz w:val="24"/>
        </w:rPr>
        <w:t>καταφρόνητος γὰρ ἡ τῶν προχείρων παρουσία, καὶ οὐδε‐ μιᾶς φυλακῆς ἀξιουμένη τοῖς ἔχουσι. Διὰ τοῦτο καὶ ἡ τῶν ὀνείρων φύσις ἀσαφὴς καὶ πλαγία, καὶ οὐ μικρᾶς δεομένη τῆς ἐκ τοῦ νοῦ ἐντρεχείας· καὶ πολλὴ συγ‐ γένεια πρὸς τὰ ἐκ τῶν ὀνείρων αἰνίγματα τοῖς κατὰ ἐπίκρυψιν</w:t>
      </w:r>
    </w:p>
    <w:p>
      <w:r>
        <w:rPr>
          <w:rFonts w:ascii="Courier New" w:hAnsi="Courier New"/>
          <w:color w:val="555555"/>
          <w:sz w:val="20"/>
        </w:rPr>
        <w:t>[35]</w:t>
      </w:r>
    </w:p>
    <w:p>
      <w:r>
        <w:rPr>
          <w:rFonts w:ascii="Gentium Plus" w:hAnsi="Gentium Plus"/>
          <w:sz w:val="24"/>
        </w:rPr>
        <w:t>ἐν τῇ Γραφῇ δηλουμένοις. Ὅθεν καὶ Ἰωσὴφ καὶ Δανιὴλ τῷ προφητικῷ χαρίσματι τὰ ὀνείρατα διεγίνωσκον, ἐπειδὴ οὐκ αὐτάρκη τὰ τῶν ἐννοιῶν πρὸς τὴν θήραν τῆς ἀληθείας. —Πρὸς δὴ τοῦτο χρεία τῆς ἐν τῷ βίῳ καθαρότητος, ὥστε καὶ πρὸς τὴν τῆς ἠθικῆς ἀρετῆς ἐπιτήδευσιν τὸ ἐν ταῖς Γραφαῖς</w:t>
      </w:r>
    </w:p>
    <w:p>
      <w:r>
        <w:rPr>
          <w:rFonts w:ascii="Courier New" w:hAnsi="Courier New"/>
          <w:color w:val="555555"/>
          <w:sz w:val="20"/>
        </w:rPr>
        <w:t>[40]</w:t>
      </w:r>
    </w:p>
    <w:p>
      <w:r>
        <w:rPr>
          <w:rFonts w:ascii="Gentium Plus" w:hAnsi="Gentium Plus"/>
          <w:sz w:val="24"/>
        </w:rPr>
        <w:t>κεκαλυμμένον διαγνωσθῆναι. Χρεία δὲ πρὸς τῇ καθαρότητι τοῦ βίου καὶ τῆς ἐν ταῖς Γραφαῖς διατριβῆς, ἵνα τὸ σεμνο‐ πρεπὲς καὶ μυστικὸν τῶν θείων λογίων ἐκ τῆς συνεχοῦς μελέτης ἐντυπωθῇ τῇ ψυχῇ. Ὅτι δὲ βίου ὅλου δεῖται ἡ τῶν θείων λόγων μελέτη, συνίστη‐</w:t>
      </w:r>
    </w:p>
    <w:p>
      <w:r>
        <w:rPr>
          <w:rFonts w:ascii="Courier New" w:hAnsi="Courier New"/>
          <w:color w:val="555555"/>
          <w:sz w:val="20"/>
        </w:rPr>
        <w:t>[45]</w:t>
      </w:r>
    </w:p>
    <w:p>
      <w:r>
        <w:rPr>
          <w:rFonts w:ascii="Gentium Plus" w:hAnsi="Gentium Plus"/>
          <w:sz w:val="24"/>
        </w:rPr>
        <w:t>σιν ὁ Μωϋσέως βίος, ὃς ἐπὶ μὲν τῇ πρώτῃ τεσσαρακονταετηρίδι ἐπαιδεύθη τὰ Αἰγυπτίων, ἐπὶ δὲ τῇ δευτέρᾳ τεσσαρακονταετη‐ ρίδι ἐπὶ προφάσει τοῦ ποιμαίνειν ἐπὶ τὰς ἐρημίας ἀναχωρήσας, τῇ θεωρίᾳ τῶν ὄντων ἀπεσχόλασε. Καὶ οὕτω λοιπὸν τῆς τοῦ Θεοῦ ἐπιφανείας ἀξιωθεὶς μετὰ τὴν δευτέραν τεσσαρακον‐</w:t>
      </w:r>
    </w:p>
    <w:p>
      <w:r>
        <w:rPr>
          <w:rFonts w:ascii="Courier New" w:hAnsi="Courier New"/>
          <w:color w:val="555555"/>
          <w:sz w:val="20"/>
        </w:rPr>
        <w:t>[p 6 (50)]</w:t>
      </w:r>
    </w:p>
    <w:p>
      <w:r>
        <w:rPr>
          <w:rFonts w:ascii="Gentium Plus" w:hAnsi="Gentium Plus"/>
          <w:sz w:val="24"/>
        </w:rPr>
        <w:t>ταετηρίδα, ἄκων, ὑπὸ τῆς φιλανθρωπίας τοῦ Θεοῦ, πρὸς τὴν τῶν ἀνθρώπων ἐπιμέλειαν κατηνέχθη. Καὶ οὐδὲ τότε διηνεκῶς τῷ πρακτικῷ παρέμενε βίῳ, ἀλλὰ καὶ πρὸς τὸν ἐποπτικὸν ἐπανῄει πολλάκις. Ὅθεν καὶ εἰς τὴν Αἰγυπτια‐ κὴν εἰδωλομανίαν ὅλα ὑπηνέχθη τὰ πλήθη, τῷ Θεῷ συν‐</w:t>
      </w:r>
    </w:p>
    <w:p>
      <w:r>
        <w:rPr>
          <w:rFonts w:ascii="Courier New" w:hAnsi="Courier New"/>
          <w:color w:val="555555"/>
          <w:sz w:val="20"/>
        </w:rPr>
        <w:t>[55]</w:t>
      </w:r>
    </w:p>
    <w:p>
      <w:r>
        <w:rPr>
          <w:rFonts w:ascii="Gentium Plus" w:hAnsi="Gentium Plus"/>
          <w:sz w:val="24"/>
        </w:rPr>
        <w:t>όντος τοῦ ἁγίου ἀνδρὸς ἐν τῷ ὄρει. Τοιοῦτος δέ τις καὶ ὁ Ἠλίας, τὸν τῶν ἀνθρώπων ὄχλον ἀποδιδράσκων καὶ περὶ τὰς ἐρημίας φιλοχωρῶν.</w:t>
      </w:r>
    </w:p>
    <w:p>
      <w:r>
        <w:rPr>
          <w:rFonts w:ascii="Courier New" w:hAnsi="Courier New"/>
          <w:color w:val="555555"/>
          <w:sz w:val="20"/>
        </w:rPr>
        <w:t>[p 7]</w:t>
      </w:r>
    </w:p>
    <w:p>
      <w:r>
        <w:rPr>
          <w:rFonts w:ascii="Gentium Plus" w:hAnsi="Gentium Plus"/>
          <w:sz w:val="24"/>
        </w:rPr>
        <w:t>Εἰ τοίνυν τοῖς Ἁγίοις μετὰ πάσης εὐσταθείας τοῦ ἡγεμο‐</w:t>
      </w:r>
    </w:p>
    <w:p>
      <w:r>
        <w:rPr>
          <w:rFonts w:ascii="Courier New" w:hAnsi="Courier New"/>
          <w:color w:val="555555"/>
          <w:sz w:val="20"/>
        </w:rPr>
        <w:t>[5]</w:t>
      </w:r>
    </w:p>
    <w:p>
      <w:r>
        <w:rPr>
          <w:rFonts w:ascii="Gentium Plus" w:hAnsi="Gentium Plus"/>
          <w:sz w:val="24"/>
        </w:rPr>
        <w:t>καὶ ἡσυχίας καὶ καμάτους ἰδεῖν Θεὸν ἠξιώθη. Ὑπόθεσις τοῦ βιβλίου ἡ φανερὰ καὶ αὐτόθεν ληπτή. Ἐπειδὴ κατὰ χρόνους γέγονεν ὁ Προφήτης, ἐν οἷς ἐπλεόνασεν ἡ κα‐ κία, τὰ μεγέθη τῶν ἀποκειμένων αὐτοῖς κακῶν διηγεῖται καὶ τὴν αἰτίαν τῆς ὀργῆς τοῦ Θεοῦ προτάσσει, ἵνα εἰς μετά‐</w:t>
      </w:r>
    </w:p>
    <w:p>
      <w:r>
        <w:rPr>
          <w:rFonts w:ascii="Courier New" w:hAnsi="Courier New"/>
          <w:color w:val="555555"/>
          <w:sz w:val="20"/>
        </w:rPr>
        <w:t>[10]</w:t>
      </w:r>
    </w:p>
    <w:p>
      <w:r>
        <w:rPr>
          <w:rFonts w:ascii="Gentium Plus" w:hAnsi="Gentium Plus"/>
          <w:sz w:val="24"/>
        </w:rPr>
        <w:t>νοιαν αὐτοὺς ἐναγάγῃ. Πρῶτον μὲν ἄρχεται τῶν κατὰ τῆς Ἰουδαίας λόγων. Ἐπειδὴ (κατὰ τὸν Πέτρον) Ὁ καιρὸς ἦν τοῦ ἄρξασθαι τὸ κρίμα ἀπὸ τοῦ οἴκου τοῦ Θεοῦ. Φυσικῶς γὰρ τοῖς οἰκειοτάτοις μάλιστα χαλεπαίνομεν, ὅταν εἰς ἡμᾶς ἐξαμαρτάνωσι. Καὶ ἐν τῷ Ἰεζεκιὴλ ὁ Κύριος, προστάσσων</w:t>
      </w:r>
    </w:p>
    <w:p>
      <w:r>
        <w:rPr>
          <w:rFonts w:ascii="Courier New" w:hAnsi="Courier New"/>
          <w:color w:val="555555"/>
          <w:sz w:val="20"/>
        </w:rPr>
        <w:t>[15]</w:t>
      </w:r>
    </w:p>
    <w:p>
      <w:r>
        <w:rPr>
          <w:rFonts w:ascii="Gentium Plus" w:hAnsi="Gentium Plus"/>
          <w:sz w:val="24"/>
        </w:rPr>
        <w:t>κολάζεσθαι τοὺς ἡμαρτηκότας, Ἀπὸ τῶν ἁγίων μου ἄρ‐ ξασθε (φησί). Διὰ τοῦτο ἀπὸ τῆς ἐκλεκτῆς τοῦ Θεοῦ χώρας ἤρξατο, καὶ ἀπὸ τῆς πόλεως ἐν ᾗ τὸ ἁγιαστήριον, ἀπαγγέλ‐ λων τὰ ἐπικείμενα· δεύτερον Βαβυλῶνος, εἶτα τῆς Μωα‐</w:t>
      </w:r>
    </w:p>
    <w:p>
      <w:r>
        <w:rPr>
          <w:rFonts w:ascii="Courier New" w:hAnsi="Courier New"/>
          <w:color w:val="555555"/>
          <w:sz w:val="20"/>
        </w:rPr>
        <w:t>[20]</w:t>
      </w:r>
    </w:p>
    <w:p>
      <w:r>
        <w:rPr>
          <w:rFonts w:ascii="Gentium Plus" w:hAnsi="Gentium Plus"/>
          <w:sz w:val="24"/>
        </w:rPr>
        <w:t>βίτιδος, εἶτα Δαμασκοῦ· πέμπτον Αἰγύπτου, εἶτα τῆς ἐρήμου, εἶτα τῆς Ἰδουμαίας, εἶτα τῆς φάραγγος Σιὼν, εἶτα Τύρου, εἶτα τῶν τετραπόδων. —Ἐφεξῆς τούτοις ἐστὶ τὰ περὶ τὸ τεσσαρεσκαιδέκατον ἔτος τῆς βασιλείας Ἐζεκίου γεγενημένα· μεθ’ ἃ προφητεῖαί εἰσιν ἄνευ τινὸς προγρα‐</w:t>
      </w:r>
    </w:p>
    <w:p>
      <w:r>
        <w:rPr>
          <w:rFonts w:ascii="Courier New" w:hAnsi="Courier New"/>
          <w:color w:val="555555"/>
          <w:sz w:val="20"/>
        </w:rPr>
        <w:t>[25]</w:t>
      </w:r>
    </w:p>
    <w:p>
      <w:r>
        <w:rPr>
          <w:rFonts w:ascii="Gentium Plus" w:hAnsi="Gentium Plus"/>
          <w:sz w:val="24"/>
        </w:rPr>
        <w:t>φῆς πάθη τῆς Ἱερουσαλὴμ καὶ τῆς Ἰουδαίας προαγγέλ‐ λουσαι, καὶ τὰ περὶ τῶν ἐν τῇ διασπορᾷ, καὶ περὶ τῆς τού‐ των ἐπανόδου, μετὰ τὸ ἐκπληρωθῆναι τὴν δίκην· καὶ τὰ περὶ Χριστοῦ πάσῃ τῇ προφητείᾳ ἐνεσπαρμένα, ἑκάστου τῶν καθ’ ἱστορίαν λεγομένων, καὶ τοῦ μυστικοῦ συγκαταπεπλεγ‐</w:t>
      </w:r>
    </w:p>
    <w:p>
      <w:r>
        <w:rPr>
          <w:rFonts w:ascii="Courier New" w:hAnsi="Courier New"/>
          <w:color w:val="555555"/>
          <w:sz w:val="20"/>
        </w:rPr>
        <w:t>[30]</w:t>
      </w:r>
    </w:p>
    <w:p>
      <w:r>
        <w:rPr>
          <w:rFonts w:ascii="Gentium Plus" w:hAnsi="Gentium Plus"/>
          <w:sz w:val="24"/>
        </w:rPr>
        <w:t>μένων.</w:t>
      </w:r>
    </w:p>
    <w:p>
      <w:r>
        <w:rPr>
          <w:rFonts w:ascii="Courier New" w:hAnsi="Courier New"/>
          <w:color w:val="555555"/>
          <w:sz w:val="20"/>
        </w:rPr>
        <w:t>[1 t]</w:t>
      </w:r>
    </w:p>
    <w:p>
      <w:pPr>
        <w:jc w:val="center"/>
      </w:pPr>
      <w:r>
        <w:rPr>
          <w:rFonts w:ascii="Gentium Plus" w:hAnsi="Gentium Plus"/>
          <w:b/>
          <w:sz w:val="24"/>
        </w:rPr>
        <w:t>ΑΡΧΗ ΤΟΥ ΡΗΤΟΥ</w:t>
      </w:r>
    </w:p>
    <w:p>
      <w:r>
        <w:rPr>
          <w:rFonts w:ascii="Courier New" w:hAnsi="Courier New"/>
          <w:color w:val="555555"/>
          <w:sz w:val="20"/>
        </w:rPr>
        <w:t>[1 . 8]</w:t>
      </w:r>
    </w:p>
    <w:p>
      <w:r>
        <w:rPr>
          <w:rFonts w:ascii="Gentium Plus" w:hAnsi="Gentium Plus"/>
          <w:sz w:val="24"/>
        </w:rPr>
        <w:t>Ὅρασις, ἣν εἶδεν Ἡσαΐας, υἱὸς Ἀμὼς, ἣν εἶδε κατὰ τῆς Ἰουδαίας, καὶ κατὰ τῆς Ἱερουσαλὴμ, ἐν ἡμέραις Ὀζίου καὶ Ἰωάθαμ καὶ Ἀχὰζ καὶ Ἐζεκίου, βασιλέων Ἰούδα. Τῶν παρ’ ἡμῖν αἰσθητηρίων τὸ ἐνεργεστάτην, τὴν κατάληψιν</w:t>
      </w:r>
    </w:p>
    <w:p>
      <w:r>
        <w:rPr>
          <w:rFonts w:ascii="Courier New" w:hAnsi="Courier New"/>
          <w:color w:val="555555"/>
          <w:sz w:val="20"/>
        </w:rPr>
        <w:t>[5]</w:t>
      </w:r>
    </w:p>
    <w:p>
      <w:r>
        <w:rPr>
          <w:rFonts w:ascii="Gentium Plus" w:hAnsi="Gentium Plus"/>
          <w:sz w:val="24"/>
        </w:rPr>
        <w:t>ἔχον τῶν αἰσθητῶν, ὅρασίς ἐστιν. Οὔτε γὰρ τὰ φοβερὰ δι’ ἀκοῆς δύνατόν ἐστι γνωρίσαι, ὡς δι’ ὁράσεως· οὔτε τῶν ἐπιθυμητῶν ἄλλη τις οὕτως ἀντιλαμβάνεται δύναμις, ὡς ἡ ὅρασις. Διόπερ ἡ τῶν ἀληθῶν θεωρία (διὰ τὸ ἐναργὲς καὶ ἀναμφίβολον) ὅρασις προσηγόρευται. Ὅθεν καὶ ὁ ὁρῶν ἐκαλεῖτο ὁ Προφήτης, καὶ</w:t>
      </w:r>
    </w:p>
    <w:p>
      <w:r>
        <w:rPr>
          <w:rFonts w:ascii="Courier New" w:hAnsi="Courier New"/>
          <w:color w:val="555555"/>
          <w:sz w:val="20"/>
        </w:rPr>
        <w:t>[10]</w:t>
      </w:r>
    </w:p>
    <w:p>
      <w:r>
        <w:rPr>
          <w:rFonts w:ascii="Gentium Plus" w:hAnsi="Gentium Plus"/>
          <w:sz w:val="24"/>
        </w:rPr>
        <w:t>ὁ ἔμπροσθεν ὁρῶν. Ἐν μὲν γὰρ τῷ Ἀμὼς μεμαθήκαμεν, ὅτι εἶπεν Ἀμασίας· Ὁ ὁρῶν, βάδιζε καὶ ἐκχώρησον εἰς γῆν Ἰούδα, κἀκεῖ προφητεύσεις. Ἔμπροσθεν δὲ ὁρῶν ὁ Σα‐</w:t>
      </w:r>
    </w:p>
    <w:p>
      <w:r>
        <w:rPr>
          <w:rFonts w:ascii="Courier New" w:hAnsi="Courier New"/>
          <w:color w:val="555555"/>
          <w:sz w:val="20"/>
        </w:rPr>
        <w:t>[15]</w:t>
      </w:r>
    </w:p>
    <w:p>
      <w:r>
        <w:rPr>
          <w:rFonts w:ascii="Gentium Plus" w:hAnsi="Gentium Plus"/>
          <w:sz w:val="24"/>
        </w:rPr>
        <w:t>κοὶ τοῦ μέλλοντος ἦσαν, ἔμπροσθεν ὁρῶντες ἐχρημάτιζον· καθ’ ὃ δὲ θεωρητικοὶ τοῦ θείου βουλήματος ἦσαν, ὁρῶντες προσηγορεύοντο.</w:t>
      </w:r>
    </w:p>
    <w:p>
      <w:r>
        <w:rPr>
          <w:rFonts w:ascii="Courier New" w:hAnsi="Courier New"/>
          <w:color w:val="555555"/>
          <w:sz w:val="20"/>
        </w:rPr>
        <w:t>[1 . 9]</w:t>
      </w:r>
    </w:p>
    <w:p>
      <w:r>
        <w:rPr>
          <w:rFonts w:ascii="Gentium Plus" w:hAnsi="Gentium Plus"/>
          <w:sz w:val="24"/>
        </w:rPr>
        <w:t>Ἡμέτερον μὲν οὖν ἔργον ἐπιμέλειαν ποιεῖσθαι τοῦ νοῦ, ἵνα γένηται διορατικὸς διὰ τῶν καταλλήλων γυμνασιῶν τελειούμενος· Θεοῦ δὲ δωρεὰ, ἐλλάμψαι ἡμῖν τὸ Πνεῦμα πρὸς τὴν τῶν μυστηρίων αὐτοῦ κατανόησιν. —Ὅρασιν δὲ</w:t>
      </w:r>
    </w:p>
    <w:p>
      <w:r>
        <w:rPr>
          <w:rFonts w:ascii="Courier New" w:hAnsi="Courier New"/>
          <w:color w:val="555555"/>
          <w:sz w:val="20"/>
        </w:rPr>
        <w:t>[5]</w:t>
      </w:r>
    </w:p>
    <w:p>
      <w:r>
        <w:rPr>
          <w:rFonts w:ascii="Gentium Plus" w:hAnsi="Gentium Plus"/>
          <w:sz w:val="24"/>
        </w:rPr>
        <w:t>προτάξας, λόγων ἀπαγγελίαν ἐπήγαγεν, ἵνα δείξῃ ὅτι οὐ δι’ ἀκοῆς ἐδέξατο, ἀλλὰ τῷ νῷ ἐντυπωθεῖσαν τοῦ λόγου τὴν διάνοιαν ἐξαγγέλλει. Καὶ γὰρ ἡμῖν φωνῆς μὲν χρεία πρὸς τὸ σημᾶναι ἡμῶν τὰ νοήματα· ὁ δὲ Θεὸς, αὐτοῦ τοῦ ἡγε‐ μονικοῦ τῶν ἀξίων ἁπτόμενος, τὴν τοῦ ἰδίου βουλήματος</w:t>
      </w:r>
    </w:p>
    <w:p>
      <w:r>
        <w:rPr>
          <w:rFonts w:ascii="Courier New" w:hAnsi="Courier New"/>
          <w:color w:val="555555"/>
          <w:sz w:val="20"/>
        </w:rPr>
        <w:t>[10]</w:t>
      </w:r>
    </w:p>
    <w:p>
      <w:r>
        <w:rPr>
          <w:rFonts w:ascii="Gentium Plus" w:hAnsi="Gentium Plus"/>
          <w:sz w:val="24"/>
        </w:rPr>
        <w:t>γνῶσιν αὐτοῖς ἐντυποῖ. Τίς ἡ τοῦ πατρὸς προσθήκη; Ἵνα δείξῃ ὅτι πατρι‐ κὸν αὐτῷ τῆς προφητείας τὸ χάρισμα. —Ἣν εἶδε κατὰ τῆς Ἰουδαίας. Τί βούλεται ἡ ἐπανάληψις; Ὅτι μὲν διὰ τοῦ πρώτου, τὸ κοινὸν τῆς ὁράσεως· διὰ δὲ τοῦ δευτέ‐</w:t>
      </w:r>
    </w:p>
    <w:p>
      <w:r>
        <w:rPr>
          <w:rFonts w:ascii="Courier New" w:hAnsi="Courier New"/>
          <w:color w:val="555555"/>
          <w:sz w:val="20"/>
        </w:rPr>
        <w:t>[15]</w:t>
      </w:r>
    </w:p>
    <w:p>
      <w:r>
        <w:rPr>
          <w:rFonts w:ascii="Gentium Plus" w:hAnsi="Gentium Plus"/>
          <w:sz w:val="24"/>
        </w:rPr>
        <w:t>ρου, τὸ ἰδικὸν ἤδη σημαίνει, τίς καὶ ποταπὴ καὶ τίνι δια‐ φέρουσά ἐστιν ἡ ὅρασις. Λόγοι οὖν ὁρατοὶ, τουτέστι νῷ θεωρητοὶ, οὓς ἑώρακεν ὁ Προφήτης, κατὰ τὸ ἐν τῇ Ἐξόδῳ εἰρημένον, ὅτι Πᾶς ὁ λαὸς ἑώρα τὴν φωνήν. —Προοιμιά‐ σαντο δὲ καὶ ἄλλοι Προφῆται παραπλησίως. Ὅρασις Ἀ‐</w:t>
      </w:r>
    </w:p>
    <w:p>
      <w:r>
        <w:rPr>
          <w:rFonts w:ascii="Courier New" w:hAnsi="Courier New"/>
          <w:color w:val="555555"/>
          <w:sz w:val="20"/>
        </w:rPr>
        <w:t>[20]</w:t>
      </w:r>
    </w:p>
    <w:p>
      <w:r>
        <w:rPr>
          <w:rFonts w:ascii="Gentium Plus" w:hAnsi="Gentium Plus"/>
          <w:sz w:val="24"/>
        </w:rPr>
        <w:t>βδίου· τάδε λέγει Κύριος ὁ Θεὸς τῇ Ἰδουμαίᾳ. Ἀκοὴν ἤκου‐ σα παρὰ Κυρίου, καὶ περιοχὴν εἰς τὰ ἔθνη ἐξαπέστειλε. Καὶ ἐπὶ τὸν Ναούμ· Λῆμμα Νινευή· βιβλίον ὁράσεως Ναοὺμ, τοῦ Ἐλκεσαίου. Καὶ ἐπὶ τοῦ Ἀμβακούμ· Τὸ λῆμμα, ὃ εἶδεν Ἀμβακοὺμ ὁ Προφήτης. Καὶ ὁ Μαλαχίας</w:t>
      </w:r>
    </w:p>
    <w:p>
      <w:r>
        <w:rPr>
          <w:rFonts w:ascii="Courier New" w:hAnsi="Courier New"/>
          <w:color w:val="555555"/>
          <w:sz w:val="20"/>
        </w:rPr>
        <w:t>[25]</w:t>
      </w:r>
    </w:p>
    <w:p>
      <w:r>
        <w:rPr>
          <w:rFonts w:ascii="Gentium Plus" w:hAnsi="Gentium Plus"/>
          <w:sz w:val="24"/>
        </w:rPr>
        <w:t>λῆμμα εἶπεν ἄνευ τῆς ὁράσεως, οὕτω λέγων· Λῆμμα λόγου Κυρίου ἐπὶ τὸν Ἰσραὴλ, ἐν χειρὶ Ἀγγέλου αὐτοῦ. Καὶ ἐοίκασι διὰ τοῦ λήμματος ἐμφαίνειν, ὅτι οὐκ ἀφ’ ἑαυτῶν ἔχουσι τῆς προφητείας τὴν δύναμιν, ἀλλὰ λαβόντες· ὥστε τὸ λῆμμα ἴσον δύνασθαι τῷ δόμα παρὰ Θεοῦ.</w:t>
      </w:r>
    </w:p>
    <w:p>
      <w:r>
        <w:rPr>
          <w:rFonts w:ascii="Courier New" w:hAnsi="Courier New"/>
          <w:color w:val="555555"/>
          <w:sz w:val="20"/>
        </w:rPr>
        <w:t>[30]</w:t>
      </w:r>
    </w:p>
    <w:p>
      <w:r>
        <w:rPr>
          <w:rFonts w:ascii="Gentium Plus" w:hAnsi="Gentium Plus"/>
          <w:sz w:val="24"/>
        </w:rPr>
        <w:t>Οὗτοι μὲν οὖν ὁράσεως εἶναι τὰ βιβλία φασίν· οἱ δὲ λοιποὶ Προφῆται λόγους ἀκηκοέναι παρὰ Θεοῦ φασιν. Ὁ λόγος γὰρ (φησὶ) Κυρίου, ὃς ἐγενήθη πρὸς Ὠσηὲ, τὸν τοῦ Βεηρὶ, ἐν ἡμέ‐ ραις Ὀζίου καὶ Ἰωάθαμ καὶ Ἀχὰζ καὶ Ἐζεκίου, βασιλέων Ἰούδα· καὶ ἐν ἡμέραις Ἱεροβοὰμ, υἱοῦ Ἰωᾶς, βασιλέως</w:t>
      </w:r>
    </w:p>
    <w:p>
      <w:r>
        <w:rPr>
          <w:rFonts w:ascii="Courier New" w:hAnsi="Courier New"/>
          <w:color w:val="555555"/>
          <w:sz w:val="20"/>
        </w:rPr>
        <w:t>[35]</w:t>
      </w:r>
    </w:p>
    <w:p>
      <w:r>
        <w:rPr>
          <w:rFonts w:ascii="Gentium Plus" w:hAnsi="Gentium Plus"/>
          <w:sz w:val="24"/>
        </w:rPr>
        <w:t>Ἰσραήλ. Ἀρχὴ λόγου Κυρίου πρὸς Ὠσηέ. Ἐν δὲ τῷ Ἀμώς· Λόγοι Ἀμὼς, οἳ ἐγένοντο ἐν Ἀκκαρεὶμ ἐκ Θεκουὲ, οὓς εἶδε περὶ Ἱερουσαλὴμ ἐν ἡμέραις Ὀζίου, βασιλέως Ἰούδα, καὶ ἐν ἡμέραις Ἱεροβοὰμ βασιλέως Ἰσραὴλ, πρὸ δύο ἐτῶν τοῦ σεισμοῦ. —Ἀντέστραπται ἡ τάξις ἐνταῦθα, ὡς πρὸς τὸν</w:t>
      </w:r>
    </w:p>
    <w:p>
      <w:r>
        <w:rPr>
          <w:rFonts w:ascii="Courier New" w:hAnsi="Courier New"/>
          <w:color w:val="555555"/>
          <w:sz w:val="20"/>
        </w:rPr>
        <w:t>[40]</w:t>
      </w:r>
    </w:p>
    <w:p>
      <w:r>
        <w:rPr>
          <w:rFonts w:ascii="Gentium Plus" w:hAnsi="Gentium Plus"/>
          <w:sz w:val="24"/>
        </w:rPr>
        <w:t>Ἡσαΐαν· ἐκεῖ μὲν ὅρασις προτέτακται, καὶ λόγοι ἐπήχθη‐ σαν· Ἄκουε, οὐρανέ. Ἐνταῦθα δὲ, λόγων προκειμένων, ὅρασις ἐπηκολούθησε. Λόγοι γὰρ Ἀμὼς, οὐχὶ ὅρασις Ἀμώς· οὐχὶ οὓς ἤκουσεν, ἀλλὰ Οὓς εἶδεν. Ἐν δὲ τῷ Μιχαίᾳ·</w:t>
      </w:r>
    </w:p>
    <w:p>
      <w:r>
        <w:rPr>
          <w:rFonts w:ascii="Courier New" w:hAnsi="Courier New"/>
          <w:color w:val="555555"/>
          <w:sz w:val="20"/>
        </w:rPr>
        <w:t>[45]</w:t>
      </w:r>
    </w:p>
    <w:p>
      <w:r>
        <w:rPr>
          <w:rFonts w:ascii="Gentium Plus" w:hAnsi="Gentium Plus"/>
          <w:sz w:val="24"/>
        </w:rPr>
        <w:t>ἡμέραις Ἰωάθαμ καὶ Ἀχὰζ καὶ Ἐζεκίου, βασιλέων Ἰούδα, ὑπὲρ ὧν εἶδε περὶ Σαμαρείας καὶ Ἱερουσαλήμ. Καί· Λόγος Κυρίου, ὃς ἐγενήθη πρὸς Ἰωὴλ, τὸν τοῦ Βαθουήλ. Καί· Ἐγένετο λόγος Κυρίου πρὸς Ἰωνᾶν. Καί· Λόγος Κυρίου, ὃς ἐγενήθη πρὸς Σοφονίαν, τὸν τοῦ Χουσὶ υἱὸν, τοῦ Γοδολίου,</w:t>
      </w:r>
    </w:p>
    <w:p>
      <w:r>
        <w:rPr>
          <w:rFonts w:ascii="Courier New" w:hAnsi="Courier New"/>
          <w:color w:val="555555"/>
          <w:sz w:val="20"/>
        </w:rPr>
        <w:t>[1 . 9 (50)]</w:t>
      </w:r>
    </w:p>
    <w:p>
      <w:r>
        <w:rPr>
          <w:rFonts w:ascii="Gentium Plus" w:hAnsi="Gentium Plus"/>
          <w:sz w:val="24"/>
        </w:rPr>
        <w:t>τοῦ Ἀμορίου τοῦ Ἐζεκίου, ἐν ἡμέραις Ἰωσίου, τοῦ υἱοῦ Ἀμὼς, βασιλέως Ἰούδα. Ἰδιότροπος δὲ καὶ ἡ τῶν χρόνων ἐπισημείωσις καὶ ἡ τοῦ λόγου ὑποδοχὴ παρὰ τῷ Ἀγγαίῳ εἴρηται· Ἐν τῷ δευτέρῳ γὰρ (φησὶν) ἔτει ἐπὶ Δαρείου τοῦ βασιλέως, ἐν τῷ μηνὶ τῷ</w:t>
      </w:r>
    </w:p>
    <w:p>
      <w:r>
        <w:rPr>
          <w:rFonts w:ascii="Courier New" w:hAnsi="Courier New"/>
          <w:color w:val="555555"/>
          <w:sz w:val="20"/>
        </w:rPr>
        <w:t>[55]</w:t>
      </w:r>
    </w:p>
    <w:p>
      <w:r>
        <w:rPr>
          <w:rFonts w:ascii="Gentium Plus" w:hAnsi="Gentium Plus"/>
          <w:sz w:val="24"/>
        </w:rPr>
        <w:t>ἕκτῳ, μιᾷ τοῦ μηνὸς, ἐγένετο λόγος Κυρίου ἐν χειρὶ Ἀγγαί‐ ου τοῦ Προφήτου. Δοκεῖ δέ μοι τὸ ἐνταῦθα εἰρημένον Ἐν χειρὶ, ἴσον δύνασθαι τῷ παρὰ τοῖς ἄλλοις ἀναγεγραμμένῳ λήμματι. Καὶ ἐπὶ τοῦ Ζαχαρίου δέ· Ἐν τῷ ὀγδόῳ μηνὶ ἔτους δευτέρου, ἐπὶ Δαρείου, ἐγένετο λόγος Κυρίου πρὸς</w:t>
      </w:r>
    </w:p>
    <w:p>
      <w:r>
        <w:rPr>
          <w:rFonts w:ascii="Courier New" w:hAnsi="Courier New"/>
          <w:color w:val="555555"/>
          <w:sz w:val="20"/>
        </w:rPr>
        <w:t>[60]</w:t>
      </w:r>
    </w:p>
    <w:p>
      <w:r>
        <w:rPr>
          <w:rFonts w:ascii="Gentium Plus" w:hAnsi="Gentium Plus"/>
          <w:sz w:val="24"/>
        </w:rPr>
        <w:t>Ζαχαρίαν, τὸν τοῦ Βαραχίου, υἱὸν Ἀδδὼ, τὸν Προφήτην.</w:t>
      </w:r>
    </w:p>
    <w:p>
      <w:r>
        <w:rPr>
          <w:rFonts w:ascii="Courier New" w:hAnsi="Courier New"/>
          <w:color w:val="555555"/>
          <w:sz w:val="20"/>
        </w:rPr>
        <w:t>[1 . 10]</w:t>
      </w:r>
    </w:p>
    <w:p>
      <w:r>
        <w:rPr>
          <w:rFonts w:ascii="Gentium Plus" w:hAnsi="Gentium Plus"/>
          <w:sz w:val="24"/>
        </w:rPr>
        <w:t>Ἐν ἡμέραις Ὀζίου καὶ Ἰωάθαμ καὶ Ἀχὰζ καὶ Ἐζε‐ κίου. Ἡ τῶν χρόνων παρατήρησις ἀναγκαία, ἵνα φανῇ τὰ πρὸ πόσου χρόνου προῤῥηθέντα μετὰ πόσον χρόνον ἀπήν‐</w:t>
      </w:r>
    </w:p>
    <w:p>
      <w:r>
        <w:rPr>
          <w:rFonts w:ascii="Courier New" w:hAnsi="Courier New"/>
          <w:color w:val="555555"/>
          <w:sz w:val="20"/>
        </w:rPr>
        <w:t>[5]</w:t>
      </w:r>
    </w:p>
    <w:p>
      <w:r>
        <w:rPr>
          <w:rFonts w:ascii="Gentium Plus" w:hAnsi="Gentium Plus"/>
          <w:sz w:val="24"/>
        </w:rPr>
        <w:t>τησε, καὶ ὅτι ὅτε ἐπλεόνασεν ἡ ἀσθένεια, ὑπερεπερίσσευσεν ἡ παρὰ τοῦ Θεοῦ ἐπιμέλεια. Σχεδὸν γὰρ οἱ πλεῖστοι συν‐ έδραμον ἀλλήλοις κατὰ τὸν χρόνον· Ὠσηὲ, ἐν ἡμέραις Ὀζίου καὶ ἐν ἡμέραις Ἱεροβοάμ· Μιχαίας ἐν ἡμέραις</w:t>
      </w:r>
    </w:p>
    <w:p>
      <w:r>
        <w:rPr>
          <w:rFonts w:ascii="Courier New" w:hAnsi="Courier New"/>
          <w:color w:val="555555"/>
          <w:sz w:val="20"/>
        </w:rPr>
        <w:t>[10]</w:t>
      </w:r>
    </w:p>
    <w:p>
      <w:r>
        <w:rPr>
          <w:rFonts w:ascii="Gentium Plus" w:hAnsi="Gentium Plus"/>
          <w:sz w:val="24"/>
        </w:rPr>
        <w:t>Ἀμώς. —Τῶν δὲ λοιπῶν οἱ μὲν ἀχρόνως ἀνέγραψαν τὰς προ‐ φητείας, οἱ δὲ τὰς τῶν βαρβάρων βασιλείας, ὡς γνωριμω‐ τέρας διὰ τὸ κρατεῖν τηνικαῦτα, παρεσημήναντο. Ἀγγαῖος καὶ Ζαχαρίας, Ἀβδίας τε καὶ Ναοὺμ καὶ Ἀμβακοὺμ, Ἰωνᾶς καὶ Μαλαχίας τῶν χρόνων οὐκ ἐμνήσθησαν, ἀλλ’ οὐδὲ</w:t>
      </w:r>
    </w:p>
    <w:p>
      <w:r>
        <w:rPr>
          <w:rFonts w:ascii="Courier New" w:hAnsi="Courier New"/>
          <w:color w:val="555555"/>
          <w:sz w:val="20"/>
        </w:rPr>
        <w:t>[15]</w:t>
      </w:r>
    </w:p>
    <w:p>
      <w:r>
        <w:rPr>
          <w:rFonts w:ascii="Gentium Plus" w:hAnsi="Gentium Plus"/>
          <w:sz w:val="24"/>
        </w:rPr>
        <w:t>οἱ πλείους πατέρων. Καὶ τάχα οἱ μὲν ἐξ ἐπισήμων πα‐ τέρων ἠδύναντο εὐπαράδεκτοι γενέσθαι. Πιστότεροι γὰρ οἱ γνωριμώτεροι· οἱ δὲ ἀσήμων γονέων, παρεσιωπήθησαν. Οὐ μὴν οὗτος Ἀμὼς, ὃν τοῖς δώδεκα συντεταγμένον ἔχομεν, πατήρ ἐστι τοῦ Ἡσαΐου· οὔτε γὰρ ἡ ἐκφώνησις ἡ αὐτὴ,</w:t>
      </w:r>
    </w:p>
    <w:p>
      <w:r>
        <w:rPr>
          <w:rFonts w:ascii="Courier New" w:hAnsi="Courier New"/>
          <w:color w:val="555555"/>
          <w:sz w:val="20"/>
        </w:rPr>
        <w:t>[20]</w:t>
      </w:r>
    </w:p>
    <w:p>
      <w:r>
        <w:rPr>
          <w:rFonts w:ascii="Gentium Plus" w:hAnsi="Gentium Plus"/>
          <w:sz w:val="24"/>
        </w:rPr>
        <w:t>οὔτε τὸ ὑπὸ τῆς φωνῆς σημαινόμενον. Τὸ μὲν γὰρ δασυτέρῳ τῷ πνεύματι ἀναφωνεῖται, τὸ δὲ ψιλοτέρῳ. Καὶ τὰ δηλού‐ μενα διάφορα· τὸ μὲν γὰρ τοῦ πατρὸς Ἡσαΐου ὄνομα καὶ τὸ τῆς φωνῆς ἰδίωμα, στερέωσιν καὶ δύναμιν καὶ ἰσχὺν ἐμ‐ φαίνει· τῷ δὲ τοῦ Προφήτου, λόγος σκληρὸς δηλοῦται. —Πρὸ</w:t>
      </w:r>
    </w:p>
    <w:p>
      <w:r>
        <w:rPr>
          <w:rFonts w:ascii="Courier New" w:hAnsi="Courier New"/>
          <w:color w:val="555555"/>
          <w:sz w:val="20"/>
        </w:rPr>
        <w:t>[25]</w:t>
      </w:r>
    </w:p>
    <w:p>
      <w:r>
        <w:rPr>
          <w:rFonts w:ascii="Gentium Plus" w:hAnsi="Gentium Plus"/>
          <w:sz w:val="24"/>
        </w:rPr>
        <w:t>δὲ τοῦ Ἡσαΐου ἔοικεν εἶναι ἡ προφητεία τοῦ. Ὠσηὲ, διὰ τὸ εἰρῆσθαι· Ἀρχὴ λόγου Κυρίου πρὸς Ὠσηέ. Γνωστέον μέντοι ὅτι ὁ Ὀζίας οὗτος ὁ αὐτὸς καὶ Ἀζαρίας εἴρηται· ἐν γὰρ τῇ προτέρᾳ τῶν Παραλειπομένων Ὀζίας εἴρηται, ἐν δὲ τῇ δευτέρᾳ τῶν Βασιλειῶν, Ἀζαρίας, πλὴν καὶ πατρὸς τοῦ αὐ‐</w:t>
      </w:r>
    </w:p>
    <w:p>
      <w:r>
        <w:rPr>
          <w:rFonts w:ascii="Courier New" w:hAnsi="Courier New"/>
          <w:color w:val="555555"/>
          <w:sz w:val="20"/>
        </w:rPr>
        <w:t>[30]</w:t>
      </w:r>
    </w:p>
    <w:p>
      <w:r>
        <w:rPr>
          <w:rFonts w:ascii="Gentium Plus" w:hAnsi="Gentium Plus"/>
          <w:sz w:val="24"/>
        </w:rPr>
        <w:t>τοῦ καὶ μητρός. Ἡ μὲν γὰρ μήτηρ, Χαλία· ὁ δὲ πατὴρ, Ἀμα‐ σίας. Καὶ χρόνος τῆς βασιλείας ὁ αὐτός· πεντήκοντα δύο ἔτη. Ἐπὶ Ὀζίου προεφήτευσεν Ἡσαΐας, Ὠσηὲ καὶ Ἀμώς.</w:t>
      </w:r>
    </w:p>
    <w:p>
      <w:r>
        <w:rPr>
          <w:rFonts w:ascii="Courier New" w:hAnsi="Courier New"/>
          <w:color w:val="555555"/>
          <w:sz w:val="20"/>
        </w:rPr>
        <w:t>[35]</w:t>
      </w:r>
    </w:p>
    <w:p>
      <w:r>
        <w:rPr>
          <w:rFonts w:ascii="Gentium Plus" w:hAnsi="Gentium Plus"/>
          <w:sz w:val="24"/>
        </w:rPr>
        <w:t>σεισμοῦ, μήποτε πρὸ τῆς ὁράσεως τοῦ Ἡσαΐου, ἐν ᾗ φησι· Καὶ ἐπήρθη τὸ ὑπέρθυρον;</w:t>
      </w:r>
    </w:p>
    <w:p>
      <w:r>
        <w:rPr>
          <w:rFonts w:ascii="Courier New" w:hAnsi="Courier New"/>
          <w:color w:val="555555"/>
          <w:sz w:val="20"/>
        </w:rPr>
        <w:t>[1 . 11]</w:t>
      </w:r>
    </w:p>
    <w:p>
      <w:r>
        <w:rPr>
          <w:rFonts w:ascii="Gentium Plus" w:hAnsi="Gentium Plus"/>
          <w:sz w:val="24"/>
        </w:rPr>
        <w:t>Ἄκουε, οὐρανὲ, καὶ ἐνωτίζου, γῆ, ὅτι Κύριος ἐλάλησεν. Ἐπειδὴ κατὰ γενεὰν πονηρὰν ἡ προφητεία ἐγένετο, οὐκ ἔχων ἐν τοῖς ἀνθρώποις τοὺς ἀκούοντας, οὐρανῷ καὶ γῇ δια‐ λέγεται. Ἐπὶ γὰρ τούτων τῶν μαρτύρων ὁ νόμος ἐδόθη,</w:t>
      </w:r>
    </w:p>
    <w:p>
      <w:r>
        <w:rPr>
          <w:rFonts w:ascii="Courier New" w:hAnsi="Courier New"/>
          <w:color w:val="555555"/>
          <w:sz w:val="20"/>
        </w:rPr>
        <w:t>[5]</w:t>
      </w:r>
    </w:p>
    <w:p>
      <w:r>
        <w:rPr>
          <w:rFonts w:ascii="Gentium Plus" w:hAnsi="Gentium Plus"/>
          <w:sz w:val="24"/>
        </w:rPr>
        <w:t>Μωϋσέως εἰπόντος· Διαμαρτύρομαι ὑμῖν σήμερον τόν τε οὐρανὸν καὶ τὴν γῆν· καὶ πάλιν· Πρόσεχε, οὐρανὲ, καὶ λαλήσω· καὶ ἀκουέτω γῆ ῥήματα ἐκ στόματός μου. Ἔπρε‐ πεν οὖν τοὺς ὅτε ἐδίδοτο ὁ νόμος παραληφθέντας μάρτυρας, τοὺς αὐτοὺς κληθῆναι ἐπὶ τῷ ἐλέγχῳ τῆς παραβάσεως τοῦ</w:t>
      </w:r>
    </w:p>
    <w:p>
      <w:r>
        <w:rPr>
          <w:rFonts w:ascii="Courier New" w:hAnsi="Courier New"/>
          <w:color w:val="555555"/>
          <w:sz w:val="20"/>
        </w:rPr>
        <w:t>[10]</w:t>
      </w:r>
    </w:p>
    <w:p>
      <w:r>
        <w:rPr>
          <w:rFonts w:ascii="Gentium Plus" w:hAnsi="Gentium Plus"/>
          <w:sz w:val="24"/>
        </w:rPr>
        <w:t>νόμου. Ἐκκλησιάσατε γὰρ (φησὶ) πρός με τοὺς φυλάρχους ὑμῶν καὶ τοὺς πρεσβυτέρους ὑμῶν καὶ τοὺς κριτὰς καὶ τοὺς γραμματοεισαγωγεῖς, ἵνα λαλήσω εἰς τὰ ὦτα αὐτῶν, καὶ διαμαρτύρομαι αὐτοῖς τόν τε οὐρανὸν καὶ τὴν γῆν. —Πα‐ ρατετήρηται δὲ ὅτι ἐναντίως ἔχει ὡς πρὸς τὴν ᾠδὴν ὁ λόγος,</w:t>
      </w:r>
    </w:p>
    <w:p>
      <w:r>
        <w:rPr>
          <w:rFonts w:ascii="Courier New" w:hAnsi="Courier New"/>
          <w:color w:val="555555"/>
          <w:sz w:val="20"/>
        </w:rPr>
        <w:t>[15]</w:t>
      </w:r>
    </w:p>
    <w:p>
      <w:r>
        <w:rPr>
          <w:rFonts w:ascii="Gentium Plus" w:hAnsi="Gentium Plus"/>
          <w:sz w:val="24"/>
        </w:rPr>
        <w:t>ἐνθάδε. Ἐκεῖ μὲν γάρ· Πρόσεχε, οὐρανὲ (ἢ κατὰ τὰς ἄλλας ἐκδόσεις) Ἐνωτίζου, οὐρανέ· καὶ ἀκουέτω γῆ. Ἐνταῦθα δέ· Ἄκουε, οὐρανὲ, καὶ ἐνωτίζου, γῆ. Ὅτι ὅταν μὲν τὰ ὑψηλὰ φρονῇ ὁ λαὸς, καὶ Θεοῦ μὴ ἀποστῇ, ὡς ἐκ τοῦ συνεγγὺς ὄντα</w:t>
      </w:r>
    </w:p>
    <w:p>
      <w:r>
        <w:rPr>
          <w:rFonts w:ascii="Courier New" w:hAnsi="Courier New"/>
          <w:color w:val="555555"/>
          <w:sz w:val="20"/>
        </w:rPr>
        <w:t>[20]</w:t>
      </w:r>
    </w:p>
    <w:p>
      <w:r>
        <w:rPr>
          <w:rFonts w:ascii="Gentium Plus" w:hAnsi="Gentium Plus"/>
          <w:sz w:val="24"/>
        </w:rPr>
        <w:t>λόγους παρακαλεῖ· τοῦτο γάρ ἐστι τὸ Ἐνωτίζου. Ὅταν δὲ μακρυνθῇ τῶν οὐρανίων, ὡς μακρὰν ὄντι αὐτῷ διαλέγεται· Ἄκουε, οὐρανέ.</w:t>
      </w:r>
    </w:p>
    <w:p>
      <w:r>
        <w:rPr>
          <w:rFonts w:ascii="Courier New" w:hAnsi="Courier New"/>
          <w:color w:val="555555"/>
          <w:sz w:val="20"/>
        </w:rPr>
        <w:t>[1 . 12]</w:t>
      </w:r>
    </w:p>
    <w:p>
      <w:r>
        <w:rPr>
          <w:rFonts w:ascii="Gentium Plus" w:hAnsi="Gentium Plus"/>
          <w:sz w:val="24"/>
        </w:rPr>
        <w:t>Τὸ αὐτὸ καὶ ἐπὶ τῆς γῆς. Διὰ τοῦτο Μωϋσῆς μὲν ὡς ἐγγὺς ἔχων τὸν οὐρανὸν, διὰ τὴν προκοπὴν τοῦ λαοῦ· Πρόσ‐ εχε, οὐρανὲ, ἤ· Ἐνωτίζου, ὡς οἱ λοιποί. Ἡσαΐας δὲ, ἐν ἁμαρτίαις ὄντος τοῦ λαοῦ, καὶ τὰ γήϊνα φρονοῦντος, ὡς</w:t>
      </w:r>
    </w:p>
    <w:p>
      <w:r>
        <w:rPr>
          <w:rFonts w:ascii="Courier New" w:hAnsi="Courier New"/>
          <w:color w:val="555555"/>
          <w:sz w:val="20"/>
        </w:rPr>
        <w:t>[5]</w:t>
      </w:r>
    </w:p>
    <w:p>
      <w:r>
        <w:rPr>
          <w:rFonts w:ascii="Gentium Plus" w:hAnsi="Gentium Plus"/>
          <w:sz w:val="24"/>
        </w:rPr>
        <w:t>συνεγγὺς τὴν οὖσαν, τὴν γῆν εἰς τὰ ὦτα τοὺς λόγους δέ‐ χεσθαι ἐπιτάσσει. Τοῦτο γάρ ἐστι τὸ ἐνωτίζεσθαι. —Ἢ με‐ τωνυμικῶς οὐρανὸν μὲν τοὺς ἐν τῷ οὐρανῷ κατοικοῦντας, ὡς πόλιν λέγομεν τοὺς ἐν τῇ πόλει, καὶ γῆν τοὺς ἐν αὐτῇ πάντας, πρὸς τὸ μὴ ἐντεῦθεν περιελκυσθῆναι ἡμᾶς ἔμψυχα</w:t>
      </w:r>
    </w:p>
    <w:p>
      <w:r>
        <w:rPr>
          <w:rFonts w:ascii="Courier New" w:hAnsi="Courier New"/>
          <w:color w:val="555555"/>
          <w:sz w:val="20"/>
        </w:rPr>
        <w:t>[10]</w:t>
      </w:r>
    </w:p>
    <w:p>
      <w:r>
        <w:rPr>
          <w:rFonts w:ascii="Gentium Plus" w:hAnsi="Gentium Plus"/>
          <w:sz w:val="24"/>
        </w:rPr>
        <w:t>νομίζειν τὸν οὐρανὸν καὶ τὴν γῆν. Οὕτω γὰρ καὶ θρόνος Θεοῦ λέγεται ὁ οὐρανὸς, ἐκ τοῦ τὰς ἐπουρανίους δυνάμεις παγίως ἐν αὐταῖς τὴν τοῦ Θεοῦ γνῶσιν ἐνιδρυμένην ἔχειν. Καὶ ἡ γῆ, ὑποπόδιον, διὰ τὸ τοὺς ἐπὶ γῆς ἀνθρώπους τὰ τελευταῖα τῶν περὶ Θεοῦ μόλις χωρῆσαι δύνασθαι. Κατὰ</w:t>
      </w:r>
    </w:p>
    <w:p>
      <w:r>
        <w:rPr>
          <w:rFonts w:ascii="Courier New" w:hAnsi="Courier New"/>
          <w:color w:val="555555"/>
          <w:sz w:val="20"/>
        </w:rPr>
        <w:t>[15]</w:t>
      </w:r>
    </w:p>
    <w:p>
      <w:r>
        <w:rPr>
          <w:rFonts w:ascii="Gentium Plus" w:hAnsi="Gentium Plus"/>
          <w:sz w:val="24"/>
        </w:rPr>
        <w:t>τοῦτο εἴρηται· Ἀνὴρ πανοῦργος, θρόνος αἰσθήσεως· θρόνος δὲ ἀτιμίας, γυνὴ μισοῦσα δίκαια. Ὥσπερ καὶ αἰσθήσεως θρόνος, ὁ αἰσθητικὸς καὶ ἔμφρων, οὕτως Θεοῦ θρόνος, ὁ χω‐ ρήσας τὰ ἀνωτάτω περὶ Θεοῦ διηγήσεως. —Ὅτι Κύριος</w:t>
      </w:r>
    </w:p>
    <w:p>
      <w:r>
        <w:rPr>
          <w:rFonts w:ascii="Courier New" w:hAnsi="Courier New"/>
          <w:color w:val="555555"/>
          <w:sz w:val="20"/>
        </w:rPr>
        <w:t>[1 . 13]</w:t>
      </w:r>
    </w:p>
    <w:p>
      <w:r>
        <w:rPr>
          <w:rFonts w:ascii="Gentium Plus" w:hAnsi="Gentium Plus"/>
          <w:sz w:val="24"/>
        </w:rPr>
        <w:t>Υἱοὺς ἐγέννησα καὶ ὕψωσα, αὐτοὶ δέ με ἠθέτησαν. Ὢ τῆς φιλανθρωπίας. Δικαιολογεῖται ὁ Δεσπότης, ἵνα μετὰ τὰς ἀποδείξεις ἐπαγάγῃ τὰ πρὸς ἀξίαν. Υἱοὺς ἐγέννησα καὶ ὕψωσα. Σύνθετος ὁ ἄνθρωπος ἐκ ψυχῆς καὶ σώματος·</w:t>
      </w:r>
    </w:p>
    <w:p>
      <w:r>
        <w:rPr>
          <w:rFonts w:ascii="Courier New" w:hAnsi="Courier New"/>
          <w:color w:val="555555"/>
          <w:sz w:val="20"/>
        </w:rPr>
        <w:t>[5]</w:t>
      </w:r>
    </w:p>
    <w:p>
      <w:r>
        <w:rPr>
          <w:rFonts w:ascii="Gentium Plus" w:hAnsi="Gentium Plus"/>
          <w:sz w:val="24"/>
        </w:rPr>
        <w:t>ἡ σάρξ, ἀπὸ τῆς γῆς· ἡ ψυχὴ, οὐρανία. Ἐπεὶ οὖν πρὸς ἀμφότερα αὐτῷ ἡ συγγένειά ἐστιν, ἐπὶ τῶν οἰκειοτάτων αὐτοῦ τὴν ἁμαρτίαν ἐλέγχει. Υἱοὺς ἐγέννησα καὶ ὕψωσα. — Γενέσεως εἴδη δύο. Ἡ μὲν, ἡ κατὰ Θεὸν μόρφωσις, ἐξ ἔργων καὶ παραδοχῆς δογμάτων ἐπιτελουμένη· ὡς γεννᾷ</w:t>
      </w:r>
    </w:p>
    <w:p>
      <w:r>
        <w:rPr>
          <w:rFonts w:ascii="Courier New" w:hAnsi="Courier New"/>
          <w:color w:val="555555"/>
          <w:sz w:val="20"/>
        </w:rPr>
        <w:t>[10]</w:t>
      </w:r>
    </w:p>
    <w:p>
      <w:r>
        <w:rPr>
          <w:rFonts w:ascii="Gentium Plus" w:hAnsi="Gentium Plus"/>
          <w:sz w:val="24"/>
        </w:rPr>
        <w:t>Παῦλος διὰ τοῦ Εὐαγγελίου, καὶ τοὺς ἐκπεσόντας ὠδίνει, καὶ διαμορφοῖ ἀναπλάσσων αὐτοὺς εἰς εὐσέβειαν. Ἡ δέ τίς ἐστιν, ἡ εἰς τὸν βίον εἴσοδος, ὡς τὸ Αὕτη ἡ βίβλος γενέσεως οὐρανοῦ καὶ γῆς. Ἀμφοτέρας οὖν αὐτοῖς προφέρει, καὶ ὀνειδίζει, ὅτι ἐκ τοῦ μὴ ὄντος εἰς γένεσιν ἀχθέντες, καὶ</w:t>
      </w:r>
    </w:p>
    <w:p>
      <w:r>
        <w:rPr>
          <w:rFonts w:ascii="Courier New" w:hAnsi="Courier New"/>
          <w:color w:val="555555"/>
          <w:sz w:val="20"/>
        </w:rPr>
        <w:t>[15]</w:t>
      </w:r>
    </w:p>
    <w:p>
      <w:r>
        <w:rPr>
          <w:rFonts w:ascii="Gentium Plus" w:hAnsi="Gentium Plus"/>
          <w:sz w:val="24"/>
        </w:rPr>
        <w:t>κατ’ εἰκόνα Θεοῦ γενόμενοι (τοῦτο γάρ ἐστι τὸ καὶ γεννηθῆναι καὶ ὑψωθῆναι) οὔτε ὡς Κτίστῃ ηὐχαριστήσατε, οὔτε ὡς πατρὶ ἑαυτοὺς ὡμοιώσατε· ἀλλὰ διὰ τῆς πρὸς τὸ χεῖρον τροπῆς ἠθέτησαν μὲν τὸν Θεὸν, πατέρα δὲ ἑαυτῶν ἐποίησαν τὸν διάβολον. Πᾶς γὰρ ὁ ποιῶν τὴν ἁμαρτίαν, ἐκ τοῦ δια‐</w:t>
      </w:r>
    </w:p>
    <w:p>
      <w:r>
        <w:rPr>
          <w:rFonts w:ascii="Courier New" w:hAnsi="Courier New"/>
          <w:color w:val="555555"/>
          <w:sz w:val="20"/>
        </w:rPr>
        <w:t>[20]</w:t>
      </w:r>
    </w:p>
    <w:p>
      <w:r>
        <w:rPr>
          <w:rFonts w:ascii="Gentium Plus" w:hAnsi="Gentium Plus"/>
          <w:sz w:val="24"/>
        </w:rPr>
        <w:t>βόλου γεγέννηται. Καὶ ὁ Κύριος δὲ τοῖς πονηρευομένοις φησίν· Ὑμεῖς ἐκ τοῦ πατρὸς ὑμῶν τοῦ διαβόλου ἐστέ. Μεγάλη μὲν οὖν κατηγορία, καὶ τὸν υἱὸν ὄντα καὶ τῆς σω‐</w:t>
      </w:r>
    </w:p>
    <w:p>
      <w:r>
        <w:rPr>
          <w:rFonts w:ascii="Courier New" w:hAnsi="Courier New"/>
          <w:color w:val="555555"/>
          <w:sz w:val="20"/>
        </w:rPr>
        <w:t>[25]</w:t>
      </w:r>
    </w:p>
    <w:p>
      <w:r>
        <w:rPr>
          <w:rFonts w:ascii="Gentium Plus" w:hAnsi="Gentium Plus"/>
          <w:sz w:val="24"/>
        </w:rPr>
        <w:t>γενέσθαι τῶν οὐρανίων μέτοχος, καὶ μηδὲ οὕτως ἐπιμένων τῇ πρὸς τὸν εὐεργέτην ἀγάπῃ.</w:t>
      </w:r>
    </w:p>
    <w:p>
      <w:r>
        <w:rPr>
          <w:rFonts w:ascii="Courier New" w:hAnsi="Courier New"/>
          <w:color w:val="555555"/>
          <w:sz w:val="20"/>
        </w:rPr>
        <w:t>[1 . 14]</w:t>
      </w:r>
    </w:p>
    <w:p>
      <w:r>
        <w:rPr>
          <w:rFonts w:ascii="Gentium Plus" w:hAnsi="Gentium Plus"/>
          <w:sz w:val="24"/>
        </w:rPr>
        <w:t>Ἔγνω βοῦς τὸν κτησάμενον καὶ ὄνος τὴν φάτνην τοῦ κυρίου αὐτοῦ· Ἰσραὴλ δέ με οὐκ ἔγνω καὶ ὁ λαός με οὐ συνῆκε. Βοῒ καὶ ὄνῳ συγκρίνεται ὁ ἀθετήσας Θεόν. Ἐπειδὴ γὰρ</w:t>
      </w:r>
    </w:p>
    <w:p>
      <w:r>
        <w:rPr>
          <w:rFonts w:ascii="Courier New" w:hAnsi="Courier New"/>
          <w:color w:val="555555"/>
          <w:sz w:val="20"/>
        </w:rPr>
        <w:t>[5]</w:t>
      </w:r>
    </w:p>
    <w:p>
      <w:r>
        <w:rPr>
          <w:rFonts w:ascii="Gentium Plus" w:hAnsi="Gentium Plus"/>
          <w:sz w:val="24"/>
        </w:rPr>
        <w:t>Ἐν τιμῇ ὢν, οὐ συνῆκε· παρασυνεβλήθη τοῖς κτήνησι τοῖς ἀνοήτοις καὶ ὡμοιώθη αὐτοῖς. Τοιοῦτοι δέ εἰσιν οἱ μὴ κατὰ λόγον, ἀλλὰ κατὰ πάθος ζῶντες, ἐκ τῆς ἀλογίας πρὸς τὸν κτηνώδη βίον ὑποφερόμενοι. Τὰ σύντροφα δὲ τοῖς ἀνθρώ‐ ποις καὶ γνώριμα πρὸς τὴν εἰκόνα παρέλαβεν, ἵνα αἰσχυνώ‐</w:t>
      </w:r>
    </w:p>
    <w:p>
      <w:r>
        <w:rPr>
          <w:rFonts w:ascii="Courier New" w:hAnsi="Courier New"/>
          <w:color w:val="555555"/>
          <w:sz w:val="20"/>
        </w:rPr>
        <w:t>[10]</w:t>
      </w:r>
    </w:p>
    <w:p>
      <w:r>
        <w:rPr>
          <w:rFonts w:ascii="Gentium Plus" w:hAnsi="Gentium Plus"/>
          <w:sz w:val="24"/>
        </w:rPr>
        <w:t>μεθα, καὶ τούτων ὄντες ἀσυνετώτεροι, καὶ μηδὲ ἧς παρὰ τῶν ἀλόγων εὐνοίας τυγχάνομεν, ταύτης αὐτοὶ τῷ κτίσαντι ἡμᾶς μεταδιδόντες. Βοῦς μὲν γὰρ, ὁ συνεργὸς ἡμῖν εἰς γεωργίαν παραδοθεὶς, καὶ φωνῆς τοῦ τρέφοντος ἐπαισθά‐ νεται καὶ τὸν συνήθως αὐτῷ προσφέροντα τὴν τροφὴν ἐπι‐</w:t>
      </w:r>
    </w:p>
    <w:p>
      <w:r>
        <w:rPr>
          <w:rFonts w:ascii="Courier New" w:hAnsi="Courier New"/>
          <w:color w:val="555555"/>
          <w:sz w:val="20"/>
        </w:rPr>
        <w:t>[15]</w:t>
      </w:r>
    </w:p>
    <w:p>
      <w:r>
        <w:rPr>
          <w:rFonts w:ascii="Gentium Plus" w:hAnsi="Gentium Plus"/>
          <w:sz w:val="24"/>
        </w:rPr>
        <w:t>γινώσκει. Ὄνος δὲ αὐτομάτως ἐπὶ τοὺς τῆς καταλύσεως συνήθεις τόπους ὁρμᾷ. Εἰ οὖν τοῖς ἀλόγοις τοσαύτη πρὸς τὸν ἐπιμελούμενον ἡ συνήθεια, πόσον ἡ λογικὴ φύσις τῆς πρὸς τὸν Θεὸν ἀγάπης τὸ μέτρον ἀπαιτηθήσεται; Παρατήρει δὲ, ὅτι ὁ βοῦς πλείονα τὴν σύνεσιν ἔχειν παρὰ</w:t>
      </w:r>
    </w:p>
    <w:p>
      <w:r>
        <w:rPr>
          <w:rFonts w:ascii="Courier New" w:hAnsi="Courier New"/>
          <w:color w:val="555555"/>
          <w:sz w:val="20"/>
        </w:rPr>
        <w:t>[20]</w:t>
      </w:r>
    </w:p>
    <w:p>
      <w:r>
        <w:rPr>
          <w:rFonts w:ascii="Gentium Plus" w:hAnsi="Gentium Plus"/>
          <w:sz w:val="24"/>
        </w:rPr>
        <w:t>τὸν ὄνον μεμαρτύρηται· ὁ μὲν γὰρ αὐτὸν ἔγνω τὸν κτησάμε‐</w:t>
      </w:r>
    </w:p>
    <w:p>
      <w:r>
        <w:rPr>
          <w:rFonts w:ascii="Courier New" w:hAnsi="Courier New"/>
          <w:color w:val="555555"/>
          <w:sz w:val="20"/>
        </w:rPr>
        <w:t>[25]</w:t>
      </w:r>
    </w:p>
    <w:p>
      <w:r>
        <w:rPr>
          <w:rFonts w:ascii="Gentium Plus" w:hAnsi="Gentium Plus"/>
          <w:sz w:val="24"/>
        </w:rPr>
        <w:t>Δευτερονομίῳ ἀπηγόρευται ἀροτριᾷν ἐν μόσχῳ καὶ ὄνῳ ἐπὶ τὸ αὐτό· τουτέστι, τὸ γαῦρον τῆς ψυχῆς καὶ φιλόπονον τῷ φιληδόνῳ καὶ παθητικῷ μὴ συζεύξῃς. Οὐ γὰρ τῶν βοῶν μέλει τῷ Θεῷ· ἀλλὰ δι’ ἡμᾶς πάντως ἐγράφη. Ἀλλαχοῦ δὲ πάλιν συνέζευκται· Μακάριος γὰρ ὁ σπείρων ἐπὶ πᾶν</w:t>
      </w:r>
    </w:p>
    <w:p>
      <w:r>
        <w:rPr>
          <w:rFonts w:ascii="Courier New" w:hAnsi="Courier New"/>
          <w:color w:val="555555"/>
          <w:sz w:val="20"/>
        </w:rPr>
        <w:t>[30]</w:t>
      </w:r>
    </w:p>
    <w:p>
      <w:r>
        <w:rPr>
          <w:rFonts w:ascii="Gentium Plus" w:hAnsi="Gentium Plus"/>
          <w:sz w:val="24"/>
        </w:rPr>
        <w:t>ὕδωρ, οὗ βοῦς καὶ ὄνος πατεῖ, τουτέστι ὁ τῷ διδακτικῷ λόγῳ τό τε φιλόπονον τῆς ψυχῆς ἐπεγείρων, καὶ τὸ φιλή‐ δονον αὐτῆς θεραπεύων. Ὥσπερ γὰρ τὸ ζῶον ἀχθοφορικὸν, οὕτω καὶ τὸ ἐπιθυμητικὸν τῆς ψυχῆς τῷ βάρει τῆς ἁμαρτίας καταπεφόρτισται.</w:t>
      </w:r>
    </w:p>
    <w:p>
      <w:r>
        <w:rPr>
          <w:rFonts w:ascii="Courier New" w:hAnsi="Courier New"/>
          <w:color w:val="555555"/>
          <w:sz w:val="20"/>
        </w:rPr>
        <w:t>[1 . 15]</w:t>
      </w:r>
    </w:p>
    <w:p>
      <w:r>
        <w:rPr>
          <w:rFonts w:ascii="Gentium Plus" w:hAnsi="Gentium Plus"/>
          <w:sz w:val="24"/>
        </w:rPr>
        <w:t>Καὶ βοῦς μὲν τὸν κτησάμενον ἔγνω, Ἰσραὴλ δέ με οὐκ ἔγνω, τὸν Κτίσαντα· καὶ ὄνος τὴν φάτνην τοῦ κυρίου αὐτοῦ ἐπέγνω, Ἰσραὴλ δέ με οὐ συνῆκε. Καὶ φάτναι μὲν πολ‐ λαὶ, ἀλλ’ ὅμως ὁ ὄνος τῆς τοῦ κεκτημένου αὐτὸν φάτνης οὐκ</w:t>
      </w:r>
    </w:p>
    <w:p>
      <w:r>
        <w:rPr>
          <w:rFonts w:ascii="Courier New" w:hAnsi="Courier New"/>
          <w:color w:val="555555"/>
          <w:sz w:val="20"/>
        </w:rPr>
        <w:t>[5]</w:t>
      </w:r>
    </w:p>
    <w:p>
      <w:r>
        <w:rPr>
          <w:rFonts w:ascii="Gentium Plus" w:hAnsi="Gentium Plus"/>
          <w:sz w:val="24"/>
        </w:rPr>
        <w:t>ἀποσφάλλεται. Θεὸς δὲ εἷς, καὶ ὁ ἀγνώμων λαὸς ἐπὶ τοὺς μὴ ὄντας θεοὺς ἀποπλανᾶται. Ἐμὲ οὐ συνῆκε, τὸν δι’ οὐ‐ ρανοῦ γνωριζόμενον· τὸν διὰ γῆς καὶ θαλάσσης δεικνύ‐ μενον, τὸν διὰ ἡλίου, καὶ σελήνης, τὸν διὰ τῶν ἀστέρων, τὸν διὰ πάσης τῆς κτίσεως καταμηνυόμενον. —Οἰκείως δὲ</w:t>
      </w:r>
    </w:p>
    <w:p>
      <w:r>
        <w:rPr>
          <w:rFonts w:ascii="Courier New" w:hAnsi="Courier New"/>
          <w:color w:val="555555"/>
          <w:sz w:val="20"/>
        </w:rPr>
        <w:t>[10]</w:t>
      </w:r>
    </w:p>
    <w:p>
      <w:r>
        <w:rPr>
          <w:rFonts w:ascii="Gentium Plus" w:hAnsi="Gentium Plus"/>
          <w:sz w:val="24"/>
        </w:rPr>
        <w:t>τῇ μὲν τοῦ βοὸς εἰκόνι ὁ Ἰσραὴλ ἀποδέδοται, τῇ δὲ τοῦ ὄνου ὁ ἁπλῶς λαός. Ὅσῃ γὰρ βοῒ πρὸς ὄνον ἡ διαφορὰ, τοσοῦ‐ τον τοῦ Ἰσραὴλ, ὃς ἑρμηνεύεται ὁ ὁρῶν Θεὸν, πρὸς τὸν ἁπλῶς λαὸν χρηματίζοντα τὸ διάφορον.</w:t>
      </w:r>
    </w:p>
    <w:p>
      <w:r>
        <w:rPr>
          <w:rFonts w:ascii="Courier New" w:hAnsi="Courier New"/>
          <w:color w:val="555555"/>
          <w:sz w:val="20"/>
        </w:rPr>
        <w:t>[1 . 16]</w:t>
      </w:r>
    </w:p>
    <w:p>
      <w:r>
        <w:rPr>
          <w:rFonts w:ascii="Gentium Plus" w:hAnsi="Gentium Plus"/>
          <w:sz w:val="24"/>
        </w:rPr>
        <w:t>Οὐαὶ ἔθνος ἁμαρτωλὸν, λαὸς πλήρης ἁμαρτιῶν, σπέρμα πονηρὸν, υἱοὶ ἄνομοι. Ἔθνος καὶ λαὸς πολλαχοῦ συνεζευγμένως λέγεται· ὡς τὸ Ἐν πολλῷ ἔθνει δόξα βασιλέως, ἐν δὲ ἐκλείψει λαοῦ συντριβὴ δυ‐</w:t>
      </w:r>
    </w:p>
    <w:p>
      <w:r>
        <w:rPr>
          <w:rFonts w:ascii="Courier New" w:hAnsi="Courier New"/>
          <w:color w:val="555555"/>
          <w:sz w:val="20"/>
        </w:rPr>
        <w:t>[5]</w:t>
      </w:r>
    </w:p>
    <w:p>
      <w:r>
        <w:rPr>
          <w:rFonts w:ascii="Gentium Plus" w:hAnsi="Gentium Plus"/>
          <w:sz w:val="24"/>
        </w:rPr>
        <w:t>νάστου. Καὶ τὸ Ἵνα τὶ ἐφρύαξαν ἔθνη καὶ λαοὶ ἐμελέτησαν κενά; —Νυνὶ δὲ ἀπὸ τοῦ ἔθνος εἶναι ἁμαρτωλὸν ἀρξάμενοι, κατὰ τὴν ἐν πονηρίᾳ αὔξησιν γίνονται λαὸς πλήρης ἀνομιῶν, καὶ ἀπὸ τοῦ σπέρμα πονηρὸν εἶναι, ἐπὶ τὸ γενέσθαι υἱοὶ ἄνομοι. Ὡς γὰρ ἡ κατ’ ἀρετὴν προκοπὴ ἀπὸ τῶν ἐλαττόνων ἐπὶ τὰ</w:t>
      </w:r>
    </w:p>
    <w:p>
      <w:r>
        <w:rPr>
          <w:rFonts w:ascii="Courier New" w:hAnsi="Courier New"/>
          <w:color w:val="555555"/>
          <w:sz w:val="20"/>
        </w:rPr>
        <w:t>[10]</w:t>
      </w:r>
    </w:p>
    <w:p>
      <w:r>
        <w:rPr>
          <w:rFonts w:ascii="Gentium Plus" w:hAnsi="Gentium Plus"/>
          <w:sz w:val="24"/>
        </w:rPr>
        <w:t>μείζω τὴν αὔξησιν ἔχει, οὕτως ἡ τῆς κακίας χύσις ἀπὸ τῶν ὑποδεεστέρων τῶν ἐξ ἀρχῆς ἐπὶ τὸ ἀνήκεστον φέρεται. Σπέρμα δὲ πρὸς υἱοὺς πολὺ τὸ ἀκόλουθον καὶ κατ’ αὐτὴν τὴν φύσιν ἔχει· ἀπὸ τοῦ σπέρματος γὰρ εἰς τὸ υἱοὺς γε‐ νέσθαι προκόπτει, οὐ μόνον κατὰ τὰς σωματικὰς γενέσεις,</w:t>
      </w:r>
    </w:p>
    <w:p>
      <w:r>
        <w:rPr>
          <w:rFonts w:ascii="Courier New" w:hAnsi="Courier New"/>
          <w:color w:val="555555"/>
          <w:sz w:val="20"/>
        </w:rPr>
        <w:t>[15]</w:t>
      </w:r>
    </w:p>
    <w:p>
      <w:r>
        <w:rPr>
          <w:rFonts w:ascii="Gentium Plus" w:hAnsi="Gentium Plus"/>
          <w:sz w:val="24"/>
        </w:rPr>
        <w:t>ἀλλὰ καὶ κατὰ τὴν ἐν ψυχῇ αὔξησιν, ἐκ τῶν τῆς διδασκαλίας σπερμάτων, εἰς τὴν πρὸς τοὺς διδάξαντας ἐξομοίωσιν τῶν ὑποδεξαμένων τὰ διδάγματα προκοπτόντων, καὶ διὰ τοῦτο υἱῶν χρηματιζόντων, ἤτοι υἱῶν τῆς βασιλείας, ὅταν τὰ σωτήρια δεξάμενοι σπέρματα, κατ’ αὐτὰ τελειοῦνται· ἢ</w:t>
      </w:r>
    </w:p>
    <w:p>
      <w:r>
        <w:rPr>
          <w:rFonts w:ascii="Courier New" w:hAnsi="Courier New"/>
          <w:color w:val="555555"/>
          <w:sz w:val="20"/>
        </w:rPr>
        <w:t>[20]</w:t>
      </w:r>
    </w:p>
    <w:p>
      <w:r>
        <w:rPr>
          <w:rFonts w:ascii="Gentium Plus" w:hAnsi="Gentium Plus"/>
          <w:sz w:val="24"/>
        </w:rPr>
        <w:t>τῆς γεέννης υἱῶν, ἐὰν ἐκ πονηρῶν διδαγμάτων τῇ ἀπωλείᾳ προσοικειῶνται. —Μεγάλη δὲ κατηγορία, ὅλον ἔθνος ἁμαρ‐ τωλὸν χρηματίζειν, ὡς μηδένα ἐν αὐτῷ κατορθοῦν· καὶ λαὸν πλήρη ἁμαρτιῶν, ὡς πᾶν εἶδος ἀνομίας ἐπιτηδεύεσθαι παρ’ αὐτῶν, ἀλλὰ καὶ τὰ τῆς κακίας πρὸς ἑαυτὴν ἐναντιώ‐</w:t>
      </w:r>
    </w:p>
    <w:p>
      <w:r>
        <w:rPr>
          <w:rFonts w:ascii="Courier New" w:hAnsi="Courier New"/>
          <w:color w:val="555555"/>
          <w:sz w:val="20"/>
        </w:rPr>
        <w:t>[25]</w:t>
      </w:r>
    </w:p>
    <w:p>
      <w:r>
        <w:rPr>
          <w:rFonts w:ascii="Gentium Plus" w:hAnsi="Gentium Plus"/>
          <w:sz w:val="24"/>
        </w:rPr>
        <w:t>ματα εὑρίσκεσθαι, καθὼς εἴρηται· Πεπληρωμένους πάσης ἀδικίας· καὶ τὸ Οὔπω γὰρ ἀναπεπλήρωνται αἱ ἁμαρτίαι τῶν Ἀμοῤῥαίων· καὶ παρὰ τοῦ Σωτῆρος δέ· Πληρώσατε καὶ ὑμεῖς τὸ μέτρον τῶν πατέρων ὑμῶν.</w:t>
      </w:r>
    </w:p>
    <w:p>
      <w:r>
        <w:rPr>
          <w:rFonts w:ascii="Courier New" w:hAnsi="Courier New"/>
          <w:color w:val="555555"/>
          <w:sz w:val="20"/>
        </w:rPr>
        <w:t>[1 . 17]</w:t>
      </w:r>
    </w:p>
    <w:p>
      <w:r>
        <w:rPr>
          <w:rFonts w:ascii="Gentium Plus" w:hAnsi="Gentium Plus"/>
          <w:sz w:val="24"/>
        </w:rPr>
        <w:t>Σπέρμα πονηρόν. Τὸ παρὰ τοῦ ἐχθροῦ ἀνθρώπου τῷ καθαρῷ σίτῳ ἐπισπα‐ ρὲν ζιζάνιον, ὃ, εἰς τελείωσιν ἐλθὸν, υἱὸς ἐγένετο ἄνομος, υἱὸς ὢν ἀπωλείας καὶ υἱὸς γεέννης. Διὰ τοῦτο καὶ θρήνου ἀξιοῦνται</w:t>
      </w:r>
    </w:p>
    <w:p>
      <w:r>
        <w:rPr>
          <w:rFonts w:ascii="Courier New" w:hAnsi="Courier New"/>
          <w:color w:val="555555"/>
          <w:sz w:val="20"/>
        </w:rPr>
        <w:t>[5]</w:t>
      </w:r>
    </w:p>
    <w:p>
      <w:r>
        <w:rPr>
          <w:rFonts w:ascii="Gentium Plus" w:hAnsi="Gentium Plus"/>
          <w:sz w:val="24"/>
        </w:rPr>
        <w:t>οἱ, ἀντὶ τοῦ υἱοὶ Ὑψίστου εἶναι, υἱοὶ γενόμενοι ἄνομοι· καὶ ἀντὶ τοῦ μεῖναι ἐν τῇ θειοτέρᾳ γεννήσει, σπέρμα γενόμενοι πο‐ νηρόν. Πλὴν ὅτι ἡ ἐν ἔθει πονηρία αὐτῶν πρῶτον τῶν ἐχόντων ἐστὶ φθαρτική· τὸ γὰρ ἔσχατον ἐν πονηρίᾳ καὶ πρὸς ἑαυτό ἐστιν ἀσύμφωνον. —Ἐγκαταλίπατε τὸν Κύριον καὶ παρωξύ‐</w:t>
      </w:r>
    </w:p>
    <w:p>
      <w:r>
        <w:rPr>
          <w:rFonts w:ascii="Courier New" w:hAnsi="Courier New"/>
          <w:color w:val="555555"/>
          <w:sz w:val="20"/>
        </w:rPr>
        <w:t>[10]</w:t>
      </w:r>
    </w:p>
    <w:p>
      <w:r>
        <w:rPr>
          <w:rFonts w:ascii="Gentium Plus" w:hAnsi="Gentium Plus"/>
          <w:sz w:val="24"/>
        </w:rPr>
        <w:t>νατε τὸν Ἅγιον τοῦ Ἰσραήλ. Τίς μείζων κακίας ἀπόδειξις, ἣ ἡ τοῦ ἀγαθοῦ ἐγκατάλειψις; καὶ πονηρίας ὑπερβολὴ, τὸ παροξῦναι τὸν ἀγαθὸν καὶ πρᾶον; Τὸ αὐτὸ δὲ καὶ παρὰ τῷ Ἱερεμίᾳ κατηγοροῦνται· Ἐμὲ γὰρ ἐγκατέλιπον, πηγὴν</w:t>
      </w:r>
    </w:p>
    <w:p>
      <w:r>
        <w:rPr>
          <w:rFonts w:ascii="Courier New" w:hAnsi="Courier New"/>
          <w:color w:val="555555"/>
          <w:sz w:val="20"/>
        </w:rPr>
        <w:t>[15]</w:t>
      </w:r>
    </w:p>
    <w:p>
      <w:r>
        <w:rPr>
          <w:rFonts w:ascii="Gentium Plus" w:hAnsi="Gentium Plus"/>
          <w:sz w:val="24"/>
        </w:rPr>
        <w:t>τὸ μέτρον ἕκαστος ἑαυτῷ θησαυρίζει τῆς ἐν τῇ ἀνταποδόσει ὀργῆς. Ἀπηλλοτριώθησαν εἰς τὰ ὀπίσω. Τοῦτο ἀπὸ τοῦ Θεο‐ δοτίωνος προσετέθη, οἱονεὶ ἑρμηνεία τοῦ ἐγκαταλιπεῖν, τὸ ἀπαλλοτριοῦσθαι τοῦ Θεοῦ διὰ τῆς ἐπὶ τὸ χεῖρον ἀποπτώ‐</w:t>
      </w:r>
    </w:p>
    <w:p>
      <w:r>
        <w:rPr>
          <w:rFonts w:ascii="Courier New" w:hAnsi="Courier New"/>
          <w:color w:val="555555"/>
          <w:sz w:val="20"/>
        </w:rPr>
        <w:t>[20]</w:t>
      </w:r>
    </w:p>
    <w:p>
      <w:r>
        <w:rPr>
          <w:rFonts w:ascii="Gentium Plus" w:hAnsi="Gentium Plus"/>
          <w:sz w:val="24"/>
        </w:rPr>
        <w:t>σεως. Ὥσπερ γὰρ ὁ τελειούμενος τοῖς ἔμπροσθεν ἐπεκτεί‐ νεται, οὕτως ὁ ἁμαρτάνων εἰς τὸ κατόπιν ἀναποδίζει, μακρύνων ἑαυτὸν τοῦ Κυρίου καὶ διὰ τοῦτο ἀπολλύμενος. Ἰδοὺ γὰρ (φησὶν) οἱ μακρύνοντες ἑαυτοὺς ἀπὸ σοῦ, ἀπο‐ λοῦνται. Οὕτως οὖν βιώσωμεν, ὡς μηδέποτε τὰ παρελ‐</w:t>
      </w:r>
    </w:p>
    <w:p>
      <w:r>
        <w:rPr>
          <w:rFonts w:ascii="Courier New" w:hAnsi="Courier New"/>
          <w:color w:val="555555"/>
          <w:sz w:val="20"/>
        </w:rPr>
        <w:t>[25]</w:t>
      </w:r>
    </w:p>
    <w:p>
      <w:r>
        <w:rPr>
          <w:rFonts w:ascii="Gentium Plus" w:hAnsi="Gentium Plus"/>
          <w:sz w:val="24"/>
        </w:rPr>
        <w:t>θόντα κρείττονα εἶναι τῶν μελλόντων, ἢ τῶν ἐνεστηκότων. Τοῦτο γὰρ καὶ ὁ Ἐκκλησιαστὴς ἀπαγορεύει· Μὴ εἴπῃς, ὅτι ἡμέραι αἱ πρότεραι ἀγαθαὶ ἦσαν ὑπὲρ ταύτας· ὅτι οὐκ ἐν σοφίᾳ ἐπηρώτησας περὶ τούτου. Ἐὰν γὰρ αἱ προάγουσαι ἡμέραι βελτίους ὦσι τῶν μετὰ ταῦτα, λεχθήσεται ἡμῖν·</w:t>
      </w:r>
    </w:p>
    <w:p>
      <w:r>
        <w:rPr>
          <w:rFonts w:ascii="Courier New" w:hAnsi="Courier New"/>
          <w:color w:val="555555"/>
          <w:sz w:val="20"/>
        </w:rPr>
        <w:t>[30]</w:t>
      </w:r>
    </w:p>
    <w:p>
      <w:r>
        <w:rPr>
          <w:rFonts w:ascii="Gentium Plus" w:hAnsi="Gentium Plus"/>
          <w:sz w:val="24"/>
        </w:rPr>
        <w:t>τοσαῦτα ἐπάθετε εἰκῆ, ἀμαυρουμένων τῶν καλῶν ὑπὸ τῆς ἐν τοῖς ὕστερον ἀμελείας. Ὁ γὰρ Ἰεζεκιήλ φησιν· Ἐν τῷ ἀποστρέψαι δίκαιον ἐκ τῆς δικαιοσύνης αὐτοῦ καὶ ποιῆσαι ἀδικίαν κατὰ πάσας τὰς ἀνομίας, ἃς ἐποίησεν ὁ ἄνομος, πᾶσαι αἱ δικαιοσύναι, ἃς ἐποίησεν, οὐ μὴ μνησθῶσιν· ἐν</w:t>
      </w:r>
    </w:p>
    <w:p>
      <w:r>
        <w:rPr>
          <w:rFonts w:ascii="Courier New" w:hAnsi="Courier New"/>
          <w:color w:val="555555"/>
          <w:sz w:val="20"/>
        </w:rPr>
        <w:t>[35]</w:t>
      </w:r>
    </w:p>
    <w:p>
      <w:r>
        <w:rPr>
          <w:rFonts w:ascii="Gentium Plus" w:hAnsi="Gentium Plus"/>
          <w:sz w:val="24"/>
        </w:rPr>
        <w:t>τῷ παραπτώματι αὐτοῦ, ᾧ παρέπεσε, καὶ ἐν ταῖς ἁμαρ‐ τίαις αὐτοῦ, αἷς ἥμαρτεν, ἐν αὐταῖς ἀποθανεῖται.</w:t>
      </w:r>
    </w:p>
    <w:p>
      <w:r>
        <w:rPr>
          <w:rFonts w:ascii="Courier New" w:hAnsi="Courier New"/>
          <w:color w:val="555555"/>
          <w:sz w:val="20"/>
        </w:rPr>
        <w:t>[1 . 18]</w:t>
      </w:r>
    </w:p>
    <w:p>
      <w:r>
        <w:rPr>
          <w:rFonts w:ascii="Gentium Plus" w:hAnsi="Gentium Plus"/>
          <w:sz w:val="24"/>
        </w:rPr>
        <w:t>Τί ἔτι πληγῆτε, προστιθέντες ἀνομίαν; Τὸ λεγόμενον τοιοῦτόν ἐστι· ἐπὶ ταῖς ἁμαρτίαις ὑμῶν παι‐ δεύων ὑμᾶς ἐμαστίγουν. Μὴ μετανοοῦσιν, ἀλλ’ ἔτι ἐξαμαρτά‐ νουσιν ἐπῆγον ἀεὶ καὶ προσετίθουν τὰς μάστιγας, ὡς πᾶν μέ‐</w:t>
      </w:r>
    </w:p>
    <w:p>
      <w:r>
        <w:rPr>
          <w:rFonts w:ascii="Courier New" w:hAnsi="Courier New"/>
          <w:color w:val="555555"/>
          <w:sz w:val="20"/>
        </w:rPr>
        <w:t>[5]</w:t>
      </w:r>
    </w:p>
    <w:p>
      <w:r>
        <w:rPr>
          <w:rFonts w:ascii="Gentium Plus" w:hAnsi="Gentium Plus"/>
          <w:sz w:val="24"/>
        </w:rPr>
        <w:t>ρος τοῦ σώματος ἀπὸ τῶν ἐν νουθεσίᾳ πληγῶν κατειλῆφθαι. —Τοῖς μὲν ἰάσιμα ἁμαρτάνουσιν ἀπειλεῖ ὁ λόγος, ἐπισκέπ‐ τεσθαι ἐν ῥάβδῳ τὰς ἀνομίας αὐτῶν καὶ ἐν μάστιξι τὰς ἀδικίας αὐτῶν· τοῖς δὲ ἀνιάτως ἔχουσι λέγει· Τί ἔτι πλη‐ γῆτε; Πάσας διεξεληλυθότες τὰς πληγὰς, πασῶν κατεφρο‐</w:t>
      </w:r>
    </w:p>
    <w:p>
      <w:r>
        <w:rPr>
          <w:rFonts w:ascii="Courier New" w:hAnsi="Courier New"/>
          <w:color w:val="555555"/>
          <w:sz w:val="20"/>
        </w:rPr>
        <w:t>[10]</w:t>
      </w:r>
    </w:p>
    <w:p>
      <w:r>
        <w:rPr>
          <w:rFonts w:ascii="Gentium Plus" w:hAnsi="Gentium Plus"/>
          <w:sz w:val="24"/>
        </w:rPr>
        <w:t>νήσατε τῶν ἐπιστρεπτικῶν μαστίγων. Συντριμμὸς ὑμᾶς μένει. Ἀποροῦντος ἡ φωνὴ καὶ ἀπογιγνώσκοντος τὴν διόρθωσιν, ὡς ἐν τῷ Ἰεζεκιήλ· Ὁ ζῆλός μου ἀποστήσεται ἀπὸ σοῦ, καὶ οὐ θυμωθήσομαι ἐπὶ σοί. Τῶν δὲ περιστατικῶς συμβαινόντων, τινὰ μὲν ἁμαρτημάτων</w:t>
      </w:r>
    </w:p>
    <w:p>
      <w:r>
        <w:rPr>
          <w:rFonts w:ascii="Courier New" w:hAnsi="Courier New"/>
          <w:color w:val="555555"/>
          <w:sz w:val="20"/>
        </w:rPr>
        <w:t>[15]</w:t>
      </w:r>
    </w:p>
    <w:p>
      <w:r>
        <w:rPr>
          <w:rFonts w:ascii="Gentium Plus" w:hAnsi="Gentium Plus"/>
          <w:sz w:val="24"/>
        </w:rPr>
        <w:t>ἕνεκα γίνεται, τινὰ δὲ εἰς διόρθωσιν τοῦ ἤθους τῶν πειραζομέ‐ νων, ἄλλα δὲ ὑπὲρ τοῦ ἐκτριβῆναι τοὺς ἀπεγνωμένους, ὡς ἐπὶ τοῦ Φαραώ. Τούτοις οὖν ὡς ἀπεγνωσμένοις οὐκέτι πληγαὶ, οὐδὲ μάστιγες, ἀλλ’ ἀφανισμὸς ἀπειλεῖται. —Πᾶσα κεφαλὴ εἰς πόνον καὶ πᾶσα καρδία εἰς λύπην. Τί ἔτι πληγῆτε, ὧν καὶ</w:t>
      </w:r>
    </w:p>
    <w:p>
      <w:r>
        <w:rPr>
          <w:rFonts w:ascii="Courier New" w:hAnsi="Courier New"/>
          <w:color w:val="555555"/>
          <w:sz w:val="20"/>
        </w:rPr>
        <w:t>[20]</w:t>
      </w:r>
    </w:p>
    <w:p>
      <w:r>
        <w:rPr>
          <w:rFonts w:ascii="Gentium Plus" w:hAnsi="Gentium Plus"/>
          <w:sz w:val="24"/>
        </w:rPr>
        <w:t>τὰ σώματα καὶ αἱ ψυχαὶ μεμαστίγωνται καὶ οὐδαμοῦ ἡ διόρθωσις, πάσης κεφαλῆς ὀδυνομένης καὶ πάσης καρδίας σκυθρωπαζούσης; —Οὐ πάντως τὸ μέλος τοῦ σώματος λέγει τὴν κεφαλὴν, ὡς περὶ αὐτὴν μόνην τῆς ὀδύνης ἐστηριγ‐ μένης· ἀλλὰ Πᾶσα κεφαλὴ, ἀντὶ τοῦ τὸν καθ’ ἕνα ἄνθρω‐</w:t>
      </w:r>
    </w:p>
    <w:p>
      <w:r>
        <w:rPr>
          <w:rFonts w:ascii="Courier New" w:hAnsi="Courier New"/>
          <w:color w:val="555555"/>
          <w:sz w:val="20"/>
        </w:rPr>
        <w:t>[25]</w:t>
      </w:r>
    </w:p>
    <w:p>
      <w:r>
        <w:rPr>
          <w:rFonts w:ascii="Gentium Plus" w:hAnsi="Gentium Plus"/>
          <w:sz w:val="24"/>
        </w:rPr>
        <w:t>πον, κατὰ τὴν συνήθειαν τῆς Γραφῆς· Λάβετε γὰρ ἀπαρχὴν πάσης συναγωγῆς Ἰσραὴλ, κατὰ συγγενείας, κατὰ δήμους, κατ’ οἴκους πατριῶν, κατὰ ἀριθμὸν ἐξ ὀνόματος αὐτῶν, κατὰ κεφαλὴν αὐτῶν. Ἐπειδὴ γὰρ ὅλον τὸ ἔθνος ἁμαρτωλὸν καὶ πᾶς ὁ λαὸς πλήρης ἀνομιῶν, διὰ τοῦτο καὶ ἡ κόλασις ἐπὶ</w:t>
      </w:r>
    </w:p>
    <w:p>
      <w:r>
        <w:rPr>
          <w:rFonts w:ascii="Courier New" w:hAnsi="Courier New"/>
          <w:color w:val="555555"/>
          <w:sz w:val="20"/>
        </w:rPr>
        <w:t>[30]</w:t>
      </w:r>
    </w:p>
    <w:p>
      <w:r>
        <w:rPr>
          <w:rFonts w:ascii="Gentium Plus" w:hAnsi="Gentium Plus"/>
          <w:sz w:val="24"/>
        </w:rPr>
        <w:t>πάντας ἔφθασε, καὶ πᾶσα καρδία λυπηρά, εἰς αἰχμαλωσίαν</w:t>
      </w:r>
    </w:p>
    <w:p>
      <w:r>
        <w:rPr>
          <w:rFonts w:ascii="Courier New" w:hAnsi="Courier New"/>
          <w:color w:val="555555"/>
          <w:sz w:val="20"/>
        </w:rPr>
        <w:t>[35]</w:t>
      </w:r>
    </w:p>
    <w:p>
      <w:r>
        <w:rPr>
          <w:rFonts w:ascii="Gentium Plus" w:hAnsi="Gentium Plus"/>
          <w:sz w:val="24"/>
        </w:rPr>
        <w:t>οὐκ ἔστιν ἐν αὐτῷ ὁλοκληρία, οὔτε τραῦμα, οὔτε μώλωψ, οὔτε πληγὴ φλεγμαίνουσα, διὰ τὰς ἐφ’ ἑκάστῳ ἁμαρτή‐ ματι παρὰ τοῦ ἐπιμελουμένου αὐτῶν ἐπενεχθείσας μάστι‐ γας. Εἶτα ἐπειδὴ τραῦμα λύσις ἐστὶ τῆς τοῦ σώματος συν‐ εχείας, κατὰ μικρόν τι μέρος τῆς συναφείας διακοπείσης,</w:t>
      </w:r>
    </w:p>
    <w:p>
      <w:r>
        <w:rPr>
          <w:rFonts w:ascii="Courier New" w:hAnsi="Courier New"/>
          <w:color w:val="555555"/>
          <w:sz w:val="20"/>
        </w:rPr>
        <w:t>[40]</w:t>
      </w:r>
    </w:p>
    <w:p>
      <w:r>
        <w:rPr>
          <w:rFonts w:ascii="Gentium Plus" w:hAnsi="Gentium Plus"/>
          <w:sz w:val="24"/>
        </w:rPr>
        <w:t>καὶ ὡς ὁ μώλωψ ἴχνος ἐστὶ πληγῆς ὕφαιμον, θλασθέντος τοῦ σώματος ἐκ τῆς ἀντιτυπίας τοῦ πλήξαντος, καὶ τοῦτο δὲ κατά τι μέρος συνίσταται καὶ ἡ φλεγμονὴ ὄγκος ἐστὶ πυρώδης, συῤῥεόντων ἐπὶ τὸ ἀσθενῆσαν μέρος τῶν ὑγρῶν καὶ τῇ παρὰ φύσιν θερμασίᾳ φλεγόντων τὸ πεπονθός, —ὁ</w:t>
      </w:r>
    </w:p>
    <w:p>
      <w:r>
        <w:rPr>
          <w:rFonts w:ascii="Courier New" w:hAnsi="Courier New"/>
          <w:color w:val="555555"/>
          <w:sz w:val="20"/>
        </w:rPr>
        <w:t>[45]</w:t>
      </w:r>
    </w:p>
    <w:p>
      <w:r>
        <w:rPr>
          <w:rFonts w:ascii="Gentium Plus" w:hAnsi="Gentium Plus"/>
          <w:sz w:val="24"/>
        </w:rPr>
        <w:t>λόγος τί φησι περὶ τῶν ὅλων δι’ ὅλου, τῇ ἀσθενείᾳ κατει‐ λημμένων; Ὅτι οὐχ ὡς τραῦμα (φησὶν) οὐδὲ ὡς μώλωψ, οὐδὲ ὡς πληγὴ φλεγμαίνουσα, οὕτως ὑμῶν ἡ ἀῤῥωστία ἥψατο, ἀλλὰ ἡνωμένως ἐπίκειται ὑμῖν τὸ κακὸν, ὡς πάντα εἶναι συγκεχυμένα, καὶ τραῦμα εἶναι, καὶ μώλωπα, καὶ πλη‐</w:t>
      </w:r>
    </w:p>
    <w:p>
      <w:r>
        <w:rPr>
          <w:rFonts w:ascii="Courier New" w:hAnsi="Courier New"/>
          <w:color w:val="555555"/>
          <w:sz w:val="20"/>
        </w:rPr>
        <w:t>[1 . 18 (50)]</w:t>
      </w:r>
    </w:p>
    <w:p>
      <w:r>
        <w:rPr>
          <w:rFonts w:ascii="Gentium Plus" w:hAnsi="Gentium Plus"/>
          <w:sz w:val="24"/>
        </w:rPr>
        <w:t>γήν. Οὐκ ἔστι μάλαγμα ἐπιθεῖναι, οὔτε ἔλαιον, οὔτε κατα‐ δέσμους. Ἐπειδὴ ὑπὲρ τραῦμα καὶ μώλωπα καὶ πληγὴν φλεγμαίνουσαν ἡ ἀῤῥωστία ἐστὶν, οὐκ ἔστι μάλαγμα ἐπιθεῖ‐ ναι, ὡς πρὸς τὴν πληγὴν, οὐδὲ ἔλαιον, ὡς πρὸς τὰ τραύ‐</w:t>
      </w:r>
    </w:p>
    <w:p>
      <w:r>
        <w:rPr>
          <w:rFonts w:ascii="Courier New" w:hAnsi="Courier New"/>
          <w:color w:val="555555"/>
          <w:sz w:val="20"/>
        </w:rPr>
        <w:t>[55]</w:t>
      </w:r>
    </w:p>
    <w:p>
      <w:r>
        <w:rPr>
          <w:rFonts w:ascii="Gentium Plus" w:hAnsi="Gentium Plus"/>
          <w:sz w:val="24"/>
        </w:rPr>
        <w:t>ματα. Οὐ χρεία (φησὶ) τῆς ἀπὸ τούτων βοηθείας· μείζονα γὰρ τὰ συμπτώματα, ἢ ὥστε τούτοις ἐνδοῦναι. —Τραύματα μὲν οὖν ἐστι τὰ ἐν Ἐκκλησίᾳ σχίσματα· μώλωπες δὲ, αἱ ὕπουλοι καρδίαι· φλεγμονὴ δὲ, ἔπαρσις ψυχῆς, ἐξ ἀλόγου</w:t>
      </w:r>
    </w:p>
    <w:p>
      <w:r>
        <w:rPr>
          <w:rFonts w:ascii="Courier New" w:hAnsi="Courier New"/>
          <w:color w:val="555555"/>
          <w:sz w:val="20"/>
        </w:rPr>
        <w:t>[60]</w:t>
      </w:r>
    </w:p>
    <w:p>
      <w:r>
        <w:rPr>
          <w:rFonts w:ascii="Gentium Plus" w:hAnsi="Gentium Plus"/>
          <w:sz w:val="24"/>
        </w:rPr>
        <w:t>γνώσεως τοῦ Χριστοῦ. Μάλαγμα μὲν οὖν ἐστιν ὁ μετὰ πραότητος καὶ ἐπιεικείας ταπεινωτικὸς τῶν ματαίων φυ‐ σιώσεων λόγος· ἔλαιον δὲ, ὁ μετὰ οἴκτου καὶ συμπαθείας τὸ δολερὸν καὶ ὕπουλον καὶ τραχὺ τῶν ἐν ὑποκρίσει ψευδολό‐ γων καταλεαίνων· κατάδεσμος δὲ, λόγος ὁ τὰ πρὸς διάστα‐</w:t>
      </w:r>
    </w:p>
    <w:p>
      <w:r>
        <w:rPr>
          <w:rFonts w:ascii="Courier New" w:hAnsi="Courier New"/>
          <w:color w:val="555555"/>
          <w:sz w:val="20"/>
        </w:rPr>
        <w:t>[65]</w:t>
      </w:r>
    </w:p>
    <w:p>
      <w:r>
        <w:rPr>
          <w:rFonts w:ascii="Gentium Plus" w:hAnsi="Gentium Plus"/>
          <w:sz w:val="24"/>
        </w:rPr>
        <w:t>σιν ἐπειγόμενα συγκρατῶν.</w:t>
      </w:r>
    </w:p>
    <w:p>
      <w:r>
        <w:rPr>
          <w:rFonts w:ascii="Courier New" w:hAnsi="Courier New"/>
          <w:color w:val="555555"/>
          <w:sz w:val="20"/>
        </w:rPr>
        <w:t>[1 . 19]</w:t>
      </w:r>
    </w:p>
    <w:p>
      <w:r>
        <w:rPr>
          <w:rFonts w:ascii="Gentium Plus" w:hAnsi="Gentium Plus"/>
          <w:sz w:val="24"/>
        </w:rPr>
        <w:t>Ἡ γῆ ὑμῶν ἔρημος· αἱ πόλεις ὑμῶν πυρίκαυστοι· τὴν χώραν ὑμῶν ἐνώπιον ὑμῶν ἀλλότριοι κατεσθίουσιν αὐτὴν, καὶ ἠρήμωται, κατεστραμμένη ὑπὸ λαῶν ἀλλοτρίων. Ἐπειδὴ ἀπέγνω τῆς διορθώσεως, ἀπειλεῖ τὸν ἀφανισμόν.</w:t>
      </w:r>
    </w:p>
    <w:p>
      <w:r>
        <w:rPr>
          <w:rFonts w:ascii="Courier New" w:hAnsi="Courier New"/>
          <w:color w:val="555555"/>
          <w:sz w:val="20"/>
        </w:rPr>
        <w:t>[5]</w:t>
      </w:r>
    </w:p>
    <w:p>
      <w:r>
        <w:rPr>
          <w:rFonts w:ascii="Gentium Plus" w:hAnsi="Gentium Plus"/>
          <w:sz w:val="24"/>
        </w:rPr>
        <w:t>Ταῦτα δὲ οὐκ ἐπὶ τῶν χρόνων Ἡσαΐου γέγονεν· ἀλλὰ σύν‐ ηθες τῇ προφητείᾳ τὰ μέλλοντα γίνεσθαι ὡς ἤδη γενόμενα, λέγειν, ὡς τὸ Ἔδωκαν εἰς τὸ βρῶμά μου χολὴν, καὶ εἰς τὴν δίψαν μου ἐπότισάν με ὄξος. —Διὰ γὰρ τὴν ἐπὶ τῇ ἐκβάσει τῶν προαγορευθέντων πεποίθησιν, ὡς ἀναντιῤῥήτως ἐκβησο‐</w:t>
      </w:r>
    </w:p>
    <w:p>
      <w:r>
        <w:rPr>
          <w:rFonts w:ascii="Courier New" w:hAnsi="Courier New"/>
          <w:color w:val="555555"/>
          <w:sz w:val="20"/>
        </w:rPr>
        <w:t>[10]</w:t>
      </w:r>
    </w:p>
    <w:p>
      <w:r>
        <w:rPr>
          <w:rFonts w:ascii="Gentium Plus" w:hAnsi="Gentium Plus"/>
          <w:sz w:val="24"/>
        </w:rPr>
        <w:t>μένων, τὸ μέλλον ἔσεσθαι τῷ παρελθόντι συνάπτεται. Συμβέβηκε δὲ ταῦτα ἐπὶ τῆς εἰς Βαβυλῶνα αἰχμαλωσίας, τήν τε γῆν κενωθῆναι τῶν οἰκητόρων καὶ τὰς πόλεις ἐμ‐ πρησθῆναι καὶ ὑπὸ τῶν ἐκ τῆς Μηδείας ἀποσταλέντων ἐποίκων τὴν χώραν ἐσθίεσθαι, βλεπόντων τῶν καταλειφ‐</w:t>
      </w:r>
    </w:p>
    <w:p>
      <w:r>
        <w:rPr>
          <w:rFonts w:ascii="Courier New" w:hAnsi="Courier New"/>
          <w:color w:val="555555"/>
          <w:sz w:val="20"/>
        </w:rPr>
        <w:t>[15]</w:t>
      </w:r>
    </w:p>
    <w:p>
      <w:r>
        <w:rPr>
          <w:rFonts w:ascii="Gentium Plus" w:hAnsi="Gentium Plus"/>
          <w:sz w:val="24"/>
        </w:rPr>
        <w:t>θέντων· ὅτε καὶ ἐγένετο πᾶσα ἡ χώρα κατεστραμμένη ὑπὸ λαῶν ἀλλοτρίων. —Κατὰ δὲ τὰς ὑψηλοτέρας ἐννοίας, τὰς</w:t>
      </w:r>
    </w:p>
    <w:p>
      <w:r>
        <w:rPr>
          <w:rFonts w:ascii="Courier New" w:hAnsi="Courier New"/>
          <w:color w:val="555555"/>
          <w:sz w:val="20"/>
        </w:rPr>
        <w:t>[20]</w:t>
      </w:r>
    </w:p>
    <w:p>
      <w:r>
        <w:rPr>
          <w:rFonts w:ascii="Gentium Plus" w:hAnsi="Gentium Plus"/>
          <w:sz w:val="24"/>
        </w:rPr>
        <w:t>ἡμᾶς καὶ καταστρέφουσιν. Ἔξεστι γὰρ θεωρῆσαι πάντα τὰ ἠπειλημένα συμβαίνοντα τοῖς ἁμαρτάνουσιν. Ἡ γῆ ὑμῶν ἔρημος. Γῆν πολλαχοῦ τὴν ψυχὴν ὁ λόγος λέγει, τὴν ὑποδεχομένην τὰ τοῦ λόγου σπέρματα, ὡς ἐν τῷ Εὐαγγε‐ λίῳ δεδιδάγμεθα διὰ τῆς παραβολῆς τοῦ Κυρίου, ὅτι τὰ μὲν</w:t>
      </w:r>
    </w:p>
    <w:p>
      <w:r>
        <w:rPr>
          <w:rFonts w:ascii="Courier New" w:hAnsi="Courier New"/>
          <w:color w:val="555555"/>
          <w:sz w:val="20"/>
        </w:rPr>
        <w:t>[25]</w:t>
      </w:r>
    </w:p>
    <w:p>
      <w:r>
        <w:rPr>
          <w:rFonts w:ascii="Gentium Plus" w:hAnsi="Gentium Plus"/>
          <w:sz w:val="24"/>
        </w:rPr>
        <w:t>ἔπεσεν ἐπὶ τὴν γῆν τὴν καλὴν, τὴν δεκτικὴν μαθημάτων θείων, καὶ πρὸς καρποφορίαν εὔθετον. Ἔρημος δὲ, ἡ σοφίαν μὴ ἔχου‐ σα, μηδὲ λόγον, μηδὲ κατὰ δικαιοσύνην βιοῦσα, μηδὲ ἐν ἀλη‐ θείᾳ πορευομένη. —Αἱ πόλεις ὑμῶν πυρίκαυστοι. Πόλις ἐστὶ σύστημα ἀνθρώπων, ἐκ διαφόρων ἐπιτηδευμάτων ἐπὶ κοινωνίᾳ</w:t>
      </w:r>
    </w:p>
    <w:p>
      <w:r>
        <w:rPr>
          <w:rFonts w:ascii="Courier New" w:hAnsi="Courier New"/>
          <w:color w:val="555555"/>
          <w:sz w:val="20"/>
        </w:rPr>
        <w:t>[30]</w:t>
      </w:r>
    </w:p>
    <w:p>
      <w:r>
        <w:rPr>
          <w:rFonts w:ascii="Gentium Plus" w:hAnsi="Gentium Plus"/>
          <w:sz w:val="24"/>
        </w:rPr>
        <w:t>βίου συγκεκροτημένον· ὅπερ διὰ τὸ πολλὴν ἔχειν τὴν ἐν τοῖς ἔργοις ματαιότητα, ξύλα, χόρτον καὶ καλάμην, ἐν τῇ ἡμέρᾳ τῆς κρίσεως καταπίμπραται, καὶ γίνεται τὰ συστήματα τῶν ἀσεβῶν πυρίκαυστα. Τὴν χώραν ὑμῶν ἐνώπιον ὑμῶν ἀλλότριοι κατεσθίουσιν,</w:t>
      </w:r>
    </w:p>
    <w:p>
      <w:r>
        <w:rPr>
          <w:rFonts w:ascii="Courier New" w:hAnsi="Courier New"/>
          <w:color w:val="555555"/>
          <w:sz w:val="20"/>
        </w:rPr>
        <w:t>[35]</w:t>
      </w:r>
    </w:p>
    <w:p>
      <w:r>
        <w:rPr>
          <w:rFonts w:ascii="Gentium Plus" w:hAnsi="Gentium Plus"/>
          <w:sz w:val="24"/>
        </w:rPr>
        <w:t>ὅταν ἐκ προτέρου βίου καὶ πολιτείας ἀγαθῆς πεπληρω‐ μένης τῆς ψυχῆς τῶν καρπῶν τοῦ Πνεύματος (ἀγάπης, χαρᾶς, εἰρήνης, μακροθυμίας, χρηστότητος) ἐπιπεσόντες ἀλλότριοι λογισμοὶ, καταναλίσκωσι τὰ προπεπονημένα. Ἀλλὰ ἐὰν καὶ ἐν τῇ πράξει τῶν κατὰ τὸν βίον τὸ πρακτι‐</w:t>
      </w:r>
    </w:p>
    <w:p>
      <w:r>
        <w:rPr>
          <w:rFonts w:ascii="Courier New" w:hAnsi="Courier New"/>
          <w:color w:val="555555"/>
          <w:sz w:val="20"/>
        </w:rPr>
        <w:t>[40]</w:t>
      </w:r>
    </w:p>
    <w:p>
      <w:r>
        <w:rPr>
          <w:rFonts w:ascii="Gentium Plus" w:hAnsi="Gentium Plus"/>
          <w:sz w:val="24"/>
        </w:rPr>
        <w:t>κὸν τῆς ψυχῆς ἔκδοτον δῶμεν δαιμονίοις ἀκαθάρτοις, γί‐ νεται ἡ γῆ ἡμῶν κατεστραμμένη ὑπὸ ἀλλοτρίων. Θεοῦ γὰρ γεώργιον, Θεοῦ οἰκοδομή ἐσμεν. Ἕως ἐσμὲν κλήματα, μέ‐ νοντα ἐν τῇ ἀμπέλῳ, τῷ Χριστῷ φέροντα τοὺς καρποὺς τοὺς</w:t>
      </w:r>
    </w:p>
    <w:p>
      <w:r>
        <w:rPr>
          <w:rFonts w:ascii="Courier New" w:hAnsi="Courier New"/>
          <w:color w:val="555555"/>
          <w:sz w:val="20"/>
        </w:rPr>
        <w:t>[45]</w:t>
      </w:r>
    </w:p>
    <w:p>
      <w:r>
        <w:rPr>
          <w:rFonts w:ascii="Gentium Plus" w:hAnsi="Gentium Plus"/>
          <w:sz w:val="24"/>
        </w:rPr>
        <w:t>μεν τῆς ζωοποιοῦ ῥίζης, τῆς εἰς Χριστὸν πίστεως, ξηραινό‐ μενοι βαλλόμεθα ἔξω, καὶ καιόμεθα. Καὶ ἡ ἐκ τῆς διδασκαλίας οἰκοδομὴ ἡμῶν, παρὰ τὸ καθῆκον βιούντων, καταστρέφεται. Ἐὰν γὰρ μὴ ἐπιμένωμεν τῷ θεμελίῳ τῶν Ἀποστόλων, ἐποι‐ κοδομοῦντες τὰ τίμια, ὡς μὴ ἔχοντες θεμέλιον καταῤῥηγνύ‐</w:t>
      </w:r>
    </w:p>
    <w:p>
      <w:r>
        <w:rPr>
          <w:rFonts w:ascii="Courier New" w:hAnsi="Courier New"/>
          <w:color w:val="555555"/>
          <w:sz w:val="20"/>
        </w:rPr>
        <w:t>[1 . 19 (50)]</w:t>
      </w:r>
    </w:p>
    <w:p>
      <w:r>
        <w:rPr>
          <w:rFonts w:ascii="Gentium Plus" w:hAnsi="Gentium Plus"/>
          <w:sz w:val="24"/>
        </w:rPr>
        <w:t>μεθα, καὶ γίνεται τὸ πτῶμα ἡμῶν μέγα· οἱονεὶ γὰρ κατεσθίει σωφροσύνην μὲν ἡ ἀκολασία· καὶ τὸ ἁπλοῦν ἐν μεταδόσει ἡ φιλαργυρία καὶ τὸ ἀγαπητικὸν ἡ φιλεχθρία. Ἐλεεινὸν οὖν τὴν εὐθηνοῦσαν τῇ ἀγαθῶν καρποφορίᾳ ψυχὴν κατάβρωμα γίνεσθαι τοῖς ὑπεναντίοις, οἳ οὐκ ἀρκοῦνται ἡμῶν τῇ ἐρη‐</w:t>
      </w:r>
    </w:p>
    <w:p>
      <w:r>
        <w:rPr>
          <w:rFonts w:ascii="Courier New" w:hAnsi="Courier New"/>
          <w:color w:val="555555"/>
          <w:sz w:val="20"/>
        </w:rPr>
        <w:t>[55]</w:t>
      </w:r>
    </w:p>
    <w:p>
      <w:r>
        <w:rPr>
          <w:rFonts w:ascii="Gentium Plus" w:hAnsi="Gentium Plus"/>
          <w:sz w:val="24"/>
        </w:rPr>
        <w:t>μώσει, ἐὰν μὴ καὶ τὴν καταστροφὴν ἐπαγάγωσιν. Ἡ μὲν γὰρ καταστροφὴ ἐν τῶν πονηρῶν διδαγμάτων γίνεται, οἷον ἐδαφιζομένης τῆς ψυχῆς τῶν ἀποσφαλλομένων· ἡ δὲ ἐρή‐ μωσις στέρησίς ἐστι τῶν προπεπολιτευμένων. Τοῦτο δὲ ῥᾳδίως γίνεται περὶ τὴν ἀνθρωπίνην ψυχήν. Ὅρα</w:t>
      </w:r>
    </w:p>
    <w:p>
      <w:r>
        <w:rPr>
          <w:rFonts w:ascii="Courier New" w:hAnsi="Courier New"/>
          <w:color w:val="555555"/>
          <w:sz w:val="20"/>
        </w:rPr>
        <w:t>[60]</w:t>
      </w:r>
    </w:p>
    <w:p>
      <w:r>
        <w:rPr>
          <w:rFonts w:ascii="Gentium Plus" w:hAnsi="Gentium Plus"/>
          <w:sz w:val="24"/>
        </w:rPr>
        <w:t>γάρ μοι νέον τινὰ ἐκ παιδὸς τεθραμμένον ἐν βίῳ σεμνῷ, εἰς οἴκους ἀπαντῶντα τῶν προσευχῶν φιλοπόνως, τῆς κατὰ δύ‐ ναμιν εὐποιίας μὴ ἀμελοῦντα, μεμνημένον κρίματος αἰωνίου, ἀντεχόμενον λόγου διδασκαλίας. Εἶτα ὀλισθήσαντα εἰς τὴν πορνείαν, πῶς μετὰ τὸν ἀφανισμὸν τῆς σωφροσύνης καὶ</w:t>
      </w:r>
    </w:p>
    <w:p>
      <w:r>
        <w:rPr>
          <w:rFonts w:ascii="Courier New" w:hAnsi="Courier New"/>
          <w:color w:val="555555"/>
          <w:sz w:val="20"/>
        </w:rPr>
        <w:t>[65]</w:t>
      </w:r>
    </w:p>
    <w:p>
      <w:r>
        <w:rPr>
          <w:rFonts w:ascii="Gentium Plus" w:hAnsi="Gentium Plus"/>
          <w:sz w:val="24"/>
        </w:rPr>
        <w:t>τὴν ἐρήμωσιν τῶν καρπῶν, λοιπὸν καὶ ἡ παντελὴς αὐτῷ καταστροφὴ ἀκολουθεῖ. Οὐκ ἄγει δὲ αὐτὸν ἡ πονηρὰ συν‐ είδησις εἰς τὸν τόπον τῆς προσευχῆς, διότι ἐν τῇ τάξει τῶν πιστῶν οὐχ ἕστηκεν· ἐξέπεσε γάρ· ἐν δὲ τῇ τῶν ὑπο‐</w:t>
      </w:r>
    </w:p>
    <w:p>
      <w:r>
        <w:rPr>
          <w:rFonts w:ascii="Courier New" w:hAnsi="Courier New"/>
          <w:color w:val="555555"/>
          <w:sz w:val="20"/>
        </w:rPr>
        <w:t>[70]</w:t>
      </w:r>
    </w:p>
    <w:p>
      <w:r>
        <w:rPr>
          <w:rFonts w:ascii="Gentium Plus" w:hAnsi="Gentium Plus"/>
          <w:sz w:val="24"/>
        </w:rPr>
        <w:t>ὄκνος εἰς προσευχὴν, προφάσεις πεπλασμένας ἐπινοῶν πρὸς τοὺς ἐπιζητοῦντας. Ὁ δεῖνά με (φησὶν) ἐπείγει καὶ οὐκ ἀναμένω τὴν σύναξιν. Καὶ διὰ τόδε πάλιν πρὸ τῆς τῶν πιστῶν εὐχῆς ὑπεξῆλθεν, ὅ τι ἂν τύχῃ πλασάμενος. Εἶτα ἐκ τῆς κατὰ μικρὸν συνηθείας μελέτη αὐτῷ πρὸς ἀποστασίαν</w:t>
      </w:r>
    </w:p>
    <w:p>
      <w:r>
        <w:rPr>
          <w:rFonts w:ascii="Courier New" w:hAnsi="Courier New"/>
          <w:color w:val="555555"/>
          <w:sz w:val="20"/>
        </w:rPr>
        <w:t>[75]</w:t>
      </w:r>
    </w:p>
    <w:p>
      <w:r>
        <w:rPr>
          <w:rFonts w:ascii="Gentium Plus" w:hAnsi="Gentium Plus"/>
          <w:sz w:val="24"/>
        </w:rPr>
        <w:t>ἐγγίνεται, καὶ εἰς παντελῆ ἀπώλειαν περιάγεται. —Καθόλου δὲ ἴδιον τῶν πονηρῶν δυνάμεων, μετὰ τὸ ἐρήμους ἀποδεῖξαι τῶν καρπῶν τῆς δικαιοσύνης, μὴ ἀφίστασθαι, πρὶν ἂν καὶ τοῖς κατὰ τὴν γνῶσιν σφάλμασι περιβάλωσιν.</w:t>
      </w:r>
    </w:p>
    <w:p>
      <w:r>
        <w:rPr>
          <w:rFonts w:ascii="Courier New" w:hAnsi="Courier New"/>
          <w:color w:val="555555"/>
          <w:sz w:val="20"/>
        </w:rPr>
        <w:t>[1 . 20]</w:t>
      </w:r>
    </w:p>
    <w:p>
      <w:r>
        <w:rPr>
          <w:rFonts w:ascii="Gentium Plus" w:hAnsi="Gentium Plus"/>
          <w:sz w:val="24"/>
        </w:rPr>
        <w:t>Ἐγκαταλειφθήσεται ἡ θυγάτηρ Σιὼν, ὡς σκηνὴ ἐν ἀμπελῶνι καὶ ὡς ὀπωροφυλάκιον ἐν σικυηράτῳ. Ἀπόδειξιν τῆς τοῦ Θεοῦ δικαιοκρισίας ἔχει ἡ τῶν ὁμοίων ἀντίδοσις. Ἐγκατέλιπε Κύριον, διὰ τοῦτο ἐγκαταλειφθήσεται</w:t>
      </w:r>
    </w:p>
    <w:p>
      <w:r>
        <w:rPr>
          <w:rFonts w:ascii="Courier New" w:hAnsi="Courier New"/>
          <w:color w:val="555555"/>
          <w:sz w:val="20"/>
        </w:rPr>
        <w:t>[5]</w:t>
      </w:r>
    </w:p>
    <w:p>
      <w:r>
        <w:rPr>
          <w:rFonts w:ascii="Gentium Plus" w:hAnsi="Gentium Plus"/>
          <w:sz w:val="24"/>
        </w:rPr>
        <w:t>ἡ θυγάτηρ Σιών. Ἔτι δὲ ἔχεται τῆς φιλανθρωπίας, θυγατέρα ὀνομάζει, ἐκ τοῦ προτέρου αὐτὴν ὀνόματος ἀνακαλῶν, ὃ εἶχε πρὶν ἀλλοτριωθῆναι. —Ἐγκαταλειφθήσεται ὡς σκηνὴ ἐν ἀμ‐ πελῶνι. Εἰς φρουρὰν τῶν ἐν ταῖς ἀμπέλοις καρπῶν αἱ σκηναὶ πήγνυνται. Ὅταν μὲν οὖν εὐθηνῇ τοῖς οἰκείοις καρποῖς ἡ</w:t>
      </w:r>
    </w:p>
    <w:p>
      <w:r>
        <w:rPr>
          <w:rFonts w:ascii="Courier New" w:hAnsi="Courier New"/>
          <w:color w:val="555555"/>
          <w:sz w:val="20"/>
        </w:rPr>
        <w:t>[10]</w:t>
      </w:r>
    </w:p>
    <w:p>
      <w:r>
        <w:rPr>
          <w:rFonts w:ascii="Gentium Plus" w:hAnsi="Gentium Plus"/>
          <w:sz w:val="24"/>
        </w:rPr>
        <w:t>ἄμπελος, σπουδάζεται ἡ σκηνὴ καὶ πάσης ἀξιοῦται ἐπι‐ μελείας, ὥστε ἀπ’ αὐτῆς κατοπτεύειν τὸν φύλακα, μήποτε τρυγῶσιν αὐτὴν οἱ παραπορευόμενοι τὴν ὁδόν· ὅταν δὲ ἄκαρ‐ πος ᾖ, ἀμελεῖται ἀναγκαίως τῆς ἀμπέλου τὰ φυλακτήρια. —</w:t>
      </w:r>
    </w:p>
    <w:p>
      <w:r>
        <w:rPr>
          <w:rFonts w:ascii="Courier New" w:hAnsi="Courier New"/>
          <w:color w:val="555555"/>
          <w:sz w:val="20"/>
        </w:rPr>
        <w:t>[15]</w:t>
      </w:r>
    </w:p>
    <w:p>
      <w:r>
        <w:rPr>
          <w:rFonts w:ascii="Gentium Plus" w:hAnsi="Gentium Plus"/>
          <w:sz w:val="24"/>
        </w:rPr>
        <w:t>ὡς μὴ καρποφοροῦντος τὰ ἐπιβάλλοντα. Φοβηθῶμεν οὖν εἶναι ἄκαρποι, μὴ ἐγκαταλειφθῶμεν ὑπὸ τῆς ἐπισκοπῆς τοῦ Θεοῦ. Τὸ φυλάσσον ἡμᾶς, τὸ Πνεῦμα τὸ ἅγιόν ἐστι. Ὅταν μὲν οὖν καρποφορῇ ἡ ψυχὴ ἄξια τῶν αἰωνίων ἀποθηκῶν, παρα‐ μένει καὶ φυλάσσει καὶ πόῤῥωθεν ἀπείργει τὰς τοῦ μονιοῦ</w:t>
      </w:r>
    </w:p>
    <w:p>
      <w:r>
        <w:rPr>
          <w:rFonts w:ascii="Courier New" w:hAnsi="Courier New"/>
          <w:color w:val="555555"/>
          <w:sz w:val="20"/>
        </w:rPr>
        <w:t>[20]</w:t>
      </w:r>
    </w:p>
    <w:p>
      <w:r>
        <w:rPr>
          <w:rFonts w:ascii="Gentium Plus" w:hAnsi="Gentium Plus"/>
          <w:sz w:val="24"/>
        </w:rPr>
        <w:t>τοῦ ἀγρίου ἐπιβουλάς. Ὅταν δὲ σταφυλὴν χολῆς γεωργῇ καὶ βότρυν πικρίας ἐκφέρῃ, ἐγκαταλιμπάνει τὴν ἄκαρπον ψυχὴν, καὶ τότε ὑπὸ παντὸς λογισμοῦ θηριώδους, καὶ πάσης ἀλό‐ γου ἐπιθυμίας καταπατεῖται. Πολλαχοῦ δὲ τροπικῶς ἀμπελῶνα τὸν Ἰσραὴλ ὁ λόγος προσ‐</w:t>
      </w:r>
    </w:p>
    <w:p>
      <w:r>
        <w:rPr>
          <w:rFonts w:ascii="Courier New" w:hAnsi="Courier New"/>
          <w:color w:val="555555"/>
          <w:sz w:val="20"/>
        </w:rPr>
        <w:t>[25]</w:t>
      </w:r>
    </w:p>
    <w:p>
      <w:r>
        <w:rPr>
          <w:rFonts w:ascii="Gentium Plus" w:hAnsi="Gentium Plus"/>
          <w:sz w:val="24"/>
        </w:rPr>
        <w:t>αγορεύει, ὡς τὸ Ἄμπελον ἐξ Αἰγύπτου μετῆρας· καὶ Ἀμπε‐ λὼν ἐγενήθη τῷ ἠγαπημένῳ· καὶ Ἐγὼ δὲ ἐφύτευσά σε ἄμπε‐ λον καρποφόρον, πᾶσαν ἀληθινήν. —Εἰ δὲ ὁ Ἰσραὴλ ἀμπελὼν, σκηνὴ δὲ τῆς ἀμπέλου ταύτης ὁ οἶκος τάχα ὁ τοῦ ναοῦ. Σκή‐ νωμα γὰρ δόξης ἐλέγετο, καὶ Σκήνωμα, οὗ κατεσκήνωσεν ἐν</w:t>
      </w:r>
    </w:p>
    <w:p>
      <w:r>
        <w:rPr>
          <w:rFonts w:ascii="Courier New" w:hAnsi="Courier New"/>
          <w:color w:val="555555"/>
          <w:sz w:val="20"/>
        </w:rPr>
        <w:t>[30]</w:t>
      </w:r>
    </w:p>
    <w:p>
      <w:r>
        <w:rPr>
          <w:rFonts w:ascii="Gentium Plus" w:hAnsi="Gentium Plus"/>
          <w:sz w:val="24"/>
        </w:rPr>
        <w:t>ἀνθρώποις. Ἕως μὲν οὖν ὅτε ἐποίει καρπὸν πολὺν, καὶ ἡ σκηνὴ διὰ τὴν τῶν καρπῶν φυλακὴν συνειστήκει. Ἐπεὶ δὲ ὁ φυτεύσας αὐτὴν ἔμεινε τοῦ ποιῆσαι σταφυλὴν, ἐποίησε δὲ ἀκάνθας (αἷς τὸν Κύριον ἐστεφάνωσαν) καὶ ἐστράφη πᾶσα εἰς πικρίαν, ἐποίει γὰρ σταφυλὴν χολῆς καὶ βότρυν πικρίας,</w:t>
      </w:r>
    </w:p>
    <w:p>
      <w:r>
        <w:rPr>
          <w:rFonts w:ascii="Courier New" w:hAnsi="Courier New"/>
          <w:color w:val="555555"/>
          <w:sz w:val="20"/>
        </w:rPr>
        <w:t>[35]</w:t>
      </w:r>
    </w:p>
    <w:p>
      <w:r>
        <w:rPr>
          <w:rFonts w:ascii="Gentium Plus" w:hAnsi="Gentium Plus"/>
          <w:sz w:val="24"/>
        </w:rPr>
        <w:t>(διὸ καὶ εἰς τὸ βρῶμα ἔδωκαν τῷ Κυρίῳ χολήν)—διὰ τοῦτο ἐγκατελείφθη ἡ σκηνὴ τοῦ ἀμπελῶνος. Ἰδοὺ γὰρ (φησὶν) ἀφίεται ὑμῖν ὁ οἶκος ὑμῶν ἔρημος. Τότε ἐπληρώθη ἡ ἀπειλὴ αὕτη· ἐγκατελείφθη γὰρ Ὡς σκηνὴ ἐν ἀμπελῶνι· ἐξ</w:t>
      </w:r>
    </w:p>
    <w:p>
      <w:r>
        <w:rPr>
          <w:rFonts w:ascii="Courier New" w:hAnsi="Courier New"/>
          <w:color w:val="555555"/>
          <w:sz w:val="20"/>
        </w:rPr>
        <w:t>[40]</w:t>
      </w:r>
    </w:p>
    <w:p>
      <w:r>
        <w:rPr>
          <w:rFonts w:ascii="Gentium Plus" w:hAnsi="Gentium Plus"/>
          <w:sz w:val="24"/>
        </w:rPr>
        <w:t>ἐπὶ τὸν ἀμπελῶνα. Διὰ τοῦτο οὐκέτι προφῆται παρ’ αὐτοῖς, οὐκέτι οὐρανία χάρις, ἀλλὰ γέγονεν εἰς χέρσον καὶ κατα‐ πάτημα. Οἵ τε γὰρ φραγμοὶ τοῦ λαοῦ ἐκείνου καθῃρέθησαν, ὁ ὑπερασπισμὸς τῶν ἁγίων Δυνάμεων· κἄν τι ἐργάσωνται κατὰ τὸν νόμον, εἰς ἀπώλειάν ἐστι.</w:t>
      </w:r>
    </w:p>
    <w:p>
      <w:r>
        <w:rPr>
          <w:rFonts w:ascii="Courier New" w:hAnsi="Courier New"/>
          <w:color w:val="555555"/>
          <w:sz w:val="20"/>
        </w:rPr>
        <w:t>[1 . 21]</w:t>
      </w:r>
    </w:p>
    <w:p>
      <w:r>
        <w:rPr>
          <w:rFonts w:ascii="Gentium Plus" w:hAnsi="Gentium Plus"/>
          <w:sz w:val="24"/>
        </w:rPr>
        <w:t>Διὰ τοῦτο νῦν μὲν Τρυγῶσιν οἱ παραπορευόμενοι τὴν ὁδὸν καὶ ὗς ἐκ δρυμοῦ ἐλυμήνατο, καὶ μονιὸς ἄγριος κατενεμήσατο, νῦν δὲ αἱ ἀόρατοι δυνάμεις καταπατοῦσιν αὐτούς.</w:t>
      </w:r>
    </w:p>
    <w:p>
      <w:r>
        <w:rPr>
          <w:rFonts w:ascii="Courier New" w:hAnsi="Courier New"/>
          <w:color w:val="555555"/>
          <w:sz w:val="20"/>
        </w:rPr>
        <w:t>[5]</w:t>
      </w:r>
    </w:p>
    <w:p>
      <w:r>
        <w:rPr>
          <w:rFonts w:ascii="Gentium Plus" w:hAnsi="Gentium Plus"/>
          <w:sz w:val="24"/>
        </w:rPr>
        <w:t>Καὶ ὡς ὀπωροφυλάκιον ἐν σικυηλάτῳ. Εἰς φυλακὴν τῶν σικύων τὰ φυλακτήρια τῆς ὀπώρας κατασκευάζεται. Σικυήλατον οὖν ἐστι τόπος προσκαίρων καὶ ὀλιγοχρονίων καρπῶν οἰστικὸς, τέρψιν τινὰ μᾶλλον, ἢ ὠφέλειαν παρεχο‐ μένων. Τοιοῦτος δὲ καὶ ὁ νόμος, ὀλιγοχρόνιον ἔχων τὴν</w:t>
      </w:r>
    </w:p>
    <w:p>
      <w:r>
        <w:rPr>
          <w:rFonts w:ascii="Courier New" w:hAnsi="Courier New"/>
          <w:color w:val="555555"/>
          <w:sz w:val="20"/>
        </w:rPr>
        <w:t>[10]</w:t>
      </w:r>
    </w:p>
    <w:p>
      <w:r>
        <w:rPr>
          <w:rFonts w:ascii="Gentium Plus" w:hAnsi="Gentium Plus"/>
          <w:sz w:val="24"/>
        </w:rPr>
        <w:t>χρῆσιν. Πρόσκαιρος γὰρ ἡ λατρεία καὶ πρὸς ὀλίγον ἀνθή‐ σασα· εἶτα τῇ ἀληθινῇ καὶ στερεωτέρᾳ τροφῇ, τῇ κατὰ τὸ Εὐαγγέλιον διδασκαλίᾳ τὴν πολιτείαν μεταπαρέδωκεν. Ἐγ‐ καταλειφθήσεται οὖν ἡ Σιὼν, καὶ ὡς ὀπωροφυλάκιον, τὸ φυ‐ λακτήριον τῆς ὀπώρας. Ἡ δὲ ὀπώρα οὐχὶ στερεὰ τροφὴ καὶ</w:t>
      </w:r>
    </w:p>
    <w:p>
      <w:r>
        <w:rPr>
          <w:rFonts w:ascii="Courier New" w:hAnsi="Courier New"/>
          <w:color w:val="555555"/>
          <w:sz w:val="20"/>
        </w:rPr>
        <w:t>[15]</w:t>
      </w:r>
    </w:p>
    <w:p>
      <w:r>
        <w:rPr>
          <w:rFonts w:ascii="Gentium Plus" w:hAnsi="Gentium Plus"/>
          <w:sz w:val="24"/>
        </w:rPr>
        <w:t>μόνιμος, ἀλλ’ ἁπαλὴ καὶ πρόσκαιρος. Τοιοῦτος δὲ ὁ νόμος, μίμημα ἔχων λατρείας, οὐκ αὐτὴν τὴν ἀλήθειαν· διότι ὑπόδειγμά ἐστι καὶ σκιὰ τῶν ἐπουρανίων. —Ἐπεὶ δὲ καὶ ἡ καθέκαστον ψυχὴ ἀμπέλῳ παρεικάζεται, ὡς ἐν ψαλμῷ· Ἡ γυνή σου ὡς ἄμπελος εὐθηνοῦσα· καὶ ὁ Κύριος Ἐγὼ (φησὶν)</w:t>
      </w:r>
    </w:p>
    <w:p>
      <w:r>
        <w:rPr>
          <w:rFonts w:ascii="Courier New" w:hAnsi="Courier New"/>
          <w:color w:val="555555"/>
          <w:sz w:val="20"/>
        </w:rPr>
        <w:t>[20]</w:t>
      </w:r>
    </w:p>
    <w:p>
      <w:r>
        <w:rPr>
          <w:rFonts w:ascii="Gentium Plus" w:hAnsi="Gentium Plus"/>
          <w:sz w:val="24"/>
        </w:rPr>
        <w:t>ἡ ἄμπελος, ὑμεῖς τὰ κλήματα· μήποτε καὶ εἰς ἡμᾶς φθάνῃ τὰ ἠπειλημένα, ὅταν μὴ ἀποδίδωμεν τοὺς ἐπιβάλλοντας ἡμῖν καρπούς. Τάχα γὰρ σκηνὴ μέν ἐστι τὸ σῶμα, ᾧ ἐνοικεῖ τὸ Πνεῦμα τὸ ἅγιον. Οὐκ οἴδατε (γὰρ) ὅτι τὰ σώματα ὑμῶν</w:t>
      </w:r>
    </w:p>
    <w:p>
      <w:r>
        <w:rPr>
          <w:rFonts w:ascii="Courier New" w:hAnsi="Courier New"/>
          <w:color w:val="555555"/>
          <w:sz w:val="20"/>
        </w:rPr>
        <w:t>[25]</w:t>
      </w:r>
    </w:p>
    <w:p>
      <w:r>
        <w:rPr>
          <w:rFonts w:ascii="Gentium Plus" w:hAnsi="Gentium Plus"/>
          <w:sz w:val="24"/>
        </w:rPr>
        <w:t>ναὸς τοῦ ἐν ὑμῖν ἁγίου Πνεύματός ἐστιν; Ἀμπελὼν δὲ ἡ ψυχὴ, τὴν καρποφορίαν ἀξίαν τῆς ἐξ ἀρχῆς φυτείας καὶ τῆς τοῦ Θεοῦ γεωργίας ἀπαιτουμένη. Ἐφυτεύθη γὰρ ἀλη‐ θινὴ κατ’ εἰκόνα τοῦ ἀληθινοῦ Θεοῦ γενομένη· γεωργεῖται δὲ ταῖς κατὰ μέρος ἐπιμελείαις τοῦ Κτίσαντος, ὃς τὸ μὲν</w:t>
      </w:r>
    </w:p>
    <w:p>
      <w:r>
        <w:rPr>
          <w:rFonts w:ascii="Courier New" w:hAnsi="Courier New"/>
          <w:color w:val="555555"/>
          <w:sz w:val="20"/>
        </w:rPr>
        <w:t>[30]</w:t>
      </w:r>
    </w:p>
    <w:p>
      <w:r>
        <w:rPr>
          <w:rFonts w:ascii="Gentium Plus" w:hAnsi="Gentium Plus"/>
          <w:sz w:val="24"/>
        </w:rPr>
        <w:t>καρποφοροῦν καθαίρει, ἵνα πλείονα καρπὸν φέρῃ. —Ἐὰν γὰρ ἑαυτοὺς ἐπιδῶμεν τῇ καθαρότητι τοῦ βίου, συλλαμβάνεται ἡμῖν πρὸς τὴν ἀπὸ τῶν παθῶν κάθαρσιν ὁ Θεὸς, τελειῶν τὴν περὶ τὸ ἀγαθὸν σπουδὴν καὶ προθυμίαν. Ὥσπερ οὖν κλαδεύεται ἄμπελος ἀπὸ τῆς ἐν τοῖς περιττοῖς φορᾶς κωλυομένη,</w:t>
      </w:r>
    </w:p>
    <w:p>
      <w:r>
        <w:rPr>
          <w:rFonts w:ascii="Courier New" w:hAnsi="Courier New"/>
          <w:color w:val="555555"/>
          <w:sz w:val="20"/>
        </w:rPr>
        <w:t>[35]</w:t>
      </w:r>
    </w:p>
    <w:p>
      <w:r>
        <w:rPr>
          <w:rFonts w:ascii="Gentium Plus" w:hAnsi="Gentium Plus"/>
          <w:sz w:val="24"/>
        </w:rPr>
        <w:t>οὕτω καὶ ψυχῆς τὴν περὶ τὰ μάταια σπουδὴν περικόπτομεν, πᾶσαν αὐτῆς τὴν δύναμιν ἐπὶ τὴν τῶν σπουδαίων ἔργων καρποφορίαν ταμιευόμενοι, μήπως, ὑλομανήσασα ἐν τῷ ἐπιδεικτικῷ κόσμῳ, πρὸς τὴν τῶν ἀνθρώπων ἀρέσκειαν τὴν ὅλην ἑαυτῆς δύναμιν ἐκκενώσῃ, οἱονεὶ περὶ φύλλα καὶ ἕλικας,</w:t>
      </w:r>
    </w:p>
    <w:p>
      <w:r>
        <w:rPr>
          <w:rFonts w:ascii="Courier New" w:hAnsi="Courier New"/>
          <w:color w:val="555555"/>
          <w:sz w:val="20"/>
        </w:rPr>
        <w:t>[40]</w:t>
      </w:r>
    </w:p>
    <w:p>
      <w:r>
        <w:rPr>
          <w:rFonts w:ascii="Gentium Plus" w:hAnsi="Gentium Plus"/>
          <w:sz w:val="24"/>
        </w:rPr>
        <w:t>τὸ σχῆμα τοῦ κόσμου, ἀσχοληθεῖσα. Ἀλλὰ καὶ σκάπτεται ἡ ψυχὴ πάντα εἰς τὴν ἰδίαν τροφὴν, οἰ‐ κειοῦσα τὰ παρακείμενα, καὶ οὕτως ἑαυτὴν εὐτρεπίζουσα πρὸς τὴν ὑποδοχὴν τῶν διδαγμάτων τοῦ Πνεύματος. Ὥσπερ γὰρ μὴ σκαφεῖσα ἄμπελος ἀδιάπνευστός ἐστι καὶ τῆς ἐκ τοῦ ὕδατος</w:t>
      </w:r>
    </w:p>
    <w:p>
      <w:r>
        <w:rPr>
          <w:rFonts w:ascii="Courier New" w:hAnsi="Courier New"/>
          <w:color w:val="555555"/>
          <w:sz w:val="20"/>
        </w:rPr>
        <w:t>[45]</w:t>
      </w:r>
    </w:p>
    <w:p>
      <w:r>
        <w:rPr>
          <w:rFonts w:ascii="Gentium Plus" w:hAnsi="Gentium Plus"/>
          <w:sz w:val="24"/>
        </w:rPr>
        <w:t>ὠφελείας διὰ τὴν πυκνότητα τῆς παρακειμένης γῆς ἀνεπίδεκ‐ τος, οὕτως ἡ μὴ ἀποσκευασαμένη τὰ σωματικὰ ψυχὴ καὶ ἐκ τοῦ βάρους αὐτῶν ἀναπνεύσασα, ἄγονος διαμένει τῷ βάρει</w:t>
      </w:r>
    </w:p>
    <w:p>
      <w:r>
        <w:rPr>
          <w:rFonts w:ascii="Courier New" w:hAnsi="Courier New"/>
          <w:color w:val="555555"/>
          <w:sz w:val="20"/>
        </w:rPr>
        <w:t>[1 . 21 (50)]</w:t>
      </w:r>
    </w:p>
    <w:p>
      <w:r>
        <w:rPr>
          <w:rFonts w:ascii="Gentium Plus" w:hAnsi="Gentium Plus"/>
          <w:sz w:val="24"/>
        </w:rPr>
        <w:t>ψυχῆς ἀφίσταται μὲν τὸ Πνεῦμα τὸ ἅγιον· πίπτουσι δὲ οἱ φραγμοὶ, αἱ τῶν Ἀγγέλων βοήθειαι· εἰσπίπτουσι δὲ οἱ ξένοι, οἱ διοδεύοντες ἡμᾶς, αἱ τῶν περὶ τὴν γνῶσιν ἁμαρτη‐ μάτων ἐνεργητικαὶ δυνάμεις. Τά τε πάθη προκαταλαβόντα λυμαίνει, ὑὸς δίκην ἀλόγιστα ὁρμῶντος καὶ καλινδουμένου</w:t>
      </w:r>
    </w:p>
    <w:p>
      <w:r>
        <w:rPr>
          <w:rFonts w:ascii="Courier New" w:hAnsi="Courier New"/>
          <w:color w:val="555555"/>
          <w:sz w:val="20"/>
        </w:rPr>
        <w:t>[55]</w:t>
      </w:r>
    </w:p>
    <w:p>
      <w:r>
        <w:rPr>
          <w:rFonts w:ascii="Gentium Plus" w:hAnsi="Gentium Plus"/>
          <w:sz w:val="24"/>
        </w:rPr>
        <w:t>ταῖς δυσωδίαις. Καὶ τότε πληροῦται ἐπὶ τὴν τοιαύτην ψυχὴν τὸ Ἐγκαταλειφθήσεται ἡ θυγάτηρ Σιὼν, ὡς σκηνὴ ἐν ἀμπελῶνι. Ἀλλὰ Καὶ ὡς ὀπωροφυλάκιον ἐν σικυηράτῳ. Οἱ μὴ τὰ ἄξια τῆς θείας ἀποθήκης καρποφοροῦντες, ἀλλὰ τοῖς</w:t>
      </w:r>
    </w:p>
    <w:p>
      <w:r>
        <w:rPr>
          <w:rFonts w:ascii="Courier New" w:hAnsi="Courier New"/>
          <w:color w:val="555555"/>
          <w:sz w:val="20"/>
        </w:rPr>
        <w:t>[60]</w:t>
      </w:r>
    </w:p>
    <w:p>
      <w:r>
        <w:rPr>
          <w:rFonts w:ascii="Gentium Plus" w:hAnsi="Gentium Plus"/>
          <w:sz w:val="24"/>
        </w:rPr>
        <w:t>εὐφθάρτοις καρποῖς τοῦ κόσμου τούτου ἐπαγαλλόμενοι, οἱ πλούτῳ πεποιθότες, οἱ δόξῃ ἐπαιρόμενοι, οἱ ἐπ’ εὐ‐ γενείᾳ προγόνων, ἢ εὐεξίᾳ σωματικῇ μέγα φρονοῦντες, σι‐ κυηράτῳ ἐοίκασιν, ἄτροφον καρπὸν γεωργοῦντες, φυσή‐ ματος ἀλαζονικοῦ ὑποπιμπλῶντα καὶ ὄγκῳ ματαίῳ τὴν</w:t>
      </w:r>
    </w:p>
    <w:p>
      <w:r>
        <w:rPr>
          <w:rFonts w:ascii="Courier New" w:hAnsi="Courier New"/>
          <w:color w:val="555555"/>
          <w:sz w:val="20"/>
        </w:rPr>
        <w:t>[65]</w:t>
      </w:r>
    </w:p>
    <w:p>
      <w:r>
        <w:rPr>
          <w:rFonts w:ascii="Gentium Plus" w:hAnsi="Gentium Plus"/>
          <w:sz w:val="24"/>
        </w:rPr>
        <w:t>ψυχὴν ἐξοιδαίνειν καὶ ὑπερφυσᾶσθαι παρασκευάζοντα. Ὧν ἐφιέμενος ὁ ἐπιθυμητὴς λαὸς, ἐτάφη ἐν ἐρήμῳ. Ἔκλαιον γὰρ (φησὶ) μνησθέντες τῶν σικύων καὶ τῶν πεπόνων, τῶν Αἰγυπτιακῶν βρωμάτων, ἃ οὐκ ἂν φάγοι Ἰσραηλίτης, ὁ τῷ οὐρανίῳ ἄρτῳ, τῷ μάννα τρεφόμενος, ὃν ἐξουδενοῦντες οἱ</w:t>
      </w:r>
    </w:p>
    <w:p>
      <w:r>
        <w:rPr>
          <w:rFonts w:ascii="Courier New" w:hAnsi="Courier New"/>
          <w:color w:val="555555"/>
          <w:sz w:val="20"/>
        </w:rPr>
        <w:t>[70]</w:t>
      </w:r>
    </w:p>
    <w:p>
      <w:r>
        <w:rPr>
          <w:rFonts w:ascii="Gentium Plus" w:hAnsi="Gentium Plus"/>
          <w:sz w:val="24"/>
        </w:rPr>
        <w:t>τότε, τῶν κρομμύων ἐπεθύμουν. —Ἃ μὴ πάθωμεν καὶ ἡμεῖς τὸν ἡδονικὸν βίον τοῦ λογικοῦ προτιμῶντες. Κρομμύοις γὰρ</w:t>
      </w:r>
    </w:p>
    <w:p>
      <w:r>
        <w:rPr>
          <w:rFonts w:ascii="Courier New" w:hAnsi="Courier New"/>
          <w:color w:val="555555"/>
          <w:sz w:val="20"/>
        </w:rPr>
        <w:t>[75]</w:t>
      </w:r>
    </w:p>
    <w:p>
      <w:r>
        <w:rPr>
          <w:rFonts w:ascii="Gentium Plus" w:hAnsi="Gentium Plus"/>
          <w:sz w:val="24"/>
        </w:rPr>
        <w:t>οἷς ἂν ἐγγένωνται, δακρύων δὲ πλῆθος τοῖς δεχομένοις αὐτὰς προξενοῦσαι. Ἐν ταῖς ἀπειλαῖς δέ ἐστι καὶ τὸ ὡς πολιορκουμένην πόλιν ἐγκαταλειφθήσεσθαι. Περικαθέζονται ἡμᾶς οἱ πο‐ λέμιοι, ἐπιτηροῦντες ἡμῶν τὴν ἄνεσιν ἵνα ἀφυλάκτοις</w:t>
      </w:r>
    </w:p>
    <w:p>
      <w:r>
        <w:rPr>
          <w:rFonts w:ascii="Courier New" w:hAnsi="Courier New"/>
          <w:color w:val="555555"/>
          <w:sz w:val="20"/>
        </w:rPr>
        <w:t>[80]</w:t>
      </w:r>
    </w:p>
    <w:p>
      <w:r>
        <w:rPr>
          <w:rFonts w:ascii="Gentium Plus" w:hAnsi="Gentium Plus"/>
          <w:sz w:val="24"/>
        </w:rPr>
        <w:t>ἡμῖν ἐπιθῶνται. Ὥσπερ οὖν ἐκπολιορκηθεῖσα πόλις, διαρ‐ πασθέντος τοῦ πλούτου τοῦ ἐναποκειμένου αὐτῇ, οὐ πύ‐ λας ἔχει κεκλεισμένας, οὐ φύλακας ἐπὶ τῶν τειχῶν ἀγρυ‐ πνοῦντας, οὕτω ψυχὴ τῶν ὑπαρχόντων αὐτῇ παρὰ τῆς θείας δωρεᾶς θησαυρῶν ἐκκενωθεῖσα, ὡς ἀναξία λοιπὸν τῆς θείας</w:t>
      </w:r>
    </w:p>
    <w:p>
      <w:r>
        <w:rPr>
          <w:rFonts w:ascii="Courier New" w:hAnsi="Courier New"/>
          <w:color w:val="555555"/>
          <w:sz w:val="20"/>
        </w:rPr>
        <w:t>[85]</w:t>
      </w:r>
    </w:p>
    <w:p>
      <w:r>
        <w:rPr>
          <w:rFonts w:ascii="Gentium Plus" w:hAnsi="Gentium Plus"/>
          <w:sz w:val="24"/>
        </w:rPr>
        <w:t>φρουρᾶς ὑπερορᾶται. Διὰ τοῦτο εἴρηται τὸ Πάσῃ φυ‐ λακῇ τήρει σὴν καρδίαν. —Πρὸς οὖν τὸ οὕτω γρηγορεῖν καὶ νήφειν, εὐχόμεθα, ἵνα καὶ διὰ τοῦ αὐτοὶ ἐπαγρυπνεῖν ἡμῶν τῇ φυλακῇ ζητῶμεν, ἵνα μὴ νυστάξῃ, μηδὲ ὑπνώσῃ ὁ φυλάσσων τὸν Ἰσραήλ· Ἐὰν γὰρ μὴ Κύριος φυλάξῃ πόλιν,</w:t>
      </w:r>
    </w:p>
    <w:p>
      <w:r>
        <w:rPr>
          <w:rFonts w:ascii="Courier New" w:hAnsi="Courier New"/>
          <w:color w:val="555555"/>
          <w:sz w:val="20"/>
        </w:rPr>
        <w:t>[90]</w:t>
      </w:r>
    </w:p>
    <w:p>
      <w:r>
        <w:rPr>
          <w:rFonts w:ascii="Gentium Plus" w:hAnsi="Gentium Plus"/>
          <w:sz w:val="24"/>
        </w:rPr>
        <w:t>εἰς μάτην ἠγρύπνησεν ὁ φυλάσσων. Ὅταν δὲ διὰ τὴν ἐρημίαν τῶν ἀγαθῶν ἔργων ἐγκαταλείπῃ ἡμῶν τὴν φρουρὰν, ἕτοι‐ μοι εἰς διαρπαγὴν καὶ αἰχμαλωσίας καὶ ἀπαγωγὰς τοῖς πολεμίοις ἐκκείμεθα.</w:t>
      </w:r>
    </w:p>
    <w:p>
      <w:r>
        <w:rPr>
          <w:rFonts w:ascii="Courier New" w:hAnsi="Courier New"/>
          <w:color w:val="555555"/>
          <w:sz w:val="20"/>
        </w:rPr>
        <w:t>[1 . 22]</w:t>
      </w:r>
    </w:p>
    <w:p>
      <w:r>
        <w:rPr>
          <w:rFonts w:ascii="Gentium Plus" w:hAnsi="Gentium Plus"/>
          <w:sz w:val="24"/>
        </w:rPr>
        <w:t>Καὶ εἰ μὴ Κύριος Σαβαὼθ ἐγκατέλιπεν ἡμῖν σπέρμα, ὡς Σόδομα ἂν ἐγενήθημεν, καὶ ὡς Γόμοῤῥα ἂν ὡμοιώ‐ θημεν. Εἰ ὅλον τὸ ἔθνος ἁμαρτωλὸν καὶ ὅλος ὁ λαὸς πλήρης</w:t>
      </w:r>
    </w:p>
    <w:p>
      <w:r>
        <w:rPr>
          <w:rFonts w:ascii="Courier New" w:hAnsi="Courier New"/>
          <w:color w:val="555555"/>
          <w:sz w:val="20"/>
        </w:rPr>
        <w:t>[5]</w:t>
      </w:r>
    </w:p>
    <w:p>
      <w:r>
        <w:rPr>
          <w:rFonts w:ascii="Gentium Plus" w:hAnsi="Gentium Plus"/>
          <w:sz w:val="24"/>
        </w:rPr>
        <w:t>ἀνομιῶν καὶ πάντες υἱοὶ ἄνομοι, ποῖον ἐναφείθη σπέρμα</w:t>
      </w:r>
    </w:p>
    <w:p>
      <w:r>
        <w:rPr>
          <w:rFonts w:ascii="Courier New" w:hAnsi="Courier New"/>
          <w:color w:val="555555"/>
          <w:sz w:val="20"/>
        </w:rPr>
        <w:t>[10]</w:t>
      </w:r>
    </w:p>
    <w:p>
      <w:r>
        <w:rPr>
          <w:rFonts w:ascii="Gentium Plus" w:hAnsi="Gentium Plus"/>
          <w:sz w:val="24"/>
        </w:rPr>
        <w:t>εἴρηται ἐν ἐπαγγελίαις τῷ Ἀβραὰμ τὸ Σοὶ δώσω καὶ τῷ σπέρματί σου; Οὐ γὰρ εἶπε (φησὶ) καὶ τοῖς σπέρμασιν, ὡς ἐπὶ πολλῶν, ἀλλ’ ὡς ἐπὶ ἑνός· Καὶ τῷ σπέρματί σου, ὅς ἐστι Χριστός. Τοῦτο οὖν τὸ σπέρμα, τοὺς, ὅσον ἐπὶ τῇ ἀξίᾳ τῶν βεβιωμένων, ὀφείλοντας, παθεῖν τὰ Σοδόμων καὶ πυρὶ</w:t>
      </w:r>
    </w:p>
    <w:p>
      <w:r>
        <w:rPr>
          <w:rFonts w:ascii="Courier New" w:hAnsi="Courier New"/>
          <w:color w:val="555555"/>
          <w:sz w:val="20"/>
        </w:rPr>
        <w:t>[15]</w:t>
      </w:r>
    </w:p>
    <w:p>
      <w:r>
        <w:rPr>
          <w:rFonts w:ascii="Gentium Plus" w:hAnsi="Gentium Plus"/>
          <w:sz w:val="24"/>
        </w:rPr>
        <w:t>καὶ θείῳ ἐκτριβῆναι διὰ τὴν κακίαν φθάνουσαν εἰς τὸ Σο‐ δομητικὸν μέτρον, τῇ παρ’ ἑαυτοῦ παρουσίᾳ ἐκώλυσεν. Ἀλλ’ ὅμως καὶ μετὰ τὴν εἰς Χριστὸν ἁμαρτίαν, Τὸ μὲν λεῖμμα κατ’ ἐκλογὴν χάριτος ἐσώθη· οἱ δὲ λοιποὶ ἐπωρώ‐ θησαν, οἳ καὶ παρεδόθησαν τῇ καταστροφῇ, ὥς φησιν</w:t>
      </w:r>
    </w:p>
    <w:p>
      <w:r>
        <w:rPr>
          <w:rFonts w:ascii="Courier New" w:hAnsi="Courier New"/>
          <w:color w:val="555555"/>
          <w:sz w:val="20"/>
        </w:rPr>
        <w:t>[20]</w:t>
      </w:r>
    </w:p>
    <w:p>
      <w:r>
        <w:rPr>
          <w:rFonts w:ascii="Gentium Plus" w:hAnsi="Gentium Plus"/>
          <w:sz w:val="24"/>
        </w:rPr>
        <w:t>Ἀμώς· Κατέστρεψα γὰρ ὑμᾶς, καθὼς κατέστρεψε Κύριος Σόδομα καὶ Γόμοῤῥα· καὶ οὐδὲ οὕτως ἐπεστρέψατε πρός με, λέγει Κύριος. Καίτοι πολλάκις ἀπειλήσας, πολλάκις ἐφεί‐ σατο· ὕστερον δὲ ἐπήγαγε τῇ ἀμετανοήτῳ καρδίᾳ τὰ ἄξια τῶν ἔργων πάθη. Ἐν γάρ τινι Προφήτῃ ὁρμᾷ μὲν πρὸς τὴν</w:t>
      </w:r>
    </w:p>
    <w:p>
      <w:r>
        <w:rPr>
          <w:rFonts w:ascii="Courier New" w:hAnsi="Courier New"/>
          <w:color w:val="555555"/>
          <w:sz w:val="20"/>
        </w:rPr>
        <w:t>[25]</w:t>
      </w:r>
    </w:p>
    <w:p>
      <w:r>
        <w:rPr>
          <w:rFonts w:ascii="Gentium Plus" w:hAnsi="Gentium Plus"/>
          <w:sz w:val="24"/>
        </w:rPr>
        <w:t>ἐκδίκησιν διὰ τὴν ἀδικίαν τοῦ λαοῦ· ἐπέχει δὲ διὰ τὴν οἰκείαν φιλανθρωπίαν· Τί σε διαθῶ, Ἐφραΐμ; τί σοι ποιήσω, Ἰούδα; Ὡς Ἄδαμα θήσομαί σε καὶ ὡς Σεβοΐμ. Αὐταὶ δέ εἰσι τῆς Σοδομητικῆς πενταπόλεως. Εἶτα ὑπερβολῇ φιλαν‐ θρωπίας εὐθὺς ἐπάγει· Μετεστράφη ἡ καρδία μου ἐν τῷ</w:t>
      </w:r>
    </w:p>
    <w:p>
      <w:r>
        <w:rPr>
          <w:rFonts w:ascii="Courier New" w:hAnsi="Courier New"/>
          <w:color w:val="555555"/>
          <w:sz w:val="20"/>
        </w:rPr>
        <w:t>[30]</w:t>
      </w:r>
    </w:p>
    <w:p>
      <w:r>
        <w:rPr>
          <w:rFonts w:ascii="Gentium Plus" w:hAnsi="Gentium Plus"/>
          <w:sz w:val="24"/>
        </w:rPr>
        <w:t>αὐτῷ, συνεταράχθη ἡ μεταμέλειά μου. Οὐ μὴ ποιήσω κατὰ</w:t>
      </w:r>
    </w:p>
    <w:p>
      <w:r>
        <w:rPr>
          <w:rFonts w:ascii="Courier New" w:hAnsi="Courier New"/>
          <w:color w:val="555555"/>
          <w:sz w:val="20"/>
        </w:rPr>
        <w:t>[35]</w:t>
      </w:r>
    </w:p>
    <w:p>
      <w:r>
        <w:rPr>
          <w:rFonts w:ascii="Gentium Plus" w:hAnsi="Gentium Plus"/>
          <w:sz w:val="24"/>
        </w:rPr>
        <w:t>ταῖς κατ’ ἀλλήλων ἐξανηλώθησαν. Τὸ μέντοι μέρος τῶν πιστευσάντων εἰς Χριστὸν διεσώθη ἀπὸ τοῦ παντὸς τοῦ Ἰσραὴλ, ἐν ὀλίγοις εὑρηθείσης τῆς ἐκλογῆς· ὅπερ ὡς ζύμη γενόμενον τοῖς ἔθνεσι, πάντας πρὸς τὴν οἰκείαν εἵλκυ‐ σεν ὁμοιότητα, ὥστε καὶ ἀπ’ ἐκείνου καὶ Ἰσραὴλ χρημα‐</w:t>
      </w:r>
    </w:p>
    <w:p>
      <w:r>
        <w:rPr>
          <w:rFonts w:ascii="Courier New" w:hAnsi="Courier New"/>
          <w:color w:val="555555"/>
          <w:sz w:val="20"/>
        </w:rPr>
        <w:t>[40]</w:t>
      </w:r>
    </w:p>
    <w:p>
      <w:r>
        <w:rPr>
          <w:rFonts w:ascii="Gentium Plus" w:hAnsi="Gentium Plus"/>
          <w:sz w:val="24"/>
        </w:rPr>
        <w:t>τίζειν καὶ λαὸν Κυρίου, καὶ εἶναι τὸν ἐν τῷ κρυπτῷ Ἰου‐ δαῖον καὶ τῶν πνευματικῶν ἐπαγγελιῶν κληρονόμον, τὸν ἐξ ἐθνῶν πεπιστευκότα. —Ἐπεὶ δὲ Σόδομα ἑρμηνεύεται ἔκ‐ κλισις, Γόμοῤῥα δὲ στάσις, καὶ τοιοῦτόν τινα νοῦν ἡμῖν ὑπο‐ βάλλει ἡ ἑρμηνεία τῶν ὀνομάτων, ὅτι εἰ μὴ ἦλθε τὸ σπέρμα</w:t>
      </w:r>
    </w:p>
    <w:p>
      <w:r>
        <w:rPr>
          <w:rFonts w:ascii="Courier New" w:hAnsi="Courier New"/>
          <w:color w:val="555555"/>
          <w:sz w:val="20"/>
        </w:rPr>
        <w:t>[45]</w:t>
      </w:r>
    </w:p>
    <w:p>
      <w:r>
        <w:rPr>
          <w:rFonts w:ascii="Gentium Plus" w:hAnsi="Gentium Plus"/>
          <w:sz w:val="24"/>
        </w:rPr>
        <w:t>ὃ ἐπήγγελτο, οὐδὲν ἐκώλυεν ἡμᾶς εἰς παντελῆ ἀπώλειαν ἐκπεσεῖν, ἐκκλίναντας ἀπὸ τοῦ Θεοῦ. Καὶ εἰ μὴ εἰρήνη ἡμῖν ἐπεφάνη ἐξ ὕψους, Ἡ ὑπερέχουσα πάντα νοῦν, ἕκαστος ἂν ὑπὸ τῆς ἰδίας στάσεως καὶ τοῦ ἐνοικοῦντος. αὐτῷ πολέμου ἐξανηλώθημεν· τὰ γὰρ πάθη τῆς ἁμαρτίας καὶ πᾶσαι αἱ</w:t>
      </w:r>
    </w:p>
    <w:p>
      <w:r>
        <w:rPr>
          <w:rFonts w:ascii="Courier New" w:hAnsi="Courier New"/>
          <w:color w:val="555555"/>
          <w:sz w:val="20"/>
        </w:rPr>
        <w:t>[1 . 22 (50)]</w:t>
      </w:r>
    </w:p>
    <w:p>
      <w:r>
        <w:rPr>
          <w:rFonts w:ascii="Gentium Plus" w:hAnsi="Gentium Plus"/>
          <w:sz w:val="24"/>
        </w:rPr>
        <w:t>κατὰ ἀλογίαν κινήσεις, θορύβους ἀσινήτους καὶ στάσιν ἀδιάλ‐ λακτον ἐμποιεῖν πεφύκασι ταῖς ψυχαῖς.</w:t>
      </w:r>
    </w:p>
    <w:p>
      <w:r>
        <w:rPr>
          <w:rFonts w:ascii="Courier New" w:hAnsi="Courier New"/>
          <w:color w:val="555555"/>
          <w:sz w:val="20"/>
        </w:rPr>
        <w:t>[1 . 23]</w:t>
      </w:r>
    </w:p>
    <w:p>
      <w:r>
        <w:rPr>
          <w:rFonts w:ascii="Gentium Plus" w:hAnsi="Gentium Plus"/>
          <w:sz w:val="24"/>
        </w:rPr>
        <w:t>Αἰσθομένη οὖν τῆς ὠφελείας ἐκ τῆς τοῦ Σωτῆρος παρουσίας, ὃς ὡς σπέρμα μικρὸν διὰ τῆς ἀνθρωπείας σαρκὸς ἐνέπεσεν ἡμῶν τῷ βίῳ, ταῦτα λέγει ἐν εὐχαριστίας εἴδει ἡ</w:t>
      </w:r>
    </w:p>
    <w:p>
      <w:r>
        <w:rPr>
          <w:rFonts w:ascii="Courier New" w:hAnsi="Courier New"/>
          <w:color w:val="555555"/>
          <w:sz w:val="20"/>
        </w:rPr>
        <w:t>[5]</w:t>
      </w:r>
    </w:p>
    <w:p>
      <w:r>
        <w:rPr>
          <w:rFonts w:ascii="Gentium Plus" w:hAnsi="Gentium Plus"/>
          <w:sz w:val="24"/>
        </w:rPr>
        <w:t>προσέχετε νόμον Θεοῦ, λαὸς Γομόῤῥας, ἵνα δείξῃ, ὅτι ἡ τοῦ σπέρματος τοῦ ἐγκαταλειφθέντος αὐτῇ παρὰ Κυρίου Σαβαὼθ παρουσία αἰτία αὐτοῖς γέγονε τῆς σωτηρίας. Ἐπεὶ, ὅσον τὸ ἐπ’ αὐτοῖς, τοῖς παθήμασι τῆς Σοδομηνῆς ὑπόδικοι ἦσαν, ἄρχοντας αὐτοὺς Σοδόμων καὶ λαὸν Γομόῤῥας προσ‐</w:t>
      </w:r>
    </w:p>
    <w:p>
      <w:r>
        <w:rPr>
          <w:rFonts w:ascii="Courier New" w:hAnsi="Courier New"/>
          <w:color w:val="555555"/>
          <w:sz w:val="20"/>
        </w:rPr>
        <w:t>[10]</w:t>
      </w:r>
    </w:p>
    <w:p>
      <w:r>
        <w:rPr>
          <w:rFonts w:ascii="Gentium Plus" w:hAnsi="Gentium Plus"/>
          <w:sz w:val="24"/>
        </w:rPr>
        <w:t>αγορεύει ὑπὲρ τὴν κακίαν τὴν τῶν ἀρχόντων, διὰ τὸ οἱονεὶ μητρόπολιν μὲν εἶναι τῆς πονηρίας τὰ Σόδομα, ταύτης δὲ αὐτῆς κατὰ κακίας ὑπερβολὴν ὑπερέχειν τοὺς ἄρχοντας. — Διὰ τί δὲ ἄρχοντες Σοδόμων; Ἢ διότι καθάπερ ἐκεῖνοι παρ‐ ῃτοῦντο τὸν τὰ δίκαια κρίνοντα Λὼτ, ὅτε ἐξαιρεῖσθαι τοὺς</w:t>
      </w:r>
    </w:p>
    <w:p>
      <w:r>
        <w:rPr>
          <w:rFonts w:ascii="Courier New" w:hAnsi="Courier New"/>
          <w:color w:val="555555"/>
          <w:sz w:val="20"/>
        </w:rPr>
        <w:t>[15]</w:t>
      </w:r>
    </w:p>
    <w:p>
      <w:r>
        <w:rPr>
          <w:rFonts w:ascii="Gentium Plus" w:hAnsi="Gentium Plus"/>
          <w:sz w:val="24"/>
        </w:rPr>
        <w:t>παρ’ αὐτῷ ἐπιξενωθέντας ἐσπούδαζε, λέγοντες· Εἰσῆλθες παροικεῖν, μὴ καὶ κρίσιν κρίνειν, —οὕτω καὶ οὗτοι τὸν δίκαιον Κριτὴν παρῃτοῦντο, κράζοντες· Σταυροῦ, σταυροῦ· αἶρε ἀπὸ τῆς γῆς τὸν τοιοῦτον. Πολλῷ δὲ μείζων ἐνταῦθα ἡ μοχθη‐ ρία· οἱ μὲν γὰρ εἰς ξένους καὶ μηδὲν ἠδικηκότας ἠσέλ‐</w:t>
      </w:r>
    </w:p>
    <w:p>
      <w:r>
        <w:rPr>
          <w:rFonts w:ascii="Courier New" w:hAnsi="Courier New"/>
          <w:color w:val="555555"/>
          <w:sz w:val="20"/>
        </w:rPr>
        <w:t>[20]</w:t>
      </w:r>
    </w:p>
    <w:p>
      <w:r>
        <w:rPr>
          <w:rFonts w:ascii="Gentium Plus" w:hAnsi="Gentium Plus"/>
          <w:sz w:val="24"/>
        </w:rPr>
        <w:t>γαινον· οἱ δὲ εἰς Τὸν τὰ μεγάλα αὐτοὺς καθ’ ὑπερβολὴν εὐεργετήσαντα· κἀκεῖνοι μὲν εἰς ξένους, οὗτοι δὲ Τὸν εἰς τὰ ἴδια ἐλθόντα· κἀκεῖνοι μὲν εἰς Ἀγγέλους, οὗτοι δὲ εἰς τὸν Θεόν. Διὰ τοῦτο δικαίως τῆς τῶν Σοδομιτικῶν ἀρχόντων προσηγορίας ἠξίωνται.</w:t>
      </w:r>
    </w:p>
    <w:p>
      <w:r>
        <w:rPr>
          <w:rFonts w:ascii="Courier New" w:hAnsi="Courier New"/>
          <w:color w:val="555555"/>
          <w:sz w:val="20"/>
        </w:rPr>
        <w:t>[25]</w:t>
      </w:r>
    </w:p>
    <w:p>
      <w:r>
        <w:rPr>
          <w:rFonts w:ascii="Gentium Plus" w:hAnsi="Gentium Plus"/>
          <w:sz w:val="24"/>
        </w:rPr>
        <w:t>Ἀλλ’ ὅμως τούτους εὐεργετῶν ὁ Θεὸς εἰς τὴν τῶν ὠφελί‐ μων αὐτοῦ λόγων ἀκοὴν προκαλεῖται, τὸν δὲ ὑπὸ τούτων ἀρ‐ χόμενον λαὸν καὶ ἐκ τῶν πονηρῶν διδαγμάτων Γομόῤῥας λαὸν χρηματίζοντα, εἰς τὴν τοῦ νόμου προσοχὴν ἐπιστρέφει, τοῖς μὲν ἐντρεχεστέροις τὸ ἀκοῦσαι προστάσσων, τοῖς δὲ ἀσυνέτοις</w:t>
      </w:r>
    </w:p>
    <w:p>
      <w:r>
        <w:rPr>
          <w:rFonts w:ascii="Courier New" w:hAnsi="Courier New"/>
          <w:color w:val="555555"/>
          <w:sz w:val="20"/>
        </w:rPr>
        <w:t>[30]</w:t>
      </w:r>
    </w:p>
    <w:p>
      <w:r>
        <w:rPr>
          <w:rFonts w:ascii="Gentium Plus" w:hAnsi="Gentium Plus"/>
          <w:sz w:val="24"/>
        </w:rPr>
        <w:t>τὸ προσέχειν, ἢ τὸ ἐνωτίζεσθαι, ὅπερ ἕτεροι ἐκδεδώκασιν. Ὅση δὲ λόγου πρὸς νόμον διαφορὰ, τοσαύτη καὶ τοῦ ἀκούειν πρὸς τὸ ἐνωτίζεσθαι· ὁ μὲν γὰρ νόμος κανὼν δικαίων ἐστὶ καὶ ἀδίκων, προστακτικὸς μὲν ὧν ποιητέον, ἀπαγορευτικὸς δὲ ὧν οὐ ποιητέον, οὗ φυλακτικός ἐστιν ὁ πολὺς, κἂν τὸ ἐν</w:t>
      </w:r>
    </w:p>
    <w:p>
      <w:r>
        <w:rPr>
          <w:rFonts w:ascii="Courier New" w:hAnsi="Courier New"/>
          <w:color w:val="555555"/>
          <w:sz w:val="20"/>
        </w:rPr>
        <w:t>[35]</w:t>
      </w:r>
    </w:p>
    <w:p>
      <w:r>
        <w:rPr>
          <w:rFonts w:ascii="Gentium Plus" w:hAnsi="Gentium Plus"/>
          <w:sz w:val="24"/>
        </w:rPr>
        <w:t>αὐτῷ ὠφέλιμον ἀγνοῇ· ὁ δὲ λόγος καὶ τῆς αἰτίας ἐστὶν ἀπο‐ δοτικὸς, καθ’ ἣν τάδε τινὰ διατέτακται. Καὶ μάλιστα ὁ καθ’ ἡμᾶς λόγος, ὑψηλῶς τὸν νόμον καὶ πνευματικῶς ἐξηγού‐ μενος, τιμιώτερός ἐστι τῆς ψιλῆς κατὰ τὸ γράμμα παρατη‐ ρήσεως.</w:t>
      </w:r>
    </w:p>
    <w:p>
      <w:r>
        <w:rPr>
          <w:rFonts w:ascii="Courier New" w:hAnsi="Courier New"/>
          <w:color w:val="555555"/>
          <w:sz w:val="20"/>
        </w:rPr>
        <w:t>[40]</w:t>
      </w:r>
    </w:p>
    <w:p>
      <w:r>
        <w:rPr>
          <w:rFonts w:ascii="Gentium Plus" w:hAnsi="Gentium Plus"/>
          <w:sz w:val="24"/>
        </w:rPr>
        <w:t>Τί δὲ τὸ ἀκούειν τοῦ ἐνωτίζεσθαι διαφέρει; Ὅτι τὸ μὲν ἀκούειν διανοίας ἐστὶν, ὡς δηλοῖ ὁ Κύριος, διεγείρων εἰς τὸ συνετῶς κατακούειν τοῦ βουλήματος τῶν λεγομένων, Ὁ ἔχων ὦτα ἀκούειν, ἀκουέτω· τὸ δὲ ἐνωτίζεσθαι, ψιλὸν τὸν ἦχον ἐντίθεσθαι τοῖς ὠσί. Διὸ καὶ ὁ λαὸς ἐν τῇ Ἐξόδῳ</w:t>
      </w:r>
    </w:p>
    <w:p>
      <w:r>
        <w:rPr>
          <w:rFonts w:ascii="Courier New" w:hAnsi="Courier New"/>
          <w:color w:val="555555"/>
          <w:sz w:val="20"/>
        </w:rPr>
        <w:t>[45]</w:t>
      </w:r>
    </w:p>
    <w:p>
      <w:r>
        <w:rPr>
          <w:rFonts w:ascii="Gentium Plus" w:hAnsi="Gentium Plus"/>
          <w:sz w:val="24"/>
        </w:rPr>
        <w:t>φησί· Πάντα, ὅσα ἐὰν εἴπῃ ὁ Θεὸς, ποιήσομεν καὶ ἀκουσό‐ μεθα. (Καίτοιγε ἀκολουθότερον ἦν εἰπεῖν, ἀκουσώμεθα καὶ ποιήσωμεν). Ἀλλὰ τὸ μὲν ποιῆσαι παντός ἐστι τοῦ παχυτά‐ του τὴν διάνοιαν, οἷον τηρῆσαι σωματικῶς τὸ σάββατον καὶ ἀπέχεσθαι βρωμάτων καὶ περιτεμεῖν τῇ ὀγδόῃ καὶ τὸ τρὶς</w:t>
      </w:r>
    </w:p>
    <w:p>
      <w:r>
        <w:rPr>
          <w:rFonts w:ascii="Courier New" w:hAnsi="Courier New"/>
          <w:color w:val="555555"/>
          <w:sz w:val="20"/>
        </w:rPr>
        <w:t>[1 . 23 (50)]</w:t>
      </w:r>
    </w:p>
    <w:p>
      <w:r>
        <w:rPr>
          <w:rFonts w:ascii="Gentium Plus" w:hAnsi="Gentium Plus"/>
          <w:sz w:val="24"/>
        </w:rPr>
        <w:t>τοῦ ἐνιαυτοῦ ὀφθῆναι ἐν τῷ ναῷ· τοῖς δὲ λόγοις τούτων ἐπιβαλεῖν, τοῦ τελείου ἤδη καὶ ἐπὶ πολὺ διαβεβηκότος τῇ γνώσει. Φασὶ δὲ μίαν ταύτην αἰτίαν εἶναι, τὴν κινήσασαν εἰς τὴν κατὰ τοῦ Προφήτου ἐπιβουλὴν τοὺς τότε. Οἱ δὲ ἄρχοντες Σοδόμων πότερον διὰ τὸ πονηρῶν ἀρχεῖν</w:t>
      </w:r>
    </w:p>
    <w:p>
      <w:r>
        <w:rPr>
          <w:rFonts w:ascii="Courier New" w:hAnsi="Courier New"/>
          <w:color w:val="555555"/>
          <w:sz w:val="20"/>
        </w:rPr>
        <w:t>[55]</w:t>
      </w:r>
    </w:p>
    <w:p>
      <w:r>
        <w:rPr>
          <w:rFonts w:ascii="Gentium Plus" w:hAnsi="Gentium Plus"/>
          <w:sz w:val="24"/>
        </w:rPr>
        <w:t>προσηγορεύθησαν, ἢ διὰ τὸ πονηροὶ εἶναι; Δύναται γάρ τις κακῶν ἄρχων αὐτὸς ἀπηλλάχθαι τῆς κακίας τῶν ἀρχομένων. Ἀλλ’ εἰ μὲν περὶ τοῦ λαοῦ ἀπεσιωπήθη, τυχὸν ἂν εἶχέ τινα χώραν ἡ ἀμφιβολία· νῦν δὲ τῷ λαὸς Γομόῤῥας ὁ λαὸς ὠνο‐ μάσθαι, τὸ ἧττον ψεκτὸν τοῦ λαοῦ παρὰ τοὺς ἄρχοντας αὐ‐</w:t>
      </w:r>
    </w:p>
    <w:p>
      <w:r>
        <w:rPr>
          <w:rFonts w:ascii="Courier New" w:hAnsi="Courier New"/>
          <w:color w:val="555555"/>
          <w:sz w:val="20"/>
        </w:rPr>
        <w:t>[60]</w:t>
      </w:r>
    </w:p>
    <w:p>
      <w:r>
        <w:rPr>
          <w:rFonts w:ascii="Gentium Plus" w:hAnsi="Gentium Plus"/>
          <w:sz w:val="24"/>
        </w:rPr>
        <w:t>τῶν, τοῦ λόγου δηλοῦντος διὰ τὸ προκαθέζεσθαι τὰ Σόδομα τῆς πενταπόλεως, καὶ αὐτὴν ἔχειν τὰ οἱονεὶ ἀρχεῖα τῆς πο‐ νηρίας, καὶ τῆς ἐν πᾶσι κακοῖς ὑπεροχῆς ἠξιῶσθαι. Ἄρ‐ χοντας δὲ Σοδόμων ἡ ἱστορία οὐ παραδέδωκε, πλὴν τῶν βασιλέων τῶν ἡττηθέντων· διὰ μέντοι τὸν πεπαῤῥησιασμένον</w:t>
      </w:r>
    </w:p>
    <w:p>
      <w:r>
        <w:rPr>
          <w:rFonts w:ascii="Courier New" w:hAnsi="Courier New"/>
          <w:color w:val="555555"/>
          <w:sz w:val="20"/>
        </w:rPr>
        <w:t>[65]</w:t>
      </w:r>
    </w:p>
    <w:p>
      <w:r>
        <w:rPr>
          <w:rFonts w:ascii="Gentium Plus" w:hAnsi="Gentium Plus"/>
          <w:sz w:val="24"/>
        </w:rPr>
        <w:t>τούτων τῶν ἀδικούντων ἔλεγχον, ὁ Ἀπόστολός φησι περὶ τοῦ Ἡσαΐου· Ἀποτολμᾷ καὶ λέγει. —Χρήσεται δέ ποτε τούτοις ὁ ἐν δόγμασιν ὑγιέσι καὶ ἀνεπιλήπτῳ βίῳ τυγχά‐ νων πρὸς ἄρχοντας Ἐκκλησιῶν παρανόμως βιοῦντας, καὶ λαὸν ἐκκλίνοντα καὶ ἀχρείως πολιτευόμενον.</w:t>
      </w:r>
    </w:p>
    <w:p>
      <w:r>
        <w:rPr>
          <w:rFonts w:ascii="Courier New" w:hAnsi="Courier New"/>
          <w:color w:val="555555"/>
          <w:sz w:val="20"/>
        </w:rPr>
        <w:t>[1 . 24]</w:t>
      </w:r>
    </w:p>
    <w:p>
      <w:r>
        <w:rPr>
          <w:rFonts w:ascii="Gentium Plus" w:hAnsi="Gentium Plus"/>
          <w:sz w:val="24"/>
        </w:rPr>
        <w:t>Τί μοι πλῆθος τῶν θυσιῶν ὑμῶν; λέγει Κύριος. Ἕν τῶν ὀφειλόντων ἀκουσθῆναι παρὰ τῶν ἀρχόντων καὶ παρὰ τοῦ λαοῦ φυλαχθῆναι, τὸ Τί μοι πλῆθος τῶν θυσιῶν ὑμῶν; Θυσίαι ἀσεβῶν βδέλυγμα Κυρίῳ. Πῶς δὲ διὰ θυσιῶν</w:t>
      </w:r>
    </w:p>
    <w:p>
      <w:r>
        <w:rPr>
          <w:rFonts w:ascii="Courier New" w:hAnsi="Courier New"/>
          <w:color w:val="555555"/>
          <w:sz w:val="20"/>
        </w:rPr>
        <w:t>[5]</w:t>
      </w:r>
    </w:p>
    <w:p>
      <w:r>
        <w:rPr>
          <w:rFonts w:ascii="Gentium Plus" w:hAnsi="Gentium Plus"/>
          <w:sz w:val="24"/>
        </w:rPr>
        <w:t>τῶν ἐν πλήθει προσαγομένων ἄνευ ἀξιολόγου μετανοίας ἐλπί‐ ζετε εὑρήσειν τινὰ ἀπολύτρωσιν ταῖς ψυχαῖς ὑμῶν; Οὐ γὰρ ἐν αἵματι ζώων, οὐδὲ ἐν σφαγαῖς ἐπιβωμίοις, ἀλλ’ ἐπὶ καρδίᾳ συντετριμμένῃ Θεὸς ἱλάσκεται. Θυσία γὰρ τῷ Θεῷ πνεῦμα συντετριμμένον. Τὸ αὐτὸ δὲ καὶ πρὸς τοὺς ἐν δαπάναις μὲν</w:t>
      </w:r>
    </w:p>
    <w:p>
      <w:r>
        <w:rPr>
          <w:rFonts w:ascii="Courier New" w:hAnsi="Courier New"/>
          <w:color w:val="555555"/>
          <w:sz w:val="20"/>
        </w:rPr>
        <w:t>[10]</w:t>
      </w:r>
    </w:p>
    <w:p>
      <w:r>
        <w:rPr>
          <w:rFonts w:ascii="Gentium Plus" w:hAnsi="Gentium Plus"/>
          <w:sz w:val="24"/>
        </w:rPr>
        <w:t>ἀφειδεῖς, μὴ μετανοοῦντας δὲ διὰ τῶν ἔργων, ἁρμόσει λέ‐ γεσθαι. —Διὰ τοῦτο οὐχὶ καθόλου θυσίας παραιτεῖται ὁ λόγος, ἀλλὰ τὰς Ἰουδαϊκάς· Τί γάρ μοι πλῆθος (φησὶ) τῶν θυσιῶν ὑμῶν; Καὶ τὸ μὲν πλῆθος ἀποπέμπεται· μίαν δὲ θυσίαν ἐπιζητεῖ. Αὐτὸς ἕκαστος ἑαυτὸν προσαγέτω τῷ Θεῷ,</w:t>
      </w:r>
    </w:p>
    <w:p>
      <w:r>
        <w:rPr>
          <w:rFonts w:ascii="Courier New" w:hAnsi="Courier New"/>
          <w:color w:val="555555"/>
          <w:sz w:val="20"/>
        </w:rPr>
        <w:t>[15]</w:t>
      </w:r>
    </w:p>
    <w:p>
      <w:r>
        <w:rPr>
          <w:rFonts w:ascii="Gentium Plus" w:hAnsi="Gentium Plus"/>
          <w:sz w:val="24"/>
        </w:rPr>
        <w:t>παριστῶν ἑαυτὸν θυσίαν ζῶσαν, εὐάρεστον τῷ Θεῷ, διὰ τῆς λογικῆς λατρείας θύων τῷ Θεῷ θυσίαν αἰνέσεως. Ἐπει‐ δὴ δὲ τὸ πλῆθος τῶν κατὰ τὸν νόμον θυσιῶν ὡς ἀχρεῖον ἐκβέβληται, μία θυσία προσεδέχθη, ἐπ’ ἐσχάτων τῶν αἰώνων εἰς ἀθέτησιν τῆς ἁμαρτίας ἀνενεχθεῖσα· ὁ γὰρ Ἀμνὸς τοῦ</w:t>
      </w:r>
    </w:p>
    <w:p>
      <w:r>
        <w:rPr>
          <w:rFonts w:ascii="Courier New" w:hAnsi="Courier New"/>
          <w:color w:val="555555"/>
          <w:sz w:val="20"/>
        </w:rPr>
        <w:t>[20]</w:t>
      </w:r>
    </w:p>
    <w:p>
      <w:r>
        <w:rPr>
          <w:rFonts w:ascii="Gentium Plus" w:hAnsi="Gentium Plus"/>
          <w:sz w:val="24"/>
        </w:rPr>
        <w:t>Θεοῦ ἦρε τὴν ἁμαρτίαν τοῦ κόσμου, ἑαυτὸν ἀνενεγκὼν προσ‐ φορὰν καὶ θυσίαν εἰς ὀσμὴν εὐωδίας.</w:t>
      </w:r>
    </w:p>
    <w:p>
      <w:r>
        <w:rPr>
          <w:rFonts w:ascii="Courier New" w:hAnsi="Courier New"/>
          <w:color w:val="555555"/>
          <w:sz w:val="20"/>
        </w:rPr>
        <w:t>[1 . 25]</w:t>
      </w:r>
    </w:p>
    <w:p>
      <w:r>
        <w:rPr>
          <w:rFonts w:ascii="Gentium Plus" w:hAnsi="Gentium Plus"/>
          <w:sz w:val="24"/>
        </w:rPr>
        <w:t>Πλήρης εἰμί. Ἐνταῦθα καλῶς ἔχει περιορισθῆναι τὴν ἀνάγνωσιν, καὶ ἀπὸ ἄλλης ἀρχῆς ἄρξασθαι τῶν ἑξῆς. Τὸ μὲν γὰρ πε‐ πληρῶσθαι τῆς ἰδίας μακαριότητος καὶ ἀνενδεῶς ἔχειν</w:t>
      </w:r>
    </w:p>
    <w:p>
      <w:r>
        <w:rPr>
          <w:rFonts w:ascii="Courier New" w:hAnsi="Courier New"/>
          <w:color w:val="555555"/>
          <w:sz w:val="20"/>
        </w:rPr>
        <w:t>[5]</w:t>
      </w:r>
    </w:p>
    <w:p>
      <w:r>
        <w:rPr>
          <w:rFonts w:ascii="Gentium Plus" w:hAnsi="Gentium Plus"/>
          <w:sz w:val="24"/>
        </w:rPr>
        <w:t>ἑαυτοῦ, πρεπωδέστατον τῷ Θεῷ· τὸ δὲ τῆς ἀπὸ τῶν ὁλο‐ καυτωμάτων κνίσης καὶ τοῦ αἵματος τῶν σφαζομένων πεπληρῶσθαι λέγειν, ἀνάξιον τοῦ Θεοῦ. Πλήρης οὖν ἐστιν, ἀφ’ οὗ τοῦ πληρώματος ἡμεῖς πάντες ἐλάβομεν, καὶ Ἐν ᾧ κατοικεῖ πᾶν τὸ πλήρωμα τῆς θεότητος σωματικῶς. —Δαί‐</w:t>
      </w:r>
    </w:p>
    <w:p>
      <w:r>
        <w:rPr>
          <w:rFonts w:ascii="Courier New" w:hAnsi="Courier New"/>
          <w:color w:val="555555"/>
          <w:sz w:val="20"/>
        </w:rPr>
        <w:t>[10]</w:t>
      </w:r>
    </w:p>
    <w:p>
      <w:r>
        <w:rPr>
          <w:rFonts w:ascii="Gentium Plus" w:hAnsi="Gentium Plus"/>
          <w:sz w:val="24"/>
        </w:rPr>
        <w:t>μοσι μὲν γὰρ διὰ τὸ φιλήδονον καὶ ἐμπαθὲς αἱ θυσίαι φέ‐ ρουσί τινα ἡδονὴν καὶ χρείαν, ἐκθυμιώμεναι, διὰ τῆς καύ‐ σεως ἐξατμιζομένου τοῦ αἵματος, καὶ οὕτω διὰ τῆς τοιαύ‐ της λεπτοποιήσεως εἰς τὴν σύστασιν αὐτῶν ἀναλαμβανομένου. Ὅλοι γὰρ δι’ ὅλων τρέφονται τοῖς ἀτμοῖς, οὐ διὰ μασσήσεως</w:t>
      </w:r>
    </w:p>
    <w:p>
      <w:r>
        <w:rPr>
          <w:rFonts w:ascii="Courier New" w:hAnsi="Courier New"/>
          <w:color w:val="555555"/>
          <w:sz w:val="20"/>
        </w:rPr>
        <w:t>[15]</w:t>
      </w:r>
    </w:p>
    <w:p>
      <w:r>
        <w:rPr>
          <w:rFonts w:ascii="Gentium Plus" w:hAnsi="Gentium Plus"/>
          <w:sz w:val="24"/>
        </w:rPr>
        <w:t>καὶ κοιλίας, ἀλλ’ ὡς αἱ τρίχες τῶν ζώων καὶ ὄνυχες καὶ ὅσα τοιαῦτα, εἰς ὅλην ἑαυτῶν τὴν οὐσίαν τὴν τροφὴν κατα‐ δέχεται. Διὰ τοῦτο λίχνως περὶ τὰς κνίσας ἐπτόηνται καὶ τὸν ἐκ τοῦ λιβανωτοῦ καπνὸν, ὡς ἐπιτήδειον αὐτοῖς εἰς τροφὴν, ὑπερασπάζονται.</w:t>
      </w:r>
    </w:p>
    <w:p>
      <w:r>
        <w:rPr>
          <w:rFonts w:ascii="Courier New" w:hAnsi="Courier New"/>
          <w:color w:val="555555"/>
          <w:sz w:val="20"/>
        </w:rPr>
        <w:t>[20]</w:t>
      </w:r>
    </w:p>
    <w:p>
      <w:r>
        <w:rPr>
          <w:rFonts w:ascii="Gentium Plus" w:hAnsi="Gentium Plus"/>
          <w:sz w:val="24"/>
        </w:rPr>
        <w:t>Καὶ τάχα ἐστί τις ἐν τοῖς ζώοις πρὸς τὰς ἰδιότητας τῶν δαιμονικῶν σωμάτων οἰκείωσις. Καὶ οἵ γε τὸ βούλημα αὐτῶν ἐκλαβόντες, τόδε τῷδε ὡς οἰκειότερον εἰς τροφὴν προσκομί‐ ζουσι. Θεῷ δὲ πρέπουσα φωνὴ τὸ Πλήρης εἰμί. Οὐδενὸς οὖν ἐφίεμαι, ἀλλ’ ἐμαυτοῦ τὰ πάντα. Τὸ ἀγαθὸν γάρ ἐστι, οὗ</w:t>
      </w:r>
    </w:p>
    <w:p>
      <w:r>
        <w:rPr>
          <w:rFonts w:ascii="Courier New" w:hAnsi="Courier New"/>
          <w:color w:val="555555"/>
          <w:sz w:val="20"/>
        </w:rPr>
        <w:t>[25]</w:t>
      </w:r>
    </w:p>
    <w:p>
      <w:r>
        <w:rPr>
          <w:rFonts w:ascii="Gentium Plus" w:hAnsi="Gentium Plus"/>
          <w:sz w:val="24"/>
        </w:rPr>
        <w:t>πάντα ἐφίεται. Ἀγαθὸς δὲ ἀληθινῶς ὁ Θεός. Πηγή εἰμι πλη‐ ρότητος. Οὐχὶ γὰρ τὸν οὐρανὸν καὶ τὴν γῆν ἐγὼ πληρῶ; λέγει Κύριος. Καὶ Τοῦ Κυρίου ἡ γῆ, καὶ τὸ πλήρωμα αὐτῆς. Διὰ τοῦτο αὐτός τε εἰμὶ ἀνενδεὴς καὶ οἷς ἂν προσγένωμαι, τὴν πληρότητα ἐπάγω. Ἀπ’ ἐμοῦ πληροῦνται οἱ Ἅγιοι. Στέφανος</w:t>
      </w:r>
    </w:p>
    <w:p>
      <w:r>
        <w:rPr>
          <w:rFonts w:ascii="Courier New" w:hAnsi="Courier New"/>
          <w:color w:val="555555"/>
          <w:sz w:val="20"/>
        </w:rPr>
        <w:t>[30]</w:t>
      </w:r>
    </w:p>
    <w:p>
      <w:r>
        <w:rPr>
          <w:rFonts w:ascii="Gentium Plus" w:hAnsi="Gentium Plus"/>
          <w:sz w:val="24"/>
        </w:rPr>
        <w:t>πλήρης χάριτος καὶ δυνάμεως, ἐποίει τέρατα καὶ σημεῖα μεγάλα ἐν τῷ λαῷ. Καὶ Παῦλος μετὰ τὴν ἐπίγνωσιν πλήρης Πνεύματος ἁγίου ὑπέστρεψεν εἰς Ἱερουσαλήμ. Ἐκ ταύτης τῆς πληρώσεως καὶ Ἀβραὰμ ἦν πρεσβύτερος καὶ πλήρης ἡμερῶν.</w:t>
      </w:r>
    </w:p>
    <w:p>
      <w:r>
        <w:rPr>
          <w:rFonts w:ascii="Courier New" w:hAnsi="Courier New"/>
          <w:color w:val="555555"/>
          <w:sz w:val="20"/>
        </w:rPr>
        <w:t>[1 . 26]</w:t>
      </w:r>
    </w:p>
    <w:p>
      <w:r>
        <w:rPr>
          <w:rFonts w:ascii="Gentium Plus" w:hAnsi="Gentium Plus"/>
          <w:sz w:val="24"/>
        </w:rPr>
        <w:t>Ὁλοκαυτώματα τῶν κριῶν καὶ στέαρ ἀρνῶν καὶ αἷμα ταύρων καὶ τράγων, οὐ βούλομαι. Καὶ ταῦτα τοῦ λόγου ἐστὶ τοῦ ἀκουομένου καὶ τοῦ νόμου τοῦ παραδεχθῆναι ταῖς ἀκοαῖς ὀφείλοντος. Σκόπει δὲ εἰ μὴ ἀν‐</w:t>
      </w:r>
    </w:p>
    <w:p>
      <w:r>
        <w:rPr>
          <w:rFonts w:ascii="Courier New" w:hAnsi="Courier New"/>
          <w:color w:val="555555"/>
          <w:sz w:val="20"/>
        </w:rPr>
        <w:t>[5]</w:t>
      </w:r>
    </w:p>
    <w:p>
      <w:r>
        <w:rPr>
          <w:rFonts w:ascii="Gentium Plus" w:hAnsi="Gentium Plus"/>
          <w:sz w:val="24"/>
        </w:rPr>
        <w:t>τινομοθετεῖ ταῦτα καὶ ἀντιδιατάσσεται τοῖς διὰ Μωϋσέως· εἴπερ ἐκεῖ μὲν ἐπιζητεῖ, ἐνταῦθα δὲ ἀποστρέφεται. Καὶ πῶς ἰῶτα ἓν ἢ μία κεραία οὐ μὴ παρέλθῃ ἐκ τοῦ νόμου, ἕως πάντα γένηται; Ἢ μήποτε ὁ λόγος παρίστησιν, ὅτι τὸ μὲν σωματι‐ κὸν τοῦ νόμου παρεντάσσει, πνευματικῶς δὲ καὶ ὑψηλῶς ἐν</w:t>
      </w:r>
    </w:p>
    <w:p>
      <w:r>
        <w:rPr>
          <w:rFonts w:ascii="Courier New" w:hAnsi="Courier New"/>
          <w:color w:val="555555"/>
          <w:sz w:val="20"/>
        </w:rPr>
        <w:t>[10]</w:t>
      </w:r>
    </w:p>
    <w:p>
      <w:r>
        <w:rPr>
          <w:rFonts w:ascii="Gentium Plus" w:hAnsi="Gentium Plus"/>
          <w:sz w:val="24"/>
        </w:rPr>
        <w:t>μεγαλονοίᾳ προσῆκεν αὐτὸ ἐξηγεῖσθαι; —Οὐ γὰρ κριὸν τὸ ζῶον πάντως (φησὶν) ἐπεζήτησα, ἀλλὰ τὸν νοῦν τὸν ἡγεμο‐ νικὸν τῆς ψυχῆς, μὴ μεριζόμενον ταῖς γηΐναις μερίμναις, οἱονεὶ διὰ πυρὸς καθαρθέντα καὶ δόκιμον ἀποδειχθέντα ὅλον ἐπιζητῶ ἐμοὶ ἀναπεμφθῆναι. Οὐδὲ στέαρ ἀρνῶν ἀποκνισσοῦ‐</w:t>
      </w:r>
    </w:p>
    <w:p>
      <w:r>
        <w:rPr>
          <w:rFonts w:ascii="Courier New" w:hAnsi="Courier New"/>
          <w:color w:val="555555"/>
          <w:sz w:val="20"/>
        </w:rPr>
        <w:t>[15]</w:t>
      </w:r>
    </w:p>
    <w:p>
      <w:r>
        <w:rPr>
          <w:rFonts w:ascii="Gentium Plus" w:hAnsi="Gentium Plus"/>
          <w:sz w:val="24"/>
        </w:rPr>
        <w:t>σθαι πυρὶ πρὸς τὸ λεπτότατον, ἀλλὰ τρόπων ἁπλότητα ἀπὸ τῆς ἀκάκου ψυχῆς ἐμοὶ ἀνατίθεσθαι. Καὶ οὐχὶ αἷμα ταύ‐ ρων καὶ τράγων προσχεῖσθαι τῇ βάσει τοῦ θυσιαστηρίου· ἀλλὰ τὸ ἐπιθυμητικὸν καὶ θυμοειδὲς τῆς ψυχῆς διὰ φιλοπό‐ νου προσευχῆς, καὶ τῆς εἰς τὰ ἅγια προσεδρείας ἐξαναλί‐</w:t>
      </w:r>
    </w:p>
    <w:p>
      <w:r>
        <w:rPr>
          <w:rFonts w:ascii="Courier New" w:hAnsi="Courier New"/>
          <w:color w:val="555555"/>
          <w:sz w:val="20"/>
        </w:rPr>
        <w:t>[20]</w:t>
      </w:r>
    </w:p>
    <w:p>
      <w:r>
        <w:rPr>
          <w:rFonts w:ascii="Gentium Plus" w:hAnsi="Gentium Plus"/>
          <w:sz w:val="24"/>
        </w:rPr>
        <w:t>σκεσθαι. Τήρει δέ, ὅτι οὐχὶ πᾶν αἷμα εἶπε μὴ βούλεσθαι, ἀλλὰ τόδε τὸ αἷμα, τὸ ἐκ τῶνδε τῶν ζώων. Αἷμα γὰρ τὸ ἐπ’ ἐσχά‐</w:t>
      </w:r>
    </w:p>
    <w:p>
      <w:r>
        <w:rPr>
          <w:rFonts w:ascii="Courier New" w:hAnsi="Courier New"/>
          <w:color w:val="555555"/>
          <w:sz w:val="20"/>
        </w:rPr>
        <w:t>[25]</w:t>
      </w:r>
    </w:p>
    <w:p>
      <w:r>
        <w:rPr>
          <w:rFonts w:ascii="Gentium Plus" w:hAnsi="Gentium Plus"/>
          <w:sz w:val="24"/>
        </w:rPr>
        <w:t>λεσθαι, ἀλλὰ μετατίθησι τὰς θυσίας ἐπὶ τὸ πνευματικὸν, ἐπειδὴ καὶ ἱερωσύνης μετάθεσις μέλλει γίνεσθαι. Εἰ γὰρ παραιτεῖται τὰς σωματικὰς θυσίας, παραιτεῖται δηλονότι τὸν κατὰ νόμον ἀρχιερέα. Πῶς γὰρ τελειωθῶσι τὰς χεῖρας οἱ κατὰ νόμον ἀρχιερεῖς, τοῦ κριοῦ τῆς ὁλοκαυτώσεως, ᾧ</w:t>
      </w:r>
    </w:p>
    <w:p>
      <w:r>
        <w:rPr>
          <w:rFonts w:ascii="Courier New" w:hAnsi="Courier New"/>
          <w:color w:val="555555"/>
          <w:sz w:val="20"/>
        </w:rPr>
        <w:t>[30]</w:t>
      </w:r>
    </w:p>
    <w:p>
      <w:r>
        <w:rPr>
          <w:rFonts w:ascii="Gentium Plus" w:hAnsi="Gentium Plus"/>
          <w:sz w:val="24"/>
        </w:rPr>
        <w:t>ἐπετίθεσαν τὰς χεῖρας, μηκέτι προσαγομένου; Πῶς δὲ ῥαντισθῶσιν οἱ μηκέτι διὰ τοῦ αἵματος ῥαντιζόμενοι; Οὕτως οὖν ἀμφότερα ἵσταται, καὶ ὁ κατὰ Μωϋσέα νόμος, καὶ ἡ παρεισαγωγὴ τοῦ κρείττονος. Ἐκβάλλονται τοίνυν οἱ ἐκ τοῦ σπέρματος Ἀαρὼν, ἵνα ὁ κατὰ</w:t>
      </w:r>
    </w:p>
    <w:p>
      <w:r>
        <w:rPr>
          <w:rFonts w:ascii="Courier New" w:hAnsi="Courier New"/>
          <w:color w:val="555555"/>
          <w:sz w:val="20"/>
        </w:rPr>
        <w:t>[35]</w:t>
      </w:r>
    </w:p>
    <w:p>
      <w:r>
        <w:rPr>
          <w:rFonts w:ascii="Gentium Plus" w:hAnsi="Gentium Plus"/>
          <w:sz w:val="24"/>
        </w:rPr>
        <w:t>τὴν τάξιν Μελχισεδὲχ ἀντεισέλθῃ. Οὐκέτι αἱ τοῦ ἐνδελεχισμοῦ θυσίαι· οὐκέτι αἱ κατὰ τὴν ἡμέραν τοῦ ἱλασμοῦ· οὐκέτι ἡ σποδὸς τῆς δαμάλεως καθαρίζουσα τοὺς κεκοινωμένους. Μία γὰρ θυσία, ὁ Χριστὸς, καὶ ἡ κατ’ αὐτὸν νέκρωσις τῶν Ἁγίων· εἷς ῥαντισμὸς, τὸ λουτρὸν τῆς παλιγγενεσίας· ἓν ἁμαρτίας</w:t>
      </w:r>
    </w:p>
    <w:p>
      <w:r>
        <w:rPr>
          <w:rFonts w:ascii="Courier New" w:hAnsi="Courier New"/>
          <w:color w:val="555555"/>
          <w:sz w:val="20"/>
        </w:rPr>
        <w:t>[40]</w:t>
      </w:r>
    </w:p>
    <w:p>
      <w:r>
        <w:rPr>
          <w:rFonts w:ascii="Gentium Plus" w:hAnsi="Gentium Plus"/>
          <w:sz w:val="24"/>
        </w:rPr>
        <w:t>λυτήριον, τὸ ἐκχυθὲν ὑπὲρ τῆς σωτηρίας τοῦ κόσμου αἷμα. Διὰ τοῦτο ἀθετεῖ τὰ πρῶτα, ἵνα τὰ δεύτερα στήσῃ. Οὐδ’ ἂν ἔρχησθε ὀφθῆναί μοι. Ἀπὸ κοινοῦ τὸ, οὐ βούλομαι. Οὐ μόνον τὸν περὶ θυσιῶν νόμον ἀθετεῖ, ἀλλὰ καὶ τὸν περὶ τοῦ δεῖν ὁρᾶσθαι πᾶν ἀρσενικὸν τρὶς τοῦ ἐνιαυτοῦ ἐνώπιον</w:t>
      </w:r>
    </w:p>
    <w:p>
      <w:r>
        <w:rPr>
          <w:rFonts w:ascii="Courier New" w:hAnsi="Courier New"/>
          <w:color w:val="555555"/>
          <w:sz w:val="20"/>
        </w:rPr>
        <w:t>[45]</w:t>
      </w:r>
    </w:p>
    <w:p>
      <w:r>
        <w:rPr>
          <w:rFonts w:ascii="Gentium Plus" w:hAnsi="Gentium Plus"/>
          <w:sz w:val="24"/>
        </w:rPr>
        <w:t>Κυρίου. Ἐπεὶ οὖν οὐ μετεβλήθησαν ἀπὸ τοῦ ἄδικοι εἶναι καὶ σκολιὰ ἔχειν τὰ ἐπιβούλια, ἐξέβαλεν αὐτοὺς τῶν ἑαυτοῦ ὀφθαλμῶν. Ὀφθαλμοὶ γὰρ Κυρίου ἐπὶ δικαίους, Καὶ Εὐθύ‐</w:t>
      </w:r>
    </w:p>
    <w:p>
      <w:r>
        <w:rPr>
          <w:rFonts w:ascii="Courier New" w:hAnsi="Courier New"/>
          <w:color w:val="555555"/>
          <w:sz w:val="20"/>
        </w:rPr>
        <w:t>[1 . 26 (50)]</w:t>
      </w:r>
    </w:p>
    <w:p>
      <w:r>
        <w:rPr>
          <w:rFonts w:ascii="Gentium Plus" w:hAnsi="Gentium Plus"/>
          <w:sz w:val="24"/>
        </w:rPr>
        <w:t>τῆς ἐντεύξεως. Τὸ δὲ εἰς τρὶς τὴν περὶ Θεοῦ θεωρίαν ἐκ‐ τείνεσθαι, δηλοῖ τὴν ἐν Τριάδι τῆς θεολογίας ἐπίγνωσιν. — Διὰ τοῦτο δὲ ἄῤῥενας ὡς ἀξίους τῶν θείων ὀφθαλμῶν προε‐ τίμησεν, ἐνδεικνύμενος ὅτι συντόνους ψυχὰς παγίως καὶ κρα‐ ταιῶς ἐπιτελούσας τὰ δόγματα, ἀλλὰ οὐχὶ ἁπαλὰς καὶ</w:t>
      </w:r>
    </w:p>
    <w:p>
      <w:r>
        <w:rPr>
          <w:rFonts w:ascii="Courier New" w:hAnsi="Courier New"/>
          <w:color w:val="555555"/>
          <w:sz w:val="20"/>
        </w:rPr>
        <w:t>[55]</w:t>
      </w:r>
    </w:p>
    <w:p>
      <w:r>
        <w:rPr>
          <w:rFonts w:ascii="Gentium Plus" w:hAnsi="Gentium Plus"/>
          <w:sz w:val="24"/>
        </w:rPr>
        <w:t>εὐκόλους καὶ ἐκτεθηλυμένας, ὁ λόγος ἐπιζητεῖ. Διὰ τοῦτο Τρὶς τοῦ ἐνιαυτοῦ (φησὶν) ὀφθήσεται πᾶν ἀῤῥενικὸν ἐνώπιόν μου· ὃ καὶ αὐτὸ σωματικῶς παρὰ τοῦ σαρκίνου Ἰσραὴλ ἀγόμενον παραιτεῖται.</w:t>
      </w:r>
    </w:p>
    <w:p>
      <w:r>
        <w:rPr>
          <w:rFonts w:ascii="Courier New" w:hAnsi="Courier New"/>
          <w:color w:val="555555"/>
          <w:sz w:val="20"/>
        </w:rPr>
        <w:t>[1 . 27]</w:t>
      </w:r>
    </w:p>
    <w:p>
      <w:r>
        <w:rPr>
          <w:rFonts w:ascii="Gentium Plus" w:hAnsi="Gentium Plus"/>
          <w:sz w:val="24"/>
        </w:rPr>
        <w:t>Τίς γὰρ ἐξεζήτησε ταῦτα ἐκ τῶν χειρῶν ὑμῶν; Ἔδειξε ποῖα ταῦτα, τὰ σωματικὰ τοῦ νόμου· τὸν κριὸν τὸν ὁλοκαυτούμενον καὶ τὸ στέαρ τῶν ἀρνῶν καὶ τὸ αἷμα τῶν ταύρων καὶ τράγων, καὶ τὸ τῷ σώματι ἀπαντᾷν</w:t>
      </w:r>
    </w:p>
    <w:p>
      <w:r>
        <w:rPr>
          <w:rFonts w:ascii="Courier New" w:hAnsi="Courier New"/>
          <w:color w:val="555555"/>
          <w:sz w:val="20"/>
        </w:rPr>
        <w:t>[5]</w:t>
      </w:r>
    </w:p>
    <w:p>
      <w:r>
        <w:rPr>
          <w:rFonts w:ascii="Gentium Plus" w:hAnsi="Gentium Plus"/>
          <w:sz w:val="24"/>
        </w:rPr>
        <w:t>εἰς τὸν ναὸν, ὡς τῶν θείων ὀφθαλμῶν προσεγγισμοῦ δεομέ‐ νων εἰς τὸ ἰδεῖν, ἄλλως δὲ μὴ φθανόντων ἐπὶ τοὺς πόῤῥω. Ταῦτα (φησὶ) τὰ οὕτω ταπεινὰ καὶ γήϊνα τίς ἐξεζήτησεν ἐκ τῶν χειρῶν ὑμῶν; —Ὁρᾷς ὅσην βίαν καὶ ἀνάγκην ἐπάγει πνευματικῶς πως ἐκλαμβάνειν τοῦ νόμου τὸ βούλημα. Εἰ</w:t>
      </w:r>
    </w:p>
    <w:p>
      <w:r>
        <w:rPr>
          <w:rFonts w:ascii="Courier New" w:hAnsi="Courier New"/>
          <w:color w:val="555555"/>
          <w:sz w:val="20"/>
        </w:rPr>
        <w:t>[10]</w:t>
      </w:r>
    </w:p>
    <w:p>
      <w:r>
        <w:rPr>
          <w:rFonts w:ascii="Gentium Plus" w:hAnsi="Gentium Plus"/>
          <w:sz w:val="24"/>
        </w:rPr>
        <w:t>γὰρ παρὰ Θεοῦ μὲν ὡμολόγηται δεδόσθαι τοῦ νόμου τὰ ῥή‐ ματα, ταῦτα δὲ νῦν γινόμενα οὔ φησιν ἐκζητεῖν ὁ Θεὸς,</w:t>
      </w:r>
    </w:p>
    <w:p>
      <w:r>
        <w:rPr>
          <w:rFonts w:ascii="Courier New" w:hAnsi="Courier New"/>
          <w:color w:val="555555"/>
          <w:sz w:val="20"/>
        </w:rPr>
        <w:t>[15]</w:t>
      </w:r>
    </w:p>
    <w:p>
      <w:r>
        <w:rPr>
          <w:rFonts w:ascii="Gentium Plus" w:hAnsi="Gentium Plus"/>
          <w:sz w:val="24"/>
        </w:rPr>
        <w:t>γνωσιν Θεοῦ, μᾶλλον ἢ ὁλοκαύτωσιν. Καὶ τὸ Εἰ ἀνηγγέλη σοι, ἄνθρωπε, τί καλὸν καὶ τί Κύριος ἐκζητεῖ παρὰ σοῦ· ἀλλ’ ἢ τὸ ποιεῖν κρίμα, καὶ ἀγαπᾷν ἔλεον καὶ ἑτοιμάζε‐ σθαι τοῦ πορεύεσθαι μετὰ Κυρίου τοῦ Θεοῦ σου. Καὶ τὸ Θῦσον τῷ Θεῷ θυσίαν αἰνέσεως.</w:t>
      </w:r>
    </w:p>
    <w:p>
      <w:r>
        <w:rPr>
          <w:rFonts w:ascii="Courier New" w:hAnsi="Courier New"/>
          <w:color w:val="555555"/>
          <w:sz w:val="20"/>
        </w:rPr>
        <w:t>[20]</w:t>
      </w:r>
    </w:p>
    <w:p>
      <w:r>
        <w:rPr>
          <w:rFonts w:ascii="Gentium Plus" w:hAnsi="Gentium Plus"/>
          <w:sz w:val="24"/>
        </w:rPr>
        <w:t>Καὶ ἔοικεν ὁ πᾶς περὶ θυσιῶν καὶ ὁλοκαυτωμάτων λό‐ γος ἐν τῷ περὶ ἐλέους καὶ ἀγάπης ἐμπεριέχεσθαι λόγῳ, ἐπεὶ καὶ ὅλος ὁ νόμος ἀνακεφαλαιοῦται ἐν τῷ Ἀγαπή‐ σεις τὸν πλησίον σου, ὡς σεαυτόν. Καὶ ὁ περὶ τῶν ἑορτῶν δὲ τόπος τῷ αὐτῷ εἴδει τῆς ἐξηγήσεως ὑπαχθήσεται, ὥστε</w:t>
      </w:r>
    </w:p>
    <w:p>
      <w:r>
        <w:rPr>
          <w:rFonts w:ascii="Courier New" w:hAnsi="Courier New"/>
          <w:color w:val="555555"/>
          <w:sz w:val="20"/>
        </w:rPr>
        <w:t>[25]</w:t>
      </w:r>
    </w:p>
    <w:p>
      <w:r>
        <w:rPr>
          <w:rFonts w:ascii="Gentium Plus" w:hAnsi="Gentium Plus"/>
          <w:sz w:val="24"/>
        </w:rPr>
        <w:t>καὶ τὸ Πάσχα μὴ ἑορτάζειν ἡμᾶς Ἐν ζύμῃ κακίας καὶ πονη‐ ρίας, ἀλλ’ ἐν ἀζύμοις εἰλικρινείας καὶ ἀληθείας. —Θυομένου πρὸς ἑσπέραν, τουτέστιν ἐπὶ συντελείᾳ τοῦ αἰῶνος, τοῦ ἀληθινοῦ προβάτου Χριστοῦ, οὗ ἡ σὰρξ ἀληθῶς ἐστι βρῶσις, καὶ κατοικεῖν ἐν σκηναῖς οὐχὶ τακτὸν ἡμερῶν ἀριθμὸν, ἀλλὰ</w:t>
      </w:r>
    </w:p>
    <w:p>
      <w:r>
        <w:rPr>
          <w:rFonts w:ascii="Courier New" w:hAnsi="Courier New"/>
          <w:color w:val="555555"/>
          <w:sz w:val="20"/>
        </w:rPr>
        <w:t>[30]</w:t>
      </w:r>
    </w:p>
    <w:p>
      <w:r>
        <w:rPr>
          <w:rFonts w:ascii="Gentium Plus" w:hAnsi="Gentium Plus"/>
          <w:sz w:val="24"/>
        </w:rPr>
        <w:t>πάντα τὸν χρόνον τῆς παροικίας ἡμῶν, ἀναμένοντας τὴν ἀληθινὴν πατρίδα, ἧς τεχνίτης καὶ δημιουργὸς ὁ Θεὸς, καὶ Πεντηκοστὴν ἄγειν ἑπτὰ ἑβδομάδων συντελουμένων, του‐ τέστιν, ὡς ἐν τῇ ἐσχάτῃ ἡμέρᾳ ὄντας ἀπεγνωκέναι τοῦ βίου.</w:t>
      </w:r>
    </w:p>
    <w:p>
      <w:r>
        <w:rPr>
          <w:rFonts w:ascii="Courier New" w:hAnsi="Courier New"/>
          <w:color w:val="555555"/>
          <w:sz w:val="20"/>
        </w:rPr>
        <w:t>[1 . 28]</w:t>
      </w:r>
    </w:p>
    <w:p>
      <w:r>
        <w:rPr>
          <w:rFonts w:ascii="Gentium Plus" w:hAnsi="Gentium Plus"/>
          <w:sz w:val="24"/>
        </w:rPr>
        <w:t>Πατεῖν τὴν αὐλήν μου οὐ προσθήσεσθε. Φοβερὰ ἀπειλὴ τοῖς αἰσθανομένοις. Ἀλλὰ τῶν ἐκ τῆς Ἐκ‐</w:t>
      </w:r>
    </w:p>
    <w:p>
      <w:r>
        <w:rPr>
          <w:rFonts w:ascii="Courier New" w:hAnsi="Courier New"/>
          <w:color w:val="555555"/>
          <w:sz w:val="20"/>
        </w:rPr>
        <w:t>[5]</w:t>
      </w:r>
    </w:p>
    <w:p>
      <w:r>
        <w:rPr>
          <w:rFonts w:ascii="Gentium Plus" w:hAnsi="Gentium Plus"/>
          <w:sz w:val="24"/>
        </w:rPr>
        <w:t>καταδικασθέντες, ἀδιαφοροῦσιν. Ἐνδείκνυται δὲ ὁ λόγος τὴν ὑβριστικὴν εἴσοδον τῶν κατηγορουμένων, ὡς καταπατούν‐ των τὰ ἅγια. Ὁ μὲν οὖν τέλειος εἰς αὐτὰ φθάνει τὰ Ἅγια τῶν Ἁγίων εἴσω τοῦ καταπετάσματος, τουτέστι διαβὰς τὰ σωματικὰ, γυμνῇ τῇ θεωρίᾳ τῶν θείων νοημάτων ὁμι‐</w:t>
      </w:r>
    </w:p>
    <w:p>
      <w:r>
        <w:rPr>
          <w:rFonts w:ascii="Courier New" w:hAnsi="Courier New"/>
          <w:color w:val="555555"/>
          <w:sz w:val="20"/>
        </w:rPr>
        <w:t>[10]</w:t>
      </w:r>
    </w:p>
    <w:p>
      <w:r>
        <w:rPr>
          <w:rFonts w:ascii="Gentium Plus" w:hAnsi="Gentium Plus"/>
          <w:sz w:val="24"/>
        </w:rPr>
        <w:t>λήσει· ὁ δὲ ὑποδεέστερος, ἐν τῷ οἴκῳ τοῦ Θεοῦ, τοῦ κατὰ τὴν τῶν σωματικῶν λατρείαν διακονικοῦ ἐφάψεται. Ὁ δὲ ἄρτι εἰσαγόμενος εἰς τὴν εὐσέβειαν, τῇ αὐλῇ μόνῃ ἐντυχεῖν ἐπιτρέπεται· ὁ δὲ καὶ ταύτης ἀπεωσμένος, ἔξω ἐστὶ τῶν τόπων τῆς εὐσεβείας.</w:t>
      </w:r>
    </w:p>
    <w:p>
      <w:r>
        <w:rPr>
          <w:rFonts w:ascii="Courier New" w:hAnsi="Courier New"/>
          <w:color w:val="555555"/>
          <w:sz w:val="20"/>
        </w:rPr>
        <w:t>[15]</w:t>
      </w:r>
    </w:p>
    <w:p>
      <w:r>
        <w:rPr>
          <w:rFonts w:ascii="Gentium Plus" w:hAnsi="Gentium Plus"/>
          <w:sz w:val="24"/>
        </w:rPr>
        <w:t>Ἡλίκος οὖν ὁ κίνδυνος, καὶ ὃ δοκεῖ τις ἔχειν, καὶ τοῦτο ἀφαιρεθῆναι. Ὁ μέντοι Ἅγιος ὑπεραγαπῶν τὸν Θεὸν, πάντα τὰ τοῦ Θεοῦ σύμβολα ὑπερασπάζεται, λέγων· Ἐπι‐ ποθεῖ καὶ ἐκλείπει ἡ ψυχή μου εἰς τὰς αὐλὰς τοῦ Κυρίου. Οἶδε γὰρ ὅτι ἄλλως ἀδύνατον ἐξανθῆσαι, καὶ ἀρχὴν λαβεῖν</w:t>
      </w:r>
    </w:p>
    <w:p>
      <w:r>
        <w:rPr>
          <w:rFonts w:ascii="Courier New" w:hAnsi="Courier New"/>
          <w:color w:val="555555"/>
          <w:sz w:val="20"/>
        </w:rPr>
        <w:t>[20]</w:t>
      </w:r>
    </w:p>
    <w:p>
      <w:r>
        <w:rPr>
          <w:rFonts w:ascii="Gentium Plus" w:hAnsi="Gentium Plus"/>
          <w:sz w:val="24"/>
        </w:rPr>
        <w:t>εἰς καρποφορίαν, μὴ ἐν ταῖς αὐλαῖς γενόμενον τοῦ Κυρίου. Εὐεργετῶν δὲ αὐτοὺς ὁ Θεὸς, τῆς Ἰουδαϊκῆς αὐλῆς αὐ‐ τοὺς ἐξοικίζει, ἵνα τῇ αὐλῇ τῶν Χριστοῦ προβάτων προσ‐ φύγωσι, καὶ γένηται μία ποίμνη, εἷς ποιμήν.</w:t>
      </w:r>
    </w:p>
    <w:p>
      <w:r>
        <w:rPr>
          <w:rFonts w:ascii="Courier New" w:hAnsi="Courier New"/>
          <w:color w:val="555555"/>
          <w:sz w:val="20"/>
        </w:rPr>
        <w:t>[1 . 29]</w:t>
      </w:r>
    </w:p>
    <w:p>
      <w:r>
        <w:rPr>
          <w:rFonts w:ascii="Gentium Plus" w:hAnsi="Gentium Plus"/>
          <w:sz w:val="24"/>
        </w:rPr>
        <w:t>Ἐὰν φέρητέ μοι σεμίδαλιν, μάταιον· θυμίαμα, βδέ‐</w:t>
      </w:r>
    </w:p>
    <w:p>
      <w:r>
        <w:rPr>
          <w:rFonts w:ascii="Courier New" w:hAnsi="Courier New"/>
          <w:color w:val="555555"/>
          <w:sz w:val="20"/>
        </w:rPr>
        <w:t>[5]</w:t>
      </w:r>
    </w:p>
    <w:p>
      <w:r>
        <w:rPr>
          <w:rFonts w:ascii="Gentium Plus" w:hAnsi="Gentium Plus"/>
          <w:sz w:val="24"/>
        </w:rPr>
        <w:t>Σαφῶς παρωθεῖται τὴν σωματικὴν ἐκδοχὴν, ἐπαγγειλάμε‐ νος νόμον Θεοῦ καὶ εἰς προσοχὴν μετὰ μεγάλων ὀνειδῶν τούς τε ἄρχοντας καὶ τὸν λαὸν διεγείρας. Οὐδὲν μὲν γὰρ παρ’ ἑαυ‐ τοῦ ἀπαγγέλλει, τὰ δὲ παλαιὰ διαγράφει, τοῦτον λέγων εἶναι νόμον Θεοῦ καὶ διαταγὴν Θεοῦ, τὸ μηδὲν γίνεσθαι τῶν νῦν τε‐</w:t>
      </w:r>
    </w:p>
    <w:p>
      <w:r>
        <w:rPr>
          <w:rFonts w:ascii="Courier New" w:hAnsi="Courier New"/>
          <w:color w:val="555555"/>
          <w:sz w:val="20"/>
        </w:rPr>
        <w:t>[10]</w:t>
      </w:r>
    </w:p>
    <w:p>
      <w:r>
        <w:rPr>
          <w:rFonts w:ascii="Gentium Plus" w:hAnsi="Gentium Plus"/>
          <w:sz w:val="24"/>
        </w:rPr>
        <w:t>λουμένων. —Ἐὰν φέρητέ μοι σεμίδαλιν, μάταιον. Πολλαχοῦ χρῆται ἐπὶ τῶν θυσιῶν τῇ σεμιδάλει· ποτὲ μὲν ἀκατάσκευον ἐλαίου μόνου ἐπιχυθέντος, ποτὲ δὲ ἄνευ ἐλαίου, ὡς ἐπὶ τῆς ζηλοτυπίας, ἄλλοτε λάγανα, ἄλλοτε ἄζυμα, ἄλλοτε μόνον φύραμα, ἀναπεποιημένης ἐλαίῳ τῆς σεμιδάλεως. Νῦν ταύτης</w:t>
      </w:r>
    </w:p>
    <w:p>
      <w:r>
        <w:rPr>
          <w:rFonts w:ascii="Courier New" w:hAnsi="Courier New"/>
          <w:color w:val="555555"/>
          <w:sz w:val="20"/>
        </w:rPr>
        <w:t>[15]</w:t>
      </w:r>
    </w:p>
    <w:p>
      <w:r>
        <w:rPr>
          <w:rFonts w:ascii="Gentium Plus" w:hAnsi="Gentium Plus"/>
          <w:sz w:val="24"/>
        </w:rPr>
        <w:t>τὴν χρῆσιν ματαιώσας, τὸ πλεῖστον μέρος τῶν θυσιῶν διέ‐ γραψε. —Τί οὖν ἐστιν ὃ λέγει; Ὅτι ἄλλα τοῦ λόγου αἰνισσο‐ μένου, ἀφέντες τὸ βούλημα τοῦ νομοθέτου, τὴν πᾶσαν πραγ‐ ματείαν περὶ τὴν ματαιότητα τῶν σωματικῶν ἐπιδείκνυσθε. Ἔδει γὰρ τὸν σῖτον εἰς τὸν λόγον μεταλαμβάνειν (σπερ‐</w:t>
      </w:r>
    </w:p>
    <w:p>
      <w:r>
        <w:rPr>
          <w:rFonts w:ascii="Courier New" w:hAnsi="Courier New"/>
          <w:color w:val="555555"/>
          <w:sz w:val="20"/>
        </w:rPr>
        <w:t>[20]</w:t>
      </w:r>
    </w:p>
    <w:p>
      <w:r>
        <w:rPr>
          <w:rFonts w:ascii="Gentium Plus" w:hAnsi="Gentium Plus"/>
          <w:sz w:val="24"/>
        </w:rPr>
        <w:t>ματικῶς ὑμῶν ἐγκείμενον ταῖς ψυχαῖς) καὶ πάσης αὐτὸν κοσμικῆς ἐννοίας ἀπογυμνώσαντας, αὐτῷ χρῆσθαι καθ’ ἑαυ‐ τὸν ἐν τῇ ἀΰλῳ καὶ καθαρᾷ θεραπείᾳ Θεοῦ. Καὶ τοῦτό ἐστι πνευματικὴ σεμίδαλις, λόγος περὶ Θεοῦ σω‐ ματικῆς ἐννοίας κεχωρισμένος. Ἡ μὲν οὖν σωματικῶς νοου‐</w:t>
      </w:r>
    </w:p>
    <w:p>
      <w:r>
        <w:rPr>
          <w:rFonts w:ascii="Courier New" w:hAnsi="Courier New"/>
          <w:color w:val="555555"/>
          <w:sz w:val="20"/>
        </w:rPr>
        <w:t>[25]</w:t>
      </w:r>
    </w:p>
    <w:p>
      <w:r>
        <w:rPr>
          <w:rFonts w:ascii="Gentium Plus" w:hAnsi="Gentium Plus"/>
          <w:sz w:val="24"/>
        </w:rPr>
        <w:t>μένη καὶ προσφερομένη κατὰ τὸν Ἰουδαϊκὸν τρόπον σεμίδαλις,</w:t>
      </w:r>
    </w:p>
    <w:p>
      <w:r>
        <w:rPr>
          <w:rFonts w:ascii="Courier New" w:hAnsi="Courier New"/>
          <w:color w:val="555555"/>
          <w:sz w:val="20"/>
        </w:rPr>
        <w:t>[30]</w:t>
      </w:r>
    </w:p>
    <w:p>
      <w:r>
        <w:rPr>
          <w:rFonts w:ascii="Gentium Plus" w:hAnsi="Gentium Plus"/>
          <w:sz w:val="24"/>
        </w:rPr>
        <w:t>ἁγιασμὸς, ὑπὸ τῆς κατὰ ψυχὴν σωφροσύνης ἐπιτελούμενος, ἰσοκρατῶς ἐχόντων καὶ ἀστασιάστως πρὸς ἄλληλα τῶν μερῶν τῆς ψυχῆς. Λάβε γὰρ (φησὶ) σεαυτῷ ἡδύσματα· στακτὴν, ὄνυχα, χαλβάνην ἡδυσμοῦ καὶ λίβανον διαφανῆ. Τέσσαρα ταῦτα πρὸς τὰ τέσσαρα στοιχεῖα, ἐξ ὧν τὰ σώματα</w:t>
      </w:r>
    </w:p>
    <w:p>
      <w:r>
        <w:rPr>
          <w:rFonts w:ascii="Courier New" w:hAnsi="Courier New"/>
          <w:color w:val="555555"/>
          <w:sz w:val="20"/>
        </w:rPr>
        <w:t>[35]</w:t>
      </w:r>
    </w:p>
    <w:p>
      <w:r>
        <w:rPr>
          <w:rFonts w:ascii="Gentium Plus" w:hAnsi="Gentium Plus"/>
          <w:sz w:val="24"/>
        </w:rPr>
        <w:t>σύγκειται, τὴν ὁμοιότητα ἔχοντα· ἡ μὲν στακτὴ πρὸς τὸ ὕδωρ· ὁ δὲ ὄνυξ διὰ τὸ ξηρὸν, πρὸς τὴν γῆν· ἡ δὲ χαλβάνη, διὰ τὴν θερμότητα, πρὸς τὸ πῦρ· ὁ δὲ λίβανος διὰ τὸ διαφανὲς πρὸς τὸν ἀέρα. —Ἴσον ἴσῳ ἔσται, τουτέστι τὰς ἐκ δυσ‐ κρασίας γινομένας ὁρμὰς (εἰς ἐπιθυμίας ἀτόπους) κολάζων</w:t>
      </w:r>
    </w:p>
    <w:p>
      <w:r>
        <w:rPr>
          <w:rFonts w:ascii="Courier New" w:hAnsi="Courier New"/>
          <w:color w:val="555555"/>
          <w:sz w:val="20"/>
        </w:rPr>
        <w:t>[40]</w:t>
      </w:r>
    </w:p>
    <w:p>
      <w:r>
        <w:rPr>
          <w:rFonts w:ascii="Gentium Plus" w:hAnsi="Gentium Plus"/>
          <w:sz w:val="24"/>
        </w:rPr>
        <w:t>ἐπανισώσεις. —Καὶ συγκόψεις ἐκ τούτων λεπτόν, τουτέστι πνευματικὸν ποιῆσαι φιλοπονήσεις, ἐξαφανίζων τῆς ψυχῆς τὸ τῆς σαρκὸς παχὺ καὶ ὑλῶδες. Καὶ οὕτω θήσεις ἀπέναντι τοῦ μαρτυρίου ἐν τῇ σκηνῇ, ὅθεν γνωσθήσομαί σοι ἐκεῖθεν. Ὅταν γὰρ ἐγγένηται τῇ ἀκριβεῖ</w:t>
      </w:r>
    </w:p>
    <w:p>
      <w:r>
        <w:rPr>
          <w:rFonts w:ascii="Courier New" w:hAnsi="Courier New"/>
          <w:color w:val="555555"/>
          <w:sz w:val="20"/>
        </w:rPr>
        <w:t>[45]</w:t>
      </w:r>
    </w:p>
    <w:p>
      <w:r>
        <w:rPr>
          <w:rFonts w:ascii="Gentium Plus" w:hAnsi="Gentium Plus"/>
          <w:sz w:val="24"/>
        </w:rPr>
        <w:t>κοινωνίᾳ, καὶ ἀπολεπτυνθῇ, τότε ἄξιός ἐστιν εἰσφέρεσθαι εἰς τὰ ἅγια, καὶ τῇ γνώσει τῇ περὶ Θεοῦ προσεγγίζειν. Θή‐ σεις γὰρ αὐτὰ (φησὶν) ἀπέναντι τοῦ μαρτυρίου, ὅθεν γνωσ‐ θήσομαί σοι ἐκεῖθεν. —Τὸ δὲ τοιοῦτον ἀπηγόρευται ἑαυ‐ τῷ τινα ποιεῖν εἰς ἀπόλαυσιν· τουτέστιν, ἑαυτῷ ἐπι‐</w:t>
      </w:r>
    </w:p>
    <w:p>
      <w:r>
        <w:rPr>
          <w:rFonts w:ascii="Courier New" w:hAnsi="Courier New"/>
          <w:color w:val="555555"/>
          <w:sz w:val="20"/>
        </w:rPr>
        <w:t>[1 . 29 (50)]</w:t>
      </w:r>
    </w:p>
    <w:p>
      <w:r>
        <w:rPr>
          <w:rFonts w:ascii="Gentium Plus" w:hAnsi="Gentium Plus"/>
          <w:sz w:val="24"/>
        </w:rPr>
        <w:t>γράφειν τὰ κατορθώματα, ἀλλ’ ἐπὶ τὸν Θεὸν τῶν καλῶν</w:t>
      </w:r>
    </w:p>
    <w:p>
      <w:r>
        <w:rPr>
          <w:rFonts w:ascii="Courier New" w:hAnsi="Courier New"/>
          <w:color w:val="555555"/>
          <w:sz w:val="20"/>
        </w:rPr>
        <w:t>[1 . 30]</w:t>
      </w:r>
    </w:p>
    <w:p>
      <w:r>
        <w:rPr>
          <w:rFonts w:ascii="Gentium Plus" w:hAnsi="Gentium Plus"/>
          <w:sz w:val="24"/>
        </w:rPr>
        <w:t>Τὸ δὲ σωματικὸν θυμίαμα καὶ τοῖς κατὰ τοὺς μυ‐ κτῆρας πόροις ἐμπίπτον καὶ τὴν αἴσθησιν συγκινοῦν, βδέ‐ λυγμα τῷ ἀσωμάτῳ εἰκότως νενόμισται. —Νουμηνίας δὲ πρε‐ πούσας αἰωνίοις ἔτεσι παρὰ τῶν συνετῶν νοεῖσθαι ὁ λόγος</w:t>
      </w:r>
    </w:p>
    <w:p>
      <w:r>
        <w:rPr>
          <w:rFonts w:ascii="Courier New" w:hAnsi="Courier New"/>
          <w:color w:val="555555"/>
          <w:sz w:val="20"/>
        </w:rPr>
        <w:t>[5]</w:t>
      </w:r>
    </w:p>
    <w:p>
      <w:r>
        <w:rPr>
          <w:rFonts w:ascii="Gentium Plus" w:hAnsi="Gentium Plus"/>
          <w:sz w:val="24"/>
        </w:rPr>
        <w:t>βούλεται, οὐ τὴν διὰ τῶν τριάκοντα ἡμερῶν τῆς σελήνης ἀποκατάστασιν, ἐπικαταλαμβανούσης τὸν ἥλιον καὶ πάλιν ἀφισταμένης. Ἀλλ’ ἐπειδὴ Ὁ ἄφρων ὡς σελήνη ἀλλοιοῦται, τὴν πρὸς τὸ φῶς ἐπάνοδον, ὅπερ ἐξέλιπεν ὁ ἄφρων καὶ τὴν (διὰ μετανοίας) εἰς τὸ ἀρχαῖον ἀποκατάστασιν ἑορτὴν ἡγεῖ‐</w:t>
      </w:r>
    </w:p>
    <w:p>
      <w:r>
        <w:rPr>
          <w:rFonts w:ascii="Courier New" w:hAnsi="Courier New"/>
          <w:color w:val="555555"/>
          <w:sz w:val="20"/>
        </w:rPr>
        <w:t>[10]</w:t>
      </w:r>
    </w:p>
    <w:p>
      <w:r>
        <w:rPr>
          <w:rFonts w:ascii="Gentium Plus" w:hAnsi="Gentium Plus"/>
          <w:sz w:val="24"/>
        </w:rPr>
        <w:t>σθαι τὸν φιλάδελφον καὶ συμπαθῆ, ὁ λόγος βούλεται· οἱονεὶ νουμηνίαν ἄγων τὴν ἀρχὴν τοῦ ἐν φωτὶ βίου· ἐπειδὴ ἐξέλιπε μὲν τὸ φῶς διὰ τὴν εἰς τὸ χεῖρον τροπὴν, ἐπαλινδρόμησε δὲ πάλιν πρὸς αὐτὸ διὰ τῆς ἐπιστροφῆς. Ἑξῆς ἂν εἴη περὶ τῶν μισουμένων σαββάτων εἰπεῖν, τὸ μὴ</w:t>
      </w:r>
    </w:p>
    <w:p>
      <w:r>
        <w:rPr>
          <w:rFonts w:ascii="Courier New" w:hAnsi="Courier New"/>
          <w:color w:val="555555"/>
          <w:sz w:val="20"/>
        </w:rPr>
        <w:t>[15]</w:t>
      </w:r>
    </w:p>
    <w:p>
      <w:r>
        <w:rPr>
          <w:rFonts w:ascii="Gentium Plus" w:hAnsi="Gentium Plus"/>
          <w:sz w:val="24"/>
        </w:rPr>
        <w:t>αἴρειν βάσταγμα καὶ μὴ ἐξέρχεσθαι ἀπὸ τοῦ τόπου αὐτοῦ, καὶ μὴ καίειν πῦρ ἐν πάσῃ τῇ κατοικίᾳ αὐτῶν. Ταῦτα τὸ ἀδύνατον</w:t>
      </w:r>
    </w:p>
    <w:p>
      <w:r>
        <w:rPr>
          <w:rFonts w:ascii="Courier New" w:hAnsi="Courier New"/>
          <w:color w:val="555555"/>
          <w:sz w:val="20"/>
        </w:rPr>
        <w:t>[20]</w:t>
      </w:r>
    </w:p>
    <w:p>
      <w:r>
        <w:rPr>
          <w:rFonts w:ascii="Gentium Plus" w:hAnsi="Gentium Plus"/>
          <w:sz w:val="24"/>
        </w:rPr>
        <w:t>φρότατον ᾖ, βάσταγμα λέγεται, οἷον ἱμάτιον, ἢ ἄρτος, ἤ τι τῶν ἀναγκαίων. Ἀλλὰ καὶ πῦρ καίειν οὐ κελεύει, του‐ τέστιν ὑπὸ τῶν παθῶν τῆς σαρκὸς μὴ ἀναφλέγεσθαι· μὴ ἐπαί‐ ρειν δὲ βάσταγμα, τουτέστι μὴ τῷ βάρει τῆς ἁμαρτίας κατα‐ φορτίζεσθαι, καὶ τῆς ἐν Θεῷ διαμονῆς μὴ μεθίστασθαι,</w:t>
      </w:r>
    </w:p>
    <w:p>
      <w:r>
        <w:rPr>
          <w:rFonts w:ascii="Courier New" w:hAnsi="Courier New"/>
          <w:color w:val="555555"/>
          <w:sz w:val="20"/>
        </w:rPr>
        <w:t>[25]</w:t>
      </w:r>
    </w:p>
    <w:p>
      <w:r>
        <w:rPr>
          <w:rFonts w:ascii="Gentium Plus" w:hAnsi="Gentium Plus"/>
          <w:sz w:val="24"/>
        </w:rPr>
        <w:t>ἑδραῖον μένοντα καὶ ἀμετακίνητον ἐν τῇ πίστει. —Οὕτω δὲ τελειοῦντας τὰ σάββατα, οὐκ ἐν τῇ τῶν κακῶν ἀργίᾳ, ἀλλ’ ἐν τῇ ἀποχῇ τῶν καθηκόντων, εἰκότως ἀποστρέφεται καὶ οὐκ ἀνέχεται αὐτῶν, ὡς ψευδῶν. Τοιαῦτα γάρ εἰσι τὰ παρὰ τῷ Προφήτῃ ταλανιζόμενα σάββατα· Οὐαὶ οἱ ἐγγίζοντες</w:t>
      </w:r>
    </w:p>
    <w:p>
      <w:r>
        <w:rPr>
          <w:rFonts w:ascii="Courier New" w:hAnsi="Courier New"/>
          <w:color w:val="555555"/>
          <w:sz w:val="20"/>
        </w:rPr>
        <w:t>[30]</w:t>
      </w:r>
    </w:p>
    <w:p>
      <w:r>
        <w:rPr>
          <w:rFonts w:ascii="Gentium Plus" w:hAnsi="Gentium Plus"/>
          <w:sz w:val="24"/>
        </w:rPr>
        <w:t>καὶ οἱ ἐφαπτόμενοι ψευδῶν σαββάτων. Σάββατα δὲ ἀληθῆ, ἡ ἀποκειμένη ἀνάπαυσις τῷ λαῷ τοῦ Θεοῦ· ἅπερ διὰ τὸ ἀληθινὰ εἶναι ἀνέχεται ὁ Θεός. Καὶ φθάνει γε ἐπ’ ἐκεῖνα τὰ σάββατα τῆς ἀναπαύσεως, παρ’ ᾧ ὁ κόσ‐ μος ἐσταύρωται, ἀποστὰς δηλονότι τῶν κοσμικῶν καὶ ἐπὶ</w:t>
      </w:r>
    </w:p>
    <w:p>
      <w:r>
        <w:rPr>
          <w:rFonts w:ascii="Courier New" w:hAnsi="Courier New"/>
          <w:color w:val="555555"/>
          <w:sz w:val="20"/>
        </w:rPr>
        <w:t>[35]</w:t>
      </w:r>
    </w:p>
    <w:p>
      <w:r>
        <w:rPr>
          <w:rFonts w:ascii="Gentium Plus" w:hAnsi="Gentium Plus"/>
          <w:sz w:val="24"/>
        </w:rPr>
        <w:t>τὸν ἴδιον τόπον τῆς πνευματικῆς ἀναπαύσεως καταντήσας, ἐν οἷς ὁ γενόμενος οὐκέτι κινηθήσεται ἀπὸ τοῦ ἰδίου τό‐ που, ἡσυχίας καὶ ἀταραξίας περὶ τὴν κατάστασιν ἐκείνην ὑπαρχούσης. Καὶ πῦρ οὐ καύσει ἐν τῇ αἰωνίᾳ κατοικήσει, διὰ τὸ μὴ ἐπικομίζεσθαι ὕλην πῦρ ἀνάπτουσαν, ξύλα, χόρ‐</w:t>
      </w:r>
    </w:p>
    <w:p>
      <w:r>
        <w:rPr>
          <w:rFonts w:ascii="Courier New" w:hAnsi="Courier New"/>
          <w:color w:val="555555"/>
          <w:sz w:val="20"/>
        </w:rPr>
        <w:t>[40]</w:t>
      </w:r>
    </w:p>
    <w:p>
      <w:r>
        <w:rPr>
          <w:rFonts w:ascii="Gentium Plus" w:hAnsi="Gentium Plus"/>
          <w:sz w:val="24"/>
        </w:rPr>
        <w:t>τον, καλάμην. Καὶ βάσταγμα οὐκ ἀρεῖ ὁ μὴ ἔχων τὸ βαρὺ φορτίον τῆς ἀνομίας αὐτῷ ἐπικείμενον, ἀλλ’ ὄντως</w:t>
      </w:r>
    </w:p>
    <w:p>
      <w:r>
        <w:rPr>
          <w:rFonts w:ascii="Courier New" w:hAnsi="Courier New"/>
          <w:color w:val="555555"/>
          <w:sz w:val="20"/>
        </w:rPr>
        <w:t>[1 . 31]</w:t>
      </w:r>
    </w:p>
    <w:p>
      <w:r>
        <w:rPr>
          <w:rFonts w:ascii="Gentium Plus" w:hAnsi="Gentium Plus"/>
          <w:sz w:val="24"/>
        </w:rPr>
        <w:t>Ἀντὶ δὲ τῆς μεγάλης ἡμέρας, οἱ λοιποὶ ἐκδεδώκασι Κλητήν. Ὁ μέντοι Θεοδοτίων· Κλητὴν ἐπίκλητον οὐκ ἀν‐ έχομαι· ὁ δὲ Σύμμαχος· Κλητὴν ἐπίκλησιν οὐκ ἀνέξομαι. Ὅθεν λογιζόμεθα μὴ μίαν ἐξαίρετον μεγάλην εἰρῆσθαι·</w:t>
      </w:r>
    </w:p>
    <w:p>
      <w:r>
        <w:rPr>
          <w:rFonts w:ascii="Courier New" w:hAnsi="Courier New"/>
          <w:color w:val="555555"/>
          <w:sz w:val="20"/>
        </w:rPr>
        <w:t>[5]</w:t>
      </w:r>
    </w:p>
    <w:p>
      <w:r>
        <w:rPr>
          <w:rFonts w:ascii="Gentium Plus" w:hAnsi="Gentium Plus"/>
          <w:sz w:val="24"/>
        </w:rPr>
        <w:t>ἀλλὰ πᾶσαν τὴν προαγορευθεῖσαν κλητήν. Περὶ γὰρ τῶν ἀζύμων φησίν· Ἡ πρώτη ἐπίκλητος, ὅτι ἁγία ἔσται ὑμῖν. Καί· Ἡ ἡμέρα ἡ ἑβδόμη κλητὴ ἁγία ἔσται ὑμῖν. Καί· Τῇ ἡμέρᾳ τῇ ἑβδόμῃ τῶν νέων, ὅταν προσφέρητε θυσίαν τῶν ἑβδομάδων, ἐπίκλητος ἁγία ἔσται ὑμῖν. Καὶ πάλιν· Τῇ δε‐</w:t>
      </w:r>
    </w:p>
    <w:p>
      <w:r>
        <w:rPr>
          <w:rFonts w:ascii="Courier New" w:hAnsi="Courier New"/>
          <w:color w:val="555555"/>
          <w:sz w:val="20"/>
        </w:rPr>
        <w:t>[10]</w:t>
      </w:r>
    </w:p>
    <w:p>
      <w:r>
        <w:rPr>
          <w:rFonts w:ascii="Gentium Plus" w:hAnsi="Gentium Plus"/>
          <w:sz w:val="24"/>
        </w:rPr>
        <w:t>κάτῃ τοῦ ἑβδόμου μηνὸς τούτου, ἐπίκλητος ἁγία ἔσται ὑμῖν. Ἔοικεν οὖν διὰ μιᾶς φωνῆς πολλὰς παραιτεῖσθαι ἡμέ‐ ρας, τὰς τῷ αὐτῷ ὀνόματι κεχρημένας, καὶ σχεδὸν πάσας τὰς ἐπισήμους ἑορτὰς ἐν τῷ νόμῳ. Ταύτας οὖν παραιτού‐ μενος, ποίαν δέχεται; Περὶ ἧς εἴρηται· Τὴν ἡμέραν Κυ‐</w:t>
      </w:r>
    </w:p>
    <w:p>
      <w:r>
        <w:rPr>
          <w:rFonts w:ascii="Courier New" w:hAnsi="Courier New"/>
          <w:color w:val="555555"/>
          <w:sz w:val="20"/>
        </w:rPr>
        <w:t>[15]</w:t>
      </w:r>
    </w:p>
    <w:p>
      <w:r>
        <w:rPr>
          <w:rFonts w:ascii="Gentium Plus" w:hAnsi="Gentium Plus"/>
          <w:sz w:val="24"/>
        </w:rPr>
        <w:t>ρίου τὴν μεγάλην, ἣν οὐχὶ ὁ αἰσθητὸς οὗτος ἥλιος ποιήσει, ἀλλ’ ἀνατολὴ τοῦ τῆς δικαιοσύνης Ἡλίου καταφωτίσει, ἥτις μία ἔσται καὶ διηνεκὴς, διάδοχον νύκτα μὴ ἔχουσα, ἀλλὰ τῷ αἰῶνι παντὶ συμπαρεκτεινομένη. Ἀληθῶς μὲν οὖν καὶ κυ‐ ρίως μεγάλη ἡ ἡμέρα ἐκείνη. —Ὁ δὲ σωματικὸς Ἰουδαῖος</w:t>
      </w:r>
    </w:p>
    <w:p>
      <w:r>
        <w:rPr>
          <w:rFonts w:ascii="Courier New" w:hAnsi="Courier New"/>
          <w:color w:val="555555"/>
          <w:sz w:val="20"/>
        </w:rPr>
        <w:t>[20]</w:t>
      </w:r>
    </w:p>
    <w:p>
      <w:r>
        <w:rPr>
          <w:rFonts w:ascii="Gentium Plus" w:hAnsi="Gentium Plus"/>
          <w:sz w:val="24"/>
        </w:rPr>
        <w:t>ἐν ταύταις ζητεῖ τὴν μεγάλην, περὶ ὧν ὁ μακάριος Ἰακὼβ ἀπεφήνατο, ὅτι μικραὶ καὶ πονηραί εἰσι. Τέσσαρες δέ εἰσι τῶν μνημονευθέντων διαφοραί· τὰ μέν ἐστι μάταια, τῶν γινομένων Ἰουδαϊκῶς· τὰ δὲ βδελυκτά· τὰ δὲ οὐκ</w:t>
      </w:r>
    </w:p>
    <w:p>
      <w:r>
        <w:rPr>
          <w:rFonts w:ascii="Courier New" w:hAnsi="Courier New"/>
          <w:color w:val="555555"/>
          <w:sz w:val="20"/>
        </w:rPr>
        <w:t>[25]</w:t>
      </w:r>
    </w:p>
    <w:p>
      <w:r>
        <w:rPr>
          <w:rFonts w:ascii="Gentium Plus" w:hAnsi="Gentium Plus"/>
          <w:sz w:val="24"/>
        </w:rPr>
        <w:t>τῶν Ἰουδαίων. Ὥσπερ οὖν καὶ ἐπὶ τῶν ἄλλων εἶναι μέν τι τὸ ἀπόβλητον, εἶναι δέ τι τὸ εὐπρόσδεκτον τῷ Θεῷ ἐδείκνυτο, οὕτω καὶ ἐπὶ τῆς νηστείας· τὴν μὲν πρὸς ἐπίδειξιν γινομέ‐ νην ἀποχὴν τῶν βρωμάτων (ἐν τῷ Μὴ ἅψη, μηδὲ γεύσῃ, μηδὲ θίγῃς) τὸ τέλος ἔχειν, μισεῖ ἡ ψυχὴ τοῦ Κυρίου· τὴν</w:t>
      </w:r>
    </w:p>
    <w:p>
      <w:r>
        <w:rPr>
          <w:rFonts w:ascii="Courier New" w:hAnsi="Courier New"/>
          <w:color w:val="555555"/>
          <w:sz w:val="20"/>
        </w:rPr>
        <w:t>[30]</w:t>
      </w:r>
    </w:p>
    <w:p>
      <w:r>
        <w:rPr>
          <w:rFonts w:ascii="Gentium Plus" w:hAnsi="Gentium Plus"/>
          <w:sz w:val="24"/>
        </w:rPr>
        <w:t>δὲ ἐπὶ τῷ δουλαγωγῆσαι τὸ φρόνημα τῆς σαρκὸς παραλαμ‐ βανομένην ἀγαπᾷ, διὰ τοῦ ὑπωπιασμοῦ τῆς σαρκὸς τὸν ἁγιασμὸν κατορθοῦσαν. Οὐκ ἐξαρκεῖ δὲ καθ’ ἑαυτὴν ἡ ἀποχὴ τῶν βρωμάτων, πρὸς τὸ ἐπαινετὴν ποιῆσαι τὴν νηστείαν· ἀλλὰ δεῖ καὶ τὴν λοιπὴν ἀγωγὴν προσεῖναι, ἔν</w:t>
      </w:r>
    </w:p>
    <w:p>
      <w:r>
        <w:rPr>
          <w:rFonts w:ascii="Courier New" w:hAnsi="Courier New"/>
          <w:color w:val="555555"/>
          <w:sz w:val="20"/>
        </w:rPr>
        <w:t>[35]</w:t>
      </w:r>
    </w:p>
    <w:p>
      <w:r>
        <w:rPr>
          <w:rFonts w:ascii="Gentium Plus" w:hAnsi="Gentium Plus"/>
          <w:sz w:val="24"/>
        </w:rPr>
        <w:t>τε λόγοις καὶ ἀναστροφαῖς, καὶ τῇ πρὸς τοὺς ὠφελεῖν δυ‐ ναμένους συνουσίᾳ· ὥστε τὸ κατὰ τὰ βρώματα παρακο‐ λούθημα εἶναι τῆς ἀσκήσεως. Τὰ πολλὰ μὲν οὖν κατὰ νοῦν ἐνεργοῦντος τοῦ σπουδαίου, καὶ περὶ τὴν τῆς ἀληθείας θήραν ἐσχολακότος, ὀλιγάκις δὲ πρὸς</w:t>
      </w:r>
    </w:p>
    <w:p>
      <w:r>
        <w:rPr>
          <w:rFonts w:ascii="Courier New" w:hAnsi="Courier New"/>
          <w:color w:val="555555"/>
          <w:sz w:val="20"/>
        </w:rPr>
        <w:t>[40]</w:t>
      </w:r>
    </w:p>
    <w:p>
      <w:r>
        <w:rPr>
          <w:rFonts w:ascii="Gentium Plus" w:hAnsi="Gentium Plus"/>
          <w:sz w:val="24"/>
        </w:rPr>
        <w:t>τὴν ἐπιμέλειαν τῆς σαρκὸς καταβαίνοντος· εἶτα, μετὰ τὸ λει‐ τουργῆσαι τὰ ἀναγκαῖα τῷ σώματι, ἐκ τῶν ἐπιτυχόντων ἀ‐ πραγματεύτως διαιτώμενον, εὐθὺς ἀποπηδῶντος τῆς ἀσχολίας τῶν ἀνωφελῶν, καὶ εἰς τὴν προηγουμένην ἑαυτοῦ ζωὴν ἀνα‐ τρέχοντος. —Ἡ γὰρ τοιαύτη ἀγωγὴ πᾶσαν ἀφορμὴν, δι’ ἧς</w:t>
      </w:r>
    </w:p>
    <w:p>
      <w:r>
        <w:rPr>
          <w:rFonts w:ascii="Courier New" w:hAnsi="Courier New"/>
          <w:color w:val="555555"/>
          <w:sz w:val="20"/>
        </w:rPr>
        <w:t>[45]</w:t>
      </w:r>
    </w:p>
    <w:p>
      <w:r>
        <w:rPr>
          <w:rFonts w:ascii="Gentium Plus" w:hAnsi="Gentium Plus"/>
          <w:sz w:val="24"/>
        </w:rPr>
        <w:t>τρέφεται τὸ φρόνημα τῆς σαρκὸς, ἐξαίρει, ὡς μηκέτι κατα‐ δυναστεύειν τοῦ πνεύματος, μηδὲ ποιεῖν τὰ οἰκεῖα ἔργα τὴν σάρκα, πορνείαν, ἀκαθαρσίαν, πάθος, ἐπιθυμίαν κακήν. Νεκρώσαντες οὖν ἑαυτῶν τὰ μέλη τὰ ἐπὶ τῆς γῆς, καὶ διὰ λόγων ἐπιπληκτικῶν καταστελλόντων τὰ πάθη καὶ διὰ τῆς</w:t>
      </w:r>
    </w:p>
    <w:p>
      <w:r>
        <w:rPr>
          <w:rFonts w:ascii="Courier New" w:hAnsi="Courier New"/>
          <w:color w:val="555555"/>
          <w:sz w:val="20"/>
        </w:rPr>
        <w:t>[1 . 31 (50)]</w:t>
      </w:r>
    </w:p>
    <w:p>
      <w:r>
        <w:rPr>
          <w:rFonts w:ascii="Gentium Plus" w:hAnsi="Gentium Plus"/>
          <w:sz w:val="24"/>
        </w:rPr>
        <w:t>ἀποχῆς τῶν βρωμάτων νηστεύσωμεν νηστείαν δεκτὴν, εὐά‐</w:t>
      </w:r>
    </w:p>
    <w:p>
      <w:r>
        <w:rPr>
          <w:rFonts w:ascii="Courier New" w:hAnsi="Courier New"/>
          <w:color w:val="555555"/>
          <w:sz w:val="20"/>
        </w:rPr>
        <w:t>[55]</w:t>
      </w:r>
    </w:p>
    <w:p>
      <w:r>
        <w:rPr>
          <w:rFonts w:ascii="Gentium Plus" w:hAnsi="Gentium Plus"/>
          <w:sz w:val="24"/>
        </w:rPr>
        <w:t>τὸν Ἰωάννου, καὶ τὸν τῶν λοιπῶν Ἁγίων, Ὧν οὐκ ἦν ἄξιος ὁ κόσμος, οἳ περιῆλθον ἐν μηλωταῖς, ἐν αἰγείοις δέρμασιν, ὑστερούμενοι, θλιβόμενοι, κακουχούμενοι. Ἀλλ’ οὔπω τὸ ἐν ἀποχῇ βρωμάτων εὔτονον, ἱκανὸν εἰς τελεί‐ ωσιν, ἐὰν μὴ καὶ ἡ ψυχὴ ἐν παντελεῖ ἀποχῇ τῶν τρεφόντων</w:t>
      </w:r>
    </w:p>
    <w:p>
      <w:r>
        <w:rPr>
          <w:rFonts w:ascii="Courier New" w:hAnsi="Courier New"/>
          <w:color w:val="555555"/>
          <w:sz w:val="20"/>
        </w:rPr>
        <w:t>[60]</w:t>
      </w:r>
    </w:p>
    <w:p>
      <w:r>
        <w:rPr>
          <w:rFonts w:ascii="Gentium Plus" w:hAnsi="Gentium Plus"/>
          <w:sz w:val="24"/>
        </w:rPr>
        <w:t>κακίαν ὑπάρχῃ. Ὥσπερ γὰρ διπλοῦς ὁ ἄνθρωπος, ἐκ ψυχῆς συνεστὼς καὶ σώματος, οὕτω καὶ αἱ τροφαὶ διπλαῖ, κατάλ‐ ληλοι τῇ ἑκατέρου συστάσει τυγχάνουσαι, εὐτονώτερον πρὸς τὰς οἰκείας ἐνεργείας ἀποτελοῦσι τὸ τρεφόμενον. Ὥσπερ γὰρ ἐν τοῖς γυμναστικοῖς αἱ ἀθλητικαὶ τροφαὶ, μετὰ τῶν</w:t>
      </w:r>
    </w:p>
    <w:p>
      <w:r>
        <w:rPr>
          <w:rFonts w:ascii="Courier New" w:hAnsi="Courier New"/>
          <w:color w:val="555555"/>
          <w:sz w:val="20"/>
        </w:rPr>
        <w:t>[65]</w:t>
      </w:r>
    </w:p>
    <w:p>
      <w:r>
        <w:rPr>
          <w:rFonts w:ascii="Gentium Plus" w:hAnsi="Gentium Plus"/>
          <w:sz w:val="24"/>
        </w:rPr>
        <w:t>καταλλήλων γυμνασίων τοῖς σώμασι προσαγόμεναι, ὅσον κατακρατοῦνται ὑπὸ τῆς τῶν τρεφομένων δυνάμεως, τοσοῦ‐ τον εἰς εὐεξίαν μείζονα τὸ σῶμα ἐξαίρουσι καὶ προσθήκη αὐτοῦ γινόμεναι, διὰ τοῦ εἰς τὴν τοῦ σώματος ἀναλαμβά‐ νεσθαι σύστασιν, οὕτω καὶ ἐν τῇ τῆς εὐσεβείας ἀσκήσει τὰ</w:t>
      </w:r>
    </w:p>
    <w:p>
      <w:r>
        <w:rPr>
          <w:rFonts w:ascii="Courier New" w:hAnsi="Courier New"/>
          <w:color w:val="555555"/>
          <w:sz w:val="20"/>
        </w:rPr>
        <w:t>[70]</w:t>
      </w:r>
    </w:p>
    <w:p>
      <w:r>
        <w:rPr>
          <w:rFonts w:ascii="Gentium Plus" w:hAnsi="Gentium Plus"/>
          <w:sz w:val="24"/>
        </w:rPr>
        <w:t>τῆς πίστεως δόγματα καὶ οἱ διορθωτικοὶ λόγοι τῶν ἠθῶν, συνεχῶς προσαγόμενοι τῇ ψυχῇ, καὶ ταῖς κατὰ μικρὸν αὐ‐ τὴν προσθήκαις αὔξοντες, δυνατωτέραν αὐτὴν καὶ φιλο‐ πονωτέραν εἰς τὸ μειζόνων καὶ τελειοτέρων τῶν ἐν δόγ‐ μασι διδαγμάτων ἐπορέγεσθαι παρασκευάζουσιν.</w:t>
      </w:r>
    </w:p>
    <w:p>
      <w:r>
        <w:rPr>
          <w:rFonts w:ascii="Courier New" w:hAnsi="Courier New"/>
          <w:color w:val="555555"/>
          <w:sz w:val="20"/>
        </w:rPr>
        <w:t>[1 . 32]</w:t>
      </w:r>
    </w:p>
    <w:p>
      <w:r>
        <w:rPr>
          <w:rFonts w:ascii="Gentium Plus" w:hAnsi="Gentium Plus"/>
          <w:sz w:val="24"/>
        </w:rPr>
        <w:t>Ἀπὸ τῆς οὖν ἐν τῷ κρυπτῷ νηστείας φυλακτέον ἡμῖν, τῆς κατὰ δικαίαν κρίσιν μισεῖσθαι λεγομένης ὑπὸ τοῦ Κυρίου, περὶ ἧς καὶ ὁ Προφήτης ἀπεύχεται, λέγων· Οὐ λιμοκτονήσει Κύριος ψυχὰς δικαίων. Οὐ γὰρ περὶ τοῦ σω‐</w:t>
      </w:r>
    </w:p>
    <w:p>
      <w:r>
        <w:rPr>
          <w:rFonts w:ascii="Courier New" w:hAnsi="Courier New"/>
          <w:color w:val="555555"/>
          <w:sz w:val="20"/>
        </w:rPr>
        <w:t>[5]</w:t>
      </w:r>
    </w:p>
    <w:p>
      <w:r>
        <w:rPr>
          <w:rFonts w:ascii="Gentium Plus" w:hAnsi="Gentium Plus"/>
          <w:sz w:val="24"/>
        </w:rPr>
        <w:t>ματικοῦ λιμοῦ λέγει (ἢ γὰρ ἂν εἶπε, σώματα δικαίων) ἀλλὰ περὶ τοῦ ψυχικοῦ· Οὐ γὰρ λιμοκτονήσει ψυχὰς δι‐ καίων· οὕτω δ’ ἂν καὶ ἐναντίωμα ἦν πρὸς τὸν τῶν Μακα‐ ρίων βίον· εἴπερ Παῦλος μὲν ἐν τοῖς καυχήμασιν ἀριθμεῖ τὸ Ἐν νηστείαις πολλάκις, καὶ τὸ Ἐν λιμῷ καὶ δίψει. Τὸν</w:t>
      </w:r>
    </w:p>
    <w:p>
      <w:r>
        <w:rPr>
          <w:rFonts w:ascii="Courier New" w:hAnsi="Courier New"/>
          <w:color w:val="555555"/>
          <w:sz w:val="20"/>
        </w:rPr>
        <w:t>[10]</w:t>
      </w:r>
    </w:p>
    <w:p>
      <w:r>
        <w:rPr>
          <w:rFonts w:ascii="Gentium Plus" w:hAnsi="Gentium Plus"/>
          <w:sz w:val="24"/>
        </w:rPr>
        <w:t>δὲ λιμὸν ἀπεύχεται τοῖς δικαίοις. —Ἀλλὰ βέλτιον τούτων ἕκαστον κατὰ τὸν ὑψηλότερον περὶ ἐνδείας νοῦν ἐξακούειν. Τοιοῦτόν ἐστι καὶ τὸ Οὐκ εἶδον δίκαιον ἐγκαταλελειμμέ‐ νον, οὐδὲ τὸ σπέρμα αὐτοῦ ζητοῦν ἄρτους. Μεμνήμεθα γὰρ Ἠλίου ζητήσαντος ἄρτον παρὰ τῆς Σιδω‐</w:t>
      </w:r>
    </w:p>
    <w:p>
      <w:r>
        <w:rPr>
          <w:rFonts w:ascii="Courier New" w:hAnsi="Courier New"/>
          <w:color w:val="555555"/>
          <w:sz w:val="20"/>
        </w:rPr>
        <w:t>[15]</w:t>
      </w:r>
    </w:p>
    <w:p>
      <w:r>
        <w:rPr>
          <w:rFonts w:ascii="Gentium Plus" w:hAnsi="Gentium Plus"/>
          <w:sz w:val="24"/>
        </w:rPr>
        <w:t>νίας, ἀλλὰ καὶ τὸ σπέρμα Ἰακὼβ, τοῦ δικαίου, ἄρτους ἐζήτει εἰς Αἴγυπτον. Ἐὰν δὲ φύγωμεν τὴν ταπεινὴν ἔννοιαν, καὶ ἡ ἐν τοῖς ἐναντιώμασιν ἀτοπία συνδιαλυθήσεται. —Ταύτας οὖν ἐνή‐ στευον τὰς νηστείας οἱ Ἰουδαῖοι, λιμοκτονοῦντες ἑαυτῶν τὸν ἔσω ἄνθρωπον, διὰ τὸ φθάσαι ἐπ’ αὐτοὺς τὴν λέγουσαν ἀπει‐</w:t>
      </w:r>
    </w:p>
    <w:p>
      <w:r>
        <w:rPr>
          <w:rFonts w:ascii="Courier New" w:hAnsi="Courier New"/>
          <w:color w:val="555555"/>
          <w:sz w:val="20"/>
        </w:rPr>
        <w:t>[20]</w:t>
      </w:r>
    </w:p>
    <w:p>
      <w:r>
        <w:rPr>
          <w:rFonts w:ascii="Gentium Plus" w:hAnsi="Gentium Plus"/>
          <w:sz w:val="24"/>
        </w:rPr>
        <w:t>λὴν, ὅτι Ἰδοὺ ἡμέραι ἔρχονται, λέγει Κύριος, καὶ ἐπάξω ἐπὶ τὴν γῆν ταύτην λιμὸν, οὐ λιμὸν ἄρτου, οὐδὲ δίψαν ὕδατος, ἀλλὰ λιμὸν τοῦ ἀκοῦσαι λόγον Κυρίου. Ταύτας οὖν τὰς νη‐ στείας μισεῖν λέγει ὁ Κύριος, τῶν ἐκτηκόντων μὲν ἑαυτῶν τὸν νοῦν ἐν ἀτροφίᾳ τῶν σωτηρίων καὶ ζωοποιῶν διδαγμάτων,</w:t>
      </w:r>
    </w:p>
    <w:p>
      <w:r>
        <w:rPr>
          <w:rFonts w:ascii="Courier New" w:hAnsi="Courier New"/>
          <w:color w:val="555555"/>
          <w:sz w:val="20"/>
        </w:rPr>
        <w:t>[25]</w:t>
      </w:r>
    </w:p>
    <w:p>
      <w:r>
        <w:rPr>
          <w:rFonts w:ascii="Gentium Plus" w:hAnsi="Gentium Plus"/>
          <w:sz w:val="24"/>
        </w:rPr>
        <w:t>ὑπερπιαινόντων δὲ καὶ κατασαρκούντων τὸν ἔξω ἄνθρωπον. — Καὶ γὰρ ὥσπερ ἐν ζυγοῦ ῥοπῇ, ὅταν βαρῆται τὸ ἕτερον, ἀν‐ υψοῦταί πως τὸ ἀντικείμενον, οὕτω καὶ ἐπὶ ἀνθρώπου συμ‐ βαῖνον ἴδοι τις ἄν· σαρκὸς μὲν γὰρ πληθυνομένης, συμ‐ βαίνει τὸν νοῦν πως ἀσθενέστερον γίνεσθαι· τοῦ νοῦ δὲ πάλιν</w:t>
      </w:r>
    </w:p>
    <w:p>
      <w:r>
        <w:rPr>
          <w:rFonts w:ascii="Courier New" w:hAnsi="Courier New"/>
          <w:color w:val="555555"/>
          <w:sz w:val="20"/>
        </w:rPr>
        <w:t>[30]</w:t>
      </w:r>
    </w:p>
    <w:p>
      <w:r>
        <w:rPr>
          <w:rFonts w:ascii="Gentium Plus" w:hAnsi="Gentium Plus"/>
          <w:sz w:val="24"/>
        </w:rPr>
        <w:t>εὐεκτοῦντος, τὴν σάρκα πολλάκις καταλεπτύνεσθαι. Καὶ</w:t>
      </w:r>
    </w:p>
    <w:p>
      <w:r>
        <w:rPr>
          <w:rFonts w:ascii="Courier New" w:hAnsi="Courier New"/>
          <w:color w:val="555555"/>
          <w:sz w:val="20"/>
        </w:rPr>
        <w:t>[35]</w:t>
      </w:r>
    </w:p>
    <w:p>
      <w:r>
        <w:rPr>
          <w:rFonts w:ascii="Gentium Plus" w:hAnsi="Gentium Plus"/>
          <w:sz w:val="24"/>
        </w:rPr>
        <w:t>θυμιάσεις ἀναπεμπόμεναι, νεφέλης δίκην πυκνῆς τὰς ἀπὸ τοῦ ἁγίου Πνεύματος ἐγγινομένας ἐλλάμψεις εἰς τὸν νοῦν διακόπ‐ τουσι. Διὸ καὶ Μωϋσῆς πρὸς θεωρίαν Θεοῦ ἀναβαίνων διὰ τοῦ νοῦ, ἄσιτος καὶ ἄποτος ἡμερῶν τεσσαράκοντα διετέλεσεν, ἀθόλωτον διαμένειν αὐτῷ τὸ ἡγεμονικὸν διοικούμενος. Ἠλίας</w:t>
      </w:r>
    </w:p>
    <w:p>
      <w:r>
        <w:rPr>
          <w:rFonts w:ascii="Courier New" w:hAnsi="Courier New"/>
          <w:color w:val="555555"/>
          <w:sz w:val="20"/>
        </w:rPr>
        <w:t>[40]</w:t>
      </w:r>
    </w:p>
    <w:p>
      <w:r>
        <w:rPr>
          <w:rFonts w:ascii="Gentium Plus" w:hAnsi="Gentium Plus"/>
          <w:sz w:val="24"/>
        </w:rPr>
        <w:t>τε ὁμοίως, ὅτε ἔμελλεν ἐκζητεῖν τὸν Θεὸν, ἐν ἴσῳ χρόνῳ τῶν τροφῶν ὑπερεῖδεν, ὥστε μηδεμίαν τῷ νῷ γενέσθαι ἀπὸ τῶν τροφῶν ἐπισκότησιν. —Ὁ μέντοι Κύριος ἐναντίως, ἀναστὰς μὲν ἀπὸ νεκρῶν, καὶ πρὸς τοὺς οὐρανοὺς ἐπανιὼν, τροφῆς ἥψατο, τὴν φύσιν τοῦ σώματος τοῦ ἀνισταμένου πιστούμενος·</w:t>
      </w:r>
    </w:p>
    <w:p>
      <w:r>
        <w:rPr>
          <w:rFonts w:ascii="Courier New" w:hAnsi="Courier New"/>
          <w:color w:val="555555"/>
          <w:sz w:val="20"/>
        </w:rPr>
        <w:t>[45]</w:t>
      </w:r>
    </w:p>
    <w:p>
      <w:r>
        <w:rPr>
          <w:rFonts w:ascii="Gentium Plus" w:hAnsi="Gentium Plus"/>
          <w:sz w:val="24"/>
        </w:rPr>
        <w:t>συγκαταβαίνων δὲ τοῖς ἀνθρώποις, ἐνήστευσε, δεικνὺς ὅτι τῷ μέλλοντι πρὸς τοὺς ἀγῶνας τῶν πειρασμῶν ἀποδύεσθαι ἀναγκαία ἡ ἄσκησις. Οἱονεὶ γὰρ παιδοτριβεῖ πρὸς τὴν νίκην ὁ τοῦ σώματος ὑπωπιασμός. —Οὐχ οὕτω μέντοι χρηστέον τῇ σαρκὶ, ὥστε παραλῦσαι αὐτῆς τὸν φυσικὸν τόνον διὰ τὴν</w:t>
      </w:r>
    </w:p>
    <w:p>
      <w:r>
        <w:rPr>
          <w:rFonts w:ascii="Courier New" w:hAnsi="Courier New"/>
          <w:color w:val="555555"/>
          <w:sz w:val="20"/>
        </w:rPr>
        <w:t>[1 . 32 (50)]</w:t>
      </w:r>
    </w:p>
    <w:p>
      <w:r>
        <w:rPr>
          <w:rFonts w:ascii="Gentium Plus" w:hAnsi="Gentium Plus"/>
          <w:sz w:val="24"/>
        </w:rPr>
        <w:t>ἔνδειαν, οὐδὲ εἰς παντελῆ ἀπραξίαν, ἤπου καὶ ἀπαρακολου‐ θησίαν, τὸν νοῦν ὑπὸ τῆς ἄγαν ἐκλύσεως ἐκβιάσασθαι.</w:t>
      </w:r>
    </w:p>
    <w:p>
      <w:r>
        <w:rPr>
          <w:rFonts w:ascii="Courier New" w:hAnsi="Courier New"/>
          <w:color w:val="555555"/>
          <w:sz w:val="20"/>
        </w:rPr>
        <w:t>[1 . 33]</w:t>
      </w:r>
    </w:p>
    <w:p>
      <w:r>
        <w:rPr>
          <w:rFonts w:ascii="Gentium Plus" w:hAnsi="Gentium Plus"/>
          <w:sz w:val="24"/>
        </w:rPr>
        <w:t>Ἐπειδὴ δὲ ἐκελεύσθημεν, παρόντος τοῦ νυμφίου, μὴ νηστεύειν τὴν ἀπὸ τοῦ λόγου νηστείαν (ὡς μὴ τρεφομένων</w:t>
      </w:r>
    </w:p>
    <w:p>
      <w:r>
        <w:rPr>
          <w:rFonts w:ascii="Courier New" w:hAnsi="Courier New"/>
          <w:color w:val="555555"/>
          <w:sz w:val="20"/>
        </w:rPr>
        <w:t>[5]</w:t>
      </w:r>
    </w:p>
    <w:p>
      <w:r>
        <w:rPr>
          <w:rFonts w:ascii="Gentium Plus" w:hAnsi="Gentium Plus"/>
          <w:sz w:val="24"/>
        </w:rPr>
        <w:t>τοιαύτην νηστείαν μισεῖν ὁ Κύριος λέγει. Ἓν τῶν μισου‐ μένων ἐστὶν ὑπὸ Κυρίου καὶ ἡ ἀργία, ἀπραξία τις οὖσα τῶν καθηκόντων. Καὶ ἔοικέ γε πάσης ἑορτῆς ἐπακολούθημα ἡ ἀργία, διὰ τὸ ταῖς κληταῖς προσκεῖσθαι τὸ Πᾶν ἔργον λατρευτὸν οὐ ποιήσετε· καὶ διὰ τὸ ἐν ταῖς ἑορταῖς σχολὴν</w:t>
      </w:r>
    </w:p>
    <w:p>
      <w:r>
        <w:rPr>
          <w:rFonts w:ascii="Courier New" w:hAnsi="Courier New"/>
          <w:color w:val="555555"/>
          <w:sz w:val="20"/>
        </w:rPr>
        <w:t>[10]</w:t>
      </w:r>
    </w:p>
    <w:p>
      <w:r>
        <w:rPr>
          <w:rFonts w:ascii="Gentium Plus" w:hAnsi="Gentium Plus"/>
          <w:sz w:val="24"/>
        </w:rPr>
        <w:t>ἀπὸ τῶν κατὰ τὸν βίον ἄγοντας πᾶσαν ἀτοπίαν ἐπιτελεῖν, δικαίως μισητὴν ἀργίαν ἄγειν ἐλέγοντο. Πῶς δὲ οὐ μισητὸν ἡ ἀργία, μύρμηκος καὶ μελίσσης χεί‐ ρονα ποιοῦσα τὸν ἄνθρωπον, ὅς γε καὶ ἐξ ἀρχῆς πλασθεὶς, ἐτέθη εἰς τὸν παράδεισον ἐργάζεσθαι καὶ φυλάσσειν αὐτόν;</w:t>
      </w:r>
    </w:p>
    <w:p>
      <w:r>
        <w:rPr>
          <w:rFonts w:ascii="Courier New" w:hAnsi="Courier New"/>
          <w:color w:val="555555"/>
          <w:sz w:val="20"/>
        </w:rPr>
        <w:t>[15]</w:t>
      </w:r>
    </w:p>
    <w:p>
      <w:r>
        <w:rPr>
          <w:rFonts w:ascii="Gentium Plus" w:hAnsi="Gentium Plus"/>
          <w:sz w:val="24"/>
        </w:rPr>
        <w:t>Ὥστε τὸ πρῶτον καὶ οἰκειότατον τῷ ἀνθρώπῳ, ἡ περὶ τὰ ἔργα σπουδὴ, καὶ οἱονεὶ παρὰ φύσιν αὐτῷ ἡ ἀργία, ἣν μισεῖν εἶπεν ὁ Κύριος. —Ἀλλὰ πῶς ἡμᾶς ἀργεῖν βούλεται; Μὴ ἐργα‐ ζομένους τὴν βρῶσιν τὴν ἀπολλυμένην, μὴ ὀφθαλμοὺς αἴρειν ἐπὶ τὰ μάταια, μὴ ἀκοὴν ματαίαν τοῖς ὠσὶ παραδέχεσθαι,</w:t>
      </w:r>
    </w:p>
    <w:p>
      <w:r>
        <w:rPr>
          <w:rFonts w:ascii="Courier New" w:hAnsi="Courier New"/>
          <w:color w:val="555555"/>
          <w:sz w:val="20"/>
        </w:rPr>
        <w:t>[20]</w:t>
      </w:r>
    </w:p>
    <w:p>
      <w:r>
        <w:rPr>
          <w:rFonts w:ascii="Gentium Plus" w:hAnsi="Gentium Plus"/>
          <w:sz w:val="24"/>
        </w:rPr>
        <w:t>τὰς χεῖρας ἀποσείεσθαι ἀπὸ δώρων, μὴ ὀξεῖς ἔχειν τοὺς πόδας ἐκχέαι αἷμα, καὶ πάσας ἑνὶ λόγῳ τὰς σπουδὰς, τὰς περὶ τὸ σῶμα μὴ ἐνεργεῖν.</w:t>
      </w:r>
    </w:p>
    <w:p>
      <w:r>
        <w:rPr>
          <w:rFonts w:ascii="Courier New" w:hAnsi="Courier New"/>
          <w:color w:val="555555"/>
          <w:sz w:val="20"/>
        </w:rPr>
        <w:t>[1 . 34]</w:t>
      </w:r>
    </w:p>
    <w:p>
      <w:r>
        <w:rPr>
          <w:rFonts w:ascii="Gentium Plus" w:hAnsi="Gentium Plus"/>
          <w:sz w:val="24"/>
        </w:rPr>
        <w:t>Οὐκέτι ἀνήσω τὰς ἁμαρτίας ὑμῶν.</w:t>
      </w:r>
    </w:p>
    <w:p>
      <w:r>
        <w:rPr>
          <w:rFonts w:ascii="Courier New" w:hAnsi="Courier New"/>
          <w:color w:val="555555"/>
          <w:sz w:val="20"/>
        </w:rPr>
        <w:t>[5]</w:t>
      </w:r>
    </w:p>
    <w:p>
      <w:r>
        <w:rPr>
          <w:rFonts w:ascii="Gentium Plus" w:hAnsi="Gentium Plus"/>
          <w:sz w:val="24"/>
        </w:rPr>
        <w:t>σατε. Ἀπογνοὺς ὑμῶν τῆς ἀμετανοήτου καρδίας, οὐκέτι ἀνή‐ σω ὑμᾶς τῆς ὀφειλομένης ὑμῖν καταδίκης. Οὐ γὰρ ὁ εἰπὼν «ἥμαρτον» εἶτα ἐπιμένων τῇ ἁμαρτίᾳ, οὗτος ἐξομολογεῖ‐ ται· ἀλλὰ ὁ, κατὰ τὸν Ψαλμὸν, εὑρὼν τὴν ἁμαρτίαν αὑτοῦ καὶ μισήσας. Τί γὰρ ὄφελος τῷ ἀῤῥωστοῦντι ἡ παρὰ τοῦ</w:t>
      </w:r>
    </w:p>
    <w:p>
      <w:r>
        <w:rPr>
          <w:rFonts w:ascii="Courier New" w:hAnsi="Courier New"/>
          <w:color w:val="555555"/>
          <w:sz w:val="20"/>
        </w:rPr>
        <w:t>[10]</w:t>
      </w:r>
    </w:p>
    <w:p>
      <w:r>
        <w:rPr>
          <w:rFonts w:ascii="Gentium Plus" w:hAnsi="Gentium Plus"/>
          <w:sz w:val="24"/>
        </w:rPr>
        <w:t>ἰατροῦ ἐπιμέλεια, ὅταν τὰ φθαρτικὰ τῆς ζωῆς ὁ κάμνων ἐπιτηδεύῃ; Οὕτως οὐδὲν ὄφελος ἀδικημάτων συγχωρου‐ μένων τῷ ἔτι ἀδικοῦντι, καὶ ἀκολαστημάτων ἀφιεμένων τῷ ἔτι ἀκολασταίνοντι. Ἀλλὰ πῶς ἀφίεται ψυχῆς ἁμαρτήματα; Ἐπειδὰν ἡ ἀρετὴ</w:t>
      </w:r>
    </w:p>
    <w:p>
      <w:r>
        <w:rPr>
          <w:rFonts w:ascii="Courier New" w:hAnsi="Courier New"/>
          <w:color w:val="555555"/>
          <w:sz w:val="20"/>
        </w:rPr>
        <w:t>[15]</w:t>
      </w:r>
    </w:p>
    <w:p>
      <w:r>
        <w:rPr>
          <w:rFonts w:ascii="Gentium Plus" w:hAnsi="Gentium Plus"/>
          <w:sz w:val="24"/>
        </w:rPr>
        <w:t>κρατήσασα τῆς ψυχῆς καὶ ὅλην αὐτὴν τοῖς οἰκείοις λόγοις κα‐ ταλαβοῦσα, διαβολὴν αὐτῇ πρὸς τὴν ἐναντίαν διάθεσιν ἐμποι‐ ήσῃ· ὥστε ἐν μὲν καιρῷ πλεονεξίας ἑκουσίως ὁρμᾷν ἐπὶ τὴν ὡς τοῦ ἴσου τιμὴν, κἂν ῥᾴδιον ᾖ τὸ ἀδικεῖν, κἂν ἀμάρτυρον, ὡς μέγιστον κακὸν ἀποφεύγειν· οὕτω διακείμενον ὑπὸ τῆς ἐν</w:t>
      </w:r>
    </w:p>
    <w:p>
      <w:r>
        <w:rPr>
          <w:rFonts w:ascii="Courier New" w:hAnsi="Courier New"/>
          <w:color w:val="555555"/>
          <w:sz w:val="20"/>
        </w:rPr>
        <w:t>[20]</w:t>
      </w:r>
    </w:p>
    <w:p>
      <w:r>
        <w:rPr>
          <w:rFonts w:ascii="Gentium Plus" w:hAnsi="Gentium Plus"/>
          <w:sz w:val="24"/>
        </w:rPr>
        <w:t>ἑαυτῷ ἕξεως, δυνατὸν ἀφεθῆναι τῶν προτέρων ἀδικημάτων. — Κατὰ ταῦτα δὴ καὶ ἡ σωφροσύνη ἕξιν καὶ πῆξιν λαβοῦσα ἐν τῇ ψυχῇ, ἀπολύει τῶν ἀκολαστημάτων. Σώφρονα δὲ λέγομεν, οὐχ ᾧ ἀπεμαράνθησαν ὑπὸ γήρως, ἢ νόσου, ἢ ὑπὸ ἄλλου τινὸς συμπτώματος αἱ τῆς ἀκολασίας ὀρέξεις (τούτῳ γὰρ ἡ μὲν</w:t>
      </w:r>
    </w:p>
    <w:p>
      <w:r>
        <w:rPr>
          <w:rFonts w:ascii="Courier New" w:hAnsi="Courier New"/>
          <w:color w:val="555555"/>
          <w:sz w:val="20"/>
        </w:rPr>
        <w:t>[25]</w:t>
      </w:r>
    </w:p>
    <w:p>
      <w:r>
        <w:rPr>
          <w:rFonts w:ascii="Gentium Plus" w:hAnsi="Gentium Plus"/>
          <w:sz w:val="24"/>
        </w:rPr>
        <w:t>κακία ἐνυπάρχει, ἡ δὲ ἐνέργεια ἐκ τῆς τῶν ὀργάνων ἀσθε‐</w:t>
      </w:r>
    </w:p>
    <w:p>
      <w:r>
        <w:rPr>
          <w:rFonts w:ascii="Courier New" w:hAnsi="Courier New"/>
          <w:color w:val="555555"/>
          <w:sz w:val="20"/>
        </w:rPr>
        <w:t>[30]</w:t>
      </w:r>
    </w:p>
    <w:p>
      <w:r>
        <w:rPr>
          <w:rFonts w:ascii="Gentium Plus" w:hAnsi="Gentium Plus"/>
          <w:sz w:val="24"/>
        </w:rPr>
        <w:t>τίαν τῇ ἁμαρτητικῇ διάθεσιν, καὶ ἡ παρὰ τῆς συγχωρήσεως χάρις ὠφέλιμος. Ὁ δὲ λόγος ἐνταῦθα τοὺς ἀπὸ πολλῶν πτωμάτων πολ‐ λάκις διαναστάντας ἐκ τῆς κατὰ φιλανθρωπίαν χειραγω‐ γίας, εἶτα ὕστερον ὑπὸ τῶν ἀσθενειῶν κρατηθέντας, ἀπει‐</w:t>
      </w:r>
    </w:p>
    <w:p>
      <w:r>
        <w:rPr>
          <w:rFonts w:ascii="Courier New" w:hAnsi="Courier New"/>
          <w:color w:val="555555"/>
          <w:sz w:val="20"/>
        </w:rPr>
        <w:t>[35]</w:t>
      </w:r>
    </w:p>
    <w:p>
      <w:r>
        <w:rPr>
          <w:rFonts w:ascii="Gentium Plus" w:hAnsi="Gentium Plus"/>
          <w:sz w:val="24"/>
        </w:rPr>
        <w:t>λεῖ παντελῶς ἀφήσειν. Ἐνταῦθα τὸ Οὐκέτι ἔμφασιν ἡμῖν παρέχει τοῦ πολλάκις ἤδη πρότερον ἐπὶ τοῖς ὁμοίοις συγκεχωρηκέναι. Χωρὶς γὰρ τῆς παρὰ τοῦ Θεοῦ ἀφέ‐ σεως, ἐπιδιδόναι τινὰ ἑαυτὸν τῷ κατ’ ἀρετὴν βίῳ, ἀμή‐ χανον. Διὰ τοῦτο ὁ σοφῶς ἡμῶν οἰκονομῶν τὴν ζωὴν, τὸν</w:t>
      </w:r>
    </w:p>
    <w:p>
      <w:r>
        <w:rPr>
          <w:rFonts w:ascii="Courier New" w:hAnsi="Courier New"/>
          <w:color w:val="555555"/>
          <w:sz w:val="20"/>
        </w:rPr>
        <w:t>[40]</w:t>
      </w:r>
    </w:p>
    <w:p>
      <w:r>
        <w:rPr>
          <w:rFonts w:ascii="Gentium Plus" w:hAnsi="Gentium Plus"/>
          <w:sz w:val="24"/>
        </w:rPr>
        <w:t>ἔν τισιν ἁμαρτίαις ἐξετασθέντα, εἶτα ἀνατρέχειν ἐπὶ τὸν ὑγιῆ βίον ἐπαγγελλόμενον, βούλεται πέρατι μὲν ὁρίζειν τὰ παρελθόντα, ἀρχὴν δέ τινα ποιεῖσθαι μετὰ τὰ ἡμαρτη‐ μένα, οἱονεὶ διὰ τῆς μετανοίας ἀναβιώσκοντα· συνεχῶς δὲ ταῦτα ἐπαγγελλόμενον, καὶ συνεχῶς αὐτῶν ἀποπίπτοντα,</w:t>
      </w:r>
    </w:p>
    <w:p>
      <w:r>
        <w:rPr>
          <w:rFonts w:ascii="Courier New" w:hAnsi="Courier New"/>
          <w:color w:val="555555"/>
          <w:sz w:val="20"/>
        </w:rPr>
        <w:t>[45]</w:t>
      </w:r>
    </w:p>
    <w:p>
      <w:r>
        <w:rPr>
          <w:rFonts w:ascii="Gentium Plus" w:hAnsi="Gentium Plus"/>
          <w:sz w:val="24"/>
        </w:rPr>
        <w:t>ὡς παντελῶς αὐτὸν ἀπεγνωσμένον τῆς φιλανθρωπίας ἐκ‐ κλείει.</w:t>
      </w:r>
    </w:p>
    <w:p>
      <w:r>
        <w:rPr>
          <w:rFonts w:ascii="Courier New" w:hAnsi="Courier New"/>
          <w:color w:val="555555"/>
          <w:sz w:val="20"/>
        </w:rPr>
        <w:t>[1 . 35]</w:t>
      </w:r>
    </w:p>
    <w:p>
      <w:r>
        <w:rPr>
          <w:rFonts w:ascii="Gentium Plus" w:hAnsi="Gentium Plus"/>
          <w:sz w:val="24"/>
        </w:rPr>
        <w:t>Ὅταν ἐκτείνητε τὰς χεῖρας, ἀποστρέψω τοὺς ὀφθαλ‐ μούς μου ἀφ’ ὑμῶν. Οἱ μέχρι σχήματος προσευχόμενοι τὰς μὲν χεῖρας ἐκτείνουσι, τοὺς δὲ θείους ὀφθαλμοὺς ἐπιβλέποντας αὐ‐</w:t>
      </w:r>
    </w:p>
    <w:p>
      <w:r>
        <w:rPr>
          <w:rFonts w:ascii="Courier New" w:hAnsi="Courier New"/>
          <w:color w:val="555555"/>
          <w:sz w:val="20"/>
        </w:rPr>
        <w:t>[5]</w:t>
      </w:r>
    </w:p>
    <w:p>
      <w:r>
        <w:rPr>
          <w:rFonts w:ascii="Gentium Plus" w:hAnsi="Gentium Plus"/>
          <w:sz w:val="24"/>
        </w:rPr>
        <w:t>τῶν εἰς τὴν προσευχὴν οὐκ ἔχουσι. —Πάλιν δὲ τοῦτο σύνηθες τοῖς Ἁγίοις τὸ σχῆμα τῆς προσευχῆς, ὡς παρὰ Δαβὶδ μεμαθήκαμεν, λέγοντος· Διεπέτασα πρὸς σὲ τὰς χεῖ‐ ράς μου· καὶ Ἔπαρσις τῶν χειρῶν μου θυσία ἑσπερινή· Μωϋσέως δὲ, πολεμουμένου τοῦ Ἰσραὴλ μέχρις ἡλίου δυ‐</w:t>
      </w:r>
    </w:p>
    <w:p>
      <w:r>
        <w:rPr>
          <w:rFonts w:ascii="Courier New" w:hAnsi="Courier New"/>
          <w:color w:val="555555"/>
          <w:sz w:val="20"/>
        </w:rPr>
        <w:t>[10]</w:t>
      </w:r>
    </w:p>
    <w:p>
      <w:r>
        <w:rPr>
          <w:rFonts w:ascii="Gentium Plus" w:hAnsi="Gentium Plus"/>
          <w:sz w:val="24"/>
        </w:rPr>
        <w:t>σμῶν, ἐν τῇ ἐκτάσει τὰς χεῖρας ἔχοντος. Καὶ πρὸς ταῦτα δὲ τὸ ἀποστολικὸν, ἐν παντὶ τόπῳ προσεύχεσθαι τοὺς ἄνδρας, ἐπαίροντας ὁσίους χεῖρας. —Τάχα δέ τι καὶ βαθύτερον ὁ λόγος παραδηλοῖ· ὅτι ὁ τὰ μεγάλα καὶ οὐράνια καὶ ὑψηλὰ ἐργαζόμενος, οἱονεὶ διηρμένην ἔχων τὴν πρακτικὴν δύνα‐</w:t>
      </w:r>
    </w:p>
    <w:p>
      <w:r>
        <w:rPr>
          <w:rFonts w:ascii="Courier New" w:hAnsi="Courier New"/>
          <w:color w:val="555555"/>
          <w:sz w:val="20"/>
        </w:rPr>
        <w:t>[15]</w:t>
      </w:r>
    </w:p>
    <w:p>
      <w:r>
        <w:rPr>
          <w:rFonts w:ascii="Gentium Plus" w:hAnsi="Gentium Plus"/>
          <w:sz w:val="24"/>
        </w:rPr>
        <w:t>μιν, ἐπαίρειν τὰς χεῖρας λέγεται· ὁ δὲ ταπεινὰ καὶ γήϊνα καὶ τῇ φθορᾷ ὑποκείμενα ἐνεργῶν, κάτω ῥεπούσας καὶ κατα‐ βεβλημένας τὰς χεῖρας ἔχει. Τοῦτο καὶ ἡ κατὰ Μωϋσέα παραινίσσεται ἱστορία, ὅτι διὰ τὸ τοὺς προκόπτοντας μὴ ἐξομαλίζειν τὰς πράξεις, ἀλλὰ ποτὲ</w:t>
      </w:r>
    </w:p>
    <w:p>
      <w:r>
        <w:rPr>
          <w:rFonts w:ascii="Courier New" w:hAnsi="Courier New"/>
          <w:color w:val="555555"/>
          <w:sz w:val="20"/>
        </w:rPr>
        <w:t>[20]</w:t>
      </w:r>
    </w:p>
    <w:p>
      <w:r>
        <w:rPr>
          <w:rFonts w:ascii="Gentium Plus" w:hAnsi="Gentium Plus"/>
          <w:sz w:val="24"/>
        </w:rPr>
        <w:t>μὲν κρεῖττον βιοῦν, ποτὲ δὲ δι’ ἀτονίαν ἐκλύεσθαι καὶ ἀσθενέ‐ στερον ἐνεργεῖν, τῆς ἀνθρωπίνης καταστάσεως σύμβολα ἦν τὰ τότε γινόμενα· εἰ μὲν γὰρ ἐπῆρε τὰς χεῖρας, ἐνίσχυεν ὁ Ἰσραήλ· ὅτε δὲ καθῆκε τὰς χεῖρας, κατίσχυσεν Ἀμαλήκ. Του‐ τέστι καταπιπτούσης μὲν ἡμῶν τῆς δραστικῆς δυνάμεως, ἰσχύει</w:t>
      </w:r>
    </w:p>
    <w:p>
      <w:r>
        <w:rPr>
          <w:rFonts w:ascii="Courier New" w:hAnsi="Courier New"/>
          <w:color w:val="555555"/>
          <w:sz w:val="20"/>
        </w:rPr>
        <w:t>[25]</w:t>
      </w:r>
    </w:p>
    <w:p>
      <w:r>
        <w:rPr>
          <w:rFonts w:ascii="Gentium Plus" w:hAnsi="Gentium Plus"/>
          <w:sz w:val="24"/>
        </w:rPr>
        <w:t>τὰ ἀντιπαλαίοντα ἡμῖν· ὑψουμένης δὲ καὶ διαιρομένης, δυνα‐ τώτερον γίνεται τὸ διορατικὸν ἐν ἡμῖν, ὅπερ Ἰσραὴλ λέγεται. —Τήρει δὲ, ὅτι ἐνταῦθα οὐκ εἴρηται «ὅταν ἐπαίρητε τὰς χεῖρας» ἀλλ’ Ὅταν ἐκτείνητε. Ἐπαίρει μὲν γὰρ ὁ τὰ ἄνω ζητῶν, ἐκτείνει δὲ ὁ τῆς εἰς τὰ σωματικὰ βοηθείας ἐπιδεό‐</w:t>
      </w:r>
    </w:p>
    <w:p>
      <w:r>
        <w:rPr>
          <w:rFonts w:ascii="Courier New" w:hAnsi="Courier New"/>
          <w:color w:val="555555"/>
          <w:sz w:val="20"/>
        </w:rPr>
        <w:t>[30]</w:t>
      </w:r>
    </w:p>
    <w:p>
      <w:r>
        <w:rPr>
          <w:rFonts w:ascii="Gentium Plus" w:hAnsi="Gentium Plus"/>
          <w:sz w:val="24"/>
        </w:rPr>
        <w:t>μενος. Ἐπειδὴ δὲ ἡ ἔκτασις πολλάκις κατὰ διάθεσιν παρὰ</w:t>
      </w:r>
    </w:p>
    <w:p>
      <w:r>
        <w:rPr>
          <w:rFonts w:ascii="Courier New" w:hAnsi="Courier New"/>
          <w:color w:val="555555"/>
          <w:sz w:val="20"/>
        </w:rPr>
        <w:t>[35]</w:t>
      </w:r>
    </w:p>
    <w:p>
      <w:r>
        <w:rPr>
          <w:rFonts w:ascii="Gentium Plus" w:hAnsi="Gentium Plus"/>
          <w:sz w:val="24"/>
        </w:rPr>
        <w:t>χεῖρες ὑμῶν τοῦ αἵματος πλήρεις.</w:t>
      </w:r>
    </w:p>
    <w:p>
      <w:r>
        <w:rPr>
          <w:rFonts w:ascii="Courier New" w:hAnsi="Courier New"/>
          <w:color w:val="555555"/>
          <w:sz w:val="20"/>
        </w:rPr>
        <w:t>[1 . 36]</w:t>
      </w:r>
    </w:p>
    <w:p>
      <w:r>
        <w:rPr>
          <w:rFonts w:ascii="Gentium Plus" w:hAnsi="Gentium Plus"/>
          <w:sz w:val="24"/>
        </w:rPr>
        <w:t>Καὶ ἐὰν πληθύνητε τὴν δέησιν, οὐκ εἰσακούσομαι. Οἱ ἐν μὲν τῷ βίῳ μηδὲν κατορθοῦντες, ἐν δὲ τῇ παρατάσει τῆς προσευχῆς νομίζοντες δικαιοῦσθαι, τούτων ἀκουέτωσαν τῶν ῥημάτων. Οὐ γὰρ ἁπλῶς τὰ ῥήματα τῆς προσευχῆς</w:t>
      </w:r>
    </w:p>
    <w:p>
      <w:r>
        <w:rPr>
          <w:rFonts w:ascii="Courier New" w:hAnsi="Courier New"/>
          <w:color w:val="555555"/>
          <w:sz w:val="20"/>
        </w:rPr>
        <w:t>[5]</w:t>
      </w:r>
    </w:p>
    <w:p>
      <w:r>
        <w:rPr>
          <w:rFonts w:ascii="Gentium Plus" w:hAnsi="Gentium Plus"/>
          <w:sz w:val="24"/>
        </w:rPr>
        <w:t>ὠφελεῖ, ἀλλὰ τὸ μετὰ σπουδαίας διαθέσεως ἀναπέμπεσθαι. Ἐπεὶ καὶ ὁ Φαρισαῖος ἐδόκει πληθύνειν τὴν δέησιν· ἀλλὰ τί φησιν ὁ λόγος; Σταθεὶς δὲ ὁ Φαρισαῖος, ταῦτα πρὸς ἑαυτὸν προσηύχετο (οὐχὶ πρὸς τὸν Θεόν)· ἐπανήρχετο γὰρ πρὸς ἑαυτὸν, ἐπείπερ ἐν ἁμαρτίᾳ τῆς ὑπερηφανίας ἐγίνετο.</w:t>
      </w:r>
    </w:p>
    <w:p>
      <w:r>
        <w:rPr>
          <w:rFonts w:ascii="Courier New" w:hAnsi="Courier New"/>
          <w:color w:val="555555"/>
          <w:sz w:val="20"/>
        </w:rPr>
        <w:t>[10]</w:t>
      </w:r>
    </w:p>
    <w:p>
      <w:r>
        <w:rPr>
          <w:rFonts w:ascii="Gentium Plus" w:hAnsi="Gentium Plus"/>
          <w:sz w:val="24"/>
        </w:rPr>
        <w:t>Διὰ τοῦτο καὶ ὁ Σωτήρ· Προσευχόμενοι δὲ (φησὶ) μὴ βατ‐ τολογῆτε, ὡς καὶ οἱ Ἐθνικοί· δοκοῦσι γὰρ ὅτι ἐν τῇ πολυλογίᾳ αὐτῶν εἰσακουσθήσονται. Μὴ οὖν ὁμοιωθῆτε αὐτοῖς. Καὶ τὸ Ἐκ πολυλογίας οὐκ ἐκφεύξῃ ἁμαρτίαν. Χρὴ οὖν αἰτεῖ‐ σθαι τὴν βασιλείαν τοῦ Θεοῦ καὶ τὴν δικαιοσύνην, ἀλλὰ μὴ</w:t>
      </w:r>
    </w:p>
    <w:p>
      <w:r>
        <w:rPr>
          <w:rFonts w:ascii="Courier New" w:hAnsi="Courier New"/>
          <w:color w:val="555555"/>
          <w:sz w:val="20"/>
        </w:rPr>
        <w:t>[15]</w:t>
      </w:r>
    </w:p>
    <w:p>
      <w:r>
        <w:rPr>
          <w:rFonts w:ascii="Gentium Plus" w:hAnsi="Gentium Plus"/>
          <w:sz w:val="24"/>
        </w:rPr>
        <w:t>τὰ σωματικὰ καὶ ἐπίγεια. Διὰ τοῦτο ὁ Ψαλμός· Μίαν ᾐτη‐ σάμην παρὰ Κυρίου, ταύτην ζητήσω, τὸ κατοικεῖν με ἐν</w:t>
      </w:r>
    </w:p>
    <w:p>
      <w:r>
        <w:rPr>
          <w:rFonts w:ascii="Courier New" w:hAnsi="Courier New"/>
          <w:color w:val="555555"/>
          <w:sz w:val="20"/>
        </w:rPr>
        <w:t>[1 . 37]</w:t>
      </w:r>
    </w:p>
    <w:p>
      <w:r>
        <w:rPr>
          <w:rFonts w:ascii="Gentium Plus" w:hAnsi="Gentium Plus"/>
          <w:sz w:val="24"/>
        </w:rPr>
        <w:t>Αἱ γὰρ χεῖρες ὑμῶν αἵματος πλήρεις. Τοῦτό ἐστι τὸ αἴτιον τοῦ ἀποστρέφεσθαι τοὺς ὀφθαλμοὺς τοῦ Θεοῦ, ὅταν ἐκτανθῶσιν αἱ χεῖρες, διότι τὰ τῆς ἱκετηρίας σύμβολα παροξυσμοῦ εἰσιν ἀφορμαί. Ὥσπερ ἂν εἴ τις, υἱόν</w:t>
      </w:r>
    </w:p>
    <w:p>
      <w:r>
        <w:rPr>
          <w:rFonts w:ascii="Courier New" w:hAnsi="Courier New"/>
          <w:color w:val="555555"/>
          <w:sz w:val="20"/>
        </w:rPr>
        <w:t>[5]</w:t>
      </w:r>
    </w:p>
    <w:p>
      <w:r>
        <w:rPr>
          <w:rFonts w:ascii="Gentium Plus" w:hAnsi="Gentium Plus"/>
          <w:sz w:val="24"/>
        </w:rPr>
        <w:t>τινος φονεύσας ἀγαπητὸν, ἔτι ᾑμαγμένας ἐκ τοῦ φόνου τὰς χεῖρας ἔχων, προτείνοι αὐτὰς τῷ πατρὶ χαλεπαίνοντι, δεξιὰν φιλίας αἰτῶν καὶ συγγνώμην ἔχειν παραιτούμενος, ἆρ’ οὐχὶ φανὲν τοῦ τέκνου τὸ αἷμα ἐν τῇ χειρὶ τοῦ παιδοφόνου μᾶλλον εἰς ὀργὴν τὸν ἠδικημένον ἐγείρει; —Τοιαῦται νῦν εἰσιν αἱ τῶν</w:t>
      </w:r>
    </w:p>
    <w:p>
      <w:r>
        <w:rPr>
          <w:rFonts w:ascii="Courier New" w:hAnsi="Courier New"/>
          <w:color w:val="555555"/>
          <w:sz w:val="20"/>
        </w:rPr>
        <w:t>[10]</w:t>
      </w:r>
    </w:p>
    <w:p>
      <w:r>
        <w:rPr>
          <w:rFonts w:ascii="Gentium Plus" w:hAnsi="Gentium Plus"/>
          <w:sz w:val="24"/>
        </w:rPr>
        <w:t>Ἰουδαίων εὐχαὶ, ὅταν ἐκτείνωσι τὰς χεῖρας, τῆς εἰς τὸν Μονο‐ γενῆ Υἱὸν ἁμαρτίας ἀναμιμνησκόντων τὸν Θεὸν καὶ Πατέρα, καὶ καθ’ ἑκάστην ἔκτασιν τὰς χεῖρας ἑαυτῶν τοῦ αἵματος τοῦ Χριστοῦ πλήρεις ἐπιδεικνύντων. Οἱ γὰρ ἐπιμένοντες τῇ πω‐ ρώσει, τῆς πατρικῆς μιαιφονίας κληρονόμοι ὑπάρχουσι. Τὸ</w:t>
      </w:r>
    </w:p>
    <w:p>
      <w:r>
        <w:rPr>
          <w:rFonts w:ascii="Courier New" w:hAnsi="Courier New"/>
          <w:color w:val="555555"/>
          <w:sz w:val="20"/>
        </w:rPr>
        <w:t>[15]</w:t>
      </w:r>
    </w:p>
    <w:p>
      <w:r>
        <w:rPr>
          <w:rFonts w:ascii="Gentium Plus" w:hAnsi="Gentium Plus"/>
          <w:sz w:val="24"/>
        </w:rPr>
        <w:t>γὰρ αἷμα αὐτοῦ (φησὶν) ἐφ’ ἡμᾶς καὶ ἐπὶ τὰ τέκνα ἡμῶν.</w:t>
      </w:r>
    </w:p>
    <w:p>
      <w:r>
        <w:rPr>
          <w:rFonts w:ascii="Courier New" w:hAnsi="Courier New"/>
          <w:color w:val="555555"/>
          <w:sz w:val="20"/>
        </w:rPr>
        <w:t>[1 . 38]</w:t>
      </w:r>
    </w:p>
    <w:p>
      <w:r>
        <w:rPr>
          <w:rFonts w:ascii="Gentium Plus" w:hAnsi="Gentium Plus"/>
          <w:sz w:val="24"/>
        </w:rPr>
        <w:t>Λούσασθε, καθαροὶ γένεσθε. Δοκεῖ πως ἐναντίωμα, ὡς πρὸς τὸ ῥητὸν ὁ λόγος ἔχειν καὶ οἱονεὶ ψευδολογίαν τινὰ τοῦ Θεοῦ κατηγορεῖν. Εἶπε γὰρ ὅτι Οὐκέτι ἀνήσω τὰς ἁμαρτίας ὑμῶν. Καὶ τὸ Ἐὰν πληθύνητε</w:t>
      </w:r>
    </w:p>
    <w:p>
      <w:r>
        <w:rPr>
          <w:rFonts w:ascii="Courier New" w:hAnsi="Courier New"/>
          <w:color w:val="555555"/>
          <w:sz w:val="20"/>
        </w:rPr>
        <w:t>[5]</w:t>
      </w:r>
    </w:p>
    <w:p>
      <w:r>
        <w:rPr>
          <w:rFonts w:ascii="Gentium Plus" w:hAnsi="Gentium Plus"/>
          <w:sz w:val="24"/>
        </w:rPr>
        <w:t>τὴν δέησιν, οὐκ εἰσακούσομαι ὑμῶν. Νῦν, ὡς ἰασίμων ὄντων ἐκείνων, Λούσασθε, καθαροὶ (φησὶ) γένεσθε. Ὅτι ἐν μὲν τοῖς ἄνω τὸ ἀδύνατον τοῦ νόμου εἰς σωτηρίαν τοῖς βουλομένοις κατ’ αὐτὸν βιοῦν ἀπελέγχεται· ἐν τούτοις δὲ ἑτέρα ὁδὸς εἰς σω‐ τηρίαν δείκνυται. Κἀκεῖνο μὲν ἀθετεῖ τὴν κατὰ τὸν Μωϋσέως</w:t>
      </w:r>
    </w:p>
    <w:p>
      <w:r>
        <w:rPr>
          <w:rFonts w:ascii="Courier New" w:hAnsi="Courier New"/>
          <w:color w:val="555555"/>
          <w:sz w:val="20"/>
        </w:rPr>
        <w:t>[10]</w:t>
      </w:r>
    </w:p>
    <w:p>
      <w:r>
        <w:rPr>
          <w:rFonts w:ascii="Gentium Plus" w:hAnsi="Gentium Plus"/>
          <w:sz w:val="24"/>
        </w:rPr>
        <w:t>νόμον αἰσθητὴν πολιτείαν· τοῦτο δὲ τῆς εὐαγγελικῆς ζωῆς τὰς ἀρχὰς ὑποδείκνυσιν· Ἐὰν φέρητε σεμίδαλιν, μάταιον· θυμίαμα, βδέλυγμα· τὸ στέαρ τῶν ἀρνῶν, τὸ αἷμα τῶν ταύ‐ ρων οὐ βούλομαι. —Τί οὖν ποιήσωμεν; τί προσενέγκωμεν; Μὴ τάχα, διὰ τὸ τὰς ὑλικὰς ἀπεστράφθαι θεραπείας, ἐπὶ</w:t>
      </w:r>
    </w:p>
    <w:p>
      <w:r>
        <w:rPr>
          <w:rFonts w:ascii="Courier New" w:hAnsi="Courier New"/>
          <w:color w:val="555555"/>
          <w:sz w:val="20"/>
        </w:rPr>
        <w:t>[15]</w:t>
      </w:r>
    </w:p>
    <w:p>
      <w:r>
        <w:rPr>
          <w:rFonts w:ascii="Gentium Plus" w:hAnsi="Gentium Plus"/>
          <w:sz w:val="24"/>
        </w:rPr>
        <w:t>τὰς ἑορτὰς μεταβῶμεν, διὰ τούτων λατρεύσομεν; Τὰς νεο‐ μηνίας ὑμῶν καὶ τὰ σάββατα καὶ ἡμέραν μεγάλην οὐκ ἀν‐ έχομαι. Οὐκοῦν νηστεύσωμεν; Ἀλλὰ τὰς νηστείας ὑμῶν μισεῖ ἡ ψυχή μου. Ὑπόλοιπον οὖν ἱκετεύειν Ἰουδαϊκῶς καὶ προσεύχεσθαι κατὰ τὸν νόμον; Ἀλλ’ ἐὰν πληθύνητε τὴν</w:t>
      </w:r>
    </w:p>
    <w:p>
      <w:r>
        <w:rPr>
          <w:rFonts w:ascii="Courier New" w:hAnsi="Courier New"/>
          <w:color w:val="555555"/>
          <w:sz w:val="20"/>
        </w:rPr>
        <w:t>[20]</w:t>
      </w:r>
    </w:p>
    <w:p>
      <w:r>
        <w:rPr>
          <w:rFonts w:ascii="Gentium Plus" w:hAnsi="Gentium Plus"/>
          <w:sz w:val="24"/>
        </w:rPr>
        <w:t>δέησιν, οὐκ εἰσακούσομαι ὑμῶν· καὶ, ἐὰν ἐκτείνητε τὰς χεῖ‐ ρας, οὐ δυσωποῦμαι τὴν ἱκεσίαν, ἀλλὰ παροξύνομαι ἐπὶ τῷ αἵματι. —Τί οὖν ποιήσωμεν; Πῶς σε ἱλεωσόμεθα; πῶς τὸ αἷμα ἀπονιψόμεθα; Λούσασθε, καθαροὶ γένεσθε. Ναὶ, φησί· μεμνήμεθα γὰρ Μωϋσῆς τί εἶπε περὶ λουτροῦ. Ὁ γὰρ</w:t>
      </w:r>
    </w:p>
    <w:p>
      <w:r>
        <w:rPr>
          <w:rFonts w:ascii="Courier New" w:hAnsi="Courier New"/>
          <w:color w:val="555555"/>
          <w:sz w:val="20"/>
        </w:rPr>
        <w:t>[25]</w:t>
      </w:r>
    </w:p>
    <w:p>
      <w:r>
        <w:rPr>
          <w:rFonts w:ascii="Gentium Plus" w:hAnsi="Gentium Plus"/>
          <w:sz w:val="24"/>
        </w:rPr>
        <w:t>ἁψάμενος (φησὶ) τινὸς τῶν ἀκαθάρτων, καὶ μιανθεὶς, πλυ‐ νεῖ τὰ ἱμάτια καὶ λούσεται τὸ σῶμα ὕδατι καὶ καθαρὸς ἔσται. Ἀλλ’ οὐκ εἶπε «λούσασθε ἐφ’ ἑκάστῳ μολυσμῷ» ἀλλὰ Λούσασθε μόνον. Ἓν βάπτισμα, μία κάθαρσις. Ἐκεῖ πλυ‐</w:t>
      </w:r>
    </w:p>
    <w:p>
      <w:r>
        <w:rPr>
          <w:rFonts w:ascii="Courier New" w:hAnsi="Courier New"/>
          <w:color w:val="555555"/>
          <w:sz w:val="20"/>
        </w:rPr>
        <w:t>[30]</w:t>
      </w:r>
    </w:p>
    <w:p>
      <w:r>
        <w:rPr>
          <w:rFonts w:ascii="Gentium Plus" w:hAnsi="Gentium Plus"/>
          <w:sz w:val="24"/>
        </w:rPr>
        <w:t>νεῖ τὰ ἱμάτια καὶ λούσεται τὸ σῶμα ὕδατι· ἐνταῦθα «ἀφέ‐ λετε τὰς πονηρίας» οὐχὶ τὸν ῥύπον «ἀπὸ τῶν ψυχῶν» οὐκ ἀπὸ τῶν ἱματίων. Μηκέτι περιεργάζου λίβανον καὶ χαλ‐ βάνην καὶ ὄνυχα καὶ στακτήν· μηκέτι ἀναζήτει δάμαλιν ἀκριβῶς πυῤῥὰν, ὡς μηδεμίαν ἄλλην τινὰ χρόαν ἔχειν, ἃς</w:t>
      </w:r>
    </w:p>
    <w:p>
      <w:r>
        <w:rPr>
          <w:rFonts w:ascii="Courier New" w:hAnsi="Courier New"/>
          <w:color w:val="555555"/>
          <w:sz w:val="20"/>
        </w:rPr>
        <w:t>[35]</w:t>
      </w:r>
    </w:p>
    <w:p>
      <w:r>
        <w:rPr>
          <w:rFonts w:ascii="Gentium Plus" w:hAnsi="Gentium Plus"/>
          <w:sz w:val="24"/>
        </w:rPr>
        <w:t>τρεῖς μόλις ὁ σύμπας χρόνος τῆς νομικῆς λατρείας ἤνεγκε. Μὴ νήστευε Ἰουδαϊκῶς. —Μὴ ἐμποδίζου ἐν ταῖς ἀργίαις. Ἑνός σοι χρεία, ἁπλοῦ καὶ συντόμου, οὗ αὐτοὶ ὑμεῖς ἐστε κύριοι. Τί οὖν ἐστι τοῦτο; Μάθετε καλὸν ποιεῖν. Οὗ παν‐ τελῶς νῦν ἀπειθῶς καὶ ἀπαιδεύτως ἔχετε.</w:t>
      </w:r>
    </w:p>
    <w:p>
      <w:r>
        <w:rPr>
          <w:rFonts w:ascii="Courier New" w:hAnsi="Courier New"/>
          <w:color w:val="555555"/>
          <w:sz w:val="20"/>
        </w:rPr>
        <w:t>[40]</w:t>
      </w:r>
    </w:p>
    <w:p>
      <w:r>
        <w:rPr>
          <w:rFonts w:ascii="Gentium Plus" w:hAnsi="Gentium Plus"/>
          <w:sz w:val="24"/>
        </w:rPr>
        <w:t>Ἐπεὶ οὖν διδακτὸν τὸ καλὸν, ὁ δὲ νόμος ὑμᾶς οὐκ ἐδίδαξεν (ἐκβέβληται γὰρ αὐτοῦ, ὡς οὐ καλὰ, τὰ διδάγματα) πᾶσα ἀνάγκη λοιπὸν, ἐπὶ τὸ εὐαγγελικὸν διδασκαλεῖον καταφυγεῖν· Νόησόν μοι τὴν μέθοδον τῆς οἰκονομίας τοῦ λόγου ἀπὸ ὑπο‐ δείγματος ἐναργοῦς. Ἔστω τις τῶν πολυτελῶν καὶ πλουσίων,</w:t>
      </w:r>
    </w:p>
    <w:p>
      <w:r>
        <w:rPr>
          <w:rFonts w:ascii="Courier New" w:hAnsi="Courier New"/>
          <w:color w:val="555555"/>
          <w:sz w:val="20"/>
        </w:rPr>
        <w:t>[45]</w:t>
      </w:r>
    </w:p>
    <w:p>
      <w:r>
        <w:rPr>
          <w:rFonts w:ascii="Gentium Plus" w:hAnsi="Gentium Plus"/>
          <w:sz w:val="24"/>
        </w:rPr>
        <w:t>καὶ τὰ παρασκευασθέντα αὐτῷ ποικίλα τὰ πρὸς τὴν δίαιταν· ἐχέτω δὲ οὗτος πρὸς μὲν τὰ λοιπὰ δυσαρέστως, πρὸς ἓν δὲ μόνον ἐπιτηδείως, εἶτα καθ’ ἕκαστον αὐτῷ τῶν ἀβουλήτων ἀποπεμπομένων, εἰς ἀνάγκην ἀγέτω τοὺς θεραπεύοντας εἰς ἐκεῖνο ἐλθεῖν τὸ κατὰ φύσιν λανθανόντως ἐπιζητούμενον· —</w:t>
      </w:r>
    </w:p>
    <w:p>
      <w:r>
        <w:rPr>
          <w:rFonts w:ascii="Courier New" w:hAnsi="Courier New"/>
          <w:color w:val="555555"/>
          <w:sz w:val="20"/>
        </w:rPr>
        <w:t>[1 . 38 (50)]</w:t>
      </w:r>
    </w:p>
    <w:p>
      <w:r>
        <w:rPr>
          <w:rFonts w:ascii="Gentium Plus" w:hAnsi="Gentium Plus"/>
          <w:sz w:val="24"/>
        </w:rPr>
        <w:t>οὕτω καὶ νῦν, πάντων ἐφεξῆς ἐκβεβλημένων τῶν νομικῶν, ἀναγκαίως ἡ παραδοχὴ τοῦ Εὐαγγελίου κατασκευάζεται. Λούσασθε. Καὶ τί τὸ κέρδος; Ἵνα καθαροὶ γένησθε. Εἰς τί δὲ χρεία καθαρότητος; Ἵνα τὸν Θεὸν ἴδητε. —Ἆρ’ οὖν ἐξαρ‐ κεῖ λουσάμενόν με καὶ τὴν ἐπὶ τοῖς προτέροις λαβόντα</w:t>
      </w:r>
    </w:p>
    <w:p>
      <w:r>
        <w:rPr>
          <w:rFonts w:ascii="Courier New" w:hAnsi="Courier New"/>
          <w:color w:val="555555"/>
          <w:sz w:val="20"/>
        </w:rPr>
        <w:t>[55]</w:t>
      </w:r>
    </w:p>
    <w:p>
      <w:r>
        <w:rPr>
          <w:rFonts w:ascii="Gentium Plus" w:hAnsi="Gentium Plus"/>
          <w:sz w:val="24"/>
        </w:rPr>
        <w:t>συγχώρησιν ἡσυχάζειν; ἤ τινος καὶ ἑτέρου χρεία;</w:t>
      </w:r>
    </w:p>
    <w:p>
      <w:r>
        <w:rPr>
          <w:rFonts w:ascii="Courier New" w:hAnsi="Courier New"/>
          <w:color w:val="555555"/>
          <w:sz w:val="20"/>
        </w:rPr>
        <w:t>[1 . 39]</w:t>
      </w:r>
    </w:p>
    <w:p>
      <w:r>
        <w:rPr>
          <w:rFonts w:ascii="Gentium Plus" w:hAnsi="Gentium Plus"/>
          <w:sz w:val="24"/>
        </w:rPr>
        <w:t>Ἀφέλετε τὰς πονηρίας ἀπὸ τῶν ψυχῶν ὑμῶν ἀπ‐ έναντι τῶν ὀφθαλμῶν μου. Ἡ μὲν γὰρ διὰ λουτροῦ κάθαρσις τῆς φιλανθρωπίας ἤρτηται τοῦ Δεσπότου· ἡ δὲ τῆς πονηρίας ἀπόθεσις,</w:t>
      </w:r>
    </w:p>
    <w:p>
      <w:r>
        <w:rPr>
          <w:rFonts w:ascii="Courier New" w:hAnsi="Courier New"/>
          <w:color w:val="555555"/>
          <w:sz w:val="20"/>
        </w:rPr>
        <w:t>[5]</w:t>
      </w:r>
    </w:p>
    <w:p>
      <w:r>
        <w:rPr>
          <w:rFonts w:ascii="Gentium Plus" w:hAnsi="Gentium Plus"/>
          <w:sz w:val="24"/>
        </w:rPr>
        <w:t>ἔργον τῆς ἡμῶν αὐτῶν ἐπιμελείας ἐστίν. Ἵνα δὲ μὴ μόνῃ τῇ ἀπὸ τοῦ λουτροῦ χάριτι ἐπελπίζοντες, ἄπρακτοι μείνωμεν ἀπὸ τῶν Ἐντολῶν, διὰ τοῦτο ἐπισυνάπτει πᾶσαν τοῦ βίου τὴν συναγωγήν· Ἀφέλετε τὰς πονηρίας ἀπὸ τῶν καρδιῶν ὑμῶν. Οἱονεὶ ἐκριζώσατε ἀπὸ τοῦ ἡγεμονικοῦ τὰς</w:t>
      </w:r>
    </w:p>
    <w:p>
      <w:r>
        <w:rPr>
          <w:rFonts w:ascii="Courier New" w:hAnsi="Courier New"/>
          <w:color w:val="555555"/>
          <w:sz w:val="20"/>
        </w:rPr>
        <w:t>[10]</w:t>
      </w:r>
    </w:p>
    <w:p>
      <w:r>
        <w:rPr>
          <w:rFonts w:ascii="Gentium Plus" w:hAnsi="Gentium Plus"/>
          <w:sz w:val="24"/>
        </w:rPr>
        <w:t>πονηρὰς ἐννοίας, ὡς μήτε λόγον, μήτε τι ἔργον ἀπογεννᾶ‐ σθαι τῶν μοχθηρῶν. —Ἀπέναντι τῶν ὀφθαλμῶν μου. Ἐπειδὴ πολλὰ τῶν κατὰ τὸν σπουδαῖον βίον παρὰ τῶν ἔξω τῆς πίστεως ἐπιτηδεύεται (οἷον ἀποχὴ τῶν ἐν συνουσίαις καὶ βρωμάτων ἡδοναῖς καὶ τὸ ἐν ἤθει εὐσταθὲς καὶ ἀτάραχον)</w:t>
      </w:r>
    </w:p>
    <w:p>
      <w:r>
        <w:rPr>
          <w:rFonts w:ascii="Courier New" w:hAnsi="Courier New"/>
          <w:color w:val="555555"/>
          <w:sz w:val="20"/>
        </w:rPr>
        <w:t>[15]</w:t>
      </w:r>
    </w:p>
    <w:p>
      <w:r>
        <w:rPr>
          <w:rFonts w:ascii="Gentium Plus" w:hAnsi="Gentium Plus"/>
          <w:sz w:val="24"/>
        </w:rPr>
        <w:t>οὐκ ἠρκέσθη τῷ εἰπεῖν· Ἀφέλετε τὰς πονηρίας, ἀλλὰ προσ‐ έθηκε τὸ Ἀπέναντι τῶν ὀφθαλμῶν μου, ὡς οὐδεμιᾶς πρά‐ ξεως καθηκόντως ἐπιτελεῖσθαι δυναμένης, εἰ μὴ μετὰ τῆς εἰς Χριστὸν εὐσεβείας γένοιτο. —Ἢ ἐπειδὴ ὁ Πατὴρ βλέπει ἐν τῷ κρυπτῷ, Ἀπέναντι τῶν ὀφθαλμῶν μου, ἀπὸ τῶν τό‐</w:t>
      </w:r>
    </w:p>
    <w:p>
      <w:r>
        <w:rPr>
          <w:rFonts w:ascii="Courier New" w:hAnsi="Courier New"/>
          <w:color w:val="555555"/>
          <w:sz w:val="20"/>
        </w:rPr>
        <w:t>[20]</w:t>
      </w:r>
    </w:p>
    <w:p>
      <w:r>
        <w:rPr>
          <w:rFonts w:ascii="Gentium Plus" w:hAnsi="Gentium Plus"/>
          <w:sz w:val="24"/>
        </w:rPr>
        <w:t>πων λέγει, τῶν ὑπὸ Θεοῦ βλεπομένων· ἵνα μὴ μόνον ἀπὸ τῶν πράξεων αὐτὴν περιέλωμεν, ἀλλὰ καὶ ἀπὸ τῶν δια‐ λογισμῶν. Τοῦτο δὲ διὰ τῆς τελείας ἀγάπης περιγίνεται·</w:t>
      </w:r>
    </w:p>
    <w:p>
      <w:r>
        <w:rPr>
          <w:rFonts w:ascii="Courier New" w:hAnsi="Courier New"/>
          <w:color w:val="555555"/>
          <w:sz w:val="20"/>
        </w:rPr>
        <w:t>[1 . 40]</w:t>
      </w:r>
    </w:p>
    <w:p>
      <w:r>
        <w:rPr>
          <w:rFonts w:ascii="Gentium Plus" w:hAnsi="Gentium Plus"/>
          <w:sz w:val="24"/>
        </w:rPr>
        <w:t>Μάθετε καλὸν ποιεῖν. Οὐ γὰρ σαφὴς ὁ ἠθικὸς λόγος, οὐδὲ πᾶσιν αὐτόθεν ἐκκεί‐ μενος· εἴπερ διδακτόν ἐστι τὸ ποιεῖν τὰ καλά. Δικαίως γὰρ (φησὶ) τὸ δίκαιον διώξεις· τουτέστι μετὰ τῶν περὶ δικαιοσύ‐</w:t>
      </w:r>
    </w:p>
    <w:p>
      <w:r>
        <w:rPr>
          <w:rFonts w:ascii="Courier New" w:hAnsi="Courier New"/>
          <w:color w:val="555555"/>
          <w:sz w:val="20"/>
        </w:rPr>
        <w:t>[5]</w:t>
      </w:r>
    </w:p>
    <w:p>
      <w:r>
        <w:rPr>
          <w:rFonts w:ascii="Gentium Plus" w:hAnsi="Gentium Plus"/>
          <w:sz w:val="24"/>
        </w:rPr>
        <w:t>νης λόγων τὴν δικαίαν πρᾶξιν ἐπιτελέσεις. —Ὡς γάρ ἐστί τι ποιῆσαι ἰατρικὸν, ἀλλ’ οὐκ ἰατρικῶς, οὕτως ἐστί τι ποιῆσαι δίκαιον, καὶ μὴ δικαίως. Οἷον ἰατρικὸν μὲν, αὐτὴ ἡ τῆς βο‐ τάνης χρῆσις· ἰατρικῶς δὲ, ὁ λόγος καὶ τὴν δύναμιν τῆς βοτά‐ νης καὶ τοῦ πάθους τὴν ἰδιότητα καὶ τὸν καιρὸν καὶ τὸ μέ‐</w:t>
      </w:r>
    </w:p>
    <w:p>
      <w:r>
        <w:rPr>
          <w:rFonts w:ascii="Courier New" w:hAnsi="Courier New"/>
          <w:color w:val="555555"/>
          <w:sz w:val="20"/>
        </w:rPr>
        <w:t>[10]</w:t>
      </w:r>
    </w:p>
    <w:p>
      <w:r>
        <w:rPr>
          <w:rFonts w:ascii="Gentium Plus" w:hAnsi="Gentium Plus"/>
          <w:sz w:val="24"/>
        </w:rPr>
        <w:t>τρον καὶ τὸν τρόπον τῆς χρήσεως ἐπεσκεμμένος. Διαφέρει δὲ τὸ κατ’ ἐπιστήμην τοῦ αὐτομάτου· ὁ μὲν γὰρ κατὰ τὴν τέχνην ποιῶν, ἀεὶ τὰ αὐτὰ ποιήσει, ἕως ἂν ἔχῃ τὸν λόγον· ὁ δὲ αὐτομάτως, οὐκ ἀεὶ συντρέχοντα ἕξει τὰ ὠφελοῦντα· ἀλλ’ εἰ σήμερον ἔσωσε, τοῖς αὐτοῖς ποτε καὶ</w:t>
      </w:r>
    </w:p>
    <w:p>
      <w:r>
        <w:rPr>
          <w:rFonts w:ascii="Courier New" w:hAnsi="Courier New"/>
          <w:color w:val="555555"/>
          <w:sz w:val="20"/>
        </w:rPr>
        <w:t>[15]</w:t>
      </w:r>
    </w:p>
    <w:p>
      <w:r>
        <w:rPr>
          <w:rFonts w:ascii="Gentium Plus" w:hAnsi="Gentium Plus"/>
          <w:sz w:val="24"/>
        </w:rPr>
        <w:t>διέφθειρεν. Οὕτω καὶ ἡ τοῦ καλοῦ πραγματεία κατ’ ἐπιστήμην ἐνεργουμένη, ὁμαλῶς ἀποδίδοται, ἕως ἂν ἐνοικῶν ὁ λόγος οὗτος ἑκάστῳ τῶν γιγνομένων ἐπιστατῇ. —Δείκνυσι δὲ ἐν ἄλ‐ λοις τὸ ἀναγκαῖον τῆς τῶν ποιητέων μαθήσεως, εἰπών· Πᾶς, ὃς οὐ μὴ μάθῃ δικαιοσύνην ἐπὶ τῆς γῆς, ἀλήθειαν οὐ μὴ</w:t>
      </w:r>
    </w:p>
    <w:p>
      <w:r>
        <w:rPr>
          <w:rFonts w:ascii="Courier New" w:hAnsi="Courier New"/>
          <w:color w:val="555555"/>
          <w:sz w:val="20"/>
        </w:rPr>
        <w:t>[20]</w:t>
      </w:r>
    </w:p>
    <w:p>
      <w:r>
        <w:rPr>
          <w:rFonts w:ascii="Gentium Plus" w:hAnsi="Gentium Plus"/>
          <w:sz w:val="24"/>
        </w:rPr>
        <w:t>ποιήσει. Δαβὶδ δὲ καὶ τὸν φόβον τὸν θεῖον ἐν τοῖς διδακ‐ τοῖς τίθεται, λέγων· Δεῦτε, τέκνα, ἀκούσατέ μου· φόβον</w:t>
      </w:r>
    </w:p>
    <w:p>
      <w:r>
        <w:rPr>
          <w:rFonts w:ascii="Courier New" w:hAnsi="Courier New"/>
          <w:color w:val="555555"/>
          <w:sz w:val="20"/>
        </w:rPr>
        <w:t>[1 . 41]</w:t>
      </w:r>
    </w:p>
    <w:p>
      <w:r>
        <w:rPr>
          <w:rFonts w:ascii="Gentium Plus" w:hAnsi="Gentium Plus"/>
          <w:sz w:val="24"/>
        </w:rPr>
        <w:t>Ἐκζητήσατε κρίσιν, —ἤτοι τὴν τοῦ Χριστοῦ, καθ’ ἣν κρίνων ἡμᾶς, ἀποδίδωσιν ἡμῖν τὰ κατ’ ἀξίαν, ἣν ἐὰν μὴ ἐκζητῶμεν, μηδὲ πρὸ ὀφθαλμῶν ἔχωμεν, ἐπιμένειν τῇ ποιήσει τῶν καλῶν οὐ δυνάμεθα. Παιδαγωγὸς γάρ ἐστι</w:t>
      </w:r>
    </w:p>
    <w:p>
      <w:r>
        <w:rPr>
          <w:rFonts w:ascii="Courier New" w:hAnsi="Courier New"/>
          <w:color w:val="555555"/>
          <w:sz w:val="20"/>
        </w:rPr>
        <w:t>[5]</w:t>
      </w:r>
    </w:p>
    <w:p>
      <w:r>
        <w:rPr>
          <w:rFonts w:ascii="Gentium Plus" w:hAnsi="Gentium Plus"/>
          <w:sz w:val="24"/>
        </w:rPr>
        <w:t>πρὸς εὐσέβειαν ἡ ἔννοια τῶν κεκηρυγμένων, ἡμῖν φοβερῶν ἐν τῇ κρίσει. Ἢ ὅτι πάντα ἐξητασμένα καὶ κεκριμένα ἔσται, μηδενὸς ἀκρίτως, μηδὲ ὡς ἔτυχε γιγνομένου. Μετὰ βουλῆς γὰρ (φησὶ) πάντα ποίει. Καί· Λογισμοὶ δικαίων, κρίματα. Χρὴ οὖν ὥσπερ δικαστὴν τὸν λόγον τὴν ἀνωτάτω</w:t>
      </w:r>
    </w:p>
    <w:p>
      <w:r>
        <w:rPr>
          <w:rFonts w:ascii="Courier New" w:hAnsi="Courier New"/>
          <w:color w:val="555555"/>
          <w:sz w:val="20"/>
        </w:rPr>
        <w:t>[10]</w:t>
      </w:r>
    </w:p>
    <w:p>
      <w:r>
        <w:rPr>
          <w:rFonts w:ascii="Gentium Plus" w:hAnsi="Gentium Plus"/>
          <w:sz w:val="24"/>
        </w:rPr>
        <w:t>χώραν παρ’ ἡμῖν λαχόντα, ἕκαστα κρίνειν καὶ ἐξετάζειν, τά τε λεκτέα καὶ τὰ πρακτέα, καὶ μὴν καὶ ταῖς συγκαταθέσεσι τῶν πραγμάτων καὶ ταῖς ὁρμαῖς τῆς ψυχῆς μετὰ ἀκριβοῦς ἐπικρίσεως ἐπιτρέπειν. Τοῦτο γάρ ἐστιν ὅ φησιν ὁ Παῦλος· Εἰ γὰρ ἑαυτοὺς ἐκρίνομεν, οὐκ ἂν ἐκρινόμεθα.</w:t>
      </w:r>
    </w:p>
    <w:p>
      <w:r>
        <w:rPr>
          <w:rFonts w:ascii="Courier New" w:hAnsi="Courier New"/>
          <w:color w:val="555555"/>
          <w:sz w:val="20"/>
        </w:rPr>
        <w:t>[15]</w:t>
      </w:r>
    </w:p>
    <w:p>
      <w:r>
        <w:rPr>
          <w:rFonts w:ascii="Gentium Plus" w:hAnsi="Gentium Plus"/>
          <w:sz w:val="24"/>
        </w:rPr>
        <w:t>Ῥύσασθε ἀδικούμενον. Ἐπειδὴ διττὸν τὸ ἀδικεῖσθαι· ἢ γὰρ εἰς τὰ σωματικὰ ἀδικοῦνταί τινες (οἱονεὶ εἰς χρήματα καὶ τὰ λοιπὰ τῶν ἐκτὸς) ἢ εἰς αὐτὴν τὴν ψυχήν. Ἀδιορίστως δὲ προσ‐ τετάγμεθα τὸν ἀδικούμενον ῥύεσθαι. Ἰστέον ὅτι πλείονός ἐσμεν σπουδῆς χρεῶσται τοῖς εἰς τὰ καιριώτατα βλαπτομέ‐</w:t>
      </w:r>
    </w:p>
    <w:p>
      <w:r>
        <w:rPr>
          <w:rFonts w:ascii="Courier New" w:hAnsi="Courier New"/>
          <w:color w:val="555555"/>
          <w:sz w:val="20"/>
        </w:rPr>
        <w:t>[20]</w:t>
      </w:r>
    </w:p>
    <w:p>
      <w:r>
        <w:rPr>
          <w:rFonts w:ascii="Gentium Plus" w:hAnsi="Gentium Plus"/>
          <w:sz w:val="24"/>
        </w:rPr>
        <w:t>νοις· τοὺς καταδυναστευθέντας παρὰ τοῦ διαβόλου, καὶ αἰχμα‐ λώτους παρ’ αὐτοῦ κατεχομένους, ἀνταιχμαλωτίζειν πάσῃ</w:t>
      </w:r>
    </w:p>
    <w:p>
      <w:r>
        <w:rPr>
          <w:rFonts w:ascii="Courier New" w:hAnsi="Courier New"/>
          <w:color w:val="555555"/>
          <w:sz w:val="20"/>
        </w:rPr>
        <w:t>[25]</w:t>
      </w:r>
    </w:p>
    <w:p>
      <w:r>
        <w:rPr>
          <w:rFonts w:ascii="Gentium Plus" w:hAnsi="Gentium Plus"/>
          <w:sz w:val="24"/>
        </w:rPr>
        <w:t>βιαίοις περιπεσόντες, ὥσπερ ὑπὸ χειμάῤῥου τῆς βίας αὐτῶν παρασύρωνται· οὓς ἆραι μὴ ἐξαρκοῦντες, τοῖς τῆς παρα‐ κλήσεως λόγοις τὴν ὑπομονὴν αὐτοῖς τῶν ἐπιπόνων παρα‐ σκευάζωμεν, μηδενὸς μὲν φειδόμενοι τῶν ἐφ’ ἡμῖν· ἀποτυγ‐ χάνοντες δὲ τῶν κατὰ πρόθεσιν, διὰ γοῦν τῆς φιλαδελφίας</w:t>
      </w:r>
    </w:p>
    <w:p>
      <w:r>
        <w:rPr>
          <w:rFonts w:ascii="Courier New" w:hAnsi="Courier New"/>
          <w:color w:val="555555"/>
          <w:sz w:val="20"/>
        </w:rPr>
        <w:t>[30]</w:t>
      </w:r>
    </w:p>
    <w:p>
      <w:r>
        <w:rPr>
          <w:rFonts w:ascii="Gentium Plus" w:hAnsi="Gentium Plus"/>
          <w:sz w:val="24"/>
        </w:rPr>
        <w:t>τὸ συμπαθὲς ἐπιδεικνύμενοι.</w:t>
      </w:r>
    </w:p>
    <w:p>
      <w:r>
        <w:rPr>
          <w:rFonts w:ascii="Courier New" w:hAnsi="Courier New"/>
          <w:color w:val="555555"/>
          <w:sz w:val="20"/>
        </w:rPr>
        <w:t>[1 . 42]</w:t>
      </w:r>
    </w:p>
    <w:p>
      <w:r>
        <w:rPr>
          <w:rFonts w:ascii="Gentium Plus" w:hAnsi="Gentium Plus"/>
          <w:sz w:val="24"/>
        </w:rPr>
        <w:t>Κρίνατε ὀρφανῷ, διὰ τὸ εὐκαταφρόνητον τῆς ἡλι‐ κίας, οὔτε εἰς κρίσιν ἀγαγεῖν τοῖς ὀρφανοῖς τοὺς ἀδικοῦντας ῥᾴδιον. Κρίνατε οὖν τοῖς ὀρφανοῖς τοῖς ἐστερημένοις τῶν συνηγόρων, παρ’ ἑαυτῶν αὐτοῖς τὸ ἐκ τῆς ἡλικίας ἐνδέον</w:t>
      </w:r>
    </w:p>
    <w:p>
      <w:r>
        <w:rPr>
          <w:rFonts w:ascii="Courier New" w:hAnsi="Courier New"/>
          <w:color w:val="555555"/>
          <w:sz w:val="20"/>
        </w:rPr>
        <w:t>[5]</w:t>
      </w:r>
    </w:p>
    <w:p>
      <w:r>
        <w:rPr>
          <w:rFonts w:ascii="Gentium Plus" w:hAnsi="Gentium Plus"/>
          <w:sz w:val="24"/>
        </w:rPr>
        <w:t>ἀναπληρώσατε· ὥστε ἔχειν τὸ καύχημα τοῦ Ἰώβ· Ἐγὼ ἤμην πατὴρ ἀδυνάτων. Μήποτε δὲ πνευματικώτερόν ἐστι τῆς λέξεως τὸν νοῦν διηγήσασθαι· ἐπειδὴ τῶν εἰς Χριστὸν πεπιστευκότων καὶ τὴν κατὰ τὸ Εὐαγγέλιον πολιτείαν ἀσπαζομένων πατὴρ</w:t>
      </w:r>
    </w:p>
    <w:p>
      <w:r>
        <w:rPr>
          <w:rFonts w:ascii="Courier New" w:hAnsi="Courier New"/>
          <w:color w:val="555555"/>
          <w:sz w:val="20"/>
        </w:rPr>
        <w:t>[10]</w:t>
      </w:r>
    </w:p>
    <w:p>
      <w:r>
        <w:rPr>
          <w:rFonts w:ascii="Gentium Plus" w:hAnsi="Gentium Plus"/>
          <w:sz w:val="24"/>
        </w:rPr>
        <w:t>λέγεται ὁ Θεὸς, ἐάν τις διὰ τῆς παραβάσεως τοῦ νόμου ἀλλοτριωθεὶς τοῦ Θεοῦ, οἱονεὶ ἀπορφανισθῇ τῆς προνοίας αὐτοῦ, κρίσει δικαίᾳ καὶ ἐπιστημονικῇ εἰς τὴν πρὸς Θεὸν</w:t>
      </w:r>
    </w:p>
    <w:p>
      <w:r>
        <w:rPr>
          <w:rFonts w:ascii="Courier New" w:hAnsi="Courier New"/>
          <w:color w:val="555555"/>
          <w:sz w:val="20"/>
        </w:rPr>
        <w:t>[15]</w:t>
      </w:r>
    </w:p>
    <w:p>
      <w:r>
        <w:rPr>
          <w:rFonts w:ascii="Gentium Plus" w:hAnsi="Gentium Plus"/>
          <w:sz w:val="24"/>
        </w:rPr>
        <w:t>κεχρημένος, ἀλλὰ καὶ κρίνατε αὐτῷ τοὺς ὠφελίμους τρό‐ πους τῆς μετανοίας ὑποτιθέμενοι. Καὶ ἐπειδὴ πᾶς ὁ ποι‐ ῶν τὴν ἁμαρτίαν, ἐκ τοῦ διαβόλου γεγέννηται, εἴ τις ἑκουσίως τῆς συγγενείας ἐκείνης ἑαυτὸν ἠλλοτρίωσε τοῦ πονηροῦ πατρὸς καὶ προσέρχεται τῇ κατ’ εὐσέβειαν διδα‐</w:t>
      </w:r>
    </w:p>
    <w:p>
      <w:r>
        <w:rPr>
          <w:rFonts w:ascii="Courier New" w:hAnsi="Courier New"/>
          <w:color w:val="555555"/>
          <w:sz w:val="20"/>
        </w:rPr>
        <w:t>[20]</w:t>
      </w:r>
    </w:p>
    <w:p>
      <w:r>
        <w:rPr>
          <w:rFonts w:ascii="Gentium Plus" w:hAnsi="Gentium Plus"/>
          <w:sz w:val="24"/>
        </w:rPr>
        <w:t>σκαλίᾳ, ὥστε ἐν Χριστῷ Ἰησοῦ ἀναγεννηθῆναι διὰ τοῦ Εὐαγ‐ γελίου, ὡς μακαριστῶς ὀρφανισθεὶς, τῆς ἐπιβαλλούσης ἐπι‐ μελείας παρὰ τῶν οἰκονομούντων τὰ κοινὰ τυγχανέτω. — Ὅτι γάρ ἐστί τις ὀρφανία λυσιτελὴς, ὁ Ψαλμὸς δείκνυσι, τοῖς Ἰούδα τέκνοις τὴν ἀπὸ τοῦ πονηροῦ στέρησιν ἐπευχόμενος·</w:t>
      </w:r>
    </w:p>
    <w:p>
      <w:r>
        <w:rPr>
          <w:rFonts w:ascii="Courier New" w:hAnsi="Courier New"/>
          <w:color w:val="555555"/>
          <w:sz w:val="20"/>
        </w:rPr>
        <w:t>[25]</w:t>
      </w:r>
    </w:p>
    <w:p>
      <w:r>
        <w:rPr>
          <w:rFonts w:ascii="Gentium Plus" w:hAnsi="Gentium Plus"/>
          <w:sz w:val="24"/>
        </w:rPr>
        <w:t>οὕτως γὰρ τὸ εὔλογον ἡ εὐχὴ φανήσεται ἔχουσα, ἡ λέγουσα· Γεννηθήτωσαν οἱ υἱοὶ αὐτοῦ ὀρφανοί, ἵνα μὴ ἔχωσι πονηρὸν τοῦ βίου διδάσκαλον, διὰ τὴν νόσον τῆς φιλαργυρίας τὰ τοῦ κλέπτου καὶ τοῦ προδότου καταδεξάμενοι ὀνείδη. Καὶ δικαιώσατε χήραν. Καὶ τοῦτο δι’ ἀσθένειαν ἐν πολλοῖς</w:t>
      </w:r>
    </w:p>
    <w:p>
      <w:r>
        <w:rPr>
          <w:rFonts w:ascii="Courier New" w:hAnsi="Courier New"/>
          <w:color w:val="555555"/>
          <w:sz w:val="20"/>
        </w:rPr>
        <w:t>[30]</w:t>
      </w:r>
    </w:p>
    <w:p>
      <w:r>
        <w:rPr>
          <w:rFonts w:ascii="Gentium Plus" w:hAnsi="Gentium Plus"/>
          <w:sz w:val="24"/>
        </w:rPr>
        <w:t>τῶν κατὰ τὸν βίον ἐλαττούμενόν ἐστι πρόσωπον. Εὐεπίβατος γὰρ τοῖς βουλομένοις ἀδικεῖν ἡ χηρεία· ἧς παντοίως ἀντιλαμ‐ βάνεσθε, τὸ ὀφειλόμενον δίκαιον ἀποδιδόντες αὐτῇ, καὶ μάλιστα ἐὰν ὄντως ᾖ χήρα, μεμονωμένη ἀπὸ τῆς τῶν ἀνθρώ‐ πων ἐπικουρίας, πᾶσαν δὲ τὴν ἐλπίδα ἐπὶ τὸν Θεὸν ἔχουσα</w:t>
      </w:r>
    </w:p>
    <w:p>
      <w:r>
        <w:rPr>
          <w:rFonts w:ascii="Courier New" w:hAnsi="Courier New"/>
          <w:color w:val="555555"/>
          <w:sz w:val="20"/>
        </w:rPr>
        <w:t>[35]</w:t>
      </w:r>
    </w:p>
    <w:p>
      <w:r>
        <w:rPr>
          <w:rFonts w:ascii="Gentium Plus" w:hAnsi="Gentium Plus"/>
          <w:sz w:val="24"/>
        </w:rPr>
        <w:t>καὶ προσμένουσα ταῖς δεήσεσιν, ὡς καὶ ἐν τῇ καρδίᾳ ἀπὸ πάσης κηλῖδος διὰ τὴν ἄσκησιν καθαρεύειν. —Ἐπειδὴ δὲ ὡς περὶ νύμφης ἑαυτοῦ τῆς τοῦ ἀνθρώπου ψυχῆς πολλαχοῦ τῆς Γραφῆς ὁ Θεὸς διαλέγεται, εἴη ἂν χήρα καὶ ἡ δι’ ἀποστασίαν</w:t>
      </w:r>
    </w:p>
    <w:p>
      <w:r>
        <w:rPr>
          <w:rFonts w:ascii="Courier New" w:hAnsi="Courier New"/>
          <w:color w:val="555555"/>
          <w:sz w:val="20"/>
        </w:rPr>
        <w:t>[40]</w:t>
      </w:r>
    </w:p>
    <w:p>
      <w:r>
        <w:rPr>
          <w:rFonts w:ascii="Gentium Plus" w:hAnsi="Gentium Plus"/>
          <w:sz w:val="24"/>
        </w:rPr>
        <w:t>τῆς τοῦ νυμφίου Λόγου συναφείας ἐστερημένη, ἣν δεῖ δικαι‐ οῦσθαι διὰ τὸ τῆς μετανοίας δικαίωμα παιδευομένην. Ἢ ἐπειδὴ ἡ κατὰ σάρκα Ἰσραὴλ ἐκκλησία χήρα ἐστίν (ἐλευθε‐ ρωθεῖσα τοῦ ζυγοῦ τῆς κατὰ νόμον δουλείας, ὥστε μηκέτι μοιχαλίδα χρηματίζειν, γενομένην ἀνδρὶ ἑτέρῳ, τῷ καθαρ‐</w:t>
      </w:r>
    </w:p>
    <w:p>
      <w:r>
        <w:rPr>
          <w:rFonts w:ascii="Courier New" w:hAnsi="Courier New"/>
          <w:color w:val="555555"/>
          <w:sz w:val="20"/>
        </w:rPr>
        <w:t>[45]</w:t>
      </w:r>
    </w:p>
    <w:p>
      <w:r>
        <w:rPr>
          <w:rFonts w:ascii="Gentium Plus" w:hAnsi="Gentium Plus"/>
          <w:sz w:val="24"/>
        </w:rPr>
        <w:t>μοζομένῳ αὐτὴν εἰς σωτηρίαν, Χριστῷ), καὶ ταύτην δικαι‐ οῦσθαι χρὴ παρ’ ἡμῶν, τὴν κατὰ τὸ Εὐαγγέλιον τοῦ Χριστοῦ δικαιοσύνην μανθάνουσαν.</w:t>
      </w:r>
    </w:p>
    <w:p>
      <w:r>
        <w:rPr>
          <w:rFonts w:ascii="Courier New" w:hAnsi="Courier New"/>
          <w:color w:val="555555"/>
          <w:sz w:val="20"/>
        </w:rPr>
        <w:t>[1 . 43]</w:t>
      </w:r>
    </w:p>
    <w:p>
      <w:r>
        <w:rPr>
          <w:rFonts w:ascii="Gentium Plus" w:hAnsi="Gentium Plus"/>
          <w:sz w:val="24"/>
        </w:rPr>
        <w:t>Καὶ δεῦτε καὶ διαλεχθῶμεν, λέγει Κύριος. Καὶ ἐὰν ὦσιν αἱ ἁμαρτίαι ὑμῶν ὡς φοινικοῦν, ὡς χιόνα λευκανῶ· ἐὰν δὲ ὦσιν ὡς κόκκινον, ὡς ἔριον λευκανῶ. Πολλαχοῦ τῆς Γραφῆς τοιαύτας ἔχομεν λέξεις, ὡς ὁμοτίμως</w:t>
      </w:r>
    </w:p>
    <w:p>
      <w:r>
        <w:rPr>
          <w:rFonts w:ascii="Courier New" w:hAnsi="Courier New"/>
          <w:color w:val="555555"/>
          <w:sz w:val="20"/>
        </w:rPr>
        <w:t>[5]</w:t>
      </w:r>
    </w:p>
    <w:p>
      <w:r>
        <w:rPr>
          <w:rFonts w:ascii="Gentium Plus" w:hAnsi="Gentium Plus"/>
          <w:sz w:val="24"/>
        </w:rPr>
        <w:t>τοῦ Θεοῦ τοῖς ἀνθρώποις εἰς κρίσιν συγκαταβαίνοντος. Τοιοῦ‐ τον γάρ ἐστι καὶ τὸ Αὐτὸς ὁ Κύριος ἥξει εἰς κρίσιν μετὰ τῶν πρεσβυτέρων τοῦ λαοῦ αὐτοῦ, καὶ μετὰ τῶν ἀρχόντων αὐτοῦ· καὶ τὸ ἐν τῷ Μιχαίᾳ, οὕτως ἔχον· Ἀκούσατε δὴ λόγον Κυ‐ ρίου. Κύριος εἶπεν· Ἀνάστηθι, κρίθητι πρὸς τὰ ὄρη, ὅτι κρί‐</w:t>
      </w:r>
    </w:p>
    <w:p>
      <w:r>
        <w:rPr>
          <w:rFonts w:ascii="Courier New" w:hAnsi="Courier New"/>
          <w:color w:val="555555"/>
          <w:sz w:val="20"/>
        </w:rPr>
        <w:t>[10]</w:t>
      </w:r>
    </w:p>
    <w:p>
      <w:r>
        <w:rPr>
          <w:rFonts w:ascii="Gentium Plus" w:hAnsi="Gentium Plus"/>
          <w:sz w:val="24"/>
        </w:rPr>
        <w:t>σις τῷ Κυρίῳ πρὸς τὸν λαὸν αὐτοῦ καὶ μετὰ τοῦ λαοῦ αὐτοῦ διαλεχθήσεται. Λαός μου, τί ἐποίησά σοι; ἢ τί ἐλύπησά σε; ἢ τί παρηνώχλησά σοι; Ἀποκρίθητί μοι. —Καὶ πρέπον γέ ἐστι τὴν θείαν κρίσιν μὴ τυραννικὴν εἶναι, ἀλλὰ κοινωνικὴν μᾶλλον</w:t>
      </w:r>
    </w:p>
    <w:p>
      <w:r>
        <w:rPr>
          <w:rFonts w:ascii="Courier New" w:hAnsi="Courier New"/>
          <w:color w:val="555555"/>
          <w:sz w:val="20"/>
        </w:rPr>
        <w:t>[15]</w:t>
      </w:r>
    </w:p>
    <w:p>
      <w:r>
        <w:rPr>
          <w:rFonts w:ascii="Gentium Plus" w:hAnsi="Gentium Plus"/>
          <w:sz w:val="24"/>
        </w:rPr>
        <w:t>μένοις παρεχομένην, ἵνα βλέπων τις τὴν δίκην σαφηνιζο‐ μένην αὐτῷ καὶ ἐπὶ τῇ κολάσει, συνευδοκῇ τοῖς ἀναντιῤῥήτοις κρίμασι τοῦ Θεοῦ, ὡς κατὰ πᾶσαν δικαιοσύνην προσαχθεῖσιν αὐτῷ συντιθέμενος, ἵνα καὶ τὴν ἄφεσιν τῶν συγχωρουμένων θεωρήσῃ, λόγῳ καὶ τάξει περὶ αὐτὸν γιγνομένην.</w:t>
      </w:r>
    </w:p>
    <w:p>
      <w:r>
        <w:rPr>
          <w:rFonts w:ascii="Courier New" w:hAnsi="Courier New"/>
          <w:color w:val="555555"/>
          <w:sz w:val="20"/>
        </w:rPr>
        <w:t>[20]</w:t>
      </w:r>
    </w:p>
    <w:p>
      <w:r>
        <w:rPr>
          <w:rFonts w:ascii="Gentium Plus" w:hAnsi="Gentium Plus"/>
          <w:sz w:val="24"/>
        </w:rPr>
        <w:t>Ταῦτα δὲ προσωποποιεῖ ἡ Γραφὴ, οὐχ ὡς πρὸς ἕκαστον ἡμῶν πεύσεις προσάγειν καὶ ἀποκρίσεις ἐπάγειν μέλλοντος τοῦ κριτοῦ πρὸς τὸν δικαζόμενον· ἀλλ’ ἵνα μέριμναν ἡμῖν ἐμ‐ ποιήσῃ καὶ μὴ ἀμελετήτως ἔχωμεν τῆς ἀπολογίας. Εἰκὸς δὲ ὅτι ἀφάτῳ τινὶ δυνάμει ἐν ῥοπῇ καιροῦ πᾶσα ἡ κατὰ τὸν βίον</w:t>
      </w:r>
    </w:p>
    <w:p>
      <w:r>
        <w:rPr>
          <w:rFonts w:ascii="Courier New" w:hAnsi="Courier New"/>
          <w:color w:val="555555"/>
          <w:sz w:val="20"/>
        </w:rPr>
        <w:t>[25]</w:t>
      </w:r>
    </w:p>
    <w:p>
      <w:r>
        <w:rPr>
          <w:rFonts w:ascii="Gentium Plus" w:hAnsi="Gentium Plus"/>
          <w:sz w:val="24"/>
        </w:rPr>
        <w:t>ἡμῶν πραγματεία, οἷον ἔν τινι πίνακι τῷ μνημονευτικῷ τῆς ψυχῆς ἡμῶν ἐντυπωθήσεται. Καὶ οὕτως ἀκουσόμεθα τοῦτο καὶ νῦν· Ἐκύκλωσαν αὐτοὺς τὰ διαβούλια αὐτῶν· ἀπέναντι τοῦ προσώπου μου ἐγένοντο. Καὶ αἱ ἐν τῷ Δανιὴλ δὲ βίβλοι φερό‐ μεναι, τί ἄλλο δηλοῦσιν, ἢ τὸ ἀνακινεῖσθαι Κύριον ἐν τῷ</w:t>
      </w:r>
    </w:p>
    <w:p>
      <w:r>
        <w:rPr>
          <w:rFonts w:ascii="Courier New" w:hAnsi="Courier New"/>
          <w:color w:val="555555"/>
          <w:sz w:val="20"/>
        </w:rPr>
        <w:t>[30]</w:t>
      </w:r>
    </w:p>
    <w:p>
      <w:r>
        <w:rPr>
          <w:rFonts w:ascii="Gentium Plus" w:hAnsi="Gentium Plus"/>
          <w:sz w:val="24"/>
        </w:rPr>
        <w:t>μνημονευτικῷ τῶν ἀνθρώπων τοὺς περὶ τῶν πεπραγμένων τύπους, εἰς τὸ μνημονεύειν ἕκαστον τῶν ἰδίων, ἵνα βλέπω‐ μεν δι’ ἃ κολαζόμεθα;</w:t>
      </w:r>
    </w:p>
    <w:p>
      <w:r>
        <w:rPr>
          <w:rFonts w:ascii="Courier New" w:hAnsi="Courier New"/>
          <w:color w:val="555555"/>
          <w:sz w:val="20"/>
        </w:rPr>
        <w:t>[1 . 44]</w:t>
      </w:r>
    </w:p>
    <w:p>
      <w:r>
        <w:rPr>
          <w:rFonts w:ascii="Gentium Plus" w:hAnsi="Gentium Plus"/>
          <w:sz w:val="24"/>
        </w:rPr>
        <w:t>Μετὰ οὖν τὸ λούσασθαι καὶ ἀποκαθαρθῆναι τοῦ ἐκ τῶν ἁμαρτιῶν ῥύπου καὶ ἀφελεῖν τὰς πονηρίας ἀπὸ τῆς ψυ‐ χῆς ἀπέναντι τῶν ὀφθαλμῶν τοῦ Θεοῦ καὶ παύσασθαι ἀπὸ τῶν πονηριῶν καὶ τὴν ἐπιστήμην τῶν καλῶν ἔργων ἀναλα‐</w:t>
      </w:r>
    </w:p>
    <w:p>
      <w:r>
        <w:rPr>
          <w:rFonts w:ascii="Courier New" w:hAnsi="Courier New"/>
          <w:color w:val="555555"/>
          <w:sz w:val="20"/>
        </w:rPr>
        <w:t>[5]</w:t>
      </w:r>
    </w:p>
    <w:p>
      <w:r>
        <w:rPr>
          <w:rFonts w:ascii="Gentium Plus" w:hAnsi="Gentium Plus"/>
          <w:sz w:val="24"/>
        </w:rPr>
        <w:t>βεῖν, καὶ ἐκζητῆσαι κρίσιν, καὶ ῥύσασθαι ἀδικούμενον, καὶ</w:t>
      </w:r>
    </w:p>
    <w:p>
      <w:r>
        <w:rPr>
          <w:rFonts w:ascii="Courier New" w:hAnsi="Courier New"/>
          <w:color w:val="555555"/>
          <w:sz w:val="20"/>
        </w:rPr>
        <w:t>[10]</w:t>
      </w:r>
    </w:p>
    <w:p>
      <w:r>
        <w:rPr>
          <w:rFonts w:ascii="Gentium Plus" w:hAnsi="Gentium Plus"/>
          <w:sz w:val="24"/>
        </w:rPr>
        <w:t>μενον ἀγαγεῖν, ἀλλὰ καὶ πράξεων χρεία καὶ ἐπιμελείας οὐ τῆς τυχούσης. Ὥστε τὸ μὲν λουτρὸν καθαρότητός ἐστι τῆς ἀπὸ ῥύπου ποιητικόν· ἡ δὲ κρίσις τοῦ ὀρφανοῦ καὶ ἡ δι‐ καίωσις τῆς χήρας, καὶ τὴν ἴσα χιόνι ἢ ἐρίῳ λευκότητα προξενεῖ.</w:t>
      </w:r>
    </w:p>
    <w:p>
      <w:r>
        <w:rPr>
          <w:rFonts w:ascii="Courier New" w:hAnsi="Courier New"/>
          <w:color w:val="555555"/>
          <w:sz w:val="20"/>
        </w:rPr>
        <w:t>[15]</w:t>
      </w:r>
    </w:p>
    <w:p>
      <w:r>
        <w:rPr>
          <w:rFonts w:ascii="Gentium Plus" w:hAnsi="Gentium Plus"/>
          <w:sz w:val="24"/>
        </w:rPr>
        <w:t>Δύναται γὰρ καὶ φοινικοῦν τι ὑπάρχον καθαρὸν μὲν εἶναι, μὴ μὴν λευκασμοῦ ἠξιῶσθαι. Ἐπειδὴ δὲ τὸ μὲν φοινικοῦ ὑδαρῶς πεφοίνικται, τὸ δὲ κόκκινον βαθύτερόν ἐστι καὶ κατακόρως ἐρυθρόν, τὸ μὲν πρὸς χιόνα, τὸ δὲ πρὸς ἔριον λευκὸν τὴν ἀναλογίαν ἔχειν ἐκρίθη. Ἐρυθρᾷ μὲν οὖν χρόᾳ</w:t>
      </w:r>
    </w:p>
    <w:p>
      <w:r>
        <w:rPr>
          <w:rFonts w:ascii="Courier New" w:hAnsi="Courier New"/>
          <w:color w:val="555555"/>
          <w:sz w:val="20"/>
        </w:rPr>
        <w:t>[20]</w:t>
      </w:r>
    </w:p>
    <w:p>
      <w:r>
        <w:rPr>
          <w:rFonts w:ascii="Gentium Plus" w:hAnsi="Gentium Plus"/>
          <w:sz w:val="24"/>
        </w:rPr>
        <w:t>παρεικάζονται αἱ ἁμαρτίαι ἡμῶν, διὰ τὸ φονικαὶ εἶναι τῶν ψυχῶν. Καὶ ὥσπερ ἐν τοῖς βάμμασι τὸ μὲν πολλάκις καὶ φιλοπόνως καταβαφὲν, μονιμωτέραν πως καὶ ἀνέκπλυτον τὴν βαφὴν καταδέχεται, τὸ δὲ ἐπιπολαίως καὶ ἐκ τοῦ πα‐ ρατυχόντος ἐπιχρωσθὲν, εὐκίνητον ἔχει καὶ εὐαπόπλυτον</w:t>
      </w:r>
    </w:p>
    <w:p>
      <w:r>
        <w:rPr>
          <w:rFonts w:ascii="Courier New" w:hAnsi="Courier New"/>
          <w:color w:val="555555"/>
          <w:sz w:val="20"/>
        </w:rPr>
        <w:t>[25]</w:t>
      </w:r>
    </w:p>
    <w:p>
      <w:r>
        <w:rPr>
          <w:rFonts w:ascii="Gentium Plus" w:hAnsi="Gentium Plus"/>
          <w:sz w:val="24"/>
        </w:rPr>
        <w:t>τὴν βαφήν, οὕτω καὶ ψυχὴ ποιωθεῖσα ὑπὸ τῆς ἁμαρτίας καὶ ἐν ἕξει τοῦ κακοῦ γενομένη, δυσέκνιπτον καὶ οἱονεὶ ἐγκεκαυ‐ μένον τὸν ἐκ τῶν ἁμαρτημάτων ἀνεμάξατο σπῖλον. Ἐπ’ ἔλατ‐ τον δὲ, καὶ οἱονεὶ ἐπιπολαιότερον προσδιατρίψασα τῷ κακῷ, ὑδαρέστερον ἐχρώσθη καὶ κατεσπιλώθη τῷ ἁμαρτήματι, κατὰ</w:t>
      </w:r>
    </w:p>
    <w:p>
      <w:r>
        <w:rPr>
          <w:rFonts w:ascii="Courier New" w:hAnsi="Courier New"/>
          <w:color w:val="555555"/>
          <w:sz w:val="20"/>
        </w:rPr>
        <w:t>[30]</w:t>
      </w:r>
    </w:p>
    <w:p>
      <w:r>
        <w:rPr>
          <w:rFonts w:ascii="Gentium Plus" w:hAnsi="Gentium Plus"/>
          <w:sz w:val="24"/>
        </w:rPr>
        <w:t>τὴν τῶν ἁμαρτημάτων ἀναλογίαν ἐπὶ πλέον, ἢ ἐπ’ ἔλαττον τῆς χρόας ἐπελθούσης. —Διὰ τί δὲ τῶν λευκῶν χιὼν καὶ ἔριον εἰς τὴν εἰ‐</w:t>
      </w:r>
    </w:p>
    <w:p>
      <w:r>
        <w:rPr>
          <w:rFonts w:ascii="Courier New" w:hAnsi="Courier New"/>
          <w:color w:val="555555"/>
          <w:sz w:val="20"/>
        </w:rPr>
        <w:t>[35]</w:t>
      </w:r>
    </w:p>
    <w:p>
      <w:r>
        <w:rPr>
          <w:rFonts w:ascii="Gentium Plus" w:hAnsi="Gentium Plus"/>
          <w:sz w:val="24"/>
        </w:rPr>
        <w:t>τοίνυν ὁ βίος τὰς φυσικὰς ἀφορμὰς ἐξ ἀσκήσεως τελει‐ ῶν, ἐπὶ πολὺ προελθεῖν τῆς ἀρετῆς δύναται. Καὶ ἡ χιὼν τοίνυν, ὕδωρ οὖσα τῷ ὑποκειμένῳ, τῇ τοῦ ἀέρος προσθήκῃ λευκὴ γίνεται, ὅταν ἐκ τῆς τοῦ πνεύματος βίας τὸ ἐν ταῖς νεφέλαις ὑγρὸν ἀνακοπτόμενον ὑπὸ μὲν τῆς σφοδρᾶς κι‐</w:t>
      </w:r>
    </w:p>
    <w:p>
      <w:r>
        <w:rPr>
          <w:rFonts w:ascii="Courier New" w:hAnsi="Courier New"/>
          <w:color w:val="555555"/>
          <w:sz w:val="20"/>
        </w:rPr>
        <w:t>[40]</w:t>
      </w:r>
    </w:p>
    <w:p>
      <w:r>
        <w:rPr>
          <w:rFonts w:ascii="Gentium Plus" w:hAnsi="Gentium Plus"/>
          <w:sz w:val="24"/>
        </w:rPr>
        <w:t>νήσεως εἰς ἀφρὸν ἐξοιδαίνει, ὑπὸ δὲ τῆς ἐν τῷ ἀέρι ψύξεως συμπηγνύμενον, σύστασιν λαβόν τινα καὶ βάρος, τῇ φυσικῇ ῥοπῇ φέρεται πρὸς τὸ κάτω. Οὕτω καὶ ψυχὴ, τὰς φυσικὰς ἀφορμὰς οἰκείᾳ τε ἀσκήσει καὶ τῇ βοηθείᾳ τοῦ Πνεύματος συναυξήσασα, ἀξία γίνεται ἐν τῇ δικαίᾳ τοῦ Θεοῦ κρίσει</w:t>
      </w:r>
    </w:p>
    <w:p>
      <w:r>
        <w:rPr>
          <w:rFonts w:ascii="Courier New" w:hAnsi="Courier New"/>
          <w:color w:val="555555"/>
          <w:sz w:val="20"/>
        </w:rPr>
        <w:t>[45]</w:t>
      </w:r>
    </w:p>
    <w:p>
      <w:r>
        <w:rPr>
          <w:rFonts w:ascii="Gentium Plus" w:hAnsi="Gentium Plus"/>
          <w:sz w:val="24"/>
        </w:rPr>
        <w:t>τῆς χάριτι τοῦ Θεοῦ, δεδομένης λαμπρότητος τοῖς ἁγίοις.</w:t>
      </w:r>
    </w:p>
    <w:p>
      <w:r>
        <w:rPr>
          <w:rFonts w:ascii="Courier New" w:hAnsi="Courier New"/>
          <w:color w:val="555555"/>
          <w:sz w:val="20"/>
        </w:rPr>
        <w:t>[1 . 45]</w:t>
      </w:r>
    </w:p>
    <w:p>
      <w:r>
        <w:rPr>
          <w:rFonts w:ascii="Gentium Plus" w:hAnsi="Gentium Plus"/>
          <w:sz w:val="24"/>
        </w:rPr>
        <w:t>Καὶ ἐὰν θέλητε καὶ εἰσακούσητέ μου, τὰ ἀγαθὰ τῆς γῆς φάγεσθε· ἐὰν δὲ μὴ θέλητε, μηδὲ εἰσακούσητέ μου, μάχαιρα ὑμᾶς κατέδεται. Τὸ αὐτεξούσιον ἐντεῦθεν παριστῶν μάλιστα τῆς τῶν ἀνθρώ‐</w:t>
      </w:r>
    </w:p>
    <w:p>
      <w:r>
        <w:rPr>
          <w:rFonts w:ascii="Courier New" w:hAnsi="Courier New"/>
          <w:color w:val="555555"/>
          <w:sz w:val="20"/>
        </w:rPr>
        <w:t>[5]</w:t>
      </w:r>
    </w:p>
    <w:p>
      <w:r>
        <w:rPr>
          <w:rFonts w:ascii="Gentium Plus" w:hAnsi="Gentium Plus"/>
          <w:sz w:val="24"/>
        </w:rPr>
        <w:t>πων φύσεως. Πᾶσι γὰρ τοῖς προκειμένοις ἡγούμεθα τὴν ἐπα‐ γωγὴν ταύτην ἁρμόζειν. Ἐὰν γὰρ ἀποστῆτε (φησὶ) τῆς κατὰ τὸ ἀποκτεῖνον γράμμα λατρείας, ἐὰν λούσηθε καὶ καθαροὶ γε‐ νόμενοι, πρὸς τὸ ἐφεξῆς ἀποδῶτε τὴν ἐκτεθεῖσαν ὑμῖν πολιτε‐ ίαν ἥξετε εἰς κρίσιν, ἐν τοσῇδε ἢ τοσῇδε περισσείᾳ γενήσεσθε</w:t>
      </w:r>
    </w:p>
    <w:p>
      <w:r>
        <w:rPr>
          <w:rFonts w:ascii="Courier New" w:hAnsi="Courier New"/>
          <w:color w:val="555555"/>
          <w:sz w:val="20"/>
        </w:rPr>
        <w:t>[10]</w:t>
      </w:r>
    </w:p>
    <w:p>
      <w:r>
        <w:rPr>
          <w:rFonts w:ascii="Gentium Plus" w:hAnsi="Gentium Plus"/>
          <w:sz w:val="24"/>
        </w:rPr>
        <w:t>καὶ τῆς ἐν ἐπαγγελίᾳ τρυφῆς ἀπολαύσετε, τῆς κολαστικῆς καὶ</w:t>
      </w:r>
    </w:p>
    <w:p>
      <w:r>
        <w:rPr>
          <w:rFonts w:ascii="Courier New" w:hAnsi="Courier New"/>
          <w:color w:val="555555"/>
          <w:sz w:val="20"/>
        </w:rPr>
        <w:t>[15]</w:t>
      </w:r>
    </w:p>
    <w:p>
      <w:r>
        <w:rPr>
          <w:rFonts w:ascii="Gentium Plus" w:hAnsi="Gentium Plus"/>
          <w:sz w:val="24"/>
        </w:rPr>
        <w:t>νοι πραεῖς κληρονομήσειν λέγονται. Ὁμοίως καὶ μάχαιρα ἔμ‐ ψυχος νοεῖται, περὶ ἧς εἴρηται, ὅτι ἐμεθύσθη ἀπὸ αἵματος τραυματιῶν· καὶ, ἐν τῷ οὐρανῷ φάγεται κρέα. Τὸ γὰρ στόμα Κυρίου ἐλάλησε ταῦτα. Τάχα τὸ Πνεῦμα τὸ ἅγιον, τὸ ἐνεργῆσαν ταῦτα γραφῆναι, στόμα νῦν εἴρηται, παρὰ</w:t>
      </w:r>
    </w:p>
    <w:p>
      <w:r>
        <w:rPr>
          <w:rFonts w:ascii="Courier New" w:hAnsi="Courier New"/>
          <w:color w:val="555555"/>
          <w:sz w:val="20"/>
        </w:rPr>
        <w:t>[20]</w:t>
      </w:r>
    </w:p>
    <w:p>
      <w:r>
        <w:rPr>
          <w:rFonts w:ascii="Gentium Plus" w:hAnsi="Gentium Plus"/>
          <w:sz w:val="24"/>
        </w:rPr>
        <w:t>τὸ καὶ ἐκ στόματος τοῦ Θεοῦ λέγεσθαι προεληλυθέναι. Ὥστε σε μὴ καταφρονητικῶς ἀκοῦσαι τῶν ἀπειλῶν, τὸ ἀψευδὲς στόμα ἐπεμαρτύρατο ἡμῖν ὁ λόγος τοῦ Κυρίου, τὸ ταῦτα λαλῆσαν. Τίς δὲ οὕτω ταπεινὸς καὶ σάρκινος τὴν διάνοιαν, ὥστε τὰ εἰς ἀντίδοσιν τῆς εὐπειθείας παρὰ τοῦ ἀγαθοῦ Θεοῦ</w:t>
      </w:r>
    </w:p>
    <w:p>
      <w:r>
        <w:rPr>
          <w:rFonts w:ascii="Courier New" w:hAnsi="Courier New"/>
          <w:color w:val="555555"/>
          <w:sz w:val="20"/>
        </w:rPr>
        <w:t>[25]</w:t>
      </w:r>
    </w:p>
    <w:p>
      <w:r>
        <w:rPr>
          <w:rFonts w:ascii="Gentium Plus" w:hAnsi="Gentium Plus"/>
          <w:sz w:val="24"/>
        </w:rPr>
        <w:t>τεταμιευμένα τοῖς ἀνθρώποις, βρώματα εἶναι νομίζειν, καρποὺς τῆς γῆς εἰς φθορὰν δεδομένους τῇ ἀποχρήσει; Ἀλλὰ δηλονότι, κατὰ τὴν παραβολὴν τοῦ Εὐαγγελίου, τὸ ἐν τῇ καλῇ γῇ σπέρμα καρδία ἐστὶ καλὴ καὶ ἀγαθὴ, ἀκούουσα τοῦ λόγου, καὶ κατέχουσα καὶ καρποφοροῦσα ἐν ὑπομονῇ. Ἄξιον</w:t>
      </w:r>
    </w:p>
    <w:p>
      <w:r>
        <w:rPr>
          <w:rFonts w:ascii="Courier New" w:hAnsi="Courier New"/>
          <w:color w:val="555555"/>
          <w:sz w:val="20"/>
        </w:rPr>
        <w:t>[30]</w:t>
      </w:r>
    </w:p>
    <w:p>
      <w:r>
        <w:rPr>
          <w:rFonts w:ascii="Gentium Plus" w:hAnsi="Gentium Plus"/>
          <w:sz w:val="24"/>
        </w:rPr>
        <w:t>οὖν ἐπαγγελίας Θεοῦ, ἡ τῶν ἡδίστων καρπῶν τῆς καρδίας ἀπόλαυσις. Καρποὶ δὲ καρδίας, τὸ ἐν θεωρίᾳ τοῦ θείου κάλ‐ λους τερπνόν. Οὗτοι δὲ οἱ καρποὶ ἐκ τῆς εἰς τὸ πνεῦμα σπορᾶς γεωργοῦνται, θεριζόμενοι εἰς ζωὴν αἰώνιον, ὧν ὁ συνάγων ἐν ἀγαλλιάσει τὰ δράγματα, κατατρυφᾷ τοῦ Κυρίου,</w:t>
      </w:r>
    </w:p>
    <w:p>
      <w:r>
        <w:rPr>
          <w:rFonts w:ascii="Courier New" w:hAnsi="Courier New"/>
          <w:color w:val="555555"/>
          <w:sz w:val="20"/>
        </w:rPr>
        <w:t>[35]</w:t>
      </w:r>
    </w:p>
    <w:p>
      <w:r>
        <w:rPr>
          <w:rFonts w:ascii="Gentium Plus" w:hAnsi="Gentium Plus"/>
          <w:sz w:val="24"/>
        </w:rPr>
        <w:t>λαμβάνων παρ’ αὐτοῦ τὰ αἰτήματα. Πρότερον μέντοι θελῆσαι δεῖ, καὶ τότε εἰσακοῦσαι, ἵνα τὸ ἐφ’ ἡμῖν ἀκατανάγκαστον ᾖ. Καὶ πάλιν· Ἐὰν μὴ θέλητε, μηδὲ εἰσακούσητέ μου. Ἐκ τοῦ μὴ θελῆσαι, τὸ μὴ εἰσακοῦσαι. —Οὕτω πᾶσα μακαριό‐ της, καὶ ἡ ἐν κολάσει ἐν τοῖς ἐπιπόνοις διαγωγὴ ἐκ τοῦ</w:t>
      </w:r>
    </w:p>
    <w:p>
      <w:r>
        <w:rPr>
          <w:rFonts w:ascii="Courier New" w:hAnsi="Courier New"/>
          <w:color w:val="555555"/>
          <w:sz w:val="20"/>
        </w:rPr>
        <w:t>[40]</w:t>
      </w:r>
    </w:p>
    <w:p>
      <w:r>
        <w:rPr>
          <w:rFonts w:ascii="Gentium Plus" w:hAnsi="Gentium Plus"/>
          <w:sz w:val="24"/>
        </w:rPr>
        <w:t>ἐφ’ ἡμῖν ἤρτηται.</w:t>
      </w:r>
    </w:p>
    <w:p>
      <w:r>
        <w:rPr>
          <w:rFonts w:ascii="Courier New" w:hAnsi="Courier New"/>
          <w:color w:val="555555"/>
          <w:sz w:val="20"/>
        </w:rPr>
        <w:t>[1 . 46]</w:t>
      </w:r>
    </w:p>
    <w:p>
      <w:r>
        <w:rPr>
          <w:rFonts w:ascii="Gentium Plus" w:hAnsi="Gentium Plus"/>
          <w:sz w:val="24"/>
        </w:rPr>
        <w:t>Πῶς ἐγένετο πόρνη πόλις πιστὴ Σιὼν, πλήρης κρί‐ σεως; ἐν ᾗ δικαιοσύνη ἐκοιμήθη ἐν αὐτῇ, νῦν δὲ φονευταί. Θαυμαστικὴ ἡ ἐπαπόρησις, πολὺ τὸ ἐκπληκτικὸν ἐμφαί‐ νουσα ἐπὶ τῷ παραδόξῳ, περὶ τοῦ τίνα τρόπον ἡ πιστὴ</w:t>
      </w:r>
    </w:p>
    <w:p>
      <w:r>
        <w:rPr>
          <w:rFonts w:ascii="Courier New" w:hAnsi="Courier New"/>
          <w:color w:val="555555"/>
          <w:sz w:val="20"/>
        </w:rPr>
        <w:t>[5]</w:t>
      </w:r>
    </w:p>
    <w:p>
      <w:r>
        <w:rPr>
          <w:rFonts w:ascii="Gentium Plus" w:hAnsi="Gentium Plus"/>
          <w:sz w:val="24"/>
        </w:rPr>
        <w:t>πόλις καὶ πλήρης κρίσεως, ἐν ᾗ δικαιοσύνη ἐπανεπαύσατο, αὕτη ἐγένετο πόρνη καὶ φονευτῶν οἰκητήριον. Πῶς γὰρ οὐ θαύματος ἄξιον λυπηροῦ, πόλιν ὅλην ἀπὸ τῆς ἐν πίστει καθαρότητος εἰς τὴν ἐκ πορνείας ἀκαθαρσίαν μεταπεσεῖν, ὅπου γε καὶ μίαν ψυχὴν ἀπὸ τοῦ παγίως πιστεύειν εἰς τὴν ἐξ</w:t>
      </w:r>
    </w:p>
    <w:p>
      <w:r>
        <w:rPr>
          <w:rFonts w:ascii="Courier New" w:hAnsi="Courier New"/>
          <w:color w:val="555555"/>
          <w:sz w:val="20"/>
        </w:rPr>
        <w:t>[10]</w:t>
      </w:r>
    </w:p>
    <w:p>
      <w:r>
        <w:rPr>
          <w:rFonts w:ascii="Gentium Plus" w:hAnsi="Gentium Plus"/>
          <w:sz w:val="24"/>
        </w:rPr>
        <w:t>ἀπιστίας πορνείαν περιτραπῆναι, τῶν παραδόξων; —Πότε δὲ ταῦτα κατηγορεῖται, ἢ ὅτε πονηρὰ γενεὰ καὶ μοιχαλὶς γενομένη, τὴν διακύψασαν ἐξ οὐρανοῦ καὶ ἀναπαυσαμένην ἐν αὐτῇ δικαιοσύνην ἐφόνευσαν, τὸν Χριστὸν καὶ Κύριον ἡμῶν; Ὃ καὶ ἐπιτείνει τὸ θαῦμα, καὶ μεῖζον ποιεῖ τὸ πα‐</w:t>
      </w:r>
    </w:p>
    <w:p>
      <w:r>
        <w:rPr>
          <w:rFonts w:ascii="Courier New" w:hAnsi="Courier New"/>
          <w:color w:val="555555"/>
          <w:sz w:val="20"/>
        </w:rPr>
        <w:t>[15]</w:t>
      </w:r>
    </w:p>
    <w:p>
      <w:r>
        <w:rPr>
          <w:rFonts w:ascii="Gentium Plus" w:hAnsi="Gentium Plus"/>
          <w:sz w:val="24"/>
        </w:rPr>
        <w:t>ράδοξον, εἰ ὅτε ἡ δικαιοσύνη παρῆν, ὑπερπλεόνασεν ἡ ἀδικία. Καὶ ταῦτα ἐποίει, τοὺς ὑγιεῖς περὶ κρίσεως λόγους οὐκ ἀγνοοῦσα. Τοῦτο γάρ ἐστι τὸ Πλήρης κρίσεως. Σημειωτέον δὲ, ὅτι μήτηρ ἐστὶ πορνείας ἡ ἀπιστία. Τίς γὰρ (πιστεύων εἶναι πανταχοῦ τὸν Θεὸν καὶ παρεῖναι τοῖς</w:t>
      </w:r>
    </w:p>
    <w:p>
      <w:r>
        <w:rPr>
          <w:rFonts w:ascii="Courier New" w:hAnsi="Courier New"/>
          <w:color w:val="555555"/>
          <w:sz w:val="20"/>
        </w:rPr>
        <w:t>[20]</w:t>
      </w:r>
    </w:p>
    <w:p>
      <w:r>
        <w:rPr>
          <w:rFonts w:ascii="Gentium Plus" w:hAnsi="Gentium Plus"/>
          <w:sz w:val="24"/>
        </w:rPr>
        <w:t>γινομένοις καὶ ἑκάστῃ πράξει παρεστάναι καὶ ταῖς βουλαῖς τῶν καρδιῶν ἐνορᾷν) ἢ τὴν ἔννοιαν τὴν πονηρὰν παραδέχεται, ἢ τελεσιουργεῖ τὸ κακόν; Ἀλλ’ ἢ μὴ ἐφορᾷν τὸν Θεὸν, ἢ μὴ μέλειν αὐτῷ τῶν γιγνομένων ὑπολαμβάνοντες, οὕτως ὁρμῶσι πρὸς τὰς ἀνοσίας πράξεις οἱ ἄνθρωποι.</w:t>
      </w:r>
    </w:p>
    <w:p>
      <w:r>
        <w:rPr>
          <w:rFonts w:ascii="Courier New" w:hAnsi="Courier New"/>
          <w:color w:val="555555"/>
          <w:sz w:val="20"/>
        </w:rPr>
        <w:t>[25]</w:t>
      </w:r>
    </w:p>
    <w:p>
      <w:r>
        <w:rPr>
          <w:rFonts w:ascii="Gentium Plus" w:hAnsi="Gentium Plus"/>
          <w:sz w:val="24"/>
        </w:rPr>
        <w:t>Λέγεται δέ ποτε καὶ ἐπὶ Ἐκκλησίας (ὅπερ ἀπείη λεχθῆναι ἐπὶ τῆς ἡμετέρας) τὸ Πῶς ἐγένετο πόρνη πόλις πιστὴ Σιών; Ὅταν, ἀποβάλλουσα τὸν λόγον τῆς πίστεως (ᾧ ἐξ ἀρχῆς, κατὰ τὴν παράδοσιν τῶν πατέρων, συνενυμφεύθη, τῶν παραστησάν‐ των αὐτὴν ἑνὶ Ἀνδρὶ παρθένον ἁγνὴν) πολλὰ καὶ ποικίλα</w:t>
      </w:r>
    </w:p>
    <w:p>
      <w:r>
        <w:rPr>
          <w:rFonts w:ascii="Courier New" w:hAnsi="Courier New"/>
          <w:color w:val="555555"/>
          <w:sz w:val="20"/>
        </w:rPr>
        <w:t>[30]</w:t>
      </w:r>
    </w:p>
    <w:p>
      <w:r>
        <w:rPr>
          <w:rFonts w:ascii="Gentium Plus" w:hAnsi="Gentium Plus"/>
          <w:sz w:val="24"/>
        </w:rPr>
        <w:t>παραδέχεται τοῦ λόγου σπέρματα παρὰ τῶν τὴν σεμνότητα τῶν μυστηρίων ἐκπορνευσάντων, καὶ ἐπὶ διαφθορᾷ τῶν ψυχῶν τὰ δόγματα τῆς ἀσεβείας διασπειρόντων. Λεχθήσε‐ ται καὶ ἐπ’ αὐτῆς δικαίως τὸ Πῶς ἐγένετο πόρνη ἡ πόλις πιστὴ Σιών; Οἱ γὰρ ἅγιοι Ἄγγελοι, οἱ τῶν Ἐκκλησιῶν τὰς</w:t>
      </w:r>
    </w:p>
    <w:p>
      <w:r>
        <w:rPr>
          <w:rFonts w:ascii="Courier New" w:hAnsi="Courier New"/>
          <w:color w:val="555555"/>
          <w:sz w:val="20"/>
        </w:rPr>
        <w:t>[35]</w:t>
      </w:r>
    </w:p>
    <w:p>
      <w:r>
        <w:rPr>
          <w:rFonts w:ascii="Gentium Plus" w:hAnsi="Gentium Plus"/>
          <w:sz w:val="24"/>
        </w:rPr>
        <w:t>προστασίας πεπιστευμένοι, γνωρίζοντες τὰ ἀρχαῖα, ἀφο‐ ρῶντες καὶ πρὸς τὰ νῦν, πρὸς τούτους, ἐροῦσι θαυμαστικῶς· Πῶς ἐγένετο πόρνη πόλις πιστή; —Ἐκ τῆς πορνείας αὐτῆς καὶ φονευτὰς συναθροίσασα, φονευτὰς οὐχὶ σωμάτων, ἀλλὰ ψυχῶν· ἐν δολιότητι καὶ ἀπάτῃ τὴν ζωὴν ἀφαιρου‐</w:t>
      </w:r>
    </w:p>
    <w:p>
      <w:r>
        <w:rPr>
          <w:rFonts w:ascii="Courier New" w:hAnsi="Courier New"/>
          <w:color w:val="555555"/>
          <w:sz w:val="20"/>
        </w:rPr>
        <w:t>[40]</w:t>
      </w:r>
    </w:p>
    <w:p>
      <w:r>
        <w:rPr>
          <w:rFonts w:ascii="Gentium Plus" w:hAnsi="Gentium Plus"/>
          <w:sz w:val="24"/>
        </w:rPr>
        <w:t>μένους τῶν ἁπλουστέρων; οἱονεὶ ξίφει τινὶ τῷ λόγῳ διὰ τῆς τοῦ κόσμου σοφίας εἰς πιθανολογίαν ἠκονημένοι, θανά‐ σιμα τραύματα ταῖς ψυχαῖς ἐμποιοῦσιν. Εἶτα ἡ τῆς αἰτίας ἀπόδοσις, δι’ ἣν αἰτίαν ἐγένετο πόρνη ἡ πρότερον πιστή.</w:t>
      </w:r>
    </w:p>
    <w:p>
      <w:r>
        <w:rPr>
          <w:rFonts w:ascii="Courier New" w:hAnsi="Courier New"/>
          <w:color w:val="555555"/>
          <w:sz w:val="20"/>
        </w:rPr>
        <w:t>[1 . 47]</w:t>
      </w:r>
    </w:p>
    <w:p>
      <w:r>
        <w:rPr>
          <w:rFonts w:ascii="Gentium Plus" w:hAnsi="Gentium Plus"/>
          <w:sz w:val="24"/>
        </w:rPr>
        <w:t>Τὸ ἀργύριον ὑμῶν ἀδόκιμον. Τουτέστιν ὁ τῆς πίστεως λόγος παρατετυπωμένος ἐστὶ καὶ παράσημος, τὸν ἀκριβῆ χαρακτῆρα τῆς βασιλικῆς εἰκόνος μὴ διασώζων. Ὅτι γὰρ εἰς τοῦτο φέρει τὸ αἴνιγμα καὶ ἀργύριον</w:t>
      </w:r>
    </w:p>
    <w:p>
      <w:r>
        <w:rPr>
          <w:rFonts w:ascii="Courier New" w:hAnsi="Courier New"/>
          <w:color w:val="555555"/>
          <w:sz w:val="20"/>
        </w:rPr>
        <w:t>[5]</w:t>
      </w:r>
    </w:p>
    <w:p>
      <w:r>
        <w:rPr>
          <w:rFonts w:ascii="Gentium Plus" w:hAnsi="Gentium Plus"/>
          <w:sz w:val="24"/>
        </w:rPr>
        <w:t>ὀνομάζει τὸν λόγον τῆς πίστεως, πολλαχόθεν δείκνυται· καὶ μάλιστα ἐκ τοῦ Τὰ λόγια Κυρίου, λόγια ἁγνά, ἀργύριον πεπυ‐ ρωμένον, δοκίμιον τῇ γῇ. —Ἐρευνήσατε οὖν ὑμῶν τὰ ταμεῖα τῶν καρδιῶν. Πάντα μοι περισκέψασθε ἐν ταῖς κρυπταῖς ἀπο‐ θήκαις, μή που κίβδηλος ᾖ δραχμή, τουτέστι μή που δόγμα</w:t>
      </w:r>
    </w:p>
    <w:p>
      <w:r>
        <w:rPr>
          <w:rFonts w:ascii="Courier New" w:hAnsi="Courier New"/>
          <w:color w:val="555555"/>
          <w:sz w:val="20"/>
        </w:rPr>
        <w:t>[10]</w:t>
      </w:r>
    </w:p>
    <w:p>
      <w:r>
        <w:rPr>
          <w:rFonts w:ascii="Gentium Plus" w:hAnsi="Gentium Plus"/>
          <w:sz w:val="24"/>
        </w:rPr>
        <w:t>παραπεποιημένον, οὐκ ἐκ τοῦ Πνεύματος σημειωθὲν ἐν τοῖς ἰδίοις αὐτοῦ τῆς ἀληθείας χαράγμασιν, ἃ διὰ Προφητῶν ἡμῖν καὶ Ἀποστόλων ἐχαρίσατο, ἀλλ’ ὑπὸ ἀνδρῶν ἐπιβούλων ὑπὸ τῆς ἰδίας ἐπινοίας λαθραίως καὶ δυσφωράτως παρακοπ‐ τόντων, οἳ τὰ ἀλλότρια νομίσματα, τὴν τοῦ ἐχθροῦ μορφὴν</w:t>
      </w:r>
    </w:p>
    <w:p>
      <w:r>
        <w:rPr>
          <w:rFonts w:ascii="Courier New" w:hAnsi="Courier New"/>
          <w:color w:val="555555"/>
          <w:sz w:val="20"/>
        </w:rPr>
        <w:t>[15]</w:t>
      </w:r>
    </w:p>
    <w:p>
      <w:r>
        <w:rPr>
          <w:rFonts w:ascii="Gentium Plus" w:hAnsi="Gentium Plus"/>
          <w:sz w:val="24"/>
        </w:rPr>
        <w:t>περικείμενα, τοῖς βασιλικοῖς θησαυροῖς ἐπεισάγοντες, τόν τε μέγαν πλοῦτον διέφθειραν καὶ ἀμφιβολίαν τῆς ἐκλογῆς τοῖς πολλοῖς ἐνεποίησαν. Ὀλίγοι, γὰρ οἱ δόκιμοι τραπεζῖται. Ὀλίγοι, οἱ πάντα δοκιμάζειν δυνάμενοι καὶ τὰ μὲν καλὰ</w:t>
      </w:r>
    </w:p>
    <w:p>
      <w:r>
        <w:rPr>
          <w:rFonts w:ascii="Courier New" w:hAnsi="Courier New"/>
          <w:color w:val="555555"/>
          <w:sz w:val="20"/>
        </w:rPr>
        <w:t>[1 . 48]</w:t>
      </w:r>
    </w:p>
    <w:p>
      <w:r>
        <w:rPr>
          <w:rFonts w:ascii="Gentium Plus" w:hAnsi="Gentium Plus"/>
          <w:sz w:val="24"/>
        </w:rPr>
        <w:t>Οἱ κάπηλοί σου μίσγουσι τὸν οἶνον ὕδατι. Ἀκούσατε μὲν καὶ ψιλοῦ τοῦ ῥήματος, οἱ τὸν οἶνον πωλοῦν‐ τες, καὶ μὴ δολοῦτε τὴν κτίσιν. Οὐ γὰρ παιδιὰ τὸ πρᾶγμα, ἀλλὰ κακὸν τῆς μεγίστης κατηγορίας ἠξιωμένον. —Πλὴν</w:t>
      </w:r>
    </w:p>
    <w:p>
      <w:r>
        <w:rPr>
          <w:rFonts w:ascii="Courier New" w:hAnsi="Courier New"/>
          <w:color w:val="555555"/>
          <w:sz w:val="20"/>
        </w:rPr>
        <w:t>[5]</w:t>
      </w:r>
    </w:p>
    <w:p>
      <w:r>
        <w:rPr>
          <w:rFonts w:ascii="Gentium Plus" w:hAnsi="Gentium Plus"/>
          <w:sz w:val="24"/>
        </w:rPr>
        <w:t>ἀλλ’ ἐπὶ τὸν πνευματικὸν νοῦν ὁ λόγος ἐπείγεται. Οἶνός ἐστιν εὐφραίνων καρδίαν ἀνθρώπου, τουτέστι τὸν νοῦν καὶ τὸ ἡγε‐ μονικὸν τῆς ψυχῆς, τὰ διδάγματα τῶν Γραφῶν, διὰ τῶν ἁγίων Ἀποστόλων καὶ Προφητῶν εἰς εὐφροσύνην αἰώνιον οἰνοχοοῦντος ἡμῖν τοῦ Πνεύματος. Ἅπερ οἱ πολλοὶ καπη‐</w:t>
      </w:r>
    </w:p>
    <w:p>
      <w:r>
        <w:rPr>
          <w:rFonts w:ascii="Courier New" w:hAnsi="Courier New"/>
          <w:color w:val="555555"/>
          <w:sz w:val="20"/>
        </w:rPr>
        <w:t>[10]</w:t>
      </w:r>
    </w:p>
    <w:p>
      <w:r>
        <w:rPr>
          <w:rFonts w:ascii="Gentium Plus" w:hAnsi="Gentium Plus"/>
          <w:sz w:val="24"/>
        </w:rPr>
        <w:t>λεύοντες, τὸν λόγον ἐξυδαροῦσιν, ἐπιμιγνύντες τὸν ἑαυτῶν νοῦν ἐπιβλαβῶς τοῖς ἀκούουσι· καταχαριζόμενοι γὰρ αὐ‐ τῶν ταῖς ἡδοναῖς καὶ διὰ τῆς χρηστολογίας κολακεύοντες, αὐτῶν τὰ πάθη τρέφουσιν εἰς ἀπώλειαν· τὸ αὐστηρὸν καὶ εὔτονον καὶ ὠφελίμως ἐπιστῦφον τῶν Γραφῶν ὑπεκλύοντες,</w:t>
      </w:r>
    </w:p>
    <w:p>
      <w:r>
        <w:rPr>
          <w:rFonts w:ascii="Courier New" w:hAnsi="Courier New"/>
          <w:color w:val="555555"/>
          <w:sz w:val="20"/>
        </w:rPr>
        <w:t>[15]</w:t>
      </w:r>
    </w:p>
    <w:p>
      <w:r>
        <w:rPr>
          <w:rFonts w:ascii="Gentium Plus" w:hAnsi="Gentium Plus"/>
          <w:sz w:val="24"/>
        </w:rPr>
        <w:t>φιλανθρωπίας τινὰς ἀπαιδεύτους καὶ συγχωρήσεις ἁμαρ‐ τημάτων ἀκρίτους, καὶ τοιαῦτά τινα κεχαρισμένα τοῖς πολ‐ λοῖς ἐπὶ καταστροφῇ τῶν ἀκουόντων διεξιόντες, ἐπὶ πλεῖον τῶν φιληδόνων τὰς ψυχὰς ἐκθηλύνουσιν.</w:t>
      </w:r>
    </w:p>
    <w:p>
      <w:r>
        <w:rPr>
          <w:rFonts w:ascii="Courier New" w:hAnsi="Courier New"/>
          <w:color w:val="555555"/>
          <w:sz w:val="20"/>
        </w:rPr>
        <w:t>[1 . 49]</w:t>
      </w:r>
    </w:p>
    <w:p>
      <w:r>
        <w:rPr>
          <w:rFonts w:ascii="Gentium Plus" w:hAnsi="Gentium Plus"/>
          <w:sz w:val="24"/>
        </w:rPr>
        <w:t>Οἱ ἄρχοντές σου ἀπειθοῦσιν. Ἡμεῖς οἱ κάπηλοι, ἡμεῖς καὶ οἱ ἄρχοντες, οἱ διὰ τὸ ἀπειθεῖν καὶ μὴ πιστεύειν πρῶτοι ποιοῦντες τὰς πόλεις τὰς πιστὰς μεταπίπτειν εἰς τὰς πορνείας. Πρὸς γὰρ τὸ τῶν κρατούντων</w:t>
      </w:r>
    </w:p>
    <w:p>
      <w:r>
        <w:rPr>
          <w:rFonts w:ascii="Courier New" w:hAnsi="Courier New"/>
          <w:color w:val="555555"/>
          <w:sz w:val="20"/>
        </w:rPr>
        <w:t>[5]</w:t>
      </w:r>
    </w:p>
    <w:p>
      <w:r>
        <w:rPr>
          <w:rFonts w:ascii="Gentium Plus" w:hAnsi="Gentium Plus"/>
          <w:sz w:val="24"/>
        </w:rPr>
        <w:t>ἦθος πλάττεσθαι πέφυκεν, ὡς τὰ πολλὰ, τὸ ἀρχόμενον· ὥστε ὁποῖοί ποτ’ ἂν οἱ ἄγοντες ὦσι, τοιοῦτον ἀνάγκη καὶ τὸ ἀγό‐ μενον εἶναι. Ἐπειδὴ οὖν ποτε τῆς πιστῆς πόλεως οἱ ἄρχον‐ τες ἦσαν ἀπειθοῦντες, συνεξομοιωθεῖσα αὐτοῖς καὶ ἡ πόλις, ἀποθεμένη τὸ εἶναι πιστὴ, μετέπεσεν εἰς πορνείαν. Μὴ γε‐</w:t>
      </w:r>
    </w:p>
    <w:p>
      <w:r>
        <w:rPr>
          <w:rFonts w:ascii="Courier New" w:hAnsi="Courier New"/>
          <w:color w:val="555555"/>
          <w:sz w:val="20"/>
        </w:rPr>
        <w:t>[10]</w:t>
      </w:r>
    </w:p>
    <w:p>
      <w:r>
        <w:rPr>
          <w:rFonts w:ascii="Gentium Plus" w:hAnsi="Gentium Plus"/>
          <w:sz w:val="24"/>
        </w:rPr>
        <w:t>νώμεθα καὶ ἡμεῖς ἀπειθεῖς, καὶ ἀπιστία ἡμῶν οὐ κυριεύσει. —Οἱ ἄρχοντες ὑμῶν ἀπειθοῦσι. Δηλονότι Θεῷ ἀπειθοῦσιν, ἐκκλίνοντες ἀπ’ αὐτοῦ, καὶ τοῖς διατεταγμένοις ὑπ’ αὐτοῦ μὴ ἐμμένοντες. Ἐν δὲ τοῖς προστάγμασιν ἦν τὰς χεῖρας ἀποσείεσθαι ἀπὸ δώρων, μὴ συντρέχειν τοῖς κλέπτουσιν· οἱ</w:t>
      </w:r>
    </w:p>
    <w:p>
      <w:r>
        <w:rPr>
          <w:rFonts w:ascii="Courier New" w:hAnsi="Courier New"/>
          <w:color w:val="555555"/>
          <w:sz w:val="20"/>
        </w:rPr>
        <w:t>[15]</w:t>
      </w:r>
    </w:p>
    <w:p>
      <w:r>
        <w:rPr>
          <w:rFonts w:ascii="Gentium Plus" w:hAnsi="Gentium Plus"/>
          <w:sz w:val="24"/>
        </w:rPr>
        <w:t>δὲ ὑπὸ φιλαργυρίας, αἰσχροῦ κέρδους χάριν, κοινωνοὶ κλεπτῶν ἐγένοντο.</w:t>
      </w:r>
    </w:p>
    <w:p>
      <w:r>
        <w:rPr>
          <w:rFonts w:ascii="Courier New" w:hAnsi="Courier New"/>
          <w:color w:val="555555"/>
          <w:sz w:val="20"/>
        </w:rPr>
        <w:t>[1 . 50]</w:t>
      </w:r>
    </w:p>
    <w:p>
      <w:r>
        <w:rPr>
          <w:rFonts w:ascii="Gentium Plus" w:hAnsi="Gentium Plus"/>
          <w:sz w:val="24"/>
        </w:rPr>
        <w:t>Οὐ πάντως κλέπτας νοητέον τοὺς βαλαντιοτόμους τούτους, ἢ ἐν τοῖς λουτροῖς λωποδυτοῦντας· ἀλλὰ κἄν τινες, στρατοπέδων ἡγεμονίαν πιστευθέντες, ἢ πόλεων καὶ ἐθνῶν ἀρχὰς παραλαμβάνοντες, τὰ μὲν λάθρᾳ ὑφαιρῶνται, τὰ δὲ</w:t>
      </w:r>
    </w:p>
    <w:p>
      <w:r>
        <w:rPr>
          <w:rFonts w:ascii="Courier New" w:hAnsi="Courier New"/>
          <w:color w:val="555555"/>
          <w:sz w:val="20"/>
        </w:rPr>
        <w:t>[5]</w:t>
      </w:r>
    </w:p>
    <w:p>
      <w:r>
        <w:rPr>
          <w:rFonts w:ascii="Gentium Plus" w:hAnsi="Gentium Plus"/>
          <w:sz w:val="24"/>
        </w:rPr>
        <w:t>δημοσίᾳ βιάζωνται. —Λαμβάνων δὲ παρὰ τῶν τοιούτων ὁ νομιζόμενος ἄρχων τῆς Ἐκκλησίας, ἤτοι εἰς ἰδίαν αὐτοῦ ἀπόλαυσιν, ἐπὶ προφάσει τῆς ἐπιβαλλούσης αὐτῷ τιμῆς διὰ τῆς προστασίας, ἢ ἐπὶ λόγῳ τῆς τῶν πτωχευόντων ἐν τῇ Ἐκκλησίᾳ οἰκονομίας, κοινωνός ἐστι κλοπῆς· ἀντὶ τοῦ</w:t>
      </w:r>
    </w:p>
    <w:p>
      <w:r>
        <w:rPr>
          <w:rFonts w:ascii="Courier New" w:hAnsi="Courier New"/>
          <w:color w:val="555555"/>
          <w:sz w:val="20"/>
        </w:rPr>
        <w:t>[10]</w:t>
      </w:r>
    </w:p>
    <w:p>
      <w:r>
        <w:rPr>
          <w:rFonts w:ascii="Gentium Plus" w:hAnsi="Gentium Plus"/>
          <w:sz w:val="24"/>
        </w:rPr>
        <w:t>ἐλέγχειν καὶ νουθετεῖν καὶ ἀφιστᾶν τῆς ἀδικίας τοὺς κλέπ‐ τοντας, ῥᾳδίως ὑπέχων τὴν χεῖρα τῷ λήμματι καὶ μακαρί‐</w:t>
      </w:r>
    </w:p>
    <w:p>
      <w:r>
        <w:rPr>
          <w:rFonts w:ascii="Courier New" w:hAnsi="Courier New"/>
          <w:color w:val="555555"/>
          <w:sz w:val="20"/>
        </w:rPr>
        <w:t>[15]</w:t>
      </w:r>
    </w:p>
    <w:p>
      <w:r>
        <w:rPr>
          <w:rFonts w:ascii="Gentium Plus" w:hAnsi="Gentium Plus"/>
          <w:sz w:val="24"/>
        </w:rPr>
        <w:t>αἷς πάντα ὁμοίως ἰδίᾳ καὶ δημοσίᾳ διεκλάπη. Τῷ ὄντι, ταῦτα ποιοῦντες, κοινωνοὶ κλεπτῶν ὀνομαζόμεθα. Δέον καταπα‐ τεῖν ἡμᾶς τὴν ἀνωμαλίαν τοῦ κόσμου παντὸς καὶ τῶν ἐν αὐτῷ φαντασιῶν. Ὅταν ἴδωμεν ἐν τοῖς δικαστηρίοις τοὺς μικροὺς κλέπτας ὑπὸ τῶν μεγάλων κολαζομένους, καὶ τοὺς</w:t>
      </w:r>
    </w:p>
    <w:p>
      <w:r>
        <w:rPr>
          <w:rFonts w:ascii="Courier New" w:hAnsi="Courier New"/>
          <w:color w:val="555555"/>
          <w:sz w:val="20"/>
        </w:rPr>
        <w:t>[20]</w:t>
      </w:r>
    </w:p>
    <w:p>
      <w:r>
        <w:rPr>
          <w:rFonts w:ascii="Gentium Plus" w:hAnsi="Gentium Plus"/>
          <w:sz w:val="24"/>
        </w:rPr>
        <w:t>μὲν οἰκέτας μισοῦμεν, διὰ ταῦτα, τούτους δὲ θαυμάζομεν. Τοὺς μὲν γὰρ, ὅτι κλέπται εἰσὶν, ἐκτρεπόμεθα· τοὺς δὲ, ὅτι πλουτοῦσιν ἐκ τῆς κλοπῆς, ἐκπλησσόμεθα. Τί ἄλλο κατηγοροῦνται οἱ ἄρχοντες;</w:t>
      </w:r>
    </w:p>
    <w:p>
      <w:r>
        <w:rPr>
          <w:rFonts w:ascii="Courier New" w:hAnsi="Courier New"/>
          <w:color w:val="555555"/>
          <w:sz w:val="20"/>
        </w:rPr>
        <w:t>[1 . 51]</w:t>
      </w:r>
    </w:p>
    <w:p>
      <w:r>
        <w:rPr>
          <w:rFonts w:ascii="Gentium Plus" w:hAnsi="Gentium Plus"/>
          <w:sz w:val="24"/>
        </w:rPr>
        <w:t>Ἀγαπῶντες δῶρα. Πάνυ ἀκριβῶς εἴρηται τὸ Οἱ ἀγαπῶντες δῶρα, οὐχὶ λαμβά‐ νοντες δῶρα. Οὕτω γὰρ ἂν καὶ τὰ καθηκόντως ἐν ταῖς τοῦ βίου κοινωνίαις διδόμενα διεβέβλητο· ἀλλ’ Ἀγαπῶντες δῶρα, του‐</w:t>
      </w:r>
    </w:p>
    <w:p>
      <w:r>
        <w:rPr>
          <w:rFonts w:ascii="Courier New" w:hAnsi="Courier New"/>
          <w:color w:val="555555"/>
          <w:sz w:val="20"/>
        </w:rPr>
        <w:t>[5]</w:t>
      </w:r>
    </w:p>
    <w:p>
      <w:r>
        <w:rPr>
          <w:rFonts w:ascii="Gentium Plus" w:hAnsi="Gentium Plus"/>
          <w:sz w:val="24"/>
        </w:rPr>
        <w:t>τέστι προστετηκότες τῇ ἐπιθυμίᾳ τῇ τοῦ λαμβάνειν. Κατηγο‐ ρία δὲ τῶν ἀρχόντων, περὶ τὰ φθαρτὰ καὶ τὰ γήϊνα τὴν ἱερὰν ἀγάπην ἐκκεχυμένην ἔχειν. Κύριον γὰρ τὸν Θεὸν ἀγαπᾷν δεῖ πάσῃ τῇ ἐνυπαρχούσῃ ἡμῖν πρὸς τὸ ἀγαπᾷν δυνάμει καὶ ἀγα‐ πᾷν καὶ τὸν πλησίον καὶ ἀγαπᾷν καὶ τοὺς ἐχθροὺς, ἵνα ὦμεν</w:t>
      </w:r>
    </w:p>
    <w:p>
      <w:r>
        <w:rPr>
          <w:rFonts w:ascii="Courier New" w:hAnsi="Courier New"/>
          <w:color w:val="555555"/>
          <w:sz w:val="20"/>
        </w:rPr>
        <w:t>[10]</w:t>
      </w:r>
    </w:p>
    <w:p>
      <w:r>
        <w:rPr>
          <w:rFonts w:ascii="Gentium Plus" w:hAnsi="Gentium Plus"/>
          <w:sz w:val="24"/>
        </w:rPr>
        <w:t>τέλειοι, μιμούμενοι τὴν χρηστότητα τοῦ ἐν οὐρανοῖς Πατρὸς,</w:t>
      </w:r>
    </w:p>
    <w:p>
      <w:r>
        <w:rPr>
          <w:rFonts w:ascii="Courier New" w:hAnsi="Courier New"/>
          <w:color w:val="555555"/>
          <w:sz w:val="20"/>
        </w:rPr>
        <w:t>[15]</w:t>
      </w:r>
    </w:p>
    <w:p>
      <w:r>
        <w:rPr>
          <w:rFonts w:ascii="Gentium Plus" w:hAnsi="Gentium Plus"/>
          <w:sz w:val="24"/>
        </w:rPr>
        <w:t>ὤφειλε Κύριον τὸν Θεὸν, ἐξ ὅλης τῆς καρδίας αὐτοῦ καὶ ἐξ ὅλης τῆς ψυχῆς αὐτοῦ καὶ ἐξ ὅλης τῆς διανοίας αὐτοῦ, ὁ τοιοῦτος ἀντὶ τοῦ δουλεύειν τῷ Κυρίῳ, δουλεύει τῷ Μαμ‐ μωνᾷ, τὸ τῷ Θεῷ ὀφειλόμενον τῆς ἀγάπης μέτρον ἐπὶ τὸ ἀργύριον μεταθείς. Διὰ τοῦτο γίνεται ἡ πλεονεξία εἰδωλολα‐</w:t>
      </w:r>
    </w:p>
    <w:p>
      <w:r>
        <w:rPr>
          <w:rFonts w:ascii="Courier New" w:hAnsi="Courier New"/>
          <w:color w:val="555555"/>
          <w:sz w:val="20"/>
        </w:rPr>
        <w:t>[20]</w:t>
      </w:r>
    </w:p>
    <w:p>
      <w:r>
        <w:rPr>
          <w:rFonts w:ascii="Gentium Plus" w:hAnsi="Gentium Plus"/>
          <w:sz w:val="24"/>
        </w:rPr>
        <w:t>τρεία, ἐπειδὰν τὰ Κυρίῳ τῷ Θεῷ προσφερόμενα δῶρα ἐπὶ τὰ γήϊνα μετενέγκῃ. Προστετάγμεθα οὖν μὴ ἀγαπᾷν τὰ δῶρα, ὥστε τού‐ των ἕνεκα πολλὰ τῶν ἀπηγορευμένων συγχωρεῖν τοῖς προσιοῦσι. Καθόλου δὲ, οὐδὲ τὰ τοιαῦτα δῶρα ἀγαπᾷν ἡμῖν</w:t>
      </w:r>
    </w:p>
    <w:p>
      <w:r>
        <w:rPr>
          <w:rFonts w:ascii="Courier New" w:hAnsi="Courier New"/>
          <w:color w:val="555555"/>
          <w:sz w:val="20"/>
        </w:rPr>
        <w:t>[25]</w:t>
      </w:r>
    </w:p>
    <w:p>
      <w:r>
        <w:rPr>
          <w:rFonts w:ascii="Gentium Plus" w:hAnsi="Gentium Plus"/>
          <w:sz w:val="24"/>
        </w:rPr>
        <w:t>ὁ λόγος δίδωσιν, οὐδὲ ἐμπαθῶς διακεῖσθαι περὶ αὐτά, ἀλλ’ ὡς ἀναγκαίαν αὐτῶν τὴν λειτουργίαν ὑποδεχόμενοι. Ἀμήχανον γὰρ τὸ Ἐξ ὅλης καρδίας, μερισμόν τινα εἰς ἕτερον ἐπιδέξασθαι. Ὥσπερ γὰρ ἐν ἀγγείῳ πεπληρωμένῳ τινὸς ὑγροῦ, ὅσον ἂν ἐκρυῇ πρὸς τὰ ἔξω, τοσοῦτον ἀνάγκη</w:t>
      </w:r>
    </w:p>
    <w:p>
      <w:r>
        <w:rPr>
          <w:rFonts w:ascii="Courier New" w:hAnsi="Courier New"/>
          <w:color w:val="555555"/>
          <w:sz w:val="20"/>
        </w:rPr>
        <w:t>[30]</w:t>
      </w:r>
    </w:p>
    <w:p>
      <w:r>
        <w:rPr>
          <w:rFonts w:ascii="Gentium Plus" w:hAnsi="Gentium Plus"/>
          <w:sz w:val="24"/>
        </w:rPr>
        <w:t>τῆς πληρώσεως ἀποδεῖν, οὕτω καὶ ἐπὶ τῆς ψυχῆς· ὅσον ἂν αὐτῇ κενωθῇ τῆς ἀγάπης, ἐφ’ ἃ μὴ προσῆκε, τοσοῦτον ἐν‐ δεῖν ἀνάγκη πρὸς τὸν Θεόν. Ὁ δὲ ἅπαξ ὁρμήσας ἀγαπᾷν ἀργύριον, πᾶσαν ἐκεῖ μετακενοῖ τὴν ἀγάπην. Ὁ γὰρ ἀγα‐ πῶν ἀργύριον, οὐ πλησθήσεται ἀργυρίου.</w:t>
      </w:r>
    </w:p>
    <w:p>
      <w:r>
        <w:rPr>
          <w:rFonts w:ascii="Courier New" w:hAnsi="Courier New"/>
          <w:color w:val="555555"/>
          <w:sz w:val="20"/>
        </w:rPr>
        <w:t>[1 . 52]</w:t>
      </w:r>
    </w:p>
    <w:p>
      <w:r>
        <w:rPr>
          <w:rFonts w:ascii="Gentium Plus" w:hAnsi="Gentium Plus"/>
          <w:sz w:val="24"/>
        </w:rPr>
        <w:t>Διώκοντες ἀνταπόδομα. Μέγιστον κατηγόρημα ἄρχοντος, πρόχειρον εἶναι πρὸς ἄμυ‐</w:t>
      </w:r>
    </w:p>
    <w:p>
      <w:r>
        <w:rPr>
          <w:rFonts w:ascii="Courier New" w:hAnsi="Courier New"/>
          <w:color w:val="555555"/>
          <w:sz w:val="20"/>
        </w:rPr>
        <w:t>[5]</w:t>
      </w:r>
    </w:p>
    <w:p>
      <w:r>
        <w:rPr>
          <w:rFonts w:ascii="Gentium Plus" w:hAnsi="Gentium Plus"/>
          <w:sz w:val="24"/>
        </w:rPr>
        <w:t>κακοῦ ἀποδιδόναι, ὁ πάντα ποιῶν εἰς τὸ ἀμύνασθαι καὶ ἀντιλυ‐ πῆσαι τὸν βλάψαντα;, μὴ μιμούμενος τὴν πραότητα τοῦ Δα‐ βὶδ, λέγοντος· Εἰ ἀνταπέδωκα τοῖς ἀνταποδιδοῦσί μοι κακά· μήτε δὲ τοῦ Ἱερεμίου, μεμνημένος ὅτι Ἀγαθὸν ἀνδρὶ, ὅταν ἄρῃ ζυγὸν ἐκ νεότητος αὐτοῦ· καθήσεται καταμόνας, καὶ σιω‐</w:t>
      </w:r>
    </w:p>
    <w:p>
      <w:r>
        <w:rPr>
          <w:rFonts w:ascii="Courier New" w:hAnsi="Courier New"/>
          <w:color w:val="555555"/>
          <w:sz w:val="20"/>
        </w:rPr>
        <w:t>[10]</w:t>
      </w:r>
    </w:p>
    <w:p>
      <w:r>
        <w:rPr>
          <w:rFonts w:ascii="Gentium Plus" w:hAnsi="Gentium Plus"/>
          <w:sz w:val="24"/>
        </w:rPr>
        <w:t>πήσεται, ὅτι ἦρεν ἐφ’ ἑαυτῷ. Δώσει τῷ παίοντι αὐτὸν σια‐ γόνα, χορτασθήσεται ὀνειδισμῶν. Τί δὲ δεῖ λέγειν περὶ τῶν τοῦ Κυρίου διδαγμάτων, ὅπως αὐτῶν καταφρονοῦσιν οἱ διώ‐ κοντες ἀνταπόδομα; τοῦ Κυρίου λέγοντος· Ἐάν τίς σε ῥαπίσῃ εἰς τὴν δεξιὰν σιαγόνα, στρέψον αὐτῷ καὶ τὴν ἄλλην.</w:t>
      </w:r>
    </w:p>
    <w:p>
      <w:r>
        <w:rPr>
          <w:rFonts w:ascii="Courier New" w:hAnsi="Courier New"/>
          <w:color w:val="555555"/>
          <w:sz w:val="20"/>
        </w:rPr>
        <w:t>[15]</w:t>
      </w:r>
    </w:p>
    <w:p>
      <w:r>
        <w:rPr>
          <w:rFonts w:ascii="Gentium Plus" w:hAnsi="Gentium Plus"/>
          <w:sz w:val="24"/>
        </w:rPr>
        <w:t>Παντὶ μὲν οὖν κατηγόρημα τὸ διώκειν ἀνταπόδομα, μάλι‐ στα δὲ ὅταν ἀπὸ τῆς ἀρχοντικῆς ἐξουσίας τοῦτο ποιῇ τις, δέον ἔργῳ διδάσκαλον τῶν ἀπὸ τῆς ὑπομονῆς καλῶν γίνεσθαι τῷ λαῷ. Οἷον γὰρ θέαμα, πῶς σεμνὸν καὶ θαυμάσιον καὶ μικροῦ τὴν φύσιν τὴν ἀνθρωπίνην ἐκβαῖνον, πολλὰ λοιδο‐</w:t>
      </w:r>
    </w:p>
    <w:p>
      <w:r>
        <w:rPr>
          <w:rFonts w:ascii="Courier New" w:hAnsi="Courier New"/>
          <w:color w:val="555555"/>
          <w:sz w:val="20"/>
        </w:rPr>
        <w:t>[20]</w:t>
      </w:r>
    </w:p>
    <w:p>
      <w:r>
        <w:rPr>
          <w:rFonts w:ascii="Gentium Plus" w:hAnsi="Gentium Plus"/>
          <w:sz w:val="24"/>
        </w:rPr>
        <w:t>ρηθέντα καί που καὶ πληγὴν δεξάμενον ἐπὶ κόῤῥης καὶ ἄλλα μυρία παθόντα καὶ λόγῳ καὶ ἔργῳ πρὸς τὴν ἐσχάτην ἀτι‐ μίαν φερόντων, μὴ ὑπερζέσαι θυμῷ, μηδὲ διαναστῆναι πρὸς ἄμυναν· ἀλλὰ πράως καὶ ἀοργήτως ἀναστάντα, προσεύξασθαι ὑπὲρ τοῦ ὑβριστοῦ· ὥστε καὶ τὴν ἐπὶ τοῖς φθάσασιν αὐτῷ</w:t>
      </w:r>
    </w:p>
    <w:p>
      <w:r>
        <w:rPr>
          <w:rFonts w:ascii="Courier New" w:hAnsi="Courier New"/>
          <w:color w:val="555555"/>
          <w:sz w:val="20"/>
        </w:rPr>
        <w:t>[25]</w:t>
      </w:r>
    </w:p>
    <w:p>
      <w:r>
        <w:rPr>
          <w:rFonts w:ascii="Gentium Plus" w:hAnsi="Gentium Plus"/>
          <w:sz w:val="24"/>
        </w:rPr>
        <w:t>ἁμαρτίαν συγχωρηθῆναι, καὶ πρὸς τὸ ἑξῆς τῆς πρεπούσης παρὰ Θεοῦ ἐπιμελείας ἀξιωθῆναι, ὥστε ἀσελγαίνοντα παύ‐</w:t>
      </w:r>
    </w:p>
    <w:p>
      <w:r>
        <w:rPr>
          <w:rFonts w:ascii="Courier New" w:hAnsi="Courier New"/>
          <w:color w:val="555555"/>
          <w:sz w:val="20"/>
        </w:rPr>
        <w:t>[30]</w:t>
      </w:r>
    </w:p>
    <w:p>
      <w:r>
        <w:rPr>
          <w:rFonts w:ascii="Gentium Plus" w:hAnsi="Gentium Plus"/>
          <w:sz w:val="24"/>
        </w:rPr>
        <w:t>μενοι, οὐκ ἐὰν ὑβρισθῶμεν μόνον, ἀλλ’ ἐὰν μὴ καὶ τιμηθῶμεν, παροξυνόμενοι, ἐχθροὺς ἡγούμενοι καὶ τοὺς ἔλαττον ἡμᾶς τιμῶντας, ὧν ἀξίους ἑαυτοὺς ὑπειλήφαμεν.</w:t>
      </w:r>
    </w:p>
    <w:p>
      <w:r>
        <w:rPr>
          <w:rFonts w:ascii="Courier New" w:hAnsi="Courier New"/>
          <w:color w:val="555555"/>
          <w:sz w:val="20"/>
        </w:rPr>
        <w:t>[1 . 53]</w:t>
      </w:r>
    </w:p>
    <w:p>
      <w:r>
        <w:rPr>
          <w:rFonts w:ascii="Gentium Plus" w:hAnsi="Gentium Plus"/>
          <w:sz w:val="24"/>
        </w:rPr>
        <w:t>Ὀρφανοῖς οὐ κρίνοντες, καὶ κρίσει χήρας οὐ προσ‐ έχοντες. Τὰ λοιπὰ εἴρηται καὶ ἐν τοῖς κατόπιν, τὰ περὶ ὀρ‐ φανῶν καὶ χήρας· ἐνταῦθα δὲ ἐπίστησον τῷ Οὐ προσ‐</w:t>
      </w:r>
    </w:p>
    <w:p>
      <w:r>
        <w:rPr>
          <w:rFonts w:ascii="Courier New" w:hAnsi="Courier New"/>
          <w:color w:val="555555"/>
          <w:sz w:val="20"/>
        </w:rPr>
        <w:t>[5]</w:t>
      </w:r>
    </w:p>
    <w:p>
      <w:r>
        <w:rPr>
          <w:rFonts w:ascii="Gentium Plus" w:hAnsi="Gentium Plus"/>
          <w:sz w:val="24"/>
        </w:rPr>
        <w:t>έχοντες πόσην ἐμφαίνει ἀλαζονείαν τοῦ ἄρχοντος, ὅπως αὐτὸν καὶ τοῦ κριτοῦ τῆς ἀδικίας ἀγριώτερον δείκνυσιν· εἴγε ὁ μὲν μετὰ πολλὰς ἐντεύξεις, εἰ καὶ ἄλλως ἀσυμπαθὴς ἦν, ἀλλὰ διὰ τὸ φιλόπονον τῆς χήρας, προσέσχε τῇ κρίσει, τὸ ἐπὶ πλεῖον ὑπὸ αὐτῆς κοποῦσθαι περιιστάμενος. Περὶ δὲ</w:t>
      </w:r>
    </w:p>
    <w:p>
      <w:r>
        <w:rPr>
          <w:rFonts w:ascii="Courier New" w:hAnsi="Courier New"/>
          <w:color w:val="555555"/>
          <w:sz w:val="20"/>
        </w:rPr>
        <w:t>[10]</w:t>
      </w:r>
    </w:p>
    <w:p>
      <w:r>
        <w:rPr>
          <w:rFonts w:ascii="Gentium Plus" w:hAnsi="Gentium Plus"/>
          <w:sz w:val="24"/>
        </w:rPr>
        <w:t>τούτων εἴρηται ὡς, καθόλου, κρίσει χήρας προσέχειν μὴ καταδεχομένων.</w:t>
      </w:r>
    </w:p>
    <w:p>
      <w:r>
        <w:rPr>
          <w:rFonts w:ascii="Courier New" w:hAnsi="Courier New"/>
          <w:color w:val="555555"/>
          <w:sz w:val="20"/>
        </w:rPr>
        <w:t>[1 . 54]</w:t>
      </w:r>
    </w:p>
    <w:p>
      <w:r>
        <w:rPr>
          <w:rFonts w:ascii="Gentium Plus" w:hAnsi="Gentium Plus"/>
          <w:sz w:val="24"/>
        </w:rPr>
        <w:t>Διὰ τοῦτο τάδε λέγει ὁ Δεσπότης Κύριος Σαβαώθ· Οὐαὶ οἱ ἰσχύοντες Ἰσραήλ.</w:t>
      </w:r>
    </w:p>
    <w:p>
      <w:r>
        <w:rPr>
          <w:rFonts w:ascii="Courier New" w:hAnsi="Courier New"/>
          <w:color w:val="555555"/>
          <w:sz w:val="20"/>
        </w:rPr>
        <w:t>[5]</w:t>
      </w:r>
    </w:p>
    <w:p>
      <w:r>
        <w:rPr>
          <w:rFonts w:ascii="Gentium Plus" w:hAnsi="Gentium Plus"/>
          <w:sz w:val="24"/>
        </w:rPr>
        <w:t>υπομονήτοις πόνοις ἐκπεμπομένην φωνὴν ταύτην ἁρμόζειν λέγον τοῖς μικρὸν ὕστερον ἐν βασάνῳ δυσφορωτάτῃ γενησομέ‐ νοις, τοῖς ἰσχύουσι τοῦ Ἰσραήλ. Καὶ τοῦτο οὐ στοχαστικῶς εἴ‐ ρηται παρὰ τοῦ Προφήτου, ἀλλὰ κατὰ ἀπόφασιν, τὴν ἀπὸ τοῦ ἀψευδοῦς στόματος προελθοῦσαν. Τοὺς ἰσχύοντας δὲ τοὺς αὐ‐</w:t>
      </w:r>
    </w:p>
    <w:p>
      <w:r>
        <w:rPr>
          <w:rFonts w:ascii="Courier New" w:hAnsi="Courier New"/>
          <w:color w:val="555555"/>
          <w:sz w:val="20"/>
        </w:rPr>
        <w:t>[10]</w:t>
      </w:r>
    </w:p>
    <w:p>
      <w:r>
        <w:rPr>
          <w:rFonts w:ascii="Gentium Plus" w:hAnsi="Gentium Plus"/>
          <w:sz w:val="24"/>
        </w:rPr>
        <w:t>τοὺς νοητέον τοῖς ἄρχουσιν, οἳ, πρὸς τῷ ἀπειθεῖν τῷ Θεῷ, καὶ ἀγαπῶσι δῶρα καὶ διώκουσιν ἀνταπόδομα καὶ τὰ λοιπὰ, ἃ κατηγοροῦνται. —Οὐαὶ τοῖς ἰσχύουσι καὶ ἀπειθοῦσι. Τοῖς γὰρ ἀσθενεστέροις τάχα συγγνώμη· Ὁ γὰρ ἐλάχιστος συγγνω‐ στός ἐστιν ἐλέους· δυνατοὶ δὲ δυνατῶς ἐτασθήσονται. Καὶ</w:t>
      </w:r>
    </w:p>
    <w:p>
      <w:r>
        <w:rPr>
          <w:rFonts w:ascii="Courier New" w:hAnsi="Courier New"/>
          <w:color w:val="555555"/>
          <w:sz w:val="20"/>
        </w:rPr>
        <w:t>[15]</w:t>
      </w:r>
    </w:p>
    <w:p>
      <w:r>
        <w:rPr>
          <w:rFonts w:ascii="Gentium Plus" w:hAnsi="Gentium Plus"/>
          <w:sz w:val="24"/>
        </w:rPr>
        <w:t>ᾯ πολὺ παρέθεντο, περισσότερον ἀπαιτήσουσιν αὐτόν. Διὰ τοῦτο καὶ τοῖς πλουσίοις οὐαὶ, ὅτι ἰσχύοντες εἰς τὸ παρα‐ μυθεῖσθαι τοὺς πένητας, οὐ κέχρηνται τῇ δυνάμει τοῦ πλού‐ του, εἰς ἃ εἰλήφασι. Καὶ εἴ τις ἑτέρου τὴν διάνοιαν ἐντρε‐ χέστερος, μὴ ἀποχρῆται τῇ ἰσχύϊ τῆς φύσεως πρὸς τὴν τῶν</w:t>
      </w:r>
    </w:p>
    <w:p>
      <w:r>
        <w:rPr>
          <w:rFonts w:ascii="Courier New" w:hAnsi="Courier New"/>
          <w:color w:val="555555"/>
          <w:sz w:val="20"/>
        </w:rPr>
        <w:t>[20]</w:t>
      </w:r>
    </w:p>
    <w:p>
      <w:r>
        <w:rPr>
          <w:rFonts w:ascii="Gentium Plus" w:hAnsi="Gentium Plus"/>
          <w:sz w:val="24"/>
        </w:rPr>
        <w:t>θείων ἔρευναν, καὶ τούτῳ οὐαὶ, ὅταν ἀπαιτῆται κατὰ τὴν ἀναλογίαν τῶν δεδομένων τὸ ἔργον. Καὶ εἴ τινες δὲ προστα‐ σίας ἐκκλησιαστικῆς ἐπειλημμένοι, μὴ κοσμοῦσι τὸ ἔργον τῇ πρεπούσῃ τῷ ἐπαγγέλματι πολιτείᾳ, καὶ τούτοις οὐαί. Οὐ παύσεται γάρ μου ὁ θυμὸς ἐν τοῖς ὑπεναντίοις. Ὑπε‐</w:t>
      </w:r>
    </w:p>
    <w:p>
      <w:r>
        <w:rPr>
          <w:rFonts w:ascii="Courier New" w:hAnsi="Courier New"/>
          <w:color w:val="555555"/>
          <w:sz w:val="20"/>
        </w:rPr>
        <w:t>[25]</w:t>
      </w:r>
    </w:p>
    <w:p>
      <w:r>
        <w:rPr>
          <w:rFonts w:ascii="Gentium Plus" w:hAnsi="Gentium Plus"/>
          <w:sz w:val="24"/>
        </w:rPr>
        <w:t>ναντίοι Θεῷ, οἱ ἀντιβαίνοντες αὐτοῦ τοῖς Προστάγμασιν· οἵτινες ἐφ’ ὅσον εἰσὶν ὑπεναντίοι, οὐ παύσεται ὁ λεγόμενος θυμὸς τοῦ Θεοῦ κατ’ αὐτῶν. Ἐπιμένοντες μὲν γὰρ ταῖς πονηρίαις, ἐξάπτομεν ἐφ’ ἑαυτοὺς τὸν θυμὸν τοῦ Θεοῦ, οἷον</w:t>
      </w:r>
    </w:p>
    <w:p>
      <w:r>
        <w:rPr>
          <w:rFonts w:ascii="Courier New" w:hAnsi="Courier New"/>
          <w:color w:val="555555"/>
          <w:sz w:val="20"/>
        </w:rPr>
        <w:t>[30]</w:t>
      </w:r>
    </w:p>
    <w:p>
      <w:r>
        <w:rPr>
          <w:rFonts w:ascii="Gentium Plus" w:hAnsi="Gentium Plus"/>
          <w:sz w:val="24"/>
        </w:rPr>
        <w:t>μένον, ὅτι Πῦρ ἐκκέκαυται ἐκ τοῦ θυμοῦ μου. Παυσαμένων δὲ ἡμῶν τῆς ἁμαρτίας· Κρίσιν ἐκ τῶν ἐχθρῶν μου ποιήσω. Ὁ πιστεύων εἰς ἐμὲ (φησὶν) οὐ μὴ κριθῇ· ὁ δὲ ἀπιστῶν, ἤδη κέκριται. —Τῆς οὖν κρίσεως αἴτιοι οἱ ἐχθροὶ, κατὰ τὸ εἰρημένον· Διὰ ταῦτα ἔρχεται ἡ ὀργὴ τοῦ Θεοῦ ἐπὶ τοὺς</w:t>
      </w:r>
    </w:p>
    <w:p>
      <w:r>
        <w:rPr>
          <w:rFonts w:ascii="Courier New" w:hAnsi="Courier New"/>
          <w:color w:val="555555"/>
          <w:sz w:val="20"/>
        </w:rPr>
        <w:t>[35]</w:t>
      </w:r>
    </w:p>
    <w:p>
      <w:r>
        <w:rPr>
          <w:rFonts w:ascii="Gentium Plus" w:hAnsi="Gentium Plus"/>
          <w:sz w:val="24"/>
        </w:rPr>
        <w:t>υἱοὺς τῆς ἀπειθείας. Ἐπειδὴ δὲ εἶπεν, ὅτι Οὐ παύσεταί μου ὁ θυμὸς ἐν τοῖς ὑπεναντίοις, ἵνα μὴ ἄκριτον τὴν ἐπὶ τοὺς παροξύνοντας ὀργὴν εἶναι τοῦ Θεοῦ νομίσωμεν. Εἴγε καὶ θυμοῦμαι ἐν τοῖς ὑπεναντίοις, ἀλλ’ ὅμως οὐκ ἀκρίτως ἐπάξω αὐτοῖς τὰς κολάσεις, ἀλλὰ κεκριμένας κατὰ τὴν</w:t>
      </w:r>
    </w:p>
    <w:p>
      <w:r>
        <w:rPr>
          <w:rFonts w:ascii="Courier New" w:hAnsi="Courier New"/>
          <w:color w:val="555555"/>
          <w:sz w:val="20"/>
        </w:rPr>
        <w:t>[40]</w:t>
      </w:r>
    </w:p>
    <w:p>
      <w:r>
        <w:rPr>
          <w:rFonts w:ascii="Gentium Plus" w:hAnsi="Gentium Plus"/>
          <w:sz w:val="24"/>
        </w:rPr>
        <w:t>ἀξίαν καὶ τὸ μέτρον τῶν ἐπταισμένων. Τοῦτ’ ἔστι τὸ Κρίσιν ἐκ τῶν ἐχθρῶν μου ποιήσω. Ἐχθροὶ δὲ τῷ Θεῷ, οἱ τὰ ἄδικα πράσσοντες. Ἐχθρὰ τῷ ἀγαθῷ ἡ πονηρία· ἐχθρὰ τῷ δι‐ καίῳ ἡ ἀδικία· τῷ ἁγίῳ ἡ ἀκαθαρσία· τῇ ἀληθείᾳ τὸ ψεῦδος. Ἐπὶ τούτοις οὖν οὐ παύσεται ὁ θυμὸς, ἕως ἂν ὦσιν ὑπεναν‐</w:t>
      </w:r>
    </w:p>
    <w:p>
      <w:r>
        <w:rPr>
          <w:rFonts w:ascii="Courier New" w:hAnsi="Courier New"/>
          <w:color w:val="555555"/>
          <w:sz w:val="20"/>
        </w:rPr>
        <w:t>[45]</w:t>
      </w:r>
    </w:p>
    <w:p>
      <w:r>
        <w:rPr>
          <w:rFonts w:ascii="Gentium Plus" w:hAnsi="Gentium Plus"/>
          <w:sz w:val="24"/>
        </w:rPr>
        <w:t>τίοι· οὐδὲ ἄκριτον αὐτοῖς ἐπάξειν ἔφη τὴν κόλασιν.</w:t>
      </w:r>
    </w:p>
    <w:p>
      <w:r>
        <w:rPr>
          <w:rFonts w:ascii="Courier New" w:hAnsi="Courier New"/>
          <w:color w:val="555555"/>
          <w:sz w:val="20"/>
        </w:rPr>
        <w:t>[1 . 55]</w:t>
      </w:r>
    </w:p>
    <w:p>
      <w:r>
        <w:rPr>
          <w:rFonts w:ascii="Gentium Plus" w:hAnsi="Gentium Plus"/>
          <w:sz w:val="24"/>
        </w:rPr>
        <w:t>Καὶ ἐπάξω τὴν χεῖρά μου ἐπὶ σὲ, καὶ κυρώσω σε εἰς καθαρόν. Ὅρα τὸ ἀγαθὸν τέλος τῆς δικαίας κρίσεως καὶ τῶν κατὰ τὴν κρίσιν προσαγομένων κολάσεων. Οὐ παύσεταί</w:t>
      </w:r>
    </w:p>
    <w:p>
      <w:r>
        <w:rPr>
          <w:rFonts w:ascii="Courier New" w:hAnsi="Courier New"/>
          <w:color w:val="555555"/>
          <w:sz w:val="20"/>
        </w:rPr>
        <w:t>[5]</w:t>
      </w:r>
    </w:p>
    <w:p>
      <w:r>
        <w:rPr>
          <w:rFonts w:ascii="Gentium Plus" w:hAnsi="Gentium Plus"/>
          <w:sz w:val="24"/>
        </w:rPr>
        <w:t>μου ὁ θυμός, κρίσιν ποιήσω· ἐπάξω τὴν χεῖρα, πυρώσω. Καὶ τί; Ἵνα καθαρὸν ἀποδείξω. Οὕτω θυμοῦται ὁ Θεὸς, ἵνα εὐεργετήσῃ τοὺς ἁμαρτωλούς. Οὐ γὰρ εἰς ἀφανισμὸν</w:t>
      </w:r>
    </w:p>
    <w:p>
      <w:r>
        <w:rPr>
          <w:rFonts w:ascii="Courier New" w:hAnsi="Courier New"/>
          <w:color w:val="555555"/>
          <w:sz w:val="20"/>
        </w:rPr>
        <w:t>[10]</w:t>
      </w:r>
    </w:p>
    <w:p>
      <w:r>
        <w:rPr>
          <w:rFonts w:ascii="Gentium Plus" w:hAnsi="Gentium Plus"/>
          <w:sz w:val="24"/>
        </w:rPr>
        <w:t>τοῦ διαβόλου ἐμβληθὲν τῇ ψυχῇ, τῇ μὴ ἐχούσῃ τὸν θυρεὸν τῆς πίστεως, ᾗ ἐμπεσὸν, κατασβέννυσι τοῦ πονηροῦ τὰ το‐ ξεύματα· καὶ γίνεται τὸ θεῖον πῦρ, πυρὸς ἑτέρου καθάρσιον, τοῦ εἰς ἀνοήτους καὶ βλαβερὰς ἡμᾶς ἐπιθυμίας ἐκκαίοντος. Διὰ τοῦτό φησιν αὐτὸς ὁ Κύριος· Εἰσπορεύεται ὡς πῦρ χω‐</w:t>
      </w:r>
    </w:p>
    <w:p>
      <w:r>
        <w:rPr>
          <w:rFonts w:ascii="Courier New" w:hAnsi="Courier New"/>
          <w:color w:val="555555"/>
          <w:sz w:val="20"/>
        </w:rPr>
        <w:t>[15]</w:t>
      </w:r>
    </w:p>
    <w:p>
      <w:r>
        <w:rPr>
          <w:rFonts w:ascii="Gentium Plus" w:hAnsi="Gentium Plus"/>
          <w:sz w:val="24"/>
        </w:rPr>
        <w:t>νευτηρίου καὶ ὡς πόα πλυνόντων. Καὶ καθιεῖται χωνεύων καὶ καθαρίζων, ὡς τὸ ἀργύριον, καὶ ὡς τὸ χρυσίον. Καὶ τί τὸ ἐντεῦθεν ὄφελος; Ἔσονται (φησὶ) τῷ Κυρίῳ, προσάγοντες θυσίαν ἐν δικαιοσύνῃ. Καὶ ἀφελῶ πάντας ἀνόμους ἀπὸ σοῦ. Μεγάλη εὐεργεσία ψυχῇ, τῇ παρὰ τὴν αἰτίαν τῶν κακῶν</w:t>
      </w:r>
    </w:p>
    <w:p>
      <w:r>
        <w:rPr>
          <w:rFonts w:ascii="Courier New" w:hAnsi="Courier New"/>
          <w:color w:val="555555"/>
          <w:sz w:val="20"/>
        </w:rPr>
        <w:t>[20]</w:t>
      </w:r>
    </w:p>
    <w:p>
      <w:r>
        <w:rPr>
          <w:rFonts w:ascii="Gentium Plus" w:hAnsi="Gentium Plus"/>
          <w:sz w:val="24"/>
        </w:rPr>
        <w:t>προϊσταμένων εἰς Θεοῦ ἀλλοτρίωσιν ἐκπεσούσῃ, τὸ ἀφαι‐ ρεθῆναι αὐτῆς τοὺς ἀνόμους. Διὰ τοῦτο καὶ οἱ περὶ τὴν Ἐκκλησίαν τύποι τοὺς ἐν ἀπηγορευμένοις παραπτώμασιν εὑρεθέντας χωρίζουσι τοῦ λοιποῦ σώματος, ἵνα μὴ μικρὰ ζύμη ὅλον τὸ φύραμα δολώσῃ. Ὥστε κατὰ ἀγαθὸν Θεόν ἐστι</w:t>
      </w:r>
    </w:p>
    <w:p>
      <w:r>
        <w:rPr>
          <w:rFonts w:ascii="Courier New" w:hAnsi="Courier New"/>
          <w:color w:val="555555"/>
          <w:sz w:val="20"/>
        </w:rPr>
        <w:t>[25]</w:t>
      </w:r>
    </w:p>
    <w:p>
      <w:r>
        <w:rPr>
          <w:rFonts w:ascii="Gentium Plus" w:hAnsi="Gentium Plus"/>
          <w:sz w:val="24"/>
        </w:rPr>
        <w:t>τὸ ἀφελεῖν ἀνόμους ἀπὸ λαοῦ. Οὐ γὰρ οἱ ἄνομοι συνεισε‐ λεύσονται τοῖς Ἁγίοις εἰς τὰ ἅγια, ἐπείπερ τὸ πτύον ἐν τῇ χειρὶ τοῦ Κυρίου. —Ἀλλ’ οἱ νῦν ὡς ἄνομοι χωριζόμενοι τοῦ λαοῦ, πράως φέρουσι τὰ γιγνόμενα, οὐ νοοῦντες ὅτι τύπος ταῦτα τῶν ἐν τοῖς φοβεροῖς κρίμασι τοῦ Θεοῦ γενησομέ‐</w:t>
      </w:r>
    </w:p>
    <w:p>
      <w:r>
        <w:rPr>
          <w:rFonts w:ascii="Courier New" w:hAnsi="Courier New"/>
          <w:color w:val="555555"/>
          <w:sz w:val="20"/>
        </w:rPr>
        <w:t>[30]</w:t>
      </w:r>
    </w:p>
    <w:p>
      <w:r>
        <w:rPr>
          <w:rFonts w:ascii="Gentium Plus" w:hAnsi="Gentium Plus"/>
          <w:sz w:val="24"/>
        </w:rPr>
        <w:t>νων. Ἡλίκη δὲ βλάβη τὸ μὴ ἀφαιρεῖσθαι τοὺς ἀνόμους τῆς πρὸς τὰ ἅγια μέλη τοῦ Χριστοῦ ἐπιμιξίας, ὁ Ἀπόστολος ἐδήλωσεν, ἐπιτιμῶν Κορινθίοις, διότι οὐκ ἐπένθησαν, ἵνα</w:t>
      </w:r>
    </w:p>
    <w:p>
      <w:r>
        <w:rPr>
          <w:rFonts w:ascii="Courier New" w:hAnsi="Courier New"/>
          <w:color w:val="555555"/>
          <w:sz w:val="20"/>
        </w:rPr>
        <w:t>[1 . 56]</w:t>
      </w:r>
    </w:p>
    <w:p>
      <w:r>
        <w:rPr>
          <w:rFonts w:ascii="Gentium Plus" w:hAnsi="Gentium Plus"/>
          <w:sz w:val="24"/>
        </w:rPr>
        <w:t>Καὶ ἐπιστήσω τοὺς κριτάς σου, ὡς τὸ πρότερον. Διὰ τί, ὑπερβὰς τοὺς βασιλεῖς, τῶν κριτῶν ἐμνήσθη; καίτοι καὶ ἐν βασιλεῦσιν ἦσάν τινες, οἱ ἐπαινετῶς ἄρξαντες τοῦ λαοῦ. Ἢ ὅτι ἡ κατὰ τοὺς κριτὰς πολιτεία ἐλευθεριωτέρα ἦν,</w:t>
      </w:r>
    </w:p>
    <w:p>
      <w:r>
        <w:rPr>
          <w:rFonts w:ascii="Courier New" w:hAnsi="Courier New"/>
          <w:color w:val="555555"/>
          <w:sz w:val="20"/>
        </w:rPr>
        <w:t>[5]</w:t>
      </w:r>
    </w:p>
    <w:p>
      <w:r>
        <w:rPr>
          <w:rFonts w:ascii="Gentium Plus" w:hAnsi="Gentium Plus"/>
          <w:sz w:val="24"/>
        </w:rPr>
        <w:t>κατὰ φύσιν αὐτοῖς ὑπάρχουσα, αὐτονομουμένου τοῦ λαοῦ, καὶ Θεὸν μόνον βασιλέα γνωρίζοντος· ἡ δὲ τῶν βασιλέων κατάστασις ὕστερον ἐκ τῆς ἰδίας ἀβουλίας αὐτῶν ἐπεγένετο. Ἔδει οὖν εὐεργετουμένους ἐπὶ τὴν μακαρίαν κατάστασιν ἐπανελθεῖν. Διὰ τοῦτο οὐχὶ βασιλεῖς, ἀλλὰ κριτὰς ἐπιστή‐</w:t>
      </w:r>
    </w:p>
    <w:p>
      <w:r>
        <w:rPr>
          <w:rFonts w:ascii="Courier New" w:hAnsi="Courier New"/>
          <w:color w:val="555555"/>
          <w:sz w:val="20"/>
        </w:rPr>
        <w:t>[10]</w:t>
      </w:r>
    </w:p>
    <w:p>
      <w:r>
        <w:rPr>
          <w:rFonts w:ascii="Gentium Plus" w:hAnsi="Gentium Plus"/>
          <w:sz w:val="24"/>
        </w:rPr>
        <w:t>σειν ἐπηγγείλατο, χαριζόμενος αὐτοῖς τὸ ἐλευθέριον· οὐ γὰρ ἦν βασιλεὺς ἐν Ἰσραὴλ, ἀλλ’ ἕκαστος τὸ εὐθὲς ἐν ὀφθαλμοῖς αὐτοῦ ἐποίει. —Ἢ ἐπειδὴ οὐκέτι βασιλέων καιρὸς ἦν, μετὰ τὴν ἐπιδημίαν τοῦ ἀληθινοῦ Βασιλέως, κριτὰς ἐπηγγείλατο παρέξειν παραπλησίους τοῖς πρότερον, τοὺς μαθητὰς τοῦ</w:t>
      </w:r>
    </w:p>
    <w:p>
      <w:r>
        <w:rPr>
          <w:rFonts w:ascii="Courier New" w:hAnsi="Courier New"/>
          <w:color w:val="555555"/>
          <w:sz w:val="20"/>
        </w:rPr>
        <w:t>[15]</w:t>
      </w:r>
    </w:p>
    <w:p>
      <w:r>
        <w:rPr>
          <w:rFonts w:ascii="Gentium Plus" w:hAnsi="Gentium Plus"/>
          <w:sz w:val="24"/>
        </w:rPr>
        <w:t>Κυρίου, περὶ ὧν εἴρηται, ὅτι Καθήσετε ἐπὶ δώδεκα θρόνους, κρίνοντες τὰς δώδεκα φυλὰς τοῦ Ἰσραήλ.</w:t>
      </w:r>
    </w:p>
    <w:p>
      <w:r>
        <w:rPr>
          <w:rFonts w:ascii="Courier New" w:hAnsi="Courier New"/>
          <w:color w:val="555555"/>
          <w:sz w:val="20"/>
        </w:rPr>
        <w:t>[1 . 57]</w:t>
      </w:r>
    </w:p>
    <w:p>
      <w:r>
        <w:rPr>
          <w:rFonts w:ascii="Gentium Plus" w:hAnsi="Gentium Plus"/>
          <w:sz w:val="24"/>
        </w:rPr>
        <w:t>Καὶ τοὺς συμβούλους σου, ὡς τὸ ἀπαρχῆς. Πάλιν ἐνταῦθα τὸ αὐτεξούσιον αὐτοῖς διασώζων, οὐχὶ τὸν προτάσσοντα, ἀλλὰ τὸν συμβουλεύοντα αὐτοῖς ἔφη παρέ‐ ξεσθαι· Βασιλέως μὲν γὰρ ἴδιον ἐπιτάσσειν τοῖς ἀρχομένοις·</w:t>
      </w:r>
    </w:p>
    <w:p>
      <w:r>
        <w:rPr>
          <w:rFonts w:ascii="Courier New" w:hAnsi="Courier New"/>
          <w:color w:val="555555"/>
          <w:sz w:val="20"/>
        </w:rPr>
        <w:t>[5]</w:t>
      </w:r>
    </w:p>
    <w:p>
      <w:r>
        <w:rPr>
          <w:rFonts w:ascii="Gentium Plus" w:hAnsi="Gentium Plus"/>
          <w:sz w:val="24"/>
        </w:rPr>
        <w:t>συμβούλου δὲ, πείθειν ὑπὲρ τῶν συμφερόντων τοὺς βουλευο‐ μένους. Οὐ γὰρ αὐτάρκης ἕκαστος ἀφ’ ἑαυτοῦ εὑρίσκειν τὸ δέον. Διὰ τοῦτο εὐεργετῶν ὁ Θεὸς συμβούλους, ἀλλ’ οὐχὶ ἐξουσιαστὰς δίδωσιν. —Ὥστε καὶ ἡμῶν ἕκαστος μὴ ὡς ἄρ‐ χοντα ἑαυτὸν, ἀλλ’ ὡς σύμβουλον παρὰ Κυρίου δεδομένον</w:t>
      </w:r>
    </w:p>
    <w:p>
      <w:r>
        <w:rPr>
          <w:rFonts w:ascii="Courier New" w:hAnsi="Courier New"/>
          <w:color w:val="555555"/>
          <w:sz w:val="20"/>
        </w:rPr>
        <w:t>[10]</w:t>
      </w:r>
    </w:p>
    <w:p>
      <w:r>
        <w:rPr>
          <w:rFonts w:ascii="Gentium Plus" w:hAnsi="Gentium Plus"/>
          <w:sz w:val="24"/>
        </w:rPr>
        <w:t>τῷ λαῷ λογιζέσθω. Πάντες οὖν οἱ Προφῆται, οἱ τὰ συμφέ‐ ροντα παραινέσαντες, σύμβουλοι· καὶ πρὸ πάντων Μωϋσῆς. Παραπλησίους οὖν τοῖς ἀπαρχῆς συμβούλοις ἀναστήσειν, εὐεργετῶν τὸν λαὸν, ὁ Κύριος ἐπαγγέλλεται, τοὺς Ἀποστό‐ λους καὶ Εὐαγγελιστὰς, οἷος ἦν ὁ Παῦλος σύμβουλος, ὁ</w:t>
      </w:r>
    </w:p>
    <w:p>
      <w:r>
        <w:rPr>
          <w:rFonts w:ascii="Courier New" w:hAnsi="Courier New"/>
          <w:color w:val="555555"/>
          <w:sz w:val="20"/>
        </w:rPr>
        <w:t>[15]</w:t>
      </w:r>
    </w:p>
    <w:p>
      <w:r>
        <w:rPr>
          <w:rFonts w:ascii="Gentium Plus" w:hAnsi="Gentium Plus"/>
          <w:sz w:val="24"/>
        </w:rPr>
        <w:t>διάκονος τῆς Καινῆς Διαθήκης, λέγων· Γνώμην δὲ δίδωμι, ὡς ἠλεημένος ὑπὸ Κυρίου. Μεγάλη δὲ εὐεργεσία συμβούλου φρονίμου καὶ εὐνοϊκῶς ἔχοντος παρουσία, ἀναπληροῦντος τὸ τῆς συνέσεως ἐλλεῖ‐ πον τῶν βουλευομένων. Ὅσον δὲ ἀπὸ τῆς συμβουλῆς ὄφε‐</w:t>
      </w:r>
    </w:p>
    <w:p>
      <w:r>
        <w:rPr>
          <w:rFonts w:ascii="Courier New" w:hAnsi="Courier New"/>
          <w:color w:val="555555"/>
          <w:sz w:val="20"/>
        </w:rPr>
        <w:t>[20]</w:t>
      </w:r>
    </w:p>
    <w:p>
      <w:r>
        <w:rPr>
          <w:rFonts w:ascii="Gentium Plus" w:hAnsi="Gentium Plus"/>
          <w:sz w:val="24"/>
        </w:rPr>
        <w:t>λος, δείκνυσι μάλιστα Μωϋσῆς, ὁ πάσῃ Αἰγυπτίων σοφίᾳ παιδευθεὶς, ὁ τῷ Θεῷ διαλεγόμενος, ὡς ἂν εἴ τις λα‐ λήσῃ φίλος φίλῳ. Οὗτος ἔλαβε γνώμην παρὰ τοῦ πενθεροῦ αὐτοῦ Ἰοθὼρ, ὥστε καταστῆσαι χιλιάρχους καὶ ἑκατον‐ τάρχους καὶ δεκάρχους ἐπὶ τῷ κρίνειν τὸν λαόν. Καὶ Δα‐</w:t>
      </w:r>
    </w:p>
    <w:p>
      <w:r>
        <w:rPr>
          <w:rFonts w:ascii="Courier New" w:hAnsi="Courier New"/>
          <w:color w:val="555555"/>
          <w:sz w:val="20"/>
        </w:rPr>
        <w:t>[25]</w:t>
      </w:r>
    </w:p>
    <w:p>
      <w:r>
        <w:rPr>
          <w:rFonts w:ascii="Gentium Plus" w:hAnsi="Gentium Plus"/>
          <w:sz w:val="24"/>
        </w:rPr>
        <w:t>βὶδ δὲ συμβούλῳ ἐχρήσατο τῷ Χουσὶ, δι’ οὗ διεσκέδασε στρατηγικὴν γνώμην τοῦ Ἀχιτόφελ. —Καὶ ὅλως ἱερόν τι πρᾶγμα ἡ συμβουλὴ, γνώμης ἕνωσις, ἀγάπης καρπὸς, τα‐ πεινοφροσύνης ἀπόδειξις. Ἀλαζονεία γὰρ δεινὴ, τὸ μη‐ δενὸς οἴεσθαι χρῄζειν, ἀλλ’ ἑαυτῷ προσέχειν, ὡς μόνῳ τὰ</w:t>
      </w:r>
    </w:p>
    <w:p>
      <w:r>
        <w:rPr>
          <w:rFonts w:ascii="Courier New" w:hAnsi="Courier New"/>
          <w:color w:val="555555"/>
          <w:sz w:val="20"/>
        </w:rPr>
        <w:t>[30]</w:t>
      </w:r>
    </w:p>
    <w:p>
      <w:r>
        <w:rPr>
          <w:rFonts w:ascii="Gentium Plus" w:hAnsi="Gentium Plus"/>
          <w:sz w:val="24"/>
        </w:rPr>
        <w:t>κράτιστα βουλεύσασθαι δυναμένῳ. —Ἡμεῖς δὲ ὀκνοῦμεν ἑαυ‐ τοὺς ἐπιδοῦναι τοῖς τὰ δέοντα εἰσηγουμένοις, καὶ αἰσχυ‐</w:t>
      </w:r>
    </w:p>
    <w:p>
      <w:r>
        <w:rPr>
          <w:rFonts w:ascii="Courier New" w:hAnsi="Courier New"/>
          <w:color w:val="555555"/>
          <w:sz w:val="20"/>
        </w:rPr>
        <w:t>[35]</w:t>
      </w:r>
    </w:p>
    <w:p>
      <w:r>
        <w:rPr>
          <w:rFonts w:ascii="Gentium Plus" w:hAnsi="Gentium Plus"/>
          <w:sz w:val="24"/>
        </w:rPr>
        <w:t>προσοχῆς ἀνιχνεῦσαι τὸ δέον.</w:t>
      </w:r>
    </w:p>
    <w:p>
      <w:r>
        <w:rPr>
          <w:rFonts w:ascii="Courier New" w:hAnsi="Courier New"/>
          <w:color w:val="555555"/>
          <w:sz w:val="20"/>
        </w:rPr>
        <w:t>[1 . 58]</w:t>
      </w:r>
    </w:p>
    <w:p>
      <w:r>
        <w:rPr>
          <w:rFonts w:ascii="Gentium Plus" w:hAnsi="Gentium Plus"/>
          <w:sz w:val="24"/>
        </w:rPr>
        <w:t>Καὶ μετὰ ταῦτα κληθήσῃ πόλις δικαιοσύνης, μητρό‐ πολις, πιστὴ Σιών. Ἔδειξεν εἰς ποῖον καταλήγουσι τέλος αἱ κατὰ μέρος εὐερ‐ γεσίαι. Ἀντὶ γὰρ τοῦ τῶν φονευτῶν εἶναι πόλιν, πόλις δι‐</w:t>
      </w:r>
    </w:p>
    <w:p>
      <w:r>
        <w:rPr>
          <w:rFonts w:ascii="Courier New" w:hAnsi="Courier New"/>
          <w:color w:val="555555"/>
          <w:sz w:val="20"/>
        </w:rPr>
        <w:t>[5]</w:t>
      </w:r>
    </w:p>
    <w:p>
      <w:r>
        <w:rPr>
          <w:rFonts w:ascii="Gentium Plus" w:hAnsi="Gentium Plus"/>
          <w:sz w:val="24"/>
        </w:rPr>
        <w:t>καιοσύνης· καὶ ἀντὶ τοῦ πόρνη πόλις, μητρόπολις, τουτέστι καὶ ἄλλαις καθηγουμένη πρὸς σωφροσύνην. Καὶ πάλιν πι‐ στὴ, ὅπερ ἦν πρὸ τοῦ βεβηλῶσθαι ἐκ τῆς πορνείας. —Ἡ οὖν τοῖς πρέπουσιν ἑαυτῇ κόσμοις κεκοσμημένη, συμβού‐ λοις τε καὶ κριταῖς, ἡ ἐν Χριστῷ Ἐκκλησία, μητρόπολις</w:t>
      </w:r>
    </w:p>
    <w:p>
      <w:r>
        <w:rPr>
          <w:rFonts w:ascii="Courier New" w:hAnsi="Courier New"/>
          <w:color w:val="555555"/>
          <w:sz w:val="20"/>
        </w:rPr>
        <w:t>[10]</w:t>
      </w:r>
    </w:p>
    <w:p>
      <w:r>
        <w:rPr>
          <w:rFonts w:ascii="Gentium Plus" w:hAnsi="Gentium Plus"/>
          <w:sz w:val="24"/>
        </w:rPr>
        <w:t>ἂν χρηματίζοι, οἷον ἀποικίας τινὰς τοῦ κατὰ Θεὸν βίου παρ’ ἑαυτῆς ἀποστέλλουσα. Μετὰ γὰρ κρίματος σωθήσεται ἡ αἰχμαλωσία αὐτῆς, καὶ μετὰ ἐλεημοσύνης. Οὐδὲν ἐν τοῖς ἄνω περὶ πολεμίων αἰσθη‐ τῶν, οὐδὲ περὶ αἰχμαλώτων εἰπών, τὴν ἀποκατάστασιν αὐτῆς</w:t>
      </w:r>
    </w:p>
    <w:p>
      <w:r>
        <w:rPr>
          <w:rFonts w:ascii="Courier New" w:hAnsi="Courier New"/>
          <w:color w:val="555555"/>
          <w:sz w:val="20"/>
        </w:rPr>
        <w:t>[15]</w:t>
      </w:r>
    </w:p>
    <w:p>
      <w:r>
        <w:rPr>
          <w:rFonts w:ascii="Gentium Plus" w:hAnsi="Gentium Plus"/>
          <w:sz w:val="24"/>
        </w:rPr>
        <w:t>αἰχμαλωσίας ἄφεσιν λέγων, ὑποβάλλει ἡμῖν νοεῖν, ὡς ἑκάστου ἡμῶν ὑπὸ ἁμαρτίαν γινομένου, ὅταν κατακυριευθῶμεν ὑπὸ τοῦ ἐχθροῦ, οἱονεὶ δέσμιοι τῆς ἁμαρτίας γινόμενοι, καὶ ἀπα‐ γόμενοι ὑπὸ τοῦ πονηροῦ εἰς τὸ παραστῆσαι τὰ μέλη ἡμῶν δοῦλα τῇ ἀνομίᾳ εἰς τὴν ἀνομίαν. Διὰ τοῦτο κριταὶ σώ‐</w:t>
      </w:r>
    </w:p>
    <w:p>
      <w:r>
        <w:rPr>
          <w:rFonts w:ascii="Courier New" w:hAnsi="Courier New"/>
          <w:color w:val="555555"/>
          <w:sz w:val="20"/>
        </w:rPr>
        <w:t>[20]</w:t>
      </w:r>
    </w:p>
    <w:p>
      <w:r>
        <w:rPr>
          <w:rFonts w:ascii="Gentium Plus" w:hAnsi="Gentium Plus"/>
          <w:sz w:val="24"/>
        </w:rPr>
        <w:t>ζοντες, ὡς Βαρὰκ καὶ Σαμψὼν καὶ Γεδεὼν καὶ Ἰεφθάε,</w:t>
      </w:r>
    </w:p>
    <w:p>
      <w:r>
        <w:rPr>
          <w:rFonts w:ascii="Courier New" w:hAnsi="Courier New"/>
          <w:color w:val="555555"/>
          <w:sz w:val="20"/>
        </w:rPr>
        <w:t>[25]</w:t>
      </w:r>
    </w:p>
    <w:p>
      <w:r>
        <w:rPr>
          <w:rFonts w:ascii="Gentium Plus" w:hAnsi="Gentium Plus"/>
          <w:sz w:val="24"/>
        </w:rPr>
        <w:t>ητασμένως. Εἶτα ἐπειδὴ ἐὰν ἀνομίας παρατηρήσῃ, οὐδεὶς ὑποστήσεται, συνῆψε τὴν ἐλεημοσύνην τῷ κρίματι, ἵνα τὸ τῆς κρίσεως ἀκριβὲς πραϋνθῇ τῇ ἐπικράσει τῇ τοῦ ἐλέους. Διὰ μὲν οὖν τὸ κρίμα παρεδόθη τῇ αἰχμαλωσίᾳ, διὰ δὲ τὸν ἔλεον ἀνεκλήθη.</w:t>
      </w:r>
    </w:p>
    <w:p>
      <w:r>
        <w:rPr>
          <w:rFonts w:ascii="Courier New" w:hAnsi="Courier New"/>
          <w:color w:val="555555"/>
          <w:sz w:val="20"/>
        </w:rPr>
        <w:t>[1 . 59]</w:t>
      </w:r>
    </w:p>
    <w:p>
      <w:r>
        <w:rPr>
          <w:rFonts w:ascii="Gentium Plus" w:hAnsi="Gentium Plus"/>
          <w:sz w:val="24"/>
        </w:rPr>
        <w:t>Καὶ συντριβήσονται οἱ ἄνομοι καὶ οἱ ἁμαρτωλοὶ ἅμα. Μετὰ τὸ τοὺς ἀξίους τῆς ἀποκαταστάσεως ἐπὶ τὰ ἐξ ἀρχῆς μετὰ κρίματος σωθῆναι καὶ μετὰ ἐλέους, οἱ πάντη ἄνομοι καὶ οἱ ἐπιμένοντες τῇ ἁμαρτίᾳ, Συντριβήσονται ἅμα· οἱ</w:t>
      </w:r>
    </w:p>
    <w:p>
      <w:r>
        <w:rPr>
          <w:rFonts w:ascii="Courier New" w:hAnsi="Courier New"/>
          <w:color w:val="555555"/>
          <w:sz w:val="20"/>
        </w:rPr>
        <w:t>[5]</w:t>
      </w:r>
    </w:p>
    <w:p>
      <w:r>
        <w:rPr>
          <w:rFonts w:ascii="Gentium Plus" w:hAnsi="Gentium Plus"/>
          <w:sz w:val="24"/>
        </w:rPr>
        <w:t>μὲν, ὅτι Ἐματαιώθησαν ἐν τοῖς διαλογισμοῖς αὐτῶν· οἱ δὲ, ὅτι διὰ τῆς παραβάσεως τοῦ νόμου τὸν Θεὸν ἀτιμάζουσιν. Εἰσὶ δὲ ἄνομοι μὲν, οἱ παντελῶς ἀνήκοοι τῶν θείων νόμων, ἢ ἀποστατήσαντες αὐτῶν, ἢ μηδὲ τὴν ἀρχὴν προσελθόντες· ἁμαρτωλοὶ δὲ, οἱ ἑκουσίως ἁμαρτάνοντες μετὰ τὸ λαβεῖν</w:t>
      </w:r>
    </w:p>
    <w:p>
      <w:r>
        <w:rPr>
          <w:rFonts w:ascii="Courier New" w:hAnsi="Courier New"/>
          <w:color w:val="555555"/>
          <w:sz w:val="20"/>
        </w:rPr>
        <w:t>[10]</w:t>
      </w:r>
    </w:p>
    <w:p>
      <w:r>
        <w:rPr>
          <w:rFonts w:ascii="Gentium Plus" w:hAnsi="Gentium Plus"/>
          <w:sz w:val="24"/>
        </w:rPr>
        <w:t>τὴν ἐπίγνωσιν τῆς ἀληθείας. Τάχα δὲ καὶ οὓς εὐεργετεῖ ὁ Θεὸς, βουλόμενος αὐτοὺς ἐν καινότητι ζωῆς περιπατῆσαι, συντρίβει αὐτῶν τὸν παλαιὸν</w:t>
      </w:r>
    </w:p>
    <w:p>
      <w:r>
        <w:rPr>
          <w:rFonts w:ascii="Courier New" w:hAnsi="Courier New"/>
          <w:color w:val="555555"/>
          <w:sz w:val="20"/>
        </w:rPr>
        <w:t>[15]</w:t>
      </w:r>
    </w:p>
    <w:p>
      <w:r>
        <w:rPr>
          <w:rFonts w:ascii="Gentium Plus" w:hAnsi="Gentium Plus"/>
          <w:sz w:val="24"/>
        </w:rPr>
        <w:t>τὴν ἁμαρτίαν, ἵνα τὸ εὐθὲς ἐγκαινισθῇ τοῖς ἐγκάτοις. Καὶ συντρίβεται ὁ βραχίων τοῦ ἁμαρτωλοῦ, τουτέστιν ἡ πρακτικὴ τῆς ἁμαρτίας δύναμις, ἵνα ζητηθῇ ἡ ἁμαρτία αὐτοῦ, καὶ οὐ μὴ εὑρεθῇ. Τοιοῦτόν ἐστι καὶ τὸ Ἐγὼ ἀποκτενῶ καὶ ζῇν ποιήσω· πατάξω, κἀγὼ ἰάσομαι. Ἀποκτενεῖ γὰρ τὸν κα‐</w:t>
      </w:r>
    </w:p>
    <w:p>
      <w:r>
        <w:rPr>
          <w:rFonts w:ascii="Courier New" w:hAnsi="Courier New"/>
          <w:color w:val="555555"/>
          <w:sz w:val="20"/>
        </w:rPr>
        <w:t>[20]</w:t>
      </w:r>
    </w:p>
    <w:p>
      <w:r>
        <w:rPr>
          <w:rFonts w:ascii="Gentium Plus" w:hAnsi="Gentium Plus"/>
          <w:sz w:val="24"/>
        </w:rPr>
        <w:t>κῶς ζῶντα, ἵνα μετὰ τὴν κάθαρσιν τῆς χείρονος ζωῆς, τὴν καινὴν αὐτῷ χαρίσηται.</w:t>
      </w:r>
    </w:p>
    <w:p>
      <w:r>
        <w:rPr>
          <w:rFonts w:ascii="Courier New" w:hAnsi="Courier New"/>
          <w:color w:val="555555"/>
          <w:sz w:val="20"/>
        </w:rPr>
        <w:t>[1 . 60]</w:t>
      </w:r>
    </w:p>
    <w:p>
      <w:r>
        <w:rPr>
          <w:rFonts w:ascii="Gentium Plus" w:hAnsi="Gentium Plus"/>
          <w:sz w:val="24"/>
        </w:rPr>
        <w:t>Διὰ τοῦτο Συντριβήσονται οἱ ἄνομοι καὶ οἱ ἁμαρ‐ τωλοὶ ἅμα, ἵνα παύσωνται ἀνυπότακτοι εἶναι καὶ παρα‐ κούοντες. Καὶ οἱ ἐγκαταλιπόντες τὸν Κύριον συντελεσθή‐ σονται, οἱονεὶ οὐκέτι ἡ τοῦ ἐγκαταλείπειν τὸν Κύριον</w:t>
      </w:r>
    </w:p>
    <w:p>
      <w:r>
        <w:rPr>
          <w:rFonts w:ascii="Courier New" w:hAnsi="Courier New"/>
          <w:color w:val="555555"/>
          <w:sz w:val="20"/>
        </w:rPr>
        <w:t>[5]</w:t>
      </w:r>
    </w:p>
    <w:p>
      <w:r>
        <w:rPr>
          <w:rFonts w:ascii="Gentium Plus" w:hAnsi="Gentium Plus"/>
          <w:sz w:val="24"/>
        </w:rPr>
        <w:t>ἁμαρτία ἐνεργηθήσεται. Τοιοῦτόν ἐστι καὶ τὸ παρὰ τῷ Ψαλμῷ· Συντελεσθήτω δὴ πονηρία ἁμαρτωλῶν. Ὥσπερ ἂν εἴ τις ἰατρὸν παρακαλοίη συντελεσθῆναι τὴν νόσον τῶν ἀῤῥωστούντων, ἢ τὴν νομὴν τῆς σήψεως κωλυθῆναι διὰ τῆς τέχνης. —Οὐ πάντως δὲ ἡ συντέλεια τοῦ παντελοῦς ἀφανι‐</w:t>
      </w:r>
    </w:p>
    <w:p>
      <w:r>
        <w:rPr>
          <w:rFonts w:ascii="Courier New" w:hAnsi="Courier New"/>
          <w:color w:val="555555"/>
          <w:sz w:val="20"/>
        </w:rPr>
        <w:t>[10]</w:t>
      </w:r>
    </w:p>
    <w:p>
      <w:r>
        <w:rPr>
          <w:rFonts w:ascii="Gentium Plus" w:hAnsi="Gentium Plus"/>
          <w:sz w:val="24"/>
        </w:rPr>
        <w:t>σμοῦ ἐστι σημαντική, ἀλλὰ τῆς κατὰ τόδε ἐνεργείας τῶν ἐνεργούντων κωλυτική. Καὶ γὰρ ὁ Παῦλος, περὶ τοῦ υἱοῦ τῆς ἀπωλείας προφητεύων Θεσσαλονικεῦσιν, ἔφη· Ὃν ὁ Κύριος Ἰησοῦς ἀναλώσει πνεύματι τοῦ στόματος αὐτοῦ καὶ καταργήσει τῇ ἐπιφανείᾳ τῆς παρουσίας αὐτοῦ. Εἰ γὰρ</w:t>
      </w:r>
    </w:p>
    <w:p>
      <w:r>
        <w:rPr>
          <w:rFonts w:ascii="Courier New" w:hAnsi="Courier New"/>
          <w:color w:val="555555"/>
          <w:sz w:val="20"/>
        </w:rPr>
        <w:t>[15]</w:t>
      </w:r>
    </w:p>
    <w:p>
      <w:r>
        <w:rPr>
          <w:rFonts w:ascii="Gentium Plus" w:hAnsi="Gentium Plus"/>
          <w:sz w:val="24"/>
        </w:rPr>
        <w:t>ἡ ἀνάλωσις παντελής ἐστιν ἀφανισμὸς, πῶς ὁ μηκέτι ὢν καταργεῖται; Ἀλλὰ δηλονότι τὸ ἐν τῷ ἀνόμῳ ψεῦδος τῷ πνεύματι τοῦ στόματος τῆς ἀληθείας ἐξαφανίζεται καὶ</w:t>
      </w:r>
    </w:p>
    <w:p>
      <w:r>
        <w:rPr>
          <w:rFonts w:ascii="Courier New" w:hAnsi="Courier New"/>
          <w:color w:val="555555"/>
          <w:sz w:val="20"/>
        </w:rPr>
        <w:t>[20]</w:t>
      </w:r>
    </w:p>
    <w:p>
      <w:r>
        <w:rPr>
          <w:rFonts w:ascii="Gentium Plus" w:hAnsi="Gentium Plus"/>
          <w:sz w:val="24"/>
        </w:rPr>
        <w:t>ται, οὐκ αὐταὶ αἱ οὐσίαι, αἷς συμβεβήκασιν, ὡς ἐν τῷ Καὶ ὁδὸν ἁμαρτωλῶν ἀφανιεῖ· καὶ Ὁδὸς ἀσεβῶν ἀπολεῖται.</w:t>
      </w:r>
    </w:p>
    <w:p>
      <w:r>
        <w:rPr>
          <w:rFonts w:ascii="Courier New" w:hAnsi="Courier New"/>
          <w:color w:val="555555"/>
          <w:sz w:val="20"/>
        </w:rPr>
        <w:t>[1 . 61]</w:t>
      </w:r>
    </w:p>
    <w:p>
      <w:r>
        <w:rPr>
          <w:rFonts w:ascii="Gentium Plus" w:hAnsi="Gentium Plus"/>
          <w:sz w:val="24"/>
        </w:rPr>
        <w:t>Διότι αἰσχυνθήσονται ἀπὸ τῶν εἰδώλων αὐτῶν, ἃ αὐτοὶ ἠβούλοντο. Εὐεργεσία μεγάλη, καὶ τὸ αἰσχυνθῆναι ἐπὶ πράγματι, ᾧ πρὸ τούτου ἐπηγάλλετο, ὑπὸ ἀναισθησίας τὸ ἐν αὐτῷ</w:t>
      </w:r>
    </w:p>
    <w:p>
      <w:r>
        <w:rPr>
          <w:rFonts w:ascii="Courier New" w:hAnsi="Courier New"/>
          <w:color w:val="555555"/>
          <w:sz w:val="20"/>
        </w:rPr>
        <w:t>[5]</w:t>
      </w:r>
    </w:p>
    <w:p>
      <w:r>
        <w:rPr>
          <w:rFonts w:ascii="Gentium Plus" w:hAnsi="Gentium Plus"/>
          <w:sz w:val="24"/>
        </w:rPr>
        <w:t>αἰσχρὸν συνιδεῖν μὴ δυνάμενος, ἀλλὰ τὴν δόξαν ἔχων ἐν τῇ αἰσχύνῃ αὐτοῦ. Τὸ οὖν αἰσχύνεσθαι ἀπὸ τῶν εἰδώλων ἐπ’ ἀγαθῷ τῶν αἰσχυνομένων ἐνεργεῖται. Ὅπερ οὐκ ἄλλως γίνεται, ἢ εἰς ἔννοιαν ἐλθόντων τοῦ ἀληθινοῦ Θεοῦ τῶν τέως εἰδωλολατρούντων. Τότε γὰρ ἐγκαλύπτεται, εἰς συναίσθη‐</w:t>
      </w:r>
    </w:p>
    <w:p>
      <w:r>
        <w:rPr>
          <w:rFonts w:ascii="Courier New" w:hAnsi="Courier New"/>
          <w:color w:val="555555"/>
          <w:sz w:val="20"/>
        </w:rPr>
        <w:t>[10]</w:t>
      </w:r>
    </w:p>
    <w:p>
      <w:r>
        <w:rPr>
          <w:rFonts w:ascii="Gentium Plus" w:hAnsi="Gentium Plus"/>
          <w:sz w:val="24"/>
        </w:rPr>
        <w:t>σιν ἐλθὼν τοῦ ἀτόπου, ὁ τοῖς ἀψύχοις, ὡς δύναμιν εἰς τὸ σώ‐ ζειν ἔχουσι προσευχόμενος. —Καὶ πᾶς δὲ ὁ φιλήδονος, ᾧπερ ἂν ᾖ δεδουλωμένος τῶν ἀπηγορευμένων, τοῦτο θεοποιήσας, οἷον εἴδωλόν τι ἔχει ἐν ναῷ βεβήλῳ, τῇ ἑαυτοῦ καρδίᾳ, καθ‐ ιδρυμένον, ἀεὶ συνὼν αὐτῷ διὰ τῆς φαντασίας καὶ τὰς</w:t>
      </w:r>
    </w:p>
    <w:p>
      <w:r>
        <w:rPr>
          <w:rFonts w:ascii="Courier New" w:hAnsi="Courier New"/>
          <w:color w:val="555555"/>
          <w:sz w:val="20"/>
        </w:rPr>
        <w:t>[15]</w:t>
      </w:r>
    </w:p>
    <w:p>
      <w:r>
        <w:rPr>
          <w:rFonts w:ascii="Gentium Plus" w:hAnsi="Gentium Plus"/>
          <w:sz w:val="24"/>
        </w:rPr>
        <w:t>εἰκόνας τοῦ ἐπιθυμητοῦ ἐν ἑαυτῷ περιφέρων. Οἷον ὁ φιλόπλουτος, ὅπου ὁ θησαυρὸς αὐτοῦ, ἐκεῖ ἔχων τὴν καρδίαν, τῷ ἐκ τῆς πλεονεξίας εἰδώλῳ λατρεύει. Ὁ γαστρί‐ μαργος ταῖς ἐν βρώμασιν ἐπιθυμίαις δεδουλωμένος, θεὸν ἔχει</w:t>
      </w:r>
    </w:p>
    <w:p>
      <w:r>
        <w:rPr>
          <w:rFonts w:ascii="Courier New" w:hAnsi="Courier New"/>
          <w:color w:val="555555"/>
          <w:sz w:val="20"/>
        </w:rPr>
        <w:t>[20]</w:t>
      </w:r>
    </w:p>
    <w:p>
      <w:r>
        <w:rPr>
          <w:rFonts w:ascii="Gentium Plus" w:hAnsi="Gentium Plus"/>
          <w:sz w:val="24"/>
        </w:rPr>
        <w:t>γλυπτὸν ἢ χωνευτὸν, βδέλυγμα Κυρίῳ. Μακάριοι δὲ οἱ κατὰ τὴν συμβουλὴν Ἰακὼβ περιαιροῦντες ἑαυτῶν θεοὺς ἀλλο‐ τρίους, καὶ ἀλλάσσοντες στολὰς, ἀναβαίνοντες εἰς Βαιθήλ, τουτέστιν εἰς οἶκον Θεοῦ, τοῦ ποιῆσαι ἐκεῖ θυσιαστήριον τῷ Θεῷ. —Ἀποθώμεθα οὖν τὰ ἀλλότρια τοῦ Θεοῦ εἴδωλα</w:t>
      </w:r>
    </w:p>
    <w:p>
      <w:r>
        <w:rPr>
          <w:rFonts w:ascii="Courier New" w:hAnsi="Courier New"/>
          <w:color w:val="555555"/>
          <w:sz w:val="20"/>
        </w:rPr>
        <w:t>[25]</w:t>
      </w:r>
    </w:p>
    <w:p>
      <w:r>
        <w:rPr>
          <w:rFonts w:ascii="Gentium Plus" w:hAnsi="Gentium Plus"/>
          <w:sz w:val="24"/>
        </w:rPr>
        <w:t>καὶ ἀλλάξωμεν τὰς στολὰς, ἐκδυσάμενοι τὸν παλαιὸν ἄν‐ θρωπον· καὶ ἔτι πρότερον τὰ ἐνώτια τὰ ἐν τοῖς ὠσὶν ἡμῶν ἀποθώμεθα, τουτέστι τὰ παλαιὰ διδάγματα, οἷς ἐκαλλωπι‐ ζόμεθα. Ταῦτα διὰ τὸ Αἰσχυνθήσονται ἀπὸ τῶν εἰδώλων αὐτῶν, ἃ αὐτοὶ ἐβούλοντο. Οὐδὲ γὰρ μὴ βουλόμενός τις</w:t>
      </w:r>
    </w:p>
    <w:p>
      <w:r>
        <w:rPr>
          <w:rFonts w:ascii="Courier New" w:hAnsi="Courier New"/>
          <w:color w:val="555555"/>
          <w:sz w:val="20"/>
        </w:rPr>
        <w:t>[30]</w:t>
      </w:r>
    </w:p>
    <w:p>
      <w:r>
        <w:rPr>
          <w:rFonts w:ascii="Gentium Plus" w:hAnsi="Gentium Plus"/>
          <w:sz w:val="24"/>
        </w:rPr>
        <w:t>ἔχει τὰ εἴδωλα τὰ προαποδεδομένα ἡμῖν· διότι ἐπιθυμήσαν‐ τες τῶν παθῶν, οὕτω θεοποιοῦμεν αὐτά.</w:t>
      </w:r>
    </w:p>
    <w:p>
      <w:r>
        <w:rPr>
          <w:rFonts w:ascii="Courier New" w:hAnsi="Courier New"/>
          <w:color w:val="555555"/>
          <w:sz w:val="20"/>
        </w:rPr>
        <w:t>[1 . 62]</w:t>
      </w:r>
    </w:p>
    <w:p>
      <w:r>
        <w:rPr>
          <w:rFonts w:ascii="Gentium Plus" w:hAnsi="Gentium Plus"/>
          <w:sz w:val="24"/>
        </w:rPr>
        <w:t>Καὶ ἐπῃσχύνθησαν ἐπὶ τοῖς κήποις αὐτῶν, ἃ ἐπεθύ‐ μησαν. Ἐπαμφότερα παραληφθεῖσαν τοῦ κήπου τὴν προσηγο‐ ρίαν εὑρίσκομεν, ὡς ἐν μὲν τῇ Γενέσει κατὰ τὸν Ἀκύλαν·</w:t>
      </w:r>
    </w:p>
    <w:p>
      <w:r>
        <w:rPr>
          <w:rFonts w:ascii="Courier New" w:hAnsi="Courier New"/>
          <w:color w:val="555555"/>
          <w:sz w:val="20"/>
        </w:rPr>
        <w:t>[5]</w:t>
      </w:r>
    </w:p>
    <w:p>
      <w:r>
        <w:rPr>
          <w:rFonts w:ascii="Gentium Plus" w:hAnsi="Gentium Plus"/>
          <w:sz w:val="24"/>
        </w:rPr>
        <w:t>Καὶ ἐφύτευσε Κύριος ὁ Θεὸς κῆπον ἐν Ἐδέμ. Πάλιν δὲ ἡ γῆ Αἰγύπτου διαβαλλομένη κῆπος εἴρηται λαχανίας. Πάλιν ψεκτὴ μνήμη κήπου· ἡνίκα Ἀχαὰβ ἐπεθύμει τὸν κλῆρον Ναβουθαὶ τοῦ Ἰεζραηλίτου κῆπον λαχάνων ποιῆσαι. Ἐπαι‐ νετῶς δὲ μέμνηται ὁ Ἐκκλησιαστὴς λέγων· Ἐποίησά μοι</w:t>
      </w:r>
    </w:p>
    <w:p>
      <w:r>
        <w:rPr>
          <w:rFonts w:ascii="Courier New" w:hAnsi="Courier New"/>
          <w:color w:val="555555"/>
          <w:sz w:val="20"/>
        </w:rPr>
        <w:t>[10]</w:t>
      </w:r>
    </w:p>
    <w:p>
      <w:r>
        <w:rPr>
          <w:rFonts w:ascii="Gentium Plus" w:hAnsi="Gentium Plus"/>
          <w:sz w:val="24"/>
        </w:rPr>
        <w:t>κήπους καὶ παραδείσους. Ηὐλόγηται δὲ ὁ κῆπος, ἐν ᾧ τὸ μνῆμα, τὴν πρόσκαιρον τοῦ θανάτου οἰκονομίαν ὑποδεξάμε‐</w:t>
      </w:r>
    </w:p>
    <w:p>
      <w:r>
        <w:rPr>
          <w:rFonts w:ascii="Courier New" w:hAnsi="Courier New"/>
          <w:color w:val="555555"/>
          <w:sz w:val="20"/>
        </w:rPr>
        <w:t>[15]</w:t>
      </w:r>
    </w:p>
    <w:p>
      <w:r>
        <w:rPr>
          <w:rFonts w:ascii="Gentium Plus" w:hAnsi="Gentium Plus"/>
          <w:sz w:val="24"/>
        </w:rPr>
        <w:t>ἠπατημένων περιφυτευόμενα, ἅπερ χρὴ νοεῖσθαι τὰς πεπλα‐ νημένας ἐπιτηδεύσεις καὶ τοὺς ἔξωθεν σχηματισμοὺς, οἷς τὰ πάθη ἡμῶν ἐπισκιάζομεν. Οἷον εἴ τις ἐν ἡδοναῖς καλιν‐ δούμενος, σεμνότητα σχηματίζοιτο· καὶ εἴ τις δεδουλω‐ μένος χρήμασι, μεγαλόψυχος εἶναι δοκεῖν ἐπιτηδεύοι· οἷς</w:t>
      </w:r>
    </w:p>
    <w:p>
      <w:r>
        <w:rPr>
          <w:rFonts w:ascii="Courier New" w:hAnsi="Courier New"/>
          <w:color w:val="555555"/>
          <w:sz w:val="20"/>
        </w:rPr>
        <w:t>[20]</w:t>
      </w:r>
    </w:p>
    <w:p>
      <w:r>
        <w:rPr>
          <w:rFonts w:ascii="Gentium Plus" w:hAnsi="Gentium Plus"/>
          <w:sz w:val="24"/>
        </w:rPr>
        <w:t>ἐπαισχυνθήσονται οἱ ἐπιθυμήσαντες, ὅταν αἱ βουλαὶ τῶν καρδιῶν ἡμῶν ἀποκαλύπτωνται.</w:t>
      </w:r>
    </w:p>
    <w:p>
      <w:r>
        <w:rPr>
          <w:rFonts w:ascii="Courier New" w:hAnsi="Courier New"/>
          <w:color w:val="555555"/>
          <w:sz w:val="20"/>
        </w:rPr>
        <w:t>[1 . 63]</w:t>
      </w:r>
    </w:p>
    <w:p>
      <w:r>
        <w:rPr>
          <w:rFonts w:ascii="Gentium Plus" w:hAnsi="Gentium Plus"/>
          <w:sz w:val="24"/>
        </w:rPr>
        <w:t>Ἔσονται γὰρ ὡς τερέβινθος ἀποβεβληκυῖα τὰ φύλλα, καὶ ὡς παράδεισος ὕδωρ μὴ ἔχων. Ὡς μὲν πρὸς τὸ ῥητὸν, δοκεῖ τῶν κήπων λέγειν τῶν ἐπιθυ‐ μητῶν τοῖς εἰδωλολατροῦσιν, ὅτι ἀτερπέστεροι ἔσονται τερε‐</w:t>
      </w:r>
    </w:p>
    <w:p>
      <w:r>
        <w:rPr>
          <w:rFonts w:ascii="Courier New" w:hAnsi="Courier New"/>
          <w:color w:val="555555"/>
          <w:sz w:val="20"/>
        </w:rPr>
        <w:t>[5]</w:t>
      </w:r>
    </w:p>
    <w:p>
      <w:r>
        <w:rPr>
          <w:rFonts w:ascii="Gentium Plus" w:hAnsi="Gentium Plus"/>
          <w:sz w:val="24"/>
        </w:rPr>
        <w:t>βίνθου γυμνωθείσης καὶ παραδείσου ἀποξηρανθέντος ὑπὸ ἀνυ‐ δρίας. —Ὡς δὲ πρὸς τὸν ἠθικὸν νοῦν, ὅτι οἱ τῷ ἔξωθεν σχη‐ ματισμῷ τὴν παρὰ τῶν ἀνθρώπων δόξαν θηρώμενοι, μετὰ τὴν φανέρωσιν τῶν κρυπτῶν, ὅταν γένηται πάντα γυμνὰ καὶ τε‐ τραχηλισμένα καὶ μηκέτι ᾖ μηδεμία κτίσις ἀφανὴς, ἀωρότερον</w:t>
      </w:r>
    </w:p>
    <w:p>
      <w:r>
        <w:rPr>
          <w:rFonts w:ascii="Courier New" w:hAnsi="Courier New"/>
          <w:color w:val="555555"/>
          <w:sz w:val="20"/>
        </w:rPr>
        <w:t>[10]</w:t>
      </w:r>
    </w:p>
    <w:p>
      <w:r>
        <w:rPr>
          <w:rFonts w:ascii="Gentium Plus" w:hAnsi="Gentium Plus"/>
          <w:sz w:val="24"/>
        </w:rPr>
        <w:t>ἔσονται θέαμα, τῆς νῦν περὶ αὐτοὺς ἀπάτης ἀφανισθείσης, ὥστε δρυῒ τὸ κατ’ αὐτοὺς παρεικάζεσθαι. Οὕτω γὰρ οἱ ἄλλοι</w:t>
      </w:r>
    </w:p>
    <w:p>
      <w:r>
        <w:rPr>
          <w:rFonts w:ascii="Courier New" w:hAnsi="Courier New"/>
          <w:color w:val="555555"/>
          <w:sz w:val="20"/>
        </w:rPr>
        <w:t>[15]</w:t>
      </w:r>
    </w:p>
    <w:p>
      <w:r>
        <w:rPr>
          <w:rFonts w:ascii="Gentium Plus" w:hAnsi="Gentium Plus"/>
          <w:sz w:val="24"/>
        </w:rPr>
        <w:t>τῶν φύλλων τέως καλυπτόμενα προδεικνύσῃ. Πυκνοτέρᾳ γὰρ τῇ κόμῃ τῶν φύλλων κεκόσμηται, καὶ τῇ ἐκ τούτων εὐχροίᾳ τὸ τραχὺ τῶν κλάδων αὐτῆς συσκιάζεται. Καὶ ταύ‐ της οὖν ἔσονται (φησὶν) ἀτερπέστεροι, μετὰ τῶν βεβιωμέ‐ νων τὸν ἔλεγχον.</w:t>
      </w:r>
    </w:p>
    <w:p>
      <w:r>
        <w:rPr>
          <w:rFonts w:ascii="Courier New" w:hAnsi="Courier New"/>
          <w:color w:val="555555"/>
          <w:sz w:val="20"/>
        </w:rPr>
        <w:t>[20]</w:t>
      </w:r>
    </w:p>
    <w:p>
      <w:r>
        <w:rPr>
          <w:rFonts w:ascii="Gentium Plus" w:hAnsi="Gentium Plus"/>
          <w:sz w:val="24"/>
        </w:rPr>
        <w:t>Καὶ ὡς παράδεισος δὲ, ὕδωρ μὴ ἔχων. Τοιοῦτος δ’ ἂν εἴη καὶ ὁ Ἰσραὴλ, φύλλα μὲν ἔχων παραπλησίως δρυῒ, τὴν ἐκ τοῦ νόμου σκιὰν, ἣν ἀπέβαλεν ἀφ’ ἑαυτοῦ ἐν τῷ πληρώματι τῶν καιρῶν. Καὶ ὡς παράδεισος πεφυτευμέ‐ νος παρὰ Κυρίου, διὰ τὴν ἐξ ἀρχῆς κτίσιν, ἀποξηραν‐</w:t>
      </w:r>
    </w:p>
    <w:p>
      <w:r>
        <w:rPr>
          <w:rFonts w:ascii="Courier New" w:hAnsi="Courier New"/>
          <w:color w:val="555555"/>
          <w:sz w:val="20"/>
        </w:rPr>
        <w:t>[25]</w:t>
      </w:r>
    </w:p>
    <w:p>
      <w:r>
        <w:rPr>
          <w:rFonts w:ascii="Gentium Plus" w:hAnsi="Gentium Plus"/>
          <w:sz w:val="24"/>
        </w:rPr>
        <w:t>θεὶς δὲ, διὰ τὸ ἀπολωλεκέναι τὸ ἐν τοῖς δόγμασι ζωτικόν. Φιλοτιμητέον τοίνυν πιστεύειν ἀληθινῶς εἰς Χριστὸν, ἵνα ποταμοὶ πνευματικοὶ ἐκ τῆς κοιλίας ἡμῶν ῥέωσι, μήτε ἀτερπεῖς, μήτε ἀκάρπους ἡμᾶς συγχωροῦντες γενέσθαι.</w:t>
      </w:r>
    </w:p>
    <w:p>
      <w:r>
        <w:rPr>
          <w:rFonts w:ascii="Courier New" w:hAnsi="Courier New"/>
          <w:color w:val="555555"/>
          <w:sz w:val="20"/>
        </w:rPr>
        <w:t>[1 . 64]</w:t>
      </w:r>
    </w:p>
    <w:p>
      <w:r>
        <w:rPr>
          <w:rFonts w:ascii="Gentium Plus" w:hAnsi="Gentium Plus"/>
          <w:sz w:val="24"/>
        </w:rPr>
        <w:t>Καὶ ἔσται ἡ ἰσχὺς αὐτῶν ὡς καλάμη στυππείου, καὶ αἱ ἐργασίαι αὐτῶν, ὡς σπινθῆρες πυρός. Ἐντεῦθεν δῆλον ὅτι ἑκάστῳ τὰ ἔργα αἴτια τῶν ἐν κολάσει πόνων γενήσεται ἑαυτοὺς ἡμῶν καὶ ἐπιτηδείους καύσει παρα‐</w:t>
      </w:r>
    </w:p>
    <w:p>
      <w:r>
        <w:rPr>
          <w:rFonts w:ascii="Courier New" w:hAnsi="Courier New"/>
          <w:color w:val="555555"/>
          <w:sz w:val="20"/>
        </w:rPr>
        <w:t>[5]</w:t>
      </w:r>
    </w:p>
    <w:p>
      <w:r>
        <w:rPr>
          <w:rFonts w:ascii="Gentium Plus" w:hAnsi="Gentium Plus"/>
          <w:sz w:val="24"/>
        </w:rPr>
        <w:t>σκεβαζόντων, καὶ τὰ πάθη τῆς ψυχῆς ὥσπερ σπινθῆρας πυρὸς εἰς ἔξαψιν τῆς ἐν γεέννῃ φλογὸς ἐπαγομένων, ὡς καὶ ὁ κατα‐ ξηραινόμενος ἐν τῇ φλογὶ πλούσιος ὑπὸ τῶν ἰδίων ἡδονῶν κα‐</w:t>
      </w:r>
    </w:p>
    <w:p>
      <w:r>
        <w:rPr>
          <w:rFonts w:ascii="Courier New" w:hAnsi="Courier New"/>
          <w:color w:val="555555"/>
          <w:sz w:val="20"/>
        </w:rPr>
        <w:t>[10]</w:t>
      </w:r>
    </w:p>
    <w:p>
      <w:r>
        <w:rPr>
          <w:rFonts w:ascii="Gentium Plus" w:hAnsi="Gentium Plus"/>
          <w:sz w:val="24"/>
        </w:rPr>
        <w:t>Καὶ κατακαυθήσονται οἱ ἄνομοι καὶ οἱ ἁμαρτωλοὶ ἅμα, καὶ οὐκ ἔσται ὁ σβέσων. Δὶς ἤδη συνήφθησαν ἀλλήλοις ὑπὸ τῆς προφητείας οἱ ἄνομοι καὶ οἱ ἁμαρτωλοί· ἄνω μέν· Καὶ συν‐ τριβήσονται οἱ ἄνομοι καὶ οἱ ἁμαρτωλοί· ἐνταῦθα δέ· Καὶ κα‐ τακαυθήσονται. —Μηδεὶς ἑαυτὸν ἐξαπατάτω ἀπαιδεύτοις λό‐</w:t>
      </w:r>
    </w:p>
    <w:p>
      <w:r>
        <w:rPr>
          <w:rFonts w:ascii="Courier New" w:hAnsi="Courier New"/>
          <w:color w:val="555555"/>
          <w:sz w:val="20"/>
        </w:rPr>
        <w:t>[15]</w:t>
      </w:r>
    </w:p>
    <w:p>
      <w:r>
        <w:rPr>
          <w:rFonts w:ascii="Gentium Plus" w:hAnsi="Gentium Plus"/>
          <w:sz w:val="24"/>
        </w:rPr>
        <w:t>γοις, ὅτι εἰ καὶ ἁμαρτωλὸς, ἀλλὰ Χριστιανός. Οὐκ ἐμπεσοῦ‐ μαι οὖν εἰς γέενναν, ὅπου οἱ εἰδωλολάτραι· βοηθήσει μοι αὐτὸ τὸ ὄνομα τοῦ Χριστιανοῦ, εἰ καὶ τὰς Ἐντολὰς αὐτοῦ παρέβην. Ἄκουε γὰρ ὅτι Κατακαυθήσονται οἱ ἄνομοι καὶ οἱ ἁμαρτωλοὶ ἅμα. Ἀμφοτέροις τὰ τῆς καύσεως αἴτια.</w:t>
      </w:r>
    </w:p>
    <w:p>
      <w:r>
        <w:rPr>
          <w:rFonts w:ascii="Courier New" w:hAnsi="Courier New"/>
          <w:color w:val="555555"/>
          <w:sz w:val="20"/>
        </w:rPr>
        <w:t>[20]</w:t>
      </w:r>
    </w:p>
    <w:p>
      <w:r>
        <w:rPr>
          <w:rFonts w:ascii="Gentium Plus" w:hAnsi="Gentium Plus"/>
          <w:sz w:val="24"/>
        </w:rPr>
        <w:t>Στυππείου καλάμη ἐν ἀμφοτέροις, τουτέστιν εὐκατάπρη‐ στος ζωὴ καὶ φλογὸς δεκτική. Σπινθὴρ δικαίως ψυχὴν ἐμπυ‐ ρεύεται καὶ τούτῳ κἀκείνῳ. Νῦν μὲν ὡς ἐν σποδιᾷ κεκαλυμ‐ μένος, καθόσον ὑπὸ τῶν τῆς σαρκὸς σκεπασμάτων περικα‐ λύπτεται· ἀναφθήσεται δὲ ὑπὸ τῆς θείας κρίσεως, ἐν τῇ</w:t>
      </w:r>
    </w:p>
    <w:p>
      <w:r>
        <w:rPr>
          <w:rFonts w:ascii="Courier New" w:hAnsi="Courier New"/>
          <w:color w:val="555555"/>
          <w:sz w:val="20"/>
        </w:rPr>
        <w:t>[25]</w:t>
      </w:r>
    </w:p>
    <w:p>
      <w:r>
        <w:rPr>
          <w:rFonts w:ascii="Gentium Plus" w:hAnsi="Gentium Plus"/>
          <w:sz w:val="24"/>
        </w:rPr>
        <w:t>ἡμέρᾳ τῆς ἐκδικήσεως ἐκ τῶν ἐλέγχων ἀναῤῥιπιζόμενος</w:t>
      </w:r>
    </w:p>
    <w:p>
      <w:r>
        <w:rPr>
          <w:rFonts w:ascii="Courier New" w:hAnsi="Courier New"/>
          <w:color w:val="555555"/>
          <w:sz w:val="20"/>
        </w:rPr>
        <w:t>[2 t]</w:t>
      </w:r>
    </w:p>
    <w:p>
      <w:pPr>
        <w:jc w:val="center"/>
      </w:pPr>
      <w:r>
        <w:rPr>
          <w:rFonts w:ascii="Gentium Plus" w:hAnsi="Gentium Plus"/>
          <w:b/>
          <w:sz w:val="24"/>
        </w:rPr>
        <w:t>ΚΕΦΑΛΑΙΟΝ βʹ</w:t>
      </w:r>
    </w:p>
    <w:p>
      <w:r>
        <w:rPr>
          <w:rFonts w:ascii="Courier New" w:hAnsi="Courier New"/>
          <w:color w:val="555555"/>
          <w:sz w:val="20"/>
        </w:rPr>
        <w:t>[2 . 65]</w:t>
      </w:r>
    </w:p>
    <w:p>
      <w:r>
        <w:rPr>
          <w:rFonts w:ascii="Gentium Plus" w:hAnsi="Gentium Plus"/>
          <w:sz w:val="24"/>
        </w:rPr>
        <w:t>Ὁ λόγος ὁ γενόμενος πρὸς Ἡσαΐαν, υἱὸν Ἀμῶς, περὶ τῆς Ἰουδαίας καὶ περὶ Ἰερουσαλήμ. Μετὰ τὴν περιγραφὴν τῆς προτέρας ὁράσεως, ἐγένετο οὗτος ὁ λόγος πρὸς Ἡσαΐαν, υἱὸν Ἀμῶς. Διὰ τί δὲ ἐκεῖ μὲν Ὅρα‐</w:t>
      </w:r>
    </w:p>
    <w:p>
      <w:r>
        <w:rPr>
          <w:rFonts w:ascii="Courier New" w:hAnsi="Courier New"/>
          <w:color w:val="555555"/>
          <w:sz w:val="20"/>
        </w:rPr>
        <w:t>[5]</w:t>
      </w:r>
    </w:p>
    <w:p>
      <w:r>
        <w:rPr>
          <w:rFonts w:ascii="Gentium Plus" w:hAnsi="Gentium Plus"/>
          <w:sz w:val="24"/>
        </w:rPr>
        <w:t>σις, ἐνταῦθα δὲ Λόγος; Ὅτι ἡ μὲν παρὰ τοῦ Θεοῦ δύναμις κατὰ τὴν τοῦ Πνεύματος χάριν τοῖς Ἁγίοις αὐτοῦ διδομένη μία. (Γνῶσις γάρ ἐστι τῶν ἀγνοουμένων, δι’ ἀποκαλύψεως καὶ φωτισμοῦ ταῖς καρδίαις τῶν Ἁγίων ἐγγινομένη)· κατὰ δὲ τὴν τῶν πραγμάτων διαφορὰν περὶ ἃ ἡ γνῶσις, ἢ ὅρασις, ἢ λόγος</w:t>
      </w:r>
    </w:p>
    <w:p>
      <w:r>
        <w:rPr>
          <w:rFonts w:ascii="Courier New" w:hAnsi="Courier New"/>
          <w:color w:val="555555"/>
          <w:sz w:val="20"/>
        </w:rPr>
        <w:t>[10]</w:t>
      </w:r>
    </w:p>
    <w:p>
      <w:r>
        <w:rPr>
          <w:rFonts w:ascii="Gentium Plus" w:hAnsi="Gentium Plus"/>
          <w:sz w:val="24"/>
        </w:rPr>
        <w:t>τὸ ἀποκαλυπτόμενον λέγεται. Ἐκεῖ μὲν γὰρ τὰ παρόντα ἐδείκνυτο· ἡ κακία τοῦ λαοῦ, ἡ ἀλλοτρίωσις ἀπὸ Θεοῦ, τὸ περὶ τὸν εὐεργέτην ἀχάριστον· ἐνταῦθα δὲ τὸ μέλλον προαγο‐ ρεύεται. —Διὰ τοῦτο Λόγος. —Ὅτι ἔσται ἐν ταῖς ἐσχάταις ἡμέραις. Οὔτε μέντοι ἐκεῖ δι’ ὀφθαλμῶν ἡ ὅρασις, οὔτε ἐν‐</w:t>
      </w:r>
    </w:p>
    <w:p>
      <w:r>
        <w:rPr>
          <w:rFonts w:ascii="Courier New" w:hAnsi="Courier New"/>
          <w:color w:val="555555"/>
          <w:sz w:val="20"/>
        </w:rPr>
        <w:t>[15]</w:t>
      </w:r>
    </w:p>
    <w:p>
      <w:r>
        <w:rPr>
          <w:rFonts w:ascii="Gentium Plus" w:hAnsi="Gentium Plus"/>
          <w:sz w:val="24"/>
        </w:rPr>
        <w:t>ταῦθα δι’ ὤτων ἡ γνῶσις· ἀλλὰ φωτισμός ἐστιν ἐν καρδίᾳ</w:t>
      </w:r>
    </w:p>
    <w:p>
      <w:r>
        <w:rPr>
          <w:rFonts w:ascii="Courier New" w:hAnsi="Courier New"/>
          <w:color w:val="555555"/>
          <w:sz w:val="20"/>
        </w:rPr>
        <w:t>[20]</w:t>
      </w:r>
    </w:p>
    <w:p>
      <w:r>
        <w:rPr>
          <w:rFonts w:ascii="Gentium Plus" w:hAnsi="Gentium Plus"/>
          <w:sz w:val="24"/>
        </w:rPr>
        <w:t>Θεὸς, ἀλλὰ καὶ ἐθνῶν· ἐπείπερ εἷς ὁ Θεὸς, ὃς δικαιώσει περιτομὴν ἐκ πίστεως, καὶ ἀκροβυστίαν διὰ τῆς πίστεως· ἀλλὰ προηγουμένως καὶ ἐν τῇ πρώτῃ τάξει τῆς μερίδος ἑαυ‐ τοῦ μέμνηται. Ζητήσεις δὲ, εἰ μὴ κατά τινα νοῦν βασάνου δεόμενον,</w:t>
      </w:r>
    </w:p>
    <w:p>
      <w:r>
        <w:rPr>
          <w:rFonts w:ascii="Courier New" w:hAnsi="Courier New"/>
          <w:color w:val="555555"/>
          <w:sz w:val="20"/>
        </w:rPr>
        <w:t>[25]</w:t>
      </w:r>
    </w:p>
    <w:p>
      <w:r>
        <w:rPr>
          <w:rFonts w:ascii="Gentium Plus" w:hAnsi="Gentium Plus"/>
          <w:sz w:val="24"/>
        </w:rPr>
        <w:t>πῆ μὲν πρόσκειται τῷ λόγῳ τὸ τοῦ Κυρίου, πῆ δὲ ἄνευ τῆς προσθήκης τῆς τοῦ Κυρίου· οἷον Λόγος Κυρίου, ὃς ἐγε‐ νήθη πρὸς Ὠσηὲ τὸν τοῦ Βεηρεί· καὶ ἐνταῦθα· Ὁ λόγος ὁ γενόμενος πρὸς Ἡσαΐαν. Καὶ περὶ τῆς ὁράσεως, παρὰ μὲν τῷ Ἰεζεκιήλ· Ἠνοίχθησαν οἱ οὐρανοὶ, καὶ εἶδον ὅρασιν</w:t>
      </w:r>
    </w:p>
    <w:p>
      <w:r>
        <w:rPr>
          <w:rFonts w:ascii="Courier New" w:hAnsi="Courier New"/>
          <w:color w:val="555555"/>
          <w:sz w:val="20"/>
        </w:rPr>
        <w:t>[30]</w:t>
      </w:r>
    </w:p>
    <w:p>
      <w:r>
        <w:rPr>
          <w:rFonts w:ascii="Gentium Plus" w:hAnsi="Gentium Plus"/>
          <w:sz w:val="24"/>
        </w:rPr>
        <w:t>Θεοῦ· παρὰ δὲ τῷ Ἡσαΐᾳ· Ὅρασις ἣν εἶδεν Ἡσαΐας. Καὶ παρὰ τῷ Ἱερεμίᾳ· Ὁ λόγος ὁ γενόμενος πρὸς Ἱερεμίαν. Ὅτι ἐπειδὴ λαῷ ἀπειθεῖ καὶ ἀντιλέγοντι καὶ πάντη ἀποστα‐ τήσαντι τοῦ Θεοῦ διελέγοντο, ἀπεσιώπων τὸ ὄνομα Κυρίου, οἰκονομοῦντες τὸ παραδεχθῆναι αὐτῶν τοὺς λόγους. Διὰ γὰρ</w:t>
      </w:r>
    </w:p>
    <w:p>
      <w:r>
        <w:rPr>
          <w:rFonts w:ascii="Courier New" w:hAnsi="Courier New"/>
          <w:color w:val="555555"/>
          <w:sz w:val="20"/>
        </w:rPr>
        <w:t>[35]</w:t>
      </w:r>
    </w:p>
    <w:p>
      <w:r>
        <w:rPr>
          <w:rFonts w:ascii="Gentium Plus" w:hAnsi="Gentium Plus"/>
          <w:sz w:val="24"/>
        </w:rPr>
        <w:t>τὸ οἴεσθαι μὴ μέλειν τῷ Θεῷ περὶ τῶν ἀνθρωπίνων, ἐμυκ‐ τήριζον τοὺς ὡς ἐκ προσώπου τοῦ Κυρίου διαλεγομένους αὐτοῖς, ὡς δηλοῖ Ἱερεμίας λέγων· Ὅλην τὴν ἡμέραν διετέ‐ λεσα μυκτηριζόμενος.</w:t>
      </w:r>
    </w:p>
    <w:p>
      <w:r>
        <w:rPr>
          <w:rFonts w:ascii="Courier New" w:hAnsi="Courier New"/>
          <w:color w:val="555555"/>
          <w:sz w:val="20"/>
        </w:rPr>
        <w:t>[2 . 66]</w:t>
      </w:r>
    </w:p>
    <w:p>
      <w:r>
        <w:rPr>
          <w:rFonts w:ascii="Gentium Plus" w:hAnsi="Gentium Plus"/>
          <w:sz w:val="24"/>
        </w:rPr>
        <w:t>Ὅτι ἔσται ἐν ταῖς ἐσχάταις ἡμέραις ἐμφανὲς τὸ ὄρος Κυρίου καὶ ὁ οἶκος τοῦ Θεοῦ ἐπ’ ἄκρων τῶν ὀρέων.</w:t>
      </w:r>
    </w:p>
    <w:p>
      <w:r>
        <w:rPr>
          <w:rFonts w:ascii="Courier New" w:hAnsi="Courier New"/>
          <w:color w:val="555555"/>
          <w:sz w:val="20"/>
        </w:rPr>
        <w:t>[5]</w:t>
      </w:r>
    </w:p>
    <w:p>
      <w:r>
        <w:rPr>
          <w:rFonts w:ascii="Gentium Plus" w:hAnsi="Gentium Plus"/>
          <w:sz w:val="24"/>
        </w:rPr>
        <w:t>κόσμῳ καὶ ἡ τοῦ χρόνου φύσις τοῦ παραῤῥέοντος. Οἰκείως γὰρ ἔχει καὶ συγγενῶς τοῖς βλεπομένοις· συναπερχόμενος μὲν τοῖς φθειρομένοις, συνυφιστάμενος δὲ τοῖς γινομένοις, συμπροσδοκώμενος δὲ καὶ συνελπιζόμενος τοῖς ἔτι μέλλου‐ σιν. Ἐπεὶ οὖν ἡμέραι καὶ νύκτες, καὶ μῆνες καὶ ἐνιαυτοὶ,</w:t>
      </w:r>
    </w:p>
    <w:p>
      <w:r>
        <w:rPr>
          <w:rFonts w:ascii="Courier New" w:hAnsi="Courier New"/>
          <w:color w:val="555555"/>
          <w:sz w:val="20"/>
        </w:rPr>
        <w:t>[10]</w:t>
      </w:r>
    </w:p>
    <w:p>
      <w:r>
        <w:rPr>
          <w:rFonts w:ascii="Gentium Plus" w:hAnsi="Gentium Plus"/>
          <w:sz w:val="24"/>
        </w:rPr>
        <w:t>τὰ χρονικὰ διαστήματα, ἀπὸ ἡλίου καὶ σελήνης καὶ τῆς φορᾶς τοῦ στερεώματος τὴν γένεσιν ἔχουσιν, ἀνάγκη τῇ τούτων φθορᾷ καὶ τοῦ χρόνου τὸ τέλος ἕπεσθαι. Πρὸς οὖν τῇ συντελείᾳ τοῦ κόσμου τούτου, ἐμφανὲς τὸ ὄρος τοῦ Κυ‐ ρίου ἔσται, καὶ ὁ οἶκος τοῦ Θεοῦ ἐπ’ ἄκρων τῶν ὀρέων.</w:t>
      </w:r>
    </w:p>
    <w:p>
      <w:r>
        <w:rPr>
          <w:rFonts w:ascii="Courier New" w:hAnsi="Courier New"/>
          <w:color w:val="555555"/>
          <w:sz w:val="20"/>
        </w:rPr>
        <w:t>[15]</w:t>
      </w:r>
    </w:p>
    <w:p>
      <w:r>
        <w:rPr>
          <w:rFonts w:ascii="Gentium Plus" w:hAnsi="Gentium Plus"/>
          <w:sz w:val="24"/>
        </w:rPr>
        <w:t>Καὶ ὁ μὴ μόνῃ τῇ λέξει δουλεύων καὶ ψιλῷ τῷ γράμματι πα‐ ριστάμενος, ἀναγκασθήσεται μὴ ἐναπομένειν τοῖς αἰσθητοῖς. Πῶς γὰρ τότε ἐμφανήσεται τὸ ὄρος Κυρίου; πῶς δὲ ἐπ’ ἄκ‐ ρων τῶν ὀρέων ὁ οἶκος γενήσεται τοῦ Θεοῦ; Οὔτε γὰρ ἄλ‐ λου ὄρους γένεσιν, οὔτε δευτέρου οἴκου κατασκευὴν ἐπ’ ἄλ‐</w:t>
      </w:r>
    </w:p>
    <w:p>
      <w:r>
        <w:rPr>
          <w:rFonts w:ascii="Courier New" w:hAnsi="Courier New"/>
          <w:color w:val="555555"/>
          <w:sz w:val="20"/>
        </w:rPr>
        <w:t>[20]</w:t>
      </w:r>
    </w:p>
    <w:p>
      <w:r>
        <w:rPr>
          <w:rFonts w:ascii="Gentium Plus" w:hAnsi="Gentium Plus"/>
          <w:sz w:val="24"/>
        </w:rPr>
        <w:t>λων κορυφῶν ἐσομένην ὁ σάρκινος Ἰσραὴλ ἀναμένει. Τὸ δὲ Σιὼν ὄρος καὶ ὁ ναὸς, καὶ κατὰ τοὺς χρόνους τῆς προφη‐ τείας τοῦ Ἡσαΐου ἐφαίνετο. Τί οὖν τὸ λεγόμενον; Οὐχ ὅτι ἐν ταῖς ἐσχάταις ἡμέραις ἐμφανῆ ταῦτα γενήσεται· ἀλλ’ ἐν ταῖς ἐσχάταις ἡμέραις, εἰς ἀθέτησιν τῆς ἁμαρτίας, ἡ μεγά‐</w:t>
      </w:r>
    </w:p>
    <w:p>
      <w:r>
        <w:rPr>
          <w:rFonts w:ascii="Courier New" w:hAnsi="Courier New"/>
          <w:color w:val="555555"/>
          <w:sz w:val="20"/>
        </w:rPr>
        <w:t>[25]</w:t>
      </w:r>
    </w:p>
    <w:p>
      <w:r>
        <w:rPr>
          <w:rFonts w:ascii="Gentium Plus" w:hAnsi="Gentium Plus"/>
          <w:sz w:val="24"/>
        </w:rPr>
        <w:t>λη καὶ ὑψηλὴ περὶ τὴν σωτηρίαν τῶν ἀνθρώπων οἰκονομία φανήσεται. Τὸ γὰρ μυστήριον, τὸ ἀποκεκρυμμένον ἀπὸ τῶν αἰώνων, ἐπὶ τῇ συντελείᾳ τῶν χρόνων ἐφανερώθη. —Ὄρει δὲ ἡ τοῦ Κυρίου κάθοδος ἐπὶ γῆς παρεικάσθη, διότι τὸ ὄρος γῆ ἐστιν ὑψηλή. Καὶ ἡ σὰρξ δὲ (ἡ τοῦ Κυρίου) γῆ κατὰ τὴν</w:t>
      </w:r>
    </w:p>
    <w:p>
      <w:r>
        <w:rPr>
          <w:rFonts w:ascii="Courier New" w:hAnsi="Courier New"/>
          <w:color w:val="555555"/>
          <w:sz w:val="20"/>
        </w:rPr>
        <w:t>[30]</w:t>
      </w:r>
    </w:p>
    <w:p>
      <w:r>
        <w:rPr>
          <w:rFonts w:ascii="Gentium Plus" w:hAnsi="Gentium Plus"/>
          <w:sz w:val="24"/>
        </w:rPr>
        <w:t>κοινὴν φύσιν ὑπάρχουσα, διὰ τῆς συναφείας τῆς πρὸς Θεὸν,</w:t>
      </w:r>
    </w:p>
    <w:p>
      <w:r>
        <w:rPr>
          <w:rFonts w:ascii="Courier New" w:hAnsi="Courier New"/>
          <w:color w:val="555555"/>
          <w:sz w:val="20"/>
        </w:rPr>
        <w:t>[35]</w:t>
      </w:r>
    </w:p>
    <w:p>
      <w:r>
        <w:rPr>
          <w:rFonts w:ascii="Gentium Plus" w:hAnsi="Gentium Plus"/>
          <w:sz w:val="24"/>
        </w:rPr>
        <w:t>Ἐκκλησία Θεοῦ ζῶντος, ἧς οἱ θεμέλιοί εἰσιν ἐν τοῖς ὄρεσι τοῖς ἁγίοις· ᾠκοδόμηται γὰρ ἐπὶ τῷ θεμελίῳ τῶν Ἀποστό‐ λων καὶ Προφητῶν. Ἓν τῶν ὀρέων ἦν καὶ ὁ Πέτρος, ἐφ’ ἧς καὶ πέτρας ἐπηγγείλατο ὁ Κύριος οἰκοδομήσειν αὐτοῦ τὴν Ἐκκλησίαν. —Τὰ γὰρ ὑψηλὰ καὶ διηρμένα φρονήματα καὶ</w:t>
      </w:r>
    </w:p>
    <w:p>
      <w:r>
        <w:rPr>
          <w:rFonts w:ascii="Courier New" w:hAnsi="Courier New"/>
          <w:color w:val="555555"/>
          <w:sz w:val="20"/>
        </w:rPr>
        <w:t>[40]</w:t>
      </w:r>
    </w:p>
    <w:p>
      <w:r>
        <w:rPr>
          <w:rFonts w:ascii="Gentium Plus" w:hAnsi="Gentium Plus"/>
          <w:sz w:val="24"/>
        </w:rPr>
        <w:t>ὑπερανεστηκότα τῶν γηΐνων, εἰκότως ὄρη προσαγορεύεται. Πέτρα δὲ ὑψηλὴ ἡ ψυχὴ τοῦ μακαρίου Πέτρου ὠνόμασται, διὰ τὸ παγίως ἐνεῤῥιζῶσθαι τῇ πίστει, καὶ στεῤῥῶς καὶ ἀνεν‐ δότως ἔχειν πρὸς τὰς ἐκ πειρασμῶν ἐπαγομένας πληγάς. Πάντες οὖν οἱ χωροῦντες τὴν τῆς θεότητος γνῶσιν διὰ τὸ</w:t>
      </w:r>
    </w:p>
    <w:p>
      <w:r>
        <w:rPr>
          <w:rFonts w:ascii="Courier New" w:hAnsi="Courier New"/>
          <w:color w:val="555555"/>
          <w:sz w:val="20"/>
        </w:rPr>
        <w:t>[45]</w:t>
      </w:r>
    </w:p>
    <w:p>
      <w:r>
        <w:rPr>
          <w:rFonts w:ascii="Gentium Plus" w:hAnsi="Gentium Plus"/>
          <w:sz w:val="24"/>
        </w:rPr>
        <w:t>μέγεθος τοῦ νοῦ καὶ τῶν ἀπὸ τοῦ νοῦ πράξεων, τετελειω‐ μένοι τῷ ὑγιεῖ βίῳ, τὰ ἄκρα εἰσὶ τῶν ὀρέων, ἐφ’ ὧν οἰκοδο‐ μεῖται ὁ τοῦ Θεοῦ οἶκος.</w:t>
      </w:r>
    </w:p>
    <w:p>
      <w:r>
        <w:rPr>
          <w:rFonts w:ascii="Courier New" w:hAnsi="Courier New"/>
          <w:color w:val="555555"/>
          <w:sz w:val="20"/>
        </w:rPr>
        <w:t>[2 . 67]</w:t>
      </w:r>
    </w:p>
    <w:p>
      <w:r>
        <w:rPr>
          <w:rFonts w:ascii="Gentium Plus" w:hAnsi="Gentium Plus"/>
          <w:sz w:val="24"/>
        </w:rPr>
        <w:t>Καὶ ὑψωθήσεται ὑπεράνω τῶν βουνῶν. Καὶ οἱ βουνοὶ γήλοφοί τινές εἰσιν, εὐπερίγραπτον ἔχοντες τὴν ἀπὸ γῆς ἐπανάστασιν, τῶν μὲν ταπεινῶν ὑπερέχοντες, τῶν δὲ ὑψηλοτάτων ἀπολειπόμενοι. Ἐπεὶ οὖν ἀσυνείκαστος ἡ κατὰ</w:t>
      </w:r>
    </w:p>
    <w:p>
      <w:r>
        <w:rPr>
          <w:rFonts w:ascii="Courier New" w:hAnsi="Courier New"/>
          <w:color w:val="555555"/>
          <w:sz w:val="20"/>
        </w:rPr>
        <w:t>[5]</w:t>
      </w:r>
    </w:p>
    <w:p>
      <w:r>
        <w:rPr>
          <w:rFonts w:ascii="Gentium Plus" w:hAnsi="Gentium Plus"/>
          <w:sz w:val="24"/>
        </w:rPr>
        <w:t>τὸ ἀνθρώπινον τοῦ Κυρίου ὑπεροχὴ, πρὸς πάντας ὁμοῦ τοὺς</w:t>
      </w:r>
    </w:p>
    <w:p>
      <w:r>
        <w:rPr>
          <w:rFonts w:ascii="Courier New" w:hAnsi="Courier New"/>
          <w:color w:val="555555"/>
          <w:sz w:val="20"/>
        </w:rPr>
        <w:t>[10]</w:t>
      </w:r>
    </w:p>
    <w:p>
      <w:r>
        <w:rPr>
          <w:rFonts w:ascii="Gentium Plus" w:hAnsi="Gentium Plus"/>
          <w:sz w:val="24"/>
        </w:rPr>
        <w:t>Ὅσον δὲ μείζων τοῦ Ἀβραάμ; Ἀβραὰμ (φησὶν) ἠγαλλιά‐ σατο, ἵνα ἴδῃ τὴν ἡμέραν τῆς ἐνανθρωπήσεως· καὶ εἶδε καὶ ἐχάρη. Καὶ Ἀβραὰμ μὲν δεκάτην ἔδωκε τῷ Μελχισεδέχ· Μελχισεδὲχ δὲ τύπος ἦν τοῦ Κυρίου. Ταῦτα, ἵνα τὴν σω‐ ματικὴν ὑπεροχὴν παραστήσωμεν.</w:t>
      </w:r>
    </w:p>
    <w:p>
      <w:r>
        <w:rPr>
          <w:rFonts w:ascii="Courier New" w:hAnsi="Courier New"/>
          <w:color w:val="555555"/>
          <w:sz w:val="20"/>
        </w:rPr>
        <w:t>[15]</w:t>
      </w:r>
    </w:p>
    <w:p>
      <w:r>
        <w:rPr>
          <w:rFonts w:ascii="Gentium Plus" w:hAnsi="Gentium Plus"/>
          <w:sz w:val="24"/>
        </w:rPr>
        <w:t>Μὴ γένοιτο γὰρ ἡμᾶς τὴν θεότητα ἐκ τῆς πρὸς τὰ δοῦλα ὑπεροχῆς δοξάζειν. Ἡ μὲν γὰρ κατὰ τὸ ἀνθρώπινον οἰκονομία, ὑπὲρ τοὺς ἐν ἀνθρώποις δικαίους· ἁμαρτίαν γὰρ οὐκ ἐποίησε μόνος· τῆς δὲ θεότητος ἐπήρθη ἡ μεγαλοπρέπεια ὑπεράνω τῶν οὐρανῶν. —Καὶ ἥξουσιν ἐπ’ αὐτὸ πάντα τὰ ἔθνη. Προϊὼν ὁ</w:t>
      </w:r>
    </w:p>
    <w:p>
      <w:r>
        <w:rPr>
          <w:rFonts w:ascii="Courier New" w:hAnsi="Courier New"/>
          <w:color w:val="555555"/>
          <w:sz w:val="20"/>
        </w:rPr>
        <w:t>[20]</w:t>
      </w:r>
    </w:p>
    <w:p>
      <w:r>
        <w:rPr>
          <w:rFonts w:ascii="Gentium Plus" w:hAnsi="Gentium Plus"/>
          <w:sz w:val="24"/>
        </w:rPr>
        <w:t>λόγος γυμνοτέραν ἐκφαίνει τὴν προφητείαν, τὴν συνδρομὴν τῶν ἐθνῶν τὴν ἐσομένην ἐπὶ τὴν ἐπίγνωσιν τοῦ Χριστοῦ ὑπο‐ φαίνων. Ἥξουσι γὰρ κληθέντα διὰ τοῦ κηρύγματος ἐπὶ τὴν πίστιν πάντα τὰ ἔθνη· Κηρυχθήσεται γὰρ τὸ Εὐαγγέλιον τοῦτο ἐν ὅλῳ τῷ κόσμῳ· καὶ εἰς πᾶσαν τὴν γῆν ἐξῆλθεν ὁ</w:t>
      </w:r>
    </w:p>
    <w:p>
      <w:r>
        <w:rPr>
          <w:rFonts w:ascii="Courier New" w:hAnsi="Courier New"/>
          <w:color w:val="555555"/>
          <w:sz w:val="20"/>
        </w:rPr>
        <w:t>[25]</w:t>
      </w:r>
    </w:p>
    <w:p>
      <w:r>
        <w:rPr>
          <w:rFonts w:ascii="Gentium Plus" w:hAnsi="Gentium Plus"/>
          <w:sz w:val="24"/>
        </w:rPr>
        <w:t>εὐαγγελικὸς φθόγγος τῶν Ἀποστόλων.</w:t>
      </w:r>
    </w:p>
    <w:p>
      <w:r>
        <w:rPr>
          <w:rFonts w:ascii="Courier New" w:hAnsi="Courier New"/>
          <w:color w:val="555555"/>
          <w:sz w:val="20"/>
        </w:rPr>
        <w:t>[2 . 68]</w:t>
      </w:r>
    </w:p>
    <w:p>
      <w:r>
        <w:rPr>
          <w:rFonts w:ascii="Gentium Plus" w:hAnsi="Gentium Plus"/>
          <w:sz w:val="24"/>
        </w:rPr>
        <w:t>Καὶ πορεύσονται (φησὶ) ἔθνη πολλά. Τὴν ἀκρίβειαν τῆς λέξεως μὴ παραδράμῃς ἀβασανίστως.</w:t>
      </w:r>
    </w:p>
    <w:p>
      <w:r>
        <w:rPr>
          <w:rFonts w:ascii="Courier New" w:hAnsi="Courier New"/>
          <w:color w:val="555555"/>
          <w:sz w:val="20"/>
        </w:rPr>
        <w:t>[5]</w:t>
      </w:r>
    </w:p>
    <w:p>
      <w:r>
        <w:rPr>
          <w:rFonts w:ascii="Gentium Plus" w:hAnsi="Gentium Plus"/>
          <w:sz w:val="24"/>
        </w:rPr>
        <w:t>πιστεύειν τέτακται· τὸ δὲ πορεύεσθαι, ἐπὶ τοῦ πολιτεύεσθαι. Ἐπεὶ οὖν τὴν μὲν πίστιν ὁμολογοῦμεν πάντες, οὐκέτι δὲ πάντες κατὰ τὰς Ἐντολὰς πολιτευόμεθα, διὰ τοῦτο ἥξουσι μὲν πάντα τὰ ἔθνη, πορεύσονται δὲ πολλά. Ὅτι δὲ τὸ πο‐ ρεύεσθαι ἐπὶ τοῦ βιοῦν κατὰ τὸν νόμον λαμβάνεται· Μακά‐</w:t>
      </w:r>
    </w:p>
    <w:p>
      <w:r>
        <w:rPr>
          <w:rFonts w:ascii="Courier New" w:hAnsi="Courier New"/>
          <w:color w:val="555555"/>
          <w:sz w:val="20"/>
        </w:rPr>
        <w:t>[10]</w:t>
      </w:r>
    </w:p>
    <w:p>
      <w:r>
        <w:rPr>
          <w:rFonts w:ascii="Gentium Plus" w:hAnsi="Gentium Plus"/>
          <w:sz w:val="24"/>
        </w:rPr>
        <w:t>ριοι (φησὶν) οἱ ἄμωμοι ἐν ὁδῷ, οἱ πορευόμενοι ἐν νόμῳ Κυ‐ ρίου. —Ἀλλὰ πῶς τοῦ Κυρίου εἰπόντος, ὅτι ὀλίγοι εἰσὶν οἱ εὑρίσκοντες τὴν ὁδὸν, ἡμεῖς λέγομεν ἔθνη πολλὰ πορευθήσε‐ σθαι; Ὅτι πάντα τὰ ἔθνη κατὰ τὸν ἴδιον ἀριθμὸν τῶν ἐθ‐ νῶν εὐαρίθμητα· οἱ δὲ ἐν τοῖς ἔθνεσιν ἄνθρωποι, πολλοί.</w:t>
      </w:r>
    </w:p>
    <w:p>
      <w:r>
        <w:rPr>
          <w:rFonts w:ascii="Courier New" w:hAnsi="Courier New"/>
          <w:color w:val="555555"/>
          <w:sz w:val="20"/>
        </w:rPr>
        <w:t>[15]</w:t>
      </w:r>
    </w:p>
    <w:p>
      <w:r>
        <w:rPr>
          <w:rFonts w:ascii="Gentium Plus" w:hAnsi="Gentium Plus"/>
          <w:sz w:val="24"/>
        </w:rPr>
        <w:t>Ἐνταῦθα οὖν ὁ λόγος φησὶν, ὅτι πολλὰ μὲν ἔθνη κατὰ τὸ Εὐαγγέλιον βιοῦν καταδέχεται, οὐχὶ πάντα, κἂν πάντες ἑαυτοὺς ἐπὶ τῷ ὀνόματι τοῦ Χριστοῦ ὀνομάζωσιν. Οὐ μὴν ἐπειδὴ πολλὰ ἀριθμεῖται τὰ ἔθνη, ἤδη καὶ οἱ καθ’ ἕνα ἄν‐ θρωποι, ὅσοι τῇ κοινῇ προσηγορίᾳ τοῦ ἔθνους συμπεριλαμ‐</w:t>
      </w:r>
    </w:p>
    <w:p>
      <w:r>
        <w:rPr>
          <w:rFonts w:ascii="Courier New" w:hAnsi="Courier New"/>
          <w:color w:val="555555"/>
          <w:sz w:val="20"/>
        </w:rPr>
        <w:t>[20]</w:t>
      </w:r>
    </w:p>
    <w:p>
      <w:r>
        <w:rPr>
          <w:rFonts w:ascii="Gentium Plus" w:hAnsi="Gentium Plus"/>
          <w:sz w:val="24"/>
        </w:rPr>
        <w:t>βάνονται, πάντως ἀκολουθοῦσι τῷ ἀριθμῷ. Δύναται μὲν γὰρ ἔθνη ἀριθμεῖσθαι, τὸ Καππαδοκῶν καὶ Γαλατῶν καὶ Ἀρμενίων, ἢ Σύρων, ἢ Αἰγυπτίων, ὥστε λέγεσθαι τοσάδε εἶναι ἔθνη τὰ πορευόμενα ἐν τῷ νόμῳ Κυρίου· οὐ μὴν καθ’ ἕκαστον ἔθνος τοὺς ἐμπεριεχομένους ἀνθρώπους συμφώ‐</w:t>
      </w:r>
    </w:p>
    <w:p>
      <w:r>
        <w:rPr>
          <w:rFonts w:ascii="Courier New" w:hAnsi="Courier New"/>
          <w:color w:val="555555"/>
          <w:sz w:val="20"/>
        </w:rPr>
        <w:t>[25]</w:t>
      </w:r>
    </w:p>
    <w:p>
      <w:r>
        <w:rPr>
          <w:rFonts w:ascii="Gentium Plus" w:hAnsi="Gentium Plus"/>
          <w:sz w:val="24"/>
        </w:rPr>
        <w:t>νως τὸν τῆς πολιτείας σκοπὸν καταδέχεσθαι. Ὡς μὲν οὖν πρὸς τὰ ἑβδομήκοντα δύο ἔθνη (ἢ ὁπόσα δήποτε) κατὰ τὴν οἰκου‐ μένην ἅπασαν ἀριθμούμενα, πολλὰ τὰ πορευόμενα τὴν ἐν</w:t>
      </w:r>
    </w:p>
    <w:p>
      <w:r>
        <w:rPr>
          <w:rFonts w:ascii="Courier New" w:hAnsi="Courier New"/>
          <w:color w:val="555555"/>
          <w:sz w:val="20"/>
        </w:rPr>
        <w:t>[30]</w:t>
      </w:r>
    </w:p>
    <w:p>
      <w:r>
        <w:rPr>
          <w:rFonts w:ascii="Gentium Plus" w:hAnsi="Gentium Plus"/>
          <w:sz w:val="24"/>
        </w:rPr>
        <w:t>ἀληθεύει, καὶ ἡ προφητεία οὐ μάχεται. Πάντα τὰ ἔθνη δου‐ λεύσουσιν αὐτῷ, προσκυνήσουσι δὲ ἀπὸ τῶν πολλῶν ὀλίγοι· Πάντες (φησὶν) οἱ βασιλεῖς τῆς γῆς. Καὶ ὁ Σοφονίας· Ἥξουσι τοῦ δουλεύειν αὐτῷ ὑπὸ ζυγὸν ἕνα.</w:t>
      </w:r>
    </w:p>
    <w:p>
      <w:r>
        <w:rPr>
          <w:rFonts w:ascii="Courier New" w:hAnsi="Courier New"/>
          <w:color w:val="555555"/>
          <w:sz w:val="20"/>
        </w:rPr>
        <w:t>[2 . 69]</w:t>
      </w:r>
    </w:p>
    <w:p>
      <w:r>
        <w:rPr>
          <w:rFonts w:ascii="Gentium Plus" w:hAnsi="Gentium Plus"/>
          <w:sz w:val="24"/>
        </w:rPr>
        <w:t>Καὶ ἐροῦσι· Δεῦτε καὶ ἀναβῶμεν εἰς τὸ ὄρος τοῦ Κυρίου, καὶ εἰς τὸν οἶκον τοῦ Θεοῦ Ἰακώβ. Οἱ προκόπτοντες τῇ γνώσει, οἱονεὶ προκαταλαβόντες τὰ ἄνω, προκαλοῦνται εἰς τὴν ὁμοίαν ἑαυτοῖς ἀνάβασιν τοὺς ἔτι</w:t>
      </w:r>
    </w:p>
    <w:p>
      <w:r>
        <w:rPr>
          <w:rFonts w:ascii="Courier New" w:hAnsi="Courier New"/>
          <w:color w:val="555555"/>
          <w:sz w:val="20"/>
        </w:rPr>
        <w:t>[5]</w:t>
      </w:r>
    </w:p>
    <w:p>
      <w:r>
        <w:rPr>
          <w:rFonts w:ascii="Gentium Plus" w:hAnsi="Gentium Plus"/>
          <w:sz w:val="24"/>
        </w:rPr>
        <w:t>ἐμφιλοχωροῦντας περὶ τὰ κάτω καὶ ταῖς ταπειναῖς τοῦ βίου μερίμναις προσδιατρίβοντας. Ὁ συνεγερθεὶς τῷ Χριστῷ καὶ τὰ ἄνω ζητῶν, καλείτω τοὺς τὰ ἐπίγεια φρονοῦντας, καὶ χειρ‐ αγωγείτω αὐτῶν τὰ νοήματα πρὸς τὰ ἄνω. —Ἐπεὶ διπλῆ τίς ἐστιν ἡ σωματικὴ πρὸς τὸ ὄρος σχέσις, νῦν μὲν ἐξ ὑπω‐</w:t>
      </w:r>
    </w:p>
    <w:p>
      <w:r>
        <w:rPr>
          <w:rFonts w:ascii="Courier New" w:hAnsi="Courier New"/>
          <w:color w:val="555555"/>
          <w:sz w:val="20"/>
        </w:rPr>
        <w:t>[10]</w:t>
      </w:r>
    </w:p>
    <w:p>
      <w:r>
        <w:rPr>
          <w:rFonts w:ascii="Gentium Plus" w:hAnsi="Gentium Plus"/>
          <w:sz w:val="24"/>
        </w:rPr>
        <w:t>ρειῶν ἐπὶ κορυφὴν ἀνιόντων, νῦν δὲ ἐκ τῆς ἀκρωρείας κα‐ ταβαινόντων ἐπὶ τοὺς πρόποδας, κατὰ τὴν διάφορον τοῦ σώματος σχέσιν, καὶ τῆς παρ’ ἡμῶν ἐνεργείας διαφόρως ἐκτελουμένης. Μήποτε δὲ τὸ διπλοῦν τοῦτο τῆς ἐπινοίας καὶ τῇ οἰκονομίᾳ τῆς ἀνθρωπότητος ἐφαρμόσει, ὥστε νοεῖν ἡμᾶς</w:t>
      </w:r>
    </w:p>
    <w:p>
      <w:r>
        <w:rPr>
          <w:rFonts w:ascii="Courier New" w:hAnsi="Courier New"/>
          <w:color w:val="555555"/>
          <w:sz w:val="20"/>
        </w:rPr>
        <w:t>[15]</w:t>
      </w:r>
    </w:p>
    <w:p>
      <w:r>
        <w:rPr>
          <w:rFonts w:ascii="Gentium Plus" w:hAnsi="Gentium Plus"/>
          <w:sz w:val="24"/>
        </w:rPr>
        <w:t>ὄρος τὴν ἐνανθρώπησιν, νῦν μὲν τῆς σαρκὸς διὰ τῆς πρὸς Θεὸν συναφείας εἰς οὐρανὸν ὑψουμένης, νῦν δὲ τῆς θεότητος διὰ τῆς πρὸς τὸ ἀνθρώπινον κοινωνίας ἐπικαταβαινούσης</w:t>
      </w:r>
    </w:p>
    <w:p>
      <w:r>
        <w:rPr>
          <w:rFonts w:ascii="Courier New" w:hAnsi="Courier New"/>
          <w:color w:val="555555"/>
          <w:sz w:val="20"/>
        </w:rPr>
        <w:t>[2 . 70]</w:t>
      </w:r>
    </w:p>
    <w:p>
      <w:r>
        <w:rPr>
          <w:rFonts w:ascii="Gentium Plus" w:hAnsi="Gentium Plus"/>
          <w:sz w:val="24"/>
        </w:rPr>
        <w:t>Δεῦτε καὶ ἀναβῶμεν. Προσβῶμεν τῷ ὕψει τῆς θεολογίας, ἀπὸ τοῦ Πάθους ἀρχόμενοι. Καὶ εἰς τὸν οἶκον τοῦ Θεοῦ Ἰακώβ. Ἀνω‐ τέρω μὲν ὁ οἶκος ἁπλῶς εἴρηται τοῦ Θεοῦ, ἐνταῦθα δὲ</w:t>
      </w:r>
    </w:p>
    <w:p>
      <w:r>
        <w:rPr>
          <w:rFonts w:ascii="Courier New" w:hAnsi="Courier New"/>
          <w:color w:val="555555"/>
          <w:sz w:val="20"/>
        </w:rPr>
        <w:t>[5]</w:t>
      </w:r>
    </w:p>
    <w:p>
      <w:r>
        <w:rPr>
          <w:rFonts w:ascii="Gentium Plus" w:hAnsi="Gentium Plus"/>
          <w:sz w:val="24"/>
        </w:rPr>
        <w:t>οἶκος τοῦ Θεοῦ Ἰακώβ. Τίς οὖν ἡ αἰτία; Ἢ γὰρ ἐκεῖ λείπει, ἢ ἐνταῦθα παρέλκει. —Ἀλλ’ οὐδὲν ἀργὸν τῶν τοῦ Πνεύματος. Δείκνυσι γὰρ ὁ λόγος, ὅτι μὲν πρῶται συγ‐ καταθέσεις κατὰ τὰς κοινὰς περὶ Θεοῦ προλήψεις γίνον‐ ται· τὸ δὲ ἀκριβὲς τῆς πίστεως τελειοῦται, τρανουμένης</w:t>
      </w:r>
    </w:p>
    <w:p>
      <w:r>
        <w:rPr>
          <w:rFonts w:ascii="Courier New" w:hAnsi="Courier New"/>
          <w:color w:val="555555"/>
          <w:sz w:val="20"/>
        </w:rPr>
        <w:t>[10]</w:t>
      </w:r>
    </w:p>
    <w:p>
      <w:r>
        <w:rPr>
          <w:rFonts w:ascii="Gentium Plus" w:hAnsi="Gentium Plus"/>
          <w:sz w:val="24"/>
        </w:rPr>
        <w:t>ἤδη ἐν ταῖς καρδίαις τῶν προκοπτόντων ἐπὶ τὴν γνῶσιν τῆς ἰδιότητος τοῦ Θεοῦ. Διὰ τοῦτο τοῖς μὲν εἰσαγομένοις εἰς γνῶσιν ἁπλῶς εἴρηται οἶκος Θεοῦ, τοῖς δὲ στοιχειωθεῖσι λοιπὸν καὶ τίνος Θεοῦ, ὅτι τοῦ Ἰακὼβ, ᾧ ἐχαρίσατο τὴν πρὸς αὐτὸν οἰκειότητα. Ἐγὼ γὰρ (φησὶν) ὁ Θεὸς Ἀβραὰμ</w:t>
      </w:r>
    </w:p>
    <w:p>
      <w:r>
        <w:rPr>
          <w:rFonts w:ascii="Courier New" w:hAnsi="Courier New"/>
          <w:color w:val="555555"/>
          <w:sz w:val="20"/>
        </w:rPr>
        <w:t>[15]</w:t>
      </w:r>
    </w:p>
    <w:p>
      <w:r>
        <w:rPr>
          <w:rFonts w:ascii="Gentium Plus" w:hAnsi="Gentium Plus"/>
          <w:sz w:val="24"/>
        </w:rPr>
        <w:t>καὶ ὁ Θεὸς Ἰσαὰκ καὶ ὁ Θεὸς Ἰακώβ. Τοῦτό μοί ἐστιν ὄνομα αἰώνιον. Ἵνα γὰρ ἀεὶ μνημόνευτον ποιήσῃ τὴν τιμὴν τοῖς Ἁγίοις, συνῆψεν ἑαυτῷ τὰ τῶν δούλων ὀνόματα· ὥστε ὁσάκις ἂν γένηται μνήμη Θεοῦ, τοσαυτάκις κἀκείνων τὴν μνήμην</w:t>
      </w:r>
    </w:p>
    <w:p>
      <w:r>
        <w:rPr>
          <w:rFonts w:ascii="Courier New" w:hAnsi="Courier New"/>
          <w:color w:val="555555"/>
          <w:sz w:val="20"/>
        </w:rPr>
        <w:t>[20]</w:t>
      </w:r>
    </w:p>
    <w:p>
      <w:r>
        <w:rPr>
          <w:rFonts w:ascii="Gentium Plus" w:hAnsi="Gentium Plus"/>
          <w:sz w:val="24"/>
        </w:rPr>
        <w:t>συναναφέρεσθαι. Τοῖς οὖν προσελθοῦσιν ἤδη τὸ οἱονεὶ γνώρισμα τοῦ Θεοῦ προσέθηκεν, εἰπών· Καὶ εἰς τὸν οἶ‐ κον τοῦ Θεοῦ Ἰακώβ. Ἀλλ’ ἐπειδὴ καὶ Ἰακὼβ ἔτι τοῦ</w:t>
      </w:r>
    </w:p>
    <w:p>
      <w:r>
        <w:rPr>
          <w:rFonts w:ascii="Courier New" w:hAnsi="Courier New"/>
          <w:color w:val="555555"/>
          <w:sz w:val="20"/>
        </w:rPr>
        <w:t>[25]</w:t>
      </w:r>
    </w:p>
    <w:p>
      <w:r>
        <w:rPr>
          <w:rFonts w:ascii="Gentium Plus" w:hAnsi="Gentium Plus"/>
          <w:sz w:val="24"/>
        </w:rPr>
        <w:t>ὕστερον δὲ μετὰ τὴν νίκην ἆθλον ἔλαβε τὸ Ἰσραὴλ ὀνομά‐ ζεσθαι) ὁ ἔτι προκόπτων τέως μανθάνει τὸν οἶκον τοῦ Θεοῦ Ἰακὼβ, τὰ ὑποδεέστερα καὶ ἑαυτῷ ἐφικτά· ὕστερον δέ ποτε καὶ τὸν Θεὸν τοῦ Ἰσραὴλ διδαχθήσεται, ὁδῷ καὶ τάξει τῶν τελειοτέρων παραδόσεων οἰκονομουμένων περὶ</w:t>
      </w:r>
    </w:p>
    <w:p>
      <w:r>
        <w:rPr>
          <w:rFonts w:ascii="Courier New" w:hAnsi="Courier New"/>
          <w:color w:val="555555"/>
          <w:sz w:val="20"/>
        </w:rPr>
        <w:t>[30]</w:t>
      </w:r>
    </w:p>
    <w:p>
      <w:r>
        <w:rPr>
          <w:rFonts w:ascii="Gentium Plus" w:hAnsi="Gentium Plus"/>
          <w:sz w:val="24"/>
        </w:rPr>
        <w:t>αὐτόν.</w:t>
      </w:r>
    </w:p>
    <w:p>
      <w:r>
        <w:rPr>
          <w:rFonts w:ascii="Courier New" w:hAnsi="Courier New"/>
          <w:color w:val="555555"/>
          <w:sz w:val="20"/>
        </w:rPr>
        <w:t>[2 . 71]</w:t>
      </w:r>
    </w:p>
    <w:p>
      <w:r>
        <w:rPr>
          <w:rFonts w:ascii="Gentium Plus" w:hAnsi="Gentium Plus"/>
          <w:sz w:val="24"/>
        </w:rPr>
        <w:t>Καὶ ἀναγγελεῖ ἡμῖν τὴν ὁδὸν αὐτοῦ καὶ πορευ‐ σόμεθα ἐν αὐτῇ. Ἐὰν μὴ ἀναβῶμεν εἰς τὸ ὄρος, οὐκ ἀναγγελεῖ ἡμῖν τὴν ὁδὸν αὐτοῦ. Ἐὰν μὴ ἀναγγείλῃ ἡμῖν, πῶς πορευσόμεθα;</w:t>
      </w:r>
    </w:p>
    <w:p>
      <w:r>
        <w:rPr>
          <w:rFonts w:ascii="Courier New" w:hAnsi="Courier New"/>
          <w:color w:val="555555"/>
          <w:sz w:val="20"/>
        </w:rPr>
        <w:t>[5]</w:t>
      </w:r>
    </w:p>
    <w:p>
      <w:r>
        <w:rPr>
          <w:rFonts w:ascii="Gentium Plus" w:hAnsi="Gentium Plus"/>
          <w:sz w:val="24"/>
        </w:rPr>
        <w:t>Τουτέστιν· ἐὰν μὴ δεξώμεθα τὸ Εὐαγγέλιον, πῶς βιωσό‐ μεθα κατ’ αὐτό; Οἱ δὲ ἐπιζητοῦντες μαθεῖν ὁδὸν, δηλο‐ νότι οὐκ ἤδεισαν. Πῶς οὖν ἀναβαίνωμεν εἰς τὸ ὄρος, τὴν ὁδὸν ἀγνοοῦντες; Ἢ τὸ Δεῦτε καὶ ἀναβῶμεν, τὴν πρόθεσιν καὶ τὴν σπουδὴν τῶν ἐπειγομένων ἐμφαίνει· οὔπω μέντοι</w:t>
      </w:r>
    </w:p>
    <w:p>
      <w:r>
        <w:rPr>
          <w:rFonts w:ascii="Courier New" w:hAnsi="Courier New"/>
          <w:color w:val="555555"/>
          <w:sz w:val="20"/>
        </w:rPr>
        <w:t>[10]</w:t>
      </w:r>
    </w:p>
    <w:p>
      <w:r>
        <w:rPr>
          <w:rFonts w:ascii="Gentium Plus" w:hAnsi="Gentium Plus"/>
          <w:sz w:val="24"/>
        </w:rPr>
        <w:t>παρίστησι τῶν ἐπιθυμητῶν τὴν ἐπίτευξιν. Ἡγησώμεθα γάρ τινας τῶν νῦν ἐπὶ τὴν πίστιν ἐπειγομένων ἀλλήλους προσφωνεῖν καὶ παρορμᾷν· δεῦτε, ἀποστῶμεν τῶν χαμερ‐ πῶν· δεῦτε, φρονήσωμεν τὰ οὐράνια, εἰσέλθωμεν εἰς τὸν οἶκον τοῦ Θεοῦ. Ἐκεῖ μαθησόμεθα τὴν ὁδὸν, δι’ ἧς ἐπὶ</w:t>
      </w:r>
    </w:p>
    <w:p>
      <w:r>
        <w:rPr>
          <w:rFonts w:ascii="Courier New" w:hAnsi="Courier New"/>
          <w:color w:val="555555"/>
          <w:sz w:val="20"/>
        </w:rPr>
        <w:t>[15]</w:t>
      </w:r>
    </w:p>
    <w:p>
      <w:r>
        <w:rPr>
          <w:rFonts w:ascii="Gentium Plus" w:hAnsi="Gentium Plus"/>
          <w:sz w:val="24"/>
        </w:rPr>
        <w:t>τὸ κοινῶς προκείμενον ἅπασι πέρας διὰ τῆς τελειότητος</w:t>
      </w:r>
    </w:p>
    <w:p>
      <w:r>
        <w:rPr>
          <w:rFonts w:ascii="Courier New" w:hAnsi="Courier New"/>
          <w:color w:val="555555"/>
          <w:sz w:val="20"/>
        </w:rPr>
        <w:t>[2 . 72]</w:t>
      </w:r>
    </w:p>
    <w:p>
      <w:r>
        <w:rPr>
          <w:rFonts w:ascii="Gentium Plus" w:hAnsi="Gentium Plus"/>
          <w:sz w:val="24"/>
        </w:rPr>
        <w:t>Ἐκ γὰρ Σιὼν ἐξελεύσεται νόμος καὶ λόγος Κυρίου ἐξ Ἱερουσαλήμ. Ἐρώτησον τὸν τῆς κατατομῆς ἄνθρωπον, τὸν κατὰ σάρκα Ἰουδαῖον, περὶ ποίου νόμου λέγει καὶ ποίου λό‐</w:t>
      </w:r>
    </w:p>
    <w:p>
      <w:r>
        <w:rPr>
          <w:rFonts w:ascii="Courier New" w:hAnsi="Courier New"/>
          <w:color w:val="555555"/>
          <w:sz w:val="20"/>
        </w:rPr>
        <w:t>[5]</w:t>
      </w:r>
    </w:p>
    <w:p>
      <w:r>
        <w:rPr>
          <w:rFonts w:ascii="Gentium Plus" w:hAnsi="Gentium Plus"/>
          <w:sz w:val="24"/>
        </w:rPr>
        <w:t>γου; Τοῦ διὰ Μωϋσέως δοθέντος νόμου; Ἀλλὰ πῶς οὗτος ἀπὸ Σιὼν, δεικνύτωσαν. Μωϋσῆς γὰρ οὐκ εἰσῆλθεν εἰς τὴν γῆν τῆς κατασχέσεως, τὸ δὲ Σιὼν ἐν τῇ Ἰου‐ δαίᾳ. Ἔσφαλται οὖν κατ’ αὐτοὺς ἡ Γραφὴ, ἀντὶ ἄλλου ὀνόματος ἄλλο λέγουσα· ἀντὶ γὰρ τοῦ Σινὰ ἢ τοῦ Χωρὴβ,</w:t>
      </w:r>
    </w:p>
    <w:p>
      <w:r>
        <w:rPr>
          <w:rFonts w:ascii="Courier New" w:hAnsi="Courier New"/>
          <w:color w:val="555555"/>
          <w:sz w:val="20"/>
        </w:rPr>
        <w:t>[10]</w:t>
      </w:r>
    </w:p>
    <w:p>
      <w:r>
        <w:rPr>
          <w:rFonts w:ascii="Gentium Plus" w:hAnsi="Gentium Plus"/>
          <w:sz w:val="24"/>
        </w:rPr>
        <w:t>τὸ Σιὼν εἴρηκεν. Ἀλλὰ περὶ ἁγίου νόμου λέγει. Ποίου; τοῦ πότε δοθέντος; τοῦ ποῦ γεγραμμένου; Καὶ λόγον ἐκ τῆς Ἱερουσαλήμ. —Τὸν προφητικὸν λέγει. —Ἀλλὰ πανταχοῦ τῆς Ἰουδαίας γεγένηται, οὐκ ἐν τῇ Ἱερουσαλὴμ δὲ μόνον, καὶ κατὰ τὸν Ἰσραήλ· ἀλλὰ καὶ ἐν τῇ αἰχμαλωσίᾳ, καὶ ἐν</w:t>
      </w:r>
    </w:p>
    <w:p>
      <w:r>
        <w:rPr>
          <w:rFonts w:ascii="Courier New" w:hAnsi="Courier New"/>
          <w:color w:val="555555"/>
          <w:sz w:val="20"/>
        </w:rPr>
        <w:t>[15]</w:t>
      </w:r>
    </w:p>
    <w:p>
      <w:r>
        <w:rPr>
          <w:rFonts w:ascii="Gentium Plus" w:hAnsi="Gentium Plus"/>
          <w:sz w:val="24"/>
        </w:rPr>
        <w:t>Νινευῇ, καὶ πολλαχοῦ τῆς γῆς. Ἀγχέσθωσαν οὖν ὑπὸ τῆς ἀληθείας καὶ καταδεχέσθωσαν τὴν τοῦ Κυρίου νομοθεσίαν, ἀπὸ τοῦ σκοπευτηρίου γινομένην, ἀπὸ τῆς Σαρκὸς τῆς θεο‐ φόρου, ἀφ’ ἧς ἐπεσκόπει τὰ κατὰ ἀνθρώπους πράγματα. Καὶ λόγος Κυρίου ἀπὸ Ἱερουσαλήμ. Ἐκεῖθεν γὰρ ἀρξά‐</w:t>
      </w:r>
    </w:p>
    <w:p>
      <w:r>
        <w:rPr>
          <w:rFonts w:ascii="Courier New" w:hAnsi="Courier New"/>
          <w:color w:val="555555"/>
          <w:sz w:val="20"/>
        </w:rPr>
        <w:t>[20]</w:t>
      </w:r>
    </w:p>
    <w:p>
      <w:r>
        <w:rPr>
          <w:rFonts w:ascii="Gentium Plus" w:hAnsi="Gentium Plus"/>
          <w:sz w:val="24"/>
        </w:rPr>
        <w:t>μενον εἰς πάντα τὸν κόσμον ἐπεσπάρη τὸ κήρυγμα.</w:t>
      </w:r>
    </w:p>
    <w:p>
      <w:r>
        <w:rPr>
          <w:rFonts w:ascii="Courier New" w:hAnsi="Courier New"/>
          <w:color w:val="555555"/>
          <w:sz w:val="20"/>
        </w:rPr>
        <w:t>[2 . 73]</w:t>
      </w:r>
    </w:p>
    <w:p>
      <w:r>
        <w:rPr>
          <w:rFonts w:ascii="Gentium Plus" w:hAnsi="Gentium Plus"/>
          <w:sz w:val="24"/>
        </w:rPr>
        <w:t>Καὶ κρινεῖ ἀνὰ μέσον τῶν ἐθνῶν. Ὁ Θεὸς ἐν μὲν συναγωγῇ θεῶν στὰς, θεοὺς διακρινεῖ· ἐν δὲ</w:t>
      </w:r>
    </w:p>
    <w:p>
      <w:r>
        <w:rPr>
          <w:rFonts w:ascii="Courier New" w:hAnsi="Courier New"/>
          <w:color w:val="555555"/>
          <w:sz w:val="20"/>
        </w:rPr>
        <w:t>[5]</w:t>
      </w:r>
    </w:p>
    <w:p>
      <w:r>
        <w:rPr>
          <w:rFonts w:ascii="Gentium Plus" w:hAnsi="Gentium Plus"/>
          <w:sz w:val="24"/>
        </w:rPr>
        <w:t>τοῖς δὲ μάτην βεβιωκόσι τὸ κρίνεσθαι. Μήποτε δὲ ἐντεῦθεν δείκνυται τὸ διάφορον εἶναι τῶν ἔξω τῆς εὐσεβείας ἐθνῶν τὴν κόλασιν, ἀλλὰ μὴ μίαν καὶ τὴν αὐτήν· καθ’ ὃ μὲν γὰρ ἐκπε‐ πτώκασι τῆς ἐπιγνώσεως τοῦ Θεοῦ, πάντες βασάνων καὶ κο‐ λάσεων ἄξιοι· καθ’ ὃ δὲ διάφορα αὐτῶν τὰ κατὰ τὸν βίον</w:t>
      </w:r>
    </w:p>
    <w:p>
      <w:r>
        <w:rPr>
          <w:rFonts w:ascii="Courier New" w:hAnsi="Courier New"/>
          <w:color w:val="555555"/>
          <w:sz w:val="20"/>
        </w:rPr>
        <w:t>[10]</w:t>
      </w:r>
    </w:p>
    <w:p>
      <w:r>
        <w:rPr>
          <w:rFonts w:ascii="Gentium Plus" w:hAnsi="Gentium Plus"/>
          <w:sz w:val="24"/>
        </w:rPr>
        <w:t>ἐπιτηδεύματα, ἔν τε τοῖς πάθεσι τῆς ἀτιμίας καὶ ἐν ταῖς εἰς τοὺς πλησίον πονηρίαις, δεῖται κρίσεως κατὰ τῶν ἐθνῶν τῆς διαλαμβανούσης περὶ τῶν εἰς τοὺς πέλας πεπλημμε‐ λημένων. Καὶ ἐλέγξει λαὸν πολύν. Ἵνα δείξῃ ἡμῖν τὸ δίκαιον καὶ</w:t>
      </w:r>
    </w:p>
    <w:p>
      <w:r>
        <w:rPr>
          <w:rFonts w:ascii="Courier New" w:hAnsi="Courier New"/>
          <w:color w:val="555555"/>
          <w:sz w:val="20"/>
        </w:rPr>
        <w:t>[15]</w:t>
      </w:r>
    </w:p>
    <w:p>
      <w:r>
        <w:rPr>
          <w:rFonts w:ascii="Gentium Plus" w:hAnsi="Gentium Plus"/>
          <w:sz w:val="24"/>
        </w:rPr>
        <w:t>ἀναντίῤῥητον τῆς δικαίας κρίσεως, ἐπήγαγε τὸ Καὶ ἐλέγ‐ ξει λαὸν πολύν. —Ἐλέγξω γάρ σε (φησὶ) καὶ παραστήσω κατὰ τὸ πρόσωπόν σου. Ἐνταῦθα μὲν οὖν μάρτυρας παριστᾷ ὁ κατήγορος εἰς ἔλεγχον τῶν ἐγκλημάτων τοῦ κατηγορουμέ‐ νου, ἐν δὲ τῷ τῶν κρυπτῶν δικαστηρίῳ αὐτὰ τὰ πράγματα</w:t>
      </w:r>
    </w:p>
    <w:p>
      <w:r>
        <w:rPr>
          <w:rFonts w:ascii="Courier New" w:hAnsi="Courier New"/>
          <w:color w:val="555555"/>
          <w:sz w:val="20"/>
        </w:rPr>
        <w:t>[20]</w:t>
      </w:r>
    </w:p>
    <w:p>
      <w:r>
        <w:rPr>
          <w:rFonts w:ascii="Gentium Plus" w:hAnsi="Gentium Plus"/>
          <w:sz w:val="24"/>
        </w:rPr>
        <w:t>ἡμῖν παρίσταται ἐν τῷ ἰδίῳ σχήματι, ἑκάστης ἁμαρτίας παρισταμένης τοῖς ἡμαρτηκόσιν. Ἐκεῖ μὲν οὖν ἔλεγχος εἰς σύστασιν τῆς δικαιοκρισίας παραλαμβάνεται, ἐνταῦθα δὲ εἰς διόρθωσιν τῶν ἐφ’ οἷς ἐλέγχεται. Ἐφ’ ᾧ τὸν Τιμόθεον χρῆσθαι ὁ Ἀπόστολος παραινεῖ. Πᾶς μέντοι ἔλεγχος, ἐναρ‐</w:t>
      </w:r>
    </w:p>
    <w:p>
      <w:r>
        <w:rPr>
          <w:rFonts w:ascii="Courier New" w:hAnsi="Courier New"/>
          <w:color w:val="555555"/>
          <w:sz w:val="20"/>
        </w:rPr>
        <w:t>[25]</w:t>
      </w:r>
    </w:p>
    <w:p>
      <w:r>
        <w:rPr>
          <w:rFonts w:ascii="Gentium Plus" w:hAnsi="Gentium Plus"/>
          <w:sz w:val="24"/>
        </w:rPr>
        <w:t>γῶς καθαπτόμενος τοῦ ἐλεγχομένου, ἰσχυρῶς αὐτὸν βασα‐ νίζει, παριστὰς τὸ αἶσχος τοῦ ἁμαρτήματος, ὥστε μεγάλα εὐεργετεῖν τὸν ἀναισθητοῦντα τῶν ἰδίων πταισμάτων εἰς τὴν συναίσθησιν ἄγων καὶ μεταμέλειαν ἀληθινήν. Ποῖον</w:t>
      </w:r>
    </w:p>
    <w:p>
      <w:r>
        <w:rPr>
          <w:rFonts w:ascii="Courier New" w:hAnsi="Courier New"/>
          <w:color w:val="555555"/>
          <w:sz w:val="20"/>
        </w:rPr>
        <w:t>[30]</w:t>
      </w:r>
    </w:p>
    <w:p>
      <w:r>
        <w:rPr>
          <w:rFonts w:ascii="Gentium Plus" w:hAnsi="Gentium Plus"/>
          <w:sz w:val="24"/>
        </w:rPr>
        <w:t>ὁποίαν βάσανον ἐμποιεῖ τῇ ψυχῇ λόγος πληκτικὸς, καθι‐ κνούμενος τοῦ συνειδότος τῶν ἐνεχομένων τῇ αἰσχύνῃ τῶν κακῶς πεπραγμένων;</w:t>
      </w:r>
    </w:p>
    <w:p>
      <w:r>
        <w:rPr>
          <w:rFonts w:ascii="Courier New" w:hAnsi="Courier New"/>
          <w:color w:val="555555"/>
          <w:sz w:val="20"/>
        </w:rPr>
        <w:t>[2 . 74]</w:t>
      </w:r>
    </w:p>
    <w:p>
      <w:r>
        <w:rPr>
          <w:rFonts w:ascii="Gentium Plus" w:hAnsi="Gentium Plus"/>
          <w:sz w:val="24"/>
        </w:rPr>
        <w:t>Καὶ συγκόψουσι τὰς μαχαίρας αὐτῶν εἰς ἄροτρα καὶ τὰς ζιβύνας αὐτῶν εἰς δρέπανα. Τοῦτό ἐστι τὸ εὔχρηστον τέλος τῶν ἐλέγχων, μεταβαλεῖν πρὸς εἰρηνικὴν κατάστασιν τοὺς φιλοπολέμους καὶ ταραχώ‐</w:t>
      </w:r>
    </w:p>
    <w:p>
      <w:r>
        <w:rPr>
          <w:rFonts w:ascii="Courier New" w:hAnsi="Courier New"/>
          <w:color w:val="555555"/>
          <w:sz w:val="20"/>
        </w:rPr>
        <w:t>[5]</w:t>
      </w:r>
    </w:p>
    <w:p>
      <w:r>
        <w:rPr>
          <w:rFonts w:ascii="Gentium Plus" w:hAnsi="Gentium Plus"/>
          <w:sz w:val="24"/>
        </w:rPr>
        <w:t>δεις. Δῆλον δὲ παντὶ, ὅτι ὁ Χριστοῦ νόμος καὶ λόγος, τὸ εἰρη‐ νικὸν καὶ συμβατικὸν ἔχων, εἰρήνην ἐκήρυξε τοῖς μακρὰν καὶ τοῖς ἐγγύς· ὥστε καὶ τοὺς Ἰουδαίους καὶ τοὺς ἐξ ἐθνῶν κατα‐ θεμένους τὰ πολεμιστήρια, τά τε πρὸς τὴν ἐκ τοῦ σύνεγγυς ἐν τοῖς συστάδην γινομένοις ἀγῶσι συμπλοκὴν (ἅτινα εἶπε μά‐</w:t>
      </w:r>
    </w:p>
    <w:p>
      <w:r>
        <w:rPr>
          <w:rFonts w:ascii="Courier New" w:hAnsi="Courier New"/>
          <w:color w:val="555555"/>
          <w:sz w:val="20"/>
        </w:rPr>
        <w:t>[10]</w:t>
      </w:r>
    </w:p>
    <w:p>
      <w:r>
        <w:rPr>
          <w:rFonts w:ascii="Gentium Plus" w:hAnsi="Gentium Plus"/>
          <w:sz w:val="24"/>
        </w:rPr>
        <w:t>χαιραν) καὶ τὰ πρὸς ἄμυναν τὴν διὰ μακροῦ παρεσκευασμένα (ἅτινα εἶναι δόρατα καὶ ζιβύνας φησί)· ταῦτα δὲ εἰς τὰ τῆς γεωργίας ἐργαλεῖα μετασκευάζειν τὸν λόγον τὸν ἐκ τῆς Ἱε‐ ρουσαλήμ· ὥστε τὴν φθαρτικὴν μάχαιραν σπερμάτων ζωο‐ ποιῶν, τῶν ἐκ τῆς σοφίας ἐγγινομένων ταῖς λογικαῖς ψυχαῖς,</w:t>
      </w:r>
    </w:p>
    <w:p>
      <w:r>
        <w:rPr>
          <w:rFonts w:ascii="Courier New" w:hAnsi="Courier New"/>
          <w:color w:val="555555"/>
          <w:sz w:val="20"/>
        </w:rPr>
        <w:t>[15]</w:t>
      </w:r>
    </w:p>
    <w:p>
      <w:r>
        <w:rPr>
          <w:rFonts w:ascii="Gentium Plus" w:hAnsi="Gentium Plus"/>
          <w:sz w:val="24"/>
        </w:rPr>
        <w:t>εἶναι παρασκευαστικήν· ἄροτρον γενομένην ἁπαλῦνον τὰ πεπωρωμένα, ἀκάνθας ἀνατρέπον, οὐρανίας χάριτος φυλα‐ κτηρίων ποιητικόν. Ἡ δὲ ζιβύνη, τὸ πόῤῥωθεν κατακοντίζον καὶ ἀπωθού‐ μενον, εἰς τὸ συνακτικὸν ἐκ τοῦ σύνεγγυς καὶ κοινωνίας</w:t>
      </w:r>
    </w:p>
    <w:p>
      <w:r>
        <w:rPr>
          <w:rFonts w:ascii="Courier New" w:hAnsi="Courier New"/>
          <w:color w:val="555555"/>
          <w:sz w:val="20"/>
        </w:rPr>
        <w:t>[20]</w:t>
      </w:r>
    </w:p>
    <w:p>
      <w:r>
        <w:rPr>
          <w:rFonts w:ascii="Gentium Plus" w:hAnsi="Gentium Plus"/>
          <w:sz w:val="24"/>
        </w:rPr>
        <w:t>συνδετικόν. Τοιαῦται γὰρ αἱ δρεπάναι συνάγουσαι τὰ διε‐ σκορπισμένα καὶ εἰς κοινωνίαν δράγματος συνδέουσαι τοὺς ἀστάχυας. Ἔστιν οὖν τι καὶ λογικὸν θέρος, εἰς ὃ</w:t>
      </w:r>
    </w:p>
    <w:p>
      <w:r>
        <w:rPr>
          <w:rFonts w:ascii="Courier New" w:hAnsi="Courier New"/>
          <w:color w:val="555555"/>
          <w:sz w:val="20"/>
        </w:rPr>
        <w:t>[25]</w:t>
      </w:r>
    </w:p>
    <w:p>
      <w:r>
        <w:rPr>
          <w:rFonts w:ascii="Gentium Plus" w:hAnsi="Gentium Plus"/>
          <w:sz w:val="24"/>
        </w:rPr>
        <w:t>εἰσιν. Οὐδεὶς οὖν πολεμοποιὸς πρὸς τὸν θερισμὸν ἐπιτήδειος. Ἀλλὰ τοὺς ἰδίους μαθητὰς πρὸς τὸν θερισμὸν τοῦτον ἀπ‐ έστειλε, περὶ ὧν καὶ εἶπεν· Ὁ μὲν θερισμὸς πολὺς, οἱ δὲ ἐργάται ὀλίγοι. Τούτοις οὖν τοῖς θερισταῖς, διὰ τὸ μὴ ἔχειν πολέμου ὄργανον ἐν ταῖς καρδίαις, ἔδωκε δύναμιν τοῦ</w:t>
      </w:r>
    </w:p>
    <w:p>
      <w:r>
        <w:rPr>
          <w:rFonts w:ascii="Courier New" w:hAnsi="Courier New"/>
          <w:color w:val="555555"/>
          <w:sz w:val="20"/>
        </w:rPr>
        <w:t>[30]</w:t>
      </w:r>
    </w:p>
    <w:p>
      <w:r>
        <w:rPr>
          <w:rFonts w:ascii="Gentium Plus" w:hAnsi="Gentium Plus"/>
          <w:sz w:val="24"/>
        </w:rPr>
        <w:t>ἐναφιέναι εἰρήνην τοῖς οἴκοις, εἰς οὓς ἂν εἰσέλθωσιν.</w:t>
      </w:r>
    </w:p>
    <w:p>
      <w:r>
        <w:rPr>
          <w:rFonts w:ascii="Courier New" w:hAnsi="Courier New"/>
          <w:color w:val="555555"/>
          <w:sz w:val="20"/>
        </w:rPr>
        <w:t>[2 . 75]</w:t>
      </w:r>
    </w:p>
    <w:p>
      <w:r>
        <w:rPr>
          <w:rFonts w:ascii="Gentium Plus" w:hAnsi="Gentium Plus"/>
          <w:sz w:val="24"/>
        </w:rPr>
        <w:t>Καὶ οὐ λήψεται ἔθνος ἐπ’ ἔθνος μάχαιραν. Ἕως μὲν ἐνηργεῖτο διαπύρως ὁ τῆς τοῦ κόσμου σοφίας λό‐ γος, ἀλλήλων τὰ ἔθνη κατεπανίσταντο, σφοδρῶς ἠκονημένην τῇ μελέτῃ καὶ τῇ πιθανότητι στίλβουσαν τοῦ λόγου τὴν μά‐</w:t>
      </w:r>
    </w:p>
    <w:p>
      <w:r>
        <w:rPr>
          <w:rFonts w:ascii="Courier New" w:hAnsi="Courier New"/>
          <w:color w:val="555555"/>
          <w:sz w:val="20"/>
        </w:rPr>
        <w:t>[5]</w:t>
      </w:r>
    </w:p>
    <w:p>
      <w:r>
        <w:rPr>
          <w:rFonts w:ascii="Gentium Plus" w:hAnsi="Gentium Plus"/>
          <w:sz w:val="24"/>
        </w:rPr>
        <w:t>χαιραν ἀλλήλοις ἀντεπιφέροντες. Ἐπειδὴ δὲ ἦλθεν ἡ εἰρήνη ἡμῶν, καὶ κατηγγέλη δόξα ἐν ὑψίστοις Θεῷ καὶ ἐπὶ γῆς εἰ‐ ρήνη, ἅπαν ὁμοῦ τὸ ψεῦδος τῇ ἀληθείᾳ ὑπεσιώπησεν. Ὥσπερ ὀρνέων λάλων πολυφωνία ἀθρόως κατεσιγάσθη, ἀετοῦ πόθεν αὐτοῖς ἐπιφανέντος ἄνωθεν, οὐκέτι τοὺς ἀλλήλων καταβάλ‐</w:t>
      </w:r>
    </w:p>
    <w:p>
      <w:r>
        <w:rPr>
          <w:rFonts w:ascii="Courier New" w:hAnsi="Courier New"/>
          <w:color w:val="555555"/>
          <w:sz w:val="20"/>
        </w:rPr>
        <w:t>[10]</w:t>
      </w:r>
    </w:p>
    <w:p>
      <w:r>
        <w:rPr>
          <w:rFonts w:ascii="Gentium Plus" w:hAnsi="Gentium Plus"/>
          <w:sz w:val="24"/>
        </w:rPr>
        <w:t>λουσι λόγους· ὁ μὲν, μὴ εἶναι Πρόνοιαν τὸ παράπαν, ὁ δὲ μέχρι σελήνης προδιήκειν αὐτὴν λέγων. Οὐκέτι περὶ ψυχῆς· ὁ μὲν θνητὴν, ὁ δὲ ἀθάνατον ἀποφαινόμενοι. Τὰ περὶ εἱ‐ μαρμένης, ὁ μὲν πάντων αὐτὴν κρατεῖν, ὁ δὲ μηδὲ εἶναι αὐτὴν τὸ παράπαν. —Ἐπειδὴ δὲ ἦλθεν ἡ μωρία τοῦ κη‐</w:t>
      </w:r>
    </w:p>
    <w:p>
      <w:r>
        <w:rPr>
          <w:rFonts w:ascii="Courier New" w:hAnsi="Courier New"/>
          <w:color w:val="555555"/>
          <w:sz w:val="20"/>
        </w:rPr>
        <w:t>[15]</w:t>
      </w:r>
    </w:p>
    <w:p>
      <w:r>
        <w:rPr>
          <w:rFonts w:ascii="Gentium Plus" w:hAnsi="Gentium Plus"/>
          <w:sz w:val="24"/>
        </w:rPr>
        <w:t>ρύγματος, καὶ ὁ Ἐσταυρωμένος δοξάζεται, καὶ ἀνάστασις πι‐ στεύεται, καὶ κρίσις ἐλπίζεται, τὸν πρὸς ἀλλήλους πόλεμον τὰ ἔθνη καταλύσαντα, τὴν ἡσυχίαν ἄγει. Φοβοῦμαι δὲ μὴ θεαταὶ λοιπὸν τοῦ ἡμετέρου πολέμου γίνωνται ... Καὶ ἐπειδὴ πρὸ τούτου ἅπας ὁ βίος αὐτοῖς ἐν τῇ τῶν ματαίων λόγων</w:t>
      </w:r>
    </w:p>
    <w:p>
      <w:r>
        <w:rPr>
          <w:rFonts w:ascii="Courier New" w:hAnsi="Courier New"/>
          <w:color w:val="555555"/>
          <w:sz w:val="20"/>
        </w:rPr>
        <w:t>[20]</w:t>
      </w:r>
    </w:p>
    <w:p>
      <w:r>
        <w:rPr>
          <w:rFonts w:ascii="Gentium Plus" w:hAnsi="Gentium Plus"/>
          <w:sz w:val="24"/>
        </w:rPr>
        <w:t>μαθήσει καταναλίσκετο, ὡς τῆς διαλεκτικῆς πολεμικῆς οὔσης διαλόγου, Οὐ μὴ (φησὶν) μάθωσιν ἔτι πολεμεῖν, ἀντὶ τοῦ οὐκέτι τοῖς διδασκάλοις τῆς λογομαχίας προσδιατρίψου‐ σιν.</w:t>
      </w:r>
    </w:p>
    <w:p>
      <w:r>
        <w:rPr>
          <w:rFonts w:ascii="Courier New" w:hAnsi="Courier New"/>
          <w:color w:val="555555"/>
          <w:sz w:val="20"/>
        </w:rPr>
        <w:t>[2 . 76]</w:t>
      </w:r>
    </w:p>
    <w:p>
      <w:r>
        <w:rPr>
          <w:rFonts w:ascii="Gentium Plus" w:hAnsi="Gentium Plus"/>
          <w:sz w:val="24"/>
        </w:rPr>
        <w:t>Καὶ νῦν, οἶκος τοῦ Ἰακὼβ, δεῦτε καὶ πορευθῶμεν τῷ φωτὶ Κυρίου. Δευτέρα κλῆσις, ἐπὶ τὰ τελειότερα προκαλουμένη τοὺς εὐεργετουμένους. Μετὰ γὰρ τὸ ἀναβῆναι εἰς τὸ ὄρος Κυ‐</w:t>
      </w:r>
    </w:p>
    <w:p>
      <w:r>
        <w:rPr>
          <w:rFonts w:ascii="Courier New" w:hAnsi="Courier New"/>
          <w:color w:val="555555"/>
          <w:sz w:val="20"/>
        </w:rPr>
        <w:t>[5]</w:t>
      </w:r>
    </w:p>
    <w:p>
      <w:r>
        <w:rPr>
          <w:rFonts w:ascii="Gentium Plus" w:hAnsi="Gentium Plus"/>
          <w:sz w:val="24"/>
        </w:rPr>
        <w:t>ρίου καὶ ὑπερκύψαι τὰ γήϊνα, οἷον καθαρωτέρας μεταλα‐ βόντα αὐγῆς, φωτί ἐστιν ἐντυχεῖν θείῳ, φωτίζοντι ψυχῆς ὀφθαλμοὺς εἰς κατανόησιν τῶν μακαρίων καὶ νοητῶν θεα‐ μάτων καὶ θείων θεωρημάτων. Ὅμοιον τούτῳ καὶ τὸ παρὰ τῷ Ψαλμῳδῷ· Προσέλθετε πρὸς αὐτὸν, καὶ φωτί‐</w:t>
      </w:r>
    </w:p>
    <w:p>
      <w:r>
        <w:rPr>
          <w:rFonts w:ascii="Courier New" w:hAnsi="Courier New"/>
          <w:color w:val="555555"/>
          <w:sz w:val="20"/>
        </w:rPr>
        <w:t>[10]</w:t>
      </w:r>
    </w:p>
    <w:p>
      <w:r>
        <w:rPr>
          <w:rFonts w:ascii="Gentium Plus" w:hAnsi="Gentium Plus"/>
          <w:sz w:val="24"/>
        </w:rPr>
        <w:t>σθητε, καὶ τὰ πρόσωπα ὑμῶν οὐ μὴ καταισχυνθῇ. Οὐ καταισχύνεται γὰρ, ἐφ’ οὓς ἂν σημειωθῇ τὸ φῶς τοῦ προσ‐ ώπου Κυρίου. Ὁ δὲ τὰ φαῦλα πράσσων, μισεῖ τὸ φῶς. Ἐπειδὴ δὲ ὁ οἶκος τοῦ Ἰακὼβ φῶς αὔταρκες τὴν ἐκ τοῦ</w:t>
      </w:r>
    </w:p>
    <w:p>
      <w:r>
        <w:rPr>
          <w:rFonts w:ascii="Courier New" w:hAnsi="Courier New"/>
          <w:color w:val="555555"/>
          <w:sz w:val="20"/>
        </w:rPr>
        <w:t>[15]</w:t>
      </w:r>
    </w:p>
    <w:p>
      <w:r>
        <w:rPr>
          <w:rFonts w:ascii="Gentium Plus" w:hAnsi="Gentium Plus"/>
          <w:sz w:val="24"/>
        </w:rPr>
        <w:t>εἶναι τυφλῶν, φῶς τῶν ἐν σκότει, διορθούμενος αὐτῶν τὴν ἄγνοιαν ὁ λόγος, φησί· Δεῦτε καὶ πορευθῶμεν (μὴ τῷ προ‐ φητικῷ, μὴ τῷ νομικῷ φωτὶ, ἀλλὰ) τῷ φωτὶ τοῦ Κυρίου. Καὶ γὰρ καὶ λύχνοι χρήσιμοι, ἀλλὰ πρὸ ἡλίου· ἀστέρες τερ‐ πνοὶ, ἀλλ’ ἐν νυκτί. Εἰ δὲ γελοῖος, ἡλίου λάμποντος, ὁ λύχνον</w:t>
      </w:r>
    </w:p>
    <w:p>
      <w:r>
        <w:rPr>
          <w:rFonts w:ascii="Courier New" w:hAnsi="Courier New"/>
          <w:color w:val="555555"/>
          <w:sz w:val="20"/>
        </w:rPr>
        <w:t>[20]</w:t>
      </w:r>
    </w:p>
    <w:p>
      <w:r>
        <w:rPr>
          <w:rFonts w:ascii="Gentium Plus" w:hAnsi="Gentium Plus"/>
          <w:sz w:val="24"/>
        </w:rPr>
        <w:t>ἑαυτῷ παραφαίνων, πολλῷ γελοιότερος ὁ, Εὐαγγελίου κη‐ ρυσσομένου, τῇ σκιᾷ τῇ νομικῇ παραμένων.</w:t>
      </w:r>
    </w:p>
    <w:p>
      <w:r>
        <w:rPr>
          <w:rFonts w:ascii="Courier New" w:hAnsi="Courier New"/>
          <w:color w:val="555555"/>
          <w:sz w:val="20"/>
        </w:rPr>
        <w:t>[2 . 77]</w:t>
      </w:r>
    </w:p>
    <w:p>
      <w:r>
        <w:rPr>
          <w:rFonts w:ascii="Gentium Plus" w:hAnsi="Gentium Plus"/>
          <w:sz w:val="24"/>
        </w:rPr>
        <w:t>Ἀνῆκε γὰρ τὸν λαὸν αὐτοῦ, τὸν οἶκον τοῦ Ἰσραήλ. Χαλεπωτάτη ζημία ἡ ἀπὸ Θεοῦ ἐγκατάλειψις. Οἱονεὶ ἀπὸ ἰσχυρᾶς κατοχῆς χειρῶν, τῇ ἀνέσει τῶν δακτύλων, οἷς τέως περιεδέδρακτό τις τοῦ κατεχομένου, ἀφῆκεν αὐτὸ τῆς ἰδίας</w:t>
      </w:r>
    </w:p>
    <w:p>
      <w:r>
        <w:rPr>
          <w:rFonts w:ascii="Courier New" w:hAnsi="Courier New"/>
          <w:color w:val="555555"/>
          <w:sz w:val="20"/>
        </w:rPr>
        <w:t>[5]</w:t>
      </w:r>
    </w:p>
    <w:p>
      <w:r>
        <w:rPr>
          <w:rFonts w:ascii="Gentium Plus" w:hAnsi="Gentium Plus"/>
          <w:sz w:val="24"/>
        </w:rPr>
        <w:t>συντηρήσεως ἐκπεσεῖν, οὕτως ὁ λόγος ἐμφαίνει ἀπερικρά‐ τητον ὑπὸ τοῦ Θεοῦ τὸν λαὸν εἶναι. Διὰ ποίας δὲ αἰτίας ἀφίεταί τις τῶν χειρῶν τοῦ Θεοῦ, τὰ ἐφεξῆς διδάσκει· Ὅτι ἐνεπλήσθη ὡς τὸ ἀπαρχῆς ἡ χώρα αὐτῶν κληδονισμῶν, ὡς ἡ τῶν ἀλλοφύλων. Ὁρᾷς ἡλίκον κακὸν τὸ κληδονίζεσθαι.</w:t>
      </w:r>
    </w:p>
    <w:p>
      <w:r>
        <w:rPr>
          <w:rFonts w:ascii="Courier New" w:hAnsi="Courier New"/>
          <w:color w:val="555555"/>
          <w:sz w:val="20"/>
        </w:rPr>
        <w:t>[10]</w:t>
      </w:r>
    </w:p>
    <w:p>
      <w:r>
        <w:rPr>
          <w:rFonts w:ascii="Gentium Plus" w:hAnsi="Gentium Plus"/>
          <w:sz w:val="24"/>
        </w:rPr>
        <w:t>Ἔξω τῆς παρὰ Θεοῦ ἐπιμελείας ποιεῖ τὸν προσέχοντα</w:t>
      </w:r>
    </w:p>
    <w:p>
      <w:r>
        <w:rPr>
          <w:rFonts w:ascii="Courier New" w:hAnsi="Courier New"/>
          <w:color w:val="555555"/>
          <w:sz w:val="20"/>
        </w:rPr>
        <w:t>[15]</w:t>
      </w:r>
    </w:p>
    <w:p>
      <w:r>
        <w:rPr>
          <w:rFonts w:ascii="Gentium Plus" w:hAnsi="Gentium Plus"/>
          <w:sz w:val="24"/>
        </w:rPr>
        <w:t>ἐξιόντος· τὸ ἱμάτιον ἐνεσχέθη. Καὶ τῶν πάνυ γνωρίμων καὶ τῶν ἀναμενόντων Κριτὴν ἐκ τῶν οὐρανῶν τινες, τούτοις ἀδιαφόρως τοῖς βλαβεροῖς περι‐ πίπτουσιν. Ἀλλ’ ἄκουε ὅτι ἀπεῤῥίφη ὁ λαὸς ὁ ταῦτα περι‐ εργαζόμενος. Πάλαι γὰρ καὶ ἐκ τοῦ Μωϋσέως νόμου, κλη‐</w:t>
      </w:r>
    </w:p>
    <w:p>
      <w:r>
        <w:rPr>
          <w:rFonts w:ascii="Courier New" w:hAnsi="Courier New"/>
          <w:color w:val="555555"/>
          <w:sz w:val="20"/>
        </w:rPr>
        <w:t>[20]</w:t>
      </w:r>
    </w:p>
    <w:p>
      <w:r>
        <w:rPr>
          <w:rFonts w:ascii="Gentium Plus" w:hAnsi="Gentium Plus"/>
          <w:sz w:val="24"/>
        </w:rPr>
        <w:t>δόνες καὶ μαντεῖαι καὶ οἰωνισμοὶ καὶ ὀρνιθοσκοπίαι διαβέ‐ βληνται ὡς δαιμόνων εὑρέματα. Οὐκ οἰονιεῖσθε γὰρ (φησὶ) οὐδὲ ὀρνιθοσκοπήσεσθε. Τὰ γὰρ ἔθνη (φησὶν) οὓς Κύριος ὁ Θεὸς ἐξολοθρεύσει πρὸ προσώπου αὐτοῦ, οὗτοι κληδόνων καὶ μαντειῶν ἀκούσονται· σοὶ δὲ οὐχ οὕτως ἔδωκε Κύ‐</w:t>
      </w:r>
    </w:p>
    <w:p>
      <w:r>
        <w:rPr>
          <w:rFonts w:ascii="Courier New" w:hAnsi="Courier New"/>
          <w:color w:val="555555"/>
          <w:sz w:val="20"/>
        </w:rPr>
        <w:t>[25]</w:t>
      </w:r>
    </w:p>
    <w:p>
      <w:r>
        <w:rPr>
          <w:rFonts w:ascii="Gentium Plus" w:hAnsi="Gentium Plus"/>
          <w:sz w:val="24"/>
        </w:rPr>
        <w:t>ριος, ὁ Θεός σου. Ἄτοπον γὰρ, τὸν ἔχοντα τὴν ἐκ τῶν δικαιωμάτων τοῦ Θεοῦ συμβουλίαν, πρὸς τὴν ὑπὲρ οὐ πρακτέων σκέψιν συμβούλους ἑαυτοῦ παραλαμβάνειν τὰ ἄλογα, μᾶλλον δὲ οὐδὲ συμβούλους, ἀλλὰ διδασκάλοις χρῆσθαι καὶ νομοθέταις. Καὶ τὸν μὲν ἑαυ‐</w:t>
      </w:r>
    </w:p>
    <w:p>
      <w:r>
        <w:rPr>
          <w:rFonts w:ascii="Courier New" w:hAnsi="Courier New"/>
          <w:color w:val="555555"/>
          <w:sz w:val="20"/>
        </w:rPr>
        <w:t>[30]</w:t>
      </w:r>
    </w:p>
    <w:p>
      <w:r>
        <w:rPr>
          <w:rFonts w:ascii="Gentium Plus" w:hAnsi="Gentium Plus"/>
          <w:sz w:val="24"/>
        </w:rPr>
        <w:t>τοῦ κίνδυνον παρακείμενον καὶ ἐν ὀφθαλμοῖς ὄντα οὐκ εἶδεν ὁ ὄρνις· σοὶ δὲ τὸ μέλλον προαγορεύει· καὶ τῆς μὲν κα‐ λιᾶς ἀποπτὰς, τροφὴν πορίσαι τοῖς νεοσσοῖς, ἄπρακτος ἐπ‐ ανῆλθε πολλάκις· σοὶ δὲ μαντεῖον γέγονεν ἀψευδὲς καὶ τοῦ μέλλοντος ἀποκάλυψις ἡ ματαία τοῦ ὄρνιθος κίνησις. —Εἰ</w:t>
      </w:r>
    </w:p>
    <w:p>
      <w:r>
        <w:rPr>
          <w:rFonts w:ascii="Courier New" w:hAnsi="Courier New"/>
          <w:color w:val="555555"/>
          <w:sz w:val="20"/>
        </w:rPr>
        <w:t>[35]</w:t>
      </w:r>
    </w:p>
    <w:p>
      <w:r>
        <w:rPr>
          <w:rFonts w:ascii="Gentium Plus" w:hAnsi="Gentium Plus"/>
          <w:sz w:val="24"/>
        </w:rPr>
        <w:t>δὲ ἀπὸ δαιμόνων ἐνεργείας ἀπατηλὰ περιπέτονται, μή μοι</w:t>
      </w:r>
    </w:p>
    <w:p>
      <w:r>
        <w:rPr>
          <w:rFonts w:ascii="Courier New" w:hAnsi="Courier New"/>
          <w:color w:val="555555"/>
          <w:sz w:val="20"/>
        </w:rPr>
        <w:t>[2 . 78]</w:t>
      </w:r>
    </w:p>
    <w:p>
      <w:r>
        <w:rPr>
          <w:rFonts w:ascii="Gentium Plus" w:hAnsi="Gentium Plus"/>
          <w:sz w:val="24"/>
        </w:rPr>
        <w:t>Ἀλλὰ καὶ κρώζοντες κόρακες καὶ ἀλύοντες ἀετοὶ δι’ ἀπορίαν θήρας, τὴν δεισιδαίμονα καρδίαν πτήσσουσι. Καὶ τοσαύτη τοῦ ἐχθροῦ ἡ εἰς τὸν ἄνθρωπον ὕβρις, ὥστε καὶ γαλῆ παραφανεῖσα, καὶ κύων διακύψας, καὶ ἄνθρωπος ἐπιφα‐</w:t>
      </w:r>
    </w:p>
    <w:p>
      <w:r>
        <w:rPr>
          <w:rFonts w:ascii="Courier New" w:hAnsi="Courier New"/>
          <w:color w:val="555555"/>
          <w:sz w:val="20"/>
        </w:rPr>
        <w:t>[5]</w:t>
      </w:r>
    </w:p>
    <w:p>
      <w:r>
        <w:rPr>
          <w:rFonts w:ascii="Gentium Plus" w:hAnsi="Gentium Plus"/>
          <w:sz w:val="24"/>
        </w:rPr>
        <w:t>νεὶς ἕωθεν, κἂν τῶν εὐνουστάτων ᾖ, ὀφθαλμὸν δὲ ἢ σκέλος δεξιὸν πεπληγὼς, ἀπεπήδησε καὶ ἀπετράπη καὶ ἐπεκαλύ‐ ψατο πολλάκις τοὺς ὀφθαλμούς. Τί ἐλεεινότερον τοῦ τοιούτου βίου, πάντα ὑποπτεύειν, ὑπὸ πάντων ἐμποδίζεσθαι, δέον πανταχόθεν αὐτοῦ τὴν ψυχὴν πρὸς Θεὸν ἐπανάγειν;</w:t>
      </w:r>
    </w:p>
    <w:p>
      <w:r>
        <w:rPr>
          <w:rFonts w:ascii="Courier New" w:hAnsi="Courier New"/>
          <w:color w:val="555555"/>
          <w:sz w:val="20"/>
        </w:rPr>
        <w:t>[10]</w:t>
      </w:r>
    </w:p>
    <w:p>
      <w:r>
        <w:rPr>
          <w:rFonts w:ascii="Gentium Plus" w:hAnsi="Gentium Plus"/>
          <w:sz w:val="24"/>
        </w:rPr>
        <w:t>Ὅταν ἴδῃς ὄρνιθας διαπετομένους τὸν ἀέρα, μὴ τὰ σχήματα τῶν πτήσεων περιεργάζου, εἰ κύκλους ὑπὲρ κεφαλῆς ἡμῶν περιγράφουσιν, ἢ ἀντιπρόσωποι φέρονται, ἢ ἐκ τῶν κατόπιν ἐφίπτανται, ἢ πρὸς τὰ πλάγια μεταβαίνουσι. Ταῦτα καταλι‐ πῶν, τοῦ Δημιουργοῦ τὴν ἐπ’ αὐτοῖς σοφίαν καὶ διακόσμησιν</w:t>
      </w:r>
    </w:p>
    <w:p>
      <w:r>
        <w:rPr>
          <w:rFonts w:ascii="Courier New" w:hAnsi="Courier New"/>
          <w:color w:val="555555"/>
          <w:sz w:val="20"/>
        </w:rPr>
        <w:t>[15]</w:t>
      </w:r>
    </w:p>
    <w:p>
      <w:r>
        <w:rPr>
          <w:rFonts w:ascii="Gentium Plus" w:hAnsi="Gentium Plus"/>
          <w:sz w:val="24"/>
        </w:rPr>
        <w:t>θαύμασον· πῶς βάρος τοσοῦτον δι’ ἀέρος φέρεται, πῶς ἡ ἁπαλὴ τοῦ ἀέρος φύσις ὄχημα γίνεται τῷ πτερῷ, πῶς τῇ μὲν ἐκτάσει τῶν πτερῶν ἐπινήχονται τῷ ἀέρι, τῇ δὲ οὐρᾷ οἷον πηδαλίῳ τὴν πτῆσιν ἑαυτῶν ἀπευθύνουσι· πῶς ὅσα βα‐</w:t>
      </w:r>
    </w:p>
    <w:p>
      <w:r>
        <w:rPr>
          <w:rFonts w:ascii="Courier New" w:hAnsi="Courier New"/>
          <w:color w:val="555555"/>
          <w:sz w:val="20"/>
        </w:rPr>
        <w:t>[20]</w:t>
      </w:r>
    </w:p>
    <w:p>
      <w:r>
        <w:rPr>
          <w:rFonts w:ascii="Gentium Plus" w:hAnsi="Gentium Plus"/>
          <w:sz w:val="24"/>
        </w:rPr>
        <w:t>ἐκπληροῖ. —Ὅσα νηκτικὰ, ὅσα ἁρπακτικὰ, πρέπουσαν τῷ βίῳ τὴν κατασκευὴν ἔχει τοῦ σώματος. Τοῖς μὲν γὰρ ὄρ‐ γανα πρὸς τὴν ἁρπαγὴν, οἱ ὄνυχες· τοῖς δὲ οἱονεὶ κῶπαι οἱ ὑμένες εἰσὶ τῶν ποδῶν· ὥστε τῷ πλάτει τῆς βάσεως ῥᾷον διωθεῖσθαι τὸ ὕδωρ κατὰ τὴν κίνησιν. Πάντα γέμει τῆς σο‐</w:t>
      </w:r>
    </w:p>
    <w:p>
      <w:r>
        <w:rPr>
          <w:rFonts w:ascii="Courier New" w:hAnsi="Courier New"/>
          <w:color w:val="555555"/>
          <w:sz w:val="20"/>
        </w:rPr>
        <w:t>[25]</w:t>
      </w:r>
    </w:p>
    <w:p>
      <w:r>
        <w:rPr>
          <w:rFonts w:ascii="Gentium Plus" w:hAnsi="Gentium Plus"/>
          <w:sz w:val="24"/>
        </w:rPr>
        <w:t>φίας τοῦ Θεοῦ. Πάντα γὰρ ἐν σοφίᾳ ἐποίησεν. Ὁ δὲ μικρόψυχος καὶ ταπεινὰ φρονῶν, τὰς τῶν ἀλόγων κινήσεις τῷ ἰδίῳ σκο‐ πῷ συναρμόζειν ἐπιχειρῶν, καταλιπὼν Θεὸν, δαίμοσιν ἐπι‐ βούλοις ἔκδοτον ἔδωκεν ἑαυτὸν, οἳ τῷ κρατεῖν τοῦ ἀέρος</w:t>
      </w:r>
    </w:p>
    <w:p>
      <w:r>
        <w:rPr>
          <w:rFonts w:ascii="Courier New" w:hAnsi="Courier New"/>
          <w:color w:val="555555"/>
          <w:sz w:val="20"/>
        </w:rPr>
        <w:t>[30]</w:t>
      </w:r>
    </w:p>
    <w:p>
      <w:r>
        <w:rPr>
          <w:rFonts w:ascii="Gentium Plus" w:hAnsi="Gentium Plus"/>
          <w:sz w:val="24"/>
        </w:rPr>
        <w:t>ὧδε καὶ ὧδε στρέφειν ἐπινοοῦντες τοὺς ὄρνιθας, ἀθεράπευ‐ τον τὴν ἀπάτην τῶν ἀνοήτων συνέχουσι. —Ταῦτα εἰ καὶ παρεκβατικώτερον εἴρηται· ἀλλ’ οὐκ ἀχρήστως ὁ λόγος τῇ ἐκ τοῦ ῥητοῦ ἀφορμῇ εἰς θεραπείαν τῶν ἀνοήτων ἐχρήσατο. —Σημειωτέον δὲ ὅτι τὸν κληδονισμὸν ἴδιον ἐπιτήδευμα</w:t>
      </w:r>
    </w:p>
    <w:p>
      <w:r>
        <w:rPr>
          <w:rFonts w:ascii="Courier New" w:hAnsi="Courier New"/>
          <w:color w:val="555555"/>
          <w:sz w:val="20"/>
        </w:rPr>
        <w:t>[35]</w:t>
      </w:r>
    </w:p>
    <w:p>
      <w:r>
        <w:rPr>
          <w:rFonts w:ascii="Gentium Plus" w:hAnsi="Gentium Plus"/>
          <w:sz w:val="24"/>
        </w:rPr>
        <w:t>τῶν Φυλιστιαίων ἡ Γραφὴ παραδίδωσι, τουτέστι τῶν Πα‐ λαιστινῶν· τούτους γὰρ καὶ μόνους ἀλλοφύλους ἔθος αὐτῇ ὀνομάζειν. Ὥσπερ γὰρ Χαλδαῖοι γενεθλιαλογίαν, καὶ Αἰ‐ γύπτιοι φαρμακείας καὶ ἐπαοιδὰς, καὶ Κρῆτες οἰωνιστικήν, οὕτω καὶ οἱ ἀλλόφυλοι τὸν κληδονισμὸν ἰδιώσαντο. Πρὸς</w:t>
      </w:r>
    </w:p>
    <w:p>
      <w:r>
        <w:rPr>
          <w:rFonts w:ascii="Courier New" w:hAnsi="Courier New"/>
          <w:color w:val="555555"/>
          <w:sz w:val="20"/>
        </w:rPr>
        <w:t>[40]</w:t>
      </w:r>
    </w:p>
    <w:p>
      <w:r>
        <w:rPr>
          <w:rFonts w:ascii="Gentium Plus" w:hAnsi="Gentium Plus"/>
          <w:sz w:val="24"/>
        </w:rPr>
        <w:t>οὖν τὰ ἴδια ἑαυτῆς κακὰ ἐπανῆλθεν ἡ χώρα, γενομένη ὡς τὸ</w:t>
      </w:r>
    </w:p>
    <w:p>
      <w:r>
        <w:rPr>
          <w:rFonts w:ascii="Courier New" w:hAnsi="Courier New"/>
          <w:color w:val="555555"/>
          <w:sz w:val="20"/>
        </w:rPr>
        <w:t>[2 . 79]</w:t>
      </w:r>
    </w:p>
    <w:p>
      <w:r>
        <w:rPr>
          <w:rFonts w:ascii="Gentium Plus" w:hAnsi="Gentium Plus"/>
          <w:sz w:val="24"/>
        </w:rPr>
        <w:t>Καὶ τέκνα πολλὰ ἀλλόφυλα ἐγενήθη ἐν αὐτῇ. Ὅταν πόλις, ἔθη μοχθηρὰ παραδεξαμένη, κατ’ αὐτὰ βιοῦν ἕληται, τοῖς ἐπιγινομένοις λοιπὸν ὥσπερ νόμος γίνεται τὸ τῶν πατέρων ἁμάρτημα, καὶ εὐθὺς ἐκ γενέσεως ἀλλόφυλά ἐστι</w:t>
      </w:r>
    </w:p>
    <w:p>
      <w:r>
        <w:rPr>
          <w:rFonts w:ascii="Courier New" w:hAnsi="Courier New"/>
          <w:color w:val="555555"/>
          <w:sz w:val="20"/>
        </w:rPr>
        <w:t>[5]</w:t>
      </w:r>
    </w:p>
    <w:p>
      <w:r>
        <w:rPr>
          <w:rFonts w:ascii="Gentium Plus" w:hAnsi="Gentium Plus"/>
          <w:sz w:val="24"/>
        </w:rPr>
        <w:t>τὰ τέκνα, ὑπὸ τῆς πονηρᾶς ἀγωγῆς ἀλλοτριούμενα τοῦ λαοῦ τοῦ Θεοῦ. —Ἐπεὶ δὲ καὶ οἱ καρποὶ τῆς ψυχῆς τέκνα πολλά‐ κις λέγονται, εἴποι ἄν τις τὸν παρὰ τὸ βούλημα τῆς θείας Γραφῆς συλλεξάμενον ἀπὸ τῶν ἔξωθεν τῆς θεοσεβείας λό‐ γους οὐχ ὑγιεῖς, καὶ παραδεξάμενον αὐτοὺς, τὰ τέκνα ἀλλό‐</w:t>
      </w:r>
    </w:p>
    <w:p>
      <w:r>
        <w:rPr>
          <w:rFonts w:ascii="Courier New" w:hAnsi="Courier New"/>
          <w:color w:val="555555"/>
          <w:sz w:val="20"/>
        </w:rPr>
        <w:t>[10]</w:t>
      </w:r>
    </w:p>
    <w:p>
      <w:r>
        <w:rPr>
          <w:rFonts w:ascii="Gentium Plus" w:hAnsi="Gentium Plus"/>
          <w:sz w:val="24"/>
        </w:rPr>
        <w:t>φυλα ποιεῖσθαι.</w:t>
      </w:r>
    </w:p>
    <w:p>
      <w:r>
        <w:rPr>
          <w:rFonts w:ascii="Courier New" w:hAnsi="Courier New"/>
          <w:color w:val="555555"/>
          <w:sz w:val="20"/>
        </w:rPr>
        <w:t>[2 . 80]</w:t>
      </w:r>
    </w:p>
    <w:p>
      <w:r>
        <w:rPr>
          <w:rFonts w:ascii="Gentium Plus" w:hAnsi="Gentium Plus"/>
          <w:sz w:val="24"/>
        </w:rPr>
        <w:t>Ἐνεπλήσθη γὰρ ἡ χώρα αὐτῶν ἀργυρίου καὶ χρυσίου, καὶ οὐκ ἦν ἀριθμὸς τῶν θησαυρῶν αὐτῶν. Ἡλίκον ἁμάρτημα τὸ φιλοπλουτεῖν, ὅτι ἐν τῷ καταλόγῳ τῶν τηλικούτων ἁμαρτημάτων ἐτάχθη. Μετὰ γὰρ κληδονισ‐</w:t>
      </w:r>
    </w:p>
    <w:p>
      <w:r>
        <w:rPr>
          <w:rFonts w:ascii="Courier New" w:hAnsi="Courier New"/>
          <w:color w:val="555555"/>
          <w:sz w:val="20"/>
        </w:rPr>
        <w:t>[5]</w:t>
      </w:r>
    </w:p>
    <w:p>
      <w:r>
        <w:rPr>
          <w:rFonts w:ascii="Gentium Plus" w:hAnsi="Gentium Plus"/>
          <w:sz w:val="24"/>
        </w:rPr>
        <w:t>μῶν καὶ τέκνων ἀλλοφύλων, τῶν ἐκ τοῦ πληθυνθῆναι τὴν πορ‐ νείαν γεννωμένων τάχα ἐν τῷ Ἰσραὴλ, συγκατηρίθμηται καὶ τὸ ἐμπλησθῆναι τὴν χώραν ἀργυρίου καὶ χρυσίου. —Θεοσεβεῖ μὲν γὰρ ψυχῇ ἀφορμὴν πρὸς εὐποιίαν, κατὰ τὴν μεταδοτι‐ κὴν κοινωνίαν ὁ πλοῦτος γίνεται· φιληδόνῳ δὲ καὶ φιλοσω‐</w:t>
      </w:r>
    </w:p>
    <w:p>
      <w:r>
        <w:rPr>
          <w:rFonts w:ascii="Courier New" w:hAnsi="Courier New"/>
          <w:color w:val="555555"/>
          <w:sz w:val="20"/>
        </w:rPr>
        <w:t>[10]</w:t>
      </w:r>
    </w:p>
    <w:p>
      <w:r>
        <w:rPr>
          <w:rFonts w:ascii="Gentium Plus" w:hAnsi="Gentium Plus"/>
          <w:sz w:val="24"/>
        </w:rPr>
        <w:t>μάτῳ, ἐφόδιον τρυφῆς καὶ ἀκολασίας γίνεται. Πενία μὲν γὰρ παιδαγωγός ἐστιν εἰς εὐσέβειαν, πλοῦτος δὲ ὕβρεώς ἐστιν ἀφορμή. Εἰ δὲ ὅλον ἔθνος ἐγκαλεῖται περιουσίαν χρημάτων,</w:t>
      </w:r>
    </w:p>
    <w:p>
      <w:r>
        <w:rPr>
          <w:rFonts w:ascii="Courier New" w:hAnsi="Courier New"/>
          <w:color w:val="555555"/>
          <w:sz w:val="20"/>
        </w:rPr>
        <w:t>[15]</w:t>
      </w:r>
    </w:p>
    <w:p>
      <w:r>
        <w:rPr>
          <w:rFonts w:ascii="Gentium Plus" w:hAnsi="Gentium Plus"/>
          <w:sz w:val="24"/>
        </w:rPr>
        <w:t>νομιζομένης πλουτῶν, μὴ ἁμαρτάνειν, ἀναμνησθήτω τοῦ εὐαγγελικοῦ προστάγματος, σαφῶς ἀπαγορεύοντος μὴ θησαυ‐ ρίζειν ἑαυτοῖς ἐπὶ τῆς γῆς.</w:t>
      </w:r>
    </w:p>
    <w:p>
      <w:r>
        <w:rPr>
          <w:rFonts w:ascii="Courier New" w:hAnsi="Courier New"/>
          <w:color w:val="555555"/>
          <w:sz w:val="20"/>
        </w:rPr>
        <w:t>[2 . 81]</w:t>
      </w:r>
    </w:p>
    <w:p>
      <w:r>
        <w:rPr>
          <w:rFonts w:ascii="Gentium Plus" w:hAnsi="Gentium Plus"/>
          <w:sz w:val="24"/>
        </w:rPr>
        <w:t>Καὶ ἐνεπλήσθη ἡ γῆ ἵππων καὶ οὐκ ἦν ἀριθμὸς τῶν ἁρμάτων αὐτῶν. Πανταχοῦ παραιτησαμένους τοὺς Ἁγίους τετηρήκαμεν τὴν τῶν ἵππων χρῆσιν, ἐπί τε τῶν πολεμικῶν παρατάξε‐</w:t>
      </w:r>
    </w:p>
    <w:p>
      <w:r>
        <w:rPr>
          <w:rFonts w:ascii="Courier New" w:hAnsi="Courier New"/>
          <w:color w:val="555555"/>
          <w:sz w:val="20"/>
        </w:rPr>
        <w:t>[5]</w:t>
      </w:r>
    </w:p>
    <w:p>
      <w:r>
        <w:rPr>
          <w:rFonts w:ascii="Gentium Plus" w:hAnsi="Gentium Plus"/>
          <w:sz w:val="24"/>
        </w:rPr>
        <w:t>ων καὶ ἐν ταῖς λοιπαῖς κατὰ τὸν βίον χρείαις. Δι’ ὃ καὶ ἐνταῦθα τοῖς λοιποῖς κατηγορήμασι καὶ ἡ τῶν ἵππων συγκατηρίθμηται. Τοῦ γὰρ Θεοῦ βουλομένου τῆς παρ’ αὐ‐ τοῦ βοηθείας αὐτοὺς ἐξηρτῆσθαι, καὶ μὴ ταῖς οἰκείαις παρασκευαῖς αὐτοὺς ἐπελπίζειν ἐν τοῖς πολέμοις, καὶ διὰ</w:t>
      </w:r>
    </w:p>
    <w:p>
      <w:r>
        <w:rPr>
          <w:rFonts w:ascii="Courier New" w:hAnsi="Courier New"/>
          <w:color w:val="555555"/>
          <w:sz w:val="20"/>
        </w:rPr>
        <w:t>[10]</w:t>
      </w:r>
    </w:p>
    <w:p>
      <w:r>
        <w:rPr>
          <w:rFonts w:ascii="Gentium Plus" w:hAnsi="Gentium Plus"/>
          <w:sz w:val="24"/>
        </w:rPr>
        <w:t>τοῦτο ἀπαγορεύσαντος μή ποτε πληθύνῃς σεαυτῷ ἵππον, οἱ τότε ἐγκαλούμενοι τοσοῦτόν τι πλῆθος ἵππων περιεβάλ‐ λοντο, ὥστε καὶ ἀριθμὸν ὑπερβαίνειν. —Τοῦτο δὲ ἤτοι ὑπερ‐ βολικῶς ἐκδεξώμεθα, ἢ παρὰ τὸ τὰ φαῦλα καὶ ἄλλως ἄτιμα μὴ ἀριθμεῖσθαι ἐν τῇ Γραφῇ, νομίσωμεν εἰρῆσθαι, τὸ μὴ</w:t>
      </w:r>
    </w:p>
    <w:p>
      <w:r>
        <w:rPr>
          <w:rFonts w:ascii="Courier New" w:hAnsi="Courier New"/>
          <w:color w:val="555555"/>
          <w:sz w:val="20"/>
        </w:rPr>
        <w:t>[15]</w:t>
      </w:r>
    </w:p>
    <w:p>
      <w:r>
        <w:rPr>
          <w:rFonts w:ascii="Gentium Plus" w:hAnsi="Gentium Plus"/>
          <w:sz w:val="24"/>
        </w:rPr>
        <w:t>εἶναι ἀριθμὸν τῶν ἁρμάτων. Τήρει γὰρ ὅτι ἐν Ἀριθμοῖς οὐ γυνὴ ἀριθμεῖται, ὡς ἀσθενής· οὐ παιδίον, ὡς εὐκαταφρόνη‐ τον, πλὴν πρωτοτόκων καὶ Λευιτικῶν· οὐ δοῦλος, διὰ τὸ ἄτιμον· οὐχ ὁ ἐπίμικτος, διὰ τὸ ἀλλότριον. Οὕτως οὖν καὶ τὰ κακῶς κτηθέντα ἅρματα ἔξω εἶναι τοῦ ἀριθμοῦ λογι‐</w:t>
      </w:r>
    </w:p>
    <w:p>
      <w:r>
        <w:rPr>
          <w:rFonts w:ascii="Courier New" w:hAnsi="Courier New"/>
          <w:color w:val="555555"/>
          <w:sz w:val="20"/>
        </w:rPr>
        <w:t>[20]</w:t>
      </w:r>
    </w:p>
    <w:p>
      <w:r>
        <w:rPr>
          <w:rFonts w:ascii="Gentium Plus" w:hAnsi="Gentium Plus"/>
          <w:sz w:val="24"/>
        </w:rPr>
        <w:t>ζόμεθα.</w:t>
      </w:r>
    </w:p>
    <w:p>
      <w:r>
        <w:rPr>
          <w:rFonts w:ascii="Courier New" w:hAnsi="Courier New"/>
          <w:color w:val="555555"/>
          <w:sz w:val="20"/>
        </w:rPr>
        <w:t>[2 . 82]</w:t>
      </w:r>
    </w:p>
    <w:p>
      <w:r>
        <w:rPr>
          <w:rFonts w:ascii="Gentium Plus" w:hAnsi="Gentium Plus"/>
          <w:sz w:val="24"/>
        </w:rPr>
        <w:t>Καὶ ἐνεπλήσθη ἡ γῆ βδελυγμάτων τῶν ἔργων τῶν χειρῶν αὐτῶν. Τὰ ἐθνικὰ ἐπιτηδεύματα ἀπὸ κληδονισμῶν τὴν ἀρχὴν λαβόντα, διὰ φιλαργυρίας καὶ ἱππομανίας προκόψαντα, εἰς</w:t>
      </w:r>
    </w:p>
    <w:p>
      <w:r>
        <w:rPr>
          <w:rFonts w:ascii="Courier New" w:hAnsi="Courier New"/>
          <w:color w:val="555555"/>
          <w:sz w:val="20"/>
        </w:rPr>
        <w:t>[5]</w:t>
      </w:r>
    </w:p>
    <w:p>
      <w:r>
        <w:rPr>
          <w:rFonts w:ascii="Gentium Plus" w:hAnsi="Gentium Plus"/>
          <w:sz w:val="24"/>
        </w:rPr>
        <w:t>εἰδωλολατρείαν ἐξώκειλε. Διὰ γὰρ τὸ ἀποστῆναι συμβου‐ λίας Θεοῦ καὶ κληδόσι προσέχειν, διὰ τὸ μὴ ἐπὶ Θεὸν πεποιθέναι, ἀλλ’ ἐπὶ τῇ τοῦ πλούτου ἀδηλότητι, διὰ τὸ τοῖς ψευδέσιν εἰς σωτηρίαν ἵπποις, ἀλλὰ μὴ τῷ δυνατῷ συντρίβειν πολέμους, ἐπιστηρίζεσθαι, ἐκ τοῦ ἀκολούθου</w:t>
      </w:r>
    </w:p>
    <w:p>
      <w:r>
        <w:rPr>
          <w:rFonts w:ascii="Courier New" w:hAnsi="Courier New"/>
          <w:color w:val="555555"/>
          <w:sz w:val="20"/>
        </w:rPr>
        <w:t>[10]</w:t>
      </w:r>
    </w:p>
    <w:p>
      <w:r>
        <w:rPr>
          <w:rFonts w:ascii="Gentium Plus" w:hAnsi="Gentium Plus"/>
          <w:sz w:val="24"/>
        </w:rPr>
        <w:t>προῆλθον εἰς τὸ ἐμπλῆσαι τὴν γῆν αὐτῶν βδελυγμάτων. Πᾶσα μὲν οὖν πρᾶξις, ἡ παρὰ τὸν ὀρθὸν λόγον ἐνερ‐ γουμένη, βδέλυγμά ἐστι τῷ Θεῷ. —Ὡς οἱ στομαχῶντες καὶ εὐανάτρεπτοι τὰ μυσαρὰ τῶν θεαμάτων ἐκτρέπονται, οἷον περιττωμάτων ἐκβολὰς καὶ ἕλκη δυσώδη καὶ τὰ τοι‐</w:t>
      </w:r>
    </w:p>
    <w:p>
      <w:r>
        <w:rPr>
          <w:rFonts w:ascii="Courier New" w:hAnsi="Courier New"/>
          <w:color w:val="555555"/>
          <w:sz w:val="20"/>
        </w:rPr>
        <w:t>[15]</w:t>
      </w:r>
    </w:p>
    <w:p>
      <w:r>
        <w:rPr>
          <w:rFonts w:ascii="Gentium Plus" w:hAnsi="Gentium Plus"/>
          <w:sz w:val="24"/>
        </w:rPr>
        <w:t>αῦτα, οὕτω καὶ αἱ κατὰ ἀκαθαρσίαν ἐνέργειαι βδέλυγμά εἰσι τῷ Ἁγίῳ. Ἐπειδὴ κυρίως τὰ εἴδωλα βδελύγματα λέγειν ἔθος τῇ Γραφῇ, πᾶσαι αἱ μοχθηραὶ φαντασίαι κατὰ ἀναζω‐ γράφησιν ἐναποτυπούμεναι τῇ ψυχῇ, βδελύγματά εἰσι πλη‐ ροῦντα τὴν χώραν, τουτέστι τὴν εὐρυχωρίαν πᾶσαν τοῦ</w:t>
      </w:r>
    </w:p>
    <w:p>
      <w:r>
        <w:rPr>
          <w:rFonts w:ascii="Courier New" w:hAnsi="Courier New"/>
          <w:color w:val="555555"/>
          <w:sz w:val="20"/>
        </w:rPr>
        <w:t>[20]</w:t>
      </w:r>
    </w:p>
    <w:p>
      <w:r>
        <w:rPr>
          <w:rFonts w:ascii="Gentium Plus" w:hAnsi="Gentium Plus"/>
          <w:sz w:val="24"/>
        </w:rPr>
        <w:t>λογιστικοῦ τῆς ψυχῆς. Καὶ προσεκύνησαν οἷς ἐποίησαν οἱ δάκτυλοι αὐτῶν. Ὢ ὑπερβολῆς μανίας, Θεὸν νομίζειν τὸ ὑπ’ αὐτοῦ γενόμενον, καὶ μὴ συνορᾶν τὴν ἀτοπίαν τοῦ γινομένου. Εἰ μὲν γὰρ τὴν ὕλην θαυμάζεις, τί δήποτε καὶ τὸν ἀτύπωτον χαλκὸν, ἢ</w:t>
      </w:r>
    </w:p>
    <w:p>
      <w:r>
        <w:rPr>
          <w:rFonts w:ascii="Courier New" w:hAnsi="Courier New"/>
          <w:color w:val="555555"/>
          <w:sz w:val="20"/>
        </w:rPr>
        <w:t>[25]</w:t>
      </w:r>
    </w:p>
    <w:p>
      <w:r>
        <w:rPr>
          <w:rFonts w:ascii="Gentium Plus" w:hAnsi="Gentium Plus"/>
          <w:sz w:val="24"/>
        </w:rPr>
        <w:t>λίθον οὐ προσκυνεῖς; Εἰ δὲ διὰ τὴν τέχνην, τὰς χεῖρας σαυ‐</w:t>
      </w:r>
    </w:p>
    <w:p>
      <w:r>
        <w:rPr>
          <w:rFonts w:ascii="Courier New" w:hAnsi="Courier New"/>
          <w:color w:val="555555"/>
          <w:sz w:val="20"/>
        </w:rPr>
        <w:t>[30]</w:t>
      </w:r>
    </w:p>
    <w:p>
      <w:r>
        <w:rPr>
          <w:rFonts w:ascii="Gentium Plus" w:hAnsi="Gentium Plus"/>
          <w:sz w:val="24"/>
        </w:rPr>
        <w:t>ἐμφαίνει τὸ Καὶ προσεκύνησαν οἷς ἐποίησαν οἱ δάκτυλοι αὐ‐ τῶν. —Ἔπειτα μέντοι καὶ τῶν δύο τὸ ἕτερον ἑλέσθαι ἀναγ‐ κασθήσεται· ἢ μὴ ἔχειν Θεὸν πρὶν μορφῶσαι δι’ ἑαυτοῦ, ἢ γηράσαι τὸν προϋπάρχοντα, διὰ τὸ ἐπιδεηθῆναι ἑτέρου. Ἐπικατάρατος δὲ πᾶς ἄνθρωπος, ὅστις ποιήσει γλυπτὸν ἢ</w:t>
      </w:r>
    </w:p>
    <w:p>
      <w:r>
        <w:rPr>
          <w:rFonts w:ascii="Courier New" w:hAnsi="Courier New"/>
          <w:color w:val="555555"/>
          <w:sz w:val="20"/>
        </w:rPr>
        <w:t>[35]</w:t>
      </w:r>
    </w:p>
    <w:p>
      <w:r>
        <w:rPr>
          <w:rFonts w:ascii="Gentium Plus" w:hAnsi="Gentium Plus"/>
          <w:sz w:val="24"/>
        </w:rPr>
        <w:t>χωνευτὸν, ἔργον χειρῶν τεχνίτου.</w:t>
      </w:r>
    </w:p>
    <w:p>
      <w:r>
        <w:rPr>
          <w:rFonts w:ascii="Courier New" w:hAnsi="Courier New"/>
          <w:color w:val="555555"/>
          <w:sz w:val="20"/>
        </w:rPr>
        <w:t>[2 . 83]</w:t>
      </w:r>
    </w:p>
    <w:p>
      <w:r>
        <w:rPr>
          <w:rFonts w:ascii="Gentium Plus" w:hAnsi="Gentium Plus"/>
          <w:sz w:val="24"/>
        </w:rPr>
        <w:t>Καὶ ἔκυψεν ἄνθρωπος καὶ ἐταπεινώθη ἀνήρ. Σχετλιαστικῶς ἡγοῦμαι ταῦτα εἰρῆσθαι, οὐ φέροντος τῶν ἀνθρώπων τὴν τῆς ἀξίας κατάπτωσιν. Ὑπέκυψε (φησὶ) τῷ εἰ‐ δώλῳ ὁ ἄνθρωπος εἰς προσκύνησιν, τῶν ἐπὶ γῆς ζώων τὸ τι‐</w:t>
      </w:r>
    </w:p>
    <w:p>
      <w:r>
        <w:rPr>
          <w:rFonts w:ascii="Courier New" w:hAnsi="Courier New"/>
          <w:color w:val="555555"/>
          <w:sz w:val="20"/>
        </w:rPr>
        <w:t>[5]</w:t>
      </w:r>
    </w:p>
    <w:p>
      <w:r>
        <w:rPr>
          <w:rFonts w:ascii="Gentium Plus" w:hAnsi="Gentium Plus"/>
          <w:sz w:val="24"/>
        </w:rPr>
        <w:t>μιώτατον, τὸ μετὰ Ἀγγέλους ἐν λογικοῖς τεταγμένον, ὁ τῇ εἰκόνι τοῦ Θεοῦ τετιμημένος, ὁ τῇ τοῦ λόγου δυνάμει τέχνας ἐξευρών. Τὰ ἐν τῇ γῇ ἐπιγνοὺς, φυτῶν καὶ ῥιζῶν καὶ καρπῶν δυνάμεις, θαλάσσης κατατολμήσας, ἀέρος φύσιν, ἀνέμων γένεσιν, ἀστέρων θέσιν, κινήσεις τούτων, ἀποστήματα,</w:t>
      </w:r>
    </w:p>
    <w:p>
      <w:r>
        <w:rPr>
          <w:rFonts w:ascii="Courier New" w:hAnsi="Courier New"/>
          <w:color w:val="555555"/>
          <w:sz w:val="20"/>
        </w:rPr>
        <w:t>[10]</w:t>
      </w:r>
    </w:p>
    <w:p>
      <w:r>
        <w:rPr>
          <w:rFonts w:ascii="Gentium Plus" w:hAnsi="Gentium Plus"/>
          <w:sz w:val="24"/>
        </w:rPr>
        <w:t>συνδρομάς· τὴν ἐπὶ γῆς διακόσμησιν, τὰς πόλεις, τοὺς νό‐ μους, τὰς στρατηγίας, τῶν τεχνῶν τάς τε πρὸς τὸ ζῆν</w:t>
      </w:r>
    </w:p>
    <w:p>
      <w:r>
        <w:rPr>
          <w:rFonts w:ascii="Courier New" w:hAnsi="Courier New"/>
          <w:color w:val="555555"/>
          <w:sz w:val="20"/>
        </w:rPr>
        <w:t>[15]</w:t>
      </w:r>
    </w:p>
    <w:p>
      <w:r>
        <w:rPr>
          <w:rFonts w:ascii="Gentium Plus" w:hAnsi="Gentium Plus"/>
          <w:sz w:val="24"/>
        </w:rPr>
        <w:t>θηρία ὑπὸ χεῖρα λαβὼν, ᾧ πάντα ὑποτέτακται εἰς δουλείαν τὰ ἄλογα (διὰ τὸν ὑποτάξαντα ἡμῖν Θεὸν, ὃς ἐν τούτῳ ἔδωκεν ἡμῖν τὸ κατ’ εἰκόνα, ἐν τῷ κατακυριεύειν τῶν τε ἐνύδρων ὁμοῦ καὶ τῶν χερσαίων) οὗτος οὐχ ἑνὶ τῶν ἀλόγων τῶν ἐν ἰσχύϊ διαφερόντων, ἀλλὰ μιμήματι ζώου ἑνὸς τῶν</w:t>
      </w:r>
    </w:p>
    <w:p>
      <w:r>
        <w:rPr>
          <w:rFonts w:ascii="Courier New" w:hAnsi="Courier New"/>
          <w:color w:val="555555"/>
          <w:sz w:val="20"/>
        </w:rPr>
        <w:t>[20]</w:t>
      </w:r>
    </w:p>
    <w:p>
      <w:r>
        <w:rPr>
          <w:rFonts w:ascii="Gentium Plus" w:hAnsi="Gentium Plus"/>
          <w:sz w:val="24"/>
        </w:rPr>
        <w:t>ἀλόγων, ἤπου καὶ γυναικός τινος ἀσχήμονος, ἢ ἀνδρὸς αἰ‐ σχίστου, οὐδὲ παρεστάναι τολμᾷ ἀπὸ τοῦ ἴσου, ἀλλὰ φοβού‐ μενος, καὶ εἰς τὴν γῆν κεκυφὼς, ἄξιος ὢν μηδὲ ἀνανεύειν πρὸς τὸν οὐρανὸν ... διὰ τὴν εἰς τὸν οὐράνιον ἁμαρτίαν.</w:t>
      </w:r>
    </w:p>
    <w:p>
      <w:r>
        <w:rPr>
          <w:rFonts w:ascii="Courier New" w:hAnsi="Courier New"/>
          <w:color w:val="555555"/>
          <w:sz w:val="20"/>
        </w:rPr>
        <w:t>[2 . 84]</w:t>
      </w:r>
    </w:p>
    <w:p>
      <w:r>
        <w:rPr>
          <w:rFonts w:ascii="Gentium Plus" w:hAnsi="Gentium Plus"/>
          <w:sz w:val="24"/>
        </w:rPr>
        <w:t>Καὶ ἔκυψεν ἄνθρωπος καὶ ἐταπεινώθη ἀνήρ. Ἐπίτασις τοῦ κακοῦ, ἄνδρα τὸν ἀρχικώτερον, τὸν τελειό‐ τερον ἐν τῇ νοήσει, δυνατώτερον ἐν ταῖς πράξεσι, τοῦτον τοῦ ἰδίου ἀξιώματος ἐπιλαθόμενον ταπεινωθῆναι ὑπὸ τὸ εἴδωλον.</w:t>
      </w:r>
    </w:p>
    <w:p>
      <w:r>
        <w:rPr>
          <w:rFonts w:ascii="Courier New" w:hAnsi="Courier New"/>
          <w:color w:val="555555"/>
          <w:sz w:val="20"/>
        </w:rPr>
        <w:t>[5]</w:t>
      </w:r>
    </w:p>
    <w:p>
      <w:r>
        <w:rPr>
          <w:rFonts w:ascii="Gentium Plus" w:hAnsi="Gentium Plus"/>
          <w:sz w:val="24"/>
        </w:rPr>
        <w:t>Ὁ εἰκὼν καὶ δόξα Θεοῦ ὑπάρχων, ὁ κεφαλὴν ἔχων ἑαυτοῦ τὸν Χριστὸν, ἐταπεινώθη ὑπὸ τὸ εἴδωλον· καὶ ταῦτα ἀνήρ. Τοῦτό ἐστι τῆς συμφορᾶς τὸ χαλεπώτατον. Εἰ γὰρ παιδίον, εἰ γὰρ γυνὴ, ἦν ἄν τις τῷ μὲν ἐκ τῆς ἡλικίας, τῇ δὲ ἐκ τῆς κατὰ φύσιν ἀσθενείας, συγγνώμη. Νῦν δὲ ἀνὴρ ἐταπεινώθη,</w:t>
      </w:r>
    </w:p>
    <w:p>
      <w:r>
        <w:rPr>
          <w:rFonts w:ascii="Courier New" w:hAnsi="Courier New"/>
          <w:color w:val="555555"/>
          <w:sz w:val="20"/>
        </w:rPr>
        <w:t>[10]</w:t>
      </w:r>
    </w:p>
    <w:p>
      <w:r>
        <w:rPr>
          <w:rFonts w:ascii="Gentium Plus" w:hAnsi="Gentium Plus"/>
          <w:sz w:val="24"/>
        </w:rPr>
        <w:t>ὃ πᾶσαν ὑπεραίρει αἰσχύνης ὑπερβολήν. Καὶ οὐ μὴ ἀνήσω αὐτούς. Ὢ τῶν ἀπειλουμένων. Ἆρα μὴ διὰ τὴν αἰωνίαν κόλασιν ταῦτα· Οὐ μὴ ἀνήσω αὐ‐ τούς; Ἕως γὰρ ἐκληδονίζοντο, ἕως ἀλλότρια τέκνα ἐπλή‐ θυναν παρ’ ἑαυτοῖς, ἕως ἐπτόηντο εἰς ἀργύριον, ἕως ἱππι‐</w:t>
      </w:r>
    </w:p>
    <w:p>
      <w:r>
        <w:rPr>
          <w:rFonts w:ascii="Courier New" w:hAnsi="Courier New"/>
          <w:color w:val="555555"/>
          <w:sz w:val="20"/>
        </w:rPr>
        <w:t>[15]</w:t>
      </w:r>
    </w:p>
    <w:p>
      <w:r>
        <w:rPr>
          <w:rFonts w:ascii="Gentium Plus" w:hAnsi="Gentium Plus"/>
          <w:sz w:val="24"/>
        </w:rPr>
        <w:t>κὸν ἐξηρτύοντο, ἦν ἐλπὶς καὶ ἀνέσεως προσδοκία· ἐπειδὴ δὲ εἰς τὴν εἰδωλολατρείαν, τὸ ἔσχατον τῶν κακῶν ἐκπε‐ πτώκασι, καὶ τοῦ ἰδίου ἀξιώματος μὴ αἰσθανόμενοι, τῷ εἰδώλῳ τὰς ἰσοθέους τιμὰς ἀπονέμουσιν, Οὐ μὴ ἀνήσω. —Καὶ τοῦτο ἐπ’ εὐεργεσίᾳ ὁ Ἀγαθὸς ἐνεργεῖ. Ἐπεὶ γὰρ</w:t>
      </w:r>
    </w:p>
    <w:p>
      <w:r>
        <w:rPr>
          <w:rFonts w:ascii="Courier New" w:hAnsi="Courier New"/>
          <w:color w:val="555555"/>
          <w:sz w:val="20"/>
        </w:rPr>
        <w:t>[20]</w:t>
      </w:r>
    </w:p>
    <w:p>
      <w:r>
        <w:rPr>
          <w:rFonts w:ascii="Gentium Plus" w:hAnsi="Gentium Plus"/>
          <w:sz w:val="24"/>
        </w:rPr>
        <w:t>ἡ ἄνεσις ἀκολασίας ἐστὶν ἀφορμὴ, Οὐ μὴ ἀνήσω αὐτούς, ἵνα ἡ θλίψις γοῦν ἀνάγκην αὐτοῖς τῆς τοῦ Θεοῦ μνήμης παράσχῃ. Ὥστε οὐκ ἀπειλὴ βλαβερὰ, ἀλλὰ παιδαγωγία σωτήριος τὸ μὴ ἀνεθῆναι. Οὐ μὴ γάρ σε ἀνῶ (φησὶν) οὐδ’ οὐ μή σε ἐγκαταλίπω.</w:t>
      </w:r>
    </w:p>
    <w:p>
      <w:r>
        <w:rPr>
          <w:rFonts w:ascii="Courier New" w:hAnsi="Courier New"/>
          <w:color w:val="555555"/>
          <w:sz w:val="20"/>
        </w:rPr>
        <w:t>[2 . 85]</w:t>
      </w:r>
    </w:p>
    <w:p>
      <w:r>
        <w:rPr>
          <w:rFonts w:ascii="Gentium Plus" w:hAnsi="Gentium Plus"/>
          <w:sz w:val="24"/>
        </w:rPr>
        <w:t>Καὶ νῦν εἰσέλθετε εἰς τὰς πέτρας καὶ κρύπτεσθε εἰς τὴν γῆν ἀπὸ προσώπου τοῦ φόβου Κυρίου καὶ ἀπὸ τῆς δόξης ἰσχύος αὐτοῦ, ὅταν ἀναστῇ θραῦσαι τὴν γῆν. Ἄλλη παράκλησις αὕτη πρὸς τὸν οἶκον τοῦ Ἰακὼβ ἐπὶ τὸ</w:t>
      </w:r>
    </w:p>
    <w:p>
      <w:r>
        <w:rPr>
          <w:rFonts w:ascii="Courier New" w:hAnsi="Courier New"/>
          <w:color w:val="555555"/>
          <w:sz w:val="20"/>
        </w:rPr>
        <w:t>[5]</w:t>
      </w:r>
    </w:p>
    <w:p>
      <w:r>
        <w:rPr>
          <w:rFonts w:ascii="Gentium Plus" w:hAnsi="Gentium Plus"/>
          <w:sz w:val="24"/>
        </w:rPr>
        <w:t>συμφέρον παρακαλοῦσα. Ὡς γὰρ Δεῦτε καὶ ἀναβῶμεν εἰς τὸ ὄρος τοῦ Κυρίου, Δεῦτε καὶ πορευθῶμεν τῷ φωτὶ Κυρίου,</w:t>
      </w:r>
    </w:p>
    <w:p>
      <w:r>
        <w:rPr>
          <w:rFonts w:ascii="Courier New" w:hAnsi="Courier New"/>
          <w:color w:val="555555"/>
          <w:sz w:val="20"/>
        </w:rPr>
        <w:t>[10]</w:t>
      </w:r>
    </w:p>
    <w:p>
      <w:r>
        <w:rPr>
          <w:rFonts w:ascii="Gentium Plus" w:hAnsi="Gentium Plus"/>
          <w:sz w:val="24"/>
        </w:rPr>
        <w:t>γειν τινὰς ἀπὸ προσώπου τοῦ φόβου Κυρίου, ἐν ταῖς κοιλότησι τῶν πετρῶν ἑαυτοὺς κατακρύψαντας; Ἀλλά· Ποῦ πορευθῶ (φησὶν) ἀπὸ τοῦ πνεύματός σου, καὶ ἀπὸ τοῦ προσώπου σου ποῦ φύγω; Ἐὰν ἀναβῶ εἰς τὸν οὐρανὸν, σὺ ἐκεῖ εἶ. Καὶ πάλιν ὁ Κύριος· Ἐὰν κατακρυβῶσιν εἰς τὸν Κάρμηλον, ἐκεῖ‐</w:t>
      </w:r>
    </w:p>
    <w:p>
      <w:r>
        <w:rPr>
          <w:rFonts w:ascii="Courier New" w:hAnsi="Courier New"/>
          <w:color w:val="555555"/>
          <w:sz w:val="20"/>
        </w:rPr>
        <w:t>[15]</w:t>
      </w:r>
    </w:p>
    <w:p>
      <w:r>
        <w:rPr>
          <w:rFonts w:ascii="Gentium Plus" w:hAnsi="Gentium Plus"/>
          <w:sz w:val="24"/>
        </w:rPr>
        <w:t>θεν λήψομαι αὐτούς· ἐὰν φύγωσιν εἰς τὴν θάλασσαν, ἐκεῖ ἐντελοῦμαι τῷ δράκοντι, καὶ δήξεται αὐτούς. Πῶς οὖν σκέπην ἀπὸ προσώπου τοῦ φόβου Κυρίου συνεβούλευσε προβαλέσθαι τὴν πέτραν; —Ἀλλὰ μήποτε μίαν λέγει τῶν κακῶν ἀπαλλαγὴν, ὅσα ἐν τοῖς κατόπιν ἀπηριθμήσατο, τὸ</w:t>
      </w:r>
    </w:p>
    <w:p>
      <w:r>
        <w:rPr>
          <w:rFonts w:ascii="Courier New" w:hAnsi="Courier New"/>
          <w:color w:val="555555"/>
          <w:sz w:val="20"/>
        </w:rPr>
        <w:t>[20]</w:t>
      </w:r>
    </w:p>
    <w:p>
      <w:r>
        <w:rPr>
          <w:rFonts w:ascii="Gentium Plus" w:hAnsi="Gentium Plus"/>
          <w:sz w:val="24"/>
        </w:rPr>
        <w:t>εἰσελθεῖν εἰς τὴν σκέπην τῆς πέτρας, τουτέστιν εἰς τὸ στερέωμα τῆς εἰς Χριστὸν πίστεως. Ὅπου καὶ Μωϋσῆς ἐτέθη, μέλλων τὸν Θεὸν βλέπειν. Ἐκεῖ (φησὶν) Εἰσέλθετε, καὶ κατακρύπτεσθε εἰς τὴν γῆν, τουτέστι θάψατε ἑαυτούς. Ἵνα τί; Ἵνα συνταφέντες Αὐτῷ διὰ τοῦ βαπτίσματος καὶ συναπο‐</w:t>
      </w:r>
    </w:p>
    <w:p>
      <w:r>
        <w:rPr>
          <w:rFonts w:ascii="Courier New" w:hAnsi="Courier New"/>
          <w:color w:val="555555"/>
          <w:sz w:val="20"/>
        </w:rPr>
        <w:t>[25]</w:t>
      </w:r>
    </w:p>
    <w:p>
      <w:r>
        <w:rPr>
          <w:rFonts w:ascii="Gentium Plus" w:hAnsi="Gentium Plus"/>
          <w:sz w:val="24"/>
        </w:rPr>
        <w:t>θανόντες, ἐν καινότητι ζωῆς περιπατήσητε, ἀποθανόντες τῇ ἁμαρτίᾳ. Συνάγαγε δὲ τὰ περὶ πέτρας ἐν τῇ Γραφῇ, ὥστε σοι τρανωθῆναι τὸν τόπον. Ἐν πέτρᾳ ὕψωσάς με. Καὶ ἐκ πέ‐ τρας ἔπιεν ὁ λαός, ἀλλὰ καὶ μέλι εἶχεν ἐκ πέτρας, Καὶ ὁ</w:t>
      </w:r>
    </w:p>
    <w:p>
      <w:r>
        <w:rPr>
          <w:rFonts w:ascii="Courier New" w:hAnsi="Courier New"/>
          <w:color w:val="555555"/>
          <w:sz w:val="20"/>
        </w:rPr>
        <w:t>[30]</w:t>
      </w:r>
    </w:p>
    <w:p>
      <w:r>
        <w:rPr>
          <w:rFonts w:ascii="Gentium Plus" w:hAnsi="Gentium Plus"/>
          <w:sz w:val="24"/>
        </w:rPr>
        <w:t>Ψαλμῳδός φησι· Πέτρα καταφυγὴ τοῖς λαγωοῖς. Τὸ καθαρὸν πρὸς κόρον· καὶ ἔλαιον δὲ, ᾧ ἐχρίοντο, ἡ στερεὰ πέτρα παρεῖχε, κατὰ τὴν ᾠδὴν τὴν Μωϋσέως. —Ἐὰν οὖν εἰσέλθητε εἰς τὴν πέτραν, δυνήσεσθε ἐκκλῖναι ἀπὸ τοῦ φόβου Κυ‐ ρίου, ὅταν ἀναστῇ θραῦσαι τὴν γῆν, ὅταν μέλλῃ ἀφανί‐</w:t>
      </w:r>
    </w:p>
    <w:p>
      <w:r>
        <w:rPr>
          <w:rFonts w:ascii="Courier New" w:hAnsi="Courier New"/>
          <w:color w:val="555555"/>
          <w:sz w:val="20"/>
        </w:rPr>
        <w:t>[35]</w:t>
      </w:r>
    </w:p>
    <w:p>
      <w:r>
        <w:rPr>
          <w:rFonts w:ascii="Gentium Plus" w:hAnsi="Gentium Plus"/>
          <w:sz w:val="24"/>
        </w:rPr>
        <w:t>ζειν τὰ γήϊνα, καὶ ἀφανίζειν τὸν χοϊκὸν ἐπὶ τῷ ἀνεμπό‐ διστον παρέχειν τῷ πνευματικῷ τὴν ζωήν. Φθάσαι οὖν δεῖ τὴν μετὰ δόξης καὶ ἰσχύος αὐτοῦ ἀνάστασιν, διὰ τοῦ τοιούτου τρόπου ἐπιμεληθέντας ἑαυτῶν.</w:t>
      </w:r>
    </w:p>
    <w:p>
      <w:r>
        <w:rPr>
          <w:rFonts w:ascii="Courier New" w:hAnsi="Courier New"/>
          <w:color w:val="555555"/>
          <w:sz w:val="20"/>
        </w:rPr>
        <w:t>[2 . 86]</w:t>
      </w:r>
    </w:p>
    <w:p>
      <w:r>
        <w:rPr>
          <w:rFonts w:ascii="Gentium Plus" w:hAnsi="Gentium Plus"/>
          <w:sz w:val="24"/>
        </w:rPr>
        <w:t>Οἱ γὰρ ὀφθαλμοὶ Κυρίου ὑψηλοὶ, ὁ δὲ ἄνθρωπος ταπεινός. Ἵνα μὴ νομίσῃς σωματικήν τινα τὴν ἀπὸ Θεοῦ ἀνα‐ χώρησιν συμβουλεύειν, ἐπήγαγε τὸ Οἱ ὀφθαλμοὶ Κυρίου</w:t>
      </w:r>
    </w:p>
    <w:p>
      <w:r>
        <w:rPr>
          <w:rFonts w:ascii="Courier New" w:hAnsi="Courier New"/>
          <w:color w:val="555555"/>
          <w:sz w:val="20"/>
        </w:rPr>
        <w:t>[5]</w:t>
      </w:r>
    </w:p>
    <w:p>
      <w:r>
        <w:rPr>
          <w:rFonts w:ascii="Gentium Plus" w:hAnsi="Gentium Plus"/>
          <w:sz w:val="24"/>
        </w:rPr>
        <w:t>ὑψηλοὶ, ὁ δὲ ἄνθρωπος ταπεινός. Τὸν ἐξ ὕψους ἀποσκο‐ πεύοντα οὐδὲν τῶν κάτω λανθάνει, πάντων ὑπ’ ὄψιν ὄντων καὶ μηδενὸς ἐπισκοτοῦντος τοῖς ὀφθαλμοῖς. Ταπεινὸς δὲ ἄνθρωπος, ἢ ὁ τῇ συγκρίσει τῆς τοῦ Θεοῦ μεγαλοπρεπείας τὸ μηδὲν ἑαυτὸν λογιζόμενος, ἢ ὁ διὰ μετριοπάθειαν τὸ ἀλο‐</w:t>
      </w:r>
    </w:p>
    <w:p>
      <w:r>
        <w:rPr>
          <w:rFonts w:ascii="Courier New" w:hAnsi="Courier New"/>
          <w:color w:val="555555"/>
          <w:sz w:val="20"/>
        </w:rPr>
        <w:t>[10]</w:t>
      </w:r>
    </w:p>
    <w:p>
      <w:r>
        <w:rPr>
          <w:rFonts w:ascii="Gentium Plus" w:hAnsi="Gentium Plus"/>
          <w:sz w:val="24"/>
        </w:rPr>
        <w:t>ζονικὸν ἀποθέμενος φρόνημα, ἢ ὁ διὰ τῆς ἁμαρτίας ἐκ τοῦ προτέρου ὕψους ἑαυτὸν καταῤῥίψας. Καὶ ταπεινωθήσεται τὸ ὕψος τῶν ἀνθρώπων. Ἐν τοῖς κα‐ τόπιν τὸ ὕψος ἐταπεινοῦτο καὶ κατηγορίας ἄξιος ὁ ἄνθρωπος· Ἔκυψε γὰρ ἄνθρωπος καὶ ἐταπεινώθη ἀνήρ. Ἐνταῦθα δὲ</w:t>
      </w:r>
    </w:p>
    <w:p>
      <w:r>
        <w:rPr>
          <w:rFonts w:ascii="Courier New" w:hAnsi="Courier New"/>
          <w:color w:val="555555"/>
          <w:sz w:val="20"/>
        </w:rPr>
        <w:t>[15]</w:t>
      </w:r>
    </w:p>
    <w:p>
      <w:r>
        <w:rPr>
          <w:rFonts w:ascii="Gentium Plus" w:hAnsi="Gentium Plus"/>
          <w:sz w:val="24"/>
        </w:rPr>
        <w:t>ὠφέλιμος ἡ ταπείνωσις. Ἡ γὰρ ἀπόθεσις τοῦ ματαίου φρονήματος καὶ ἡ ἀπὸ τοῦ ἐπάρματος καὶ ὕψους ἀλαζο‐ νικοῦ καὶ οἰήματος διακένου τὴν οἰκείαν ἀξίαν ἐπάνοδος, ταπείνωσίς ἐστιν ἐπαινετή. Τῶν γὰρ προσφυγόντων τῇ πέτρᾳ καὶ ἐν τῇ γῇ ἑαυτῶν ποιησάντων τὸ σῶμα ἐν ἐλπίδι</w:t>
      </w:r>
    </w:p>
    <w:p>
      <w:r>
        <w:rPr>
          <w:rFonts w:ascii="Courier New" w:hAnsi="Courier New"/>
          <w:color w:val="555555"/>
          <w:sz w:val="20"/>
        </w:rPr>
        <w:t>[20]</w:t>
      </w:r>
    </w:p>
    <w:p>
      <w:r>
        <w:rPr>
          <w:rFonts w:ascii="Gentium Plus" w:hAnsi="Gentium Plus"/>
          <w:sz w:val="24"/>
        </w:rPr>
        <w:t>τῆς μετὰ Χριστοῦ ἀναστάσεως, πίπτει μὲν τὰ ἐξ ἀλογίας ὑψώματα καὶ ἡ περὶ ἑαυτῶν ὑπόληψις αὐτῶν ματαία· ἀναπέμπεται δὲ παρ’ αὐτῶν μόνῳ τῷ Θεῷ ἡ ἀληθὴς μαρ‐</w:t>
      </w:r>
    </w:p>
    <w:p>
      <w:r>
        <w:rPr>
          <w:rFonts w:ascii="Courier New" w:hAnsi="Courier New"/>
          <w:color w:val="555555"/>
          <w:sz w:val="20"/>
        </w:rPr>
        <w:t>[2 . 87]</w:t>
      </w:r>
    </w:p>
    <w:p>
      <w:r>
        <w:rPr>
          <w:rFonts w:ascii="Gentium Plus" w:hAnsi="Gentium Plus"/>
          <w:sz w:val="24"/>
        </w:rPr>
        <w:t>Καὶ ὑψωθήσεται Κύριος μόνος ἐν τῇ ἡμέρᾳ ἐκείνῃ. Ὡς ἐπιγινωσκομένην ἡμέραν καὶ ὑπὸ πάντων ὁμολογου‐ μένην ὁ λόγος ἡμᾶς ἀναπέμπει. Ἐν τῇ ἡμέρᾳ ἐκείνῃ, τῇ ἐσχάτῃ πασῶν ἡμερῶν, ἣ οὔτε νὺξ διακόπτει, οὐ χρόνος</w:t>
      </w:r>
    </w:p>
    <w:p>
      <w:r>
        <w:rPr>
          <w:rFonts w:ascii="Courier New" w:hAnsi="Courier New"/>
          <w:color w:val="555555"/>
          <w:sz w:val="20"/>
        </w:rPr>
        <w:t>[5]</w:t>
      </w:r>
    </w:p>
    <w:p>
      <w:r>
        <w:rPr>
          <w:rFonts w:ascii="Gentium Plus" w:hAnsi="Gentium Plus"/>
          <w:sz w:val="24"/>
        </w:rPr>
        <w:t>περιορίζει, οὐ σωματικὸν φῶς ἀρχὴν αὐτῇ παρέχει καὶ τέλος, ἀλλὰ μία ἐστὶν ὁμοία πρὸς ἑαυτὴν, ἀκίνητος, ἀνέσπερος, ἀδιάδεκτος. Ἐν οὖν τῇ ἡμέρᾳ ἐκείνῃ ὑψωθήσεται Κύριος μόνος, ὅτε πεσεῖται μὲν πᾶν ὑπερηφάνων φρόνημα, πᾶσα δὲ λαμπρότης τῶν μακαρίων δυνάμεων τῇ ὑπερβολῇ τῶν</w:t>
      </w:r>
    </w:p>
    <w:p>
      <w:r>
        <w:rPr>
          <w:rFonts w:ascii="Courier New" w:hAnsi="Courier New"/>
          <w:color w:val="555555"/>
          <w:sz w:val="20"/>
        </w:rPr>
        <w:t>[10]</w:t>
      </w:r>
    </w:p>
    <w:p>
      <w:r>
        <w:rPr>
          <w:rFonts w:ascii="Gentium Plus" w:hAnsi="Gentium Plus"/>
          <w:sz w:val="24"/>
        </w:rPr>
        <w:t>μαρμαρυγῶν τῆς δόξης ἐκείνης ἐναφανίζεται. Κἂν Προφή‐ της ᾖ, κἂν Ἀπόστολος, κἂν ἅγιαι Δυνάμεις ὦσι καὶ ὑπερ‐ κόσμιοι· ἐκφανέντος τοῦ ἀληθινοῦ Ὕψους, πάντα ταπεινὰ λογισθήσεται. Νόησόν μοι ἀπό τινος τῶν κατὰ τὸν βίον ὑποδείγμα‐</w:t>
      </w:r>
    </w:p>
    <w:p>
      <w:r>
        <w:rPr>
          <w:rFonts w:ascii="Courier New" w:hAnsi="Courier New"/>
          <w:color w:val="555555"/>
          <w:sz w:val="20"/>
        </w:rPr>
        <w:t>[15]</w:t>
      </w:r>
    </w:p>
    <w:p>
      <w:r>
        <w:rPr>
          <w:rFonts w:ascii="Gentium Plus" w:hAnsi="Gentium Plus"/>
          <w:sz w:val="24"/>
        </w:rPr>
        <w:t>τος τὸ λεγόμενον. Ἔστω τις πόλις χειροτεχνῶν ἀνδρῶν, ἐκ τῆς ἐφ’ ἡμέραν ἐργασίας μόλις τὰ ἀναγκαῖα τὰ πρὸς τὸν βίον ποριζομένων· εἶναι δέ τινας ἐνταῦθα τῶν καθ’ ὑπερ‐ βολὴν πενήτων εὐπορωτέρους, μακαριζομένους τέως ὑπὸ τῶν πτωχευόντων καὶ ἀποβλεπομένους. Εἶτα ἐπιδημῆσαί</w:t>
      </w:r>
    </w:p>
    <w:p>
      <w:r>
        <w:rPr>
          <w:rFonts w:ascii="Courier New" w:hAnsi="Courier New"/>
          <w:color w:val="555555"/>
          <w:sz w:val="20"/>
        </w:rPr>
        <w:t>[20]</w:t>
      </w:r>
    </w:p>
    <w:p>
      <w:r>
        <w:rPr>
          <w:rFonts w:ascii="Gentium Plus" w:hAnsi="Gentium Plus"/>
          <w:sz w:val="24"/>
        </w:rPr>
        <w:t>τινα τῇ πόλει βασιλέα, πάντων βασιλέων πλουσιώτατον, πο‐ λὺν μὲν τὸν χρυσὸν ἔχοντα, πολὺν δὲ τὸν ἄργυρον, πολλοὺς δὲ λίθους τῶν πολυτιμήτων, τοὺς μὲν ἐν τῷ βασιλικῷ ἐπι‐ κειμένους, τοὺς δὲ εἰς ἐπίδειξιν προβεβλημένους. Ἐσθῆτός τι κάλλος καὶ πλῆθος ἀμήχανον, οἰκετῶν καὶ δορυφόρων</w:t>
      </w:r>
    </w:p>
    <w:p>
      <w:r>
        <w:rPr>
          <w:rFonts w:ascii="Courier New" w:hAnsi="Courier New"/>
          <w:color w:val="555555"/>
          <w:sz w:val="20"/>
        </w:rPr>
        <w:t>[25]</w:t>
      </w:r>
    </w:p>
    <w:p>
      <w:r>
        <w:rPr>
          <w:rFonts w:ascii="Gentium Plus" w:hAnsi="Gentium Plus"/>
          <w:sz w:val="24"/>
        </w:rPr>
        <w:t>πλῆθος ἀριθμὸν ὑπερβαῖνον· δαπάνην ἀμύθητον· καμήλων</w:t>
      </w:r>
    </w:p>
    <w:p>
      <w:r>
        <w:rPr>
          <w:rFonts w:ascii="Courier New" w:hAnsi="Courier New"/>
          <w:color w:val="555555"/>
          <w:sz w:val="20"/>
        </w:rPr>
        <w:t>[30]</w:t>
      </w:r>
    </w:p>
    <w:p>
      <w:r>
        <w:rPr>
          <w:rFonts w:ascii="Gentium Plus" w:hAnsi="Gentium Plus"/>
          <w:sz w:val="24"/>
        </w:rPr>
        <w:t>τὸν τέως τὰ μικρὰ θαυμάζοντα, τοὺς ἑαυτῶν ὑπερέχοντας; Οὐχὶ αἰσχυνθῆναι μὲν ἐπὶ τῇ οἰκείᾳ κρίσει; Πάντων δὲ κα‐ ταφρονῆσαι τῇ πρὸς τὸ ὑπερέχον συγκρίσει; Μόνῳ δὲ δόξαν καὶ πλοῦτον τῷ ἀληθῶς πλουσίῳ προσμαρτυρεῖν; —Οὕτω τοίνυν ὅσον ἀποκρύπτεται τὸ ὕψος καὶ τὸ μέγεθος τῆς</w:t>
      </w:r>
    </w:p>
    <w:p>
      <w:r>
        <w:rPr>
          <w:rFonts w:ascii="Courier New" w:hAnsi="Courier New"/>
          <w:color w:val="555555"/>
          <w:sz w:val="20"/>
        </w:rPr>
        <w:t>[35]</w:t>
      </w:r>
    </w:p>
    <w:p>
      <w:r>
        <w:rPr>
          <w:rFonts w:ascii="Gentium Plus" w:hAnsi="Gentium Plus"/>
          <w:sz w:val="24"/>
        </w:rPr>
        <w:t>σοφίας καὶ τῆς δυνάμεως τοῦ Θεοῦ, πολλὰ δόξει εἶναι τὰ ὑψηλὰ καὶ μεγάλα παρὰ τοῖς ἐν ἐσχάτῃ πτωχείᾳ χαθεστηκό‐ σιν· ἐπὰν δὲ ἐκφανῇ τὸ ὄντως σοφὸν καὶ τὸ ἀληθινῶς δυνα‐ τὸν, οὐδεὶς οὔτε σοφὸς, οὔτε δυνατὸς λογισθήσεται. —Οὕτω ποτὲ καὶ Μωϋσῆς ἰσχνόφωνον καὶ βραδύγλωσσον ἑαυτὸν</w:t>
      </w:r>
    </w:p>
    <w:p>
      <w:r>
        <w:rPr>
          <w:rFonts w:ascii="Courier New" w:hAnsi="Courier New"/>
          <w:color w:val="555555"/>
          <w:sz w:val="20"/>
        </w:rPr>
        <w:t>[40]</w:t>
      </w:r>
    </w:p>
    <w:p>
      <w:r>
        <w:rPr>
          <w:rFonts w:ascii="Gentium Plus" w:hAnsi="Gentium Plus"/>
          <w:sz w:val="24"/>
        </w:rPr>
        <w:t>ὡμολόγει, ἐπειδὴ Θεοῦ λαλοῦντος πρὸς αὐτὸν ἤκουσε. Καὶ Ἀβραὰμ, ὅτε Θεὸν εἶδεν, ἑαυτὸν γῆν καὶ σποδὸν ὡμολόγει. Οὐδεῖς οὖν ἀξιούμενος ἐνορᾷν τῇ τοῦ Θεοῦ ἀγαθότητι καὶ σοφίᾳ, δυνήσεται ἢ ἑαυτῷ, ἢ ἄλλῳ σοφίαν ἢ δύναμιν μαρ‐ τυρῆσαι. Οἱ γὰρ Ἅγιοι πάντες οἷον φῶς εἰσι λυχνιαῖον ἐν</w:t>
      </w:r>
    </w:p>
    <w:p>
      <w:r>
        <w:rPr>
          <w:rFonts w:ascii="Courier New" w:hAnsi="Courier New"/>
          <w:color w:val="555555"/>
          <w:sz w:val="20"/>
        </w:rPr>
        <w:t>[45]</w:t>
      </w:r>
    </w:p>
    <w:p>
      <w:r>
        <w:rPr>
          <w:rFonts w:ascii="Gentium Plus" w:hAnsi="Gentium Plus"/>
          <w:sz w:val="24"/>
        </w:rPr>
        <w:t>μεσημβρίᾳ σταθηρᾷ ὑπεραυγαζόμενον τῷ ἡλίῳ. Διὰ τοῦτο ὑπερυψωθήσεται Κύριος μόνος ἐν τῇ ἡμέρᾳ ἐκείνῃ.</w:t>
      </w:r>
    </w:p>
    <w:p>
      <w:r>
        <w:rPr>
          <w:rFonts w:ascii="Courier New" w:hAnsi="Courier New"/>
          <w:color w:val="555555"/>
          <w:sz w:val="20"/>
        </w:rPr>
        <w:t>[2 . 88]</w:t>
      </w:r>
    </w:p>
    <w:p>
      <w:r>
        <w:rPr>
          <w:rFonts w:ascii="Gentium Plus" w:hAnsi="Gentium Plus"/>
          <w:sz w:val="24"/>
        </w:rPr>
        <w:t>Ἡμέρα γὰρ Κυρίου ἐπὶ πάντα ὑβριστὴν καὶ ὑπερ‐ ήφανον.</w:t>
      </w:r>
    </w:p>
    <w:p>
      <w:r>
        <w:rPr>
          <w:rFonts w:ascii="Courier New" w:hAnsi="Courier New"/>
          <w:color w:val="555555"/>
          <w:sz w:val="20"/>
        </w:rPr>
        <w:t>[5]</w:t>
      </w:r>
    </w:p>
    <w:p>
      <w:r>
        <w:rPr>
          <w:rFonts w:ascii="Gentium Plus" w:hAnsi="Gentium Plus"/>
          <w:sz w:val="24"/>
        </w:rPr>
        <w:t>ἀπέστη Θεοῦ καὶ συναπέστησεν ἑαυτῷ τὰς ἀντικειμένας δυνάμεις, λέγων· Ἐπάνω τῶν ἄστρων θήσομαι τὸν θρόνον μου· καὶ καθιῶ ἐν ὄρει ὑψηλῷ ἐπὶ τὰ ὄρη τὰ ὑψηλὰ, τὰ πρὸς βοῤῥᾶν. Ἀναβήσομαι ἐπάνω τῶν νεφελῶν, ἔσομαι ὅμοιος τῷ Ὑψίστῳ. Διὰ τοῦτο ἐντεῦθεν καὶ ἡ ἐκδίκησις ἄρχεται.</w:t>
      </w:r>
    </w:p>
    <w:p>
      <w:r>
        <w:rPr>
          <w:rFonts w:ascii="Courier New" w:hAnsi="Courier New"/>
          <w:color w:val="555555"/>
          <w:sz w:val="20"/>
        </w:rPr>
        <w:t>[10]</w:t>
      </w:r>
    </w:p>
    <w:p>
      <w:r>
        <w:rPr>
          <w:rFonts w:ascii="Gentium Plus" w:hAnsi="Gentium Plus"/>
          <w:sz w:val="24"/>
        </w:rPr>
        <w:t>Καὶ εἴ τις μέντοι τυφωθεὶς εἰς κρίμα ἐμπέπτωκε τοῦ δια‐ βόλου, μετὰ τοῦ ἀρχηγοῦ καὶ οἱονεὶ δημιουργοῦ τῆς ὑπερ‐ ηφανίας καταδικασθήσεται· Κύριος γὰρ ὑπερηφάνοις ἀντι‐ τάσσεται. Ἔοικέ πως ἀρχὴ τῆς ὑπερηφανίας ἡ ὕβρις εἶναι. —</w:t>
      </w:r>
    </w:p>
    <w:p>
      <w:r>
        <w:rPr>
          <w:rFonts w:ascii="Courier New" w:hAnsi="Courier New"/>
          <w:color w:val="555555"/>
          <w:sz w:val="20"/>
        </w:rPr>
        <w:t>[15]</w:t>
      </w:r>
    </w:p>
    <w:p>
      <w:r>
        <w:rPr>
          <w:rFonts w:ascii="Gentium Plus" w:hAnsi="Gentium Plus"/>
          <w:sz w:val="24"/>
        </w:rPr>
        <w:t>Ὁ γὰρ διαπτύων τοὺς ἄλλους καὶ τὸ μηδὲν ἡγούμενος, ἀλλὰ τοὺς μὲν πτωχοὺς, τοὺς δὲ δυσγενεῖς, τοὺς δὲ ἀμαθεῖς ὑπολαμβάνων, ἐκ τῆς ὕβρεως ταύτης εἰς τὸ μόνον ἑαυτὸν οἴεσθαι εἶναι σοφὸν, συνετὸν, εὐγενῆ, πλούσιον, δυνατὸν ὑποφέρεται, ἀρχὴν πρὸς τὸ ὑπερηφανεύεσθαι τὴν ὑπεροψίαν</w:t>
      </w:r>
    </w:p>
    <w:p>
      <w:r>
        <w:rPr>
          <w:rFonts w:ascii="Courier New" w:hAnsi="Courier New"/>
          <w:color w:val="555555"/>
          <w:sz w:val="20"/>
        </w:rPr>
        <w:t>[20]</w:t>
      </w:r>
    </w:p>
    <w:p>
      <w:r>
        <w:rPr>
          <w:rFonts w:ascii="Gentium Plus" w:hAnsi="Gentium Plus"/>
          <w:sz w:val="24"/>
        </w:rPr>
        <w:t>λαμβάνων. Τοῦτο γάρ ἐστι τὸ ὑπερηφανεύεσθαι, τὸ ὑπερ‐ φαίνεσθαι τῶν πολλῶν ἐπιχειρεῖν. Ἐν δὲ τῷ τοῦτο ποιεῖν, ἐξουδενοῖ μὲν τὸν πλησίον, ἑαυτὸν δὲ ἀποσεμνύνει. Καὶ ἔστιν ἡ ὕβρις ὑπερηφανίας ἀρχὴ καὶ ἡ ὑπερηφανία κα‐ κὸν ἔγγονόν ἐστι τῆς ὕβρεως. Διὰ τοῦτο ἡ ἐκδίκησις ἐπὶ</w:t>
      </w:r>
    </w:p>
    <w:p>
      <w:r>
        <w:rPr>
          <w:rFonts w:ascii="Courier New" w:hAnsi="Courier New"/>
          <w:color w:val="555555"/>
          <w:sz w:val="20"/>
        </w:rPr>
        <w:t>[25]</w:t>
      </w:r>
    </w:p>
    <w:p>
      <w:r>
        <w:rPr>
          <w:rFonts w:ascii="Gentium Plus" w:hAnsi="Gentium Plus"/>
          <w:sz w:val="24"/>
        </w:rPr>
        <w:t>πάντα ὑβριστὴν καὶ ὑπερήφανον. Αἱ συγγενεῖς γὰρ ἁμαρτίαι ὁμοιοτρόπως κολάζονται. Ἐπάξει οὖν ἡ διαβόητος ἡμέρα τοῦ Κυρίου τὴν ἐκδίκησιν ἐπὶ πάντα ὑβριστὴν καὶ ὑπερήφα‐ νον. —Ἡμεῖς δὲ οἱ ἐλεεινοὶ, πᾶσαν ἡμέραν ἐν τοῖς κακοῖς τούτοις στρεφόμενοι, οὐδὲ συνίεμεν ὁποῖα κακὰ ἁμαρτάνομεν.</w:t>
      </w:r>
    </w:p>
    <w:p>
      <w:r>
        <w:rPr>
          <w:rFonts w:ascii="Courier New" w:hAnsi="Courier New"/>
          <w:color w:val="555555"/>
          <w:sz w:val="20"/>
        </w:rPr>
        <w:t>[30]</w:t>
      </w:r>
    </w:p>
    <w:p>
      <w:r>
        <w:rPr>
          <w:rFonts w:ascii="Gentium Plus" w:hAnsi="Gentium Plus"/>
          <w:sz w:val="24"/>
        </w:rPr>
        <w:t>Λοίδοροι βασιλείαν Θεοῦ οὐ κληρονομήσουσιν. Καὶ ἡμεῖς λοιδοροῦμεν, ἐν αὐτῷ τῷ λοιδορεῖν μὴ συνιέντες, ὅτι ταῦτα, ἃ νῦν ἀφίημι ῥήματα ἐν τῇ ἡμέρᾳ τοῦ Κυρίου ἀντιστήσεταί μοι καὶ διακόψει μου τὴν ὁδὸν καὶ ὥσπερ τειχίον γενή‐ σεται, ὑπερβαθῆναι μὴ δυνάμενον. —Τίς ἡμῶν ἑαυτὸν οὐχ</w:t>
      </w:r>
    </w:p>
    <w:p>
      <w:r>
        <w:rPr>
          <w:rFonts w:ascii="Courier New" w:hAnsi="Courier New"/>
          <w:color w:val="555555"/>
          <w:sz w:val="20"/>
        </w:rPr>
        <w:t>[35]</w:t>
      </w:r>
    </w:p>
    <w:p>
      <w:r>
        <w:rPr>
          <w:rFonts w:ascii="Gentium Plus" w:hAnsi="Gentium Plus"/>
          <w:sz w:val="24"/>
        </w:rPr>
        <w:t>ὑπεραίρει; τίς τὸν πλησίον οὐ διαπτύει; Ἡ δὲ ὕβρις πλέον τί ἐστι τῆς λοιδορίας. Ἡ μὲν γὰρ γλώσσης ἐστὶ μόνον ἀτιμία· ἡ δὲ ὕβρις καὶ τὴν διὰ τῶν ἔργων ἐπ’ αἰσχύνῃ τῶν ὑβριζομένων ἐπίνοιαν ἔχει. —Δυνατὸν μέντοι σήμερον βου‐ ληθέντι τῷ ὑψηλῷ κατελθεῖν εἰς τὴν τῶν ταπεινῶν ταπεί‐</w:t>
      </w:r>
    </w:p>
    <w:p>
      <w:r>
        <w:rPr>
          <w:rFonts w:ascii="Courier New" w:hAnsi="Courier New"/>
          <w:color w:val="555555"/>
          <w:sz w:val="20"/>
        </w:rPr>
        <w:t>[40]</w:t>
      </w:r>
    </w:p>
    <w:p>
      <w:r>
        <w:rPr>
          <w:rFonts w:ascii="Gentium Plus" w:hAnsi="Gentium Plus"/>
          <w:sz w:val="24"/>
        </w:rPr>
        <w:t>νωσιν· καὶ τῷ νῦν μέντοι ταπεινῷ κίνδυνος ἀντιμεταστῆναι εἰς τὸ τῶν ὑπερηφάνων ὕψωμα· αὐτὸ γὰρ τὸ ὑπολαβεῖν περὶ ἑαυτοῦ εἰς τὸ ἄκρον τῆς ταπεινώσεως ἐληλυθέναι, ὑψώματός ἐστιν ἀφορμὴ, καὶ τὸ τοῦ σφόδρα δοκοῦντος ἐν ἁμαρτίαις εἶναι κατεπαρθῆναι, ὑπερηφανία δεινὴ, ἣν ἔπαθεν</w:t>
      </w:r>
    </w:p>
    <w:p>
      <w:r>
        <w:rPr>
          <w:rFonts w:ascii="Courier New" w:hAnsi="Courier New"/>
          <w:color w:val="555555"/>
          <w:sz w:val="20"/>
        </w:rPr>
        <w:t>[45]</w:t>
      </w:r>
    </w:p>
    <w:p>
      <w:r>
        <w:rPr>
          <w:rFonts w:ascii="Gentium Plus" w:hAnsi="Gentium Plus"/>
          <w:sz w:val="24"/>
        </w:rPr>
        <w:t>ὁ Φαρισαῖος κατὰ τοῦ Τελώνου.</w:t>
      </w:r>
    </w:p>
    <w:p>
      <w:r>
        <w:rPr>
          <w:rFonts w:ascii="Courier New" w:hAnsi="Courier New"/>
          <w:color w:val="555555"/>
          <w:sz w:val="20"/>
        </w:rPr>
        <w:t>[2 . 89]</w:t>
      </w:r>
    </w:p>
    <w:p>
      <w:r>
        <w:rPr>
          <w:rFonts w:ascii="Gentium Plus" w:hAnsi="Gentium Plus"/>
          <w:sz w:val="24"/>
        </w:rPr>
        <w:t>Καὶ ἐπὶ πάντα ὑψηλὸν καὶ μετέωρον. Τῆς αὐτῆς κακίας ἐστὶ καὶ ὁ ὑψηλὸς καὶ μετέωρος, διαφέ‐ ρων πρὸς τὸν ὑβριστὴν καὶ ὑπερήφανον τῇ σχέσει μόνον. Ὁ μὲν γὰρ καθ’ ἑτέρων τῇ ὕβρει καὶ τῇ ὑπερηφανίᾳ κέχρηται· ὁ</w:t>
      </w:r>
    </w:p>
    <w:p>
      <w:r>
        <w:rPr>
          <w:rFonts w:ascii="Courier New" w:hAnsi="Courier New"/>
          <w:color w:val="555555"/>
          <w:sz w:val="20"/>
        </w:rPr>
        <w:t>[5]</w:t>
      </w:r>
    </w:p>
    <w:p>
      <w:r>
        <w:rPr>
          <w:rFonts w:ascii="Gentium Plus" w:hAnsi="Gentium Plus"/>
          <w:sz w:val="24"/>
        </w:rPr>
        <w:t>δὲ, καὶ μόνος ὢν, ἑαυτὸν ὑπεραίρει, καὶ μετεωρίζει τῇ ματαιό‐ τητι τοῦ νοὸς, καὶ ἀνυψοῖ. —Καὶ ἵνα μου νοήσῃς τὸν ἀκριβῶς μετέωρον, ἀνάμνησον σεαυτὸν ἐν τῇ ματαιότητι τῆς νεότητός</w:t>
      </w:r>
    </w:p>
    <w:p>
      <w:r>
        <w:rPr>
          <w:rFonts w:ascii="Courier New" w:hAnsi="Courier New"/>
          <w:color w:val="555555"/>
          <w:sz w:val="20"/>
        </w:rPr>
        <w:t>[10]</w:t>
      </w:r>
    </w:p>
    <w:p>
      <w:r>
        <w:rPr>
          <w:rFonts w:ascii="Gentium Plus" w:hAnsi="Gentium Plus"/>
          <w:sz w:val="24"/>
        </w:rPr>
        <w:t>τοῦ νοῦ ἐπέδραμες ἀρχὰς ἐξ ἀρχῶν, δυναστείας ἐκ δυνα‐ στειῶν. Πλοῦτον περιεβάλου, οἰκίας ᾠκοδόμησας, χρυσὸν καὶ ἄργυρον ἀπέθου· κτήσεις συνήγαγες, τόσα καὶ τόσα τά‐ λαντα κατ’ ἔτος προσκομιζούσας· οἰκέτας ἔσχες μυρίους, τέχνας παντοδαπὰς, τὰς ἐκ τούτων προσόδους· ἀγέλας ἵπ‐</w:t>
      </w:r>
    </w:p>
    <w:p>
      <w:r>
        <w:rPr>
          <w:rFonts w:ascii="Courier New" w:hAnsi="Courier New"/>
          <w:color w:val="555555"/>
          <w:sz w:val="20"/>
        </w:rPr>
        <w:t>[15]</w:t>
      </w:r>
    </w:p>
    <w:p>
      <w:r>
        <w:rPr>
          <w:rFonts w:ascii="Gentium Plus" w:hAnsi="Gentium Plus"/>
          <w:sz w:val="24"/>
        </w:rPr>
        <w:t>πων, ποίμνια καὶ βουκόλια, τὰ ἐκ τούτων χρήματα· γυναῖκα καὶ παῖδας καὶ τούτων τὰ ἔκγονα· φίλους εὐηργέτησας, ἐχθροὺς ἠμύνω· ἦρξας πόλεων, εἶτα ἐθνῶν, τὸ τελευταῖον καὶ ἐβασίλευσας. Ὁρᾷς πῶς ὑπὸ κουφότητος ὁ τοιοῦτος νοῦς ὑψηλός ἐστι καὶ μετέωρος; Οὐδαμοῦ ἐστήρικται, ἀλλ’ ὑπὲρ</w:t>
      </w:r>
    </w:p>
    <w:p>
      <w:r>
        <w:rPr>
          <w:rFonts w:ascii="Courier New" w:hAnsi="Courier New"/>
          <w:color w:val="555555"/>
          <w:sz w:val="20"/>
        </w:rPr>
        <w:t>[20]</w:t>
      </w:r>
    </w:p>
    <w:p>
      <w:r>
        <w:rPr>
          <w:rFonts w:ascii="Gentium Plus" w:hAnsi="Gentium Plus"/>
          <w:sz w:val="24"/>
        </w:rPr>
        <w:t>τὰ ἀδύνατα, ὑπὲρ τὴν φύσιν φέρεται. Ἀπειλεῖται οὖν καὶ τοῖς μετεώροις τὰ φοβερὰ τῆς ἡμέρας. Ἁμαρτία γάρ ἐστι (φησὶν) ὁ μετεωρισμός. Ἄκουε γὰρ τοῦ Κυ‐ ρίου λέγοντος· Καὶ μὴ μετεωρίζεσθε. Καὶ ὁ μακάριος Δαβὶδ ἐν τοῖς κατορθώμασι ἀριθμεῖ τὸ μὴ μετεωρισθῆναι, μηδὲ</w:t>
      </w:r>
    </w:p>
    <w:p>
      <w:r>
        <w:rPr>
          <w:rFonts w:ascii="Courier New" w:hAnsi="Courier New"/>
          <w:color w:val="555555"/>
          <w:sz w:val="20"/>
        </w:rPr>
        <w:t>[25]</w:t>
      </w:r>
    </w:p>
    <w:p>
      <w:r>
        <w:rPr>
          <w:rFonts w:ascii="Gentium Plus" w:hAnsi="Gentium Plus"/>
          <w:sz w:val="24"/>
        </w:rPr>
        <w:t>ὑψωθῆναι· Κύριε γὰρ (φησὶν) οὐχ ὑψώθη ἡ καρδία μου, οὐδὲ ἐμετεωρίσθησαν οἱ ὀφθαλμοί μου. —Ἔστι μέντοι καὶ ἐπαινετῶς ὑψωθῆναι, ὅταν μὴ μικροπρεπὴς ᾖς, μηδὲ τα‐ πεινὰ μεριμνῶν, ἀλλὰ διεγηγερμένος τὸ φρόνημα, καὶ τῷ ἀναστήματι τῆς ἀρετῆς ὑπὸ μεγαλοψυχίας καὶ μεγαλονοίας</w:t>
      </w:r>
    </w:p>
    <w:p>
      <w:r>
        <w:rPr>
          <w:rFonts w:ascii="Courier New" w:hAnsi="Courier New"/>
          <w:color w:val="555555"/>
          <w:sz w:val="20"/>
        </w:rPr>
        <w:t>[30]</w:t>
      </w:r>
    </w:p>
    <w:p>
      <w:r>
        <w:rPr>
          <w:rFonts w:ascii="Gentium Plus" w:hAnsi="Gentium Plus"/>
          <w:sz w:val="24"/>
        </w:rPr>
        <w:t>κεκοσμημένος. Τὸ τοιοῦτον ὕψος τῆς γνώμης ἀποδεκτὸν, τὸ ἀταπείνωτον ἐν θλίψεσι, τὸ ὑπερφρονοῦν τῶν ἐπὶ γῆς. Τοιοῦτος ὁ τὸ πολίτευμα ἔχων ἐν οὐρανοῖς, ὁ τὴν καρδίαν ἐπτοημένην ἔχων εἰς τοὺς ἐκεῖ θησαυρούς. —Καὶ ἔοικε τοῦτο</w:t>
      </w:r>
    </w:p>
    <w:p>
      <w:r>
        <w:rPr>
          <w:rFonts w:ascii="Courier New" w:hAnsi="Courier New"/>
          <w:color w:val="555555"/>
          <w:sz w:val="20"/>
        </w:rPr>
        <w:t>[35]</w:t>
      </w:r>
    </w:p>
    <w:p>
      <w:r>
        <w:rPr>
          <w:rFonts w:ascii="Gentium Plus" w:hAnsi="Gentium Plus"/>
          <w:sz w:val="24"/>
        </w:rPr>
        <w:t>αὐτὴν ἔχειν διαφορὰν, ἣν ἀληθινὴ εὐεξία πρὸς τὴν ἐξ ὑδέρου γινομένην τῆς σαρκὸς ἐπανάστασιν· ὤγκωται μὲν γὰρ τὸ σῶμα, ἀλλ’ ὕπουλόν ἐστι καὶ νοσεῖ.</w:t>
      </w:r>
    </w:p>
    <w:p>
      <w:r>
        <w:rPr>
          <w:rFonts w:ascii="Courier New" w:hAnsi="Courier New"/>
          <w:color w:val="555555"/>
          <w:sz w:val="20"/>
        </w:rPr>
        <w:t>[2 . 90]</w:t>
      </w:r>
    </w:p>
    <w:p>
      <w:r>
        <w:rPr>
          <w:rFonts w:ascii="Gentium Plus" w:hAnsi="Gentium Plus"/>
          <w:sz w:val="24"/>
        </w:rPr>
        <w:t>Καὶ ἐπὶ πᾶσαν κέδρον τοῦ Διβάνου τῶν ὑψηλῶν καὶ μετεώρων. Ποία κακία (φησὶ) τῆς κέδρου, ὅτι καὶ τὸ ταύτης ὑψη‐ λὸν, ὅπερ ἐκ φύσεως αὐτῇ πρόσεστιν, εἰς ἐξέτασιν ἄγε‐</w:t>
      </w:r>
    </w:p>
    <w:p>
      <w:r>
        <w:rPr>
          <w:rFonts w:ascii="Courier New" w:hAnsi="Courier New"/>
          <w:color w:val="555555"/>
          <w:sz w:val="20"/>
        </w:rPr>
        <w:t>[5]</w:t>
      </w:r>
    </w:p>
    <w:p>
      <w:r>
        <w:rPr>
          <w:rFonts w:ascii="Gentium Plus" w:hAnsi="Gentium Plus"/>
          <w:sz w:val="24"/>
        </w:rPr>
        <w:t>ται; Διὰ τί δὲ ὅλως καὶ ταῖς ἐν τῷ Λιβάνῳ κέδροις ἀπειλεῖ τὴν ἡμέραν ὁ λόγος; Ὅτι μὲν οὖν περὶ ἐμψύχων ὁ λόγος τῶν πεφυσιωμένων καὶ μετὰ ἀναισθησίας ἐχόντων τὴν ἔπαρ‐ σιν, οὐδεὶς ἀντερεῖ. —Ἀλλὰ διὰ τί κέδροι; καὶ διὰ τί, τοῦ Λιβάνου; Αἱ κέδροι φυτόν εἰσιν, ἀχρήστων καρπῶν</w:t>
      </w:r>
    </w:p>
    <w:p>
      <w:r>
        <w:rPr>
          <w:rFonts w:ascii="Courier New" w:hAnsi="Courier New"/>
          <w:color w:val="555555"/>
          <w:sz w:val="20"/>
        </w:rPr>
        <w:t>[10]</w:t>
      </w:r>
    </w:p>
    <w:p>
      <w:r>
        <w:rPr>
          <w:rFonts w:ascii="Gentium Plus" w:hAnsi="Gentium Plus"/>
          <w:sz w:val="24"/>
        </w:rPr>
        <w:t>οἰστικαὶ, εἰς ὕψος μήκιστον αὐξανόμεναι καὶ ἀεὶ ἐπιδι‐ δοῦσαι κατὰ τὴν προσθήκην τοῦ χρόνου, οὔτε γηρῶσαι ῥᾳδίως, οὔτε εὐκόλως κατασηπόμεναι. Ὁ δὲ Λίβανος ὄρος εἰδωλολατρείας τὸ παλαιὸν ἦν. Ἵνα οὖν τὰς ἐκεῖ ἐμφι‐ λοχωρούσας ὀλεθρίους δυνάμεις ἐνδείξηται ἡμῖν, κέδρους</w:t>
      </w:r>
    </w:p>
    <w:p>
      <w:r>
        <w:rPr>
          <w:rFonts w:ascii="Courier New" w:hAnsi="Courier New"/>
          <w:color w:val="555555"/>
          <w:sz w:val="20"/>
        </w:rPr>
        <w:t>[15]</w:t>
      </w:r>
    </w:p>
    <w:p>
      <w:r>
        <w:rPr>
          <w:rFonts w:ascii="Gentium Plus" w:hAnsi="Gentium Plus"/>
          <w:sz w:val="24"/>
        </w:rPr>
        <w:t>ὠνόμασε τοῦ Λιβάνου τὰ ὑψώματα τῆς πονηρίας, τὰ ἐπαι‐ ρόμενα κατὰ τῆς γνώσεως τοῦ Θεοῦ, περὶ ὧν καὶ ὁ ψαλμός φησιν, ὅτι Συντρίψει Κύριος τὰς κέδρους τοῦ Λιβάνου. Δύναται δὲ τὰ ἐν ἀνθρώποις ἀλαζονικὰ ἤθη ἄνευ αἰτίας τινὸς ἀκολούθου πρὸς τὴν φυσίωσιν ἐπαιρόμενα διὰ τῶν</w:t>
      </w:r>
    </w:p>
    <w:p>
      <w:r>
        <w:rPr>
          <w:rFonts w:ascii="Courier New" w:hAnsi="Courier New"/>
          <w:color w:val="555555"/>
          <w:sz w:val="20"/>
        </w:rPr>
        <w:t>[20]</w:t>
      </w:r>
    </w:p>
    <w:p>
      <w:r>
        <w:rPr>
          <w:rFonts w:ascii="Gentium Plus" w:hAnsi="Gentium Plus"/>
          <w:sz w:val="24"/>
        </w:rPr>
        <w:t>κέδρων αἰνίσσεσθαι. Ἔστι γὰρ καὶ ἐν φυσιώσει ἢ πιθανή</w:t>
      </w:r>
    </w:p>
    <w:p>
      <w:r>
        <w:rPr>
          <w:rFonts w:ascii="Courier New" w:hAnsi="Courier New"/>
          <w:color w:val="555555"/>
          <w:sz w:val="20"/>
        </w:rPr>
        <w:t>[25]</w:t>
      </w:r>
    </w:p>
    <w:p>
      <w:r>
        <w:rPr>
          <w:rFonts w:ascii="Gentium Plus" w:hAnsi="Gentium Plus"/>
          <w:sz w:val="24"/>
        </w:rPr>
        <w:t>ὕψωμα. Ὁ τοιοῦτος ὑψηλὸν μέν ἐστι φυτὸν, ἀλλ’ ἔγκαρ‐ πον. Ὁ δὲ ἄνευ ἐργασίας τινὸς ἀγαθῆς, ἢ διὰ πλοῦτον, ἢ δι’ εὐγένειαν, ἢ διὰ σώματος ἰσχὺν μετεωριζόμενος, κέδρος ἐστὶν, ἀκάρπῳ ζωῇ καὶ ἀνονήτῳ ἐπαγαλλόμενος. —Διὰ τί δὲ καὶ τοῦ Λιβάνου; Ὅτι ὥσπερ τὰ ἐπὶ τῶν ὀρῶν πεπηγότα</w:t>
      </w:r>
    </w:p>
    <w:p>
      <w:r>
        <w:rPr>
          <w:rFonts w:ascii="Courier New" w:hAnsi="Courier New"/>
          <w:color w:val="555555"/>
          <w:sz w:val="20"/>
        </w:rPr>
        <w:t>[30]</w:t>
      </w:r>
    </w:p>
    <w:p>
      <w:r>
        <w:rPr>
          <w:rFonts w:ascii="Gentium Plus" w:hAnsi="Gentium Plus"/>
          <w:sz w:val="24"/>
        </w:rPr>
        <w:t>φυτὰ ὕψει ἀλλοτρίῳ συγκέχρηται, οὕτως οἱ πλοῦτον, ἢ δύναμιν, ἢ δόξαν προγόνων ὑποβαλλόμενοι, τοῖς κατ’ οὐδὲν προσήκουσιν εἰς ἀφορμὴν τῆς οἰκείας ἐπάρσεως ἀποκέ‐ χρηνται. Εἰσὶ μέντοι καὶ ἐπαινούμεναι κέδροι. Χορτασθήσεται τὰ</w:t>
      </w:r>
    </w:p>
    <w:p>
      <w:r>
        <w:rPr>
          <w:rFonts w:ascii="Courier New" w:hAnsi="Courier New"/>
          <w:color w:val="555555"/>
          <w:sz w:val="20"/>
        </w:rPr>
        <w:t>[35]</w:t>
      </w:r>
    </w:p>
    <w:p>
      <w:r>
        <w:rPr>
          <w:rFonts w:ascii="Gentium Plus" w:hAnsi="Gentium Plus"/>
          <w:sz w:val="24"/>
        </w:rPr>
        <w:t>ξύλα τοῦ Κυρίου, αἱ κέδροι τοῦ Λιβάνου, ἃς ἐφύτευσε. Καὶ εἰς τὴν δοξολογίαν παραλαμβάνεται ξύλα καρποφόρα καὶ πᾶσαι κέδροι, ἵνα δειχθῇ ὅτι οὐδὲν τῇ φύσει πονηρὸν, οὐδὲ ἠλλοτριωμένον Θεοῦ, ἀλλὰ παρὰ τὴν ἑαυτῶν αἰτίαν ἕκαστα ἢ ἀφίσταται ἀπὸ Θεοῦ, ἢ προσοικειοῦται αὐτῷ.</w:t>
      </w:r>
    </w:p>
    <w:p>
      <w:r>
        <w:rPr>
          <w:rFonts w:ascii="Courier New" w:hAnsi="Courier New"/>
          <w:color w:val="555555"/>
          <w:sz w:val="20"/>
        </w:rPr>
        <w:t>[40]</w:t>
      </w:r>
    </w:p>
    <w:p>
      <w:r>
        <w:rPr>
          <w:rFonts w:ascii="Gentium Plus" w:hAnsi="Gentium Plus"/>
          <w:sz w:val="24"/>
        </w:rPr>
        <w:t>Διὰ τοῦτο καὶ αἱ εἰς κατασκευὴν τοῦ ναοῦ συντελέσασαι κέδροι ἐκ τοῦ Λιβάνου ἦσαν κατακεκομισμέναι, τῆς ἱστορίας παραδεικνυούσης, ὅτι δυνατὸν ἐξ εἰδωλολατρείας εἰς ἁγια‐ σμὸν μεταβαλεῖν. Διὰ τοῦτο ποτὲ μὲν συντρίβεται κέδρος, ὅταν ἀχώριστος ᾖ τοῦ Λιβάνου· ποτὲ δὲ, ὅταν καταλιποῦσα</w:t>
      </w:r>
    </w:p>
    <w:p>
      <w:r>
        <w:rPr>
          <w:rFonts w:ascii="Courier New" w:hAnsi="Courier New"/>
          <w:color w:val="555555"/>
          <w:sz w:val="20"/>
        </w:rPr>
        <w:t>[45]</w:t>
      </w:r>
    </w:p>
    <w:p>
      <w:r>
        <w:rPr>
          <w:rFonts w:ascii="Gentium Plus" w:hAnsi="Gentium Plus"/>
          <w:sz w:val="24"/>
        </w:rPr>
        <w:t>τὰ ἀρχαῖα, ἀξία τοῦ ἁγιάζεσθαι γένηται. —Καθόλου μέντοι καὶ τὰ τῶν ζώων ἤθη καὶ τὰ τῶν φυτῶν εἴδη εἰς τὸ ποικίλον</w:t>
      </w:r>
    </w:p>
    <w:p>
      <w:r>
        <w:rPr>
          <w:rFonts w:ascii="Courier New" w:hAnsi="Courier New"/>
          <w:color w:val="555555"/>
          <w:sz w:val="20"/>
        </w:rPr>
        <w:t>[2 . 91]</w:t>
      </w:r>
    </w:p>
    <w:p>
      <w:r>
        <w:rPr>
          <w:rFonts w:ascii="Gentium Plus" w:hAnsi="Gentium Plus"/>
          <w:sz w:val="24"/>
        </w:rPr>
        <w:t>Καὶ ἐπὶ πᾶν δένδρον βαλάνου Βασάν. Ἄλλου φυτοῦ μνήμη, πρὸς ἔνδειξιν ἀνθρωπείου βίου ὑποπε‐ σεῖν ἀπειλουμένου τῇ κρίσει. Τὰ γὰρ σκληρὰ ἤθη καὶ δύ‐ σεικτα, ἀντιτύπως πρὸς πάντα καὶ ἀντιβατικῶς διακείμενα,</w:t>
      </w:r>
    </w:p>
    <w:p>
      <w:r>
        <w:rPr>
          <w:rFonts w:ascii="Courier New" w:hAnsi="Courier New"/>
          <w:color w:val="555555"/>
          <w:sz w:val="20"/>
        </w:rPr>
        <w:t>[5]</w:t>
      </w:r>
    </w:p>
    <w:p>
      <w:r>
        <w:rPr>
          <w:rFonts w:ascii="Gentium Plus" w:hAnsi="Gentium Plus"/>
          <w:sz w:val="24"/>
        </w:rPr>
        <w:t>καὶ ἡ κοινὴ συνήθεια δρυῒ παριεκάζει. Φέρει δὲ τὸ δένδρον τοῦ‐ το καρπὸν, ἀλλὰ χοίρων τροφήν. Διὰ τοῦτο δένδρον αἰσχύνης ὠνόμασε· τὸ γὰρ Βασὰν εἰς τὴν αἰσχύνην μεταλαμβάνουσιν. Ὧν οὖν ἡ δόξα τῆς καρποφορίας αἰσχύνη ἐστὶ, καὶ ἐπὶ τούτοις ἔσται ἡ ἡμέρα τοῦ Κυρίου.</w:t>
      </w:r>
    </w:p>
    <w:p>
      <w:r>
        <w:rPr>
          <w:rFonts w:ascii="Courier New" w:hAnsi="Courier New"/>
          <w:color w:val="555555"/>
          <w:sz w:val="20"/>
        </w:rPr>
        <w:t>[10]</w:t>
      </w:r>
    </w:p>
    <w:p>
      <w:r>
        <w:rPr>
          <w:rFonts w:ascii="Gentium Plus" w:hAnsi="Gentium Plus"/>
          <w:sz w:val="24"/>
        </w:rPr>
        <w:t>Καὶ δὴ καὶ τὴν εἰδωλολατρείαν αἰσχύνην εὕρομεν λεγο‐ μένην, ὡς ἐν τῇ τρίτῃ τῶν Βασιλειῶν Ἠλίας λέγει πρὸς τὸν Ἀχαάβ· Καὶ νῦν ἀπόστειλον καὶ συνάθροισον πρός με πάντα Ἰσραὴλ εἰς ὄρος τὸ Καρμήλιον, καὶ τοὺς προφήτας τῆς αἰσχύνης καὶ τοὺς προφήτας τῶν ἀλσῶν, τετρακοσίους</w:t>
      </w:r>
    </w:p>
    <w:p>
      <w:r>
        <w:rPr>
          <w:rFonts w:ascii="Courier New" w:hAnsi="Courier New"/>
          <w:color w:val="555555"/>
          <w:sz w:val="20"/>
        </w:rPr>
        <w:t>[15]</w:t>
      </w:r>
    </w:p>
    <w:p>
      <w:r>
        <w:rPr>
          <w:rFonts w:ascii="Gentium Plus" w:hAnsi="Gentium Plus"/>
          <w:sz w:val="24"/>
        </w:rPr>
        <w:t>ἄνδρας, ἐσθίοντας τράπεζαν Ἰεζάβελ. Ἐπεὶ οὖν Πᾶν δένδρον μὴ ποιοῦν καρπὸν καλὸν, ἐκκόπτεται καὶ εἰς πῦρ βάλλεται, ἡ τοῦ Κυρίου ἡμέρα καὶ τοῖς δένδροις τῆς αἰσχύνης ὡς φο‐ βερὰ ἀπειλεῖται. Διὰ τοῦτο καὶ ὁ βασιλεὺς τῆς Βασὰν Ὢγ προσηγόρευται. —Ὢγ δὲ ἑρμηνεύεται διάφραξις, ὡς τῶν</w:t>
      </w:r>
    </w:p>
    <w:p>
      <w:r>
        <w:rPr>
          <w:rFonts w:ascii="Courier New" w:hAnsi="Courier New"/>
          <w:color w:val="555555"/>
          <w:sz w:val="20"/>
        </w:rPr>
        <w:t>[20]</w:t>
      </w:r>
    </w:p>
    <w:p>
      <w:r>
        <w:rPr>
          <w:rFonts w:ascii="Gentium Plus" w:hAnsi="Gentium Plus"/>
          <w:sz w:val="24"/>
        </w:rPr>
        <w:t>ἔργων τῆς αἰσχύνης τὴν ὁδὸν ἡμῖν τῆς σωτηρίας ἀπο‐ φρασσόντων. Πόρνοι γὰρ καὶ μοιχοὶ καὶ μαλακοὶ καὶ ἀρσε‐ νοκοῖται καὶ πάντες τῆς αἰσχύνης ἐργάται, ὑπὸ τοῦ Ὢγ βασιλεύοντος, τοῦ τὴν ἀπὸ Θεοῦ διακοπὴν ἐνεργοῦντος· ὃν</w:t>
      </w:r>
    </w:p>
    <w:p>
      <w:r>
        <w:rPr>
          <w:rFonts w:ascii="Courier New" w:hAnsi="Courier New"/>
          <w:color w:val="555555"/>
          <w:sz w:val="20"/>
        </w:rPr>
        <w:t>[25]</w:t>
      </w:r>
    </w:p>
    <w:p>
      <w:r>
        <w:rPr>
          <w:rFonts w:ascii="Gentium Plus" w:hAnsi="Gentium Plus"/>
          <w:sz w:val="24"/>
        </w:rPr>
        <w:t>λογεῖσθε γὰρ τῷ Κυρίῳ, ὅτι χρηστὸς, τῷ πατάξαντι βασιλεῖς μεγάλους καὶ ἀποκτείναντι βασιλεῖς κραταιοὺς, τὸν Σηὼν καὶ τὸν Ὤγ.</w:t>
      </w:r>
    </w:p>
    <w:p>
      <w:r>
        <w:rPr>
          <w:rFonts w:ascii="Courier New" w:hAnsi="Courier New"/>
          <w:color w:val="555555"/>
          <w:sz w:val="20"/>
        </w:rPr>
        <w:t>[2 . 92]</w:t>
      </w:r>
    </w:p>
    <w:p>
      <w:r>
        <w:rPr>
          <w:rFonts w:ascii="Gentium Plus" w:hAnsi="Gentium Plus"/>
          <w:sz w:val="24"/>
        </w:rPr>
        <w:t>Καὶ ἐπὶ πᾶν ὄρος καὶ ἐπὶ πάντα βουνὸν καὶ ἐπὶ πάντα πύργον ὑψηλόν. Ὥσπερ τὰ ὄρη πρὸς τοὺς βουνοὺς τὴν κατὰ μέγεθος ἔχει διαφορὰν, τῷ δὲ λοιπῷ τὰ αὐτὰ ἀλλήλοις ἐστίν, οὕτω</w:t>
      </w:r>
    </w:p>
    <w:p>
      <w:r>
        <w:rPr>
          <w:rFonts w:ascii="Courier New" w:hAnsi="Courier New"/>
          <w:color w:val="555555"/>
          <w:sz w:val="20"/>
        </w:rPr>
        <w:t>[5]</w:t>
      </w:r>
    </w:p>
    <w:p>
      <w:r>
        <w:rPr>
          <w:rFonts w:ascii="Gentium Plus" w:hAnsi="Gentium Plus"/>
          <w:sz w:val="24"/>
        </w:rPr>
        <w:t>καὶ αἱ ἐναντίαι δυνάμεις τῇ μὲν προαιρέσει ἀλλήλαις ἐοί‐ κασι, τῷ δὲ μεγέθει τῶν ἀδικημάτων, διενηνόχασιν. Εἰ‐ κότως οὖν καὶ κατὰ τούτων ἡ ἡμέρα Κυρίου Σαβαὼθ ἐν‐ στήσεται. —Τί δὲ βούλεται τὸ Καὶ ἐπὶ πάντα πύργον; Ὁ πύργος ἐστὶν ὑψηλὸν σκοπευτήριον πρὸς φυλακὴν πό‐</w:t>
      </w:r>
    </w:p>
    <w:p>
      <w:r>
        <w:rPr>
          <w:rFonts w:ascii="Courier New" w:hAnsi="Courier New"/>
          <w:color w:val="555555"/>
          <w:sz w:val="20"/>
        </w:rPr>
        <w:t>[10]</w:t>
      </w:r>
    </w:p>
    <w:p>
      <w:r>
        <w:rPr>
          <w:rFonts w:ascii="Gentium Plus" w:hAnsi="Gentium Plus"/>
          <w:sz w:val="24"/>
        </w:rPr>
        <w:t>λεως καὶ γνῶσιν ἐφόδων πολεμικῶν ἐπιτήδειον. Τοιοῦτος ἡμῖν δέδοται καὶ ὁ νοῦς, φυλακτικὸς τῶν ἀγαθῶν, προορα‐ τικὸς τῶν ἐπιβούλων. Τοῦτον οὐ χρὴ ἐν ἑαυτῷ οὐδὲ διὰ τῶν γηΐνων τὴν εἰς οὐρανὸν ἄνοδον πραγματεύεσθαι· κατα‐ βαίνει γὰρ ὁ Κύριος πρὸς αὐτὸν κάτω πεσόντα διὰ τὸ φρό‐</w:t>
      </w:r>
    </w:p>
    <w:p>
      <w:r>
        <w:rPr>
          <w:rFonts w:ascii="Courier New" w:hAnsi="Courier New"/>
          <w:color w:val="555555"/>
          <w:sz w:val="20"/>
        </w:rPr>
        <w:t>[15]</w:t>
      </w:r>
    </w:p>
    <w:p>
      <w:r>
        <w:rPr>
          <w:rFonts w:ascii="Gentium Plus" w:hAnsi="Gentium Plus"/>
          <w:sz w:val="24"/>
        </w:rPr>
        <w:t>νημα καὶ τὴν πρὸς τὸ κακὸν αὐτοῦ συμφωνίαν διασπᾷ ἐπ’ εὐεργεσίᾳ καὶ σωτηρίᾳ. Περὶ τῆς τούτου οἰκοδομῆς κε‐ λεύει ἡμᾶς ὁ Κύριος καθίσαντας ψηφίσαι, εἰ ἔχομεν τὰ πρὸς ἀπαρτισμὸν, ὡς δηλοῖ αὐτὴ ἡ σύμφρασις τοῦ Εὐαγγελίου. Τὸν οὖν ὑψηλόφρονα νοῦν καὶ ὑπέρογκον καὶ πάντας</w:t>
      </w:r>
    </w:p>
    <w:p>
      <w:r>
        <w:rPr>
          <w:rFonts w:ascii="Courier New" w:hAnsi="Courier New"/>
          <w:color w:val="555555"/>
          <w:sz w:val="20"/>
        </w:rPr>
        <w:t>[20]</w:t>
      </w:r>
    </w:p>
    <w:p>
      <w:r>
        <w:rPr>
          <w:rFonts w:ascii="Gentium Plus" w:hAnsi="Gentium Plus"/>
          <w:sz w:val="24"/>
        </w:rPr>
        <w:t>ἐξευτελίζοντα καὶ ἑαυτὸν μακαρίζοντα, φοβεῖσθαι ὁ λόγος</w:t>
      </w:r>
    </w:p>
    <w:p>
      <w:r>
        <w:rPr>
          <w:rFonts w:ascii="Courier New" w:hAnsi="Courier New"/>
          <w:color w:val="555555"/>
          <w:sz w:val="20"/>
        </w:rPr>
        <w:t>[25]</w:t>
      </w:r>
    </w:p>
    <w:p>
      <w:r>
        <w:rPr>
          <w:rFonts w:ascii="Gentium Plus" w:hAnsi="Gentium Plus"/>
          <w:sz w:val="24"/>
        </w:rPr>
        <w:t>γοι, οἱ μὲν ἐκ τῆς ἀληθείας αὐτῆς περικείμενοι ἡμῖν, τὸ ἀκαθαίρετον τῶν σωτηρίων δογμάτων διατηροῦντες· οἱ δὲ ἐκ τῆς ἔξωθεν ἐποινοίας πρὸς ὀχύρωσιν ψεύδους καὶ φυλακὴν ματαιότητος ἐπιτετηδευμένοι. Ἡ γὰρ τῆς διαλεκτικῆς δύναμις τεῖχός ἐστι τοῖς δόγμασιν, οὐκ ἐῶσα</w:t>
      </w:r>
    </w:p>
    <w:p>
      <w:r>
        <w:rPr>
          <w:rFonts w:ascii="Courier New" w:hAnsi="Courier New"/>
          <w:color w:val="555555"/>
          <w:sz w:val="20"/>
        </w:rPr>
        <w:t>[30]</w:t>
      </w:r>
    </w:p>
    <w:p>
      <w:r>
        <w:rPr>
          <w:rFonts w:ascii="Gentium Plus" w:hAnsi="Gentium Plus"/>
          <w:sz w:val="24"/>
        </w:rPr>
        <w:t>αὐτὰ εὐδιάρπαστα εἶναι καὶ εὐάλωτα τοῖς βουλομένοις. Διὰ τοῦτο τὰ μὲν τῆς Ἱερουσαλὴμ τείχη ἀνάγραπτά ἐστιν ἐπὶ τῶν χειρῶν τοῦ Κυρίου· τὰ δὲ Ἱεριχοῦντος ὑπὸ Ἰησοῦ καθαιρεῖται, φωνῇ μόνῃ διαλυόμενα. Ἄνω μὲν οὖν μόνα τὰ ὑψηλὰ κατηγορεῖται· ἐνταῦθα δὲ καὶ τὰ ἰσχύν τινα μετὰ</w:t>
      </w:r>
    </w:p>
    <w:p>
      <w:r>
        <w:rPr>
          <w:rFonts w:ascii="Courier New" w:hAnsi="Courier New"/>
          <w:color w:val="555555"/>
          <w:sz w:val="20"/>
        </w:rPr>
        <w:t>[35]</w:t>
      </w:r>
    </w:p>
    <w:p>
      <w:r>
        <w:rPr>
          <w:rFonts w:ascii="Gentium Plus" w:hAnsi="Gentium Plus"/>
          <w:sz w:val="24"/>
        </w:rPr>
        <w:t>τοῦ ὕψους ἔχοντα, τὴν ἐν ταῖς ἀποδεικτικαῖς μεθόδοις πιθανότητα ἐπὶ πολὺ κραταιωθεῖσαν καὶ ὑψωθεῖσαν, τεῖχος ὑψηλὸν τροπικῶς λέγοντος τοῦ Προφήτου, καὶ καθαιρε‐ θήσεσθαι αὐτὸ ἐν τῇ ἡμέρᾳ τοῦ Κυρίου διαβεβαιουμένου.</w:t>
      </w:r>
    </w:p>
    <w:p>
      <w:r>
        <w:rPr>
          <w:rFonts w:ascii="Courier New" w:hAnsi="Courier New"/>
          <w:color w:val="555555"/>
          <w:sz w:val="20"/>
        </w:rPr>
        <w:t>[2 . 93]</w:t>
      </w:r>
    </w:p>
    <w:p>
      <w:r>
        <w:rPr>
          <w:rFonts w:ascii="Gentium Plus" w:hAnsi="Gentium Plus"/>
          <w:sz w:val="24"/>
        </w:rPr>
        <w:t>Καὶ ἐπὶ πᾶν πλοῖον θαλάσσης. Αἰνίγματά ἐστι πρὸς τὴν γυμνασίαν τοῦ νοῦ ἡμῶν προ‐ βεβλημένα, μὴ ἀργῶς ἀκούωμεν τῆς Γραφῆς, ἵνα μὴ χαμαὶ τὸν νοῦν καταβάλωμεν. Εἰπὼν περὶ τοῦ νοῦ, τοῦ τὰ ὑψηλὰ</w:t>
      </w:r>
    </w:p>
    <w:p>
      <w:r>
        <w:rPr>
          <w:rFonts w:ascii="Courier New" w:hAnsi="Courier New"/>
          <w:color w:val="555555"/>
          <w:sz w:val="20"/>
        </w:rPr>
        <w:t>[5]</w:t>
      </w:r>
    </w:p>
    <w:p>
      <w:r>
        <w:rPr>
          <w:rFonts w:ascii="Gentium Plus" w:hAnsi="Gentium Plus"/>
          <w:sz w:val="24"/>
        </w:rPr>
        <w:t>φρονοῦντος καὶ μὴ τοῖς ταπεινοῖς συναπαγομένου, ἀκολού‐</w:t>
      </w:r>
    </w:p>
    <w:p>
      <w:r>
        <w:rPr>
          <w:rFonts w:ascii="Courier New" w:hAnsi="Courier New"/>
          <w:color w:val="555555"/>
          <w:sz w:val="20"/>
        </w:rPr>
        <w:t>[10]</w:t>
      </w:r>
    </w:p>
    <w:p>
      <w:r>
        <w:rPr>
          <w:rFonts w:ascii="Gentium Plus" w:hAnsi="Gentium Plus"/>
          <w:sz w:val="24"/>
        </w:rPr>
        <w:t>πλοῖα, καταβαρυνόμενα τῷ φόρτῳ, δυσάγωγά ἐστι καὶ εὔ‐ κολα πρὸς ναυάγιον, οὕτω καὶ τὰ σώματα, ὅσα πολλῇ καὶ δαψιλεῖ τῇ τρυφῇ εἰς πολυσαρκίαν καταπεφόρτισται, διὰ φιληδονίαν τῷ βυθῷ τῆς ἀπωλείας ἐπινηχόμενα, πλοῖα θαλάσσης λέγεται.</w:t>
      </w:r>
    </w:p>
    <w:p>
      <w:r>
        <w:rPr>
          <w:rFonts w:ascii="Courier New" w:hAnsi="Courier New"/>
          <w:color w:val="555555"/>
          <w:sz w:val="20"/>
        </w:rPr>
        <w:t>[15]</w:t>
      </w:r>
    </w:p>
    <w:p>
      <w:r>
        <w:rPr>
          <w:rFonts w:ascii="Gentium Plus" w:hAnsi="Gentium Plus"/>
          <w:sz w:val="24"/>
        </w:rPr>
        <w:t>Ἔστι μέντοι καὶ ἐπαινούμενα πλοῖα, τὰ ὑπηρετοῦντα τοῖς καταβαίνουσιν εἰς τὴν θάλασσαν ἐπὶ τῷ ποιῆσαι ἐργασίαν ἐν ὕδασι πολλοῖς, καὶ περὶ ὧν ἐν τῷ ψαλμῷ τῆς δοξολογίας εἴρη‐ ται ὅτι Ἐκεῖ πλοῖα διαπορεύονται. Τὰ γὰρ διαβαίνοντα τὴν θάλασσαν πλοῖα, ἀλλὰ μὴ ἐναπομένοντα αὐτῇ, μηδὲ καταβαπ‐</w:t>
      </w:r>
    </w:p>
    <w:p>
      <w:r>
        <w:rPr>
          <w:rFonts w:ascii="Courier New" w:hAnsi="Courier New"/>
          <w:color w:val="555555"/>
          <w:sz w:val="20"/>
        </w:rPr>
        <w:t>[20]</w:t>
      </w:r>
    </w:p>
    <w:p>
      <w:r>
        <w:rPr>
          <w:rFonts w:ascii="Gentium Plus" w:hAnsi="Gentium Plus"/>
          <w:sz w:val="24"/>
        </w:rPr>
        <w:t>τιζόμενα τοῖς κύμασιν, ἐπαινεῖται· καὶ οἱ ἐν σαρκὶ δὲ ζῶν‐ τες, καὶ μὴ κατὰ σάρκα στρατευόμενοι, καταπατοῦντες τὸν κλύδωνα τοῦ βίου καὶ ὑψηλότεροι αὐτοῦ ὄντες, ποιοῦσιν ἐργασίαν ἐν ὕδασι πολλοῖς. Ὅσοι συγκαταβαίνουσι τῷ βίῳ ἐπὶ τῷ κερδῆσαί τινας τῶν βεβυθισμένων. Διὰ τοῦτο εἴδοσαν</w:t>
      </w:r>
    </w:p>
    <w:p>
      <w:r>
        <w:rPr>
          <w:rFonts w:ascii="Courier New" w:hAnsi="Courier New"/>
          <w:color w:val="555555"/>
          <w:sz w:val="20"/>
        </w:rPr>
        <w:t>[25]</w:t>
      </w:r>
    </w:p>
    <w:p>
      <w:r>
        <w:rPr>
          <w:rFonts w:ascii="Gentium Plus" w:hAnsi="Gentium Plus"/>
          <w:sz w:val="24"/>
        </w:rPr>
        <w:t>τὰ ἔργα Κυρίου, μισθὸν τῆς ἐργασίας τὴν σύνεσιν τῶν ἔργων Κυρίου καὶ τῶν ἐν τῷ βυθῷ θαυμασίων λαμβάνοντες. Καὶ ἐπὶ πᾶσαν θέαν πλοίων κάλλους. Ἀκουέτωσαν οἱ περὶ τὸν καλλωπισμὸν τοῦ σώματος ἔχοντες, καὶ οἱ περὶ τὴν τούτων θέαν περιέργως ἐσχολακότες. Οὐ γὰρ ἡ τῶν</w:t>
      </w:r>
    </w:p>
    <w:p>
      <w:r>
        <w:rPr>
          <w:rFonts w:ascii="Courier New" w:hAnsi="Courier New"/>
          <w:color w:val="555555"/>
          <w:sz w:val="20"/>
        </w:rPr>
        <w:t>[30]</w:t>
      </w:r>
    </w:p>
    <w:p>
      <w:r>
        <w:rPr>
          <w:rFonts w:ascii="Gentium Plus" w:hAnsi="Gentium Plus"/>
          <w:sz w:val="24"/>
        </w:rPr>
        <w:t>πλοίων θέα βλαβερά, ἀλλ’ ἡ πρὸς ἐπιθυμίαν τοῦ σώματος κατανόησις. Ἔσται οὖν ἡ ἡμέρα Κυρίου ἐπὶ πᾶσαν θέαν</w:t>
      </w:r>
    </w:p>
    <w:p>
      <w:r>
        <w:rPr>
          <w:rFonts w:ascii="Courier New" w:hAnsi="Courier New"/>
          <w:color w:val="555555"/>
          <w:sz w:val="20"/>
        </w:rPr>
        <w:t>[35]</w:t>
      </w:r>
    </w:p>
    <w:p>
      <w:r>
        <w:rPr>
          <w:rFonts w:ascii="Gentium Plus" w:hAnsi="Gentium Plus"/>
          <w:sz w:val="24"/>
        </w:rPr>
        <w:t>κινῆσαι, ἐν τῇ καρδίᾳ αὐτῆς ἤδη μεμοίχευται.</w:t>
      </w:r>
    </w:p>
    <w:p>
      <w:r>
        <w:rPr>
          <w:rFonts w:ascii="Courier New" w:hAnsi="Courier New"/>
          <w:color w:val="555555"/>
          <w:sz w:val="20"/>
        </w:rPr>
        <w:t>[2 . 94]</w:t>
      </w:r>
    </w:p>
    <w:p>
      <w:r>
        <w:rPr>
          <w:rFonts w:ascii="Gentium Plus" w:hAnsi="Gentium Plus"/>
          <w:sz w:val="24"/>
        </w:rPr>
        <w:t>Καὶ ταπεινωθήσεται πᾶς ἄνθρωπος. Ἐκ τούτων ἔδειξεν ὁ λόγος, ὅτι τὰ προάγοντα πάντα ἐν αἰνίγματι καὶ περικεκαλυμμένως περὶ ἀνθρώπων εἴρητο. Μετὰ γὰρ τὸν ὑβριστὴν καὶ ὑπερήφανον καὶ μετὰ τὸν ὑψη‐</w:t>
      </w:r>
    </w:p>
    <w:p>
      <w:r>
        <w:rPr>
          <w:rFonts w:ascii="Courier New" w:hAnsi="Courier New"/>
          <w:color w:val="555555"/>
          <w:sz w:val="20"/>
        </w:rPr>
        <w:t>[5]</w:t>
      </w:r>
    </w:p>
    <w:p>
      <w:r>
        <w:rPr>
          <w:rFonts w:ascii="Gentium Plus" w:hAnsi="Gentium Plus"/>
          <w:sz w:val="24"/>
        </w:rPr>
        <w:t>λὸν καὶ μετέωρον, μετὰ πᾶσαν κέδρον τοῦ Λιβάνου, μετὰ πᾶν δένδρον βαλάνου Βασὰν, μετὰ πάντα πύργον ὑψηλὸν, μετὰ πᾶν τεῖχος ὑψηλὸν, μετὰ πᾶσαν θέαν πλοίων κάλλους, τότε φησί· Ταπεινωθήσεται πᾶς ἄνθρωπος, τουτέστι πᾶσα ἰδέα τῶν ἐν ἀνθρώποις κακῶν καταπεσεῖται.</w:t>
      </w:r>
    </w:p>
    <w:p>
      <w:r>
        <w:rPr>
          <w:rFonts w:ascii="Courier New" w:hAnsi="Courier New"/>
          <w:color w:val="555555"/>
          <w:sz w:val="20"/>
        </w:rPr>
        <w:t>[10]</w:t>
      </w:r>
    </w:p>
    <w:p>
      <w:r>
        <w:rPr>
          <w:rFonts w:ascii="Gentium Plus" w:hAnsi="Gentium Plus"/>
          <w:sz w:val="24"/>
        </w:rPr>
        <w:t>Εἰσήχθημεν δὲ ὥσπερ εἰς κοινὸν διδασκαλεῖον, τὸν κό‐ σμον τοῦτον, οἱ ἄνθρωποι, καὶ ἐκελεύσθημεν, νοῦν τε λα‐ βόντες καὶ ὀφθαλμοὺς εἰς κατανόησιν ἔχοντες, οἷον ἀπὸ γραμμάτων τινῶν τῶν κατὰ τὴν οἰκονομίαν καὶ διοίκησιν τοῦ παντὸς τὸν Θεὸν ἀναγνῶναι, ἵνα οἱ θέλοντες περὶ</w:t>
      </w:r>
    </w:p>
    <w:p>
      <w:r>
        <w:rPr>
          <w:rFonts w:ascii="Courier New" w:hAnsi="Courier New"/>
          <w:color w:val="555555"/>
          <w:sz w:val="20"/>
        </w:rPr>
        <w:t>[15]</w:t>
      </w:r>
    </w:p>
    <w:p>
      <w:r>
        <w:rPr>
          <w:rFonts w:ascii="Gentium Plus" w:hAnsi="Gentium Plus"/>
          <w:sz w:val="24"/>
        </w:rPr>
        <w:t>τὴν τῆς ἀληθείας ζήτησιν καταγίνεσθαι, ἐξ ὧν εἰλήφασιν ἀφορμῶν, ἱκανῶς παρασκευσάμενοι καὶ τῆς πρόσωπον πρὸς πρόσωπον θέας τῶν καλῶς ζητηθέντων ἀξιωθῶσιν, ἢ παρὰ πολὺ τῆς ἀληθείας παρενεχθέντες, ἐπ’ αὐτῆς τῆς ἀληθείας ἐπὶ τῷ ψεύδει καταισχυνθῶσιν· ὅτι, Γνόντες τὸν</w:t>
      </w:r>
    </w:p>
    <w:p>
      <w:r>
        <w:rPr>
          <w:rFonts w:ascii="Courier New" w:hAnsi="Courier New"/>
          <w:color w:val="555555"/>
          <w:sz w:val="20"/>
        </w:rPr>
        <w:t>[20]</w:t>
      </w:r>
    </w:p>
    <w:p>
      <w:r>
        <w:rPr>
          <w:rFonts w:ascii="Gentium Plus" w:hAnsi="Gentium Plus"/>
          <w:sz w:val="24"/>
        </w:rPr>
        <w:t>Θεὸν, οὐχ ὡς Θεὸν ἐδόξασαν, ἢ ηὐχαρίστησαν. Τῶν μὲν γὰρ</w:t>
      </w:r>
    </w:p>
    <w:p>
      <w:r>
        <w:rPr>
          <w:rFonts w:ascii="Courier New" w:hAnsi="Courier New"/>
          <w:color w:val="555555"/>
          <w:sz w:val="20"/>
        </w:rPr>
        <w:t>[25]</w:t>
      </w:r>
    </w:p>
    <w:p>
      <w:r>
        <w:rPr>
          <w:rFonts w:ascii="Gentium Plus" w:hAnsi="Gentium Plus"/>
          <w:sz w:val="24"/>
        </w:rPr>
        <w:t>τῇ κτίσει παρὰ τὸν Κτίσαντα.</w:t>
      </w:r>
    </w:p>
    <w:p>
      <w:r>
        <w:rPr>
          <w:rFonts w:ascii="Courier New" w:hAnsi="Courier New"/>
          <w:color w:val="555555"/>
          <w:sz w:val="20"/>
        </w:rPr>
        <w:t>[2 . 95]</w:t>
      </w:r>
    </w:p>
    <w:p>
      <w:r>
        <w:rPr>
          <w:rFonts w:ascii="Gentium Plus" w:hAnsi="Gentium Plus"/>
          <w:sz w:val="24"/>
        </w:rPr>
        <w:t>Καὶ ὑψωθήσεται Κύριος μόνος ἐν τῇ ἡμέρᾳ ἐκείνῃ. Φωτὸς ἀναφανέντος, ἀφανίζεται σκότος· καὶ ὑγείας παρού‐ σης, τὰ ὀχληρὰ τῆς νόσου πέπαυται· καὶ ἀληθείας ἀπο‐ δειχθείσης, τοῦ ψεύδους ἡ φύσις ἐλέγχεται. Καὶ τοῦ ἀληθινῶς</w:t>
      </w:r>
    </w:p>
    <w:p>
      <w:r>
        <w:rPr>
          <w:rFonts w:ascii="Courier New" w:hAnsi="Courier New"/>
          <w:color w:val="555555"/>
          <w:sz w:val="20"/>
        </w:rPr>
        <w:t>[5]</w:t>
      </w:r>
    </w:p>
    <w:p>
      <w:r>
        <w:rPr>
          <w:rFonts w:ascii="Gentium Plus" w:hAnsi="Gentium Plus"/>
          <w:sz w:val="24"/>
        </w:rPr>
        <w:t>ὑψηλοῦ γνωρισθέντος, ὅσον ἐστὶν ὑπὲρ πάντα νοῦν ὑψηλὸν καὶ μετέωρον, καὶ πάσης τῆς ἀληθινῆς θεωρίας κατα‐ ληφθείσης, τὰ πρότερον ὑψηλὰ καὶ μετέωρα εὐκαταφρόνητα δόξει. Μόνῳ οὖν Θεῷ τὸ ἀληθινῶς ὑψηλὸν καὶ μέγα παρὰ πάσης λογικῆς φύσεως μαρτυρηθήσεται, τῶν τέως ἠπατη‐</w:t>
      </w:r>
    </w:p>
    <w:p>
      <w:r>
        <w:rPr>
          <w:rFonts w:ascii="Courier New" w:hAnsi="Courier New"/>
          <w:color w:val="555555"/>
          <w:sz w:val="20"/>
        </w:rPr>
        <w:t>[10]</w:t>
      </w:r>
    </w:p>
    <w:p>
      <w:r>
        <w:rPr>
          <w:rFonts w:ascii="Gentium Plus" w:hAnsi="Gentium Plus"/>
          <w:sz w:val="24"/>
        </w:rPr>
        <w:t>μένων τὰς ἐπὶ τοῖς καθ’ ἕκαστον ψευδοδοξίας ἀποθεμένων.</w:t>
      </w:r>
    </w:p>
    <w:p>
      <w:r>
        <w:rPr>
          <w:rFonts w:ascii="Courier New" w:hAnsi="Courier New"/>
          <w:color w:val="555555"/>
          <w:sz w:val="20"/>
        </w:rPr>
        <w:t>[2 . 96]</w:t>
      </w:r>
    </w:p>
    <w:p>
      <w:r>
        <w:rPr>
          <w:rFonts w:ascii="Gentium Plus" w:hAnsi="Gentium Plus"/>
          <w:sz w:val="24"/>
        </w:rPr>
        <w:t>Καὶ τὰ χειροποίητα πάντα κατακρύψουσιν, εἰσενέγ‐ καντες εἰς τὰ σπήλαια, καὶ εἰς τὰς σχισμὰς τῶν πετρῶν, καὶ εἰς τὰς τρώγλας τῆς γῆς, ἀπὸ προσώπου τοῦ φόβου Κυρίου καὶ ἀπὸ τῆς δόξης τῆς ἰσχύος αὐτοῦ, ὅταν ἀναστῇ</w:t>
      </w:r>
    </w:p>
    <w:p>
      <w:r>
        <w:rPr>
          <w:rFonts w:ascii="Courier New" w:hAnsi="Courier New"/>
          <w:color w:val="555555"/>
          <w:sz w:val="20"/>
        </w:rPr>
        <w:t>[5]</w:t>
      </w:r>
    </w:p>
    <w:p>
      <w:r>
        <w:rPr>
          <w:rFonts w:ascii="Gentium Plus" w:hAnsi="Gentium Plus"/>
          <w:sz w:val="24"/>
        </w:rPr>
        <w:t>θραῦσαι τὴν γῆν. Ἐπειδὴ πολλάκις ἡ Γραφὴ ὁμοίως περί τε τῆς ἐν σαρκὶ ἐπιδημίας τοῦ Χριστοῦ καὶ περὶ τῆς ἐν τῇ κρίσει δια‐</w:t>
      </w:r>
    </w:p>
    <w:p>
      <w:r>
        <w:rPr>
          <w:rFonts w:ascii="Courier New" w:hAnsi="Courier New"/>
          <w:color w:val="555555"/>
          <w:sz w:val="20"/>
        </w:rPr>
        <w:t>[10]</w:t>
      </w:r>
    </w:p>
    <w:p>
      <w:r>
        <w:rPr>
          <w:rFonts w:ascii="Gentium Plus" w:hAnsi="Gentium Plus"/>
          <w:sz w:val="24"/>
        </w:rPr>
        <w:t>θρωπήσεως λέγεσθαι, εἰ καὶ ὅτι μηδὲ πρὸς τὰ μέλλον‐ τα καὶ προσδοκώμενα ἀπᾴδει τῶν προκειμένων ἡ ἔν‐ νοια. Μετὰ γὰρ τὴν τοῦ Χριστοῦ ἐπιδημίαν, ἡ περὶ τὰ χειροποίητα σπουδὴ παρέῤῥιπται· οὐκέτι μὲν ἀγαλματο‐ ποιοὶ σπουδάζονται, οὐδὲ ὅσα ἦν ἐκ παλαιοῦ θεραπευόμενα</w:t>
      </w:r>
    </w:p>
    <w:p>
      <w:r>
        <w:rPr>
          <w:rFonts w:ascii="Courier New" w:hAnsi="Courier New"/>
          <w:color w:val="555555"/>
          <w:sz w:val="20"/>
        </w:rPr>
        <w:t>[15]</w:t>
      </w:r>
    </w:p>
    <w:p>
      <w:r>
        <w:rPr>
          <w:rFonts w:ascii="Gentium Plus" w:hAnsi="Gentium Plus"/>
          <w:sz w:val="24"/>
        </w:rPr>
        <w:t>τῆς ἴσης ἐπιτυγχάνει σπουδῆς, ἀλλ’ ἐν σπηλαίοις καὶ ταῖς ὀπαῖς καὶ τοῖς ἀφανεστάτοις παρεῤῥίφη τόποις. Εἶδον γὰρ, τοῦ φωτὸς ἀναλάμψαντος, τὰ ἐν τῷ σκότει τῆς ἀγνοίας τέως διαλανθάνοντα, τὸ ξύλον ὡς ξύλον, καὶ τὸν λίθον ὡς λίθον· οὐκέτι ἐκ τοῦ περικειμένου χαρακτῆρος αὐτοῖς ἀπατώμενοι,</w:t>
      </w:r>
    </w:p>
    <w:p>
      <w:r>
        <w:rPr>
          <w:rFonts w:ascii="Courier New" w:hAnsi="Courier New"/>
          <w:color w:val="555555"/>
          <w:sz w:val="20"/>
        </w:rPr>
        <w:t>[20]</w:t>
      </w:r>
    </w:p>
    <w:p>
      <w:r>
        <w:rPr>
          <w:rFonts w:ascii="Gentium Plus" w:hAnsi="Gentium Plus"/>
          <w:sz w:val="24"/>
        </w:rPr>
        <w:t>ἀλλ’ ἐκ τῆς ὑπαρχούσης φύσεως ἐπιγινώσκοντες. Φοβερὰ γὰρ δαίμοσιν ἡ σωτήριος τῷ κόσμῳ παντὶ τοῦ Χρι‐ στοῦ ἐπιδημία· καὶ καταλελοίπασι νῦν τοὺς περιβοήτους τό‐ πους, τὰ τῆς ἀπάτης ἐργαστήρια. Οὐκέτι Δελφοὶ, οὐκέτι τὰ χρηστήρια· καὶ σιωπᾷ μὲν ἡ πρόμαντις· πίνεται δὲ ἡ Καστα‐</w:t>
      </w:r>
    </w:p>
    <w:p>
      <w:r>
        <w:rPr>
          <w:rFonts w:ascii="Courier New" w:hAnsi="Courier New"/>
          <w:color w:val="555555"/>
          <w:sz w:val="20"/>
        </w:rPr>
        <w:t>[25]</w:t>
      </w:r>
    </w:p>
    <w:p>
      <w:r>
        <w:rPr>
          <w:rFonts w:ascii="Gentium Plus" w:hAnsi="Gentium Plus"/>
          <w:sz w:val="24"/>
        </w:rPr>
        <w:t>λία, καὶ σωφρονοῦσιν οἱ πίνοντες· φυγὰς ὁ Ἀμφιάραος· ὁ Ἀμφίλοχος οὐδαμοῦ, καὶ τὰ ἀφιδρύματα ἐξηφάνισται· καὶ αἱ ἀόρατοι δυνάμεις ὑποκεχωρήκασιν ἀπὸ προσώπου τοῦ φόβου Κυρίου καὶ ἀπὸ τῆς δόξης τῆς ἰσχύος αὐτοῦ. Ἀφ’ οὗ ὀνομάζεται ὁ σταυρὸς, ἐφυγαδεύθη τὰ εἴδωλα.</w:t>
      </w:r>
    </w:p>
    <w:p>
      <w:r>
        <w:rPr>
          <w:rFonts w:ascii="Courier New" w:hAnsi="Courier New"/>
          <w:color w:val="555555"/>
          <w:sz w:val="20"/>
        </w:rPr>
        <w:t>[30]</w:t>
      </w:r>
    </w:p>
    <w:p>
      <w:r>
        <w:rPr>
          <w:rFonts w:ascii="Gentium Plus" w:hAnsi="Gentium Plus"/>
          <w:sz w:val="24"/>
        </w:rPr>
        <w:t>Εἴδωλα μέντοι ἐστὶ καὶ τὰ ἑκάστῃ τῇ ψυχῇ ἐντετυπωμένα φαντάσματα τῶν τὰ ψευδῆ ὑπολαμβανόντων, εἴτε περὶ Θεοῦ,</w:t>
      </w:r>
    </w:p>
    <w:p>
      <w:r>
        <w:rPr>
          <w:rFonts w:ascii="Courier New" w:hAnsi="Courier New"/>
          <w:color w:val="555555"/>
          <w:sz w:val="20"/>
        </w:rPr>
        <w:t>[35]</w:t>
      </w:r>
    </w:p>
    <w:p>
      <w:r>
        <w:rPr>
          <w:rFonts w:ascii="Gentium Plus" w:hAnsi="Gentium Plus"/>
          <w:sz w:val="24"/>
        </w:rPr>
        <w:t>τοῦ ὄντως ὄντος ἀληθοῦς ἐκφανῇ, τότε ἕκαστος τῶν ἰδίων δογμάτων κατεγνωκῶς, ὡς ψευδῶς αὐτοῦ τῆς ψυχῆς φαντα‐ σιουμένης, ἐξαφανίσαι σπουδάζει τὰ τοῦ ψεύδους νοήματα, οἱονεὶ σπηλαίοις καὶ τρώγλαις ἐγκατακρύψας αὐτά, ὁρῶν λοιπὸν ἐκ τῆς ἐνεργείας αὐτῆς τὰ φοβερὰ τοῦ Θεοῦ, καὶ ὅτι</w:t>
      </w:r>
    </w:p>
    <w:p>
      <w:r>
        <w:rPr>
          <w:rFonts w:ascii="Courier New" w:hAnsi="Courier New"/>
          <w:color w:val="555555"/>
          <w:sz w:val="20"/>
        </w:rPr>
        <w:t>[40]</w:t>
      </w:r>
    </w:p>
    <w:p>
      <w:r>
        <w:rPr>
          <w:rFonts w:ascii="Gentium Plus" w:hAnsi="Gentium Plus"/>
          <w:sz w:val="24"/>
        </w:rPr>
        <w:t>ἐπὶ τῷ ἐξαφανίσαι τὰ ὑλικὰ πάντα, καὶ οἱονεὶ θραῦσαι τὰ γήϊνα, ἵνα τὰ πνευματικὰ φανερωθῇ. —Καὶ δεῖ τὴν εἰκόνα τοῦ χοϊκοῦ ἐξαφανισθῆναι, ἵνα ἡ τοῦ ἐπουρανίου ἀναφανῇ. Ὥστε καὶ οἱ ψευδεῖς περὶ Θεοῦ ὑπολήψεις ἔχοντες, τινὰ νοητὴν εἰδωλολατρείαν εἰδωλοποιοῦντες ἐν ἑαυτοῖς, τὰ μὴ</w:t>
      </w:r>
    </w:p>
    <w:p>
      <w:r>
        <w:rPr>
          <w:rFonts w:ascii="Courier New" w:hAnsi="Courier New"/>
          <w:color w:val="555555"/>
          <w:sz w:val="20"/>
        </w:rPr>
        <w:t>[45]</w:t>
      </w:r>
    </w:p>
    <w:p>
      <w:r>
        <w:rPr>
          <w:rFonts w:ascii="Gentium Plus" w:hAnsi="Gentium Plus"/>
          <w:sz w:val="24"/>
        </w:rPr>
        <w:t>ὄντα ὡς ὄντα ἔχουσι, καὶ ὑπόδικοι οὗτοι γίνονται τῇ κα‐ τάρᾳ, τῇ λεγούσῃ· Ἐπικατάρατος πᾶς ἄνθρωπος, ὃς ποιήσει γλυπτὸν καὶ χωνευτὸν (βδέλυγμα Κυρίῳ, ἔργον χειρῶν τεχνίτου) καὶ θήσει αὐτὸ ἐν ἀποκρύφῳ.</w:t>
      </w:r>
    </w:p>
    <w:p>
      <w:r>
        <w:rPr>
          <w:rFonts w:ascii="Courier New" w:hAnsi="Courier New"/>
          <w:color w:val="555555"/>
          <w:sz w:val="20"/>
        </w:rPr>
        <w:t>[2 . 97]</w:t>
      </w:r>
    </w:p>
    <w:p>
      <w:r>
        <w:rPr>
          <w:rFonts w:ascii="Gentium Plus" w:hAnsi="Gentium Plus"/>
          <w:sz w:val="24"/>
        </w:rPr>
        <w:t>Τῇ γὰρ ἡμέρᾳ ἐκείνῃ ἐκβαλεῖ ἄνθρωπος τὰ βδε‐ λύγματα αὐτοῦ τὰ ἀργυρᾶ καὶ τὰ χρυσᾶ, ἃ ἐποίησαν προσκυνεῖν τοῖς ματαίοις καὶ ταῖς νυκτερίσι, τοῦ εἰσελ‐ θεῖν εἰς τὰς τρώγλας τῆς στερεᾶς πέτρας καὶ εἰς τὰς</w:t>
      </w:r>
    </w:p>
    <w:p>
      <w:r>
        <w:rPr>
          <w:rFonts w:ascii="Courier New" w:hAnsi="Courier New"/>
          <w:color w:val="555555"/>
          <w:sz w:val="20"/>
        </w:rPr>
        <w:t>[5]</w:t>
      </w:r>
    </w:p>
    <w:p>
      <w:r>
        <w:rPr>
          <w:rFonts w:ascii="Gentium Plus" w:hAnsi="Gentium Plus"/>
          <w:sz w:val="24"/>
        </w:rPr>
        <w:t>σχισμὰς τῶν πετρῶν, ἀπὸ προσώπου τοῦ φόβου Κυρίου καὶ ἀπὸ τῆς δόξης τῆς ἰσχύος αὐτοῦ, ὅταν ἀναστῆ θραῦσαι τὴν γῆν.</w:t>
      </w:r>
    </w:p>
    <w:p>
      <w:r>
        <w:rPr>
          <w:rFonts w:ascii="Courier New" w:hAnsi="Courier New"/>
          <w:color w:val="555555"/>
          <w:sz w:val="20"/>
        </w:rPr>
        <w:t>[10]</w:t>
      </w:r>
    </w:p>
    <w:p>
      <w:r>
        <w:rPr>
          <w:rFonts w:ascii="Gentium Plus" w:hAnsi="Gentium Plus"/>
          <w:sz w:val="24"/>
        </w:rPr>
        <w:t>ρον δεῖ τῷ ψεύδει, εἶτα ἐκβάλλειν αὐτὸ ἐκ τῆς καρδίας. Ἐκβάλλει οὖν τὰ εἴδωλα τὰ ἀργυρᾶ ὁ τοὺς ἐν πάσῃ πι‐ θανότητι κατασκευάζοντας τὸ ψεῦδος λόγους τῶν κρυπτῶν ἑαυτοῦ ἐξορίζων· καὶ τὰ χρυσᾶ, ὁ τοὺς ἐν τῇ διανοίᾳ περὶ τοῦ ψεύδους ἐγγινομένους τύπους ἐξαφανίζων. Ταῖς δὲ</w:t>
      </w:r>
    </w:p>
    <w:p>
      <w:r>
        <w:rPr>
          <w:rFonts w:ascii="Courier New" w:hAnsi="Courier New"/>
          <w:color w:val="555555"/>
          <w:sz w:val="20"/>
        </w:rPr>
        <w:t>[15]</w:t>
      </w:r>
    </w:p>
    <w:p>
      <w:r>
        <w:rPr>
          <w:rFonts w:ascii="Gentium Plus" w:hAnsi="Gentium Plus"/>
          <w:sz w:val="24"/>
        </w:rPr>
        <w:t>νυκτερίσι προσκυνεῖ ὁ τὴν τῶν δαιμόνων δύναμιν συγγενῆ οὖσαν τῷ σκότει θεοποιῶν. Ἡ γὰρ νυκτερὶς ζῶόν ἐστι νυκτὶ φίλον καὶ σκότει ἐνδιαιτώμενον, αὐγὴν ἡλίου μὴ φέρον, ἐν ἐρημίαις φιλοχωροῦν. Τί δὲ οἱ δαίμονες; Οὐ τοιοῦτοι; ἐρημοποιοὶ, τὸ φῶς ἀπο‐</w:t>
      </w:r>
    </w:p>
    <w:p>
      <w:r>
        <w:rPr>
          <w:rFonts w:ascii="Courier New" w:hAnsi="Courier New"/>
          <w:color w:val="555555"/>
          <w:sz w:val="20"/>
        </w:rPr>
        <w:t>[20]</w:t>
      </w:r>
    </w:p>
    <w:p>
      <w:r>
        <w:rPr>
          <w:rFonts w:ascii="Gentium Plus" w:hAnsi="Gentium Plus"/>
          <w:sz w:val="24"/>
        </w:rPr>
        <w:t>φεύγοντες τὸ ἀληθινὸν, τὸ τοῦ κόσμου παντός; —Ἡ νυκτερὶς καὶ πτηνόν ἐστι καὶ οὐκ ἐπτέρωται, ἀλλ’ ὑμένι σαρκίνῳ δια‐ πέταται τὸν ἀέρα. Τοιοῦτοι καὶ οἱ δαίμονες· ἀσώματοι μέν εἰ‐ σιν, οὐκ ἐπτέρωνται δὲ τῷ θείῳ πόθῳ, ἀλλ’ οἱονεὶ ἀπεσαρκώ‐ θησαν, ταῖς τῶν ὑλικῶν ἐπιθυμίαις προστετηκότες. Ἡ νυκτε‐</w:t>
      </w:r>
    </w:p>
    <w:p>
      <w:r>
        <w:rPr>
          <w:rFonts w:ascii="Courier New" w:hAnsi="Courier New"/>
          <w:color w:val="555555"/>
          <w:sz w:val="20"/>
        </w:rPr>
        <w:t>[25]</w:t>
      </w:r>
    </w:p>
    <w:p>
      <w:r>
        <w:rPr>
          <w:rFonts w:ascii="Gentium Plus" w:hAnsi="Gentium Plus"/>
          <w:sz w:val="24"/>
        </w:rPr>
        <w:t>ρὶς καὶ πτηνόν ἐστι καὶ τετράπουν, ἀλλ’ οὔτε τοῖς ποσὶν ἀσφα‐ λῶς ἐστήρικται, οὔτε τὴν πτῆσιν βεβαίαν ἔχει. Τοιοῦτοι δὲ καὶ οἱ δαίμονες· οὔτε Ἄγγελοί εἰσιν, οὔτε ἄνθρωποι· τῶν μὲν τὴν ἀξίαν ἀπολέσαντες, τῶν δὲ τὴν φύσιν μὴ ἔχοντες. Καὶ ὀδόντας ἔχουσιν, ὅπερ οὐκ ἔχουσιν ὄρνιθες· ἀμυντικοὶ δὲ</w:t>
      </w:r>
    </w:p>
    <w:p>
      <w:r>
        <w:rPr>
          <w:rFonts w:ascii="Courier New" w:hAnsi="Courier New"/>
          <w:color w:val="555555"/>
          <w:sz w:val="20"/>
        </w:rPr>
        <w:t>[30]</w:t>
      </w:r>
    </w:p>
    <w:p>
      <w:r>
        <w:rPr>
          <w:rFonts w:ascii="Gentium Plus" w:hAnsi="Gentium Plus"/>
          <w:sz w:val="24"/>
        </w:rPr>
        <w:t>καὶ οἱ δαίμονες, ὅπερ οὐ ποιοῦσιν Ἄγγελοι. Ἀλλὰ καὶ οὐκ ὠοτοκοῦσιν, ὥσπερ οἱ ὄρνιθες· ἀλλ’ εὐθὺς ζῶα τίκτουσι.</w:t>
      </w:r>
    </w:p>
    <w:p>
      <w:r>
        <w:rPr>
          <w:rFonts w:ascii="Courier New" w:hAnsi="Courier New"/>
          <w:color w:val="555555"/>
          <w:sz w:val="20"/>
        </w:rPr>
        <w:t>[35]</w:t>
      </w:r>
    </w:p>
    <w:p>
      <w:r>
        <w:rPr>
          <w:rFonts w:ascii="Gentium Plus" w:hAnsi="Gentium Plus"/>
          <w:sz w:val="24"/>
        </w:rPr>
        <w:t>Ὅταν δέ τις ἀποθῆται τὴν ματαιότητα τῶν εἰδώλων καὶ παύσηται προσκυνεῖν ταῖς νυκτερίσι, τότε ζητήσει εἰσελ‐ θεῖν εἰς τὰς τρώγλας τῆς στερεᾶς πέτρας καὶ εἰς τὰς σχισμὰς τῶν πετρῶν. Οἶμαι ὅτι τρῶγλαι αἱ πολλαὶ μοναὶ, αἳ κατὰ τὴν ἀναλογίαν τῆς εἰς Χριστὸν πίστεως ἑκάστῳ διῄρηνται·</w:t>
      </w:r>
    </w:p>
    <w:p>
      <w:r>
        <w:rPr>
          <w:rFonts w:ascii="Courier New" w:hAnsi="Courier New"/>
          <w:color w:val="555555"/>
          <w:sz w:val="20"/>
        </w:rPr>
        <w:t>[40]</w:t>
      </w:r>
    </w:p>
    <w:p>
      <w:r>
        <w:rPr>
          <w:rFonts w:ascii="Gentium Plus" w:hAnsi="Gentium Plus"/>
          <w:sz w:val="24"/>
        </w:rPr>
        <w:t>καὶ σχισμαὶ πετρῶν τὸ πάθος ἐστὶ τοῦ σώματος αὐτοῦ, ᾧ οἱ σωζόμενοι προσφυγεῖν καὶ ἐγκατακρυφθῆναι αὐτοῦ τῇ σκέπῃ εὔχονται.</w:t>
      </w:r>
    </w:p>
    <w:p>
      <w:r>
        <w:rPr>
          <w:rFonts w:ascii="Courier New" w:hAnsi="Courier New"/>
          <w:color w:val="555555"/>
          <w:sz w:val="20"/>
        </w:rPr>
        <w:t>[2 . 98]</w:t>
      </w:r>
    </w:p>
    <w:p>
      <w:r>
        <w:rPr>
          <w:rFonts w:ascii="Gentium Plus" w:hAnsi="Gentium Plus"/>
          <w:sz w:val="24"/>
        </w:rPr>
        <w:t>Παύσασθε ἀπὸ ἀνθρώπου, ᾧ ἀναπνοὴ ἐν μυκτῆρι αὐτοῦ· ὅτι ἐν τίνι ἐλογίσθη αὐτοῖς; Ἐν τοῖς ἀντιγράφοις τῆς κοινῆς ἐκδόσεως, οὐ κεῖται τοῦτο, ἀλλ’ ἐν τῷ Ἑβραϊκῷ κείμενον, ἐκ τῶν λοιπῶν μετε‐</w:t>
      </w:r>
    </w:p>
    <w:p>
      <w:r>
        <w:rPr>
          <w:rFonts w:ascii="Courier New" w:hAnsi="Courier New"/>
          <w:color w:val="555555"/>
          <w:sz w:val="20"/>
        </w:rPr>
        <w:t>[5]</w:t>
      </w:r>
    </w:p>
    <w:p>
      <w:r>
        <w:rPr>
          <w:rFonts w:ascii="Gentium Plus" w:hAnsi="Gentium Plus"/>
          <w:sz w:val="24"/>
        </w:rPr>
        <w:t>κομίσθη. Ὁ δὲ νοῦς τοιοῦτός ἐστι· Φείσασθε τοῦ ἀνθρώπου, προσπαλαίειν αὐτῷ καὶ στρατεύεσθαι κατ’ αὐτοῦ· ὃς τοιαύ‐ της ἐστὶ κατασκευῆς οὕτως ἀσθενοῦς, ὥστε τὴν ζωτικὴν ἀναπνοὴν ἔχειν ἐν τῷ μυκτῆρι, ἧς ἐπισχεθείσης μικρὸν, οὐκ‐ έτι ἐστίν. —Ἔοικεν οὖν ταύταις προστάσσειν ταῖς δυνά‐</w:t>
      </w:r>
    </w:p>
    <w:p>
      <w:r>
        <w:rPr>
          <w:rFonts w:ascii="Courier New" w:hAnsi="Courier New"/>
          <w:color w:val="555555"/>
          <w:sz w:val="20"/>
        </w:rPr>
        <w:t>[10]</w:t>
      </w:r>
    </w:p>
    <w:p>
      <w:r>
        <w:rPr>
          <w:rFonts w:ascii="Gentium Plus" w:hAnsi="Gentium Plus"/>
          <w:sz w:val="24"/>
        </w:rPr>
        <w:t>μεσιν, ἃς νυκτερίδας τροπικῶς ὠνόμασε, τοῦ ἀποσχέσθαι λοιπὸν τῆς ἐπιβουλῆς τῶν ἀνθρώπων· οἳ ἀσθενεῖς μέν εἰσι κατὰ τὴν σάρκα, ἐν τοῖς τιμίοις δέ εἰσι καταλελογισμένοι</w:t>
      </w:r>
    </w:p>
    <w:p>
      <w:r>
        <w:rPr>
          <w:rFonts w:ascii="Courier New" w:hAnsi="Courier New"/>
          <w:color w:val="555555"/>
          <w:sz w:val="20"/>
        </w:rPr>
        <w:t>[3 t]</w:t>
      </w:r>
    </w:p>
    <w:p>
      <w:pPr>
        <w:jc w:val="center"/>
      </w:pPr>
      <w:r>
        <w:rPr>
          <w:rFonts w:ascii="Gentium Plus" w:hAnsi="Gentium Plus"/>
          <w:b/>
          <w:sz w:val="24"/>
        </w:rPr>
        <w:t>ΚΕΦΑΛΑΙΟΝ γʹ</w:t>
      </w:r>
    </w:p>
    <w:p>
      <w:r>
        <w:rPr>
          <w:rFonts w:ascii="Courier New" w:hAnsi="Courier New"/>
          <w:color w:val="555555"/>
          <w:sz w:val="20"/>
        </w:rPr>
        <w:t>[3 . 99]</w:t>
      </w:r>
    </w:p>
    <w:p>
      <w:r>
        <w:rPr>
          <w:rFonts w:ascii="Gentium Plus" w:hAnsi="Gentium Plus"/>
          <w:sz w:val="24"/>
        </w:rPr>
        <w:t>Ἰδοὺ δὴ ὁ Δεσπότης Κύριος Σαβαὼθ ἀφελεῖ ἀπὸ τῆς Ἰουδαίας καὶ ἀπὸ Ἱερουσαλὴμ ἰσχύοντα καὶ ἰσχύ‐ ουσαν. Μετὰ τὸ βουλεύσασθαι τὸν Ἰουδαϊκὸν λαὸν βουλὴν πο‐</w:t>
      </w:r>
    </w:p>
    <w:p>
      <w:r>
        <w:rPr>
          <w:rFonts w:ascii="Courier New" w:hAnsi="Courier New"/>
          <w:color w:val="555555"/>
          <w:sz w:val="20"/>
        </w:rPr>
        <w:t>[5]</w:t>
      </w:r>
    </w:p>
    <w:p>
      <w:r>
        <w:rPr>
          <w:rFonts w:ascii="Gentium Plus" w:hAnsi="Gentium Plus"/>
          <w:sz w:val="24"/>
        </w:rPr>
        <w:t>νηρὰν κατὰ τοῦ Κυρίου, ὁ σταυρωθεὶς παρ’ αὐτῶν ἐξ ἀσθενείας τῆς σαρκικῆς, ζήσας δὲ ἐκ δυνάμεως Θεοῦ Πα‐ τρὸς, τὴν ἀσθένειαν ἐκείνοις ἐναφῆκεν. Ἐναποθανεῖσθε γὰρ (φησὶ) ταῖς ἁμαρτίαις ὑμῶν· ἡμῖν δὲ τὸ δυνατὸν τῆς ἀναστά‐ σεως ἐχαρίσατο· Ὁ γὰρ πιστεύων εἰς ἐμὲ, κἂν ἀποθάνῃ, ζή‐</w:t>
      </w:r>
    </w:p>
    <w:p>
      <w:r>
        <w:rPr>
          <w:rFonts w:ascii="Courier New" w:hAnsi="Courier New"/>
          <w:color w:val="555555"/>
          <w:sz w:val="20"/>
        </w:rPr>
        <w:t>[10]</w:t>
      </w:r>
    </w:p>
    <w:p>
      <w:r>
        <w:rPr>
          <w:rFonts w:ascii="Gentium Plus" w:hAnsi="Gentium Plus"/>
          <w:sz w:val="24"/>
        </w:rPr>
        <w:t>σεται. —Οἱ μὲν γὰρ ἄπιστοι ἐνασθενοῦσι τῇ διὰ τὸν σταυρὸν ἀπιστίᾳ· οἱ δὲ δίκαιοι μετὰ πεποιθήσεως λέγουσι· Πάντα ἰσχύω ἐν τῷ ἐνδυναμοῦντί με, Χριστῷ. Ὁ οὖν μὴ ἔχων τὸν Χριστὸν, τὴν τοῦ Θεοῦ δύναμιν, τὴν ἰσχὺν οὐκ ἔχει. —Διὰ τοῦτο ἀφελεῖ Κύριος ἀπὸ Ἱερουσαλὴμ καὶ ἀπὸ Ἰουδαίας</w:t>
      </w:r>
    </w:p>
    <w:p>
      <w:r>
        <w:rPr>
          <w:rFonts w:ascii="Courier New" w:hAnsi="Courier New"/>
          <w:color w:val="555555"/>
          <w:sz w:val="20"/>
        </w:rPr>
        <w:t>[15]</w:t>
      </w:r>
    </w:p>
    <w:p>
      <w:r>
        <w:rPr>
          <w:rFonts w:ascii="Gentium Plus" w:hAnsi="Gentium Plus"/>
          <w:sz w:val="24"/>
        </w:rPr>
        <w:t>ἰσχύοντα καὶ ἰσχύουσαν, ὁποία ἦν Σάῤῥα, ἰσχύουσα καὶ</w:t>
      </w:r>
    </w:p>
    <w:p>
      <w:r>
        <w:rPr>
          <w:rFonts w:ascii="Courier New" w:hAnsi="Courier New"/>
          <w:color w:val="555555"/>
          <w:sz w:val="20"/>
        </w:rPr>
        <w:t>[20]</w:t>
      </w:r>
    </w:p>
    <w:p>
      <w:r>
        <w:rPr>
          <w:rFonts w:ascii="Gentium Plus" w:hAnsi="Gentium Plus"/>
          <w:sz w:val="24"/>
        </w:rPr>
        <w:t>ουσα· Ἄννα εἰσακουομένη· καὶ Ἐλισάβετ προφητεύουσα. Οὐκέτι ἰσχύοντες, οὐδὲ ἰσχύουσαι. Καὶ ἡ αἰτία τῆς ἀσθενείας ἐπῆκται· διὰ τὸ μὴ εἶναι παρ’ αὐτοῖς ἰσχὺν ἄρτου καὶ ἰσχὺν ὕδατος. Ὥσπερ γὰρ τὰ σώματα ἡμῶν ταῖς καταλλήλοις τροφαῖς ἐνδυναμοῦνται,</w:t>
      </w:r>
    </w:p>
    <w:p>
      <w:r>
        <w:rPr>
          <w:rFonts w:ascii="Courier New" w:hAnsi="Courier New"/>
          <w:color w:val="555555"/>
          <w:sz w:val="20"/>
        </w:rPr>
        <w:t>[25]</w:t>
      </w:r>
    </w:p>
    <w:p>
      <w:r>
        <w:rPr>
          <w:rFonts w:ascii="Gentium Plus" w:hAnsi="Gentium Plus"/>
          <w:sz w:val="24"/>
        </w:rPr>
        <w:t>οὕτως ἐστί τι καὶ τὸ τὴν ψυχὴν τρέφον καὶ παρέχον αὐτῇ τὴν περὶ τὰ καλὰ εὐτονίαν. Τί οὖν ἐστι τοῦτο; Ὃ εἶπεν ὁ Κύριος, ὅτι Ἡ σάρξ μου ἀληθής ἐστι βρῶσις, καὶ τὸ αἷμά μου ἀληθής ἐστι πόσις. Οἷς δὲ ταῦτα μὴ πρόσεστιν, ἰσχὺς ἄρτου καὶ ἰσχὺς ὕδατος οὐχ ὑπάρχει. Ὅπου δὲ αἱ τροφαὶ</w:t>
      </w:r>
    </w:p>
    <w:p>
      <w:r>
        <w:rPr>
          <w:rFonts w:ascii="Courier New" w:hAnsi="Courier New"/>
          <w:color w:val="555555"/>
          <w:sz w:val="20"/>
        </w:rPr>
        <w:t>[30]</w:t>
      </w:r>
    </w:p>
    <w:p>
      <w:r>
        <w:rPr>
          <w:rFonts w:ascii="Gentium Plus" w:hAnsi="Gentium Plus"/>
          <w:sz w:val="24"/>
        </w:rPr>
        <w:t>ἀσθενεῖς, ἐκεῖ ἀνάγκη καὶ τοὺς τρεφομένους εἶναι τοιούτους.</w:t>
      </w:r>
    </w:p>
    <w:p>
      <w:r>
        <w:rPr>
          <w:rFonts w:ascii="Courier New" w:hAnsi="Courier New"/>
          <w:color w:val="555555"/>
          <w:sz w:val="20"/>
        </w:rPr>
        <w:t>[3 . 100]</w:t>
      </w:r>
    </w:p>
    <w:p>
      <w:r>
        <w:rPr>
          <w:rFonts w:ascii="Gentium Plus" w:hAnsi="Gentium Plus"/>
          <w:sz w:val="24"/>
        </w:rPr>
        <w:t>Ἀλλὰ μὴ γένοιτο παθεῖν τὴν Ἐκκλησίαν τὰ ἁμαρτήματα τῆς Ἱερουσαλὴμ, ὥστε ἀφαιρεθῆναι αὐτῆς ἰσχύοντα ἐν παντὶ ἔργῳ ἀγαθῷ καὶ λόγῳ, τῷ ὑπὲρ τῆς ἀληθείας· ἰσχύοντα ἐν νηστείαις, ἰσχύοντα ἐν προσευχαῖς·</w:t>
      </w:r>
    </w:p>
    <w:p>
      <w:r>
        <w:rPr>
          <w:rFonts w:ascii="Courier New" w:hAnsi="Courier New"/>
          <w:color w:val="555555"/>
          <w:sz w:val="20"/>
        </w:rPr>
        <w:t>[5]</w:t>
      </w:r>
    </w:p>
    <w:p>
      <w:r>
        <w:rPr>
          <w:rFonts w:ascii="Gentium Plus" w:hAnsi="Gentium Plus"/>
          <w:sz w:val="24"/>
        </w:rPr>
        <w:t>ἰσχύοντα ἐν πειρασμοῖς, ἰσχύοντα ἐν ὑπομονῇ, ἐν ταπει‐ νοφροσύνῃ· ἐν τῷ κεφαλαίῳ τῶν Ἐντολῶν, τῇ ἀγάπῃ.</w:t>
      </w:r>
    </w:p>
    <w:p>
      <w:r>
        <w:rPr>
          <w:rFonts w:ascii="Courier New" w:hAnsi="Courier New"/>
          <w:color w:val="555555"/>
          <w:sz w:val="20"/>
        </w:rPr>
        <w:t>[10]</w:t>
      </w:r>
    </w:p>
    <w:p>
      <w:r>
        <w:rPr>
          <w:rFonts w:ascii="Gentium Plus" w:hAnsi="Gentium Plus"/>
          <w:sz w:val="24"/>
        </w:rPr>
        <w:t>τροφιμωτάτης τοῦ λόγου δυνάμεως τὴν ἀφορμὴν ἀφαι‐ ρεθῆναι· ὡς ἐπέλιπεν Ἰουδαίους ἡ ἰσχὺς τοῦ προφητικοῦ πνεύματος, καὶ κατάδιψοι λόγου τυγχάνουσιν, ἐπιθυμοῦντες λόγου Θεοῦ, καὶ μὴ ἔχοντες. Ἀφεῖλε γὰρ Κύριος ἰσχὺν ἄρτου καὶ ἰσχὺν ὕδατος. Ἔστι</w:t>
      </w:r>
    </w:p>
    <w:p>
      <w:r>
        <w:rPr>
          <w:rFonts w:ascii="Courier New" w:hAnsi="Courier New"/>
          <w:color w:val="555555"/>
          <w:sz w:val="20"/>
        </w:rPr>
        <w:t>[15]</w:t>
      </w:r>
    </w:p>
    <w:p>
      <w:r>
        <w:rPr>
          <w:rFonts w:ascii="Gentium Plus" w:hAnsi="Gentium Plus"/>
          <w:sz w:val="24"/>
        </w:rPr>
        <w:t>μὲν οὖν τις καὶ παρ’ ἡμῖν τροφὴ, ἰσχὺν μὲν οὐκ ἐντιθεῖσα, ἀποθνήσκειν δὲ οὐκ ἐπιτρέπουσα, ὁποίαν Παῦλος τοῖς ἔτι νη‐ πίοις ἐν Χριστῷ Κορινθίοις παρασκευάζει. Ἔστι δὲ καὶ λάχα‐ να, ἀσθενούντων τροφή· ἔστι δὲ καὶ τελείοις ἐπιτήδειον ἡ στε‐ ρεὰ τροφὴ, τῶν διὰ τὴν ἕξιν τὰ αἰσθητήρια γεγυμνασμένα ἐχόν‐</w:t>
      </w:r>
    </w:p>
    <w:p>
      <w:r>
        <w:rPr>
          <w:rFonts w:ascii="Courier New" w:hAnsi="Courier New"/>
          <w:color w:val="555555"/>
          <w:sz w:val="20"/>
        </w:rPr>
        <w:t>[20]</w:t>
      </w:r>
    </w:p>
    <w:p>
      <w:r>
        <w:rPr>
          <w:rFonts w:ascii="Gentium Plus" w:hAnsi="Gentium Plus"/>
          <w:sz w:val="24"/>
        </w:rPr>
        <w:t>των πρὸς διάκρισιν καλοῦ τε καὶ κακοῦ. Καὶ ἐάν ποτε ἀπορῇ Ἐκκλησία τῶν στεῤῥὰ καὶ εὔτονα δόγματα καὶ πεπληρωμένα τοῦ θείου νοῦ παραδιδόντων, γνώρισμά ἐστι τοῦ ἀφαιρεῖσθαι αὐτῆς τὴν ἰσχὺν τοῦ ἄρτου. —Ἔστι δὲ καὶ ἐν ὕδατι ἰσχὺς καὶ ἀσθένεια, καθ’ ἅ φησιν ὁ Κύριος· Πᾶς ὁ πίνων ἐκ τοῦ</w:t>
      </w:r>
    </w:p>
    <w:p>
      <w:r>
        <w:rPr>
          <w:rFonts w:ascii="Courier New" w:hAnsi="Courier New"/>
          <w:color w:val="555555"/>
          <w:sz w:val="20"/>
        </w:rPr>
        <w:t>[25]</w:t>
      </w:r>
    </w:p>
    <w:p>
      <w:r>
        <w:rPr>
          <w:rFonts w:ascii="Gentium Plus" w:hAnsi="Gentium Plus"/>
          <w:sz w:val="24"/>
        </w:rPr>
        <w:t>ὕδατος τούτου, διψήσει πάλιν· ὃς δ’ ἂν πίῃ ἐκ τοῦ ὕδατος, οὗ Ἐγὼ δώσω αὐτῷ, οὐ μὴ διψήσει εἰς τὸν αἰῶνα. Ὥσπερ δὲ τὴν στερεὰν τροφὴν κατὰ προηγούμενον λόγον προσφε‐ ρόμεθα, τὴν δὲ ὑγρὰν ὥστε ὄχημα γενέσθαι τῇ ξηρᾷ καὶ χειραγωγῆσαι αὐτὴν πρὸς τὴν ἀνάδοσιν, οὕτως ἂν εἴη καὶ</w:t>
      </w:r>
    </w:p>
    <w:p>
      <w:r>
        <w:rPr>
          <w:rFonts w:ascii="Courier New" w:hAnsi="Courier New"/>
          <w:color w:val="555555"/>
          <w:sz w:val="20"/>
        </w:rPr>
        <w:t>[30]</w:t>
      </w:r>
    </w:p>
    <w:p>
      <w:r>
        <w:rPr>
          <w:rFonts w:ascii="Gentium Plus" w:hAnsi="Gentium Plus"/>
          <w:sz w:val="24"/>
        </w:rPr>
        <w:t>ἐν τῇ τροφῇ τῆς ψυχῆς· ὁ μὲν νοῦς, ἡ πρώτη καὶ οἰκειο‐ τάτη τροφὴ τῆς ψυχῆς· ὁ δὲ λόγος, διὰ τῆς οἰκείας ἐνερ‐</w:t>
      </w:r>
    </w:p>
    <w:p>
      <w:r>
        <w:rPr>
          <w:rFonts w:ascii="Courier New" w:hAnsi="Courier New"/>
          <w:color w:val="555555"/>
          <w:sz w:val="20"/>
        </w:rPr>
        <w:t>[35]</w:t>
      </w:r>
    </w:p>
    <w:p>
      <w:r>
        <w:rPr>
          <w:rFonts w:ascii="Gentium Plus" w:hAnsi="Gentium Plus"/>
          <w:sz w:val="24"/>
        </w:rPr>
        <w:t>ὀφθαλμούς σου καὶ ἐμπλήσθητι ἄρτων. Καὶ ἐν Γενέσει δέ· ἠνοίγησαν τῆς Ἀγὰρ οἱ ὀφθαλμοὶ καὶ εἶδε τὸ ὕδωρ.</w:t>
      </w:r>
    </w:p>
    <w:p>
      <w:r>
        <w:rPr>
          <w:rFonts w:ascii="Courier New" w:hAnsi="Courier New"/>
          <w:color w:val="555555"/>
          <w:sz w:val="20"/>
        </w:rPr>
        <w:t>[3 . 101]</w:t>
      </w:r>
    </w:p>
    <w:p>
      <w:r>
        <w:rPr>
          <w:rFonts w:ascii="Gentium Plus" w:hAnsi="Gentium Plus"/>
          <w:sz w:val="24"/>
        </w:rPr>
        <w:t>Γίγαντα καὶ ἰσχύοντα καὶ ἄνθρωπον πολεμιστὴν καὶ δικαστήν. Ἐπὶ καλοῦ τεταγμένην τὴν τοῦ γίγαντος προσηγο‐ ρίαν ἐνταῦθα εὕρομεν, καὶ εἴ που, κατὰ τὸ σπάνιον. Ὡς</w:t>
      </w:r>
    </w:p>
    <w:p>
      <w:r>
        <w:rPr>
          <w:rFonts w:ascii="Courier New" w:hAnsi="Courier New"/>
          <w:color w:val="555555"/>
          <w:sz w:val="20"/>
        </w:rPr>
        <w:t>[5]</w:t>
      </w:r>
    </w:p>
    <w:p>
      <w:r>
        <w:rPr>
          <w:rFonts w:ascii="Gentium Plus" w:hAnsi="Gentium Plus"/>
          <w:sz w:val="24"/>
        </w:rPr>
        <w:t>τὸ Ἀγαλλιάσεται ὡς γίγας δραμεῖν ὁδόν. Ἀφελεῖ οὖν γίγαντα. Τοὺς ἔχοντάς τινα ἐκ φύσεως προτερήματα καὶ κατὰ τὴν σύγκρισιν τῆς σαρκὸς πολλῶν διαφέροντας, εἰς ἀνάληψιν ἐπιστήμης, ἢ εἰς ἄσκησιν ἀρετῆς, τούτους ἡγού‐ μεθα γίγαντας λέγεσθαι· ἰσχύοντας δὲ, τοὺς ἐκ τῆς ἰδίας</w:t>
      </w:r>
    </w:p>
    <w:p>
      <w:r>
        <w:rPr>
          <w:rFonts w:ascii="Courier New" w:hAnsi="Courier New"/>
          <w:color w:val="555555"/>
          <w:sz w:val="20"/>
        </w:rPr>
        <w:t>[10]</w:t>
      </w:r>
    </w:p>
    <w:p>
      <w:r>
        <w:rPr>
          <w:rFonts w:ascii="Gentium Plus" w:hAnsi="Gentium Plus"/>
          <w:sz w:val="24"/>
        </w:rPr>
        <w:t>ἐπιμελείας καὶ μελέτης τὸ ἐκ φύσεως ἀγαθὸν τελειώσαντας. —Οὐκέτι παρὰ Ἰουδαίοις πολεμισταί, οὐδὲ γὰρ ἐναριθμοῦν‐ ται τοῖς στρατιωτικοῖς καταλόγοις· ἀλλ’ οὐδὲ δικαστής· παρεδόθησαν γὰρ δικασταῖς τοῖς αἰχμαλωτεύσασιν αὐτοὺς, διὰ τὸ ἐκλείπειν ἄρχοντα ἐξ Ἰούδα.</w:t>
      </w:r>
    </w:p>
    <w:p>
      <w:r>
        <w:rPr>
          <w:rFonts w:ascii="Courier New" w:hAnsi="Courier New"/>
          <w:color w:val="555555"/>
          <w:sz w:val="20"/>
        </w:rPr>
        <w:t>[15]</w:t>
      </w:r>
    </w:p>
    <w:p>
      <w:r>
        <w:rPr>
          <w:rFonts w:ascii="Gentium Plus" w:hAnsi="Gentium Plus"/>
          <w:sz w:val="24"/>
        </w:rPr>
        <w:t>Ἕκαστα μέντοι τῶν ἐκείνοις διὰ τὴν εἰς τὸν Κύριον ἀπιστίαν ἀπειληθέντων, δυνατὸν καὶ ἐφ’ ἡμῶν γενέσθαι, ἐὰν ἀπειθῶμεν. Ἐπιλείπουσι γὰρ καὶ ἡμᾶς πολεμισταὶ, οἱ ἀναλαμβάνοντες τὴν τοῦ Κυρίου πανοπλίαν, καὶ ἱστάμενοι γενναίως πρὸς τὰς μεθοδείας τοῦ διαβόλου, ὅταν κατακρατήσῃ ἡμῶν ἡ ἀπισ‐</w:t>
      </w:r>
    </w:p>
    <w:p>
      <w:r>
        <w:rPr>
          <w:rFonts w:ascii="Courier New" w:hAnsi="Courier New"/>
          <w:color w:val="555555"/>
          <w:sz w:val="20"/>
        </w:rPr>
        <w:t>[20]</w:t>
      </w:r>
    </w:p>
    <w:p>
      <w:r>
        <w:rPr>
          <w:rFonts w:ascii="Gentium Plus" w:hAnsi="Gentium Plus"/>
          <w:sz w:val="24"/>
        </w:rPr>
        <w:t>τία, καὶ παραδοθῶμεν τοῖς ὑπεναντίοις. Ἀλλὰ δεώμεθα τοῦ Κυρίου, μὴ ἀρθῆναι ἀφ’ ἡμῶν πολεμιστὴν, ἄνδρα τῷ θώρακι τῆς πίστεως ὠχυρωμένον καὶ τὴν περικεφαλαίαν τοῦ σω‐ τηρίου σκέπουσαν αὐτοῦ τὰ καίρια περικείμενον, καὶ τοὺς πόδας ἐν ἑτοιμασίᾳ τοῦ Εὐαγγελίου ἠσφαλισμένον, ἐσπα‐</w:t>
      </w:r>
    </w:p>
    <w:p>
      <w:r>
        <w:rPr>
          <w:rFonts w:ascii="Courier New" w:hAnsi="Courier New"/>
          <w:color w:val="555555"/>
          <w:sz w:val="20"/>
        </w:rPr>
        <w:t>[25]</w:t>
      </w:r>
    </w:p>
    <w:p>
      <w:r>
        <w:rPr>
          <w:rFonts w:ascii="Gentium Plus" w:hAnsi="Gentium Plus"/>
          <w:sz w:val="24"/>
        </w:rPr>
        <w:t>σμένον δὲ καὶ τὴν μάχαιραν ἑτοίμως ἔχοντα ἐκδικῆσαι πᾶσαν παρακοήν· καὶ τὸ ὅλον, ὡς καλὸν στρατιώτην Χριστοῦ συγκακοπαθοῦντα τῷ Εὐαγγελίῳ, μὴ ἐμπλεκόμενον ταῖς τοῦ βίου πραγματείαις, ἵνα τῷ στρατολογήσαντι ἀρέσῃ.</w:t>
      </w:r>
    </w:p>
    <w:p>
      <w:r>
        <w:rPr>
          <w:rFonts w:ascii="Courier New" w:hAnsi="Courier New"/>
          <w:color w:val="555555"/>
          <w:sz w:val="20"/>
        </w:rPr>
        <w:t>[3 . 102]</w:t>
      </w:r>
    </w:p>
    <w:p>
      <w:r>
        <w:rPr>
          <w:rFonts w:ascii="Gentium Plus" w:hAnsi="Gentium Plus"/>
          <w:sz w:val="24"/>
        </w:rPr>
        <w:t>Ἔχει δὲ καὶ δικαστὰς ἡ Ἐκκλησία, τοὺς δυνα‐ μένους ἀδελφὸν μετὰ ἀδελφοῦ συμβιβάσαι, ἐφ’ ὧν καὶ ὁ κόσμος κρίνεται, οἳ καὶ Ἀγγέλους κρινοῦσιν. Ἐὰν οὖν ποτε πληθυνθῶσι ματαιολόγοι καὶ φρεναπάται, διδάσκοντες ἃ</w:t>
      </w:r>
    </w:p>
    <w:p>
      <w:r>
        <w:rPr>
          <w:rFonts w:ascii="Courier New" w:hAnsi="Courier New"/>
          <w:color w:val="555555"/>
          <w:sz w:val="20"/>
        </w:rPr>
        <w:t>[5]</w:t>
      </w:r>
    </w:p>
    <w:p>
      <w:r>
        <w:rPr>
          <w:rFonts w:ascii="Gentium Plus" w:hAnsi="Gentium Plus"/>
          <w:sz w:val="24"/>
        </w:rPr>
        <w:t>μὴ δεῖ, ἀνατρέποντες ὅλους οἴκους αἰσχροῦ κέρδους χάριν, καὶ ὁ ἐπιστομίζων ἐν Ἐκκλησίᾳ τοὺς τοιούτους μὴ ᾖ, μηδὲ καθαιρῶν αὐτῶν τὰ ἐπαιρόμενα ὑψώματα κατὰ τῆς γνώσεως τοῦ Θεοῦ, εἰδέναι δεῖ, ὅτι διὰ τὸ πληθυνθῆναι τὴν παρακοὴν αὐτῆς ἐγκαταλέλειπται. Καὶ ἐὰν μηδεὶς ᾖ σοφὸς,</w:t>
      </w:r>
    </w:p>
    <w:p>
      <w:r>
        <w:rPr>
          <w:rFonts w:ascii="Courier New" w:hAnsi="Courier New"/>
          <w:color w:val="555555"/>
          <w:sz w:val="20"/>
        </w:rPr>
        <w:t>[10]</w:t>
      </w:r>
    </w:p>
    <w:p>
      <w:r>
        <w:rPr>
          <w:rFonts w:ascii="Gentium Plus" w:hAnsi="Gentium Plus"/>
          <w:sz w:val="24"/>
        </w:rPr>
        <w:t>ὁ δυνάμενος κρίνειν ἀνὰ μέσον τοῦ ἀδελφοῦ, ἀλλ’ ἐπὶ τῶν ἀπίστων κρίνωνται δι’ ἀπορίαν Ἁγίων, σημεῖον καὶ τοῦτο ἐγκαταλείψεως· ἀφεῖλε γὰρ Κύριος καὶ δικαστήν. Καὶ Προφήτην καὶ στοχαστήν. Πᾶσα προφητεία παρὰ Ἰου‐</w:t>
      </w:r>
    </w:p>
    <w:p>
      <w:r>
        <w:rPr>
          <w:rFonts w:ascii="Courier New" w:hAnsi="Courier New"/>
          <w:color w:val="555555"/>
          <w:sz w:val="20"/>
        </w:rPr>
        <w:t>[15]</w:t>
      </w:r>
    </w:p>
    <w:p>
      <w:r>
        <w:rPr>
          <w:rFonts w:ascii="Gentium Plus" w:hAnsi="Gentium Plus"/>
          <w:sz w:val="24"/>
        </w:rPr>
        <w:t>Καὶ ὁ τοῦ νόμου δὲ πνευματικῶς στοχαζόμενος τοῦ βουλήμα‐ τος παρ’ αὐτοῖς οὐκ ἔστι, διὰ τὴν πώρωσιν τὴν γενομένην τῷ Ἰσραήλ. Ἀλλὰ καὶ ἐν τῇ Ἐκκλησίᾳ χάρισμά ἐστι προφη‐ τικὸν, διὰ τὸν θέμενον ἐν τῇ Ἐκκλησίᾳ, πρῶτον Ἀποστό‐ λους, δεύτερον Προφήτας. Ἐὰν οὖν ποτε εἰσέλθωσιν ἄπι‐</w:t>
      </w:r>
    </w:p>
    <w:p>
      <w:r>
        <w:rPr>
          <w:rFonts w:ascii="Courier New" w:hAnsi="Courier New"/>
          <w:color w:val="555555"/>
          <w:sz w:val="20"/>
        </w:rPr>
        <w:t>[20]</w:t>
      </w:r>
    </w:p>
    <w:p>
      <w:r>
        <w:rPr>
          <w:rFonts w:ascii="Gentium Plus" w:hAnsi="Gentium Plus"/>
          <w:sz w:val="24"/>
        </w:rPr>
        <w:t>στοι ἢ ἰδιῶται, καὶ μὴ ἐλεγχθῶσι, μηδὲ ἀνακριθῶσι, γνώ‐ ρισμα καὶ τοῦτο ἐγκαταλείψεως· Ἐὰν γὰρ (φησὶ) προφη‐ τεύητε, εἰσέλθῃ δέ τις ἄπιστος ἢ ἰδιώτης, ἐλέγχεται ὑπὸ πάντων, ἀνακρίνεται ὑπὸ πάντων, τὰ κρυπτὰ τῆς καρδίας αὐτοῦ φανερὰ γίνεται. —Οὐκοῦν Προφήτης μέν ἐστιν, ὁ κατὰ</w:t>
      </w:r>
    </w:p>
    <w:p>
      <w:r>
        <w:rPr>
          <w:rFonts w:ascii="Courier New" w:hAnsi="Courier New"/>
          <w:color w:val="555555"/>
          <w:sz w:val="20"/>
        </w:rPr>
        <w:t>[25]</w:t>
      </w:r>
    </w:p>
    <w:p>
      <w:r>
        <w:rPr>
          <w:rFonts w:ascii="Gentium Plus" w:hAnsi="Gentium Plus"/>
          <w:sz w:val="24"/>
        </w:rPr>
        <w:t>ἀποκάλυψιν τοῦ Πνεύματος προαγορεύων τὸ μέλλον· στο‐ χαστὴς δὲ, ὁ διὰ σύνεσιν ἐκ τῆς τοῦ ὁμοίου παραθέσεως, διὰ τὴν πεῖραν τῶν προλαβόντων, τὸ μέλλον συντεκμαιρόμενος· ὁ λέγων· «Ἐὰν ποιήσωμεν τὰ Σοδόμων, ὅμοια ἐκείνοις πει‐ σόμεθα» ἢ ὅτι «Ἐὰν μετανοήσωμεν ὡς οἱ Νινευῖται,</w:t>
      </w:r>
    </w:p>
    <w:p>
      <w:r>
        <w:rPr>
          <w:rFonts w:ascii="Courier New" w:hAnsi="Courier New"/>
          <w:color w:val="555555"/>
          <w:sz w:val="20"/>
        </w:rPr>
        <w:t>[30]</w:t>
      </w:r>
    </w:p>
    <w:p>
      <w:r>
        <w:rPr>
          <w:rFonts w:ascii="Gentium Plus" w:hAnsi="Gentium Plus"/>
          <w:sz w:val="24"/>
        </w:rPr>
        <w:t>παραπλησίως ἐκείνοις ἐλεηθησόμεθα».</w:t>
      </w:r>
    </w:p>
    <w:p>
      <w:r>
        <w:rPr>
          <w:rFonts w:ascii="Courier New" w:hAnsi="Courier New"/>
          <w:color w:val="555555"/>
          <w:sz w:val="20"/>
        </w:rPr>
        <w:t>[3 . 103]</w:t>
      </w:r>
    </w:p>
    <w:p>
      <w:r>
        <w:rPr>
          <w:rFonts w:ascii="Gentium Plus" w:hAnsi="Gentium Plus"/>
          <w:sz w:val="24"/>
        </w:rPr>
        <w:t>Καὶ πρεσβύτερον. Ἐν τοῖς ἀπειλουμένοις ἐστὶ καὶ ἡ τοῦ πρεσβυτέρου ἀφαίρεσις, ὡς ὄφελος οὐ μικρὸν ἐκ τοῦ παρεῖναι παρέ‐ χοντος. —Ἆρ’ οὖν ὁ ὁπωσοῦν τῆς προεδρίας ἀξιωθεὶς</w:t>
      </w:r>
    </w:p>
    <w:p>
      <w:r>
        <w:rPr>
          <w:rFonts w:ascii="Courier New" w:hAnsi="Courier New"/>
          <w:color w:val="555555"/>
          <w:sz w:val="20"/>
        </w:rPr>
        <w:t>[5]</w:t>
      </w:r>
    </w:p>
    <w:p>
      <w:r>
        <w:rPr>
          <w:rFonts w:ascii="Gentium Plus" w:hAnsi="Gentium Plus"/>
          <w:sz w:val="24"/>
        </w:rPr>
        <w:t>καὶ ἐγκαταλεγεὶς τῷ πρεσβυτερίῳ, οὗτος πρεσβύτερος; ἢ ὁ φέρων τὸν χαρακτῆρα τοῦ πρεσβυτέρου ἀνεγκλήτως,</w:t>
      </w:r>
    </w:p>
    <w:p>
      <w:r>
        <w:rPr>
          <w:rFonts w:ascii="Courier New" w:hAnsi="Courier New"/>
          <w:color w:val="555555"/>
          <w:sz w:val="20"/>
        </w:rPr>
        <w:t>[10]</w:t>
      </w:r>
    </w:p>
    <w:p>
      <w:r>
        <w:rPr>
          <w:rFonts w:ascii="Gentium Plus" w:hAnsi="Gentium Plus"/>
          <w:sz w:val="24"/>
        </w:rPr>
        <w:t>ὀργίλος, μὴ πάροινος, μὴ αἰσχροκερδής· ἀλλὰ φιλόξενος, φιλάγαθος, σώφρων· ὅσιος, δίκαιος, ἐγκρατής· ἀντεχό‐ μενος τοῦ κατὰ τὴν διδαχὴν πιστοῦ λόγου, ὡς δυνατὸς εἶναι καὶ παρακαλεῖν ἐν τῇ ὑγιαινούσῃ διδασκαλίᾳ καὶ τοὺς ἀντιλέγοντας ἐλέγχειν, —οὗτος πρεσβύτερος, ὃν ἀπὸ τοῦ</w:t>
      </w:r>
    </w:p>
    <w:p>
      <w:r>
        <w:rPr>
          <w:rFonts w:ascii="Courier New" w:hAnsi="Courier New"/>
          <w:color w:val="555555"/>
          <w:sz w:val="20"/>
        </w:rPr>
        <w:t>[15]</w:t>
      </w:r>
    </w:p>
    <w:p>
      <w:r>
        <w:rPr>
          <w:rFonts w:ascii="Gentium Plus" w:hAnsi="Gentium Plus"/>
          <w:sz w:val="24"/>
        </w:rPr>
        <w:t>ἁμαρτάνοντος λαοῦ ἀφαιρεῖται Κύριος. Ὡς ἰσχύοντα καὶ ἰσχύουσαν, ὡς ἰσχὺν ἄρτου καὶ ἰσχὺν ὕδα‐ τος, ὡς πολεμιστὴν, ὡς δικαστὴν, οὕτω καὶ πρεσβύτερον. — Ὅταν οὖν ἴδῃς ὄντας μέν τινας ἀξίους τοῦ ἐγκατατάσσεσθαι τοῖς πρεσβυτέροις, λανθάνοντας δὲ, ἢ ἀμελουμένους, καὶ</w:t>
      </w:r>
    </w:p>
    <w:p>
      <w:r>
        <w:rPr>
          <w:rFonts w:ascii="Courier New" w:hAnsi="Courier New"/>
          <w:color w:val="555555"/>
          <w:sz w:val="20"/>
        </w:rPr>
        <w:t>[20]</w:t>
      </w:r>
    </w:p>
    <w:p>
      <w:r>
        <w:rPr>
          <w:rFonts w:ascii="Gentium Plus" w:hAnsi="Gentium Plus"/>
          <w:sz w:val="24"/>
        </w:rPr>
        <w:t>ἀντ’ αὐτῶν τοὺς ἀναξίους προβεβλημένους, γίνωσκε ὅτι ἀπὸ τοῦ τοιούτου λαοῦ ἀφεῖλεν ὁ Κύριος πρεσβύτερον. —Ἡλίκου δέ ἐστι χρεία τραπεζίτου, ὥστε μὴ διαλανθάνειν αὐτὸν τὸν ἐν τούτοις δόκιμον, ἔδειξεν ὁ Θεὸς τῷ μεγάλῳ αὐτοῦ θεράποντι Μωϋσεῖ, τὴν τῶν τοιούτων ἐκλογὴν ἐπιτρέψας· Συνάγαγε</w:t>
      </w:r>
    </w:p>
    <w:p>
      <w:r>
        <w:rPr>
          <w:rFonts w:ascii="Courier New" w:hAnsi="Courier New"/>
          <w:color w:val="555555"/>
          <w:sz w:val="20"/>
        </w:rPr>
        <w:t>[25]</w:t>
      </w:r>
    </w:p>
    <w:p>
      <w:r>
        <w:rPr>
          <w:rFonts w:ascii="Gentium Plus" w:hAnsi="Gentium Plus"/>
          <w:sz w:val="24"/>
        </w:rPr>
        <w:t>γάρ μοι (φησὶ) ἑβδομήκοντα ἄνδρας, ἀπὸ τῶν πρεσβυτέρων τοῦ Ἰσραὴλ, οὓς αὐτὸς σὺ οἶδας, ὅτι οὗτοί εἰσι πρεσβύτεροι τοῦ λαοῦ· καὶ συνάξεις αὐτοὺς ἐπὶ τὴν σκηνὴν τοῦ μαρτυ‐ ρίου καὶ στήσονται ἐκεῖ μετὰ σοῦ. Καὶ ἀφελῶ ἀπὸ τοῦ πνεύ‐ ματος τοῦ ἐπὶ σοί, καὶ ἐπιθήσω ἐπ’ αὐτοὺς καὶ συναντιλή‐</w:t>
      </w:r>
    </w:p>
    <w:p>
      <w:r>
        <w:rPr>
          <w:rFonts w:ascii="Courier New" w:hAnsi="Courier New"/>
          <w:color w:val="555555"/>
          <w:sz w:val="20"/>
        </w:rPr>
        <w:t>[30]</w:t>
      </w:r>
    </w:p>
    <w:p>
      <w:r>
        <w:rPr>
          <w:rFonts w:ascii="Gentium Plus" w:hAnsi="Gentium Plus"/>
          <w:sz w:val="24"/>
        </w:rPr>
        <w:t>ψονται μετὰ σοῦ τὴν ὁρμὴν τοῦ λαοῦ τούτου, καὶ οὐκ οἴσεις</w:t>
      </w:r>
    </w:p>
    <w:p>
      <w:r>
        <w:rPr>
          <w:rFonts w:ascii="Courier New" w:hAnsi="Courier New"/>
          <w:color w:val="555555"/>
          <w:sz w:val="20"/>
        </w:rPr>
        <w:t>[3 . 104]</w:t>
      </w:r>
    </w:p>
    <w:p>
      <w:r>
        <w:rPr>
          <w:rFonts w:ascii="Gentium Plus" w:hAnsi="Gentium Plus"/>
          <w:sz w:val="24"/>
        </w:rPr>
        <w:t>Τούτους δὲ χρὴ εἶναι προσήκοντας καθ’ ἡλικίαν, πολλῶν μὲν πεπειραμένους διὰ τὸν χρόνον, καὶ τὸ εὐσταθὲς τῶν ἠθῶν ἐκ τῆς ἐπανθούσης αὐτοῖς πολιᾶς ὑποφαίνοντας. Δόξα γὰρ πρεσβυτέρων, πολιά. —Εἰ δέ που καὶ ἐν ἡλι‐</w:t>
      </w:r>
    </w:p>
    <w:p>
      <w:r>
        <w:rPr>
          <w:rFonts w:ascii="Courier New" w:hAnsi="Courier New"/>
          <w:color w:val="555555"/>
          <w:sz w:val="20"/>
        </w:rPr>
        <w:t>[5]</w:t>
      </w:r>
    </w:p>
    <w:p>
      <w:r>
        <w:rPr>
          <w:rFonts w:ascii="Gentium Plus" w:hAnsi="Gentium Plus"/>
          <w:sz w:val="24"/>
        </w:rPr>
        <w:t>κίᾳ νέᾳ πρεσβυτικὸν εὑρεθείη φρόνημα, οὐκ ἀτιμαστέον τὸ δῶρον, ἀλλὰ πιστευτέον τῷ λέγοντι· Πολιὰ δέ ἐστι φρό‐ νησις ἐν ἀνθρώποις. Πλεῖον γὰρ τῷ ὄντι εἰς πρεσβυτέρου σύστασιν τῆς ἐν θριξὶ λευκότητος, τὸ ἐν φρονήσει πρεσβυ‐ τικόν. Μήποτε γὰρ τοῦτο βούλεται καὶ ὁ λόγος· Ἀπὸ προσ‐</w:t>
      </w:r>
    </w:p>
    <w:p>
      <w:r>
        <w:rPr>
          <w:rFonts w:ascii="Courier New" w:hAnsi="Courier New"/>
          <w:color w:val="555555"/>
          <w:sz w:val="20"/>
        </w:rPr>
        <w:t>[10]</w:t>
      </w:r>
    </w:p>
    <w:p>
      <w:r>
        <w:rPr>
          <w:rFonts w:ascii="Gentium Plus" w:hAnsi="Gentium Plus"/>
          <w:sz w:val="24"/>
        </w:rPr>
        <w:t>ώπου πολιοῦ, ἐξαναστήσῃ καὶ τιμήσεις πρόσωπον πρεσβυ‐ τέρου. —Ἐὰν γάρ τις ᾖ, κατὰ τὸν σοφὸν Δανιὴλ, νέος μὲν τὸ σῶμα, πολιὸς δὲ τὴν φρόνησιν, δικαιότερος προτιμᾶσθαι τῶν τὰς σωματικὰς πολιὰς ἐν ἀκολάστῳ τῇ προαιρέσει προφερόντων, κατὰ τοὺς ἐπὶ τῆς Βαβυλωνίας πρεσβυτέρους,</w:t>
      </w:r>
    </w:p>
    <w:p>
      <w:r>
        <w:rPr>
          <w:rFonts w:ascii="Courier New" w:hAnsi="Courier New"/>
          <w:color w:val="555555"/>
          <w:sz w:val="20"/>
        </w:rPr>
        <w:t>[15]</w:t>
      </w:r>
    </w:p>
    <w:p>
      <w:r>
        <w:rPr>
          <w:rFonts w:ascii="Gentium Plus" w:hAnsi="Gentium Plus"/>
          <w:sz w:val="24"/>
        </w:rPr>
        <w:t>τοὺς πεπαλαιωμένους ἡμερῶν κακῶν. Διὸ καὶ ἐπὶ τὸν Δανιὴλ, παιδάριον ὄντα καὶ νεώτερον κατὰ τὴν αἰσθητὴν ἡλικίαν, τὴν δὲ νοητὴν πολιὰν ἐπὶ τῆς φρονήσεως ἔχοντα, μετῆλθε τοῦ πρεσβυτερίου τὸ χάρισμα. Οὐ γὰρ ἐψεύδοντο λέγοντες· Δεῦρο καὶ κάθισον ἐν μέσῳ ἡμῶν, ὅτι σοι ἔδωκεν</w:t>
      </w:r>
    </w:p>
    <w:p>
      <w:r>
        <w:rPr>
          <w:rFonts w:ascii="Courier New" w:hAnsi="Courier New"/>
          <w:color w:val="555555"/>
          <w:sz w:val="20"/>
        </w:rPr>
        <w:t>[20]</w:t>
      </w:r>
    </w:p>
    <w:p>
      <w:r>
        <w:rPr>
          <w:rFonts w:ascii="Gentium Plus" w:hAnsi="Gentium Plus"/>
          <w:sz w:val="24"/>
        </w:rPr>
        <w:t>ὁ Θεὸς τὸ πρεσβυτέριον. Οὕτως ἐνδέχεταί ποτε, πρεσβυτέρων ῥᾳθύμως καὶ ἠμε‐ λημένως βιούντων, προτιμοτέρους εὑρίσκεσθαι νέους. Ψευ‐ δώνυμοι τοίνυν οἱ παρὰ Ἰουδαίοις πρεσβύτεροι· ἀφεῖλε γὰρ ὁ Θεὸς, ὡς πολεμιστὴν καὶ Προφήτην, οὕτω καὶ πρεσβύτε‐</w:t>
      </w:r>
    </w:p>
    <w:p>
      <w:r>
        <w:rPr>
          <w:rFonts w:ascii="Courier New" w:hAnsi="Courier New"/>
          <w:color w:val="555555"/>
          <w:sz w:val="20"/>
        </w:rPr>
        <w:t>[25]</w:t>
      </w:r>
    </w:p>
    <w:p>
      <w:r>
        <w:rPr>
          <w:rFonts w:ascii="Gentium Plus" w:hAnsi="Gentium Plus"/>
          <w:sz w:val="24"/>
        </w:rPr>
        <w:t>ρον, ἀπὸ τοῦ λαοῦ αὐτῶν. —Ἡ δὲ Ἐκκλησία εὐχέσθω,</w:t>
      </w:r>
    </w:p>
    <w:p>
      <w:r>
        <w:rPr>
          <w:rFonts w:ascii="Courier New" w:hAnsi="Courier New"/>
          <w:color w:val="555555"/>
          <w:sz w:val="20"/>
        </w:rPr>
        <w:t>[30]</w:t>
      </w:r>
    </w:p>
    <w:p>
      <w:r>
        <w:rPr>
          <w:rFonts w:ascii="Gentium Plus" w:hAnsi="Gentium Plus"/>
          <w:sz w:val="24"/>
        </w:rPr>
        <w:t>καὶ τριάκοντα ἔτη, καὶ ἔζησε Μαθουσάλα ἐννεακόσια καὶ ἑβδομήκοντα ἔτη, καὶ ἀπέθανε· καὶ ἔζησε Νῶε ἐννεακόσια ἔτη· καὶ πρεσβύτερος ἐκείνων οὐδείς. Ἀλλ’ Ἀβραὰμ πρε‐ σβύτερος κατὰ τὴν μαρτυρίαν Σάῤῥας, λεγούσης· Οὔπω μέν μοι γέγονεν ἕως τοῦ νῦν, ὁ δὲ κύριός μου πρεσβύτε‐</w:t>
      </w:r>
    </w:p>
    <w:p>
      <w:r>
        <w:rPr>
          <w:rFonts w:ascii="Courier New" w:hAnsi="Courier New"/>
          <w:color w:val="555555"/>
          <w:sz w:val="20"/>
        </w:rPr>
        <w:t>[35]</w:t>
      </w:r>
    </w:p>
    <w:p>
      <w:r>
        <w:rPr>
          <w:rFonts w:ascii="Gentium Plus" w:hAnsi="Gentium Plus"/>
          <w:sz w:val="24"/>
        </w:rPr>
        <w:t>ρος. Πρεσβύτερος δὲ ἦν διὰ τὴν πολιώσασαν αὐτοῦ τὴν ψυχὴν ἀρετήν.</w:t>
      </w:r>
    </w:p>
    <w:p>
      <w:r>
        <w:rPr>
          <w:rFonts w:ascii="Courier New" w:hAnsi="Courier New"/>
          <w:color w:val="555555"/>
          <w:sz w:val="20"/>
        </w:rPr>
        <w:t>[3 . 105]</w:t>
      </w:r>
    </w:p>
    <w:p>
      <w:r>
        <w:rPr>
          <w:rFonts w:ascii="Gentium Plus" w:hAnsi="Gentium Plus"/>
          <w:sz w:val="24"/>
        </w:rPr>
        <w:t>Καὶ πεντηκόνταρχον. Ἀφαιρήσειν μετὰ τῶν λοιπῶν ἀπειλεῖ Κύριος Σαβαὼθ καὶ πεντηκόνταρχον τῶν Ἰουδαίων. Τί τοῦτο λέγων; Ὅτι πᾶσαν τὴν εὔτακτον περὶ αὐτοὺς οἰκονομίαν καὶ διοίκησιν ἀφίησι</w:t>
      </w:r>
    </w:p>
    <w:p>
      <w:r>
        <w:rPr>
          <w:rFonts w:ascii="Courier New" w:hAnsi="Courier New"/>
          <w:color w:val="555555"/>
          <w:sz w:val="20"/>
        </w:rPr>
        <w:t>[5]</w:t>
      </w:r>
    </w:p>
    <w:p>
      <w:r>
        <w:rPr>
          <w:rFonts w:ascii="Gentium Plus" w:hAnsi="Gentium Plus"/>
          <w:sz w:val="24"/>
        </w:rPr>
        <w:t>συγχυθῆναι, ἀπὸ μέρους τὸ ὅλον λέγων. Χιλιάρχων γὰρ καὶ ἑκατοντάρχων καὶ πεντηκοντάρχων καὶ δεκάρχων, κατὰ τὴν συμβουλὴν Ἰοθὼρ, ὑπὸ Μωϋσέως καταστάντων (ὥστε δια‐ βαστάζειν αὐτοὺς τὸν λαὸν καὶ τὰ ἥσσονα κρίματα τῶν δεομένων κρίσεως ἐφ’ ἑαυτοὺς ἀναδέχεσθαι) ἡ ἀπειλὴ αὐ‐</w:t>
      </w:r>
    </w:p>
    <w:p>
      <w:r>
        <w:rPr>
          <w:rFonts w:ascii="Courier New" w:hAnsi="Courier New"/>
          <w:color w:val="555555"/>
          <w:sz w:val="20"/>
        </w:rPr>
        <w:t>[10]</w:t>
      </w:r>
    </w:p>
    <w:p>
      <w:r>
        <w:rPr>
          <w:rFonts w:ascii="Gentium Plus" w:hAnsi="Gentium Plus"/>
          <w:sz w:val="24"/>
        </w:rPr>
        <w:t>τοῖς ἐστι, τὴν διακόσμησιν ταύτην ἀφαιρεθήσεσθαι. Διὰ τοῦτο ἀφαιρεθήσεσθαι αὐτῶν καὶ πεντηκόνταρχον ἀπειλεῖ, πολεμιστὴν καὶ δικαστὴν καὶ στοχαστὴν καὶ Προφήτην</w:t>
      </w:r>
    </w:p>
    <w:p>
      <w:r>
        <w:rPr>
          <w:rFonts w:ascii="Courier New" w:hAnsi="Courier New"/>
          <w:color w:val="555555"/>
          <w:sz w:val="20"/>
        </w:rPr>
        <w:t>[3 . 106]</w:t>
      </w:r>
    </w:p>
    <w:p>
      <w:r>
        <w:rPr>
          <w:rFonts w:ascii="Gentium Plus" w:hAnsi="Gentium Plus"/>
          <w:sz w:val="24"/>
        </w:rPr>
        <w:t>Καὶ θαυμαστὸν Σύμβουλον. Πολὺ τὸ ἀναγκαῖον καὶ χρήσιμον ἐκ τῆς συμβουλῆς τῷ βίῳ τῶν ἀνθρώπων, διὰ τὸ ἕνα μηδένα ἑαυτῷ ἐξαρκεῖν πρὸς πάντα, ἀλλὰ δεῖσθαι κοινωνῶν πλέον κατὰ τὴν τῶν συμφε‐</w:t>
      </w:r>
    </w:p>
    <w:p>
      <w:r>
        <w:rPr>
          <w:rFonts w:ascii="Courier New" w:hAnsi="Courier New"/>
          <w:color w:val="555555"/>
          <w:sz w:val="20"/>
        </w:rPr>
        <w:t>[5]</w:t>
      </w:r>
    </w:p>
    <w:p>
      <w:r>
        <w:rPr>
          <w:rFonts w:ascii="Gentium Plus" w:hAnsi="Gentium Plus"/>
          <w:sz w:val="24"/>
        </w:rPr>
        <w:t>ρόντων ἐκλογὴν, ἢ κατὰ τὰς ἐνεργείας τὰς σωματικάς. Ὥστε ἀσυμβούλευτος ἄνθρωπος πλοῖόν ἐστιν ἀκυβέρνητον, ὡς ἔτυχε ταῖς φοραῖς τῶν πνευμάτων ἐκδεδομένον. Εἰ τοίνυν ἐν ταῖς περὶ τῶν τυχόντων σκέψεσι συμβούλους παραλαμ‐ βάνομεν, ὅταν ὑπὲρ ψυχῆς καὶ τῶν διαφερόντων αὐτῇ βου‐</w:t>
      </w:r>
    </w:p>
    <w:p>
      <w:r>
        <w:rPr>
          <w:rFonts w:ascii="Courier New" w:hAnsi="Courier New"/>
          <w:color w:val="555555"/>
          <w:sz w:val="20"/>
        </w:rPr>
        <w:t>[10]</w:t>
      </w:r>
    </w:p>
    <w:p>
      <w:r>
        <w:rPr>
          <w:rFonts w:ascii="Gentium Plus" w:hAnsi="Gentium Plus"/>
          <w:sz w:val="24"/>
        </w:rPr>
        <w:t>λευώμεθα, πῶς οὐχὶ τοὺς θαυμαστοὺς συμβούλους ἐπιζητη‐ τέον ἡμῖν; Ἰουδαῖοι τοίνυν ἀφ’ οὗ τὸ πονηρὸν συμβούλιον ἐποιήσαντο τὸ πῶς παραδώσουσι τὸν Κύριον, ἀφεῖλεν αὐτῶν ὁ Κύριος τὸν θαυμαστὸν Σύμβουλον, οὗ τὰς μὲν συμβουλὰς ἐθαύμαζον·</w:t>
      </w:r>
    </w:p>
    <w:p>
      <w:r>
        <w:rPr>
          <w:rFonts w:ascii="Courier New" w:hAnsi="Courier New"/>
          <w:color w:val="555555"/>
          <w:sz w:val="20"/>
        </w:rPr>
        <w:t>[15]</w:t>
      </w:r>
    </w:p>
    <w:p>
      <w:r>
        <w:rPr>
          <w:rFonts w:ascii="Gentium Plus" w:hAnsi="Gentium Plus"/>
          <w:sz w:val="24"/>
        </w:rPr>
        <w:t>Ἐξεπλήσσοντο γὰρ ἐπὶ τῇ διδαχῇ αὐτοῦ· ταῖς δὲ παραι‐ νέσεσιν οὐ προσεῖχον. Πῶς δὲ οὐ θαυμαστὸς Σύμβουλος, ὁ ἀντὶ τοῦ Ὀφθαλμὸν ἀντὶ ὀφθαλμοῦ, συμβουλεύων, τῷ ῥα‐ πίζοντι τὴν δεξιὰν σιαγόνα, στρέφειν αὐτῷ καὶ τὴν ἄλλην; μὴ ὀργίζεσθαι, μὴ δικάζεσθαι, μὴ ἐπιθυμεῖν τῶν αἰσχρῶν·</w:t>
      </w:r>
    </w:p>
    <w:p>
      <w:r>
        <w:rPr>
          <w:rFonts w:ascii="Courier New" w:hAnsi="Courier New"/>
          <w:color w:val="555555"/>
          <w:sz w:val="20"/>
        </w:rPr>
        <w:t>[20]</w:t>
      </w:r>
    </w:p>
    <w:p>
      <w:r>
        <w:rPr>
          <w:rFonts w:ascii="Gentium Plus" w:hAnsi="Gentium Plus"/>
          <w:sz w:val="24"/>
        </w:rPr>
        <w:t>ἐχθρὸν μὴ ἡγεῖσθαι, ἀλλ’ ἀγαπᾷν τοὺς μισοῦντας; μὴ μεριμνᾷν περὶ τῶν φθαρτῶν, μὴ μετεωρίζεσθαι τὴν διάνοιαν· μὴ ζητεῖν παρὰ Θεοῦ τὰ μικρά, ἐν οὐρανῷ τὴν καρδίαν ἔχειν, ἐκεῖ μετατιθέντα τοὺς θησαυρούς; Θεῷ συνεῖναι,</w:t>
      </w:r>
    </w:p>
    <w:p>
      <w:r>
        <w:rPr>
          <w:rFonts w:ascii="Courier New" w:hAnsi="Courier New"/>
          <w:color w:val="555555"/>
          <w:sz w:val="20"/>
        </w:rPr>
        <w:t>[25]</w:t>
      </w:r>
    </w:p>
    <w:p>
      <w:r>
        <w:rPr>
          <w:rFonts w:ascii="Gentium Plus" w:hAnsi="Gentium Plus"/>
          <w:sz w:val="24"/>
        </w:rPr>
        <w:t>βρώμασι τὸ μιαρὸν, ἀλλ’ ἐν καρδίᾳ καὶ προαιρέσει τίθεσθαι; Τοῦτον τὸν τὰ τοιαῦτα συμβουλεύοντα, οὕτω θεῖα καὶ θαυ‐ μαστὰ, διὰ τὸ μὴ δεχθῆναι παρ’ αὐτῶν, ἀφεῖλεν ὁ Κύριος. Οὐκέτι οὖν θαυμαστὸς παρ’ αὐτοῖς Σύμβουλος. Εὐξώμεθα δὲ μὴ ἀποστερηθῆναι θαυμαστοῦ Συμβούλου τὴν</w:t>
      </w:r>
    </w:p>
    <w:p>
      <w:r>
        <w:rPr>
          <w:rFonts w:ascii="Courier New" w:hAnsi="Courier New"/>
          <w:color w:val="555555"/>
          <w:sz w:val="20"/>
        </w:rPr>
        <w:t>[30]</w:t>
      </w:r>
    </w:p>
    <w:p>
      <w:r>
        <w:rPr>
          <w:rFonts w:ascii="Gentium Plus" w:hAnsi="Gentium Plus"/>
          <w:sz w:val="24"/>
        </w:rPr>
        <w:t>Ἐκκλησίαν ταύτην, ἵνα, ἐπειδὰν καταλάβῃ τινὰ καιρὸς τῆς ὑπὲρ τῶν ἀναγκαίων βουλῆς, ἀπαντήσας εἰς τὸν οἶκον τοῦτον (τὸ κοινὸν τῶν ψυχῶν βουλευτήριον) εὕρῃ λόγον παρακλήσεως, οἷόν τι φῶς πρὸς τὴν εὕρεσιν τῶν ἀναγκαίων ταῖς ψυχαῖς ἐμποιοῦντα. —Ὁ δὲ, παρούσης συμβουλῆς ἀγαθῆς, τῷ θε‐</w:t>
      </w:r>
    </w:p>
    <w:p>
      <w:r>
        <w:rPr>
          <w:rFonts w:ascii="Courier New" w:hAnsi="Courier New"/>
          <w:color w:val="555555"/>
          <w:sz w:val="20"/>
        </w:rPr>
        <w:t>[35]</w:t>
      </w:r>
    </w:p>
    <w:p>
      <w:r>
        <w:rPr>
          <w:rFonts w:ascii="Gentium Plus" w:hAnsi="Gentium Plus"/>
          <w:sz w:val="24"/>
        </w:rPr>
        <w:t>λήματι τῆς καρδίας αὐτοῦ πορευόμενος τῆς ματαίας, ὅμοιός ἐστι τῷ Ῥοβοὰμ, ὃς, ἀτιμάσας τὴν σώζουσαν γνώμην τῶν πρεσβυτέρων, ἠκολούθει τοῖς νεωτέροις, τοῖς συνεκτραφεῖσιν αὐτῷ, δι’ οὓς καὶ τῶν δέκα φυλῶν τῆς βασιλείας ἐξέπεσεν.</w:t>
      </w:r>
    </w:p>
    <w:p>
      <w:r>
        <w:rPr>
          <w:rFonts w:ascii="Courier New" w:hAnsi="Courier New"/>
          <w:color w:val="555555"/>
          <w:sz w:val="20"/>
        </w:rPr>
        <w:t>[3 . 107]</w:t>
      </w:r>
    </w:p>
    <w:p>
      <w:r>
        <w:rPr>
          <w:rFonts w:ascii="Gentium Plus" w:hAnsi="Gentium Plus"/>
          <w:sz w:val="24"/>
        </w:rPr>
        <w:t>Καὶ σοφὸν ἀρχιτέκτονα. Μετὰ τὸ ἀρθῆναι ἀπὸ τῶν Ἰουδαίων τὴν ὠφέλειαν τοῦ θαυ‐ μαστοῦ Συμβούλου (ὃς ἐδείκνυτο ὢν ὁ Κύριος ἡμῶν Ἰησοῦς Χριστὸς) ἤρθη ἀπ’ αὐτῶν καὶ ὁ σοφὸς ἀρχιτέκτων, καὶ ἐγένετο</w:t>
      </w:r>
    </w:p>
    <w:p>
      <w:r>
        <w:rPr>
          <w:rFonts w:ascii="Courier New" w:hAnsi="Courier New"/>
          <w:color w:val="555555"/>
          <w:sz w:val="20"/>
        </w:rPr>
        <w:t>[5]</w:t>
      </w:r>
    </w:p>
    <w:p>
      <w:r>
        <w:rPr>
          <w:rFonts w:ascii="Gentium Plus" w:hAnsi="Gentium Plus"/>
          <w:sz w:val="24"/>
        </w:rPr>
        <w:t>Ἀπόστολος ἐθνῶν, ὁ Ἑβραῖος ἐξ Ἑβραίων, ὁ κατὰ νόμον Φα‐ ρισαῖος, Παῦλος, δοῦλος γενόμενος Ἰησοῦ Χριστοῦ, ὃν ἐδίωκε.</w:t>
      </w:r>
    </w:p>
    <w:p>
      <w:r>
        <w:rPr>
          <w:rFonts w:ascii="Courier New" w:hAnsi="Courier New"/>
          <w:color w:val="555555"/>
          <w:sz w:val="20"/>
        </w:rPr>
        <w:t>[10]</w:t>
      </w:r>
    </w:p>
    <w:p>
      <w:r>
        <w:rPr>
          <w:rFonts w:ascii="Gentium Plus" w:hAnsi="Gentium Plus"/>
          <w:sz w:val="24"/>
        </w:rPr>
        <w:t>Θεοῦ, κατ’ αὐτὸν τὸν Παῦλον λέγοντα· Συνοικοδομεῖσθε εἰς κατοικητήριον τοῦ Θεοῦ ἐν Πνεύματι, καὶ τὸ διὰ τῆς ἐπιχορηγίας τοῦ Πνεύματος συνοικοδομεῖσθαι καὶ αὔξειν εἰς ναὸν ἅγιον ἐν Κυρίῳ. —Τοὺς οὖν ἀποβάλλοντας τὸν θαυ‐ μαστὸν Σύμβουλον, τὸν Θεὸν Λόγον, ἐρήμους ἐποίησε τοῦ</w:t>
      </w:r>
    </w:p>
    <w:p>
      <w:r>
        <w:rPr>
          <w:rFonts w:ascii="Courier New" w:hAnsi="Courier New"/>
          <w:color w:val="555555"/>
          <w:sz w:val="20"/>
        </w:rPr>
        <w:t>[15]</w:t>
      </w:r>
    </w:p>
    <w:p>
      <w:r>
        <w:rPr>
          <w:rFonts w:ascii="Gentium Plus" w:hAnsi="Gentium Plus"/>
          <w:sz w:val="24"/>
        </w:rPr>
        <w:t>σοφοῦ Ἀρχιτέκτονος, τοῦ ἁγίου Πνεύματος. Διὰ τοῦτο, μὴ ἔχοντες τὸν συναρμολογοῦντα αὐτοὺς καὶ συμβιβάζοντα, λελυμένοι εἰσὶ καὶ ἐσχισμένοι ἀπ’ ἀλλήλων, γενέσθαι ναὸς Θεοῦ διὰ τῆς πνευματικῆς οἰκοδομῆς, μὴ δυνάμενοι. Ἀλλ’ ἡμεῖς εὐξώμεθα, ἔχειν τὴν Ἐκκλησίαν τὴν ἐπιχορηγίαν</w:t>
      </w:r>
    </w:p>
    <w:p>
      <w:r>
        <w:rPr>
          <w:rFonts w:ascii="Courier New" w:hAnsi="Courier New"/>
          <w:color w:val="555555"/>
          <w:sz w:val="20"/>
        </w:rPr>
        <w:t>[20]</w:t>
      </w:r>
    </w:p>
    <w:p>
      <w:r>
        <w:rPr>
          <w:rFonts w:ascii="Gentium Plus" w:hAnsi="Gentium Plus"/>
          <w:sz w:val="24"/>
        </w:rPr>
        <w:t>τοῦ Πνεύματος, ὥστε ἀναδείκνυσθαι ἡμῖν τοὺς πνευματικοὺς ἀρχιτέκτονας, ὁποῖος ἦν ὁ Βεσελεὴλ, ὃν ἐνέπλησεν ὁ Θεὸς Πνεῦμα θεῖον, Πνεῦμα συνέσεως καὶ ἐπιστήμης, ἀρχιτεκ‐ τονεῖν κατὰ πάντα τὰ ἔργα τῆς ἀρχιτεκτονίας. —Καὶ συνε‐ τὸν ἀκροατήν. Εἰ κατὰ τὸν Σολομῶντα, Λόγος πολυτελὴς εἰς</w:t>
      </w:r>
    </w:p>
    <w:p>
      <w:r>
        <w:rPr>
          <w:rFonts w:ascii="Courier New" w:hAnsi="Courier New"/>
          <w:color w:val="555555"/>
          <w:sz w:val="20"/>
        </w:rPr>
        <w:t>[25]</w:t>
      </w:r>
    </w:p>
    <w:p>
      <w:r>
        <w:rPr>
          <w:rFonts w:ascii="Gentium Plus" w:hAnsi="Gentium Plus"/>
          <w:sz w:val="24"/>
        </w:rPr>
        <w:t>οὖς εὐήκοον, ὅπου λόγος οὐκ ἔστιν, οὐδὲ ἀκοῆς χρεία. Ἐπεὶ οὖν ἤρθη ὁ θαυμαστὸς Σύμβουλος, ἀκολούθως συναφῃρέθη καὶ ὁ συνετὸς ἀκροατής. Ὅπου γὰρ ἀργύριον οὐκ ἔστι, τρα‐ πεζίτης ἀργεῖ. —Λυπηρὸν δὲ καὶ ὅταν λόγος μὲν ᾖ πλήρης νοημάτων καὶ κατὰ πραγμάτων φερόμενος, ὁ δὲ συνετῶς</w:t>
      </w:r>
    </w:p>
    <w:p>
      <w:r>
        <w:rPr>
          <w:rFonts w:ascii="Courier New" w:hAnsi="Courier New"/>
          <w:color w:val="555555"/>
          <w:sz w:val="20"/>
        </w:rPr>
        <w:t>[30]</w:t>
      </w:r>
    </w:p>
    <w:p>
      <w:r>
        <w:rPr>
          <w:rFonts w:ascii="Gentium Plus" w:hAnsi="Gentium Plus"/>
          <w:sz w:val="24"/>
        </w:rPr>
        <w:t>αὐτῶν ἐπαισθανόμενος μὴ παρῇ, τῷ μὴ ἔχειν τὰ ὦτα τῆς ψυχῆς, ἃ ὁ Κύριος πρὸς τὴν τῶν ἰδίων λόγων ἀκρόασιν</w:t>
      </w:r>
    </w:p>
    <w:p>
      <w:r>
        <w:rPr>
          <w:rFonts w:ascii="Courier New" w:hAnsi="Courier New"/>
          <w:color w:val="555555"/>
          <w:sz w:val="20"/>
        </w:rPr>
        <w:t>[3 . 108]</w:t>
      </w:r>
    </w:p>
    <w:p>
      <w:r>
        <w:rPr>
          <w:rFonts w:ascii="Gentium Plus" w:hAnsi="Gentium Plus"/>
          <w:sz w:val="24"/>
        </w:rPr>
        <w:t>Καὶ ἐπιστήσω νεανίσκους ἄρχοντας αὐτῶν καὶ ἐμ‐ παῖκται κυριεύσουσιν αὐτῶν. Διπλῆ τιμωρία, καὶ ἀφαιρεθῆναι τὰ ἀγαθὰ, καὶ παραδοθῆναι τοῖς χείροσι. Μετὰ γὰρ τὸ ἀφελεῖν τὸν Δεσπότην Κύριον ἀπὸ</w:t>
      </w:r>
    </w:p>
    <w:p>
      <w:r>
        <w:rPr>
          <w:rFonts w:ascii="Courier New" w:hAnsi="Courier New"/>
          <w:color w:val="555555"/>
          <w:sz w:val="20"/>
        </w:rPr>
        <w:t>[5]</w:t>
      </w:r>
    </w:p>
    <w:p>
      <w:r>
        <w:rPr>
          <w:rFonts w:ascii="Gentium Plus" w:hAnsi="Gentium Plus"/>
          <w:sz w:val="24"/>
        </w:rPr>
        <w:t>τῆς Ἰουδαίας καὶ ἀπὸ Ἱερουσαλὴμ ἰσχὺν ἄρτου καὶ ἰσχὺν ὕδα‐ τος, γίγαντα καὶ ἰσχύοντα, καὶ ἄνθρωπον πολεμιστὴν καὶ δι‐ καστὴν, καὶ στοχαστὴν καὶ πεντηκόνταρχον, καὶ θαυμαστὸν Σύμβουλον, καὶ σοφὸν Ἀρχιτέκτονα καὶ συνετὸν ἀκροατὴν, τότε ἠπείλησεν ὁ λόγος αὐτοῖς ἐπιπεμφθήσεσθαι νεανίσκους</w:t>
      </w:r>
    </w:p>
    <w:p>
      <w:r>
        <w:rPr>
          <w:rFonts w:ascii="Courier New" w:hAnsi="Courier New"/>
          <w:color w:val="555555"/>
          <w:sz w:val="20"/>
        </w:rPr>
        <w:t>[10]</w:t>
      </w:r>
    </w:p>
    <w:p>
      <w:r>
        <w:rPr>
          <w:rFonts w:ascii="Gentium Plus" w:hAnsi="Gentium Plus"/>
          <w:sz w:val="24"/>
        </w:rPr>
        <w:t>ἄρχοντας. Οὕτω χαλεπωτάτην οἶδε τιμωρίαν, ὑπὸ νεανίσκων ἄρχεσθαι καὶ διοικεῖσθαι πόλιν. Κοῦφον γὰρ ἡ νεότης καὶ εὐκίνητον πρὸς τὰ φαῦλα· ἐπιθυμίαι δυσκάθεκτοι, ὀργαὶ θηριώδεις, προπέτειαι, ὕβρεις, ὑπερηφανίαι καὶ φυσιώσεις, σύντροφα τῇ νεότητι πάθη· φθόνοι πρὸς τὸ ὑπερέχον, ὑποψίαι</w:t>
      </w:r>
    </w:p>
    <w:p>
      <w:r>
        <w:rPr>
          <w:rFonts w:ascii="Courier New" w:hAnsi="Courier New"/>
          <w:color w:val="555555"/>
          <w:sz w:val="20"/>
        </w:rPr>
        <w:t>[15]</w:t>
      </w:r>
    </w:p>
    <w:p>
      <w:r>
        <w:rPr>
          <w:rFonts w:ascii="Gentium Plus" w:hAnsi="Gentium Plus"/>
          <w:sz w:val="24"/>
        </w:rPr>
        <w:t>πρὸς τὸ οἰκεῖον. Μυρίων κακῶν ἐσμὸς συνέζευκται τῇ νεότητι· ὧν πάντων ἀνάγκη ἀπολαύειν τοὺς ἀρχομένους, διότι τὰ τῶν ἀρχόντων κακὰ συμφοραὶ τοῖς ἀρχομένοις γίγνονται. Ἐπιστήσω νεανίσκους ἄρχοντας αὐτῶν. Τὰ μὲν ἀγαθὰ</w:t>
      </w:r>
    </w:p>
    <w:p>
      <w:r>
        <w:rPr>
          <w:rFonts w:ascii="Courier New" w:hAnsi="Courier New"/>
          <w:color w:val="555555"/>
          <w:sz w:val="20"/>
        </w:rPr>
        <w:t>[20]</w:t>
      </w:r>
    </w:p>
    <w:p>
      <w:r>
        <w:rPr>
          <w:rFonts w:ascii="Gentium Plus" w:hAnsi="Gentium Plus"/>
          <w:sz w:val="24"/>
        </w:rPr>
        <w:t>ἑνικῶς ἀπηγγέλλετο (ἰσχύοντα καὶ ἰσχύουσαν, πολεμιστὴν, δικαστὴν, προφήτην, στοχαστὴν, πεντηκόνταρχον, θαυμα‐ στὸν Σύμβουλον, σοφὸν Ἀρχιτέκτονα, τὸν συνετὸν ἀκροα‐</w:t>
      </w:r>
    </w:p>
    <w:p>
      <w:r>
        <w:rPr>
          <w:rFonts w:ascii="Courier New" w:hAnsi="Courier New"/>
          <w:color w:val="555555"/>
          <w:sz w:val="20"/>
        </w:rPr>
        <w:t>[25]</w:t>
      </w:r>
    </w:p>
    <w:p>
      <w:r>
        <w:rPr>
          <w:rFonts w:ascii="Gentium Plus" w:hAnsi="Gentium Plus"/>
          <w:sz w:val="24"/>
        </w:rPr>
        <w:t>ὁ τὴν ἡλικίαν νέος κατηγορεῖται, ἀλλ’ ὁ νεαρὸς τὸ ἦθος· οὐ γὰρ ὁ τῷ χρόνῳ ἐλλείπων πάντως ψεκτός, ἀλλ’ ὁ κατὰ πάθος ζῶν. Ὁποῖος ἦν ὁ Ῥοβοὰμ, περὶ οὗ γέγραπται, ὅτι Καὶ Ῥοβοὰμ ἦν νεώτερος καὶ δειλὸς τῇ καρδίᾳ. Διὰ τοῦτο καὶ ὁ Ἐκκλησιαστής· Οὐαί σοι πόλις (φησὶν) ἧς ὁ</w:t>
      </w:r>
    </w:p>
    <w:p>
      <w:r>
        <w:rPr>
          <w:rFonts w:ascii="Courier New" w:hAnsi="Courier New"/>
          <w:color w:val="555555"/>
          <w:sz w:val="20"/>
        </w:rPr>
        <w:t>[30]</w:t>
      </w:r>
    </w:p>
    <w:p>
      <w:r>
        <w:rPr>
          <w:rFonts w:ascii="Gentium Plus" w:hAnsi="Gentium Plus"/>
          <w:sz w:val="24"/>
        </w:rPr>
        <w:t>βασιλεύς σου νεώτερος καὶ οἱ ἄρχοντές σου πρωῒ ἐσθίουσιν. Οὐ γὰρ ὁ τὴν ἡλικίαν νέος, ἀλλ’ ὁ τὴν ψυχὴν ἀτελὴς, νεώ‐ τερος καὶ ἐνταῦθα λέγεται. —Ἐπεὶ τό γε τῆς ἡλικίας ὅτι οὐκ ἐμπόδιον τῷ βουλομένῳ ζῇν κατ’ ἀρετὴν, ἐν τοῖς πρὸς Ἱερεμίαν λόγοις ὁ Κύριος ἔδειξεν, εἰπών· Μὴ λέγε, ὅτι</w:t>
      </w:r>
    </w:p>
    <w:p>
      <w:r>
        <w:rPr>
          <w:rFonts w:ascii="Courier New" w:hAnsi="Courier New"/>
          <w:color w:val="555555"/>
          <w:sz w:val="20"/>
        </w:rPr>
        <w:t>[35]</w:t>
      </w:r>
    </w:p>
    <w:p>
      <w:r>
        <w:rPr>
          <w:rFonts w:ascii="Gentium Plus" w:hAnsi="Gentium Plus"/>
          <w:sz w:val="24"/>
        </w:rPr>
        <w:t>νεώτερός εἰμι. Οὐ γὰρ ἠρνήσατο αὐτὸν εἶναι νεώτερον· ἀλλ’ ἔφη μὴ εἶναι ἐμπόδιον αὐτῷ τὴν νεότητα διὰ τὴν τελείω‐ σιν τῆς ψυχῆς· Ὅτι πρὸς πάντας, πρὸς οὓς ἐὰν ἐξαποστελῶ σε, πορεύσῃ. Τῷ γὰρ φρονήματι ἑώρακα πρεσβυτικὸν τυγ‐ χάνοντα, ὁ βλέπων τὴν σεμνότητα τῆς ἐν τῷ κρυπτῷ πολιᾶς.</w:t>
      </w:r>
    </w:p>
    <w:p>
      <w:r>
        <w:rPr>
          <w:rFonts w:ascii="Courier New" w:hAnsi="Courier New"/>
          <w:color w:val="555555"/>
          <w:sz w:val="20"/>
        </w:rPr>
        <w:t>[3 . 109]</w:t>
      </w:r>
    </w:p>
    <w:p>
      <w:r>
        <w:rPr>
          <w:rFonts w:ascii="Gentium Plus" w:hAnsi="Gentium Plus"/>
          <w:sz w:val="24"/>
        </w:rPr>
        <w:t>Ἐμπαῖκται δὲ κυριεύσουσιν, τῶν παραστησάντων ἑαυτοὺς δούλους τῇ ἁμαρτίᾳ. Ἐὰν γὰρ γένηται κύριος αὐτῶν ὁ κοινὸς ἐχθρός, οὐχὶ ὡς ἰδίοις κέχρη‐ ται, ἀλλὰ παρακέχρηται ὡς ἀλλοτρίοις. Ἐμπομπεύει γὰρ τῷ</w:t>
      </w:r>
    </w:p>
    <w:p>
      <w:r>
        <w:rPr>
          <w:rFonts w:ascii="Courier New" w:hAnsi="Courier New"/>
          <w:color w:val="555555"/>
          <w:sz w:val="20"/>
        </w:rPr>
        <w:t>[5]</w:t>
      </w:r>
    </w:p>
    <w:p>
      <w:r>
        <w:rPr>
          <w:rFonts w:ascii="Gentium Plus" w:hAnsi="Gentium Plus"/>
          <w:sz w:val="24"/>
        </w:rPr>
        <w:t>παγιδευθέντι ὑπὸ τῆς ἁμαρτίας ὁ κοινὸς ἡμῶν πολέμιος, ἐπεμ‐ βαίνων καὶ κατεπαιρόμενος ἡμῶν, καὶ οὐχ ἡμῶν μόνον, ἀλλὰ</w:t>
      </w:r>
    </w:p>
    <w:p>
      <w:r>
        <w:rPr>
          <w:rFonts w:ascii="Courier New" w:hAnsi="Courier New"/>
          <w:color w:val="555555"/>
          <w:sz w:val="20"/>
        </w:rPr>
        <w:t>[10]</w:t>
      </w:r>
    </w:p>
    <w:p>
      <w:r>
        <w:rPr>
          <w:rFonts w:ascii="Gentium Plus" w:hAnsi="Gentium Plus"/>
          <w:sz w:val="24"/>
        </w:rPr>
        <w:t>ποίηται εἰς τὸ ἐγκαταπαίζεσθαι (Τοῦτο γάρ ἐστι, φησὶν, ἀρχὴ πλάσματος Κυρίου, πεποιημένον ἐγκαταπαίζεσθαι ὑπὸ τῶν Ἀγγέλων αὐτοῦ· καὶ ὁ ψαλμός· Δράκων οὗτος, ὃν ἔπλασας, ἐμπαίζειν αὐτῷ) περιτρέψας ἡμῖν ἅπερ αὐτὸς πάσχειν ὤφειλεν, κυριεύει ἡμῶν διὰ τῶν ἐμπαιγμῶν. Ὅθεν ὁ τῆς</w:t>
      </w:r>
    </w:p>
    <w:p>
      <w:r>
        <w:rPr>
          <w:rFonts w:ascii="Courier New" w:hAnsi="Courier New"/>
          <w:color w:val="555555"/>
          <w:sz w:val="20"/>
        </w:rPr>
        <w:t>[15]</w:t>
      </w:r>
    </w:p>
    <w:p>
      <w:r>
        <w:rPr>
          <w:rFonts w:ascii="Gentium Plus" w:hAnsi="Gentium Plus"/>
          <w:sz w:val="24"/>
        </w:rPr>
        <w:t>ἐκ τοῦ διαβόλου ἐνεργηθείσης εἰς αὐτὸν ἁμαρτίας αἰσθό‐ μενος, Ὅτι αἱ ψόαι μου, φησὶν, ἐπλήσθησαν ἐμπαιγμάτων. Καὶ σχεδὸν ὥσπερ ὁ Σαμψὼν, λάφυρον γενόμενος διὰ τῆς πορνείας τοῖς ἀλλοφύλοις, ἀποτυφλωθεὶς παρ’ αὐτῶν, προ‐ ήχθη τοῦ ἐμπαιχθῆναι, οὕτω καὶ πᾶς, ὃν ἂν ἀποτυφλώσῃ ἡ</w:t>
      </w:r>
    </w:p>
    <w:p>
      <w:r>
        <w:rPr>
          <w:rFonts w:ascii="Courier New" w:hAnsi="Courier New"/>
          <w:color w:val="555555"/>
          <w:sz w:val="20"/>
        </w:rPr>
        <w:t>[20]</w:t>
      </w:r>
    </w:p>
    <w:p>
      <w:r>
        <w:rPr>
          <w:rFonts w:ascii="Gentium Plus" w:hAnsi="Gentium Plus"/>
          <w:sz w:val="24"/>
        </w:rPr>
        <w:t>ἁμαρτία, ἐμπαίζεται παρὰ τῶν ἀλλοτρίων. Τούτους δὲ τοὺς ἐμπαίζοντας οὐκ αὐτὸς ἐπιστήσειν ὁ Κύριος ἀπειλεῖ, ὥσπερ τοὺς νεανίσκους ἄρχοντας, ἀλλ’ ἀφ’ ἑαυτῶν ἔφη κυριεύσειν, ἐξ ὧν ἂν ἕκαστος ἑαυτῷ διὰ τῶν ἔργων τὸ κυ‐ ριευθῆναι παρ’ αὐτῶν ἐπισπάσηται. Τάχα οὖν διὰ τὸ ἐμπαῖξαι</w:t>
      </w:r>
    </w:p>
    <w:p>
      <w:r>
        <w:rPr>
          <w:rFonts w:ascii="Courier New" w:hAnsi="Courier New"/>
          <w:color w:val="555555"/>
          <w:sz w:val="20"/>
        </w:rPr>
        <w:t>[25]</w:t>
      </w:r>
    </w:p>
    <w:p>
      <w:r>
        <w:rPr>
          <w:rFonts w:ascii="Gentium Plus" w:hAnsi="Gentium Plus"/>
          <w:sz w:val="24"/>
        </w:rPr>
        <w:t>τῷ Κυρίῳ πρὸ τοῦ σταυροῦ τοὺς μέλλοντας σταυροῦν, παρε‐ δόθησαν νεωτέρᾳ ἀρχῇ τῇ τῶν Ῥωμαίων· ἐμπαῖκται δὲ κατεκυρίευσαν αὐτῶν, οἱ τὴν ἀλήθειαν μὴ ἔχοντες παρ’ ἑαυ‐ τοῖς. —Κἂν Ἐκκλησίαν δὲ ἴδῃς ὑπὸ τῶν ἐν πανουργίᾳ δουλούντων τὸν λόγον ἀγομένην καὶ ὑπὸ τῶν ἐν ὑποκρίσει</w:t>
      </w:r>
    </w:p>
    <w:p>
      <w:r>
        <w:rPr>
          <w:rFonts w:ascii="Courier New" w:hAnsi="Courier New"/>
          <w:color w:val="555555"/>
          <w:sz w:val="20"/>
        </w:rPr>
        <w:t>[30]</w:t>
      </w:r>
    </w:p>
    <w:p>
      <w:r>
        <w:rPr>
          <w:rFonts w:ascii="Gentium Plus" w:hAnsi="Gentium Plus"/>
          <w:sz w:val="24"/>
        </w:rPr>
        <w:t>ψευδολόγων, γίνωσκε ὅτι ἐμπαῖκται κυριεύουσιν αὐτῆς, οἱ διὰ τῆς χρηστολογίας καὶ πιθανολογίας ἐξαπατῶντες τοὺς</w:t>
      </w:r>
    </w:p>
    <w:p>
      <w:r>
        <w:rPr>
          <w:rFonts w:ascii="Courier New" w:hAnsi="Courier New"/>
          <w:color w:val="555555"/>
          <w:sz w:val="20"/>
        </w:rPr>
        <w:t>[3 . 110]</w:t>
      </w:r>
    </w:p>
    <w:p>
      <w:r>
        <w:rPr>
          <w:rFonts w:ascii="Gentium Plus" w:hAnsi="Gentium Plus"/>
          <w:sz w:val="24"/>
        </w:rPr>
        <w:t>Καὶ συμπεσεῖται ὁ λαὸς, ἄνθρωπος πρὸς ἄνθρωπον, καὶ ἄνθρωπος πρὸς τὸν πλησίον αὐτοῦ. Ἄντικρυς τὰ πρὸ τῆς ἁλώσεως Ἱεροσολύμων (τῆς τελευ‐ ταίας ταύτης, μεθ’ ἣν τῇ διασπορᾷ παρεδόθησαν) διηγεῖται ὁ</w:t>
      </w:r>
    </w:p>
    <w:p>
      <w:r>
        <w:rPr>
          <w:rFonts w:ascii="Courier New" w:hAnsi="Courier New"/>
          <w:color w:val="555555"/>
          <w:sz w:val="20"/>
        </w:rPr>
        <w:t>[5]</w:t>
      </w:r>
    </w:p>
    <w:p>
      <w:r>
        <w:rPr>
          <w:rFonts w:ascii="Gentium Plus" w:hAnsi="Gentium Plus"/>
          <w:sz w:val="24"/>
        </w:rPr>
        <w:t>Προφήτης, οὐκέτι δι’ αἰνιγμάτων προφητικῶν προάγων τὸν λόγον, ἀλλὰ γυμνῶς καὶ ἀναφανδὸν αὐτὰ τὰ πράγματα διη‐ γούμενος· ὅτε, συμπεσόντες ἀλλήλοις, στάσεως καὶ φόνου τὴν πόλιν ἐνέπλησαν, οὐδὲ ὑπὸ τῶν περιεστοιχισμένων αὐτοῖς πο‐ λεμίων, εἰς τὴν ἀναγκαίαν ὁμόνοιαν συνελαυνόμενοι, ἀλλὰ περὶ</w:t>
      </w:r>
    </w:p>
    <w:p>
      <w:r>
        <w:rPr>
          <w:rFonts w:ascii="Courier New" w:hAnsi="Courier New"/>
          <w:color w:val="555555"/>
          <w:sz w:val="20"/>
        </w:rPr>
        <w:t>[10]</w:t>
      </w:r>
    </w:p>
    <w:p>
      <w:r>
        <w:rPr>
          <w:rFonts w:ascii="Gentium Plus" w:hAnsi="Gentium Plus"/>
          <w:sz w:val="24"/>
        </w:rPr>
        <w:t>τῶν ἐσχάτων ἀγωνιῶντες, τῆς πόλεως ἤδη λαμβανομένης, τῶν τειχῶν καταῤῥιπτομένων, τῶν πολεμίων εἰσχεομένων, ὑπὸ φι‐ λαρχίας καὶ φιλοπρωτείας ἀλλήλοις ἀντεπῄεσαν. Καὶ ταῦτα ἔπασχον διὰ τὸ ἀρθῆναι ἀπ’ αὐτῶν Προφήτην καὶ στοχαστὴν καὶ πρεσβύτερον καὶ θαυμαστὸν Σύμβουλον· ἐπιστῆναι δὲ</w:t>
      </w:r>
    </w:p>
    <w:p>
      <w:r>
        <w:rPr>
          <w:rFonts w:ascii="Courier New" w:hAnsi="Courier New"/>
          <w:color w:val="555555"/>
          <w:sz w:val="20"/>
        </w:rPr>
        <w:t>[15]</w:t>
      </w:r>
    </w:p>
    <w:p>
      <w:r>
        <w:rPr>
          <w:rFonts w:ascii="Gentium Plus" w:hAnsi="Gentium Plus"/>
          <w:sz w:val="24"/>
        </w:rPr>
        <w:t>αὐτοῖς ἄρχοντας νεανίσκους καὶ ἐμπαίκτας αὐτῶν κυριεῦ‐ σαι. Καὶ προσκόψει τὸ παιδίον πρὸς τὸν πρεσβύτην, ὁ ἄτι‐ μος πρὸς τὸν ἔντιμον. Ἐπεξέρχεται τοῖς τῆς συγχύσεως ἰδιώμασιν. Ἴδιον γὰρ στάσεως τὸ μηδὲν διακρίνειν, ἀλλὰ</w:t>
      </w:r>
    </w:p>
    <w:p>
      <w:r>
        <w:rPr>
          <w:rFonts w:ascii="Courier New" w:hAnsi="Courier New"/>
          <w:color w:val="555555"/>
          <w:sz w:val="20"/>
        </w:rPr>
        <w:t>[20]</w:t>
      </w:r>
    </w:p>
    <w:p>
      <w:r>
        <w:rPr>
          <w:rFonts w:ascii="Gentium Plus" w:hAnsi="Gentium Plus"/>
          <w:sz w:val="24"/>
        </w:rPr>
        <w:t>καὶ τὸν παῖδα δυσαρεστεῖσθαι τῷ πρεσβύτῃ, καὶ προσ‐ κόπτειν αὐτοῦ τοῖς διδάγμασι· καὶ ὁ ἄτιμος διὰ τὸ ἐν πάθει ἀτιμίας ἐνυβρίσθαι, σεμνότερον ἑαυτὸν βουλήσεται νομίζε‐</w:t>
      </w:r>
    </w:p>
    <w:p>
      <w:r>
        <w:rPr>
          <w:rFonts w:ascii="Courier New" w:hAnsi="Courier New"/>
          <w:color w:val="555555"/>
          <w:sz w:val="20"/>
        </w:rPr>
        <w:t>[25]</w:t>
      </w:r>
    </w:p>
    <w:p>
      <w:r>
        <w:rPr>
          <w:rFonts w:ascii="Gentium Plus" w:hAnsi="Gentium Plus"/>
          <w:sz w:val="24"/>
        </w:rPr>
        <w:t>ὅτε παῖδες νέοι τὴν ἡλικίαν, νεαρώτεροι τὸν τρόπον, τοῖς πρεσβυτέροις τῆς Ἐκκλησίας προσκόπτουσι, μήτε τὰς ἱερουργίας αὐτῶν προσιέμενοι, μήτε τὴν πρέπουσαν εὐτα‐ ξίαν τῆς Ἐκκλησίας φυλάσσοντες. —Καὶ ὅταν δὲ οἱ κακῶς βεβιωκότες κατὰ τῶν εὐπολιτεύτων στρατεύωνται, οἱ ἄτι‐</w:t>
      </w:r>
    </w:p>
    <w:p>
      <w:r>
        <w:rPr>
          <w:rFonts w:ascii="Courier New" w:hAnsi="Courier New"/>
          <w:color w:val="555555"/>
          <w:sz w:val="20"/>
        </w:rPr>
        <w:t>[30]</w:t>
      </w:r>
    </w:p>
    <w:p>
      <w:r>
        <w:rPr>
          <w:rFonts w:ascii="Gentium Plus" w:hAnsi="Gentium Plus"/>
          <w:sz w:val="24"/>
        </w:rPr>
        <w:t>μοι τοῖς ἐντίμοις προσκόπτουσιν. Ἢ γὰρ οὐχ ὁρῶμεν ἄνδρας καθ’ ἑκάστην ἡμέραν ἀπὸ μέθης καὶ γαστριμαργίας, ἀπὸ τῶν χαμαιτυπιῶν ἀνισταμένους, καὶ περὶ Θεοῦ διαλε‐ γομένους καὶ κρίνοντας τοὺς τιμίους τοῦ λαοῦ;</w:t>
      </w:r>
    </w:p>
    <w:p>
      <w:r>
        <w:rPr>
          <w:rFonts w:ascii="Courier New" w:hAnsi="Courier New"/>
          <w:color w:val="555555"/>
          <w:sz w:val="20"/>
        </w:rPr>
        <w:t>[3 . 111]</w:t>
      </w:r>
    </w:p>
    <w:p>
      <w:r>
        <w:rPr>
          <w:rFonts w:ascii="Gentium Plus" w:hAnsi="Gentium Plus"/>
          <w:sz w:val="24"/>
        </w:rPr>
        <w:t>Ὅτι ἐπιλήψεται ἄνθρωπος τοῦ ἀδελφοῦ αὐτοῦ καὶ τοῦ πλησίον τοῦ πατρὸς αὐτοῦ, λέγων· Ἱμάτιον ἔχεις· ἀρ‐ χηγὸς ἡμῶν γενοῦ· καὶ τὸ βρῶμα τὸ ἐμὸν ὑπὸ σὲ ἔστω. Σαφῶς καὶ ταῦτα ἐπὶ τὸν καιρὸν φέρει τῆς Ἰουδαϊκῆς</w:t>
      </w:r>
    </w:p>
    <w:p>
      <w:r>
        <w:rPr>
          <w:rFonts w:ascii="Courier New" w:hAnsi="Courier New"/>
          <w:color w:val="555555"/>
          <w:sz w:val="20"/>
        </w:rPr>
        <w:t>[5]</w:t>
      </w:r>
    </w:p>
    <w:p>
      <w:r>
        <w:rPr>
          <w:rFonts w:ascii="Gentium Plus" w:hAnsi="Gentium Plus"/>
          <w:sz w:val="24"/>
        </w:rPr>
        <w:t>ἁλώσεως, ὅτε ἐκτετηκότες λιμῷ, ὡς καὶ εἰς ἀλληλοφαγίαν αὐτοὺς ἐκπεσεῖν, τοῖς δοκοῦσιν εὐπορεῖν προσεχώρουν τὰς προστασίας αὐτῶν ἐπικαλούμενοι· Ἱμάτιον ἔχεις· ἀρχηγὸς ἡμῶν γενοῦ. —Ὁ ἀληθῶς ἄρχων οὐκ ἐκ τῶν ἔξωθεν συμβό‐ λων γνωρίζεται, οἷον πορφύρας, χλανίδος καὶ διαδήματος,</w:t>
      </w:r>
    </w:p>
    <w:p>
      <w:r>
        <w:rPr>
          <w:rFonts w:ascii="Courier New" w:hAnsi="Courier New"/>
          <w:color w:val="555555"/>
          <w:sz w:val="20"/>
        </w:rPr>
        <w:t>[10]</w:t>
      </w:r>
    </w:p>
    <w:p>
      <w:r>
        <w:rPr>
          <w:rFonts w:ascii="Gentium Plus" w:hAnsi="Gentium Plus"/>
          <w:sz w:val="24"/>
        </w:rPr>
        <w:t>ἀλλ’ ἐκ τοῦ ἔχειν τὴν ἀρχικὴν ἀρετήν. Ὁ γὰρ ἀρχόμενος ὑπὸ τῶν ἡδονῶν καὶ ἀγόμενος ἐπιθυμίαις ποικίλαις, δοῦλος ὢν τῆς ἁμαρτίας, ἀνεπιτήδειός ἐστι πρὸς τὸ ἄρχειν. Ἐν‐ ταῦθα μέντοι ἡ μαρτυρία τοῦ δύνασθαι ἄρχειν οὐκ ἀπὸ τοῦ τὴν ψυχὴν κεκοσμῆσθαι, ἀλλ’ ἀπὸ τῆς τῶν ἱματίων περι‐</w:t>
      </w:r>
    </w:p>
    <w:p>
      <w:r>
        <w:rPr>
          <w:rFonts w:ascii="Courier New" w:hAnsi="Courier New"/>
          <w:color w:val="555555"/>
          <w:sz w:val="20"/>
        </w:rPr>
        <w:t>[15]</w:t>
      </w:r>
    </w:p>
    <w:p>
      <w:r>
        <w:rPr>
          <w:rFonts w:ascii="Gentium Plus" w:hAnsi="Gentium Plus"/>
          <w:sz w:val="24"/>
        </w:rPr>
        <w:t>βολῆς. Ἀλλ’ ἡμεῖς εὐξώμεθα, τοὺς ἄρχοντας τῶν Ἐκκλησιῶν καὶ καθηγουμένους τοῦ λαοῦ μὴ ἐκ τῆς ἔξωθεν περιβολῆς καὶ τοῦ ἐπιφερομένου σχηματισμοῦ τὴν μαρτυρίαν ἔχειν, ἀλλ’ ἀπ’ αὐτῆς τῆς ἀληθείας, ὥστε λέγειν ἡμᾶς· οὐκ ἐπει‐</w:t>
      </w:r>
    </w:p>
    <w:p>
      <w:r>
        <w:rPr>
          <w:rFonts w:ascii="Courier New" w:hAnsi="Courier New"/>
          <w:color w:val="555555"/>
          <w:sz w:val="20"/>
        </w:rPr>
        <w:t>[20]</w:t>
      </w:r>
    </w:p>
    <w:p>
      <w:r>
        <w:rPr>
          <w:rFonts w:ascii="Gentium Plus" w:hAnsi="Gentium Plus"/>
          <w:sz w:val="24"/>
        </w:rPr>
        <w:t>δὴ τὸ ἔξωθέν σου κεκόσμηται καὶ ἱκανῶς σοι πλάσμα τῆς εὐσεβείας κατώρθωται, ἀλλ’ ἐπειδή σου τὴν ψυχὴν ἐνέδυσεν ὁ Θεὸς ἱμάτιον σωτηρίου καὶ χιτῶνα εὐφροσύνης καὶ παντὶ πλούτῳ σε ἐμεγάλυνεν, ἀρχηγὸς ἡμῶν γενοῦ, ὅπως ἂν ἀπὸ τῆς ἐν λόγῳ καὶ σοφίᾳ καὶ ἔργοις ἀγαθοῖς</w:t>
      </w:r>
    </w:p>
    <w:p>
      <w:r>
        <w:rPr>
          <w:rFonts w:ascii="Courier New" w:hAnsi="Courier New"/>
          <w:color w:val="555555"/>
          <w:sz w:val="20"/>
        </w:rPr>
        <w:t>[25]</w:t>
      </w:r>
    </w:p>
    <w:p>
      <w:r>
        <w:rPr>
          <w:rFonts w:ascii="Gentium Plus" w:hAnsi="Gentium Plus"/>
          <w:sz w:val="24"/>
        </w:rPr>
        <w:t>περιουσίας εὐθηνίαν ἡμῖν ἐκ τῆς σῆς διακονίας τῶν πνευ‐ ματικῶν εὕρωμεν ἀπολαύσεων. Καὶ τὸ βρῶμα τὸ ἐμὸν ὑπὸ σὲ ἔστω, τουτέστι τὸ σιτομέτριον ὑπὸ σὲ ἔστω.</w:t>
      </w:r>
    </w:p>
    <w:p>
      <w:r>
        <w:rPr>
          <w:rFonts w:ascii="Courier New" w:hAnsi="Courier New"/>
          <w:color w:val="555555"/>
          <w:sz w:val="20"/>
        </w:rPr>
        <w:t>[3 . 112]</w:t>
      </w:r>
    </w:p>
    <w:p>
      <w:r>
        <w:rPr>
          <w:rFonts w:ascii="Gentium Plus" w:hAnsi="Gentium Plus"/>
          <w:sz w:val="24"/>
        </w:rPr>
        <w:t>Καὶ ἀποκριθεὶς ἐν τῇ ἡμέρᾳ ἐκείνῃ ἐρεῖ· Οὐκ ἔσομαι ἀρχηγὸς ὑμῶν· οὐ γάρ ἐστιν ἐν τῷ οἴκῳ μου ἄρτος, οὐδὲ ἱμάτιον. Ἔτι τὰ κατὰ τὴν στάσιν, ὡς πρὸς τὴν ἱστορίαν, ὁ λό‐</w:t>
      </w:r>
    </w:p>
    <w:p>
      <w:r>
        <w:rPr>
          <w:rFonts w:ascii="Courier New" w:hAnsi="Courier New"/>
          <w:color w:val="555555"/>
          <w:sz w:val="20"/>
        </w:rPr>
        <w:t>[5]</w:t>
      </w:r>
    </w:p>
    <w:p>
      <w:r>
        <w:rPr>
          <w:rFonts w:ascii="Gentium Plus" w:hAnsi="Gentium Plus"/>
          <w:sz w:val="24"/>
        </w:rPr>
        <w:t>γος αἰνίσσεται, τὴν εἰς ἔσχατον πτῶσιν τοῦ λαοῦ διηγούμε‐ νος, ὡς μηδὲ μέχρις ἑνὸς ἱματίου εὐπορούντων, τῶν εἰς προστασίαν παρ’ αὐτῶν ἑλκομένων. Δείκνυσι δὲ τὸ στασια‐ στικὸν τῆς στάσεως τῶν πραγμάτων, τὸ μὴ ἐκ συμφώ‐ νου, μηδὲ ἐκ συμπνοίας πάντας ὁρμᾷν ἐπὶ τὴν ἐκλογὴν</w:t>
      </w:r>
    </w:p>
    <w:p>
      <w:r>
        <w:rPr>
          <w:rFonts w:ascii="Courier New" w:hAnsi="Courier New"/>
          <w:color w:val="555555"/>
          <w:sz w:val="20"/>
        </w:rPr>
        <w:t>[10]</w:t>
      </w:r>
    </w:p>
    <w:p>
      <w:r>
        <w:rPr>
          <w:rFonts w:ascii="Gentium Plus" w:hAnsi="Gentium Plus"/>
          <w:sz w:val="24"/>
        </w:rPr>
        <w:t>τοῦ δυναμένου ἄρχειν αὐτῶν· ἀλλ’ ἕκαστον τοῦ προστυ‐ χόντος ἐπιλαμβάνεσθαι καὶ μὴ τὸν ἄξιον αἱρεῖσθαι, ἀλλὰ τὸν αὐτῷ οἰκεῖον· μηδὲ τὸν σώζειν δυνάμενον, ἀλλὰ τὸν κατὰ γένος αὐτῷ διαφέροντα· Ἐπιλήψεται γὰρ (φησὶν) ἄνθρωπος</w:t>
      </w:r>
    </w:p>
    <w:p>
      <w:r>
        <w:rPr>
          <w:rFonts w:ascii="Courier New" w:hAnsi="Courier New"/>
          <w:color w:val="555555"/>
          <w:sz w:val="20"/>
        </w:rPr>
        <w:t>[15]</w:t>
      </w:r>
    </w:p>
    <w:p>
      <w:r>
        <w:rPr>
          <w:rFonts w:ascii="Gentium Plus" w:hAnsi="Gentium Plus"/>
          <w:sz w:val="24"/>
        </w:rPr>
        <w:t>Ὅπερ ἀπείη ἐν ταῖς τῶν Ἐκκλησιῶν προστασίαις γε‐ νέσθαι, ὥστε τὸν τυχόντα τοῦ τυχόντος ἐπιλαμβάνεσθαι, καὶ τὸν ἀποροῦντα γαμικῶν ἐνδυμάτων καὶ κόσμου τοῦ πρέποντος ἐστερημένον· πτωχεύοντα βρωμάτων πνευματι‐ κῶν, καὶ οὐκ ἔχοντα ἐν τῇ οἰκίᾳ αὐτοῦ, τουτέστιν ἐν τῷ</w:t>
      </w:r>
    </w:p>
    <w:p>
      <w:r>
        <w:rPr>
          <w:rFonts w:ascii="Courier New" w:hAnsi="Courier New"/>
          <w:color w:val="555555"/>
          <w:sz w:val="20"/>
        </w:rPr>
        <w:t>[20]</w:t>
      </w:r>
    </w:p>
    <w:p>
      <w:r>
        <w:rPr>
          <w:rFonts w:ascii="Gentium Plus" w:hAnsi="Gentium Plus"/>
          <w:sz w:val="24"/>
        </w:rPr>
        <w:t>κρυπτῷ τῆς καρδίας αὐτοῦ, ἄρτον ἀληθινὸν καὶ ζῶντα, δυνάμενον στηρίζειν τὴν καρδίαν ἀνθρώπου. Νῦν δὲ φοβοῦ‐ μαι, μὴ ἐν μὲν τῇ Ἰουδαϊκῇ στάσει ἦσάν τινες, οἱ ἀναξίους ἑαυτοὺς τοῦ ἑτέρων ἄρχειν ἡγούμενοι, διὰ τὴν συναίσθησιν τῆς ἐνυπαρχούσης αὐτοῖς πτωχείας· ἐπὶ δὲ τῶν παρόντων,</w:t>
      </w:r>
    </w:p>
    <w:p>
      <w:r>
        <w:rPr>
          <w:rFonts w:ascii="Courier New" w:hAnsi="Courier New"/>
          <w:color w:val="555555"/>
          <w:sz w:val="20"/>
        </w:rPr>
        <w:t>[25]</w:t>
      </w:r>
    </w:p>
    <w:p>
      <w:r>
        <w:rPr>
          <w:rFonts w:ascii="Gentium Plus" w:hAnsi="Gentium Plus"/>
          <w:sz w:val="24"/>
        </w:rPr>
        <w:t>κἂν μὴ ὦσί τινες ἐνδεδυμένοι Χριστὸν, μηδὲ σπλάγχνα οἰκτιρμοῦ, κατὰ τὸν Ἀπόστολον, κἂν ἐπιλάβηταί τις, οὐκ ἀντιλέγουσι, κἂν μὴ ἐπιλάβηται, εἰσωθοῦνται πολλοὶ, σπου‐ δάρχαι δὲ πολλοὶ αὐτοχειροτόνητοι, τὴν παροῦσαν λαμπρό‐ τητα διώκοντες, τὴν δὲ μέλλουσαν κρίσιν μὴ προορώμενοι.</w:t>
      </w:r>
    </w:p>
    <w:p>
      <w:r>
        <w:rPr>
          <w:rFonts w:ascii="Courier New" w:hAnsi="Courier New"/>
          <w:color w:val="555555"/>
          <w:sz w:val="20"/>
        </w:rPr>
        <w:t>[30]</w:t>
      </w:r>
    </w:p>
    <w:p>
      <w:r>
        <w:rPr>
          <w:rFonts w:ascii="Gentium Plus" w:hAnsi="Gentium Plus"/>
          <w:sz w:val="24"/>
        </w:rPr>
        <w:t>Ἀλλ’ οὐ Μωϋσῆς τοιοῦτος· ἀλλ’ ὁ πάντα εὐπειθὴς καὶ εὐήκοος, ὅτε ἀπεστέλλετο πρὸς τὸν λαόν· Δέομαι (φησὶ) Κύριε, προχείρισαι ἄλλον, ὃν ἀποστελεῖς. Δι’ ὃ καὶ οἱονεὶ φιλονεικότερον ἀντέχεσθαι αὐτοῦ τὸν Θεὸν κατεσκεύασεν, αὐτῇ τῇ παραιτήσει καὶ τῇ ὁμολογίᾳ τῆς ἀσθενείας τὸ ἄξιος</w:t>
      </w:r>
    </w:p>
    <w:p>
      <w:r>
        <w:rPr>
          <w:rFonts w:ascii="Courier New" w:hAnsi="Courier New"/>
          <w:color w:val="555555"/>
          <w:sz w:val="20"/>
        </w:rPr>
        <w:t>[35]</w:t>
      </w:r>
    </w:p>
    <w:p>
      <w:r>
        <w:rPr>
          <w:rFonts w:ascii="Gentium Plus" w:hAnsi="Gentium Plus"/>
          <w:sz w:val="24"/>
        </w:rPr>
        <w:t>εἶναι τοῦ προεστάναι δεικνύς. Διὸ καλῶς ἔχει τὸ παράγ‐ γελμα· Μὴ ζήτει γενέσθαι κριτὴς, μήπως οὐκ ἰσχύσεις ἐξᾶραι ἀδικίας. —Ὁ μέντοι προφητικὸς λόγος τὴν παραί‐</w:t>
      </w:r>
    </w:p>
    <w:p>
      <w:r>
        <w:rPr>
          <w:rFonts w:ascii="Courier New" w:hAnsi="Courier New"/>
          <w:color w:val="555555"/>
          <w:sz w:val="20"/>
        </w:rPr>
        <w:t>[40]</w:t>
      </w:r>
    </w:p>
    <w:p>
      <w:r>
        <w:rPr>
          <w:rFonts w:ascii="Gentium Plus" w:hAnsi="Gentium Plus"/>
          <w:sz w:val="24"/>
        </w:rPr>
        <w:t>ἀρχηγός· ἀλλὰ μετὰ προσθήκης· Οὐκ ἔσομαι ἀρχηγὸς τοῦ λαοῦ τούτου· καὶ τὴν αἰτίαν ἐπήγαγεν.</w:t>
      </w:r>
    </w:p>
    <w:p>
      <w:r>
        <w:rPr>
          <w:rFonts w:ascii="Courier New" w:hAnsi="Courier New"/>
          <w:color w:val="555555"/>
          <w:sz w:val="20"/>
        </w:rPr>
        <w:t>[3 . 113]</w:t>
      </w:r>
    </w:p>
    <w:p>
      <w:r>
        <w:rPr>
          <w:rFonts w:ascii="Gentium Plus" w:hAnsi="Gentium Plus"/>
          <w:sz w:val="24"/>
        </w:rPr>
        <w:t>Ὅτι ἀνεῖται Ἱερουσαλὴμ καὶ ἡ Ἰουδαία συμ‐ πέπτωκε, καὶ αἱ γλῶσσαι αὐτῶν μετὰ ἀνομίας τὰ πρὸς Κύριον ἀπειθοῦσιν. Ἡ γὰρ τέως συνεχομένη ὑπὸ τῆς χειρὸς τοῦ Κυρίου Ἱε‐</w:t>
      </w:r>
    </w:p>
    <w:p>
      <w:r>
        <w:rPr>
          <w:rFonts w:ascii="Courier New" w:hAnsi="Courier New"/>
          <w:color w:val="555555"/>
          <w:sz w:val="20"/>
        </w:rPr>
        <w:t>[5]</w:t>
      </w:r>
    </w:p>
    <w:p>
      <w:r>
        <w:rPr>
          <w:rFonts w:ascii="Gentium Plus" w:hAnsi="Gentium Plus"/>
          <w:sz w:val="24"/>
        </w:rPr>
        <w:t>ρουσαλὴμ τῷ δεσμῷ τῆς συναφείας, ἀνεῖται νῦν καὶ ἐκβέ‐ βληται. Καὶ ἡ Ἰουδαία συμπέπτωκε, τῶν στηριγμάτων αὐτῆς ὑφαιρεθέντων. Καὶ οὐχὶ τὰ μὲν πάθη τοιαῦτα; ἐπι‐ μέλεια δὲ τίς τοῦ εὐαρεστῆσαι Θεῷ καὶ σπουδὴ εἰς με‐ τάνοιαν, ὥστε ἐντεῦθεν ἐλπίδα εἶναι παυθήσεσθαι τὰ δει‐</w:t>
      </w:r>
    </w:p>
    <w:p>
      <w:r>
        <w:rPr>
          <w:rFonts w:ascii="Courier New" w:hAnsi="Courier New"/>
          <w:color w:val="555555"/>
          <w:sz w:val="20"/>
        </w:rPr>
        <w:t>[10]</w:t>
      </w:r>
    </w:p>
    <w:p>
      <w:r>
        <w:rPr>
          <w:rFonts w:ascii="Gentium Plus" w:hAnsi="Gentium Plus"/>
          <w:sz w:val="24"/>
        </w:rPr>
        <w:t>νά; Ἀλλ’ Αἱ γλῶσσαι αὐτῶν τὰ πρὸς Κύριον ἀπειθοῦσιν, καὶ οὐχ ἁπλῶς ἀπειθοῦσιν, ἀλλὰ Μετὰ ἀνομίας. Ὡς, διὰ τὸ τὴν καρδίαν ἠλλοτριῶσθαι ἀπὸ Θεοῦ καὶ ἀνυπότακτον εἶναι τοῦ θείου νόμου, τῆς γλώσσης αὐτῶν, δέον μελετᾷν νυκτὸς καὶ ἡμέρας τὸν νόμον Κυρίου, ἀντιλεγούσης καὶ</w:t>
      </w:r>
    </w:p>
    <w:p>
      <w:r>
        <w:rPr>
          <w:rFonts w:ascii="Courier New" w:hAnsi="Courier New"/>
          <w:color w:val="555555"/>
          <w:sz w:val="20"/>
        </w:rPr>
        <w:t>[15]</w:t>
      </w:r>
    </w:p>
    <w:p>
      <w:r>
        <w:rPr>
          <w:rFonts w:ascii="Gentium Plus" w:hAnsi="Gentium Plus"/>
          <w:sz w:val="24"/>
        </w:rPr>
        <w:t>ἀπειθούσης. Τίνος οὖν ἄρξω; (φησί). Τῆς Ἱερουσαλήμ; Ἀλλὰ ἐκβέβλη‐ ται καὶ ἀνεῖται. Τῆς Ἰουδαίας; Ἀλλ’ οὐκέτι ἕστηκεν ὀρθή· συμπέπτωκε γάρ. Τῶν μετανοούντων; Ἀλλ’ ἀπειθοῦσι ταῖς γλώσσαις αὐτῶν. Τάχα τοίνυν διὰ τὴν προϋπάρχουσαν δόξαν,</w:t>
      </w:r>
    </w:p>
    <w:p>
      <w:r>
        <w:rPr>
          <w:rFonts w:ascii="Courier New" w:hAnsi="Courier New"/>
          <w:color w:val="555555"/>
          <w:sz w:val="20"/>
        </w:rPr>
        <w:t>[20]</w:t>
      </w:r>
    </w:p>
    <w:p>
      <w:r>
        <w:rPr>
          <w:rFonts w:ascii="Gentium Plus" w:hAnsi="Gentium Plus"/>
          <w:sz w:val="24"/>
        </w:rPr>
        <w:t>σεμνὸν τὸ ἄρχειν τῶν τοιούτων. Ἀλλ’ Ἐταπεινώθη (φησὶν) ἡ δόξα αὐτῶν, καὶ ἡ αἰσχύνη τοῦ προσώπου αὐτῶν ἀντέστη αὐ‐ τοῖς. Τουτέστιν, οὐδὲ παῤῥησία αὐτοῖς ἀνανεύειν πρὸς τὸν Θεὸν, διὰ τὸ τὴν ἁμαρτίαν μὴ τὴν τυχοῦσαν εἶναι, ἀλλὰ τῇ</w:t>
      </w:r>
    </w:p>
    <w:p>
      <w:r>
        <w:rPr>
          <w:rFonts w:ascii="Courier New" w:hAnsi="Courier New"/>
          <w:color w:val="555555"/>
          <w:sz w:val="20"/>
        </w:rPr>
        <w:t>[25]</w:t>
      </w:r>
    </w:p>
    <w:p>
      <w:r>
        <w:rPr>
          <w:rFonts w:ascii="Gentium Plus" w:hAnsi="Gentium Plus"/>
          <w:sz w:val="24"/>
        </w:rPr>
        <w:t>ἐπαισχυνόμενοι πεποιήκασιν, ἀλλ’ οἱονεὶ ἐπαγαλλόμενοι τῇ ἐργασίᾳ τῶν πονηρῶν, ἀνήγγειλαν πᾶσι καὶ ἐνεφάνισαν, ὥσ‐ περ ἐκεῖνοι, ἐπὶ τὰς παρανόμους ἡδονὰς ὁρμῶντες, οὐχὶ ῥή‐ μασιν εὐπροσώποις τὴν ἀσέλγειαν συνεκάλυπτον. Ποῦ γάρ εἰσι (φησὶν) οἱ ἄνδρες, οἱ εἰσελθόντες παρὰ σοί; Ἐξάγαγε αὐτοὺς</w:t>
      </w:r>
    </w:p>
    <w:p>
      <w:r>
        <w:rPr>
          <w:rFonts w:ascii="Courier New" w:hAnsi="Courier New"/>
          <w:color w:val="555555"/>
          <w:sz w:val="20"/>
        </w:rPr>
        <w:t>[30]</w:t>
      </w:r>
    </w:p>
    <w:p>
      <w:r>
        <w:rPr>
          <w:rFonts w:ascii="Gentium Plus" w:hAnsi="Gentium Plus"/>
          <w:sz w:val="24"/>
        </w:rPr>
        <w:t>πρὸς ἡμᾶς, ἵνα αὐτοῖς συγγενώμεθα. Ἐκείνην ἐμιμήσαντο τὴν ἁμαρτίαν. Τὴν γὰρ ἁμαρτίαν αὐ‐ τῶν, ὡς Σοδόμων, ἀνήγγειλαν καὶ ἐνεφάνισαν. Ταῦτα ὁ ἐντυ‐ χὼν τῇ ἱστορίᾳ διηγουμένῃ τὰ πρὸ τῆς καταστροφῆς Ἱερουσα‐ λὴμ πάθη, τῆς προφητείας τὸ ἐναργὲς ἐκπλαγήσεται. Δύο τοί‐</w:t>
      </w:r>
    </w:p>
    <w:p>
      <w:r>
        <w:rPr>
          <w:rFonts w:ascii="Courier New" w:hAnsi="Courier New"/>
          <w:color w:val="555555"/>
          <w:sz w:val="20"/>
        </w:rPr>
        <w:t>[35]</w:t>
      </w:r>
    </w:p>
    <w:p>
      <w:r>
        <w:rPr>
          <w:rFonts w:ascii="Gentium Plus" w:hAnsi="Gentium Plus"/>
          <w:sz w:val="24"/>
        </w:rPr>
        <w:t>νυν αἰτίαι παραιτήσεως εὐλόγου τῶν εἰς προστασίαν ἑλκομέ‐ νων τοῦ λαοῦ· ἡ οἰκεία αὐτοῦ ἀδυναμία, καὶ ἡ τῶν πραγμάτων δυσκολία, δυσδιορθώτων ὄντων τῶν λαῶν διὰ τὴν πολλὴν χύ‐ σιν τῆς ἁμαρτίας. Ἅπερ ἀμφότερα ὁ προκείμενος περιέχει λόγος· περὶ μὲν τῆς ἰδίας ἀδυναμίας, τοῦ τὴν ἀρχὴν ἐξομνυ‐</w:t>
      </w:r>
    </w:p>
    <w:p>
      <w:r>
        <w:rPr>
          <w:rFonts w:ascii="Courier New" w:hAnsi="Courier New"/>
          <w:color w:val="555555"/>
          <w:sz w:val="20"/>
        </w:rPr>
        <w:t>[40]</w:t>
      </w:r>
    </w:p>
    <w:p>
      <w:r>
        <w:rPr>
          <w:rFonts w:ascii="Gentium Plus" w:hAnsi="Gentium Plus"/>
          <w:sz w:val="24"/>
        </w:rPr>
        <w:t>μένου, λέγοντος. Οὐκ ἔστιν ἄρτος ἐν τῷ οἴκῳ μου, οὐδὲ ἱμάτιον. Τὸ δὲ τοῦ λαοῦ ἀνίατον, ἐκ τοῦ εἰπεῖν· Οὐκ ἔσο‐ μαι ἄρχων τοῦ λαοῦ τούτου, ὅτι ἀνεῖται Ἱερουσαλὴμ καὶ ἡ Ἰουδαία συμπέπτωκε. Καὶ αἱ γλῶσσαι αὐτῶν μετὰ ἀνο‐ μίας τὰ πρὸς τὸν Κύριον ἀπειθοῦσι. Τὴν γὰρ ἀνομίαν αὐτῶν</w:t>
      </w:r>
    </w:p>
    <w:p>
      <w:r>
        <w:rPr>
          <w:rFonts w:ascii="Courier New" w:hAnsi="Courier New"/>
          <w:color w:val="555555"/>
          <w:sz w:val="20"/>
        </w:rPr>
        <w:t>[45]</w:t>
      </w:r>
    </w:p>
    <w:p>
      <w:r>
        <w:rPr>
          <w:rFonts w:ascii="Gentium Plus" w:hAnsi="Gentium Plus"/>
          <w:sz w:val="24"/>
        </w:rPr>
        <w:t>ὡς Σοδόμων ἀνήγγειλαν καὶ ἐνεφάνισαν. Οὐδὲ γὰρ Σοδο‐ μίτας εἷς ἂν ἐγένετο δυνατὸς περισώσασθαι, ἀλλ’ ἔχρῃζον</w:t>
      </w:r>
    </w:p>
    <w:p>
      <w:r>
        <w:rPr>
          <w:rFonts w:ascii="Courier New" w:hAnsi="Courier New"/>
          <w:color w:val="555555"/>
          <w:sz w:val="20"/>
        </w:rPr>
        <w:t>[3 . 114]</w:t>
      </w:r>
    </w:p>
    <w:p>
      <w:r>
        <w:rPr>
          <w:rFonts w:ascii="Gentium Plus" w:hAnsi="Gentium Plus"/>
          <w:sz w:val="24"/>
        </w:rPr>
        <w:t>Οὐαὶ τῇ ψυχῇ αὐτῶν, ὅτι βεβούλευνται βουλὴν πονηρὰν καθ’ ἑαυτῶν, εἰπόντες· Δήσωμεν τὸν δίκαιον, ὅτι δύσχρηστος ἡμῖν ἐστι. —Τοίνυν τὰ γεννήματα τῶν ἔργων αὐτῶν φάγονται.</w:t>
      </w:r>
    </w:p>
    <w:p>
      <w:r>
        <w:rPr>
          <w:rFonts w:ascii="Courier New" w:hAnsi="Courier New"/>
          <w:color w:val="555555"/>
          <w:sz w:val="20"/>
        </w:rPr>
        <w:t>[5]</w:t>
      </w:r>
    </w:p>
    <w:p>
      <w:r>
        <w:rPr>
          <w:rFonts w:ascii="Gentium Plus" w:hAnsi="Gentium Plus"/>
          <w:sz w:val="24"/>
        </w:rPr>
        <w:t>Ταῦτα λοιπὸν ὁ Προφήτης μετὰ τὸ ἰδεῖν τὸν λαὸν παραπλησίως Σοδόμοις ἀπερυθριάσαντα πρὸς τὸ ἁμαρ‐ τάνειν, ὡς μηδὲ μετὰ ἐπικαλύψεως καὶ ἐπικρύψεως πταί‐ ειν, ἀλλ’ ἐμπαῤῥησιάζεσθαι ἀναισχύντως καὶ ἐπισεμνύ‐ νεσθαι τοῖς αἰσχροῖς, ἀποθρηνῶν αὐτοὺς, φησίν· Οὐαὶ</w:t>
      </w:r>
    </w:p>
    <w:p>
      <w:r>
        <w:rPr>
          <w:rFonts w:ascii="Courier New" w:hAnsi="Courier New"/>
          <w:color w:val="555555"/>
          <w:sz w:val="20"/>
        </w:rPr>
        <w:t>[10]</w:t>
      </w:r>
    </w:p>
    <w:p>
      <w:r>
        <w:rPr>
          <w:rFonts w:ascii="Gentium Plus" w:hAnsi="Gentium Plus"/>
          <w:sz w:val="24"/>
        </w:rPr>
        <w:t>τῇ ψυχῇ αὐτῶν, ὅτι βεβούλευνται βουλὴν πονηρὰν καθ’ ἑαυ‐ τῶν, λέγοντες· Δήσωμεν τὸν Δίκαιον, ὅτι δύσχρηστος ἡμῖν ἐστιν. —Αἱ κατὰ τῶν δικαίων βουλαὶ ἐπιστρέφουσιν ἐπὶ τὰς κεφαλὰς τῶν βουλευομένων, ὥσπερ ἀπὸ στεῤῥῶν καὶ ἀντιτύπων σωμάτων τὰ προσπεσόντα βέλη πρὸς τοὺς</w:t>
      </w:r>
    </w:p>
    <w:p>
      <w:r>
        <w:rPr>
          <w:rFonts w:ascii="Courier New" w:hAnsi="Courier New"/>
          <w:color w:val="555555"/>
          <w:sz w:val="20"/>
        </w:rPr>
        <w:t>[15]</w:t>
      </w:r>
    </w:p>
    <w:p>
      <w:r>
        <w:rPr>
          <w:rFonts w:ascii="Gentium Plus" w:hAnsi="Gentium Plus"/>
          <w:sz w:val="24"/>
        </w:rPr>
        <w:t>ἀφιέντας ἐπάνεισι. Διὰ τοῦτό φησιν· Ἐβουλεύσαντο βουλὴν καθ’ ἑαυτῶν, εἰπόντες· Δήσωμεν τὸν Δίκαιον, ὅτι δύσχρηστος ἡμῖν ἐστι. Ταῦτα δὲ ἐποίουν οἱ Ἰουδαῖοι ἐν τῇ ἐπιδημίᾳ τοῦ Κυ‐ ρίου· δήσαντες γὰρ αὐτὸν, ἤγαγον πρὸς Καϊάφαν. Ἐδέσ‐</w:t>
      </w:r>
    </w:p>
    <w:p>
      <w:r>
        <w:rPr>
          <w:rFonts w:ascii="Courier New" w:hAnsi="Courier New"/>
          <w:color w:val="555555"/>
          <w:sz w:val="20"/>
        </w:rPr>
        <w:t>[20]</w:t>
      </w:r>
    </w:p>
    <w:p>
      <w:r>
        <w:rPr>
          <w:rFonts w:ascii="Gentium Plus" w:hAnsi="Gentium Plus"/>
          <w:sz w:val="24"/>
        </w:rPr>
        <w:t>μουν τὰς χεῖρας τὰς εὐεργετούσας, οὐ φέροντες τῆς Δι‐ καιοσύνης τὴν ἐπιδημίαν, διότι πονηρίας ὑπῆρχεν ἀφα‐ νιστική. Δύσχρηστος γὰρ τοῖς ἀδικοῦσιν ἡ δικαιοσύνη, ὥσπερ ὀφθαλμιῶσιν ὁ ἥλιος. Διό φησι· Τὰ γεννήματα τῶν ἔργων αὐτῶν φάγονται. Ταῦτα δὲ ἐκείνων τῶν ἔργων τὰ</w:t>
      </w:r>
    </w:p>
    <w:p>
      <w:r>
        <w:rPr>
          <w:rFonts w:ascii="Courier New" w:hAnsi="Courier New"/>
          <w:color w:val="555555"/>
          <w:sz w:val="20"/>
        </w:rPr>
        <w:t>[25]</w:t>
      </w:r>
    </w:p>
    <w:p>
      <w:r>
        <w:rPr>
          <w:rFonts w:ascii="Gentium Plus" w:hAnsi="Gentium Plus"/>
          <w:sz w:val="24"/>
        </w:rPr>
        <w:t>γεννήματα· ἡ αἰχμαλωσία, ἡ διασπορὰ, ἡ καταστροφὴ τοῦ ναοῦ, ἡ ἀπὸ τῆς δόξης κατάπτωσις, ἡ αἰσχύνη τοῦ προσ‐ ώπου αὐτῶν, οὐκ ἐῶσα αὐτοὺς πρὸς Θεὸν ἀναβλέπειν, διὰ τὴν εἰς τὸν Μονογενῆ ἁμαρτίαν. Ἀπώλεσαν οὖν τὴν προτέραν παῤῥησίαν, μήτε Προφήτας, μήτε λατρείαν ἔχοντες· δή‐</w:t>
      </w:r>
    </w:p>
    <w:p>
      <w:r>
        <w:rPr>
          <w:rFonts w:ascii="Courier New" w:hAnsi="Courier New"/>
          <w:color w:val="555555"/>
          <w:sz w:val="20"/>
        </w:rPr>
        <w:t>[30]</w:t>
      </w:r>
    </w:p>
    <w:p>
      <w:r>
        <w:rPr>
          <w:rFonts w:ascii="Gentium Plus" w:hAnsi="Gentium Plus"/>
          <w:sz w:val="24"/>
        </w:rPr>
        <w:t>σαντες δὲ τὸν Λόγον, δήσαντες τὴν ἀλήθειαν, δήσαντες τὸ φῶς, δήσαντες τὴν δικαιοσύνην, δήσαντες τὸν Σωτῆρα, δήσαντες τὸν ἰατρὸν, δήσαντες τὸν ἐλευθερωτήν (ἅπερ πάντα ἐστὶ, κατὰ ποικίλην τὴν περὶ αὐτοῦ ἐπίνοιαν, ὁ Χριστός) ἐστέρηνται φωτὸς, ἐστέρηνται λόγου, ἐστέρηνται ἀληθείας·</w:t>
      </w:r>
    </w:p>
    <w:p>
      <w:r>
        <w:rPr>
          <w:rFonts w:ascii="Courier New" w:hAnsi="Courier New"/>
          <w:color w:val="555555"/>
          <w:sz w:val="20"/>
        </w:rPr>
        <w:t>[35]</w:t>
      </w:r>
    </w:p>
    <w:p>
      <w:r>
        <w:rPr>
          <w:rFonts w:ascii="Gentium Plus" w:hAnsi="Gentium Plus"/>
          <w:sz w:val="24"/>
        </w:rPr>
        <w:t>ἀδικίᾳ συζῶσιν, ἀνίατα νοσοῦσιν. —Ταῦτά ἐστι τὰ γεννή‐ ματα τῶν ἔργων, ἃ ἐσθίουσιν.</w:t>
      </w:r>
    </w:p>
    <w:p>
      <w:r>
        <w:rPr>
          <w:rFonts w:ascii="Courier New" w:hAnsi="Courier New"/>
          <w:color w:val="555555"/>
          <w:sz w:val="20"/>
        </w:rPr>
        <w:t>[3 . 115]</w:t>
      </w:r>
    </w:p>
    <w:p>
      <w:r>
        <w:rPr>
          <w:rFonts w:ascii="Gentium Plus" w:hAnsi="Gentium Plus"/>
          <w:sz w:val="24"/>
        </w:rPr>
        <w:t>Οὐαὶ τῷ ἀνόμῳ. Πονηρὰ κατὰ τὰ ἔργα τῶν χειρῶν αὐτοῦ συμβήσεται αὐτῷ. Περὶ τῆς θείας κρίσεως, τῆς ἀνταποδιδούσης ἑκάστῳ τὰ πρὸς ἀξίαν, ταῦτα εἰρῆσθαί φαμεν. Εἰ δὲ διὰ τοῦτο· Οὐαὶ</w:t>
      </w:r>
    </w:p>
    <w:p>
      <w:r>
        <w:rPr>
          <w:rFonts w:ascii="Courier New" w:hAnsi="Courier New"/>
          <w:color w:val="555555"/>
          <w:sz w:val="20"/>
        </w:rPr>
        <w:t>[5]</w:t>
      </w:r>
    </w:p>
    <w:p>
      <w:r>
        <w:rPr>
          <w:rFonts w:ascii="Gentium Plus" w:hAnsi="Gentium Plus"/>
          <w:sz w:val="24"/>
        </w:rPr>
        <w:t>τῷ ἀνόμῳ, ὅτι Πονηρὰ κατὰ τὰ ἔργα αὐτοῦ συμβήσεται αὐτῷ, ᾧ μὴ προεχώρησεν εἰς ἔργον ἡ ἀδικία, ἀλλ’ ἐν τῷ κρυπτῷ τῆς καρδίας συνετελέσθη, ἆρα οὐκ ἐπαχθήσεται ἡ κόλασις, ὥστε ἐφαρμόσαι τὸ Οὐαὶ καὶ αὐτῷ; Ἢ τὸ τέλειον εἰπὼν ἐν κακίᾳ, σοὶ νοεῖν τὸ λεῖπον ἐξ ἀναλογίας κατέλιπε.</w:t>
      </w:r>
    </w:p>
    <w:p>
      <w:r>
        <w:rPr>
          <w:rFonts w:ascii="Courier New" w:hAnsi="Courier New"/>
          <w:color w:val="555555"/>
          <w:sz w:val="20"/>
        </w:rPr>
        <w:t>[10]</w:t>
      </w:r>
    </w:p>
    <w:p>
      <w:r>
        <w:rPr>
          <w:rFonts w:ascii="Gentium Plus" w:hAnsi="Gentium Plus"/>
          <w:sz w:val="24"/>
        </w:rPr>
        <w:t>—Τελεία μὲν γὰρ κακία, τὸ καὶ γνώμῃ καὶ πράξεσιν ἁμαρ‐</w:t>
      </w:r>
    </w:p>
    <w:p>
      <w:r>
        <w:rPr>
          <w:rFonts w:ascii="Courier New" w:hAnsi="Courier New"/>
          <w:color w:val="555555"/>
          <w:sz w:val="20"/>
        </w:rPr>
        <w:t>[15]</w:t>
      </w:r>
    </w:p>
    <w:p>
      <w:r>
        <w:rPr>
          <w:rFonts w:ascii="Gentium Plus" w:hAnsi="Gentium Plus"/>
          <w:sz w:val="24"/>
        </w:rPr>
        <w:t>μῳ, ὅτι πονηρὰ αὐτῷ κατὰ τὰ ἀνομήματα καὶ κατὰ τὰ ἔργα τῶν χειρῶν αὐτοῦ συμβήσεται αὐτῷ, διότι αἱ χεῖρες ὄργανά εἰσι τῆς ἐννοίας. Ὡς ἂν οὖν κινῇ τὸ κατάρχον, οὕτω κινεῖται τὸ ἐνεργοῦν.</w:t>
      </w:r>
    </w:p>
    <w:p>
      <w:r>
        <w:rPr>
          <w:rFonts w:ascii="Courier New" w:hAnsi="Courier New"/>
          <w:color w:val="555555"/>
          <w:sz w:val="20"/>
        </w:rPr>
        <w:t>[3 . 116]</w:t>
      </w:r>
    </w:p>
    <w:p>
      <w:r>
        <w:rPr>
          <w:rFonts w:ascii="Gentium Plus" w:hAnsi="Gentium Plus"/>
          <w:sz w:val="24"/>
        </w:rPr>
        <w:t>Λαός μου, οἱ πράκτορες ὑμῶν καλαμῶνται ὑμᾶς, καὶ οἱ ἀπαιτοῦντες κυριεύουσιν ὑμῶν. Ἀνακαλουμένου τὸν λαὸν ἡ φωνὴ καὶ συναλγοῦντος τοῖς κα‐ κουμένοις, Λαός μου. Πρὶν δῆσαι τὸν Δίκαιον, πρὶν τὴν χρῆσιν</w:t>
      </w:r>
    </w:p>
    <w:p>
      <w:r>
        <w:rPr>
          <w:rFonts w:ascii="Courier New" w:hAnsi="Courier New"/>
          <w:color w:val="555555"/>
          <w:sz w:val="20"/>
        </w:rPr>
        <w:t>[5]</w:t>
      </w:r>
    </w:p>
    <w:p>
      <w:r>
        <w:rPr>
          <w:rFonts w:ascii="Gentium Plus" w:hAnsi="Gentium Plus"/>
          <w:sz w:val="24"/>
        </w:rPr>
        <w:t>αὐτοῦ παραιτήσασθαι, τί πεπόνθατε; Νῦν κατάχρεοι γεγένη‐ σθε πολλῶν ὀφλημάτων. Διὰ τοῦτο τοῖς ἐκπράσσουσιν ὑμᾶς τὴν ὀφειλὴν ἔκδοτοι γεγένησθε, οἳ ἐπειδὴ δράγματα ἐν ὑμῖν οὐχ εὑρίσκουσιν, οὐδὲ καρπῶν εὐθηνίαν, καλαμῶνται ὑμᾶς, μικροὺς καὶ εὐτελεῖς, κατακεκλασμένους καρποὺς τῶν ψυχῶν</w:t>
      </w:r>
    </w:p>
    <w:p>
      <w:r>
        <w:rPr>
          <w:rFonts w:ascii="Courier New" w:hAnsi="Courier New"/>
          <w:color w:val="555555"/>
          <w:sz w:val="20"/>
        </w:rPr>
        <w:t>[10]</w:t>
      </w:r>
    </w:p>
    <w:p>
      <w:r>
        <w:rPr>
          <w:rFonts w:ascii="Gentium Plus" w:hAnsi="Gentium Plus"/>
          <w:sz w:val="24"/>
        </w:rPr>
        <w:t>ὑμῶν ἐκλέγοντες. —Τοιοῦτοι δέ ἐσμεν, μικροπρεπῶς καὶ εὐ‐ τελῶς καὶ ἀκάρπως μετανοοῦντες. Ὃ γὰρ σπείρει ἄνθρωπος, τοῦτο καὶ θερίσει. Ὁ τοίνυν τῇ ἀξιολόγῳ μεταμελείᾳ πλου‐ σίως σπείρων εἰς τὸ Πνεῦμα, ἐλεημοσύνην, εὐσπλαγχνίαν, ἱκε‐ σίαν, δικαιοσύνην, δάκρυον διηνηκές, οὗτος, σπείρων ἐν δάκρυ‐</w:t>
      </w:r>
    </w:p>
    <w:p>
      <w:r>
        <w:rPr>
          <w:rFonts w:ascii="Courier New" w:hAnsi="Courier New"/>
          <w:color w:val="555555"/>
          <w:sz w:val="20"/>
        </w:rPr>
        <w:t>[15]</w:t>
      </w:r>
    </w:p>
    <w:p>
      <w:r>
        <w:rPr>
          <w:rFonts w:ascii="Gentium Plus" w:hAnsi="Gentium Plus"/>
          <w:sz w:val="24"/>
        </w:rPr>
        <w:t>σιν, ἐν ἀγαλλιάσει θερίσει, αἴρων τῆς μετανοίας τὰ δράγματα, ὥστε τῷ πράκτορι ὅλον ἀποτίσαι τὸ χρέος. Ὁ δὲ, μεταμε‐ λείᾳ τῶν προημαρτημένων, μικρὰ σπείρων ἐν ἐλεημοσύνῃ, ἐν προσευχῇ, ἔρημον καρποῦ καλάμην τρέφων, οὐδὲ ταύτην ὑπὸ τοῦ πράκτορος ἔχειν συγχωρηθήσεται.</w:t>
      </w:r>
    </w:p>
    <w:p>
      <w:r>
        <w:rPr>
          <w:rFonts w:ascii="Courier New" w:hAnsi="Courier New"/>
          <w:color w:val="555555"/>
          <w:sz w:val="20"/>
        </w:rPr>
        <w:t>[20]</w:t>
      </w:r>
    </w:p>
    <w:p>
      <w:r>
        <w:rPr>
          <w:rFonts w:ascii="Gentium Plus" w:hAnsi="Gentium Plus"/>
          <w:sz w:val="24"/>
        </w:rPr>
        <w:t>Τίς δὲ ὁ πράκτωρ οὗτος, ἐκ τῆς κατὰ τὸ Εὐαγγέλιον παραι‐ νέσεως διδαχθῶμεν, τοῦ Κυρίου λέγοντος· Ὡς γὰρ ὑπάγεις μετὰ τοῦ ἀντιδίκου σου ἐπ’ ἄρχοντα, ἐν τῇ ὁδῷ δὸς ἐργασίαν ἀπηλλάχθαι αὐτοῦ, μήποτε κατασύρῃ σε πρὸς τὸν Κριτὴν, καὶ ὁ Κριτής σε παραδῷ τῷ πράκτορι, καὶ ὁ πράκτωρ σε βάλῃ</w:t>
      </w:r>
    </w:p>
    <w:p>
      <w:r>
        <w:rPr>
          <w:rFonts w:ascii="Courier New" w:hAnsi="Courier New"/>
          <w:color w:val="555555"/>
          <w:sz w:val="20"/>
        </w:rPr>
        <w:t>[25]</w:t>
      </w:r>
    </w:p>
    <w:p>
      <w:r>
        <w:rPr>
          <w:rFonts w:ascii="Gentium Plus" w:hAnsi="Gentium Plus"/>
          <w:sz w:val="24"/>
        </w:rPr>
        <w:t>εἰς φυλακήν. Νόησον γὰρ ἐκεῖ τὸν ἀντίδικον καὶ τὴν ὁδόν· εἶτα τὸν ἄρχοντα τὸν προεστῶτα τοῦ ἀντιδίκου ἡμῶν. Ὁδὸς μὲν γὰρ, ὁ βίος ἡμῶν· ἀντίδικος δὲ, ἡ ἀντιπαλαίουσα ἡμῖν δύναμις καὶ παρεπομένη τῷ βίῳ, πάσῃ μεθοδείᾳ μηχανω‐ μένη ἐκτρέψαι ἡμᾶς τῆς πρὸς Θεὸν ἀγούσης ὁδοῦ· ἄρχων</w:t>
      </w:r>
    </w:p>
    <w:p>
      <w:r>
        <w:rPr>
          <w:rFonts w:ascii="Courier New" w:hAnsi="Courier New"/>
          <w:color w:val="555555"/>
          <w:sz w:val="20"/>
        </w:rPr>
        <w:t>[30]</w:t>
      </w:r>
    </w:p>
    <w:p>
      <w:r>
        <w:rPr>
          <w:rFonts w:ascii="Gentium Plus" w:hAnsi="Gentium Plus"/>
          <w:sz w:val="24"/>
        </w:rPr>
        <w:t>δὲ (ὁ τοῦ κόσμου τούτου ἄρχων) περὶ οὗ ὁ Κύριος εἴρηκε· Νῦν ἔρχεται ὁ ἄρχων τοῦ κόσμου τούτου, καὶ ἐν ἐμοὶ εὑ‐ ρήσει οὐδέν. Ἀλλ’ ἐν μὲν τῷ Κυρίῳ εὗρεν οὐδὲν, διότι Ἁμαρτίαν οὐκ ἐποίησεν, οὐδὲ εὑρέθη δόλος ἐν τῷ στόματι αὐτοῦ, τῷ πεπειραμένῳ κατὰ πάντα καθ’ ὁμοιότητα, χωρὶς</w:t>
      </w:r>
    </w:p>
    <w:p>
      <w:r>
        <w:rPr>
          <w:rFonts w:ascii="Courier New" w:hAnsi="Courier New"/>
          <w:color w:val="555555"/>
          <w:sz w:val="20"/>
        </w:rPr>
        <w:t>[35]</w:t>
      </w:r>
    </w:p>
    <w:p>
      <w:r>
        <w:rPr>
          <w:rFonts w:ascii="Gentium Plus" w:hAnsi="Gentium Plus"/>
          <w:sz w:val="24"/>
        </w:rPr>
        <w:t>ἁμαρτίας.</w:t>
      </w:r>
    </w:p>
    <w:p>
      <w:r>
        <w:rPr>
          <w:rFonts w:ascii="Courier New" w:hAnsi="Courier New"/>
          <w:color w:val="555555"/>
          <w:sz w:val="20"/>
        </w:rPr>
        <w:t>[3 . 117]</w:t>
      </w:r>
    </w:p>
    <w:p>
      <w:r>
        <w:rPr>
          <w:rFonts w:ascii="Gentium Plus" w:hAnsi="Gentium Plus"/>
          <w:sz w:val="24"/>
        </w:rPr>
        <w:t>Ἐπειδὰν οὖν εὕρῃ ἐν ἡμῖν πολλὰ, πολλαῖς ἡμᾶς σειραῖς, αἷς ἑαυτοὺς κατεδήσαμεν, τῶν ἑαυτοῦ ἁμαρτιῶν</w:t>
      </w:r>
    </w:p>
    <w:p>
      <w:r>
        <w:rPr>
          <w:rFonts w:ascii="Courier New" w:hAnsi="Courier New"/>
          <w:color w:val="555555"/>
          <w:sz w:val="20"/>
        </w:rPr>
        <w:t>[5]</w:t>
      </w:r>
    </w:p>
    <w:p>
      <w:r>
        <w:rPr>
          <w:rFonts w:ascii="Gentium Plus" w:hAnsi="Gentium Plus"/>
          <w:sz w:val="24"/>
        </w:rPr>
        <w:t>ἐλεγχθέντας ἐπὶ πολλοῖς ἐγκλήμασι παραλαβὼν παραδώσει τῷ πράκτορι, τῷ ἐπὶ τῶν κολάσεων τεταγμένῳ· ὃς βαλεῖ εἰς τὴν φυλακήν, τουτέστιν εἰς τὸν τόπον τῆς κολάσεως, δι’ ἐπιπόνων μαστίγων ἀπαιτῶν καὶ ἐκπράσσων μέχρι καὶ τῶν μικροτάτων καὶ μετὰ καταφρονήσεως παρ’ ἡμῶν ἁμαρ‐</w:t>
      </w:r>
    </w:p>
    <w:p>
      <w:r>
        <w:rPr>
          <w:rFonts w:ascii="Courier New" w:hAnsi="Courier New"/>
          <w:color w:val="555555"/>
          <w:sz w:val="20"/>
        </w:rPr>
        <w:t>[10]</w:t>
      </w:r>
    </w:p>
    <w:p>
      <w:r>
        <w:rPr>
          <w:rFonts w:ascii="Gentium Plus" w:hAnsi="Gentium Plus"/>
          <w:sz w:val="24"/>
        </w:rPr>
        <w:t>τανομένων. Διὸ συμβουλεύει ὁ Κύριος, ἕως ἐσμὲν ἐν τῇ ὁδῷ μετὰ τοῦ ἀντιδίκου, δοῦναι ἐργασίαν ἀπηλλάχθαι αὐ‐ τοῦ, τουτέστι ποιεῖν τὰ ἔργα πρὸς ἀπαλλαγὴν τοῦ ἐχθροῦ, καὶ μὴ ἀναμένειν ποτὲ ἀχθῶμεν, ὁπότε ἔλθῃ ἡ τελευταία ὥρα· ἐν ᾗ ἐπιστὰς ὁ ἄρχων διερευνήσεται ἡμᾶς· ὃς ἐὰν πολλὰ τῶν</w:t>
      </w:r>
    </w:p>
    <w:p>
      <w:r>
        <w:rPr>
          <w:rFonts w:ascii="Courier New" w:hAnsi="Courier New"/>
          <w:color w:val="555555"/>
          <w:sz w:val="20"/>
        </w:rPr>
        <w:t>[15]</w:t>
      </w:r>
    </w:p>
    <w:p>
      <w:r>
        <w:rPr>
          <w:rFonts w:ascii="Gentium Plus" w:hAnsi="Gentium Plus"/>
          <w:sz w:val="24"/>
        </w:rPr>
        <w:t>ἑαυτοῦ ἐν τῷ βίῳ ἡμῶν εὕρῃ, παραδώσει ἡμᾶς τῷ Κριτῇ, ἐλέγχων ἡμᾶς καὶ τὴν ἄρνησιν μὴ συγχωρῶν, ὑπομιμνήσκων ἡμᾶς τοῦ τόπου, ἐν ᾧ ἐποιοῦμεν τὴν ἁμαρτίαν, ὡς μεθ’ ἡμῶν ὑπάρχων καὶ συνεργῶν ἡμῖν τὸ κακὸν, τοῦ τρόπου ὃ ἐπετη‐ δεύσαμεν, τῆς διαθέσεως μεθ’ ἧς ἡμάρτομεν. Ἕως οὖν ἐσμεν</w:t>
      </w:r>
    </w:p>
    <w:p>
      <w:r>
        <w:rPr>
          <w:rFonts w:ascii="Courier New" w:hAnsi="Courier New"/>
          <w:color w:val="555555"/>
          <w:sz w:val="20"/>
        </w:rPr>
        <w:t>[20]</w:t>
      </w:r>
    </w:p>
    <w:p>
      <w:r>
        <w:rPr>
          <w:rFonts w:ascii="Gentium Plus" w:hAnsi="Gentium Plus"/>
          <w:sz w:val="24"/>
        </w:rPr>
        <w:t>κύριοι τοῦ ἐργάζεσθαι, δῶμεν ἐργασίαν ἀπηλλάχθαι τοῦ ἀντιδίκου. Καὶ οἱ ἀπαιτοῦντες κυριεύουσιν ὑμῶν. Οἱ τοὺς πένητας πολλοῖς ὀφλήμασιν ὑποκειμένους ἀπαιτοῦντες, ἕλκουσιν εἰς δουλείαν. Καλὸν μὲν οὖν, μὴ ὀφλισκάνειν· δεύτερον δὲ τὸ</w:t>
      </w:r>
    </w:p>
    <w:p>
      <w:r>
        <w:rPr>
          <w:rFonts w:ascii="Courier New" w:hAnsi="Courier New"/>
          <w:color w:val="555555"/>
          <w:sz w:val="20"/>
        </w:rPr>
        <w:t>[25]</w:t>
      </w:r>
    </w:p>
    <w:p>
      <w:r>
        <w:rPr>
          <w:rFonts w:ascii="Gentium Plus" w:hAnsi="Gentium Plus"/>
          <w:sz w:val="24"/>
        </w:rPr>
        <w:t>μὴ ἀπορεῖν πρὸς τὴν διάλυσιν τοῦ ὀφλήματος. Εἰ δὲ μὴ, πᾶσα ἀνάγκη δοῦλον εἶναι τῶν ἐπαγομένων αὐτῷ ἀπαιτή‐ σεων. —Ταῦτα διὰ τὸ Οἱ πράκτορες ὑμῶν καλαμῶνται</w:t>
      </w:r>
    </w:p>
    <w:p>
      <w:r>
        <w:rPr>
          <w:rFonts w:ascii="Courier New" w:hAnsi="Courier New"/>
          <w:color w:val="555555"/>
          <w:sz w:val="20"/>
        </w:rPr>
        <w:t>[3 . 118]</w:t>
      </w:r>
    </w:p>
    <w:p>
      <w:r>
        <w:rPr>
          <w:rFonts w:ascii="Gentium Plus" w:hAnsi="Gentium Plus"/>
          <w:sz w:val="24"/>
        </w:rPr>
        <w:t>Λαός μου, οἱ μακαρίζοντες ὑμᾶς, πλανῶσιν ὑμᾶς καὶ τὴν τρίβον τῶν ποδῶν ὑμῶν ταράσσουσιν. Οἱ ὑπὸ νεανίσκων ἀρχόμενοι καὶ ὑπὸ ἐμπαικτῶν κυριευόμε‐ νοι, οἱ ὑπὸ τῶν πρακτόρων καλαμώμενοι καὶ διὰ τὸ ἀπορεῖν</w:t>
      </w:r>
    </w:p>
    <w:p>
      <w:r>
        <w:rPr>
          <w:rFonts w:ascii="Courier New" w:hAnsi="Courier New"/>
          <w:color w:val="555555"/>
          <w:sz w:val="20"/>
        </w:rPr>
        <w:t>[5]</w:t>
      </w:r>
    </w:p>
    <w:p>
      <w:r>
        <w:rPr>
          <w:rFonts w:ascii="Gentium Plus" w:hAnsi="Gentium Plus"/>
          <w:sz w:val="24"/>
        </w:rPr>
        <w:t>πρὸς τὴν διάλυσιν εἰς δουλείαν ἀγόμενοι καὶ τὴν ἐλευθερίαν ὑπὸ τῆς ἄγαν πενίας ἀπολωλεκότες, τοῦ ἐλεεῖσθαι ἀξίως πράσσουσι μᾶλλον, ἢ τοῦ μακαρίζεσθαι. Ὁ οὖν μακαρίζων τοὺς τοιούτους, κόλακος ποιῶν ἔργον, καταχαριζόμενος παρὰ τὸ προσῆκον, πλανᾷ βλάπτων οὐ μέτρια, τὴν ἐπὶ τοῖς ἁμαρ‐</w:t>
      </w:r>
    </w:p>
    <w:p>
      <w:r>
        <w:rPr>
          <w:rFonts w:ascii="Courier New" w:hAnsi="Courier New"/>
          <w:color w:val="555555"/>
          <w:sz w:val="20"/>
        </w:rPr>
        <w:t>[10]</w:t>
      </w:r>
    </w:p>
    <w:p>
      <w:r>
        <w:rPr>
          <w:rFonts w:ascii="Gentium Plus" w:hAnsi="Gentium Plus"/>
          <w:sz w:val="24"/>
        </w:rPr>
        <w:t>τήμασιν αἴσθησιν ἀφαιρούμενος· τῶν δὲ ἀπατωμένων ἐπὶ τῷ παρὰ τὴν ἀξίαν μακαρισμῷ καὶ ἡ τρίβος τῶν ποδῶν συνταράσσεται. Διότι αἱ μὲν θλίψεις ἐπὶ ταπείνωσιν προκα‐ λοῦνται, ὁ δὲ μακαρισμὸς φυσίωσιν ἐμποιεῖ. Καθόλου δὲ εἶπεν, Λαός, δηλῶν ὅτι οὐχὶ οὗτος μόνον ταπει‐</w:t>
      </w:r>
    </w:p>
    <w:p>
      <w:r>
        <w:rPr>
          <w:rFonts w:ascii="Courier New" w:hAnsi="Courier New"/>
          <w:color w:val="555555"/>
          <w:sz w:val="20"/>
        </w:rPr>
        <w:t>[15]</w:t>
      </w:r>
    </w:p>
    <w:p>
      <w:r>
        <w:rPr>
          <w:rFonts w:ascii="Gentium Plus" w:hAnsi="Gentium Plus"/>
          <w:sz w:val="24"/>
        </w:rPr>
        <w:t>νῶς διακείμενος, ὡς ἐν τοῖς ἀπηριθμημένοις εἶναι παθήμασιν, —ἀλλὰ πᾶς οὖν ὁ καθόλου λαὸς, τῷ ἄθροισμα εἶναι ἀνθρώ‐ πων, ἐκ διαφόρων ἐπιτηδευμάτων καὶ ἡλικιῶν καὶ βίων συνει‐ λεγμένος, ὑφ’ ἕνα πίπτειν μακαρισμὸν ὁμοτίμως οὐ δύναται. Ἄλλαι γὰρ ἄλλως ἴδιαι ἕκαστον συμφοραὶ κατατρύχουσι·</w:t>
      </w:r>
    </w:p>
    <w:p>
      <w:r>
        <w:rPr>
          <w:rFonts w:ascii="Courier New" w:hAnsi="Courier New"/>
          <w:color w:val="555555"/>
          <w:sz w:val="20"/>
        </w:rPr>
        <w:t>[20]</w:t>
      </w:r>
    </w:p>
    <w:p>
      <w:r>
        <w:rPr>
          <w:rFonts w:ascii="Gentium Plus" w:hAnsi="Gentium Plus"/>
          <w:sz w:val="24"/>
        </w:rPr>
        <w:t>τὸν μὲν τὰ τοῦ γήρως ἐπίπονα, τὸν δὲ τὰ τῆς δουλείας κακά· ἄλλον πενία, ἑτέρους οἰκείων ἀποβολή· ἄλλους νόσοι. Πῶς οὖν οὐκ ἀπατηλός ἐστιν ὁ μακαρισμὸς ὁ λαῷ παντὶ</w:t>
      </w:r>
    </w:p>
    <w:p>
      <w:r>
        <w:rPr>
          <w:rFonts w:ascii="Courier New" w:hAnsi="Courier New"/>
          <w:color w:val="555555"/>
          <w:sz w:val="20"/>
        </w:rPr>
        <w:t>[25]</w:t>
      </w:r>
    </w:p>
    <w:p>
      <w:r>
        <w:rPr>
          <w:rFonts w:ascii="Gentium Plus" w:hAnsi="Gentium Plus"/>
          <w:sz w:val="24"/>
        </w:rPr>
        <w:t>καρισμοῦ (Μακάριοι οἱ πτωχοὶ τῷ πνεύματι, καὶ Μα‐ κάριοι οἱ πεινῶντες, καὶ Μακάριοι οἱ κλαίοντες) ἀλλὰ τῷ πρὸς παρόντας ἀποτείνεσθαι δείκνυσι τὸ εὐαρίθμητον τῶν μακαριζομένων. Δῆλον γὰρ, ὅτι περὶ τῶν μαθητῶν ἐποιεῖτο τὸν λόγον, τῶν δεδιδαγμένων τὴν ἐπαινετὴν τα‐</w:t>
      </w:r>
    </w:p>
    <w:p>
      <w:r>
        <w:rPr>
          <w:rFonts w:ascii="Courier New" w:hAnsi="Courier New"/>
          <w:color w:val="555555"/>
          <w:sz w:val="20"/>
        </w:rPr>
        <w:t>[30]</w:t>
      </w:r>
    </w:p>
    <w:p>
      <w:r>
        <w:rPr>
          <w:rFonts w:ascii="Gentium Plus" w:hAnsi="Gentium Plus"/>
          <w:sz w:val="24"/>
        </w:rPr>
        <w:t>πεινοφροσύνην, καὶ κατὰ τὴν πρὸς αὐτὸν ἐξομοίωσιν, τὸν δι’ ἡμᾶς πτωχεύσαντα, τὴν ἐν τῷ φρονήματι πτωχείαν ἀνει‐ ληφότων. Διὰ τοῦτό φησιν, ὅτι Ὑμετέρα ἐστὶν ἡ βασιλεία τῶν οὐρανῶν· καὶ τὸ Μακάριοι οἱ πεινῶντες νῦν, ὅτι αὐτοὶ χορτασθήσονται. Εἰ δὲ στενὴ ἡ ὁδὸς καὶ ὀλίγοι οἱ</w:t>
      </w:r>
    </w:p>
    <w:p>
      <w:r>
        <w:rPr>
          <w:rFonts w:ascii="Courier New" w:hAnsi="Courier New"/>
          <w:color w:val="555555"/>
          <w:sz w:val="20"/>
        </w:rPr>
        <w:t>[35]</w:t>
      </w:r>
    </w:p>
    <w:p>
      <w:r>
        <w:rPr>
          <w:rFonts w:ascii="Gentium Plus" w:hAnsi="Gentium Plus"/>
          <w:sz w:val="24"/>
        </w:rPr>
        <w:t>εὑρίσκοντες αὐτὴν, ποῦ δυνατὸν πολλοὺς εἶναι τοὺς μακα‐ ριζομένους; Ὥστε πάντως ὁ λαὸν ὅλον μακαρίζων, πλανᾷ καὶ ταράσσει αὐτὸν, μὴ ἐῶν ὁδεύειν εἰρηνικῶς. Ἔστι δὲ ῥᾴδιον ἁλῶναι τῷ πάθει τῶν ἐπαίνων τοὺς μὴ προσέχοντας, ὑπὸ φιλαυτίας ἑκάστου ῥᾳδίως ταῖς ἐκ τῶν κο‐</w:t>
      </w:r>
    </w:p>
    <w:p>
      <w:r>
        <w:rPr>
          <w:rFonts w:ascii="Courier New" w:hAnsi="Courier New"/>
          <w:color w:val="555555"/>
          <w:sz w:val="20"/>
        </w:rPr>
        <w:t>[40]</w:t>
      </w:r>
    </w:p>
    <w:p>
      <w:r>
        <w:rPr>
          <w:rFonts w:ascii="Gentium Plus" w:hAnsi="Gentium Plus"/>
          <w:sz w:val="24"/>
        </w:rPr>
        <w:t>λακειῶν ἀπάταις ὑπαγομένου. Ἀνδρὸς δὲ ὠφελημένου, μήτε ταῖς κακηγορίαις τινῶν ὑποπίπτοντα ταπεινοῦσθαι, μηδὲ συστέλλεσθαι παρὰ τοῦτο, μήτε ὑπὸ ἐπαίνων ἀγνοίᾳ τῶν καθ’ ἑαυτὸν ἐξοιδαίνειν ῥᾳδίως καὶ φυσιοῦσθαι. Ἐπεὶ δὲ τρί‐ βος ἐστὶν ἡ προτετριμμένη καὶ διωδευμένη ὑπὸ τῶν προλα‐</w:t>
      </w:r>
    </w:p>
    <w:p>
      <w:r>
        <w:rPr>
          <w:rFonts w:ascii="Courier New" w:hAnsi="Courier New"/>
          <w:color w:val="555555"/>
          <w:sz w:val="20"/>
        </w:rPr>
        <w:t>[45]</w:t>
      </w:r>
    </w:p>
    <w:p>
      <w:r>
        <w:rPr>
          <w:rFonts w:ascii="Gentium Plus" w:hAnsi="Gentium Plus"/>
          <w:sz w:val="24"/>
        </w:rPr>
        <w:t>βόντων ὁδός, ὁ μὴ ἐῶν εἰς αἴσθησιν ἐλθεῖν λυπηρὰν τοὺς ἀπολειπομένους τοῦ ζήλου τῶν προαγόντων, ἀλλ’ ὡς κατ‐ ορθοῦντας μακαρίζων τοὺς ἁμαρτάνοντας, τὴν τρίβον τῶν</w:t>
      </w:r>
    </w:p>
    <w:p>
      <w:r>
        <w:rPr>
          <w:rFonts w:ascii="Courier New" w:hAnsi="Courier New"/>
          <w:color w:val="555555"/>
          <w:sz w:val="20"/>
        </w:rPr>
        <w:t>[3 . 119]</w:t>
      </w:r>
    </w:p>
    <w:p>
      <w:r>
        <w:rPr>
          <w:rFonts w:ascii="Gentium Plus" w:hAnsi="Gentium Plus"/>
          <w:sz w:val="24"/>
        </w:rPr>
        <w:t>Ἀλλὰ νῦν καταστήσεται εἰς κρίσιν Κύριος καὶ στήσει εἰς κρίσιν τὸν λαὸν αὐτοῦ. Πάντα κρίσει θείᾳ καὶ συνέσει κατὰ τὴν δυσδιήγητον σο‐ φίαν ἐπιμερίζεται ἑκάστῳ πρὸς τὴν ἀξίαν, τά τε νῦν ἐπα‐</w:t>
      </w:r>
    </w:p>
    <w:p>
      <w:r>
        <w:rPr>
          <w:rFonts w:ascii="Courier New" w:hAnsi="Courier New"/>
          <w:color w:val="555555"/>
          <w:sz w:val="20"/>
        </w:rPr>
        <w:t>[5]</w:t>
      </w:r>
    </w:p>
    <w:p>
      <w:r>
        <w:rPr>
          <w:rFonts w:ascii="Gentium Plus" w:hAnsi="Gentium Plus"/>
          <w:sz w:val="24"/>
        </w:rPr>
        <w:t>γόμενα, τά τε κατὰ τὸν μέλλοντα αἰῶνα. Ἐπεὶ οὖν τοι‐ αῦτα (φησὶν) ἠνόμησεν ὁ λαὸς, τοιαῦτα δὲ αὐτῷ ἐπήγαγεν ὁ Κύριος. —Διὰ τὸ οἱονεὶ ἀποδειχθῆναι ὀφείλειν τὰ περὶ τῆς δικαιοσύνης τοῦ Θεοῦ, ὅτι οὐχ ὑπερέβη τὸ μέτρον τῶν ἀδικημάτων ἐν τῷ πλήθει τῆς τιμωρίας, εἴρηται τὸ Ἀλλὰ</w:t>
      </w:r>
    </w:p>
    <w:p>
      <w:r>
        <w:rPr>
          <w:rFonts w:ascii="Courier New" w:hAnsi="Courier New"/>
          <w:color w:val="555555"/>
          <w:sz w:val="20"/>
        </w:rPr>
        <w:t>[10]</w:t>
      </w:r>
    </w:p>
    <w:p>
      <w:r>
        <w:rPr>
          <w:rFonts w:ascii="Gentium Plus" w:hAnsi="Gentium Plus"/>
          <w:sz w:val="24"/>
        </w:rPr>
        <w:t>νῦν καταστήσεται εἰς κρίσιν Κύριος, ἵνα τὸ Νῦν τοῦτο τῷ μέλλοντι αἰῶνι ἀντιδιαστέλληται. Ἢ μήποτε τὸ Νῦν ἐφ’ ἡμῶν μὲν τὸ ἀκαριαῖον καὶ τὸ ἀδιαίρετον τοῦ χρόνου σημαίνει· ἐπὶ δὲ Θεοῦ πάντα κατὰ τὴν τοῦ Νῦν αἴσθησιν παράκειται. Οὐδὲν γὰρ αὐτῷ</w:t>
      </w:r>
    </w:p>
    <w:p>
      <w:r>
        <w:rPr>
          <w:rFonts w:ascii="Courier New" w:hAnsi="Courier New"/>
          <w:color w:val="555555"/>
          <w:sz w:val="20"/>
        </w:rPr>
        <w:t>[15]</w:t>
      </w:r>
    </w:p>
    <w:p>
      <w:r>
        <w:rPr>
          <w:rFonts w:ascii="Gentium Plus" w:hAnsi="Gentium Plus"/>
          <w:sz w:val="24"/>
        </w:rPr>
        <w:t>παρῆλθεν, οὐδὲ μέλλει, ἀλλὰ πάντα ἐνέστηκε· καὶ τὰ πόῤῥω‐ θεν ἡμῖν προσδοκώμενα, ὡς ἤδη παρόντα ὑπὸ τοῦ θείου ὀφθαλμοῦ καθορᾶται, ὥστε ἐπὶ Θεοῦ τὸ Νῦν καὶ τὸν μέλ‐ λοντα αἰῶνα συμπαραλαμβάνειν. Ἐπεὶ οὖν οὐ μακράν ἐστιν ὡς πρὸς τὸν Θεὸν, ὁ ὡρισμένος τῆς κρίσεως καιρὸς,</w:t>
      </w:r>
    </w:p>
    <w:p>
      <w:r>
        <w:rPr>
          <w:rFonts w:ascii="Courier New" w:hAnsi="Courier New"/>
          <w:color w:val="555555"/>
          <w:sz w:val="20"/>
        </w:rPr>
        <w:t>[20]</w:t>
      </w:r>
    </w:p>
    <w:p>
      <w:r>
        <w:rPr>
          <w:rFonts w:ascii="Gentium Plus" w:hAnsi="Gentium Plus"/>
          <w:sz w:val="24"/>
        </w:rPr>
        <w:t>ἐπὶ τὴν καθολικὴν κρίσιν ἀναφέρεσθαι τὸ Νῦν ἐξειλήφα‐ μεν. Καταστήσεται δὲ εἰς κρίσιν, ἐξαπλῶν τοὺς λόγους</w:t>
      </w:r>
    </w:p>
    <w:p>
      <w:r>
        <w:rPr>
          <w:rFonts w:ascii="Courier New" w:hAnsi="Courier New"/>
          <w:color w:val="555555"/>
          <w:sz w:val="20"/>
        </w:rPr>
        <w:t>[25]</w:t>
      </w:r>
    </w:p>
    <w:p>
      <w:r>
        <w:rPr>
          <w:rFonts w:ascii="Gentium Plus" w:hAnsi="Gentium Plus"/>
          <w:sz w:val="24"/>
        </w:rPr>
        <w:t>τῶν ἀποφανθεῖσαν κρίσιν ὡς δικαιοτάτην.</w:t>
      </w:r>
    </w:p>
    <w:p>
      <w:r>
        <w:rPr>
          <w:rFonts w:ascii="Courier New" w:hAnsi="Courier New"/>
          <w:color w:val="555555"/>
          <w:sz w:val="20"/>
        </w:rPr>
        <w:t>[3 . 120]</w:t>
      </w:r>
    </w:p>
    <w:p>
      <w:r>
        <w:rPr>
          <w:rFonts w:ascii="Gentium Plus" w:hAnsi="Gentium Plus"/>
          <w:sz w:val="24"/>
        </w:rPr>
        <w:t>Καὶ στήσει εἰς κρίσιν τὸν λαὸν τὸν Ἰσραηλιτικόν. Ὅσοι γὰρ ἐν νόμῳ ἥμαρτον, διὰ νόμου κριθήσονται, τοὺς δὲ λοιποὺς λαοὺς, οὐκέτι· διότι Ὅσοι ἀνόμως ἥμαρ‐ τον, ἀνόμως καὶ ἀπολοῦνται· καὶ Οἱ ἀσεβεῖς οὐκ ἀναστή‐</w:t>
      </w:r>
    </w:p>
    <w:p>
      <w:r>
        <w:rPr>
          <w:rFonts w:ascii="Courier New" w:hAnsi="Courier New"/>
          <w:color w:val="555555"/>
          <w:sz w:val="20"/>
        </w:rPr>
        <w:t>[5]</w:t>
      </w:r>
    </w:p>
    <w:p>
      <w:r>
        <w:rPr>
          <w:rFonts w:ascii="Gentium Plus" w:hAnsi="Gentium Plus"/>
          <w:sz w:val="24"/>
        </w:rPr>
        <w:t>σονται ἐν κρίσει, ἀλλ’ ἐν κατακρίσει. Παντὶ δὲ νομοθέτῃ πρὸς τοὺς κατὰ τὸν ὑπ’ αὐτοῦ γεγραμμένον νόμον κρινο‐ μένους κρίσις ἐστὶν ἐν τῇ παρεξετάσει τῆς τε πράξεως καὶ τοῦ βουλήματος τοῦ νομοθέτου. Διὸ καὶ ὁ Κύριος· Ὁ λόγος (φησὶν) ὃν ἐλάλησα, αὐτὸς ὑμᾶς κρινεῖ, ὅτι οἱ λογισμοὶ</w:t>
      </w:r>
    </w:p>
    <w:p>
      <w:r>
        <w:rPr>
          <w:rFonts w:ascii="Courier New" w:hAnsi="Courier New"/>
          <w:color w:val="555555"/>
          <w:sz w:val="20"/>
        </w:rPr>
        <w:t>[10]</w:t>
      </w:r>
    </w:p>
    <w:p>
      <w:r>
        <w:rPr>
          <w:rFonts w:ascii="Gentium Plus" w:hAnsi="Gentium Plus"/>
          <w:sz w:val="24"/>
        </w:rPr>
        <w:t>ἀλλήλοις ἀντικαθίστανται· ὅ τε παρὰ τοῦ Κυρίου ὑπο‐ βληθεὶς, καὶ ὁ πρὸς τὴν ἁμαρτίαν ἐκκαλεσάμενος. Κατὰ γὰρ τὸν Ὠσηὲ, κυκλώσει ἕκαστον τὰ διαβούλια αὐτοῦ. Ὀψόμεθα γὰρ ἅμα πάντα οἱονεὶ παρεστῶτα ἡμῖν τὰ ἔργα διὰ τῆς μνήμης, καὶ φαινόμενα ἀντιπρόσωπα τῇ διανοίᾳ ἡμῶν</w:t>
      </w:r>
    </w:p>
    <w:p>
      <w:r>
        <w:rPr>
          <w:rFonts w:ascii="Courier New" w:hAnsi="Courier New"/>
          <w:color w:val="555555"/>
          <w:sz w:val="20"/>
        </w:rPr>
        <w:t>[15]</w:t>
      </w:r>
    </w:p>
    <w:p>
      <w:r>
        <w:rPr>
          <w:rFonts w:ascii="Gentium Plus" w:hAnsi="Gentium Plus"/>
          <w:sz w:val="24"/>
        </w:rPr>
        <w:t>μετὰ τῶν ἰδίων τύπων, ὡς ἕκαστον πέπρακται, ἢ ὡς λελά‐ ληται. Ἐπειδὰν γὰρ ἐπιδείξῃ τὰ καθ’ ἑαυτὸν πάντα ἀνελ‐ λιπῶς πεποιηκότα περὶ τὴν, ὧν εἴληφεν, ἐθνῶν ἐπιμέλειαν ὁ Κύριος, νικᾷν λέγεται ἐν τῷ κρίνεσθαι πρὸς ἡμᾶς. Οὐ μὴν χρόνους γε προσήκει νομίζειν καταναλωθήσεσθαι εἰς</w:t>
      </w:r>
    </w:p>
    <w:p>
      <w:r>
        <w:rPr>
          <w:rFonts w:ascii="Courier New" w:hAnsi="Courier New"/>
          <w:color w:val="555555"/>
          <w:sz w:val="20"/>
        </w:rPr>
        <w:t>[20]</w:t>
      </w:r>
    </w:p>
    <w:p>
      <w:r>
        <w:rPr>
          <w:rFonts w:ascii="Gentium Plus" w:hAnsi="Gentium Plus"/>
          <w:sz w:val="24"/>
        </w:rPr>
        <w:t>τὸ ἕκαστον ἰδεῖν ἑαυτὸν μετὰ τῶν ἑαυτοῦ πράξεως, καὶ τὸν κριτὴν καὶ τὰ ἀκόλουθα τῷ θείῳ δικαστηρίῳ ἀφάτῳ δυ‐ νάμει ἐν ῥοπῇ καιροῦ φαντασιουμένου τοῦ νοῦ καὶ πάντα ἀναζωγραφοῦντος ἑαυτῷ, καὶ οἱονεὶ ἐν κατόπτρῳ τῷ ἡγε‐ μονικῷ ἐνορῶντος τοὺς τύπους τῶν πεπραγμένων.</w:t>
      </w:r>
    </w:p>
    <w:p>
      <w:r>
        <w:rPr>
          <w:rFonts w:ascii="Courier New" w:hAnsi="Courier New"/>
          <w:color w:val="555555"/>
          <w:sz w:val="20"/>
        </w:rPr>
        <w:t>[3 . 121]</w:t>
      </w:r>
    </w:p>
    <w:p>
      <w:r>
        <w:rPr>
          <w:rFonts w:ascii="Gentium Plus" w:hAnsi="Gentium Plus"/>
          <w:sz w:val="24"/>
        </w:rPr>
        <w:t>Αὐτὸς Κύριος εἰς κρίσιν ἥξει μετὰ τῶν πρεσβυ‐ τέρων τοῦ λαοῦ, καὶ μετὰ τῶν ἀρχόντων αὐτοῦ. Πῶς καὶ σφοδροτέραν τὴν συγκίνησιν ὁ λόγος ἐμφαίνει ἐν τῷ Αὐτὸς Κύριος εἰς κρίσιν ἥξει· ἐπὶ μὲν γὰρ τοῦ λαοῦ εἴρη‐</w:t>
      </w:r>
    </w:p>
    <w:p>
      <w:r>
        <w:rPr>
          <w:rFonts w:ascii="Courier New" w:hAnsi="Courier New"/>
          <w:color w:val="555555"/>
          <w:sz w:val="20"/>
        </w:rPr>
        <w:t>[5]</w:t>
      </w:r>
    </w:p>
    <w:p>
      <w:r>
        <w:rPr>
          <w:rFonts w:ascii="Gentium Plus" w:hAnsi="Gentium Plus"/>
          <w:sz w:val="24"/>
        </w:rPr>
        <w:t>ται τὸ Καταστήσεται εἰς κρίσιν Κύριος καὶ στήσει εἰς κρί‐ σιν τὸν λαὸν αὐτοῦ· ἐπὶ δὲ τῶν πρεσβυτέρων καὶ τῶν ἀρχόν‐ των τὸ Αὐτὸς Κύριος εἰς κρίσιν ἥξει. Πρῶτον μὲν, ἵνα δι‐ δαχθῶμεν, ὅτι ἕκαστος ἐν τῷ ἰδίῳ τάγματι κριθησόμεθα ὁ λαὸς, οἱ πρεσβύτεροι, οἱ ἄρχοντες. Ὁ μὲν γὰρ ἐλάχιστος</w:t>
      </w:r>
    </w:p>
    <w:p>
      <w:r>
        <w:rPr>
          <w:rFonts w:ascii="Courier New" w:hAnsi="Courier New"/>
          <w:color w:val="555555"/>
          <w:sz w:val="20"/>
        </w:rPr>
        <w:t>[10]</w:t>
      </w:r>
    </w:p>
    <w:p>
      <w:r>
        <w:rPr>
          <w:rFonts w:ascii="Gentium Plus" w:hAnsi="Gentium Plus"/>
          <w:sz w:val="24"/>
        </w:rPr>
        <w:t>σύγγνωστός ἐστιν ἐλέους, δυνατοὶ δὲ δυνατῶς ἐτασθήσον‐ ται. Δῆλον δὲ ὅτι εἰς κρίσιν ἐρχόμενος, οὐκ ἐπὶ τῷ κρῖναι, ἀλλ’ ἐπὶ τῷ διακρῖναι ἥξει. Οὐ γὰρ τοῦ κρίνοντός ἐστι μετὰ τῶν κρινομένων ἔρχεσθαι πρὸς τὴν κρίσιν, ἀλλὰ τῶν κρινο‐ μένων μετ’ ἀλλήλων ἀπαντᾷν πρὸς τὸν κρίνοντα. —Ἐλθὼν</w:t>
      </w:r>
    </w:p>
    <w:p>
      <w:r>
        <w:rPr>
          <w:rFonts w:ascii="Courier New" w:hAnsi="Courier New"/>
          <w:color w:val="555555"/>
          <w:sz w:val="20"/>
        </w:rPr>
        <w:t>[15]</w:t>
      </w:r>
    </w:p>
    <w:p>
      <w:r>
        <w:rPr>
          <w:rFonts w:ascii="Gentium Plus" w:hAnsi="Gentium Plus"/>
          <w:sz w:val="24"/>
        </w:rPr>
        <w:t>δὲ εἰς κρίσιν μετ’ αὐτῶν, εὐθὺς καὶ ἐγκαλέσει ἐλεγκτικῶς, λέγων· Ὑμεῖς δὲ τί ἐνεπυρίσατέ μου τὸν ἀμπελῶνα καὶ</w:t>
      </w:r>
    </w:p>
    <w:p>
      <w:r>
        <w:rPr>
          <w:rFonts w:ascii="Courier New" w:hAnsi="Courier New"/>
          <w:color w:val="555555"/>
          <w:sz w:val="20"/>
        </w:rPr>
        <w:t>[20]</w:t>
      </w:r>
    </w:p>
    <w:p>
      <w:r>
        <w:rPr>
          <w:rFonts w:ascii="Gentium Plus" w:hAnsi="Gentium Plus"/>
          <w:sz w:val="24"/>
        </w:rPr>
        <w:t>λον δὲ εὐξώμεθα, μὴ ἐφευρεθῆναι τὰ ἄξια τοῦ ἐγκαλεῖσθαι τὰ τοιαῦτα. Δῆλον γὰρ, ὅτι πρὸς ἡμᾶς ὁ λόγος, τοὺς μὲν ἐν πρεσβυτερίῳ, τοὺς δὲ ἐν μείζονι τιμῇ τοῦ λαοῦ προε‐ στῶτας. Ἐπίστευσα ὑμῖν ἄμπελον εὐθηνοῦσαν, πᾶσαν ἀλη‐ θινὴν, εἰς τὸ ποιεῖν αὐτὴν τοὺς δέοντας καρποὺς διὰ τῆς ἐπι‐</w:t>
      </w:r>
    </w:p>
    <w:p>
      <w:r>
        <w:rPr>
          <w:rFonts w:ascii="Courier New" w:hAnsi="Courier New"/>
          <w:color w:val="555555"/>
          <w:sz w:val="20"/>
        </w:rPr>
        <w:t>[25]</w:t>
      </w:r>
    </w:p>
    <w:p>
      <w:r>
        <w:rPr>
          <w:rFonts w:ascii="Gentium Plus" w:hAnsi="Gentium Plus"/>
          <w:sz w:val="24"/>
        </w:rPr>
        <w:t>μελείας ὑμῶν· ὑμεῖς δὲ οὐ μόνον ἀπεχερσώσατε αὐτὴν, ἀλλὰ καὶ προσενεπρήσατε. Τοῦτο δὲ γίνεται, ὅταν πρὸς τῷ μὴ διδάσκειν τὰ δέοντα, ἔτι καὶ τὸν ἐκ τῆς δυσσεβείας ἐμπρησ‐ μὸν, οἷόν τινα φλόγα ἕρπουσαν πανταχοῦ καὶ ἀεὶ τὰ συνεχῆ ἐπιλαμβανομένην καὶ εἰς τὸν ἀμπελῶνα παραδεξώμεθα.</w:t>
      </w:r>
    </w:p>
    <w:p>
      <w:r>
        <w:rPr>
          <w:rFonts w:ascii="Courier New" w:hAnsi="Courier New"/>
          <w:color w:val="555555"/>
          <w:sz w:val="20"/>
        </w:rPr>
        <w:t>[30]</w:t>
      </w:r>
    </w:p>
    <w:p>
      <w:r>
        <w:rPr>
          <w:rFonts w:ascii="Gentium Plus" w:hAnsi="Gentium Plus"/>
          <w:sz w:val="24"/>
        </w:rPr>
        <w:t>Οἱ τὰ τέως θάλλοντα καὶ εὐθηνοῦντα τὰ κλήματα ξηρὰ καὶ ἀπρεπῆ καὶ ἄκαρπα ἐπιδεικνύοντες, καὶ οἱ τὰ ἐκ τῶν πεπυρωμένων βελῶν τοῦ διαβόλου ἐγγινόμενα πάθη μὴ σβεννύντες, ἀλλὰ τῇ ἐκλύσει τοῦ βίου τοῦ καθ’ ἑαυ‐ τοὺς πολλὰ γίνεσθαι συγχωροῦντες, ἐμπυρίζουσι τὸν ἀμ‐</w:t>
      </w:r>
    </w:p>
    <w:p>
      <w:r>
        <w:rPr>
          <w:rFonts w:ascii="Courier New" w:hAnsi="Courier New"/>
          <w:color w:val="555555"/>
          <w:sz w:val="20"/>
        </w:rPr>
        <w:t>[35]</w:t>
      </w:r>
    </w:p>
    <w:p>
      <w:r>
        <w:rPr>
          <w:rFonts w:ascii="Gentium Plus" w:hAnsi="Gentium Plus"/>
          <w:sz w:val="24"/>
        </w:rPr>
        <w:t>πελῶνα. Ἀλλὰ καὶ ὁ, διὰ τῆς ἡδείας πλεονεξίας, πολλοὺς εἰς τὴν τῶν ἀλλοτρίων ἐπιθυμίαν προκαλούμενος, ἐμπυρίζει τὸν ἀμπελῶνα. Ἐπισυνάπτει γοῦν τὸ Καὶ ἡ ἁρπαγὴ τοῦ πτωχοῦ ἐν τοῖς οἴκοις ὑμῶν. —Ὥστε καὶ οἱ ἄδικον κτῆσιν ἀπὸ ἁρπαγῆς καὶ βίας συλλέγοντες, αἰτίαν τοῦ ἐμπρησμοῦ</w:t>
      </w:r>
    </w:p>
    <w:p>
      <w:r>
        <w:rPr>
          <w:rFonts w:ascii="Courier New" w:hAnsi="Courier New"/>
          <w:color w:val="555555"/>
          <w:sz w:val="20"/>
        </w:rPr>
        <w:t>[40]</w:t>
      </w:r>
    </w:p>
    <w:p>
      <w:r>
        <w:rPr>
          <w:rFonts w:ascii="Gentium Plus" w:hAnsi="Gentium Plus"/>
          <w:sz w:val="24"/>
        </w:rPr>
        <w:t>τῷ ἀμπελῶνι παρέχουσιν, ἐκ τοῦ πονηροῦ ὑποδείγματος τοῦ κατὰ τοὺς προεστῶτας καὶ τοῦ λαοῦ παντὸς εἰς τὴν κατ’ ἀλλήλων πλεονεξίαν παιδοτριβουμένου. —Πρεσβύτεροι οὖν καὶ ἄρχοντες, οἱ μὴ διὰ τῆς ὑγιαινούσης διδασκαλίας καὶ τῶν κατὰ τὸν ἴδιον βίον ἀγαθῶν ὑποδειγμάτων τὸν</w:t>
      </w:r>
    </w:p>
    <w:p>
      <w:r>
        <w:rPr>
          <w:rFonts w:ascii="Courier New" w:hAnsi="Courier New"/>
          <w:color w:val="555555"/>
          <w:sz w:val="20"/>
        </w:rPr>
        <w:t>[45]</w:t>
      </w:r>
    </w:p>
    <w:p>
      <w:r>
        <w:rPr>
          <w:rFonts w:ascii="Gentium Plus" w:hAnsi="Gentium Plus"/>
          <w:sz w:val="24"/>
        </w:rPr>
        <w:t>ἀμπελῶνα γεωργοῦντες, ταῦτα ἐγκληθησόμεθα. Εὐλόγως δὲ καὶ ἀκουσόμεθα τὸ Καὶ ἡ ἁρπαγὴ τοῦ πτωχοῦ ἐν τοῖς οἴκοις ὑμῶν· ἐὰν τὰ εἰς λόγον τῆς ἀναπαύσεως τῶν πενήτων διδόμενα, ἐν τοῖς οἴκοις ἔχωμεν, ἀποστεροῦντες τοὺς ἐνδεεῖς.</w:t>
      </w:r>
    </w:p>
    <w:p>
      <w:r>
        <w:rPr>
          <w:rFonts w:ascii="Courier New" w:hAnsi="Courier New"/>
          <w:color w:val="555555"/>
          <w:sz w:val="20"/>
        </w:rPr>
        <w:t>[3 . 122]</w:t>
      </w:r>
    </w:p>
    <w:p>
      <w:r>
        <w:rPr>
          <w:rFonts w:ascii="Gentium Plus" w:hAnsi="Gentium Plus"/>
          <w:sz w:val="24"/>
        </w:rPr>
        <w:t>Τί ὑμεῖς ἀδικεῖτε τὸν λαόν μου καὶ τὸ πρόσωπον τῶν πτωχῶν καταισχύνετε; Ἔθος τοῖς ἀδικοῦσι καὶ ἀποστεροῦσιν, ἐπειδὰν ἐγκαλῶνται παρὰ τῶν ἠδικημένων, ὕβρεσι καὶ λοιδορίαις καταισχύνειν</w:t>
      </w:r>
    </w:p>
    <w:p>
      <w:r>
        <w:rPr>
          <w:rFonts w:ascii="Courier New" w:hAnsi="Courier New"/>
          <w:color w:val="555555"/>
          <w:sz w:val="20"/>
        </w:rPr>
        <w:t>[5]</w:t>
      </w:r>
    </w:p>
    <w:p>
      <w:r>
        <w:rPr>
          <w:rFonts w:ascii="Gentium Plus" w:hAnsi="Gentium Plus"/>
          <w:sz w:val="24"/>
        </w:rPr>
        <w:t>αὐτοὺς ἐξευτελίζοντες καὶ πληγὰς ἀπειλοῦντες καὶ ὡς φιλο‐ πράγμονας διαβάλλοντες. Οὐ μόνον οὖν (φησὶν) ἀδικεῖτε τὸν πένητα (εὐδιάρπαστον ὄντα, καὶ εὐεπιβούλευτον διὰ τὴν ἐρη‐ μίαν) ἀλλὰ καὶ καταισχύνετε τὰ πρόσωπα τῶν πτωχῶν. Τὴν ὑμῖν προσήκουσαν ἐκ τῆς ἀδικίας αἰσχύνην, ταύτην ἐκ τῆς</w:t>
      </w:r>
    </w:p>
    <w:p>
      <w:r>
        <w:rPr>
          <w:rFonts w:ascii="Courier New" w:hAnsi="Courier New"/>
          <w:color w:val="555555"/>
          <w:sz w:val="20"/>
        </w:rPr>
        <w:t>[10]</w:t>
      </w:r>
    </w:p>
    <w:p>
      <w:r>
        <w:rPr>
          <w:rFonts w:ascii="Gentium Plus" w:hAnsi="Gentium Plus"/>
          <w:sz w:val="24"/>
        </w:rPr>
        <w:t>τυραννίδος ὑμῶν τοῖς πτωχοῖς περιτρέπετε, μάρτυρας ἀνα‐ πείθοντες, συνηγόρους μισθούμενοι, τοὺς δικάζοντας παρα‐ πείθοντες, ἕως ἂν πρὸς τῇ λοιπῇ ἀδικίᾳ καὶ τὴν ἐκ τῆς συ‐ κοφαντίας αἰσχύνην τοῖς πένησι περιστήσητε. Γίνεται δὲ καὶ ἄλλως ἡμέτερον τὸ ἔγκλημα, ὅταν ἐν τοῖς</w:t>
      </w:r>
    </w:p>
    <w:p>
      <w:r>
        <w:rPr>
          <w:rFonts w:ascii="Courier New" w:hAnsi="Courier New"/>
          <w:color w:val="555555"/>
          <w:sz w:val="20"/>
        </w:rPr>
        <w:t>[15]</w:t>
      </w:r>
    </w:p>
    <w:p>
      <w:r>
        <w:rPr>
          <w:rFonts w:ascii="Gentium Plus" w:hAnsi="Gentium Plus"/>
          <w:sz w:val="24"/>
        </w:rPr>
        <w:t>ὁμοίοις πταίσμασι τῶν μὲν πενήτων σφοδρῶς καθαπτώμεθα, δημοσιεύοντες μὲν αὐτῶν τὰ πταίσματα καὶ μηδενὸς ὀνείδους φειδόμενοι, ἐνεπιδεικνύμενοι δὲ τὸν τοῦ Θεοῦ ζῆλον τοῖς πέ‐ νησι καὶ ἐκ τούτου τὰ πρόσωπα αὐτῶν καταισχύνοντες. —</w:t>
      </w:r>
    </w:p>
    <w:p>
      <w:r>
        <w:rPr>
          <w:rFonts w:ascii="Courier New" w:hAnsi="Courier New"/>
          <w:color w:val="555555"/>
          <w:sz w:val="20"/>
        </w:rPr>
        <w:t>[20]</w:t>
      </w:r>
    </w:p>
    <w:p>
      <w:r>
        <w:rPr>
          <w:rFonts w:ascii="Gentium Plus" w:hAnsi="Gentium Plus"/>
          <w:sz w:val="24"/>
        </w:rPr>
        <w:t>βειαν πάντων καταφρονήσαντες καὶ (ἐπ’ ἐλπίδι τοῦ κατὰ Θεὸν πλούτου) τῆς κοσμικῆς περιουσίας ὑπεριδόντες, —οἱ κακῶς προεστῶτες τοῦ λαοῦ, ἀντὶ τοῦ μακαρίζειν τοὺς οὕ‐ τω πτωχεύοντας, διαβάλλοντες καὶ ἐξουθενοῦντες καὶ τὴν ἐπαινετὴν αὐτῶν ταπεινοφροσύνην ἐξευτελίζοντες, εἰκότως</w:t>
      </w:r>
    </w:p>
    <w:p>
      <w:r>
        <w:rPr>
          <w:rFonts w:ascii="Courier New" w:hAnsi="Courier New"/>
          <w:color w:val="555555"/>
          <w:sz w:val="20"/>
        </w:rPr>
        <w:t>[25]</w:t>
      </w:r>
    </w:p>
    <w:p>
      <w:r>
        <w:rPr>
          <w:rFonts w:ascii="Gentium Plus" w:hAnsi="Gentium Plus"/>
          <w:sz w:val="24"/>
        </w:rPr>
        <w:t>ἐγκαλοῦνται, μάλιστα ἐὰν πρεσβύτεροι ὦσιν, ἢ ἄρχοντες, ὡς τὰ πρόσωπα τῶν ἁγίων πτωχῶν καταισχύνοντες. Ὁποῖ‐ ος ἦν πτωχὸς Ἰωάννης, μὴ οἶκον ἔχων, μὴ οἰκέτην, μὴ βοῦν ἀροτῆρα, μὴ γήδιον, μὴ κλίνην, μὴ τράπεζαν, μὴ ἄρτον. Ὁποῖος Ἡλίας. Ὁποῖος τῶν Ἁγίων ἕκαστος, οἳ</w:t>
      </w:r>
    </w:p>
    <w:p>
      <w:r>
        <w:rPr>
          <w:rFonts w:ascii="Courier New" w:hAnsi="Courier New"/>
          <w:color w:val="555555"/>
          <w:sz w:val="20"/>
        </w:rPr>
        <w:t>[30]</w:t>
      </w:r>
    </w:p>
    <w:p>
      <w:r>
        <w:rPr>
          <w:rFonts w:ascii="Gentium Plus" w:hAnsi="Gentium Plus"/>
          <w:sz w:val="24"/>
        </w:rPr>
        <w:t>περιῆλθον ἐν μηλωταῖς, ἐν αἰγείοις δέρμασιν, ὑστερούμενοι, θλιβόμενοι, κακουχούμενοι.</w:t>
      </w:r>
    </w:p>
    <w:p>
      <w:r>
        <w:rPr>
          <w:rFonts w:ascii="Courier New" w:hAnsi="Courier New"/>
          <w:color w:val="555555"/>
          <w:sz w:val="20"/>
        </w:rPr>
        <w:t>[3 . 123]</w:t>
      </w:r>
    </w:p>
    <w:p>
      <w:r>
        <w:rPr>
          <w:rFonts w:ascii="Gentium Plus" w:hAnsi="Gentium Plus"/>
          <w:sz w:val="24"/>
        </w:rPr>
        <w:t>Τάδε λέγει Κύριος· ἀνθ’ ὧν ὑψώθησαν αἱ θυγα‐ τέρες Σιὼν καὶ ἐπορεύθησαν ὑψηλῷ τραχήλῳ καὶ ἐν νεύ‐ μασιν ὀφθαλμῶν καὶ τῇ πορείᾳ τῶν ποδῶν ἅμα σύρουσαι τοὺς χιτῶνας καὶ τοῖς ποσὶν ἅμα παίζουσαι, καὶ ταπει‐</w:t>
      </w:r>
    </w:p>
    <w:p>
      <w:r>
        <w:rPr>
          <w:rFonts w:ascii="Courier New" w:hAnsi="Courier New"/>
          <w:color w:val="555555"/>
          <w:sz w:val="20"/>
        </w:rPr>
        <w:t>[5]</w:t>
      </w:r>
    </w:p>
    <w:p>
      <w:r>
        <w:rPr>
          <w:rFonts w:ascii="Gentium Plus" w:hAnsi="Gentium Plus"/>
          <w:sz w:val="24"/>
        </w:rPr>
        <w:t>νώσει ὁ Θεὸς ἀρχούσας θυγατέρας Σιών. Εἰ καὶ μείζονά τινα προηγουμένως ἐμφαίνει ὁ λόγος, ἀλλ’ ὅμως ἔχει τι καὶ αὐτόθεν τοῖς πλήθεσι χρήσιμον καὶ ἐπι‐ στρεπτικὸν τὰ λεγόμενα. Συστέλλει γὰρ ἀκολάστων γυναικῶν τὴν ζωὴν, καὶ σχήματι καὶ βλέμματι καὶ βαδίσματι καὶ στολῇ</w:t>
      </w:r>
    </w:p>
    <w:p>
      <w:r>
        <w:rPr>
          <w:rFonts w:ascii="Courier New" w:hAnsi="Courier New"/>
          <w:color w:val="555555"/>
          <w:sz w:val="20"/>
        </w:rPr>
        <w:t>[10]</w:t>
      </w:r>
    </w:p>
    <w:p>
      <w:r>
        <w:rPr>
          <w:rFonts w:ascii="Gentium Plus" w:hAnsi="Gentium Plus"/>
          <w:sz w:val="24"/>
        </w:rPr>
        <w:t>τὴν πρὸς πορνείαν εὐκολίαν ἐπιδεικνυμένων. Ὅταν γὰρ ἐπὶ τῷ κάλλει τοῦ σώματος μεγαλοφρονοῦσαι ὑπεραίρωσιν ἑαυ‐</w:t>
      </w:r>
    </w:p>
    <w:p>
      <w:r>
        <w:rPr>
          <w:rFonts w:ascii="Courier New" w:hAnsi="Courier New"/>
          <w:color w:val="555555"/>
          <w:sz w:val="20"/>
        </w:rPr>
        <w:t>[15]</w:t>
      </w:r>
    </w:p>
    <w:p>
      <w:r>
        <w:rPr>
          <w:rFonts w:ascii="Gentium Plus" w:hAnsi="Gentium Plus"/>
          <w:sz w:val="24"/>
        </w:rPr>
        <w:t>πρόσωπα εἶναι καταφανῆ. Ἡ μὲν γὰρ σεμνὴ γυνὴ καὶ κοσμία, εἰς γῆν κατανεύουσα ὑπὸ αἰδοῦς, ἐπὶ τὸ κάτω καθελκόμενον ἔχει τὸ πρόσωπον· ἡ δὲ πολλοὺς ἀγρεῦσαι τῇ παγίδι τοῦ κάλλους προαιρουμένη, πορεύεται ὑψηλῷ τρα‐ χήλῳ.</w:t>
      </w:r>
    </w:p>
    <w:p>
      <w:r>
        <w:rPr>
          <w:rFonts w:ascii="Courier New" w:hAnsi="Courier New"/>
          <w:color w:val="555555"/>
          <w:sz w:val="20"/>
        </w:rPr>
        <w:t>[20]</w:t>
      </w:r>
    </w:p>
    <w:p>
      <w:r>
        <w:rPr>
          <w:rFonts w:ascii="Gentium Plus" w:hAnsi="Gentium Plus"/>
          <w:sz w:val="24"/>
        </w:rPr>
        <w:t>Καὶ ἐν νεύμασιν ὀφθαλμῶν. Γυναικὸς πορνείας πνεούσης τὸ κατηγόρημα, περίεργα βλέπειν τῷ ὀφθαλμῷ, τὴν ἀσέλγειαν τῆς ψυχῆς καταμηνύειν τῷ βλέμματι, ἐμμειδιᾷν, τοῖς ὀφθαλ‐ μοῖς ἐρεθίζειν πορνικῶς, ἰόν τινα φθαρτικὸν ἐξαποστέλλειν τοῖς ὄμμασιν· ὁποῖον δή τι καὶ ὁ περὶ τοῦ βασιλίσκου κα‐</w:t>
      </w:r>
    </w:p>
    <w:p>
      <w:r>
        <w:rPr>
          <w:rFonts w:ascii="Courier New" w:hAnsi="Courier New"/>
          <w:color w:val="555555"/>
          <w:sz w:val="20"/>
        </w:rPr>
        <w:t>[25]</w:t>
      </w:r>
    </w:p>
    <w:p>
      <w:r>
        <w:rPr>
          <w:rFonts w:ascii="Gentium Plus" w:hAnsi="Gentium Plus"/>
          <w:sz w:val="24"/>
        </w:rPr>
        <w:t>τέχει λόγος, ὅν φασι καὶ ἐκ μόνης τῆς ὄψεως διαφθείρειν τοὺς θεαθέντας. —Δικαίως οὖν ἀγανακτεῖ ὁ λόγος κατὰ τῶν πορευομένων ὑψηλῷ τραχήλῳ, τουτέστιν ἀπερυθρια‐ σμένῳ προσώπῳ καὶ ἐν νεύμασιν ὀφθαλμῶν. Τὸ δὲ ὑψηλὸν τοῦ τραχήλου, δεῖγμα τοῦ μηδὲ τῷ ζυγῷ τῆς σωφροσύνης</w:t>
      </w:r>
    </w:p>
    <w:p>
      <w:r>
        <w:rPr>
          <w:rFonts w:ascii="Courier New" w:hAnsi="Courier New"/>
          <w:color w:val="555555"/>
          <w:sz w:val="20"/>
        </w:rPr>
        <w:t>[30]</w:t>
      </w:r>
    </w:p>
    <w:p>
      <w:r>
        <w:rPr>
          <w:rFonts w:ascii="Gentium Plus" w:hAnsi="Gentium Plus"/>
          <w:sz w:val="24"/>
        </w:rPr>
        <w:t>ὑποκεῖσθαι· ἁβρυνομένης δὲ καὶ χλιδώσης, τὸν χιτῶνα ἐπισυ‐ ρομένης βαδίζειν καὶ τὸ βάδισμα μὴ κατὰ φύσιν ποιεῖσθαι, ἀλλὰ πρὸς ῥυθμὸν ἐκμελῆ ἐπιτετηδευμένον ἐκλύτως. Ἀντὶ οὖν τούτων Ταπεινώσει ὁ Θεὸς ἀρχούσας θυγατέρας Σιών. Ἐπειδὴ ἑκουσίως τὸ ταπεινὸν οὐχ εἵλοντο, ἀλλ’ ἐπορεύ‐</w:t>
      </w:r>
    </w:p>
    <w:p>
      <w:r>
        <w:rPr>
          <w:rFonts w:ascii="Courier New" w:hAnsi="Courier New"/>
          <w:color w:val="555555"/>
          <w:sz w:val="20"/>
        </w:rPr>
        <w:t>[35]</w:t>
      </w:r>
    </w:p>
    <w:p>
      <w:r>
        <w:rPr>
          <w:rFonts w:ascii="Gentium Plus" w:hAnsi="Gentium Plus"/>
          <w:sz w:val="24"/>
        </w:rPr>
        <w:t>θησαν ὑψηλῷ τραχήλῳ, ταπεινώσει (φησὶ) τὰς ἀρχηγοὺς αὐτῶν, τὰς θυγατέρας Σιών. Ἔτι καὶ νῦν ἔξεστιν ὁρᾷν πολλαχοῦ τὰς Ἰουδαίας γυναῖκας τοῖς ἑκάστου ποσὶν ἐπιπαιζούσας καὶ μὴ ἐντρεπομένας τὴν τοῦ Προφήτου φωνήν. Εἴθε δὲ μὴ καὶ τῆς Ἐκκλησίας αἱ θυγατέ‐</w:t>
      </w:r>
    </w:p>
    <w:p>
      <w:r>
        <w:rPr>
          <w:rFonts w:ascii="Courier New" w:hAnsi="Courier New"/>
          <w:color w:val="555555"/>
          <w:sz w:val="20"/>
        </w:rPr>
        <w:t>[40]</w:t>
      </w:r>
    </w:p>
    <w:p>
      <w:r>
        <w:rPr>
          <w:rFonts w:ascii="Gentium Plus" w:hAnsi="Gentium Plus"/>
          <w:sz w:val="24"/>
        </w:rPr>
        <w:t>ρες τὰ αὐτὰ ἐγκαλοῖντο. Πολλαὶ γὰρ, ὡς ἐν πλήθει ἐπὶ τῶν προσιόντων τῷ θείῳ λόγῳ, ἐν ταῖς ἡμέραις τῶν ἑορτῶν, οὐκ εἰδυῖαι εὐφροσύνην πνευματικὴν, παιδιαῖς ἀσέμνοις ἑαυτὰς ἐπιδιδοῦσαι, κώμοις καὶ μέθαις ἐγκαλινδοῦνται, καὶ μὴ τη‐ ροῦσαι τὸ παράγγελμα τὸ λέγον, ὅτι Οἱ ὀφθαλμοί σου ὀρθὰ</w:t>
      </w:r>
    </w:p>
    <w:p>
      <w:r>
        <w:rPr>
          <w:rFonts w:ascii="Courier New" w:hAnsi="Courier New"/>
          <w:color w:val="555555"/>
          <w:sz w:val="20"/>
        </w:rPr>
        <w:t>[45]</w:t>
      </w:r>
    </w:p>
    <w:p>
      <w:r>
        <w:rPr>
          <w:rFonts w:ascii="Gentium Plus" w:hAnsi="Gentium Plus"/>
          <w:sz w:val="24"/>
        </w:rPr>
        <w:t>βλεπέτωσαν· ὑπολοξοῦσαι τὸ ὄμμα καὶ παρεκκλίνουσαι, δεῖγ‐ μα πονηρᾶς ἐκφέρουσι προαιρέσεως. Πολλαχοῦ δὲ τὰ νεύ‐ ματα τῶν ὀφθαλμῶν διαβέβληται, ὡς ἐν Παροιμίαις ἐπὶ τοῦ κακοῦ παρατετήρηται, ὅτι Ὁ δὲ αὐτὸς ἐννεύει μὲν ὀφθαλμῷ, σημαίνει δὲ ποδί. Καὶ πάλιν· Ὁ ἐννεύων ὀφθαλμῷ μετὰ</w:t>
      </w:r>
    </w:p>
    <w:p>
      <w:r>
        <w:rPr>
          <w:rFonts w:ascii="Courier New" w:hAnsi="Courier New"/>
          <w:color w:val="555555"/>
          <w:sz w:val="20"/>
        </w:rPr>
        <w:t>[3 . 123 (50)]</w:t>
      </w:r>
    </w:p>
    <w:p>
      <w:r>
        <w:rPr>
          <w:rFonts w:ascii="Gentium Plus" w:hAnsi="Gentium Plus"/>
          <w:sz w:val="24"/>
        </w:rPr>
        <w:t>δόλου, συνάγει ἀνδράσι λύπας. Καὶ τὸ Οἱ μισοῦντές με δωρεὰν καὶ διανεύοντες ὀφθαλμοῖς. —Φθάνει δέ ποτε καὶ ἐπ’ ἄνδρας τὰ τοιαῦτα ἐγκλήματα, τοὺς φρονήματι μὲν ἀλαζονικῷ ὑπερφρονοῦντας τῶν ὑποδεεστέρων, ὑπτιάζοντας δὲ τῷ σχήματι, καὶ τῷ νεύματι τῶν ὀφρύων τὴν ἀλαζο‐</w:t>
      </w:r>
    </w:p>
    <w:p>
      <w:r>
        <w:rPr>
          <w:rFonts w:ascii="Courier New" w:hAnsi="Courier New"/>
          <w:color w:val="555555"/>
          <w:sz w:val="20"/>
        </w:rPr>
        <w:t>[55]</w:t>
      </w:r>
    </w:p>
    <w:p>
      <w:r>
        <w:rPr>
          <w:rFonts w:ascii="Gentium Plus" w:hAnsi="Gentium Plus"/>
          <w:sz w:val="24"/>
        </w:rPr>
        <w:t>νείαν ἐνδεικνυμένους, σοβαρῷ δὲ καὶ διηρμένῳ βαδίσματι εὔρυθμα βαίνοντας, τὸ ἱμάτιον καθιέντας μέχρι τῶν σφυρῶν, ἀλαζονείαν ἐνδεικνυμένους, καὶ παιδιαῖς ἑαυτοὺς ἀμέτροις ἐκδεδωκότας, οὓς μένει τὸ ἀπειληθὲν πτῶμα τὸ διὰ τῆς ταπεινώσεως τῆς ἀπὸ τοῦ ὕψους.</w:t>
      </w:r>
    </w:p>
    <w:p>
      <w:r>
        <w:rPr>
          <w:rFonts w:ascii="Courier New" w:hAnsi="Courier New"/>
          <w:color w:val="555555"/>
          <w:sz w:val="20"/>
        </w:rPr>
        <w:t>[3 . 124]</w:t>
      </w:r>
    </w:p>
    <w:p>
      <w:r>
        <w:rPr>
          <w:rFonts w:ascii="Gentium Plus" w:hAnsi="Gentium Plus"/>
          <w:sz w:val="24"/>
        </w:rPr>
        <w:t>Καὶ Κύριος ἀνακαλύψει τὸ σχῆμα αὐτῶν. Τοῦτο τὸ σχῆμα τὸ ὑπερήφανον καὶ πεποιημένον πρὸς ἔκ‐ λυσιν καὶ πᾶσαν ἀκόλαστον ἔννοιαν, ταῖς καρδίαις τῶν ἀφυ‐ λάκτων ἐνεργαζόμενον, ἀνακαλύψει Κύριος, ὅταν ἐν τῇ φανε‐</w:t>
      </w:r>
    </w:p>
    <w:p>
      <w:r>
        <w:rPr>
          <w:rFonts w:ascii="Courier New" w:hAnsi="Courier New"/>
          <w:color w:val="555555"/>
          <w:sz w:val="20"/>
        </w:rPr>
        <w:t>[5]</w:t>
      </w:r>
    </w:p>
    <w:p>
      <w:r>
        <w:rPr>
          <w:rFonts w:ascii="Gentium Plus" w:hAnsi="Gentium Plus"/>
          <w:sz w:val="24"/>
        </w:rPr>
        <w:t>ρώσει τῶν κρυπτῶν τὰ μὲν τῆς σαρκὸς παραπετάσματα πε‐</w:t>
      </w:r>
    </w:p>
    <w:p>
      <w:r>
        <w:rPr>
          <w:rFonts w:ascii="Courier New" w:hAnsi="Courier New"/>
          <w:color w:val="555555"/>
          <w:sz w:val="20"/>
        </w:rPr>
        <w:t>[10]</w:t>
      </w:r>
    </w:p>
    <w:p>
      <w:r>
        <w:rPr>
          <w:rFonts w:ascii="Gentium Plus" w:hAnsi="Gentium Plus"/>
          <w:sz w:val="24"/>
        </w:rPr>
        <w:t>θάνει καὶ εἰς γνῶσιν τοῖς πολλοῖς ἐλθούσης τῆς ἐπὶ τοῖς ἁμαρτήμασιν ἀσχημοσύνης, ἐπιστρέψαι καταιδεσθέντας τοὺς τέως διὰ τὸ λανθάνειν ἐπιμένοντας τῷ κακῷ. Τοῦ Κυρίου οὖν ἔργον, ἀνακαλύψαι τὸ σχῆμα τὸ ἐπίπλαστον καὶ κατ‐ εσχηματισμένον.</w:t>
      </w:r>
    </w:p>
    <w:p>
      <w:r>
        <w:rPr>
          <w:rFonts w:ascii="Courier New" w:hAnsi="Courier New"/>
          <w:color w:val="555555"/>
          <w:sz w:val="20"/>
        </w:rPr>
        <w:t>[15]</w:t>
      </w:r>
    </w:p>
    <w:p>
      <w:r>
        <w:rPr>
          <w:rFonts w:ascii="Gentium Plus" w:hAnsi="Gentium Plus"/>
          <w:sz w:val="24"/>
        </w:rPr>
        <w:t>Ὥστε καὶ εἴ τινες ἡμῶν τῶν τιμωμένων προσχήματι βίον ἄσεμνον ὑποκρύπτουσι, φοβηθήτωσαν τὸν ἀνακαλύπτειν ἡμῶν τὸ σχῆμα μέλλοντα καὶ φανεροῦντα τὰς βουλὰς τῶν καρδιῶν ἡμῶν, ὥστε ἐν ταῖς πάντων προκεῖσθαι ὄψεσι τοὺς ἐν ἑκάστῳ γινομένους χείρονας λογισμούς. —Κυκλώσει γὰρ ἕκαστον</w:t>
      </w:r>
    </w:p>
    <w:p>
      <w:r>
        <w:rPr>
          <w:rFonts w:ascii="Courier New" w:hAnsi="Courier New"/>
          <w:color w:val="555555"/>
          <w:sz w:val="20"/>
        </w:rPr>
        <w:t>[20]</w:t>
      </w:r>
    </w:p>
    <w:p>
      <w:r>
        <w:rPr>
          <w:rFonts w:ascii="Gentium Plus" w:hAnsi="Gentium Plus"/>
          <w:sz w:val="24"/>
        </w:rPr>
        <w:t>ἡμῶν τὰ διαβούλια αὐτοῦ καὶ αἱ πράξεις ἐν τοῖς ἰδίοις γνωρίσ‐ μασι περιστήσονται, αἰσχύνην καὶ ὀνειδισμὸν αἰώνιον ἡμῖν ἐπ‐ άγουσαι, ὅταν ἐλέγχωνται ἐναντίως ἔχουσαι πρὸς τὸν λόγον, ὥστε τὸν κηρύσσοντα μὴ κλέπτειν, κλοπέα ἐφευρίσκεσθαι· τὸν λέγοντα μὴ μοιχεύειν, ἐν τοῖς μοιχοῖς ἔχοντα τὴν με‐</w:t>
      </w:r>
    </w:p>
    <w:p>
      <w:r>
        <w:rPr>
          <w:rFonts w:ascii="Courier New" w:hAnsi="Courier New"/>
          <w:color w:val="555555"/>
          <w:sz w:val="20"/>
        </w:rPr>
        <w:t>[25]</w:t>
      </w:r>
    </w:p>
    <w:p>
      <w:r>
        <w:rPr>
          <w:rFonts w:ascii="Gentium Plus" w:hAnsi="Gentium Plus"/>
          <w:sz w:val="24"/>
        </w:rPr>
        <w:t>ρίδα φωρᾶσθαι· τὸν βδελυσσόμενον τὰ εἴδωλα, ἱεροσυλίας τοῦτον μὴ ἀπεχόμενον. Οὐδὲν γὰρ κρυπτὸν, ὃ οὐ φανερω‐ θήσεται, οὐδὲ κεκαλυμμένον, ὃ οὐκ ἀποκαλυφθήσεται.</w:t>
      </w:r>
    </w:p>
    <w:p>
      <w:r>
        <w:rPr>
          <w:rFonts w:ascii="Courier New" w:hAnsi="Courier New"/>
          <w:color w:val="555555"/>
          <w:sz w:val="20"/>
        </w:rPr>
        <w:t>[3 . 125]</w:t>
      </w:r>
    </w:p>
    <w:p>
      <w:r>
        <w:rPr>
          <w:rFonts w:ascii="Gentium Plus" w:hAnsi="Gentium Plus"/>
          <w:sz w:val="24"/>
        </w:rPr>
        <w:t>Ἐν τῇ ἡμέρᾳ ἐκείνῃ ἀφελεῖ Κύριος τὴν δόξαν τοῦ ἱματισμοῦ αὐτῶν καὶ τὸν κόσμον αὐτῶν.</w:t>
      </w:r>
    </w:p>
    <w:p>
      <w:r>
        <w:rPr>
          <w:rFonts w:ascii="Courier New" w:hAnsi="Courier New"/>
          <w:color w:val="555555"/>
          <w:sz w:val="20"/>
        </w:rPr>
        <w:t>[5]</w:t>
      </w:r>
    </w:p>
    <w:p>
      <w:r>
        <w:rPr>
          <w:rFonts w:ascii="Gentium Plus" w:hAnsi="Gentium Plus"/>
          <w:sz w:val="24"/>
        </w:rPr>
        <w:t>κακῷ ἑαυτῶν καὶ τῶν ἐντυγχανόντων αὐταῖς περιεβάλλοντο. Ὥστε πᾶσα γυνὴ κακῶς κεχρημένη τῇ περιβολῇ τῆς ἐσθῆτος, τὴν ἀφαίρεσιν ἀπειλεῖται. Ἐπειδὴ καὶ ἐπορεύοντο (φησὶν) ἅμα σύρουσαι τοὺς χιτῶνας, ὡς μὴ χρώμεναι τῷ ἱματισμῷ, ἀλλὰ παραχρώμεναι, ἐκελεύσθησαν γυμνωθῆναι τῆς δόξης τοῦ</w:t>
      </w:r>
    </w:p>
    <w:p>
      <w:r>
        <w:rPr>
          <w:rFonts w:ascii="Courier New" w:hAnsi="Courier New"/>
          <w:color w:val="555555"/>
          <w:sz w:val="20"/>
        </w:rPr>
        <w:t>[10]</w:t>
      </w:r>
    </w:p>
    <w:p>
      <w:r>
        <w:rPr>
          <w:rFonts w:ascii="Gentium Plus" w:hAnsi="Gentium Plus"/>
          <w:sz w:val="24"/>
        </w:rPr>
        <w:t>ἱματισμοῦ. —Ἀφαιρεῖται μέντοι καὶ ἀφ’ ἡμῶν τὴν δόξαν τοῦ ἱματισμοῦ, ἐὰν ἀναξίως αὐτῷ κεχρημένοι φανῶμεν, κα‐ ταπατοῦντες αὐτὸν καὶ τῶν σαρκίνων μολυσμάτων ἀναπίμ‐ πλαντες. Τίς δέ ἐστιν οὗτος ὁ ἱματισμὸς, ἢ τὸ ἔνδυμα τῶν Ἁγίων, ὁ Κύριος ἡμῶν Ἰησοῦς Χριστός; Ὅσοι γὰρ εἰς Χρι‐</w:t>
      </w:r>
    </w:p>
    <w:p>
      <w:r>
        <w:rPr>
          <w:rFonts w:ascii="Courier New" w:hAnsi="Courier New"/>
          <w:color w:val="555555"/>
          <w:sz w:val="20"/>
        </w:rPr>
        <w:t>[15]</w:t>
      </w:r>
    </w:p>
    <w:p>
      <w:r>
        <w:rPr>
          <w:rFonts w:ascii="Gentium Plus" w:hAnsi="Gentium Plus"/>
          <w:sz w:val="24"/>
        </w:rPr>
        <w:t>στὸν ἐβαπτίσθητε, Χριστὸν ἐνεδύσασθε, ὃν ἀφαιρεῖ Κύριος ἀπὸ τῶν διὰ τοῦ ἁμαρτάνειν τὸ σῶμα καταπατούντων καὶ τὸ αἷμα τῆς διαθήκης κοινὸν ἡγουμένων. Τούτου τοῦ ἱμα‐ τισμοῦ σύμβολα ἦν τὰ ἱμάτια τοῦ Ἰσραὴλ, τὰ μὴ κατατρι‐ βέντα, καθ’ ὣς γέγραπται ἐν Δευτερονομίῳ, ὅτι Τὰ ἱμάτια</w:t>
      </w:r>
    </w:p>
    <w:p>
      <w:r>
        <w:rPr>
          <w:rFonts w:ascii="Courier New" w:hAnsi="Courier New"/>
          <w:color w:val="555555"/>
          <w:sz w:val="20"/>
        </w:rPr>
        <w:t>[20]</w:t>
      </w:r>
    </w:p>
    <w:p>
      <w:r>
        <w:rPr>
          <w:rFonts w:ascii="Gentium Plus" w:hAnsi="Gentium Plus"/>
          <w:sz w:val="24"/>
        </w:rPr>
        <w:t>ὑμῶν οὐ κατετρίβη, καὶ τὰ ὑποδήματα ἐν τοῖς ποσὶν ἡμῶν οὐκ ἐπαλαιώθη. Ἐπεὶ καὶ τὰ ὑποδήματα σύμβολα ἦν τῆς ἑτοιμασίας τοῦ Εὐαγγελίου τῆς εἰρήνης. Ἣν γὰρ δέδωκε διαθήκην καινὴν Χριστὸς Ἰησοῦς, μένει καινὴ, μηδέποτε παλαιουμένη. Ὅσον γὰρ χρώμεθα τούτῳ καὶ</w:t>
      </w:r>
    </w:p>
    <w:p>
      <w:r>
        <w:rPr>
          <w:rFonts w:ascii="Courier New" w:hAnsi="Courier New"/>
          <w:color w:val="555555"/>
          <w:sz w:val="20"/>
        </w:rPr>
        <w:t>[25]</w:t>
      </w:r>
    </w:p>
    <w:p>
      <w:r>
        <w:rPr>
          <w:rFonts w:ascii="Gentium Plus" w:hAnsi="Gentium Plus"/>
          <w:sz w:val="24"/>
        </w:rPr>
        <w:t>τοῖς ὑποδήμασι, τοσούτῳ καινότερα γίνεται, ἀεὶ προσφάτου καὶ νέας ἐπιγινομένης ἡμῖν τῆς ἑτοιμασίας τοῦ Εὐαγγελίου ἐν τῇ προκοπῇ τῆς εἰς Χριστὸν πίστεως. —Καὶ τοὺς κοσύμβους. Ἀφαιρήσειν ἀπειλεῖ τῶν καλλωπιζομένων γυναικῶν διὰ τοῦ Προφήτου ὁ Κύριος καὶ τοὺς κοσύμβους. Οὐ πάνυ δὲ ἡ τοῦ</w:t>
      </w:r>
    </w:p>
    <w:p>
      <w:r>
        <w:rPr>
          <w:rFonts w:ascii="Courier New" w:hAnsi="Courier New"/>
          <w:color w:val="555555"/>
          <w:sz w:val="20"/>
        </w:rPr>
        <w:t>[30]</w:t>
      </w:r>
    </w:p>
    <w:p>
      <w:r>
        <w:rPr>
          <w:rFonts w:ascii="Gentium Plus" w:hAnsi="Gentium Plus"/>
          <w:sz w:val="24"/>
        </w:rPr>
        <w:t>κοσύμβου λέξις τῇ ἑλληνικῇ συνηθείᾳ καθωμίληται, ὅθεν οὐδὲ ὁ νοῦς αὐτῆς πρόδηλος. Πλὴν, ἡμεῖς, ἐν τῇ κατασκευῇ τῆς ἀρχιερατικῆς ἐσθῆτος, εὑρόντες χιτῶνα κοσυμβωτὸν, ἔχοντα ῥοΐσκους καὶ κώδωνας, ἀποδέσμους τινὰς τῶν κροσ‐ σῶν ἐνοήσαμεν τοὺς κοσύμβους, συναπηρτημένους τοῖς</w:t>
      </w:r>
    </w:p>
    <w:p>
      <w:r>
        <w:rPr>
          <w:rFonts w:ascii="Courier New" w:hAnsi="Courier New"/>
          <w:color w:val="555555"/>
          <w:sz w:val="20"/>
        </w:rPr>
        <w:t>[35]</w:t>
      </w:r>
    </w:p>
    <w:p>
      <w:r>
        <w:rPr>
          <w:rFonts w:ascii="Gentium Plus" w:hAnsi="Gentium Plus"/>
          <w:sz w:val="24"/>
        </w:rPr>
        <w:t>κώδωσι τοῖς χρυσοῖς καὶ τοῖς ῥοΐσκοις ἀπὸ τῶν ἄκρων, οὓς ἐμιμοῦντο καθ’ ὑπερβολὴν τρυφῆς καὶ αἱ θυγατέρες Σιὼν ἐν τῇ περιβολῇ τῆς ἰδίας αὐτῶν ἐσθῆτος· δι’ ὧν ἐνύβριζον τοῖς ἱερατικοῖς ἰδιώμασιν, ὑακίνθινα καὶ κόκκινα ἐγκομβώματα κροσσῶν ἀπηρτημένα τοῦ λώματος περιφέ‐</w:t>
      </w:r>
    </w:p>
    <w:p>
      <w:r>
        <w:rPr>
          <w:rFonts w:ascii="Courier New" w:hAnsi="Courier New"/>
          <w:color w:val="555555"/>
          <w:sz w:val="20"/>
        </w:rPr>
        <w:t>[40]</w:t>
      </w:r>
    </w:p>
    <w:p>
      <w:r>
        <w:rPr>
          <w:rFonts w:ascii="Gentium Plus" w:hAnsi="Gentium Plus"/>
          <w:sz w:val="24"/>
        </w:rPr>
        <w:t>ρουσαι.</w:t>
      </w:r>
    </w:p>
    <w:p>
      <w:r>
        <w:rPr>
          <w:rFonts w:ascii="Courier New" w:hAnsi="Courier New"/>
          <w:color w:val="555555"/>
          <w:sz w:val="20"/>
        </w:rPr>
        <w:t>[3 . 126]</w:t>
      </w:r>
    </w:p>
    <w:p>
      <w:r>
        <w:rPr>
          <w:rFonts w:ascii="Gentium Plus" w:hAnsi="Gentium Plus"/>
          <w:sz w:val="24"/>
        </w:rPr>
        <w:t>Καὶ τοὺς μηνίσκους καὶ τὸ κάθεμα καὶ τὸν κόσμον τοῦ προσώπου αὐτῶν. Κατ’ εἶδος ἐπεξέρχεται τῷ γυναικείῳ κόσμῳ, τὸ περίεργον τοῦ καλλωπισμοῦ διασύρων. Ἀφελεῖ γὰρ Κύριος Καὶ τοὺς</w:t>
      </w:r>
    </w:p>
    <w:p>
      <w:r>
        <w:rPr>
          <w:rFonts w:ascii="Courier New" w:hAnsi="Courier New"/>
          <w:color w:val="555555"/>
          <w:sz w:val="20"/>
        </w:rPr>
        <w:t>[5]</w:t>
      </w:r>
    </w:p>
    <w:p>
      <w:r>
        <w:rPr>
          <w:rFonts w:ascii="Gentium Plus" w:hAnsi="Gentium Plus"/>
          <w:sz w:val="24"/>
        </w:rPr>
        <w:t>μηνίσκους καὶ τὸ κάθεμα. Σαφέστερον δὲ τοὺς μηνίσκους ἕτε‐ ρος ἐξέδωκεν, εἰπὼν Καὶ τοὺς μανιάκας, καὶ ἀντὶ τοῦ καθέμα‐ τος εἰπὼν Χαλαστά. Μηνίσκος τοίνυν κόσμος ἐστὶ χρυσοῦς περιτραχήλιος, κυκλοτέρως ἀπειργασμένος, ὃν περιτιθέμεναι αἱ γυναῖκες, γυμνὸν ἐπιτηδεύουσι προδεικνύναι τὸν τράχη‐</w:t>
      </w:r>
    </w:p>
    <w:p>
      <w:r>
        <w:rPr>
          <w:rFonts w:ascii="Courier New" w:hAnsi="Courier New"/>
          <w:color w:val="555555"/>
          <w:sz w:val="20"/>
        </w:rPr>
        <w:t>[10]</w:t>
      </w:r>
    </w:p>
    <w:p>
      <w:r>
        <w:rPr>
          <w:rFonts w:ascii="Gentium Plus" w:hAnsi="Gentium Plus"/>
          <w:sz w:val="24"/>
        </w:rPr>
        <w:t>λον, καὶ ἀναισχύντως ἀπογυμνοῦν, ἃ συγκαλύπτειν εὐσχημο‐ νέστερον. Καὶ τὸ κάθεμα κόσμος τίς ἐστι καὶ αὐτὸς καθιέ‐ μενος μέντοι καὶ ἐπικαταβαίνων τῷ στήθει, χαλαρῶν τινων ἁλύσεων ἀπῃωρημένος, ὃς ἵνα προφαίνηται, πάντως ἀνάγκη</w:t>
      </w:r>
    </w:p>
    <w:p>
      <w:r>
        <w:rPr>
          <w:rFonts w:ascii="Courier New" w:hAnsi="Courier New"/>
          <w:color w:val="555555"/>
          <w:sz w:val="20"/>
        </w:rPr>
        <w:t>[15]</w:t>
      </w:r>
    </w:p>
    <w:p>
      <w:r>
        <w:rPr>
          <w:rFonts w:ascii="Gentium Plus" w:hAnsi="Gentium Plus"/>
          <w:sz w:val="24"/>
        </w:rPr>
        <w:t>Καὶ τὸν κόσμον τοῦ προσώπου αὐτῶν. Ἔστι τινὰ καὶ χρώ‐ ματα πρὸς κόσμον ταῖς γυναιξὶν ἐπιτετηδευμένα τοῦ προσώ‐ που· λευκόν τε καὶ ἐρυθρὸν καὶ ἕτερον μέλαν ὄν. Τὸ μὲν λευ‐ κότητα τοῦ σώματος καταψεύδεται, τὸ δὲ ἐρυθρὸν ταῖς πα‐ ρειαῖς ἐπανθεῖ, τὸ δὲ μέλαν μηνοειδῶς τὰς ὀφρῦς τοῖς ὀφθαλ‐</w:t>
      </w:r>
    </w:p>
    <w:p>
      <w:r>
        <w:rPr>
          <w:rFonts w:ascii="Courier New" w:hAnsi="Courier New"/>
          <w:color w:val="555555"/>
          <w:sz w:val="20"/>
        </w:rPr>
        <w:t>[20]</w:t>
      </w:r>
    </w:p>
    <w:p>
      <w:r>
        <w:rPr>
          <w:rFonts w:ascii="Gentium Plus" w:hAnsi="Gentium Plus"/>
          <w:sz w:val="24"/>
        </w:rPr>
        <w:t>μοῖς περιγράφει. Ὃν καὶ αὐτὸν περιαιρήσειν ὁ Κύριος ἀπειλεῖ, ἵνα μὴ κλέπτηται (φησὶν) ἡ σωφροσύνη τῶν ἀνδρῶν, μηδὲ ταῖς ζωγραφίαις ταύταις ἐλεεινοὶ νεωτέρων ὀφθαλμοὶ συν‐ αρπάζωνται. —Ἢ τότε ἀφαιρεθήσεται ταῦτα, ὅταν γυμνὰ πάντα παρίσταται τῷ Κριτῇ, ὅτε ὀφρὺς συμπεπτωκυῖα, πα‐</w:t>
      </w:r>
    </w:p>
    <w:p>
      <w:r>
        <w:rPr>
          <w:rFonts w:ascii="Courier New" w:hAnsi="Courier New"/>
          <w:color w:val="555555"/>
          <w:sz w:val="20"/>
        </w:rPr>
        <w:t>[25]</w:t>
      </w:r>
    </w:p>
    <w:p>
      <w:r>
        <w:rPr>
          <w:rFonts w:ascii="Gentium Plus" w:hAnsi="Gentium Plus"/>
          <w:sz w:val="24"/>
        </w:rPr>
        <w:t>ρειὰ κατηφὴς, χρῶμα πελιδνὸν ὑπὸ τοῦ φόβου. —Ἀφαιρεῖ οὖν καὶ τὸν κόσμον ὁ Κύριος. Καὶ τὴν σύνθεσιν τοῦ κόσμου τῆς δόξης, οἱονεὶ καὶ τὴν ὕλην τὴν κοσμοῦσαν καὶ αὐτὴν τὴν ἐκ τέχνης ἐπίνοιαν. Καὶ ἐπειδὴ ἑνὶ μὲν οὐκ ἔστιν ἐπαρ‐ θῆναι τοσοῦτον, οὐδὲ φυσιωθῆναι ἐπ’ αὐτῷ, ὁμοῦ δὲ πᾶσι</w:t>
      </w:r>
    </w:p>
    <w:p>
      <w:r>
        <w:rPr>
          <w:rFonts w:ascii="Courier New" w:hAnsi="Courier New"/>
          <w:color w:val="555555"/>
          <w:sz w:val="20"/>
        </w:rPr>
        <w:t>[30]</w:t>
      </w:r>
    </w:p>
    <w:p>
      <w:r>
        <w:rPr>
          <w:rFonts w:ascii="Gentium Plus" w:hAnsi="Gentium Plus"/>
          <w:sz w:val="24"/>
        </w:rPr>
        <w:t>συγκειμένοις τὸ ἀλαζονικὸν ἐπιγίνεται φρόνημα, καὶ τὴν σύνθεσιν τοῦ κόσμου ἀφαιρήσειν ὁ Κύριος ἀπειλεῖ. Ὁποῖος δὲ ὁ κόσμος, τοιαύτη δηλονότι καὶ ἡ ἐπ’ αὐτῷ δόξα· σω‐ ματικὸς δὲ ὁ κόσμος καὶ μάταιος· φθαρτὴ οὖν καὶ ἡ ἐπ’ αὐτῷ δόξα καὶ ἀνυπόστατος.</w:t>
      </w:r>
    </w:p>
    <w:p>
      <w:r>
        <w:rPr>
          <w:rFonts w:ascii="Courier New" w:hAnsi="Courier New"/>
          <w:color w:val="555555"/>
          <w:sz w:val="20"/>
        </w:rPr>
        <w:t>[3 . 127]</w:t>
      </w:r>
    </w:p>
    <w:p>
      <w:r>
        <w:rPr>
          <w:rFonts w:ascii="Gentium Plus" w:hAnsi="Gentium Plus"/>
          <w:sz w:val="24"/>
        </w:rPr>
        <w:t>Καὶ τοὺς χλιδῶνας καὶ τὰ ψέλλια καὶ τὰ ἐμπλόκια. Ὅλος μὲν ὁ κατηριθμημένος κόσμος χλιδώσης γυναικός</w:t>
      </w:r>
    </w:p>
    <w:p>
      <w:r>
        <w:rPr>
          <w:rFonts w:ascii="Courier New" w:hAnsi="Courier New"/>
          <w:color w:val="555555"/>
          <w:sz w:val="20"/>
        </w:rPr>
        <w:t>[5]</w:t>
      </w:r>
    </w:p>
    <w:p>
      <w:r>
        <w:rPr>
          <w:rFonts w:ascii="Gentium Plus" w:hAnsi="Gentium Plus"/>
          <w:sz w:val="24"/>
        </w:rPr>
        <w:t>τάχα τοῖς βραχίοσι περικείμενοι. Ψέλλια δέ ἐστι τὰ τοῖς ἄκροις τῶν χειρῶν κατὰ τὸ προφανὲς προβαλλόμενα. —Ἔστι δέ ποτε καὶ ἐπὶ καλοῦ παρειλημμένα τὰ ψέλλια, ὡς ὅτε τὴν ἁγίαν Ῥεβέκκαν ὁ πρεσβύτερος τῆς οἰκίας κατεκόσμει. Ἔδει γὰρ τὴν μέλλουσαν συνοικεῖν τῷ πατριάρχῃ, ὑπὸ</w:t>
      </w:r>
    </w:p>
    <w:p>
      <w:r>
        <w:rPr>
          <w:rFonts w:ascii="Courier New" w:hAnsi="Courier New"/>
          <w:color w:val="555555"/>
          <w:sz w:val="20"/>
        </w:rPr>
        <w:t>[10]</w:t>
      </w:r>
    </w:p>
    <w:p>
      <w:r>
        <w:rPr>
          <w:rFonts w:ascii="Gentium Plus" w:hAnsi="Gentium Plus"/>
          <w:sz w:val="24"/>
        </w:rPr>
        <w:t>τοῦ μνηστευομένου αὐτὴν τὸ πρακτικὸν τῆς ψυχῆς προπαι‐ δευθῆναι. Διὰ τοῦτο ψελλίοις χρυσοῖς κατεκόσμει τὰς χεῖ‐ ρας, τουτέστι πράξεσι τιμίαις. Δέκα δὲ χρυσίων ὁλκὴ αὐ‐ τῶν· διότι ἐν δέκα κεφαλαίοις ἡ πᾶσα τήρησις τοῦ νόμου συμπεραιοῦται. —Καὶ ἐνώτια, ἀνὰ δραχμὴν ὁλκῆς ἔχοντα,</w:t>
      </w:r>
    </w:p>
    <w:p>
      <w:r>
        <w:rPr>
          <w:rFonts w:ascii="Courier New" w:hAnsi="Courier New"/>
          <w:color w:val="555555"/>
          <w:sz w:val="20"/>
        </w:rPr>
        <w:t>[15]</w:t>
      </w:r>
    </w:p>
    <w:p>
      <w:r>
        <w:rPr>
          <w:rFonts w:ascii="Gentium Plus" w:hAnsi="Gentium Plus"/>
          <w:sz w:val="24"/>
        </w:rPr>
        <w:t>ὅτι τὴν ὑπακοὴν τῇ εἰς ἕνα Θεὸν πίστει προσῆκε κεκοσμῆ‐ σθαι. Ἐνταῦθα μέντοι περιαιρεῖται τὰ ψέλλια, διὰ τὰς ἐπαι‐ ρομένας τῷ κόσμῳ τῶν ψελλίων, καθόλου ἡμῖν ἐνδεικνυ‐ μένου τοῦ λόγου, ὅτι ὁ ἐπὶ τῷ δεδυνῆσθαι τὰ κρείττονα</w:t>
      </w:r>
    </w:p>
    <w:p>
      <w:r>
        <w:rPr>
          <w:rFonts w:ascii="Courier New" w:hAnsi="Courier New"/>
          <w:color w:val="555555"/>
          <w:sz w:val="20"/>
        </w:rPr>
        <w:t>[20]</w:t>
      </w:r>
    </w:p>
    <w:p>
      <w:r>
        <w:rPr>
          <w:rFonts w:ascii="Gentium Plus" w:hAnsi="Gentium Plus"/>
          <w:sz w:val="24"/>
        </w:rPr>
        <w:t>ὑψηλοφρονήσας ἐγκαταλείπεται ὑπὸ τῆς συνεχούσης αὐτὸν ἐπισκοπῆς. —Τὸ δὲ ἐμπλόκιον ἔοικέ τι εἶναι συγκαταπλεκό‐ μενον ταῖς θριξὶν, εἰς τὸ τῇ παρ’ ἑαυτοῦ εὐχροίᾳ διεγεῖραι τῶν τριχῶν τὴν χρόαν. —Καὶ μηδενὶ ταῦτα μικροπρεπῆ νο‐ μιζέσθω. Οὐ γὰρ σεμνότεροι τοῦ Πνεύματος ἡμεῖς, ὡς</w:t>
      </w:r>
    </w:p>
    <w:p>
      <w:r>
        <w:rPr>
          <w:rFonts w:ascii="Courier New" w:hAnsi="Courier New"/>
          <w:color w:val="555555"/>
          <w:sz w:val="20"/>
        </w:rPr>
        <w:t>[25]</w:t>
      </w:r>
    </w:p>
    <w:p>
      <w:r>
        <w:rPr>
          <w:rFonts w:ascii="Gentium Plus" w:hAnsi="Gentium Plus"/>
          <w:sz w:val="24"/>
        </w:rPr>
        <w:t>ἀπαξιοῦν τὰς ἐν τῇ Γραφῇ λέξεις διερευνᾶσθαι. Μεμαθή‐ καμεν γὰρ ἐν τοῖς ᾌσμασι, τῆς ἐπαινουμένης νύμφης καὶ τὸ ἐμπλόκιον σεμνυνόμενον· Κεφαλὴ γάρ σου (φησὶν) ὡς ὁ</w:t>
      </w:r>
    </w:p>
    <w:p>
      <w:r>
        <w:rPr>
          <w:rFonts w:ascii="Courier New" w:hAnsi="Courier New"/>
          <w:color w:val="555555"/>
          <w:sz w:val="20"/>
        </w:rPr>
        <w:t>[3 . 128]</w:t>
      </w:r>
    </w:p>
    <w:p>
      <w:r>
        <w:rPr>
          <w:rFonts w:ascii="Gentium Plus" w:hAnsi="Gentium Plus"/>
          <w:sz w:val="24"/>
        </w:rPr>
        <w:t>Καὶ τὰ ἐνώτια, καὶ τοὺς δακτυλίους. Ἐπαινετὴν μὲν τὴν χρῆσιν ἐνωτίων ἐν τῇ μνηστείᾳ τῆς Ῥε‐ βέκκας ἐδιδάχθημεν, σύμβολον τοῦ ἀγαθὰ μέλλειν αὐτῇ δι‐ δάγματα περὶ τῆς ἐν τοῖς νοητοῖς ἀληθείας, ἐν τῷ οἴκῳ τοῦ</w:t>
      </w:r>
    </w:p>
    <w:p>
      <w:r>
        <w:rPr>
          <w:rFonts w:ascii="Courier New" w:hAnsi="Courier New"/>
          <w:color w:val="555555"/>
          <w:sz w:val="20"/>
        </w:rPr>
        <w:t>[5]</w:t>
      </w:r>
    </w:p>
    <w:p>
      <w:r>
        <w:rPr>
          <w:rFonts w:ascii="Gentium Plus" w:hAnsi="Gentium Plus"/>
          <w:sz w:val="24"/>
        </w:rPr>
        <w:t>Ἀβραὰμ γενομένῃ παραδοθήσεσθαι. —Κατηγορούμενα δὲ αὐ‐ τὰ πολλαχοῦ κατειλήφαμεν. Πρῶτον μὲν ἐκ τοῦ, ὅτε ἀναβαί‐ νειν ἔμελλον εἰς Βεθὴλ, προσταχθῆναι παρὰ τοῦ Ἰακὼβ τὰς γυναῖκας περιελέσθαι αὐτὰ μετὰ τῶν θεῶν ἀλλοτρίων, ὡς ἐμποδίου ὄντος ἐκ τῆς εἰδωλολατρείας καὶ τῆς τῶν ἐνω‐</w:t>
      </w:r>
    </w:p>
    <w:p>
      <w:r>
        <w:rPr>
          <w:rFonts w:ascii="Courier New" w:hAnsi="Courier New"/>
          <w:color w:val="555555"/>
          <w:sz w:val="20"/>
        </w:rPr>
        <w:t>[10]</w:t>
      </w:r>
    </w:p>
    <w:p>
      <w:r>
        <w:rPr>
          <w:rFonts w:ascii="Gentium Plus" w:hAnsi="Gentium Plus"/>
          <w:sz w:val="24"/>
        </w:rPr>
        <w:t>τίων χρήσεως πρὸς τὸ ἀνελθεῖν εἰς τὸν οἶκον τοῦ Κυρίου. Βεθὴλ γὰρ οἶκος Θεοῦ ἑρμηνεύεται. Ἔπειτα ἐν τῇ Ἐξόδῳ καταστασιασθεὶς ὑπὸ τοῦ λαοῦ ὁ Ἀαρὼν εἰς τὸ ποιῆσαι εἴδωλον, ὡς ἐπιτηδείαν ὕλην εἰς κατασκευὴν τῶν ἀπηγο‐ ρευμένων, τὰ ἐνώτια ἐξελέξατο. Περιείλαντο γὰρ πᾶς ὁ λαὸς</w:t>
      </w:r>
    </w:p>
    <w:p>
      <w:r>
        <w:rPr>
          <w:rFonts w:ascii="Courier New" w:hAnsi="Courier New"/>
          <w:color w:val="555555"/>
          <w:sz w:val="20"/>
        </w:rPr>
        <w:t>[15]</w:t>
      </w:r>
    </w:p>
    <w:p>
      <w:r>
        <w:rPr>
          <w:rFonts w:ascii="Gentium Plus" w:hAnsi="Gentium Plus"/>
          <w:sz w:val="24"/>
        </w:rPr>
        <w:t>(φησὶ) τὰ ἐνώτια τὰ χρυσᾶ, τὰ ἐν τοῖς ὠσὶν αὐτῶν, καὶ ἤνεγκαν πρὸς Ἀαρὼν, καὶ ἔπλασεν αὐτὰ μόσχον χωνευ‐ τόν. Ἀλλὰ καὶ Γεδεὼν, ἐκ τῶν σκύλων τῶν Ἰσμαηλιτικῶν λαβὼν τὰ ἐνώτια παρὰ τοῦ λαοῦ, Ἐποίησεν αὐτὰ εἰς Ἐφούδ, καὶ ἔστησεν αὐτὸ ἐν τῇ πόλει. Καὶ ἐξεπόρνευσε πᾶς Ἰσραὴλ</w:t>
      </w:r>
    </w:p>
    <w:p>
      <w:r>
        <w:rPr>
          <w:rFonts w:ascii="Courier New" w:hAnsi="Courier New"/>
          <w:color w:val="555555"/>
          <w:sz w:val="20"/>
        </w:rPr>
        <w:t>[20]</w:t>
      </w:r>
    </w:p>
    <w:p>
      <w:r>
        <w:rPr>
          <w:rFonts w:ascii="Gentium Plus" w:hAnsi="Gentium Plus"/>
          <w:sz w:val="24"/>
        </w:rPr>
        <w:t>ὀπίσω αὐτοῦ ἐκεῖ, καὶ ἐγένετο τῷ Γεδεὼν καὶ τῷ οἴκῳ αὐ‐ τοῦ εἰς σκάνδαλον. —Καὶ ταῦτα νῦν τὰ ἐνώτια διὰ τὸ συν‐ επαίρειν τὸ φρόνημα τῶν θυγατέρων Σιὼν διαβέβληται. Καὶ τὰ περιπόρφυρα καὶ τὰ μεσοπόρφυρα. Τὸν ἐν τῇ ἐσθῆτι κόσμον τῶν καλλωπιζομένων γυναικῶν ὡς περίεργον δια‐</w:t>
      </w:r>
    </w:p>
    <w:p>
      <w:r>
        <w:rPr>
          <w:rFonts w:ascii="Courier New" w:hAnsi="Courier New"/>
          <w:color w:val="555555"/>
          <w:sz w:val="20"/>
        </w:rPr>
        <w:t>[25]</w:t>
      </w:r>
    </w:p>
    <w:p>
      <w:r>
        <w:rPr>
          <w:rFonts w:ascii="Gentium Plus" w:hAnsi="Gentium Plus"/>
          <w:sz w:val="24"/>
        </w:rPr>
        <w:t>βάλλει, πορφύραν ποτὲ μὲν κατὰ τὰ ἄκρα παρυφαινόντων, ποτὲ δὲ κατὰ τὸ μέσον αὐτὴν ἐντιθέντων. Δόλου δὲ σύμβολον ἡ πορφύρα, τὴν κατὰ φύσιν χρόαν ἐπικαλύπτουσα, καὶ τὸ οἰκεῖον ἄνθος προφαίνουσα κατὰ τοὺς ἐν ἐπιφανείᾳ φαιδροὺς, ἐν δὲ τῷ βάθει τὸ κακὸν συσκιάζοντας. Ὅπερ κἂν τὰ ἄκρα</w:t>
      </w:r>
    </w:p>
    <w:p>
      <w:r>
        <w:rPr>
          <w:rFonts w:ascii="Courier New" w:hAnsi="Courier New"/>
          <w:color w:val="555555"/>
          <w:sz w:val="20"/>
        </w:rPr>
        <w:t>[30]</w:t>
      </w:r>
    </w:p>
    <w:p>
      <w:r>
        <w:rPr>
          <w:rFonts w:ascii="Gentium Plus" w:hAnsi="Gentium Plus"/>
          <w:sz w:val="24"/>
        </w:rPr>
        <w:t>τοῦ βίου, κἂν τὸ μέσον ἐπέχῃ, φευκτόν. Διόπερ καὶ τὰ περι‐ πόρφυρα παραιτεῖται ὁ λόγος.</w:t>
      </w:r>
    </w:p>
    <w:p>
      <w:r>
        <w:rPr>
          <w:rFonts w:ascii="Courier New" w:hAnsi="Courier New"/>
          <w:color w:val="555555"/>
          <w:sz w:val="20"/>
        </w:rPr>
        <w:t>[3 . 129]</w:t>
      </w:r>
    </w:p>
    <w:p>
      <w:r>
        <w:rPr>
          <w:rFonts w:ascii="Gentium Plus" w:hAnsi="Gentium Plus"/>
          <w:sz w:val="24"/>
        </w:rPr>
        <w:t>Καὶ τὰ ἐπιβλήματα, τὰ κατὰ τὴν οἰκίαν καὶ τὰ διαφανῆ Λακωνικά. Ὑπερβολὴν ἀσωτίας καὶ τρυφῆς ἀφειδοῦς ὁ λόγος ἐμ‐ φαίνει, τὰ ἐπιβλήματα τὰ κατ’ οἶκον διαφανῆ λέγων εἶναι</w:t>
      </w:r>
    </w:p>
    <w:p>
      <w:r>
        <w:rPr>
          <w:rFonts w:ascii="Courier New" w:hAnsi="Courier New"/>
          <w:color w:val="555555"/>
          <w:sz w:val="20"/>
        </w:rPr>
        <w:t>[5]</w:t>
      </w:r>
    </w:p>
    <w:p>
      <w:r>
        <w:rPr>
          <w:rFonts w:ascii="Gentium Plus" w:hAnsi="Gentium Plus"/>
          <w:sz w:val="24"/>
        </w:rPr>
        <w:t>τῇ ὑπερβολῇ τῆς λεπτότητος. Τὸ γὰρ πρὸς ἐπίδειξιν δαπα‐ νηρὸν, ἔχει σκοπὸν τὴν ἀνθρωπαρεσκείαν· τὸ δὲ καὶ μη‐ δενὸς ὁρῶντος ἐφ’ ἑαυτοῦ διάγοντα κατὰ τὴν οἰκίαν δια‐ φανῆ περιβάλλεσθαι, πᾶσαν ὑπερβολὴν παραχρήσεως τῶν πρὸς χρῆσιν συγκεχωρημένων ἡμῖν ἐπιδείκνυται, ὥστε μι‐</w:t>
      </w:r>
    </w:p>
    <w:p>
      <w:r>
        <w:rPr>
          <w:rFonts w:ascii="Courier New" w:hAnsi="Courier New"/>
          <w:color w:val="555555"/>
          <w:sz w:val="20"/>
        </w:rPr>
        <w:t>[10]</w:t>
      </w:r>
    </w:p>
    <w:p>
      <w:r>
        <w:rPr>
          <w:rFonts w:ascii="Gentium Plus" w:hAnsi="Gentium Plus"/>
          <w:sz w:val="24"/>
        </w:rPr>
        <w:t>μεῖσθαι τὰ τῶν Λακαινῶν ἐπιβλήματα, αἳ κατὰ τὴν ὄρ‐ χησιν τὸ φανερῶς γυμνοῦσθαι ὡς ἄσεμνον παραιτούμεναι, ὑπερβάλλουσαν λεπτότητι λινῆν ἐσθῆτα περιβαλλόμεναι, δι’ αὐτῆς φαίνουσιν ἃ κρύπτειν ἔδει τὰς τῶν ἀῤῥένων ὄψεις. Καὶ τὰ βύσσινα καὶ τὰ ὑακίνθινα καὶ τὴν βύσσον σὺν</w:t>
      </w:r>
    </w:p>
    <w:p>
      <w:r>
        <w:rPr>
          <w:rFonts w:ascii="Courier New" w:hAnsi="Courier New"/>
          <w:color w:val="555555"/>
          <w:sz w:val="20"/>
        </w:rPr>
        <w:t>[15]</w:t>
      </w:r>
    </w:p>
    <w:p>
      <w:r>
        <w:rPr>
          <w:rFonts w:ascii="Gentium Plus" w:hAnsi="Gentium Plus"/>
          <w:sz w:val="24"/>
        </w:rPr>
        <w:t>χρυσῷ καὶ ὑακίνθῳ συγκαθυφασμένα. Ἤδη δὲ καὶ τῆς ἱερα‐ τικῆς ἐσθῆτος μιμήματα, ἐν τῇ ἀσέμνῳ αὐτῶν ζωῇ δι’ ὑπερ‐ βολὴν τρυφῆς ἐμπαροινοῦσαι τοῖς ἁγίοις, αἱ θυγατέρες τῆς</w:t>
      </w:r>
    </w:p>
    <w:p>
      <w:r>
        <w:rPr>
          <w:rFonts w:ascii="Courier New" w:hAnsi="Courier New"/>
          <w:color w:val="555555"/>
          <w:sz w:val="20"/>
        </w:rPr>
        <w:t>[20]</w:t>
      </w:r>
    </w:p>
    <w:p>
      <w:r>
        <w:rPr>
          <w:rFonts w:ascii="Gentium Plus" w:hAnsi="Gentium Plus"/>
          <w:sz w:val="24"/>
        </w:rPr>
        <w:t>στηκεν, εἰσῄεσαν εἰς τὰ ἅγια δι’ ἑαυτῶν, ὑπὲρ τοῦ κόσμου τὸν Θεὸν ἱλεούμενοι. Βύσσος μὲν γὰρ ἀντὶ τῆς γῆς, ἡ δὲ ὑάκινθος ἀντὶ τοῦ ἀέρος, καὶ πορφύρα ἀντὶ τοῦ ὕδα‐ τος, καὶ τὸ κόκκινον ἀντὶ τοῦ πυρός. Αἱ δὲ οὐκ ἐξαρ‐ κούμεναι τῷ ἐξ αὐτῶν κόσμῳ, καὶ χρυσὸν αὐτοῖς συγκα‐</w:t>
      </w:r>
    </w:p>
    <w:p>
      <w:r>
        <w:rPr>
          <w:rFonts w:ascii="Courier New" w:hAnsi="Courier New"/>
          <w:color w:val="555555"/>
          <w:sz w:val="20"/>
        </w:rPr>
        <w:t>[25]</w:t>
      </w:r>
    </w:p>
    <w:p>
      <w:r>
        <w:rPr>
          <w:rFonts w:ascii="Gentium Plus" w:hAnsi="Gentium Plus"/>
          <w:sz w:val="24"/>
        </w:rPr>
        <w:t>θύφαινον, ὑπὲρ ποικιλίας καὶ πολυτελείας πλείονος. —Καὶ θέριστρα κατάκλιτα. Ἔοικε τὸ θέριστρον ἐπίβλημα εἶ‐ ναι θερινόν, ὡς καὶ περιβάλλειν δοκεῖν καὶ μὴ βαρύνειν ἐν τῷ καύσωνι· ὡς καὶ ἐν τῇ Γενέσει μεμαθήκαμεν τὴν Ῥεβέκκαν ἐν τῇ συναντήσει τοῦ Ἰσαὰκ περιβαλλομένην τὸ</w:t>
      </w:r>
    </w:p>
    <w:p>
      <w:r>
        <w:rPr>
          <w:rFonts w:ascii="Courier New" w:hAnsi="Courier New"/>
          <w:color w:val="555555"/>
          <w:sz w:val="20"/>
        </w:rPr>
        <w:t>[30]</w:t>
      </w:r>
    </w:p>
    <w:p>
      <w:r>
        <w:rPr>
          <w:rFonts w:ascii="Gentium Plus" w:hAnsi="Gentium Plus"/>
          <w:sz w:val="24"/>
        </w:rPr>
        <w:t>θέριστρον. Ἃ δὲ νῦν διαβάλλει ὁ λόγος, θέριστρα λέγεται, τὰ ἐν τῷ κατακλίνεσθαι δι’ ὑπερβολὴν τρυφῆς ταῖς κλίναις ἐπιβαλλόμενα. Καίτοι τὸ Κατάκλιτα οὐδὲ ἐκδεδώκασιν οἱ λοιποί· διὸ καὶ ὠβέλισται, ὡς οὐδένα νοῦν ἐμφαῖνον.</w:t>
      </w:r>
    </w:p>
    <w:p>
      <w:r>
        <w:rPr>
          <w:rFonts w:ascii="Courier New" w:hAnsi="Courier New"/>
          <w:color w:val="555555"/>
          <w:sz w:val="20"/>
        </w:rPr>
        <w:t>[3 . 130]</w:t>
      </w:r>
    </w:p>
    <w:p>
      <w:r>
        <w:rPr>
          <w:rFonts w:ascii="Gentium Plus" w:hAnsi="Gentium Plus"/>
          <w:sz w:val="24"/>
        </w:rPr>
        <w:t>Καὶ ἔσται ἀντὶ ὀσμῆς ἡδείας, κονιορτός· καὶ ἀντὶ ζώνης, σχοινίῳ ζώσῃ· καὶ ἀντὶ τοῦ κόσμου τῆς κεφαλῆς τοῦ χρυσίου, φαλάκρωμα ἕξεις διὰ τὰ ἔργα σου. Μέρος τρυφῆς ἐστι καὶ τὸ ἐν ταῖς ὀσμαῖς ἡδὺ, φαρμάκοις</w:t>
      </w:r>
    </w:p>
    <w:p>
      <w:r>
        <w:rPr>
          <w:rFonts w:ascii="Courier New" w:hAnsi="Courier New"/>
          <w:color w:val="555555"/>
          <w:sz w:val="20"/>
        </w:rPr>
        <w:t>[5]</w:t>
      </w:r>
    </w:p>
    <w:p>
      <w:r>
        <w:rPr>
          <w:rFonts w:ascii="Gentium Plus" w:hAnsi="Gentium Plus"/>
          <w:sz w:val="24"/>
        </w:rPr>
        <w:t>τισὶν ἐκθυμιωμένοις καταφαρμακευόντων τὸν ἀέρα καὶ ἡδεῖαν ἑαυτοῖς μηχανωμένων ἀναπνοήν. Ταῖς οὖν διακεχυμέναις ὑφ’ ἡδονῆς καὶ ὀσμὴν ἡδεῖαν μηχανωμέναις τῇ ὀσφρήσει, κονιορτὸς ἀντιδοθήσεται ὑπὸ τοῦ ἀπειλοῦντος. Λεπτὴ δέ</w:t>
      </w:r>
    </w:p>
    <w:p>
      <w:r>
        <w:rPr>
          <w:rFonts w:ascii="Courier New" w:hAnsi="Courier New"/>
          <w:color w:val="555555"/>
          <w:sz w:val="20"/>
        </w:rPr>
        <w:t>[10]</w:t>
      </w:r>
    </w:p>
    <w:p>
      <w:r>
        <w:rPr>
          <w:rFonts w:ascii="Gentium Plus" w:hAnsi="Gentium Plus"/>
          <w:sz w:val="24"/>
        </w:rPr>
        <w:t>τινὰ περὶ τὴν ἀναπνοὴν καὶ ἀηδίαν πολλὴν ἐμποιοῦσα διὰ τὴν ἔμφραξιν. —Μύροις μὲν γὰρ καὶ θυμιάμασιν ἐπιτέρπεται ἡ ψυχὴ, ἀλλὰ μύροις τοῖς πνευματικοῖς, ὁποῖος ἦν ὁ λέ‐ γων· Χριστοῦ εὐωδία ἐσμέν· καὶ Χάρις τῷ Θεῷ, τῷ τὴν ὀσμὴν τῆς γνώσεως αὐτοῦ φανεροῦντι ἐν παντὶ τόπῳ. Τοιαύ‐</w:t>
      </w:r>
    </w:p>
    <w:p>
      <w:r>
        <w:rPr>
          <w:rFonts w:ascii="Courier New" w:hAnsi="Courier New"/>
          <w:color w:val="555555"/>
          <w:sz w:val="20"/>
        </w:rPr>
        <w:t>[15]</w:t>
      </w:r>
    </w:p>
    <w:p>
      <w:r>
        <w:rPr>
          <w:rFonts w:ascii="Gentium Plus" w:hAnsi="Gentium Plus"/>
          <w:sz w:val="24"/>
        </w:rPr>
        <w:t>της ἀντελαμβάνετο ὀσμῆς ἀποπνεούσης τοῦ Ἰακὼβ, ὁ πατὴρ Ἰσαάκ· Ἰδοὺ ὀσμὴ τοῦ υἱοῦ μου, ὡς ὀσμὴ ἀγροῦ πλήρους, ὃν εὐλόγησε Κύριος. Καὶ αἱ ἐν τῷ ᾌσματι δὲ νεάνιδες, αἰσθόμεναι τῆς οὐρανίου εὐωδίας τοῦ Λόγου, ἔλεγον· Εἰς ὀσμὴν μύρων σου δραμοῦμεν. Καὶ τὸ ἀρχιερατικὸν δὲ χρί‐</w:t>
      </w:r>
    </w:p>
    <w:p>
      <w:r>
        <w:rPr>
          <w:rFonts w:ascii="Courier New" w:hAnsi="Courier New"/>
          <w:color w:val="555555"/>
          <w:sz w:val="20"/>
        </w:rPr>
        <w:t>[20]</w:t>
      </w:r>
    </w:p>
    <w:p>
      <w:r>
        <w:rPr>
          <w:rFonts w:ascii="Gentium Plus" w:hAnsi="Gentium Plus"/>
          <w:sz w:val="24"/>
        </w:rPr>
        <w:t>σμα μύρον ἦν καλὸν καὶ τερπνὸν, ἀδελφῶν συναφείᾳ παρ‐ εικάζεσθαι ἄξιον. Τὸ τοιοῦτον μύρον τεχνίτου δεῖται, ἀπὸ Θεοῦ λαβόντος τὴν μυρεψικὴν τέχνην, εἰς τὸ ποιῆσαι χρίσμα ἅγιον, ὃ οὐκ ἀναβήσεται εἰς σάρκα ἀνθρώπου. Ὅταν μέντοι πρὸς ἀκολασίαν τὸ ἡδὺ τῆς ὀσμῆς ἐπιτηδεύη‐</w:t>
      </w:r>
    </w:p>
    <w:p>
      <w:r>
        <w:rPr>
          <w:rFonts w:ascii="Courier New" w:hAnsi="Courier New"/>
          <w:color w:val="555555"/>
          <w:sz w:val="20"/>
        </w:rPr>
        <w:t>[25]</w:t>
      </w:r>
    </w:p>
    <w:p>
      <w:r>
        <w:rPr>
          <w:rFonts w:ascii="Gentium Plus" w:hAnsi="Gentium Plus"/>
          <w:sz w:val="24"/>
        </w:rPr>
        <w:t>ται, ἐμφράσσεται ὑπὸ τοῦ κονιορτοῦ ὁ πόρος τῆς αἰσθήσεως, εὐεργετοῦντος τοῦ ταῦτα αὐτοῖς οἰκονομοῦντος Κυρίου. Τάχα δὲ ἐπεὶ ἐν τῷ ναῷ ἦν τὰ ἡδύσματα τῆς ὀσμῆς, τό τε μύρον τῆς χρίσεως καὶ τὸ θυμίαμα τῆς συνθέσεως (κατεῤῥίφη δὲ ὁ ναὸς καὶ ἔστι νῦν ἐν κονίᾳ, ἀνατραπεὶς καὶ κάτω κείμενος)</w:t>
      </w:r>
    </w:p>
    <w:p>
      <w:r>
        <w:rPr>
          <w:rFonts w:ascii="Courier New" w:hAnsi="Courier New"/>
          <w:color w:val="555555"/>
          <w:sz w:val="20"/>
        </w:rPr>
        <w:t>[30]</w:t>
      </w:r>
    </w:p>
    <w:p>
      <w:r>
        <w:rPr>
          <w:rFonts w:ascii="Gentium Plus" w:hAnsi="Gentium Plus"/>
          <w:sz w:val="24"/>
        </w:rPr>
        <w:t>ἀντὶ τῆς ποτε ὀσμῆς τῆς ἡδείας (κατὰ τὴν νομικὴν λατρείαν) νῦν κονιορτός ἐστι, διὰ τὰς πορευθείσας ὑψηλῷ καὶ ἀνυπο‐ τάκτῳ τραχήλῳ ψυχάς, οἷς καὶ εἴρηται· Ἰδοὺ ἀφίεται ὑμῖν ὁ οἶκος ὑμῶν ἔρημος. Ἔξεστι μέντοι αὐταῖς (ἐὰν</w:t>
      </w:r>
    </w:p>
    <w:p>
      <w:r>
        <w:rPr>
          <w:rFonts w:ascii="Courier New" w:hAnsi="Courier New"/>
          <w:color w:val="555555"/>
          <w:sz w:val="20"/>
        </w:rPr>
        <w:t>[35]</w:t>
      </w:r>
    </w:p>
    <w:p>
      <w:r>
        <w:rPr>
          <w:rFonts w:ascii="Gentium Plus" w:hAnsi="Gentium Plus"/>
          <w:sz w:val="24"/>
        </w:rPr>
        <w:t>εὐωδίας Χριστοῦ κατὰ τὴν παραίνεσιν τοῦ λέγοντος· Ἐκτί‐ ναξαι τὸν χοῦν σου καὶ ἀνάστηθι, Ἰερουσαλὴμ, καὶ ἔνδυσαι τὴν δόξαν τοῦ βραχίονός σου.</w:t>
      </w:r>
    </w:p>
    <w:p>
      <w:r>
        <w:rPr>
          <w:rFonts w:ascii="Courier New" w:hAnsi="Courier New"/>
          <w:color w:val="555555"/>
          <w:sz w:val="20"/>
        </w:rPr>
        <w:t>[3 . 131]</w:t>
      </w:r>
    </w:p>
    <w:p>
      <w:r>
        <w:rPr>
          <w:rFonts w:ascii="Gentium Plus" w:hAnsi="Gentium Plus"/>
          <w:sz w:val="24"/>
        </w:rPr>
        <w:t>Καὶ ἀντὶ ζώνης, σχοινίῳ ζώσῃ. Ζώννυται μὲν τὴν ὀσφὺν ἐν ἀληθείᾳ, ὁ κατὰ Θεὸν ζωννύμε‐ νος. Ὁποῖος ἦν ὁ Πέτρος, ἐκτείνων τὰς χεῖρας καὶ ζωννύμε‐ νος εἰς τὸν ὑπὲρ Χριστοῦ πόλεμον ὑπὸ τῶν εἰς τὸ ὑπὲρ τῆς</w:t>
      </w:r>
    </w:p>
    <w:p>
      <w:r>
        <w:rPr>
          <w:rFonts w:ascii="Courier New" w:hAnsi="Courier New"/>
          <w:color w:val="555555"/>
          <w:sz w:val="20"/>
        </w:rPr>
        <w:t>[5]</w:t>
      </w:r>
    </w:p>
    <w:p>
      <w:r>
        <w:rPr>
          <w:rFonts w:ascii="Gentium Plus" w:hAnsi="Gentium Plus"/>
          <w:sz w:val="24"/>
        </w:rPr>
        <w:t>ἀληθείας αὐτὸν μαρτύριον μέχρι θανάτου προκαλουμένων. — Ὁ μὲν οὖν Ἅγιος περιζώννυται δύναμιν· Ὁ Θεὸς γὰρ (φησὶν) ὁ περιζωννύων με δύναμιν· ὁ δὲ ἀπολέσας τὴν ζώνην ταύτην, τῷ δεσμῷ τῶν ἰδίων ἁμαρτιῶν ζώννυται, διότι Σειραῖς τῶν ἰδίων ἁμαρτιῶν ἕκαστος σφίγγεται. Ὧν σύμβολον ἦν τὸ ἐκ</w:t>
      </w:r>
    </w:p>
    <w:p>
      <w:r>
        <w:rPr>
          <w:rFonts w:ascii="Courier New" w:hAnsi="Courier New"/>
          <w:color w:val="555555"/>
          <w:sz w:val="20"/>
        </w:rPr>
        <w:t>[10]</w:t>
      </w:r>
    </w:p>
    <w:p>
      <w:r>
        <w:rPr>
          <w:rFonts w:ascii="Gentium Plus" w:hAnsi="Gentium Plus"/>
          <w:sz w:val="24"/>
        </w:rPr>
        <w:t>σχοινίων φραγέλλιον, ἐξελαῦνον τοῦ ἱεροῦ τοὺς βεβηλοῦντας τὰ ἅγια, δεικνύντος τοῦ Κυρίου, ὅτι ἑκάστῳ μάστιγες αἱ οἰκεῖαι πλοκαὶ τῶν ἁμαρτιῶν γίνονται, καὶ μαστίζεται σχοι‐ νίοις ἁμαρτιῶν τοῖς περιπλεκομένοις αὐτῷ. Ἀντὶ δὲ τοῦ κόσμου τῆς κεφαλῆς τοῦ χρυσίου, φαλάκρωμα</w:t>
      </w:r>
    </w:p>
    <w:p>
      <w:r>
        <w:rPr>
          <w:rFonts w:ascii="Courier New" w:hAnsi="Courier New"/>
          <w:color w:val="555555"/>
          <w:sz w:val="20"/>
        </w:rPr>
        <w:t>[15]</w:t>
      </w:r>
    </w:p>
    <w:p>
      <w:r>
        <w:rPr>
          <w:rFonts w:ascii="Gentium Plus" w:hAnsi="Gentium Plus"/>
          <w:sz w:val="24"/>
        </w:rPr>
        <w:t>ἕξεις διὰ τὰ ἔργα σου. Ὥσπερ, ἐπὶ τῆς κατὰ τὰ ὀσφραντὰ περιεργίας τὰ παρὰ φύσιν ἐπιζητοῦσαι, καὶ τῶν κατὰ φύσιν ἐξέπιπτον (οὐκ ἀνεχόμεναι γὰρ ἀναπνεῖν ψιλὸν ἀέρα, ἀλλὰ μύροις αὐτὸν καταχρωννῦσαι καὶ θυμιάμασιν, ὕστερον οὐδὲ καθαρὸν ἀέρα, ἀλλὰ κονιορτῷ τοῦτον ἀναμεμιγμένον ἀνέπνεον)</w:t>
      </w:r>
    </w:p>
    <w:p>
      <w:r>
        <w:rPr>
          <w:rFonts w:ascii="Courier New" w:hAnsi="Courier New"/>
          <w:color w:val="555555"/>
          <w:sz w:val="20"/>
        </w:rPr>
        <w:t>[20]</w:t>
      </w:r>
    </w:p>
    <w:p>
      <w:r>
        <w:rPr>
          <w:rFonts w:ascii="Gentium Plus" w:hAnsi="Gentium Plus"/>
          <w:sz w:val="24"/>
        </w:rPr>
        <w:t>οὕτως, ἐπειδὴ τῷ ἐκ τῆς φύσεως κόσμῳ τῶν τριχῶν (ὃς ἀντὶ περιβολαίου δέδοται ταῖς γυναιξὶν) οὐκ ἐπέμενον, ἀλλὰ, ἐμπλοκίοις τισὶ τὰς τρίχας συγκαταπλέκουσαι, φορτικῶς ἑαυτὰς ἐκαλλώπιζον, καὶ τοῦ κατὰ φύσιν κόσμου ἀπεστερή‐ θησαν, καὶ ἐγένοντο ἀωρότατον θέαμα ἐν τῇ ἀποβολῇ τῶν</w:t>
      </w:r>
    </w:p>
    <w:p>
      <w:r>
        <w:rPr>
          <w:rFonts w:ascii="Courier New" w:hAnsi="Courier New"/>
          <w:color w:val="555555"/>
          <w:sz w:val="20"/>
        </w:rPr>
        <w:t>[25]</w:t>
      </w:r>
    </w:p>
    <w:p>
      <w:r>
        <w:rPr>
          <w:rFonts w:ascii="Gentium Plus" w:hAnsi="Gentium Plus"/>
          <w:sz w:val="24"/>
        </w:rPr>
        <w:t>τριχῶν, ὃς οἰκεῖος καὶ συγγενὴς κόσμος παρ’ αὐτῆς τῆς φύσεως ταῖς γυναιξὶ περιβέβληται. Εἰ γὰρ αἰσχρὸν γυναικὶ τὸ κείρασθαι ἢ ξυρᾶσθαι, πόσῳ δήπου αἴσχιον φαλάκρωμα ἔχειν; (ἐπὶ συμφέροντι τὴν δυσμορφίαν ἐπάγον ταῖς κακῶς τὴν ὥραν διαθεμέναις).</w:t>
      </w:r>
    </w:p>
    <w:p>
      <w:r>
        <w:rPr>
          <w:rFonts w:ascii="Courier New" w:hAnsi="Courier New"/>
          <w:color w:val="555555"/>
          <w:sz w:val="20"/>
        </w:rPr>
        <w:t>[30]</w:t>
      </w:r>
    </w:p>
    <w:p>
      <w:r>
        <w:rPr>
          <w:rFonts w:ascii="Gentium Plus" w:hAnsi="Gentium Plus"/>
          <w:sz w:val="24"/>
        </w:rPr>
        <w:t>Ἀντὶ δὲ τοῦ χιτῶνος τοῦ μεσοπορφύρου, περιζώσῃ σάκκον. Καὶ τοῦτο ἐπὶ συμφέροντι τῶν ὡραϊζομένων οἰκονομῶν ὁ Κύριος τὴν μεταβολὴν ταύτην γενέσθαι προστάσσει. Διότι ἡ μὲν πορφυρὶς ἁβρότητος καὶ ἀλαζονείας ἐστὶν ἀφορμή· ὁ δὲ σάκκος συντριμμοῦ καὶ ταπεινώσεώς ἐστιν ἐφόδιον.</w:t>
      </w:r>
    </w:p>
    <w:p>
      <w:r>
        <w:rPr>
          <w:rFonts w:ascii="Courier New" w:hAnsi="Courier New"/>
          <w:color w:val="555555"/>
          <w:sz w:val="20"/>
        </w:rPr>
        <w:t>[35]</w:t>
      </w:r>
    </w:p>
    <w:p>
      <w:r>
        <w:rPr>
          <w:rFonts w:ascii="Gentium Plus" w:hAnsi="Gentium Plus"/>
          <w:sz w:val="24"/>
        </w:rPr>
        <w:t>Καὶ ὁ μὲν τὴν ἁλουργίδα περικείμενος, πεσεῖν εἰς γῆν καὶ προσκυνεῖν τὸν Θεὸν κατοκνεῖ, φειδοῖ τοῦ κόσμου, μὴ τῆς ἐσθῆτος τὸ ἄνθος διαλυμήνηται· ὁ δὲ τὸν σάκκον περικείμε‐ νος, πάντα τόπον ἐπιτήδειον ἑαυτῷ εἰς προσκύνησιν τίθεται.</w:t>
      </w:r>
    </w:p>
    <w:p>
      <w:r>
        <w:rPr>
          <w:rFonts w:ascii="Courier New" w:hAnsi="Courier New"/>
          <w:color w:val="555555"/>
          <w:sz w:val="20"/>
        </w:rPr>
        <w:t>[3 . 132]</w:t>
      </w:r>
    </w:p>
    <w:p>
      <w:r>
        <w:rPr>
          <w:rFonts w:ascii="Gentium Plus" w:hAnsi="Gentium Plus"/>
          <w:sz w:val="24"/>
        </w:rPr>
        <w:t>Καὶ ὁ υἱός σου ὁ κάλλιστος ὃν ἠγάπησας, μα‐ χαίρᾳ πεσεῖται. Τοῖς ἐν ἤθεσι μοχθηροῖς μέλλουσιν ἀνατρέφεσθαι, λυ‐ σιτελέστερον πολλῷ προαπελθεῖν τῆς ἀκμῆς, ἢ ἐπὶ πλέον</w:t>
      </w:r>
    </w:p>
    <w:p>
      <w:r>
        <w:rPr>
          <w:rFonts w:ascii="Courier New" w:hAnsi="Courier New"/>
          <w:color w:val="555555"/>
          <w:sz w:val="20"/>
        </w:rPr>
        <w:t>[5]</w:t>
      </w:r>
    </w:p>
    <w:p>
      <w:r>
        <w:rPr>
          <w:rFonts w:ascii="Gentium Plus" w:hAnsi="Gentium Plus"/>
          <w:sz w:val="24"/>
        </w:rPr>
        <w:t>τῆς πονηρᾶς τῶν γονέων ἀγωγῆς ἀναπίμπλασθαι. Υἱὸν οὖν ἔσχες, ἤτοι τῷ σώματι κάλλιστον, ἢ τοῖς μητρικοῖς ὀφ‐ θαλμοῖς τοιοῦτον φαινόμενον. Οὗτος ἐν αὐτῇ τῇ ἀκμῇ καὶ</w:t>
      </w:r>
    </w:p>
    <w:p>
      <w:r>
        <w:rPr>
          <w:rFonts w:ascii="Courier New" w:hAnsi="Courier New"/>
          <w:color w:val="555555"/>
          <w:sz w:val="20"/>
        </w:rPr>
        <w:t>[10]</w:t>
      </w:r>
    </w:p>
    <w:p>
      <w:r>
        <w:rPr>
          <w:rFonts w:ascii="Gentium Plus" w:hAnsi="Gentium Plus"/>
          <w:sz w:val="24"/>
        </w:rPr>
        <w:t>ἀλλὰ βιαίως ἐκ πολεμίας χειρὸς, τραυματίας μαχαίρᾳ. —Καὶ οἱ ἰσχύοντες ὑμῶν μαχαίρᾳ πεσοῦνται. Καὶ ταῦτα παθοῦσα, οὐδὲ τὴν πρὸς τὸ ἀμύνασθαι δύναμιν ἕξει· παραμυθία γὰρ ἐν κακοῖς τὸ ἐπαμῦναι τοῖς ἀνῃρημένοις καὶ τοῖς ἴσοις ἀντιπεριβάλλειν τοὺς λελυπηκότας. Σοὶ δὲ οὐδὲ τοῦτο</w:t>
      </w:r>
    </w:p>
    <w:p>
      <w:r>
        <w:rPr>
          <w:rFonts w:ascii="Courier New" w:hAnsi="Courier New"/>
          <w:color w:val="555555"/>
          <w:sz w:val="20"/>
        </w:rPr>
        <w:t>[15]</w:t>
      </w:r>
    </w:p>
    <w:p>
      <w:r>
        <w:rPr>
          <w:rFonts w:ascii="Gentium Plus" w:hAnsi="Gentium Plus"/>
          <w:sz w:val="24"/>
        </w:rPr>
        <w:t>ὑπάρξει· οἱ γὰρ ἐν ἡλικίᾳ πάντες τελευτήσουσιν ἐν πολέμῳ, ὥστε τὴν ἄχρηστον ἡλικίαν περιλειφθῆναι, ἣ διὰ τὸ ἀβοή‐ θητος εἶναι, εὔκολός ἐστι πάντα παθεῖν, ἅπερ ἂν δοκῇ τοῖς πολεμίοις. Καὶ ταπεινωθήσονται καὶ πενθήσουσιν αἱ θῆκαι τοῦ κόσ‐</w:t>
      </w:r>
    </w:p>
    <w:p>
      <w:r>
        <w:rPr>
          <w:rFonts w:ascii="Courier New" w:hAnsi="Courier New"/>
          <w:color w:val="555555"/>
          <w:sz w:val="20"/>
        </w:rPr>
        <w:t>[20]</w:t>
      </w:r>
    </w:p>
    <w:p>
      <w:r>
        <w:rPr>
          <w:rFonts w:ascii="Gentium Plus" w:hAnsi="Gentium Plus"/>
          <w:sz w:val="24"/>
        </w:rPr>
        <w:t>μου ὑμῶν. Χρυσίου καὶ ἀργυρίου θῆκαι καὶ ἐσθῆτος πο‐ λυτελοῦς καὶ λίθων βαρυτίμων, ἕως μὲν ἂν ἔχῃ τὰ κει‐ μήλια, πολλῆς ἀξιοῦται σπουδῆς καὶ ἐπιμελείας, ἐν οἴκοις ὀχυροῖς ἀποκείμενα, ἐπὶ ὑψηλῶν τόπων, καὶ μοχλοὶ καὶ κλεῖς καὶ σφραγῖδες καὶ φύλακες καὶ πάντα τὰ πρὸς</w:t>
      </w:r>
    </w:p>
    <w:p>
      <w:r>
        <w:rPr>
          <w:rFonts w:ascii="Courier New" w:hAnsi="Courier New"/>
          <w:color w:val="555555"/>
          <w:sz w:val="20"/>
        </w:rPr>
        <w:t>[25]</w:t>
      </w:r>
    </w:p>
    <w:p>
      <w:r>
        <w:rPr>
          <w:rFonts w:ascii="Gentium Plus" w:hAnsi="Gentium Plus"/>
          <w:sz w:val="24"/>
        </w:rPr>
        <w:t>ἀσφάλειαν καὶ φυλακὴν ἐπινοούμενα· ἐπειδὰν δὲ κενὰ τῶν κειμηλίων ἀποδειχθῇ, ἠμελημένα καὶ παραῤῥιπτούμενα παρ‐ ορᾶται. —Ταῦτα καὶ ἡμᾶς ὠφελείτω, ὅτι ψυχαὶ, αἱ δε‐ ξάμεναι τοῦ θείου λόγου τὴν δωρεὰν, ἀποθῆκαι γεγόνασι τῶν τιμίων, τοῦ ἐν τοῖς θείοις θησαυροῖς ἀποκεῖσθαι ἄξιαι·</w:t>
      </w:r>
    </w:p>
    <w:p>
      <w:r>
        <w:rPr>
          <w:rFonts w:ascii="Courier New" w:hAnsi="Courier New"/>
          <w:color w:val="555555"/>
          <w:sz w:val="20"/>
        </w:rPr>
        <w:t>[30]</w:t>
      </w:r>
    </w:p>
    <w:p>
      <w:r>
        <w:rPr>
          <w:rFonts w:ascii="Gentium Plus" w:hAnsi="Gentium Plus"/>
          <w:sz w:val="24"/>
        </w:rPr>
        <w:t>ἐπειδὰν δὲ κεναὶ τῶν θείων κόσμων ἀποδειχθῶσι, ταπει‐ νωθήσονται ἀποῤῥιφεῖσαι, ἀχρηστίαν καταγνωσθεῖσαι. Διὰ τοῦτο Ἠχρειώθη (φησὶν) Ἰεχονίας, ὡς σκεῦος, οὗ οὐκ ἔστι χρεία. —Ἵνα οὖν μένωμεν ἐν ταῖς βασιλικαῖς ἀποθήκαις, μὴ προδῶμεν τοῖς κλέπταις τὸν πολυτίμητον μαργαρίτην,</w:t>
      </w:r>
    </w:p>
    <w:p>
      <w:r>
        <w:rPr>
          <w:rFonts w:ascii="Courier New" w:hAnsi="Courier New"/>
          <w:color w:val="555555"/>
          <w:sz w:val="20"/>
        </w:rPr>
        <w:t>[35]</w:t>
      </w:r>
    </w:p>
    <w:p>
      <w:r>
        <w:rPr>
          <w:rFonts w:ascii="Gentium Plus" w:hAnsi="Gentium Plus"/>
          <w:sz w:val="24"/>
        </w:rPr>
        <w:t>ὃν ἐπιστεύθημεν.</w:t>
      </w:r>
    </w:p>
    <w:p>
      <w:r>
        <w:rPr>
          <w:rFonts w:ascii="Courier New" w:hAnsi="Courier New"/>
          <w:color w:val="555555"/>
          <w:sz w:val="20"/>
        </w:rPr>
        <w:t>[4 t]</w:t>
      </w:r>
    </w:p>
    <w:p>
      <w:pPr>
        <w:jc w:val="center"/>
      </w:pPr>
      <w:r>
        <w:rPr>
          <w:rFonts w:ascii="Gentium Plus" w:hAnsi="Gentium Plus"/>
          <w:b/>
          <w:sz w:val="24"/>
        </w:rPr>
        <w:t>ΚΕΦΑΛΑΙΟΝ δʹ</w:t>
      </w:r>
    </w:p>
    <w:p>
      <w:r>
        <w:rPr>
          <w:rFonts w:ascii="Courier New" w:hAnsi="Courier New"/>
          <w:color w:val="555555"/>
          <w:sz w:val="20"/>
        </w:rPr>
        <w:t>[4 . 133]</w:t>
      </w:r>
    </w:p>
    <w:p>
      <w:r>
        <w:rPr>
          <w:rFonts w:ascii="Gentium Plus" w:hAnsi="Gentium Plus"/>
          <w:sz w:val="24"/>
        </w:rPr>
        <w:t>Καὶ ἐπιλήψονται ἑπτὰ γυναῖκες ἀνθρώπου ἑνὸς, λέ‐ γουσαι· τὸν ἄρτον ἡμῶν φαγόμεθα, καὶ τὰ ἱμάτια ἡμῶν περιβαλούμεθα· πλὴν τὸ ὄνομά σου κεκλήσθω ἐφ’ ἡμᾶς· ἄφελε τὸν ὀνειδισμὸν ἀφ’ ἡμῶν.</w:t>
      </w:r>
    </w:p>
    <w:p>
      <w:r>
        <w:rPr>
          <w:rFonts w:ascii="Courier New" w:hAnsi="Courier New"/>
          <w:color w:val="555555"/>
          <w:sz w:val="20"/>
        </w:rPr>
        <w:t>[5]</w:t>
      </w:r>
    </w:p>
    <w:p>
      <w:r>
        <w:rPr>
          <w:rFonts w:ascii="Gentium Plus" w:hAnsi="Gentium Plus"/>
          <w:sz w:val="24"/>
        </w:rPr>
        <w:t>Ὡς πρὸς τὸ ῥητὸν, δοκεῖ ὀλιγότητα ἀνδρῶν ἐκ πολέμων, ἢ νόσων ἐπιγενομένων τῷ λαῷ κατ’ ὀργὴν τοῦ Θεοῦ ὁ λόγος σημαίνειν· ὥστε ὑπὲρ τοῦ μὴ ἄγονον εἶναι μηδὲ στεῖραν (ἅπερ ἐν κατάρᾳ τοῖς πάλαι λελόγισται) ἀπερυ‐ θριᾷν τὰς γυναῖκας καὶ ἑνὸς ἀνδρὸς πλείους ἐπιλαμβάνεσθαι·</w:t>
      </w:r>
    </w:p>
    <w:p>
      <w:r>
        <w:rPr>
          <w:rFonts w:ascii="Courier New" w:hAnsi="Courier New"/>
          <w:color w:val="555555"/>
          <w:sz w:val="20"/>
        </w:rPr>
        <w:t>[10]</w:t>
      </w:r>
    </w:p>
    <w:p>
      <w:r>
        <w:rPr>
          <w:rFonts w:ascii="Gentium Plus" w:hAnsi="Gentium Plus"/>
          <w:sz w:val="24"/>
        </w:rPr>
        <w:t>καὶ τὸν ἐπὶ τῇ προστασίᾳ πλειόνων γυναικῶν ἀγῶνα αὐ‐ τοῦ παραμυθουμένας, λέγειν· Τὸν ἄρτον ἡμῶν φαγόμεθα καὶ τὰ ἱμάτια ἡμῶν περιβαλούμεθα. Ἀφεὶς οὖν τὴν ἐπὶ τῷ πορισμῷ ἀναγκαίαν μέριμναν, τὸ ὄνομά σου χρῆσον ἡμῖν εἰς τὸ διαφυγεῖν ἡμᾶς τὸν ἐπὶ τῇ ἐρημίᾳ ὀνειδισμόν. —Τὸ μὲν</w:t>
      </w:r>
    </w:p>
    <w:p>
      <w:r>
        <w:rPr>
          <w:rFonts w:ascii="Courier New" w:hAnsi="Courier New"/>
          <w:color w:val="555555"/>
          <w:sz w:val="20"/>
        </w:rPr>
        <w:t>[15]</w:t>
      </w:r>
    </w:p>
    <w:p>
      <w:r>
        <w:rPr>
          <w:rFonts w:ascii="Gentium Plus" w:hAnsi="Gentium Plus"/>
          <w:sz w:val="24"/>
        </w:rPr>
        <w:t>κατὰ λέξιν, τοῦτο.</w:t>
      </w:r>
    </w:p>
    <w:p>
      <w:r>
        <w:rPr>
          <w:rFonts w:ascii="Courier New" w:hAnsi="Courier New"/>
          <w:color w:val="555555"/>
          <w:sz w:val="20"/>
        </w:rPr>
        <w:t>[20]</w:t>
      </w:r>
    </w:p>
    <w:p>
      <w:r>
        <w:rPr>
          <w:rFonts w:ascii="Gentium Plus" w:hAnsi="Gentium Plus"/>
          <w:sz w:val="24"/>
        </w:rPr>
        <w:t>οὗτος καὶ ὁ κατὰ σάρκα Ἰσραὴλ ἐπὶ τοῦ ἑπτὰ λαμβάνονται. Ὁ μὲν περὶ τὰ ἐν γενέσει πράγματα χρόνος, διότι ἀπὸ ἑπτὰ ἡμερῶν ἀνακυκλουμένων πληροῦται· ὅθεν καὶ ὁ μετὰ τὴν κατάστασιν ταύτην αἰὼν, ὀγδόη εἴρηται ἐν τῇ Γραφῇ· καὶ ψαλμοὶ ὑπὲρ τῆς ὀγδόης ἀντὶ τοῦ, ὑπὲρ τοῦ μετὰ τὸν</w:t>
      </w:r>
    </w:p>
    <w:p>
      <w:r>
        <w:rPr>
          <w:rFonts w:ascii="Courier New" w:hAnsi="Courier New"/>
          <w:color w:val="555555"/>
          <w:sz w:val="20"/>
        </w:rPr>
        <w:t>[25]</w:t>
      </w:r>
    </w:p>
    <w:p>
      <w:r>
        <w:rPr>
          <w:rFonts w:ascii="Gentium Plus" w:hAnsi="Gentium Plus"/>
          <w:sz w:val="24"/>
        </w:rPr>
        <w:t>χρόνον τοῦτον, αἰῶνος. Πολλαχοῦ δὲ καὶ οἱ ἐν τῷ φανερῷ Ἰουδαῖοι καὶ ἡ κατὰ αὐτοὺς πολιτεία ἐπὶ τοῦ ἑπτὰ λαμ‐ βάνονται. Δὸς μερίδα (φησὶ) τοῖς ἑπτὰ καί γε τοῖς ὀκτώ, ὡς καὶ τῆς παλαιᾶς Διαθήκης ὀφειλούσης λαβεῖν τινα μαρτυρίαν ἀπὸ τοῦ Θεοῦ ἥκειν καὶ τῆς Καινῆς καὶ εἰς</w:t>
      </w:r>
    </w:p>
    <w:p>
      <w:r>
        <w:rPr>
          <w:rFonts w:ascii="Courier New" w:hAnsi="Courier New"/>
          <w:color w:val="555555"/>
          <w:sz w:val="20"/>
        </w:rPr>
        <w:t>[30]</w:t>
      </w:r>
    </w:p>
    <w:p>
      <w:r>
        <w:rPr>
          <w:rFonts w:ascii="Gentium Plus" w:hAnsi="Gentium Plus"/>
          <w:sz w:val="24"/>
        </w:rPr>
        <w:t>μίαν ἀλλήλαις ἐλθεῖν συμφωνίαν. —Αἱ οὖν ἑπτὰ γυναῖκες, ἡ Διαθήκη ἡ παλαιά· ἐπιλήψεται ἀνθρώπου ἑνὸς (τοῦ Κυρίου, ὃς οὐχὶ εἷς τῶν πολλῶν ἐστιν, ἀλλ’ εἷς ἐστι)· λέγουσαι, ὅτι Τὸν ἄρτον ἡμῶν φαγόμεθα, τουτέστι μενοῦμεν ἐπὶ τοῦ ἡμετέρου μέτρου τῆς ὑποστάσεως. Σκιὰ γὰρ ἐσόμεθα τῶν</w:t>
      </w:r>
    </w:p>
    <w:p>
      <w:r>
        <w:rPr>
          <w:rFonts w:ascii="Courier New" w:hAnsi="Courier New"/>
          <w:color w:val="555555"/>
          <w:sz w:val="20"/>
        </w:rPr>
        <w:t>[35]</w:t>
      </w:r>
    </w:p>
    <w:p>
      <w:r>
        <w:rPr>
          <w:rFonts w:ascii="Gentium Plus" w:hAnsi="Gentium Plus"/>
          <w:sz w:val="24"/>
        </w:rPr>
        <w:t>μελλόντων καὶ εἰκόνες τῶν ἐπουρανίων. Μόνον τὸ τοῦ Χριστοῦ ὄνομα κεκλήσθω τῇ Παλαιᾷ, ἵνα ὁ ὀνειδισμὸς τῆς ἀχρηστίας ἀφαιρεθῇ. —Δύναται δὲ καὶ ἡ συναγωγὴ Ἰσραὴλ (ἀποθανόντος τοῦ νόμου, ἐν ᾧ κατείχετο) ἐλευθέρα γενομένη, πρὸς τὸ ᾧ θέλει γαμηθεῖσα, μὴ χρηματίζειν μοιχαλὶς, τῷ</w:t>
      </w:r>
    </w:p>
    <w:p>
      <w:r>
        <w:rPr>
          <w:rFonts w:ascii="Courier New" w:hAnsi="Courier New"/>
          <w:color w:val="555555"/>
          <w:sz w:val="20"/>
        </w:rPr>
        <w:t>[40]</w:t>
      </w:r>
    </w:p>
    <w:p>
      <w:r>
        <w:rPr>
          <w:rFonts w:ascii="Gentium Plus" w:hAnsi="Gentium Plus"/>
          <w:sz w:val="24"/>
        </w:rPr>
        <w:t>νυμφίῳ Λόγῳ προσελθοῦσα καὶ οἱονεὶ ἐρωτικῶς ἀντεχο‐</w:t>
      </w:r>
    </w:p>
    <w:p>
      <w:r>
        <w:rPr>
          <w:rFonts w:ascii="Courier New" w:hAnsi="Courier New"/>
          <w:color w:val="555555"/>
          <w:sz w:val="20"/>
        </w:rPr>
        <w:t>[4 . 134]</w:t>
      </w:r>
    </w:p>
    <w:p>
      <w:r>
        <w:rPr>
          <w:rFonts w:ascii="Gentium Plus" w:hAnsi="Gentium Plus"/>
          <w:sz w:val="24"/>
        </w:rPr>
        <w:t>Εἴρηται δέ τισιν, ὅτι αἱ ἑπτὰ γυναῖκες ἑπτὰ πνεύ‐ ματά εἰσιν, ἃ μικρὸν ὕστερον ὁ αὐτὸς οὗτος Προφήτης κα‐ ταριθμεῖσθαι μέλλει, ὡς ἐπαναπαυόμενα ἐπὶ τὸν ἐκ τῆς ῥίζης Ἰεσσαὶ ἐξανθήσειν μέλλοντα· πνεῦμα σοφίας καὶ συν‐</w:t>
      </w:r>
    </w:p>
    <w:p>
      <w:r>
        <w:rPr>
          <w:rFonts w:ascii="Courier New" w:hAnsi="Courier New"/>
          <w:color w:val="555555"/>
          <w:sz w:val="20"/>
        </w:rPr>
        <w:t>[5]</w:t>
      </w:r>
    </w:p>
    <w:p>
      <w:r>
        <w:rPr>
          <w:rFonts w:ascii="Gentium Plus" w:hAnsi="Gentium Plus"/>
          <w:sz w:val="24"/>
        </w:rPr>
        <w:t>έσεως, πνεῦμα βουλῆς καὶ ἰσχύος, πνεῦμα γνώσεως καὶ εὐσεβείας, πνεῦμα φόβου Θεοῦ· ἅπερ διὰ τὸ πάντας ἐκ‐ κλῖναι καὶ ἅμα ἀχρειωθῆναι, οὐκ ἔχοντα ᾧ ἐπαναπαύσεται ἀγαπητῶς, τοῦ κατὰ τὸν Κύριον ἀνθρώπου λαβόμενα, ποιεῖ τὰ ἀναγεγραμμένα.</w:t>
      </w:r>
    </w:p>
    <w:p>
      <w:r>
        <w:rPr>
          <w:rFonts w:ascii="Courier New" w:hAnsi="Courier New"/>
          <w:color w:val="555555"/>
          <w:sz w:val="20"/>
        </w:rPr>
        <w:t>[10]</w:t>
      </w:r>
    </w:p>
    <w:p>
      <w:r>
        <w:rPr>
          <w:rFonts w:ascii="Gentium Plus" w:hAnsi="Gentium Plus"/>
          <w:sz w:val="24"/>
        </w:rPr>
        <w:t>Ἀργεῖ γὰρ τὸ πνεῦμα τῆς γνώσεως καὶ τῆς εὐσεβείας ἐν καιροῖς, ὅτε οὐκ ἔστιν ὁ συνιὼν, οὐκ ἔστιν ὁ ἐκζη‐ τῶν τὸν Θεόν· καὶ οἱονεὶ ὄνειδός ἐστι ταῖς ἀρεταῖς τὸ μηδένα εἶναι τὸν ἀντεχόμενον αὐτῶν, ἀλλ’ οἱονεὶ χηρεύειν αὐτὰς ἀπορίᾳ τῆς ὑποδεχομένης αὐτὰς ψυχῆς. Τὸ γὰρ</w:t>
      </w:r>
    </w:p>
    <w:p>
      <w:r>
        <w:rPr>
          <w:rFonts w:ascii="Courier New" w:hAnsi="Courier New"/>
          <w:color w:val="555555"/>
          <w:sz w:val="20"/>
        </w:rPr>
        <w:t>[15]</w:t>
      </w:r>
    </w:p>
    <w:p>
      <w:r>
        <w:rPr>
          <w:rFonts w:ascii="Gentium Plus" w:hAnsi="Gentium Plus"/>
          <w:sz w:val="24"/>
        </w:rPr>
        <w:t>μηδένα δυνηθῆναι ἑλεῖν τῷ οἰκείῳ κάλλει, ἀλλ’ ἐναπομεῖναι τῇ ἐρημία, ὥσπερ καὶ τῶν ἀρετῶν δοκεῖ καθάπτεσθαι. Ὁ δὲ ἐν ἑαυτῷ πᾶν εἶδος ἀρετῆς κατὰ τὴν ἄκραν τελείωσιν ἐπιδεικνύναι μέλλων, ἀφαιρεῖ τὸν ὀνειδισμὸν ἀπ’ αὐτῶν. Καὶ ἐπειδὴ καὶ παρὰ τοῖς ἀγνοοῦσι τὸν Θεὸν δοκοῦσιν ἐπι‐</w:t>
      </w:r>
    </w:p>
    <w:p>
      <w:r>
        <w:rPr>
          <w:rFonts w:ascii="Courier New" w:hAnsi="Courier New"/>
          <w:color w:val="555555"/>
          <w:sz w:val="20"/>
        </w:rPr>
        <w:t>[20]</w:t>
      </w:r>
    </w:p>
    <w:p>
      <w:r>
        <w:rPr>
          <w:rFonts w:ascii="Gentium Plus" w:hAnsi="Gentium Plus"/>
          <w:sz w:val="24"/>
        </w:rPr>
        <w:t>τηδεύεσθαι γνῶσις καὶ σύνεσις καὶ βουλὴ καὶ ἰσχὺς καὶ σοφία, καὶ εὐσέβεια, ἀξιοῦσι τὸ Χριστοῦ ὄνομα ἐπικεκλῆσθαι</w:t>
      </w:r>
    </w:p>
    <w:p>
      <w:r>
        <w:rPr>
          <w:rFonts w:ascii="Courier New" w:hAnsi="Courier New"/>
          <w:color w:val="555555"/>
          <w:sz w:val="20"/>
        </w:rPr>
        <w:t>[4 . 135]</w:t>
      </w:r>
    </w:p>
    <w:p>
      <w:r>
        <w:rPr>
          <w:rFonts w:ascii="Gentium Plus" w:hAnsi="Gentium Plus"/>
          <w:sz w:val="24"/>
        </w:rPr>
        <w:t>Τῇ δὲ ἡμέρᾳ ἐκείνῃ ἐπιλάμψει ὁ Κύριος ἐν βουλῇ μετὰ δόξης ἐπὶ τῆς γῆς, τοῦ ὑψῶσαι καὶ δοξάσαι τὸ κατα‐ λειφθὲν τοῦ Ἰσραήλ. Συνᾴδει ταῦτα τοῖς προαποδεδομένοις. Οὗ γὰρ ἐπελάβοντο</w:t>
      </w:r>
    </w:p>
    <w:p>
      <w:r>
        <w:rPr>
          <w:rFonts w:ascii="Courier New" w:hAnsi="Courier New"/>
          <w:color w:val="555555"/>
          <w:sz w:val="20"/>
        </w:rPr>
        <w:t>[5]</w:t>
      </w:r>
    </w:p>
    <w:p>
      <w:r>
        <w:rPr>
          <w:rFonts w:ascii="Gentium Plus" w:hAnsi="Gentium Plus"/>
          <w:sz w:val="24"/>
        </w:rPr>
        <w:t>αἱ ἑπτὰ γυναῖκες ὡς ἀνδρὸς, οὗτος ὡς Κύριος ἐπιλάμψει. Ἐπειδὴ γὰρ ἀντεποιήθησαν τοῦ τὸ ὄνομα αὐτοῦ κεκλῆσθαι ἐπ’ αὐταῖς, ἀποδεχόμενος αὐτῶν τὴν προθυμίαν ὁ Θεὸς, Ἐπιλάμψει αὐταῖς ἐν βουλῇ μετὰ δόξης ἐπὶ τῆς γῆς, του‐ τέστι κεκριμένως καὶ βεβουλευμένως τὸ ἐκ τῆς κρίσεως</w:t>
      </w:r>
    </w:p>
    <w:p>
      <w:r>
        <w:rPr>
          <w:rFonts w:ascii="Courier New" w:hAnsi="Courier New"/>
          <w:color w:val="555555"/>
          <w:sz w:val="20"/>
        </w:rPr>
        <w:t>[10]</w:t>
      </w:r>
    </w:p>
    <w:p>
      <w:r>
        <w:rPr>
          <w:rFonts w:ascii="Gentium Plus" w:hAnsi="Gentium Plus"/>
          <w:sz w:val="24"/>
        </w:rPr>
        <w:t>ἀγαθὸν χαριζόμενος, καὶ οὐκ ἀβουλεύτως οὐδὲ ἐκκεχυμένως. Ἡμέρα δὲ αὕτη ἐστὶν, ἐν ᾗ ἐπιλάμψει ὁ Θεὸς ἐν βουλῇ μετὰ δόξης· αὕτη ἣν αὐτὸς ποιεῖ ὁ ἥλιος τῆς δικαιοσύνης, ὁ Κύριος ἡμῶν, ὁ διδάσκων περὶ ἑαυτοῦ, ὅτι ἕως ἐστὶν ἐν τῷ κόσμῳ, φῶς ἐστι τοῦ κόσμου. Διὸ καὶ παρῄνει, ἐργά‐</w:t>
      </w:r>
    </w:p>
    <w:p>
      <w:r>
        <w:rPr>
          <w:rFonts w:ascii="Courier New" w:hAnsi="Courier New"/>
          <w:color w:val="555555"/>
          <w:sz w:val="20"/>
        </w:rPr>
        <w:t>[15]</w:t>
      </w:r>
    </w:p>
    <w:p>
      <w:r>
        <w:rPr>
          <w:rFonts w:ascii="Gentium Plus" w:hAnsi="Gentium Plus"/>
          <w:sz w:val="24"/>
        </w:rPr>
        <w:t>ζεσθαι ἕως ἡμέρα ἐστί. Σημειωτέον δὲ, ὅτι κατ’ ἄλλην καὶ ἄλλην ἐπίνοιαν καὶ ἡμέρα λέγεται ὁ παρὼν βίος, καὶ νὺξ ἡ τῆς κρίσεως ἡμέρα. Καὶ πάλιν, νὺξ μὲν ἡ παροῦσα κατάστασις, ἡμέρα δὲ ὁ προσ‐ δοκώμενος αἰών. Τὸ μὲν γὰρ Ἐργάζεσθε ἕως ἡμέρα ἐστί,</w:t>
      </w:r>
    </w:p>
    <w:p>
      <w:r>
        <w:rPr>
          <w:rFonts w:ascii="Courier New" w:hAnsi="Courier New"/>
          <w:color w:val="555555"/>
          <w:sz w:val="20"/>
        </w:rPr>
        <w:t>[20]</w:t>
      </w:r>
    </w:p>
    <w:p>
      <w:r>
        <w:rPr>
          <w:rFonts w:ascii="Gentium Plus" w:hAnsi="Gentium Plus"/>
          <w:sz w:val="24"/>
        </w:rPr>
        <w:t>σαφῶς εἰς τὸν βίον τοῦτον φέρει τὸν πεφωτισμένον τῇ Χριστοῦ ἐπιγνώσει, τὸ δὲ Ἔρχεται νὺξ, περὶ τοῦ μέλλον‐</w:t>
      </w:r>
    </w:p>
    <w:p>
      <w:r>
        <w:rPr>
          <w:rFonts w:ascii="Courier New" w:hAnsi="Courier New"/>
          <w:color w:val="555555"/>
          <w:sz w:val="20"/>
        </w:rPr>
        <w:t>[25]</w:t>
      </w:r>
    </w:p>
    <w:p>
      <w:r>
        <w:rPr>
          <w:rFonts w:ascii="Gentium Plus" w:hAnsi="Gentium Plus"/>
          <w:sz w:val="24"/>
        </w:rPr>
        <w:t>νηροῖς ὄντας, ἐπείγοντας δὲ τὴν ἡμέραν τῆς ἀνταποδόσεως· Ἵνα τί ὑμῖν (φησὶν) ἡ ἡμέρα Κυρίου; Καὶ αὕτη ἐστὶ σκότος, καὶ οὐ φῶς. Ἔμπαλιν δὲ καὶ ὁ Ἀπόστολος νύκτα μὲν λέγει τὸν βίον τοῦτον, καὶ διὰ τὴν ἐν αὐτῷ σύγχυσιν καὶ τὴν ἐκ τῆς σαρκὸς καὶ τῶν βιωτικῶν φροντίδων ἐγγινομένην</w:t>
      </w:r>
    </w:p>
    <w:p>
      <w:r>
        <w:rPr>
          <w:rFonts w:ascii="Courier New" w:hAnsi="Courier New"/>
          <w:color w:val="555555"/>
          <w:sz w:val="20"/>
        </w:rPr>
        <w:t>[30]</w:t>
      </w:r>
    </w:p>
    <w:p>
      <w:r>
        <w:rPr>
          <w:rFonts w:ascii="Gentium Plus" w:hAnsi="Gentium Plus"/>
          <w:sz w:val="24"/>
        </w:rPr>
        <w:t>τῷ νῷ, ὡς τὰ πολλὰ, ἐπισκότησιν· ἡμέραν δὲ τὸν χρόνον τῆς ἀναστάσεως, ἐν τῷ λέγειν· Ἡ νὺξ προέκοψεν, ἡ δὲ ἡμέρα ἤγγικε. Καθ’ ὁποτέραν οὖν ἐὰν βουληθῇς ἐκδοχὴν, Ἐπιλάμψει ὁ Θεὸς ἐν βουλῇ μετὰ δόξης ἐπὶ τῆς γῆς. —Ἐπεὶ οὖν μετὰ βουλῆς ἐπιλάμπει, ἑαυτοὺς ἀξίους ποιήσωμεν πρὸς</w:t>
      </w:r>
    </w:p>
    <w:p>
      <w:r>
        <w:rPr>
          <w:rFonts w:ascii="Courier New" w:hAnsi="Courier New"/>
          <w:color w:val="555555"/>
          <w:sz w:val="20"/>
        </w:rPr>
        <w:t>[35]</w:t>
      </w:r>
    </w:p>
    <w:p>
      <w:r>
        <w:rPr>
          <w:rFonts w:ascii="Gentium Plus" w:hAnsi="Gentium Plus"/>
          <w:sz w:val="24"/>
        </w:rPr>
        <w:t>τὸ χωρῆσαι τὸν φωτισμὸν αὐτοῦ, ὥστε τὸν κατὰ ἀναλογίαν τῆς ἐν ἑκάστῳ ἐπιτηδειότητος τὴν ἔλλαμψιν χαριζόμενον, ἐν μείζονι τῇ κατὰ τὴν ψυχὴν ἡμῶν προθυμίᾳ, μείζονα καὶ τελειότερα καὶ τὰ παρ’ αὐτοῦ παρασχεῖν. Καὶ ὑψώσει τὸ καταλειφθὲν τοῦ Ἰσραήλ, τουτέστιν ἐπάνω</w:t>
      </w:r>
    </w:p>
    <w:p>
      <w:r>
        <w:rPr>
          <w:rFonts w:ascii="Courier New" w:hAnsi="Courier New"/>
          <w:color w:val="555555"/>
          <w:sz w:val="20"/>
        </w:rPr>
        <w:t>[40]</w:t>
      </w:r>
    </w:p>
    <w:p>
      <w:r>
        <w:rPr>
          <w:rFonts w:ascii="Gentium Plus" w:hAnsi="Gentium Plus"/>
          <w:sz w:val="24"/>
        </w:rPr>
        <w:t>ποιήσει τῶν ὑλικῶν καὶ τῇ θεωρίᾳ προσάξει τῶν ἀσωμάτων τὸ κατ’ ἐκλογὴν χάριτος λεῖμμα τοῦ Ἰσραήλ. —Εἰ δὲ καὶ τὴν δόξαν, ἣν δοξασθήσονται οἱ Ἅγιοι, κατὰ τὸ ἀρέσκον τῇ Γρα‐ φῇ ποθεῖς μαθεῖν, νόησόν μοι τὴν περὶ τὸ ἡγεμονικὸν τῶν τὰ μεγάλα καὶ θεῖα θεωρούντων ἱεροπρεπῆ κατάστασιν, ὁποία</w:t>
      </w:r>
    </w:p>
    <w:p>
      <w:r>
        <w:rPr>
          <w:rFonts w:ascii="Courier New" w:hAnsi="Courier New"/>
          <w:color w:val="555555"/>
          <w:sz w:val="20"/>
        </w:rPr>
        <w:t>[45]</w:t>
      </w:r>
    </w:p>
    <w:p>
      <w:r>
        <w:rPr>
          <w:rFonts w:ascii="Gentium Plus" w:hAnsi="Gentium Plus"/>
          <w:sz w:val="24"/>
        </w:rPr>
        <w:t>ἦν περὶ Μωϋσέα, ὅτε κατηξιώθη ἐν θεωρίᾳ τοῦ Θεοῦ γενέ‐</w:t>
      </w:r>
    </w:p>
    <w:p>
      <w:r>
        <w:rPr>
          <w:rFonts w:ascii="Courier New" w:hAnsi="Courier New"/>
          <w:color w:val="555555"/>
          <w:sz w:val="20"/>
        </w:rPr>
        <w:t>[4 . 136]</w:t>
      </w:r>
    </w:p>
    <w:p>
      <w:r>
        <w:rPr>
          <w:rFonts w:ascii="Gentium Plus" w:hAnsi="Gentium Plus"/>
          <w:sz w:val="24"/>
        </w:rPr>
        <w:t>Καὶ ἔσται τὸ ὑπολειφθὲν ἐν Σιὼν, καὶ τὸ κατα‐ λειφθὲν ἐν Ἱερουσαλὴμ, Ἅγιοι κληθήσονται, πάντες οἱ γρα‐ φέντες εἰς ζωὴν ἐν Ἱερουσαλήμ. Τὸ κατ’ ἐκλογὴν χάριτος λεῖμμα τοῦ Ἰσραὴλ, Ἅγιοι</w:t>
      </w:r>
    </w:p>
    <w:p>
      <w:r>
        <w:rPr>
          <w:rFonts w:ascii="Courier New" w:hAnsi="Courier New"/>
          <w:color w:val="555555"/>
          <w:sz w:val="20"/>
        </w:rPr>
        <w:t>[5]</w:t>
      </w:r>
    </w:p>
    <w:p>
      <w:r>
        <w:rPr>
          <w:rFonts w:ascii="Gentium Plus" w:hAnsi="Gentium Plus"/>
          <w:sz w:val="24"/>
        </w:rPr>
        <w:t>κληθήσονται καὶ ἐγγραφήσονται εἰς ζωὴν ἐν Ἱερουσα‐ λὴμ οἱ φωτισθέντες τῇ ἐπιφανείᾳ τοῦ Θεοῦ καὶ ὑψωθέν‐ τες τῇ δόξῃ αὐτοῦ. Οὗτοι Ἅγιοι κληθήσονται, οὓς καὶ κατέλιπεν ἑαυτῷ ὁ Θεὸς, κατὰ μίμησιν τῶν μὴ καμψάν‐ των γόνυ τῇ Βάαλ. —Διὰ τί δὲ τοὺς μὲν ἐν Σιὼν, τοὺς</w:t>
      </w:r>
    </w:p>
    <w:p>
      <w:r>
        <w:rPr>
          <w:rFonts w:ascii="Courier New" w:hAnsi="Courier New"/>
          <w:color w:val="555555"/>
          <w:sz w:val="20"/>
        </w:rPr>
        <w:t>[10]</w:t>
      </w:r>
    </w:p>
    <w:p>
      <w:r>
        <w:rPr>
          <w:rFonts w:ascii="Gentium Plus" w:hAnsi="Gentium Plus"/>
          <w:sz w:val="24"/>
        </w:rPr>
        <w:t>δὲ ἐν Ἱερουσαλήμ; Ὅτι καὶ τῶν σωζομένων ἐστὶ δια‐ φορὰ, ἑκάστου ἐν τῷ ἰδίῳ τάγματι τῆς ἀπολαύσεως τῶν παρὰ Θεοῦ ἀγαθῶν μεθέξοντος. Ἐπειδὴ δὲ ὀλίγοι οἱ σωζό‐ μενοι, οὐ πληθυντικῶς, ἀλλ’ ἑνικῶς ὁ λόγος ἐξέδωκεν. Οὐ γὰρ εἶπεν οἱ καταλειφθέντες, ἀλλὰ Τὸ καταλειφθέν. Ἔοικε</w:t>
      </w:r>
    </w:p>
    <w:p>
      <w:r>
        <w:rPr>
          <w:rFonts w:ascii="Courier New" w:hAnsi="Courier New"/>
          <w:color w:val="555555"/>
          <w:sz w:val="20"/>
        </w:rPr>
        <w:t>[15]</w:t>
      </w:r>
    </w:p>
    <w:p>
      <w:r>
        <w:rPr>
          <w:rFonts w:ascii="Gentium Plus" w:hAnsi="Gentium Plus"/>
          <w:sz w:val="24"/>
        </w:rPr>
        <w:t>δὲ τὸ μὲν ὑπολειφθὲν ἐν Σιὼν, τὸ ὑποδεέστερον εἶναι τάγμα, οἱονεὶ ἐναφεθὲν ὑπὸ τῶν ἐπειγομένων εἰς τὸ ἔμπροσθεν· τὸ δὲ τελειότερον, διὰ τὴν τῶν ἔργων ἀξίαν, τῆς ἐν αὐτῇ τῇ Ἱερουσαλὴμ καθιδρύσεως ἠξιῶσθαι. Ὑποβάλλει δὲ ἡμῖν καὶ ἡ ἱστορία τῶν ταγμάτων τὸ διάφο‐</w:t>
      </w:r>
    </w:p>
    <w:p>
      <w:r>
        <w:rPr>
          <w:rFonts w:ascii="Courier New" w:hAnsi="Courier New"/>
          <w:color w:val="555555"/>
          <w:sz w:val="20"/>
        </w:rPr>
        <w:t>[20]</w:t>
      </w:r>
    </w:p>
    <w:p>
      <w:r>
        <w:rPr>
          <w:rFonts w:ascii="Gentium Plus" w:hAnsi="Gentium Plus"/>
          <w:sz w:val="24"/>
        </w:rPr>
        <w:t>ρον ἐκ τοῦ τὴν μὲν Σιὼν τὴν ἀρχαίαν εἶναι πόλιν καὶ ὑποδεε‐ στέραν· τὴν δὲ Ἱερουσαλὴμ, τὴν βασιλεύουσαν, ἐν ᾗ τὸ ἁγίασ‐ μα. Πάντες μέντοι οὗτοι γραφήσονται εἰς ζωὴν ἐν Ἱερουσα‐ λήμ· καὶ μακάριος ὁ τῆς ἐν Ἱερουσαλὴμ καταγραφῆς ἀξιούμε‐ νος. Ἐν ἐκείνῃ γὰρ ἔοικεν εἶναι τῇ Ἱερουσαλὴμ ἡ βίβλος τῶν</w:t>
      </w:r>
    </w:p>
    <w:p>
      <w:r>
        <w:rPr>
          <w:rFonts w:ascii="Courier New" w:hAnsi="Courier New"/>
          <w:color w:val="555555"/>
          <w:sz w:val="20"/>
        </w:rPr>
        <w:t>[25]</w:t>
      </w:r>
    </w:p>
    <w:p>
      <w:r>
        <w:rPr>
          <w:rFonts w:ascii="Gentium Plus" w:hAnsi="Gentium Plus"/>
          <w:sz w:val="24"/>
        </w:rPr>
        <w:t>ζώντων, ἐν ᾗ γράφονται οἱ μαθηταὶ τοῦ Χριστοῦ· Χαίρετε γὰρ (φησὶν) ὅτι τὰ ὀνόματα ὑμῶν γεγραμμένα ἐστὶν ἐν τοῖς οὐρανοῖς. Ἐπειδὴ δὲ πρόσκειται τῷ Οἱ γραφέντες ἐν Ἱερουσαλὴμ, τὸ Εἰς ζωὴν, ἐπιστῆσαι ἀναγκαῖον, μήποτέ εἰσί τινες</w:t>
      </w:r>
    </w:p>
    <w:p>
      <w:r>
        <w:rPr>
          <w:rFonts w:ascii="Courier New" w:hAnsi="Courier New"/>
          <w:color w:val="555555"/>
          <w:sz w:val="20"/>
        </w:rPr>
        <w:t>[30]</w:t>
      </w:r>
    </w:p>
    <w:p>
      <w:r>
        <w:rPr>
          <w:rFonts w:ascii="Gentium Plus" w:hAnsi="Gentium Plus"/>
          <w:sz w:val="24"/>
        </w:rPr>
        <w:t>οἱ γραφόμενοι μὲν, οὐκ εἰς ζωνὴν δὲ, κατὰ τὸν Ἱερε‐ μίαν, λέγοντα· Ἀφεστηκότες ἐπὶ τῆς γῆς γραφήτωσαν, ὥστε κατὰ τοῦτο δύο τινὰς καταγραφὰς νοεῖσθαι· τῶν μὲν εἰς ζωὴν, τῶν δὲ εἰς ἀπώλειαν· καὶ εἶναι πολλάκις καὶ μεταβολὴν τῆς Γραφῆς, ὅταν καὶ ἡμεῖς εἰς κακίαν ἀπὸ</w:t>
      </w:r>
    </w:p>
    <w:p>
      <w:r>
        <w:rPr>
          <w:rFonts w:ascii="Courier New" w:hAnsi="Courier New"/>
          <w:color w:val="555555"/>
          <w:sz w:val="20"/>
        </w:rPr>
        <w:t>[35]</w:t>
      </w:r>
    </w:p>
    <w:p>
      <w:r>
        <w:rPr>
          <w:rFonts w:ascii="Gentium Plus" w:hAnsi="Gentium Plus"/>
          <w:sz w:val="24"/>
        </w:rPr>
        <w:t>ἀρετῆς μεταπέσωμεν. Τὸ γὰρ Ἐξαλειφθήτωσαν ἐκ βίβλου ζώντων καὶ μετὰ δικαίων μὴ γραφήτωσαν, καὶ τὸ Ἐξ‐ άλειψον κἀμὲ ἀπὸ τῆς βίβλου σου, ὡς ἤδη τῆς ἐν τῇ βίβλῳ τοῦ Θεοῦ καταγραφῆς ἠξιωμένων λέγεται.</w:t>
      </w:r>
    </w:p>
    <w:p>
      <w:r>
        <w:rPr>
          <w:rFonts w:ascii="Courier New" w:hAnsi="Courier New"/>
          <w:color w:val="555555"/>
          <w:sz w:val="20"/>
        </w:rPr>
        <w:t>[4 . 137]</w:t>
      </w:r>
    </w:p>
    <w:p>
      <w:r>
        <w:rPr>
          <w:rFonts w:ascii="Gentium Plus" w:hAnsi="Gentium Plus"/>
          <w:sz w:val="24"/>
        </w:rPr>
        <w:t>Ὅτι ἐκπλυνεῖ Κύριος τὸν ῥύπον τῶν υἱῶν καὶ τῶν θυγατέρων Σιὼν, καὶ τὸ αἷμα Ἱερουσαλὴμ ἐκκαθαριεῖ ἐκ μέσου αὐτῶν, ἐν πνεύματι κρίσεως καὶ ἐν πνεύματι καύσεως. Τρανῶς τὰ αὐτὰ τῷ Ἰωάννῃ ὁ λόγος προαγορεύει, περὶ</w:t>
      </w:r>
    </w:p>
    <w:p>
      <w:r>
        <w:rPr>
          <w:rFonts w:ascii="Courier New" w:hAnsi="Courier New"/>
          <w:color w:val="555555"/>
          <w:sz w:val="20"/>
        </w:rPr>
        <w:t>[5]</w:t>
      </w:r>
    </w:p>
    <w:p>
      <w:r>
        <w:rPr>
          <w:rFonts w:ascii="Gentium Plus" w:hAnsi="Gentium Plus"/>
          <w:sz w:val="24"/>
        </w:rPr>
        <w:t>τοῦ Κυρίου λέγοντι, ὅτι Αὐτὸς ὑμᾶς βαπτίσει ἐν Πνεύ‐ ματι ἁγίῳ καὶ πυρί· περὶ δὲ ἑαυτοῦ, ὅτι Ἐγὼ μὲν ὑμᾶς βαπτίζω ἐν ὕδατι, εἰς μετάνοιαν. Ἐπεὶ γοῦν ἀμφότερα συνῆψεν ὁ Κύριος, τό τε ἐξ ὕδατος εἰς μετάνοιαν καὶ τὸ ἐκ Πνεύματος εἰς ἀναγέννησιν, καὶ ὁ λόγος αἰνίσσεται</w:t>
      </w:r>
    </w:p>
    <w:p>
      <w:r>
        <w:rPr>
          <w:rFonts w:ascii="Courier New" w:hAnsi="Courier New"/>
          <w:color w:val="555555"/>
          <w:sz w:val="20"/>
        </w:rPr>
        <w:t>[10]</w:t>
      </w:r>
    </w:p>
    <w:p>
      <w:r>
        <w:rPr>
          <w:rFonts w:ascii="Gentium Plus" w:hAnsi="Gentium Plus"/>
          <w:sz w:val="24"/>
        </w:rPr>
        <w:t>ἀμφότερα τὰ βαπτίσματα ... μήποτε τρεῖς εἰσιν αἱ ἐπίνοιαι τοῦ βαπτίσματος, ὅ τε τοῦ ῥύπου καθαρισμὸς, καὶ ἡ διὰ τοῦ Πνεύματος ἀναγέννησις, καὶ ἡ ἐν τῷ πυρὶ τῆς κρίσεως βάσανος· ὥστε τὸ μὲν ἐκπλύνειν πρὸς τὴν ὧδε ἀπόθεσιν τῆς ἁμαρτίας λαμβάνεσθαι, τὸ δὲ πνεύματι κρίσεως καὶ</w:t>
      </w:r>
    </w:p>
    <w:p>
      <w:r>
        <w:rPr>
          <w:rFonts w:ascii="Courier New" w:hAnsi="Courier New"/>
          <w:color w:val="555555"/>
          <w:sz w:val="20"/>
        </w:rPr>
        <w:t>[15]</w:t>
      </w:r>
    </w:p>
    <w:p>
      <w:r>
        <w:rPr>
          <w:rFonts w:ascii="Gentium Plus" w:hAnsi="Gentium Plus"/>
          <w:sz w:val="24"/>
        </w:rPr>
        <w:t>πνεύματι καύσεως, πρὸς τὴν ἐν τῷ μέλλοντι αἰῶνι διὰ τοῦ πυρὸς δοκιμασίαν. Δέονται δὲ αἱ μὲν κατ’ ἄγνοιαν ἁμαρτίαι, οἱονεὶ ῥύπος τις οὖσαι, τὴν ἐπιφάνειαν τῆς ψυχῆς ἀφανίζουσαι καὶ τῷ φυ‐ σικῷ κάλλει αὐτῆς λυμαινόμεναι, τοῦ ἐκ τῆς πλύσεως καθα‐</w:t>
      </w:r>
    </w:p>
    <w:p>
      <w:r>
        <w:rPr>
          <w:rFonts w:ascii="Courier New" w:hAnsi="Courier New"/>
          <w:color w:val="555555"/>
          <w:sz w:val="20"/>
        </w:rPr>
        <w:t>[20]</w:t>
      </w:r>
    </w:p>
    <w:p>
      <w:r>
        <w:rPr>
          <w:rFonts w:ascii="Gentium Plus" w:hAnsi="Gentium Plus"/>
          <w:sz w:val="24"/>
        </w:rPr>
        <w:t>ρισμοῦ· αἱ δὲ πρὸς θάνατον ἁμαρτίαι τῶν ἑκουσίως ἐξα‐ μαρτανόντων, μετὰ τὸ λαβεῖν τὴν ἐπίγνωσιν, αἷμα προσα‐ γορεύονται, δεόμεναι τῆς ἐν τῷ καύματι κρίσεως. Ἐπεὶ οὖν ὁ ἐξομολογούμενος καὶ πλυθῆναι ἀξιοῖ καὶ καθαρισθῆναι, καὶ τὴν μὲν ἀνομίαν πλύσεώς φησι δεῖσθαι, τὴν δὲ ἁμαρ‐</w:t>
      </w:r>
    </w:p>
    <w:p>
      <w:r>
        <w:rPr>
          <w:rFonts w:ascii="Courier New" w:hAnsi="Courier New"/>
          <w:color w:val="555555"/>
          <w:sz w:val="20"/>
        </w:rPr>
        <w:t>[25]</w:t>
      </w:r>
    </w:p>
    <w:p>
      <w:r>
        <w:rPr>
          <w:rFonts w:ascii="Gentium Plus" w:hAnsi="Gentium Plus"/>
          <w:sz w:val="24"/>
        </w:rPr>
        <w:t>τίαν καθαρισμοῦ, λέγων· Ἐπὶ πλεῖον πλῦνόν με ἀπὸ τῆς ἀνομίας μου καὶ ἀπὸ τῆς ἁμαρτίας μου καθάρισόν με. Οἱ μὲν πάντη ἀνήκοοι τῶν θείων Μαθημάτων, πρὶν μα‐ θεῖν τὸν λόγον ἡμαρτηκότες, οἱονεὶ ἐῤῥυπωμένοι, τοῦ ἀπὸ τοῦ ὕδατος δέονται καθαρισμοῦ· οἱ δὲ μετὰ τὸ λαβεῖν τὴν</w:t>
      </w:r>
    </w:p>
    <w:p>
      <w:r>
        <w:rPr>
          <w:rFonts w:ascii="Courier New" w:hAnsi="Courier New"/>
          <w:color w:val="555555"/>
          <w:sz w:val="20"/>
        </w:rPr>
        <w:t>[30]</w:t>
      </w:r>
    </w:p>
    <w:p>
      <w:r>
        <w:rPr>
          <w:rFonts w:ascii="Gentium Plus" w:hAnsi="Gentium Plus"/>
          <w:sz w:val="24"/>
        </w:rPr>
        <w:t>ζωὴν ἐπιβουλεύοντες ἑαυτοῖς, αἵματι ὄντες ἔνοχοι, τοῦ ἐκ</w:t>
      </w:r>
    </w:p>
    <w:p>
      <w:r>
        <w:rPr>
          <w:rFonts w:ascii="Courier New" w:hAnsi="Courier New"/>
          <w:color w:val="555555"/>
          <w:sz w:val="20"/>
        </w:rPr>
        <w:t>[35]</w:t>
      </w:r>
    </w:p>
    <w:p>
      <w:r>
        <w:rPr>
          <w:rFonts w:ascii="Gentium Plus" w:hAnsi="Gentium Plus"/>
          <w:sz w:val="24"/>
        </w:rPr>
        <w:t>ζεται· διὸ καὶ ἐκ μέσου τῶν ἡμαρτηκότων διὰ τῆς τοῦ πνεύματος καύσεως ἐκκαθαρίζεσθαι τὸ αἷμα λέγεται.</w:t>
      </w:r>
    </w:p>
    <w:p>
      <w:r>
        <w:rPr>
          <w:rFonts w:ascii="Courier New" w:hAnsi="Courier New"/>
          <w:color w:val="555555"/>
          <w:sz w:val="20"/>
        </w:rPr>
        <w:t>[4 . 138]</w:t>
      </w:r>
    </w:p>
    <w:p>
      <w:r>
        <w:rPr>
          <w:rFonts w:ascii="Gentium Plus" w:hAnsi="Gentium Plus"/>
          <w:sz w:val="24"/>
        </w:rPr>
        <w:t>Καὶ ἥξει καὶ ἔσται πᾶς τόπος τοῦ ὄρους Σιὼν καὶ πάντα τὰ περὶ κύκλῳ αὐτῆς σκιάσει νεφέλη ἡμέρας, καὶ ὡς καπνοῦ καὶ ὡς φωτὸς καιομένου νυκτὸς, πάσῃ τῇ δόξῃ σκεπασθήσεται. Καὶ ἔσται εἰς σκιὰν ἀπὸ καύματος καὶ ἐν</w:t>
      </w:r>
    </w:p>
    <w:p>
      <w:r>
        <w:rPr>
          <w:rFonts w:ascii="Courier New" w:hAnsi="Courier New"/>
          <w:color w:val="555555"/>
          <w:sz w:val="20"/>
        </w:rPr>
        <w:t>[5]</w:t>
      </w:r>
    </w:p>
    <w:p>
      <w:r>
        <w:rPr>
          <w:rFonts w:ascii="Gentium Plus" w:hAnsi="Gentium Plus"/>
          <w:sz w:val="24"/>
        </w:rPr>
        <w:t>σκέπῃ καὶ ἐν ἀποκρύφῳ ἀπὸ σκληρότητος καὶ ὑετοῦ. Μετὰ τὴν ὑπὸ τοῦ λουτροῦ κάθαρσιν καὶ τὴν ἐκ μετανοίας ἀποκάθαρσιν, ἥξει καιρὸς ὅτε πᾶς τόπος οἰκειωθήσεται τῷ ὄρει Σιών, τουτέστιν ὑψηλὸς καὶ τῶν οὐρανίων εἶναι σκοπευτικὸς καταξιωθήσεται. —Μετὰ τὸ ἐπιλαβέσθαι ἀν‐</w:t>
      </w:r>
    </w:p>
    <w:p>
      <w:r>
        <w:rPr>
          <w:rFonts w:ascii="Courier New" w:hAnsi="Courier New"/>
          <w:color w:val="555555"/>
          <w:sz w:val="20"/>
        </w:rPr>
        <w:t>[10]</w:t>
      </w:r>
    </w:p>
    <w:p>
      <w:r>
        <w:rPr>
          <w:rFonts w:ascii="Gentium Plus" w:hAnsi="Gentium Plus"/>
          <w:sz w:val="24"/>
        </w:rPr>
        <w:t>δρὸς τὰς ἑπτὰ γυναῖκας, καὶ ἐπιλάμψαι Κύριον μετὰ δόξης ἐν βουλῇ, τοῦ ὑψῶσαι καὶ δοξάσαι τὸ καταλειφθὲν τοῦ Ἰσραήλ, ὅτε καὶ Ἅγιοι ἐκλήθησαν, διὰ τὸ ἐκπλυθῆναι τὸν ῥύπον τῶν θυγατέρων Σιὼν καὶ ἐκκαθαρισθῆναι τὸ αἷμα αὐτῶν ἐκ μέσου, τότε σκιάσει τὰ περὶ κύκλῳ τῆς Ἱερουσα‐</w:t>
      </w:r>
    </w:p>
    <w:p>
      <w:r>
        <w:rPr>
          <w:rFonts w:ascii="Courier New" w:hAnsi="Courier New"/>
          <w:color w:val="555555"/>
          <w:sz w:val="20"/>
        </w:rPr>
        <w:t>[15]</w:t>
      </w:r>
    </w:p>
    <w:p>
      <w:r>
        <w:rPr>
          <w:rFonts w:ascii="Gentium Plus" w:hAnsi="Gentium Plus"/>
          <w:sz w:val="24"/>
        </w:rPr>
        <w:t>λὴμ νεφέλη ἡμέρας, ὥστε παρασχεῖν σκιὰν ἀπὸ καύματος καὶ σκέπην ἀπὸ σκληρότητος καὶ ὑετοῦ· τὴν δὲ νύκτα ὑπὸ φωτὸς κατέχεσθαι καιομένου, καὶ εἶναι τὴν δόξαν οἱονεὶ καπνόν τινα τὰ πάντα ἐπιλαμβάνουσαν. Λογιζόμεθα δὲ ταῦτα ἐπαγγέλλεσθαι τοῖς ἀξίοις τῆς</w:t>
      </w:r>
    </w:p>
    <w:p>
      <w:r>
        <w:rPr>
          <w:rFonts w:ascii="Courier New" w:hAnsi="Courier New"/>
          <w:color w:val="555555"/>
          <w:sz w:val="20"/>
        </w:rPr>
        <w:t>[20]</w:t>
      </w:r>
    </w:p>
    <w:p>
      <w:r>
        <w:rPr>
          <w:rFonts w:ascii="Gentium Plus" w:hAnsi="Gentium Plus"/>
          <w:sz w:val="24"/>
        </w:rPr>
        <w:t>ἀναπαύσεως. Διότι, πολλῶν μονῶν οὐσῶν ἐν τῇ οἰκίᾳ τοῦ Πατρὸς καὶ διαφόρου κληροδοσίας ἀποκειμένης ἐν τῇ γῇ τῆς κληρονομίας, ἣν κληρονομήσουσιν οἱ πραεῖς, δῆλον ὅτι τινὲς μὲν ἐν τῇ φαιδρότητι τῆς τοῦ Θεοῦ ἐπι‐ φανείας, τινὲς δὲ ὑπὸ τὴν σκέπην τῶν οὐρανίων δυνά‐</w:t>
      </w:r>
    </w:p>
    <w:p>
      <w:r>
        <w:rPr>
          <w:rFonts w:ascii="Courier New" w:hAnsi="Courier New"/>
          <w:color w:val="555555"/>
          <w:sz w:val="20"/>
        </w:rPr>
        <w:t>[25]</w:t>
      </w:r>
    </w:p>
    <w:p>
      <w:r>
        <w:rPr>
          <w:rFonts w:ascii="Gentium Plus" w:hAnsi="Gentium Plus"/>
          <w:sz w:val="24"/>
        </w:rPr>
        <w:t>μεων ἀναπαύσονται, καὶ ἄλλοι ἐν τῇ δόξῃ, τῇ ἀπὸ τοῦ φω‐ τὸς, ὡς ἀπὸ καπνοῦ, καλυφθήσονται. —Τάχα δὲ αὐτῇ μὲν τῇ Σιὼν ἐπιλάμψει τὸ φῶς· τὰ δὲ περὶ κύκλῳ αὐτῆς ἐπι‐ λάμψει νεφέλη ἡμέρας, ἥτις οὐκ ἄλλοθεν ἔχει τὴν γένεσιν, ἢ ἀπ’ αὐτοῦ τοῦ φωτός, ὥσπερ καπνὸς ἀπὸ πυρὸς, οὕτως</w:t>
      </w:r>
    </w:p>
    <w:p>
      <w:r>
        <w:rPr>
          <w:rFonts w:ascii="Courier New" w:hAnsi="Courier New"/>
          <w:color w:val="555555"/>
          <w:sz w:val="20"/>
        </w:rPr>
        <w:t>[30]</w:t>
      </w:r>
    </w:p>
    <w:p>
      <w:r>
        <w:rPr>
          <w:rFonts w:ascii="Gentium Plus" w:hAnsi="Gentium Plus"/>
          <w:sz w:val="24"/>
        </w:rPr>
        <w:t>αὕτη ἀπὸ τοῦ φωτὸς τὴν σύστασιν ἔχουσα, ὑφ’ ἣν οἱ διαι‐ τώμενοι μεγάλης τῆς δόξης ἀπολαύσουσιν, ὡς ὑπ’ αὐτῆς τῆς νεφέλης καταλαμπόμενοι, ἐν καύματι μὲν ὑπερηπλω‐ μένης τῶν κεφαλῶν αὐτῶν, καὶ ἡδεῖαν ἐκ τοῦ ἐπισκιασμοῦ παρεχομένης ἀναπνοήν· ὄμβρων δὲ σκληρῶν καταῤῥηγνυ‐</w:t>
      </w:r>
    </w:p>
    <w:p>
      <w:r>
        <w:rPr>
          <w:rFonts w:ascii="Courier New" w:hAnsi="Courier New"/>
          <w:color w:val="555555"/>
          <w:sz w:val="20"/>
        </w:rPr>
        <w:t>[35]</w:t>
      </w:r>
    </w:p>
    <w:p>
      <w:r>
        <w:rPr>
          <w:rFonts w:ascii="Gentium Plus" w:hAnsi="Gentium Plus"/>
          <w:sz w:val="24"/>
        </w:rPr>
        <w:t>μένων, τὴν τῶν στεγανῶν σκεπασμάτων χρείαν ἀναπλη‐ ρούσης, καὶ τοὺς διαλαθεῖν δεομένους ἱκανῶς περισκεπούσης, καὶ τῇ πυκνότητι τῇ παρ’ ἑαυτῆς διειργούσης τὰς ὄψεις. Ὁποία τις ἦν κατὰ τὴν Μεταμόρφωσιν τοῦ Κυρίου ἡ φω‐ τεινὴ νεφέλη τοὺς μαθητὰς περιστείλασα. Ἐπειδὴ δὲ ἡ</w:t>
      </w:r>
    </w:p>
    <w:p>
      <w:r>
        <w:rPr>
          <w:rFonts w:ascii="Courier New" w:hAnsi="Courier New"/>
          <w:color w:val="555555"/>
          <w:sz w:val="20"/>
        </w:rPr>
        <w:t>[40]</w:t>
      </w:r>
    </w:p>
    <w:p>
      <w:r>
        <w:rPr>
          <w:rFonts w:ascii="Gentium Plus" w:hAnsi="Gentium Plus"/>
          <w:sz w:val="24"/>
        </w:rPr>
        <w:t>στάσις καὶ οἷον ἡ σύμπηξις τῆς νεφέλης νηνεμίας ἐστὶ</w:t>
      </w:r>
    </w:p>
    <w:p>
      <w:r>
        <w:rPr>
          <w:rFonts w:ascii="Courier New" w:hAnsi="Courier New"/>
          <w:color w:val="555555"/>
          <w:sz w:val="20"/>
        </w:rPr>
        <w:t>[45]</w:t>
      </w:r>
    </w:p>
    <w:p>
      <w:r>
        <w:rPr>
          <w:rFonts w:ascii="Gentium Plus" w:hAnsi="Gentium Plus"/>
          <w:sz w:val="24"/>
        </w:rPr>
        <w:t>ὑπὸ τῶν πολεμίων, ὑπὸ δὲ τῶν οἰκείων ἔν τινι οἰκίσκῳ δυσευρέτῳ φρουρούμενος. Τοιοῦτον οὖν τι νοητέον γίνεσθαι περὶ τὸν Ἅγιον, ὑπὸ τῆς θείας ἐκείνης νεφέλης σκεπαζούσης αὐτὸν, πρὸς τὸ μὴ εὐεπιχείρητον εἶναι τοῖς πολεμίοις. — Τοσαῦτα εἰς τὸ σαφέστερον νοηθῆναι τοῖς κύκλῳ Σιὼν τὴν</w:t>
      </w:r>
    </w:p>
    <w:p>
      <w:r>
        <w:rPr>
          <w:rFonts w:ascii="Courier New" w:hAnsi="Courier New"/>
          <w:color w:val="555555"/>
          <w:sz w:val="20"/>
        </w:rPr>
        <w:t>[4 . 138 (50)]</w:t>
      </w:r>
    </w:p>
    <w:p>
      <w:r>
        <w:rPr>
          <w:rFonts w:ascii="Gentium Plus" w:hAnsi="Gentium Plus"/>
          <w:sz w:val="24"/>
        </w:rPr>
        <w:t>γινομένην βοήθειαν, εἰς τὸ ἡμέρας μὲν σκιάζειν αὐτοὺς τὴν νεφέλην, ἵνα ῥυσθῶσιν ἀπὸ καύματος, νυκτὸς δὲ φῶς πυρὸς αὐτοῖς καίεσθαι, φωτίζον αὐτούς, ἀμφοτέροις δὲ τοῖς καιροῖς τὴν ἀπὸ τῶν ἐπιβουλευόντων ἀσφάλειαν ὑπάρχειν</w:t>
      </w:r>
    </w:p>
    <w:p>
      <w:r>
        <w:rPr>
          <w:rFonts w:ascii="Courier New" w:hAnsi="Courier New"/>
          <w:color w:val="555555"/>
          <w:sz w:val="20"/>
        </w:rPr>
        <w:t>[5 t]</w:t>
      </w:r>
    </w:p>
    <w:p>
      <w:pPr>
        <w:jc w:val="center"/>
      </w:pPr>
      <w:r>
        <w:rPr>
          <w:rFonts w:ascii="Gentium Plus" w:hAnsi="Gentium Plus"/>
          <w:b/>
          <w:sz w:val="24"/>
        </w:rPr>
        <w:t>ΚΕΦΑΛΑΙΟΝ εʹ</w:t>
      </w:r>
    </w:p>
    <w:p>
      <w:r>
        <w:rPr>
          <w:rFonts w:ascii="Courier New" w:hAnsi="Courier New"/>
          <w:color w:val="555555"/>
          <w:sz w:val="20"/>
        </w:rPr>
        <w:t>[5 . 139]</w:t>
      </w:r>
    </w:p>
    <w:p>
      <w:r>
        <w:rPr>
          <w:rFonts w:ascii="Gentium Plus" w:hAnsi="Gentium Plus"/>
          <w:sz w:val="24"/>
        </w:rPr>
        <w:t>Ἄσω δὴ τῷ ἠγαπημένῳ ᾆσμα τοῦ ἀγαπητοῦ μου τῷ ἀμπελῶνί μου. Τὰ ᾄσματα πάντα φαιδροτέραν δοκεῖ περιέχειν πραγ‐ μάτων κατάστασιν. Ἡ ἐν τῇ Ἐξόδῳ ᾠδὴ ᾆσμά ἐστιν</w:t>
      </w:r>
    </w:p>
    <w:p>
      <w:r>
        <w:rPr>
          <w:rFonts w:ascii="Courier New" w:hAnsi="Courier New"/>
          <w:color w:val="555555"/>
          <w:sz w:val="20"/>
        </w:rPr>
        <w:t>[5]</w:t>
      </w:r>
    </w:p>
    <w:p>
      <w:r>
        <w:rPr>
          <w:rFonts w:ascii="Gentium Plus" w:hAnsi="Gentium Plus"/>
          <w:sz w:val="24"/>
        </w:rPr>
        <w:t>ἐπινίκιον· ᾌσωμεν τῷ Κυρίῳ, ἐνδόξως γὰρ δεδόξασται· τὸ ᾎσμα τῶν ᾀσμάτων ἐπιθαλάμιός ἐστιν ᾠδὴ, δραμα‐ τικῶς πεπλεγμένη. —Ἐνταῦθα δὲ ἀπειλὴν ὁ λόγος ἔχει τὴν κατὰ τοῦ ἀμπελῶνος κατὰ τὴν δικαίαν κρίσιν τοῦ Θεοῦ ἐπαγομένην. Μήποτε δὲ καὶ αὐτὰ τὰ φοβερὰ, τῷ πρὸς</w:t>
      </w:r>
    </w:p>
    <w:p>
      <w:r>
        <w:rPr>
          <w:rFonts w:ascii="Courier New" w:hAnsi="Courier New"/>
          <w:color w:val="555555"/>
          <w:sz w:val="20"/>
        </w:rPr>
        <w:t>[10]</w:t>
      </w:r>
    </w:p>
    <w:p>
      <w:r>
        <w:rPr>
          <w:rFonts w:ascii="Gentium Plus" w:hAnsi="Gentium Plus"/>
          <w:sz w:val="24"/>
        </w:rPr>
        <w:t>τέλος χρηστὸν ἀναφέρεσθαι, πρεπόντως ἐγκατετάχθη τοῖς ᾄσμασι; —Πρόσωπον δὲ τὸ ἀπαγγέλλον τὴν ᾠδήν ἐστι τὸ Πνεῦμα τὸ ἅγιον, ὅπερ ᾄδει τὸ ᾆσμα τῷ ἠγαπημένῳ ἀμπε‐</w:t>
      </w:r>
    </w:p>
    <w:p>
      <w:r>
        <w:rPr>
          <w:rFonts w:ascii="Courier New" w:hAnsi="Courier New"/>
          <w:color w:val="555555"/>
          <w:sz w:val="20"/>
        </w:rPr>
        <w:t>[15]</w:t>
      </w:r>
    </w:p>
    <w:p>
      <w:r>
        <w:rPr>
          <w:rFonts w:ascii="Gentium Plus" w:hAnsi="Gentium Plus"/>
          <w:sz w:val="24"/>
        </w:rPr>
        <w:t>ται, οὗ ἡ ἀγάπησις φυσικῶς καὶ ἀῤῥήτως ταῖς πάντων τῶν λογικῶν διανοίαις ἐνέστακται; —Ἐπεὶ οὖν, κατὰ τὴν τοῦ Κυρίου φωνὴν, ὁ Παράκλητος ἐκ τοῦ Μονογενοῦς λαμβάνει πάντα, καὶ ἀναγγέλλει ἡμῖν, καὶ τὴν ᾠδὴν τοῦ Ἀγαπητοῦ φησιν εἶναι, ὡς παρ’ αὐτοῦ λαβών.</w:t>
      </w:r>
    </w:p>
    <w:p>
      <w:r>
        <w:rPr>
          <w:rFonts w:ascii="Courier New" w:hAnsi="Courier New"/>
          <w:color w:val="555555"/>
          <w:sz w:val="20"/>
        </w:rPr>
        <w:t>[20]</w:t>
      </w:r>
    </w:p>
    <w:p>
      <w:r>
        <w:rPr>
          <w:rFonts w:ascii="Gentium Plus" w:hAnsi="Gentium Plus"/>
          <w:sz w:val="24"/>
        </w:rPr>
        <w:t>Ἡ δὲ αὐτὴ ᾠδὴ μετανοοῦντι μὲν τῷ ποτε ἠγαπημένῳ ἀμ‐ πελῶνι ἆσμά ἐστιν· ἐπιμένοντι δὲ τῇ ἁμαρτίᾳ θρῆνος γίνεται καὶ οὐαὶ, καθάπερ ἐν τῷ Ἰεζεκιὴλ μεμαθήκαμεν, ἐπὶ τοῦ αὐ‐ τοῦ βιβλίου μέλος καὶ θρῆνον γεγραμμένον καὶ οὐαί. Καὶ ὁ τοῦ Κυρίου λόγος εἰς ζωὴν αἰώνιον καὶ ἀπόλαυσιν οὐρανίων ἀγα‐</w:t>
      </w:r>
    </w:p>
    <w:p>
      <w:r>
        <w:rPr>
          <w:rFonts w:ascii="Courier New" w:hAnsi="Courier New"/>
          <w:color w:val="555555"/>
          <w:sz w:val="20"/>
        </w:rPr>
        <w:t>[25]</w:t>
      </w:r>
    </w:p>
    <w:p>
      <w:r>
        <w:rPr>
          <w:rFonts w:ascii="Gentium Plus" w:hAnsi="Gentium Plus"/>
          <w:sz w:val="24"/>
        </w:rPr>
        <w:t>θῶν προκαλούμενος, μέλος ἦν πρὸς εὔρυθμον καὶ ἐμμελῆ κίνη‐ σιν καὶ τὴν κατ’ ἀρετὴν ἐνέργειαν τὰς ψυχὰς διεγείρων. —Τὸ δὲ Ἰωάννου κήρυγμα, εἰς μετάνοιαν τοὺς ἀπειθεῖς ἐπιστρέ‐ φον, θρῆνος ἦν, λύπην εἰς σωτηρίαν ἀμεταμέλητον ἐργαζό‐ μενος. Εὑρίσκοντο δὲ οἱ Ἰουδαῖοι, διὰ τὴν πώρωσιν τῆς</w:t>
      </w:r>
    </w:p>
    <w:p>
      <w:r>
        <w:rPr>
          <w:rFonts w:ascii="Courier New" w:hAnsi="Courier New"/>
          <w:color w:val="555555"/>
          <w:sz w:val="20"/>
        </w:rPr>
        <w:t>[30]</w:t>
      </w:r>
    </w:p>
    <w:p>
      <w:r>
        <w:rPr>
          <w:rFonts w:ascii="Gentium Plus" w:hAnsi="Gentium Plus"/>
          <w:sz w:val="24"/>
        </w:rPr>
        <w:t>καρδίας, μήτε τοῖς χρηστοῖς προτρεπόμενοι εἰς ζωὴν, μήτε ὑπὸ τῶν στυγνοτέρων ἐναγόμενοι εἰς μετάνοιαν. —Οὕτω δὴ καὶ τὸ ἐν χερσὶν ᾆσμα καὶ ἔπαινον ἔχει τῆς ἀρχαίας εὐγε‐ νείας καὶ τῆς περὶ αὐτῶν τοῦ Θεοῦ ἐπιμελείας καὶ ἔλεγ‐ χον τῆς παρούσης κακίας, καὶ ἀπειλὴν τῶν ἐπαχθησομένων</w:t>
      </w:r>
    </w:p>
    <w:p>
      <w:r>
        <w:rPr>
          <w:rFonts w:ascii="Courier New" w:hAnsi="Courier New"/>
          <w:color w:val="555555"/>
          <w:sz w:val="20"/>
        </w:rPr>
        <w:t>[35]</w:t>
      </w:r>
    </w:p>
    <w:p>
      <w:r>
        <w:rPr>
          <w:rFonts w:ascii="Gentium Plus" w:hAnsi="Gentium Plus"/>
          <w:sz w:val="24"/>
        </w:rPr>
        <w:t>δεινῶν. Καὶ ὅμως τὸν ἀπειθῆ λαὸν οὔτε ἐκεῖνα πρὸς τὴν οἰκείαν ἀξίαν ἀνακαλεῖται, οὔτε ταῦτα συστεῖλαι καὶ σωφρο‐</w:t>
      </w:r>
    </w:p>
    <w:p>
      <w:r>
        <w:rPr>
          <w:rFonts w:ascii="Courier New" w:hAnsi="Courier New"/>
          <w:color w:val="555555"/>
          <w:sz w:val="20"/>
        </w:rPr>
        <w:t>[5 . 140]</w:t>
      </w:r>
    </w:p>
    <w:p>
      <w:r>
        <w:rPr>
          <w:rFonts w:ascii="Gentium Plus" w:hAnsi="Gentium Plus"/>
          <w:sz w:val="24"/>
        </w:rPr>
        <w:t>Ἄρχεται δὲ τῶν ἐγκωμίων τῆς παλαιᾶς εὐγενείας. Ἀμπελὼν ἐγενήθη τῷ ἠγαπημένῳ ἐν κέρατι, ἐν τόπῳ πίονι. Ἀμπελῶνα λέγει τὸν λαὸν τοῦ Ἰσραήλ. Ἄμπελον γὰρ (φησὶ) ἐξ Αἰγύπτου μετῆρας. Καὶ ἐν τῷ Ἱερεμίᾳ διὰ</w:t>
      </w:r>
    </w:p>
    <w:p>
      <w:r>
        <w:rPr>
          <w:rFonts w:ascii="Courier New" w:hAnsi="Courier New"/>
          <w:color w:val="555555"/>
          <w:sz w:val="20"/>
        </w:rPr>
        <w:t>[5]</w:t>
      </w:r>
    </w:p>
    <w:p>
      <w:r>
        <w:rPr>
          <w:rFonts w:ascii="Gentium Plus" w:hAnsi="Gentium Plus"/>
          <w:sz w:val="24"/>
        </w:rPr>
        <w:t>τῆς αὐτῆς εἰκόνος ὀνειδίζεται ὁ λαός· Ἐγὼ δὲ ἐφύτευσά σε ἄμπελον καρποφόρον, πᾶσαν ἀληθινήν. Πῶς ἐστράφης εἰς πικρίαν, ἡ ἄμπελος ἡ ἀλλοτρία; —Ἐν κέρατι, ἐν τόπῳ πίονι. Περὶ τῆς γῆς λέγει τῆς κατασχεθείσης ὑπὸ τοῦ Ἰσραὴλ, κατ’ ἐπαγγελίαν Θεοῦ τοῖς πατράσιν αὐτῶν δεδομένης. Ἐν</w:t>
      </w:r>
    </w:p>
    <w:p>
      <w:r>
        <w:rPr>
          <w:rFonts w:ascii="Courier New" w:hAnsi="Courier New"/>
          <w:color w:val="555555"/>
          <w:sz w:val="20"/>
        </w:rPr>
        <w:t>[10]</w:t>
      </w:r>
    </w:p>
    <w:p>
      <w:r>
        <w:rPr>
          <w:rFonts w:ascii="Gentium Plus" w:hAnsi="Gentium Plus"/>
          <w:sz w:val="24"/>
        </w:rPr>
        <w:t>κέρατι, ἐν τόπῳ πίονι. Μέγα ἐγκώμιον ἐν βραχεῖ. Τὸ κέρας ὑψηλότερόν ἐστι τοῦ παντὸς σώματος καὶ στεῤῥότερον, ὁμοῦ μὲν κόσμον παρέχον τῇ κεφαλῇ, ὁμοῦ δὲ καὶ ὅπλον ὑπάρχον ἀμυντήριον. Ἀλλὰ ξηρόν ἐστι καὶ ἄνικμον. Διὰ τοῦτο καὶ τὰ γεννώμενα ὑπὸ τῶν κερασφόρων ζώων, οὐκ</w:t>
      </w:r>
    </w:p>
    <w:p>
      <w:r>
        <w:rPr>
          <w:rFonts w:ascii="Courier New" w:hAnsi="Courier New"/>
          <w:color w:val="555555"/>
          <w:sz w:val="20"/>
        </w:rPr>
        <w:t>[15]</w:t>
      </w:r>
    </w:p>
    <w:p>
      <w:r>
        <w:rPr>
          <w:rFonts w:ascii="Gentium Plus" w:hAnsi="Gentium Plus"/>
          <w:sz w:val="24"/>
        </w:rPr>
        <w:t>ἐπὶ τὸ κέρας ὁρμᾶ τῆς μητρὸς, ἀλλὰ τὴν θηλὴν ἀδιδάκτως ἐπιζητεῖ, τὸν ὑγρὸν τόπον καὶ πίονα. Δεικνὺς οὖν ὁ λόγος, ὅτι ἡ χώρα τῶν Ἰουδαίων πρὸς ἀμφότερά ἐστιν αὐτάρκης, καὶ φυλακὴν τὴν ἀπὸ τῶν πολεμίων καὶ διαθρέψαι τοὺς ἐνοικοῦντας, ἀμφότερα συνῆψεν· Ἐν κέρατι, ἐν τόπῳ πίονι·</w:t>
      </w:r>
    </w:p>
    <w:p>
      <w:r>
        <w:rPr>
          <w:rFonts w:ascii="Courier New" w:hAnsi="Courier New"/>
          <w:color w:val="555555"/>
          <w:sz w:val="20"/>
        </w:rPr>
        <w:t>[20]</w:t>
      </w:r>
    </w:p>
    <w:p>
      <w:r>
        <w:rPr>
          <w:rFonts w:ascii="Gentium Plus" w:hAnsi="Gentium Plus"/>
          <w:sz w:val="24"/>
        </w:rPr>
        <w:t>τουτέστιν ἐν στεῤῥᾷ καὶ τροφίμῃ. Ἅπτονται δὲ ἤδη τινὲς καὶ βαθυτέρου λόγου ἐν τῇ ἐξη‐ γήσει τοῦ ῥητοῦ τούτου. Ὅτι ὥσπερ ἡ κεφαλὴ τῶν κε‐ ρασφόρων ζώων πρώτη προκύπτει κατὰ τὴν γένησιν, τελευ‐ ταία δὲ πληροῦται καὶ ὀψέ ποτε τὸν ἴδιον κόσμον ἀπολαμ‐</w:t>
      </w:r>
    </w:p>
    <w:p>
      <w:r>
        <w:rPr>
          <w:rFonts w:ascii="Courier New" w:hAnsi="Courier New"/>
          <w:color w:val="555555"/>
          <w:sz w:val="20"/>
        </w:rPr>
        <w:t>[25]</w:t>
      </w:r>
    </w:p>
    <w:p>
      <w:r>
        <w:rPr>
          <w:rFonts w:ascii="Gentium Plus" w:hAnsi="Gentium Plus"/>
          <w:sz w:val="24"/>
        </w:rPr>
        <w:t>βάνει κατὰ τὴν ἔκφυσιν τῶν κεράτων, οὕτω καὶ ὁ Ἰσραὴλ πρῶτος πάντων τῶν ἐθνῶν εἰς οἰκείωσιν Θεοῦ κληθεὶς</w:t>
      </w:r>
    </w:p>
    <w:p>
      <w:r>
        <w:rPr>
          <w:rFonts w:ascii="Courier New" w:hAnsi="Courier New"/>
          <w:color w:val="555555"/>
          <w:sz w:val="20"/>
        </w:rPr>
        <w:t>[30]</w:t>
      </w:r>
    </w:p>
    <w:p>
      <w:r>
        <w:rPr>
          <w:rFonts w:ascii="Gentium Plus" w:hAnsi="Gentium Plus"/>
          <w:sz w:val="24"/>
        </w:rPr>
        <w:t>εἰσέλθῃ, τότε πᾶς Ἰσραὴλ σωθήσεται.</w:t>
      </w:r>
    </w:p>
    <w:p>
      <w:r>
        <w:rPr>
          <w:rFonts w:ascii="Courier New" w:hAnsi="Courier New"/>
          <w:color w:val="555555"/>
          <w:sz w:val="20"/>
        </w:rPr>
        <w:t>[5 . 141]</w:t>
      </w:r>
    </w:p>
    <w:p>
      <w:r>
        <w:rPr>
          <w:rFonts w:ascii="Gentium Plus" w:hAnsi="Gentium Plus"/>
          <w:sz w:val="24"/>
        </w:rPr>
        <w:t>Λόγος δέ τίς ἐστι καὶ τοιόσδε κατὰ τὴν ἄγραφον μνήμην ἐν τῇ Ἐκκλησίᾳ διασωζόμενος, ὡς ἄρα πρῶτον ἡ Ἰουδαία ἔσχεν οἰκήτορα τὸν Ἀδὰμ, μετὰ τὸ ἐκβληθῆναι τοῦ παραδείσου ἐν ταύτῃ καθιδρυθέντα, εἰς παραμυθίαν ὧν</w:t>
      </w:r>
    </w:p>
    <w:p>
      <w:r>
        <w:rPr>
          <w:rFonts w:ascii="Courier New" w:hAnsi="Courier New"/>
          <w:color w:val="555555"/>
          <w:sz w:val="20"/>
        </w:rPr>
        <w:t>[5]</w:t>
      </w:r>
    </w:p>
    <w:p>
      <w:r>
        <w:rPr>
          <w:rFonts w:ascii="Gentium Plus" w:hAnsi="Gentium Plus"/>
          <w:sz w:val="24"/>
        </w:rPr>
        <w:t>ἐστερήθη. Πρώτη οὖν καὶ νεκρὸν ἐδέξατο ἄνθρωπον, ἐκεῖ τοῦ Ἀδὰμ τὴν καταδίκην πληρώσαντος. Καινὸν οὖν ἐδόκει εἶναι τοῖς τότε θέαμα, ὀστέον κεφαλῆς, τῆς σαρκὸς περιῤ‐ ῥυείσης, καὶ ἀποθέμενοι τὸ κρανίον ἐν τῷ τόπῳ, κρανίου τόπον ὠνόμασαν. —Εἰκὸς δὲ μηδὲ τοῦ Νῶε τοῦ ἀρχηγοῦ</w:t>
      </w:r>
    </w:p>
    <w:p>
      <w:r>
        <w:rPr>
          <w:rFonts w:ascii="Courier New" w:hAnsi="Courier New"/>
          <w:color w:val="555555"/>
          <w:sz w:val="20"/>
        </w:rPr>
        <w:t>[10]</w:t>
      </w:r>
    </w:p>
    <w:p>
      <w:r>
        <w:rPr>
          <w:rFonts w:ascii="Gentium Plus" w:hAnsi="Gentium Plus"/>
          <w:sz w:val="24"/>
        </w:rPr>
        <w:t>πάντων ἀνθρώπων ἀγνοῆσαι τὸν τάφον, ὡς μετὰ τὸν κατα‐ κλυσμὸν ἀπ’ αὐτοῦ διαδοθῆναι τὴν φήμην. Διόπερ ὁ Κύριος τὰς ἀρχὰς τοῦ ἀνθρωπείου θανάτου ἐρευνήσας, εἰς τὸν λε‐ γόμενον κρανίου τόπον τὸ Πάθος ἐδέξατο, ἵνα ἐν ᾧ τόπῳ ἡ φθορὰ τῶν ἀνθρώπων τὴν ἀρχὴν ἔλαβεν, ἐκεῖθεν ἡ ζωὴ</w:t>
      </w:r>
    </w:p>
    <w:p>
      <w:r>
        <w:rPr>
          <w:rFonts w:ascii="Courier New" w:hAnsi="Courier New"/>
          <w:color w:val="555555"/>
          <w:sz w:val="20"/>
        </w:rPr>
        <w:t>[15]</w:t>
      </w:r>
    </w:p>
    <w:p>
      <w:r>
        <w:rPr>
          <w:rFonts w:ascii="Gentium Plus" w:hAnsi="Gentium Plus"/>
          <w:sz w:val="24"/>
        </w:rPr>
        <w:t>τῆς βασιλείας ἄρξηται· καὶ ὥσπερ ἴσχυσεν ἐν τῷ Ἀδὰμ ὁ θάνατος, οὕτως ἀσθενήσῃ ἐν τῷ θανάτῳ Χριστοῦ. Διὰ τοῦτο καὶ Ἐν κέρατι, ὡς κατὰ τοῦ ἐχθροῦ ἀμυντήριον ἔχοντι τὸν σταυρὸν τοῦ Χριστοῦ· καὶ Πίονι, ὡς μετὰ τὸν παράδεισον τῶν κατὰ πάσης τῆς ὑφ’ ἡλίῳ τῶν πρωτείων</w:t>
      </w:r>
    </w:p>
    <w:p>
      <w:r>
        <w:rPr>
          <w:rFonts w:ascii="Courier New" w:hAnsi="Courier New"/>
          <w:color w:val="555555"/>
          <w:sz w:val="20"/>
        </w:rPr>
        <w:t>[20]</w:t>
      </w:r>
    </w:p>
    <w:p>
      <w:r>
        <w:rPr>
          <w:rFonts w:ascii="Gentium Plus" w:hAnsi="Gentium Plus"/>
          <w:sz w:val="24"/>
        </w:rPr>
        <w:t>ἠξιωμένῳ.</w:t>
      </w:r>
    </w:p>
    <w:p>
      <w:r>
        <w:rPr>
          <w:rFonts w:ascii="Courier New" w:hAnsi="Courier New"/>
          <w:color w:val="555555"/>
          <w:sz w:val="20"/>
        </w:rPr>
        <w:t>[5 . 142]</w:t>
      </w:r>
    </w:p>
    <w:p>
      <w:r>
        <w:rPr>
          <w:rFonts w:ascii="Gentium Plus" w:hAnsi="Gentium Plus"/>
          <w:sz w:val="24"/>
        </w:rPr>
        <w:t>Καὶ φραγμὸν περιέθηκα καὶ ἐχαράκωσα, καὶ ἐφύ‐ τευσα ἄμπελον σωρήχ· καὶ ᾠκοδόμησα πύργον ἐν μέσῳ αὐτῆς καὶ προλήνιον ὤρυξα ἐν αὐτῇ. Οὐ πάνυ τι ἡ ἀκολουθία τῆς λέξεως τῇ φύσει τῶν πραγ‐</w:t>
      </w:r>
    </w:p>
    <w:p>
      <w:r>
        <w:rPr>
          <w:rFonts w:ascii="Courier New" w:hAnsi="Courier New"/>
          <w:color w:val="555555"/>
          <w:sz w:val="20"/>
        </w:rPr>
        <w:t>[5]</w:t>
      </w:r>
    </w:p>
    <w:p>
      <w:r>
        <w:rPr>
          <w:rFonts w:ascii="Gentium Plus" w:hAnsi="Gentium Plus"/>
          <w:sz w:val="24"/>
        </w:rPr>
        <w:t>μάτων ἕπεται. Πρότερον γάρ ἐστι τὸ φυτεῦσαι τοῦ χαρα‐ κῶσαι· εἴπερ οἱ χάρακές εἰσι βοήθεια τῇ ἀμπέλῳ πρὸς τὸ ἀνέχειν ἀπὸ τῆς γῆς τοὺς καρπούς. Ἢ μήποτε ὁ προνοητικὸς γεωργὸς παρὰ τὴν πρώτην κατασκευὴν πάντα προευτρεπί‐ σας, ὕστερον ἄρχεται τῆς φυτείας; Διὰ τοῦτο πρῶτον περι‐</w:t>
      </w:r>
    </w:p>
    <w:p>
      <w:r>
        <w:rPr>
          <w:rFonts w:ascii="Courier New" w:hAnsi="Courier New"/>
          <w:color w:val="555555"/>
          <w:sz w:val="20"/>
        </w:rPr>
        <w:t>[10]</w:t>
      </w:r>
    </w:p>
    <w:p>
      <w:r>
        <w:rPr>
          <w:rFonts w:ascii="Gentium Plus" w:hAnsi="Gentium Plus"/>
          <w:sz w:val="24"/>
        </w:rPr>
        <w:t>φράσσει, εἶτα χαρακοῖ, εἶτα φυτεύει ἄμπελον, οὐ τὴν τυ‐ χοῦσαν, ἀλλὰ σωρὴχ, ὅπερ Σύμμαχος ἐποίησεν ἐκλεκτήν. Τίς οὖν ὁ φραγμὸς, ἢ δηλονότι αἱ ἐντολαί, ἃς πρὸ τοῦ ἀγαγεῖν εἰς τὴν γῆς τῆς κατασχέσεως ἔδωκε τῷ λαῷ; Εἶτα δύναμις αὐτοῖς ἐδόθη παρὰ Θεοῦ κρατεῖν τῶν ὑπεναντίων καὶ</w:t>
      </w:r>
    </w:p>
    <w:p>
      <w:r>
        <w:rPr>
          <w:rFonts w:ascii="Courier New" w:hAnsi="Courier New"/>
          <w:color w:val="555555"/>
          <w:sz w:val="20"/>
        </w:rPr>
        <w:t>[15]</w:t>
      </w:r>
    </w:p>
    <w:p>
      <w:r>
        <w:rPr>
          <w:rFonts w:ascii="Gentium Plus" w:hAnsi="Gentium Plus"/>
          <w:sz w:val="24"/>
        </w:rPr>
        <w:t>ἐξολοθρεύειν τὰ προενοικήσαντα ἔθνη. Ὅπερ χάρακας εἶπε, διὰ τὸ ὑψηλοὺς ποιεῖν καὶ περιφανεῖς, τοὺς καρποὺς ἐγείροντας ἀπὸ τοῦ πτώματος, πρὸς τὸ μὴ πάντη εὐεπιχειρήτους εἶναι. Μετὰ τοῦτο ἡ φυτεία τῶν ἐκλεκτῶν, διὰ τὸ ἐκ σπέρματος εἶναι Ἀβραὰμ καὶ Ἰσαὰκ καὶ Ἰακῶβ, τῶν ἐκλεκτῶν τοῦ Θεοῦ. —</w:t>
      </w:r>
    </w:p>
    <w:p>
      <w:r>
        <w:rPr>
          <w:rFonts w:ascii="Courier New" w:hAnsi="Courier New"/>
          <w:color w:val="555555"/>
          <w:sz w:val="20"/>
        </w:rPr>
        <w:t>[20]</w:t>
      </w:r>
    </w:p>
    <w:p>
      <w:r>
        <w:rPr>
          <w:rFonts w:ascii="Gentium Plus" w:hAnsi="Gentium Plus"/>
          <w:sz w:val="24"/>
        </w:rPr>
        <w:t>Ὁ δὲ πύργος, ὁ οἰκοδομηθεὶς ἐν μέσῳ τοῦ ἀμπελῶνος, δη‐ λονότι ὁ ναός ἐστιν ἐν μέσῃ τῇ Ἰουδαίᾳ καθιδρυμένος. Προ‐ λήνιον δὲ αὐτὴ ἡ συναγωγὴ τῶν Ἰουδαίων, διότι ληνὸς</w:t>
      </w:r>
    </w:p>
    <w:p>
      <w:r>
        <w:rPr>
          <w:rFonts w:ascii="Courier New" w:hAnsi="Courier New"/>
          <w:color w:val="555555"/>
          <w:sz w:val="20"/>
        </w:rPr>
        <w:t>[25]</w:t>
      </w:r>
    </w:p>
    <w:p>
      <w:r>
        <w:rPr>
          <w:rFonts w:ascii="Gentium Plus" w:hAnsi="Gentium Plus"/>
          <w:sz w:val="24"/>
        </w:rPr>
        <w:t>τῷ Ψαλμῳδῷ ᾄδεται. Προλήνιον δὲ καὶ ἡ προπαρασκευὴ ἡ διὰ τοῦ νόμου, καὶ προμελέτησις εἰς εὐσέβειαν· καὶ καθ’ ὃ μὲν εἰς ἑνότητα ἄγει, ληνός· καθ’ ὃ δὲ προπαρασκευὴ τε‐ λειοτέρων, ἐστὶ προλήνιον. Ἔμεινα τοῦ ποιῆσαι σταφυλὴν, ἐποίησε δὲ ἀκάνθας. Ἀκό‐</w:t>
      </w:r>
    </w:p>
    <w:p>
      <w:r>
        <w:rPr>
          <w:rFonts w:ascii="Courier New" w:hAnsi="Courier New"/>
          <w:color w:val="555555"/>
          <w:sz w:val="20"/>
        </w:rPr>
        <w:t>[30]</w:t>
      </w:r>
    </w:p>
    <w:p>
      <w:r>
        <w:rPr>
          <w:rFonts w:ascii="Gentium Plus" w:hAnsi="Gentium Plus"/>
          <w:sz w:val="24"/>
        </w:rPr>
        <w:t>λουθον ἦν ἐπὶ τῇ φυτείᾳ τῇ ἐκλεκτῇ, καὶ τῇ ἐπιμελείᾳ τῇ τοσαύτῃ, τοὺς καρποὺς γλυκεῖς ἀποδίδοσθαι. Τὰ γὰρ τέκνα τοῦ Ἀβραὰμ τὰ ἔργα τοῦ Ἀβραὰμ ἀπαιτεῖται. Ἀλλ’ ἀντὶ τῆς προσδοκηθείσης σταφυλῆς, ἐποίησεν ἀκάνθας, τουτέ‐ στιν ἀντὶ τοῦ εὐφραίνειν καὶ ἀναπαύειν, ἕτοιμος πρὸς τὸ</w:t>
      </w:r>
    </w:p>
    <w:p>
      <w:r>
        <w:rPr>
          <w:rFonts w:ascii="Courier New" w:hAnsi="Courier New"/>
          <w:color w:val="555555"/>
          <w:sz w:val="20"/>
        </w:rPr>
        <w:t>[35]</w:t>
      </w:r>
    </w:p>
    <w:p>
      <w:r>
        <w:rPr>
          <w:rFonts w:ascii="Gentium Plus" w:hAnsi="Gentium Plus"/>
          <w:sz w:val="24"/>
        </w:rPr>
        <w:t>κατακεντεῖν καὶ καταξαίνειν καὶ αἱμάσσειν τοὺς πλησιά‐ ζοντας. Τίνα γὰρ τῶν Προφητῶν οὐκ ἀπέκτειναν, κατὰ τὴν ἐν τῷ Εὐαγγελίῳ παραβολήν; Οὐ μόνον δὲ οἶμαι κατὰ τὸ φονικὸν ἀκάνθας ἐγκαλοῦνται πεποιηκέναι, ἀλλ’ ὅτι, κατα‐ λιπόντες τὸ εἶναι φιλόθεοι, φιλήδονοι μᾶλλον γεγόνασι καὶ</w:t>
      </w:r>
    </w:p>
    <w:p>
      <w:r>
        <w:rPr>
          <w:rFonts w:ascii="Courier New" w:hAnsi="Courier New"/>
          <w:color w:val="555555"/>
          <w:sz w:val="20"/>
        </w:rPr>
        <w:t>[40]</w:t>
      </w:r>
    </w:p>
    <w:p>
      <w:r>
        <w:rPr>
          <w:rFonts w:ascii="Gentium Plus" w:hAnsi="Gentium Plus"/>
          <w:sz w:val="24"/>
        </w:rPr>
        <w:t>ταῖς μερίμναις τοῦ βίου οἱονεὶ ἀκάνθαις τὸν νοῦν συνεπνί‐ γοντο. Ὥσπερ δὲ ἄκανθα σταφυλὴν οὐ φέρει, οὕτως οὐδὲ κληματὶς ἀκάνθας. Διὰ τοῦτο ὁ Κύριος· Μήτι συλλέγουσι (φησὶν) ἀπὸ ἀκανθῶν σταφυλάς; Ἀλλ’ ὅμως οἱ Ἰουδαῖοι ποιοῦσιν, ἀντὶ σταφυλῶν, ἀκάνθας.</w:t>
      </w:r>
    </w:p>
    <w:p>
      <w:r>
        <w:rPr>
          <w:rFonts w:ascii="Courier New" w:hAnsi="Courier New"/>
          <w:color w:val="555555"/>
          <w:sz w:val="20"/>
        </w:rPr>
        <w:t>[5 . 143]</w:t>
      </w:r>
    </w:p>
    <w:p>
      <w:r>
        <w:rPr>
          <w:rFonts w:ascii="Gentium Plus" w:hAnsi="Gentium Plus"/>
          <w:sz w:val="24"/>
        </w:rPr>
        <w:t>Καὶ νῦν, ἄνθρωπος τοῦ Ἰούδα καὶ οἱ ἐνοικοῦντες Ἱερουσαλὴμ, κρίνατε ἐν ἐμοὶ καὶ ἀνὰ μέσον τοῦ ἀμπελῶ‐ νός μου. Εἰ ὁ ἀμπελὼν τοῦ Κυρίου οἶκος τοῦ Ἰσραήλ ἐστι,</w:t>
      </w:r>
    </w:p>
    <w:p>
      <w:r>
        <w:rPr>
          <w:rFonts w:ascii="Courier New" w:hAnsi="Courier New"/>
          <w:color w:val="555555"/>
          <w:sz w:val="20"/>
        </w:rPr>
        <w:t>[5]</w:t>
      </w:r>
    </w:p>
    <w:p>
      <w:r>
        <w:rPr>
          <w:rFonts w:ascii="Gentium Plus" w:hAnsi="Gentium Plus"/>
          <w:sz w:val="24"/>
        </w:rPr>
        <w:t>καὶ ἄνθρωπος τοῦ Ἰούδα νεόφυτον ἠγαπημένον, πῶς ἐπὶ τοῦ ἀμπελῶνος δικάζεται κατὰ τοῦ ἀμπελῶνος; Ἢ διὰ τὸ ἀναντίῤῥητον τῶν ἐλέγχων αὐτοῖς βούλεται καθ’ ἑαυτῶν δικασταῖς ὁ λόγος χρήσασθαι; Ὃ καὶ ὁ Νάθαν ἐπὶ τοῦ Δαβὶδ ἐποίησεν, αὐτὸν δικαστὴν καθίσας τοῦ ἰδίου ἀδική‐</w:t>
      </w:r>
    </w:p>
    <w:p>
      <w:r>
        <w:rPr>
          <w:rFonts w:ascii="Courier New" w:hAnsi="Courier New"/>
          <w:color w:val="555555"/>
          <w:sz w:val="20"/>
        </w:rPr>
        <w:t>[10]</w:t>
      </w:r>
    </w:p>
    <w:p>
      <w:r>
        <w:rPr>
          <w:rFonts w:ascii="Gentium Plus" w:hAnsi="Gentium Plus"/>
          <w:sz w:val="24"/>
        </w:rPr>
        <w:t>ματος. Τὴν δὲ ὑπερβολὴν τῆς φιλανθρωπίας συνίστησι τὸ εἰς ἰσότιμον κρίσιν τὸν Θεὸν τοῖς ἑαυτοῦ οἰκέταις συγκατα‐ βαίνειν. Ὁμοῦ δὲ καὶ τοῦ δικαίου ἀπόδειξιν ἔχει, ὡς οὐδὲ οὐδὲν τῶν καταδικαζομένων ἐχόντων ἀντιλέγειν τῇ ἐναρ‐ γείᾳ τοῦ δικαίου. Κρίνατε (φησὶ) μεταξὺ ἐμοῦ καὶ τοῦ ἀμ‐</w:t>
      </w:r>
    </w:p>
    <w:p>
      <w:r>
        <w:rPr>
          <w:rFonts w:ascii="Courier New" w:hAnsi="Courier New"/>
          <w:color w:val="555555"/>
          <w:sz w:val="20"/>
        </w:rPr>
        <w:t>[15]</w:t>
      </w:r>
    </w:p>
    <w:p>
      <w:r>
        <w:rPr>
          <w:rFonts w:ascii="Gentium Plus" w:hAnsi="Gentium Plus"/>
          <w:sz w:val="24"/>
        </w:rPr>
        <w:t>πελῶνός μου. Καὶ εἴπατε, τί τῶν πρὸς καρπογονίαν αὐτῷ συντελούντων οὐχὶ γεγένηται; Τί γὰρ (φησὶ) ποιήσω τῷ ἀμπελῶνί μου, καὶ οὐκ ἐποίησα αὐτῷ; Τί τῶν ἐπιβαλλόν‐ των μοι περὶ τῆς εἰς αὐτὸν ἐπιμελείας οὐχὶ πεποίηκα; Οὐ τόπος πίων καὶ καρτερὸς ὁ αὐτός; οὐ φραγμός; οὐ χά‐</w:t>
      </w:r>
    </w:p>
    <w:p>
      <w:r>
        <w:rPr>
          <w:rFonts w:ascii="Courier New" w:hAnsi="Courier New"/>
          <w:color w:val="555555"/>
          <w:sz w:val="20"/>
        </w:rPr>
        <w:t>[20]</w:t>
      </w:r>
    </w:p>
    <w:p>
      <w:r>
        <w:rPr>
          <w:rFonts w:ascii="Gentium Plus" w:hAnsi="Gentium Plus"/>
          <w:sz w:val="24"/>
        </w:rPr>
        <w:t>ρακες; οὐ φυτεία εὐγενεστάτη; οὐ πύργος; οὐ προλήνιον; οὐχ ὅ τι ἂν εἴπῃ τις; Ταῦτα μέντοιγε νομιστέον λέγεσθαι ὑπὸ τοῦ λόγου καὶ πρὸς ἡμᾶς, οἳ, κληθέντες ἐπὶ τῷ ποιεῖν τοὺς καρποὺς τῆς δικαιοσύνης, ὑπὸ φιλοπλουτίας ἐμπίπτομεν εἰς πειρασμὸν</w:t>
      </w:r>
    </w:p>
    <w:p>
      <w:r>
        <w:rPr>
          <w:rFonts w:ascii="Courier New" w:hAnsi="Courier New"/>
          <w:color w:val="555555"/>
          <w:sz w:val="20"/>
        </w:rPr>
        <w:t>[25]</w:t>
      </w:r>
    </w:p>
    <w:p>
      <w:r>
        <w:rPr>
          <w:rFonts w:ascii="Gentium Plus" w:hAnsi="Gentium Plus"/>
          <w:sz w:val="24"/>
        </w:rPr>
        <w:t>καὶ παγίδα καὶ ἐπιθυμίας ἀνοήτους καὶ βλαβερὰς, αἵτινες βυθίζουσι τοὺς ἀνθρώπους εἰς ὄλεθρον καὶ ἀπώλειαν. — Ἔμεινα τοῦ ποιῆσαι σταφυλὴν, ἐποίησε δὲ ἀκάνθας. Ἔχει τι ἀναγκαῖον ἡ ταὐτολογία· ἐν μὲν γὰρ τοῖς ἄνω ὁ τὴν ᾠδὴν ἐπαγγέλλων ἔλεγεν· Ἔμεινα τοῦ ποιῆσαι σταφυλήν·</w:t>
      </w:r>
    </w:p>
    <w:p>
      <w:r>
        <w:rPr>
          <w:rFonts w:ascii="Courier New" w:hAnsi="Courier New"/>
          <w:color w:val="555555"/>
          <w:sz w:val="20"/>
        </w:rPr>
        <w:t>[30]</w:t>
      </w:r>
    </w:p>
    <w:p>
      <w:r>
        <w:rPr>
          <w:rFonts w:ascii="Gentium Plus" w:hAnsi="Gentium Plus"/>
          <w:sz w:val="24"/>
        </w:rPr>
        <w:t>ἐνταῦθα δὲ πρὸς τοὺς, ἐφ’ ὧν κρίνεται, ποιεῖται τοὺς λό‐ γους· Κρίνατε ἐν ἐμοὶ καὶ ἀνὰ μέσον τοῦ ἀμπελῶνός μου·</w:t>
      </w:r>
    </w:p>
    <w:p>
      <w:r>
        <w:rPr>
          <w:rFonts w:ascii="Courier New" w:hAnsi="Courier New"/>
          <w:color w:val="555555"/>
          <w:sz w:val="20"/>
        </w:rPr>
        <w:t>[5 . 144]</w:t>
      </w:r>
    </w:p>
    <w:p>
      <w:r>
        <w:rPr>
          <w:rFonts w:ascii="Gentium Plus" w:hAnsi="Gentium Plus"/>
          <w:sz w:val="24"/>
        </w:rPr>
        <w:t>Νῦν δὲ ἀναγγελῶ ὑμῖν τί ποιήσω τῷ ἀμπελῶνί μου. Ἴδιον τῆς τοῦ Θεοῦ φιλανθρωπίας, τὸ μὴ σιωπῇ τὰς κολάσεις ἐπάγειν, ἀλλὰ προκηρύσσειν διὰ τῶν ἀπειλῶν προ‐</w:t>
      </w:r>
    </w:p>
    <w:p>
      <w:r>
        <w:rPr>
          <w:rFonts w:ascii="Courier New" w:hAnsi="Courier New"/>
          <w:color w:val="555555"/>
          <w:sz w:val="20"/>
        </w:rPr>
        <w:t>[5]</w:t>
      </w:r>
    </w:p>
    <w:p>
      <w:r>
        <w:rPr>
          <w:rFonts w:ascii="Gentium Plus" w:hAnsi="Gentium Plus"/>
          <w:sz w:val="24"/>
        </w:rPr>
        <w:t>καλουμένου εἰς μετάνοιαν τοὺς ἡμαρτηκότας· ὡς πεποίηκε Νινευίταις διὰ τοῦ Ἰωνᾶ. Καὶ τῷ Ἰσραὴλ ἡμαρτηκότι οὐ σιωπῇ ἐπήγαγε τὸν ἀφανισμὸν, ἀλλὰ κινῶν εἰς τὴν ὑπὲρ τοῦ λαοῦ ἱκεσίαν τὸν ἑαυτοῦ θεράποντα, προεκήρυσσε, λέγων· Καὶ νῦν ἄφες με καὶ ἐξαλείψω τὸν λαὸν τοῦτον. —</w:t>
      </w:r>
    </w:p>
    <w:p>
      <w:r>
        <w:rPr>
          <w:rFonts w:ascii="Courier New" w:hAnsi="Courier New"/>
          <w:color w:val="555555"/>
          <w:sz w:val="20"/>
        </w:rPr>
        <w:t>[10]</w:t>
      </w:r>
    </w:p>
    <w:p>
      <w:r>
        <w:rPr>
          <w:rFonts w:ascii="Gentium Plus" w:hAnsi="Gentium Plus"/>
          <w:sz w:val="24"/>
        </w:rPr>
        <w:t>Παραπλησίως δέ τι καὶ ἐν τῷ Εὐαγγελίῳ περὶ τῆς κατὰ τὴν συκῆν παραβολῆς μεμαθήκαμεν, τοῦ δεσπότου αὐτῆς λέγοντος τῷ γεοργῷ· Ἰδοὺ, τρία ἔτη ἔρχομαι ἐπὶ τὴν συκῆν ζητῶν καρπὸν ἐν αὐτῇ, καὶ οὐχ εὑρίσκω. Ἔκκοψον αὐτήν. Ἵνα τί καὶ τὴν γῆν καταργεῖ; Τοῦτο δὲ ἔλεγεν, ἐρεθίζων</w:t>
      </w:r>
    </w:p>
    <w:p>
      <w:r>
        <w:rPr>
          <w:rFonts w:ascii="Courier New" w:hAnsi="Courier New"/>
          <w:color w:val="555555"/>
          <w:sz w:val="20"/>
        </w:rPr>
        <w:t>[15]</w:t>
      </w:r>
    </w:p>
    <w:p>
      <w:r>
        <w:rPr>
          <w:rFonts w:ascii="Gentium Plus" w:hAnsi="Gentium Plus"/>
          <w:sz w:val="24"/>
        </w:rPr>
        <w:t>μὲν τὸν γεωργὸν εἰς τὴν ὑπὲρ αὐτῆς ἐπιμέλειαν, διεγείρων δὲ τὴν ἄκαρπον ψυχὴν εἰς τὸ ποιεῖν τοὺς ἐπιβάλλοντας αὐτῇ καρπούς. Ὃ δὲ λέγομεν, σαφέστερον παρὰ τῷ Ἱερεμίᾳ ἐστὶν εὑ‐ ρεῖν· Ἰδοὺ γὰρ (φησὶ) ὡς ὁ πηλὸς τοῦ κεραμέως, οὕτως</w:t>
      </w:r>
    </w:p>
    <w:p>
      <w:r>
        <w:rPr>
          <w:rFonts w:ascii="Courier New" w:hAnsi="Courier New"/>
          <w:color w:val="555555"/>
          <w:sz w:val="20"/>
        </w:rPr>
        <w:t>[20]</w:t>
      </w:r>
    </w:p>
    <w:p>
      <w:r>
        <w:rPr>
          <w:rFonts w:ascii="Gentium Plus" w:hAnsi="Gentium Plus"/>
          <w:sz w:val="24"/>
        </w:rPr>
        <w:t>ἐστὲ ὑμεῖς ἐν ταῖς χερσί μου, οἶκος Ἰσραὴλ, λέγει Κύ‐ ριος. Πέρας λαλήσω ἐπὶ ἔθνος, ἢ ἐπὶ βασιλείαν, τοῦ ἐξᾶραι αὐτοὺς καὶ ἀπολλύειν. Καὶ ἐπιστρέψει τὸ ἔθνος ἐκεῖνο ἀπὸ τῶν κακῶν αὐτῶν, καὶ μετανοήσω περὶ τῶν κακῶν, ὧν ἐλογισάμην τοῦ ποιῆσαι αὐτοῖς. Καὶ πέρας</w:t>
      </w:r>
    </w:p>
    <w:p>
      <w:r>
        <w:rPr>
          <w:rFonts w:ascii="Courier New" w:hAnsi="Courier New"/>
          <w:color w:val="555555"/>
          <w:sz w:val="20"/>
        </w:rPr>
        <w:t>[25]</w:t>
      </w:r>
    </w:p>
    <w:p>
      <w:r>
        <w:rPr>
          <w:rFonts w:ascii="Gentium Plus" w:hAnsi="Gentium Plus"/>
          <w:sz w:val="24"/>
        </w:rPr>
        <w:t>λαλήσω ἐπὶ ἔθνος καὶ ἐπὶ βασιλείαν, τοῦ ἀνοικοδομεῖσθαι καὶ τοῦ καταφυτεύεσθαι. Καὶ ποιήσουσι τὰ πονηρὰ ἐναντίον</w:t>
      </w:r>
    </w:p>
    <w:p>
      <w:r>
        <w:rPr>
          <w:rFonts w:ascii="Courier New" w:hAnsi="Courier New"/>
          <w:color w:val="555555"/>
          <w:sz w:val="20"/>
        </w:rPr>
        <w:t>[30]</w:t>
      </w:r>
    </w:p>
    <w:p>
      <w:r>
        <w:rPr>
          <w:rFonts w:ascii="Gentium Plus" w:hAnsi="Gentium Plus"/>
          <w:sz w:val="24"/>
        </w:rPr>
        <w:t>πάντως ἐκβησομένου, ἀλλ’ ἀπειλὴν ἐπιστροφὴν ἐμποιοῦντος ἀπὸ τῆς ἁμαρτίας. —Τί οὖν ἐστιν ἃ ἀπειλεῖ;</w:t>
      </w:r>
    </w:p>
    <w:p>
      <w:r>
        <w:rPr>
          <w:rFonts w:ascii="Courier New" w:hAnsi="Courier New"/>
          <w:color w:val="555555"/>
          <w:sz w:val="20"/>
        </w:rPr>
        <w:t>[5 . 145]</w:t>
      </w:r>
    </w:p>
    <w:p>
      <w:r>
        <w:rPr>
          <w:rFonts w:ascii="Gentium Plus" w:hAnsi="Gentium Plus"/>
          <w:sz w:val="24"/>
        </w:rPr>
        <w:t>Ἀφελῶ τὸν φραγμὸν αὐτοῦ, καὶ ἔσται εἰς διαρ‐ παγήν· καὶ καθελῶ τὸν τοῖχον αὐτοῦ, καὶ ἔσται εἰς κατα‐ πάτημα. Καὶ ἀνήσω τὸν ἀμπελῶνά μου, καὶ οὐ μὴ τμηθῇ, οὐδὲ μὴ σκαφῇ καὶ ἀναβήσεται εἰς αὐτὸν ὡς εἰς χέρσον</w:t>
      </w:r>
    </w:p>
    <w:p>
      <w:r>
        <w:rPr>
          <w:rFonts w:ascii="Courier New" w:hAnsi="Courier New"/>
          <w:color w:val="555555"/>
          <w:sz w:val="20"/>
        </w:rPr>
        <w:t>[5]</w:t>
      </w:r>
    </w:p>
    <w:p>
      <w:r>
        <w:rPr>
          <w:rFonts w:ascii="Gentium Plus" w:hAnsi="Gentium Plus"/>
          <w:sz w:val="24"/>
        </w:rPr>
        <w:t>ἄκανθα. Καὶ ταῖς νεφέλαις ἐντελοῦμαι τοῦ μὴ βρέξαι εἰς αὐτὸν ὑετόν. —Ὁ γὰρ ἀμπελὼν Κυρίου, οἶκος τοῦ Ἰσραήλ ἐστι, καὶ ἄνθρωπος τοῦ Ἰούδα νεόφυτον ἠγαπημένον. Ἔμει‐ να τοῦ ποιῆσαι κρίσιν, ἐποίησε δὲ ἀνομίαν· καὶ οὐ δικαιο‐ σύνην, ἀλλὰ κραυγήν.</w:t>
      </w:r>
    </w:p>
    <w:p>
      <w:r>
        <w:rPr>
          <w:rFonts w:ascii="Courier New" w:hAnsi="Courier New"/>
          <w:color w:val="555555"/>
          <w:sz w:val="20"/>
        </w:rPr>
        <w:t>[10]</w:t>
      </w:r>
    </w:p>
    <w:p>
      <w:r>
        <w:rPr>
          <w:rFonts w:ascii="Gentium Plus" w:hAnsi="Gentium Plus"/>
          <w:sz w:val="24"/>
        </w:rPr>
        <w:t>Ἀναλαβόντες τοίνυν καὶ καθ’ ἕκαστον τῶν ἠπειλημένων ἐξετάσαντες καὶ βασανίσαντες αὐτῶν τὸν νοῦν, ἐρευνήσω‐ μεν μήτι καὶ ἡμῶν ἅπτεται τὰ λεγόμενα. Καθελῶ (φησὶ) τὸν φραγμὸν αὐτοῦ. Προσήκει μὲν τὰς νομικὰς ἐντολὰς φραγμὸν ὑπονοῆσαι, ἤτοι τὸν Ἰσραὴλ, ἐκ τῆς πρὸς</w:t>
      </w:r>
    </w:p>
    <w:p>
      <w:r>
        <w:rPr>
          <w:rFonts w:ascii="Courier New" w:hAnsi="Courier New"/>
          <w:color w:val="555555"/>
          <w:sz w:val="20"/>
        </w:rPr>
        <w:t>[15]</w:t>
      </w:r>
    </w:p>
    <w:p>
      <w:r>
        <w:rPr>
          <w:rFonts w:ascii="Gentium Plus" w:hAnsi="Gentium Plus"/>
          <w:sz w:val="24"/>
        </w:rPr>
        <w:t>Ἐφεσίους Ἐπιστολῆς τοῦ Παύλου, λέγοντος, ὅτι Αὐτός ἐστιν ὁ τὸ μεσότοιχον τοῦ φραγμοῦ λύσας, τὸν νόμον τῶν ἐντολῶν ἐν δόγμασι καταργήσας. Τὸ γὰρ αὐτὸ ἐδόκει καὶ φυλακτήριον εἶναι τοῦ Ἰσραὴλ, καὶ κωλυτικὸν τῆς ἐπιμι‐ ξίας καὶ τῆς ἑνώσεως τῶν λαῶν, διὰ τὸν βαρὺν ζυγὸν τοῦ</w:t>
      </w:r>
    </w:p>
    <w:p>
      <w:r>
        <w:rPr>
          <w:rFonts w:ascii="Courier New" w:hAnsi="Courier New"/>
          <w:color w:val="555555"/>
          <w:sz w:val="20"/>
        </w:rPr>
        <w:t>[20]</w:t>
      </w:r>
    </w:p>
    <w:p>
      <w:r>
        <w:rPr>
          <w:rFonts w:ascii="Gentium Plus" w:hAnsi="Gentium Plus"/>
          <w:sz w:val="24"/>
        </w:rPr>
        <w:t>νόμου ἀποκνούντων εἰς τὴν παραδοχὴν τοῦ λόγου τῆς εὐ‐</w:t>
      </w:r>
    </w:p>
    <w:p>
      <w:r>
        <w:rPr>
          <w:rFonts w:ascii="Courier New" w:hAnsi="Courier New"/>
          <w:color w:val="555555"/>
          <w:sz w:val="20"/>
        </w:rPr>
        <w:t>[25]</w:t>
      </w:r>
    </w:p>
    <w:p>
      <w:r>
        <w:rPr>
          <w:rFonts w:ascii="Gentium Plus" w:hAnsi="Gentium Plus"/>
          <w:sz w:val="24"/>
        </w:rPr>
        <w:t>ἀλλὰ μιᾷ περιλαμβάνου αὐλῇ, ἵνα γένηται μία ποίμνη, εἷς ποιμήν. Νῦν οὖν ἀπειλεῖ ὁ λόγος καθαιρήσειν τὸν φραγμόν, τουτέστι πᾶν φυλακτήριον τοῦ Ἰσραὴλ περιαιρήσειν. Καὶ τάχα ἐπειδὴ Δι’ Ἀγγέλων ἐδόθη ὁ νόμος ἐν χειρὶ Μεσίτου, καὶ τὴν τῶν</w:t>
      </w:r>
    </w:p>
    <w:p>
      <w:r>
        <w:rPr>
          <w:rFonts w:ascii="Courier New" w:hAnsi="Courier New"/>
          <w:color w:val="555555"/>
          <w:sz w:val="20"/>
        </w:rPr>
        <w:t>[30]</w:t>
      </w:r>
    </w:p>
    <w:p>
      <w:r>
        <w:rPr>
          <w:rFonts w:ascii="Gentium Plus" w:hAnsi="Gentium Plus"/>
          <w:sz w:val="24"/>
        </w:rPr>
        <w:t>Ἀγγέλων φυλακὴν, τῶν φρουρούντων τὰ ὅρια τοῦ Ἰσραὴλ, περιαιρήσειν αἰνίττεται. —Μήποτε δὲ καὶ ἡμῶν ἕκαστος (ἔχων Ἄγγελον ἅγιον τὸν παρεμβάλλοντα κύκλῳ τῶν φοβουμένων τὸν Κύριον) ἐν ἁμαρτίαις ἐξετασθεῖς, ὑπόδικος γένηται τῇ ἀπειληθείσῃ πληγῇ, καὶ γυμνωθῇ τοῦ τείχους τῆς ἀπὸ τῶν</w:t>
      </w:r>
    </w:p>
    <w:p>
      <w:r>
        <w:rPr>
          <w:rFonts w:ascii="Courier New" w:hAnsi="Courier New"/>
          <w:color w:val="555555"/>
          <w:sz w:val="20"/>
        </w:rPr>
        <w:t>[35]</w:t>
      </w:r>
    </w:p>
    <w:p>
      <w:r>
        <w:rPr>
          <w:rFonts w:ascii="Gentium Plus" w:hAnsi="Gentium Plus"/>
          <w:sz w:val="24"/>
        </w:rPr>
        <w:t>ἁγίων Δυνάμεων ἀσφαλείας, αἵτινες, ὅσον ἂν παρῶσι χρόνον, ἀκαθαιρέτους διασώζουσι τοὺς παρ’ αὐτῶν φρουρουμένους. Γυμνωθεῖσα δὲ πᾶσα ψυχὴ τῆς ἀσφαλείας ταύτης, ἔκκειται εἰς διαρπαγὴν τοῖς ἐχθροῖς, τουτέστι ταῖς ἀντικειμέναις ἐνερ‐ γείαις, καὶ εἰς καταπάτημα τοῦ ἐγκαυχωμένου καὶ λέγοντος,</w:t>
      </w:r>
    </w:p>
    <w:p>
      <w:r>
        <w:rPr>
          <w:rFonts w:ascii="Courier New" w:hAnsi="Courier New"/>
          <w:color w:val="555555"/>
          <w:sz w:val="20"/>
        </w:rPr>
        <w:t>[40]</w:t>
      </w:r>
    </w:p>
    <w:p>
      <w:r>
        <w:rPr>
          <w:rFonts w:ascii="Gentium Plus" w:hAnsi="Gentium Plus"/>
          <w:sz w:val="24"/>
        </w:rPr>
        <w:t>ὅτι Ἐμπεριπατήσας τὴν οἰκουμένην, πάρειμι. Τοιοῦτόν τι καὶ ὁ Ψαλμὸς περὶ ἀμπέλου φησίν· Ἵνα τί κα‐ θεῖλες τὸν φραγμὸν αὐτῆς; Καὶ Ἐλυμήνατο αὐτὴν ὓς ἐκ δρυμοῦ. Οἱ γὰρ μὴ πεφραγμένοι λόγῳ καὶ δυνάμει ἀγγελικῇ, ἔκδοτοί εἰσι τοῖς ἀλόγοις κινήμασι, καὶ, διὰ τὴν πλεονάζουσαν</w:t>
      </w:r>
    </w:p>
    <w:p>
      <w:r>
        <w:rPr>
          <w:rFonts w:ascii="Courier New" w:hAnsi="Courier New"/>
          <w:color w:val="555555"/>
          <w:sz w:val="20"/>
        </w:rPr>
        <w:t>[45]</w:t>
      </w:r>
    </w:p>
    <w:p>
      <w:r>
        <w:rPr>
          <w:rFonts w:ascii="Gentium Plus" w:hAnsi="Gentium Plus"/>
          <w:sz w:val="24"/>
        </w:rPr>
        <w:t>ἐν αὐτοῖς τῆς ἁμαρτίας δυσωδίαν, ἐπιτήδειοί εἰσι χοίρων ὑπο‐ δοχῆς, ἐπὶ πλέον τῆς ἁμαρτίας τὸν βόρβορον ἀνακινούντων καὶ</w:t>
      </w:r>
    </w:p>
    <w:p>
      <w:r>
        <w:rPr>
          <w:rFonts w:ascii="Courier New" w:hAnsi="Courier New"/>
          <w:color w:val="555555"/>
          <w:sz w:val="20"/>
        </w:rPr>
        <w:t>[5 . 145 (50)]</w:t>
      </w:r>
    </w:p>
    <w:p>
      <w:r>
        <w:rPr>
          <w:rFonts w:ascii="Gentium Plus" w:hAnsi="Gentium Plus"/>
          <w:sz w:val="24"/>
        </w:rPr>
        <w:t>καθήκοντα. Τουτέστιν· οἱ τὴν ἐκ τοῦ λόγου φυλακὴν ἀπο‐ βάλλοντες, ἔκδοτοί εἰσι τοῖς βοσκηματώδεσι λογισμοῖς, καὶ πονηροῖς δαιμονίοις τοῖς τὰ ἀκάθαρτα ἐνεργοῦσιν. —Ἐπὶ μέντοι τοῦ Ἰσραὴλ ἔφθασεν ἡ ἀπειλὴ, ὅτε διὰ τὴν εἰς τὸν Κύριον ἁμαρτίαν ἔκδοτοι τοῖς ἔθνεσιν ἀφεθέντες, εἰς διαρ‐</w:t>
      </w:r>
    </w:p>
    <w:p>
      <w:r>
        <w:rPr>
          <w:rFonts w:ascii="Courier New" w:hAnsi="Courier New"/>
          <w:color w:val="555555"/>
          <w:sz w:val="20"/>
        </w:rPr>
        <w:t>[55]</w:t>
      </w:r>
    </w:p>
    <w:p>
      <w:r>
        <w:rPr>
          <w:rFonts w:ascii="Gentium Plus" w:hAnsi="Gentium Plus"/>
          <w:sz w:val="24"/>
        </w:rPr>
        <w:t>παγὴν ἐγένοντο καὶ καταπάτημα τῶν πολεμίων.</w:t>
      </w:r>
    </w:p>
    <w:p>
      <w:r>
        <w:rPr>
          <w:rFonts w:ascii="Courier New" w:hAnsi="Courier New"/>
          <w:color w:val="555555"/>
          <w:sz w:val="20"/>
        </w:rPr>
        <w:t>[5 . 146]</w:t>
      </w:r>
    </w:p>
    <w:p>
      <w:r>
        <w:rPr>
          <w:rFonts w:ascii="Gentium Plus" w:hAnsi="Gentium Plus"/>
          <w:sz w:val="24"/>
        </w:rPr>
        <w:t>Εἶτά φησι· Καὶ καθελῶ τὸν τοῖχον αὐτοῦ καὶ ἔσται εἰς καταπάτημα. Ἐν τοῖς ἄνω διηγούμενος τὰς παρ’ ἑαυτοῦ εἰς τὸν λαὸν εὐεργεσίας, Φραγμὸν (φησὶ) περιέθηκα καὶ ᾠκοδόμησα</w:t>
      </w:r>
    </w:p>
    <w:p>
      <w:r>
        <w:rPr>
          <w:rFonts w:ascii="Courier New" w:hAnsi="Courier New"/>
          <w:color w:val="555555"/>
          <w:sz w:val="20"/>
        </w:rPr>
        <w:t>[5]</w:t>
      </w:r>
    </w:p>
    <w:p>
      <w:r>
        <w:rPr>
          <w:rFonts w:ascii="Gentium Plus" w:hAnsi="Gentium Plus"/>
          <w:sz w:val="24"/>
        </w:rPr>
        <w:t>πύργον· ἐνταῦθα δὲ Ἀφελῶ τὸν φραγμὸν αὐτοῦ καὶ κα‐ θελῶ τὸν τοῖχον, ἀντὶ πύργου (ὡς οἶμαι) τὸν τοῖχον λέ‐ γων· ἐπεὶ καὶ ὁ πύργος τέσσαρές εἰσι τοῖχοι κατὰ γωνίας ἀλλήλοις συναπτόμενοι, ὥστε κἀκεῖ πύργον νοεῖσθαι τὴν ὑψηλὴν τοῦ ἀμπελῶνος τῶν τοίχων περιβολὴν, πρὸς τὸ</w:t>
      </w:r>
    </w:p>
    <w:p>
      <w:r>
        <w:rPr>
          <w:rFonts w:ascii="Courier New" w:hAnsi="Courier New"/>
          <w:color w:val="555555"/>
          <w:sz w:val="20"/>
        </w:rPr>
        <w:t>[10]</w:t>
      </w:r>
    </w:p>
    <w:p>
      <w:r>
        <w:rPr>
          <w:rFonts w:ascii="Gentium Plus" w:hAnsi="Gentium Plus"/>
          <w:sz w:val="24"/>
        </w:rPr>
        <w:t>ἀνέμβατον αὐτὸν εἶναι καὶ ἀνεπιχείρητον τοῖς ὑπεναντίοις. —Καὶ ἡμῶν δὲ τοῖχος καθαιρεῖται, ὅταν ἀναξίους ἑαυ‐ τοὺς τῆς ἐκ τῶν θείων δογμάτων φυλακῆς διὰ ῥᾳθυμίας ποιήσωμεν. Τῷ μὲν γὰρ δικαίῳ πύργος ἐστὶν ὁ Θεὸς ἀπὸ προσώπου ἐχθροῦ· τοῦ δὲ ἁμαρτωλοῦ διὰ τὴν ἐγκατάλειψιν</w:t>
      </w:r>
    </w:p>
    <w:p>
      <w:r>
        <w:rPr>
          <w:rFonts w:ascii="Courier New" w:hAnsi="Courier New"/>
          <w:color w:val="555555"/>
          <w:sz w:val="20"/>
        </w:rPr>
        <w:t>[15]</w:t>
      </w:r>
    </w:p>
    <w:p>
      <w:r>
        <w:rPr>
          <w:rFonts w:ascii="Gentium Plus" w:hAnsi="Gentium Plus"/>
          <w:sz w:val="24"/>
        </w:rPr>
        <w:t>περιαιρεῖται πᾶσα ἀσφάλεια καὶ παντὸς ὀχυρώματος προ‐ βολή.</w:t>
      </w:r>
    </w:p>
    <w:p>
      <w:r>
        <w:rPr>
          <w:rFonts w:ascii="Courier New" w:hAnsi="Courier New"/>
          <w:color w:val="555555"/>
          <w:sz w:val="20"/>
        </w:rPr>
        <w:t>[20]</w:t>
      </w:r>
    </w:p>
    <w:p>
      <w:r>
        <w:rPr>
          <w:rFonts w:ascii="Gentium Plus" w:hAnsi="Gentium Plus"/>
          <w:sz w:val="24"/>
        </w:rPr>
        <w:t>λόγος φησίν· Οὐ μή σε ἀνῶ, οὐδ’ οὐ μή σε ἐγκαταλείπω· ὧν δ’ ἂν παντελῶς ἀπογνῷ, τούτους ἀνέτους ἀφίησι ποιεῖν τὰ θελήματα τῆς σαρκὸς καὶ τῶν διανοιῶν αὐτῶν, ὡς τῆς παιδευτικῆς ἀνωφελοῦς αὐτοῖς ἐσομένης. Ἀνήσω οὖν (φησὶ) τὸν ἀμπελῶνα. —Καὶ τί τὸ ἐντεῦθεν αὐτῷ συμβαῖνον; Οὐ μὴ</w:t>
      </w:r>
    </w:p>
    <w:p>
      <w:r>
        <w:rPr>
          <w:rFonts w:ascii="Courier New" w:hAnsi="Courier New"/>
          <w:color w:val="555555"/>
          <w:sz w:val="20"/>
        </w:rPr>
        <w:t>[25]</w:t>
      </w:r>
    </w:p>
    <w:p>
      <w:r>
        <w:rPr>
          <w:rFonts w:ascii="Gentium Plus" w:hAnsi="Gentium Plus"/>
          <w:sz w:val="24"/>
        </w:rPr>
        <w:t>τμηθῇ (φησὶν) οὐδὲ μὴ σκαφῇ ἔτι. Ὥσπερ γὰρ οἱ τὴν ἄμπε‐ λον τέμνοντες, συνέχουσιν αὐτῆς τὴν δύναμιν (ὥστε τετα‐ μιευμένως καὶ σωφρόνως, διὰ τῆς τῶν ἀναγκαίων φορᾶς, προϊέναι) οὕτω καὶ ψυχὴ ἐπικαμπτομένη ταῖς θλίψεσιν, οἱο‐ νεὶ συστέλλεται καὶ ταπεινοῦται λυσιτελῶς, καὶ πρὸς τὴν</w:t>
      </w:r>
    </w:p>
    <w:p>
      <w:r>
        <w:rPr>
          <w:rFonts w:ascii="Courier New" w:hAnsi="Courier New"/>
          <w:color w:val="555555"/>
          <w:sz w:val="20"/>
        </w:rPr>
        <w:t>[30]</w:t>
      </w:r>
    </w:p>
    <w:p>
      <w:r>
        <w:rPr>
          <w:rFonts w:ascii="Gentium Plus" w:hAnsi="Gentium Plus"/>
          <w:sz w:val="24"/>
        </w:rPr>
        <w:t>οἰκείαν ἑαυτῆς ἐπιμέλειαν ἐπανάγεται, τὸ ἀναγκαῖον καὶ ὠφέλιμον ἐν τοῖς πράγμασιν αἱρουμένη. —Ἡ δὲ ἀφεθεῖσα ἄνετος, οἷόν τις ἄμπελος ἀτημέλητος, ὑλομανεῖ καὶ ἐκχεῖται περὶ τὰ ἄχρηστα καὶ ἀνωφελῆ, πρὸς τὴν τῶν πολλῶν ἀπά‐ την πᾶσαν τὴν τῶν ἔργων ἐπίδειξιν ποιουμένη. —Ὁ γὰρ τῶν</w:t>
      </w:r>
    </w:p>
    <w:p>
      <w:r>
        <w:rPr>
          <w:rFonts w:ascii="Courier New" w:hAnsi="Courier New"/>
          <w:color w:val="555555"/>
          <w:sz w:val="20"/>
        </w:rPr>
        <w:t>[35]</w:t>
      </w:r>
    </w:p>
    <w:p>
      <w:r>
        <w:rPr>
          <w:rFonts w:ascii="Gentium Plus" w:hAnsi="Gentium Plus"/>
          <w:sz w:val="24"/>
        </w:rPr>
        <w:t>φθαρτῶν τὴν ἐργασίαν ποιούμενος, ὅμοιός ἐστιν ἀμπέλῳ, ξύλα καὶ φύλλα καὶ ἕλικας ἐκτρεφούσῃ, οἶνον δὲ εὐφρο‐ σύνης ποιητικὸν, εἰς ἀποθήκας βασιλικὰς ἀποτεθῆναι δυνά‐ μενον, μὴ ποιούσῃ.</w:t>
      </w:r>
    </w:p>
    <w:p>
      <w:r>
        <w:rPr>
          <w:rFonts w:ascii="Courier New" w:hAnsi="Courier New"/>
          <w:color w:val="555555"/>
          <w:sz w:val="20"/>
        </w:rPr>
        <w:t>[5 . 147]</w:t>
      </w:r>
    </w:p>
    <w:p>
      <w:r>
        <w:rPr>
          <w:rFonts w:ascii="Gentium Plus" w:hAnsi="Gentium Plus"/>
          <w:sz w:val="24"/>
        </w:rPr>
        <w:t>Ὁ οὖν ἀνεθεὶς ἀμπελὼν δύο πάσχει δεινά· οὔτε τέμνεται (φησὶν) οὔτε σκάπτεται. Εἴρηται τί τὸ μὴ τέμνε‐</w:t>
      </w:r>
    </w:p>
    <w:p>
      <w:r>
        <w:rPr>
          <w:rFonts w:ascii="Courier New" w:hAnsi="Courier New"/>
          <w:color w:val="555555"/>
          <w:sz w:val="20"/>
        </w:rPr>
        <w:t>[5]</w:t>
      </w:r>
    </w:p>
    <w:p>
      <w:r>
        <w:rPr>
          <w:rFonts w:ascii="Gentium Plus" w:hAnsi="Gentium Plus"/>
          <w:sz w:val="24"/>
        </w:rPr>
        <w:t>δὲ ὁ πᾶσαν τὴν περικειμένην αὐτῷ ὕλην διδασκόμενος πρὸς τὴν οἰκείαν ὠφέλειαν λαμβάνειν. Οἷον ἄσκαφός ἐστιν πλούσιος, ὁ τῷ βάρει τῶν γηΐνων τὴν ψυχὴν πιεζόμενος· πρὸς ὃν οὔτε ὑετὸς οὐράνιος καταβαίνει· οὐ γὰρ ἐφικνεῖται τῆς ῥίζης, πολλῆς ἐπ’ αὐτῆς συμπεφορημένης τῆς ματαιό‐</w:t>
      </w:r>
    </w:p>
    <w:p>
      <w:r>
        <w:rPr>
          <w:rFonts w:ascii="Courier New" w:hAnsi="Courier New"/>
          <w:color w:val="555555"/>
          <w:sz w:val="20"/>
        </w:rPr>
        <w:t>[10]</w:t>
      </w:r>
    </w:p>
    <w:p>
      <w:r>
        <w:rPr>
          <w:rFonts w:ascii="Gentium Plus" w:hAnsi="Gentium Plus"/>
          <w:sz w:val="24"/>
        </w:rPr>
        <w:t>τητος. —Ὁ μέντοι τῷ κατανυκτικῷ λόγῳ ἀποσκευάσασθαι τὸν ὄχλον τῶν γηΐνων πραγμάτων καὶ φθαρτῶν διδαχθεὶς, καὶ ἀναπνεῦσαι μὲν ἀπὸ τῆς συνοχῆς, ἐκκαλύψαι δὲ ἑαυ‐ τοῦ τὰ κρυπτὰ, ἀνατρέψαι δὲ τὰς τῆς πικρίας ῥίζας, καὶ οἱονεὶ ξηρᾶναι διὰ μετανοίας, οὗτός ἐστιν ὁ σκαφείς. Διόπερ</w:t>
      </w:r>
    </w:p>
    <w:p>
      <w:r>
        <w:rPr>
          <w:rFonts w:ascii="Courier New" w:hAnsi="Courier New"/>
          <w:color w:val="555555"/>
          <w:sz w:val="20"/>
        </w:rPr>
        <w:t>[15]</w:t>
      </w:r>
    </w:p>
    <w:p>
      <w:r>
        <w:rPr>
          <w:rFonts w:ascii="Gentium Plus" w:hAnsi="Gentium Plus"/>
          <w:sz w:val="24"/>
        </w:rPr>
        <w:t>καὶ ἡ τῶν ἀκανθῶν χύσις κωλύεται, τουτέστιν αἱ μέριμναι τοῦ βίου τούτου οὐδεμίαν ἕξουσι χώραν ἐν τῇ ἀνατροπῇ τῶν γηΐνων. Ἔτι πρὸς τὸ μὴ τμηθῆναι καὶ τὸ ἐν τῷ κατὰ Ἰωάννην Εὐαγγελίῳ εἰρημένον παραληπτέον· Ἐγώ εἰμι</w:t>
      </w:r>
    </w:p>
    <w:p>
      <w:r>
        <w:rPr>
          <w:rFonts w:ascii="Courier New" w:hAnsi="Courier New"/>
          <w:color w:val="555555"/>
          <w:sz w:val="20"/>
        </w:rPr>
        <w:t>[20]</w:t>
      </w:r>
    </w:p>
    <w:p>
      <w:r>
        <w:rPr>
          <w:rFonts w:ascii="Gentium Plus" w:hAnsi="Gentium Plus"/>
          <w:sz w:val="24"/>
        </w:rPr>
        <w:t>ἡ ἄμπελος ἡ ἀληθινὴ, καὶ ὁ Πατήρ μου ὁ γεωργός ἐστι. Πᾶν κλῆμα ἐν ἐμοὶ μὴ φέρον καρπὸν, αἴρει αὐτό· καὶ πᾶν τὸ καρπὸν φέρον, καθαίρει αὐτὸ, ἵνα καρπὸν πλείονα φέρῃ. Ὁ μὲν οὖν κακὸς οἰκονόμος Σκάπτειν (φησὶν) οὐκ ἰσχύω· ὁ δὲ ἀγαθὸς καὶ φρόνιμος οἰκονόμος ἐπιστημόνως περισκά‐</w:t>
      </w:r>
    </w:p>
    <w:p>
      <w:r>
        <w:rPr>
          <w:rFonts w:ascii="Courier New" w:hAnsi="Courier New"/>
          <w:color w:val="555555"/>
          <w:sz w:val="20"/>
        </w:rPr>
        <w:t>[25]</w:t>
      </w:r>
    </w:p>
    <w:p>
      <w:r>
        <w:rPr>
          <w:rFonts w:ascii="Gentium Plus" w:hAnsi="Gentium Plus"/>
          <w:sz w:val="24"/>
        </w:rPr>
        <w:t>ψει, τουτέστιν ἀνακινήσει πάντα τὰ ὑπάρχοντα αὐτοῦ καὶ τῇ προηγουμένῃ ἑαυτοῦ ζωῇ προσοικειώσει· δεικνὺς, ὅτι ὥσπερ ἡ γῆ, ἀφισταμένη μὲν τῆς ῥίζης, τροφὴ τοῦ φυτοῦ γίνεται (ἐπικειμένη δὲ αὐτῇ, θλίβει αὐτὴν καὶ βαρύνει)—</w:t>
      </w:r>
    </w:p>
    <w:p>
      <w:r>
        <w:rPr>
          <w:rFonts w:ascii="Courier New" w:hAnsi="Courier New"/>
          <w:color w:val="555555"/>
          <w:sz w:val="20"/>
        </w:rPr>
        <w:t>[30]</w:t>
      </w:r>
    </w:p>
    <w:p>
      <w:r>
        <w:rPr>
          <w:rFonts w:ascii="Gentium Plus" w:hAnsi="Gentium Plus"/>
          <w:sz w:val="24"/>
        </w:rPr>
        <w:t>πλουτοῦσι, βυθίζει αὐτῶν τὰς ψυχὰς, ἀλλοτριουμένη δὲ τῶν ἐχόντων εἰς τὴν τῶν δεομένων μετάδοσιν, τότε αὐτῶν οἰκεία γίνεται. —Ἀκολουθεῖ δὲ τῷ μὴ τέμνεσθαι, μηδὲ σκάπτεσθαι, τὸ ἀναβαίνειν, ὡς εἰς χέρσον, ἄκανθαν. Τοὺς ἐνεχομένους ταῖς τοῦ βίου μερίμναις ὁ Σωτὴρ ἡμῶν ἔφησεν εἶναι γῆν ἀκάνθας</w:t>
      </w:r>
    </w:p>
    <w:p>
      <w:r>
        <w:rPr>
          <w:rFonts w:ascii="Courier New" w:hAnsi="Courier New"/>
          <w:color w:val="555555"/>
          <w:sz w:val="20"/>
        </w:rPr>
        <w:t>[35]</w:t>
      </w:r>
    </w:p>
    <w:p>
      <w:r>
        <w:rPr>
          <w:rFonts w:ascii="Gentium Plus" w:hAnsi="Gentium Plus"/>
          <w:sz w:val="24"/>
        </w:rPr>
        <w:t>ἐκφύουσαν, δεχομένην μὲν τὸν τοῦ λόγου καρπὸν, συμπνί‐ γουσαν δὲ ὑπὸ τῶν ἀκανθῶν. —Εἰς οὖν τὴν ἀγεώργητον ψυ‐ χὴν πολὺ τὸ πλῆθος τῶν μεριμνῶν. Διό φησιν· Ἀναβήσονται εἰς αὐτὸν, ὡς εἰς χέρσον, ἄκανθαι.</w:t>
      </w:r>
    </w:p>
    <w:p>
      <w:r>
        <w:rPr>
          <w:rFonts w:ascii="Courier New" w:hAnsi="Courier New"/>
          <w:color w:val="555555"/>
          <w:sz w:val="20"/>
        </w:rPr>
        <w:t>[5 . 148]</w:t>
      </w:r>
    </w:p>
    <w:p>
      <w:r>
        <w:rPr>
          <w:rFonts w:ascii="Gentium Plus" w:hAnsi="Gentium Plus"/>
          <w:sz w:val="24"/>
        </w:rPr>
        <w:t>Τήρει δὲ ὅτι ἄνω μὲν εἶπεν· Ἔμεινα τοῦ ποιῆσαι σταφυλὴν, ἐποίησε δὲ ἀκάνθας· ἐνταῦθα δὲ προσέθηκε τὸ Καὶ ἀναβήσονται. Μέγεθος γάρ τι τῆς κακίας καὶ τὴν ἐπὶ πολὺ χύσιν ὁ λόγος ἐμφαίνει διὰ τῆς τῶν ἀκανθῶν ἀναβά‐</w:t>
      </w:r>
    </w:p>
    <w:p>
      <w:r>
        <w:rPr>
          <w:rFonts w:ascii="Courier New" w:hAnsi="Courier New"/>
          <w:color w:val="555555"/>
          <w:sz w:val="20"/>
        </w:rPr>
        <w:t>[5]</w:t>
      </w:r>
    </w:p>
    <w:p>
      <w:r>
        <w:rPr>
          <w:rFonts w:ascii="Gentium Plus" w:hAnsi="Gentium Plus"/>
          <w:sz w:val="24"/>
        </w:rPr>
        <w:t>σεως. Εἶτα, ἐπειδὴ πονηρὰ τῆς ἀμπέλου τὰ βλαστήματα, αἴρεται αὐτῆς ὁ ὑετός, ἐπειδήπερ οὐκ εἰς δέον ἐχρήσατο τῇ παρ’ αὐτοῦ βοηθείᾳ. —Ὥστε καὶ ἡμεῖς ὅταν ταῖς παρὰ τοῦ Θεοῦ δεδομέναις ἡμῖν ἀφορμαῖς μὴ εἰς ἀγαθὸν κεχρημένοι ὦμεν, ἀφαιρεῖται ἡμῶν ἡ ἐξ οὐρανοῦ βοήθεια. Εἰ δὲ ἀμ‐</w:t>
      </w:r>
    </w:p>
    <w:p>
      <w:r>
        <w:rPr>
          <w:rFonts w:ascii="Courier New" w:hAnsi="Courier New"/>
          <w:color w:val="555555"/>
          <w:sz w:val="20"/>
        </w:rPr>
        <w:t>[10]</w:t>
      </w:r>
    </w:p>
    <w:p>
      <w:r>
        <w:rPr>
          <w:rFonts w:ascii="Gentium Plus" w:hAnsi="Gentium Plus"/>
          <w:sz w:val="24"/>
        </w:rPr>
        <w:t>πελὼν ὁ Ἰσραὴλ, ἀγεώργητος μένει διὰ τὸ μὴ ἀποδιδόναι τοὺς ἐπιβάλλοντας αὐτῷ καρποὺς τῷ Δεσπότῃ, ἀλλὰ πρό‐ τερον μὲν τοὺς ἀπεσταλμένους δούλους δεῖραι καὶ λιθοβο‐</w:t>
      </w:r>
    </w:p>
    <w:p>
      <w:r>
        <w:rPr>
          <w:rFonts w:ascii="Courier New" w:hAnsi="Courier New"/>
          <w:color w:val="555555"/>
          <w:sz w:val="20"/>
        </w:rPr>
        <w:t>[15]</w:t>
      </w:r>
    </w:p>
    <w:p>
      <w:r>
        <w:rPr>
          <w:rFonts w:ascii="Gentium Plus" w:hAnsi="Gentium Plus"/>
          <w:sz w:val="24"/>
        </w:rPr>
        <w:t>αἱ πονηραὶ καὶ ἄδικοι πράξεις ἄκανθαί εἰσιν ὠνομασμέναι· διὰ τὸ γῆς κατηραμένης εἶναι βλαστήματα, εἰκότως ἐντολὰς λαμβάνουσιν αἱ νεφέλαι τοῦ μὴ βρέχειν ἐπὶ τὸν τὰ τοιαῦτα ἐκφέροντα ἀμπελῶνα. Τίνες οὖν αἱ νεφέλαι, καὶ τίς ὁ ὄμβρος; Ἐκ τῆς</w:t>
      </w:r>
    </w:p>
    <w:p>
      <w:r>
        <w:rPr>
          <w:rFonts w:ascii="Courier New" w:hAnsi="Courier New"/>
          <w:color w:val="555555"/>
          <w:sz w:val="20"/>
        </w:rPr>
        <w:t>[20]</w:t>
      </w:r>
    </w:p>
    <w:p>
      <w:r>
        <w:rPr>
          <w:rFonts w:ascii="Gentium Plus" w:hAnsi="Gentium Plus"/>
          <w:sz w:val="24"/>
        </w:rPr>
        <w:t>περὶ νεφῶν φυσιολογίας πειραθῶμεν εἰς ἔννοιαν τῶν εἰ‐ ρημένων ἐλθεῖν. Ἔστι τοίνυν ἡ νεφέλη ἀὴρ παχὺς, ἐκ τῆς ὑγρᾶς κατὰ γῆν ἀναθυμιάσεως συνιστάμενος· εἶτα μετεω‐ ρισθεὶς τοῖς ἀνέμοις, ὅταν λάβῃ παρ’ αὐτῶν ἀξιόλογον ἄθροισμα καὶ τὸ ἐκ τῆς ἐνεσπαρμένης αὐτῷ νοτίδος βάρος</w:t>
      </w:r>
    </w:p>
    <w:p>
      <w:r>
        <w:rPr>
          <w:rFonts w:ascii="Courier New" w:hAnsi="Courier New"/>
          <w:color w:val="555555"/>
          <w:sz w:val="20"/>
        </w:rPr>
        <w:t>[25]</w:t>
      </w:r>
    </w:p>
    <w:p>
      <w:r>
        <w:rPr>
          <w:rFonts w:ascii="Gentium Plus" w:hAnsi="Gentium Plus"/>
          <w:sz w:val="24"/>
        </w:rPr>
        <w:t>ἱκανὸν ἐγγένηται, τότε σταγόνας εἰς τὴν γῆν ἀφίησι. Καὶ αὕτη τῶν ὄμβρων ἡ φύσις, ἀπὸ γῆς τὴν ἀρχὴν ἐχόντων, καὶ δι’ ἀέρος πάλιν ἐπὶ τὴν γῆν φερομένων. Τοιοῦτοι ἦσαν καὶ οἱ Προφῆται, ἐκ μὲν τῆς κοινῆς φύσεως ὡρμημένοι, διὰ δὲ καθαρότητα ψυχῆς τῇ δυνάμει τοῦ Πνεύμα‐</w:t>
      </w:r>
    </w:p>
    <w:p>
      <w:r>
        <w:rPr>
          <w:rFonts w:ascii="Courier New" w:hAnsi="Courier New"/>
          <w:color w:val="555555"/>
          <w:sz w:val="20"/>
        </w:rPr>
        <w:t>[30]</w:t>
      </w:r>
    </w:p>
    <w:p>
      <w:r>
        <w:rPr>
          <w:rFonts w:ascii="Gentium Plus" w:hAnsi="Gentium Plus"/>
          <w:sz w:val="24"/>
        </w:rPr>
        <w:t>τος ὑπερυψούμενοι καὶ λόγων γονίμων σταγόνας ταῖς ψυχαῖς ταῖς ἀγαθαῖς καὶ καρποφόροις ἐνστάζοντες. Τοιοῦτος ἦν Μω‐ ϋσῆς, λέγων· Προσδοκάσθω ὡς ὑετὸς τὸ ἀπόφθεγμά μου· καὶ πάλιν· Ὡς ὄμβρος ἐπ’ ἄγρωστιν καὶ ὡσεὶ νιφετὸς ἐπὶ χόρτον. Αὗται οὖν αἱ οὐράνιοι δυνάμεις ἐντολὴν λαμβάνουσι τοῦ μὴ</w:t>
      </w:r>
    </w:p>
    <w:p>
      <w:r>
        <w:rPr>
          <w:rFonts w:ascii="Courier New" w:hAnsi="Courier New"/>
          <w:color w:val="555555"/>
          <w:sz w:val="20"/>
        </w:rPr>
        <w:t>[35]</w:t>
      </w:r>
    </w:p>
    <w:p>
      <w:r>
        <w:rPr>
          <w:rFonts w:ascii="Gentium Plus" w:hAnsi="Gentium Plus"/>
          <w:sz w:val="24"/>
        </w:rPr>
        <w:t>βρέχειν ἐπὶ τὸν ἀκανθοφόρον ἀμπελῶνα, τὸν ταῖς ἀκάνθαις ταῖς οἰκείαις στεφανώσαντά μου τὸν Δεσπότην. —Διὰ τοῦτο νῦν σιωπή ἐστι παρὰ τῇ συναγωγῇ ἐκείνῃ λόγου Θεοῦ, καὶ οὐκ ἔστιν ἔτι προφήτης, οὐδὲ ἄρχων, οὔτε ἡγούμενος, ἀλλ’ αἰθρία δεινὴ καὶ ἀνέφελος, τῆς πάλαι κατάρας ἐπ’ αὐτῆς</w:t>
      </w:r>
    </w:p>
    <w:p>
      <w:r>
        <w:rPr>
          <w:rFonts w:ascii="Courier New" w:hAnsi="Courier New"/>
          <w:color w:val="555555"/>
          <w:sz w:val="20"/>
        </w:rPr>
        <w:t>[40]</w:t>
      </w:r>
    </w:p>
    <w:p>
      <w:r>
        <w:rPr>
          <w:rFonts w:ascii="Gentium Plus" w:hAnsi="Gentium Plus"/>
          <w:sz w:val="24"/>
        </w:rPr>
        <w:t>βεβαιουμένης, ὅτι Καὶ ἔσται σοι ὁ οὐρανὸς ὑπὲρ κεφαλῆς</w:t>
      </w:r>
    </w:p>
    <w:p>
      <w:r>
        <w:rPr>
          <w:rFonts w:ascii="Courier New" w:hAnsi="Courier New"/>
          <w:color w:val="555555"/>
          <w:sz w:val="20"/>
        </w:rPr>
        <w:t>[45]</w:t>
      </w:r>
    </w:p>
    <w:p>
      <w:r>
        <w:rPr>
          <w:rFonts w:ascii="Gentium Plus" w:hAnsi="Gentium Plus"/>
          <w:sz w:val="24"/>
        </w:rPr>
        <w:t>της, τῆς ἐντολῆς τοῦ Κυρίου βεβαίας φυλαττομένης. —Κἂν αἱ νεφέλαι δὲ βρέχειν λέγωνται, οὐδὲν ἧττον ὁ Κύριός ἐστιν ὁ βρέχων. Οὐκ ἔστι γὰρ (φησὶν ὁ Προφήτης) ὑετίζων ὥσπερ σύ. Καὶ πάλιν ἐκ προσώπου τοῦ Θεοῦ εἴρηται· Καὶ βρέξω ἐπὶ πόλιν μίαν, ἐπὶ δὲ πόλιν μίαν οὐ βρέξω· μερὶς μία</w:t>
      </w:r>
    </w:p>
    <w:p>
      <w:r>
        <w:rPr>
          <w:rFonts w:ascii="Courier New" w:hAnsi="Courier New"/>
          <w:color w:val="555555"/>
          <w:sz w:val="20"/>
        </w:rPr>
        <w:t>[5 . 148 (50)]</w:t>
      </w:r>
    </w:p>
    <w:p>
      <w:r>
        <w:rPr>
          <w:rFonts w:ascii="Gentium Plus" w:hAnsi="Gentium Plus"/>
          <w:sz w:val="24"/>
        </w:rPr>
        <w:t>βραχήσεται καὶ μερὶς, ἐφ’ ἣν οὐ βρέξω, ξηρανθήσεται, οἰκονομοῦντος τοῦ ἀγαθοῦ Θεοῦ τὴν μερίδα τῶν χειρόνων μὴ βραχῆναι, ὑπὲρ τοῦ ξηρανθῆναι ἐν αὐτῇ τὰ τῆς πονηρίας βλαστήματα. —Σαφῶς παρέστησε τὸ βούλημα τοῦ λόγου, ὅτι ἀμπελῶνα τὸν Ἰσραὴλ λέγει, περὶ ὃν γενήσεσθαι τὰ</w:t>
      </w:r>
    </w:p>
    <w:p>
      <w:r>
        <w:rPr>
          <w:rFonts w:ascii="Courier New" w:hAnsi="Courier New"/>
          <w:color w:val="555555"/>
          <w:sz w:val="20"/>
        </w:rPr>
        <w:t>[55]</w:t>
      </w:r>
    </w:p>
    <w:p>
      <w:r>
        <w:rPr>
          <w:rFonts w:ascii="Gentium Plus" w:hAnsi="Gentium Plus"/>
          <w:sz w:val="24"/>
        </w:rPr>
        <w:t>ἐπαγγελθέντα καὶ προειρημένα ἠπείληται.</w:t>
      </w:r>
    </w:p>
    <w:p>
      <w:r>
        <w:rPr>
          <w:rFonts w:ascii="Courier New" w:hAnsi="Courier New"/>
          <w:color w:val="555555"/>
          <w:sz w:val="20"/>
        </w:rPr>
        <w:t>[5 . 149]</w:t>
      </w:r>
    </w:p>
    <w:p>
      <w:r>
        <w:rPr>
          <w:rFonts w:ascii="Gentium Plus" w:hAnsi="Gentium Plus"/>
          <w:sz w:val="24"/>
        </w:rPr>
        <w:t>Καὶ ἄνθρωπος τοῦ Ἰούδα, νεόφυτον ἠγαπημένον. Διῃρέθη ἡ προσηγορία τοῦ Ἰακὼβ εἰς τὸν Ἰσραὴλ καὶ Ἰούδαν, πρότερον μὲν ἐπὶ τοῦ Δαβὶδ, μετὰ τὴν τελευτὴν τοῦ Σαοὺλ, μερισθέντος τοῦ λαοῦ εἰς τὸν υἱὸν Σαοὺλ καὶ τὸν</w:t>
      </w:r>
    </w:p>
    <w:p>
      <w:r>
        <w:rPr>
          <w:rFonts w:ascii="Courier New" w:hAnsi="Courier New"/>
          <w:color w:val="555555"/>
          <w:sz w:val="20"/>
        </w:rPr>
        <w:t>[5]</w:t>
      </w:r>
    </w:p>
    <w:p>
      <w:r>
        <w:rPr>
          <w:rFonts w:ascii="Gentium Plus" w:hAnsi="Gentium Plus"/>
          <w:sz w:val="24"/>
        </w:rPr>
        <w:t>Δαβίδ, ὕστερον δὲ ἐπὶ τοῦ Ῥοβοὰμ, ὅτε Ἱεροβοὰμ ἀπέ‐ στησε τὰς δέκα φυλὰς, υἱὸς Νάβατ, ὃς ἐξήμαρτε τὸν Ἰσραήλ. Διὰ τοῦτο καὶ νῦν διπλῆς ἔτυχε τῆς προσηγορίας. Φαίνεται δὲ ἐκ τῆς τετάρτης τῶν Βασιλειῶν, πλεῖον ἁμαρτὼν ὁ Ἰσραὴλ,</w:t>
      </w:r>
    </w:p>
    <w:p>
      <w:r>
        <w:rPr>
          <w:rFonts w:ascii="Courier New" w:hAnsi="Courier New"/>
          <w:color w:val="555555"/>
          <w:sz w:val="20"/>
        </w:rPr>
        <w:t>[10]</w:t>
      </w:r>
    </w:p>
    <w:p>
      <w:r>
        <w:rPr>
          <w:rFonts w:ascii="Gentium Plus" w:hAnsi="Gentium Plus"/>
          <w:sz w:val="24"/>
        </w:rPr>
        <w:t>κοντα μὲν καὶ τρεῖς ἡμέραι ἐπὶ τῶν ἁμαρτιῶν τοῦ Ἰσραὴλ ἀριθμοῦνται, τεσσαράκοντα δὲ ἐπὶ τοῦ Ἰούδα. Διὰ τοῦτο καὶ ἐνταῦθα ὁ μὲν ἀκανθοφόρος ἀμπελὼν οἶκος τοῦ Ἰσραὴλ γίνεται· ὁ δὲ τοῦ Ἰούδα ἄνθρωπος, οὐκέτι ἀμπελών· ἀλλὰ νεόφυτον, οὐ κεχερσωμένον, ἀλλ’ ἠγαπημένον. —Τίς δὲ ὁ ἐξ</w:t>
      </w:r>
    </w:p>
    <w:p>
      <w:r>
        <w:rPr>
          <w:rFonts w:ascii="Courier New" w:hAnsi="Courier New"/>
          <w:color w:val="555555"/>
          <w:sz w:val="20"/>
        </w:rPr>
        <w:t>[15]</w:t>
      </w:r>
    </w:p>
    <w:p>
      <w:r>
        <w:rPr>
          <w:rFonts w:ascii="Gentium Plus" w:hAnsi="Gentium Plus"/>
          <w:sz w:val="24"/>
        </w:rPr>
        <w:t>Ἰούδα ἀνατείλας ἄνθρωπος, ἀκμάζων τῇ ζωῇ καὶ ἀληθινῶς ὑπάρχων ἀγαπητὸς, οὐ χαλεπὸν ἰδεῖν τῷ ἐπισταμένῳ τὰ τοιαῦτα θεωρεῖν. Ἔμεινα ἵνα ποιήσῃ κρίσιν, ἐποίησε δὲ ἀνομίαν· καὶ οὐ δικαιοσύνην, ἀλλὰ κραυγήν. Ἐπείπερ, κατὰ τὸν Σο‐</w:t>
      </w:r>
    </w:p>
    <w:p>
      <w:r>
        <w:rPr>
          <w:rFonts w:ascii="Courier New" w:hAnsi="Courier New"/>
          <w:color w:val="555555"/>
          <w:sz w:val="20"/>
        </w:rPr>
        <w:t>[20]</w:t>
      </w:r>
    </w:p>
    <w:p>
      <w:r>
        <w:rPr>
          <w:rFonts w:ascii="Gentium Plus" w:hAnsi="Gentium Plus"/>
          <w:sz w:val="24"/>
        </w:rPr>
        <w:t>λομῶντα, Λογισμοὶ δικαίων κρίματα, ἀπαιτούμεθα πάν‐ τα κρίσει ποιεῖν, καὶ μηδὲν ἀκρίτως. Ἕπεται μέντοι τῇ ἀκρίτῳ καὶ ἀνεξετάστῳ ζωῇ τὰ ἄνομα. Ὁ γὰρ μὴ ἑπό‐ μενος τῷ ὀρθῷ λόγῳ, μηδὲ κρίνων τὸ πρακτέον καὶ μὴ, κατὰ τὸν δεδομένον ἐκ τοῦ νόμου κανόνα, ἀνομίαν ποιεῖ,</w:t>
      </w:r>
    </w:p>
    <w:p>
      <w:r>
        <w:rPr>
          <w:rFonts w:ascii="Courier New" w:hAnsi="Courier New"/>
          <w:color w:val="555555"/>
          <w:sz w:val="20"/>
        </w:rPr>
        <w:t>[25]</w:t>
      </w:r>
    </w:p>
    <w:p>
      <w:r>
        <w:rPr>
          <w:rFonts w:ascii="Gentium Plus" w:hAnsi="Gentium Plus"/>
          <w:sz w:val="24"/>
        </w:rPr>
        <w:t>καὶ οὐ δικαιοσύνης ἐστὶν ἐργάτης, ἀλλὰ κραυγῆς καὶ θορύ‐ βου καὶ συγχύσεως αἴτιος. Διότι τοῖς μὲν δικαίοις κρί‐ μασιν ἡ ἡσυχία τῶν κρινομένων ἀκολουθεῖ, εὐσταθῶς κατα‐ δεχομένων τὰ ὁριζόμενα· τοῖς δὲ ἀδίκοις κραυγὴ καὶ θό‐ ρυβος στασιαστικὸς, ἀγανακτούντων ἐπὶ τῇ ἀδικίᾳ. Περὶ</w:t>
      </w:r>
    </w:p>
    <w:p>
      <w:r>
        <w:rPr>
          <w:rFonts w:ascii="Courier New" w:hAnsi="Courier New"/>
          <w:color w:val="555555"/>
          <w:sz w:val="20"/>
        </w:rPr>
        <w:t>[30]</w:t>
      </w:r>
    </w:p>
    <w:p>
      <w:r>
        <w:rPr>
          <w:rFonts w:ascii="Gentium Plus" w:hAnsi="Gentium Plus"/>
          <w:sz w:val="24"/>
        </w:rPr>
        <w:t>δὲ τῆς κραυγῆς ταύτης καὶ ὁ Ἀπόστολος παραινεῖ, λέγων· Πᾶσα κραυγὴ καὶ θόρυβος ἀρθήτω ἀφ’ ὑμῶν, σὺν πάσῃ κακίᾳ. Ἔστι δέ τις καὶ κραυγὴ ἀστεία, ἣν ὁ Κύριος ἑστὼς ἐν τῷ ἱερῷ ἔκραξεν· ᾗ καὶ Δαβὶδ ἐκέχρητο, λέγων· Φωνῇ</w:t>
      </w:r>
    </w:p>
    <w:p>
      <w:r>
        <w:rPr>
          <w:rFonts w:ascii="Courier New" w:hAnsi="Courier New"/>
          <w:color w:val="555555"/>
          <w:sz w:val="20"/>
        </w:rPr>
        <w:t>[35]</w:t>
      </w:r>
    </w:p>
    <w:p>
      <w:r>
        <w:rPr>
          <w:rFonts w:ascii="Gentium Plus" w:hAnsi="Gentium Plus"/>
          <w:sz w:val="24"/>
        </w:rPr>
        <w:t>μου πρὸς Κύριον ἐκέκραξα. Καὶ οὐδὲν θαυμαστὸν, τὸ αὐτὸ ὄνομα ἐπὶ τῶν ἐναντίων τετάχθαι, καὶ σημαίνειν νῦν μὲν τὸ</w:t>
      </w:r>
    </w:p>
    <w:p>
      <w:r>
        <w:rPr>
          <w:rFonts w:ascii="Courier New" w:hAnsi="Courier New"/>
          <w:color w:val="555555"/>
          <w:sz w:val="20"/>
        </w:rPr>
        <w:t>[40]</w:t>
      </w:r>
    </w:p>
    <w:p>
      <w:r>
        <w:rPr>
          <w:rFonts w:ascii="Gentium Plus" w:hAnsi="Gentium Plus"/>
          <w:sz w:val="24"/>
        </w:rPr>
        <w:t>καὶ Γομόῤῥας ἀναβαινούσῃ.</w:t>
      </w:r>
    </w:p>
    <w:p>
      <w:r>
        <w:rPr>
          <w:rFonts w:ascii="Courier New" w:hAnsi="Courier New"/>
          <w:color w:val="555555"/>
          <w:sz w:val="20"/>
        </w:rPr>
        <w:t>[5 . 150]</w:t>
      </w:r>
    </w:p>
    <w:p>
      <w:r>
        <w:rPr>
          <w:rFonts w:ascii="Gentium Plus" w:hAnsi="Gentium Plus"/>
          <w:sz w:val="24"/>
        </w:rPr>
        <w:t>Οὐαὶ οἱ συνάπτοντες οἰκίαν πρὸς οἰκίαν καὶ ἀγρὸν ἐγγίζοντες, ἵνα τὸν πλησίον ἀφέλωνταί τι. Μὴ οἰκήσετε μόνοι ἐπὶ τῆς γῆς; Ἠκούσθη γὰρ εἰς τὰ ὦτα Κυρίου Σα‐ βαὼθ ταῦτα. Ἐὰν γὰρ γένωνται οἰκίαι πολλαὶ, εἰς ἔρημον</w:t>
      </w:r>
    </w:p>
    <w:p>
      <w:r>
        <w:rPr>
          <w:rFonts w:ascii="Courier New" w:hAnsi="Courier New"/>
          <w:color w:val="555555"/>
          <w:sz w:val="20"/>
        </w:rPr>
        <w:t>[5]</w:t>
      </w:r>
    </w:p>
    <w:p>
      <w:r>
        <w:rPr>
          <w:rFonts w:ascii="Gentium Plus" w:hAnsi="Gentium Plus"/>
          <w:sz w:val="24"/>
        </w:rPr>
        <w:t>ἔσονται· μεγάλαι καὶ καλαὶ, καὶ οὐκ ἔσονται οἱ ἐνοικοῦντες ἐν αὐταῖς. Οὗ γὰρ ἐργῶνται δέκα ζεύγη βοῶν, ποιήσει κε‐ ράμιον ἕν· καὶ ὁ σπείρων ἀρτάβας ἓξ, ποιήσει μέτρα τρία. Ταλανίζονται νῦν οἱ διὰ τὴν τοῦ πλείονος ἐπιθυμίαν τὰ τῶν πλησίον παρατεμνόμενοι, καὶ μήτε ἐν ἀγροῖς ταῖς οἰκείαις</w:t>
      </w:r>
    </w:p>
    <w:p>
      <w:r>
        <w:rPr>
          <w:rFonts w:ascii="Courier New" w:hAnsi="Courier New"/>
          <w:color w:val="555555"/>
          <w:sz w:val="20"/>
        </w:rPr>
        <w:t>[10]</w:t>
      </w:r>
    </w:p>
    <w:p>
      <w:r>
        <w:rPr>
          <w:rFonts w:ascii="Gentium Plus" w:hAnsi="Gentium Plus"/>
          <w:sz w:val="24"/>
        </w:rPr>
        <w:t>ἀρκούμενοι κτήσεσι, μήτε ἐν ταῖς οἰκήσεσιν ἀρκούμενοι τοῖς ἑαυτῶν· ἀλλὰ παρορίζοντες μὲν τοὺς πέλας ἐν τῇ γεωργουμένῃ, προσπεριβαλλόμενοι δὲ τὰ τῶν γειτόνων οἰ‐ κήματα, ὑπὸ τῆς οἰκείας πλεονεξίας στενοχωρούμενοι καὶ μένειν ἐν τοῖς οἰκείοις ὅροις οὐκ ἀνεχόμενοι· ἀλλ’ εὐλόγῳ</w:t>
      </w:r>
    </w:p>
    <w:p>
      <w:r>
        <w:rPr>
          <w:rFonts w:ascii="Courier New" w:hAnsi="Courier New"/>
          <w:color w:val="555555"/>
          <w:sz w:val="20"/>
        </w:rPr>
        <w:t>[15]</w:t>
      </w:r>
    </w:p>
    <w:p>
      <w:r>
        <w:rPr>
          <w:rFonts w:ascii="Gentium Plus" w:hAnsi="Gentium Plus"/>
          <w:sz w:val="24"/>
        </w:rPr>
        <w:t>δὴ ταύτῃ κατακεχρημένοι προφάσει πρὸς τὴν ἄμετρον φιλοκτημοσύνην, τῷ δοκεῖν προσεχῆ καὶ συνημμένα εἶναι τὰ τῶν γειτόνων. Πρὸς οὓς ἐλεγκτικώτατα ὁ λόγος ἀπήντησεν, εἰπών· Μὴ οἰκήσετε μόνοι ἐπὶ τῆς γῆς; Εἰ γὰρ ὅτι γείτων ὁ</w:t>
      </w:r>
    </w:p>
    <w:p>
      <w:r>
        <w:rPr>
          <w:rFonts w:ascii="Courier New" w:hAnsi="Courier New"/>
          <w:color w:val="555555"/>
          <w:sz w:val="20"/>
        </w:rPr>
        <w:t>[20]</w:t>
      </w:r>
    </w:p>
    <w:p>
      <w:r>
        <w:rPr>
          <w:rFonts w:ascii="Gentium Plus" w:hAnsi="Gentium Plus"/>
          <w:sz w:val="24"/>
        </w:rPr>
        <w:t>τὴν ἐχομένην γῆν γεωργῶν ἀφαιρεθῆναι δίκαιος, δηλο‐ νότι, τούτου ἐκβληθέντος, ἕτερός σοι πάλιν γείτων ἀνα‐</w:t>
      </w:r>
    </w:p>
    <w:p>
      <w:r>
        <w:rPr>
          <w:rFonts w:ascii="Courier New" w:hAnsi="Courier New"/>
          <w:color w:val="555555"/>
          <w:sz w:val="20"/>
        </w:rPr>
        <w:t>[25]</w:t>
      </w:r>
    </w:p>
    <w:p>
      <w:r>
        <w:rPr>
          <w:rFonts w:ascii="Gentium Plus" w:hAnsi="Gentium Plus"/>
          <w:sz w:val="24"/>
        </w:rPr>
        <w:t>δὲ κἀκεῖνος γυμνωθεὶς ἀπέλθῃ τῶν ἰδίων, καὶ γένηται μέρος τῆς σῆς κτήσεως ἡ τοῦ τρίτου χώρα, πάλιν ἄλλος γείτων, ἄλλαι σπουδαὶ, ἀποδιῶξαι μὲν τῶν ὑπαρχόντων ἐκεῖνον, ἑαυ‐ τοῦ δὲ ποιήσασθαι τὰ τοῦ τετάρτου γείτονος. Τίς οὖν ἔσται σοι ὅρος τῆς ἐπιθυμίας τοῦ πλείονος; —Πυρὶ γὰρ ἔοικεν</w:t>
      </w:r>
    </w:p>
    <w:p>
      <w:r>
        <w:rPr>
          <w:rFonts w:ascii="Courier New" w:hAnsi="Courier New"/>
          <w:color w:val="555555"/>
          <w:sz w:val="20"/>
        </w:rPr>
        <w:t>[30]</w:t>
      </w:r>
    </w:p>
    <w:p>
      <w:r>
        <w:rPr>
          <w:rFonts w:ascii="Gentium Plus" w:hAnsi="Gentium Plus"/>
          <w:sz w:val="24"/>
        </w:rPr>
        <w:t>ἡ πλεονεκτικὴ καρδία, διὰ τῆς καιομένης ὕλης πορευομένῳ καὶ τὰ μὲν φθείροντι, τὰ δὲ ἐπερχομένῳ. Ἤπου καθάπερ τοῦ ἐμπρησμοῦ σβέσις γίνεται ἡ ἀπορία τῆς ὕλης, οὕτω καὶ τὴν πλεονεκτικὴν καρδίαν καὶ τὸν ἀπλήρωτον ὀφθαλμὸν ἐκεῖνο ἵστησι μόνον, τὸ μηδένα ἔχειν τὸν συνοριζόμενον</w:t>
      </w:r>
    </w:p>
    <w:p>
      <w:r>
        <w:rPr>
          <w:rFonts w:ascii="Courier New" w:hAnsi="Courier New"/>
          <w:color w:val="555555"/>
          <w:sz w:val="20"/>
        </w:rPr>
        <w:t>[35]</w:t>
      </w:r>
    </w:p>
    <w:p>
      <w:r>
        <w:rPr>
          <w:rFonts w:ascii="Gentium Plus" w:hAnsi="Gentium Plus"/>
          <w:sz w:val="24"/>
        </w:rPr>
        <w:t>τοῖς κτήμασι. —Πόῤῥωθεν οὖν ἰώμενος ὁ λόγος τὸ πάθος, οἱονεὶ ἐπᾴδων τῇ φιλοκτήμονι ψυχῇ, ταῦτά φησι· Μὴ οἰκή‐ σετε μόνοι ἐπὶ τῆς γῆς;</w:t>
      </w:r>
    </w:p>
    <w:p>
      <w:r>
        <w:rPr>
          <w:rFonts w:ascii="Courier New" w:hAnsi="Courier New"/>
          <w:color w:val="555555"/>
          <w:sz w:val="20"/>
        </w:rPr>
        <w:t>[5 . 151]</w:t>
      </w:r>
    </w:p>
    <w:p>
      <w:r>
        <w:rPr>
          <w:rFonts w:ascii="Gentium Plus" w:hAnsi="Gentium Plus"/>
          <w:sz w:val="24"/>
        </w:rPr>
        <w:t>Εἰ γὰρ ἐπιθυμεῖς τῶν τοῦ γείτονος (γείτων δέ σοι πάντως οὐ λείψει) ἀνάγκη σε δηλονότι ἐπὶ τὰ ἔσχατα φθάσαι τῆς καθ’ ἡμᾶς οἰκουμένης. Εἰ δὲ τοῦτο ἀμήχανον, ἀπὸ τῆς πρώτης ἐννοίας παῦσον σεαυτοῦ τὴν πρὸς τὸ κακὸν</w:t>
      </w:r>
    </w:p>
    <w:p>
      <w:r>
        <w:rPr>
          <w:rFonts w:ascii="Courier New" w:hAnsi="Courier New"/>
          <w:color w:val="555555"/>
          <w:sz w:val="20"/>
        </w:rPr>
        <w:t>[5]</w:t>
      </w:r>
    </w:p>
    <w:p>
      <w:r>
        <w:rPr>
          <w:rFonts w:ascii="Gentium Plus" w:hAnsi="Gentium Plus"/>
          <w:sz w:val="24"/>
        </w:rPr>
        <w:t>ὁρμὴν, ὦ ἄνθρωπε, ἀρκούμενος οἷς παρέλαβες, ἐπιμένων οἷς ἔχεις, εἰδὼς ὅτι καὶ μεγέθη οἰκιῶν, διὰ τὸ ἐξ ἀδικίας συστῆναι, ἔρημά ἐστι τῶν οἰκητόρων καὶ πλῆθος χώρας, ἐκ πλεονεξίας περιβληθὲν, ἄγονον πολλάκις τῶν καρπῶν</w:t>
      </w:r>
    </w:p>
    <w:p>
      <w:r>
        <w:rPr>
          <w:rFonts w:ascii="Courier New" w:hAnsi="Courier New"/>
          <w:color w:val="555555"/>
          <w:sz w:val="20"/>
        </w:rPr>
        <w:t>[10]</w:t>
      </w:r>
    </w:p>
    <w:p>
      <w:r>
        <w:rPr>
          <w:rFonts w:ascii="Gentium Plus" w:hAnsi="Gentium Plus"/>
          <w:sz w:val="24"/>
        </w:rPr>
        <w:t>ἡ θεία δίκη, καὶ ἤδη τὰς ἀδίκως πεπορισμένας οἰκίας, εἰς ἄχρηστον περιίστησιν, ἀπὸ τῆς πολυανθρώπου οἰκήσεως καὶ τῆς λαμπρᾶς εὐθηνίας, ἐρήμους τῶν οἰκητόρων ποιοῦσα. Πολλάκις γοῦν ἔγνωμεν ὅλα γένη ἄρδην ἀφανισθέντα, ὡς ἀπορίᾳ τῶν διαδεχομένων καταῤῥυῆναι πρὸς γῆν τὰς με‐</w:t>
      </w:r>
    </w:p>
    <w:p>
      <w:r>
        <w:rPr>
          <w:rFonts w:ascii="Courier New" w:hAnsi="Courier New"/>
          <w:color w:val="555555"/>
          <w:sz w:val="20"/>
        </w:rPr>
        <w:t>[15]</w:t>
      </w:r>
    </w:p>
    <w:p>
      <w:r>
        <w:rPr>
          <w:rFonts w:ascii="Gentium Plus" w:hAnsi="Gentium Plus"/>
          <w:sz w:val="24"/>
        </w:rPr>
        <w:t>γαλοφυεῖς καὶ ὑπερηφάνους τῶν οἰκημάτων κατασκευάς. Ἀλλὰ καὶ ὅσοι μετὰ παρορισμοῦ τῶν πλησίον τοὺς ὅρους τῶν οἰκείων κτήσεως ὑπερεξέτειναν, διὰ τὸ ἀπὸ στεναγμοῦ τῶν ἠδικημένων συμπεπορίσθαι τὰς κτήσεις, πάντως ἀλ‐ λότριοι τῆς θείας ἀπεδείχθησαν εὐλογίας, ὥστε ἔνθα δέκα</w:t>
      </w:r>
    </w:p>
    <w:p>
      <w:r>
        <w:rPr>
          <w:rFonts w:ascii="Courier New" w:hAnsi="Courier New"/>
          <w:color w:val="555555"/>
          <w:sz w:val="20"/>
        </w:rPr>
        <w:t>[20]</w:t>
      </w:r>
    </w:p>
    <w:p>
      <w:r>
        <w:rPr>
          <w:rFonts w:ascii="Gentium Plus" w:hAnsi="Gentium Plus"/>
          <w:sz w:val="24"/>
        </w:rPr>
        <w:t>ζεύγη βοῶν εἰργάσατο, μόγις κεράμιον ἓν τρυγηθῆναι καὶ ἔνθα ἓξ ἀρτάβαι κατεσπάρησαν, τρία μέτρα συνάγεσθαι τῶν καρπῶν, ἅπερ ἐστὶ πολλοστημόριον τῶν σπερμάτων.</w:t>
      </w:r>
    </w:p>
    <w:p>
      <w:r>
        <w:rPr>
          <w:rFonts w:ascii="Courier New" w:hAnsi="Courier New"/>
          <w:color w:val="555555"/>
          <w:sz w:val="20"/>
        </w:rPr>
        <w:t>[5 . 152]</w:t>
      </w:r>
    </w:p>
    <w:p>
      <w:r>
        <w:rPr>
          <w:rFonts w:ascii="Gentium Plus" w:hAnsi="Gentium Plus"/>
          <w:sz w:val="24"/>
        </w:rPr>
        <w:t>Ἔχει μὲν οὖν πολὺ καὶ αὐτόθεν τὸ ὠφέλιμον ἡ λέξις· δυνατὸν δὲ τῷ φιλοπόνῳ κατὰ ἀναγωγὴν ἐπὶ πλεῖον ἄγειν τὸ ἀπὸ τῆς προφητείας χρήσιμον. Δύναται γὰρ οἰκία ἑκάστου νοεῖσθαι τὰ δόγματα καὶ αἱ πράξεις, διὰ τὸ πυκνὸν</w:t>
      </w:r>
    </w:p>
    <w:p>
      <w:r>
        <w:rPr>
          <w:rFonts w:ascii="Courier New" w:hAnsi="Courier New"/>
          <w:color w:val="555555"/>
          <w:sz w:val="20"/>
        </w:rPr>
        <w:t>[5]</w:t>
      </w:r>
    </w:p>
    <w:p>
      <w:r>
        <w:rPr>
          <w:rFonts w:ascii="Gentium Plus" w:hAnsi="Gentium Plus"/>
          <w:sz w:val="24"/>
        </w:rPr>
        <w:t>καὶ ἡνωμένον τῆς ἐν τοῖς νοήμασι κατασκευῆς, περὶ ἑκάστου δόγματος. Διότι, ὥσπερ ἐν οἰκίᾳ θεμέλιος ὑπόκειται τῇ λοιπῆ κατασκευῇ, οὕτω καὶ ἐπὶ τῶν δογμάτων ὑποθέσεις τινές εἰσι καὶ πρῶται ἀρχαὶ, οἷς ἐπερειδόμενοι δογματίζουσι, τὰ ἐφεξῆς ἀκολούθως καὶ συναφῶς ταῖς πρώταις ἀρχαῖς</w:t>
      </w:r>
    </w:p>
    <w:p>
      <w:r>
        <w:rPr>
          <w:rFonts w:ascii="Courier New" w:hAnsi="Courier New"/>
          <w:color w:val="555555"/>
          <w:sz w:val="20"/>
        </w:rPr>
        <w:t>[10]</w:t>
      </w:r>
    </w:p>
    <w:p>
      <w:r>
        <w:rPr>
          <w:rFonts w:ascii="Gentium Plus" w:hAnsi="Gentium Plus"/>
          <w:sz w:val="24"/>
        </w:rPr>
        <w:t>συνυφαίνοντες. —Ὅσοι οὖν τὸ τῆς πίστεως δόγμα, ὅπερ ἔχει</w:t>
      </w:r>
    </w:p>
    <w:p>
      <w:r>
        <w:rPr>
          <w:rFonts w:ascii="Courier New" w:hAnsi="Courier New"/>
          <w:color w:val="555555"/>
          <w:sz w:val="20"/>
        </w:rPr>
        <w:t>[15]</w:t>
      </w:r>
    </w:p>
    <w:p>
      <w:r>
        <w:rPr>
          <w:rFonts w:ascii="Gentium Plus" w:hAnsi="Gentium Plus"/>
          <w:sz w:val="24"/>
        </w:rPr>
        <w:t>Ὅτι γὰρ οἰκία τὰ τῆς θεοσεβείας ὠνόμασται δόγματα, αὐτὸς ὁ Κύριος διὰ τῆς παραβολῆς ἡμᾶς ἐδίδαξε, λέγων, ὅτι Πᾶς ὅστις ἀκούει μου τοὺς λόγους τούτους καὶ ποιεῖ αὐτοὺς, ὁμοι‐ ωθήσεται ἀνδρὶ φρονίμῳ, ὅστις ᾠκοδόμησε τὴν οἰκίαν αὐτοῦ ἐπὶ τὴν πέτραν. Ἔοικε δὲ καὶ ὁ Παῦλος ἐν τῇ πρὸς Κοριν‐</w:t>
      </w:r>
    </w:p>
    <w:p>
      <w:r>
        <w:rPr>
          <w:rFonts w:ascii="Courier New" w:hAnsi="Courier New"/>
          <w:color w:val="555555"/>
          <w:sz w:val="20"/>
        </w:rPr>
        <w:t>[20]</w:t>
      </w:r>
    </w:p>
    <w:p>
      <w:r>
        <w:rPr>
          <w:rFonts w:ascii="Gentium Plus" w:hAnsi="Gentium Plus"/>
          <w:sz w:val="24"/>
        </w:rPr>
        <w:t>θίους πρώτῃ διδάσκειν ἡμᾶς, ὅτι ἕκαστος ἑαυτῷ οἰκίαν οἰκο‐ δομεῖ τῶν εἰς Χριστὸν πεπιστευκότων. Θεμέλιον γὰρ (φησὶν) ἄλλον οὐδεὶς δύναται θεῖναι, παρὰ τὸν κείμενον, ὅς ἐστιν Ἰησοῦς Χριστός. Εἰ δέ τις ἐποικοδομεῖ ἐπὶ τὸν θεμέλιον τοῦτον, χρυσὸν, ἄργυρον, λίθους τιμίους, ξύλα, χόρτον,</w:t>
      </w:r>
    </w:p>
    <w:p>
      <w:r>
        <w:rPr>
          <w:rFonts w:ascii="Courier New" w:hAnsi="Courier New"/>
          <w:color w:val="555555"/>
          <w:sz w:val="20"/>
        </w:rPr>
        <w:t>[25]</w:t>
      </w:r>
    </w:p>
    <w:p>
      <w:r>
        <w:rPr>
          <w:rFonts w:ascii="Gentium Plus" w:hAnsi="Gentium Plus"/>
          <w:sz w:val="24"/>
        </w:rPr>
        <w:t>καλάμην ... —Ἐπειδὴ δὲ τῶν κατασκευαζόντων τὰ δόγματα οἱ μὲν γέλωτος καὶ χλεύης ἄξια φρονοῦντες, οἱονεὶ γέλωτα οἰκοδομοῦσιν, οἱ δὲ ἀστειότεροι σπουδαῖα κατασκευάζουσιν, ὁ Μιχαίας, καθαιρῶν τὰ οἰκήματα τῶν καταγελάστων· Οἱ ἐν Γὲθ (φησὶ) μὴ μεγαλύνεσθε· καὶ οἱ ἐν Ἀκαρεὶμ, μὴ</w:t>
      </w:r>
    </w:p>
    <w:p>
      <w:r>
        <w:rPr>
          <w:rFonts w:ascii="Courier New" w:hAnsi="Courier New"/>
          <w:color w:val="555555"/>
          <w:sz w:val="20"/>
        </w:rPr>
        <w:t>[30]</w:t>
      </w:r>
    </w:p>
    <w:p>
      <w:r>
        <w:rPr>
          <w:rFonts w:ascii="Gentium Plus" w:hAnsi="Gentium Plus"/>
          <w:sz w:val="24"/>
        </w:rPr>
        <w:t>ἀνοικοδομεῖτε ἐξ οἴκου κατὰ γέλωτα ὑμῶν. Καὶ πάλιν ὁ αὐτὸς, ἐπιπλήττων μοχθηροῖς διδασκάλοις, φησίν· Ἀκού‐ σατε δὴ ταῦτα, οἱ ἡγούμενοι οἴκου Ἰακὼβ, καὶ οἱ κατά‐ λοιποι οἴκου Ἰσραὴλ, οἱ βδελυσσόμενοι κρίμα καὶ πάντα τὰ ὀρθὰ διαστρέφοντες, οἱ οἰκοδομοῦντες Σιὼν ἐν αἵμασι,</w:t>
      </w:r>
    </w:p>
    <w:p>
      <w:r>
        <w:rPr>
          <w:rFonts w:ascii="Courier New" w:hAnsi="Courier New"/>
          <w:color w:val="555555"/>
          <w:sz w:val="20"/>
        </w:rPr>
        <w:t>[35]</w:t>
      </w:r>
    </w:p>
    <w:p>
      <w:r>
        <w:rPr>
          <w:rFonts w:ascii="Gentium Plus" w:hAnsi="Gentium Plus"/>
          <w:sz w:val="24"/>
        </w:rPr>
        <w:t>καὶ Ἱερουσαλὴμ ἐν ἀδικίαις ... Πᾶς γὰρ ὁ τὰ ἀλλότρια κα‐ τασκευάζων δόγματα, οἰκοδομεῖ τὴν Σιὼν, τουτέστι τὸ ἑαυτοῦ σκοπευτήριον, ἐν αἵμασι· καὶ ὁ συνιστὰς ἐκκλησίαν</w:t>
      </w:r>
    </w:p>
    <w:p>
      <w:r>
        <w:rPr>
          <w:rFonts w:ascii="Courier New" w:hAnsi="Courier New"/>
          <w:color w:val="555555"/>
          <w:sz w:val="20"/>
        </w:rPr>
        <w:t>[40]</w:t>
      </w:r>
    </w:p>
    <w:p>
      <w:r>
        <w:rPr>
          <w:rFonts w:ascii="Gentium Plus" w:hAnsi="Gentium Plus"/>
          <w:sz w:val="24"/>
        </w:rPr>
        <w:t>τὴν πέτραν, καὶ ἐπὶ τὸν θεμέλιον τοῦ Χριστοῦ· τὸ δὲ ἕτερον φαῦλον, ὃ καὶ καταγέλαστόν ἐστι καὶ ἀπωλείας αἴτιον) εἰκότως ὁ λόγος ταλανίζει τοὺς τὴν ἀγαθὴν οἰκίαν τῇ φαυ‐ λοτέρᾳ συνάπτοντας, καὶ οἱονεὶ μιγνύντας τὰ ἄμικτα. —Ἐπιστήσεις δὲ μήποτε πάντες ἄνθρωποι, ὅ τι ποτ’ οὖν</w:t>
      </w:r>
    </w:p>
    <w:p>
      <w:r>
        <w:rPr>
          <w:rFonts w:ascii="Courier New" w:hAnsi="Courier New"/>
          <w:color w:val="555555"/>
          <w:sz w:val="20"/>
        </w:rPr>
        <w:t>[45]</w:t>
      </w:r>
    </w:p>
    <w:p>
      <w:r>
        <w:rPr>
          <w:rFonts w:ascii="Gentium Plus" w:hAnsi="Gentium Plus"/>
          <w:sz w:val="24"/>
        </w:rPr>
        <w:t>περὶ ἀληθείας δογματίζοντες, ὑγιέσι τισὶ καὶ ἀληθέσι τοῖς προκατειλημμένοις κατὰ τὰς κοινὰς ἐννοίας καὶ ἐνεσπαρ‐ μένοις ὑπὸ τοῦ δημιουργοῦ, καλὴν ἔχοντες οἰκίαν, ὅταν σφαλλόμενοι τῆς ἀληθείας, ἀλλότρια τῆς θείας διδασκαλίας ἐκ τῆς ἔξωθεν ἀπάτης ἐπεισάγωσιν, οἷον οἰκίᾳ καλῇ συν‐</w:t>
      </w:r>
    </w:p>
    <w:p>
      <w:r>
        <w:rPr>
          <w:rFonts w:ascii="Courier New" w:hAnsi="Courier New"/>
          <w:color w:val="555555"/>
          <w:sz w:val="20"/>
        </w:rPr>
        <w:t>[5 . 152 (50)]</w:t>
      </w:r>
    </w:p>
    <w:p>
      <w:r>
        <w:rPr>
          <w:rFonts w:ascii="Gentium Plus" w:hAnsi="Gentium Plus"/>
          <w:sz w:val="24"/>
        </w:rPr>
        <w:t>άπτουσιν οἰκίαν τὴν χείρονα. —Καὶ ταῦτα μὲν εἰς τὸν περὶ τῆς οἰκίας λόγον.</w:t>
      </w:r>
    </w:p>
    <w:p>
      <w:r>
        <w:rPr>
          <w:rFonts w:ascii="Courier New" w:hAnsi="Courier New"/>
          <w:color w:val="555555"/>
          <w:sz w:val="20"/>
        </w:rPr>
        <w:t>[5 . 153]</w:t>
      </w:r>
    </w:p>
    <w:p>
      <w:r>
        <w:rPr>
          <w:rFonts w:ascii="Gentium Plus" w:hAnsi="Gentium Plus"/>
          <w:sz w:val="24"/>
        </w:rPr>
        <w:t>Ἐπειδὴ δὲ ὁ Ἅγιος οὐ μόνον Θεοῦ ἐστιν οἰκοδομὴ, ἀλλὰ καὶ Θεοῦ γεώργιον, ὡς ὁ μακάριος Παῦλός φησι, καὶ ἡ αὐτὴ ψυχὴ τεθεμελίωται ὡς οἰκία, καὶ ἐῤῥίζωται ὡς φυτόν (Ἐν ἀγάπῃ γὰρ (φησὶν) ἐῤῥιζωμένοι καὶ τεθεμελιω‐</w:t>
      </w:r>
    </w:p>
    <w:p>
      <w:r>
        <w:rPr>
          <w:rFonts w:ascii="Courier New" w:hAnsi="Courier New"/>
          <w:color w:val="555555"/>
          <w:sz w:val="20"/>
        </w:rPr>
        <w:t>[5]</w:t>
      </w:r>
    </w:p>
    <w:p>
      <w:r>
        <w:rPr>
          <w:rFonts w:ascii="Gentium Plus" w:hAnsi="Gentium Plus"/>
          <w:sz w:val="24"/>
        </w:rPr>
        <w:t>μένοι) φέρε καὶ περὶ τοῦ κατὰ τὸν ἀγρὸν προσεγγισμοῦ διαλάβωμεν, ὃν οἱ φαύλως ποιοῦντες καὶ ἐσφαλμένως, τῇ ἐγκειμένῃ κατακρίσει ὑπόδικοι γίνονται. Ὅσα οὖν περὶ γεωργίας εἴρηται, ὡς συγγενῆ τοῖς προκειμένοις, συνεξε‐</w:t>
      </w:r>
    </w:p>
    <w:p>
      <w:r>
        <w:rPr>
          <w:rFonts w:ascii="Courier New" w:hAnsi="Courier New"/>
          <w:color w:val="555555"/>
          <w:sz w:val="20"/>
        </w:rPr>
        <w:t>[10]</w:t>
      </w:r>
    </w:p>
    <w:p>
      <w:r>
        <w:rPr>
          <w:rFonts w:ascii="Gentium Plus" w:hAnsi="Gentium Plus"/>
          <w:sz w:val="24"/>
        </w:rPr>
        <w:t>μῶντα, λέγοντα. Ἐφύτευσά μοι ἀμπελῶνα, ἐποίησά μοι κή‐ πους καὶ παραδείσους, καὶ ἐφύτευσα ἐν αὐτοῖς ξύλον πᾶν καρποῦ. Ἔστι δέ τις φυτεία, ἣν οὐκ ἐφύτευσεν ὁ οὐράνιος Πατὴρ, ἥτις καὶ ἐκριζοῦται κατὰ, τὴν ἀπειλὴν τοῦ Κυρίου. Αὕτη δὲ ἡ φυτεία ἐκ φυτοῦ Σοδόμων τὴν ἄμπελον ἔχει,</w:t>
      </w:r>
    </w:p>
    <w:p>
      <w:r>
        <w:rPr>
          <w:rFonts w:ascii="Courier New" w:hAnsi="Courier New"/>
          <w:color w:val="555555"/>
          <w:sz w:val="20"/>
        </w:rPr>
        <w:t>[15]</w:t>
      </w:r>
    </w:p>
    <w:p>
      <w:r>
        <w:rPr>
          <w:rFonts w:ascii="Gentium Plus" w:hAnsi="Gentium Plus"/>
          <w:sz w:val="24"/>
        </w:rPr>
        <w:t>καὶ τὴν κληματίδα ἐκ Γομόῤῥας, καὶ σταφυλὴν χολῆς γεωργεῖ, καὶ βότρυν πικρίας φέρει τοῖς κεκτημένοις· Θυμὸς δρακόντων ὁ οἶνος αὐτῶν, καὶ θυμὸς ἀσπίδων ἀνίατος. Ὁ οὖν καταφυτεύσας τὸ ἑαυτοῦ ἡγεμονικὸν πάσῃ καρποφο‐ ρίᾳ πνευματικῇ, καὶ τοῖς ἐκ φύσεως ἐῤῥιζωθεῖσιν αὐτῷ πρὸς</w:t>
      </w:r>
    </w:p>
    <w:p>
      <w:r>
        <w:rPr>
          <w:rFonts w:ascii="Courier New" w:hAnsi="Courier New"/>
          <w:color w:val="555555"/>
          <w:sz w:val="20"/>
        </w:rPr>
        <w:t>[20]</w:t>
      </w:r>
    </w:p>
    <w:p>
      <w:r>
        <w:rPr>
          <w:rFonts w:ascii="Gentium Plus" w:hAnsi="Gentium Plus"/>
          <w:sz w:val="24"/>
        </w:rPr>
        <w:t>ἐπίδειξιν καρπῶν δικαιοσύνης παρὰ τοῦ Κτίσαντος ἐπιβα‐ λὼν τὰ ἐκ τοῦ πονηροῦ γεωργοῦ, οὗτός ἐστιν ὁ διὰ τὸν ἀπηγορευμένον προσεγγισμὸν ἀγροῦ πρὸς ἀγρὸν ὑπὸ τοῦ λόγου ταλανιζόμενος. Διὰ τοῦτο καὶ ἀπειλεῖ αὐτῷ τὴν ἀφορίαν, ὡς μὴ ἐξοίσοντος ἀναλογοῦντα τῇ διδασκαλίᾳ τῇ</w:t>
      </w:r>
    </w:p>
    <w:p>
      <w:r>
        <w:rPr>
          <w:rFonts w:ascii="Courier New" w:hAnsi="Courier New"/>
          <w:color w:val="555555"/>
          <w:sz w:val="20"/>
        </w:rPr>
        <w:t>[25]</w:t>
      </w:r>
    </w:p>
    <w:p>
      <w:r>
        <w:rPr>
          <w:rFonts w:ascii="Gentium Plus" w:hAnsi="Gentium Plus"/>
          <w:sz w:val="24"/>
        </w:rPr>
        <w:t>περὶ αὐτὸν τὰ τῶν καρπῶν ἐπιδείγματα. Οὗ γὰρ ἐργῶνται δέκα ζεύγη βοῶν, ποιήσει κεράμιον ἕν. —Ἡ μὲν λέξις τὴν ἐγχώριον συνήθειαν λέγει τῶν κατὰ τὴν Φοινίκην διὰ βοῶν ἀροτριώντων τὴν ἄμπελον· ὁ δὲ λόγος ἐνδείκνυται περὶ τῶν ἐπαμφοτεριστῶν καὶ τῶν ἐναντίων δογμάτων ἐφαπτομέ‐</w:t>
      </w:r>
    </w:p>
    <w:p>
      <w:r>
        <w:rPr>
          <w:rFonts w:ascii="Courier New" w:hAnsi="Courier New"/>
          <w:color w:val="555555"/>
          <w:sz w:val="20"/>
        </w:rPr>
        <w:t>[30]</w:t>
      </w:r>
    </w:p>
    <w:p>
      <w:r>
        <w:rPr>
          <w:rFonts w:ascii="Gentium Plus" w:hAnsi="Gentium Plus"/>
          <w:sz w:val="24"/>
        </w:rPr>
        <w:t>νων καὶ συναπτόντων πρὸς ἄλληλα· ὧν ἄκαρποί εἰσιν αἱ ψυχαί.</w:t>
      </w:r>
    </w:p>
    <w:p>
      <w:r>
        <w:rPr>
          <w:rFonts w:ascii="Courier New" w:hAnsi="Courier New"/>
          <w:color w:val="555555"/>
          <w:sz w:val="20"/>
        </w:rPr>
        <w:t>[5 . 154]</w:t>
      </w:r>
    </w:p>
    <w:p>
      <w:r>
        <w:rPr>
          <w:rFonts w:ascii="Gentium Plus" w:hAnsi="Gentium Plus"/>
          <w:sz w:val="24"/>
        </w:rPr>
        <w:t>Οὐαὶ οἱ ἐγειρόμενοι τὸ πρωῒ καὶ τὸ σίκερα διώ‐ κοντες, οἱ μένοντες τὸ ὀψέ· ὁ γὰρ οἶνος αὐτοὺς συγκαύσει.</w:t>
      </w:r>
    </w:p>
    <w:p>
      <w:r>
        <w:rPr>
          <w:rFonts w:ascii="Courier New" w:hAnsi="Courier New"/>
          <w:color w:val="555555"/>
          <w:sz w:val="20"/>
        </w:rPr>
        <w:t>[5]</w:t>
      </w:r>
    </w:p>
    <w:p>
      <w:r>
        <w:rPr>
          <w:rFonts w:ascii="Gentium Plus" w:hAnsi="Gentium Plus"/>
          <w:sz w:val="24"/>
        </w:rPr>
        <w:t>πουσι, καὶ τὰ ἔργα τῶν χειρῶν αὐτοῦ οὐ κατανοοῦσι. Τῆς ἀποστολικῆς λέξεως τὴν ἐξήγησιν τὸ παρὸν τοῦτο μέ‐ ρος τῆς προφητείας περιέχει· ἐκεῖ μὲν γάρ φησι· Μέθυσοι βασιλείαν Θεοῦ οὐ κληρονομήσουσιν· ἐνταῦθα δέ· Οὐαὶ οἱ ἐγειρόμενοι τὸ πρωῒ καὶ τὸ σίκερα διώκοντες. Σίκερα γὰρ</w:t>
      </w:r>
    </w:p>
    <w:p>
      <w:r>
        <w:rPr>
          <w:rFonts w:ascii="Courier New" w:hAnsi="Courier New"/>
          <w:color w:val="555555"/>
          <w:sz w:val="20"/>
        </w:rPr>
        <w:t>[10]</w:t>
      </w:r>
    </w:p>
    <w:p>
      <w:r>
        <w:rPr>
          <w:rFonts w:ascii="Gentium Plus" w:hAnsi="Gentium Plus"/>
          <w:sz w:val="24"/>
        </w:rPr>
        <w:t>πᾶν τὸ δυνάμενον μέθην ἐμποιῆσαι πόμα, τοῖς Ἑβραίοις ὀνομάζειν σύνηθες. Οἱ οὖν εὐθὺς ἀρχομένης τῆς ἡμέρας, κατὰ τὴν Παροιμίαν, ἐπὶ τὰ ποτήρια καὶ τὰς φιάλας δι‐ δόντες ἑαυτῶν τοὺς ὀφθαλμοὺς, καὶ περισκοποῦντες ποῦ πότοι γίνονται, οἰνοπωλεῖα καὶ καπηλεῖα περιαθροῦντες,</w:t>
      </w:r>
    </w:p>
    <w:p>
      <w:r>
        <w:rPr>
          <w:rFonts w:ascii="Courier New" w:hAnsi="Courier New"/>
          <w:color w:val="555555"/>
          <w:sz w:val="20"/>
        </w:rPr>
        <w:t>[15]</w:t>
      </w:r>
    </w:p>
    <w:p>
      <w:r>
        <w:rPr>
          <w:rFonts w:ascii="Gentium Plus" w:hAnsi="Gentium Plus"/>
          <w:sz w:val="24"/>
        </w:rPr>
        <w:t>καὶ ἀλλήλους ἐπὶ τὰ συμπόσια παραλαμβάνοντες, καὶ πᾶσαν τῆς ψυχῆς τὴν μέριμναν περὶ τὴν τῶν τοιούτων φροντίδα καταναλίσκοντες. Οὗτοι ὑπὸ τοῦ Προφήτου καταθρη‐ νοῦνται. Οἳ καιρὸν μὲν οὐδένα ἑαυτοῖς πρὸς τὴν τῶν θαυμασίων</w:t>
      </w:r>
    </w:p>
    <w:p>
      <w:r>
        <w:rPr>
          <w:rFonts w:ascii="Courier New" w:hAnsi="Courier New"/>
          <w:color w:val="555555"/>
          <w:sz w:val="20"/>
        </w:rPr>
        <w:t>[20]</w:t>
      </w:r>
    </w:p>
    <w:p>
      <w:r>
        <w:rPr>
          <w:rFonts w:ascii="Gentium Plus" w:hAnsi="Gentium Plus"/>
          <w:sz w:val="24"/>
        </w:rPr>
        <w:t>τοῦ Θεοῦ κατανόησιν παρέχουσιν, οὐδὲ διδόασι σχολὴν τοῖς ὀφθαλμοῖς ἀνανεῦσαι πρὸς οὐρανὸν καὶ τὰ ἐν αὐτῷ κάλλη, ὥστε ἐκ τῆς τούτων διακοσμήσεως τὸν γενεσιουργὸν ἐν‐ νοεῖν· ἀλλὰ καὶ κοσμοῦντες ἑαυτῶν τὸ συμπόσιον τάπησι ποικίλοις καὶ ἀνθινοῖς παραπετάσμασι, περιττὴν δέ τινα</w:t>
      </w:r>
    </w:p>
    <w:p>
      <w:r>
        <w:rPr>
          <w:rFonts w:ascii="Courier New" w:hAnsi="Courier New"/>
          <w:color w:val="555555"/>
          <w:sz w:val="20"/>
        </w:rPr>
        <w:t>[25]</w:t>
      </w:r>
    </w:p>
    <w:p>
      <w:r>
        <w:rPr>
          <w:rFonts w:ascii="Gentium Plus" w:hAnsi="Gentium Plus"/>
          <w:sz w:val="24"/>
        </w:rPr>
        <w:t>σπουδὴν καὶ ἐπιμέλειαν εἰς τὴν τῶν ἐκπωμάτων παρασκευὴν ἐπιδείκνυνται, ψυκτῆρας καὶ ῥυτὰ καὶ φιάλας καὶ κισσύ‐ βιον, καὶ κρατῆρας καὶ τὰ τοιαῦτα ὀνόματά τε καὶ σχή‐ ματα τῇ παρασκευῇ τῆς μέθης ἐπινοοῦντες, ὡς ἂν τὸ τῶν ἀγγείων διάφορον τὸν κόρον αὐτοῖς ὑποκλέπτοι, καὶ ἡ τῶν</w:t>
      </w:r>
    </w:p>
    <w:p>
      <w:r>
        <w:rPr>
          <w:rFonts w:ascii="Courier New" w:hAnsi="Courier New"/>
          <w:color w:val="555555"/>
          <w:sz w:val="20"/>
        </w:rPr>
        <w:t>[30]</w:t>
      </w:r>
    </w:p>
    <w:p>
      <w:r>
        <w:rPr>
          <w:rFonts w:ascii="Gentium Plus" w:hAnsi="Gentium Plus"/>
          <w:sz w:val="24"/>
        </w:rPr>
        <w:t>ἐκπωμάτων ὑπαλλαγὴ καὶ μετάβασις ἱκανὴν αὐτοῖς εἰς τὸ</w:t>
      </w:r>
    </w:p>
    <w:p>
      <w:r>
        <w:rPr>
          <w:rFonts w:ascii="Courier New" w:hAnsi="Courier New"/>
          <w:color w:val="555555"/>
          <w:sz w:val="20"/>
        </w:rPr>
        <w:t>[5 . 155]</w:t>
      </w:r>
    </w:p>
    <w:p>
      <w:r>
        <w:rPr>
          <w:rFonts w:ascii="Gentium Plus" w:hAnsi="Gentium Plus"/>
          <w:sz w:val="24"/>
        </w:rPr>
        <w:t>Συμποσίαρχοι δέ τινες ἐπὶ τούτοις καὶ ἀρχιοι‐ νοχόοι καὶ ἀρχιτρίκλινοι, καὶ τάξις ἐν ἀταξίᾳ καὶ διά‐ θεσις ἐν ἀκόσμῳ πράγματι. Μεθύουσιν οἱ ἐπιστάται, με‐ θύουσιν οἱ ὑπηρέται· πάντα γελώντων καὶ μεθυόντων γέ‐</w:t>
      </w:r>
    </w:p>
    <w:p>
      <w:r>
        <w:rPr>
          <w:rFonts w:ascii="Courier New" w:hAnsi="Courier New"/>
          <w:color w:val="555555"/>
          <w:sz w:val="20"/>
        </w:rPr>
        <w:t>[5]</w:t>
      </w:r>
    </w:p>
    <w:p>
      <w:r>
        <w:rPr>
          <w:rFonts w:ascii="Gentium Plus" w:hAnsi="Gentium Plus"/>
          <w:sz w:val="24"/>
        </w:rPr>
        <w:t>μει· ἐλεεινὸν θέαμα Χριστιανῶν ὀφθαλμοῖς. Εἶτα μέντοι, ὥσπερ ταῖς ἀρχαῖς ταῖς ἔξωθεν ἡ σεμνότης τῶν δορυφό‐ ρων τὴν δυναστείαν παραύξει, οὕτω καὶ τῇ μέθῃ οἷον βασι‐ λίδι θεραπείαν τινὰ περιστήσαντες, τὸ ἐπονείδιστον διὰ τὸ ὑπερβάλλον τῆς σπουδῆς περιστέλλουσι. Στέφανοι ἐπὶ</w:t>
      </w:r>
    </w:p>
    <w:p>
      <w:r>
        <w:rPr>
          <w:rFonts w:ascii="Courier New" w:hAnsi="Courier New"/>
          <w:color w:val="555555"/>
          <w:sz w:val="20"/>
        </w:rPr>
        <w:t>[10]</w:t>
      </w:r>
    </w:p>
    <w:p>
      <w:r>
        <w:rPr>
          <w:rFonts w:ascii="Gentium Plus" w:hAnsi="Gentium Plus"/>
          <w:sz w:val="24"/>
        </w:rPr>
        <w:t>τούτοις καὶ ἄνθη κατασκεδαννύμενα τῷ συμποσίῳ, καὶ μύρα καὶ θυμιάματα, καὶ μυρίαι τινὲς ἔξωθεν θυμηδίαι προσμηχανώμεναι, πλείονα τὴν ἀσχολίαν τοῖς ἀπολλυμέ‐ νοις παρασκευάζουσιν, ἰσόῤῥοπον αὐτοῖς τῇ παρούσῃ φαιδρό‐ τητι τὴν αἰώνιον κόλασιν προξενοῦντα.</w:t>
      </w:r>
    </w:p>
    <w:p>
      <w:r>
        <w:rPr>
          <w:rFonts w:ascii="Courier New" w:hAnsi="Courier New"/>
          <w:color w:val="555555"/>
          <w:sz w:val="20"/>
        </w:rPr>
        <w:t>[15]</w:t>
      </w:r>
    </w:p>
    <w:p>
      <w:r>
        <w:rPr>
          <w:rFonts w:ascii="Gentium Plus" w:hAnsi="Gentium Plus"/>
          <w:sz w:val="24"/>
        </w:rPr>
        <w:t>Εἶτα πόῤῥω, προϊόντος τοῦ πότου, αὐλοὶ καὶ κιθάραι καὶ τύμπανα, κατὰ μὲν τὴν ἀλήθειαν ἀποθρηνοῦντα τοὺς ἀπολλυ‐ μένους, κατὰ δὲ τὴν ἐπιτήδευσιν τῶν μεθυόντων· ὥστε αὐτοῖς πάσας τῆς ψυχῆς τὰς ἡδονὰς τῇ μελῳδίᾳ διεγερθῆναι, ὡς, οὐκ ἀρκοῦντος τοῦ οἴνου, τῇ παρ’ ἑαυτοῦ θερμότητι σμῆνος ἐπι‐</w:t>
      </w:r>
    </w:p>
    <w:p>
      <w:r>
        <w:rPr>
          <w:rFonts w:ascii="Courier New" w:hAnsi="Courier New"/>
          <w:color w:val="555555"/>
          <w:sz w:val="20"/>
        </w:rPr>
        <w:t>[20]</w:t>
      </w:r>
    </w:p>
    <w:p>
      <w:r>
        <w:rPr>
          <w:rFonts w:ascii="Gentium Plus" w:hAnsi="Gentium Plus"/>
          <w:sz w:val="24"/>
        </w:rPr>
        <w:t>θυμιῶν τῇ ἀθλίᾳ ψυχῇ τοῦ πίνοντος ἐπεγεῖραι. —Ἀλλ’ ἵνα πᾶσαι αὐτοῖς αἱ αἰσθήσεις ὑπὸ τῆς ἡδονῆς καταγοητευ‐</w:t>
      </w:r>
    </w:p>
    <w:p>
      <w:r>
        <w:rPr>
          <w:rFonts w:ascii="Courier New" w:hAnsi="Courier New"/>
          <w:color w:val="555555"/>
          <w:sz w:val="20"/>
        </w:rPr>
        <w:t>[25]</w:t>
      </w:r>
    </w:p>
    <w:p>
      <w:r>
        <w:rPr>
          <w:rFonts w:ascii="Gentium Plus" w:hAnsi="Gentium Plus"/>
          <w:sz w:val="24"/>
        </w:rPr>
        <w:t>νόμενα, μᾶλλον δὲ παραβλέπουσι, τὴν ἀκρίβειαν τῆς αἰ‐ σθήσεως ὑπὸ τῆς μέθης ἀφῃρημένοι. Δι’ ἃ εἴρηται τὸ Οὐαὶ οἱ ἐγειρόμενοι τὸ πρωῒ καὶ τὸ σίκερα διώκοντες, οἱ μένοντες τὸ ὀψὲ καὶ διημερεύοντες ἐν τούτοις, ὡς μηδένα καιρὸν ἑαυτοῖς παρέχειν τὰ ἔργα Κυρίου ἐμβλέπειν, καὶ</w:t>
      </w:r>
    </w:p>
    <w:p>
      <w:r>
        <w:rPr>
          <w:rFonts w:ascii="Courier New" w:hAnsi="Courier New"/>
          <w:color w:val="555555"/>
          <w:sz w:val="20"/>
        </w:rPr>
        <w:t>[30]</w:t>
      </w:r>
    </w:p>
    <w:p>
      <w:r>
        <w:rPr>
          <w:rFonts w:ascii="Gentium Plus" w:hAnsi="Gentium Plus"/>
          <w:sz w:val="24"/>
        </w:rPr>
        <w:t>τὰ ἔργα τῶν χειρῶν αὐτοῦ κατανοεῖν. —Πότε γὰρ διδαχθῶσι περὶ Θεοῦ; Τὸ πρωΐ; Ἀλλ’ εὐθὺς ἐξαναστάντες ἀπὸ τοῦ ὕπνου, τὸ σίκερα διώκουσιν. Ἀλλὰ μεσούσης ἡμέρας; Ἀλλὰ τότε δὴ μάλιστα αὐτοῖς αὔξησιν καὶ ἐπίδοσιν ὁ πότος ἔχει. Ἀλλ’ ἑσπέρας; Ἀλλ’ ἔτι πίνουσι. Καὶ ἡ μὲν ἡμέρα αὐτοὺς</w:t>
      </w:r>
    </w:p>
    <w:p>
      <w:r>
        <w:rPr>
          <w:rFonts w:ascii="Courier New" w:hAnsi="Courier New"/>
          <w:color w:val="555555"/>
          <w:sz w:val="20"/>
        </w:rPr>
        <w:t>[35]</w:t>
      </w:r>
    </w:p>
    <w:p>
      <w:r>
        <w:rPr>
          <w:rFonts w:ascii="Gentium Plus" w:hAnsi="Gentium Plus"/>
          <w:sz w:val="24"/>
        </w:rPr>
        <w:t>ἐπιλέλοιπεν, ἡ δὲ μέθη οὐκ ἐπιλείπει· ἀλλὰ μάλιστα δὴ τῆς νυκτὸς, ὡς ἰδίως αὐτοῖς διαφερούσης, ἀντέχονται.</w:t>
      </w:r>
    </w:p>
    <w:p>
      <w:r>
        <w:rPr>
          <w:rFonts w:ascii="Courier New" w:hAnsi="Courier New"/>
          <w:color w:val="555555"/>
          <w:sz w:val="20"/>
        </w:rPr>
        <w:t>[5 . 156]</w:t>
      </w:r>
    </w:p>
    <w:p>
      <w:r>
        <w:rPr>
          <w:rFonts w:ascii="Gentium Plus" w:hAnsi="Gentium Plus"/>
          <w:sz w:val="24"/>
        </w:rPr>
        <w:t>Οὐαὶ οὖν οἱ ἐγειρόμενοι τὸ πρωῒ καὶ τὸ σίκερα διώκοντες, οἱ μένοντες τὸ ὀψέ. Εἶτα τὴν αἰτίαν τοῦ δύνασθαι αὐτοὺς διαρκεῖν ἐν τῷ πότῳ ὁ Προφήτης φησίν· Ὁ γὰρ οἶνος αὐτοὺς συγκαύσει, τὴν αἰτίαν</w:t>
      </w:r>
    </w:p>
    <w:p>
      <w:r>
        <w:rPr>
          <w:rFonts w:ascii="Courier New" w:hAnsi="Courier New"/>
          <w:color w:val="555555"/>
          <w:sz w:val="20"/>
        </w:rPr>
        <w:t>[5]</w:t>
      </w:r>
    </w:p>
    <w:p>
      <w:r>
        <w:rPr>
          <w:rFonts w:ascii="Gentium Plus" w:hAnsi="Gentium Plus"/>
          <w:sz w:val="24"/>
        </w:rPr>
        <w:t>λέγων καθ’ ἣν ἀπλήρωτος αὐτοῖς ἐστιν ἡ τοῦ πίνειν ἐπιθυμία. Ὅτι ἐπειδὰν πολὺς (φησὶν) ὁ ἄκρατος εἰσχεθῇ, πλείονα τὴν θερμασίαν ἐπεισαγαγὼν τῷ σώματι, τὴν φυσικὴν ἰκμάδα τοῦ πίνοντος καταφρύσσει. Εἶτα (οἶμαι) αὐτὸς ἑαυτῷ ὁ οἶνος ὑπέκ‐</w:t>
      </w:r>
    </w:p>
    <w:p>
      <w:r>
        <w:rPr>
          <w:rFonts w:ascii="Courier New" w:hAnsi="Courier New"/>
          <w:color w:val="555555"/>
          <w:sz w:val="20"/>
        </w:rPr>
        <w:t>[10]</w:t>
      </w:r>
    </w:p>
    <w:p>
      <w:r>
        <w:rPr>
          <w:rFonts w:ascii="Gentium Plus" w:hAnsi="Gentium Plus"/>
          <w:sz w:val="24"/>
        </w:rPr>
        <w:t>τῷ εἰσιόντι. Ὥσπερ δὲ αἱ χαράδραι, ἐπιῤῥέοντος μὲν τοῦ ὑγροῦ, πλήρεις εἶναι δοκοῦσι, παρελθόντος δὲ, ξηραὶ καὶ λιθώδεις καὶ ἄνικμοι καταλείπονται, οὕτω καὶ τὰ τῶν μεθυόντων σώματα ἀποχαραδρωθέντα τῇ ἀμετρίᾳ τοῦ οἴ‐ νου, καὶ τὴν ἐκ φύσεως ἰκμάδα προσκατασύρει.</w:t>
      </w:r>
    </w:p>
    <w:p>
      <w:r>
        <w:rPr>
          <w:rFonts w:ascii="Courier New" w:hAnsi="Courier New"/>
          <w:color w:val="555555"/>
          <w:sz w:val="20"/>
        </w:rPr>
        <w:t>[15]</w:t>
      </w:r>
    </w:p>
    <w:p>
      <w:r>
        <w:rPr>
          <w:rFonts w:ascii="Gentium Plus" w:hAnsi="Gentium Plus"/>
          <w:sz w:val="24"/>
        </w:rPr>
        <w:t>Οἱ μένοντες τὸ ὀψέ. Διὰ τοῦτο μένουσι (φησὶ) τὸ ὀψέ· ὁ γὰρ οἶνος αὐτοὺς συγκαύσει. Τὸ δὲ ἐκ τοῦ οἴνου πῦρ, ἐγγινόμενον τῇ σαρκὶ, ἔξαμμα γίνεται τῶν πεπυρωμένων βελῶν τοῦ ἐχ‐ θροῦ. Τὸν μὲν γὰρ λογισμὸν καὶ τὸν νοῦν ὁ οἶνος καταβαπτί‐ ζει, τὰς δὲ ἐπιθυμίας καὶ τὰς ἡδονὰς, ὥσπερ ἔλαιον, φλόγα</w:t>
      </w:r>
    </w:p>
    <w:p>
      <w:r>
        <w:rPr>
          <w:rFonts w:ascii="Courier New" w:hAnsi="Courier New"/>
          <w:color w:val="555555"/>
          <w:sz w:val="20"/>
        </w:rPr>
        <w:t>[20]</w:t>
      </w:r>
    </w:p>
    <w:p>
      <w:r>
        <w:rPr>
          <w:rFonts w:ascii="Gentium Plus" w:hAnsi="Gentium Plus"/>
          <w:sz w:val="24"/>
        </w:rPr>
        <w:t>ἐξάπτει· ὥστε τὸ εἰρημένον, ὅτι Ὁ οἶνος αὐτοὺς συγκαύσει, οὐκ ἐπὶ τὴν εἰς τὸ πίνειν ἐπιθυμίαν μόνον, ἀλλὰ καὶ ἐπὶ τὴν λοιπὴν τοῦ σώματος πύρωσιν ἐκδεχόμεθα. —Εἶτα πα‐ ραύξων τὴν ἀτοπίαν ὁ λόγος πρόεισι· Μετὰ γὰρ κιθάρας (φησὶ) καὶ ψαλτηρίου καὶ τυμπάνων καὶ αὐλῶν τὸν οἶνον</w:t>
      </w:r>
    </w:p>
    <w:p>
      <w:r>
        <w:rPr>
          <w:rFonts w:ascii="Courier New" w:hAnsi="Courier New"/>
          <w:color w:val="555555"/>
          <w:sz w:val="20"/>
        </w:rPr>
        <w:t>[25]</w:t>
      </w:r>
    </w:p>
    <w:p>
      <w:r>
        <w:rPr>
          <w:rFonts w:ascii="Gentium Plus" w:hAnsi="Gentium Plus"/>
          <w:sz w:val="24"/>
        </w:rPr>
        <w:t>πίνουσι. Κιθαρισταὶ γάρ τινες νέοι, οἳ κακῶς παραπεσόντες μεθύουσιν ὀφθαλμοῖς, καὶ αὐλητρίδες καὶ ψάλτριαι, κακῶς τὴν ὥραν διατιθέμεναι, καὶ χοροὶ καὶ συνῳδία κακῶν πρὸς τὸ ἔκλυτον διατεθρυμμένοι τὰ σώματα καὶ ἐπὶ τῇ παν‐ δήμῳ μουσικῇ τὰς ψυχὰς κατακλῶντες, πρὸς πᾶσαν</w:t>
      </w:r>
    </w:p>
    <w:p>
      <w:r>
        <w:rPr>
          <w:rFonts w:ascii="Courier New" w:hAnsi="Courier New"/>
          <w:color w:val="555555"/>
          <w:sz w:val="20"/>
        </w:rPr>
        <w:t>[30]</w:t>
      </w:r>
    </w:p>
    <w:p>
      <w:r>
        <w:rPr>
          <w:rFonts w:ascii="Gentium Plus" w:hAnsi="Gentium Plus"/>
          <w:sz w:val="24"/>
        </w:rPr>
        <w:t>αἰσχρὰν καὶ παράνομον ἡδονὴν τοὺς ἐν τῇ μέθῃ διερεθί‐ ζουσιν. Ἐκ δὲ τούτου τί συμβαίνει; Τὰ ἔργα Κυρίου μὴ ἐμ‐ βλέπειν καὶ τὰ ἔργα τῶν χειρῶν αὐτοῦ μὴ κατανοεῖν. Ἀλλὰ τὸ μὲν Ἐμβλέπειν τὴν δι’ ὀφθαλμῶν κατάληψιν τῶν</w:t>
      </w:r>
    </w:p>
    <w:p>
      <w:r>
        <w:rPr>
          <w:rFonts w:ascii="Courier New" w:hAnsi="Courier New"/>
          <w:color w:val="555555"/>
          <w:sz w:val="20"/>
        </w:rPr>
        <w:t>[35]</w:t>
      </w:r>
    </w:p>
    <w:p>
      <w:r>
        <w:rPr>
          <w:rFonts w:ascii="Gentium Plus" w:hAnsi="Gentium Plus"/>
          <w:sz w:val="24"/>
        </w:rPr>
        <w:t>ὁρατῶν ὑποφαίνει· τὸ δὲ Κατανοεῖν τὴν διὰ τοῦ νοῦ θεω‐</w:t>
      </w:r>
    </w:p>
    <w:p>
      <w:r>
        <w:rPr>
          <w:rFonts w:ascii="Courier New" w:hAnsi="Courier New"/>
          <w:color w:val="555555"/>
          <w:sz w:val="20"/>
        </w:rPr>
        <w:t>[5 . 157]</w:t>
      </w:r>
    </w:p>
    <w:p>
      <w:r>
        <w:rPr>
          <w:rFonts w:ascii="Gentium Plus" w:hAnsi="Gentium Plus"/>
          <w:sz w:val="24"/>
        </w:rPr>
        <w:t>Τί οὖν ἐστι τὸ λεγόμενον; Ὅτι μέθη ἀθεότητός ἐστιν ἀρχὴ, σκότωσις οὖσα τοῦ διανοητικοῦ, δι’ οὗ μά‐ λιστα ὁ Θεὸς ἐπιγινώσκεσθαι πέφυκεν. Ἔργα δὲ χειρῶν καὶ ἡ προσδοκωμένη ἀντίδοσις, τὸ πῦρ ἐκεῖνο καὶ ἡ ἐν ᾅδου</w:t>
      </w:r>
    </w:p>
    <w:p>
      <w:r>
        <w:rPr>
          <w:rFonts w:ascii="Courier New" w:hAnsi="Courier New"/>
          <w:color w:val="555555"/>
          <w:sz w:val="20"/>
        </w:rPr>
        <w:t>[5]</w:t>
      </w:r>
    </w:p>
    <w:p>
      <w:r>
        <w:rPr>
          <w:rFonts w:ascii="Gentium Plus" w:hAnsi="Gentium Plus"/>
          <w:sz w:val="24"/>
        </w:rPr>
        <w:t>κόλασις, γλῶσσα κατάξηρος μικρᾶς ῥανίδος παραμυθίαν ἐπιθυμοῦσα· φλὸξ πανταχόθεν, οὐδὲ ἀέρος ἀναπνοὴν ἀνα‐ ψύχειν τὸν καύσωνα, τὸν ἐν τοῖς σπλάγχνοις ἐῶσα. Ἄνθ’ ὧν αὐληταὶ, ὁ στεναγμός· ἀντὶ τῆς ἀμέτρου μέθης, ἐπιθυμία σταγόνος, τῆς σαρκὸς τῶν μεθυόντων ἀποτηγανιζομένης</w:t>
      </w:r>
    </w:p>
    <w:p>
      <w:r>
        <w:rPr>
          <w:rFonts w:ascii="Courier New" w:hAnsi="Courier New"/>
          <w:color w:val="555555"/>
          <w:sz w:val="20"/>
        </w:rPr>
        <w:t>[10]</w:t>
      </w:r>
    </w:p>
    <w:p>
      <w:r>
        <w:rPr>
          <w:rFonts w:ascii="Gentium Plus" w:hAnsi="Gentium Plus"/>
          <w:sz w:val="24"/>
        </w:rPr>
        <w:t>ἐν τῇ καμίνῳ· ἀντὶ τῶν ἀσελγῶν θεαμάτων, τὸ σκότος τὸ βαθύ· ἀντὶ τῆς ἀκοιμήτου ἐπιθυμίας, ὁ ἀκοίμητος σκώληξ. —Οἱ οὖν ἐν τῇ μέθῃ τὸν νοῦν ἑαυτῶν καταβυ‐ θίσαντες, κατανοεῖν ταῦτα τὰ ἔργα τῶν χειρῶν ἀδυνατοῦσι· καὶ διὰ τὸ μὴ προβλέπειν τὰ ἀναμένοντα αὐτοὺς, εἰκότως</w:t>
      </w:r>
    </w:p>
    <w:p>
      <w:r>
        <w:rPr>
          <w:rFonts w:ascii="Courier New" w:hAnsi="Courier New"/>
          <w:color w:val="555555"/>
          <w:sz w:val="20"/>
        </w:rPr>
        <w:t>[15]</w:t>
      </w:r>
    </w:p>
    <w:p>
      <w:r>
        <w:rPr>
          <w:rFonts w:ascii="Gentium Plus" w:hAnsi="Gentium Plus"/>
          <w:sz w:val="24"/>
        </w:rPr>
        <w:t>ὡς ἤδη ἐν αὐτοῖς ὄντας τοῖς δεινοῖς ὁ λόγος ὀδύρεται. Ἀκουέτωσαν τούτων οἱ ἀντὶ τῶν Εὐαγγελίων τὰς κιθάρας καὶ τὰς λύρας ἐπὶ τῶν οἴκων φυλάσσοντες, ὅτι ὡς ἤδη ἀπολωλότας ὁ Προφήτης ἀνακαλεῖται, ἐκ τῆς κατ’ ἀγάπην</w:t>
      </w:r>
    </w:p>
    <w:p>
      <w:r>
        <w:rPr>
          <w:rFonts w:ascii="Courier New" w:hAnsi="Courier New"/>
          <w:color w:val="555555"/>
          <w:sz w:val="20"/>
        </w:rPr>
        <w:t>[5 . 158]</w:t>
      </w:r>
    </w:p>
    <w:p>
      <w:r>
        <w:rPr>
          <w:rFonts w:ascii="Gentium Plus" w:hAnsi="Gentium Plus"/>
          <w:sz w:val="24"/>
        </w:rPr>
        <w:t>Οὐαὶ (φησὶν) οἱ μετὰ κιθάρας καὶ αὐλῶν καὶ τυμ‐ πάνων καὶ ψαλμῶν τὸν οἶνον πίνοντες. Σοὶ δὲ χρυσῷ καὶ ἐλέφαντι πεποικιλμένη ἡ λύρα, ἐφ’ ὑ‐ ψηλοῦ τινος βωμοῦ ὥσπερ τι ἄγαλμα καὶ εἴδωλον δαιμόνων</w:t>
      </w:r>
    </w:p>
    <w:p>
      <w:r>
        <w:rPr>
          <w:rFonts w:ascii="Courier New" w:hAnsi="Courier New"/>
          <w:color w:val="555555"/>
          <w:sz w:val="20"/>
        </w:rPr>
        <w:t>[5]</w:t>
      </w:r>
    </w:p>
    <w:p>
      <w:r>
        <w:rPr>
          <w:rFonts w:ascii="Gentium Plus" w:hAnsi="Gentium Plus"/>
          <w:sz w:val="24"/>
        </w:rPr>
        <w:t>ἀνάκειται· καὶ γυνή τις ἀθλία, ἀντὶ τοῦ τὰς χεῖρας ἐρείδειν πρὸς ἄτρακτον διδαχθῆναι, διὰ τὴν ἐκ τῆς δουλείας ἀνάγκην ἐπὶ λύραν ἐκτείνειν ἐδιδάχθη παρὰ σοῦ, ἴσως καὶ μισθοὺς τελέ‐ σαντος, τάχα καὶ προαγωγῷ τινι γυναικὶ παραδόντος, ἣ μετὰ τὸ πᾶσαν ἀσέλγειαν ἐν τῷ ἰδίῳ σώματι ἀπαθλῆσαι, ταῖς νέαις</w:t>
      </w:r>
    </w:p>
    <w:p>
      <w:r>
        <w:rPr>
          <w:rFonts w:ascii="Courier New" w:hAnsi="Courier New"/>
          <w:color w:val="555555"/>
          <w:sz w:val="20"/>
        </w:rPr>
        <w:t>[10]</w:t>
      </w:r>
    </w:p>
    <w:p>
      <w:r>
        <w:rPr>
          <w:rFonts w:ascii="Gentium Plus" w:hAnsi="Gentium Plus"/>
          <w:sz w:val="24"/>
        </w:rPr>
        <w:t>προκάθηται τῶν ὁμοίων διδάσκαλος. Ὑπὲρ ἧς σοι ἐν τῇ ἡμέρᾳ τῆς κρίσεως διπλοῦν τὸ κακὸν ἀπαντήσεται· ὧν τε αὐτὸς ἀσελγαίνεις, καὶ ὧν ἀθλίαν ψυχὴν διὰ πονηρῶν διδαγ‐ μάτων ἀπηλλοτρίωσας τοῦ Θεοῦ. Εἶτα παρίσταται τῇ λύρᾳ καὶ ἐπιβάλλει τοῖς φθόγγοις τὰς</w:t>
      </w:r>
    </w:p>
    <w:p>
      <w:r>
        <w:rPr>
          <w:rFonts w:ascii="Courier New" w:hAnsi="Courier New"/>
          <w:color w:val="555555"/>
          <w:sz w:val="20"/>
        </w:rPr>
        <w:t>[15]</w:t>
      </w:r>
    </w:p>
    <w:p>
      <w:r>
        <w:rPr>
          <w:rFonts w:ascii="Gentium Plus" w:hAnsi="Gentium Plus"/>
          <w:sz w:val="24"/>
        </w:rPr>
        <w:t>χεῖρας· γυμνὸς ὁ πῆχυς, ἀναιδὲς τὸ πρόσωπον. Εἶτα ἐπέσ‐ τραπται τὸ συμπόσιον ἅπαν, καὶ οἱ ὀφθαλμοὶ πάντων ἐκεῖ φέρονται, καὶ ὦτα ὑποσιωπᾷ τοῖς κρούμασι· καὶ κατα‐ στέλλεται μὲν ὁ θόρυβος ἐκεῖ, κατασιγάζεται δὲ ὁ γέ‐ λως καὶ τῶν ἀσελγῶν ῥημάτων ἡ ἅμιλλα. Ἐφησυχά‐</w:t>
      </w:r>
    </w:p>
    <w:p>
      <w:r>
        <w:rPr>
          <w:rFonts w:ascii="Courier New" w:hAnsi="Courier New"/>
          <w:color w:val="555555"/>
          <w:sz w:val="20"/>
        </w:rPr>
        <w:t>[20]</w:t>
      </w:r>
    </w:p>
    <w:p>
      <w:r>
        <w:rPr>
          <w:rFonts w:ascii="Gentium Plus" w:hAnsi="Gentium Plus"/>
          <w:sz w:val="24"/>
        </w:rPr>
        <w:t>ζουσι δὲ οἱ κατὰ τὸν οἶκον ἅπαντες τῇ ἀκολάστῳ με‐ λῳδίᾳ κατακηλούμενοι ... οὐχ ἡσυχάζει δὲ ἐν τῇ τοῦ Θεοῦ ἐκκλησίᾳ, οὔτε ὑποσιωπᾷ ταῖς τοῦ Εὐαγγελίου φωναῖς, ὁ ἐκεῖ σιωπῶν. Εἰκότως. Ὁ γὰρ ἐκεῖ σιωπὴν ἐπιτάσσων</w:t>
      </w:r>
    </w:p>
    <w:p>
      <w:r>
        <w:rPr>
          <w:rFonts w:ascii="Courier New" w:hAnsi="Courier New"/>
          <w:color w:val="555555"/>
          <w:sz w:val="20"/>
        </w:rPr>
        <w:t>[25]</w:t>
      </w:r>
    </w:p>
    <w:p>
      <w:r>
        <w:rPr>
          <w:rFonts w:ascii="Gentium Plus" w:hAnsi="Gentium Plus"/>
          <w:sz w:val="24"/>
        </w:rPr>
        <w:t>θέαμα σώφροσιν ὀφθαλμοῖς μὴ ἱστουργεῖν γυναῖκα, ἀλλὰ λυρῳδεῖν· μὴ ὑπὸ ἰδίου γνωρίζεσθαι ἀνδρὸς, ἀλλ’ ὑπὸ ἄλλων ἀποβλέπεσθαι· πάνδημον εἶναι· μὴ ψαλμὸν ᾄδειν ἐξομολογήσεως, ἀλλὰ ᾄσματα πόρνης· μὴ Θεὸν ἱκετεύειν, ἀλλ’ ἐπὶ τὴν γέενναν ἐπείγεσθαι· μὴ εἰς ἐκκλησίαν Θεοῦ</w:t>
      </w:r>
    </w:p>
    <w:p>
      <w:r>
        <w:rPr>
          <w:rFonts w:ascii="Courier New" w:hAnsi="Courier New"/>
          <w:color w:val="555555"/>
          <w:sz w:val="20"/>
        </w:rPr>
        <w:t>[30]</w:t>
      </w:r>
    </w:p>
    <w:p>
      <w:r>
        <w:rPr>
          <w:rFonts w:ascii="Gentium Plus" w:hAnsi="Gentium Plus"/>
          <w:sz w:val="24"/>
        </w:rPr>
        <w:t>σπουδάζειν, ἀλλὰ συνεκβάλλειν ἑαυτῇ καὶ ἑτέρους. Ἐχθρὰ μὲν ταύτῃ ἔρια· στήμονα δὲ κατάγειν, ἢ κρόκην στρέφειν οὔτε οἶδεν, οὔτε θέλει. Μεθύουσι δὲ συνοῦσα, τὰ ἐκείνων ἐπιτηδεύει. Ὄντως ἱστὸν ἀράχνης ὑφαίνουσιν, οἷον ἐν στήμοσί τισι</w:t>
      </w:r>
    </w:p>
    <w:p>
      <w:r>
        <w:rPr>
          <w:rFonts w:ascii="Courier New" w:hAnsi="Courier New"/>
          <w:color w:val="555555"/>
          <w:sz w:val="20"/>
        </w:rPr>
        <w:t>[35]</w:t>
      </w:r>
    </w:p>
    <w:p>
      <w:r>
        <w:rPr>
          <w:rFonts w:ascii="Gentium Plus" w:hAnsi="Gentium Plus"/>
          <w:sz w:val="24"/>
        </w:rPr>
        <w:t>ταῖς ἐντεταμέναις νευραῖς τὰς χεῖρας ἑαυτῶν ἐπιβάλλουσαι, πυκνὰ δὲ τὸ κέντρον οἷον κερκίδα, ὧδε καὶ ὧδε μετα‐ κομίσασαι, πέρας οὐδὲν τῆς ἐνεργείας ἐπιδεικνύουσι. Τῶν μὲν γὰρ τεχνῶν, ὅσαι κατὰ τὸν βίον ἀναγκαῖαι, καὶ τὸ τέλος ὀφθαλμοῖς ἐγκείμενόν ἐστιν, οἷον τεκτονικῆς τὸ βάθρον,</w:t>
      </w:r>
    </w:p>
    <w:p>
      <w:r>
        <w:rPr>
          <w:rFonts w:ascii="Courier New" w:hAnsi="Courier New"/>
          <w:color w:val="555555"/>
          <w:sz w:val="20"/>
        </w:rPr>
        <w:t>[40]</w:t>
      </w:r>
    </w:p>
    <w:p>
      <w:r>
        <w:rPr>
          <w:rFonts w:ascii="Gentium Plus" w:hAnsi="Gentium Plus"/>
          <w:sz w:val="24"/>
        </w:rPr>
        <w:t>οἰκοδομικῆς οἰκία, ναυπηγικῆς τὸ πλοῖον, ὑφαντικῆς τὸ ἱμάτιον, χαλκευτικῆς ἡ μάχαιρα· τῶν δὲ ματαιοτεχνιῶν, οἷον κιθαριστικῆς, ἢ ὀρχηστικῆς, ἢ αὐλητικῆς, ἢ ἄλλων τοιούτων, παυσαμένης τῆς ἐνεργείας, τὸ ἔργον συναφανί‐ ζεται. Καὶ ὄντως, κατὰ τὴν ἀποστολικὴν φωνὴν, τὸ τέλος</w:t>
      </w:r>
    </w:p>
    <w:p>
      <w:r>
        <w:rPr>
          <w:rFonts w:ascii="Courier New" w:hAnsi="Courier New"/>
          <w:color w:val="555555"/>
          <w:sz w:val="20"/>
        </w:rPr>
        <w:t>[45]</w:t>
      </w:r>
    </w:p>
    <w:p>
      <w:r>
        <w:rPr>
          <w:rFonts w:ascii="Gentium Plus" w:hAnsi="Gentium Plus"/>
          <w:sz w:val="24"/>
        </w:rPr>
        <w:t>τούτων ἀπώλεια. Ταῦτα τοῖς διὰ πολλὴν ἄνεσιν τρυφῆς χρωμένοις παρὰ δεῖπνον, ἤτοι συνεχῶς, ἢ ἐν οἷς ὑπολαμβάνουσι καιροῖς εὐφρο‐ σύνης γάμων, ἢ ἑστιάσεων, αὐλοῖς καὶ κιθάραις, καὶ χοροῖς, ἀναγκαίως ἡμῖν ἐξήτασται, ἵνα τὴν ἐκ τοῦ θείου λόγου</w:t>
      </w:r>
    </w:p>
    <w:p>
      <w:r>
        <w:rPr>
          <w:rFonts w:ascii="Courier New" w:hAnsi="Courier New"/>
          <w:color w:val="555555"/>
          <w:sz w:val="20"/>
        </w:rPr>
        <w:t>[5 . 158 (50)]</w:t>
      </w:r>
    </w:p>
    <w:p>
      <w:r>
        <w:rPr>
          <w:rFonts w:ascii="Gentium Plus" w:hAnsi="Gentium Plus"/>
          <w:sz w:val="24"/>
        </w:rPr>
        <w:t>διαβολὴν πρὸς τὰς τοιαύτας ἐπιτηδεύσεις καταμαθόντες, φόβῳ τῶν ἐπηρτημένων δεινῶν, πρὸς γοῦν τὸ ἐφεξῆς τὴν</w:t>
      </w:r>
    </w:p>
    <w:p>
      <w:r>
        <w:rPr>
          <w:rFonts w:ascii="Courier New" w:hAnsi="Courier New"/>
          <w:color w:val="555555"/>
          <w:sz w:val="20"/>
        </w:rPr>
        <w:t>[55]</w:t>
      </w:r>
    </w:p>
    <w:p>
      <w:r>
        <w:rPr>
          <w:rFonts w:ascii="Gentium Plus" w:hAnsi="Gentium Plus"/>
          <w:sz w:val="24"/>
        </w:rPr>
        <w:t>τὰς ψυχάς.</w:t>
      </w:r>
    </w:p>
    <w:p>
      <w:r>
        <w:rPr>
          <w:rFonts w:ascii="Courier New" w:hAnsi="Courier New"/>
          <w:color w:val="555555"/>
          <w:sz w:val="20"/>
        </w:rPr>
        <w:t>[5 . 159]</w:t>
      </w:r>
    </w:p>
    <w:p>
      <w:r>
        <w:rPr>
          <w:rFonts w:ascii="Gentium Plus" w:hAnsi="Gentium Plus"/>
          <w:sz w:val="24"/>
        </w:rPr>
        <w:t>Οὐαὶ (φησὶν) οἱ ἐγειρόμενοι τὸ πρωῒ καὶ τὸ σίκερα διώκοντες. Τουτέστιν οἱ ἅμα τῷ λυθῆναι αὐτοῖς τὸν ἐκ τῆς ἀγνοίας σκότον διὰ τῆς εἰς θεογνωσίαν εἰσαγωγῆς, ἀνατείλαντος</w:t>
      </w:r>
    </w:p>
    <w:p>
      <w:r>
        <w:rPr>
          <w:rFonts w:ascii="Courier New" w:hAnsi="Courier New"/>
          <w:color w:val="555555"/>
          <w:sz w:val="20"/>
        </w:rPr>
        <w:t>[5]</w:t>
      </w:r>
    </w:p>
    <w:p>
      <w:r>
        <w:rPr>
          <w:rFonts w:ascii="Gentium Plus" w:hAnsi="Gentium Plus"/>
          <w:sz w:val="24"/>
        </w:rPr>
        <w:t>αὐτοῖς τοῦ ἡλίου τῆς δικαιοσύνης (ἀντὶ τῶν προτέρων ἀνόμων καὶ ἀσεβῶν θεοσεβεῖς χρηματίσαντες καὶ ἐγκαταλεγέντες Ἐκκλησίᾳ Θεοῦ) οὕτως ὑπὸ τῶν παθῶν τῆς σαρκὸς κατα‐ κρατούμενοι, ὥστε ἐξίστασθαι τῶν λογισμῶν καὶ ἀνατρέπεσ‐ θαι ἐξίσου τοῖς ὑπὸ μέθης ἐσκοτισμένοις. Τοὺς οὖν τοιού‐</w:t>
      </w:r>
    </w:p>
    <w:p>
      <w:r>
        <w:rPr>
          <w:rFonts w:ascii="Courier New" w:hAnsi="Courier New"/>
          <w:color w:val="555555"/>
          <w:sz w:val="20"/>
        </w:rPr>
        <w:t>[10]</w:t>
      </w:r>
    </w:p>
    <w:p>
      <w:r>
        <w:rPr>
          <w:rFonts w:ascii="Gentium Plus" w:hAnsi="Gentium Plus"/>
          <w:sz w:val="24"/>
        </w:rPr>
        <w:t>τους ὁ λόγος ταλανίζει, τοὺς μετὰ τὴν τοῦ θεοῦ διδασκα‐ λίαν ἐπιδιδόντας ἑαυτοὺς μέθῃ παθῶν, Οἶδε γὰρ μεθύοντας καὶ χωρὶς οἴνου πολλάκις, ὁ λέγων· Οὐαὶ οἱ μεθύοντες ἄνευ οἴνου. Ὥσπερ γὰρ ὁ οἶνος πλείων τῆς χρείας, ἢ τῆς δυνά‐</w:t>
      </w:r>
    </w:p>
    <w:p>
      <w:r>
        <w:rPr>
          <w:rFonts w:ascii="Courier New" w:hAnsi="Courier New"/>
          <w:color w:val="555555"/>
          <w:sz w:val="20"/>
        </w:rPr>
        <w:t>[15]</w:t>
      </w:r>
    </w:p>
    <w:p>
      <w:r>
        <w:rPr>
          <w:rFonts w:ascii="Gentium Plus" w:hAnsi="Gentium Plus"/>
          <w:sz w:val="24"/>
        </w:rPr>
        <w:t>μεως τοῦ πίνοντος εἰσρυεὶς, σκότωσιν ἐπάγειν τῷ λογισμῷ πέφυκεν, οὕτω καὶ πάθη ἐπιθυμίας, ἢ λύπης, ἢ θυμοῦ, κατακρατήσαντα τοῦ λογισμοῦ, ἔκφρονας ποιεῖ τοὺς ὑ‐ π’ αὐτῶν κατεχομένους. Ἄθλιοι οὖν καὶ τρισάθλιοι οἱ μὴ μό‐ νον ἀρχομένου τοῦ βίου τῇ μέθῃ βεβαπτισμένοι, ἀλλὰ καὶ</w:t>
      </w:r>
    </w:p>
    <w:p>
      <w:r>
        <w:rPr>
          <w:rFonts w:ascii="Courier New" w:hAnsi="Courier New"/>
          <w:color w:val="555555"/>
          <w:sz w:val="20"/>
        </w:rPr>
        <w:t>[20]</w:t>
      </w:r>
    </w:p>
    <w:p>
      <w:r>
        <w:rPr>
          <w:rFonts w:ascii="Gentium Plus" w:hAnsi="Gentium Plus"/>
          <w:sz w:val="24"/>
        </w:rPr>
        <w:t>μένοντες τὸ ὀψέ, τουτέστιν οἱ μέχρι τῶν δυσμῶν τῆς ζωῆς πάθεσιν ἑαυτοὺς παραπέμποντες. —Καθ’ ἕνα μὲν οὖν τρόπον ὁ ἐκ τῆς ἐπιγνώσεως τοῦ Θεοῦ φωτισμὸς ἐγγινόμενος ταῖς καρδίαις πρωΐα λέγεται· καθ’ ἕτερον δὲ, καθ’ ὃν ἀρχόμεθα τῆς λογικῆς ζωῆς, συμπληρωθέντος τοῦ λόγου. Καθ’ ἑκά‐</w:t>
      </w:r>
    </w:p>
    <w:p>
      <w:r>
        <w:rPr>
          <w:rFonts w:ascii="Courier New" w:hAnsi="Courier New"/>
          <w:color w:val="555555"/>
          <w:sz w:val="20"/>
        </w:rPr>
        <w:t>[25]</w:t>
      </w:r>
    </w:p>
    <w:p>
      <w:r>
        <w:rPr>
          <w:rFonts w:ascii="Gentium Plus" w:hAnsi="Gentium Plus"/>
          <w:sz w:val="24"/>
        </w:rPr>
        <w:t>τερον γὰρ σκοτία καὶ νὺξ ὁ πρότερον βίος, ἤτοι τοῦ λόγου μήπω τετελειωμένου, καὶ τῆς ψυχῆς ἐν ἀλογίᾳ βεβαπτι‐ σμένης· ἢ διὰ τὴν ἀπὸ Θεοῦ ἀλλοτρίωσιν, σκότῳ βαθεῖ τῆς διανοίας κεκαλυμμένης.</w:t>
      </w:r>
    </w:p>
    <w:p>
      <w:r>
        <w:rPr>
          <w:rFonts w:ascii="Courier New" w:hAnsi="Courier New"/>
          <w:color w:val="555555"/>
          <w:sz w:val="20"/>
        </w:rPr>
        <w:t>[5 . 160]</w:t>
      </w:r>
    </w:p>
    <w:p>
      <w:r>
        <w:rPr>
          <w:rFonts w:ascii="Gentium Plus" w:hAnsi="Gentium Plus"/>
          <w:sz w:val="24"/>
        </w:rPr>
        <w:t>Οὐαὶ οὖν οἱ ἐγειρόμενοι τὸ πρωῒ, τουτέστιν οἱ ἄρτι τὴν ἐκ τῆς νεότητος ἄνοιαν ἀποθέμενοι καὶ, ἀντὶ τοῦ διὰ τῆς τοῦ λόγου δυνάμεως εὐτόνως καταπα‐ λαίειν τὰ πάθη, ἀνατρεπόμενοι παρ’ αὐτῶν καὶ οἷόν τινα μέθην</w:t>
      </w:r>
    </w:p>
    <w:p>
      <w:r>
        <w:rPr>
          <w:rFonts w:ascii="Courier New" w:hAnsi="Courier New"/>
          <w:color w:val="555555"/>
          <w:sz w:val="20"/>
        </w:rPr>
        <w:t>[5]</w:t>
      </w:r>
    </w:p>
    <w:p>
      <w:r>
        <w:rPr>
          <w:rFonts w:ascii="Gentium Plus" w:hAnsi="Gentium Plus"/>
          <w:sz w:val="24"/>
        </w:rPr>
        <w:t>τὰ πάθη μεταδιώκοντες. Ταλανώτατοι μὲν γὰρ οἱ, ἀρχομένου τοῦ βίου καὶ λήγοντος, τῆς τοιαύτης μέθης μὴ ἀπολήγοντες. —Διαφοραὶ δὲ πολλαὶ τῶν μεθυόντων· οἱ μὲν γὰρ εὐθὺς μετὰ τὸν ὄρθρον τῆς μέθης ἐπαύσαντο, οἱ δὲ ἐπὶ μικρὸν προελ‐ θόντες ἔληξαν, οἱ δὲ ἐπὶ πλεῖον παρέτειναν. Καλὸν μὲν οὖν</w:t>
      </w:r>
    </w:p>
    <w:p>
      <w:r>
        <w:rPr>
          <w:rFonts w:ascii="Courier New" w:hAnsi="Courier New"/>
          <w:color w:val="555555"/>
          <w:sz w:val="20"/>
        </w:rPr>
        <w:t>[10]</w:t>
      </w:r>
    </w:p>
    <w:p>
      <w:r>
        <w:rPr>
          <w:rFonts w:ascii="Gentium Plus" w:hAnsi="Gentium Plus"/>
          <w:sz w:val="24"/>
        </w:rPr>
        <w:t>τὸ ἅμα τῷ ἐγερθῆναι, ζητῆσαι τὸ νηφαλίως ζῆσαι καὶ ἱερατικῶς, ἵνα ἄξιοι γενώμεθα τῆς εἰς τὰ ἅγια εἰσόδου, οἶνον καὶ σίκερα μὴ πίνοντες. Γέγραπται γάρ· Καὶ ἐλάλησε</w:t>
      </w:r>
    </w:p>
    <w:p>
      <w:r>
        <w:rPr>
          <w:rFonts w:ascii="Courier New" w:hAnsi="Courier New"/>
          <w:color w:val="555555"/>
          <w:sz w:val="20"/>
        </w:rPr>
        <w:t>[15]</w:t>
      </w:r>
    </w:p>
    <w:p>
      <w:r>
        <w:rPr>
          <w:rFonts w:ascii="Gentium Plus" w:hAnsi="Gentium Plus"/>
          <w:sz w:val="24"/>
        </w:rPr>
        <w:t>σκηνὴν τοῦ μαρτυρίου. Ἐπεὶ δὲ δύσκολον ἐν ἀνθρώπου φύσει κατορθωθῆναι τὸ ἀναμάρτητον, δεύτερος (φησὶ) πλοῦς εὐθὺς μετὰ τὴν πρωΐαν ἀναστῆναι ἀπὸ τῆς μέθης. Τῶν δὲ χρονιζόντων ἐν οἴνοις καὶ τῶν ζητούντων ποῦ πότοι γίνονται, ἄσχολός ἐστιν ἡ διάνοια περὶ τὴν τούτων</w:t>
      </w:r>
    </w:p>
    <w:p>
      <w:r>
        <w:rPr>
          <w:rFonts w:ascii="Courier New" w:hAnsi="Courier New"/>
          <w:color w:val="555555"/>
          <w:sz w:val="20"/>
        </w:rPr>
        <w:t>[20]</w:t>
      </w:r>
    </w:p>
    <w:p>
      <w:r>
        <w:rPr>
          <w:rFonts w:ascii="Gentium Plus" w:hAnsi="Gentium Plus"/>
          <w:sz w:val="24"/>
        </w:rPr>
        <w:t>ἔρευναν, ὥστε μὴ δύνασθαι ἐμβλέπειν τοῖς ἔργοις Κυρίου, μηδὲ κατανοεῖν τὰ ἔργα τῶν χειρῶν αὐτοῦ. Ἀλλὰ κιθάρα καὶ ψαλτήριον τὴν μέθην αὐτοῖς συνεπιτείνει, τὰ εὑρήματα τοῦ Ἰουβὰλ, τοῦ ἐκ τῆς γενεαλογίας Κάϊν καθήκοντος. Ἔλαβε γὰρ ἑαυτῷ (φησὶ) Λάμεχ δύο γυναῖκας· ὄνομα τῇ μιᾷ,</w:t>
      </w:r>
    </w:p>
    <w:p>
      <w:r>
        <w:rPr>
          <w:rFonts w:ascii="Courier New" w:hAnsi="Courier New"/>
          <w:color w:val="555555"/>
          <w:sz w:val="20"/>
        </w:rPr>
        <w:t>[25]</w:t>
      </w:r>
    </w:p>
    <w:p>
      <w:r>
        <w:rPr>
          <w:rFonts w:ascii="Gentium Plus" w:hAnsi="Gentium Plus"/>
          <w:sz w:val="24"/>
        </w:rPr>
        <w:t>Ἀδδὰ, καὶ ὄνομα τῇ δευτέρᾳ, Σελλά. Καὶ ἔτεκεν Ἀδδὰ τὸν Ἰωβήλ. Οὗτος ἦν πατὴρ οἰκούντων ἐν σκηναῖς κτηνοτρό‐ φων. Καὶ ὄνομα τῷ ἀδελφῷ αὐτοῦ Ἰουβάλ· οὗτος ἦν ὁ καταδείξας ψαλτήριον καὶ κιθάραν. —Τοιαύτης ἦν κιθάρας καὶ μουσικῆς ὁ Λάβαν οἰκεῖος, μεθ’ ἧς ἐβούλετο παρα‐</w:t>
      </w:r>
    </w:p>
    <w:p>
      <w:r>
        <w:rPr>
          <w:rFonts w:ascii="Courier New" w:hAnsi="Courier New"/>
          <w:color w:val="555555"/>
          <w:sz w:val="20"/>
        </w:rPr>
        <w:t>[30]</w:t>
      </w:r>
    </w:p>
    <w:p>
      <w:r>
        <w:rPr>
          <w:rFonts w:ascii="Gentium Plus" w:hAnsi="Gentium Plus"/>
          <w:sz w:val="24"/>
        </w:rPr>
        <w:t>πέμπειν τὸν Ἰακώβ. Εἰ γὰρ ἀνήγγειλάς μοι, ἐξαπέστειλα ἄν σε μετὰ εὐφροσύνης καὶ μετὰ μουσικῶν τυμπάνων καὶ κιθάρας. Ἀλλ’ ἀπεδίδρασκεν ὁ πατριάρχης, ὡς ἐμπόδιον οὖσαν πρὸς τὸ ἐμβλέπειν τοῖς ἔργοις Κυρίου καὶ κατανοεῖν τὰ ἔργα τῶν χειρῶν αὐτοῦ.</w:t>
      </w:r>
    </w:p>
    <w:p>
      <w:r>
        <w:rPr>
          <w:rFonts w:ascii="Courier New" w:hAnsi="Courier New"/>
          <w:color w:val="555555"/>
          <w:sz w:val="20"/>
        </w:rPr>
        <w:t>[5 . 161]</w:t>
      </w:r>
    </w:p>
    <w:p>
      <w:r>
        <w:rPr>
          <w:rFonts w:ascii="Gentium Plus" w:hAnsi="Gentium Plus"/>
          <w:sz w:val="24"/>
        </w:rPr>
        <w:t>Ἀλλὰ καὶ τοῦ Ναβουχοδονόσορ ἐπὶ τοῦ ἐγκαινι‐ σμοῦ τῆς εἰκόνος, σάλπιγγος καὶ σύριγγος καὶ κιθάρας καὶ σαμβύκης καὶ ψαλτηρίου συμφωνίας, καὶ παντὸς γένους μουσικῶν συνηχούντων, οἱ μὲν λαοὶ καὶ αἱ φυλαὶ καὶ αἱ</w:t>
      </w:r>
    </w:p>
    <w:p>
      <w:r>
        <w:rPr>
          <w:rFonts w:ascii="Courier New" w:hAnsi="Courier New"/>
          <w:color w:val="555555"/>
          <w:sz w:val="20"/>
        </w:rPr>
        <w:t>[5]</w:t>
      </w:r>
    </w:p>
    <w:p>
      <w:r>
        <w:rPr>
          <w:rFonts w:ascii="Gentium Plus" w:hAnsi="Gentium Plus"/>
          <w:sz w:val="24"/>
        </w:rPr>
        <w:t>γλῶσσαι κατέπιπτον· οἱ δὲ τὸν Βαβυλώνιον οἶνον πίνειν πόῤῥωθεν μὴ ἀνασχόμενοι καὶ τὴν τρυφὴν βδελυξάμενοι τῆς βασιλικῆς τραπέζης, οὔτε πεσόντες προσεκύνησαν καὶ κατεφρόνησαν πάσης ἀνθρωπίνης δυναστείας καὶ αὐτὴν δὲ κατέσβεσαν τὴν δύναμιν τοῦ πυρός. —Εἰ δὲ ἁμάρτημά ἐστι</w:t>
      </w:r>
    </w:p>
    <w:p>
      <w:r>
        <w:rPr>
          <w:rFonts w:ascii="Courier New" w:hAnsi="Courier New"/>
          <w:color w:val="555555"/>
          <w:sz w:val="20"/>
        </w:rPr>
        <w:t>[10]</w:t>
      </w:r>
    </w:p>
    <w:p>
      <w:r>
        <w:rPr>
          <w:rFonts w:ascii="Gentium Plus" w:hAnsi="Gentium Plus"/>
          <w:sz w:val="24"/>
        </w:rPr>
        <w:t>τὸ μὴ βλέπειν τὰ ἔργα Κυρίου καὶ τὰ ἔργα τῶν χειρῶν αὐτοῦ μὴ κατανοεῖν, ἐπάρωμεν τοὺς ὀφθαλμοὺς τῆς δια‐ νοίας ἡμῶν καὶ εἰδῶμεν τοὺς δημιουργικοὺς λόγους τῶν ἔρ‐ γων τοῦ Θεοῦ, καὶ τοῦ μεγέθους τῆς καλλονῆς τῶν κτισμά‐ των, ἀνάλογον τοῖς δημιουργηθεῖσι τὸν τῶν ποιημάτων γε‐</w:t>
      </w:r>
    </w:p>
    <w:p>
      <w:r>
        <w:rPr>
          <w:rFonts w:ascii="Courier New" w:hAnsi="Courier New"/>
          <w:color w:val="555555"/>
          <w:sz w:val="20"/>
        </w:rPr>
        <w:t>[15]</w:t>
      </w:r>
    </w:p>
    <w:p>
      <w:r>
        <w:rPr>
          <w:rFonts w:ascii="Gentium Plus" w:hAnsi="Gentium Plus"/>
          <w:sz w:val="24"/>
        </w:rPr>
        <w:t>νεσιουργὸν καθορῶντες. Καὶ ἐπειδὴ Τὰ ἀόρατα τοῦ Θεοῦ, ἀπὸ κτίσεως κόσμου, τοῖς ποιήμασι νοούμενα καθορᾶται, ἡ μὲν αἰσθητὴ τῶν ποιημάτων ἀντίληψις ὅρασις τάχα εἴρη‐ ται, ἡ δὲ νοητὴ τῶν ὑπερκοσμίων κατάληψις νόησις προσ‐ ηγόρευται. Διὰ τοῦτο· Τὰ ἔργα (φησὶ) τοῦ Κυρίου οὐκ ἐμ‐</w:t>
      </w:r>
    </w:p>
    <w:p>
      <w:r>
        <w:rPr>
          <w:rFonts w:ascii="Courier New" w:hAnsi="Courier New"/>
          <w:color w:val="555555"/>
          <w:sz w:val="20"/>
        </w:rPr>
        <w:t>[20]</w:t>
      </w:r>
    </w:p>
    <w:p>
      <w:r>
        <w:rPr>
          <w:rFonts w:ascii="Gentium Plus" w:hAnsi="Gentium Plus"/>
          <w:sz w:val="24"/>
        </w:rPr>
        <w:t>βλέπουσι (τουτέστι τοῖς αἰσθητοῖς διὰ τῶν ὄψεων οὐ προσ‐ βλέπουσι)· καὶ τὰ ἔργα τῶν χειρῶν αὐτοῦ οὐ κατανοοῦσι, τουτέστι διὰ τῆς τοῦ νοῦ ἐνεργείας τὴν κατάληψιν τῶν ἀοράτων οὐκ ἐκζητοῦσιν. Ἵνα δὲ ἔτι μᾶλλον ἡμῖν τὸ τῆς πρωΐας ὄνομα τρανωθῇ, ὅτι</w:t>
      </w:r>
    </w:p>
    <w:p>
      <w:r>
        <w:rPr>
          <w:rFonts w:ascii="Courier New" w:hAnsi="Courier New"/>
          <w:color w:val="555555"/>
          <w:sz w:val="20"/>
        </w:rPr>
        <w:t>[25]</w:t>
      </w:r>
    </w:p>
    <w:p>
      <w:r>
        <w:rPr>
          <w:rFonts w:ascii="Gentium Plus" w:hAnsi="Gentium Plus"/>
          <w:sz w:val="24"/>
        </w:rPr>
        <w:t>ἡ ἀπὸ σκότους ἐπάνοδος (εἴτε τοῦ κατὰ τὴν ἐκ τῆς νεότητος ἀλογίαν, εἴτε τοῦ τῆς ἀγνωσίας τοῦ Θεοῦ ταῖς ψυχαῖς ἐγγινο‐ μένου) ἡ πρώτη εἴσοδος εἰς τὴν ἀλήθειαν πρωΐα λέγεται. Συνάξεις δὲ τὰ πολλαχοῦ τῶν Προφητῶν περὶ πρωΐας, ἢ περὶ ὄρθρου, ὑπὲρ τοῦ τῇ τῶν πλειόνων παραθέσει φανῆναι τὸ προ‐</w:t>
      </w:r>
    </w:p>
    <w:p>
      <w:r>
        <w:rPr>
          <w:rFonts w:ascii="Courier New" w:hAnsi="Courier New"/>
          <w:color w:val="555555"/>
          <w:sz w:val="20"/>
        </w:rPr>
        <w:t>[30]</w:t>
      </w:r>
    </w:p>
    <w:p>
      <w:r>
        <w:rPr>
          <w:rFonts w:ascii="Gentium Plus" w:hAnsi="Gentium Plus"/>
          <w:sz w:val="24"/>
        </w:rPr>
        <w:t>κείμενον. Οἷον, Ἀπέστελλον ὄρθρου τοὺς Προφήτας· καὶ τὸ</w:t>
      </w:r>
    </w:p>
    <w:p>
      <w:r>
        <w:rPr>
          <w:rFonts w:ascii="Courier New" w:hAnsi="Courier New"/>
          <w:color w:val="555555"/>
          <w:sz w:val="20"/>
        </w:rPr>
        <w:t>[35]</w:t>
      </w:r>
    </w:p>
    <w:p>
      <w:r>
        <w:rPr>
          <w:rFonts w:ascii="Gentium Plus" w:hAnsi="Gentium Plus"/>
          <w:sz w:val="24"/>
        </w:rPr>
        <w:t>ἁμαρτωλοὺς τῆς γῆς· καὶ τὸ Ἑσπέρας αὐλισθήσεται κλαυθ‐ μὸς, καὶ εἰς τὸ πρωῒ ἀγαλλίασις. Πῶς οὖν, ἐπιβαλλόντως τῇ τοῦ Θεοῦ εὐεργεσίᾳ εἰς ἀνθρώ‐ πους γινομένῃ, πρωῒ ἀποστέλλονται οἱ Προφῆται; Ὅτι πᾶς λόγος, ἀπὸ Θεοῦ ἐρχόμενος, ἡμῖν τοῖς δυναμένοις κατακούειν</w:t>
      </w:r>
    </w:p>
    <w:p>
      <w:r>
        <w:rPr>
          <w:rFonts w:ascii="Courier New" w:hAnsi="Courier New"/>
          <w:color w:val="555555"/>
          <w:sz w:val="20"/>
        </w:rPr>
        <w:t>[40]</w:t>
      </w:r>
    </w:p>
    <w:p>
      <w:r>
        <w:rPr>
          <w:rFonts w:ascii="Gentium Plus" w:hAnsi="Gentium Plus"/>
          <w:sz w:val="24"/>
        </w:rPr>
        <w:t>τοῦ θείου βουλήματος ἔρχεται, τῶν ἐν παιδικῇ ἀνοίᾳ ὄντων οὐ καθαπτόμενος, ἀλλὰ τῶν ἐχόντων ἤδη τὰς φυσικὰς ἐννοίας πρὸς διάκρισιν καλοῦ τε καὶ κακοῦ. Περὶ τούτων οὖν ὁ λόγος, ὅτι ἅμα τῷ παρακύψαι αὐτοὺς εἰς τὴν νόησιν καὶ οἱονεὶ ἐπᾶραι ἀπὸ τῆς πρὸ τούτου ἀγνοίας τοὺς τῆς ψυχῆς ὀφθαλ‐</w:t>
      </w:r>
    </w:p>
    <w:p>
      <w:r>
        <w:rPr>
          <w:rFonts w:ascii="Courier New" w:hAnsi="Courier New"/>
          <w:color w:val="555555"/>
          <w:sz w:val="20"/>
        </w:rPr>
        <w:t>[45]</w:t>
      </w:r>
    </w:p>
    <w:p>
      <w:r>
        <w:rPr>
          <w:rFonts w:ascii="Gentium Plus" w:hAnsi="Gentium Plus"/>
          <w:sz w:val="24"/>
        </w:rPr>
        <w:t>μοὺς καὶ δέξασθαί τινα αὐγὴν τοῖς τῆς καρδίας ὄμμασι, συν‐ εισέπιπτεν ὁ τοῦ Θεοῦ λόγος, τὰ πρακτέα καὶ τίμια διορίζων. —Τοῦ αὐτοῦ ἔχεται νοῦ καὶ τὸ τοῦ ψαλμοῦ· Τὸ πρωῒ εἰσακούσῃ τῆς φωνῆς μου, τὸ πρωῒ παραστήσομαί σοι.</w:t>
      </w:r>
    </w:p>
    <w:p>
      <w:r>
        <w:rPr>
          <w:rFonts w:ascii="Courier New" w:hAnsi="Courier New"/>
          <w:color w:val="555555"/>
          <w:sz w:val="20"/>
        </w:rPr>
        <w:t>[5 . 162]</w:t>
      </w:r>
    </w:p>
    <w:p>
      <w:r>
        <w:rPr>
          <w:rFonts w:ascii="Gentium Plus" w:hAnsi="Gentium Plus"/>
          <w:sz w:val="24"/>
        </w:rPr>
        <w:t>Ἕως μὲν γὰρ νὺξ ᾖ περὶ τὴν ψυχὴν ἡμῶν καὶ μήπω ἐπανατείλῃ ὁ ἥλιος, οὐκ ἔστιν ἐπακουσθῆναι ὑπὸ Θεοῦ· ἐπειδὰν δὲ ἀποκαθαρθεῖσα ψυχὴ τῆς περὶ Θεοῦ ἀγνοίας ἀνενέγκῃ δεήσεις, ἐν τῇ λαμπρότητι τῆς λογικῆς καὶ πνευ‐</w:t>
      </w:r>
    </w:p>
    <w:p>
      <w:r>
        <w:rPr>
          <w:rFonts w:ascii="Courier New" w:hAnsi="Courier New"/>
          <w:color w:val="555555"/>
          <w:sz w:val="20"/>
        </w:rPr>
        <w:t>[5]</w:t>
      </w:r>
    </w:p>
    <w:p>
      <w:r>
        <w:rPr>
          <w:rFonts w:ascii="Gentium Plus" w:hAnsi="Gentium Plus"/>
          <w:sz w:val="24"/>
        </w:rPr>
        <w:t>ματικῆς ἡμέρας γενομένη, εἰσακούοντα ἔχει τῆς φωνῆς</w:t>
      </w:r>
    </w:p>
    <w:p>
      <w:r>
        <w:rPr>
          <w:rFonts w:ascii="Courier New" w:hAnsi="Courier New"/>
          <w:color w:val="555555"/>
          <w:sz w:val="20"/>
        </w:rPr>
        <w:t>[10]</w:t>
      </w:r>
    </w:p>
    <w:p>
      <w:r>
        <w:rPr>
          <w:rFonts w:ascii="Gentium Plus" w:hAnsi="Gentium Plus"/>
          <w:sz w:val="24"/>
        </w:rPr>
        <w:t>καὶ ἀσάλευτος καὶ ἀμετακίνητος, τῇ πίστει παριστάμενος αὐτῷ, ἵνα ἄξιος γένῃ τοῦ κατοπτεύειν τὰ τῆς ἀληθείας θεάματα. Παραστήσομαί σοι (φησὶ) καὶ ἐπόψομαι. Ἕως μὲν γὰρ ἂν θεωρητικός τις ᾖ τοῦ ἐν τοῖς ὁρατοῖς ἐμφαινομένου κάλ‐</w:t>
      </w:r>
    </w:p>
    <w:p>
      <w:r>
        <w:rPr>
          <w:rFonts w:ascii="Courier New" w:hAnsi="Courier New"/>
          <w:color w:val="555555"/>
          <w:sz w:val="20"/>
        </w:rPr>
        <w:t>[15]</w:t>
      </w:r>
    </w:p>
    <w:p>
      <w:r>
        <w:rPr>
          <w:rFonts w:ascii="Gentium Plus" w:hAnsi="Gentium Plus"/>
          <w:sz w:val="24"/>
        </w:rPr>
        <w:t>λους, φυσικός τις ἢ φυσιολόγος προσαγορεύεται· ἐπειδὰν δὲ ταῦτά τις ὑπερβὰς, αὐτῷ παραστῇ τῷ Θεῷ, μετὰ τὸ γνῶναι τίνα τρόπον τὰ πάντα ἐστὶ καλὰ λίαν, καὶ ἀπὸ τοῦ ἐν τούτοις κάλλους ἐπὶ τὸ ὄντως καλὸν καὶ ἐράσμιον ἀναδραμεῖν, οὗ ἡ θέα μόναις ταῖς ψυχαῖς καθαραῖς φαίνεσθαι</w:t>
      </w:r>
    </w:p>
    <w:p>
      <w:r>
        <w:rPr>
          <w:rFonts w:ascii="Courier New" w:hAnsi="Courier New"/>
          <w:color w:val="555555"/>
          <w:sz w:val="20"/>
        </w:rPr>
        <w:t>[20]</w:t>
      </w:r>
    </w:p>
    <w:p>
      <w:r>
        <w:rPr>
          <w:rFonts w:ascii="Gentium Plus" w:hAnsi="Gentium Plus"/>
          <w:sz w:val="24"/>
        </w:rPr>
        <w:t>πέφυκε, τότε ἐπὶ τὰ τῆς φυσιολογίας ἀνώτερα προκόψας, τὰ καλούμενα παρά τισι μεταφυσικὰ, ἐποπτικὸς γενέσθαι δύναται. Ἐπειδὰν οὖν (φησὶ) σοὶ παραστῶ καὶ αὐτῇ τῇ περὶ σοῦ θεωρίᾳ διὰ τοῦ νοῦ προσεγγίσω, τότε τὴν ἐποπτι‐ κὴν ἐνέργειαν διὰ τοῦ κατὰ τὴν γνῶσιν φωτισμοῦ ἀναλήψομαι.</w:t>
      </w:r>
    </w:p>
    <w:p>
      <w:r>
        <w:rPr>
          <w:rFonts w:ascii="Courier New" w:hAnsi="Courier New"/>
          <w:color w:val="555555"/>
          <w:sz w:val="20"/>
        </w:rPr>
        <w:t>[25]</w:t>
      </w:r>
    </w:p>
    <w:p>
      <w:r>
        <w:rPr>
          <w:rFonts w:ascii="Gentium Plus" w:hAnsi="Gentium Plus"/>
          <w:sz w:val="24"/>
        </w:rPr>
        <w:t>Συνᾴδει δὲ τούτῳ τὸ εἰρημένον, ὅτι Οἱ οὐρανοὶ διηγοῦνται δόξαν Θεοῦ, οὐχ ὅτι φωνὴν αἰσθητὴν ἀφιᾶσι ταῖς ἀκοαῖς ἡμῶν, ἀλλ’ ὅτι ὁ τοῖς λόγοις τῆς τοῦ κόσμου συστάσεως ἐγγυμνασάμενος καὶ γνωρίσας ἁπάντων τῶν κατ’ οὐρανὸν τὴν διάθεσιν, διὰ τούτων οἱονεὶ φωνὴν ἀφιέντων, τὸ μεγα‐</w:t>
      </w:r>
    </w:p>
    <w:p>
      <w:r>
        <w:rPr>
          <w:rFonts w:ascii="Courier New" w:hAnsi="Courier New"/>
          <w:color w:val="555555"/>
          <w:sz w:val="20"/>
        </w:rPr>
        <w:t>[30]</w:t>
      </w:r>
    </w:p>
    <w:p>
      <w:r>
        <w:rPr>
          <w:rFonts w:ascii="Gentium Plus" w:hAnsi="Gentium Plus"/>
          <w:sz w:val="24"/>
        </w:rPr>
        <w:t>λεῖον τῆς δόξης τοῦ πεποιηκότος αὐτοὺς διδαχθήσεται. Πρὸς τοῦτο καὶ ὁ Προφήτης ἡμᾶς διανίστησι, λέγων· Ἀναβλέψατε τοῖς ὀφθαλμοῖς ὑμῶν καὶ ἴδετε τίς κατέδειξε πάντα ταῦτα. —Τὸ γὰρ ὑψηλῶς θεωρῆσαι τὸ ἀναβλέψαι ἐστὶ καὶ τὸ διὰ</w:t>
      </w:r>
    </w:p>
    <w:p>
      <w:r>
        <w:rPr>
          <w:rFonts w:ascii="Courier New" w:hAnsi="Courier New"/>
          <w:color w:val="555555"/>
          <w:sz w:val="20"/>
        </w:rPr>
        <w:t>[35]</w:t>
      </w:r>
    </w:p>
    <w:p>
      <w:r>
        <w:rPr>
          <w:rFonts w:ascii="Gentium Plus" w:hAnsi="Gentium Plus"/>
          <w:sz w:val="24"/>
        </w:rPr>
        <w:t>δὲ ἐκ νυκτὸς ὀρθρίζειν πρὸς τὸν Θεὸν, τοιοῦτόν ἐστιν· ὅταν ἡ νὺξ προκόψῃ, ἡ δὲ ἡμέρα ἐγγίσῃ, καὶ ὡς ἐν ἡμέρᾳ εὐσχη‐ μόνως περιπατεῖν ἀρξώμεθα, ἀποθέμενοι τὰ ἔργα τοῦ σκότους (κώμους καὶ μέθας, κοίτας καὶ ἀσελγείας) τότε δυ‐ νάμεθα λέγειν τό· Ἐκ νυκτὸς ὀρθρίζει τὸ πνεῦμά μου πρὸς</w:t>
      </w:r>
    </w:p>
    <w:p>
      <w:r>
        <w:rPr>
          <w:rFonts w:ascii="Courier New" w:hAnsi="Courier New"/>
          <w:color w:val="555555"/>
          <w:sz w:val="20"/>
        </w:rPr>
        <w:t>[40]</w:t>
      </w:r>
    </w:p>
    <w:p>
      <w:r>
        <w:rPr>
          <w:rFonts w:ascii="Gentium Plus" w:hAnsi="Gentium Plus"/>
          <w:sz w:val="24"/>
        </w:rPr>
        <w:t>σέ, ὁ Θεός. Εἶτα καὶ δηλοῖ διὰ τοῦ ἐπιφερομένου, τί ἐστι τὸ ἐν αὐτῷ ποιοῦν τὸν ὄρθρον· Διότι φῶς (φησὶ) τὰ προσ‐ τάγματά σου ἐπὶ τῆς γῆς. Φῶς γάρ ἐστι τὰ προστάγματα, λύοντα τὸ τῆς ἀγνοίας σκότος· διὸ καὶ Ἡ ἐντολὴ Κυρίου τηλαυγῆς, φωτίζουσα ὀφθαλμούς.</w:t>
      </w:r>
    </w:p>
    <w:p>
      <w:r>
        <w:rPr>
          <w:rFonts w:ascii="Courier New" w:hAnsi="Courier New"/>
          <w:color w:val="555555"/>
          <w:sz w:val="20"/>
        </w:rPr>
        <w:t>[5 . 163]</w:t>
      </w:r>
    </w:p>
    <w:p>
      <w:r>
        <w:rPr>
          <w:rFonts w:ascii="Gentium Plus" w:hAnsi="Gentium Plus"/>
          <w:sz w:val="24"/>
        </w:rPr>
        <w:t>Τὸ δὲ ἐν τῷ ἑκατοστῷ Ψαλμῷ εἰρημένον (ὅτι Εἰς τὰς πρωΐας ἀπέκτενον πάντας τοὺς ἁμαρτωλοὺς τῆς γῆς) παντί που δῆλον, ὅτι ἐν αἰνίγματι κεκαλυμμένως εἴρηται. Οὐ γὰρ, ὅτι καθ’ ἑκάστην ἀρχὴν τῆς ἡμέρας αἵματι ἀνθρώ‐</w:t>
      </w:r>
    </w:p>
    <w:p>
      <w:r>
        <w:rPr>
          <w:rFonts w:ascii="Courier New" w:hAnsi="Courier New"/>
          <w:color w:val="555555"/>
          <w:sz w:val="20"/>
        </w:rPr>
        <w:t>[5]</w:t>
      </w:r>
    </w:p>
    <w:p>
      <w:r>
        <w:rPr>
          <w:rFonts w:ascii="Gentium Plus" w:hAnsi="Gentium Plus"/>
          <w:sz w:val="24"/>
        </w:rPr>
        <w:t>πων τὰς χεῖρας ἐμολυνόμην· οὐ τοῦτό φησιν ὁ λόγος. Τοῦτο γὰρ πρὸς τῷ ἐναγεῖ ἔτι καὶ τὸ ἀπίθανον ἔχει· πῶς γὰρ πάντων ἠδύνατο καθ’ ἑκάστην πρωΐαν αὐτόχειρ γενέσθαι τῶν ἁμαρτωλῶν τῆς γῆς; Οὐ γὰρ πάντων περιγίνεσθαι δυ‐ νατὸν ἦν ἕνα, πολλῶν τῶν ἐξαμαρτανόντων ὄντων, ὡς τὸ</w:t>
      </w:r>
    </w:p>
    <w:p>
      <w:r>
        <w:rPr>
          <w:rFonts w:ascii="Courier New" w:hAnsi="Courier New"/>
          <w:color w:val="555555"/>
          <w:sz w:val="20"/>
        </w:rPr>
        <w:t>[10]</w:t>
      </w:r>
    </w:p>
    <w:p>
      <w:r>
        <w:rPr>
          <w:rFonts w:ascii="Gentium Plus" w:hAnsi="Gentium Plus"/>
          <w:sz w:val="24"/>
        </w:rPr>
        <w:t>εἰκός· καὶ εἰ πολέμῳ αὐτῶν κατεκράτησεν, ἐν μιᾷ πάντως ἂν ἀπέκτεινε πρωΐᾳ τοὺς σύμπαντας, ἀλλ’ οὐχὶ καὶ καθ’ ἑ‐ κάστην πρωΐαν αὐτόχειρ αὐτῶν ἐγένετο. Τί οὖν ἐστι τὸ</w:t>
      </w:r>
    </w:p>
    <w:p>
      <w:r>
        <w:rPr>
          <w:rFonts w:ascii="Courier New" w:hAnsi="Courier New"/>
          <w:color w:val="555555"/>
          <w:sz w:val="20"/>
        </w:rPr>
        <w:t>[15]</w:t>
      </w:r>
    </w:p>
    <w:p>
      <w:r>
        <w:rPr>
          <w:rFonts w:ascii="Gentium Plus" w:hAnsi="Gentium Plus"/>
          <w:sz w:val="24"/>
        </w:rPr>
        <w:t>μένους ἀνομίαν; Συνετώτερον τῶν λεγομένων ἐπακούσωμεν, ἵνα μὴ κατηγορήσωμεν τῶν προφητικῶν λογίων, ὃ μὴ θέμις. Πόλις τοῦ Κυρίου, ἡ σύστασίς ἐστι τῆς ἀνθρωπίνης κα‐ τασκευῆς· Ἁμαρτωλοὶ δὲ γῆς οὐκ ἄλλοι τινές εἰσιν, ἢ περὶ ὧν φησιν ὁ Σωτήρ· ὅτι ἔσωθεν Ἐκ τῆς καρδίας ἐξέρχονται</w:t>
      </w:r>
    </w:p>
    <w:p>
      <w:r>
        <w:rPr>
          <w:rFonts w:ascii="Courier New" w:hAnsi="Courier New"/>
          <w:color w:val="555555"/>
          <w:sz w:val="20"/>
        </w:rPr>
        <w:t>[20]</w:t>
      </w:r>
    </w:p>
    <w:p>
      <w:r>
        <w:rPr>
          <w:rFonts w:ascii="Gentium Plus" w:hAnsi="Gentium Plus"/>
          <w:sz w:val="24"/>
        </w:rPr>
        <w:t>διαλογισμοὶ πονηροὶ, φθόνοι, φόνοι, μοιχεῖαι, κλοπαὶ, ψευδο‐ μαρτυρίαι καὶ τὰ τούτοις ὅμοια. Τούτους δὴ τοὺς τῆς γῆς ἁμαρτωλοὺς, τοὺς ἐκ τῆς γηΐνης σαρκὸς προϊόντας, καθ’ ἑ‐ κάστην ἔννοιαν τὴν περὶ Θεοῦ ἐξαφανίζει ἐκ τῆς ἰδίας συσ‐ τάσεως ὁ ἑαυτὸν ἐκκαθαίρων. —Πρωΐα οὖν καὶ ὄρθρος ἐν</w:t>
      </w:r>
    </w:p>
    <w:p>
      <w:r>
        <w:rPr>
          <w:rFonts w:ascii="Courier New" w:hAnsi="Courier New"/>
          <w:color w:val="555555"/>
          <w:sz w:val="20"/>
        </w:rPr>
        <w:t>[25]</w:t>
      </w:r>
    </w:p>
    <w:p>
      <w:r>
        <w:rPr>
          <w:rFonts w:ascii="Gentium Plus" w:hAnsi="Gentium Plus"/>
          <w:sz w:val="24"/>
        </w:rPr>
        <w:t>ψυχῇ καθ’ ἑκάστην σωτηρίου δόγματος ἀνατολὴν γίνεται· ἐν ᾗ ἐξαφανίζεσθαι δεῖ πάντας τοὺς ἐργαζομένους τὴν ἀνομίαν λογισμούς. Εἰ γὰρ μὴ τὰ πρῶτα πρὸς πονηρίαν κινήματα τῆς ψυχῆς ἐκτμηθείη, ἀναγκὴ εἰς ἔργον προχωρεῖν τὰς ἐνθυμήσεις. Οἷον γῆς ἁμαρτωλός ἐστιν ὁ τὴν μοιχείαν ὑποβάλλων λογισ‐</w:t>
      </w:r>
    </w:p>
    <w:p>
      <w:r>
        <w:rPr>
          <w:rFonts w:ascii="Courier New" w:hAnsi="Courier New"/>
          <w:color w:val="555555"/>
          <w:sz w:val="20"/>
        </w:rPr>
        <w:t>[30]</w:t>
      </w:r>
    </w:p>
    <w:p>
      <w:r>
        <w:rPr>
          <w:rFonts w:ascii="Gentium Plus" w:hAnsi="Gentium Plus"/>
          <w:sz w:val="24"/>
        </w:rPr>
        <w:t>μός, ὅστις ἐνεργεῖ τὸ ἐμβλέψαι γυναικὶ πρὸς τὸ ἐπιθυμῆσαι αὐτῆς. Ἐὰν οὖν μὴ ἀποκτανθῇ ἐκ τῆς ψυχῆς, οἱονεὶ ξίφει τινὶ, τῷ τμητικῷ λόγῳ καὶ ἀφανιστικῷ τῶν παθῶν, καὶ τοῦτο γένηται ἐν πρωΐᾳ, τουτέστι κατὰ τὴν εἰς τὸ φανερὸν ἀποκά‐ λυψιν, μετὰ τὴν ἐν καρδίᾳ μοιχείαν, καὶ ἐπὶ τὴν μείζονα</w:t>
      </w:r>
    </w:p>
    <w:p>
      <w:r>
        <w:rPr>
          <w:rFonts w:ascii="Courier New" w:hAnsi="Courier New"/>
          <w:color w:val="555555"/>
          <w:sz w:val="20"/>
        </w:rPr>
        <w:t>[35]</w:t>
      </w:r>
    </w:p>
    <w:p>
      <w:r>
        <w:rPr>
          <w:rFonts w:ascii="Gentium Plus" w:hAnsi="Gentium Plus"/>
          <w:sz w:val="24"/>
        </w:rPr>
        <w:t>ταύτης ἁμαρτίαν προάξει τὸν ἄνθρωπον, πρὸς τὴν διὰ τοῦ</w:t>
      </w:r>
    </w:p>
    <w:p>
      <w:r>
        <w:rPr>
          <w:rFonts w:ascii="Courier New" w:hAnsi="Courier New"/>
          <w:color w:val="555555"/>
          <w:sz w:val="20"/>
        </w:rPr>
        <w:t>[5 . 164]</w:t>
      </w:r>
    </w:p>
    <w:p>
      <w:r>
        <w:rPr>
          <w:rFonts w:ascii="Gentium Plus" w:hAnsi="Gentium Plus"/>
          <w:sz w:val="24"/>
        </w:rPr>
        <w:t>Τούτῳ σύμφωνον ἡγούμεθα εἶναι τὸ παρὰ τοῦ Ἱε‐ ρεμίου λεγόμενον· Ἐπικατάρατος ὁ ποιῶν τὰ ἔργα Κυρίου ἀμελῶς καὶ ἀφαιρῶν μάχαιραν αὐτοῦ ἀφ’ αἵματος. Δεῖ γὰρ τὸν μέλλοντα φεύγειν τὸ τῆς κατάρας βαρὺ, μηδέποτε ἀνα‐</w:t>
      </w:r>
    </w:p>
    <w:p>
      <w:r>
        <w:rPr>
          <w:rFonts w:ascii="Courier New" w:hAnsi="Courier New"/>
          <w:color w:val="555555"/>
          <w:sz w:val="20"/>
        </w:rPr>
        <w:t>[5]</w:t>
      </w:r>
    </w:p>
    <w:p>
      <w:r>
        <w:rPr>
          <w:rFonts w:ascii="Gentium Plus" w:hAnsi="Gentium Plus"/>
          <w:sz w:val="24"/>
        </w:rPr>
        <w:t>παύειν τὴν πνευματικὴν μάχαιραν ἀπὸ τοῦ κατὰ τῶν τοιού‐ των ἁμαρτωλῶν αἵματος. Τοιοῦτον οὖν ἐστι καὶ τὸ νῦν εἰρημένον περὶ τοῦ πρωΐ. Οὐαὶ τῷ ἀπὸ σκότους καὶ τῆς ἐν ἀγνοίᾳ νυκτὸς, μετὰ τὴν πρώτην ἡλικίαν, τοῦ λόγου ἐν αὐτῷ ἀνατείλαντος, ὁμοῦ τῷ διαναστῆναι ἐκ τοῦ ὕπνου, τὸ</w:t>
      </w:r>
    </w:p>
    <w:p>
      <w:r>
        <w:rPr>
          <w:rFonts w:ascii="Courier New" w:hAnsi="Courier New"/>
          <w:color w:val="555555"/>
          <w:sz w:val="20"/>
        </w:rPr>
        <w:t>[10]</w:t>
      </w:r>
    </w:p>
    <w:p>
      <w:r>
        <w:rPr>
          <w:rFonts w:ascii="Gentium Plus" w:hAnsi="Gentium Plus"/>
          <w:sz w:val="24"/>
        </w:rPr>
        <w:t>σίκερα διώκοντι. Οἱ δὲ ὑπὸ τῶν παθῶν νικηθέντες, οἱ μὲν ἔμειναν ἐν τῇ μέθῃ τοῦ πάθους, οἱ δὲ ἀποκαθηράμενοι τὸν νοῦν, ἐμβλέπουσι μὲν τῷ κόσμῳ τῶν ὁρατῶν, κατανοοῦσι δὲ τὰς τῶν νοητῶν ὑποστάσεις καὶ οὐσίας. Τὰ μὲν γὰρ ὁρατὰ</w:t>
      </w:r>
    </w:p>
    <w:p>
      <w:r>
        <w:rPr>
          <w:rFonts w:ascii="Courier New" w:hAnsi="Courier New"/>
          <w:color w:val="555555"/>
          <w:sz w:val="20"/>
        </w:rPr>
        <w:t>[15]</w:t>
      </w:r>
    </w:p>
    <w:p>
      <w:r>
        <w:rPr>
          <w:rFonts w:ascii="Gentium Plus" w:hAnsi="Gentium Plus"/>
          <w:sz w:val="24"/>
        </w:rPr>
        <w:t>ἐνατενίσεως δεῖται· διὰ τοῦτο Ἐμβλέπουσι. Τὰ δὲ νοητὰ χρῄζει λόγου διεξοδικοῦ· διὸ εἴρηται Κατανοοῦσι. Πλὴν ὅτι πρῶτον δεῖ ἐμβλέψαι τοῖς ἔργοις Κυρίου, καὶ τότε εἰς τὸ κατανοῆσαι αὐτὰ προελθεῖν. Ὁποῖος ἦν ὁ περὶ ἑαυτοῦ λέγων· Αὐτὸς γάρ μοι ἔδωκε τῶν ὄντων γνῶσιν ἀψευδῆ,</w:t>
      </w:r>
    </w:p>
    <w:p>
      <w:r>
        <w:rPr>
          <w:rFonts w:ascii="Courier New" w:hAnsi="Courier New"/>
          <w:color w:val="555555"/>
          <w:sz w:val="20"/>
        </w:rPr>
        <w:t>[20]</w:t>
      </w:r>
    </w:p>
    <w:p>
      <w:r>
        <w:rPr>
          <w:rFonts w:ascii="Gentium Plus" w:hAnsi="Gentium Plus"/>
          <w:sz w:val="24"/>
        </w:rPr>
        <w:t>εἰδέναι σύστασιν κόσμου καὶ ἐνέργειαν στοιχείων, ἀρχὴν</w:t>
      </w:r>
    </w:p>
    <w:p>
      <w:r>
        <w:rPr>
          <w:rFonts w:ascii="Courier New" w:hAnsi="Courier New"/>
          <w:color w:val="555555"/>
          <w:sz w:val="20"/>
        </w:rPr>
        <w:t>[5 . 165]</w:t>
      </w:r>
    </w:p>
    <w:p>
      <w:r>
        <w:rPr>
          <w:rFonts w:ascii="Gentium Plus" w:hAnsi="Gentium Plus"/>
          <w:sz w:val="24"/>
        </w:rPr>
        <w:t>Τοίνυν αἰχμάλωτος ὁ λαός μου ἐγενήθη, διὰ τὸ μὴ εἰδέναι αὐτοὺς τὸν Κύριον· καὶ πλῆθος ἐγενήθη νεκρῶν διὰ λιμὸν ἄρτου καὶ δίψος ὕδατος. Ταῦτα καθ’ ἱστορίαν δυνατὸν τυχεῖν τῆς ἐξηγήσεως ἐπὶ τῶν</w:t>
      </w:r>
    </w:p>
    <w:p>
      <w:r>
        <w:rPr>
          <w:rFonts w:ascii="Courier New" w:hAnsi="Courier New"/>
          <w:color w:val="555555"/>
          <w:sz w:val="20"/>
        </w:rPr>
        <w:t>[5]</w:t>
      </w:r>
    </w:p>
    <w:p>
      <w:r>
        <w:rPr>
          <w:rFonts w:ascii="Gentium Plus" w:hAnsi="Gentium Plus"/>
          <w:sz w:val="24"/>
        </w:rPr>
        <w:t>καιρῶν τῆς ἐσχάτης πολιορκίας τῶν Ἰουδαίων, τῶν μὲν εἰς αἰχμαλωσίαν ἀπαχθέντων, τῶν δὲ ἐν λιμῷ καὶ δίψει διαφθα‐ ρέντων. Καὶ ἡ αἰτία σαφὴς, δι’ ἣν ταῦτα πεπόνθασιν· ὅτι ἐπιδημήσαντα αὐτοῖς τὸν Κύριον οὐκ ἐπέγνωσαν. —Ὥστε δὲ καὶ ἡμῖν οἰκειωθῆναι τὴν ἐκ τῆς λέξεως παραίνεσιν. Ἐκεῖνα</w:t>
      </w:r>
    </w:p>
    <w:p>
      <w:r>
        <w:rPr>
          <w:rFonts w:ascii="Courier New" w:hAnsi="Courier New"/>
          <w:color w:val="555555"/>
          <w:sz w:val="20"/>
        </w:rPr>
        <w:t>[10]</w:t>
      </w:r>
    </w:p>
    <w:p>
      <w:r>
        <w:rPr>
          <w:rFonts w:ascii="Gentium Plus" w:hAnsi="Gentium Plus"/>
          <w:sz w:val="24"/>
        </w:rPr>
        <w:t>λέγομεν, ὅτι οἱ διώκοντες τὸ μέθυσμα καὶ μετὰ τῆς ἀπηγο‐ ρευμένης μουσικῆς τὸν οἶνον πίνοντες, καὶ θεάμασι μὲν ἀτό‐ ποις τὰς ὄψεις ἐνασχολοῦντες, τοῖς δὲ ἔργοις Κυρίου ἐμβλέ‐ πειν μὴ ἀνεχόμενοι, διὰ τὸ φιλήδονοι εἶναι μᾶλλον ἢ φιλόθεοι, αἰχμάλωτοι γίνονται καὶ ὑποχείριοι τοῖς ὑπεναντίοις.</w:t>
      </w:r>
    </w:p>
    <w:p>
      <w:r>
        <w:rPr>
          <w:rFonts w:ascii="Courier New" w:hAnsi="Courier New"/>
          <w:color w:val="555555"/>
          <w:sz w:val="20"/>
        </w:rPr>
        <w:t>[15]</w:t>
      </w:r>
    </w:p>
    <w:p>
      <w:r>
        <w:rPr>
          <w:rFonts w:ascii="Gentium Plus" w:hAnsi="Gentium Plus"/>
          <w:sz w:val="24"/>
        </w:rPr>
        <w:t>Ἀλλὰ καὶ πλῆθος ἐν αὐτοῖς νεκρῶν ἐγενήθη διὰ λιμὸν καὶ ὕδατος ἀπορίαν. Οἱ γὰρ τὴν ἐπιβάλλουσαν ταῖς ψυχαῖς τροφὴν μὴ προσιέμενοι, νεκροὶ γίνονται τοῖς παραπτώμασι· καὶ οἱ ἐπὶ ὕδατος ἀναπαύσεως μὴ ἐκτρεφόμενοι, μηδὲ ζητοῦντες πιεῖν</w:t>
      </w:r>
    </w:p>
    <w:p>
      <w:r>
        <w:rPr>
          <w:rFonts w:ascii="Courier New" w:hAnsi="Courier New"/>
          <w:color w:val="555555"/>
          <w:sz w:val="20"/>
        </w:rPr>
        <w:t>[20]</w:t>
      </w:r>
    </w:p>
    <w:p>
      <w:r>
        <w:rPr>
          <w:rFonts w:ascii="Gentium Plus" w:hAnsi="Gentium Plus"/>
          <w:sz w:val="24"/>
        </w:rPr>
        <w:t>Κύριος, ὅτι Ὃς ἂν πίῃ ἐκ τοῦ ὕδατος οὗ ἐγὼ δώσω αὐτῷ, οὐ μὴ διψήσῃ εἰς τὸν αἰῶνα, οὗτοι γίνονται νεκροί. Ἄκουε γὰρ, ὅτι πλῆθος νεκρῶν ἐγενήθη, οὐ διὰ λιμὸν μόνον, ἀλλὰ καὶ διὰ δίψαν ὕδατος· ἐπειδὴ ἀπ’ ἐκείνου ἔπινον τοῦ ὕδατος, οὗ καὶ ἡ Σαμαρεῖτις· ὃς γὰρ ἂν πίῃ (φησὶν) ἐκ τοῦ</w:t>
      </w:r>
    </w:p>
    <w:p>
      <w:r>
        <w:rPr>
          <w:rFonts w:ascii="Courier New" w:hAnsi="Courier New"/>
          <w:color w:val="555555"/>
          <w:sz w:val="20"/>
        </w:rPr>
        <w:t>[25]</w:t>
      </w:r>
    </w:p>
    <w:p>
      <w:r>
        <w:rPr>
          <w:rFonts w:ascii="Gentium Plus" w:hAnsi="Gentium Plus"/>
          <w:sz w:val="24"/>
        </w:rPr>
        <w:t>ὕδατος ἐκείνου, διψήσει πάλιν· οὐκ ἔπιον δὲ ἐκ τοῦ ὕδατος τοῦ ἁλλομένου εἰς ζωὴν αἰώνιον. —Προτρεπτικὸν δὲ τοῦτο ἐπὶ τὴν γνῶσιν. Εἰ γὰρ διὰ τὸ μὴ εἰδέναι τὸν Κύριον αἰχμά‐ λωτοι γίνονται, ζηλωτέον ἡμῖν τὸ τῆς γνώσεως χάρισμα. Τάχα δὲ ἡ ἀληθὴς νέκρωσις οὐ διὰ λιμὸν ἄρτου, οὐδὲ διὰ</w:t>
      </w:r>
    </w:p>
    <w:p>
      <w:r>
        <w:rPr>
          <w:rFonts w:ascii="Courier New" w:hAnsi="Courier New"/>
          <w:color w:val="555555"/>
          <w:sz w:val="20"/>
        </w:rPr>
        <w:t>[30]</w:t>
      </w:r>
    </w:p>
    <w:p>
      <w:r>
        <w:rPr>
          <w:rFonts w:ascii="Gentium Plus" w:hAnsi="Gentium Plus"/>
          <w:sz w:val="24"/>
        </w:rPr>
        <w:t>δίψαν ὕδατος τούτου τοῦ αἰσθητοῦ, ἀλλὰ διὰ λιμὸν τοῦ ἀκοῦσαι λόγον Κυρίου ταῖς ψυχαῖς τῶν ἀνηκόων ἐγγί‐ νεται. Οὐ γὰρ ἐπ’ ἄρτῳ μόνῳ ζήσεται ἄνθρωπος, ἀλλὰ ἐπὶ παντὶ ῥήματι ἐκπορευομένῳ διὰ στόματος Θεοῦ. Διὰ τοῦτο Οὐ λιμοκτονήσει Κύριος ψυχὰς δικαίων· καὶ Νεώτερος</w:t>
      </w:r>
    </w:p>
    <w:p>
      <w:r>
        <w:rPr>
          <w:rFonts w:ascii="Courier New" w:hAnsi="Courier New"/>
          <w:color w:val="555555"/>
          <w:sz w:val="20"/>
        </w:rPr>
        <w:t>[35]</w:t>
      </w:r>
    </w:p>
    <w:p>
      <w:r>
        <w:rPr>
          <w:rFonts w:ascii="Gentium Plus" w:hAnsi="Gentium Plus"/>
          <w:sz w:val="24"/>
        </w:rPr>
        <w:t>ἐγενόμην (καὶ γὰρ ἐγήρασα) καὶ οὐκ εἶδον δίκαιον ἐγκατα‐ λελειμμένον, οὐδὲ τὸ σπέρμα αὐτοῦ ζητοῦν ἄρτους. Καὶ Οἱ υἱοὶ τοῦ νυμφῶνος, ὅσον μετ’ αὐτῶν ἐστιν ὁ νυμφίος, οὐ δύνανται νηστεύειν. Ὅπου δὲ λιμὸς καὶ δίψα, ἐκεῖ καὶ ἡ νεκρότης. —Ἵνα οὖν μὴ λιμοκτονηθῶμεν, ζητήσωμεν τὸν</w:t>
      </w:r>
    </w:p>
    <w:p>
      <w:r>
        <w:rPr>
          <w:rFonts w:ascii="Courier New" w:hAnsi="Courier New"/>
          <w:color w:val="555555"/>
          <w:sz w:val="20"/>
        </w:rPr>
        <w:t>[40]</w:t>
      </w:r>
    </w:p>
    <w:p>
      <w:r>
        <w:rPr>
          <w:rFonts w:ascii="Gentium Plus" w:hAnsi="Gentium Plus"/>
          <w:sz w:val="24"/>
        </w:rPr>
        <w:t>ἄρτον τὸν ἐπουράνιον· μηδὲ τῷ δίψει καταφρυγῶμεν, ζητήσω‐ μεν τὸ ὕδωρ, περὶ οὗ εἶπεν ὁ Κύριος, ὅτι Ἐάν τις πίῃ ἐκ τοῦ</w:t>
      </w:r>
    </w:p>
    <w:p>
      <w:r>
        <w:rPr>
          <w:rFonts w:ascii="Courier New" w:hAnsi="Courier New"/>
          <w:color w:val="555555"/>
          <w:sz w:val="20"/>
        </w:rPr>
        <w:t>[5 . 166]</w:t>
      </w:r>
    </w:p>
    <w:p>
      <w:r>
        <w:rPr>
          <w:rFonts w:ascii="Gentium Plus" w:hAnsi="Gentium Plus"/>
          <w:sz w:val="24"/>
        </w:rPr>
        <w:t>Καὶ ἐπλάτυνεν ὁ ᾅδης τὴν ψυχὴν αὐτοῦ καὶ διή‐ νοιξε τὸ στόμα αὐτοῦ, τοῦ μὴ διαλιπεῖν. Καὶ καταβήσονται οἱ ἔνδοξοι καὶ οἱ μεγάλοι καὶ οἱ πλούσιοι καὶ οἱ λοιμοὶ αὐτῆς καὶ ὁ ἀγαλλιώμενος ἐν αὐτῇ. Καὶ ταπεινωθήσεται</w:t>
      </w:r>
    </w:p>
    <w:p>
      <w:r>
        <w:rPr>
          <w:rFonts w:ascii="Courier New" w:hAnsi="Courier New"/>
          <w:color w:val="555555"/>
          <w:sz w:val="20"/>
        </w:rPr>
        <w:t>[5]</w:t>
      </w:r>
    </w:p>
    <w:p>
      <w:r>
        <w:rPr>
          <w:rFonts w:ascii="Gentium Plus" w:hAnsi="Gentium Plus"/>
          <w:sz w:val="24"/>
        </w:rPr>
        <w:t>ἄνθρωπος καὶ ἀτιμασθήσεται ἀνὴρ, καὶ οἱ ὀφθαλμοὶ οἱ μετέωροι ταπεινωθήσονται. Ἵνα τὸ ἁδρὸν τῶν ἀπολλυμένων ὁ λόγος ἡμῖν παραστήσῃ, πλατύνειν ἔφη τὸν ᾅδην τὸ στόμα αὐτοῦ. Ὥσπερ ἐπὶ τῶν ζώων, ὅσα λάβρως ὑπὸ πολλῆς ἐνδείας τὴν τροφὴν διαρπάζει</w:t>
      </w:r>
    </w:p>
    <w:p>
      <w:r>
        <w:rPr>
          <w:rFonts w:ascii="Courier New" w:hAnsi="Courier New"/>
          <w:color w:val="555555"/>
          <w:sz w:val="20"/>
        </w:rPr>
        <w:t>[10]</w:t>
      </w:r>
    </w:p>
    <w:p>
      <w:r>
        <w:rPr>
          <w:rFonts w:ascii="Gentium Plus" w:hAnsi="Gentium Plus"/>
          <w:sz w:val="24"/>
        </w:rPr>
        <w:t>καὶ πλατύνει τὸ στόμα περιτεινόμενον τῇ τροφῇ, οὕτω (φησὶ) καὶ ὁ ᾅδης τὸ ἑαυτοῦ στόμα εὐρυχωρότερον ποιεῖν εἴρηται. — Τάχα δὲ ἡμῖν ὁ λόγος ἐνδείκνυται, κοινόν τινα τόπον ἐν τῷ ἐσωτάτῳ τῆς γῆς, ἐπίσκιον πανταχόθεν καὶ ἀλαμπῆ, τὸ τοῦ ᾅδου χωρίον εἶναι· στόμιον δέ τι ἐπὶ τὰ κοῖλα καθῆκον, δι’ οὗ</w:t>
      </w:r>
    </w:p>
    <w:p>
      <w:r>
        <w:rPr>
          <w:rFonts w:ascii="Courier New" w:hAnsi="Courier New"/>
          <w:color w:val="555555"/>
          <w:sz w:val="20"/>
        </w:rPr>
        <w:t>[15]</w:t>
      </w:r>
    </w:p>
    <w:p>
      <w:r>
        <w:rPr>
          <w:rFonts w:ascii="Gentium Plus" w:hAnsi="Gentium Plus"/>
          <w:sz w:val="24"/>
        </w:rPr>
        <w:t>τὴν κάθοδον εἶναι ταῖς πρὸς τὸ χεῖρον κατεγνωσμέναις ψυ‐ χαῖς· ὃ διὰ τὸ πλῆθος τῶν ἀπολλυμένων, ὥστε ὑποδέξασθαι πάντας εὐρυχωρότερόν φησι γεγενῆσθαι. Οὐ γὰρ δὴ ζῶόν τι ὁ ᾅδης, οὐδὲ δύναμίς τις ἐπιτεταγμένη τοῖς ἀποθνή‐ σκουσι, κατὰ τὴν μυθοποιίαν τῶν ἔξωθεν.</w:t>
      </w:r>
    </w:p>
    <w:p>
      <w:r>
        <w:rPr>
          <w:rFonts w:ascii="Courier New" w:hAnsi="Courier New"/>
          <w:color w:val="555555"/>
          <w:sz w:val="20"/>
        </w:rPr>
        <w:t>[20]</w:t>
      </w:r>
    </w:p>
    <w:p>
      <w:r>
        <w:rPr>
          <w:rFonts w:ascii="Gentium Plus" w:hAnsi="Gentium Plus"/>
          <w:sz w:val="24"/>
        </w:rPr>
        <w:t>Οἱ οὖν διὰ τὸ μὴ εἰδέναι τὸν Κύριον, αἰχμάλωτοι γενόμενοι καὶ λιμῷ καὶ δίψει τῆς πνευματικῆς τροφῆς ἐκτακέντες, εἰς ᾅδου καταβαίνουσι, μετὰ τῶν ἐνδόξων καὶ μεγάλων καὶ πλου‐ σίων καὶ λοιμῶν. Τρία δέ ἐστι τὰ περὶ τοὺς ἁμαρτάνοντας ἀπειληθέντα· αἰχμαλωσία καὶ νέκρωσις καὶ εἰς ᾅδου κάθοδος.</w:t>
      </w:r>
    </w:p>
    <w:p>
      <w:r>
        <w:rPr>
          <w:rFonts w:ascii="Courier New" w:hAnsi="Courier New"/>
          <w:color w:val="555555"/>
          <w:sz w:val="20"/>
        </w:rPr>
        <w:t>[25]</w:t>
      </w:r>
    </w:p>
    <w:p>
      <w:r>
        <w:rPr>
          <w:rFonts w:ascii="Gentium Plus" w:hAnsi="Gentium Plus"/>
          <w:sz w:val="24"/>
        </w:rPr>
        <w:t>Αἰχμαλωσία μὲν γάρ ἐστιν ἡ ἀπὸ τῆς προηγουμένης ζωῆς</w:t>
      </w:r>
    </w:p>
    <w:p>
      <w:r>
        <w:rPr>
          <w:rFonts w:ascii="Courier New" w:hAnsi="Courier New"/>
          <w:color w:val="555555"/>
          <w:sz w:val="20"/>
        </w:rPr>
        <w:t>[30]</w:t>
      </w:r>
    </w:p>
    <w:p>
      <w:r>
        <w:rPr>
          <w:rFonts w:ascii="Gentium Plus" w:hAnsi="Gentium Plus"/>
          <w:sz w:val="24"/>
        </w:rPr>
        <w:t>ἀγαθῷ διάθεσιν, ἀπὸ Θεοῦ γινόμενος χωρισμός. Ὥσπερ γὰρ ὁ δίκαιος ἤδη συνηγέρθη Χριστῷ καὶ συνεκάθισεν ἐν τοῖς ἐπουρανίοις, οὕτως ὁ ἄδικος αἰχμάλωτος ἤδη καὶ νεκρὸς καὶ εἰς ᾅδου διὰ τῶν πρὸς θάνατον ἁμαρτημάτων κατα‐ βεβηκὼς λέγεται.</w:t>
      </w:r>
    </w:p>
    <w:p>
      <w:r>
        <w:rPr>
          <w:rFonts w:ascii="Courier New" w:hAnsi="Courier New"/>
          <w:color w:val="555555"/>
          <w:sz w:val="20"/>
        </w:rPr>
        <w:t>[35]</w:t>
      </w:r>
    </w:p>
    <w:p>
      <w:r>
        <w:rPr>
          <w:rFonts w:ascii="Gentium Plus" w:hAnsi="Gentium Plus"/>
          <w:sz w:val="24"/>
        </w:rPr>
        <w:t>Διαφορὰς δὲ ταγμάτων καταβαινόντων εἰς τὸν ᾅδην ὁ λόγος ἀπηριθμήσατο· πρῶτον τοὺς ἐνδόξους· οὗτοι δ’ ἂν εἶεν οἱ ἐν ὑπολήψει τινὶ δεξιᾷ, οὐ πάντως ἔχοντες τῷ ἐπιφαινομένῳ σχήματι τὴν ἐκ τοῦ βίου μαρτυρίαν ἀκο‐ λουθοῦσαν· εἶτα οἱ μεγάλοι, οἱ ἐν δυνάμει τινὶ καὶ ἀρχῇ</w:t>
      </w:r>
    </w:p>
    <w:p>
      <w:r>
        <w:rPr>
          <w:rFonts w:ascii="Courier New" w:hAnsi="Courier New"/>
          <w:color w:val="555555"/>
          <w:sz w:val="20"/>
        </w:rPr>
        <w:t>[40]</w:t>
      </w:r>
    </w:p>
    <w:p>
      <w:r>
        <w:rPr>
          <w:rFonts w:ascii="Gentium Plus" w:hAnsi="Gentium Plus"/>
          <w:sz w:val="24"/>
        </w:rPr>
        <w:t>τῶν πολλῶν ὑπερέχοντες· καὶ οἱ πλούσιοι, οἱ πολὺ πλῆθος χρημάτων ἄδικον περιβεβλημένοι, ἢ οἱ ἀκόρεστον τὴν ἐπι‐ θυμίαν τοῦ πλείονος ἔχοντες· καὶ οἱ λοιμοὶ αὐτῆς, ὅσοι δίκην νόσου φθοροποιοῦ κατὰ διάδοσιν ἐπινεμομένης, τοὺς προσιόντας αὐτοῖς διαφθείροντες, ἤτοι ἐκ μοχθηρᾶς διδασκα‐</w:t>
      </w:r>
    </w:p>
    <w:p>
      <w:r>
        <w:rPr>
          <w:rFonts w:ascii="Courier New" w:hAnsi="Courier New"/>
          <w:color w:val="555555"/>
          <w:sz w:val="20"/>
        </w:rPr>
        <w:t>[45]</w:t>
      </w:r>
    </w:p>
    <w:p>
      <w:r>
        <w:rPr>
          <w:rFonts w:ascii="Gentium Plus" w:hAnsi="Gentium Plus"/>
          <w:sz w:val="24"/>
        </w:rPr>
        <w:t>λίας, ἢ ἐκ τοῦ κατὰ τὴν ἁμαρτίαν ἐρεθισμοῦ, λοιμοὶ δι‐ καίως προσαγορεύονται. Οἵτινες καταβαίνουσιν εἰς τὸν ᾅδην. —Καὶ ὁ ἀγαλλιώμενος (φησὶν) ἐν αὐτῇ. Οὗτος δ’ ἂν εἴη ὁ ἐν σαρκὶ Ἰουδαῖος, τῇ γηΐνῃ Ἱερουσαλὴμ ἐναγαλλιώμενος, πρὸς δὲ τὴν ἀποκειμένην τοῖς Ἁγίοις τοῦ Θεοῦ μακαριότητα μὴ</w:t>
      </w:r>
    </w:p>
    <w:p>
      <w:r>
        <w:rPr>
          <w:rFonts w:ascii="Courier New" w:hAnsi="Courier New"/>
          <w:color w:val="555555"/>
          <w:sz w:val="20"/>
        </w:rPr>
        <w:t>[5 . 166 (50)]</w:t>
      </w:r>
    </w:p>
    <w:p>
      <w:r>
        <w:rPr>
          <w:rFonts w:ascii="Gentium Plus" w:hAnsi="Gentium Plus"/>
          <w:sz w:val="24"/>
        </w:rPr>
        <w:t>βλέπων. Τήρει δὲ ὅτι τὸ, Ἐν αὐτῇ, κατὰ τὴν κοινὴν συν‐ ήθειαν εἴρηται· ὡς καὶ ἐπὶ τῶν ἰδιωτικῶν οἴκων πολλάκις τοὺς ὑπερέχοντας αὐτοὺς προσαγορεύεσθαι ὑπὸ τῶν ἐνοι‐ κούντων σύνηθες. Τοιοῦτόν ἐστι καὶ τὸ Οἱ θεμέλιοι αὐτοῦ ἐν τοῖς ὄρεσι τοῖς ἁγίοις. —Καὶ ὁ τοίνυν ἀγαλλιώμενος ἐν</w:t>
      </w:r>
    </w:p>
    <w:p>
      <w:r>
        <w:rPr>
          <w:rFonts w:ascii="Courier New" w:hAnsi="Courier New"/>
          <w:color w:val="555555"/>
          <w:sz w:val="20"/>
        </w:rPr>
        <w:t>[55]</w:t>
      </w:r>
    </w:p>
    <w:p>
      <w:r>
        <w:rPr>
          <w:rFonts w:ascii="Gentium Plus" w:hAnsi="Gentium Plus"/>
          <w:sz w:val="24"/>
        </w:rPr>
        <w:t>αὐτῇ, εἰς ᾅδου καταβήσεται.</w:t>
      </w:r>
    </w:p>
    <w:p>
      <w:r>
        <w:rPr>
          <w:rFonts w:ascii="Courier New" w:hAnsi="Courier New"/>
          <w:color w:val="555555"/>
          <w:sz w:val="20"/>
        </w:rPr>
        <w:t>[5 . 167]</w:t>
      </w:r>
    </w:p>
    <w:p>
      <w:r>
        <w:rPr>
          <w:rFonts w:ascii="Gentium Plus" w:hAnsi="Gentium Plus"/>
          <w:sz w:val="24"/>
        </w:rPr>
        <w:t>Καὶ ταπεινωθήσεται ἄνθρωπος (φησὶ) καὶ ἀτιμα‐ σθήσεται ἀνήρ. Οὐ τόπῳ παθεῖν ἐστι τὴν ταπείνωσιν, ὅσον ἐν προαιρέσει. Ὑψοῦται μὲν γὰρ ὁ δίκαιος τῷ οὐρανίῳ φρονήματι, ταπεινοῦ‐</w:t>
      </w:r>
    </w:p>
    <w:p>
      <w:r>
        <w:rPr>
          <w:rFonts w:ascii="Courier New" w:hAnsi="Courier New"/>
          <w:color w:val="555555"/>
          <w:sz w:val="20"/>
        </w:rPr>
        <w:t>[5]</w:t>
      </w:r>
    </w:p>
    <w:p>
      <w:r>
        <w:rPr>
          <w:rFonts w:ascii="Gentium Plus" w:hAnsi="Gentium Plus"/>
          <w:sz w:val="24"/>
        </w:rPr>
        <w:t>ται δὲ ὁ ἀσεβὴς διὰ τὴν πρὸς τὰ κάτω συμπάθειαν. Ὁ μὲν γὰρ κοινὸς ἄνθρωπος, ὁ μόνοις τοῖς κοινοῖς τῆς φύσεως πλεο‐ νεκτήμασιν ἐπηρμένος, μὴ ζῶν κατὰ τὴν ἐνυπάρχουσαν αὐτῷ ἐκ τῆς πρώτης κατασκευῆς δύναμιν, ταπεινοῦται· ὁ δὲ ἤδη καὶ ἐν προκοπῇ τινι γενόμενος καὶ ἄξιος ἤδη τοῦ ἀνὴρ χρημα‐</w:t>
      </w:r>
    </w:p>
    <w:p>
      <w:r>
        <w:rPr>
          <w:rFonts w:ascii="Courier New" w:hAnsi="Courier New"/>
          <w:color w:val="555555"/>
          <w:sz w:val="20"/>
        </w:rPr>
        <w:t>[10]</w:t>
      </w:r>
    </w:p>
    <w:p>
      <w:r>
        <w:rPr>
          <w:rFonts w:ascii="Gentium Plus" w:hAnsi="Gentium Plus"/>
          <w:sz w:val="24"/>
        </w:rPr>
        <w:t>τίζειν, ἐπειδὰν καταμαλακισθεὶς ἐνδῷ πρὸς τὰ πάθη, ἀτιμα‐ σθήσεται. Διὰ τοῦτο ὁ μὲν Ἄνθρωπος ταπεινωθήσεται, ὁ δὲ ἀνὴρ ἀτιμασθήσεται· ὅτι ὁ μὲν τὸ κοινὸν οὐκ ἐφύλαξεν, ὁ δὲ καὶ τὸ ἐξ ἀσκήσεως αὐτῷ περιγενόμενον ἀγαθὸν διὰ τῆς ἐπὶ τὸ χεῖρον τροπῆς ἐζημιώθη.</w:t>
      </w:r>
    </w:p>
    <w:p>
      <w:r>
        <w:rPr>
          <w:rFonts w:ascii="Courier New" w:hAnsi="Courier New"/>
          <w:color w:val="555555"/>
          <w:sz w:val="20"/>
        </w:rPr>
        <w:t>[15]</w:t>
      </w:r>
    </w:p>
    <w:p>
      <w:r>
        <w:rPr>
          <w:rFonts w:ascii="Gentium Plus" w:hAnsi="Gentium Plus"/>
          <w:sz w:val="24"/>
        </w:rPr>
        <w:t>Ὁ μὲν γὰρ ἄνθρωπος ταπεινοῦται· οἱ γὰρ ὀφθαλμοὶ Κυρίου ὑψηλοὶ, ὁ δὲ ἄνθρωπος ταπεινός. Ὁ δὲ ἀνὴρ ἀτιμάζεται, ὡς ἐξουθενῶν τὸν Θεὸν διὰ τῆς τῶν Ἐντολῶν παραβάσεως. Οἱ γὰρ ἐξουθενοῦντες αὐτὸν ἀτιμασθήσονται, ὡς ἐν τῇ πρώτῃ τῶν Βασιλειῶν ἠκούσαμεν τοῦ Κυρίου, λέγοντος· Τοὺς δοξάζοντάς</w:t>
      </w:r>
    </w:p>
    <w:p>
      <w:r>
        <w:rPr>
          <w:rFonts w:ascii="Courier New" w:hAnsi="Courier New"/>
          <w:color w:val="555555"/>
          <w:sz w:val="20"/>
        </w:rPr>
        <w:t>[20]</w:t>
      </w:r>
    </w:p>
    <w:p>
      <w:r>
        <w:rPr>
          <w:rFonts w:ascii="Gentium Plus" w:hAnsi="Gentium Plus"/>
          <w:sz w:val="24"/>
        </w:rPr>
        <w:t>με δοξάσω, καὶ οἱ ἐξουθενοῦντές με ἀτιμασθήσονται. Ἀτι‐ μασθήσεται οὖν ἀνὴρ ὑπὸ τῆς ἰδίας ἁμαρτίας· ἀτιμοποιὸς</w:t>
      </w:r>
    </w:p>
    <w:p>
      <w:r>
        <w:rPr>
          <w:rFonts w:ascii="Courier New" w:hAnsi="Courier New"/>
          <w:color w:val="555555"/>
          <w:sz w:val="20"/>
        </w:rPr>
        <w:t>[25]</w:t>
      </w:r>
    </w:p>
    <w:p>
      <w:r>
        <w:rPr>
          <w:rFonts w:ascii="Gentium Plus" w:hAnsi="Gentium Plus"/>
          <w:sz w:val="24"/>
        </w:rPr>
        <w:t>ἆθλον ἀρετῆς, τοῖς μὲν Ἁγίοις καὶ τιμὴ καὶ γέρας ἀπονέ‐ μεται, τοῖς δὲ ἀσεβέσι τὰ ἐναντία. Τιμᾷ μὲν γὰρ ὁ Θεὸς τοὺς ἀξίους· Αὐτὸς γάρ ἐστι τὸ ὄντως τίμιον καὶ τιμῆς παρεκτικόν· διότι οὐ δύναται τὴν τιμὴν περιποιῆσαι ὁ ἠτι‐ μωμένος. Ἀτιμάζει δὲ ἕκαστον τὰ πάθη τῆς αἰσχύνης, ἐπὶ</w:t>
      </w:r>
    </w:p>
    <w:p>
      <w:r>
        <w:rPr>
          <w:rFonts w:ascii="Courier New" w:hAnsi="Courier New"/>
          <w:color w:val="555555"/>
          <w:sz w:val="20"/>
        </w:rPr>
        <w:t>[30]</w:t>
      </w:r>
    </w:p>
    <w:p>
      <w:r>
        <w:rPr>
          <w:rFonts w:ascii="Gentium Plus" w:hAnsi="Gentium Plus"/>
          <w:sz w:val="24"/>
        </w:rPr>
        <w:t>τῆς κτίσεως πάσης ἀνακαλυπτόμενα. Καὶ οἱ ὀφθαλμοὶ (φησὶν) οἱ μετέωροι ταπεινωθήσονται. Ὅσοι ἐπάραντες εἰς ὕψος ἑαυτῶν τὴν διάνοιαν, εἶδον τὸν καταδεί‐ ξαντα ταῦτα πάντα, οὗτοι ἔχοντες μετεώρους τοὺς ὀφθαλμοὺς, τῷ ὑπεράνω πάντων σωμάτων ἀγαγεῖν τὴν διάνοιαν· εἶτα διὰ</w:t>
      </w:r>
    </w:p>
    <w:p>
      <w:r>
        <w:rPr>
          <w:rFonts w:ascii="Courier New" w:hAnsi="Courier New"/>
          <w:color w:val="555555"/>
          <w:sz w:val="20"/>
        </w:rPr>
        <w:t>[35]</w:t>
      </w:r>
    </w:p>
    <w:p>
      <w:r>
        <w:rPr>
          <w:rFonts w:ascii="Gentium Plus" w:hAnsi="Gentium Plus"/>
          <w:sz w:val="24"/>
        </w:rPr>
        <w:t>ψευδοδοξίας καὶ τῆς πολλῆς περὶ τὰ ὑλικὰ προσπαθείας, οὐ‐ δὲν ἔτι τῶν μεγάλων θεωρεῖν ἠνέσχοντο, ἀλλ’ ὅλοι γινόμενοι τῆς σωματικῆς ἀπολαύσεως, ταπεινοῦσθαι δικαίως λέγονται.</w:t>
      </w:r>
    </w:p>
    <w:p>
      <w:r>
        <w:rPr>
          <w:rFonts w:ascii="Courier New" w:hAnsi="Courier New"/>
          <w:color w:val="555555"/>
          <w:sz w:val="20"/>
        </w:rPr>
        <w:t>[5 . 168]</w:t>
      </w:r>
    </w:p>
    <w:p>
      <w:r>
        <w:rPr>
          <w:rFonts w:ascii="Gentium Plus" w:hAnsi="Gentium Plus"/>
          <w:sz w:val="24"/>
        </w:rPr>
        <w:t>Καὶ ὑψωθήσεται Κύριος Σαβαὼθ ἐν κρίματι. Τουτέστι κατὰ τὴν δικαίαν ἐπὶ τῶν προειρημένων ἀνταπό‐ δοσιν, ὑψοῦται Κύριος ὁ Θεὸς ἐν κρίματι, ὡς ἓν τῶν εἰς δόξαν Θεοῦ συντεινόντων εἶναι καὶ τὸ ἐπὶ τοῖς ἀσεβέσι</w:t>
      </w:r>
    </w:p>
    <w:p>
      <w:r>
        <w:rPr>
          <w:rFonts w:ascii="Courier New" w:hAnsi="Courier New"/>
          <w:color w:val="555555"/>
          <w:sz w:val="20"/>
        </w:rPr>
        <w:t>[5]</w:t>
      </w:r>
    </w:p>
    <w:p>
      <w:r>
        <w:rPr>
          <w:rFonts w:ascii="Gentium Plus" w:hAnsi="Gentium Plus"/>
          <w:sz w:val="24"/>
        </w:rPr>
        <w:t>κρίμα κατὰ τὴν ἀξίαν τῶν ἔργων ἐγγινόμενον παρὰ τοῦ κριτοῦ· ὥστε καὶ ἐν τῇ κρίσει θεωρεῖσθαι τὸ ὕψος τῆς συνέσεως καὶ τῆς δυνάμεως τοῦ Κυρίου. —Ὥσπερ γὰρ οἱ</w:t>
      </w:r>
    </w:p>
    <w:p>
      <w:r>
        <w:rPr>
          <w:rFonts w:ascii="Courier New" w:hAnsi="Courier New"/>
          <w:color w:val="555555"/>
          <w:sz w:val="20"/>
        </w:rPr>
        <w:t>[10]</w:t>
      </w:r>
    </w:p>
    <w:p>
      <w:r>
        <w:rPr>
          <w:rFonts w:ascii="Gentium Plus" w:hAnsi="Gentium Plus"/>
          <w:sz w:val="24"/>
        </w:rPr>
        <w:t>ἀλλήλους) τῆς συνέσεως αὐτοῦ τὸ μεγαλεῖον νοοῦσιν (ὥστε ἂν δύνασθαι εἰπεῖν, ὅτι Τῆς συνέσεως αὐτοῦ οὐκ ἔστιν ἀριθμός) οὕτως οἱ βλέποντες τοὺς τῆς κρίσεως λόγους, οὐχ ἧττον θαυμάσονται τὸ ἐν τῇ κρίσει σοφὸν καὶ συνετὸν, καὶ μέχρι τῶν λεπτοτάτων, ἀνταποδοτικὸν ἑκάστῳ τοῦ πρὸς</w:t>
      </w:r>
    </w:p>
    <w:p>
      <w:r>
        <w:rPr>
          <w:rFonts w:ascii="Courier New" w:hAnsi="Courier New"/>
          <w:color w:val="555555"/>
          <w:sz w:val="20"/>
        </w:rPr>
        <w:t>[15]</w:t>
      </w:r>
    </w:p>
    <w:p>
      <w:r>
        <w:rPr>
          <w:rFonts w:ascii="Gentium Plus" w:hAnsi="Gentium Plus"/>
          <w:sz w:val="24"/>
        </w:rPr>
        <w:t>ἀξίαν. —Τάχα οὖν καθ’ ἕκαστον κατόρθωμα ὑψοῦμεν τὸν Θεόν, ὥστε ὑψοῦσθαι αὐτὸν ἐν τῇ σωφροσύνῃ ἡμῶν καὶ ὑψοῦσθαι αὐτὸν ἐν τῇ δικαιοσύνῃ ἡμῶν. Ταῦτα δὲ ἐπειδὴ διὰ τῆς συνεργίας τοῦ Θεοῦ κατορθοῦται, ὅταν ὑπολαβὼν ἡμᾶς ἀνορθώσῃ, ὑπερείδων ἡμᾶς τῇ συνεργίᾳ τῇ παρ’ ἑαυτοῦ,</w:t>
      </w:r>
    </w:p>
    <w:p>
      <w:r>
        <w:rPr>
          <w:rFonts w:ascii="Courier New" w:hAnsi="Courier New"/>
          <w:color w:val="555555"/>
          <w:sz w:val="20"/>
        </w:rPr>
        <w:t>[20]</w:t>
      </w:r>
    </w:p>
    <w:p>
      <w:r>
        <w:rPr>
          <w:rFonts w:ascii="Gentium Plus" w:hAnsi="Gentium Plus"/>
          <w:sz w:val="24"/>
        </w:rPr>
        <w:t>καὶ στηρίζων, τότε λέγομεν· Ὑψώσω σε, Κύριε, ὅτι ὑπέλαβές με. Πολλαὶ δὲ αἱ ὑψώσεις τοῦ Θεοῦ· ἥ τε κατὰ γνῶσιν καὶ σύνεσιν· καὶ ἡ κατὰ τὴν διέξοδον τῶν μεγαλείων αὐτοῦ καὶ κατὰ τὴν τῶν κριμάτων αὐτοῦ θεωρίαν. Διὸ</w:t>
      </w:r>
    </w:p>
    <w:p>
      <w:r>
        <w:rPr>
          <w:rFonts w:ascii="Courier New" w:hAnsi="Courier New"/>
          <w:color w:val="555555"/>
          <w:sz w:val="20"/>
        </w:rPr>
        <w:t>[25]</w:t>
      </w:r>
    </w:p>
    <w:p>
      <w:r>
        <w:rPr>
          <w:rFonts w:ascii="Gentium Plus" w:hAnsi="Gentium Plus"/>
          <w:sz w:val="24"/>
        </w:rPr>
        <w:t>εἴρηται περὶ τοῦ δικαίου, ὅτι Αἱ ὑψώσεις τοῦ Θεοῦ ἐν τῷ λάρυγγι αὐτοῦ. Εἶτα, ἐπειδὴ τῇ κατὰ θεωρίαν ὀρθότητι τὸ ἐν τῇ πράξει εὔτονον συντέτακται, Καὶ ῥομφαῖαι δίστο‐ μοι (φησὶν) ἐν ταῖς χερσὶν αὐτῶν, τουτέστι λόγοι ἐκτέ‐ μνοντες τῆς ψυχῆς καὶ ἐκριζοῦντες τὰ πάθη. Ἐπειδὴ δὲ ὁ</w:t>
      </w:r>
    </w:p>
    <w:p>
      <w:r>
        <w:rPr>
          <w:rFonts w:ascii="Courier New" w:hAnsi="Courier New"/>
          <w:color w:val="555555"/>
          <w:sz w:val="20"/>
        </w:rPr>
        <w:t>[30]</w:t>
      </w:r>
    </w:p>
    <w:p>
      <w:r>
        <w:rPr>
          <w:rFonts w:ascii="Gentium Plus" w:hAnsi="Gentium Plus"/>
          <w:sz w:val="24"/>
        </w:rPr>
        <w:t>Κύριος Σαβαὼθ Κύριος λέγεται τῶν στρατιῶν, τότε αἱ στρατιαὶ, αἱ λειτουργοῦσαι αὐτῷ κατὰ τὸν τῆς κρίσεως και‐ ρὸν, ὑψώσουσι καὶ δοξάσουσιν ἐπὶ τῷ δικαίῳ καὶ ἀπαρα‐ λογίστῳ κρίματι. —Τοιοῦτον δέ τι ὑπονοοῦμεν, ὅτι κρινομέ‐</w:t>
      </w:r>
    </w:p>
    <w:p>
      <w:r>
        <w:rPr>
          <w:rFonts w:ascii="Courier New" w:hAnsi="Courier New"/>
          <w:color w:val="555555"/>
          <w:sz w:val="20"/>
        </w:rPr>
        <w:t>[35]</w:t>
      </w:r>
    </w:p>
    <w:p>
      <w:r>
        <w:rPr>
          <w:rFonts w:ascii="Gentium Plus" w:hAnsi="Gentium Plus"/>
          <w:sz w:val="24"/>
        </w:rPr>
        <w:t>ἥξει εἰς κρίσιν μετὰ τοῦ λαοῦ) μόνος ὁ Κύριος ὑψωθήσεται, οὐδενὸς δικαιουμένου κατενώπιον αὐτοῦ. Τίς γὰρ ὁ συνεξ‐ εταζόμενος ταῖς ἀπὸ τοῦ κτίσαντος ἡμᾶς εὐεργεσίαις καὶ ποικίλαις ὅσαις οἰκονομίαις φθανούσαις κοινῶς ἐπὶ πᾶν τὸ τῶν ἀνθρώπων γένος, ἀποδοῦναι τὰ ἴσα καὶ ἄξια τῶν εἰς</w:t>
      </w:r>
    </w:p>
    <w:p>
      <w:r>
        <w:rPr>
          <w:rFonts w:ascii="Courier New" w:hAnsi="Courier New"/>
          <w:color w:val="555555"/>
          <w:sz w:val="20"/>
        </w:rPr>
        <w:t>[40]</w:t>
      </w:r>
    </w:p>
    <w:p>
      <w:r>
        <w:rPr>
          <w:rFonts w:ascii="Gentium Plus" w:hAnsi="Gentium Plus"/>
          <w:sz w:val="24"/>
        </w:rPr>
        <w:t>αὐτὸν ἐφθακότων ἀπὸ τῆς δωρεᾶς τοῦ Κυρίου δυνήσεται; Διόπερ ἀποροῦσιν οἱ Ἅγιοι, Τί ἀνταποδώσω τῷ Κυρίῳ (λέγοντες) περὶ πάντων ὧν ἀνταπέδωκέ μοι;</w:t>
      </w:r>
    </w:p>
    <w:p>
      <w:r>
        <w:rPr>
          <w:rFonts w:ascii="Courier New" w:hAnsi="Courier New"/>
          <w:color w:val="555555"/>
          <w:sz w:val="20"/>
        </w:rPr>
        <w:t>[5 . 169]</w:t>
      </w:r>
    </w:p>
    <w:p>
      <w:r>
        <w:rPr>
          <w:rFonts w:ascii="Gentium Plus" w:hAnsi="Gentium Plus"/>
          <w:sz w:val="24"/>
        </w:rPr>
        <w:t>Καὶ ὁ Θεὸς ὁ ἅγιος δοξασθήσεται ἐν δικαιοσύνῃ. Ἀκολουθεῖ τῷ ὑψωθῆναι ἐν κρίματι τὸ δοξασθῆναι τὸν Ἅγιον ἐν δικαιοσύνῃ. Οἱ τεθεωρηκότες αὐτὸν ὑψούμενον ἐν τοῖς κρίμασιν, οὗτοι καταλαμβάνουσι τὴν δόξαν τῆς δικαιο‐</w:t>
      </w:r>
    </w:p>
    <w:p>
      <w:r>
        <w:rPr>
          <w:rFonts w:ascii="Courier New" w:hAnsi="Courier New"/>
          <w:color w:val="555555"/>
          <w:sz w:val="20"/>
        </w:rPr>
        <w:t>[5]</w:t>
      </w:r>
    </w:p>
    <w:p>
      <w:r>
        <w:rPr>
          <w:rFonts w:ascii="Gentium Plus" w:hAnsi="Gentium Plus"/>
          <w:sz w:val="24"/>
        </w:rPr>
        <w:t>σύνης αὐτοῦ. —Καὶ βοσκηθήσονται οἱ διηρπασμένοι ὡς ταῦ‐ ροι, καὶ τὰς ἐρήμους τῶν ἀπειλημμένων ἄρνες φάγονται. Ὁ γινόμενος αἰχμάλωτος λαὸς διὰ τὸ μὴ εἰδέναι τὸν Κύριον καὶ τῷ περὶ τὸ μέθυσμα ἡμαρτηκέναι, τρόπον βουκολίου βοσκηθήσεται. Οἱ δὲ αὐτοὶ οὗτοί εἰσιν οἱ διηρπασμένοι, κατὰ</w:t>
      </w:r>
    </w:p>
    <w:p>
      <w:r>
        <w:rPr>
          <w:rFonts w:ascii="Courier New" w:hAnsi="Courier New"/>
          <w:color w:val="555555"/>
          <w:sz w:val="20"/>
        </w:rPr>
        <w:t>[10]</w:t>
      </w:r>
    </w:p>
    <w:p>
      <w:r>
        <w:rPr>
          <w:rFonts w:ascii="Gentium Plus" w:hAnsi="Gentium Plus"/>
          <w:sz w:val="24"/>
        </w:rPr>
        <w:t>τὸν τοῦ αἰχμαλωτίζεσθαι αὐτοὺς καιρόν. —Δῆλον δὲ ὅτι, ἐπειδὰν ἡττηθῶμεν ἐν τῷ πολέμῳ ὑπὸ τῶν ἀντικειμένων ἐνεργειῶν, αἰχμαλωτιζόμενοι ὑπ’ αὐτῶν, ὥσπερ λάφυρα μετὰ τὴν νίκην διαρπαζόμεθα. Διαρπασθέντες δὲ, οὐκέτι τὰ τῶν λογικῶν ἴδια εἰς τροφὴν τὴν ἑαυτῶν παραλαμβάνομεν,</w:t>
      </w:r>
    </w:p>
    <w:p>
      <w:r>
        <w:rPr>
          <w:rFonts w:ascii="Courier New" w:hAnsi="Courier New"/>
          <w:color w:val="555555"/>
          <w:sz w:val="20"/>
        </w:rPr>
        <w:t>[15]</w:t>
      </w:r>
    </w:p>
    <w:p>
      <w:r>
        <w:rPr>
          <w:rFonts w:ascii="Gentium Plus" w:hAnsi="Gentium Plus"/>
          <w:sz w:val="24"/>
        </w:rPr>
        <w:t>ἀλλ’ ὑπὸ ἀλόγων κινημάτων (ὡς ἔτυχε) φερόμενοι, τρόπον ταύρων ἐν τῇ ἐρημίᾳ τοῦ βίου τούτου διάξομεν. —Διὰ τοῦτο δὲ οὐκ εἶπε βοῶν, ἀλλὰ ταύρων· ὅτι αἱ μὲν βόες ἀλλήλαις, συναγελάζονται, οἱ ταῦροι δὲ διὰ τὸ θυμοειδὲς ὀργίλως ἔχοντες πρὸς ἀλλήλους, διεσπασμένοι ἀπ’ ἀλλήλων νέμονται.</w:t>
      </w:r>
    </w:p>
    <w:p>
      <w:r>
        <w:rPr>
          <w:rFonts w:ascii="Courier New" w:hAnsi="Courier New"/>
          <w:color w:val="555555"/>
          <w:sz w:val="20"/>
        </w:rPr>
        <w:t>[20]</w:t>
      </w:r>
    </w:p>
    <w:p>
      <w:r>
        <w:rPr>
          <w:rFonts w:ascii="Gentium Plus" w:hAnsi="Gentium Plus"/>
          <w:sz w:val="24"/>
        </w:rPr>
        <w:t>Ἐπειδὴ δὲ μετὰ τὴν αἰχμαλωσίαν πολλὰ εἰκὸς ἐρημοῦσθαι (τῷ ὑπὸ τῶν πολεμίων ἀπῆχθαι τοὺς οἰκήτορας) διὰ τοῦτό φησι· Καὶ τὰς ἐρήμους τῶν ἀπειλημμένων ἄρνες φάγονται. Οἱονεὶ γὰρ, κατὰ ἱστορίαν, ἐπὶ τῆς Βαβυλωνίας ἀποληφ‐ θέντες κατείχοντο οἱ ἀνάστατοι ἀπὸ τῆς Ἰουδαίας κατὰ τὴν</w:t>
      </w:r>
    </w:p>
    <w:p>
      <w:r>
        <w:rPr>
          <w:rFonts w:ascii="Courier New" w:hAnsi="Courier New"/>
          <w:color w:val="555555"/>
          <w:sz w:val="20"/>
        </w:rPr>
        <w:t>[25]</w:t>
      </w:r>
    </w:p>
    <w:p>
      <w:r>
        <w:rPr>
          <w:rFonts w:ascii="Gentium Plus" w:hAnsi="Gentium Plus"/>
          <w:sz w:val="24"/>
        </w:rPr>
        <w:t>τοῦ Ναβουχοδονόσορ ἐπιστρατείαν γενόμενοι. Τὴν οὖν χώ‐ ραν τὴν διαφέρουσαν τοῖς ἀπειλημμένοις καὶ κατεχομένοις ὑπὸ τῆς τοῦ πολέμου ἀνάγκης μηλόβοτον ὑπὸ πολλῆς ἐρη‐ μίας γενομένην, ἄρνες (φησὶν) ἐπινεμήσονται, διὰ τὸ μηδὲν λείψανον παλαιᾶς οἰκήσεως φέρειν, ἀλλὰ βαθεῖαν καὶ ἁπαλὴν</w:t>
      </w:r>
    </w:p>
    <w:p>
      <w:r>
        <w:rPr>
          <w:rFonts w:ascii="Courier New" w:hAnsi="Courier New"/>
          <w:color w:val="555555"/>
          <w:sz w:val="20"/>
        </w:rPr>
        <w:t>[30]</w:t>
      </w:r>
    </w:p>
    <w:p>
      <w:r>
        <w:rPr>
          <w:rFonts w:ascii="Gentium Plus" w:hAnsi="Gentium Plus"/>
          <w:sz w:val="24"/>
        </w:rPr>
        <w:t>ἐκ τῆς τῶν ἀνθρώπων ἐρημίας τὴν πόαν ἐκτρέφειν. —Τάχα δὲ καὶ προφητικῶς ὁ λόγος αἰνίσσεται, ὅτι τῶν παραβε‐ βηκότων τὰ θεῖα προστάγματα ἐκβληθέντων τῆς παλαιᾶς αὐτῶν ἐν τοῖς ἁγίοις διαγωγῆς, ἡμεῖς (οἱ τῷ παραπτώματι αὐτῶν πρὸς τὸ σωθῆναι οἰκονομηθέντες) ἄρνες τινὲς διὰ τὸ</w:t>
      </w:r>
    </w:p>
    <w:p>
      <w:r>
        <w:rPr>
          <w:rFonts w:ascii="Courier New" w:hAnsi="Courier New"/>
          <w:color w:val="555555"/>
          <w:sz w:val="20"/>
        </w:rPr>
        <w:t>[35]</w:t>
      </w:r>
    </w:p>
    <w:p>
      <w:r>
        <w:rPr>
          <w:rFonts w:ascii="Gentium Plus" w:hAnsi="Gentium Plus"/>
          <w:sz w:val="24"/>
        </w:rPr>
        <w:t>εἰς τὴν πίστιν ἀρτιγενὲς ὀνομαζόμενοι τοῖς τῶν ἀπειλημ‐ μένων τόποις ἐπινεμόμεθα, τῆς πνευματικῆς καὶ λογικῆς τροφῆς τῶν λογίων τοῦ Θεοῦ, οἷόν τινος πόας ἁπαλῆς ἀπο‐ λαύοντες. Καὶ ὁ Κύριος δὲ τοὺς ἀρτιγενεῖς κατὰ τὴν πίστιν ἄρνας προσηγόρευσεν, ἐν τῷ λέγειν Πέτρῳ. Σίμων Βὰρ</w:t>
      </w:r>
    </w:p>
    <w:p>
      <w:r>
        <w:rPr>
          <w:rFonts w:ascii="Courier New" w:hAnsi="Courier New"/>
          <w:color w:val="555555"/>
          <w:sz w:val="20"/>
        </w:rPr>
        <w:t>[40]</w:t>
      </w:r>
    </w:p>
    <w:p>
      <w:r>
        <w:rPr>
          <w:rFonts w:ascii="Gentium Plus" w:hAnsi="Gentium Plus"/>
          <w:sz w:val="24"/>
        </w:rPr>
        <w:t>Ἰῶνα, φιλεῖς με; Βόσκε τὰ ἀρνία μου.</w:t>
      </w:r>
    </w:p>
    <w:p>
      <w:r>
        <w:rPr>
          <w:rFonts w:ascii="Courier New" w:hAnsi="Courier New"/>
          <w:color w:val="555555"/>
          <w:sz w:val="20"/>
        </w:rPr>
        <w:t>[5 . 170]</w:t>
      </w:r>
    </w:p>
    <w:p>
      <w:r>
        <w:rPr>
          <w:rFonts w:ascii="Gentium Plus" w:hAnsi="Gentium Plus"/>
          <w:sz w:val="24"/>
        </w:rPr>
        <w:t>Οὐαὶ οἱ ἐπισπώμενοι τὰς ἁμαρτίας ὡς σχοινίῳ μακρῷ καὶ ὡς ζυγοῦ ἱμάντι δαμάλεως τὰς ἀνομίας, οἱ λέγοντες τὸ τάχος ἐγγισάτω ἃ ποιήσει, ἵνα ἴδωμεν· καὶ ἐλθέτω ἡ βουλὴ τοῦ Ἁγίου Ἰσραὴλ, ἵνα γνῶμεν.</w:t>
      </w:r>
    </w:p>
    <w:p>
      <w:r>
        <w:rPr>
          <w:rFonts w:ascii="Courier New" w:hAnsi="Courier New"/>
          <w:color w:val="555555"/>
          <w:sz w:val="20"/>
        </w:rPr>
        <w:t>[5]</w:t>
      </w:r>
    </w:p>
    <w:p>
      <w:r>
        <w:rPr>
          <w:rFonts w:ascii="Gentium Plus" w:hAnsi="Gentium Plus"/>
          <w:sz w:val="24"/>
        </w:rPr>
        <w:t>Οἱ ἁμαρτάνοντες δεσμοὺς ἑαυτοῖς καὶ σχοινία, οἷς δεδέμεθα κατασκευάζομεν, κατὰ τὴν ἀναλογίαν τοῦ πλήθους ἢ μεγέ‐ θους τῶν ἁμαρτημάτων, ἢ μείζονα ἢ μικρότερα ἑαυτοῖς τῶν ψυχῶν τὰ δεσμὰ πλέκοντες, ὑφ’ ὧν κατὰ τὸν Ἱερεμίαν δέσμιοι ἐγενόμεθα. Οἱ οὖν κεκρατημένοι ὑπὸ τοῦ φρονή‐</w:t>
      </w:r>
    </w:p>
    <w:p>
      <w:r>
        <w:rPr>
          <w:rFonts w:ascii="Courier New" w:hAnsi="Courier New"/>
          <w:color w:val="555555"/>
          <w:sz w:val="20"/>
        </w:rPr>
        <w:t>[10]</w:t>
      </w:r>
    </w:p>
    <w:p>
      <w:r>
        <w:rPr>
          <w:rFonts w:ascii="Gentium Plus" w:hAnsi="Gentium Plus"/>
          <w:sz w:val="24"/>
        </w:rPr>
        <w:t>ματος τῆς σαρκὸς, οὗτοι γηΐνοις δεσμοῖς εἰσι κατειλημμέ‐ νοι, ὑφ’ ὧν, μετὰ τὴν δικαίαν τοῦ κριτοῦ ἀπόφασιν, δε‐ θέντες χειρῶν καὶ ποδῶν, οἱ καταδικασθέντες ἐκβάλλονται εἰς τὸ σκότος τὸ ἐξώτερον· χειρῶν μὲν, διὰ τὸ πρακτικὸν, ποδῶν δὲ, διὰ τὸ πορευτικόν. Σειραῖς γὰρ, τῷ ὄντι, τῶν</w:t>
      </w:r>
    </w:p>
    <w:p>
      <w:r>
        <w:rPr>
          <w:rFonts w:ascii="Courier New" w:hAnsi="Courier New"/>
          <w:color w:val="555555"/>
          <w:sz w:val="20"/>
        </w:rPr>
        <w:t>[15]</w:t>
      </w:r>
    </w:p>
    <w:p>
      <w:r>
        <w:rPr>
          <w:rFonts w:ascii="Gentium Plus" w:hAnsi="Gentium Plus"/>
          <w:sz w:val="24"/>
        </w:rPr>
        <w:t>ἰδίων ἁμαρτιῶν ἕκαστος σφίγγεται, ὥστε ἕκαστον τῶν ἐνερ‐ γησάντων τὴν ἁμαρτίαν μελῶν ἰδίῳ τινὶ δεσμῷ κολαζόμενον κατασφίγγεσθαι. Οὐαὶ οὖν (φησὶν) οἱ ἐπισπώμενοι τὰς ἁμαρτίας ὡς σχοινίῳ μακρῷ, τουτέστιν οἱ συνείροντες τῷ προτέρῳ πταίσματι</w:t>
      </w:r>
    </w:p>
    <w:p>
      <w:r>
        <w:rPr>
          <w:rFonts w:ascii="Courier New" w:hAnsi="Courier New"/>
          <w:color w:val="555555"/>
          <w:sz w:val="20"/>
        </w:rPr>
        <w:t>[20]</w:t>
      </w:r>
    </w:p>
    <w:p>
      <w:r>
        <w:rPr>
          <w:rFonts w:ascii="Gentium Plus" w:hAnsi="Gentium Plus"/>
          <w:sz w:val="24"/>
        </w:rPr>
        <w:t>δεύτερα καὶ τρίτα καὶ καθεξῆς ἀσεβήματα καὶ ἀδικήματα καὶ ἀκολαστήματα. Ἔδει γὰρ τοὺς προληφθέντας ἐν ταῖς ἁμαρτίαις, ἀντὶ τοῦ σωρεύειν καὶ ἐπισυνάπτειν τοῖς κακοῖς ἕτερα, εὐθὺς ἀπὸ τῆς πρώτης τῶν κακῶν πλοκῆς καταλύειν</w:t>
      </w:r>
    </w:p>
    <w:p>
      <w:r>
        <w:rPr>
          <w:rFonts w:ascii="Courier New" w:hAnsi="Courier New"/>
          <w:color w:val="555555"/>
          <w:sz w:val="20"/>
        </w:rPr>
        <w:t>[25]</w:t>
      </w:r>
    </w:p>
    <w:p>
      <w:r>
        <w:rPr>
          <w:rFonts w:ascii="Gentium Plus" w:hAnsi="Gentium Plus"/>
          <w:sz w:val="24"/>
        </w:rPr>
        <w:t>φύσιν ἀμήχανον, διότι οὐκ ἔστι δίκαιος ἐπὶ τῆς γῆς, ὡς ποιήσει ἀγαθὸν, καὶ οὐχ ἁμαρτήσεται· δυνατὸν δὲ (ἀπὸ τοῦ ἁμαρτεῖν κατὰ προπέτειαν ἢ συναρπαγὴν τοῦ ἐπιβουλεύοντος ἡμῖν) εὐθὺς μεταβαλλομένους μετανοεῖν καὶ μὴ ἐπισωρεύειν κακὰ κακοῖς.</w:t>
      </w:r>
    </w:p>
    <w:p>
      <w:r>
        <w:rPr>
          <w:rFonts w:ascii="Courier New" w:hAnsi="Courier New"/>
          <w:color w:val="555555"/>
          <w:sz w:val="20"/>
        </w:rPr>
        <w:t>[30]</w:t>
      </w:r>
    </w:p>
    <w:p>
      <w:r>
        <w:rPr>
          <w:rFonts w:ascii="Gentium Plus" w:hAnsi="Gentium Plus"/>
          <w:sz w:val="24"/>
        </w:rPr>
        <w:t>Ὥσπερ γὰρ οἱ τὰς σχοίνους πλέκοντες, δαπανᾶσθαι λοιπὸν μέλλοντος τοῦ συγκλωθομένου, ἕτερον παρεμβάλλουσι, μηκύ‐ νοντες αὐτὸ καὶ παραύξοντες, οὕτω καὶ οἱ τοῖς κακοῖς ἐμ‐ βαθύνοντες· πρὶν τὴν προτέραν ἁμαρτίαν συντελεσθῆναι, δευτέρας ἄρχονται, κἀκείνῃ πάλιν ἐπισυνάπτουσιν ἑτέραν.</w:t>
      </w:r>
    </w:p>
    <w:p>
      <w:r>
        <w:rPr>
          <w:rFonts w:ascii="Courier New" w:hAnsi="Courier New"/>
          <w:color w:val="555555"/>
          <w:sz w:val="20"/>
        </w:rPr>
        <w:t>[35]</w:t>
      </w:r>
    </w:p>
    <w:p>
      <w:r>
        <w:rPr>
          <w:rFonts w:ascii="Gentium Plus" w:hAnsi="Gentium Plus"/>
          <w:sz w:val="24"/>
        </w:rPr>
        <w:t>Καὶ οὕτως ὅλος αὐτοῖς ὁ βίος δι’ ἁμαρτιῶν προϊὼν, πλεκο‐ μένῳ τινὶ ἔοικε σχοινίῳ μακρῷ, καὶ τὸ προλαβὸν συνδεδε‐ μένον ἔχων, καὶ τὸ ἀεὶ παρὸν εἰς τὴν τοῦ προάγοντος ὁμοι‐ ότητα συναπτόμενον. Διὰ τοῦτο, Οὐαὶ (φησὶν) οἱ ἐπισπώ‐ μενοι τὰς ἁμαρτίας ὡς σχοινίῳ μακρῷ.</w:t>
      </w:r>
    </w:p>
    <w:p>
      <w:r>
        <w:rPr>
          <w:rFonts w:ascii="Courier New" w:hAnsi="Courier New"/>
          <w:color w:val="555555"/>
          <w:sz w:val="20"/>
        </w:rPr>
        <w:t>[40]</w:t>
      </w:r>
    </w:p>
    <w:p>
      <w:r>
        <w:rPr>
          <w:rFonts w:ascii="Gentium Plus" w:hAnsi="Gentium Plus"/>
          <w:sz w:val="24"/>
        </w:rPr>
        <w:t>Νοήσωμεν καὶ ἀπὸ παραδείγματος τὸ λεγόμενον. Ἔστω τις περὶ τὴν ἁμαρτίαν τῆς ἀκολασίας ἐπτερωμένος· σκόπει διὰ πόσων ἑαυτῷ τῶν ἐν τῷ μέσῳ τὴν ἁμαρτίαν ἐπισπᾶται τῆς ἀσελγείας· πρῶτον μὲν τὸ σῶμα ἑαυτοῦ τοιῶσδε σχηματί‐ ζων, περικειρόμενος μὲν τοιῶσδε τὰς τρίχας, περιβαλλόμε‐</w:t>
      </w:r>
    </w:p>
    <w:p>
      <w:r>
        <w:rPr>
          <w:rFonts w:ascii="Courier New" w:hAnsi="Courier New"/>
          <w:color w:val="555555"/>
          <w:sz w:val="20"/>
        </w:rPr>
        <w:t>[45]</w:t>
      </w:r>
    </w:p>
    <w:p>
      <w:r>
        <w:rPr>
          <w:rFonts w:ascii="Gentium Plus" w:hAnsi="Gentium Plus"/>
          <w:sz w:val="24"/>
        </w:rPr>
        <w:t>νος δὲ τὴν ἐσθῆτα τοιῶσδε, καὶ ταύτην οὐ τὴν τυχοῦσαν, ἀλλὰ πρὸς καλλωπισμὸν ἐπιτετηδευμένην, μέχρι ζώνης, μέχρι ὑποδημάτων τὸ περίεργον τῆς περὶ αὐτὸν φιλοκαλίας ἐπι‐ δεικνύμενος. Εἶτα χρήματα συμπορίζων, ὥστε δι’ αὐτῶν ἐξωνήσασθαι τὴν ὥραν τῆς ἐρωμένης· εἶτα προμνηστρίας</w:t>
      </w:r>
    </w:p>
    <w:p>
      <w:r>
        <w:rPr>
          <w:rFonts w:ascii="Courier New" w:hAnsi="Courier New"/>
          <w:color w:val="555555"/>
          <w:sz w:val="20"/>
        </w:rPr>
        <w:t>[5 . 170 (50)]</w:t>
      </w:r>
    </w:p>
    <w:p>
      <w:r>
        <w:rPr>
          <w:rFonts w:ascii="Gentium Plus" w:hAnsi="Gentium Plus"/>
          <w:sz w:val="24"/>
        </w:rPr>
        <w:t>ἑαυτῷ προαγωγοὺς περινοῶν, ῥήματα ἐπιτηδεύων φθοροποιὰ, συντυχιῶν ἀφορμὰς ἑαυτῷ κατασκευάζων, πότους καὶ συμ‐ πόσια, ὁμιλίας μακράς ... Διὰ τοσούτων, ὅσων τῶν ἐν τῷ</w:t>
      </w:r>
    </w:p>
    <w:p>
      <w:r>
        <w:rPr>
          <w:rFonts w:ascii="Courier New" w:hAnsi="Courier New"/>
          <w:color w:val="555555"/>
          <w:sz w:val="20"/>
        </w:rPr>
        <w:t>[55]</w:t>
      </w:r>
    </w:p>
    <w:p>
      <w:r>
        <w:rPr>
          <w:rFonts w:ascii="Gentium Plus" w:hAnsi="Gentium Plus"/>
          <w:sz w:val="24"/>
        </w:rPr>
        <w:t>ἁπαξαπλῶς εἰπεῖν, ἡ κατὰ τοῦ πλησίον κακία (μὴ ἐκ τοῦ περιτυχόντος ἐπιτελουμένη, ἀλλὰ ἐκ βουλῆς καὶ ἐνέδρας, διὰ μακρῶν κατασκευῶν συντελουμένη) σχοινίον ἐστὶ μακρὸν, δι’ οὗ καὶ πόῤῥω κειμένας ἐπισύρονται ἑαυτοῖς τὰς ἁμαρτίας οἱ ἄνθρωποι. Οὕτω δὲ μακρὰ ὄντα τὰ σχοινία ταῦτα, δυσδιά‐</w:t>
      </w:r>
    </w:p>
    <w:p>
      <w:r>
        <w:rPr>
          <w:rFonts w:ascii="Courier New" w:hAnsi="Courier New"/>
          <w:color w:val="555555"/>
          <w:sz w:val="20"/>
        </w:rPr>
        <w:t>[60]</w:t>
      </w:r>
    </w:p>
    <w:p>
      <w:r>
        <w:rPr>
          <w:rFonts w:ascii="Gentium Plus" w:hAnsi="Gentium Plus"/>
          <w:sz w:val="24"/>
        </w:rPr>
        <w:t>λυτά εἰσι, διὰ τὸ ἐν κακίαις εὔτονον τῶν ἁμαρτανόντων, καὶ σφοδρῶς ἑαυτοῖς καὶ πυκνῶς ἐπιπλεκόντων τὰ ἁμαρτή‐ ματα.</w:t>
      </w:r>
    </w:p>
    <w:p>
      <w:r>
        <w:rPr>
          <w:rFonts w:ascii="Courier New" w:hAnsi="Courier New"/>
          <w:color w:val="555555"/>
          <w:sz w:val="20"/>
        </w:rPr>
        <w:t>[5 . 171]</w:t>
      </w:r>
    </w:p>
    <w:p>
      <w:r>
        <w:rPr>
          <w:rFonts w:ascii="Gentium Plus" w:hAnsi="Gentium Plus"/>
          <w:sz w:val="24"/>
        </w:rPr>
        <w:t>Διὰ τοῦτό φησι· Καὶ ὡς ζυγοῦ ἱμάντι δαμάλεως. Οἱ γὰρ ζυγόδεσμοι οὐδὲ ὑπὸ τῶν ἰσχυροτάτων ζευγῶν καὶ βιαίως ἐπισπωμένων τὰ βάρη εὐκόλως διαῤῥήγνυνται. Ἐπέ‐ τεινε δὲ τὴν ἰσχὺν ὁ λόγος, τὸν ἱμάντα τοῦ ζυγοῦ ἐκ δαμά‐</w:t>
      </w:r>
    </w:p>
    <w:p>
      <w:r>
        <w:rPr>
          <w:rFonts w:ascii="Courier New" w:hAnsi="Courier New"/>
          <w:color w:val="555555"/>
          <w:sz w:val="20"/>
        </w:rPr>
        <w:t>[5]</w:t>
      </w:r>
    </w:p>
    <w:p>
      <w:r>
        <w:rPr>
          <w:rFonts w:ascii="Gentium Plus" w:hAnsi="Gentium Plus"/>
          <w:sz w:val="24"/>
        </w:rPr>
        <w:t>λεως εἶναι λέγων, τουτέστιν ἀπὸ ἰσχυροτάτου ζώου, οὔτε διὰ πόνων, οὔτε διὰ χρόνων ἠσθενηκότος. Οὐαὶ οὖν οἱ καὶ μακράς τινας κατασκευὰς πρὸς τὸ ἁμαρτάνειν ἐπιτηδεύον‐ τες, καὶ ταύτας εὐτόνως καὶ ἰσχυρῶς. —Δυνατὸν μέντοι γε‐ νόμενον δέσμιον ἁμαρτίας ἀκολουθῆσαι Χριστῷ, τῷ ἐροῦντι</w:t>
      </w:r>
    </w:p>
    <w:p>
      <w:r>
        <w:rPr>
          <w:rFonts w:ascii="Courier New" w:hAnsi="Courier New"/>
          <w:color w:val="555555"/>
          <w:sz w:val="20"/>
        </w:rPr>
        <w:t>[10]</w:t>
      </w:r>
    </w:p>
    <w:p>
      <w:r>
        <w:rPr>
          <w:rFonts w:ascii="Gentium Plus" w:hAnsi="Gentium Plus"/>
          <w:sz w:val="24"/>
        </w:rPr>
        <w:t>τοῖς ἐν δεσμοῖς· Ἐξέλθετε, καὶ τοῖς ἐν τῷ σκότει· Ἀποκα‐ λυφθῆναι. Ἐξελθόντες δὲ ἀπὸ φυλακῆς οἱ δέσμιοι καὶ ἀπὸ τοῦ σκότους τῷ ἀληθινῷ φωτὶ διὰ τῆς μετανοίας ἐμβλέ‐ ψαντες, ἕπονται Χριστῷ ἐξομολογούμενοι, δεδεμένοι ἐν χει‐ ροπέδαις, ἕως ἂν ἐκ τῆς τῶν ἀγαθῶν μεταβολῆς ἄξιοι γέ‐</w:t>
      </w:r>
    </w:p>
    <w:p>
      <w:r>
        <w:rPr>
          <w:rFonts w:ascii="Courier New" w:hAnsi="Courier New"/>
          <w:color w:val="555555"/>
          <w:sz w:val="20"/>
        </w:rPr>
        <w:t>[15]</w:t>
      </w:r>
    </w:p>
    <w:p>
      <w:r>
        <w:rPr>
          <w:rFonts w:ascii="Gentium Plus" w:hAnsi="Gentium Plus"/>
          <w:sz w:val="24"/>
        </w:rPr>
        <w:t>νωνται τοῦ λυθῆναι ὑπ’ αὐτοῦ τῶν ἀφύκτων τέως νομιζο‐</w:t>
      </w:r>
    </w:p>
    <w:p>
      <w:r>
        <w:rPr>
          <w:rFonts w:ascii="Courier New" w:hAnsi="Courier New"/>
          <w:color w:val="555555"/>
          <w:sz w:val="20"/>
        </w:rPr>
        <w:t>[20]</w:t>
      </w:r>
    </w:p>
    <w:p>
      <w:r>
        <w:rPr>
          <w:rFonts w:ascii="Gentium Plus" w:hAnsi="Gentium Plus"/>
          <w:sz w:val="24"/>
        </w:rPr>
        <w:t>ἵνα ἴδωμεν· καὶ ἐλθέτω ἡ βουλὴ τοῦ Ἁγίου Ἰσραὴλ, ἵνα γνῶμεν. Ἀλλὰ τοῦτο σχοινίον μακρὸν, τὴν πόῤῥω κειμένην ἁμαρτίαν ἐπισυρόμενον. Δῆλον γὰρ, ὅτι ἀπιστοῦντες περὶ τοῦ μέλλοντος αἰῶνος καὶ καταφρονοῦντες τῶν ἀπειλου‐</w:t>
      </w:r>
    </w:p>
    <w:p>
      <w:r>
        <w:rPr>
          <w:rFonts w:ascii="Courier New" w:hAnsi="Courier New"/>
          <w:color w:val="555555"/>
          <w:sz w:val="20"/>
        </w:rPr>
        <w:t>[25]</w:t>
      </w:r>
    </w:p>
    <w:p>
      <w:r>
        <w:rPr>
          <w:rFonts w:ascii="Gentium Plus" w:hAnsi="Gentium Plus"/>
          <w:sz w:val="24"/>
        </w:rPr>
        <w:t>μένων, τοιαῦτα λέγουσιν. Οὐ γὰρ ὁ φοβούμενος τὸ τοῦ Χριστοῦ δικαστήριον καὶ ἀναλαμβάνων τῇ μνήμῃ τὰ ἐκ νεότητος ἡμαρτημένα, τολμήσει καταφρονητικῶς ἐπισπεύ‐ δειν τὴν κρίσιν. Τὸ ἐναντίον μὲν οὖν, καὶ προθεσμίας ἑαυτῷ μακροτέρας ἐπιζητεῖ, πρὸς τὸ ἐν πλείονι χρόνῳ δυνηθῆναι</w:t>
      </w:r>
    </w:p>
    <w:p>
      <w:r>
        <w:rPr>
          <w:rFonts w:ascii="Courier New" w:hAnsi="Courier New"/>
          <w:color w:val="555555"/>
          <w:sz w:val="20"/>
        </w:rPr>
        <w:t>[30]</w:t>
      </w:r>
    </w:p>
    <w:p>
      <w:r>
        <w:rPr>
          <w:rFonts w:ascii="Gentium Plus" w:hAnsi="Gentium Plus"/>
          <w:sz w:val="24"/>
        </w:rPr>
        <w:t>τὴν ἑαυτοῦ ψυχὴν ἀπὸ τοῦ ῥύπου τῶν ἁμαρτιῶν ἀποσμῆξαι. —Τοῦ δὲ ἀλόγως ἐπείγεσθαι πρὸς τὰ μέλλοντα, ἀπόδειξις Ἀχιτόφελ καὶ Ἰούδας, οἳ διὰ τὸ βαρύτερα κρίνειν τὰ παρόντα τῶν μετὰ ταῦτα, καὶ τὸν ἐν ἀνθρώποις ὀνειδισμὸν τῆς ἐν γεέννῃ κολάσεως, τὸν δι’ ἀγχόνης θάνατον τοῦ αὐτομάτου</w:t>
      </w:r>
    </w:p>
    <w:p>
      <w:r>
        <w:rPr>
          <w:rFonts w:ascii="Courier New" w:hAnsi="Courier New"/>
          <w:color w:val="555555"/>
          <w:sz w:val="20"/>
        </w:rPr>
        <w:t>[35]</w:t>
      </w:r>
    </w:p>
    <w:p>
      <w:r>
        <w:rPr>
          <w:rFonts w:ascii="Gentium Plus" w:hAnsi="Gentium Plus"/>
          <w:sz w:val="24"/>
        </w:rPr>
        <w:t>προετίμησαν. Οὐκ ἂν γὰρ πιστεύοντες περὶ τοῦ μέλλοντος αἰῶνος ἀπηγχονίσαντο, ἀλλ’ εἰ καὶ δυσηρεστοῦντο τῷ βίῳ, προσετίθεσαν ἂν τοῖς ἐνταῦθα, φοβερώτερα κρίνοντες τῶν παρόντων τὰ μέλλοντα. Ὁποῖος ἦν ὁ Ἰὼβ, λέγων· Ὄφελον δυναίμην ἐμαυτὸν χειρώσασθαι, ἢ δεηθείς γε ἑτέρου καὶ</w:t>
      </w:r>
    </w:p>
    <w:p>
      <w:r>
        <w:rPr>
          <w:rFonts w:ascii="Courier New" w:hAnsi="Courier New"/>
          <w:color w:val="555555"/>
          <w:sz w:val="20"/>
        </w:rPr>
        <w:t>[40]</w:t>
      </w:r>
    </w:p>
    <w:p>
      <w:r>
        <w:rPr>
          <w:rFonts w:ascii="Gentium Plus" w:hAnsi="Gentium Plus"/>
          <w:sz w:val="24"/>
        </w:rPr>
        <w:t>ποιήσει μοι τοῦτο. Ἐκ τῶν τοιούτων γὰρ καὶ τὸ τῆς πλη‐ γῆς δύσφορον ἐνεδείκνυτο καὶ τὸ περὶ τὴν ἑαυτοῦ ἐπιβουλὴν</w:t>
      </w:r>
    </w:p>
    <w:p>
      <w:r>
        <w:rPr>
          <w:rFonts w:ascii="Courier New" w:hAnsi="Courier New"/>
          <w:color w:val="555555"/>
          <w:sz w:val="20"/>
        </w:rPr>
        <w:t>[45]</w:t>
      </w:r>
    </w:p>
    <w:p>
      <w:r>
        <w:rPr>
          <w:rFonts w:ascii="Gentium Plus" w:hAnsi="Gentium Plus"/>
          <w:sz w:val="24"/>
        </w:rPr>
        <w:t>καμεν ὡς λεγόμενον ὑπό τινων τὸ Ποιήσωμεν τὰ κακὰ, ἵνα ἔλθῃ τὰ ἀγαθά, ἡγούμεθα κἀκείνην τὴν ἐπιτήδευσιν σχοινίον εἶναι ἁμαρτίας μεγάλης ἐπακτικόν. Λέγεται γὰρ γεγονέναι ἐκ τῆς πολλῆς διαστροφῆς καὶ τοιαύτη τις γνώμη παρὰ τοῖς Ἰουδαίοις, ὅτι, ἐπειδὴ ἡ φθορὰ προσδοκᾶται (τῷ</w:t>
      </w:r>
    </w:p>
    <w:p>
      <w:r>
        <w:rPr>
          <w:rFonts w:ascii="Courier New" w:hAnsi="Courier New"/>
          <w:color w:val="555555"/>
          <w:sz w:val="20"/>
        </w:rPr>
        <w:t>[5 . 171 (50)]</w:t>
      </w:r>
    </w:p>
    <w:p>
      <w:r>
        <w:rPr>
          <w:rFonts w:ascii="Gentium Plus" w:hAnsi="Gentium Plus"/>
          <w:sz w:val="24"/>
        </w:rPr>
        <w:t>πλήθει τῆς ἁμαρτίας) γενήσεσθαι, φέρε ποιήσωμεν τὰ κακὰ καὶ τὸ ἔσχατον μέτρον τῆς ἀδικίας πληρώσωμεν, ὥστε ἐπελθεῖν τὴν ἀλλαγὴν τῶν παρόντων, καὶ ἐν τῇ βελτίονι καταστάσει γενέσθαι τὰ σύμπαντα.</w:t>
      </w:r>
    </w:p>
    <w:p>
      <w:r>
        <w:rPr>
          <w:rFonts w:ascii="Courier New" w:hAnsi="Courier New"/>
          <w:color w:val="555555"/>
          <w:sz w:val="20"/>
        </w:rPr>
        <w:t>[5 . 172]</w:t>
      </w:r>
    </w:p>
    <w:p>
      <w:r>
        <w:rPr>
          <w:rFonts w:ascii="Gentium Plus" w:hAnsi="Gentium Plus"/>
          <w:sz w:val="24"/>
        </w:rPr>
        <w:t>Οὐαὶ οἱ λέγοντες τὸ πονηρὸν καλὸν καὶ τὸ καλὸν πονηρόν· οἱ τιθέντες τὸ σκότος φῶς, καὶ τὸ φῶς σκότος· οἱ τιθέντες τὸ γλυκὺ πικρὸν καὶ τὸ πικρὸν γλυκύ. Τελείου δέ ἐστι τοῦ διὰ τὴν ἕξιν γεγυμνασμένα ἔχοντος τὰ</w:t>
      </w:r>
    </w:p>
    <w:p>
      <w:r>
        <w:rPr>
          <w:rFonts w:ascii="Courier New" w:hAnsi="Courier New"/>
          <w:color w:val="555555"/>
          <w:sz w:val="20"/>
        </w:rPr>
        <w:t>[5]</w:t>
      </w:r>
    </w:p>
    <w:p>
      <w:r>
        <w:rPr>
          <w:rFonts w:ascii="Gentium Plus" w:hAnsi="Gentium Plus"/>
          <w:sz w:val="24"/>
        </w:rPr>
        <w:t>αἰσθητήρια, διακρίνειν δύνασθαι τὴν τοῦ καλοῦ φύσιν ἀπὸ τοῦ πονηροῦ. Καὶ δοκίμου τραπεζίτου τὸ καλὸν κατέχειν, ἀπὸ δὲ παντὸς εἴδους πονηροῦ ἀπέχεσθαι· διεφθαρμένον δὲ ἔχον‐ τος τῆς ψυχῆς τὸ κριτήριον, ἐνηλλαγμένας τὰς μαρτυρίας περὶ τῆς ἑκάστου ἀξίας ἀποδιδόναι. Καὶ ἔοικε πολλή τις</w:t>
      </w:r>
    </w:p>
    <w:p>
      <w:r>
        <w:rPr>
          <w:rFonts w:ascii="Courier New" w:hAnsi="Courier New"/>
          <w:color w:val="555555"/>
          <w:sz w:val="20"/>
        </w:rPr>
        <w:t>[10]</w:t>
      </w:r>
    </w:p>
    <w:p>
      <w:r>
        <w:rPr>
          <w:rFonts w:ascii="Gentium Plus" w:hAnsi="Gentium Plus"/>
          <w:sz w:val="24"/>
        </w:rPr>
        <w:t>εὐχέρεια εἶναι τῇ ἀνθρωπείᾳ φύσει πρὸς τὸ τὰ ἐναντία δο‐ ξάζειν τῇ περὶ ἕκαστον ἀληθείᾳ. —Καὶ εἴθε ἐπὶ μόνους τοὺς ἔξω τῆς κατὰ τὰς Γραφὰς πίστεως ἔφθανεν ἡ διαφωνία αὕτη, οἳ ἰσοπαλεῖς λέγοντες εἶναι τοὺς περὶ ἑκάστου πράγ‐</w:t>
      </w:r>
    </w:p>
    <w:p>
      <w:r>
        <w:rPr>
          <w:rFonts w:ascii="Courier New" w:hAnsi="Courier New"/>
          <w:color w:val="555555"/>
          <w:sz w:val="20"/>
        </w:rPr>
        <w:t>[15]</w:t>
      </w:r>
    </w:p>
    <w:p>
      <w:r>
        <w:rPr>
          <w:rFonts w:ascii="Gentium Plus" w:hAnsi="Gentium Plus"/>
          <w:sz w:val="24"/>
        </w:rPr>
        <w:t>εἰς ἀμφιβολίαν ἄγουσι, μέλανα εἶναι τὸν ἄργυρον, ἐκ τοῦ ἰοῦ ὃν ἀφίησι· καὶ μέλανα εἶναι τὸν ἥλιον, ἐκ τοῦ μελαίνειν τὰ σώματα, οἷς ἂν ἐπὶ πλέον προσομιλήσῃ, λέγοντες. Καὶ ἐκ τῶν τοιούτων τὸ τῆς ἐποχῆς κατασκευάζουσι δόγμα, ὡς τῆς αἰσθήσεως παραλογισμοὺς ἐχούσης, καὶ οὐχ οἷά ἐστι τῇ</w:t>
      </w:r>
    </w:p>
    <w:p>
      <w:r>
        <w:rPr>
          <w:rFonts w:ascii="Courier New" w:hAnsi="Courier New"/>
          <w:color w:val="555555"/>
          <w:sz w:val="20"/>
        </w:rPr>
        <w:t>[20]</w:t>
      </w:r>
    </w:p>
    <w:p>
      <w:r>
        <w:rPr>
          <w:rFonts w:ascii="Gentium Plus" w:hAnsi="Gentium Plus"/>
          <w:sz w:val="24"/>
        </w:rPr>
        <w:t>φύσει καταλαμβανούσης τὰ πράγματα, ἀλλ’ ὑπὸ μὲν ζω‐ γραφίας ἀπατωμένων τῶν ὀφθαλμῶν· ἐπὶ δὲ τοῦ τραχήλου τῆς περιστερᾶς, ἄλλοτε ἄλλας χρόας μεταλαμβανόντων πρὸς τὰς ἐκκλίσεις τοῦ ζώου, καὶ τὰς πρὸς τὴν ἀκτῖνα σχέσεις, συμμεταβαλλομένης τῆς ὄψεως.</w:t>
      </w:r>
    </w:p>
    <w:p>
      <w:r>
        <w:rPr>
          <w:rFonts w:ascii="Courier New" w:hAnsi="Courier New"/>
          <w:color w:val="555555"/>
          <w:sz w:val="20"/>
        </w:rPr>
        <w:t>[25]</w:t>
      </w:r>
    </w:p>
    <w:p>
      <w:r>
        <w:rPr>
          <w:rFonts w:ascii="Gentium Plus" w:hAnsi="Gentium Plus"/>
          <w:sz w:val="24"/>
        </w:rPr>
        <w:t>Διὰ τοῦτο ἐπιστήσαντες τῇ διὰ τῶν ὀφθαλμῶν καταλήψει, οὔτε τῇ ἡμέρᾳ συντίθενται, οὔτε τὴν νύκτα ὁμολογοῦσιν· ἐκ δὲ τοῦ ἀκολούθου καὶ εἰς ἀθεότητα ἐκπίπτουσι, μήτε εἰ προ‐ νοίᾳ Θεοῦ διοικεῖται τὸ πᾶν, μήτε εἰ αὐτομάτως φέρεται συντιθέμενοι. Ἴδοις δὲ ἂν πολλοὺς καὶ τῶν πεπιστευκότων</w:t>
      </w:r>
    </w:p>
    <w:p>
      <w:r>
        <w:rPr>
          <w:rFonts w:ascii="Courier New" w:hAnsi="Courier New"/>
          <w:color w:val="555555"/>
          <w:sz w:val="20"/>
        </w:rPr>
        <w:t>[30]</w:t>
      </w:r>
    </w:p>
    <w:p>
      <w:r>
        <w:rPr>
          <w:rFonts w:ascii="Gentium Plus" w:hAnsi="Gentium Plus"/>
          <w:sz w:val="24"/>
        </w:rPr>
        <w:t>τοῖς νομικοῖς καὶ προφητικοῖς γράμμασι, τῇ περὶ ἕκαστον ἐνστάσει μετὰ πιθανότητος ἀπομαχομένους πρὸς τὴν ἐνάρ‐ γειαν, ὥστε σαθροῦσθαι καὶ διασαλεύεσθαι τὸ ἐν τοῖς δόγ‐ μασιν ἀληθές. —Ἀλλὰ πιστεύειν μὲν εἰς Χριστὸν Ἰησοῦν ὁμολογοῦσί τινες, εὑρίσκονται δὲ μὴ Κατηρτισμένοι ἐν τῷ</w:t>
      </w:r>
    </w:p>
    <w:p>
      <w:r>
        <w:rPr>
          <w:rFonts w:ascii="Courier New" w:hAnsi="Courier New"/>
          <w:color w:val="555555"/>
          <w:sz w:val="20"/>
        </w:rPr>
        <w:t>[35]</w:t>
      </w:r>
    </w:p>
    <w:p>
      <w:r>
        <w:rPr>
          <w:rFonts w:ascii="Gentium Plus" w:hAnsi="Gentium Plus"/>
          <w:sz w:val="24"/>
        </w:rPr>
        <w:t>αὐτῷ νοῒ καὶ ἐν τῇ αὐτῇ γνώμῃ, ἀλλ’ εἰς τὰς ἐναντιωτάτας διαφωνίας ἀποσχιζόμενοι· οἱ μὲν διὰ ἰδιωτισμὸν, οὐκ ὀλίγοι δὲ καὶ οἱ διὰ φιλαρχίαν καὶ κενοδοξίαν, ἐνεπιδείκνυσθαι θέλοντες τοῖς πολλοῖς ὡς ἄρα εἶεν σοφοὶ, καὶ ὑπὲρ τοὺς ἄλλους τὴν γνῶσιν ἔχουσι.</w:t>
      </w:r>
    </w:p>
    <w:p>
      <w:r>
        <w:rPr>
          <w:rFonts w:ascii="Courier New" w:hAnsi="Courier New"/>
          <w:color w:val="555555"/>
          <w:sz w:val="20"/>
        </w:rPr>
        <w:t>[40]</w:t>
      </w:r>
    </w:p>
    <w:p>
      <w:r>
        <w:rPr>
          <w:rFonts w:ascii="Gentium Plus" w:hAnsi="Gentium Plus"/>
          <w:sz w:val="24"/>
        </w:rPr>
        <w:t>Διὰ τοῦτο πάντα μαχομένων ἀλλήλοις καὶ ἀντιδογμα‐</w:t>
      </w:r>
    </w:p>
    <w:p>
      <w:r>
        <w:rPr>
          <w:rFonts w:ascii="Courier New" w:hAnsi="Courier New"/>
          <w:color w:val="555555"/>
          <w:sz w:val="20"/>
        </w:rPr>
        <w:t>[45]</w:t>
      </w:r>
    </w:p>
    <w:p>
      <w:r>
        <w:rPr>
          <w:rFonts w:ascii="Gentium Plus" w:hAnsi="Gentium Plus"/>
          <w:sz w:val="24"/>
        </w:rPr>
        <w:t>καὶ κατὰ διαδοχὴν ἀπ’ ἐκείνων τὸ κήρυγμα τοῦ Εὐαγγε‐ λίου παρειληφέναι, διὰ τῆς περὶ τῶν δογμάτων ὁμοφωνίας ἐδείκνυον, ὅτι μιᾶς εἰσι μέρη τῆς Χριστοῦ Ἐκκλησίας.</w:t>
      </w:r>
    </w:p>
    <w:p>
      <w:r>
        <w:rPr>
          <w:rFonts w:ascii="Courier New" w:hAnsi="Courier New"/>
          <w:color w:val="555555"/>
          <w:sz w:val="20"/>
        </w:rPr>
        <w:t>[5 . 173]</w:t>
      </w:r>
    </w:p>
    <w:p>
      <w:r>
        <w:rPr>
          <w:rFonts w:ascii="Gentium Plus" w:hAnsi="Gentium Plus"/>
          <w:sz w:val="24"/>
        </w:rPr>
        <w:t>Οὐκ ἐπὶ τὴν γνῶσιν δὲ μόνον φθάνει αὕτη ἡ τα‐ ραχὴ, ἀλλὰ καὶ ἐπὶ τὰς πράξεις· εἴπερ Εἰσὶν ὁδοὶ ἀνδρὸς δοκοῦσαι ὀρθαὶ εἶναι, τὰ δὲ τελευταῖα αὐτῶν βλέπει εἰς πυθμένα ᾅδου. Καὶ Ἔστι δίκαιος ἀπολλύμενος ἐν δικαίῳ</w:t>
      </w:r>
    </w:p>
    <w:p>
      <w:r>
        <w:rPr>
          <w:rFonts w:ascii="Courier New" w:hAnsi="Courier New"/>
          <w:color w:val="555555"/>
          <w:sz w:val="20"/>
        </w:rPr>
        <w:t>[5]</w:t>
      </w:r>
    </w:p>
    <w:p>
      <w:r>
        <w:rPr>
          <w:rFonts w:ascii="Gentium Plus" w:hAnsi="Gentium Plus"/>
          <w:sz w:val="24"/>
        </w:rPr>
        <w:t>αὐτοῦ, καὶ ἀσεβὴς μένων ἐν κακίᾳ αὐτοῦ. Εἰ γάρ τί ἐστι δυσθεώρητον, τούτου τοῦ γένους ἂν εἴη καὶ ἡ ἀληθὴς δικαιοσύνη. Διὸ καὶ ὁ Σολομὼν, ὡς ὁμότιμα ταῦτα ἀλλήλοις συναριθμεῖ, λέγων· Νοῆσαί τε παραβολὰς καὶ σκο‐ τεινὸν λόγον, ῥήσεις τε σοφῶν καὶ αἰνίγματα· νοῆσαι δικαιο‐</w:t>
      </w:r>
    </w:p>
    <w:p>
      <w:r>
        <w:rPr>
          <w:rFonts w:ascii="Courier New" w:hAnsi="Courier New"/>
          <w:color w:val="555555"/>
          <w:sz w:val="20"/>
        </w:rPr>
        <w:t>[10]</w:t>
      </w:r>
    </w:p>
    <w:p>
      <w:r>
        <w:rPr>
          <w:rFonts w:ascii="Gentium Plus" w:hAnsi="Gentium Plus"/>
          <w:sz w:val="24"/>
        </w:rPr>
        <w:t>σύνην ἀληθῆ καὶ κρίμα κατευθύνειν. Πολλοὶ οὖν κατὰ συναρ‐ παγὴν παρηλλαγμένας τὰς κρίσεις ἐκφέρουσι, πρὸ καταλή‐ ψεως τῆς ἐξ ἱκανοῦ λόγου καὶ ἐπὶ πλεῖον ἐρευνηθέντος ἐγγινομένης, ἀβασανίστως κατὰ προπέτειαν τὰς περὶ ἑκάστου δόγματος ῥιπτοῦντες συγκαταθέσεις.</w:t>
      </w:r>
    </w:p>
    <w:p>
      <w:r>
        <w:rPr>
          <w:rFonts w:ascii="Courier New" w:hAnsi="Courier New"/>
          <w:color w:val="555555"/>
          <w:sz w:val="20"/>
        </w:rPr>
        <w:t>[15]</w:t>
      </w:r>
    </w:p>
    <w:p>
      <w:r>
        <w:rPr>
          <w:rFonts w:ascii="Gentium Plus" w:hAnsi="Gentium Plus"/>
          <w:sz w:val="24"/>
        </w:rPr>
        <w:t>Ἡ δὲ τῆς διαλεκτικῆς φύσις μάλιστα πεπίστευται ταῦτα</w:t>
      </w:r>
    </w:p>
    <w:p>
      <w:r>
        <w:rPr>
          <w:rFonts w:ascii="Courier New" w:hAnsi="Courier New"/>
          <w:color w:val="555555"/>
          <w:sz w:val="20"/>
        </w:rPr>
        <w:t>[20]</w:t>
      </w:r>
    </w:p>
    <w:p>
      <w:r>
        <w:rPr>
          <w:rFonts w:ascii="Gentium Plus" w:hAnsi="Gentium Plus"/>
          <w:sz w:val="24"/>
        </w:rPr>
        <w:t>φιλονείκως ἐπιβαινόντων τοῖς πράγμασι διαλεκτικὴ οὐχ ἡδεῖα, ἀλλὰ παραπικραίνουσά τίς ἐστι. Τριῶν δὲ συζυγιῶν οὐσῶν (φωτὸς καὶ σκότους, καλοῦ καὶ πονηροῦ, πικροῦ καὶ γλυκέος) πότερον ἕν ἐστι τῷ ὑποκειμένῳ ταῦτα, ἢ κατὰ γένος ἀλλήλων ἀποδιέστηκεν; Ὡς μὲν οὖν πρὸς τὸ ἁπλούστερον, σαφὲς ὅτι</w:t>
      </w:r>
    </w:p>
    <w:p>
      <w:r>
        <w:rPr>
          <w:rFonts w:ascii="Courier New" w:hAnsi="Courier New"/>
          <w:color w:val="555555"/>
          <w:sz w:val="20"/>
        </w:rPr>
        <w:t>[25]</w:t>
      </w:r>
    </w:p>
    <w:p>
      <w:r>
        <w:rPr>
          <w:rFonts w:ascii="Gentium Plus" w:hAnsi="Gentium Plus"/>
          <w:sz w:val="24"/>
        </w:rPr>
        <w:t>τὸ πονηρὸν ἐπὶ τῆς τῶν ἠθῶν μοχθηρίας τέτακται· καλὸν δὲ ὁρίζονται ἀγαθὸν ἐπαινετόν· πάλιν σκότος μὲν ἀὴρ ἐστερημένος φωτός· φῶς δὲ, οὐσία διαλυτικὴ σκότους. Πάλιν γλυκὺ μέν ἐστι λειότης χυμοῦ ἢ χυλοῦ τὴν γευστικὴν ἡδύνουσα αἴσθησιν· πικρὸν δέ ἐστι γευστὸν ἐκτραχύνον τὴν</w:t>
      </w:r>
    </w:p>
    <w:p>
      <w:r>
        <w:rPr>
          <w:rFonts w:ascii="Courier New" w:hAnsi="Courier New"/>
          <w:color w:val="555555"/>
          <w:sz w:val="20"/>
        </w:rPr>
        <w:t>[30]</w:t>
      </w:r>
    </w:p>
    <w:p>
      <w:r>
        <w:rPr>
          <w:rFonts w:ascii="Gentium Plus" w:hAnsi="Gentium Plus"/>
          <w:sz w:val="24"/>
        </w:rPr>
        <w:t>γεῦσιν. Κατὰ μὲν οὖν τὴν ἁπλουστέραν νόησιν, τοσοῦτον διέστηκε ταῦτα ἀλλήλων. Τίς οὖν οὕτως ἔκφρων, ὡς ἐν νυκτὶ βαθείᾳ ἑστὼς, φῶς ὀνομάζειν τὸ σκότος, καὶ συγκεχυμένων αὐτῷ τῶν ὀφθαλμῶν ἐν τῷ σκότει, ὡς ὑπὸ φωτὸς καταλαμπόμενος διακεῖσθαι; Τίς</w:t>
      </w:r>
    </w:p>
    <w:p>
      <w:r>
        <w:rPr>
          <w:rFonts w:ascii="Courier New" w:hAnsi="Courier New"/>
          <w:color w:val="555555"/>
          <w:sz w:val="20"/>
        </w:rPr>
        <w:t>[35]</w:t>
      </w:r>
    </w:p>
    <w:p>
      <w:r>
        <w:rPr>
          <w:rFonts w:ascii="Gentium Plus" w:hAnsi="Gentium Plus"/>
          <w:sz w:val="24"/>
        </w:rPr>
        <w:t>δὲ τῇ γεύσει τῶν πικρῶν ἀλγυνόμενος, ὡς ἐπὶ γλυκύτητος ἡδονῇ διάκειται; —Τὸ δὲ αἰσθητὸν κάλλος τίνι τῶν ὀφθαλ‐ μοὺς ἐχόντων οὐκ εὔγνωστον; Ὅτι ἐν τῇ πρὸς ἄλληλα τῶν μερῶν συμμετρίᾳ μετὰ τῆς ἐπιφαινομένης εὐχροίας αὐτομάτῳ τινὶ καὶ φυσικῇ ὁλκῇ προσοικειοῦται τοὺς ἐντυγχάνοντας·</w:t>
      </w:r>
    </w:p>
    <w:p>
      <w:r>
        <w:rPr>
          <w:rFonts w:ascii="Courier New" w:hAnsi="Courier New"/>
          <w:color w:val="555555"/>
          <w:sz w:val="20"/>
        </w:rPr>
        <w:t>[40]</w:t>
      </w:r>
    </w:p>
    <w:p>
      <w:r>
        <w:rPr>
          <w:rFonts w:ascii="Gentium Plus" w:hAnsi="Gentium Plus"/>
          <w:sz w:val="24"/>
        </w:rPr>
        <w:t>καὶ μέντοι καὶ τὸ αἰσχρὸν αὐτόθεν ποιεῖ τὴν ἀποστροφὴν</w:t>
      </w:r>
    </w:p>
    <w:p>
      <w:r>
        <w:rPr>
          <w:rFonts w:ascii="Courier New" w:hAnsi="Courier New"/>
          <w:color w:val="555555"/>
          <w:sz w:val="20"/>
        </w:rPr>
        <w:t>[5 . 174]</w:t>
      </w:r>
    </w:p>
    <w:p>
      <w:r>
        <w:rPr>
          <w:rFonts w:ascii="Gentium Plus" w:hAnsi="Gentium Plus"/>
          <w:sz w:val="24"/>
        </w:rPr>
        <w:t>Ἀλλ’ ἔοικεν οὐ περὶ τῶν κατὰ τὴν αἴσθησιν γνω‐ ρίμων ὁ λόγος εἶναι, ἀλλ’ εἴπερ Ἡ ἐντολὴ Κυρίου τηλαυ‐ γὴς, φωτίζουσα ὀφθαλμοὺς καὶ λύχνος τοῖς ποσὶ τοῦ δικαίου, ὁ λόγος ἐστὶ τοῦ Θεοῦ, ὁ μὴ κατὰ ἀρετὴν ζῶν, ἀλλὰ τοῖς</w:t>
      </w:r>
    </w:p>
    <w:p>
      <w:r>
        <w:rPr>
          <w:rFonts w:ascii="Courier New" w:hAnsi="Courier New"/>
          <w:color w:val="555555"/>
          <w:sz w:val="20"/>
        </w:rPr>
        <w:t>[5]</w:t>
      </w:r>
    </w:p>
    <w:p>
      <w:r>
        <w:rPr>
          <w:rFonts w:ascii="Gentium Plus" w:hAnsi="Gentium Plus"/>
          <w:sz w:val="24"/>
        </w:rPr>
        <w:t>ὑλικοῖς πάθεσιν ἐγκυλιόμενος, οὗτος ἂν εἴη ὁ τὸν ἐν κακίᾳ βίον, ὥσπερ τι φῶς, ὑπερασπαζόμενος, τὸν δὲ κατὰ τὴν ἐντολὴν τοῦ Κυρίου οἷόν τι σκότος ἀποστρεφόμενος. —Καὶ ὁ τὰ γλυκέα τῷ λάρυγγι τοῦ δικαίου λόγια τοῦ Θεοῦ, ὑπὲρ μέλι ὄντα τῇ νοητῇ αὐτοῦ γεύσει, διὰ τὸ ἐπίπονον τῶν προσ‐</w:t>
      </w:r>
    </w:p>
    <w:p>
      <w:r>
        <w:rPr>
          <w:rFonts w:ascii="Courier New" w:hAnsi="Courier New"/>
          <w:color w:val="555555"/>
          <w:sz w:val="20"/>
        </w:rPr>
        <w:t>[10]</w:t>
      </w:r>
    </w:p>
    <w:p>
      <w:r>
        <w:rPr>
          <w:rFonts w:ascii="Gentium Plus" w:hAnsi="Gentium Plus"/>
          <w:sz w:val="24"/>
        </w:rPr>
        <w:t>ταγμάτων ἀποστρεφόμενος, συγκατατιθέμενος δὲ τῷ λείῳ τῆς ἡδονῆς, οὗτος ἂν λέγοι τὸ πικρὸν γλυκὺ, καὶ τὸ γλυκὺ πικρόν. Κατὰ ταῦτα δὴ καὶ περὶ τοῦ καλοῦ ἐστι διανοεῖσθαι, ὅτι τὸ ἀληθινῶς καλὸν τὸ ἐν τῇ ψυχῇ σύμμετρόν ἐστι κατ’ ἀ‐ ρετὴν διακειμένῃ· μεσότης γὰρ καὶ συμμετρία τις ἡ ἀρετή·</w:t>
      </w:r>
    </w:p>
    <w:p>
      <w:r>
        <w:rPr>
          <w:rFonts w:ascii="Courier New" w:hAnsi="Courier New"/>
          <w:color w:val="555555"/>
          <w:sz w:val="20"/>
        </w:rPr>
        <w:t>[15]</w:t>
      </w:r>
    </w:p>
    <w:p>
      <w:r>
        <w:rPr>
          <w:rFonts w:ascii="Gentium Plus" w:hAnsi="Gentium Plus"/>
          <w:sz w:val="24"/>
        </w:rPr>
        <w:t>αἱ δὲ ἐφ’ ἑκάτερα τὴν ἀρετὴν ἐκβαίνουσαι ὑπερβολαὶ καὶ ἐλλείψεις, ἀμετρία καὶ αἶσχος. Οἷον ἡ μὲν ἀνδρεία μεσότης· ὑπερβολὴ δὲ περὶ ταύτην θρασύτης, καὶ ἔνδεια ταύτης δειλία. Οὐκοῦν κάλλος μὲν ψυχῆς, τὸ κατ’ ἀρετὴν σύμμετρον· αἶσχος δὲ, αἱ ἀπὸ κακίας ἐγγινόμεναι ἀμετρίαι. Τούτους οὖν</w:t>
      </w:r>
    </w:p>
    <w:p>
      <w:r>
        <w:rPr>
          <w:rFonts w:ascii="Courier New" w:hAnsi="Courier New"/>
          <w:color w:val="555555"/>
          <w:sz w:val="20"/>
        </w:rPr>
        <w:t>[20]</w:t>
      </w:r>
    </w:p>
    <w:p>
      <w:r>
        <w:rPr>
          <w:rFonts w:ascii="Gentium Plus" w:hAnsi="Gentium Plus"/>
          <w:sz w:val="24"/>
        </w:rPr>
        <w:t>ταλανίζει ὁ λόγος, τοὺς τὴν μὲν κακίαν ὡς ἀγαθὸν αἱρουμέ‐ νους, τὴν δὲ ἀρετὴν ὡς πονηρίαν ἀποφεύγοντας. Ἐξεταστέον δὲ καὶ τὴν αἰτίαν δι’ ἣν ἐπὶ μὲν τοῦ καλοῦ τὸ Λέγοντες εἴρηται, ἐπὶ δὲ τοῦ φωτὸς καὶ τοῦ γλυκέος οὐκέτι</w:t>
      </w:r>
    </w:p>
    <w:p>
      <w:r>
        <w:rPr>
          <w:rFonts w:ascii="Courier New" w:hAnsi="Courier New"/>
          <w:color w:val="555555"/>
          <w:sz w:val="20"/>
        </w:rPr>
        <w:t>[25]</w:t>
      </w:r>
    </w:p>
    <w:p>
      <w:r>
        <w:rPr>
          <w:rFonts w:ascii="Gentium Plus" w:hAnsi="Gentium Plus"/>
          <w:sz w:val="24"/>
        </w:rPr>
        <w:t>πονηρόν, καὶ οὐαὶ οἱ τιθέντες τὸ σκότος φῶς· καὶ Οὐαὶ οἱ τιθέντες τὸ γλυκὺ πικρόν. —Μήποτε οὖν ὁ λόγος ἐνδείκνυ‐ ται, ὅτι παρὰ τὰς πρώτας τοῦ βίου αἱρέσεις διὰ τοῦ λόγου μόνου σφαλλόμεθα, γενόμενοι δὲ ἐν ταῖς πράξεσι καὶ μηδὲ μετὰ τὴν πεῖραν ἀφιστάμενοι τοῦ κακοῦ, οἷον ὅρους ἑαυτοῖς</w:t>
      </w:r>
    </w:p>
    <w:p>
      <w:r>
        <w:rPr>
          <w:rFonts w:ascii="Courier New" w:hAnsi="Courier New"/>
          <w:color w:val="555555"/>
          <w:sz w:val="20"/>
        </w:rPr>
        <w:t>[30]</w:t>
      </w:r>
    </w:p>
    <w:p>
      <w:r>
        <w:rPr>
          <w:rFonts w:ascii="Gentium Plus" w:hAnsi="Gentium Plus"/>
          <w:sz w:val="24"/>
        </w:rPr>
        <w:t>τῶν ἔργων τιθέμεθα, ἀκίνητα τιθέντες τῆς κακίας τὰ ἔργα; Ὁ γὰρ ἀπὸ ἀκολασίας καὶ φιληδονίας μὴ μετατιθέμενος εἰς σωφροσύνην, τίθησιν ἑαυτῷ τὸ πικρὸν γλυκύ. Καὶ ὁ φεύγων μὲν τὴν κατὰ τὸ Εὐαγγέλιον ζωὴν, τὸν δὲ κτηνώδη καὶ ἄλογον βίον αἱρούμενος, τίθησιν ἑαυτῷ τὸ φῶς σκότος. —</w:t>
      </w:r>
    </w:p>
    <w:p>
      <w:r>
        <w:rPr>
          <w:rFonts w:ascii="Courier New" w:hAnsi="Courier New"/>
          <w:color w:val="555555"/>
          <w:sz w:val="20"/>
        </w:rPr>
        <w:t>[35]</w:t>
      </w:r>
    </w:p>
    <w:p>
      <w:r>
        <w:rPr>
          <w:rFonts w:ascii="Gentium Plus" w:hAnsi="Gentium Plus"/>
          <w:sz w:val="24"/>
        </w:rPr>
        <w:t>Ὁ μέντοι συνηγορῶν τούτοις καὶ ἐμπαῤῥησιαζόμενος ταῖς ἀτόποις πράξεσιν, οὗτός ἐστιν ὁ λέγων τὸ καλὸν πονηρόν, κατὰ τὸν Ἀπόστολον, μεμφόμενον τοῖς οὐ μόνον ποιοῦσιν αὐτὰ, ἀλλὰ καὶ συνευδοκοῦσι τοῖς πράττουσι. Τίθησι δὲ τὸ φῶς σκότος ὁ τὸν λύχνον τιθεὶς ὑπὸ τὸν μόδιον, ἢ καλύπτων</w:t>
      </w:r>
    </w:p>
    <w:p>
      <w:r>
        <w:rPr>
          <w:rFonts w:ascii="Courier New" w:hAnsi="Courier New"/>
          <w:color w:val="555555"/>
          <w:sz w:val="20"/>
        </w:rPr>
        <w:t>[40]</w:t>
      </w:r>
    </w:p>
    <w:p>
      <w:r>
        <w:rPr>
          <w:rFonts w:ascii="Gentium Plus" w:hAnsi="Gentium Plus"/>
          <w:sz w:val="24"/>
        </w:rPr>
        <w:t>τῷ σκεύει καὶ μὴ τιθεὶς αὐτὸν ἐπὶ τὴν λυχνίαν. —Τὸ μὲν οὖν, λέγειν τὸ καλὸν πονηρὸν, ἐπὶ τοῦ δογματίζειν παρείληπται· τὸ δὲ τιθέναι φῶς σκότος, ἐπὶ τοῦ διὰ τῶν πράξεων ἐθι‐ σμοῦ.</w:t>
      </w:r>
    </w:p>
    <w:p>
      <w:r>
        <w:rPr>
          <w:rFonts w:ascii="Courier New" w:hAnsi="Courier New"/>
          <w:color w:val="555555"/>
          <w:sz w:val="20"/>
        </w:rPr>
        <w:t>[5 . 175]</w:t>
      </w:r>
    </w:p>
    <w:p>
      <w:r>
        <w:rPr>
          <w:rFonts w:ascii="Gentium Plus" w:hAnsi="Gentium Plus"/>
          <w:sz w:val="24"/>
        </w:rPr>
        <w:t>Οὐαὶ οὖν οἱ συνετοὶ ἐν ἑαυτοῖς, καὶ ἐνώπιον ἑαυτῶν ἐπιστήμονες. Ἅπτεται δὲ ταῦτα οὐ μόνον τῶν κατὰ πράξεις σφαλλο‐ μένων, ἀλλὰ καὶ τῶν ἐν ἀπιστίᾳ καὶ τῇ ἀγνωσίᾳ, τῇ</w:t>
      </w:r>
    </w:p>
    <w:p>
      <w:r>
        <w:rPr>
          <w:rFonts w:ascii="Courier New" w:hAnsi="Courier New"/>
          <w:color w:val="555555"/>
          <w:sz w:val="20"/>
        </w:rPr>
        <w:t>[5]</w:t>
      </w:r>
    </w:p>
    <w:p>
      <w:r>
        <w:rPr>
          <w:rFonts w:ascii="Gentium Plus" w:hAnsi="Gentium Plus"/>
          <w:sz w:val="24"/>
        </w:rPr>
        <w:t>εἰς τὸν Κύριον ἡμῶν Ἰησοῦν Χριστὸν κατεχομένων. Ὁ γὰρ μὴ πιστεύων εἰς τὸ φῶς τὸ ἀληθινὸν, ἀλλὰ ποιῶν ἑαυτὸν υἱὸν τοῦ διαβόλου, οὗτος λέγει τὸ φῶς σκότος, καὶ τὸ σκότος φῶς. Ὥσπερ οὖν φῶς ἐστιν ὁ Κύριος, οὕτω καὶ γλυκύτης ἐστὶ τοῖς ἐπιστημόνως αὐτοῦ γευομένοις,</w:t>
      </w:r>
    </w:p>
    <w:p>
      <w:r>
        <w:rPr>
          <w:rFonts w:ascii="Courier New" w:hAnsi="Courier New"/>
          <w:color w:val="555555"/>
          <w:sz w:val="20"/>
        </w:rPr>
        <w:t>[10]</w:t>
      </w:r>
    </w:p>
    <w:p>
      <w:r>
        <w:rPr>
          <w:rFonts w:ascii="Gentium Plus" w:hAnsi="Gentium Plus"/>
          <w:sz w:val="24"/>
        </w:rPr>
        <w:t>ἡδεῖαν παρέχων καὶ πάσης θυμηδίας γέμουσαν τὴν ἀπόλαυ‐ σιν. Διὰ τοῦτο ὁ γευσάμενος αὐτοῦ καὶ ἐν πείρᾳ γενόμενος τῆς ἡδίστης καὶ προσηνοῦς ἀπολαύσεως, λέγει· Γεύσασθε καὶ ἴδετε ὅτι χρηστὸς ὁ Κύριος. Ὁ τοίνυν μὴ πιστεύων εἰς τὸν Κύριον Ἰησοῦν, λέγει τὸ γλυκὺ πικρόν. —Ὁ δὲ μὴ πιστεύων</w:t>
      </w:r>
    </w:p>
    <w:p>
      <w:r>
        <w:rPr>
          <w:rFonts w:ascii="Courier New" w:hAnsi="Courier New"/>
          <w:color w:val="555555"/>
          <w:sz w:val="20"/>
        </w:rPr>
        <w:t>[15]</w:t>
      </w:r>
    </w:p>
    <w:p>
      <w:r>
        <w:rPr>
          <w:rFonts w:ascii="Gentium Plus" w:hAnsi="Gentium Plus"/>
          <w:sz w:val="24"/>
        </w:rPr>
        <w:t>εἰς τὸν Κύριον, οὐδὲ τῇ τοῦ ἀληθινοῦ κάλλους συντίθεται φύσει, οὐδὲ καταδέχεται τὴν θεωρίαν αὐτοῦ. Οὐ γὰρ ἐν τῇ εὐαρμοστίᾳ τῶν μελῶν, οὐδὲ ἐν εὐχροίᾳ τινὶ τῇ ἐπανθούσῃ τῷ σώματι, τὸ τερπνὸν ἔχοντι· ἀλλὰ μόνῃ τῇ διανοίᾳ τῇ καθ’ ὑπερβολὴν κεκαθαρμένῃ τὸ κυρίως καλὸν ἐν τῇ θείᾳ</w:t>
      </w:r>
    </w:p>
    <w:p>
      <w:r>
        <w:rPr>
          <w:rFonts w:ascii="Courier New" w:hAnsi="Courier New"/>
          <w:color w:val="555555"/>
          <w:sz w:val="20"/>
        </w:rPr>
        <w:t>[20]</w:t>
      </w:r>
    </w:p>
    <w:p>
      <w:r>
        <w:rPr>
          <w:rFonts w:ascii="Gentium Plus" w:hAnsi="Gentium Plus"/>
          <w:sz w:val="24"/>
        </w:rPr>
        <w:t>φύσει γινώσκεται, κατὰ τὸν Ψαλμὸν, τὸν λέγοντα· Τῇ ὡραιό‐ τητί σου καὶ τῷ κάλλει σου. Ὁ οὖν τὰς ἀστραπὰς τοῦ θείου κάλλους τῷ ἑαυτοῦ ὄμματι μὴ παραδεχόμενος, οὗτος λέγει τὸ καλὸν πονηρόν· ἐν δὲ τῇ τούτου ἀρνήσει, συντίθεται δηλονότι τῷ ἐναντίῳ.</w:t>
      </w:r>
    </w:p>
    <w:p>
      <w:r>
        <w:rPr>
          <w:rFonts w:ascii="Courier New" w:hAnsi="Courier New"/>
          <w:color w:val="555555"/>
          <w:sz w:val="20"/>
        </w:rPr>
        <w:t>[25]</w:t>
      </w:r>
    </w:p>
    <w:p>
      <w:r>
        <w:rPr>
          <w:rFonts w:ascii="Gentium Plus" w:hAnsi="Gentium Plus"/>
          <w:sz w:val="24"/>
        </w:rPr>
        <w:t>Εἰ γὰρ φῶς ὁ Κύριος, σκότος δηλονότι ὁ ἀντικείμενος· εἰ γλυκεῖα ἡ φύσις τῆς ἀληθείας, πικρὸν δηλονότι τὸ ψεῦδος· ἐν οὖν τῇ ἀρνήσει τοῦ Θεοῦ, συγκατάθεσις γίνεται τοῦ ἐναντίου. Ἐπεὶ οὖν οὐκ ἔστι μετοχὴ δικαιοσύνῃ καὶ ἀδικίᾳ, οὐδὲ κοινωνία φωτὶ πρὸς σκότος, οὐδὲ συμφώνησις Χριστοῦ πρὸς</w:t>
      </w:r>
    </w:p>
    <w:p>
      <w:r>
        <w:rPr>
          <w:rFonts w:ascii="Courier New" w:hAnsi="Courier New"/>
          <w:color w:val="555555"/>
          <w:sz w:val="20"/>
        </w:rPr>
        <w:t>[30]</w:t>
      </w:r>
    </w:p>
    <w:p>
      <w:r>
        <w:rPr>
          <w:rFonts w:ascii="Gentium Plus" w:hAnsi="Gentium Plus"/>
          <w:sz w:val="24"/>
        </w:rPr>
        <w:t>Βελιάρ· χωριστέον ταῦτα ἀλλήλων. —Μεγάλης οὖν καὶ ἀκρι‐ βοῦς τῆς προσοχῆς χρεία, πρὸς τὸ μὴ παραλογισθέντας ἡμᾶς</w:t>
      </w:r>
    </w:p>
    <w:p>
      <w:r>
        <w:rPr>
          <w:rFonts w:ascii="Courier New" w:hAnsi="Courier New"/>
          <w:color w:val="555555"/>
          <w:sz w:val="20"/>
        </w:rPr>
        <w:t>[35]</w:t>
      </w:r>
    </w:p>
    <w:p>
      <w:r>
        <w:rPr>
          <w:rFonts w:ascii="Gentium Plus" w:hAnsi="Gentium Plus"/>
          <w:sz w:val="24"/>
        </w:rPr>
        <w:t>σωμάτων κάλλει τὴν ψυχὴν δουλωθέντας, ἐν τούτῳ λογίζεσθαι εἶναι τοῦ ἀληθινοῦ κάλλους τὴν φύσιν.</w:t>
      </w:r>
    </w:p>
    <w:p>
      <w:r>
        <w:rPr>
          <w:rFonts w:ascii="Courier New" w:hAnsi="Courier New"/>
          <w:color w:val="555555"/>
          <w:sz w:val="20"/>
        </w:rPr>
        <w:t>[5 . 176]</w:t>
      </w:r>
    </w:p>
    <w:p>
      <w:r>
        <w:rPr>
          <w:rFonts w:ascii="Gentium Plus" w:hAnsi="Gentium Plus"/>
          <w:sz w:val="24"/>
        </w:rPr>
        <w:t>Οὐαὶ οὖν οἱ συνετοὶ ἐν ἑαυτοῖς καὶ ἐνώπιον ἑαυ‐ τῶν ἐπιστήμονες. Δύναται ταῦτα λέγεσθαι περὶ τῶν ἑαυτοὺς δεδοκηκότων, ὅτι εἶεν συνετοὶ καὶ ἐπιστήμονες, μὴ ὄντων δὲ τοιούτων· δύ‐</w:t>
      </w:r>
    </w:p>
    <w:p>
      <w:r>
        <w:rPr>
          <w:rFonts w:ascii="Courier New" w:hAnsi="Courier New"/>
          <w:color w:val="555555"/>
          <w:sz w:val="20"/>
        </w:rPr>
        <w:t>[5]</w:t>
      </w:r>
    </w:p>
    <w:p>
      <w:r>
        <w:rPr>
          <w:rFonts w:ascii="Gentium Plus" w:hAnsi="Gentium Plus"/>
          <w:sz w:val="24"/>
        </w:rPr>
        <w:t>ναται δὲ καὶ περὶ τῶν ἐχόντων μὲν κατὰ ἀλήθειαν τὸ τῆς συνέσεως καὶ ἐπιστήμης χάρισμα, μὴ κοινωνούντων δὲ καὶ ἑτέροις. Σοφία γὰρ κεκρυμμένη καὶ θησαυρὸς ἀφανὴς, τίς ὠφέλεια ἐν ἀμφοτέροις; Οἱ οὖν τοιοῦτοι ἐνώπιον ἑαυτῶν εἰσιν ἐπιστήμονες· οὐχὶ δὲ καὶ ἐνώπιον ἑτέρων, ὡς ὁ τὸ τάλαντον</w:t>
      </w:r>
    </w:p>
    <w:p>
      <w:r>
        <w:rPr>
          <w:rFonts w:ascii="Courier New" w:hAnsi="Courier New"/>
          <w:color w:val="555555"/>
          <w:sz w:val="20"/>
        </w:rPr>
        <w:t>[10]</w:t>
      </w:r>
    </w:p>
    <w:p>
      <w:r>
        <w:rPr>
          <w:rFonts w:ascii="Gentium Plus" w:hAnsi="Gentium Plus"/>
          <w:sz w:val="24"/>
        </w:rPr>
        <w:t>κρύψας παρ’ ἑαυτῷ. Ἀλλ’ οὐδὲ ἐνώπιον Θεοῦ ἐπιστήμων, ὁ μὴ εἰς δόξαν Θεοῦ τῇ ἐπιστήμῃ κατακεχρημένος. Καὶ τρίτη δ’ ἄν τις τοιαύτη εἶναι δοκεῖ ἐκδοχὴ τῶν συνετῶν καὶ ἐπιστημόνων· οἱ μὲν ἀπὸ Θεοῦ ὄντες τοιοῦ‐ τοι, οἱ αἰσθανόμενοι τῆς παρ’ αὐτοῦ δωρεᾶς· οἱ δὲ μὴ</w:t>
      </w:r>
    </w:p>
    <w:p>
      <w:r>
        <w:rPr>
          <w:rFonts w:ascii="Courier New" w:hAnsi="Courier New"/>
          <w:color w:val="555555"/>
          <w:sz w:val="20"/>
        </w:rPr>
        <w:t>[15]</w:t>
      </w:r>
    </w:p>
    <w:p>
      <w:r>
        <w:rPr>
          <w:rFonts w:ascii="Gentium Plus" w:hAnsi="Gentium Plus"/>
          <w:sz w:val="24"/>
        </w:rPr>
        <w:t>ἀναφέροντες ἐπὶ τὸν Θεὸν τὴν αἰτίαν τῆς συνέσεως, ἑαυτοῖς δὲ τὰ κατορθώματα ἐπιγράφοντες, συνετοί εἰσιν ἐν ἑαυτοῖς καὶ ἐνώπιον ἑαυτῶν ἐπιστήμονες. Πρὸς οὓς εὔκαιρον εἰπεῖν·</w:t>
      </w:r>
    </w:p>
    <w:p>
      <w:r>
        <w:rPr>
          <w:rFonts w:ascii="Courier New" w:hAnsi="Courier New"/>
          <w:color w:val="555555"/>
          <w:sz w:val="20"/>
        </w:rPr>
        <w:t>[20]</w:t>
      </w:r>
    </w:p>
    <w:p>
      <w:r>
        <w:rPr>
          <w:rFonts w:ascii="Gentium Plus" w:hAnsi="Gentium Plus"/>
          <w:sz w:val="24"/>
        </w:rPr>
        <w:t>εἰς μάτην ἐκοπίασαν οἱ οἰκοδομοῦντες. Λέγεται τοίνυν σύνεσις οἷον εὐπαρακολουθησία ψυχῆς, ὀξέως εἰς ἓν συναγούσης τὰς τῶν πραγμάτων ἐννοίας, ἥτις κατὰ τὸν ἀπαρτισμὸν τῶν ἐν ἡμῖν λογικῶν σπερμάτων συνίσ‐ τασθαι πέφυκεν. Ἤ ἐστι σύνεσις ἐντρέχεια διανοίας εὐπαρα‐</w:t>
      </w:r>
    </w:p>
    <w:p>
      <w:r>
        <w:rPr>
          <w:rFonts w:ascii="Courier New" w:hAnsi="Courier New"/>
          <w:color w:val="555555"/>
          <w:sz w:val="20"/>
        </w:rPr>
        <w:t>[25]</w:t>
      </w:r>
    </w:p>
    <w:p>
      <w:r>
        <w:rPr>
          <w:rFonts w:ascii="Gentium Plus" w:hAnsi="Gentium Plus"/>
          <w:sz w:val="24"/>
        </w:rPr>
        <w:t>κολουθήτως τῷ ἑκάστῳ πράγματι οἰκεῖον καὶ πρέπον ἐξευ‐ ρίσκουσα. Ἐπιστήμη δὲ ἕξις ἐν ἑαυτῇ τὸ βέβαιον ἔχουσα, ἀμετάπτωτος ὑπὸ τοῦ λόγου. Ἐπιστήμων δὲ ὁ κατὰ τὸ ἐμπεριειληφέναι τὰ ἀναγκαῖα τῶν εἰς μακαριότητα θεωρη‐ μάτων, καθ’ ὃ ἤδη ἑκτικῶς καὶ βεβαίως συνέχει ἐν ἑαυτῷ. —</w:t>
      </w:r>
    </w:p>
    <w:p>
      <w:r>
        <w:rPr>
          <w:rFonts w:ascii="Courier New" w:hAnsi="Courier New"/>
          <w:color w:val="555555"/>
          <w:sz w:val="20"/>
        </w:rPr>
        <w:t>[30]</w:t>
      </w:r>
    </w:p>
    <w:p>
      <w:r>
        <w:rPr>
          <w:rFonts w:ascii="Gentium Plus" w:hAnsi="Gentium Plus"/>
          <w:sz w:val="24"/>
        </w:rPr>
        <w:t>Σοφίαν δέ φησιν εἶναι ἐπιστήμην θείων καὶ ἀνθρωπίνων πραγμάτων, καὶ τῶν τούτων αἰτιῶν. Ἐπειδὴ δὲ αὐτοσοφία ὁ Χριστός ἐστι, σοφὸν ἐροῦμεν τὸν κατὰ μετοχὴν Χριστοῦ, καθ’ ὃ σοφία ἐστὶ, τετελειωμένον. Ὁ δὲ συνετὸς νοεῖται κατὰ ἀπαρτισμὸν τῶν ἐν ἡμῖν</w:t>
      </w:r>
    </w:p>
    <w:p>
      <w:r>
        <w:rPr>
          <w:rFonts w:ascii="Courier New" w:hAnsi="Courier New"/>
          <w:color w:val="555555"/>
          <w:sz w:val="20"/>
        </w:rPr>
        <w:t>[35]</w:t>
      </w:r>
    </w:p>
    <w:p>
      <w:r>
        <w:rPr>
          <w:rFonts w:ascii="Gentium Plus" w:hAnsi="Gentium Plus"/>
          <w:sz w:val="24"/>
        </w:rPr>
        <w:t>τῆς συνέσεως σπερμάτων. Ὁ δὲ ἐπιστήμων, κατὰ τὸ ἐμπε‐ ριειληφέναι τὰ ἀναγκαῖα εἰς μακαριότητα θεωρήματα, μετὰ τοῦ ἤδη ἑκτικῶς καὶ παγίως συνέχειν ἐν ἑαυτῷ. — Ηὕρομεν δὲ ἐν τῇ Ἐξόδῳ τὸν χρηματισμὸν, λέγοντα περὶ τῶν ἀρχιτεκτόνων· Ἐμπλήσω αὐτοὺς Πνεῦμα θεῖον συνέσεως</w:t>
      </w:r>
    </w:p>
    <w:p>
      <w:r>
        <w:rPr>
          <w:rFonts w:ascii="Courier New" w:hAnsi="Courier New"/>
          <w:color w:val="555555"/>
          <w:sz w:val="20"/>
        </w:rPr>
        <w:t>[40]</w:t>
      </w:r>
    </w:p>
    <w:p>
      <w:r>
        <w:rPr>
          <w:rFonts w:ascii="Gentium Plus" w:hAnsi="Gentium Plus"/>
          <w:sz w:val="24"/>
        </w:rPr>
        <w:t>καὶ ἐπιστήμης. Διὰ τοῦτο οὐαὶ τῷ μὴ ἀνατιθέντι τὴν αἰτίαν τῆς συνέσεως καὶ τῆς ἐπιστήμης Θεῷ. Μηδεὶς οὖν ἑαυτῷ λαμβανέτω τὰ τηλικαῦτα, μήτε ἐπιστήμονα ἑαυτὸν, μήτε συνετὸν λέγων, μήτε σοφόν. Ἐπειδήπερ ἡ σοφία ἐπισ‐ τήμη ἐστὶ θείων καὶ ἀνθρωπίνων πραγμάτων, τῷ ἁγίῳ Πνεύ‐</w:t>
      </w:r>
    </w:p>
    <w:p>
      <w:r>
        <w:rPr>
          <w:rFonts w:ascii="Courier New" w:hAnsi="Courier New"/>
          <w:color w:val="555555"/>
          <w:sz w:val="20"/>
        </w:rPr>
        <w:t>[45]</w:t>
      </w:r>
    </w:p>
    <w:p>
      <w:r>
        <w:rPr>
          <w:rFonts w:ascii="Gentium Plus" w:hAnsi="Gentium Plus"/>
          <w:sz w:val="24"/>
        </w:rPr>
        <w:t>ματι τὴν τούτων αἰτίαν ἀνατιθέτω· Ἐξελεύσεται γὰρ ῥάβδος ἐκ τῆς ῥίζης Ἰεσσαὶ καὶ ἄνθος ἐκ τῆς ῥίζης ἀναβήσεται. Καὶ ἀναπαύσεται ἐπ’ αὐτὸ Πνεῦμα Θεοῦ, πνεῦμα σοφίας καὶ συνέσεως, καὶ τὰ ἑξῆς.</w:t>
      </w:r>
    </w:p>
    <w:p>
      <w:r>
        <w:rPr>
          <w:rFonts w:ascii="Courier New" w:hAnsi="Courier New"/>
          <w:color w:val="555555"/>
          <w:sz w:val="20"/>
        </w:rPr>
        <w:t>[5 . 177]</w:t>
      </w:r>
    </w:p>
    <w:p>
      <w:r>
        <w:rPr>
          <w:rFonts w:ascii="Gentium Plus" w:hAnsi="Gentium Plus"/>
          <w:sz w:val="24"/>
        </w:rPr>
        <w:t>Οὐαὶ οἱ ἰσχύοντες ὑμῶν καὶ οἱ πίνοντες τὸν οἶνον, καὶ οἱ δυνάσται οἱ κιρνῶντες τὸ σίκερα. Καὶ τοῖς ἱερεῦσιν ἀπαγορεύει ὁ νόμος, εἰσερχομένοις εἰς τὰ ἅγια, οἴνῳ καὶ σίκερα κεχρῆσθαι, καὶ τοῖς καλουμένοις Ναζι‐</w:t>
      </w:r>
    </w:p>
    <w:p>
      <w:r>
        <w:rPr>
          <w:rFonts w:ascii="Courier New" w:hAnsi="Courier New"/>
          <w:color w:val="555555"/>
          <w:sz w:val="20"/>
        </w:rPr>
        <w:t>[5]</w:t>
      </w:r>
    </w:p>
    <w:p>
      <w:r>
        <w:rPr>
          <w:rFonts w:ascii="Gentium Plus" w:hAnsi="Gentium Plus"/>
          <w:sz w:val="24"/>
        </w:rPr>
        <w:t>ραίοις, ὡς εἴρηται ἐν τοῖς Ἀριθμοῖς, τοῦτον τὸν τρόπον· Ἐλάλησε γὰρ Κύριος πρὸς Μωϋσῆν, λέγων· Λάλησον τοῖς υἱοῖς Ἰσραὴλ καὶ ἐρεῖς πρὸς αὐτούς· Ἀνὴρ ἢ γυνὴ, ὃς ἂν μεγάλως εὔξηται εὐχὴν ἀφαγνίσασθαι ἁγνείαν Κυρίῳ, ἀπὸ οἴνου καὶ σίκερα ἁγνισθήσεται. Καὶ ἐν ταῖς Παροιμίαις ὁ</w:t>
      </w:r>
    </w:p>
    <w:p>
      <w:r>
        <w:rPr>
          <w:rFonts w:ascii="Courier New" w:hAnsi="Courier New"/>
          <w:color w:val="555555"/>
          <w:sz w:val="20"/>
        </w:rPr>
        <w:t>[10]</w:t>
      </w:r>
    </w:p>
    <w:p>
      <w:r>
        <w:rPr>
          <w:rFonts w:ascii="Gentium Plus" w:hAnsi="Gentium Plus"/>
          <w:sz w:val="24"/>
        </w:rPr>
        <w:t>Σολομών φησιν· Οἱ δυνάσται θυμώδεις εἰσὶν, οἶνον μὴ πινέ‐ τωσαν, ἵνα μὴ πιόντες ἐπιλάθωνται τῆς σοφίας. —Πρέπει γὰρ τοῖς θεραπευταῖς τοῦ θείου λόγου καὶ τοῖς τὴν τῶν ἀνθρώ‐ πων ἐπιμέλειαν ἐγκεχειρισμένοις, πάντη ἀπέχεσθαι τῶν ἐμποι‐ ούντων θόλωσιν τῷ ἡγεμονικῷ. Ἐπειδὰν γὰρ πολὺς εἰσπέσῃ</w:t>
      </w:r>
    </w:p>
    <w:p>
      <w:r>
        <w:rPr>
          <w:rFonts w:ascii="Courier New" w:hAnsi="Courier New"/>
          <w:color w:val="555555"/>
          <w:sz w:val="20"/>
        </w:rPr>
        <w:t>[15]</w:t>
      </w:r>
    </w:p>
    <w:p>
      <w:r>
        <w:rPr>
          <w:rFonts w:ascii="Gentium Plus" w:hAnsi="Gentium Plus"/>
          <w:sz w:val="24"/>
        </w:rPr>
        <w:t>ὁ ἄκρατος, οἷόν τις τύραννος ἐπὶ τὴν ἀκρόπολιν ἀναδραμὼν, ἀπὸ τῆς ἄκρας κορυφῆς ἀσιγήτους θορύβους ἐμποιεῖ τῇ ψυχῇ, οὐδενὸς παρανόμου φειδόμενος ἐπιτάγματος, ἀλλ’ αὐ‐ τὸν δουλωσάμενος πρῶτον τὸν λογισμὸν, πᾶσαν τήν τε ἐκ παιδεύσεως ἐνυπάρχουσαν διακόσμησιν συγχεῖ καὶ κατα‐</w:t>
      </w:r>
    </w:p>
    <w:p>
      <w:r>
        <w:rPr>
          <w:rFonts w:ascii="Courier New" w:hAnsi="Courier New"/>
          <w:color w:val="555555"/>
          <w:sz w:val="20"/>
        </w:rPr>
        <w:t>[20]</w:t>
      </w:r>
    </w:p>
    <w:p>
      <w:r>
        <w:rPr>
          <w:rFonts w:ascii="Gentium Plus" w:hAnsi="Gentium Plus"/>
          <w:sz w:val="24"/>
        </w:rPr>
        <w:t>ράσσει, γέλωτας κινῶν ἀπρεπεῖς, φωνὴν θορυβώδη, ὀργὰς προπετεῖς, ἐπιθυμίας ἀχαλινώτους, οἶστρον καὶ μανίαν ἐπὶ πᾶσαν παράνομον ἡδονήν. Διὰ τοῦτο μὴ πινέτωσαν οἱ δυνάσται οἶνον, εἴτε οἱ ἀρχήν τινα πεπιστευμένοι καὶ δημοσίων πραγμάτων οἰκονομίαν, εἴτε</w:t>
      </w:r>
    </w:p>
    <w:p>
      <w:r>
        <w:rPr>
          <w:rFonts w:ascii="Courier New" w:hAnsi="Courier New"/>
          <w:color w:val="555555"/>
          <w:sz w:val="20"/>
        </w:rPr>
        <w:t>[25]</w:t>
      </w:r>
    </w:p>
    <w:p>
      <w:r>
        <w:rPr>
          <w:rFonts w:ascii="Gentium Plus" w:hAnsi="Gentium Plus"/>
          <w:sz w:val="24"/>
        </w:rPr>
        <w:t>οἱ διὰ τὴν ἀκμὴν τῆς ἡλικίας ἐν δυνάμει ὄντες σωματικῇ. Οἱ γὰρ τοιοῦτοι, φύσει τυγχάνοντες πρὸς τὰς ὀργὰς εὐερέθιστοι, ἐπειδὰν καὶ τὸ τοῦ οἴνου προσλάβωσιν ἔξαμμα, οἷόν τινα φλόγα ἀφθόνῳ χορηγίᾳ τῆς καιομένης ὕλης ἐπὶ τὸ μέγα ἐξαίρουσιν. Ἐπεὶ δέ· Ὁ μὲν ἐλάχιστος σύγγνωστός ἐστιν</w:t>
      </w:r>
    </w:p>
    <w:p>
      <w:r>
        <w:rPr>
          <w:rFonts w:ascii="Courier New" w:hAnsi="Courier New"/>
          <w:color w:val="555555"/>
          <w:sz w:val="20"/>
        </w:rPr>
        <w:t>[30]</w:t>
      </w:r>
    </w:p>
    <w:p>
      <w:r>
        <w:rPr>
          <w:rFonts w:ascii="Gentium Plus" w:hAnsi="Gentium Plus"/>
          <w:sz w:val="24"/>
        </w:rPr>
        <w:t>ἐλέους· δυνατοὶ δὲ δυνατῶς ἐτασθήσονται. Διὰ τοῦτο οὐαὶ τοῖς ἰσχύουσιν ἀπὸ τῆς τοῦ οἴνου βλάβης καὶ τοῦ σίκερα. ᾯ γὰρ πολὺ παρέθεντο, περισσότερον ἀπαιτήσουσιν αὐτόν.</w:t>
      </w:r>
    </w:p>
    <w:p>
      <w:r>
        <w:rPr>
          <w:rFonts w:ascii="Courier New" w:hAnsi="Courier New"/>
          <w:color w:val="555555"/>
          <w:sz w:val="20"/>
        </w:rPr>
        <w:t>[5 . 178]</w:t>
      </w:r>
    </w:p>
    <w:p>
      <w:r>
        <w:rPr>
          <w:rFonts w:ascii="Gentium Plus" w:hAnsi="Gentium Plus"/>
          <w:sz w:val="24"/>
        </w:rPr>
        <w:t>Εἰ οὖν ἐγκεχείρισταί σοι οἰκονομία μυστηρίων, λό‐ γος σοφίας, δύναμις γνώσεως, σὺ δὲ οἴνῳ βεβαπτισμένην τὴν ψυχὴν περιφέρεις; Πῶς οὐχὶ δικαίως ὀδύρεταί σε ὁ Προ‐ φήτης; Ὅτι ἔχων ἰσχὺν πνευματικὴν, ἀσθενῆ αὐτὴν ποιεῖς τῇ</w:t>
      </w:r>
    </w:p>
    <w:p>
      <w:r>
        <w:rPr>
          <w:rFonts w:ascii="Courier New" w:hAnsi="Courier New"/>
          <w:color w:val="555555"/>
          <w:sz w:val="20"/>
        </w:rPr>
        <w:t>[5]</w:t>
      </w:r>
    </w:p>
    <w:p>
      <w:r>
        <w:rPr>
          <w:rFonts w:ascii="Gentium Plus" w:hAnsi="Gentium Plus"/>
          <w:sz w:val="24"/>
        </w:rPr>
        <w:t>ἀμετρίᾳ τοῦ οἴνου. —Καὶ ὁ ὁποίῳ δήποτε πάθει τῆς ψυχῆς κεκρατημένος, οἱονεὶ εἰς μέθην ἐναχθεὶς κατὰ τὴν ἐγγενο‐ μένην αὐτῷ ὑπὸ τοῦ πάθους ἔκστασιν, πίνειν οἶνον λέγεται καὶ κιρνᾷν ἑαυτῷ σίκερα, ὅπερ ἑρμηνευόμενον ἔγνωμεν μέ‐ θυσμα· τὸ γὰρ ἀπαρακολούθητον ὁμοίως καὶ ἀπὸ λύπης</w:t>
      </w:r>
    </w:p>
    <w:p>
      <w:r>
        <w:rPr>
          <w:rFonts w:ascii="Courier New" w:hAnsi="Courier New"/>
          <w:color w:val="555555"/>
          <w:sz w:val="20"/>
        </w:rPr>
        <w:t>[10]</w:t>
      </w:r>
    </w:p>
    <w:p>
      <w:r>
        <w:rPr>
          <w:rFonts w:ascii="Gentium Plus" w:hAnsi="Gentium Plus"/>
          <w:sz w:val="24"/>
        </w:rPr>
        <w:t>καὶ ἀπὸ φόβου, καὶ ἡδονῆς, καὶ ἐπιθυμίας, ἐγγίνεται τῇ ψυχῇ, τοῦ λογισμοῦ κεκρατημένου ὑπὸ τοῦ πάθους. Ὥστε ἡμεῖς οἱ δυνάσται, οἱ τὴν προστασίαν τοῦ λαοῦ ἐγκεχειρισμένοι, κἂν ἐπὶ ποσὸν ὑπὸ τοῦ πάθους κρατώμεθα καὶ δοκῶμεν αὐτὸ κατακιρνῶντες τῷ λογισμῷ, χαλινοῦν τῷ</w:t>
      </w:r>
    </w:p>
    <w:p>
      <w:r>
        <w:rPr>
          <w:rFonts w:ascii="Courier New" w:hAnsi="Courier New"/>
          <w:color w:val="555555"/>
          <w:sz w:val="20"/>
        </w:rPr>
        <w:t>[15]</w:t>
      </w:r>
    </w:p>
    <w:p>
      <w:r>
        <w:rPr>
          <w:rFonts w:ascii="Gentium Plus" w:hAnsi="Gentium Plus"/>
          <w:sz w:val="24"/>
        </w:rPr>
        <w:t>λόγῳ καὶ ἐπέχειν, οὐκ ἔξω ἐσμὲν τοῦ ταλανίζεσθαι ἐπὶ τοῖς τοιούτοις. Μέθη γὰρ δεινὴ, φιλοδοξία καὶ φιλαρχία· δεινὸν μέθυσμα φθόνος, δεινὸν ἡ ὑπόκρισις, καὶ ἡ τοῦ πλησίον καταλαλιά· οἷς μεθυσθεῖσα ἡ ψυχὴ ἐπιλανθάνεται τῆς σοφίας.</w:t>
      </w:r>
    </w:p>
    <w:p>
      <w:r>
        <w:rPr>
          <w:rFonts w:ascii="Courier New" w:hAnsi="Courier New"/>
          <w:color w:val="555555"/>
          <w:sz w:val="20"/>
        </w:rPr>
        <w:t>[20]</w:t>
      </w:r>
    </w:p>
    <w:p>
      <w:r>
        <w:rPr>
          <w:rFonts w:ascii="Gentium Plus" w:hAnsi="Gentium Plus"/>
          <w:sz w:val="24"/>
        </w:rPr>
        <w:t>Οὐδὲν γὰρ οὕτω συγχεῖ τὰ ἀπὸ σοφίας θεωρήματα, ὡς τοῦτο τὸ πάθος καὶ πᾶσα ἁμαρτία. Πῶς δὲ ὁ ἔχων σοφίαν θυμώδης ἐστίν; (Ὅτι οὔπω τὸν ἀπαθῆ λέγει, ἀλλὰ τέως περὶ τοῦ μετριοπαθοῦς διαλέγεται). Καθ’ ἃ καὶ ἐν ἑτέροις λέγει· Ἄφρων αὐθημερὸν ἐξαγγέλλει ὀργὴν, σοφὸς δὲ τα‐</w:t>
      </w:r>
    </w:p>
    <w:p>
      <w:r>
        <w:rPr>
          <w:rFonts w:ascii="Courier New" w:hAnsi="Courier New"/>
          <w:color w:val="555555"/>
          <w:sz w:val="20"/>
        </w:rPr>
        <w:t>[25]</w:t>
      </w:r>
    </w:p>
    <w:p>
      <w:r>
        <w:rPr>
          <w:rFonts w:ascii="Gentium Plus" w:hAnsi="Gentium Plus"/>
          <w:sz w:val="24"/>
        </w:rPr>
        <w:t>μιεύεται κατὰ μέρος. Τεταμιευμένως οὖν τὴν ὀργὴν προ‐ φέρειν λέγει τὸν λογισμῷ ἡνιοχοῦντα τὸ πάθος, καθ’ ὃ εἴρηται· Ὀργίζεσθε καὶ μὴ ἁμαρτάνετε. Ὁ δὲ Κύριος τὰ τελειότερα διατάσσων, φησὶν ἐκτεμεῖν καθόλου τὸ πάθος, οὐχὶ κολάζειν κελεύει.</w:t>
      </w:r>
    </w:p>
    <w:p>
      <w:r>
        <w:rPr>
          <w:rFonts w:ascii="Courier New" w:hAnsi="Courier New"/>
          <w:color w:val="555555"/>
          <w:sz w:val="20"/>
        </w:rPr>
        <w:t>[5 . 179]</w:t>
      </w:r>
    </w:p>
    <w:p>
      <w:r>
        <w:rPr>
          <w:rFonts w:ascii="Gentium Plus" w:hAnsi="Gentium Plus"/>
          <w:sz w:val="24"/>
        </w:rPr>
        <w:t>Οὐαὶ οἱ δικαιοῦντες τὸν ἀσεβῆ ἕνεκεν δώρων καὶ τὸ δίκαιον τοῦ δικαίου αἴροντες. Σαφὲς τὸ ῥητὸν, κατακρίνον τοὺς ἐν τοῖς δικαστηρίοις, διὰ τὴν πρὸς τὸν μαμωνὰν φιλίαν, ἀφανίζοντας μὲν τὸ εὐθὺ τῆς</w:t>
      </w:r>
    </w:p>
    <w:p>
      <w:r>
        <w:rPr>
          <w:rFonts w:ascii="Courier New" w:hAnsi="Courier New"/>
          <w:color w:val="555555"/>
          <w:sz w:val="20"/>
        </w:rPr>
        <w:t>[5]</w:t>
      </w:r>
    </w:p>
    <w:p>
      <w:r>
        <w:rPr>
          <w:rFonts w:ascii="Gentium Plus" w:hAnsi="Gentium Plus"/>
          <w:sz w:val="24"/>
        </w:rPr>
        <w:t>κρίσεως, προστιθεμένους δὲ τῇ δωροδοκίᾳ, καὶ τὸν μὲν ἀσεβῆ</w:t>
      </w:r>
    </w:p>
    <w:p>
      <w:r>
        <w:rPr>
          <w:rFonts w:ascii="Courier New" w:hAnsi="Courier New"/>
          <w:color w:val="555555"/>
          <w:sz w:val="20"/>
        </w:rPr>
        <w:t>[10]</w:t>
      </w:r>
    </w:p>
    <w:p>
      <w:r>
        <w:rPr>
          <w:rFonts w:ascii="Gentium Plus" w:hAnsi="Gentium Plus"/>
          <w:sz w:val="24"/>
        </w:rPr>
        <w:t>ἄνθρωπον ἢ λόγον δικαιώσωμεν, κατὰ τὴν πρὸς ἡμᾶς χάριν προσαχθέντες αὐτῶν τῇ συγκαταθέσει, μήποτε ὑποπέσωμεν τῷ ἐγκειμένῳ ταλανισμῷ. Διὰ τοῦτο ὃν τρόπον καυθήσεται καλάμη ὑπὸ ἄνθρακος πυρὸς καὶ συγκαυθήσεται ὑπὸ φλογὸς ἀνημμένης, ἡ ῥίζα αὐ‐</w:t>
      </w:r>
    </w:p>
    <w:p>
      <w:r>
        <w:rPr>
          <w:rFonts w:ascii="Courier New" w:hAnsi="Courier New"/>
          <w:color w:val="555555"/>
          <w:sz w:val="20"/>
        </w:rPr>
        <w:t>[15]</w:t>
      </w:r>
    </w:p>
    <w:p>
      <w:r>
        <w:rPr>
          <w:rFonts w:ascii="Gentium Plus" w:hAnsi="Gentium Plus"/>
          <w:sz w:val="24"/>
        </w:rPr>
        <w:t>τῶν ὡς χνοῦς ἔσται, καὶ τὸ ἄνθος αὐτῶν ὡς κονιορτὸς ἀνα‐ βήσεται. Οὐ γὰρ ἠθέλησαν τὸν νόμον Κυρίου Σαβαὼθ, ἀλλὰ τὸ λόγιον τοῦ Ἁγίου Ἰσραὴλ παρώξυναν. Ἀπειλεῖ ὁ λόγος συγκαυθήσεσθαι τὰς ῥίζας τῶν ἁμαρτωλῶν καὶ εἰς χνοῦν λεπτοποιηθήσεσθαι, καὶ τὸ ἄνθος αὐτῶν ὡς κονιορτὸν ἀνα‐</w:t>
      </w:r>
    </w:p>
    <w:p>
      <w:r>
        <w:rPr>
          <w:rFonts w:ascii="Courier New" w:hAnsi="Courier New"/>
          <w:color w:val="555555"/>
          <w:sz w:val="20"/>
        </w:rPr>
        <w:t>[20]</w:t>
      </w:r>
    </w:p>
    <w:p>
      <w:r>
        <w:rPr>
          <w:rFonts w:ascii="Gentium Plus" w:hAnsi="Gentium Plus"/>
          <w:sz w:val="24"/>
        </w:rPr>
        <w:t>βήσεσθαι. Ἀκολούθως τοῖς προαποδεδομένοις νοήσωμεν τὰ ἐπαγόμενα. Περὶ γὰρ τῶν οἴνῳ κεχρημένων ἀμέτρως ἐν τοῖς κατόπιν διαλεχθεὶς καὶ τοὺς τὰ δῶρα λαμβάνοντας ἐν ταῖς κρίσεσι διαβάλλων, νῦν συγκαυθήσεσθαι τὰς ῥίζας αὐτῶν λέγει, ὡς καλάμην ὑπὸ ἄνθρακος πυρός.</w:t>
      </w:r>
    </w:p>
    <w:p>
      <w:r>
        <w:rPr>
          <w:rFonts w:ascii="Courier New" w:hAnsi="Courier New"/>
          <w:color w:val="555555"/>
          <w:sz w:val="20"/>
        </w:rPr>
        <w:t>[25]</w:t>
      </w:r>
    </w:p>
    <w:p>
      <w:r>
        <w:rPr>
          <w:rFonts w:ascii="Gentium Plus" w:hAnsi="Gentium Plus"/>
          <w:sz w:val="24"/>
        </w:rPr>
        <w:t>Ἔστι δὲ κάλαμος φυτὸν, ἐπὶ ἀσθενοῦς τῆς ῥίζης βεβηκὸς, λεῖον μὲν τὴν ἔξωθεν ἐπιφάνειαν, διάκενον δὲ τὰ ἔνδον, ἀνώ‐ μαλον δὲ τὴν αὔξησιν, γόνασι πυκνοῖς διειλημμένον, διὰ τὸ ἀσθενῆ οὖσαν τὴν δύναμιν, ὑφ’ ἧς αὔξεται, μὴ δύνασθαι ὁμαλῶς αὐξῆσαι τὸ φυτὸν, ἀλλὰ δεῖσθαί τινος ἀναπαύσεως ἐν</w:t>
      </w:r>
    </w:p>
    <w:p>
      <w:r>
        <w:rPr>
          <w:rFonts w:ascii="Courier New" w:hAnsi="Courier New"/>
          <w:color w:val="555555"/>
          <w:sz w:val="20"/>
        </w:rPr>
        <w:t>[30]</w:t>
      </w:r>
    </w:p>
    <w:p>
      <w:r>
        <w:rPr>
          <w:rFonts w:ascii="Gentium Plus" w:hAnsi="Gentium Plus"/>
          <w:sz w:val="24"/>
        </w:rPr>
        <w:t>τῷ μεταξύ. Διὸ καὶ τὸ γόνυ ἀποτελεῖται τῇ ἐνηρεμήσει τῆς δυνάμεως· ὅταν γὰρ μικρὸν προκύψῃ, εἶτα ἵσταται, καὶ οὕτω τῇ ἐπιπλεῖον ἐπιμονῇ τὸ γόνυ ἀποτελεῖ. Εἶτα πάλιν οἷον</w:t>
      </w:r>
    </w:p>
    <w:p>
      <w:r>
        <w:rPr>
          <w:rFonts w:ascii="Courier New" w:hAnsi="Courier New"/>
          <w:color w:val="555555"/>
          <w:sz w:val="20"/>
        </w:rPr>
        <w:t>[35]</w:t>
      </w:r>
    </w:p>
    <w:p>
      <w:r>
        <w:rPr>
          <w:rFonts w:ascii="Gentium Plus" w:hAnsi="Gentium Plus"/>
          <w:sz w:val="24"/>
        </w:rPr>
        <w:t>Τοιοῦτοι δὲ οἱ ἀπὸ τῶν τοῦ κόσμου τούτου πραγμάτων γνώριμοι, ἐπὶ σαθρᾶς βεβηκότες τῆς βάσεως, διάκενοι τὸν ἔσω ἄνθρωπον, τῇ ἀνωμαλίᾳ τῶν τοῦ κόσμου τούτου πραγμάτων συζῶντες. Διὰ τοῦτο ὃν τρόπον καυθήσεται καλάμη ὑπὸ ἄνθρακος πυρὸς, οὕτω φησὶ καταφλεγήσεσθαι τὰς ῥίζας</w:t>
      </w:r>
    </w:p>
    <w:p>
      <w:r>
        <w:rPr>
          <w:rFonts w:ascii="Courier New" w:hAnsi="Courier New"/>
          <w:color w:val="555555"/>
          <w:sz w:val="20"/>
        </w:rPr>
        <w:t>[40]</w:t>
      </w:r>
    </w:p>
    <w:p>
      <w:r>
        <w:rPr>
          <w:rFonts w:ascii="Gentium Plus" w:hAnsi="Gentium Plus"/>
          <w:sz w:val="24"/>
        </w:rPr>
        <w:t>αὐτῶν ὑπὸ φλογὸς ἀνημμένης.</w:t>
      </w:r>
    </w:p>
    <w:p>
      <w:r>
        <w:rPr>
          <w:rFonts w:ascii="Courier New" w:hAnsi="Courier New"/>
          <w:color w:val="555555"/>
          <w:sz w:val="20"/>
        </w:rPr>
        <w:t>[5 . 180]</w:t>
      </w:r>
    </w:p>
    <w:p>
      <w:r>
        <w:rPr>
          <w:rFonts w:ascii="Gentium Plus" w:hAnsi="Gentium Plus"/>
          <w:sz w:val="24"/>
        </w:rPr>
        <w:t>Ἄνθραξ δέ ἐστι πῦρ γεῶδες, μετὰ τὴν τῆς φλογὸς πάροδον τῇ παχυτέρᾳ ὕλῃ ἐναπομεῖναν. Ἐπεὶ οὖν οἱ ἐμπα‐ θῶς ζῶντες οἰκεῖον ἔχουσι τὸ τῶν παθῶν πῦρ (ὡς ὁ πλούσιος ἔνδον εἶχε τὴν αἰτίαν τὴν καταφρύσσουσαν αὐτὸν τῷ δίψει)</w:t>
      </w:r>
    </w:p>
    <w:p>
      <w:r>
        <w:rPr>
          <w:rFonts w:ascii="Courier New" w:hAnsi="Courier New"/>
          <w:color w:val="555555"/>
          <w:sz w:val="20"/>
        </w:rPr>
        <w:t>[5]</w:t>
      </w:r>
    </w:p>
    <w:p>
      <w:r>
        <w:rPr>
          <w:rFonts w:ascii="Gentium Plus" w:hAnsi="Gentium Plus"/>
          <w:sz w:val="24"/>
        </w:rPr>
        <w:t>διὰ τοῦτο τοῖς πίνουσι τὸν οἶνον ἀπειλεῖ ὡς οἰνόφλυξι τὸν ἐκ τῆς καύσεως ἀφανισμόν. Ἐπειδὴ δὲ καὶ ἕνεκεν δώρων τὸ δίκαιον διαστρέφουσι, καὶ τὴν ῥίζαν αὐτῶν συγκαυθήσεσθαί φησιν ὑπὸ φλογὸς ἀνημμένης (ῥίζαν λέγων τὴν φιλαργυρίαν δηλονότι, περὶ ἧς καὶ ὁ Ἀπόστολος ἀπεφήνατο, ὅτι Ῥίζα</w:t>
      </w:r>
    </w:p>
    <w:p>
      <w:r>
        <w:rPr>
          <w:rFonts w:ascii="Courier New" w:hAnsi="Courier New"/>
          <w:color w:val="555555"/>
          <w:sz w:val="20"/>
        </w:rPr>
        <w:t>[10]</w:t>
      </w:r>
    </w:p>
    <w:p>
      <w:r>
        <w:rPr>
          <w:rFonts w:ascii="Gentium Plus" w:hAnsi="Gentium Plus"/>
          <w:sz w:val="24"/>
        </w:rPr>
        <w:t>πάντων τῶν κακῶν ἐστιν ἡ φιλαργυρία). Ἀπὸ δὲ τοιαύτης ῥίζης ὁποῖον τὸ ἄνθος εἰκὸς ἀναβαίνειν, ἢ κονιορτῷ παρα‐ πλήσιον, ἀστάτῳ φύσει καὶ σκεδαννυμένῃ εἰς ἀέρα; —Ἢ μήποτε, ὥσπερ ὁ κονιορτὸς ἐμποδίζων ταῖς ἀναπνοαῖς, ἐπιβουλεύει ἡμῶν τῇ ζωῇ, οὕτω καὶ τὰ τῆς φιλαργυρίας</w:t>
      </w:r>
    </w:p>
    <w:p>
      <w:r>
        <w:rPr>
          <w:rFonts w:ascii="Courier New" w:hAnsi="Courier New"/>
          <w:color w:val="555555"/>
          <w:sz w:val="20"/>
        </w:rPr>
        <w:t>[15]</w:t>
      </w:r>
    </w:p>
    <w:p>
      <w:r>
        <w:rPr>
          <w:rFonts w:ascii="Gentium Plus" w:hAnsi="Gentium Plus"/>
          <w:sz w:val="24"/>
        </w:rPr>
        <w:t>ἄνθη, αἱ πλεονεξίαι, αἱ ἀδικίαι, τὸ ψεῦδος, αἱ συκοφαντίαι, τὰ ἄλλα ὅσα τῆς πονηρᾶς ῥίζης ἐστὶ βλαστήματα, ἀναιρετικὰ τῆς ζωῆς ἡμῶν ἐστι, τῇ καθαρότητι τοῦ πνεύματος ἐμποδί‐</w:t>
      </w:r>
    </w:p>
    <w:p>
      <w:r>
        <w:rPr>
          <w:rFonts w:ascii="Courier New" w:hAnsi="Courier New"/>
          <w:color w:val="555555"/>
          <w:sz w:val="20"/>
        </w:rPr>
        <w:t>[20]</w:t>
      </w:r>
    </w:p>
    <w:p>
      <w:r>
        <w:rPr>
          <w:rFonts w:ascii="Gentium Plus" w:hAnsi="Gentium Plus"/>
          <w:sz w:val="24"/>
        </w:rPr>
        <w:t>αὐτῶν, ἀλλὰ Τὸ ἄνθος αὐτῶν. Ἀτελῆ γὰρ τὰ τῆς κα‐ κίας βλαστήματα, ἐν αὐτῇ τῇ βλαστήσει καὶ τῷ πρώτῳ ἄνθει ἀφανιζόμενα· Εἶδον γὰρ τὸν ἀσεβῆ ὑπερυψούμενον· καὶ παρῆλθον, καὶ ἰδοὺ οὐκ ἦν. Ὁ μὲν οὖν δίκαιος, ὡς τὸ ξύλον ἐστὶ τὸ πεφυτευμένον παρὰ τὰς διεξόδους τῶν ὑδάτων,</w:t>
      </w:r>
    </w:p>
    <w:p>
      <w:r>
        <w:rPr>
          <w:rFonts w:ascii="Courier New" w:hAnsi="Courier New"/>
          <w:color w:val="555555"/>
          <w:sz w:val="20"/>
        </w:rPr>
        <w:t>[25]</w:t>
      </w:r>
    </w:p>
    <w:p>
      <w:r>
        <w:rPr>
          <w:rFonts w:ascii="Gentium Plus" w:hAnsi="Gentium Plus"/>
          <w:sz w:val="24"/>
        </w:rPr>
        <w:t>διηνεκεῖ τῇ ἐπιῤῥοῇ τῆς ζωῆς καταρδόμενος· τοῦ δὲ ἁμαρ‐ τωλοῦ ἡ ῥίζα συγκαυθήσεται· Καὶ τὸ ἄνθος ὡς κονιορτὸς ἀναβήσεται. Διότι οὐκ ἠθέλησαν τὸν νόμον Κυρίου Σαβαὼθ, ἀλλὰ τὸ λόγιον τοῦ Ἁγίου Ἰσραὴλ παρώξυναν. Νόμον καὶ λόγιον διαφόρους λέγει προσηγορίας Κυρίου· διὰ τοῦτο ὡς</w:t>
      </w:r>
    </w:p>
    <w:p>
      <w:r>
        <w:rPr>
          <w:rFonts w:ascii="Courier New" w:hAnsi="Courier New"/>
          <w:color w:val="555555"/>
          <w:sz w:val="20"/>
        </w:rPr>
        <w:t>[30]</w:t>
      </w:r>
    </w:p>
    <w:p>
      <w:r>
        <w:rPr>
          <w:rFonts w:ascii="Gentium Plus" w:hAnsi="Gentium Plus"/>
          <w:sz w:val="24"/>
        </w:rPr>
        <w:t>περὶ ἐμψύχου τοῦ λογίου ὁ Προφήτης φησί· Τὸ λόγιον Κυρίου παρώξυναν. Νόμος γὰρ ζῶν καὶ Λόγος Θεοῦ ὁ Μονογενὴς Υἱὸς, δι’ οὗ τὰ πάντα.</w:t>
      </w:r>
    </w:p>
    <w:p>
      <w:r>
        <w:rPr>
          <w:rFonts w:ascii="Courier New" w:hAnsi="Courier New"/>
          <w:color w:val="555555"/>
          <w:sz w:val="20"/>
        </w:rPr>
        <w:t>[5 . 181]</w:t>
      </w:r>
    </w:p>
    <w:p>
      <w:r>
        <w:rPr>
          <w:rFonts w:ascii="Gentium Plus" w:hAnsi="Gentium Plus"/>
          <w:sz w:val="24"/>
        </w:rPr>
        <w:t>Καὶ ἐθυμώθη ὀργῇ Κύριος Σαβαὼθ ἐπὶ τὸν λαὸν αὐτοῦ καὶ ἐπέβαλε τὴν χεῖρα αὐτοῦ ἐπ’ αὐτοὺς καὶ ἐπά‐ ταξεν αὐτούς. Καὶ παρωξύνθη τὰ ὄρη, καὶ ἐγενήθη τὰ θνησιμαῖα αὐτῶν ὡς κοπρία ἐν μέσῳ ὁδοῦ. Καὶ ἐν πᾶσι</w:t>
      </w:r>
    </w:p>
    <w:p>
      <w:r>
        <w:rPr>
          <w:rFonts w:ascii="Courier New" w:hAnsi="Courier New"/>
          <w:color w:val="555555"/>
          <w:sz w:val="20"/>
        </w:rPr>
        <w:t>[5]</w:t>
      </w:r>
    </w:p>
    <w:p>
      <w:r>
        <w:rPr>
          <w:rFonts w:ascii="Gentium Plus" w:hAnsi="Gentium Plus"/>
          <w:sz w:val="24"/>
        </w:rPr>
        <w:t>τούτοις οὐκ ἀπεστράφη ὁ θυμὸς αὐτοῦ, ἀλλ’ ἔτι ἡ χεὶρ ὑψηλή. Ἡ τῶν ἰσχυόντων καὶ τῶν δυναστῶν ἁμαρτία ὁδὸν ἐποί‐ ησε τῇ ὀργῇ τῇ κατὰ τοῦ λαοῦ κινουμένῃ παρὰ Κυρίου. Διὰ τοῦτο πρότερον τὸ Οὐαὶ οἱ ἰσχύοντες ὑμῶν καὶ οἱ δυ‐</w:t>
      </w:r>
    </w:p>
    <w:p>
      <w:r>
        <w:rPr>
          <w:rFonts w:ascii="Courier New" w:hAnsi="Courier New"/>
          <w:color w:val="555555"/>
          <w:sz w:val="20"/>
        </w:rPr>
        <w:t>[10]</w:t>
      </w:r>
    </w:p>
    <w:p>
      <w:r>
        <w:rPr>
          <w:rFonts w:ascii="Gentium Plus" w:hAnsi="Gentium Plus"/>
          <w:sz w:val="24"/>
        </w:rPr>
        <w:t>νάσται· ἔπειτα· Καὶ ἐθυμώθη ὀργῇ Κύριος ἐπὶ τὸν λαὸν</w:t>
      </w:r>
    </w:p>
    <w:p>
      <w:r>
        <w:rPr>
          <w:rFonts w:ascii="Courier New" w:hAnsi="Courier New"/>
          <w:color w:val="555555"/>
          <w:sz w:val="20"/>
        </w:rPr>
        <w:t>[15]</w:t>
      </w:r>
    </w:p>
    <w:p>
      <w:r>
        <w:rPr>
          <w:rFonts w:ascii="Gentium Plus" w:hAnsi="Gentium Plus"/>
          <w:sz w:val="24"/>
        </w:rPr>
        <w:t>χυμῶν, συνιστάμενον οἴδημα περὶ τὴν καρδίαν ὠνομασ‐ μένος· ὀργὴ δέ ἐστιν ὄρεξις ἀντιλυπήσεως. Ὥστε τὸ μὲν ὀξεῖαν ἔχει τοῦ πάθους τὴν κίνησιν, τὸ δὲ μονιμωτέραν καὶ παρατεταμένην ἐμφαίνει τὴν ἐπὶ τῇ λύπῃ ἐκπλήρωσιν. Ἐπὶ μέντοι Θεοῦ οὐδέτερον αὐτῶν κυρίως λέγεσθαι εὐσεβές</w:t>
      </w:r>
    </w:p>
    <w:p>
      <w:r>
        <w:rPr>
          <w:rFonts w:ascii="Courier New" w:hAnsi="Courier New"/>
          <w:color w:val="555555"/>
          <w:sz w:val="20"/>
        </w:rPr>
        <w:t>[20]</w:t>
      </w:r>
    </w:p>
    <w:p>
      <w:r>
        <w:rPr>
          <w:rFonts w:ascii="Gentium Plus" w:hAnsi="Gentium Plus"/>
          <w:sz w:val="24"/>
        </w:rPr>
        <w:t>ἐστι παραδέξασθαι, ἀλλὰ τροπικαὶ αἱ φωναί. Οὐ γὰρ πάθος Θεοῦ, οὐδὲ αὐτῇ τῇ οὐσίᾳ αὐτοῦ συμβεβηκός· ἀλλ’ ἡ περὶ ἡμᾶς τοιάδε ἐνέργεια θυμὸς προσηγόρευται. Καὶ τάχα, ἡ μὲν ἐπίπονος παίδευσις, ὀργή· ὁ δὲ ταραχὴν ἡμῶν ἐμποιῶν τοῖς λογισμοῖς ἔλεγχος, θυμὸς προσηγόρευται. Ταράσσει μὲν γὰρ</w:t>
      </w:r>
    </w:p>
    <w:p>
      <w:r>
        <w:rPr>
          <w:rFonts w:ascii="Courier New" w:hAnsi="Courier New"/>
          <w:color w:val="555555"/>
          <w:sz w:val="20"/>
        </w:rPr>
        <w:t>[25]</w:t>
      </w:r>
    </w:p>
    <w:p>
      <w:r>
        <w:rPr>
          <w:rFonts w:ascii="Gentium Plus" w:hAnsi="Gentium Plus"/>
          <w:sz w:val="24"/>
        </w:rPr>
        <w:t>τῷ θυμῷ, μηδέπω λόγου ἀξιῶν τοὺς οἷς θυμοῦται ὁ Θεὸς, κατὰ τὸ εἰρημένον, ὅτι Ἐν θυμῷ αὐτοῦ ταράξει αὐτούς· διδασκαλίας δὲ ἐν ὀργῇ οἱ παιδευόμενοι ἀξιοῦνται, κατὰ τὸ εἰρημένον, ὅτι Τότε λαλήσει πρὸς αὐτοὺς ἐν ὀργῇ αὐτοῦ. Ὁ μὲν γὰρ ἐλεγχόμενος ἐπὶ τοῖς ἡμαρτημένοις, οὔπω πε‐</w:t>
      </w:r>
    </w:p>
    <w:p>
      <w:r>
        <w:rPr>
          <w:rFonts w:ascii="Courier New" w:hAnsi="Courier New"/>
          <w:color w:val="555555"/>
          <w:sz w:val="20"/>
        </w:rPr>
        <w:t>[30]</w:t>
      </w:r>
    </w:p>
    <w:p>
      <w:r>
        <w:rPr>
          <w:rFonts w:ascii="Gentium Plus" w:hAnsi="Gentium Plus"/>
          <w:sz w:val="24"/>
        </w:rPr>
        <w:t>παίδευται· ὁ δὲ παιδευόμενος, ἤδη ἐγγύτητά τινα πρὸς ἐπι‐ στήμην ἐμφαίνει. —Εἰ οὖν παιδεύει μὲν ὀργὴ, ἐλέγχει δὲ θυμὸς ἀνυσιμώτερον ἡ ὀργὴ τοῦ θυμοῦ. Διὰ τοῦτο καὶ ὁ Ἱερε‐ μίας· Παίδευσον ἡμᾶς, Κύριε, πλὴν ἐν κρίσει καὶ μὴ ἐν</w:t>
      </w:r>
    </w:p>
    <w:p>
      <w:r>
        <w:rPr>
          <w:rFonts w:ascii="Courier New" w:hAnsi="Courier New"/>
          <w:color w:val="555555"/>
          <w:sz w:val="20"/>
        </w:rPr>
        <w:t>[35]</w:t>
      </w:r>
    </w:p>
    <w:p>
      <w:r>
        <w:rPr>
          <w:rFonts w:ascii="Gentium Plus" w:hAnsi="Gentium Plus"/>
          <w:sz w:val="24"/>
        </w:rPr>
        <w:t>δευσις, ἡ ἀπὸ κρίσεως, τῆς ἀπὸ τοῦ θυμοῦ καὶ τῆς ὀργῆς. Ὁ γὰρ ἐν κρίσει παιδευθεὶς, φωτιζόμενος ὑπὸ τοῦ λόγου, ὠφεληθήσεται ἀπὸ τῶν τοῦ Θεοῦ κριμάτων πρὸς τὸ μηδὲν ἀκρίτως πράσσειν, ἀλλὰ πάντα κρίσει ὑγιεῖ ἐπιτελεῖν, ὥστε καὶ αὐτοὺς ἔχειν τοὺς λογισμοὺς κεκριμένους, κατὰ τὸ εἰ‐</w:t>
      </w:r>
    </w:p>
    <w:p>
      <w:r>
        <w:rPr>
          <w:rFonts w:ascii="Courier New" w:hAnsi="Courier New"/>
          <w:color w:val="555555"/>
          <w:sz w:val="20"/>
        </w:rPr>
        <w:t>[40]</w:t>
      </w:r>
    </w:p>
    <w:p>
      <w:r>
        <w:rPr>
          <w:rFonts w:ascii="Gentium Plus" w:hAnsi="Gentium Plus"/>
          <w:sz w:val="24"/>
        </w:rPr>
        <w:t>ρημένον· Λογισμοὶ δικαίων, κρίματα. Κατὰ μέντοι τὸν καιρὸν τῆς κρίσεως, ὅταν ἐπιβάλῃ τῷ λαῷ τὴν χεῖρα αὐτοῦ, καὶ τὰ ὄρη παροξυνθήσεσθαι λέγεται, δεικνύντος τοῦ λόγου, ὅτι πᾶσα ἡ κτίσις συνεπιτίθεται τῇ ἐκδικήσει τῶν ἁμαρτωλῶν. Ὡς γὰρ, ἐπὶ τῶν πληγῶν τῶν</w:t>
      </w:r>
    </w:p>
    <w:p>
      <w:r>
        <w:rPr>
          <w:rFonts w:ascii="Courier New" w:hAnsi="Courier New"/>
          <w:color w:val="555555"/>
          <w:sz w:val="20"/>
        </w:rPr>
        <w:t>[45]</w:t>
      </w:r>
    </w:p>
    <w:p>
      <w:r>
        <w:rPr>
          <w:rFonts w:ascii="Gentium Plus" w:hAnsi="Gentium Plus"/>
          <w:sz w:val="24"/>
        </w:rPr>
        <w:t>Αἰγυπτιακῶν, πανταχόθεν αὐτοῖς ὁ πόλεμος (ἀπὸ ἀέρος, ἀπὸ γῆς, ἀπὸ ὕδατος) οὕτω καὶ νῦν, ὅταν ἐπιβάλλῃ τὴν χεῖρα αὐτοῦ ἐπὶ τὸν λαὸν ὁ Κύριος, τοῦ πατάξαι αὐτόν· καὶ τὰ ὄρη πα‐ ροξυνθήσεται, τὰ δὲ θνησιμαῖα τοῦ λαοῦ, ὡς κοπρία διὰ τὴν ἀτιμίαν ἐν μέσῳ τῆς ὁδοῦ κείμενα, καταπατηθήσεται. —</w:t>
      </w:r>
    </w:p>
    <w:p>
      <w:r>
        <w:rPr>
          <w:rFonts w:ascii="Courier New" w:hAnsi="Courier New"/>
          <w:color w:val="555555"/>
          <w:sz w:val="20"/>
        </w:rPr>
        <w:t>[5 . 181 (50)]</w:t>
      </w:r>
    </w:p>
    <w:p>
      <w:r>
        <w:rPr>
          <w:rFonts w:ascii="Gentium Plus" w:hAnsi="Gentium Plus"/>
          <w:sz w:val="24"/>
        </w:rPr>
        <w:t>Νόησόν μοι τοὺς ἐν ἁμαρτίαις γενομένους, ἐναπομείναντας τοῖς πράγμασι τοῦ βίου τούτου καὶ ὑπὸ τῶν ἀντικειμένων δυνάμεων καταπατουμένους, ὧν διὰ τὴν ἀμετανόητον καρδίαν ὁ λόγος τοῦ Κυρίου φησὶν, οὐκ ἀποστραφήσεσθαι τὸν θυμὸν, ἀλλὰ ἔτι μένειν τὴν χεῖρα ὑψηλήν, τουτέστιν ἐπηρμένην εἰς</w:t>
      </w:r>
    </w:p>
    <w:p>
      <w:r>
        <w:rPr>
          <w:rFonts w:ascii="Courier New" w:hAnsi="Courier New"/>
          <w:color w:val="555555"/>
          <w:sz w:val="20"/>
        </w:rPr>
        <w:t>[55]</w:t>
      </w:r>
    </w:p>
    <w:p>
      <w:r>
        <w:rPr>
          <w:rFonts w:ascii="Gentium Plus" w:hAnsi="Gentium Plus"/>
          <w:sz w:val="24"/>
        </w:rPr>
        <w:t>ἐκδίκησιν (χεῖρα λέγων τὴν κολαστικὴν δύναμιν, κατὰ τὸν Ἰώβ· Χεὶρ γὰρ Κυρίου ἡ ἁψαμένη μού ἐστι)· καὶ ἐν τούτῳ τοῦ διαβόλου χεῖρα λέγοντος ἐν τῷ καιρῷ τῆς κολάσεως· Οὐ μὴν δὲ, ἀλλὰ ἀπόστειλον τὴν χεῖρά σου καὶ ἅψαι τῶν</w:t>
      </w:r>
    </w:p>
    <w:p>
      <w:r>
        <w:rPr>
          <w:rFonts w:ascii="Courier New" w:hAnsi="Courier New"/>
          <w:color w:val="555555"/>
          <w:sz w:val="20"/>
        </w:rPr>
        <w:t>[5 . 182]</w:t>
      </w:r>
    </w:p>
    <w:p>
      <w:r>
        <w:rPr>
          <w:rFonts w:ascii="Gentium Plus" w:hAnsi="Gentium Plus"/>
          <w:sz w:val="24"/>
        </w:rPr>
        <w:t>Τοιγαροῦν ἀρεῖ σύσσημον ἐν τοῖς ἔθνεσι, τοῖς μα‐ κρὰν καὶ τοῖς ἐγγὺς, καὶ συριεῖ αὐτοὺς ἀπ’ ἄκρου τῆς γῆς. Καὶ ἰδοὺ ταχὺ κούφως ἔρχονται. Κατὰ μὲν τὸ ῥητὸν, δόξει τὴν Ῥωμαϊκὴν δύναμιν τὴν ἐπὶ</w:t>
      </w:r>
    </w:p>
    <w:p>
      <w:r>
        <w:rPr>
          <w:rFonts w:ascii="Courier New" w:hAnsi="Courier New"/>
          <w:color w:val="555555"/>
          <w:sz w:val="20"/>
        </w:rPr>
        <w:t>[5]</w:t>
      </w:r>
    </w:p>
    <w:p>
      <w:r>
        <w:rPr>
          <w:rFonts w:ascii="Gentium Plus" w:hAnsi="Gentium Plus"/>
          <w:sz w:val="24"/>
        </w:rPr>
        <w:t>τῇ ἐσχάτῃ πολιορκίᾳ ἐπελθοῦσαν τῇ Ἱερουσαλὴμ ὁ λόγος προφητεύειν. Ἐν ἐκείνῳ γὰρ οἱ στρατιωτικοὶ κατάλογοι συνε‐ πληροῦντο, ἔν τε τῶν μακρὰν ἐθνῶν καὶ ἐκ τῶν σύνεγγυς, τῶν περὶ τὴν Συρίαν καὶ Ἀραβίαν, καὶ ἄλλα ἔθνη, ὅσα παρα‐ κείμενα τῇ Ἰουδαίᾳ, ἐστρατολογεῖτο παρὰ τῶν Ῥωμαίων. —</w:t>
      </w:r>
    </w:p>
    <w:p>
      <w:r>
        <w:rPr>
          <w:rFonts w:ascii="Courier New" w:hAnsi="Courier New"/>
          <w:color w:val="555555"/>
          <w:sz w:val="20"/>
        </w:rPr>
        <w:t>[10]</w:t>
      </w:r>
    </w:p>
    <w:p>
      <w:r>
        <w:rPr>
          <w:rFonts w:ascii="Gentium Plus" w:hAnsi="Gentium Plus"/>
          <w:sz w:val="24"/>
        </w:rPr>
        <w:t>Τὸ μὲν οὖν σύσσημον ἐν τοῖς ἔθνεσιν ἤρθη, τουτέστι τὸ ση‐ μεῖον τοῦ σταυροῦ τοῦ ἀναδειχθέντος. Καὶ τὰ μὲν ἔθνη ἐπὶ τὴν πίστιν ἐκλήθη, ἡ δὲ Ἱερουσαλὴμ τῇ καταστροφῇ παρε‐ δόθη. Οὕτω δὲ ταχὺ καὶ κούφως ἤρχοντο, τοσαύτην ἔχοντες προθυμίαν εἰς τὸ πολεμεῖν, ὥστε καὶ τῶν τροφῶν ἐπιλανθά‐</w:t>
      </w:r>
    </w:p>
    <w:p>
      <w:r>
        <w:rPr>
          <w:rFonts w:ascii="Courier New" w:hAnsi="Courier New"/>
          <w:color w:val="555555"/>
          <w:sz w:val="20"/>
        </w:rPr>
        <w:t>[15]</w:t>
      </w:r>
    </w:p>
    <w:p>
      <w:r>
        <w:rPr>
          <w:rFonts w:ascii="Gentium Plus" w:hAnsi="Gentium Plus"/>
          <w:sz w:val="24"/>
        </w:rPr>
        <w:t>νεσθαι καὶ μηδὲ τὰ σιτηρέσια ἀναμένειν, μηδὲ ἀναπαύσεως δεῖσθαι, μηδὲ ἀποτίθεσθαι τὸ τῶν πολεμούντων σχῆμα. Οὗτοι ὥσπερ στερεὰ πέτρα ἐλογίσθησαν καὶ τὰ ἅρματα αὐτῶν ὡς καταιγίδες· ὅμοιοι λέουσι τὴν ἰσχὺν, καὶ σκύμνοις λεόντων τὴν ὁρμήν· ὧν ἡ βοὴ ὡς θαλάσσης κυμαινούσης, ὅτε καὶ</w:t>
      </w:r>
    </w:p>
    <w:p>
      <w:r>
        <w:rPr>
          <w:rFonts w:ascii="Courier New" w:hAnsi="Courier New"/>
          <w:color w:val="555555"/>
          <w:sz w:val="20"/>
        </w:rPr>
        <w:t>[20]</w:t>
      </w:r>
    </w:p>
    <w:p>
      <w:r>
        <w:rPr>
          <w:rFonts w:ascii="Gentium Plus" w:hAnsi="Gentium Plus"/>
          <w:sz w:val="24"/>
        </w:rPr>
        <w:t>οὐδὲν ἄλλο ὁ πολεμούμενος λαὸς ἑώρα, ἀλλ’ ἢ σκότος σκληρὸν</w:t>
      </w:r>
    </w:p>
    <w:p>
      <w:r>
        <w:rPr>
          <w:rFonts w:ascii="Courier New" w:hAnsi="Courier New"/>
          <w:color w:val="555555"/>
          <w:sz w:val="20"/>
        </w:rPr>
        <w:t>[6 t]</w:t>
      </w:r>
    </w:p>
    <w:p>
      <w:pPr>
        <w:jc w:val="center"/>
      </w:pPr>
      <w:r>
        <w:rPr>
          <w:rFonts w:ascii="Gentium Plus" w:hAnsi="Gentium Plus"/>
          <w:b/>
          <w:sz w:val="24"/>
        </w:rPr>
        <w:t>ΚΕΦΑΛΑΙΟΝ ϛʹ</w:t>
      </w:r>
    </w:p>
    <w:p>
      <w:r>
        <w:rPr>
          <w:rFonts w:ascii="Courier New" w:hAnsi="Courier New"/>
          <w:color w:val="555555"/>
          <w:sz w:val="20"/>
        </w:rPr>
        <w:t>[6 . 183]</w:t>
      </w:r>
    </w:p>
    <w:p>
      <w:r>
        <w:rPr>
          <w:rFonts w:ascii="Gentium Plus" w:hAnsi="Gentium Plus"/>
          <w:sz w:val="24"/>
        </w:rPr>
        <w:t>Καὶ ἐγένετο τοῦ ἐνιαυτοῦ, οὗ ἀπέθανεν Ὀζίας ὁ βα‐ σιλεὺς, εἶδον τὸν Κύριον. Καὶ ἐπεστάλη πρός με ἓν τῶν Σεραφίμ. Πρὸς τοὺς ἀπὸ κτίσεως καὶ καταβολῆς κόσμου Ἁγίους</w:t>
      </w:r>
    </w:p>
    <w:p>
      <w:r>
        <w:rPr>
          <w:rFonts w:ascii="Courier New" w:hAnsi="Courier New"/>
          <w:color w:val="555555"/>
          <w:sz w:val="20"/>
        </w:rPr>
        <w:t>[5]</w:t>
      </w:r>
    </w:p>
    <w:p>
      <w:r>
        <w:rPr>
          <w:rFonts w:ascii="Gentium Plus" w:hAnsi="Gentium Plus"/>
          <w:sz w:val="24"/>
        </w:rPr>
        <w:t>ἀεὶ ἀποστέλλονται θεῖαι δυνάμεις, τὸ σαθρὸν τῆς ἀνθρω‐ πίνης φύσεως ἐπανορθούμεναι. Ἀπεστάλη τοίνυν καὶ πρὸς Ἡσαΐαν, ἐπὶ τῷ περιελεῖν αὐτοῦ τὰς ἁμαρτίας καὶ κα‐ θαρίσαι. Ἀπεστάλη δὲ ἐπειδὴ ἤκουσεν ὀδυρομένου τὰς ἰδίας ταλαιπωρίας, καὶ ὁμολογοῦντος τὴν ἐν λογισμοῖς αὐτοῦ</w:t>
      </w:r>
    </w:p>
    <w:p>
      <w:r>
        <w:rPr>
          <w:rFonts w:ascii="Courier New" w:hAnsi="Courier New"/>
          <w:color w:val="555555"/>
          <w:sz w:val="20"/>
        </w:rPr>
        <w:t>[10]</w:t>
      </w:r>
    </w:p>
    <w:p>
      <w:r>
        <w:rPr>
          <w:rFonts w:ascii="Gentium Plus" w:hAnsi="Gentium Plus"/>
          <w:sz w:val="24"/>
        </w:rPr>
        <w:t>ἁμαρτίαν. Εἶπε γὰρ τὸ Ὢ τάλας ἐγὼ, ὅτι κατανένυγμαι, ὅτι ἄνθρωπος ὢν καὶ ἀκάθαρτα χείλη ἔχων, ἐν μέσῳ λαοῦ ἀκάθαρτα χείλη ἔχοντος ἐγὼ οἰκῶ. Ταῦτα ἔλεγε καὶ ὁ Παῦλος· Ταλαίπωρος ἐγὼ ἄνθρωπος, τίς με ῥύσεται ἐκ τοῦ σώματος τοῦ θανάτου τούτου; Εἶτα καὶ αὐτὸς, ὡς τυχὼν</w:t>
      </w:r>
    </w:p>
    <w:p>
      <w:r>
        <w:rPr>
          <w:rFonts w:ascii="Courier New" w:hAnsi="Courier New"/>
          <w:color w:val="555555"/>
          <w:sz w:val="20"/>
        </w:rPr>
        <w:t>[15]</w:t>
      </w:r>
    </w:p>
    <w:p>
      <w:r>
        <w:rPr>
          <w:rFonts w:ascii="Gentium Plus" w:hAnsi="Gentium Plus"/>
          <w:sz w:val="24"/>
        </w:rPr>
        <w:t>θείας ἀντιλήψεως, ἐπάγει· Εὐχαριστῶ τῷ Θεῷ διὰ Ἰησοῦ Χριστοῦ. Εἶπε δὲ τὸ Ὢ τάλας ἐγὼ, διορατικῶς εἰς ἔννοιαν ἐλθὼν τῆς βασιλείας τοῦ Θεοῦ τοῦ καθημένου ἐπὶ θρόνου ὑψηλοῦ</w:t>
      </w:r>
    </w:p>
    <w:p>
      <w:r>
        <w:rPr>
          <w:rFonts w:ascii="Courier New" w:hAnsi="Courier New"/>
          <w:color w:val="555555"/>
          <w:sz w:val="20"/>
        </w:rPr>
        <w:t>[20]</w:t>
      </w:r>
    </w:p>
    <w:p>
      <w:r>
        <w:rPr>
          <w:rFonts w:ascii="Gentium Plus" w:hAnsi="Gentium Plus"/>
          <w:sz w:val="24"/>
        </w:rPr>
        <w:t>τηλικοῦτον κόσμον. Πρὶν γὰρ ἐννοῆσαι Θεὸν, οὐ φαίνεται εἰπὼν τὸ Ὢ τάλας ἐγώ. Ἐπεὶ καὶ ὁ Ἀβραὰμ, ὅτε ὤφθη αὐτῷ ὁ Θεὸς, τότε ἀναγέγραπται εἰρηκὼς τὸ Ἐγὼ δέ εἰμι γῆ καὶ σποδός. Οὕτω δὲ καὶ Μωϋσῆς, παιδευόμενος μὲν πάσῃ σοφίᾳ Αἰγυπτίων καὶ, ὡς εἰκὸς, διαβαίνων πάντας</w:t>
      </w:r>
    </w:p>
    <w:p>
      <w:r>
        <w:rPr>
          <w:rFonts w:ascii="Courier New" w:hAnsi="Courier New"/>
          <w:color w:val="555555"/>
          <w:sz w:val="20"/>
        </w:rPr>
        <w:t>[25]</w:t>
      </w:r>
    </w:p>
    <w:p>
      <w:r>
        <w:rPr>
          <w:rFonts w:ascii="Gentium Plus" w:hAnsi="Gentium Plus"/>
          <w:sz w:val="24"/>
        </w:rPr>
        <w:t>αὐτοὺς τῇ εὐφυΐᾳ καὶ τῇ συνέσει, οὐκ ᾐσθάνετο ἑαυτοῦ ἰσχνοφώνου ἢ βραδυγλώσσου· ὅτε δὲ ἤκουσε τοῦ χρημα‐ τίζοντος, τότε τῆς ἀφωνίας αὐτοῦ καὶ τῆς περὶ τὴν γλῶσσαν βραδύτητος ᾔσθετο.</w:t>
      </w:r>
    </w:p>
    <w:p>
      <w:r>
        <w:rPr>
          <w:rFonts w:ascii="Courier New" w:hAnsi="Courier New"/>
          <w:color w:val="555555"/>
          <w:sz w:val="20"/>
        </w:rPr>
        <w:t>[6 . 184]</w:t>
      </w:r>
    </w:p>
    <w:p>
      <w:r>
        <w:rPr>
          <w:rFonts w:ascii="Gentium Plus" w:hAnsi="Gentium Plus"/>
          <w:sz w:val="24"/>
        </w:rPr>
        <w:t>Καὶ ἐν τῇ χειρὶ αὐτοῦ εἶχεν ἄνθρακα, ὃν τῇ λαβίδι ἔλαβεν ἀπὸ τοῦ θυσιαστηρίου, καὶ ἥψατο τοῦ στόματός μου. Ὁ μὲν Ἰουδαϊκῶς ἐξηγούμενος τὸ ῥητὸν, ἐρεῖ ὡς ἄρα ὁ Κύριος ἑώραται ἐπὶ τῷ κατὰ Ἱερουσαλὴμ τόπῳ, καθή‐</w:t>
      </w:r>
    </w:p>
    <w:p>
      <w:r>
        <w:rPr>
          <w:rFonts w:ascii="Courier New" w:hAnsi="Courier New"/>
          <w:color w:val="555555"/>
          <w:sz w:val="20"/>
        </w:rPr>
        <w:t>[5]</w:t>
      </w:r>
    </w:p>
    <w:p>
      <w:r>
        <w:rPr>
          <w:rFonts w:ascii="Gentium Plus" w:hAnsi="Gentium Plus"/>
          <w:sz w:val="24"/>
        </w:rPr>
        <w:t>μενος ἐπὶ θρόνου ὑψηλοῦ καὶ ἐπηρμένου, καὶ τὰ Σεραφὶμ κύκλῳ αὐτοῦ ἑστηκότα· καὶ ἐκ τοῦ θυσιαστηρίου τῶν ὁλοκαυτωμάτων τὸ πῦρ ληφθὲν παρὰ τοῦ Σεραφεὶμ προσ‐ ηνέχθη τῷ στόματι τοῦ Προφήτου, εἰς καθαρισμὸν τῶν χειλέων αὐτοῦ. Ἡμεῖς δὲ οἱ πεπιστευκότες, ὅτι ὑπόδειγμά</w:t>
      </w:r>
    </w:p>
    <w:p>
      <w:r>
        <w:rPr>
          <w:rFonts w:ascii="Courier New" w:hAnsi="Courier New"/>
          <w:color w:val="555555"/>
          <w:sz w:val="20"/>
        </w:rPr>
        <w:t>[10]</w:t>
      </w:r>
    </w:p>
    <w:p>
      <w:r>
        <w:rPr>
          <w:rFonts w:ascii="Gentium Plus" w:hAnsi="Gentium Plus"/>
          <w:sz w:val="24"/>
        </w:rPr>
        <w:t>τι καὶ σκιὰ τῶν ἐπουρανίων ἐστὶ τὰ κατὰ τὸν νόμον, οἶκον μὲν λέγομεν τὸ σύμπαν σύστημα τῆς νοητῆς καὶ αἰσθητῆς κτίσεως, θρόνον δὲ ἐπηρμένον τὴν ἐπὶ πάντων ἀρχὴν καὶ δεσποτείαν τοῦ Θεοῦ· Σεραφὶμ δὲ τὰς ὑπερκοσμίους δυ‐ νάμεις. —Εἰ γὰρ (ὅπερ ἐφαντάσθησάν τινες) τὰ δύο τοῦ οὐ‐</w:t>
      </w:r>
    </w:p>
    <w:p>
      <w:r>
        <w:rPr>
          <w:rFonts w:ascii="Courier New" w:hAnsi="Courier New"/>
          <w:color w:val="555555"/>
          <w:sz w:val="20"/>
        </w:rPr>
        <w:t>[15]</w:t>
      </w:r>
    </w:p>
    <w:p>
      <w:r>
        <w:rPr>
          <w:rFonts w:ascii="Gentium Plus" w:hAnsi="Gentium Plus"/>
          <w:sz w:val="24"/>
        </w:rPr>
        <w:t>ρανοῦ ἡμισφαίρια, ἀνὰ μέρος ὑπὲρ γῆς φαινόμενα, ἓξ μέρεσιν</w:t>
      </w:r>
    </w:p>
    <w:p>
      <w:r>
        <w:rPr>
          <w:rFonts w:ascii="Courier New" w:hAnsi="Courier New"/>
          <w:color w:val="555555"/>
          <w:sz w:val="20"/>
        </w:rPr>
        <w:t>[20]</w:t>
      </w:r>
    </w:p>
    <w:p>
      <w:r>
        <w:rPr>
          <w:rFonts w:ascii="Gentium Plus" w:hAnsi="Gentium Plus"/>
          <w:sz w:val="24"/>
        </w:rPr>
        <w:t>ἐγγυτάτω στάσεως διὰ τὴν ἐν ἁγιασμῷ ἀκρότητα κατηξιω‐ μέναι· ὧν ἡ μία ἦλθε πρὸς τὸν Προφήτην. Ὡς γὰρ ὁ ἐπὶ πάντων Θεὸς οὐκ ἀπαξιοῖ διακύπτειν ἐκ τοῦ οὐρανοῦ πρὸς τὴν ἐπιμέλειαν τῶν ἀνθρώπων, οὐδὲ αἱ μερικαὶ δυνάμεις τὴν διακονίαν ὑπὲρ εὐεργεσίας τῶν ἀνθρώπων ἀρνοῦνται.</w:t>
      </w:r>
    </w:p>
    <w:p>
      <w:r>
        <w:rPr>
          <w:rFonts w:ascii="Courier New" w:hAnsi="Courier New"/>
          <w:color w:val="555555"/>
          <w:sz w:val="20"/>
        </w:rPr>
        <w:t>[25]</w:t>
      </w:r>
    </w:p>
    <w:p>
      <w:r>
        <w:rPr>
          <w:rFonts w:ascii="Gentium Plus" w:hAnsi="Gentium Plus"/>
          <w:sz w:val="24"/>
        </w:rPr>
        <w:t>Ἔλαβεν οὖν τὸ Σεραφεὶμ ἀπὸ τοῦ θυσιαστηρίου τῇ λαβίδι. —Ἐνθυμήθητι πηλίκον τὸ θυσιαστήριον, ὅπως δυσπρόσιτον, ὡς μὴ κατατολμᾷν αὐτοῦ τὸ Σεραφεὶμ τῇ χειρὶ προσάπτεσθαι, ἀλλὰ διὰ τῆς λαβίδος λαμβάνειν τὸ πῦρ εἰς τὴν χεῖρα. Καὶ ἔλαβεν ἄνθρακα. Λαμβάνει τὸ πῦρ εἰς τὴν χεῖρα. Ποδαπὸν</w:t>
      </w:r>
    </w:p>
    <w:p>
      <w:r>
        <w:rPr>
          <w:rFonts w:ascii="Courier New" w:hAnsi="Courier New"/>
          <w:color w:val="555555"/>
          <w:sz w:val="20"/>
        </w:rPr>
        <w:t>[30]</w:t>
      </w:r>
    </w:p>
    <w:p>
      <w:r>
        <w:rPr>
          <w:rFonts w:ascii="Gentium Plus" w:hAnsi="Gentium Plus"/>
          <w:sz w:val="24"/>
        </w:rPr>
        <w:t>τοῦτο τὸ πῦρ, ὃ ἁμαρτίας καθαίρει; Ἢ μήποτε συγγενὲς ἐκείνῳ, περὶ οὗ εἴρηται, ὅτι Αὐτὸς ὑμᾶς βαπτίσει ἐν Πνεύ‐ ματι ἁγίῳ καὶ πυρί; —Ἐπειδὴ δὲ ὁ ἄνθραξ πῦρ ἐστι, τῇ παχυτέρᾳ ἤδη καὶ γεωδεστέρᾳ ὕλῃ ἐναπομεῖναν (μετὰ γὰρ τὸ παραδραμεῖν τὸ ἀνθηρὸν τῆς φλογὸς, ἡ περὶ τὴν παχεῖαν</w:t>
      </w:r>
    </w:p>
    <w:p>
      <w:r>
        <w:rPr>
          <w:rFonts w:ascii="Courier New" w:hAnsi="Courier New"/>
          <w:color w:val="555555"/>
          <w:sz w:val="20"/>
        </w:rPr>
        <w:t>[35]</w:t>
      </w:r>
    </w:p>
    <w:p>
      <w:r>
        <w:rPr>
          <w:rFonts w:ascii="Gentium Plus" w:hAnsi="Gentium Plus"/>
          <w:sz w:val="24"/>
        </w:rPr>
        <w:t>ὕλην τοῦ πυρὸς ὁμιλία ἄνθρακες ὀνομάζονται) τάχα οὖν σημαίνει τὴν ἐν τῇ σαρκὶ τοῦ Κυρίου ἐπιδημίαν. Φησὶ γάρ· Ὁ Λόγος σὰρξ ἐγένετο· καὶ ἡ σὰρξ τὸν ἐκ τῆς θεότητος φωτισμὸν ὑποδεξαμένη, κατὰ μὲν τὸ σωματικὸν αἰσθητή, κατὰ δὲ τὴν πρὸς Θεὸν ἕνωσιν, διαυγὴς καὶ ἐκλάμπουσα.</w:t>
      </w:r>
    </w:p>
    <w:p>
      <w:r>
        <w:rPr>
          <w:rFonts w:ascii="Courier New" w:hAnsi="Courier New"/>
          <w:color w:val="555555"/>
          <w:sz w:val="20"/>
        </w:rPr>
        <w:t>[40]</w:t>
      </w:r>
    </w:p>
    <w:p>
      <w:r>
        <w:rPr>
          <w:rFonts w:ascii="Gentium Plus" w:hAnsi="Gentium Plus"/>
          <w:sz w:val="24"/>
        </w:rPr>
        <w:t>Ἐκείνη δὲ ἡ σὰρξ ἦρε τὰς ἁμαρτίας τοῦ κόσμου καὶ τὰς</w:t>
      </w:r>
    </w:p>
    <w:p>
      <w:r>
        <w:rPr>
          <w:rFonts w:ascii="Courier New" w:hAnsi="Courier New"/>
          <w:color w:val="555555"/>
          <w:sz w:val="20"/>
        </w:rPr>
        <w:t>[45]</w:t>
      </w:r>
    </w:p>
    <w:p>
      <w:r>
        <w:rPr>
          <w:rFonts w:ascii="Gentium Plus" w:hAnsi="Gentium Plus"/>
          <w:sz w:val="24"/>
        </w:rPr>
        <w:t>ὁλοκαρπωμάτων, τὸν ἄνθρακα ἔλαβεν, οὐχ ἑαυτῷ, ἀλλὰ τῇ λαβίδι. Ἵνα δὲ δείξῃ, ὅτι τὸ πῦρ τὸ οὐράνιον οὐχὶ καίει, ἀλλὰ καθαίρει, τῇ χειρὶ ὑποδεξάμενον, οὕτω προσάγει τοῖς χείλεσι. —Συγγενὲς ἦν τούτῳ τῷ πυρὶ καὶ τὸ ἐπὶ τῆς βάτου, ὃ εἶδεν Μωϋσῆς ἐπικείμενον μὲν τῷ φυτῷ, μὴ κατακαῖον δὲ</w:t>
      </w:r>
    </w:p>
    <w:p>
      <w:r>
        <w:rPr>
          <w:rFonts w:ascii="Courier New" w:hAnsi="Courier New"/>
          <w:color w:val="555555"/>
          <w:sz w:val="20"/>
        </w:rPr>
        <w:t>[6 . 184 (50)]</w:t>
      </w:r>
    </w:p>
    <w:p>
      <w:r>
        <w:rPr>
          <w:rFonts w:ascii="Gentium Plus" w:hAnsi="Gentium Plus"/>
          <w:sz w:val="24"/>
        </w:rPr>
        <w:t>τὴν βάτον. —Τάχα δὲ ἡ λαβίς ἐστιν ἡ ἐν ἑκάστῳ ἐνυ‐ πάρχουσα ἐπιτηδειότης πρὸς τὴν τῶν ἀπὸ Θεοῦ δεδομένων ἀγαθῶν ὑποδοχὴν, κατὰ τὴν ἀναλογίαν τῆς ἐν ἑκάστῳ ὑπαρ‐ χούσης πρὸς τὸ καλὸν οἰκειώσεως.</w:t>
      </w:r>
    </w:p>
    <w:p>
      <w:r>
        <w:rPr>
          <w:rFonts w:ascii="Courier New" w:hAnsi="Courier New"/>
          <w:color w:val="555555"/>
          <w:sz w:val="20"/>
        </w:rPr>
        <w:t>[6 . 185]</w:t>
      </w:r>
    </w:p>
    <w:p>
      <w:r>
        <w:rPr>
          <w:rFonts w:ascii="Gentium Plus" w:hAnsi="Gentium Plus"/>
          <w:sz w:val="24"/>
        </w:rPr>
        <w:t>Καὶ ἤκουσα τῆς φωνῆς Κυρίου λέγοντος· Τίνα ἀποστείλω; Καὶ τίς πορεύσεται; Μωϋσέα μὲν οὐκ ἐρωτᾷ, ἀλλ’ ὡς ἔχων ἕτοιμον (φησὶ) Καὶ νῦν δεῦρο· ἀποστελῶ σε πρὸς Φαραὼ, βασιλέα Αἰγύπτου.</w:t>
      </w:r>
    </w:p>
    <w:p>
      <w:r>
        <w:rPr>
          <w:rFonts w:ascii="Courier New" w:hAnsi="Courier New"/>
          <w:color w:val="555555"/>
          <w:sz w:val="20"/>
        </w:rPr>
        <w:t>[5]</w:t>
      </w:r>
    </w:p>
    <w:p>
      <w:r>
        <w:rPr>
          <w:rFonts w:ascii="Gentium Plus" w:hAnsi="Gentium Plus"/>
          <w:sz w:val="24"/>
        </w:rPr>
        <w:t>Πρὸς μέντοι τὸν Ἡσαΐαν φησί· Τίνα ἀποστείλω; Καὶ τίς πορεύσεται; Τίς οὖν ἡ αἰτία; Ὅτι ἐκεῖ μὲν ἐπὶ ἀγαθῷ καὶ εὐεργεσίᾳ τοῦ λαοῦ ἀπεστέλλετο Μωϋσῆς, ἐνταῦθα δὲ σκυθ‐ ρωπῶν πραγμάτων διακονία πρόκειται. Διὰ τοῦτο ἐκείνῳ μὲν πρόσταγμα, τούτῳ δὲ ἐπ’ ἐξουσίας ἀφείθη ἡ ὑπουργία,</w:t>
      </w:r>
    </w:p>
    <w:p>
      <w:r>
        <w:rPr>
          <w:rFonts w:ascii="Courier New" w:hAnsi="Courier New"/>
          <w:color w:val="555555"/>
          <w:sz w:val="20"/>
        </w:rPr>
        <w:t>[10]</w:t>
      </w:r>
    </w:p>
    <w:p>
      <w:r>
        <w:rPr>
          <w:rFonts w:ascii="Gentium Plus" w:hAnsi="Gentium Plus"/>
          <w:sz w:val="24"/>
        </w:rPr>
        <w:t>διότι πεφύκαμεν οἱ ἄνθρωποι, ἅπερ ἂν ἑκόντες ἑλώμεθα, κἂν ἐπίπονα ᾖ, καταδέχεσθαι. Διὰ τοῦτο αὐτὸν βούλεται ἑκόντα</w:t>
      </w:r>
    </w:p>
    <w:p>
      <w:r>
        <w:rPr>
          <w:rFonts w:ascii="Courier New" w:hAnsi="Courier New"/>
          <w:color w:val="555555"/>
          <w:sz w:val="20"/>
        </w:rPr>
        <w:t>[15]</w:t>
      </w:r>
    </w:p>
    <w:p>
      <w:r>
        <w:rPr>
          <w:rFonts w:ascii="Gentium Plus" w:hAnsi="Gentium Plus"/>
          <w:sz w:val="24"/>
        </w:rPr>
        <w:t>Διὰ τοῦτο Μωϋσῆς μὲν ἐπὶ περιφάνειαν βίου καὶ λαοῦ τοσούτου προστασίαν καλούμενος, παραιτεῖται· Τίς εἰμι, ὅτι πορεύσομαι πρὸς Φαραὼ, βασιλέα Αἰγύπτου, καὶ ἐξάξω τὸν λαὸν ἐκ γῆς Αἰγύπτου; Καὶ πάλιν· Δέομαι, Κύριε, οὐχ ἱκανός εἰμι πρὸ τῆς χθὲς, οὐδὲ πρὸ τῆς τρίτης ἡμέρας, οὐδὲ ἀφ’ οὗ</w:t>
      </w:r>
    </w:p>
    <w:p>
      <w:r>
        <w:rPr>
          <w:rFonts w:ascii="Courier New" w:hAnsi="Courier New"/>
          <w:color w:val="555555"/>
          <w:sz w:val="20"/>
        </w:rPr>
        <w:t>[20]</w:t>
      </w:r>
    </w:p>
    <w:p>
      <w:r>
        <w:rPr>
          <w:rFonts w:ascii="Gentium Plus" w:hAnsi="Gentium Plus"/>
          <w:sz w:val="24"/>
        </w:rPr>
        <w:t>ἤρξω λαλεῖν τῷ θεράποντί σου. Καὶ πάλιν· Δέομαι, Κύριε, προχείρισαι ἄλλον δυνάμενον, ὃν ἀποστελεῖς. Ἡσαΐας δὲ, οὐδὲν τοιοῦτον ἀκούσας, ἀλλὰ μόνην τὴν χρείαν διδαχθεὶς τῆς ἀποστολῆς, ἑκὼν ἑαυτὸν ἐπέδωκε καὶ μέσοις ἐνέβη τοῖς δεινοῖς τῇ ὑπερβολῇ τῆς ἀγάπης, μηδὲν τῶν μελλόντων</w:t>
      </w:r>
    </w:p>
    <w:p>
      <w:r>
        <w:rPr>
          <w:rFonts w:ascii="Courier New" w:hAnsi="Courier New"/>
          <w:color w:val="555555"/>
          <w:sz w:val="20"/>
        </w:rPr>
        <w:t>[25]</w:t>
      </w:r>
    </w:p>
    <w:p>
      <w:r>
        <w:rPr>
          <w:rFonts w:ascii="Gentium Plus" w:hAnsi="Gentium Plus"/>
          <w:sz w:val="24"/>
        </w:rPr>
        <w:t>ἐπάγεσθαι αὐτῷ παρὰ τοῦ λαοῦ λογισάμενος. Παρατήρει δὲ τὸ ἀκριβὲς καὶ περιεσκεμμένον τοῦ Προφή‐ του. Πρὸς γὰρ δύο λόγους, μίαν ποιεῖται τὴν ἀπόκρισιν· Τίνα ἀποστείλω; Καὶ τίς πορεύσεται; —Ἰδοὺ ἐγώ εἰμι· ἀπόσ‐ τειλόν με. Οὐκέτι προσέθηκεν· καὶ ἐγὼ πορεύσομαι. Τὸ μὲν</w:t>
      </w:r>
    </w:p>
    <w:p>
      <w:r>
        <w:rPr>
          <w:rFonts w:ascii="Courier New" w:hAnsi="Courier New"/>
          <w:color w:val="555555"/>
          <w:sz w:val="20"/>
        </w:rPr>
        <w:t>[30]</w:t>
      </w:r>
    </w:p>
    <w:p>
      <w:r>
        <w:rPr>
          <w:rFonts w:ascii="Gentium Plus" w:hAnsi="Gentium Plus"/>
          <w:sz w:val="24"/>
        </w:rPr>
        <w:t>γὰρ δέξασθαι τὴν ἀποστολὴν, ἐφ’ ἡμῖν· τὸ δὲ δυναμωθῆναι πρὸς τὴν πορείαν, τοῦ διδόντος τὴν χάριν ἐκ τοῦ ἐνισχύοντος, Θεοῦ. Ὥστε, ὃ μὲν τῆς προαιρέσεως ἦν, εἶπεν· Ἰδοὺ ἐγώ εἰμι· ἀπόστειλόν με· ὃ δὲ τῆς χάριτος ἦν, τῷ Κυρίῳ κατέλιπεν. Οὐ γὰρ ἐπηγγείλατο πορευθήσεσθαι, διὰ τὸ ἐπαισθάνεσθαι</w:t>
      </w:r>
    </w:p>
    <w:p>
      <w:r>
        <w:rPr>
          <w:rFonts w:ascii="Courier New" w:hAnsi="Courier New"/>
          <w:color w:val="555555"/>
          <w:sz w:val="20"/>
        </w:rPr>
        <w:t>[35]</w:t>
      </w:r>
    </w:p>
    <w:p>
      <w:r>
        <w:rPr>
          <w:rFonts w:ascii="Gentium Plus" w:hAnsi="Gentium Plus"/>
          <w:sz w:val="24"/>
        </w:rPr>
        <w:t>τῆς ἑαυτοῦ ἀσθενείας. —Ἀκούει δὲ φωνῆς Κυρίου καὶ ὁ μὴ πληγεὶς τὴν σωματικὴν ἀκοὴν, τοῦ ἡγεμονικοῦ τυπουμέ‐</w:t>
      </w:r>
    </w:p>
    <w:p>
      <w:r>
        <w:rPr>
          <w:rFonts w:ascii="Courier New" w:hAnsi="Courier New"/>
          <w:color w:val="555555"/>
          <w:sz w:val="20"/>
        </w:rPr>
        <w:t>[40]</w:t>
      </w:r>
    </w:p>
    <w:p>
      <w:r>
        <w:rPr>
          <w:rFonts w:ascii="Gentium Plus" w:hAnsi="Gentium Plus"/>
          <w:sz w:val="24"/>
        </w:rPr>
        <w:t>ἑαυτοῖς, ἔχουσι τὸν λόγον τοῦ Θεοῦ, κἂν ὁ ἀὴρ μὴ δέξηται τοὺς τύπους, μηδὲ τῇ ἀκοῇ παραπέμπῃ. Οἱονεὶ γὰρ βιβλίῳ τινὶ, τὸ ἑαυτοῦ θέλημα ἐγγράφει ὁ Θεὸς τῇ ψυχῇ τοῦ Προ‐ φήτου· καὶ ἀκούειν λέγεται ὁ τὰ θεῖα νοήματα ὑποδεξά‐ μενος τῇ ψυχῇ. Διὰ τοῦτο δὲ τὸ Ἰδού εἰμι ἐγὼ, ἀπόστει‐</w:t>
      </w:r>
    </w:p>
    <w:p>
      <w:r>
        <w:rPr>
          <w:rFonts w:ascii="Courier New" w:hAnsi="Courier New"/>
          <w:color w:val="555555"/>
          <w:sz w:val="20"/>
        </w:rPr>
        <w:t>[45]</w:t>
      </w:r>
    </w:p>
    <w:p>
      <w:r>
        <w:rPr>
          <w:rFonts w:ascii="Gentium Plus" w:hAnsi="Gentium Plus"/>
          <w:sz w:val="24"/>
        </w:rPr>
        <w:t>λόν με, ὁ Προφήτης εἰπὼν, τὸ ἐφεξῆς ἀπεσιώπησεν. Οὐ γὰρ εἶπεν «ἐγὼ πορεύσομαι», διότι μεῖζον καὶ ὑπὲρ αὐτὸν τὸ ἐπάγγελμα. Ὅπερ οὐκ ἔλαβεν ἑαυτῷ, τοῦτο ὁ Κύριος ἐχαρίσατο. Εἶπε γὰρ αὐτῷ· Πορεύθητι καὶ εἶπον τῷ λαῷ τούτῳ. Ὁ μέντοι λέγων· Ἰδού εἰμι ἐγὼ, τεθαῤῥηκὼς ἤδη,</w:t>
      </w:r>
    </w:p>
    <w:p>
      <w:r>
        <w:rPr>
          <w:rFonts w:ascii="Courier New" w:hAnsi="Courier New"/>
          <w:color w:val="555555"/>
          <w:sz w:val="20"/>
        </w:rPr>
        <w:t>[6 . 185 (50)]</w:t>
      </w:r>
    </w:p>
    <w:p>
      <w:r>
        <w:rPr>
          <w:rFonts w:ascii="Gentium Plus" w:hAnsi="Gentium Plus"/>
          <w:sz w:val="24"/>
        </w:rPr>
        <w:t>ὡς μεταλαβὼν τοῦ Ὄντος, ἐν τοῖς οὖσιν ἀριθμεῖν ἑαυτὸν ἀποτολμᾷ· καὶ τοῦτο εἶπε μετὰ, τὸ καθαρθῆναι αὐτοῦ τὰ χείλη. Ὁ δὲ ἐν ἀνομίαις τυγχάνων καὶ τῆς ἐπιγνώσεως τοῦ Ὄντος μὴ καταξιούμενος, οὐ δύναται ἑαυτῷ μαρτυρεῖν τὸ</w:t>
      </w:r>
    </w:p>
    <w:p>
      <w:r>
        <w:rPr>
          <w:rFonts w:ascii="Courier New" w:hAnsi="Courier New"/>
          <w:color w:val="555555"/>
          <w:sz w:val="20"/>
        </w:rPr>
        <w:t>[55]</w:t>
      </w:r>
    </w:p>
    <w:p>
      <w:r>
        <w:rPr>
          <w:rFonts w:ascii="Gentium Plus" w:hAnsi="Gentium Plus"/>
          <w:sz w:val="24"/>
        </w:rPr>
        <w:t>Ἰδού εἰμι ἐγώ. Ἐπειδὴ δὲ ἔθετο ὁ Θεὸς πρῶτον Ἀποστό‐ λους, δεύτερον Προφήτας, διὰ τοῦτο καὶ ὁ Ἡσαΐας πρῶτον τὸ τῆς ἀποστολῆς δέχεται χάρισμα. Καὶ Μωϋσῆς δὲ τῶν Ἀποστόλων ἐστί· Δεῦρο γὰρ (φησὶν) ἀποστελῶ σε πρὸς Φαραὼ, βασιλέα Αἰγύπτου. Καὶ Ἱερεμίας δὲ ἀκούει, ὅτι</w:t>
      </w:r>
    </w:p>
    <w:p>
      <w:r>
        <w:rPr>
          <w:rFonts w:ascii="Courier New" w:hAnsi="Courier New"/>
          <w:color w:val="555555"/>
          <w:sz w:val="20"/>
        </w:rPr>
        <w:t>[60]</w:t>
      </w:r>
    </w:p>
    <w:p>
      <w:r>
        <w:rPr>
          <w:rFonts w:ascii="Gentium Plus" w:hAnsi="Gentium Plus"/>
          <w:sz w:val="24"/>
        </w:rPr>
        <w:t>Πρὸς πάντας, οὓς ἂν ἐξαποστείλω σε, πορεύσῃ.</w:t>
      </w:r>
    </w:p>
    <w:p>
      <w:r>
        <w:rPr>
          <w:rFonts w:ascii="Courier New" w:hAnsi="Courier New"/>
          <w:color w:val="555555"/>
          <w:sz w:val="20"/>
        </w:rPr>
        <w:t>[6 . 186]</w:t>
      </w:r>
    </w:p>
    <w:p>
      <w:r>
        <w:rPr>
          <w:rFonts w:ascii="Gentium Plus" w:hAnsi="Gentium Plus"/>
          <w:sz w:val="24"/>
        </w:rPr>
        <w:t>Πορεύθητι καὶ εἶπον τῷ λαῷ τούτῳ· Ἀκοῇ ἀκού‐ σετε καὶ οὐ μὴ συνῆτε, καὶ βλέποντες βλέψετε καὶ οὐ μὴ</w:t>
      </w:r>
    </w:p>
    <w:p>
      <w:r>
        <w:rPr>
          <w:rFonts w:ascii="Courier New" w:hAnsi="Courier New"/>
          <w:color w:val="555555"/>
          <w:sz w:val="20"/>
        </w:rPr>
        <w:t>[5]</w:t>
      </w:r>
    </w:p>
    <w:p>
      <w:r>
        <w:rPr>
          <w:rFonts w:ascii="Gentium Plus" w:hAnsi="Gentium Plus"/>
          <w:sz w:val="24"/>
        </w:rPr>
        <w:t>σαν, μήποτε ἴδωσι τοῖς ὀφθαλμοῖς καὶ τοῖς ὠσὶν ἀκού‐ σωσι καὶ τῇ καρδίᾳ συνῶσι καὶ ἐπιστρέψωσι, καὶ ἰάσο‐ μαι αὐτούς. Τοῦτο τὸ ῥητὸν ἀνέγραψεν ὁ Λουκᾶς ἐν ταῖς Πράξε‐ σι. —Καὶ ἀπεστάλη πρός με ἓν τῶν Σεραφίμ. Ὅτι</w:t>
      </w:r>
    </w:p>
    <w:p>
      <w:r>
        <w:rPr>
          <w:rFonts w:ascii="Courier New" w:hAnsi="Courier New"/>
          <w:color w:val="555555"/>
          <w:sz w:val="20"/>
        </w:rPr>
        <w:t>[10]</w:t>
      </w:r>
    </w:p>
    <w:p>
      <w:r>
        <w:rPr>
          <w:rFonts w:ascii="Gentium Plus" w:hAnsi="Gentium Plus"/>
          <w:sz w:val="24"/>
        </w:rPr>
        <w:t>δύναμίς τίς ἐστιν ὑπερκόσμιος, καθαρτικὴ ἀνομιῶν, διακο‐ νίαν πεπιστευμένη, τὸ Σεραφεὶμ τὰ γεγραμμένα παρίστησιν. Ἀπέσταλται οὖν ταῦτα τὰ λειτουργικὰ πνεύματα πρὸς ἡμᾶς, τοὺς μέλλοντας κληρονομεῖν σωτηρίαν. Ἔρχεται δὲ οὐκ αὐθεντικῶς, οὐδὲ αὐτεξουσίως ἐπισκεπτόμενα ἡμᾶς· καὶ</w:t>
      </w:r>
    </w:p>
    <w:p>
      <w:r>
        <w:rPr>
          <w:rFonts w:ascii="Courier New" w:hAnsi="Courier New"/>
          <w:color w:val="555555"/>
          <w:sz w:val="20"/>
        </w:rPr>
        <w:t>[15]</w:t>
      </w:r>
    </w:p>
    <w:p>
      <w:r>
        <w:rPr>
          <w:rFonts w:ascii="Gentium Plus" w:hAnsi="Gentium Plus"/>
          <w:sz w:val="24"/>
        </w:rPr>
        <w:t>γὰρ προηγουμένη μὲν αὐτῶν ζωὴ καὶ κατὰ φύσιν, τῷ κάλλει τοῦ Θεοῦ ἐνατενίζειν καὶ αὐτὸν δοξάζειν διηνεκῶς· περι‐ στατικὴ δέ τίς ἐστιν ἐνέργεια ἡ πρὸς ἡμᾶς τοὺς ἀνθρώπους ἐπιστροφὴ καὶ ἐπιμέλεια. Διὰ τοῦτο Ἀπεστάλη (φησὶ) πρός με ἓν τῶν Σεραφίμ.</w:t>
      </w:r>
    </w:p>
    <w:p>
      <w:r>
        <w:rPr>
          <w:rFonts w:ascii="Courier New" w:hAnsi="Courier New"/>
          <w:color w:val="555555"/>
          <w:sz w:val="20"/>
        </w:rPr>
        <w:t>[20]</w:t>
      </w:r>
    </w:p>
    <w:p>
      <w:r>
        <w:rPr>
          <w:rFonts w:ascii="Gentium Plus" w:hAnsi="Gentium Plus"/>
          <w:sz w:val="24"/>
        </w:rPr>
        <w:t>Ἔοικε δὲ ὁ Προφήτης, ὅτε εἶδε τῶν Σεραφὶμ τὴν ἐνέρ‐ γειαν, οὐδὲν ἄλλο ποιούντων ἢ ἁγιαζόντων τὸν Θεὸν, τότε εἰς συναίσθησιν τῆς ἐν τοῖς ἰδίοις χείλεσιν ἀκαθαρσίας ἐληλυθέναι, ὅτι καὶ ἀνθρώπινα λαλεῖ, καὶ ἐμόλυνεν ἑαυτοῦ τὴν γλῶσσαν πολλάκις τοῖς περὶ τῆς ματαιότητος τοῦ κόσμου ῥήμασι. Τῇ</w:t>
      </w:r>
    </w:p>
    <w:p>
      <w:r>
        <w:rPr>
          <w:rFonts w:ascii="Courier New" w:hAnsi="Courier New"/>
          <w:color w:val="555555"/>
          <w:sz w:val="20"/>
        </w:rPr>
        <w:t>[25]</w:t>
      </w:r>
    </w:p>
    <w:p>
      <w:r>
        <w:rPr>
          <w:rFonts w:ascii="Gentium Plus" w:hAnsi="Gentium Plus"/>
          <w:sz w:val="24"/>
        </w:rPr>
        <w:t>οὖν πρὸς ἐκεῖνα συγκρίσει κατανυγεὶς (καὶ ὅτι τὰ μὲν οὐδὲν ἕτερον φθέγγεται, ἢ τὸν ἁγιασμὸν τῆς θεότητος ἐκβοᾷ, αὐτὸς δὲ τὸ πλεῖστον τοῖς ἀνθρωπίνοις πράγμασι τὴν ἑαυτοῦ φωνὴν ἐνασχολουμένην ἔχει) διὰ τοῦτο εἶπεν· Ὢ τάλας ἐγὼ, ὅτι κατανένυγμαι, ὅτι ἄνθρωπος ὢν καὶ ἀκάθαρτα χείλη ἔχων, ἐν</w:t>
      </w:r>
    </w:p>
    <w:p>
      <w:r>
        <w:rPr>
          <w:rFonts w:ascii="Courier New" w:hAnsi="Courier New"/>
          <w:color w:val="555555"/>
          <w:sz w:val="20"/>
        </w:rPr>
        <w:t>[30]</w:t>
      </w:r>
    </w:p>
    <w:p>
      <w:r>
        <w:rPr>
          <w:rFonts w:ascii="Gentium Plus" w:hAnsi="Gentium Plus"/>
          <w:sz w:val="24"/>
        </w:rPr>
        <w:t>μέσῳ λαοῦ οἰκῶ, ἀκάθαρτα χείλη ἔχοντος. —Οὕτω καὶ Μωϋ‐</w:t>
      </w:r>
    </w:p>
    <w:p>
      <w:r>
        <w:rPr>
          <w:rFonts w:ascii="Courier New" w:hAnsi="Courier New"/>
          <w:color w:val="555555"/>
          <w:sz w:val="20"/>
        </w:rPr>
        <w:t>[35]</w:t>
      </w:r>
    </w:p>
    <w:p>
      <w:r>
        <w:rPr>
          <w:rFonts w:ascii="Gentium Plus" w:hAnsi="Gentium Plus"/>
          <w:sz w:val="24"/>
        </w:rPr>
        <w:t>νειαν. —Καὶ Ἀβραὰμ, ὅτε ὤφθη αὐτῷ ὁ Θεὸς, τότε εἶπεν ἑαυτὸν γῆς καὶ σποδόν. Παραπλησίως οὖν τούτοις καὶ ὁ Ἡσαΐας, μετὰ τὸ ἰδεῖν τὸν καθήμενον ἐπὶ θρόνου ὑψηλοῦ καὶ ἐπηρμένου καὶ θεωρῆσαι τὴν δόξαν τὸν σύμπαντα οἶκον τοῦ κόσμου πεπληρωκυῖαν καὶ τὰ κύκλῳ αὐτοῦ</w:t>
      </w:r>
    </w:p>
    <w:p>
      <w:r>
        <w:rPr>
          <w:rFonts w:ascii="Courier New" w:hAnsi="Courier New"/>
          <w:color w:val="555555"/>
          <w:sz w:val="20"/>
        </w:rPr>
        <w:t>[40]</w:t>
      </w:r>
    </w:p>
    <w:p>
      <w:r>
        <w:rPr>
          <w:rFonts w:ascii="Gentium Plus" w:hAnsi="Gentium Plus"/>
          <w:sz w:val="24"/>
        </w:rPr>
        <w:t>Σεραφὶμ, μετὰ ἐκπλήξεως ἐκείνην τὴν φωνὴν ἀναφέροντα, τότε ἑαυτὸν ταλαίπωρον προσηγόρευσε, τότε τὴν ἐν τοῖς χείλεσιν ἑαυτοῦ ἀκαθαρσίαν ἐπέγνω, διὸ καὶ ἠξιώθη τῆς διὰ τῶν Σεραφὶμ καθάρσεως. —Παρατήρει δὲ, ὅτι οὐκ ἐπὶ πᾶσαν πρᾶξιν καὶ ἐνέργειαν ἦν αὐτοῦ τὰ παραπτώματα</w:t>
      </w:r>
    </w:p>
    <w:p>
      <w:r>
        <w:rPr>
          <w:rFonts w:ascii="Courier New" w:hAnsi="Courier New"/>
          <w:color w:val="555555"/>
          <w:sz w:val="20"/>
        </w:rPr>
        <w:t>[45]</w:t>
      </w:r>
    </w:p>
    <w:p>
      <w:r>
        <w:rPr>
          <w:rFonts w:ascii="Gentium Plus" w:hAnsi="Gentium Plus"/>
          <w:sz w:val="24"/>
        </w:rPr>
        <w:t>κεχυμένα, ἀλλὰ μέχρι χειλέων καὶ λόγων ὑπῆρχε μόνον συνεσταλμένα.</w:t>
      </w:r>
    </w:p>
    <w:p>
      <w:r>
        <w:rPr>
          <w:rFonts w:ascii="Courier New" w:hAnsi="Courier New"/>
          <w:color w:val="555555"/>
          <w:sz w:val="20"/>
        </w:rPr>
        <w:t>[6 . 187]</w:t>
      </w:r>
    </w:p>
    <w:p>
      <w:r>
        <w:rPr>
          <w:rFonts w:ascii="Gentium Plus" w:hAnsi="Gentium Plus"/>
          <w:sz w:val="24"/>
        </w:rPr>
        <w:t>Καὶ ἐν τῇ χειρὶ εἶχεν ἄνθρακα, ὃν τῇ λαβίδι ἔλαβεν ἀπὸ τοῦ θυσιαστηρίου καὶ ἥψατο τοῦ στόματός μου. Ἔοικε μὲν, ὡς πρὸς τὸ ῥητὸν, περὶ τοῦ ἐν τῷ ναῷ θυσιασ‐ τηρίου ὁ λόγος εἶναι, ἀφ’ οὗ ἔλαβε τὸ Σεραφεὶμ εἰς τὴν χεῖρα</w:t>
      </w:r>
    </w:p>
    <w:p>
      <w:r>
        <w:rPr>
          <w:rFonts w:ascii="Courier New" w:hAnsi="Courier New"/>
          <w:color w:val="555555"/>
          <w:sz w:val="20"/>
        </w:rPr>
        <w:t>[5]</w:t>
      </w:r>
    </w:p>
    <w:p>
      <w:r>
        <w:rPr>
          <w:rFonts w:ascii="Gentium Plus" w:hAnsi="Gentium Plus"/>
          <w:sz w:val="24"/>
        </w:rPr>
        <w:t>ἑαυτοῦ ἀπὸ τοῦ θυσιαστηρίου τῶν ὁλοκαρπωμάτων ἄνθρακα· ὡς δὲ πρὸς τὴν ἀλήθειαν, διὰ τὸ τὴν Ἰουδαϊκὴν λατρείαν ὑποδείγματι καὶ σκιᾷ τῶν ἐπουρανίων λατρεύειν, ἐπουρά‐ νιόν τι χρὴ νοεῖν θυσιαστήριον, τουτέστι χωρίον καθα‐ ρισμοῦ ψυχῶν, ὅθεν ἐκπέμπεται ταῖς ἁγιαζομέναις δυνάμεσι</w:t>
      </w:r>
    </w:p>
    <w:p>
      <w:r>
        <w:rPr>
          <w:rFonts w:ascii="Courier New" w:hAnsi="Courier New"/>
          <w:color w:val="555555"/>
          <w:sz w:val="20"/>
        </w:rPr>
        <w:t>[10]</w:t>
      </w:r>
    </w:p>
    <w:p>
      <w:r>
        <w:rPr>
          <w:rFonts w:ascii="Gentium Plus" w:hAnsi="Gentium Plus"/>
          <w:sz w:val="24"/>
        </w:rPr>
        <w:t>τὸ καθάρσιον πῦρ. Τοιούτῳ πυρὶ Κλεόπα καὶ Σίμωνος ἐκαίετο ἡ καρδία, ὅτε διήνοιγεν αὐτοῖς ὁ Κύριος τὰς Γρα‐ φάς· τοιούτῳ θερμαίνονται πυρὶ τὴν καρδίαν οἱ τῷ πνεύ‐ ματι ζέοντες· τοιοῦτον ἔλαβε πῦρ Ἱερεμίας, διὸ καὶ ἔλεγε· Καὶ ἐγένετο πῦρ ἐν τοῖς ἐγκάτοις μου, καὶ παρεῖμαι πάν‐</w:t>
      </w:r>
    </w:p>
    <w:p>
      <w:r>
        <w:rPr>
          <w:rFonts w:ascii="Courier New" w:hAnsi="Courier New"/>
          <w:color w:val="555555"/>
          <w:sz w:val="20"/>
        </w:rPr>
        <w:t>[15]</w:t>
      </w:r>
    </w:p>
    <w:p>
      <w:r>
        <w:rPr>
          <w:rFonts w:ascii="Gentium Plus" w:hAnsi="Gentium Plus"/>
          <w:sz w:val="24"/>
        </w:rPr>
        <w:t>τοθεν. Ἐμφαίνει δὲ πολλὴν τὴν περὶ τὸ θυσιαστήριον τιμὴν καὶ εὐλάβειαν, τὸ μὴ καταθαρσῆσαι τῇ ἰδίᾳ χειρὶ ἐφάψασθαι τὸ Σεραφεὶμ, ἀλλ’, οἱονεὶ μεσίτῃ τινὶ, χρήσασθαι τῇ λαβίδι. Νοήσωμεν οὖν ἄνθρακα λόγον ἀληθῆ, διαπύρως καὶ ἐλεγ‐</w:t>
      </w:r>
    </w:p>
    <w:p>
      <w:r>
        <w:rPr>
          <w:rFonts w:ascii="Courier New" w:hAnsi="Courier New"/>
          <w:color w:val="555555"/>
          <w:sz w:val="20"/>
        </w:rPr>
        <w:t>[20]</w:t>
      </w:r>
    </w:p>
    <w:p>
      <w:r>
        <w:rPr>
          <w:rFonts w:ascii="Gentium Plus" w:hAnsi="Gentium Plus"/>
          <w:sz w:val="24"/>
        </w:rPr>
        <w:t>κτικῶς καθαίροντα τὸ ψεῦδος, οἷς ἂν ἀπὸ τῆς δραστηρίου δυνάμεως προσενεχθῇ. Τὴν γὰρ χεῖρα τοῦ Σεραφεὶμ ἐνέρ‐ γειαν χρὴ νοεῖν ἀγαθῶν παρεκτικήν. Καὶ εἶπεν· Ἰδοὺ, ἥψατο τοῦτο τῶν χειλέων σου, καὶ ἀφελεῖ τὰς ἀνομίας σου καὶ τὰς ἁμαρτίας σου περικαθαριεῖ.</w:t>
      </w:r>
    </w:p>
    <w:p>
      <w:r>
        <w:rPr>
          <w:rFonts w:ascii="Courier New" w:hAnsi="Courier New"/>
          <w:color w:val="555555"/>
          <w:sz w:val="20"/>
        </w:rPr>
        <w:t>[25]</w:t>
      </w:r>
    </w:p>
    <w:p>
      <w:r>
        <w:rPr>
          <w:rFonts w:ascii="Gentium Plus" w:hAnsi="Gentium Plus"/>
          <w:sz w:val="24"/>
        </w:rPr>
        <w:t>Οὐ πρὸς μόνον Ἡσαΐαν νομιστέον εἰρῆσθαι, ἀλλὰ καὶ πρὸς πάντας, ὧν καθάπτεται ὁ διάπυρος καὶ ἀληθὴς λόγος, πε‐ ριαιρῶν τὰ ἔξω τοῦ θείου νόμου ἐπιτελούμενα καὶ ἐκ τῶν ἁμαρτητικῶς πραττομένων καθαίρων. —Δεξώμεθα δὲ καὶ ἡμεῖς θείου Λόγου ἐπιδημίαν, ἵνα οἱονεὶ ἐγκαθεζόμενος τοῖς</w:t>
      </w:r>
    </w:p>
    <w:p>
      <w:r>
        <w:rPr>
          <w:rFonts w:ascii="Courier New" w:hAnsi="Courier New"/>
          <w:color w:val="555555"/>
          <w:sz w:val="20"/>
        </w:rPr>
        <w:t>[30]</w:t>
      </w:r>
    </w:p>
    <w:p>
      <w:r>
        <w:rPr>
          <w:rFonts w:ascii="Gentium Plus" w:hAnsi="Gentium Plus"/>
          <w:sz w:val="24"/>
        </w:rPr>
        <w:t>στόμασιν ἡμῶν καὶ μηδεμίαν χώραν παρέχων τῷ ψεύδει, καθαρίσῃ ἡμῶν τὰ χείλη καὶ ἀφέλῃ τὰς ἁμαρτίας ἡμῶν. Οὐκ ἀπιθάνως δὲ ὁ ἄνθραξ εἰς τὴν τοῦ λόγου φύσιν μεταληφθή‐ σεται, κατὰ τὴν τοῦ ψαλμοῦ μαρτυρίαν, λέγοντος· Πεπυρω‐ μένον τὸ λόγιόν σου σφόδρα, καὶ ὁ δοῦλός σου ἠγάπησεν</w:t>
      </w:r>
    </w:p>
    <w:p>
      <w:r>
        <w:rPr>
          <w:rFonts w:ascii="Courier New" w:hAnsi="Courier New"/>
          <w:color w:val="555555"/>
          <w:sz w:val="20"/>
        </w:rPr>
        <w:t>[35]</w:t>
      </w:r>
    </w:p>
    <w:p>
      <w:r>
        <w:rPr>
          <w:rFonts w:ascii="Gentium Plus" w:hAnsi="Gentium Plus"/>
          <w:sz w:val="24"/>
        </w:rPr>
        <w:t>αὐτό.</w:t>
      </w:r>
    </w:p>
    <w:p>
      <w:r>
        <w:rPr>
          <w:rFonts w:ascii="Courier New" w:hAnsi="Courier New"/>
          <w:color w:val="555555"/>
          <w:sz w:val="20"/>
        </w:rPr>
        <w:t>[6 . 188]</w:t>
      </w:r>
    </w:p>
    <w:p>
      <w:r>
        <w:rPr>
          <w:rFonts w:ascii="Gentium Plus" w:hAnsi="Gentium Plus"/>
          <w:sz w:val="24"/>
        </w:rPr>
        <w:t>Καὶ ἤκουσα φωνῆς Κυρίου λέγοντος· Τίνα ἀποστεί‐ λω, καὶ τίς πορεύσεται πρὸς τὸν λαὸν τοῦτον; —Καὶ εἶπον· Ἰδού εἰμι ἐγώ· ἀπόστειλόν με. Ζητήσεως ἄξιον, τί δήποτε Μωϋσῆς μὲν παραιτεῖται</w:t>
      </w:r>
    </w:p>
    <w:p>
      <w:r>
        <w:rPr>
          <w:rFonts w:ascii="Courier New" w:hAnsi="Courier New"/>
          <w:color w:val="555555"/>
          <w:sz w:val="20"/>
        </w:rPr>
        <w:t>[5]</w:t>
      </w:r>
    </w:p>
    <w:p>
      <w:r>
        <w:rPr>
          <w:rFonts w:ascii="Gentium Plus" w:hAnsi="Gentium Plus"/>
          <w:sz w:val="24"/>
        </w:rPr>
        <w:t>πεμπόμενος καὶ ἐπὶ πλεῖστον ἀπομάχεται τὴν ἀποστολὴν παραιτούμενος· Ἡσαΐας δὲ οὕτω προχείρως ἑαυτὸν ἐπιδίδωσι. Μωϋσῆς μὲν γὰρ οὐχὶ ἐρωτᾶται Τίνα ἀποστείλω; ἀλλ’ αὐτὸς εἰς πρόσωπον δέχεται τὸ ἐπίταγμα· Καὶ νῦν (φησὶ) δεῦρο· ἀποστείλω σε πρὸς Φαραὼ εἰς Αἴγυπτον, καὶ ἐξάξεις τὸν</w:t>
      </w:r>
    </w:p>
    <w:p>
      <w:r>
        <w:rPr>
          <w:rFonts w:ascii="Courier New" w:hAnsi="Courier New"/>
          <w:color w:val="555555"/>
          <w:sz w:val="20"/>
        </w:rPr>
        <w:t>[10]</w:t>
      </w:r>
    </w:p>
    <w:p>
      <w:r>
        <w:rPr>
          <w:rFonts w:ascii="Gentium Plus" w:hAnsi="Gentium Plus"/>
          <w:sz w:val="24"/>
        </w:rPr>
        <w:t>λαόν μου, τοὺς υἱοὺς Ἰσραὴλ, ἐκ γῆς Αἰγύπτου. Ἡσαΐας δὲ, ἀορίστως τοῦ λόγου τὸν διακονούμενον τῇ ἀποστολῇ ἐπιζη‐ τοῦντος, ἑαυτὸν ὑποβάλλει. —Τί οὖν φαμεν; Οὐκ ἀπομαχό‐ μεναί εἰσι τῶν Ἁγίων αἱ διαθέσεις περὶ τὸ αὐτὸ πρᾶγμα ἐναντίως ἔχουσαι πρὸς ἀλλήλας. Ἀλλ’ ὅτι Μωϋσῆς μὲν ᾔδει</w:t>
      </w:r>
    </w:p>
    <w:p>
      <w:r>
        <w:rPr>
          <w:rFonts w:ascii="Courier New" w:hAnsi="Courier New"/>
          <w:color w:val="555555"/>
          <w:sz w:val="20"/>
        </w:rPr>
        <w:t>[15]</w:t>
      </w:r>
    </w:p>
    <w:p>
      <w:r>
        <w:rPr>
          <w:rFonts w:ascii="Gentium Plus" w:hAnsi="Gentium Plus"/>
          <w:sz w:val="24"/>
        </w:rPr>
        <w:t>τὴν ὑπόθεσιν, ἧς ἕνεκεν ἀπεστέλλετο, διὰ τοῦτο ὤκνει πρός τε τὸ ἀνένδοτον τῆς καρδίας τοῦ Φαραὼ ἀποβλέπων καὶ πρὸς τὸ δυσπειθὲς πάλιν καὶ δυσάγωγον τοῦ λαοῦ. Πεῖραν γὰρ εἶχε τῆς ἀγνωμοσύνης τῶν Ἰουδαίων, ὅτι καὶ εὐεργετηθέντες, ἐφυγάδευσαν αὐτόν. Διὸ καὶ τὴν κακίαν αὐτῶν μὴ φέρων, πρὸς</w:t>
      </w:r>
    </w:p>
    <w:p>
      <w:r>
        <w:rPr>
          <w:rFonts w:ascii="Courier New" w:hAnsi="Courier New"/>
          <w:color w:val="555555"/>
          <w:sz w:val="20"/>
        </w:rPr>
        <w:t>[20]</w:t>
      </w:r>
    </w:p>
    <w:p>
      <w:r>
        <w:rPr>
          <w:rFonts w:ascii="Gentium Plus" w:hAnsi="Gentium Plus"/>
          <w:sz w:val="24"/>
        </w:rPr>
        <w:t>τὴν ἐν τῇ ἐρήμῳ ἡσυχίαν ἀνεχώρησεν· ἐπὶ προφάσει τοῦ ποιμαίνειν, τοὺς τῶν πόλεων καὶ τῶν πολλῶν ἀνθρώπων θορύβους ἀποδιδράσκων. Διὰ τοῦτό φησι· Τίς εἰμι, ὅτι πο‐</w:t>
      </w:r>
    </w:p>
    <w:p>
      <w:r>
        <w:rPr>
          <w:rFonts w:ascii="Courier New" w:hAnsi="Courier New"/>
          <w:color w:val="555555"/>
          <w:sz w:val="20"/>
        </w:rPr>
        <w:t>[25]</w:t>
      </w:r>
    </w:p>
    <w:p>
      <w:r>
        <w:rPr>
          <w:rFonts w:ascii="Gentium Plus" w:hAnsi="Gentium Plus"/>
          <w:sz w:val="24"/>
        </w:rPr>
        <w:t>λει τὸν λαὸν, καὶ ὁ λαὸς οὐκ εὔκολος μεταχειρισθῆναι, ἀν‐ τιβαίνων ἀεὶ τοῖς πρὸς σωτηρίαν αὐτοῦ ἐπιμελομένοις. Δείκνυσι δὲ τὴν διάνοιαν Μωϋσέως καὶ τὰ ἐφεξῆς. Ὅτε γὰρ μετὰ τὴν μοσχοποιίαν δοὺς τὴν χάριν τῷ θεράποντι αὐτοῦ ὑπὲρ τῆς συγχωρήσεως τοῦ ἁμαρτήματος τοῦ λαοῦ ὁ Θεὸς,</w:t>
      </w:r>
    </w:p>
    <w:p>
      <w:r>
        <w:rPr>
          <w:rFonts w:ascii="Courier New" w:hAnsi="Courier New"/>
          <w:color w:val="555555"/>
          <w:sz w:val="20"/>
        </w:rPr>
        <w:t>[30]</w:t>
      </w:r>
    </w:p>
    <w:p>
      <w:r>
        <w:rPr>
          <w:rFonts w:ascii="Gentium Plus" w:hAnsi="Gentium Plus"/>
          <w:sz w:val="24"/>
        </w:rPr>
        <w:t>τελευταῖόν φησι· Πορεύου καὶ ὁδήγει τὸν λαὸν τοῦτον καὶ ἐξαποστελῶ Ἄγγελόν μου ἔμπροσθέν σου, τί οὖν Μωϋσῆς; Δέομαι, Κύριε, εἰ μὴ αὐτὸς σὺ προπορεύῃ ἡμῶν, μὴ ἀνα‐ γάγῃς ἡμᾶς ἐντεῦθεν. Τί οὖν ἡ διάνοια τοῦ ἀνδρός; Ὅτι ἁμαρτωλὸς ὁ λαὸς καὶ χρῄζει τοῦ Ἀφιέντος ἁμαρτίας, ὅπερ</w:t>
      </w:r>
    </w:p>
    <w:p>
      <w:r>
        <w:rPr>
          <w:rFonts w:ascii="Courier New" w:hAnsi="Courier New"/>
          <w:color w:val="555555"/>
          <w:sz w:val="20"/>
        </w:rPr>
        <w:t>[35]</w:t>
      </w:r>
    </w:p>
    <w:p>
      <w:r>
        <w:rPr>
          <w:rFonts w:ascii="Gentium Plus" w:hAnsi="Gentium Plus"/>
          <w:sz w:val="24"/>
        </w:rPr>
        <w:t>Ἀγγέλοις ἀδύνατον. Τιμωροὶ μὲν τῶν ἁμαρτανομένων Ἄγγε‐ λοι, συγχωρητικοὶ δὲ τῶν πλημμελουμένων, οὐκέτι. Διὰ τοῦτο ἐπιζητεῖ αὐτὸν ἐλθεῖν, τουτέστιν ὃ καὶ νῦν φησι· Προχεί‐ ρισαι ἄλλον, ὃν ἀποστελεῖς, τουτέστιν ἐλθέτω ὁ ἀληθινὸς Νομοθέτης, ὁ δυνατὸς Σωτὴρ, ὁ μόνος ἔχων ἐξουσίαν ἀφιέ‐</w:t>
      </w:r>
    </w:p>
    <w:p>
      <w:r>
        <w:rPr>
          <w:rFonts w:ascii="Courier New" w:hAnsi="Courier New"/>
          <w:color w:val="555555"/>
          <w:sz w:val="20"/>
        </w:rPr>
        <w:t>[40]</w:t>
      </w:r>
    </w:p>
    <w:p>
      <w:r>
        <w:rPr>
          <w:rFonts w:ascii="Gentium Plus" w:hAnsi="Gentium Plus"/>
          <w:sz w:val="24"/>
        </w:rPr>
        <w:t>ναι ἁμαρτίας. —Ἐπειδὴ δὲ οὔπω ἦλθε τὸ πλήρωμα τῶν καιρῶν καὶ ἔδει ἐν τοῖς τύποις προεθισθῆναι τὴν ἀνθρω‐ πότητα, διὰ τοῦτο οὐκ εἰσηκούσθη τοῦ Προφήτου ἡ αἴτησις. Ἡσαΐας μέντοι, μετὰ τὸ ἀφεθῆναι τὰς ἁμαρτίας αὐτοῦ, ἐπειδὴ εἴρηκεν, ὅτι Ἐν μέσῳ λαοῦ ἐγῶ οἰκῶ, ἀκάθαρτα</w:t>
      </w:r>
    </w:p>
    <w:p>
      <w:r>
        <w:rPr>
          <w:rFonts w:ascii="Courier New" w:hAnsi="Courier New"/>
          <w:color w:val="555555"/>
          <w:sz w:val="20"/>
        </w:rPr>
        <w:t>[45]</w:t>
      </w:r>
    </w:p>
    <w:p>
      <w:r>
        <w:rPr>
          <w:rFonts w:ascii="Gentium Plus" w:hAnsi="Gentium Plus"/>
          <w:sz w:val="24"/>
        </w:rPr>
        <w:t>χείλη ἔχοντος, εἶτα ἤκουσε· Τίς πορεύσεται πρὸς τὸν λαὸν τοῦτον; Νομίσας ἐπὶ τῷ τὰ παραπλήσια κἀκείνους εὐεργε‐ τηθῆναι ζητεῖσθαι τὸν ἀποστελλόμενον, ὑπὸ περιχαρείας</w:t>
      </w:r>
    </w:p>
    <w:p>
      <w:r>
        <w:rPr>
          <w:rFonts w:ascii="Courier New" w:hAnsi="Courier New"/>
          <w:color w:val="555555"/>
          <w:sz w:val="20"/>
        </w:rPr>
        <w:t>[6 . 188 (50)]</w:t>
      </w:r>
    </w:p>
    <w:p>
      <w:r>
        <w:rPr>
          <w:rFonts w:ascii="Gentium Plus" w:hAnsi="Gentium Plus"/>
          <w:sz w:val="24"/>
        </w:rPr>
        <w:t>ἡ παραίτησις καὶ τούτου ἡ προθυμία. Ἀσφαλὴς μέντοι ἡ ἀπόκρισις τοῦ ἁγίου, ὡς ὠφελημένου ἤδη ἐκ τῆς διὰ τῶν ἀνθράκων καθάρσεως. Εἰπόντος γὰρ τοῦ Κυρίου Τίνα ἀποστείλω, καὶ Τίς πορεύσεται, πρὸς μὲν τὸ Ἀποστείλω, ἰδού εἰμι ἐγώ· πρὸς δὲ τὸ Τίς πορεύσεται, οὐκέτι εἶπεν,</w:t>
      </w:r>
    </w:p>
    <w:p>
      <w:r>
        <w:rPr>
          <w:rFonts w:ascii="Courier New" w:hAnsi="Courier New"/>
          <w:color w:val="555555"/>
          <w:sz w:val="20"/>
        </w:rPr>
        <w:t>[55]</w:t>
      </w:r>
    </w:p>
    <w:p>
      <w:r>
        <w:rPr>
          <w:rFonts w:ascii="Gentium Plus" w:hAnsi="Gentium Plus"/>
          <w:sz w:val="24"/>
        </w:rPr>
        <w:t>ὅτι καὶ πορεύσομαι· οἶδε γὰρ ὅτι Θεοῦ συνεργοῦ χρεία πρὸς τὴν ἐνέργειαν. Διόπερ ὃ μὲν προαιρέσεως ἦν, τοῦτο ἐπέ‐ δωκεν· ὃ δὲ τοῦ τελειοῦντος ἔχρῃζε, τοῦτο ἀπεσιώπησε. Πῶς δὲ ἀκούει τῆς φωνῆς Κυρίου, πολλάκις εἴρηται, ὡς ἄρα τὸ ἡγεμονικὸν τοῦ ἀξιουμένου τῆς τοιαύτης χάριτος</w:t>
      </w:r>
    </w:p>
    <w:p>
      <w:r>
        <w:rPr>
          <w:rFonts w:ascii="Courier New" w:hAnsi="Courier New"/>
          <w:color w:val="555555"/>
          <w:sz w:val="20"/>
        </w:rPr>
        <w:t>[60]</w:t>
      </w:r>
    </w:p>
    <w:p>
      <w:r>
        <w:rPr>
          <w:rFonts w:ascii="Gentium Plus" w:hAnsi="Gentium Plus"/>
          <w:sz w:val="24"/>
        </w:rPr>
        <w:t>ἀφάτῳ τινὶ δυνάμει φαντασιοῦται λόγον Θεοῦ, τῆς θείας δυνά‐ μεως ἐνηχούσης τοῖς ἀξίοις, οὐ διὰ τῆς σωματικῆς ἀκοῆς, ἀλλ’ αὐτὸ τὸ ἡγεμονικὸν τῶν κεκαθαρμένων τὴν διάνοιαν τυ‐ πούσης, καὶ οἱονεὶ ἐγγραφούσης αὐτοῖς τὰ νοήματα κατὰ τὸ σιωπώμενον· ὅπερ ἡμῖν διὰ τῆς αἰσθητῆς φωνῆς πλησσο‐</w:t>
      </w:r>
    </w:p>
    <w:p>
      <w:r>
        <w:rPr>
          <w:rFonts w:ascii="Courier New" w:hAnsi="Courier New"/>
          <w:color w:val="555555"/>
          <w:sz w:val="20"/>
        </w:rPr>
        <w:t>[65]</w:t>
      </w:r>
    </w:p>
    <w:p>
      <w:r>
        <w:rPr>
          <w:rFonts w:ascii="Gentium Plus" w:hAnsi="Gentium Plus"/>
          <w:sz w:val="24"/>
        </w:rPr>
        <w:t>μένη ἡ ἀκοὴ ἐπὶ τὴν συναίσθησιν τῆς ψυχῆς παραπέμπει. —Νοητῆς οὖν ἤκουσε φωνῆς, τῇ καρδίᾳ ἐγγενομένης, ὅπερ καὶ ἐν τοῖς ὕπνοις συμβαίνει γίνεσθαι· ἀκούειν γὰρ δο‐ κοῦμεν, μηδενὸς φθεγγομένου, ἀλλ’ οὐχὶ αἰσθητῆς διὰ τοῦ ἀέρος πρὸς τοὺς πόρους τῆς ἀκοῆς ἐνεχθείσης. —Οὕτως</w:t>
      </w:r>
    </w:p>
    <w:p>
      <w:r>
        <w:rPr>
          <w:rFonts w:ascii="Courier New" w:hAnsi="Courier New"/>
          <w:color w:val="555555"/>
          <w:sz w:val="20"/>
        </w:rPr>
        <w:t>[70]</w:t>
      </w:r>
    </w:p>
    <w:p>
      <w:r>
        <w:rPr>
          <w:rFonts w:ascii="Gentium Plus" w:hAnsi="Gentium Plus"/>
          <w:sz w:val="24"/>
        </w:rPr>
        <w:t>οὖν λαλεῖ ὁ Θεὸς καὶ οὕτως ἀκούουσιν οἱ Ἅγιοι.</w:t>
      </w:r>
    </w:p>
    <w:p>
      <w:r>
        <w:rPr>
          <w:rFonts w:ascii="Courier New" w:hAnsi="Courier New"/>
          <w:color w:val="555555"/>
          <w:sz w:val="20"/>
        </w:rPr>
        <w:t>[6 . 189]</w:t>
      </w:r>
    </w:p>
    <w:p>
      <w:r>
        <w:rPr>
          <w:rFonts w:ascii="Gentium Plus" w:hAnsi="Gentium Plus"/>
          <w:sz w:val="24"/>
        </w:rPr>
        <w:t>Πορεύου (φησὶ) καὶ εἶπον τῷ λαῷ τούτῳ· Ἀκοῇ ἀκούσετε καὶ οὐ μὴ συνῆτε, καὶ βλέποντες βλέψετε καὶ οὐ μὴ ἴδητε. Ἐπαχύνθη γὰρ ἡ καρδία τοῦ λαοῦ τούτου καὶ τοῖς ὠσὶν αὐτῶν βαρέως ἤκουσαν καὶ τοὺς ὀφθαλμοὺς</w:t>
      </w:r>
    </w:p>
    <w:p>
      <w:r>
        <w:rPr>
          <w:rFonts w:ascii="Courier New" w:hAnsi="Courier New"/>
          <w:color w:val="555555"/>
          <w:sz w:val="20"/>
        </w:rPr>
        <w:t>[5]</w:t>
      </w:r>
    </w:p>
    <w:p>
      <w:r>
        <w:rPr>
          <w:rFonts w:ascii="Gentium Plus" w:hAnsi="Gentium Plus"/>
          <w:sz w:val="24"/>
        </w:rPr>
        <w:t>αὐτῶν ἐκάμμυσαν, μήποτε ἴδωσι τοῖς ὀφθαλμοῖς καὶ τοῖς ὠσὶν ἀκούσωσι καὶ τῇ καρδίᾳ συνῶσι καὶ ἐπιστρέψωσι, καὶ ἰάσομαι αὐτούς. Τοῦτο τὸ ῥητὸν σαφῶς καὶ ἀναντιῤῥήτως ἐπὶ τοὺς χρόνους φέρων τῆς τοῦ Κυρίου ἐπιδημίας, ὁ Μακάριος Παῦλος ἔλεγεν</w:t>
      </w:r>
    </w:p>
    <w:p>
      <w:r>
        <w:rPr>
          <w:rFonts w:ascii="Courier New" w:hAnsi="Courier New"/>
          <w:color w:val="555555"/>
          <w:sz w:val="20"/>
        </w:rPr>
        <w:t>[10]</w:t>
      </w:r>
    </w:p>
    <w:p>
      <w:r>
        <w:rPr>
          <w:rFonts w:ascii="Gentium Plus" w:hAnsi="Gentium Plus"/>
          <w:sz w:val="24"/>
        </w:rPr>
        <w:t>ἐν ταῖς Πράξεσι, τοῖς ἐν Ῥώμῃ Ἰουδαίοις διαλεγόμενος· Καλῶς γὰρ τὸ Πνεῦμα τὸ ἅγιον ἐλάλησε διὰ Ἡσαΐου τοῦ Προφήτου πρὸς τοὺς πατέρας ὑμῶν, λέγον· Πορεύθητι καὶ εἶπον τῷ λαῷ τούτῳ, καὶ τὰ ἑξῆς. Καὶ τοῦτο μάλιστα τὸ ῥητὸν τὸν Προφήτην, ὡς θεόθεν ἀποφθεγγόμενον παρασκευ‐</w:t>
      </w:r>
    </w:p>
    <w:p>
      <w:r>
        <w:rPr>
          <w:rFonts w:ascii="Courier New" w:hAnsi="Courier New"/>
          <w:color w:val="555555"/>
          <w:sz w:val="20"/>
        </w:rPr>
        <w:t>[15]</w:t>
      </w:r>
    </w:p>
    <w:p>
      <w:r>
        <w:rPr>
          <w:rFonts w:ascii="Gentium Plus" w:hAnsi="Gentium Plus"/>
          <w:sz w:val="24"/>
        </w:rPr>
        <w:t>άζει· ἐπείπερ ἤκουσεν ὁ λαὸς τὸν Ἰησοῦ λόγον καὶ οὐ συνῆκε, καὶ βλέπων τὰ ὑπ’ αὐτοῦ γινόμενα τεράστια, οὐχ ἑώρα. Εἰς μέλλοντα γὰρ χρόνον ἐκκλῖνον τὸ ῥητὸν ἐμφαίνει τὴν εἰς ὑστέρους χρόνους τῶν προφητευομένων ἀναφορὰν, καὶ ἐν τούτῳ τὸ εὔλογον τῆς τοῦ Θεοῦ κρίσεως ἀναφαίνεται.</w:t>
      </w:r>
    </w:p>
    <w:p>
      <w:r>
        <w:rPr>
          <w:rFonts w:ascii="Courier New" w:hAnsi="Courier New"/>
          <w:color w:val="555555"/>
          <w:sz w:val="20"/>
        </w:rPr>
        <w:t>[20]</w:t>
      </w:r>
    </w:p>
    <w:p>
      <w:r>
        <w:rPr>
          <w:rFonts w:ascii="Gentium Plus" w:hAnsi="Gentium Plus"/>
          <w:sz w:val="24"/>
        </w:rPr>
        <w:t>Εἰπόντος γὰρ τοῦ Ἡσαΐου, ὅτι Ἀκάθαρτα χείλη ἔχω καὶ (συνάψαντος καὶ περὶ τοῦ λαοῦ) ὅτι Ἐν μέσῳ λαοῦ οἰκῶ, ἀκάθαρτα χείλη ἔχοντος, αὐτῷ μὲν ἐδόθη ἡ χάρις τῆς συγχω‐ ρήσεως καὶ ἡ κάθαρσις δι’ ἑνὸς τῶν Σεραφὶμ, τῷ δὲ λαῷ οὐκέτι· ἐπειδὴ οὐδὲ τὴν διάθεσιν ὁμοίαν εἶχον ὅ τε Προφήτης</w:t>
      </w:r>
    </w:p>
    <w:p>
      <w:r>
        <w:rPr>
          <w:rFonts w:ascii="Courier New" w:hAnsi="Courier New"/>
          <w:color w:val="555555"/>
          <w:sz w:val="20"/>
        </w:rPr>
        <w:t>[25]</w:t>
      </w:r>
    </w:p>
    <w:p>
      <w:r>
        <w:rPr>
          <w:rFonts w:ascii="Gentium Plus" w:hAnsi="Gentium Plus"/>
          <w:sz w:val="24"/>
        </w:rPr>
        <w:t>καὶ ὁ λαός· Ὁ μὲν γὰρ εἶδε Κύριον Σαβαὼθ, καθήμενον ἐπὶ θρόνου, καὶ ἐπίστευσεν οἷς ἐθεάσατο· οἱ δὲ βλέποντες ἐπιδη‐ μοῦντα τὸν Κύριον, οὐκ ἐπίστευον· καὶ ὁ μὲν ἀκούσας τῶν Σεραφείμ, συνῆκε τὴν δοξολογίαν αὐτῶν· οἱ δὲ ἀκού‐ οντες τῶν ῥημάτων τοῦ Σωτῆρος, οὐ κατεδέχοντο· καὶ τοῦ</w:t>
      </w:r>
    </w:p>
    <w:p>
      <w:r>
        <w:rPr>
          <w:rFonts w:ascii="Courier New" w:hAnsi="Courier New"/>
          <w:color w:val="555555"/>
          <w:sz w:val="20"/>
        </w:rPr>
        <w:t>[30]</w:t>
      </w:r>
    </w:p>
    <w:p>
      <w:r>
        <w:rPr>
          <w:rFonts w:ascii="Gentium Plus" w:hAnsi="Gentium Plus"/>
          <w:sz w:val="24"/>
        </w:rPr>
        <w:t>μὲν ἡ καρδία κατανυγεῖσα, συνῄσθετο τῆς ἰδίας ἁμαρτίας, διὸ εἶπεν· Ὢ τάλας ἐγὼ, διότι κατανένυγμαι· τῶν δὲ ἐπα‐ χύνθη ἡ καρδία, πρὸς τὸ μηδεμίαν λαβεῖν ἔννοιαν ὧν ἡμάρ‐ τανον, μηδὲ προσελθεῖν τῷ δυναμένῳ αὐτοῖς ἀφιέναι τὰς ἁμαρτίας. Διὰ τοῦτο ὁ μὲν ἐκαθαρίσθη, οἱ δὲ ἀφείθησαν ἐν</w:t>
      </w:r>
    </w:p>
    <w:p>
      <w:r>
        <w:rPr>
          <w:rFonts w:ascii="Courier New" w:hAnsi="Courier New"/>
          <w:color w:val="555555"/>
          <w:sz w:val="20"/>
        </w:rPr>
        <w:t>[35]</w:t>
      </w:r>
    </w:p>
    <w:p>
      <w:r>
        <w:rPr>
          <w:rFonts w:ascii="Gentium Plus" w:hAnsi="Gentium Plus"/>
          <w:sz w:val="24"/>
        </w:rPr>
        <w:t>ταῖς ἁμαρτίαις, ὡς καὶ ὁ Κύριος ἔφη πρὸς αὐτοὺς, ὅτι Ἀποθανεῖσθε ἐν ταῖς ἁμαρτίαις ὑμῶν.</w:t>
      </w:r>
    </w:p>
    <w:p>
      <w:r>
        <w:rPr>
          <w:rFonts w:ascii="Courier New" w:hAnsi="Courier New"/>
          <w:color w:val="555555"/>
          <w:sz w:val="20"/>
        </w:rPr>
        <w:t>[6 . 190]</w:t>
      </w:r>
    </w:p>
    <w:p>
      <w:r>
        <w:rPr>
          <w:rFonts w:ascii="Gentium Plus" w:hAnsi="Gentium Plus"/>
          <w:sz w:val="24"/>
        </w:rPr>
        <w:t>Τάχα δέ τις ἀντιστήσεται ὑμῶν τῷ λόγῳ, διὰ τὸ εἰρῆσθαι· Εἶπον τῷ λαῷ τούτῳ, οὐ προσιέμενος ἐπὶ τοὺς χρόνους τοῦ Σωτῆρος ταῦτα προφητεύεσθαι. Εἰ γὰρ τὸ Τούτῳ δεικτικόν ἐστι, οὐδεὶς δὲ τῶν ἀπὸ τοῦ δεικνυμένου</w:t>
      </w:r>
    </w:p>
    <w:p>
      <w:r>
        <w:rPr>
          <w:rFonts w:ascii="Courier New" w:hAnsi="Courier New"/>
          <w:color w:val="555555"/>
          <w:sz w:val="20"/>
        </w:rPr>
        <w:t>[5]</w:t>
      </w:r>
    </w:p>
    <w:p>
      <w:r>
        <w:rPr>
          <w:rFonts w:ascii="Gentium Plus" w:hAnsi="Gentium Plus"/>
          <w:sz w:val="24"/>
        </w:rPr>
        <w:t>λαοῦ ἤμελλεν ἀκούειν τοῦ Σωτῆρος, ἢ βλέπειν αὐτοῦ τὰ θαυμάσια, πῶς ἁρμόζει τὸ Τῷ λαῷ τούτῳ τοῖς τοσοῦτον τοῦ Προφήτου μεταγενεστέροις; Ἡμεῖς δὲ ἐξ ἄλλων ῥημά‐ των προφητικῶν ῥᾳδίαν λύσιν ἐπινοήσωμεν τῷ προβλήματι.</w:t>
      </w:r>
    </w:p>
    <w:p>
      <w:r>
        <w:rPr>
          <w:rFonts w:ascii="Courier New" w:hAnsi="Courier New"/>
          <w:color w:val="555555"/>
          <w:sz w:val="20"/>
        </w:rPr>
        <w:t>[10]</w:t>
      </w:r>
    </w:p>
    <w:p>
      <w:r>
        <w:rPr>
          <w:rFonts w:ascii="Gentium Plus" w:hAnsi="Gentium Plus"/>
          <w:sz w:val="24"/>
        </w:rPr>
        <w:t>σοι; ἢ τί ἐλύπησά σε; ἢ τί παρηνόχλησά σοι; Ἀποκρίθητί μοι. Διότι ἀνήγαγόν σε ἐκ γῆς Αἰγύπτου, καὶ ἐξ οἴκου δουλείας ἐλυτρωσάμην σε καὶ ἐξαπέστειλα ἔμπροσθέν σου τὸν Μωϋσῆν καὶ Ἀαρὼν καὶ Μαριάμ; Ὥσπερ γὰρ τότε οὐχὶ ὁ κατὰ τὸν Προφήτην λαὸς εἶδε τὴν Αἴγυπτον, ἢ ὡδηγήθη</w:t>
      </w:r>
    </w:p>
    <w:p>
      <w:r>
        <w:rPr>
          <w:rFonts w:ascii="Courier New" w:hAnsi="Courier New"/>
          <w:color w:val="555555"/>
          <w:sz w:val="20"/>
        </w:rPr>
        <w:t>[15]</w:t>
      </w:r>
    </w:p>
    <w:p>
      <w:r>
        <w:rPr>
          <w:rFonts w:ascii="Gentium Plus" w:hAnsi="Gentium Plus"/>
          <w:sz w:val="24"/>
        </w:rPr>
        <w:t>παρὰ τῶν προειρημένων, καὶ ὅμως αὐτὸς ὀνειδίζεται ὡς ἐπὶ ταῖς ἐργασίαις ταύταις ἀγνωμονῶν, οὕτω καὶ νῦν δείκνυται μὲν τὸ σύστημα τοῦ λαοῦ τὸ κατὰ τὸν Προφήτην· ἐκβαίνει δὲ αὐτῷ τὰ προφητευθέντα κατὰ τὴν γενεὰν τῆς τοῦ Κυρίου ἐπιφανείας.</w:t>
      </w:r>
    </w:p>
    <w:p>
      <w:r>
        <w:rPr>
          <w:rFonts w:ascii="Courier New" w:hAnsi="Courier New"/>
          <w:color w:val="555555"/>
          <w:sz w:val="20"/>
        </w:rPr>
        <w:t>[20]</w:t>
      </w:r>
    </w:p>
    <w:p>
      <w:r>
        <w:rPr>
          <w:rFonts w:ascii="Gentium Plus" w:hAnsi="Gentium Plus"/>
          <w:sz w:val="24"/>
        </w:rPr>
        <w:t>Πέφυκε δὲ καὶ ἡ συνήθεια κεχρῆσθαι τῷ τοιούτῳ λόγῳ, ὃν καὶ ἀλλοιούμενόν τινες προσαγορεύειν εἰώθασιν. Οἷον, τὸν αὐτὸν νοοῦντες χορὸν, τὸν ἐκ τοσῶνδε ἀνδρῶν συνε‐ στῶτα· εἶτα ἑνὸς ὑπεξελθόντος καὶ ἑτέρου ἐκείνου τόπον ἀντιπληρώσαντος, ὁ αὐτὸς λέγεται μένειν χορός. Καὶ εἰ</w:t>
      </w:r>
    </w:p>
    <w:p>
      <w:r>
        <w:rPr>
          <w:rFonts w:ascii="Courier New" w:hAnsi="Courier New"/>
          <w:color w:val="555555"/>
          <w:sz w:val="20"/>
        </w:rPr>
        <w:t>[25]</w:t>
      </w:r>
    </w:p>
    <w:p>
      <w:r>
        <w:rPr>
          <w:rFonts w:ascii="Gentium Plus" w:hAnsi="Gentium Plus"/>
          <w:sz w:val="24"/>
        </w:rPr>
        <w:t>δεύτερος δὲ ὑπεξέλθῃ καὶ εἰ τρίτος, καὶ τοῦτο ἐπὶ πολὺ γένοιτο, καὶ ἑκάστῳ ἕτερος ἀντεισαχθείη τις, κατὰ μικρὸν ὑπαλλοιουμένου τοῦ χοροῦ, οἱ μὲν καθ’ ἕνα διημείφθησαν, ἡ μέντοι προσηγορία τῷ χορῷ ἡ αὐτὴ διασώζεται. Οὕτω καὶ πόλις ἡ αὐτὴ εἶναι λέγεται καὶ στρατόπεδον τὸ αὐτό,</w:t>
      </w:r>
    </w:p>
    <w:p>
      <w:r>
        <w:rPr>
          <w:rFonts w:ascii="Courier New" w:hAnsi="Courier New"/>
          <w:color w:val="555555"/>
          <w:sz w:val="20"/>
        </w:rPr>
        <w:t>[30]</w:t>
      </w:r>
    </w:p>
    <w:p>
      <w:r>
        <w:rPr>
          <w:rFonts w:ascii="Gentium Plus" w:hAnsi="Gentium Plus"/>
          <w:sz w:val="24"/>
        </w:rPr>
        <w:t>οὐ τῷ τὸν καθ’ ἕκαστον διαμένειν, ἀλλὰ τῷ τὴν προσηγορίαν τῷ συστήματι τὴν αὐτὴν διασώζεσθαι. Οὕτως οὐδὲν κωλύει καὶ νῦν τὸν ἐπὶ τοῦ Ἡσαΐου δεικτικῶς θεωρούμενον λαὸν τὸν αὐτὸν εἶναι καὶ ἐπὶ τοῦ Κυρίου, οὐ τῇ διαμονῇ τῶν</w:t>
      </w:r>
    </w:p>
    <w:p>
      <w:r>
        <w:rPr>
          <w:rFonts w:ascii="Courier New" w:hAnsi="Courier New"/>
          <w:color w:val="555555"/>
          <w:sz w:val="20"/>
        </w:rPr>
        <w:t>[6 . 191]</w:t>
      </w:r>
    </w:p>
    <w:p>
      <w:r>
        <w:rPr>
          <w:rFonts w:ascii="Gentium Plus" w:hAnsi="Gentium Plus"/>
          <w:sz w:val="24"/>
        </w:rPr>
        <w:t>Καὶ εἶπα· Ἕως πότε, Κύριε; Καὶ εἶπεν· Ἕως ἂν ἐρημωθῶσι πόλεις παρὰ τὸ μὴ κατοικεῖσθαι, καὶ οἶκοι παρὰ τὸ μὴ εἶναι ἀνθρώπους, καὶ ἡ γῆ καταλειφθήσεται ἔρημος. Καὶ μετὰ ταῦτα μακρυνεῖ ὁ Θεὸς τοὺς ἀνθρώπους,</w:t>
      </w:r>
    </w:p>
    <w:p>
      <w:r>
        <w:rPr>
          <w:rFonts w:ascii="Courier New" w:hAnsi="Courier New"/>
          <w:color w:val="555555"/>
          <w:sz w:val="20"/>
        </w:rPr>
        <w:t>[5]</w:t>
      </w:r>
    </w:p>
    <w:p>
      <w:r>
        <w:rPr>
          <w:rFonts w:ascii="Gentium Plus" w:hAnsi="Gentium Plus"/>
          <w:sz w:val="24"/>
        </w:rPr>
        <w:t>καὶ οἱ καταλειφθέντες πληθυνθήσονται ἐπὶ τῆς γῆς· Καὶ ἔτι ἐπ’ αὐτῆς ἐστι τὸ ἐπιδέκατον· καὶ πάλιν ἔσται εἰς προνο‐ μὴν, ὡς τερέβινθος καὶ ὡς βάλανος, ὅταν ἐκπέσῃ ἐκ τῆς θήκης αὐτῆς. Σπέρμα Ἅγιον, τὸ στήλωμα αὐτῆς. Ἐπειδὴ σκυθρωπὰ τὰ διηγηθέντα ἦν παρὰ τοῦ Κυρίου,</w:t>
      </w:r>
    </w:p>
    <w:p>
      <w:r>
        <w:rPr>
          <w:rFonts w:ascii="Courier New" w:hAnsi="Courier New"/>
          <w:color w:val="555555"/>
          <w:sz w:val="20"/>
        </w:rPr>
        <w:t>[10]</w:t>
      </w:r>
    </w:p>
    <w:p>
      <w:r>
        <w:rPr>
          <w:rFonts w:ascii="Gentium Plus" w:hAnsi="Gentium Plus"/>
          <w:sz w:val="24"/>
        </w:rPr>
        <w:t>ἀπαραίτητον τὴν κρίσιν ἡγούμενος, τὸν γοῦν χρόνον πόσος ἐστὶν, ἐν ᾧ ἡ καταδίκη αὐτοῖς αὕτη ἐπιτεθήσεται, ἀξιοῖ δι‐ δαχθῆναι. —Σαφῶς ταῦτα ἐπὶ τοὺς χρόνους τῆς Ῥωμαϊκῆς δυναστείας λοιπὸν ἀναφέρεται. Μετὰ γὰρ τὸ μὴ ἀκοῦσαι τῶν ῥημάτων τοῦ Κυρίου καὶ μὴ θελῆσαι ἐνιδεῖν ὀφθαλμοῖς εὐγνώ‐</w:t>
      </w:r>
    </w:p>
    <w:p>
      <w:r>
        <w:rPr>
          <w:rFonts w:ascii="Courier New" w:hAnsi="Courier New"/>
          <w:color w:val="555555"/>
          <w:sz w:val="20"/>
        </w:rPr>
        <w:t>[15]</w:t>
      </w:r>
    </w:p>
    <w:p>
      <w:r>
        <w:rPr>
          <w:rFonts w:ascii="Gentium Plus" w:hAnsi="Gentium Plus"/>
          <w:sz w:val="24"/>
        </w:rPr>
        <w:t>μοσι τὰ ὑπὲρ ἄνθρωπον αὐτοῦ τεράστια, ἠρημώθησαν αἱ πόλεις, παρὰ τὸ μὴ κατοικεῖσθαι, καὶ οἶκοι παρὰ τὸ μὴ εἶναι ἀνθρώπους, καὶ ἡ γῆ κατελείφθη ἔρημος, λιμῷ καὶ φυγαῖς καὶ αἰχμαλωσίᾳ τῶν οἰκητόρων θανατωθέντων. Τὸ δὲ ἐπαγόμενον, ὅτι Μετὰ ταῦτα μακρυνεῖ ὁ Θεὸς τοὺς</w:t>
      </w:r>
    </w:p>
    <w:p>
      <w:r>
        <w:rPr>
          <w:rFonts w:ascii="Courier New" w:hAnsi="Courier New"/>
          <w:color w:val="555555"/>
          <w:sz w:val="20"/>
        </w:rPr>
        <w:t>[20]</w:t>
      </w:r>
    </w:p>
    <w:p>
      <w:r>
        <w:rPr>
          <w:rFonts w:ascii="Gentium Plus" w:hAnsi="Gentium Plus"/>
          <w:sz w:val="24"/>
        </w:rPr>
        <w:t>ἀνθρώπους, ἀναφέρεσθαί μοι δοκεῖ ἐπὶ τὴν τῶν Ἰουδαίων ἀπὸ τοῦ Θεοῦ ἀλλοτρίωσιν, οἷς ἀπὸ μέρους ἐγένετο πώρωσις,</w:t>
      </w:r>
    </w:p>
    <w:p>
      <w:r>
        <w:rPr>
          <w:rFonts w:ascii="Courier New" w:hAnsi="Courier New"/>
          <w:color w:val="555555"/>
          <w:sz w:val="20"/>
        </w:rPr>
        <w:t>[25]</w:t>
      </w:r>
    </w:p>
    <w:p>
      <w:r>
        <w:rPr>
          <w:rFonts w:ascii="Gentium Plus" w:hAnsi="Gentium Plus"/>
          <w:sz w:val="24"/>
        </w:rPr>
        <w:t>χάριτος γέγονεν, οἵτινες καὶ πληθυνθήσονται ἐπὶ τῆς γῆς, τῷ εἰς πᾶσαν τὴν γῆν λοιπὸν εἶναι τοὺς μαθητευομένους τῷ Εὐαγγελίῳ τοῦ Χριστοῦ; Εἰ γὰρ καὶ οὐκ ἐπέτυχεν ὃ ἐπι‐ ζητεῖ ὁ πᾶς Ἰσραὴλ, ἀλλ’ ἡ ἐκλογὴ ἐπέτυχε, περὶ ὧν φησι τῷ Ἠλίᾳ· Κατέλιπον ἐμαυτῷ ἑπτάκις χιλίους ἄνδρας, οἵ‐</w:t>
      </w:r>
    </w:p>
    <w:p>
      <w:r>
        <w:rPr>
          <w:rFonts w:ascii="Courier New" w:hAnsi="Courier New"/>
          <w:color w:val="555555"/>
          <w:sz w:val="20"/>
        </w:rPr>
        <w:t>[30]</w:t>
      </w:r>
    </w:p>
    <w:p>
      <w:r>
        <w:rPr>
          <w:rFonts w:ascii="Gentium Plus" w:hAnsi="Gentium Plus"/>
          <w:sz w:val="24"/>
        </w:rPr>
        <w:t>τινες οὐκ ἔκαμψαν γόνυ τῇ Βάαλ. Οὗτοι οὖν εἰσι, περὶ ὧν εἴρηται· Καὶ ἔτι ἐπ’ αὐτῆς ἔσται τὸ ἐπιδέκατον. Τὸ δὲ Καὶ πάλιν ἔσται εἰς προνομὴν, ὡς τερέβινθος καὶ ὡς βάλανος, ὅταν ἐκπέσῃ ἐκ τῆς θήκης αὐτῆς, δοκεῖ μοι δηλοῦν τὴν κατὰ μικρὸν ἀπὸ τῶν Ἰουδαϊκῶν ἐθῶν ἐπὶ τὴν κατὰ τὸ</w:t>
      </w:r>
    </w:p>
    <w:p>
      <w:r>
        <w:rPr>
          <w:rFonts w:ascii="Courier New" w:hAnsi="Courier New"/>
          <w:color w:val="555555"/>
          <w:sz w:val="20"/>
        </w:rPr>
        <w:t>[35]</w:t>
      </w:r>
    </w:p>
    <w:p>
      <w:r>
        <w:rPr>
          <w:rFonts w:ascii="Gentium Plus" w:hAnsi="Gentium Plus"/>
          <w:sz w:val="24"/>
        </w:rPr>
        <w:t>Εὐαγγέλιον πολιτείαν μεταβολήν. Πάλιν γὰρ ἔσονται οὗτοι εἰς προνομὴν συνηγμένοι, ὡς συνάγεται ὁ καρπὸς τῆς τε‐ ρεβίνθου, καὶ ὡς ἡ βάλανος, ἡ ὥριμος ἤδη πρὸς συλλογήν. Τότε γὰρ ἐκλύεται ἀπὸ τοῦ πρὸς τὴν θήκην δεσμοῦ ἡ πε‐ φθεῖσα ἤδη τῷ χρόνῳ καὶ τελειωθεῖσα. Τάχα δὲ καὶ διὰ τὸ</w:t>
      </w:r>
    </w:p>
    <w:p>
      <w:r>
        <w:rPr>
          <w:rFonts w:ascii="Courier New" w:hAnsi="Courier New"/>
          <w:color w:val="555555"/>
          <w:sz w:val="20"/>
        </w:rPr>
        <w:t>[40]</w:t>
      </w:r>
    </w:p>
    <w:p>
      <w:r>
        <w:rPr>
          <w:rFonts w:ascii="Gentium Plus" w:hAnsi="Gentium Plus"/>
          <w:sz w:val="24"/>
        </w:rPr>
        <w:t>ἐκπεπτωκέναι τῆς Ἰουδαϊκῆς χώρας καὶ ἐν τῇ διασπορᾷ γεγενῆσθαι, βαλάνῳ παρεικάζεται ἐκπιπτούσῃ ἐκ τῆς θήκης αὐτῆς. Τὸ δὲ Σπέρμα ἅγιον τὸ στήλωμα αὐτῆς, ἐκ τῶν Θεοδο‐ τίωνος πρόσκειται, μὴ κείμενον παρὰ τοῖς ἑβδομήκοντα,</w:t>
      </w:r>
    </w:p>
    <w:p>
      <w:r>
        <w:rPr>
          <w:rFonts w:ascii="Courier New" w:hAnsi="Courier New"/>
          <w:color w:val="555555"/>
          <w:sz w:val="20"/>
        </w:rPr>
        <w:t>[45]</w:t>
      </w:r>
    </w:p>
    <w:p>
      <w:r>
        <w:rPr>
          <w:rFonts w:ascii="Gentium Plus" w:hAnsi="Gentium Plus"/>
          <w:sz w:val="24"/>
        </w:rPr>
        <w:t>ἀξιόλογον νοῦν, ὡς πρὸς τὴν τῶν προαποδεδομένων ἀκο‐ λουθίαν ἔχον. Συνάγονται γὰρ οὗτοι ὡς τερέβινθος, καὶ ὡς</w:t>
      </w:r>
    </w:p>
    <w:p>
      <w:r>
        <w:rPr>
          <w:rFonts w:ascii="Courier New" w:hAnsi="Courier New"/>
          <w:color w:val="555555"/>
          <w:sz w:val="20"/>
        </w:rPr>
        <w:t>[6 . 191 (50)]</w:t>
      </w:r>
    </w:p>
    <w:p>
      <w:r>
        <w:rPr>
          <w:rFonts w:ascii="Gentium Plus" w:hAnsi="Gentium Plus"/>
          <w:sz w:val="24"/>
        </w:rPr>
        <w:t>τῶν ἐπ’ εὐεργεσίᾳ κολαζομένων. Πατάξω γὰρ (φησὶ) κἀγὼ ἰάσομαι. Καὶ αὐτὸς ἀλγεῖν ποιεῖ καὶ πάλιν ἀποκαθίστησιν. Οἱ οὖν πρότερον ἀκοῇ ἀκούοντες καὶ μὴ συνιέντες, καὶ τὰ ἑξῆς ποιοῦντες, μέχρι τοσούτου, ἕως τοῦ μὴ κατοικεῖσθαι πόλεις καὶ ἐν τῇ διασπορᾷ γενόμενοι, ὡς μόλις τὸ ἐπι‐</w:t>
      </w:r>
    </w:p>
    <w:p>
      <w:r>
        <w:rPr>
          <w:rFonts w:ascii="Courier New" w:hAnsi="Courier New"/>
          <w:color w:val="555555"/>
          <w:sz w:val="20"/>
        </w:rPr>
        <w:t>[55]</w:t>
      </w:r>
    </w:p>
    <w:p>
      <w:r>
        <w:rPr>
          <w:rFonts w:ascii="Gentium Plus" w:hAnsi="Gentium Plus"/>
          <w:sz w:val="24"/>
        </w:rPr>
        <w:t>δέκατον τοῦ λαοῦ περισωθῆναι, —οὗτοι πάλιν πληθυνθή‐ σονται καὶ πάλιν καρποφορήσουσι, παραπλησίως τερεβίνθῳ καὶ βαλάνῳ, Σπέρμα ἅγιον φέροντες, ἐν τῷ ἑστηκέναι</w:t>
      </w:r>
    </w:p>
    <w:p>
      <w:r>
        <w:rPr>
          <w:rFonts w:ascii="Courier New" w:hAnsi="Courier New"/>
          <w:color w:val="555555"/>
          <w:sz w:val="20"/>
        </w:rPr>
        <w:t>[7 t]</w:t>
      </w:r>
    </w:p>
    <w:p>
      <w:pPr>
        <w:jc w:val="center"/>
      </w:pPr>
      <w:r>
        <w:rPr>
          <w:rFonts w:ascii="Gentium Plus" w:hAnsi="Gentium Plus"/>
          <w:b/>
          <w:sz w:val="24"/>
        </w:rPr>
        <w:t>ΚΕΦΑΛΑΙΟΝ ζʹ</w:t>
      </w:r>
    </w:p>
    <w:p>
      <w:r>
        <w:rPr>
          <w:rFonts w:ascii="Courier New" w:hAnsi="Courier New"/>
          <w:color w:val="555555"/>
          <w:sz w:val="20"/>
        </w:rPr>
        <w:t>[7 . 192]</w:t>
      </w:r>
    </w:p>
    <w:p>
      <w:r>
        <w:rPr>
          <w:rFonts w:ascii="Gentium Plus" w:hAnsi="Gentium Plus"/>
          <w:sz w:val="24"/>
        </w:rPr>
        <w:t>Καὶ ἐγένετο ἐν ταῖς ἡμέραις Ἀχὰζ τοῦ Ἰωάθαμ, τοῦ υἱοῦ Ὀζίου, βασιλέως Ἰούδα, ἀνέβη Ῥασὶν, βασιλεὺς Ἀρὰμ, καὶ Φακεὲ, υἱὸς Ῥομελίου, βασιλεὺς Ἰσραὴλ, ἐπὶ Ἱερουσαλὴμ, πολεμῆσαι αὐτὴν, καὶ οὐκ ἠδυνήθησαν πολιορ‐</w:t>
      </w:r>
    </w:p>
    <w:p>
      <w:r>
        <w:rPr>
          <w:rFonts w:ascii="Courier New" w:hAnsi="Courier New"/>
          <w:color w:val="555555"/>
          <w:sz w:val="20"/>
        </w:rPr>
        <w:t>[5]</w:t>
      </w:r>
    </w:p>
    <w:p>
      <w:r>
        <w:rPr>
          <w:rFonts w:ascii="Gentium Plus" w:hAnsi="Gentium Plus"/>
          <w:sz w:val="24"/>
        </w:rPr>
        <w:t>κῆσαι αὐτήν. Καὶ ἀνηγγέλη εἰς τὸν οἶκον Δαβὶδ, λέγοντες· Συνεφώνησεν Ἀρὰμ πρὸς τὸν Ἐφραΐμ. Καὶ ἐξέστη ἡ ψυχὴ αὐτοῦ καὶ ἡ ψυχὴ τοῦ λαοῦ αὐτοῦ, ὃν τρόπον ἐν δρυμῷ ξύλον ὑπὸ πνεύματος σαλευθῇ. Ὁ τῆς λέξεως νοῦς τοιοῦτός ἐστι· Δύο βασιλεῖς, ὁ τῆς</w:t>
      </w:r>
    </w:p>
    <w:p>
      <w:r>
        <w:rPr>
          <w:rFonts w:ascii="Courier New" w:hAnsi="Courier New"/>
          <w:color w:val="555555"/>
          <w:sz w:val="20"/>
        </w:rPr>
        <w:t>[10]</w:t>
      </w:r>
    </w:p>
    <w:p>
      <w:r>
        <w:rPr>
          <w:rFonts w:ascii="Gentium Plus" w:hAnsi="Gentium Plus"/>
          <w:sz w:val="24"/>
        </w:rPr>
        <w:t>Συρίας καὶ ὁ τοῦ Ἰσραὴλ ἀνέβησαν ἐπὶ Ἱερουσαλὴμ εἰς πόλε‐ μον, καὶ οὐκ ἠδύναντο πολιορκῆσαι αὐτήν. Ὄνομα δὲ τῷ μὲν βασιλεῖ Συρίας, Ῥασὶν, τῷ δὲ βασιλεῖ Ἰσραὴλ, Φακεέ. Ἦλθον δὲ ἄγγελοι, καταμηνύοντες τῷ βασιλικῷ οἴκῳ τὴν συμφωνίαν τῶν βασιλέων, τοῦ τε Σύρου καὶ τοῦ Ἰσραήλ.</w:t>
      </w:r>
    </w:p>
    <w:p>
      <w:r>
        <w:rPr>
          <w:rFonts w:ascii="Courier New" w:hAnsi="Courier New"/>
          <w:color w:val="555555"/>
          <w:sz w:val="20"/>
        </w:rPr>
        <w:t>[15]</w:t>
      </w:r>
    </w:p>
    <w:p>
      <w:r>
        <w:rPr>
          <w:rFonts w:ascii="Gentium Plus" w:hAnsi="Gentium Plus"/>
          <w:sz w:val="24"/>
        </w:rPr>
        <w:t>Ὁ γὰρ Σύρος, Ἀρὰμ κατὰ τὴν διάλεκτον τῶν Ἑβραίων κα‐ λεῖται· ὁ δὲ Ἰσραὴλ, Ἐφραῒμ ὀνομάζεται, διὰ τὸ ἐκ τῆς</w:t>
      </w:r>
    </w:p>
    <w:p>
      <w:r>
        <w:rPr>
          <w:rFonts w:ascii="Courier New" w:hAnsi="Courier New"/>
          <w:color w:val="555555"/>
          <w:sz w:val="20"/>
        </w:rPr>
        <w:t>[20]</w:t>
      </w:r>
    </w:p>
    <w:p>
      <w:r>
        <w:rPr>
          <w:rFonts w:ascii="Gentium Plus" w:hAnsi="Gentium Plus"/>
          <w:sz w:val="24"/>
        </w:rPr>
        <w:t>ὥστε ὁμοιωθῆναι τὸν κλόνον αὐτῶν ξύλῳ δρυμοῦ, ἀπὸ σφο‐ δροτάτου πνεύματος ἀνέμων σαλευομένῳ. Ἡ μὲν οὖν ἁπλῆ διήγησις τῶν ῥημάτων αὕτη. Βα‐ σανίζων δ’ ἄν τις τὸ ῥητὸν, εὕροι τινὰ οἰκειότητα πρὸς ἡμᾶς καὶ τὴν οἰκοδομὴν τῆς Ἐκκλησίας ἐκ τῶν ἱστορου‐</w:t>
      </w:r>
    </w:p>
    <w:p>
      <w:r>
        <w:rPr>
          <w:rFonts w:ascii="Courier New" w:hAnsi="Courier New"/>
          <w:color w:val="555555"/>
          <w:sz w:val="20"/>
        </w:rPr>
        <w:t>[25]</w:t>
      </w:r>
    </w:p>
    <w:p>
      <w:r>
        <w:rPr>
          <w:rFonts w:ascii="Gentium Plus" w:hAnsi="Gentium Plus"/>
          <w:sz w:val="24"/>
        </w:rPr>
        <w:t>μένων. Τίνες οὖν εἰσιν οἱ συμφωνήσαντες ἀλλήλοις βασιλεῖς, κατὰ δύναμιν ἐξετάσωμεν. Ἡγοῦμαι τοίνυν τὸν μὲν ἐπαι‐ ρόμενον τῇ σοφίᾳ τοῦ αἰῶνος τούτου κατὰ τῆς γνώσεως τοῦ Θεοῦ λόγον δηλοῦσθαι διὰ τὸν Ἀράμ· ἑρμηνεύεται γὰρ ὁ Ἀρὰμ, μετέωρος. Τοιοῦτος δὲ ὁ λόγος τῶν ἀρχόντων τοῦ</w:t>
      </w:r>
    </w:p>
    <w:p>
      <w:r>
        <w:rPr>
          <w:rFonts w:ascii="Courier New" w:hAnsi="Courier New"/>
          <w:color w:val="555555"/>
          <w:sz w:val="20"/>
        </w:rPr>
        <w:t>[30]</w:t>
      </w:r>
    </w:p>
    <w:p>
      <w:r>
        <w:rPr>
          <w:rFonts w:ascii="Gentium Plus" w:hAnsi="Gentium Plus"/>
          <w:sz w:val="24"/>
        </w:rPr>
        <w:t>αἰῶνος τούτου, ἀστρονομίαις προσέχων καὶ κινήσεσιν ἀστέ‐ ρων καὶ συμπλοκαῖς καὶ σχήμασι, κἀκεῖθεν τῶν ἀνθρω‐ πίνων πραγμάτων τὰς αἰτίας ἠρτῆσθαι λέγων. Μετέωρος δὲ καὶ διὰ τὴν οἴησιν καὶ τὸ ἀλαζονικὸν αὐτοῦ ἔπαρμα, ὃ μόνος οἶδε καθαιρεῖν τοῖς λόγοις τῆς ἀληθείας ὁ Ἅγιος, τῇ</w:t>
      </w:r>
    </w:p>
    <w:p>
      <w:r>
        <w:rPr>
          <w:rFonts w:ascii="Courier New" w:hAnsi="Courier New"/>
          <w:color w:val="555555"/>
          <w:sz w:val="20"/>
        </w:rPr>
        <w:t>[35]</w:t>
      </w:r>
    </w:p>
    <w:p>
      <w:r>
        <w:rPr>
          <w:rFonts w:ascii="Gentium Plus" w:hAnsi="Gentium Plus"/>
          <w:sz w:val="24"/>
        </w:rPr>
        <w:t>δυνάμει τοῦ Πνεύματος καταβάλλων πᾶν ὕψωμα ἐπαιρό‐ μενον, κατὰ τῆς γνώσεως τοῦ Θεοῦ. Τὴν δὲ κατὰ παραδοχὴν τῶν θείων Γραφῶν συστᾶσαν, ἐκτετραμμένην τῆς εὐθείας καὶ ψευδώνυμον γνῶσιν, Ἐφραῒμ ἡγούμεθα προσαγορεύεσθαι. Ἐπειδὴ ἀπ’ αὐτῆς ὥρμητο Ἱερο‐</w:t>
      </w:r>
    </w:p>
    <w:p>
      <w:r>
        <w:rPr>
          <w:rFonts w:ascii="Courier New" w:hAnsi="Courier New"/>
          <w:color w:val="555555"/>
          <w:sz w:val="20"/>
        </w:rPr>
        <w:t>[40]</w:t>
      </w:r>
    </w:p>
    <w:p>
      <w:r>
        <w:rPr>
          <w:rFonts w:ascii="Gentium Plus" w:hAnsi="Gentium Plus"/>
          <w:sz w:val="24"/>
        </w:rPr>
        <w:t>βοὰμ, ὁ πρῶτος ἀποσχίσας τοῦ σπέρματος Δαβὶδ τὰς δέκα φυλὰς, ὃς καὶ δραπέτης ποτὲ τοῦ Σολομῶντος γενόμενος, εἰς Αἴγυπτον ἀπῆλθε, καὶ τὴν ἀδελφὴν Θεκεμίνας, τῆς γυναικὸς Φαραὼ, πρὸς γάμον ἔλαβεν. Ὃς καὶ τὰς χρυσᾶς δαμάλεις</w:t>
      </w:r>
    </w:p>
    <w:p>
      <w:r>
        <w:rPr>
          <w:rFonts w:ascii="Courier New" w:hAnsi="Courier New"/>
          <w:color w:val="555555"/>
          <w:sz w:val="20"/>
        </w:rPr>
        <w:t>[45]</w:t>
      </w:r>
    </w:p>
    <w:p>
      <w:r>
        <w:rPr>
          <w:rFonts w:ascii="Gentium Plus" w:hAnsi="Gentium Plus"/>
          <w:sz w:val="24"/>
        </w:rPr>
        <w:t>Ὅταν οὖν ὁ ἐθνικὸς λόγος, ὁ μέγα φρονῶν ἐπὶ διαλεκτικαῖς ἐπιχειρήσεσιν, ἐπιπλακῇ τῷ αἱρετικῷ καὶ παρατετραμμένῳ, συμφωνεῖν λέγεται ὁ Ἀρὰμ πρὸς τὸν Ἐφραῒμ, ἐπιθυμίαν ἔχων καθελεῖν τὰ τοῦ Δαβὶδ οἰκοδομήματα καὶ ἐκπορθῆσαι τὸν τόπον τῆς ἀληθινῆς λατρείας.</w:t>
      </w:r>
    </w:p>
    <w:p>
      <w:r>
        <w:rPr>
          <w:rFonts w:ascii="Courier New" w:hAnsi="Courier New"/>
          <w:color w:val="555555"/>
          <w:sz w:val="20"/>
        </w:rPr>
        <w:t>[7 . 192 (50)]</w:t>
      </w:r>
    </w:p>
    <w:p>
      <w:r>
        <w:rPr>
          <w:rFonts w:ascii="Gentium Plus" w:hAnsi="Gentium Plus"/>
          <w:sz w:val="24"/>
        </w:rPr>
        <w:t>Οὐ μήν γε περιγίνεται τοῦ σκοποῦ. Οὐ γὰρ δυνήσεται ἐκπολιορκῆσαι διὰ τὸν ὑπερασπίζοντα αὐτῆς Κύριον. Τάχα δὲ οὐδὲ δύνανται συμφωνῆσαι οὗτοι, ἐὰν μὴ ἡ ἁμαρτία ἡμῶν πλεονάσῃ· ἐπειδὴ καὶ οἱ κατὰ τὴν ἱστορίαν συμφωνήσαντες, ἐν ταῖς ἡμέραις τοῦ Ἀχὰζ, τὴν πρὸς ἀλλήλους ἐπεδείκνυντο</w:t>
      </w:r>
    </w:p>
    <w:p>
      <w:r>
        <w:rPr>
          <w:rFonts w:ascii="Courier New" w:hAnsi="Courier New"/>
          <w:color w:val="555555"/>
          <w:sz w:val="20"/>
        </w:rPr>
        <w:t>[55]</w:t>
      </w:r>
    </w:p>
    <w:p>
      <w:r>
        <w:rPr>
          <w:rFonts w:ascii="Gentium Plus" w:hAnsi="Gentium Plus"/>
          <w:sz w:val="24"/>
        </w:rPr>
        <w:t>συμφωνίαν διὰ τὴν ἁμαρτίαν τοῦ Ἀχὰζ, ὃς οὐκ ἐποίησε τὸ εὐθὲς ἐνώπιον Κυρίου, ἀλλὰ τὸν υἱὸν αὐτοῦ διῆγεν ἐν πυρὶ καὶ ἐθυμία ἐν τοῖς ὑψηλοῖς. —Ταράσσει μέντοι τὸν οἶκον Δαβὶδ καὶ ἐξίστησι τὴν ψυχὴν τοῦ λαοῦ, ὥστε καὶ ἀκάρπῳ ξύλῳ προ‐ σεοικέναι, διὰ τὸν ἀπὸ τῆς ταραχῆς ἐγγενόμενον κλόνον, ἡ</w:t>
      </w:r>
    </w:p>
    <w:p>
      <w:r>
        <w:rPr>
          <w:rFonts w:ascii="Courier New" w:hAnsi="Courier New"/>
          <w:color w:val="555555"/>
          <w:sz w:val="20"/>
        </w:rPr>
        <w:t>[60]</w:t>
      </w:r>
    </w:p>
    <w:p>
      <w:r>
        <w:rPr>
          <w:rFonts w:ascii="Gentium Plus" w:hAnsi="Gentium Plus"/>
          <w:sz w:val="24"/>
        </w:rPr>
        <w:t>τῶν πονηρῶν βασιλέων κατὰ τῶν ἐκκλησιῶν ἐπιχείρησις. Ἀλλ’ ὅμως ὁ φιλάνθρωπος Θεὸς, θεραπεύων αὐτῶν τὴν τα‐ ραχὴν, πέμπει προφητικὸν λόγον, ἐξελαύνοντα τὸν φόβον τῶν καρδιῶν τοῦ λαοῦ, διὰ τοῦ λέγειν· Μὴ φοβοῦ, μηδὲ ἡ ψυχή σου ἀσθενείτω ἀπὸ τῶν δύο ξύλων τῶν καπνιζομένων</w:t>
      </w:r>
    </w:p>
    <w:p>
      <w:r>
        <w:rPr>
          <w:rFonts w:ascii="Courier New" w:hAnsi="Courier New"/>
          <w:color w:val="555555"/>
          <w:sz w:val="20"/>
        </w:rPr>
        <w:t>[65]</w:t>
      </w:r>
    </w:p>
    <w:p>
      <w:r>
        <w:rPr>
          <w:rFonts w:ascii="Gentium Plus" w:hAnsi="Gentium Plus"/>
          <w:sz w:val="24"/>
        </w:rPr>
        <w:t>τούτων.</w:t>
      </w:r>
    </w:p>
    <w:p>
      <w:r>
        <w:rPr>
          <w:rFonts w:ascii="Courier New" w:hAnsi="Courier New"/>
          <w:color w:val="555555"/>
          <w:sz w:val="20"/>
        </w:rPr>
        <w:t>[7 . 193]</w:t>
      </w:r>
    </w:p>
    <w:p>
      <w:r>
        <w:rPr>
          <w:rFonts w:ascii="Gentium Plus" w:hAnsi="Gentium Plus"/>
          <w:sz w:val="24"/>
        </w:rPr>
        <w:t>Ὅρα δὲ εἰ δύνασαι καὶ ἐκ τῆς τῶν ὀνομάτων ἑρ‐ μηνείας ἀφορμὰς λαβεῖν τοῦ ἔτι τρανότερον τὰ κατὰ τὸν</w:t>
      </w:r>
    </w:p>
    <w:p>
      <w:r>
        <w:rPr>
          <w:rFonts w:ascii="Courier New" w:hAnsi="Courier New"/>
          <w:color w:val="555555"/>
          <w:sz w:val="20"/>
        </w:rPr>
        <w:t>[5]</w:t>
      </w:r>
    </w:p>
    <w:p>
      <w:r>
        <w:rPr>
          <w:rFonts w:ascii="Gentium Plus" w:hAnsi="Gentium Plus"/>
          <w:sz w:val="24"/>
        </w:rPr>
        <w:t>(ὡς προείπαμεν) μετέωρος· ὁ δὲ Φακεὲ, διάνοιξις· ὁ δὲ Ῥομελίας, μετέωρος περιτομῆς. —Συμφωνεῖ οὖν ὁ μετέωρος λόγος, καὶ ὁ ἐπαγγελλόμενος σαφηνιστὴν εἶναι τῶν θείων Γραφῶν λόγος. Τοῦτο γὰρ ἐμφαίνει ὁ Φακεὲ, ἑρμηνευό‐ μενος διάνοιξις, οἱονεὶ σαφηνισμὸν τῶν ἀποκεκλεισμένων</w:t>
      </w:r>
    </w:p>
    <w:p>
      <w:r>
        <w:rPr>
          <w:rFonts w:ascii="Courier New" w:hAnsi="Courier New"/>
          <w:color w:val="555555"/>
          <w:sz w:val="20"/>
        </w:rPr>
        <w:t>[10]</w:t>
      </w:r>
    </w:p>
    <w:p>
      <w:r>
        <w:rPr>
          <w:rFonts w:ascii="Gentium Plus" w:hAnsi="Gentium Plus"/>
          <w:sz w:val="24"/>
        </w:rPr>
        <w:t>τῆς Γραφῆς μαρτυριῶν δι’ ἑαυτοῦ ὑπισχνούμενος. Ὅτι δὲ ἡ κατὰ τῆς Ἱερουσαλὴμ συμφωνία τῶν δύο βασιλέων (τοῦ τε ἐπὶ τῇ σοφίᾳ τοῦ κόσμου φρονοῦντος καὶ τοῦ ἐπαγγελ‐ λομένου τὰ κεκαλυμμένα τῆς Γραφῆς ἀναπτύσσειν) ἐν δόγ‐ μασι καὶ λόγοις ἐναντίοις γίνεται, προσδοκώντων ὑποχει‐</w:t>
      </w:r>
    </w:p>
    <w:p>
      <w:r>
        <w:rPr>
          <w:rFonts w:ascii="Courier New" w:hAnsi="Courier New"/>
          <w:color w:val="555555"/>
          <w:sz w:val="20"/>
        </w:rPr>
        <w:t>[15]</w:t>
      </w:r>
    </w:p>
    <w:p>
      <w:r>
        <w:rPr>
          <w:rFonts w:ascii="Gentium Plus" w:hAnsi="Gentium Plus"/>
          <w:sz w:val="24"/>
        </w:rPr>
        <w:t>ρίους λήψεσθαι τοὺς τὰ τῆς Ἐκκλησίας δεδιδαγμένους, ἐκ τῶν ἐφεξῆς ἀποδείκνυται. Ἐβουλεύσαντο γὰρ βουλὴν πονηρὰν ὁ Ἀρὰμ καὶ ὁ υἱὸς τοῦ Ῥομελίου, λέγοντες· Ἀναβησόμεθα εἰς τὴν Ἰουδαίαν, καὶ συλλαλήσαντες αὐτοῖς, ἀποστρέψομεν αὐτοὺς πρὸς ἡμᾶς.</w:t>
      </w:r>
    </w:p>
    <w:p>
      <w:r>
        <w:rPr>
          <w:rFonts w:ascii="Courier New" w:hAnsi="Courier New"/>
          <w:color w:val="555555"/>
          <w:sz w:val="20"/>
        </w:rPr>
        <w:t>[20]</w:t>
      </w:r>
    </w:p>
    <w:p>
      <w:r>
        <w:rPr>
          <w:rFonts w:ascii="Gentium Plus" w:hAnsi="Gentium Plus"/>
          <w:sz w:val="24"/>
        </w:rPr>
        <w:t>Σαφῶς γὰρ ὁ λόγος παρίστησιν, ὅτι διὰ τῆς ἐν τῷ διαλέγεσθαι πιθανότητος ἐλπίζουσι τὸν οἶκον Δαβὶδ ἀποστρέψαι πρὸς ἑαυ‐ τούς. Ἐπαγγέλλονται δὲ καὶ βασιλέα καταστήσειν τὸν υἱὸν Ταβεήλ· ἑρμηνεύεται δὲ ὁ Ταβεὴλ, ἀγαθὸς Θεός. Ἴδιον δὲ τῶν ἐπιτιθεμένων τῇ Ἐκκλησίᾳ τὸ ὑπισχνεῖσθαι παραδώσειν</w:t>
      </w:r>
    </w:p>
    <w:p>
      <w:r>
        <w:rPr>
          <w:rFonts w:ascii="Courier New" w:hAnsi="Courier New"/>
          <w:color w:val="555555"/>
          <w:sz w:val="20"/>
        </w:rPr>
        <w:t>[25]</w:t>
      </w:r>
    </w:p>
    <w:p>
      <w:r>
        <w:rPr>
          <w:rFonts w:ascii="Gentium Plus" w:hAnsi="Gentium Plus"/>
          <w:sz w:val="24"/>
        </w:rPr>
        <w:t>τὰ περὶ τοῦ Υἱοῦ τοῦ Θεοῦ, καὶ διὰ τῆς τοιαύτης χρηστολο‐ γίας ἐξαπατῶσι τοὺς ἀκεραιοτέρους. Ὅτι δὲ ταῦτα αἰνίγ‐ ματά ἐστι, διὰ τῆς ἱστορίας πρὸς τὴν νῦν κατάστασιν τῶν Ἐκκλησιῶν φέροντα, σαφῶς ὁ λόγος προϊὼν ἀπογυμνοῖ,</w:t>
      </w:r>
    </w:p>
    <w:p>
      <w:r>
        <w:rPr>
          <w:rFonts w:ascii="Courier New" w:hAnsi="Courier New"/>
          <w:color w:val="555555"/>
          <w:sz w:val="20"/>
        </w:rPr>
        <w:t>[7 . 194]</w:t>
      </w:r>
    </w:p>
    <w:p>
      <w:r>
        <w:rPr>
          <w:rFonts w:ascii="Gentium Plus" w:hAnsi="Gentium Plus"/>
          <w:sz w:val="24"/>
        </w:rPr>
        <w:t>Καὶ εἶπε Κύριος πρὸς Ἡσαΐαν· Ἔξελθε εἰς συνάν‐ τησιν Ἀχὰζ, σὺ καὶ ὁ καταλειφθεὶς Ἰασοὺβ, ὁ υἱός σου, εἰς τὴν κολυμβήθραν τῆς ἄνω ὁδοῦ τοῦ ἀγροῦ τοῦ γναφέως, καὶ ἐρεῖς αὐτῷ· Φύλαξαι τοῦ ὑσυχάσαι καὶ μὴ φοβοῦ, μηδὲ</w:t>
      </w:r>
    </w:p>
    <w:p>
      <w:r>
        <w:rPr>
          <w:rFonts w:ascii="Courier New" w:hAnsi="Courier New"/>
          <w:color w:val="555555"/>
          <w:sz w:val="20"/>
        </w:rPr>
        <w:t>[5]</w:t>
      </w:r>
    </w:p>
    <w:p>
      <w:r>
        <w:rPr>
          <w:rFonts w:ascii="Gentium Plus" w:hAnsi="Gentium Plus"/>
          <w:sz w:val="24"/>
        </w:rPr>
        <w:t>ἡ ψυχή σου ἀσθενείτω ἀπὸ τῶν δύο ξύλων τῶν δαλῶν τῶν καπνιζομένων τούτων. Ὅταν γὰρ ὀργὴ τοῦ θυμοῦ μου γένηται, πάλιν ἰάσομαι. Καὶ ὁ υἱὸς τοῦ Ἀρὰμ καὶ ὁ υἱὸς τοῦ Ῥομελίου, ὅτι ἐβουλεύσαντο βουλὴν πονηρὰν περὶ σοῦ, λέγοντες· Ἀναβησόμεθα εἰς τὴν Ἰουδαίαν καὶ συλλαλήσαντες</w:t>
      </w:r>
    </w:p>
    <w:p>
      <w:r>
        <w:rPr>
          <w:rFonts w:ascii="Courier New" w:hAnsi="Courier New"/>
          <w:color w:val="555555"/>
          <w:sz w:val="20"/>
        </w:rPr>
        <w:t>[10]</w:t>
      </w:r>
    </w:p>
    <w:p>
      <w:r>
        <w:rPr>
          <w:rFonts w:ascii="Gentium Plus" w:hAnsi="Gentium Plus"/>
          <w:sz w:val="24"/>
        </w:rPr>
        <w:t>αὐτοῖς ἀποστρέψομεν αὐτοὺς πρὸς ἡμᾶς, καὶ βασιλεύσομεν αὐτῆς τὸν υἱὸν Ταβεήλ. Τάδε λέγει Κύριος· Οὐ μὴ μείνῃ ἡ βουλὴ αὕτη, οὐδὲ ἔσται· ἀλλ’ ἡ κεφαλὴ τοῦ Ἀρὰμ, Δαμασκός, καὶ ἡ κεφαλὴ Δαμασκοῦ, Ῥασίν. Ἀλλ’ ἔτι ἑξήκοντα καὶ πέντε ἐτῶν, ἐκλείψει ἡ βασιλεία Ἐφραῒμ ἀπὸ</w:t>
      </w:r>
    </w:p>
    <w:p>
      <w:r>
        <w:rPr>
          <w:rFonts w:ascii="Courier New" w:hAnsi="Courier New"/>
          <w:color w:val="555555"/>
          <w:sz w:val="20"/>
        </w:rPr>
        <w:t>[15]</w:t>
      </w:r>
    </w:p>
    <w:p>
      <w:r>
        <w:rPr>
          <w:rFonts w:ascii="Gentium Plus" w:hAnsi="Gentium Plus"/>
          <w:sz w:val="24"/>
        </w:rPr>
        <w:t>τοῦ λαοῦ· καὶ ἡ κεφαλὴ Ἐφραῒμ, Σομόρων, καὶ ἡ κεφαλὴ Σομόρων, ὁ υἱὸς τοῦ Ῥομελίου. Καὶ ἐὰν μὴ πιστεύσητε, οὐδὲ μὴ συνῆτε. Ἡγοῦμαι τοίνυν, ὅτι οὐ διὰ τῆς αἰσθητῆς ἀκοῆς πλησ‐ σομένου τοῦ ἀέρος συνίεσαν τὸν τοῦ Θεοῦ λόγον οἱ Προ‐</w:t>
      </w:r>
    </w:p>
    <w:p>
      <w:r>
        <w:rPr>
          <w:rFonts w:ascii="Courier New" w:hAnsi="Courier New"/>
          <w:color w:val="555555"/>
          <w:sz w:val="20"/>
        </w:rPr>
        <w:t>[20]</w:t>
      </w:r>
    </w:p>
    <w:p>
      <w:r>
        <w:rPr>
          <w:rFonts w:ascii="Gentium Plus" w:hAnsi="Gentium Plus"/>
          <w:sz w:val="24"/>
        </w:rPr>
        <w:t>φῆται· ἀλλ’ ἐπειδή ἐστιν ὦτα νοητῆς ψυχῆς, ἐπ’ ἐκεῖνα ἔφθανε, γυμνὰ φωνῆς, τὰ σημαινόμενα. Καὶ τοῦτο αὐτοῖς ἐγίνετο, τῆς αὐγῆς τοῦ ἀληθινοῦ φωτὸς φθανούσης αὐτῶν ἐπὶ τὸ ἡγεμονικὸν, καὶ διακονούσης τῷ φωτισμῷ τῶν Προφη‐ τῶν. Ταύτης δὲ ἀντελαμβάνοντο τῆς φωνῆς οἱ γενόμενοι</w:t>
      </w:r>
    </w:p>
    <w:p>
      <w:r>
        <w:rPr>
          <w:rFonts w:ascii="Courier New" w:hAnsi="Courier New"/>
          <w:color w:val="555555"/>
          <w:sz w:val="20"/>
        </w:rPr>
        <w:t>[25]</w:t>
      </w:r>
    </w:p>
    <w:p>
      <w:r>
        <w:rPr>
          <w:rFonts w:ascii="Gentium Plus" w:hAnsi="Gentium Plus"/>
          <w:sz w:val="24"/>
        </w:rPr>
        <w:t>ἔξω τῶν φθαρτῶν αἰσθητηρίων, καὶ οἱ σπεύδοντες πρὸς τὴν</w:t>
      </w:r>
    </w:p>
    <w:p>
      <w:r>
        <w:rPr>
          <w:rFonts w:ascii="Courier New" w:hAnsi="Courier New"/>
          <w:color w:val="555555"/>
          <w:sz w:val="20"/>
        </w:rPr>
        <w:t>[30]</w:t>
      </w:r>
    </w:p>
    <w:p>
      <w:r>
        <w:rPr>
          <w:rFonts w:ascii="Gentium Plus" w:hAnsi="Gentium Plus"/>
          <w:sz w:val="24"/>
        </w:rPr>
        <w:t>θεραπείας, ἢ διὰ τὸ μὴ δύνασθαι ἐπιπλέον ἐκτείνεσθαι πρὸς τὰ διαφέροντα, οἱονεὶ ἔξωθεν ἐπὶ τὰ ἔσω πάρεισιν, ὥσπερ εἰς οἰκίαν τινὰ, ἢ εἰς πόλιν, πρὸς τὴν ἐπὶ τὸ σῶμα συμπά‐ θειαν ἐπιστρέφουσα. Ἐπεὶ οὖν ἔδει λόγων Θεοῦ ἀκοῦσαι τὸν Προφήτην, διὰ</w:t>
      </w:r>
    </w:p>
    <w:p>
      <w:r>
        <w:rPr>
          <w:rFonts w:ascii="Courier New" w:hAnsi="Courier New"/>
          <w:color w:val="555555"/>
          <w:sz w:val="20"/>
        </w:rPr>
        <w:t>[35]</w:t>
      </w:r>
    </w:p>
    <w:p>
      <w:r>
        <w:rPr>
          <w:rFonts w:ascii="Gentium Plus" w:hAnsi="Gentium Plus"/>
          <w:sz w:val="24"/>
        </w:rPr>
        <w:t>τοῦτο πρὸ πάντων αὐτῷ εἴρηται τὸ Ἔξελθε σὺ καὶ ὁ υἱός σου. Τοιοῦτον δέ πώς ἐστι καὶ τὸ ἐν Γενέσει κατὰ τὸν πρῶτον χρηματισμὸν εἰρημένον τῷ Ἀβραάμ· Ἔξελθε ἐκ τῆς γῆς σου, καὶ ἐκ τῆς συγγενείας σου, καὶ ἐκ τοῦ οἴκου τοῦ πατρός σου. —Τελειοτάτη γὰρ ἔξοδος, ἡ ἀπὸ</w:t>
      </w:r>
    </w:p>
    <w:p>
      <w:r>
        <w:rPr>
          <w:rFonts w:ascii="Courier New" w:hAnsi="Courier New"/>
          <w:color w:val="555555"/>
          <w:sz w:val="20"/>
        </w:rPr>
        <w:t>[40]</w:t>
      </w:r>
    </w:p>
    <w:p>
      <w:r>
        <w:rPr>
          <w:rFonts w:ascii="Gentium Plus" w:hAnsi="Gentium Plus"/>
          <w:sz w:val="24"/>
        </w:rPr>
        <w:t>πάντων τῶν σωματικῶν ἀνάβασις, ἅτινα εἴρηται γῆ· καὶ ἡ ἀπὸ τῶν αἰσθητηρίων φυγὴ, ἅπερ ὠνόμασται συγγένεια· καὶ τὸ ἀποστραφῆναι τὸν ὑπαίτιον βίον, ἐν ᾧ ᾠκείωτο πρό‐ τερον τοῖς ἐναντίοις ἐπιτηδεύμασιν, ἅπερ οἶκος εἴρηται τοῦ πατρός. Καὶ μετ’ ὀλίγον δὲ περὶ τοῦ αὐτοῦ Ἀβραὰμ γέ‐</w:t>
      </w:r>
    </w:p>
    <w:p>
      <w:r>
        <w:rPr>
          <w:rFonts w:ascii="Courier New" w:hAnsi="Courier New"/>
          <w:color w:val="555555"/>
          <w:sz w:val="20"/>
        </w:rPr>
        <w:t>[45]</w:t>
      </w:r>
    </w:p>
    <w:p>
      <w:r>
        <w:rPr>
          <w:rFonts w:ascii="Gentium Plus" w:hAnsi="Gentium Plus"/>
          <w:sz w:val="24"/>
        </w:rPr>
        <w:t>γραπται· ὅτι Ἐξήγαγεν αὐτὸν ὁ Θεὸς ἔξω. Ἐπειδὴ γὰρ εἶδεν αὐτοῦ τὴν πρὸς τὸ ἐξελθεῖν προθυμίαν, αὐτὸς αὐτὸν πρὸς τὸ τέλειον τῆς ἐνεργείας ἐχειραγώγησεν. Αὐτὸς γὰρ καθ’ ἑαυτὸν οὐχ οἷός τε ἦν ποιῆσαι· διὰ τοῦτο, καὶ ἐπὶ μὲν τοῦ πρώτου προστάγματος, εἰ ἐξέλθοι ἔξω, ἐπαγγε‐</w:t>
      </w:r>
    </w:p>
    <w:p>
      <w:r>
        <w:rPr>
          <w:rFonts w:ascii="Courier New" w:hAnsi="Courier New"/>
          <w:color w:val="555555"/>
          <w:sz w:val="20"/>
        </w:rPr>
        <w:t>[7 . 194 (50)]</w:t>
      </w:r>
    </w:p>
    <w:p>
      <w:r>
        <w:rPr>
          <w:rFonts w:ascii="Gentium Plus" w:hAnsi="Gentium Plus"/>
          <w:sz w:val="24"/>
        </w:rPr>
        <w:t>λίαν λαμβάνει τῆς ἀπολαύσεως. Ὅτε δὲ ἐξήγαγεν αὐτὸν ὁ</w:t>
      </w:r>
    </w:p>
    <w:p>
      <w:r>
        <w:rPr>
          <w:rFonts w:ascii="Courier New" w:hAnsi="Courier New"/>
          <w:color w:val="555555"/>
          <w:sz w:val="20"/>
        </w:rPr>
        <w:t>[7 . 195]</w:t>
      </w:r>
    </w:p>
    <w:p>
      <w:r>
        <w:rPr>
          <w:rFonts w:ascii="Gentium Plus" w:hAnsi="Gentium Plus"/>
          <w:sz w:val="24"/>
        </w:rPr>
        <w:t>Καὶ Μωϋσῆς δὲ, ὅτε τῶν ἀνθρωπίνων ἔξω ἐγένετο, ἀποσχολάζων τῷ νῷ πρὸς τὴν θεωρίαν τῶν λογίων, ἔπηξεν ἔξω τῆς παρεμβολῆς μακρὰν τὴν ἑαυτοῦ σκηνήν. Διὸ καὶ πᾶς ὁ ζητῶν τὸν Κύριον, ἐξεπορεύετο εἰς τὴν σκηνήν. Ὥστε</w:t>
      </w:r>
    </w:p>
    <w:p>
      <w:r>
        <w:rPr>
          <w:rFonts w:ascii="Courier New" w:hAnsi="Courier New"/>
          <w:color w:val="555555"/>
          <w:sz w:val="20"/>
        </w:rPr>
        <w:t>[5]</w:t>
      </w:r>
    </w:p>
    <w:p>
      <w:r>
        <w:rPr>
          <w:rFonts w:ascii="Gentium Plus" w:hAnsi="Gentium Plus"/>
          <w:sz w:val="24"/>
        </w:rPr>
        <w:t>ὁ ἐπὶ πλέον διαβεβηκὼς ἀπὸ τῶν ἀνθρωπίνων, ἔξω τὴν ἑαυτοῦ καταπήξει σκηνὴν, ἵνα παγεῖσα καὶ ἑδρασθεῖσα ἀσά‐ λευτος αὐτοῦ ἡ ζωὴ διαμείνῃ. —Διὸ καὶ νῦν μέλλοντα προ‐ φητεύειν καὶ λέγειν τὰ προστασσόμενα ὑπὸ τοῦ Θεοῦ, ἐξελ‐ θεῖν ὁ Κύριος ἐπιτάσσει· οὐ μόνον δὲ αὐτὸς, ἀλλὰ καὶ ὁ</w:t>
      </w:r>
    </w:p>
    <w:p>
      <w:r>
        <w:rPr>
          <w:rFonts w:ascii="Courier New" w:hAnsi="Courier New"/>
          <w:color w:val="555555"/>
          <w:sz w:val="20"/>
        </w:rPr>
        <w:t>[10]</w:t>
      </w:r>
    </w:p>
    <w:p>
      <w:r>
        <w:rPr>
          <w:rFonts w:ascii="Gentium Plus" w:hAnsi="Gentium Plus"/>
          <w:sz w:val="24"/>
        </w:rPr>
        <w:t>καταλειφθεὶς Ἰασοὺβ, ὁ υἱὸς αὐτοῦ. Ἐμφαίνεται δὲ, ὅσον ἐκ τοῦ λόγου, ὅτι ἐκ πολλῶν εἷς αὐτῷ περιελέλειπτο υἱὸς, ὃν καὶ αὐτὸν ἐβούλετο ὁ λόγος μὴ ἀπολείπεσθαι τῆς τοῦ πατρὸς ἕξεως, ἀλλὰ συνεξιέναι τῷ πατρὶ, ἐφ’ ἃ προεκαλεῖτο αὐτὸν ὁ Θεός. Ἐπειδὴ δὲ ἑρμηνεύεται Ἰασοὺβ, ἐπιστρέ‐</w:t>
      </w:r>
    </w:p>
    <w:p>
      <w:r>
        <w:rPr>
          <w:rFonts w:ascii="Courier New" w:hAnsi="Courier New"/>
          <w:color w:val="555555"/>
          <w:sz w:val="20"/>
        </w:rPr>
        <w:t>[15]</w:t>
      </w:r>
    </w:p>
    <w:p>
      <w:r>
        <w:rPr>
          <w:rFonts w:ascii="Gentium Plus" w:hAnsi="Gentium Plus"/>
          <w:sz w:val="24"/>
        </w:rPr>
        <w:t>φων, πᾶσιν ἡμῖν, τοῖς ἐκ μετανοίας βουλομένοις ἐξελθεῖν ἀπὸ τῶν παθῶν τῆς σαρκὸς, ἐνδείκνυται ἡ Γραφὴ, δύνασθαι μετὰ τοῦ Προφήτου γενομένοις, κατορθοῦν τὴν ἔξοδον. Κελεύεται δὲ ἀνελθεῖν ἐπὶ τὴν ἄνω ὁδὸν, τὴν οὖσαν πρὸς τὴν κολυμβήθραν τοῦ ἀγροῦ τοῦ γναφέως. Ἔστι μὲν οὖν, καὶ</w:t>
      </w:r>
    </w:p>
    <w:p>
      <w:r>
        <w:rPr>
          <w:rFonts w:ascii="Courier New" w:hAnsi="Courier New"/>
          <w:color w:val="555555"/>
          <w:sz w:val="20"/>
        </w:rPr>
        <w:t>[20]</w:t>
      </w:r>
    </w:p>
    <w:p>
      <w:r>
        <w:rPr>
          <w:rFonts w:ascii="Gentium Plus" w:hAnsi="Gentium Plus"/>
          <w:sz w:val="24"/>
        </w:rPr>
        <w:t>κατὰ τὴν ἱστορίαν, ἐπίσημος ὁ τόπος οὗτος· γέγραπται γὰρ, ὅτι ἀπέστειλε βασιλεὺς Ἀσσυρίων Ῥαψάκην ἐκ Λάχις εἰς Ἱερουσαλὴμ μετὰ δυνάμεως πολλῆς, καὶ ἔστη ἐν τῷ ὑδρα‐</w:t>
      </w:r>
    </w:p>
    <w:p>
      <w:r>
        <w:rPr>
          <w:rFonts w:ascii="Courier New" w:hAnsi="Courier New"/>
          <w:color w:val="555555"/>
          <w:sz w:val="20"/>
        </w:rPr>
        <w:t>[25]</w:t>
      </w:r>
    </w:p>
    <w:p>
      <w:r>
        <w:rPr>
          <w:rFonts w:ascii="Gentium Plus" w:hAnsi="Gentium Plus"/>
          <w:sz w:val="24"/>
        </w:rPr>
        <w:t>δευσιν ὁ λόγος, ὅτι χρὴ ἀφίστασθαι τῶν ταπεινῶν καὶ χαμαὶ κειμένων, καὶ ἐπὶ τὰ ἄνω ἐπείγεσθαι· ὅπου γενομένοις ὕδωρ εἰς ἀποκάθαρσιν καὶ ἀγρὸς γναφέως, τοῦ τὸν ῥύπον ἀποκαθαίροντος, εὑρεθήσεται· ὃ χρησιμεύει ἡμῖν πρὸς τὸ τοῦ Ἐκκλησιαστοῦ παράγγελμα, λέγοντος· Ἐν παντὶ καιρῷ</w:t>
      </w:r>
    </w:p>
    <w:p>
      <w:r>
        <w:rPr>
          <w:rFonts w:ascii="Courier New" w:hAnsi="Courier New"/>
          <w:color w:val="555555"/>
          <w:sz w:val="20"/>
        </w:rPr>
        <w:t>[30]</w:t>
      </w:r>
    </w:p>
    <w:p>
      <w:r>
        <w:rPr>
          <w:rFonts w:ascii="Gentium Plus" w:hAnsi="Gentium Plus"/>
          <w:sz w:val="24"/>
        </w:rPr>
        <w:t>ἔστωσάν σου τὰ ἱμάτια λαμπρά. Κελεύει δὲ καὶ ὁ χρηματίζων τῷ Μωϋσεῖ, πλύνειν τὰ ἱμάτια τὸν μέλλοντα ἀκούειν τοῦ Θεοῦ· Καταβὰς διαμάρτυραι τῷ λαῷ καὶ ἅγνισον αὐτοὺς σήμερον καὶ αὔριον, καὶ πλυνάτωσαν τὰ ἱμάτια αὐτῶν καὶ ἔστωσαν ἕτοιμοι εἰς τὴν ἡμέραν τὴν τρίτην.</w:t>
      </w:r>
    </w:p>
    <w:p>
      <w:r>
        <w:rPr>
          <w:rFonts w:ascii="Courier New" w:hAnsi="Courier New"/>
          <w:color w:val="555555"/>
          <w:sz w:val="20"/>
        </w:rPr>
        <w:t>[35]</w:t>
      </w:r>
    </w:p>
    <w:p>
      <w:r>
        <w:rPr>
          <w:rFonts w:ascii="Gentium Plus" w:hAnsi="Gentium Plus"/>
          <w:sz w:val="24"/>
        </w:rPr>
        <w:t>Ὁ δὲ ἐκεῖ φθάσας, καὶ τὸ τοῦ γάμου ἔνδυμα ἕτοιμον ἕξει, πρὸς τὸ μὴ, δεθεὶς χεῖρας καὶ πόδας, ἀπὸ τοῦ νυμφῶνος εἰς τὸ σκότος ῥίπτεσθαι τὸ ἐξώτερον. —Εἶπον οὖν (φησὶ) τῷ Ἀχάζ· Φύλαξαι τοῦ ἡσυχάσαι. Τοῦτο δὲ καὶ ἡμῖν χρήσιμόν ἐστι, πρὸς τὸ πάσῃ φυλακῇ τηρεῖν ἡμᾶς τὴν ἑαυτῶν καρδίαν· Ἐὰν</w:t>
      </w:r>
    </w:p>
    <w:p>
      <w:r>
        <w:rPr>
          <w:rFonts w:ascii="Courier New" w:hAnsi="Courier New"/>
          <w:color w:val="555555"/>
          <w:sz w:val="20"/>
        </w:rPr>
        <w:t>[40]</w:t>
      </w:r>
    </w:p>
    <w:p>
      <w:r>
        <w:rPr>
          <w:rFonts w:ascii="Gentium Plus" w:hAnsi="Gentium Plus"/>
          <w:sz w:val="24"/>
        </w:rPr>
        <w:t>γὰρ ἰσχυρὸς φυλάσσῃ τὴν ἑαυτοῦ αὐλὴν ἐγρηγόρως, ἐν εἰρήνῃ ἐστὶ πάντα τὰ ὑπάρχοντα αὐτοῦ, ὃς καὶ ἡσυχάζει, τὸν ὄχλον καὶ τὸν θόρυβον ἀποσειόμενος καὶ μὴ φοβού‐ μενος τὸν παθητικὸν φόβον, μηκέτι ἀσθενῶν τῇ ψυχῇ, ἀλλὰ τῷ πνεύματι τῆς ἰσχύος καθωπλισμένος.</w:t>
      </w:r>
    </w:p>
    <w:p>
      <w:r>
        <w:rPr>
          <w:rFonts w:ascii="Courier New" w:hAnsi="Courier New"/>
          <w:color w:val="555555"/>
          <w:sz w:val="20"/>
        </w:rPr>
        <w:t>[7 . 196]</w:t>
      </w:r>
    </w:p>
    <w:p>
      <w:r>
        <w:rPr>
          <w:rFonts w:ascii="Gentium Plus" w:hAnsi="Gentium Plus"/>
          <w:sz w:val="24"/>
        </w:rPr>
        <w:t>Μηδὲ δειλιάσῃς ἀπὸ τῶν δύο ξύλων τῶν δαλῶν τού‐ των, τῶν καπνιζομένων.</w:t>
      </w:r>
    </w:p>
    <w:p>
      <w:r>
        <w:rPr>
          <w:rFonts w:ascii="Courier New" w:hAnsi="Courier New"/>
          <w:color w:val="555555"/>
          <w:sz w:val="20"/>
        </w:rPr>
        <w:t>[5]</w:t>
      </w:r>
    </w:p>
    <w:p>
      <w:r>
        <w:rPr>
          <w:rFonts w:ascii="Gentium Plus" w:hAnsi="Gentium Plus"/>
          <w:sz w:val="24"/>
        </w:rPr>
        <w:t>ἐστι δύο ξύλα, μᾶλλον δὲ δύο δαλοὶ, ἀπολέσαντες μὲν τοῦ φυτοῦ τὸ ζωτικὸν καὶ τοῦ ξύλου τὸ ἰσχυρὸν, μὴ ἔχοντες δὲ τὸ τοῦ πυρὸς φωτεινὸν, ἀλλὰ δαλοὶ καπνιζόμενοι, μελαίνοντες μὲν τοὺς ἁπτομένους αὐτῶν καὶ σπιλοῦντες, δακρύειν δὲ τοὺς ὀφθαλμοὺς τῶν ἐγγιζόντων παρασκευάζοντες. Εἰ δὲ θέλεις</w:t>
      </w:r>
    </w:p>
    <w:p>
      <w:r>
        <w:rPr>
          <w:rFonts w:ascii="Courier New" w:hAnsi="Courier New"/>
          <w:color w:val="555555"/>
          <w:sz w:val="20"/>
        </w:rPr>
        <w:t>[10]</w:t>
      </w:r>
    </w:p>
    <w:p>
      <w:r>
        <w:rPr>
          <w:rFonts w:ascii="Gentium Plus" w:hAnsi="Gentium Plus"/>
          <w:sz w:val="24"/>
        </w:rPr>
        <w:t>νοῆσαι τὴν ἀπὸ τῶν καπνιζομένων δαλῶν βλάβην, γινομένην ἀπὸ τοῦ ἐν αὐτοῖς καπνοῦ, μνήσθητι τοῦ Σολομῶντος, λέγον‐ τος· Ὥσπερ ὄμφαξ ὀδοῦσι βλαβερὸν καὶ καπνὸς ὄμμασιν, οὕτω παρανομία τοῖς χρωμένοις αὐτῇ. Οἶμαι γὰρ ὄμφακα μὲν εἰρῆ‐ σθαι τὴν ἀπὸ τῶν τῆς κακίας πράξεων ἁμαρτίαν, καπνὸν δὲ</w:t>
      </w:r>
    </w:p>
    <w:p>
      <w:r>
        <w:rPr>
          <w:rFonts w:ascii="Courier New" w:hAnsi="Courier New"/>
          <w:color w:val="555555"/>
          <w:sz w:val="20"/>
        </w:rPr>
        <w:t>[15]</w:t>
      </w:r>
    </w:p>
    <w:p>
      <w:r>
        <w:rPr>
          <w:rFonts w:ascii="Gentium Plus" w:hAnsi="Gentium Plus"/>
          <w:sz w:val="24"/>
        </w:rPr>
        <w:t>τὴν ἀπὸ τῆς ψευδωνύμου γνώσεως βλάβην, τὸ διορατικὸν τῆς ψυχῆς ἡμῶν συγχέουσαν. Ὅταν δὲ γένηται (φησὶν) ὀργὴ τοῦ θυμοῦ μου, πάλιν ἰάσομαι, τουτέστι μετὰ τὰς ἐπιστρεπτικὰς πληγὰς, ἐπειδὰν ἱκανῶς ἔχουσαν ἴδω τὴν διόρθωσιν, οὐκ ἀφήσω αὐτοὺς ἐν</w:t>
      </w:r>
    </w:p>
    <w:p>
      <w:r>
        <w:rPr>
          <w:rFonts w:ascii="Courier New" w:hAnsi="Courier New"/>
          <w:color w:val="555555"/>
          <w:sz w:val="20"/>
        </w:rPr>
        <w:t>[20]</w:t>
      </w:r>
    </w:p>
    <w:p>
      <w:r>
        <w:rPr>
          <w:rFonts w:ascii="Gentium Plus" w:hAnsi="Gentium Plus"/>
          <w:sz w:val="24"/>
        </w:rPr>
        <w:t>τοῖς σκυθρωποτέροις, ὥσπερ ἂν εἰ καὶ ἰατρὸς λέγοι τοῖς κάμνουσιν· ὅταν τέμω καὶ ὅταν καυτηριάσω, οὔτε τὴν τομὴν, οὔτε τὰ ἀπὸ τοῦ καυτῆρος ἕλκη ἀτημέλητα καταλείψω. Ἐπειδὰν γὰρ ἀνυσθῇ τοῦτο, δι’ ὃ τὰ ἐπίπονα παραλαμβάνεται, τότε τὴν λειπομένην θεραπείαν ἐπαγαγὼν, εἰς τὴν ὑγείαν</w:t>
      </w:r>
    </w:p>
    <w:p>
      <w:r>
        <w:rPr>
          <w:rFonts w:ascii="Courier New" w:hAnsi="Courier New"/>
          <w:color w:val="555555"/>
          <w:sz w:val="20"/>
        </w:rPr>
        <w:t>[25]</w:t>
      </w:r>
    </w:p>
    <w:p>
      <w:r>
        <w:rPr>
          <w:rFonts w:ascii="Gentium Plus" w:hAnsi="Gentium Plus"/>
          <w:sz w:val="24"/>
        </w:rPr>
        <w:t>ἀποκαταστήσω.</w:t>
      </w:r>
    </w:p>
    <w:p>
      <w:r>
        <w:rPr>
          <w:rFonts w:ascii="Courier New" w:hAnsi="Courier New"/>
          <w:color w:val="555555"/>
          <w:sz w:val="20"/>
        </w:rPr>
        <w:t>[7 . 197]</w:t>
      </w:r>
    </w:p>
    <w:p>
      <w:r>
        <w:rPr>
          <w:rFonts w:ascii="Gentium Plus" w:hAnsi="Gentium Plus"/>
          <w:sz w:val="24"/>
        </w:rPr>
        <w:t>Καὶ ὁ υἱὸς τοῦ Ἀρὰμ καὶ ὁ υἱὸς τοῦ Ῥομελίου, ὅτι ἐβουλεύσαντο βουλὴν πονηρὰν, λέγοντες· Ἀναβησόμεθα εἰς</w:t>
      </w:r>
    </w:p>
    <w:p>
      <w:r>
        <w:rPr>
          <w:rFonts w:ascii="Courier New" w:hAnsi="Courier New"/>
          <w:color w:val="555555"/>
          <w:sz w:val="20"/>
        </w:rPr>
        <w:t>[5]</w:t>
      </w:r>
    </w:p>
    <w:p>
      <w:r>
        <w:rPr>
          <w:rFonts w:ascii="Gentium Plus" w:hAnsi="Gentium Plus"/>
          <w:sz w:val="24"/>
        </w:rPr>
        <w:t>Τάδε λέγει Κύριος Σαβαώθ· Οὐ μὴ μείνῃ ἡ βουλὴ αὕτη, οὐδὲ ἔσται. Ἐπεὶ οὖν συμφωνοῦσι δύο λόγοι, οἱ ἔξω τῆς ἀληθείας, κατὰ τῆς Ἐκκλησίας, ὅτε υἱὸς τοῦ Ἀρὰμ (ὁ μετέωρος λόγος, ὁ ἐπαιρόμενος κατὰ τῆς γνώσεως τοῦ Θεοῦ) καὶ</w:t>
      </w:r>
    </w:p>
    <w:p>
      <w:r>
        <w:rPr>
          <w:rFonts w:ascii="Courier New" w:hAnsi="Courier New"/>
          <w:color w:val="555555"/>
          <w:sz w:val="20"/>
        </w:rPr>
        <w:t>[10]</w:t>
      </w:r>
    </w:p>
    <w:p>
      <w:r>
        <w:rPr>
          <w:rFonts w:ascii="Gentium Plus" w:hAnsi="Gentium Plus"/>
          <w:sz w:val="24"/>
        </w:rPr>
        <w:t>ὁ υἱὸς τοῦ Ῥομελίου (ὁ λόγος ὁ ἐκ τῆς μετεώρου περι‐ τομῆς) ὃς, προφάσει γνώσεως καὶ ἐμφάσει τῆς περὶ ὑψηλο‐ τέρων διδασκαλίας, ἀφίστησι τῆς κατὰ τὴν Ἐκκλησίαν τοῦ Θεοῦ ἀληθείας· ἐβουλεύσαντο τοίνυν οὗτοι βουλὴν πονηρὰν, ὅτι συνομιλήσαντες τοῖς ἐν τῇ Ἰουδαίᾳ, τουτέστι τοῖς ἐν</w:t>
      </w:r>
    </w:p>
    <w:p>
      <w:r>
        <w:rPr>
          <w:rFonts w:ascii="Courier New" w:hAnsi="Courier New"/>
          <w:color w:val="555555"/>
          <w:sz w:val="20"/>
        </w:rPr>
        <w:t>[15]</w:t>
      </w:r>
    </w:p>
    <w:p>
      <w:r>
        <w:rPr>
          <w:rFonts w:ascii="Gentium Plus" w:hAnsi="Gentium Plus"/>
          <w:sz w:val="24"/>
        </w:rPr>
        <w:t>τῇ ἐξομολογουμένῃ ψυχῇ (ἐξομολόγησις γὰρ Θεοῦ, ἡ Ἰου‐ δαία μετονομάζεται) ἥντινα διὰ τῆς ἐν τῇ διαλεκτικῇ πι‐ θανότητος ἀποστρέψωμεν πρὸς ἑαυτοὺς, ἐπαγγελλόμενοι μὴ ἄλλον τινὰ δώσειν βασιλέα, ἢ τὸν υἱὸν τοῦ Ταβεήλ, του‐ τέστι τοῦ ἀγαθοῦ Θεοῦ· ὃν ἀγαθοῦ μὲν Θεοῦ υἱὸν λέγουσιν,</w:t>
      </w:r>
    </w:p>
    <w:p>
      <w:r>
        <w:rPr>
          <w:rFonts w:ascii="Courier New" w:hAnsi="Courier New"/>
          <w:color w:val="555555"/>
          <w:sz w:val="20"/>
        </w:rPr>
        <w:t>[20]</w:t>
      </w:r>
    </w:p>
    <w:p>
      <w:r>
        <w:rPr>
          <w:rFonts w:ascii="Gentium Plus" w:hAnsi="Gentium Plus"/>
          <w:sz w:val="24"/>
        </w:rPr>
        <w:t>ἀγαθὸν δὲ αὐτὸν οὐκ ὀνομάζουσι, πρὸς ἐπήρειαν κεχρημέ‐ νοι τῇ τοῦ Εὐαγγελίου φωνῇ· Τί με λέγεις ἀγαθόν; Οὐδεὶς ἀγαθὸς εἰ μὴ εἷς, ὁ Θεός. —Ὅταν οὖν ἴδῃς ἑτεροδόξους ἐπαγγελλομένους γνῶσιν, ἐπαγομένους τὴν ἐκ τῶν ἐθνῶν σοφίαν, ἐπιστρατεύοντας τῇ Ἐκκλησίᾳ τοῦ Θεοῦ, ἐνθυμοῦ ὅτι</w:t>
      </w:r>
    </w:p>
    <w:p>
      <w:r>
        <w:rPr>
          <w:rFonts w:ascii="Courier New" w:hAnsi="Courier New"/>
          <w:color w:val="555555"/>
          <w:sz w:val="20"/>
        </w:rPr>
        <w:t>[25]</w:t>
      </w:r>
    </w:p>
    <w:p>
      <w:r>
        <w:rPr>
          <w:rFonts w:ascii="Gentium Plus" w:hAnsi="Gentium Plus"/>
          <w:sz w:val="24"/>
        </w:rPr>
        <w:t>καὶ νῦν ὁ υἱὸς τοῦ Ἀρὰμ καὶ ὁ υἱὸς τοῦ Ῥομελίου βουλεύ‐ ονται βουλὴν πονηράν. Πρὸς δὲ τὴν πονηρὰν βουλὴν τοῦ (ὡς ἀποδεδώκαμεν) υἱοῦ Ἀρὰμ καὶ υἱοῦ Ῥομελίου, ταῦτά φησιν ὁ Κύριος· ὅτι ἡ μὲν τοῦ Θεοῦ βουλὴ ἕστηκε καὶ μένει, ἡ δὲ τῶν ἀγωνιζο‐</w:t>
      </w:r>
    </w:p>
    <w:p>
      <w:r>
        <w:rPr>
          <w:rFonts w:ascii="Courier New" w:hAnsi="Courier New"/>
          <w:color w:val="555555"/>
          <w:sz w:val="20"/>
        </w:rPr>
        <w:t>[30]</w:t>
      </w:r>
    </w:p>
    <w:p>
      <w:r>
        <w:rPr>
          <w:rFonts w:ascii="Gentium Plus" w:hAnsi="Gentium Plus"/>
          <w:sz w:val="24"/>
        </w:rPr>
        <w:t>μένων κατὰ τῆς ἀληθείας, οὐ στήσεται, ἀλλὰ πεπτωκυῖα καὶ ἀνατετραμμένη κείσεται. Διότι φησί· Κεφαλὴ τοῦ Ἀρὰμ Δαμασκὸς, καὶ ἡ κεφαλὴ Δαμασκοῦ Ῥασίν· τουτέστιν ἡ τῶν</w:t>
      </w:r>
    </w:p>
    <w:p>
      <w:r>
        <w:rPr>
          <w:rFonts w:ascii="Courier New" w:hAnsi="Courier New"/>
          <w:color w:val="555555"/>
          <w:sz w:val="20"/>
        </w:rPr>
        <w:t>[35]</w:t>
      </w:r>
    </w:p>
    <w:p>
      <w:r>
        <w:rPr>
          <w:rFonts w:ascii="Gentium Plus" w:hAnsi="Gentium Plus"/>
          <w:sz w:val="24"/>
        </w:rPr>
        <w:t>σύμβολόν ἐστι μετανοίας· ὁ δὲ ἐν αἵματι πεφυρμένος, οὐκ ἔστι καθαρός. Δύναται οὖν λαμβάνεσθαι εἰς τὴν νομιζομένην μετάνοιαν, οὐκ οὖσαν δὲ ἀληθινὴν μετάνοιαν, διὰ τὸ μὴ ἐν ὑγιέσι δόγμασι γεγενῆσθαι. Κεφαλὴ δὲ πάλιν Δαμασκοῦ, τῆς μὴ καθαρᾶς μετανοίας, ἀλλὰ πεφυρμένης ἐν ταῖς πρὸς θάνατον</w:t>
      </w:r>
    </w:p>
    <w:p>
      <w:r>
        <w:rPr>
          <w:rFonts w:ascii="Courier New" w:hAnsi="Courier New"/>
          <w:color w:val="555555"/>
          <w:sz w:val="20"/>
        </w:rPr>
        <w:t>[40]</w:t>
      </w:r>
    </w:p>
    <w:p>
      <w:r>
        <w:rPr>
          <w:rFonts w:ascii="Gentium Plus" w:hAnsi="Gentium Plus"/>
          <w:sz w:val="24"/>
        </w:rPr>
        <w:t>ἁμαρτίαις, ὁ Ῥασὶν λέγεται, σύμβολον ὢν καὶ αὐτὸς οὐδενὸς ὑγιοῦς, οὐδὲ καθαροῦ δόγματος.</w:t>
      </w:r>
    </w:p>
    <w:p>
      <w:r>
        <w:rPr>
          <w:rFonts w:ascii="Courier New" w:hAnsi="Courier New"/>
          <w:color w:val="555555"/>
          <w:sz w:val="20"/>
        </w:rPr>
        <w:t>[7 . 198]</w:t>
      </w:r>
    </w:p>
    <w:p>
      <w:r>
        <w:rPr>
          <w:rFonts w:ascii="Gentium Plus" w:hAnsi="Gentium Plus"/>
          <w:sz w:val="24"/>
        </w:rPr>
        <w:t>Ἀλλ’ ἔτι ἑξήκοντα καὶ πέντε ἔτη (φησὶν) ἐκλείψει ἡ βασιλεία Ἐφραῒμ ἀπὸ λαοῦ· καὶ ἡ κεφαλὴ Ἐφραῒμ Σομόρων, καὶ ἡ κεφαλὴ Σομόρων ὁ υἱὸς τοῦ Ῥομελίου. Ἔστιν οὖν ἡ βασιλεία τοῦ Ἐφραῒμ ἑτεροδόξων τις ἐπικρά‐</w:t>
      </w:r>
    </w:p>
    <w:p>
      <w:r>
        <w:rPr>
          <w:rFonts w:ascii="Courier New" w:hAnsi="Courier New"/>
          <w:color w:val="555555"/>
          <w:sz w:val="20"/>
        </w:rPr>
        <w:t>[5]</w:t>
      </w:r>
    </w:p>
    <w:p>
      <w:r>
        <w:rPr>
          <w:rFonts w:ascii="Gentium Plus" w:hAnsi="Gentium Plus"/>
          <w:sz w:val="24"/>
        </w:rPr>
        <w:t>τεια, διὰ τὸ ἐκ τοιαύτης φυλῆς εἶναι τὸν ἀποσχίσαντα τὸν Ἰσραὴλ ἀπὸ τοῦ Ἰούδα. Κεφαλὴ οὖν τοῦ Ἐφραῒμ ἡ Σομό‐ ρων, τουτέστιν ἡ Σαμάρεια. Καὶ ἡ Σαμάρεια δὲ ἐχθρῶν τινών ἐστι χώρα, τῶν παραχαραξάντων τὸν ὑγιαίνοντα λό‐ γον, διὰ τὸ ἀποκλῖναι τοὺς Σαμαρείτας ἀπὸ τοῦ Ἰουδαϊσμοῦ.</w:t>
      </w:r>
    </w:p>
    <w:p>
      <w:r>
        <w:rPr>
          <w:rFonts w:ascii="Courier New" w:hAnsi="Courier New"/>
          <w:color w:val="555555"/>
          <w:sz w:val="20"/>
        </w:rPr>
        <w:t>[10]</w:t>
      </w:r>
    </w:p>
    <w:p>
      <w:r>
        <w:rPr>
          <w:rFonts w:ascii="Gentium Plus" w:hAnsi="Gentium Plus"/>
          <w:sz w:val="24"/>
        </w:rPr>
        <w:t>Ὥσπερ δὲ τῆς Συρίας ἦν κεφαλὴ Δαμασκὸς, Δαμασκοῦ δὲ κεφαλὴ ὁ Ῥασίν, οὕτω Σαμάρεια μὲν κεφαλὴ τοῦ Ἐφραῒμ, Σαμαρείας δὲ κεφαλὴ ὁ υἱὸς τοῦ Ῥομελίου. Κακῶν τινες ἐπιτάσεις καὶ ὑπερβολαὶ διὰ τοῦ λόγου ἡμῖν παραδίδονται, ὥστε μὴ εἶναι δυνατὸν τὴν παρὰ τῶν τοιούτων συμφωνίαν</w:t>
      </w:r>
    </w:p>
    <w:p>
      <w:r>
        <w:rPr>
          <w:rFonts w:ascii="Courier New" w:hAnsi="Courier New"/>
          <w:color w:val="555555"/>
          <w:sz w:val="20"/>
        </w:rPr>
        <w:t>[15]</w:t>
      </w:r>
    </w:p>
    <w:p>
      <w:r>
        <w:rPr>
          <w:rFonts w:ascii="Gentium Plus" w:hAnsi="Gentium Plus"/>
          <w:sz w:val="24"/>
        </w:rPr>
        <w:t>ἐπικρατῆσαι, μηδὲ ἰσχύν τινα ἔχειν κατὰ τῶν οἷς ἐπιβου‐ λεύειν ἐπιχειροῦσι. Καὶ ἐὰν μὴ πιστεύητε, οὐδὲ μὴ συνῆτε. Πιστεῦσαι μέντοι</w:t>
      </w:r>
    </w:p>
    <w:p>
      <w:r>
        <w:rPr>
          <w:rFonts w:ascii="Courier New" w:hAnsi="Courier New"/>
          <w:color w:val="555555"/>
          <w:sz w:val="20"/>
        </w:rPr>
        <w:t>[20]</w:t>
      </w:r>
    </w:p>
    <w:p>
      <w:r>
        <w:rPr>
          <w:rFonts w:ascii="Gentium Plus" w:hAnsi="Gentium Plus"/>
          <w:sz w:val="24"/>
        </w:rPr>
        <w:t>τας τοὺς τύπους, οὕτω καταλαβεῖν τὴν τῶν ἐνδειχθέντων ἡμῖν ἀλήθειαν. Πρότερον γὰρ δεῖ ἁπλῇ πιστεύειν πίστει ταῖς Γραφαῖς, ὅτι θεόπνευστοι καὶ ὠφέλιμοι· ἔπειτα λεπτῶς καὶ ἐξεταστικῶς τὸν ἐναποκείμενον αὐταῖς νοῦν διερευνᾶσθαι.</w:t>
      </w:r>
    </w:p>
    <w:p>
      <w:r>
        <w:rPr>
          <w:rFonts w:ascii="Courier New" w:hAnsi="Courier New"/>
          <w:color w:val="555555"/>
          <w:sz w:val="20"/>
        </w:rPr>
        <w:t>[7 . 199]</w:t>
      </w:r>
    </w:p>
    <w:p>
      <w:r>
        <w:rPr>
          <w:rFonts w:ascii="Gentium Plus" w:hAnsi="Gentium Plus"/>
          <w:sz w:val="24"/>
        </w:rPr>
        <w:t>Καὶ προσέθετο Κύριος λαλῆσαι τῷ Ἀχὰζ, λέγων· Αἴτησαι σεαυτῷ σημεῖον παρὰ Κυρίου εἰς βάθος, ἢ εἰς ὕψος. Ἐν μὲν τοῖς κατόπιν διὰ τοῦ Ἡσαΐου διδάσκεται, ἃ χρὴ ποιεῖν ὁ Ἀχὰζ, φυλάσσεσθαι τοῦ ἡσυχάζειν καὶ μὴ δειλιᾷν</w:t>
      </w:r>
    </w:p>
    <w:p>
      <w:r>
        <w:rPr>
          <w:rFonts w:ascii="Courier New" w:hAnsi="Courier New"/>
          <w:color w:val="555555"/>
          <w:sz w:val="20"/>
        </w:rPr>
        <w:t>[5]</w:t>
      </w:r>
    </w:p>
    <w:p>
      <w:r>
        <w:rPr>
          <w:rFonts w:ascii="Gentium Plus" w:hAnsi="Gentium Plus"/>
          <w:sz w:val="24"/>
        </w:rPr>
        <w:t>ἀπὸ τῶν δύο δαλῶν τῶν καπνιζομένων. Νυνὶ δὲ, ὡς τὴν διὰ τοῦ Προφήτου διδασκαλίαν εὐπειθῶς ὑποδεξάμενος, αὐ‐ τὸς ἀξιοῦται τῶν θείων χρηματισμῶν· Προσέθετο γὰρ Κύριος αὐτῷ λαλῆσαι τῷ Ἀχάζ. Καὶ τάχα διδασκόμεθα, ὅτι ὁ διά τινος ὑπηρετουμένου τῷ θείῳ βουλήματι μαθητευθεὶς, ὕστε‐</w:t>
      </w:r>
    </w:p>
    <w:p>
      <w:r>
        <w:rPr>
          <w:rFonts w:ascii="Courier New" w:hAnsi="Courier New"/>
          <w:color w:val="555555"/>
          <w:sz w:val="20"/>
        </w:rPr>
        <w:t>[10]</w:t>
      </w:r>
    </w:p>
    <w:p>
      <w:r>
        <w:rPr>
          <w:rFonts w:ascii="Gentium Plus" w:hAnsi="Gentium Plus"/>
          <w:sz w:val="24"/>
        </w:rPr>
        <w:t>ρον προκόπτων δυνήσεται καὶ αὐτὸς ὑποδέξασθαι τοὺς τοῦ Κυρίου χρηματισμούς. Εἰσὶ μέντοι τινὲς, οἱ μὴ δι’ ἀνθρώ‐ πων πρότερον μαθητευθέντες Θεῷ, ἀρχῆθεν δεδύνηνται, ὡς καθαροὶ, χωρῆσαι τὰς ἐμφάσεις τοῦ Πνεύματος. Ὁποῖος ἦν Ἀβραὰμ καὶ Μωϋσῆς καὶ Ἠλίας καὶ Ἱερεμίας, καὶ</w:t>
      </w:r>
    </w:p>
    <w:p>
      <w:r>
        <w:rPr>
          <w:rFonts w:ascii="Courier New" w:hAnsi="Courier New"/>
          <w:color w:val="555555"/>
          <w:sz w:val="20"/>
        </w:rPr>
        <w:t>[15]</w:t>
      </w:r>
    </w:p>
    <w:p>
      <w:r>
        <w:rPr>
          <w:rFonts w:ascii="Gentium Plus" w:hAnsi="Gentium Plus"/>
          <w:sz w:val="24"/>
        </w:rPr>
        <w:t>εἴ τινες ἐκείνοις παραπλήσιοι. Καὶ προσέθετο Κύριος λαλῆσαι. Ἡ προσθήκη τοῖς προά‐ γουσι συνάπτει τὸν λόγον. Καὶ ἀκόλουθόν γε ἦν μετὰ τὴν προ‐ φητείαν, τὴν περὶ τοῦ ἐκλείψειν τὸν Ἐφραῒμ, τουτέστι τὸν</w:t>
      </w:r>
    </w:p>
    <w:p>
      <w:r>
        <w:rPr>
          <w:rFonts w:ascii="Courier New" w:hAnsi="Courier New"/>
          <w:color w:val="555555"/>
          <w:sz w:val="20"/>
        </w:rPr>
        <w:t>[20]</w:t>
      </w:r>
    </w:p>
    <w:p>
      <w:r>
        <w:rPr>
          <w:rFonts w:ascii="Gentium Plus" w:hAnsi="Gentium Plus"/>
          <w:sz w:val="24"/>
        </w:rPr>
        <w:t>ἐπιδημήσει διὰ τῆς ἀμιάντου Παρθένου ὁ Ἐμμανουήλ. Τί οὖν ἐστιν ὃ προστάσσει τῷ Ἀχὰζ ὁ λόγος; Αἴτησαι (φησὶ) σεαυτῷ σημεῖον παρὰ Κυρίου, τοῦ Θεοῦ σου, εἰς βάθος, ἢ εἰς ὕψος. Ἔστι μὲν οὖν σημεῖον πρᾶγμα φανερὸν, κεκρυμμένου τινὸς καὶ ἀφανοῦς ἐν ἑαυτῷ τὴν δήλωσιν ἔχον, ὡς τὸ σημεῖον Ἰωνᾶ τὴν</w:t>
      </w:r>
    </w:p>
    <w:p>
      <w:r>
        <w:rPr>
          <w:rFonts w:ascii="Courier New" w:hAnsi="Courier New"/>
          <w:color w:val="555555"/>
          <w:sz w:val="20"/>
        </w:rPr>
        <w:t>[25]</w:t>
      </w:r>
    </w:p>
    <w:p>
      <w:r>
        <w:rPr>
          <w:rFonts w:ascii="Gentium Plus" w:hAnsi="Gentium Plus"/>
          <w:sz w:val="24"/>
        </w:rPr>
        <w:t>εἰς ᾅδου κάθοδον, καὶ πάλιν ἐκ νεκρῶν ἄνοδον, παρίστησι τοῖς δυναμένοις ἐκλαμβάνειν τὸν μυστικὸν λόγον τῶν γινομένων. — Δεῖ δὲ ἀεὶ τὸ μὲν σημεῖον παρεῖναι, καὶ κατὰ τὸ ἐνεστὸς θεωρεῖσθαι· τὸ δὲ ὑπ’ αὐτοῦ σημαινόμενον πρᾶγμα τοῖς τρισὶ πολλάκις συγκαταμερίζεσθαι χρόνοις· ἔστι γὰρ καὶ</w:t>
      </w:r>
    </w:p>
    <w:p>
      <w:r>
        <w:rPr>
          <w:rFonts w:ascii="Courier New" w:hAnsi="Courier New"/>
          <w:color w:val="555555"/>
          <w:sz w:val="20"/>
        </w:rPr>
        <w:t>[30]</w:t>
      </w:r>
    </w:p>
    <w:p>
      <w:r>
        <w:rPr>
          <w:rFonts w:ascii="Gentium Plus" w:hAnsi="Gentium Plus"/>
          <w:sz w:val="24"/>
        </w:rPr>
        <w:t>παρόντα παρόντων σημεῖα, ὡς ὁ ἐξιὼν ἐκ τῆς οἰκίας κα‐ πνὸς τοῦ ἔνδον καιομένου πυρός. Ἔστι δὲ καὶ παρόντα μελλόντων, ὡς ἡ ὁρωμένη τῶν νεφῶν συνδρομὴ, τοῦ ἐσο‐ μένου ἐπὶ τὴν γῆν ὑετοῦ. Ἔτι δὲ καὶ παρόντα παρεληλυ‐ θότων, ὡς τὰ τῆς ἀνθρακιᾶς λείψανα τοῦ κεκαῦσθαι ἐπ’ αὐτῆς</w:t>
      </w:r>
    </w:p>
    <w:p>
      <w:r>
        <w:rPr>
          <w:rFonts w:ascii="Courier New" w:hAnsi="Courier New"/>
          <w:color w:val="555555"/>
          <w:sz w:val="20"/>
        </w:rPr>
        <w:t>[35]</w:t>
      </w:r>
    </w:p>
    <w:p>
      <w:r>
        <w:rPr>
          <w:rFonts w:ascii="Gentium Plus" w:hAnsi="Gentium Plus"/>
          <w:sz w:val="24"/>
        </w:rPr>
        <w:t>τὴν πυρκαϊάν. Ἡ μέντοι Γραφὴ τὰ παράδοξα καὶ παραστατικά τινος μυστικοῦ λόγου σημεῖα καλεῖ. Τί δὲ ἂν παραδοξότερον, ἢ θειότερον ἄκουσμα, ἢ θέαμα τῆς τοῦ Θεοῦ ἡμῶν διὰ Παρθένου γεννήσεως; Διὰ τοῦτο Αἴτησαι παρὰ Κυρίου, τοῦ</w:t>
      </w:r>
    </w:p>
    <w:p>
      <w:r>
        <w:rPr>
          <w:rFonts w:ascii="Courier New" w:hAnsi="Courier New"/>
          <w:color w:val="555555"/>
          <w:sz w:val="20"/>
        </w:rPr>
        <w:t>[40]</w:t>
      </w:r>
    </w:p>
    <w:p>
      <w:r>
        <w:rPr>
          <w:rFonts w:ascii="Gentium Plus" w:hAnsi="Gentium Plus"/>
          <w:sz w:val="24"/>
        </w:rPr>
        <w:t>Θεοῦ σου (ὡς οὐδενὸς ἑτέρου δυναμένου δοῦναι) τὸ εἰς βάθος, ἢ εἰς ὕψος σημεῖον. Ἔστι τοίνυν ἐν τῇ τοῦ κόσμου θέσει, τὸ μὲν φύσει λαχὸν τὴν κάτω χώραν ἡ γῆ· τὸ δὲ ἀνωτάτω πάντων τῶν ὁρωμένων, ὁ οὐρανός. Ἐπεὶ οὖν ὁ Λόγος σὰρξ ἐγένετο, ἡ προφητεία, διὰ μὲν τοῦ εἰς</w:t>
      </w:r>
    </w:p>
    <w:p>
      <w:r>
        <w:rPr>
          <w:rFonts w:ascii="Courier New" w:hAnsi="Courier New"/>
          <w:color w:val="555555"/>
          <w:sz w:val="20"/>
        </w:rPr>
        <w:t>[45]</w:t>
      </w:r>
    </w:p>
    <w:p>
      <w:r>
        <w:rPr>
          <w:rFonts w:ascii="Gentium Plus" w:hAnsi="Gentium Plus"/>
          <w:sz w:val="24"/>
        </w:rPr>
        <w:t>βάθος, τὴν γῆν σημαίνει, καὶ τὴν ἀπ’ αὐτῆς λαμβανομέ‐</w:t>
      </w:r>
    </w:p>
    <w:p>
      <w:r>
        <w:rPr>
          <w:rFonts w:ascii="Courier New" w:hAnsi="Courier New"/>
          <w:color w:val="555555"/>
          <w:sz w:val="20"/>
        </w:rPr>
        <w:t>[7 . 199 (50)]</w:t>
      </w:r>
    </w:p>
    <w:p>
      <w:r>
        <w:rPr>
          <w:rFonts w:ascii="Gentium Plus" w:hAnsi="Gentium Plus"/>
          <w:sz w:val="24"/>
        </w:rPr>
        <w:t>ὡς ὁ Ἀπόστολος ἡμῖν παρίστησι λέγων· Μὴ εἴπῃς ἐν τῇ καρδίᾳ σου «Τίς ἀναβήσεται εἰς τὸν οὐρανόν»; τουτέστι Χριστὸν καταγαγεῖν· ἢ «Τίς καταβήσεται εἰς τὴν ἄβυσσον» τουτέστι Χριστὸν ἐκ νεκρῶν ἀναγαγεῖν. —Ἐπεὶ οὖν Ὁ κα‐ ταβὰς, αὐτός ἐστι καὶ Ὁ ἀναβὰς, τὸ εἰς βάθος καὶ εἰς ὕψος</w:t>
      </w:r>
    </w:p>
    <w:p>
      <w:r>
        <w:rPr>
          <w:rFonts w:ascii="Courier New" w:hAnsi="Courier New"/>
          <w:color w:val="555555"/>
          <w:sz w:val="20"/>
        </w:rPr>
        <w:t>[55]</w:t>
      </w:r>
    </w:p>
    <w:p>
      <w:r>
        <w:rPr>
          <w:rFonts w:ascii="Gentium Plus" w:hAnsi="Gentium Plus"/>
          <w:sz w:val="24"/>
        </w:rPr>
        <w:t>σημεῖον περὶ τῆς καθόδου ἂν εἴη λεγόμενον τῆς τοῦ Κυρίου· Καὶ ὁ ἀναβὰς, αὐτός ἐστιν ὑπεράνω πάντων τῶν οὐρανῶν.</w:t>
      </w:r>
    </w:p>
    <w:p>
      <w:r>
        <w:rPr>
          <w:rFonts w:ascii="Courier New" w:hAnsi="Courier New"/>
          <w:color w:val="555555"/>
          <w:sz w:val="20"/>
        </w:rPr>
        <w:t>[7 . 200]</w:t>
      </w:r>
    </w:p>
    <w:p>
      <w:r>
        <w:rPr>
          <w:rFonts w:ascii="Gentium Plus" w:hAnsi="Gentium Plus"/>
          <w:sz w:val="24"/>
        </w:rPr>
        <w:t>Καὶ εἶπεν Ἀχάζ· Οὐ μὴ αἰτήσω, οὐδ’ οὐ μὴ πει‐ ράσω Κύριον. Ἡ μὲν τοῦ Θεοῦ δωρεὰ μεγάλη καὶ πλουσία καὶ δα‐ ψιλής. Ὁ δὲ Ἀχὰζ, ὡς μήπω δεδιδαγμένος αἰτεῖν τὰ</w:t>
      </w:r>
    </w:p>
    <w:p>
      <w:r>
        <w:rPr>
          <w:rFonts w:ascii="Courier New" w:hAnsi="Courier New"/>
          <w:color w:val="555555"/>
          <w:sz w:val="20"/>
        </w:rPr>
        <w:t>[5]</w:t>
      </w:r>
    </w:p>
    <w:p>
      <w:r>
        <w:rPr>
          <w:rFonts w:ascii="Gentium Plus" w:hAnsi="Gentium Plus"/>
          <w:sz w:val="24"/>
        </w:rPr>
        <w:t>μεγάλα καὶ ἐπουράνια, παραιτεῖται ζητῆσαι σημεῖον, ὡς μεῖζον ὑπάρχον τῆς ἀνθρωπίνης φύσεως, ἢ ὡς παρὰ τὴν ἐντολὴν μέλλων ποιεῖν, τὴν εἰποῦσαν· Οὐκ ἐκπειράσεις Κύ‐ ριον τὸν Θεόν σου. Ἀναγκαίως δὲ οἱ περὶ τῶν τηλικούτων λόγοι τῷ τότε κεκρατηκότι βασιλεῖ γίνονται, ἵνα δι’ αὐτοῦ</w:t>
      </w:r>
    </w:p>
    <w:p>
      <w:r>
        <w:rPr>
          <w:rFonts w:ascii="Courier New" w:hAnsi="Courier New"/>
          <w:color w:val="555555"/>
          <w:sz w:val="20"/>
        </w:rPr>
        <w:t>[10]</w:t>
      </w:r>
    </w:p>
    <w:p>
      <w:r>
        <w:rPr>
          <w:rFonts w:ascii="Gentium Plus" w:hAnsi="Gentium Plus"/>
          <w:sz w:val="24"/>
        </w:rPr>
        <w:t>εἰς πάντας διαλαληθῇ τὰ προφητευόμενα. Ἡσαΐας μὲν γὰρ ἂν ἴσως ἠπιστήθη (ἢ φθόνῳ τῶν κατ’ αὐτὸν ἀνθρώπων, ἢ τῇ λοιπῇ περὶ τὸν βίον ταπεινότητι) ὡς μὴ δεξάμενος τῆς ἐπιδημίας τοῦ Ἐμμανουὴλ παρὰ τοῦ Κυρίου χρηματισμὸν,</w:t>
      </w:r>
    </w:p>
    <w:p>
      <w:r>
        <w:rPr>
          <w:rFonts w:ascii="Courier New" w:hAnsi="Courier New"/>
          <w:color w:val="555555"/>
          <w:sz w:val="20"/>
        </w:rPr>
        <w:t>[15]</w:t>
      </w:r>
    </w:p>
    <w:p>
      <w:r>
        <w:rPr>
          <w:rFonts w:ascii="Gentium Plus" w:hAnsi="Gentium Plus"/>
          <w:sz w:val="24"/>
        </w:rPr>
        <w:t>Ἀχὰζ δὲ οὕτως ἐδέξατο τὴν περὶ τῶν ἐσομένων προφη‐ τείαν, ὡς Λάβαν, ὡς Ἀβιμέλεχ, ὡς Ναβουχοδονόσορ, ὡς Φα‐ ραὼ, ὡς Καϊάφας τὸ τελευταῖον, οὐ διὰ τὴν τοῦ βίου ἀξίαν, ὅσον διὰ τὴν ἐκ τοῦ ἀξιώματος προσοῦσαν αὐτῷ ἀξιοπιστίαν. —Οὐ γὰρ δὴ εὐλαβείᾳ τινὶ παρῃτεῖτο τὴν αἴτησιν τοῦ σημείου</w:t>
      </w:r>
    </w:p>
    <w:p>
      <w:r>
        <w:rPr>
          <w:rFonts w:ascii="Courier New" w:hAnsi="Courier New"/>
          <w:color w:val="555555"/>
          <w:sz w:val="20"/>
        </w:rPr>
        <w:t>[20]</w:t>
      </w:r>
    </w:p>
    <w:p>
      <w:r>
        <w:rPr>
          <w:rFonts w:ascii="Gentium Plus" w:hAnsi="Gentium Plus"/>
          <w:sz w:val="24"/>
        </w:rPr>
        <w:t>ὁ Ἀχάζ· εἰ γὰρ οὐκ ἦν αὐτῷ συμφέρον, οὐδ’ ἂν ἐπέταξε τὴν ἀρχὴν ὁ Θεός. Διὰ τοῦτο καὶ τὰ ἐπιφερόμενα μέμψιν περιέχει, τὴν εἰς τὸν Ἀχάζ· ἀποστρέψας γὰρ τὸν λόγον ἐπὶ τὸν Δαβίδ, Ἀκούσατε δὴ (φησὶν) οἶκος Δαβίδ· μὴ μικρὸν ὑμῖν παρέχειν ἀνθρώποις ἀγῶνα; καὶ πῶς Κυρίῳ παρέχετε; Διὰ</w:t>
      </w:r>
    </w:p>
    <w:p>
      <w:r>
        <w:rPr>
          <w:rFonts w:ascii="Courier New" w:hAnsi="Courier New"/>
          <w:color w:val="555555"/>
          <w:sz w:val="20"/>
        </w:rPr>
        <w:t>[25]</w:t>
      </w:r>
    </w:p>
    <w:p>
      <w:r>
        <w:rPr>
          <w:rFonts w:ascii="Gentium Plus" w:hAnsi="Gentium Plus"/>
          <w:sz w:val="24"/>
        </w:rPr>
        <w:t>γὰρ τούτων πρὸς τὸ ἀπειθὲς ἔοικε δυσχεραίνειν τοῦ Ἀχάζ. —Τρανότερον δέ πως ἐμφαίνει τὴν διάνοιαν ταύτην ἑτέρα ἔκδοσις, εἰποῦσα· Μὴ ὀλίγον ἀφ’ ὑμῶν μοχθοῦν ἄνδρας, ὅτι μοχθεῖτε καί γε τὸν Θεόν; Πῶς δὲ Θεῷ ἀγῶνα παρέχει ἄνθρωπος, εἴπερ ἡ ἀγωνία φόβος ἐστὶ διαπτώσεως; Ἀλλὰ</w:t>
      </w:r>
    </w:p>
    <w:p>
      <w:r>
        <w:rPr>
          <w:rFonts w:ascii="Courier New" w:hAnsi="Courier New"/>
          <w:color w:val="555555"/>
          <w:sz w:val="20"/>
        </w:rPr>
        <w:t>[30]</w:t>
      </w:r>
    </w:p>
    <w:p>
      <w:r>
        <w:rPr>
          <w:rFonts w:ascii="Gentium Plus" w:hAnsi="Gentium Plus"/>
          <w:sz w:val="24"/>
        </w:rPr>
        <w:t>τοῦτο οὐχὶ πάθος περὶ τὸν Θεὸν λέγει, ἀλλὰ τὴν ἀντιδιά‐ θεσιν τῶν ἀνθισταμένων αὐτοῦ τοῖς προστάγμασι, διὰ τῆς τοῦ ἀγῶνος προσηγορίας, παρίστησιν.</w:t>
      </w:r>
    </w:p>
    <w:p>
      <w:r>
        <w:rPr>
          <w:rFonts w:ascii="Courier New" w:hAnsi="Courier New"/>
          <w:color w:val="555555"/>
          <w:sz w:val="20"/>
        </w:rPr>
        <w:t>[7 . 201]</w:t>
      </w:r>
    </w:p>
    <w:p>
      <w:r>
        <w:rPr>
          <w:rFonts w:ascii="Gentium Plus" w:hAnsi="Gentium Plus"/>
          <w:sz w:val="24"/>
        </w:rPr>
        <w:t>Διὰ τοῦτο δώσει Κύριος αὐτὸς ὑμῖν σημεῖον. Καὶ μὴ αἰτουμένοις (φησὶ) δώσει. Κἂν μὴ εὑρίσκῃ τὸν τῆς ὑποδοχῆς ἄξιον, ἀλλ’ ὅμως, διὰ τὴν προωρισμένην οἰκονομίαν τῆς διὰ σαρκὸς γεννήσεως τοῦ Κυρίου, αὐτὸς (φησὶ) δώσει</w:t>
      </w:r>
    </w:p>
    <w:p>
      <w:r>
        <w:rPr>
          <w:rFonts w:ascii="Courier New" w:hAnsi="Courier New"/>
          <w:color w:val="555555"/>
          <w:sz w:val="20"/>
        </w:rPr>
        <w:t>[5]</w:t>
      </w:r>
    </w:p>
    <w:p>
      <w:r>
        <w:rPr>
          <w:rFonts w:ascii="Gentium Plus" w:hAnsi="Gentium Plus"/>
          <w:sz w:val="24"/>
        </w:rPr>
        <w:t>Κύριος ὁ Θεὸς σημεῖον. Ἔδει μὲν γὰρ συνεῖναι τὸν Ἀχὰζ, ὅτι ἄλλην τὰ ἀνθρώπινα διόρθωσιν οὐκ ἐπιδέχεται, εἰ μὴ διὰ μόνης τῆς τοῦ Θεοῦ Λόγου εἰς ἀνθρώπους ἐπιδημίας, καὶ αἰτῆσαι τὸ εἰς βάθος ἢ εἰς ὕψος σημεῖον. Ἐπειδὴ δὲ αἰνάξιον ἔκρινεν ἑαυτὸν (ἀπαιδεύτως ἔχων τῆς τῶν μεγάλων</w:t>
      </w:r>
    </w:p>
    <w:p>
      <w:r>
        <w:rPr>
          <w:rFonts w:ascii="Courier New" w:hAnsi="Courier New"/>
          <w:color w:val="555555"/>
          <w:sz w:val="20"/>
        </w:rPr>
        <w:t>[10]</w:t>
      </w:r>
    </w:p>
    <w:p>
      <w:r>
        <w:rPr>
          <w:rFonts w:ascii="Gentium Plus" w:hAnsi="Gentium Plus"/>
          <w:sz w:val="24"/>
        </w:rPr>
        <w:t>καὶ οὐρανίων σημείων αἰτήσεως) διὰ τοῦτό φησι· Δώσει Κύριος αὐτὸς ὑμῖν σημεῖον, οὐ διά τινος ὑπηρέτου καὶ διακόνου καὶ λειτουργοῦ δίδωσιν, ἀλλ’ αὐτὸς δι’ ἑαυτοῦ· ἵν’ ἐκ τούτου δηλωθῇ τοῦ διδομένου τὸ μέγεθος. Τὸν μὲν γὰρ νόμον διετάξατο δι’ Ἀγγέλων, ἐν χειρὶ Μεσίτου, Μωϋσέως·</w:t>
      </w:r>
    </w:p>
    <w:p>
      <w:r>
        <w:rPr>
          <w:rFonts w:ascii="Courier New" w:hAnsi="Courier New"/>
          <w:color w:val="555555"/>
          <w:sz w:val="20"/>
        </w:rPr>
        <w:t>[15]</w:t>
      </w:r>
    </w:p>
    <w:p>
      <w:r>
        <w:rPr>
          <w:rFonts w:ascii="Gentium Plus" w:hAnsi="Gentium Plus"/>
          <w:sz w:val="24"/>
        </w:rPr>
        <w:t>τὸ δὲ σημεῖον αὐτὸς ἔδωκε τῷ οἴκῳ Δαβίδ. Δίδοται δὲ οὐκέτι τῷ Ἀχὰζ, ἀλλὰ παντὶ τῷ οἴκῳ Δαβίδ, διότι ἐκ σπέρματος Δαβὶδ, τὸ κατὰ σάρκα, ὁ Κύριος· καὶ διὰ τοῦτο πάσῃ διέφερε τῇ συγγενείᾳ τοῦ Δαβὶδ τὸ περὶ τῆς ἐπιδη‐ μίας τοῦ Χριστοῦ εὐαγγέλιον.</w:t>
      </w:r>
    </w:p>
    <w:p>
      <w:r>
        <w:rPr>
          <w:rFonts w:ascii="Courier New" w:hAnsi="Courier New"/>
          <w:color w:val="555555"/>
          <w:sz w:val="20"/>
        </w:rPr>
        <w:t>[7 . 202]</w:t>
      </w:r>
    </w:p>
    <w:p>
      <w:r>
        <w:rPr>
          <w:rFonts w:ascii="Gentium Plus" w:hAnsi="Gentium Plus"/>
          <w:sz w:val="24"/>
        </w:rPr>
        <w:t>Ἰδοὺ ἡ Παρθένος ἐν γαστρὶ λήψεται καὶ τέξεται υἱὸν καὶ καλέσεις τὸ ὄνομα αὐτοῦ Ἐμμανουήλ. Ἀνθίστανται οἱ Ἰουδαῖοι τῇ ἐκδόσει τῶν Ἑβδομήκοντα, λέγοντες μὴ κεῖσθαι παρὰ τῷ Ἑβραίῳ τὸ Ἡ παρθένος, ἀλλ’ Ἡ</w:t>
      </w:r>
    </w:p>
    <w:p>
      <w:r>
        <w:rPr>
          <w:rFonts w:ascii="Courier New" w:hAnsi="Courier New"/>
          <w:color w:val="555555"/>
          <w:sz w:val="20"/>
        </w:rPr>
        <w:t>[5]</w:t>
      </w:r>
    </w:p>
    <w:p>
      <w:r>
        <w:rPr>
          <w:rFonts w:ascii="Gentium Plus" w:hAnsi="Gentium Plus"/>
          <w:sz w:val="24"/>
        </w:rPr>
        <w:t>νεᾶνις, ὡς δυναμένης νεάνιδος ὀνομάζεσθαι τῆς ἀκμαζούσης καθ’ ἡλικίαν, οὐχὶ δὲ τῆς ἀπειρογάμου γυναικός. Πρὸς οὓς ῥᾳδία καὶ αὐτόθεν ἡ ἀπάντησις. Εἰ γὰρ σημεῖόν ἐστι</w:t>
      </w:r>
    </w:p>
    <w:p>
      <w:r>
        <w:rPr>
          <w:rFonts w:ascii="Courier New" w:hAnsi="Courier New"/>
          <w:color w:val="555555"/>
          <w:sz w:val="20"/>
        </w:rPr>
        <w:t>[10]</w:t>
      </w:r>
    </w:p>
    <w:p>
      <w:r>
        <w:rPr>
          <w:rFonts w:ascii="Gentium Plus" w:hAnsi="Gentium Plus"/>
          <w:sz w:val="24"/>
        </w:rPr>
        <w:t>λῶν γυναῖκα, ἀνδρὶ συνοικοῦσαν, μητέρα γενέσθαι παιδίου; Πῶς δ’ ἂν καὶ τὸ ἀπὸ θελήματος σαρκὸς γεννηθὲν Ἐμμα‐ νουὴλ προσηγορεύετο; Ὥστε, εἰ μὲν σημεῖόν ἐστι τὸ διδό‐ μενον, παράδοξος ἔστω καὶ ἡ γέννησις. Εἰ δὲ κοινὸς ὁ τρόπος τῆς γεννήσεως τοῦ παιδίου, μήτε σημεῖον λεγέσθω,</w:t>
      </w:r>
    </w:p>
    <w:p>
      <w:r>
        <w:rPr>
          <w:rFonts w:ascii="Courier New" w:hAnsi="Courier New"/>
          <w:color w:val="555555"/>
          <w:sz w:val="20"/>
        </w:rPr>
        <w:t>[15]</w:t>
      </w:r>
    </w:p>
    <w:p>
      <w:r>
        <w:rPr>
          <w:rFonts w:ascii="Gentium Plus" w:hAnsi="Gentium Plus"/>
          <w:sz w:val="24"/>
        </w:rPr>
        <w:t>μήτε Ἐμμανουὴλ προσαγορευέσθω. Ὥστε εἰ μὴ παρθένος ἡ τεκοῦσα, ποῖον τοῦτο σημεῖον; Καὶ εἰ μὴ θειοτέρα ἢ κατὰ τοὺς πολλοὺς ἡ γέννησις, πῶς ἡ τοῦ Ἐμμανουὴλ παρουσία; Ὅτι μέντοι ἡ νεᾶνις ἐπὶ παρθένων ἰδίως ὠνομάσθη, δῆλον ἐκ τῶν ἐν τῷ Δευτερονομίῳ οὕτως εἰρημένων· Ἐὰν δὲ ἐν</w:t>
      </w:r>
    </w:p>
    <w:p>
      <w:r>
        <w:rPr>
          <w:rFonts w:ascii="Courier New" w:hAnsi="Courier New"/>
          <w:color w:val="555555"/>
          <w:sz w:val="20"/>
        </w:rPr>
        <w:t>[20]</w:t>
      </w:r>
    </w:p>
    <w:p>
      <w:r>
        <w:rPr>
          <w:rFonts w:ascii="Gentium Plus" w:hAnsi="Gentium Plus"/>
          <w:sz w:val="24"/>
        </w:rPr>
        <w:t>τῷ πεδίῳ εὕρῃ τὴν παῖδα τὴν μεμνηστευμένην καὶ βιασά‐ μενος κοιμηθῇ μετ’ αὐτῆς, ἀποκτενεῖτε τὸν ἄνθρωπον μό‐ νον, καὶ τῇ νεάνιδι οὐ ποιήσετε οὐδὲν, ὅτι οὐκ ἔστι τῇ νεάνιδι ἁμάρτημα θανάτου· ὅτι ὡς εἴ τις ἐπαναστῇ ἄνθρωπος ἐπὶ τὸν πλησίον αὐτοῦ, καὶ φονεύσῃ αὐτόν· οὕτω τὸ πρᾶγμα</w:t>
      </w:r>
    </w:p>
    <w:p>
      <w:r>
        <w:rPr>
          <w:rFonts w:ascii="Courier New" w:hAnsi="Courier New"/>
          <w:color w:val="555555"/>
          <w:sz w:val="20"/>
        </w:rPr>
        <w:t>[25]</w:t>
      </w:r>
    </w:p>
    <w:p>
      <w:r>
        <w:rPr>
          <w:rFonts w:ascii="Gentium Plus" w:hAnsi="Gentium Plus"/>
          <w:sz w:val="24"/>
        </w:rPr>
        <w:t>τοῦτο. Ἐν τῷ πεδίῳ εὗρεν αὐτήν· ἐβόησεν ἡ νεᾶνις, καὶ ὁ βοηθῶν οὐκ ἦν. Ἡ τοίνυν βοῶσα, πρὸ τῆς φθορᾶς, παρθένος ἦν, δηλονότι. Ἴσον οὖν δύναται εἰπεῖν, ἐβόησεν ἡ παρθένος, καὶ ἐβόησεν ἡ νεᾶνις. Καὶ ἐν τῇ τρίτῃ τῶν Βασιλειῶν, ἡ Σωμανῖτις, ἡ συνθάλπουσα τὸν Δαβὶδ, παρθένος οὖσα καὶ</w:t>
      </w:r>
    </w:p>
    <w:p>
      <w:r>
        <w:rPr>
          <w:rFonts w:ascii="Courier New" w:hAnsi="Courier New"/>
          <w:color w:val="555555"/>
          <w:sz w:val="20"/>
        </w:rPr>
        <w:t>[30]</w:t>
      </w:r>
    </w:p>
    <w:p>
      <w:r>
        <w:rPr>
          <w:rFonts w:ascii="Gentium Plus" w:hAnsi="Gentium Plus"/>
          <w:sz w:val="24"/>
        </w:rPr>
        <w:t>ἀνδρὸς ἀπείρατος, νεᾶνις προσαγορεύεται. Εὗρον γὰρ (φησὶ) τὴν Ἀβισὰκ καὶ ἤνεγκαν αὐτὴν πρὸς τὸν βασιλέα· καὶ ἡ νεᾶνις καλὴ ἕως σφόδρα καὶ ἐλειτούργει τῷ βασιλεῖ, καὶ ὁ βασιλεὺς οὐκ ἔγνω αὐτήν.</w:t>
      </w:r>
    </w:p>
    <w:p>
      <w:r>
        <w:rPr>
          <w:rFonts w:ascii="Courier New" w:hAnsi="Courier New"/>
          <w:color w:val="555555"/>
          <w:sz w:val="20"/>
        </w:rPr>
        <w:t>[35]</w:t>
      </w:r>
    </w:p>
    <w:p>
      <w:r>
        <w:rPr>
          <w:rFonts w:ascii="Gentium Plus" w:hAnsi="Gentium Plus"/>
          <w:sz w:val="24"/>
        </w:rPr>
        <w:t>Πῶς ἔσται μοι τοῦτο, ἐπεὶ ἄνδρα οὐ γινώσκω; Πρὸς ἣν ὁ Ἄγγελος, ὅτι Πνεῦμα Κυρίου ἐπελεύσεται ἐπὶ σέ, καὶ δύναμις Ὑψίστου ἐπισκιάσει σοί. Αὕτη ὑπόδικος οὐκ ἔστι τῷ περὶ κα‐ θαρισμοῦ νόμῳ. Γέγραπται γὰρ ἐν τῷ Δευτερονομίῳ, ὅτι Γυνὴ, ἥτις ἂν σπερματισθῇ καὶ τέκῃ ἄρσεν, ἀκάθαρτος ἔσται</w:t>
      </w:r>
    </w:p>
    <w:p>
      <w:r>
        <w:rPr>
          <w:rFonts w:ascii="Courier New" w:hAnsi="Courier New"/>
          <w:color w:val="555555"/>
          <w:sz w:val="20"/>
        </w:rPr>
        <w:t>[40]</w:t>
      </w:r>
    </w:p>
    <w:p>
      <w:r>
        <w:rPr>
          <w:rFonts w:ascii="Gentium Plus" w:hAnsi="Gentium Plus"/>
          <w:sz w:val="24"/>
        </w:rPr>
        <w:t>ἑπτὰ ἡμέρας. Αὕτη δὲ ἐπειδὴ μὴ σπερματισθεῖσα ἐγένετο μήτηρ τοῦ Ἐμμανουὴλ, καθαρὰ καὶ ἁγία καὶ ἀμίαντός ἐστι, καὶ μετὰ τὸ γενέσθαι μητέρα, ἔτι παρθένος διαμένουσα. Ἐπειδὴ γὰρ ὁ πρῶτος Ἀδὰμ οὐ τῇ ἐξ ἀνδρὸς καὶ γυναικὸς συνόδῳ παρῆλθεν εἰς γένεσιν, ἀλλ’ ἐκ τῆς γῆς ἀνεπλάσθη, καὶ</w:t>
      </w:r>
    </w:p>
    <w:p>
      <w:r>
        <w:rPr>
          <w:rFonts w:ascii="Courier New" w:hAnsi="Courier New"/>
          <w:color w:val="555555"/>
          <w:sz w:val="20"/>
        </w:rPr>
        <w:t>[45]</w:t>
      </w:r>
    </w:p>
    <w:p>
      <w:r>
        <w:rPr>
          <w:rFonts w:ascii="Gentium Plus" w:hAnsi="Gentium Plus"/>
          <w:sz w:val="24"/>
        </w:rPr>
        <w:t>ὁ ἔσχατος Ἀδὰμ τὴν ἐκείνου φθορὰν ἀνακαινίζων, ἐν τῇ παρθενικῇ μήτρᾳ διαπλασθὲν τὸ σῶμα ἔλαβεν, ἵνα ἐν τῷ ὁμοιώματι γένηται τῷ τῆς ἁμαρτίας διὰ σαρκός. —Ὑπὲρ δὲ τοῦ τὴν παράδοξον ταύτην γέννησιν μὴ πάντη ἄπιστον ἔχειν τοῖς δυσπαραδέκτως περὶ τὴν θείαν οἰκονομίαν διακειμένοις,</w:t>
      </w:r>
    </w:p>
    <w:p>
      <w:r>
        <w:rPr>
          <w:rFonts w:ascii="Courier New" w:hAnsi="Courier New"/>
          <w:color w:val="555555"/>
          <w:sz w:val="20"/>
        </w:rPr>
        <w:t>[7 . 202 (50)]</w:t>
      </w:r>
    </w:p>
    <w:p>
      <w:r>
        <w:rPr>
          <w:rFonts w:ascii="Gentium Plus" w:hAnsi="Gentium Plus"/>
          <w:sz w:val="24"/>
        </w:rPr>
        <w:t>ἔκτισέ τινα τῶν ζώων ὁ δημιουργὸς δυνάμενα ἀπὸ μόνου τοῦ θήλεος, χωρὶς τῆς τῶν ἀῤῥένων ἐπιπλοκῆς, ἀποτίκτειν. Τοιαῦτα γὰρ ἱστοροῦσι περὶ γυπῶν οἱ τὰ περὶ ζώων πραγ‐ ματευσάμενοι.</w:t>
      </w:r>
    </w:p>
    <w:p>
      <w:r>
        <w:rPr>
          <w:rFonts w:ascii="Courier New" w:hAnsi="Courier New"/>
          <w:color w:val="555555"/>
          <w:sz w:val="20"/>
        </w:rPr>
        <w:t>[7 . 203]</w:t>
      </w:r>
    </w:p>
    <w:p>
      <w:r>
        <w:rPr>
          <w:rFonts w:ascii="Gentium Plus" w:hAnsi="Gentium Plus"/>
          <w:sz w:val="24"/>
        </w:rPr>
        <w:t>Βούτυρον καὶ μέλι φάγεται· πρὶν ἢ γνῶναι αὐτὸν, ἢ προελέσθαι πονηρὰ, ἐκλέξεται τὸ ἀγαθόν. Παιδικῇ τροφῇ χρῆται ὁ Ἐμμανουὴλ διὰ τὴν σάρκα, βου‐ τύρῳ καὶ μέλιτι. Καὶ ὅμως ἐν τῇ τοῦ νηπίου καταστάσει</w:t>
      </w:r>
    </w:p>
    <w:p>
      <w:r>
        <w:rPr>
          <w:rFonts w:ascii="Courier New" w:hAnsi="Courier New"/>
          <w:color w:val="555555"/>
          <w:sz w:val="20"/>
        </w:rPr>
        <w:t>[5]</w:t>
      </w:r>
    </w:p>
    <w:p>
      <w:r>
        <w:rPr>
          <w:rFonts w:ascii="Gentium Plus" w:hAnsi="Gentium Plus"/>
          <w:sz w:val="24"/>
        </w:rPr>
        <w:t>ὑπάρχων, διὰ τὴν ἐνοικοῦσαν αὐτῷ δύναμιν τῆς ἀγαθότητος,</w:t>
      </w:r>
    </w:p>
    <w:p>
      <w:r>
        <w:rPr>
          <w:rFonts w:ascii="Courier New" w:hAnsi="Courier New"/>
          <w:color w:val="555555"/>
          <w:sz w:val="20"/>
        </w:rPr>
        <w:t>[10]</w:t>
      </w:r>
    </w:p>
    <w:p>
      <w:r>
        <w:rPr>
          <w:rFonts w:ascii="Gentium Plus" w:hAnsi="Gentium Plus"/>
          <w:sz w:val="24"/>
        </w:rPr>
        <w:t>μὲν ἐπὶ τὰ πάθη τῆς ψυχῆς καταῤῥεπούσης, νῦν δὲ πάλιν ὑπὸ τοῦ λόγου ἀνελκομένης ἐπὶ τὸ βέλτιον. Ἀλλ’ οὐχὶ καὶ ὁ Κύριος οὕτως· ἀλλ’ ἡ πρὸς τὸ ἀγαθὸν αὐτοῦ οἰκείωσις, εὐθὺς ἐκ πρώτης γενέσεως διεφαίνετο. Τί γὰρ γέγραπται; Ὅτι πρὶν ἢ γνῶναι αὐτὸν ἢ προελέσθαι πονηρὰ, ἐκλέξεται</w:t>
      </w:r>
    </w:p>
    <w:p>
      <w:r>
        <w:rPr>
          <w:rFonts w:ascii="Courier New" w:hAnsi="Courier New"/>
          <w:color w:val="555555"/>
          <w:sz w:val="20"/>
        </w:rPr>
        <w:t>[15]</w:t>
      </w:r>
    </w:p>
    <w:p>
      <w:r>
        <w:rPr>
          <w:rFonts w:ascii="Gentium Plus" w:hAnsi="Gentium Plus"/>
          <w:sz w:val="24"/>
        </w:rPr>
        <w:t>τὸ ἀγαθόν. —Ἀναδραμῶν δὲ ἐπὶ τὰ ἐν Γενέσει γεγραμμένα περὶ τοῦ γνωστοῦ καλοῦ καὶ πονηροῦ, εὑρήσεις ἐκεῖ τὴν πρὸ τῆς ἁμαρτίας κατάστασιν τοῦ Ἀδὰμ παραπλησίαν οὖσαν τῇ νῦν ἀναγεγραμμένῃ· ὅτι ἐν ἀγνοίᾳ ἦν τοῦ πονη‐ ροῦ κατὰ πεῖραν. Διὸ καὶ ὁ Κύριος ἐν μὲν τῇ παιδικῇ δια‐</w:t>
      </w:r>
    </w:p>
    <w:p>
      <w:r>
        <w:rPr>
          <w:rFonts w:ascii="Courier New" w:hAnsi="Courier New"/>
          <w:color w:val="555555"/>
          <w:sz w:val="20"/>
        </w:rPr>
        <w:t>[20]</w:t>
      </w:r>
    </w:p>
    <w:p>
      <w:r>
        <w:rPr>
          <w:rFonts w:ascii="Gentium Plus" w:hAnsi="Gentium Plus"/>
          <w:sz w:val="24"/>
        </w:rPr>
        <w:t>θέσει τὸ ἀκέραιον καὶ ἄτρωτον ἔτι τοῦ Ἀδὰμ ἐμιμήσατο· ἐν δὲ τῷ ἀθετεῖν τὴν πονηρίαν, τὴν ἐκ τῆς παρακοῆς παρα‐ νομίαν ἐπηνωρθώσατο.</w:t>
      </w:r>
    </w:p>
    <w:p>
      <w:r>
        <w:rPr>
          <w:rFonts w:ascii="Courier New" w:hAnsi="Courier New"/>
          <w:color w:val="555555"/>
          <w:sz w:val="20"/>
        </w:rPr>
        <w:t>[7 . 204]</w:t>
      </w:r>
    </w:p>
    <w:p>
      <w:r>
        <w:rPr>
          <w:rFonts w:ascii="Gentium Plus" w:hAnsi="Gentium Plus"/>
          <w:sz w:val="24"/>
        </w:rPr>
        <w:t>Ἀλλ’ ἐπάξει (φησὶν) ὁ Θεὸς ἐπὶ σὲ καὶ ἐπὶ τὸν λαόν σου καὶ ἐπὶ τὸν οἶκον τοῦ πατρός σου ἡμέρας, αἳ οὔπω ἥκασιν ἀφ’ ἧς ἀφεῖλεν Ἐφραῒμ ἀπὸ Ἰούδα, τὸν βασιλέα τῶν Ἀσσυρίων.</w:t>
      </w:r>
    </w:p>
    <w:p>
      <w:r>
        <w:rPr>
          <w:rFonts w:ascii="Courier New" w:hAnsi="Courier New"/>
          <w:color w:val="555555"/>
          <w:sz w:val="20"/>
        </w:rPr>
        <w:t>[5]</w:t>
      </w:r>
    </w:p>
    <w:p>
      <w:r>
        <w:rPr>
          <w:rFonts w:ascii="Gentium Plus" w:hAnsi="Gentium Plus"/>
          <w:sz w:val="24"/>
        </w:rPr>
        <w:t>Ἔοικε τὰς τελευταίας ἡμέρας, μετὰ τὸ Πάθος τοῦ Κυρίου, ἐκ τῆς τῶν Ῥωμαίων πολιορκίας ἐπελθούσης τῇ Ἱερου‐ σαλὴμ, ὁ λόγος αἰνίσσεσθαι. Μετὰ γὰρ τὴν ἐπιδημίαν τοῦ Ἐμμανουὴλ, ἐπάξει Κύριος ἐπὶ τὸν Ἀχὰζ καὶ τὸν λαὸν αὐτοῦ καὶ τὸν οἶκον τοῦ πατρὸς αὐτοῦ, ἡμέρας, αἳ</w:t>
      </w:r>
    </w:p>
    <w:p>
      <w:r>
        <w:rPr>
          <w:rFonts w:ascii="Courier New" w:hAnsi="Courier New"/>
          <w:color w:val="555555"/>
          <w:sz w:val="20"/>
        </w:rPr>
        <w:t>[10]</w:t>
      </w:r>
    </w:p>
    <w:p>
      <w:r>
        <w:rPr>
          <w:rFonts w:ascii="Gentium Plus" w:hAnsi="Gentium Plus"/>
          <w:sz w:val="24"/>
        </w:rPr>
        <w:t>οὔπω ἥκασιν ἀφ’ οὗ ἀπεμερίσθη τοῦ Ἰούδα, αἰχμάλωτος ἀπαχθεὶς ὑπὸ τοῦ βασιλέως τῶν Ἀσσυρίων. Ἀπέστη δὲ Ἐφραῒμ ἀπὸ τοῦ Ἰούδα ἐν ἡμέραις Ἱεροβοὰμ υἱοῦ Νά‐ βατ, ὃς ἐξήμαρτε τὸν Ἰσραὴλ, ὃς πρῶτος κατῆρξε τῆς ἀποστασίας, εἰπών· Οὐκ ἔστιν ἡμῖν μερὶς ἐν Δαβὶδ, οὐδὲ</w:t>
      </w:r>
    </w:p>
    <w:p>
      <w:r>
        <w:rPr>
          <w:rFonts w:ascii="Courier New" w:hAnsi="Courier New"/>
          <w:color w:val="555555"/>
          <w:sz w:val="20"/>
        </w:rPr>
        <w:t>[15]</w:t>
      </w:r>
    </w:p>
    <w:p>
      <w:r>
        <w:rPr>
          <w:rFonts w:ascii="Gentium Plus" w:hAnsi="Gentium Plus"/>
          <w:sz w:val="24"/>
        </w:rPr>
        <w:t>κληρονομία ἐν υἱῷ Ἰεσσαί. Διὰ τοῦτο ὁ Ἐφραῒμ ἀφεῖλε τὸν βασιλέα τῶν Ἀσσυρίων ἀπὸ τοῦ Ἰούδα ἐφ’ ἑαυτὸν, περιπατήσας καὶ μὴ ἐάσας ἐπικεῖσθαι σφοδρῶς τῇ πολιορ‐ κίᾳ τῆς Ἱερουσαλήμ. Καὶ ἔσται ἐν τῇ ἡμέρᾳ ἐκείνῃ· συριεῖ Κύριος μυίαις,</w:t>
      </w:r>
    </w:p>
    <w:p>
      <w:r>
        <w:rPr>
          <w:rFonts w:ascii="Courier New" w:hAnsi="Courier New"/>
          <w:color w:val="555555"/>
          <w:sz w:val="20"/>
        </w:rPr>
        <w:t>[20]</w:t>
      </w:r>
    </w:p>
    <w:p>
      <w:r>
        <w:rPr>
          <w:rFonts w:ascii="Gentium Plus" w:hAnsi="Gentium Plus"/>
          <w:sz w:val="24"/>
        </w:rPr>
        <w:t>ὃ κυριεύει μέρους ποταμοῦ Αἰγύπτου· καὶ τῇ μελίσσῃ, ἥ ἐστιν ἐν χώρᾳ Ἀσσυρίων. Καὶ ἐλεύσονται καὶ ἀνα‐ παύσονται πάντες ἐν ταῖς φάραγξι τῆς χώρας καὶ ἐν ταῖς τρώγλαις τῶν πετρῶν καὶ εἰς τὰ σπήλαια καὶ εἰς πᾶσαν ῥαγάδα καὶ ἐν παντὶ ξύλῳ. Εἰς Αἴγυπτον (φησὶ)</w:t>
      </w:r>
    </w:p>
    <w:p>
      <w:r>
        <w:rPr>
          <w:rFonts w:ascii="Courier New" w:hAnsi="Courier New"/>
          <w:color w:val="555555"/>
          <w:sz w:val="20"/>
        </w:rPr>
        <w:t>[25]</w:t>
      </w:r>
    </w:p>
    <w:p>
      <w:r>
        <w:rPr>
          <w:rFonts w:ascii="Gentium Plus" w:hAnsi="Gentium Plus"/>
          <w:sz w:val="24"/>
        </w:rPr>
        <w:t>κατέβη ὁ λαός μου, παροικῆσαι ἐκεῖ· καὶ εἰς Ἀσσυρίους βίᾳ ἤχθησαν. Διὰ τοῦτο προφητεύει ἐπὶ τῇ γεννήσει τοῦ Ἐμμανουὴλ, εἴτε ἐν Αἰγύπτῳ τις εἴη, τῶν ἀπὸ τοῦ λαοῦ, εἴτε ἐν τοῖς Ἀσσυρίοις, ἐξελεύσεσθαι αὐτοὺς καὶ ἐν τῇ χώρᾳ τῆς Ἰουδαίας γενομένους ἀναπαύσασθαι ἐν ταῖς αὐ‐</w:t>
      </w:r>
    </w:p>
    <w:p>
      <w:r>
        <w:rPr>
          <w:rFonts w:ascii="Courier New" w:hAnsi="Courier New"/>
          <w:color w:val="555555"/>
          <w:sz w:val="20"/>
        </w:rPr>
        <w:t>[30]</w:t>
      </w:r>
    </w:p>
    <w:p>
      <w:r>
        <w:rPr>
          <w:rFonts w:ascii="Gentium Plus" w:hAnsi="Gentium Plus"/>
          <w:sz w:val="24"/>
        </w:rPr>
        <w:t>τοφυέσι καὶ σχολαζούσαις καταδύσεσι. Μυίας μέντοι κυριεύειν μέρους ποταμοῦ Αἰγύπτου, καὶ με‐ λίσσας ἐν τῇ χώρᾳ εἶναι τῶν Ἀσσυρίων φησί, τὸ εὐτελὲς ἐνδεικνύμενος τῶν ἀντικειμένων δυνάμεων. Μυῖα γάρ ἐστι ζῶον ἀπὸ κόπρου τὴν γένεσιν ἔχον, ὀχληρὸν τοῖς ἀνθρώποις</w:t>
      </w:r>
    </w:p>
    <w:p>
      <w:r>
        <w:rPr>
          <w:rFonts w:ascii="Courier New" w:hAnsi="Courier New"/>
          <w:color w:val="555555"/>
          <w:sz w:val="20"/>
        </w:rPr>
        <w:t>[35]</w:t>
      </w:r>
    </w:p>
    <w:p>
      <w:r>
        <w:rPr>
          <w:rFonts w:ascii="Gentium Plus" w:hAnsi="Gentium Plus"/>
          <w:sz w:val="24"/>
        </w:rPr>
        <w:t>γένος καὶ μυσαρὸν, ὧν καὶ ἡ ζωὴ ὀχληρὰ καὶ ὁ θάνατος βδε‐ λυκτός. Τότε μέρους κυριεύουσι τοῦ ποταμοῦ Αἰγύπτου. Ἄνωθεν γὰρ ἐκ τῶν Αἰθιόπων ἀρχόμενος ὁ Νεῖλος, περὶ βραχὺ ἑαυτοῦ μέρος, τὸ πρὸς ταῖς ἐκβολαῖς τῆς θαλάσσης, κατοικοῦ‐ σαν ἔχει τὴν Αἴγυπτον. Ἐν ᾧ τόπῳ πάντα τὰ τετράποδα καὶ</w:t>
      </w:r>
    </w:p>
    <w:p>
      <w:r>
        <w:rPr>
          <w:rFonts w:ascii="Courier New" w:hAnsi="Courier New"/>
          <w:color w:val="555555"/>
          <w:sz w:val="20"/>
        </w:rPr>
        <w:t>[40]</w:t>
      </w:r>
    </w:p>
    <w:p>
      <w:r>
        <w:rPr>
          <w:rFonts w:ascii="Gentium Plus" w:hAnsi="Gentium Plus"/>
          <w:sz w:val="24"/>
        </w:rPr>
        <w:t>θηρία καὶ ἑρπετὰ καὶ πτηνὰ θεοποιούμενα προσκυνεῖται. Ταύτας οὖν τὰς μυίας, τὸ ἀσθενὲς τῆς ἀντικειμένης δυνά‐ μεως, τῷ συριγμῷ ἑαυτοῦ ἀφανίσει Κύριος, τουτέστι τῷ πνεύματι τοῦ στόματος αὐτοῦ ἀφανίσει. —Καὶ ἐν χώρᾳ τῶν Ἀσσυρίων τῇ μελίσσῃ. Ἔστι δὲ καὶ ἡ μέλισσα μικρὸν</w:t>
      </w:r>
    </w:p>
    <w:p>
      <w:r>
        <w:rPr>
          <w:rFonts w:ascii="Courier New" w:hAnsi="Courier New"/>
          <w:color w:val="555555"/>
          <w:sz w:val="20"/>
        </w:rPr>
        <w:t>[45]</w:t>
      </w:r>
    </w:p>
    <w:p>
      <w:r>
        <w:rPr>
          <w:rFonts w:ascii="Gentium Plus" w:hAnsi="Gentium Plus"/>
          <w:sz w:val="24"/>
        </w:rPr>
        <w:t>ζῶον καὶ ἀσθενὲς, ἀποθνῆσκον ἐν ᾧ ἀμύνεται. Ὁμοῦ τε γὰρ ἐνῆκε τὸ κέντρον, καὶ συναπέθανε τῇ πληγῇ· καὶ τὸν μὲν τρωθέντα μικρὸν ἔβλαψεν, ἑαυτὴν δὲ τῆς ζωῆς ἀπεστέρησε. Τοιαύτη τῶν πικρῶν ἀνθρώπων καὶ πνευματομάχων ἡ φύ‐ σις, μείζονα κακούντων ἑαυτοὺς διὰ τῆς πονηρίας, ἢ ὅσοι</w:t>
      </w:r>
    </w:p>
    <w:p>
      <w:r>
        <w:rPr>
          <w:rFonts w:ascii="Courier New" w:hAnsi="Courier New"/>
          <w:color w:val="555555"/>
          <w:sz w:val="20"/>
        </w:rPr>
        <w:t>[7 . 204 (50)]</w:t>
      </w:r>
    </w:p>
    <w:p>
      <w:r>
        <w:rPr>
          <w:rFonts w:ascii="Gentium Plus" w:hAnsi="Gentium Plus"/>
          <w:sz w:val="24"/>
        </w:rPr>
        <w:t>ἂν αὐτῶν τῇ ὀργῇ περιτύχωσιν.</w:t>
      </w:r>
    </w:p>
    <w:p>
      <w:r>
        <w:rPr>
          <w:rFonts w:ascii="Courier New" w:hAnsi="Courier New"/>
          <w:color w:val="555555"/>
          <w:sz w:val="20"/>
        </w:rPr>
        <w:t>[7 . 205]</w:t>
      </w:r>
    </w:p>
    <w:p>
      <w:r>
        <w:rPr>
          <w:rFonts w:ascii="Gentium Plus" w:hAnsi="Gentium Plus"/>
          <w:sz w:val="24"/>
        </w:rPr>
        <w:t>Καὶ ἐν τῇ ἡμέρᾳ ἐκείνῃ ξυρήσει Κύριος τῷ ξυρῷ τῷ μεμισθωμένῳ πέραν τοῦ ποταμοῦ βασιλέως Ἀσσυ‐ ρίων τὴν κεφαλὴν, καὶ τὰς τρίχας τῶν ποδῶν καὶ τὸν πώ‐ γωνα ἀφελεῖ.</w:t>
      </w:r>
    </w:p>
    <w:p>
      <w:r>
        <w:rPr>
          <w:rFonts w:ascii="Courier New" w:hAnsi="Courier New"/>
          <w:color w:val="555555"/>
          <w:sz w:val="20"/>
        </w:rPr>
        <w:t>[5]</w:t>
      </w:r>
    </w:p>
    <w:p>
      <w:r>
        <w:rPr>
          <w:rFonts w:ascii="Gentium Plus" w:hAnsi="Gentium Plus"/>
          <w:sz w:val="24"/>
        </w:rPr>
        <w:t>Μετὰ τὴν γένεσιν τοῦ Χριστοῦ, πάσης τῆς ἀντικειμένης δυνάμεως, ὡς μυίας καὶ μελίσσης, τῷ πνεύματι τοῦ στό‐ ματος τοῦ Κυρίου διασκεδασθείσης, ἐπισυναχθήσονται οἱ υἱοὶ Ἰσραὴλ καὶ ἐναναπαύσονται ταῖς αὐτοφυέσιν ὑποδο‐ χαῖς, φάραγξι καὶ χώραις καὶ ταῖς ῥαγάσι καὶ τοῖς</w:t>
      </w:r>
    </w:p>
    <w:p>
      <w:r>
        <w:rPr>
          <w:rFonts w:ascii="Courier New" w:hAnsi="Courier New"/>
          <w:color w:val="555555"/>
          <w:sz w:val="20"/>
        </w:rPr>
        <w:t>[10]</w:t>
      </w:r>
    </w:p>
    <w:p>
      <w:r>
        <w:rPr>
          <w:rFonts w:ascii="Gentium Plus" w:hAnsi="Gentium Plus"/>
          <w:sz w:val="24"/>
        </w:rPr>
        <w:t>τοιούτοις. Τὸ δὲ Ξυρήσει Κύριος ἐν τῷ μεμισθωμένῳ ξυρῷ τοῦ βασιλέως τῶν Ἀσσυρίων τὴν κεφαλὴν, καὶ τὰς τρίχας τῶν ποδῶν, καὶ τὸν πώγωνα αὐτοῦ ἀφελεῖ, ἔοικεν ὁ λόγος αἰνίσσεσθαι διὰ τοῦ μεμισθωμένου ξυροῦ δύ‐ ναμίν τινα μισθοφορικὴν, τὴν μέλλουσαν ψιλὴν ἀποδεικ‐</w:t>
      </w:r>
    </w:p>
    <w:p>
      <w:r>
        <w:rPr>
          <w:rFonts w:ascii="Courier New" w:hAnsi="Courier New"/>
          <w:color w:val="555555"/>
          <w:sz w:val="20"/>
        </w:rPr>
        <w:t>[15]</w:t>
      </w:r>
    </w:p>
    <w:p>
      <w:r>
        <w:rPr>
          <w:rFonts w:ascii="Gentium Plus" w:hAnsi="Gentium Plus"/>
          <w:sz w:val="24"/>
        </w:rPr>
        <w:t>νύειν τὴν Ἀσσυρίων βασιλείαν, ἥτις καὶ τὰ ἔνδοξα αὐτῆς περιαιρήσεται, τουτέστι τὰς τρίχας τῆς κεφαλῆς αὐτῆς καὶ τὸν πολὺν καὶ χυδαῖον λαὸν ἐξαφανίσει, οὓς τροπικῶς ὁ λόγος τρίχας ποδῶν παρέδωκεν. Ἔπειτα μέντοι καὶ αὐτὰ τὰ τιμιώτατα καὶ τὰ τῆς ἀνδρείας σύμβολα, ἃ πώγωνα</w:t>
      </w:r>
    </w:p>
    <w:p>
      <w:r>
        <w:rPr>
          <w:rFonts w:ascii="Courier New" w:hAnsi="Courier New"/>
          <w:color w:val="555555"/>
          <w:sz w:val="20"/>
        </w:rPr>
        <w:t>[20]</w:t>
      </w:r>
    </w:p>
    <w:p>
      <w:r>
        <w:rPr>
          <w:rFonts w:ascii="Gentium Plus" w:hAnsi="Gentium Plus"/>
          <w:sz w:val="24"/>
        </w:rPr>
        <w:t>προσηγόρευσεν, ὑπὸ τοῦ ξυροῦ τοῦ μεμισθωμένου περιαι‐ ρήσεσθαι ἀπειλεῖ. —Καὶ τάχα οἱ προσέχοντες τῇ ἱστορίᾳ εὑ‐ ρήσουσι παρὰ τῆς Ῥωμαϊκῆς δυνάμεως ταῦτα περὶ τοὺς Ἀσσυρίους γεγενημένα, ἃ ἐπὶ τῆς γεννήσεως γίνεται τοῦ Ἐμμανουήλ.</w:t>
      </w:r>
    </w:p>
    <w:p>
      <w:r>
        <w:rPr>
          <w:rFonts w:ascii="Courier New" w:hAnsi="Courier New"/>
          <w:color w:val="555555"/>
          <w:sz w:val="20"/>
        </w:rPr>
        <w:t>[25]</w:t>
      </w:r>
    </w:p>
    <w:p>
      <w:r>
        <w:rPr>
          <w:rFonts w:ascii="Gentium Plus" w:hAnsi="Gentium Plus"/>
          <w:sz w:val="24"/>
        </w:rPr>
        <w:t>Καὶ ἔσται ἐν τῇ ἡμέρᾳ ἐκείνῃ, θρέψει ἄνθρωπος δάμαλιν βοῶν καὶ δύο πρόβατα, καὶ ἔσται ἀπὸ τοῦ πλεῖστον ποιεῖν γάλα, βούτυρον καὶ μέλι φάγεται πᾶς ὁ καταλειφ‐ θεὶς ἐπὶ τῆς γῆς. Ἐπειδὰν ἡ ἀνάπαυσις τῷ Ἰσραὴλ ῥυσ‐ θέντι ἀπὸ τῆς αἰχμαλωσίας γένηται, ἀτιμωθῇ δὲ ὁ ἐπι‐</w:t>
      </w:r>
    </w:p>
    <w:p>
      <w:r>
        <w:rPr>
          <w:rFonts w:ascii="Courier New" w:hAnsi="Courier New"/>
          <w:color w:val="555555"/>
          <w:sz w:val="20"/>
        </w:rPr>
        <w:t>[30]</w:t>
      </w:r>
    </w:p>
    <w:p>
      <w:r>
        <w:rPr>
          <w:rFonts w:ascii="Gentium Plus" w:hAnsi="Gentium Plus"/>
          <w:sz w:val="24"/>
        </w:rPr>
        <w:t>βουλεύων αὐτῷ βασιλεὺς, γυμνωθεὶς ὑπὸ τοῦ μεμισθω‐ μένου ξυροῦ, τότε (φησὶ) τοσαύτη κατὰ τὴν χώραν εὐετη‐ ρία γενήσεται, ὥστε μίαν δάμαλιν καὶ δύο πρόβατα τῷ κεκτημένῳ δαψιλὲς χορηγεῖν τὸ γάλα· ὥστε ἔχειν αὐτὸν περιουσίαν βουτύρου, διὰ τὸ πάντας τοὺς κατοικοῦντας ἐπὶ</w:t>
      </w:r>
    </w:p>
    <w:p>
      <w:r>
        <w:rPr>
          <w:rFonts w:ascii="Courier New" w:hAnsi="Courier New"/>
          <w:color w:val="555555"/>
          <w:sz w:val="20"/>
        </w:rPr>
        <w:t>[35]</w:t>
      </w:r>
    </w:p>
    <w:p>
      <w:r>
        <w:rPr>
          <w:rFonts w:ascii="Gentium Plus" w:hAnsi="Gentium Plus"/>
          <w:sz w:val="24"/>
        </w:rPr>
        <w:t>τῆς γῆς βουτύρῳ καὶ μέλιτι τρέφεσθαι. —Τάχα δὲ εὐπρε‐ πέστερον ὑψηλοτέραις ἐννοίαις τὰς περὶ τῶν ζώων διδασκα‐ λίας ἐκδέχεσθαι. Ἀντὶ γὰρ τοῦ εἰπεῖν, ὅτι θρέψει ἕκαστος τὸ φιλόπονον καὶ γεωργικὸν τῆς ψυχῆς, δάμαλιν εἶπε, τὸ γεωργικὸν καὶ συνεργὸν ἡμῖν ζῶον· καὶ ἀντὶ τοῦ ἡμέρου καὶ</w:t>
      </w:r>
    </w:p>
    <w:p>
      <w:r>
        <w:rPr>
          <w:rFonts w:ascii="Courier New" w:hAnsi="Courier New"/>
          <w:color w:val="555555"/>
          <w:sz w:val="20"/>
        </w:rPr>
        <w:t>[40]</w:t>
      </w:r>
    </w:p>
    <w:p>
      <w:r>
        <w:rPr>
          <w:rFonts w:ascii="Gentium Plus" w:hAnsi="Gentium Plus"/>
          <w:sz w:val="24"/>
        </w:rPr>
        <w:t>ἐπιεικοῦς καὶ εὐμεταδότου ἤθους, πρόβατα τροπικῶς προσ‐ ηγόρευσε. Διότι, ὥσπερ ἀπὸ τοῦ ζώου τούτου ἡ ὕλη τῆς σκέπης ἡμῖν ὑπάρχει, οὕτως ἀπὸ τῆς κατὰ τὴν ἀρετὴν περιβολῆς ἡ ζωὴ τῶν σπουδαίων κατακοσμεῖσθαι πέφυκεν. Ἐπεὶ οὖν καὶ τρέφεται πνευματικῶς καὶ κεκόσμηται, διὰ</w:t>
      </w:r>
    </w:p>
    <w:p>
      <w:r>
        <w:rPr>
          <w:rFonts w:ascii="Courier New" w:hAnsi="Courier New"/>
          <w:color w:val="555555"/>
          <w:sz w:val="20"/>
        </w:rPr>
        <w:t>[45]</w:t>
      </w:r>
    </w:p>
    <w:p>
      <w:r>
        <w:rPr>
          <w:rFonts w:ascii="Gentium Plus" w:hAnsi="Gentium Plus"/>
          <w:sz w:val="24"/>
        </w:rPr>
        <w:t>τοῦτο θρέψει δάμαλιν καὶ δύο πρόβατα. Βούτυρον καὶ μέλι τὰ εἰσαγωγικὰ εἰς τὴν θείαν διδασκα‐ λίαν διδάγματα λέγει· διότι πρῶτον ἀνθρώπου τροφὴ, βού‐</w:t>
      </w:r>
    </w:p>
    <w:p>
      <w:r>
        <w:rPr>
          <w:rFonts w:ascii="Courier New" w:hAnsi="Courier New"/>
          <w:color w:val="555555"/>
          <w:sz w:val="20"/>
        </w:rPr>
        <w:t>[7 . 205 (50)]</w:t>
      </w:r>
    </w:p>
    <w:p>
      <w:r>
        <w:rPr>
          <w:rFonts w:ascii="Gentium Plus" w:hAnsi="Gentium Plus"/>
          <w:sz w:val="24"/>
        </w:rPr>
        <w:t>στερεωτέρας καὶ μείζονος καὶ ἀνδράσι πρεπούσης τροφῆς μεταλήψεται, τοῖς πνευματικοῖς μαθήμασιν ἑαυτὸν ἐπιδούς.</w:t>
      </w:r>
    </w:p>
    <w:p>
      <w:r>
        <w:rPr>
          <w:rFonts w:ascii="Courier New" w:hAnsi="Courier New"/>
          <w:color w:val="555555"/>
          <w:sz w:val="20"/>
        </w:rPr>
        <w:t>[7 . 206]</w:t>
      </w:r>
    </w:p>
    <w:p>
      <w:r>
        <w:rPr>
          <w:rFonts w:ascii="Gentium Plus" w:hAnsi="Gentium Plus"/>
          <w:sz w:val="24"/>
        </w:rPr>
        <w:t>Καὶ ἔσται ἐν τῇ ἡμέρᾳ ἐκείνῃ, πᾶς τόπος οὗ ἐὰν ὦσι χίλιαι ἄμπελοι χιλίων σίκλων, εἰς χέρσον ἔσονται καὶ εἰς ἄκανθαν. Μετὰ βέλους καὶ τοξεύματος εἰσελεύσονται ἐκεῖ, ὅτι χέρσος καὶ ἄκανθα ἔσται πᾶσα ἡ γῆ, καὶ πᾶν ὄρος ἀρο‐</w:t>
      </w:r>
    </w:p>
    <w:p>
      <w:r>
        <w:rPr>
          <w:rFonts w:ascii="Courier New" w:hAnsi="Courier New"/>
          <w:color w:val="555555"/>
          <w:sz w:val="20"/>
        </w:rPr>
        <w:t>[5]</w:t>
      </w:r>
    </w:p>
    <w:p>
      <w:r>
        <w:rPr>
          <w:rFonts w:ascii="Gentium Plus" w:hAnsi="Gentium Plus"/>
          <w:sz w:val="24"/>
        </w:rPr>
        <w:t>τριώμενον ἀροτριωθήσεται. Οὐ μὴ ἐπέλθῃ ἐκεῖ φόβος· ἔσται γὰρ, ἀπὸ τῆς χέρσου καὶ ἀκάνθης, βόσκημα προβά‐ του καὶ καταπάτημα βοός. Ὥς γε ἐν τόποις δυσθεωρήτοις, ἡγούμεθα μὴ πάντη ἀπᾴ‐ δουσαν διήγησιν εὑρηκέναι. Ὅρα τοίνυν, εἰ δύνασαι τοιαύτην</w:t>
      </w:r>
    </w:p>
    <w:p>
      <w:r>
        <w:rPr>
          <w:rFonts w:ascii="Courier New" w:hAnsi="Courier New"/>
          <w:color w:val="555555"/>
          <w:sz w:val="20"/>
        </w:rPr>
        <w:t>[10]</w:t>
      </w:r>
    </w:p>
    <w:p>
      <w:r>
        <w:rPr>
          <w:rFonts w:ascii="Gentium Plus" w:hAnsi="Gentium Plus"/>
          <w:sz w:val="24"/>
        </w:rPr>
        <w:t>διάνοιαν περὶ τῶν ῥητῶν ἐκλαβεῖν, ὡς ἄρα μὲν οἱ ἐκ περιτομῆς ἦσαν αἱ χίλιαι ἄμπελοι χιλίων σίκλων. Ἄμπελον γὰρ ἐξ Αἰγύπτου μετῆρε καὶ, ἐκβαλὼν ἔθνη, κατεφύτευσεν αὐτήν· ἥτις, εὐθηνήσασα πρότερον, ὕστερον ἠμελήθη διὰ τὸ στραφῆ‐ ναι αὐτὴν εἰς πικρίαν· καὶ καθῃρέθη μὲν αὐτῆς ὁ φραγμὸς,</w:t>
      </w:r>
    </w:p>
    <w:p>
      <w:r>
        <w:rPr>
          <w:rFonts w:ascii="Courier New" w:hAnsi="Courier New"/>
          <w:color w:val="555555"/>
          <w:sz w:val="20"/>
        </w:rPr>
        <w:t>[15]</w:t>
      </w:r>
    </w:p>
    <w:p>
      <w:r>
        <w:rPr>
          <w:rFonts w:ascii="Gentium Plus" w:hAnsi="Gentium Plus"/>
          <w:sz w:val="24"/>
        </w:rPr>
        <w:t>ἐγένετο δὲ εἰς διαρπαγὴν τοῖς παραπορευομένοις. Ἐκεῖναι τοίνυν αἱ ἄμπελοι αἱ πολύφοροι ἐγένοντο εἰς χέρσον καὶ ἀνακανθῶνας, ὅτε μετὰ μυρίων βελῶν καὶ τοξευμάτων ὁ πολέμιος αὐτοῖς ἐπῆλθε στρατὸς, τὴν ἐρημίαν ἐπάγων. Ὄρη δὲ ἀροτριώμενά εἰσιν αἱ εἰς Χριστὸν πεπιστευκυῖαι</w:t>
      </w:r>
    </w:p>
    <w:p>
      <w:r>
        <w:rPr>
          <w:rFonts w:ascii="Courier New" w:hAnsi="Courier New"/>
          <w:color w:val="555555"/>
          <w:sz w:val="20"/>
        </w:rPr>
        <w:t>[20]</w:t>
      </w:r>
    </w:p>
    <w:p>
      <w:r>
        <w:rPr>
          <w:rFonts w:ascii="Gentium Plus" w:hAnsi="Gentium Plus"/>
          <w:sz w:val="24"/>
        </w:rPr>
        <w:t>ψυχαί· πρότερον μὲν ἔρημοι καὶ ἀγεώργητοι, διὰ τοῦτο ἐχέρ‐</w:t>
      </w:r>
    </w:p>
    <w:p>
      <w:r>
        <w:rPr>
          <w:rFonts w:ascii="Courier New" w:hAnsi="Courier New"/>
          <w:color w:val="555555"/>
          <w:sz w:val="20"/>
        </w:rPr>
        <w:t>[25]</w:t>
      </w:r>
    </w:p>
    <w:p>
      <w:r>
        <w:rPr>
          <w:rFonts w:ascii="Gentium Plus" w:hAnsi="Gentium Plus"/>
          <w:sz w:val="24"/>
        </w:rPr>
        <w:t>βαλον. Τὸ δὲ ἀπὸ τῶν ἐθνῶν σύστημα, ὅπερ ὄρος ὠνόμασται ἀροτριώμενον, ἀροτριᾶται, ἀπαλλαγὲν πάσης δειλίας καὶ τοῦ ἀπὸ τῶν πολεμίων φόβου. —Ὄρος οὖν, ἡ ὑψωθεῖσα ὑπὸ τῆς τοῦ Χριστοῦ διδασκαλίας ψυχή. Ἐπεὶ οὖν ἦλθεν ὁ Κύριος, ἐξεκλάσθη μὲν ὁ Ἰσραὴλ, κατεφυτεύθη δὲ τὰ ἔθνη, ἵνα τῷ</w:t>
      </w:r>
    </w:p>
    <w:p>
      <w:r>
        <w:rPr>
          <w:rFonts w:ascii="Courier New" w:hAnsi="Courier New"/>
          <w:color w:val="555555"/>
          <w:sz w:val="20"/>
        </w:rPr>
        <w:t>[30]</w:t>
      </w:r>
    </w:p>
    <w:p>
      <w:r>
        <w:rPr>
          <w:rFonts w:ascii="Gentium Plus" w:hAnsi="Gentium Plus"/>
          <w:sz w:val="24"/>
        </w:rPr>
        <w:t>ἐκείνων παραπτώματι ἡ σωτηρία πᾶσιν οἰκονομηθῇ, καὶ ἀδεῶς τοῖς ὄρεσι τούτοις καὶ πρόβατα καὶ βόες ἐννεμό‐ μενα, ἄφθονον τὴν παρ’ ἑαυτῶν ὠφέλειαν παρέχωνται. —Δη‐ λονότι πρόβατα οἱ χρηστότεροι τὰ ἤθη, βόες δὲ, οἱ πρὸς τὴν</w:t>
      </w:r>
    </w:p>
    <w:p>
      <w:r>
        <w:rPr>
          <w:rFonts w:ascii="Courier New" w:hAnsi="Courier New"/>
          <w:color w:val="555555"/>
          <w:sz w:val="20"/>
        </w:rPr>
        <w:t>[8 t]</w:t>
      </w:r>
    </w:p>
    <w:p>
      <w:pPr>
        <w:jc w:val="center"/>
      </w:pPr>
      <w:r>
        <w:rPr>
          <w:rFonts w:ascii="Gentium Plus" w:hAnsi="Gentium Plus"/>
          <w:b/>
          <w:sz w:val="24"/>
        </w:rPr>
        <w:t>ΚΕΦΑΛΑΙΟΝ ηʹ</w:t>
      </w:r>
    </w:p>
    <w:p>
      <w:r>
        <w:rPr>
          <w:rFonts w:ascii="Courier New" w:hAnsi="Courier New"/>
          <w:color w:val="555555"/>
          <w:sz w:val="20"/>
        </w:rPr>
        <w:t>[8 . 207]</w:t>
      </w:r>
    </w:p>
    <w:p>
      <w:r>
        <w:rPr>
          <w:rFonts w:ascii="Gentium Plus" w:hAnsi="Gentium Plus"/>
          <w:sz w:val="24"/>
        </w:rPr>
        <w:t>Καὶ εἶπε Κύριος πρός με· Λάβε σεαυτῷ τόμον καινοῦ μεγάλου, καὶ γράψον αὐτὸν γραφίδι ἀνθρώπου, τοῦ ὀξέως προνομὴν ποιῆσαι σκύλων. Πάρεστι γάρ. Καὶ μάρ‐ τυρας ποίησαι πιστοὺς ἀνθρώπους, τὸν Οὐρίαν καὶ Ζαχαρίαν,</w:t>
      </w:r>
    </w:p>
    <w:p>
      <w:r>
        <w:rPr>
          <w:rFonts w:ascii="Courier New" w:hAnsi="Courier New"/>
          <w:color w:val="555555"/>
          <w:sz w:val="20"/>
        </w:rPr>
        <w:t>[5]</w:t>
      </w:r>
    </w:p>
    <w:p>
      <w:r>
        <w:rPr>
          <w:rFonts w:ascii="Gentium Plus" w:hAnsi="Gentium Plus"/>
          <w:sz w:val="24"/>
        </w:rPr>
        <w:t>τὸν υἱὸν Βαραχίου. Καὶ προσῆλθον πρὸς τὴν Προφῆτιν, καὶ ἐν γαστρὶ ἔλαβε καὶ ἔτεκεν υἱόν. Καὶ εἶπέ μοι Κύριος· Κά‐ λεσον τὸ ὄνομα αὐτοῦ, Ταχέως σκύλευσον, Ὀξέως προνό‐ μευσον. Διότι πρὶν ἢ γνῶναι τὸ παιδίον καλεῖν πατέρα ἢ μητέρα, λήψεται δύναμιν Δαμασκοῦ καὶ τὰ σκῦλα Σαμα‐</w:t>
      </w:r>
    </w:p>
    <w:p>
      <w:r>
        <w:rPr>
          <w:rFonts w:ascii="Courier New" w:hAnsi="Courier New"/>
          <w:color w:val="555555"/>
          <w:sz w:val="20"/>
        </w:rPr>
        <w:t>[10]</w:t>
      </w:r>
    </w:p>
    <w:p>
      <w:r>
        <w:rPr>
          <w:rFonts w:ascii="Gentium Plus" w:hAnsi="Gentium Plus"/>
          <w:sz w:val="24"/>
        </w:rPr>
        <w:t>ρείας ἔναντι βασιλέως Ἀσσυρίων. Δόξει ἕτερον προσταχθεὶς ὁ Προφήτης, ἕτερον πεποιηκέναι· τί γὰρ κοινὸν ἔχει τὸ Λάβε σεαυτῷ τόμον καινοῦ μεγάλου, πρὸς τὸ ἐπιφερόμενον, ὅτι Καὶ προσῆλθον πρὸς τὴν Προφῆτιν, καὶ ἐν γαστρὶ ἔλαβεν; Εἴποι ἂν οὖν τις, ὅτι οὐχὶ ἀπόδοσίς ἐστι</w:t>
      </w:r>
    </w:p>
    <w:p>
      <w:r>
        <w:rPr>
          <w:rFonts w:ascii="Courier New" w:hAnsi="Courier New"/>
          <w:color w:val="555555"/>
          <w:sz w:val="20"/>
        </w:rPr>
        <w:t>[15]</w:t>
      </w:r>
    </w:p>
    <w:p>
      <w:r>
        <w:rPr>
          <w:rFonts w:ascii="Gentium Plus" w:hAnsi="Gentium Plus"/>
          <w:sz w:val="24"/>
        </w:rPr>
        <w:t>τοῦ προάγοντος τὸ ἐπιφερόμενον, ἀλλὰ ἀπὸ ἰδίας ἀρχῆς παρα‐</w:t>
      </w:r>
    </w:p>
    <w:p>
      <w:r>
        <w:rPr>
          <w:rFonts w:ascii="Courier New" w:hAnsi="Courier New"/>
          <w:color w:val="555555"/>
          <w:sz w:val="20"/>
        </w:rPr>
        <w:t>[20]</w:t>
      </w:r>
    </w:p>
    <w:p>
      <w:r>
        <w:rPr>
          <w:rFonts w:ascii="Gentium Plus" w:hAnsi="Gentium Plus"/>
          <w:sz w:val="24"/>
        </w:rPr>
        <w:t>γαστρὶ ἔλαβεν. Εἰ μὲν γὰρ ἀντέλεγε τῷ προστάγματι ὁ Προφήτης, ἐγράφη ἂν ἡ ἀντιλογία, ὡς ἐπὶ τοῦ Ἰεζεκιὴλ, παραιτου‐ μένου τὸ ἐπὶ βολβίτων ἀνθρωπίνων ὀπτηθέντα ἐσθίειν τὸν ἄρτον, Ἐκεῖ γὰρ ἀρνεῖται, λέγων· Μηδαμῶς, Κύριε, Θεὲ</w:t>
      </w:r>
    </w:p>
    <w:p>
      <w:r>
        <w:rPr>
          <w:rFonts w:ascii="Courier New" w:hAnsi="Courier New"/>
          <w:color w:val="555555"/>
          <w:sz w:val="20"/>
        </w:rPr>
        <w:t>[25]</w:t>
      </w:r>
    </w:p>
    <w:p>
      <w:r>
        <w:rPr>
          <w:rFonts w:ascii="Gentium Plus" w:hAnsi="Gentium Plus"/>
          <w:sz w:val="24"/>
        </w:rPr>
        <w:t>τοῦ οὐρανοῦ, εἰ ἡ ψυχή μου οὐ μεμίανται ἐν ἀκαθαρσίᾳ, οὐδὲ εἰσελήλυθεν εἰς τὸ στόμα μου πᾶν κρέας βέβηλον. Διὰ τοῦτο συνεχωρήθη αὐτῷ ἐν βολβίτοις βοῶν ποιῆσαι τοὺς ἄρτους. Ἐνταῦθα μέντοι ἐπειδὴ ἀπαγόρευσις οὐκ ἔστιν, ἡ σιωπὴ δηλονότι τὴν συγκατάθεσιν δείκνυσιν· εἰ δὲ οὐ μεμαρτύρη‐</w:t>
      </w:r>
    </w:p>
    <w:p>
      <w:r>
        <w:rPr>
          <w:rFonts w:ascii="Courier New" w:hAnsi="Courier New"/>
          <w:color w:val="555555"/>
          <w:sz w:val="20"/>
        </w:rPr>
        <w:t>[30]</w:t>
      </w:r>
    </w:p>
    <w:p>
      <w:r>
        <w:rPr>
          <w:rFonts w:ascii="Gentium Plus" w:hAnsi="Gentium Plus"/>
          <w:sz w:val="24"/>
        </w:rPr>
        <w:t>ται ποιήσας τὸ προστεταγμένον. —Ὥσπερ ὁ Ὠσηέ· Βάδιζε γὰρ (φησὶ) λάβε σεαυτῷ γυναῖκα πορνείας καὶ τέκνα πορ‐ νείας· εἶτα μαρτυρῶν αὐτῷ ὁ λόγος, ὡς πεποιηκότι τὸ προσ‐ τεταγμένον, ἐπιφέρει· Καὶ ἐπορεύθη καὶ ἔλαβε τὴν Γομὲρ, θυγατέρα Δεβηλαίμ. Ἀλλαχοῦ δὲ εὑρήσομεν προστάγματα</w:t>
      </w:r>
    </w:p>
    <w:p>
      <w:r>
        <w:rPr>
          <w:rFonts w:ascii="Courier New" w:hAnsi="Courier New"/>
          <w:color w:val="555555"/>
          <w:sz w:val="20"/>
        </w:rPr>
        <w:t>[35]</w:t>
      </w:r>
    </w:p>
    <w:p>
      <w:r>
        <w:rPr>
          <w:rFonts w:ascii="Gentium Plus" w:hAnsi="Gentium Plus"/>
          <w:sz w:val="24"/>
        </w:rPr>
        <w:t>μὲν ἐκφωνηθέντα, τὸ δὲ ἔργον μὴ μαρτυρούμενον μὲν γε‐ γενῆσθαι, νοούμενον δὲ παρ’ ἡμῶν, διὰ τὸ εὐπειθὲς τῶν ἐπιτεταγμένων, ὡς ἐπὶ τοῦ Ἰεζεκιήλ· Καὶ σὺ κοιμηθήσῃ ἐπὶ τὸ πλευρόν σου τὸ ἀριστερόν· καὶ πάλιν· Κοιμηθήσῃ ἐπὶ τὸ πλευρόν σου τὸ δεξιόν. Οὐ γὰρ ἐπενήνεκται ὅτι ἐκοι‐</w:t>
      </w:r>
    </w:p>
    <w:p>
      <w:r>
        <w:rPr>
          <w:rFonts w:ascii="Courier New" w:hAnsi="Courier New"/>
          <w:color w:val="555555"/>
          <w:sz w:val="20"/>
        </w:rPr>
        <w:t>[40]</w:t>
      </w:r>
    </w:p>
    <w:p>
      <w:r>
        <w:rPr>
          <w:rFonts w:ascii="Gentium Plus" w:hAnsi="Gentium Plus"/>
          <w:sz w:val="24"/>
        </w:rPr>
        <w:t>μήθη ἐπὶ τὸ δεξιὸν πλευρὸν, ἢ τὸ ἀριστερὸν, ἀλλὰ παρασε‐ σιώπηται· νοεῖται δὲ παρ’ ἡμῶν ἡ ὑπακοὴ τοῦ Προφήτου.</w:t>
      </w:r>
    </w:p>
    <w:p>
      <w:r>
        <w:rPr>
          <w:rFonts w:ascii="Courier New" w:hAnsi="Courier New"/>
          <w:color w:val="555555"/>
          <w:sz w:val="20"/>
        </w:rPr>
        <w:t>[45]</w:t>
      </w:r>
    </w:p>
    <w:p>
      <w:r>
        <w:rPr>
          <w:rFonts w:ascii="Gentium Plus" w:hAnsi="Gentium Plus"/>
          <w:sz w:val="24"/>
        </w:rPr>
        <w:t>τῆς Προφήτιδος ἡμῖν διαλέγεται.</w:t>
      </w:r>
    </w:p>
    <w:p>
      <w:r>
        <w:rPr>
          <w:rFonts w:ascii="Courier New" w:hAnsi="Courier New"/>
          <w:color w:val="555555"/>
          <w:sz w:val="20"/>
        </w:rPr>
        <w:t>[8 . 208]</w:t>
      </w:r>
    </w:p>
    <w:p>
      <w:r>
        <w:rPr>
          <w:rFonts w:ascii="Gentium Plus" w:hAnsi="Gentium Plus"/>
          <w:sz w:val="24"/>
        </w:rPr>
        <w:t>Μήποτε δὲ τύπος ἐστὶν ὁ τοῦ Καινοῦ καὶ μεγάλου τόμος τῆς Καινῆς καὶ μεγάλης Διαθήκης, γραφίδι ἀνθρώ‐ που γεγραμμένης, διὰ τὸ λέξει ἀνθρωπίνῃ καὶ ἀκούεσθαι δυναμένῃ παρὰ τῶν πολλῶν, γεγράφθαι τοῦ Εὐαγγελίου</w:t>
      </w:r>
    </w:p>
    <w:p>
      <w:r>
        <w:rPr>
          <w:rFonts w:ascii="Courier New" w:hAnsi="Courier New"/>
          <w:color w:val="555555"/>
          <w:sz w:val="20"/>
        </w:rPr>
        <w:t>[5]</w:t>
      </w:r>
    </w:p>
    <w:p>
      <w:r>
        <w:rPr>
          <w:rFonts w:ascii="Gentium Plus" w:hAnsi="Gentium Plus"/>
          <w:sz w:val="24"/>
        </w:rPr>
        <w:t>τὰ ῥήματα. Ἐν ᾧ γέγραπται τὸ ὀξέως προνομὴν ποιῆ‐ σαι σκύλων, διότι ταχεῖα γέγονε καὶ ἀστραπῆς ὀξυτέρα πάσης, ἡ τοῦ Εὐαγγελίου διδασκαλία, ἐπὶ τὰ πέρατα τῆς οἰκουμένης διικνουμένη, καὶ σκυλεύουσα τὸν ἄρχοντα τοῦ αἰῶνος τούτου, καὶ πρὸς τὴν ὑπακοὴν τοῦ Χριστοῦ ἀντιμε‐</w:t>
      </w:r>
    </w:p>
    <w:p>
      <w:r>
        <w:rPr>
          <w:rFonts w:ascii="Courier New" w:hAnsi="Courier New"/>
          <w:color w:val="555555"/>
          <w:sz w:val="20"/>
        </w:rPr>
        <w:t>[10]</w:t>
      </w:r>
    </w:p>
    <w:p>
      <w:r>
        <w:rPr>
          <w:rFonts w:ascii="Gentium Plus" w:hAnsi="Gentium Plus"/>
          <w:sz w:val="24"/>
        </w:rPr>
        <w:t>θιστῶσα τοὺς αἰχμαλωτισθέντας. Προνομὴ δέ ἐστιν ἡ τῶν σκύλων διανομή, ὅπερ τοῖς ἐπιμεληταῖς τοῦ τῶν ἀνθρώ‐ πων γένους Ἀγγέλοις διέδωκεν ὁ Θεὸς, εἰς φυλακὴν καὶ σωτηρίαν. Διὰ τοῦτο γέγραπται, ὀξέως προνομὴν ποιῆσαι σκύλων. Πάρεστι γὰρ τὸ Εὐαγγέλιον· τὸν πάλαι προσδοκώ‐</w:t>
      </w:r>
    </w:p>
    <w:p>
      <w:r>
        <w:rPr>
          <w:rFonts w:ascii="Courier New" w:hAnsi="Courier New"/>
          <w:color w:val="555555"/>
          <w:sz w:val="20"/>
        </w:rPr>
        <w:t>[15]</w:t>
      </w:r>
    </w:p>
    <w:p>
      <w:r>
        <w:rPr>
          <w:rFonts w:ascii="Gentium Plus" w:hAnsi="Gentium Plus"/>
          <w:sz w:val="24"/>
        </w:rPr>
        <w:t>μενον ἐξ οὐρανοῦ, τοῦτον παρόντα ἡμῖν εὐαγγελίζεται. Μάρτυρες δὲ τῶν γραφομένων ἐν τῷ Εὐαγγελίῳ ἔστωσαν (φησὶν) Οὐρίας καὶ Ζαχαρίας. Ἔστι δὲ ὁ μὲν Οὐρίας ἱερεὺς, συμβολικῶς χαρακτηρίζων τὸν διὰ Μωϋσέως παραδεδομέ‐ νον νόμον· ὁ δὲ Ζαχαρίας, Προφήτης. Μαρτυρούμενον δὲ</w:t>
      </w:r>
    </w:p>
    <w:p>
      <w:r>
        <w:rPr>
          <w:rFonts w:ascii="Courier New" w:hAnsi="Courier New"/>
          <w:color w:val="555555"/>
          <w:sz w:val="20"/>
        </w:rPr>
        <w:t>[20]</w:t>
      </w:r>
    </w:p>
    <w:p>
      <w:r>
        <w:rPr>
          <w:rFonts w:ascii="Gentium Plus" w:hAnsi="Gentium Plus"/>
          <w:sz w:val="24"/>
        </w:rPr>
        <w:t>ὑπὸ τοῦ νόμου καὶ τῶν Προφητῶν συνίσταται τὸ Εὐαγγέ‐ λιον. Ἑρμηνεύεται δὲ ὁ μὲν Οὐρίας, φωτισμὸς Θεοῦ· ὁ δὲ</w:t>
      </w:r>
    </w:p>
    <w:p>
      <w:r>
        <w:rPr>
          <w:rFonts w:ascii="Courier New" w:hAnsi="Courier New"/>
          <w:color w:val="555555"/>
          <w:sz w:val="20"/>
        </w:rPr>
        <w:t>[25]</w:t>
      </w:r>
    </w:p>
    <w:p>
      <w:r>
        <w:rPr>
          <w:rFonts w:ascii="Gentium Plus" w:hAnsi="Gentium Plus"/>
          <w:sz w:val="24"/>
        </w:rPr>
        <w:t>μην ἔχων διηνεκῆ Θεοῦ.</w:t>
      </w:r>
    </w:p>
    <w:p>
      <w:r>
        <w:rPr>
          <w:rFonts w:ascii="Courier New" w:hAnsi="Courier New"/>
          <w:color w:val="555555"/>
          <w:sz w:val="20"/>
        </w:rPr>
        <w:t>[8 . 209]</w:t>
      </w:r>
    </w:p>
    <w:p>
      <w:r>
        <w:rPr>
          <w:rFonts w:ascii="Gentium Plus" w:hAnsi="Gentium Plus"/>
          <w:sz w:val="24"/>
        </w:rPr>
        <w:t>Τί οὖν ἐστι τὸ Καὶ προσῆλθον πρὸς τὴν Προφῆτιν; τουτέστιν· ἤγγισα, τῷ πνεύματι καὶ τῇ προγνώσει τῶν ἐσομένων, τῇ Προφήτιδι. Κατέλαβον γὰρ καὶ οἱονεὶ ἐπλη‐ σίασα τῇ κατανοήσει τῇ προφητικῇ, καὶ εἶδον αὐτῆς τὴν</w:t>
      </w:r>
    </w:p>
    <w:p>
      <w:r>
        <w:rPr>
          <w:rFonts w:ascii="Courier New" w:hAnsi="Courier New"/>
          <w:color w:val="555555"/>
          <w:sz w:val="20"/>
        </w:rPr>
        <w:t>[5]</w:t>
      </w:r>
    </w:p>
    <w:p>
      <w:r>
        <w:rPr>
          <w:rFonts w:ascii="Gentium Plus" w:hAnsi="Gentium Plus"/>
          <w:sz w:val="24"/>
        </w:rPr>
        <w:t>σύλληψιν πόῤῥωθεν, προενατενίσας τῷ χαρίσματι τῆς προ‐ φητείας, ὅτι ἔτεκεν υἱὸν, περὶ οὗ εἶπεν ὁ Κύριος, ὅτι Καλέ‐ σεις τὸ ὄνομα αὐτοῦ Ταχέως σκύλευσον, Ὀξέως προνό‐ μευσον. Ταχέως ἐσκύλευσε τὸν ἰσχυρὸν, τὸν φυλάσσοντα ἑαυτοῦ τὰ κτήματα, τοὺς ὑπὸ τῆς ἁμαρτίας πεπραμένους</w:t>
      </w:r>
    </w:p>
    <w:p>
      <w:r>
        <w:rPr>
          <w:rFonts w:ascii="Courier New" w:hAnsi="Courier New"/>
          <w:color w:val="555555"/>
          <w:sz w:val="20"/>
        </w:rPr>
        <w:t>[10]</w:t>
      </w:r>
    </w:p>
    <w:p>
      <w:r>
        <w:rPr>
          <w:rFonts w:ascii="Gentium Plus" w:hAnsi="Gentium Plus"/>
          <w:sz w:val="24"/>
        </w:rPr>
        <w:t>καὶ κατεχομένους ἐν τοῖς δεσμοῖς τοῦ θανάτου. Ἐσκύλευσε μὲν ἐκεῖνον, προενόμευσε δὲ ταῖς ἰδίαις δυνάμεσι, διαδοὺς τοὺς πιστοὺς πρὸς φυλακὴν καὶ φρουρὰν τοῖς ἁγίοις Ἀγγέ‐ λοις, περὶ ὧν καὶ αὐτὸς λέγει, ὅτι Οἱ Ἄγγελοι ὑμῶν διὰ παν‐ τὸς βλέπουσι τὸ πρόσωπον τοῦ Πατρός μου, τοῦ ἐν τοῖς οὐ‐</w:t>
      </w:r>
    </w:p>
    <w:p>
      <w:r>
        <w:rPr>
          <w:rFonts w:ascii="Courier New" w:hAnsi="Courier New"/>
          <w:color w:val="555555"/>
          <w:sz w:val="20"/>
        </w:rPr>
        <w:t>[15]</w:t>
      </w:r>
    </w:p>
    <w:p>
      <w:r>
        <w:rPr>
          <w:rFonts w:ascii="Gentium Plus" w:hAnsi="Gentium Plus"/>
          <w:sz w:val="24"/>
        </w:rPr>
        <w:t>ρανοῖς. Οὗτος γάρ ἐστιν ὁ ὀξέως προνομεύσας, περὶ οὗ γέ‐ γραπται· Ἀναβὰς εἰς ὕψος, ᾐχμαλώτευσεν αἰχμαλωσίαν, ἔλαβε δόματα ἐν ἀνθρώποις. Ὅτι δὲ Προφῆτις ἡ Μαρία, ᾗ προσῆλθε κατὰ τὸν προσεγ‐ γισμὸν τὸν διὰ τῆς γνώσεως ὁ Ἡσαΐας, οὐδεὶς ἀντερεῖ, με‐</w:t>
      </w:r>
    </w:p>
    <w:p>
      <w:r>
        <w:rPr>
          <w:rFonts w:ascii="Courier New" w:hAnsi="Courier New"/>
          <w:color w:val="555555"/>
          <w:sz w:val="20"/>
        </w:rPr>
        <w:t>[20]</w:t>
      </w:r>
    </w:p>
    <w:p>
      <w:r>
        <w:rPr>
          <w:rFonts w:ascii="Gentium Plus" w:hAnsi="Gentium Plus"/>
          <w:sz w:val="24"/>
        </w:rPr>
        <w:t>μνημένος αὐτῆς τῶν ῥημάτων, ἃ προφητικῶς ἀπεφθέγξατο.</w:t>
      </w:r>
    </w:p>
    <w:p>
      <w:r>
        <w:rPr>
          <w:rFonts w:ascii="Courier New" w:hAnsi="Courier New"/>
          <w:color w:val="555555"/>
          <w:sz w:val="20"/>
        </w:rPr>
        <w:t>[25]</w:t>
      </w:r>
    </w:p>
    <w:p>
      <w:r>
        <w:rPr>
          <w:rFonts w:ascii="Gentium Plus" w:hAnsi="Gentium Plus"/>
          <w:sz w:val="24"/>
        </w:rPr>
        <w:t>ἐπιστήσας τοῖς ῥήμασιν αὐτῆς, οὐ διστάσεις αὐτὴν εἰπεῖν καὶ Προφῆτιν. Διότι Πνεῦμα Κυρίου ἐπῆλθεν ἐπ’ αὐτὴν καὶ δύ‐ ναμις Ὑψίστου ἐπεσκίασεν. Ὅπερ οὖν προσετάχθη γράψαι ἐν τῷ τόμῳ τούτῳ, πλησιάσας τῇ Προφήτιδι, γενηθὲν ἐθεώρησεν. Ἐκεῖ γὰρ</w:t>
      </w:r>
    </w:p>
    <w:p>
      <w:r>
        <w:rPr>
          <w:rFonts w:ascii="Courier New" w:hAnsi="Courier New"/>
          <w:color w:val="555555"/>
          <w:sz w:val="20"/>
        </w:rPr>
        <w:t>[30]</w:t>
      </w:r>
    </w:p>
    <w:p>
      <w:r>
        <w:rPr>
          <w:rFonts w:ascii="Gentium Plus" w:hAnsi="Gentium Plus"/>
          <w:sz w:val="24"/>
        </w:rPr>
        <w:t>εἴρηται· Γράψον γραφίδι ἀνθρώπου, ὀξέως προνομὴν ποιῆσαι σκύλων· ἐνταῦθα δὲ, μετὰ τὸ εἰπεῖν, ὅτι Ἐν γαστρὶ ἔλαβε καὶ ἔτεκεν υἱὸν, γέγραπται τὸ Καὶ εἶπε Κύριος· Κάλεσον τὸ ὄνομα αὐτοῦ, Ταχέως σκύλευσον, Ὀξέως προνόμευσον. Ὥστε διαφόροις λέξεσι καὶ ἐπινοίαις τὸ αὐτὸ λέγεται· ἐν</w:t>
      </w:r>
    </w:p>
    <w:p>
      <w:r>
        <w:rPr>
          <w:rFonts w:ascii="Courier New" w:hAnsi="Courier New"/>
          <w:color w:val="555555"/>
          <w:sz w:val="20"/>
        </w:rPr>
        <w:t>[35]</w:t>
      </w:r>
    </w:p>
    <w:p>
      <w:r>
        <w:rPr>
          <w:rFonts w:ascii="Gentium Plus" w:hAnsi="Gentium Plus"/>
          <w:sz w:val="24"/>
        </w:rPr>
        <w:t>τῷ Λάβε σεαυτῷ τόμον, καὶ ἐν τῷ Προσῆλθον πρὸς τὴν Προφῆτιν. Καὶ οὐδὲν ἀκατάλληλον ἔχει ἡ ἐπαγωγὴ πρὸς τὸ προκείμενον. —Οὗτος δὲ καὶ ἔλαβε δύναμιν Δαμασκοῦ, ὁ ἐκ τῆς Προφήτιδος γεγεννημένος, καὶ τὰ σκῦλα τῆς Σα‐ μαρείας. Δύναμις Δαμασκοῦ, οἱ ἀπὸ τῶν ἐθνῶν πιστεύοντες·</w:t>
      </w:r>
    </w:p>
    <w:p>
      <w:r>
        <w:rPr>
          <w:rFonts w:ascii="Courier New" w:hAnsi="Courier New"/>
          <w:color w:val="555555"/>
          <w:sz w:val="20"/>
        </w:rPr>
        <w:t>[40]</w:t>
      </w:r>
    </w:p>
    <w:p>
      <w:r>
        <w:rPr>
          <w:rFonts w:ascii="Gentium Plus" w:hAnsi="Gentium Plus"/>
          <w:sz w:val="24"/>
        </w:rPr>
        <w:t>σκῦλα δὲ Σαμαρείας, οἱ ἀπὸ περιτομῆς πεπιστευκότες. Διότι Δαμασκὸς μὲν μητρόπολις τῆς Συρίας, Σαμάρεια δὲ τοῦ Ἰσραήλ. Πλὴν τὰ προστάγματα καὶ τὰ ἀνδραγαθήματα τοῦ ἐκ τῆς Προφήτιδος γεννηθέντος, ἀντὶ ὀνομάτων αὐτῷ ἐπι‐ τίθεται παρὰ τοῦ Κυρίου, ὡς καὶ τὸ Ἰησοῦς ὄνομα παρὰ</w:t>
      </w:r>
    </w:p>
    <w:p>
      <w:r>
        <w:rPr>
          <w:rFonts w:ascii="Courier New" w:hAnsi="Courier New"/>
          <w:color w:val="555555"/>
          <w:sz w:val="20"/>
        </w:rPr>
        <w:t>[45]</w:t>
      </w:r>
    </w:p>
    <w:p>
      <w:r>
        <w:rPr>
          <w:rFonts w:ascii="Gentium Plus" w:hAnsi="Gentium Plus"/>
          <w:sz w:val="24"/>
        </w:rPr>
        <w:t>τὴν σωτηρίαν, τὴν ἀπὸ Θεοῦ ἡμῖν δεδομένην ἐφηρμόσθη τῷ Κυρίῳ· Καλέσεις γὰρ (φησὶ) τὸ ὄνομα αὐτοῦ Ἰησοῦν·</w:t>
      </w:r>
    </w:p>
    <w:p>
      <w:r>
        <w:rPr>
          <w:rFonts w:ascii="Courier New" w:hAnsi="Courier New"/>
          <w:color w:val="555555"/>
          <w:sz w:val="20"/>
        </w:rPr>
        <w:t>[8 . 210]</w:t>
      </w:r>
    </w:p>
    <w:p>
      <w:r>
        <w:rPr>
          <w:rFonts w:ascii="Gentium Plus" w:hAnsi="Gentium Plus"/>
          <w:sz w:val="24"/>
        </w:rPr>
        <w:t>Καὶ προσέθετο Κύριος λαλῆσαί μοι ἔτι· Διὰ τὸ μὴ βούλεσθαι τὸν λαὸν τοῦτον τὸ ὕδωρ τοῦ Σιλωὰμ, τὸ πορευό‐ μενον ἡσυχῇ, ἀλλὰ βούλεσθαι ἔχειν Ῥασὶν καὶ τὸν υἱὸν Ῥομελίου, βασιλέα ἐφ’ ὑμῶν, διὰ τοῦτο ἀνάγει ἰδοὺ Κύριος</w:t>
      </w:r>
    </w:p>
    <w:p>
      <w:r>
        <w:rPr>
          <w:rFonts w:ascii="Courier New" w:hAnsi="Courier New"/>
          <w:color w:val="555555"/>
          <w:sz w:val="20"/>
        </w:rPr>
        <w:t>[5]</w:t>
      </w:r>
    </w:p>
    <w:p>
      <w:r>
        <w:rPr>
          <w:rFonts w:ascii="Gentium Plus" w:hAnsi="Gentium Plus"/>
          <w:sz w:val="24"/>
        </w:rPr>
        <w:t>ἐφ’ ὑμᾶς τὸ ὕδωρ τοῦ ποταμοῦ τὸ ἰσχυρὸν καὶ τὸ πολὺ, τὸν βασιλέα τῶν Ἀσσυρίων καὶ τὴν δόξαν αὐτοῦ· καὶ ἀναβήσεται ἐπὶ πᾶσαν φάραγγα ὑμῶν καὶ περιπατήσει ἐπὶ πᾶν τεῖχος ὑμῶν καὶ ἀφελεῖ ἀπὸ τῆς Ἰουδαίας ἄνθρωπον, ὃς δυνήσεται κεφαλὴν ἆραι, ἢ δυνατὸν συντελέσασθαί τι.</w:t>
      </w:r>
    </w:p>
    <w:p>
      <w:r>
        <w:rPr>
          <w:rFonts w:ascii="Courier New" w:hAnsi="Courier New"/>
          <w:color w:val="555555"/>
          <w:sz w:val="20"/>
        </w:rPr>
        <w:t>[10]</w:t>
      </w:r>
    </w:p>
    <w:p>
      <w:r>
        <w:rPr>
          <w:rFonts w:ascii="Gentium Plus" w:hAnsi="Gentium Plus"/>
          <w:sz w:val="24"/>
        </w:rPr>
        <w:t>Καὶ ἔσται ἡ παρεμβολὴ αὐτοῦ, ὥστε πληρῶσαι τὸ πλάτος τῆς χώρας σου. Τίνα ἔχει λόγον, τὸν Θεὸν τῶν ὅλων, ἕνεκεν ὕδατος τοῦ ἐν τῷ Σιλωὰμ, τοιαῦτα ἀπειλεῖν τῷ λαῷ; Πῶς δὲ καὶ οὐ βούλεται ὁ λαὸς τὸ ὕδωρ τοῦ Σιλωὰμ, οὔτε νοσο‐</w:t>
      </w:r>
    </w:p>
    <w:p>
      <w:r>
        <w:rPr>
          <w:rFonts w:ascii="Courier New" w:hAnsi="Courier New"/>
          <w:color w:val="555555"/>
          <w:sz w:val="20"/>
        </w:rPr>
        <w:t>[15]</w:t>
      </w:r>
    </w:p>
    <w:p>
      <w:r>
        <w:rPr>
          <w:rFonts w:ascii="Gentium Plus" w:hAnsi="Gentium Plus"/>
          <w:sz w:val="24"/>
        </w:rPr>
        <w:t>ποιὸν ἱστορούμενον, οὔτε ἄλλην τινὰ βλάβην τοῖς χρωμέ‐ νοις παρεχόμενον; Εἶτα καὶ τίς ἡ ἀκολουθία, τὸν μὴ βου‐ λόμενον τὸ ὕδωρ τοῦ Σιλωὰμ, βούλεσθαι τὸν Ῥασὶν καὶ τὸν υἱὸν τοῦ Ῥομελίου; Τίς γὰρ κοινωνία ὕδατι ἀψύχῳ, πρὸς βασιλέα, κρατοῦντα καὶ ἄρχοντα τῶν ὑπηκόων;</w:t>
      </w:r>
    </w:p>
    <w:p>
      <w:r>
        <w:rPr>
          <w:rFonts w:ascii="Courier New" w:hAnsi="Courier New"/>
          <w:color w:val="555555"/>
          <w:sz w:val="20"/>
        </w:rPr>
        <w:t>[20]</w:t>
      </w:r>
    </w:p>
    <w:p>
      <w:r>
        <w:rPr>
          <w:rFonts w:ascii="Gentium Plus" w:hAnsi="Gentium Plus"/>
          <w:sz w:val="24"/>
        </w:rPr>
        <w:t>Ἀλλὰ τροπικῶς ἀκουστέον τοῦ Σιλωὰμ, ἑρμηνευομένου κατὰ τὴν τοῦ Εὐαγγελίου διδασκαλίαν, ἀπεσταλμένου. Οὕτω γὰρ ἑρμηνεύεται ἐν τῷ κατὰ Ἰωάννην Εὐαγγελίῳ· Ὕπαγε, νίψαι ἐν τῷ Σιλωὰμ, ὅ ἐστιν ἀπεσταλμένος. Τίς οὖν ὁ ἀπεσ‐ ταλμένος, καὶ ἀψοφητὶ ῥέων, ἢ περὶ οὗ εἴρηται· Κύριος ἀπ‐</w:t>
      </w:r>
    </w:p>
    <w:p>
      <w:r>
        <w:rPr>
          <w:rFonts w:ascii="Courier New" w:hAnsi="Courier New"/>
          <w:color w:val="555555"/>
          <w:sz w:val="20"/>
        </w:rPr>
        <w:t>[25]</w:t>
      </w:r>
    </w:p>
    <w:p>
      <w:r>
        <w:rPr>
          <w:rFonts w:ascii="Gentium Plus" w:hAnsi="Gentium Plus"/>
          <w:sz w:val="24"/>
        </w:rPr>
        <w:t>έστειλέ με καὶ τὸ Πνεῦμα αὐτοῦ; Καὶ πάλιν· Οὐκ ἐρίσει,</w:t>
      </w:r>
    </w:p>
    <w:p>
      <w:r>
        <w:rPr>
          <w:rFonts w:ascii="Courier New" w:hAnsi="Courier New"/>
          <w:color w:val="555555"/>
          <w:sz w:val="20"/>
        </w:rPr>
        <w:t>[30]</w:t>
      </w:r>
    </w:p>
    <w:p>
      <w:r>
        <w:rPr>
          <w:rFonts w:ascii="Gentium Plus" w:hAnsi="Gentium Plus"/>
          <w:sz w:val="24"/>
        </w:rPr>
        <w:t>γον ψευδοδοξίαν περιέχοντα, ἐπαγγελλόμενον δὲ κατὰ τὰς θείας ἀποδείκνυσθαι Γραφάς· καὶ τὸν Ῥασὶν, ὅστις ἑρμη‐ νεύεται μετέωρος, καὶ τὸν ἔξω τῆς κατὰ τὰς θείας Γραφὰς πίστεως μετεωρίζοντα τὸν ἀκροατὴν, καὶ φυσῶντα καὶ ἀπάγοντα τῆς κατὰ τὴν πίστιν θεμελιώσεως. Ἀρὰμ γὰρ ὁ</w:t>
      </w:r>
    </w:p>
    <w:p>
      <w:r>
        <w:rPr>
          <w:rFonts w:ascii="Courier New" w:hAnsi="Courier New"/>
          <w:color w:val="555555"/>
          <w:sz w:val="20"/>
        </w:rPr>
        <w:t>[35]</w:t>
      </w:r>
    </w:p>
    <w:p>
      <w:r>
        <w:rPr>
          <w:rFonts w:ascii="Gentium Plus" w:hAnsi="Gentium Plus"/>
          <w:sz w:val="24"/>
        </w:rPr>
        <w:t>μετέωρος ἑρμηνεύεται. Τοὺς οὖν καταφρονητικῶς μὲν ἔχον‐ τας πρὸς τὸν εὐσταθῆ λόγον, καὶ μὴ καταδεχομένους τὸ σταθερὸν καὶ γαληνὸν καὶ εὔδιον, ἀλλὰ συμπλέκοντας τὰ ἀπὸ τῶν ἔξω τῆς πίστεως τοῖς ἀπὸ τῶν Γραφῶν παρακού‐ σμασι, τούτοις ἀπειλεῖ ὁ λόγος ἐπάξειν τὸ ὕδωρ τὸ πολὺ</w:t>
      </w:r>
    </w:p>
    <w:p>
      <w:r>
        <w:rPr>
          <w:rFonts w:ascii="Courier New" w:hAnsi="Courier New"/>
          <w:color w:val="555555"/>
          <w:sz w:val="20"/>
        </w:rPr>
        <w:t>[40]</w:t>
      </w:r>
    </w:p>
    <w:p>
      <w:r>
        <w:rPr>
          <w:rFonts w:ascii="Gentium Plus" w:hAnsi="Gentium Plus"/>
          <w:sz w:val="24"/>
        </w:rPr>
        <w:t>καὶ ἰσχυρὸν, τὸν βασιλέα Ἀσσυρίων, τουτέστι τὸν ἄρχοντα τοῦ αἰῶνος τούτου. Ὅτι γὰρ εἰς τὸν Ἀσσύριον λαμβάνει πολλάκις ἡ Γραφὴ τὸν ἀντικείμενον, δηλοῦται ἐν τοῖς ἑξῆς τῷ αὐτῷ τούτῳ Προφήτῃ· Καὶ ἔσται γὰρ (φησὶν) ὅταν συντελέσῃ Κύριος</w:t>
      </w:r>
    </w:p>
    <w:p>
      <w:r>
        <w:rPr>
          <w:rFonts w:ascii="Courier New" w:hAnsi="Courier New"/>
          <w:color w:val="555555"/>
          <w:sz w:val="20"/>
        </w:rPr>
        <w:t>[45]</w:t>
      </w:r>
    </w:p>
    <w:p>
      <w:r>
        <w:rPr>
          <w:rFonts w:ascii="Gentium Plus" w:hAnsi="Gentium Plus"/>
          <w:sz w:val="24"/>
        </w:rPr>
        <w:t>πάντα ποιῶν ἐν τῷ ὄρει Σιὼν καὶ ἐν Ἱερουσαλὴμ, ἐπάξει ἐπὶ τὸν νοῦν τὸν μέγαν, τὸν ἄρχοντα τῶν Ἀσσυρίων, καὶ ἐπὶ τὸ ὕψος τῆς δόξης τῶν ὀφθαλμῶν αὐτοῦ. Εἶπε γάρ· Ἐν τῇ ἰσχύϊ ποιήσω καὶ ἐν τῇ σοφίᾳ τῆς συνέσεως ἀφελῶ ὅρια ἐθνῶν, καὶ τὴν ἰσχὺν αὐτῶν προνομεύσω καὶ σείσω</w:t>
      </w:r>
    </w:p>
    <w:p>
      <w:r>
        <w:rPr>
          <w:rFonts w:ascii="Courier New" w:hAnsi="Courier New"/>
          <w:color w:val="555555"/>
          <w:sz w:val="20"/>
        </w:rPr>
        <w:t>[8 . 210 (50)]</w:t>
      </w:r>
    </w:p>
    <w:p>
      <w:r>
        <w:rPr>
          <w:rFonts w:ascii="Gentium Plus" w:hAnsi="Gentium Plus"/>
          <w:sz w:val="24"/>
        </w:rPr>
        <w:t>πόλεις κατοικουμένας καὶ τὴν οἰκουμένην ὅλην καταλήψομαι τῇ χειρὶ, ὡς νοσσιὰν καὶ ὡς καταλελειμμένα ὠὰ ἀρῶ· καὶ</w:t>
      </w:r>
    </w:p>
    <w:p>
      <w:r>
        <w:rPr>
          <w:rFonts w:ascii="Courier New" w:hAnsi="Courier New"/>
          <w:color w:val="555555"/>
          <w:sz w:val="20"/>
        </w:rPr>
        <w:t>[8 . 211]</w:t>
      </w:r>
    </w:p>
    <w:p>
      <w:r>
        <w:rPr>
          <w:rFonts w:ascii="Gentium Plus" w:hAnsi="Gentium Plus"/>
          <w:sz w:val="24"/>
        </w:rPr>
        <w:t>Τοιοῦτον οὖν καὶ νῦν ἔοικε λέγειν τὸν ἄρχοντα τῶν Ἀσσυρίων ὕδωρ ὄντα πολὺ, χειμάῤῥου τρόπον, βιαίως καὶ ῥαγδαίως παρασύροντος τοὺς προστυγχάνοντας· οὗ οἱ κατα‐ ξιωθέντες τοὺς πειρασμοὺς ἀβλαβῶς διαβῆναι λέγουσι·</w:t>
      </w:r>
    </w:p>
    <w:p>
      <w:r>
        <w:rPr>
          <w:rFonts w:ascii="Courier New" w:hAnsi="Courier New"/>
          <w:color w:val="555555"/>
          <w:sz w:val="20"/>
        </w:rPr>
        <w:t>[5]</w:t>
      </w:r>
    </w:p>
    <w:p>
      <w:r>
        <w:rPr>
          <w:rFonts w:ascii="Gentium Plus" w:hAnsi="Gentium Plus"/>
          <w:sz w:val="24"/>
        </w:rPr>
        <w:t>Χείμαῤῥον διῆλθεν ἡ ψυχὴ ἡμῶν, τὸ ὕδωρ τὸ ἀνυπόστατον. Καὶ τὸ Εὐαγγέλιον δὲ ἐπὶ τῆς παραβολῆς τοῦ αὐτοῦ ὕδατος μέμνηται, ἐν τῷ παραβαλεῖν τὸν ἀκούσαντα τοὺς λόγους καὶ μὴ ποιοῦντα, ἀνθρώπῳ ἄνευ θεμελίου οἰκοδομήσαντι τὴν ἑαυτοῦ οἰκίαν· πλημμύρας δὲ γενομένης (φησὶν) οὐκ ἀντέ‐</w:t>
      </w:r>
    </w:p>
    <w:p>
      <w:r>
        <w:rPr>
          <w:rFonts w:ascii="Courier New" w:hAnsi="Courier New"/>
          <w:color w:val="555555"/>
          <w:sz w:val="20"/>
        </w:rPr>
        <w:t>[10]</w:t>
      </w:r>
    </w:p>
    <w:p>
      <w:r>
        <w:rPr>
          <w:rFonts w:ascii="Gentium Plus" w:hAnsi="Gentium Plus"/>
          <w:sz w:val="24"/>
        </w:rPr>
        <w:t>σχεν, ἀλλ’ ἔπεσεν ἡ οἰκία, καὶ ἐγένετο τὸ πτῶμα τῆς οἰκίας ἐκείνης μέγα. —Τοῦτο δὲ τὸ ὕδωρ τὸ πολὺ ἀναβήσεται (φησὶν) ἐπὶ πᾶσαν φάραγγα ὑμῶν. Αἱ δὲ φάραγγες κοιλότητές εἰσι τῆς γῆς. Πῶς οὖν οὐχὶ καταβαίνειν τὸ ὕδωρ, ἀλλὰ ἀναβαί‐ νειν λέγεται; Ὅτι πᾶσα ἡ ἐν ἀνθρώποις κατὰ τὴν ἁμαρτίαν</w:t>
      </w:r>
    </w:p>
    <w:p>
      <w:r>
        <w:rPr>
          <w:rFonts w:ascii="Courier New" w:hAnsi="Courier New"/>
          <w:color w:val="555555"/>
          <w:sz w:val="20"/>
        </w:rPr>
        <w:t>[15]</w:t>
      </w:r>
    </w:p>
    <w:p>
      <w:r>
        <w:rPr>
          <w:rFonts w:ascii="Gentium Plus" w:hAnsi="Gentium Plus"/>
          <w:sz w:val="24"/>
        </w:rPr>
        <w:t>ταπείνωσις ὑψηλοτέρα ἐστὶ τῶν ἀρχιπηγῶν καὶ τῶν οἱονεὶ ἀρχῶν τῆς πονηρίας. Ἐπειδὰν μέντοι παραδοθῶσι ταῖς ἀν‐ τικειμέναις δυνάμεσι, περιπατήσουσιν ἐπὶ πᾶν τεῖχος τῶν ἀποστατούντων, τουτέστιν ἐπὶ πάντα τὰ ὀχυρὰ δόγματα καὶ ἐπὶ πάντα τὰ δοκοῦντα ἀσφαλίσματα αὐτῶν εἶναι.</w:t>
      </w:r>
    </w:p>
    <w:p>
      <w:r>
        <w:rPr>
          <w:rFonts w:ascii="Courier New" w:hAnsi="Courier New"/>
          <w:color w:val="555555"/>
          <w:sz w:val="20"/>
        </w:rPr>
        <w:t>[20]</w:t>
      </w:r>
    </w:p>
    <w:p>
      <w:r>
        <w:rPr>
          <w:rFonts w:ascii="Gentium Plus" w:hAnsi="Gentium Plus"/>
          <w:sz w:val="24"/>
        </w:rPr>
        <w:t>Διὰ δὲ τὴν ἀπὸ τοῦ Σιλωὰμ ἀποστασίαν καὶ τὴν πρὸς τοὺς ὀλεθρίους τῶν βασιλέων πρόσκλισιν, ἀπειλεῖ ὁ λόγος ἀφαι‐ ρεθήσεσθαι ἀπὸ τῆς Ἰουδαίας πάντα ἄνθρωπον, δυνάμενον ἐπαίρειν τὴν κεφαλὴν καὶ τὸν δυνατὸν συντελέσασθαί τι, τουτέστι τόν τε ἐν τῇ κατὰ τὸν νοῦν θεωρίᾳ ὑψηλὸν καὶ τὸν</w:t>
      </w:r>
    </w:p>
    <w:p>
      <w:r>
        <w:rPr>
          <w:rFonts w:ascii="Courier New" w:hAnsi="Courier New"/>
          <w:color w:val="555555"/>
          <w:sz w:val="20"/>
        </w:rPr>
        <w:t>[25]</w:t>
      </w:r>
    </w:p>
    <w:p>
      <w:r>
        <w:rPr>
          <w:rFonts w:ascii="Gentium Plus" w:hAnsi="Gentium Plus"/>
          <w:sz w:val="24"/>
        </w:rPr>
        <w:t>κατὰ τὴν πρακτικὴν ἀρετὴν δυνατῶς ἐπιτελοῦντα τὰ δόξαντα, ἀλλὰ καὶ καταστρατοπεδεῦσαι τοῦ πλάτους τῆς χώρας τῶν μὴ καταδεχομένων τὸν Σιλωάμ. Διὰ γὰρ τὸ ἐπιδεδωκέναι ἑαυτοὺς τῇ πλατείᾳ ὁδῷ καὶ εὐρυχώρῳ, ἄξιοι γίνονται τοῦ στρατόπεδον εἶναι τῆς ἀντικειμένης δυνάμεως, οὐχὶ πρὸς</w:t>
      </w:r>
    </w:p>
    <w:p>
      <w:r>
        <w:rPr>
          <w:rFonts w:ascii="Courier New" w:hAnsi="Courier New"/>
          <w:color w:val="555555"/>
          <w:sz w:val="20"/>
        </w:rPr>
        <w:t>[30]</w:t>
      </w:r>
    </w:p>
    <w:p>
      <w:r>
        <w:rPr>
          <w:rFonts w:ascii="Gentium Plus" w:hAnsi="Gentium Plus"/>
          <w:sz w:val="24"/>
        </w:rPr>
        <w:t>ἀνάγκην καταδικαζόμενοι, ἀλλ’ ἑαυτοῖς ἑλόμενοι τὴν με‐ ρίδα τὴν χείρονα. Καθ’ ὅσον γὰρ οὐκ ἐδοκίμασαν τὸν Θεὸν ἔχειν ἐν ἐπιγνώσει, παρέδωκεν αὐτοὺς ὁ Θεὸς εἰς ἀδόκιμον νοῦν, ποιεῖν τὰ μὴ καθήκοντα.</w:t>
      </w:r>
    </w:p>
    <w:p>
      <w:r>
        <w:rPr>
          <w:rFonts w:ascii="Courier New" w:hAnsi="Courier New"/>
          <w:color w:val="555555"/>
          <w:sz w:val="20"/>
        </w:rPr>
        <w:t>[8 . 212]</w:t>
      </w:r>
    </w:p>
    <w:p>
      <w:r>
        <w:rPr>
          <w:rFonts w:ascii="Gentium Plus" w:hAnsi="Gentium Plus"/>
          <w:sz w:val="24"/>
        </w:rPr>
        <w:t>Μεθ’ ἡμῶν ὁ Θεός. Γνῶτε, ἔθνη, καὶ ἡττᾶσθε· ἐπακούσατε ἕως ἐσχάτου τῆς γῆς. Ἀναφέρεται τοίνυν ἐπὶ τὸν Σωτῆρα τὸ Μεθ’ ἡμῶν ὁ Θεός· οὕτω γὰρ ὠνομάζετο ἐν τοῖς κατόπιν ὁ ἐκ τῆς Παρθένου</w:t>
      </w:r>
    </w:p>
    <w:p>
      <w:r>
        <w:rPr>
          <w:rFonts w:ascii="Courier New" w:hAnsi="Courier New"/>
          <w:color w:val="555555"/>
          <w:sz w:val="20"/>
        </w:rPr>
        <w:t>[5]</w:t>
      </w:r>
    </w:p>
    <w:p>
      <w:r>
        <w:rPr>
          <w:rFonts w:ascii="Gentium Plus" w:hAnsi="Gentium Plus"/>
          <w:sz w:val="24"/>
        </w:rPr>
        <w:t>γεννώμενος, τῇ Ἑβραΐδι διαλέκτῳ Ἐμμανουὴλ, ὅ ἐστι με‐ θερμηνευόμενον Μεθ’ ἡμῶν ὁ Θεός. Γνῶτε, ἔθνη, καὶ ἡττᾶσθε. Ἐκ περιχαρείας δοκεῖ μοι ἡ φωνὴ ἀναφέρεσθαι τῶν ἐπεγνωκότων μὲν τὴν Χριστοῦ παρουσίαν, κατανενοηκότων δὲ τὴν δύναμιν τοῦ σταυροῦ φοβερὰν οὖσαν τοῖς ἔθνεσι. Διὰ</w:t>
      </w:r>
    </w:p>
    <w:p>
      <w:r>
        <w:rPr>
          <w:rFonts w:ascii="Courier New" w:hAnsi="Courier New"/>
          <w:color w:val="555555"/>
          <w:sz w:val="20"/>
        </w:rPr>
        <w:t>[10]</w:t>
      </w:r>
    </w:p>
    <w:p>
      <w:r>
        <w:rPr>
          <w:rFonts w:ascii="Gentium Plus" w:hAnsi="Gentium Plus"/>
          <w:sz w:val="24"/>
        </w:rPr>
        <w:t>τοῦτο Γνῶτε (φησὶν) ἔθνη, καὶ ἡττᾶσθε, ἵνα ἡττηθέντες τὴν καλὴν ἧτταν καὶ συμφέρουσαν ὑμῖν, αἰχμαλωτισθῆτε εἰς τὴν ὑπακοὴν τοῦ Χριστοῦ καὶ, διὰ τῆς εἰς τὸν Χριστὸν δου‐ λείας, ἐλεύθεροι γένησθε τοῦ νόμου τῆς ἁμαρτίας. —Πῶς οὖν ἡττᾶται τὰ ἔθνη; Ἐὰν ἐπιγνῷ τὸν Θεόν. Ἡττᾶται γὰρ</w:t>
      </w:r>
    </w:p>
    <w:p>
      <w:r>
        <w:rPr>
          <w:rFonts w:ascii="Courier New" w:hAnsi="Courier New"/>
          <w:color w:val="555555"/>
          <w:sz w:val="20"/>
        </w:rPr>
        <w:t>[15]</w:t>
      </w:r>
    </w:p>
    <w:p>
      <w:r>
        <w:rPr>
          <w:rFonts w:ascii="Gentium Plus" w:hAnsi="Gentium Plus"/>
          <w:sz w:val="24"/>
        </w:rPr>
        <w:t>σκότος τῇ τοῦ φωτὸς παρουσίᾳ, καὶ νικᾶται νόσος τῇ τῆς ὑγείας ἐπιδημίᾳ. Μόνον οὖν γνῶτε τὴν ἀλήθειαν, τὰ ἔθνη, καὶ εὐθὺς ἡττηθήσεσθε τὴν σωτήριον ὑμῖν ἧτταν. Ἐπακούσατε ἕως ἐσχάτου τῆς γῆς. Τίνων ἐπακούσατε; Τῶν καταγγελλόντων ὑμῖν τὸ Εὐαγγέλιον· Εἰς πᾶσαν γὰρ</w:t>
      </w:r>
    </w:p>
    <w:p>
      <w:r>
        <w:rPr>
          <w:rFonts w:ascii="Courier New" w:hAnsi="Courier New"/>
          <w:color w:val="555555"/>
          <w:sz w:val="20"/>
        </w:rPr>
        <w:t>[20]</w:t>
      </w:r>
    </w:p>
    <w:p>
      <w:r>
        <w:rPr>
          <w:rFonts w:ascii="Gentium Plus" w:hAnsi="Gentium Plus"/>
          <w:sz w:val="24"/>
        </w:rPr>
        <w:t>(φησὶ) τὴν γῆν ἐξῆλθεν ὁ φθόγγος αὐτῶν, καὶ εἰς τὰ πέρατα τῆς οἰκουμένης τὰ ῥήματα αὐτῶν. Ἰσχυκότες, ἡττᾶσθε, ἀπό‐ θεσθε τὴν ἰσχὺν τοῦ σώματος, ἀναλάβετε τὴν ἀσθένειαν τῆς σαρκὸς, ἵνα ἡ δύναμις τοῦ Θεοῦ ἐν ἀσθενείᾳ τελειωθῇ. — Ἐὰν γὰρ πάλιν ἰσχύσητε, πάλιν ἡττηθήσεσθε. Ἐάν σοί ποτε</w:t>
      </w:r>
    </w:p>
    <w:p>
      <w:r>
        <w:rPr>
          <w:rFonts w:ascii="Courier New" w:hAnsi="Courier New"/>
          <w:color w:val="555555"/>
          <w:sz w:val="20"/>
        </w:rPr>
        <w:t>[25]</w:t>
      </w:r>
    </w:p>
    <w:p>
      <w:r>
        <w:rPr>
          <w:rFonts w:ascii="Gentium Plus" w:hAnsi="Gentium Plus"/>
          <w:sz w:val="24"/>
        </w:rPr>
        <w:t>ἐπαναστῇ τὸ φρόνημα τῆς σαρκὸς, σπούδασον αὐτὸ δουλαγω‐ γῆσαι καὶ καταπαλαῖσαι καὶ ὑποτάξαι τῷ πνεύματι. —Καὶ ἣν ἂν βουλεύσησθε βουλὴν, διασκεδάσει Κύριος· καὶ λόγον, ὃν ἂν λαλήσητε, οὐ μὴ ἐμμείνῃ ἐν ὑμῖν, ὅτι μεθ’ ἡμῶν ὁ Θεός. Διότι ἀπολεῖ τὴν σοφίαν τῶν σοφῶν καὶ τὴν σύνεσιν τῶν συνε‐</w:t>
      </w:r>
    </w:p>
    <w:p>
      <w:r>
        <w:rPr>
          <w:rFonts w:ascii="Courier New" w:hAnsi="Courier New"/>
          <w:color w:val="555555"/>
          <w:sz w:val="20"/>
        </w:rPr>
        <w:t>[30]</w:t>
      </w:r>
    </w:p>
    <w:p>
      <w:r>
        <w:rPr>
          <w:rFonts w:ascii="Gentium Plus" w:hAnsi="Gentium Plus"/>
          <w:sz w:val="24"/>
        </w:rPr>
        <w:t>τῶν ἀθετήσει. Βουλὴν οὖν ἀνθρωπίνην καταργεῖ ὁ τῆς μεγάλης βουλῆς Ἄγγελος, καὶ λόγον ἀνθρώπινον ἀθετεῖ ὁ Θεὸς Λόγος. Ὧν οὐδὲν ὑμῖν (φησὶν) οὐ μὴ ἐμμείνῃ· διότι μεθ’ ἡμῶν ὁ Θεός. —Χρήσιμον δὲ ἐν καιρῷ διωγμοῦ θαῤῥοῦντας λέγειν τοῖς ἔθνεσι τὸ Ἐὰν γὰρ πάλιν ἰσχύσητε, πάλιν ἡττηθήσεσθε.</w:t>
      </w:r>
    </w:p>
    <w:p>
      <w:r>
        <w:rPr>
          <w:rFonts w:ascii="Courier New" w:hAnsi="Courier New"/>
          <w:color w:val="555555"/>
          <w:sz w:val="20"/>
        </w:rPr>
        <w:t>[35]</w:t>
      </w:r>
    </w:p>
    <w:p>
      <w:r>
        <w:rPr>
          <w:rFonts w:ascii="Gentium Plus" w:hAnsi="Gentium Plus"/>
          <w:sz w:val="24"/>
        </w:rPr>
        <w:t>Πολλάκις γὰρ ἐπαναστάντες τῇ τοῦ Χριστοῦ Ἐκκλησίᾳ, πολ‐ λάκις κατέπεσον. Ὥσπερ γὰρ οἱ τῇ προσθήκῃ τῆς ὕλης τῆς καιομένης ἐπὶ τὸ μεῖζον αἴροντες τὴν φλόγα, οὕτως ἀεὶ οἱ καθελεῖν τὴν Ἐκκλησίαν σπουδάσαντες, διὰ τῶν διωγμῶν</w:t>
      </w:r>
    </w:p>
    <w:p>
      <w:r>
        <w:rPr>
          <w:rFonts w:ascii="Courier New" w:hAnsi="Courier New"/>
          <w:color w:val="555555"/>
          <w:sz w:val="20"/>
        </w:rPr>
        <w:t>[8 . 213]</w:t>
      </w:r>
    </w:p>
    <w:p>
      <w:r>
        <w:rPr>
          <w:rFonts w:ascii="Gentium Plus" w:hAnsi="Gentium Plus"/>
          <w:sz w:val="24"/>
        </w:rPr>
        <w:t>Οὕτω λέγει Κύριος· Τῇ ἰσχυρᾷ χειρὶ ἀπειθοῦσι, τῇ πορείᾳ τῆς ὁδοῦ τοῦ λαοῦ τούτου, λέγοντες· μήποτε εἴπητε σκληρόν· πᾶν γὰρ ὃ ἐὰν εἴπῃ ὁ λαὸς οὗτος, σκληρόν ἐστι. —Τὸν δὲ φόβον αὐτοῦ οὐ μὴ φοβηθῆτε, οὐδὲ μὴ</w:t>
      </w:r>
    </w:p>
    <w:p>
      <w:r>
        <w:rPr>
          <w:rFonts w:ascii="Courier New" w:hAnsi="Courier New"/>
          <w:color w:val="555555"/>
          <w:sz w:val="20"/>
        </w:rPr>
        <w:t>[5]</w:t>
      </w:r>
    </w:p>
    <w:p>
      <w:r>
        <w:rPr>
          <w:rFonts w:ascii="Gentium Plus" w:hAnsi="Gentium Plus"/>
          <w:sz w:val="24"/>
        </w:rPr>
        <w:t>ταραχθῆτε. Κύριον αὐτὸν ἁγιάσατε, καὶ αὐτὸς ἔσται σου φό‐ βος· κἂν ἐπ’ αὐτῷ πεποιθὼς ᾖς, ἔσται σοι εἰς ἁγίασμα· καὶ οὐχ ὡς λίθου προσκόμματι συναντήσεσθε, οὐδὲ ὡς πέτρας πτώματι. Μετὰ τὸ εὐαγγελισθῆναι τὸν λόγον περὶ τῆς τοῦ Ἐμ‐</w:t>
      </w:r>
    </w:p>
    <w:p>
      <w:r>
        <w:rPr>
          <w:rFonts w:ascii="Courier New" w:hAnsi="Courier New"/>
          <w:color w:val="555555"/>
          <w:sz w:val="20"/>
        </w:rPr>
        <w:t>[10]</w:t>
      </w:r>
    </w:p>
    <w:p>
      <w:r>
        <w:rPr>
          <w:rFonts w:ascii="Gentium Plus" w:hAnsi="Gentium Plus"/>
          <w:sz w:val="24"/>
        </w:rPr>
        <w:t>μανουὴλ παρουσίας καὶ οἱονεὶ ἐπὶ τῇ νίκῃ, τῇ κατὰ τῶν ἐθνῶν ἐκείνην τὴν φωνὴν ἀφεθῆναι (τὸ Γνῶτε, ἔθνη, καὶ ἡττᾶσθε· μεθ’ ἡμῶν ὁ Θεός) τοῦτο ἐπάγει ὁ λόγος, κατακρί‐ νων τὰ ἔθνη, ὅτι Ἀπειθοῦσι τῇ ἰσχυρᾷ χειρί. Χεὶρ δὲ ἰσχυρὰ, ἡ δύναμις ἡ τῶν ὄντων δημιουργικὴ, ἀφ’ ἧς συνέστη πᾶσα</w:t>
      </w:r>
    </w:p>
    <w:p>
      <w:r>
        <w:rPr>
          <w:rFonts w:ascii="Courier New" w:hAnsi="Courier New"/>
          <w:color w:val="555555"/>
          <w:sz w:val="20"/>
        </w:rPr>
        <w:t>[15]</w:t>
      </w:r>
    </w:p>
    <w:p>
      <w:r>
        <w:rPr>
          <w:rFonts w:ascii="Gentium Plus" w:hAnsi="Gentium Plus"/>
          <w:sz w:val="24"/>
        </w:rPr>
        <w:t>ἡ κτίσις τῶν ὁρωμένων καὶ τῶν ὑπὲρ τὰ ὁρώμενα. Δύο γάρ εἰσι τρόποι, δι’ ὧν εἰς ἐπίγνωσιν Θεοῦ καὶ ἐπιμέ‐ λειαν ἑαυτῶν ἐναχθῆναι δυνάμεθα· ἢ ἐκ τῶν φυσικῶν ἐννοιῶν, διὰ τῶν ὁρωμένων πρὸς τὸν ποιητὴν ἀναβαίνοντες, ἢ ἐκ τῆς διὰ τοῦ νόμου ἡμῖν δεδομένης διδασκαλίας. Οὗτοι δὲ φαίνον‐</w:t>
      </w:r>
    </w:p>
    <w:p>
      <w:r>
        <w:rPr>
          <w:rFonts w:ascii="Courier New" w:hAnsi="Courier New"/>
          <w:color w:val="555555"/>
          <w:sz w:val="20"/>
        </w:rPr>
        <w:t>[20]</w:t>
      </w:r>
    </w:p>
    <w:p>
      <w:r>
        <w:rPr>
          <w:rFonts w:ascii="Gentium Plus" w:hAnsi="Gentium Plus"/>
          <w:sz w:val="24"/>
        </w:rPr>
        <w:t>ται καὶ τῇ ἰσχυρᾷ χειρὶ ἀπειθοῦντες, τουτέστιν ἐκ τῶν κτι‐ σμάτων μὴ ἐναγόμενοι πρὸς τὴν τοῦ ποιήσαντος κατανόησιν, καὶ τῇ πορείᾳ, τουτέστι τῇ ὁδῷ. Ὁδὸς δὲ ἤτοι ὁ Κύριος, ὁ εἰπών· Ἐγώ εἰμι ἡ ὁδός. Ὁ αὐτὸς δὲ καὶ χεὶρ Θεοῦ καὶ</w:t>
      </w:r>
    </w:p>
    <w:p>
      <w:r>
        <w:rPr>
          <w:rFonts w:ascii="Courier New" w:hAnsi="Courier New"/>
          <w:color w:val="555555"/>
          <w:sz w:val="20"/>
        </w:rPr>
        <w:t>[25]</w:t>
      </w:r>
    </w:p>
    <w:p>
      <w:r>
        <w:rPr>
          <w:rFonts w:ascii="Gentium Plus" w:hAnsi="Gentium Plus"/>
          <w:sz w:val="24"/>
        </w:rPr>
        <w:t>καὶ Ἐγὼ τῇ χειρί μου ἐστερέωσα τὸν οὐρανόν. Οὐκοῦν κα‐ τηγοροῦνται οἱ μὴ πιστεύοντες εἰς τὸν Κύριον. —Ἢ πορείαν λέγει νῦν τὴν ὁδὸν τοῦ βίου τούτου, τὴν κατὰ τὸν νόμον ἡμῖν διατεταγμένην. Ὅτι γὰρ ὁδὸς ἡ διδασκαλία λέγεται, πολ‐ λαχόθεν ἐστὶ γνώριμον, τοῦ Κυρίου τυφλοὺς ὁδηγοὺς τοὺς</w:t>
      </w:r>
    </w:p>
    <w:p>
      <w:r>
        <w:rPr>
          <w:rFonts w:ascii="Courier New" w:hAnsi="Courier New"/>
          <w:color w:val="555555"/>
          <w:sz w:val="20"/>
        </w:rPr>
        <w:t>[30]</w:t>
      </w:r>
    </w:p>
    <w:p>
      <w:r>
        <w:rPr>
          <w:rFonts w:ascii="Gentium Plus" w:hAnsi="Gentium Plus"/>
          <w:sz w:val="24"/>
        </w:rPr>
        <w:t>διδασκάλους τοῦ νόμου προσαγορεύοντος. Καὶ Ἐν τῇ ὁδῷ τῶν μαρτυριῶν σου ἐτέρφθην. Καὶ Ἐν τῇ ὁδῷ σου ζήσομαι. Καὶ Μακάριοι οἱ ἄμωμοι ἐν ὁδῷ. Καὶ ἁπαξαπλῶς πλήρης ἐστὶν ἡ Γραφὴ, ὁδοιπορίαν τινὰ τὴν διὰ τοῦ νόμου προκοπὴν ἐπὶ τὴν τελείωσιν τῆς ψυχῆς ὀνομάζουσα. —Καὶ</w:t>
      </w:r>
    </w:p>
    <w:p>
      <w:r>
        <w:rPr>
          <w:rFonts w:ascii="Courier New" w:hAnsi="Courier New"/>
          <w:color w:val="555555"/>
          <w:sz w:val="20"/>
        </w:rPr>
        <w:t>[35]</w:t>
      </w:r>
    </w:p>
    <w:p>
      <w:r>
        <w:rPr>
          <w:rFonts w:ascii="Gentium Plus" w:hAnsi="Gentium Plus"/>
          <w:sz w:val="24"/>
        </w:rPr>
        <w:t>τὴν αἰτίαν ἐπήγαγε τῆς ἀπειθείας· οὐ δέχονται (φησὶ) τὰ προστάγματα τῆς ὁδοῦ, οἷς κέχρηται ὁ λόγος· ἀλλ’ ἀπει‐ θοῦσιν αὐτοῖς, τὸ σκληρὸν τῶν διατεταγμένων μὴ φέροντες.</w:t>
      </w:r>
    </w:p>
    <w:p>
      <w:r>
        <w:rPr>
          <w:rFonts w:ascii="Courier New" w:hAnsi="Courier New"/>
          <w:color w:val="555555"/>
          <w:sz w:val="20"/>
        </w:rPr>
        <w:t>[8 . 214]</w:t>
      </w:r>
    </w:p>
    <w:p>
      <w:r>
        <w:rPr>
          <w:rFonts w:ascii="Gentium Plus" w:hAnsi="Gentium Plus"/>
          <w:sz w:val="24"/>
        </w:rPr>
        <w:t>Ὡς καὶ ἐν τῷ Εὐαγγελίῳ οἱ Ἰουδαῖοι, μὴ ἀνασχό‐ μενοι τῶν τοῦ Κυρίου διδαγμάτων, ἔλεγον· Σκληρός ἐστιν ὁ λόγος οὗτος· τίς δύναται αὐτοῦ ἀκούειν; Σκληρὸν τῷ πόρνῳ τὸ σωφρονεῖν, σκληρὸν τῷ μεθύσῳ τὸ ἐγκρατεύεσθαι·</w:t>
      </w:r>
    </w:p>
    <w:p>
      <w:r>
        <w:rPr>
          <w:rFonts w:ascii="Courier New" w:hAnsi="Courier New"/>
          <w:color w:val="555555"/>
          <w:sz w:val="20"/>
        </w:rPr>
        <w:t>[5]</w:t>
      </w:r>
    </w:p>
    <w:p>
      <w:r>
        <w:rPr>
          <w:rFonts w:ascii="Gentium Plus" w:hAnsi="Gentium Plus"/>
          <w:sz w:val="24"/>
        </w:rPr>
        <w:t>σκληρὸν τῷ λοιδόρῳ τὸ εὐλογεῖν· καὶ ὅλως παντὶ τρα‐ χήλῳ ἐλευθεριάζειν ἐπιθυμοῦντι σκληρὸς ὁ ζυγὸς τοῦ νόμου φαίνεται, διὰ τοῦτο πολλοὶ (οἱ ἐπὶ τὴν ἀπώλειαν φερόμενοι,</w:t>
      </w:r>
    </w:p>
    <w:p>
      <w:r>
        <w:rPr>
          <w:rFonts w:ascii="Courier New" w:hAnsi="Courier New"/>
          <w:color w:val="555555"/>
          <w:sz w:val="20"/>
        </w:rPr>
        <w:t>[10]</w:t>
      </w:r>
    </w:p>
    <w:p>
      <w:r>
        <w:rPr>
          <w:rFonts w:ascii="Gentium Plus" w:hAnsi="Gentium Plus"/>
          <w:sz w:val="24"/>
        </w:rPr>
        <w:t>φέροντες. Ἡ μὲν γὰρ κακία δελεάζει τῷ λείῳ τῆς ἡδονῆς· ἡ δὲ ἀρετὴ σκληραγωγίαις καὶ πόνοις ἐκτραχύνει τὸν βίον τῶν ἀσκουμένων· Διὰ τοὺς λόγους τῶν χειλέων σου, ἐγὼ ἐφύλαξα ὁδοὺς σκληράς. Σκληρὰς ὁδοὺς λέγει τὰς ἐπὶ τὸν καταρτισμὸν τῶν ψυχῶν ἡμῶν δεδομένας ἡμῖν Ἐντολάς.</w:t>
      </w:r>
    </w:p>
    <w:p>
      <w:r>
        <w:rPr>
          <w:rFonts w:ascii="Courier New" w:hAnsi="Courier New"/>
          <w:color w:val="555555"/>
          <w:sz w:val="20"/>
        </w:rPr>
        <w:t>[15]</w:t>
      </w:r>
    </w:p>
    <w:p>
      <w:r>
        <w:rPr>
          <w:rFonts w:ascii="Gentium Plus" w:hAnsi="Gentium Plus"/>
          <w:sz w:val="24"/>
        </w:rPr>
        <w:t>Τί σκληρότερον τοῦ, λαβόντα πληγὴν κατὰ σιαγόνος, στρέ‐ ψαι αὐτῷ καὶ τὴν ἄλλην; τοῦ ἀποστερούμενον, μὴ ἀπαιτεῖν; τοῦ ἑλκόμενον εἰς δικαστήριον ... ἐπαποδύεσθαι καὶ τὸν χι‐ τῶνα; λοιδορούμενον εὐλογεῖν; βλασφημούμενον παρακαλεῖν; μηδένα μισεῖν; ὑπὲρ τῶν διωκόντων προσεύχεσθαι; Ἀλλὰ</w:t>
      </w:r>
    </w:p>
    <w:p>
      <w:r>
        <w:rPr>
          <w:rFonts w:ascii="Courier New" w:hAnsi="Courier New"/>
          <w:color w:val="555555"/>
          <w:sz w:val="20"/>
        </w:rPr>
        <w:t>[20]</w:t>
      </w:r>
    </w:p>
    <w:p>
      <w:r>
        <w:rPr>
          <w:rFonts w:ascii="Gentium Plus" w:hAnsi="Gentium Plus"/>
          <w:sz w:val="24"/>
        </w:rPr>
        <w:t>ταῦτα τὰ σκληρὰ τὸν ἁπαλὸν ἡμῖν κόλπον τοῦ πατρὸς ἡμῶν Ἀβραὰμ εἰς ἀνάπαυσιν εὐτρεπίζει. Μακάριοι γὰρ οἱ πεν‐ θοῦντες, ὅτι αὐτοὶ παρακληθήσονται. Μακάριοι οἱ πεινῶντες καὶ διψῶντες τὴν δικαιοσύνην, ὅτι αὐτοὶ χορτασθήσονται. Καὶ σχεδὸν πᾶσα ἡ ἐνταῦθα κακοπάθεια πρόξενός ἐστι</w:t>
      </w:r>
    </w:p>
    <w:p>
      <w:r>
        <w:rPr>
          <w:rFonts w:ascii="Courier New" w:hAnsi="Courier New"/>
          <w:color w:val="555555"/>
          <w:sz w:val="20"/>
        </w:rPr>
        <w:t>[25]</w:t>
      </w:r>
    </w:p>
    <w:p>
      <w:r>
        <w:rPr>
          <w:rFonts w:ascii="Gentium Plus" w:hAnsi="Gentium Plus"/>
          <w:sz w:val="24"/>
        </w:rPr>
        <w:t>τῶν αἰωνίων ἀγαθῶν. Διὰ τοῦτο Πορευόμενοι ἐπορεύοντο καὶ ἔκλαιον, βάλλοντες τὰ σπέρματα αὐτῶν. Σπέρμα γὰρ ἔσται τῶν μελλόντων ἀγαθῶν αἱ νῦν, διὰ τὸν τοῦ Θεοῦ νόμον ἐγγινόμεναι, θλίψεις. Ἐρχόμενοι δὲ ἥξουσιν ἐν ἀγαλλιάσει, αἴροντες τὰ δράγματα αὐτῶν. —Ἀπειθοῦσιν οὖν τὰ ἔθνη τῇ</w:t>
      </w:r>
    </w:p>
    <w:p>
      <w:r>
        <w:rPr>
          <w:rFonts w:ascii="Courier New" w:hAnsi="Courier New"/>
          <w:color w:val="555555"/>
          <w:sz w:val="20"/>
        </w:rPr>
        <w:t>[30]</w:t>
      </w:r>
    </w:p>
    <w:p>
      <w:r>
        <w:rPr>
          <w:rFonts w:ascii="Gentium Plus" w:hAnsi="Gentium Plus"/>
          <w:sz w:val="24"/>
        </w:rPr>
        <w:t>πορείᾳ τοῦ λαοῦ, λέγοντες· Μήποτε εἴπητε σκληρόν. Πᾶν γὰρ ὃ ἐὰν εἴπῃ ὁ λαὸς οὗτος, σκληρόν ἐστιν. Ἐξέτασον οὖν τοὺς τοῖς εἰδώλοις προσκαθεζομένους, τίνος ἕνεκεν οὐ προσέρχονται τῇ διδασκαλίᾳ τοῦ κηρύγματος. Ὁμολογοῦσι γὰρ αὐτῶν οἱ εὐγνωμονέστεροι, ὅτι τὸ αὐστηρὸν οὐχ ὑποφέ‐</w:t>
      </w:r>
    </w:p>
    <w:p>
      <w:r>
        <w:rPr>
          <w:rFonts w:ascii="Courier New" w:hAnsi="Courier New"/>
          <w:color w:val="555555"/>
          <w:sz w:val="20"/>
        </w:rPr>
        <w:t>[35]</w:t>
      </w:r>
    </w:p>
    <w:p>
      <w:r>
        <w:rPr>
          <w:rFonts w:ascii="Gentium Plus" w:hAnsi="Gentium Plus"/>
          <w:sz w:val="24"/>
        </w:rPr>
        <w:t>ρουσιν.</w:t>
      </w:r>
    </w:p>
    <w:p>
      <w:r>
        <w:rPr>
          <w:rFonts w:ascii="Courier New" w:hAnsi="Courier New"/>
          <w:color w:val="555555"/>
          <w:sz w:val="20"/>
        </w:rPr>
        <w:t>[8 . 215]</w:t>
      </w:r>
    </w:p>
    <w:p>
      <w:r>
        <w:rPr>
          <w:rFonts w:ascii="Gentium Plus" w:hAnsi="Gentium Plus"/>
          <w:sz w:val="24"/>
        </w:rPr>
        <w:t>Εἶτα ἐπάγει· Τὸν δὲ φόβον αὐτοῦ μὴ φοβηθῆτε. Τοῦτο δὲ διχῶς νοεῖται· καὶ γὰρ τοῖς ἔθνεσι λέγει, μὴ φο‐ βεῖσθε τὸν φόβον, ὃν νῦν ἀπαιδεύτως φοβοῦνται, μὴ ἐπιδι‐ δόντες ἑαυτοὺς τῇ ἀσκήσει τῶν βελτιόνων· ὡσανεὶ ἔλεγε·</w:t>
      </w:r>
    </w:p>
    <w:p>
      <w:r>
        <w:rPr>
          <w:rFonts w:ascii="Courier New" w:hAnsi="Courier New"/>
          <w:color w:val="555555"/>
          <w:sz w:val="20"/>
        </w:rPr>
        <w:t>[5]</w:t>
      </w:r>
    </w:p>
    <w:p>
      <w:r>
        <w:rPr>
          <w:rFonts w:ascii="Gentium Plus" w:hAnsi="Gentium Plus"/>
          <w:sz w:val="24"/>
        </w:rPr>
        <w:t>μὴ φοβοῦ τὴν σωφροσύνην, μὴ φοβοῦ τὴν ἀνδρίαν· μὴ φοβοῦ τὴν εὐσέβειαν, μηδεμίαν τῶν ἀρετῶν φοβηθῇς. Ἥμεροί εἰ‐ σιν, εὐπρόσιτοι, ἀγαθῶν παρεκτικαὶ, ζωῆς πρόξενοι. —Ἢ, μεταστρέψας τὸν λόγον, πρὸς τὸν λαὸν ἀποτείνεται· ὅτι ἐκεῖνοι μὲν ταῦτα περὶ ὑμῶν ὑπειλήφασι, τὴν πρὸς ὑμᾶς</w:t>
      </w:r>
    </w:p>
    <w:p>
      <w:r>
        <w:rPr>
          <w:rFonts w:ascii="Courier New" w:hAnsi="Courier New"/>
          <w:color w:val="555555"/>
          <w:sz w:val="20"/>
        </w:rPr>
        <w:t>[10]</w:t>
      </w:r>
    </w:p>
    <w:p>
      <w:r>
        <w:rPr>
          <w:rFonts w:ascii="Gentium Plus" w:hAnsi="Gentium Plus"/>
          <w:sz w:val="24"/>
        </w:rPr>
        <w:t>ἕνωσιν διὰ τῆς τοῦ νόμου πορείας μὴ καταδεχόμενοι. Ὑμεῖς δὲ μὴ φοβηθῆτε τὰς καθ’ ὑμῶν ἐπιβουλὰς τῶν ἐθνῶν, ἀλλὰ, νοήσαντες τὸν Κύριον, ἁγιάσατε αὐτόν. —Καὶ αὐτὸς ἔσται σου φόβος. Μέγιστον εἰς τελείωσιν, πεπαιδευμένως φοβεῖ‐ σθαι καὶ μὴ πάντα καταπτήσσειν, μηδὲ ψοφοδεεῖς εἶναι,</w:t>
      </w:r>
    </w:p>
    <w:p>
      <w:r>
        <w:rPr>
          <w:rFonts w:ascii="Courier New" w:hAnsi="Courier New"/>
          <w:color w:val="555555"/>
          <w:sz w:val="20"/>
        </w:rPr>
        <w:t>[15]</w:t>
      </w:r>
    </w:p>
    <w:p>
      <w:r>
        <w:rPr>
          <w:rFonts w:ascii="Gentium Plus" w:hAnsi="Gentium Plus"/>
          <w:sz w:val="24"/>
        </w:rPr>
        <w:t>τὰ ἀδεᾶ δεδοικότας. Καταγινώσκει γὰρ τῶν τοιούτων ὁ ψαλμὸς, λέγων· Ἐκεῖ φοβηθήσονται φόβῳ, οὗ οὐκ ἦν φόβος. Κύριον οὖν ἁγίασον. Καὶ αὐτὸς ἔσται σου φόβος. —Ἐκεί‐ νου τὴν παρουσίαν ἐκδέχου, ἐκείνου φοβοῦ τὸ κριτήριον. Φοβερὸς ὁ ἀποδιδοὺς ἑκάστῳ κατὰ τὰ ἔργα αὐτοῦ·</w:t>
      </w:r>
    </w:p>
    <w:p>
      <w:r>
        <w:rPr>
          <w:rFonts w:ascii="Courier New" w:hAnsi="Courier New"/>
          <w:color w:val="555555"/>
          <w:sz w:val="20"/>
        </w:rPr>
        <w:t>[20]</w:t>
      </w:r>
    </w:p>
    <w:p>
      <w:r>
        <w:rPr>
          <w:rFonts w:ascii="Gentium Plus" w:hAnsi="Gentium Plus"/>
          <w:sz w:val="24"/>
        </w:rPr>
        <w:t>φοβερὸς ὁ ἐν φωνῇ σάλπιγγος μετὰ ἁγίων Ἀγγέλων ἐπι‐ δημεῖν μέλλων ἐξ οὐρανῶν· φοβερὸς, οὗ ἡ ἀπόφασις κό‐ λασις αἰωνία. Ἐὰν οὖν ᾖς πεποιθὼς ἐπὶ Κύριον, οὐ συναν‐ τήσεις αὐτῷ, ὡς λίθου προσκόμματι, οὐδὲ ὡς πέτρας πτώ‐ ματι.</w:t>
      </w:r>
    </w:p>
    <w:p>
      <w:r>
        <w:rPr>
          <w:rFonts w:ascii="Courier New" w:hAnsi="Courier New"/>
          <w:color w:val="555555"/>
          <w:sz w:val="20"/>
        </w:rPr>
        <w:t>[25]</w:t>
      </w:r>
    </w:p>
    <w:p>
      <w:r>
        <w:rPr>
          <w:rFonts w:ascii="Gentium Plus" w:hAnsi="Gentium Plus"/>
          <w:sz w:val="24"/>
        </w:rPr>
        <w:t>Σαφῶς ὁ λόγος εἰς τὴν πρὸς τὸν Κύριον ἡμῶν Ἰησοῦν προσκαλεῖται πίστιν. Περὶ τούτου γὰρ εἴρηται, ὅτι Ἰδοὺ τίθημι ἐν Σιὼν λίθον προσκόμματος καὶ πέτραν σκανδάλου. Οἱ τυφλοὶ καὶ μὴ δυνάμενοι τὰ ἐν ποσὶ καθορᾷν, προσπταίουσι τοῖς λίθοις· καὶ οἱ μὴ ἠσφαλισμένοι τὰς βάσεις, περιολισθαί‐</w:t>
      </w:r>
    </w:p>
    <w:p>
      <w:r>
        <w:rPr>
          <w:rFonts w:ascii="Courier New" w:hAnsi="Courier New"/>
          <w:color w:val="555555"/>
          <w:sz w:val="20"/>
        </w:rPr>
        <w:t>[30]</w:t>
      </w:r>
    </w:p>
    <w:p>
      <w:r>
        <w:rPr>
          <w:rFonts w:ascii="Gentium Plus" w:hAnsi="Gentium Plus"/>
          <w:sz w:val="24"/>
        </w:rPr>
        <w:t>νουσι ταῖς πέτραις. Ὁ τοίνυν μηδεμίαν ἐπιμέλειαν τοῦ διορατικοῦ τῆς ψυχῆς ποιησάμενος, μηδὲ διὰ τῆς διδασκα‐ λίας τῶν Γραφῶν γνωρίσας τὴν τοῦ Κυρίου παρουσίαν, περιπταίει τῷ κηρύγματι τοῦ Εὐαγγελίου· καὶ ὁ κατὰ τὴν πίστιν εὐπερίτρεπτος, σκανδαλίζεται ἐν τῇ πέτρα, ἥτις</w:t>
      </w:r>
    </w:p>
    <w:p>
      <w:r>
        <w:rPr>
          <w:rFonts w:ascii="Courier New" w:hAnsi="Courier New"/>
          <w:color w:val="555555"/>
          <w:sz w:val="20"/>
        </w:rPr>
        <w:t>[35]</w:t>
      </w:r>
    </w:p>
    <w:p>
      <w:r>
        <w:rPr>
          <w:rFonts w:ascii="Gentium Plus" w:hAnsi="Gentium Plus"/>
          <w:sz w:val="24"/>
        </w:rPr>
        <w:t>ἐστὶν ὁ Χριστός. —Σὺ δὲ (φησὶν) ὁ λαὸς, ἐὰν ᾖς πεποιθὼς καὶ τελείᾳ τῇ πίστει ἐρηρεισμένος ἐπὶ τὸν Κύριον, οὐχ ὡς λίθου προσκόμματι τῷ περὶ αὐτοῦ λόγῳ συναντήσῃ, οὐδὲ περισφαλήσῃ αὐτῷ, ὡς πέτρας πτώματι. —Τάχα δὲ πρόσ‐ κομμά ἐστιν Ἕλλησι, τοῖς τὴν σοφίαν ζητοῦσιν, ἡ μωρία</w:t>
      </w:r>
    </w:p>
    <w:p>
      <w:r>
        <w:rPr>
          <w:rFonts w:ascii="Courier New" w:hAnsi="Courier New"/>
          <w:color w:val="555555"/>
          <w:sz w:val="20"/>
        </w:rPr>
        <w:t>[40]</w:t>
      </w:r>
    </w:p>
    <w:p>
      <w:r>
        <w:rPr>
          <w:rFonts w:ascii="Gentium Plus" w:hAnsi="Gentium Plus"/>
          <w:sz w:val="24"/>
        </w:rPr>
        <w:t>τοῦ κηρύγματος· καὶ πέτρα ἐστὶ σκανδάλου τοῖς Ἰουδαίοις, τοῖς τὰ σημεῖα αἰτοῦσι. Διὰ τοῦτο ἔλεγεν ὁ Παῦλος, τὸ κήρυγμα εἶναι Ἰουδαίοις μὲν σκάνδαλον, ἔθνεσι δὲ μωρίαν. Τοῖς δὲ πεποιθόσιν ἐπὶ τὸν Κύριον καὶ μὴ ἀποδείξεσι λο‐ γικαῖς ὑποβάλλουσι τοῦ κηρύγματος τὴν ἁπλότητα, μήτε</w:t>
      </w:r>
    </w:p>
    <w:p>
      <w:r>
        <w:rPr>
          <w:rFonts w:ascii="Courier New" w:hAnsi="Courier New"/>
          <w:color w:val="555555"/>
          <w:sz w:val="20"/>
        </w:rPr>
        <w:t>[45]</w:t>
      </w:r>
    </w:p>
    <w:p>
      <w:r>
        <w:rPr>
          <w:rFonts w:ascii="Gentium Plus" w:hAnsi="Gentium Plus"/>
          <w:sz w:val="24"/>
        </w:rPr>
        <w:t>διὰ σημείων ἐκπειράζουσι τὴν ἀλήθειαν, Χριστός ἐστι Θεοῦ δύναμις καὶ Θεοῦ σοφία.</w:t>
      </w:r>
    </w:p>
    <w:p>
      <w:r>
        <w:rPr>
          <w:rFonts w:ascii="Courier New" w:hAnsi="Courier New"/>
          <w:color w:val="555555"/>
          <w:sz w:val="20"/>
        </w:rPr>
        <w:t>[8 . 216]</w:t>
      </w:r>
    </w:p>
    <w:p>
      <w:r>
        <w:rPr>
          <w:rFonts w:ascii="Gentium Plus" w:hAnsi="Gentium Plus"/>
          <w:sz w:val="24"/>
        </w:rPr>
        <w:t>Τότε φανεροὶ ἔσονται οἱ σφραγιζόμενοι τὸν νόμον, τοῦ μὴ μαθεῖν. Καὶ ἐρεῖ· Μενῶ τὸν Θεὸν, τὸν ἀποστρέψαντα τὸ πρόσωπον αὐτοῦ ἀπὸ τοῦ οἴκου Ἰακὼβ, καὶ πεποιθὼς</w:t>
      </w:r>
    </w:p>
    <w:p>
      <w:r>
        <w:rPr>
          <w:rFonts w:ascii="Courier New" w:hAnsi="Courier New"/>
          <w:color w:val="555555"/>
          <w:sz w:val="20"/>
        </w:rPr>
        <w:t>[5]</w:t>
      </w:r>
    </w:p>
    <w:p>
      <w:r>
        <w:rPr>
          <w:rFonts w:ascii="Gentium Plus" w:hAnsi="Gentium Plus"/>
          <w:sz w:val="24"/>
        </w:rPr>
        <w:t>Ἐπὶ τῆς ἀκολουθίας τῶν προαγόντων ὁ λόγος ἤρτηται. Ἰδοὺ ἡ Παρθένος ἐν γαστρὶ λήψεται καὶ τέξεται υἱὸν, καὶ καλέσουσι τὸ ὄνομα αὐτοῦ Ἐμμανουὴλ, ὅ ἐστι μεθερ‐ μηνευόμενον, μεθ’ ἡμῶν ὁ Θεός. Καὶ πάλιν ὑποβὰς λέγει· Μεθ’ ἡμῶν ὁ Θεός· γνῶτε, ἔθνη, καὶ ἡττᾶσθε. Εἶτα πρὸς</w:t>
      </w:r>
    </w:p>
    <w:p>
      <w:r>
        <w:rPr>
          <w:rFonts w:ascii="Courier New" w:hAnsi="Courier New"/>
          <w:color w:val="555555"/>
          <w:sz w:val="20"/>
        </w:rPr>
        <w:t>[10]</w:t>
      </w:r>
    </w:p>
    <w:p>
      <w:r>
        <w:rPr>
          <w:rFonts w:ascii="Gentium Plus" w:hAnsi="Gentium Plus"/>
          <w:sz w:val="24"/>
        </w:rPr>
        <w:t>τοὺς μὴ καταδεχομένους τὸ καταγγελλόμενον παρὰ τοῦ Ἐμμανουὴλ, ἀλλὰ τὸ ἐπίπονον τῶν παρ’ αὐτοῦ διατεταγ‐ μένων ἐκκλίνοντας ἀποτείνει τὸν λόγον. Τότε (φησὶ) φα‐ νεροὶ ἔσονται οἱ σφραγιζόμενοι τὸν νόμον, τοῦ μὴ μαθεῖν. Τοῦ γὰρ λόγου τῆς διδασκαλίας κατασπειρομένου εἰς πάντας,</w:t>
      </w:r>
    </w:p>
    <w:p>
      <w:r>
        <w:rPr>
          <w:rFonts w:ascii="Courier New" w:hAnsi="Courier New"/>
          <w:color w:val="555555"/>
          <w:sz w:val="20"/>
        </w:rPr>
        <w:t>[15]</w:t>
      </w:r>
    </w:p>
    <w:p>
      <w:r>
        <w:rPr>
          <w:rFonts w:ascii="Gentium Plus" w:hAnsi="Gentium Plus"/>
          <w:sz w:val="24"/>
        </w:rPr>
        <w:t>οἱ μὲν ἀνορθοῦσιν ἑαυτῶν τὰς καρδίας εἰς ὑποδοχὴν τῶν διδαγμάτων· καί εἰσιν ὥσπερ γῆ εὔκαρπος, οἱ δεχόμενοι τὸν λόγον καὶ εἰς βάθος ῥιζοῦντες καὶ μὴ καταπνίγοντες ὑπὸ ἀκανθῶν, μήτε ἀφύλακτον ἔχοντες, ὡς εὐδιάρπαστον εἶναι ὑπὸ τοῦ διαβόλου, ἀλλὰ καρποφοροῦντες ἐν τριάκοντα καὶ</w:t>
      </w:r>
    </w:p>
    <w:p>
      <w:r>
        <w:rPr>
          <w:rFonts w:ascii="Courier New" w:hAnsi="Courier New"/>
          <w:color w:val="555555"/>
          <w:sz w:val="20"/>
        </w:rPr>
        <w:t>[20]</w:t>
      </w:r>
    </w:p>
    <w:p>
      <w:r>
        <w:rPr>
          <w:rFonts w:ascii="Gentium Plus" w:hAnsi="Gentium Plus"/>
          <w:sz w:val="24"/>
        </w:rPr>
        <w:t>ἑξήκοντα καὶ ἑκατόν. Εἰσὶ δὲ καὶ οἱ πάντη ἀποκλείοντες ἑαυτῶν τὴν ψυχὴν πρὸς τὸ μὴ παραδέξασθαι τὸν λόγον, ἀλλ’ οἱονεὶ ἀποδεσμοῦντες ἑαυτοὺς καὶ σφραγιζόμενοι, ὑπὲρ τοῦ μὴ ἐπεισελθεῖν τὸν λόγον τῆς ἀληθείας. Σφραγίζεσθαι δὲ λέγονται οἱ τῇ μορφῇ τοῦ ἀντικειμένου ἑαυτοὺς ὁμοιώ‐</w:t>
      </w:r>
    </w:p>
    <w:p>
      <w:r>
        <w:rPr>
          <w:rFonts w:ascii="Courier New" w:hAnsi="Courier New"/>
          <w:color w:val="555555"/>
          <w:sz w:val="20"/>
        </w:rPr>
        <w:t>[25]</w:t>
      </w:r>
    </w:p>
    <w:p>
      <w:r>
        <w:rPr>
          <w:rFonts w:ascii="Gentium Plus" w:hAnsi="Gentium Plus"/>
          <w:sz w:val="24"/>
        </w:rPr>
        <w:t>σαντες καὶ μὴ καταδεχόμενοι ἐν αὐτοῖς μορφωθῆναι Χρι‐ στὸν, οἱ παραχαράξαντες τὴν εἰκόνα τοῦ ἐπουρανίου, καὶ μόνῃ χαίροντες τῇ εἰκόνι τοῦ χοϊκοῦ. Ἐσφράγισται δὲ ὁ νόμος ἀσαφείᾳ καὶ τῷ μὴ εὔληπτος εἶναι τοῖς τυχοῦσι, διὰ τὴν ἀναγκαίως ἐπιζητουμένην τοῦ νόμου</w:t>
      </w:r>
    </w:p>
    <w:p>
      <w:r>
        <w:rPr>
          <w:rFonts w:ascii="Courier New" w:hAnsi="Courier New"/>
          <w:color w:val="555555"/>
          <w:sz w:val="20"/>
        </w:rPr>
        <w:t>[30]</w:t>
      </w:r>
    </w:p>
    <w:p>
      <w:r>
        <w:rPr>
          <w:rFonts w:ascii="Gentium Plus" w:hAnsi="Gentium Plus"/>
          <w:sz w:val="24"/>
        </w:rPr>
        <w:t>γυμνασίαν. Ὁ τοίνυν μὴ ἐπιδιδοὺς ἑαυτὸν τῇ μελέτῃ, μηδὲ λύειν τὸν τῆς ἀγνοίας δεσμὸν ἐπιθυμῶν, σφραγίζειν τὸν νόμον λέγεται, ὃς φανερωθήσεται ἐν τῇ ἡμέρᾳ τῆς ἀποκαλύψεως. Φανεροὶ γὰρ ἔσονται οἱ σφραγίζοντες τὸν νόμον, τοῦ μὴ μαθεῖν. Πῶς οὖν σφραγίζουσι τὸν νόμον οἱ Ἰουδαῖοι, περὶ</w:t>
      </w:r>
    </w:p>
    <w:p>
      <w:r>
        <w:rPr>
          <w:rFonts w:ascii="Courier New" w:hAnsi="Courier New"/>
          <w:color w:val="555555"/>
          <w:sz w:val="20"/>
        </w:rPr>
        <w:t>[35]</w:t>
      </w:r>
    </w:p>
    <w:p>
      <w:r>
        <w:rPr>
          <w:rFonts w:ascii="Gentium Plus" w:hAnsi="Gentium Plus"/>
          <w:sz w:val="24"/>
        </w:rPr>
        <w:t>ὧν εἴρηται, ὅτι ἤρατε τὰς κλεῖς, καὶ οὔτε αὐτοὶ εἰσέρχεσθε, καὶ τοὺς δυναμένους εἰσελθεῖν κωλύετε; —Σφραγίζει, τοῦ μὴ μαθεῖν, ὁ, ἐπὶ προφάσει δὴ τῆς κατὰ τὸ γράμμα τηρήσεως, μὴ ἀποκαλύπτων τὰ ἐν τῷ βάθει μυστήρια, καὶ τί λέγει, σκόπει, εἰ μὴ ἄντικρυς Ἰουδαϊκαὶ αἱ φωναί. —Μενῶ τὸν</w:t>
      </w:r>
    </w:p>
    <w:p>
      <w:r>
        <w:rPr>
          <w:rFonts w:ascii="Courier New" w:hAnsi="Courier New"/>
          <w:color w:val="555555"/>
          <w:sz w:val="20"/>
        </w:rPr>
        <w:t>[40]</w:t>
      </w:r>
    </w:p>
    <w:p>
      <w:r>
        <w:rPr>
          <w:rFonts w:ascii="Gentium Plus" w:hAnsi="Gentium Plus"/>
          <w:sz w:val="24"/>
        </w:rPr>
        <w:t>Θεὸν, τὸν ἀποστρέψαντα τὸ πρόσωπον αὐτοῦ ἀπὸ τοῦ οἴκου Ἰακώβ. Ταῦτα λέγουσιν Ἰουδαῖοι· οὐ πιστεύω εἰς τὸν Θεόν· οὐ δέχομαι τὸν Ἐμμανουήλ· εἰ καὶ νῦν ἐγκαταλέλειμμαι, ἀλλὰ μενῶ ποτε τὴν ἐπισκοπὴν τοῦ Θεοῦ, τοῦ ἀποστρέψαντος τὸ πρόσωπον αὐτοῦ ἀπὸ τοῦ οἴκου Ἰακώβ.</w:t>
      </w:r>
    </w:p>
    <w:p>
      <w:r>
        <w:rPr>
          <w:rFonts w:ascii="Courier New" w:hAnsi="Courier New"/>
          <w:color w:val="555555"/>
          <w:sz w:val="20"/>
        </w:rPr>
        <w:t>[8 . 217]</w:t>
      </w:r>
    </w:p>
    <w:p>
      <w:r>
        <w:rPr>
          <w:rFonts w:ascii="Gentium Plus" w:hAnsi="Gentium Plus"/>
          <w:sz w:val="24"/>
        </w:rPr>
        <w:t>Ἰδοὺ ἐγὼ καὶ τὰ παιδία, ἅ μοι ἔδωκεν ὁ Θεός. Καὶ ἔσται σημεῖα καὶ τέρατα ἐν τῷ οἴκῳ Ἰακὼβ, παρὰ Κυρίου Σαβαὼθ, ὃς κατοικεῖ ἐν τῷ ὄρει Σιών. Μετὰ τὸ ἐλεγχθῆναι τοὺς ἀπειθοῦντας, τότε λοιπὸν αὐτὸς ὁ</w:t>
      </w:r>
    </w:p>
    <w:p>
      <w:r>
        <w:rPr>
          <w:rFonts w:ascii="Courier New" w:hAnsi="Courier New"/>
          <w:color w:val="555555"/>
          <w:sz w:val="20"/>
        </w:rPr>
        <w:t>[5]</w:t>
      </w:r>
    </w:p>
    <w:p>
      <w:r>
        <w:rPr>
          <w:rFonts w:ascii="Gentium Plus" w:hAnsi="Gentium Plus"/>
          <w:sz w:val="24"/>
        </w:rPr>
        <w:t>Κύριος ἀπὸ τοῦ ἰδίου προσώπου διαλέγεται. Ἐκεῖνοι μὲν οὖν (φησὶν) ἀπειθοῦσι τῇ ἰσχυρᾷ χειρὶ, καὶ τῇ πορείᾳ τῆς ὁδοῦ τοῦ λαοῦ τούτου, καὶ προσποιοῦνται ἀναμένειν τὸν Κύριον, τὸν ἀποστρέψαντα τὸ πρόσωπον αὐτοῦ ἀπὸ τοῦ οἴκου Ἰακώβ.</w:t>
      </w:r>
    </w:p>
    <w:p>
      <w:r>
        <w:rPr>
          <w:rFonts w:ascii="Courier New" w:hAnsi="Courier New"/>
          <w:color w:val="555555"/>
          <w:sz w:val="20"/>
        </w:rPr>
        <w:t>[10]</w:t>
      </w:r>
    </w:p>
    <w:p>
      <w:r>
        <w:rPr>
          <w:rFonts w:ascii="Gentium Plus" w:hAnsi="Gentium Plus"/>
          <w:sz w:val="24"/>
        </w:rPr>
        <w:t>τῷ ἀποθέσθαι τὸν παλαιὸν ἄνθρωπον καὶ ἀναλαβεῖν τὸν νέον, οἱονεὶ παῖδας ἀρτιγενεῖς, ἁπαλοὺς τὸν τρόπον καὶ ἀπειρο‐ κάκους, καὶ ἀπογεγαλακτισμένους λοιπὸν ἀπὸ τῶν εἰσαγω‐ γικῶν λόγων, καὶ ἐπὶ τὴν τελειοτέραν τροφὴν τῶν μυστη‐ ρίων χωροῦντας, τούτους προσλαβόμενος καὶ θάλπων τῷ</w:t>
      </w:r>
    </w:p>
    <w:p>
      <w:r>
        <w:rPr>
          <w:rFonts w:ascii="Courier New" w:hAnsi="Courier New"/>
          <w:color w:val="555555"/>
          <w:sz w:val="20"/>
        </w:rPr>
        <w:t>[15]</w:t>
      </w:r>
    </w:p>
    <w:p>
      <w:r>
        <w:rPr>
          <w:rFonts w:ascii="Gentium Plus" w:hAnsi="Gentium Plus"/>
          <w:sz w:val="24"/>
        </w:rPr>
        <w:t>κόλπῳ τῆς εὐσπλαγχνίας, προσάγω τῷ Πατρί. Δι’ ἐμοῦ γὰρ ἡ ὁδὸς τῆς πρὸς αὐτὸν ἐπιγνώσεως. —Ὅτι δὲ ἐκ προσώπου τοῦ Χριστοῦ εἰσιν οἱ λόγοι, οὐδεὶς ἀντερεῖ τῶν μεμνημέ‐ νων τῆς πρὸς Ἑβραίους Ἐπιστολῆς. Ἔπρεπε γὰρ (φησὶ) δι’ ὃν τὰ πάντα καὶ δι’ οὗ τὰ πάντα, πολλοὺς υἱοὺς εἰς δόξαν</w:t>
      </w:r>
    </w:p>
    <w:p>
      <w:r>
        <w:rPr>
          <w:rFonts w:ascii="Courier New" w:hAnsi="Courier New"/>
          <w:color w:val="555555"/>
          <w:sz w:val="20"/>
        </w:rPr>
        <w:t>[20]</w:t>
      </w:r>
    </w:p>
    <w:p>
      <w:r>
        <w:rPr>
          <w:rFonts w:ascii="Gentium Plus" w:hAnsi="Gentium Plus"/>
          <w:sz w:val="24"/>
        </w:rPr>
        <w:t>ἀγαγόντα, τὸν ἀρχηγὸν τῆς σωτηρίας διὰ παθημάτων τε‐ λειῶσαι. Ὅ τε γὰρ ἁγιάζων (φησὶ) καὶ οἱ ἁγιαζόμενοι, ἐξ ἑνὸς πάντες. Δι’ ἣν αἰτίαν οὐκ ἐπαισχύνεται αὐτοὺς καλεῖν ἀδελφοὺς, λέγων· Ἀπαγγελῶ τὸ ὄνομά σου τοῖς ἀδελφοῖς μου. Καὶ πάλιν· Ἰδοὺ ἐγὼ καὶ τὰ παιδία, ἅ μοι ἔδωκεν ὁ</w:t>
      </w:r>
    </w:p>
    <w:p>
      <w:r>
        <w:rPr>
          <w:rFonts w:ascii="Courier New" w:hAnsi="Courier New"/>
          <w:color w:val="555555"/>
          <w:sz w:val="20"/>
        </w:rPr>
        <w:t>[25]</w:t>
      </w:r>
    </w:p>
    <w:p>
      <w:r>
        <w:rPr>
          <w:rFonts w:ascii="Gentium Plus" w:hAnsi="Gentium Plus"/>
          <w:sz w:val="24"/>
        </w:rPr>
        <w:t>Θεός.</w:t>
      </w:r>
    </w:p>
    <w:p>
      <w:r>
        <w:rPr>
          <w:rFonts w:ascii="Courier New" w:hAnsi="Courier New"/>
          <w:color w:val="555555"/>
          <w:sz w:val="20"/>
        </w:rPr>
        <w:t>[8 . 218]</w:t>
      </w:r>
    </w:p>
    <w:p>
      <w:r>
        <w:rPr>
          <w:rFonts w:ascii="Gentium Plus" w:hAnsi="Gentium Plus"/>
          <w:sz w:val="24"/>
        </w:rPr>
        <w:t>Καὶ ἔσται (φησὶ) σημεῖα καὶ τέρατα ἐν τῷ οἴκῳ Ἰακώβ. Παρὰ τούτων τῶν παιδίων τῶν ἀναγεννηθέντων ὑπὸ Χριστοῦ, δυνατὰ σημεῖα καὶ τέρατα ἐν τῷ οἴκῳ Ἰακὼβ</w:t>
      </w:r>
    </w:p>
    <w:p>
      <w:r>
        <w:rPr>
          <w:rFonts w:ascii="Courier New" w:hAnsi="Courier New"/>
          <w:color w:val="555555"/>
          <w:sz w:val="20"/>
        </w:rPr>
        <w:t>[5]</w:t>
      </w:r>
    </w:p>
    <w:p>
      <w:r>
        <w:rPr>
          <w:rFonts w:ascii="Gentium Plus" w:hAnsi="Gentium Plus"/>
          <w:sz w:val="24"/>
        </w:rPr>
        <w:t>ἐπιτελεσθήσεται. Παιδία ἦσαν οἱ Ἀπόστολοι, τῇ κακίᾳ νη‐ πιάζοντες· οἱ πρῶτον μὲν γλώσσαις λαλοῦντες, ἰδιῶται ἄνθρωποι καὶ Γαλιλαῖοι, πᾶσι φανερὰν ἐποίησαν τὴν ἐπι‐</w:t>
      </w:r>
    </w:p>
    <w:p>
      <w:r>
        <w:rPr>
          <w:rFonts w:ascii="Courier New" w:hAnsi="Courier New"/>
          <w:color w:val="555555"/>
          <w:sz w:val="20"/>
        </w:rPr>
        <w:t>[10]</w:t>
      </w:r>
    </w:p>
    <w:p>
      <w:r>
        <w:rPr>
          <w:rFonts w:ascii="Gentium Plus" w:hAnsi="Gentium Plus"/>
          <w:sz w:val="24"/>
        </w:rPr>
        <w:t>Ἔπειτα γνωστὸν σημεῖον, ὁ ἐπὶ τῇ ὡραίᾳ πύλῃ καθεζό‐ μενος χωλὸς, παρὰ Πέτρου καὶ Ἰωάννου, διὰ τῆς ἐπικλή‐ σεως τοῦ ὀνόματος τοῦ Χριστοῦ, ἀρτίπους γενόμενος, στε‐ ρεωθεισῶν αὐτῷ τῶν βάσεων. Ἐφ’ ᾧ καὶ ἐπληρώθη ἡ παλαιὰ προφητεία, ὅτι Τότε ἁλεῖται, ὡς ἔλαφος, ὁ χωλός.</w:t>
      </w:r>
    </w:p>
    <w:p>
      <w:r>
        <w:rPr>
          <w:rFonts w:ascii="Courier New" w:hAnsi="Courier New"/>
          <w:color w:val="555555"/>
          <w:sz w:val="20"/>
        </w:rPr>
        <w:t>[15]</w:t>
      </w:r>
    </w:p>
    <w:p>
      <w:r>
        <w:rPr>
          <w:rFonts w:ascii="Gentium Plus" w:hAnsi="Gentium Plus"/>
          <w:sz w:val="24"/>
        </w:rPr>
        <w:t>Σημεῖον ἦν ἡ Δορκὰς, ἐκ νεκρῶν ἐγειρομένη. Σημεῖον ἦν αἱ σιδηραῖ πύλαι τῆς φυλακῆς, αὐτομάτως ὑπανοιγόμεναι τῇ ἐξόδῳ τοῦ Πέτρου, τὰ δεσμὰ λυόμενα, καὶ ὅσα ἄλλα διὰ τῶν Ἀποστόλων ἐγίνετο εἰς φανέρωσιν τῆς θεότητος τοῦ Μονογενοῦς. Ταῦτα δὲ πάντα τὰ σημεῖα καὶ τέρατα παρὰ</w:t>
      </w:r>
    </w:p>
    <w:p>
      <w:r>
        <w:rPr>
          <w:rFonts w:ascii="Courier New" w:hAnsi="Courier New"/>
          <w:color w:val="555555"/>
          <w:sz w:val="20"/>
        </w:rPr>
        <w:t>[20]</w:t>
      </w:r>
    </w:p>
    <w:p>
      <w:r>
        <w:rPr>
          <w:rFonts w:ascii="Gentium Plus" w:hAnsi="Gentium Plus"/>
          <w:sz w:val="24"/>
        </w:rPr>
        <w:t>Θεοῦ ἐστι Σαβαὼθ, ὃς κατοικεῖ ἐν τῷ ὄρει Σιών. Θεὸν Σαβαὼθ τὸν Θεὸν τῶν στρατιῶν νοεῖν προσῆκε. Τίς δὲ ἄλλος τῶν στρατιῶν Κύριος, ἢ ὁ λεγόμενος ἀρχι‐ στράτηγος τῆς δυνάμεως τοῦ Θεοῦ, παρ’ οὗ δέδοται τὰ σημεῖα τοῖς παιδίοις; Ὅτι δὲ παιδία οἱ εἰς Χριστὸν πεπιστευκότες,</w:t>
      </w:r>
    </w:p>
    <w:p>
      <w:r>
        <w:rPr>
          <w:rFonts w:ascii="Courier New" w:hAnsi="Courier New"/>
          <w:color w:val="555555"/>
          <w:sz w:val="20"/>
        </w:rPr>
        <w:t>[25]</w:t>
      </w:r>
    </w:p>
    <w:p>
      <w:r>
        <w:rPr>
          <w:rFonts w:ascii="Gentium Plus" w:hAnsi="Gentium Plus"/>
          <w:sz w:val="24"/>
        </w:rPr>
        <w:t>δῆλον μὲν καὶ ἐκ τοῦ εἰρηκέναι τὸν Κύριον (περὶ τῶν αἰνούν‐ των αὐτὸν καὶ λεγόντων· Ὡσαννὰ ἐν τοῖς ὑψίστοις, πρὸς τοὺς Ἰουδαίους, τοὺς εἰπόντας αὐτῷ· Οὐκ ἀκούεις τί οὗτοι λέγουσιν;) Ὅτι ἐκ στόματος νηπίων καὶ θηλαζόντων κατηρ‐ τίσω αἶνον. Νηπίους γὰρ ἐκεῖ εἶπε τοὺς τέμνοντας τὰ</w:t>
      </w:r>
    </w:p>
    <w:p>
      <w:r>
        <w:rPr>
          <w:rFonts w:ascii="Courier New" w:hAnsi="Courier New"/>
          <w:color w:val="555555"/>
          <w:sz w:val="20"/>
        </w:rPr>
        <w:t>[30]</w:t>
      </w:r>
    </w:p>
    <w:p>
      <w:r>
        <w:rPr>
          <w:rFonts w:ascii="Gentium Plus" w:hAnsi="Gentium Plus"/>
          <w:sz w:val="24"/>
        </w:rPr>
        <w:t>βάϊα τῶν φοινίκων καὶ τὰ ἱμάτια στρωννύντας ἐν τῇ ὁδῷ, καὶ τοὺς κράζοντας καὶ δοξολογοῦντας αὐτόν. Ἀλλὰ καὶ ἑτέρωθι· Ἐξομολογοῦμαί σοι, Πάτερ, Κύριε τοῦ οὐρανοῦ καὶ τῆς γῆς, ὅτι ἀπέκρυψας ταῦτα ἀπὸ σοφῶν καὶ συνετῶν, καὶ</w:t>
      </w:r>
    </w:p>
    <w:p>
      <w:r>
        <w:rPr>
          <w:rFonts w:ascii="Courier New" w:hAnsi="Courier New"/>
          <w:color w:val="555555"/>
          <w:sz w:val="20"/>
        </w:rPr>
        <w:t>[35]</w:t>
      </w:r>
    </w:p>
    <w:p>
      <w:r>
        <w:rPr>
          <w:rFonts w:ascii="Gentium Plus" w:hAnsi="Gentium Plus"/>
          <w:sz w:val="24"/>
        </w:rPr>
        <w:t>τῷ λόγῳ καὶ διὰ τοῦ Πνεύματος τῆς ἀποκαλύψεως τῶν μυστηρίων ἀξιωθέντας. Ἰδοὺ οὖν ἐγὼ καὶ τὰ παιδία, δείκνυσι τοὺς ἐκλεκτοὺς ἑαυτοῦ, διότι Τὰ μωρὰ τοῦ κόσμου ἐξελέξατο ὁ Θεὸς, ἵνα καταισχύνῃ τοὺς σοφούς. Πᾶς οὖν ὁ ἀποθέμενος τὸν παλαιὸν</w:t>
      </w:r>
    </w:p>
    <w:p>
      <w:r>
        <w:rPr>
          <w:rFonts w:ascii="Courier New" w:hAnsi="Courier New"/>
          <w:color w:val="555555"/>
          <w:sz w:val="20"/>
        </w:rPr>
        <w:t>[40]</w:t>
      </w:r>
    </w:p>
    <w:p>
      <w:r>
        <w:rPr>
          <w:rFonts w:ascii="Gentium Plus" w:hAnsi="Gentium Plus"/>
          <w:sz w:val="24"/>
        </w:rPr>
        <w:t>ἄνθρωπον, τὸν φθειρόμενον κατὰ τὰς ἐπιθυμίας τῆς ἀπάτης καὶ ἐνδυσάμενος τὸν νέον, τὸν ἀνακαινούμενον κατ’ εἰκόνα τοῦ κτίσαντος, παιδίον ἐστὶ κατὰ τὸ μυστικὸν τοῦ Χριστοῦ.</w:t>
      </w:r>
    </w:p>
    <w:p>
      <w:r>
        <w:rPr>
          <w:rFonts w:ascii="Courier New" w:hAnsi="Courier New"/>
          <w:color w:val="555555"/>
          <w:sz w:val="20"/>
        </w:rPr>
        <w:t>[8 . 219]</w:t>
      </w:r>
    </w:p>
    <w:p>
      <w:r>
        <w:rPr>
          <w:rFonts w:ascii="Gentium Plus" w:hAnsi="Gentium Plus"/>
          <w:sz w:val="24"/>
        </w:rPr>
        <w:t>Καὶ ἐὰν εἴπωσι πρὸς ὑμᾶς· Ζητήσατε τοὺς ἐγγα‐ στριμύθους καὶ τοὺς ἀπὸ τῆς φωνοῦντας, τοὺς κενολογοῦν‐ τας, οἳ ἐκ τῆς κοιλίας φωνοῦσιν, οὐκ ἔθνος πρὸς Θεὸν αὐτοῦ ἐκζητήσουσι; Τί ἐκζητοῦσι περὶ τῶν ζώντων τοὺς</w:t>
      </w:r>
    </w:p>
    <w:p>
      <w:r>
        <w:rPr>
          <w:rFonts w:ascii="Courier New" w:hAnsi="Courier New"/>
          <w:color w:val="555555"/>
          <w:sz w:val="20"/>
        </w:rPr>
        <w:t>[5]</w:t>
      </w:r>
    </w:p>
    <w:p>
      <w:r>
        <w:rPr>
          <w:rFonts w:ascii="Gentium Plus" w:hAnsi="Gentium Plus"/>
          <w:sz w:val="24"/>
        </w:rPr>
        <w:t>νεκρούς; Νόμον γὰρ εἰς βοήθειαν ἔδωκεν, ἵνα εἴπωσιν· Οὐχ ὡς τὸ ῥῆμα τοῦτο, περὶ οὗ οὐκ ἔστι δῶρα δοῦναι περὶ αὐτοῦ. Καὶ ἥξει ἐφ’ ὑμᾶς σκληρὰ λιμὸς καὶ ἔσται, ὡς ἂν πεινάσητε· λυπηθήσεσθε καὶ κακῶς ἐρεῖτε τὸν ἄρχοντα καὶ τὰ πάτρια. Καὶ ἀναβλέψονται εἰς τὸν οὐρανὸν ἄνω, καὶ</w:t>
      </w:r>
    </w:p>
    <w:p>
      <w:r>
        <w:rPr>
          <w:rFonts w:ascii="Courier New" w:hAnsi="Courier New"/>
          <w:color w:val="555555"/>
          <w:sz w:val="20"/>
        </w:rPr>
        <w:t>[10]</w:t>
      </w:r>
    </w:p>
    <w:p>
      <w:r>
        <w:rPr>
          <w:rFonts w:ascii="Gentium Plus" w:hAnsi="Gentium Plus"/>
          <w:sz w:val="24"/>
        </w:rPr>
        <w:t>εἰς τὴν γῆν κάτω ἐμβλέψονται. Καὶ ἰδοὺ ἀπορία στενὴ καὶ σκότος, θλίψις καὶ στενοχωρία, καὶ σκότος, ὥστε μὴ βλέ‐ πειν. Καὶ οὐκ ἀπορηθήσεται ὁ ἐν στενοχωρίᾳ ὢν, ἕως καιροῦ. Οἱ μὴ καταδεχόμενοι τὸν λόγον τοῦ Εὐαγγελίου, οἱ ἐξου‐ θενοῦντες τὸ κήρυγμα ὡς μωρίαν, καὶ ἐπὶ τῷ σταυρῷ σκαν‐</w:t>
      </w:r>
    </w:p>
    <w:p>
      <w:r>
        <w:rPr>
          <w:rFonts w:ascii="Courier New" w:hAnsi="Courier New"/>
          <w:color w:val="555555"/>
          <w:sz w:val="20"/>
        </w:rPr>
        <w:t>[15]</w:t>
      </w:r>
    </w:p>
    <w:p>
      <w:r>
        <w:rPr>
          <w:rFonts w:ascii="Gentium Plus" w:hAnsi="Gentium Plus"/>
          <w:sz w:val="24"/>
        </w:rPr>
        <w:t>δαλιζόμενοι, ὅταν αὐτοῖς συμβουλεύωμεν ἐπανελθεῖν πρὸς</w:t>
      </w:r>
    </w:p>
    <w:p>
      <w:r>
        <w:rPr>
          <w:rFonts w:ascii="Courier New" w:hAnsi="Courier New"/>
          <w:color w:val="555555"/>
          <w:sz w:val="20"/>
        </w:rPr>
        <w:t>[20]</w:t>
      </w:r>
    </w:p>
    <w:p>
      <w:r>
        <w:rPr>
          <w:rFonts w:ascii="Gentium Plus" w:hAnsi="Gentium Plus"/>
          <w:sz w:val="24"/>
        </w:rPr>
        <w:t>Καὶ τούτου μάρτυς ἡ πεῖρα. Οἱ γὰρ προστετηκότες τοῖς εἰδώλοις, ὀνείροις καὶ κληδόσι καὶ μαντείαις δαιμόνων προσ‐ έχοντες, καὶ αὐτοὶ τὴν ἀλήθειαν ἐξουδενοῦσι καὶ ἡμῖν συμ‐ βουλεύουσι τὰ τοιαῦτα ἐξαιτεῖν. Διότι ἐνέργειαι πλάνης ἐπὶ καταστροφῇ τῶν πεπειραμένων αὐτοῖς ἐνεργοῦνται παρὰ τῶν</w:t>
      </w:r>
    </w:p>
    <w:p>
      <w:r>
        <w:rPr>
          <w:rFonts w:ascii="Courier New" w:hAnsi="Courier New"/>
          <w:color w:val="555555"/>
          <w:sz w:val="20"/>
        </w:rPr>
        <w:t>[25]</w:t>
      </w:r>
    </w:p>
    <w:p>
      <w:r>
        <w:rPr>
          <w:rFonts w:ascii="Gentium Plus" w:hAnsi="Gentium Plus"/>
          <w:sz w:val="24"/>
        </w:rPr>
        <w:t>δαιμόνων· νῦν μὲν ἐν τοῖς ὕπνοις φαντασίας τινὰς περιισ‐ τώντων, ἢ συμβουλὴν ἐχούσας πάθους σωματικοῦ, ἢ προαγο‐ ρευούσας τὸ μέλλον. Δύνανται δὲ τὰ τοιαῦτα συνορᾷν οἱ δαίμονες· περὶ μὲν τὰ τοῦ σώματος πάθη, διὰ τὸ διορατι‐ κώτεροι εἶναι τῶν ὑλικῶν ἰδιωμάτων, καὶ ἐπισκέφθαι ποιό‐</w:t>
      </w:r>
    </w:p>
    <w:p>
      <w:r>
        <w:rPr>
          <w:rFonts w:ascii="Courier New" w:hAnsi="Courier New"/>
          <w:color w:val="555555"/>
          <w:sz w:val="20"/>
        </w:rPr>
        <w:t>[30]</w:t>
      </w:r>
    </w:p>
    <w:p>
      <w:r>
        <w:rPr>
          <w:rFonts w:ascii="Gentium Plus" w:hAnsi="Gentium Plus"/>
          <w:sz w:val="24"/>
        </w:rPr>
        <w:t>τητας βοτανῶν, καὶ τὸ ἀπ’ αὐτῶν πρὸς τὰ πάθη κατάλ‐ ληλον. Περὶ δὲ τῶν μελλόντων πολλάκις προλέγουσι τὰ ἤδη γενό‐ μενα, ἡμῖν δὲ μήπω ἐγνωσμένα, ὡς ἐσόμενα ἡμῖν ἀναγγέλ‐ λουσιν. Οἷον εἴ τις καὶ παρ’ ἡμῶν ἀκούσας παρουσίαν τινὸς,</w:t>
      </w:r>
    </w:p>
    <w:p>
      <w:r>
        <w:rPr>
          <w:rFonts w:ascii="Courier New" w:hAnsi="Courier New"/>
          <w:color w:val="555555"/>
          <w:sz w:val="20"/>
        </w:rPr>
        <w:t>[35]</w:t>
      </w:r>
    </w:p>
    <w:p>
      <w:r>
        <w:rPr>
          <w:rFonts w:ascii="Gentium Plus" w:hAnsi="Gentium Plus"/>
          <w:sz w:val="24"/>
        </w:rPr>
        <w:t>ταύτην τῷ προσδοκῶντι ὡς μέλλουσαν ἀναγγέλλοι, τὴν ἐκ τοῦ δοκεῖν προφήτης εἶναι δόξαν δι’ ἀπάτης θηρώμενος. Οὕτω καὶ οἱ δαίμονες τὰ διατετυπωμένα, τὰ ἀποφάσει Θεοῦ δημοσιευ‐ θέντα, ἀνήγγειλαν πολλάκις τοῖς πρὸς ἀπάτην εὐκόλως ἔχουσιν. Ὡς καὶ ἡ ἐγγαστρίμυθος τῷ Σαοὺλ διὰ τῶν δαι‐</w:t>
      </w:r>
    </w:p>
    <w:p>
      <w:r>
        <w:rPr>
          <w:rFonts w:ascii="Courier New" w:hAnsi="Courier New"/>
          <w:color w:val="555555"/>
          <w:sz w:val="20"/>
        </w:rPr>
        <w:t>[40]</w:t>
      </w:r>
    </w:p>
    <w:p>
      <w:r>
        <w:rPr>
          <w:rFonts w:ascii="Gentium Plus" w:hAnsi="Gentium Plus"/>
          <w:sz w:val="24"/>
        </w:rPr>
        <w:t>μόνων ἀνήγγειλε τὴν μέλλουσαν ἧτταν. Δαίμονες γὰρ ἦσαν οἱ κατασχηματίζοντες ἑαυτοὺς εἰς τὸ τοῦ Σαμουὴλ πρόσ‐ ωπον, οἳ διὰ τὸ ἀκηκοέναι τῆς ἐπὶ τῷ Σαοὺλ κατακρί‐ σεως, ὡς ἰδίαν ἀπόφασιν τὴν ἐξενεχθεῖσαν παρὰ Θεοῦ διη‐</w:t>
      </w:r>
    </w:p>
    <w:p>
      <w:r>
        <w:rPr>
          <w:rFonts w:ascii="Courier New" w:hAnsi="Courier New"/>
          <w:color w:val="555555"/>
          <w:sz w:val="20"/>
        </w:rPr>
        <w:t>[45]</w:t>
      </w:r>
    </w:p>
    <w:p>
      <w:r>
        <w:rPr>
          <w:rFonts w:ascii="Gentium Plus" w:hAnsi="Gentium Plus"/>
          <w:sz w:val="24"/>
        </w:rPr>
        <w:t>Ἐπὶ οὖν τὰς ἐκ τῶν δαιμόνων ἀπάτας προτρέπονται ἡμᾶς πολλάκις τὰ ἔθνη, λέγοντες· ἐκζητήσατε τοὺς ἐγγασ‐ τριμύθους, τοὺς ἀπὸ τῆς γῆς φωνοῦντας. Οὐδὲ γὰρ τολμῶσιν εἰπεῖν ἐξ οὐρανῶν αὐτῶν εἶναι τὰ ῥήματα. Ὡς καὶ ἡ ἐν ταῖς Βασιλείαις ἐκείνη διαλεγομένη τῷ Σαοὺλ ἔλεγεν, ὅτι Ὁρῶ</w:t>
      </w:r>
    </w:p>
    <w:p>
      <w:r>
        <w:rPr>
          <w:rFonts w:ascii="Courier New" w:hAnsi="Courier New"/>
          <w:color w:val="555555"/>
          <w:sz w:val="20"/>
        </w:rPr>
        <w:t>[8 . 219 (50)]</w:t>
      </w:r>
    </w:p>
    <w:p>
      <w:r>
        <w:rPr>
          <w:rFonts w:ascii="Gentium Plus" w:hAnsi="Gentium Plus"/>
          <w:sz w:val="24"/>
        </w:rPr>
        <w:t>ἐγὼ θεοὺς ἀναβαίνοντας ἀπὸ τῆς γῆς. —Τοιαύτη γὰρ ἡ τῶν ἐγγαστριμύθων ἐπίνοια· ψυχὰς ἐπαγγέλλονται τετε‐ λευτηκότων ἀνάγειν εἰς φανέρωσιν τῶν ἐπιζητουμένων· εἶτα τὴν ἑαυτοῦ γνώμην ἐπιφέρει, ἣν ἔχει περὶ τῶν τοιού‐ των ἐπινοιῶν, καὶ ἀποφαίνεται αὐτοὺς ματαιολόγους, εἰ‐</w:t>
      </w:r>
    </w:p>
    <w:p>
      <w:r>
        <w:rPr>
          <w:rFonts w:ascii="Courier New" w:hAnsi="Courier New"/>
          <w:color w:val="555555"/>
          <w:sz w:val="20"/>
        </w:rPr>
        <w:t>[55]</w:t>
      </w:r>
    </w:p>
    <w:p>
      <w:r>
        <w:rPr>
          <w:rFonts w:ascii="Gentium Plus" w:hAnsi="Gentium Plus"/>
          <w:sz w:val="24"/>
        </w:rPr>
        <w:t>πών· Τοὺς κενολογοῦντας, οἳ ἐκ τῆς κοιλίας φωνοῦσιν, ἤτοι ἀπὸ τοῦ θελήματος ἑαυτῶν φθεγγόμενοι. Οὐ γὰρ ἑτέ‐ ρωθεν διδαχθεὶς λέγει, ἀλλὰ ἀναπλάσας ἐν τῇ ἑαυτοῦ καρδίᾳ τὸ ψεῦδος, τοῦ θελήματος τῶν ὁρώντων παραστοχαζόμενος, λέγει τὰ πρὸς ἀπάτην τῶν ἀνοήτων αὐτῷ χρησιμεύοντα.</w:t>
      </w:r>
    </w:p>
    <w:p>
      <w:r>
        <w:rPr>
          <w:rFonts w:ascii="Courier New" w:hAnsi="Courier New"/>
          <w:color w:val="555555"/>
          <w:sz w:val="20"/>
        </w:rPr>
        <w:t>[8 . 220]</w:t>
      </w:r>
    </w:p>
    <w:p>
      <w:r>
        <w:rPr>
          <w:rFonts w:ascii="Gentium Plus" w:hAnsi="Gentium Plus"/>
          <w:sz w:val="24"/>
        </w:rPr>
        <w:t>Ἢ τάχα ἐκ τῆς κοιλίας φωνοῦσιν, Ὧν ὁ θεὸς ἡ κοιλία, οἱ πάντα πραγματευόμενοι, τῆς ἐν τῷ ἐσθίειν καὶ πίνειν ἕνεκεν ἡδονῆς. Ὥστε οὐκ ἄν τις ἁμάρτοι, εἰπὼν ἐγ‐ γαστριμύθους καὶ ἐκ τῆς κοιλίας φωνοῦντας τοὺς ὑπὲρ τοῦ</w:t>
      </w:r>
    </w:p>
    <w:p>
      <w:r>
        <w:rPr>
          <w:rFonts w:ascii="Courier New" w:hAnsi="Courier New"/>
          <w:color w:val="555555"/>
          <w:sz w:val="20"/>
        </w:rPr>
        <w:t>[5]</w:t>
      </w:r>
    </w:p>
    <w:p>
      <w:r>
        <w:rPr>
          <w:rFonts w:ascii="Gentium Plus" w:hAnsi="Gentium Plus"/>
          <w:sz w:val="24"/>
        </w:rPr>
        <w:t>τὴν γαστέρα πληρῶσαι διδασκαλίαν σχηματιζομένους, καὶ εὐλαβείας ἑαυτοῖς περιτιθέντας μορφήν· οἳ διὰ τὸ μὴ ἀπὸ διαθέσεως τοὺς λόγους προφέρεσθαι, κενολογοῦσιν. Εἰ‐</w:t>
      </w:r>
    </w:p>
    <w:p>
      <w:r>
        <w:rPr>
          <w:rFonts w:ascii="Courier New" w:hAnsi="Courier New"/>
          <w:color w:val="555555"/>
          <w:sz w:val="20"/>
        </w:rPr>
        <w:t>[10]</w:t>
      </w:r>
    </w:p>
    <w:p>
      <w:r>
        <w:rPr>
          <w:rFonts w:ascii="Gentium Plus" w:hAnsi="Gentium Plus"/>
          <w:sz w:val="24"/>
        </w:rPr>
        <w:t>σουσι, τοιοῦτόν ἐστιν, ὅτι ἕκαστον ἔθνος τῷ ἑαυτοῦ θεῷ προσάγει τὴν, περὶ οὗ βούλεται, μαθεῖν ζήτησιν. —Καὶ ἐρω‐ τηματικῶς χρὴ τυποῦσθαι τὴν ἀνάγνωσιν πρὸς τὴν σαφή‐ νειαν τοῦ ῥητοῦ· Οὐχὶ ἔθνος πρὸς θεὸν αὐτοῦ ἐκζητήσουσιν; Ὥστε τοὺς ἔξω τῆς καθ’ ἡμᾶς θεραπείας, ἀκολούθως τοῖς</w:t>
      </w:r>
    </w:p>
    <w:p>
      <w:r>
        <w:rPr>
          <w:rFonts w:ascii="Courier New" w:hAnsi="Courier New"/>
          <w:color w:val="555555"/>
          <w:sz w:val="20"/>
        </w:rPr>
        <w:t>[15]</w:t>
      </w:r>
    </w:p>
    <w:p>
      <w:r>
        <w:rPr>
          <w:rFonts w:ascii="Gentium Plus" w:hAnsi="Gentium Plus"/>
          <w:sz w:val="24"/>
        </w:rPr>
        <w:t>θεοῖς, οὓς ὑπέθεντο εἶναι θεοὺς, καὶ τὰς ἐπερωτήσεις προσ‐ άγειν. Νεκροὺς γὰρ θεοὺς ὑποθέμενοι, αὐτοὺς ἐπερωτῶσι περὶ τῶν ζώντων. Νεκροὺς δὲ λέγει, ἤτοι τὰ ἄψυχα εἴδωλα, λίθους καὶ ξύλα, καὶ χαλκὸν καὶ χρυσόν· ἢ νεκροὺς λέγει τοὺς τὴν ζωὴν τὴν ἀληθινὴν διὰ τῆς ἀποστασίας ἀποβεβλη‐</w:t>
      </w:r>
    </w:p>
    <w:p>
      <w:r>
        <w:rPr>
          <w:rFonts w:ascii="Courier New" w:hAnsi="Courier New"/>
          <w:color w:val="555555"/>
          <w:sz w:val="20"/>
        </w:rPr>
        <w:t>[20]</w:t>
      </w:r>
    </w:p>
    <w:p>
      <w:r>
        <w:rPr>
          <w:rFonts w:ascii="Gentium Plus" w:hAnsi="Gentium Plus"/>
          <w:sz w:val="24"/>
        </w:rPr>
        <w:t>κότας. —Ἢ τάχα καὶ πᾶσα τῶν ἐγγαστριμύθων λεγομένων ἡ πραγματεία, περὶ τὰ μνήματα στρέφεται, κἀκεῖθεν ἔχει τῆς μαγγανείας τὴν δύναμιν. Εἶτα δυσανασχετῶν ἐπὶ τῇ ἀνοίᾳ τῶν εἰδωλολατρούντων ὁ λόγος φησί· Τί ἐκζητή‐ σουσι περὶ τῶν ζώντων τοὺς νεκρούς; Τί προσκυνεῖς τὸν</w:t>
      </w:r>
    </w:p>
    <w:p>
      <w:r>
        <w:rPr>
          <w:rFonts w:ascii="Courier New" w:hAnsi="Courier New"/>
          <w:color w:val="555555"/>
          <w:sz w:val="20"/>
        </w:rPr>
        <w:t>[25]</w:t>
      </w:r>
    </w:p>
    <w:p>
      <w:r>
        <w:rPr>
          <w:rFonts w:ascii="Gentium Plus" w:hAnsi="Gentium Plus"/>
          <w:sz w:val="24"/>
        </w:rPr>
        <w:t>λίθον, ὁ ἔμψυχος; τί ἐρωτᾶς τὸν κωφὸν, ὁ λογικός; Ὑπὲρ τοῦ παιδὸς ἱκετεύεις τοῦ ζῶντος τὸν ζωὴν οὐκ ἔχοντα, τὸν ζωῆς ἐστερημένον, τὸν ἄπνουν; Κἂν εἰς μαντεῖον ἀπέλθῃς, κἂν καθαρμοὺς περινοῇς, πρὸς νεκροὺς ἀπῆλθες, καὶ αὐτοὺς τὴν ζωὴν ἀπολωλεκότας καὶ σοὶ μέλλοντας διὰ τῆς παρακοῆς</w:t>
      </w:r>
    </w:p>
    <w:p>
      <w:r>
        <w:rPr>
          <w:rFonts w:ascii="Courier New" w:hAnsi="Courier New"/>
          <w:color w:val="555555"/>
          <w:sz w:val="20"/>
        </w:rPr>
        <w:t>[30]</w:t>
      </w:r>
    </w:p>
    <w:p>
      <w:r>
        <w:rPr>
          <w:rFonts w:ascii="Gentium Plus" w:hAnsi="Gentium Plus"/>
          <w:sz w:val="24"/>
        </w:rPr>
        <w:t>τὴν νέκρωσιν ἐμποιεῖν.</w:t>
      </w:r>
    </w:p>
    <w:p>
      <w:r>
        <w:rPr>
          <w:rFonts w:ascii="Courier New" w:hAnsi="Courier New"/>
          <w:color w:val="555555"/>
          <w:sz w:val="20"/>
        </w:rPr>
        <w:t>[8 . 221]</w:t>
      </w:r>
    </w:p>
    <w:p>
      <w:r>
        <w:rPr>
          <w:rFonts w:ascii="Gentium Plus" w:hAnsi="Gentium Plus"/>
          <w:sz w:val="24"/>
        </w:rPr>
        <w:t>Νόμον δέδωκεν εἰς βοήθειαν, ἵνα εἴπωσιν· Οὐχ ὡς τὸ ῥῆμα τοῦτο, περὶ οὗ οὐκ ἔστι δῶρα δοῦναι περὶ αὐτοῦ. Μὴ πολυπραγμόνει τὸ μέλλον, ἀλλὰ τὰ παρόντα πρὸς τὸ χρήσιμον διατίθεσο. Τί γὰρ ὄφελος ἐκ τοῦ προλαβεῖν σε τὴν</w:t>
      </w:r>
    </w:p>
    <w:p>
      <w:r>
        <w:rPr>
          <w:rFonts w:ascii="Courier New" w:hAnsi="Courier New"/>
          <w:color w:val="555555"/>
          <w:sz w:val="20"/>
        </w:rPr>
        <w:t>[5]</w:t>
      </w:r>
    </w:p>
    <w:p>
      <w:r>
        <w:rPr>
          <w:rFonts w:ascii="Gentium Plus" w:hAnsi="Gentium Plus"/>
          <w:sz w:val="24"/>
        </w:rPr>
        <w:t>γνῶσιν; Εἰ μὲν ἀγαθὸν ἔσται τὸ ἐσόμενον, ἥξει, κἂν μὴ προγνῷς· εἰ δὲ λυπηρὸν, τί σοι τὸ κέρδος προδαπανᾶσθαι τῇ λύπῃ; —Νόμον ἔλαβες εἰς βοήθειαν. Μεγάλη μὲν ἦν σοι καὶ ἡ ἐκ φύσεως ἐνυπάρχουσα πρὸς τὸ καλὸν ἐπιτηδειότης, ἀλλὰ τοῦτο τελειῶν ὁ Θεὸς καὶ τὴν ἐκ τοῦ νόμου σοι χει‐</w:t>
      </w:r>
    </w:p>
    <w:p>
      <w:r>
        <w:rPr>
          <w:rFonts w:ascii="Courier New" w:hAnsi="Courier New"/>
          <w:color w:val="555555"/>
          <w:sz w:val="20"/>
        </w:rPr>
        <w:t>[10]</w:t>
      </w:r>
    </w:p>
    <w:p>
      <w:r>
        <w:rPr>
          <w:rFonts w:ascii="Gentium Plus" w:hAnsi="Gentium Plus"/>
          <w:sz w:val="24"/>
        </w:rPr>
        <w:t>ραγωγίαν προσέθηκε. Βούλει περὶ τῶν μελλόντων πεπεῖ‐ σθαι; Ποίει τὰ διατεταγμένα κατὰ τὸν νόμον, καὶ ἀνά‐ μενε τῶν ἀγαθῶν τὴν ἀπόλαυσιν. Τίμα τὸν πατέρα σου καὶ τὴν μητέρα, ἵνα εὖ σοι γένηται καὶ ἔσῃ μακροχρόνιος ἐπὶ τῆς γῆς, ἧς Κύριος ὁ Θεός σου δίδωσί σοι. —Ἐπιθυμεῖς</w:t>
      </w:r>
    </w:p>
    <w:p>
      <w:r>
        <w:rPr>
          <w:rFonts w:ascii="Courier New" w:hAnsi="Courier New"/>
          <w:color w:val="555555"/>
          <w:sz w:val="20"/>
        </w:rPr>
        <w:t>[15]</w:t>
      </w:r>
    </w:p>
    <w:p>
      <w:r>
        <w:rPr>
          <w:rFonts w:ascii="Gentium Plus" w:hAnsi="Gentium Plus"/>
          <w:sz w:val="24"/>
        </w:rPr>
        <w:t>τῶν ἀγαθῶν; Ποίει τὰ διατεταγμένα. Μὴ ἐρώτα τὸν μάντιν περὶ τῆς ὑγείας, ἀλλ’ ἀνάσχου τοῦ ἰατροῦ, ὑποτιθεμένου τὰ πρὸς ὑγείαν, ὧν αὐτὸς εἶ κύριος. Τί παρ’ ἑτέρου διδάσκῃ; Οὐδεὶς μάντις ἀθανασίαν χαρίζεται, οὐδεὶς ἀνάγει πρὸς οὐρανόν· οὐδείς σε τῷ κριτῇ ἐν παῤῥησίᾳ παρίστησιν, ἀλλ’ ὁ</w:t>
      </w:r>
    </w:p>
    <w:p>
      <w:r>
        <w:rPr>
          <w:rFonts w:ascii="Courier New" w:hAnsi="Courier New"/>
          <w:color w:val="555555"/>
          <w:sz w:val="20"/>
        </w:rPr>
        <w:t>[20]</w:t>
      </w:r>
    </w:p>
    <w:p>
      <w:r>
        <w:rPr>
          <w:rFonts w:ascii="Gentium Plus" w:hAnsi="Gentium Plus"/>
          <w:sz w:val="24"/>
        </w:rPr>
        <w:t>νόμος καὶ ἡ τούτου ἀκριβὴς τήρησις· ὃν τηρῶν, μὴ πολυ‐</w:t>
      </w:r>
    </w:p>
    <w:p>
      <w:r>
        <w:rPr>
          <w:rFonts w:ascii="Courier New" w:hAnsi="Courier New"/>
          <w:color w:val="555555"/>
          <w:sz w:val="20"/>
        </w:rPr>
        <w:t>[25]</w:t>
      </w:r>
    </w:p>
    <w:p>
      <w:r>
        <w:rPr>
          <w:rFonts w:ascii="Gentium Plus" w:hAnsi="Gentium Plus"/>
          <w:sz w:val="24"/>
        </w:rPr>
        <w:t>οὐ γὰρ πρὸς ἀπάτην ἐπινενόηται, ὥσπερ ἐκεῖνα, ἀλλὰ ἀλη‐ θείας ἐστὶ διδάσκαλος. Κἀκεῖνοι μὲν ἐπ’ ἀργυρίῳ μαντεύον‐ ται· τοῦτο γάρ ἐστι τὸ καταγέλαστον, ὅτι καὶ ἀργύριον αὐτοῖς τελοῦσι, μισθὸν τοῦ ψεύδους, οἱ ἀπατώμενοι. —Τοῦτο δὲ τὸ ῥῆμα, τουτέστι τοῦ νόμου, οὔκ ἐστι τοιοῦτον, ὥστε</w:t>
      </w:r>
    </w:p>
    <w:p>
      <w:r>
        <w:rPr>
          <w:rFonts w:ascii="Courier New" w:hAnsi="Courier New"/>
          <w:color w:val="555555"/>
          <w:sz w:val="20"/>
        </w:rPr>
        <w:t>[30]</w:t>
      </w:r>
    </w:p>
    <w:p>
      <w:r>
        <w:rPr>
          <w:rFonts w:ascii="Gentium Plus" w:hAnsi="Gentium Plus"/>
          <w:sz w:val="24"/>
        </w:rPr>
        <w:t>δῶρα δοῦναι περὶ αὐτοῦ. Οὐδεὶς γὰρ τὴν χάριν τοῦ Θεοῦ ἀποδίδοται· Δωρεὰν (φησὶν) ἐλάβετε, δωρεὰν δότε. Ὁρᾷς πῶς ἠγανάκτησε Πέτρος ἐπὶ τῷ Σίμωνι, ἀργύριον ὑπὲρ τῆς τοῦ Πνεύματος χάριτος προσκομίσαντι· Τὸ γὰρ ἀρ‐ γύριόν σου (φησὶ) σὺν σοὶ εἴη εἰς ἀπώλειαν, ὅτι ἐνόμισας</w:t>
      </w:r>
    </w:p>
    <w:p>
      <w:r>
        <w:rPr>
          <w:rFonts w:ascii="Courier New" w:hAnsi="Courier New"/>
          <w:color w:val="555555"/>
          <w:sz w:val="20"/>
        </w:rPr>
        <w:t>[35]</w:t>
      </w:r>
    </w:p>
    <w:p>
      <w:r>
        <w:rPr>
          <w:rFonts w:ascii="Gentium Plus" w:hAnsi="Gentium Plus"/>
          <w:sz w:val="24"/>
        </w:rPr>
        <w:t>τὴν δωρεὰν τοῦ Θεοῦ διὰ χρημάτων κτᾶσθαι. —Οὔκ ἐστιν οὖν ὁ τοῦ Εὐαγγελίου λόγος, ὡς τὰ πωλούμενα ῥήματα παρὰ τῶν ἐγγαστριμύθων. Τί γὰρ ἄν τις δοίη ἄξιον αὐτῶν ἀντάλ‐ λαγμα; Ἄκουε τοῦ Δαβὶδ ἀποροῦντος καὶ λέγοντος· Τί ἀνταποδώσω τῷ Κυρίῳ, περὶ πάντων ὧν ἀνταπέδωκέ μοι;</w:t>
      </w:r>
    </w:p>
    <w:p>
      <w:r>
        <w:rPr>
          <w:rFonts w:ascii="Courier New" w:hAnsi="Courier New"/>
          <w:color w:val="555555"/>
          <w:sz w:val="20"/>
        </w:rPr>
        <w:t>[40]</w:t>
      </w:r>
    </w:p>
    <w:p>
      <w:r>
        <w:rPr>
          <w:rFonts w:ascii="Gentium Plus" w:hAnsi="Gentium Plus"/>
          <w:sz w:val="24"/>
        </w:rPr>
        <w:t>Οὐκ ἔστιν οὖν δῶρα δοῦναι περὶ τούτου ἀντάξια τῆς ἀπ’ αὐ‐ τοῦ χάριτος. Ἓν δῶρον ἄξιον, ἡ φυλακὴ τοῦ δωρηθέντος. Ὁ δούς σοι τὸν θησαυρὸν, οὐχὶ τιμὴν ἀπαιτεῖ τοῦ δοθέντος,</w:t>
      </w:r>
    </w:p>
    <w:p>
      <w:r>
        <w:rPr>
          <w:rFonts w:ascii="Courier New" w:hAnsi="Courier New"/>
          <w:color w:val="555555"/>
          <w:sz w:val="20"/>
        </w:rPr>
        <w:t>[8 . 222]</w:t>
      </w:r>
    </w:p>
    <w:p>
      <w:r>
        <w:rPr>
          <w:rFonts w:ascii="Gentium Plus" w:hAnsi="Gentium Plus"/>
          <w:sz w:val="24"/>
        </w:rPr>
        <w:t>Καὶ ἥξει ἐφ’ ὑμᾶς σκληρὰ λιμὸς (φησί) καὶ ἔσται, ὡς ἂν πεινάσητε· λυπηθήσεσθε καὶ κακῶς ἐρεῖτε τὸν ἄρχοντα καὶ τὰ πάτρια. Ὁ πάντα πρὸς σωτηρίαν οἰκονομῶν, Κύριος, ἐπάγει</w:t>
      </w:r>
    </w:p>
    <w:p>
      <w:r>
        <w:rPr>
          <w:rFonts w:ascii="Courier New" w:hAnsi="Courier New"/>
          <w:color w:val="555555"/>
          <w:sz w:val="20"/>
        </w:rPr>
        <w:t>[5]</w:t>
      </w:r>
    </w:p>
    <w:p>
      <w:r>
        <w:rPr>
          <w:rFonts w:ascii="Gentium Plus" w:hAnsi="Gentium Plus"/>
          <w:sz w:val="24"/>
        </w:rPr>
        <w:t>ποτὲ καὶ λιμὸν ἐπὶ συμφέροντι τῶν παιδαγωγουμένων. Ἐκά‐ κωσα γάρ σε (φησὶ) καὶ ἐλιμαγχόνησα, ἵνα εὖ σε ποιήσω. Σκληρὰν τοίνυν λιμὸν λέγει τὴν ἀπαραμύθητον, τὴν ἀνεπι‐ νόητον. —Εἰσὶ γὰρ λιμῶν διαφοραί. Αἱ μέν εἰσι κατὰ ἐπί‐ λειψιν σίτου μόνον γινόμεναι· αἱ δὲ καὶ κατὰ τὴν τῶν λοι‐</w:t>
      </w:r>
    </w:p>
    <w:p>
      <w:r>
        <w:rPr>
          <w:rFonts w:ascii="Courier New" w:hAnsi="Courier New"/>
          <w:color w:val="555555"/>
          <w:sz w:val="20"/>
        </w:rPr>
        <w:t>[10]</w:t>
      </w:r>
    </w:p>
    <w:p>
      <w:r>
        <w:rPr>
          <w:rFonts w:ascii="Gentium Plus" w:hAnsi="Gentium Plus"/>
          <w:sz w:val="24"/>
        </w:rPr>
        <w:t>πῶν ἀπορίαν, τῶν ἐσθίεσθαι δυναμένων. Αὕτη γάρ ἐστιν ἡ σκληρὰ λιμὸς, ἣν ἐπάγειν ὁ λόγος ἐπαγγέλλεται, ὥστε διὰ τῆς ἐνδείας λύπην ἐμποιῆσαι, σωτηρίαν ἀμεταμέλητον ἐνεργάσασθαι δυναμένην. Ὅταν δὲ λυπηθῶσι κατὰ Θεὸν, τότε κακῶς ἐροῦσι τὸν ἄρχοντα καὶ τὰ πάτρια.</w:t>
      </w:r>
    </w:p>
    <w:p>
      <w:r>
        <w:rPr>
          <w:rFonts w:ascii="Courier New" w:hAnsi="Courier New"/>
          <w:color w:val="555555"/>
          <w:sz w:val="20"/>
        </w:rPr>
        <w:t>[15]</w:t>
      </w:r>
    </w:p>
    <w:p>
      <w:r>
        <w:rPr>
          <w:rFonts w:ascii="Gentium Plus" w:hAnsi="Gentium Plus"/>
          <w:sz w:val="24"/>
        </w:rPr>
        <w:t>Τίς ἐστιν ὁ ἄρχων, ὁ παρὰ τῶν καλῶς λυπουμένων κακη‐ γορούμενος; Ἦ δηλονότι ὁ ἄρχων τοῦ κόσμου τούτου, ὃν κακῶς ἐροῦσιν ἐκ μετανοίας, ὅταν εἰς συναίσθησιν τῆς ἀπ’ αὐτοῦ βλάβης ἔλθωσι. —Κακηγοροῦσι δὲ καὶ τὰ πάτρια. Πάτρια δὲ τῶν ἐν ἁμαρτίαις ζώντων αἱ τοῦ βίου πραγμα‐</w:t>
      </w:r>
    </w:p>
    <w:p>
      <w:r>
        <w:rPr>
          <w:rFonts w:ascii="Courier New" w:hAnsi="Courier New"/>
          <w:color w:val="555555"/>
          <w:sz w:val="20"/>
        </w:rPr>
        <w:t>[20]</w:t>
      </w:r>
    </w:p>
    <w:p>
      <w:r>
        <w:rPr>
          <w:rFonts w:ascii="Gentium Plus" w:hAnsi="Gentium Plus"/>
          <w:sz w:val="24"/>
        </w:rPr>
        <w:t>τεῖαι, αἷς οἱ φιλόδοξοι πάντες ἐμπλέκονται. Πάτριά ἐστι τῷ</w:t>
      </w:r>
    </w:p>
    <w:p>
      <w:r>
        <w:rPr>
          <w:rFonts w:ascii="Courier New" w:hAnsi="Courier New"/>
          <w:color w:val="555555"/>
          <w:sz w:val="20"/>
        </w:rPr>
        <w:t>[25]</w:t>
      </w:r>
    </w:p>
    <w:p>
      <w:r>
        <w:rPr>
          <w:rFonts w:ascii="Gentium Plus" w:hAnsi="Gentium Plus"/>
          <w:sz w:val="24"/>
        </w:rPr>
        <w:t>πραγμάτων, κακῶς μὲν ἐρεῖ τὸν ἄρχοντα αὐτοῦ, τὸν κα‐ θηγησάμενον αὐτῷ πρὸς τὰ τῆς ἀπωλείας ἔργα. Κακῶς δὲ ἐρεῖ καὶ τὰ πάτρια, οἷς συζῶν, τὸν δεδομένον ἡμῖν παρὰ τοῦ Θεοῦ νόμον εἰς βοήθειαν οὐκ ἐδέχετο. Οὐ δύνασαι ὑπὸ τὸν ἀληθινὸν γενέσθαι βασιλέα, ἐὰν μὴ κακῶς εἴπῃς τὸν ἄρ‐</w:t>
      </w:r>
    </w:p>
    <w:p>
      <w:r>
        <w:rPr>
          <w:rFonts w:ascii="Courier New" w:hAnsi="Courier New"/>
          <w:color w:val="555555"/>
          <w:sz w:val="20"/>
        </w:rPr>
        <w:t>[30]</w:t>
      </w:r>
    </w:p>
    <w:p>
      <w:r>
        <w:rPr>
          <w:rFonts w:ascii="Gentium Plus" w:hAnsi="Gentium Plus"/>
          <w:sz w:val="24"/>
        </w:rPr>
        <w:t>χοντα. Διὰ τοῦτο ἐδίδαξέ σε ἡ Ἐκκλησία λέγειν· ἀπο‐ τάσσομαί σοι, Σατανᾶ. Αὕτη τοῦ ἄρχοντος ἡ κακηγορία. Τίς δὲ ἡ τῶν πατρίων; Ἀποτάσσομαι καὶ τοῖς ἔργοις σου. Ταῦτα τὰ πάτρια, ἔργα τοῦ διαβόλου. —Μακάριος ὁ γνησίως κακηγορήσας τὸν ἄρχοντα. Προσέρχεται γὰρ λοιπὸν πρὸς</w:t>
      </w:r>
    </w:p>
    <w:p>
      <w:r>
        <w:rPr>
          <w:rFonts w:ascii="Courier New" w:hAnsi="Courier New"/>
          <w:color w:val="555555"/>
          <w:sz w:val="20"/>
        </w:rPr>
        <w:t>[35]</w:t>
      </w:r>
    </w:p>
    <w:p>
      <w:r>
        <w:rPr>
          <w:rFonts w:ascii="Gentium Plus" w:hAnsi="Gentium Plus"/>
          <w:sz w:val="24"/>
        </w:rPr>
        <w:t>τὸν ἀληθινὸν καὶ φωτίζεται. Μακάριος ὁ μεμψάμενος τοῖς πάλαι πατρίοις· εὑρήσει γὰρ πατρίδα τὴν ἄνω Ἱερουσαλὴμ, ἥτις ἐστὶ μήτηρ τῶν ὁμοίων τῷ μακαρίῳ Παύλῳ. —Πάτριά ἐστι καὶ τὰ ἐκ πατέρων ἡμῖν πονηρὰ ἔθη παραδιδόμενα. Ἐκ πλεονεξίας σοι κατέλιπεν ὁ πατὴρ κτήματα; Ἀπόδος</w:t>
      </w:r>
    </w:p>
    <w:p>
      <w:r>
        <w:rPr>
          <w:rFonts w:ascii="Courier New" w:hAnsi="Courier New"/>
          <w:color w:val="555555"/>
          <w:sz w:val="20"/>
        </w:rPr>
        <w:t>[40]</w:t>
      </w:r>
    </w:p>
    <w:p>
      <w:r>
        <w:rPr>
          <w:rFonts w:ascii="Gentium Plus" w:hAnsi="Gentium Plus"/>
          <w:sz w:val="24"/>
        </w:rPr>
        <w:t>τῷ ἠδικημένῳ· μὴ ὡς ἰδίων ἀντιποιοῦ· ἁμαρτίας ἐστὶ κληρονομία. Ἀδίκως καταδουλωσάμενος ὁ πατὴρ ἀφῆκέ σοι δοῦλον; Δὸς αὐτῷ σὺ τὴν ἐλευθερίαν, κἀκείνῳ κουφοτέ‐ ραν ποιήσεις τὴν βάσανον, καὶ σεαυτῷ τὴν ἀληθινὴν ἐλευ‐</w:t>
      </w:r>
    </w:p>
    <w:p>
      <w:r>
        <w:rPr>
          <w:rFonts w:ascii="Courier New" w:hAnsi="Courier New"/>
          <w:color w:val="555555"/>
          <w:sz w:val="20"/>
        </w:rPr>
        <w:t>[8 . 223]</w:t>
      </w:r>
    </w:p>
    <w:p>
      <w:r>
        <w:rPr>
          <w:rFonts w:ascii="Gentium Plus" w:hAnsi="Gentium Plus"/>
          <w:sz w:val="24"/>
        </w:rPr>
        <w:t>Καὶ ἀναβλέψονται εἰς τὸν οὐρανὸν ἄνω καὶ εἰς τὴν γῆν κάτω ἐμβλέψονται. Καὶ ἰδοὺ ἀπορία στενὴ καὶ σκότος, ὥστε μὴ βλέπειν. Καὶ οὐκ ἀπορηθήσεται ὁ ἐν στενοχωρίᾳ ὢν ἕως καιροῦ.</w:t>
      </w:r>
    </w:p>
    <w:p>
      <w:r>
        <w:rPr>
          <w:rFonts w:ascii="Courier New" w:hAnsi="Courier New"/>
          <w:color w:val="555555"/>
          <w:sz w:val="20"/>
        </w:rPr>
        <w:t>[5]</w:t>
      </w:r>
    </w:p>
    <w:p>
      <w:r>
        <w:rPr>
          <w:rFonts w:ascii="Gentium Plus" w:hAnsi="Gentium Plus"/>
          <w:sz w:val="24"/>
        </w:rPr>
        <w:t>Περὶ τούτων φησὶ, τῶν διὰ τὴν στενοχωρίαν εἰς με‐ τάνοιαν ἐναχθέντων, ὅτι ἀναβλέψονται εἰς τὸν οὐρανὸν ἄνω. Οἱ πρότερον συγκύπτοντες καὶ οὐ δυνάμενοι τὰ ὑψηλὰ κατανοεῖν τῶν θείων θεωρημάτων, οὗτοι, ὥσπερ ἀπὸ δεσμοῦ τινος, τῆς πρὸς τὰ γήϊνα συμπαθείας λυθέντες, ἐλεύθερον</w:t>
      </w:r>
    </w:p>
    <w:p>
      <w:r>
        <w:rPr>
          <w:rFonts w:ascii="Courier New" w:hAnsi="Courier New"/>
          <w:color w:val="555555"/>
          <w:sz w:val="20"/>
        </w:rPr>
        <w:t>[10]</w:t>
      </w:r>
    </w:p>
    <w:p>
      <w:r>
        <w:rPr>
          <w:rFonts w:ascii="Gentium Plus" w:hAnsi="Gentium Plus"/>
          <w:sz w:val="24"/>
        </w:rPr>
        <w:t>ἑαυτῶν τὸ ὄμμα πρὸς οὐρανὸν περιάξουσι, θεωροῦντες τὴν τῶν ἀοράτων καὶ νοητῶν φύσιν, καὶ κατανοοῦντες τὸν τό‐ πον, ὅπου δεήσει τὸν θησαυρὸν ἀποτίθεσθαι. —Εἶτα Ἐμβλέ‐ ψονται εἰς τὴν γῆν κάτω. Τὸ εὐτελὲς τῆς αὐτῶν φύσεως ἐννοήσουσιν ἐκ τῆς πρὸς τὴν ζῆν συγγενείας οἱ τέως ἐπηρ‐</w:t>
      </w:r>
    </w:p>
    <w:p>
      <w:r>
        <w:rPr>
          <w:rFonts w:ascii="Courier New" w:hAnsi="Courier New"/>
          <w:color w:val="555555"/>
          <w:sz w:val="20"/>
        </w:rPr>
        <w:t>[15]</w:t>
      </w:r>
    </w:p>
    <w:p>
      <w:r>
        <w:rPr>
          <w:rFonts w:ascii="Gentium Plus" w:hAnsi="Gentium Plus"/>
          <w:sz w:val="24"/>
        </w:rPr>
        <w:t>μένοι καὶ μέγα φρονοῦντες ἐφ’ ἑαυτοῖς. Θαύμασον δὲ πῶς παρατετηρημένως ταῖς λέξεσιν ἐχρήσατο ἡ Γραφὴ, ἁρμόζουσαν ἑκατέρῳ πράγματι, ἐπινοήσασα τὴν ἐκφώνησιν. Οὐρανὸς γὰρ πρόκειται εἰς θεωρίαν, καὶ γῆ. Περὶ μὲν οὖν τοῦ οὐρανοῦ λέγει· Ἀναβλέψονται εἰς τὸν οὐρανὸν</w:t>
      </w:r>
    </w:p>
    <w:p>
      <w:r>
        <w:rPr>
          <w:rFonts w:ascii="Courier New" w:hAnsi="Courier New"/>
          <w:color w:val="555555"/>
          <w:sz w:val="20"/>
        </w:rPr>
        <w:t>[20]</w:t>
      </w:r>
    </w:p>
    <w:p>
      <w:r>
        <w:rPr>
          <w:rFonts w:ascii="Gentium Plus" w:hAnsi="Gentium Plus"/>
          <w:sz w:val="24"/>
        </w:rPr>
        <w:t>ἄνω· περὶ δὲ τῆς γῆς, Ἐμβλέψονται τὴν γῆν κάτω. Εἶτα ἐπὶ τῷ θαύματι τῆς τῶν τηλικούτων κατανοήσεως ἀπο‐ ροῦνται, καὶ στενοχωρηθήσονται καὶ σκοτωθήσονται τὴν διάνοιαν, τῆς ἐπὶ τοῖς καταληφθεῖσιν ἐκπλήξεως τὴν με‐ γάλην αὐτοῖς ταύτην ταραχὴν ἐμποιούσης. Ὅταν γὰρ συν‐</w:t>
      </w:r>
    </w:p>
    <w:p>
      <w:r>
        <w:rPr>
          <w:rFonts w:ascii="Courier New" w:hAnsi="Courier New"/>
          <w:color w:val="555555"/>
          <w:sz w:val="20"/>
        </w:rPr>
        <w:t>[25]</w:t>
      </w:r>
    </w:p>
    <w:p>
      <w:r>
        <w:rPr>
          <w:rFonts w:ascii="Gentium Plus" w:hAnsi="Gentium Plus"/>
          <w:sz w:val="24"/>
        </w:rPr>
        <w:t>τελέσῃ (φησὶν) ἄνθρωπος, τότε ἄρχεται· καὶ ὅταν παύσηται, τότε ἀπορηθήσεται. Οὐδεὶς οἶδεν πόσα οὐκ οἶδεν, ἐὰν μὴ γεῦμα λάβῃ τῆς γνώσεως. Πλὴν ὁ ἀγαθὸς Δεσπότης ἐπαγ‐ γέλλεται αὐτοῖς τὰ χρηστότερα. Οὐκ ἀπορηθήσεται γὰρ (φησὶν) ὁ ἐν στενοχωρίᾳ ὢν ἕως καιροῦ. Οὐκ εἰς τὸ παντελὲς</w:t>
      </w:r>
    </w:p>
    <w:p>
      <w:r>
        <w:rPr>
          <w:rFonts w:ascii="Courier New" w:hAnsi="Courier New"/>
          <w:color w:val="555555"/>
          <w:sz w:val="20"/>
        </w:rPr>
        <w:t>[30]</w:t>
      </w:r>
    </w:p>
    <w:p>
      <w:r>
        <w:rPr>
          <w:rFonts w:ascii="Gentium Plus" w:hAnsi="Gentium Plus"/>
          <w:sz w:val="24"/>
        </w:rPr>
        <w:t>αὕτη ἡ ἄγνοια καθέξει τὸ γένος τῶν ἀνθρώπων· ἀλλ’ ὁ νῦν αὐτῆς ἐκζητῶν τὴν ἀλήθειαν, καὶ ὠδίνων αὐτῆς τὴν εὕ‐ ρεσιν, ὄψεταί ποτε πρόσωπον πρὸς πρόσωπον καὶ ἀπολή‐ ψεται τὸ τῆς γνώσεως τέλειον, ἐπειδὰν ἐνστῇ ὁ καιρὸς τῆς</w:t>
      </w:r>
    </w:p>
    <w:p>
      <w:r>
        <w:rPr>
          <w:rFonts w:ascii="Courier New" w:hAnsi="Courier New"/>
          <w:color w:val="555555"/>
          <w:sz w:val="20"/>
        </w:rPr>
        <w:t>[9 t]</w:t>
      </w:r>
    </w:p>
    <w:p>
      <w:pPr>
        <w:jc w:val="center"/>
      </w:pPr>
      <w:r>
        <w:rPr>
          <w:rFonts w:ascii="Gentium Plus" w:hAnsi="Gentium Plus"/>
          <w:b/>
          <w:sz w:val="24"/>
        </w:rPr>
        <w:t>ΚΕΦΑΛΑΙΟΝ θʹ</w:t>
      </w:r>
    </w:p>
    <w:p>
      <w:r>
        <w:rPr>
          <w:rFonts w:ascii="Courier New" w:hAnsi="Courier New"/>
          <w:color w:val="555555"/>
          <w:sz w:val="20"/>
        </w:rPr>
        <w:t>[9 . 224]</w:t>
      </w:r>
    </w:p>
    <w:p>
      <w:r>
        <w:rPr>
          <w:rFonts w:ascii="Gentium Plus" w:hAnsi="Gentium Plus"/>
          <w:sz w:val="24"/>
        </w:rPr>
        <w:t>Τοῦτο πρῶτον πίε· ταχὺ ποίει, χώρα Ζαβουλῶν, ἡ γῆ Νεφθαλεὶμ, καὶ οἱ λοιποὶ, οἱ τὴν παραλίαν, καὶ πέραν τοῦ Ἰορδάνου, Γαλιλαία τῶν ἐθνῶν. Ὁ λαὸς ὁ πορευόμενος ἐν σκότει, ἴδετε φῶς μέγα· οἱ κατοικοῦντες ἐν χώρᾳ καὶ</w:t>
      </w:r>
    </w:p>
    <w:p>
      <w:r>
        <w:rPr>
          <w:rFonts w:ascii="Courier New" w:hAnsi="Courier New"/>
          <w:color w:val="555555"/>
          <w:sz w:val="20"/>
        </w:rPr>
        <w:t>[5]</w:t>
      </w:r>
    </w:p>
    <w:p>
      <w:r>
        <w:rPr>
          <w:rFonts w:ascii="Gentium Plus" w:hAnsi="Gentium Plus"/>
          <w:sz w:val="24"/>
        </w:rPr>
        <w:t>σκιᾷ θανάτου, φῶς λάμψει ἐφ’ ὑμᾶς. Τὸ πλεῖστον τοῦ λαοῦ, ὃ κατήγαγες ἐν εὐφροσύνῃ σου· καὶ ἐυφρανθήσονται ἐνώ‐ πιόν σου, ὡς οἱ εὐφραινόμενοι ἐν ἀμήτῳ, καὶ ὃν τρόπον οἱ διαιρούμενοι σκῦλα· ὅτι ἀφῄρηται ὁ ζυγὸς, ὁ ἐπ’ αὐτῶν κείμενος καὶ ἡ ῥάβδος ἡ ἐπὶ τοῦ τραχήλου αὐτῶν. Τὴν</w:t>
      </w:r>
    </w:p>
    <w:p>
      <w:r>
        <w:rPr>
          <w:rFonts w:ascii="Courier New" w:hAnsi="Courier New"/>
          <w:color w:val="555555"/>
          <w:sz w:val="20"/>
        </w:rPr>
        <w:t>[10]</w:t>
      </w:r>
    </w:p>
    <w:p>
      <w:r>
        <w:rPr>
          <w:rFonts w:ascii="Gentium Plus" w:hAnsi="Gentium Plus"/>
          <w:sz w:val="24"/>
        </w:rPr>
        <w:t>γὰρ ῥάβδον τῶν ἀπαιτούντων διεσκέδασεν, ὡς τῇ ἡμέρᾳ τῇ ἐπὶ Μαδιάμ. Ὅτι πᾶσαν στολὴν ἐπισυνηγμένην δόλῳ καὶ ἱμάτιον μετὰ καταλλαγῆς ἀποτίσουσι· καὶ θελήσουσιν, εἰ ἐγένοντο πυρίκαυστοι. Ὅτι Παιδίον ἐγεννήθη ἡμῖν, Υἱὸς καὶ ἐδόθη ἡμῖν, οἱ ἡ ἀρχὴ ἐπὶ τοῦ ὤμου αὐτοῦ, καὶ καλεῖται</w:t>
      </w:r>
    </w:p>
    <w:p>
      <w:r>
        <w:rPr>
          <w:rFonts w:ascii="Courier New" w:hAnsi="Courier New"/>
          <w:color w:val="555555"/>
          <w:sz w:val="20"/>
        </w:rPr>
        <w:t>[15]</w:t>
      </w:r>
    </w:p>
    <w:p>
      <w:r>
        <w:rPr>
          <w:rFonts w:ascii="Gentium Plus" w:hAnsi="Gentium Plus"/>
          <w:sz w:val="24"/>
        </w:rPr>
        <w:t>τὸ ὄνομα αὐτοῦ, Μεγάλης βουλῆς Ἄγγελος. Ἄξω γὰρ εἰ‐</w:t>
      </w:r>
    </w:p>
    <w:p>
      <w:r>
        <w:rPr>
          <w:rFonts w:ascii="Courier New" w:hAnsi="Courier New"/>
          <w:color w:val="555555"/>
          <w:sz w:val="20"/>
        </w:rPr>
        <w:t>[20]</w:t>
      </w:r>
    </w:p>
    <w:p>
      <w:r>
        <w:rPr>
          <w:rFonts w:ascii="Gentium Plus" w:hAnsi="Gentium Plus"/>
          <w:sz w:val="24"/>
        </w:rPr>
        <w:t>ἀπὸ τοῦ νῦν καὶ εἰς τὸν αἰῶνα. Ὁ ζῆλος Κυρίου Σαβαὼθ ποιήσει ταῦτα. Εὐαγγελίζεσθαι μέλλων τὰ τῆς τοῦ Κυρίου ἐνανθρωπήσεως ὁ λόγος, ὥσπερ τινὰ πρότασιν ὀρέγων πνευματικῆς εὐφροσύ‐ νης, οὕτω δεξιοῦται τὸν εὐαγγελιζόμενον· Τοῦτο πρῶτον</w:t>
      </w:r>
    </w:p>
    <w:p>
      <w:r>
        <w:rPr>
          <w:rFonts w:ascii="Courier New" w:hAnsi="Courier New"/>
          <w:color w:val="555555"/>
          <w:sz w:val="20"/>
        </w:rPr>
        <w:t>[25]</w:t>
      </w:r>
    </w:p>
    <w:p>
      <w:r>
        <w:rPr>
          <w:rFonts w:ascii="Gentium Plus" w:hAnsi="Gentium Plus"/>
          <w:sz w:val="24"/>
        </w:rPr>
        <w:t>πίε. Ὁ πίνων πρῶτον, εἰς ἑαυτὸν καταδέχεται τὸ ποτὸν, μετ’ ἐπιθυμίας αὐτὸ προσιέμενος. Τότε γὰρ μάλιστα καὶ ἡ ἀπ’ αὐτοῦ χάρις ἀναδίδοσθαι πέφυκεν, ὅταν μὴ ναυτιῶν, μηδὲ ἀποβλύζων, ἀλλὰ δι’ ὑπερβολὴν ξηρότητος ἐφιέμενος τῆς ἐκ τοῦ ποτοῦ παραμυθίας, καὶ ταῖς νοτίσι τοῦ ποθέντος ἑαυτὸν</w:t>
      </w:r>
    </w:p>
    <w:p>
      <w:r>
        <w:rPr>
          <w:rFonts w:ascii="Courier New" w:hAnsi="Courier New"/>
          <w:color w:val="555555"/>
          <w:sz w:val="20"/>
        </w:rPr>
        <w:t>[30]</w:t>
      </w:r>
    </w:p>
    <w:p>
      <w:r>
        <w:rPr>
          <w:rFonts w:ascii="Gentium Plus" w:hAnsi="Gentium Plus"/>
          <w:sz w:val="24"/>
        </w:rPr>
        <w:t>διυγραίνει. —Διὰ τοῦτο καὶ νῦν ὁ εὐαγγελιζόμενος ὡς δεδι‐ ψηκότι λαῷ τὴν προσδοκωμένην χάριν, φησί· Τοῦτο πρῶτον πίε. Ὑπόδεξαι τῇ ψυχῇ τὴν εὐφροσύνην, ἔνθου τὸ δόγμα τῆς σωτηρίας. Μὴ δεύτερον ἄλλου ἡγήσῃ, μηδὲ προτιμότερόν τι τούτου νομίσῃς ἕτερον. Πρὸ πάντων ἐστίν. Οὔτε σοί τι πρό‐</w:t>
      </w:r>
    </w:p>
    <w:p>
      <w:r>
        <w:rPr>
          <w:rFonts w:ascii="Courier New" w:hAnsi="Courier New"/>
          <w:color w:val="555555"/>
          <w:sz w:val="20"/>
        </w:rPr>
        <w:t>[35]</w:t>
      </w:r>
    </w:p>
    <w:p>
      <w:r>
        <w:rPr>
          <w:rFonts w:ascii="Gentium Plus" w:hAnsi="Gentium Plus"/>
          <w:sz w:val="24"/>
        </w:rPr>
        <w:t>τερον νοηθῆναι δύναται τοῦ Κτίσαντός σε, οὔτε τῇ φύσει τιμιώτερόν τι, τοῦ Πρωτοτόκου πάσης κτίσεως. Πρῶτον πίε. Μάθε ὅτι ἐν ἀρχῇ ἦν ὁ Λόγος. Οὐδὲν πρὸ ἀρχῆς, οὐδὲν πρὸ τοῦ ἐν ἀρχῇ. Μὴ αἰῶνα προπίῃς, μὴ διάστημα, μὴ τόπον ἔρημον τῆς Υἱοῦ ὑπάρξεως· μὴ χρόνον, μὴ καιρόν· μηδὲν</w:t>
      </w:r>
    </w:p>
    <w:p>
      <w:r>
        <w:rPr>
          <w:rFonts w:ascii="Courier New" w:hAnsi="Courier New"/>
          <w:color w:val="555555"/>
          <w:sz w:val="20"/>
        </w:rPr>
        <w:t>[40]</w:t>
      </w:r>
    </w:p>
    <w:p>
      <w:r>
        <w:rPr>
          <w:rFonts w:ascii="Gentium Plus" w:hAnsi="Gentium Plus"/>
          <w:sz w:val="24"/>
        </w:rPr>
        <w:t>τῶν κατὰ φαντασίαν ματαίων, δυναμένων τῇ ψυχῇ ἐγγί‐</w:t>
      </w:r>
    </w:p>
    <w:p>
      <w:r>
        <w:rPr>
          <w:rFonts w:ascii="Courier New" w:hAnsi="Courier New"/>
          <w:color w:val="555555"/>
          <w:sz w:val="20"/>
        </w:rPr>
        <w:t>[45]</w:t>
      </w:r>
    </w:p>
    <w:p>
      <w:r>
        <w:rPr>
          <w:rFonts w:ascii="Gentium Plus" w:hAnsi="Gentium Plus"/>
          <w:sz w:val="24"/>
        </w:rPr>
        <w:t>τὴν πίστιν, καὶ οὐδένα καιρὸν ἀνεβάλλετο πρὸς τὸ κήρυγμα· ὅς γε οὐδὲ προσανέθετο σαρκὶ καὶ αἵματι, ἀλλ’ εὐθὺς, ὥσπερ τις δρομεὺς, ὁμοῦ τε ἔλαβε τὸ τοῦ δρόμου σύνθημα, καὶ πρὸς τὸ τέλος ἐπείγετο, κατὰ σκοπὸν διώκων, εἰς τὸ βραβεῖον τῆς ἄνω κλήσεως.</w:t>
      </w:r>
    </w:p>
    <w:p>
      <w:r>
        <w:rPr>
          <w:rFonts w:ascii="Courier New" w:hAnsi="Courier New"/>
          <w:color w:val="555555"/>
          <w:sz w:val="20"/>
        </w:rPr>
        <w:t>[9 . 225]</w:t>
      </w:r>
    </w:p>
    <w:p>
      <w:r>
        <w:rPr>
          <w:rFonts w:ascii="Gentium Plus" w:hAnsi="Gentium Plus"/>
          <w:sz w:val="24"/>
        </w:rPr>
        <w:t>Χώρα Ζαβουλών. Πρὸς τοὺς αὐτοὺς ἀποτείνεται ὁ Προφήτης, πρὸς οὓς ἐπεχωρίαζεν ὁ Κύριος, οἵτινες πρότερον ἐν τῷ σκότει τῆς ἀγνοίας πορευόμενοι, ἐν τῇ ἀνατολῇ τοῦ φωτὸς τοῦ ἀληθινοῦ,</w:t>
      </w:r>
    </w:p>
    <w:p>
      <w:r>
        <w:rPr>
          <w:rFonts w:ascii="Courier New" w:hAnsi="Courier New"/>
          <w:color w:val="555555"/>
          <w:sz w:val="20"/>
        </w:rPr>
        <w:t>[5]</w:t>
      </w:r>
    </w:p>
    <w:p>
      <w:r>
        <w:rPr>
          <w:rFonts w:ascii="Gentium Plus" w:hAnsi="Gentium Plus"/>
          <w:sz w:val="24"/>
        </w:rPr>
        <w:t>Ὃ φωτίζει πάντα ἄνθρωπον ἐρχόμενον εἰς τὸν κόσμον, εἶδον φῶς μέγα. Καὶ μηδεὶς οἰέσθω διαφωνίαν ἔχειν πρὸς τὸ προ‐ φητικὸν ῥητὸν τὰ παρὰ τοῦ Ματθαίου, εἴπερ ὁ μὲν εἶπεν· Ὁ λαὸς ὁ καθήμενος ἐν σκότει, ὁ δὲ Ἡσαΐας φαίνεται εἰρη‐ κώς· Ὁ πορευόμενος ἐν σκότει. Ἴσον γὰρ δύναται καὶ τὸ ἐν</w:t>
      </w:r>
    </w:p>
    <w:p>
      <w:r>
        <w:rPr>
          <w:rFonts w:ascii="Courier New" w:hAnsi="Courier New"/>
          <w:color w:val="555555"/>
          <w:sz w:val="20"/>
        </w:rPr>
        <w:t>[10]</w:t>
      </w:r>
    </w:p>
    <w:p>
      <w:r>
        <w:rPr>
          <w:rFonts w:ascii="Gentium Plus" w:hAnsi="Gentium Plus"/>
          <w:sz w:val="24"/>
        </w:rPr>
        <w:t>σκότει πορεύεσθαι, καὶ τὸ καθέζεσθαι, διότι τοῦ ἀποκειμένου τέλους ὁμοίως ἀμφότεροι ἀπολείπονται· ὁ μὲν μὴ κινούμενος, ὁ δὲ εἰκῆ περιερχόμενος. Καὶ γὰρ ὁ ἄνευ σκοποῦ βαδίζων, οὐδαμοῦ προχωρεῖ, καὶ ὁ ἐν ἀργίᾳ πεπεδημένος οὐκ ἐφικνεῖται τοῦ τέλους.</w:t>
      </w:r>
    </w:p>
    <w:p>
      <w:r>
        <w:rPr>
          <w:rFonts w:ascii="Courier New" w:hAnsi="Courier New"/>
          <w:color w:val="555555"/>
          <w:sz w:val="20"/>
        </w:rPr>
        <w:t>[15]</w:t>
      </w:r>
    </w:p>
    <w:p>
      <w:r>
        <w:rPr>
          <w:rFonts w:ascii="Gentium Plus" w:hAnsi="Gentium Plus"/>
          <w:sz w:val="24"/>
        </w:rPr>
        <w:t>Οὗτος τοίνυν ὁ λαὸς, ὁ ἐν τῇ ἐθνικῇ ἀγνοίᾳ ἐσκοτω‐ μένος, εἶδε φῶς, οὐχ οἷον τὸ ἀπὸ πυρὸς, οὐδὲ οἷον τὸ ἀπὸ ἀστέρων ἢ σελήνης, οὐδὲ οἷον τὸ ἡλιακὸν ἢ ἀστραπαῖον·</w:t>
      </w:r>
    </w:p>
    <w:p>
      <w:r>
        <w:rPr>
          <w:rFonts w:ascii="Courier New" w:hAnsi="Courier New"/>
          <w:color w:val="555555"/>
          <w:sz w:val="20"/>
        </w:rPr>
        <w:t>[20]</w:t>
      </w:r>
    </w:p>
    <w:p>
      <w:r>
        <w:rPr>
          <w:rFonts w:ascii="Gentium Plus" w:hAnsi="Gentium Plus"/>
          <w:sz w:val="24"/>
        </w:rPr>
        <w:t>φαιδρύνει, καὶ πᾶσιν ἐπαρκεῖ, καὶ ἔτι ἑαυτοῦ τὰς αὐγὰς ἔχει ὑπερτεινομένας πρὸς τὸ πλεῖον. —Ὁ δὲ λαὸς ὁ τῶν ἐθνῶν ᾤκει ἐν χώρᾳ ποδαπῇ; Σκιαζομένῃ ὑπὸ τοῦ θανάτου. Οἱονεὶ γὰρ νεφέλη βαθεῖα ἐπέκειτο αὐτοῖς, διὰ τῆς εἰδωλολατρείας, ἕως ἐλθὸν τὸ φῶς διέκοψε μὲν τὴν ἀχλὺν, ἐφήπλωσε δὲ</w:t>
      </w:r>
    </w:p>
    <w:p>
      <w:r>
        <w:rPr>
          <w:rFonts w:ascii="Courier New" w:hAnsi="Courier New"/>
          <w:color w:val="555555"/>
          <w:sz w:val="20"/>
        </w:rPr>
        <w:t>[25]</w:t>
      </w:r>
    </w:p>
    <w:p>
      <w:r>
        <w:rPr>
          <w:rFonts w:ascii="Gentium Plus" w:hAnsi="Gentium Plus"/>
          <w:sz w:val="24"/>
        </w:rPr>
        <w:t>αὐτοῖς τῆς ἀληθείας τὸ φέγγος. Εἶτα πρὸς αὐτὸ τὸ τοῦ Κυρίου πρόσωπον μεταβαίνει ὁ λόγος. Τί λέγων; Τὸ πλεῖστον τοῦ λαοῦ, ὃ κατήγαγες ἐν εὐφροσύνῃ σου. Οὐ γὰρ πάντες ἐδέξαντο τὸν λόγον, ἀλλ’ οἱ πλεῖστοι ἠκολούθησαν τῷ καλοῦντι εἰς εὐφροσύνην αἰώνιον,</w:t>
      </w:r>
    </w:p>
    <w:p>
      <w:r>
        <w:rPr>
          <w:rFonts w:ascii="Courier New" w:hAnsi="Courier New"/>
          <w:color w:val="555555"/>
          <w:sz w:val="20"/>
        </w:rPr>
        <w:t>[30]</w:t>
      </w:r>
    </w:p>
    <w:p>
      <w:r>
        <w:rPr>
          <w:rFonts w:ascii="Gentium Plus" w:hAnsi="Gentium Plus"/>
          <w:sz w:val="24"/>
        </w:rPr>
        <w:t>οἵτινες καὶ εὐφρανθήσονται ἐνώπιον τοῦ Θεοῦ, Ὡς οἱ εὐφραι‐ νόμενοι ἐν ἀμήτῳ. Ὃ γὰρ σπείρει ἕκαστος, τοῦτο καὶ θερίσει. Ἐν οὖν τῇ ἡμέρᾳ τῆς ἀνταποδόσεως οἱ τὸν λόγον δεξάμενοι καὶ καρποφορήσαντες κατὰ ἀναλογίαν τῶν ἐνταῦθα αὐτοῖς προκαταβεβλημένων, κομιζόμενοι παρὰ τοῦ δικαίου Κριτοῦ</w:t>
      </w:r>
    </w:p>
    <w:p>
      <w:r>
        <w:rPr>
          <w:rFonts w:ascii="Courier New" w:hAnsi="Courier New"/>
          <w:color w:val="555555"/>
          <w:sz w:val="20"/>
        </w:rPr>
        <w:t>[35]</w:t>
      </w:r>
    </w:p>
    <w:p>
      <w:r>
        <w:rPr>
          <w:rFonts w:ascii="Gentium Plus" w:hAnsi="Gentium Plus"/>
          <w:sz w:val="24"/>
        </w:rPr>
        <w:t>τὰς ἀντιμισθίας, εὐφρανθήσονται Ὡς οἱ εὐφραινόμενοι ἐν ἀμήτῳ καὶ ὃν τρόπον οἱ διαιρούμενοι σκῦλα. Οἱ μὲν εὐφραινόμενοι ἐν ἀμήτῳ, ἐκ τῶν ἰδίων πόνων τὰς ἀρχὰς τῆς εὐφροσύνης ἔχουσιν· οἱ δὲ ἀπὸ σκύλων πλου‐ τοῦντες, ἀθρόαν ὑποδέχονται τοῦ πλούτου τὴν ἀφορμήν. Διὰ</w:t>
      </w:r>
    </w:p>
    <w:p>
      <w:r>
        <w:rPr>
          <w:rFonts w:ascii="Courier New" w:hAnsi="Courier New"/>
          <w:color w:val="555555"/>
          <w:sz w:val="20"/>
        </w:rPr>
        <w:t>[40]</w:t>
      </w:r>
    </w:p>
    <w:p>
      <w:r>
        <w:rPr>
          <w:rFonts w:ascii="Gentium Plus" w:hAnsi="Gentium Plus"/>
          <w:sz w:val="24"/>
        </w:rPr>
        <w:t>τοῦτο ἀμφότερα εἶπεν, καὶ τὰ ἐξ ἀντιδόσεως ἀγαθὰ, καὶ τὰ</w:t>
      </w:r>
    </w:p>
    <w:p>
      <w:r>
        <w:rPr>
          <w:rFonts w:ascii="Courier New" w:hAnsi="Courier New"/>
          <w:color w:val="555555"/>
          <w:sz w:val="20"/>
        </w:rPr>
        <w:t>[45]</w:t>
      </w:r>
    </w:p>
    <w:p>
      <w:r>
        <w:rPr>
          <w:rFonts w:ascii="Gentium Plus" w:hAnsi="Gentium Plus"/>
          <w:sz w:val="24"/>
        </w:rPr>
        <w:t>ἵνα τὸ ἀποστολικὸν κήρυγμα τῆς ψυχῆς καταβαλόντες, μὴ ὑποκύψωσι τῇ δουλείᾳ τῆς ἁμαρτίας.</w:t>
      </w:r>
    </w:p>
    <w:p>
      <w:r>
        <w:rPr>
          <w:rFonts w:ascii="Courier New" w:hAnsi="Courier New"/>
          <w:color w:val="555555"/>
          <w:sz w:val="20"/>
        </w:rPr>
        <w:t>[9 . 226]</w:t>
      </w:r>
    </w:p>
    <w:p>
      <w:r>
        <w:rPr>
          <w:rFonts w:ascii="Gentium Plus" w:hAnsi="Gentium Plus"/>
          <w:sz w:val="24"/>
        </w:rPr>
        <w:t>Τὴν γὰρ ῥάβδον τῶν ἀπαιτούντων διεσκέδασεν, ὡς τῇ ἡμέρᾳ τῇ ἐπὶ Μαδιάμ. Δεινὸς ἀπαιτητὴς ἐφέστηκε τῇ ἀνθρωπίνῃ ζωῇ, ῥαβδίζων καὶ ἀπαιτῶν τὰ ἑαυτοῦ θελήματα, ὁ κοινὸς ἡμῶν ἐχθρός.</w:t>
      </w:r>
    </w:p>
    <w:p>
      <w:r>
        <w:rPr>
          <w:rFonts w:ascii="Courier New" w:hAnsi="Courier New"/>
          <w:color w:val="555555"/>
          <w:sz w:val="20"/>
        </w:rPr>
        <w:t>[5]</w:t>
      </w:r>
    </w:p>
    <w:p>
      <w:r>
        <w:rPr>
          <w:rFonts w:ascii="Gentium Plus" w:hAnsi="Gentium Plus"/>
          <w:sz w:val="24"/>
        </w:rPr>
        <w:t>Βούλει μαθεῖν τῆς ῥάβδου ταύτης τὰς πληγάς; Ἄκουε τοῦ λέ‐ γοντος· Προσώζεσαν καὶ ἐσάπησαν οἱ μώλωπές μου. Δυσώ‐ δεις μώλωπας ἐμποιεῖ τῷ πληγέντι ἡ πονηρὰ ῥάβδος. Ἐν‐ νόησόν μοί τινα συνεχόμενον ἐν ἐπιθυμίαις ποικίλαις καὶ σφο‐ δρῶς ἐγκείμενον τῇ ἀπολαύσει τῶν ἡδονῶν· πῶς ῥαβδιζο‐</w:t>
      </w:r>
    </w:p>
    <w:p>
      <w:r>
        <w:rPr>
          <w:rFonts w:ascii="Courier New" w:hAnsi="Courier New"/>
          <w:color w:val="555555"/>
          <w:sz w:val="20"/>
        </w:rPr>
        <w:t>[10]</w:t>
      </w:r>
    </w:p>
    <w:p>
      <w:r>
        <w:rPr>
          <w:rFonts w:ascii="Gentium Plus" w:hAnsi="Gentium Plus"/>
          <w:sz w:val="24"/>
        </w:rPr>
        <w:t>μένῳ ἔοικε καὶ ἀπαγομένῳ πρὸς τὴν ἁμαρτίαν. Οὐκ ἀνίησιν ἡ ἐπιθυμία κέντρα καὶ ὀδύνας ἐμποιοῦσα τῷ ἀκολάστῳ, ἕως ἂν τὸν ἐκ τῆς ἁμαρτίας μώλωπα τῇ ψυχῇ ἐμποιήσῃ, δυσωδίαν ἐναφιέντα ἐν τῇ τῶν αἰσχρῶν ἀναμνήσει. —Ταύτην τοίνυν τὴν ῥάβδον διασκεδάσει, ὡς διεσκέδασε τὴν ἀρχὴν καὶ τὴν δυνασ‐</w:t>
      </w:r>
    </w:p>
    <w:p>
      <w:r>
        <w:rPr>
          <w:rFonts w:ascii="Courier New" w:hAnsi="Courier New"/>
          <w:color w:val="555555"/>
          <w:sz w:val="20"/>
        </w:rPr>
        <w:t>[15]</w:t>
      </w:r>
    </w:p>
    <w:p>
      <w:r>
        <w:rPr>
          <w:rFonts w:ascii="Gentium Plus" w:hAnsi="Gentium Plus"/>
          <w:sz w:val="24"/>
        </w:rPr>
        <w:t>τείαν τῶν Μαδιηναίων· ὧν (οἶμαι) τῆς ἱστορίας μέμνησθε, ἢ τῆς κατὰ τοὺς Ἀριθμοὺς, ἢ τῆς ἐν τοῖς Κριταῖς. Ἐν μὲν γὰρ τοῖς Ἀριθμοῖς φησι· Παρετάξαντο ἐπὶ Μαδιὰμ, καθ’ ἃ ἐνε‐</w:t>
      </w:r>
    </w:p>
    <w:p>
      <w:r>
        <w:rPr>
          <w:rFonts w:ascii="Courier New" w:hAnsi="Courier New"/>
          <w:color w:val="555555"/>
          <w:sz w:val="20"/>
        </w:rPr>
        <w:t>[20]</w:t>
      </w:r>
    </w:p>
    <w:p>
      <w:r>
        <w:rPr>
          <w:rFonts w:ascii="Gentium Plus" w:hAnsi="Gentium Plus"/>
          <w:sz w:val="24"/>
        </w:rPr>
        <w:t>αὐτῶν. Ἐν δὲ τοῖς Κριταῖς· Ὁ Γεδεὼν ἀπέστρεψεν εἰς τὴν παρεμβολὴν Ἰσραὴλ καὶ εἶπεν· Ἀνάστητε, ὅτι παρέδωκε Κύριος ἐν χερσὶν ἡμῶν τὴν παρεμβολὴν Μαδιάμ. Τί δέ ἐστι τὸ Πᾶσαν στολὴν συνηγμένην δόλῳ καὶ ἱμάτιον μετὰ καταλλαγῆς ἀποτίσειν; Οἶμαι λέγεσθαι, ὅτι οἱ τὸν βα‐</w:t>
      </w:r>
    </w:p>
    <w:p>
      <w:r>
        <w:rPr>
          <w:rFonts w:ascii="Courier New" w:hAnsi="Courier New"/>
          <w:color w:val="555555"/>
          <w:sz w:val="20"/>
        </w:rPr>
        <w:t>[25]</w:t>
      </w:r>
    </w:p>
    <w:p>
      <w:r>
        <w:rPr>
          <w:rFonts w:ascii="Gentium Plus" w:hAnsi="Gentium Plus"/>
          <w:sz w:val="24"/>
        </w:rPr>
        <w:t>ρὺν ἐπιτιθέντες τῆς ἁμαρτίας ζυγὸν καὶ ῥάβδῳ συντρίβοντες, συναναγκάζουσι πρὸς ἁμαρτίαν, οὗτοι τὴν μετὰ δόλου ἐπι‐ συνηγμένην στολὴν καὶ τὸ ἱμάτιον μετὰ καταλλαγῆς ἀπο‐ τίσουσιν. Οἱ λωποδυτήσαντες τοὺς ἀνθρώπους καὶ δόλῳ αὐτοὺς γυμνοὺς τῶν σκεπασμάτων ἀποδείξαντες, μετὰ κα‐</w:t>
      </w:r>
    </w:p>
    <w:p>
      <w:r>
        <w:rPr>
          <w:rFonts w:ascii="Courier New" w:hAnsi="Courier New"/>
          <w:color w:val="555555"/>
          <w:sz w:val="20"/>
        </w:rPr>
        <w:t>[30]</w:t>
      </w:r>
    </w:p>
    <w:p>
      <w:r>
        <w:rPr>
          <w:rFonts w:ascii="Gentium Plus" w:hAnsi="Gentium Plus"/>
          <w:sz w:val="24"/>
        </w:rPr>
        <w:t>ταλλαγῆς ἀποτίσουσιν. Ὅταν γὰρ λάβῃ ἡμᾶς ὑπὸ τὴν ἑαυ‐ τοῦ ἐξουσίαν ὁ κοινὸς ἐχθρὸς, ἀφαιρεῖ ἡμῶν τὰ ἱμάτια, τὰ τοῖς ἀσχήμοσιν ἡμῶν εὐσχημοσύνην περιτιθέντα. Ἱμάτιον δὲ Χριστιανῶν, σκέπον τὸ ἄσχημον ἡμῶν τῆς ἁμαρτίας, ἡ εἰς Χριστὸν πίστις· Ὅσοι γὰρ εἰς Χριστὸν ἐβαπτίσθητε,</w:t>
      </w:r>
    </w:p>
    <w:p>
      <w:r>
        <w:rPr>
          <w:rFonts w:ascii="Courier New" w:hAnsi="Courier New"/>
          <w:color w:val="555555"/>
          <w:sz w:val="20"/>
        </w:rPr>
        <w:t>[35]</w:t>
      </w:r>
    </w:p>
    <w:p>
      <w:r>
        <w:rPr>
          <w:rFonts w:ascii="Gentium Plus" w:hAnsi="Gentium Plus"/>
          <w:sz w:val="24"/>
        </w:rPr>
        <w:t>Χριστὸν ἐνεδύσασθε. —Ἦν δὲ καὶ πρὸ τῆς εἰς Χριστὸν πί‐ στεως γυμνῶν τὴν ἀνθρωπείαν ἀσχημοσύνην ὁ ἐχθρὸς ἡμῶν τὰς ἐννοίας ἡμῶν, αἷς ἡ ζωὴ ἡμῶν κατεκοσμεῖτο, περιαιρῶν, καὶ τὴν γύμνωσιν ἡμῶν δημοσιεύων. Ἐπεὶ οὖν δολεραῖς ἐπινοίαις ἀπημφίασε, πᾶσαν στολὴν</w:t>
      </w:r>
    </w:p>
    <w:p>
      <w:r>
        <w:rPr>
          <w:rFonts w:ascii="Courier New" w:hAnsi="Courier New"/>
          <w:color w:val="555555"/>
          <w:sz w:val="20"/>
        </w:rPr>
        <w:t>[40]</w:t>
      </w:r>
    </w:p>
    <w:p>
      <w:r>
        <w:rPr>
          <w:rFonts w:ascii="Gentium Plus" w:hAnsi="Gentium Plus"/>
          <w:sz w:val="24"/>
        </w:rPr>
        <w:t>ἐπισυνηγμένην δόλῳ καὶ πᾶν ἱμάτιον μετὰ καταλλαγῆς ἀπο‐ τίσει. Οὐ γὰρ μόνον ἀπολαμβάνομεν, ἃ ἀφῃρήμεθα, ἀλλὰ καὶ τῇ προσθήκῃ τῆς εἰς Χριστὸν ἐπιγνώσεως βελτιούμεθα. Ἐνέ‐</w:t>
      </w:r>
    </w:p>
    <w:p>
      <w:r>
        <w:rPr>
          <w:rFonts w:ascii="Courier New" w:hAnsi="Courier New"/>
          <w:color w:val="555555"/>
          <w:sz w:val="20"/>
        </w:rPr>
        <w:t>[45]</w:t>
      </w:r>
    </w:p>
    <w:p>
      <w:r>
        <w:rPr>
          <w:rFonts w:ascii="Gentium Plus" w:hAnsi="Gentium Plus"/>
          <w:sz w:val="24"/>
        </w:rPr>
        <w:t>ὑφαιρεθεῖσαν, μετὰ καταλλαγῆς ἀποτίσουσι, καὶ Θελήσουσιν, εἰ ἐγένοντο πυρίκαυστοι, ὅτι Παιδίον ἐγεννήθη ἡμῖν. —Αἱ πονηραὶ δυνάμεις μετὰ τὴν τοῦ Κυρίου ἐπιδημίαν ἔκραζον· Τί ἡμῖν καὶ σοὶ, Υἱὲ τοῦ Θεοῦ; Ἦλθες ὧδε πρὸ καιροῦ βασανίσαι ἡμᾶς; Τότε αἱροῦνται γενέσθαι πυρίκαυστοι μᾶλ‐</w:t>
      </w:r>
    </w:p>
    <w:p>
      <w:r>
        <w:rPr>
          <w:rFonts w:ascii="Courier New" w:hAnsi="Courier New"/>
          <w:color w:val="555555"/>
          <w:sz w:val="20"/>
        </w:rPr>
        <w:t>[9 . 226 (50)]</w:t>
      </w:r>
    </w:p>
    <w:p>
      <w:r>
        <w:rPr>
          <w:rFonts w:ascii="Gentium Plus" w:hAnsi="Gentium Plus"/>
          <w:sz w:val="24"/>
        </w:rPr>
        <w:t>λον, ἢ ὑπὸ τῆς ἐν σαρκὶ Χριστοῦ ἐπιφανείας κατακρίνεσθαι.</w:t>
      </w:r>
    </w:p>
    <w:p>
      <w:r>
        <w:rPr>
          <w:rFonts w:ascii="Courier New" w:hAnsi="Courier New"/>
          <w:color w:val="555555"/>
          <w:sz w:val="20"/>
        </w:rPr>
        <w:t>[9 . 227]</w:t>
      </w:r>
    </w:p>
    <w:p>
      <w:r>
        <w:rPr>
          <w:rFonts w:ascii="Gentium Plus" w:hAnsi="Gentium Plus"/>
          <w:sz w:val="24"/>
        </w:rPr>
        <w:t>Ὅτι Παιδίον ἐγεννήθη ἡμῖν, Υἱὸς καὶ ἐδόθη ἡμῖν, οὗ ἡ ἀρχὴ ἐγενήθη ἐπὶ ὤμου αὐτοῦ. Καλεῖται τὸ ὄνομα αὐτοῦ Μεγάλης βουλῆς Ἄγγελος. Πόσα ἤδη ὀνόματα ἐδιδάχθημεν τοῦ Κυρίου, ἀνώτερον</w:t>
      </w:r>
    </w:p>
    <w:p>
      <w:r>
        <w:rPr>
          <w:rFonts w:ascii="Courier New" w:hAnsi="Courier New"/>
          <w:color w:val="555555"/>
          <w:sz w:val="20"/>
        </w:rPr>
        <w:t>[5]</w:t>
      </w:r>
    </w:p>
    <w:p>
      <w:r>
        <w:rPr>
          <w:rFonts w:ascii="Gentium Plus" w:hAnsi="Gentium Plus"/>
          <w:sz w:val="24"/>
        </w:rPr>
        <w:t>ἠκούομεν. Ἰδοὺ ἡ Παρθένος ἐν γαστρὶ λήψεται καὶ τέξεται υἱὸν, καὶ καλέσουσι τὸ ὄνομα αὐτοῦ Ἐμμανουήλ. Ἐνταῦθα κα‐ λεῖται τὸ ὄνομα αὐτοῦ Μεγάλης βουλῆς Ἄγγελος. Οὗτος, ὁ τὴν μεγάλην βουλὴν τὴν ἀποκεκρυμμένην ἀπὸ τῶν αἰώνων γνω‐ ρίσας, τὴν ἑτέραις γενεαῖς μὴ φανερωθεῖσαν. Οὗτος, ὁ ἀναγ‐</w:t>
      </w:r>
    </w:p>
    <w:p>
      <w:r>
        <w:rPr>
          <w:rFonts w:ascii="Courier New" w:hAnsi="Courier New"/>
          <w:color w:val="555555"/>
          <w:sz w:val="20"/>
        </w:rPr>
        <w:t>[10]</w:t>
      </w:r>
    </w:p>
    <w:p>
      <w:r>
        <w:rPr>
          <w:rFonts w:ascii="Gentium Plus" w:hAnsi="Gentium Plus"/>
          <w:sz w:val="24"/>
        </w:rPr>
        <w:t>γείλας καὶ φανερώσας τὸν ἀνεξιχνίαστον ἑαυτοῦ πλοῦτον ἐν τοῖς ἔθνεσιν, εἶναι τὰ ἔθνη συγκληρονόμα καὶ σύσσωμα, αὐτοῦ γὰρ τούτου, οὗ ἡ ἀρχή ἐστιν ἐπὶ τοῦ ὤμου αὐτοῦ, τουτέστιν, ἡ βασιλεία καὶ ἡ δύναμις ἐν τῷ σταυρῷ. Ἐπὶ τοῦ σταυροῦ γὰρ ὑψωθεὶς, πάντας εἴλκυσε πρὸς Ἑαυτόν.</w:t>
      </w:r>
    </w:p>
    <w:p>
      <w:r>
        <w:rPr>
          <w:rFonts w:ascii="Courier New" w:hAnsi="Courier New"/>
          <w:color w:val="555555"/>
          <w:sz w:val="20"/>
        </w:rPr>
        <w:t>[15]</w:t>
      </w:r>
    </w:p>
    <w:p>
      <w:r>
        <w:rPr>
          <w:rFonts w:ascii="Gentium Plus" w:hAnsi="Gentium Plus"/>
          <w:sz w:val="24"/>
        </w:rPr>
        <w:t>Ἄξω γὰρ εἰρήνην ἐπὶ τοὺς ἄρχοντας, εἰρήνην καὶ ὑγείαν αὐτῷ. Μεγάλη ἡ ἀρχὴ αὐτοῦ καὶ τῆς εἰρήνης αὐτοῦ οὐκ</w:t>
      </w:r>
    </w:p>
    <w:p>
      <w:r>
        <w:rPr>
          <w:rFonts w:ascii="Courier New" w:hAnsi="Courier New"/>
          <w:color w:val="555555"/>
          <w:sz w:val="20"/>
        </w:rPr>
        <w:t>[20]</w:t>
      </w:r>
    </w:p>
    <w:p>
      <w:r>
        <w:rPr>
          <w:rFonts w:ascii="Gentium Plus" w:hAnsi="Gentium Plus"/>
          <w:sz w:val="24"/>
        </w:rPr>
        <w:t>τοῦ αἵματος τοῦ σταυροῦ αὐτοῦ, εἴτε τὰ ἐπὶ τῆς γῆς εἴτε τὰ ἐν τοῖς οὐρανοῖς, εἴρηται τὸ Ἄξω γὰρ εἰρήνην ἐπὶ τοὺς ἄρχοντας, καὶ ὑγείαν αὐτῷ. Οἶμαι τὸ τῆς ἀναστάσεως δείκνυσθαι διὰ τούτου μυστήριον. Ἐπειδὴ γὰρ ἐσταυρώθη ἐξ ἀσθενείας, ζῇ δὲ ἐκ δυνάμεως Θεοῦ· διὰ τοῦτο ὑγεία</w:t>
      </w:r>
    </w:p>
    <w:p>
      <w:r>
        <w:rPr>
          <w:rFonts w:ascii="Courier New" w:hAnsi="Courier New"/>
          <w:color w:val="555555"/>
          <w:sz w:val="20"/>
        </w:rPr>
        <w:t>[25]</w:t>
      </w:r>
    </w:p>
    <w:p>
      <w:r>
        <w:rPr>
          <w:rFonts w:ascii="Gentium Plus" w:hAnsi="Gentium Plus"/>
          <w:sz w:val="24"/>
        </w:rPr>
        <w:t>ἄγεσθαι αὐτῷ λέγεται, ἐπὶ τὴν ἀσθένειαν τῆς σαρκὸς, ἣν ὑπὲρ ἡμῶν ἀνείληφε. Καὶ τῆς εἰρήνης αὐτοῦ οὐκ ἔστιν ὅριον. Εἰρήνην (φησὶ) δίδωμι ὑμῖν· οὐ καθὼς ὁ κόσμος δίδωσιν, ἐγὼ δίδωμι ὑμῖν. Διὰ τοῦτο οὐκ ἔστιν ὅριον τῆς εἰρήνης αὐτοῦ, ἐπειδὴ ὑπερκόσ‐</w:t>
      </w:r>
    </w:p>
    <w:p>
      <w:r>
        <w:rPr>
          <w:rFonts w:ascii="Courier New" w:hAnsi="Courier New"/>
          <w:color w:val="555555"/>
          <w:sz w:val="20"/>
        </w:rPr>
        <w:t>[30]</w:t>
      </w:r>
    </w:p>
    <w:p>
      <w:r>
        <w:rPr>
          <w:rFonts w:ascii="Gentium Plus" w:hAnsi="Gentium Plus"/>
          <w:sz w:val="24"/>
        </w:rPr>
        <w:t>μιόν ἐστι τὸ δῶρον· εἰ γὰρ ἐκ τοῦ κόσμου ἦν, συναπηρτίσθη ἂν τῇ τοῦ κόσμου συστάσει. —Νῦν δὲ ὁ δεξάμενος αὐτοῦ τὴν εἰρήνην καὶ φυλάξας εἰς τὸν αἰῶνα χρόνον, τοῖς ἐκ τῆς εἰρήνης καλοῖς συμβιώσεται. Ἡ Σολομῶντος εἰρήνη γεγραμμένοις ἔτεσι περιωρίζετο· ἡ δὲ παρὰ τοῦ Κυρίου εἰρήνῃ τῷ αἰῶνι</w:t>
      </w:r>
    </w:p>
    <w:p>
      <w:r>
        <w:rPr>
          <w:rFonts w:ascii="Courier New" w:hAnsi="Courier New"/>
          <w:color w:val="555555"/>
          <w:sz w:val="20"/>
        </w:rPr>
        <w:t>[35]</w:t>
      </w:r>
    </w:p>
    <w:p>
      <w:r>
        <w:rPr>
          <w:rFonts w:ascii="Gentium Plus" w:hAnsi="Gentium Plus"/>
          <w:sz w:val="24"/>
        </w:rPr>
        <w:t>παντὶ συμπαρεκτείνεται, ἀπεριόριστος οὖσα καὶ ἀτερμάτιστος. Πάντα γὰρ ὑποταγήσεται αὐτῷ, καὶ πάντα ἐπιγνώσεται τὴν αὐτοῦ δεσποτείαν· καὶ ἐπειδὰν γένηται ὁ Θεὸς τὰ πάντα ἐν πᾶσι, καθησυχασθέντων τῶν θορυβούντων ταῖς ἀποστασίαις, ἐν εἰρηνικῇ συμφωνίᾳ τὸν Θεὸν ὑμνήσουσιν.</w:t>
      </w:r>
    </w:p>
    <w:p>
      <w:r>
        <w:rPr>
          <w:rFonts w:ascii="Courier New" w:hAnsi="Courier New"/>
          <w:color w:val="555555"/>
          <w:sz w:val="20"/>
        </w:rPr>
        <w:t>[40]</w:t>
      </w:r>
    </w:p>
    <w:p>
      <w:r>
        <w:rPr>
          <w:rFonts w:ascii="Gentium Plus" w:hAnsi="Gentium Plus"/>
          <w:sz w:val="24"/>
        </w:rPr>
        <w:t>Ἐπὶ τὸν θρόνον Δαβὶδ καὶ ἐπὶ βασιλείαν αὐτοῦ, κατορ‐ θῶσαι αὐτήν. Διὰ τὸ εἰρῆσθαι, ὅτι Οὐκ ἐκλείψει ἄρχων ἐξ Ἰούδα, καὶ ἡγούμενος ἐκ τῶν μηρῶν αὐτοῦ, ἕως ἂν ἔλθῃ τὰ</w:t>
      </w:r>
    </w:p>
    <w:p>
      <w:r>
        <w:rPr>
          <w:rFonts w:ascii="Courier New" w:hAnsi="Courier New"/>
          <w:color w:val="555555"/>
          <w:sz w:val="20"/>
        </w:rPr>
        <w:t>[45]</w:t>
      </w:r>
    </w:p>
    <w:p>
      <w:r>
        <w:rPr>
          <w:rFonts w:ascii="Gentium Plus" w:hAnsi="Gentium Plus"/>
          <w:sz w:val="24"/>
        </w:rPr>
        <w:t>οὖν τὸν θρόνον Δαβὶδ καὶ τὴν βασιλείαν αὐτοῦ καθήσεται, ὥστε κατορθῶσαι αὐτὴν, καὶ ἀντέχεσθαι αὐτῆς ἐν κρίματι καὶ ἐν δικαιοσύνῃ. —Τὰ κρίματά σου (φησὶν) ἄβυσσος πολλή· καὶ Ἡ δικαιοσύνη σου ὡς ὄρη Θεοῦ. Οὔτε οὖν τὰ κρίματα καταληπτὰ, οὔτε ἡ δικαιοσύνη κατ’ ἀξίαν τοῦ ὕψους θεωρητή.</w:t>
      </w:r>
    </w:p>
    <w:p>
      <w:r>
        <w:rPr>
          <w:rFonts w:ascii="Courier New" w:hAnsi="Courier New"/>
          <w:color w:val="555555"/>
          <w:sz w:val="20"/>
        </w:rPr>
        <w:t>[9 . 227 (50)]</w:t>
      </w:r>
    </w:p>
    <w:p>
      <w:r>
        <w:rPr>
          <w:rFonts w:ascii="Gentium Plus" w:hAnsi="Gentium Plus"/>
          <w:sz w:val="24"/>
        </w:rPr>
        <w:t>Καὶ ταῦτα ποιήσει ὁ ζῆλος Κυρίου Σαβαώθ. Ζηλώσας ἡμᾶς, τοὺς ἀπολλυμένους τῇ ἀγνοίᾳ, δέξεται, ὑπὲρ τοῦ περι‐ ποιήσασθαι εἰς τὴν ἑαυτοῦ βασιλείαν, τὴν ἐν ἀνθρώποις οἰκονομίαν. Ὁ οὖν ζῆλος Κυρίου Σαβαὼθ, τοῦ Θεοῦ τῶν στρατιῶν, ᾧ πᾶσα δύναμις ὑποτέτακται, οὗτος ταῦτα ποιήσει.</w:t>
      </w:r>
    </w:p>
    <w:p>
      <w:r>
        <w:rPr>
          <w:rFonts w:ascii="Courier New" w:hAnsi="Courier New"/>
          <w:color w:val="555555"/>
          <w:sz w:val="20"/>
        </w:rPr>
        <w:t>[9 . 228]</w:t>
      </w:r>
    </w:p>
    <w:p>
      <w:r>
        <w:rPr>
          <w:rFonts w:ascii="Gentium Plus" w:hAnsi="Gentium Plus"/>
          <w:sz w:val="24"/>
        </w:rPr>
        <w:t>Λόγον ἀπέστειλε Κύριος ἐπὶ Ἰακὼβ καὶ ἦλθεν ἐπὶ Ἰσραήλ. Καὶ γνώσονται πᾶς ὁ λαὸς τοῦ Ἐφραῒμ καὶ οἱ καθήμενοι ἐν Σαμαρείᾳ, ἐφ’ ὕβρει καὶ ὑψηλῇ καρδίᾳ λέ‐ γοντες· Πλίνθοι πεπτώκασιν· ἀλλὰ δεῦτε, λαξεύσωμεν λί‐</w:t>
      </w:r>
    </w:p>
    <w:p>
      <w:r>
        <w:rPr>
          <w:rFonts w:ascii="Courier New" w:hAnsi="Courier New"/>
          <w:color w:val="555555"/>
          <w:sz w:val="20"/>
        </w:rPr>
        <w:t>[5]</w:t>
      </w:r>
    </w:p>
    <w:p>
      <w:r>
        <w:rPr>
          <w:rFonts w:ascii="Gentium Plus" w:hAnsi="Gentium Plus"/>
          <w:sz w:val="24"/>
        </w:rPr>
        <w:t>θους καὶ κόψωμεν συκαμίνους καὶ κέδρους, καὶ οἰκοδομή‐ σωμεν ἑαυτοῖς πύργον. Ἐν τῇ προσηγορίᾳ τοῦ Ἰακὼβ καὶ τοῦ Ἰσραὴλ δύο πραγμάτων ἔννοιαν ὑποβάλλειν ἡμῖν ὁ λόγος ἔοικε· τήν τε εἰσαγωγὴν τῶν ἀτελεστέρων, καὶ τὴν ἐπὶ τὸ ἀκρό‐</w:t>
      </w:r>
    </w:p>
    <w:p>
      <w:r>
        <w:rPr>
          <w:rFonts w:ascii="Courier New" w:hAnsi="Courier New"/>
          <w:color w:val="555555"/>
          <w:sz w:val="20"/>
        </w:rPr>
        <w:t>[10]</w:t>
      </w:r>
    </w:p>
    <w:p>
      <w:r>
        <w:rPr>
          <w:rFonts w:ascii="Gentium Plus" w:hAnsi="Gentium Plus"/>
          <w:sz w:val="24"/>
        </w:rPr>
        <w:t>τατον τῆς ἀρετῆς τελείωσιν. Τοῦτον δὲ ἡμῖν ὑποβάλλει τὸν νοῦν ὁ τρόπος τῆς μετωνομασίας τοῦ πατριάρχου· ἐπὶ μὲν γὰρ τῇ γενέσει, διὰ τὸ ἐπειλῆφθαι τῆς πτέρνης</w:t>
      </w:r>
    </w:p>
    <w:p>
      <w:r>
        <w:rPr>
          <w:rFonts w:ascii="Courier New" w:hAnsi="Courier New"/>
          <w:color w:val="555555"/>
          <w:sz w:val="20"/>
        </w:rPr>
        <w:t>[15]</w:t>
      </w:r>
    </w:p>
    <w:p>
      <w:r>
        <w:rPr>
          <w:rFonts w:ascii="Gentium Plus" w:hAnsi="Gentium Plus"/>
          <w:sz w:val="24"/>
        </w:rPr>
        <w:t>κληθήσεται ἔτι τὸ ὄνομά σου Ἰακὼβ, ἀλλὰ Ἰσραὴλ ἔσται τὸ ὄνομά σου. —Ἀπεστάλη τοίνυν Λόγος πρὸς Ἰακὼβ, καὶ ἦλθεν ἐπὶ τὸν Ἰσραήλ. Διὰ μὲν γὰρ ἐλεημοσύνην τοῖς ἀσθενεστέροις πρώτοις συγκαταβαίνει ὁ Λόγος· οἱ δὲ διο‐ ρατικώτεροι, αἰσθανόμενοι τῆς ἀπ’ αὐτοῦ ὠφελείας, οἱονεὶ</w:t>
      </w:r>
    </w:p>
    <w:p>
      <w:r>
        <w:rPr>
          <w:rFonts w:ascii="Courier New" w:hAnsi="Courier New"/>
          <w:color w:val="555555"/>
          <w:sz w:val="20"/>
        </w:rPr>
        <w:t>[20]</w:t>
      </w:r>
    </w:p>
    <w:p>
      <w:r>
        <w:rPr>
          <w:rFonts w:ascii="Gentium Plus" w:hAnsi="Gentium Plus"/>
          <w:sz w:val="24"/>
        </w:rPr>
        <w:t>διαρπάζουσιν αὐτὸν, τὴν πρὸς οὓς ἀπεστάλη, νωθρότητα προλαμβάνοντες. Λόγον οὖν ἀπέστειλε Κύριος ἐπὶ Ἰακώβ. Οἶδας τὸν Λόγον, τὸν ἐν ἀρχῇ ὄντα, τὸν πρὸς τὸν Θεὸν ὄντα; Τοῦτον ἀπέστειλεν ὁ Πατὴρ ἐπὶ Ἰακώβ. Ἐγνώρισε δὲ αὐ‐</w:t>
      </w:r>
    </w:p>
    <w:p>
      <w:r>
        <w:rPr>
          <w:rFonts w:ascii="Courier New" w:hAnsi="Courier New"/>
          <w:color w:val="555555"/>
          <w:sz w:val="20"/>
        </w:rPr>
        <w:t>[25]</w:t>
      </w:r>
    </w:p>
    <w:p>
      <w:r>
        <w:rPr>
          <w:rFonts w:ascii="Gentium Plus" w:hAnsi="Gentium Plus"/>
          <w:sz w:val="24"/>
        </w:rPr>
        <w:t>τὸν ὁ ἀληθινὸς Ἰσραὴλ, αἱ ψυχαὶ αἱ διορατικώτεραι. Καὶ ἐπέγνω πᾶς ὁ λαὸς Ἐφραῒμ, οἱ πρότερον καθήμενοι ἐν Σα‐ μαρείᾳ, ἐφ’ ὕβρει καὶ ὑψηλῇ καρδίᾳ. Οὗτός ἐστιν Ἐφραῒμ, ἐξ οὗ βλαστήσας ὁ ἀποστάτης Ἱεροβοὰμ, τὰς δέκα φυλὰς ἑαυτῷ συναπέσχισε καὶ χρυσᾶς δαμάλεις ἀναπλάσας, ἀνα‐</w:t>
      </w:r>
    </w:p>
    <w:p>
      <w:r>
        <w:rPr>
          <w:rFonts w:ascii="Courier New" w:hAnsi="Courier New"/>
          <w:color w:val="555555"/>
          <w:sz w:val="20"/>
        </w:rPr>
        <w:t>[30]</w:t>
      </w:r>
    </w:p>
    <w:p>
      <w:r>
        <w:rPr>
          <w:rFonts w:ascii="Gentium Plus" w:hAnsi="Gentium Plus"/>
          <w:sz w:val="24"/>
        </w:rPr>
        <w:t>χωρῆσαι τὸν λαὸν ἔπεισε τῆς λατρείας τοῦ Θεοῦ καὶ λατρεύειν εἰδώλοις Αἰγυπτίων. Οἱ οὖν καθήμενοι ἐν Σαμαρείᾳ, ἐφ’ ὕβρει καὶ ὑψηλῇ καρδίᾳ, οὗτοι τῆς ἀληθείας ἐν συναισθήσει γενόμενοι, ἐδέξαντο τὸν λόγον, καθὼς καὶ αἱ Πράξεις διη‐ γοῦνται, ὅτι ἤκουσαν οἱ Ἀπόστολοι, ὅτι ἡ Σαμάρεια δέδεκται</w:t>
      </w:r>
    </w:p>
    <w:p>
      <w:r>
        <w:rPr>
          <w:rFonts w:ascii="Courier New" w:hAnsi="Courier New"/>
          <w:color w:val="555555"/>
          <w:sz w:val="20"/>
        </w:rPr>
        <w:t>[35]</w:t>
      </w:r>
    </w:p>
    <w:p>
      <w:r>
        <w:rPr>
          <w:rFonts w:ascii="Gentium Plus" w:hAnsi="Gentium Plus"/>
          <w:sz w:val="24"/>
        </w:rPr>
        <w:t>τὸν λόγον. Εἶτα διαγράφει αὐτῶν ὁ Προφήτης τὴν ὕβριν καὶ τὴν ὑπερηφανίαν ὅση ἦν· καταφρονοῦντες γὰρ τῆς μερίδος τοῦ Δαβὶδ, ὡς εὐκαθαίρετον ἐχούσης τὴν βασιλείαν, ἔλεγον ἐπὶ χλεύει τὸ Πλίνθοι πεπτώκασιν· ἀλλὰ δεῦτε, λαξεύσωμεν λί‐</w:t>
      </w:r>
    </w:p>
    <w:p>
      <w:r>
        <w:rPr>
          <w:rFonts w:ascii="Courier New" w:hAnsi="Courier New"/>
          <w:color w:val="555555"/>
          <w:sz w:val="20"/>
        </w:rPr>
        <w:t>[40]</w:t>
      </w:r>
    </w:p>
    <w:p>
      <w:r>
        <w:rPr>
          <w:rFonts w:ascii="Gentium Plus" w:hAnsi="Gentium Plus"/>
          <w:sz w:val="24"/>
        </w:rPr>
        <w:t>θους. Πλίνθους μὲν ὠνόμαζον τὴν οἰκοδομὴν τῆς βασιλείας τῶν υἱῶν Ἰεσσαί· λίθων δὲ στεῤῥότητα συνηρμοσμένων ἀλ‐ λήλοις, τὴν ἑαυτῶν δύναμιν, καὶ τὴν πρὸς τὰ τοῦ βίου πράγ‐</w:t>
      </w:r>
    </w:p>
    <w:p>
      <w:r>
        <w:rPr>
          <w:rFonts w:ascii="Courier New" w:hAnsi="Courier New"/>
          <w:color w:val="555555"/>
          <w:sz w:val="20"/>
        </w:rPr>
        <w:t>[9 . 229]</w:t>
      </w:r>
    </w:p>
    <w:p>
      <w:r>
        <w:rPr>
          <w:rFonts w:ascii="Gentium Plus" w:hAnsi="Gentium Plus"/>
          <w:sz w:val="24"/>
        </w:rPr>
        <w:t>Καὶ κόψωμεν (φησὶ) συκαμίνους καὶ κέδρους, καὶ οἰκοδομήσωμεν ἑαυτοῖς πύργον, ἀντὶ τοῦ ναοῦ, ὃν κατεσκεύασε τῷ Ἰούδᾳ ὁ Σολομῶν. Ὅμοια διενοοῦντο τοῖς δι’ ὑψηλῆς πύργου κατασκευῆς, ἐπι‐</w:t>
      </w:r>
    </w:p>
    <w:p>
      <w:r>
        <w:rPr>
          <w:rFonts w:ascii="Courier New" w:hAnsi="Courier New"/>
          <w:color w:val="555555"/>
          <w:sz w:val="20"/>
        </w:rPr>
        <w:t>[5]</w:t>
      </w:r>
    </w:p>
    <w:p>
      <w:r>
        <w:rPr>
          <w:rFonts w:ascii="Gentium Plus" w:hAnsi="Gentium Plus"/>
          <w:sz w:val="24"/>
        </w:rPr>
        <w:t>χειροῦσιν ἑαυτοῖς βάσιμον ποιῆσαι τὸν οὐρανόν. Καὶ γὰρ ἐκεῖνοι ἔλεγον· Δεῦτε, πλινθεύσωμεν ἑαυτοῖς πλίνθους καὶ ὀπτήσωμεν αὐτὰς πυρί· καὶ πάλιν· Δεῦτε, οἰκοδομήσωμεν ἑαυτοῖς πόλιν καὶ πύργον, οὗ ἡ κεφαλὴ ἔσται ἕως τοῦ οὐρα‐ νοῦ. —Ἡ δὲ συκάμινος δένδρον ἐστὶ πολυφορώτατον καρπῶν,</w:t>
      </w:r>
    </w:p>
    <w:p>
      <w:r>
        <w:rPr>
          <w:rFonts w:ascii="Courier New" w:hAnsi="Courier New"/>
          <w:color w:val="555555"/>
          <w:sz w:val="20"/>
        </w:rPr>
        <w:t>[10]</w:t>
      </w:r>
    </w:p>
    <w:p>
      <w:r>
        <w:rPr>
          <w:rFonts w:ascii="Gentium Plus" w:hAnsi="Gentium Plus"/>
          <w:sz w:val="24"/>
        </w:rPr>
        <w:t>οὐδεμίαν ποιότητα ἐχόντων, εἰ μή τις ἐξ ἐπιμελείας ἀμύξας, ὀπόν τινα αὐτοῖς ἐπισπάσαιτο, ἡδονὴν ἐμποιοῦντα τῇ γεύσει. Ὅθεν ἡγούμεθα σύμβολον εἶναι τῆς ἐθνικῆς συναγωγῆς, πλη‐ θυνούσης μὲν, οἱονεὶ δὲ μεμωραμμένης, διὰ τὴν ἐν τοῖς ἐθνι‐ κοῖς ἐπιτηδεύμασι συνήθειαν, ἣν ἐὰν καταμύξαι τις διὰ τοῦ</w:t>
      </w:r>
    </w:p>
    <w:p>
      <w:r>
        <w:rPr>
          <w:rFonts w:ascii="Courier New" w:hAnsi="Courier New"/>
          <w:color w:val="555555"/>
          <w:sz w:val="20"/>
        </w:rPr>
        <w:t>[15]</w:t>
      </w:r>
    </w:p>
    <w:p>
      <w:r>
        <w:rPr>
          <w:rFonts w:ascii="Gentium Plus" w:hAnsi="Gentium Plus"/>
          <w:sz w:val="24"/>
        </w:rPr>
        <w:t>Λόγου δυνηθῇ, γλυκανθεῖσα τῇ μεταβολῇ, εἰς εὐχρηστίαν μεταβάλλεται. Καὶ αἱ κέδροι λαμβάνονται μέν ποτε καὶ εἰς εἰκόνα ψυχῶν μεγάλων καὶ ἀξιόλογον ἐχουσῶν δίαρμα, ἐκ τοῦ διανεστηκέναι τῷ φρονήματι καὶ τὸ πολίτευμα ἔχειν ἐν</w:t>
      </w:r>
    </w:p>
    <w:p>
      <w:r>
        <w:rPr>
          <w:rFonts w:ascii="Courier New" w:hAnsi="Courier New"/>
          <w:color w:val="555555"/>
          <w:sz w:val="20"/>
        </w:rPr>
        <w:t>[20]</w:t>
      </w:r>
    </w:p>
    <w:p>
      <w:r>
        <w:rPr>
          <w:rFonts w:ascii="Gentium Plus" w:hAnsi="Gentium Plus"/>
          <w:sz w:val="24"/>
        </w:rPr>
        <w:t>οὐρανοῖς· καθὼς ἐδιδάχθημεν ἐν ψαλμοῖς, νῦν μὲν εἰς τὸν αἶνον τοῦ Θεοῦ παραλαμβάνοντος αὐτὰς τοῦ Δαβὶδ, καὶ λέγοντος· Ξύλα καρποφόρα καὶ πᾶσαι κέδροι· πάλιν δέ· Χορτασθήσεται τὰ ξύλα τοῦ πεδίου, αἱ κέδροι τοῦ Λιβάνου,</w:t>
      </w:r>
    </w:p>
    <w:p>
      <w:r>
        <w:rPr>
          <w:rFonts w:ascii="Courier New" w:hAnsi="Courier New"/>
          <w:color w:val="555555"/>
          <w:sz w:val="20"/>
        </w:rPr>
        <w:t>[25]</w:t>
      </w:r>
    </w:p>
    <w:p>
      <w:r>
        <w:rPr>
          <w:rFonts w:ascii="Gentium Plus" w:hAnsi="Gentium Plus"/>
          <w:sz w:val="24"/>
        </w:rPr>
        <w:t>τὰ ἐπαιρόμενα κατὰ τῆς γνώσεως τοῦ Θεοῦ, κέδρους ἔγνω‐ μεν λεγόμενα· Διὰ τοῦτο Συντρίβει Κύριος τὰς κέδρους τοῦ Λιβάνου. —Καὶ οἱ ἐπαιρόμενοι ἐπὶ τῇ ψευδωνύμῳ γνώσει καὶ φαντασιούμενοι ὡς τὰ μυστήρια τοῦ ὑπεράνω Θεοῦ κατειληφότες, κέδροι λέγονται· Εἶδον γὰρ τὸν ἀσεβῆ ὑπερ‐</w:t>
      </w:r>
    </w:p>
    <w:p>
      <w:r>
        <w:rPr>
          <w:rFonts w:ascii="Courier New" w:hAnsi="Courier New"/>
          <w:color w:val="555555"/>
          <w:sz w:val="20"/>
        </w:rPr>
        <w:t>[30]</w:t>
      </w:r>
    </w:p>
    <w:p>
      <w:r>
        <w:rPr>
          <w:rFonts w:ascii="Gentium Plus" w:hAnsi="Gentium Plus"/>
          <w:sz w:val="24"/>
        </w:rPr>
        <w:t>υψούμενον καὶ ἐπαιρόμενον, ὡς τὰς κέδρους τοῦ Λιβάνου· ὧν ἡ ἐξολόθρευσις ταχεῖα· Παρῆλθον γὰρ καὶ ἰδοὺ οὐκ ἦν. Ταύτας οὖν τὰς κέδρους παρελάμβανον εἰς τὴν τοῦ πύργου κατασκευὴν οἱ, πρὸ τῆς ἐπιδημίας τοῦ Λόγου, καθήμενοι ἐν Σαμαρείᾳ ἐφ’ ὕβρει, καὶ χλευάζοντες τὴν κατὰ τὸν Ἰούδαν</w:t>
      </w:r>
    </w:p>
    <w:p>
      <w:r>
        <w:rPr>
          <w:rFonts w:ascii="Courier New" w:hAnsi="Courier New"/>
          <w:color w:val="555555"/>
          <w:sz w:val="20"/>
        </w:rPr>
        <w:t>[35]</w:t>
      </w:r>
    </w:p>
    <w:p>
      <w:r>
        <w:rPr>
          <w:rFonts w:ascii="Gentium Plus" w:hAnsi="Gentium Plus"/>
          <w:sz w:val="24"/>
        </w:rPr>
        <w:t>θεοσέβειαν καὶ πλίνθους πεπτωκυίας λέγοντες τὰ ἐν δόγ‐ μασιν ἐκείνων οἰκοδομήματα.</w:t>
      </w:r>
    </w:p>
    <w:p>
      <w:r>
        <w:rPr>
          <w:rFonts w:ascii="Courier New" w:hAnsi="Courier New"/>
          <w:color w:val="555555"/>
          <w:sz w:val="20"/>
        </w:rPr>
        <w:t>[9 . 230]</w:t>
      </w:r>
    </w:p>
    <w:p>
      <w:r>
        <w:rPr>
          <w:rFonts w:ascii="Gentium Plus" w:hAnsi="Gentium Plus"/>
          <w:sz w:val="24"/>
        </w:rPr>
        <w:t>Καὶ ῥάξει ὁ Θεὸς τοὺς ἐπανισταμένους ἐπὶ ὄρος Σιὼν ἐπ’ αὐτὸν, καὶ τοὺς ἐχθροὺς αὐτοῦ διασκεδάσει, Συρίαν ἀφ’ ἡλίου ἀνατολῶν καὶ τοὺς Ἕλληνας ἀφ’ ἡλίου δυσμῶν, τοὺς κατεσθίοντας τὸν Ἰσραὴλ ὅλῳ τῷ στόματι.</w:t>
      </w:r>
    </w:p>
    <w:p>
      <w:r>
        <w:rPr>
          <w:rFonts w:ascii="Courier New" w:hAnsi="Courier New"/>
          <w:color w:val="555555"/>
          <w:sz w:val="20"/>
        </w:rPr>
        <w:t>[5]</w:t>
      </w:r>
    </w:p>
    <w:p>
      <w:r>
        <w:rPr>
          <w:rFonts w:ascii="Gentium Plus" w:hAnsi="Gentium Plus"/>
          <w:sz w:val="24"/>
        </w:rPr>
        <w:t>Ῥάξειν οὖν αὐτοὺς ἐπαγγέλλεται καὶ καταβαλεῖν πάντας τοὺς ἐπανισταμένους τῷ ὄρει Σιὼν, καὶ διασκεδάσειν αὐτῶν τὴν κατὰ τῆς ἀληθείας ἀσεβῆ συμφωνίαν. Εἰσὶ δὲ οἱ ἐχθροὶ Σύροι καὶ Ἕλληνες· οἱ μὲν τὰ πρὸς ἀνατολὰς τοῦ ἡλίου κατέχοντες, οἱ δὲ τὰ πρὸς ταῖς δυσμαῖς. Διὰ τοῦτο δὲ διασκε‐</w:t>
      </w:r>
    </w:p>
    <w:p>
      <w:r>
        <w:rPr>
          <w:rFonts w:ascii="Courier New" w:hAnsi="Courier New"/>
          <w:color w:val="555555"/>
          <w:sz w:val="20"/>
        </w:rPr>
        <w:t>[10]</w:t>
      </w:r>
    </w:p>
    <w:p>
      <w:r>
        <w:rPr>
          <w:rFonts w:ascii="Gentium Plus" w:hAnsi="Gentium Plus"/>
          <w:sz w:val="24"/>
        </w:rPr>
        <w:t>δασθήσονται, ἐπειδὴ κατήσθιον ὅλῳ τῷ στόματι τὸν Ἰσραήλ. Στόμα δὲ λέγει νῦν τὴν σοφιστικὴν τοῦ λόγου δύναμιν, ᾗ πάσῃ κατεκέχρηντο εἰς τὴν ἐπιβουλὴν τῶν ἐν ἁπλότητι πεπιστευκότων τῷ Θεῷ.</w:t>
      </w:r>
    </w:p>
    <w:p>
      <w:r>
        <w:rPr>
          <w:rFonts w:ascii="Courier New" w:hAnsi="Courier New"/>
          <w:color w:val="555555"/>
          <w:sz w:val="20"/>
        </w:rPr>
        <w:t>[15]</w:t>
      </w:r>
    </w:p>
    <w:p>
      <w:r>
        <w:rPr>
          <w:rFonts w:ascii="Gentium Plus" w:hAnsi="Gentium Plus"/>
          <w:sz w:val="24"/>
        </w:rPr>
        <w:t>ἡ χεὶρ ὑψηλή. Καὶ ὁ λαὸς οὐκ ἀπεστράφη, ἕως ἐπλήγη· καὶ τὸν Κύριον τῶν δυνάμεων οὐκ ἐζήτησαν. Ἐπὶ τούτοις πᾶσι, διὰ τὸ μήπω κατανυγῆναι μαστιζομένους τοὺς ἐχθροὺς τοῦ Θεοῦ, οὔπω ὁ θυμὸς ἀπεστράφη, ἀλλ’ ἔτι ἡ χεὶρ ἡ κο‐ λαστικὴ δύναμις ἐπηρμένη ἐστὶν ἐπὶ τῶν μὴ μετανοούντων</w:t>
      </w:r>
    </w:p>
    <w:p>
      <w:r>
        <w:rPr>
          <w:rFonts w:ascii="Courier New" w:hAnsi="Courier New"/>
          <w:color w:val="555555"/>
          <w:sz w:val="20"/>
        </w:rPr>
        <w:t>[20]</w:t>
      </w:r>
    </w:p>
    <w:p>
      <w:r>
        <w:rPr>
          <w:rFonts w:ascii="Gentium Plus" w:hAnsi="Gentium Plus"/>
          <w:sz w:val="24"/>
        </w:rPr>
        <w:t>ἐπὶ τῇ κακίᾳ καὶ πονηρίᾳ ᾗ ἔπραξαν. —Ἐπειδὴ οὖν ὁ λαὸς οὗτος οὐ διὰ λόγου, ἀλλὰ διὰ πληγῆς θεραπεύεται, γέγραπται· Καὶ πᾶς ὁ λαὸς οὐκ ἀπεστράφη, ἕως ἐπλήγη. Διόπερ ἀναγκαῖαι τοῖς τοιοῖσδε αἱ πληγαί. Μηδεὶς οὖν πο‐ λυπραγμονείτω τὰς αἰτίας τῶν σκυθρωποτέρων· διὰ τί</w:t>
      </w:r>
    </w:p>
    <w:p>
      <w:r>
        <w:rPr>
          <w:rFonts w:ascii="Courier New" w:hAnsi="Courier New"/>
          <w:color w:val="555555"/>
          <w:sz w:val="20"/>
        </w:rPr>
        <w:t>[25]</w:t>
      </w:r>
    </w:p>
    <w:p>
      <w:r>
        <w:rPr>
          <w:rFonts w:ascii="Gentium Plus" w:hAnsi="Gentium Plus"/>
          <w:sz w:val="24"/>
        </w:rPr>
        <w:t>αὐχμοὶ, διὰ τί ἐπομβρίαι, διὰ τί σκηπτοὶ, διὰ τί χάλαζαι. Δι’ ἡμᾶς, τοὺς τὴν ἀμετανόητον καρδίαν ἔχοντας καὶ μὴ πρότερον ἐπιστρέφοντας, ἐὰν μὴ πληγῶμεν. Καὶ ἀφελεῖ Κύριος ἀπὸ Ἰσραὴλ κεφαλὴν καὶ οὐρὰν, μέγαν καὶ μικρὸν, ἐν μιᾷ ἡμέρᾳ. Μετὰ τὸ φθάσαι ἐπ’ αὐτοὺς τὸν</w:t>
      </w:r>
    </w:p>
    <w:p>
      <w:r>
        <w:rPr>
          <w:rFonts w:ascii="Courier New" w:hAnsi="Courier New"/>
          <w:color w:val="555555"/>
          <w:sz w:val="20"/>
        </w:rPr>
        <w:t>[30]</w:t>
      </w:r>
    </w:p>
    <w:p>
      <w:r>
        <w:rPr>
          <w:rFonts w:ascii="Gentium Plus" w:hAnsi="Gentium Plus"/>
          <w:sz w:val="24"/>
        </w:rPr>
        <w:t>Λόγον τὸν ἀπεσταλμένον, πᾶσαν τὴν κακὴν αὐτῶν διάταξιν συγχυθήσεσθαι λέγει, καὶ περιαιρεθήσεσθαι μὲν ἄρχοντας καὶ τοὺς ἑπομένους, τούς τε ἐν δυναστείᾳ μέγα φυσῶντας καὶ τοὺς ὑποβεβηκότας. Ἀτιμασθήσεται πρεσβυτέρων προεδρία, καὶ τῶν κατὰ προσωποληψίαν κρινόντων. Οἱ δὲ μηδεμίαν τάξιν</w:t>
      </w:r>
    </w:p>
    <w:p>
      <w:r>
        <w:rPr>
          <w:rFonts w:ascii="Courier New" w:hAnsi="Courier New"/>
          <w:color w:val="555555"/>
          <w:sz w:val="20"/>
        </w:rPr>
        <w:t>[35]</w:t>
      </w:r>
    </w:p>
    <w:p>
      <w:r>
        <w:rPr>
          <w:rFonts w:ascii="Gentium Plus" w:hAnsi="Gentium Plus"/>
          <w:sz w:val="24"/>
        </w:rPr>
        <w:t>ἔχοντες ἐν τῷ λαῷ, αὐτοχειροτόνητοι δὲ καὶ προφητικὸν ἑαυτοῖς ἐπιψευδόμενοι χάρισμα (ὃ μὴ ἔλαβον παρὰ τοῦ</w:t>
      </w:r>
    </w:p>
    <w:p>
      <w:r>
        <w:rPr>
          <w:rFonts w:ascii="Courier New" w:hAnsi="Courier New"/>
          <w:color w:val="555555"/>
          <w:sz w:val="20"/>
        </w:rPr>
        <w:t>[40]</w:t>
      </w:r>
    </w:p>
    <w:p>
      <w:r>
        <w:rPr>
          <w:rFonts w:ascii="Gentium Plus" w:hAnsi="Gentium Plus"/>
          <w:sz w:val="24"/>
        </w:rPr>
        <w:t>πόμενον ἐπὶ τὸν κατὰ τῶν Σύρων πόλεμον· ἀφαιρεθήσονται καὶ οὗτοι, οἱονεὶ τὴν οὐραγίαν τοῦ λαοῦ κατέχοντες.</w:t>
      </w:r>
    </w:p>
    <w:p>
      <w:r>
        <w:rPr>
          <w:rFonts w:ascii="Courier New" w:hAnsi="Courier New"/>
          <w:color w:val="555555"/>
          <w:sz w:val="20"/>
        </w:rPr>
        <w:t>[9 . 231]</w:t>
      </w:r>
    </w:p>
    <w:p>
      <w:r>
        <w:rPr>
          <w:rFonts w:ascii="Gentium Plus" w:hAnsi="Gentium Plus"/>
          <w:sz w:val="24"/>
        </w:rPr>
        <w:t>Ἀλλὰ καὶ μακαρίζοντες τὸν λαὸν τοῦτον, καὶ πλα‐ νῶντες αὐτὸν καὶ διὰ τῆς ἀπάτης ἐκκαρπούμενοι. Διὰ τοῦτο οὔτε ἐπὶ τοῖς νεανίσκοις καὶ ἀκμάζουσιν ἐν αὐτοῖς εὐφραν‐ θήσεται ὁ Κύριος. Οὔτε εἴ τις ὀρφανὸς ἐν τῷ τοιούτῳ λαῷ,</w:t>
      </w:r>
    </w:p>
    <w:p>
      <w:r>
        <w:rPr>
          <w:rFonts w:ascii="Courier New" w:hAnsi="Courier New"/>
          <w:color w:val="555555"/>
          <w:sz w:val="20"/>
        </w:rPr>
        <w:t>[5]</w:t>
      </w:r>
    </w:p>
    <w:p>
      <w:r>
        <w:rPr>
          <w:rFonts w:ascii="Gentium Plus" w:hAnsi="Gentium Plus"/>
          <w:sz w:val="24"/>
        </w:rPr>
        <w:t>οὔτε εἴ τις χήρα ἐλεηθήσεται. Τὸ μὲν γὰρ ἀσθενὲς καὶ ἀβοήθητον, ἐλέους ἄξιον· τὸ δὲ δυνατὸν ἐν κακίᾳ καὶ πονηρίᾳ, ἀποστροφῆς καὶ μίσους. — Εἶτα ἐπάγει, ὅτι οὐδέπω ὁ θυμὸς αὐτοῦ ἀποστρέφεται, ἀλλ’ ἔτι ἡ χεὶρ αὐτοῦ ὑψηλὴ ἐπίκειται, διὰ τοὺς πλανῶντας</w:t>
      </w:r>
    </w:p>
    <w:p>
      <w:r>
        <w:rPr>
          <w:rFonts w:ascii="Courier New" w:hAnsi="Courier New"/>
          <w:color w:val="555555"/>
          <w:sz w:val="20"/>
        </w:rPr>
        <w:t>[10]</w:t>
      </w:r>
    </w:p>
    <w:p>
      <w:r>
        <w:rPr>
          <w:rFonts w:ascii="Gentium Plus" w:hAnsi="Gentium Plus"/>
          <w:sz w:val="24"/>
        </w:rPr>
        <w:t>ἐν τῷ λαῷ καὶ πλανωμένους, παρ’ οἷς πάντες ἄνομοι καὶ πονηροὶ καὶ ἄδικα λαλοῦντες. —Ἔχει δέ τινα ἡ ἀπειλὴ εὐεργεσίας ἔμφασιν, ὅτι Καυθήσεται ἡ ἀνομία, ὡς πῦρ. Τὴν γὰρ παρασκευασθεῖσαν ὕλην ἐκ τῆς ἀνομίας ἀφανισμῷ παραδοθῆναι ἐπ’ εὐεργεσίᾳ τῶν ἀνθρώπων παρὰ τοῦ ἀγαθοῦ</w:t>
      </w:r>
    </w:p>
    <w:p>
      <w:r>
        <w:rPr>
          <w:rFonts w:ascii="Courier New" w:hAnsi="Courier New"/>
          <w:color w:val="555555"/>
          <w:sz w:val="20"/>
        </w:rPr>
        <w:t>[15]</w:t>
      </w:r>
    </w:p>
    <w:p>
      <w:r>
        <w:rPr>
          <w:rFonts w:ascii="Gentium Plus" w:hAnsi="Gentium Plus"/>
          <w:sz w:val="24"/>
        </w:rPr>
        <w:t>Δεσπότου ᾠκονόμηται. Καὶ ὡς ἄγρωστις (φησὶ) ξηρὰ βρω‐ θήσεται ὑπὸ πυρὸς, καὶ καυθήσεται ἐν τοῖς δάσεσι τοῦ δρυμοῦ. Ἕως μὲν ἐγκέχωσται τοῖς γηΐνοις πάθεσιν ἡ ψυχὴ, ὡς ἄγρωστις τὰ πάθη αὐτῆς, ἐκ τοῦ φρονήματος τῆς σαρκὸς</w:t>
      </w:r>
    </w:p>
    <w:p>
      <w:r>
        <w:rPr>
          <w:rFonts w:ascii="Courier New" w:hAnsi="Courier New"/>
          <w:color w:val="555555"/>
          <w:sz w:val="20"/>
        </w:rPr>
        <w:t>[20]</w:t>
      </w:r>
    </w:p>
    <w:p>
      <w:r>
        <w:rPr>
          <w:rFonts w:ascii="Gentium Plus" w:hAnsi="Gentium Plus"/>
          <w:sz w:val="24"/>
        </w:rPr>
        <w:t>ἐκφυόμενα, διέρπει, δι’ ἀλλήλων τὴν γένεσιν ἔχοντα, καὶ ἄλλα ἐπ’ ἄλλοις γεννώμενα. Ὡς γὰρ ἡ ἄγρωστις πολυ‐ γονώτατόν ἐστιν ἐν βοτάναις καὶ οὐδαμοῦ καταλήγει αὐτῆς ἡ γέννησις, ἀλλ’ ἀεὶ τὸ πέρας τῆς πρώτης γενέσεως ἀρχὴ τοῦ ἐφεξῆς γίνεται, τοιαύτη καὶ ἡ τῶν ἁμαρτημάτων ἐστὶ</w:t>
      </w:r>
    </w:p>
    <w:p>
      <w:r>
        <w:rPr>
          <w:rFonts w:ascii="Courier New" w:hAnsi="Courier New"/>
          <w:color w:val="555555"/>
          <w:sz w:val="20"/>
        </w:rPr>
        <w:t>[25]</w:t>
      </w:r>
    </w:p>
    <w:p>
      <w:r>
        <w:rPr>
          <w:rFonts w:ascii="Gentium Plus" w:hAnsi="Gentium Plus"/>
          <w:sz w:val="24"/>
        </w:rPr>
        <w:t>φύσις· αὐτὴ ἑαυτὴν διαδέχεται. Καὶ γεννᾷ μὲν ἡ πορ‐ νεία πορνείαν· ἡ δὲ ἐν τῷ ψεύδει συνήθεια ψεύδους γίνεται μήτηρ, καὶ ὁ ἐν κλοπαῖς μελετήσας, κατατολμᾷ ῥᾳδίως τοῦ ἀδικήματος. Ἡ γὰρ προλαβοῦσα ἁμαρτία ἀφορμὴ ἁμαρτίας γίνεται. —Ἐὰν οὖν γυμνώσωμεν τὴν ἁμαρτίαν διὰ τῆς</w:t>
      </w:r>
    </w:p>
    <w:p>
      <w:r>
        <w:rPr>
          <w:rFonts w:ascii="Courier New" w:hAnsi="Courier New"/>
          <w:color w:val="555555"/>
          <w:sz w:val="20"/>
        </w:rPr>
        <w:t>[30]</w:t>
      </w:r>
    </w:p>
    <w:p>
      <w:r>
        <w:rPr>
          <w:rFonts w:ascii="Gentium Plus" w:hAnsi="Gentium Plus"/>
          <w:sz w:val="24"/>
        </w:rPr>
        <w:t>ἐξομολογήσεως, ἐποιήσαμεν αὐτὴν ξηρὰν ἄγρωστιν, ἀξίαν τοῦ ὑπὸ τοῦ καθαρτικοῦ πυρὸς καταβρωθῆναι. Αὕτη δὲ καίεται ἐν τοῖς δάσεσι τοῦ δρυμοῦ. Τήρησον ὅσα περὶ δρυμῶν εἴρηται ἐν τῇ πρώτῃ τῶν Βασιλειῶν· πολε‐ μούμενος ὁ λαὸς εἰσῆλθεν εἰς τὸν δρυμὸν, καὶ ἐκλείπει μὴ</w:t>
      </w:r>
    </w:p>
    <w:p>
      <w:r>
        <w:rPr>
          <w:rFonts w:ascii="Courier New" w:hAnsi="Courier New"/>
          <w:color w:val="555555"/>
          <w:sz w:val="20"/>
        </w:rPr>
        <w:t>[35]</w:t>
      </w:r>
    </w:p>
    <w:p>
      <w:r>
        <w:rPr>
          <w:rFonts w:ascii="Gentium Plus" w:hAnsi="Gentium Plus"/>
          <w:sz w:val="24"/>
        </w:rPr>
        <w:t>ἐσθίων. Ἀλλὰ καὶ Ἀβεσσαλὼμ πολεμούμενος εἰς δρυμὸν εἰσέρχεται. Ἐὰν οὖν μὴ γένηται ὡς ἄγρωστις ξηρὰ, ἡ ἁμαρ‐ τία ἡμῶν, οὐ βρωθήσεται ὑπὸ πυρὸς, οὔτε κατακαυθήσεται. —Καὶ τὰ Δάση τοῦ δρυμοῦ τοὺς ὑπούλους λέγει καὶ συνεσ‐ κιασμένους τῇ διανοίᾳ, τοὺς ἐν τῷ κρυπτῷ τῆς καρδίας</w:t>
      </w:r>
    </w:p>
    <w:p>
      <w:r>
        <w:rPr>
          <w:rFonts w:ascii="Courier New" w:hAnsi="Courier New"/>
          <w:color w:val="555555"/>
          <w:sz w:val="20"/>
        </w:rPr>
        <w:t>[40]</w:t>
      </w:r>
    </w:p>
    <w:p>
      <w:r>
        <w:rPr>
          <w:rFonts w:ascii="Gentium Plus" w:hAnsi="Gentium Plus"/>
          <w:sz w:val="24"/>
        </w:rPr>
        <w:t>ἑαυτῶν πολλὰ τῶν κακῶν συντηροῦντας.</w:t>
      </w:r>
    </w:p>
    <w:p>
      <w:r>
        <w:rPr>
          <w:rFonts w:ascii="Courier New" w:hAnsi="Courier New"/>
          <w:color w:val="555555"/>
          <w:sz w:val="20"/>
        </w:rPr>
        <w:t>[9 . 232]</w:t>
      </w:r>
    </w:p>
    <w:p>
      <w:r>
        <w:rPr>
          <w:rFonts w:ascii="Gentium Plus" w:hAnsi="Gentium Plus"/>
          <w:sz w:val="24"/>
        </w:rPr>
        <w:t>Εἶτα ἐπάγει, ὅτι Διὰ θυμὸν ὀργῆς Κυρίου συγκέκαυ‐ ται ἡ γῆ ὅλη. Δείκνυσιν ὅτι τὰ γήϊνα τῷ πυρὶ τῷ κολαστικῷ παρα‐</w:t>
      </w:r>
    </w:p>
    <w:p>
      <w:r>
        <w:rPr>
          <w:rFonts w:ascii="Courier New" w:hAnsi="Courier New"/>
          <w:color w:val="555555"/>
          <w:sz w:val="20"/>
        </w:rPr>
        <w:t>[5]</w:t>
      </w:r>
    </w:p>
    <w:p>
      <w:r>
        <w:rPr>
          <w:rFonts w:ascii="Gentium Plus" w:hAnsi="Gentium Plus"/>
          <w:sz w:val="24"/>
        </w:rPr>
        <w:t>ὑποφαίνει, λέγων· Πῦρ ἦλθον βαλεῖν ἐπὶ τὴν γῆν, καὶ ἤθελον ἰδεῖν εἰ ἤδη ἀνήφθη. —Καὶ ἔσται ὁ λαὸς, ὡς ὑπὸ πυρὸς κα‐ τακεκαυμένος ἄνθρωπος. Οὐκ ἀφανισμὸν ἀπειλεῖ, ἀλλὰ τὴν κάθαρσιν ὑποφαίνει, κατὰ τὸ παρὰ τῷ Ἀποστόλῳ εἰρημένον, ὅτι Εἴ τινος τὸ ἔργον κατακαήσεται, ζημιωθήσεται· αὐτὸς</w:t>
      </w:r>
    </w:p>
    <w:p>
      <w:r>
        <w:rPr>
          <w:rFonts w:ascii="Courier New" w:hAnsi="Courier New"/>
          <w:color w:val="555555"/>
          <w:sz w:val="20"/>
        </w:rPr>
        <w:t>[10]</w:t>
      </w:r>
    </w:p>
    <w:p>
      <w:r>
        <w:rPr>
          <w:rFonts w:ascii="Gentium Plus" w:hAnsi="Gentium Plus"/>
          <w:sz w:val="24"/>
        </w:rPr>
        <w:t>δὲ σωθήσεται, οὕτως δὲ ὡς διὰ πυρός. —Εἶτα τὴν κακίαν τὴν ἐν τῷ λαῷ καὶ τὴν στάσιν τὴν ἐν αὐτοῖς ἀκατάπαυστον ἤδη, καὶ παντελῶς εἰς τὸ ἀνίατον προχωρήσασαν διαγράφει. Ἄνθρωπος γὰρ τὸν ἀδελφὸν ἑαυτοῦ (φησὶν) οὐκ ἐλεήσει ἕκαστος, ἀλλὰ προσιόντα ἐπὶ τὸ τινὸς τυχεῖν ἀντιλήψεως,</w:t>
      </w:r>
    </w:p>
    <w:p>
      <w:r>
        <w:rPr>
          <w:rFonts w:ascii="Courier New" w:hAnsi="Courier New"/>
          <w:color w:val="555555"/>
          <w:sz w:val="20"/>
        </w:rPr>
        <w:t>[15]</w:t>
      </w:r>
    </w:p>
    <w:p>
      <w:r>
        <w:rPr>
          <w:rFonts w:ascii="Gentium Plus" w:hAnsi="Gentium Plus"/>
          <w:sz w:val="24"/>
        </w:rPr>
        <w:t>ἐκκλινεῖ εἰς τὰ δεξιὰ, τουτέστιν ἀδέξιος γίνεται, ὅτι πεινάσει καὶ φάγεται ἐκ τῶν ἀριστερῶν αὐτοῦ· ὁ γὰρ μὴ ἐργαζό‐ μενος δεξιὰ καὶ ἀποδοχῆς ἄξια, οὗτος ἐμπλησθήσεται ἐκ τῶν σκαιοτέρων καὶ ἀπηγορευμένων. Τί οὖν ἐστι τὸ Φάγεται ἐκ τῶν ἀριστερῶν αὐτοῦ, ἑρμηνεύει.</w:t>
      </w:r>
    </w:p>
    <w:p>
      <w:r>
        <w:rPr>
          <w:rFonts w:ascii="Courier New" w:hAnsi="Courier New"/>
          <w:color w:val="555555"/>
          <w:sz w:val="20"/>
        </w:rPr>
        <w:t>[20]</w:t>
      </w:r>
    </w:p>
    <w:p>
      <w:r>
        <w:rPr>
          <w:rFonts w:ascii="Gentium Plus" w:hAnsi="Gentium Plus"/>
          <w:sz w:val="24"/>
        </w:rPr>
        <w:t>Καὶ οὐ μὴ ἐμπλησθῇ (φησὶν) ἄνθρωπος ἐσθίων τὰς σάρκας τοῦ βραχίονος αὐτοῦ. Θηριώδη τινὰ κατάστασιν τῆς ψυχῆς ὑποφαίνει, ἀλληλοφαγίαν τῶν ἀδελφῶν διηγούμενος, ὠμῶς ἐπιβαινόντων ἀλλήλοις. Φάγεται γὰρ Μανασσῆς τοῦ Ἐφραΐμ, καὶ Ἐφραῒμ τοῦ Μανασσῇ. Ἐξαγριοῖ γὰρ αὐτοὺς ἡ κακία καὶ</w:t>
      </w:r>
    </w:p>
    <w:p>
      <w:r>
        <w:rPr>
          <w:rFonts w:ascii="Courier New" w:hAnsi="Courier New"/>
          <w:color w:val="555555"/>
          <w:sz w:val="20"/>
        </w:rPr>
        <w:t>[25]</w:t>
      </w:r>
    </w:p>
    <w:p>
      <w:r>
        <w:rPr>
          <w:rFonts w:ascii="Gentium Plus" w:hAnsi="Gentium Plus"/>
          <w:sz w:val="24"/>
        </w:rPr>
        <w:t>θηρίοις ὠμοβόροις ποιεῖ παρεικάζεσθαι, οὐκ ἐμπιπλαμένους τοῦ ἐσθίειν ἀπὸ τῶν σαρκῶν τοῦ βραχίονος τοῦ ἑτέρου, ὧν τὸ τέλος ἐστὶ παντελὴς ἀπώλεια, κατὰ τὸ εἰρημένον ὑπὸ τοῦ Ἀποστόλου, ὅτι Εἰ ἀλλήλους δάκνετε καὶ κατεσθίετε, βλέπετε μὴ ὑπ’ ἀλλήλων ἀναλωθῆτε. —Οὕτω δὲ πρὸς ἀλλήλους ἐχ‐</w:t>
      </w:r>
    </w:p>
    <w:p>
      <w:r>
        <w:rPr>
          <w:rFonts w:ascii="Courier New" w:hAnsi="Courier New"/>
          <w:color w:val="555555"/>
          <w:sz w:val="20"/>
        </w:rPr>
        <w:t>[30]</w:t>
      </w:r>
    </w:p>
    <w:p>
      <w:r>
        <w:rPr>
          <w:rFonts w:ascii="Gentium Plus" w:hAnsi="Gentium Plus"/>
          <w:sz w:val="24"/>
        </w:rPr>
        <w:t>θρῶς διακείμενοι, ὅμως ἐν τῇ κατὰ τοῦ πλησίον ἐπιβουλῇ συμφωνήσουσιν. Ἅμα γὰρ πολιορκήσουσι τὸν Ἰούδαν (φησὶ) τουτέστι τοὺς ἐξομολογουμένους τῷ Θεῷ καὶ παραμένοντας αὐτοῦ τῇ λατρείᾳ. Ἰούδας γὰρ ἡ ἐξομολόγησις ἑρμηνεύεται. Πλὴν ἡ κακία πρὸς ἑαυτὴν ἀσύμφωνος οὖσα, τῇ πρὸς τὴν</w:t>
      </w:r>
    </w:p>
    <w:p>
      <w:r>
        <w:rPr>
          <w:rFonts w:ascii="Courier New" w:hAnsi="Courier New"/>
          <w:color w:val="555555"/>
          <w:sz w:val="20"/>
        </w:rPr>
        <w:t>[35]</w:t>
      </w:r>
    </w:p>
    <w:p>
      <w:r>
        <w:rPr>
          <w:rFonts w:ascii="Gentium Plus" w:hAnsi="Gentium Plus"/>
          <w:sz w:val="24"/>
        </w:rPr>
        <w:t>ἀρετὴν μάχῃ ἐπιδείκνυταί τινα συμφωνίαν· οἷον θρασύτης καὶ δειλία ἀλλήλαις ἀντίκεινται, ἡ μὲν ὑπερβολὴ τυγχά‐ νουσα, ἡ δὲ ἔλλειψις· ἀλλὰ τῇ ἀνδρείᾳ, ἐν μέσῳ κειμένῃ, ὁμοίως μάχονται, οἱονεὶ πολιορκοῦσαι αὐτὴν ἑκατέρωθεν. Διὰ τοῦτο Ἐφραῒμ καὶ Μανασσῆς ἐσθίειν μὲν ἀλλήλων τὰς</w:t>
      </w:r>
    </w:p>
    <w:p>
      <w:r>
        <w:rPr>
          <w:rFonts w:ascii="Courier New" w:hAnsi="Courier New"/>
          <w:color w:val="555555"/>
          <w:sz w:val="20"/>
        </w:rPr>
        <w:t>[40]</w:t>
      </w:r>
    </w:p>
    <w:p>
      <w:r>
        <w:rPr>
          <w:rFonts w:ascii="Gentium Plus" w:hAnsi="Gentium Plus"/>
          <w:sz w:val="24"/>
        </w:rPr>
        <w:t>σάρκας λέγονται, πολιορκεῖν δὲ ὁμοῦ γενόμενοι τὸν Ἰούδαν.</w:t>
      </w:r>
    </w:p>
    <w:p>
      <w:r>
        <w:rPr>
          <w:rFonts w:ascii="Courier New" w:hAnsi="Courier New"/>
          <w:color w:val="555555"/>
          <w:sz w:val="20"/>
        </w:rPr>
        <w:t>[10 t]</w:t>
      </w:r>
    </w:p>
    <w:p>
      <w:pPr>
        <w:jc w:val="center"/>
      </w:pPr>
      <w:r>
        <w:rPr>
          <w:rFonts w:ascii="Gentium Plus" w:hAnsi="Gentium Plus"/>
          <w:b/>
          <w:sz w:val="24"/>
        </w:rPr>
        <w:t>ΚΕΦΑΛΑΙΟΝ ιʹ</w:t>
      </w:r>
    </w:p>
    <w:p>
      <w:r>
        <w:rPr>
          <w:rFonts w:ascii="Courier New" w:hAnsi="Courier New"/>
          <w:color w:val="555555"/>
          <w:sz w:val="20"/>
        </w:rPr>
        <w:t>[10 . 233]</w:t>
      </w:r>
    </w:p>
    <w:p>
      <w:r>
        <w:rPr>
          <w:rFonts w:ascii="Gentium Plus" w:hAnsi="Gentium Plus"/>
          <w:sz w:val="24"/>
        </w:rPr>
        <w:t>Οὐαὶ τοῖς γράφουσι πονηρίαν. Γράφοντες γὰρ, πο‐ νηρίαν γράφουσιν, ἐκκλίνοντες κρίσιν πτωχῶν, ἁρπάζοντες κρίμα πενήτων τοῦ λαοῦ μου· ὥστε εἶναι αὐτοῖς χήραν εἰς ἁρπαγὴν καὶ ὀρφανὸν εἰς προνομήν. Καὶ τί ποιήσουσιν ἐν</w:t>
      </w:r>
    </w:p>
    <w:p>
      <w:r>
        <w:rPr>
          <w:rFonts w:ascii="Courier New" w:hAnsi="Courier New"/>
          <w:color w:val="555555"/>
          <w:sz w:val="20"/>
        </w:rPr>
        <w:t>[5]</w:t>
      </w:r>
    </w:p>
    <w:p>
      <w:r>
        <w:rPr>
          <w:rFonts w:ascii="Gentium Plus" w:hAnsi="Gentium Plus"/>
          <w:sz w:val="24"/>
        </w:rPr>
        <w:t>τῇ ἡμέρᾳ τῆς ἐπισκοπῆς; Ἡ γὰρ θλίψις ὑμῶν πόῤῥωθεν ἥξει. Καὶ πρὸς τίνα καταφεύξεσθε, τοῦ βοηθηθῆναι; Καὶ ποῦ καταλείψετε τὴν δόξαν ὑμῶν, τοῦ μὴ ἐμπεσεῖν εἰς ἀπαγωγήν; Καὶ ὑποκάτω ἀνῃρημένων πεσοῦνται. —Ἐπὶ πᾶσι τούτοις οὐκ ἀπεστράφη ἡ ὀργὴ, ἀλλ’ ἔτι ἡ χεὶρ ὑψηλή.</w:t>
      </w:r>
    </w:p>
    <w:p>
      <w:r>
        <w:rPr>
          <w:rFonts w:ascii="Courier New" w:hAnsi="Courier New"/>
          <w:color w:val="555555"/>
          <w:sz w:val="20"/>
        </w:rPr>
        <w:t>[10]</w:t>
      </w:r>
    </w:p>
    <w:p>
      <w:r>
        <w:rPr>
          <w:rFonts w:ascii="Gentium Plus" w:hAnsi="Gentium Plus"/>
          <w:sz w:val="24"/>
        </w:rPr>
        <w:t>Εἰσί τινες, οἱ κατακολουθεῖν τοῖς πατράσι καὶ τοῖς παρ’ αὐ‐ τῶν παραδεδομένοις δόγμασιν ἀπαξιοῦντες, αὐτοὶ κατάρ‐ χειν αἱρέσεων ἐπιθυμοῦσι. Διὸ καινοτομίας τινὰς παρεπι‐ νοοῦσι τῷ ὀρθῷ λόγῳ, γράφοντες πονηρίαν καὶ ἀσέβειαν· εἰς οὓς φθάνει τὸ οὐαὶ, εἰς τοὺς πατέρας τῆς ψευδωνύμου</w:t>
      </w:r>
    </w:p>
    <w:p>
      <w:r>
        <w:rPr>
          <w:rFonts w:ascii="Courier New" w:hAnsi="Courier New"/>
          <w:color w:val="555555"/>
          <w:sz w:val="20"/>
        </w:rPr>
        <w:t>[15]</w:t>
      </w:r>
    </w:p>
    <w:p>
      <w:r>
        <w:rPr>
          <w:rFonts w:ascii="Gentium Plus" w:hAnsi="Gentium Plus"/>
          <w:sz w:val="24"/>
        </w:rPr>
        <w:t>γνώσεως, καὶ συγγραφέας τῶν ἀθέων δογμάτων.</w:t>
      </w:r>
    </w:p>
    <w:p>
      <w:r>
        <w:rPr>
          <w:rFonts w:ascii="Courier New" w:hAnsi="Courier New"/>
          <w:color w:val="555555"/>
          <w:sz w:val="20"/>
        </w:rPr>
        <w:t>[20]</w:t>
      </w:r>
    </w:p>
    <w:p>
      <w:r>
        <w:rPr>
          <w:rFonts w:ascii="Gentium Plus" w:hAnsi="Gentium Plus"/>
          <w:sz w:val="24"/>
        </w:rPr>
        <w:t>ποιοῦνται, κατεπαγγελλόμενοι μὲν αὐτοῖς πᾶσαν ἄδειαν, καὶ τὸν ἐν ἡδονῇ προτείνοντες βίον, εἰ μόνον λάβοιεν αὐτοὺς συντεθειμένους τοῖς δόγμασι τῆς ἀθεότητος. Ὁποία ἡ νῦν παραβλαστήσασα τῶν Ἀνομοίων αἵρεσις, καὶ πόρνοις καὶ μοιχοῖς καὶ ἀρσενοκοίταις καὶ ἀνδραποδισταῖς</w:t>
      </w:r>
    </w:p>
    <w:p>
      <w:r>
        <w:rPr>
          <w:rFonts w:ascii="Courier New" w:hAnsi="Courier New"/>
          <w:color w:val="555555"/>
          <w:sz w:val="20"/>
        </w:rPr>
        <w:t>[25]</w:t>
      </w:r>
    </w:p>
    <w:p>
      <w:r>
        <w:rPr>
          <w:rFonts w:ascii="Gentium Plus" w:hAnsi="Gentium Plus"/>
          <w:sz w:val="24"/>
        </w:rPr>
        <w:t>καὶ ἐπιόρκοις καὶ ψεύσταις συγχώρησιν ἁμαρτημάτων ὑπισ‐ χνούμενοι, ἐὰν μόνον αὐτοὺς λάβωσι τῇ κατὰ τοῦ Μονογενοῦς βλασφημίᾳ συνερχομένους. Πρὸς οὕς φησιν ὁ λόγος· Τί ποιήσουσιν ἐν τῇ ἡμέρᾳ τῆς ἐπισκοπῆς; —Ἡμέραν λέγει τὴν ἐπιφάνειαν τοῦ Κυρίου ἡμῶν Ἰησοῦ Χριστοῦ ἐξ οὐρανῶν,</w:t>
      </w:r>
    </w:p>
    <w:p>
      <w:r>
        <w:rPr>
          <w:rFonts w:ascii="Courier New" w:hAnsi="Courier New"/>
          <w:color w:val="555555"/>
          <w:sz w:val="20"/>
        </w:rPr>
        <w:t>[30]</w:t>
      </w:r>
    </w:p>
    <w:p>
      <w:r>
        <w:rPr>
          <w:rFonts w:ascii="Gentium Plus" w:hAnsi="Gentium Plus"/>
          <w:sz w:val="24"/>
        </w:rPr>
        <w:t>ἐν ᾗ ἐπιδημήσει τῷ κόσμῳ, ἀποδιδοὺς ἑκάστῳ κατὰ τὰ ἔργα αὐτοῦ· καθ’ ἣν ἀπολήψονται τὴν θλίψιν πόῤῥωθεν ἐπ’ αὐτοὺς ἐρχομένην, ὡς γράφοντες πονηρίαν. Πρὸς τίνα δὲ καταφεύξεσθε, τοῦ βοηθηθῆναι; Κατὰ γὰρ Θεοῦ ἐγράψατε, τοῦ κρίνοντος ζῶντας καὶ νεκρούς. Κατηγορία ὑμῶν ἔσται τὰ</w:t>
      </w:r>
    </w:p>
    <w:p>
      <w:r>
        <w:rPr>
          <w:rFonts w:ascii="Courier New" w:hAnsi="Courier New"/>
          <w:color w:val="555555"/>
          <w:sz w:val="20"/>
        </w:rPr>
        <w:t>[35]</w:t>
      </w:r>
    </w:p>
    <w:p>
      <w:r>
        <w:rPr>
          <w:rFonts w:ascii="Gentium Plus" w:hAnsi="Gentium Plus"/>
          <w:sz w:val="24"/>
        </w:rPr>
        <w:t>ὑμέτερα γράμματα.</w:t>
      </w:r>
    </w:p>
    <w:p>
      <w:r>
        <w:rPr>
          <w:rFonts w:ascii="Courier New" w:hAnsi="Courier New"/>
          <w:color w:val="555555"/>
          <w:sz w:val="20"/>
        </w:rPr>
        <w:t>[10 . 234]</w:t>
      </w:r>
    </w:p>
    <w:p>
      <w:r>
        <w:rPr>
          <w:rFonts w:ascii="Gentium Plus" w:hAnsi="Gentium Plus"/>
          <w:sz w:val="24"/>
        </w:rPr>
        <w:t>Εἶτά φησι· Ποῦ καταλείψετε τὴν δόξαν ὑμῶν; Οἱ φανητιῶντες καὶ τῆς ἀνθρωπίνης τιμῆς ἀντεχόμενοι καὶ αἱρεσιαρχεῖν ἐπιθυμήσαντες, ἵνα ὀνόματος τύχητε, καὶ διὰ τοῦτο λαλήσαντες ἀδικίαν εἰς τὸ ὕψος, ποῦ τότε ἐν τῇ</w:t>
      </w:r>
    </w:p>
    <w:p>
      <w:r>
        <w:rPr>
          <w:rFonts w:ascii="Courier New" w:hAnsi="Courier New"/>
          <w:color w:val="555555"/>
          <w:sz w:val="20"/>
        </w:rPr>
        <w:t>[5]</w:t>
      </w:r>
    </w:p>
    <w:p>
      <w:r>
        <w:rPr>
          <w:rFonts w:ascii="Gentium Plus" w:hAnsi="Gentium Plus"/>
          <w:sz w:val="24"/>
        </w:rPr>
        <w:t>ἡμέρᾳ τῆς κρίσεως καταλείψετε τὴν δόξαν ὑμῶν; Ὑποκάτω δὲ (φησὶν) οἱ τοιοῦτοι τῶν ἀνῃρημένων πεσοῦνται. Νῦν προσ‐ τάτης εἶ τῶν ἐξηπατημένων καὶ θαυμάζῃ παρ’ αὐτῶν, ὄνομα διδασκάλου καὶ καθηγητοῦ περιφέρων, σεμνυνόμενος παρ’ αὐτῶν καὶ μακαριζόμενος· τότε δὲ τούτων αὐτῶν ἀτι‐</w:t>
      </w:r>
    </w:p>
    <w:p>
      <w:r>
        <w:rPr>
          <w:rFonts w:ascii="Courier New" w:hAnsi="Courier New"/>
          <w:color w:val="555555"/>
          <w:sz w:val="20"/>
        </w:rPr>
        <w:t>[10]</w:t>
      </w:r>
    </w:p>
    <w:p>
      <w:r>
        <w:rPr>
          <w:rFonts w:ascii="Gentium Plus" w:hAnsi="Gentium Plus"/>
          <w:sz w:val="24"/>
        </w:rPr>
        <w:t>μότερος ἔσῃ, τῶν ὑπὸ σοῦ πεφονευμένων. Φόνος γάρ ἐστι ψυχῆς, ψευδοδοξίας παραδοχή. Ὑποκάτω οὖν τούτων ἔσῃ πεπτωκὼς, καὶ τὸ τῶν ἀνῃρημένων ὑπὸ σοῦ βάρος ἐπικεί‐ σεταί σοι. Ἐπειδὴ δὲ ἕκαστος ἡμῶν διὰ τοῦ βίου οἱονεὶ χειρόγραφα</w:t>
      </w:r>
    </w:p>
    <w:p>
      <w:r>
        <w:rPr>
          <w:rFonts w:ascii="Courier New" w:hAnsi="Courier New"/>
          <w:color w:val="555555"/>
          <w:sz w:val="20"/>
        </w:rPr>
        <w:t>[15]</w:t>
      </w:r>
    </w:p>
    <w:p>
      <w:r>
        <w:rPr>
          <w:rFonts w:ascii="Gentium Plus" w:hAnsi="Gentium Plus"/>
          <w:sz w:val="24"/>
        </w:rPr>
        <w:t>ἡμῶν γράφομεν, τῷ μνημονικῷ ἡμῶν τοὺς τύπους τῶν πραγ‐ μάτων ἐναποσφραγιζόμενοι, τάχα καὶ τοὺς τοιούτους ταλα‐ νίζει ὁ λόγος, ὡς γράφοντας πονηρίαν. Ἡ μὲν γὰρ καρδία τῶν δικαίων καταγέγραπται οὐ μέλανι, ἀλλὰ Πνεύματι Θεοῦ ζῶντος· ἡ δὲ τῶν ἀδίκων καρδία οὐ Πνεύματι Θεοῦ ζῶντος,</w:t>
      </w:r>
    </w:p>
    <w:p>
      <w:r>
        <w:rPr>
          <w:rFonts w:ascii="Courier New" w:hAnsi="Courier New"/>
          <w:color w:val="555555"/>
          <w:sz w:val="20"/>
        </w:rPr>
        <w:t>[20]</w:t>
      </w:r>
    </w:p>
    <w:p>
      <w:r>
        <w:rPr>
          <w:rFonts w:ascii="Gentium Plus" w:hAnsi="Gentium Plus"/>
          <w:sz w:val="24"/>
        </w:rPr>
        <w:t>ἀλλὰ μέλανι τῷ συγγενεῖ τοῦ σκότους καὶ ἐχθρῷ τοῦ φωτός. Ὥστε ἕκαστος ἢ ὑπὲρ ἑαυτοῦ συγγράφει, τὰ ἀγαθὰ πράσσων, ἢ καθ’ ἑαυτοῦ ποιῶν χειρόγραφα κατατίθεται πονηρά. Ἔστιν οὖν τι χειρόγραφον καθ’ ἡμῶν, χειρογραφούμενον ὑπὸ τῶν ἡμετέρων χειρῶν, ὅταν πράξωμεν τὰ χείρονα· καὶ ἔστι τι</w:t>
      </w:r>
    </w:p>
    <w:p>
      <w:r>
        <w:rPr>
          <w:rFonts w:ascii="Courier New" w:hAnsi="Courier New"/>
          <w:color w:val="555555"/>
          <w:sz w:val="20"/>
        </w:rPr>
        <w:t>[25]</w:t>
      </w:r>
    </w:p>
    <w:p>
      <w:r>
        <w:rPr>
          <w:rFonts w:ascii="Gentium Plus" w:hAnsi="Gentium Plus"/>
          <w:sz w:val="24"/>
        </w:rPr>
        <w:t>ὑπὲρ ἡμῶν χειρόγραφον, ὅταν πράσσωμεν τὰ βελτίονα. Ἤδη δέ τινες καὶ τὰ ἐν συμβολαίοις γράμματα ῥᾳδιουρ‐ γοῦντες καὶ παραποιοῦντες χαρακτῆρας γραμμάτων ἐν κτή‐ σεσιν ἀγρῶν καὶ διαθήκαις καὶ ὑποθήκαις, καὶ συναλλάγμασι ποικίλοις, ὅσα διὰ τῆς τῶν γραμμάτων ἀποδείξεως τὴν σύσ‐</w:t>
      </w:r>
    </w:p>
    <w:p>
      <w:r>
        <w:rPr>
          <w:rFonts w:ascii="Courier New" w:hAnsi="Courier New"/>
          <w:color w:val="555555"/>
          <w:sz w:val="20"/>
        </w:rPr>
        <w:t>[30]</w:t>
      </w:r>
    </w:p>
    <w:p>
      <w:r>
        <w:rPr>
          <w:rFonts w:ascii="Gentium Plus" w:hAnsi="Gentium Plus"/>
          <w:sz w:val="24"/>
        </w:rPr>
        <w:t>τασιν ἔχει, γράφοντες· καὶ οἱ τοιοῦτοι πονηρίαν γράφουσι, διαστρέφοντες τὸ δίκαιον κρίμα ἐπὶ τῶν πτωχῶν καὶ διαρπά‐</w:t>
      </w:r>
    </w:p>
    <w:p>
      <w:r>
        <w:rPr>
          <w:rFonts w:ascii="Courier New" w:hAnsi="Courier New"/>
          <w:color w:val="555555"/>
          <w:sz w:val="20"/>
        </w:rPr>
        <w:t>[35]</w:t>
      </w:r>
    </w:p>
    <w:p>
      <w:r>
        <w:rPr>
          <w:rFonts w:ascii="Gentium Plus" w:hAnsi="Gentium Plus"/>
          <w:sz w:val="24"/>
        </w:rPr>
        <w:t>ὑπομιμνήσκει ὁ λόγος, ὅτι Τί ποιήσουσιν ἐν τῇ ἡμέρᾳ τῆς ἐπισκοπῆς; Τὴν τῆς κρίσεως ἡμέραν καὶ τῆς κατ’ ἀξίαν τῶν ἑκάστῳ πεπλημμελημένων ἀνταποδόσεως, ἐπισκοπῆς εἶπεν ἡμέ‐ ραν, ἣν τούτοις ἀπειλεῖ, ὅτι Ἡ θλίψις ὑμῶν πόῤῥωθεν ἥξει.</w:t>
      </w:r>
    </w:p>
    <w:p>
      <w:r>
        <w:rPr>
          <w:rFonts w:ascii="Courier New" w:hAnsi="Courier New"/>
          <w:color w:val="555555"/>
          <w:sz w:val="20"/>
        </w:rPr>
        <w:t>[40]</w:t>
      </w:r>
    </w:p>
    <w:p>
      <w:r>
        <w:rPr>
          <w:rFonts w:ascii="Gentium Plus" w:hAnsi="Gentium Plus"/>
          <w:sz w:val="24"/>
        </w:rPr>
        <w:t>Νοήσωμεν δὲ τί λέγει, Πόῤῥωθεν, οὕτως. Ἡ σωτηρία ἡμῶν οὐ πόῤῥωθεν, ἀλλ’ ἐγγὺς ἡμῶν ἐστι· Θεὸς γὰρ (φησὶν) Ἐγγίζων ἐγώ εἰμι· καὶ Ἐγγιῶ αὐτοῖς μᾶλλον ἢ ὁ χιτὼν τοῦ χρωτὸς αὐτῶν· καὶ πάλιν. Ἡ ἐντολὴ αὕτη (φησὶν) ἣν ἐν‐ τέλλομαί σοι σήμερον, οὐχ ὑπέρογκός ἐστιν, οὐδὲ μακράν</w:t>
      </w:r>
    </w:p>
    <w:p>
      <w:r>
        <w:rPr>
          <w:rFonts w:ascii="Courier New" w:hAnsi="Courier New"/>
          <w:color w:val="555555"/>
          <w:sz w:val="20"/>
        </w:rPr>
        <w:t>[45]</w:t>
      </w:r>
    </w:p>
    <w:p>
      <w:r>
        <w:rPr>
          <w:rFonts w:ascii="Gentium Plus" w:hAnsi="Gentium Plus"/>
          <w:sz w:val="24"/>
        </w:rPr>
        <w:t>ἐστιν ἀπὸ σοῦ. Οὐκ ἐν τῷ οὐρανῷ ἄνω ἐστὶ, λέγων· Τίς ἀναβήσεται εἰς τὸν οὐρανὸν καὶ λήψεται αὐτὴν ἡμῖν; Οὐδὲ πέραν τῆς θαλάσσης, λέγων· Τίς διαπεράσει ἡμῖν εἰς τὸ πέραν τῆς θαλάσσης καὶ λάβῃ αὐτὴν ἡμῖν, καὶ ἀκούσαντες αὐτὴν ποιήσομεν; Ἐγγύς σού ἐστι τὸ ῥῆμα, ἐν τῷ στόματί</w:t>
      </w:r>
    </w:p>
    <w:p>
      <w:r>
        <w:rPr>
          <w:rFonts w:ascii="Courier New" w:hAnsi="Courier New"/>
          <w:color w:val="555555"/>
          <w:sz w:val="20"/>
        </w:rPr>
        <w:t>[10 . 234 (50)]</w:t>
      </w:r>
    </w:p>
    <w:p>
      <w:r>
        <w:rPr>
          <w:rFonts w:ascii="Gentium Plus" w:hAnsi="Gentium Plus"/>
          <w:sz w:val="24"/>
        </w:rPr>
        <w:t>σου καὶ ἐν τῇ καρδίᾳ σου. Καὶ ὁ Κύριος δὲ ἡμῶν· Ἡ βασι‐ λεία τοῦ Θεοῦ (φησὶν) ἐντὸς ὑμῶν ἐστι. —Τὰ μὲν οὖν κρείτ‐ τονα καὶ δι’ ὧν ἡ σωτηρία, ἐγγὺς ἡμῶν ἐστι καὶ ἐντός· τὰ δὲ ἐναντία, ἡμῶν πόῤῥωθεν ἔρχεται, ἐκτὸς ἡμῶν τυγχά‐ νοντα. Οὐ γὰρ τῇ κατασκευῇ ἡμῶν ἐνυπάρχει ἡ ἁμαρτία,</w:t>
      </w:r>
    </w:p>
    <w:p>
      <w:r>
        <w:rPr>
          <w:rFonts w:ascii="Courier New" w:hAnsi="Courier New"/>
          <w:color w:val="555555"/>
          <w:sz w:val="20"/>
        </w:rPr>
        <w:t>[55]</w:t>
      </w:r>
    </w:p>
    <w:p>
      <w:r>
        <w:rPr>
          <w:rFonts w:ascii="Gentium Plus" w:hAnsi="Gentium Plus"/>
          <w:sz w:val="24"/>
        </w:rPr>
        <w:t>ἀλλ’ ὕστερον ἐπιγεγένηται. Διὰ τοῦτο καὶ ἡ θλίψις, ἡ ἐπὶ τοῖς πλημμελήμασιν ἐπαγομένη, πόῤῥωθεν ἥξειν ἀπειλεῖται</w:t>
      </w:r>
    </w:p>
    <w:p>
      <w:r>
        <w:rPr>
          <w:rFonts w:ascii="Courier New" w:hAnsi="Courier New"/>
          <w:color w:val="555555"/>
          <w:sz w:val="20"/>
        </w:rPr>
        <w:t>[10 . 235]</w:t>
      </w:r>
    </w:p>
    <w:p>
      <w:r>
        <w:rPr>
          <w:rFonts w:ascii="Gentium Plus" w:hAnsi="Gentium Plus"/>
          <w:sz w:val="24"/>
        </w:rPr>
        <w:t>Οὐαὶ Ἀσσυρίοις. Ἡ ῥάβδος τοῦ θυμοῦ μου καὶ ὀργή ἐστιν ἐν ταῖς χερσὶν αὐτῶν. Τὴν ὀργήν μου εἰς ἔθνος ἄνομον ἀποστελῶ καὶ τῷ ἐμῷ λαῷ συντάξω ποιῆσαι σκῦλα καὶ προνομὴν καὶ καταπατεῖν τὰς πόλεις καὶ θεῖναι αὐτὰς εἰς</w:t>
      </w:r>
    </w:p>
    <w:p>
      <w:r>
        <w:rPr>
          <w:rFonts w:ascii="Courier New" w:hAnsi="Courier New"/>
          <w:color w:val="555555"/>
          <w:sz w:val="20"/>
        </w:rPr>
        <w:t>[5]</w:t>
      </w:r>
    </w:p>
    <w:p>
      <w:r>
        <w:rPr>
          <w:rFonts w:ascii="Gentium Plus" w:hAnsi="Gentium Plus"/>
          <w:sz w:val="24"/>
        </w:rPr>
        <w:t>κονιορτόν. —Αὐτὸς δὲ οὐχ οὕτως ἐνεθυμήθη καὶ τῇ ψυχῇ οὐχ οὕτω λελόγισται, ἀλλ’ ἀπαλλάξει ὁ νοῦς αὐτοῦ καὶ τοῦ ἐξολοθρεῦσαι ἔθνη οὐκ ὀλίγα. Καὶ ἐὰν εἴπωσιν αὐτῷ· «Σὺ μόνος εἶ ἄρχων» ἐρεῖ «Οὐκ ἔλαβον τὴν χώραν τὴν ἐπάνω Βα‐ βυλῶνος καὶ τὴν Χαλάνην, οὗ ὁ πύργος ᾠκοδομήθη· καὶ</w:t>
      </w:r>
    </w:p>
    <w:p>
      <w:r>
        <w:rPr>
          <w:rFonts w:ascii="Courier New" w:hAnsi="Courier New"/>
          <w:color w:val="555555"/>
          <w:sz w:val="20"/>
        </w:rPr>
        <w:t>[10]</w:t>
      </w:r>
    </w:p>
    <w:p>
      <w:r>
        <w:rPr>
          <w:rFonts w:ascii="Gentium Plus" w:hAnsi="Gentium Plus"/>
          <w:sz w:val="24"/>
        </w:rPr>
        <w:t>ἔλαβον τὴν Ἀραβίαν καὶ Δαμασκὸν καὶ Σαμάρειαν. Ὃν τρόπον ταύτας ἔλαβον, καὶ πάσας τὰς ἀρχὰς λήψομαι». Διὰ τὸ πλῆθος τῶν ἀνομιῶν τοῦ λαοῦ, Ἀσσύριοι αὐτοῖς ἐπάγονται· οὐ διὰ τὴν ἑαυτῶν δικαιοσύνην, ἀλλὰ διὰ τὴν ὑπερ‐ βάλλουσαν τοῦ λαοῦ ἀδικίαν. Ἀλλ’ ὅμως καὶ οὗτοι (μὴ νοοῦν‐</w:t>
      </w:r>
    </w:p>
    <w:p>
      <w:r>
        <w:rPr>
          <w:rFonts w:ascii="Courier New" w:hAnsi="Courier New"/>
          <w:color w:val="555555"/>
          <w:sz w:val="20"/>
        </w:rPr>
        <w:t>[15]</w:t>
      </w:r>
    </w:p>
    <w:p>
      <w:r>
        <w:rPr>
          <w:rFonts w:ascii="Gentium Plus" w:hAnsi="Gentium Plus"/>
          <w:sz w:val="24"/>
        </w:rPr>
        <w:t>τες ὅτι ἀντὶ μάστιγος παιδευτικῆς κατὰ τοῦ τὰ θεῖα νόμιμα παραβαίνοντος λαοῦ δέδονται, ἀλλ’ ἐφ’ ἑαυτοῖς, ὡς δή τινα δύναμιν κεκτημένοις, μεγαλυνόμενοι) ταλανίζονται παρὰ τοῦ λόγου· Οὐαὶ ὑμῖν, Ἀσσύριοι, οἵτινες ῥάβδος ἐστὲ τοῦ θυμοῦ μου, ὄργανον κολαστικόν ἐστε· οὐκ οἰκείᾳ δυνάμει ποιεῖτε,</w:t>
      </w:r>
    </w:p>
    <w:p>
      <w:r>
        <w:rPr>
          <w:rFonts w:ascii="Courier New" w:hAnsi="Courier New"/>
          <w:color w:val="555555"/>
          <w:sz w:val="20"/>
        </w:rPr>
        <w:t>[20]</w:t>
      </w:r>
    </w:p>
    <w:p>
      <w:r>
        <w:rPr>
          <w:rFonts w:ascii="Gentium Plus" w:hAnsi="Gentium Plus"/>
          <w:sz w:val="24"/>
        </w:rPr>
        <w:t>ἀλλὰ τῇ τοῦ Κινοῦντος ἐνεργείᾳ τοῖς ἀξίοις τοῦ συντριβῆναι ἐπάγεσθε. Καὶ ὀργὴ (φησὶν) ἐστὶν ἐν ταῖς χερσὶν αὐτῶν. Τὴν</w:t>
      </w:r>
    </w:p>
    <w:p>
      <w:r>
        <w:rPr>
          <w:rFonts w:ascii="Courier New" w:hAnsi="Courier New"/>
          <w:color w:val="555555"/>
          <w:sz w:val="20"/>
        </w:rPr>
        <w:t>[25]</w:t>
      </w:r>
    </w:p>
    <w:p>
      <w:r>
        <w:rPr>
          <w:rFonts w:ascii="Gentium Plus" w:hAnsi="Gentium Plus"/>
          <w:sz w:val="24"/>
        </w:rPr>
        <w:t>τοῦ Ἰσραὴλ ἐν ταῖς χερσίν ἐστι τῶν Ἀσσυρίων. Τὴν ὀργήν μου εἰς ἔθνος ἄνομον ἀποστελῶ. Τὴν κόλασιν τῷ μὴ κατὰ τὸν νόμον, τὸν διατεταγμένον αὐτῷ βιοῦν ἀνεχομένῳ λαῷ, ἐπάξω. —Καὶ τῷ ἐμῷ λαῷ συντάξω ποιῆσαι σκῦλα. Διὰ τὴν φιλανθρωπίαν ἔτι ἴδιον ὀνομάζει λαὸν τὸν ἀνομήσαντα ὁ</w:t>
      </w:r>
    </w:p>
    <w:p>
      <w:r>
        <w:rPr>
          <w:rFonts w:ascii="Courier New" w:hAnsi="Courier New"/>
          <w:color w:val="555555"/>
          <w:sz w:val="20"/>
        </w:rPr>
        <w:t>[30]</w:t>
      </w:r>
    </w:p>
    <w:p>
      <w:r>
        <w:rPr>
          <w:rFonts w:ascii="Gentium Plus" w:hAnsi="Gentium Plus"/>
          <w:sz w:val="24"/>
        </w:rPr>
        <w:t>ἀγαθὸς Θεός. Ὅτι μὲν γὰρ ἠνόμησε, τὴν ὀργὴν ἀποστέλλει· ἐπεὶ δὲ αὐτὸν ἅπαξ εἵλετο διὰ τὴν ἐκλογὴν τῶν πατέρων, οὐκ ἀπαρνεῖται αὐτοῦ τὴν οἰκείωσιν. Συντάσσω οὖν (φησὶ) ποιῆσαι σκῦλα καὶ προνομὴν καὶ καταπατεῖν τὰς πό‐ λεις καὶ θεῖναι αὐτὰς εἰς κονιορτόν· —ἵνα εἰδῶμεν, ὅτι</w:t>
      </w:r>
    </w:p>
    <w:p>
      <w:r>
        <w:rPr>
          <w:rFonts w:ascii="Courier New" w:hAnsi="Courier New"/>
          <w:color w:val="555555"/>
          <w:sz w:val="20"/>
        </w:rPr>
        <w:t>[35]</w:t>
      </w:r>
    </w:p>
    <w:p>
      <w:r>
        <w:rPr>
          <w:rFonts w:ascii="Gentium Plus" w:hAnsi="Gentium Plus"/>
          <w:sz w:val="24"/>
        </w:rPr>
        <w:t>πάντα ὅσα πάσχομεν σκυθρωπὰ, ἐκ τῆς θείας διαταγῆς ὑπομένομεν. Οὐκ ἐᾷ γὰρ ἡμᾶς ἐκδότους ταῖς πονηραῖς καὶ κολαστι‐ καῖς δυνάμεσιν, ἀλλ’ αὐτὸς τὰ μέτρα ὁρίζει τῶν κολάσεων, στοχαζόμενος τῆς δυνάμεως τῶν θεραπευομένων. —Σκῦλα</w:t>
      </w:r>
    </w:p>
    <w:p>
      <w:r>
        <w:rPr>
          <w:rFonts w:ascii="Courier New" w:hAnsi="Courier New"/>
          <w:color w:val="555555"/>
          <w:sz w:val="20"/>
        </w:rPr>
        <w:t>[40]</w:t>
      </w:r>
    </w:p>
    <w:p>
      <w:r>
        <w:rPr>
          <w:rFonts w:ascii="Gentium Plus" w:hAnsi="Gentium Plus"/>
          <w:sz w:val="24"/>
        </w:rPr>
        <w:t>μὲν οὖν ἐστι τὰ τοῖς νεκροῖς, τοῖς πεσοῦσιν ἐν πολέμῳ περικείμενα, εἴτε ὅπλα, εἴτε ἐσθὴς, εἴτε τις ἕτερος κόσμος· προνομὴ δὲ, ἡ διανομὴ τῶν λαφύρων, κατὰ τὴν ἀξίαν τῶν κεκρατηκότων διανεμομένη. Ἐκελεύσθησαν οὖν οἱ Ἀσσύριοι σκυλεῦσαι τὸν Ἰσραὴλ καὶ προνομεῦσαι καὶ καταπατῆσαι</w:t>
      </w:r>
    </w:p>
    <w:p>
      <w:r>
        <w:rPr>
          <w:rFonts w:ascii="Courier New" w:hAnsi="Courier New"/>
          <w:color w:val="555555"/>
          <w:sz w:val="20"/>
        </w:rPr>
        <w:t>[45]</w:t>
      </w:r>
    </w:p>
    <w:p>
      <w:r>
        <w:rPr>
          <w:rFonts w:ascii="Gentium Plus" w:hAnsi="Gentium Plus"/>
          <w:sz w:val="24"/>
        </w:rPr>
        <w:t>αὐτοῦ τὰς πόλεις καὶ θεῖναι εἰς κονιορτόν.</w:t>
      </w:r>
    </w:p>
    <w:p>
      <w:r>
        <w:rPr>
          <w:rFonts w:ascii="Courier New" w:hAnsi="Courier New"/>
          <w:color w:val="555555"/>
          <w:sz w:val="20"/>
        </w:rPr>
        <w:t>[10 . 236]</w:t>
      </w:r>
    </w:p>
    <w:p>
      <w:r>
        <w:rPr>
          <w:rFonts w:ascii="Gentium Plus" w:hAnsi="Gentium Plus"/>
          <w:sz w:val="24"/>
        </w:rPr>
        <w:t>Αὐτὸς δὲ οὐχ οὕτως ἐνεθυμήθη, καὶ τῇ ψυχῇ οὐχ οὕτω λελόγισται·</w:t>
      </w:r>
    </w:p>
    <w:p>
      <w:r>
        <w:rPr>
          <w:rFonts w:ascii="Courier New" w:hAnsi="Courier New"/>
          <w:color w:val="555555"/>
          <w:sz w:val="20"/>
        </w:rPr>
        <w:t>[5]</w:t>
      </w:r>
    </w:p>
    <w:p>
      <w:r>
        <w:rPr>
          <w:rFonts w:ascii="Gentium Plus" w:hAnsi="Gentium Plus"/>
          <w:sz w:val="24"/>
        </w:rPr>
        <w:t>καὶ ἀπαλλάξας ἀπὸ τῆς ἑαυτοῦ ἐννοίας τὸν ἀληθῆ λόγον, οἴεται δυνατὸς εἶναι τοῦ ἔθνη ἐξολοθρεύειν οὐκ ὀλίγα. Καὶ, ἐπειδὴ κολακεύοντες αὐτὸν καὶ θωπεύοντες, οἱ ὑποχείριοι λέγουσι· Σὺ μόνος εἶ ἄρχων, ὥσπερ εἰρωνευόμενος πρὸς αὐτοὺς λέγει· Οὐκ ἔλαβον τὴν χώραν τὴν ἐπάνω Βαβυλῶ‐</w:t>
      </w:r>
    </w:p>
    <w:p>
      <w:r>
        <w:rPr>
          <w:rFonts w:ascii="Courier New" w:hAnsi="Courier New"/>
          <w:color w:val="555555"/>
          <w:sz w:val="20"/>
        </w:rPr>
        <w:t>[10]</w:t>
      </w:r>
    </w:p>
    <w:p>
      <w:r>
        <w:rPr>
          <w:rFonts w:ascii="Gentium Plus" w:hAnsi="Gentium Plus"/>
          <w:sz w:val="24"/>
        </w:rPr>
        <w:t>νος καὶ Χαλάνην. Οὔπω (φησὶ) γέγονα πάντων κύριος· ἐκφεύγει μου τὴν βασιλείαν ἡ χώρα ἡ ἐπάνω Βαβυλῶνος καὶ ἡ Χαλάνη, Οὗ ὁ πύργος ᾠκοδομήθη. Πύργον μὲν οὖν ἐκεῖνον λέγει τὸν ἀρχαῖον, ὃν ἐν τῷ πεδίῳ τῷ Σεναὰρ ᾠκο‐ δόμησαν, εἰπόντες· Δεῦτε, οἰκοδομήσωμεν ἑαυτοῖς πόλιν</w:t>
      </w:r>
    </w:p>
    <w:p>
      <w:r>
        <w:rPr>
          <w:rFonts w:ascii="Courier New" w:hAnsi="Courier New"/>
          <w:color w:val="555555"/>
          <w:sz w:val="20"/>
        </w:rPr>
        <w:t>[15]</w:t>
      </w:r>
    </w:p>
    <w:p>
      <w:r>
        <w:rPr>
          <w:rFonts w:ascii="Gentium Plus" w:hAnsi="Gentium Plus"/>
          <w:sz w:val="24"/>
        </w:rPr>
        <w:t>καὶ πύργον, πρὸ τοῦ διαχωρισθῆναι ἡμᾶς ἀπ’ ἀλλήλων, οὗ ἡ κεφαλὴ ἔσται ἕως τοῦ οὐρανοῦ. —Τὸ δὲ τῆς Χαλάνης ὄνομα οὐκ ἐντέτριπται τῇ χρήσει τῆς Γραφῆς· εἰκάζομεν δὲ περὶ τὴν Βαβυλωνίαν που κεῖσθαι, ἐπειδὴ ἡ Βαβυλῶν ἐστιν ἐπώ‐ νυμος τῇ συγχύσει τῶν γλωσσῶν, ἃς συνέχεεν ὁ Κύριος, τὴν</w:t>
      </w:r>
    </w:p>
    <w:p>
      <w:r>
        <w:rPr>
          <w:rFonts w:ascii="Courier New" w:hAnsi="Courier New"/>
          <w:color w:val="555555"/>
          <w:sz w:val="20"/>
        </w:rPr>
        <w:t>[20]</w:t>
      </w:r>
    </w:p>
    <w:p>
      <w:r>
        <w:rPr>
          <w:rFonts w:ascii="Gentium Plus" w:hAnsi="Gentium Plus"/>
          <w:sz w:val="24"/>
        </w:rPr>
        <w:t>πρὸς τὸ κακὸν συμφωνίαν διασπῶν. Φησὶ γὰρ ἡ Γραφὴ, ὅτι ἐκλήθη τὸ ὄνομα τοῦ τόπου ἐκείνου σύγχυσις, Ἑβραϊστὶ δὲ Βαβέλ. Ἔλαβον δὲ (φησὶν) Ἀραβίαν καὶ Δαμασκὸν καὶ Σαμά‐ ρειαν. Ὃν τρόπον ταύτας ἔλαβον, καὶ πάσας τὰς ἀρχὰς</w:t>
      </w:r>
    </w:p>
    <w:p>
      <w:r>
        <w:rPr>
          <w:rFonts w:ascii="Courier New" w:hAnsi="Courier New"/>
          <w:color w:val="555555"/>
          <w:sz w:val="20"/>
        </w:rPr>
        <w:t>[25]</w:t>
      </w:r>
    </w:p>
    <w:p>
      <w:r>
        <w:rPr>
          <w:rFonts w:ascii="Gentium Plus" w:hAnsi="Gentium Plus"/>
          <w:sz w:val="24"/>
        </w:rPr>
        <w:t>λήψομαι. Ἐπεὶ οὖν ἑαυτῷ ἔλαβε τὸ πάσας δύνασθαι ὑπο‐ χειρίους ποιεῖν τὰς πόλεις, καὶ οὐ συνῆκεν ὅτι ἀνθρώπων ἐκράτησεν οὐ δι’ οἰκείαν δύναμιν, ἀλλὰ διὰ τὴν οἰκονομίαν τοῦ παιδεύοντος τοὺς ἡμαρτηκότας Θεοῦ περιεγένετο, τούτου</w:t>
      </w:r>
    </w:p>
    <w:p>
      <w:r>
        <w:rPr>
          <w:rFonts w:ascii="Courier New" w:hAnsi="Courier New"/>
          <w:color w:val="555555"/>
          <w:sz w:val="20"/>
        </w:rPr>
        <w:t>[10 . 237]</w:t>
      </w:r>
    </w:p>
    <w:p>
      <w:r>
        <w:rPr>
          <w:rFonts w:ascii="Gentium Plus" w:hAnsi="Gentium Plus"/>
          <w:sz w:val="24"/>
        </w:rPr>
        <w:t>Ὀλολύξατε, τὰ γλυπτὰ ἐν Ἱερουσαλὴμ καὶ ἐν Σα‐ μαρείᾳ. Ὃν τρόπον γὰρ ἐποίησα Σαμαρείᾳ καὶ τοῖς χειρο‐ ποιήτοις αὐτῆς, οὕτω ποιήσω τῇ Ἱερουσαλὴμ καὶ τοῖς εἰ‐ δώλοις αὐτῆς.</w:t>
      </w:r>
    </w:p>
    <w:p>
      <w:r>
        <w:rPr>
          <w:rFonts w:ascii="Courier New" w:hAnsi="Courier New"/>
          <w:color w:val="555555"/>
          <w:sz w:val="20"/>
        </w:rPr>
        <w:t>[5]</w:t>
      </w:r>
    </w:p>
    <w:p>
      <w:r>
        <w:rPr>
          <w:rFonts w:ascii="Gentium Plus" w:hAnsi="Gentium Plus"/>
          <w:sz w:val="24"/>
        </w:rPr>
        <w:t>Πῶς ὀλολύξει γλυπτὰ, ἃ ἐκ ξύλου καὶ λίθου, ἤ τινος ἄλλης ὕλης ἐστὶ, μορφούσης αὐτὰ τῆς τέχνης εἰς ἀνθρώ‐ πων εἰκόνας, ἢ ζώων ἀλόγων τετραπόδων, ἢ πτηνῶν, ἢ καὶ ἑρπετῶν, οἷα τὰ τῶν Αἰγυπτίων ἐστὶν ἀφιδρύματα; Ὀλολυγμὸς δέ ἐστι φωνὴ λυπηρὰ, ὀδύνην καρδίας ἀσήμῳ</w:t>
      </w:r>
    </w:p>
    <w:p>
      <w:r>
        <w:rPr>
          <w:rFonts w:ascii="Courier New" w:hAnsi="Courier New"/>
          <w:color w:val="555555"/>
          <w:sz w:val="20"/>
        </w:rPr>
        <w:t>[10]</w:t>
      </w:r>
    </w:p>
    <w:p>
      <w:r>
        <w:rPr>
          <w:rFonts w:ascii="Gentium Plus" w:hAnsi="Gentium Plus"/>
          <w:sz w:val="24"/>
        </w:rPr>
        <w:t>τινὶ φθόγγῳ παριστῶσα. Πῶς οὖν ὀλολύξει γλυπτά; Ὅτι τοῖς ὑπὸ χειρῶν ἀνθρωπίνων μεμορφωμένοις ξύλοις (ἢ λίθοις, ἤπου καὶ χρυσῷ καὶ ἀργύρῳ, ἢ ἐλέφαντι, ἢ ὅσα ἄλλα τιμίας ἢ ἀτιμωτέρας ὕλης ἐστὶ παρὰ τοῖς ἔθνεσιν εἴδωλα προσ‐ κυνούμενα) τούτοις ἐκ τοῦ ἀφανοῦς δαίμονές τινες προσ‐</w:t>
      </w:r>
    </w:p>
    <w:p>
      <w:r>
        <w:rPr>
          <w:rFonts w:ascii="Courier New" w:hAnsi="Courier New"/>
          <w:color w:val="555555"/>
          <w:sz w:val="20"/>
        </w:rPr>
        <w:t>[15]</w:t>
      </w:r>
    </w:p>
    <w:p>
      <w:r>
        <w:rPr>
          <w:rFonts w:ascii="Gentium Plus" w:hAnsi="Gentium Plus"/>
          <w:sz w:val="24"/>
        </w:rPr>
        <w:t>πτάντες παρακαθέζονται, τῆς ἀπὸ τῶν μιασμάτων ἡδονῆς ἀπολαύοντες. —Ὥσπερ γὰρ τὰ λίχνα κυνίδια περὶ τοὺς τῶν μακέλλων τόπους, ἐν οἷς αἷμα καὶ ἰχῶρες, διατρίβουσιν, οὕτω καὶ τὰ λίχνα δαιμόνια, θηρώμενα τὴν ἀπὸ τῶν αἱ‐ μάτων καὶ τῆς κνίσσης τῶν θυσιῶν ἀπόλαυσιν, περὶ τοὺς</w:t>
      </w:r>
    </w:p>
    <w:p>
      <w:r>
        <w:rPr>
          <w:rFonts w:ascii="Courier New" w:hAnsi="Courier New"/>
          <w:color w:val="555555"/>
          <w:sz w:val="20"/>
        </w:rPr>
        <w:t>[20]</w:t>
      </w:r>
    </w:p>
    <w:p>
      <w:r>
        <w:rPr>
          <w:rFonts w:ascii="Gentium Plus" w:hAnsi="Gentium Plus"/>
          <w:sz w:val="24"/>
        </w:rPr>
        <w:t>βωμοὺς εἱλεῖται, καὶ τὰ ἀγάλματα, τὰ αὐτοῖς ἀνακείμενα. Τάχα γάρ που καὶ τρέφεται τὰ ἀέρια σώματα αὐτῶν, ἤτοι καὶ πύρινα, ἢ καὶ ἐξ ἀμφοτέρων τῶν στοιχείων μικτά. Δείκ‐ νυσι δὲ καὶ ἡ ἱστορία τῶν Βασιλειῶν, ὅτι προσεδρεύει ἡ δαιμονικὴ δύναμις τοῖς ἐπιφημισθεῖσιν αὐτοῖς ἀγάλμασιν.</w:t>
      </w:r>
    </w:p>
    <w:p>
      <w:r>
        <w:rPr>
          <w:rFonts w:ascii="Courier New" w:hAnsi="Courier New"/>
          <w:color w:val="555555"/>
          <w:sz w:val="20"/>
        </w:rPr>
        <w:t>[25]</w:t>
      </w:r>
    </w:p>
    <w:p>
      <w:r>
        <w:rPr>
          <w:rFonts w:ascii="Gentium Plus" w:hAnsi="Gentium Plus"/>
          <w:sz w:val="24"/>
        </w:rPr>
        <w:t>Ἔλαβον γὰρ (φησὶν) οἱ ἀλλόφυλοι τὴν κιβωτὸν τοῦ Θεοῦ,</w:t>
      </w:r>
    </w:p>
    <w:p>
      <w:r>
        <w:rPr>
          <w:rFonts w:ascii="Courier New" w:hAnsi="Courier New"/>
          <w:color w:val="555555"/>
          <w:sz w:val="20"/>
        </w:rPr>
        <w:t>[30]</w:t>
      </w:r>
    </w:p>
    <w:p>
      <w:r>
        <w:rPr>
          <w:rFonts w:ascii="Gentium Plus" w:hAnsi="Gentium Plus"/>
          <w:sz w:val="24"/>
        </w:rPr>
        <w:t>νικώμενος ὑπὸ τῆς περὶ τὴν κιβωτὸν τοῦ Θεοῦ δόξης· καὶ πίπτων μὲν αὐτὸς ἐπὶ πρόσωπον, συγκαταβάλλων δὲ ἑαυτῷ τὸ χειροποίητον. Διὰ τοῦτο οἱ τὰ εἰδωλόθυτα ἐσθίοντες, κοινωνοὶ τραπέζης λέγονται δαιμόνων. Ἐπειδὴ τὸ σφάγιον, τὸ προσαγόμενον τῷ</w:t>
      </w:r>
    </w:p>
    <w:p>
      <w:r>
        <w:rPr>
          <w:rFonts w:ascii="Courier New" w:hAnsi="Courier New"/>
          <w:color w:val="555555"/>
          <w:sz w:val="20"/>
        </w:rPr>
        <w:t>[35]</w:t>
      </w:r>
    </w:p>
    <w:p>
      <w:r>
        <w:rPr>
          <w:rFonts w:ascii="Gentium Plus" w:hAnsi="Gentium Plus"/>
          <w:sz w:val="24"/>
        </w:rPr>
        <w:t>εἰδώλῳ, προσεμερίσθη τι καὶ εἰς τὸν παρεδρεύοντα δαίμονα, ἔκ τε τοῦ ἐξαερουμένου αἵματος καὶ ἐκ τῆς ἀναθυμιωμένης πιμελῆς καὶ τῶν λοιπῶν τῶν ὁλοκαυτωμάτων, λαμβάνοντός τινα μερίδα τοῦ δαιμονίου. Καὶ ὁ ἀπὸ τοῦ ποτηρίου πίνων, ἀφ’ οὗ ἡ σπονδὴ, ποτήριον πίνει δαιμονίων. —Διὰ τοῦτο</w:t>
      </w:r>
    </w:p>
    <w:p>
      <w:r>
        <w:rPr>
          <w:rFonts w:ascii="Courier New" w:hAnsi="Courier New"/>
          <w:color w:val="555555"/>
          <w:sz w:val="20"/>
        </w:rPr>
        <w:t>[40]</w:t>
      </w:r>
    </w:p>
    <w:p>
      <w:r>
        <w:rPr>
          <w:rFonts w:ascii="Gentium Plus" w:hAnsi="Gentium Plus"/>
          <w:sz w:val="24"/>
        </w:rPr>
        <w:t>ὀλολύξει τὰ γλυπτὰ, τουτέστι τὰ ὁμώνυμα τοῖς γλυπτοῖς δαιμόνια. Καὶ ὅταν λέγηται, ὅτι ἥξει εἰς Αἴγυπτον Κύριος καὶ σεισ‐ θήσεται τὰ χειροποίητα Αἰγύπτου καὶ ἡ καρδία αὐτῶν ἡττη‐ θήσεται, τὴν αὐτὴν διάνοιαν ἐξηγούμεθα. Τὰ γὰρ δαιμόνια, τὰ</w:t>
      </w:r>
    </w:p>
    <w:p>
      <w:r>
        <w:rPr>
          <w:rFonts w:ascii="Courier New" w:hAnsi="Courier New"/>
          <w:color w:val="555555"/>
          <w:sz w:val="20"/>
        </w:rPr>
        <w:t>[45]</w:t>
      </w:r>
    </w:p>
    <w:p>
      <w:r>
        <w:rPr>
          <w:rFonts w:ascii="Gentium Plus" w:hAnsi="Gentium Plus"/>
          <w:sz w:val="24"/>
        </w:rPr>
        <w:t>προσδιατρίβοντα τῷ περιγείῳ τόπῳ, σεισθήσεται φυγαδευό‐ μενα, καὶ εἰς τὸν οἰκεῖον τῆς ἀβύσσου ἀπελαθήσεται τόπον, ἐν τῇ ἐπιδημίᾳ τοῦ Κυρίου. Διὰ τοῦτο Ἐπικατάρατος πᾶς ὅστις ποιήσει γλυπτὸν καὶ χωνευτὸν, ἔργον χειρῶν τεχνίτου, καὶ θήσει αὐτὸ ἐν ἀποκρύφῳ, ὅτι κακὸν ἑαυτῷ θησαύρισμα</w:t>
      </w:r>
    </w:p>
    <w:p>
      <w:r>
        <w:rPr>
          <w:rFonts w:ascii="Courier New" w:hAnsi="Courier New"/>
          <w:color w:val="555555"/>
          <w:sz w:val="20"/>
        </w:rPr>
        <w:t>[10 . 237 (50)]</w:t>
      </w:r>
    </w:p>
    <w:p>
      <w:r>
        <w:rPr>
          <w:rFonts w:ascii="Gentium Plus" w:hAnsi="Gentium Plus"/>
          <w:sz w:val="24"/>
        </w:rPr>
        <w:t>διὰ τοῦ γλυπτοῦ τὸν ἐπακολουθοῦντα αὐτῷ δαίμονα ἐπηγά‐</w:t>
      </w:r>
    </w:p>
    <w:p>
      <w:r>
        <w:rPr>
          <w:rFonts w:ascii="Courier New" w:hAnsi="Courier New"/>
          <w:color w:val="555555"/>
          <w:sz w:val="20"/>
        </w:rPr>
        <w:t>[10 . 238]</w:t>
      </w:r>
    </w:p>
    <w:p>
      <w:r>
        <w:rPr>
          <w:rFonts w:ascii="Gentium Plus" w:hAnsi="Gentium Plus"/>
          <w:sz w:val="24"/>
        </w:rPr>
        <w:t>Καὶ ἔσται, ὅταν συντελέσῃ Κύριος πάντα ποιῶν ἐν τῷ ὄρει Σιὼν καὶ ἐν Ἱερουσαλὴμ, ἐπάξει ἐπὶ τὸν νοῦν τὸν μέγαν τὸν ἄρχοντα τῶν Ἀσσυρίων, καὶ ἐπὶ τὸ ὕψος τῆς δόξης τῶν ὀφθαλμῶν αὐτοῦ.</w:t>
      </w:r>
    </w:p>
    <w:p>
      <w:r>
        <w:rPr>
          <w:rFonts w:ascii="Courier New" w:hAnsi="Courier New"/>
          <w:color w:val="555555"/>
          <w:sz w:val="20"/>
        </w:rPr>
        <w:t>[5]</w:t>
      </w:r>
    </w:p>
    <w:p>
      <w:r>
        <w:rPr>
          <w:rFonts w:ascii="Gentium Plus" w:hAnsi="Gentium Plus"/>
          <w:sz w:val="24"/>
        </w:rPr>
        <w:t>Μετὰ τὸ προστάξαι τοῖς γλυπτοῖς τοῖς ἐν Ἱερουσαλὴμ καὶ τοῖς ἐν Σαμαρείᾳ ὀλολυγμὸν, καὶ τῇ ἐπ’ αὐτοῖς ἀπειλῇ (οἷον καθαρισθείσης λοιπὸν τῆς Ἱερουσαλὴμ καὶ τοῦ ἀπὸ τῶν εἰδώ‐ λων μιάσματος ἐλευθερωθείσης καὶ παιδευθείσης ταῖς πλη‐ γαῖς ταῖς κολαστικαῖς, ἃς διὰ τοῦ παραδοθῆναι τοῖς Ἀσσυ‐</w:t>
      </w:r>
    </w:p>
    <w:p>
      <w:r>
        <w:rPr>
          <w:rFonts w:ascii="Courier New" w:hAnsi="Courier New"/>
          <w:color w:val="555555"/>
          <w:sz w:val="20"/>
        </w:rPr>
        <w:t>[10]</w:t>
      </w:r>
    </w:p>
    <w:p>
      <w:r>
        <w:rPr>
          <w:rFonts w:ascii="Gentium Plus" w:hAnsi="Gentium Plus"/>
          <w:sz w:val="24"/>
        </w:rPr>
        <w:t>ρίοις ὑπέμενεν) τότε λοιπὸν ἀπειλεῖ ὁ λόγος ἐπὶ τὸν ἄρχοντα τῶν Ἀσσυρίων τὴν πληγὴν μεταθήσειν. Ἐπειδὴ γὰρ ὑπε‐ ρήρθη τῷ φρονήματι καὶ οὐκ ἐνόησεν, ὅτι ἡ ἐκείνων ἁμαρτία αἰτία γέγονε τῶν τοσούτων κακῶν, ἀλλ’ ᾠήθη ἰδίᾳ ἐπινοίᾳ καὶ δυνάμει δεδυνῆσθαι κατὰ τῆς Ἱερουσαλήμ, διὰ ταύτην τὴν</w:t>
      </w:r>
    </w:p>
    <w:p>
      <w:r>
        <w:rPr>
          <w:rFonts w:ascii="Courier New" w:hAnsi="Courier New"/>
          <w:color w:val="555555"/>
          <w:sz w:val="20"/>
        </w:rPr>
        <w:t>[15]</w:t>
      </w:r>
    </w:p>
    <w:p>
      <w:r>
        <w:rPr>
          <w:rFonts w:ascii="Gentium Plus" w:hAnsi="Gentium Plus"/>
          <w:sz w:val="24"/>
        </w:rPr>
        <w:t>ἀλαζονείαν καὶ τὸ ἄλογον ὕψος τῆς κατὰ τὸν νοῦν ἐπάρσεως, Ἐπάξει (φησὶν) ἐπὶ τὸν νοῦν τὸν μέγαν, ἐπὶ τὸν ἄρχοντα τῶν Ἀσσυρίων, καὶ ἐπὶ τὸ ὕψος τῆς δόξης τῶν ὀφθαλμῶν αὐτοῦ. Μέγας ὁ μέν τίς ἐστι κατὰ τὴν ἑαυτοῦ φύσιν· ὁ δὲ κατὰ τὴν οἴησιν, καὶ τὴν ὑπερβολὴν τῶν οὐδὲν αὐτῷ προσηκόντων.</w:t>
      </w:r>
    </w:p>
    <w:p>
      <w:r>
        <w:rPr>
          <w:rFonts w:ascii="Courier New" w:hAnsi="Courier New"/>
          <w:color w:val="555555"/>
          <w:sz w:val="20"/>
        </w:rPr>
        <w:t>[20]</w:t>
      </w:r>
    </w:p>
    <w:p>
      <w:r>
        <w:rPr>
          <w:rFonts w:ascii="Gentium Plus" w:hAnsi="Gentium Plus"/>
          <w:sz w:val="24"/>
        </w:rPr>
        <w:t>Νοῦς δὲ μέγας, ὡς ἀληθῶς, ὁ τὰ μεγάλα θεωρῶν, ὁ δυνάμενος τοῖς λόγοις τοῖς δημιουργικοῖς ἐπιβάλλειν, καὶ ἀπ’ αὐτῶν τὸ κάλλος τῆς σοφίας τοῦ τεχνίτου τῶν ὅλων κατανοεῖν. Μέγας</w:t>
      </w:r>
    </w:p>
    <w:p>
      <w:r>
        <w:rPr>
          <w:rFonts w:ascii="Courier New" w:hAnsi="Courier New"/>
          <w:color w:val="555555"/>
          <w:sz w:val="20"/>
        </w:rPr>
        <w:t>[25]</w:t>
      </w:r>
    </w:p>
    <w:p>
      <w:r>
        <w:rPr>
          <w:rFonts w:ascii="Gentium Plus" w:hAnsi="Gentium Plus"/>
          <w:sz w:val="24"/>
        </w:rPr>
        <w:t>νάμενος, καὶ ἐντεῦθεν αὐτοῦ τὰ δίκαια κρίματα θεωρεῖν. Μέγας ὁ νοῦς, ὁ διὰ τῶν Ἀγγέλων καὶ τῶν Δυνάμεων καὶ πάσης τῆς περὶ τὰ ὑπερκόσμια δόξης, τὸν βασιλέα τῆς δό‐ ξης καὶ Κύριον τῶν Δυνάμεων ἐννοῶν. Ὁ μέντοι ἑαυτὸν μακαρίζων καὶ ὑπεραίρων, οἰησίσοφός τις καὶ ματαιόφρων</w:t>
      </w:r>
    </w:p>
    <w:p>
      <w:r>
        <w:rPr>
          <w:rFonts w:ascii="Courier New" w:hAnsi="Courier New"/>
          <w:color w:val="555555"/>
          <w:sz w:val="20"/>
        </w:rPr>
        <w:t>[30]</w:t>
      </w:r>
    </w:p>
    <w:p>
      <w:r>
        <w:rPr>
          <w:rFonts w:ascii="Gentium Plus" w:hAnsi="Gentium Plus"/>
          <w:sz w:val="24"/>
        </w:rPr>
        <w:t>μᾶλλον δικαίως, ἢ μέγας, κατὰ νοῦν ὀνομάζοιτο. Πλὴν ἀλλ’ ἐπειδὴ σύνηθες τῇ Γραφῇ τῇ τῶν πολλῶν οἰήσει πρὸς τὰς ὀνομασίας ἀκολουθεῖν, μέγαν εἴρηκε νοῦν, οὐ τὸ τῇ φύσει μεγαλεῖον προσμαρτυρῶν, ἀλλὰ τὸ ἐκ τῆς οἰήσεως ἐπιφημισθὲν αὐτῷ ὀνομάζων. Διὰ τοῦτο κολάζων ὑπερηφανίαν</w:t>
      </w:r>
    </w:p>
    <w:p>
      <w:r>
        <w:rPr>
          <w:rFonts w:ascii="Courier New" w:hAnsi="Courier New"/>
          <w:color w:val="555555"/>
          <w:sz w:val="20"/>
        </w:rPr>
        <w:t>[35]</w:t>
      </w:r>
    </w:p>
    <w:p>
      <w:r>
        <w:rPr>
          <w:rFonts w:ascii="Gentium Plus" w:hAnsi="Gentium Plus"/>
          <w:sz w:val="24"/>
        </w:rPr>
        <w:t>ὁ Κύριος, καὶ ταπεινῶν αὐτοῦ τὴν ὑψηλοφροσύνην, ἐπάγειν λέγεται ἐπὶ τὸν νοῦν τὸν μέγαν τῶν Ἀσσυρίων. Τὴν δὲ ἀσθενῆ ὑπόληψιν ἐξελέγχων, ἐπὶ τὸ ὕψος φησὶ τῆς δόξης τῶν ὀφθαλμῶν αὐτοῦ ἐπάξειν τὴν κόλασιν. Καὶ γὰρ τὴν δόξαν, πολύσημον οὖσαν φωνὴν, κατὰ ἓν τῶν σημαινομένων</w:t>
      </w:r>
    </w:p>
    <w:p>
      <w:r>
        <w:rPr>
          <w:rFonts w:ascii="Courier New" w:hAnsi="Courier New"/>
          <w:color w:val="555555"/>
          <w:sz w:val="20"/>
        </w:rPr>
        <w:t>[40]</w:t>
      </w:r>
    </w:p>
    <w:p>
      <w:r>
        <w:rPr>
          <w:rFonts w:ascii="Gentium Plus" w:hAnsi="Gentium Plus"/>
          <w:sz w:val="24"/>
        </w:rPr>
        <w:t>ὡρίσαντό τινες, ἀσθενῆ ὑπόληψιν.</w:t>
      </w:r>
    </w:p>
    <w:p>
      <w:r>
        <w:rPr>
          <w:rFonts w:ascii="Courier New" w:hAnsi="Courier New"/>
          <w:color w:val="555555"/>
          <w:sz w:val="20"/>
        </w:rPr>
        <w:t>[10 . 239]</w:t>
      </w:r>
    </w:p>
    <w:p>
      <w:r>
        <w:rPr>
          <w:rFonts w:ascii="Gentium Plus" w:hAnsi="Gentium Plus"/>
          <w:sz w:val="24"/>
        </w:rPr>
        <w:t>Δύναται δὲ ὁ νοῦς ὁ μέγας καὶ ὁ φρόνιμος, ὁ ἀντὶ τοῦ πανούργου λαμβανόμενος. Ὡς Ὁ ὄφις φρονιμώτερος τῶν θηρίων τῶν ἐπὶ τῆς γῆς· καὶ ὁ οἰκονόμος τῆς ἀδικίας φρονίμως ἐποίησε· καὶ Οἱ υἱοὶ τοῦ αἰῶνος τούτου φρονι‐</w:t>
      </w:r>
    </w:p>
    <w:p>
      <w:r>
        <w:rPr>
          <w:rFonts w:ascii="Courier New" w:hAnsi="Courier New"/>
          <w:color w:val="555555"/>
          <w:sz w:val="20"/>
        </w:rPr>
        <w:t>[5]</w:t>
      </w:r>
    </w:p>
    <w:p>
      <w:r>
        <w:rPr>
          <w:rFonts w:ascii="Gentium Plus" w:hAnsi="Gentium Plus"/>
          <w:sz w:val="24"/>
        </w:rPr>
        <w:t>μώτεροι ὑπὲρ τοὺς υἱοὺς τοῦ φωτὸς, εἰς τὴν γενεὰν αὐτῶν. Ἡρμήνευσε δὲ ἡμῖν ὁ Ἀπόστολος τοῦ φρονίμου τὴν ἔννοιαν, ἐν τῇ πρὸς Κορινθίους, εἰπών· Φοβοῦμαι δὲ, μήπως ὡς ὁ ὄφις ἐξηπάτησεν Εὔαν ἐν τῇ πανουργίᾳ αὐτοῦ ... Ἔδειξε γὰρ, ὅτι ἡ ἱστορία τὴν ψεκτὴν φρονιμότητα τῷ ὄφει προσμαρ‐</w:t>
      </w:r>
    </w:p>
    <w:p>
      <w:r>
        <w:rPr>
          <w:rFonts w:ascii="Courier New" w:hAnsi="Courier New"/>
          <w:color w:val="555555"/>
          <w:sz w:val="20"/>
        </w:rPr>
        <w:t>[10]</w:t>
      </w:r>
    </w:p>
    <w:p>
      <w:r>
        <w:rPr>
          <w:rFonts w:ascii="Gentium Plus" w:hAnsi="Gentium Plus"/>
          <w:sz w:val="24"/>
        </w:rPr>
        <w:t>τυρεῖ, ἐκ τοῦ αὐτὸν εἰς πανουργίαν μεταβάλλειν τὸ φρόνι‐ μον. Οὕτως οὖν καὶ νοῦς μέγας, οὐ κατά τινος ἐπαινετοῦ, ὡς οἱ τὰ παρ’ Ἕλλησι σημαινόμενα ἀκριβοῦντες ἔταξαν, λέγοντες τὸν νοῦν εἶναι φρόνησιν συνεστραμμένην, ἀλλὰ ψευ‐ δωνύμως. Ἢ αὐτὸς ἑαυτὸν ἐκθαυμάζων, ἢ παρὰ τῶν κο‐</w:t>
      </w:r>
    </w:p>
    <w:p>
      <w:r>
        <w:rPr>
          <w:rFonts w:ascii="Courier New" w:hAnsi="Courier New"/>
          <w:color w:val="555555"/>
          <w:sz w:val="20"/>
        </w:rPr>
        <w:t>[15]</w:t>
      </w:r>
    </w:p>
    <w:p>
      <w:r>
        <w:rPr>
          <w:rFonts w:ascii="Gentium Plus" w:hAnsi="Gentium Plus"/>
          <w:sz w:val="24"/>
        </w:rPr>
        <w:t>λάκων οὕτω προσαγορευόμενος, ὠνόμασται νῦν παρὰ τῆς Γραφῆς. Οὗτος δὲ ὁ νοῦς ὁ μέγας, ἐπειδὴ οἶδεν, ὅτι τοῦ σοφοῦ (τοῦ γε ἀληθινῶς σοφοῦ) οἱ ὀφθαλμοὶ ἐπὶ τῆς κεφαλῆς αὐτοῦ, δοξάζει τοὺς ὀφθαλμοὺς αὐτοῦ, ὡς οὐ κάτω βλέπων,</w:t>
      </w:r>
    </w:p>
    <w:p>
      <w:r>
        <w:rPr>
          <w:rFonts w:ascii="Courier New" w:hAnsi="Courier New"/>
          <w:color w:val="555555"/>
          <w:sz w:val="20"/>
        </w:rPr>
        <w:t>[20]</w:t>
      </w:r>
    </w:p>
    <w:p>
      <w:r>
        <w:rPr>
          <w:rFonts w:ascii="Gentium Plus" w:hAnsi="Gentium Plus"/>
          <w:sz w:val="24"/>
        </w:rPr>
        <w:t>οὐδὲ τὰ γήϊνα, ἀλλὰ τὰ μετέωρα πολυπραγμονῶν, καὶ τὴν ἄνω διατριβὴν ποιούμενος. Ὁποῖοί εἰσιν οἱ παρὰ τοῖς Ἕλ‐ λησι σοφοί, τὸν μὲν βίον ἔχοντες τοῖς αἰσχίστοις τῆς σαρκὸς πάθεσιν ἐγκαλινδούμενον, τὰ δὲ περὶ οὐρανοῦ καὶ ἀστέρων καὶ τῶν αἰθερίων καὶ τῶν περὶ τὸν ἀέρα συμπτωμάτων φυσιο‐</w:t>
      </w:r>
    </w:p>
    <w:p>
      <w:r>
        <w:rPr>
          <w:rFonts w:ascii="Courier New" w:hAnsi="Courier New"/>
          <w:color w:val="555555"/>
          <w:sz w:val="20"/>
        </w:rPr>
        <w:t>[25]</w:t>
      </w:r>
    </w:p>
    <w:p>
      <w:r>
        <w:rPr>
          <w:rFonts w:ascii="Gentium Plus" w:hAnsi="Gentium Plus"/>
          <w:sz w:val="24"/>
        </w:rPr>
        <w:t>λογοῦντες, δόξαν τινὰ ἑαυτῶν τοῖς ὀφθαλμοῖς περιτιθέασιν.</w:t>
      </w:r>
    </w:p>
    <w:p>
      <w:r>
        <w:rPr>
          <w:rFonts w:ascii="Courier New" w:hAnsi="Courier New"/>
          <w:color w:val="555555"/>
          <w:sz w:val="20"/>
        </w:rPr>
        <w:t>[10 . 240]</w:t>
      </w:r>
    </w:p>
    <w:p>
      <w:r>
        <w:rPr>
          <w:rFonts w:ascii="Gentium Plus" w:hAnsi="Gentium Plus"/>
          <w:sz w:val="24"/>
        </w:rPr>
        <w:t>Εἶπε γάρ· Ἐν τῇ ἰσχύϊ ποιήσω καὶ τῇ σοφίᾳ τῆς συνέσεως ἀφελῶ ὅρια ἐθνῶν, καὶ τὴν ἰσχὺν αὐτῶν προνο‐ μεύσω. Καὶ σείσω πόλεις κατοικουμένας καὶ τὴν οἰκου‐</w:t>
      </w:r>
    </w:p>
    <w:p>
      <w:r>
        <w:rPr>
          <w:rFonts w:ascii="Courier New" w:hAnsi="Courier New"/>
          <w:color w:val="555555"/>
          <w:sz w:val="20"/>
        </w:rPr>
        <w:t>[5]</w:t>
      </w:r>
    </w:p>
    <w:p>
      <w:r>
        <w:rPr>
          <w:rFonts w:ascii="Gentium Plus" w:hAnsi="Gentium Plus"/>
          <w:sz w:val="24"/>
        </w:rPr>
        <w:t>λελειμμένα ὠὰ ἀρῶ. Καὶ οὐκ ἔστιν, ὃς διαφεύξεταί με, ἢ ἀντείπῃ μοι. Νῦν ἑρμηνεύει σαφῶς, διὰ τί μέγαν νοῦν εἴρηκεν αὐτὸν καὶ διὰ τί ἐπὶ τὸ ὕψος τῆς δόξης τῶν ὀφθαλμῶν αὐτοῦ ἀπειλεῖ τὰς κολάσεις ἐπαγαγεῖν, τὸν κόμπον αὐτοῦ τῶν</w:t>
      </w:r>
    </w:p>
    <w:p>
      <w:r>
        <w:rPr>
          <w:rFonts w:ascii="Courier New" w:hAnsi="Courier New"/>
          <w:color w:val="555555"/>
          <w:sz w:val="20"/>
        </w:rPr>
        <w:t>[10]</w:t>
      </w:r>
    </w:p>
    <w:p>
      <w:r>
        <w:rPr>
          <w:rFonts w:ascii="Gentium Plus" w:hAnsi="Gentium Plus"/>
          <w:sz w:val="24"/>
        </w:rPr>
        <w:t>ῥημάτων, ᾧ κέχρηται κατὰ τῶν ὑποδεεστέρων, μετὰ πάσης πικρίας αὐτοῖς ἀπειλῶν πᾶν εἶδος ἀφανισμοῦ, ἄμαχον ἑαυ‐ τοῦ καὶ ἀνανταγώνιστον λέγων εἶναι τὴν δύναμιν. Ὡς γὰρ κύριος τυγχάνων ὧν βούλεται καὶ πάντως ἐπιτελέσων τὰ κατὰ πρόθεσιν, οὕτως ἐκόμπαζεν. Ἐπειδὴ πολλή μοί ἐστιν</w:t>
      </w:r>
    </w:p>
    <w:p>
      <w:r>
        <w:rPr>
          <w:rFonts w:ascii="Courier New" w:hAnsi="Courier New"/>
          <w:color w:val="555555"/>
          <w:sz w:val="20"/>
        </w:rPr>
        <w:t>[15]</w:t>
      </w:r>
    </w:p>
    <w:p>
      <w:r>
        <w:rPr>
          <w:rFonts w:ascii="Gentium Plus" w:hAnsi="Gentium Plus"/>
          <w:sz w:val="24"/>
        </w:rPr>
        <w:t>ἱππικὴ καὶ πεζικὴ δύναμις καὶ οὐδεὶς ὁ ἀνταίρων, καὶ ἐπειδὴ ἀπρόσιτος ἡ ἐν τοῖς στρατηγικοῖς σοφία μοι πάρ‐ εστι καὶ ἡ σύνεσις ἀνεπίληπτος, διὰ τοῦτο (φησὶν) Ἀφελῶ ὅρια ἐθνῶν καὶ τὴν ἰσχὺν αὐτῶν προνομεύσω. Πάντα γὰρ τὰ ἔθνη τῇ ἐμαυτοῦ ὑποκύπτειν βασιλείᾳ συναναγκάσας, ἕνα</w:t>
      </w:r>
    </w:p>
    <w:p>
      <w:r>
        <w:rPr>
          <w:rFonts w:ascii="Courier New" w:hAnsi="Courier New"/>
          <w:color w:val="555555"/>
          <w:sz w:val="20"/>
        </w:rPr>
        <w:t>[20]</w:t>
      </w:r>
    </w:p>
    <w:p>
      <w:r>
        <w:rPr>
          <w:rFonts w:ascii="Gentium Plus" w:hAnsi="Gentium Plus"/>
          <w:sz w:val="24"/>
        </w:rPr>
        <w:t>τῶν πάντων ποιοῦμαι ὅρον, τὴν ἐμὴν ἐπικράτειαν. Νῦν γὰρ ἕκαστον ἰδίοις ὁροθεσίοις ἀπὸ τοῦ ἑτέρου διώρισται· ἀφελὼν οὖν αὐτῶν τὰ ὅρια, ὑπὸ ἓν σκῆπτρον τῆς ἐμῆς βασιλείας γενέσθαι τὰ πάντα συναναγκάσω. Καὶ τὴν ἰσχὺν αὐτῶν προνομεύσω. Προνομὴ λέγεται ἡ ἐν</w:t>
      </w:r>
    </w:p>
    <w:p>
      <w:r>
        <w:rPr>
          <w:rFonts w:ascii="Courier New" w:hAnsi="Courier New"/>
          <w:color w:val="555555"/>
          <w:sz w:val="20"/>
        </w:rPr>
        <w:t>[25]</w:t>
      </w:r>
    </w:p>
    <w:p>
      <w:r>
        <w:rPr>
          <w:rFonts w:ascii="Gentium Plus" w:hAnsi="Gentium Plus"/>
          <w:sz w:val="24"/>
        </w:rPr>
        <w:t>τοῖς πολεμίοις τῶν ἑαλωκότων εἰς τοὺς κρατοῦντας διανομὴ, ὅταν ἢ αἰχμάλωτα σώματα, ἤ τινα τῶν βοσκημάτων, ἢ ἄλλα τινὰ τῶν κατὰ τὸν βίον, οἱ κρατοῦντες ἐν ἀλλήλοις διαλαγ‐ χάνουσι. Καὶ ἕκαστος κατὰ τὴν προσοῦσαν αὐτῷ ὑπεροχὴν τῆς ἐκ τῶν λαφύρων προνομῆς ἀξιούμενος, οὕτω μετέχει τῶν</w:t>
      </w:r>
    </w:p>
    <w:p>
      <w:r>
        <w:rPr>
          <w:rFonts w:ascii="Courier New" w:hAnsi="Courier New"/>
          <w:color w:val="555555"/>
          <w:sz w:val="20"/>
        </w:rPr>
        <w:t>[30]</w:t>
      </w:r>
    </w:p>
    <w:p>
      <w:r>
        <w:rPr>
          <w:rFonts w:ascii="Gentium Plus" w:hAnsi="Gentium Plus"/>
          <w:sz w:val="24"/>
        </w:rPr>
        <w:t>ἐκ τοῦ πολέμου. —Καὶ τὰς νῦν (φησὶ) καθιδρυμένας παγίως πόλεις σείσω καὶ κλονήσω τῇ ἐμαυτοῦ δυνάμει καὶ τὴν οἰκου‐</w:t>
      </w:r>
    </w:p>
    <w:p>
      <w:r>
        <w:rPr>
          <w:rFonts w:ascii="Courier New" w:hAnsi="Courier New"/>
          <w:color w:val="555555"/>
          <w:sz w:val="20"/>
        </w:rPr>
        <w:t>[35]</w:t>
      </w:r>
    </w:p>
    <w:p>
      <w:r>
        <w:rPr>
          <w:rFonts w:ascii="Gentium Plus" w:hAnsi="Gentium Plus"/>
          <w:sz w:val="24"/>
        </w:rPr>
        <w:t>πτερῷ χρῆσθαι, μήτε ποσὶ πρὸς φυγὴν δυναμένων; —Εἶτα ἐπιτείνων καὶ τὴν καταφρόνησιν τὴν εἰς τοὺς ἀνθρώπους καὶ τὴν ἑαυτοῦ ὑπεραίρων δύναμιν, οὐδὲ ὡς νοσσιὰν (φησὶ) τὴν οἰκουμένην, ἀλλ’ ὡς ὠὰ (φησὶν) ἐγκαταλελειμμένα, οὕτω λήψομαι. —Καὶ οὐκ ἔστιν ὃς διαφεύξεταί με, ἢ ἀντείπῃ μοι.</w:t>
      </w:r>
    </w:p>
    <w:p>
      <w:r>
        <w:rPr>
          <w:rFonts w:ascii="Courier New" w:hAnsi="Courier New"/>
          <w:color w:val="555555"/>
          <w:sz w:val="20"/>
        </w:rPr>
        <w:t>[10 . 241]</w:t>
      </w:r>
    </w:p>
    <w:p>
      <w:r>
        <w:rPr>
          <w:rFonts w:ascii="Gentium Plus" w:hAnsi="Gentium Plus"/>
          <w:sz w:val="24"/>
        </w:rPr>
        <w:t>Ὡς μὲν οὖν πρὸς τὴν λέξιν, ὁ τῶν Ἀσσυρίων ἄρχων ταῦτα ἐρεῖ διὰ τὴν κατὰ τῆς Ἰουδαίας καὶ Σαμαρείας εὐ‐ ημερίαν ὑπερφυσηθεὶς τὴν διάνοιαν, καὶ ἡγούμενος πάντα ἐξ ἐπιδρομῆς αἱρήσειν τὰ ἔθνη, καὶ μηδένα ἕξειν τὸν χεῖρας</w:t>
      </w:r>
    </w:p>
    <w:p>
      <w:r>
        <w:rPr>
          <w:rFonts w:ascii="Courier New" w:hAnsi="Courier New"/>
          <w:color w:val="555555"/>
          <w:sz w:val="20"/>
        </w:rPr>
        <w:t>[5]</w:t>
      </w:r>
    </w:p>
    <w:p>
      <w:r>
        <w:rPr>
          <w:rFonts w:ascii="Gentium Plus" w:hAnsi="Gentium Plus"/>
          <w:sz w:val="24"/>
        </w:rPr>
        <w:t>ἀνταίροντα, ἀλλὰ πάντα μὲν ὅρια ἐθνῶν τῇ δυνάμει αὐτοῦ συγχυθήσεσθαι, δονεῖσθαι δὲ πᾶσαν τὴν οἰκουμένην τῷ φόβῳ τῆς ἐπιδημίας αὐτοῦ· τὸν δὲ εἰς χεῖρας ἐρχόμενον, εὐαλω‐ τότερον εἶναι νεοττῶν ὄρνιθος, ῥᾷον δὲ ἀρθήσεσθαι τῇ δυ‐ νάμει αὐτοῦ ἐφοδενούσῃ τὴν ὑφ’ ἡλίῳ πᾶσαν οἰκουμένην,</w:t>
      </w:r>
    </w:p>
    <w:p>
      <w:r>
        <w:rPr>
          <w:rFonts w:ascii="Courier New" w:hAnsi="Courier New"/>
          <w:color w:val="555555"/>
          <w:sz w:val="20"/>
        </w:rPr>
        <w:t>[10]</w:t>
      </w:r>
    </w:p>
    <w:p>
      <w:r>
        <w:rPr>
          <w:rFonts w:ascii="Gentium Plus" w:hAnsi="Gentium Plus"/>
          <w:sz w:val="24"/>
        </w:rPr>
        <w:t>ἢ ὡς ἄν τις λάβοι ὠὰ, ἔρημα τῆς θαλπούσης αὐτὰ καὶ ζωο‐ γονούσης ὄρνιθος. Ἐπειδὴ δὲ ἡ ὑπερηφανία ὥσπερ μείζων ἐστὶν ἢ κατὰ ἄνθρωπον, πρέπειν τινὲς ἐνόμισαν τὰ ῥήματα ταῦτα τῷ ἀλη‐</w:t>
      </w:r>
    </w:p>
    <w:p>
      <w:r>
        <w:rPr>
          <w:rFonts w:ascii="Courier New" w:hAnsi="Courier New"/>
          <w:color w:val="555555"/>
          <w:sz w:val="20"/>
        </w:rPr>
        <w:t>[15]</w:t>
      </w:r>
    </w:p>
    <w:p>
      <w:r>
        <w:rPr>
          <w:rFonts w:ascii="Gentium Plus" w:hAnsi="Gentium Plus"/>
          <w:sz w:val="24"/>
        </w:rPr>
        <w:t>τῷ ἀνυποτάκτῳ καὶ ἀποστάτῃ, καὶ εἰς τὴν ἑαυτοῦ κακίαν συναποστήσαντι αὐτῷ τὰ συνεπακολουθήσαντα αὐτῷ πονηρὰ πνεύματα. Ἐκεῖνος γὰρ ἑαυτὸν καὶ νοῦν οἴεται μέγαν καὶ φαντάζεται τὰ ὑψηλὰ περισκοπεῖν καὶ ἀπειλεῖ πᾶσαν τὴν οἰκουμένην ὑφ’ ἑαυτὸν ποιήσασθαι· ὅς γε οὐδὲ τῷ Κυρίῳ</w:t>
      </w:r>
    </w:p>
    <w:p>
      <w:r>
        <w:rPr>
          <w:rFonts w:ascii="Courier New" w:hAnsi="Courier New"/>
          <w:color w:val="555555"/>
          <w:sz w:val="20"/>
        </w:rPr>
        <w:t>[20]</w:t>
      </w:r>
    </w:p>
    <w:p>
      <w:r>
        <w:rPr>
          <w:rFonts w:ascii="Gentium Plus" w:hAnsi="Gentium Plus"/>
          <w:sz w:val="24"/>
        </w:rPr>
        <w:t>ἐρωτήσαντι, πόθεν πάρεστι, παρῃτήσατο εἰπεῖν, ὅτι Περιελ‐ θὼν τὴν ὑπὸ τὸν ἥλιον καὶ ἐμπεριπατήσας τὴν ὑπ’ οὐρανὸν, πάρειμι. Οὗτος ἐτόλμησε καὶ τῷ Κυρίῳ πάσης τῆς κτίσεως δεῖξαι τὰς βασιλείας τῆς γῆς καὶ εἰπεῖν, ὅτι ταῦτα πάντα ἐμά ἐστι· Νῦν οὖν, ἐὰν πεσὼν προσκυνήσῃς μοι, σοὶ δώσω. —</w:t>
      </w:r>
    </w:p>
    <w:p>
      <w:r>
        <w:rPr>
          <w:rFonts w:ascii="Courier New" w:hAnsi="Courier New"/>
          <w:color w:val="555555"/>
          <w:sz w:val="20"/>
        </w:rPr>
        <w:t>[25]</w:t>
      </w:r>
    </w:p>
    <w:p>
      <w:r>
        <w:rPr>
          <w:rFonts w:ascii="Gentium Plus" w:hAnsi="Gentium Plus"/>
          <w:sz w:val="24"/>
        </w:rPr>
        <w:t>Τάχα οὖν τὸν βασιλέα τῶν Ἀσσυρίων, τὸν ἄρχοντα τοῦ αἰῶνος τούτου, ὁ λόγος αἰνίττεται· καὶ γὰρ ὁ Κύριος ἄρχοντα ὀνο‐ μάζει τοῦ αἰῶνος τούτου, λέγων· Νῦν ὁ ἄρχων τοῦ κόσμου τούτου βληθήσεται ἔξω. Καὶ μετ’ ὀλίγα· Οὐκέτι πολλὰ λα‐ λήσω μεθ’ ὑμῶν· ἔρχεται γὰρ ὁ τοῦ κόσμου ἄρχων, καὶ ἐν</w:t>
      </w:r>
    </w:p>
    <w:p>
      <w:r>
        <w:rPr>
          <w:rFonts w:ascii="Courier New" w:hAnsi="Courier New"/>
          <w:color w:val="555555"/>
          <w:sz w:val="20"/>
        </w:rPr>
        <w:t>[30]</w:t>
      </w:r>
    </w:p>
    <w:p>
      <w:r>
        <w:rPr>
          <w:rFonts w:ascii="Gentium Plus" w:hAnsi="Gentium Plus"/>
          <w:sz w:val="24"/>
        </w:rPr>
        <w:t>ἐμοὶ οὐκ ἔχει οὐδέν. Ἐπειδὴ δὲ πολλοὶ ἄρχοντες, οἱ ἐθνάρχαι τινὲς, διατε‐ ταγμένοι πρὸς φυλακὴν καὶ διατήρησιν τοῦ ὑφ’ ἑαυτῶν ἑκάστου ἔθνους, καθ’ ἅ φησιν ὁ Μωϋσῆς ἐν τῇ ᾠδῇ· Ὅτε διεμέριζεν ὁ Ὕψιστος ἔθνη, ὡς διέσπειρεν υἱοὺς Ἀδὰμ,</w:t>
      </w:r>
    </w:p>
    <w:p>
      <w:r>
        <w:rPr>
          <w:rFonts w:ascii="Courier New" w:hAnsi="Courier New"/>
          <w:color w:val="555555"/>
          <w:sz w:val="20"/>
        </w:rPr>
        <w:t>[35]</w:t>
      </w:r>
    </w:p>
    <w:p>
      <w:r>
        <w:rPr>
          <w:rFonts w:ascii="Gentium Plus" w:hAnsi="Gentium Plus"/>
          <w:sz w:val="24"/>
        </w:rPr>
        <w:t>ἔστησεν ὅρια ἐθνῶν κατὰ ἀριθμὸν Ἀγγέλων Θεοῦ. Καὶ πάλιν ὁ Ἀπόστολός φησι· Σοφίαν δὲ λαλοῦμεν, οὐ τοῦ αἰῶνος τούτου, οὐδὲ τῶν ἀρχόντων τοῦ αἰῶνος τούτου· ἀλλὰ λα‐ λοῦμεν Θεοῦ σοφίαν, ἣν οὐδεὶς τῶν ἀρχόντων τοῦ αἰῶνος</w:t>
      </w:r>
    </w:p>
    <w:p>
      <w:r>
        <w:rPr>
          <w:rFonts w:ascii="Courier New" w:hAnsi="Courier New"/>
          <w:color w:val="555555"/>
          <w:sz w:val="20"/>
        </w:rPr>
        <w:t>[40]</w:t>
      </w:r>
    </w:p>
    <w:p>
      <w:r>
        <w:rPr>
          <w:rFonts w:ascii="Gentium Plus" w:hAnsi="Gentium Plus"/>
          <w:sz w:val="24"/>
        </w:rPr>
        <w:t>σῶν καὶ ἄρχων Ἑλλήνων ἀναγέγραπται. Λέγει γὰρ πρὸς αὐτὸν ὁ Ἄγγελος· Καὶ ἐγὼ ἦλθον ἐν τοῖς λόγοις σου. Καὶ ὁ ἄρχων τῆς βασιλείας Περσῶν εἱστήκει ἐξεναντίας μου. Καὶ ἰδοὺ Μιχαὴλ, εἷς τῶν ἀρχόντων τῶν πρώτων, ἦλθε βοηθῆσαί μοι, καὶ αὐτὸν κατέλιπον ἐκεῖ, μετὰ τοῦ ἄρχοντος</w:t>
      </w:r>
    </w:p>
    <w:p>
      <w:r>
        <w:rPr>
          <w:rFonts w:ascii="Courier New" w:hAnsi="Courier New"/>
          <w:color w:val="555555"/>
          <w:sz w:val="20"/>
        </w:rPr>
        <w:t>[45]</w:t>
      </w:r>
    </w:p>
    <w:p>
      <w:r>
        <w:rPr>
          <w:rFonts w:ascii="Gentium Plus" w:hAnsi="Gentium Plus"/>
          <w:sz w:val="24"/>
        </w:rPr>
        <w:t>βασιλείας Περσῶν. Καὶ μετ’ ὀλίγα· Καὶ ἐγὼ ἐξεπορευόμην (φησὶ) καὶ ὁ ἄρχων τῶν Ἑλλήνων ἤρχετο. Μήποτε οὖν ἐὰν ᾖ ταῦτα ἐκ προσώπου διαβόλου λεγόμενα, ἡ ὑπερηφανία αὐτοῦ οὐ κατὰ ἀνθρώπων, ἀλλὰ κατὰ νοητῶν ἤ τινων δυ‐ νάμεων γινομένη.</w:t>
      </w:r>
    </w:p>
    <w:p>
      <w:r>
        <w:rPr>
          <w:rFonts w:ascii="Courier New" w:hAnsi="Courier New"/>
          <w:color w:val="555555"/>
          <w:sz w:val="20"/>
        </w:rPr>
        <w:t>[10 . 242]</w:t>
      </w:r>
    </w:p>
    <w:p>
      <w:r>
        <w:rPr>
          <w:rFonts w:ascii="Gentium Plus" w:hAnsi="Gentium Plus"/>
          <w:sz w:val="24"/>
        </w:rPr>
        <w:t>Μὴ δοξασθήσεται ἀξίνη ἄνευ τοῦ κόπτοντος ἐν αὐτῇ; ἢ ὑψωθήσεται πρίων ἄνευ τοῦ ἕλκοντος αὐτόν; ὡσαύ‐ τως ἄν τις ἄρῃ ῥάβδον, ἢ ξύλον. Ἐλεγκτικὸς τῆς ὑπερηφανίας τοῦ ἄρχοντος τῶν Ἀσσυ‐</w:t>
      </w:r>
    </w:p>
    <w:p>
      <w:r>
        <w:rPr>
          <w:rFonts w:ascii="Courier New" w:hAnsi="Courier New"/>
          <w:color w:val="555555"/>
          <w:sz w:val="20"/>
        </w:rPr>
        <w:t>[5]</w:t>
      </w:r>
    </w:p>
    <w:p>
      <w:r>
        <w:rPr>
          <w:rFonts w:ascii="Gentium Plus" w:hAnsi="Gentium Plus"/>
          <w:sz w:val="24"/>
        </w:rPr>
        <w:t>ρίων ὁ λόγος. Τί φρονεῖς ἐπὶ σεαυτῷ, ὡς κόπτοντι ἔθνη καὶ καθαιροῦντι τὰς δυναστείας τῶν πόλεων; Ἢ οὕτω γὰρ καὶ ἡ ἀξίνη μέγα φρονοίη, ὡς τὰ ὑπέρογκα τῶν δένδρων εἰς γῆν καταβάλλουσα, καὶ ὁ πρίων, ὡς τὰ συνεστῶτα καὶ ἡνω‐ μένα τῶν ξύλων διαιρῶν. Ἀλλ’ οὔτε ἡ ἀξίνη ἄνευ τῶν χειρῶν</w:t>
      </w:r>
    </w:p>
    <w:p>
      <w:r>
        <w:rPr>
          <w:rFonts w:ascii="Courier New" w:hAnsi="Courier New"/>
          <w:color w:val="555555"/>
          <w:sz w:val="20"/>
        </w:rPr>
        <w:t>[10]</w:t>
      </w:r>
    </w:p>
    <w:p>
      <w:r>
        <w:rPr>
          <w:rFonts w:ascii="Gentium Plus" w:hAnsi="Gentium Plus"/>
          <w:sz w:val="24"/>
        </w:rPr>
        <w:t>κόπτει, οὔτε ὁ πρίων ἄνευ τοῦ ἕλκοντος αὐτὸν καὶ εἰς χρείαν τινὰ τεχνικῶς καθαιροῦντος τὰ ξύλα, δύναται πρίζειν. Ἐπαινετὸς δὲ εἴπερ ἄρα ὁ τῇ ἀξίνῃ κεχρημένος, καὶ ὁ τὸν πρίονα ἕλκων ἐπιστημόνως. Οὕτως οὐδὲ τὸ ξύλον, ὃ εἰς σκῆπτρον μετεσχηματίσθη, τὴν τοῦ κρατεῖν, ἀξίαν ὀφείλει</w:t>
      </w:r>
    </w:p>
    <w:p>
      <w:r>
        <w:rPr>
          <w:rFonts w:ascii="Courier New" w:hAnsi="Courier New"/>
          <w:color w:val="555555"/>
          <w:sz w:val="20"/>
        </w:rPr>
        <w:t>[15]</w:t>
      </w:r>
    </w:p>
    <w:p>
      <w:r>
        <w:rPr>
          <w:rFonts w:ascii="Gentium Plus" w:hAnsi="Gentium Plus"/>
          <w:sz w:val="24"/>
        </w:rPr>
        <w:t>καρποῦσθαι, ἀλλ’ ὁ ταῦτα μεταχειριζόμενος, εἰς σύμβολον</w:t>
      </w:r>
    </w:p>
    <w:p>
      <w:r>
        <w:rPr>
          <w:rFonts w:ascii="Courier New" w:hAnsi="Courier New"/>
          <w:color w:val="555555"/>
          <w:sz w:val="20"/>
        </w:rPr>
        <w:t>[20]</w:t>
      </w:r>
    </w:p>
    <w:p>
      <w:r>
        <w:rPr>
          <w:rFonts w:ascii="Gentium Plus" w:hAnsi="Gentium Plus"/>
          <w:sz w:val="24"/>
        </w:rPr>
        <w:t>αὐτοῦ ἐνεργουμένην παίδευσιν. —Ὡς οὖν ἐπὶ τῶν δικασ‐ τηρίων οἱ δήμιοι ἐπὶ τῷ κολάζειν τεταγμένοι οὐχὶ κύριοι τιμωρίας εἰσὶν, οὐδὲ τῇ ἑαυτῶν ἰσχύϊ ἢ ἐξουσίᾳ τι ποι‐ οῦσιν, ἀλλ’ ἅπερ ἂν αὐτοῖς παρὰ τῶν νόμων ἐπιτραπῇ, οὕτω καὶ Ἀσσύριοι, οὐκ ἰσχυρὸν ἔθνος, οὐδὲ ἀφ’ ἑαυτοῦ</w:t>
      </w:r>
    </w:p>
    <w:p>
      <w:r>
        <w:rPr>
          <w:rFonts w:ascii="Courier New" w:hAnsi="Courier New"/>
          <w:color w:val="555555"/>
          <w:sz w:val="20"/>
        </w:rPr>
        <w:t>[25]</w:t>
      </w:r>
    </w:p>
    <w:p>
      <w:r>
        <w:rPr>
          <w:rFonts w:ascii="Gentium Plus" w:hAnsi="Gentium Plus"/>
          <w:sz w:val="24"/>
        </w:rPr>
        <w:t>ἐνεργεῖν τι δυνάμενον, ἀλλὰ κατὰ τὸ ἐνδεδομένον αὐτῷ μέτρον παρὰ τοῦ θεραπευτοῦ τῶν ἡμαρτηκότων, ταῖς ἐπὶ τὸ κακοῦν κέχρηται ἐνεργείαις.</w:t>
      </w:r>
    </w:p>
    <w:p>
      <w:r>
        <w:rPr>
          <w:rFonts w:ascii="Courier New" w:hAnsi="Courier New"/>
          <w:color w:val="555555"/>
          <w:sz w:val="20"/>
        </w:rPr>
        <w:t>[10 . 243]</w:t>
      </w:r>
    </w:p>
    <w:p>
      <w:r>
        <w:rPr>
          <w:rFonts w:ascii="Gentium Plus" w:hAnsi="Gentium Plus"/>
          <w:sz w:val="24"/>
        </w:rPr>
        <w:t>Καὶ οὐχ οὕτως, ἀλλ’ ἀποστελεῖ Κύριος Σαβαὼθ εἰς τὴν σὴν τιμὴν ἀτιμίαν, καὶ εἰς τὴν σὴν δόξαν πῦρ καιόμενον καυθήσεται. Καὶ ἔσται τὸ φῶς τοῦ Ἰσραὴλ εἰς πῦρ καὶ ἁγιάσει αὐτὸν ἐν πυρὶ καιομένῳ καὶ φάγεται, ὡσεὶ χόρτον</w:t>
      </w:r>
    </w:p>
    <w:p>
      <w:r>
        <w:rPr>
          <w:rFonts w:ascii="Courier New" w:hAnsi="Courier New"/>
          <w:color w:val="555555"/>
          <w:sz w:val="20"/>
        </w:rPr>
        <w:t>[5]</w:t>
      </w:r>
    </w:p>
    <w:p>
      <w:r>
        <w:rPr>
          <w:rFonts w:ascii="Gentium Plus" w:hAnsi="Gentium Plus"/>
          <w:sz w:val="24"/>
        </w:rPr>
        <w:t>τὴν ὕλην. Αὕτη ἡ ἀντιμισθία τῆς ἀλόγου ὑπερηφανίας. Ἐπειδὴ νοῦν μέγαν ἑαυτὸν ἀποσεμνύνων ἔλεγες καὶ τῷ ὕψει τῆς δόξης τῶν ὀφθαλμῶν ἐπηγάλλου, Ἀποστελεῖ Κύριος ἀτι‐ μίαν εἰς τὴν σὴν τιμὴν, πῦρ δὲ εἰς τὴν δόξαν σου. Ἐπειδὴ</w:t>
      </w:r>
    </w:p>
    <w:p>
      <w:r>
        <w:rPr>
          <w:rFonts w:ascii="Courier New" w:hAnsi="Courier New"/>
          <w:color w:val="555555"/>
          <w:sz w:val="20"/>
        </w:rPr>
        <w:t>[10]</w:t>
      </w:r>
    </w:p>
    <w:p>
      <w:r>
        <w:rPr>
          <w:rFonts w:ascii="Gentium Plus" w:hAnsi="Gentium Plus"/>
          <w:sz w:val="24"/>
        </w:rPr>
        <w:t>γὰρ ἀφαιρεῖσθαι ἠπείλεις ὅρια ἐθνῶν καὶ σείειν πόλεις κατοικουμένας καὶ καταλήψεσθαι τὴν ὅλην οἰκουμένην ὡς νοσσιὰν καὶ ὡς ὠὰ ἐγκαταλελειμμένα αἴρειν, μηδενὸς δια‐</w:t>
      </w:r>
    </w:p>
    <w:p>
      <w:r>
        <w:rPr>
          <w:rFonts w:ascii="Courier New" w:hAnsi="Courier New"/>
          <w:color w:val="555555"/>
          <w:sz w:val="20"/>
        </w:rPr>
        <w:t>[15]</w:t>
      </w:r>
    </w:p>
    <w:p>
      <w:r>
        <w:rPr>
          <w:rFonts w:ascii="Gentium Plus" w:hAnsi="Gentium Plus"/>
          <w:sz w:val="24"/>
        </w:rPr>
        <w:t>Περιστραφήσεται (φησὶ) τῶν πραγμάτων ἡ κατάστασις, καὶ ἐν λαμπρότητι (φησὶν) ἔσται ὁ Ἰσραὴλ (ὁ νῦν τεταπεινωμέ‐ νος καὶ σοὶ παραδεδομένος διὰ τὴν ἁμαρτίαν εἰς κόλασιν). Ἡ οὖν ἐκείνου περιφάνεια εἰς ἀφανισμόν σοι γενήσεται. —Ἔσται γὰρ (φησὶ) τὸ φῶς τοῦ Ἰσραὴλ εἰς πῦρ. Καὶ δύο</w:t>
      </w:r>
    </w:p>
    <w:p>
      <w:r>
        <w:rPr>
          <w:rFonts w:ascii="Courier New" w:hAnsi="Courier New"/>
          <w:color w:val="555555"/>
          <w:sz w:val="20"/>
        </w:rPr>
        <w:t>[20]</w:t>
      </w:r>
    </w:p>
    <w:p>
      <w:r>
        <w:rPr>
          <w:rFonts w:ascii="Gentium Plus" w:hAnsi="Gentium Plus"/>
          <w:sz w:val="24"/>
        </w:rPr>
        <w:t>ἐνεργειῶν οὐσῶν περὶ τὸ πῦρ (τῆς τε φωτιστικῆς καὶ τῆς καυστικῆς) τὸ μὲν γλυκὺ καὶ χαρίεν τοῦ πυρὸς τῷ Ἰσραὴλ παραμενεῖ, φωτίζον αὐτὸν καὶ περιλάμπον· τὸ δὲ πικρὸν καὶ κατώδυνον, ἐπὶ τὸν ὑπερήφανον καταμερισθήσεται, καῖον αὐτὸν καὶ ἀπαραμυθήτῳ πόνῳ διὰ τῆς καύσεως πα‐</w:t>
      </w:r>
    </w:p>
    <w:p>
      <w:r>
        <w:rPr>
          <w:rFonts w:ascii="Courier New" w:hAnsi="Courier New"/>
          <w:color w:val="555555"/>
          <w:sz w:val="20"/>
        </w:rPr>
        <w:t>[25]</w:t>
      </w:r>
    </w:p>
    <w:p>
      <w:r>
        <w:rPr>
          <w:rFonts w:ascii="Gentium Plus" w:hAnsi="Gentium Plus"/>
          <w:sz w:val="24"/>
        </w:rPr>
        <w:t>ραδιδοῦν. Καὶ ἁγιάσει αὐτὸν ἐν πυρὶ καιομένῳ καὶ φάγεται ὡσεὶ χόρτον τὴν ὕλην. Δείκνυσι τὴν φύσιν τοῦ πυρὸς, ὅτι καθαρτική. Ἁγιάσει γὰρ αὐτὸν, ὡς ἐν πυρὶ καιομένῳ. Πῶς δὲ ἁγιάζει τὸ πῦρ; Ἐπειδὰν φάγῃ τὴν ὕλην, ὡς χόρτον.</w:t>
      </w:r>
    </w:p>
    <w:p>
      <w:r>
        <w:rPr>
          <w:rFonts w:ascii="Courier New" w:hAnsi="Courier New"/>
          <w:color w:val="555555"/>
          <w:sz w:val="20"/>
        </w:rPr>
        <w:t>[30]</w:t>
      </w:r>
    </w:p>
    <w:p>
      <w:r>
        <w:rPr>
          <w:rFonts w:ascii="Gentium Plus" w:hAnsi="Gentium Plus"/>
          <w:sz w:val="24"/>
        </w:rPr>
        <w:t>Ἐπεὶ οὖν Ὁ Θεὸς ἡμῶν πῦρ καταναλίσκον ἐστὶ, κατανα‐ λώσει (δηλονότι) τὴν ὕλην καὶ τὰ ἀπὸ ὕλης ἐλθόντα πάθη, οὐ τῇ μὲν ἐν πνεύματι, ἀλλ’ ἐν σαρκὶ διατριβούσῃ ψυχῇ. — Ἰστέον δὲ, ὅτι οἱ ἀκριβολογούμενοι περὶ τὰ σημαινόμενα τὴν δόξαν ἀπὸ τοῦ κλέους διώρισαν· καὶ φασὶ τὴν μὲν δόξαν</w:t>
      </w:r>
    </w:p>
    <w:p>
      <w:r>
        <w:rPr>
          <w:rFonts w:ascii="Courier New" w:hAnsi="Courier New"/>
          <w:color w:val="555555"/>
          <w:sz w:val="20"/>
        </w:rPr>
        <w:t>[35]</w:t>
      </w:r>
    </w:p>
    <w:p>
      <w:r>
        <w:rPr>
          <w:rFonts w:ascii="Gentium Plus" w:hAnsi="Gentium Plus"/>
          <w:sz w:val="24"/>
        </w:rPr>
        <w:t>εἶναι τὸν ἀπὸ τῶν πολλῶν ἔπαινον, τὸ δὲ κλέος, τὸν ἀπὸ τῶν ἀγαθῶν ἔπαινον. Ὁμοίως καὶ τὴν τιμὴν διαιροῦσι, φάσκοντες τὴν μὲν ἀστείαν τινὰ εἶναι καὶ ἐπὶ τὸν σπου‐ δαῖον πίπτειν, γέρως οὖσαν ἀξίωσιν· τὸ δὲ γέρας ἆθλον ἀρετῆς τίθενται· τὴν δέ τινα τιμὴν παρὰ τῶν τυχόντων, τοῖς</w:t>
      </w:r>
    </w:p>
    <w:p>
      <w:r>
        <w:rPr>
          <w:rFonts w:ascii="Courier New" w:hAnsi="Courier New"/>
          <w:color w:val="555555"/>
          <w:sz w:val="20"/>
        </w:rPr>
        <w:t>[40]</w:t>
      </w:r>
    </w:p>
    <w:p>
      <w:r>
        <w:rPr>
          <w:rFonts w:ascii="Gentium Plus" w:hAnsi="Gentium Plus"/>
          <w:sz w:val="24"/>
        </w:rPr>
        <w:t>οὐ πάνυ ἀποδεκτῶς γεγενημένοις ἀντίδοσιν.</w:t>
      </w:r>
    </w:p>
    <w:p>
      <w:r>
        <w:rPr>
          <w:rFonts w:ascii="Courier New" w:hAnsi="Courier New"/>
          <w:color w:val="555555"/>
          <w:sz w:val="20"/>
        </w:rPr>
        <w:t>[10 . 244]</w:t>
      </w:r>
    </w:p>
    <w:p>
      <w:r>
        <w:rPr>
          <w:rFonts w:ascii="Gentium Plus" w:hAnsi="Gentium Plus"/>
          <w:sz w:val="24"/>
        </w:rPr>
        <w:t>Τῇ ἡμέρᾳ ἐκείνῃ ἀποσβεσθήσεται τὰ ὄρη καὶ οἱ βουνοὶ καὶ οἱ δρυμοὶ, καὶ καταφάγεται ἀπὸ ψυχῆς ἕως σαρκῶν. Μετὰ τὸ ἀποστεῖλαι Κύριον Σαβαὼθ εἰς τὴν τιμὴν</w:t>
      </w:r>
    </w:p>
    <w:p>
      <w:r>
        <w:rPr>
          <w:rFonts w:ascii="Courier New" w:hAnsi="Courier New"/>
          <w:color w:val="555555"/>
          <w:sz w:val="20"/>
        </w:rPr>
        <w:t>[5]</w:t>
      </w:r>
    </w:p>
    <w:p>
      <w:r>
        <w:rPr>
          <w:rFonts w:ascii="Gentium Plus" w:hAnsi="Gentium Plus"/>
          <w:sz w:val="24"/>
        </w:rPr>
        <w:t>τοῦ ἄρχοντος τῶν Ἀσσυρίων ἀτιμίαν καὶ εἰς τὴν δόξαν αὐτοῦ πῦρ καιόμενον, καὶ μετὰ τὸ γενέσθαι τὸ φῶς τοῦ Ἰσραὴλ εἰς πῦρ τῷ Ἀσσυρίῳ (ἵνα ὁ μὴ ἁγιασθεὶς ἐν τῇ λαμπρότητι τοῦ φωτὸς, καθαρθῇ διὰ τῆς καύσεως τοῦ πυ‐ ρὸς, τῆς ἐνεργουμένης ἐπὶ καθάρσει, καὶ κατεσθιούσης ὡς</w:t>
      </w:r>
    </w:p>
    <w:p>
      <w:r>
        <w:rPr>
          <w:rFonts w:ascii="Courier New" w:hAnsi="Courier New"/>
          <w:color w:val="555555"/>
          <w:sz w:val="20"/>
        </w:rPr>
        <w:t>[10]</w:t>
      </w:r>
    </w:p>
    <w:p>
      <w:r>
        <w:rPr>
          <w:rFonts w:ascii="Gentium Plus" w:hAnsi="Gentium Plus"/>
          <w:sz w:val="24"/>
        </w:rPr>
        <w:t>χόρτον τὴν ἐνυπάρχουσαν ὕλην τῶν ἁμαρτημάτων) τότε λοιπὸν, ἀναλωθείσης τῆς ὕλης τῆς ἐξαπτούσης τὴν κολα‐ στικὴν φλόγα, παυθήσεται (φησὶ) τὰ ὄρη καιόμενα καὶ οἱ βουνοὶ καὶ οἱ δρυμοὶ, καὶ λήξει τὸ πῦρ τοῦ ἐμπρησμοῦ κα‐ τεσθίον τὰ πάντα καὶ ἐπιβοσκόμενον, τὴν μὲν ἀρχὴν ἀπὸ</w:t>
      </w:r>
    </w:p>
    <w:p>
      <w:r>
        <w:rPr>
          <w:rFonts w:ascii="Courier New" w:hAnsi="Courier New"/>
          <w:color w:val="555555"/>
          <w:sz w:val="20"/>
        </w:rPr>
        <w:t>[15]</w:t>
      </w:r>
    </w:p>
    <w:p>
      <w:r>
        <w:rPr>
          <w:rFonts w:ascii="Gentium Plus" w:hAnsi="Gentium Plus"/>
          <w:sz w:val="24"/>
        </w:rPr>
        <w:t>ψυχῆς ποιούμενον, φθάνον δὲ ἕως τῶν σαρκῶν. —Οὐδενὶ δὲ ἄγνωστον ἡ συνήθεια τῆς Γραφῆς, ὅτι τοὺς ἐν προτερήμασί τισι γενομένους καὶ ὅσον ἐπὶ τῇ κατασκευῇ πλεῖόν τι τῶν πολλῶν ἔχοντας, ὄρη εἴωθε προσαγορεύειν καὶ βουνούς· τοὺς δὲ ἀκάρπους καὶ εἰκῆ ἀλλήλοις συμπεφυρμένους, οἱονεὶ αὐτό‐</w:t>
      </w:r>
    </w:p>
    <w:p>
      <w:r>
        <w:rPr>
          <w:rFonts w:ascii="Courier New" w:hAnsi="Courier New"/>
          <w:color w:val="555555"/>
          <w:sz w:val="20"/>
        </w:rPr>
        <w:t>[20]</w:t>
      </w:r>
    </w:p>
    <w:p>
      <w:r>
        <w:rPr>
          <w:rFonts w:ascii="Gentium Plus" w:hAnsi="Gentium Plus"/>
          <w:sz w:val="24"/>
        </w:rPr>
        <w:t>ματόν τινα καὶ ἀτελῆ ζωὴν ἔχοντας, ἀλλ’ οὐχὶ ἐκ τῆς φυτεί‐ ας τοῦ ἀληθινοῦ γεωργοῦ πεφυτευμένους, δρυμοὺς ὀνομάζει. Πάντων μέντοι τὸ πῦρ ἅπτεται, ἀρξάμενον ἀπὸ ψυχῆς, λῆγον δὲ ἐπὶ τὰς σάρκας. Τὰ μὲν γὰρ μέχρι ἐνθυμή‐ σεων στάντα ἁμαρτήματα (ὁποῖόν ἐστι τὸ μοιχεῦσαι ἐν τῇ</w:t>
      </w:r>
    </w:p>
    <w:p>
      <w:r>
        <w:rPr>
          <w:rFonts w:ascii="Courier New" w:hAnsi="Courier New"/>
          <w:color w:val="555555"/>
          <w:sz w:val="20"/>
        </w:rPr>
        <w:t>[25]</w:t>
      </w:r>
    </w:p>
    <w:p>
      <w:r>
        <w:rPr>
          <w:rFonts w:ascii="Gentium Plus" w:hAnsi="Gentium Plus"/>
          <w:sz w:val="24"/>
        </w:rPr>
        <w:t>καρδίᾳ ἑαυτοῦ) ἐν ψυχῇ ἐστιν ὕλη, ἀξία τοῦ ὑπὸ πυρὸς κατα‐ βρωθῆναι· τὰ δὲ καὶ μέχρι τῶν ἔργων φθάσαντα, νεμη‐ θέντων τῶν ἁμαρτημάτων ἐπὶ τὰς διὰ σαρκὸς καὶ πράξεως ἐνεργείας, ταῦτα ὑπολαμβάνω ἁμαρτήματα εἶναι. Ἀρξά‐ μενοι μὲν γὰρ ἀπὸ ψυχῆς, λήγοντες δὲ ἐν τῇ καρδίᾳ, οὐδὲ</w:t>
      </w:r>
    </w:p>
    <w:p>
      <w:r>
        <w:rPr>
          <w:rFonts w:ascii="Courier New" w:hAnsi="Courier New"/>
          <w:color w:val="555555"/>
          <w:sz w:val="20"/>
        </w:rPr>
        <w:t>[30]</w:t>
      </w:r>
    </w:p>
    <w:p>
      <w:r>
        <w:rPr>
          <w:rFonts w:ascii="Gentium Plus" w:hAnsi="Gentium Plus"/>
          <w:sz w:val="24"/>
        </w:rPr>
        <w:t>μέχρις αὐτῆς περιορίζονται οἱ πονηροὶ διαλογισμοί· ἀλλ’ ἐξέρ‐ χονται καὶ οἱονεὶ διακύπτουσι, περῶντες τὴν σάρκα καὶ ἐκφαινόμενοι πρὸς τὰ ἔξω. —Εἰ γὰρ φόνον ἐνεθυμήθη μέν τις ποιῆσαι, οὐκ ἔπραξε δὲ, οὐκ ἐξῆλθεν ὁ φόνος ἀπὸ τῆς καρδίας. Καὶ ὁ ἐμβλέψας γυναικὶ πρὸς τὸ ἐπιθυμῆσαι,</w:t>
      </w:r>
    </w:p>
    <w:p>
      <w:r>
        <w:rPr>
          <w:rFonts w:ascii="Courier New" w:hAnsi="Courier New"/>
          <w:color w:val="555555"/>
          <w:sz w:val="20"/>
        </w:rPr>
        <w:t>[35]</w:t>
      </w:r>
    </w:p>
    <w:p>
      <w:r>
        <w:rPr>
          <w:rFonts w:ascii="Gentium Plus" w:hAnsi="Gentium Plus"/>
          <w:sz w:val="24"/>
        </w:rPr>
        <w:t>μὴ φθείρας δὲ τὸν ναὸν τοῦ Θεοῦ, μηδὲ ποιήσας τὰ μέλη τοῦ Χριστοῦ πόρνης μέλη, οἱονεὶ ὅριον τῆς ἁμαρτίας ἑαυτοῦ τὴν καρδίαν ἐποίησεν· ὥστε οὐκ ἐξῆλθεν ἀπὸ τῆς καρδίας τοῦ τοιούτου ὁ πονηρὸς διαλογισμός. Οὕτω καὶ περὶ κλοπῆς ἔστιν εἰπεῖν καὶ περὶ εἰδωλολατρείας καὶ φαρμακείας καὶ</w:t>
      </w:r>
    </w:p>
    <w:p>
      <w:r>
        <w:rPr>
          <w:rFonts w:ascii="Courier New" w:hAnsi="Courier New"/>
          <w:color w:val="555555"/>
          <w:sz w:val="20"/>
        </w:rPr>
        <w:t>[40]</w:t>
      </w:r>
    </w:p>
    <w:p>
      <w:r>
        <w:rPr>
          <w:rFonts w:ascii="Gentium Plus" w:hAnsi="Gentium Plus"/>
          <w:sz w:val="24"/>
        </w:rPr>
        <w:t>ὅσα ἄλλα εἴδη ἁμαρτημάτων, ὅταν μὴ στέγηται ὑπὸ τοῦ σώματος, ἀλλ’ ὥσπερ ὑπὸ ἀγγείου ἀραιοῦ ῥέοντα, φέρηται πρὸς τὰ ἔξω.</w:t>
      </w:r>
    </w:p>
    <w:p>
      <w:r>
        <w:rPr>
          <w:rFonts w:ascii="Courier New" w:hAnsi="Courier New"/>
          <w:color w:val="555555"/>
          <w:sz w:val="20"/>
        </w:rPr>
        <w:t>[10 . 245]</w:t>
      </w:r>
    </w:p>
    <w:p>
      <w:r>
        <w:rPr>
          <w:rFonts w:ascii="Gentium Plus" w:hAnsi="Gentium Plus"/>
          <w:sz w:val="24"/>
        </w:rPr>
        <w:t>Καὶ ἔσται ὁ φεύγων, ὡς ὁ φεύγων ἀπὸ φλογὸς καιο‐ μένης. Καὶ οἱ καταλειφθέντες ἀπ’ αὐτῶν, ἔσονται ἀριθμὸς, καὶ παιδίον γράψει αὐτούς. Μετὰ τὸν ἐμπρησμὸν, τὸν ἀπὸ τοῦ πυρὸς, τοῖς ὄρεσι</w:t>
      </w:r>
    </w:p>
    <w:p>
      <w:r>
        <w:rPr>
          <w:rFonts w:ascii="Courier New" w:hAnsi="Courier New"/>
          <w:color w:val="555555"/>
          <w:sz w:val="20"/>
        </w:rPr>
        <w:t>[5]</w:t>
      </w:r>
    </w:p>
    <w:p>
      <w:r>
        <w:rPr>
          <w:rFonts w:ascii="Gentium Plus" w:hAnsi="Gentium Plus"/>
          <w:sz w:val="24"/>
        </w:rPr>
        <w:t>καὶ τοῖς βουνοῖς καὶ τοῖς δρυμοῖς ἐγγινόμενον, τὸ εὐα‐ ρίθμητον λέγει τῶν διασωζομένων. Καὶ οὕτω δὲ (φησὶν) εἰς ἀριθμὸν εὐσημείωτον περιστήσεται αὐτῶν τὸ πλῆθος, ὥστε καὶ ὑπὸ παιδίου, μὴ πάνυ τι μηδὲ πρὸς τὸ ἀριθ‐</w:t>
      </w:r>
    </w:p>
    <w:p>
      <w:r>
        <w:rPr>
          <w:rFonts w:ascii="Courier New" w:hAnsi="Courier New"/>
          <w:color w:val="555555"/>
          <w:sz w:val="20"/>
        </w:rPr>
        <w:t>[10]</w:t>
      </w:r>
    </w:p>
    <w:p>
      <w:r>
        <w:rPr>
          <w:rFonts w:ascii="Gentium Plus" w:hAnsi="Gentium Plus"/>
          <w:sz w:val="24"/>
        </w:rPr>
        <w:t>γραφῆναι. —Τάχα δὲ ὁ φεύγων ἀπὸ τοῦ ἐμπρησμοῦ, τῇ μετανοίᾳ φεύγει τὸν πονηρὸν βίον, καὶ τῇ ἐπιστροφῇ τὴν κολάζουσαν σάρκα ἀποδιδράσκει. Πᾶς γὰρ ὁ μετὰ τὸ κατα‐ ληφθῆναι ἐν ἁμαρτήμασι, συναισθόμενος ἑαυτοῦ ἀξίου ὄντος τῆς ἐν ῥάβδῳ καὶ μάστιγι ἐπιστροφῆς (φεύγων τὴν ἁμαρ‐</w:t>
      </w:r>
    </w:p>
    <w:p>
      <w:r>
        <w:rPr>
          <w:rFonts w:ascii="Courier New" w:hAnsi="Courier New"/>
          <w:color w:val="555555"/>
          <w:sz w:val="20"/>
        </w:rPr>
        <w:t>[15]</w:t>
      </w:r>
    </w:p>
    <w:p>
      <w:r>
        <w:rPr>
          <w:rFonts w:ascii="Gentium Plus" w:hAnsi="Gentium Plus"/>
          <w:sz w:val="24"/>
        </w:rPr>
        <w:t>τίαν, ὡς ὕλην κολάσεως) φεύγει ὡς ἀπὸ φλογὸς καιομένης. Καὶ τότε οἱ καταλειφθέντες ἔσονται ἀριθμὸς, οὐ μόνον διὰ τὸ εὐαρίθμητον (ὡς ἀποδεδώκαμεν) ἀλλὰ καὶ διὰ τὸ λοιπὸν ἄξιοι εἶναι εἰς ἀριθμὸν ἀναλαμβάνεσθαι Ὡς ἐν τῇ βίβλῳ τῶν Ἀριθμῶν εὑρήκαμεν, παιδία καὶ</w:t>
      </w:r>
    </w:p>
    <w:p>
      <w:r>
        <w:rPr>
          <w:rFonts w:ascii="Courier New" w:hAnsi="Courier New"/>
          <w:color w:val="555555"/>
          <w:sz w:val="20"/>
        </w:rPr>
        <w:t>[20]</w:t>
      </w:r>
    </w:p>
    <w:p>
      <w:r>
        <w:rPr>
          <w:rFonts w:ascii="Gentium Plus" w:hAnsi="Gentium Plus"/>
          <w:sz w:val="24"/>
        </w:rPr>
        <w:t>γυναῖκας καὶ γέροντας, ὅσοι τὴν ἄχρηστον ἐν πολέμοις ἔχουσιν ἡλικίαν, καὶ τὸν ἐπίμικτον (ὡς ἀλλότριον τοῦ Ἰσραὴλ) ἔξω ἀφιεμένους τοῦ ἀριθμεῖσθαι, ἀριθμουμένους δὲ τοὺς ἀπὸ εἰκο‐ σαετοῦς καὶ ἐπάνω, δυνατοὺς ἐν πολέμῳ. Καὶ οἱ πρωτότοκοι τοῦ Ἰσραὴλ πάντες ἀριθμοῦνται, ἀπὸ μηνιαίου καὶ ἐπάνω.</w:t>
      </w:r>
    </w:p>
    <w:p>
      <w:r>
        <w:rPr>
          <w:rFonts w:ascii="Courier New" w:hAnsi="Courier New"/>
          <w:color w:val="555555"/>
          <w:sz w:val="20"/>
        </w:rPr>
        <w:t>[25]</w:t>
      </w:r>
    </w:p>
    <w:p>
      <w:r>
        <w:rPr>
          <w:rFonts w:ascii="Gentium Plus" w:hAnsi="Gentium Plus"/>
          <w:sz w:val="24"/>
        </w:rPr>
        <w:t>Ὁμοίως καὶ οἱ Λευῖται, ἀπὸ μηνιαίου καὶ ἐπάνω· καὶ οἱ λειτουργοῦντες ἱερεῖς ἕως πεντήκοντα ἐτῶν ἀριθμοῦνται. Ποῖον δὲ παιδίον γράψει τοὺς τοιούτους (οὐχ ὁ ἀνὴρ, οὐδὲ ὁ πρεσβύτης); Οὐδεὶς ἀντερεῖ, τοὺς προεστῶτας ἐν τῇ Ἐκκλη‐ σίᾳ, διὰ τὸ ἐν ἀκακίᾳ διάγειν καὶ διὰ τὸ πιστεύεσθαι παρὰ τῶν</w:t>
      </w:r>
    </w:p>
    <w:p>
      <w:r>
        <w:rPr>
          <w:rFonts w:ascii="Courier New" w:hAnsi="Courier New"/>
          <w:color w:val="555555"/>
          <w:sz w:val="20"/>
        </w:rPr>
        <w:t>[30]</w:t>
      </w:r>
    </w:p>
    <w:p>
      <w:r>
        <w:rPr>
          <w:rFonts w:ascii="Gentium Plus" w:hAnsi="Gentium Plus"/>
          <w:sz w:val="24"/>
        </w:rPr>
        <w:t>ἡμαρτηκότων τὰ ἀπόῤῥητα, ὧν οὐδεὶς μάρτυς, εἰ μὴ ὁ τὰ κρυπτὰ ἑκάστου διερευνώμενος. Οὗτος γράψει τοὺς τοιούτους, οἱονεὶ ἐξαλειφθέντας διὰ τῆς ἁμαρτίας, πάλιν ἐγγράψει τοὺς τὸν ἐμπρησμὸν φυγόντας καὶ τὴν διὰ τῆς μετανοίας κάθαρσιν, οἱονεὶ πῦρ ἀναλωτικὸν τῆς ἐνυπαρχούσης ὕλης τῶν κακῶν,</w:t>
      </w:r>
    </w:p>
    <w:p>
      <w:r>
        <w:rPr>
          <w:rFonts w:ascii="Courier New" w:hAnsi="Courier New"/>
          <w:color w:val="555555"/>
          <w:sz w:val="20"/>
        </w:rPr>
        <w:t>[35]</w:t>
      </w:r>
    </w:p>
    <w:p>
      <w:r>
        <w:rPr>
          <w:rFonts w:ascii="Gentium Plus" w:hAnsi="Gentium Plus"/>
          <w:sz w:val="24"/>
        </w:rPr>
        <w:t>δεξαμένους· γράφει τοὺς τοιούτους.</w:t>
      </w:r>
    </w:p>
    <w:p>
      <w:r>
        <w:rPr>
          <w:rFonts w:ascii="Courier New" w:hAnsi="Courier New"/>
          <w:color w:val="555555"/>
          <w:sz w:val="20"/>
        </w:rPr>
        <w:t>[40]</w:t>
      </w:r>
    </w:p>
    <w:p>
      <w:r>
        <w:rPr>
          <w:rFonts w:ascii="Gentium Plus" w:hAnsi="Gentium Plus"/>
          <w:sz w:val="24"/>
        </w:rPr>
        <w:t>τὰ ὀνόματα τῶν ἐπιστρεφόντων ἀπὸ τῶν πονηρῶν ἔργων ἐν τῇ βίβλῳ τῶν οὐρανῶν. Χαίρετε γὰρ (φησὶν) ὅτι τὰ ὀνόματα ὑμῶν ἐγγέγραπται ἐν τοῖς οὐρανοῖς. Ποῖον οὖν παιδίον ἐν τοῖς οὐρανοῖς γράφειν τὰ ὀνόματα δύναται τῶν εὐδοκίμων, ἢ περὶ οὗ ἐλέχθη, ὅτι Παιδίον ἐγεννήθη ἡμῖν, Υἱὸς καὶ ἐδόθη</w:t>
      </w:r>
    </w:p>
    <w:p>
      <w:r>
        <w:rPr>
          <w:rFonts w:ascii="Courier New" w:hAnsi="Courier New"/>
          <w:color w:val="555555"/>
          <w:sz w:val="20"/>
        </w:rPr>
        <w:t>[45]</w:t>
      </w:r>
    </w:p>
    <w:p>
      <w:r>
        <w:rPr>
          <w:rFonts w:ascii="Gentium Plus" w:hAnsi="Gentium Plus"/>
          <w:sz w:val="24"/>
        </w:rPr>
        <w:t>ἡμῖν; Ἐκεῖνο, τὸ Παιδίον, ὃ οἱ Μάγοι προσεκύνησαν· ἐκεῖνο, ὃ κατῆλθεν εἰς Αἴγυπτον καὶ ἐπανῆλθε πάλιν εἰς τὴν γῆν Ἰσραήλ. Πολλῶν οὖν ἐπινοιῶν οὐσῶν τοῦ Κυρίου ἡμῶν καὶ Σωτῆρος Ἰησοῦ Χριστοῦ, ἕν ἐστι τῶν κατ’ αὐτὸν νοουμένων, καὶ τὸ Παιδίον, ὃ γράψει τοὺς προσερχομένους διὰ τῆς με‐</w:t>
      </w:r>
    </w:p>
    <w:p>
      <w:r>
        <w:rPr>
          <w:rFonts w:ascii="Courier New" w:hAnsi="Courier New"/>
          <w:color w:val="555555"/>
          <w:sz w:val="20"/>
        </w:rPr>
        <w:t>[10 . 245 (50)]</w:t>
      </w:r>
    </w:p>
    <w:p>
      <w:r>
        <w:rPr>
          <w:rFonts w:ascii="Gentium Plus" w:hAnsi="Gentium Plus"/>
          <w:sz w:val="24"/>
        </w:rPr>
        <w:t>τανοίας τῇ τοῦ Θεοῦ ἐπιγνώσει.</w:t>
      </w:r>
    </w:p>
    <w:p>
      <w:r>
        <w:rPr>
          <w:rFonts w:ascii="Courier New" w:hAnsi="Courier New"/>
          <w:color w:val="555555"/>
          <w:sz w:val="20"/>
        </w:rPr>
        <w:t>[10 . 246]</w:t>
      </w:r>
    </w:p>
    <w:p>
      <w:r>
        <w:rPr>
          <w:rFonts w:ascii="Gentium Plus" w:hAnsi="Gentium Plus"/>
          <w:sz w:val="24"/>
        </w:rPr>
        <w:t>Καὶ ἔσται ἐν τῇ ἡμέρᾳ ἐκείνῃ, οὐκέτι προστεθήσε‐ ται τὸ καταλειφθὲν τοῦ Ἰσραὴλ καὶ οἱ σωθέντες τοῦ Ἰακὼβ οὐκέτι μὴ πεποιθότες ὦσιν ἐπὶ τοὺς ἀδικήσαντας αὐτοὺς, ἀλλ’ ἔσονται πεποιθότες ἐπὶ τὸν Θεὸν, τὸν Ἅγιον τοῦ Ἰσραὴλ,</w:t>
      </w:r>
    </w:p>
    <w:p>
      <w:r>
        <w:rPr>
          <w:rFonts w:ascii="Courier New" w:hAnsi="Courier New"/>
          <w:color w:val="555555"/>
          <w:sz w:val="20"/>
        </w:rPr>
        <w:t>[5]</w:t>
      </w:r>
    </w:p>
    <w:p>
      <w:r>
        <w:rPr>
          <w:rFonts w:ascii="Gentium Plus" w:hAnsi="Gentium Plus"/>
          <w:sz w:val="24"/>
        </w:rPr>
        <w:t>τῇ ἀληθείᾳ. Καὶ ἔσται τὸ καταλειφθὲν τοῦ Ἰακὼβ ἐπὶ Θεὸν ἰσχύοντα. Σαφῶς ταῦτα ἐπὶ τοὺς ἀφισταμένους τῆς πονηρᾶς ἐργασίας καὶ μετατιθέντας ἐπὶ Θεὸν ζῶντα τὴν ἑαυτῶν ἐλπίδα, τὴν ἀναφορὰν ἔχει. Προστιθέμεθα δὲ οἱ ἁμαρ‐</w:t>
      </w:r>
    </w:p>
    <w:p>
      <w:r>
        <w:rPr>
          <w:rFonts w:ascii="Courier New" w:hAnsi="Courier New"/>
          <w:color w:val="555555"/>
          <w:sz w:val="20"/>
        </w:rPr>
        <w:t>[10]</w:t>
      </w:r>
    </w:p>
    <w:p>
      <w:r>
        <w:rPr>
          <w:rFonts w:ascii="Gentium Plus" w:hAnsi="Gentium Plus"/>
          <w:sz w:val="24"/>
        </w:rPr>
        <w:t>τάνοντες τοῖς πολεμίοις καὶ πεποίθαμεν ἐπὶ τοῖς ἀδι‐ κοῦσιν ἡμᾶς. Πονηρός τις περιέρχεται δαιμόνων στρατὸς,</w:t>
      </w:r>
    </w:p>
    <w:p>
      <w:r>
        <w:rPr>
          <w:rFonts w:ascii="Courier New" w:hAnsi="Courier New"/>
          <w:color w:val="555555"/>
          <w:sz w:val="20"/>
        </w:rPr>
        <w:t>[15]</w:t>
      </w:r>
    </w:p>
    <w:p>
      <w:r>
        <w:rPr>
          <w:rFonts w:ascii="Gentium Plus" w:hAnsi="Gentium Plus"/>
          <w:sz w:val="24"/>
        </w:rPr>
        <w:t>προδείξαντες ἐξηπάτησαν τοὺς παῖδας, καὶ πόῤῥω ποιή‐ σαντες τῶν ὀφθαλμῶν τῶν πατρικῶν, διὰ τῆς ἐν ὀλίγῳ τέρ‐ ψεως πικρὰν αὐτοῖς κατεσκεύασαν δουλείαν. Προστιθέντες οὖν κἀκεῖνοι τοῖς ἀδικοῦσι· καὶ ἡμεῖς, τῷ δελεάσματι τῆς ἡδονῆς προσέχοντες, μακρύνομεν ἑαυτοὺς ἀπὸ Θεοῦ καὶ</w:t>
      </w:r>
    </w:p>
    <w:p>
      <w:r>
        <w:rPr>
          <w:rFonts w:ascii="Courier New" w:hAnsi="Courier New"/>
          <w:color w:val="555555"/>
          <w:sz w:val="20"/>
        </w:rPr>
        <w:t>[20]</w:t>
      </w:r>
    </w:p>
    <w:p>
      <w:r>
        <w:rPr>
          <w:rFonts w:ascii="Gentium Plus" w:hAnsi="Gentium Plus"/>
          <w:sz w:val="24"/>
        </w:rPr>
        <w:t>τῇ βαρείᾳ τυραννίδι τοῦ ἀπαραιτήτου δαίμονος ἑαυτοὺς ὑποβάλλομεν· ὃς, ἐπειδὴ κατάκριτός ἐστι τῷ αἰωνίῳ πυρὶ, πολλοὺς φιλονεικεῖ ἔχειν τοὺς συγκαταδικαζομένους αὐτῷ. Περὶ οὖν τῶν μετανοούντων φησὶν, ὅτι οὐκέτι προστεθή‐</w:t>
      </w:r>
    </w:p>
    <w:p>
      <w:r>
        <w:rPr>
          <w:rFonts w:ascii="Courier New" w:hAnsi="Courier New"/>
          <w:color w:val="555555"/>
          <w:sz w:val="20"/>
        </w:rPr>
        <w:t>[25]</w:t>
      </w:r>
    </w:p>
    <w:p>
      <w:r>
        <w:rPr>
          <w:rFonts w:ascii="Gentium Plus" w:hAnsi="Gentium Plus"/>
          <w:sz w:val="24"/>
        </w:rPr>
        <w:t>σονται οἱ καταλειφθέντες καὶ οἱ σωθέντες, οὐδὲ μὴ ἐπελ‐ πίσωσιν ἐπὶ τοὺς ἀδικήσαντας, ἀλλ’ ἔσονται πεποιθότες ἐπὶ τὸν Θεὸν τὸν Ἅγιον τοῦ Ἰσραὴλ τῇ ἀληθείᾳ. —Μακάριος, ὁ πάσης ἐλπίδος τῶν κατὰ τὸν κόσμον τοῦτον ἑαυτὸν ἀποστή‐ σας καὶ μόνην ἔχων ἑαυτοῦ ἐλπίδα τὸν Θεόν· Ὡς γὰρ Ἐπι‐</w:t>
      </w:r>
    </w:p>
    <w:p>
      <w:r>
        <w:rPr>
          <w:rFonts w:ascii="Courier New" w:hAnsi="Courier New"/>
          <w:color w:val="555555"/>
          <w:sz w:val="20"/>
        </w:rPr>
        <w:t>[30]</w:t>
      </w:r>
    </w:p>
    <w:p>
      <w:r>
        <w:rPr>
          <w:rFonts w:ascii="Gentium Plus" w:hAnsi="Gentium Plus"/>
          <w:sz w:val="24"/>
        </w:rPr>
        <w:t>κατάρατος ἄνθρωπος, ὃς τὴν ἐλπίδα ἔχει ἐπ’ ἄνθρωπον, οὕτως εὐλογημένος ὁ ἐπιστηριζόμενος τῷ Κυρίῳ. —Μὴ μέν‐ τοι ἀργῶς παραδράμῃς τὴν προσθήκην· Ἔσονται γὰρ (φησὶ) πεποιθότες ἐπὶ τὸν Θεὸν, τὸν Ἅγιον τοῦ Ἰσραὴλ, τῇ ἀληθείᾳ. Οὐ γὰρ ἐπιδέχεται ἐπαμφοτερισμὸν ἡ εἰς Θεὸν ἐλπὶς, οὐδὲ</w:t>
      </w:r>
    </w:p>
    <w:p>
      <w:r>
        <w:rPr>
          <w:rFonts w:ascii="Courier New" w:hAnsi="Courier New"/>
          <w:color w:val="555555"/>
          <w:sz w:val="20"/>
        </w:rPr>
        <w:t>[35]</w:t>
      </w:r>
    </w:p>
    <w:p>
      <w:r>
        <w:rPr>
          <w:rFonts w:ascii="Gentium Plus" w:hAnsi="Gentium Plus"/>
          <w:sz w:val="24"/>
        </w:rPr>
        <w:t>καταδέχεται ὁ Κύριος ὁλόκληρον τὴν παρ’ ἑαυτοῦ παρέχειν βοήθειαν τῷ ποτὲ μὲν ἐπὶ χρήμασιν ἠλπικότι καὶ δόξῃ ἀνθρωπίνῃ καὶ δυνάμει τῇ κατὰ κόσμον, ποτὲ δὲ αὐτὸν ὡς ἐλπίδα ἑαυτοῦ προβαλλομένῳ· ἀλλὰ δεῖ ἀληθινῶς ἐπανα‐ παύεσθαι τῇ παρὰ τοῦ Θεοῦ βοηθείᾳ. —Καὶ ἔσται (φησὶ) τὸ</w:t>
      </w:r>
    </w:p>
    <w:p>
      <w:r>
        <w:rPr>
          <w:rFonts w:ascii="Courier New" w:hAnsi="Courier New"/>
          <w:color w:val="555555"/>
          <w:sz w:val="20"/>
        </w:rPr>
        <w:t>[40]</w:t>
      </w:r>
    </w:p>
    <w:p>
      <w:r>
        <w:rPr>
          <w:rFonts w:ascii="Gentium Plus" w:hAnsi="Gentium Plus"/>
          <w:sz w:val="24"/>
        </w:rPr>
        <w:t>καταλειφθὲν τοῦ Ἰακὼβ ἐπὶ Θεὸν ἰσχύοντα. Σαφῶς ταῦτα ἐπὶ τὸ παρὰ τοῦ Ἀποστόλου ὠνομασμένον Λεῖμμα κατ’ ἐκλο‐</w:t>
      </w:r>
    </w:p>
    <w:p>
      <w:r>
        <w:rPr>
          <w:rFonts w:ascii="Courier New" w:hAnsi="Courier New"/>
          <w:color w:val="555555"/>
          <w:sz w:val="20"/>
        </w:rPr>
        <w:t>[10 . 247]</w:t>
      </w:r>
    </w:p>
    <w:p>
      <w:r>
        <w:rPr>
          <w:rFonts w:ascii="Gentium Plus" w:hAnsi="Gentium Plus"/>
          <w:sz w:val="24"/>
        </w:rPr>
        <w:t>Καὶ ἐὰν γένηται ὁ λαὸς Ἰσραὴλ ὡς ἡ ἄμμος τῆς θαλάσσης, τὸ κατάλειμμα αὐτῶν σωθήσεται. Λόγον γὰρ συντελῶν καὶ συντέμνων ἐν δικαιοσύνῃ, ὅτι λόγον συντετμη‐ μένον ποιήσει Κύριος, ἐν τῇ οἰκουμένῃ ὅλῃ.</w:t>
      </w:r>
    </w:p>
    <w:p>
      <w:r>
        <w:rPr>
          <w:rFonts w:ascii="Courier New" w:hAnsi="Courier New"/>
          <w:color w:val="555555"/>
          <w:sz w:val="20"/>
        </w:rPr>
        <w:t>[5]</w:t>
      </w:r>
    </w:p>
    <w:p>
      <w:r>
        <w:rPr>
          <w:rFonts w:ascii="Gentium Plus" w:hAnsi="Gentium Plus"/>
          <w:sz w:val="24"/>
        </w:rPr>
        <w:t>Ὀλίγας λέξεις μετατιθεὶς, τούτῳ τῷ ῥητῷ ἐν τῇ πρὸς Ῥωμαίους Ἐπιστολῇ ὁ Ἀπόστολος συνεχρήσατο. Ἐὰν δέ τις ἐπιζητῇ τὴν αἰτίαν, δι’ ἣν τὰ μὲν παρῆκε, τὰ δὲ ἐνήλλαξεν ὁ Ἀπόστολος, ἐκεῖνο γινωσκέτω, ὅτι, Ἑβραῖος ὤν, οὐκ ἐδούλευσε ταῖς ἐκδόσεσιν, αἷς ἡμεῖς συγκεχρή‐</w:t>
      </w:r>
    </w:p>
    <w:p>
      <w:r>
        <w:rPr>
          <w:rFonts w:ascii="Courier New" w:hAnsi="Courier New"/>
          <w:color w:val="555555"/>
          <w:sz w:val="20"/>
        </w:rPr>
        <w:t>[10]</w:t>
      </w:r>
    </w:p>
    <w:p>
      <w:r>
        <w:rPr>
          <w:rFonts w:ascii="Gentium Plus" w:hAnsi="Gentium Plus"/>
          <w:sz w:val="24"/>
        </w:rPr>
        <w:t>μεθα· ἀλλ’ ἑρμηνεύσας τὸ ῥητὸν, ὡς αὐτῷ παρέστη, οὕτως ἐκδέδωκε. Καὶ γὰρ φαίνονται καὶ οἱ ἄλλοι μᾶλλον συνδραμόντες τῇ ἀποστολικῇ διηγήσει. Ἡ μέντοι διάνοια τοῦ ῥητοῦ τοιαύτη ἐστίν· Ἄνω εἴρηται, ὅτι καὶ παιδίον γράψει τοὺς διασωζομένους ἀπὸ τῆς ἁμαρτίας. Ἐνταῦθα</w:t>
      </w:r>
    </w:p>
    <w:p>
      <w:r>
        <w:rPr>
          <w:rFonts w:ascii="Courier New" w:hAnsi="Courier New"/>
          <w:color w:val="555555"/>
          <w:sz w:val="20"/>
        </w:rPr>
        <w:t>[15]</w:t>
      </w:r>
    </w:p>
    <w:p>
      <w:r>
        <w:rPr>
          <w:rFonts w:ascii="Gentium Plus" w:hAnsi="Gentium Plus"/>
          <w:sz w:val="24"/>
        </w:rPr>
        <w:t>μηδεὶς θαυμαζέτω (φησὶν) εἰ εἰς ὀλίγους περιστήσεται ὁ τοσοῦτος ἀριθμὸς τοῦ Ἰσραήλ. Μὴ πρόσεχε τῷ πλήθει τῶν ὀνομαζομένων θεοσεβῶν· ἐπεὶ πολλοῖς τὸ ὄνομα τοῦ Χριστοῦ, ὀλίγοις δὲ ἡ τῶν ἔργων μαρτυρία βεβαιοῖ τὴν προσηγορίαν. Ἐὰν γένηται ὁ λαὸς Ἰσραὴλ ὡς ἡ ἄμμος τῆς</w:t>
      </w:r>
    </w:p>
    <w:p>
      <w:r>
        <w:rPr>
          <w:rFonts w:ascii="Courier New" w:hAnsi="Courier New"/>
          <w:color w:val="555555"/>
          <w:sz w:val="20"/>
        </w:rPr>
        <w:t>[20]</w:t>
      </w:r>
    </w:p>
    <w:p>
      <w:r>
        <w:rPr>
          <w:rFonts w:ascii="Gentium Plus" w:hAnsi="Gentium Plus"/>
          <w:sz w:val="24"/>
        </w:rPr>
        <w:t>θαλάσσης, τὸ κατάλειμμα αὐτῶν σωθήσεται. Εἴρηται μὲν περὶ τοῦ προτέρου λαοῦ, ὅτι οὐκ ἐν τῷ πλήθει ἐστὶν ἡ σωτηρία, ἀλλ’ ἐν τῷ λείμματι, τῷ κατ’ ἐκλογὴν χά‐ ριτος σωζομένῳ. Τίς δὲ ὁ τρόπος τῆς σωτηρίας; Ὅτι Λόγον (φησὶ) συντελῶν καὶ συντέμνων ἐν δικαιοσύνῃ. Ὁ γὰρ ὅλον</w:t>
      </w:r>
    </w:p>
    <w:p>
      <w:r>
        <w:rPr>
          <w:rFonts w:ascii="Courier New" w:hAnsi="Courier New"/>
          <w:color w:val="555555"/>
          <w:sz w:val="20"/>
        </w:rPr>
        <w:t>[25]</w:t>
      </w:r>
    </w:p>
    <w:p>
      <w:r>
        <w:rPr>
          <w:rFonts w:ascii="Gentium Plus" w:hAnsi="Gentium Plus"/>
          <w:sz w:val="24"/>
        </w:rPr>
        <w:t>τὸ χάραγμα τὸ νομικὸν καὶ τὴν προφητικὴν διάταξιν ἐν τῇ βραχυλογίᾳ τοῦ Εὐαγγελίου περιλαβὼν καὶ ἐργαζόμενος τὸ παρὰ τοῦ Κυρίου αὐτῷ ὑποδειχθὲν, οὗτος σωθήσεται. Ἀγα‐ πήσεις γὰρ Κύριον τὸν Θεόν σου καὶ ἀγαπήσεις τὸν πλη‐ σίον σου ὡς σεαυτόν. Ἐν ταύταις ταῖς δυσὶν ἐντολαῖς ὅλος</w:t>
      </w:r>
    </w:p>
    <w:p>
      <w:r>
        <w:rPr>
          <w:rFonts w:ascii="Courier New" w:hAnsi="Courier New"/>
          <w:color w:val="555555"/>
          <w:sz w:val="20"/>
        </w:rPr>
        <w:t>[30]</w:t>
      </w:r>
    </w:p>
    <w:p>
      <w:r>
        <w:rPr>
          <w:rFonts w:ascii="Gentium Plus" w:hAnsi="Gentium Plus"/>
          <w:sz w:val="24"/>
        </w:rPr>
        <w:t>ὁ νόμος κρέμαται καὶ οἱ Προφῆται. Ὁ οὖν συντελῶν τὸν λόγον, ὁ εἰς ἔργον ἄγων καὶ συντέμνων αὐτὸν καὶ οἱονεὶ συγκεφαλαιούμενος αὐτοῦ τὸ πλάτος ἐν ταῖς βραχυτάταις ἐντολαῖς, οὗτός ἐστι τὸ κατάλειμμα τὸ σωζόμενον. Πάντα (φησὶν) ὅσα ἂν θέλητε ἵνα ποιῶσιν ὑμῖν οἱ ἄνθρωποι, κατὰ</w:t>
      </w:r>
    </w:p>
    <w:p>
      <w:r>
        <w:rPr>
          <w:rFonts w:ascii="Courier New" w:hAnsi="Courier New"/>
          <w:color w:val="555555"/>
          <w:sz w:val="20"/>
        </w:rPr>
        <w:t>[35]</w:t>
      </w:r>
    </w:p>
    <w:p>
      <w:r>
        <w:rPr>
          <w:rFonts w:ascii="Gentium Plus" w:hAnsi="Gentium Plus"/>
          <w:sz w:val="24"/>
        </w:rPr>
        <w:t>τὰ αὐτὰ καὶ ὑμεῖς ποιεῖτε αὐτοῖς. Οὗτος γάρ ἐστιν ὁ νόμος καὶ οἱ Προφῆται. —Ὁρᾷς ἐν τῇ φυσικῇ ἐννοίᾳ ὅλον τὸν λόγον συντελούμενον καὶ συντεμνόμενον ἐν δικαιοσύνῃ· Ὅτι λό‐ γον συντετμημένον ποιήσει Κύριος, τῇ οἰκουμένῃ ὅλῃ. Ὁ μέντοι Ἀπόστολος εἶπε· Ποιήσει Κύριος ἐπὶ τῆς γῆς. Συμ‐</w:t>
      </w:r>
    </w:p>
    <w:p>
      <w:r>
        <w:rPr>
          <w:rFonts w:ascii="Courier New" w:hAnsi="Courier New"/>
          <w:color w:val="555555"/>
          <w:sz w:val="20"/>
        </w:rPr>
        <w:t>[40]</w:t>
      </w:r>
    </w:p>
    <w:p>
      <w:r>
        <w:rPr>
          <w:rFonts w:ascii="Gentium Plus" w:hAnsi="Gentium Plus"/>
          <w:sz w:val="24"/>
        </w:rPr>
        <w:t>φώνως δὲ αὐτῷ Σύμμαχος καὶ Θεοδοτίων· Ἐν μέσῳ πάσης τῆς γῆς. Τὸ γὰρ δυσπαρατήρητον τοῦ νόμου μὴ ἅψῃ, μηδὲ γεύσῃ, μηδὲ θίγῃς· αἱ περὶ ἑορτῶν διατάξεις, αἱ περὶ ἡμερῶν, αἱ περὶ ὁλοκαυτωμάτων, αἱ περὶ καθάρσεως, αἱ περὶ ἱλασ‐</w:t>
      </w:r>
    </w:p>
    <w:p>
      <w:r>
        <w:rPr>
          <w:rFonts w:ascii="Courier New" w:hAnsi="Courier New"/>
          <w:color w:val="555555"/>
          <w:sz w:val="20"/>
        </w:rPr>
        <w:t>[45]</w:t>
      </w:r>
    </w:p>
    <w:p>
      <w:r>
        <w:rPr>
          <w:rFonts w:ascii="Gentium Plus" w:hAnsi="Gentium Plus"/>
          <w:sz w:val="24"/>
        </w:rPr>
        <w:t>μοῦ, πάντα συνετμήθη εἰς ἓν κεφάλαιον βραχὺ καὶ εὐπαρα‐ τήρητον, ὡς μηδεμίαν πρόφασιν ὑπολείπεσθαι τοῖς μὴ πολι‐</w:t>
      </w:r>
    </w:p>
    <w:p>
      <w:r>
        <w:rPr>
          <w:rFonts w:ascii="Courier New" w:hAnsi="Courier New"/>
          <w:color w:val="555555"/>
          <w:sz w:val="20"/>
        </w:rPr>
        <w:t>[11 t]</w:t>
      </w:r>
    </w:p>
    <w:p>
      <w:pPr>
        <w:jc w:val="center"/>
      </w:pPr>
      <w:r>
        <w:rPr>
          <w:rFonts w:ascii="Gentium Plus" w:hAnsi="Gentium Plus"/>
          <w:b/>
          <w:sz w:val="24"/>
        </w:rPr>
        <w:t>ΚΕΦΑΛΑΙΟΝ ιαʹ</w:t>
      </w:r>
    </w:p>
    <w:p>
      <w:r>
        <w:rPr>
          <w:rFonts w:ascii="Courier New" w:hAnsi="Courier New"/>
          <w:color w:val="555555"/>
          <w:sz w:val="20"/>
        </w:rPr>
        <w:t>[11 . 248]</w:t>
      </w:r>
    </w:p>
    <w:p>
      <w:r>
        <w:rPr>
          <w:rFonts w:ascii="Gentium Plus" w:hAnsi="Gentium Plus"/>
          <w:sz w:val="24"/>
        </w:rPr>
        <w:t>Καὶ ἔσται ἐν τῇ ἡμέρᾳ ἐκείνῃ ἡ ῥίζα τοῦ Ἰεσσαὶ καὶ ὁ ἀνιστάμενος ἄρχειν ἐθνῶν. Τὸν ἐκ σπέρματος Δαβὶδ Χριστὸν εὐαγγελίζεται ἡμῖν ὁ λόγος. Ἐν γὰρ τῇ ἡμέρᾳ ἐκείνῃ, τουτέστιν ἐπὶ τῶν πάλαι</w:t>
      </w:r>
    </w:p>
    <w:p>
      <w:r>
        <w:rPr>
          <w:rFonts w:ascii="Courier New" w:hAnsi="Courier New"/>
          <w:color w:val="555555"/>
          <w:sz w:val="20"/>
        </w:rPr>
        <w:t>[5]</w:t>
      </w:r>
    </w:p>
    <w:p>
      <w:r>
        <w:rPr>
          <w:rFonts w:ascii="Gentium Plus" w:hAnsi="Gentium Plus"/>
          <w:sz w:val="24"/>
        </w:rPr>
        <w:t>προωρισμένων καιρῶν καὶ ἐν τῷ προδιατεταγμένῳ χρόνῳ, ἔσται ἡ ῥίζα τοῦ Ἰεσσαί. Ἀλλαχοῦ μὲν ῥάβδον λέγει ἐκ τῆς ῥίζης ἀνατελεῖν καὶ ἄνθος ἐκ τῆς ῥίζης τοῦ Ἰεσσαὶ ἀναβήσεσ‐ θαι, τὴν ῥάβδον ἐπὶ τῆς ἀρχῆς λαμβάνων, τὸ δὲ ἄνθος, ἐπὶ τῆς ἐπεράστου καὶ πᾶσι κεχαρισμένης ἐπιδημίας. Καὶ ὅτι ἐν</w:t>
      </w:r>
    </w:p>
    <w:p>
      <w:r>
        <w:rPr>
          <w:rFonts w:ascii="Courier New" w:hAnsi="Courier New"/>
          <w:color w:val="555555"/>
          <w:sz w:val="20"/>
        </w:rPr>
        <w:t>[10]</w:t>
      </w:r>
    </w:p>
    <w:p>
      <w:r>
        <w:rPr>
          <w:rFonts w:ascii="Gentium Plus" w:hAnsi="Gentium Plus"/>
          <w:sz w:val="24"/>
        </w:rPr>
        <w:t>βραχεῖ τὴν χάριν παρασχόμενος τῆς ἐνανθρωπήσεως, ταχεῖαν καὶ οἱονεὶ παροδικὴν ποιεῖται τὴν ἐπιδημίαν· ἐνταῦθα δὲ ῥίζαν λέγει τοῦ Ἰεσσαὶ ἔσεσθαι. —Πρόσχες τῷ Ἔσται· οὐχί φησι δόξει· οὐδὲ δόξει εἶναι, ἀλλὰ κατὰ ἀλήθειαν. Ἔσται. Οὐ</w:t>
      </w:r>
    </w:p>
    <w:p>
      <w:r>
        <w:rPr>
          <w:rFonts w:ascii="Courier New" w:hAnsi="Courier New"/>
          <w:color w:val="555555"/>
          <w:sz w:val="20"/>
        </w:rPr>
        <w:t>[15]</w:t>
      </w:r>
    </w:p>
    <w:p>
      <w:r>
        <w:rPr>
          <w:rFonts w:ascii="Gentium Plus" w:hAnsi="Gentium Plus"/>
          <w:sz w:val="24"/>
        </w:rPr>
        <w:t>λαβεν. Ἔσται οὖν ἡ ῥίζα τοῦ Ἰεσσαί, τουτέστι τὸ φύραμα τῆς σαρκὸς τὸ ἀπὸ Ἰεσσαὶ, ἔσται κατὰ ἀλήθειαν καὶ ὑποστή‐ σεται. Καὶ ὁ ἀνιστάμενος αὐτὸς καὶ ῥίζα καὶ ἀνιστάμενος. Ῥίζα τοῦ Ἰεσσαί, ὅτι ἐκ βασιλικῆς διαδοχῆς ἡ θεοφόρος σὰρξ προσελήφθη.</w:t>
      </w:r>
    </w:p>
    <w:p>
      <w:r>
        <w:rPr>
          <w:rFonts w:ascii="Courier New" w:hAnsi="Courier New"/>
          <w:color w:val="555555"/>
          <w:sz w:val="20"/>
        </w:rPr>
        <w:t>[20]</w:t>
      </w:r>
    </w:p>
    <w:p>
      <w:r>
        <w:rPr>
          <w:rFonts w:ascii="Gentium Plus" w:hAnsi="Gentium Plus"/>
          <w:sz w:val="24"/>
        </w:rPr>
        <w:t>Ὁ δὲ ἀνιστάμενος ἄρχειν ἐθνῶν. Διὰ τοῦτο τὰ ἔθνη ἐπ’ αὐτὸν ἤλπισεν, ὡς δῆλον ἀπὸ τῆς ἐν τοῖς ἔθνεσι τοῦ Χριστοῦ Ἐκκλησίας. Ἀναστὰς γὰρ ἐκ νεκρῶν, ἦρξε τῶν ἐθνῶν, καταλιπὼν τὸν φονέα λαόν· ἐκείνοις μὲν γὰρ τὸν θάνατον περιαφῆκε, τοῖς δὲ ἔθνεσι τὴν ἀνάστασιν ἐχαρίσατο·</w:t>
      </w:r>
    </w:p>
    <w:p>
      <w:r>
        <w:rPr>
          <w:rFonts w:ascii="Courier New" w:hAnsi="Courier New"/>
          <w:color w:val="555555"/>
          <w:sz w:val="20"/>
        </w:rPr>
        <w:t>[25]</w:t>
      </w:r>
    </w:p>
    <w:p>
      <w:r>
        <w:rPr>
          <w:rFonts w:ascii="Gentium Plus" w:hAnsi="Gentium Plus"/>
          <w:sz w:val="24"/>
        </w:rPr>
        <w:t>διότι οἱ μὲν ἔκραζον Σταυρωθήτω, καὶ Τὸ αἷμα αὐτοῦ ἐφ’ ἡμᾶς καὶ ἐπὶ τὰ τέκνα ἡμῶν· οἱ δὲ ἐδέξαντο τὸν Ἐσταυ‐ ρωμένον καὶ τῷ αἵματι αὐτοῦ ἐλυτρώθησαν ἀπὸ τοῦ θανάτου. Καὶ ἔσται (φησὶν) ἡ ἀνάπαυσις αὐτοῦ τιμή. Αὕτη ἡ Χριστοῦ ἀνάπαυσις, ἡ τιμὴ τῶν τιμώντων αὐτὸν ὡς Λόγον</w:t>
      </w:r>
    </w:p>
    <w:p>
      <w:r>
        <w:rPr>
          <w:rFonts w:ascii="Courier New" w:hAnsi="Courier New"/>
          <w:color w:val="555555"/>
          <w:sz w:val="20"/>
        </w:rPr>
        <w:t>[30]</w:t>
      </w:r>
    </w:p>
    <w:p>
      <w:r>
        <w:rPr>
          <w:rFonts w:ascii="Gentium Plus" w:hAnsi="Gentium Plus"/>
          <w:sz w:val="24"/>
        </w:rPr>
        <w:t>Θεοῦ καὶ σοφίαν Θεοῦ καὶ δύναμιν. Ὁ ἀναπαύων τὸν Χριστὸν ὁμολογεῖ αὐτοῦ τὴν πρὸς τὸν γεγεννηκότα αὐτὸν ὁμοτιμίαν, τῆς ἀξίας τὴν κοινωνίαν· τῆς φύσεως τὴν ἐξ ἀϊδίου ὕπαρξιν. Οἱ δὲ μεριμνῶντες τί τῶν πρὸς ἀτιμίαν ῥη‐ μάτων ἐξεύρωσιν, οὐ τὰ πρὸς ἀνάπαυσιν τοῦ Χριστοῦ φθέγ‐</w:t>
      </w:r>
    </w:p>
    <w:p>
      <w:r>
        <w:rPr>
          <w:rFonts w:ascii="Courier New" w:hAnsi="Courier New"/>
          <w:color w:val="555555"/>
          <w:sz w:val="20"/>
        </w:rPr>
        <w:t>[35]</w:t>
      </w:r>
    </w:p>
    <w:p>
      <w:r>
        <w:rPr>
          <w:rFonts w:ascii="Gentium Plus" w:hAnsi="Gentium Plus"/>
          <w:sz w:val="24"/>
        </w:rPr>
        <w:t>γονται. —Δύναται μέντοιγε ἡ ἀνάπαυσις λαμβάνεσθαι, μὴ μόνον ἣν αὐτὸς ἀναπαύεται παρὰ τῶν δοξαζόντων αὐτὸν ὁ Κύριος, ἀλλὰ καὶ ἣν ἀναπαύσει τοὺς ἀγαπῶντας αὐτὸν, κατὰ τὸ γεγραμμένον, ὅτι ἐγὼ τοὺς ἐμὲ ἀγαπῶντας δοξάζω. Ἔστι</w:t>
      </w:r>
    </w:p>
    <w:p>
      <w:r>
        <w:rPr>
          <w:rFonts w:ascii="Courier New" w:hAnsi="Courier New"/>
          <w:color w:val="555555"/>
          <w:sz w:val="20"/>
        </w:rPr>
        <w:t>[40]</w:t>
      </w:r>
    </w:p>
    <w:p>
      <w:r>
        <w:rPr>
          <w:rFonts w:ascii="Gentium Plus" w:hAnsi="Gentium Plus"/>
          <w:sz w:val="24"/>
        </w:rPr>
        <w:t>τὴν δικαιοκρισίαν τοῦ Θεοῦ πρὸς τὴν τῶν πεπραγμένων ἀξίαν διανεμηθήσεται. Τιμήσει γὰρ τοὺς μὲν μείζοσι τιμαῖς, τοὺς δὲ ὑποδεεστέραις, ἐπειδὴ ἀστὴρ ἀστέρος διαφέρει ἐν δόξῃ. Καὶ ἐπειδὴ πολλαὶ μοναὶ παρὰ τῷ Πατρὶ, τοὺς μὲν ἐν ὑπερεχούσαις καὶ ὑψηλοτέραις καταστάσεσι, τοὺς δὲ ἐν</w:t>
      </w:r>
    </w:p>
    <w:p>
      <w:r>
        <w:rPr>
          <w:rFonts w:ascii="Courier New" w:hAnsi="Courier New"/>
          <w:color w:val="555555"/>
          <w:sz w:val="20"/>
        </w:rPr>
        <w:t>[45]</w:t>
      </w:r>
    </w:p>
    <w:p>
      <w:r>
        <w:rPr>
          <w:rFonts w:ascii="Gentium Plus" w:hAnsi="Gentium Plus"/>
          <w:sz w:val="24"/>
        </w:rPr>
        <w:t>ὑποδεεστέραις ἀναπαύσει. Πάντες μέντοι διὰ τιμῆς τὴν ἀνάπαυσιν ἕξουσιν.</w:t>
      </w:r>
    </w:p>
    <w:p>
      <w:r>
        <w:rPr>
          <w:rFonts w:ascii="Courier New" w:hAnsi="Courier New"/>
          <w:color w:val="555555"/>
          <w:sz w:val="20"/>
        </w:rPr>
        <w:t>[11 . 249]</w:t>
      </w:r>
    </w:p>
    <w:p>
      <w:r>
        <w:rPr>
          <w:rFonts w:ascii="Gentium Plus" w:hAnsi="Gentium Plus"/>
          <w:sz w:val="24"/>
        </w:rPr>
        <w:t>Καὶ ἔσται ἐν τῇ ἡμέρᾳ ἐκείνῃ, προσθήσει Κύριος τοῦ δεῖξαι τὴν χεῖρα αὐτοῦ. Χεὶρ Κυρίου διαφόρως ἐδείχθη καθ’ ἑκάστην γενεὰν, διὰ τῶν δυναμένων χωρῆσαι τὴν ἐνέργειαν τῶν θαυμασίων.</w:t>
      </w:r>
    </w:p>
    <w:p>
      <w:r>
        <w:rPr>
          <w:rFonts w:ascii="Courier New" w:hAnsi="Courier New"/>
          <w:color w:val="555555"/>
          <w:sz w:val="20"/>
        </w:rPr>
        <w:t>[5]</w:t>
      </w:r>
    </w:p>
    <w:p>
      <w:r>
        <w:rPr>
          <w:rFonts w:ascii="Gentium Plus" w:hAnsi="Gentium Plus"/>
          <w:sz w:val="24"/>
        </w:rPr>
        <w:t>Πρότερον μὲν γὰρ τὰ τεράστια ἔδειξεν ἐν Αἰγύπτῳ, εἶτα ἐν τῇ ἐρήμῳ· εἶτα κατὰ τοὺς τοῦ Ἰησοῦ τοῦ Ναυῆ χρό‐ νους, εἶτα κατὰ τοὺς Κριτὰς, καὶ τὰ μεγάλα διακονησα‐ μένους Προφήτας. Νῦν δὲ χεὶρ Κυρίου δείκνυσθαι λέγεται κατὰ τὴν ἐπιδημίαν τοῦ Σωτῆρος ἡμῶν, πᾶσαν νόσον καὶ</w:t>
      </w:r>
    </w:p>
    <w:p>
      <w:r>
        <w:rPr>
          <w:rFonts w:ascii="Courier New" w:hAnsi="Courier New"/>
          <w:color w:val="555555"/>
          <w:sz w:val="20"/>
        </w:rPr>
        <w:t>[10]</w:t>
      </w:r>
    </w:p>
    <w:p>
      <w:r>
        <w:rPr>
          <w:rFonts w:ascii="Gentium Plus" w:hAnsi="Gentium Plus"/>
          <w:sz w:val="24"/>
        </w:rPr>
        <w:t>πᾶσαν μαλακίαν θεραπεύοντος ἐν τῷ λαῷ, καὶ ποιοῦντος τὰ ἐν τῷ Εὐαγγελίῳ κεκηρυγμένα. Ταύτην γὰρ τὴν δύναμιν προσέθηκεν ὁ Κύριος δεῖξαι, ἐπειδὴ τὰ προλαβόντα οὐκ ἐφάνη αὐτάρκη πρὸς τὸ ἐναγαγεῖν εἰς τὴν θεογνωσίαν τὸν ἀπει‐ θοῦντα λαόν.</w:t>
      </w:r>
    </w:p>
    <w:p>
      <w:r>
        <w:rPr>
          <w:rFonts w:ascii="Courier New" w:hAnsi="Courier New"/>
          <w:color w:val="555555"/>
          <w:sz w:val="20"/>
        </w:rPr>
        <w:t>[15]</w:t>
      </w:r>
    </w:p>
    <w:p>
      <w:r>
        <w:rPr>
          <w:rFonts w:ascii="Gentium Plus" w:hAnsi="Gentium Plus"/>
          <w:sz w:val="24"/>
        </w:rPr>
        <w:t>Τοῦ ζηλῶσαι τὸ καταλειφθὲν ὑπόλοιπον τοῦ λαοῦ. Διὰ τοῦτο προσθήσει τὴν χεῖρα δεῖξαι, ἵνα εἰς ζῆλον ἀγάγῃ τὸ ὑπόλοιπον τοῦ λαοῦ, ὅπερ λείψανον λέγει εἶναι ἀπὸ τῶν πο‐ λεμίων περισωθέν. Καὶ ἀπαριθμεῖται τὸ πλῆθος τῶν πολεμη‐</w:t>
      </w:r>
    </w:p>
    <w:p>
      <w:r>
        <w:rPr>
          <w:rFonts w:ascii="Courier New" w:hAnsi="Courier New"/>
          <w:color w:val="555555"/>
          <w:sz w:val="20"/>
        </w:rPr>
        <w:t>[20]</w:t>
      </w:r>
    </w:p>
    <w:p>
      <w:r>
        <w:rPr>
          <w:rFonts w:ascii="Gentium Plus" w:hAnsi="Gentium Plus"/>
          <w:sz w:val="24"/>
        </w:rPr>
        <w:t>καὶ Ἐλαμίτας καὶ τοὺς ἀπὸ ἡλίου ἀνατολῶν, καὶ Ἄραβας. Πλήρης ἡ ἱστορία· περὶ μὲν Αἰθιόπων λέγουσα, ὅτι Ἐξῆλθε Ζαραὶ, ὁ Αἰθίοψ, ἐν δυνάμει καὶ χιλίαις χιλιάσι καὶ ἅρμασι τριακοσίοις. Καὶ ἐξῆλθεν Ἀσὰ εἰς συνάντησιν καὶ ἐβόησε πρὸς Κύριον καὶ εἶπε· Κύριε, οὐκ ἀδυνατεῖ παρὰ σοὶ σώζειν ἐν</w:t>
      </w:r>
    </w:p>
    <w:p>
      <w:r>
        <w:rPr>
          <w:rFonts w:ascii="Courier New" w:hAnsi="Courier New"/>
          <w:color w:val="555555"/>
          <w:sz w:val="20"/>
        </w:rPr>
        <w:t>[25]</w:t>
      </w:r>
    </w:p>
    <w:p>
      <w:r>
        <w:rPr>
          <w:rFonts w:ascii="Gentium Plus" w:hAnsi="Gentium Plus"/>
          <w:sz w:val="24"/>
        </w:rPr>
        <w:t>πολλοῖς καὶ ἐν ὀλίγοις. Κατίσχυσον ἡμᾶς, Κύριε, ὁ Θεὸς ἡμῶν, ὅτι ἐπὶ σοὶ πεποίθαμεν καὶ ἐπὶ τῷ ὀνόματί σου ἤλθομεν ἐπὶ τὸ πλῆθος τὸ πολὺ τοῦτο. Κύριε, ὁ Θεὸς ἡμῶν, μὴ κα‐ τισχυσάτω πρὸς σὲ ἄνθρωπος. —Ἀσσύριοι δὲ ἦσαν οἱ αἰχμα‐ λωτεύσαντες, καὶ Αἰγύπτιοι οἱ ἐξ ἀρχῆς καταδουλωσάμενοι,</w:t>
      </w:r>
    </w:p>
    <w:p>
      <w:r>
        <w:rPr>
          <w:rFonts w:ascii="Courier New" w:hAnsi="Courier New"/>
          <w:color w:val="555555"/>
          <w:sz w:val="20"/>
        </w:rPr>
        <w:t>[30]</w:t>
      </w:r>
    </w:p>
    <w:p>
      <w:r>
        <w:rPr>
          <w:rFonts w:ascii="Gentium Plus" w:hAnsi="Gentium Plus"/>
          <w:sz w:val="24"/>
        </w:rPr>
        <w:t>καὶ Ναβουχοδονόσορ ἀπὸ τῆς Βαβυλωνίας. —Ἐλαμῖται δέ εἰσι τὸ γένος τῶν Παρθυναίων, ὃ, μετὰ τῶν ἀπὸ τῆς Μεσο‐ ποταμίας Συρίας, πολλάκις ἐπέθετο τῷ Ἰσραήλ. Ἄραβες δὲ, ἔθνος πολέμιον, πάντα τὸν χρόνον ἐκπολεμώμενον τῷ Ἰσραήλ. Πάντων οὖν τούτων πολεμούντων τῷ εὐγενεῖ σπέρματι, οἱ μὲν</w:t>
      </w:r>
    </w:p>
    <w:p>
      <w:r>
        <w:rPr>
          <w:rFonts w:ascii="Courier New" w:hAnsi="Courier New"/>
          <w:color w:val="555555"/>
          <w:sz w:val="20"/>
        </w:rPr>
        <w:t>[35]</w:t>
      </w:r>
    </w:p>
    <w:p>
      <w:r>
        <w:rPr>
          <w:rFonts w:ascii="Gentium Plus" w:hAnsi="Gentium Plus"/>
          <w:sz w:val="24"/>
        </w:rPr>
        <w:t>ἡττῶνται, οἱ δὲ περιγίνονται· Καὶ διὰ τὸ περιγενέσθαι καὶ ἐν πολλοῖς πόνοις γεγυμνάσθαι, οἷόν τι ἆθλον λαμβάνουσι τὴν προσθήκην θεωρῆσαι τῆς δεικνυμένης χειρὸς τοῦ Θεοῦ. Διὸ καὶ ζηλωτοὶ ἔσονται μετὰ τὰς ἀριστείας καὶ τοὺς πό‐ νους.</w:t>
      </w:r>
    </w:p>
    <w:p>
      <w:r>
        <w:rPr>
          <w:rFonts w:ascii="Courier New" w:hAnsi="Courier New"/>
          <w:color w:val="555555"/>
          <w:sz w:val="20"/>
        </w:rPr>
        <w:t>[11 . 250]</w:t>
      </w:r>
    </w:p>
    <w:p>
      <w:r>
        <w:rPr>
          <w:rFonts w:ascii="Gentium Plus" w:hAnsi="Gentium Plus"/>
          <w:sz w:val="24"/>
        </w:rPr>
        <w:t>Καὶ ἀρεῖ (φησὶ) σημεῖον εἰς τὰ ἔθνη καὶ συνάξει τοὺς ἀπολομένους Ἰσραὴλ, καὶ τοὺς διεσπαρμένους τοῦ</w:t>
      </w:r>
    </w:p>
    <w:p>
      <w:r>
        <w:rPr>
          <w:rFonts w:ascii="Courier New" w:hAnsi="Courier New"/>
          <w:color w:val="555555"/>
          <w:sz w:val="20"/>
        </w:rPr>
        <w:t>[5]</w:t>
      </w:r>
    </w:p>
    <w:p>
      <w:r>
        <w:rPr>
          <w:rFonts w:ascii="Gentium Plus" w:hAnsi="Gentium Plus"/>
          <w:sz w:val="24"/>
        </w:rPr>
        <w:t>ἐθνῶν, οὗτος ἀρεῖ σημεῖον εἰς τὰ ἔθνη, ἵνα συναχθῶσιν οἱ ἀπολλύμενοι τοῦ Ἰσραήλ. Ἦλθε γὰρ ὁ Υἱὸς τοῦ ἀνθρώπου ζητῆσαι καὶ σῶσαι τὸ ἀπολωλός. Τοῦτο δέ ἐστι τὸ σημεῖον, ὃ ἦρεν εἰς τὰ ἔθνη, τὸ ἐν τοῖς Εὐαγγελίοις λεγόμενον· Ὄψονται τὸ σημεῖον τοῦ Υἱοῦ τοῦ</w:t>
      </w:r>
    </w:p>
    <w:p>
      <w:r>
        <w:rPr>
          <w:rFonts w:ascii="Courier New" w:hAnsi="Courier New"/>
          <w:color w:val="555555"/>
          <w:sz w:val="20"/>
        </w:rPr>
        <w:t>[10]</w:t>
      </w:r>
    </w:p>
    <w:p>
      <w:r>
        <w:rPr>
          <w:rFonts w:ascii="Gentium Plus" w:hAnsi="Gentium Plus"/>
          <w:sz w:val="24"/>
        </w:rPr>
        <w:t>ἀνθρώπου, ὅπερ φήσεις εἶναι τὸν Σταυρὸν τοῦ Κυρίου ἡμῶν Ἰησοῦ Χριστοῦ, δι’ οὗ τοῖς Ἁγίοις ὁ κόσμος ἐσταύρωται, καὶ αὐτοὶ τῷ κόσμῳ· ἐν ᾧ καὶ λέγει τοῦ σημείου τὴν δύναμιν. Διὰ τί διὰ σταυροῦ ἡ οἰκονομία τῆς ἐνανθρωπήσεως ἐτε‐</w:t>
      </w:r>
    </w:p>
    <w:p>
      <w:r>
        <w:rPr>
          <w:rFonts w:ascii="Courier New" w:hAnsi="Courier New"/>
          <w:color w:val="555555"/>
          <w:sz w:val="20"/>
        </w:rPr>
        <w:t>[15]</w:t>
      </w:r>
    </w:p>
    <w:p>
      <w:r>
        <w:rPr>
          <w:rFonts w:ascii="Gentium Plus" w:hAnsi="Gentium Plus"/>
          <w:sz w:val="24"/>
        </w:rPr>
        <w:t>λέσθη; Ἵνα ἐκ τῶν τεσσάρων πτερύγων τῆς γῆς συναχθῶσιν οἱ σωζόμενοι. Τετραχῆ γὰρ διαιρεῖται τοῦ σταυροῦ τὰ μέρη, ὥστε ἕκαστον ἀπονεύειν πρὸς τὰ τέσσαρα μέρη τοῦ κόσμου. Εἴτε οὖν ἵνα πάντα τὰ μέρη διὰ τῶν μερῶν τοῦ σταυροῦ οἰκονομηθῇ πρὸς σωτηρίαν, διὰ τοῦτο προετιμήθη ὁ διὰ τοῦ</w:t>
      </w:r>
    </w:p>
    <w:p>
      <w:r>
        <w:rPr>
          <w:rFonts w:ascii="Courier New" w:hAnsi="Courier New"/>
          <w:color w:val="555555"/>
          <w:sz w:val="20"/>
        </w:rPr>
        <w:t>[20]</w:t>
      </w:r>
    </w:p>
    <w:p>
      <w:r>
        <w:rPr>
          <w:rFonts w:ascii="Gentium Plus" w:hAnsi="Gentium Plus"/>
          <w:sz w:val="24"/>
        </w:rPr>
        <w:t>σταυροῦ θάνατος· ἢ ὅτι, πρὸ τοῦ ξυλίνου σταυροῦ νοητός τις τῷ κόσμῳ παντὶ συνεσταύρωται, τῶν τεσσάρων μερῶν τοῦ παντὸς εἰς τὸ μέσον συναπτομένων, καὶ τῆς ἐν τῷ μέσῳ δυνάμεως πρὸς τὰ τέσσαρα μέρη περατουμένης. Ἀρθέντος οὖν τοῦ σημείου τούτου, συναχθήσονται οἱ</w:t>
      </w:r>
    </w:p>
    <w:p>
      <w:r>
        <w:rPr>
          <w:rFonts w:ascii="Courier New" w:hAnsi="Courier New"/>
          <w:color w:val="555555"/>
          <w:sz w:val="20"/>
        </w:rPr>
        <w:t>[25]</w:t>
      </w:r>
    </w:p>
    <w:p>
      <w:r>
        <w:rPr>
          <w:rFonts w:ascii="Gentium Plus" w:hAnsi="Gentium Plus"/>
          <w:sz w:val="24"/>
        </w:rPr>
        <w:t>ἀπολόμενοι τοῦ Ἰσραὴλ, καὶ οἱ διεσκορπισμένοι τοῦ Ἰούδα συναχθήσονται ἐκ τῶν τεσσάρων πτερύγων τῆς γῆς. Τούτου</w:t>
      </w:r>
    </w:p>
    <w:p>
      <w:r>
        <w:rPr>
          <w:rFonts w:ascii="Courier New" w:hAnsi="Courier New"/>
          <w:color w:val="555555"/>
          <w:sz w:val="20"/>
        </w:rPr>
        <w:t>[30]</w:t>
      </w:r>
    </w:p>
    <w:p>
      <w:r>
        <w:rPr>
          <w:rFonts w:ascii="Gentium Plus" w:hAnsi="Gentium Plus"/>
          <w:sz w:val="24"/>
        </w:rPr>
        <w:t>μένον ἡμῖν ἔνδυμα) ἐξεδύσατο τὰς ἀρχὰς καὶ τὰς ἐξουσίας καὶ ἐδειγμάτισεν ἐν παῤῥησίᾳ, θριαμβεύσας ἐν τῷ ξύλῳ. Διὰ τοῦτο Παῦλος, ἐκ τῶν ἀπολωλότων τοῦ Ἰσραὴλ καὶ διεσκορπισμέ‐ νων τοῦ Ἰούδα ὑπάρχων, νοήσας τὸ ἀρθὲν ὑπὸ τοῦ Ἰησοῦ εἰς τὰ ἔθνη σημεῖον, προσέδραμε τῷ σταυρῷ, καὶ ἔλεγεν· Ἐμοὶ δὲ</w:t>
      </w:r>
    </w:p>
    <w:p>
      <w:r>
        <w:rPr>
          <w:rFonts w:ascii="Courier New" w:hAnsi="Courier New"/>
          <w:color w:val="555555"/>
          <w:sz w:val="20"/>
        </w:rPr>
        <w:t>[35]</w:t>
      </w:r>
    </w:p>
    <w:p>
      <w:r>
        <w:rPr>
          <w:rFonts w:ascii="Gentium Plus" w:hAnsi="Gentium Plus"/>
          <w:sz w:val="24"/>
        </w:rPr>
        <w:t>μὴ γένοιτο καυχᾶσθαι, εἰ μὴ ἐν τῷ σταυρῷ τοῦ Κυρίου ἡμῶν Ἰησοῦ Χριστοῦ. —Ἀκολουθεῖ δὲ τῷ συναχθῆναι τοὺς ἀπολο‐ μένους τοῦ Ἰσραὴλ (οἵτινες ἐβασιλεύοντο ὑπὸ τοῦ Ἐφραῒμ) καὶ τοὺς διεσπαρμένους τοῦ Ἰούδα (οἵτινες ὑπὸ τῶν ἐκ σπέρματος Δαβὶδ ἐπολιτεύοντο) τὸ μηκέτι εἶναι ζῆλον τοῦ</w:t>
      </w:r>
    </w:p>
    <w:p>
      <w:r>
        <w:rPr>
          <w:rFonts w:ascii="Courier New" w:hAnsi="Courier New"/>
          <w:color w:val="555555"/>
          <w:sz w:val="20"/>
        </w:rPr>
        <w:t>[40]</w:t>
      </w:r>
    </w:p>
    <w:p>
      <w:r>
        <w:rPr>
          <w:rFonts w:ascii="Gentium Plus" w:hAnsi="Gentium Plus"/>
          <w:sz w:val="24"/>
        </w:rPr>
        <w:t>Ἐφραῒμ κατὰ τοῦ Ἰούδα, μηδὲ ἀνύειν ἔτι τοὺς τοῦ Ἰούδα ἐχθρούς· μετὰ γὰρ τὸ ἀρθῆναι τὸ σημεῖον, καὶ συναχθῆναι τοὺς ἀπολομένους τοῦ Ἰσραὴλ (ὅστις λέγεται Ἐφραῒμ) συναχθῆναι δὲ καὶ τοὺς διεσκορπισμένους τοῦ Ἰούδα, Ἀφαιρεθήσεται ὁ ζῆλος τοῦ Ἐφραῒμ, καὶ οἱ ἐχθροὶ τοῦ</w:t>
      </w:r>
    </w:p>
    <w:p>
      <w:r>
        <w:rPr>
          <w:rFonts w:ascii="Courier New" w:hAnsi="Courier New"/>
          <w:color w:val="555555"/>
          <w:sz w:val="20"/>
        </w:rPr>
        <w:t>[45]</w:t>
      </w:r>
    </w:p>
    <w:p>
      <w:r>
        <w:rPr>
          <w:rFonts w:ascii="Gentium Plus" w:hAnsi="Gentium Plus"/>
          <w:sz w:val="24"/>
        </w:rPr>
        <w:t>Ἰούδα ἀπολοῦνται.</w:t>
      </w:r>
    </w:p>
    <w:p>
      <w:r>
        <w:rPr>
          <w:rFonts w:ascii="Courier New" w:hAnsi="Courier New"/>
          <w:color w:val="555555"/>
          <w:sz w:val="20"/>
        </w:rPr>
        <w:t>[11 . 251]</w:t>
      </w:r>
    </w:p>
    <w:p>
      <w:r>
        <w:rPr>
          <w:rFonts w:ascii="Gentium Plus" w:hAnsi="Gentium Plus"/>
          <w:sz w:val="24"/>
        </w:rPr>
        <w:t>Κατάμαθε δὲ, ὅτι ὁ μὲν Ἰσραὴλ ἀπολωλέναι λέγεται, ὁ δὲ Ἰούδας διεσπάρθαι. Πλὴν ἀλλὰ τῇ κατὰ Χριστὸν συμ‐ φωνίᾳ, τοῦ εἰρηνοποιοῦντος τὰ ἐπὶ τῆς γῆς καὶ τὰ ἐν οὐ‐ ρανῷ καὶ ἐν αὐτῷ τὰ πάντα ἀποκαταλλάσσοντος, ἀναιρεῖται</w:t>
      </w:r>
    </w:p>
    <w:p>
      <w:r>
        <w:rPr>
          <w:rFonts w:ascii="Courier New" w:hAnsi="Courier New"/>
          <w:color w:val="555555"/>
          <w:sz w:val="20"/>
        </w:rPr>
        <w:t>[5]</w:t>
      </w:r>
    </w:p>
    <w:p>
      <w:r>
        <w:rPr>
          <w:rFonts w:ascii="Gentium Plus" w:hAnsi="Gentium Plus"/>
          <w:sz w:val="24"/>
        </w:rPr>
        <w:t>τὰ πάθη, τὰ πρότερον ἐκ φιλονεικίας καὶ διαστάσεως ἐνδυνα‐ στεύοντα τῷ βίῳ. Διὰ τοῦτο οὖν Ἐφραῒμ οὐ ζηλώσει τὸν</w:t>
      </w:r>
    </w:p>
    <w:p>
      <w:r>
        <w:rPr>
          <w:rFonts w:ascii="Courier New" w:hAnsi="Courier New"/>
          <w:color w:val="555555"/>
          <w:sz w:val="20"/>
        </w:rPr>
        <w:t>[10]</w:t>
      </w:r>
    </w:p>
    <w:p>
      <w:r>
        <w:rPr>
          <w:rFonts w:ascii="Gentium Plus" w:hAnsi="Gentium Plus"/>
          <w:sz w:val="24"/>
        </w:rPr>
        <w:t>δὲ νῦν, οὐχ ἡ τῶν καλῶν μίμησις, ἀλλ’ ἡ ἐπὶ ταῖς εὐπραγίαις βασκανία παρὰ τῆς Γραφῆς εἴρηται. Τότε οὖν, ἐν συμφωνίᾳ γενόμενοι, Πετασθήσονται ἐν πλοίοις ἀλλοφύλων, θάλασσαν ἅμα προνομεύσουσι. Διὰ τῆς θαλάσσης καλῶς παρέστησε τοὺς ταχυναυτοῦντας, πτερῷ παρεικάσας τὴν κίνησιν·</w:t>
      </w:r>
    </w:p>
    <w:p>
      <w:r>
        <w:rPr>
          <w:rFonts w:ascii="Courier New" w:hAnsi="Courier New"/>
          <w:color w:val="555555"/>
          <w:sz w:val="20"/>
        </w:rPr>
        <w:t>[15]</w:t>
      </w:r>
    </w:p>
    <w:p>
      <w:r>
        <w:rPr>
          <w:rFonts w:ascii="Gentium Plus" w:hAnsi="Gentium Plus"/>
          <w:sz w:val="24"/>
        </w:rPr>
        <w:t>ὅταν πλήρει τῷ ἱστίῳ, συμμέτρως τοῦ πνεύματος κατὰ πρύμναν ἱσταμένου, ὑπὲρ θαλάσσης φέρωνται. Προνομεύουσι δὲ θάλασσαν, τοῦ δράκοντος περιγινόμενοι καὶ τῶν ὑπ’ αὐτῷ τελουμένων, οὓς οἱ Ἀπόστολοι τοῦ Χριστοῦ εἰς τὴν ἐπίγνωσιν τῆς ἀληθείας μετατιθέντες, δικαίως ἂν λέ‐</w:t>
      </w:r>
    </w:p>
    <w:p>
      <w:r>
        <w:rPr>
          <w:rFonts w:ascii="Courier New" w:hAnsi="Courier New"/>
          <w:color w:val="555555"/>
          <w:sz w:val="20"/>
        </w:rPr>
        <w:t>[20]</w:t>
      </w:r>
    </w:p>
    <w:p>
      <w:r>
        <w:rPr>
          <w:rFonts w:ascii="Gentium Plus" w:hAnsi="Gentium Plus"/>
          <w:sz w:val="24"/>
        </w:rPr>
        <w:t>γοιντο προνομεύειν, οἱονεὶ σκῦλα ἑαυτῶν ποιούμενοι τὰ προ‐ κατεχόμενα ὑπὸ τοῦ αἰχμάλωτον ἀπαγαγόντος τὸν ἄνθρωπον. —Θάλασσαν δὲ ἀκουστέον νῦν τὸν τῆς κακώσεως τόπον, ὃν καὶ κοιλάδα τοῦ κλαυθμῶνος ἀλλαχοῦ μεμαθήκαμεν. —Πλοῖα δὲ ἀλλοφύλων λέγεται τάχα τὰ σώματα ἡμῶν, διὰ τὸ μὴ</w:t>
      </w:r>
    </w:p>
    <w:p>
      <w:r>
        <w:rPr>
          <w:rFonts w:ascii="Courier New" w:hAnsi="Courier New"/>
          <w:color w:val="555555"/>
          <w:sz w:val="20"/>
        </w:rPr>
        <w:t>[25]</w:t>
      </w:r>
    </w:p>
    <w:p>
      <w:r>
        <w:rPr>
          <w:rFonts w:ascii="Gentium Plus" w:hAnsi="Gentium Plus"/>
          <w:sz w:val="24"/>
        </w:rPr>
        <w:t>ἔχειν οἰκείως πρὸς τὴν ψυχῆς κατασκευήν. Ἡ γὰρ σὰρξ τῷ νόμῳ τοῦ Θεοῦ οὐχ ὑποτάσσεται, ἀλλ’ ἐπιθυμεῖ κατὰ τοῦ πνεύματος. —Οὗτοι δὲ καὶ τὴν Ἰδουμαίαν προνομεύειν λέ‐ γονται, τουτέστι τῶν γηΐνων πραγμάτων ἐπικρατεῖν, καὶ ἐπὶ Μωὰβ ἐπιβάλλειν τὰς χεῖρας. Μωὰβ ἑρμηνεύεται ἐκ</w:t>
      </w:r>
    </w:p>
    <w:p>
      <w:r>
        <w:rPr>
          <w:rFonts w:ascii="Courier New" w:hAnsi="Courier New"/>
          <w:color w:val="555555"/>
          <w:sz w:val="20"/>
        </w:rPr>
        <w:t>[30]</w:t>
      </w:r>
    </w:p>
    <w:p>
      <w:r>
        <w:rPr>
          <w:rFonts w:ascii="Gentium Plus" w:hAnsi="Gentium Plus"/>
          <w:sz w:val="24"/>
        </w:rPr>
        <w:t>πατρός. Πρὸς οὖν αὐτοὺς εἴρηκεν ὁ Κύριος, ὅτι Ὑμεῖς ἐκ τοῦ πατρὸς τοῦ διαβόλου ἐστὲ, καὶ τὰς ἐπιθυμίας τοῦ πατρὸς ὑμῶν θέλετε ποιεῖν. Τούτοις τὰς ἑαυτῶν χεῖρας ἐπιβάλ‐ λουσιν, ἵνα διὰ τῆς ἑαυτῶν ἀγαθῆς πράξεως ὑποχειρίους</w:t>
      </w:r>
    </w:p>
    <w:p>
      <w:r>
        <w:rPr>
          <w:rFonts w:ascii="Courier New" w:hAnsi="Courier New"/>
          <w:color w:val="555555"/>
          <w:sz w:val="20"/>
        </w:rPr>
        <w:t>[35]</w:t>
      </w:r>
    </w:p>
    <w:p>
      <w:r>
        <w:rPr>
          <w:rFonts w:ascii="Gentium Plus" w:hAnsi="Gentium Plus"/>
          <w:sz w:val="24"/>
        </w:rPr>
        <w:t>Ἀμμὼν ἑρμηνεύεται, λαὸς μεθ’ ἡμῶν. Τάχα πρῶτοι ὑπακού‐ σονται τῷ λόγῳ, οἱ ἐλάττονα τὴν κακίαν ἔχοντες, παρὰ τοὺς πλείονα αὐτὴν καὶ ἐπὶ πλεῖον κεχυμένην ἔχοντας.</w:t>
      </w:r>
    </w:p>
    <w:p>
      <w:r>
        <w:rPr>
          <w:rFonts w:ascii="Courier New" w:hAnsi="Courier New"/>
          <w:color w:val="555555"/>
          <w:sz w:val="20"/>
        </w:rPr>
        <w:t>[11 . 252]</w:t>
      </w:r>
    </w:p>
    <w:p>
      <w:r>
        <w:rPr>
          <w:rFonts w:ascii="Gentium Plus" w:hAnsi="Gentium Plus"/>
          <w:sz w:val="24"/>
        </w:rPr>
        <w:t>Εἶτα ἐπιφέρει· Καὶ ἐρημώσει Κύριος τὴν θάλασσαν Αἰγύπτου. Ὥσπερ ὁ Ἰεζεκιὴλ Αἰγύπτου ποταμοὺς εἶναι λέγει, οὓς Φαραὼ πεποιηκέναι ἀλαζονεύεται, οὕτως ὁ Ἡσαΐας θά‐</w:t>
      </w:r>
    </w:p>
    <w:p>
      <w:r>
        <w:rPr>
          <w:rFonts w:ascii="Courier New" w:hAnsi="Courier New"/>
          <w:color w:val="555555"/>
          <w:sz w:val="20"/>
        </w:rPr>
        <w:t>[5]</w:t>
      </w:r>
    </w:p>
    <w:p>
      <w:r>
        <w:rPr>
          <w:rFonts w:ascii="Gentium Plus" w:hAnsi="Gentium Plus"/>
          <w:sz w:val="24"/>
        </w:rPr>
        <w:t>λασσαν Αἰγύπτου ὀνομάζει, ἥντινα ὁ ἀγαθὸς Θεὸς ἐρη‐ μώσει. Εὐεργεσία γὰρ ἡ ἀπὸ μοχθηρῶν πραγμάτων ἐν καιρῷ δεκτῷ ἐπαγομένη ἐρήμωσις. Ὥσπερ δὲ Ἐρημώσει Κύριος τὴν θάλασσαν Αἰγύπτου, καὶ ἐπιβαλεῖ ἐπὶ τὸν ποτα‐ μὸν πνεύματι βιαίῳ, οὕτω Καὶ πατάξει τὰς ἑπτὰ τῆς Αἰ‐</w:t>
      </w:r>
    </w:p>
    <w:p>
      <w:r>
        <w:rPr>
          <w:rFonts w:ascii="Courier New" w:hAnsi="Courier New"/>
          <w:color w:val="555555"/>
          <w:sz w:val="20"/>
        </w:rPr>
        <w:t>[10]</w:t>
      </w:r>
    </w:p>
    <w:p>
      <w:r>
        <w:rPr>
          <w:rFonts w:ascii="Gentium Plus" w:hAnsi="Gentium Plus"/>
          <w:sz w:val="24"/>
        </w:rPr>
        <w:t>γύπτου φάραγγας. —Καὶ τότε διαπορεύσεταί τις τὸν Αἰ‐ γύπτου ποταμὸν ὑποδεδεμένος. Τὸ πενιχρὸν σημαίνει τοῦ ὕδατος τοῦ ὑπολειφθέντος τῷ ὕδατι τῷ ποταμίῳ· οὕτω γὰρ ὀλίγον ἔσται (ἢ καὶ παντελῶς ἀποξηρανθήσεται) ὡς μηδὲ ἰκμάδα ὑπολειφθῆναι, δι’ ἣν ἀναγκασθήσεταί τις ὑπολυσά‐</w:t>
      </w:r>
    </w:p>
    <w:p>
      <w:r>
        <w:rPr>
          <w:rFonts w:ascii="Courier New" w:hAnsi="Courier New"/>
          <w:color w:val="555555"/>
          <w:sz w:val="20"/>
        </w:rPr>
        <w:t>[15]</w:t>
      </w:r>
    </w:p>
    <w:p>
      <w:r>
        <w:rPr>
          <w:rFonts w:ascii="Gentium Plus" w:hAnsi="Gentium Plus"/>
          <w:sz w:val="24"/>
        </w:rPr>
        <w:t>μενος ἐμβῆναι τὸν ποταμόν. Ἢ τάχα δὲ, ἐπειδὴ Μωϋσεῖ καὶ Ἰησοῦ ἐλέχθη λῦσαι τὸ ὑπόδημα τοῦ ποδὸς, διὰ τὸ τὴν γῆν, ἐφ’ ᾗ εἱστήκεισαν, ἁγίαν εἶναι, μήτοι αὐτὴν δὲ εἶναι τὴν Αἴγυπτον, ἀλλὰ βέβηλον, κελεύονται ὑποδεδεμένοι κατα‐ πατεῖν τὸν ποταμὸν, καὶ μὴ ἀποτίθεσθαι τὰ ὑποδήματα.</w:t>
      </w:r>
    </w:p>
    <w:p>
      <w:r>
        <w:rPr>
          <w:rFonts w:ascii="Courier New" w:hAnsi="Courier New"/>
          <w:color w:val="555555"/>
          <w:sz w:val="20"/>
        </w:rPr>
        <w:t>[20]</w:t>
      </w:r>
    </w:p>
    <w:p>
      <w:r>
        <w:rPr>
          <w:rFonts w:ascii="Gentium Plus" w:hAnsi="Gentium Plus"/>
          <w:sz w:val="24"/>
        </w:rPr>
        <w:t>Ξηραίνεται δὲ βιαίῳ Θεοῦ κεκρατημένος πνεύματι. Διὰ</w:t>
      </w:r>
    </w:p>
    <w:p>
      <w:r>
        <w:rPr>
          <w:rFonts w:ascii="Courier New" w:hAnsi="Courier New"/>
          <w:color w:val="555555"/>
          <w:sz w:val="20"/>
        </w:rPr>
        <w:t>[25]</w:t>
      </w:r>
    </w:p>
    <w:p>
      <w:r>
        <w:rPr>
          <w:rFonts w:ascii="Gentium Plus" w:hAnsi="Gentium Plus"/>
          <w:sz w:val="24"/>
        </w:rPr>
        <w:t>ματα ἐν τοῖς ποσὶν, ἀσφαλιζόμενα τοὺς πόδας οἷς περιβέβλη‐ ται· ἐπειδὰν δέ τις φθάσῃ ἤδη ἐπὶ τὸν ἅγιον τόπον, τότε ὑπολυέσθω ὡς οἱ Ἀπόστολοι τοῦ Χριστοῦ, πρὸς οὓς εἴρηται μηδὲ ὑποδήματα αἵρειν. —Καὶ ἔσται τῷ Ἰσραὴλ ὡς ἡ ἡμέρα, ὅτε ἐξῆλθεν ἐκ γῆς Αἰγύπτου. Καὶ γὰρ τότε μετὰ ὑποδη‐</w:t>
      </w:r>
    </w:p>
    <w:p>
      <w:r>
        <w:rPr>
          <w:rFonts w:ascii="Courier New" w:hAnsi="Courier New"/>
          <w:color w:val="555555"/>
          <w:sz w:val="20"/>
        </w:rPr>
        <w:t>[30]</w:t>
      </w:r>
    </w:p>
    <w:p>
      <w:r>
        <w:rPr>
          <w:rFonts w:ascii="Gentium Plus" w:hAnsi="Gentium Plus"/>
          <w:sz w:val="24"/>
        </w:rPr>
        <w:t>μάτων παρῆλθε τὴν θάλασσαν τὴν Ἐρυθρὰν, ἐπειδὴ ἐπετί‐ μησεν αὐτῇ ὁ Δυνατὸς, καὶ ἐξηράνθη. Καὶ τὸν Ἰορδάνην παρῆλθον ποδὶ, ἄβροχον τὸ ἴχνος διαφυλάξαντες, τῷ πᾶσαν</w:t>
      </w:r>
    </w:p>
    <w:p>
      <w:r>
        <w:rPr>
          <w:rFonts w:ascii="Courier New" w:hAnsi="Courier New"/>
          <w:color w:val="555555"/>
          <w:sz w:val="20"/>
        </w:rPr>
        <w:t>[12 t]</w:t>
      </w:r>
    </w:p>
    <w:p>
      <w:pPr>
        <w:jc w:val="center"/>
      </w:pPr>
      <w:r>
        <w:rPr>
          <w:rFonts w:ascii="Gentium Plus" w:hAnsi="Gentium Plus"/>
          <w:b/>
          <w:sz w:val="24"/>
        </w:rPr>
        <w:t>ΚΕΦΑΛΑΙΟΝ ιβʹ</w:t>
      </w:r>
    </w:p>
    <w:p>
      <w:r>
        <w:rPr>
          <w:rFonts w:ascii="Courier New" w:hAnsi="Courier New"/>
          <w:color w:val="555555"/>
          <w:sz w:val="20"/>
        </w:rPr>
        <w:t>[12 . 253]</w:t>
      </w:r>
    </w:p>
    <w:p>
      <w:r>
        <w:rPr>
          <w:rFonts w:ascii="Gentium Plus" w:hAnsi="Gentium Plus"/>
          <w:sz w:val="24"/>
        </w:rPr>
        <w:t>Τότε οὖν ἐρεῖ ὁ λαός· Εὐλογήσω σε, Κύριε, διότι ὠργίσθης μοι, καὶ ἀπέστρεψας τὸν θυμόν σου καὶ ἠλέησάς με. Ἀφίεταί τις πολλάκις καὶ ἐγκαταλείπεται, διὰ τὸ ἅπαξ ὑποσυρῆναι εἰς τὰ Αἰγύπτια κακὰ, καὶ χρόνον τινὰ ἀπο‐</w:t>
      </w:r>
    </w:p>
    <w:p>
      <w:r>
        <w:rPr>
          <w:rFonts w:ascii="Courier New" w:hAnsi="Courier New"/>
          <w:color w:val="555555"/>
          <w:sz w:val="20"/>
        </w:rPr>
        <w:t>[5]</w:t>
      </w:r>
    </w:p>
    <w:p>
      <w:r>
        <w:rPr>
          <w:rFonts w:ascii="Gentium Plus" w:hAnsi="Gentium Plus"/>
          <w:sz w:val="24"/>
        </w:rPr>
        <w:t>λαῦσαι τῆς ἰδίας ἀβουλίας, ἵνα θερίσῃ ἃ ἔσπειρε κακῶς· ὃς, ἐπειδὰν μὴ εἰς τὸ παντελὲς ἐγκαταλειφθῇ, ἀλλὰ τύχῃ τινὸς εὐεργεσίας, ἐρεῖ τὸ Εὐλογήσω σε, Κύριε, διότι ὠργίσθης μοι καὶ ἀπέστρεψας τὸν θυμόν σου καὶ ἠλέησάς με. Ὅμοιόν ἐστι τούτῳ τὸ Ὀργὴν Κυρίου ὑποίσω, ὅτι</w:t>
      </w:r>
    </w:p>
    <w:p>
      <w:r>
        <w:rPr>
          <w:rFonts w:ascii="Courier New" w:hAnsi="Courier New"/>
          <w:color w:val="555555"/>
          <w:sz w:val="20"/>
        </w:rPr>
        <w:t>[10]</w:t>
      </w:r>
    </w:p>
    <w:p>
      <w:r>
        <w:rPr>
          <w:rFonts w:ascii="Gentium Plus" w:hAnsi="Gentium Plus"/>
          <w:sz w:val="24"/>
        </w:rPr>
        <w:t>ἥμαρτον αὐτῷ, τοῦ δικαιῶσαι αὐτὸν τὴν δίκην μου. Καὶ μετὰ τοῦτο ἐξάξει εἰς τέλος κρίμα. Οὐ γὰρ εἰς τέλος ὀργισθήσεται, οὐδὲ εἰς τὸν αἰῶνα μηνιεῖ. Ὁ δὲ λέγων· Εὐλογήσω σε, Κύριε, ὅτι ὠργίσθης μοι καὶ ἠλέησάς με, αἰσθανόμενος</w:t>
      </w:r>
    </w:p>
    <w:p>
      <w:r>
        <w:rPr>
          <w:rFonts w:ascii="Courier New" w:hAnsi="Courier New"/>
          <w:color w:val="555555"/>
          <w:sz w:val="20"/>
        </w:rPr>
        <w:t>[15]</w:t>
      </w:r>
    </w:p>
    <w:p>
      <w:r>
        <w:rPr>
          <w:rFonts w:ascii="Gentium Plus" w:hAnsi="Gentium Plus"/>
          <w:sz w:val="24"/>
        </w:rPr>
        <w:t>Ἰδοὺ ὁ Θεός μου, Σωτήρ μου, πεποιθὼς ἔσομαι ἐπ’ αὐτὸν, καὶ οὐ φοβηθήσομαι, διότι ἡ δόξα μου καὶ ἡ αἴνεσίς μου Κύριος. Ταῦτα οὐκ ἐροῦσιν οἱ ποιοῦντες τὴν ἐλεημοσύνην ἔμ‐ προσθεν τῶν ἀνθρώπων, οὐδὲ οἱ δόξαν παρ’ ἀλλήλων</w:t>
      </w:r>
    </w:p>
    <w:p>
      <w:r>
        <w:rPr>
          <w:rFonts w:ascii="Courier New" w:hAnsi="Courier New"/>
          <w:color w:val="555555"/>
          <w:sz w:val="20"/>
        </w:rPr>
        <w:t>[20]</w:t>
      </w:r>
    </w:p>
    <w:p>
      <w:r>
        <w:rPr>
          <w:rFonts w:ascii="Gentium Plus" w:hAnsi="Gentium Plus"/>
          <w:sz w:val="24"/>
        </w:rPr>
        <w:t>λαμβάνοντες· καὶ τὴν δόξαν τὴν παρὰ τοῦ μόνου Θεοῦ οὐ ζητοῦντες, καὶ ὅλως οἱ παραβαίνοντες τὴν ἐντολὴν τοῦ λέγοντος· Μὴ γινώμεθα κενόδοξοι. Ἐπειδὴ δὲ ἐπαγγέλλεται ὁ Κύριος, ὅτι Τοὺς δοξάζοντάς με δοξάσω, δηλονότι ὁ καλῶς δοξάζων τὸν Θεὸν, δεδοξασμένος ἐστὶ παρ’ αὐτῷ.</w:t>
      </w:r>
    </w:p>
    <w:p>
      <w:r>
        <w:rPr>
          <w:rFonts w:ascii="Courier New" w:hAnsi="Courier New"/>
          <w:color w:val="555555"/>
          <w:sz w:val="20"/>
        </w:rPr>
        <w:t>[25]</w:t>
      </w:r>
    </w:p>
    <w:p>
      <w:r>
        <w:rPr>
          <w:rFonts w:ascii="Gentium Plus" w:hAnsi="Gentium Plus"/>
          <w:sz w:val="24"/>
        </w:rPr>
        <w:t>Οὕτω καὶ Μωϋσέως ἐδοξάσθη τὸ πρόσωπον, ἐπειδὴ καλῶς ᾔδει δοξάζειν τὸν Θεόν. Συμφωνεῖ δὲ τῇ δόξῃ καὶ ἡ αἴ‐ νεσις, ὥστε ὁ καλῶς δοξάζων, καὶ ὑγιῶς αἰνέσει. —Καὶ μηδεὶς οἰέσθω τῶν ἐσφαλμένας περὶ Θεοῦ ἐχόντων ὑπολήψεις, ὅτι δεκταὶ αὐτοῦ εἰσιν αἱ ἐν ψαλμῳδίαις αἰνέσεις. Τῆς γὰρ</w:t>
      </w:r>
    </w:p>
    <w:p>
      <w:r>
        <w:rPr>
          <w:rFonts w:ascii="Courier New" w:hAnsi="Courier New"/>
          <w:color w:val="555555"/>
          <w:sz w:val="20"/>
        </w:rPr>
        <w:t>[30]</w:t>
      </w:r>
    </w:p>
    <w:p>
      <w:r>
        <w:rPr>
          <w:rFonts w:ascii="Gentium Plus" w:hAnsi="Gentium Plus"/>
          <w:sz w:val="24"/>
        </w:rPr>
        <w:t>αὐτῆς καρδίας ἐστὶ δοξάζειν τε ἐπιτετευγμένως καὶ αἰνεῖν ὑγιῶς. —Ἐπεὶ οὖν ἔλεγε τὸ καταλειφθὲν τοῦ λαοῦ ἐν Αἰ‐ γύπτῳ τὸ Εὐλογήσω σε, Κύριε, διότι ὠργίσθης μοι καὶ ἀπέστρεψας τὸν θυμόν σου καὶ ἠλέησάς με, οὗτοι, δια‐ βάντες τὴν Αἴγυπτον, ἐροῦσι τὸ Οὐ φοβηθήσομαι, διότι</w:t>
      </w:r>
    </w:p>
    <w:p>
      <w:r>
        <w:rPr>
          <w:rFonts w:ascii="Courier New" w:hAnsi="Courier New"/>
          <w:color w:val="555555"/>
          <w:sz w:val="20"/>
        </w:rPr>
        <w:t>[35]</w:t>
      </w:r>
    </w:p>
    <w:p>
      <w:r>
        <w:rPr>
          <w:rFonts w:ascii="Gentium Plus" w:hAnsi="Gentium Plus"/>
          <w:sz w:val="24"/>
        </w:rPr>
        <w:t>ἡ δόξα μου καὶ ἡ αἴνεσίς μου Κύριος, καὶ ἐγένετό μοι εἰς σωτηρίαν.</w:t>
      </w:r>
    </w:p>
    <w:p>
      <w:r>
        <w:rPr>
          <w:rFonts w:ascii="Courier New" w:hAnsi="Courier New"/>
          <w:color w:val="555555"/>
          <w:sz w:val="20"/>
        </w:rPr>
        <w:t>[12 . 254]</w:t>
      </w:r>
    </w:p>
    <w:p>
      <w:r>
        <w:rPr>
          <w:rFonts w:ascii="Gentium Plus" w:hAnsi="Gentium Plus"/>
          <w:sz w:val="24"/>
        </w:rPr>
        <w:t>Μνήσθητι δὲ καὶ τῆς ᾠδῆς, ἣν ἐν τῇ ἐξόδῳ ᾖσεν ὁ λαὸς τοῦ Ἰσραὴλ, ἐξαρχούσης τῆς Μαριὰμ καὶ λεγούσης·</w:t>
      </w:r>
    </w:p>
    <w:p>
      <w:r>
        <w:rPr>
          <w:rFonts w:ascii="Courier New" w:hAnsi="Courier New"/>
          <w:color w:val="555555"/>
          <w:sz w:val="20"/>
        </w:rPr>
        <w:t>[5]</w:t>
      </w:r>
    </w:p>
    <w:p>
      <w:r>
        <w:rPr>
          <w:rFonts w:ascii="Gentium Plus" w:hAnsi="Gentium Plus"/>
          <w:sz w:val="24"/>
        </w:rPr>
        <w:t>καὶ ἡ αἴνεσίς μου Κύριος καὶ ἐγένετό μοι εἰς σωτηρίαν. Ἀκολούθως δὲ τῇ αἰνέσει Κυρίου ἀντλεῖ ὕδωρ μετ’ εὐφρο‐ σύνης ἐκ τῶν τοῦ σωτηρίου πηγῶν ὁ καλῶς αὐτὸν προσ‐ κυνῶν. Εἰ ἐγκαλεῖται ὁ λαὸς ὁ εἰδωλολατρήσας (τὸ Ἐμὲ ἐγκατέλιπον, πηγὴν ὕδατος ζῶντος) δηλονότι ὁ πιστεύων</w:t>
      </w:r>
    </w:p>
    <w:p>
      <w:r>
        <w:rPr>
          <w:rFonts w:ascii="Courier New" w:hAnsi="Courier New"/>
          <w:color w:val="555555"/>
          <w:sz w:val="20"/>
        </w:rPr>
        <w:t>[10]</w:t>
      </w:r>
    </w:p>
    <w:p>
      <w:r>
        <w:rPr>
          <w:rFonts w:ascii="Gentium Plus" w:hAnsi="Gentium Plus"/>
          <w:sz w:val="24"/>
        </w:rPr>
        <w:t>εἰς Θεὸν καὶ ἐκ τῆς εἰς αὐτὸν πίστεως τοῖς σωτηρίοις δόγ‐ μασι τὴν ψυχὴν ποτιζόμενος, οὗτος ἀντλεῖ ὕδωρ μετ’ εὐ‐ φροσύνης ἐκ τῶν πηγῶν τοῦ Σωτηρίου. Τὴν δὲ εὐφροσύνην, ἡλίκη ἐγγίνεται τοῖς καταξιουμένοις ἐκεῖθεν ἀρύεσθαι, νοήσεις ἐκ τῆς εἰκόνος τῆς ὑπὸ τοῦ Δαβὶδ παρειλημμένης, ὅτι Ἐδί‐</w:t>
      </w:r>
    </w:p>
    <w:p>
      <w:r>
        <w:rPr>
          <w:rFonts w:ascii="Courier New" w:hAnsi="Courier New"/>
          <w:color w:val="555555"/>
          <w:sz w:val="20"/>
        </w:rPr>
        <w:t>[15]</w:t>
      </w:r>
    </w:p>
    <w:p>
      <w:r>
        <w:rPr>
          <w:rFonts w:ascii="Gentium Plus" w:hAnsi="Gentium Plus"/>
          <w:sz w:val="24"/>
        </w:rPr>
        <w:t>ψησεν ἡ ψυχή μου πρὸς τὸν Θεὸν, τὸν ἰσχυρὸν, τὸν ζῶντα. Τὸ γὰρ ὑπερβάλλον τῆς ἐπιθυμίας ἀμήχανόν τινα τὴν εὐ‐ φροσύνην ἐμποιεῖ τοῖς ἐπιτυγχάνουσι τῶν περισπουδάστων. Καὶ ὁ μελετῶν τὸν νόμον Κυρίου ἡμέρας καὶ νυκτὸς (περὶ οὗ εἴρηται, ὅτι Στόμα δικαίου μελετήσει σοφίαν) ἐρευνῶν</w:t>
      </w:r>
    </w:p>
    <w:p>
      <w:r>
        <w:rPr>
          <w:rFonts w:ascii="Courier New" w:hAnsi="Courier New"/>
          <w:color w:val="555555"/>
          <w:sz w:val="20"/>
        </w:rPr>
        <w:t>[20]</w:t>
      </w:r>
    </w:p>
    <w:p>
      <w:r>
        <w:rPr>
          <w:rFonts w:ascii="Gentium Plus" w:hAnsi="Gentium Plus"/>
          <w:sz w:val="24"/>
        </w:rPr>
        <w:t>τὰς Γραφὰς καὶ διὰ τοῦ ὀρθῶς ζητεῖν εὑρίσκων τὸν Κύριον, διὰ τὴν ἐπὶ τῇ εὑρέσει εὐφροσύνην συνιεὶς τὸ πνευματικὸν βούλημα τῶν Γραφῶν, ἀντλήσει ὕδωρ μετ’ εὐφροσύνης. Ὅταν οὖν αὐτοὶ ἐμπλησθῶμεν τοῦ πόματος τῶν ἐκ τοῦ σωτηρίου πηγῶν, τότε καὶ ἑτέρους προσλαμβάνομεν, ἐγκε‐</w:t>
      </w:r>
    </w:p>
    <w:p>
      <w:r>
        <w:rPr>
          <w:rFonts w:ascii="Courier New" w:hAnsi="Courier New"/>
          <w:color w:val="555555"/>
          <w:sz w:val="20"/>
        </w:rPr>
        <w:t>[25]</w:t>
      </w:r>
    </w:p>
    <w:p>
      <w:r>
        <w:rPr>
          <w:rFonts w:ascii="Gentium Plus" w:hAnsi="Gentium Plus"/>
          <w:sz w:val="24"/>
        </w:rPr>
        <w:t>λευόμενοι αὐτοῖς καὶ λέγοντες· Ὑμνεῖτε τὸν Κύριον, βοᾶτε τὸ ὄνομα αὐτοῦ. —Ἡ δὲ βοὴ φωνή ἐστι μέγεθος ἔχουσα, δυνάμενον διικνεῖσθαι καὶ πρὸς τοὺς πόῤῥω. Βοᾶτε οὖν· ἀντὶ τοῦ μὴ μικρὰ περὶ Θεοῦ φρονεῖτε, ἀλλὰ μεγάλῃ τῇ</w:t>
      </w:r>
    </w:p>
    <w:p>
      <w:r>
        <w:rPr>
          <w:rFonts w:ascii="Courier New" w:hAnsi="Courier New"/>
          <w:color w:val="555555"/>
          <w:sz w:val="20"/>
        </w:rPr>
        <w:t>[30]</w:t>
      </w:r>
    </w:p>
    <w:p>
      <w:r>
        <w:rPr>
          <w:rFonts w:ascii="Gentium Plus" w:hAnsi="Gentium Plus"/>
          <w:sz w:val="24"/>
        </w:rPr>
        <w:t>καὶ τοῖς μακρὰν οὖσι τῆς σωτηρίας δυνηθῆναι ἐξάκουστον ὑμῶν τὸν λόγον, διὰ τὸ τρανὸν τῆς διδασκαλίας γενέσθαι. Δηλοῖ δὲ τὸν νοῦν τοῦτον τὰ ἐφεξῆς· Ἀναγγείλατε γὰρ (φησὶν) ἐν τοῖς ἔθνεσι τὰ ἔνδοξα αὐτοῦ, εἴπατε αὐτοῦ τὰ θαυμάσια. Δείξατε τοῖς ἀνοήτοις τὴν περὶ τὸν κόσμον διά‐</w:t>
      </w:r>
    </w:p>
    <w:p>
      <w:r>
        <w:rPr>
          <w:rFonts w:ascii="Courier New" w:hAnsi="Courier New"/>
          <w:color w:val="555555"/>
          <w:sz w:val="20"/>
        </w:rPr>
        <w:t>[35]</w:t>
      </w:r>
    </w:p>
    <w:p>
      <w:r>
        <w:rPr>
          <w:rFonts w:ascii="Gentium Plus" w:hAnsi="Gentium Plus"/>
          <w:sz w:val="24"/>
        </w:rPr>
        <w:t>ταξιν, ἵνα προσαχθῶσι τῇ ἀγάπῃ τοῦ Κτίσαντος τὰ ὅλα, Θεοῦ. Ὑμνήσατε τὸ ὄνομα αὐτοῦ, ὅτι ὑψηλὰ ἐποίησεν. Ἢ περὶ τῶν ἐν τῷ κόσμῳ θαυμάτων διηγήσασθε, ὅτι ὑψηλὰ καὶ ἀπρόσιτα, ἢ περὶ τῶν ἐν τοῖς οὐρανοῖς δυνάμεων, ὅτι αὐτὸς ἐποίησε τὰ ἐκεῖ ὑψηλά· ἢ περὶ τῆς ἐν ἡμῖν χρηστό‐</w:t>
      </w:r>
    </w:p>
    <w:p>
      <w:r>
        <w:rPr>
          <w:rFonts w:ascii="Courier New" w:hAnsi="Courier New"/>
          <w:color w:val="555555"/>
          <w:sz w:val="20"/>
        </w:rPr>
        <w:t>[40]</w:t>
      </w:r>
    </w:p>
    <w:p>
      <w:r>
        <w:rPr>
          <w:rFonts w:ascii="Gentium Plus" w:hAnsi="Gentium Plus"/>
          <w:sz w:val="24"/>
        </w:rPr>
        <w:t>τητος, ὅτι ὑψοῖ τοὺς τεταπεινωμένους καὶ συντεριμμένους τὴν καρδίαν. Κύριος γὰρ ὑψοῖ δικαίους. Ὑψηλὸν οὖν ἐποίησε</w:t>
      </w:r>
    </w:p>
    <w:p>
      <w:r>
        <w:rPr>
          <w:rFonts w:ascii="Courier New" w:hAnsi="Courier New"/>
          <w:color w:val="555555"/>
          <w:sz w:val="20"/>
        </w:rPr>
        <w:t>[13 t]</w:t>
      </w:r>
    </w:p>
    <w:p>
      <w:pPr>
        <w:jc w:val="center"/>
      </w:pPr>
      <w:r>
        <w:rPr>
          <w:rFonts w:ascii="Gentium Plus" w:hAnsi="Gentium Plus"/>
          <w:b/>
          <w:sz w:val="24"/>
        </w:rPr>
        <w:t>ΚΕΦΑΛΑΙΟΝ ιγʹ</w:t>
      </w:r>
    </w:p>
    <w:p>
      <w:r>
        <w:rPr>
          <w:rFonts w:ascii="Courier New" w:hAnsi="Courier New"/>
          <w:color w:val="555555"/>
          <w:sz w:val="20"/>
        </w:rPr>
        <w:t>[13 . 255]</w:t>
      </w:r>
    </w:p>
    <w:p>
      <w:r>
        <w:rPr>
          <w:rFonts w:ascii="Gentium Plus" w:hAnsi="Gentium Plus"/>
          <w:sz w:val="24"/>
        </w:rPr>
        <w:t>Ὅρασις κατὰ Βαβυλῶνος, ἣν εἶδεν Ἡσαΐας υἱὸς Ἀμώς. Οὐκ αἰσθητή τίς ἐστιν, οὐδὲ διὰ σωματικῶν ὀφθαλμῶν θεωρουμένη αὕτη ἡ ὅρασις, ἀλλ’ ὑπὸ τοῦ νοῦ κατανοου‐</w:t>
      </w:r>
    </w:p>
    <w:p>
      <w:r>
        <w:rPr>
          <w:rFonts w:ascii="Courier New" w:hAnsi="Courier New"/>
          <w:color w:val="555555"/>
          <w:sz w:val="20"/>
        </w:rPr>
        <w:t>[5]</w:t>
      </w:r>
    </w:p>
    <w:p>
      <w:r>
        <w:rPr>
          <w:rFonts w:ascii="Gentium Plus" w:hAnsi="Gentium Plus"/>
          <w:sz w:val="24"/>
        </w:rPr>
        <w:t>μένη, τοῦ Θεοῦ φωτίζοντος αὐτὸν καὶ χαριζομένου ὁρᾷν αὐτόν. Τίς ἡ Βαβυλὼν καὶ τίνα τὰ ἀπαντησόμενα αὐτῇ; —Δῆλον δὲ, ὅτι οὐ κατ’ ἔκστασιν ἐλάλουν οἱ Προφῆται. Οἱ μὲν γὰρ πονηροῖς πνεύμασι κάτοχοι, παραφερόμενοι τὸν νοῦν, τὰς ἐκ τῶν δαιμόνων αὐτοῖς ἐγγινομένας φαντασίας</w:t>
      </w:r>
    </w:p>
    <w:p>
      <w:r>
        <w:rPr>
          <w:rFonts w:ascii="Courier New" w:hAnsi="Courier New"/>
          <w:color w:val="555555"/>
          <w:sz w:val="20"/>
        </w:rPr>
        <w:t>[10]</w:t>
      </w:r>
    </w:p>
    <w:p>
      <w:r>
        <w:rPr>
          <w:rFonts w:ascii="Gentium Plus" w:hAnsi="Gentium Plus"/>
          <w:sz w:val="24"/>
        </w:rPr>
        <w:t>οὐχ ὁρῶσιν, ἀλλὰ παρορῶσιν. Ὥσπερ οἱ δαιμονῶντες πο‐ ταμοὺς βλέπουσι καὶ ὄρη καὶ θηρία τὰ μὴ παρόντα· καὶ χρώματα δοκεῖ τινα αὐτοῖς παρεῖναι, καὶ ὄψεις ἀνθρώπων, φίλων ἢ ἀγνοουμένων, ἐμφαντάζεσθαι, ὧν οὐδέν ἐστιν ὅρασις, ἀλλὰ παραφορὰ καὶ ἔκστασις τοῦ νοῦ τεθολωμένου, καὶ τὴν</w:t>
      </w:r>
    </w:p>
    <w:p>
      <w:r>
        <w:rPr>
          <w:rFonts w:ascii="Courier New" w:hAnsi="Courier New"/>
          <w:color w:val="555555"/>
          <w:sz w:val="20"/>
        </w:rPr>
        <w:t>[15]</w:t>
      </w:r>
    </w:p>
    <w:p>
      <w:r>
        <w:rPr>
          <w:rFonts w:ascii="Gentium Plus" w:hAnsi="Gentium Plus"/>
          <w:sz w:val="24"/>
        </w:rPr>
        <w:t>ἰδίαν ἐνέργειαν ἀπολωλεκότος. Ἐπὶ μέντοι τῶν Ἁγίων οὐχ οὕτως. Αὐτὸς γάρ φησιν ὁ</w:t>
      </w:r>
    </w:p>
    <w:p>
      <w:r>
        <w:rPr>
          <w:rFonts w:ascii="Courier New" w:hAnsi="Courier New"/>
          <w:color w:val="555555"/>
          <w:sz w:val="20"/>
        </w:rPr>
        <w:t>[20]</w:t>
      </w:r>
    </w:p>
    <w:p>
      <w:r>
        <w:rPr>
          <w:rFonts w:ascii="Gentium Plus" w:hAnsi="Gentium Plus"/>
          <w:sz w:val="24"/>
        </w:rPr>
        <w:t>Πνεύματος. Διὰ τοῦτο γὰρ καὶ οἱ Προφῆται ἐχρημάτιζον ὁρῶντες, διὰ τὸ οἱονεὶ ἐπιτετάσθαι αὐτοῖς τὴν τοῦ νοῦ διά‐ βλεψιν ἐκ τῆς τοῦ φωτίζοντος αὐτοὺς Πνεύματος παρουσίας. Τίς οὖν ἐποίησε βλέποντα καὶ τυφλόν; βλέποντα δηλονότι τὸν Προφήτην, διὰ τὸ δύνασθαι αὐτὸν τῇ ὀξυωπίᾳ τῆς διανοίας</w:t>
      </w:r>
    </w:p>
    <w:p>
      <w:r>
        <w:rPr>
          <w:rFonts w:ascii="Courier New" w:hAnsi="Courier New"/>
          <w:color w:val="555555"/>
          <w:sz w:val="20"/>
        </w:rPr>
        <w:t>[25]</w:t>
      </w:r>
    </w:p>
    <w:p>
      <w:r>
        <w:rPr>
          <w:rFonts w:ascii="Gentium Plus" w:hAnsi="Gentium Plus"/>
          <w:sz w:val="24"/>
        </w:rPr>
        <w:t>προενατενίζειν τῷ μέλλοντι· τυφλὸν δὲ (τὸν διὰ τὴν κακίαν ἀποτυφλωθέντα) ἵνα μὴ ὀφθαλμοὶ βέβηλοι τὰ τῶν μακαρίων ἴδωσι θεάματα. Διὰ τοῦτο καὶ ὁ Κύριος, Εἰς κρίμα ἐγὼ (φησὶν) εἰς τὸν κόσμον τοῦτον ἦλθον, ἵνα οἱ μὴ βλέποντες βλέπωσι, καὶ οἱ βλέποντες τυφλοὶ γένωνται.</w:t>
      </w:r>
    </w:p>
    <w:p>
      <w:r>
        <w:rPr>
          <w:rFonts w:ascii="Courier New" w:hAnsi="Courier New"/>
          <w:color w:val="555555"/>
          <w:sz w:val="20"/>
        </w:rPr>
        <w:t>[13 . 256]</w:t>
      </w:r>
    </w:p>
    <w:p>
      <w:r>
        <w:rPr>
          <w:rFonts w:ascii="Gentium Plus" w:hAnsi="Gentium Plus"/>
          <w:sz w:val="24"/>
        </w:rPr>
        <w:t>Τίς οὖν ἡ Βαβυλὼν, καθ’ ἧς ἡ ὅρασις ἑώραται; Κατὰ μὲν οὖν τὴν ἱστορίαν δοκεῖ Βαβυλὼν κεκλῆσθαι ὁ τόπος, ἔνθα συνεχύθη ἡ διάλεκτος τῶν εἰπόντων· Δεῦτε, οἰκοδομήσωμεν ἑαυτοῖς πόλιν καὶ πύργον, οὗ ἡ κεφαλὴ</w:t>
      </w:r>
    </w:p>
    <w:p>
      <w:r>
        <w:rPr>
          <w:rFonts w:ascii="Courier New" w:hAnsi="Courier New"/>
          <w:color w:val="555555"/>
          <w:sz w:val="20"/>
        </w:rPr>
        <w:t>[5]</w:t>
      </w:r>
    </w:p>
    <w:p>
      <w:r>
        <w:rPr>
          <w:rFonts w:ascii="Gentium Plus" w:hAnsi="Gentium Plus"/>
          <w:sz w:val="24"/>
        </w:rPr>
        <w:t>ἔσται ἕως τοῦ οὐρανοῦ. Ἐκεῖ τοίνυν κατελθὼν ὁ Θεὸς, συν‐ έχεε τὰς γλώσσας· διὰ τοῦτο ἐκλήθη τὸ ὄνομα αὐτῆς, σύγχυσις. Χωρίον οὖν συγχύσεώς ἐστιν ὁ Βαβυλῶνος τόπος, οὐ διαλέκτου μόνον, ἀλλὰ καὶ δογμάτων καὶ νοημάτων καὶ τοῦ δοκοῦντος ταῦτα βλέπειν νοῦ.</w:t>
      </w:r>
    </w:p>
    <w:p>
      <w:r>
        <w:rPr>
          <w:rFonts w:ascii="Courier New" w:hAnsi="Courier New"/>
          <w:color w:val="555555"/>
          <w:sz w:val="20"/>
        </w:rPr>
        <w:t>[10]</w:t>
      </w:r>
    </w:p>
    <w:p>
      <w:r>
        <w:rPr>
          <w:rFonts w:ascii="Gentium Plus" w:hAnsi="Gentium Plus"/>
          <w:sz w:val="24"/>
        </w:rPr>
        <w:t>Ἡ μὲν οὖν ὅρασις κατὰ Βαβυλῶνος, οἱονεὶ παραμυθίαν φέρουσα τῷ Ἰσραὴλ, τῷ κακωθέντι ὑπὸ τῶν Βαβυλωνίων. Ὥστε γὰρ μὴ ὀλιγοψυχῆσαι αὐτοὺς, μήτε ἀπογνῶναι τῆς τοῦ Θεοῦ προνοίας, ὡς ἐγκαταλιπούσης αὐτοὺς, προλαβὼν τῇ προφητείᾳ ὁ Ἡσαΐας τὰ μέλλοντα, ἀπαντήσεσθαι σκυθρωπὰ</w:t>
      </w:r>
    </w:p>
    <w:p>
      <w:r>
        <w:rPr>
          <w:rFonts w:ascii="Courier New" w:hAnsi="Courier New"/>
          <w:color w:val="555555"/>
          <w:sz w:val="20"/>
        </w:rPr>
        <w:t>[15]</w:t>
      </w:r>
    </w:p>
    <w:p>
      <w:r>
        <w:rPr>
          <w:rFonts w:ascii="Gentium Plus" w:hAnsi="Gentium Plus"/>
          <w:sz w:val="24"/>
        </w:rPr>
        <w:t>τῇ Βαβυλῶνι διηγεῖται, ἵνα μὴ καταποθῶσιν ὑπὸ τῆς λύπης τῶν παρόντων, ἀλλὰ ῥᾴους γένωνται τῇ προσδοκίᾳ τῶν ἐπερ‐ χομένων. Καὶ γὰρ οὐ μικρὰν φέρει ῥᾳστώνην τοῖς θλιβομέ‐ νοις ἡ μετ’ ὀλίγον προσδοκωμένη ἐκδίκησις. —Πρόσκειται δὲ τὸ ὄνομα τοῦ πατρὸς τῇ προφητείᾳ, οὐχ ἵνα αὐτὸ τοῦτο</w:t>
      </w:r>
    </w:p>
    <w:p>
      <w:r>
        <w:rPr>
          <w:rFonts w:ascii="Courier New" w:hAnsi="Courier New"/>
          <w:color w:val="555555"/>
          <w:sz w:val="20"/>
        </w:rPr>
        <w:t>[20]</w:t>
      </w:r>
    </w:p>
    <w:p>
      <w:r>
        <w:rPr>
          <w:rFonts w:ascii="Gentium Plus" w:hAnsi="Gentium Plus"/>
          <w:sz w:val="24"/>
        </w:rPr>
        <w:t>γνῶμεν τὸν τῇ γενέσει τοῦ μακαρίου ὑπηρετησάμενον πατέρα, ἀλλ’ ὅτι καὶ προφητείας αὐτῷ διδάσκαλος γέγονε, φροντίσας αὐτὸν ἁγιωτέρας καὶ καθαρωτέρας καὶ ἐξαιρέτου παρὰ τοὺς ἄλλους ἀνατροφῆς καὶ παιδεύσεως τυχεῖν. Διὰ τοῦτο ὥσπερ κοινωνὸς τῆς προφητείας συμπαραγράφεται ὁ Ἀμώς.</w:t>
      </w:r>
    </w:p>
    <w:p>
      <w:r>
        <w:rPr>
          <w:rFonts w:ascii="Courier New" w:hAnsi="Courier New"/>
          <w:color w:val="555555"/>
          <w:sz w:val="20"/>
        </w:rPr>
        <w:t>[13 . 257]</w:t>
      </w:r>
    </w:p>
    <w:p>
      <w:r>
        <w:rPr>
          <w:rFonts w:ascii="Gentium Plus" w:hAnsi="Gentium Plus"/>
          <w:sz w:val="24"/>
        </w:rPr>
        <w:t>Ἐπ’ ὄρους πεδινοῦ ἄρατε σημεῖον, ὑψώσατε τὴν φωνὴν ἑαυτοῖς, παρακαλεῖτε τῇ χειρί· ἀνοίξατε, οἱ ἄρχοντες. Ἐγὼ συντάσσω, καὶ ἐγὼ ἄγω αὐτούς. Δείκνυσι πῶς Βαβυλὼν ἀναιρεῖται καὶ καταστρέφεται καὶ</w:t>
      </w:r>
    </w:p>
    <w:p>
      <w:r>
        <w:rPr>
          <w:rFonts w:ascii="Courier New" w:hAnsi="Courier New"/>
          <w:color w:val="555555"/>
          <w:sz w:val="20"/>
        </w:rPr>
        <w:t>[5]</w:t>
      </w:r>
    </w:p>
    <w:p>
      <w:r>
        <w:rPr>
          <w:rFonts w:ascii="Gentium Plus" w:hAnsi="Gentium Plus"/>
          <w:sz w:val="24"/>
        </w:rPr>
        <w:t>αἰχμάλωτος γίνεται ἡ δυναστεία τῶν τὴν σύγχυσιν ἐργαζομέ‐ νων. Ἐπειδὰν ἐπ’ ὄρος τις ἀνέλθῃ μὴ ἀπόκρημνον, μηδὲ ὀχθῶδες, ἀλλὰ πεδινὸν καὶ ὕπτιον, ὥστε ὕψος μὲν ἔχειν διὰ τὸ</w:t>
      </w:r>
    </w:p>
    <w:p>
      <w:r>
        <w:rPr>
          <w:rFonts w:ascii="Courier New" w:hAnsi="Courier New"/>
          <w:color w:val="555555"/>
          <w:sz w:val="20"/>
        </w:rPr>
        <w:t>[10]</w:t>
      </w:r>
    </w:p>
    <w:p>
      <w:r>
        <w:rPr>
          <w:rFonts w:ascii="Gentium Plus" w:hAnsi="Gentium Plus"/>
          <w:sz w:val="24"/>
        </w:rPr>
        <w:t>πανταχόθεν περιεῤῥωγὸς καὶ ἀποτετμημένον ἀκροσφαλεῖς ποιεῖται τὰς στάσεις τῶν ἐπιβαινόντων. Ἵνα οὖν καὶ τὰ ὑψηλὰ περὶ Θεοῦ νοῆτε, καὶ ἀσφαλῶς ταῦτα διηγῆσθε, διὰ μὲν τὸ ὕψος, ἐπ’ ὄρους τις ᾖ βεβηκώς, διὰ δὲ τὴν ἀσφάλειαν, ἀπερίτρεπτος διαμένει.</w:t>
      </w:r>
    </w:p>
    <w:p>
      <w:r>
        <w:rPr>
          <w:rFonts w:ascii="Courier New" w:hAnsi="Courier New"/>
          <w:color w:val="555555"/>
          <w:sz w:val="20"/>
        </w:rPr>
        <w:t>[15]</w:t>
      </w:r>
    </w:p>
    <w:p>
      <w:r>
        <w:rPr>
          <w:rFonts w:ascii="Gentium Plus" w:hAnsi="Gentium Plus"/>
          <w:sz w:val="24"/>
        </w:rPr>
        <w:t>Ἐπὶ δὲ τοῦ ὄρους τοῦ πεδινοῦ ἄρατε σημεῖον καὶ ὑψώσατε τὴν φωνὴν, παρακαλεῖτε τῇ χειρί. Ὁ τὰ περὶ τοῦ σταυροῦ κηρύσσων μεγαλοφώνως, αὐτός ἐστιν ὁ ἐπὶ τοῦ ὄρους τοῦ πεδινοῦ αἴρων τὸ σημεῖον. Ὁ τὸν περὶ τοῦ Πάθους λόγον μεγαλῦναι δυνάμενος, οὗτος πληροῖ τὸ</w:t>
      </w:r>
    </w:p>
    <w:p>
      <w:r>
        <w:rPr>
          <w:rFonts w:ascii="Courier New" w:hAnsi="Courier New"/>
          <w:color w:val="555555"/>
          <w:sz w:val="20"/>
        </w:rPr>
        <w:t>[20]</w:t>
      </w:r>
    </w:p>
    <w:p>
      <w:r>
        <w:rPr>
          <w:rFonts w:ascii="Gentium Plus" w:hAnsi="Gentium Plus"/>
          <w:sz w:val="24"/>
        </w:rPr>
        <w:t>πρόσταγμα τὸ προφητικόν, οὐκ ἐν κοιλάσι καὶ φάραγξι διατρίβων, ἀλλ’ ἀναβαίνων ἐπὶ τὸ τοῦ λόγου ὕψος, καὶ ἐπ’ αὐτὴν τὴν σοφίαν μετὰ ἐξομαλισμοῦ καὶ σαφηνείας τῶν ἀπαγγελλομένων τὸ κήρυγμα παραδιδούς. —Ἐπειδὴ δὲ καθ’ ἑτέραν ἔκδοσιν ἀναγινώσκομεν Ἐπ’ ὄρους νεφώδους,</w:t>
      </w:r>
    </w:p>
    <w:p>
      <w:r>
        <w:rPr>
          <w:rFonts w:ascii="Courier New" w:hAnsi="Courier New"/>
          <w:color w:val="555555"/>
          <w:sz w:val="20"/>
        </w:rPr>
        <w:t>[25]</w:t>
      </w:r>
    </w:p>
    <w:p>
      <w:r>
        <w:rPr>
          <w:rFonts w:ascii="Gentium Plus" w:hAnsi="Gentium Plus"/>
          <w:sz w:val="24"/>
        </w:rPr>
        <w:t>δηλονότι τὸ ὕψος ἑτέρῳ λόγῳ παρίστησι. Νεφῶδες γὰρ τὸ τὴν κορυφὴν ἔχον νέφεσιν ἀεὶ κεκαλυμμένην. Τὸ δὲ τοιοῦ‐ τον ὑψηλὸν καὶ ὑπὲρ πάντα ἀνεστηκός. Ὑψώσατε (φησὶ) τὴν φωνὴν ἑαυτοῖς, τουτέστιν ἐξ ἑαυτῶν λάβετε τὸ ὕψος τῆς φωνῆς· τὰς ἐνυπαρχούσας ὑμῖν ἀφορμὰς</w:t>
      </w:r>
    </w:p>
    <w:p>
      <w:r>
        <w:rPr>
          <w:rFonts w:ascii="Courier New" w:hAnsi="Courier New"/>
          <w:color w:val="555555"/>
          <w:sz w:val="20"/>
        </w:rPr>
        <w:t>[30]</w:t>
      </w:r>
    </w:p>
    <w:p>
      <w:r>
        <w:rPr>
          <w:rFonts w:ascii="Gentium Plus" w:hAnsi="Gentium Plus"/>
          <w:sz w:val="24"/>
        </w:rPr>
        <w:t>πρὸς Θεοῦ δοξολογίαν ἐκ τῶν κοινῶν ἐννοιῶν, ταύτας ἀνα‐ κινήσατε. Μὴ κάτω βλέπετε, μηδὲ τὰ γήϊνα σκοπεῖτε. Οὕτω γὰρ ταπεινὴ γίνεται ἡ φωνὴ τῶν ἐκ τῆς γῆς φωνούντων, τῶν κενολογούντων. Ὁ ἀπὸ τῆς ταπεινοποιοῦ λύπης καὶ ὁ ἀπὸ τοῦ ἀπηγορευμένου φόβου φθεγγόμενος, οὐχ ὑψοῖ τὴν ἑαυ‐</w:t>
      </w:r>
    </w:p>
    <w:p>
      <w:r>
        <w:rPr>
          <w:rFonts w:ascii="Courier New" w:hAnsi="Courier New"/>
          <w:color w:val="555555"/>
          <w:sz w:val="20"/>
        </w:rPr>
        <w:t>[35]</w:t>
      </w:r>
    </w:p>
    <w:p>
      <w:r>
        <w:rPr>
          <w:rFonts w:ascii="Gentium Plus" w:hAnsi="Gentium Plus"/>
          <w:sz w:val="24"/>
        </w:rPr>
        <w:t>τοῦ φωνήν. Καὶ ὁ ἐπιθυμίαις σαρκὸς ἐν τῷ ἀπαγγέλλειν τὸν</w:t>
      </w:r>
    </w:p>
    <w:p>
      <w:r>
        <w:rPr>
          <w:rFonts w:ascii="Courier New" w:hAnsi="Courier New"/>
          <w:color w:val="555555"/>
          <w:sz w:val="20"/>
        </w:rPr>
        <w:t>[40]</w:t>
      </w:r>
    </w:p>
    <w:p>
      <w:r>
        <w:rPr>
          <w:rFonts w:ascii="Gentium Plus" w:hAnsi="Gentium Plus"/>
          <w:sz w:val="24"/>
        </w:rPr>
        <w:t>κύπτων τοῖς πειρασμοῖς, ἀλλὰ τὸ γαῦρον φρόνημα τῆς ψυχῆς διασώζῃς, τότε ὑψοῖς τὴν φωνήν. —Παρακαλεῖ δὲ τῇ χειρὶ ὁ τὴν παράκλησιν τοῖς θλιβομένοις δι’ ἔργων ἀγαθῶν προφέ‐ ρων, καὶ ἐν ἱλαρότητι τὴν ἐλεημοσύνην ἀποπληρῶν. Ἐὰν ἴδῃς τινὰ ἐπὶ πενίᾳ καταπονούμενον, τῇ μεταδοτικῇ χειρὶ</w:t>
      </w:r>
    </w:p>
    <w:p>
      <w:r>
        <w:rPr>
          <w:rFonts w:ascii="Courier New" w:hAnsi="Courier New"/>
          <w:color w:val="555555"/>
          <w:sz w:val="20"/>
        </w:rPr>
        <w:t>[45]</w:t>
      </w:r>
    </w:p>
    <w:p>
      <w:r>
        <w:rPr>
          <w:rFonts w:ascii="Gentium Plus" w:hAnsi="Gentium Plus"/>
          <w:sz w:val="24"/>
        </w:rPr>
        <w:t>παρακάλει τὸν πένητα. Πλεῖον γὰρ παρὰ ἀσθενεῖ τῇ ψυχῇ ἡ δι’ ἔργων μετάδοσις παρακαλεῖν δύναται, ἢ ἡ διὰ λόγων προτροπὴ τοῦ φέρειν πενίαν εὐγενῶς καὶ ἀταπεινώτως.</w:t>
      </w:r>
    </w:p>
    <w:p>
      <w:r>
        <w:rPr>
          <w:rFonts w:ascii="Courier New" w:hAnsi="Courier New"/>
          <w:color w:val="555555"/>
          <w:sz w:val="20"/>
        </w:rPr>
        <w:t>[13 . 258]</w:t>
      </w:r>
    </w:p>
    <w:p>
      <w:r>
        <w:rPr>
          <w:rFonts w:ascii="Gentium Plus" w:hAnsi="Gentium Plus"/>
          <w:sz w:val="24"/>
        </w:rPr>
        <w:t>Καὶ ἀνοίξατε (φησὶν) οἱ ἄρχοντες. Ἕπεται τῷ παρακαλεῖν τῇ χειρὶ τὸ ἀνοίγειν τὴν χεῖρα, ὅπερ ἐπὶ τῆς μεταδοτικῆς ἐνεργείας ἔθος ἐστὶ τῇ Γραφῇ λαμ‐ βάνειν, ὅταν λέγῃ· Ἀνοίξαντος δέ σου τὴν χεῖρα, τὰ σύμ‐</w:t>
      </w:r>
    </w:p>
    <w:p>
      <w:r>
        <w:rPr>
          <w:rFonts w:ascii="Courier New" w:hAnsi="Courier New"/>
          <w:color w:val="555555"/>
          <w:sz w:val="20"/>
        </w:rPr>
        <w:t>[5]</w:t>
      </w:r>
    </w:p>
    <w:p>
      <w:r>
        <w:rPr>
          <w:rFonts w:ascii="Gentium Plus" w:hAnsi="Gentium Plus"/>
          <w:sz w:val="24"/>
        </w:rPr>
        <w:t>παντα πλησθήσονται χρηστότητος. Ἀνοίξατε οὖν τοὺς οἴ‐ κους ὑμῶν, καὶ τοὺς θησαυροὺς τῆς κτήσεως ἀνοίξατε ξένοις καὶ πένησι· μὴ συνέχετε τὰ προσόντα ὑμῖν εἰς παραμυθίαν τῶν καταπονουμένων. Καὶ τοῦτο ποιεῖτε πρῶτον, οἱ ἄρχον‐ τες, ἵνα διὰ τοῦ ὑποδείγματος καὶ τὸν λαὸν ἐναγάγητε.</w:t>
      </w:r>
    </w:p>
    <w:p>
      <w:r>
        <w:rPr>
          <w:rFonts w:ascii="Courier New" w:hAnsi="Courier New"/>
          <w:color w:val="555555"/>
          <w:sz w:val="20"/>
        </w:rPr>
        <w:t>[10]</w:t>
      </w:r>
    </w:p>
    <w:p>
      <w:r>
        <w:rPr>
          <w:rFonts w:ascii="Gentium Plus" w:hAnsi="Gentium Plus"/>
          <w:sz w:val="24"/>
        </w:rPr>
        <w:t>Δύναται δὲ νοηθῆναι καὶ ἐπὶ τοῦ διανοίγειν τὰς Γραφὰς καὶ τὰ κεκλεισμένα ὑποδεικνύναι, ἵνα μή τις γένηται τῷ κρίματι τῶν Φαρισαίων καὶ Γραμματέων ὑπόδικος, οἵτινες ἔχοντες</w:t>
      </w:r>
    </w:p>
    <w:p>
      <w:r>
        <w:rPr>
          <w:rFonts w:ascii="Courier New" w:hAnsi="Courier New"/>
          <w:color w:val="555555"/>
          <w:sz w:val="20"/>
        </w:rPr>
        <w:t>[15]</w:t>
      </w:r>
    </w:p>
    <w:p>
      <w:r>
        <w:rPr>
          <w:rFonts w:ascii="Gentium Plus" w:hAnsi="Gentium Plus"/>
          <w:sz w:val="24"/>
        </w:rPr>
        <w:t>λέγεται, τοὺς ἔχοντας τὰς κλεῖς τῆς γνώσεως. Τούτου κα‐ τακούσας τοῦ ῥητοῦ ὁ Παῦλος ἔλεγε· Τὸ στόμα ἡμῶν ἀνέῳγε πρὸς ὑμᾶς, Κορίνθιοι.</w:t>
      </w:r>
    </w:p>
    <w:p>
      <w:r>
        <w:rPr>
          <w:rFonts w:ascii="Courier New" w:hAnsi="Courier New"/>
          <w:color w:val="555555"/>
          <w:sz w:val="20"/>
        </w:rPr>
        <w:t>[13 . 259]</w:t>
      </w:r>
    </w:p>
    <w:p>
      <w:r>
        <w:rPr>
          <w:rFonts w:ascii="Gentium Plus" w:hAnsi="Gentium Plus"/>
          <w:sz w:val="24"/>
        </w:rPr>
        <w:t>Ἐγὼ συντάσσω καὶ ἐγὼ ἄγω αὐτούς. Ἡμᾶς χρὴ ἐνεργεῖν τὸ ἡμῖν δυνατόν. Ὁ δὲ ἄγων αὐτοὺς Κύριός ἐστι, καὶ ὁ κατατάσσων ἕκαστον ἐν τῷ σώματι τῆς Ἐκκλησίας πρὸς τὴν ἰδίαν ἀξίαν. —Γίγαντες ἔρχονται πλη‐</w:t>
      </w:r>
    </w:p>
    <w:p>
      <w:r>
        <w:rPr>
          <w:rFonts w:ascii="Courier New" w:hAnsi="Courier New"/>
          <w:color w:val="555555"/>
          <w:sz w:val="20"/>
        </w:rPr>
        <w:t>[5]</w:t>
      </w:r>
    </w:p>
    <w:p>
      <w:r>
        <w:rPr>
          <w:rFonts w:ascii="Gentium Plus" w:hAnsi="Gentium Plus"/>
          <w:sz w:val="24"/>
        </w:rPr>
        <w:t>ρῶσαι τὸν θυμόν μου, χαίροντες ἅμα καὶ ὑβρίζοντες. Ἀπειλεῖ ὁ λόγος πονηρῶν τινων καὶ θεομάχων ἐπιδημίαν εἰς ἐκδίκησιν ἀποστελλομένων κατὰ τῶν ἡμαρτηκότων. Διὰ τοῦτο, προ‐ νοούμενος τῶν φοβουμένων αὐτὸν, ἀνάγει μὲν αὐτοὺς ἐπὶ τὸ καρτερὸν ὕψος τοῦ ὄρους, ἐνασφαλίζεται δὲ αὐτοὺς τῇ ὁμα‐</w:t>
      </w:r>
    </w:p>
    <w:p>
      <w:r>
        <w:rPr>
          <w:rFonts w:ascii="Courier New" w:hAnsi="Courier New"/>
          <w:color w:val="555555"/>
          <w:sz w:val="20"/>
        </w:rPr>
        <w:t>[10]</w:t>
      </w:r>
    </w:p>
    <w:p>
      <w:r>
        <w:rPr>
          <w:rFonts w:ascii="Gentium Plus" w:hAnsi="Gentium Plus"/>
          <w:sz w:val="24"/>
        </w:rPr>
        <w:t>λότητι τῆς κορυφῆς. Δίδωσι δὲ αὐτοῖς φυλακτήριον τὸ σημεῖον, ὑποτιθεὶς αὐτοῖς τὴν διὰ τῶν ἀγαθῶν ἔργων πα‐ ρακαλεῖν τῇ χειρὶ τοὺς θλιβομένους, ἀνοίγειν τὸ στόμα πρὸς διδασκαλίαν τῶν μαθητευομένων, ἵνα φύγωσι τὴν ἐπιδρο‐ μὴν τῶν γιγάντων.</w:t>
      </w:r>
    </w:p>
    <w:p>
      <w:r>
        <w:rPr>
          <w:rFonts w:ascii="Courier New" w:hAnsi="Courier New"/>
          <w:color w:val="555555"/>
          <w:sz w:val="20"/>
        </w:rPr>
        <w:t>[15]</w:t>
      </w:r>
    </w:p>
    <w:p>
      <w:r>
        <w:rPr>
          <w:rFonts w:ascii="Gentium Plus" w:hAnsi="Gentium Plus"/>
          <w:sz w:val="24"/>
        </w:rPr>
        <w:t>Γίγαντες γὰρ, ὡς ἐπὶ τὸ πολὺ, ἐπὶ τοῦ χείρονός εἰσι τεταγμένοι. Τάχα δὲ τοὺς ἐνταῦθα γίγαντας ὠνόμασε σαφέσ‐ τερον ὁ Ψαλμὸς ἀγγέλους πονηροὺς, λέγων· Ἐξαπέστειλεν εἰς αὐτοὺς ὀργὴν θυμοῦ αὐτοῦ, θυμὸν καὶ ὀργὴν καὶ θλίψιν, ἀποστολὴν δι’ ἀγγέλων πονηρῶν. Διὰ τοῦτο δὲ τοιοῦτοι</w:t>
      </w:r>
    </w:p>
    <w:p>
      <w:r>
        <w:rPr>
          <w:rFonts w:ascii="Courier New" w:hAnsi="Courier New"/>
          <w:color w:val="555555"/>
          <w:sz w:val="20"/>
        </w:rPr>
        <w:t>[20]</w:t>
      </w:r>
    </w:p>
    <w:p>
      <w:r>
        <w:rPr>
          <w:rFonts w:ascii="Gentium Plus" w:hAnsi="Gentium Plus"/>
          <w:sz w:val="24"/>
        </w:rPr>
        <w:t>διάκονοι τοῖς ἄξια κολάσεως πεποιηκόσιν ἐπινενόηνται,</w:t>
      </w:r>
    </w:p>
    <w:p>
      <w:r>
        <w:rPr>
          <w:rFonts w:ascii="Courier New" w:hAnsi="Courier New"/>
          <w:color w:val="555555"/>
          <w:sz w:val="20"/>
        </w:rPr>
        <w:t>[25]</w:t>
      </w:r>
    </w:p>
    <w:p>
      <w:r>
        <w:rPr>
          <w:rFonts w:ascii="Gentium Plus" w:hAnsi="Gentium Plus"/>
          <w:sz w:val="24"/>
        </w:rPr>
        <w:t>πόνον καὶ τὴν ὀδύνην καὶ τὴν λύπην τῶν μαστιγουμένων.</w:t>
      </w:r>
    </w:p>
    <w:p>
      <w:r>
        <w:rPr>
          <w:rFonts w:ascii="Courier New" w:hAnsi="Courier New"/>
          <w:color w:val="555555"/>
          <w:sz w:val="20"/>
        </w:rPr>
        <w:t>[13 . 260]</w:t>
      </w:r>
    </w:p>
    <w:p>
      <w:r>
        <w:rPr>
          <w:rFonts w:ascii="Gentium Plus" w:hAnsi="Gentium Plus"/>
          <w:sz w:val="24"/>
        </w:rPr>
        <w:t>Φωνὴ ἐθνῶν πολλῶν ἐπὶ τῶν ὀρέων, ὁμοία ἐθνῶν πολλῶν, φωνὴ βασιλέων καὶ ἐθνῶν συνηγμένων. Τάχα τῶν ἐθνῶν τῶν πολλῶν τῶν ἐπὶ τῶν ὀρέων φωνή ἐστιν Ἐκκλησίας. Διὰ τοῦτο καὶ πεδινὸν ὄρος αὐτὴ ἐξελέχθη,</w:t>
      </w:r>
    </w:p>
    <w:p>
      <w:r>
        <w:rPr>
          <w:rFonts w:ascii="Courier New" w:hAnsi="Courier New"/>
          <w:color w:val="555555"/>
          <w:sz w:val="20"/>
        </w:rPr>
        <w:t>[5]</w:t>
      </w:r>
    </w:p>
    <w:p>
      <w:r>
        <w:rPr>
          <w:rFonts w:ascii="Gentium Plus" w:hAnsi="Gentium Plus"/>
          <w:sz w:val="24"/>
        </w:rPr>
        <w:t>ἵνα εὐρυχωρίαν ἔχῃ πρὸς τὴν συλλογὴν τοῦ πλήθους τῶν ἀνα‐ βαινόντων ἐπὶ τὸ ὕψος τῆς γνώσεως τοῦ Θεοῦ. Εἶδεν οὖν ἐν τῷ ὄρει τῷ πεδινῷ πολὺ τὸ πλῆθος πολλαχόθεν συνειλεγμένων, καὶ φωνὴν μίαν ἀφιέντων τῆς πίστεως. Καί φησι τὸ Πνεῦμα τὸ ἅγιον διὰ τοῦ Προφήτου· Φωνὴ ἐθνῶν πολλῶν ἐπὶ τῶν</w:t>
      </w:r>
    </w:p>
    <w:p>
      <w:r>
        <w:rPr>
          <w:rFonts w:ascii="Courier New" w:hAnsi="Courier New"/>
          <w:color w:val="555555"/>
          <w:sz w:val="20"/>
        </w:rPr>
        <w:t>[10]</w:t>
      </w:r>
    </w:p>
    <w:p>
      <w:r>
        <w:rPr>
          <w:rFonts w:ascii="Gentium Plus" w:hAnsi="Gentium Plus"/>
          <w:sz w:val="24"/>
        </w:rPr>
        <w:t>ὀρέων (ἐφ’ ὧν ἤρθη τὸ σημεῖον) ὁμοία ἐθνῶν πολλῶν. Καὶ μία ἐστὶν ἡ φωνὴ, καὶ ἔοικε φωναῖς πολλαῖς ἐθνῶν. Μία μὲν, κατὰ τὴν συμφωνίαν τῆς πίστεως, πολλαῖς δὲ φωναῖς ἔοικε διὰ τὸ μερισθῆναι γλώσσαις πυρὸς παρὰ τοῦ ἁγίου Πνεύματος ἐφ’ ἕκαστον τῶν Ἀποστόλων τῶν μελλόντων τοῖς</w:t>
      </w:r>
    </w:p>
    <w:p>
      <w:r>
        <w:rPr>
          <w:rFonts w:ascii="Courier New" w:hAnsi="Courier New"/>
          <w:color w:val="555555"/>
          <w:sz w:val="20"/>
        </w:rPr>
        <w:t>[15]</w:t>
      </w:r>
    </w:p>
    <w:p>
      <w:r>
        <w:rPr>
          <w:rFonts w:ascii="Gentium Plus" w:hAnsi="Gentium Plus"/>
          <w:sz w:val="24"/>
        </w:rPr>
        <w:t>ἐν τῇ οἰκουμένῃ ἔθνεσιν ἐπισπείρειν τὸ Εὐαγγέλιον. Φωνὴ βασιλέων (φησὶ) καὶ ἐθνῶν συνηγμένων. Τάχα δεῖ τὰ μὲν ἔθνη νοῆσαι ἡμᾶς τοὺς πανταχόθεν συνδραμόντας ἐπὶ</w:t>
      </w:r>
    </w:p>
    <w:p>
      <w:r>
        <w:rPr>
          <w:rFonts w:ascii="Courier New" w:hAnsi="Courier New"/>
          <w:color w:val="555555"/>
          <w:sz w:val="20"/>
        </w:rPr>
        <w:t>[20]</w:t>
      </w:r>
    </w:p>
    <w:p>
      <w:r>
        <w:rPr>
          <w:rFonts w:ascii="Gentium Plus" w:hAnsi="Gentium Plus"/>
          <w:sz w:val="24"/>
        </w:rPr>
        <w:t>ἐμφαίνει τῶν γιγάντων, ὅτι φωνή ἐστι πολλῶν ἐθνῶν καὶ φωνὴ βασιλέων. Διὰ γὰρ τὸ χαίροντας αὐτοὺς καὶ ὑβρί‐ ζοντας τρέχειν ἐπὶ τὴν ἐκπλήρωσιν τοῦ θυμοῦ Κυρίου, τε‐ ταγμένοι εἰς τὴν διακονίαν, μιμοῦνται πολλῶν ἐθνῶν ἦχον, καὶ βασιλέων τινῶν ἐπηρμένων τῷ φρονήματι, ἀγνοοῦντες</w:t>
      </w:r>
    </w:p>
    <w:p>
      <w:r>
        <w:rPr>
          <w:rFonts w:ascii="Courier New" w:hAnsi="Courier New"/>
          <w:color w:val="555555"/>
          <w:sz w:val="20"/>
        </w:rPr>
        <w:t>[25]</w:t>
      </w:r>
    </w:p>
    <w:p>
      <w:r>
        <w:rPr>
          <w:rFonts w:ascii="Gentium Plus" w:hAnsi="Gentium Plus"/>
          <w:sz w:val="24"/>
        </w:rPr>
        <w:t>ὅτι ὑπηρέται κολάσεώς εἰσι, βασανισταὶ τῶν ἁμαρτανόν‐ των· οὐχὶ δὲ οἰκείᾳ ἐξουσίᾳ, οὐδὲ τῷ προσόντι αὐτοῖς ἀξιώματι ταῦτα ἐπάγουσι τοῖς ἀξίοις.</w:t>
      </w:r>
    </w:p>
    <w:p>
      <w:r>
        <w:rPr>
          <w:rFonts w:ascii="Courier New" w:hAnsi="Courier New"/>
          <w:color w:val="555555"/>
          <w:sz w:val="20"/>
        </w:rPr>
        <w:t>[13 . 261]</w:t>
      </w:r>
    </w:p>
    <w:p>
      <w:r>
        <w:rPr>
          <w:rFonts w:ascii="Gentium Plus" w:hAnsi="Gentium Plus"/>
          <w:sz w:val="24"/>
        </w:rPr>
        <w:t>Κύριος Σαβαὼθ ἐντέταλται ἔθνει ὁπλομάχῳ, ἔρ‐ χεσθαι ἐκ γῆς πόῤῥωθεν· ἀπ’ ἄκρου θεμελίου τοῦ οὐρανοῦ Κύριος καὶ οἱ ὁπλομάχοι αὐτοῦ, καταφθεῖραι πᾶσαν τὴν οἰκουμένην. Κύριος Σαβαὼθ ἐντέταλται ἔθνει ὁπλομάχῳ.</w:t>
      </w:r>
    </w:p>
    <w:p>
      <w:r>
        <w:rPr>
          <w:rFonts w:ascii="Courier New" w:hAnsi="Courier New"/>
          <w:color w:val="555555"/>
          <w:sz w:val="20"/>
        </w:rPr>
        <w:t>[5]</w:t>
      </w:r>
    </w:p>
    <w:p>
      <w:r>
        <w:rPr>
          <w:rFonts w:ascii="Gentium Plus" w:hAnsi="Gentium Plus"/>
          <w:sz w:val="24"/>
        </w:rPr>
        <w:t>Μὴ φοβηθῇς τὸν τύπτοντα, ἀλλὰ παρακάλει τὸν ἐπιτάσ‐ σοντα. Διδασκέσθωσαν οἱ εἰδωλολάτραι, οἱ λέγοντες θυσίας προσάγειν δαίμοσι πονηροῖς ἐκμειλισσόμενοι αὑτῶν τὴν κακίαν. Κύριος αὐτοῖς ἐντέταλται. Κἂν θεραπεύσῃς, κἂν μὴ, τὸ προστεταγμένον ποιήσει· ὑπερβαίνειν τὰς ὁροθεσίας οὐχ</w:t>
      </w:r>
    </w:p>
    <w:p>
      <w:r>
        <w:rPr>
          <w:rFonts w:ascii="Courier New" w:hAnsi="Courier New"/>
          <w:color w:val="555555"/>
          <w:sz w:val="20"/>
        </w:rPr>
        <w:t>[10]</w:t>
      </w:r>
    </w:p>
    <w:p>
      <w:r>
        <w:rPr>
          <w:rFonts w:ascii="Gentium Plus" w:hAnsi="Gentium Plus"/>
          <w:sz w:val="24"/>
        </w:rPr>
        <w:t>οἷόν τε. Οὔτε ὑφαιρεῖ τῆς πικρίας, οὔτε προστίθησί τι παρ’ ἑαυτοῦ, ἀλλὰ τῷ ἐνδιδομένῳ μέτρῳ κέχρηται ἀπα‐ ραιτήτως. Κύριος οὖν ἐντέταλται ἔθνει ὁπλομάχῳ. Ὅπλα ἔχουσιν οἱ</w:t>
      </w:r>
    </w:p>
    <w:p>
      <w:r>
        <w:rPr>
          <w:rFonts w:ascii="Courier New" w:hAnsi="Courier New"/>
          <w:color w:val="555555"/>
          <w:sz w:val="20"/>
        </w:rPr>
        <w:t>[15]</w:t>
      </w:r>
    </w:p>
    <w:p>
      <w:r>
        <w:rPr>
          <w:rFonts w:ascii="Gentium Plus" w:hAnsi="Gentium Plus"/>
          <w:sz w:val="24"/>
        </w:rPr>
        <w:t>τῶν ὅπλων τοῦ δικαίου. Ὁ μὲν γὰρ δίκαιος θυρεὸν ἔχει πίστεως, τοῦ δὲ πονηροῦ ὁ θυρεὸς, θυρεός ἐστιν ἀπιστίας· οὗτος μάχαιραν λόγου, ἐκεῖνος μάχαιραν ἀλογίας· οὗτος θώρακι δικαιοσύνης ἠσφάλισται, ἐκεῖνος θώρακι ἀδικίας ἠμφίεσται· τούτου τὴν κεφαλὴν περισφίγγει περικεφαλαία</w:t>
      </w:r>
    </w:p>
    <w:p>
      <w:r>
        <w:rPr>
          <w:rFonts w:ascii="Courier New" w:hAnsi="Courier New"/>
          <w:color w:val="555555"/>
          <w:sz w:val="20"/>
        </w:rPr>
        <w:t>[20]</w:t>
      </w:r>
    </w:p>
    <w:p>
      <w:r>
        <w:rPr>
          <w:rFonts w:ascii="Gentium Plus" w:hAnsi="Gentium Plus"/>
          <w:sz w:val="24"/>
        </w:rPr>
        <w:t>σωτηρίας, ἐκείνῳ περίκειται περικεφαλαία ἀπωλείας· οὗτος τοὺς πόδας ἑτοίμους ἔχει πρὸς τὸ Εὐαγγέλιον τῆς εἰρήνης, ἐκείνου οἱ πόδες τρέχουσι πρὸς τὴν ἀπαγγελίαν τῶν κακῶν. —Ὁπλομάχῳ οὖν ἔθνει, τούτοις τοῖς ὅπλοις ὡπλισμένῳ, ἐντέταλται Κύριος.</w:t>
      </w:r>
    </w:p>
    <w:p>
      <w:r>
        <w:rPr>
          <w:rFonts w:ascii="Courier New" w:hAnsi="Courier New"/>
          <w:color w:val="555555"/>
          <w:sz w:val="20"/>
        </w:rPr>
        <w:t>[25]</w:t>
      </w:r>
    </w:p>
    <w:p>
      <w:r>
        <w:rPr>
          <w:rFonts w:ascii="Gentium Plus" w:hAnsi="Gentium Plus"/>
          <w:sz w:val="24"/>
        </w:rPr>
        <w:t>Οὗτοι δὲ καὶ ἀπὸ γῆς εἰσι πόῤῥωθεν, ἵνα εἰδῇς ὅτι ἀλλότριοί εἰσι τοῦ βίου τούτου. Οἱ μὲν γὰρ συμπονοῦντες ἡμῖν τὰ πρὸς σωτηρίαν, σύνοικοι καὶ γείτονες, ἐγγύθεν παρεχόμενοι τὴν βοήθειαν, Ἄγγελοι εἰρηνικοί. Οἱ δὲ πρὸς κόλασιν παραλαμβανόμενοι, πόῤῥωθεν ἄγονται, κατακε‐</w:t>
      </w:r>
    </w:p>
    <w:p>
      <w:r>
        <w:rPr>
          <w:rFonts w:ascii="Courier New" w:hAnsi="Courier New"/>
          <w:color w:val="555555"/>
          <w:sz w:val="20"/>
        </w:rPr>
        <w:t>[30]</w:t>
      </w:r>
    </w:p>
    <w:p>
      <w:r>
        <w:rPr>
          <w:rFonts w:ascii="Gentium Plus" w:hAnsi="Gentium Plus"/>
          <w:sz w:val="24"/>
        </w:rPr>
        <w:t>χρημένου τῇ ὠμότητι αὐτῶν εἰς θεραπείαν ἡμετέραν τοῦ φιλανθρώπου Θεοῦ, ὡς κατακέχρηται ὁ σοφὸς ἰατρὸς τῷ ἰῷ τῆς ἐχίδνης εἰς τὴν τῶν ἀσθενούντων ἴασιν. Τοῖς μὲν τοιούτοις παραδίδοται οὐ τὸ πνεῦμα, ἀλλ’ ἡ σὰρξ εἰς ὄλεθρον, ἵνα τὸ πνεῦμα σωθῇ. Ἀλλὰ καὶ Φύγελλος καὶ Ἑρμογένης</w:t>
      </w:r>
    </w:p>
    <w:p>
      <w:r>
        <w:rPr>
          <w:rFonts w:ascii="Courier New" w:hAnsi="Courier New"/>
          <w:color w:val="555555"/>
          <w:sz w:val="20"/>
        </w:rPr>
        <w:t>[35]</w:t>
      </w:r>
    </w:p>
    <w:p>
      <w:r>
        <w:rPr>
          <w:rFonts w:ascii="Gentium Plus" w:hAnsi="Gentium Plus"/>
          <w:sz w:val="24"/>
        </w:rPr>
        <w:t>ὑπὸ τοῦ Παύλου παρεδόθησαν τῷ Σατανᾷ, οὐκ εἰς ἀπώ‐ λειαν, ἀλλ’ ἵνα παιδευθῶσι μὴ βλασφημεῖν. —Πῶς οὖν ἀπὸ γῆς πόῤῥωθεν καὶ ἀπ’ ἄκρου τοῦ οὐρανοῦ τὸ ὁπλομάχον τοῦτο ἔθνος ἔρχεται; Ἀπὸ γῆς μὲν, ὅτι εἵλετο τὸν περίγειον τόπον καὶ τοῖς γηΐνοις πάθεσι συναναφύρεται· ἀπ’ ἄκρου</w:t>
      </w:r>
    </w:p>
    <w:p>
      <w:r>
        <w:rPr>
          <w:rFonts w:ascii="Courier New" w:hAnsi="Courier New"/>
          <w:color w:val="555555"/>
          <w:sz w:val="20"/>
        </w:rPr>
        <w:t>[40]</w:t>
      </w:r>
    </w:p>
    <w:p>
      <w:r>
        <w:rPr>
          <w:rFonts w:ascii="Gentium Plus" w:hAnsi="Gentium Plus"/>
          <w:sz w:val="24"/>
        </w:rPr>
        <w:t>δὲ τοῦ οὐρανοῦ, ὅτι ἐκεῖθεν αὐτῷ ἡ ἐξ ἀρχῆς πτῶσις γέ‐</w:t>
      </w:r>
    </w:p>
    <w:p>
      <w:r>
        <w:rPr>
          <w:rFonts w:ascii="Courier New" w:hAnsi="Courier New"/>
          <w:color w:val="555555"/>
          <w:sz w:val="20"/>
        </w:rPr>
        <w:t>[13 . 262]</w:t>
      </w:r>
    </w:p>
    <w:p>
      <w:r>
        <w:rPr>
          <w:rFonts w:ascii="Gentium Plus" w:hAnsi="Gentium Plus"/>
          <w:sz w:val="24"/>
        </w:rPr>
        <w:t>Ὀλολύζατε· ἐγγὺς γὰρ ἡ ἡμέρα Κυρίου, καὶ συν‐ τριβὴ παρὰ Κυρίου ἥξει· διὰ τοῦτο πᾶσα χεὶρ ἐκλυθήσεται καὶ πᾶσα ψυχὴ ἀνθρώπου δειλιάσει. Ἐπειδὴ ἀπειλὴ πρόκειται, αὐτὸν τὸν Κύριον ἥξειν μετὰ</w:t>
      </w:r>
    </w:p>
    <w:p>
      <w:r>
        <w:rPr>
          <w:rFonts w:ascii="Courier New" w:hAnsi="Courier New"/>
          <w:color w:val="555555"/>
          <w:sz w:val="20"/>
        </w:rPr>
        <w:t>[5]</w:t>
      </w:r>
    </w:p>
    <w:p>
      <w:r>
        <w:rPr>
          <w:rFonts w:ascii="Gentium Plus" w:hAnsi="Gentium Plus"/>
          <w:sz w:val="24"/>
        </w:rPr>
        <w:t>τῶν ὁπλομάχων αὐτοῦ καταφθεῖραι πᾶσαν τὴν οἰκουμένην, διὰ τοῦτο προστέτακται ὀλολυγμὸς καὶ θρῆνος, ἵνα διὰ τού‐ των δυσωπηθῇ ὁ Κύριος ἀποστρέψαι τὴν ἐπαγομένην ὀργήν. Ἀμφότερα γὰρ ποιεῖ ὁ φιλάνθρωπος Κύριος, καὶ τὰ φοβερὰ ἀπειλεῖ, καὶ τοῖς μετανοοῦσιν οὐκ ἐπάγει τὰ ἠπειλημένα.</w:t>
      </w:r>
    </w:p>
    <w:p>
      <w:r>
        <w:rPr>
          <w:rFonts w:ascii="Courier New" w:hAnsi="Courier New"/>
          <w:color w:val="555555"/>
          <w:sz w:val="20"/>
        </w:rPr>
        <w:t>[10]</w:t>
      </w:r>
    </w:p>
    <w:p>
      <w:r>
        <w:rPr>
          <w:rFonts w:ascii="Gentium Plus" w:hAnsi="Gentium Plus"/>
          <w:sz w:val="24"/>
        </w:rPr>
        <w:t>Κλαύσατε καὶ θρηνήσατε ἕκαστος τὰ ἴδια ἁμαρτήματα, μή ποτε πάθητε τὰ κεκηρυγμένα. Εἰ μὴ ἐβούλετο ὁ Θεὸς τοῦ ἁμαρτωλοῦ τὴν μετάνοιαν, διὰ τί ἐκηρύσσετο ἐν Νινευῇ ἡ μετὰ τρεῖς ἡμέρας ἀπώλεια; Ἀλλ’ ἐπειδὴ εἶδεν αὐτῶν τὸν συντριμμὸν ὁ ἐλεήμων, παρήγαγε τὴν ὀργὴν, καὶ διεσκέδασεν</w:t>
      </w:r>
    </w:p>
    <w:p>
      <w:r>
        <w:rPr>
          <w:rFonts w:ascii="Courier New" w:hAnsi="Courier New"/>
          <w:color w:val="555555"/>
          <w:sz w:val="20"/>
        </w:rPr>
        <w:t>[15]</w:t>
      </w:r>
    </w:p>
    <w:p>
      <w:r>
        <w:rPr>
          <w:rFonts w:ascii="Gentium Plus" w:hAnsi="Gentium Plus"/>
          <w:sz w:val="24"/>
        </w:rPr>
        <w:t>ὥσπερ νέφος. Παρ’ αὐτοῦ οὖν τοῦ Κυρίου ἥξει ἡ συντριβὴ, χρησίμως συντρίβοντος τὰ ἀφανισμοῦ ἄξια, ὡς συντρίβει τὸν Σατανᾶν ὑπὸ τοὺς πόδας τοῦ δικαίου, καὶ συντρίβει πολέμους. Κύριος γὰρ συντρίβων πολέμους· Κύριος ὄνομα αὐτῷ· καὶ Συν‐</w:t>
      </w:r>
    </w:p>
    <w:p>
      <w:r>
        <w:rPr>
          <w:rFonts w:ascii="Courier New" w:hAnsi="Courier New"/>
          <w:color w:val="555555"/>
          <w:sz w:val="20"/>
        </w:rPr>
        <w:t>[20]</w:t>
      </w:r>
    </w:p>
    <w:p>
      <w:r>
        <w:rPr>
          <w:rFonts w:ascii="Gentium Plus" w:hAnsi="Gentium Plus"/>
          <w:sz w:val="24"/>
        </w:rPr>
        <w:t>τρίβει Κύριος τὰς κέδρους τοῦ Λιβάνου, τοὺς μεγαλαυχοῦντας καὶ ἀλαζονευομένους καὶ ὑπεραιρομένους κατὰ τῆς ἀληθείας, Λιβάνου κέδρους προσαγορεύων. —Ἐπειδὴ οὖν ἔρχεται συντριβὴ παρὰ Κυρίου, προλαμβάνοντας ἑαυτῶν τὴν μεγα‐ λόφρονα καρδίαν δεῖ συντρίβειν, ἵνα γένηται θυσία τῷ Θεῷ</w:t>
      </w:r>
    </w:p>
    <w:p>
      <w:r>
        <w:rPr>
          <w:rFonts w:ascii="Courier New" w:hAnsi="Courier New"/>
          <w:color w:val="555555"/>
          <w:sz w:val="20"/>
        </w:rPr>
        <w:t>[25]</w:t>
      </w:r>
    </w:p>
    <w:p>
      <w:r>
        <w:rPr>
          <w:rFonts w:ascii="Gentium Plus" w:hAnsi="Gentium Plus"/>
          <w:sz w:val="24"/>
        </w:rPr>
        <w:t>ἡ ταπείνωσις αὐτῆς. —Πᾶσα οὖν χεὶρ, καὶ ἡ πρακτικωτάτη καὶ ἡ δραστικωτάτη, ὡς πρὸς Θεὸν καὶ τὰ ἔργα αὐτοῦ, ἐκλυθήσεται· διὸ λέγει· Ἰσχύσατε, χεῖρες ἀνειμέναι καὶ γόνατα παραλελυμένα. Μηδεὶς πεποιθέτω δυνάμει πρὸς τὸ ἀμύνεσθαι τοὺς ἐπερχομένους ὁπλομάχους· μηδεὶς ἐπελπι‐</w:t>
      </w:r>
    </w:p>
    <w:p>
      <w:r>
        <w:rPr>
          <w:rFonts w:ascii="Courier New" w:hAnsi="Courier New"/>
          <w:color w:val="555555"/>
          <w:sz w:val="20"/>
        </w:rPr>
        <w:t>[30]</w:t>
      </w:r>
    </w:p>
    <w:p>
      <w:r>
        <w:rPr>
          <w:rFonts w:ascii="Gentium Plus" w:hAnsi="Gentium Plus"/>
          <w:sz w:val="24"/>
        </w:rPr>
        <w:t>ζέτω ταχύτητι ποδῶν, ὡς ἀποδρᾶναι δυνάμενος τὴν ἡμέραν τῆς συντριβῆς, ἐν ᾗ ἔρχονται καταφθεῖραι πᾶσαν τὴν οἰκου‐ μένην.</w:t>
      </w:r>
    </w:p>
    <w:p>
      <w:r>
        <w:rPr>
          <w:rFonts w:ascii="Courier New" w:hAnsi="Courier New"/>
          <w:color w:val="555555"/>
          <w:sz w:val="20"/>
        </w:rPr>
        <w:t>[13 . 263]</w:t>
      </w:r>
    </w:p>
    <w:p>
      <w:r>
        <w:rPr>
          <w:rFonts w:ascii="Gentium Plus" w:hAnsi="Gentium Plus"/>
          <w:sz w:val="24"/>
        </w:rPr>
        <w:t>Πᾶσα γὰρ ψυχὴ ἀνθρώπου δειλιάσει. Καλῶς πρόσκειται τὸ Ἀνθρώπου· οὔτε γὰρ Ἀγγέλων ψυχὴ δειλίᾳ ὑπόκειται (διὰ τὸ ἀνωτέραν εἶναι τοῦ πάθους τούτου) οὔτε δὲ ἡ τῶν ἀλόγων. Οὐ γὰρ ἅπτεται ἡ δειλία τῶν</w:t>
      </w:r>
    </w:p>
    <w:p>
      <w:r>
        <w:rPr>
          <w:rFonts w:ascii="Courier New" w:hAnsi="Courier New"/>
          <w:color w:val="555555"/>
          <w:sz w:val="20"/>
        </w:rPr>
        <w:t>[5]</w:t>
      </w:r>
    </w:p>
    <w:p>
      <w:r>
        <w:rPr>
          <w:rFonts w:ascii="Gentium Plus" w:hAnsi="Gentium Plus"/>
          <w:sz w:val="24"/>
        </w:rPr>
        <w:t>ἀλόγων, πάθος οὖσα τοῦ λογιστικοῦ, καὶ ἔλλειψις τῶν τῆς ἀνδρείας δογμάτων. Πτοήσει μὲν γὰρ ὑπόκειται τὰ ἄλογα· οἱ δὲ λογικοὶ, ἐπειδὰν τὰ μὴ ἄξια φόβου καταπλαγῶσι, τῷ ἐκλείπειν ἐν αὐτοῖς τὸν λόγον (τὸν τὴν εὐτονίαν τῇ ψυχῇ ἐμποιοῦντα πρὸς τὰ δεινὰ) τῷ πάθει τῆς δειλίας ἁλίσκονται.</w:t>
      </w:r>
    </w:p>
    <w:p>
      <w:r>
        <w:rPr>
          <w:rFonts w:ascii="Courier New" w:hAnsi="Courier New"/>
          <w:color w:val="555555"/>
          <w:sz w:val="20"/>
        </w:rPr>
        <w:t>[10]</w:t>
      </w:r>
    </w:p>
    <w:p>
      <w:r>
        <w:rPr>
          <w:rFonts w:ascii="Gentium Plus" w:hAnsi="Gentium Plus"/>
          <w:sz w:val="24"/>
        </w:rPr>
        <w:t>Πολὺς δὲ ὁ χρόνος, ἀφ’ οὗ ἡ ἡμέρα Κυρίου ἐγγίζειν λέγεται, πάντων τῶν Προφητῶν διαμαρτυρουμένων αὐτῆς τὴν ἐγγύ‐ τητα, ἵνα μηδεὶς ἀναπεπτωκὼς, ὡς χρονιζούσης αὐτῆς, ἀνέτοιμος καταληφθῇ. Ταῦτα καὶ ὁ Σοφονίας διαμαρτύρεται, Εὐλαβεῖσθε (λέγων) ἀπὸ προσώπου τοῦ φόβου Κυρίου, διότι</w:t>
      </w:r>
    </w:p>
    <w:p>
      <w:r>
        <w:rPr>
          <w:rFonts w:ascii="Courier New" w:hAnsi="Courier New"/>
          <w:color w:val="555555"/>
          <w:sz w:val="20"/>
        </w:rPr>
        <w:t>[15]</w:t>
      </w:r>
    </w:p>
    <w:p>
      <w:r>
        <w:rPr>
          <w:rFonts w:ascii="Gentium Plus" w:hAnsi="Gentium Plus"/>
          <w:sz w:val="24"/>
        </w:rPr>
        <w:t>ἐγγὺς ἡ ἡμέρα Κυρίου. Καὶ μετ’ ὀλίγα· Ἐγγὺς ἡ ἡμέρα Κυ‐ ρίου, ἡ μεγάλη· ἐγγὺς καὶ καὶ ταχεῖα σφόδρα. Φωνὴ ἡμέρας Κυρίου πικρὰ καὶ σκληρά· ἡ ἡμέρα ἐκείνη, ἡμέρα θλίψεως καὶ ἀνάγκης, ἡμέρα ἀωρίας καὶ ἀφανισμοῦ, ἡμέρα σκότους καὶ γνόφου, ἡμέρα νεφέλης καὶ ὁμίχλης, ἡμέρα σάλπιγγος καὶ</w:t>
      </w:r>
    </w:p>
    <w:p>
      <w:r>
        <w:rPr>
          <w:rFonts w:ascii="Courier New" w:hAnsi="Courier New"/>
          <w:color w:val="555555"/>
          <w:sz w:val="20"/>
        </w:rPr>
        <w:t>[20]</w:t>
      </w:r>
    </w:p>
    <w:p>
      <w:r>
        <w:rPr>
          <w:rFonts w:ascii="Gentium Plus" w:hAnsi="Gentium Plus"/>
          <w:sz w:val="24"/>
        </w:rPr>
        <w:t>κραυγῆς. —Κἂν ἡ κοινὴ δὲ ἡμέρα τῆς τοῦ παντὸς κόσμου συντελείας μακρὰν ᾖ, ἀλλ’ ἡ ἰδία ἑκάστου τῆς ἐξόδου (ἥτις ἐστὶ τοῦ καθ’ ἕνα ἀνθρώπου συντέλεια) ἐγγὺς πάρεστιν· ἣν χρὴ πρὸ ὀφθαλμῶν ἔχοντας, τηρεῖν τὸ παρὰ τοῦ Ἡσαΐου λεγόμενον· Ὀλολύξατε· ἐγγὺς γὰρ ἡ ἡμέρα Κυρίου· καὶ</w:t>
      </w:r>
    </w:p>
    <w:p>
      <w:r>
        <w:rPr>
          <w:rFonts w:ascii="Courier New" w:hAnsi="Courier New"/>
          <w:color w:val="555555"/>
          <w:sz w:val="20"/>
        </w:rPr>
        <w:t>[25]</w:t>
      </w:r>
    </w:p>
    <w:p>
      <w:r>
        <w:rPr>
          <w:rFonts w:ascii="Gentium Plus" w:hAnsi="Gentium Plus"/>
          <w:sz w:val="24"/>
        </w:rPr>
        <w:t>πείθεσθε τῷ λέγοντι· Μακάριοι οἱ πενθοῦντες καὶ Μακάριοι οἱ κλαίοντες. Πολλοὶ πρὸς τὰ τοῦ βίου δυσχεραίνοντες πράγματα, ἐπείγουσιν ἑαυτῶν τὴν ἔξοδον καὶ ἐπικαλοῦνται τὸν θάνατον· πρὸς οὓς καλῶς ἔχει τὸ τοῦ Ἀμὼς λέγειν· Οὐαὶ οἱ ἐπιθυ‐</w:t>
      </w:r>
    </w:p>
    <w:p>
      <w:r>
        <w:rPr>
          <w:rFonts w:ascii="Courier New" w:hAnsi="Courier New"/>
          <w:color w:val="555555"/>
          <w:sz w:val="20"/>
        </w:rPr>
        <w:t>[30]</w:t>
      </w:r>
    </w:p>
    <w:p>
      <w:r>
        <w:rPr>
          <w:rFonts w:ascii="Gentium Plus" w:hAnsi="Gentium Plus"/>
          <w:sz w:val="24"/>
        </w:rPr>
        <w:t>μοῦντες τὴν ἡμέραν Κυρίου· καὶ αὕτη ἐστὶ σκότος, καὶ οὐ φῶς. Ὃν τρόπον ἄν τις ἐκφύγῃ ἄνθρωπος ἐκ προσώπου τοῦ λέοντος, καὶ ἐμπέσῃ αὐτῷ ἡ ἄρκτος· καὶ εἰσπηδήσῃ εἰς τὸν οἶκον καὶ ἀπερείσῃ τὰς χεῖρας αὐτοῦ εἰς τὸν τοῖχον, καὶ δάκῃ αὐτὸν ὁ ὄφις. —Οὐχὶ σκότος ἡ ἡμέρα Κυρίου καὶ οὐ</w:t>
      </w:r>
    </w:p>
    <w:p>
      <w:r>
        <w:rPr>
          <w:rFonts w:ascii="Courier New" w:hAnsi="Courier New"/>
          <w:color w:val="555555"/>
          <w:sz w:val="20"/>
        </w:rPr>
        <w:t>[35]</w:t>
      </w:r>
    </w:p>
    <w:p>
      <w:r>
        <w:rPr>
          <w:rFonts w:ascii="Gentium Plus" w:hAnsi="Gentium Plus"/>
          <w:sz w:val="24"/>
        </w:rPr>
        <w:t>φῶς, καὶ γνόφος οὐκ ἔχων φέγγος; Εἴ τις οὖν μὴ ἐπῳκοδό‐ μησε τῇ οἰκοδομῇ τοῦ ἑαυτοῦ βίου ξύλα, ἢ χόρτον, ἢ καλά‐ μην, ἐπιθυμείτω τὴν ἡμέραν Κυρίου, ἐν ᾗ ἑκάστου τὸ ἔργον ὁποῖόν ἐστι τὸ πῦρ δοκιμάσει. Εἰ δὲ οὐδεὶς καθαρὸς ἀπὸ ἔργων τῶν ἀπηγορευμένων, φοβείσθω τὴν ἡμέραν ἐκείνην.</w:t>
      </w:r>
    </w:p>
    <w:p>
      <w:r>
        <w:rPr>
          <w:rFonts w:ascii="Courier New" w:hAnsi="Courier New"/>
          <w:color w:val="555555"/>
          <w:sz w:val="20"/>
        </w:rPr>
        <w:t>[40]</w:t>
      </w:r>
    </w:p>
    <w:p>
      <w:r>
        <w:rPr>
          <w:rFonts w:ascii="Gentium Plus" w:hAnsi="Gentium Plus"/>
          <w:sz w:val="24"/>
        </w:rPr>
        <w:t>Εἴ τινος γὰρ (φησὶ) τὸ ἔργον μένει, ὃ ἐποικοδόμησεν, μισθὸν λήψεται· εἴ τινος τὸ ἔργον κατακαήσεται, ζημιωθήσεται.</w:t>
      </w:r>
    </w:p>
    <w:p>
      <w:r>
        <w:rPr>
          <w:rFonts w:ascii="Courier New" w:hAnsi="Courier New"/>
          <w:color w:val="555555"/>
          <w:sz w:val="20"/>
        </w:rPr>
        <w:t>[13 . 264]</w:t>
      </w:r>
    </w:p>
    <w:p>
      <w:r>
        <w:rPr>
          <w:rFonts w:ascii="Gentium Plus" w:hAnsi="Gentium Plus"/>
          <w:sz w:val="24"/>
        </w:rPr>
        <w:t>Ταραχθήσονται οἱ πρέσβεις, καὶ ὠδῖνες αὐτοὺς ἕξου‐ σιν, ὡς γυναικὸς τικτούσης. Καὶ συμφοράσουσιν ἕτερος πρὸς τὸν ἕτερον, καὶ ἐκστήσονται· καὶ τὸ πρόσωπον αὐτῶν ὡς φλὸξ μεταβαλοῦσι.</w:t>
      </w:r>
    </w:p>
    <w:p>
      <w:r>
        <w:rPr>
          <w:rFonts w:ascii="Courier New" w:hAnsi="Courier New"/>
          <w:color w:val="555555"/>
          <w:sz w:val="20"/>
        </w:rPr>
        <w:t>[5]</w:t>
      </w:r>
    </w:p>
    <w:p>
      <w:r>
        <w:rPr>
          <w:rFonts w:ascii="Gentium Plus" w:hAnsi="Gentium Plus"/>
          <w:sz w:val="24"/>
        </w:rPr>
        <w:t>Τίνες οἱ πρέσβεις ταρασσόμενοι, ἡνίκα ἂν συνεπιστῇ ἡ τοῦ Κυρίου ἡμέρα; Ἢ δηλονότι ἐκεῖνοι, οὓς ὁ Κύριος διὰ παραβολῶν αἰνίσσεται, ἣν εἶπεν ἐγγὺς γενόμενος τῆς Ἱερου‐ σαλὴμ πρὸς τοὺς δοκοῦντας, ὅτι μέλλει ἡ βασιλεία τοῦ Κυ‐ ρίου ἀναφαίνεσθαι. Ἄνθρωπος γὰρ (φησὶν) εὐγενὴς ἐπορεύθη</w:t>
      </w:r>
    </w:p>
    <w:p>
      <w:r>
        <w:rPr>
          <w:rFonts w:ascii="Courier New" w:hAnsi="Courier New"/>
          <w:color w:val="555555"/>
          <w:sz w:val="20"/>
        </w:rPr>
        <w:t>[10]</w:t>
      </w:r>
    </w:p>
    <w:p>
      <w:r>
        <w:rPr>
          <w:rFonts w:ascii="Gentium Plus" w:hAnsi="Gentium Plus"/>
          <w:sz w:val="24"/>
        </w:rPr>
        <w:t>εἰς χώραν μακρὰν, λαβεῖν ἑαυτῷ βασιλείαν καὶ ὑποστρέψαι. Εἶτα εἰπὼν περὶ τῶν δέκα μνῶν, ἃς ἔδωκε τοῖς δέκα δούλοις εἰς τὸ πραγματεύσεσθαι, ἐπήγαγεν· Οἱ δὲ πολῖται αὐτοῦ ἐμί‐ σουν αὐτὸν, καὶ ἔπεμψαν ὀπίσω αὐτοῦ πρέσβεις, λέγοντες, ὅτι Οὐ θέλομεν τοῦτον βασιλεῦσαι ἐφ’ ἡμᾶς. —Εὐγενὴς μὲν οὖν</w:t>
      </w:r>
    </w:p>
    <w:p>
      <w:r>
        <w:rPr>
          <w:rFonts w:ascii="Courier New" w:hAnsi="Courier New"/>
          <w:color w:val="555555"/>
          <w:sz w:val="20"/>
        </w:rPr>
        <w:t>[15]</w:t>
      </w:r>
    </w:p>
    <w:p>
      <w:r>
        <w:rPr>
          <w:rFonts w:ascii="Gentium Plus" w:hAnsi="Gentium Plus"/>
          <w:sz w:val="24"/>
        </w:rPr>
        <w:t>ἄνθρωπος, ὁ πρὸς οὐδένα ἄλλον τὴν κοινωνίαν τοῦ γένους, ἢ πρὸς τὸν ἐπὶ πάντων Θεὸν κεκτημένος. Ὡς γὰρ εὐγενεῖς λέ‐ γομεν τοὺς ἀπὸ αἵματος βασιλικοῦ, οὕτως ἀληθινῶς εὐγενὴς, ὁ ἐκ τῆς οὐσίας τοῦ Πατρὸς τὴν ὕπαρξιν ἔχων. Καὶ ὁ κατὰ τὸν Σωτῆρα ἄνθρωπος εὐγενὴς ἂν λέγοιτο. Οὐ μόνον γὰρ</w:t>
      </w:r>
    </w:p>
    <w:p>
      <w:r>
        <w:rPr>
          <w:rFonts w:ascii="Courier New" w:hAnsi="Courier New"/>
          <w:color w:val="555555"/>
          <w:sz w:val="20"/>
        </w:rPr>
        <w:t>[20]</w:t>
      </w:r>
    </w:p>
    <w:p>
      <w:r>
        <w:rPr>
          <w:rFonts w:ascii="Gentium Plus" w:hAnsi="Gentium Plus"/>
          <w:sz w:val="24"/>
        </w:rPr>
        <w:t>κατὰ τὴν θεότητα νοούμενος ὁ Κύριος εὐγενὴς, τὸ καθαρὸν καὶ εἰλικρινὲς καὶ ἀμιγὲς τῇ φύσει ἐν ἑαυτῷ κεκτημένος· ἀλλὰ καὶ κατὰ τὸ ἀνθρώπινον πάντως, γένος ἐκ σπέρματος Δαβὶδ κατὰ σάρκα. Πορεύεται οὖν εἰς χώραν μακρὰν, οὐ τοσοῦτον τῷ τόπῳ</w:t>
      </w:r>
    </w:p>
    <w:p>
      <w:r>
        <w:rPr>
          <w:rFonts w:ascii="Courier New" w:hAnsi="Courier New"/>
          <w:color w:val="555555"/>
          <w:sz w:val="20"/>
        </w:rPr>
        <w:t>[25]</w:t>
      </w:r>
    </w:p>
    <w:p>
      <w:r>
        <w:rPr>
          <w:rFonts w:ascii="Gentium Plus" w:hAnsi="Gentium Plus"/>
          <w:sz w:val="24"/>
        </w:rPr>
        <w:t>διεστῶσαν, ὅσον τῇ καταστάσει τῶν πραγμάτων. Καὶ γὰρ ὁ αὐτὸς Θεὸς καὶ ἐγγύς ἐστιν ἑκάστῳ ἡμῶν, ὅταν αἱ ἀγαθαὶ πράξεις τὴν πρὸς αὐτὸν οἰκείωσιν ἡμῖν προξενῶσι· καὶ μακρὰν γίνεται, ὅταν ἡμεῖς ἑαυτοὺς διὰ τὸ προσεγγί‐ ζειν τῇ ἀπωλείᾳ μακρύνωμεν ἀπ’ αὐτοῦ. —Οὗτος ὁ Εὐγενὴς,</w:t>
      </w:r>
    </w:p>
    <w:p>
      <w:r>
        <w:rPr>
          <w:rFonts w:ascii="Courier New" w:hAnsi="Courier New"/>
          <w:color w:val="555555"/>
          <w:sz w:val="20"/>
        </w:rPr>
        <w:t>[30]</w:t>
      </w:r>
    </w:p>
    <w:p>
      <w:r>
        <w:rPr>
          <w:rFonts w:ascii="Gentium Plus" w:hAnsi="Gentium Plus"/>
          <w:sz w:val="24"/>
        </w:rPr>
        <w:t>θεασάμενος τὸν κόσμον ὑπὸ τῆς ἁμαρτίας βασιλευόμενον καὶ τῇ πικρᾷ τυραννίδι τοῦ ἐχθροῦ ὑποκείμενον, ἐλεήσας τὴν ἀναρχίαν, κατεδέξατο αὐτῶν βασιλεῦσαι. Δεῖ γὰρ αὐτὸν βασιλεύειν, ἄχρις οὗ ἂν θῇ τοὺς ἐχθροὺς αὐτοῦ ὑπὸ τοὺς πό‐ δας αὐτοῦ. —Ἐπεὶ οὖν ἦλθεν εἰς τὸν περίγειον τόπον τοῦτον,</w:t>
      </w:r>
    </w:p>
    <w:p>
      <w:r>
        <w:rPr>
          <w:rFonts w:ascii="Courier New" w:hAnsi="Courier New"/>
          <w:color w:val="555555"/>
          <w:sz w:val="20"/>
        </w:rPr>
        <w:t>[35]</w:t>
      </w:r>
    </w:p>
    <w:p>
      <w:r>
        <w:rPr>
          <w:rFonts w:ascii="Gentium Plus" w:hAnsi="Gentium Plus"/>
          <w:sz w:val="24"/>
        </w:rPr>
        <w:t>(τὴν χώραν, τὴν μακρὰν οὖσαν τοῦ Θεοῦ) ὥστε λαβεῖν τὴν ἐπὶ τὰ ἔθνη βασιλείαν, κατὰ τὸ εἰρημένον ἐν ψαλμῷ· Αἴτησαι παρ’ ἐμοῦ καὶ δώσω σοι ἔθνη τὴν κληρονομίαν σου, οἱ ὑπὸ τὸν ἄρχοντα τοῦ αἰῶνος τούτου τεταγμένοι (οὐ μόνον ἄνθρω‐ ποι, ἀλλὰ καὶ δυνάμεις αἱ ὑπ’ αὐτοῦ στρατευόμεναι) οὐ κατ‐</w:t>
      </w:r>
    </w:p>
    <w:p>
      <w:r>
        <w:rPr>
          <w:rFonts w:ascii="Courier New" w:hAnsi="Courier New"/>
          <w:color w:val="555555"/>
          <w:sz w:val="20"/>
        </w:rPr>
        <w:t>[40]</w:t>
      </w:r>
    </w:p>
    <w:p>
      <w:r>
        <w:rPr>
          <w:rFonts w:ascii="Gentium Plus" w:hAnsi="Gentium Plus"/>
          <w:sz w:val="24"/>
        </w:rPr>
        <w:t>εδέξαντο αὐτοῦ τὴν βασιλείαν· ἀλλὰ (δόντος αὐτοῦ τὰς ἐν‐ τολὰς καὶ τὴν ἐργασίαν αὐτῶν, καὶ μὴ ἀργὰς ταύτας κε‐ λεύσαντος ἐπ’ αὐτοῖς κατακεῖσθαι, ἀλλὰ τὴν ἐργασίαν αὐτῶν ἐπιζητοῦντος) ἔπεμψαν πρέσβεις ὀπίσω αὐτοῦ, ἀρνούμενοι αὐτοῦ τὴν βασιλείαν.</w:t>
      </w:r>
    </w:p>
    <w:p>
      <w:r>
        <w:rPr>
          <w:rFonts w:ascii="Courier New" w:hAnsi="Courier New"/>
          <w:color w:val="555555"/>
          <w:sz w:val="20"/>
        </w:rPr>
        <w:t>[13 . 265]</w:t>
      </w:r>
    </w:p>
    <w:p>
      <w:r>
        <w:rPr>
          <w:rFonts w:ascii="Gentium Plus" w:hAnsi="Gentium Plus"/>
          <w:sz w:val="24"/>
        </w:rPr>
        <w:t>Τίνες οὖν πρέσβεις, ἀλλ’ ἢ οἱ τὸν θάνατον ἐνεργή‐ σαντες τοῦ Σωτῆρος; Οἱ νομίσαντες διὰ τοῦ σταυροῦ δια‐ κόπτειν αὐτοῦ τὴν ἐπὶ τὸν κόσμον βασιλείαν, οἱ λέγοντες τῷ Πιλάτῳ· Μὴ γράφε, ὅτι «ὁ βασιλεὺς τῶν Ἰουδαίων»</w:t>
      </w:r>
    </w:p>
    <w:p>
      <w:r>
        <w:rPr>
          <w:rFonts w:ascii="Courier New" w:hAnsi="Courier New"/>
          <w:color w:val="555555"/>
          <w:sz w:val="20"/>
        </w:rPr>
        <w:t>[5]</w:t>
      </w:r>
    </w:p>
    <w:p>
      <w:r>
        <w:rPr>
          <w:rFonts w:ascii="Gentium Plus" w:hAnsi="Gentium Plus"/>
          <w:sz w:val="24"/>
        </w:rPr>
        <w:t>ἀλλ’ ὅτι ἐκεῖνος εἶπε «βασιλεύς εἰμι τῶν Ἰουδαίων».</w:t>
      </w:r>
    </w:p>
    <w:p>
      <w:r>
        <w:rPr>
          <w:rFonts w:ascii="Courier New" w:hAnsi="Courier New"/>
          <w:color w:val="555555"/>
          <w:sz w:val="20"/>
        </w:rPr>
        <w:t>[10]</w:t>
      </w:r>
    </w:p>
    <w:p>
      <w:r>
        <w:rPr>
          <w:rFonts w:ascii="Gentium Plus" w:hAnsi="Gentium Plus"/>
          <w:sz w:val="24"/>
        </w:rPr>
        <w:t>γνῷ τί ἐπραγματεύσαντο. Καὶ τῷ μὲν πρώτῳ, δέκα μνᾶς προσεργαμένῳ, ἔδωκεν ἐξουσίαν ἐπάνω δέκα πόλεων· τῷ δὲ δευτέρῳ, πέντε μνᾶς προσπορίσαντι, λέγει· Γίνου ἐπάνω πέντε πόλεων. Τὸν δὲ ἐν σουδαρίῳ ἄπρακτον αὐτὴν ἀποδή‐ σαντα, ἀφαιρεθῆναι προσέταξεν.</w:t>
      </w:r>
    </w:p>
    <w:p>
      <w:r>
        <w:rPr>
          <w:rFonts w:ascii="Courier New" w:hAnsi="Courier New"/>
          <w:color w:val="555555"/>
          <w:sz w:val="20"/>
        </w:rPr>
        <w:t>[15]</w:t>
      </w:r>
    </w:p>
    <w:p>
      <w:r>
        <w:rPr>
          <w:rFonts w:ascii="Gentium Plus" w:hAnsi="Gentium Plus"/>
          <w:sz w:val="24"/>
        </w:rPr>
        <w:t>Ὅτε δὲ τὰ περὶ τοὺς Ἰουδαίους διετάξατο (Καιρὸς γὰρ, φησὶ, τοῦ ἄρξασθαι τὸ κρίμα ἀπὸ τοῦ οἴκου τοῦ Θεοῦ) τότε καὶ τοὺς ἐχθροὺς, τοὺς ἀρνησαμένους αὐτοῦ τὴν βασιλείαν, ἐκέλευσεν ἀχθέντας εἰς τὸ μέσον κατασφαγῆναι. —Πολλοὶ γοῦν εἰσιν, οἱ ἐν τῷ βίῳ τούτῳ μὴ θέλοντες</w:t>
      </w:r>
    </w:p>
    <w:p>
      <w:r>
        <w:rPr>
          <w:rFonts w:ascii="Courier New" w:hAnsi="Courier New"/>
          <w:color w:val="555555"/>
          <w:sz w:val="20"/>
        </w:rPr>
        <w:t>[20]</w:t>
      </w:r>
    </w:p>
    <w:p>
      <w:r>
        <w:rPr>
          <w:rFonts w:ascii="Gentium Plus" w:hAnsi="Gentium Plus"/>
          <w:sz w:val="24"/>
        </w:rPr>
        <w:t>βασιλεύειν ἐφ’ ἑαυτῶν τὸν Χριστόν. Οἱ γὰρ ὑπὸ τὴν πορ‐ νείαν τεταγμένοι καὶ οἱ ὑπὸ τοῦ θυμοῦ κατακρατούμενοι καὶ ὑπὸ τῆς πλεονεξίας δεδουλωμένοι, οὐ θέλουσιν ἐφ’ ἑαυ‐ τοὺς βασιλεύειν τὸν Κύριον, καὶ ὅσον ἐπὶ τῇ ἑαυτῶν προ‐ αιρέσει, παραιτοῦνται αὐτοῦ τὴν βασιλείαν. Περὶ τούτων ὁ</w:t>
      </w:r>
    </w:p>
    <w:p>
      <w:r>
        <w:rPr>
          <w:rFonts w:ascii="Courier New" w:hAnsi="Courier New"/>
          <w:color w:val="555555"/>
          <w:sz w:val="20"/>
        </w:rPr>
        <w:t>[25]</w:t>
      </w:r>
    </w:p>
    <w:p>
      <w:r>
        <w:rPr>
          <w:rFonts w:ascii="Gentium Plus" w:hAnsi="Gentium Plus"/>
          <w:sz w:val="24"/>
        </w:rPr>
        <w:t>Ἡσαΐας λέγει, ὅτι Ταραχθήσονται. —Ἐπειδὰν γὰρ ἴδωσιν ἐν τῇ δευτέρᾳ ἐπιδημίᾳ τὸν Κύριον οἱ ἐν ἁμαρτίαις ζήσαντες καὶ τὸν εὐαγγελικὸν τρόπον τῆς βασιλείας ἐξουδενώσαντες, Ταραχθήσονται δηλονότι, καὶ ὠδῖνες αὐτοὺς ἕξουσιν ὡς γυναικὸς τικτούσης. Τὸ ὀξὺ τῆς ἀλγηδόνος, νυσσούσης αὐτῶν</w:t>
      </w:r>
    </w:p>
    <w:p>
      <w:r>
        <w:rPr>
          <w:rFonts w:ascii="Courier New" w:hAnsi="Courier New"/>
          <w:color w:val="555555"/>
          <w:sz w:val="20"/>
        </w:rPr>
        <w:t>[30]</w:t>
      </w:r>
    </w:p>
    <w:p>
      <w:r>
        <w:rPr>
          <w:rFonts w:ascii="Gentium Plus" w:hAnsi="Gentium Plus"/>
          <w:sz w:val="24"/>
        </w:rPr>
        <w:t>τὴν καρδίαν καὶ κατατιτρωσκούσης ὑπὸ τοῦ συνειδότος τῶν ἁμαρτημάτων, διὰ τῆς ὠδῖνος παρέστησε. Καὶ γὰρ ἡ ὠδὶς δριμεῖά τίς ἐστιν ἀλγηδὼν τοῖς καιριωτάτοις μέρεσιν, ἐν τῷ καιρῷ τῆς κυνήσεως ταῖς τικτούσαις ἐγγινομένη. —Καὶ τὸ πρόσωπον αὐτῶν ὡς φλὸξ μεταβαλοῦσιν. Ἴδιον τῶν διατρε‐</w:t>
      </w:r>
    </w:p>
    <w:p>
      <w:r>
        <w:rPr>
          <w:rFonts w:ascii="Courier New" w:hAnsi="Courier New"/>
          <w:color w:val="555555"/>
          <w:sz w:val="20"/>
        </w:rPr>
        <w:t>[35]</w:t>
      </w:r>
    </w:p>
    <w:p>
      <w:r>
        <w:rPr>
          <w:rFonts w:ascii="Gentium Plus" w:hAnsi="Gentium Plus"/>
          <w:sz w:val="24"/>
        </w:rPr>
        <w:t>πομένων καὶ ἀπροσδοκήτῳ δεινῷ περιπεσόντων, τὸ μετα‐ βαλεῖν τὸ χρῶμα τοῦ προσώπου, ἐρυθραινόμενοι κατὰ τὴν ἐπιφάνειαν καὶ τὸ τῆς ψυχῆς πάθος διὰ τῆς ἐπιφαινομένης μεταβολῆς ἐπισημαίνοντες.</w:t>
      </w:r>
    </w:p>
    <w:p>
      <w:r>
        <w:rPr>
          <w:rFonts w:ascii="Courier New" w:hAnsi="Courier New"/>
          <w:color w:val="555555"/>
          <w:sz w:val="20"/>
        </w:rPr>
        <w:t>[13 . 266]</w:t>
      </w:r>
    </w:p>
    <w:p>
      <w:r>
        <w:rPr>
          <w:rFonts w:ascii="Gentium Plus" w:hAnsi="Gentium Plus"/>
          <w:sz w:val="24"/>
        </w:rPr>
        <w:t>Ἰδοὺ γὰρ ἡμέρα Κυρίου ἔρχεται ἀνίατος, θυμοῦ καὶ ὀργῆς, θεῖναι τὴν οἰκουμένην ἔρημον καὶ τοὺς ἁμαρτωλοὺς ἀπολέσαι ἐξ αὐτῆς. Ἄνω μὲν εἶπεν· Ἐγγὺς ἡ ἡμέρα Κυρίου· ἐνταῦθα δέ·</w:t>
      </w:r>
    </w:p>
    <w:p>
      <w:r>
        <w:rPr>
          <w:rFonts w:ascii="Courier New" w:hAnsi="Courier New"/>
          <w:color w:val="555555"/>
          <w:sz w:val="20"/>
        </w:rPr>
        <w:t>[5]</w:t>
      </w:r>
    </w:p>
    <w:p>
      <w:r>
        <w:rPr>
          <w:rFonts w:ascii="Gentium Plus" w:hAnsi="Gentium Plus"/>
          <w:sz w:val="24"/>
        </w:rPr>
        <w:t>Ἡμέρα Κυρίου ἔρχεται, θεῖναι τὴν οἰκουμένην ἔρημον. Ὁ ἀκριβῶς τηρῶν τὰ ἀποδεδομένα, εὑρήσει ὅτι οὐ περὶ τῆς αὐτῆς ἡμέρας ἀμφότεραι αἱ τῆς προφητείας περικοπαὶ διηγοῦνται· ἡ μὲν γὰρ προτέρα περὶ τῆς ἰδίας ἑκάστου συντελείας, ἥτις ἐγγὺς πάρεστιν· ἡ δὲ ἐν χερσὶ, περὶ τῆς</w:t>
      </w:r>
    </w:p>
    <w:p>
      <w:r>
        <w:rPr>
          <w:rFonts w:ascii="Courier New" w:hAnsi="Courier New"/>
          <w:color w:val="555555"/>
          <w:sz w:val="20"/>
        </w:rPr>
        <w:t>[10]</w:t>
      </w:r>
    </w:p>
    <w:p>
      <w:r>
        <w:rPr>
          <w:rFonts w:ascii="Gentium Plus" w:hAnsi="Gentium Plus"/>
          <w:sz w:val="24"/>
        </w:rPr>
        <w:t>καθολικῆς. Θήσει γὰρ αὕτη τὴν οἰκουμένην ἔρημον, διὰ τὸ ἐπάγεσθαι, ὅτι Καὶ οἱ ἀστέρες τοῦ οὐρανοῦ καὶ ὁ Ὠρίων οὐ δώσουσι φῶς. —Τάχα δὲ ἡμέρα λέγεται κυρίως ἐκείνη, διὰ τὸ ἡνωμένον τῆς καταστάσεως· οὐ γὰρ διακόπτεται νυκτὶ, οὐδὲ περιγράφει αὐτὴν ἑσπέρα. Καὶ διὰ τὸ φανεροῦσθαι ἐν αὐτῇ</w:t>
      </w:r>
    </w:p>
    <w:p>
      <w:r>
        <w:rPr>
          <w:rFonts w:ascii="Courier New" w:hAnsi="Courier New"/>
          <w:color w:val="555555"/>
          <w:sz w:val="20"/>
        </w:rPr>
        <w:t>[15]</w:t>
      </w:r>
    </w:p>
    <w:p>
      <w:r>
        <w:rPr>
          <w:rFonts w:ascii="Gentium Plus" w:hAnsi="Gentium Plus"/>
          <w:sz w:val="24"/>
        </w:rPr>
        <w:t>τὰ κρυπτὰ τοῦ σκότους, ἡμέρα μὲν ἐκείνη κυρίως προσαγο‐ ρεύεται. Νὺξ δὲ ὁ βίος οὗτος, ἐν ᾧ συγκεκάλυπται τὰ τῆς αἰσχύνης ἔργα, ὅθεν καὶ Ἡ νὺξ (φησὶ) προέκοψεν, ἡ δὲ ἡμέρα ἤγγικεν. Ἐκείνη δὲ ἡ ἡμέρα καὶ ἀνίατος λέγεται,</w:t>
      </w:r>
    </w:p>
    <w:p>
      <w:r>
        <w:rPr>
          <w:rFonts w:ascii="Courier New" w:hAnsi="Courier New"/>
          <w:color w:val="555555"/>
          <w:sz w:val="20"/>
        </w:rPr>
        <w:t>[20]</w:t>
      </w:r>
    </w:p>
    <w:p>
      <w:r>
        <w:rPr>
          <w:rFonts w:ascii="Gentium Plus" w:hAnsi="Gentium Plus"/>
          <w:sz w:val="24"/>
        </w:rPr>
        <w:t>θυμοῦ οὖσα καὶ ὀργῆς, ἐν ᾗ οὐκ ἔστιν ἐξιλάσασθαι, οὐδὲ οἷον ἰάσασθαι τοὺς προσαγομένους ἐπ’ αὐτῇ πόνους. Μὴ οὖν</w:t>
      </w:r>
    </w:p>
    <w:p>
      <w:r>
        <w:rPr>
          <w:rFonts w:ascii="Courier New" w:hAnsi="Courier New"/>
          <w:color w:val="555555"/>
          <w:sz w:val="20"/>
        </w:rPr>
        <w:t>[25]</w:t>
      </w:r>
    </w:p>
    <w:p>
      <w:r>
        <w:rPr>
          <w:rFonts w:ascii="Gentium Plus" w:hAnsi="Gentium Plus"/>
          <w:sz w:val="24"/>
        </w:rPr>
        <w:t>ζεσθαι, ἕως ἡμέρα ἐστίν· Ἔρχεται νὺξ, ὅτε οὐκέτι οὐδεὶς δύ‐ ναται ἐργάζεσθαι. Ὁ ἐν τῷ φωτὶ τῶν Ἐντολῶν τοῦ Χριστοῦ περιπατῶν, ἐν ἡμέρᾳ ἐστίν· ὁ παραδεδομένος τῷ σκότῳ τῷ αἰωνίῳ, ἐν νυκτὶ γενήσεται. Ἐν ἐκείνῃ τῇ νυκτὶ οὐκέτι ἔργον, οὐκέτι ἐξομολόγησις· ἀλλ’ αἱ μὲν χεῖρες δεδεμέναι καὶ οἱ</w:t>
      </w:r>
    </w:p>
    <w:p>
      <w:r>
        <w:rPr>
          <w:rFonts w:ascii="Courier New" w:hAnsi="Courier New"/>
          <w:color w:val="555555"/>
          <w:sz w:val="20"/>
        </w:rPr>
        <w:t>[30]</w:t>
      </w:r>
    </w:p>
    <w:p>
      <w:r>
        <w:rPr>
          <w:rFonts w:ascii="Gentium Plus" w:hAnsi="Gentium Plus"/>
          <w:sz w:val="24"/>
        </w:rPr>
        <w:t>πόδες τοῖς δεσμοῖς τῶν ἰδίων ἁμαρτημάτων· Δήσαντες γὰρ αὐτὸν χειρῶν καὶ ποδῶν, ἐκβάλλετε εἰς τὸ σκότος τὸ ἐξ‐ ώτερον. Γλῶσσα δὲ οὐκέτι ἐξομολόγησιν, οὐδὲ αἴνεσιν Θεοῦ λαλήσει, ἀσχολουμένη περὶ τὸν στεναγμὸν, τὸν ἐκ τῶν πόνων αὐτῇ ἐγγινόμενον. Διὰ τοῦτο ἔρχεται ἡ ἡμέρα ἐκείνη ἀνίατος.</w:t>
      </w:r>
    </w:p>
    <w:p>
      <w:r>
        <w:rPr>
          <w:rFonts w:ascii="Courier New" w:hAnsi="Courier New"/>
          <w:color w:val="555555"/>
          <w:sz w:val="20"/>
        </w:rPr>
        <w:t>[13 . 267]</w:t>
      </w:r>
    </w:p>
    <w:p>
      <w:r>
        <w:rPr>
          <w:rFonts w:ascii="Gentium Plus" w:hAnsi="Gentium Plus"/>
          <w:sz w:val="24"/>
        </w:rPr>
        <w:t>Οἱ γὰρ ἀστέρες τοῦ οὐρανοῦ καὶ ὁ Ὠρίων καὶ πᾶς ὁ κόσμος τοῦ οὐρανοῦ τὸ φῶς οὐ δώσουσι, καὶ σκοτισθή‐ σεται τοῦ ἡλίου ἀνατέλλοντος, καὶ ἡ σελήνη οὐ δώσει τὸ φῶς αὐτῆς. Καὶ ἐντελοῦμαι τῇ οἰκουμένῃ ὅλῃ κακὰ, καὶ τοῖς</w:t>
      </w:r>
    </w:p>
    <w:p>
      <w:r>
        <w:rPr>
          <w:rFonts w:ascii="Courier New" w:hAnsi="Courier New"/>
          <w:color w:val="555555"/>
          <w:sz w:val="20"/>
        </w:rPr>
        <w:t>[5]</w:t>
      </w:r>
    </w:p>
    <w:p>
      <w:r>
        <w:rPr>
          <w:rFonts w:ascii="Gentium Plus" w:hAnsi="Gentium Plus"/>
          <w:sz w:val="24"/>
        </w:rPr>
        <w:t>ἀσεβέσι τὰς ἁμαρτίας αὐτῶν. Φανερῶς τὴν συντέλειαν διαγράφει καὶ τὴν τοῦ παντὸς μεταποίησιν ὁ Προφήτης. Τότε γὰρ ἡλιακὸν φῶς ἐπιλείψει καὶ ἡ σελήνη σῶμα ἔσται ἀλαμπὲς, καὶ ὁ Ὠρίων, ὁ φανότατος τῶν ἀστέρων, τὸ φῶς οὐ δώσει· Οἱ ἀστέρες</w:t>
      </w:r>
    </w:p>
    <w:p>
      <w:r>
        <w:rPr>
          <w:rFonts w:ascii="Courier New" w:hAnsi="Courier New"/>
          <w:color w:val="555555"/>
          <w:sz w:val="20"/>
        </w:rPr>
        <w:t>[10]</w:t>
      </w:r>
    </w:p>
    <w:p>
      <w:r>
        <w:rPr>
          <w:rFonts w:ascii="Gentium Plus" w:hAnsi="Gentium Plus"/>
          <w:sz w:val="24"/>
        </w:rPr>
        <w:t>τοῦ οὐρανοῦ καὶ ὁ Ὠρίων τὸ φῶς οὐ δώσουσιν, οὐχὶ</w:t>
      </w:r>
    </w:p>
    <w:p>
      <w:r>
        <w:rPr>
          <w:rFonts w:ascii="Courier New" w:hAnsi="Courier New"/>
          <w:color w:val="555555"/>
          <w:sz w:val="20"/>
        </w:rPr>
        <w:t>[15]</w:t>
      </w:r>
    </w:p>
    <w:p>
      <w:r>
        <w:rPr>
          <w:rFonts w:ascii="Gentium Plus" w:hAnsi="Gentium Plus"/>
          <w:sz w:val="24"/>
        </w:rPr>
        <w:t>ἡμισφαιρίῳ κείμενοι, ἀλλὰ τῷ ὑπεραυγάζεσθαι ταῖς ἡλιακαῖς ἀκτῖσιν ἐξαμαυροῦνται. Ὅπερ καὶ ἐν ταῖς νυξὶ γίνεται ταῖς πανσελήνοις, περιλαμπούσης τῆς κατὰ τὴν σελήνην λαμ‐ πρότητος τοὺς ἀστέρας, καὶ οὐκ ἐώσης αὐτῶν τὰς αὐγὰς διαφαίνεσθαι.</w:t>
      </w:r>
    </w:p>
    <w:p>
      <w:r>
        <w:rPr>
          <w:rFonts w:ascii="Courier New" w:hAnsi="Courier New"/>
          <w:color w:val="555555"/>
          <w:sz w:val="20"/>
        </w:rPr>
        <w:t>[20]</w:t>
      </w:r>
    </w:p>
    <w:p>
      <w:r>
        <w:rPr>
          <w:rFonts w:ascii="Gentium Plus" w:hAnsi="Gentium Plus"/>
          <w:sz w:val="24"/>
        </w:rPr>
        <w:t>Οὐδὲν οὖν τούτων τῶν κατὰ φύσιν συμβαινόντων ὁ λόγος παρίστησιν, ἀλλὰ παντελῆ τῶν ἀστέρων σκότωσιν καὶ τοῦ παντὸς μετακόσμησιν. —Δῆλον δὲ ὅτι Ὠρίωνα λέγει ἡ Γραφὴ τὸ σύστημα τῶν εἴκοσι καὶ δύο ἀστέρων, ὅν τινες ὀνομάζουσι Βοώτην· οὓς οἱ περὶ ταῦτα δεινοὶ καταμερίζουσι, καί φασι</w:t>
      </w:r>
    </w:p>
    <w:p>
      <w:r>
        <w:rPr>
          <w:rFonts w:ascii="Courier New" w:hAnsi="Courier New"/>
          <w:color w:val="555555"/>
          <w:sz w:val="20"/>
        </w:rPr>
        <w:t>[25]</w:t>
      </w:r>
    </w:p>
    <w:p>
      <w:r>
        <w:rPr>
          <w:rFonts w:ascii="Gentium Plus" w:hAnsi="Gentium Plus"/>
          <w:sz w:val="24"/>
        </w:rPr>
        <w:t>τοὺς μὲν τέσσαρας εἶναι τρίτου μεγέθους, ἐννέα δὲ ἐν αὐτοῖς τετάρτου καὶ τοὺς ἄλλους ἐννέα τοῦ πέμπτου. Κεῖται δὲ τοῦτο τὸ τῶν ἀστέρων ἄθροισμα ἐν τῷ βορείῳ μέρει, ὅπερ καὶ ὑπὸ τῆς Γραφῆς, ὡς ἓν σῶμα, Ὠρίων ὠνόμασται. Ἄστρα δὲ ταῦτα λέγουσι (καὶ οὐχὶ ἀστέρας) ὡς τῶν μὲν</w:t>
      </w:r>
    </w:p>
    <w:p>
      <w:r>
        <w:rPr>
          <w:rFonts w:ascii="Courier New" w:hAnsi="Courier New"/>
          <w:color w:val="555555"/>
          <w:sz w:val="20"/>
        </w:rPr>
        <w:t>[30]</w:t>
      </w:r>
    </w:p>
    <w:p>
      <w:r>
        <w:rPr>
          <w:rFonts w:ascii="Gentium Plus" w:hAnsi="Gentium Plus"/>
          <w:sz w:val="24"/>
        </w:rPr>
        <w:t>ἄστρων πλήθους σύστασιν ἐμφαινόντων, ἀστέρος δὲ τοῦ καθ’ ἕκαστον λεγομένου. Καὶ τοῦ Ἀρκτούρου δὲ μέμνηται ἡ Γραφὴ, ὃν μεταξὺ τῶν μερῶν τοῦ Ὠρίωνος ὁρῶμεν κείμενον ἀστέρα, ὑπόκιῤῥον. Παραπλησίως δὲ καὶ ἡ Πλειὰς ὀνομάζεται ὑπὸ τῆς Γραφῆς,</w:t>
      </w:r>
    </w:p>
    <w:p>
      <w:r>
        <w:rPr>
          <w:rFonts w:ascii="Courier New" w:hAnsi="Courier New"/>
          <w:color w:val="555555"/>
          <w:sz w:val="20"/>
        </w:rPr>
        <w:t>[35]</w:t>
      </w:r>
    </w:p>
    <w:p>
      <w:r>
        <w:rPr>
          <w:rFonts w:ascii="Gentium Plus" w:hAnsi="Gentium Plus"/>
          <w:sz w:val="24"/>
        </w:rPr>
        <w:t>ὡς καὶ ὑπὸ τῶν ἔξωθεν, τῶν δηλονότι παρ’ Ἑβραίων πολυ‐ πραγμονησάντων τὰ ἀπόῤῥητα. Φαίνονται δὲ καὶ ἐν Πλειάδι ἑπτὰ ἀστέρες συνεχεῖς καὶ καταπεπυκνωμένοι πρὸς ἀλλήλους (οὐχὶ δὲ ἓξ, ὅπερ τινὲς οἴονται)· κεῖνται δὲ ἐν τριγωνοειδεῖ</w:t>
      </w:r>
    </w:p>
    <w:p>
      <w:r>
        <w:rPr>
          <w:rFonts w:ascii="Courier New" w:hAnsi="Courier New"/>
          <w:color w:val="555555"/>
          <w:sz w:val="20"/>
        </w:rPr>
        <w:t>[40]</w:t>
      </w:r>
    </w:p>
    <w:p>
      <w:r>
        <w:rPr>
          <w:rFonts w:ascii="Gentium Plus" w:hAnsi="Gentium Plus"/>
          <w:sz w:val="24"/>
        </w:rPr>
        <w:t>Ὡς οὖν ἐνταῦθα εὕρομεν τὸ ὄνομα τοῦ Ὠρίωνος, οὕτω τὸ ὄνομα τοῦ Ἀρκτούρου καὶ τοῦ Ἑσπέρου καὶ τῆς Πλειάδος ἐν τῷ Ἰὼβ, ὅς φησιν· Ὁ ποιῶν Πλειάδα καὶ Ἕσπε‐ ρον καὶ Ἀρκτοῦρον καὶ ταμεῖα Νότου. Ὁ οὖν ἀριθμῶν πλήθη ἄστρων καὶ πᾶσιν αὐτοῖς ὀνόματα καλῶν, καὶ τὸν</w:t>
      </w:r>
    </w:p>
    <w:p>
      <w:r>
        <w:rPr>
          <w:rFonts w:ascii="Courier New" w:hAnsi="Courier New"/>
          <w:color w:val="555555"/>
          <w:sz w:val="20"/>
        </w:rPr>
        <w:t>[45]</w:t>
      </w:r>
    </w:p>
    <w:p>
      <w:r>
        <w:rPr>
          <w:rFonts w:ascii="Gentium Plus" w:hAnsi="Gentium Plus"/>
          <w:sz w:val="24"/>
        </w:rPr>
        <w:t>ἀριθμὸν ἔχει πάντων αὐτῶν καὶ τὰς προσηγορίας. —Ὀλίγαι δέ εἰσιν αἱ ἐκφωνηθεῖσαι, αἷς οἱ Ἕλληνες συγχρησάμενοι καὶ τὰ λοιπὰ προσύφηναν παρ’ ἑαυτῶν, καὶ μυρίαις ὀνομασίαις προσαγορεύουσι τούς τε ἀπλανεῖς ἀστέρας καὶ τοὺς πλανω‐ μένους. Καὶ τοὺς μὲν διαιροῦσιν εἰς δώδεκα μέρη, τοὺς δὲ</w:t>
      </w:r>
    </w:p>
    <w:p>
      <w:r>
        <w:rPr>
          <w:rFonts w:ascii="Courier New" w:hAnsi="Courier New"/>
          <w:color w:val="555555"/>
          <w:sz w:val="20"/>
        </w:rPr>
        <w:t>[13 . 267 (50)]</w:t>
      </w:r>
    </w:p>
    <w:p>
      <w:r>
        <w:rPr>
          <w:rFonts w:ascii="Gentium Plus" w:hAnsi="Gentium Plus"/>
          <w:sz w:val="24"/>
        </w:rPr>
        <w:t>κατὰ τὸν ζωοφόρον κύκλον, δι’ οὗ ὁ ἥλιος τὴν πορείαν ποιεῖ‐ ται, τοὺς δὲ κατὰ τὸ βόρειον καὶ νότιον μέρος παραπεπη‐ γότας κατωνόμασαν, ὡς ἠβουλήθησαν.</w:t>
      </w:r>
    </w:p>
    <w:p>
      <w:r>
        <w:rPr>
          <w:rFonts w:ascii="Courier New" w:hAnsi="Courier New"/>
          <w:color w:val="555555"/>
          <w:sz w:val="20"/>
        </w:rPr>
        <w:t>[13 . 268]</w:t>
      </w:r>
    </w:p>
    <w:p>
      <w:r>
        <w:rPr>
          <w:rFonts w:ascii="Gentium Plus" w:hAnsi="Gentium Plus"/>
          <w:sz w:val="24"/>
        </w:rPr>
        <w:t>Καὶ ἀπολῶ (φησὶν) ὕβριν ἀνόμων καὶ ὕβριν ὑπερ‐ ηφάνων ταπεινώσω. Ἀγαθοῦ ἔργον ἐστὶ Θεοῦ τὰ φαῦλα ἐξαφανίζειν, ἵνα καθαρὸν ἀπὸ πάσης κακίας τὸ ἑαυτοῦ δημιούργημα ἀπο‐</w:t>
      </w:r>
    </w:p>
    <w:p>
      <w:r>
        <w:rPr>
          <w:rFonts w:ascii="Courier New" w:hAnsi="Courier New"/>
          <w:color w:val="555555"/>
          <w:sz w:val="20"/>
        </w:rPr>
        <w:t>[5]</w:t>
      </w:r>
    </w:p>
    <w:p>
      <w:r>
        <w:rPr>
          <w:rFonts w:ascii="Gentium Plus" w:hAnsi="Gentium Plus"/>
          <w:sz w:val="24"/>
        </w:rPr>
        <w:t>καταστήσῃ καὶ, ἀπαλλαγὲν ἀπὸ παντὸς ἀῤῥωστήματος, εἰς τὸ κατὰ φύσιν ἐπαναγάγῃ. Ἀλλαχοῦ μὲν γὰρ λέγεται· Ἀπολῶ τὴν σοφίαν τῶν σοφῶν καὶ τὴν σύνεσιν τῶν συνετῶν ἀθετήσω, καὶ ὅτι ἡ τοῦ κόσμου σοφία, ἀπατῶσα τοὺς παραδεξαμένους αὐτὴν καὶ νομισθεῖσα εἶναι ἀληθινὴ, ἄγνοιαν</w:t>
      </w:r>
    </w:p>
    <w:p>
      <w:r>
        <w:rPr>
          <w:rFonts w:ascii="Courier New" w:hAnsi="Courier New"/>
          <w:color w:val="555555"/>
          <w:sz w:val="20"/>
        </w:rPr>
        <w:t>[10]</w:t>
      </w:r>
    </w:p>
    <w:p>
      <w:r>
        <w:rPr>
          <w:rFonts w:ascii="Gentium Plus" w:hAnsi="Gentium Plus"/>
          <w:sz w:val="24"/>
        </w:rPr>
        <w:t>ἐμποιεῖ τῶν πρὸς σωτηρίαν δογμάτων. Ἀφανίζεται οὖν ἡ σοφία ἀνατρεπομένη ὑπὸ τῆς ἀληθείας, λυομένων τῶν σοφισ‐</w:t>
      </w:r>
    </w:p>
    <w:p>
      <w:r>
        <w:rPr>
          <w:rFonts w:ascii="Courier New" w:hAnsi="Courier New"/>
          <w:color w:val="555555"/>
          <w:sz w:val="20"/>
        </w:rPr>
        <w:t>[15]</w:t>
      </w:r>
    </w:p>
    <w:p>
      <w:r>
        <w:rPr>
          <w:rFonts w:ascii="Gentium Plus" w:hAnsi="Gentium Plus"/>
          <w:sz w:val="24"/>
        </w:rPr>
        <w:t>οὕτως ἀπόλλυται ὑπὸ τοῦ ἀγαθοῦ Θεοῦ ὕβρις ἀνόμων καὶ ὕβρις ὑπερηφάνων ταπεινοῦται. Διὸ καὶ ὁ Ἰακὼβ, εὐλογῶν τοὺς υἱοὺς Συμεὼν καὶ Λευί· Ἐπικατάρατος (φησὶν) ὁ θυμὸς αὐτῶν, ὅτι αὐθάδης, καὶ ἡ μῆνις αὐτῶν, ὅτι ἐσκληρύνθη. Τὴν πονηρὰν ἕξιν τῆς κατάρας</w:t>
      </w:r>
    </w:p>
    <w:p>
      <w:r>
        <w:rPr>
          <w:rFonts w:ascii="Courier New" w:hAnsi="Courier New"/>
          <w:color w:val="555555"/>
          <w:sz w:val="20"/>
        </w:rPr>
        <w:t>[20]</w:t>
      </w:r>
    </w:p>
    <w:p>
      <w:r>
        <w:rPr>
          <w:rFonts w:ascii="Gentium Plus" w:hAnsi="Gentium Plus"/>
          <w:sz w:val="24"/>
        </w:rPr>
        <w:t>ἐξαναλίσκει, ἵνα τὸ καταλειπόμενον ἐν αὐτοῖς ἄξιον τῆς εὐλο‐ γίας τοῦ πατριάρχου γένηται. —Οὕτω δὲ καὶ Νῶε, γνοὺς ὃ ἐποίησεν αὐτῷ ὁ υἱὸς αὐτοῦ ὁ νεώτερος, εἶπεν· Ἐπικατά‐ ρατος Χαναάν. Καίτοι Χὰμ ἦν ὁ λελυπηκώς· ἀλλ’ ὅμως οὐκ αὐτῷ καταρᾶται, ἀλλὰ τῷ γεννήματι αὐτοῦ καὶ τῷ ἔργῳ</w:t>
      </w:r>
    </w:p>
    <w:p>
      <w:r>
        <w:rPr>
          <w:rFonts w:ascii="Courier New" w:hAnsi="Courier New"/>
          <w:color w:val="555555"/>
          <w:sz w:val="20"/>
        </w:rPr>
        <w:t>[25]</w:t>
      </w:r>
    </w:p>
    <w:p>
      <w:r>
        <w:rPr>
          <w:rFonts w:ascii="Gentium Plus" w:hAnsi="Gentium Plus"/>
          <w:sz w:val="24"/>
        </w:rPr>
        <w:t>αὐτοῦ, ὅπερ συμβολικῶς ὀνομάζεται Χαναάν, διότι ἑρμη‐ νεύεται Χαναὰν ὡς σάλος. Διὰ τὸ οὖν ἐν κινήσει τὴν ἕξιν γινομένην τὸ πάθος ἐπιτελεῖν, οὐ τῇ διαθέσει καταρᾶται, ἀλλὰ τῷ ἔργῳ, τῷ ἀπ’ αὐτῆς. Δύσκολον γὰρ τὸ ἐν καρδίᾳ καθαρὸν ἐν ἀνθρώπου φύσει διασωθῆναι.</w:t>
      </w:r>
    </w:p>
    <w:p>
      <w:r>
        <w:rPr>
          <w:rFonts w:ascii="Courier New" w:hAnsi="Courier New"/>
          <w:color w:val="555555"/>
          <w:sz w:val="20"/>
        </w:rPr>
        <w:t>[30]</w:t>
      </w:r>
    </w:p>
    <w:p>
      <w:r>
        <w:rPr>
          <w:rFonts w:ascii="Gentium Plus" w:hAnsi="Gentium Plus"/>
          <w:sz w:val="24"/>
        </w:rPr>
        <w:t>Δῆλον δὲ, ὅτι ἀφανίζων τὴν ὕβριν τῶν ὑπερηφάνων, οὐχ ἓν μόνον τῶν κακῶν ἐξαναλίσκει, ἀλλ’ ἀπὸ ἑνὸς ἁμαρτή‐ ματος διατατικῶς, ἐφ’ ὅλα τὰ εἴδη τῆς κακίας ἐξακούειν προσήκει τῆς ὕβρεως. Οἱ γὰρ ἄνομοι ἐξυβρίζουσι μὲν εἰς τὸν ναὸν, ἐξυβρίζουσι δὲ εἰς τὸν πλησίον, ἐξυβρίζουσι δὲ εἰς τὸ</w:t>
      </w:r>
    </w:p>
    <w:p>
      <w:r>
        <w:rPr>
          <w:rFonts w:ascii="Courier New" w:hAnsi="Courier New"/>
          <w:color w:val="555555"/>
          <w:sz w:val="20"/>
        </w:rPr>
        <w:t>[35]</w:t>
      </w:r>
    </w:p>
    <w:p>
      <w:r>
        <w:rPr>
          <w:rFonts w:ascii="Gentium Plus" w:hAnsi="Gentium Plus"/>
          <w:sz w:val="24"/>
        </w:rPr>
        <w:t>κατ’ εἰκόνα τοῦ Κτίσαντος, καὶ διὰ τῆς εἰκόνος ἡ ὕβρις ἀνα‐ βαίνει ἐπὶ τὸν Κτίσαντα. Ὥσπερ γὰρ ὁ βασιλικὴν εἰκόνα</w:t>
      </w:r>
    </w:p>
    <w:p>
      <w:r>
        <w:rPr>
          <w:rFonts w:ascii="Courier New" w:hAnsi="Courier New"/>
          <w:color w:val="555555"/>
          <w:sz w:val="20"/>
        </w:rPr>
        <w:t>[40]</w:t>
      </w:r>
    </w:p>
    <w:p>
      <w:r>
        <w:rPr>
          <w:rFonts w:ascii="Gentium Plus" w:hAnsi="Gentium Plus"/>
          <w:sz w:val="24"/>
        </w:rPr>
        <w:t>ὁ πόρνος, διὰ τῆς φθορᾶς· ὁ μοιχὸς, διὰ τοῦ ἔργου τῆς αἰ‐ σχύνης· ὁ κλέπτης, διὰ τῆς ταπεινῆς καὶ αἰσχρᾶς καὶ ἀν‐ ελευθέρου πράξεως· ὁ ψεύστης, διὰ τοῦ ἀρνήσασθαι τὴν ἀλήθειαν· ὁ ἐπίορκος, διὰ τῆς ἀπὸ Θεοῦ ἀλλοτριώσεως. Ὥστε πᾶσα ἁμαρτία ὕβρις ἐστὶ καὶ ὕβρεώς ἐστι βλάστημα,</w:t>
      </w:r>
    </w:p>
    <w:p>
      <w:r>
        <w:rPr>
          <w:rFonts w:ascii="Courier New" w:hAnsi="Courier New"/>
          <w:color w:val="555555"/>
          <w:sz w:val="20"/>
        </w:rPr>
        <w:t>[45]</w:t>
      </w:r>
    </w:p>
    <w:p>
      <w:r>
        <w:rPr>
          <w:rFonts w:ascii="Gentium Plus" w:hAnsi="Gentium Plus"/>
          <w:sz w:val="24"/>
        </w:rPr>
        <w:t>πρώτου ἁπτομένη τοῦ ὑβριστοῦ. Ταπεινώσει δὲ καὶ τὴν ὕβριν τῶν ὑπερηφάνων, διότι καὶ ἡ ὑπερηφανία ἀδελφὴ τῆς ἀνομίας ἐστίν. Ὁ γὰρ ἄδικος ὑπερη‐ φανεῖ τὴν δικαιοσύνην καὶ κατεπαίρεται αὐτῆς· καὶ ὁ ἀκό‐ λαστος κατὰ τῆς σωφροσύνης λαλεῖ, ὅταν διαπτύῃ τὸν</w:t>
      </w:r>
    </w:p>
    <w:p>
      <w:r>
        <w:rPr>
          <w:rFonts w:ascii="Courier New" w:hAnsi="Courier New"/>
          <w:color w:val="555555"/>
          <w:sz w:val="20"/>
        </w:rPr>
        <w:t>[13 . 268 (50)]</w:t>
      </w:r>
    </w:p>
    <w:p>
      <w:r>
        <w:rPr>
          <w:rFonts w:ascii="Gentium Plus" w:hAnsi="Gentium Plus"/>
          <w:sz w:val="24"/>
        </w:rPr>
        <w:t>ἀκριβῆ ἐν πᾶσι παρατετηρημένον καὶ τὴν μέχρις ὀφθαλμῶν κίνησιν παιδαγωγοῦντα. Ὁ ἄσωτος τὸν ἐν διαίτῃ μέτριον, ὁ ἄφρων καταχλευάζει τοὺς περιττοὺς ἐν σοφίᾳ καὶ φιλοπόνως πανταχόθεν ἑαυτοῖς συλλέγοντας τὰ μαθήματα. —Ὁ οὖν ἀντιτασσόμενος ὑπερηφάνοις Κύριος καὶ ταπεινῶν ἁμαρτω‐</w:t>
      </w:r>
    </w:p>
    <w:p>
      <w:r>
        <w:rPr>
          <w:rFonts w:ascii="Courier New" w:hAnsi="Courier New"/>
          <w:color w:val="555555"/>
          <w:sz w:val="20"/>
        </w:rPr>
        <w:t>[55]</w:t>
      </w:r>
    </w:p>
    <w:p>
      <w:r>
        <w:rPr>
          <w:rFonts w:ascii="Gentium Plus" w:hAnsi="Gentium Plus"/>
          <w:sz w:val="24"/>
        </w:rPr>
        <w:t>λοὺς ἕως γῆς, οὗτος ἐπαγγέλλεται τὴν ὕβριν τῶν ὑπερηφάνων ταπεινώσειν. Ὁ οὖν ταπεινῶν τοὺς ὑπερηφάνους, ῥύεται μὲν αὐτοὺς ἐκ τῆς πρὸς τὸν διάβολον ὁμοιότητος, ὅστις ἐστὶ πατὴρ τῆς ὑπερηφανίας, ἐνάγει δὲ αὐτοὺς πρὸς τὸ μαθητεύε‐ σθαι τῷ εἰπόντι· Μάθετε ἀπ’ ἐμοῦ, ὅτι πρᾶός εἰμι καὶ</w:t>
      </w:r>
    </w:p>
    <w:p>
      <w:r>
        <w:rPr>
          <w:rFonts w:ascii="Courier New" w:hAnsi="Courier New"/>
          <w:color w:val="555555"/>
          <w:sz w:val="20"/>
        </w:rPr>
        <w:t>[60]</w:t>
      </w:r>
    </w:p>
    <w:p>
      <w:r>
        <w:rPr>
          <w:rFonts w:ascii="Gentium Plus" w:hAnsi="Gentium Plus"/>
          <w:sz w:val="24"/>
        </w:rPr>
        <w:t>ταπεινὸς τῇ καρδίᾳ.</w:t>
      </w:r>
    </w:p>
    <w:p>
      <w:r>
        <w:rPr>
          <w:rFonts w:ascii="Courier New" w:hAnsi="Courier New"/>
          <w:color w:val="555555"/>
          <w:sz w:val="20"/>
        </w:rPr>
        <w:t>[13 . 269]</w:t>
      </w:r>
    </w:p>
    <w:p>
      <w:r>
        <w:rPr>
          <w:rFonts w:ascii="Gentium Plus" w:hAnsi="Gentium Plus"/>
          <w:sz w:val="24"/>
        </w:rPr>
        <w:t>Καὶ ἔσονται οἱ ἐγκαταλελειμμένοι ἔντιμοι μᾶλλον ἢ τὸ χρυσίον τὸ ἄπυρον· καὶ ἄνθρωπος ἔντιμος ἔσται μᾶλλον ἢ ὁ λίθος, ὁ ἐκ Σουφείρ. Μετὰ τὸ ἐπαχθῆναι τοὺς μεγάλους πειρασμοὺς καὶ</w:t>
      </w:r>
    </w:p>
    <w:p>
      <w:r>
        <w:rPr>
          <w:rFonts w:ascii="Courier New" w:hAnsi="Courier New"/>
          <w:color w:val="555555"/>
          <w:sz w:val="20"/>
        </w:rPr>
        <w:t>[5]</w:t>
      </w:r>
    </w:p>
    <w:p>
      <w:r>
        <w:rPr>
          <w:rFonts w:ascii="Gentium Plus" w:hAnsi="Gentium Plus"/>
          <w:sz w:val="24"/>
        </w:rPr>
        <w:t>ἐλθεῖν τοὺς ὁπλομάχους τοὺς ἐξαφανίζοντας τὴν οἰκου‐ μένην καὶ μετὰ τὸ ταπεινωθῆναι πᾶσαν ὑπερηφανίαν, τότε οἱ εὑρισκόμενοι ἄνθρωποι ἐκ πολλῶν, μηδὲν βλαβέντες τὴν ψυχὴν ἀπὸ τῆς πρὸς τοὺς ἀνόμους κοινωνίας, ἀλλὰ διὰ μυρίων πειρασμῶν καὶ δοκιμαστηρίων ἐξετασθέντες,</w:t>
      </w:r>
    </w:p>
    <w:p>
      <w:r>
        <w:rPr>
          <w:rFonts w:ascii="Courier New" w:hAnsi="Courier New"/>
          <w:color w:val="555555"/>
          <w:sz w:val="20"/>
        </w:rPr>
        <w:t>[10]</w:t>
      </w:r>
    </w:p>
    <w:p>
      <w:r>
        <w:rPr>
          <w:rFonts w:ascii="Gentium Plus" w:hAnsi="Gentium Plus"/>
          <w:sz w:val="24"/>
        </w:rPr>
        <w:t>βάσανον τῆς ἑαυτῶν προαιρέσεως ἀκριβῆ δεδωκότες, παντὸς ἀπύρου χρυσίου ἔσονται τιμιώτεροι καὶ παντὸς λίθου τι‐ μιωτάτου, ὃς δοκεῖ ἐν τῇ Σουφεὶρ εὑρίσκεσθαι. —Ἔοικε δὲ χώραν τινὰ λέγειν ἐν τῷ ἔθνει τῷ Ἰνδικῷ τὴν Σουφεὶρ, περὶ ἣν οἱ πολυτίμητοι τῶν λίθων πεφύκασι γίνεσθαι.</w:t>
      </w:r>
    </w:p>
    <w:p>
      <w:r>
        <w:rPr>
          <w:rFonts w:ascii="Courier New" w:hAnsi="Courier New"/>
          <w:color w:val="555555"/>
          <w:sz w:val="20"/>
        </w:rPr>
        <w:t>[15]</w:t>
      </w:r>
    </w:p>
    <w:p>
      <w:r>
        <w:rPr>
          <w:rFonts w:ascii="Gentium Plus" w:hAnsi="Gentium Plus"/>
          <w:sz w:val="24"/>
        </w:rPr>
        <w:t>Ἄπυρον δὲ χρυσίον, τὸ μηδεμίαν ἀμφιβολίαν ὕλης ἀλλο‐ τρίας ἔχον ἐν ἑαυτῷ, ἀλλ’ ὁμοῦ τῷ φανῆναι, πεῖθον τὴν ὄψιν τῶν ὁρώντων, ὅτι δόκιμόν ἐστι καὶ ἀμιγὲς χαλκοῦ, ἤ τινος ἄλλης ἐπιπλοκῆς.</w:t>
      </w:r>
    </w:p>
    <w:p>
      <w:r>
        <w:rPr>
          <w:rFonts w:ascii="Courier New" w:hAnsi="Courier New"/>
          <w:color w:val="555555"/>
          <w:sz w:val="20"/>
        </w:rPr>
        <w:t>[13 . 270]</w:t>
      </w:r>
    </w:p>
    <w:p>
      <w:r>
        <w:rPr>
          <w:rFonts w:ascii="Gentium Plus" w:hAnsi="Gentium Plus"/>
          <w:sz w:val="24"/>
        </w:rPr>
        <w:t>Ὁ γὰρ οὐρανὸς θυμωθήσεται καὶ ἡ γῆ σεισθήσεται ἐκ τῶν θεμελίων αὐτῆς, διὰ θυμὸν ὀργῆς Κυρίου Σαβαὼθ, ἐν τῇ ἡμέρᾳ, ᾗ ἂν ἐπέλθῃ ὁ θυμὸς αὐτοῦ. Πᾶσα ἡ κτίσις συγκινεῖται τῷ Δεσπότῃ ἐπὶ τὴν ἐκδί‐</w:t>
      </w:r>
    </w:p>
    <w:p>
      <w:r>
        <w:rPr>
          <w:rFonts w:ascii="Courier New" w:hAnsi="Courier New"/>
          <w:color w:val="555555"/>
          <w:sz w:val="20"/>
        </w:rPr>
        <w:t>[5]</w:t>
      </w:r>
    </w:p>
    <w:p>
      <w:r>
        <w:rPr>
          <w:rFonts w:ascii="Gentium Plus" w:hAnsi="Gentium Plus"/>
          <w:sz w:val="24"/>
        </w:rPr>
        <w:t>κησιν τῶν εἰς αὐτὸν ἡμαρτηκότων. Ὥσπερ γὰρ ἐξίσταται ὁ οὐρανὸς καὶ φρίσσει ἐπὶ ταῖς ἀπροσδοκήτοις παρανομίαις τοῦ λαοῦ, ὅταν ἐγκαταλείπωσι τὸν Κύριον, οὕτως, ἐπειδὰν συμπληρωθῶσιν αἱ ἁμαρτίαι τῶν ἀποστατησάντων καὶ ἔλθῃ ὁ καιρὸς τῆς ἀνταποδόσεως, θυμοῦσθαι λέγεται καὶ συνδια‐</w:t>
      </w:r>
    </w:p>
    <w:p>
      <w:r>
        <w:rPr>
          <w:rFonts w:ascii="Courier New" w:hAnsi="Courier New"/>
          <w:color w:val="555555"/>
          <w:sz w:val="20"/>
        </w:rPr>
        <w:t>[10]</w:t>
      </w:r>
    </w:p>
    <w:p>
      <w:r>
        <w:rPr>
          <w:rFonts w:ascii="Gentium Plus" w:hAnsi="Gentium Plus"/>
          <w:sz w:val="24"/>
        </w:rPr>
        <w:t>νίστασθαι τῇ ὀργῇ τοῦ Θεοῦ. Θυμὸν δὲ οὐρανοῦ νοεῖν χρὴ τὰ ἀπ’ αὐτοῦ φοβερὰ ἐπιπίπ‐ τοντα τοῖς κολαζομένοις, ὅταν σκότωσις μὲν γένηται τῶν</w:t>
      </w:r>
    </w:p>
    <w:p>
      <w:r>
        <w:rPr>
          <w:rFonts w:ascii="Courier New" w:hAnsi="Courier New"/>
          <w:color w:val="555555"/>
          <w:sz w:val="20"/>
        </w:rPr>
        <w:t>[15]</w:t>
      </w:r>
    </w:p>
    <w:p>
      <w:r>
        <w:rPr>
          <w:rFonts w:ascii="Gentium Plus" w:hAnsi="Gentium Plus"/>
          <w:sz w:val="24"/>
        </w:rPr>
        <w:t>ταῤῥηγνύμεναι· ὅταν ὁ ὑπὲρ κεφαλῆς ἀὴρ ἐσκοτισμένος ὑπάρχῃ, ὡς πανταχόθεν ἀπαραμύθητον εἶναι τοῖς τῇ ὀργῇ παραδεδομένοις τὴν βάσανον. Ἡ γὰρ κτίσις, τῷ Ποιήσαντι ὑπηρετοῦσα, ἐπιτείνεται μὲν εἰς κόλασιν κατὰ τῶν ἀδίκων, ἀνίεται δὲ εἰς εὐεργεσίαν ὑπὲρ τῶν ἐπ’ αὐτῷ πεποιθότων.</w:t>
      </w:r>
    </w:p>
    <w:p>
      <w:r>
        <w:rPr>
          <w:rFonts w:ascii="Courier New" w:hAnsi="Courier New"/>
          <w:color w:val="555555"/>
          <w:sz w:val="20"/>
        </w:rPr>
        <w:t>[20]</w:t>
      </w:r>
    </w:p>
    <w:p>
      <w:r>
        <w:rPr>
          <w:rFonts w:ascii="Gentium Plus" w:hAnsi="Gentium Plus"/>
          <w:sz w:val="24"/>
        </w:rPr>
        <w:t>Ταῦτα δὲ γίνεται διὰ θυμὸν ὀργῆς Κυρίου. —Θυμὸν δὲ ὀργῆς λέγειν τῇ Γραφῇ σύνηθες τὴν ἀναθυμίασιν καὶ οἱονεὶ ἔξαψιν τῆς ἐπὶ τῇ ἀνταποδόσει τῶν πονηρῶν ἔργων γινομένης κολάσεως.</w:t>
      </w:r>
    </w:p>
    <w:p>
      <w:r>
        <w:rPr>
          <w:rFonts w:ascii="Courier New" w:hAnsi="Courier New"/>
          <w:color w:val="555555"/>
          <w:sz w:val="20"/>
        </w:rPr>
        <w:t>[13 . 271]</w:t>
      </w:r>
    </w:p>
    <w:p>
      <w:r>
        <w:rPr>
          <w:rFonts w:ascii="Gentium Plus" w:hAnsi="Gentium Plus"/>
          <w:sz w:val="24"/>
        </w:rPr>
        <w:t>Ἡ δὲ γῆ σεισθήσεται ἐκ τῶν θεμελίων αὐτῆς. Δείκνυσιν ὅτι οὐκ ἐπιπόλαιος, οὐδὲ συνήθης ὁ σεισμὸς ἔσται, περὶ τὴν ἐπιφάνειαν τοῦ βρασμοῦ γινομένου, ἀλλ’ αὐ‐ τὴν τὴν ἕδραν αὐτῆς ἀναστρέφει, καὶ ὁ κλόνος αὐτῆς</w:t>
      </w:r>
    </w:p>
    <w:p>
      <w:r>
        <w:rPr>
          <w:rFonts w:ascii="Courier New" w:hAnsi="Courier New"/>
          <w:color w:val="555555"/>
          <w:sz w:val="20"/>
        </w:rPr>
        <w:t>[5]</w:t>
      </w:r>
    </w:p>
    <w:p>
      <w:r>
        <w:rPr>
          <w:rFonts w:ascii="Gentium Plus" w:hAnsi="Gentium Plus"/>
          <w:sz w:val="24"/>
        </w:rPr>
        <w:t>δι’ ὅλου ἅψεται. Θεμέλια δὲ γῆς ἄγνωστα ἀνθρώπου φύσει, ὡς μεμαθήκαμεν ἐν τῷ Ἰὼβ, τοῦ Κυρίου λέγοντος· Ποῦ ἦς ἐν τῷ θεμελιοῦν με τὴν γῆν; Ἀπάγγειλον δέ μοι, εἰ ἐπί‐ στασαι σύνεσιν. Τίς ἔθετο τὰ μέτρα αὐτῆς, εἰ οἶδας; Ἢ τίς ὁ ἐπαγαγὼν σπαρτίον ἐπ’ αὐτῆς; Ἐπὶ τίνος οἱ κρίκοι αὐ‐</w:t>
      </w:r>
    </w:p>
    <w:p>
      <w:r>
        <w:rPr>
          <w:rFonts w:ascii="Courier New" w:hAnsi="Courier New"/>
          <w:color w:val="555555"/>
          <w:sz w:val="20"/>
        </w:rPr>
        <w:t>[10]</w:t>
      </w:r>
    </w:p>
    <w:p>
      <w:r>
        <w:rPr>
          <w:rFonts w:ascii="Gentium Plus" w:hAnsi="Gentium Plus"/>
          <w:sz w:val="24"/>
        </w:rPr>
        <w:t>τῆς πεπήγασι; Τίς δέ ἐστιν ὁ βαλὼν λίθον γωνιαῖον ἐπ’ αὐ‐ τῆς; —Ἤπου κατὰ τὴν τῶν ἔξωθεν ὑπόληψιν ἐθεμελίωσεν ὁ Κύριος τὴν γῆν, ἐν τῷ κέντρῳ τῆς περιεχούσης τὸν κό‐</w:t>
      </w:r>
    </w:p>
    <w:p>
      <w:r>
        <w:rPr>
          <w:rFonts w:ascii="Courier New" w:hAnsi="Courier New"/>
          <w:color w:val="555555"/>
          <w:sz w:val="20"/>
        </w:rPr>
        <w:t>[15]</w:t>
      </w:r>
    </w:p>
    <w:p>
      <w:r>
        <w:rPr>
          <w:rFonts w:ascii="Gentium Plus" w:hAnsi="Gentium Plus"/>
          <w:sz w:val="24"/>
        </w:rPr>
        <w:t>ἀκλινῶς. Εἰ δὲ οὕτως ἐστήρικται βεβαίως ἡ γῆ, δηλονότι ἐκ θεμελίων κινουμένη, ἀπὸ τῆς ὑπαρχούσης αὐτῇ βάσεως μετατεθήσεται. Ἐπειδὴ δὲ τὸ θυμοῦσθαι ἴδιόν ἐστι τῶν λογικῶν καὶ ἐμψύχων, ἤδη τινὲς ἐφαντάσθησαν καὶ τὸν οὐρανὸν ἔμψυχον</w:t>
      </w:r>
    </w:p>
    <w:p>
      <w:r>
        <w:rPr>
          <w:rFonts w:ascii="Courier New" w:hAnsi="Courier New"/>
          <w:color w:val="555555"/>
          <w:sz w:val="20"/>
        </w:rPr>
        <w:t>[20]</w:t>
      </w:r>
    </w:p>
    <w:p>
      <w:r>
        <w:rPr>
          <w:rFonts w:ascii="Gentium Plus" w:hAnsi="Gentium Plus"/>
          <w:sz w:val="24"/>
        </w:rPr>
        <w:t>εἶναι καὶ λόγῳ κεχρῆσθαι, ὡς δύνασθαι καὶ εἰς ἀγανάκτησιν τῷ Δεσπότῃ συνδιαναστῆναι. Ἔστι δὲ μυθικὸν ἀνάπλασμα τὸ τοιοῦτον· Πολλάκις γὰρ ἡ Γραφὴ μετωνυμικῶς οὐρανὸν ὀνομάζει τὰ ἐπουράνια ζῶα, ὡς ἔθος καὶ παρ’ ἡμῖν λέγειν· ἡ πόλις ἐκβέβηκε πᾶσα· καὶ ἡ πόλις ᾔτησε παρὰ τοῦ</w:t>
      </w:r>
    </w:p>
    <w:p>
      <w:r>
        <w:rPr>
          <w:rFonts w:ascii="Courier New" w:hAnsi="Courier New"/>
          <w:color w:val="555555"/>
          <w:sz w:val="20"/>
        </w:rPr>
        <w:t>[25]</w:t>
      </w:r>
    </w:p>
    <w:p>
      <w:r>
        <w:rPr>
          <w:rFonts w:ascii="Gentium Plus" w:hAnsi="Gentium Plus"/>
          <w:sz w:val="24"/>
        </w:rPr>
        <w:t>ἄρχοντος τόδε· ἀντὶ γὰρ τῶν ἐνοικούντων τὴν πόλιν λέγο‐ μεν. —Οὕτως οὖν καὶ ὁ οὐρανὸς θυμοῦται, τῶν οὐρανίων δυνάμεων συντιθεμένων τῇ δικαία ὀργῇ τοῦ Θεοῦ. Ὡς γὰρ χαρὰ γίνεται ἐν οὐρανοῖς ἐπὶ ἑνὶ ἁμαρτωλῷ μετανοοῦντι, οὕτω καὶ παροξυσμὸς καὶ λύπη ἐπὶ τοῖς ἀποστατοῦσι διὰ τῆς</w:t>
      </w:r>
    </w:p>
    <w:p>
      <w:r>
        <w:rPr>
          <w:rFonts w:ascii="Courier New" w:hAnsi="Courier New"/>
          <w:color w:val="555555"/>
          <w:sz w:val="20"/>
        </w:rPr>
        <w:t>[30]</w:t>
      </w:r>
    </w:p>
    <w:p>
      <w:r>
        <w:rPr>
          <w:rFonts w:ascii="Gentium Plus" w:hAnsi="Gentium Plus"/>
          <w:sz w:val="24"/>
        </w:rPr>
        <w:t>ἁμαρτίας τοῦ κτίσαντος.</w:t>
      </w:r>
    </w:p>
    <w:p>
      <w:r>
        <w:rPr>
          <w:rFonts w:ascii="Courier New" w:hAnsi="Courier New"/>
          <w:color w:val="555555"/>
          <w:sz w:val="20"/>
        </w:rPr>
        <w:t>[13 . 272]</w:t>
      </w:r>
    </w:p>
    <w:p>
      <w:r>
        <w:rPr>
          <w:rFonts w:ascii="Gentium Plus" w:hAnsi="Gentium Plus"/>
          <w:sz w:val="24"/>
        </w:rPr>
        <w:t>Καὶ ἔσονται οἱ καταλελειμμένοι, ὡς δορκάδιον φεῦ‐ γον καὶ ὡς πρόβατον πλανώμενον, καὶ οὐκ ἔσται ὁ συν‐ άγων, ὥστε ἄνθρωπον εἰς τὸν λαὸν αὐτοῦ ἀποστραφῆναι καὶ ἄνθρωπον εἰς τὴν χώραν αὐτοῦ διῶξαι. Ὃς γὰρ ἂν</w:t>
      </w:r>
    </w:p>
    <w:p>
      <w:r>
        <w:rPr>
          <w:rFonts w:ascii="Courier New" w:hAnsi="Courier New"/>
          <w:color w:val="555555"/>
          <w:sz w:val="20"/>
        </w:rPr>
        <w:t>[5]</w:t>
      </w:r>
    </w:p>
    <w:p>
      <w:r>
        <w:rPr>
          <w:rFonts w:ascii="Gentium Plus" w:hAnsi="Gentium Plus"/>
          <w:sz w:val="24"/>
        </w:rPr>
        <w:t>ἁλῷ, ἡττηθήσεται· καὶ οἵτινες συνηγμένοι εἰσὶ, μαχαίρᾳ πεσοῦνται. Καὶ τὰ τέκνα αὐτῶν ῥάξουσιν ἐνώπιον αὐτῶν, καὶ τὰς οἰκίας αὐτῶν προνομεύσουσι καὶ τὰς γυναῖκας αὐ‐</w:t>
      </w:r>
    </w:p>
    <w:p>
      <w:r>
        <w:rPr>
          <w:rFonts w:ascii="Courier New" w:hAnsi="Courier New"/>
          <w:color w:val="555555"/>
          <w:sz w:val="20"/>
        </w:rPr>
        <w:t>[10]</w:t>
      </w:r>
    </w:p>
    <w:p>
      <w:r>
        <w:rPr>
          <w:rFonts w:ascii="Gentium Plus" w:hAnsi="Gentium Plus"/>
          <w:sz w:val="24"/>
        </w:rPr>
        <w:t>ἐπ’ αὐτῆς τῆς παρατάξεως ἔπεσον· οἱ δὲ διαφυγόντες, ὡς δορκάδιόν εἰσι φεύγοντες. Εὐπτόητον δὲ τὸ ζῶόν ἐστι καὶ δειλὸν, καὶ δι’ ὀξύτητα τῶν ποδῶν ἐπὶ πολὺ φεῦγον, καὶ οὐχ ἱστάμενον. Ἔσονται οὖν ὡς δορκάδιον καὶ ὡς πρό‐ βατον πλανώμενον. Καὶ γὰρ οὐδεμίαν οἰκείαν σύνεσιν ἔχει</w:t>
      </w:r>
    </w:p>
    <w:p>
      <w:r>
        <w:rPr>
          <w:rFonts w:ascii="Courier New" w:hAnsi="Courier New"/>
          <w:color w:val="555555"/>
          <w:sz w:val="20"/>
        </w:rPr>
        <w:t>[15]</w:t>
      </w:r>
    </w:p>
    <w:p>
      <w:r>
        <w:rPr>
          <w:rFonts w:ascii="Gentium Plus" w:hAnsi="Gentium Plus"/>
          <w:sz w:val="24"/>
        </w:rPr>
        <w:t>τὸ πρόβατον πρὸς τὸ ὁρμῆσαι μὲν ἐπὶ τὰς τροφίμους νομὰς, αὐλισθῆναι δὲ ἐν τόποις ἀσφαλεστέροις, ἢ ποτὸν ἑαυτοῖς ἐκζητῆσαι, ἐὰν μή τις ᾖ ὁ ποιμαίνων καὶ ἐπὶ ταῦτα καθη‐ γούμενος. Ἔσονται οὖν οἱ τότε, διαφεύγοντες μὲν ὡς δορ‐ κάδες, ἀβοήθητοι δὲ ὡς τὰ πρόβατα τὰ πλανώμενα, τῷ μὴ</w:t>
      </w:r>
    </w:p>
    <w:p>
      <w:r>
        <w:rPr>
          <w:rFonts w:ascii="Courier New" w:hAnsi="Courier New"/>
          <w:color w:val="555555"/>
          <w:sz w:val="20"/>
        </w:rPr>
        <w:t>[20]</w:t>
      </w:r>
    </w:p>
    <w:p>
      <w:r>
        <w:rPr>
          <w:rFonts w:ascii="Gentium Plus" w:hAnsi="Gentium Plus"/>
          <w:sz w:val="24"/>
        </w:rPr>
        <w:t>εἶναι αὐτῶν ἄρχοντα. —Καὶ οὐκ ἔσται ὁ συνάγων, ἀλλ’ οἱ μὲν δειλοὶ σπαρήσονται ὑπὸ τῶν διωκόντων, οἱ δὲ κατα‐ λειφθέντες ἡττηθήσονται ὑπὸ τῶν πολεμίων· κἂν δυνηθῶσι συστῆναι καὶ κοινωνίαν τινὰ βοηθείας ποιήσασθαι, ἀλλ’ οὖν μαχαίρᾳ πεσοῦνται. —Εἶτα λέγει τὰ ἐλεεινὰ πάθη τῶν</w:t>
      </w:r>
    </w:p>
    <w:p>
      <w:r>
        <w:rPr>
          <w:rFonts w:ascii="Courier New" w:hAnsi="Courier New"/>
          <w:color w:val="555555"/>
          <w:sz w:val="20"/>
        </w:rPr>
        <w:t>[25]</w:t>
      </w:r>
    </w:p>
    <w:p>
      <w:r>
        <w:rPr>
          <w:rFonts w:ascii="Gentium Plus" w:hAnsi="Gentium Plus"/>
          <w:sz w:val="24"/>
        </w:rPr>
        <w:t>ἐξανδραποδιζομένων. Τὰ τέκνα αὐτῶν ῥάξουσιν ἐν τοῖς ὀφθαλμοῖς τῶν γονέων καὶ τὰς οἰκίας αὐτῶν διαρπάσονται καὶ τὰς γυναῖκας ἐφ’ ὕβρει πρὸς ἑαυτοὺς μεταστήσουσιν.</w:t>
      </w:r>
    </w:p>
    <w:p>
      <w:r>
        <w:rPr>
          <w:rFonts w:ascii="Courier New" w:hAnsi="Courier New"/>
          <w:color w:val="555555"/>
          <w:sz w:val="20"/>
        </w:rPr>
        <w:t>[13 . 273]</w:t>
      </w:r>
    </w:p>
    <w:p>
      <w:r>
        <w:rPr>
          <w:rFonts w:ascii="Gentium Plus" w:hAnsi="Gentium Plus"/>
          <w:sz w:val="24"/>
        </w:rPr>
        <w:t>Ἰδοὺ ἐπεγερῶ ὑμῖν τοὺς Μήδους, οἳ οὐ λογίζονται ἀργύριον, οὐδὲ χρυσίου χρείαν ἔχουσι. Τοξεύματα νεανί‐</w:t>
      </w:r>
    </w:p>
    <w:p>
      <w:r>
        <w:rPr>
          <w:rFonts w:ascii="Courier New" w:hAnsi="Courier New"/>
          <w:color w:val="555555"/>
          <w:sz w:val="20"/>
        </w:rPr>
        <w:t>[5]</w:t>
      </w:r>
    </w:p>
    <w:p>
      <w:r>
        <w:rPr>
          <w:rFonts w:ascii="Gentium Plus" w:hAnsi="Gentium Plus"/>
          <w:sz w:val="24"/>
        </w:rPr>
        <w:t>τῶν. [Πολλοῖς ὕστερον χρόνοις, ὡς ἡ ἱστορία παραδέδωκεν, οἱ Μῆδοι τῇ ἀρχῇ τῇ τῶν Ἀσσυρίων ἐπέθεντο καὶ κατεστρέ‐ ψαντο Βαβυλῶνα· ἔστι μὲν οὖν ἡ προφητεία τοῦ Ἡσαΐου πρὸ πολλῶν γενεῶν τῆς τοῦ Ἰσραὴλ αἰχμαλωσίας· πάλιν</w:t>
      </w:r>
    </w:p>
    <w:p>
      <w:r>
        <w:rPr>
          <w:rFonts w:ascii="Courier New" w:hAnsi="Courier New"/>
          <w:color w:val="555555"/>
          <w:sz w:val="20"/>
        </w:rPr>
        <w:t>[10]</w:t>
      </w:r>
    </w:p>
    <w:p>
      <w:r>
        <w:rPr>
          <w:rFonts w:ascii="Gentium Plus" w:hAnsi="Gentium Plus"/>
          <w:sz w:val="24"/>
        </w:rPr>
        <w:t>δὲ μετὰ τὸν Ἰσραὴλ πολλοῖς ὕστερον ἔτεσι φαίνονται οἱ Μῆδοι, ἐπιστρατεύσαντες τοῖς Ἀσσυρίοις]. Παραμυθία οὖν τῶν αἰχμαλωτιζομένων ἡ προσδοκία τῆς ἐκδικήσεως μετ’ οὐ πολὺ καταληψομένης τὸν λαὸν τὸν κακώσαντα τὸν Ἰσραήλ. Ἐπεγερῶ (φησὶν) ὑμῖν τοὺς Μήδους, οἵτινες οὔτε ἀργυρίῳ</w:t>
      </w:r>
    </w:p>
    <w:p>
      <w:r>
        <w:rPr>
          <w:rFonts w:ascii="Courier New" w:hAnsi="Courier New"/>
          <w:color w:val="555555"/>
          <w:sz w:val="20"/>
        </w:rPr>
        <w:t>[15]</w:t>
      </w:r>
    </w:p>
    <w:p>
      <w:r>
        <w:rPr>
          <w:rFonts w:ascii="Gentium Plus" w:hAnsi="Gentium Plus"/>
          <w:sz w:val="24"/>
        </w:rPr>
        <w:t>παραπεισθήσονται, οὔτε χρυσίῳ. Οὐδὲ δυνήσεσθε ὑμεῖς, οἱ Βαβυλώνιοι, τῇ περιουσίᾳ τοῦ πλούτου ἐξωνήσασθαι παρ’ αὐ‐ τῶν τὸ μηδὲν παθεῖν. Οὐδὲ γάρ εἰσιν ἐπτοημένοι περὶ χρήματα, τῷ καὶ αὐτοὶ ὑπερπλουτεῖν. Διόπερ οὐδὲ ἐν τοῖς πολέμοις περισπῶνται ὑπὸ τῆς νεκροσυλίας, οὐδὲ ἀσχο‐</w:t>
      </w:r>
    </w:p>
    <w:p>
      <w:r>
        <w:rPr>
          <w:rFonts w:ascii="Courier New" w:hAnsi="Courier New"/>
          <w:color w:val="555555"/>
          <w:sz w:val="20"/>
        </w:rPr>
        <w:t>[20]</w:t>
      </w:r>
    </w:p>
    <w:p>
      <w:r>
        <w:rPr>
          <w:rFonts w:ascii="Gentium Plus" w:hAnsi="Gentium Plus"/>
          <w:sz w:val="24"/>
        </w:rPr>
        <w:t>λοῦνται περὶ τὴν λείαν καὶ τὸ λαμβάνειν παρὰ τῶν ἑαλω‐ κότων ἀγενὲς οἴονται. Ἀλλὰ τὴν τοξείαν τῶν παρ’ ὑμῖν νεανίσκων συντρίψουσι καὶ οὐδένα οἶκτον, οὐδὲ φειδῶ ποιή‐ σονται τῶν νηπίων. Τὸ δὲ Μήδων ὄνομα μεταλαμβανόμενον σημαίνει ἀπὸ</w:t>
      </w:r>
    </w:p>
    <w:p>
      <w:r>
        <w:rPr>
          <w:rFonts w:ascii="Courier New" w:hAnsi="Courier New"/>
          <w:color w:val="555555"/>
          <w:sz w:val="20"/>
        </w:rPr>
        <w:t>[25]</w:t>
      </w:r>
    </w:p>
    <w:p>
      <w:r>
        <w:rPr>
          <w:rFonts w:ascii="Gentium Plus" w:hAnsi="Gentium Plus"/>
          <w:sz w:val="24"/>
        </w:rPr>
        <w:t>ἱκανοῦ. Οὐκοῦν ὁ Ἱκανὸς ἐν πᾶσι καὶ δυνατὸς ἐπάγειν τὰ πρὸς ἀξίαν, οὗτος κινεῖ τοὺς Μήδους. Ἢ τάχα, ἐπειδὴ ὁ Μαδαεὶ κτίστης ἐστὶ τῆς Μηδείας, ἑρμηνεύεται δὲ οὗτος ἐκμέτρησις, λέγοιντο ἂν οἱ Μῆδοι ἐπάγεσθαι εἰς τὸ κολάζειν ἐμμέτρως τοὺς κακῶς βεβιωκότας, διότι ᾧ μέτρῳ ἕκαστος</w:t>
      </w:r>
    </w:p>
    <w:p>
      <w:r>
        <w:rPr>
          <w:rFonts w:ascii="Courier New" w:hAnsi="Courier New"/>
          <w:color w:val="555555"/>
          <w:sz w:val="20"/>
        </w:rPr>
        <w:t>[30]</w:t>
      </w:r>
    </w:p>
    <w:p>
      <w:r>
        <w:rPr>
          <w:rFonts w:ascii="Gentium Plus" w:hAnsi="Gentium Plus"/>
          <w:sz w:val="24"/>
        </w:rPr>
        <w:t>ἡμῶν μεμέτρηκεν, ἤτοι ἐν τῷ κατορθοῦν, ἢ ἐν τῷ ἁμαρτά‐</w:t>
      </w:r>
    </w:p>
    <w:p>
      <w:r>
        <w:rPr>
          <w:rFonts w:ascii="Courier New" w:hAnsi="Courier New"/>
          <w:color w:val="555555"/>
          <w:sz w:val="20"/>
        </w:rPr>
        <w:t>[35]</w:t>
      </w:r>
    </w:p>
    <w:p>
      <w:r>
        <w:rPr>
          <w:rFonts w:ascii="Gentium Plus" w:hAnsi="Gentium Plus"/>
          <w:sz w:val="24"/>
        </w:rPr>
        <w:t>λωνίων ψυχῆς νῦν φησιν ἡ Γραφή. Τοιαῦτα νομίζω εἶναι καὶ τὰ τοῦ μακαριζομένου παρὰ τῷ Ψαλμῷ τέκνα, ἐν ᾧ ἡ μὲν γυνὴ ἡ σοφία ἐστὶν, ἥντινα ἐκζητήσας νύμφην ἠγάγετο καὶ σύνοικον ἑαυτῷ ὁ Κύριος, γενόμενος ἐραστὴς τοῦ κάλλους αὐτῆς· οἱ δὲ υἱοὶ, τὰ γεννήματα τοῦ νοῦ καὶ τῆς σοφίας ἅμα</w:t>
      </w:r>
    </w:p>
    <w:p>
      <w:r>
        <w:rPr>
          <w:rFonts w:ascii="Courier New" w:hAnsi="Courier New"/>
          <w:color w:val="555555"/>
          <w:sz w:val="20"/>
        </w:rPr>
        <w:t>[40]</w:t>
      </w:r>
    </w:p>
    <w:p>
      <w:r>
        <w:rPr>
          <w:rFonts w:ascii="Gentium Plus" w:hAnsi="Gentium Plus"/>
          <w:sz w:val="24"/>
        </w:rPr>
        <w:t>συνελθόντα. Περὶ τούτων οἶμαι τῶν τέκνων εἰρῆσθαι ἐν τῷ ρλϛʹ Ψαλμῷ· Θυγάτηρ Βαβυλῶνος ἡ ταλαίπωρος· μακάριος, ὃς ἀνταποδώσει σοι τὸ ἀνταπόδομά σου, ὃ ἀνταπέδωκας ἡμῖν. Μακάριος, ὃς κρατήσει καὶ ἐδαφιεῖ τὰ νήπιά σου πρὸς τὴν πέτραν. Ταύτην γὰρ προβλέπει τὴν ἡμέραν τῆς ἀνταπο‐</w:t>
      </w:r>
    </w:p>
    <w:p>
      <w:r>
        <w:rPr>
          <w:rFonts w:ascii="Courier New" w:hAnsi="Courier New"/>
          <w:color w:val="555555"/>
          <w:sz w:val="20"/>
        </w:rPr>
        <w:t>[45]</w:t>
      </w:r>
    </w:p>
    <w:p>
      <w:r>
        <w:rPr>
          <w:rFonts w:ascii="Gentium Plus" w:hAnsi="Gentium Plus"/>
          <w:sz w:val="24"/>
        </w:rPr>
        <w:t>δόσεως, καθ’ ἣν οἱ Μῆδοι, κρατήσαντες τῶν Βαβυλωνίων, οὐκ ἐλεήσουσιν, οὐδὲ ἐπὶ τοῖς τέκνοις αὐτῶν φείσονται οἱ ὀφθαλμοὶ αὐτῶν. Σκόπει δὲ ὅτι ὁ Ψαλμὸς μακαρίζει, οὐ τὸν ὁπωσδήποτε τέκνον Βαβυλώνιον ἀνελόντα, ἀλλ’ ὅτι πρῶτον μὲν θέλει τὰ</w:t>
      </w:r>
    </w:p>
    <w:p>
      <w:r>
        <w:rPr>
          <w:rFonts w:ascii="Courier New" w:hAnsi="Courier New"/>
          <w:color w:val="555555"/>
          <w:sz w:val="20"/>
        </w:rPr>
        <w:t>[13 . 273 (50)]</w:t>
      </w:r>
    </w:p>
    <w:p>
      <w:r>
        <w:rPr>
          <w:rFonts w:ascii="Gentium Plus" w:hAnsi="Gentium Plus"/>
          <w:sz w:val="24"/>
        </w:rPr>
        <w:t>νήπια αὐτῶν ἀφανίζεσθαι τὰ ἀρτιγενῆ, μὴ ἐπιτραπέντα ἐλθεῖν εἰς αὔξησιν, ἵνα μὴ ἐπὶ πλεῖον χωρήσῃ τῆς πονηρίας· δεύτερον δὲ, ὅτι οὐχ οἵῳ δήποτε τρόπῳ ἀναιρεθῆναι. Μακα‐ ρίζει γὰρ τὸν κρατήσαντα καὶ περιγενόμενον τῇ ἑαυτοῦ σοφίᾳ τῆς τεκνογονίας τοῦ συγκεχυμένου νοῦ, ὅστις ὀνομάζεται</w:t>
      </w:r>
    </w:p>
    <w:p>
      <w:r>
        <w:rPr>
          <w:rFonts w:ascii="Courier New" w:hAnsi="Courier New"/>
          <w:color w:val="555555"/>
          <w:sz w:val="20"/>
        </w:rPr>
        <w:t>[55]</w:t>
      </w:r>
    </w:p>
    <w:p>
      <w:r>
        <w:rPr>
          <w:rFonts w:ascii="Gentium Plus" w:hAnsi="Gentium Plus"/>
          <w:sz w:val="24"/>
        </w:rPr>
        <w:t>Βαβυλώνιος, ἔπειτα δὲ προσαράσσων αὐτὰ τῇ πέτρᾳ. Ἡ πέτρα δὲ καὶ ἐν τούτῳ ὁ Χριστός ἐστιν· ὁ γὰρ συγκρούων</w:t>
      </w:r>
    </w:p>
    <w:p>
      <w:r>
        <w:rPr>
          <w:rFonts w:ascii="Courier New" w:hAnsi="Courier New"/>
          <w:color w:val="555555"/>
          <w:sz w:val="20"/>
        </w:rPr>
        <w:t>[60]</w:t>
      </w:r>
    </w:p>
    <w:p>
      <w:r>
        <w:rPr>
          <w:rFonts w:ascii="Gentium Plus" w:hAnsi="Gentium Plus"/>
          <w:sz w:val="24"/>
        </w:rPr>
        <w:t>ψυχὴν τοῦ παραδεχομένου) καλῶς τὸ Βαβυλώνιον τέκνον κρατηθὲν ἐδαφίζοιτο πρὸς τὴν πέτραν.</w:t>
      </w:r>
    </w:p>
    <w:p>
      <w:r>
        <w:rPr>
          <w:rFonts w:ascii="Courier New" w:hAnsi="Courier New"/>
          <w:color w:val="555555"/>
          <w:sz w:val="20"/>
        </w:rPr>
        <w:t>[13 . 274]</w:t>
      </w:r>
    </w:p>
    <w:p>
      <w:r>
        <w:rPr>
          <w:rFonts w:ascii="Gentium Plus" w:hAnsi="Gentium Plus"/>
          <w:sz w:val="24"/>
        </w:rPr>
        <w:t>Καὶ ἔσται Βαβυλὼν, ἣ καλεῖται ἔνδοξος ὑπὸ βασιλέως Χαλδαίων, ὃν τρόπον κατέστρεψεν ὁ Θεὸς Σόδομα καὶ Γό‐ μοῤῥα· οὐ κατοικηθήσεται εἰς τὸν αἰῶνα χρόνον, οὐδὲ μὴ εἰσέλθωσιν εἰς αὐτὴν διὰ πολλῶν γενεῶν, οὐδὲ μὴ διέλθω‐</w:t>
      </w:r>
    </w:p>
    <w:p>
      <w:r>
        <w:rPr>
          <w:rFonts w:ascii="Courier New" w:hAnsi="Courier New"/>
          <w:color w:val="555555"/>
          <w:sz w:val="20"/>
        </w:rPr>
        <w:t>[5]</w:t>
      </w:r>
    </w:p>
    <w:p>
      <w:r>
        <w:rPr>
          <w:rFonts w:ascii="Gentium Plus" w:hAnsi="Gentium Plus"/>
          <w:sz w:val="24"/>
        </w:rPr>
        <w:t>σιν αὐτὴν Ἄραβες, οὐδὲ ποιμένες οὐ μὴ ἀναπαύσωνται ἐν αὐτῇ. Καὶ ἀναπαύσονται ἐκεῖ θηρία, καὶ ἐμπλησθήσονται αἱ οἰκίαι ἤχου. Καὶ ἀναπαύσονται ἐκεῖ σειρῆνες, καὶ δαι‐ μόνια ἐκεῖ ὀρχήσονται· καὶ ὀνοκένταυροι ἐκεῖ κατοικήσουσι καὶ νοσσοποιήσουσιν ἐχῖνοι ἐν τοῖς οἴκοις αὐτῶν. Ταχὺ</w:t>
      </w:r>
    </w:p>
    <w:p>
      <w:r>
        <w:rPr>
          <w:rFonts w:ascii="Courier New" w:hAnsi="Courier New"/>
          <w:color w:val="555555"/>
          <w:sz w:val="20"/>
        </w:rPr>
        <w:t>[10]</w:t>
      </w:r>
    </w:p>
    <w:p>
      <w:r>
        <w:rPr>
          <w:rFonts w:ascii="Gentium Plus" w:hAnsi="Gentium Plus"/>
          <w:sz w:val="24"/>
        </w:rPr>
        <w:t>ἔρχεται καὶ οὐ χρονιεῖ, καὶ αἱ ἡμέραι αὐτῆς οὐ μὴ ἐφελκυ‐ σθῶσιν. Ἐπὶ τούτοις διηγεῖται τὴν ταπείνωσιν τῆς Βαβυλῶνος. Καὶ ἐπειδὴ σφοδροτέραν ποιεῖται τὴν ἐνέργειαν ἡ ὑπόμνη‐ σις τῆς πρὸ τούτου δόξης, δείκνυσιν ἀπὸ οἵας καταστά‐</w:t>
      </w:r>
    </w:p>
    <w:p>
      <w:r>
        <w:rPr>
          <w:rFonts w:ascii="Courier New" w:hAnsi="Courier New"/>
          <w:color w:val="555555"/>
          <w:sz w:val="20"/>
        </w:rPr>
        <w:t>[15]</w:t>
      </w:r>
    </w:p>
    <w:p>
      <w:r>
        <w:rPr>
          <w:rFonts w:ascii="Gentium Plus" w:hAnsi="Gentium Plus"/>
          <w:sz w:val="24"/>
        </w:rPr>
        <w:t>σεως εἰς οἵαν ἦλθε μεταβολήν. Καὶ ἔσται (φησὶ) Βα‐ βυλὼν, ἣ καλεῖται ἔνδοξος. Ὥσπερ ἴδιον ἐπώνυμον ἐγένετο τοῦτο, καὶ πάντες αὐτὴν μετὰ προσθήκης ὠνόμαζον· Βα‐ βυλὼν ἡ ἔνδοξος. Ἐποίει δὲ αὐτὴν περιβόητον ὁ βασιλεὺς τῶν Χαλδαίων, τῷ πολλοὺς καταστρεψάμενος εἰς αὐτὴν</w:t>
      </w:r>
    </w:p>
    <w:p>
      <w:r>
        <w:rPr>
          <w:rFonts w:ascii="Courier New" w:hAnsi="Courier New"/>
          <w:color w:val="555555"/>
          <w:sz w:val="20"/>
        </w:rPr>
        <w:t>[20]</w:t>
      </w:r>
    </w:p>
    <w:p>
      <w:r>
        <w:rPr>
          <w:rFonts w:ascii="Gentium Plus" w:hAnsi="Gentium Plus"/>
          <w:sz w:val="24"/>
        </w:rPr>
        <w:t>μεταθεῖναι τῶν ἑαλωκότων τὴν δύναμιν, καὶ μεγάλα μὲν αὐτῇ περιβαλεῖν τείχη, πολλὴν δὲ στρατιωτικὴν δύναμιν</w:t>
      </w:r>
    </w:p>
    <w:p>
      <w:r>
        <w:rPr>
          <w:rFonts w:ascii="Courier New" w:hAnsi="Courier New"/>
          <w:color w:val="555555"/>
          <w:sz w:val="20"/>
        </w:rPr>
        <w:t>[25]</w:t>
      </w:r>
    </w:p>
    <w:p>
      <w:r>
        <w:rPr>
          <w:rFonts w:ascii="Gentium Plus" w:hAnsi="Gentium Plus"/>
          <w:sz w:val="24"/>
        </w:rPr>
        <w:t>αἰῶνα χρόνον. Τάχα δὲ περιορίζει τὴν καταστροφὴν αὐτῆς καὶ τὴν ἐρήμωσιν χρόνῳ τινί, διὸ οὐκ εἶπεν ἀπολύτως «καὶ καταστραφήσεται εἰς τὸν αἰῶνα», ἀλλὰ προσέθηκεν· Εἰς τὸν αἰῶνα χρόνον. —Δηλοῖ δὲ καὶ τὰ ἐφεξῆς, ὅτι οὐ παντελῆ αὐτῆς προαγορεύει τὴν ἐρήμωσιν· Οὐ γὰρ μὴ εἰσέλθωσιν</w:t>
      </w:r>
    </w:p>
    <w:p>
      <w:r>
        <w:rPr>
          <w:rFonts w:ascii="Courier New" w:hAnsi="Courier New"/>
          <w:color w:val="555555"/>
          <w:sz w:val="20"/>
        </w:rPr>
        <w:t>[30]</w:t>
      </w:r>
    </w:p>
    <w:p>
      <w:r>
        <w:rPr>
          <w:rFonts w:ascii="Gentium Plus" w:hAnsi="Gentium Plus"/>
          <w:sz w:val="24"/>
        </w:rPr>
        <w:t>εἰς αὐτὴν διὰ πολλῶν γενεῶν, ὡς ἐν πολλαῖς γενεαῖς τῆς ἐρημώσεως γενησομένης, μετὰ δὲ ταῦτα πάλιν οἰκιζομένης.</w:t>
      </w:r>
    </w:p>
    <w:p>
      <w:r>
        <w:rPr>
          <w:rFonts w:ascii="Courier New" w:hAnsi="Courier New"/>
          <w:color w:val="555555"/>
          <w:sz w:val="20"/>
        </w:rPr>
        <w:t>[13 . 275]</w:t>
      </w:r>
    </w:p>
    <w:p>
      <w:r>
        <w:rPr>
          <w:rFonts w:ascii="Gentium Plus" w:hAnsi="Gentium Plus"/>
          <w:sz w:val="24"/>
        </w:rPr>
        <w:t>Οὐδὲ μὴ διέλθωσιν αὐτὴν Ἄραβες, οὐδὲ ποιμένες οὐ μὴ ἀναπαύσωνται ἐν αὐτῇ. Σκυθρωπὴν ἐρήμωσιν ὑπογράφει ὁ λόγος, ὅτι οὕτως ἔσται ἔρημος, ὥστε μηδὲ ποιμέσι σκέπην ἐν αὐτῇ εὑρίσκεσθαι,</w:t>
      </w:r>
    </w:p>
    <w:p>
      <w:r>
        <w:rPr>
          <w:rFonts w:ascii="Courier New" w:hAnsi="Courier New"/>
          <w:color w:val="555555"/>
          <w:sz w:val="20"/>
        </w:rPr>
        <w:t>[5]</w:t>
      </w:r>
    </w:p>
    <w:p>
      <w:r>
        <w:rPr>
          <w:rFonts w:ascii="Gentium Plus" w:hAnsi="Gentium Plus"/>
          <w:sz w:val="24"/>
        </w:rPr>
        <w:t>μηδὲ Ἄραβας, τοὺς τὴν ἔρημον οἰκοῦντας. Οἳ πάντα λεηλα‐ τοῦντες καὶ λῃστεύοντες διερευνῶνται πόλεις καὶ κώμας, οὗτοι οὐκ εἰσέρχονται, διὰ τὴν ἀπόγνωσιν αὐτῆς τῷ μήτε οἰκοῦντας εἶναι, μήτε εὑρίσκεσθαί τι τῶν πρὸς βίον. Ἀλλ’ ἔσται (φησὶ) καταγώγιον θηρίων, ἐμπλησθήσονται δὲ αἱ οἰκίαι ἤχου.</w:t>
      </w:r>
    </w:p>
    <w:p>
      <w:r>
        <w:rPr>
          <w:rFonts w:ascii="Courier New" w:hAnsi="Courier New"/>
          <w:color w:val="555555"/>
          <w:sz w:val="20"/>
        </w:rPr>
        <w:t>[10]</w:t>
      </w:r>
    </w:p>
    <w:p>
      <w:r>
        <w:rPr>
          <w:rFonts w:ascii="Gentium Plus" w:hAnsi="Gentium Plus"/>
          <w:sz w:val="24"/>
        </w:rPr>
        <w:t>Ὑπερβολὴν τῆς ἐρημώσεως ὁ ἦχος σημαίνει· φωνὴ γάρ ἐστιν ἀνακλωμένη ὁ ἦχος, ἀπὸ στεῤῥῶν καὶ ἀντιτύπων ἐπὶ τὸν προέμενον πάλιν ἐπανιοῦσα· Ἥτις ἐν μὲν ταῖς ἐρημίαις εὐήχως ἐπανακάμπτει· ἐν δὲ ταῖς οἰκουμέναις πόλεσιν ἢ κώμαις, ὑπό τε τῶν παραφερομένων σκευῶν τοῦ ἀέρος δια‐</w:t>
      </w:r>
    </w:p>
    <w:p>
      <w:r>
        <w:rPr>
          <w:rFonts w:ascii="Courier New" w:hAnsi="Courier New"/>
          <w:color w:val="555555"/>
          <w:sz w:val="20"/>
        </w:rPr>
        <w:t>[15]</w:t>
      </w:r>
    </w:p>
    <w:p>
      <w:r>
        <w:rPr>
          <w:rFonts w:ascii="Gentium Plus" w:hAnsi="Gentium Plus"/>
          <w:sz w:val="24"/>
        </w:rPr>
        <w:t>κοπτομένου καὶ ὑπὸ τῆς ἐκ πλαγίου παρεμπιπτούσης φωνῆς</w:t>
      </w:r>
    </w:p>
    <w:p>
      <w:r>
        <w:rPr>
          <w:rFonts w:ascii="Courier New" w:hAnsi="Courier New"/>
          <w:color w:val="555555"/>
          <w:sz w:val="20"/>
        </w:rPr>
        <w:t>[20]</w:t>
      </w:r>
    </w:p>
    <w:p>
      <w:r>
        <w:rPr>
          <w:rFonts w:ascii="Gentium Plus" w:hAnsi="Gentium Plus"/>
          <w:sz w:val="24"/>
        </w:rPr>
        <w:t>σονται· καὶ ὀνοκένταυροι ἐκεῖ κατοικήσουσι, καὶ νοσσοποιή‐ σουσιν ἐχῖνοι ἐν τοῖς οἴκοις αὐτῶν. —Σειρῆνας ὁ μὲν ἔξωθεν λόγος παραδέδωκε γυναῖκάς τινας μελῳδούσας· ἐνταῦθα δὲ δαιμόνων ἔοικεν ὄνομα εἶναι· διὸ Ἀκύλας τὰς σειρῆνας στρου‐ θοκαμήλους εἶπε. Φιλέρημον δὲ τὸ ζῶον καὶ ταῖς ἀγονω‐</w:t>
      </w:r>
    </w:p>
    <w:p>
      <w:r>
        <w:rPr>
          <w:rFonts w:ascii="Courier New" w:hAnsi="Courier New"/>
          <w:color w:val="555555"/>
          <w:sz w:val="20"/>
        </w:rPr>
        <w:t>[25]</w:t>
      </w:r>
    </w:p>
    <w:p>
      <w:r>
        <w:rPr>
          <w:rFonts w:ascii="Gentium Plus" w:hAnsi="Gentium Plus"/>
          <w:sz w:val="24"/>
        </w:rPr>
        <w:t>τάταις ψάμμοις, ὡς τὰ πολλὰ, ἐμφωλεῦον. Τὴν οὖν ὑπερ‐ βολὴν τῆς ἐρημίας ὁ λόγος διὰ τῆς τῶν στρουθοκαμήλων σκηνώσεως παραδίδωσι. —Τοὺς δὲ ὀνοκενταύρους, οὓς εἶπον οἱ Ἑβδομήκοντα, τριχιῶντας ὠνόμασεν ὁ Ἀκύλας. Δαιμό‐ νων τι γένος ἔοικε παριστᾷν, κάθυλον καὶ ἐσκοτισμένον τῇ</w:t>
      </w:r>
    </w:p>
    <w:p>
      <w:r>
        <w:rPr>
          <w:rFonts w:ascii="Courier New" w:hAnsi="Courier New"/>
          <w:color w:val="555555"/>
          <w:sz w:val="20"/>
        </w:rPr>
        <w:t>[30]</w:t>
      </w:r>
    </w:p>
    <w:p>
      <w:r>
        <w:rPr>
          <w:rFonts w:ascii="Gentium Plus" w:hAnsi="Gentium Plus"/>
          <w:sz w:val="24"/>
        </w:rPr>
        <w:t>ἐπιφανείᾳ, ὧν ἔργον ἐστὶ τὸ ἄστατον καὶ τὸ μηδέποτε ἑστῶσι τοῖς ποσὶ, μήτε τῇ διανοίᾳ κεχρῆσθαι. Καὶ ὀνοκένταυροι ἐκεῖ κατοικήσουσι. Καὶ τοῦτο ἕτερον εἶδος δαιμόνων ἔοικεν ἡ Γραφὴ παριστᾷν, ὅπερ Σίειν ὠνό‐ μασαν, αὐτὴν τὴν Ἑβραϊκὴν φωνὴν μεταθέντες οἱ λοιποί. —</w:t>
      </w:r>
    </w:p>
    <w:p>
      <w:r>
        <w:rPr>
          <w:rFonts w:ascii="Courier New" w:hAnsi="Courier New"/>
          <w:color w:val="555555"/>
          <w:sz w:val="20"/>
        </w:rPr>
        <w:t>[35]</w:t>
      </w:r>
    </w:p>
    <w:p>
      <w:r>
        <w:rPr>
          <w:rFonts w:ascii="Gentium Plus" w:hAnsi="Gentium Plus"/>
          <w:sz w:val="24"/>
        </w:rPr>
        <w:t>Ἐκεῖ δὲ καὶ ἐχῖνοι (φησὶ) τοὺς οἴκους αὐτῷ ποιήσουσι. — Πάντα φιλέρημα ζῶα διηγεῖται ὁ τόπος, ὡς οἰκειωθησόμενα τῇ Βαβυλῶνι μετὰ τὴν ἐρήμωσιν.</w:t>
      </w:r>
    </w:p>
    <w:p>
      <w:r>
        <w:rPr>
          <w:rFonts w:ascii="Courier New" w:hAnsi="Courier New"/>
          <w:color w:val="555555"/>
          <w:sz w:val="20"/>
        </w:rPr>
        <w:t>[13 . 276]</w:t>
      </w:r>
    </w:p>
    <w:p>
      <w:r>
        <w:rPr>
          <w:rFonts w:ascii="Gentium Plus" w:hAnsi="Gentium Plus"/>
          <w:sz w:val="24"/>
        </w:rPr>
        <w:t>Ταχὺ ἔρχεται καὶ οὐ χρονιεῖ, καὶ αἱ ἡμέραι αὐτῆς οὐ μὴ ἐφελκυσθῶσιν.</w:t>
      </w:r>
    </w:p>
    <w:p>
      <w:r>
        <w:rPr>
          <w:rFonts w:ascii="Courier New" w:hAnsi="Courier New"/>
          <w:color w:val="555555"/>
          <w:sz w:val="20"/>
        </w:rPr>
        <w:t>[5]</w:t>
      </w:r>
    </w:p>
    <w:p>
      <w:r>
        <w:rPr>
          <w:rFonts w:ascii="Gentium Plus" w:hAnsi="Gentium Plus"/>
          <w:sz w:val="24"/>
        </w:rPr>
        <w:t>ἠπείληται καταστρέφεσθαι Βαβυλὼν ὡς Σώδομα, εἰδέναι ἡμᾶς δεῖ, ὅτι πολλαὶ αἱ ἑρμηνεῖαι τοῦ ὀνόματος Σο‐ δόμων. Ἑρμηνεύεται γὰρ τὸ αὐτὸ ὄνομα καὶ τύφλωσις καὶ στείρωσις, καὶ ἑστῶσα σιωπὴ καὶ ὁμοίωμα, καὶ ἔκκλησις καὶ θεμέλιος αὐτῶν. Γόμοῤῥα δὲ μεταλαμβάνεται εἰς μέτρον</w:t>
      </w:r>
    </w:p>
    <w:p>
      <w:r>
        <w:rPr>
          <w:rFonts w:ascii="Courier New" w:hAnsi="Courier New"/>
          <w:color w:val="555555"/>
          <w:sz w:val="20"/>
        </w:rPr>
        <w:t>[10]</w:t>
      </w:r>
    </w:p>
    <w:p>
      <w:r>
        <w:rPr>
          <w:rFonts w:ascii="Gentium Plus" w:hAnsi="Gentium Plus"/>
          <w:sz w:val="24"/>
        </w:rPr>
        <w:t>καὶ εἰς στάσιν. Πάντων δὲ οὐχ ἡγοῦμαι χρῄζειν τὸν βουλό‐ μενον ἑρμηνεῦσαι, πῶς ἡ Βαβυλὼν ὁμοίως Σοδόμοις κα‐ ταστραφήσεται. Ἔοικε γὰρ ὁ Θεὸς, εὐεργετῶν τοὺς κατα‐ στρεφομένους, καταστρέφειν ὡς ἰατρὸς τυφλότητα· κατα‐ στροφὴ δὲ τυφλότητος, ὁράσεως ἀρχή. Καὶ καταστρέφει</w:t>
      </w:r>
    </w:p>
    <w:p>
      <w:r>
        <w:rPr>
          <w:rFonts w:ascii="Courier New" w:hAnsi="Courier New"/>
          <w:color w:val="555555"/>
          <w:sz w:val="20"/>
        </w:rPr>
        <w:t>[15]</w:t>
      </w:r>
    </w:p>
    <w:p>
      <w:r>
        <w:rPr>
          <w:rFonts w:ascii="Gentium Plus" w:hAnsi="Gentium Plus"/>
          <w:sz w:val="24"/>
        </w:rPr>
        <w:t>στείρωσιν, ἵνα, τὴν ἀγονίαν ἐξελάσας, χαρίσηται αὐτοῖς γεν‐ νήματα ἔργων δικαιοσύνης. Καὶ τὴν σιωπὴν τὴν ἑστῶσαν καταστρέφει, ἵνα λόγον ἐμβάλῃ καρδίαις πρὸς τὸ δοξάζειν τὸν Θεόν. Καὶ Γόμοῤῥα οὖν καταστρέφων (ἐπειδὴ ἀμφότερα ἑρμη‐</w:t>
      </w:r>
    </w:p>
    <w:p>
      <w:r>
        <w:rPr>
          <w:rFonts w:ascii="Courier New" w:hAnsi="Courier New"/>
          <w:color w:val="555555"/>
          <w:sz w:val="20"/>
        </w:rPr>
        <w:t>[20]</w:t>
      </w:r>
    </w:p>
    <w:p>
      <w:r>
        <w:rPr>
          <w:rFonts w:ascii="Gentium Plus" w:hAnsi="Gentium Plus"/>
          <w:sz w:val="24"/>
        </w:rPr>
        <w:t>νεύεται καὶ μέτρον καὶ στάσις τὰ Γόμοῤῥα) τὴν στάσιν τὴν ἐν αὐτῇ καὶ τὴν ταραχὴν καθαιρεῖ, ἵνα οἱ στασιάζοντες, καὶ ἐν τῇ καταστάσει τῇ ἐναντίᾳ (τῆς εἰρήνης) ὄντες, βελτιω‐ θῶσι. —Πᾶς δὲ ὁ τὰ τῆς γενέσεως πράγματα ἀποδεχόμενος καὶ ἀνάγκην καὶ εἱμαρμένην καὶ πεπρωμένην πρεσβεύων καὶ</w:t>
      </w:r>
    </w:p>
    <w:p>
      <w:r>
        <w:rPr>
          <w:rFonts w:ascii="Courier New" w:hAnsi="Courier New"/>
          <w:color w:val="555555"/>
          <w:sz w:val="20"/>
        </w:rPr>
        <w:t>[25]</w:t>
      </w:r>
    </w:p>
    <w:p>
      <w:r>
        <w:rPr>
          <w:rFonts w:ascii="Gentium Plus" w:hAnsi="Gentium Plus"/>
          <w:sz w:val="24"/>
        </w:rPr>
        <w:t>(τὸ ὅσον ἐφ’ ἑαυτῷ) διὰ τῆς τούτων συστάσεως ἀφιστὰς τῆς εἰς τὸν Θεὸν πίστεως καὶ τῆς εὐσεβείας τοὺς ἀνθρώπους, οὗτος τὰ Βαβυλωνίων πράγματα ἔνδοξα ὀνομάζει. Χαλ‐ δαίων γὰρ εὕρημά ἐστιν ἡ ἀστρολογία· οἵ φασι τὰ ὄντα</w:t>
      </w:r>
    </w:p>
    <w:p>
      <w:r>
        <w:rPr>
          <w:rFonts w:ascii="Courier New" w:hAnsi="Courier New"/>
          <w:color w:val="555555"/>
          <w:sz w:val="20"/>
        </w:rPr>
        <w:t>[30]</w:t>
      </w:r>
    </w:p>
    <w:p>
      <w:r>
        <w:rPr>
          <w:rFonts w:ascii="Gentium Plus" w:hAnsi="Gentium Plus"/>
          <w:sz w:val="24"/>
        </w:rPr>
        <w:t>φορᾷ ὑποτιθέντες τὰ πράγματα, ἐκβάλλουσι πρόνοιαν τὴν οἰκονομοῦσαν τὰ τῶν ἀνθρώπων· ὡς μήτε εὐχὴν, μήτε εὐ‐ σέβειαν δύνασθαί τι, ἀλλὰ κἂν εἰ δοκῇ ταῦτα γίνεσθαι, τῷ λόγῳ τῆς εἱμαρμένης καὶ αὐτὰ ὑποκεῖσθαι.</w:t>
      </w:r>
    </w:p>
    <w:p>
      <w:r>
        <w:rPr>
          <w:rFonts w:ascii="Courier New" w:hAnsi="Courier New"/>
          <w:color w:val="555555"/>
          <w:sz w:val="20"/>
        </w:rPr>
        <w:t>[13 . 277]</w:t>
      </w:r>
    </w:p>
    <w:p>
      <w:r>
        <w:rPr>
          <w:rFonts w:ascii="Gentium Plus" w:hAnsi="Gentium Plus"/>
          <w:sz w:val="24"/>
        </w:rPr>
        <w:t>Καλεῖ δὲ ἔνδοξόν τινα Βαβυλῶνα, καὶ πλούτους κοσμικοὺς καὶ δόξας καὶ τὰς κατὰ σάρκα εὐγενείας καὶ ὅσα τούτοις ἐστὶ παραπλήσια, δοξάζων. Πάντα γὰρ ταῦτα συγχυτικὰ διανοίας καὶ ἄξια εἶναι ὁμώνυμα τῇ Βαβυλῶνι.</w:t>
      </w:r>
    </w:p>
    <w:p>
      <w:r>
        <w:rPr>
          <w:rFonts w:ascii="Courier New" w:hAnsi="Courier New"/>
          <w:color w:val="555555"/>
          <w:sz w:val="20"/>
        </w:rPr>
        <w:t>[5]</w:t>
      </w:r>
    </w:p>
    <w:p>
      <w:r>
        <w:rPr>
          <w:rFonts w:ascii="Gentium Plus" w:hAnsi="Gentium Plus"/>
          <w:sz w:val="24"/>
        </w:rPr>
        <w:t>Ταύτην καταστρέφει ὁ Κύριος, καὶ γίνεται οἰκητήριον δαι‐ μόνων ἐξηγριωμένων, εἴτε τὴν πόλιν βούλει λαμβάνειν, εἴτε ψυχὴν συγκεχυμένην. Ἀνάγκη γὰρ τὴν ἐρημωθεῖσαν ἀπὸ τῆς οἰκήσεως τοῦ Θεοῦ, οἰκητήριον γενέσθαι πονηρῶν πνευμάτων. Ἐκεῖ μὲν οὖν ποιμὴν οὐ καταλύει. Οὐ γάρ</w:t>
      </w:r>
    </w:p>
    <w:p>
      <w:r>
        <w:rPr>
          <w:rFonts w:ascii="Courier New" w:hAnsi="Courier New"/>
          <w:color w:val="555555"/>
          <w:sz w:val="20"/>
        </w:rPr>
        <w:t>[10]</w:t>
      </w:r>
    </w:p>
    <w:p>
      <w:r>
        <w:rPr>
          <w:rFonts w:ascii="Gentium Plus" w:hAnsi="Gentium Plus"/>
          <w:sz w:val="24"/>
        </w:rPr>
        <w:t>ἐστιν ἀγαθοῦ ποιμένος τὴν πεπιστευμένην ποίμνην κατεσ‐ τραμμένην ἐναυλίζειν. Ἀλλὰ σειρῆνες (φησὶ) καὶ δαιμόνια καὶ ὀνοκένταυροι καὶ ἐχῖνοι. —Ὅταν οὖν ἴδῃς ψυχὴν συγκε‐ χυμένην, γίνωσκε ὅτι ἐνεπλήσθη ἐκείνη ἤχου, διὰ τὸ μηδὲν τετρανωμένον, μηδὲ διηρθρωμένον ἐν αὐτῇ εἶναι ῥῆμα, ἀλλὰ</w:t>
      </w:r>
    </w:p>
    <w:p>
      <w:r>
        <w:rPr>
          <w:rFonts w:ascii="Courier New" w:hAnsi="Courier New"/>
          <w:color w:val="555555"/>
          <w:sz w:val="20"/>
        </w:rPr>
        <w:t>[15]</w:t>
      </w:r>
    </w:p>
    <w:p>
      <w:r>
        <w:rPr>
          <w:rFonts w:ascii="Gentium Plus" w:hAnsi="Gentium Plus"/>
          <w:sz w:val="24"/>
        </w:rPr>
        <w:t>θόρυβον ἄσημον, τὸν ὑπὸ τῶν παθῶν ἐπανιστάμενον, κατέ‐ χειν τὸ ἡγεμονικὸν τῆς ψυχῆς ἐκείνης. Ἐοίκασιν οὖν πονηραί τινες δυνάμεις διὰ τῆς κατὰ τὴν</w:t>
      </w:r>
    </w:p>
    <w:p>
      <w:r>
        <w:rPr>
          <w:rFonts w:ascii="Courier New" w:hAnsi="Courier New"/>
          <w:color w:val="555555"/>
          <w:sz w:val="20"/>
        </w:rPr>
        <w:t>[20]</w:t>
      </w:r>
    </w:p>
    <w:p>
      <w:r>
        <w:rPr>
          <w:rFonts w:ascii="Gentium Plus" w:hAnsi="Gentium Plus"/>
          <w:sz w:val="24"/>
        </w:rPr>
        <w:t>διὰ φωνῆς ἡ ἡδονὴ, εἴτε δι’ ἄλλου τινὸς τρόπου ἐρεθισμοὶ καὶ προκλήσεις πρὸς ἁμαρτίαν διὰ τῶν δαιμόνων ἐκείνων γίνονται, ἄδηλον· πλὴν ὅτι οἱ ὑπὸ τρυφῆς κατακηλούμενοι τῆς πρὸς τὴν ἀληθινὴν πατρίδα ἐπανόδου ἐπιλανθάνονται. —Ἐὰν δέ τινα ἴδῃς κνηθόμενον τὴν ἀκοὴν καὶ ἀπὸ μὲν τῆς ἀληθείας</w:t>
      </w:r>
    </w:p>
    <w:p>
      <w:r>
        <w:rPr>
          <w:rFonts w:ascii="Courier New" w:hAnsi="Courier New"/>
          <w:color w:val="555555"/>
          <w:sz w:val="20"/>
        </w:rPr>
        <w:t>[25]</w:t>
      </w:r>
    </w:p>
    <w:p>
      <w:r>
        <w:rPr>
          <w:rFonts w:ascii="Gentium Plus" w:hAnsi="Gentium Plus"/>
          <w:sz w:val="24"/>
        </w:rPr>
        <w:t>ἀποστρέφοντα αὐτὴν, ἐπὶ δὲ τοὺς μύθους ἐκτρεπόμενον καὶ εὐτόνου μὲν λόγου μὴ ἀνεχόμενον, μηδὲ ἔλεγχον, μηδὲ ἐπι‐ τίμησιν αὐστηρὰν (εἰς ἐπιστρέφειαν ἄγουσαν τὸν ἀκροατὴν) ὑπομένοντα, φίλον δὲ ὄντα τοῦ πρὸς χάριν καὶ ἡδονὴν ἀπαγ‐ γέλλοντος λόγου, —νόμισον ὑπὸ σειρήνων κατέχεσθαι τὸν</w:t>
      </w:r>
    </w:p>
    <w:p>
      <w:r>
        <w:rPr>
          <w:rFonts w:ascii="Courier New" w:hAnsi="Courier New"/>
          <w:color w:val="555555"/>
          <w:sz w:val="20"/>
        </w:rPr>
        <w:t>[30]</w:t>
      </w:r>
    </w:p>
    <w:p>
      <w:r>
        <w:rPr>
          <w:rFonts w:ascii="Gentium Plus" w:hAnsi="Gentium Plus"/>
          <w:sz w:val="24"/>
        </w:rPr>
        <w:t>τοιοῦτον, ὑπὸ τῆς χρηστολογίας καὶ εὐλογίας ἐξαπατώμε‐ νον. Καὶ δαιμόνια δὲ, τὰ ποικίλας ἐν ἡμῖν ἐνεργοῦντα ἁμαρ‐ τίας, ὀρχεῖσθαι λέγεται, διὰ τὸ τὴν ὄρχησιν παντοδαπὴν εἶναι μελῶν κίνησιν. Καὶ ἐπειδὴ οἱ ὀρχησταὶ, ἄλλοτε ἄλλα</w:t>
      </w:r>
    </w:p>
    <w:p>
      <w:r>
        <w:rPr>
          <w:rFonts w:ascii="Courier New" w:hAnsi="Courier New"/>
          <w:color w:val="555555"/>
          <w:sz w:val="20"/>
        </w:rPr>
        <w:t>[35]</w:t>
      </w:r>
    </w:p>
    <w:p>
      <w:r>
        <w:rPr>
          <w:rFonts w:ascii="Gentium Plus" w:hAnsi="Gentium Plus"/>
          <w:sz w:val="24"/>
        </w:rPr>
        <w:t>πρόσωπα ἔχοντες, τὴν σκηνὴν καταλαμβάνουσιν, οὕτως οἱ δαίμονες, ὡς προσωπείοις ἡμῖν κεχρημένοι, νῦν μὲν ὀρ‐ χοῦνται τὸν θυμούμενον, νῦν δὲ τὸν ἐπιθυμοῦντα καὶ περὶ τὴν τῶν σαρκῶν ἀπόλαυσιν ἐπτοημένον, ἄλλοτε τὸν ψευδό‐ μενον· καὶ οὕτω γινόμεθα ποικίλα ἐνεργήματα δαιμόνων</w:t>
      </w:r>
    </w:p>
    <w:p>
      <w:r>
        <w:rPr>
          <w:rFonts w:ascii="Courier New" w:hAnsi="Courier New"/>
          <w:color w:val="555555"/>
          <w:sz w:val="20"/>
        </w:rPr>
        <w:t>[40]</w:t>
      </w:r>
    </w:p>
    <w:p>
      <w:r>
        <w:rPr>
          <w:rFonts w:ascii="Gentium Plus" w:hAnsi="Gentium Plus"/>
          <w:sz w:val="24"/>
        </w:rPr>
        <w:t>ὑποδεχόμενοι, κατὰ τὸ βούλημα ἐκείνων καὶ τὴν καρδίαν ἑαυτῶν καὶ τὰ τοῦ σώματος μέλη μετατιθέντες. —Ὅταν οὖν ἴδῃς νῦν μὲν ἀκράτῳ γέλωτι κατεχόμενόν τινα, νῦν δὲ ὑπὸ λύπης τεταπεινωμένον, σπαρασσόμενον ἐν κοπετοῖς καὶ κλαυ‐ θμοῖς καὶ οἰμωγαῖς, ἐνθυμήθητι, ὅτι ἐν αὐτῷ ὀρχεῖταί τις,</w:t>
      </w:r>
    </w:p>
    <w:p>
      <w:r>
        <w:rPr>
          <w:rFonts w:ascii="Courier New" w:hAnsi="Courier New"/>
          <w:color w:val="555555"/>
          <w:sz w:val="20"/>
        </w:rPr>
        <w:t>[45]</w:t>
      </w:r>
    </w:p>
    <w:p>
      <w:r>
        <w:rPr>
          <w:rFonts w:ascii="Gentium Plus" w:hAnsi="Gentium Plus"/>
          <w:sz w:val="24"/>
        </w:rPr>
        <w:t>ἄλλα καὶ ἄλλα μεταλαμβάνων σχήματα· καὶ νῦν μὲν τὸ τῆς φιλαργυρίας εἰσέρχεται δρᾶμα, νῦν δὲ τὸ τῆς κενοδοξίας, ἄλλοτε τὸ τῆς ὑπερηφανίας. Ὅλως δὲ κατασκιρτᾷ τοῦ γέ‐ νους τῶν ἀνθρώπων, ἐγχορεύων τε καὶ ὀρχούμενος ταῖς εὐκόλοις ψυχαῖς καὶ πρὸς ἁμαρτίαν εὐμεταβλήτοις.</w:t>
      </w:r>
    </w:p>
    <w:p>
      <w:r>
        <w:rPr>
          <w:rFonts w:ascii="Courier New" w:hAnsi="Courier New"/>
          <w:color w:val="555555"/>
          <w:sz w:val="20"/>
        </w:rPr>
        <w:t>[13 . 277 (50)]</w:t>
      </w:r>
    </w:p>
    <w:p>
      <w:r>
        <w:rPr>
          <w:rFonts w:ascii="Gentium Plus" w:hAnsi="Gentium Plus"/>
          <w:sz w:val="24"/>
        </w:rPr>
        <w:t>Τὸ δὲ τῶν ὀνοκενταύρων ὄνομα σύνθετον ἐμφαίνει τινὰ καὶ ἀλλόκοτον ζώου σύστασιν, πλὴν ὅτι καὶ αὐτὸ δαίμονός ἐστιν εἶδος, νῦν μὲν ἡμᾶς πρὸς τὰ ἀνθρώπινα ἀποβλέπειν ποιοῦν‐ τος, νῦν δὲ πρὸς τὰ κτηνώδη κατασύροντος πάθη. —Ὁ δὲ ἐχῖνος ζῶόν ἐστιν ἀντὶ τριχῶν ἀκάνθας ἠμφιεσμένον,</w:t>
      </w:r>
    </w:p>
    <w:p>
      <w:r>
        <w:rPr>
          <w:rFonts w:ascii="Courier New" w:hAnsi="Courier New"/>
          <w:color w:val="555555"/>
          <w:sz w:val="20"/>
        </w:rPr>
        <w:t>[55]</w:t>
      </w:r>
    </w:p>
    <w:p>
      <w:r>
        <w:rPr>
          <w:rFonts w:ascii="Gentium Plus" w:hAnsi="Gentium Plus"/>
          <w:sz w:val="24"/>
        </w:rPr>
        <w:t>δύσληπτον καὶ πανοῦργον. —Ταῦτα πάντα ταχὺ ἥξει ἐπὶ τὴν συγκεχυμένην ψυχὴν, καὶ οὐδεμία παράτασις ἔσται τῶν</w:t>
      </w:r>
    </w:p>
    <w:p>
      <w:r>
        <w:rPr>
          <w:rFonts w:ascii="Courier New" w:hAnsi="Courier New"/>
          <w:color w:val="555555"/>
          <w:sz w:val="20"/>
        </w:rPr>
        <w:t>[14 t]</w:t>
      </w:r>
    </w:p>
    <w:p>
      <w:pPr>
        <w:jc w:val="center"/>
      </w:pPr>
      <w:r>
        <w:rPr>
          <w:rFonts w:ascii="Gentium Plus" w:hAnsi="Gentium Plus"/>
          <w:b/>
          <w:sz w:val="24"/>
        </w:rPr>
        <w:t>ΚΕΦΑΛΑΙΟΝ ιδʹ</w:t>
      </w:r>
    </w:p>
    <w:p>
      <w:r>
        <w:rPr>
          <w:rFonts w:ascii="Courier New" w:hAnsi="Courier New"/>
          <w:color w:val="555555"/>
          <w:sz w:val="20"/>
        </w:rPr>
        <w:t>[14 . 278]</w:t>
      </w:r>
    </w:p>
    <w:p>
      <w:r>
        <w:rPr>
          <w:rFonts w:ascii="Gentium Plus" w:hAnsi="Gentium Plus"/>
          <w:sz w:val="24"/>
        </w:rPr>
        <w:t>Καὶ ἐλεήσει Κύριος τὸν Ἰακὼβ καὶ ἐκλέξεται τὸν Ἰσραήλ. Νομίζω λόγον ἔχειν τὸ μὲν Ἐλεήσει, τετάχθαι ἐπὶ τοῦ Ἰακὼβ, ὅπερ ἐχρημάτιζεν ὄνομα μέχρι τῆς πάλης τῆς</w:t>
      </w:r>
    </w:p>
    <w:p>
      <w:r>
        <w:rPr>
          <w:rFonts w:ascii="Courier New" w:hAnsi="Courier New"/>
          <w:color w:val="555555"/>
          <w:sz w:val="20"/>
        </w:rPr>
        <w:t>[5]</w:t>
      </w:r>
    </w:p>
    <w:p>
      <w:r>
        <w:rPr>
          <w:rFonts w:ascii="Gentium Plus" w:hAnsi="Gentium Plus"/>
          <w:sz w:val="24"/>
        </w:rPr>
        <w:t>ἐπὶ τοῦ Ἰακώβ, τὸ δὲ Ἐκλέξεται ἐπὶ τοῦ Ἰσραὴλ, ὅπερ ἆθλον ἐπὶ τῇ πάλῃ δέδοται τῷ πατριάρχῃ. Ἐμφαίνει δὲ τὸ μὲν ταπεινότερον ὁ ἐλεούμενος, τὸ δὲ διαφορώτερον ὁ ἐκλεγόμενος. Διόπερ Ὁ Κύριος ἐλεήσει μὲν τὸν Ἰακὼβ, ἐκλέξεται δὲ τὸν Ἰσραὴλ, ὅμοιόν ἐστι τούτῳ· Ἰακὼβ ὁ παῖς</w:t>
      </w:r>
    </w:p>
    <w:p>
      <w:r>
        <w:rPr>
          <w:rFonts w:ascii="Courier New" w:hAnsi="Courier New"/>
          <w:color w:val="555555"/>
          <w:sz w:val="20"/>
        </w:rPr>
        <w:t>[10]</w:t>
      </w:r>
    </w:p>
    <w:p>
      <w:r>
        <w:rPr>
          <w:rFonts w:ascii="Gentium Plus" w:hAnsi="Gentium Plus"/>
          <w:sz w:val="24"/>
        </w:rPr>
        <w:t>μου, ἀντιλήψομαι αὐτοῦ· Ἰσραὴλ ὁ ἐκλεκτός μου, προσ‐ εδέξατο αὐτὸν ἡ ψυχή μου. Τὸ μὲν γὰρ Ἰακὼβ ἐπὶ τοῦ ἔτι στοιχειουμένου καὶ σωματικοῦ λαμβάνεται, τὸ δὲ Ἰσραὴλ ἐπὶ τοῦ κρείττονος καὶ πνευματικοῦ. —Ὅλως δὲ ὁ Ἰακὼβ καὶ ὁ Ἰσραὴλ Ἀναπαύσονται ἐπὶ τῆς γῆς αὐτῶν, γῆς ἐκείνης,</w:t>
      </w:r>
    </w:p>
    <w:p>
      <w:r>
        <w:rPr>
          <w:rFonts w:ascii="Courier New" w:hAnsi="Courier New"/>
          <w:color w:val="555555"/>
          <w:sz w:val="20"/>
        </w:rPr>
        <w:t>[15]</w:t>
      </w:r>
    </w:p>
    <w:p>
      <w:r>
        <w:rPr>
          <w:rFonts w:ascii="Gentium Plus" w:hAnsi="Gentium Plus"/>
          <w:sz w:val="24"/>
        </w:rPr>
        <w:t>περὶ ἧς εἴρηται· Μακάριοι οἱ πραεῖς, ὅτι αὐτοὶ κληρονο‐ μήσουσι τὴν γῆν· ἥτις οὐκ ἔστι μέρος ταύτης τῆς γῆς, τῆς</w:t>
      </w:r>
    </w:p>
    <w:p>
      <w:r>
        <w:rPr>
          <w:rFonts w:ascii="Courier New" w:hAnsi="Courier New"/>
          <w:color w:val="555555"/>
          <w:sz w:val="20"/>
        </w:rPr>
        <w:t>[20]</w:t>
      </w:r>
    </w:p>
    <w:p>
      <w:r>
        <w:rPr>
          <w:rFonts w:ascii="Gentium Plus" w:hAnsi="Gentium Plus"/>
          <w:sz w:val="24"/>
        </w:rPr>
        <w:t>παυομένῳ ἐπὶ τῆς γῆς αὐτοῦ. Ὁ περὶ τὴν γῆν διαπονούμε‐ νος, ὁ προσήλυτος, οὗτός ἐστιν ὁ γειώρας. Τάχα οὗτός ἐστιν ὁ ἐξ ἐθνῶν λαὸς, ὁ προστιθέμενος τῷ Ἰακὼβ, ὃν γειώραν ἡ Γραφὴ προσαγορεύει, οἷον πάροικον καὶ προσήλυτον ὄντα. Εὐεργεσία δὲ τοῖς ὑποδεεστέροις καὶ ἄρχειν ἑαυτῶν μὴ</w:t>
      </w:r>
    </w:p>
    <w:p>
      <w:r>
        <w:rPr>
          <w:rFonts w:ascii="Courier New" w:hAnsi="Courier New"/>
          <w:color w:val="555555"/>
          <w:sz w:val="20"/>
        </w:rPr>
        <w:t>[25]</w:t>
      </w:r>
    </w:p>
    <w:p>
      <w:r>
        <w:rPr>
          <w:rFonts w:ascii="Gentium Plus" w:hAnsi="Gentium Plus"/>
          <w:sz w:val="24"/>
        </w:rPr>
        <w:t>ἐπισταμένοις, τὸ δουλεύειν τοῖς κατ’ ἐπιστήμην ἄρχουσι. Διόπερ ἐν εὐλογίαις εἴρηται τῷ Ἡσαῦ· Καὶ τῷ ἀδελφῷ σου δουλεύσεις. Τοῦτο οὖν ἐστι τὸ Καὶ πληθυνθήσονται ἐπὶ τῆς γῆς τοῦ Θεοῦ εἰς δούλους καὶ δούλας. Ἀντ’ εὐεργεσίας πρόσκειται αὐτοῖς τὸ δουλεύειν. —Καὶ ἔσονται οἱ αἰχμάλωτοι</w:t>
      </w:r>
    </w:p>
    <w:p>
      <w:r>
        <w:rPr>
          <w:rFonts w:ascii="Courier New" w:hAnsi="Courier New"/>
          <w:color w:val="555555"/>
          <w:sz w:val="20"/>
        </w:rPr>
        <w:t>[30]</w:t>
      </w:r>
    </w:p>
    <w:p>
      <w:r>
        <w:rPr>
          <w:rFonts w:ascii="Gentium Plus" w:hAnsi="Gentium Plus"/>
          <w:sz w:val="24"/>
        </w:rPr>
        <w:t>οἱ αἰχμαλωτεύσαντες αὐτούς. Οἱ μὲν τυραννικῶς ἦγον εἰς αἰχμαλωσίαν, τῇ δουλείᾳ τοῦ διαβόλου ὑποβάλλοντες τοὺς κρατουμένους· οἱ δὲ φιλανθρώπως ἀνθυπάγονται τῇ αἰχμα‐ λωσίᾳ, ἐκ τῆς τυραννίδος τοῦ διαβόλου τῇ δουλείᾳ τοῦ Χριστοῦ προσαγόμενοι.</w:t>
      </w:r>
    </w:p>
    <w:p>
      <w:r>
        <w:rPr>
          <w:rFonts w:ascii="Courier New" w:hAnsi="Courier New"/>
          <w:color w:val="555555"/>
          <w:sz w:val="20"/>
        </w:rPr>
        <w:t>[35]</w:t>
      </w:r>
    </w:p>
    <w:p>
      <w:r>
        <w:rPr>
          <w:rFonts w:ascii="Gentium Plus" w:hAnsi="Gentium Plus"/>
          <w:sz w:val="24"/>
        </w:rPr>
        <w:t>Ἐπαγγελία δὲ τῷ Ἰσραὴλ, ἀπαλλαγὴ τῆς δουλείας τῆς σκληρᾶς, ἧς ἐδούλευσε τοῖς Βαβυλωνίοις, καὶ προτροπὴ εἰς εὐσπλαγχνίαν, ὥστε λαβεῖν τὸν θρῆνον ἐπὶ τὸν βασιλέα Βαβυλῶνος, καὶ μὴ ἐπιχαίρειν αὐτοῦ τῷ πτώματι, ἀλλὰ θρηνεῖν αὐτὸν, ὡς οἴκτου καὶ ἐλέου ἄξια πεπονθότα.</w:t>
      </w:r>
    </w:p>
    <w:p>
      <w:r>
        <w:rPr>
          <w:rFonts w:ascii="Courier New" w:hAnsi="Courier New"/>
          <w:color w:val="555555"/>
          <w:sz w:val="20"/>
        </w:rPr>
        <w:t>[14 . 279]</w:t>
      </w:r>
    </w:p>
    <w:p>
      <w:r>
        <w:rPr>
          <w:rFonts w:ascii="Gentium Plus" w:hAnsi="Gentium Plus"/>
          <w:sz w:val="24"/>
        </w:rPr>
        <w:t>Ὃν τρόπον ἱμάτιον ἐν αἵματι πεφυρμένον οὔκ ἐστι</w:t>
      </w:r>
    </w:p>
    <w:p>
      <w:r>
        <w:rPr>
          <w:rFonts w:ascii="Courier New" w:hAnsi="Courier New"/>
          <w:color w:val="555555"/>
          <w:sz w:val="20"/>
        </w:rPr>
        <w:t>[5]</w:t>
      </w:r>
    </w:p>
    <w:p>
      <w:r>
        <w:rPr>
          <w:rFonts w:ascii="Gentium Plus" w:hAnsi="Gentium Plus"/>
          <w:sz w:val="24"/>
        </w:rPr>
        <w:t>Ἔτι μέρη θρήνου ἐστὶν εἰς τὸν ἄρχοντα Βαβυλῶνος καὶ τὰ ἐκείνου. Ἐπειδὴ γὰρ εἶπεν ὁ ἐκπεσὼν ἀπὸ τοῦ οὐρανοῦ Ἑωσφόρος ἐν τῇ καρδίᾳ αὐτοῦ· Ἀναβήσομαι εἰς τὸν οὐρανὸν, ἔσομαι ὅμοιος τῷ Ὑψίστῳ, ἵνα δειχθῇ πόσον ἀπέχει τῆς πρὸς τὸν Ἅγιον ὁμοιώσεως ὁ ἐν πάσῃ ἀκα‐</w:t>
      </w:r>
    </w:p>
    <w:p>
      <w:r>
        <w:rPr>
          <w:rFonts w:ascii="Courier New" w:hAnsi="Courier New"/>
          <w:color w:val="555555"/>
          <w:sz w:val="20"/>
        </w:rPr>
        <w:t>[10]</w:t>
      </w:r>
    </w:p>
    <w:p>
      <w:r>
        <w:rPr>
          <w:rFonts w:ascii="Gentium Plus" w:hAnsi="Gentium Plus"/>
          <w:sz w:val="24"/>
        </w:rPr>
        <w:t>θαρσίᾳ καὶ μιαιφονίᾳ κατεῤῥυπωμένος, ἱματίῳ παραβάλ‐ λεται· ὅσον, ἐπὶ τῇ ἑαυτοῦ φύσει, εἰς κόσμον ἀνθρώπου πεποιημένῳ, διὰ δὲ τὸ ἐμφυρῆναι αἵματι, μηκέτι δυναμένῳ εἰς χρῆσιν ἀνθρωπίνην παραδεχθῆναι. —Ἐκ τούτου δῆλον, ὅτι οὐκ ἐν τῇ κατασκευῇ τὸ ἀκάθαρτον ἔχει ὁ πονηρὸς,</w:t>
      </w:r>
    </w:p>
    <w:p>
      <w:r>
        <w:rPr>
          <w:rFonts w:ascii="Courier New" w:hAnsi="Courier New"/>
          <w:color w:val="555555"/>
          <w:sz w:val="20"/>
        </w:rPr>
        <w:t>[15]</w:t>
      </w:r>
    </w:p>
    <w:p>
      <w:r>
        <w:rPr>
          <w:rFonts w:ascii="Gentium Plus" w:hAnsi="Gentium Plus"/>
          <w:sz w:val="24"/>
        </w:rPr>
        <w:t>ἀλλ’ ἐπειδὴ ἐνεφύρη αἵματι, τὴν γῆν ἀπολέσας τοῦ Κυρίου καὶ τὸν λαὸν ἀποκτείνας διὰ τῆς ἁμαρτίας. Ἤδη καὶ ἀλλαχοῦ ἔγνωμεν ἱματίῳ τὴν ἀνθρωπίνην φύσιν παρεικαζομένην ὑπ’ αὐτοῦ τοῦ Προφήτου, λέγοντος πρὸς τοὺς πεπαλαιωμέ‐ νους διὰ τῆς κακίας· Ἰδοὺ πάντες ὑμεῖς ὡς ἱμάτιον πα‐</w:t>
      </w:r>
    </w:p>
    <w:p>
      <w:r>
        <w:rPr>
          <w:rFonts w:ascii="Courier New" w:hAnsi="Courier New"/>
          <w:color w:val="555555"/>
          <w:sz w:val="20"/>
        </w:rPr>
        <w:t>[20]</w:t>
      </w:r>
    </w:p>
    <w:p>
      <w:r>
        <w:rPr>
          <w:rFonts w:ascii="Gentium Plus" w:hAnsi="Gentium Plus"/>
          <w:sz w:val="24"/>
        </w:rPr>
        <w:t>λαιωθήσεσθε, καὶ σὴς καταφάγεται ὑμᾶς. Δεινὴ δὲ ἡ ἀπειλὴ, τὸ μηδὲ εἰς ὕστερον καθαρὸν ἔσεσθαι. Ὁ μὲν γὰρ ἐν ἁμαρτίᾳ τινὶ πεφυρμένος, τὴν μὲν εἰς τὸ παρὸν καθαρότητα ἀποβάλλει, τῆς δὲ εἰς τὸ μέλλον ἐκ μετανοίας ἐλπιζομένης καθάρσεως, οὐκ ἀποστερεῖται. Ἐνταῦθα δὲ</w:t>
      </w:r>
    </w:p>
    <w:p>
      <w:r>
        <w:rPr>
          <w:rFonts w:ascii="Courier New" w:hAnsi="Courier New"/>
          <w:color w:val="555555"/>
          <w:sz w:val="20"/>
        </w:rPr>
        <w:t>[25]</w:t>
      </w:r>
    </w:p>
    <w:p>
      <w:r>
        <w:rPr>
          <w:rFonts w:ascii="Gentium Plus" w:hAnsi="Gentium Plus"/>
          <w:sz w:val="24"/>
        </w:rPr>
        <w:t>ἀπόφασις παντελῶς, τὸ μηδὲ εἰς ὕστερον ἔσεσθαι καθαρόν, ἐπειδὴ πέφυρται ἐν τῷ αἵματι τοῦ λαοῦ τοῦ Θεοῦ, ὃν ἐνέ‐</w:t>
      </w:r>
    </w:p>
    <w:p>
      <w:r>
        <w:rPr>
          <w:rFonts w:ascii="Courier New" w:hAnsi="Courier New"/>
          <w:color w:val="555555"/>
          <w:sz w:val="20"/>
        </w:rPr>
        <w:t>[14 . 280]</w:t>
      </w:r>
    </w:p>
    <w:p>
      <w:r>
        <w:rPr>
          <w:rFonts w:ascii="Gentium Plus" w:hAnsi="Gentium Plus"/>
          <w:sz w:val="24"/>
        </w:rPr>
        <w:t>Τάχα γὰρ, πρὸ τοῦ κτισθῆναι τὸν ἄνθρωπον, τόπος τις μετανοίας καὶ τῷ διαβόλῳ ὑπελείπετο, καὶ ἐδύνατο ὁ τῦφος (εἰ καὶ ἀρχαιότερον ἦν νόσημα) ὅμως διὰ μετανοίας ἑαυτὸν ἐξιασαμένου θεραπευθεὶς, ἀποκαταστῆσαι αὐτὸν εἰς</w:t>
      </w:r>
    </w:p>
    <w:p>
      <w:r>
        <w:rPr>
          <w:rFonts w:ascii="Courier New" w:hAnsi="Courier New"/>
          <w:color w:val="555555"/>
          <w:sz w:val="20"/>
        </w:rPr>
        <w:t>[5]</w:t>
      </w:r>
    </w:p>
    <w:p>
      <w:r>
        <w:rPr>
          <w:rFonts w:ascii="Gentium Plus" w:hAnsi="Gentium Plus"/>
          <w:sz w:val="24"/>
        </w:rPr>
        <w:t>τὸ ἐξαρχῆς. Ἀφ’ οὗ δὲ τοῦ κόσμου ἡ κατασκευὴ καὶ παρα‐ δείσου φυτεία καὶ ἄνθρωπος ἐν αὐτῷ καὶ ἐντολὴ Θεοῦ καὶ φθόνος τοῦ διαβόλου καὶ φόνος τοῦ τετιμημένου, —ἀπεκλείσθη αὐτῷ καὶ ὁ τόπος τῆς μετανοίας. Εἰ γὰρ Ἡσαῦ μετανοίας τόπον οὐχ εὗρε, τὰ πρωτοτόκια ἀποδόμενος, τίς τόπος</w:t>
      </w:r>
    </w:p>
    <w:p>
      <w:r>
        <w:rPr>
          <w:rFonts w:ascii="Courier New" w:hAnsi="Courier New"/>
          <w:color w:val="555555"/>
          <w:sz w:val="20"/>
        </w:rPr>
        <w:t>[10]</w:t>
      </w:r>
    </w:p>
    <w:p>
      <w:r>
        <w:rPr>
          <w:rFonts w:ascii="Gentium Plus" w:hAnsi="Gentium Plus"/>
          <w:sz w:val="24"/>
        </w:rPr>
        <w:t>ὑπολείπεται μετανοίας τῷ τὸν πρωτόπλαστον ἀποκτείναντι ἄνθρωπον καὶ δι’ ἐκείνου τὸν θάνατον εἰσενεγκόντι; —Φασὶ δὲ καὶ τὸν ἐκ τοῦ λύθρου τοῦ ἀνθρωπίνου ἐγγινόμενον σπῖλον τῷ ἱματίῳ μηδενὶ τρόπῳ δύνασθαι ἀποπλύνασθαι, ἀλλὰ συγγηρᾷν αὐτῷ τὴν ἅπαξ ἐγγενομένην ἐκ τῆς ἐν τῷ</w:t>
      </w:r>
    </w:p>
    <w:p>
      <w:r>
        <w:rPr>
          <w:rFonts w:ascii="Courier New" w:hAnsi="Courier New"/>
          <w:color w:val="555555"/>
          <w:sz w:val="20"/>
        </w:rPr>
        <w:t>[15]</w:t>
      </w:r>
    </w:p>
    <w:p>
      <w:r>
        <w:rPr>
          <w:rFonts w:ascii="Gentium Plus" w:hAnsi="Gentium Plus"/>
          <w:sz w:val="24"/>
        </w:rPr>
        <w:t>αἵματι βαφῆς ἀλλοίωσιν· οὐδὲ οὖν ἐκείνῳ δυνατὸν, ἀπο‐ θεμένῳ τὸν ἐκ τοῦ αἵματος σπῖλον, γενέσθαι καθαρόν. Τήρησον δὲ τὴν λέξιν ἐμφαντικῶς παριστῶσαν τὸν ἐκ τῆς μιαιφονίας ῥύπον. Οὐ γὰρ εἶπεν «ἐν αἵματι βαφέν» ἀλλὰ Πεφυρμένον, ἵνα ἐνδείξηται αὐτὸν ἐγκυλιόμενον τῷ φόνῳ</w:t>
      </w:r>
    </w:p>
    <w:p>
      <w:r>
        <w:rPr>
          <w:rFonts w:ascii="Courier New" w:hAnsi="Courier New"/>
          <w:color w:val="555555"/>
          <w:sz w:val="20"/>
        </w:rPr>
        <w:t>[20]</w:t>
      </w:r>
    </w:p>
    <w:p>
      <w:r>
        <w:rPr>
          <w:rFonts w:ascii="Gentium Plus" w:hAnsi="Gentium Plus"/>
          <w:sz w:val="24"/>
        </w:rPr>
        <w:t>τῶν ἀναιρουμένων. —Οὗτος τὴν γῆς ἀπώλεσε τοῦ Θεοῦ καὶ τὸν λαὸν αὐτοῦ ἀνῄρηκεν. Ὁ μὲν οὖν Ναβουχοδονόσορ ἠρήμωσε τὴν γῆν, ἐκτεμὼν αὐτῆς τὰ καρποφόρα φυτὰ, κώμας τῷ ἀφανισμῷ τοῦ ἐμπρησμοῦ παραδιδούς· αὐτὸς καὶ τὸν λαὸν τοῦ Ἰσραὴλ, τὸν μὲν ἀπέκτεινεν ἐν μαχαίρᾳ,</w:t>
      </w:r>
    </w:p>
    <w:p>
      <w:r>
        <w:rPr>
          <w:rFonts w:ascii="Courier New" w:hAnsi="Courier New"/>
          <w:color w:val="555555"/>
          <w:sz w:val="20"/>
        </w:rPr>
        <w:t>[25]</w:t>
      </w:r>
    </w:p>
    <w:p>
      <w:r>
        <w:rPr>
          <w:rFonts w:ascii="Gentium Plus" w:hAnsi="Gentium Plus"/>
          <w:sz w:val="24"/>
        </w:rPr>
        <w:t>τὸν δὲ αἰχμάλωτον ἀπήγαγεν εἰς τὴν Βαβυλῶνα. Ἤδη δὲ καὶ ὁ μυστικῶς ὀνομαζόμενος Βαβυλῶνος βασιλεὺς ὁ Κο‐ σμοκράτωρ τοῦ κόσμου τούτου ἐστίν. Οἰκείως γὰρ καὶ τὴν σύγχυσιν τοῦ κόσμου τούτου Βαβυλῶνα ἄν τις προσείποι· αἰχμάλωτον γὰρ ἐποίησε τὸν λαὸν τοῦ Θεοῦ, ἀπὸ τῆς ζωῆς</w:t>
      </w:r>
    </w:p>
    <w:p>
      <w:r>
        <w:rPr>
          <w:rFonts w:ascii="Courier New" w:hAnsi="Courier New"/>
          <w:color w:val="555555"/>
          <w:sz w:val="20"/>
        </w:rPr>
        <w:t>[30]</w:t>
      </w:r>
    </w:p>
    <w:p>
      <w:r>
        <w:rPr>
          <w:rFonts w:ascii="Gentium Plus" w:hAnsi="Gentium Plus"/>
          <w:sz w:val="24"/>
        </w:rPr>
        <w:t>μεταστήσας εἰς θάνατον· ἠρήμωσε δὲ τὴν γῆν, τὴν ἑκάστου σάρκα διαφθείρας διὰ τῆς ἁμαρτίας, καθὼς γέγραπται, ὅτι Κατέφθειρε πᾶσα σὰρξ τὴν ὁδὸν αὐτῆς.</w:t>
      </w:r>
    </w:p>
    <w:p>
      <w:r>
        <w:rPr>
          <w:rFonts w:ascii="Courier New" w:hAnsi="Courier New"/>
          <w:color w:val="555555"/>
          <w:sz w:val="20"/>
        </w:rPr>
        <w:t>[14 . 281]</w:t>
      </w:r>
    </w:p>
    <w:p>
      <w:r>
        <w:rPr>
          <w:rFonts w:ascii="Gentium Plus" w:hAnsi="Gentium Plus"/>
          <w:sz w:val="24"/>
        </w:rPr>
        <w:t>Σπέρμα πονηρὸν, ἑτοίμασον τὰ τέκνα σου σφαγῆναι ταῖς ἁμαρτίαις τοῦ πατρός σου, ἵνα μὴ ἀναστῶσι καὶ ἐμπλή‐ σωσι τὴν γῆν πόλεων. Καὶ ἐπαναστήσομαι αὐτοῖς, λέγει Κύριος Σαβαὼθ, καὶ ἀπολῶ αὐτῶν ὄνομα καὶ κατάλειμμα</w:t>
      </w:r>
    </w:p>
    <w:p>
      <w:r>
        <w:rPr>
          <w:rFonts w:ascii="Courier New" w:hAnsi="Courier New"/>
          <w:color w:val="555555"/>
          <w:sz w:val="20"/>
        </w:rPr>
        <w:t>[5]</w:t>
      </w:r>
    </w:p>
    <w:p>
      <w:r>
        <w:rPr>
          <w:rFonts w:ascii="Gentium Plus" w:hAnsi="Gentium Plus"/>
          <w:sz w:val="24"/>
        </w:rPr>
        <w:t>καὶ σπέρμα. Οὐ μόνον αὐτὸς οὐκ ἔσται καθαρὸς, ἀλλὰ καὶ ἡ δια‐ δοχὴ τοῦ πονηροῦ συναφανισθήσεται αὐτῷ δι’ ἀγαθότητα τοῦ φιλανθρώπου Θεοῦ, συγχωροῦντος τὸν ἀφανισμὸν τῶν τέκνων, οὐ τοσοῦτον τῆς σαρκίνης τεκνογονίας, ὅσον τῆς τῶν</w:t>
      </w:r>
    </w:p>
    <w:p>
      <w:r>
        <w:rPr>
          <w:rFonts w:ascii="Courier New" w:hAnsi="Courier New"/>
          <w:color w:val="555555"/>
          <w:sz w:val="20"/>
        </w:rPr>
        <w:t>[10]</w:t>
      </w:r>
    </w:p>
    <w:p>
      <w:r>
        <w:rPr>
          <w:rFonts w:ascii="Gentium Plus" w:hAnsi="Gentium Plus"/>
          <w:sz w:val="24"/>
        </w:rPr>
        <w:t>ἀπὸ πονηρᾶς ἕξεως ἐπιτελουμένων ἔργων. —Σπέρμα πονη‐ ρόν. Ἐπειδὴ οὐκ ἦν πατὴρ τῆς κακίας, ἀλλ’ ἐξ ἑτέρου προ‐</w:t>
      </w:r>
    </w:p>
    <w:p>
      <w:r>
        <w:rPr>
          <w:rFonts w:ascii="Courier New" w:hAnsi="Courier New"/>
          <w:color w:val="555555"/>
          <w:sz w:val="20"/>
        </w:rPr>
        <w:t>[15]</w:t>
      </w:r>
    </w:p>
    <w:p>
      <w:r>
        <w:rPr>
          <w:rFonts w:ascii="Gentium Plus" w:hAnsi="Gentium Plus"/>
          <w:sz w:val="24"/>
        </w:rPr>
        <w:t>τίαις τοῦ πατρός σου. Λέγεται δέ ποτε σπέρμα πονηρόν τινος, οὐ πάντως ἐκ προαγούσης σπορᾶς γενόμενον, ἀλλὰ καὶ τὸ αὐτὸ κατάρχον εἰς τὴν ἑτέρου γένεσιν σπέρμα προσ‐ αγορεύεται. Ὡς γὰρ ἐν τῇ κοσμοποιίᾳ τὰ πρώτως βλαστήσοντα,</w:t>
      </w:r>
    </w:p>
    <w:p>
      <w:r>
        <w:rPr>
          <w:rFonts w:ascii="Courier New" w:hAnsi="Courier New"/>
          <w:color w:val="555555"/>
          <w:sz w:val="20"/>
        </w:rPr>
        <w:t>[20]</w:t>
      </w:r>
    </w:p>
    <w:p>
      <w:r>
        <w:rPr>
          <w:rFonts w:ascii="Gentium Plus" w:hAnsi="Gentium Plus"/>
          <w:sz w:val="24"/>
        </w:rPr>
        <w:t>σπέρματα μὲν ἦν ἑτέρων, αὐτὰ δὲ οὐκ ἦν ἐξ ἑτέρων (πρεσβύτερα γὰρ ἦν τῶν κατὰ σπέρμα τελειουμένων) οὕτω τάχα καὶ νῦν ὁ λόγος τὸν ἄλλοις εἰς ὑπόδειγμα πο‐ νηρίας κατάρχοντα καὶ οἱονεὶ σπέρμα γινόμενον διὰ τῆς μιμήσεως, σπέρμα πονηρὸν ὀνομάζει, οὐχ ὡς ἀπὸ προα‐</w:t>
      </w:r>
    </w:p>
    <w:p>
      <w:r>
        <w:rPr>
          <w:rFonts w:ascii="Courier New" w:hAnsi="Courier New"/>
          <w:color w:val="555555"/>
          <w:sz w:val="20"/>
        </w:rPr>
        <w:t>[25]</w:t>
      </w:r>
    </w:p>
    <w:p>
      <w:r>
        <w:rPr>
          <w:rFonts w:ascii="Gentium Plus" w:hAnsi="Gentium Plus"/>
          <w:sz w:val="24"/>
        </w:rPr>
        <w:t>γόντων τὴν ὑπόστασιν ἔχοντα, ἀλλ’ ὡς τοῖς ἐπιγινομένοις τὴν ἀρχὴν παρεχόμενον. Δύναται δὲ παρ’ ἑαυτόν τις σπέρμα πονηρὸν εἶναι, ἀρχηγὸς τῆς κακίας ὑπάρχων· καὶ πάλιν ὁ πονηροῖς διδασκάλοις μαθητευθεὶς, ὁμοίως προσαγορεύε‐ σθαι. Σπέρμα Χαναὰν, καὶ οὐκ Ἰούδα, ἤκουσεν ὁ ἁμαρτω‐</w:t>
      </w:r>
    </w:p>
    <w:p>
      <w:r>
        <w:rPr>
          <w:rFonts w:ascii="Courier New" w:hAnsi="Courier New"/>
          <w:color w:val="555555"/>
          <w:sz w:val="20"/>
        </w:rPr>
        <w:t>[30]</w:t>
      </w:r>
    </w:p>
    <w:p>
      <w:r>
        <w:rPr>
          <w:rFonts w:ascii="Gentium Plus" w:hAnsi="Gentium Plus"/>
          <w:sz w:val="24"/>
        </w:rPr>
        <w:t>λὸς ἐκεῖνος, οὐ τῷ τὸ γένος τῆς σαρκὸς νόθον ἔχειν καὶ ἐπίμικτον ἀπὸ τοῦ Χαναάν· ἀλλὰ διὰ τὴν μίμησιν τοῦ Χα‐ ναὰν, σπέρμα Χαναὰν ὀνομάζεται. —Δύναται οὖν ἕκαστος ἐκ τῆς αὐτοῦ προαιρέσεως ἢ σπέρμα ἅγιον εἶναι, ἢ τὸ ἐναντίον. Ἄκουε γὰρ Παύλου, λέγοντος· Ἐν γὰρ Χριστῷ Ἰησοῦ διὰ</w:t>
      </w:r>
    </w:p>
    <w:p>
      <w:r>
        <w:rPr>
          <w:rFonts w:ascii="Courier New" w:hAnsi="Courier New"/>
          <w:color w:val="555555"/>
          <w:sz w:val="20"/>
        </w:rPr>
        <w:t>[35]</w:t>
      </w:r>
    </w:p>
    <w:p>
      <w:r>
        <w:rPr>
          <w:rFonts w:ascii="Gentium Plus" w:hAnsi="Gentium Plus"/>
          <w:sz w:val="24"/>
        </w:rPr>
        <w:t>τοῦ Εὐαγγελίου ἐγὼ ὑμᾶς ἐγέννησα. Καὶ τὸ Ὅσοι ἔλαβον αὐτὸν, ἔδωκεν αὐτοῖς ἐξουσίαν τέκνα Θεοῦ γενέσθαι. Καὶ</w:t>
      </w:r>
    </w:p>
    <w:p>
      <w:r>
        <w:rPr>
          <w:rFonts w:ascii="Courier New" w:hAnsi="Courier New"/>
          <w:color w:val="555555"/>
          <w:sz w:val="20"/>
        </w:rPr>
        <w:t>[14 . 282]</w:t>
      </w:r>
    </w:p>
    <w:p>
      <w:r>
        <w:rPr>
          <w:rFonts w:ascii="Gentium Plus" w:hAnsi="Gentium Plus"/>
          <w:sz w:val="24"/>
        </w:rPr>
        <w:t>Τί δὲ βουλόμενος ὁ λόγος προστάσσει τῷ πονηρῷ σπέρματι, ἑτοιμάσαι τὰ τέκνα αὐτοῦ εἰς σφαγὴν ταῖς ἁμαρ‐ τίαις τοῦ πατρός; Πολλαχοῦ τετηρήκαμεν, τὰ ἑκάστου ἔργα καὶ τοὺς καρποὺς τῆς ψυχῆς τέκνα προσαγορεύεσθαι. Σω‐</w:t>
      </w:r>
    </w:p>
    <w:p>
      <w:r>
        <w:rPr>
          <w:rFonts w:ascii="Courier New" w:hAnsi="Courier New"/>
          <w:color w:val="555555"/>
          <w:sz w:val="20"/>
        </w:rPr>
        <w:t>[5]</w:t>
      </w:r>
    </w:p>
    <w:p>
      <w:r>
        <w:rPr>
          <w:rFonts w:ascii="Gentium Plus" w:hAnsi="Gentium Plus"/>
          <w:sz w:val="24"/>
        </w:rPr>
        <w:t>θήσεται γὰρ (φησὶ) διὰ τῆς τεκνογονίας, ἐὰν μείνωσιν ἐν πίστει καὶ ἀγάπῃ καὶ ἁγιασμῷ μετὰ σωφροσύνης. Σώζεται γὰρ ἡ ψυχὴ, ὡς γυνὴ τοῦ μὴ ἀπατηθέντος νυμφίου, ἐπειδὰν διὰ τοῦ λόγου καρποφορεῖν ποιήσῃ τέκνα, τὰς ἀγαθὰς πράξεις, ἐὰν ἐπιμείνῃ τῇ ἕξει τῇ ἀγαθῇ καὶ μὴ ἀμαυρωθῇ ἀπό τινων</w:t>
      </w:r>
    </w:p>
    <w:p>
      <w:r>
        <w:rPr>
          <w:rFonts w:ascii="Courier New" w:hAnsi="Courier New"/>
          <w:color w:val="555555"/>
          <w:sz w:val="20"/>
        </w:rPr>
        <w:t>[10]</w:t>
      </w:r>
    </w:p>
    <w:p>
      <w:r>
        <w:rPr>
          <w:rFonts w:ascii="Gentium Plus" w:hAnsi="Gentium Plus"/>
          <w:sz w:val="24"/>
        </w:rPr>
        <w:t>ἐπιγινομένων ἁμαρτημάτων. Οὕτω καὶ ἡμεῖς (κατὰ τὸν πνευ‐ ματικὸν καὶ θεῖον ἀκούοντες νόμον τῆς εὐλογίας, λεγούσης· Εὐλογημένα τὰ ἔγγονα τῆς κοιλίας σου) οὐκ ἄλλο τι νο‐ μίζομεν εἶναι, ἢ τοὺς καρποὺς τῆς ψυχῆς. Ἀπὸ γὰρ τοῦ φόβου σου, Κύριε, ἐν γαστρὶ ἐλάβομεν καὶ ὠδινήσαμεν καὶ</w:t>
      </w:r>
    </w:p>
    <w:p>
      <w:r>
        <w:rPr>
          <w:rFonts w:ascii="Courier New" w:hAnsi="Courier New"/>
          <w:color w:val="555555"/>
          <w:sz w:val="20"/>
        </w:rPr>
        <w:t>[15]</w:t>
      </w:r>
    </w:p>
    <w:p>
      <w:r>
        <w:rPr>
          <w:rFonts w:ascii="Gentium Plus" w:hAnsi="Gentium Plus"/>
          <w:sz w:val="24"/>
        </w:rPr>
        <w:t>ἐτέκομεν πνεῦμα σωτηρίας, ὃ ἐποιήσαμεν ἐπὶ τῆς γῆς. Ὁ οὖν ἀφανισμὸς τῶν πονηρῶν ἔργων σφαγὴ τέκνων λέγε‐ ται, ἐπ’ ὠφελείᾳ γινομένη τοῦ γεννήσαντος πατρός. —Λανθά‐ νουσαν οὖν ἔχει φιλανθρωπίαν ἡ κατὰ τὸν τόπον τροπολογία προστάσσουσα τῷ πονηρῷ σπέρματι (κατὰ τὸ ἐνδεχόμενον)</w:t>
      </w:r>
    </w:p>
    <w:p>
      <w:r>
        <w:rPr>
          <w:rFonts w:ascii="Courier New" w:hAnsi="Courier New"/>
          <w:color w:val="555555"/>
          <w:sz w:val="20"/>
        </w:rPr>
        <w:t>[20]</w:t>
      </w:r>
    </w:p>
    <w:p>
      <w:r>
        <w:rPr>
          <w:rFonts w:ascii="Gentium Plus" w:hAnsi="Gentium Plus"/>
          <w:sz w:val="24"/>
        </w:rPr>
        <w:t>κουφίσαι ἀπὸ τοῦ βάρους τῶν κακιῶν αὐτῶν. Οἱ γὰρ με‐ μορφωμένοι κατὰ τὸν πονηρὸν καὶ υἱοὶ τῆς κακίας γενό‐ μενοι, πάντα τὰ ἔγγονα τῆς ἑαυτῶν ψυχῆς σφάζειν ὀφεί‐ λουσι ταῖς ἁμαρτίαις. Ἐὰν γὰρ μὴ ἀποθάνωμεν τῇ ἁμαρ‐</w:t>
      </w:r>
    </w:p>
    <w:p>
      <w:r>
        <w:rPr>
          <w:rFonts w:ascii="Courier New" w:hAnsi="Courier New"/>
          <w:color w:val="555555"/>
          <w:sz w:val="20"/>
        </w:rPr>
        <w:t>[25]</w:t>
      </w:r>
    </w:p>
    <w:p>
      <w:r>
        <w:rPr>
          <w:rFonts w:ascii="Gentium Plus" w:hAnsi="Gentium Plus"/>
          <w:sz w:val="24"/>
        </w:rPr>
        <w:t>στῶσι καὶ ἐμπλήσωσι τὴν γῆν πόλεων. Πονηρὸν γὰρ ἡ ἐπανάστασις τῆς κακίας· διὸ δεῖ αὐτὴν μένειν νεκρὰν, καὶ μὴ συγχωρεῖσθαι ἐν συστήματι καὶ πλήθει γίνεσθαι. Τοῦτο γάρ ἐστιν ἡ πόλις. Πρέπει γὰρ Κυρίῳ Σαβαὼθ ἀπολλύειν τὸ κακίας ὄνομα καὶ ἐγκατάλειμμα καὶ σπέρμα.</w:t>
      </w:r>
    </w:p>
    <w:p>
      <w:r>
        <w:rPr>
          <w:rFonts w:ascii="Courier New" w:hAnsi="Courier New"/>
          <w:color w:val="555555"/>
          <w:sz w:val="20"/>
        </w:rPr>
        <w:t>[14 . 283]</w:t>
      </w:r>
    </w:p>
    <w:p>
      <w:r>
        <w:rPr>
          <w:rFonts w:ascii="Gentium Plus" w:hAnsi="Gentium Plus"/>
          <w:sz w:val="24"/>
        </w:rPr>
        <w:t>Μακαρία κατάστασις ψυχῆς καὶ πολιτείας ἀνθρω‐ πίνης, ἐν ᾗ ὄνομα κακίας οὐ χρηματίζει, κατὰ τὸν Ἀπό‐ στολον, εἰπόντα· Πορνεία δὲ καὶ ἀκαθαρσία ἢ ἀσέλγεια μηδὲ ὀνομαζέσθω ἐν ὑμῖν, καθὼς πρέπει ἁγίοις. Δεύτερον</w:t>
      </w:r>
    </w:p>
    <w:p>
      <w:r>
        <w:rPr>
          <w:rFonts w:ascii="Courier New" w:hAnsi="Courier New"/>
          <w:color w:val="555555"/>
          <w:sz w:val="20"/>
        </w:rPr>
        <w:t>[5]</w:t>
      </w:r>
    </w:p>
    <w:p>
      <w:r>
        <w:rPr>
          <w:rFonts w:ascii="Gentium Plus" w:hAnsi="Gentium Plus"/>
          <w:sz w:val="24"/>
        </w:rPr>
        <w:t>δὲ, τὸ ἐγκατάλειμμα γοῦν μὴ εἶναι. Πολλοὶ γὰρ ἐπιστρέ‐ ψαντες ἀπὸ πονηρῶν ἔργων, οἱονεὶ τὰς μνήμας τῶν πα‐ λαιῶν ἔργων παρακατέχοντες, δι’ αὐτῶν πολλάκις ἀνανεοῦν‐ ται τὴν ἡσυχάζουσαν ἁμαρτίαν. Ἵνα οὖν μηδὲ ἐγκατά‐ λειμμα ᾖ, ἤγουν τὸ τελευταῖον σπέρμα μὴ ὑπάρχῃ πονηρᾶς</w:t>
      </w:r>
    </w:p>
    <w:p>
      <w:r>
        <w:rPr>
          <w:rFonts w:ascii="Courier New" w:hAnsi="Courier New"/>
          <w:color w:val="555555"/>
          <w:sz w:val="20"/>
        </w:rPr>
        <w:t>[10]</w:t>
      </w:r>
    </w:p>
    <w:p>
      <w:r>
        <w:rPr>
          <w:rFonts w:ascii="Gentium Plus" w:hAnsi="Gentium Plus"/>
          <w:sz w:val="24"/>
        </w:rPr>
        <w:t>διδασκαλίας τοῖς ἐφεξῆς μὴ ὑπολείπεσθαι ἐκ τῆς μιμήσεως τῶν προειληφότων, Τάδε λέγει Κύριος· Καὶ θήσω τὴν Βα‐ βυλωνίαν ἔρημον, ὥστε κατοικεῖν ἐχίνους καὶ ἔσται εἰς οὐδέν· καὶ θήσω αὐτὴν πηλοῦ βάραθρον εἰς ἀπώλειαν. Ἔρημον θήσεσθαι τὴν Βαβυλωνίαν ὁ φιλάνθρωπος Κύριος</w:t>
      </w:r>
    </w:p>
    <w:p>
      <w:r>
        <w:rPr>
          <w:rFonts w:ascii="Courier New" w:hAnsi="Courier New"/>
          <w:color w:val="555555"/>
          <w:sz w:val="20"/>
        </w:rPr>
        <w:t>[15]</w:t>
      </w:r>
    </w:p>
    <w:p>
      <w:r>
        <w:rPr>
          <w:rFonts w:ascii="Gentium Plus" w:hAnsi="Gentium Plus"/>
          <w:sz w:val="24"/>
        </w:rPr>
        <w:t>ἀπειλεῖ. Πονηρᾶς δὲ οἰκήσεως ἐρήμωσις καὶ συγκεχυμένου βίου ἀφανισμὸς, ἀγαθὸν περισπούδαστόν ἐστι τοῖς αἰσθανο‐ μένοις. Ἐπὶ τοσοῦτον δὲ τὴν ἐρήμωσιν ἀπειλεῖ τῆς Βα‐</w:t>
      </w:r>
    </w:p>
    <w:p>
      <w:r>
        <w:rPr>
          <w:rFonts w:ascii="Courier New" w:hAnsi="Courier New"/>
          <w:color w:val="555555"/>
          <w:sz w:val="20"/>
        </w:rPr>
        <w:t>[20]</w:t>
      </w:r>
    </w:p>
    <w:p>
      <w:r>
        <w:rPr>
          <w:rFonts w:ascii="Gentium Plus" w:hAnsi="Gentium Plus"/>
          <w:sz w:val="24"/>
        </w:rPr>
        <w:t>ἐχίνους δὲ ἀντεισάγεσθαι. Ἔστι δὲ τὸ ζῶον τοῦτο σκληραῖς καὶ ὀξυτάταις ἀκάνθαις περιπεφραγμένον, καὶ κεφαλὴν καὶ πόδας συνέλκον ὅτε βούλεται, καὶ εἰς ἀκριβὲς σχῆμα σφαί‐ ρας ἑαυτὸ σχηματίζον, ὥστε δύσληπτον εἶναι, τῆς μὲν κεφαλῆς καὶ τῶν ποδῶν συνεσπειραμένων, τῆς δὲ ἐπιφα‐</w:t>
      </w:r>
    </w:p>
    <w:p>
      <w:r>
        <w:rPr>
          <w:rFonts w:ascii="Courier New" w:hAnsi="Courier New"/>
          <w:color w:val="555555"/>
          <w:sz w:val="20"/>
        </w:rPr>
        <w:t>[25]</w:t>
      </w:r>
    </w:p>
    <w:p>
      <w:r>
        <w:rPr>
          <w:rFonts w:ascii="Gentium Plus" w:hAnsi="Gentium Plus"/>
          <w:sz w:val="24"/>
        </w:rPr>
        <w:t>νείας πανταχόθεν ἠκανθωμένης. Μόνον γὰρ ζῶον τοῦτο ἡσυ‐ χάζον ἀμύνεται τοὺς ἐπιβουλεύοντας. Ὁ γὰρ ἐπιβαλὼν αὐτῷ τὰς χεῖρας ἀμύσσεται δεινῶς, καὶ ὅσῳπερ ἂν πλέον αὐτὸ βουληθῇ κατασφίγξαι, τοσούτῳ χαλεπώτερον ταῖς ἀκάνθαις περιπείρεται.</w:t>
      </w:r>
    </w:p>
    <w:p>
      <w:r>
        <w:rPr>
          <w:rFonts w:ascii="Courier New" w:hAnsi="Courier New"/>
          <w:color w:val="555555"/>
          <w:sz w:val="20"/>
        </w:rPr>
        <w:t>[14 . 284]</w:t>
      </w:r>
    </w:p>
    <w:p>
      <w:r>
        <w:rPr>
          <w:rFonts w:ascii="Gentium Plus" w:hAnsi="Gentium Plus"/>
          <w:sz w:val="24"/>
        </w:rPr>
        <w:t>Τάχα οὖν ἤθη ἀνθρώπων αἰνίσσεται ἀντὶ τῶν Βα‐ βυλωνίων ἐνοικήσαντα τῇ πόλει, ἀκοινώνητα, ἀπιδιαστικὰ, σκληροτέρᾳ τῇ ἀγωγῇ χαίροντα. Ὅτι γὰρ τὰ εἴδη τῶν ζώων πρὸς τὰ τῶν ἀνθρώπων ἤθη μεταλαμβάνεται, ἐδι‐</w:t>
      </w:r>
    </w:p>
    <w:p>
      <w:r>
        <w:rPr>
          <w:rFonts w:ascii="Courier New" w:hAnsi="Courier New"/>
          <w:color w:val="555555"/>
          <w:sz w:val="20"/>
        </w:rPr>
        <w:t>[5]</w:t>
      </w:r>
    </w:p>
    <w:p>
      <w:r>
        <w:rPr>
          <w:rFonts w:ascii="Gentium Plus" w:hAnsi="Gentium Plus"/>
          <w:sz w:val="24"/>
        </w:rPr>
        <w:t>δάχθημεν ἀπὸ τῆς ὀπτασίας Πέτρου, ὅτε ἐν τῷ σκεύει τῷ καθιεμένῳ ἐκ τῶν οὐρανῶν πᾶν εἶδος ἦν, ζώων, ἑρπετῶν καὶ πετεινῶν καὶ τετραπόδων. ᾘνίσσετο γὰρ ὁ λόγος τοὺς μέλλοντας ἀπὸ ποικίλων ἁμαρτημάτων τῇ πίστει προσ‐ άγεσθαι, τούτους εἶναι τοὺς ὡμοιωμένους ἢ τετραπόδοις διὰ</w:t>
      </w:r>
    </w:p>
    <w:p>
      <w:r>
        <w:rPr>
          <w:rFonts w:ascii="Courier New" w:hAnsi="Courier New"/>
          <w:color w:val="555555"/>
          <w:sz w:val="20"/>
        </w:rPr>
        <w:t>[10]</w:t>
      </w:r>
    </w:p>
    <w:p>
      <w:r>
        <w:rPr>
          <w:rFonts w:ascii="Gentium Plus" w:hAnsi="Gentium Plus"/>
          <w:sz w:val="24"/>
        </w:rPr>
        <w:t>τὸ κτηνῶδες, ἢ ἑρπετοῖς διὰ τὸ ἰοβόλον, ἢ πετεινοῖς διὰ τὸ κοῦφον καὶ ἄστατον. Καὶ ὁ ἐχῖνος οὖν ἐστι παρὰ τῇ Γραφῇ τάχα τροπολογού‐ μενος ἐπί τινας ἀνθρώπους, ὡς οἱ ὄφεις ἐπὶ τοὺς Σαδδουκαίους</w:t>
      </w:r>
    </w:p>
    <w:p>
      <w:r>
        <w:rPr>
          <w:rFonts w:ascii="Courier New" w:hAnsi="Courier New"/>
          <w:color w:val="555555"/>
          <w:sz w:val="20"/>
        </w:rPr>
        <w:t>[15]</w:t>
      </w:r>
    </w:p>
    <w:p>
      <w:r>
        <w:rPr>
          <w:rFonts w:ascii="Gentium Plus" w:hAnsi="Gentium Plus"/>
          <w:sz w:val="24"/>
        </w:rPr>
        <w:t>θηλυμανεῖς ἐπὶ τοὺς φιληδόνους· τὰ πρόβατα ἐπὶ τοὺς ἀκακωτέρους τῶν ἀνθρώπων· τὰ ἐρίφια ἐπὶ τοὺς ἀκοινωνή‐ τους καὶ ἀμεταδότους. Ὥστε καὶ τοὺς ἐχίνους εὔλογον παρα‐ βαλέσθαι (ζώῳ τὴν ἐλπίδα τοῦ μὴ βλαβήσεσθαι ἐπὶ ταῖς οἰκείαις ἀκάνθαις ἔχοντι) τοὺς πλουσίους τοῦ αἰῶνος τούτου,</w:t>
      </w:r>
    </w:p>
    <w:p>
      <w:r>
        <w:rPr>
          <w:rFonts w:ascii="Courier New" w:hAnsi="Courier New"/>
          <w:color w:val="555555"/>
          <w:sz w:val="20"/>
        </w:rPr>
        <w:t>[20]</w:t>
      </w:r>
    </w:p>
    <w:p>
      <w:r>
        <w:rPr>
          <w:rFonts w:ascii="Gentium Plus" w:hAnsi="Gentium Plus"/>
          <w:sz w:val="24"/>
        </w:rPr>
        <w:t>οὓς ὑπὸ τῶν ἰδίων ἀκανθῶν συμπνίγειν τὸν λόγον καὶ ἄκαρπον ποιεῖν ὁ Κύριος εἴρηκε. —Γενήσεται δὲ ἡ Βαβυλὼν εἰς οὐδὲν, καὶ ὡς πηλοῦ βάραθρον. Ὡς πρὸς τὸ αἰσθητὸν, ἐνδείκνυται ὁ λόγος, ὅτι ὁ ποταμὸς ὁ Εὐφράτης (μέσην αὐτὴν διατέμνων) μὴ τυγχάνων τῆς κατὰ ῥεῖθρα διεξόδου, ἐλλιμνάζων αὐτῇ,</w:t>
      </w:r>
    </w:p>
    <w:p>
      <w:r>
        <w:rPr>
          <w:rFonts w:ascii="Courier New" w:hAnsi="Courier New"/>
          <w:color w:val="555555"/>
          <w:sz w:val="20"/>
        </w:rPr>
        <w:t>[25]</w:t>
      </w:r>
    </w:p>
    <w:p>
      <w:r>
        <w:rPr>
          <w:rFonts w:ascii="Gentium Plus" w:hAnsi="Gentium Plus"/>
          <w:sz w:val="24"/>
        </w:rPr>
        <w:t>παντελῶς ἀφανίσει αὐτὴν καὶ ἀποδείξει βάραθρον, οὐχ ὕδατος καθαροῦ, ἀλλὰ βορβόρου. —Τοιοῦτον γὰρ τὸ τέλος τῆς κα‐ ταστροφῆς τῶν παροξυνάντων τὸν Κύριον.</w:t>
      </w:r>
    </w:p>
    <w:p>
      <w:r>
        <w:rPr>
          <w:rFonts w:ascii="Courier New" w:hAnsi="Courier New"/>
          <w:color w:val="555555"/>
          <w:sz w:val="20"/>
        </w:rPr>
        <w:t>[14 . 285]</w:t>
      </w:r>
    </w:p>
    <w:p>
      <w:r>
        <w:rPr>
          <w:rFonts w:ascii="Gentium Plus" w:hAnsi="Gentium Plus"/>
          <w:sz w:val="24"/>
        </w:rPr>
        <w:t>Τάδε λέγει Κύριος Σαβαώθ· Ὃν τρόπον εἴρηκα, οὕ‐ τως ἔσται· καὶ ὃν τρόπον βεβούλευμαι, οὕτως μενεῖ· τοῦ ἀπολέσαι τοὺς Ἀσσυρίους ἐπὶ τῆς γῆς τῆς ἐμῆς, καὶ ἐπὶ τῶν ὀρέων τῶν ἐμῶν. —Καὶ ἔσονται εἰς καταπάτημα, καὶ</w:t>
      </w:r>
    </w:p>
    <w:p>
      <w:r>
        <w:rPr>
          <w:rFonts w:ascii="Courier New" w:hAnsi="Courier New"/>
          <w:color w:val="555555"/>
          <w:sz w:val="20"/>
        </w:rPr>
        <w:t>[5]</w:t>
      </w:r>
    </w:p>
    <w:p>
      <w:r>
        <w:rPr>
          <w:rFonts w:ascii="Gentium Plus" w:hAnsi="Gentium Plus"/>
          <w:sz w:val="24"/>
        </w:rPr>
        <w:t>ἀφαιρεθήσεται ἀπ’ αὐτῶν ὁ ζυγὸς αὐτῶν καὶ τὸ κῦδος αὐτῶν ἀπὸ τῶν ὤμων αὐτῶν. Ὁ μὲν κατὰ σάρκα Ἰσραὴλ, περὶ τῆς νενομισμένης αὐτοῖς γῆς τοῦ Θεοῦ εἶναι, καὶ ὀρέων τούτων τῶν γηΐνων τῇ αἰσθητῇ Ἰουδαίᾳ, τὸν λόγον ὑπολαμβάνει ὑπάρχειν τῷ Προφήτῃ, καὶ</w:t>
      </w:r>
    </w:p>
    <w:p>
      <w:r>
        <w:rPr>
          <w:rFonts w:ascii="Courier New" w:hAnsi="Courier New"/>
          <w:color w:val="555555"/>
          <w:sz w:val="20"/>
        </w:rPr>
        <w:t>[10]</w:t>
      </w:r>
    </w:p>
    <w:p>
      <w:r>
        <w:rPr>
          <w:rFonts w:ascii="Gentium Plus" w:hAnsi="Gentium Plus"/>
          <w:sz w:val="24"/>
        </w:rPr>
        <w:t>τὴν Ἀσσυρίαν αἰχμάλωτον ἀπάγειν τὸν Ἰσραὴλ, ζυγὸν δου‐ λείας αὐτοῖς ἐπιθέντα. Ἡμεῖς δὲ, οἱ συνεγερθέντες Χριστῷ καὶ εὐχόμενοι τὰ ἄνω ζητεῖν, γῆν μὲν ὀνομάζομεν τὴν καρδίαν τὴν καλὴν, καθ’ ἃ παρ’ αὐτοῦ δεδιδάγμεθα τοῦ Κυρίου, λέγοντος· Ὁ δὲ ἐπὶ τὴν γῆν τὴν καλὴν σπαρεὶς, οὗτος ὁ τὸν λόγον</w:t>
      </w:r>
    </w:p>
    <w:p>
      <w:r>
        <w:rPr>
          <w:rFonts w:ascii="Courier New" w:hAnsi="Courier New"/>
          <w:color w:val="555555"/>
          <w:sz w:val="20"/>
        </w:rPr>
        <w:t>[15]</w:t>
      </w:r>
    </w:p>
    <w:p>
      <w:r>
        <w:rPr>
          <w:rFonts w:ascii="Gentium Plus" w:hAnsi="Gentium Plus"/>
          <w:sz w:val="24"/>
        </w:rPr>
        <w:t>ἀκούων καὶ συνιεὶς, καρποφορεῖ καὶ ποιεῖ ὁ μὲν ἑκατὸν, ὁ δὲ ἑξήκοντα, ὁ δὲ τριάκοντα. —Καὶ ὄρος οὖν τοῦ Θεοῦ δύναται χρηματίζειν, ἐν ᾧ εἰς καταπάτημα γενήσονται οἱ Ἀσσύριοι, ὁ αὐξήσας ἐν τοῖς ἔργοις τοῖς ἀγαθοῖς καὶ λόγῳ καὶ γνώσει ὑπὲρ τοὺς ἄλλους ἀνεστηκώς· ἐν τούτῳ καταπάτημα ἔσον‐</w:t>
      </w:r>
    </w:p>
    <w:p>
      <w:r>
        <w:rPr>
          <w:rFonts w:ascii="Courier New" w:hAnsi="Courier New"/>
          <w:color w:val="555555"/>
          <w:sz w:val="20"/>
        </w:rPr>
        <w:t>[20]</w:t>
      </w:r>
    </w:p>
    <w:p>
      <w:r>
        <w:rPr>
          <w:rFonts w:ascii="Gentium Plus" w:hAnsi="Gentium Plus"/>
          <w:sz w:val="24"/>
        </w:rPr>
        <w:t>ται οἱ ἐχθροί. Καὶ πᾶς ὁ ζυγὸς τῶν Ἀσσυρίων ἀφαιρεθήσεται ὑπὸ τοῦ Θεοῦ. Μέγα μὲν γὰρ ἐφρόνουν, ὡς τοῖς ὤμοις τῶν ἀπὸ τῆς μερίδος τοῦ Θεοῦ τῶν ἀνθρώπων ἐπιβαίνοντες καὶ ὑπὸ τὸν ἴδιον ζυγὸν ποιοῦντες τοὺς τῆς δουλείας τοῦ</w:t>
      </w:r>
    </w:p>
    <w:p>
      <w:r>
        <w:rPr>
          <w:rFonts w:ascii="Courier New" w:hAnsi="Courier New"/>
          <w:color w:val="555555"/>
          <w:sz w:val="20"/>
        </w:rPr>
        <w:t>[25]</w:t>
      </w:r>
    </w:p>
    <w:p>
      <w:r>
        <w:rPr>
          <w:rFonts w:ascii="Gentium Plus" w:hAnsi="Gentium Plus"/>
          <w:sz w:val="24"/>
        </w:rPr>
        <w:t>Θεοῦ διὰ τῶν ἁμαρτημάτων ἀποσπασθέντας. Ἔχοντες οὖν τὴν κατὰ τὸ εἰρημένον ἐλπίδα περὶ τοῦ ἀπολέσθαι μὲν τοὺς ἐχθροὺς ἡμῶν ἐπὶ τῆς γῆς τοῦ Θεοῦ καὶ ἐπὶ τῶν ὀρέων αὐτοῦ καταπατηθήσεσθαι καὶ τὸν ζυγὸν αὐτῶν ἀφαιρεθή‐ σεσθαι καὶ τὸ κῦδος, ᾧ ἐπεγαυρίων (ὡς κατάρχοντες ἡμῶν</w:t>
      </w:r>
    </w:p>
    <w:p>
      <w:r>
        <w:rPr>
          <w:rFonts w:ascii="Courier New" w:hAnsi="Courier New"/>
          <w:color w:val="555555"/>
          <w:sz w:val="20"/>
        </w:rPr>
        <w:t>[30]</w:t>
      </w:r>
    </w:p>
    <w:p>
      <w:r>
        <w:rPr>
          <w:rFonts w:ascii="Gentium Plus" w:hAnsi="Gentium Plus"/>
          <w:sz w:val="24"/>
        </w:rPr>
        <w:t>καὶ ἐπιβεβηκότες ἡμῖν) συντριβήσεσθαι—πάντα πράττωμεν, ἵνα τέλεον αὐτῶν τὴν δυναστείαν ἀποσεισώμεθα. Ἐὰν γὰρ γενώμεθα ὄρη Θεοῦ, οἱ θεμέλιοι αὐτοῦ ἔσονται ἐν ἡμῖν, τοῦ λόγου τῆς ἀληθείας καταβληθέντος ἐν ταῖς καρδίαις ἡμῶν καὶ τῶν ἀγαθῶν ἔργων ἐποικοδομουμένων τῇ πίστει.</w:t>
      </w:r>
    </w:p>
    <w:p>
      <w:r>
        <w:rPr>
          <w:rFonts w:ascii="Courier New" w:hAnsi="Courier New"/>
          <w:color w:val="555555"/>
          <w:sz w:val="20"/>
        </w:rPr>
        <w:t>[35]</w:t>
      </w:r>
    </w:p>
    <w:p>
      <w:r>
        <w:rPr>
          <w:rFonts w:ascii="Gentium Plus" w:hAnsi="Gentium Plus"/>
          <w:sz w:val="24"/>
        </w:rPr>
        <w:t>—Δεῖ δὲ καθαρῶς ἀποτάξασθαι ἡμᾶς τῇ ἁμαρτίᾳ, ἵνα ἐλεύ‐ θερον τὸν αὐχένα τοῦ ζυγοῦ ἔχωμεν τῶν Ἀσσυρίων καὶ</w:t>
      </w:r>
    </w:p>
    <w:p>
      <w:r>
        <w:rPr>
          <w:rFonts w:ascii="Courier New" w:hAnsi="Courier New"/>
          <w:color w:val="555555"/>
          <w:sz w:val="20"/>
        </w:rPr>
        <w:t>[40]</w:t>
      </w:r>
    </w:p>
    <w:p>
      <w:r>
        <w:rPr>
          <w:rFonts w:ascii="Gentium Plus" w:hAnsi="Gentium Plus"/>
          <w:sz w:val="24"/>
        </w:rPr>
        <w:t>ἀνομίᾳ, ἢ τίς κοινωνία φωτὶ πρὸς σκότος;</w:t>
      </w:r>
    </w:p>
    <w:p>
      <w:r>
        <w:rPr>
          <w:rFonts w:ascii="Courier New" w:hAnsi="Courier New"/>
          <w:color w:val="555555"/>
          <w:sz w:val="20"/>
        </w:rPr>
        <w:t>[14 . 286]</w:t>
      </w:r>
    </w:p>
    <w:p>
      <w:r>
        <w:rPr>
          <w:rFonts w:ascii="Gentium Plus" w:hAnsi="Gentium Plus"/>
          <w:sz w:val="24"/>
        </w:rPr>
        <w:t>Αὕτη ἡ βουλὴ, ἣν βεβούλευται Κύριος ἐπὶ τὴν οἰκουμένην ὅλην, καὶ αὕτη ἡ χεὶρ ὑψηλὴ ἐπὶ πάντα τὰ ἔθνη τῆς οἰκουμένης. Ἃ γὰρ ὁ Θεὸς ὁ ἅγιος βεβούλευται, τίς διασκεδάσει; τὴν δὲ χεῖρα αὐτοῦ τὴν ὑψηλὴν τίς ἀποστρέψει;</w:t>
      </w:r>
    </w:p>
    <w:p>
      <w:r>
        <w:rPr>
          <w:rFonts w:ascii="Courier New" w:hAnsi="Courier New"/>
          <w:color w:val="555555"/>
          <w:sz w:val="20"/>
        </w:rPr>
        <w:t>[5]</w:t>
      </w:r>
    </w:p>
    <w:p>
      <w:r>
        <w:rPr>
          <w:rFonts w:ascii="Gentium Plus" w:hAnsi="Gentium Plus"/>
          <w:sz w:val="24"/>
        </w:rPr>
        <w:t>Σαφῶς δείκνυσιν, ὅτι ταῦτα λέγεται περὶ τῶν ἐν ὅλῃ τῇ οἰκουμένῃ καὶ ἐν πᾶσι τοῖς ἔθνεσιν, οὐδενὸς δυναμένου διασκεδάσαι ὅπερ ὁ Θεὸς ὁ ἅγιος βεβούλευται, καὶ οὐδενὸς οἵου τε ὄντος τὴν ὑπέρμαχον χεῖρα τοῦ Θεοῦ τῆς γῆς αὐτοῦ, καὶ τῶν ὀρέων ἀποστρέψαι. —Ἅμα δὲ παρατήρει τὴν φωνὴν</w:t>
      </w:r>
    </w:p>
    <w:p>
      <w:r>
        <w:rPr>
          <w:rFonts w:ascii="Courier New" w:hAnsi="Courier New"/>
          <w:color w:val="555555"/>
          <w:sz w:val="20"/>
        </w:rPr>
        <w:t>[10]</w:t>
      </w:r>
    </w:p>
    <w:p>
      <w:r>
        <w:rPr>
          <w:rFonts w:ascii="Gentium Plus" w:hAnsi="Gentium Plus"/>
          <w:sz w:val="24"/>
        </w:rPr>
        <w:t>οὐ μόνον (ὡς πολλαχοῦ παρεστήσαμεν) ἐπὶ τοῦ σπανίου ση‐ μαινομένην, οἷον τὸ Τίς σοφὸς καὶ συνήσει ταῦτα; καὶ τὸ Τίς πιστὸς καὶ φρόνιμος οἰκονόμος; Νῦν γὰρ τὸ Τίς διασκεδάσει; ἴσον ἐστὶ τῷ οὐδείς. Οὐδὲ γὰρ θεμιτὸν, ἐννοῆσαι τὸ εἶναί τινα δυνάμενον διασκεδάσαι τὴν βουλὴν τοῦ Κυρίου.</w:t>
      </w:r>
    </w:p>
    <w:p>
      <w:r>
        <w:rPr>
          <w:rFonts w:ascii="Courier New" w:hAnsi="Courier New"/>
          <w:color w:val="555555"/>
          <w:sz w:val="20"/>
        </w:rPr>
        <w:t>[14 . 287]</w:t>
      </w:r>
    </w:p>
    <w:p>
      <w:r>
        <w:rPr>
          <w:rFonts w:ascii="Gentium Plus" w:hAnsi="Gentium Plus"/>
          <w:sz w:val="24"/>
        </w:rPr>
        <w:t>Τοῦ ἔτους, οὗ ἀπέθανεν Ἀχὰζ ὁ βασιλεὺς, ἐγενήθη τὸ ῥῆμα τοῦτο· Μὴ εὐφρανθείητε πάντες οἱ ἀλλόφυλοι, συν‐</w:t>
      </w:r>
    </w:p>
    <w:p>
      <w:r>
        <w:rPr>
          <w:rFonts w:ascii="Courier New" w:hAnsi="Courier New"/>
          <w:color w:val="555555"/>
          <w:sz w:val="20"/>
        </w:rPr>
        <w:t>[5]</w:t>
      </w:r>
    </w:p>
    <w:p>
      <w:r>
        <w:rPr>
          <w:rFonts w:ascii="Gentium Plus" w:hAnsi="Gentium Plus"/>
          <w:sz w:val="24"/>
        </w:rPr>
        <w:t>ἐξελεύσονται ὄφεις πετόμενοι. Καὶ βοσκηθήσονται πτωχοὶ δι’ αὐτοῦ· πτωχοὶ δὲ ἄνθρωποι ἐπὶ εἰρήνης ἀναπαύσονται· ἀνελεῖ δὲ λιμῷ τὸ σπέρμα σου καὶ τὸ κατάλειμμά σου ἀνελεῖ. Εἴπερ πάντα Πνεύματι ἁγίῳ εἴρηται τὰ γεγραμμένα παρὰ τῶν Προφητῶν, δηλονότι καὶ ἡ ἀναγραφὴ τοῦ χρόνου τῆς</w:t>
      </w:r>
    </w:p>
    <w:p>
      <w:r>
        <w:rPr>
          <w:rFonts w:ascii="Courier New" w:hAnsi="Courier New"/>
          <w:color w:val="555555"/>
          <w:sz w:val="20"/>
        </w:rPr>
        <w:t>[10]</w:t>
      </w:r>
    </w:p>
    <w:p>
      <w:r>
        <w:rPr>
          <w:rFonts w:ascii="Gentium Plus" w:hAnsi="Gentium Plus"/>
          <w:sz w:val="24"/>
        </w:rPr>
        <w:t>προφητείας οὐ μάτην παρεμβέβληται. Τί γὰρ ὄφελος ἐκ τοῦ μαθεῖν, ὅτι τοῦτο ἐγένετο τὸ ῥῆμα πρὸς τοὺς ἀλλοφύλους τῷ ἔτει, ᾧ ἀπέθανεν Ἀχὰζ, ὁ βασιλεὺς τῆς Ἰουδαίας; Λογιζό‐ μεθα οὖν, ὅτι ὥσπερ ἐν τῇ Ἐξόδῳ γέγραπται, ὅτι Ἐτελεύ‐ τησεν ὁ βασιλεὺς Αἰγύπτου, καὶ κατεστέναξαν οἱ υἱοὶ Ἰσραὴλ</w:t>
      </w:r>
    </w:p>
    <w:p>
      <w:r>
        <w:rPr>
          <w:rFonts w:ascii="Courier New" w:hAnsi="Courier New"/>
          <w:color w:val="555555"/>
          <w:sz w:val="20"/>
        </w:rPr>
        <w:t>[15]</w:t>
      </w:r>
    </w:p>
    <w:p>
      <w:r>
        <w:rPr>
          <w:rFonts w:ascii="Gentium Plus" w:hAnsi="Gentium Plus"/>
          <w:sz w:val="24"/>
        </w:rPr>
        <w:t>ἀπὸ τῶν ἔργων αὐτῶν, καὶ ἀνέβη ἡ βοὴ καὶ εἰσήκουσεν ὁ Θεὸς τῶν στεναγμῶν αὐτῶν. Ζῶντος μὲν γὰρ τοῦ βασιλέως τοῦ πονηροῦ, στενάζειν πρὸς τὸν Θεὸν οὐκ ἠδύναντο· κατη‐ νάγκαζε γὰρ αὐτοὺς ἐν ἔργοις σκληροῖς, μὴ ἐπιτρέπων ἀνα‐ νεύειν πρὸς τὸν Θεόν. Ἐπειδὴ δὲ ἐκποδὼν ἐγένετο ὁ πονηρὸς,</w:t>
      </w:r>
    </w:p>
    <w:p>
      <w:r>
        <w:rPr>
          <w:rFonts w:ascii="Courier New" w:hAnsi="Courier New"/>
          <w:color w:val="555555"/>
          <w:sz w:val="20"/>
        </w:rPr>
        <w:t>[20]</w:t>
      </w:r>
    </w:p>
    <w:p>
      <w:r>
        <w:rPr>
          <w:rFonts w:ascii="Gentium Plus" w:hAnsi="Gentium Plus"/>
          <w:sz w:val="24"/>
        </w:rPr>
        <w:t>τότε δέον κροτεῖν καὶ ἐπιχαίρειν τῇ πτώσει τοῦ ἐχθροῦ. Οἱ δὲ ἐκ τοῦ παραδόξου ἀναγράφονται στένειν, ἐνδεικνυ‐ μένου τοῦ λόγου, ὅτι (ἕως ὁ φιλοσώματος νοῦς ἐκεκράτει) ὑπὸ τῆς ἀναισθησίας οὐδὲ ᾔδεσαν ὀδύρεσθαι τὸ ἐκ τῆς ἁμαρτίας κακόν· ἐπειδὴ δὲ ἔλαβον σχολὴν ἀπὸ τῶν παθῶν,</w:t>
      </w:r>
    </w:p>
    <w:p>
      <w:r>
        <w:rPr>
          <w:rFonts w:ascii="Courier New" w:hAnsi="Courier New"/>
          <w:color w:val="555555"/>
          <w:sz w:val="20"/>
        </w:rPr>
        <w:t>[25]</w:t>
      </w:r>
    </w:p>
    <w:p>
      <w:r>
        <w:rPr>
          <w:rFonts w:ascii="Gentium Plus" w:hAnsi="Gentium Plus"/>
          <w:sz w:val="24"/>
        </w:rPr>
        <w:t>ἄρχονται τῆς θεραπείας ἀπὸ τοῦ στένειν, ἐν τοῖς ὑλικοῖς καὶ σωματικοῖς ἔργοις βαρυνόμενοι. Διὸ καὶ ἐπήκουσεν αὐτῶν ὁ φιλάνθρωπος Θεός. Ὅμοιον οὖν τῇ διηγήσει ταύτῃ δηλοῦται καὶ ἐν τοῖς κα‐ τόπιν τοῦ Ἡσαΐου. Ἐγένετο γὰρ (φησὶ) τοῦ ἐνιαυτοῦ, οὗ</w:t>
      </w:r>
    </w:p>
    <w:p>
      <w:r>
        <w:rPr>
          <w:rFonts w:ascii="Courier New" w:hAnsi="Courier New"/>
          <w:color w:val="555555"/>
          <w:sz w:val="20"/>
        </w:rPr>
        <w:t>[30]</w:t>
      </w:r>
    </w:p>
    <w:p>
      <w:r>
        <w:rPr>
          <w:rFonts w:ascii="Gentium Plus" w:hAnsi="Gentium Plus"/>
          <w:sz w:val="24"/>
        </w:rPr>
        <w:t>ἀπέθανεν Ὀζίας ὁ βασιλεὺς, εἶδον τὸν Κύριον, καθήμενον</w:t>
      </w:r>
    </w:p>
    <w:p>
      <w:r>
        <w:rPr>
          <w:rFonts w:ascii="Courier New" w:hAnsi="Courier New"/>
          <w:color w:val="555555"/>
          <w:sz w:val="20"/>
        </w:rPr>
        <w:t>[35]</w:t>
      </w:r>
    </w:p>
    <w:p>
      <w:r>
        <w:rPr>
          <w:rFonts w:ascii="Gentium Plus" w:hAnsi="Gentium Plus"/>
          <w:sz w:val="24"/>
        </w:rPr>
        <w:t>καὶ ἐλεπρώθη. Καὶ τότε τοίνυν, ἀνατραπέντος τοῦ πονηροῦ ἄρχοντος καὶ τῶν μιασμάτων ἐλευθερωθείσης τῆς κατὰ τὸν νόμον λατρείας, τὰ τῆς θεολογίας μυστήρια φανεροῦται τῷ Προφήτῃ. Καὶ ἐνταῦθα τοίνυν τὸν Ἀχὰζ, οὐ σπουδαῖον ἄρχοντα, ὁ λόγος ἀναγράφει ἀποθνήσκοντα, ἵνα δειχθῇ, ὅτι</w:t>
      </w:r>
    </w:p>
    <w:p>
      <w:r>
        <w:rPr>
          <w:rFonts w:ascii="Courier New" w:hAnsi="Courier New"/>
          <w:color w:val="555555"/>
          <w:sz w:val="20"/>
        </w:rPr>
        <w:t>[40]</w:t>
      </w:r>
    </w:p>
    <w:p>
      <w:r>
        <w:rPr>
          <w:rFonts w:ascii="Gentium Plus" w:hAnsi="Gentium Plus"/>
          <w:sz w:val="24"/>
        </w:rPr>
        <w:t>ἐν τῇ τοῦ χείρονος ὑποχωρήσει, τὸ ῥῆμα γίνεται πρὸς τοὺς ἀλλοφύλους παρὰ τοῦ εὐεργέτου Θεοῦ. Εὕραμεν γὰρ ἐν τῇ τετάρτῃ τῶν Βασιλειῶν, ὅτι οὗτος ὁ Ἀχὰζ οὐκ ἐποίησε τὸ εὐθὲς ἐν ὀφθαλμοῖς Κυρίου· καί γε υἱὸν αὐτοῦ διῆγεν ἐν πυρὶ, κατὰ τὰ βδελύγματα τῶν ἐθνῶν,</w:t>
      </w:r>
    </w:p>
    <w:p>
      <w:r>
        <w:rPr>
          <w:rFonts w:ascii="Courier New" w:hAnsi="Courier New"/>
          <w:color w:val="555555"/>
          <w:sz w:val="20"/>
        </w:rPr>
        <w:t>[45]</w:t>
      </w:r>
    </w:p>
    <w:p>
      <w:r>
        <w:rPr>
          <w:rFonts w:ascii="Gentium Plus" w:hAnsi="Gentium Plus"/>
          <w:sz w:val="24"/>
        </w:rPr>
        <w:t>καὶ ἐθυσίαζε καὶ ἐθυμία ἐν τοῖς ὑψηλοῖς. Οὗτος δὲ καὶ ἀπὸ τῶν θησαυρῶν τοῦ οἴκου Κυρίου χρυσίον καὶ ἀργύριον ἀπέσ‐ τειλε τῷ βασιλεῖ τῶν Ἀσσυρίων, ἐν οἷς οὐ μικρὰ αὐτοῦ κατηγορεῖται ἡ ἀσέβεια περὶ τὰ ἱερὰ χρήματα. Πεσούσης οὖν τῆς πονηρᾶς δυναστείας, γίνεται τὸ κατὰ τῶν ἀλλοφύλων</w:t>
      </w:r>
    </w:p>
    <w:p>
      <w:r>
        <w:rPr>
          <w:rFonts w:ascii="Courier New" w:hAnsi="Courier New"/>
          <w:color w:val="555555"/>
          <w:sz w:val="20"/>
        </w:rPr>
        <w:t>[14 . 287 (50)]</w:t>
      </w:r>
    </w:p>
    <w:p>
      <w:r>
        <w:rPr>
          <w:rFonts w:ascii="Gentium Plus" w:hAnsi="Gentium Plus"/>
          <w:sz w:val="24"/>
        </w:rPr>
        <w:t>ῥῆμα. —Ἀλλόφυλοι δὲ ἰδίως οἱ Φυλιστιαῖοι λέγονται, οὓς Παλαιστινοὺς Ἕλληνες ὀνομάζουσιν.</w:t>
      </w:r>
    </w:p>
    <w:p>
      <w:r>
        <w:rPr>
          <w:rFonts w:ascii="Courier New" w:hAnsi="Courier New"/>
          <w:color w:val="555555"/>
          <w:sz w:val="20"/>
        </w:rPr>
        <w:t>[14 . 288]</w:t>
      </w:r>
    </w:p>
    <w:p>
      <w:r>
        <w:rPr>
          <w:rFonts w:ascii="Gentium Plus" w:hAnsi="Gentium Plus"/>
          <w:sz w:val="24"/>
        </w:rPr>
        <w:t>Ἰστέον δὲ, ὅτι καὶ ἐν τῇ ἑκάστου ἡμῶν ζωῇ, ἐπει‐ δὰν ἡ βασιλεύουσα ἐν τῷ θνητῷ ἡμῶν σώματι ἁμαρτία ἀποθάνῃ, τότε γίνεται ὁ λόγος τοῦ Κυρίου ἐν ἡμῖν. Τάχα</w:t>
      </w:r>
    </w:p>
    <w:p>
      <w:r>
        <w:rPr>
          <w:rFonts w:ascii="Courier New" w:hAnsi="Courier New"/>
          <w:color w:val="555555"/>
          <w:sz w:val="20"/>
        </w:rPr>
        <w:t>[5]</w:t>
      </w:r>
    </w:p>
    <w:p>
      <w:r>
        <w:rPr>
          <w:rFonts w:ascii="Gentium Plus" w:hAnsi="Gentium Plus"/>
          <w:sz w:val="24"/>
        </w:rPr>
        <w:t>κατηγορουμένων καὶ ὅλως ψεκτῶν βασιλέων ἀναλογίαν τινὰ ἔχει, ὧν πολλαχοῦ τὰ ὀνόματα δι’ ὅλης τῆς Γραφῆς δηλοῦται· ὡς καὶ νῦν ἑρμηνεύεται ὁ Ἀχὰζ κατάσχεσις, σύμβολον ὢν προκαταλαβόντος καὶ κατέχοντος τὴν ψυχὴν ἡμῶν δόγματος πονηροῦ· οὗ ἀποθανόντος, ἡ ψυχὴ ἡμῶν,</w:t>
      </w:r>
    </w:p>
    <w:p>
      <w:r>
        <w:rPr>
          <w:rFonts w:ascii="Courier New" w:hAnsi="Courier New"/>
          <w:color w:val="555555"/>
          <w:sz w:val="20"/>
        </w:rPr>
        <w:t>[10]</w:t>
      </w:r>
    </w:p>
    <w:p>
      <w:r>
        <w:rPr>
          <w:rFonts w:ascii="Gentium Plus" w:hAnsi="Gentium Plus"/>
          <w:sz w:val="24"/>
        </w:rPr>
        <w:t>ἐλευθερωθεῖσα ἀπὸ τοῦ κατέχοντος, ἱκανοῦται πρὸς τὸ θεωρῆσαι τὸ κατὰ τῶν ἀλλοφύλων ῥῆμα. Ὁ μὲν οὖν πρόχειρος νοῦς οὗτός ἐστι· Μὴ εὐφραίνεσθε, πάντες ἀλλόφυλοι, συνετρίβη γὰρ ὁ ζυγὸς τοῦ παίοντος ὑμᾶς. Μὴ νομίσητε, ὦ Φυλιστιαῖοι, ὅτι, ἀποθανόντος τοῦ Ἀχὰζ,</w:t>
      </w:r>
    </w:p>
    <w:p>
      <w:r>
        <w:rPr>
          <w:rFonts w:ascii="Courier New" w:hAnsi="Courier New"/>
          <w:color w:val="555555"/>
          <w:sz w:val="20"/>
        </w:rPr>
        <w:t>[15]</w:t>
      </w:r>
    </w:p>
    <w:p>
      <w:r>
        <w:rPr>
          <w:rFonts w:ascii="Gentium Plus" w:hAnsi="Gentium Plus"/>
          <w:sz w:val="24"/>
        </w:rPr>
        <w:t>ἐλεύθεροι γενήσεσθε τοῦ ἐπικειμένου ὑμῖν φόβου ἀπὸ τοῦ Ἰσραήλ· ὥστε μὴ εὐφραίνεσθε ἐπὶ τῷ πτώματι τοῦ βασι‐ λέως. Εἰ γὰρ καὶ συνετρίβη ὁ ζυγὸς, τουτέστιν ἡ δουλεία, ἡ ἐπικειμένη ὑμῖν παρὰ τῶν καταπατούντων ὑμᾶς καὶ μαστι‐ γούντων διὰ τῆς δυναστείας, ἀλλ’ ὅμως ἐκ σπέρματος ὄφεων</w:t>
      </w:r>
    </w:p>
    <w:p>
      <w:r>
        <w:rPr>
          <w:rFonts w:ascii="Courier New" w:hAnsi="Courier New"/>
          <w:color w:val="555555"/>
          <w:sz w:val="20"/>
        </w:rPr>
        <w:t>[20]</w:t>
      </w:r>
    </w:p>
    <w:p>
      <w:r>
        <w:rPr>
          <w:rFonts w:ascii="Gentium Plus" w:hAnsi="Gentium Plus"/>
          <w:sz w:val="24"/>
        </w:rPr>
        <w:t>ἐξελεύσεται ἔκγονα ἀσπίδων. (Τὴν διαδοχὴν τοῦ Ἀχὰζ ση‐ μαίνει)· ὅτι Εἰ ὄφεως οὗτος εἶχε πικρίαν καὶ διὰ τοῦτο ἐπιχαίρετε αὐτοῦ τῷ θανάτῳ, ἀναστήσεται ἐφ’ ὑμᾶς ἐκ τοῦ σπέρματος τοῦ ὄφεως τούτου ἔκγονα ἀσπίδων· καὶ πάλιν τὰ ἐκείνων ἔκγονα ἐξελεύσεται.</w:t>
      </w:r>
    </w:p>
    <w:p>
      <w:r>
        <w:rPr>
          <w:rFonts w:ascii="Courier New" w:hAnsi="Courier New"/>
          <w:color w:val="555555"/>
          <w:sz w:val="20"/>
        </w:rPr>
        <w:t>[25]</w:t>
      </w:r>
    </w:p>
    <w:p>
      <w:r>
        <w:rPr>
          <w:rFonts w:ascii="Gentium Plus" w:hAnsi="Gentium Plus"/>
          <w:sz w:val="24"/>
        </w:rPr>
        <w:t>Τὸ πικρὸν τῆς διαδοχῆς τῶν ἐφεξῆς βασιλευόντων ὁ λόγος ἐκ τούτου παρίστησιν. Ἀσπίδες γὰρ ἔσονται (φησὶ) πετόμεναι, καὶ τὸ ἰοβόλον τῶν ἑρπετῶν ἔχουσαι καὶ τὸ ταχὺ τῶν πτηνῶν. —Εἶτα (ἐπειδὴ ἡ ἀκολουθία τῆς γενεα‐ λογίας ἐπὶ τὸν Κύριον φέρει) διακόψας ὁ λόγος τὸ συνεχὲς,</w:t>
      </w:r>
    </w:p>
    <w:p>
      <w:r>
        <w:rPr>
          <w:rFonts w:ascii="Courier New" w:hAnsi="Courier New"/>
          <w:color w:val="555555"/>
          <w:sz w:val="20"/>
        </w:rPr>
        <w:t>[30]</w:t>
      </w:r>
    </w:p>
    <w:p>
      <w:r>
        <w:rPr>
          <w:rFonts w:ascii="Gentium Plus" w:hAnsi="Gentium Plus"/>
          <w:sz w:val="24"/>
        </w:rPr>
        <w:t>μεταβαίνει ἐπ’ ἀγαθὴν ἐπαγγελίαν. Βοσκηθήσονται γὰρ (φησὶ) πτωχοὶ δι’ αὐτοῦ. Τίς ἐστιν ὁ βόσκων πτωχοὺς, ἢ ὁ ποι‐</w:t>
      </w:r>
    </w:p>
    <w:p>
      <w:r>
        <w:rPr>
          <w:rFonts w:ascii="Courier New" w:hAnsi="Courier New"/>
          <w:color w:val="555555"/>
          <w:sz w:val="20"/>
        </w:rPr>
        <w:t>[35]</w:t>
      </w:r>
    </w:p>
    <w:p>
      <w:r>
        <w:rPr>
          <w:rFonts w:ascii="Gentium Plus" w:hAnsi="Gentium Plus"/>
          <w:sz w:val="24"/>
        </w:rPr>
        <w:t>Μακάριοι γὰρ, φησὶν, οἱ πτωχοὶ τῷ πνεύματι) Ἐπ’ εἰ‐ ρήνης ἀναπαύσονται, ἀνελεῖ δὲ λιμῷ τὸ σπέρμα σου. Τῶν ἀλλοφύλων τὸ σπέρμα λιμῷ διαφθαρήσεται καὶ τὸ κατά‐ λειμμα αὐτῶν ἀναιρεθήσεται.</w:t>
      </w:r>
    </w:p>
    <w:p>
      <w:r>
        <w:rPr>
          <w:rFonts w:ascii="Courier New" w:hAnsi="Courier New"/>
          <w:color w:val="555555"/>
          <w:sz w:val="20"/>
        </w:rPr>
        <w:t>[14 . 289]</w:t>
      </w:r>
    </w:p>
    <w:p>
      <w:r>
        <w:rPr>
          <w:rFonts w:ascii="Gentium Plus" w:hAnsi="Gentium Plus"/>
          <w:sz w:val="24"/>
        </w:rPr>
        <w:t>Οἱ ὑπὸ πονηρῶν τρεφόμενοι λόγων (ἐπ’ ὠφελείᾳ τῶν ψυχῶν) λιμῷ παραδίδονται. Ἡ γὰρ ἔνδεια τοῦ πρὸς τὸ κακὸν ἐφοδιάζοντος αὐτοὺς διδασκάλου ἀφορμὴ πρὸς εὐεξίαν τῶν ψυχῶν καὶ σωτηρίαν γίνεται. Οὕτω δὲ ἐκλαβεῖν τὴν ἔν‐</w:t>
      </w:r>
    </w:p>
    <w:p>
      <w:r>
        <w:rPr>
          <w:rFonts w:ascii="Courier New" w:hAnsi="Courier New"/>
          <w:color w:val="555555"/>
          <w:sz w:val="20"/>
        </w:rPr>
        <w:t>[5]</w:t>
      </w:r>
    </w:p>
    <w:p>
      <w:r>
        <w:rPr>
          <w:rFonts w:ascii="Gentium Plus" w:hAnsi="Gentium Plus"/>
          <w:sz w:val="24"/>
        </w:rPr>
        <w:t>νοιαν τοῦ ῥητοῦ δυνατόν· Μὴ εὐφραίνοιτο μηδεὶς ὁ συντρί‐ βων τὸν ἐπικείμενον αὐτῷ ζυγὸν, τὸν ἐπιτεθέντα παρὰ τοῦ παίοντος αὐτόν· πολλάκις γὰρ πρόφασις γίνεταί τινι πρὸς τὸ συντρίβειν τὸν τοῦ Χριστοῦ ζυγὸν (ἤδη κληθέντι ἐπὶ τὴν σωτηρίαν τὴν ἐν Χριστῷ) ἡ ἀπὸ τοῦ λόγου πληγὴ, καὶ</w:t>
      </w:r>
    </w:p>
    <w:p>
      <w:r>
        <w:rPr>
          <w:rFonts w:ascii="Courier New" w:hAnsi="Courier New"/>
          <w:color w:val="555555"/>
          <w:sz w:val="20"/>
        </w:rPr>
        <w:t>[10]</w:t>
      </w:r>
    </w:p>
    <w:p>
      <w:r>
        <w:rPr>
          <w:rFonts w:ascii="Gentium Plus" w:hAnsi="Gentium Plus"/>
          <w:sz w:val="24"/>
        </w:rPr>
        <w:t>ὁ ἀπ’ αὐτοῦ ἔλεγχος, μαστίζων καὶ κολάζων ἐπὶ τοῖς ἡμαρ‐ τημένοις τὴν τοῦ ἐπταικότος συνείδησιν. Μὴ φέρων γάρ τις τὸν ἀπὸ τοῦ ἐλέγχου καὶ τῆς ἐπιπλήξεως πόνον, ἀφηνιαστὴς, τρόπον ἵππου καὶ ἡμιόνου, γενόμενος, καὶ ἐλευθερῶν μὲν ἑαυτὸν ἀπὸ τοῦ Θεοῦ, δουλῶν δὲ τῇ ἁμαρτίᾳ, ἀνάξιός ἐστι</w:t>
      </w:r>
    </w:p>
    <w:p>
      <w:r>
        <w:rPr>
          <w:rFonts w:ascii="Courier New" w:hAnsi="Courier New"/>
          <w:color w:val="555555"/>
          <w:sz w:val="20"/>
        </w:rPr>
        <w:t>[15]</w:t>
      </w:r>
    </w:p>
    <w:p>
      <w:r>
        <w:rPr>
          <w:rFonts w:ascii="Gentium Plus" w:hAnsi="Gentium Plus"/>
          <w:sz w:val="24"/>
        </w:rPr>
        <w:t>τῆς ἐν Θεῷ εὐφροσύνης. Πολλῷ οὖν βέλτιον, ἀνέχεσθαι λόγου παιδευτικοῦ, ἢ δυσ‐ ανασχετοῦντα συντρίβειν τὸν ζυγὸν τοῦ παίοντος αὐτόν. Οἱ μέντοι μὴ συντρίψαντες, ἀλλ’ ὑπομείναντες τὴν παιδευτικὴν</w:t>
      </w:r>
    </w:p>
    <w:p>
      <w:r>
        <w:rPr>
          <w:rFonts w:ascii="Courier New" w:hAnsi="Courier New"/>
          <w:color w:val="555555"/>
          <w:sz w:val="20"/>
        </w:rPr>
        <w:t>[20]</w:t>
      </w:r>
    </w:p>
    <w:p>
      <w:r>
        <w:rPr>
          <w:rFonts w:ascii="Gentium Plus" w:hAnsi="Gentium Plus"/>
          <w:sz w:val="24"/>
        </w:rPr>
        <w:t>χρηματίζοντες, βοσκηθήσονται δι’ αὐτοῦ. Τέλος γὰρ ἀγαθῆς παιδεύσεως νομή ἐστιν ἐπηγγελμένη, περὶ ἧς φησιν ὁ Σωτὴρ, ὅτι Εἰσελεύσεται καὶ ἐξελεύσεται καὶ νομὴν εὑρήσει. Καὶ ὁ Προφήτης δέ φησιν, ὅτι Ἐν νομῇ πίονι βοσκήσω αὐτούς. — Ὥστε οἱ πτωχοὶ ἄνθρωποι ἐπ’ εἰρήνης ἀναπαύσονται, ἐπὰν</w:t>
      </w:r>
    </w:p>
    <w:p>
      <w:r>
        <w:rPr>
          <w:rFonts w:ascii="Courier New" w:hAnsi="Courier New"/>
          <w:color w:val="555555"/>
          <w:sz w:val="20"/>
        </w:rPr>
        <w:t>[25]</w:t>
      </w:r>
    </w:p>
    <w:p>
      <w:r>
        <w:rPr>
          <w:rFonts w:ascii="Gentium Plus" w:hAnsi="Gentium Plus"/>
          <w:sz w:val="24"/>
        </w:rPr>
        <w:t>μὴ ὀλιγωρήσωσι παιδείας Κυρίου, μηδὲ ἐκλύωνται ὑπ’ αὐτοῦ ἐλεγχόμενοι. Τὸ δὲ σπέρμα τῶν ἀλλοφύλων λιμῷ ἀναιρεθή‐ σεται, δίκην τοῦ κατὰ τὸν ζυγὸν συντριμμοῦ ὑπέχον τὴν τῶν τροφῶν ἀπορίαν.</w:t>
      </w:r>
    </w:p>
    <w:p>
      <w:r>
        <w:rPr>
          <w:rFonts w:ascii="Courier New" w:hAnsi="Courier New"/>
          <w:color w:val="555555"/>
          <w:sz w:val="20"/>
        </w:rPr>
        <w:t>[14 . 290]</w:t>
      </w:r>
    </w:p>
    <w:p>
      <w:r>
        <w:rPr>
          <w:rFonts w:ascii="Gentium Plus" w:hAnsi="Gentium Plus"/>
          <w:sz w:val="24"/>
        </w:rPr>
        <w:t>Ὀλολύξατε, πύλαι πόλεων· καὶ κεκραγέτωσαν πό‐ λεις τεταραγμέναι, οἱ ἀλλόφυλοι πάντες· ὅτι ἀπὸ βοῤῥᾶ καπνὸς ἔρχεται, καὶ οὐκ ἔστι τοῦ εἶναι. Καὶ τί ἀποκριθή‐ σονται βασιλεῖς ἐθνῶν; Ὅτι Κύριος ἐθεμελίωσε Σιὼν, καὶ</w:t>
      </w:r>
    </w:p>
    <w:p>
      <w:r>
        <w:rPr>
          <w:rFonts w:ascii="Courier New" w:hAnsi="Courier New"/>
          <w:color w:val="555555"/>
          <w:sz w:val="20"/>
        </w:rPr>
        <w:t>[5]</w:t>
      </w:r>
    </w:p>
    <w:p>
      <w:r>
        <w:rPr>
          <w:rFonts w:ascii="Gentium Plus" w:hAnsi="Gentium Plus"/>
          <w:sz w:val="24"/>
        </w:rPr>
        <w:t>δι’ αὐτοῦ σωθήσονται οἱ ταπεινοὶ τοῦ λαοῦ. Αἱ πύλαι τῶν πόλεων (φησὶν) ὀλολύξατε. Ἔτι πρὸς τοὺς ἀλλοφύλους ἡ ἀπειλή. Καὶ κεκραγέτωσαν πόλεις τεταραγ‐ μέναι. Βοῆς ἐμπλησθήτωσαν (φησὶν) ἀπὸ τῆς ταραχῆς τῆς ἐκ τοῦ φόβου τοῖς οἰκοῦσιν ἐγγινομένης. Πύλαι μὲν ὀλολυζέτω‐</w:t>
      </w:r>
    </w:p>
    <w:p>
      <w:r>
        <w:rPr>
          <w:rFonts w:ascii="Courier New" w:hAnsi="Courier New"/>
          <w:color w:val="555555"/>
          <w:sz w:val="20"/>
        </w:rPr>
        <w:t>[10]</w:t>
      </w:r>
    </w:p>
    <w:p>
      <w:r>
        <w:rPr>
          <w:rFonts w:ascii="Gentium Plus" w:hAnsi="Gentium Plus"/>
          <w:sz w:val="24"/>
        </w:rPr>
        <w:t>σαν, διὰ τὴν προσαγομένην πολιορκίαν. Αἱ πόλεις δὲ κεκραγέ‐ τωσαν, τουτέστιν οἱ ἐν ταῖς πόλεσι κατοικοῦντες. —Μὴ μέντοι μηδὲ οἱ κατὰ τὴν χώραν ἀλλόφυλοι ἡσυχαζέτωσαν. Ὁ γὰρ ἀπὸ βοῤῥᾶ καπνὸς πάντων ὁμοίως ἅψεται πόλεών τε καὶ ἐγχωρίων. Καπνὸς γὰρ ἔρχεται ἀπὸ βοῤῥᾶ. Τὸ ἀδρανὲς τῶν</w:t>
      </w:r>
    </w:p>
    <w:p>
      <w:r>
        <w:rPr>
          <w:rFonts w:ascii="Courier New" w:hAnsi="Courier New"/>
          <w:color w:val="555555"/>
          <w:sz w:val="20"/>
        </w:rPr>
        <w:t>[15]</w:t>
      </w:r>
    </w:p>
    <w:p>
      <w:r>
        <w:rPr>
          <w:rFonts w:ascii="Gentium Plus" w:hAnsi="Gentium Plus"/>
          <w:sz w:val="24"/>
        </w:rPr>
        <w:t>ἀλλοφύλων παρίστησιν, ὅτι καπνοῦ προσβολὴν οὐ φέρουσι· τοσοῦτον ἀπέχουσι τοῦ τὸ πῦρ, τὸ ἀπὸ τῶν ἀλλοφύλων ἐκ‐ καιόμενον, ὑπομεῖναι. Καπνὸς ἀπὸ βοῤῥᾶ ἔρχεται, καὶ οὐκ ἔστι τοῦ εἶναι. Οὐκ ἔστι (φησὶν) ἐν ὑποστάσει ἰδίᾳ, οὐδὲ οὐσιώδης αὐτοῦ</w:t>
      </w:r>
    </w:p>
    <w:p>
      <w:r>
        <w:rPr>
          <w:rFonts w:ascii="Courier New" w:hAnsi="Courier New"/>
          <w:color w:val="555555"/>
          <w:sz w:val="20"/>
        </w:rPr>
        <w:t>[20]</w:t>
      </w:r>
    </w:p>
    <w:p>
      <w:r>
        <w:rPr>
          <w:rFonts w:ascii="Gentium Plus" w:hAnsi="Gentium Plus"/>
          <w:sz w:val="24"/>
        </w:rPr>
        <w:t>καὶ σεσωματωμένη ἡ φύσις ἡ τοῦ καπνοῦ· ἀτμὸς γάρ ἐστι δριμὺς, ὑπὸ τῆς τοῦ πυρὸς ἀναφορᾶς ἐκ τῶν ὑπο‐ τυφομένων ἀναπεμπόμενος. Τῶν ἀλλοφύλων ὑπὸ τοῦ καπνοῦ ταρασσομένων, ἥτις ἐστὶν ἀνυπόστατος φύσις, τί οἱ βα‐ σιλεῖς τῶν ἐθνῶν ἐροῦσιν, ἐν εἰρήνῃ τὸν τόπον Ἰσραὴλ</w:t>
      </w:r>
    </w:p>
    <w:p>
      <w:r>
        <w:rPr>
          <w:rFonts w:ascii="Courier New" w:hAnsi="Courier New"/>
          <w:color w:val="555555"/>
          <w:sz w:val="20"/>
        </w:rPr>
        <w:t>[25]</w:t>
      </w:r>
    </w:p>
    <w:p>
      <w:r>
        <w:rPr>
          <w:rFonts w:ascii="Gentium Plus" w:hAnsi="Gentium Plus"/>
          <w:sz w:val="24"/>
        </w:rPr>
        <w:t>ὁρῶντες; Τί ἄλλο γε, ἢ ὅτι Κύριος ἐθεμελίωσε τὴν Σιών; καὶ δι’ αὐτοῦ σωθήσονται οἱ ταπεινοὶ τοῦ λαοῦ; Αὐτὸς τοὺς ἀσείστους θεμελίους τῆς Σιὼν ἐπήξατο· αὐτὸς γάρ ἐστι τεχνίτης καὶ δημιουργὸς ὁ Θεὸς τῆς ἄνω πόλεως. Σωθή‐ σονται δὲ ἐν αὐτῇ οὐχ οἱ δυνατοὶ χρήμασιν, οὐδὲ οἱ ἰσχυροὶ</w:t>
      </w:r>
    </w:p>
    <w:p>
      <w:r>
        <w:rPr>
          <w:rFonts w:ascii="Courier New" w:hAnsi="Courier New"/>
          <w:color w:val="555555"/>
          <w:sz w:val="20"/>
        </w:rPr>
        <w:t>[30]</w:t>
      </w:r>
    </w:p>
    <w:p>
      <w:r>
        <w:rPr>
          <w:rFonts w:ascii="Gentium Plus" w:hAnsi="Gentium Plus"/>
          <w:sz w:val="24"/>
        </w:rPr>
        <w:t>τῷ σώματι, οὐδὲ οἱ τὰ πολεμικὰ μεμελετηκότες, ἀλλ’ Οἱ ταπεινοὶ τοῦ λαοῦ (φησί)· διότι τὰ ἀσθενῆ τοῦ κόσμου ἐξε‐ λέξατο ὁ Θεὸς, ἵνα ἐν αὐτοῖς τὸ ὑπερβάλλον τῆς δυνάμεως ἑαυτοῦ συστήσῃ.</w:t>
      </w:r>
    </w:p>
    <w:p>
      <w:r>
        <w:rPr>
          <w:rFonts w:ascii="Courier New" w:hAnsi="Courier New"/>
          <w:color w:val="555555"/>
          <w:sz w:val="20"/>
        </w:rPr>
        <w:t>[14 . 291]</w:t>
      </w:r>
    </w:p>
    <w:p>
      <w:r>
        <w:rPr>
          <w:rFonts w:ascii="Gentium Plus" w:hAnsi="Gentium Plus"/>
          <w:sz w:val="24"/>
        </w:rPr>
        <w:t>Πλὴν ἀλλ’ ἵνα μήτε τῆς κατὰ θεωρίαν ἐξετάσεως τοῦ ῥητοῦ πάντη ἀπολιμπανώμεθα, φέρε, εἴ τινα δυνατὸν ἐκ τῆς τῶν ὀνομάτων ἑρμηνείας λαβεῖν ὁδηγίαν εἰς τὴν τῶν λεγομένων περίνοιαν, πειραθῶμεν. Τὸ Φυλιστιαῖον ὄνομα,</w:t>
      </w:r>
    </w:p>
    <w:p>
      <w:r>
        <w:rPr>
          <w:rFonts w:ascii="Courier New" w:hAnsi="Courier New"/>
          <w:color w:val="555555"/>
          <w:sz w:val="20"/>
        </w:rPr>
        <w:t>[5]</w:t>
      </w:r>
    </w:p>
    <w:p>
      <w:r>
        <w:rPr>
          <w:rFonts w:ascii="Gentium Plus" w:hAnsi="Gentium Plus"/>
          <w:sz w:val="24"/>
        </w:rPr>
        <w:t>μεταλαμβανόμενον εὕρομεν εἰς τὴν Ἑλλάδα γλῶσσαν, πί‐ πτοντες ποτήματι. Ὅρα οὖν εἰ δύνασαι τροπολογῶν, τοὺς</w:t>
      </w:r>
    </w:p>
    <w:p>
      <w:r>
        <w:rPr>
          <w:rFonts w:ascii="Courier New" w:hAnsi="Courier New"/>
          <w:color w:val="555555"/>
          <w:sz w:val="20"/>
        </w:rPr>
        <w:t>[10]</w:t>
      </w:r>
    </w:p>
    <w:p>
      <w:r>
        <w:rPr>
          <w:rFonts w:ascii="Gentium Plus" w:hAnsi="Gentium Plus"/>
          <w:sz w:val="24"/>
        </w:rPr>
        <w:t>μάσαι τοὺς πίπτοντας τῷ ποτήματι, τουτέστι, τῇ ἀμετρίᾳ τοῦ πόματος. Πίπτουσι δὲ οὗτοι τῷ ποτήματι, διὰ τὸ μὴ δύνασθαι ἀναβῆναι εἰς τὸ ὕψος τῆς τοῦ Θεοῦ βασιλείας, διαῤ‐ ῥήδην εἰπόντος Παύλου· Μέθυσοι βασιλείαν Θεοῦ οὐ κλη‐ ρονομήσουσι. Πολλὰ γὰρ τὰ πτώματα καὶ διάφοροι αἱ αἰτίαι</w:t>
      </w:r>
    </w:p>
    <w:p>
      <w:r>
        <w:rPr>
          <w:rFonts w:ascii="Courier New" w:hAnsi="Courier New"/>
          <w:color w:val="555555"/>
          <w:sz w:val="20"/>
        </w:rPr>
        <w:t>[15]</w:t>
      </w:r>
    </w:p>
    <w:p>
      <w:r>
        <w:rPr>
          <w:rFonts w:ascii="Gentium Plus" w:hAnsi="Gentium Plus"/>
          <w:sz w:val="24"/>
        </w:rPr>
        <w:t>τοῦ ἀπὸ τοῦ ὕψους ἡμᾶς καταπίπτειν, καὶ μὴ φθάνειν ἐπὶ τὸ βραβεῖον τῆς ἄνω κλήσεως· μία δὲ, καὶ οὐκ ἐλαχίστη, ἡ περὶ τὸ πίνειν ἐπιθυμία τε καὶ σπουδή. Τούτων οὖν τῶν μεθυόντων αἱ πύλαι ὀλολύζειν προσετάχ‐ θησαν· πύλαι δι’ ὧν ὁ ἄκρατος εἰσερχόμενος τῶν κακῶν τὸν</w:t>
      </w:r>
    </w:p>
    <w:p>
      <w:r>
        <w:rPr>
          <w:rFonts w:ascii="Courier New" w:hAnsi="Courier New"/>
          <w:color w:val="555555"/>
          <w:sz w:val="20"/>
        </w:rPr>
        <w:t>[20]</w:t>
      </w:r>
    </w:p>
    <w:p>
      <w:r>
        <w:rPr>
          <w:rFonts w:ascii="Gentium Plus" w:hAnsi="Gentium Plus"/>
          <w:sz w:val="24"/>
        </w:rPr>
        <w:t>ἐσμὸν ἐπισύρεται. Τὰς οὖν ὁδοὺς, δι’ ὧν ἡ ἁμαρτία ἐπιτελεῖ‐ ται, ταύτας τρέπεσθαι εἰς ὀλολυγὴν ὁ λόγος προστάσσει, ὥστε διὰ στόματος στενάζειν τὸν τῷ στόματι ἐπιτελέσαντα τὴν ἁμαρτίαν τῆς μέθης. Πόλεις δὲ τούτων τῶν πυλῶν αὐτὰ τὰ τῆς ψυχῆς ἐστιν αἰσθητήρια, ἐν οἷς συστήματα πονηρῶν δια‐</w:t>
      </w:r>
    </w:p>
    <w:p>
      <w:r>
        <w:rPr>
          <w:rFonts w:ascii="Courier New" w:hAnsi="Courier New"/>
          <w:color w:val="555555"/>
          <w:sz w:val="20"/>
        </w:rPr>
        <w:t>[25]</w:t>
      </w:r>
    </w:p>
    <w:p>
      <w:r>
        <w:rPr>
          <w:rFonts w:ascii="Gentium Plus" w:hAnsi="Gentium Plus"/>
          <w:sz w:val="24"/>
        </w:rPr>
        <w:t>λογισμῶν καὶ πλῆθος ἐπιθυμιῶν καὶ κῶμοι καὶ μέθαι τὰς διατριβὰς ἔχουσιν· αἵτινες, τεταραγμέναι καὶ τεθορυβημέναι ἐκ τῆς ὑπὸ τοῦ οἴνου ἐγγινομένης αὐτοῖς φαντασίας, Τὴν μὲν εἰρήνην οὐκ ἔχουσι, τὴν ὑπερέχουσαν πάντα νοῦν· ἀεὶ δὲ ἐν σάλῳ καὶ κλόνῳ τυγχάνουσι. Διὰ τοῦτο κεκράγασι.</w:t>
      </w:r>
    </w:p>
    <w:p>
      <w:r>
        <w:rPr>
          <w:rFonts w:ascii="Courier New" w:hAnsi="Courier New"/>
          <w:color w:val="555555"/>
          <w:sz w:val="20"/>
        </w:rPr>
        <w:t>[30]</w:t>
      </w:r>
    </w:p>
    <w:p>
      <w:r>
        <w:rPr>
          <w:rFonts w:ascii="Gentium Plus" w:hAnsi="Gentium Plus"/>
          <w:sz w:val="24"/>
        </w:rPr>
        <w:t>Ταύταις νῦν φέρει καπνὸν βορέας, περὶ οὗ εἶπεν ὁ Σολο‐ μὼν, ὅτι Βορέας σκληρὸς ἄνεμος, ὀνόματι δὲ ἐπιδέξιος καλεῖται, τουτέστι τὸ σκληρὸν πνεῦμα. Ὁ τραχηλιάσας ἐνώπιον τοῦ Παντοκράτορος καὶ σκληρύνας ἑαυτοῦ τὴν καρδίαν, οὗτος φέρει αὐτοῖς καπνὸν, δακρύων ὑπόθεσιν· ὃν</w:t>
      </w:r>
    </w:p>
    <w:p>
      <w:r>
        <w:rPr>
          <w:rFonts w:ascii="Courier New" w:hAnsi="Courier New"/>
          <w:color w:val="555555"/>
          <w:sz w:val="20"/>
        </w:rPr>
        <w:t>[35]</w:t>
      </w:r>
    </w:p>
    <w:p>
      <w:r>
        <w:rPr>
          <w:rFonts w:ascii="Gentium Plus" w:hAnsi="Gentium Plus"/>
          <w:sz w:val="24"/>
        </w:rPr>
        <w:t>καὶ ἐπιδέξιόν τινες ὀνομάζουσι. Τίνες δὲ, ἢ οἱ διεφθαρμένον τοῦ νοῦ τὸ κριτήριον ἔχοντες, καὶ ἐνηλλαγμένως τὰς περὶ τῶν πραγμάτων δόξας ἀποφαινόμενοι; οἱ φάσκοντες τὸ πικρὸν γλυκὺ, καὶ τὸ γλυκὺ πικρόν; οἱ τιθέντες τὸ φῶς σκότος, καὶ τὸ σκότος φῶς; Οὗτοι, ἀπατώμενοι ὑπὸ τοῦ</w:t>
      </w:r>
    </w:p>
    <w:p>
      <w:r>
        <w:rPr>
          <w:rFonts w:ascii="Courier New" w:hAnsi="Courier New"/>
          <w:color w:val="555555"/>
          <w:sz w:val="20"/>
        </w:rPr>
        <w:t>[40]</w:t>
      </w:r>
    </w:p>
    <w:p>
      <w:r>
        <w:rPr>
          <w:rFonts w:ascii="Gentium Plus" w:hAnsi="Gentium Plus"/>
          <w:sz w:val="24"/>
        </w:rPr>
        <w:t>μετασχηματιζομένου εἰς ἄγγελον φωτὸς, ἐπιδέξιον αὐτὸν λέγουσι τὸν σκαιὸν καὶ ἀπόπεμπτον. —Ὅτι δὲ ὁ βοῤῥᾶς ἐπὶ τῆς ἀντικειμένης ἐνεργείας τέτακται, δῆλον ἐκ τοῦ Ἀπὸ προσώπου βοῤῥᾶ ἐκκαυθήσεται τὰ κακά· ὃ εἴρηται ἐν τῇ ὁράσει τοῦ λέβητος τοῦ ὑποκαιομένου. Οἱ δὲ τοιοῦτοι ἐξ‐</w:t>
      </w:r>
    </w:p>
    <w:p>
      <w:r>
        <w:rPr>
          <w:rFonts w:ascii="Courier New" w:hAnsi="Courier New"/>
          <w:color w:val="555555"/>
          <w:sz w:val="20"/>
        </w:rPr>
        <w:t>[45]</w:t>
      </w:r>
    </w:p>
    <w:p>
      <w:r>
        <w:rPr>
          <w:rFonts w:ascii="Gentium Plus" w:hAnsi="Gentium Plus"/>
          <w:sz w:val="24"/>
        </w:rPr>
        <w:t>έπεσαν τοῦ εἶναι. Ἐπειδὴ οὐκ ἔστιν ὁ ὄντως Ὢν ἐν αὐτοῖς, διὰ τοῦτο εἴρηται· Καὶ οὐκ ἔστι τοῦ εἶναι.</w:t>
      </w:r>
    </w:p>
    <w:p>
      <w:r>
        <w:rPr>
          <w:rFonts w:ascii="Courier New" w:hAnsi="Courier New"/>
          <w:color w:val="555555"/>
          <w:sz w:val="20"/>
        </w:rPr>
        <w:t>[14 . 292]</w:t>
      </w:r>
    </w:p>
    <w:p>
      <w:r>
        <w:rPr>
          <w:rFonts w:ascii="Gentium Plus" w:hAnsi="Gentium Plus"/>
          <w:sz w:val="24"/>
        </w:rPr>
        <w:t>Καὶ τί ἀποκριθήσονται βασιλεῖς ἐθνῶν; Ὅτι Κύ‐ ριος ἐθεμελίωσε Σιὼν, καὶ δι’ αὐτοῦ σωθήσονται οἱ ταπει‐ νοὶ τοῦ λαοῦ. Ἐπεὶ οὖν οὐδείς ἐστι τῶν ἀλλοφύλων παρ’ οἷς τὸ εἶναι,</w:t>
      </w:r>
    </w:p>
    <w:p>
      <w:r>
        <w:rPr>
          <w:rFonts w:ascii="Courier New" w:hAnsi="Courier New"/>
          <w:color w:val="555555"/>
          <w:sz w:val="20"/>
        </w:rPr>
        <w:t>[5]</w:t>
      </w:r>
    </w:p>
    <w:p>
      <w:r>
        <w:rPr>
          <w:rFonts w:ascii="Gentium Plus" w:hAnsi="Gentium Plus"/>
          <w:sz w:val="24"/>
        </w:rPr>
        <w:t>ἀλλὰ γεγόνασιν ὡς μὴ ὄντες, διὰ τὴν ἑαυτῶν κακίαν (Ἐκλείποισαν γὰρ (φησὶν) ἁμαρτωλοὶ ἀπὸ τῆς γῆς καὶ ἄνομοι, ὥστε μὴ ὑπάρχειν αὐτούς· οὐχ ὡς εἰς ἀφανισ‐ μὸν χωρῆσαι, ἀλλ’ ὡς τῆς ἐπισκοπῆς τοῦ Θεοῦ χωρι‐ σθῆναι, ὅστις ἐστὶν ὁ ἀληθινῶς ὤν) τί ἐροῦσιν οἱ βασιλεῖς</w:t>
      </w:r>
    </w:p>
    <w:p>
      <w:r>
        <w:rPr>
          <w:rFonts w:ascii="Courier New" w:hAnsi="Courier New"/>
          <w:color w:val="555555"/>
          <w:sz w:val="20"/>
        </w:rPr>
        <w:t>[10]</w:t>
      </w:r>
    </w:p>
    <w:p>
      <w:r>
        <w:rPr>
          <w:rFonts w:ascii="Gentium Plus" w:hAnsi="Gentium Plus"/>
          <w:sz w:val="24"/>
        </w:rPr>
        <w:t>αὐτῶν, τοσαύτην διαφορὰν βλέποντες τῶν τε ἐθνῶν καὶ τῆς Σιών; Ἢ δηλονότι εἰς συναίσθησιν ἥξουσιν, ὅτι οἱ μὲν κατὰ τὰ ἔθνη περιπατοῦντες, ἐν σάλῳ εἰσὶ διὰ τὴν ἑαυτῶν</w:t>
      </w:r>
    </w:p>
    <w:p>
      <w:r>
        <w:rPr>
          <w:rFonts w:ascii="Courier New" w:hAnsi="Courier New"/>
          <w:color w:val="555555"/>
          <w:sz w:val="20"/>
        </w:rPr>
        <w:t>[15]</w:t>
      </w:r>
    </w:p>
    <w:p>
      <w:r>
        <w:rPr>
          <w:rFonts w:ascii="Gentium Plus" w:hAnsi="Gentium Plus"/>
          <w:sz w:val="24"/>
        </w:rPr>
        <w:t>σης φύσεως. Οἷον γὰρ ἀπό τινος ἀκρωρείας τῆς τοῦ νοῦ ὑψηλότητος θεωρεῖται μὲν ὁ κόσμος, καὶ ἡ περὶ τὸν αὐτὸν εὐταξία, καὶ διὰ τούτων ὁ Θεός. Θεωρεῖται δὲ τὰ τοῦ βίου πράγματα καὶ ἡ ἐν τούτοις εὐτέλεια. —Ὡς οὖν ὁ νοῦς, ὁ βε‐ βαπτισμένος τῷ οἴνῳ καὶ τοῖς λοιποῖς πάθεσι, πίπτει ὑπὸ</w:t>
      </w:r>
    </w:p>
    <w:p>
      <w:r>
        <w:rPr>
          <w:rFonts w:ascii="Courier New" w:hAnsi="Courier New"/>
          <w:color w:val="555555"/>
          <w:sz w:val="20"/>
        </w:rPr>
        <w:t>[20]</w:t>
      </w:r>
    </w:p>
    <w:p>
      <w:r>
        <w:rPr>
          <w:rFonts w:ascii="Gentium Plus" w:hAnsi="Gentium Plus"/>
          <w:sz w:val="24"/>
        </w:rPr>
        <w:t>τῆς μέθης, οὕτως ὁ καθαρὸς ἔχει θεμελιωτὴν ἑαυτοῦ τὸν Θεόν. —Καὶ δι’ αὐτοῦ οἱ ταπεινοὶ τοῦ λαοῦ σωθήσονται· Μακάριοι γὰρ οἱ πτωχοί, καὶ οὐαὶ τοῖς πλουτοῦσιν, ὅτι</w:t>
      </w:r>
    </w:p>
    <w:p>
      <w:r>
        <w:rPr>
          <w:rFonts w:ascii="Courier New" w:hAnsi="Courier New"/>
          <w:color w:val="555555"/>
          <w:sz w:val="20"/>
        </w:rPr>
        <w:t>[15 t]</w:t>
      </w:r>
    </w:p>
    <w:p>
      <w:pPr>
        <w:jc w:val="center"/>
      </w:pPr>
      <w:r>
        <w:rPr>
          <w:rFonts w:ascii="Gentium Plus" w:hAnsi="Gentium Plus"/>
          <w:b/>
          <w:sz w:val="24"/>
        </w:rPr>
        <w:t>ΚΕΦΑΛΑΙΟΝ ιεʹ</w:t>
      </w:r>
    </w:p>
    <w:p>
      <w:r>
        <w:rPr>
          <w:rFonts w:ascii="Courier New" w:hAnsi="Courier New"/>
          <w:color w:val="555555"/>
          <w:sz w:val="20"/>
        </w:rPr>
        <w:t>[15 . 293]</w:t>
      </w:r>
    </w:p>
    <w:p>
      <w:r>
        <w:rPr>
          <w:rFonts w:ascii="Gentium Plus" w:hAnsi="Gentium Plus"/>
          <w:sz w:val="24"/>
        </w:rPr>
        <w:t>Τὸ ῥῆμα τῆς Μωαβίτιδος. Συνάγαγε τὰ περὶ τοῦ Μωὰβ, ἵνα δυνηθῇς πάσης τῆς κατ’ αὐτὸν προφητείας τὸν νοῦν ἐκλαβεῖν. Ἀπὸ μὲν τῆς Γενέσεως, τὰ περὶ Λὼτ, ἐκ τῆς θυγατρὸς τῆς πρεσβυτέρας</w:t>
      </w:r>
    </w:p>
    <w:p>
      <w:r>
        <w:rPr>
          <w:rFonts w:ascii="Courier New" w:hAnsi="Courier New"/>
          <w:color w:val="555555"/>
          <w:sz w:val="20"/>
        </w:rPr>
        <w:t>[5]</w:t>
      </w:r>
    </w:p>
    <w:p>
      <w:r>
        <w:rPr>
          <w:rFonts w:ascii="Gentium Plus" w:hAnsi="Gentium Plus"/>
          <w:sz w:val="24"/>
        </w:rPr>
        <w:t>γεννῶντος τὸν Μωὰβ, πατέρα Μωαβιτῶν· ἀπὸ δὲ τῶν Ἀριθμῶν, τὰ μετὰ τὸν χαλκοῦν ὄφιν· Ἀπῆραν γὰρ οἱ υἱοὶ Ἰσραὴλ, καὶ παρενέβαλον ἐν Ὠβώθ· καὶ ἐξάραντες ἐξ Ὠβὼθ, παρενέβαλον ἐν τῇ ἐρήμῳ, ἥ ἐστι κατὰ πρόσωπον Μωάβ. Ἔτι καὶ τὰ περὶ τοῦ Βαλὰκ, ὃς ἦν υἱὸς Σεπφὼρ,</w:t>
      </w:r>
    </w:p>
    <w:p>
      <w:r>
        <w:rPr>
          <w:rFonts w:ascii="Courier New" w:hAnsi="Courier New"/>
          <w:color w:val="555555"/>
          <w:sz w:val="20"/>
        </w:rPr>
        <w:t>[10]</w:t>
      </w:r>
    </w:p>
    <w:p>
      <w:r>
        <w:rPr>
          <w:rFonts w:ascii="Gentium Plus" w:hAnsi="Gentium Plus"/>
          <w:sz w:val="24"/>
        </w:rPr>
        <w:t>βασιλεὺς Μωάβ. —Βουλόμενος διὰ τῆς κατάρας ἐξολο‐ θρεῦσαι τὸν Ἰσραὴλ, ἐξαπέστειλε πρὸς Βαλαὰμ, υἱὸν Βεὼρ Παθουρᾶ, τὸν οἰωνοσκόπον, τῆς πορνείας καὶ εἰδωλολα‐ τρείας σύμβουλον, δι’ ὃν Ἐβεβηλώθη (φησὶν) ὁ λαὸς εἰς τὰς θυγατέρας Μωὰβ, καὶ ἐκάλεσαν αὐτοὺς ἐπὶ θυσίαις τῶν</w:t>
      </w:r>
    </w:p>
    <w:p>
      <w:r>
        <w:rPr>
          <w:rFonts w:ascii="Courier New" w:hAnsi="Courier New"/>
          <w:color w:val="555555"/>
          <w:sz w:val="20"/>
        </w:rPr>
        <w:t>[15]</w:t>
      </w:r>
    </w:p>
    <w:p>
      <w:r>
        <w:rPr>
          <w:rFonts w:ascii="Gentium Plus" w:hAnsi="Gentium Plus"/>
          <w:sz w:val="24"/>
        </w:rPr>
        <w:t>εἰδώλων αὐτῶν. Ἐξέτασον καὶ τὰ περὶ τῆς Ῥοὺθ, τῆς ἐκ τοῦ Μωαβιτικοῦ σπέρματος προστιθεμένης τῷ Ἰσραὴλ, καὶ ἐπὶ τοσοῦτον ἐξευγενιζομένης, ὡς οὐ μόνον τὸν Δαβὶδ, ἀλλὰ καὶ τὸν Κύριον ἡμῶν ἀπ’ αὐτῆς ἀνατεῖλαι. Καὶ πειράθητι παντα‐</w:t>
      </w:r>
    </w:p>
    <w:p>
      <w:r>
        <w:rPr>
          <w:rFonts w:ascii="Courier New" w:hAnsi="Courier New"/>
          <w:color w:val="555555"/>
          <w:sz w:val="20"/>
        </w:rPr>
        <w:t>[20]</w:t>
      </w:r>
    </w:p>
    <w:p>
      <w:r>
        <w:rPr>
          <w:rFonts w:ascii="Gentium Plus" w:hAnsi="Gentium Plus"/>
          <w:sz w:val="24"/>
        </w:rPr>
        <w:t>χόθεν εὑρεῖν τὸ ῥῆμα τῆς Μωαβίτιδος, ἐν ᾧ τὰ μὲν ἀπει‐ λητικῶς, τὰ δὲ κατ’ ἐπαγγελίαν ἐσχημάτισεν ὁ λόγος. — Μετ’ ἐπικαλύψεως δὲ εἴρηται πάντα, ἵνα τὸ κάλυμμα τὸ ἐπὶ τῇ ἀναγνώσει τῆς παλαιᾶς Διαθήκης κείμενον, ἐὰν λυπηθῶ‐ μεν ἀληθινῶς ἐπιστρεφόμενοι πρὸς Κύριον, περιαιρεθῇ ἡμῶν.</w:t>
      </w:r>
    </w:p>
    <w:p>
      <w:r>
        <w:rPr>
          <w:rFonts w:ascii="Courier New" w:hAnsi="Courier New"/>
          <w:color w:val="555555"/>
          <w:sz w:val="20"/>
        </w:rPr>
        <w:t>[15 . 294]</w:t>
      </w:r>
    </w:p>
    <w:p>
      <w:r>
        <w:rPr>
          <w:rFonts w:ascii="Gentium Plus" w:hAnsi="Gentium Plus"/>
          <w:sz w:val="24"/>
        </w:rPr>
        <w:t>Νυκτὸς ἀπολεῖται ἡ Μωαβῖτις· νυκτὸς γὰρ ἀπο‐ λεῖται τὸ τεῖχος τῆς Μωαβίτιδος. Πικροτέρα ἡ κόλασις ἡ ἐν νυκτὶ προσαγομένη. Ὁ μὲν γὰρ ἐν ἡμέρᾳ πάσχων τι τῶν περιστατικῶν, αὐτὸ τὸ φῶς ἔχει πα‐</w:t>
      </w:r>
    </w:p>
    <w:p>
      <w:r>
        <w:rPr>
          <w:rFonts w:ascii="Courier New" w:hAnsi="Courier New"/>
          <w:color w:val="555555"/>
          <w:sz w:val="20"/>
        </w:rPr>
        <w:t>[5]</w:t>
      </w:r>
    </w:p>
    <w:p>
      <w:r>
        <w:rPr>
          <w:rFonts w:ascii="Gentium Plus" w:hAnsi="Gentium Plus"/>
          <w:sz w:val="24"/>
        </w:rPr>
        <w:t>ραμυθίαν τῶν γινομένων· ἡ δὲ νὺξ καὶ καθ’ ἑαυτὴν σκυθρω‐ πόν τι πρᾶγμα· ἐὰν δὲ καὶ πάθη προσλάβῃ καὶ συμφορὰς, πολλὴν ποιεῖ τῶν ἀλγεινῶν τὴν ἐπίδοσιν. Νόησον οὖν μοι νυκτερινὴν ἔφοδον πολεμίων, ἀπροσδόκητον καταδρομὴν, γυναικῶν καὶ παίδων ἐξανδραποδισμὸν, χρημάτων διαρπα‐</w:t>
      </w:r>
    </w:p>
    <w:p>
      <w:r>
        <w:rPr>
          <w:rFonts w:ascii="Courier New" w:hAnsi="Courier New"/>
          <w:color w:val="555555"/>
          <w:sz w:val="20"/>
        </w:rPr>
        <w:t>[10]</w:t>
      </w:r>
    </w:p>
    <w:p>
      <w:r>
        <w:rPr>
          <w:rFonts w:ascii="Gentium Plus" w:hAnsi="Gentium Plus"/>
          <w:sz w:val="24"/>
        </w:rPr>
        <w:t>γὴν, φόνον τῶν εἰς χεῖρας ἀφικνουμένων, τείχους κατα‐ στροφὴν, ἐμπρησμὸν πόλεως. Νυκτὸς οὖν ἀπολεῖται τὸ τεῖχος τῆς Μωαβίτιδος. —Τῆς γὰρ τῶν τειχῶν περιβολῆς ἐρη‐ μωθέντες, ἀναγκαίως καὶ οἱ τὴν ἀπ’ αὐτῶν ἀσφάλειαν προ‐</w:t>
      </w:r>
    </w:p>
    <w:p>
      <w:r>
        <w:rPr>
          <w:rFonts w:ascii="Courier New" w:hAnsi="Courier New"/>
          <w:color w:val="555555"/>
          <w:sz w:val="20"/>
        </w:rPr>
        <w:t>[15]</w:t>
      </w:r>
    </w:p>
    <w:p>
      <w:r>
        <w:rPr>
          <w:rFonts w:ascii="Gentium Plus" w:hAnsi="Gentium Plus"/>
          <w:sz w:val="24"/>
        </w:rPr>
        <w:t>Ἀπολεῖται γὰρ καὶ Δεηβὼν, οὗ ὁ βωμὸς ὑμῶν· ἐκεῖ ἀνα‐ βήσεσθε κλαίειν. Λυπεῖσθε ἐφ’ ἑαυτοῖς. Μακάριος μὲν ὅστις καθαρὰν ἔχων τὴν ψυχὴν ἑαυτοῦ, μὴ ἔχει οἰκείαν ὑπόθεσιν λύπης· διὰ δὲ τὸ τὴν ἀγάπην μὴ ζητεῖν τὸ ἑαυτῆς, πάσχοντος μέλους, συμπάσχων καὶ αὐτὸς</w:t>
      </w:r>
    </w:p>
    <w:p>
      <w:r>
        <w:rPr>
          <w:rFonts w:ascii="Courier New" w:hAnsi="Courier New"/>
          <w:color w:val="555555"/>
          <w:sz w:val="20"/>
        </w:rPr>
        <w:t>[20]</w:t>
      </w:r>
    </w:p>
    <w:p>
      <w:r>
        <w:rPr>
          <w:rFonts w:ascii="Gentium Plus" w:hAnsi="Gentium Plus"/>
          <w:sz w:val="24"/>
        </w:rPr>
        <w:t>καὶ συλλυπούμενος καὶ κλαίων μετὰ κλαιόντων, κατὰ τὸν Ἀπόστολον, τὸν πενθοῦντα πολλοὺς τῶν προημαρτηκότων καὶ μὴ μετανοησάντων. Ὃς πάλιν λέγει· Ὅτι λύπη μοί ἐστι μεγάλη καὶ ἀδιάλειπτος ὀδύνη τῇ καρδίᾳ μου ὑπὲρ τῶν ἀδελφῶν μου, τῶν συγγενῶν μου κατὰ σάρκα. Εἰ δέ</w:t>
      </w:r>
    </w:p>
    <w:p>
      <w:r>
        <w:rPr>
          <w:rFonts w:ascii="Courier New" w:hAnsi="Courier New"/>
          <w:color w:val="555555"/>
          <w:sz w:val="20"/>
        </w:rPr>
        <w:t>[25]</w:t>
      </w:r>
    </w:p>
    <w:p>
      <w:r>
        <w:rPr>
          <w:rFonts w:ascii="Gentium Plus" w:hAnsi="Gentium Plus"/>
          <w:sz w:val="24"/>
        </w:rPr>
        <w:t>τις μὴ τοιοῦτός ἐστιν, ἀλλὰ ταῖς ἰδίαις ἁμαρτίαις ἐγκαλιν‐ δεῖται, οὗτος ἐφ’ ἑαυτῷ λυπείσθω, νικωμένῳ ὑπὸ τοῦ ἐχθροῦ, πρὸς ὅν ἐστιν ἡ πάλη. Ἡ τούτου λύπη εὐφραίνει τὸν τοῖς διδασκαλικοῖς λόγοις ἐνάγοντα αὐτὸν εἰς συναίσθησιν. Ὡς γὰρ τὰ καίοντα καὶ κολάζοντα φάρμακα ἀνακαθαίρει</w:t>
      </w:r>
    </w:p>
    <w:p>
      <w:r>
        <w:rPr>
          <w:rFonts w:ascii="Courier New" w:hAnsi="Courier New"/>
          <w:color w:val="555555"/>
          <w:sz w:val="20"/>
        </w:rPr>
        <w:t>[30]</w:t>
      </w:r>
    </w:p>
    <w:p>
      <w:r>
        <w:rPr>
          <w:rFonts w:ascii="Gentium Plus" w:hAnsi="Gentium Plus"/>
          <w:sz w:val="24"/>
        </w:rPr>
        <w:t>τὰ ἕλκη καὶ τὴν ἀπὸ τῶν πύων δυσωδίαν καὶ τὰ διεφθαρμένα τραύματα καὶ σώματα ἐπιτηδειότερα ποιεῖ πρὸς τὴν κατὰ τόπον συνούλωσιν, τοιοῦτον ἔχειν μοι δοκεῖ νοῦν τὸ Λυ‐ πεῖσθε ἐφ’ ἑαυτοῖς, λεγόμενον πρὸς τοὺς μέγα φρονοῦντας ἐπί τινι σοφίᾳ, ὁποῖοί εἰσιν οἱ τῶν αἱρέσεων προεστῶτες,</w:t>
      </w:r>
    </w:p>
    <w:p>
      <w:r>
        <w:rPr>
          <w:rFonts w:ascii="Courier New" w:hAnsi="Courier New"/>
          <w:color w:val="555555"/>
          <w:sz w:val="20"/>
        </w:rPr>
        <w:t>[35]</w:t>
      </w:r>
    </w:p>
    <w:p>
      <w:r>
        <w:rPr>
          <w:rFonts w:ascii="Gentium Plus" w:hAnsi="Gentium Plus"/>
          <w:sz w:val="24"/>
        </w:rPr>
        <w:t>οἱ νυκτὸς ἀπολλύμενοι, διότι Πᾶς ὁ τὰ φαῦλα πράσσων, μισεῖ τὸ φῶς καὶ οὐκ ἔρχεται πρὸς τὸ φῶς. Καὶ ἐπειδὴ ἐν νυκτὶ ὄντες, νυκτὸς ἀπολοῦνται, νυκτὸς αὐτῶν καὶ τὸ τεῖχος πίπτει· τουτέστι τὰ σοφιστικὰ ὀχυρώματα, οἷς ὑποκαθή‐ μενοι ἐδόκουν ἱκανὴν ἀπ’ αὐτῶν ἀσφάλειαν προβεβλῆσθαι.</w:t>
      </w:r>
    </w:p>
    <w:p>
      <w:r>
        <w:rPr>
          <w:rFonts w:ascii="Courier New" w:hAnsi="Courier New"/>
          <w:color w:val="555555"/>
          <w:sz w:val="20"/>
        </w:rPr>
        <w:t>[40]</w:t>
      </w:r>
    </w:p>
    <w:p>
      <w:r>
        <w:rPr>
          <w:rFonts w:ascii="Gentium Plus" w:hAnsi="Gentium Plus"/>
          <w:sz w:val="24"/>
        </w:rPr>
        <w:t>Ἡ γὰρ διαλεκτικὴ τὰς αἱρέσεις τῆς ψευδωνύμου γνώσεως, ὥσπερ τεῖχος, συντηρεῖ· ἧς διαπεσούσης, ὀλολύζειν ἀνάγκη τοὺς ἑαλωκότας. —Λυπεῖσθε οὖν ἐφ’ ἑαυτοῖς, ἐπείπερ ἀπώ‐ λοντο.</w:t>
      </w:r>
    </w:p>
    <w:p>
      <w:r>
        <w:rPr>
          <w:rFonts w:ascii="Courier New" w:hAnsi="Courier New"/>
          <w:color w:val="555555"/>
          <w:sz w:val="20"/>
        </w:rPr>
        <w:t>[15 . 295]</w:t>
      </w:r>
    </w:p>
    <w:p>
      <w:r>
        <w:rPr>
          <w:rFonts w:ascii="Gentium Plus" w:hAnsi="Gentium Plus"/>
          <w:sz w:val="24"/>
        </w:rPr>
        <w:t>Ἀπωλείας δὲ ἄξιον καὶ τὸ Δεηβὼν, ἔνθα ὁ ναὸς ὑμῶν ᾠκοδόμητο. Νοοῦμεν τὴν Δεηβὼν, τῇ ἑρμηνείᾳ προσ‐ έχοντες. Ἑρμηνεύεται δὲ ἡ Δεηβὼν, ῥύσις αὐτῶν. Ὥσπερ οὖν ὁ τῆς ἀληθείας λόγος πάγιός ἐστι καὶ ἑδραῖος, τεθε‐</w:t>
      </w:r>
    </w:p>
    <w:p>
      <w:r>
        <w:rPr>
          <w:rFonts w:ascii="Courier New" w:hAnsi="Courier New"/>
          <w:color w:val="555555"/>
          <w:sz w:val="20"/>
        </w:rPr>
        <w:t>[5]</w:t>
      </w:r>
    </w:p>
    <w:p>
      <w:r>
        <w:rPr>
          <w:rFonts w:ascii="Gentium Plus" w:hAnsi="Gentium Plus"/>
          <w:sz w:val="24"/>
        </w:rPr>
        <w:t>μελιωμένος καὶ μὴ μετακινούμενος, καὶ ὁ τῇ πίστει ἐῤῥι‐ ζωμένος παραβάλλεται ἀνθρώπῳ, θεμελιοῦντι ἐπὶ τὴν πέ‐ τραν. Καὶ τὸ μάννα δὲ λέγεται εἶναι ὡσεὶ πάγος τῆς γῆς, τοῦ θείου λόγου τὸ συνεστὸς καὶ εὔτονον διὰ τῆς πήξεως παραδηλοῦντος. —Οὕτω τὰ ἐναντία δόγματα καὶ αἱ συν‐</w:t>
      </w:r>
    </w:p>
    <w:p>
      <w:r>
        <w:rPr>
          <w:rFonts w:ascii="Courier New" w:hAnsi="Courier New"/>
          <w:color w:val="555555"/>
          <w:sz w:val="20"/>
        </w:rPr>
        <w:t>[10]</w:t>
      </w:r>
    </w:p>
    <w:p>
      <w:r>
        <w:rPr>
          <w:rFonts w:ascii="Gentium Plus" w:hAnsi="Gentium Plus"/>
          <w:sz w:val="24"/>
        </w:rPr>
        <w:t>ήγοροι αὐτῶν πιθανότητες, ῥευστὰ καὶ ἀβέβαιά ἐστιν, ἑστά‐ ναι μὴ δυνάμενα· καὶ ὁ πατὴρ τοῦ ψεύδους ἐν τῇ ἀληθείᾳ οὐχ ἕστηκε. Τὸ οὖν ἄστατον τοῦ ψεύδους, ῥύσις ὠνομάσθη. Λυπείσθωσαν οὖν οἱ τὰ τοιαῦτα οἰκοδομοῦντες, οἱ τοὺς περὶ Θεοῦ λόγους ἀστάτους ἔχοντες καὶ ἀστηρίκτους.</w:t>
      </w:r>
    </w:p>
    <w:p>
      <w:r>
        <w:rPr>
          <w:rFonts w:ascii="Courier New" w:hAnsi="Courier New"/>
          <w:color w:val="555555"/>
          <w:sz w:val="20"/>
        </w:rPr>
        <w:t>[15]</w:t>
      </w:r>
    </w:p>
    <w:p>
      <w:r>
        <w:rPr>
          <w:rFonts w:ascii="Gentium Plus" w:hAnsi="Gentium Plus"/>
          <w:sz w:val="24"/>
        </w:rPr>
        <w:t>Τοῦτο γάρ ἐστι τὸ θυσιαστήριον, ὃ καταδεδίκασται εἰς ἀπώλειαν τοῦ Δεηβὼν, οὗ ὁ βωμὸς ᾠκοδόμητο. Ἀναβᾶτε οὖν κλαίοντες· οὐχὶ θύοντες, ἀλλὰ μεταμελόμενοι ἐφ’ οἷς ποτε κακῶς προσηύξασθε, ὅτι ἐγένετο ὑμῖν ἡ προσευχῆ εἰς ἁμαρ‐</w:t>
      </w:r>
    </w:p>
    <w:p>
      <w:r>
        <w:rPr>
          <w:rFonts w:ascii="Courier New" w:hAnsi="Courier New"/>
          <w:color w:val="555555"/>
          <w:sz w:val="20"/>
        </w:rPr>
        <w:t>[20]</w:t>
      </w:r>
    </w:p>
    <w:p>
      <w:r>
        <w:rPr>
          <w:rFonts w:ascii="Gentium Plus" w:hAnsi="Gentium Plus"/>
          <w:sz w:val="24"/>
        </w:rPr>
        <w:t>προσκυνῶν μὲν Υἱὸν, μηδὲ διὰ τοῦ Υἱοῦ τὸν Πατέρα, ἴδια δὲ πηγνὺς δόγματα καὶ ἐπ’ ἀλλοτρίων θυσιαστηρίων προσφέρων ἑαυτοῦ τὴν θυσίαν τῆς αἰνέσεως, ὁ τοιοῦτος κλαιέτω, τῆς κατὰ Θεὸν λύπης, σωτηρίαν αὐτῷ ἀμεταμέλητον προξενούσης. — Οὐ μόνον δὲ τοῖς ἀπὸ αἱρετικῶν δογμάτων τὴν περὶ Θεοῦ</w:t>
      </w:r>
    </w:p>
    <w:p>
      <w:r>
        <w:rPr>
          <w:rFonts w:ascii="Courier New" w:hAnsi="Courier New"/>
          <w:color w:val="555555"/>
          <w:sz w:val="20"/>
        </w:rPr>
        <w:t>[25]</w:t>
      </w:r>
    </w:p>
    <w:p>
      <w:r>
        <w:rPr>
          <w:rFonts w:ascii="Gentium Plus" w:hAnsi="Gentium Plus"/>
          <w:sz w:val="24"/>
        </w:rPr>
        <w:t>δόξαν συνειληχόσι ταῦτα εἴρηται, ἀλλὰ καὶ ὅσοι τὰ ῥευστὰ πράγματα ἀποδεχόμενοι, ἐπὶ τούτοις ἔχουσι τὴν ἐλπίδα, πα‐ ρακούοντες μὲν τοῦ λέγοντος· Πλοῦτος ἐὰν ῥέῃ, μὴ προσ‐ τίθεσθε καρδίαν· ἐπτοημένοι δὲ περὶ τὴν δόξαν τῆς σαρκὸς, ἥτις ἐστὶ χόρτος, καὶ ἡ δόξα αὐτῶν ὡς ἄνθος χόρτου.</w:t>
      </w:r>
    </w:p>
    <w:p>
      <w:r>
        <w:rPr>
          <w:rFonts w:ascii="Courier New" w:hAnsi="Courier New"/>
          <w:color w:val="555555"/>
          <w:sz w:val="20"/>
        </w:rPr>
        <w:t>[30]</w:t>
      </w:r>
    </w:p>
    <w:p>
      <w:r>
        <w:rPr>
          <w:rFonts w:ascii="Gentium Plus" w:hAnsi="Gentium Plus"/>
          <w:sz w:val="24"/>
        </w:rPr>
        <w:t>Τοιοῦτον δέ ἐστι καὶ τὸ ἐν σαρκὶ καὶ αἵματι κάλλος, ἐφ’ ᾧ μέγα φρονεῖ ἡ κακόφρων γυνὴ, παραβαλλομένη ἐνωτίῳ ἐν ῥινὶ ὑός. —Καὶ ὅλως πᾶσι τοῖς ἐσφαλμένοις ἐφαρμόσει τὸ Δεηβὼν ὄνομα, ὡς τοὺς ἐσφαλμένους ἢ βίῳ ἢ λόγῳ εἴποι τις ἂν εὐστόχως ἐπὶ τοῦ Δεηβὼν ἔχειν τὸ θυσιαστήριον.</w:t>
      </w:r>
    </w:p>
    <w:p>
      <w:r>
        <w:rPr>
          <w:rFonts w:ascii="Courier New" w:hAnsi="Courier New"/>
          <w:color w:val="555555"/>
          <w:sz w:val="20"/>
        </w:rPr>
        <w:t>[35]</w:t>
      </w:r>
    </w:p>
    <w:p>
      <w:r>
        <w:rPr>
          <w:rFonts w:ascii="Gentium Plus" w:hAnsi="Gentium Plus"/>
          <w:sz w:val="24"/>
        </w:rPr>
        <w:t>—Κλαίοντες οὖν ἀναβαινέτωσαν οἱ ἐπ’ αὐτῷ ποτε μέγα φρονοῦντες.</w:t>
      </w:r>
    </w:p>
    <w:p>
      <w:r>
        <w:rPr>
          <w:rFonts w:ascii="Courier New" w:hAnsi="Courier New"/>
          <w:color w:val="555555"/>
          <w:sz w:val="20"/>
        </w:rPr>
        <w:t>[15 . 296]</w:t>
      </w:r>
    </w:p>
    <w:p>
      <w:r>
        <w:rPr>
          <w:rFonts w:ascii="Gentium Plus" w:hAnsi="Gentium Plus"/>
          <w:sz w:val="24"/>
        </w:rPr>
        <w:t>Ἐπὶ Ναβαῦ τῆς Μωαβίτιδος ὀλολύζετε. Ἐπὶ πάσης κεφαλῆς φαλάκρωμα, πάντες βραχίονες κατατετμημένοι. Ἐν ταῖς πλατείαις αὐτῆς περιζώσασθε σάκκους καὶ κό‐</w:t>
      </w:r>
    </w:p>
    <w:p>
      <w:r>
        <w:rPr>
          <w:rFonts w:ascii="Courier New" w:hAnsi="Courier New"/>
          <w:color w:val="555555"/>
          <w:sz w:val="20"/>
        </w:rPr>
        <w:t>[5]</w:t>
      </w:r>
    </w:p>
    <w:p>
      <w:r>
        <w:rPr>
          <w:rFonts w:ascii="Gentium Plus" w:hAnsi="Gentium Plus"/>
          <w:sz w:val="24"/>
        </w:rPr>
        <w:t>πάντες ὀλολύζετε μετὰ κλαυθμοῦ. Ὅτι κέκραγεν Ἐσεβὼν, καὶ Ἐλεαλή, ἕως Ἰασσὰ ἠκούσθη ἡ φωνὴ αὐτῆς. Διὰ τοῦ‐ το ἡ ὀσφὺς τῆς Μωαβίτιδος βοᾷ, ἡ ψυχὴ αὐτῆς γνώσεται· ἡ καρδία τῆς Μωαβίτιδος βοᾷ ἐν ἑαυτῇ, ἕως Σηγώρ. Δά‐ μαλις γὰρ τριετής ἐστιν ἐπὶ τῆς ἀναβάσεως τῆς Λουίθ.</w:t>
      </w:r>
    </w:p>
    <w:p>
      <w:r>
        <w:rPr>
          <w:rFonts w:ascii="Courier New" w:hAnsi="Courier New"/>
          <w:color w:val="555555"/>
          <w:sz w:val="20"/>
        </w:rPr>
        <w:t>[10]</w:t>
      </w:r>
    </w:p>
    <w:p>
      <w:r>
        <w:rPr>
          <w:rFonts w:ascii="Gentium Plus" w:hAnsi="Gentium Plus"/>
          <w:sz w:val="24"/>
        </w:rPr>
        <w:t>Πρὸς σὲ κλαίοντες ἀναβήσονται τῇ ὁδῷ Ἀρουνιείμ· βοᾷ σύντριμμα καὶ συσσεισμός. —Τὸ ὕδωρ τῆς Νεβρὶμ ἔρημον ἔσται, χόρτος γὰρ χλωρὸς οὐκ ἔσται. —Μὴ καὶ οὕτω μέλλει σωθῆναι; Ἐπάξω γὰρ ἐπὶ τὴν φάραγγα Ἄραβας καὶ καταλή‐ ψονται αὐτήν. Συνῆψε γὰρ ἡ βοὴ τὸ ὅριον τῆς Μωαβίτιδος</w:t>
      </w:r>
    </w:p>
    <w:p>
      <w:r>
        <w:rPr>
          <w:rFonts w:ascii="Courier New" w:hAnsi="Courier New"/>
          <w:color w:val="555555"/>
          <w:sz w:val="20"/>
        </w:rPr>
        <w:t>[15]</w:t>
      </w:r>
    </w:p>
    <w:p>
      <w:r>
        <w:rPr>
          <w:rFonts w:ascii="Gentium Plus" w:hAnsi="Gentium Plus"/>
          <w:sz w:val="24"/>
        </w:rPr>
        <w:t>τῆς Γαλλὶμ καὶ ὀλολυγμὸς αὐτῆς. Τὸ δὲ ὕδωρ τὸ Δεηβὼν πλησθήσεται αἵματος. Ἐπάξω γὰρ ἐπὶ Δεηβὼν Ἄραβας καὶ ἀρῶ τὸ σπέρμα Μωὰβ καὶ Ἀραὴλ, καὶ τὸ κατάλειμμα Ἀδαμᾶ ἀποστελῶ, ὡς ἑρπετὰ ἐπὶ τὴν γῆν. Ἐπὶ τὴν κατὰ Θεὸν λύπην προτρέπει τοὺς ἀπὸ τῶν ἐπι‐</w:t>
      </w:r>
    </w:p>
    <w:p>
      <w:r>
        <w:rPr>
          <w:rFonts w:ascii="Courier New" w:hAnsi="Courier New"/>
          <w:color w:val="555555"/>
          <w:sz w:val="20"/>
        </w:rPr>
        <w:t>[20]</w:t>
      </w:r>
    </w:p>
    <w:p>
      <w:r>
        <w:rPr>
          <w:rFonts w:ascii="Gentium Plus" w:hAnsi="Gentium Plus"/>
          <w:sz w:val="24"/>
        </w:rPr>
        <w:t>νοιῶν τοῦ ἀνθρωπίνου νοῦ ἐσφαλμένους καὶ μὴ ἐπιδεδωκότας ἑαυτοὺς τῇ ὠφελείᾳ τοῦ Πνεύματος, ἵνα ὀλολύξωσιν ἐπὶ τὴν γῆν τῶν λοιμῶν διδασκάλων. —Τὴν γὰρ Ναβαῦ τούτους μοι δοκεῖ ὁ λόγος αἰνίσσεσθαι, διὰ τὸ ἑρμηνεύεσθαι τὴν Ναβαῦ ἐγκαθισμόν. Εἰσὶ γάρ τινες, οἱ μετὰ δολίων σοφισμάτων</w:t>
      </w:r>
    </w:p>
    <w:p>
      <w:r>
        <w:rPr>
          <w:rFonts w:ascii="Courier New" w:hAnsi="Courier New"/>
          <w:color w:val="555555"/>
          <w:sz w:val="20"/>
        </w:rPr>
        <w:t>[25]</w:t>
      </w:r>
    </w:p>
    <w:p>
      <w:r>
        <w:rPr>
          <w:rFonts w:ascii="Gentium Plus" w:hAnsi="Gentium Plus"/>
          <w:sz w:val="24"/>
        </w:rPr>
        <w:t>ἐγκαθεζόμενοι καὶ ταῖς κακαῖς ὁμιλίαις αὐτῶν ἔσθ’ ὅτε φθεί‐ ροντες ἤθη χρηστά. Δεῖ οὖν μεταμελεῖσθαι τοὺς τοῖς πονη‐ ροῖς ἐκείνων μαθητευθέντας δόγμασι, καὶ ὀλολύζειν ἐπὶ τῇ διδασκαλίᾳ, ἐφ’ ἧ μέγα ἐφρόνουν.</w:t>
      </w:r>
    </w:p>
    <w:p>
      <w:r>
        <w:rPr>
          <w:rFonts w:ascii="Courier New" w:hAnsi="Courier New"/>
          <w:color w:val="555555"/>
          <w:sz w:val="20"/>
        </w:rPr>
        <w:t>[30]</w:t>
      </w:r>
    </w:p>
    <w:p>
      <w:r>
        <w:rPr>
          <w:rFonts w:ascii="Gentium Plus" w:hAnsi="Gentium Plus"/>
          <w:sz w:val="24"/>
        </w:rPr>
        <w:t>τοὺς διδασκάλους ἀποῤῥίπτειν, καὶ γυμνοὺς τοῦ ἀπ’ αὐτῶν κόσμου ἑαυτοὺς ποιεῖν, καὶ διὰ τῆς ἀγαθῆς πολιτείας ἐξευτε‐ λίζειν τὰς ἐκείνων ὑποθήκας τῶν πρακτικῶν διδαγμάτων, καὶ οἱονεὶ κατατέμνειν τῷ ὑγιεῖ λόγῳ, ἵνα ὦσι πάντες βραχίονες κατατετμημένοι, τουτέστιν αἱ πρακτικαὶ ὑποθῆκαι τῷ ὑγιαί‐</w:t>
      </w:r>
    </w:p>
    <w:p>
      <w:r>
        <w:rPr>
          <w:rFonts w:ascii="Courier New" w:hAnsi="Courier New"/>
          <w:color w:val="555555"/>
          <w:sz w:val="20"/>
        </w:rPr>
        <w:t>[35]</w:t>
      </w:r>
    </w:p>
    <w:p>
      <w:r>
        <w:rPr>
          <w:rFonts w:ascii="Gentium Plus" w:hAnsi="Gentium Plus"/>
          <w:sz w:val="24"/>
        </w:rPr>
        <w:t>νοντι λόγῳ εἰς ἔλεγχον ἀγόμεναι διὰ τῆς διαιρέσεως καὶ τῆς κατὰ μικρὸν ἐξετάσεως τῶν κακῶν διδαγμάτων. —Ἐπειδὴ δὲ διὰ τῆς πλατείας ὁδοῦ ἤγοντο παρὰ τῶν πονηρῶν, τούτους τὸν βεβασανισμένον βίον προῃρημένους κελεύει κόπτεσθαι ἐν ταῖς πλατείαις, ἐπὶ τῇ ψυχαγωγίᾳ τῶν πρὸς ἡδονὴν φερόν‐</w:t>
      </w:r>
    </w:p>
    <w:p>
      <w:r>
        <w:rPr>
          <w:rFonts w:ascii="Courier New" w:hAnsi="Courier New"/>
          <w:color w:val="555555"/>
          <w:sz w:val="20"/>
        </w:rPr>
        <w:t>[40]</w:t>
      </w:r>
    </w:p>
    <w:p>
      <w:r>
        <w:rPr>
          <w:rFonts w:ascii="Gentium Plus" w:hAnsi="Gentium Plus"/>
          <w:sz w:val="24"/>
        </w:rPr>
        <w:t>των μεταμελομένους, καὶ κοπτομένους μὲν ἐπὶ τῇ πλατείᾳ, ἐκζητοῦντας δὲ τὴν στενὴν καὶ τεθλιμμένην, ἵνα ὀρθῶς με‐ τανοοῦντες περιζώσωνται σάκκους καὶ πενθικὸν ἀναλαβόντες σχῆμα, οἱονεὶ διὰ αὐτῶν τῶν ὁρωμένων βοᾷν ποιήσωσι τὴν ὀσφῦν, ἐν οἷς ἐπλανήθησαν τόποις, τῆς μετανοίας ἑαυτῶν τὰ</w:t>
      </w:r>
    </w:p>
    <w:p>
      <w:r>
        <w:rPr>
          <w:rFonts w:ascii="Courier New" w:hAnsi="Courier New"/>
          <w:color w:val="555555"/>
          <w:sz w:val="20"/>
        </w:rPr>
        <w:t>[45]</w:t>
      </w:r>
    </w:p>
    <w:p>
      <w:r>
        <w:rPr>
          <w:rFonts w:ascii="Gentium Plus" w:hAnsi="Gentium Plus"/>
          <w:sz w:val="24"/>
        </w:rPr>
        <w:t>ἴχνη καταλιμπάνοντες. Καὶ ἐπὶ παντὸς δώματος ἐκελεύ‐ σθησαν καὶ ἐν πάσαις ταῖς ῥύμαις ὀλολύζειν μετὰ κλαυθ‐ μοῦ. —Τὰ γὰρ ὑψηλὰ καὶ διάκενα τῶν μαθημάτων δώματα ὠνόμασε, τὰς δὲ οἱονεὶ διαιρέσεις τῶν νοημάτων ῥύμας τῆς Μωαβίτιδος.</w:t>
      </w:r>
    </w:p>
    <w:p>
      <w:r>
        <w:rPr>
          <w:rFonts w:ascii="Courier New" w:hAnsi="Courier New"/>
          <w:color w:val="555555"/>
          <w:sz w:val="20"/>
        </w:rPr>
        <w:t>[15 . 297]</w:t>
      </w:r>
    </w:p>
    <w:p>
      <w:r>
        <w:rPr>
          <w:rFonts w:ascii="Gentium Plus" w:hAnsi="Gentium Plus"/>
          <w:sz w:val="24"/>
        </w:rPr>
        <w:t>Εἴτε οὖν τις ἐπὶ ὑψωμάτων ἐγένετο ἐπαιρομένων κατὰ τῆς γνώσεως τοῦ Θεοῦ, εἴτε ἐν διαλεκτικῇ τινι λόγων διαι‐</w:t>
      </w:r>
    </w:p>
    <w:p>
      <w:r>
        <w:rPr>
          <w:rFonts w:ascii="Courier New" w:hAnsi="Courier New"/>
          <w:color w:val="555555"/>
          <w:sz w:val="20"/>
        </w:rPr>
        <w:t>[5]</w:t>
      </w:r>
    </w:p>
    <w:p>
      <w:r>
        <w:rPr>
          <w:rFonts w:ascii="Gentium Plus" w:hAnsi="Gentium Plus"/>
          <w:sz w:val="24"/>
        </w:rPr>
        <w:t>ἵνα πληρώσῃ τὸ γεγραμμένον, ἐν ταῖς πλατείαις καὶ ἐπὶ τῶν δωμάτων καὶ ἐν πάσαις ταῖς ῥύμαις τοῦ λόγου προσ‐ τάσσοντος κεκραγέναι. Διὰ τοῦτο δὲ δεῖ ταῦτα γίνεσθαι, ἐπειδὴ κέκραγεν Ἐσεβών. Ἐσεβὼν μὲν γὰρ ἑρμηνεύεται λογισμός· Ἐλεαλὴ δὲ, Θεοῦ ἀνάβασις· Ἰασσὰ δὲ, γεγο‐</w:t>
      </w:r>
    </w:p>
    <w:p>
      <w:r>
        <w:rPr>
          <w:rFonts w:ascii="Courier New" w:hAnsi="Courier New"/>
          <w:color w:val="555555"/>
          <w:sz w:val="20"/>
        </w:rPr>
        <w:t>[10]</w:t>
      </w:r>
    </w:p>
    <w:p>
      <w:r>
        <w:rPr>
          <w:rFonts w:ascii="Gentium Plus" w:hAnsi="Gentium Plus"/>
          <w:sz w:val="24"/>
        </w:rPr>
        <w:t>νυῖα ἐντολή. Κέκραγεν οὖν Ἐσεβὼν, τουτέστι φανερῶς διαμαρτύρεται, ὅτι ἀνθρώπινοί εἰσι λογισμοὶ, καὶ οὐ θείων μυστηρίων ἀποκαλύψεις τὰ διδάγματα τῶν Μωαβιτῶν. Καὶ Ἐλεαλή. Καὶ αὕτη διὰ τῶν πραγμάτων κέκραγεν, ὅτι Θεοῦ καταναισχυντοῦσι καὶ κατεπαίρονται οἱ ἐκείνοις τοῖς</w:t>
      </w:r>
    </w:p>
    <w:p>
      <w:r>
        <w:rPr>
          <w:rFonts w:ascii="Courier New" w:hAnsi="Courier New"/>
          <w:color w:val="555555"/>
          <w:sz w:val="20"/>
        </w:rPr>
        <w:t>[15]</w:t>
      </w:r>
    </w:p>
    <w:p>
      <w:r>
        <w:rPr>
          <w:rFonts w:ascii="Gentium Plus" w:hAnsi="Gentium Plus"/>
          <w:sz w:val="24"/>
        </w:rPr>
        <w:t>μαθήμασιν ἑαυτοὺς ἐπιδιδόντες. Τοῦτο γάρ ἐστι, Θεοῦ ἀνά‐ βασις, ἡ ἐπὶ τὰ ὕψη τῆς ὑπερηφανίας ἔπαρσις. —Καὶ Ἰασσά. Εἰ καὶ δοκεῖ γεγονυῖα ἐντολὴ εἶναι, ἀλλὰ κατὰ ἀλήθειαν οὐκ ἐντολή· σχηματισμὸς δέ τις περὶ βίον ἀκριβείας, πρὸς πιθα‐ νότητα καὶ παραδοχὴν τῶν πονηρῶν, ἀπὸ τοῦ πονηροῦ φρονή‐</w:t>
      </w:r>
    </w:p>
    <w:p>
      <w:r>
        <w:rPr>
          <w:rFonts w:ascii="Courier New" w:hAnsi="Courier New"/>
          <w:color w:val="555555"/>
          <w:sz w:val="20"/>
        </w:rPr>
        <w:t>[20]</w:t>
      </w:r>
    </w:p>
    <w:p>
      <w:r>
        <w:rPr>
          <w:rFonts w:ascii="Gentium Plus" w:hAnsi="Gentium Plus"/>
          <w:sz w:val="24"/>
        </w:rPr>
        <w:t>ματος ὑποβαλλομένων διδαγμάτων. Διὰ τοῦτο ἐν τοῖς κατόπιν εἴρηται· Πάντες βραχίονες κατατετμημένοι, ἵνα εἴ τις πο‐ νηρὸς διδάσκαλος ἐν ψευδοδοξίαις ἐξαπατῶν τὰς ψυχὰς τῶν ἑπομένων, βίῳ δὲ δοκῶν προσέχειν ἀκριβεστέρῳ, οἱ μετα‐ μεληθέντες ἐπὶ τῷ τοιούτῳ διδασκάλῳ ἑαυτοὺς ἐπιδεδωκέ‐</w:t>
      </w:r>
    </w:p>
    <w:p>
      <w:r>
        <w:rPr>
          <w:rFonts w:ascii="Courier New" w:hAnsi="Courier New"/>
          <w:color w:val="555555"/>
          <w:sz w:val="20"/>
        </w:rPr>
        <w:t>[25]</w:t>
      </w:r>
    </w:p>
    <w:p>
      <w:r>
        <w:rPr>
          <w:rFonts w:ascii="Gentium Plus" w:hAnsi="Gentium Plus"/>
          <w:sz w:val="24"/>
        </w:rPr>
        <w:t>ναι, κατακόψωσιν ἑαυτῶν μὲν τοὺς βραχίονας, τουτέστι τὸ πρακτικὸν εἶδος τῆς πολιτείας. —Ἀποκείρονται δὲ αὐτοῦ οἱονεὶ κόμην καὶ ἀλλοτριώσουσι τοῦ ἑαυτῶν σώματος, διότι ἀντὶ κεφαλῆς εἰσιν οἱ προεστῶτες τοῦ σώματος τῶν Ἐκκλη‐ σιῶν. —Καὶ νῦν τοίνυν Ἰασσὰ κέκραγεν, ὅτι δέλεάρ ἐστι πρὸς</w:t>
      </w:r>
    </w:p>
    <w:p>
      <w:r>
        <w:rPr>
          <w:rFonts w:ascii="Courier New" w:hAnsi="Courier New"/>
          <w:color w:val="555555"/>
          <w:sz w:val="20"/>
        </w:rPr>
        <w:t>[30]</w:t>
      </w:r>
    </w:p>
    <w:p>
      <w:r>
        <w:rPr>
          <w:rFonts w:ascii="Gentium Plus" w:hAnsi="Gentium Plus"/>
          <w:sz w:val="24"/>
        </w:rPr>
        <w:t>τὴν τῆς ἀληθείας πιθανότητα ἡ κατὰ τὴν πολιτείαν ἐπιδεικνυ‐ μένη ἀκρίβεια. Τοῦτο οὖν ἐστι τὸ αἴτιον τοῦ ὀλολύζειν μετὰ</w:t>
      </w:r>
    </w:p>
    <w:p>
      <w:r>
        <w:rPr>
          <w:rFonts w:ascii="Courier New" w:hAnsi="Courier New"/>
          <w:color w:val="555555"/>
          <w:sz w:val="20"/>
        </w:rPr>
        <w:t>[15 . 298]</w:t>
      </w:r>
    </w:p>
    <w:p>
      <w:r>
        <w:rPr>
          <w:rFonts w:ascii="Gentium Plus" w:hAnsi="Gentium Plus"/>
          <w:sz w:val="24"/>
        </w:rPr>
        <w:t>Διὰ τοῦτο ἡ ὀσφὺς τῆς Μωαβίτιδος βοᾷ. Ἡ ὀσφὺς πολλαχοῦ ἀντὶ τῶν γεννητικῶν λαμβάνεται. Ἔτι γὰρ ἐν τῇ ὀσφύϊ τοῦ πατρὸς αὐτοῦ ἦν (δηλονότι ὁ Λευὶ τοῦ Ἀβραάμ) ὅτε συνήντησεν αὐτῷ Μελχισεδέκ. Καί· Ἔστωσαν</w:t>
      </w:r>
    </w:p>
    <w:p>
      <w:r>
        <w:rPr>
          <w:rFonts w:ascii="Courier New" w:hAnsi="Courier New"/>
          <w:color w:val="555555"/>
          <w:sz w:val="20"/>
        </w:rPr>
        <w:t>[5]</w:t>
      </w:r>
    </w:p>
    <w:p>
      <w:r>
        <w:rPr>
          <w:rFonts w:ascii="Gentium Plus" w:hAnsi="Gentium Plus"/>
          <w:sz w:val="24"/>
        </w:rPr>
        <w:t>αἱ ὀσφύες ὑμῶν περιεζωσμέναι. Νοοῦμεν, ὅτι αἰνίσσεται συ‐ στεῖλαι τὰς εἰς γέννησιν ὑπουργούσας ὀρέξεις. Τὸ οὖν πένθος τὸ ἐπικείμενον τῇ Μωαβίτιδι, αἴτιον γινόμενον τοῦ σώφρονος βίου, βοᾷ ἐπὶ τῇ κραυγῇ τῆς Ἐσεβὼν καὶ Ἐλεαλὴ καὶ Ἰασσά. —Ἡ ψυχὴ αὐτῆς (φησὶ) γνώσεται. Ἤδη προκοπὴν</w:t>
      </w:r>
    </w:p>
    <w:p>
      <w:r>
        <w:rPr>
          <w:rFonts w:ascii="Courier New" w:hAnsi="Courier New"/>
          <w:color w:val="555555"/>
          <w:sz w:val="20"/>
        </w:rPr>
        <w:t>[10]</w:t>
      </w:r>
    </w:p>
    <w:p>
      <w:r>
        <w:rPr>
          <w:rFonts w:ascii="Gentium Plus" w:hAnsi="Gentium Plus"/>
          <w:sz w:val="24"/>
        </w:rPr>
        <w:t>τῶν τὰ προειρημένα ἐπὶ τῇ μετανοίᾳ πεποιηκότων ὁ λόγος ἐμφαίνει, Καὶ Ἡ καρδία τῆς Μωαβίτιδος βοᾷ ἐν ἑαυτῇ ἕως Σηγώρ. Ἔστι δὲ ἡ Σηγὼρ αὕτη, ἔνθα Λὼτ, ἀπὸ Σοδόμων ἐξελθὼν, φθάσαι δεδύνηται. Οἱ μὲν γὰρ Ἄγγελοι ἐβούλοντο εἰς τὸ ὄρος</w:t>
      </w:r>
    </w:p>
    <w:p>
      <w:r>
        <w:rPr>
          <w:rFonts w:ascii="Courier New" w:hAnsi="Courier New"/>
          <w:color w:val="555555"/>
          <w:sz w:val="20"/>
        </w:rPr>
        <w:t>[15]</w:t>
      </w:r>
    </w:p>
    <w:p>
      <w:r>
        <w:rPr>
          <w:rFonts w:ascii="Gentium Plus" w:hAnsi="Gentium Plus"/>
          <w:sz w:val="24"/>
        </w:rPr>
        <w:t>ἀναβαίνειν καὶ εἶπον αὐτῷ· Σῶζε τὴν ἑαυτοῦ ψυχήν. Μὴ περιβλέψῃς εἰς τὰ ὀπίσω, μηδὲ στῇς ἐν πάσῃ τῇ περιχώρῳ. Εἰς τὸ ὄρος σώζου, μήποτε συμπαραληφθῇς. Ὁ δὲ εἶπε· Δέομαι, Κύριε, μὴ καταλάβῃ με τὰ κακὰ καὶ ἀποθάνω. Ἰδοὺ ἡ πόλις αὕτη ἐγγὺς, τοῦ καταφυγεῖν με ἐκεῖ. Οὐ μικρά ἐστι;</w:t>
      </w:r>
    </w:p>
    <w:p>
      <w:r>
        <w:rPr>
          <w:rFonts w:ascii="Courier New" w:hAnsi="Courier New"/>
          <w:color w:val="555555"/>
          <w:sz w:val="20"/>
        </w:rPr>
        <w:t>[20]</w:t>
      </w:r>
    </w:p>
    <w:p>
      <w:r>
        <w:rPr>
          <w:rFonts w:ascii="Gentium Plus" w:hAnsi="Gentium Plus"/>
          <w:sz w:val="24"/>
        </w:rPr>
        <w:t>Καὶ ζήσεται ἡ ψυχή μου. Διὰ τοῦτο ἐκλήθη τὸ ὄνομα τῆς</w:t>
      </w:r>
    </w:p>
    <w:p>
      <w:r>
        <w:rPr>
          <w:rFonts w:ascii="Courier New" w:hAnsi="Courier New"/>
          <w:color w:val="555555"/>
          <w:sz w:val="20"/>
        </w:rPr>
        <w:t>[25]</w:t>
      </w:r>
    </w:p>
    <w:p>
      <w:r>
        <w:rPr>
          <w:rFonts w:ascii="Gentium Plus" w:hAnsi="Gentium Plus"/>
          <w:sz w:val="24"/>
        </w:rPr>
        <w:t>τῶν κακῶς αὐτῇ πεπραγμένων, ἐνδεικνύμενος ὁ λόγος τὸ διάστημα ἡμῖν ὑποφαίνει, μέχρι τίνος ἀκουστὴ γίνεται ἡ βοὴ τῆς Μωάβ. Καλεῖ δὲ ἡ μετάνοια, τὸ πρότερον ἐν ἑαυτῷ τινα βοῆσαι καὶ ἑαυτοῦ συντρίψαι τὴν καρδίαν· ἔπειτα καὶ ὑπὲρ τοῦ ἄλλοις ἀγαθὸν γενέσθαι ὑπόδειγμα, ἐξάκουστον ἑαυτοῦ</w:t>
      </w:r>
    </w:p>
    <w:p>
      <w:r>
        <w:rPr>
          <w:rFonts w:ascii="Courier New" w:hAnsi="Courier New"/>
          <w:color w:val="555555"/>
          <w:sz w:val="20"/>
        </w:rPr>
        <w:t>[30]</w:t>
      </w:r>
    </w:p>
    <w:p>
      <w:r>
        <w:rPr>
          <w:rFonts w:ascii="Gentium Plus" w:hAnsi="Gentium Plus"/>
          <w:sz w:val="24"/>
        </w:rPr>
        <w:t>κατασκευάσαι, καὶ δημοσιεῦσαι τὸν τρόπον τῆς μετανοίας. Δάμαλις γὰρ τριετής ἐστι, τουτέστι τελεία ἐστὶ καθ’ ἡλι‐ κίαν. Ἡ γὰρ τριετὴς δάμαλις ἤδη τοῦ γεννᾷν δύναμιν ἔχει καὶ τοῦ ὑπέχειν τὸν τράχηλον τῷ ζυγῷ. Ἵνα οὖν δείξῃ ἴδιον τῶν δυναμένων ἐπιστρέφειν τὸ τετελειῶσθαι μὲν κατὰ τὴν τοῦ</w:t>
      </w:r>
    </w:p>
    <w:p>
      <w:r>
        <w:rPr>
          <w:rFonts w:ascii="Courier New" w:hAnsi="Courier New"/>
          <w:color w:val="555555"/>
          <w:sz w:val="20"/>
        </w:rPr>
        <w:t>[35]</w:t>
      </w:r>
    </w:p>
    <w:p>
      <w:r>
        <w:rPr>
          <w:rFonts w:ascii="Gentium Plus" w:hAnsi="Gentium Plus"/>
          <w:sz w:val="24"/>
        </w:rPr>
        <w:t>ἀνθρώπου ἡλικίαν, ἔχειν δὲ τὸν λόγον, δυνάμενον ὑποβαίνειν τῷ ζυγῷ τῆς ἀληθείας, εἴρηκε δάμαλιν τριετῆ. Ὁ γὰρ μήπω διὰ τῆς ἡλικίας τὸ ἐν ἀνθρώποις τέλειον ἐσχηκὼς, μηδὲ τὸν νοῦν ἀπηρτισμένον ἔχων, ἀλλ’ ἀτελής ἐστι διὰ σμικρότητα, οὐδὲ ἀπαιτεῖται τὰ ἔργα τῆς μετανοίας. Διὸ καὶ ἐν τῇ Γε‐</w:t>
      </w:r>
    </w:p>
    <w:p>
      <w:r>
        <w:rPr>
          <w:rFonts w:ascii="Courier New" w:hAnsi="Courier New"/>
          <w:color w:val="555555"/>
          <w:sz w:val="20"/>
        </w:rPr>
        <w:t>[40]</w:t>
      </w:r>
    </w:p>
    <w:p>
      <w:r>
        <w:rPr>
          <w:rFonts w:ascii="Gentium Plus" w:hAnsi="Gentium Plus"/>
          <w:sz w:val="24"/>
        </w:rPr>
        <w:t>νέσει, τοῦ Ἀβραὰμ ζητοῦντος σημεῖον παρὰ τοῦ Θεοῦ καὶ λέγοντος· Δέσποτα Κύριε, κατὰ τί γνώσομαι, ὅτι κληρονο‐ μήσω τὴν γῆν; —εἶπεν ὁ Θεός· Λάβε μοι δάμαλιν τριετί‐ ζουσαν καὶ κριὸν τριετίζοντα, ἐν τοῖς τρισὶν ἔτεσι τὸ τέ‐ λειον τῶν ζώων καὶ τὸ πρὸς γέννησιν ἐπιτήδειον ἐκλεγό‐</w:t>
      </w:r>
    </w:p>
    <w:p>
      <w:r>
        <w:rPr>
          <w:rFonts w:ascii="Courier New" w:hAnsi="Courier New"/>
          <w:color w:val="555555"/>
          <w:sz w:val="20"/>
        </w:rPr>
        <w:t>[45]</w:t>
      </w:r>
    </w:p>
    <w:p>
      <w:r>
        <w:rPr>
          <w:rFonts w:ascii="Gentium Plus" w:hAnsi="Gentium Plus"/>
          <w:sz w:val="24"/>
        </w:rPr>
        <w:t>μενος. Τρυγόνα δὲ καὶ περιστερὰν χρόνῳ οὐ περιέγραψε,</w:t>
      </w:r>
    </w:p>
    <w:p>
      <w:r>
        <w:rPr>
          <w:rFonts w:ascii="Courier New" w:hAnsi="Courier New"/>
          <w:color w:val="555555"/>
          <w:sz w:val="20"/>
        </w:rPr>
        <w:t>[15 . 299]</w:t>
      </w:r>
    </w:p>
    <w:p>
      <w:r>
        <w:rPr>
          <w:rFonts w:ascii="Gentium Plus" w:hAnsi="Gentium Plus"/>
          <w:sz w:val="24"/>
        </w:rPr>
        <w:t>Ἐπὶ δὲ τῆς ἀναβάσεως τῆς Λουὶθ κλαίοντες ἀνα‐ βήσονται. Ἀρχὴ εὐφροσύνης ἐστὶ τὸ κλαίειν καλῶς, καὶ ἀναβά‐ σεως καὶ προκοπῆς τῆς ἐπὶ τὰ ἄνω, ἡ κατὰ Θεὸν γινο‐</w:t>
      </w:r>
    </w:p>
    <w:p>
      <w:r>
        <w:rPr>
          <w:rFonts w:ascii="Courier New" w:hAnsi="Courier New"/>
          <w:color w:val="555555"/>
          <w:sz w:val="20"/>
        </w:rPr>
        <w:t>[5]</w:t>
      </w:r>
    </w:p>
    <w:p>
      <w:r>
        <w:rPr>
          <w:rFonts w:ascii="Gentium Plus" w:hAnsi="Gentium Plus"/>
          <w:sz w:val="24"/>
        </w:rPr>
        <w:t>μένη λύπη. Διὸ καὶ ὁ Ἀπόστολος εὐφραίνεται ἀπὸ τῶν λυπουμένων, ὁρῶν εἰς συναίσθησιν ἄγοντας τοὺς ἑαυτοῦ λόγους, καὶ ἐνεργαζομένους αὐτοῖς τὴν κατὰ Θεὸν λύπην μετάνοιαν εἰς σωτηρίαν ἀμεταμέλητον. Οἱ γὰρ κλαίοντες ἐπὶ τοῖς κακοῖς ἔργοις καὶ ταῖς κακαῖς αὐτῶν διανοίαις,</w:t>
      </w:r>
    </w:p>
    <w:p>
      <w:r>
        <w:rPr>
          <w:rFonts w:ascii="Courier New" w:hAnsi="Courier New"/>
          <w:color w:val="555555"/>
          <w:sz w:val="20"/>
        </w:rPr>
        <w:t>[10]</w:t>
      </w:r>
    </w:p>
    <w:p>
      <w:r>
        <w:rPr>
          <w:rFonts w:ascii="Gentium Plus" w:hAnsi="Gentium Plus"/>
          <w:sz w:val="24"/>
        </w:rPr>
        <w:t>οὐκέτι μὲν καταβήσονται, οὐδὲ εἰσελεύσονται εἰς τὰ κατώ‐ τατα τῆς γῆς· ἀναβήσονται δὲ οἱονεὶ χειραγωγίᾳ τῇ πρὸς τὸ ἄνω ὑψώσει τῇ κατὰ Θεὸν λύπῃ κεχρημένοι. Βοᾷ δὲ σύντριμμα καὶ συσσεισμός. Ὁ γὰρ διελέγξας καὶ καθαψάμενος λόγος συντρίβει τὸ πονηρὸν φρόνημα καὶ οἷον</w:t>
      </w:r>
    </w:p>
    <w:p>
      <w:r>
        <w:rPr>
          <w:rFonts w:ascii="Courier New" w:hAnsi="Courier New"/>
          <w:color w:val="555555"/>
          <w:sz w:val="20"/>
        </w:rPr>
        <w:t>[15]</w:t>
      </w:r>
    </w:p>
    <w:p>
      <w:r>
        <w:rPr>
          <w:rFonts w:ascii="Gentium Plus" w:hAnsi="Gentium Plus"/>
          <w:sz w:val="24"/>
        </w:rPr>
        <w:t>σάλον τινὰ τοῖς λογισμοῖς τοῖς κακῶς ἐμπεφυκόσιν ἐμποιεῖ, πρὸς τὸ τοὺς μὲν ἐκριζωθῆναι, τοὺς δὲ ὑγιεῖς λόγους ἀντεισ‐ αχθῆναι. Διὰ τοῦτο καρδίαν συντετριμμένην καὶ τεταπεινω‐ μένην ὁ Θεὸς οὐκ ἐξουδενώσει. Συνεστηκυίας μὲν γὰρ καὶ μηδέπω διασαλευομένης τῆς ἐν τῷ ἁμαρτάνειν ἕξεως, οὔτε</w:t>
      </w:r>
    </w:p>
    <w:p>
      <w:r>
        <w:rPr>
          <w:rFonts w:ascii="Courier New" w:hAnsi="Courier New"/>
          <w:color w:val="555555"/>
          <w:sz w:val="20"/>
        </w:rPr>
        <w:t>[20]</w:t>
      </w:r>
    </w:p>
    <w:p>
      <w:r>
        <w:rPr>
          <w:rFonts w:ascii="Gentium Plus" w:hAnsi="Gentium Plus"/>
          <w:sz w:val="24"/>
        </w:rPr>
        <w:t>κλαύσονται ἁμαρτάνοντες, οὔτε ἀναβήσονται πρὸς τὸ ἄνω· συντετριμμένης δὲ τῆς μοχθηρᾶς διαθέσεως, καὶ οἱονεὶ σει‐ σμόν τινα καὶ κλόνον ἐπὶ τοῖς πονηροῖς δόγμασι τῆς ψυχῆς παθούσης, ἀκουστὴ γίνεται ἡ βοὴ, ἐπ’ ὠφελείᾳ τῶν ἀκουο‐</w:t>
      </w:r>
    </w:p>
    <w:p>
      <w:r>
        <w:rPr>
          <w:rFonts w:ascii="Courier New" w:hAnsi="Courier New"/>
          <w:color w:val="555555"/>
          <w:sz w:val="20"/>
        </w:rPr>
        <w:t>[15 . 300]</w:t>
      </w:r>
    </w:p>
    <w:p>
      <w:r>
        <w:rPr>
          <w:rFonts w:ascii="Gentium Plus" w:hAnsi="Gentium Plus"/>
          <w:sz w:val="24"/>
        </w:rPr>
        <w:t>Τὸ ὕδωρ τῆς Νεβρὶμ ἔρημον ἔσται. Τὸ τῆς ψευδοδοξίας ὕδωρ, πρότερον ἀφθόνως καὶ πολὺ ῥέον ἐπὶ βλάβῃ τῶν δεχομένων, ἀφανισθήσεται (φησὶ) καὶ ἔρημον ἔσται. Εἰ δὲ ἦν εἰδέναι τὴν δύναμιν τοῦ ὀνόματος, ἐλήφθη ἄν</w:t>
      </w:r>
    </w:p>
    <w:p>
      <w:r>
        <w:rPr>
          <w:rFonts w:ascii="Courier New" w:hAnsi="Courier New"/>
          <w:color w:val="555555"/>
          <w:sz w:val="20"/>
        </w:rPr>
        <w:t>[5]</w:t>
      </w:r>
    </w:p>
    <w:p>
      <w:r>
        <w:rPr>
          <w:rFonts w:ascii="Gentium Plus" w:hAnsi="Gentium Plus"/>
          <w:sz w:val="24"/>
        </w:rPr>
        <w:t>τις ἀφορμὴ πρὸς τὸ μᾶλλον καθικέσθαι τῆς διανοίας τοῦ προφητικοῦ νοῦ, καὶ ἐφαρμόζεσθαι τοῖς πράγμασι τὰ ἐν τοῖς ὀνόμασι σημαινόμενα. —Πλὴν ὅτι ἐναντίον ἐστὶ τὸ ὕδωρ τοῦτο τοῦ ὕδατος τῆς ἀναπαύσεως, ἐφ’ οὗ ἐκτρέφει ὁ Κύριος τοὺς ὑπ’ αὐτοῦ ποιμαινομένους· καὶ τοῦ ὕδατος, οὗ δίδωσιν ὁ</w:t>
      </w:r>
    </w:p>
    <w:p>
      <w:r>
        <w:rPr>
          <w:rFonts w:ascii="Courier New" w:hAnsi="Courier New"/>
          <w:color w:val="555555"/>
          <w:sz w:val="20"/>
        </w:rPr>
        <w:t>[10]</w:t>
      </w:r>
    </w:p>
    <w:p>
      <w:r>
        <w:rPr>
          <w:rFonts w:ascii="Gentium Plus" w:hAnsi="Gentium Plus"/>
          <w:sz w:val="24"/>
        </w:rPr>
        <w:t>Κύριος τοῖς πιστεύουσιν εἰς αὐτὸν, οὗ ὁ καταξιωθεὶς πιεῖν, ἔχει ἐν ἑαυτῷ πηγὴν ὕδατος ἁλλομένου εἰς ζωὴν αἰώνιον. — Οὕτω δὲ φαῦλον καὶ οὐδενὸς ἄξιον τὸ ὕδωρ τοῦτο, ὅτι οὐδὲν ἄλλο ἢ χόρτον ἐκτρέφει, ὃς καὶ αὐτὸς οὐκ ἔσται. Τουτέστιν αἱ ψυχαὶ, αἱ τὴν πρόσκαιρον ταύτην καὶ ταχὺ μαραινομένην τοῦ</w:t>
      </w:r>
    </w:p>
    <w:p>
      <w:r>
        <w:rPr>
          <w:rFonts w:ascii="Courier New" w:hAnsi="Courier New"/>
          <w:color w:val="555555"/>
          <w:sz w:val="20"/>
        </w:rPr>
        <w:t>[15]</w:t>
      </w:r>
    </w:p>
    <w:p>
      <w:r>
        <w:rPr>
          <w:rFonts w:ascii="Gentium Plus" w:hAnsi="Gentium Plus"/>
          <w:sz w:val="24"/>
        </w:rPr>
        <w:t>κόσμου δόξαν πεπαιδευμέναι, ταχὺ ἀπανθήσουσι, τοῦ οἱονεὶ ἄρδοντος αὐτὰς λόγου ἐρημωθέντος. Μὴ καὶ οὕτω μέλλει σωθῆναι; —Δείκνυσιν ὁ λόγος, ὅτι μέλλουσα σώζεσθαι ἡ Μωαβῖτις, ὁδοῖς τισι καὶ ἀγωγαῖς σωθήσεται, καὶ τοῖς ἐπιπονωτέροις παιδεύμασιν ἐναχθήσεται,</w:t>
      </w:r>
    </w:p>
    <w:p>
      <w:r>
        <w:rPr>
          <w:rFonts w:ascii="Courier New" w:hAnsi="Courier New"/>
          <w:color w:val="555555"/>
          <w:sz w:val="20"/>
        </w:rPr>
        <w:t>[20]</w:t>
      </w:r>
    </w:p>
    <w:p>
      <w:r>
        <w:rPr>
          <w:rFonts w:ascii="Gentium Plus" w:hAnsi="Gentium Plus"/>
          <w:sz w:val="24"/>
        </w:rPr>
        <w:t>καὶ τοῖς ἐπιπονωτέροις παιδεύμασιν ἐναχθήσεται εἰς σωτη‐ ρίαν. Τὸ γὰρ Ἀπολεῖται ἡ Μωαβῖτις, καὶ Νυκτὸς ἀπο‐ λεῖται, καὶ ὅσα ἄλλα εἴρηται, πρὸς τοῦτο ἔχει τὴν ἀναφορὰν, ὅτι ταῦτα γίνεται πρὸς τὸ σωθῆναι αὐτήν. —Ἐπάξω γὰρ</w:t>
      </w:r>
    </w:p>
    <w:p>
      <w:r>
        <w:rPr>
          <w:rFonts w:ascii="Courier New" w:hAnsi="Courier New"/>
          <w:color w:val="555555"/>
          <w:sz w:val="20"/>
        </w:rPr>
        <w:t>[25]</w:t>
      </w:r>
    </w:p>
    <w:p>
      <w:r>
        <w:rPr>
          <w:rFonts w:ascii="Gentium Plus" w:hAnsi="Gentium Plus"/>
          <w:sz w:val="24"/>
        </w:rPr>
        <w:t>μοῦ σωθήσονται, οἱ δὲ, τὴν ἀμετανόητον καρδίαν ἔχοντες, διὰ τῆς ἐκ τῶν Ἀράβων ἐπαγομένης πληγῆς. Ἄραβες δὲ, οἱ Ἑσπέριοι. Ἢ τάχα αἱ ἐοικυῖαι τῷ σκότῳ δυνάμεις Ἄραβες ἐνταῦθα προσαγορεύονται, δι’ ὧν ἀποστέλλονται αἱ παιδευ‐ τικαὶ πληγαὶ τοῖς τὴν ἀμετανόητον καρδίαν ἔχουσι.</w:t>
      </w:r>
    </w:p>
    <w:p>
      <w:r>
        <w:rPr>
          <w:rFonts w:ascii="Courier New" w:hAnsi="Courier New"/>
          <w:color w:val="555555"/>
          <w:sz w:val="20"/>
        </w:rPr>
        <w:t>[30]</w:t>
      </w:r>
    </w:p>
    <w:p>
      <w:r>
        <w:rPr>
          <w:rFonts w:ascii="Gentium Plus" w:hAnsi="Gentium Plus"/>
          <w:sz w:val="24"/>
        </w:rPr>
        <w:t>Συνῆψε γὰρ ἡ βοὴ τὸ ὅριον τῆς Μωαβίτιδος τῆς Γαλ‐ λὶμ, καὶ ὀλολυγμὸς αὐτῆς. Τὸ ὅριον τῆς Μωαβίτιδος Γαλλὶμ ὠνόμασται. Ὅμως ἑρμηνεύεται κεκριωμένον, ἐπώνυμον τῷ ἡγεμονικῷ ζώῳ καὶ ἀρχικῷ. Ἐπεὶ οὖν τὸ αὐτὸ δύναται καὶ πέρας εἶναι χώρας καὶ ἀρχὴ, τὸ ὅριον τῆς Μωαβίτιδος νῦν</w:t>
      </w:r>
    </w:p>
    <w:p>
      <w:r>
        <w:rPr>
          <w:rFonts w:ascii="Courier New" w:hAnsi="Courier New"/>
          <w:color w:val="555555"/>
          <w:sz w:val="20"/>
        </w:rPr>
        <w:t>[35]</w:t>
      </w:r>
    </w:p>
    <w:p>
      <w:r>
        <w:rPr>
          <w:rFonts w:ascii="Gentium Plus" w:hAnsi="Gentium Plus"/>
          <w:sz w:val="24"/>
        </w:rPr>
        <w:t>ἀπὸ τῆς ἀρχῆς τὴν προσηγορίαν εἴληφε. Καὶ ὀλολυγμὸς αὐτῆς πάντα πεπλήρωκεν.</w:t>
      </w:r>
    </w:p>
    <w:p>
      <w:r>
        <w:rPr>
          <w:rFonts w:ascii="Courier New" w:hAnsi="Courier New"/>
          <w:color w:val="555555"/>
          <w:sz w:val="20"/>
        </w:rPr>
        <w:t>[15 . 301]</w:t>
      </w:r>
    </w:p>
    <w:p>
      <w:r>
        <w:rPr>
          <w:rFonts w:ascii="Gentium Plus" w:hAnsi="Gentium Plus"/>
          <w:sz w:val="24"/>
        </w:rPr>
        <w:t>Πάλιν τὸ ὕδωρ διδασκαλίαν λέγει, ὅπερ αἵματος εἶναι πλῆρές φησι, διὰ τὸ ἐνόχους θανάτου γίνεσθαι τοῖς διδασκομένοις, τοὺς κακῶς καθηγουμένους. Ὥστε εὐκαίρως περὶ τῶν ὀλεθρίων λόγων καὶ ἀπολλύντων τὰς ψυχὰς χρήσῃ</w:t>
      </w:r>
    </w:p>
    <w:p>
      <w:r>
        <w:rPr>
          <w:rFonts w:ascii="Courier New" w:hAnsi="Courier New"/>
          <w:color w:val="555555"/>
          <w:sz w:val="20"/>
        </w:rPr>
        <w:t>[5]</w:t>
      </w:r>
    </w:p>
    <w:p>
      <w:r>
        <w:rPr>
          <w:rFonts w:ascii="Gentium Plus" w:hAnsi="Gentium Plus"/>
          <w:sz w:val="24"/>
        </w:rPr>
        <w:t>ποτὲ τῷ προφητικῷ ῥητῷ τῷ λέγοντι· Τὸ δὲ ὕδωρ τὸ Δεη‐ βὼν πλησθήσεται αἵματος· ἐπάξω γὰρ ἐπὶ Δεηβὼν Ἄρα‐ βας, καὶ ἀρῶ τὸ σπέρμα Μωὰβ, τὸ μὴ μεταβαῖνον ἐπὶ τὰ κρείττονα, ἀλλὰ μεῖναν ἐν τοῖς μὴ εἰσερχομένοις εἰς Ἐκκλη‐ σίαν Κυρίου.</w:t>
      </w:r>
    </w:p>
    <w:p>
      <w:r>
        <w:rPr>
          <w:rFonts w:ascii="Courier New" w:hAnsi="Courier New"/>
          <w:color w:val="555555"/>
          <w:sz w:val="20"/>
        </w:rPr>
        <w:t>[10]</w:t>
      </w:r>
    </w:p>
    <w:p>
      <w:r>
        <w:rPr>
          <w:rFonts w:ascii="Gentium Plus" w:hAnsi="Gentium Plus"/>
          <w:sz w:val="24"/>
        </w:rPr>
        <w:t>Σπέρμα τοῦ Μωάβ. Οὐκ εἰσελεύσονται γὰρ Μωαβῖται εἰς Ἐκκλησίαν Κυρίου ἕως δεκάτης γενεᾶς καὶ ἕως εἰς τὸν</w:t>
      </w:r>
    </w:p>
    <w:p>
      <w:r>
        <w:rPr>
          <w:rFonts w:ascii="Courier New" w:hAnsi="Courier New"/>
          <w:color w:val="555555"/>
          <w:sz w:val="20"/>
        </w:rPr>
        <w:t>[15]</w:t>
      </w:r>
    </w:p>
    <w:p>
      <w:r>
        <w:rPr>
          <w:rFonts w:ascii="Gentium Plus" w:hAnsi="Gentium Plus"/>
          <w:sz w:val="24"/>
        </w:rPr>
        <w:t>νῆσθαι λέγει, ἐν οἷς πρὸς Ἰουδαίους διαλέγεται, ὁρῶν αὐτῶν τὴν κατ’ αὐτοῦ φονῶσαν προαίρεσιν· ὅτι Ὑμεῖς ἐκ τοῦ πατρὸς τοῦ διαβόλου ἐστὲ, καὶ τὰ ἔργα τοῦ πατρὸς ὑμῶν ποιεῖτε. Ἐκεῖνος ἀνθρωποκτόνος ἦν ἀπ’ ἀρχῆς. Σπέρ‐ μα μὲν οὖν Μωὰβ, οἱ ἀποστάται τῆς Ἐκκλησίας· σπέρμα</w:t>
      </w:r>
    </w:p>
    <w:p>
      <w:r>
        <w:rPr>
          <w:rFonts w:ascii="Courier New" w:hAnsi="Courier New"/>
          <w:color w:val="555555"/>
          <w:sz w:val="20"/>
        </w:rPr>
        <w:t>[20]</w:t>
      </w:r>
    </w:p>
    <w:p>
      <w:r>
        <w:rPr>
          <w:rFonts w:ascii="Gentium Plus" w:hAnsi="Gentium Plus"/>
          <w:sz w:val="24"/>
        </w:rPr>
        <w:t>δὲ Ἀριὴλ, οἱ κατὰ τῶν ἀδελφῶν φόνον πνέοντες καὶ διὰ τῶν ὀλεθρίων λόγων τὸν θάνατον ταῖς ψυχαῖς αὐτῶν ἐμ‐ ποιοῦντες. Μετὰ ταῦτά φησιν, ὅτι Τὸ κατάλοιπον Ἀδαμὰ (ὅπερ σημαίνει γῆν παρθενικὴν, ἀφ’ ἧς ἐγένετο τὸ σῶμα τοῦ</w:t>
      </w:r>
    </w:p>
    <w:p>
      <w:r>
        <w:rPr>
          <w:rFonts w:ascii="Courier New" w:hAnsi="Courier New"/>
          <w:color w:val="555555"/>
          <w:sz w:val="20"/>
        </w:rPr>
        <w:t>[25]</w:t>
      </w:r>
    </w:p>
    <w:p>
      <w:r>
        <w:rPr>
          <w:rFonts w:ascii="Gentium Plus" w:hAnsi="Gentium Plus"/>
          <w:sz w:val="24"/>
        </w:rPr>
        <w:t>Ἀδάμ) ἀποστελῶ ὡς ἑρπετὰ τὴν γῆν, τουτέστι τὸ κατά‐ λοιπον τῶν ἀνθρώπων, τῶν τὰ γήϊνα φρονούντων, διὰ τοῦτο γεγεννῆσθαι ἐκ τῆς ἑαυτῶν κακίας ἑρπετὰ καὶ ἰοβόλα. Ἑρ‐ πετὰ μὲν, τῷ ἀποβαλεῖν τὸ ὕψος, ἐφ’ οὗ κατὰ τὴν πρώτην κατασκευὴν βεβηκότες ἐτύγχανον· ἰοβόλα δὲ, διὰ τὸ φθαρ‐</w:t>
      </w:r>
    </w:p>
    <w:p>
      <w:r>
        <w:rPr>
          <w:rFonts w:ascii="Courier New" w:hAnsi="Courier New"/>
          <w:color w:val="555555"/>
          <w:sz w:val="20"/>
        </w:rPr>
        <w:t>[30]</w:t>
      </w:r>
    </w:p>
    <w:p>
      <w:r>
        <w:rPr>
          <w:rFonts w:ascii="Gentium Plus" w:hAnsi="Gentium Plus"/>
          <w:sz w:val="24"/>
        </w:rPr>
        <w:t>τικὸν τῶν συνόντων. Τούτους ἐξαποστέλλειν ὁ λόγος φησί. — Μετὰ οὖν τοὺς προτέρους Μωαβίτας, περὶ ὧν τὰ κρείττονα εἴρηται, εἴ τις ἐν τῇ γῇ καταλείπεται καὶ ὁμοιοῦται τῷ ὄφει, περὶ οὗ εἴρηται, ὅτι Γῆν φαγῇ πάσας τὰς ἡμέρας σου, οὗτος ἐξαποστέλλεται ὡς τὰ ἑρπετά. —Γῆν δὲ ἐσθίει ὁ</w:t>
      </w:r>
    </w:p>
    <w:p>
      <w:r>
        <w:rPr>
          <w:rFonts w:ascii="Courier New" w:hAnsi="Courier New"/>
          <w:color w:val="555555"/>
          <w:sz w:val="20"/>
        </w:rPr>
        <w:t>[35]</w:t>
      </w:r>
    </w:p>
    <w:p>
      <w:r>
        <w:rPr>
          <w:rFonts w:ascii="Gentium Plus" w:hAnsi="Gentium Plus"/>
          <w:sz w:val="24"/>
        </w:rPr>
        <w:t>σπείρων εἰς τὴν σάρκα, καὶ ἐκ τῆς σαρκὸς θερίζων φθοράν.</w:t>
      </w:r>
    </w:p>
    <w:p>
      <w:r>
        <w:rPr>
          <w:rFonts w:ascii="Courier New" w:hAnsi="Courier New"/>
          <w:color w:val="555555"/>
          <w:sz w:val="20"/>
        </w:rPr>
        <w:t>[16 t]</w:t>
      </w:r>
    </w:p>
    <w:p>
      <w:pPr>
        <w:jc w:val="center"/>
      </w:pPr>
      <w:r>
        <w:rPr>
          <w:rFonts w:ascii="Gentium Plus" w:hAnsi="Gentium Plus"/>
          <w:b/>
          <w:sz w:val="24"/>
        </w:rPr>
        <w:t>ΚΕΦΑΛΑΙΟΝ ιϛʹ.</w:t>
      </w:r>
    </w:p>
    <w:p>
      <w:r>
        <w:rPr>
          <w:rFonts w:ascii="Courier New" w:hAnsi="Courier New"/>
          <w:color w:val="555555"/>
          <w:sz w:val="20"/>
        </w:rPr>
        <w:t>[16 . 302]</w:t>
      </w:r>
    </w:p>
    <w:p>
      <w:r>
        <w:rPr>
          <w:rFonts w:ascii="Gentium Plus" w:hAnsi="Gentium Plus"/>
          <w:sz w:val="24"/>
        </w:rPr>
        <w:t>Μὴ πέτρα ἔρημός ἐστι τὸ ὄρος θυγατρὸς Σιών; Ἔσῃ γὰρ ὡς πετεινοῦ ἀνιπταμένου νεοσσὸς ἀφῃρημένος· ἔσῃ, θύγατερ Μωάβ. Ἔπειτα δὲ, Ἀρνῶν, πλείονα βουλεύου. Ποιεῖτε σκέπην πένθους αὐτῇ διὰ παντός. —Ἐν μεσημβρινῇ</w:t>
      </w:r>
    </w:p>
    <w:p>
      <w:r>
        <w:rPr>
          <w:rFonts w:ascii="Courier New" w:hAnsi="Courier New"/>
          <w:color w:val="555555"/>
          <w:sz w:val="20"/>
        </w:rPr>
        <w:t>[5]</w:t>
      </w:r>
    </w:p>
    <w:p>
      <w:r>
        <w:rPr>
          <w:rFonts w:ascii="Gentium Plus" w:hAnsi="Gentium Plus"/>
          <w:sz w:val="24"/>
        </w:rPr>
        <w:t>σκοτίᾳ φεύξονται· ἐξέστησαν. Μὴ ἀχθῇς· παροικήσουσί σοι οἱ φυγάδες Μωάβ. Ἔσονται σκέπη ὑμῖν ἀπὸ προσώπου διώκοντος, ὅτι ἤρθη ἡ συμμαχία σου, καὶ ὁ ἄρχων ἀπώλετο, ὁ καταπατῶν ἀπὸ τῆς γῆς. Καὶ διορθωθήσεται μετὰ ἐλέους θρόνος, καὶ καθιεῖται μετ’ αὐτοῦ μετὰ τῆς ἀληθείας ἐν</w:t>
      </w:r>
    </w:p>
    <w:p>
      <w:r>
        <w:rPr>
          <w:rFonts w:ascii="Courier New" w:hAnsi="Courier New"/>
          <w:color w:val="555555"/>
          <w:sz w:val="20"/>
        </w:rPr>
        <w:t>[10]</w:t>
      </w:r>
    </w:p>
    <w:p>
      <w:r>
        <w:rPr>
          <w:rFonts w:ascii="Gentium Plus" w:hAnsi="Gentium Plus"/>
          <w:sz w:val="24"/>
        </w:rPr>
        <w:t>σκηνῇ Δαβὶδ, κρίνων καὶ ἐκζητῶν κρίμα, καὶ σπεύδων δικαιοσύνην. Ἔτι πρὸς τὴν Μωὰβ ὁ λόγος ἐστί. Μὴ πέτρα ἔρημός ἐστι τὸ ὄρος θυγατρὸς Σιών; Ἐλέγχει αὐτῆς τὴν κατα‐ φρόνησιν, ἣν κατεφρόνει τῆς Σιὼν, πέτραν ὑπολαμβάνουσα</w:t>
      </w:r>
    </w:p>
    <w:p>
      <w:r>
        <w:rPr>
          <w:rFonts w:ascii="Courier New" w:hAnsi="Courier New"/>
          <w:color w:val="555555"/>
          <w:sz w:val="20"/>
        </w:rPr>
        <w:t>[15]</w:t>
      </w:r>
    </w:p>
    <w:p>
      <w:r>
        <w:rPr>
          <w:rFonts w:ascii="Gentium Plus" w:hAnsi="Gentium Plus"/>
          <w:sz w:val="24"/>
        </w:rPr>
        <w:t>εἶναι ἔρημον τὸ ὄρος, ὡς οὔτε μέγεθος ἔχον ἀξιόλογον, οὔτε τὰ ἐκ γεωργίας καλὰ δυνάμενον ὑποδέξασθαι, ὡς μήτε τοὺς οἰκοῦντας τρέφειν, μήτε τοὺς νεμομένους αὐτό. Ἡ γὰρ ταῦτα περὶ τοῦ ὄρους ὑπολαβοῦσα καὶ ἐξευτελίσασα</w:t>
      </w:r>
    </w:p>
    <w:p>
      <w:r>
        <w:rPr>
          <w:rFonts w:ascii="Courier New" w:hAnsi="Courier New"/>
          <w:color w:val="555555"/>
          <w:sz w:val="20"/>
        </w:rPr>
        <w:t>[20]</w:t>
      </w:r>
    </w:p>
    <w:p>
      <w:r>
        <w:rPr>
          <w:rFonts w:ascii="Gentium Plus" w:hAnsi="Gentium Plus"/>
          <w:sz w:val="24"/>
        </w:rPr>
        <w:t>ρίσασα τῷ φρυάγματι καὶ τῷ τύφῳ, ἔσῃ ὁμοία νεοσσῷ ἐγ‐ καταλελειμμένῳ ὑπὸ τοῦ θάλποντος αὐτὸν πετεινοῦ, ἐπει‐ δὰν ἀναπτῇ τῆς καλιᾶς πτοηθὲν, καὶ ἔρημον καταλεῖπον τὸ ἐκτρεφόμενον. Τὸ μὲν γὰρ οἴχεται φεῦγον, τὸ δὲ εὐάλωτόν ἐστι τῷ βουλομένῳ. Ἀετὸς μὲν γὰρ, ἢ εἴ τι ἄλλο τῶν με‐</w:t>
      </w:r>
    </w:p>
    <w:p>
      <w:r>
        <w:rPr>
          <w:rFonts w:ascii="Courier New" w:hAnsi="Courier New"/>
          <w:color w:val="555555"/>
          <w:sz w:val="20"/>
        </w:rPr>
        <w:t>[25]</w:t>
      </w:r>
    </w:p>
    <w:p>
      <w:r>
        <w:rPr>
          <w:rFonts w:ascii="Gentium Plus" w:hAnsi="Gentium Plus"/>
          <w:sz w:val="24"/>
        </w:rPr>
        <w:t>γάλων πτηνῶν, τῶν ἐπὶ πολὺ ὑψοῦσθαι ἀπὸ γῆς πεφυκότων, ἔξω ἐστὶ τῆς παρὰ τῶν ἐπιχειρούντων βλάβης· σὺ δὲ ἔσῃ ὡς νεοσσὸς, ἀλλοτρίας βοηθείας εἰς τροφὴν ἐπιδεόμενος, ἄρτι μὲν τοῦ ὠοῦ προκύψας, οὐδὲ βαθεῖ τῷ πτερῷ κατημ‐ φιεσμένος τὸ σῶμα, ἀλλ’ ἔτι τῆς ἑτέρωθεν δεόμενος σκέπης</w:t>
      </w:r>
    </w:p>
    <w:p>
      <w:r>
        <w:rPr>
          <w:rFonts w:ascii="Courier New" w:hAnsi="Courier New"/>
          <w:color w:val="555555"/>
          <w:sz w:val="20"/>
        </w:rPr>
        <w:t>[30]</w:t>
      </w:r>
    </w:p>
    <w:p>
      <w:r>
        <w:rPr>
          <w:rFonts w:ascii="Gentium Plus" w:hAnsi="Gentium Plus"/>
          <w:sz w:val="24"/>
        </w:rPr>
        <w:t>πρὸς τὸ ἐν νυκτὶ συνθάλπεσθαι καὶ μεθ’ ἡμέραν μὴ κατα‐ φρύγεσθαι. —Τῆς οὖν μητρὸς φυγαδευθείσης, ἀναιρεθήσῃ ἀπὸ τῆς καλιᾶς, ἀδρανὴς μὲν ὢν πρὸς ἄμυναν, ἀδύνατος δὲ πρὸς φυγήν. Ὁ αὐτὸς δὲ ἔσται ὁ καὶ σὲ τῆς καλιᾶς κα‐ θαιρῶν, καὶ τὴν σκεπάζουσαν μητέρα ἀποδιώξας.</w:t>
      </w:r>
    </w:p>
    <w:p>
      <w:r>
        <w:rPr>
          <w:rFonts w:ascii="Courier New" w:hAnsi="Courier New"/>
          <w:color w:val="555555"/>
          <w:sz w:val="20"/>
        </w:rPr>
        <w:t>[35]</w:t>
      </w:r>
    </w:p>
    <w:p>
      <w:r>
        <w:rPr>
          <w:rFonts w:ascii="Gentium Plus" w:hAnsi="Gentium Plus"/>
          <w:sz w:val="24"/>
        </w:rPr>
        <w:t>Δῆλον οὖν, ὅτι αἱ ὑπὸ τοῦ πονηροῦ καὶ ἀστάτου πνεύματος ἐκτρεφόμεναι ψυχαὶ (ἐπειδὰν ἐπιτύχωσί τινος γενναίως δι’ ἔρ‐ γων ἀγαθῶν καὶ διὰ τῆς ἐπικλήσεως τοῦ ὀνόματος τοῦ Χριστοῦ ἀποδιώκοντος αὐτὰς) ἐρημωθεῖσαι τὴν καλὴν ἐρή‐ μωσιν, εὐληπτότεραί εἰσι πρὸς τὴν ἐν Χριστῷ ἀνατροφὴν,</w:t>
      </w:r>
    </w:p>
    <w:p>
      <w:r>
        <w:rPr>
          <w:rFonts w:ascii="Courier New" w:hAnsi="Courier New"/>
          <w:color w:val="555555"/>
          <w:sz w:val="20"/>
        </w:rPr>
        <w:t>[40]</w:t>
      </w:r>
    </w:p>
    <w:p>
      <w:r>
        <w:rPr>
          <w:rFonts w:ascii="Gentium Plus" w:hAnsi="Gentium Plus"/>
          <w:sz w:val="24"/>
        </w:rPr>
        <w:t>τὴν ἄγουσαν εἰς τελείωσιν. Ἔσῃ, θύγατερ Μωὰβ, ἐλεγχθείσης τῆς περὶ σὲ ἀσθενείας, τὸ καταλειπόμενον. Τί ἔσῃ, θύγατερ Μωάβ; Ὅπερ ἦς, τοῦτο φανερωθήσεται. Ἐπελάθου γὰρ τῆς δυσγενείας ἑαυτῆς, ὅτι πατρὸς ἐγένου ἀπὸ γάμων κλο‐ πιμαίων προσελθόντος, νυκτὶ καὶ οἴνῳ πρὸς τὴν τοῦ πατρικοῦ</w:t>
      </w:r>
    </w:p>
    <w:p>
      <w:r>
        <w:rPr>
          <w:rFonts w:ascii="Courier New" w:hAnsi="Courier New"/>
          <w:color w:val="555555"/>
          <w:sz w:val="20"/>
        </w:rPr>
        <w:t>[45]</w:t>
      </w:r>
    </w:p>
    <w:p>
      <w:r>
        <w:rPr>
          <w:rFonts w:ascii="Gentium Plus" w:hAnsi="Gentium Plus"/>
          <w:sz w:val="24"/>
        </w:rPr>
        <w:t>σπέρματος κλοπὴν τῆς μητρός σου συγχρησαμένης.</w:t>
      </w:r>
    </w:p>
    <w:p>
      <w:r>
        <w:rPr>
          <w:rFonts w:ascii="Courier New" w:hAnsi="Courier New"/>
          <w:color w:val="555555"/>
          <w:sz w:val="20"/>
        </w:rPr>
        <w:t>[16 . 303]</w:t>
      </w:r>
    </w:p>
    <w:p>
      <w:r>
        <w:rPr>
          <w:rFonts w:ascii="Gentium Plus" w:hAnsi="Gentium Plus"/>
          <w:sz w:val="24"/>
        </w:rPr>
        <w:t>Ἔπειτα δὲ, Ἀρνῶν, πλείονα βουλεύου. Ἐπειδὴ οὐδέν σε ὤνησε τὰ πρότερα βουλεύματα, ὦ Ἀρνῶν, οὐδὲ τὸ πολλὰ περὶ δογμάτων, τῶν κατὰ πᾶσαν φιλοσοφίαν συμπεπλεγμένων, φιλοσοφῆσαι, πρόσθες, εἰ δοκεῖ, τοῖς βου‐</w:t>
      </w:r>
    </w:p>
    <w:p>
      <w:r>
        <w:rPr>
          <w:rFonts w:ascii="Courier New" w:hAnsi="Courier New"/>
          <w:color w:val="555555"/>
          <w:sz w:val="20"/>
        </w:rPr>
        <w:t>[5]</w:t>
      </w:r>
    </w:p>
    <w:p>
      <w:r>
        <w:rPr>
          <w:rFonts w:ascii="Gentium Plus" w:hAnsi="Gentium Plus"/>
          <w:sz w:val="24"/>
        </w:rPr>
        <w:t>λεύμασι. —Δοκεῖ κατά τινα χλεύην καὶ εἰρωνείαν προκαλεῖ‐ σθαι ἐπὶ τὰ ἀνόνητα βουλεύματα τὴν Ἀρνῶν, ἵνα κόρον λαβοῦσα τῶν ματαίων ἑαυτῆς βουλευμάτων καὶ μαθοῦσα τὸ ἀπ’ αὐτῶν ἀνωφελὲς, οὕτω προσέλθῃ τῇ ὑγιαινούσῃ δι‐ δασκαλίᾳ.</w:t>
      </w:r>
    </w:p>
    <w:p>
      <w:r>
        <w:rPr>
          <w:rFonts w:ascii="Courier New" w:hAnsi="Courier New"/>
          <w:color w:val="555555"/>
          <w:sz w:val="20"/>
        </w:rPr>
        <w:t>[10]</w:t>
      </w:r>
    </w:p>
    <w:p>
      <w:r>
        <w:rPr>
          <w:rFonts w:ascii="Gentium Plus" w:hAnsi="Gentium Plus"/>
          <w:sz w:val="24"/>
        </w:rPr>
        <w:t>Ἔστι δὲ Μωαβιτικὸν χωρίον ἡ Ἀρνῶν, καὶ ἀπὸ ἑνὸς ὅλον ἡμῖν ἐνδείκνυται τὸν τόπον τῆς Ἀραβίας ὁ λόγος. Προετιμήθη δὲ τὸ ὄνομα τῆς Ἀρνῶν, διὰ τὴν ἑρμηνευομένην ἀπ’ αὐτοῦ διάνοιαν· ἑρμηνεύεται γὰρ ἡ Ἀρνῶν, φωτισμὸς αὐτῶν. Ἐπεὶ οὖν μάλιστα οἱ πολλὴν ἐκ τῆς οἰήσεως τῆς</w:t>
      </w:r>
    </w:p>
    <w:p>
      <w:r>
        <w:rPr>
          <w:rFonts w:ascii="Courier New" w:hAnsi="Courier New"/>
          <w:color w:val="555555"/>
          <w:sz w:val="20"/>
        </w:rPr>
        <w:t>[15]</w:t>
      </w:r>
    </w:p>
    <w:p>
      <w:r>
        <w:rPr>
          <w:rFonts w:ascii="Gentium Plus" w:hAnsi="Gentium Plus"/>
          <w:sz w:val="24"/>
        </w:rPr>
        <w:t>κατὰ σοφίαν ἔπαρσιν πάσχοντες, ἐν φωτὶ οἴονται διάγειν τὸν ἑαυτῶν νοῦν, κατὰ ἀλήθειαν ἐσκοτισμένοι τῇ διανοίᾳ ὄντες καὶ ἀπηλλοτριωμένοι τοῦ Θεοῦ, πρὸς τοὺς ἐν φωτὶ τῷ ἐκ τῆς γνώσεως ὑπολαμβάνοντας εἶναι τὸν λόγον ποιεῖται.</w:t>
      </w:r>
    </w:p>
    <w:p>
      <w:r>
        <w:rPr>
          <w:rFonts w:ascii="Courier New" w:hAnsi="Courier New"/>
          <w:color w:val="555555"/>
          <w:sz w:val="20"/>
        </w:rPr>
        <w:t>[16 . 304]</w:t>
      </w:r>
    </w:p>
    <w:p>
      <w:r>
        <w:rPr>
          <w:rFonts w:ascii="Gentium Plus" w:hAnsi="Gentium Plus"/>
          <w:sz w:val="24"/>
        </w:rPr>
        <w:t>Εἶτα παραινεῖ· Ποιεῖτε σκέπην πένθους αὐτῇ διὰ παντός. Ναδὰβ καὶ Ἀβιοὺδ, ἀλλότριον πῦρ προσενέγκαντες τῷ θυσιαστηρίῳ, κατεφλέγησαν. Καὶ οἱ τὸ φῶς τὸ ἀληθινὸν</w:t>
      </w:r>
    </w:p>
    <w:p>
      <w:r>
        <w:rPr>
          <w:rFonts w:ascii="Courier New" w:hAnsi="Courier New"/>
          <w:color w:val="555555"/>
          <w:sz w:val="20"/>
        </w:rPr>
        <w:t>[5]</w:t>
      </w:r>
    </w:p>
    <w:p>
      <w:r>
        <w:rPr>
          <w:rFonts w:ascii="Gentium Plus" w:hAnsi="Gentium Plus"/>
          <w:sz w:val="24"/>
        </w:rPr>
        <w:t>μὴ δεξάμενοι, ἀλλὰ τὸν μετασχηματιζόμενον εἰς ἄγγελον φωτὸς, τοῦτον ὑποδεχόμενοι, ἐὰν αἴσθωνται, ὅτι ἐν φαν‐ τασίᾳ μὲν γνώσεως ἦσαν, ἐσφαλμένοι δὲ τῆς ἀληθείας ὑπῆρ‐ χον, ἀναγκαίως ἑαυτοὺς καταπενθήσουσι. Διὸ μετήγαγεν ὁ λόγος τὴν παραίνεσιν ἐπὶ τοὺς ἐπιμελουμένους αὐτῶν, καί</w:t>
      </w:r>
    </w:p>
    <w:p>
      <w:r>
        <w:rPr>
          <w:rFonts w:ascii="Courier New" w:hAnsi="Courier New"/>
          <w:color w:val="555555"/>
          <w:sz w:val="20"/>
        </w:rPr>
        <w:t>[10]</w:t>
      </w:r>
    </w:p>
    <w:p>
      <w:r>
        <w:rPr>
          <w:rFonts w:ascii="Gentium Plus" w:hAnsi="Gentium Plus"/>
          <w:sz w:val="24"/>
        </w:rPr>
        <w:t>φησι· Ποιεῖτε σκέπην πένθους αὐτῇ διὰ παντός. —Οἱ γὰρ ἐπὶ τοῖς ἡμαρτημένοις, εἴτε κατὰ τὸν βίον, εἴτε κατὰ τὴν γνῶσιν, ἐνεργαζόμενοι λύπην, ὥστε τινὰς ἐλθεῖν ἐπὶ τὸ μακαρίως πενθεῖν, οὗτοι ποιοῦσι σκέπην πένθους. Εἶδόν τινας ἐγὼ τῶν ὑπὸ λύπης ἀκράτου κατεχομένων ἀποκλείοντας ἑαυτοὺς εἰς</w:t>
      </w:r>
    </w:p>
    <w:p>
      <w:r>
        <w:rPr>
          <w:rFonts w:ascii="Courier New" w:hAnsi="Courier New"/>
          <w:color w:val="555555"/>
          <w:sz w:val="20"/>
        </w:rPr>
        <w:t>[15]</w:t>
      </w:r>
    </w:p>
    <w:p>
      <w:r>
        <w:rPr>
          <w:rFonts w:ascii="Gentium Plus" w:hAnsi="Gentium Plus"/>
          <w:sz w:val="24"/>
        </w:rPr>
        <w:t>οἰκίσκον καὶ πᾶσαν φωτὸς πάροδον ἀποφράσσοντας καὶ οἱο‐ νεὶ τιμωρουμένους ἑαυτοὺς διὰ τῆς ἐν τῷ σκότει διαγωγῆς. Ἵνα οὖν μὴ τὸ σύνηθες, αὐτῶν ἐξαπατῶν τὴν διάνοιαν, τῆς σοφίας οἴημα, κατὰ ἀλήθειαν σκότος ὑπάρχον, φῶς δὲ εἶναι φανταζόμενον, διοχλῇ αὐτῶν ταῖς αἰσθήσεσι, Ποιήσατε</w:t>
      </w:r>
    </w:p>
    <w:p>
      <w:r>
        <w:rPr>
          <w:rFonts w:ascii="Courier New" w:hAnsi="Courier New"/>
          <w:color w:val="555555"/>
          <w:sz w:val="20"/>
        </w:rPr>
        <w:t>[20]</w:t>
      </w:r>
    </w:p>
    <w:p>
      <w:r>
        <w:rPr>
          <w:rFonts w:ascii="Gentium Plus" w:hAnsi="Gentium Plus"/>
          <w:sz w:val="24"/>
        </w:rPr>
        <w:t>(φησὶ) σκέπην πένθους αὐτοῖς, ἵνα ἐν τῷ ἀποκλεῖσαι τὴν ἐκ τῶν ἑτεροδόξων ἀπάτην, χώραν δῶτε τῷ ἀληθινῷ φωτὶ ἐλ‐ λάμψαι ταῖς καρδίαις τῶν εἰς αὐτὸ πεπιστευκότων. —Πρὶν οὖν ἐλθεῖν τὴν ἡμέραν Κυρίου, ἐν ᾗ κόψονται πᾶσαι αἱ φυ‐ λαὶ τῆς γῆς, κατὰ τὸ ἐν τῷ Ζαχαρίᾳ εἰρημένον (ὅτι Μεγα‐</w:t>
      </w:r>
    </w:p>
    <w:p>
      <w:r>
        <w:rPr>
          <w:rFonts w:ascii="Courier New" w:hAnsi="Courier New"/>
          <w:color w:val="555555"/>
          <w:sz w:val="20"/>
        </w:rPr>
        <w:t>[25]</w:t>
      </w:r>
    </w:p>
    <w:p>
      <w:r>
        <w:rPr>
          <w:rFonts w:ascii="Gentium Plus" w:hAnsi="Gentium Plus"/>
          <w:sz w:val="24"/>
        </w:rPr>
        <w:t>λυνθήσεται ὁ κοπετὸς ἐν Ἱερουσαλὴμ, ὡς κοπετὸς ῥοῶνος· καὶ κόψεται ἡ γῆ κατὰ φυλάς· φυλὴν οἴκου Δαβὶδ καθ’ ἑαυ‐ τὴν, καὶ αἱ γυναῖκες αὐτῶν καθ’ ἑαυτάς· φυλὴ οἴκου Νάθαν καθ’ ἑαυτὴν, καὶ αἱ γυναῖκες αὐτῶν καθ’ ἑαυτάς· πᾶσαι αἱ ὑπολελειμμέναι φυλαὶ, φυλὴ καθ’ ἑαυτὴν, καὶ αἱ γυναῖκες</w:t>
      </w:r>
    </w:p>
    <w:p>
      <w:r>
        <w:rPr>
          <w:rFonts w:ascii="Courier New" w:hAnsi="Courier New"/>
          <w:color w:val="555555"/>
          <w:sz w:val="20"/>
        </w:rPr>
        <w:t>[30]</w:t>
      </w:r>
    </w:p>
    <w:p>
      <w:r>
        <w:rPr>
          <w:rFonts w:ascii="Gentium Plus" w:hAnsi="Gentium Plus"/>
          <w:sz w:val="24"/>
        </w:rPr>
        <w:t>αὐτῶν καθ’ ἑαυτάς) ὑμεῖς, οἱ διδάσκοντες τὸν λαὸν καὶ ἐπιστρέφοντες τοὺς ἡμαρτηκότας ἐν παντὶ τῷ τοῦ βίου καιρῷ, ποιεῖτε σκέπην πένθους αὐτῇ, ἵνα ἐκ τοῦ ὑμετέρου λόγου οἱ ὑπὸ τῆς κακίας πρότερον κεκακωμένοι, εἰς τὸ μα‐ καρίως πενθεῖν ἐναχθῶσιν.</w:t>
      </w:r>
    </w:p>
    <w:p>
      <w:r>
        <w:rPr>
          <w:rFonts w:ascii="Courier New" w:hAnsi="Courier New"/>
          <w:color w:val="555555"/>
          <w:sz w:val="20"/>
        </w:rPr>
        <w:t>[16 . 305]</w:t>
      </w:r>
    </w:p>
    <w:p>
      <w:r>
        <w:rPr>
          <w:rFonts w:ascii="Gentium Plus" w:hAnsi="Gentium Plus"/>
          <w:sz w:val="24"/>
        </w:rPr>
        <w:t>Ἐν μεσημβρινῇ σκοτίᾳ φεύξονται. Δοκεῖ τὸ μεσημβρινὸν τῆς ἡμέρας κατάστημα λαμπρότερον ἔχειν καὶ φανότερον τὸ φῶς. Τῆς οὖν ἀληθείας ἀπὸ κτίσεως κόσμου νοεῖσθαι δυναμένης τοῖς συνετῶς τοῖς λόγοις τῆς κτί‐</w:t>
      </w:r>
    </w:p>
    <w:p>
      <w:r>
        <w:rPr>
          <w:rFonts w:ascii="Courier New" w:hAnsi="Courier New"/>
          <w:color w:val="555555"/>
          <w:sz w:val="20"/>
        </w:rPr>
        <w:t>[5]</w:t>
      </w:r>
    </w:p>
    <w:p>
      <w:r>
        <w:rPr>
          <w:rFonts w:ascii="Gentium Plus" w:hAnsi="Gentium Plus"/>
          <w:sz w:val="24"/>
        </w:rPr>
        <w:t>σεως ἐπιβάλλουσιν, οἱ ἐν τῷ κόσμῳ ζῶντες καὶ πανταχόθεν ὑπὸ τῆς τοῦ Θεοῦ σοφίας περιλαμπόμενοι, νοσοῦντες δὲ τὴν τοῦ Θεοῦ ἄγνοιαν, οὗτοί εἰσιν οἱ μεσημβρινῇ σκοτίᾳ ὑπάρχον‐ τες, τῶν μὲν πραγμάτων τὴν μεσημβρίαν ἐχόντων, ἐν δὲ ταῖς ψυχαῖς τῶν ἀγνοούντων τῆς σκοτίας ἐνυπαρχούσης.</w:t>
      </w:r>
    </w:p>
    <w:p>
      <w:r>
        <w:rPr>
          <w:rFonts w:ascii="Courier New" w:hAnsi="Courier New"/>
          <w:color w:val="555555"/>
          <w:sz w:val="20"/>
        </w:rPr>
        <w:t>[10]</w:t>
      </w:r>
    </w:p>
    <w:p>
      <w:r>
        <w:rPr>
          <w:rFonts w:ascii="Gentium Plus" w:hAnsi="Gentium Plus"/>
          <w:sz w:val="24"/>
        </w:rPr>
        <w:t>Οἱ τοιοῦτοι οὖν ἐν μεσημβρινῇ σκοτίᾳ φεύγουσιν, ἐξέστησαν, διότι τῆς φαντασίας, ἣν οἱ μεμηνότες φαντασιοῦνται, οὐδὲν διαφέρει τὰ τῶν τοιούτων δόγματα. Καὶ ἑρμηνεία ἐστὶ τοῦ μεσημβρινοῦ σκότους ἡ ἔκστασις, ἐπεὶ καὶ οἱ πάθει τινὶ λογισμῶν παρενεχθέντες, οὔτε τὸν ἥλιον</w:t>
      </w:r>
    </w:p>
    <w:p>
      <w:r>
        <w:rPr>
          <w:rFonts w:ascii="Courier New" w:hAnsi="Courier New"/>
          <w:color w:val="555555"/>
          <w:sz w:val="20"/>
        </w:rPr>
        <w:t>[15]</w:t>
      </w:r>
    </w:p>
    <w:p>
      <w:r>
        <w:rPr>
          <w:rFonts w:ascii="Gentium Plus" w:hAnsi="Gentium Plus"/>
          <w:sz w:val="24"/>
        </w:rPr>
        <w:t>λάμπειν οἴονται, οὔτε φῶς εἶναι περὶ τὸν ἀέρα. Ἔκστασις οὖν ὄντως καὶ μανία σαφὴς, οὕτως ἐναργῶν πραγμάτων</w:t>
      </w:r>
    </w:p>
    <w:p>
      <w:r>
        <w:rPr>
          <w:rFonts w:ascii="Courier New" w:hAnsi="Courier New"/>
          <w:color w:val="555555"/>
          <w:sz w:val="20"/>
        </w:rPr>
        <w:t>[20]</w:t>
      </w:r>
    </w:p>
    <w:p>
      <w:r>
        <w:rPr>
          <w:rFonts w:ascii="Gentium Plus" w:hAnsi="Gentium Plus"/>
          <w:sz w:val="24"/>
        </w:rPr>
        <w:t>καὶ οἱονεὶ ἐκβάντας τὸ φῶς ἐν τῷ σκότει διάγειν. —Μὴ ἀχθῇς. Προτρέπεται ἡμᾶς ὁ λόγος, μὴ ἄγεσθαι ὑπὸ τῆς πιθα‐ νότητος τῶν ἑτεροδόξων· μανία γὰρ σαφὴς, ἐξεστηκόσιν ἀκολουθεῖν. Γνώρισον αὐτοὺς ὅτι ἐξέστησαν. Ἔξω εἰσὶ τῆς ὁδοῦ, τῆς πρὸς Θεὸν ἀγούσης· μὴ χρήσῃ αὐτοῖς ὁδηγοῖς, μή</w:t>
      </w:r>
    </w:p>
    <w:p>
      <w:r>
        <w:rPr>
          <w:rFonts w:ascii="Courier New" w:hAnsi="Courier New"/>
          <w:color w:val="555555"/>
          <w:sz w:val="20"/>
        </w:rPr>
        <w:t>[25]</w:t>
      </w:r>
    </w:p>
    <w:p>
      <w:r>
        <w:rPr>
          <w:rFonts w:ascii="Gentium Plus" w:hAnsi="Gentium Plus"/>
          <w:sz w:val="24"/>
        </w:rPr>
        <w:t>ποτε ἀχθῇς ὑπ’ αὐτῶν εἰς κρημνὸν καὶ βάραθρον. Τυφλὸς γὰρ ἐὰν τυφλὸν ὁδηγῇ, ἀμφότεροι εἰς βόθυνον πεσοῦνται.</w:t>
      </w:r>
    </w:p>
    <w:p>
      <w:r>
        <w:rPr>
          <w:rFonts w:ascii="Courier New" w:hAnsi="Courier New"/>
          <w:color w:val="555555"/>
          <w:sz w:val="20"/>
        </w:rPr>
        <w:t>[16 . 306]</w:t>
      </w:r>
    </w:p>
    <w:p>
      <w:r>
        <w:rPr>
          <w:rFonts w:ascii="Gentium Plus" w:hAnsi="Gentium Plus"/>
          <w:sz w:val="24"/>
        </w:rPr>
        <w:t>Παροικήσουσί σοι φυγάδες Μωάβ. Μετὰ ταῦτα δὲ τῇ θυγατρὶ Σιὼν λέγεται ὑπὸ τοῦ χρησ‐ τοῦ καὶ φιλανθρώπου Θεοῦ περὶ τῶν Μωαβιτῶν ἐπιστρεφόν‐ των καὶ παροικεῖν μελλόντων αὐτῇ, οἵτινες πάλαι, πεφευγότες</w:t>
      </w:r>
    </w:p>
    <w:p>
      <w:r>
        <w:rPr>
          <w:rFonts w:ascii="Courier New" w:hAnsi="Courier New"/>
          <w:color w:val="555555"/>
          <w:sz w:val="20"/>
        </w:rPr>
        <w:t>[5]</w:t>
      </w:r>
    </w:p>
    <w:p>
      <w:r>
        <w:rPr>
          <w:rFonts w:ascii="Gentium Plus" w:hAnsi="Gentium Plus"/>
          <w:sz w:val="24"/>
        </w:rPr>
        <w:t>τὸν Θεὸν, ἐπανήξουσι πρὸς τὸν ἑαυτῶν Δεσπότην· Παροική‐ σουσί σοι φυγάδες Μωάβ. Καὶ σκεπασθήσονται οὗτοι (φησὶ) παρ’ ὑμῖν, μηδὲν πεισόμενοι ἀπὸ προσώπου διώκοντος. Οἱ γάρ ποτε συμμαχοῦντες, οὗτοι διῶκται γενήσονται, πολε‐ μοῦντες αὐτῷ, διὰ τὴν πρὸς τὸν ἀληθινὸν Θεὸν ἐπιστροφήν.</w:t>
      </w:r>
    </w:p>
    <w:p>
      <w:r>
        <w:rPr>
          <w:rFonts w:ascii="Courier New" w:hAnsi="Courier New"/>
          <w:color w:val="555555"/>
          <w:sz w:val="20"/>
        </w:rPr>
        <w:t>[10]</w:t>
      </w:r>
    </w:p>
    <w:p>
      <w:r>
        <w:rPr>
          <w:rFonts w:ascii="Gentium Plus" w:hAnsi="Gentium Plus"/>
          <w:sz w:val="24"/>
        </w:rPr>
        <w:t>—Ἐπεὶ οὖν ἐγένοντο ὡς, πετεινοῦ ἀνιπταμένου, νεοσσὸς ἀφῃρημένος, ἤρθη μὲν τῆς πονηρᾶς προστασίας καὶ τοῦ μοχ‐ θηροῦ ἄρχοντος ἠλευθερώθη, ὃς ἀπώλετο δι’ ὑπερηφανίαν καὶ τυραννίδα πατῶν πάντας.</w:t>
      </w:r>
    </w:p>
    <w:p>
      <w:r>
        <w:rPr>
          <w:rFonts w:ascii="Courier New" w:hAnsi="Courier New"/>
          <w:color w:val="555555"/>
          <w:sz w:val="20"/>
        </w:rPr>
        <w:t>[15]</w:t>
      </w:r>
    </w:p>
    <w:p>
      <w:r>
        <w:rPr>
          <w:rFonts w:ascii="Gentium Plus" w:hAnsi="Gentium Plus"/>
          <w:sz w:val="24"/>
        </w:rPr>
        <w:t>Ὁ θρόνος γὰρ (φησὶ) καὶ ἡ βασιλεία Δαβὶδ κατορθωθήσεται. Ἐπεὶ οὖν πάντες βασιλευθήσονται ὑπὸ τοῦ Χριστοῦ (κατὰ τὸ εἰρημένον, ὅτι Δεῖ αὐτὸν βασιλεύειν ἕως ἂν θῇ τοὺς ἐχθροὺς ὑπὸ τοὺς πόδας αὐτοῦ) τὸν θρόνον εἶπε διορθωθήσεσθαι, τῷ διορθώσεως τυγχάνειν τὰ βασιλευόμενα· ὅπερ γίνεται οὐ</w:t>
      </w:r>
    </w:p>
    <w:p>
      <w:r>
        <w:rPr>
          <w:rFonts w:ascii="Courier New" w:hAnsi="Courier New"/>
          <w:color w:val="555555"/>
          <w:sz w:val="20"/>
        </w:rPr>
        <w:t>[20]</w:t>
      </w:r>
    </w:p>
    <w:p>
      <w:r>
        <w:rPr>
          <w:rFonts w:ascii="Gentium Plus" w:hAnsi="Gentium Plus"/>
          <w:sz w:val="24"/>
        </w:rPr>
        <w:t>κατὰ τὴν ἀξίαν τῶν μελλόντων βασιλεύεσθαι, ἀλλὰ κατὰ τὸν ἔλεον καὶ τὴν χρηστότητα τοῦ Θεοῦ. Καθεδεῖται οὖν (φησὶν) ὁ Δαβίδ, τουτέστιν ὁ ἱκανὸς χειρὶ καὶ δυνάμει ὁ Χριστὸς, μετὰ ἀληθείας. Καὶ βασιλεύσει ἐν σκηνῇ, ἕως ποιήσῃ κρίνων τὴν ἐπὶ πᾶσι κρίσιν.</w:t>
      </w:r>
    </w:p>
    <w:p>
      <w:r>
        <w:rPr>
          <w:rFonts w:ascii="Courier New" w:hAnsi="Courier New"/>
          <w:color w:val="555555"/>
          <w:sz w:val="20"/>
        </w:rPr>
        <w:t>[25]</w:t>
      </w:r>
    </w:p>
    <w:p>
      <w:r>
        <w:rPr>
          <w:rFonts w:ascii="Gentium Plus" w:hAnsi="Gentium Plus"/>
          <w:sz w:val="24"/>
        </w:rPr>
        <w:t>Ἡ δὲ μετὰ ἀληθείας καθέδρα δείκνυσι τὸν τοῦ ψεύδους ἀφανισμόν. Βασιλεύσει δὲ, ἕως ποιήσῃ κρίσιν. Τὴν ἐπὶ πᾶσιν αὐτοῦ δικαιοκρισίαν παρίστησι, καθ’ ἣν, οὐχ ὡς ἔτυχεν, ἀποφαίνεται περὶ ἑκάστου, ἀλλ’ ἐκζητῶν τὸ πρέπον καὶ τὸ ἁρμόζον, ὡς πρὸς τέλος ἀγαθὸν φέρειν ἑκάστῳ τὸ κρίμα,</w:t>
      </w:r>
    </w:p>
    <w:p>
      <w:r>
        <w:rPr>
          <w:rFonts w:ascii="Courier New" w:hAnsi="Courier New"/>
          <w:color w:val="555555"/>
          <w:sz w:val="20"/>
        </w:rPr>
        <w:t>[30]</w:t>
      </w:r>
    </w:p>
    <w:p>
      <w:r>
        <w:rPr>
          <w:rFonts w:ascii="Gentium Plus" w:hAnsi="Gentium Plus"/>
          <w:sz w:val="24"/>
        </w:rPr>
        <w:t>ἠπειγμένως κατασπεύδων καὶ κατεπείγων τὴν δικαιοσύνην, οὐχὶ δὲ ἀνειμένως οὐδὲ βάδην, ἀλλὰ πάσῃ σπουδῇ ἐργαζό‐ μενος αὐτήν.</w:t>
      </w:r>
    </w:p>
    <w:p>
      <w:r>
        <w:rPr>
          <w:rFonts w:ascii="Courier New" w:hAnsi="Courier New"/>
          <w:color w:val="555555"/>
          <w:sz w:val="20"/>
        </w:rPr>
        <w:t>[16 . 307]</w:t>
      </w:r>
    </w:p>
    <w:p>
      <w:r>
        <w:rPr>
          <w:rFonts w:ascii="Gentium Plus" w:hAnsi="Gentium Plus"/>
          <w:sz w:val="24"/>
        </w:rPr>
        <w:t>Ἠκούσαμεν τὴν ὕβριν Μωάβ· ὑβριστὴς σφόδρα· τὴν ὑπερηφανίαν αὐτοῦ ἐξῆρα· καὶ ἡ ὕβρις αὐτοῦ καὶ ἡ</w:t>
      </w:r>
    </w:p>
    <w:p>
      <w:r>
        <w:rPr>
          <w:rFonts w:ascii="Courier New" w:hAnsi="Courier New"/>
          <w:color w:val="555555"/>
          <w:sz w:val="20"/>
        </w:rPr>
        <w:t>[5]</w:t>
      </w:r>
    </w:p>
    <w:p>
      <w:r>
        <w:rPr>
          <w:rFonts w:ascii="Gentium Plus" w:hAnsi="Gentium Plus"/>
          <w:sz w:val="24"/>
        </w:rPr>
        <w:t>οικοῦσι Σεδὲκ, μελέτησις, καὶ οὐκ ἐντραπήσῃ. Τὰ πεδία Ἐσεβὼν πενθήσει. Ταῦτα ἀπὸ ἑτέρας ἀρχῆς, ὡς μὴ ἠρτημένα τῶν προτέρων ἀναγνωστέον. Πολλαχοῦ δὲ ἡ Γραφὴ διὰ τῶν χρηστοτέρων ἀναπνεῦσαι ποιοῦσα τὸν ἀκροατὴν καὶ ἐνιδεῖν τῇ χρηστότητι</w:t>
      </w:r>
    </w:p>
    <w:p>
      <w:r>
        <w:rPr>
          <w:rFonts w:ascii="Courier New" w:hAnsi="Courier New"/>
          <w:color w:val="555555"/>
          <w:sz w:val="20"/>
        </w:rPr>
        <w:t>[10]</w:t>
      </w:r>
    </w:p>
    <w:p>
      <w:r>
        <w:rPr>
          <w:rFonts w:ascii="Gentium Plus" w:hAnsi="Gentium Plus"/>
          <w:sz w:val="24"/>
        </w:rPr>
        <w:t>τοῦ Θεοῦ καὶ τῷ κατ’ αὐτὴν ἐσομένῳ τέλει, ἐπαναλαμβάνει (εἰς ἐπιστροφὴν ἡμῶν) τὰς ἀπειλὰς καὶ τὰ περὶ τῶν κολά‐ σεων. Οἱ γὰρ πλείονες τοιούτων δεόμεθα, ἵνα μὴ τοῦ πλούτου τῆς χρηστότητος καὶ τῆς μακροθυμίας καταφρονοῦντες, κατὰ τὴν σκληρότητα ἑαυτῶν καὶ ἀμετανόητον καρδίαν, θησαυ‐</w:t>
      </w:r>
    </w:p>
    <w:p>
      <w:r>
        <w:rPr>
          <w:rFonts w:ascii="Courier New" w:hAnsi="Courier New"/>
          <w:color w:val="555555"/>
          <w:sz w:val="20"/>
        </w:rPr>
        <w:t>[15]</w:t>
      </w:r>
    </w:p>
    <w:p>
      <w:r>
        <w:rPr>
          <w:rFonts w:ascii="Gentium Plus" w:hAnsi="Gentium Plus"/>
          <w:sz w:val="24"/>
        </w:rPr>
        <w:t>ρίσωμεν ἑαυτοῖς ὀργὴν ἐν ἡμέρᾳ ὀργῆς καὶ ἀποκαλύψεως καὶ δικαιοκρισίας τοῦ Θεοῦ. Τοιοῦτον γάρ τι εὑρίσκομεν καὶ παρὰ τῷ Ψαλμῳδῷ· Χρηστὸς Κύριος τοῖς σύμπασι. Καὶ πολλὰ εἰπὼν περὶ χρηστότητος (ὅτι ὑποστηρίζει τοὺς καταπίπτοντας ὅτι δίδωσι τὴν τροφὴν ἐν εὐκαιρίᾳ) οὐκ ἐν τούτοις κατέληξεν,</w:t>
      </w:r>
    </w:p>
    <w:p>
      <w:r>
        <w:rPr>
          <w:rFonts w:ascii="Courier New" w:hAnsi="Courier New"/>
          <w:color w:val="555555"/>
          <w:sz w:val="20"/>
        </w:rPr>
        <w:t>[20]</w:t>
      </w:r>
    </w:p>
    <w:p>
      <w:r>
        <w:rPr>
          <w:rFonts w:ascii="Gentium Plus" w:hAnsi="Gentium Plus"/>
          <w:sz w:val="24"/>
        </w:rPr>
        <w:t>ἀλλ’ ἐπιφέρει· Φυλάσσει Κύριος πάντας τοὺς ἀγαπῶντας αὐτὸν, καὶ πάντας τοὺς ἁμαρτωλοὺς ἐξολοθρεύσει. Καὶ ἐν‐ ταῦθα τοίνυν πολλὴν τοῖς ἐπιστρέψασι ἐμφήναντα χρηστό‐ τητα τὰ εἰρημένα, ἀπ’ ἄλλης ἀρχῆς τὰ πικρότερα πάλιν ἐπανατείνεται.</w:t>
      </w:r>
    </w:p>
    <w:p>
      <w:r>
        <w:rPr>
          <w:rFonts w:ascii="Courier New" w:hAnsi="Courier New"/>
          <w:color w:val="555555"/>
          <w:sz w:val="20"/>
        </w:rPr>
        <w:t>[25]</w:t>
      </w:r>
    </w:p>
    <w:p>
      <w:r>
        <w:rPr>
          <w:rFonts w:ascii="Gentium Plus" w:hAnsi="Gentium Plus"/>
          <w:sz w:val="24"/>
        </w:rPr>
        <w:t>Ἠκούσαμεν τὴν ὕβριν Μωάβ. Ἐπὶ τὸν ἄρχοντα τοῦ κόσμου τούτου, τὸν πρῶτον τὴν ἀποστασίαν καινοτομή‐ σαντα, τὸν ἐξυβρίσαντα εἰς τὸν Κτίστην, τὸν ἐνυβρίζοντα τοῖς ἀνθρώποις καὶ καταπατήσαντα αὐτοὺς ὕβρει καὶ ὑπε‐</w:t>
      </w:r>
    </w:p>
    <w:p>
      <w:r>
        <w:rPr>
          <w:rFonts w:ascii="Courier New" w:hAnsi="Courier New"/>
          <w:color w:val="555555"/>
          <w:sz w:val="20"/>
        </w:rPr>
        <w:t>[30]</w:t>
      </w:r>
    </w:p>
    <w:p>
      <w:r>
        <w:rPr>
          <w:rFonts w:ascii="Gentium Plus" w:hAnsi="Gentium Plus"/>
          <w:sz w:val="24"/>
        </w:rPr>
        <w:t>τοὺς ἐν τῇ Ἐκκλησίᾳ, τοὺς μὲν ὡς ἀνδραποδώδεις καὶ διὰ τὴν ἄγνοιαν οὐδὲν αὐτῶν διαφέροντας. Οὗτος ὁ ἐνεργῶν ἑκάστῳ τὴν λοιδορίαν· οὗτος ὁ ἀναπείθων τοὺς αἱρέσεών τινων προεστῶτας ἀδικίαν μὲν εἰς τὸ ὕψος λαλεῖν, εἰ δέ ποτε εἰς ζήτησιν συγκαταβαίνοιεν, διδάσκων τὸν μὲν λόγον</w:t>
      </w:r>
    </w:p>
    <w:p>
      <w:r>
        <w:rPr>
          <w:rFonts w:ascii="Courier New" w:hAnsi="Courier New"/>
          <w:color w:val="555555"/>
          <w:sz w:val="20"/>
        </w:rPr>
        <w:t>[35]</w:t>
      </w:r>
    </w:p>
    <w:p>
      <w:r>
        <w:rPr>
          <w:rFonts w:ascii="Gentium Plus" w:hAnsi="Gentium Plus"/>
          <w:sz w:val="24"/>
        </w:rPr>
        <w:t>μὴ βασανίζειν, ὑβρίζειν δὲ τὸν δυνάμενον ἐλέγχειν τὴν ἀτοπίαν τῶν δογμάτων αὐτοῦ. —Θεραπεύων οὖν αὐτὸν ὁ Κύριός φησι· Τὴν ὑπερηφανίαν αὐτοῦ ἐξῆρα. Ὡς γὰρ νόσου ἀφαίρεσίς ἐστι τὸ πονηρὸν τῆς ἀλαζονείας πάθος. Ἀλλὰ Καὶ ἡ ὕβρις αὐτοῦ (φησὶ) καὶ ἡ μῆνις αὐτοῦ. Ἰδιόκτητα τοῦ</w:t>
      </w:r>
    </w:p>
    <w:p>
      <w:r>
        <w:rPr>
          <w:rFonts w:ascii="Courier New" w:hAnsi="Courier New"/>
          <w:color w:val="555555"/>
          <w:sz w:val="20"/>
        </w:rPr>
        <w:t>[40]</w:t>
      </w:r>
    </w:p>
    <w:p>
      <w:r>
        <w:rPr>
          <w:rFonts w:ascii="Gentium Plus" w:hAnsi="Gentium Plus"/>
          <w:sz w:val="24"/>
        </w:rPr>
        <w:t>Μωὰβ τὰ πάθη ταῦτα· πονηρῶν κτημάτων δεσπότης ὁ Μωὰβ, ὕβρεως μὲν τῆς ἐπ’ ἀτιμίᾳ τοῦ πλησίον ἐπινοου‐ μένης, μήνιδος δὲ τῆς ἐμμόνου καὶ παρατεταμένης ὀργῆς.</w:t>
      </w:r>
    </w:p>
    <w:p>
      <w:r>
        <w:rPr>
          <w:rFonts w:ascii="Courier New" w:hAnsi="Courier New"/>
          <w:color w:val="555555"/>
          <w:sz w:val="20"/>
        </w:rPr>
        <w:t>[16 . 308]</w:t>
      </w:r>
    </w:p>
    <w:p>
      <w:r>
        <w:rPr>
          <w:rFonts w:ascii="Gentium Plus" w:hAnsi="Gentium Plus"/>
          <w:sz w:val="24"/>
        </w:rPr>
        <w:t>Εἶτα ἐπιφέρει· Οὐχ οὕτως ἡ μαντεία σου, οὐχ οὕτως. Ὀνειδίζει τὴν παλαιὰν ἐπίνοιαν τοῦ Μωὰβ, μηδὲν τῆς τοῦ Βαλαὰμ μαντείας δυνηθείσης ποιῆσαι τῷ Ἰσραὴλ, ἐπείπερ Κύριος ὁ Θεὸς ἔστρεψε τὸ στόμα αὐτοῦ ἀπὸ κατάρας εἰς εὐ‐</w:t>
      </w:r>
    </w:p>
    <w:p>
      <w:r>
        <w:rPr>
          <w:rFonts w:ascii="Courier New" w:hAnsi="Courier New"/>
          <w:color w:val="555555"/>
          <w:sz w:val="20"/>
        </w:rPr>
        <w:t>[5]</w:t>
      </w:r>
    </w:p>
    <w:p>
      <w:r>
        <w:rPr>
          <w:rFonts w:ascii="Gentium Plus" w:hAnsi="Gentium Plus"/>
          <w:sz w:val="24"/>
        </w:rPr>
        <w:t>λογίαν. Οὐχ οὕτως (φησὶν) ἡ μαντεία σου, οὐχ οὕτως. Με‐ τεπέμψατο γὰρ Βαλὰκ, υἱὸς Σεπφὼρ, βασιλεὺς Μωὰβ, τὸν Βαλαὰμ τὸν μάντιν, οὗ τὰ μαντεῖα ἐν ταῖς χερσὶν ἦν, καὶ εἶπεν· Ἐπάρασαί μοι τὸν λαὸν τοῦτον. Οὐχ οὕτως οὖν ἀπ‐</w:t>
      </w:r>
    </w:p>
    <w:p>
      <w:r>
        <w:rPr>
          <w:rFonts w:ascii="Courier New" w:hAnsi="Courier New"/>
          <w:color w:val="555555"/>
          <w:sz w:val="20"/>
        </w:rPr>
        <w:t>[10]</w:t>
      </w:r>
    </w:p>
    <w:p>
      <w:r>
        <w:rPr>
          <w:rFonts w:ascii="Gentium Plus" w:hAnsi="Gentium Plus"/>
          <w:sz w:val="24"/>
        </w:rPr>
        <w:t>σομαι ὃν μὴ ἀρᾶται Κύριος; καὶ τί καταράσομαι, ὃν μὴ κατα‐ ρᾶται ὁ Θεός; —Εἶτα προφητεύει ὀλολυγμὸν τῇ Μωαβίτιδι· Ὀλολύξει γὰρ (φησὶν) Μωάβ· ἐν γὰρ τῇ Μωαβίτιδι πάντες ὀλολύξουσιν. Ἐπεὶ οὖν ὁ ὀλολυγμὸς φωνὴ ὀδυνηρά ἐστιν ὑπὸ γυναικῶν, ὡς τὰ πολλὰ, ἐν πένθει βαρυτάτῳ κεκρατημέ‐</w:t>
      </w:r>
    </w:p>
    <w:p>
      <w:r>
        <w:rPr>
          <w:rFonts w:ascii="Courier New" w:hAnsi="Courier New"/>
          <w:color w:val="555555"/>
          <w:sz w:val="20"/>
        </w:rPr>
        <w:t>[15]</w:t>
      </w:r>
    </w:p>
    <w:p>
      <w:r>
        <w:rPr>
          <w:rFonts w:ascii="Gentium Plus" w:hAnsi="Gentium Plus"/>
          <w:sz w:val="24"/>
        </w:rPr>
        <w:t>νων ἀφιεμένη, δείκνυσι καὶ τῆς πληγῆς τὸ ἀλγεινὸν καὶ τῶν πασχόντων τὸ ἀσθενὲς, ἐκ τοῦ λέγειν ὅτι Ὀλολύξει Μωάβ.</w:t>
      </w:r>
    </w:p>
    <w:p>
      <w:r>
        <w:rPr>
          <w:rFonts w:ascii="Courier New" w:hAnsi="Courier New"/>
          <w:color w:val="555555"/>
          <w:sz w:val="20"/>
        </w:rPr>
        <w:t>[16 . 309]</w:t>
      </w:r>
    </w:p>
    <w:p>
      <w:r>
        <w:rPr>
          <w:rFonts w:ascii="Gentium Plus" w:hAnsi="Gentium Plus"/>
          <w:sz w:val="24"/>
        </w:rPr>
        <w:t>Τοῖς κατοικοῦσι Σεδὲκ, μελέτησις. Ταύτην τὴν φωνὴν, ἀσαφῶς ἔχουσαν, οἱ λοιποὶ σαφηνί‐ ζουσιν· ὁ γὰρ Σύμμαχός φησι· Τοῖς εὐφραινομένοις ἐν τῷ τείχει ὀστρακίνῳ φθέγξασθε. Εἰσί τινες οἱ μέγα φρονοῦντες</w:t>
      </w:r>
    </w:p>
    <w:p>
      <w:r>
        <w:rPr>
          <w:rFonts w:ascii="Courier New" w:hAnsi="Courier New"/>
          <w:color w:val="555555"/>
          <w:sz w:val="20"/>
        </w:rPr>
        <w:t>[5]</w:t>
      </w:r>
    </w:p>
    <w:p>
      <w:r>
        <w:rPr>
          <w:rFonts w:ascii="Gentium Plus" w:hAnsi="Gentium Plus"/>
          <w:sz w:val="24"/>
        </w:rPr>
        <w:t>ἐπὶ διαλεκτικῇ, καὶ οἱονεὶ τεῖχος ἀκαθαίρετον τὴν ἀπ’ αὐτῆς βοήθειαν τοῖς δόγμασι περιβάλλοντες. Οὗτοι τοίνυν εὐφραινό‐ μενοι, εὑρίσκονται ἐν τῷ τείχει τῷ ὀστρακίνῳ. Καὶ ἵνα δειχθῇ, τί τὸ ὀστράκινον τεῖχος, προσέθηκε τὸ Φθέγξασθε. Τί δ’ ἂν ὀστράκου γένοιτο εὐαλωτότερον; Οἱ ἐν εὐτελέσι καὶ</w:t>
      </w:r>
    </w:p>
    <w:p>
      <w:r>
        <w:rPr>
          <w:rFonts w:ascii="Courier New" w:hAnsi="Courier New"/>
          <w:color w:val="555555"/>
          <w:sz w:val="20"/>
        </w:rPr>
        <w:t>[10]</w:t>
      </w:r>
    </w:p>
    <w:p>
      <w:r>
        <w:rPr>
          <w:rFonts w:ascii="Gentium Plus" w:hAnsi="Gentium Plus"/>
          <w:sz w:val="24"/>
        </w:rPr>
        <w:t>οὐδενὸς λόγου ἀξίοις μύθοις ἐναβρυνόμενοι, οὗτοι εὐφραί‐ νονται ἐν τῷ τείχει τῷ ὀστρακίνῳ φθεγγόμενοι. Τοῦτό ἐστι τὸ Τοῖς κατοικοῦσι Σεδὲκ, μελέτησις. Ἀγαθὴ μὲν οὖν μελέτησις, τὸ μελετᾷν τὸν νόμον Κυρίου ἡμέρας καὶ νυκτός· πονηρὰ δὲ ἡ τῶν Μωαβιτῶν, ὅτι ἔσται</w:t>
      </w:r>
    </w:p>
    <w:p>
      <w:r>
        <w:rPr>
          <w:rFonts w:ascii="Courier New" w:hAnsi="Courier New"/>
          <w:color w:val="555555"/>
          <w:sz w:val="20"/>
        </w:rPr>
        <w:t>[15]</w:t>
      </w:r>
    </w:p>
    <w:p>
      <w:r>
        <w:rPr>
          <w:rFonts w:ascii="Gentium Plus" w:hAnsi="Gentium Plus"/>
          <w:sz w:val="24"/>
        </w:rPr>
        <w:t>τοῖς κατοικοῦσι Σεδὲκ μελέτησις. Οἱ τοίνυν μελετῶντες ἐπ’ αἰσχύνης ἀξίοις λόγοις οὐκ ἐντραπήσονται. Διὰ τοῦτο Τὰ πεδία Ἐσεβὼν πενθήσει. Τιμωρία τοῦ μὴ ἐντρέπεσθαι, ἡ ἀφορία τῶν πεδίων Ἐσεβών. Ἔστι δὲ πόλεως ὄνομα Μωαβιτικῆς, εὐρυχωρίαν ἐχούσης ἐν τοῖς περικειμένοις αὐτῇ</w:t>
      </w:r>
    </w:p>
    <w:p>
      <w:r>
        <w:rPr>
          <w:rFonts w:ascii="Courier New" w:hAnsi="Courier New"/>
          <w:color w:val="555555"/>
          <w:sz w:val="20"/>
        </w:rPr>
        <w:t>[20]</w:t>
      </w:r>
    </w:p>
    <w:p>
      <w:r>
        <w:rPr>
          <w:rFonts w:ascii="Gentium Plus" w:hAnsi="Gentium Plus"/>
          <w:sz w:val="24"/>
        </w:rPr>
        <w:t>προαστείοις· ἃ διὰ τὴν πονηρὰν τῶν κατοικούντων μελέ‐ τησιν, ἄγονα ἔσται καὶ ἄκαρπα, οὐδεμίαν ὠφέλειαν τοῖς κατοικοῦσι παρέχοντα. —Εἰ δὲ δεῖ καὶ ἐκ τῆς τοῦ ῥήματος διανοίας λαβεῖν τινα ἀφορμήν, Ἐσεβὼν ὁ διαλογισμὸς ἑρμη‐ νεύεται. Τὰ οὖν πλήθη τῶν ματαίων διαλογισμῶν (ἃ πεδία</w:t>
      </w:r>
    </w:p>
    <w:p>
      <w:r>
        <w:rPr>
          <w:rFonts w:ascii="Courier New" w:hAnsi="Courier New"/>
          <w:color w:val="555555"/>
          <w:sz w:val="20"/>
        </w:rPr>
        <w:t>[25]</w:t>
      </w:r>
    </w:p>
    <w:p>
      <w:r>
        <w:rPr>
          <w:rFonts w:ascii="Gentium Plus" w:hAnsi="Gentium Plus"/>
          <w:sz w:val="24"/>
        </w:rPr>
        <w:t>ὠνόμασται) πενθήσει, ὡς εἰς οὐδὲν προχωρούσης τῆς οἱονεὶ πονηρίας τῶν ἀσεβῶν δογμάτων.</w:t>
      </w:r>
    </w:p>
    <w:p>
      <w:r>
        <w:rPr>
          <w:rFonts w:ascii="Courier New" w:hAnsi="Courier New"/>
          <w:color w:val="555555"/>
          <w:sz w:val="20"/>
        </w:rPr>
        <w:t>[16 . 310]</w:t>
      </w:r>
    </w:p>
    <w:p>
      <w:r>
        <w:rPr>
          <w:rFonts w:ascii="Gentium Plus" w:hAnsi="Gentium Plus"/>
          <w:sz w:val="24"/>
        </w:rPr>
        <w:t>Ἄμπελος Σεβαμά· καταπίνοντες τὰ ἔθνη, καταπα‐ τήσατε τὰς ἀμπέλους αὐτῆς ἕως Ἰαζήρ. Οὐ μὴ συνάψητε· πλανήθητε τὴν ἔρημον. Οἱ ἀπεσταλμένοι ἐγκατελείφθησαν. διέβησαν γὰρ τὴν θάλασσαν. Καὶ διὰ τοῦτο κλαύσονται (ὡς</w:t>
      </w:r>
    </w:p>
    <w:p>
      <w:r>
        <w:rPr>
          <w:rFonts w:ascii="Courier New" w:hAnsi="Courier New"/>
          <w:color w:val="555555"/>
          <w:sz w:val="20"/>
        </w:rPr>
        <w:t>[5]</w:t>
      </w:r>
    </w:p>
    <w:p>
      <w:r>
        <w:rPr>
          <w:rFonts w:ascii="Gentium Plus" w:hAnsi="Gentium Plus"/>
          <w:sz w:val="24"/>
        </w:rPr>
        <w:t>τὸν κλαυθμὸν Ἰαζὴρ) ἄμπελον Σεβαμά. Τὰ δένδρα σου κατ‐ έβαλεν Ἐσεβὼν καὶ Ἐλεαλὴ, ὅτι ἐπὶ τῷ θερισμῷ σου καὶ τῷ τρυγητῷ σου καταπατήσω, καὶ πάντα καταπεσοῦνται. Καὶ ἀρθήσεται εὐφροσύνη καὶ ἀγαλλίαμα ἐκ τῶν ἀμπελώ‐ νων, καὶ ἐν τοῖς ἀμπελῶσί σου οὐ μὴ εὐφρανθήσονται, καὶ</w:t>
      </w:r>
    </w:p>
    <w:p>
      <w:r>
        <w:rPr>
          <w:rFonts w:ascii="Courier New" w:hAnsi="Courier New"/>
          <w:color w:val="555555"/>
          <w:sz w:val="20"/>
        </w:rPr>
        <w:t>[10]</w:t>
      </w:r>
    </w:p>
    <w:p>
      <w:r>
        <w:rPr>
          <w:rFonts w:ascii="Gentium Plus" w:hAnsi="Gentium Plus"/>
          <w:sz w:val="24"/>
        </w:rPr>
        <w:t>οὐ μὴ πατήσωσιν εἰς τὰ ὑπολήνια οἶνον· πέπαυται γάρ. Κατόπιν εἴρηται· Τὰ πεδία Ἐσεβὼν πενθήσει· νῦν πρόσ‐</w:t>
      </w:r>
    </w:p>
    <w:p>
      <w:r>
        <w:rPr>
          <w:rFonts w:ascii="Courier New" w:hAnsi="Courier New"/>
          <w:color w:val="555555"/>
          <w:sz w:val="20"/>
        </w:rPr>
        <w:t>[15]</w:t>
      </w:r>
    </w:p>
    <w:p>
      <w:r>
        <w:rPr>
          <w:rFonts w:ascii="Gentium Plus" w:hAnsi="Gentium Plus"/>
          <w:sz w:val="24"/>
        </w:rPr>
        <w:t>ὅτι Ἐξ ἀμπέλου Σοδόμων ἡ ἄμπελος αὐτῶν, καὶ ἡ κληματὶς αὐτῶν ἐκ Γομόῤῥας. Οὕτως ἐστὶ καὶ ἡ Αἰγυπτίων ἄμπελος, ἣν πατάσσει ὁ Θεὸς, κατὰ τὸ εἰρημένον· Ἀπέκτεινεν ἐν χαλάζῃ τὴν ἄμπελον αὐτῶν, καὶ τὰς συκαμίνους αὐτῶν ἐν τῇ πάχνῃ. —Ἔστι δέ τις ἄμπελος, ἣν ἐφύτευσεν ὁ Κύριος·</w:t>
      </w:r>
    </w:p>
    <w:p>
      <w:r>
        <w:rPr>
          <w:rFonts w:ascii="Courier New" w:hAnsi="Courier New"/>
          <w:color w:val="555555"/>
          <w:sz w:val="20"/>
        </w:rPr>
        <w:t>[20]</w:t>
      </w:r>
    </w:p>
    <w:p>
      <w:r>
        <w:rPr>
          <w:rFonts w:ascii="Gentium Plus" w:hAnsi="Gentium Plus"/>
          <w:sz w:val="24"/>
        </w:rPr>
        <w:t>Ἄσω γὰρ τῷ ἠγαπημένῳ ᾆσμα τοῦ ἀγαπητοῦ τῷ ἀμπε‐ λῶνί μου. Ἀμπελὼν ἐγενήθη τῷ ἠγαπημένῳ, ἐν κέρατι, ἐν τόπῳ πίονι. Πάλιν ἀμπελὼν ἡ βασιλεία τοῦ Θεοῦ εἴρηται, ὡς ὁ Κύριος παρέστησε διὰ τῆς παραβολῆς τῶν γεωργῶν, τῶν</w:t>
      </w:r>
    </w:p>
    <w:p>
      <w:r>
        <w:rPr>
          <w:rFonts w:ascii="Courier New" w:hAnsi="Courier New"/>
          <w:color w:val="555555"/>
          <w:sz w:val="20"/>
        </w:rPr>
        <w:t>[25]</w:t>
      </w:r>
    </w:p>
    <w:p>
      <w:r>
        <w:rPr>
          <w:rFonts w:ascii="Gentium Plus" w:hAnsi="Gentium Plus"/>
          <w:sz w:val="24"/>
        </w:rPr>
        <w:t>ἐκλαβόντων μὲν τὸν ἀμπελῶνα, τοὺς δὲ καρποὺς μὴ ἀπο‐ διδόντων. Ἀρθήσεται γὰρ (φησὶν) ἀφ’ ὑμῶν ἡ βασιλεία τῶν οὐρανῶν, καὶ δοθήσεται ἔθνει, ποιοῦντι τοὺς καρποὺς αὐτῆς. Ὡσεὶ ἔλεγε· τὰ θεῖα λόγια ἀφ’ ὑμῶν ἀρθήσεται, ὁ νόμος καὶ οἱ Προφῆται, διὰ τὸ μὴ πολιτεύεσθαι ὑμᾶς κατὰ</w:t>
      </w:r>
    </w:p>
    <w:p>
      <w:r>
        <w:rPr>
          <w:rFonts w:ascii="Courier New" w:hAnsi="Courier New"/>
          <w:color w:val="555555"/>
          <w:sz w:val="20"/>
        </w:rPr>
        <w:t>[30]</w:t>
      </w:r>
    </w:p>
    <w:p>
      <w:r>
        <w:rPr>
          <w:rFonts w:ascii="Gentium Plus" w:hAnsi="Gentium Plus"/>
          <w:sz w:val="24"/>
        </w:rPr>
        <w:t>τὸ βούλημα αὐτῶν· καὶ δοθήσεται τὰ νοήματα ἔθνει, διὰ τῆς πολιτείας, ποιοῦντι τοὺς καρποὺς αὐτοῦ. Ὡς οὖν ἐνταῦθα ἄμπελος ὁ λόγος τῆς ἀληθείας, οὕτως ἄμπελος Αἰγύπτου ὁ λόγος ὁ ψευδὴς ἐμπολιτευόμενος τοῖς Αἰγυπτίοις, παρὰ τοῦ κοσμοκράτορος τοῦ σκότους τούτου παραδεδομένος αὐτοῖς</w:t>
      </w:r>
    </w:p>
    <w:p>
      <w:r>
        <w:rPr>
          <w:rFonts w:ascii="Courier New" w:hAnsi="Courier New"/>
          <w:color w:val="555555"/>
          <w:sz w:val="20"/>
        </w:rPr>
        <w:t>[35]</w:t>
      </w:r>
    </w:p>
    <w:p>
      <w:r>
        <w:rPr>
          <w:rFonts w:ascii="Gentium Plus" w:hAnsi="Gentium Plus"/>
          <w:sz w:val="24"/>
        </w:rPr>
        <w:t>εἰς γεωργίαν. Καὶ ἀμπελὼν πεφυτευμένος ἐν Σοδόμοις ὁ πονηρᾷ συνη‐ θείᾳ τοῦ βίου ὑπὸ κακῶν τῶν ἐκεῖ μισθαρνουμένων τῷ δια‐ βόλῳ ἐκπονούμενος. Οἱ οὖν τὰ ἐκείνου μαθόντες καὶ τὰ τοῦ Κυρίου δόγματα ἀποβάλλοντες, ἐξεῤῥίζωσαν μὲν ἑαυ‐</w:t>
      </w:r>
    </w:p>
    <w:p>
      <w:r>
        <w:rPr>
          <w:rFonts w:ascii="Courier New" w:hAnsi="Courier New"/>
          <w:color w:val="555555"/>
          <w:sz w:val="20"/>
        </w:rPr>
        <w:t>[40]</w:t>
      </w:r>
    </w:p>
    <w:p>
      <w:r>
        <w:rPr>
          <w:rFonts w:ascii="Gentium Plus" w:hAnsi="Gentium Plus"/>
          <w:sz w:val="24"/>
        </w:rPr>
        <w:t>τοὺς ἀπὸ τῆς ἀμπέλου τοῦ Θεοῦ τῆς ἀληθινῆς, τοῦ εἰπόντος·</w:t>
      </w:r>
    </w:p>
    <w:p>
      <w:r>
        <w:rPr>
          <w:rFonts w:ascii="Courier New" w:hAnsi="Courier New"/>
          <w:color w:val="555555"/>
          <w:sz w:val="20"/>
        </w:rPr>
        <w:t>[16 . 311]</w:t>
      </w:r>
    </w:p>
    <w:p>
      <w:r>
        <w:rPr>
          <w:rFonts w:ascii="Gentium Plus" w:hAnsi="Gentium Plus"/>
          <w:sz w:val="24"/>
        </w:rPr>
        <w:t>Καὶ ἡ τοίνυν λεγομένη ἄμπελος Σεβαμὰ, ἐπειδὴ ἑρμηνεύεται τὸ Σεβαμὰ ἐπιστροφὴ, τάχα λόγος τίς ἐστι ἐσχηματισμένος, προσποιούμενος μὲν ἔχειν τινὰ εὐλάβειαν καὶ ἀναχώρησιν ἀπὸ τῶν πονηρῶν προσκλήσεων, ἐν δὲ τῷ</w:t>
      </w:r>
    </w:p>
    <w:p>
      <w:r>
        <w:rPr>
          <w:rFonts w:ascii="Courier New" w:hAnsi="Courier New"/>
          <w:color w:val="555555"/>
          <w:sz w:val="20"/>
        </w:rPr>
        <w:t>[5]</w:t>
      </w:r>
    </w:p>
    <w:p>
      <w:r>
        <w:rPr>
          <w:rFonts w:ascii="Gentium Plus" w:hAnsi="Gentium Plus"/>
          <w:sz w:val="24"/>
        </w:rPr>
        <w:t>σχηματισμῷ τούτῳ ὑπαγόμενος πολλοὺς εἰς τὴν οἰκείαν διαστροφήν. Εὕροις δ’ ἂν καὶ πολλοὺς τῶν ἑτεροδοξούντων ἐπιστρεπτικοὺς καὶ εἰς βίον τεταγμένον προτρεπτικοὺς λό‐ γους· οὕς τινας ἐὰν νοήσωμεν οὐκ ἀληθινῶς ἐπιστρέφοντας, ἀλλ’ ἐγκαθέτους ἐπὶ θεοσεβείᾳ τῶν πολλῶν προβαλλομέ‐</w:t>
      </w:r>
    </w:p>
    <w:p>
      <w:r>
        <w:rPr>
          <w:rFonts w:ascii="Courier New" w:hAnsi="Courier New"/>
          <w:color w:val="555555"/>
          <w:sz w:val="20"/>
        </w:rPr>
        <w:t>[10]</w:t>
      </w:r>
    </w:p>
    <w:p>
      <w:r>
        <w:rPr>
          <w:rFonts w:ascii="Gentium Plus" w:hAnsi="Gentium Plus"/>
          <w:sz w:val="24"/>
        </w:rPr>
        <w:t>νους, ἐπιφθεγξώμεθα εὐκαίρως, ὅτι τῶν τοιούτων τὸ γεώρ‐ γιόν ἐστιν ἄμπελος Σεβαμά, τουτέστιν οὐ περὶ θεοσεβείας μὲν, οὐδὲ περὶ τῆς ὑγιοῦς θεολογίας διδασκαλία, περὶ σεμνό‐ τητος δὲ καὶ περὶ τοῦ κοινωνικοῦ καὶ μεταδοτικοῦ ὑποθῆκαί τινες. Τοῦτό ἐστιν ἄμπελος Σεβαμὰ, ἡ ὑπὸ Μωαβιτῶν γεωρ‐</w:t>
      </w:r>
    </w:p>
    <w:p>
      <w:r>
        <w:rPr>
          <w:rFonts w:ascii="Courier New" w:hAnsi="Courier New"/>
          <w:color w:val="555555"/>
          <w:sz w:val="20"/>
        </w:rPr>
        <w:t>[15]</w:t>
      </w:r>
    </w:p>
    <w:p>
      <w:r>
        <w:rPr>
          <w:rFonts w:ascii="Gentium Plus" w:hAnsi="Gentium Plus"/>
          <w:sz w:val="24"/>
        </w:rPr>
        <w:t>γουμένη, ἥτις, πολλὰ ποιοῦσα τὰ ἑαυτῆς γεννήματα, κατα‐ πίνειν τὰ ἔθνη λέγεται. Οἱ γὰρ ἀλλοτρίων δογμάτων προεστηκότες, διὰ τῆς δια‐ λεκτικῆς, ἧς γεγυμνασμένοι τυγχάνουσι, καὶ πάσης τῆς ἐν λόγοις ἱκανότητος, ἡττῶντες τοὺς ἀφιλοσόφους καὶ πολλοὺς</w:t>
      </w:r>
    </w:p>
    <w:p>
      <w:r>
        <w:rPr>
          <w:rFonts w:ascii="Courier New" w:hAnsi="Courier New"/>
          <w:color w:val="555555"/>
          <w:sz w:val="20"/>
        </w:rPr>
        <w:t>[20]</w:t>
      </w:r>
    </w:p>
    <w:p>
      <w:r>
        <w:rPr>
          <w:rFonts w:ascii="Gentium Plus" w:hAnsi="Gentium Plus"/>
          <w:sz w:val="24"/>
        </w:rPr>
        <w:t>τῶν ἀνθρώπων, οἱονεὶ καταπίνουσι τοὺς ἁλισκομένους. Πρὸς</w:t>
      </w:r>
    </w:p>
    <w:p>
      <w:r>
        <w:rPr>
          <w:rFonts w:ascii="Courier New" w:hAnsi="Courier New"/>
          <w:color w:val="555555"/>
          <w:sz w:val="20"/>
        </w:rPr>
        <w:t>[25]</w:t>
      </w:r>
    </w:p>
    <w:p>
      <w:r>
        <w:rPr>
          <w:rFonts w:ascii="Gentium Plus" w:hAnsi="Gentium Plus"/>
          <w:sz w:val="24"/>
        </w:rPr>
        <w:t>ἰσχύς. Ἀδύνατον οὖν ἐστιν ὑμᾶς τὴν ἰσχὺν τὴν ἐκ τοῦ Πνεύ‐ ματος, ἐγγινομένην τοῖς ὀρθῶς πορευομένοις ὑποδέξασθαι, ἐὰν μὴ τὰς ἀμπέλους τὰς Σεβαμὰ καταπατήσητε. Ἐπι‐ λάθεσθε τῆς ὑμετέρας ἐρημίας καὶ μηκέτι αὐτῇ ἐνδιατρί‐ βητε· ἀλλ’ ἀποπλανηθέντες αὐτῆς καὶ καταλιπόντες, κρείτ‐</w:t>
      </w:r>
    </w:p>
    <w:p>
      <w:r>
        <w:rPr>
          <w:rFonts w:ascii="Courier New" w:hAnsi="Courier New"/>
          <w:color w:val="555555"/>
          <w:sz w:val="20"/>
        </w:rPr>
        <w:t>[30]</w:t>
      </w:r>
    </w:p>
    <w:p>
      <w:r>
        <w:rPr>
          <w:rFonts w:ascii="Gentium Plus" w:hAnsi="Gentium Plus"/>
          <w:sz w:val="24"/>
        </w:rPr>
        <w:t>τοσι χωρίοις ἐνδιατρίψατε.</w:t>
      </w:r>
    </w:p>
    <w:p>
      <w:r>
        <w:rPr>
          <w:rFonts w:ascii="Courier New" w:hAnsi="Courier New"/>
          <w:color w:val="555555"/>
          <w:sz w:val="20"/>
        </w:rPr>
        <w:t>[16 . 312]</w:t>
      </w:r>
    </w:p>
    <w:p>
      <w:r>
        <w:rPr>
          <w:rFonts w:ascii="Gentium Plus" w:hAnsi="Gentium Plus"/>
          <w:sz w:val="24"/>
        </w:rPr>
        <w:t>Οἱ ἀπεσταλμένοι ἐγκατελείφθησαν. Εἰσί τινες ψευδαπόστολοι, ἐργάται δόλιοι, μετασχηματιζό‐ μενοι εἰς Ἀποστόλους Χριστοῦ, οἵτινες ἐγκαταλελειμμένοι εἰσὶν ἀπὸ Θεοῦ. Μὴ τοίνυν ἐξαπατάτωσαν ὑμᾶς, ὡς ἔχοντες</w:t>
      </w:r>
    </w:p>
    <w:p>
      <w:r>
        <w:rPr>
          <w:rFonts w:ascii="Courier New" w:hAnsi="Courier New"/>
          <w:color w:val="555555"/>
          <w:sz w:val="20"/>
        </w:rPr>
        <w:t>[5]</w:t>
      </w:r>
    </w:p>
    <w:p>
      <w:r>
        <w:rPr>
          <w:rFonts w:ascii="Gentium Plus" w:hAnsi="Gentium Plus"/>
          <w:sz w:val="24"/>
        </w:rPr>
        <w:t>ἰσχὺν τοῖς πράγμασιν· ἀβοήθητοι γάρ εἰσι καὶ ἐγκαταλελειμ‐ μένοι. —Οὗτοι δὲ αὐτοὶ καὶ διέβησαν τὴν θάλασσαν. Τί δὲ καὶ τοῦτο αἰνίσσεται, κατανοητέον· ἀξίως διὰ τοῦτο ἐγκατα‐ λελεῖφθαί τινας, ἐπεὶ ψεκτὸν πεποιήκασι, τὸ διαβῆναι τὴν θάλασσαν. Δοκεῖ τοίνυν μοι τὴν θάλασσαν λαμβάνειν εἰς τοὺς</w:t>
      </w:r>
    </w:p>
    <w:p>
      <w:r>
        <w:rPr>
          <w:rFonts w:ascii="Courier New" w:hAnsi="Courier New"/>
          <w:color w:val="555555"/>
          <w:sz w:val="20"/>
        </w:rPr>
        <w:t>[10]</w:t>
      </w:r>
    </w:p>
    <w:p>
      <w:r>
        <w:rPr>
          <w:rFonts w:ascii="Gentium Plus" w:hAnsi="Gentium Plus"/>
          <w:sz w:val="24"/>
        </w:rPr>
        <w:t>πειρασμοῦς πικροὺς, τυγχάνοντας τοῖς πειραζομένοις. Τοιοῦ‐ τον γάρ ἐστι τὸ Ἦλθον εἰς τὰ βάθη τῆς θαλάσσης. Οὐκοῦν ὁ μὲν ἀθλητὴς οὐ φεύγει τὰς περιστάσεις, οὐδὲ διαβαίνει τὴν θάλασσαν, ἀλλ’ ὁμόσε χωρεῖ τούτοις καὶ ὑπέρχεται παντὶ</w:t>
      </w:r>
    </w:p>
    <w:p>
      <w:r>
        <w:rPr>
          <w:rFonts w:ascii="Courier New" w:hAnsi="Courier New"/>
          <w:color w:val="555555"/>
          <w:sz w:val="20"/>
        </w:rPr>
        <w:t>[15]</w:t>
      </w:r>
    </w:p>
    <w:p>
      <w:r>
        <w:rPr>
          <w:rFonts w:ascii="Gentium Plus" w:hAnsi="Gentium Plus"/>
          <w:sz w:val="24"/>
        </w:rPr>
        <w:t>περιφερόμενοι, καὶ ὑπὲρ τοῦ μὴ ἀγωνίζεσθαι καὶ πονεῖν κατὰ τῶν σωματικῶν ὀρέξεων, ἐνδιδόντες πρὸς τὰς ἡδονὰς, οὗτοι διέβησαν τὴν θάλασσαν. Μετὰ τοῦτο λέγεται· Διὰ τοῦτο κλαύσονται, ὡς τὸν κλαυθμὸν Ἰαζὴρ, ἄμπελον Σεβαμά. Μήποτε οὖν κλαυθμὸς</w:t>
      </w:r>
    </w:p>
    <w:p>
      <w:r>
        <w:rPr>
          <w:rFonts w:ascii="Courier New" w:hAnsi="Courier New"/>
          <w:color w:val="555555"/>
          <w:sz w:val="20"/>
        </w:rPr>
        <w:t>[20]</w:t>
      </w:r>
    </w:p>
    <w:p>
      <w:r>
        <w:rPr>
          <w:rFonts w:ascii="Gentium Plus" w:hAnsi="Gentium Plus"/>
          <w:sz w:val="24"/>
        </w:rPr>
        <w:t>Ἰαζὴρ τῆς ἰσχύος ἐστὶ κλαυθμὸς, ὃν κλαίουσι μακαριστῶς οἱ ἰσχυροὶ, στενάζοντες μὲν τῇ εἰς τὸν βίον παροικίᾳ, καὶ βαρυνόμενοι ἐπ’ αὐτῇ, ποθοῦντες δὲ τῇ ψυχῇ καὶ ἐκλείποντες εἰς τὰς αὐλὰς τοῦ Κυρίου. Ἢ μήποτε ὡς κλαίεται ἰσχὺς ὑπὸ νόσου μαρανθεῖσα, παρὰ τὸ μὴ παρεῖναι τῷ ποτε αὐτὴν</w:t>
      </w:r>
    </w:p>
    <w:p>
      <w:r>
        <w:rPr>
          <w:rFonts w:ascii="Courier New" w:hAnsi="Courier New"/>
          <w:color w:val="555555"/>
          <w:sz w:val="20"/>
        </w:rPr>
        <w:t>[25]</w:t>
      </w:r>
    </w:p>
    <w:p>
      <w:r>
        <w:rPr>
          <w:rFonts w:ascii="Gentium Plus" w:hAnsi="Gentium Plus"/>
          <w:sz w:val="24"/>
        </w:rPr>
        <w:t>κεκτημένῳ, οὕτω καὶ ὁ κλαυθμὸς τῆς ἀμπέλου Σεβαμὰ γενήσεται, ὡς ἀπομαρανθείσης καὶ πυρὶ μελλούσης παρα‐ δίδοσθαι.</w:t>
      </w:r>
    </w:p>
    <w:p>
      <w:r>
        <w:rPr>
          <w:rFonts w:ascii="Courier New" w:hAnsi="Courier New"/>
          <w:color w:val="555555"/>
          <w:sz w:val="20"/>
        </w:rPr>
        <w:t>[16 . 313]</w:t>
      </w:r>
    </w:p>
    <w:p>
      <w:r>
        <w:rPr>
          <w:rFonts w:ascii="Gentium Plus" w:hAnsi="Gentium Plus"/>
          <w:sz w:val="24"/>
        </w:rPr>
        <w:t>Μετὰ τοῦτο πρὸς τὴν Μωαβῖτιν λέγεται· Τὰ δέν‐ δρα σου κατέβαλεν Ἐσεβὼν καὶ Ἐλεαλή. Οὐκοῦν τὰ δένδρα τῆς Μωαβίτιδος ἡ Ἐσεβὼν καὶ Ἐλεαλὴ κατέβαλε. Τί δὲ καὶ ἀπὸ τούτων δηλοῦται, φέρε, κατὰ τὸ</w:t>
      </w:r>
    </w:p>
    <w:p>
      <w:r>
        <w:rPr>
          <w:rFonts w:ascii="Courier New" w:hAnsi="Courier New"/>
          <w:color w:val="555555"/>
          <w:sz w:val="20"/>
        </w:rPr>
        <w:t>[5]</w:t>
      </w:r>
    </w:p>
    <w:p>
      <w:r>
        <w:rPr>
          <w:rFonts w:ascii="Gentium Plus" w:hAnsi="Gentium Plus"/>
          <w:sz w:val="24"/>
        </w:rPr>
        <w:t>δυνατὸν, παραστήσωμεν. Ἑρμηνεύεται ἡ μὲν Ἐσεβὼν, λογισ‐ μοί· ἡ δὲ Ἐλεαλὴ, Θεοῦ ἀνάβασις. Καταβάλλεται οὖν ἄμπε‐ λος ἀλλοτρία καὶ δένδρα ὅσα οὐκ ἐφύτευσεν ὁ Πατὴρ ὁ οὐρά‐ νιος, καὶ ἀνατρέπεται ἡ φυτεία τῶν ἑτεροδόξων ὑπὸ λογισμῶν ὀρθῶν καὶ τῆς ἀνόδου, τῆς πρὸς Θεὸν ὑψούσης ἡμᾶς δι’ ἔργων</w:t>
      </w:r>
    </w:p>
    <w:p>
      <w:r>
        <w:rPr>
          <w:rFonts w:ascii="Courier New" w:hAnsi="Courier New"/>
          <w:color w:val="555555"/>
          <w:sz w:val="20"/>
        </w:rPr>
        <w:t>[10]</w:t>
      </w:r>
    </w:p>
    <w:p>
      <w:r>
        <w:rPr>
          <w:rFonts w:ascii="Gentium Plus" w:hAnsi="Gentium Plus"/>
          <w:sz w:val="24"/>
        </w:rPr>
        <w:t>ἀγαθῶν. Μακάριος οὖν ἀνὴρ, οὗ ἐστιν ἀντίληψις αὐτοῦ παρὰ</w:t>
      </w:r>
    </w:p>
    <w:p>
      <w:r>
        <w:rPr>
          <w:rFonts w:ascii="Courier New" w:hAnsi="Courier New"/>
          <w:color w:val="555555"/>
          <w:sz w:val="20"/>
        </w:rPr>
        <w:t>[15]</w:t>
      </w:r>
    </w:p>
    <w:p>
      <w:r>
        <w:rPr>
          <w:rFonts w:ascii="Gentium Plus" w:hAnsi="Gentium Plus"/>
          <w:sz w:val="24"/>
        </w:rPr>
        <w:t>ἐπ’ ὀλέθρῳ καρποφοροῦντα. Ἔπειτά φησιν, ὅτι Ἐπὶ τῷ θερισμῷ σου καὶ ἐπὶ τῷ τρυγητῷ σου καταπατήσω, καὶ πάντα καταπεσοῦνται. Ἐπει‐ δὴ γὰρ ὃν θερίζει σῖτον καὶ ὃν τρυγᾷ οἶνον, ἐναντίως ἔχουσι τῷ ἄρτῳ, τῷ στηρίζοντι καρδίαν ἀνθρώπου, καὶ οἴνῳ,</w:t>
      </w:r>
    </w:p>
    <w:p>
      <w:r>
        <w:rPr>
          <w:rFonts w:ascii="Courier New" w:hAnsi="Courier New"/>
          <w:color w:val="555555"/>
          <w:sz w:val="20"/>
        </w:rPr>
        <w:t>[20]</w:t>
      </w:r>
    </w:p>
    <w:p>
      <w:r>
        <w:rPr>
          <w:rFonts w:ascii="Gentium Plus" w:hAnsi="Gentium Plus"/>
          <w:sz w:val="24"/>
        </w:rPr>
        <w:t>τῷ εὐφραίνοντι καρδίαν ἀνθρώπου ὡς ἀγαθὸς ὁ Θεὸς πατεῖ, οὐκ ἐῶν γενέσθαι τροφὴν ἢ ποτὸν τοῖς δι’ ἄγνοιαν τῆς παρ’ αὐτῶν βλάβης ἀδιακρίτως προσφερομένοις. Ἐπὶ οὖν Τῷ θερισμῷ σου καὶ τῷ τρυγητῷ σου καταπατήσω, καὶ πάντα πεσοῦνται. —Δύναται τοῦτο καὶ πρὸς τὸ σωματικὸν</w:t>
      </w:r>
    </w:p>
    <w:p>
      <w:r>
        <w:rPr>
          <w:rFonts w:ascii="Courier New" w:hAnsi="Courier New"/>
          <w:color w:val="555555"/>
          <w:sz w:val="20"/>
        </w:rPr>
        <w:t>[25]</w:t>
      </w:r>
    </w:p>
    <w:p>
      <w:r>
        <w:rPr>
          <w:rFonts w:ascii="Gentium Plus" w:hAnsi="Gentium Plus"/>
          <w:sz w:val="24"/>
        </w:rPr>
        <w:t>οἰκοδομεῖν ἡμᾶς, ὅτι πολλοὶ ἐν ταῖς χερσὶν ἔχοντες τὴν συλλογὴν τῶν καρπῶν, ἀθρόᾳ τινὶ πληγῇ (ἐκ χαλάζης, ἢ ἐξ ἄλλης τινὸς μάστιγος) ἀπώλεσαν τὰ προσδοκώμενα, διὰ τὸ ἀχάριστον καὶ πλεονεκτικὸν τῶν ἀνθρώπων, οὐκ ἐάσαν‐ τος τοῦ Θεοῦ εἰς ἀπόλαυσιν αὐτοῖς ἀφικέσθαι.</w:t>
      </w:r>
    </w:p>
    <w:p>
      <w:r>
        <w:rPr>
          <w:rFonts w:ascii="Courier New" w:hAnsi="Courier New"/>
          <w:color w:val="555555"/>
          <w:sz w:val="20"/>
        </w:rPr>
        <w:t>[16 . 314]</w:t>
      </w:r>
    </w:p>
    <w:p>
      <w:r>
        <w:rPr>
          <w:rFonts w:ascii="Gentium Plus" w:hAnsi="Gentium Plus"/>
          <w:sz w:val="24"/>
        </w:rPr>
        <w:t>Καὶ ἀρθήσεται εὐφροσύνη καὶ ἀγαλλίαμα ἐκ τῶν ἀμπελώνων· καὶ οὐ μὴ εὐφρανθήσονται, καὶ οὐ μὴ πατή‐ σουσιν οἶνον εἰς τὰ ὑπολήνια· πέπαυται γάρ.</w:t>
      </w:r>
    </w:p>
    <w:p>
      <w:r>
        <w:rPr>
          <w:rFonts w:ascii="Courier New" w:hAnsi="Courier New"/>
          <w:color w:val="555555"/>
          <w:sz w:val="20"/>
        </w:rPr>
        <w:t>[5]</w:t>
      </w:r>
    </w:p>
    <w:p>
      <w:r>
        <w:rPr>
          <w:rFonts w:ascii="Gentium Plus" w:hAnsi="Gentium Plus"/>
          <w:sz w:val="24"/>
        </w:rPr>
        <w:t>λώνων. Ἀφῃρέθη ἀπὸ τοῦ Ἰσραὴλ ἡ βασιλεία τοῦ Θεοῦ, καὶ ἐδόθη ἔθνει, ποιοῦντι τοὺς καρποὺς αὐτοῦ. Δύναται δὲ καὶ κατὰ τὸ σωματικὸν νοεῖσθαι ἡ λέξις, ὅτι αἴρεται πᾶσα εὐφρο‐ σύνη τῶν ἀθρόως ἀφαιρουμένων τὰς ἐπὶ τῇ συγκομιδῇ τῶν γεωργουμένων ἐλπίδας. —Ἢ, ἐπειδὴ ἄμπελον εἴπαμεν τὸν</w:t>
      </w:r>
    </w:p>
    <w:p>
      <w:r>
        <w:rPr>
          <w:rFonts w:ascii="Courier New" w:hAnsi="Courier New"/>
          <w:color w:val="555555"/>
          <w:sz w:val="20"/>
        </w:rPr>
        <w:t>[10]</w:t>
      </w:r>
    </w:p>
    <w:p>
      <w:r>
        <w:rPr>
          <w:rFonts w:ascii="Gentium Plus" w:hAnsi="Gentium Plus"/>
          <w:sz w:val="24"/>
        </w:rPr>
        <w:t>ψευδῆ λόγον, δύναται δὲ νοηθῆναι, ὅτι ἡ ἀπὸ πάσης ψευδω‐ νύμου γνώσεως ἐγγινομένη τοῖς ἠπατημένοις εὐφροσύνη, ὡς ἀπὸ ἀμπέλου γεωργούσης φαντασίαν εὐφροσύνης, οὐχὶ δὲ ἀλήθειαν ἀφαιρεῖται, ὡς μηκέτι εἶναι τοὺς ἀπατωμένους. Οὐκέτι γὰρ εὐφρανθήσονται ἐπὶ τοῖς ἐλεγχθεῖσιν οἱ πρότερον</w:t>
      </w:r>
    </w:p>
    <w:p>
      <w:r>
        <w:rPr>
          <w:rFonts w:ascii="Courier New" w:hAnsi="Courier New"/>
          <w:color w:val="555555"/>
          <w:sz w:val="20"/>
        </w:rPr>
        <w:t>[15]</w:t>
      </w:r>
    </w:p>
    <w:p>
      <w:r>
        <w:rPr>
          <w:rFonts w:ascii="Gentium Plus" w:hAnsi="Gentium Plus"/>
          <w:sz w:val="24"/>
        </w:rPr>
        <w:t>αὐτὰ θαυμάζοντες, οὐδὲ γεωργήσουσι Μωαβιτικὴν σταφυλὴν οἱ διδαχθέντες τὴν ἀπ’ αὐτῆς ἀκολουθοῦσαν τοῖς πίνουσι βλά‐ βην. —Τάχα δὲ καὶ ὑπολήνιά εἰσιν δεχόμεναι τὴν μοχθηρὰν διδασκαλίαν ψυχαί.</w:t>
      </w:r>
    </w:p>
    <w:p>
      <w:r>
        <w:rPr>
          <w:rFonts w:ascii="Courier New" w:hAnsi="Courier New"/>
          <w:color w:val="555555"/>
          <w:sz w:val="20"/>
        </w:rPr>
        <w:t>[16 . 315]</w:t>
      </w:r>
    </w:p>
    <w:p>
      <w:r>
        <w:rPr>
          <w:rFonts w:ascii="Gentium Plus" w:hAnsi="Gentium Plus"/>
          <w:sz w:val="24"/>
        </w:rPr>
        <w:t>Διὰ τοῦτο ἡ κοιλία μου ἐπὶ Μωὰβ ὡς κιθάρα ἠχή‐ σει, καὶ τὰ ἐντός μου ὡσεὶ τεῖχος ὃ ἐνεκαίνισας, καὶ ἔσται εἰς τὸ ἐντραπῆναί σε. Καὶ ἐκοπίασε Μωὰβ ἐπὶ τοῖς βωμοῖς καὶ εἰσελεύσεται εἰς τὰ χειροποίητα αὐτῆς, ὥστε προσεύ‐</w:t>
      </w:r>
    </w:p>
    <w:p>
      <w:r>
        <w:rPr>
          <w:rFonts w:ascii="Courier New" w:hAnsi="Courier New"/>
          <w:color w:val="555555"/>
          <w:sz w:val="20"/>
        </w:rPr>
        <w:t>[5]</w:t>
      </w:r>
    </w:p>
    <w:p>
      <w:r>
        <w:rPr>
          <w:rFonts w:ascii="Gentium Plus" w:hAnsi="Gentium Plus"/>
          <w:sz w:val="24"/>
        </w:rPr>
        <w:t>ξασθαι, καὶ οὐ μὴ δύνηται ἐξελέσθαι Αὐτόν. —Τοῦτο τὸ ῥῆμα, ὃ ἐλάλησε Κύριος ἐπὶ Μωὰβ, ὁπότε καὶ ἐλάλησεν. Ἡ κοιλία τοίνυν τοῦ Προφήτου ἐπὶ Μωὰβ, ὡς κιθάρα</w:t>
      </w:r>
    </w:p>
    <w:p>
      <w:r>
        <w:rPr>
          <w:rFonts w:ascii="Courier New" w:hAnsi="Courier New"/>
          <w:color w:val="555555"/>
          <w:sz w:val="20"/>
        </w:rPr>
        <w:t>[10]</w:t>
      </w:r>
    </w:p>
    <w:p>
      <w:r>
        <w:rPr>
          <w:rFonts w:ascii="Gentium Plus" w:hAnsi="Gentium Plus"/>
          <w:sz w:val="24"/>
        </w:rPr>
        <w:t>Κοιλίαν δὲ λέγει, ὃ ἀλλαχοῦ ὁ Ψαλμῳδὸς ἐντὸς εἴρηκεν· Εὐλόγει γὰρ (φησὶν) ἡ ψυχή μου τὸν Κύριον, καὶ πάντα τὰ ἐντός μου τὸ ὄνομα τὸ ἅγιον αὐτοῦ. Τίς γὰρ τοῖς ἐντὸς ἑαυ‐ τοῦ προστάσσει εὐλογεῖν τὸ ὄνομα Κυρίου, ἢ τῇ φύσει τῶν ἔσωθεν τῶν διαλογισμῶν ἐξερχομένων; ὧν διπλοῦν ἐστι τὸ</w:t>
      </w:r>
    </w:p>
    <w:p>
      <w:r>
        <w:rPr>
          <w:rFonts w:ascii="Courier New" w:hAnsi="Courier New"/>
          <w:color w:val="555555"/>
          <w:sz w:val="20"/>
        </w:rPr>
        <w:t>[15]</w:t>
      </w:r>
    </w:p>
    <w:p>
      <w:r>
        <w:rPr>
          <w:rFonts w:ascii="Gentium Plus" w:hAnsi="Gentium Plus"/>
          <w:sz w:val="24"/>
        </w:rPr>
        <w:t>τάγμα· οἱ μὲν γὰρ μοχθηροὶ τυγχάνουσι· φόνοι, μοιχεῖαι, κλοπαὶ, ψευδομαρτυρίαι, καὶ ὀφθαλμὸς πονηρός· οἱ δὲ ἀστεῖοι καὶ σωτήριοι· φιλανθρωπία, σωφροσύνη, τὸ κοινωνικὸν καὶ εὔφημον, καὶ αἱ κατὰ Θεὸν μαρτυρίαι, καὶ ὁ ὀφθαλμὸς κα‐ θαρὸς, καὶ τὰ ὅμοια τούτων.</w:t>
      </w:r>
    </w:p>
    <w:p>
      <w:r>
        <w:rPr>
          <w:rFonts w:ascii="Courier New" w:hAnsi="Courier New"/>
          <w:color w:val="555555"/>
          <w:sz w:val="20"/>
        </w:rPr>
        <w:t>[20]</w:t>
      </w:r>
    </w:p>
    <w:p>
      <w:r>
        <w:rPr>
          <w:rFonts w:ascii="Gentium Plus" w:hAnsi="Gentium Plus"/>
          <w:sz w:val="24"/>
        </w:rPr>
        <w:t>ᾯ τοίνυν πάντα τὰ ἐντὸς κατώρθωται εἰς ἑτοιμότητα τοῦ εὐλογεῖν τὸ ὄνομα τοῦ Θεοῦ τὸ ἅγιον, οὗτος καλῶς συμπαρα‐ λαμβάνει τὴν ἔνδον διάθεσιν εἰς τὴν τοῦ Θεοῦ εὐχαριστίαν. Καὶ Ἡσαΐας τοίνυν εἶχε τὰ ἐντὸς ἑαυτοῦ, ὡς τεῖχος, ὃ ἐνεκαί‐ νισεν ὁ Θεός. Οὕτω γὰρ κατεσκεύαστο ἐκ τῆς εἰς αὐτὸν τοῦ</w:t>
      </w:r>
    </w:p>
    <w:p>
      <w:r>
        <w:rPr>
          <w:rFonts w:ascii="Courier New" w:hAnsi="Courier New"/>
          <w:color w:val="555555"/>
          <w:sz w:val="20"/>
        </w:rPr>
        <w:t>[25]</w:t>
      </w:r>
    </w:p>
    <w:p>
      <w:r>
        <w:rPr>
          <w:rFonts w:ascii="Gentium Plus" w:hAnsi="Gentium Plus"/>
          <w:sz w:val="24"/>
        </w:rPr>
        <w:t>Λόγου χάριτος ἀνακαινιζούσης τὸν ἔσω ἄνθρωπον· καὶ ἦσαν αὐτοῦ οἱ διαλογισμοὶ οἱονεὶ τεῖχος ἀκαθαίρετον, ὡς μηδεμίαν διδόναι παρείσδυσιν τοῖς χείροσι λογισμοῖς, μηδὲ τοῖς περι‐ καθεζομένοις ἐχθροῖς εἰς ἐπήρειαν. —Καλὸν οὖν ἐστι ταῦτα ἐννοήσαντας ζηλῶσαι καὶ ὁμοίως εἰπεῖν τῷ Προφήτῃ τὸ Ἡ</w:t>
      </w:r>
    </w:p>
    <w:p>
      <w:r>
        <w:rPr>
          <w:rFonts w:ascii="Courier New" w:hAnsi="Courier New"/>
          <w:color w:val="555555"/>
          <w:sz w:val="20"/>
        </w:rPr>
        <w:t>[30]</w:t>
      </w:r>
    </w:p>
    <w:p>
      <w:r>
        <w:rPr>
          <w:rFonts w:ascii="Gentium Plus" w:hAnsi="Gentium Plus"/>
          <w:sz w:val="24"/>
        </w:rPr>
        <w:t>κοιλία μου ὡς κιθάρα ἠχήσει, καὶ τὰ ἐντός μου ὡσεὶ τεῖχος ὃ ἐνεκαίνισας. Καὶ ἔσται (φησὶν) εἰς τὸ ἐντραπῆναί σε, ὅτι ἐκοπίασε Μωὰβ ἐπὶ τοῖς βωμοῖς. Πρὸς τὸν αὐτὸν ὁ λόγος. Τί οὖν βούλεται τὸ</w:t>
      </w:r>
    </w:p>
    <w:p>
      <w:r>
        <w:rPr>
          <w:rFonts w:ascii="Courier New" w:hAnsi="Courier New"/>
          <w:color w:val="555555"/>
          <w:sz w:val="20"/>
        </w:rPr>
        <w:t>[35]</w:t>
      </w:r>
    </w:p>
    <w:p>
      <w:r>
        <w:rPr>
          <w:rFonts w:ascii="Gentium Plus" w:hAnsi="Gentium Plus"/>
          <w:sz w:val="24"/>
        </w:rPr>
        <w:t>σε; Διὰ τοῦτο μοι (φησὶν) ἰσχυροὺς ἐχαρίσω ἔνδοθεν τοὺς διαλογισμοὺς, ὥστε τοὺς νῦν μὴ ἐπιστρέφοντας ἐπὶ σὲ ἐν‐ τραπῆναί σε διὰ τῶν ἐλέγχων τῶν προσαγομένων αὐτοῖς, ἐκ τῆς τῶν δεδομένων μοι λογισμῶν εὐτονίας. —Λείπει οὖν τὸ αὐτούς, ἵνα ὑγιῶς τῶν ῥημάτων ὁ νοῦς ἀποδοθῇ· Καὶ</w:t>
      </w:r>
    </w:p>
    <w:p>
      <w:r>
        <w:rPr>
          <w:rFonts w:ascii="Courier New" w:hAnsi="Courier New"/>
          <w:color w:val="555555"/>
          <w:sz w:val="20"/>
        </w:rPr>
        <w:t>[40]</w:t>
      </w:r>
    </w:p>
    <w:p>
      <w:r>
        <w:rPr>
          <w:rFonts w:ascii="Gentium Plus" w:hAnsi="Gentium Plus"/>
          <w:sz w:val="24"/>
        </w:rPr>
        <w:t>ἔσται εἰς τὸ ἐντραπῆναι αὐτούς σε. —Ὥσπερ γὰρ οἱ ἐν τοῖς πολέμοις ἀντιπρόσωποι ἑστῶτες, ἕως μὲν ἰσοπαλεῖς δοκοῦ‐ σιν εἶναι, οὐ τρέπονται, οὐδὲ ἐκκλίνουσιν, ἐπειδὰν δὲ ὑπερ‐ έχῃ αὐτῶν τὸ ἕτερον μέρος, τραπέντες φεύγουσιν, —οὕτω καὶ ψυχὴ ὑπὸ ἀναιδείας παρατεταγμένη ἕστηκεν, οὐκ ἐντρεπο‐</w:t>
      </w:r>
    </w:p>
    <w:p>
      <w:r>
        <w:rPr>
          <w:rFonts w:ascii="Courier New" w:hAnsi="Courier New"/>
          <w:color w:val="555555"/>
          <w:sz w:val="20"/>
        </w:rPr>
        <w:t>[45]</w:t>
      </w:r>
    </w:p>
    <w:p>
      <w:r>
        <w:rPr>
          <w:rFonts w:ascii="Gentium Plus" w:hAnsi="Gentium Plus"/>
          <w:sz w:val="24"/>
        </w:rPr>
        <w:t>μένη, ἐλεγχθεῖσα δὲ ὑπὸ λόγου καθαπτομένου αὐτῆς, τρέ‐ πεται πρὸς αἰσχύνην. Καὶ ἐπειδὴ ἐν τῷ κρυπτῷ τοῦ ἀνθρώ‐ που γίνεται ἡ τροπὴ, ἐντροπὴ προσηγόρευται. —Διὰ τοῦτο οὖν ἡ κοιλία ἠχήσει, καὶ τὰ ἐντὸς ὡσεὶ τεῖχος ὃ ἐνεκαίνισεν ὁ Θεὸς τοῦ Προφήτου, ἵνα μεταβάλωσι καὶ ἐντραπῶσι, τοῦ</w:t>
      </w:r>
    </w:p>
    <w:p>
      <w:r>
        <w:rPr>
          <w:rFonts w:ascii="Courier New" w:hAnsi="Courier New"/>
          <w:color w:val="555555"/>
          <w:sz w:val="20"/>
        </w:rPr>
        <w:t>[16 . 315 (50)]</w:t>
      </w:r>
    </w:p>
    <w:p>
      <w:r>
        <w:rPr>
          <w:rFonts w:ascii="Gentium Plus" w:hAnsi="Gentium Plus"/>
          <w:sz w:val="24"/>
        </w:rPr>
        <w:t>αἰδεῖσθαι Θεὸν, πρότερον οὐκ ἐπιστάμενοι τὴν ὠφέλιμον αἰσχύνην.</w:t>
      </w:r>
    </w:p>
    <w:p>
      <w:r>
        <w:rPr>
          <w:rFonts w:ascii="Courier New" w:hAnsi="Courier New"/>
          <w:color w:val="555555"/>
          <w:sz w:val="20"/>
        </w:rPr>
        <w:t>[16 . 316]</w:t>
      </w:r>
    </w:p>
    <w:p>
      <w:r>
        <w:rPr>
          <w:rFonts w:ascii="Gentium Plus" w:hAnsi="Gentium Plus"/>
          <w:sz w:val="24"/>
        </w:rPr>
        <w:t>Ὅτι ἐκοπίασε Μωὰβ ἐπὶ τοῖς βωμοῖς, καὶ εἰσελεύ‐ σεται εἰς τὰ χειροποίητα, ὥστε προσεύξασθαι, καὶ οὐ μὴ δύνωνται ἐξελέσθαι Αὐτόν. Τὸν ἐπὶ τέλει ἀφανισμὸν πάσης εἰδωλολατρείας ἐκ τῆς τοῦ</w:t>
      </w:r>
    </w:p>
    <w:p>
      <w:r>
        <w:rPr>
          <w:rFonts w:ascii="Courier New" w:hAnsi="Courier New"/>
          <w:color w:val="555555"/>
          <w:sz w:val="20"/>
        </w:rPr>
        <w:t>[5]</w:t>
      </w:r>
    </w:p>
    <w:p>
      <w:r>
        <w:rPr>
          <w:rFonts w:ascii="Gentium Plus" w:hAnsi="Gentium Plus"/>
          <w:sz w:val="24"/>
        </w:rPr>
        <w:t>Λόγου ἐπιφανείας προφητεύει νῦν ὁ Ἡσαΐας, ὅτι μάταιοι πάντες οἱ ἐπὶ ταῖς κατασκευαῖς τῶν ναῶν μόχθοι, καὶ αἱ ἀνωφελεῖς εἰς τὰ χειροποίητα ἐλπίδες. Προσεύξονται γὰρ</w:t>
      </w:r>
    </w:p>
    <w:p>
      <w:r>
        <w:rPr>
          <w:rFonts w:ascii="Courier New" w:hAnsi="Courier New"/>
          <w:color w:val="555555"/>
          <w:sz w:val="20"/>
        </w:rPr>
        <w:t>[10]</w:t>
      </w:r>
    </w:p>
    <w:p>
      <w:r>
        <w:rPr>
          <w:rFonts w:ascii="Gentium Plus" w:hAnsi="Gentium Plus"/>
          <w:sz w:val="24"/>
        </w:rPr>
        <w:t>ἑστήκασιν οἱ ναοὶ, οἱ περιβόητοι· οὐκέτι δὲ αἱ ἀπὸ τῶν δαιμόνων ἀπάται, φυγαδευθείσης τῆς ἀντικειμένης δυνάμεως διὰ τὸ μυστήριον τοῦ σταυροῦ, τοῦ κατὰ πᾶσαν τὴν οἰκου‐ μένην κεκηρυγμένου. Τοῦτο γὰρ τὸ ῥῆμα, ὃ ἐλάλησε Κύριος ἐπὶ Μωὰβ, ὁπότε</w:t>
      </w:r>
    </w:p>
    <w:p>
      <w:r>
        <w:rPr>
          <w:rFonts w:ascii="Courier New" w:hAnsi="Courier New"/>
          <w:color w:val="555555"/>
          <w:sz w:val="20"/>
        </w:rPr>
        <w:t>[15]</w:t>
      </w:r>
    </w:p>
    <w:p>
      <w:r>
        <w:rPr>
          <w:rFonts w:ascii="Gentium Plus" w:hAnsi="Gentium Plus"/>
          <w:sz w:val="24"/>
        </w:rPr>
        <w:t>καὶ ἐλάλησεν. Οἷον ἐπίλογός ἐστι παντὸς τοῦ ῥήματος τοῦ κατὰ τῆς Μωαβίτιδος κεκηρυγμένου· Τοῦτο τὸ ῥῆμα ὃ ἐλάλησε Κύριος. Προτέτακτο μὲν γὰρ ἡ λέξις οὕτως ἔχουσα· Τὸ ῥῆμα τὸ κατὰ τῆς Μωαβίτιδος· ἐπιλέγεται δὲ παντὶ τῷ μέρει τῆς περικοπῆς· Τοῦτο τὸ ῥῆμα, ὃ ἐλάλησε Κύριος ἐπὶ</w:t>
      </w:r>
    </w:p>
    <w:p>
      <w:r>
        <w:rPr>
          <w:rFonts w:ascii="Courier New" w:hAnsi="Courier New"/>
          <w:color w:val="555555"/>
          <w:sz w:val="20"/>
        </w:rPr>
        <w:t>[20]</w:t>
      </w:r>
    </w:p>
    <w:p>
      <w:r>
        <w:rPr>
          <w:rFonts w:ascii="Gentium Plus" w:hAnsi="Gentium Plus"/>
          <w:sz w:val="24"/>
        </w:rPr>
        <w:t>Μωὰβ, ὁπότε καὶ ἐλάλησε. —Τί ἐστιν Ὁπότε καὶ ἐλάλησε; Δείκνυσι τὸ σπάνιον τῆς τοῦ Θεοῦ πρὸς τοὺς Μωαβίτας γινομένης φωνῆς. Τῷ μὲν γὰρ Ἰσραὴλ συνεχῶς διαλέγεται, τοῖς δὲ ἔθνεσιν ὡς τὰ πολλὰ σιωπᾷ, ὡς ἀλλοτρίοις τῆς ἑαυτοῦ μερίδος. Οὐ μὴν παντελῶς ἀποκρύπτει τὸν λόγον, ἀλλὰ καὶ</w:t>
      </w:r>
    </w:p>
    <w:p>
      <w:r>
        <w:rPr>
          <w:rFonts w:ascii="Courier New" w:hAnsi="Courier New"/>
          <w:color w:val="555555"/>
          <w:sz w:val="20"/>
        </w:rPr>
        <w:t>[25]</w:t>
      </w:r>
    </w:p>
    <w:p>
      <w:r>
        <w:rPr>
          <w:rFonts w:ascii="Gentium Plus" w:hAnsi="Gentium Plus"/>
          <w:sz w:val="24"/>
        </w:rPr>
        <w:t>τούτους γεύει τῆς ἑαυτοῦ φιλανθρωπίας, ἵνα διὰ τῆς ἐν ὀλί‐ γοις πείρας, πρὸς τὴν τῶν τελείων ἐπιθυμίαν ὁρμῶσιν ... Ἐπεὶ οὖν σπανιάκις λαλεῖ τοῖς Μωαβίταις, διὰ τοῦτο εἴρηται, ὅτι Τοῦτο τὸ ῥῆμα ὃ ἐλάλησε Κύριος, ὁπότε καὶ ἐλάλησεν.</w:t>
      </w:r>
    </w:p>
    <w:p>
      <w:r>
        <w:rPr>
          <w:rFonts w:ascii="Courier New" w:hAnsi="Courier New"/>
          <w:color w:val="555555"/>
          <w:sz w:val="20"/>
        </w:rPr>
        <w:t>[16 . 317]</w:t>
      </w:r>
    </w:p>
    <w:p>
      <w:r>
        <w:rPr>
          <w:rFonts w:ascii="Gentium Plus" w:hAnsi="Gentium Plus"/>
          <w:sz w:val="24"/>
        </w:rPr>
        <w:t>Καὶ νῦν λέγω· ἐν τρισὶν ἔτεσιν (ἐτῶν μισθωτοῦ) ἀτιμασθήσεται ἡ δόξα Μωὰβ ἐν παντὶ τῷ πλούτῳ τῷ πολλῷ,</w:t>
      </w:r>
    </w:p>
    <w:p>
      <w:r>
        <w:rPr>
          <w:rFonts w:ascii="Courier New" w:hAnsi="Courier New"/>
          <w:color w:val="555555"/>
          <w:sz w:val="20"/>
        </w:rPr>
        <w:t>[5]</w:t>
      </w:r>
    </w:p>
    <w:p>
      <w:r>
        <w:rPr>
          <w:rFonts w:ascii="Gentium Plus" w:hAnsi="Gentium Plus"/>
          <w:sz w:val="24"/>
        </w:rPr>
        <w:t>ὃν ὠνόμασε τρία ἔτη μισθωτοῦ. Ἐπεὶ οὖν εἰς τρία μέρη ἡ πᾶσα τοῦ χρόνου διαιρεῖται φύσις, τὸ τέλειον τοῦ χρόνου πα‐ ραστῆσαι βουλόμενος, τρία εἶπεν ἔτη. Ἐν οὖν τρισὶν ἔτεσιν ἐτῶν μισθωτοῦ ἀτιμασθήσεται ἡ δόξα Μωάβ. —Ὁ μισθωτὸς καὶ ἐν τῷ Εὐαγγελίῳ διαβέβληται ὑπὸ τοῦ Σωτῆρος, λέγον‐</w:t>
      </w:r>
    </w:p>
    <w:p>
      <w:r>
        <w:rPr>
          <w:rFonts w:ascii="Courier New" w:hAnsi="Courier New"/>
          <w:color w:val="555555"/>
          <w:sz w:val="20"/>
        </w:rPr>
        <w:t>[10]</w:t>
      </w:r>
    </w:p>
    <w:p>
      <w:r>
        <w:rPr>
          <w:rFonts w:ascii="Gentium Plus" w:hAnsi="Gentium Plus"/>
          <w:sz w:val="24"/>
        </w:rPr>
        <w:t>τος· Ὁ δὲ μισθωτὸς καὶ οὐκ ὢν ποιμὴν, οὗ οὔκ ἐστι τὰ πρόβατα ἴδια, θεωρεῖ τὸν λύκον ἐρχόμενον καὶ φεύγει, ὅτι μισθωτός ἐστι, καὶ οὐ μέλει αὐτῷ περὶ τῶν προβάτων. Καὶ πάροικος δὲ καὶ μισθωτὸς τοῦ ἱερέως οὐκ ἔδεται ἅγια, κατὰ τὸν νόμον.</w:t>
      </w:r>
    </w:p>
    <w:p>
      <w:r>
        <w:rPr>
          <w:rFonts w:ascii="Courier New" w:hAnsi="Courier New"/>
          <w:color w:val="555555"/>
          <w:sz w:val="20"/>
        </w:rPr>
        <w:t>[15]</w:t>
      </w:r>
    </w:p>
    <w:p>
      <w:r>
        <w:rPr>
          <w:rFonts w:ascii="Gentium Plus" w:hAnsi="Gentium Plus"/>
          <w:sz w:val="24"/>
        </w:rPr>
        <w:t>Ἐξεμίσθωσεν οὖν ἑαυτὸν ὁ Μωὰβ, καὶ γέγονε μισθω‐ τός. Οὐ γὰρ ἠγάπησε τὸν Θεὸν, ἀλλὰ φαντασίᾳ μισθῶν καὶ ἐλπίδι οἰκείας ὠφελείας, οὐχὶ δὲ τῇ πρὸς τὸ γι‐ νόμενον διαθέσει, ἔπραττεν ὃ ἔπραττε. Τρισὶν οὖν ἔτεσιν ἀτιμασθήσεται ἐτῶν μισθωτοῦ. Ὡς οὖν ὁ ποιμὴν ὁ μισθω‐</w:t>
      </w:r>
    </w:p>
    <w:p>
      <w:r>
        <w:rPr>
          <w:rFonts w:ascii="Courier New" w:hAnsi="Courier New"/>
          <w:color w:val="555555"/>
          <w:sz w:val="20"/>
        </w:rPr>
        <w:t>[20]</w:t>
      </w:r>
    </w:p>
    <w:p>
      <w:r>
        <w:rPr>
          <w:rFonts w:ascii="Gentium Plus" w:hAnsi="Gentium Plus"/>
          <w:sz w:val="24"/>
        </w:rPr>
        <w:t>τὸς οὔκ ἐστι ποιμὴν, οὕτω καὶ ὁ ποιῶν ἐλεημοσύνην εἰς τὸ δοξασθῆναι ὑπὸ τῶν ἀνθρώπων, ἀπέχει τὸν μισθὸν καὶ οὔκ ἐστιν ἐλεήμων, οὐδὲ κοινωνικός. Καὶ ὁ σώφρων διὰ τὴν ἀνθρωπίνην ἀρέσκειαν, οὔκ ἐστι σώφρων, οὐ τὴν ἀρετὴν διώκων, ἀλλὰ τὴν ἀπ’ αὐτῆς δόξαν θηρώμενος. Ἄτιμοι</w:t>
      </w:r>
    </w:p>
    <w:p>
      <w:r>
        <w:rPr>
          <w:rFonts w:ascii="Courier New" w:hAnsi="Courier New"/>
          <w:color w:val="555555"/>
          <w:sz w:val="20"/>
        </w:rPr>
        <w:t>[25]</w:t>
      </w:r>
    </w:p>
    <w:p>
      <w:r>
        <w:rPr>
          <w:rFonts w:ascii="Gentium Plus" w:hAnsi="Gentium Plus"/>
          <w:sz w:val="24"/>
        </w:rPr>
        <w:t>τοίνυν παρὰ Θεῷ οἱ πρὸς ἔνδειξίν τι ποιοῦντες. Ὥστε καὶ ὁ Μωὰβ ἐν τρισὶν ἔτεσιν ἐτιμασθήσεται, του‐ τέστιν ἐν παντὶ τῷ μέτρῳ τοῦ χρόνου· ἀτιμίαν δὲ μισθωτοῦ, διὰ τὸ μὴ ἐκ διαθέσεως, ἀλλ’ ἐπίπλαστον αὐτῷ εἶναι τὸ</w:t>
      </w:r>
    </w:p>
    <w:p>
      <w:r>
        <w:rPr>
          <w:rFonts w:ascii="Courier New" w:hAnsi="Courier New"/>
          <w:color w:val="555555"/>
          <w:sz w:val="20"/>
        </w:rPr>
        <w:t>[30]</w:t>
      </w:r>
    </w:p>
    <w:p>
      <w:r>
        <w:rPr>
          <w:rFonts w:ascii="Gentium Plus" w:hAnsi="Gentium Plus"/>
          <w:sz w:val="24"/>
        </w:rPr>
        <w:t>πολλῷ. Ὅσον γὰρ αὐτῷ περιῆν τῆς ἐνταῦθα ὑπολήψεως, τοσοῦτον μετὰ τὸ ἀποκαλυφθῆναι ἡμῶν τὰ κρυπτὰ, ἀποδο‐ θήσεται τῆς αἰσχύνης ὁ μισθός. Καὶ ὁ πολλὴν συνάγων ταῖς χερσὶν ἀκαρπίαν, πλείονα ἔχει ὕλην τῆς ἐπιφερομένης αὐτῷ ἀτιμίας· καὶ ὁ ἐνεργῶν θησαυρίσματα γλώσσῃ ψευδεῖ, μά‐</w:t>
      </w:r>
    </w:p>
    <w:p>
      <w:r>
        <w:rPr>
          <w:rFonts w:ascii="Courier New" w:hAnsi="Courier New"/>
          <w:color w:val="555555"/>
          <w:sz w:val="20"/>
        </w:rPr>
        <w:t>[35]</w:t>
      </w:r>
    </w:p>
    <w:p>
      <w:r>
        <w:rPr>
          <w:rFonts w:ascii="Gentium Plus" w:hAnsi="Gentium Plus"/>
          <w:sz w:val="24"/>
        </w:rPr>
        <w:t>ταια διώκει καὶ ἐλεύσεται ἐπὶ παγίδας θανάτου. —Καὶ καταλειφθήσεται ὀλιγοστὸς καὶ οὐκ ἔντιμος. Εὐεργεσία 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