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Scholia in Hymnos (scholia vetera) (scholia ψ ex</w:t>
      </w:r>
      <w:r>
        <w:br/>
      </w:r>
      <w:r>
        <w:rPr>
          <w:i/>
          <w:color w:val="666666"/>
          <w:sz w:val="40"/>
        </w:rPr>
        <w:t>Scholia on Hymns</w:t>
      </w:r>
    </w:p>
    <w:p>
      <w:pPr>
        <w:jc w:val="center"/>
      </w:pPr>
      <w:r>
        <w:rPr>
          <w:rFonts w:ascii="Times New Roman" w:hAnsi="Times New Roman"/>
          <w:color w:val="1E3A70"/>
          <w:sz w:val="32"/>
        </w:rPr>
        <w:t>Καλλιμάχου Σχόλια</w:t>
      </w:r>
      <w:r>
        <w:br/>
      </w:r>
      <w:r>
        <w:rPr>
          <w:i/>
          <w:color w:val="666666"/>
          <w:sz w:val="28"/>
        </w:rPr>
        <w:t>by Callimachus Scholia</w:t>
      </w:r>
    </w:p>
    <w:p/>
    <w:p>
      <w:r>
        <w:rPr>
          <w:rFonts w:ascii="Courier New" w:hAnsi="Courier New"/>
          <w:color w:val="555555"/>
          <w:sz w:val="20"/>
        </w:rPr>
        <w:t>[1 1a]</w:t>
      </w:r>
    </w:p>
    <w:p>
      <w:r>
        <w:rPr>
          <w:rFonts w:ascii="Gentium Plus" w:hAnsi="Gentium Plus"/>
          <w:sz w:val="24"/>
        </w:rPr>
        <w:t>Πότερον Ζηνὸς σπονδῇσιν ἢ Ζηνὸς τί λώϊον ἀείδειν;</w:t>
      </w:r>
    </w:p>
    <w:p>
      <w:r>
        <w:rPr>
          <w:rFonts w:ascii="Courier New" w:hAnsi="Courier New"/>
          <w:color w:val="555555"/>
          <w:sz w:val="20"/>
        </w:rPr>
        <w:t>[1 1b]</w:t>
      </w:r>
    </w:p>
    <w:p>
      <w:r>
        <w:rPr>
          <w:rFonts w:ascii="Gentium Plus" w:hAnsi="Gentium Plus"/>
          <w:sz w:val="24"/>
        </w:rPr>
        <w:t>〈ἔοι:〉 εἴη.</w:t>
      </w:r>
    </w:p>
    <w:p>
      <w:r>
        <w:rPr>
          <w:rFonts w:ascii="Courier New" w:hAnsi="Courier New"/>
          <w:color w:val="555555"/>
          <w:sz w:val="20"/>
        </w:rPr>
        <w:t>[1 1c]</w:t>
      </w:r>
    </w:p>
    <w:p>
      <w:r>
        <w:rPr>
          <w:rFonts w:ascii="Gentium Plus" w:hAnsi="Gentium Plus"/>
          <w:sz w:val="24"/>
        </w:rPr>
        <w:t>〈ἔοι τί κεν ἄλλο:〉 ἤγουν τί ἔοικεν (sic) ἄλλο.</w:t>
      </w:r>
    </w:p>
    <w:p>
      <w:r>
        <w:rPr>
          <w:rFonts w:ascii="Courier New" w:hAnsi="Courier New"/>
          <w:color w:val="555555"/>
          <w:sz w:val="20"/>
        </w:rPr>
        <w:t>[1 . 3]</w:t>
      </w:r>
    </w:p>
    <w:p>
      <w:r>
        <w:rPr>
          <w:rFonts w:ascii="Gentium Plus" w:hAnsi="Gentium Plus"/>
          <w:sz w:val="24"/>
        </w:rPr>
        <w:t>〈Πηλαγόνων:〉 τῶν γιγάντων· παρὰ τὸ ἐκ πηλοῦ γενέσθαι, τουτέστι τῆς γῆς.</w:t>
      </w:r>
    </w:p>
    <w:p>
      <w:r>
        <w:rPr>
          <w:rFonts w:ascii="Courier New" w:hAnsi="Courier New"/>
          <w:color w:val="555555"/>
          <w:sz w:val="20"/>
        </w:rPr>
        <w:t>[1 4a]</w:t>
      </w:r>
    </w:p>
    <w:p>
      <w:r>
        <w:rPr>
          <w:rFonts w:ascii="Gentium Plus" w:hAnsi="Gentium Plus"/>
          <w:sz w:val="24"/>
        </w:rPr>
        <w:t>Δικταῖον ὄρος Κρήτης, Λύκαιον δὲ τῆς Ἀρκαδίας.</w:t>
      </w:r>
    </w:p>
    <w:p>
      <w:r>
        <w:rPr>
          <w:rFonts w:ascii="Courier New" w:hAnsi="Courier New"/>
          <w:color w:val="555555"/>
          <w:sz w:val="20"/>
        </w:rPr>
        <w:t>[1 4b]</w:t>
      </w:r>
    </w:p>
    <w:p>
      <w:r>
        <w:rPr>
          <w:rFonts w:ascii="Gentium Plus" w:hAnsi="Gentium Plus"/>
          <w:sz w:val="24"/>
        </w:rPr>
        <w:t>Δικταῖον δὲ ὄρος Κρήτης καὶ Λυκαῖον τὸν ἐξ ὄρους Ἀρκαδίας ὄντα.</w:t>
      </w:r>
    </w:p>
    <w:p>
      <w:r>
        <w:rPr>
          <w:rFonts w:ascii="Courier New" w:hAnsi="Courier New"/>
          <w:color w:val="555555"/>
          <w:sz w:val="20"/>
        </w:rPr>
        <w:t>[1 4c]</w:t>
      </w:r>
    </w:p>
    <w:p>
      <w:r>
        <w:rPr>
          <w:rFonts w:ascii="Gentium Plus" w:hAnsi="Gentium Plus"/>
          <w:sz w:val="24"/>
        </w:rPr>
        <w:t>Δικταῖον: Κρῆτα· Δίκτη γὰρ ὄρος Κρήτης. Λυκαῖον: Ἀρκάδα· Λύκαιον Ἀρκαδίας ὄρος.</w:t>
      </w:r>
    </w:p>
    <w:p>
      <w:r>
        <w:rPr>
          <w:rFonts w:ascii="Courier New" w:hAnsi="Courier New"/>
          <w:color w:val="555555"/>
          <w:sz w:val="20"/>
        </w:rPr>
        <w:t>[1 . 5]</w:t>
      </w:r>
    </w:p>
    <w:p>
      <w:r>
        <w:rPr>
          <w:rFonts w:ascii="Gentium Plus" w:hAnsi="Gentium Plus"/>
          <w:sz w:val="24"/>
        </w:rPr>
        <w:t>ἀμφήριστον: ἀντὶ τοῦ ἀμφίλογον.</w:t>
      </w:r>
    </w:p>
    <w:p>
      <w:r>
        <w:rPr>
          <w:rFonts w:ascii="Courier New" w:hAnsi="Courier New"/>
          <w:color w:val="555555"/>
          <w:sz w:val="20"/>
        </w:rPr>
        <w:t>[1 . 6]</w:t>
      </w:r>
    </w:p>
    <w:p>
      <w:r>
        <w:rPr>
          <w:rFonts w:ascii="Gentium Plus" w:hAnsi="Gentium Plus"/>
          <w:sz w:val="24"/>
        </w:rPr>
        <w:t>Ἴδη ὄρος Κρήτης καὶ Τροίας· νῦν δὲ τὸ Κρήτης φησι.</w:t>
      </w:r>
    </w:p>
    <w:p>
      <w:r>
        <w:rPr>
          <w:rFonts w:ascii="Courier New" w:hAnsi="Courier New"/>
          <w:color w:val="555555"/>
          <w:sz w:val="20"/>
        </w:rPr>
        <w:t>[1 . 7]</w:t>
      </w:r>
    </w:p>
    <w:p>
      <w:r>
        <w:rPr>
          <w:rFonts w:ascii="Gentium Plus" w:hAnsi="Gentium Plus"/>
          <w:sz w:val="24"/>
        </w:rPr>
        <w:t>ἐν ἤθει ἀναγνωστέον τὸ πότεροι.</w:t>
      </w:r>
    </w:p>
    <w:p>
      <w:r>
        <w:rPr>
          <w:rFonts w:ascii="Courier New" w:hAnsi="Courier New"/>
          <w:color w:val="555555"/>
          <w:sz w:val="20"/>
        </w:rPr>
        <w:t>[1 8a]</w:t>
      </w:r>
    </w:p>
    <w:p>
      <w:r>
        <w:rPr>
          <w:rFonts w:ascii="Gentium Plus" w:hAnsi="Gentium Plus"/>
          <w:sz w:val="24"/>
        </w:rPr>
        <w:t>παροιμία ἐστὶ ‘κρητίζειν‘ ἐπὶ τοῦ ψεύδεσθαι, ἀπὸ Ἰδομενέως τοῦ Κρητὸς ῥηθεῖσα, ὃς λαχὼν μερίσαι τοῖς Ἕλλησι τὰ λάφυρα τῆς Ἰλίου τὰ κρείσσω ἑαυτῷ περιεποιήσατο.</w:t>
      </w:r>
    </w:p>
    <w:p>
      <w:r>
        <w:rPr>
          <w:rFonts w:ascii="Courier New" w:hAnsi="Courier New"/>
          <w:color w:val="555555"/>
          <w:sz w:val="20"/>
        </w:rPr>
        <w:t>[1 8b]</w:t>
      </w:r>
    </w:p>
    <w:p>
      <w:r>
        <w:rPr>
          <w:rFonts w:ascii="Gentium Plus" w:hAnsi="Gentium Plus"/>
          <w:sz w:val="24"/>
        </w:rPr>
        <w:t>〈τάφον:〉 ἐν Κρήτῃ ἐπὶ τῷ τάφῳ τοῦ Μίνωος ἐπεγέγραπτο ‘Μίνωος τοῦ Διὸς τάφοσ‘· τῷ χρόνῳ δὲ τὸ ‘Μίνωος τοῦ‘ ἀπηλείφθη ὥστε περιλειφθῆναι ‘Διὸς τάφοσ‘. ἐκ τούτου οὖν λέγουσι Κρῆτες τὸν τάφον τοῦ Διός. ἢ ὅτι Κορύβαντες λαβόντες αὐτὸν ἐπὶ τῷ κρύψαι διὰ</w:t>
      </w:r>
    </w:p>
    <w:p>
      <w:r>
        <w:rPr>
          <w:rFonts w:ascii="Courier New" w:hAnsi="Courier New"/>
          <w:color w:val="555555"/>
          <w:sz w:val="20"/>
        </w:rPr>
        <w:t>[5]</w:t>
      </w:r>
    </w:p>
    <w:p>
      <w:r>
        <w:rPr>
          <w:rFonts w:ascii="Gentium Plus" w:hAnsi="Gentium Plus"/>
          <w:sz w:val="24"/>
        </w:rPr>
        <w:t>τὸν Κρόνον προσεποιήσαντο τάφον αὐτῷ ποιεῖν.</w:t>
      </w:r>
    </w:p>
    <w:p>
      <w:r>
        <w:rPr>
          <w:rFonts w:ascii="Courier New" w:hAnsi="Courier New"/>
          <w:color w:val="555555"/>
          <w:sz w:val="20"/>
        </w:rPr>
        <w:t>[1 10a]</w:t>
      </w:r>
    </w:p>
    <w:p>
      <w:r>
        <w:rPr>
          <w:rFonts w:ascii="Gentium Plus" w:hAnsi="Gentium Plus"/>
          <w:sz w:val="24"/>
        </w:rPr>
        <w:t>ὄρος Ἀρκαδίας ὁ Παρνασός.</w:t>
      </w:r>
    </w:p>
    <w:p>
      <w:r>
        <w:rPr>
          <w:rFonts w:ascii="Courier New" w:hAnsi="Courier New"/>
          <w:color w:val="555555"/>
          <w:sz w:val="20"/>
        </w:rPr>
        <w:t>[1 10b]</w:t>
      </w:r>
    </w:p>
    <w:p>
      <w:r>
        <w:rPr>
          <w:rFonts w:ascii="Gentium Plus" w:hAnsi="Gentium Plus"/>
          <w:sz w:val="24"/>
        </w:rPr>
        <w:t>ὄρος Ἀρκαδίας τὸ Παρράσιον ἀπὸ Παρ〈ρ〉άσου τοῦ Λυκάονος.</w:t>
      </w:r>
    </w:p>
    <w:p>
      <w:r>
        <w:rPr>
          <w:rFonts w:ascii="Courier New" w:hAnsi="Courier New"/>
          <w:color w:val="555555"/>
          <w:sz w:val="20"/>
        </w:rPr>
        <w:t>[1 . 12]</w:t>
      </w:r>
    </w:p>
    <w:p>
      <w:r>
        <w:rPr>
          <w:rFonts w:ascii="Gentium Plus" w:hAnsi="Gentium Plus"/>
          <w:sz w:val="24"/>
        </w:rPr>
        <w:t>Εἰλειθυίης ἤγουν γεννήσεως.</w:t>
      </w:r>
    </w:p>
    <w:p>
      <w:r>
        <w:rPr>
          <w:rFonts w:ascii="Courier New" w:hAnsi="Courier New"/>
          <w:color w:val="555555"/>
          <w:sz w:val="20"/>
        </w:rPr>
        <w:t>[1 12-13]</w:t>
      </w:r>
    </w:p>
    <w:p>
      <w:r>
        <w:rPr>
          <w:rFonts w:ascii="Gentium Plus" w:hAnsi="Gentium Plus"/>
          <w:sz w:val="24"/>
        </w:rPr>
        <w:t>οὔτε ἑρπετὸν οὔτε γυνὴ χρῄζουσα τοῦ τεκεῖν ἐπιμίσγεται. ἢ οὕτως †οἷον χρῄζειν† Εἰλειθυίας τουτέστι γεννήσεως. ὅτι πᾶν ζῷον εἰσιὸν ἐκεῖ μεμολυσμένον ἄγονον ἐγίνετο καὶ σκιὰν τὸ σῶμα αὐτοῦ οὐκέτι ἐποίει.</w:t>
      </w:r>
    </w:p>
    <w:p>
      <w:r>
        <w:rPr>
          <w:rFonts w:ascii="Courier New" w:hAnsi="Courier New"/>
          <w:color w:val="555555"/>
          <w:sz w:val="20"/>
        </w:rPr>
        <w:t>[1 . 14]</w:t>
      </w:r>
    </w:p>
    <w:p>
      <w:r>
        <w:rPr>
          <w:rFonts w:ascii="Gentium Plus" w:hAnsi="Gentium Plus"/>
          <w:sz w:val="24"/>
        </w:rPr>
        <w:t>〈Ἀπιδανῆες:〉 οἱ ἀρχαῖοι Ἀρκάδες.</w:t>
      </w:r>
    </w:p>
    <w:p>
      <w:r>
        <w:rPr>
          <w:rFonts w:ascii="Courier New" w:hAnsi="Courier New"/>
          <w:color w:val="555555"/>
          <w:sz w:val="20"/>
        </w:rPr>
        <w:t>[1 17-18]</w:t>
      </w:r>
    </w:p>
    <w:p>
      <w:r>
        <w:rPr>
          <w:rFonts w:ascii="Gentium Plus" w:hAnsi="Gentium Plus"/>
          <w:sz w:val="24"/>
        </w:rPr>
        <w:t>λύματα: καθάρματα· τὸ δὲ χυτλώσαιτο ἀντὶ τοῦ ἀπο‐ λούσαιτο· Ἐρύμανθος δὲ ποταμὸς Ἀρκαδίας.</w:t>
      </w:r>
    </w:p>
    <w:p>
      <w:r>
        <w:rPr>
          <w:rFonts w:ascii="Courier New" w:hAnsi="Courier New"/>
          <w:color w:val="555555"/>
          <w:sz w:val="20"/>
        </w:rPr>
        <w:t>[1 . 21]</w:t>
      </w:r>
    </w:p>
    <w:p>
      <w:r>
        <w:rPr>
          <w:rFonts w:ascii="Gentium Plus" w:hAnsi="Gentium Plus"/>
          <w:sz w:val="24"/>
        </w:rPr>
        <w:t>ὕστερον μετὰ τὸ τεκεῖν τὴν Ῥέαν.</w:t>
      </w:r>
    </w:p>
    <w:p>
      <w:r>
        <w:rPr>
          <w:rFonts w:ascii="Courier New" w:hAnsi="Courier New"/>
          <w:color w:val="555555"/>
          <w:sz w:val="20"/>
        </w:rPr>
        <w:t>[1 22-3]</w:t>
      </w:r>
    </w:p>
    <w:p>
      <w:r>
        <w:rPr>
          <w:rFonts w:ascii="Gentium Plus" w:hAnsi="Gentium Plus"/>
          <w:sz w:val="24"/>
        </w:rPr>
        <w:t>〈σαρωνίδας:〉 δρῦς· παρὰ τὸ σεσηρότα καὶ συνεστραμμένον τὸν φλοιὸν ἔχειν. τὸ δὲ ἤειρεν καὶ ὤκχησεν ἀντὶ τοῦ ἐβάστασεν.</w:t>
      </w:r>
    </w:p>
    <w:p>
      <w:r>
        <w:rPr>
          <w:rFonts w:ascii="Courier New" w:hAnsi="Courier New"/>
          <w:color w:val="555555"/>
          <w:sz w:val="20"/>
        </w:rPr>
        <w:t>[1 24-5a]</w:t>
      </w:r>
    </w:p>
    <w:p>
      <w:r>
        <w:rPr>
          <w:rFonts w:ascii="Gentium Plus" w:hAnsi="Gentium Plus"/>
          <w:sz w:val="24"/>
        </w:rPr>
        <w:t>〈Καρίωνος:〉 λείπει ἡ ὑπέρ· πολλὰ δ’ ὑπὲρ τοῦ Καρίωνος κινώπετα ἤγουν ἑρπετά, παρὰ τὸ ἐν τῷ πέδῳ κινεῖσθαι, ἐβάλοντο ἰλυοὺς ἤτοι φωλεούς.</w:t>
      </w:r>
    </w:p>
    <w:p>
      <w:r>
        <w:rPr>
          <w:rFonts w:ascii="Courier New" w:hAnsi="Courier New"/>
          <w:color w:val="555555"/>
          <w:sz w:val="20"/>
        </w:rPr>
        <w:t>[1 24-5b]</w:t>
      </w:r>
    </w:p>
    <w:p>
      <w:r>
        <w:rPr>
          <w:rFonts w:ascii="Gentium Plus" w:hAnsi="Gentium Plus"/>
          <w:sz w:val="24"/>
        </w:rPr>
        <w:t>λείπει—Καρίωνος ἑρπετὰ τοὺς φωλεοὺς ἐποίησαν. τὰ θηρία, οἱονεὶ κινώπεδα, παρὰ τὸ ἐν τῷ ἐδάφει κινεῖσθαι· τὸ δὲ νίσσετο ἀντὶ τοῦ ἤρχετο, ἐπορεύετο.</w:t>
      </w:r>
    </w:p>
    <w:p>
      <w:r>
        <w:rPr>
          <w:rFonts w:ascii="Courier New" w:hAnsi="Courier New"/>
          <w:color w:val="555555"/>
          <w:sz w:val="20"/>
        </w:rPr>
        <w:t>[1 24-5c]</w:t>
      </w:r>
    </w:p>
    <w:p>
      <w:r>
        <w:rPr>
          <w:rFonts w:ascii="Gentium Plus" w:hAnsi="Gentium Plus"/>
          <w:sz w:val="24"/>
        </w:rPr>
        <w:t>κινώπετα: τὰ ἐν τῷ πέδῳ κινούμενα θηρία.</w:t>
      </w:r>
    </w:p>
    <w:p>
      <w:r>
        <w:rPr>
          <w:rFonts w:ascii="Courier New" w:hAnsi="Courier New"/>
          <w:color w:val="555555"/>
          <w:sz w:val="20"/>
        </w:rPr>
        <w:t>[1 . 25]</w:t>
      </w:r>
    </w:p>
    <w:p>
      <w:r>
        <w:rPr>
          <w:rFonts w:ascii="Gentium Plus" w:hAnsi="Gentium Plus"/>
          <w:sz w:val="24"/>
        </w:rPr>
        <w:t>〈ἰλυούς:〉 καταδύσεις.</w:t>
      </w:r>
    </w:p>
    <w:p>
      <w:r>
        <w:rPr>
          <w:rFonts w:ascii="Courier New" w:hAnsi="Courier New"/>
          <w:color w:val="555555"/>
          <w:sz w:val="20"/>
        </w:rPr>
        <w:t>[1 . 26]</w:t>
      </w:r>
    </w:p>
    <w:p>
      <w:r>
        <w:rPr>
          <w:rFonts w:ascii="Gentium Plus" w:hAnsi="Gentium Plus"/>
          <w:sz w:val="24"/>
        </w:rPr>
        <w:t>Κρᾶθις ποταμὸς Ἀρκαδίας καὶ ἡ Μετώπη· τὸ δὲ πολύστειον πολύψηφον καὶ πολυπάτητον.</w:t>
      </w:r>
    </w:p>
    <w:p>
      <w:r>
        <w:rPr>
          <w:rFonts w:ascii="Courier New" w:hAnsi="Courier New"/>
          <w:color w:val="555555"/>
          <w:sz w:val="20"/>
        </w:rPr>
        <w:t>[1 32-3]</w:t>
      </w:r>
    </w:p>
    <w:p>
      <w:r>
        <w:rPr>
          <w:rFonts w:ascii="Gentium Plus" w:hAnsi="Gentium Plus"/>
          <w:sz w:val="24"/>
        </w:rPr>
        <w:t>τὸν σὸν χρῶτα, ὦ ἄνα, σπείρωσε φαιδρύνασα.</w:t>
      </w:r>
    </w:p>
    <w:p>
      <w:r>
        <w:rPr>
          <w:rFonts w:ascii="Courier New" w:hAnsi="Courier New"/>
          <w:color w:val="555555"/>
          <w:sz w:val="20"/>
        </w:rPr>
        <w:t>[1 33a]</w:t>
      </w:r>
    </w:p>
    <w:p>
      <w:r>
        <w:rPr>
          <w:rFonts w:ascii="Gentium Plus" w:hAnsi="Gentium Plus"/>
          <w:sz w:val="24"/>
        </w:rPr>
        <w:t>〈ὦνα:〉 ἴσ(ως) ὦ ἄνα (sic).</w:t>
      </w:r>
    </w:p>
    <w:p>
      <w:r>
        <w:rPr>
          <w:rFonts w:ascii="Courier New" w:hAnsi="Courier New"/>
          <w:color w:val="555555"/>
          <w:sz w:val="20"/>
        </w:rPr>
        <w:t>[1 33b]</w:t>
      </w:r>
    </w:p>
    <w:p>
      <w:r>
        <w:rPr>
          <w:rFonts w:ascii="Gentium Plus" w:hAnsi="Gentium Plus"/>
          <w:sz w:val="24"/>
        </w:rPr>
        <w:t>〈σπείρωσε:〉 εἵλιξε· παρὰ τὸ σπειρόω, τὸ εἱλίσσω· ὅθεν σπείρημα, τὸ σπαρτί(ον).</w:t>
      </w:r>
    </w:p>
    <w:p>
      <w:r>
        <w:rPr>
          <w:rFonts w:ascii="Courier New" w:hAnsi="Courier New"/>
          <w:color w:val="555555"/>
          <w:sz w:val="20"/>
        </w:rPr>
        <w:t>[1 33c]</w:t>
      </w:r>
    </w:p>
    <w:p>
      <w:r>
        <w:rPr>
          <w:rFonts w:ascii="Gentium Plus" w:hAnsi="Gentium Plus"/>
          <w:sz w:val="24"/>
        </w:rPr>
        <w:t>〈Νέδῃ:〉 ὄνομα νύμφης Ὠκεανίνης θρεψαμένης τὸν Δία.</w:t>
      </w:r>
    </w:p>
    <w:p>
      <w:r>
        <w:rPr>
          <w:rFonts w:ascii="Courier New" w:hAnsi="Courier New"/>
          <w:color w:val="555555"/>
          <w:sz w:val="20"/>
        </w:rPr>
        <w:t>[1 . 34]</w:t>
      </w:r>
    </w:p>
    <w:p>
      <w:r>
        <w:rPr>
          <w:rFonts w:ascii="Gentium Plus" w:hAnsi="Gentium Plus"/>
          <w:sz w:val="24"/>
        </w:rPr>
        <w:t>〈κευθμόν:〉 σπήλαιον.</w:t>
      </w:r>
    </w:p>
    <w:p>
      <w:r>
        <w:rPr>
          <w:rFonts w:ascii="Courier New" w:hAnsi="Courier New"/>
          <w:color w:val="555555"/>
          <w:sz w:val="20"/>
        </w:rPr>
        <w:t>[1 . 35]</w:t>
      </w:r>
    </w:p>
    <w:p>
      <w:r>
        <w:rPr>
          <w:rFonts w:ascii="Gentium Plus" w:hAnsi="Gentium Plus"/>
          <w:sz w:val="24"/>
        </w:rPr>
        <w:t>〈μαιώσαντο:〉 ἔθρεψαν.</w:t>
      </w:r>
    </w:p>
    <w:p>
      <w:r>
        <w:rPr>
          <w:rFonts w:ascii="Courier New" w:hAnsi="Courier New"/>
          <w:color w:val="555555"/>
          <w:sz w:val="20"/>
        </w:rPr>
        <w:t>[1 . 36]</w:t>
      </w:r>
    </w:p>
    <w:p>
      <w:r>
        <w:rPr>
          <w:rFonts w:ascii="Gentium Plus" w:hAnsi="Gentium Plus"/>
          <w:sz w:val="24"/>
        </w:rPr>
        <w:t>〈Φιλύρην:〉 μητέρα Χείρωνος τοῦ Κενταύρου.</w:t>
      </w:r>
    </w:p>
    <w:p>
      <w:r>
        <w:rPr>
          <w:rFonts w:ascii="Courier New" w:hAnsi="Courier New"/>
          <w:color w:val="555555"/>
          <w:sz w:val="20"/>
        </w:rPr>
        <w:t>[1 . 37]</w:t>
      </w:r>
    </w:p>
    <w:p>
      <w:r>
        <w:rPr>
          <w:rFonts w:ascii="Gentium Plus" w:hAnsi="Gentium Plus"/>
          <w:sz w:val="24"/>
        </w:rPr>
        <w:t>〈τὸ χεῦμα:〉 τὸ ἐν Ἀρκαδίᾳ.</w:t>
      </w:r>
    </w:p>
    <w:p>
      <w:r>
        <w:rPr>
          <w:rFonts w:ascii="Courier New" w:hAnsi="Courier New"/>
          <w:color w:val="555555"/>
          <w:sz w:val="20"/>
        </w:rPr>
        <w:t>[1 . 38]</w:t>
      </w:r>
    </w:p>
    <w:p>
      <w:r>
        <w:rPr>
          <w:rFonts w:ascii="Gentium Plus" w:hAnsi="Gentium Plus"/>
          <w:sz w:val="24"/>
        </w:rPr>
        <w:t>〈τὸ μέν:〉 τὸ χεῦμα.</w:t>
      </w:r>
    </w:p>
    <w:p>
      <w:r>
        <w:rPr>
          <w:rFonts w:ascii="Courier New" w:hAnsi="Courier New"/>
          <w:color w:val="555555"/>
          <w:sz w:val="20"/>
        </w:rPr>
        <w:t>[1 . 39]</w:t>
      </w:r>
    </w:p>
    <w:p>
      <w:r>
        <w:rPr>
          <w:rFonts w:ascii="Gentium Plus" w:hAnsi="Gentium Plus"/>
          <w:sz w:val="24"/>
        </w:rPr>
        <w:t>ὄρος Ἀρκάδων ὁ Καύκων. Λέπριον δὲ ἀπὸ Λεπρέα τοῦ Ποσειδῶνος, ὃς προκαλεσάμενος εἰς ἀδηφαγίαν Ἡρακλέα καὶ ὑπ’ ἐκείνου ἡττηθεὶς ἐφονεύθη.</w:t>
      </w:r>
    </w:p>
    <w:p>
      <w:r>
        <w:rPr>
          <w:rFonts w:ascii="Courier New" w:hAnsi="Courier New"/>
          <w:color w:val="555555"/>
          <w:sz w:val="20"/>
        </w:rPr>
        <w:t>[1 . 40]</w:t>
      </w:r>
    </w:p>
    <w:p>
      <w:r>
        <w:rPr>
          <w:rFonts w:ascii="Gentium Plus" w:hAnsi="Gentium Plus"/>
          <w:sz w:val="24"/>
        </w:rPr>
        <w:t>〈Νηρῆι:〉 τῇ θαλάσσῃ.</w:t>
      </w:r>
    </w:p>
    <w:p>
      <w:r>
        <w:rPr>
          <w:rFonts w:ascii="Courier New" w:hAnsi="Courier New"/>
          <w:color w:val="555555"/>
          <w:sz w:val="20"/>
        </w:rPr>
        <w:t>[1 . 41]</w:t>
      </w:r>
    </w:p>
    <w:p>
      <w:r>
        <w:rPr>
          <w:rFonts w:ascii="Gentium Plus" w:hAnsi="Gentium Plus"/>
          <w:sz w:val="24"/>
        </w:rPr>
        <w:t>〈Λυκαονίης ἄρκτοιο:〉 τῆς πρῴην λεγομένης Καλλιστοῦς, Λυκάονος θυγατρός· ἐξ ἧς καὶ Διὸς μεταβληθέντος εἰς Ἄρτεμιν γεννᾶται ὁ Ἀρκάς, ἀφ’ οὗ οἱ Ἀρκάδες.</w:t>
      </w:r>
    </w:p>
    <w:p>
      <w:r>
        <w:rPr>
          <w:rFonts w:ascii="Courier New" w:hAnsi="Courier New"/>
          <w:color w:val="555555"/>
          <w:sz w:val="20"/>
        </w:rPr>
        <w:t>[1 42a]</w:t>
      </w:r>
    </w:p>
    <w:p>
      <w:r>
        <w:rPr>
          <w:rFonts w:ascii="Gentium Plus" w:hAnsi="Gentium Plus"/>
          <w:sz w:val="24"/>
        </w:rPr>
        <w:t>〈εὖτε:〉 ὅτε.</w:t>
      </w:r>
    </w:p>
    <w:p>
      <w:r>
        <w:rPr>
          <w:rFonts w:ascii="Courier New" w:hAnsi="Courier New"/>
          <w:color w:val="555555"/>
          <w:sz w:val="20"/>
        </w:rPr>
        <w:t>[1 42b]</w:t>
      </w:r>
    </w:p>
    <w:p>
      <w:r>
        <w:rPr>
          <w:rFonts w:ascii="Gentium Plus" w:hAnsi="Gentium Plus"/>
          <w:sz w:val="24"/>
        </w:rPr>
        <w:t>Θενάς: πόλις καὶ ἄλσος.</w:t>
      </w:r>
    </w:p>
    <w:p>
      <w:r>
        <w:rPr>
          <w:rFonts w:ascii="Courier New" w:hAnsi="Courier New"/>
          <w:color w:val="555555"/>
          <w:sz w:val="20"/>
        </w:rPr>
        <w:t>[1 44a]</w:t>
      </w:r>
    </w:p>
    <w:p>
      <w:r>
        <w:rPr>
          <w:rFonts w:ascii="Gentium Plus" w:hAnsi="Gentium Plus"/>
          <w:sz w:val="24"/>
        </w:rPr>
        <w:t>〈τουτάκι:〉 τὸ τηνικαῦτα.</w:t>
      </w:r>
    </w:p>
    <w:p>
      <w:r>
        <w:rPr>
          <w:rFonts w:ascii="Courier New" w:hAnsi="Courier New"/>
          <w:color w:val="555555"/>
          <w:sz w:val="20"/>
        </w:rPr>
        <w:t>[1 44b]</w:t>
      </w:r>
    </w:p>
    <w:p>
      <w:r>
        <w:rPr>
          <w:rFonts w:ascii="Gentium Plus" w:hAnsi="Gentium Plus"/>
          <w:sz w:val="24"/>
        </w:rPr>
        <w:t>〈τουτάκι:〉 ἤγουν τότε.</w:t>
      </w:r>
    </w:p>
    <w:p>
      <w:r>
        <w:rPr>
          <w:rFonts w:ascii="Courier New" w:hAnsi="Courier New"/>
          <w:color w:val="555555"/>
          <w:sz w:val="20"/>
        </w:rPr>
        <w:t>[1 . 45]</w:t>
      </w:r>
    </w:p>
    <w:p>
      <w:r>
        <w:rPr>
          <w:rFonts w:ascii="Gentium Plus" w:hAnsi="Gentium Plus"/>
          <w:sz w:val="24"/>
        </w:rPr>
        <w:t>〈Κύδωνες:〉 ἔθνος Κρήτης.</w:t>
      </w:r>
    </w:p>
    <w:p>
      <w:r>
        <w:rPr>
          <w:rFonts w:ascii="Courier New" w:hAnsi="Courier New"/>
          <w:color w:val="555555"/>
          <w:sz w:val="20"/>
        </w:rPr>
        <w:t>[1 46a]</w:t>
      </w:r>
    </w:p>
    <w:p>
      <w:r>
        <w:rPr>
          <w:rFonts w:ascii="Gentium Plus" w:hAnsi="Gentium Plus"/>
          <w:sz w:val="24"/>
        </w:rPr>
        <w:t>〈ἑτάραι:〉 φίλαι.</w:t>
      </w:r>
    </w:p>
    <w:p>
      <w:r>
        <w:rPr>
          <w:rFonts w:ascii="Courier New" w:hAnsi="Courier New"/>
          <w:color w:val="555555"/>
          <w:sz w:val="20"/>
        </w:rPr>
        <w:t>[1 46b]</w:t>
      </w:r>
    </w:p>
    <w:p>
      <w:r>
        <w:rPr>
          <w:rFonts w:ascii="Gentium Plus" w:hAnsi="Gentium Plus"/>
          <w:sz w:val="24"/>
        </w:rPr>
        <w:t>〈προσεπηχύναντο:〉 ἤγουν εἰς τοὺς πήχεις ἔλαβον.</w:t>
      </w:r>
    </w:p>
    <w:p>
      <w:r>
        <w:rPr>
          <w:rFonts w:ascii="Courier New" w:hAnsi="Courier New"/>
          <w:color w:val="555555"/>
          <w:sz w:val="20"/>
        </w:rPr>
        <w:t>[1 47a]</w:t>
      </w:r>
    </w:p>
    <w:p>
      <w:r>
        <w:rPr>
          <w:rFonts w:ascii="Gentium Plus" w:hAnsi="Gentium Plus"/>
          <w:sz w:val="24"/>
        </w:rPr>
        <w:t>〈μελίαι:〉 νύμφαι.</w:t>
      </w:r>
    </w:p>
    <w:p>
      <w:r>
        <w:rPr>
          <w:rFonts w:ascii="Courier New" w:hAnsi="Courier New"/>
          <w:color w:val="555555"/>
          <w:sz w:val="20"/>
        </w:rPr>
        <w:t>[1 47b]</w:t>
      </w:r>
    </w:p>
    <w:p>
      <w:r>
        <w:rPr>
          <w:rFonts w:ascii="Gentium Plus" w:hAnsi="Gentium Plus"/>
          <w:sz w:val="24"/>
        </w:rPr>
        <w:t>〈Ἀδρήστεια:〉 ἡ Νέμεσις.</w:t>
      </w:r>
    </w:p>
    <w:p>
      <w:r>
        <w:rPr>
          <w:rFonts w:ascii="Courier New" w:hAnsi="Courier New"/>
          <w:color w:val="555555"/>
          <w:sz w:val="20"/>
        </w:rPr>
        <w:t>[1 47c]</w:t>
      </w:r>
    </w:p>
    <w:p>
      <w:r>
        <w:rPr>
          <w:rFonts w:ascii="Gentium Plus" w:hAnsi="Gentium Plus"/>
          <w:sz w:val="24"/>
        </w:rPr>
        <w:t>〈Ἀδρήστεια:〉 ἀδελφὴ Κουρήτων.</w:t>
      </w:r>
    </w:p>
    <w:p>
      <w:r>
        <w:rPr>
          <w:rFonts w:ascii="Courier New" w:hAnsi="Courier New"/>
          <w:color w:val="555555"/>
          <w:sz w:val="20"/>
        </w:rPr>
        <w:t>[1 . 48]</w:t>
      </w:r>
    </w:p>
    <w:p>
      <w:r>
        <w:rPr>
          <w:rFonts w:ascii="Gentium Plus" w:hAnsi="Gentium Plus"/>
          <w:sz w:val="24"/>
        </w:rPr>
        <w:t>λίκνον ἢ τὸ κόσκινον· τὸ γὰρ παλαιὸν ἐν κοσκίνῳ κατεκοίμιζον τὰ βρέφη πλοῦτον καὶ καρποὺς οἰωνιζόμενοι· ἢ τὸ κουνίον, ἐν ᾧ τὰ παιδία τιθέασιν.</w:t>
      </w:r>
    </w:p>
    <w:p>
      <w:r>
        <w:rPr>
          <w:rFonts w:ascii="Courier New" w:hAnsi="Courier New"/>
          <w:color w:val="555555"/>
          <w:sz w:val="20"/>
        </w:rPr>
        <w:t>[1 49a]</w:t>
      </w:r>
    </w:p>
    <w:p>
      <w:r>
        <w:rPr>
          <w:rFonts w:ascii="Gentium Plus" w:hAnsi="Gentium Plus"/>
          <w:sz w:val="24"/>
        </w:rPr>
        <w:t>〈Ἀμαλθείης:〉 οὕτως ἐκαλεῖτο ἡ αἲξ ἡ τὸν Δία θρέψασα· λέγεται δὲ ἀπὸ μὲν τοῦ ἑνὸς κέρατος ἀμβροσίαν ῥεῖν, ἀπὸ δὲ τοῦ ἄλλου νέκταρ.</w:t>
      </w:r>
    </w:p>
    <w:p>
      <w:r>
        <w:rPr>
          <w:rFonts w:ascii="Courier New" w:hAnsi="Courier New"/>
          <w:color w:val="555555"/>
          <w:sz w:val="20"/>
        </w:rPr>
        <w:t>[1 49b]</w:t>
      </w:r>
    </w:p>
    <w:p>
      <w:r>
        <w:rPr>
          <w:rFonts w:ascii="Gentium Plus" w:hAnsi="Gentium Plus"/>
          <w:sz w:val="24"/>
        </w:rPr>
        <w:t>〈ἔβρως:〉 ἔφαγες.</w:t>
      </w:r>
    </w:p>
    <w:p>
      <w:r>
        <w:rPr>
          <w:rFonts w:ascii="Courier New" w:hAnsi="Courier New"/>
          <w:color w:val="555555"/>
          <w:sz w:val="20"/>
        </w:rPr>
        <w:t>[1 50a]</w:t>
      </w:r>
    </w:p>
    <w:p>
      <w:r>
        <w:rPr>
          <w:rFonts w:ascii="Gentium Plus" w:hAnsi="Gentium Plus"/>
          <w:sz w:val="24"/>
        </w:rPr>
        <w:t>〈ἐξαπιναῖα:〉 τουτέστιν ἐγένετο ἐξαίφνης ἡ Ἴδη πλέα μέλιτος.</w:t>
      </w:r>
    </w:p>
    <w:p>
      <w:r>
        <w:rPr>
          <w:rFonts w:ascii="Courier New" w:hAnsi="Courier New"/>
          <w:color w:val="555555"/>
          <w:sz w:val="20"/>
        </w:rPr>
        <w:t>[1 50b]</w:t>
      </w:r>
    </w:p>
    <w:p>
      <w:r>
        <w:rPr>
          <w:rFonts w:ascii="Gentium Plus" w:hAnsi="Gentium Plus"/>
          <w:sz w:val="24"/>
        </w:rPr>
        <w:t>Πανακρίδος δὲ μελίσσης ἤγουν τῆς τὰ ἄκρα τῶν βοτανῶν δρεπομένης ἅπαντα, ἢ ἀπὸ Πανάκρου, ὄρους Κρήτης.</w:t>
      </w:r>
    </w:p>
    <w:p>
      <w:r>
        <w:rPr>
          <w:rFonts w:ascii="Courier New" w:hAnsi="Courier New"/>
          <w:color w:val="555555"/>
          <w:sz w:val="20"/>
        </w:rPr>
        <w:t>[1 52a]</w:t>
      </w:r>
    </w:p>
    <w:p>
      <w:r>
        <w:rPr>
          <w:rFonts w:ascii="Gentium Plus" w:hAnsi="Gentium Plus"/>
          <w:sz w:val="24"/>
        </w:rPr>
        <w:t>〈οὖλα:〉 †κατὰ κλῆρον, ὑγιῶς.</w:t>
      </w:r>
    </w:p>
    <w:p>
      <w:r>
        <w:rPr>
          <w:rFonts w:ascii="Courier New" w:hAnsi="Courier New"/>
          <w:color w:val="555555"/>
          <w:sz w:val="20"/>
        </w:rPr>
        <w:t>[1 52b]</w:t>
      </w:r>
    </w:p>
    <w:p>
      <w:r>
        <w:rPr>
          <w:rFonts w:ascii="Gentium Plus" w:hAnsi="Gentium Plus"/>
          <w:sz w:val="24"/>
        </w:rPr>
        <w:t>〈πρύλιν:〉 ἐνόπλιον.</w:t>
      </w:r>
    </w:p>
    <w:p>
      <w:r>
        <w:rPr>
          <w:rFonts w:ascii="Courier New" w:hAnsi="Courier New"/>
          <w:color w:val="555555"/>
          <w:sz w:val="20"/>
        </w:rPr>
        <w:t>[1 . 55]</w:t>
      </w:r>
    </w:p>
    <w:p>
      <w:r>
        <w:rPr>
          <w:rFonts w:ascii="Gentium Plus" w:hAnsi="Gentium Plus"/>
          <w:sz w:val="24"/>
        </w:rPr>
        <w:t>〈καλά:〉 ἀντὶ τοῦ καλῶς.</w:t>
      </w:r>
    </w:p>
    <w:p>
      <w:r>
        <w:rPr>
          <w:rFonts w:ascii="Courier New" w:hAnsi="Courier New"/>
          <w:color w:val="555555"/>
          <w:sz w:val="20"/>
        </w:rPr>
        <w:t>[1 . 57]</w:t>
      </w:r>
    </w:p>
    <w:p>
      <w:r>
        <w:rPr>
          <w:rFonts w:ascii="Gentium Plus" w:hAnsi="Gentium Plus"/>
          <w:sz w:val="24"/>
        </w:rPr>
        <w:t>〈παιδνός:〉 παῖς νέος.</w:t>
      </w:r>
    </w:p>
    <w:p>
      <w:r>
        <w:rPr>
          <w:rFonts w:ascii="Courier New" w:hAnsi="Courier New"/>
          <w:color w:val="555555"/>
          <w:sz w:val="20"/>
        </w:rPr>
        <w:t>[1 . 59]</w:t>
      </w:r>
    </w:p>
    <w:p>
      <w:r>
        <w:rPr>
          <w:rFonts w:ascii="Gentium Plus" w:hAnsi="Gentium Plus"/>
          <w:sz w:val="24"/>
        </w:rPr>
        <w:t>〈ἐπιδαίσιον:〉 οὐ μεμερισμένον.</w:t>
      </w:r>
    </w:p>
    <w:p>
      <w:r>
        <w:rPr>
          <w:rFonts w:ascii="Courier New" w:hAnsi="Courier New"/>
          <w:color w:val="555555"/>
          <w:sz w:val="20"/>
        </w:rPr>
        <w:t>[1 . 60]</w:t>
      </w:r>
    </w:p>
    <w:p>
      <w:r>
        <w:rPr>
          <w:rFonts w:ascii="Gentium Plus" w:hAnsi="Gentium Plus"/>
          <w:sz w:val="24"/>
        </w:rPr>
        <w:t>〈δηναιοί:〉 παλαιοί.</w:t>
      </w:r>
    </w:p>
    <w:p>
      <w:r>
        <w:rPr>
          <w:rFonts w:ascii="Courier New" w:hAnsi="Courier New"/>
          <w:color w:val="555555"/>
          <w:sz w:val="20"/>
        </w:rPr>
        <w:t>[1 62-3a]</w:t>
      </w:r>
    </w:p>
    <w:p>
      <w:r>
        <w:rPr>
          <w:rFonts w:ascii="Gentium Plus" w:hAnsi="Gentium Plus"/>
          <w:sz w:val="24"/>
        </w:rPr>
        <w:t>τίς δ’ ἂν φρονῶν ἐπὶ τῷ Ὀλύμπῳ καὶ τῷ Ἅιδῃ κληρωθῆναι ἠνέσχετο;</w:t>
      </w:r>
    </w:p>
    <w:p>
      <w:r>
        <w:rPr>
          <w:rFonts w:ascii="Courier New" w:hAnsi="Courier New"/>
          <w:color w:val="555555"/>
          <w:sz w:val="20"/>
        </w:rPr>
        <w:t>[1 62-3b]</w:t>
      </w:r>
    </w:p>
    <w:p>
      <w:r>
        <w:rPr>
          <w:rFonts w:ascii="Gentium Plus" w:hAnsi="Gentium Plus"/>
          <w:sz w:val="24"/>
        </w:rPr>
        <w:t>νενίηλος: ὁ ματαιόφρων, ὁ ἐστερημένος τοῦ αἰόλλειν καὶ κινεῖν τὸν νοῦν.</w:t>
      </w:r>
    </w:p>
    <w:p>
      <w:r>
        <w:rPr>
          <w:rFonts w:ascii="Courier New" w:hAnsi="Courier New"/>
          <w:color w:val="555555"/>
          <w:sz w:val="20"/>
        </w:rPr>
        <w:t>[1 63-4]</w:t>
      </w:r>
    </w:p>
    <w:p>
      <w:r>
        <w:rPr>
          <w:rFonts w:ascii="Gentium Plus" w:hAnsi="Gentium Plus"/>
          <w:sz w:val="24"/>
        </w:rPr>
        <w:t>ὁ κλῆρος ἐπ’ ἴσων πραγμάτων χωρεῖ· ὁ οὐρανὸς δὲ καὶ ὁ ᾅδης</w:t>
      </w:r>
    </w:p>
    <w:p>
      <w:r>
        <w:rPr>
          <w:rFonts w:ascii="Courier New" w:hAnsi="Courier New"/>
          <w:color w:val="555555"/>
          <w:sz w:val="20"/>
        </w:rPr>
        <w:t>[1 65a]</w:t>
      </w:r>
    </w:p>
    <w:p>
      <w:r>
        <w:rPr>
          <w:rFonts w:ascii="Gentium Plus" w:hAnsi="Gentium Plus"/>
          <w:sz w:val="24"/>
        </w:rPr>
        <w:t>λείπει ‘λέγων‘.</w:t>
      </w:r>
    </w:p>
    <w:p>
      <w:r>
        <w:rPr>
          <w:rFonts w:ascii="Courier New" w:hAnsi="Courier New"/>
          <w:color w:val="555555"/>
          <w:sz w:val="20"/>
        </w:rPr>
        <w:t>[1 65b]</w:t>
      </w:r>
    </w:p>
    <w:p>
      <w:r>
        <w:rPr>
          <w:rFonts w:ascii="Gentium Plus" w:hAnsi="Gentium Plus"/>
          <w:sz w:val="24"/>
        </w:rPr>
        <w:t>〈πεπίθοιεν:〉 πείσειαν.</w:t>
      </w:r>
    </w:p>
    <w:p>
      <w:r>
        <w:rPr>
          <w:rFonts w:ascii="Courier New" w:hAnsi="Courier New"/>
          <w:color w:val="555555"/>
          <w:sz w:val="20"/>
        </w:rPr>
        <w:t>[1 66a]</w:t>
      </w:r>
    </w:p>
    <w:p>
      <w:r>
        <w:rPr>
          <w:rFonts w:ascii="Gentium Plus" w:hAnsi="Gentium Plus"/>
          <w:sz w:val="24"/>
        </w:rPr>
        <w:t>ἐσσὴν κυρίως ὁ βασιλεὺς τῶν μελισσῶν, νῦν δὲ ὁ τῶν ἀνδρῶν.</w:t>
      </w:r>
    </w:p>
    <w:p>
      <w:r>
        <w:rPr>
          <w:rFonts w:ascii="Courier New" w:hAnsi="Courier New"/>
          <w:color w:val="555555"/>
          <w:sz w:val="20"/>
        </w:rPr>
        <w:t>[1 66b]</w:t>
      </w:r>
    </w:p>
    <w:p>
      <w:r>
        <w:rPr>
          <w:rFonts w:ascii="Gentium Plus" w:hAnsi="Gentium Plus"/>
          <w:sz w:val="24"/>
        </w:rPr>
        <w:t>〈ἐσσῆνα:〉 θεόν.</w:t>
      </w:r>
    </w:p>
    <w:p>
      <w:r>
        <w:rPr>
          <w:rFonts w:ascii="Courier New" w:hAnsi="Courier New"/>
          <w:color w:val="555555"/>
          <w:sz w:val="20"/>
        </w:rPr>
        <w:t>[1 . 67]</w:t>
      </w:r>
    </w:p>
    <w:p>
      <w:r>
        <w:rPr>
          <w:rFonts w:ascii="Gentium Plus" w:hAnsi="Gentium Plus"/>
          <w:sz w:val="24"/>
        </w:rPr>
        <w:t>τὸ κράτος πλησίον ἵδρυσας τοῦ δίφρου.</w:t>
      </w:r>
    </w:p>
    <w:p>
      <w:r>
        <w:rPr>
          <w:rFonts w:ascii="Courier New" w:hAnsi="Courier New"/>
          <w:color w:val="555555"/>
          <w:sz w:val="20"/>
        </w:rPr>
        <w:t>[1 . 68]</w:t>
      </w:r>
    </w:p>
    <w:p>
      <w:r>
        <w:rPr>
          <w:rFonts w:ascii="Gentium Plus" w:hAnsi="Gentium Plus"/>
          <w:sz w:val="24"/>
        </w:rPr>
        <w:t>〈οἰωνόν:〉 τὸν ἀετόν.</w:t>
      </w:r>
    </w:p>
    <w:p>
      <w:r>
        <w:rPr>
          <w:rFonts w:ascii="Courier New" w:hAnsi="Courier New"/>
          <w:color w:val="555555"/>
          <w:sz w:val="20"/>
        </w:rPr>
        <w:t>[1 . 70]</w:t>
      </w:r>
    </w:p>
    <w:p>
      <w:r>
        <w:rPr>
          <w:rFonts w:ascii="Gentium Plus" w:hAnsi="Gentium Plus"/>
          <w:sz w:val="24"/>
        </w:rPr>
        <w:t>〈αἰζηῶν:〉 νῦν καθόλου λέγει τῶν ἀνθρώπων.</w:t>
      </w:r>
    </w:p>
    <w:p>
      <w:r>
        <w:rPr>
          <w:rFonts w:ascii="Courier New" w:hAnsi="Courier New"/>
          <w:color w:val="555555"/>
          <w:sz w:val="20"/>
        </w:rPr>
        <w:t>[1 . 71]</w:t>
      </w:r>
    </w:p>
    <w:p>
      <w:r>
        <w:rPr>
          <w:rFonts w:ascii="Gentium Plus" w:hAnsi="Gentium Plus"/>
          <w:sz w:val="24"/>
        </w:rPr>
        <w:t>〈ἐμπεράμους:〉 τοὺς ἐμπείρους.</w:t>
      </w:r>
    </w:p>
    <w:p>
      <w:r>
        <w:rPr>
          <w:rFonts w:ascii="Courier New" w:hAnsi="Courier New"/>
          <w:color w:val="555555"/>
          <w:sz w:val="20"/>
        </w:rPr>
        <w:t>[1 . 72]</w:t>
      </w:r>
    </w:p>
    <w:p>
      <w:r>
        <w:rPr>
          <w:rFonts w:ascii="Gentium Plus" w:hAnsi="Gentium Plus"/>
          <w:sz w:val="24"/>
        </w:rPr>
        <w:t>〈ὀλίζοσιν:〉 μικροῖς.</w:t>
      </w:r>
    </w:p>
    <w:p>
      <w:r>
        <w:rPr>
          <w:rFonts w:ascii="Courier New" w:hAnsi="Courier New"/>
          <w:color w:val="555555"/>
          <w:sz w:val="20"/>
        </w:rPr>
        <w:t>[1 . 74]</w:t>
      </w:r>
    </w:p>
    <w:p>
      <w:r>
        <w:rPr>
          <w:rFonts w:ascii="Gentium Plus" w:hAnsi="Gentium Plus"/>
          <w:sz w:val="24"/>
        </w:rPr>
        <w:t>〈γεωμόρος:〉 γεωργός.</w:t>
      </w:r>
    </w:p>
    <w:p>
      <w:r>
        <w:rPr>
          <w:rFonts w:ascii="Courier New" w:hAnsi="Courier New"/>
          <w:color w:val="555555"/>
          <w:sz w:val="20"/>
        </w:rPr>
        <w:t>[1 76a]</w:t>
      </w:r>
    </w:p>
    <w:p>
      <w:r>
        <w:rPr>
          <w:rFonts w:ascii="Gentium Plus" w:hAnsi="Gentium Plus"/>
          <w:sz w:val="24"/>
        </w:rPr>
        <w:t>〈ὑδείομεν:〉 λέγομεν.</w:t>
      </w:r>
    </w:p>
    <w:p>
      <w:r>
        <w:rPr>
          <w:rFonts w:ascii="Courier New" w:hAnsi="Courier New"/>
          <w:color w:val="555555"/>
          <w:sz w:val="20"/>
        </w:rPr>
        <w:t>[1 76b]</w:t>
      </w:r>
    </w:p>
    <w:p>
      <w:r>
        <w:rPr>
          <w:rFonts w:ascii="Gentium Plus" w:hAnsi="Gentium Plus"/>
          <w:sz w:val="24"/>
        </w:rPr>
        <w:t>ὑμνοῦμεν.</w:t>
      </w:r>
    </w:p>
    <w:p>
      <w:r>
        <w:rPr>
          <w:rFonts w:ascii="Courier New" w:hAnsi="Courier New"/>
          <w:color w:val="555555"/>
          <w:sz w:val="20"/>
        </w:rPr>
        <w:t>[1 77a]</w:t>
      </w:r>
    </w:p>
    <w:p>
      <w:r>
        <w:rPr>
          <w:rFonts w:ascii="Gentium Plus" w:hAnsi="Gentium Plus"/>
          <w:sz w:val="24"/>
        </w:rPr>
        <w:t>〈ἐπακτῆρας:〉 κυνηγέτας.</w:t>
      </w:r>
    </w:p>
    <w:p>
      <w:r>
        <w:rPr>
          <w:rFonts w:ascii="Courier New" w:hAnsi="Courier New"/>
          <w:color w:val="555555"/>
          <w:sz w:val="20"/>
        </w:rPr>
        <w:t>[1 77b]</w:t>
      </w:r>
    </w:p>
    <w:p>
      <w:r>
        <w:rPr>
          <w:rFonts w:ascii="Gentium Plus" w:hAnsi="Gentium Plus"/>
          <w:sz w:val="24"/>
        </w:rPr>
        <w:t>Νηλεὺς ὁ Κόδρου ἀποικίαν θέμενος ἀπὸ Ἀθηνῶν ἔλαβε χρησμὸν ἐγεῖραι ξόανον τῇ Ἀρτέμιδι ἀπὸ παγκάρπων ξύλων. καὶ δήποτε ἑορτῆς τελουμένης τῇ Ἀρτέμιδι ἐν τῇ Χιτώνῃ (ἔστι δὲ δῆμος τῆς Ἀττικῆς) ἀπελθὼν εὗρε δρῦν πάμπολυν καὶ διάφορον ἔχουσαν ἠρτημένον καρπόν.</w:t>
      </w:r>
    </w:p>
    <w:p>
      <w:r>
        <w:rPr>
          <w:rFonts w:ascii="Courier New" w:hAnsi="Courier New"/>
          <w:color w:val="555555"/>
          <w:sz w:val="20"/>
        </w:rPr>
        <w:t>[5]</w:t>
      </w:r>
    </w:p>
    <w:p>
      <w:r>
        <w:rPr>
          <w:rFonts w:ascii="Gentium Plus" w:hAnsi="Gentium Plus"/>
          <w:sz w:val="24"/>
        </w:rPr>
        <w:t>καὶ ἐκ τούτου ἐποίησεν ἄγαλμα τῇ θεᾷ καὶ οὕτω μετῴκησεν ἐν Μιλήτῳ. ἀπὸ τοῦ δήμου οὖν ἔσχε τὴν ὀνομασίαν ἡ Ἄρτεμις· ἢ ὅτι τικτομένων τῶν βρεφῶν ἀνετίθεσαν τὰ ἱμάτια τῇ Ἀρτέμιδι.</w:t>
      </w:r>
    </w:p>
    <w:p>
      <w:r>
        <w:rPr>
          <w:rFonts w:ascii="Courier New" w:hAnsi="Courier New"/>
          <w:color w:val="555555"/>
          <w:sz w:val="20"/>
        </w:rPr>
        <w:t>[1 . 80]</w:t>
      </w:r>
    </w:p>
    <w:p>
      <w:r>
        <w:rPr>
          <w:rFonts w:ascii="Gentium Plus" w:hAnsi="Gentium Plus"/>
          <w:sz w:val="24"/>
        </w:rPr>
        <w:t>〈λάξιν:〉 λαχμόν, κλήρωσιν.</w:t>
      </w:r>
    </w:p>
    <w:p>
      <w:r>
        <w:rPr>
          <w:rFonts w:ascii="Courier New" w:hAnsi="Courier New"/>
          <w:color w:val="555555"/>
          <w:sz w:val="20"/>
        </w:rPr>
        <w:t>[1 . 81]</w:t>
      </w:r>
    </w:p>
    <w:p>
      <w:r>
        <w:rPr>
          <w:rFonts w:ascii="Gentium Plus" w:hAnsi="Gentium Plus"/>
          <w:sz w:val="24"/>
        </w:rPr>
        <w:t>ἐν ταῖς ἀκροπόλεσι καθέζῃ ὁρῶν τὰ δίκαια.</w:t>
      </w:r>
    </w:p>
    <w:p>
      <w:r>
        <w:rPr>
          <w:rFonts w:ascii="Courier New" w:hAnsi="Courier New"/>
          <w:color w:val="555555"/>
          <w:sz w:val="20"/>
        </w:rPr>
        <w:t>[1 . 84]</w:t>
      </w:r>
    </w:p>
    <w:p>
      <w:r>
        <w:rPr>
          <w:rFonts w:ascii="Gentium Plus" w:hAnsi="Gentium Plus"/>
          <w:sz w:val="24"/>
        </w:rPr>
        <w:t>ῥυηφενίην ἤγουν πλοῦτον· σύγκειται δὲ ἡ λέξις παρὰ τὸ ῥύδην καὶ ἄφενος, τουτέστι τὴν τοῦ πλούτου ῥύσιν.</w:t>
      </w:r>
    </w:p>
    <w:p>
      <w:r>
        <w:rPr>
          <w:rFonts w:ascii="Courier New" w:hAnsi="Courier New"/>
          <w:color w:val="555555"/>
          <w:sz w:val="20"/>
        </w:rPr>
        <w:t>[1 . 86]</w:t>
      </w:r>
    </w:p>
    <w:p>
      <w:r>
        <w:rPr>
          <w:rFonts w:ascii="Gentium Plus" w:hAnsi="Gentium Plus"/>
          <w:sz w:val="24"/>
        </w:rPr>
        <w:t>περὶ τοῦ Πτολεμαίου ταῦτα λέγει.</w:t>
      </w:r>
    </w:p>
    <w:p>
      <w:r>
        <w:rPr>
          <w:rFonts w:ascii="Courier New" w:hAnsi="Courier New"/>
          <w:color w:val="555555"/>
          <w:sz w:val="20"/>
        </w:rPr>
        <w:t>[1 . 87]</w:t>
      </w:r>
    </w:p>
    <w:p>
      <w:r>
        <w:rPr>
          <w:rFonts w:ascii="Gentium Plus" w:hAnsi="Gentium Plus"/>
          <w:sz w:val="24"/>
        </w:rPr>
        <w:t>〈κεῖνος:〉 ὁ Πτολεμαῖος.</w:t>
      </w:r>
    </w:p>
    <w:p>
      <w:r>
        <w:rPr>
          <w:rFonts w:ascii="Courier New" w:hAnsi="Courier New"/>
          <w:color w:val="555555"/>
          <w:sz w:val="20"/>
        </w:rPr>
        <w:t>[1 89a]</w:t>
      </w:r>
    </w:p>
    <w:p>
      <w:r>
        <w:rPr>
          <w:rFonts w:ascii="Gentium Plus" w:hAnsi="Gentium Plus"/>
          <w:sz w:val="24"/>
        </w:rPr>
        <w:t>〈οἱ δέ:〉 οἱ ἄλλοι βασιλεῖς δηλονότι.</w:t>
      </w:r>
    </w:p>
    <w:p>
      <w:r>
        <w:rPr>
          <w:rFonts w:ascii="Courier New" w:hAnsi="Courier New"/>
          <w:color w:val="555555"/>
          <w:sz w:val="20"/>
        </w:rPr>
        <w:t>[1 89b]</w:t>
      </w:r>
    </w:p>
    <w:p>
      <w:r>
        <w:rPr>
          <w:rFonts w:ascii="Gentium Plus" w:hAnsi="Gentium Plus"/>
          <w:sz w:val="24"/>
        </w:rPr>
        <w:t>〈πλειῶνι:〉 τῷ ἐνιαυτῷ.</w:t>
      </w:r>
    </w:p>
    <w:p>
      <w:r>
        <w:rPr>
          <w:rFonts w:ascii="Courier New" w:hAnsi="Courier New"/>
          <w:color w:val="555555"/>
          <w:sz w:val="20"/>
        </w:rPr>
        <w:t>[1 90a]</w:t>
      </w:r>
    </w:p>
    <w:p>
      <w:r>
        <w:rPr>
          <w:rFonts w:ascii="Gentium Plus" w:hAnsi="Gentium Plus"/>
          <w:sz w:val="24"/>
        </w:rPr>
        <w:t>〈αὐτός:〉 ὦ Πτολεμαῖε.</w:t>
      </w:r>
    </w:p>
    <w:p>
      <w:r>
        <w:rPr>
          <w:rFonts w:ascii="Courier New" w:hAnsi="Courier New"/>
          <w:color w:val="555555"/>
          <w:sz w:val="20"/>
        </w:rPr>
        <w:t>[1 90b]</w:t>
      </w:r>
    </w:p>
    <w:p>
      <w:r>
        <w:rPr>
          <w:rFonts w:ascii="Gentium Plus" w:hAnsi="Gentium Plus"/>
          <w:sz w:val="24"/>
        </w:rPr>
        <w:t>〈αὐτός:〉 ὦ Ζεῦ.</w:t>
      </w:r>
    </w:p>
    <w:p>
      <w:r>
        <w:rPr>
          <w:rFonts w:ascii="Courier New" w:hAnsi="Courier New"/>
          <w:color w:val="555555"/>
          <w:sz w:val="20"/>
        </w:rPr>
        <w:t>[1 90c]</w:t>
      </w:r>
    </w:p>
    <w:p>
      <w:r>
        <w:rPr>
          <w:rFonts w:ascii="Gentium Plus" w:hAnsi="Gentium Plus"/>
          <w:sz w:val="24"/>
        </w:rPr>
        <w:t>〈ἄνην:〉 ἤγουν ἄνυσιν, τελείωσιν.</w:t>
      </w:r>
    </w:p>
    <w:p>
      <w:r>
        <w:rPr>
          <w:rFonts w:ascii="Courier New" w:hAnsi="Courier New"/>
          <w:color w:val="555555"/>
          <w:sz w:val="20"/>
        </w:rPr>
        <w:t>[1 . 95]</w:t>
      </w:r>
    </w:p>
    <w:p>
      <w:r>
        <w:rPr>
          <w:rFonts w:ascii="Gentium Plus" w:hAnsi="Gentium Plus"/>
          <w:sz w:val="24"/>
        </w:rPr>
        <w:t>καὶ Ὅμηρος· ‘πλούτῳ δ’ ἀρετὴ καὶ κῦδος ὀπηδεῖ‘, καὶ Ἡσίοδος (Op. 313), \| καὶ Σαπφώ (fr. 92 D.2). ‘ὁ πλοῦτος ἄνευ ἀρετῆς οὐκ ἀγαθὸς</w:t>
      </w:r>
    </w:p>
    <w:p>
      <w:r>
        <w:rPr>
          <w:rFonts w:ascii="Courier New" w:hAnsi="Courier New"/>
          <w:color w:val="555555"/>
          <w:sz w:val="20"/>
        </w:rPr>
        <w:t>[2 . 1]</w:t>
      </w:r>
    </w:p>
    <w:p>
      <w:r>
        <w:rPr>
          <w:rFonts w:ascii="Gentium Plus" w:hAnsi="Gentium Plus"/>
          <w:sz w:val="24"/>
        </w:rPr>
        <w:t>Οἷον: ἀντὶ τοῦ οἵως, ὅπως. ἔστι δὲ θειασμός. λέγεται δὲ τῶν μαντευομένων θεῶν τὰ θεῖα καὶ ἐπιδημεῖν καὶ ἀποδημεῖν. καὶ ὅταν μὲν ἐπιδημῶσι, τὰς μαντείας ἀληθεῖς εἶναι· ὅταν δὲ ἀποδημῶσι, ψευδεῖς. ὡς γοῦν ἐπιδημοῦντος τοῦ θεοῦ ταῦτά φησιν ὁ Καλλίμαχος.</w:t>
      </w:r>
    </w:p>
    <w:p>
      <w:r>
        <w:rPr>
          <w:rFonts w:ascii="Courier New" w:hAnsi="Courier New"/>
          <w:color w:val="555555"/>
          <w:sz w:val="20"/>
        </w:rPr>
        <w:t>[2 . 4]</w:t>
      </w:r>
    </w:p>
    <w:p>
      <w:r>
        <w:rPr>
          <w:rFonts w:ascii="Gentium Plus" w:hAnsi="Gentium Plus"/>
          <w:sz w:val="24"/>
        </w:rPr>
        <w:t>〈φοῖνιξ:〉 δεικτικῶς λέγεται, ὅτι παρὰ τῷ δένδρῳ τούτῳ ἐγέννησεν ἡ Λητὼ τὸν Ἀπόλλω.</w:t>
      </w:r>
    </w:p>
    <w:p>
      <w:r>
        <w:rPr>
          <w:rFonts w:ascii="Courier New" w:hAnsi="Courier New"/>
          <w:color w:val="555555"/>
          <w:sz w:val="20"/>
        </w:rPr>
        <w:t>[2 . 5]</w:t>
      </w:r>
    </w:p>
    <w:p>
      <w:r>
        <w:rPr>
          <w:rFonts w:ascii="Gentium Plus" w:hAnsi="Gentium Plus"/>
          <w:sz w:val="24"/>
        </w:rPr>
        <w:t>ἱερὸν ὄρνεον Ἀπόλλωνός ἐστιν ὁ κύκνος.</w:t>
      </w:r>
    </w:p>
    <w:p>
      <w:r>
        <w:rPr>
          <w:rFonts w:ascii="Courier New" w:hAnsi="Courier New"/>
          <w:color w:val="555555"/>
          <w:sz w:val="20"/>
        </w:rPr>
        <w:t>[2 6a]</w:t>
      </w:r>
    </w:p>
    <w:p>
      <w:r>
        <w:rPr>
          <w:rFonts w:ascii="Gentium Plus" w:hAnsi="Gentium Plus"/>
          <w:sz w:val="24"/>
        </w:rPr>
        <w:t>〈αὐτοί:〉 ἀντὶ τοῦ αὐτόματοι.</w:t>
      </w:r>
    </w:p>
    <w:p>
      <w:r>
        <w:rPr>
          <w:rFonts w:ascii="Courier New" w:hAnsi="Courier New"/>
          <w:color w:val="555555"/>
          <w:sz w:val="20"/>
        </w:rPr>
        <w:t>[2 6b]</w:t>
      </w:r>
    </w:p>
    <w:p>
      <w:r>
        <w:rPr>
          <w:rFonts w:ascii="Gentium Plus" w:hAnsi="Gentium Plus"/>
          <w:sz w:val="24"/>
        </w:rPr>
        <w:t>〈ἀνακλίνεσθε:〉 Ὅμηρος (Ε 751)· ‘ἠμὲν ἀνακλῖναι πυκινὸν νέφοσ‘.</w:t>
      </w:r>
    </w:p>
    <w:p>
      <w:r>
        <w:rPr>
          <w:rFonts w:ascii="Courier New" w:hAnsi="Courier New"/>
          <w:color w:val="555555"/>
          <w:sz w:val="20"/>
        </w:rPr>
        <w:t>[2 . 7]</w:t>
      </w:r>
    </w:p>
    <w:p>
      <w:r>
        <w:rPr>
          <w:rFonts w:ascii="Gentium Plus" w:hAnsi="Gentium Plus"/>
          <w:sz w:val="24"/>
        </w:rPr>
        <w:t>〈αὐταί:〉 αὐτόματοι.</w:t>
      </w:r>
    </w:p>
    <w:p>
      <w:r>
        <w:rPr>
          <w:rFonts w:ascii="Courier New" w:hAnsi="Courier New"/>
          <w:color w:val="555555"/>
          <w:sz w:val="20"/>
        </w:rPr>
        <w:t>[2 . 8]</w:t>
      </w:r>
    </w:p>
    <w:p>
      <w:r>
        <w:rPr>
          <w:rFonts w:ascii="Gentium Plus" w:hAnsi="Gentium Plus"/>
          <w:sz w:val="24"/>
        </w:rPr>
        <w:t>〈νέοι:〉 ὡς τῶν νέων καθιερωμένων τῷ Ἀπόλλωνι.</w:t>
      </w:r>
    </w:p>
    <w:p>
      <w:r>
        <w:rPr>
          <w:rFonts w:ascii="Courier New" w:hAnsi="Courier New"/>
          <w:color w:val="555555"/>
          <w:sz w:val="20"/>
        </w:rPr>
        <w:t>[2 . 14]</w:t>
      </w:r>
    </w:p>
    <w:p>
      <w:r>
        <w:rPr>
          <w:rFonts w:ascii="Gentium Plus" w:hAnsi="Gentium Plus"/>
          <w:sz w:val="24"/>
        </w:rPr>
        <w:t>εἰ μέλλουσι καὶ γάμου ἐντὸς (?) γενέσθαι καὶ πολιᾶσαι· καὶ γὰρ ἀκειρεκόμης ὁ Ἀπόλλων.</w:t>
      </w:r>
    </w:p>
    <w:p>
      <w:r>
        <w:rPr>
          <w:rFonts w:ascii="Courier New" w:hAnsi="Courier New"/>
          <w:color w:val="555555"/>
          <w:sz w:val="20"/>
        </w:rPr>
        <w:t>[2 . 15]</w:t>
      </w:r>
    </w:p>
    <w:p>
      <w:r>
        <w:rPr>
          <w:rFonts w:ascii="Gentium Plus" w:hAnsi="Gentium Plus"/>
          <w:sz w:val="24"/>
        </w:rPr>
        <w:t>〈ἑστήξειν:〉 ἀπὸ τοῦ ἵστημι παρακείμενος ἕστηκα. ἀπὸ τούτου ποιοῦσιν οἱ Συρακούσιοι ἐνεστῶτα ἑστήκω, οὗ ὁ μέλλων ἑστήξω, καὶ τὸ ἀπαρέμφατον ἑστήξειν.</w:t>
      </w:r>
    </w:p>
    <w:p>
      <w:r>
        <w:rPr>
          <w:rFonts w:ascii="Courier New" w:hAnsi="Courier New"/>
          <w:color w:val="555555"/>
          <w:sz w:val="20"/>
        </w:rPr>
        <w:t>[2 . 16]</w:t>
      </w:r>
    </w:p>
    <w:p>
      <w:r>
        <w:rPr>
          <w:rFonts w:ascii="Gentium Plus" w:hAnsi="Gentium Plus"/>
          <w:sz w:val="24"/>
        </w:rPr>
        <w:t>〈χέλυς:〉 ἡ κιθάρα.</w:t>
      </w:r>
    </w:p>
    <w:p>
      <w:r>
        <w:rPr>
          <w:rFonts w:ascii="Courier New" w:hAnsi="Courier New"/>
          <w:color w:val="555555"/>
          <w:sz w:val="20"/>
        </w:rPr>
        <w:t>[2 18a]</w:t>
      </w:r>
    </w:p>
    <w:p>
      <w:r>
        <w:rPr>
          <w:rFonts w:ascii="Gentium Plus" w:hAnsi="Gentium Plus"/>
          <w:sz w:val="24"/>
        </w:rPr>
        <w:t>〈εὐφημεῖ:〉 ἡσυχάζει, γαληνιᾷ.</w:t>
      </w:r>
    </w:p>
    <w:p>
      <w:r>
        <w:rPr>
          <w:rFonts w:ascii="Courier New" w:hAnsi="Courier New"/>
          <w:color w:val="555555"/>
          <w:sz w:val="20"/>
        </w:rPr>
        <w:t>[2 18b]</w:t>
      </w:r>
    </w:p>
    <w:p>
      <w:r>
        <w:rPr>
          <w:rFonts w:ascii="Gentium Plus" w:hAnsi="Gentium Plus"/>
          <w:sz w:val="24"/>
        </w:rPr>
        <w:t>〈κλείουσιν:〉 ὑμνοῦσιν.</w:t>
      </w:r>
    </w:p>
    <w:p>
      <w:r>
        <w:rPr>
          <w:rFonts w:ascii="Courier New" w:hAnsi="Courier New"/>
          <w:color w:val="555555"/>
          <w:sz w:val="20"/>
        </w:rPr>
        <w:t>[2 . 19]</w:t>
      </w:r>
    </w:p>
    <w:p>
      <w:r>
        <w:rPr>
          <w:rFonts w:ascii="Gentium Plus" w:hAnsi="Gentium Plus"/>
          <w:sz w:val="24"/>
        </w:rPr>
        <w:t>〈Λυκωρέος:〉 τοῦ Ἀπόλλωνος.</w:t>
      </w:r>
    </w:p>
    <w:p>
      <w:r>
        <w:rPr>
          <w:rFonts w:ascii="Courier New" w:hAnsi="Courier New"/>
          <w:color w:val="555555"/>
          <w:sz w:val="20"/>
        </w:rPr>
        <w:t>[2 20a]</w:t>
      </w:r>
    </w:p>
    <w:p>
      <w:r>
        <w:rPr>
          <w:rFonts w:ascii="Gentium Plus" w:hAnsi="Gentium Plus"/>
          <w:sz w:val="24"/>
        </w:rPr>
        <w:t>〈κινύρεται:〉 κλαίει, θρηνεῖ.</w:t>
      </w:r>
    </w:p>
    <w:p>
      <w:r>
        <w:rPr>
          <w:rFonts w:ascii="Courier New" w:hAnsi="Courier New"/>
          <w:color w:val="555555"/>
          <w:sz w:val="20"/>
        </w:rPr>
        <w:t>[2 20b]</w:t>
      </w:r>
    </w:p>
    <w:p>
      <w:r>
        <w:rPr>
          <w:rFonts w:ascii="Gentium Plus" w:hAnsi="Gentium Plus"/>
          <w:sz w:val="24"/>
        </w:rPr>
        <w:t>〈αἴλινα:〉 ἤτοι θρηνητικά.</w:t>
      </w:r>
    </w:p>
    <w:p>
      <w:r>
        <w:rPr>
          <w:rFonts w:ascii="Courier New" w:hAnsi="Courier New"/>
          <w:color w:val="555555"/>
          <w:sz w:val="20"/>
        </w:rPr>
        <w:t>[2 . 21]</w:t>
      </w:r>
    </w:p>
    <w:p>
      <w:r>
        <w:rPr>
          <w:rFonts w:ascii="Gentium Plus" w:hAnsi="Gentium Plus"/>
          <w:sz w:val="24"/>
        </w:rPr>
        <w:t>〈ἱὴ παιῆον:〉 πρόσφθεγμα καταφρ̣ο̣νοῦντος.</w:t>
      </w:r>
    </w:p>
    <w:p>
      <w:r>
        <w:rPr>
          <w:rFonts w:ascii="Courier New" w:hAnsi="Courier New"/>
          <w:color w:val="555555"/>
          <w:sz w:val="20"/>
        </w:rPr>
        <w:t>[2 22a]</w:t>
      </w:r>
    </w:p>
    <w:p>
      <w:r>
        <w:rPr>
          <w:rFonts w:ascii="Gentium Plus" w:hAnsi="Gentium Plus"/>
          <w:sz w:val="24"/>
        </w:rPr>
        <w:t>〈ἀναβάλλεται:〉 ὑπερτίθεται.</w:t>
      </w:r>
    </w:p>
    <w:p>
      <w:r>
        <w:rPr>
          <w:rFonts w:ascii="Courier New" w:hAnsi="Courier New"/>
          <w:color w:val="555555"/>
          <w:sz w:val="20"/>
        </w:rPr>
        <w:t>[2 22b]</w:t>
      </w:r>
    </w:p>
    <w:p>
      <w:r>
        <w:rPr>
          <w:rFonts w:ascii="Gentium Plus" w:hAnsi="Gentium Plus"/>
          <w:sz w:val="24"/>
        </w:rPr>
        <w:t>〈πέτρος:〉 τῆς Νιόβης.</w:t>
      </w:r>
    </w:p>
    <w:p>
      <w:r>
        <w:rPr>
          <w:rFonts w:ascii="Courier New" w:hAnsi="Courier New"/>
          <w:color w:val="555555"/>
          <w:sz w:val="20"/>
        </w:rPr>
        <w:t>[2 . 26]</w:t>
      </w:r>
    </w:p>
    <w:p>
      <w:r>
        <w:rPr>
          <w:rFonts w:ascii="Gentium Plus" w:hAnsi="Gentium Plus"/>
          <w:sz w:val="24"/>
        </w:rPr>
        <w:t>〈βασιλῆι:〉 τῷ Πτολεμαίῳ τῷ Εὐεργέτῃ· διὰ δὲ τὸ φιλόλογον αὐτὸν εἶναι ὡς θεὸν τιμᾷ (v. ad test. I).</w:t>
      </w:r>
    </w:p>
    <w:p>
      <w:r>
        <w:rPr>
          <w:rFonts w:ascii="Courier New" w:hAnsi="Courier New"/>
          <w:color w:val="555555"/>
          <w:sz w:val="20"/>
        </w:rPr>
        <w:t>[2 . 32]</w:t>
      </w:r>
    </w:p>
    <w:p>
      <w:r>
        <w:rPr>
          <w:rFonts w:ascii="Gentium Plus" w:hAnsi="Gentium Plus"/>
          <w:sz w:val="24"/>
        </w:rPr>
        <w:t>ἐνδυτόν: τὸ ἱμάτιον· ἐπιπορπὶς δὲ ἡ περόνη, ἡ λεγομένη φίβλα.</w:t>
      </w:r>
    </w:p>
    <w:p>
      <w:r>
        <w:rPr>
          <w:rFonts w:ascii="Courier New" w:hAnsi="Courier New"/>
          <w:color w:val="555555"/>
          <w:sz w:val="20"/>
        </w:rPr>
        <w:t>[2 . 33]</w:t>
      </w:r>
    </w:p>
    <w:p>
      <w:r>
        <w:rPr>
          <w:rFonts w:ascii="Gentium Plus" w:hAnsi="Gentium Plus"/>
          <w:sz w:val="24"/>
        </w:rPr>
        <w:t>ἄεμμα: ἡ νευρά· παρὰ τὸ ἑκατέρωθεν δεδέσθαι. Λύκτος δέ ἐστι πόλις Κρήτης.</w:t>
      </w:r>
    </w:p>
    <w:p>
      <w:r>
        <w:rPr>
          <w:rFonts w:ascii="Courier New" w:hAnsi="Courier New"/>
          <w:color w:val="555555"/>
          <w:sz w:val="20"/>
        </w:rPr>
        <w:t>[2 . 35]</w:t>
      </w:r>
    </w:p>
    <w:p>
      <w:r>
        <w:rPr>
          <w:rFonts w:ascii="Gentium Plus" w:hAnsi="Gentium Plus"/>
          <w:sz w:val="24"/>
        </w:rPr>
        <w:t>〈Πυθῶνί:〉 Ὅμηρος (Ι 404)· ‘οὐδ’ ὅσα λάϊνος οὐδὸς ἀφήτορος ἐντὸς ἐέργει \| Φοίβου Ἀπόλλωνος Πυθοῖ ἔνι‘.</w:t>
      </w:r>
    </w:p>
    <w:p>
      <w:r>
        <w:rPr>
          <w:rFonts w:ascii="Courier New" w:hAnsi="Courier New"/>
          <w:color w:val="555555"/>
          <w:sz w:val="20"/>
        </w:rPr>
        <w:t>[2 37a]</w:t>
      </w:r>
    </w:p>
    <w:p>
      <w:r>
        <w:rPr>
          <w:rFonts w:ascii="Gentium Plus" w:hAnsi="Gentium Plus"/>
          <w:sz w:val="24"/>
        </w:rPr>
        <w:t>〈θηλείαις:〉 ἁπαλαῖς.</w:t>
      </w:r>
    </w:p>
    <w:p>
      <w:r>
        <w:rPr>
          <w:rFonts w:ascii="Courier New" w:hAnsi="Courier New"/>
          <w:color w:val="555555"/>
          <w:sz w:val="20"/>
        </w:rPr>
        <w:t>[2 37b]</w:t>
      </w:r>
    </w:p>
    <w:p>
      <w:r>
        <w:rPr>
          <w:rFonts w:ascii="Gentium Plus" w:hAnsi="Gentium Plus"/>
          <w:sz w:val="24"/>
        </w:rPr>
        <w:t>〈χνόος:〉 ψόφος, ξυσμός.</w:t>
      </w:r>
    </w:p>
    <w:p>
      <w:r>
        <w:rPr>
          <w:rFonts w:ascii="Courier New" w:hAnsi="Courier New"/>
          <w:color w:val="555555"/>
          <w:sz w:val="20"/>
        </w:rPr>
        <w:t>[2 . 38]</w:t>
      </w:r>
    </w:p>
    <w:p>
      <w:r>
        <w:rPr>
          <w:rFonts w:ascii="Gentium Plus" w:hAnsi="Gentium Plus"/>
          <w:sz w:val="24"/>
        </w:rPr>
        <w:t>〈ἔλαια:〉 ση(μείωσαι), ὅτι τὰ ἔλαια πληθυντικῶς παρ’ οὐδενὶ ἄλλῳ εὕρηται.</w:t>
      </w:r>
    </w:p>
    <w:p>
      <w:r>
        <w:rPr>
          <w:rFonts w:ascii="Courier New" w:hAnsi="Courier New"/>
          <w:color w:val="555555"/>
          <w:sz w:val="20"/>
        </w:rPr>
        <w:t>[2 . 40]</w:t>
      </w:r>
    </w:p>
    <w:p>
      <w:r>
        <w:rPr>
          <w:rFonts w:ascii="Gentium Plus" w:hAnsi="Gentium Plus"/>
          <w:sz w:val="24"/>
        </w:rPr>
        <w:t>〈πανάκειαν:〉 τὴν ἴασιν.</w:t>
      </w:r>
    </w:p>
    <w:p>
      <w:r>
        <w:rPr>
          <w:rFonts w:ascii="Courier New" w:hAnsi="Courier New"/>
          <w:color w:val="555555"/>
          <w:sz w:val="20"/>
        </w:rPr>
        <w:t>[2 . 41]</w:t>
      </w:r>
    </w:p>
    <w:p>
      <w:r>
        <w:rPr>
          <w:rFonts w:ascii="Gentium Plus" w:hAnsi="Gentium Plus"/>
          <w:sz w:val="24"/>
        </w:rPr>
        <w:t>πρῶκες: δρόσοι σταγόνες· ἀκήρια δέ, ἀσθενῆ τὰ νοσήματα ἢ</w:t>
      </w:r>
    </w:p>
    <w:p>
      <w:r>
        <w:rPr>
          <w:rFonts w:ascii="Courier New" w:hAnsi="Courier New"/>
          <w:color w:val="555555"/>
          <w:sz w:val="20"/>
        </w:rPr>
        <w:t>[2 42a]</w:t>
      </w:r>
    </w:p>
    <w:p>
      <w:r>
        <w:rPr>
          <w:rFonts w:ascii="Gentium Plus" w:hAnsi="Gentium Plus"/>
          <w:sz w:val="24"/>
        </w:rPr>
        <w:t>τέχνῃ δ’ ἀμφιλαφής: ἔστι γὰρ τοξότης, ἀοιδός, μάντις, ἰατρὸς καὶ ποιμήν.</w:t>
      </w:r>
    </w:p>
    <w:p>
      <w:r>
        <w:rPr>
          <w:rFonts w:ascii="Courier New" w:hAnsi="Courier New"/>
          <w:color w:val="555555"/>
          <w:sz w:val="20"/>
        </w:rPr>
        <w:t>[2 42b]</w:t>
      </w:r>
    </w:p>
    <w:p>
      <w:r>
        <w:rPr>
          <w:rFonts w:ascii="Gentium Plus" w:hAnsi="Gentium Plus"/>
          <w:sz w:val="24"/>
        </w:rPr>
        <w:t>〈ἀμφιλαφής:〉 πλούσιος.</w:t>
      </w:r>
    </w:p>
    <w:p>
      <w:r>
        <w:rPr>
          <w:rFonts w:ascii="Courier New" w:hAnsi="Courier New"/>
          <w:color w:val="555555"/>
          <w:sz w:val="20"/>
        </w:rPr>
        <w:t>[2 42c]</w:t>
      </w:r>
    </w:p>
    <w:p>
      <w:r>
        <w:rPr>
          <w:rFonts w:ascii="Gentium Plus" w:hAnsi="Gentium Plus"/>
          <w:sz w:val="24"/>
        </w:rPr>
        <w:t>〈ἀμφιλαφής:〉 βοηθός.</w:t>
      </w:r>
    </w:p>
    <w:p>
      <w:r>
        <w:rPr>
          <w:rFonts w:ascii="Courier New" w:hAnsi="Courier New"/>
          <w:color w:val="555555"/>
          <w:sz w:val="20"/>
        </w:rPr>
        <w:t>[2 . 45]</w:t>
      </w:r>
    </w:p>
    <w:p>
      <w:r>
        <w:rPr>
          <w:rFonts w:ascii="Gentium Plus" w:hAnsi="Gentium Plus"/>
          <w:sz w:val="24"/>
        </w:rPr>
        <w:t>〈θριαί:〉 μαντικαὶ ψῆφοί εἰσιν αἱ θριαί. λέγεται δὲ αὐτὰς εὑρῆσθαι ὑπό τινων τριῶν νυμφῶν. διὰ τοῦτο καὶ θριαὶ ὠνομάσθησαν οἱονεὶ τριαί.</w:t>
      </w:r>
    </w:p>
    <w:p>
      <w:r>
        <w:rPr>
          <w:rFonts w:ascii="Courier New" w:hAnsi="Courier New"/>
          <w:color w:val="555555"/>
          <w:sz w:val="20"/>
        </w:rPr>
        <w:t>[2 . 48]</w:t>
      </w:r>
    </w:p>
    <w:p>
      <w:r>
        <w:rPr>
          <w:rFonts w:ascii="Gentium Plus" w:hAnsi="Gentium Plus"/>
          <w:sz w:val="24"/>
        </w:rPr>
        <w:t>〈ἐπ’ Ἀμφρυσσῷ:〉 Ἀμφρυσσὸν οἱ μὲν ποταμὸν Θεσσαλίας, οἱ δὲ πόλιν· ζευγίτιδας δὲ τὰς ὑπὸ ζυγὸν ἀγομένας.</w:t>
      </w:r>
    </w:p>
    <w:p>
      <w:r>
        <w:rPr>
          <w:rFonts w:ascii="Courier New" w:hAnsi="Courier New"/>
          <w:color w:val="555555"/>
          <w:sz w:val="20"/>
        </w:rPr>
        <w:t>[2 . 49]</w:t>
      </w:r>
    </w:p>
    <w:p>
      <w:r>
        <w:rPr>
          <w:rFonts w:ascii="Gentium Plus" w:hAnsi="Gentium Plus"/>
          <w:sz w:val="24"/>
        </w:rPr>
        <w:t>〈ἠϊθέου:〉 ἀγάμου, ἄπαιδος.</w:t>
      </w:r>
    </w:p>
    <w:p>
      <w:r>
        <w:rPr>
          <w:rFonts w:ascii="Courier New" w:hAnsi="Courier New"/>
          <w:color w:val="555555"/>
          <w:sz w:val="20"/>
        </w:rPr>
        <w:t>[2 50a]</w:t>
      </w:r>
    </w:p>
    <w:p>
      <w:r>
        <w:rPr>
          <w:rFonts w:ascii="Gentium Plus" w:hAnsi="Gentium Plus"/>
          <w:sz w:val="24"/>
        </w:rPr>
        <w:t>βουβόσιον: ὁ τόπος ἔνθα οἱ βόες νέμονται. τὸ δ’ ἐπιμηλάδες ἀντὶ τοῦ αἱ μετὰ τῶν μήλων νεμόμεναι· καὶ γὰρ καὶ τὰς αἶγας μῆλα λέγουσιν, ὡς Ὅμηρος (i 184) ἐπεξηγούμενος τί εἰσι μῆλά φησι· ‘μῆλ’ ὄιές τε καὶ αἶγεσ‘. ἂν δὲ ἐμμηλάδες γράφηται, ἀντὶ τοῦ θήλειαι ἐστίν.</w:t>
      </w:r>
    </w:p>
    <w:p>
      <w:r>
        <w:rPr>
          <w:rFonts w:ascii="Courier New" w:hAnsi="Courier New"/>
          <w:color w:val="555555"/>
          <w:sz w:val="20"/>
        </w:rPr>
        <w:t>[2 50b]</w:t>
      </w:r>
    </w:p>
    <w:p>
      <w:r>
        <w:rPr>
          <w:rFonts w:ascii="Gentium Plus" w:hAnsi="Gentium Plus"/>
          <w:sz w:val="24"/>
        </w:rPr>
        <w:t>〈ἐπιμηλάδες:〉 αἱ γόνιμοι.</w:t>
      </w:r>
    </w:p>
    <w:p>
      <w:r>
        <w:rPr>
          <w:rFonts w:ascii="Courier New" w:hAnsi="Courier New"/>
          <w:color w:val="555555"/>
          <w:sz w:val="20"/>
        </w:rPr>
        <w:t>[2 . 53]</w:t>
      </w:r>
    </w:p>
    <w:p>
      <w:r>
        <w:rPr>
          <w:rFonts w:ascii="Gentium Plus" w:hAnsi="Gentium Plus"/>
          <w:sz w:val="24"/>
        </w:rPr>
        <w:t>ἄκυθοι: ἤγουν ἄγονοι· κεῦθος γὰρ λέγεται τὸ κύημα.</w:t>
      </w:r>
    </w:p>
    <w:p>
      <w:r>
        <w:rPr>
          <w:rFonts w:ascii="Courier New" w:hAnsi="Courier New"/>
          <w:color w:val="555555"/>
          <w:sz w:val="20"/>
        </w:rPr>
        <w:t>[2 . 59]</w:t>
      </w:r>
    </w:p>
    <w:p>
      <w:r>
        <w:rPr>
          <w:rFonts w:ascii="Gentium Plus" w:hAnsi="Gentium Plus"/>
          <w:sz w:val="24"/>
        </w:rPr>
        <w:t>〈ἐν Ὀρτυγίῃ περιηγέος:〉 κυκλοτεροῦς. οὕτω γὰρ στρογγύλη λίμνη ἐν Ὀρτυγίᾳ καλεῖται. Ὀρτυγία δὲ ἡ Δῆλος ἀπὸ τοῦ τὴν Λητὼ εἰς ὄρτυγα μεταβληθεῖσαν εἰς τὴν Δῆλον ἐλθεῖν φεύγουσαν τὴν Ἥραν.</w:t>
      </w:r>
    </w:p>
    <w:p>
      <w:r>
        <w:rPr>
          <w:rFonts w:ascii="Courier New" w:hAnsi="Courier New"/>
          <w:color w:val="555555"/>
          <w:sz w:val="20"/>
        </w:rPr>
        <w:t>[2 . 61]</w:t>
      </w:r>
    </w:p>
    <w:p>
      <w:r>
        <w:rPr>
          <w:rFonts w:ascii="Gentium Plus" w:hAnsi="Gentium Plus"/>
          <w:sz w:val="24"/>
        </w:rPr>
        <w:t>〈Κυνθιάδων:〉 Κύνθος ὄρος τῆς Δήλου.</w:t>
      </w:r>
    </w:p>
    <w:p>
      <w:r>
        <w:rPr>
          <w:rFonts w:ascii="Courier New" w:hAnsi="Courier New"/>
          <w:color w:val="555555"/>
          <w:sz w:val="20"/>
        </w:rPr>
        <w:t>[2 . 65]</w:t>
      </w:r>
    </w:p>
    <w:p>
      <w:r>
        <w:rPr>
          <w:rFonts w:ascii="Gentium Plus" w:hAnsi="Gentium Plus"/>
          <w:sz w:val="24"/>
        </w:rPr>
        <w:t>λέγεται ὅτι ὁ Βάττος οὗτος ἄφωνος ἦν. ἀπῆλθεν οὖν εἰς τὸ τοῦ Ἀπόλλωνος ἱερὸν ἐπὶ τῷ τὸν θεὸν ἐρωτῆσαι περὶ τῆς φωνῆς. ὁ δὲ ἔχρησεν αὐτῷ οὐκέτι περὶ φωνῆς, ἀλλὰ περὶ μετοικίας. καὶ ὁ Βάττος πεισθεὶς τῷ χρησμῷ ἦλθεν εἰς τὴν Λιβύην. λέγεται δὲ εἶναι πολλοὺς λέοντας ἐν τῇ</w:t>
      </w:r>
    </w:p>
    <w:p>
      <w:r>
        <w:rPr>
          <w:rFonts w:ascii="Courier New" w:hAnsi="Courier New"/>
          <w:color w:val="555555"/>
          <w:sz w:val="20"/>
        </w:rPr>
        <w:t>[5]</w:t>
      </w:r>
    </w:p>
    <w:p>
      <w:r>
        <w:rPr>
          <w:rFonts w:ascii="Gentium Plus" w:hAnsi="Gentium Plus"/>
          <w:sz w:val="24"/>
        </w:rPr>
        <w:t>χώρᾳ ταύτῃ. ἐπιδημήσας οὖν ὁ Βάττος, καὶ λέοντα αἰφνηδὸν θεασάμενος τῇ τοῦ φόβου ἀνάγκῃ βιασθεὶς φθέγξασθαι διέρρηξε τὴν φλέβα, ἥτις τὴν ἐκείνου φωνὴν ἐπεῖχε, καὶ οὕτω φωνήεις ἐγένετο καὶ τὴν Κυρήνην ἔκτισεν, ὅθεν ἐστὶν ὁ Καλλίμαχος.</w:t>
      </w:r>
    </w:p>
    <w:p>
      <w:r>
        <w:rPr>
          <w:rFonts w:ascii="Courier New" w:hAnsi="Courier New"/>
          <w:color w:val="555555"/>
          <w:sz w:val="20"/>
        </w:rPr>
        <w:t>[2 . 66]</w:t>
      </w:r>
    </w:p>
    <w:p>
      <w:r>
        <w:rPr>
          <w:rFonts w:ascii="Gentium Plus" w:hAnsi="Gentium Plus"/>
          <w:sz w:val="24"/>
        </w:rPr>
        <w:t>〈κόραξ:〉 ὡς ἀνακείμενος τῷ Ἀπόλλωνι ὁ κόραξ.</w:t>
      </w:r>
    </w:p>
    <w:p>
      <w:r>
        <w:rPr>
          <w:rFonts w:ascii="Courier New" w:hAnsi="Courier New"/>
          <w:color w:val="555555"/>
          <w:sz w:val="20"/>
        </w:rPr>
        <w:t>[2 . 68]</w:t>
      </w:r>
    </w:p>
    <w:p>
      <w:r>
        <w:rPr>
          <w:rFonts w:ascii="Gentium Plus" w:hAnsi="Gentium Plus"/>
          <w:sz w:val="24"/>
        </w:rPr>
        <w:t>〈ἡμετέροις βασιλεῦσι:〉 τῷ Πτολεμαίῳ.</w:t>
      </w:r>
    </w:p>
    <w:p>
      <w:r>
        <w:rPr>
          <w:rFonts w:ascii="Courier New" w:hAnsi="Courier New"/>
          <w:color w:val="555555"/>
          <w:sz w:val="20"/>
        </w:rPr>
        <w:t>[2 . 69]</w:t>
      </w:r>
    </w:p>
    <w:p>
      <w:r>
        <w:rPr>
          <w:rFonts w:ascii="Gentium Plus" w:hAnsi="Gentium Plus"/>
          <w:sz w:val="24"/>
        </w:rPr>
        <w:t>〈Βοηδρόμιον:〉 πολέμου ἐπελθόντος τοῖς Ἀθηναίοις ἔχρησεν αὐτοῖς ὁ θεός, μετὰ βοῆς ἐπιθέσθαι τοῖς πολεμίοις· οἱ δὲ τοῦτο ποιήσαντες ἐνίκησαν, ὅθεν Βοηδρόμιος Ἀπόλλων.</w:t>
      </w:r>
    </w:p>
    <w:p>
      <w:r>
        <w:rPr>
          <w:rFonts w:ascii="Courier New" w:hAnsi="Courier New"/>
          <w:color w:val="555555"/>
          <w:sz w:val="20"/>
        </w:rPr>
        <w:t>[2 . 70]</w:t>
      </w:r>
    </w:p>
    <w:p>
      <w:r>
        <w:rPr>
          <w:rFonts w:ascii="Gentium Plus" w:hAnsi="Gentium Plus"/>
          <w:sz w:val="24"/>
        </w:rPr>
        <w:t>〈Κλάριον:〉 μαντικόν (?).</w:t>
      </w:r>
    </w:p>
    <w:p>
      <w:r>
        <w:rPr>
          <w:rFonts w:ascii="Courier New" w:hAnsi="Courier New"/>
          <w:color w:val="555555"/>
          <w:sz w:val="20"/>
        </w:rPr>
        <w:t>[2 . 71]</w:t>
      </w:r>
    </w:p>
    <w:p>
      <w:r>
        <w:rPr>
          <w:rFonts w:ascii="Gentium Plus" w:hAnsi="Gentium Plus"/>
          <w:sz w:val="24"/>
        </w:rPr>
        <w:t>〈Καρνεῖον:〉 ἀπὸ Κάρνου τοῦ μάντεως τοῦ ἀναιρεθέντος ὑπὸ Ἀλήτου, ὃς ἦν τῶν Ἡρακλειδῶν. ὀργισθεὶς οὖν ὁ Ἀπόλλων λοιμὸν ἐνέβαλλεν.</w:t>
      </w:r>
    </w:p>
    <w:p>
      <w:r>
        <w:rPr>
          <w:rFonts w:ascii="Courier New" w:hAnsi="Courier New"/>
          <w:color w:val="555555"/>
          <w:sz w:val="20"/>
        </w:rPr>
        <w:t>[2 . 74]</w:t>
      </w:r>
    </w:p>
    <w:p>
      <w:r>
        <w:rPr>
          <w:rFonts w:ascii="Gentium Plus" w:hAnsi="Gentium Plus"/>
          <w:sz w:val="24"/>
        </w:rPr>
        <w:t>〈Οἰδιπόδαο:〉 Οἰδίποδος μὲν Πολυνείκης, οὖ Θέρσανδρος, οὗ Τισαμενός, οὗ Αὐτεσίων, οὗ Θήρας, ὃς ἀπῴκησεν εἰς Θήραν τὴν νῆσον τὴν νῦν οὕτω κληθεῖσαν.</w:t>
      </w:r>
    </w:p>
    <w:p>
      <w:r>
        <w:rPr>
          <w:rFonts w:ascii="Courier New" w:hAnsi="Courier New"/>
          <w:color w:val="555555"/>
          <w:sz w:val="20"/>
        </w:rPr>
        <w:t>[2 . 76]</w:t>
      </w:r>
    </w:p>
    <w:p>
      <w:r>
        <w:rPr>
          <w:rFonts w:ascii="Gentium Plus" w:hAnsi="Gentium Plus"/>
          <w:sz w:val="24"/>
        </w:rPr>
        <w:t>〈Ἀριστοτέλης:〉 ὁ αὐτὸς καὶ Βάττος λέγεται. οὖλος δὲ ὁ ὑγιής, ὡς πρὸς τὴν φωνήν. καὶ γὰρ ὁ δοθεὶς αὐτῷ χρησμὸς τοῦτο παρεμφαίνει· ‘Βάττ’, ἐπὶ φωνὴν ἦλθες· ἄναξ δέ σε Φοῖβος ἀνώγει \| ἐς Λιβύην ἐλθεῖν μηλοτρόφον οἰκιστῆρα.‘ Ἀσβυστίδα δὲ τὴν λευκὴν λέγει παρὰ τὴν</w:t>
      </w:r>
    </w:p>
    <w:p>
      <w:r>
        <w:rPr>
          <w:rFonts w:ascii="Courier New" w:hAnsi="Courier New"/>
          <w:color w:val="555555"/>
          <w:sz w:val="20"/>
        </w:rPr>
        <w:t>[5]</w:t>
      </w:r>
    </w:p>
    <w:p>
      <w:r>
        <w:rPr>
          <w:rFonts w:ascii="Gentium Plus" w:hAnsi="Gentium Plus"/>
          <w:sz w:val="24"/>
        </w:rPr>
        <w:t>ἄσβεστον. τοιαύτη γὰρ ἡ Λιβύη λευκόγειος.</w:t>
      </w:r>
    </w:p>
    <w:p>
      <w:r>
        <w:rPr>
          <w:rFonts w:ascii="Courier New" w:hAnsi="Courier New"/>
          <w:color w:val="555555"/>
          <w:sz w:val="20"/>
        </w:rPr>
        <w:t>[2 . 78]</w:t>
      </w:r>
    </w:p>
    <w:p>
      <w:r>
        <w:rPr>
          <w:rFonts w:ascii="Gentium Plus" w:hAnsi="Gentium Plus"/>
          <w:sz w:val="24"/>
        </w:rPr>
        <w:t>〈τελεσφορίην:〉 ἑορτήν, θυσίαν.</w:t>
      </w:r>
    </w:p>
    <w:p>
      <w:r>
        <w:rPr>
          <w:rFonts w:ascii="Courier New" w:hAnsi="Courier New"/>
          <w:color w:val="555555"/>
          <w:sz w:val="20"/>
        </w:rPr>
        <w:t>[2 . 83]</w:t>
      </w:r>
    </w:p>
    <w:p>
      <w:r>
        <w:rPr>
          <w:rFonts w:ascii="Gentium Plus" w:hAnsi="Gentium Plus"/>
          <w:sz w:val="24"/>
        </w:rPr>
        <w:t>κρόκος τὸ ἄνθος παρὰ τὸ ἐν κρύει θάλλειν.</w:t>
      </w:r>
    </w:p>
    <w:p>
      <w:r>
        <w:rPr>
          <w:rFonts w:ascii="Courier New" w:hAnsi="Courier New"/>
          <w:color w:val="555555"/>
          <w:sz w:val="20"/>
        </w:rPr>
        <w:t>[2 . 85]</w:t>
      </w:r>
    </w:p>
    <w:p>
      <w:r>
        <w:rPr>
          <w:rFonts w:ascii="Gentium Plus" w:hAnsi="Gentium Plus"/>
          <w:sz w:val="24"/>
        </w:rPr>
        <w:t>〈ζωστῆρες:〉 περιφραστικῶς οἱ πολεμικοί.</w:t>
      </w:r>
    </w:p>
    <w:p>
      <w:r>
        <w:rPr>
          <w:rFonts w:ascii="Courier New" w:hAnsi="Courier New"/>
          <w:color w:val="555555"/>
          <w:sz w:val="20"/>
        </w:rPr>
        <w:t>[2 . 86]</w:t>
      </w:r>
    </w:p>
    <w:p>
      <w:r>
        <w:rPr>
          <w:rFonts w:ascii="Gentium Plus" w:hAnsi="Gentium Plus"/>
          <w:sz w:val="24"/>
        </w:rPr>
        <w:t>ὡς ἐπιτελούντων καὶ ἐν τῇ Λιβύῃ ἑορτὴν Καρνείῳ Ἀπόλλωνι.</w:t>
      </w:r>
    </w:p>
    <w:p>
      <w:r>
        <w:rPr>
          <w:rFonts w:ascii="Courier New" w:hAnsi="Courier New"/>
          <w:color w:val="555555"/>
          <w:sz w:val="20"/>
        </w:rPr>
        <w:t>[2 . 87]</w:t>
      </w:r>
    </w:p>
    <w:p>
      <w:r>
        <w:rPr>
          <w:rFonts w:ascii="Gentium Plus" w:hAnsi="Gentium Plus"/>
          <w:sz w:val="24"/>
        </w:rPr>
        <w:t>〈τέθμιαι:〉 νόμιμοι, ὡρισμέναι.</w:t>
      </w:r>
    </w:p>
    <w:p>
      <w:r>
        <w:rPr>
          <w:rFonts w:ascii="Courier New" w:hAnsi="Courier New"/>
          <w:color w:val="555555"/>
          <w:sz w:val="20"/>
        </w:rPr>
        <w:t>[2 88sq]</w:t>
      </w:r>
    </w:p>
    <w:p>
      <w:r>
        <w:rPr>
          <w:rFonts w:ascii="Gentium Plus" w:hAnsi="Gentium Plus"/>
          <w:sz w:val="24"/>
        </w:rPr>
        <w:t>〈Κυρῆς:〉 κρήνη ἐν Κυρήνῃ. Δωριέας δὲ τοὺς Ἡρακλείδας λέγει τοὺς ἀπὸ Σπάρτης μετοικήσαντας εἰς Θήραν καὶ ἀπὸ Θήρας εἰς Κυρήνην.</w:t>
      </w:r>
    </w:p>
    <w:p>
      <w:r>
        <w:rPr>
          <w:rFonts w:ascii="Courier New" w:hAnsi="Courier New"/>
          <w:color w:val="555555"/>
          <w:sz w:val="20"/>
        </w:rPr>
        <w:t>[2 . 89]</w:t>
      </w:r>
    </w:p>
    <w:p>
      <w:r>
        <w:rPr>
          <w:rFonts w:ascii="Gentium Plus" w:hAnsi="Gentium Plus"/>
          <w:sz w:val="24"/>
        </w:rPr>
        <w:t>〈Ἄζιλιν:〉 ὄρος καὶ ποταμὸς Λιβύης.</w:t>
      </w:r>
    </w:p>
    <w:p>
      <w:r>
        <w:rPr>
          <w:rFonts w:ascii="Courier New" w:hAnsi="Courier New"/>
          <w:color w:val="555555"/>
          <w:sz w:val="20"/>
        </w:rPr>
        <w:t>[2 90a]</w:t>
      </w:r>
    </w:p>
    <w:p>
      <w:r>
        <w:rPr>
          <w:rFonts w:ascii="Gentium Plus" w:hAnsi="Gentium Plus"/>
          <w:sz w:val="24"/>
        </w:rPr>
        <w:t>〈ἄναξ:〉 ἤγουν ὁ Ἀπόλλων.</w:t>
      </w:r>
    </w:p>
    <w:p>
      <w:r>
        <w:rPr>
          <w:rFonts w:ascii="Courier New" w:hAnsi="Courier New"/>
          <w:color w:val="555555"/>
          <w:sz w:val="20"/>
        </w:rPr>
        <w:t>[2 90b]</w:t>
      </w:r>
    </w:p>
    <w:p>
      <w:r>
        <w:rPr>
          <w:rFonts w:ascii="Gentium Plus" w:hAnsi="Gentium Plus"/>
          <w:sz w:val="24"/>
        </w:rPr>
        <w:t>〈νύμφῃ:〉 τῇ Κυρήνῃ.</w:t>
      </w:r>
    </w:p>
    <w:p>
      <w:r>
        <w:rPr>
          <w:rFonts w:ascii="Courier New" w:hAnsi="Courier New"/>
          <w:color w:val="555555"/>
          <w:sz w:val="20"/>
        </w:rPr>
        <w:t>[2 . 91]</w:t>
      </w:r>
    </w:p>
    <w:p>
      <w:r>
        <w:rPr>
          <w:rFonts w:ascii="Gentium Plus" w:hAnsi="Gentium Plus"/>
          <w:sz w:val="24"/>
        </w:rPr>
        <w:t>ἐπὶ Μυρτούσσης: ὄρος Λιβύης· κερατώδεος δὲ τῆς κέρατα ἐχούσης ἤτοι ἀκρωρείας. φαίνεται δὲ ἡ Κυρήνη ὡς φονεύσασα ἐν τῇ Λιβύῃ λέοντά τινα βλάπτοντα τὰς βοῦς τοῦ Εὐρυπύλου· ἦν δὲ αὕτη κυνηγέτις, θυγάτηρ Ὑψέως.</w:t>
      </w:r>
    </w:p>
    <w:p>
      <w:r>
        <w:rPr>
          <w:rFonts w:ascii="Courier New" w:hAnsi="Courier New"/>
          <w:color w:val="555555"/>
          <w:sz w:val="20"/>
        </w:rPr>
        <w:t>[2 . 92]</w:t>
      </w:r>
    </w:p>
    <w:p>
      <w:r>
        <w:rPr>
          <w:rFonts w:ascii="Gentium Plus" w:hAnsi="Gentium Plus"/>
          <w:sz w:val="24"/>
        </w:rPr>
        <w:t>〈Ὑψηΐς:〉 ἡ Κυρήνη.</w:t>
      </w:r>
    </w:p>
    <w:p>
      <w:r>
        <w:rPr>
          <w:rFonts w:ascii="Courier New" w:hAnsi="Courier New"/>
          <w:color w:val="555555"/>
          <w:sz w:val="20"/>
        </w:rPr>
        <w:t>[2 . 94]</w:t>
      </w:r>
    </w:p>
    <w:p>
      <w:r>
        <w:rPr>
          <w:rFonts w:ascii="Gentium Plus" w:hAnsi="Gentium Plus"/>
          <w:sz w:val="24"/>
        </w:rPr>
        <w:t>〈τόσσα:〉 ὅσσα.</w:t>
      </w:r>
    </w:p>
    <w:p>
      <w:r>
        <w:rPr>
          <w:rFonts w:ascii="Courier New" w:hAnsi="Courier New"/>
          <w:color w:val="555555"/>
          <w:sz w:val="20"/>
        </w:rPr>
        <w:t>[2 . 95]</w:t>
      </w:r>
    </w:p>
    <w:p>
      <w:r>
        <w:rPr>
          <w:rFonts w:ascii="Gentium Plus" w:hAnsi="Gentium Plus"/>
          <w:sz w:val="24"/>
        </w:rPr>
        <w:t>〈ἁρπακτύος:〉 τῇ Κυρήνῃ κυνηγετούσῃ ἐν τῷ ὄρει τῷ Πηλίῳ τῆς Θεσσαλίας συνεκαθεύδησεν Ἀπόλλων, ἐξ ἧς τίκτεται ὁ Ἀρισταῖος.</w:t>
      </w:r>
    </w:p>
    <w:p>
      <w:r>
        <w:rPr>
          <w:rFonts w:ascii="Courier New" w:hAnsi="Courier New"/>
          <w:color w:val="555555"/>
          <w:sz w:val="20"/>
        </w:rPr>
        <w:t>[2 . 106]</w:t>
      </w:r>
    </w:p>
    <w:p>
      <w:r>
        <w:rPr>
          <w:rFonts w:ascii="Gentium Plus" w:hAnsi="Gentium Plus"/>
          <w:sz w:val="24"/>
        </w:rPr>
        <w:t>ἐγκαλεῖ διὰ τούτων τοὺς σκώπτοντας αὐτὸν μὴ δύνασθαι ποιῆσαι μέγα ποίημα, ὅθεν ἠναγκάσθη ποιῆσαι τὴν Ἑκάλην.</w:t>
      </w:r>
    </w:p>
    <w:p>
      <w:r>
        <w:rPr>
          <w:rFonts w:ascii="Courier New" w:hAnsi="Courier New"/>
          <w:color w:val="555555"/>
          <w:sz w:val="20"/>
        </w:rPr>
        <w:t>[2 . 108]</w:t>
      </w:r>
    </w:p>
    <w:p>
      <w:r>
        <w:rPr>
          <w:rFonts w:ascii="Gentium Plus" w:hAnsi="Gentium Plus"/>
          <w:sz w:val="24"/>
        </w:rPr>
        <w:t>〈Ἀσσυρίου ποταμοῖο:〉 τὸν τῶν Περσῶν λέγει τὸν καλούμενον</w:t>
      </w:r>
    </w:p>
    <w:p>
      <w:r>
        <w:rPr>
          <w:rFonts w:ascii="Courier New" w:hAnsi="Courier New"/>
          <w:color w:val="555555"/>
          <w:sz w:val="20"/>
        </w:rPr>
        <w:t>[3 . 1]</w:t>
      </w:r>
    </w:p>
    <w:p>
      <w:r>
        <w:rPr>
          <w:rFonts w:ascii="Gentium Plus" w:hAnsi="Gentium Plus"/>
          <w:sz w:val="24"/>
        </w:rPr>
        <w:t>Τὸ ἑξῆς· Ἄρτεμιν ὑμνοῦμεν ἀρχόμενοι.</w:t>
      </w:r>
    </w:p>
    <w:p>
      <w:r>
        <w:rPr>
          <w:rFonts w:ascii="Courier New" w:hAnsi="Courier New"/>
          <w:color w:val="555555"/>
          <w:sz w:val="20"/>
        </w:rPr>
        <w:t>[3 . 3]</w:t>
      </w:r>
    </w:p>
    <w:p>
      <w:r>
        <w:rPr>
          <w:rFonts w:ascii="Gentium Plus" w:hAnsi="Gentium Plus"/>
          <w:sz w:val="24"/>
        </w:rPr>
        <w:t>ἑψιάασθαι: διατρίβειν, παίζειν.</w:t>
      </w:r>
    </w:p>
    <w:p>
      <w:r>
        <w:rPr>
          <w:rFonts w:ascii="Courier New" w:hAnsi="Courier New"/>
          <w:color w:val="555555"/>
          <w:sz w:val="20"/>
        </w:rPr>
        <w:t>[3 . 4]</w:t>
      </w:r>
    </w:p>
    <w:p>
      <w:r>
        <w:rPr>
          <w:rFonts w:ascii="Gentium Plus" w:hAnsi="Gentium Plus"/>
          <w:sz w:val="24"/>
        </w:rPr>
        <w:t>Ὅμηρος (Ε 408)· ‘οὐδέ τί μιν παῖδες ποτὶ γούνασιν‘.</w:t>
      </w:r>
    </w:p>
    <w:p>
      <w:r>
        <w:rPr>
          <w:rFonts w:ascii="Courier New" w:hAnsi="Courier New"/>
          <w:color w:val="555555"/>
          <w:sz w:val="20"/>
        </w:rPr>
        <w:t>[3 . 8]</w:t>
      </w:r>
    </w:p>
    <w:p>
      <w:r>
        <w:rPr>
          <w:rFonts w:ascii="Gentium Plus" w:hAnsi="Gentium Plus"/>
          <w:sz w:val="24"/>
        </w:rPr>
        <w:t>〈ἔα:〉 τὸ εα δασυνόμενον μὲν καὶ ὀξυνόμενον τὰ ἴδια ἢ τὰ ἀγαθὰ δηλοῖ, ψιλούμενον δὲ καὶ παροξυνόμενον τὸ συγχώρει καὶ δίδου· καὶ τὸ ὑπῆρχον δέ, ‘εἰ τότε κοῦρος ἔα‘ (Δ 321).</w:t>
      </w:r>
    </w:p>
    <w:p>
      <w:r>
        <w:rPr>
          <w:rFonts w:ascii="Courier New" w:hAnsi="Courier New"/>
          <w:color w:val="555555"/>
          <w:sz w:val="20"/>
        </w:rPr>
        <w:t>[3 . 10]</w:t>
      </w:r>
    </w:p>
    <w:p>
      <w:r>
        <w:rPr>
          <w:rFonts w:ascii="Gentium Plus" w:hAnsi="Gentium Plus"/>
          <w:sz w:val="24"/>
        </w:rPr>
        <w:t>〈ἄεμμα:〉 ἡ νευρά.</w:t>
      </w:r>
    </w:p>
    <w:p>
      <w:r>
        <w:rPr>
          <w:rFonts w:ascii="Courier New" w:hAnsi="Courier New"/>
          <w:color w:val="555555"/>
          <w:sz w:val="20"/>
        </w:rPr>
        <w:t>[3 . 11]</w:t>
      </w:r>
    </w:p>
    <w:p>
      <w:r>
        <w:rPr>
          <w:rFonts w:ascii="Gentium Plus" w:hAnsi="Gentium Plus"/>
          <w:sz w:val="24"/>
        </w:rPr>
        <w:t>φαεσφορίην: ἢ ὅτι λαμπαδοῦχος (ἡ αὐτὴ γὰρ τῇ Ἑκάτῃ) ἢ ὅτι τοὺς μαιευομένους προάγει εἰς φῶς.</w:t>
      </w:r>
    </w:p>
    <w:p>
      <w:r>
        <w:rPr>
          <w:rFonts w:ascii="Courier New" w:hAnsi="Courier New"/>
          <w:color w:val="555555"/>
          <w:sz w:val="20"/>
        </w:rPr>
        <w:t>[3 . 12]</w:t>
      </w:r>
    </w:p>
    <w:p>
      <w:r>
        <w:rPr>
          <w:rFonts w:ascii="Gentium Plus" w:hAnsi="Gentium Plus"/>
          <w:sz w:val="24"/>
        </w:rPr>
        <w:t>λεγνωτόν: τὸ ἔχον ᾤαν, τουτέστι τὸ ἀπολῆγον τοῦ ἱματίου. λέγναι γὰρ αἱ ᾦαι, τὰ λώματα, οἱ κροσσοί, ἅπερ Ὅμηρος (Β 448) θυσάνους</w:t>
      </w:r>
    </w:p>
    <w:p>
      <w:r>
        <w:rPr>
          <w:rFonts w:ascii="Courier New" w:hAnsi="Courier New"/>
          <w:color w:val="555555"/>
          <w:sz w:val="20"/>
        </w:rPr>
        <w:t>[3 . 14]</w:t>
      </w:r>
    </w:p>
    <w:p>
      <w:r>
        <w:rPr>
          <w:rFonts w:ascii="Gentium Plus" w:hAnsi="Gentium Plus"/>
          <w:sz w:val="24"/>
        </w:rPr>
        <w:t>〈ἀμίτρους:〉 ἀζώστους, μὴ διαπεπαρθενευμένας. μίτρας γὰρ ἐζώννυντο, ἃς ἔλυον ὅταν ἔμελλον διαπαρθενεύεσθαι, ἢ ὅτι οἱ ἄγαμοι γυμνοὶ ἐβάδιζον.</w:t>
      </w:r>
    </w:p>
    <w:p>
      <w:r>
        <w:rPr>
          <w:rFonts w:ascii="Courier New" w:hAnsi="Courier New"/>
          <w:color w:val="555555"/>
          <w:sz w:val="20"/>
        </w:rPr>
        <w:t>[3 . 15]</w:t>
      </w:r>
    </w:p>
    <w:p>
      <w:r>
        <w:rPr>
          <w:rFonts w:ascii="Gentium Plus" w:hAnsi="Gentium Plus"/>
          <w:sz w:val="24"/>
        </w:rPr>
        <w:t>〈Ἀμνισίδας:〉 Κρητικάς. Ἀμνισὸς γὰρ ποταμὸς Κρήτης.</w:t>
      </w:r>
    </w:p>
    <w:p>
      <w:r>
        <w:rPr>
          <w:rFonts w:ascii="Courier New" w:hAnsi="Courier New"/>
          <w:color w:val="555555"/>
          <w:sz w:val="20"/>
        </w:rPr>
        <w:t>[3 16a]</w:t>
      </w:r>
    </w:p>
    <w:p>
      <w:r>
        <w:rPr>
          <w:rFonts w:ascii="Gentium Plus" w:hAnsi="Gentium Plus"/>
          <w:sz w:val="24"/>
        </w:rPr>
        <w:t>〈ἐνδρομίδας:〉 τὰ ὑποδήματα.</w:t>
      </w:r>
    </w:p>
    <w:p>
      <w:r>
        <w:rPr>
          <w:rFonts w:ascii="Courier New" w:hAnsi="Courier New"/>
          <w:color w:val="555555"/>
          <w:sz w:val="20"/>
        </w:rPr>
        <w:t>[3 16b]</w:t>
      </w:r>
    </w:p>
    <w:p>
      <w:r>
        <w:rPr>
          <w:rFonts w:ascii="Gentium Plus" w:hAnsi="Gentium Plus"/>
          <w:sz w:val="24"/>
        </w:rPr>
        <w:t>τὸ δὲ ἑξῆς· αἵτε μοι, ὁπότε δὴ μὴ λύγκας 〈βάλλοιμι〉, ἐνδρομίδας τε καὶ θοοὺς κύνας εὖ κομέοιεν.</w:t>
      </w:r>
    </w:p>
    <w:p>
      <w:r>
        <w:rPr>
          <w:rFonts w:ascii="Courier New" w:hAnsi="Courier New"/>
          <w:color w:val="555555"/>
          <w:sz w:val="20"/>
        </w:rPr>
        <w:t>[3 . 18]</w:t>
      </w:r>
    </w:p>
    <w:p>
      <w:r>
        <w:rPr>
          <w:rFonts w:ascii="Gentium Plus" w:hAnsi="Gentium Plus"/>
          <w:sz w:val="24"/>
        </w:rPr>
        <w:t>〈ἥντινα:〉 περιττὸν τὸ ἥν.</w:t>
      </w:r>
    </w:p>
    <w:p>
      <w:r>
        <w:rPr>
          <w:rFonts w:ascii="Courier New" w:hAnsi="Courier New"/>
          <w:color w:val="555555"/>
          <w:sz w:val="20"/>
        </w:rPr>
        <w:t>[3 19a]</w:t>
      </w:r>
    </w:p>
    <w:p>
      <w:r>
        <w:rPr>
          <w:rFonts w:ascii="Gentium Plus" w:hAnsi="Gentium Plus"/>
          <w:sz w:val="24"/>
        </w:rPr>
        <w:t>λῇς ἀντὶ τοῦ θέλῃς κατὰ ἀποβολὴν τῆς θε συλλαβῆς. κέχρηται πολλαχοῦ τῇ λέξει καὶ ὁ Θεόκριτος (Ι 12)· ‘λῇς ποτὶ τᾶν νυμφᾶν, λῇς, αἰπόλε;‘</w:t>
      </w:r>
    </w:p>
    <w:p>
      <w:r>
        <w:rPr>
          <w:rFonts w:ascii="Courier New" w:hAnsi="Courier New"/>
          <w:color w:val="555555"/>
          <w:sz w:val="20"/>
        </w:rPr>
        <w:t>[3 19b]</w:t>
      </w:r>
    </w:p>
    <w:p>
      <w:r>
        <w:rPr>
          <w:rFonts w:ascii="Gentium Plus" w:hAnsi="Gentium Plus"/>
          <w:sz w:val="24"/>
        </w:rPr>
        <w:t>〈σπαρνόν:〉 σπάνιον.</w:t>
      </w:r>
    </w:p>
    <w:p>
      <w:r>
        <w:rPr>
          <w:rFonts w:ascii="Courier New" w:hAnsi="Courier New"/>
          <w:color w:val="555555"/>
          <w:sz w:val="20"/>
        </w:rPr>
        <w:t>[3 . 21]</w:t>
      </w:r>
    </w:p>
    <w:p>
      <w:r>
        <w:rPr>
          <w:rFonts w:ascii="Gentium Plus" w:hAnsi="Gentium Plus"/>
          <w:sz w:val="24"/>
        </w:rPr>
        <w:t>〈ὠδίνεσσι:〉 ἡ αὐτὴ γάρ ἐστι τῇ Εἰλειθυίᾳ.</w:t>
      </w:r>
    </w:p>
    <w:p>
      <w:r>
        <w:rPr>
          <w:rFonts w:ascii="Courier New" w:hAnsi="Courier New"/>
          <w:color w:val="555555"/>
          <w:sz w:val="20"/>
        </w:rPr>
        <w:t>[3 . 28]</w:t>
      </w:r>
    </w:p>
    <w:p>
      <w:r>
        <w:rPr>
          <w:rFonts w:ascii="Gentium Plus" w:hAnsi="Gentium Plus"/>
          <w:sz w:val="24"/>
        </w:rPr>
        <w:t>〈μέχρις ἵνα:〉 περιττὸν τὸ μέχρις.</w:t>
      </w:r>
    </w:p>
    <w:p>
      <w:r>
        <w:rPr>
          <w:rFonts w:ascii="Courier New" w:hAnsi="Courier New"/>
          <w:color w:val="555555"/>
          <w:sz w:val="20"/>
        </w:rPr>
        <w:t>[3 . 30]</w:t>
      </w:r>
    </w:p>
    <w:p>
      <w:r>
        <w:rPr>
          <w:rFonts w:ascii="Gentium Plus" w:hAnsi="Gentium Plus"/>
          <w:sz w:val="24"/>
        </w:rPr>
        <w:t>〈τυτθόν:〉 ἀντὶ τοῦ οὐδὲ τυτθόν.</w:t>
      </w:r>
    </w:p>
    <w:p>
      <w:r>
        <w:rPr>
          <w:rFonts w:ascii="Courier New" w:hAnsi="Courier New"/>
          <w:color w:val="555555"/>
          <w:sz w:val="20"/>
        </w:rPr>
        <w:t>[3 . 35]</w:t>
      </w:r>
    </w:p>
    <w:p>
      <w:r>
        <w:rPr>
          <w:rFonts w:ascii="Gentium Plus" w:hAnsi="Gentium Plus"/>
          <w:sz w:val="24"/>
        </w:rPr>
        <w:t>〈καὶ Ἀρτέμιδος καλέεσθαι:〉 ἀπὸ κοινοῦ τὸ εἴσεται.</w:t>
      </w:r>
    </w:p>
    <w:p>
      <w:r>
        <w:rPr>
          <w:rFonts w:ascii="Courier New" w:hAnsi="Courier New"/>
          <w:color w:val="555555"/>
          <w:sz w:val="20"/>
        </w:rPr>
        <w:t>[3 . 36]</w:t>
      </w:r>
    </w:p>
    <w:p>
      <w:r>
        <w:rPr>
          <w:rFonts w:ascii="Gentium Plus" w:hAnsi="Gentium Plus"/>
          <w:sz w:val="24"/>
        </w:rPr>
        <w:t>〈πολλὰς δὲ ξυνῇ:〉 ἀπὸ κοινοῦ τὸ ὀπάσω σοι, μετὰ τὰς λʹ· κοινῇ δέ σοι καὶ τῷ Ἀπόλλωνι πολλάς.</w:t>
      </w:r>
    </w:p>
    <w:p>
      <w:r>
        <w:rPr>
          <w:rFonts w:ascii="Courier New" w:hAnsi="Courier New"/>
          <w:color w:val="555555"/>
          <w:sz w:val="20"/>
        </w:rPr>
        <w:t>[3 . 40]</w:t>
      </w:r>
    </w:p>
    <w:p>
      <w:r>
        <w:rPr>
          <w:rFonts w:ascii="Gentium Plus" w:hAnsi="Gentium Plus"/>
          <w:sz w:val="24"/>
        </w:rPr>
        <w:t>〈ἐπεκρήηνε καρήατι:〉 Ὅμηρος (Α 527)· ‘ὅ τι κεν κεφαλῇ κατανεύσω‘.</w:t>
      </w:r>
    </w:p>
    <w:p>
      <w:r>
        <w:rPr>
          <w:rFonts w:ascii="Courier New" w:hAnsi="Courier New"/>
          <w:color w:val="555555"/>
          <w:sz w:val="20"/>
        </w:rPr>
        <w:t>[3 . 41]</w:t>
      </w:r>
    </w:p>
    <w:p>
      <w:r>
        <w:rPr>
          <w:rFonts w:ascii="Gentium Plus" w:hAnsi="Gentium Plus"/>
          <w:sz w:val="24"/>
        </w:rPr>
        <w:t>〈Λευκόν:〉 ὄρος Κρήτης. ἑνικῶς οὕτως εἴρηκε, Λευκὰ δὲ ὄρη λέγονται πληθυντικῶς.</w:t>
      </w:r>
    </w:p>
    <w:p>
      <w:r>
        <w:rPr>
          <w:rFonts w:ascii="Courier New" w:hAnsi="Courier New"/>
          <w:color w:val="555555"/>
          <w:sz w:val="20"/>
        </w:rPr>
        <w:t>[3 . 44]</w:t>
      </w:r>
    </w:p>
    <w:p>
      <w:r>
        <w:rPr>
          <w:rFonts w:ascii="Gentium Plus" w:hAnsi="Gentium Plus"/>
          <w:sz w:val="24"/>
        </w:rPr>
        <w:t>〈Καίρατος:〉 ποταμὸς Κρήτης καὶ πόλις ἡ κερατοφόρος οὕτω λεγομένη.</w:t>
      </w:r>
    </w:p>
    <w:p>
      <w:r>
        <w:rPr>
          <w:rFonts w:ascii="Courier New" w:hAnsi="Courier New"/>
          <w:color w:val="555555"/>
          <w:sz w:val="20"/>
        </w:rPr>
        <w:t>[3 45a]</w:t>
      </w:r>
    </w:p>
    <w:p>
      <w:r>
        <w:rPr>
          <w:rFonts w:ascii="Gentium Plus" w:hAnsi="Gentium Plus"/>
          <w:sz w:val="24"/>
        </w:rPr>
        <w:t>ἀμορβούς: ἤγουν ἀκολούθους· παρὰ τὸ ἅμα πορεύεσθαι.</w:t>
      </w:r>
    </w:p>
    <w:p>
      <w:r>
        <w:rPr>
          <w:rFonts w:ascii="Courier New" w:hAnsi="Courier New"/>
          <w:color w:val="555555"/>
          <w:sz w:val="20"/>
        </w:rPr>
        <w:t>[3 45b]</w:t>
      </w:r>
    </w:p>
    <w:p>
      <w:r>
        <w:rPr>
          <w:rFonts w:ascii="Gentium Plus" w:hAnsi="Gentium Plus"/>
          <w:sz w:val="24"/>
        </w:rPr>
        <w:t>ὀπαδούς· ἐκ τοῦ ἅμα ὀρούεσθαι.</w:t>
      </w:r>
    </w:p>
    <w:p>
      <w:r>
        <w:rPr>
          <w:rFonts w:ascii="Courier New" w:hAnsi="Courier New"/>
          <w:color w:val="555555"/>
          <w:sz w:val="20"/>
        </w:rPr>
        <w:t>[3 46sqq]</w:t>
      </w:r>
    </w:p>
    <w:p>
      <w:r>
        <w:rPr>
          <w:rFonts w:ascii="Gentium Plus" w:hAnsi="Gentium Plus"/>
          <w:sz w:val="24"/>
        </w:rPr>
        <w:t>τὸ ἑξῆς· τοὺς μὲν ἔτετμεν ἐπ’ ἄκμοσιν Ἡφαίστοιο.</w:t>
      </w:r>
    </w:p>
    <w:p>
      <w:r>
        <w:rPr>
          <w:rFonts w:ascii="Courier New" w:hAnsi="Courier New"/>
          <w:color w:val="555555"/>
          <w:sz w:val="20"/>
        </w:rPr>
        <w:t>[3 . 47]</w:t>
      </w:r>
    </w:p>
    <w:p>
      <w:r>
        <w:rPr>
          <w:rFonts w:ascii="Gentium Plus" w:hAnsi="Gentium Plus"/>
          <w:sz w:val="24"/>
        </w:rPr>
        <w:t>νῆσός ἐστιν ἡ Λιπάρη πλησίον Σικελίας, ἔνθα ἦν τὰ χαλκεῖα Ἡφαίστου. ἔστι δὲ μία τῶν Αἰολίδων. λέγεται δέ, ὅτι σίδηρα διάφορα θέντες ἐν αὐτῇ ναῦται ἕωθεν εὑρήκασιν αὐτὰ ἐκ τῆς ἀναδόσεως τοῦ πυρὸς ἀναλιπανθέντα. καὶ διὰ τοῦτο ἐκλήθη ἡ νῆσος Λιπάρα· 〈...〉 διὰ τὸ</w:t>
      </w:r>
    </w:p>
    <w:p>
      <w:r>
        <w:rPr>
          <w:rFonts w:ascii="Courier New" w:hAnsi="Courier New"/>
          <w:color w:val="555555"/>
          <w:sz w:val="20"/>
        </w:rPr>
        <w:t>[5]</w:t>
      </w:r>
    </w:p>
    <w:p>
      <w:r>
        <w:rPr>
          <w:rFonts w:ascii="Gentium Plus" w:hAnsi="Gentium Plus"/>
          <w:sz w:val="24"/>
        </w:rPr>
        <w:t>αὐτὰ διάφορα ὄντα ἓν γενέσθαι (?).</w:t>
      </w:r>
    </w:p>
    <w:p>
      <w:r>
        <w:rPr>
          <w:rFonts w:ascii="Courier New" w:hAnsi="Courier New"/>
          <w:color w:val="555555"/>
          <w:sz w:val="20"/>
        </w:rPr>
        <w:t>[3 . 49]</w:t>
      </w:r>
    </w:p>
    <w:p>
      <w:r>
        <w:rPr>
          <w:rFonts w:ascii="Gentium Plus" w:hAnsi="Gentium Plus"/>
          <w:sz w:val="24"/>
        </w:rPr>
        <w:t>μύδρον: τὸν πεπυρακτωμένον σίδηρον, παρὰ τὸ μύρεσθαι καὶ διαρρεῖν.</w:t>
      </w:r>
    </w:p>
    <w:p>
      <w:r>
        <w:rPr>
          <w:rFonts w:ascii="Courier New" w:hAnsi="Courier New"/>
          <w:color w:val="555555"/>
          <w:sz w:val="20"/>
        </w:rPr>
        <w:t>[3 . 52]</w:t>
      </w:r>
    </w:p>
    <w:p>
      <w:r>
        <w:rPr>
          <w:rFonts w:ascii="Gentium Plus" w:hAnsi="Gentium Plus"/>
          <w:sz w:val="24"/>
        </w:rPr>
        <w:t>〈πρηόσιν Ὀσσαίοισιν:〉 Ὄσσα ὄρος Θεσσαλίας.</w:t>
      </w:r>
    </w:p>
    <w:p>
      <w:r>
        <w:rPr>
          <w:rFonts w:ascii="Courier New" w:hAnsi="Courier New"/>
          <w:color w:val="555555"/>
          <w:sz w:val="20"/>
        </w:rPr>
        <w:t>[3 . 53]</w:t>
      </w:r>
    </w:p>
    <w:p>
      <w:r>
        <w:rPr>
          <w:rFonts w:ascii="Gentium Plus" w:hAnsi="Gentium Plus"/>
          <w:sz w:val="24"/>
        </w:rPr>
        <w:t>〈φάεα μουνόγληνα:〉 καὶ Ἡσίοδος (Theog. 145)· ‘κυκλοτερὴς ὀφθαλμὸς ἕεισ‘.</w:t>
      </w:r>
    </w:p>
    <w:p>
      <w:r>
        <w:rPr>
          <w:rFonts w:ascii="Courier New" w:hAnsi="Courier New"/>
          <w:color w:val="555555"/>
          <w:sz w:val="20"/>
        </w:rPr>
        <w:t>[3 . 54]</w:t>
      </w:r>
    </w:p>
    <w:p>
      <w:r>
        <w:rPr>
          <w:rFonts w:ascii="Gentium Plus" w:hAnsi="Gentium Plus"/>
          <w:sz w:val="24"/>
        </w:rPr>
        <w:t>ὑπογλαύσσοντα: ἤγουν ὑποβλέποντα, ὅθεν καὶ γλαύκ〈ι〉ος.</w:t>
      </w:r>
    </w:p>
    <w:p>
      <w:r>
        <w:rPr>
          <w:rFonts w:ascii="Courier New" w:hAnsi="Courier New"/>
          <w:color w:val="555555"/>
          <w:sz w:val="20"/>
        </w:rPr>
        <w:t>[3 56a]</w:t>
      </w:r>
    </w:p>
    <w:p>
      <w:r>
        <w:rPr>
          <w:rFonts w:ascii="Gentium Plus" w:hAnsi="Gentium Plus"/>
          <w:sz w:val="24"/>
        </w:rPr>
        <w:t>〈βαρὺν στόνον:〉 ἀπὸ κοινοῦ τὸ αἱ νύμφαι ἔδεισαν.</w:t>
      </w:r>
    </w:p>
    <w:p>
      <w:r>
        <w:rPr>
          <w:rFonts w:ascii="Courier New" w:hAnsi="Courier New"/>
          <w:color w:val="555555"/>
          <w:sz w:val="20"/>
        </w:rPr>
        <w:t>[3 56b]</w:t>
      </w:r>
    </w:p>
    <w:p>
      <w:r>
        <w:rPr>
          <w:rFonts w:ascii="Gentium Plus" w:hAnsi="Gentium Plus"/>
          <w:sz w:val="24"/>
        </w:rPr>
        <w:t>〈Αἴτνη:〉 ὄρος Σικελίας.</w:t>
      </w:r>
    </w:p>
    <w:p>
      <w:r>
        <w:rPr>
          <w:rFonts w:ascii="Courier New" w:hAnsi="Courier New"/>
          <w:color w:val="555555"/>
          <w:sz w:val="20"/>
        </w:rPr>
        <w:t>[3 . 58]</w:t>
      </w:r>
    </w:p>
    <w:p>
      <w:r>
        <w:rPr>
          <w:rFonts w:ascii="Gentium Plus" w:hAnsi="Gentium Plus"/>
          <w:sz w:val="24"/>
        </w:rPr>
        <w:t>〈Κύρνος:〉 νῆσος πρὸ τῆς Σικελίας ἡ Κύρνος ἐστίν.</w:t>
      </w:r>
    </w:p>
    <w:p>
      <w:r>
        <w:rPr>
          <w:rFonts w:ascii="Courier New" w:hAnsi="Courier New"/>
          <w:color w:val="555555"/>
          <w:sz w:val="20"/>
        </w:rPr>
        <w:t>[3 . 59]</w:t>
      </w:r>
    </w:p>
    <w:p>
      <w:r>
        <w:rPr>
          <w:rFonts w:ascii="Gentium Plus" w:hAnsi="Gentium Plus"/>
          <w:sz w:val="24"/>
        </w:rPr>
        <w:t>〈εὖθ’ οἵ γε ῥαιστῆρας:〉 τὸ ἑξῆς· ἐπεὶ μέγα πολύ τ’ ἄημα, εὖθ’ οἵ γε ῥαιστῆρας. λέγει δὲ τὰς σφύρας ῥαιστῆρας παρὰ τὸ ῥαίειν καὶ φθείρειν τὰ ὑποπίπτοντα.</w:t>
      </w:r>
    </w:p>
    <w:p>
      <w:r>
        <w:rPr>
          <w:rFonts w:ascii="Courier New" w:hAnsi="Courier New"/>
          <w:color w:val="555555"/>
          <w:sz w:val="20"/>
        </w:rPr>
        <w:t>[3 . 61]</w:t>
      </w:r>
    </w:p>
    <w:p>
      <w:r>
        <w:rPr>
          <w:rFonts w:ascii="Gentium Plus" w:hAnsi="Gentium Plus"/>
          <w:sz w:val="24"/>
        </w:rPr>
        <w:t>〈ἀμβολαδίς:〉 ἐκ διαδοχῆς.</w:t>
      </w:r>
    </w:p>
    <w:p>
      <w:r>
        <w:rPr>
          <w:rFonts w:ascii="Courier New" w:hAnsi="Courier New"/>
          <w:color w:val="555555"/>
          <w:sz w:val="20"/>
        </w:rPr>
        <w:t>[3 62a]</w:t>
      </w:r>
    </w:p>
    <w:p>
      <w:r>
        <w:rPr>
          <w:rFonts w:ascii="Gentium Plus" w:hAnsi="Gentium Plus"/>
          <w:sz w:val="24"/>
        </w:rPr>
        <w:t>〈ἐτάλασσαν:〉 ἔτλησαν.</w:t>
      </w:r>
    </w:p>
    <w:p>
      <w:r>
        <w:rPr>
          <w:rFonts w:ascii="Courier New" w:hAnsi="Courier New"/>
          <w:color w:val="555555"/>
          <w:sz w:val="20"/>
        </w:rPr>
        <w:t>[3 62b]</w:t>
      </w:r>
    </w:p>
    <w:p>
      <w:r>
        <w:rPr>
          <w:rFonts w:ascii="Gentium Plus" w:hAnsi="Gentium Plus"/>
          <w:sz w:val="24"/>
        </w:rPr>
        <w:t>〈ἀκηδέες:〉 ἄφοβοι.</w:t>
      </w:r>
    </w:p>
    <w:p>
      <w:r>
        <w:rPr>
          <w:rFonts w:ascii="Courier New" w:hAnsi="Courier New"/>
          <w:color w:val="555555"/>
          <w:sz w:val="20"/>
        </w:rPr>
        <w:t>[3 . 67]</w:t>
      </w:r>
    </w:p>
    <w:p>
      <w:r>
        <w:rPr>
          <w:rFonts w:ascii="Gentium Plus" w:hAnsi="Gentium Plus"/>
          <w:sz w:val="24"/>
        </w:rPr>
        <w:t>〈καλιστρεῖ:〉 καλεῖ.</w:t>
      </w:r>
    </w:p>
    <w:p>
      <w:r>
        <w:rPr>
          <w:rFonts w:ascii="Courier New" w:hAnsi="Courier New"/>
          <w:color w:val="555555"/>
          <w:sz w:val="20"/>
        </w:rPr>
        <w:t>[3 . 69]</w:t>
      </w:r>
    </w:p>
    <w:p>
      <w:r>
        <w:rPr>
          <w:rFonts w:ascii="Gentium Plus" w:hAnsi="Gentium Plus"/>
          <w:sz w:val="24"/>
        </w:rPr>
        <w:t>〈αἰθῇ:〉 τῇ κεκαυμένῃ, τῇ μελαίνῃ.</w:t>
      </w:r>
    </w:p>
    <w:p>
      <w:r>
        <w:rPr>
          <w:rFonts w:ascii="Courier New" w:hAnsi="Courier New"/>
          <w:color w:val="555555"/>
          <w:sz w:val="20"/>
        </w:rPr>
        <w:t>[3 . 70]</w:t>
      </w:r>
    </w:p>
    <w:p>
      <w:r>
        <w:rPr>
          <w:rFonts w:ascii="Gentium Plus" w:hAnsi="Gentium Plus"/>
          <w:sz w:val="24"/>
        </w:rPr>
        <w:t>〈μορμύσσεται:〉 ἐκφοβεῖ.</w:t>
      </w:r>
    </w:p>
    <w:p>
      <w:r>
        <w:rPr>
          <w:rFonts w:ascii="Courier New" w:hAnsi="Courier New"/>
          <w:color w:val="555555"/>
          <w:sz w:val="20"/>
        </w:rPr>
        <w:t>[3 . 74]</w:t>
      </w:r>
    </w:p>
    <w:p>
      <w:r>
        <w:rPr>
          <w:rFonts w:ascii="Gentium Plus" w:hAnsi="Gentium Plus"/>
          <w:sz w:val="24"/>
        </w:rPr>
        <w:t>ὀπτήρια: τὰ ὑπὲρ τοῦ ἰδεῖν δῶρα.</w:t>
      </w:r>
    </w:p>
    <w:p>
      <w:r>
        <w:rPr>
          <w:rFonts w:ascii="Courier New" w:hAnsi="Courier New"/>
          <w:color w:val="555555"/>
          <w:sz w:val="20"/>
        </w:rPr>
        <w:t>[3 . 77]</w:t>
      </w:r>
    </w:p>
    <w:p>
      <w:r>
        <w:rPr>
          <w:rFonts w:ascii="Gentium Plus" w:hAnsi="Gentium Plus"/>
          <w:sz w:val="24"/>
        </w:rPr>
        <w:t>ὤλοψας: ἤτοι ἀπέτιλας, ἐλέπισας.</w:t>
      </w:r>
    </w:p>
    <w:p>
      <w:r>
        <w:rPr>
          <w:rFonts w:ascii="Courier New" w:hAnsi="Courier New"/>
          <w:color w:val="555555"/>
          <w:sz w:val="20"/>
        </w:rPr>
        <w:t>[3 . 79]</w:t>
      </w:r>
    </w:p>
    <w:p>
      <w:r>
        <w:rPr>
          <w:rFonts w:ascii="Gentium Plus" w:hAnsi="Gentium Plus"/>
          <w:sz w:val="24"/>
        </w:rPr>
        <w:t>ἀλώπηξ: πάθος περὶ τὴν κεφαλὴν γινόμενον, ἀπὸ μεταφορᾶς τοῦ ζῴου· †τὸ γὰρ ζῷον τοῦτο λέγεται† ἔνθα ἂν οὐρήσῃ, ἄγονος ὁ τόπος τῷ ἔτει ἐκείνῳ γίνεται.</w:t>
      </w:r>
    </w:p>
    <w:p>
      <w:r>
        <w:rPr>
          <w:rFonts w:ascii="Courier New" w:hAnsi="Courier New"/>
          <w:color w:val="555555"/>
          <w:sz w:val="20"/>
        </w:rPr>
        <w:t>[3 . 81]</w:t>
      </w:r>
    </w:p>
    <w:p>
      <w:r>
        <w:rPr>
          <w:rFonts w:ascii="Gentium Plus" w:hAnsi="Gentium Plus"/>
          <w:sz w:val="24"/>
        </w:rPr>
        <w:t>Κυδώνιον: ἔθνος Κρήτης, ἀφ’ οὗ Κρητικόν.</w:t>
      </w:r>
    </w:p>
    <w:p>
      <w:r>
        <w:rPr>
          <w:rFonts w:ascii="Courier New" w:hAnsi="Courier New"/>
          <w:color w:val="555555"/>
          <w:sz w:val="20"/>
        </w:rPr>
        <w:t>[3 . 82]</w:t>
      </w:r>
    </w:p>
    <w:p>
      <w:r>
        <w:rPr>
          <w:rFonts w:ascii="Gentium Plus" w:hAnsi="Gentium Plus"/>
          <w:sz w:val="24"/>
        </w:rPr>
        <w:t>〈κατακληῖδα:〉 τὴν φαρέτραν.</w:t>
      </w:r>
    </w:p>
    <w:p>
      <w:r>
        <w:rPr>
          <w:rFonts w:ascii="Courier New" w:hAnsi="Courier New"/>
          <w:color w:val="555555"/>
          <w:sz w:val="20"/>
        </w:rPr>
        <w:t>[3 . 84]</w:t>
      </w:r>
    </w:p>
    <w:p>
      <w:r>
        <w:rPr>
          <w:rFonts w:ascii="Gentium Plus" w:hAnsi="Gentium Plus"/>
          <w:sz w:val="24"/>
        </w:rPr>
        <w:t>〈μονιὸν δάκος:〉 μονιὸν τὸ κατὰ μόνας νεμόμενον· δάκος δὲ τὸ θηρίον.</w:t>
      </w:r>
    </w:p>
    <w:p>
      <w:r>
        <w:rPr>
          <w:rFonts w:ascii="Courier New" w:hAnsi="Courier New"/>
          <w:color w:val="555555"/>
          <w:sz w:val="20"/>
        </w:rPr>
        <w:t>[3 . 88]</w:t>
      </w:r>
    </w:p>
    <w:p>
      <w:r>
        <w:rPr>
          <w:rFonts w:ascii="Gentium Plus" w:hAnsi="Gentium Plus"/>
          <w:sz w:val="24"/>
        </w:rPr>
        <w:t>〈λυγκός:〉 εἶδος θηρίου ὁ λύγξ, οὗ τὸ οὖρον πήγνυται, ὃ καλοῦσι λυγκούριον.</w:t>
      </w:r>
    </w:p>
    <w:p>
      <w:r>
        <w:rPr>
          <w:rFonts w:ascii="Courier New" w:hAnsi="Courier New"/>
          <w:color w:val="555555"/>
          <w:sz w:val="20"/>
        </w:rPr>
        <w:t>[3 . 89]</w:t>
      </w:r>
    </w:p>
    <w:p>
      <w:r>
        <w:rPr>
          <w:rFonts w:ascii="Gentium Plus" w:hAnsi="Gentium Plus"/>
          <w:sz w:val="24"/>
        </w:rPr>
        <w:t>〈Μαιναλίης:〉 ὄρος Ἀρκαδίας.</w:t>
      </w:r>
    </w:p>
    <w:p>
      <w:r>
        <w:rPr>
          <w:rFonts w:ascii="Courier New" w:hAnsi="Courier New"/>
          <w:color w:val="555555"/>
          <w:sz w:val="20"/>
        </w:rPr>
        <w:t>[3 . 90]</w:t>
      </w:r>
    </w:p>
    <w:p>
      <w:r>
        <w:rPr>
          <w:rFonts w:ascii="Gentium Plus" w:hAnsi="Gentium Plus"/>
          <w:sz w:val="24"/>
        </w:rPr>
        <w:t>〈πηγούς:〉 λευκούς. καὶ Ὅμηρος (Γ 197) ‘πηγεσιμάλλῳ‘.</w:t>
      </w:r>
    </w:p>
    <w:p>
      <w:r>
        <w:rPr>
          <w:rFonts w:ascii="Courier New" w:hAnsi="Courier New"/>
          <w:color w:val="555555"/>
          <w:sz w:val="20"/>
        </w:rPr>
        <w:t>[3 . 94]</w:t>
      </w:r>
    </w:p>
    <w:p>
      <w:r>
        <w:rPr>
          <w:rFonts w:ascii="Gentium Plus" w:hAnsi="Gentium Plus"/>
          <w:sz w:val="24"/>
        </w:rPr>
        <w:t>〈Κυνοσουρίδας:〉 τὰς ἀπὸ κυνῶν καὶ ἀλωπέκων τικτομένας κύνας, ἢ τὰς Λακωνικάς. Κυνοσουρὶς γὰρ τόπος Λακωνικός.</w:t>
      </w:r>
    </w:p>
    <w:p>
      <w:r>
        <w:rPr>
          <w:rFonts w:ascii="Courier New" w:hAnsi="Courier New"/>
          <w:color w:val="555555"/>
          <w:sz w:val="20"/>
        </w:rPr>
        <w:t>[3 . 95]</w:t>
      </w:r>
    </w:p>
    <w:p>
      <w:r>
        <w:rPr>
          <w:rFonts w:ascii="Gentium Plus" w:hAnsi="Gentium Plus"/>
          <w:sz w:val="24"/>
        </w:rPr>
        <w:t>〈λαγωόν:〉 ὁ γὰρ λαγωὸς καὶ ἐν τῷ κοιμᾶσθαι οὐ μύει.</w:t>
      </w:r>
    </w:p>
    <w:p>
      <w:r>
        <w:rPr>
          <w:rFonts w:ascii="Courier New" w:hAnsi="Courier New"/>
          <w:color w:val="555555"/>
          <w:sz w:val="20"/>
        </w:rPr>
        <w:t>[3 . 96]</w:t>
      </w:r>
    </w:p>
    <w:p>
      <w:r>
        <w:rPr>
          <w:rFonts w:ascii="Gentium Plus" w:hAnsi="Gentium Plus"/>
          <w:sz w:val="24"/>
        </w:rPr>
        <w:t>〈ὕστριχος:〉 ὕστριξ θηρίον τι τραχύτατον.</w:t>
      </w:r>
    </w:p>
    <w:p>
      <w:r>
        <w:rPr>
          <w:rFonts w:ascii="Courier New" w:hAnsi="Courier New"/>
          <w:color w:val="555555"/>
          <w:sz w:val="20"/>
        </w:rPr>
        <w:t>[3 . 98]</w:t>
      </w:r>
    </w:p>
    <w:p>
      <w:r>
        <w:rPr>
          <w:rFonts w:ascii="Gentium Plus" w:hAnsi="Gentium Plus"/>
          <w:sz w:val="24"/>
        </w:rPr>
        <w:t>〈ἀπερχομένῃ:〉 σοὶ τῇ Ἀρτέμιδι.</w:t>
      </w:r>
    </w:p>
    <w:p>
      <w:r>
        <w:rPr>
          <w:rFonts w:ascii="Courier New" w:hAnsi="Courier New"/>
          <w:color w:val="555555"/>
          <w:sz w:val="20"/>
        </w:rPr>
        <w:t>[3 99a]</w:t>
      </w:r>
    </w:p>
    <w:p>
      <w:r>
        <w:rPr>
          <w:rFonts w:ascii="Gentium Plus" w:hAnsi="Gentium Plus"/>
          <w:sz w:val="24"/>
        </w:rPr>
        <w:t>〈προμολῇς’:〉 ταῖς διεξόδοις.</w:t>
      </w:r>
    </w:p>
    <w:p>
      <w:r>
        <w:rPr>
          <w:rFonts w:ascii="Courier New" w:hAnsi="Courier New"/>
          <w:color w:val="555555"/>
          <w:sz w:val="20"/>
        </w:rPr>
        <w:t>[3 99b]</w:t>
      </w:r>
    </w:p>
    <w:p>
      <w:r>
        <w:rPr>
          <w:rFonts w:ascii="Gentium Plus" w:hAnsi="Gentium Plus"/>
          <w:sz w:val="24"/>
        </w:rPr>
        <w:t>〈Παρρασίοιο:〉 ὄρος Ἀρκαδίας.</w:t>
      </w:r>
    </w:p>
    <w:p>
      <w:r>
        <w:rPr>
          <w:rFonts w:ascii="Courier New" w:hAnsi="Courier New"/>
          <w:color w:val="555555"/>
          <w:sz w:val="20"/>
        </w:rPr>
        <w:t>[3 . 101]</w:t>
      </w:r>
    </w:p>
    <w:p>
      <w:r>
        <w:rPr>
          <w:rFonts w:ascii="Gentium Plus" w:hAnsi="Gentium Plus"/>
          <w:sz w:val="24"/>
        </w:rPr>
        <w:t>〈Ἀναύρου:〉 ποταμὸς Θεσσαλίας ὁ Ἄναυρος.</w:t>
      </w:r>
    </w:p>
    <w:p>
      <w:r>
        <w:rPr>
          <w:rFonts w:ascii="Courier New" w:hAnsi="Courier New"/>
          <w:color w:val="555555"/>
          <w:sz w:val="20"/>
        </w:rPr>
        <w:t>[3 . 102]</w:t>
      </w:r>
    </w:p>
    <w:p>
      <w:r>
        <w:rPr>
          <w:rFonts w:ascii="Gentium Plus" w:hAnsi="Gentium Plus"/>
          <w:sz w:val="24"/>
        </w:rPr>
        <w:t>〈κεράων:〉 σημείωσαι ὅτι τὰς θηλείας ἐλάφους κερατοφόρους εἶπεν.</w:t>
      </w:r>
    </w:p>
    <w:p>
      <w:r>
        <w:rPr>
          <w:rFonts w:ascii="Courier New" w:hAnsi="Courier New"/>
          <w:color w:val="555555"/>
          <w:sz w:val="20"/>
        </w:rPr>
        <w:t>[3 . 107]</w:t>
      </w:r>
    </w:p>
    <w:p>
      <w:r>
        <w:rPr>
          <w:rFonts w:ascii="Gentium Plus" w:hAnsi="Gentium Plus"/>
          <w:sz w:val="24"/>
        </w:rPr>
        <w:t>〈Κελάδοντος:〉 ποταμὸς Ἀρκαδίας.</w:t>
      </w:r>
    </w:p>
    <w:p>
      <w:r>
        <w:rPr>
          <w:rFonts w:ascii="Courier New" w:hAnsi="Courier New"/>
          <w:color w:val="555555"/>
          <w:sz w:val="20"/>
        </w:rPr>
        <w:t>[3 . 109]</w:t>
      </w:r>
    </w:p>
    <w:p>
      <w:r>
        <w:rPr>
          <w:rFonts w:ascii="Gentium Plus" w:hAnsi="Gentium Plus"/>
          <w:sz w:val="24"/>
        </w:rPr>
        <w:t>〈Κερύνειος:〉 λόφος Ἀρκαδίας.</w:t>
      </w:r>
    </w:p>
    <w:p>
      <w:r>
        <w:rPr>
          <w:rFonts w:ascii="Courier New" w:hAnsi="Courier New"/>
          <w:color w:val="555555"/>
          <w:sz w:val="20"/>
        </w:rPr>
        <w:t>[3 . 110]</w:t>
      </w:r>
    </w:p>
    <w:p>
      <w:r>
        <w:rPr>
          <w:rFonts w:ascii="Gentium Plus" w:hAnsi="Gentium Plus"/>
          <w:sz w:val="24"/>
        </w:rPr>
        <w:t>〈Τιτυοκτόνε:〉 Τιτυὸς βιασάμενος Λητὼ ἀνῃρέθη ὑπὸ Ἀπόλ‐ λωνος καὶ Ἀρτέμιδος.</w:t>
      </w:r>
    </w:p>
    <w:p>
      <w:r>
        <w:rPr>
          <w:rFonts w:ascii="Courier New" w:hAnsi="Courier New"/>
          <w:color w:val="555555"/>
          <w:sz w:val="20"/>
        </w:rPr>
        <w:t>[3 . 112]</w:t>
      </w:r>
    </w:p>
    <w:p>
      <w:r>
        <w:rPr>
          <w:rFonts w:ascii="Gentium Plus" w:hAnsi="Gentium Plus"/>
          <w:sz w:val="24"/>
        </w:rPr>
        <w:t>〈κεμάδεσσι:〉 ἐλάφοις.</w:t>
      </w:r>
    </w:p>
    <w:p>
      <w:r>
        <w:rPr>
          <w:rFonts w:ascii="Courier New" w:hAnsi="Courier New"/>
          <w:color w:val="555555"/>
          <w:sz w:val="20"/>
        </w:rPr>
        <w:t>[3 114a]</w:t>
      </w:r>
    </w:p>
    <w:p>
      <w:r>
        <w:rPr>
          <w:rFonts w:ascii="Gentium Plus" w:hAnsi="Gentium Plus"/>
          <w:sz w:val="24"/>
        </w:rPr>
        <w:t>〈Αἵμῳ:〉 ὄρος Θρᾴκης.</w:t>
      </w:r>
    </w:p>
    <w:p>
      <w:r>
        <w:rPr>
          <w:rFonts w:ascii="Courier New" w:hAnsi="Courier New"/>
          <w:color w:val="555555"/>
          <w:sz w:val="20"/>
        </w:rPr>
        <w:t>[3 114b]</w:t>
      </w:r>
    </w:p>
    <w:p>
      <w:r>
        <w:rPr>
          <w:rFonts w:ascii="Gentium Plus" w:hAnsi="Gentium Plus"/>
          <w:sz w:val="24"/>
        </w:rPr>
        <w:t>κατᾶιξ δὲ ἡ λεγομένη καταιγίς.</w:t>
      </w:r>
    </w:p>
    <w:p>
      <w:r>
        <w:rPr>
          <w:rFonts w:ascii="Courier New" w:hAnsi="Courier New"/>
          <w:color w:val="555555"/>
          <w:sz w:val="20"/>
        </w:rPr>
        <w:t>[3 114c]</w:t>
      </w:r>
    </w:p>
    <w:p>
      <w:r>
        <w:rPr>
          <w:rFonts w:ascii="Gentium Plus" w:hAnsi="Gentium Plus"/>
          <w:sz w:val="24"/>
        </w:rPr>
        <w:t>〈κατᾶιξ:〉 λαῖλαψ.</w:t>
      </w:r>
    </w:p>
    <w:p>
      <w:r>
        <w:rPr>
          <w:rFonts w:ascii="Courier New" w:hAnsi="Courier New"/>
          <w:color w:val="555555"/>
          <w:sz w:val="20"/>
        </w:rPr>
        <w:t>[3 . 117]</w:t>
      </w:r>
    </w:p>
    <w:p>
      <w:r>
        <w:rPr>
          <w:rFonts w:ascii="Gentium Plus" w:hAnsi="Gentium Plus"/>
          <w:sz w:val="24"/>
        </w:rPr>
        <w:t>〈Μυσῷ:〉 ἔστι γὰρ καὶ ἄλλος Μακεδονίας.</w:t>
      </w:r>
    </w:p>
    <w:p>
      <w:r>
        <w:rPr>
          <w:rFonts w:ascii="Courier New" w:hAnsi="Courier New"/>
          <w:color w:val="555555"/>
          <w:sz w:val="20"/>
        </w:rPr>
        <w:t>[3 . 124]</w:t>
      </w:r>
    </w:p>
    <w:p>
      <w:r>
        <w:rPr>
          <w:rFonts w:ascii="Gentium Plus" w:hAnsi="Gentium Plus"/>
          <w:sz w:val="24"/>
        </w:rPr>
        <w:t>〈ἐμμάξεαι:〉 ἐμβάλῃς.</w:t>
      </w:r>
    </w:p>
    <w:p>
      <w:r>
        <w:rPr>
          <w:rFonts w:ascii="Courier New" w:hAnsi="Courier New"/>
          <w:color w:val="555555"/>
          <w:sz w:val="20"/>
        </w:rPr>
        <w:t>[3 . 125]</w:t>
      </w:r>
    </w:p>
    <w:p>
      <w:r>
        <w:rPr>
          <w:rFonts w:ascii="Gentium Plus" w:hAnsi="Gentium Plus"/>
          <w:sz w:val="24"/>
        </w:rPr>
        <w:t>φιν: χωρὶς τοῦ ς διὰ τὸ μέτρον.</w:t>
      </w:r>
    </w:p>
    <w:p>
      <w:r>
        <w:rPr>
          <w:rFonts w:ascii="Courier New" w:hAnsi="Courier New"/>
          <w:color w:val="555555"/>
          <w:sz w:val="20"/>
        </w:rPr>
        <w:t>[3 . 127]</w:t>
      </w:r>
    </w:p>
    <w:p>
      <w:r>
        <w:rPr>
          <w:rFonts w:ascii="Gentium Plus" w:hAnsi="Gentium Plus"/>
          <w:sz w:val="24"/>
        </w:rPr>
        <w:t>ἢ βληταί: ἤγ(ουν) βεβλημέναι ὑπὸ τῆς Ἀρτέμιδος.</w:t>
      </w:r>
    </w:p>
    <w:p>
      <w:r>
        <w:rPr>
          <w:rFonts w:ascii="Courier New" w:hAnsi="Courier New"/>
          <w:color w:val="555555"/>
          <w:sz w:val="20"/>
        </w:rPr>
        <w:t>[3 . 133]</w:t>
      </w:r>
    </w:p>
    <w:p>
      <w:r>
        <w:rPr>
          <w:rFonts w:ascii="Gentium Plus" w:hAnsi="Gentium Plus"/>
          <w:sz w:val="24"/>
        </w:rPr>
        <w:t>〈τρώει:〉 τρύχει, φθείρει.</w:t>
      </w:r>
    </w:p>
    <w:p>
      <w:r>
        <w:rPr>
          <w:rFonts w:ascii="Courier New" w:hAnsi="Courier New"/>
          <w:color w:val="555555"/>
          <w:sz w:val="20"/>
        </w:rPr>
        <w:t>[3 . 134]</w:t>
      </w:r>
    </w:p>
    <w:p>
      <w:r>
        <w:rPr>
          <w:rFonts w:ascii="Gentium Plus" w:hAnsi="Gentium Plus"/>
          <w:sz w:val="24"/>
        </w:rPr>
        <w:t>〈θυωρόν:〉 θυωρὸς ἡ φιλικὴ τράπεζα, κυρίως δὲ ἡ θεοῖς ἀνα‐ τιθεμένη. τὸ δὲ ἑξῆς· περὶ μίαν θυωρὸν τὰ δίφρα τίθενται αἱ εἰνάτερες καὶ αἱ γαλόῳ.</w:t>
      </w:r>
    </w:p>
    <w:p>
      <w:r>
        <w:rPr>
          <w:rFonts w:ascii="Courier New" w:hAnsi="Courier New"/>
          <w:color w:val="555555"/>
          <w:sz w:val="20"/>
        </w:rPr>
        <w:t>[3 136sq]</w:t>
      </w:r>
    </w:p>
    <w:p>
      <w:r>
        <w:rPr>
          <w:rFonts w:ascii="Gentium Plus" w:hAnsi="Gentium Plus"/>
          <w:sz w:val="24"/>
        </w:rPr>
        <w:t>εἴη μοι φίλος ὅστις ὑπὸ σοῦ προνοεῖται, εἴην δὲ καὶ αὐτός.</w:t>
      </w:r>
    </w:p>
    <w:p>
      <w:r>
        <w:rPr>
          <w:rFonts w:ascii="Courier New" w:hAnsi="Courier New"/>
          <w:color w:val="555555"/>
          <w:sz w:val="20"/>
        </w:rPr>
        <w:t>[3 . 140]</w:t>
      </w:r>
    </w:p>
    <w:p>
      <w:r>
        <w:rPr>
          <w:rFonts w:ascii="Gentium Plus" w:hAnsi="Gentium Plus"/>
          <w:sz w:val="24"/>
        </w:rPr>
        <w:t>〈ἄντυγες:〉 ἀπὸ τῆς ἄντυγος τὸ ὅλον ἅρμα σημαίνει.</w:t>
      </w:r>
    </w:p>
    <w:p>
      <w:r>
        <w:rPr>
          <w:rFonts w:ascii="Courier New" w:hAnsi="Courier New"/>
          <w:color w:val="555555"/>
          <w:sz w:val="20"/>
        </w:rPr>
        <w:t>[3 . 143]</w:t>
      </w:r>
    </w:p>
    <w:p>
      <w:r>
        <w:rPr>
          <w:rFonts w:ascii="Gentium Plus" w:hAnsi="Gentium Plus"/>
          <w:sz w:val="24"/>
        </w:rPr>
        <w:t>Ἀκακήσιος: ἀπὸ ὄρους Ἀρκαδίας, ἢ ὁ μηδενὸς κακοῦ παραίτιος ὤν.</w:t>
      </w:r>
    </w:p>
    <w:p>
      <w:r>
        <w:rPr>
          <w:rFonts w:ascii="Courier New" w:hAnsi="Courier New"/>
          <w:color w:val="555555"/>
          <w:sz w:val="20"/>
        </w:rPr>
        <w:t>[3 . 146]</w:t>
      </w:r>
    </w:p>
    <w:p>
      <w:r>
        <w:rPr>
          <w:rFonts w:ascii="Gentium Plus" w:hAnsi="Gentium Plus"/>
          <w:sz w:val="24"/>
        </w:rPr>
        <w:t>〈Τιρύνθιος ἄκμων:〉 ὁ μὴ καμὼν ἐπὶ τοῖς ἄθλοις Ἡρακλῆς.</w:t>
      </w:r>
    </w:p>
    <w:p>
      <w:r>
        <w:rPr>
          <w:rFonts w:ascii="Courier New" w:hAnsi="Courier New"/>
          <w:color w:val="555555"/>
          <w:sz w:val="20"/>
        </w:rPr>
        <w:t>[3 . 149]</w:t>
      </w:r>
    </w:p>
    <w:p>
      <w:r>
        <w:rPr>
          <w:rFonts w:ascii="Gentium Plus" w:hAnsi="Gentium Plus"/>
          <w:sz w:val="24"/>
        </w:rPr>
        <w:t>〈πενθερή:〉 ἡ Ἥρα.</w:t>
      </w:r>
    </w:p>
    <w:p>
      <w:r>
        <w:rPr>
          <w:rFonts w:ascii="Courier New" w:hAnsi="Courier New"/>
          <w:color w:val="555555"/>
          <w:sz w:val="20"/>
        </w:rPr>
        <w:t>[3 . 152]</w:t>
      </w:r>
    </w:p>
    <w:p>
      <w:r>
        <w:rPr>
          <w:rFonts w:ascii="Gentium Plus" w:hAnsi="Gentium Plus"/>
          <w:sz w:val="24"/>
        </w:rPr>
        <w:t>πινύσκει: σωφρονίζει, κολακεύει ὁ Ἡρακλῆς.</w:t>
      </w:r>
    </w:p>
    <w:p>
      <w:r>
        <w:rPr>
          <w:rFonts w:ascii="Courier New" w:hAnsi="Courier New"/>
          <w:color w:val="555555"/>
          <w:sz w:val="20"/>
        </w:rPr>
        <w:t>[3 154a]</w:t>
      </w:r>
    </w:p>
    <w:p>
      <w:r>
        <w:rPr>
          <w:rFonts w:ascii="Gentium Plus" w:hAnsi="Gentium Plus"/>
          <w:sz w:val="24"/>
        </w:rPr>
        <w:t>〈ἔα πρόκας:〉 διὰ τὴν ἀδηφαγίαν τὰ μείζω τῶν ζῴων αὐτὴν κελεύει ἀγρεύειν. [b] 〈πρόκας:〉 νεβρούς.</w:t>
      </w:r>
    </w:p>
    <w:p>
      <w:r>
        <w:rPr>
          <w:rFonts w:ascii="Courier New" w:hAnsi="Courier New"/>
          <w:color w:val="555555"/>
          <w:sz w:val="20"/>
        </w:rPr>
        <w:t>[3 . 158]</w:t>
      </w:r>
    </w:p>
    <w:p>
      <w:r>
        <w:rPr>
          <w:rFonts w:ascii="Gentium Plus" w:hAnsi="Gentium Plus"/>
          <w:sz w:val="24"/>
        </w:rPr>
        <w:t>〈περὶ θῆρα πονεῖτο:〉 ἐσθίων</w:t>
      </w:r>
    </w:p>
    <w:p>
      <w:r>
        <w:rPr>
          <w:rFonts w:ascii="Courier New" w:hAnsi="Courier New"/>
          <w:color w:val="555555"/>
          <w:sz w:val="20"/>
        </w:rPr>
        <w:t>[3 . 159]</w:t>
      </w:r>
    </w:p>
    <w:p>
      <w:r>
        <w:rPr>
          <w:rFonts w:ascii="Gentium Plus" w:hAnsi="Gentium Plus"/>
          <w:sz w:val="24"/>
        </w:rPr>
        <w:t>〈Φρυγίῃ:〉 Φρυγία ὄρος Τραχῖνος, ἔνθα ἐκάη ὁ Ἡρακλῆς.</w:t>
      </w:r>
    </w:p>
    <w:p>
      <w:r>
        <w:rPr>
          <w:rFonts w:ascii="Courier New" w:hAnsi="Courier New"/>
          <w:color w:val="555555"/>
          <w:sz w:val="20"/>
        </w:rPr>
        <w:t>[3 . 161]</w:t>
      </w:r>
    </w:p>
    <w:p>
      <w:r>
        <w:rPr>
          <w:rFonts w:ascii="Gentium Plus" w:hAnsi="Gentium Plus"/>
          <w:sz w:val="24"/>
        </w:rPr>
        <w:t>〈Θειοδάμαντι:〉 βασιλεὺς Δρυόπων ὁ Θειοδάμας.</w:t>
      </w:r>
    </w:p>
    <w:p>
      <w:r>
        <w:rPr>
          <w:rFonts w:ascii="Courier New" w:hAnsi="Courier New"/>
          <w:color w:val="555555"/>
          <w:sz w:val="20"/>
        </w:rPr>
        <w:t>[3 . 165]</w:t>
      </w:r>
    </w:p>
    <w:p>
      <w:r>
        <w:rPr>
          <w:rFonts w:ascii="Gentium Plus" w:hAnsi="Gentium Plus"/>
          <w:sz w:val="24"/>
        </w:rPr>
        <w:t>〈ὠκύθοον τριπέτηλον:〉 ταχέως ἀνατέλλον τρίφυλλον.</w:t>
      </w:r>
    </w:p>
    <w:p>
      <w:r>
        <w:rPr>
          <w:rFonts w:ascii="Courier New" w:hAnsi="Courier New"/>
          <w:color w:val="555555"/>
          <w:sz w:val="20"/>
        </w:rPr>
        <w:t>[3 . 166]</w:t>
      </w:r>
    </w:p>
    <w:p>
      <w:r>
        <w:rPr>
          <w:rFonts w:ascii="Gentium Plus" w:hAnsi="Gentium Plus"/>
          <w:sz w:val="24"/>
        </w:rPr>
        <w:t>〈ὑποληνίδας:〉 πυέλους, ποτίστρας.</w:t>
      </w:r>
    </w:p>
    <w:p>
      <w:r>
        <w:rPr>
          <w:rFonts w:ascii="Courier New" w:hAnsi="Courier New"/>
          <w:color w:val="555555"/>
          <w:sz w:val="20"/>
        </w:rPr>
        <w:t>[3 170sqq]</w:t>
      </w:r>
    </w:p>
    <w:p>
      <w:r>
        <w:rPr>
          <w:rFonts w:ascii="Gentium Plus" w:hAnsi="Gentium Plus"/>
          <w:sz w:val="24"/>
        </w:rPr>
        <w:t>τὸ ἑξῆς· ἡνίκα αἱ νύμφαι—, μὴ νειὸν τημοῦτος.</w:t>
      </w:r>
    </w:p>
    <w:p>
      <w:r>
        <w:rPr>
          <w:rFonts w:ascii="Courier New" w:hAnsi="Courier New"/>
          <w:color w:val="555555"/>
          <w:sz w:val="20"/>
        </w:rPr>
        <w:t>[3 . 171]</w:t>
      </w:r>
    </w:p>
    <w:p>
      <w:r>
        <w:rPr>
          <w:rFonts w:ascii="Gentium Plus" w:hAnsi="Gentium Plus"/>
          <w:sz w:val="24"/>
        </w:rPr>
        <w:t>〈Ἰνωποῖο:〉 Ἰνωπὸς ποταμὸς Δήλου. Αἰγύπτιος δὲ διὰ τὸν Νεῖλον, ὅτι καὶ αὐτὸς †ἐκεῖ† πλημυρεῖ. ἢ ὅτι λέγεται ἐκ τοῦ ὕδατος τοῦ Νείλου μετέχειν λαθραίως.</w:t>
      </w:r>
    </w:p>
    <w:p>
      <w:r>
        <w:rPr>
          <w:rFonts w:ascii="Courier New" w:hAnsi="Courier New"/>
          <w:color w:val="555555"/>
          <w:sz w:val="20"/>
        </w:rPr>
        <w:t>[3 172a]</w:t>
      </w:r>
    </w:p>
    <w:p>
      <w:r>
        <w:rPr>
          <w:rFonts w:ascii="Gentium Plus" w:hAnsi="Gentium Plus"/>
          <w:sz w:val="24"/>
        </w:rPr>
        <w:t>〈Πιτάνῃ:〉 πόλις Λακεδαιμονίας.</w:t>
      </w:r>
    </w:p>
    <w:p>
      <w:r>
        <w:rPr>
          <w:rFonts w:ascii="Courier New" w:hAnsi="Courier New"/>
          <w:color w:val="555555"/>
          <w:sz w:val="20"/>
        </w:rPr>
        <w:t>[3 172b]</w:t>
      </w:r>
    </w:p>
    <w:p>
      <w:r>
        <w:rPr>
          <w:rFonts w:ascii="Gentium Plus" w:hAnsi="Gentium Plus"/>
          <w:sz w:val="24"/>
        </w:rPr>
        <w:t>〈Λίμναις:〉 Λίμναι δῆμος Ἀττικῆς, ἔνθα τιμᾶται ἡ Ἄρτεμις.</w:t>
      </w:r>
    </w:p>
    <w:p>
      <w:r>
        <w:rPr>
          <w:rFonts w:ascii="Courier New" w:hAnsi="Courier New"/>
          <w:color w:val="555555"/>
          <w:sz w:val="20"/>
        </w:rPr>
        <w:t>[3 . 173]</w:t>
      </w:r>
    </w:p>
    <w:p>
      <w:r>
        <w:rPr>
          <w:rFonts w:ascii="Gentium Plus" w:hAnsi="Gentium Plus"/>
          <w:sz w:val="24"/>
        </w:rPr>
        <w:t>〈Ἀλὰς Ἀραφηνίδας:〉 δύο Ἀλαὶ δῆμοι τῆς Ἀττικῆς, Ἀλαὶ Ἀραφηνίδες καὶ Ἀλαὶ Αἰξωνίδες.</w:t>
      </w:r>
    </w:p>
    <w:p>
      <w:r>
        <w:rPr>
          <w:rFonts w:ascii="Courier New" w:hAnsi="Courier New"/>
          <w:color w:val="555555"/>
          <w:sz w:val="20"/>
        </w:rPr>
        <w:t>[3 . 174]</w:t>
      </w:r>
    </w:p>
    <w:p>
      <w:r>
        <w:rPr>
          <w:rFonts w:ascii="Gentium Plus" w:hAnsi="Gentium Plus"/>
          <w:sz w:val="24"/>
        </w:rPr>
        <w:t>τέθμια Ταύρων: τὰ νόμιμα τῶν Σκυθῶν ἤγουν τὸ θύειν τοὺς ξένους.</w:t>
      </w:r>
    </w:p>
    <w:p>
      <w:r>
        <w:rPr>
          <w:rFonts w:ascii="Courier New" w:hAnsi="Courier New"/>
          <w:color w:val="555555"/>
          <w:sz w:val="20"/>
        </w:rPr>
        <w:t>[3 . 175]</w:t>
      </w:r>
    </w:p>
    <w:p>
      <w:r>
        <w:rPr>
          <w:rFonts w:ascii="Gentium Plus" w:hAnsi="Gentium Plus"/>
          <w:sz w:val="24"/>
        </w:rPr>
        <w:t>〈τημοῦτος:〉 τηνικαῦτα.</w:t>
      </w:r>
    </w:p>
    <w:p>
      <w:r>
        <w:rPr>
          <w:rFonts w:ascii="Courier New" w:hAnsi="Courier New"/>
          <w:color w:val="555555"/>
          <w:sz w:val="20"/>
        </w:rPr>
        <w:t>[3 176sqq]</w:t>
      </w:r>
    </w:p>
    <w:p>
      <w:r>
        <w:rPr>
          <w:rFonts w:ascii="Gentium Plus" w:hAnsi="Gentium Plus"/>
          <w:sz w:val="24"/>
        </w:rPr>
        <w:t>τὸ ἑξῆς· ἡνίκα αἱ νύμφαι τὴν Ἄρτεμιν τῷ χορῷ κυκλώσονται, μὴ γένοιτο τὰς ἐμὰς βοῦς ἐπ’ ἀλλοτρίῳ μισθῷ ἐργάζεσθαι· καὶ γὰρ ὁ ἥλιος ἐπέχει τὸν ἑαυτοῦ δρόμον καὶ αὐτὸς ἐφορῶν τὸν χορὸν τῶν νυμφῶν, ὥστε εἶναι πολὺ τὸ τῆς ἡμέρας διάστημα.</w:t>
      </w:r>
    </w:p>
    <w:p>
      <w:r>
        <w:rPr>
          <w:rFonts w:ascii="Courier New" w:hAnsi="Courier New"/>
          <w:color w:val="555555"/>
          <w:sz w:val="20"/>
        </w:rPr>
        <w:t>[3 . 177]</w:t>
      </w:r>
    </w:p>
    <w:p>
      <w:r>
        <w:rPr>
          <w:rFonts w:ascii="Gentium Plus" w:hAnsi="Gentium Plus"/>
          <w:sz w:val="24"/>
        </w:rPr>
        <w:t>〈γυιαί:〉 χωλαί.</w:t>
      </w:r>
    </w:p>
    <w:p>
      <w:r>
        <w:rPr>
          <w:rFonts w:ascii="Courier New" w:hAnsi="Courier New"/>
          <w:color w:val="555555"/>
          <w:sz w:val="20"/>
        </w:rPr>
        <w:t>[3 178a]</w:t>
      </w:r>
    </w:p>
    <w:p>
      <w:r>
        <w:rPr>
          <w:rFonts w:ascii="Gentium Plus" w:hAnsi="Gentium Plus"/>
          <w:sz w:val="24"/>
        </w:rPr>
        <w:t>〈κόπρον:〉 τὴν ἔπαυλιν.</w:t>
      </w:r>
    </w:p>
    <w:p>
      <w:r>
        <w:rPr>
          <w:rFonts w:ascii="Courier New" w:hAnsi="Courier New"/>
          <w:color w:val="555555"/>
          <w:sz w:val="20"/>
        </w:rPr>
        <w:t>[3 178b]</w:t>
      </w:r>
    </w:p>
    <w:p>
      <w:r>
        <w:rPr>
          <w:rFonts w:ascii="Gentium Plus" w:hAnsi="Gentium Plus"/>
          <w:sz w:val="24"/>
        </w:rPr>
        <w:t>〈Στυμφαιΐδες:〉 Ἠπειρωτικαί· Στύμφαι γὰρ χωρίον τῆς Ἠπείρου· λέγεται δὲ καλὰς βοῦς ἔχειν τὴν Ἤπειρον.</w:t>
      </w:r>
    </w:p>
    <w:p>
      <w:r>
        <w:rPr>
          <w:rFonts w:ascii="Courier New" w:hAnsi="Courier New"/>
          <w:color w:val="555555"/>
          <w:sz w:val="20"/>
        </w:rPr>
        <w:t>[3 . 179]</w:t>
      </w:r>
    </w:p>
    <w:p>
      <w:r>
        <w:rPr>
          <w:rFonts w:ascii="Gentium Plus" w:hAnsi="Gentium Plus"/>
          <w:sz w:val="24"/>
        </w:rPr>
        <w:t>κεραελκέες: διὰ τὸ τοῖς κέρασιν ἕλκειν τὸ ἄροτρον.</w:t>
      </w:r>
    </w:p>
    <w:p>
      <w:r>
        <w:rPr>
          <w:rFonts w:ascii="Courier New" w:hAnsi="Courier New"/>
          <w:color w:val="555555"/>
          <w:sz w:val="20"/>
        </w:rPr>
        <w:t>[3 . 187]</w:t>
      </w:r>
    </w:p>
    <w:p>
      <w:r>
        <w:rPr>
          <w:rFonts w:ascii="Gentium Plus" w:hAnsi="Gentium Plus"/>
          <w:sz w:val="24"/>
        </w:rPr>
        <w:t>〈Πέργη:〉 μητρόπολις Παμφυλίας.</w:t>
      </w:r>
    </w:p>
    <w:p>
      <w:r>
        <w:rPr>
          <w:rFonts w:ascii="Courier New" w:hAnsi="Courier New"/>
          <w:color w:val="555555"/>
          <w:sz w:val="20"/>
        </w:rPr>
        <w:t>[3 188a]</w:t>
      </w:r>
    </w:p>
    <w:p>
      <w:r>
        <w:rPr>
          <w:rFonts w:ascii="Gentium Plus" w:hAnsi="Gentium Plus"/>
          <w:sz w:val="24"/>
        </w:rPr>
        <w:t>〈Τηΰγετον:〉 ὄρος Λακεδαίμονος.</w:t>
      </w:r>
    </w:p>
    <w:p>
      <w:r>
        <w:rPr>
          <w:rFonts w:ascii="Courier New" w:hAnsi="Courier New"/>
          <w:color w:val="555555"/>
          <w:sz w:val="20"/>
        </w:rPr>
        <w:t>[3 188b]</w:t>
      </w:r>
    </w:p>
    <w:p>
      <w:r>
        <w:rPr>
          <w:rFonts w:ascii="Gentium Plus" w:hAnsi="Gentium Plus"/>
          <w:sz w:val="24"/>
        </w:rPr>
        <w:t>〈Εὐρίποιο:〉 ὁ μεταξὺ Εὐβοίας καὶ Βοιωτίας ῥοῦς. καλεῖται δὲ οὕτως ἡ Εὔβοια· λέγεται δὲ καὶ Μάκρις διὰ τὸ ἐπὶ μῆκος αὐτὴν κεῖσθαι.</w:t>
      </w:r>
    </w:p>
    <w:p>
      <w:r>
        <w:rPr>
          <w:rFonts w:ascii="Courier New" w:hAnsi="Courier New"/>
          <w:color w:val="555555"/>
          <w:sz w:val="20"/>
        </w:rPr>
        <w:t>[3 . 189]</w:t>
      </w:r>
    </w:p>
    <w:p>
      <w:r>
        <w:rPr>
          <w:rFonts w:ascii="Gentium Plus" w:hAnsi="Gentium Plus"/>
          <w:sz w:val="24"/>
        </w:rPr>
        <w:t>〈Γορτυνίδα:〉 Κρητικήν, ἀπὸ τόπου.</w:t>
      </w:r>
    </w:p>
    <w:p>
      <w:r>
        <w:rPr>
          <w:rFonts w:ascii="Courier New" w:hAnsi="Courier New"/>
          <w:color w:val="555555"/>
          <w:sz w:val="20"/>
        </w:rPr>
        <w:t>[3 190a]</w:t>
      </w:r>
    </w:p>
    <w:p>
      <w:r>
        <w:rPr>
          <w:rFonts w:ascii="Gentium Plus" w:hAnsi="Gentium Plus"/>
          <w:sz w:val="24"/>
        </w:rPr>
        <w:t>〈ἐλλοφόνον:〉 νεβροκτόνον.</w:t>
      </w:r>
    </w:p>
    <w:p>
      <w:r>
        <w:rPr>
          <w:rFonts w:ascii="Courier New" w:hAnsi="Courier New"/>
          <w:color w:val="555555"/>
          <w:sz w:val="20"/>
        </w:rPr>
        <w:t>[3 190b]</w:t>
      </w:r>
    </w:p>
    <w:p>
      <w:r>
        <w:rPr>
          <w:rFonts w:ascii="Gentium Plus" w:hAnsi="Gentium Plus"/>
          <w:sz w:val="24"/>
        </w:rPr>
        <w:t>〈Βριτόμαρτιν:〉 Βριτόμαρτις ὄνομα κύριον τῆς νύμφης, ἀφ’ ἧς καὶ ἡ Ἄρτεμις ἐν Κρήτῃ Βριτόμαρτις τιμᾶται, ὡς Διογενιανός (fr. XX)</w:t>
      </w:r>
    </w:p>
    <w:p>
      <w:r>
        <w:rPr>
          <w:rFonts w:ascii="Courier New" w:hAnsi="Courier New"/>
          <w:color w:val="555555"/>
          <w:sz w:val="20"/>
        </w:rPr>
        <w:t>[3 . 194]</w:t>
      </w:r>
    </w:p>
    <w:p>
      <w:r>
        <w:rPr>
          <w:rFonts w:ascii="Gentium Plus" w:hAnsi="Gentium Plus"/>
          <w:sz w:val="24"/>
        </w:rPr>
        <w:t>〈παίπαλα:〉 τόπους τραχεῖς.</w:t>
      </w:r>
    </w:p>
    <w:p>
      <w:r>
        <w:rPr>
          <w:rFonts w:ascii="Courier New" w:hAnsi="Courier New"/>
          <w:color w:val="555555"/>
          <w:sz w:val="20"/>
        </w:rPr>
        <w:t>[3 . 204]</w:t>
      </w:r>
    </w:p>
    <w:p>
      <w:r>
        <w:rPr>
          <w:rFonts w:ascii="Gentium Plus" w:hAnsi="Gentium Plus"/>
          <w:sz w:val="24"/>
        </w:rPr>
        <w:t>〈Οὖπι:〉 Οὖπις ἐπίθετον Ἀρτέμιδος· ἢ παρὰ τὸ ὀπίζεσθαι τὰς τικτούσας αὐτήν, ἢ παρὰ τὴν θρέψασαν αὐτὴν Οὖπιν ἢ διὰ τὰς Ὑπερ‐ βορέους κόρας, Οὖπιν, Ἑκαέργην, Λοξώ, ἃς ἐτίμησεν Ἀπόλλων καὶ Ἄρτεμις· καὶ ἀπὸ μὲν τῆς μιᾶς Οὖπις ἡ Ἄρτεμις, Λοξίας δὲ καὶ Ἑκάεργος</w:t>
      </w:r>
    </w:p>
    <w:p>
      <w:r>
        <w:rPr>
          <w:rFonts w:ascii="Courier New" w:hAnsi="Courier New"/>
          <w:color w:val="555555"/>
          <w:sz w:val="20"/>
        </w:rPr>
        <w:t>[5]</w:t>
      </w:r>
    </w:p>
    <w:p>
      <w:r>
        <w:rPr>
          <w:rFonts w:ascii="Gentium Plus" w:hAnsi="Gentium Plus"/>
          <w:sz w:val="24"/>
        </w:rPr>
        <w:t>ἐκ τῶν λοιπῶν ὁ Ἀπόλλων.</w:t>
      </w:r>
    </w:p>
    <w:p>
      <w:r>
        <w:rPr>
          <w:rFonts w:ascii="Courier New" w:hAnsi="Courier New"/>
          <w:color w:val="555555"/>
          <w:sz w:val="20"/>
        </w:rPr>
        <w:t>[3 208a]</w:t>
      </w:r>
    </w:p>
    <w:p>
      <w:r>
        <w:rPr>
          <w:rFonts w:ascii="Gentium Plus" w:hAnsi="Gentium Plus"/>
          <w:sz w:val="24"/>
        </w:rPr>
        <w:t>〈Ὑψηίς:〉 ἡ Κυρήνη.</w:t>
      </w:r>
    </w:p>
    <w:p>
      <w:r>
        <w:rPr>
          <w:rFonts w:ascii="Courier New" w:hAnsi="Courier New"/>
          <w:color w:val="555555"/>
          <w:sz w:val="20"/>
        </w:rPr>
        <w:t>[3 208b]</w:t>
      </w:r>
    </w:p>
    <w:p>
      <w:r>
        <w:rPr>
          <w:rFonts w:ascii="Gentium Plus" w:hAnsi="Gentium Plus"/>
          <w:sz w:val="24"/>
        </w:rPr>
        <w:t>τύμβον Ἰώλκιον: τὸν τοῦ Πελίου· ἐν Ἰωλκῷ γὰρ ὁ Πελίας.</w:t>
      </w:r>
    </w:p>
    <w:p>
      <w:r>
        <w:rPr>
          <w:rFonts w:ascii="Courier New" w:hAnsi="Courier New"/>
          <w:color w:val="555555"/>
          <w:sz w:val="20"/>
        </w:rPr>
        <w:t>[3 . 209]</w:t>
      </w:r>
    </w:p>
    <w:p>
      <w:r>
        <w:rPr>
          <w:rFonts w:ascii="Gentium Plus" w:hAnsi="Gentium Plus"/>
          <w:sz w:val="24"/>
        </w:rPr>
        <w:t>〈Κεφάλου ξανθὴν ἄλοχον:〉 τὴν Πρόκριν.</w:t>
      </w:r>
    </w:p>
    <w:p>
      <w:r>
        <w:rPr>
          <w:rFonts w:ascii="Courier New" w:hAnsi="Courier New"/>
          <w:color w:val="555555"/>
          <w:sz w:val="20"/>
        </w:rPr>
        <w:t>[3 . 211]</w:t>
      </w:r>
    </w:p>
    <w:p>
      <w:r>
        <w:rPr>
          <w:rFonts w:ascii="Gentium Plus" w:hAnsi="Gentium Plus"/>
          <w:sz w:val="24"/>
        </w:rPr>
        <w:t>〈Ἀντίκλειαν:〉 ἢ τὴν μητέρα Ὀδυσσέως ἢ ἄλλην τινά.</w:t>
      </w:r>
    </w:p>
    <w:p>
      <w:r>
        <w:rPr>
          <w:rFonts w:ascii="Courier New" w:hAnsi="Courier New"/>
          <w:color w:val="555555"/>
          <w:sz w:val="20"/>
        </w:rPr>
        <w:t>[3 . 215]</w:t>
      </w:r>
    </w:p>
    <w:p>
      <w:r>
        <w:rPr>
          <w:rFonts w:ascii="Gentium Plus" w:hAnsi="Gentium Plus"/>
          <w:sz w:val="24"/>
        </w:rPr>
        <w:t>〈ποδορρώρην:〉 τὴν τοῖς ποσὶν ὀρούουσαν καὶ ὁρμῶσαν.</w:t>
      </w:r>
    </w:p>
    <w:p>
      <w:r>
        <w:rPr>
          <w:rFonts w:ascii="Courier New" w:hAnsi="Courier New"/>
          <w:color w:val="555555"/>
          <w:sz w:val="20"/>
        </w:rPr>
        <w:t>[3 . 221]</w:t>
      </w:r>
    </w:p>
    <w:p>
      <w:r>
        <w:rPr>
          <w:rFonts w:ascii="Gentium Plus" w:hAnsi="Gentium Plus"/>
          <w:sz w:val="24"/>
        </w:rPr>
        <w:t>〈Ὑλαῖον:〉 Ὑλαῖος καὶ Ῥοῖκος Κένταυροι περὶ Ἀρκαδίαν, οὓς ἀνεῖλεν Ἀταλάντη βιασαμένους αὐτήν.</w:t>
      </w:r>
    </w:p>
    <w:p>
      <w:r>
        <w:rPr>
          <w:rFonts w:ascii="Courier New" w:hAnsi="Courier New"/>
          <w:color w:val="555555"/>
          <w:sz w:val="20"/>
        </w:rPr>
        <w:t>[3 224a]</w:t>
      </w:r>
    </w:p>
    <w:p>
      <w:r>
        <w:rPr>
          <w:rFonts w:ascii="Gentium Plus" w:hAnsi="Gentium Plus"/>
          <w:sz w:val="24"/>
        </w:rPr>
        <w:t>〈τάων:〉 τῶν λαγόνων τῶν Κενταύρων.</w:t>
      </w:r>
    </w:p>
    <w:p>
      <w:r>
        <w:rPr>
          <w:rFonts w:ascii="Courier New" w:hAnsi="Courier New"/>
          <w:color w:val="555555"/>
          <w:sz w:val="20"/>
        </w:rPr>
        <w:t>[3 224b]</w:t>
      </w:r>
    </w:p>
    <w:p>
      <w:r>
        <w:rPr>
          <w:rFonts w:ascii="Gentium Plus" w:hAnsi="Gentium Plus"/>
          <w:sz w:val="24"/>
        </w:rPr>
        <w:t>〈Μαιναλίη:〉 ὄρος Ἀρκαδίας.</w:t>
      </w:r>
    </w:p>
    <w:p>
      <w:r>
        <w:rPr>
          <w:rFonts w:ascii="Courier New" w:hAnsi="Courier New"/>
          <w:color w:val="555555"/>
          <w:sz w:val="20"/>
        </w:rPr>
        <w:t>[3 224c]</w:t>
      </w:r>
    </w:p>
    <w:p>
      <w:r>
        <w:rPr>
          <w:rFonts w:ascii="Gentium Plus" w:hAnsi="Gentium Plus"/>
          <w:sz w:val="24"/>
        </w:rPr>
        <w:t>νᾶεν: ἔσταξεν, ἔβρεξεν, ὅθεν καὶ νᾶμα καὶ νασμός.</w:t>
      </w:r>
    </w:p>
    <w:p>
      <w:r>
        <w:rPr>
          <w:rFonts w:ascii="Courier New" w:hAnsi="Courier New"/>
          <w:color w:val="555555"/>
          <w:sz w:val="20"/>
        </w:rPr>
        <w:t>[3 . 228]</w:t>
      </w:r>
    </w:p>
    <w:p>
      <w:r>
        <w:rPr>
          <w:rFonts w:ascii="Gentium Plus" w:hAnsi="Gentium Plus"/>
          <w:sz w:val="24"/>
        </w:rPr>
        <w:t>Χησιάς: 〈Χήσιον〉 ἀκρωτήριον τῆς Σάμου καὶ Ἴμβρασος ποταμὸς Σάμου.</w:t>
      </w:r>
    </w:p>
    <w:p>
      <w:r>
        <w:rPr>
          <w:rFonts w:ascii="Courier New" w:hAnsi="Courier New"/>
          <w:color w:val="555555"/>
          <w:sz w:val="20"/>
        </w:rPr>
        <w:t>[3 . 232]</w:t>
      </w:r>
    </w:p>
    <w:p>
      <w:r>
        <w:rPr>
          <w:rFonts w:ascii="Gentium Plus" w:hAnsi="Gentium Plus"/>
          <w:sz w:val="24"/>
        </w:rPr>
        <w:t>〈Ῥαμνουσίδι:〉 Ῥαμνοῦς δῆμος Ἀττικῆς, ἔνθα τῇ Νεμέσει ὁ Ζεὺς συνεκαθεύδησεν, ἥτις ἔτεκεν ᾠόν, ὅπερ εὑροῦσα ἡ Λήδα ἐθέρμανε καὶ ἐξέβαλε τοὺς Διοσκούρους καὶ τὴν Ἑλένην.</w:t>
      </w:r>
    </w:p>
    <w:p>
      <w:r>
        <w:rPr>
          <w:rFonts w:ascii="Courier New" w:hAnsi="Courier New"/>
          <w:color w:val="555555"/>
          <w:sz w:val="20"/>
        </w:rPr>
        <w:t>[3 235a]</w:t>
      </w:r>
    </w:p>
    <w:p>
      <w:r>
        <w:rPr>
          <w:rFonts w:ascii="Gentium Plus" w:hAnsi="Gentium Plus"/>
          <w:sz w:val="24"/>
        </w:rPr>
        <w:t>〈Ἀζήνια:〉 ὄρος Ἀρκαδίας.</w:t>
      </w:r>
    </w:p>
    <w:p>
      <w:r>
        <w:rPr>
          <w:rFonts w:ascii="Courier New" w:hAnsi="Courier New"/>
          <w:color w:val="555555"/>
          <w:sz w:val="20"/>
        </w:rPr>
        <w:t>[3 235b]</w:t>
      </w:r>
    </w:p>
    <w:p>
      <w:r>
        <w:rPr>
          <w:rFonts w:ascii="Gentium Plus" w:hAnsi="Gentium Plus"/>
          <w:sz w:val="24"/>
        </w:rPr>
        <w:t>〈ἐνὶ Λούσοις:〉 ἡ εὐθεῖα τὰ Λοῦσα οὐδετέρως, ὡς Ἡρωδιανός.</w:t>
      </w:r>
    </w:p>
    <w:p>
      <w:r>
        <w:rPr>
          <w:rFonts w:ascii="Courier New" w:hAnsi="Courier New"/>
          <w:color w:val="555555"/>
          <w:sz w:val="20"/>
        </w:rPr>
        <w:t>[3 . 236]</w:t>
      </w:r>
    </w:p>
    <w:p>
      <w:r>
        <w:rPr>
          <w:rFonts w:ascii="Gentium Plus" w:hAnsi="Gentium Plus"/>
          <w:sz w:val="24"/>
        </w:rPr>
        <w:t>〈θυμὸν ἀπ’ ἄγριον εἵλεο παίδων:〉 τοῦ Προίτου μανεῖσαι αἱ τρεῖς θυγατέρες πάλιν διὰ τῆς Ἀρτέμιδος ἡμερώθησαν. ὁ δὲ κτίζει ἱερὰ δύο, ἓν μὲν Κορίης, ἓν δὲ Ἡμέρης, διότι τὰς κόρας ἡμέρωσεν.</w:t>
      </w:r>
    </w:p>
    <w:p>
      <w:r>
        <w:rPr>
          <w:rFonts w:ascii="Courier New" w:hAnsi="Courier New"/>
          <w:color w:val="555555"/>
          <w:sz w:val="20"/>
        </w:rPr>
        <w:t>[3 . 238]</w:t>
      </w:r>
    </w:p>
    <w:p>
      <w:r>
        <w:rPr>
          <w:rFonts w:ascii="Gentium Plus" w:hAnsi="Gentium Plus"/>
          <w:sz w:val="24"/>
        </w:rPr>
        <w:t>〈παρραλίῃ Ἐφέσῳ:〉 τῇ παραθαλασσίῃ.</w:t>
      </w:r>
    </w:p>
    <w:p>
      <w:r>
        <w:rPr>
          <w:rFonts w:ascii="Courier New" w:hAnsi="Courier New"/>
          <w:color w:val="555555"/>
          <w:sz w:val="20"/>
        </w:rPr>
        <w:t>[3 . 239]</w:t>
      </w:r>
    </w:p>
    <w:p>
      <w:r>
        <w:rPr>
          <w:rFonts w:ascii="Gentium Plus" w:hAnsi="Gentium Plus"/>
          <w:sz w:val="24"/>
        </w:rPr>
        <w:t>Ἱππώ: μία τῶν Ἀμαζόνων.</w:t>
      </w:r>
    </w:p>
    <w:p>
      <w:r>
        <w:rPr>
          <w:rFonts w:ascii="Courier New" w:hAnsi="Courier New"/>
          <w:color w:val="555555"/>
          <w:sz w:val="20"/>
        </w:rPr>
        <w:t>[3 . 245]</w:t>
      </w:r>
    </w:p>
    <w:p>
      <w:r>
        <w:rPr>
          <w:rFonts w:ascii="Gentium Plus" w:hAnsi="Gentium Plus"/>
          <w:sz w:val="24"/>
        </w:rPr>
        <w:t>〈ἔργον Ἀθηναίης:〉 Ἀθηνᾶ γὰρ ἔφορος πάσης τέχνης.</w:t>
      </w:r>
    </w:p>
    <w:p>
      <w:r>
        <w:rPr>
          <w:rFonts w:ascii="Courier New" w:hAnsi="Courier New"/>
          <w:color w:val="555555"/>
          <w:sz w:val="20"/>
        </w:rPr>
        <w:t>[3 246a]</w:t>
      </w:r>
    </w:p>
    <w:p>
      <w:r>
        <w:rPr>
          <w:rFonts w:ascii="Gentium Plus" w:hAnsi="Gentium Plus"/>
          <w:sz w:val="24"/>
        </w:rPr>
        <w:t>〈Σάρδιας:〉 πόλις Λυδίας.</w:t>
      </w:r>
    </w:p>
    <w:p>
      <w:r>
        <w:rPr>
          <w:rFonts w:ascii="Courier New" w:hAnsi="Courier New"/>
          <w:color w:val="555555"/>
          <w:sz w:val="20"/>
        </w:rPr>
        <w:t>[3 246b]</w:t>
      </w:r>
    </w:p>
    <w:p>
      <w:r>
        <w:rPr>
          <w:rFonts w:ascii="Gentium Plus" w:hAnsi="Gentium Plus"/>
          <w:sz w:val="24"/>
        </w:rPr>
        <w:t>Βερεκύνθιον: μεταξὺ Λυδίας καὶ Φρυγίας.</w:t>
      </w:r>
    </w:p>
    <w:p>
      <w:r>
        <w:rPr>
          <w:rFonts w:ascii="Courier New" w:hAnsi="Courier New"/>
          <w:color w:val="555555"/>
          <w:sz w:val="20"/>
        </w:rPr>
        <w:t>[3 . 250]</w:t>
      </w:r>
    </w:p>
    <w:p>
      <w:r>
        <w:rPr>
          <w:rFonts w:ascii="Gentium Plus" w:hAnsi="Gentium Plus"/>
          <w:sz w:val="24"/>
        </w:rPr>
        <w:t>Ὅμηρος (Ι 404)· ‘οὐδ’ ὅσα λάϊνος οὐδὸς ἀφήτοροσ‘.</w:t>
      </w:r>
    </w:p>
    <w:p>
      <w:r>
        <w:rPr>
          <w:rFonts w:ascii="Courier New" w:hAnsi="Courier New"/>
          <w:color w:val="555555"/>
          <w:sz w:val="20"/>
        </w:rPr>
        <w:t>[3 . 251]</w:t>
      </w:r>
    </w:p>
    <w:p>
      <w:r>
        <w:rPr>
          <w:rFonts w:ascii="Gentium Plus" w:hAnsi="Gentium Plus"/>
          <w:sz w:val="24"/>
        </w:rPr>
        <w:t>〈ἠλαίνων:〉 μωραίνων.</w:t>
      </w:r>
    </w:p>
    <w:p>
      <w:r>
        <w:rPr>
          <w:rFonts w:ascii="Courier New" w:hAnsi="Courier New"/>
          <w:color w:val="555555"/>
          <w:sz w:val="20"/>
        </w:rPr>
        <w:t>[3 . 253]</w:t>
      </w:r>
    </w:p>
    <w:p>
      <w:r>
        <w:rPr>
          <w:rFonts w:ascii="Gentium Plus" w:hAnsi="Gentium Plus"/>
          <w:sz w:val="24"/>
        </w:rPr>
        <w:t>〈Κιμμερίων:〉 Σκυθῶν.</w:t>
      </w:r>
    </w:p>
    <w:p>
      <w:r>
        <w:rPr>
          <w:rFonts w:ascii="Courier New" w:hAnsi="Courier New"/>
          <w:color w:val="555555"/>
          <w:sz w:val="20"/>
        </w:rPr>
        <w:t>[3 . 254]</w:t>
      </w:r>
    </w:p>
    <w:p>
      <w:r>
        <w:rPr>
          <w:rFonts w:ascii="Gentium Plus" w:hAnsi="Gentium Plus"/>
          <w:sz w:val="24"/>
        </w:rPr>
        <w:t>〈βοὸς πόρον Ἰναχιώνης:〉 τῆς Ἰοῦς τῆς εἰς βοῦν μεταμορφω‐ θείσης. Βόσποροι δὲ εἰσὶ δύο, ὅ τε Βυζάντιος καὶ ὁ Κιμμέριος.</w:t>
      </w:r>
    </w:p>
    <w:p>
      <w:r>
        <w:rPr>
          <w:rFonts w:ascii="Courier New" w:hAnsi="Courier New"/>
          <w:color w:val="555555"/>
          <w:sz w:val="20"/>
        </w:rPr>
        <w:t>[3 . 259]</w:t>
      </w:r>
    </w:p>
    <w:p>
      <w:r>
        <w:rPr>
          <w:rFonts w:ascii="Gentium Plus" w:hAnsi="Gentium Plus"/>
          <w:sz w:val="24"/>
        </w:rPr>
        <w:t>Μουνιχίη: ἤτοι Ἀττική· Μουνιχία γάρ ἐστι μέρος τοῦ Πειραιῶς τοῦ λιμένος τῶν Ἀθηνῶν.</w:t>
      </w:r>
    </w:p>
    <w:p>
      <w:r>
        <w:rPr>
          <w:rFonts w:ascii="Courier New" w:hAnsi="Courier New"/>
          <w:color w:val="555555"/>
          <w:sz w:val="20"/>
        </w:rPr>
        <w:t>[4 . 1]</w:t>
      </w:r>
    </w:p>
    <w:p>
      <w:r>
        <w:rPr>
          <w:rFonts w:ascii="Gentium Plus" w:hAnsi="Gentium Plus"/>
          <w:sz w:val="24"/>
        </w:rPr>
        <w:t>〈Τίνα:〉 κατὰ τίνα.</w:t>
      </w:r>
    </w:p>
    <w:p>
      <w:r>
        <w:rPr>
          <w:rFonts w:ascii="Courier New" w:hAnsi="Courier New"/>
          <w:color w:val="555555"/>
          <w:sz w:val="20"/>
        </w:rPr>
        <w:t>[4 . 7]</w:t>
      </w:r>
    </w:p>
    <w:p>
      <w:r>
        <w:rPr>
          <w:rFonts w:ascii="Gentium Plus" w:hAnsi="Gentium Plus"/>
          <w:sz w:val="24"/>
        </w:rPr>
        <w:t>〈Πίμπλειαν:〉 ὄρος Θρᾴκης ἱερὸν Μουσῶν.</w:t>
      </w:r>
    </w:p>
    <w:p>
      <w:r>
        <w:rPr>
          <w:rFonts w:ascii="Courier New" w:hAnsi="Courier New"/>
          <w:color w:val="555555"/>
          <w:sz w:val="20"/>
        </w:rPr>
        <w:t>[4 11a]</w:t>
      </w:r>
    </w:p>
    <w:p>
      <w:r>
        <w:rPr>
          <w:rFonts w:ascii="Gentium Plus" w:hAnsi="Gentium Plus"/>
          <w:sz w:val="24"/>
        </w:rPr>
        <w:t>ἄτροπος: ἤγουν ἀκίνητος καὶ ἄσειστος· ἡ γὰρ Δῆλος οὐδέποτε σειομένη τινάσσεται. φησὶ δὲ καὶ Θουκυδίδης (ΙΙ 8, 3), ὅτι σεισμὸς γενόμενος τοσοῦτον ἦν μέγας ὡς καὶ τὴν Δῆλον νῆσον σεισθῆναι.</w:t>
      </w:r>
    </w:p>
    <w:p>
      <w:r>
        <w:rPr>
          <w:rFonts w:ascii="Courier New" w:hAnsi="Courier New"/>
          <w:color w:val="555555"/>
          <w:sz w:val="20"/>
        </w:rPr>
        <w:t>[4 11b]</w:t>
      </w:r>
    </w:p>
    <w:p>
      <w:r>
        <w:rPr>
          <w:rFonts w:ascii="Gentium Plus" w:hAnsi="Gentium Plus"/>
          <w:sz w:val="24"/>
        </w:rPr>
        <w:t>ἄλλως. ἄτροπος: ἤγουν ἀγεώργητος· μὴ τρεπομένη καὶ μεταβαλλομένη ἐν τῷ ἀροῦσθαι· τραχεῖα γάρ.</w:t>
      </w:r>
    </w:p>
    <w:p>
      <w:r>
        <w:rPr>
          <w:rFonts w:ascii="Courier New" w:hAnsi="Courier New"/>
          <w:color w:val="555555"/>
          <w:sz w:val="20"/>
        </w:rPr>
        <w:t>[4 11c]</w:t>
      </w:r>
    </w:p>
    <w:p>
      <w:r>
        <w:rPr>
          <w:rFonts w:ascii="Gentium Plus" w:hAnsi="Gentium Plus"/>
          <w:sz w:val="24"/>
        </w:rPr>
        <w:t>ἁλιπλὴξ δὲ ὑπὸ τῆς ἁλὸς πληττομένη.</w:t>
      </w:r>
    </w:p>
    <w:p>
      <w:r>
        <w:rPr>
          <w:rFonts w:ascii="Courier New" w:hAnsi="Courier New"/>
          <w:color w:val="555555"/>
          <w:sz w:val="20"/>
        </w:rPr>
        <w:t>[4 . 12]</w:t>
      </w:r>
    </w:p>
    <w:p>
      <w:r>
        <w:rPr>
          <w:rFonts w:ascii="Gentium Plus" w:hAnsi="Gentium Plus"/>
          <w:sz w:val="24"/>
        </w:rPr>
        <w:t>〈αἰθυίῃς:〉 λάροις.</w:t>
      </w:r>
    </w:p>
    <w:p>
      <w:r>
        <w:rPr>
          <w:rFonts w:ascii="Courier New" w:hAnsi="Courier New"/>
          <w:color w:val="555555"/>
          <w:sz w:val="20"/>
        </w:rPr>
        <w:t>[4 14a]</w:t>
      </w:r>
    </w:p>
    <w:p>
      <w:r>
        <w:rPr>
          <w:rFonts w:ascii="Gentium Plus" w:hAnsi="Gentium Plus"/>
          <w:sz w:val="24"/>
        </w:rPr>
        <w:t>〈ἀπομάσσεται:〉 ἀπορρίπτει.</w:t>
      </w:r>
    </w:p>
    <w:p>
      <w:r>
        <w:rPr>
          <w:rFonts w:ascii="Courier New" w:hAnsi="Courier New"/>
          <w:color w:val="555555"/>
          <w:sz w:val="20"/>
        </w:rPr>
        <w:t>[4 14b]</w:t>
      </w:r>
    </w:p>
    <w:p>
      <w:r>
        <w:rPr>
          <w:rFonts w:ascii="Gentium Plus" w:hAnsi="Gentium Plus"/>
          <w:sz w:val="24"/>
        </w:rPr>
        <w:t>〈ἄχνην:〉 ἀφρόν.</w:t>
      </w:r>
    </w:p>
    <w:p>
      <w:r>
        <w:rPr>
          <w:rFonts w:ascii="Courier New" w:hAnsi="Courier New"/>
          <w:color w:val="555555"/>
          <w:sz w:val="20"/>
        </w:rPr>
        <w:t>[4 . 18]</w:t>
      </w:r>
    </w:p>
    <w:p>
      <w:r>
        <w:rPr>
          <w:rFonts w:ascii="Gentium Plus" w:hAnsi="Gentium Plus"/>
          <w:sz w:val="24"/>
        </w:rPr>
        <w:t>οὐχ ὅτι αἱ νῆσοι ἀθροίζονται, ἀλλ’ οἱ ἔξαρχοι θεοί.</w:t>
      </w:r>
    </w:p>
    <w:p>
      <w:r>
        <w:rPr>
          <w:rFonts w:ascii="Courier New" w:hAnsi="Courier New"/>
          <w:color w:val="555555"/>
          <w:sz w:val="20"/>
        </w:rPr>
        <w:t>[4 . 19]</w:t>
      </w:r>
    </w:p>
    <w:p>
      <w:r>
        <w:rPr>
          <w:rFonts w:ascii="Gentium Plus" w:hAnsi="Gentium Plus"/>
          <w:sz w:val="24"/>
        </w:rPr>
        <w:t>〈Κύρνος:〉 ἡ νῦν †Τύρος† καλουμένη.</w:t>
      </w:r>
    </w:p>
    <w:p>
      <w:r>
        <w:rPr>
          <w:rFonts w:ascii="Courier New" w:hAnsi="Courier New"/>
          <w:color w:val="555555"/>
          <w:sz w:val="20"/>
        </w:rPr>
        <w:t>[4 20a]</w:t>
      </w:r>
    </w:p>
    <w:p>
      <w:r>
        <w:rPr>
          <w:rFonts w:ascii="Gentium Plus" w:hAnsi="Gentium Plus"/>
          <w:sz w:val="24"/>
        </w:rPr>
        <w:t>〈Μάκρις Ἀβαντιάς:〉 ἡ Εὔβοια.</w:t>
      </w:r>
    </w:p>
    <w:p>
      <w:r>
        <w:rPr>
          <w:rFonts w:ascii="Courier New" w:hAnsi="Courier New"/>
          <w:color w:val="555555"/>
          <w:sz w:val="20"/>
        </w:rPr>
        <w:t>[4 20b]</w:t>
      </w:r>
    </w:p>
    <w:p>
      <w:r>
        <w:rPr>
          <w:rFonts w:ascii="Gentium Plus" w:hAnsi="Gentium Plus"/>
          <w:sz w:val="24"/>
        </w:rPr>
        <w:t>〈Ἐλλοπιήων:〉 τῶν Εὐβοέων.</w:t>
      </w:r>
    </w:p>
    <w:p>
      <w:r>
        <w:rPr>
          <w:rFonts w:ascii="Courier New" w:hAnsi="Courier New"/>
          <w:color w:val="555555"/>
          <w:sz w:val="20"/>
        </w:rPr>
        <w:t>[4 . 21]</w:t>
      </w:r>
    </w:p>
    <w:p>
      <w:r>
        <w:rPr>
          <w:rFonts w:ascii="Gentium Plus" w:hAnsi="Gentium Plus"/>
          <w:sz w:val="24"/>
        </w:rPr>
        <w:t>〈ἣν ἐπενήξατο Κύπρις:〉 ἡ Κύπρος.</w:t>
      </w:r>
    </w:p>
    <w:p>
      <w:r>
        <w:rPr>
          <w:rFonts w:ascii="Courier New" w:hAnsi="Courier New"/>
          <w:color w:val="555555"/>
          <w:sz w:val="20"/>
        </w:rPr>
        <w:t>[4 . 22]</w:t>
      </w:r>
    </w:p>
    <w:p>
      <w:r>
        <w:rPr>
          <w:rFonts w:ascii="Gentium Plus" w:hAnsi="Gentium Plus"/>
          <w:sz w:val="24"/>
        </w:rPr>
        <w:t>〈σαοῖ:〉 σώζει.</w:t>
      </w:r>
    </w:p>
    <w:p>
      <w:r>
        <w:rPr>
          <w:rFonts w:ascii="Courier New" w:hAnsi="Courier New"/>
          <w:color w:val="555555"/>
          <w:sz w:val="20"/>
        </w:rPr>
        <w:t>[4 . 23]</w:t>
      </w:r>
    </w:p>
    <w:p>
      <w:r>
        <w:rPr>
          <w:rFonts w:ascii="Gentium Plus" w:hAnsi="Gentium Plus"/>
          <w:sz w:val="24"/>
        </w:rPr>
        <w:t>〈ἐρυμναί:〉 ἠσφαλισμέναι.</w:t>
      </w:r>
    </w:p>
    <w:p>
      <w:r>
        <w:rPr>
          <w:rFonts w:ascii="Courier New" w:hAnsi="Courier New"/>
          <w:color w:val="555555"/>
          <w:sz w:val="20"/>
        </w:rPr>
        <w:t>[4 . 26]</w:t>
      </w:r>
    </w:p>
    <w:p>
      <w:r>
        <w:rPr>
          <w:rFonts w:ascii="Gentium Plus" w:hAnsi="Gentium Plus"/>
          <w:sz w:val="24"/>
        </w:rPr>
        <w:t>〈Στρυμονίου:〉 Στρυμὼν ποταμός ἐστι καὶ πόλις Θρᾴκης.</w:t>
      </w:r>
    </w:p>
    <w:p>
      <w:r>
        <w:rPr>
          <w:rFonts w:ascii="Courier New" w:hAnsi="Courier New"/>
          <w:color w:val="555555"/>
          <w:sz w:val="20"/>
        </w:rPr>
        <w:t>[4 . 28]</w:t>
      </w:r>
    </w:p>
    <w:p>
      <w:r>
        <w:rPr>
          <w:rFonts w:ascii="Gentium Plus" w:hAnsi="Gentium Plus"/>
          <w:sz w:val="24"/>
        </w:rPr>
        <w:t>〈πολέες:〉 αἱ Πινδάρου καὶ Βακχυλίδου. ἔδει δὲ εἰπεῖν πολλαί.</w:t>
      </w:r>
    </w:p>
    <w:p>
      <w:r>
        <w:rPr>
          <w:rFonts w:ascii="Courier New" w:hAnsi="Courier New"/>
          <w:color w:val="555555"/>
          <w:sz w:val="20"/>
        </w:rPr>
        <w:t>[4 . 30]</w:t>
      </w:r>
    </w:p>
    <w:p>
      <w:r>
        <w:rPr>
          <w:rFonts w:ascii="Gentium Plus" w:hAnsi="Gentium Plus"/>
          <w:sz w:val="24"/>
        </w:rPr>
        <w:t>λέγεται γὰρ ὅτι ὁ Ποσειδῶν τῇ τριαίνῃ ἀποσπῶν τὰς νήσους ἐποίει.</w:t>
      </w:r>
    </w:p>
    <w:p>
      <w:r>
        <w:rPr>
          <w:rFonts w:ascii="Courier New" w:hAnsi="Courier New"/>
          <w:color w:val="555555"/>
          <w:sz w:val="20"/>
        </w:rPr>
        <w:t>[4 . 31]</w:t>
      </w:r>
    </w:p>
    <w:p>
      <w:r>
        <w:rPr>
          <w:rFonts w:ascii="Gentium Plus" w:hAnsi="Gentium Plus"/>
          <w:sz w:val="24"/>
        </w:rPr>
        <w:t>〈ἄορι τριγλώχινι:〉 τῇ τριαίνῃ.</w:t>
      </w:r>
    </w:p>
    <w:p>
      <w:r>
        <w:rPr>
          <w:rFonts w:ascii="Courier New" w:hAnsi="Courier New"/>
          <w:color w:val="555555"/>
          <w:sz w:val="20"/>
        </w:rPr>
        <w:t>[4 . 41]</w:t>
      </w:r>
    </w:p>
    <w:p>
      <w:r>
        <w:rPr>
          <w:rFonts w:ascii="Gentium Plus" w:hAnsi="Gentium Plus"/>
          <w:sz w:val="24"/>
        </w:rPr>
        <w:t>〈ἀπὸ Ξάνθοιο πολίχνης:〉 ἀπό τινος Ξάνθου βασιλεύσαντος Τροιζῆνος.</w:t>
      </w:r>
    </w:p>
    <w:p>
      <w:r>
        <w:rPr>
          <w:rFonts w:ascii="Courier New" w:hAnsi="Courier New"/>
          <w:color w:val="555555"/>
          <w:sz w:val="20"/>
        </w:rPr>
        <w:t>[4 . 46]</w:t>
      </w:r>
    </w:p>
    <w:p>
      <w:r>
        <w:rPr>
          <w:rFonts w:ascii="Gentium Plus" w:hAnsi="Gentium Plus"/>
          <w:sz w:val="24"/>
        </w:rPr>
        <w:t>〈Χαλκιδικῆς:〉 Χαλκὶς πόλις Εὐβοίας.</w:t>
      </w:r>
    </w:p>
    <w:p>
      <w:r>
        <w:rPr>
          <w:rFonts w:ascii="Courier New" w:hAnsi="Courier New"/>
          <w:color w:val="555555"/>
          <w:sz w:val="20"/>
        </w:rPr>
        <w:t>[4 . 47]</w:t>
      </w:r>
    </w:p>
    <w:p>
      <w:r>
        <w:rPr>
          <w:rFonts w:ascii="Gentium Plus" w:hAnsi="Gentium Plus"/>
          <w:sz w:val="24"/>
        </w:rPr>
        <w:t>Σούνιον: ἀκρωτήριον τῆς Ἀττικῆς.</w:t>
      </w:r>
    </w:p>
    <w:p>
      <w:r>
        <w:rPr>
          <w:rFonts w:ascii="Courier New" w:hAnsi="Courier New"/>
          <w:color w:val="555555"/>
          <w:sz w:val="20"/>
        </w:rPr>
        <w:t>[4 48a]</w:t>
      </w:r>
    </w:p>
    <w:p>
      <w:r>
        <w:rPr>
          <w:rFonts w:ascii="Gentium Plus" w:hAnsi="Gentium Plus"/>
          <w:sz w:val="24"/>
        </w:rPr>
        <w:t>〈νήσοιο ... Παρθενίης:〉 τῆς Σάμου.</w:t>
      </w:r>
    </w:p>
    <w:p>
      <w:r>
        <w:rPr>
          <w:rFonts w:ascii="Courier New" w:hAnsi="Courier New"/>
          <w:color w:val="555555"/>
          <w:sz w:val="20"/>
        </w:rPr>
        <w:t>[4 48b]</w:t>
      </w:r>
    </w:p>
    <w:p>
      <w:r>
        <w:rPr>
          <w:rFonts w:ascii="Gentium Plus" w:hAnsi="Gentium Plus"/>
          <w:sz w:val="24"/>
        </w:rPr>
        <w:t>〈διάβροχον:〉 τὸν γόνιμον.</w:t>
      </w:r>
    </w:p>
    <w:p>
      <w:r>
        <w:rPr>
          <w:rFonts w:ascii="Courier New" w:hAnsi="Courier New"/>
          <w:color w:val="555555"/>
          <w:sz w:val="20"/>
        </w:rPr>
        <w:t>[4 . 50]</w:t>
      </w:r>
    </w:p>
    <w:p>
      <w:r>
        <w:rPr>
          <w:rFonts w:ascii="Gentium Plus" w:hAnsi="Gentium Plus"/>
          <w:sz w:val="24"/>
        </w:rPr>
        <w:t>〈Ἀγκαίου:〉 Ἀγκαῖος βασιλεὺς Σάμου.</w:t>
      </w:r>
    </w:p>
    <w:p>
      <w:r>
        <w:rPr>
          <w:rFonts w:ascii="Courier New" w:hAnsi="Courier New"/>
          <w:color w:val="555555"/>
          <w:sz w:val="20"/>
        </w:rPr>
        <w:t>[4 . 57]</w:t>
      </w:r>
    </w:p>
    <w:p>
      <w:r>
        <w:rPr>
          <w:rFonts w:ascii="Gentium Plus" w:hAnsi="Gentium Plus"/>
          <w:sz w:val="24"/>
        </w:rPr>
        <w:t>〈διακριδόν:〉 κατ’ ἐξοχήν, μεγάλως.</w:t>
      </w:r>
    </w:p>
    <w:p>
      <w:r>
        <w:rPr>
          <w:rFonts w:ascii="Courier New" w:hAnsi="Courier New"/>
          <w:color w:val="555555"/>
          <w:sz w:val="20"/>
        </w:rPr>
        <w:t>[4 . 60]</w:t>
      </w:r>
    </w:p>
    <w:p>
      <w:r>
        <w:rPr>
          <w:rFonts w:ascii="Gentium Plus" w:hAnsi="Gentium Plus"/>
          <w:sz w:val="24"/>
        </w:rPr>
        <w:t>〈σπερχομένη:〉 ὀργιζομένη.</w:t>
      </w:r>
    </w:p>
    <w:p>
      <w:r>
        <w:rPr>
          <w:rFonts w:ascii="Courier New" w:hAnsi="Courier New"/>
          <w:color w:val="555555"/>
          <w:sz w:val="20"/>
        </w:rPr>
        <w:t>[4 . 61]</w:t>
      </w:r>
    </w:p>
    <w:p>
      <w:r>
        <w:rPr>
          <w:rFonts w:ascii="Gentium Plus" w:hAnsi="Gentium Plus"/>
          <w:sz w:val="24"/>
        </w:rPr>
        <w:t>〈εἵατο:〉 ἐκαθέζοντο.</w:t>
      </w:r>
    </w:p>
    <w:p>
      <w:r>
        <w:rPr>
          <w:rFonts w:ascii="Courier New" w:hAnsi="Courier New"/>
          <w:color w:val="555555"/>
          <w:sz w:val="20"/>
        </w:rPr>
        <w:t>[4 . 63]</w:t>
      </w:r>
    </w:p>
    <w:p>
      <w:r>
        <w:rPr>
          <w:rFonts w:ascii="Gentium Plus" w:hAnsi="Gentium Plus"/>
          <w:sz w:val="24"/>
        </w:rPr>
        <w:t>〈Αἵμου:〉 ὄρος Θρᾴκης ὁ Αἷμος.</w:t>
      </w:r>
    </w:p>
    <w:p>
      <w:r>
        <w:rPr>
          <w:rFonts w:ascii="Courier New" w:hAnsi="Courier New"/>
          <w:color w:val="555555"/>
          <w:sz w:val="20"/>
        </w:rPr>
        <w:t>[4 . 65]</w:t>
      </w:r>
    </w:p>
    <w:p>
      <w:r>
        <w:rPr>
          <w:rFonts w:ascii="Gentium Plus" w:hAnsi="Gentium Plus"/>
          <w:sz w:val="24"/>
        </w:rPr>
        <w:t>〈ἑπτάμυχον:〉 πολύμυχον.</w:t>
      </w:r>
    </w:p>
    <w:p>
      <w:r>
        <w:rPr>
          <w:rFonts w:ascii="Courier New" w:hAnsi="Courier New"/>
          <w:color w:val="555555"/>
          <w:sz w:val="20"/>
        </w:rPr>
        <w:t>[4 . 66]</w:t>
      </w:r>
    </w:p>
    <w:p>
      <w:r>
        <w:rPr>
          <w:rFonts w:ascii="Gentium Plus" w:hAnsi="Gentium Plus"/>
          <w:sz w:val="24"/>
        </w:rPr>
        <w:t>〈νησάων:〉 παραλόγως ἔχει τὴν διαίρεσιν νησάων. οὐ γὰρ ἀπὸ</w:t>
      </w:r>
    </w:p>
    <w:p>
      <w:r>
        <w:rPr>
          <w:rFonts w:ascii="Courier New" w:hAnsi="Courier New"/>
          <w:color w:val="555555"/>
          <w:sz w:val="20"/>
        </w:rPr>
        <w:t>[4 67a]</w:t>
      </w:r>
    </w:p>
    <w:p>
      <w:r>
        <w:rPr>
          <w:rFonts w:ascii="Gentium Plus" w:hAnsi="Gentium Plus"/>
          <w:sz w:val="24"/>
        </w:rPr>
        <w:t>〈κόρη:〉 ἡ Ἶρις.</w:t>
      </w:r>
    </w:p>
    <w:p>
      <w:r>
        <w:rPr>
          <w:rFonts w:ascii="Courier New" w:hAnsi="Courier New"/>
          <w:color w:val="555555"/>
          <w:sz w:val="20"/>
        </w:rPr>
        <w:t>[4 67b]</w:t>
      </w:r>
    </w:p>
    <w:p>
      <w:r>
        <w:rPr>
          <w:rFonts w:ascii="Gentium Plus" w:hAnsi="Gentium Plus"/>
          <w:sz w:val="24"/>
        </w:rPr>
        <w:t>〈Μίμαντι:〉 ὄρος 〈ἀντικρὺ〉 Χίου.</w:t>
      </w:r>
    </w:p>
    <w:p>
      <w:r>
        <w:rPr>
          <w:rFonts w:ascii="Courier New" w:hAnsi="Courier New"/>
          <w:color w:val="555555"/>
          <w:sz w:val="20"/>
        </w:rPr>
        <w:t>[4 71a]</w:t>
      </w:r>
    </w:p>
    <w:p>
      <w:r>
        <w:rPr>
          <w:rFonts w:ascii="Gentium Plus" w:hAnsi="Gentium Plus"/>
          <w:sz w:val="24"/>
        </w:rPr>
        <w:t>〈Παρθένιον:〉 ὄρος Ἀρκαδίας τὸ Παρθένιον, ἔνθα τὴν Αὔγην τοῦ Ἀλεοῦ τὴν θυγατέρα, ἱέρειαν τῆς Ἀθηνᾶς, ἔφθειρεν Ἡρακλῆς.</w:t>
      </w:r>
    </w:p>
    <w:p>
      <w:r>
        <w:rPr>
          <w:rFonts w:ascii="Courier New" w:hAnsi="Courier New"/>
          <w:color w:val="555555"/>
          <w:sz w:val="20"/>
        </w:rPr>
        <w:t>[4 71b]</w:t>
      </w:r>
    </w:p>
    <w:p>
      <w:r>
        <w:rPr>
          <w:rFonts w:ascii="Gentium Plus" w:hAnsi="Gentium Plus"/>
          <w:sz w:val="24"/>
        </w:rPr>
        <w:t>〈Φενειός:〉 πόλις Ἀρκαδίας ἀρχαία.</w:t>
      </w:r>
    </w:p>
    <w:p>
      <w:r>
        <w:rPr>
          <w:rFonts w:ascii="Courier New" w:hAnsi="Courier New"/>
          <w:color w:val="555555"/>
          <w:sz w:val="20"/>
        </w:rPr>
        <w:t>[4 73a]</w:t>
      </w:r>
    </w:p>
    <w:p>
      <w:r>
        <w:rPr>
          <w:rFonts w:ascii="Gentium Plus" w:hAnsi="Gentium Plus"/>
          <w:sz w:val="24"/>
        </w:rPr>
        <w:t>〈ἔμπλην:〉 χωρίς.</w:t>
      </w:r>
    </w:p>
    <w:p>
      <w:r>
        <w:rPr>
          <w:rFonts w:ascii="Courier New" w:hAnsi="Courier New"/>
          <w:color w:val="555555"/>
          <w:sz w:val="20"/>
        </w:rPr>
        <w:t>[4 73b]</w:t>
      </w:r>
    </w:p>
    <w:p>
      <w:r>
        <w:rPr>
          <w:rFonts w:ascii="Gentium Plus" w:hAnsi="Gentium Plus"/>
          <w:sz w:val="24"/>
        </w:rPr>
        <w:t>〈Αἰγιαλοῦ:〉 Ὅμηρος (Β 575)· ‘Αἰγιαλόν τ’ ἀνὰ πάντα‘.</w:t>
      </w:r>
    </w:p>
    <w:p>
      <w:r>
        <w:rPr>
          <w:rFonts w:ascii="Courier New" w:hAnsi="Courier New"/>
          <w:color w:val="555555"/>
          <w:sz w:val="20"/>
        </w:rPr>
        <w:t>[4 . 75]</w:t>
      </w:r>
    </w:p>
    <w:p>
      <w:r>
        <w:rPr>
          <w:rFonts w:ascii="Gentium Plus" w:hAnsi="Gentium Plus"/>
          <w:sz w:val="24"/>
        </w:rPr>
        <w:t>〈Ἀονίη:〉 Ἀονίαν τὰς Θήβας λέγει.</w:t>
      </w:r>
    </w:p>
    <w:p>
      <w:r>
        <w:rPr>
          <w:rFonts w:ascii="Courier New" w:hAnsi="Courier New"/>
          <w:color w:val="555555"/>
          <w:sz w:val="20"/>
        </w:rPr>
        <w:t>[4 . 76]</w:t>
      </w:r>
    </w:p>
    <w:p>
      <w:r>
        <w:rPr>
          <w:rFonts w:ascii="Gentium Plus" w:hAnsi="Gentium Plus"/>
          <w:sz w:val="24"/>
        </w:rPr>
        <w:t>〈Δίρκη τε Στροφίη τε:〉 κρῆναι ἐν Θήβαις ταῖς Βοιωτίαις.</w:t>
      </w:r>
    </w:p>
    <w:p>
      <w:r>
        <w:rPr>
          <w:rFonts w:ascii="Courier New" w:hAnsi="Courier New"/>
          <w:color w:val="555555"/>
          <w:sz w:val="20"/>
        </w:rPr>
        <w:t>[4 . 77]</w:t>
      </w:r>
    </w:p>
    <w:p>
      <w:r>
        <w:rPr>
          <w:rFonts w:ascii="Gentium Plus" w:hAnsi="Gentium Plus"/>
          <w:sz w:val="24"/>
        </w:rPr>
        <w:t>〈Ἰσμηνοῦ:〉 Ἰσμηνὸς ποταμὸς Θηβῶν καὶ Ἀσωπός.</w:t>
      </w:r>
    </w:p>
    <w:p>
      <w:r>
        <w:rPr>
          <w:rFonts w:ascii="Courier New" w:hAnsi="Courier New"/>
          <w:color w:val="555555"/>
          <w:sz w:val="20"/>
        </w:rPr>
        <w:t>[4 . 78]</w:t>
      </w:r>
    </w:p>
    <w:p>
      <w:r>
        <w:rPr>
          <w:rFonts w:ascii="Gentium Plus" w:hAnsi="Gentium Plus"/>
          <w:sz w:val="24"/>
        </w:rPr>
        <w:t>〈ἐπεὶ πεπάλακτο κεραυνῷ:〉 ἐπεὶ τὴν θυγατέρα αὐτοῦ Αἴγιναν ἁρπαγεῖσαν ὑπὸ Διὸς ἀπήγγειλε Σίσυφος, ὁ δὲ ἤρξατο καταδιώκειν αὐτόν, Ζεὺς δὲ ὀργισθεὶς ἐκεραύνωσεν αὐτόν.</w:t>
      </w:r>
    </w:p>
    <w:p>
      <w:r>
        <w:rPr>
          <w:rFonts w:ascii="Courier New" w:hAnsi="Courier New"/>
          <w:color w:val="555555"/>
          <w:sz w:val="20"/>
        </w:rPr>
        <w:t>[4 . 79]</w:t>
      </w:r>
    </w:p>
    <w:p>
      <w:r>
        <w:rPr>
          <w:rFonts w:ascii="Gentium Plus" w:hAnsi="Gentium Plus"/>
          <w:sz w:val="24"/>
        </w:rPr>
        <w:t>〈ὑποδινηθεῖσα:〉 ὑπότρομος γενομένη.</w:t>
      </w:r>
    </w:p>
    <w:p>
      <w:r>
        <w:rPr>
          <w:rFonts w:ascii="Courier New" w:hAnsi="Courier New"/>
          <w:color w:val="555555"/>
          <w:sz w:val="20"/>
        </w:rPr>
        <w:t>[4 . 80]</w:t>
      </w:r>
    </w:p>
    <w:p>
      <w:r>
        <w:rPr>
          <w:rFonts w:ascii="Gentium Plus" w:hAnsi="Gentium Plus"/>
          <w:sz w:val="24"/>
        </w:rPr>
        <w:t>〈μελίη:〉 τὸ ἑξῆς 〈...〉 οὐκ ἔστι κύριον, ἀλλὰ ἁπλῶς εἴρηται περὶ πάσης μελίας.</w:t>
      </w:r>
    </w:p>
    <w:p>
      <w:r>
        <w:rPr>
          <w:rFonts w:ascii="Courier New" w:hAnsi="Courier New"/>
          <w:color w:val="555555"/>
          <w:sz w:val="20"/>
        </w:rPr>
        <w:t>[4 . 82]</w:t>
      </w:r>
    </w:p>
    <w:p>
      <w:r>
        <w:rPr>
          <w:rFonts w:ascii="Gentium Plus" w:hAnsi="Gentium Plus"/>
          <w:sz w:val="24"/>
        </w:rPr>
        <w:t>〈Ἑλικῶνος:〉 ὄρος Βοιωτίας.</w:t>
      </w:r>
    </w:p>
    <w:p>
      <w:r>
        <w:rPr>
          <w:rFonts w:ascii="Courier New" w:hAnsi="Courier New"/>
          <w:color w:val="555555"/>
          <w:sz w:val="20"/>
        </w:rPr>
        <w:t>[4 . 86]</w:t>
      </w:r>
    </w:p>
    <w:p>
      <w:r>
        <w:rPr>
          <w:rFonts w:ascii="Gentium Plus" w:hAnsi="Gentium Plus"/>
          <w:sz w:val="24"/>
        </w:rPr>
        <w:t>〈ταῖς μέν:〉 ταῖς μὴ δεξαμέναις δηλαδὴ τὴν Λητώ.</w:t>
      </w:r>
    </w:p>
    <w:p>
      <w:r>
        <w:rPr>
          <w:rFonts w:ascii="Courier New" w:hAnsi="Courier New"/>
          <w:color w:val="555555"/>
          <w:sz w:val="20"/>
        </w:rPr>
        <w:t>[4 . 88]</w:t>
      </w:r>
    </w:p>
    <w:p>
      <w:r>
        <w:rPr>
          <w:rFonts w:ascii="Gentium Plus" w:hAnsi="Gentium Plus"/>
          <w:sz w:val="24"/>
        </w:rPr>
        <w:t>τὸ ἑξῆς· ὦ Θήβη, τί αὐτίκα ἐλέγχεις τὸν ἐσόμενόν σοι πότμον;</w:t>
      </w:r>
    </w:p>
    <w:p>
      <w:r>
        <w:rPr>
          <w:rFonts w:ascii="Courier New" w:hAnsi="Courier New"/>
          <w:color w:val="555555"/>
          <w:sz w:val="20"/>
        </w:rPr>
        <w:t>[4 . 91]</w:t>
      </w:r>
    </w:p>
    <w:p>
      <w:r>
        <w:rPr>
          <w:rFonts w:ascii="Gentium Plus" w:hAnsi="Gentium Plus"/>
          <w:sz w:val="24"/>
        </w:rPr>
        <w:t>〈ὄφις μέγας:〉 ὁ Δελφύνης.</w:t>
      </w:r>
    </w:p>
    <w:p>
      <w:r>
        <w:rPr>
          <w:rFonts w:ascii="Courier New" w:hAnsi="Courier New"/>
          <w:color w:val="555555"/>
          <w:sz w:val="20"/>
        </w:rPr>
        <w:t>[4 . 92]</w:t>
      </w:r>
    </w:p>
    <w:p>
      <w:r>
        <w:rPr>
          <w:rFonts w:ascii="Gentium Plus" w:hAnsi="Gentium Plus"/>
          <w:sz w:val="24"/>
        </w:rPr>
        <w:t>〈ἀπὸ Πλειστοῖο:〉 Πλειστὸς ποταμὸς Φωκίδος παρὰ τὸν Παρ‐ νασὸν ῥέων, ὅς ἐστιν ὄρος Φωκίδος.</w:t>
      </w:r>
    </w:p>
    <w:p>
      <w:r>
        <w:rPr>
          <w:rFonts w:ascii="Courier New" w:hAnsi="Courier New"/>
          <w:color w:val="555555"/>
          <w:sz w:val="20"/>
        </w:rPr>
        <w:t>[4 . 94]</w:t>
      </w:r>
    </w:p>
    <w:p>
      <w:r>
        <w:rPr>
          <w:rFonts w:ascii="Gentium Plus" w:hAnsi="Gentium Plus"/>
          <w:sz w:val="24"/>
        </w:rPr>
        <w:t>〈τομώτερον:〉 σαφέστερον, ὀξύτερον.</w:t>
      </w:r>
    </w:p>
    <w:p>
      <w:r>
        <w:rPr>
          <w:rFonts w:ascii="Courier New" w:hAnsi="Courier New"/>
          <w:color w:val="555555"/>
          <w:sz w:val="20"/>
        </w:rPr>
        <w:t>[4 . 96]</w:t>
      </w:r>
    </w:p>
    <w:p>
      <w:r>
        <w:rPr>
          <w:rFonts w:ascii="Gentium Plus" w:hAnsi="Gentium Plus"/>
          <w:sz w:val="24"/>
        </w:rPr>
        <w:t>〈κακογλώσσοιο:〉 τῆς Νιόβης· ἐν Θήβαις γὰρ κατῴκει.</w:t>
      </w:r>
    </w:p>
    <w:p>
      <w:r>
        <w:rPr>
          <w:rFonts w:ascii="Courier New" w:hAnsi="Courier New"/>
          <w:color w:val="555555"/>
          <w:sz w:val="20"/>
        </w:rPr>
        <w:t>[4 . 97]</w:t>
      </w:r>
    </w:p>
    <w:p>
      <w:r>
        <w:rPr>
          <w:rFonts w:ascii="Gentium Plus" w:hAnsi="Gentium Plus"/>
          <w:sz w:val="24"/>
        </w:rPr>
        <w:t>〈Κιθαιρών:〉 ὄρος Θηβῶν.</w:t>
      </w:r>
    </w:p>
    <w:p>
      <w:r>
        <w:rPr>
          <w:rFonts w:ascii="Courier New" w:hAnsi="Courier New"/>
          <w:color w:val="555555"/>
          <w:sz w:val="20"/>
        </w:rPr>
        <w:t>[4 . 101]</w:t>
      </w:r>
    </w:p>
    <w:p>
      <w:r>
        <w:rPr>
          <w:rFonts w:ascii="Gentium Plus" w:hAnsi="Gentium Plus"/>
          <w:sz w:val="24"/>
        </w:rPr>
        <w:t>〈Ἑλίκη:〉 πόλις Ἀχαΐας.</w:t>
      </w:r>
    </w:p>
    <w:p>
      <w:r>
        <w:rPr>
          <w:rFonts w:ascii="Courier New" w:hAnsi="Courier New"/>
          <w:color w:val="555555"/>
          <w:sz w:val="20"/>
        </w:rPr>
        <w:t>[4 . 102]</w:t>
      </w:r>
    </w:p>
    <w:p>
      <w:r>
        <w:rPr>
          <w:rFonts w:ascii="Gentium Plus" w:hAnsi="Gentium Plus"/>
          <w:sz w:val="24"/>
        </w:rPr>
        <w:t>〈Βοῦρά τε Δεξαμενοῖο:〉 Βοῦρα πόλις Ἀχαΐας· ᾤκησε δὲ αὐτὴν Δεξαμενὸς ὁ Κένταυρος. ἐκεῖ δὲ αὐτοῦ τὰ βουστάσια ἐφυλάττετο· διὸ καὶ Βοῦρα ὠνομάσθη.</w:t>
      </w:r>
    </w:p>
    <w:p>
      <w:r>
        <w:rPr>
          <w:rFonts w:ascii="Courier New" w:hAnsi="Courier New"/>
          <w:color w:val="555555"/>
          <w:sz w:val="20"/>
        </w:rPr>
        <w:t>[4 104a]</w:t>
      </w:r>
    </w:p>
    <w:p>
      <w:r>
        <w:rPr>
          <w:rFonts w:ascii="Gentium Plus" w:hAnsi="Gentium Plus"/>
          <w:sz w:val="24"/>
        </w:rPr>
        <w:t>〈Λάρισα:〉 πόλις Θεσσαλίας.</w:t>
      </w:r>
    </w:p>
    <w:p>
      <w:r>
        <w:rPr>
          <w:rFonts w:ascii="Courier New" w:hAnsi="Courier New"/>
          <w:color w:val="555555"/>
          <w:sz w:val="20"/>
        </w:rPr>
        <w:t>[4 104b]</w:t>
      </w:r>
    </w:p>
    <w:p>
      <w:r>
        <w:rPr>
          <w:rFonts w:ascii="Gentium Plus" w:hAnsi="Gentium Plus"/>
          <w:sz w:val="24"/>
        </w:rPr>
        <w:t>Χειρωνίδες ἄκραι: τὸ Πήλιον ὄρος Θεσσαλίας, διὰ τὸ τὸν Χείρωνα ἐκεῖσε οἰκῆσαι.</w:t>
      </w:r>
    </w:p>
    <w:p>
      <w:r>
        <w:rPr>
          <w:rFonts w:ascii="Courier New" w:hAnsi="Courier New"/>
          <w:color w:val="555555"/>
          <w:sz w:val="20"/>
        </w:rPr>
        <w:t>[4 105a]</w:t>
      </w:r>
    </w:p>
    <w:p>
      <w:r>
        <w:rPr>
          <w:rFonts w:ascii="Gentium Plus" w:hAnsi="Gentium Plus"/>
          <w:sz w:val="24"/>
        </w:rPr>
        <w:t>〈Πηνειός:〉 ποταμὸς Θεσσαλίας.</w:t>
      </w:r>
    </w:p>
    <w:p>
      <w:r>
        <w:rPr>
          <w:rFonts w:ascii="Courier New" w:hAnsi="Courier New"/>
          <w:color w:val="555555"/>
          <w:sz w:val="20"/>
        </w:rPr>
        <w:t>[4 105b]</w:t>
      </w:r>
    </w:p>
    <w:p>
      <w:r>
        <w:rPr>
          <w:rFonts w:ascii="Gentium Plus" w:hAnsi="Gentium Plus"/>
          <w:sz w:val="24"/>
        </w:rPr>
        <w:t>〈Τεμπέων:〉 ὄρη Θεσσαλίας.</w:t>
      </w:r>
    </w:p>
    <w:p>
      <w:r>
        <w:rPr>
          <w:rFonts w:ascii="Courier New" w:hAnsi="Courier New"/>
          <w:color w:val="555555"/>
          <w:sz w:val="20"/>
        </w:rPr>
        <w:t>[4 105c]</w:t>
      </w:r>
    </w:p>
    <w:p>
      <w:r>
        <w:rPr>
          <w:rFonts w:ascii="Gentium Plus" w:hAnsi="Gentium Plus"/>
          <w:sz w:val="24"/>
        </w:rPr>
        <w:t>〈Τεμπέων:〉 ὄρη Κιλικίας πλησίον Θεσσαλίας.</w:t>
      </w:r>
    </w:p>
    <w:p>
      <w:r>
        <w:rPr>
          <w:rFonts w:ascii="Courier New" w:hAnsi="Courier New"/>
          <w:color w:val="555555"/>
          <w:sz w:val="20"/>
        </w:rPr>
        <w:t>[4 105d]</w:t>
      </w:r>
    </w:p>
    <w:p>
      <w:r>
        <w:rPr>
          <w:rFonts w:ascii="Gentium Plus" w:hAnsi="Gentium Plus"/>
          <w:sz w:val="24"/>
        </w:rPr>
        <w:t>〈Τεμπέων:〉 Τέμπη αἱ στενώταται διεκβολαὶ τῶν Θεσσαλίας ὀρῶν.</w:t>
      </w:r>
    </w:p>
    <w:p>
      <w:r>
        <w:rPr>
          <w:rFonts w:ascii="Courier New" w:hAnsi="Courier New"/>
          <w:color w:val="555555"/>
          <w:sz w:val="20"/>
        </w:rPr>
        <w:t>[4 . 109]</w:t>
      </w:r>
    </w:p>
    <w:p>
      <w:r>
        <w:rPr>
          <w:rFonts w:ascii="Gentium Plus" w:hAnsi="Gentium Plus"/>
          <w:sz w:val="24"/>
        </w:rPr>
        <w:t>〈Θεσσαλίδες:〉 αἱ παρὰ τὸν Πηνειόν.</w:t>
      </w:r>
    </w:p>
    <w:p>
      <w:r>
        <w:rPr>
          <w:rFonts w:ascii="Courier New" w:hAnsi="Courier New"/>
          <w:color w:val="555555"/>
          <w:sz w:val="20"/>
        </w:rPr>
        <w:t>[4 . 112]</w:t>
      </w:r>
    </w:p>
    <w:p>
      <w:r>
        <w:rPr>
          <w:rFonts w:ascii="Gentium Plus" w:hAnsi="Gentium Plus"/>
          <w:sz w:val="24"/>
        </w:rPr>
        <w:t>〈ἀνέμοισιν ἐρίζεις:〉 ἐν τῷ τρέχειν.</w:t>
      </w:r>
    </w:p>
    <w:p>
      <w:r>
        <w:rPr>
          <w:rFonts w:ascii="Courier New" w:hAnsi="Courier New"/>
          <w:color w:val="555555"/>
          <w:sz w:val="20"/>
        </w:rPr>
        <w:t>[4 . 115]</w:t>
      </w:r>
    </w:p>
    <w:p>
      <w:r>
        <w:rPr>
          <w:rFonts w:ascii="Gentium Plus" w:hAnsi="Gentium Plus"/>
          <w:sz w:val="24"/>
        </w:rPr>
        <w:t>〈πεποίησαι:〉 προσπεποίησαι τὸ ὀξέως τρέχειν.</w:t>
      </w:r>
    </w:p>
    <w:p>
      <w:r>
        <w:rPr>
          <w:rFonts w:ascii="Courier New" w:hAnsi="Courier New"/>
          <w:color w:val="555555"/>
          <w:sz w:val="20"/>
        </w:rPr>
        <w:t>[4 . 118]</w:t>
      </w:r>
    </w:p>
    <w:p>
      <w:r>
        <w:rPr>
          <w:rFonts w:ascii="Gentium Plus" w:hAnsi="Gentium Plus"/>
          <w:sz w:val="24"/>
        </w:rPr>
        <w:t>〈Φιλύρης νυμφήϊον:〉 ἐν τῷ Πηλίῳ γὰρ ὁ Κρόνος τῇ Φιλύρᾳ μιγεὶς ποιεῖ τὸν Χείρωνα.</w:t>
      </w:r>
    </w:p>
    <w:p>
      <w:r>
        <w:rPr>
          <w:rFonts w:ascii="Courier New" w:hAnsi="Courier New"/>
          <w:color w:val="555555"/>
          <w:sz w:val="20"/>
        </w:rPr>
        <w:t>[4 . 122]</w:t>
      </w:r>
    </w:p>
    <w:p>
      <w:r>
        <w:rPr>
          <w:rFonts w:ascii="Gentium Plus" w:hAnsi="Gentium Plus"/>
          <w:sz w:val="24"/>
        </w:rPr>
        <w:t>〈Ἀναγκαίη:〉 τὸ τοῦ ποιητοῦ (Ζ 85 = τ 73)· ‘ἀναγκαίη γὰρ ἐπείγει‘. ἡ γὰρ Ἀνάγκη μεγάλη θεός ἐστι.</w:t>
      </w:r>
    </w:p>
    <w:p>
      <w:r>
        <w:rPr>
          <w:rFonts w:ascii="Courier New" w:hAnsi="Courier New"/>
          <w:color w:val="555555"/>
          <w:sz w:val="20"/>
        </w:rPr>
        <w:t>[4 . 125]</w:t>
      </w:r>
    </w:p>
    <w:p>
      <w:r>
        <w:rPr>
          <w:rFonts w:ascii="Gentium Plus" w:hAnsi="Gentium Plus"/>
          <w:sz w:val="24"/>
        </w:rPr>
        <w:t>〈ἀπαύγασαι:〉 θέασαι.</w:t>
      </w:r>
    </w:p>
    <w:p>
      <w:r>
        <w:rPr>
          <w:rFonts w:ascii="Courier New" w:hAnsi="Courier New"/>
          <w:color w:val="555555"/>
          <w:sz w:val="20"/>
        </w:rPr>
        <w:t>[4 . 126]</w:t>
      </w:r>
    </w:p>
    <w:p>
      <w:r>
        <w:rPr>
          <w:rFonts w:ascii="Gentium Plus" w:hAnsi="Gentium Plus"/>
          <w:sz w:val="24"/>
        </w:rPr>
        <w:t>τὸν Ἄρην λέγει.</w:t>
      </w:r>
    </w:p>
    <w:p>
      <w:r>
        <w:rPr>
          <w:rFonts w:ascii="Courier New" w:hAnsi="Courier New"/>
          <w:color w:val="555555"/>
          <w:sz w:val="20"/>
        </w:rPr>
        <w:t>[4 . 130]</w:t>
      </w:r>
    </w:p>
    <w:p>
      <w:r>
        <w:rPr>
          <w:rFonts w:ascii="Gentium Plus" w:hAnsi="Gentium Plus"/>
          <w:sz w:val="24"/>
        </w:rPr>
        <w:t>〈διψαλέην ἄμπωτιν:〉 ξηρασίαν.</w:t>
      </w:r>
    </w:p>
    <w:p>
      <w:r>
        <w:rPr>
          <w:rFonts w:ascii="Courier New" w:hAnsi="Courier New"/>
          <w:color w:val="555555"/>
          <w:sz w:val="20"/>
        </w:rPr>
        <w:t>[4 . 132]</w:t>
      </w:r>
    </w:p>
    <w:p>
      <w:r>
        <w:rPr>
          <w:rFonts w:ascii="Gentium Plus" w:hAnsi="Gentium Plus"/>
          <w:sz w:val="24"/>
        </w:rPr>
        <w:t>〈τί περισσά:〉 φθέγγομαι δηλονότι.</w:t>
      </w:r>
    </w:p>
    <w:p>
      <w:r>
        <w:rPr>
          <w:rFonts w:ascii="Courier New" w:hAnsi="Courier New"/>
          <w:color w:val="555555"/>
          <w:sz w:val="20"/>
        </w:rPr>
        <w:t>[4 . 134]</w:t>
      </w:r>
    </w:p>
    <w:p>
      <w:r>
        <w:rPr>
          <w:rFonts w:ascii="Gentium Plus" w:hAnsi="Gentium Plus"/>
          <w:sz w:val="24"/>
        </w:rPr>
        <w:t>〈Παγγαίου:〉 Πάγγαιον ὄρος Θρᾴκης.</w:t>
      </w:r>
    </w:p>
    <w:p>
      <w:r>
        <w:rPr>
          <w:rFonts w:ascii="Courier New" w:hAnsi="Courier New"/>
          <w:color w:val="555555"/>
          <w:sz w:val="20"/>
        </w:rPr>
        <w:t>[4 . 137]</w:t>
      </w:r>
    </w:p>
    <w:p>
      <w:r>
        <w:rPr>
          <w:rFonts w:ascii="Gentium Plus" w:hAnsi="Gentium Plus"/>
          <w:sz w:val="24"/>
        </w:rPr>
        <w:t>〈Ὄσσης:〉 ὄρος Θεσσαλίας.</w:t>
      </w:r>
    </w:p>
    <w:p>
      <w:r>
        <w:rPr>
          <w:rFonts w:ascii="Courier New" w:hAnsi="Courier New"/>
          <w:color w:val="555555"/>
          <w:sz w:val="20"/>
        </w:rPr>
        <w:t>[4 . 139]</w:t>
      </w:r>
    </w:p>
    <w:p>
      <w:r>
        <w:rPr>
          <w:rFonts w:ascii="Gentium Plus" w:hAnsi="Gentium Plus"/>
          <w:sz w:val="24"/>
        </w:rPr>
        <w:t>〈Πίνδοιο:〉 ὄρος Περραιβικόν.</w:t>
      </w:r>
    </w:p>
    <w:p>
      <w:r>
        <w:rPr>
          <w:rFonts w:ascii="Courier New" w:hAnsi="Courier New"/>
          <w:color w:val="555555"/>
          <w:sz w:val="20"/>
        </w:rPr>
        <w:t>[4 . 143]</w:t>
      </w:r>
    </w:p>
    <w:p>
      <w:r>
        <w:rPr>
          <w:rFonts w:ascii="Gentium Plus" w:hAnsi="Gentium Plus"/>
          <w:sz w:val="24"/>
        </w:rPr>
        <w:t>〈Βριαρῆος:〉 οἱ μέν φασι Βριαρέως, οἱ δὲ Τυφωέως, οἱ δὲ Ἐγκελάδου.</w:t>
      </w:r>
    </w:p>
    <w:p>
      <w:r>
        <w:rPr>
          <w:rFonts w:ascii="Courier New" w:hAnsi="Courier New"/>
          <w:color w:val="555555"/>
          <w:sz w:val="20"/>
        </w:rPr>
        <w:t>[4 . 144]</w:t>
      </w:r>
    </w:p>
    <w:p>
      <w:r>
        <w:rPr>
          <w:rFonts w:ascii="Gentium Plus" w:hAnsi="Gentium Plus"/>
          <w:sz w:val="24"/>
        </w:rPr>
        <w:t>〈θερμάστραι:〉 αἱ κάμινοι.</w:t>
      </w:r>
    </w:p>
    <w:p>
      <w:r>
        <w:rPr>
          <w:rFonts w:ascii="Courier New" w:hAnsi="Courier New"/>
          <w:color w:val="555555"/>
          <w:sz w:val="20"/>
        </w:rPr>
        <w:t>[4 . 150]</w:t>
      </w:r>
    </w:p>
    <w:p>
      <w:r>
        <w:rPr>
          <w:rFonts w:ascii="Gentium Plus" w:hAnsi="Gentium Plus"/>
          <w:sz w:val="24"/>
        </w:rPr>
        <w:t>〈Κοιηΐς:〉 Κοίου γὰρ καὶ Φοίβης ἡ Λητώ.</w:t>
      </w:r>
    </w:p>
    <w:p>
      <w:r>
        <w:rPr>
          <w:rFonts w:ascii="Courier New" w:hAnsi="Courier New"/>
          <w:color w:val="555555"/>
          <w:sz w:val="20"/>
        </w:rPr>
        <w:t>[4 . 156]</w:t>
      </w:r>
    </w:p>
    <w:p>
      <w:r>
        <w:rPr>
          <w:rFonts w:ascii="Gentium Plus" w:hAnsi="Gentium Plus"/>
          <w:sz w:val="24"/>
        </w:rPr>
        <w:t>〈Κέρκυρα:〉 ἡ Φαιακία.</w:t>
      </w:r>
    </w:p>
    <w:p>
      <w:r>
        <w:rPr>
          <w:rFonts w:ascii="Courier New" w:hAnsi="Courier New"/>
          <w:color w:val="555555"/>
          <w:sz w:val="20"/>
        </w:rPr>
        <w:t>[4 160-1]</w:t>
      </w:r>
    </w:p>
    <w:p>
      <w:r>
        <w:rPr>
          <w:rFonts w:ascii="Gentium Plus" w:hAnsi="Gentium Plus"/>
          <w:sz w:val="24"/>
        </w:rPr>
        <w:t>〈Κόων Μεροπηΐδα νῆσον \ μυχόν:〉 ἢ ὅτι ὑπὸ Μέροπος ἐβασιλεύθη, ἢ ὅτι Μέροπες αὐτὴν ᾤκησαν· θυγάτηρ δ’ Εὐρυπύλου βασιλέως 〈τῆσ〉 Κῶ (sc. ἡ Χαλκιόπη).</w:t>
      </w:r>
    </w:p>
    <w:p>
      <w:r>
        <w:rPr>
          <w:rFonts w:ascii="Courier New" w:hAnsi="Courier New"/>
          <w:color w:val="555555"/>
          <w:sz w:val="20"/>
        </w:rPr>
        <w:t>[4 . 165]</w:t>
      </w:r>
    </w:p>
    <w:p>
      <w:r>
        <w:rPr>
          <w:rFonts w:ascii="Gentium Plus" w:hAnsi="Gentium Plus"/>
          <w:sz w:val="24"/>
        </w:rPr>
        <w:t>〈ἐκ Μοιρέων:〉 διὰ τὸ ἐκεῖσε ἀνατραφῆναι τὸν Φιλάδελφον Πτολεμαῖον ἐν τῇ Κῷ.</w:t>
      </w:r>
    </w:p>
    <w:p>
      <w:r>
        <w:rPr>
          <w:rFonts w:ascii="Courier New" w:hAnsi="Courier New"/>
          <w:color w:val="555555"/>
          <w:sz w:val="20"/>
        </w:rPr>
        <w:t>[4 . 166]</w:t>
      </w:r>
    </w:p>
    <w:p>
      <w:r>
        <w:rPr>
          <w:rFonts w:ascii="Gentium Plus" w:hAnsi="Gentium Plus"/>
          <w:sz w:val="24"/>
        </w:rPr>
        <w:t>〈ὑπὸ μίτρην:〉 ὑπὸ τὴν βασιλείαν, ὑπὸ τὴν ἀρχήν.</w:t>
      </w:r>
    </w:p>
    <w:p>
      <w:r>
        <w:rPr>
          <w:rFonts w:ascii="Courier New" w:hAnsi="Courier New"/>
          <w:color w:val="555555"/>
          <w:sz w:val="20"/>
        </w:rPr>
        <w:t>[4 . 167]</w:t>
      </w:r>
    </w:p>
    <w:p>
      <w:r>
        <w:rPr>
          <w:rFonts w:ascii="Gentium Plus" w:hAnsi="Gentium Plus"/>
          <w:sz w:val="24"/>
        </w:rPr>
        <w:t>〈Μακηδόνι:〉 τῷ Φιλαδέλφῳ Πτολεμαίῳ.</w:t>
      </w:r>
    </w:p>
    <w:p>
      <w:r>
        <w:rPr>
          <w:rFonts w:ascii="Courier New" w:hAnsi="Courier New"/>
          <w:color w:val="555555"/>
          <w:sz w:val="20"/>
        </w:rPr>
        <w:t>[4 . 170]</w:t>
      </w:r>
    </w:p>
    <w:p>
      <w:r>
        <w:rPr>
          <w:rFonts w:ascii="Gentium Plus" w:hAnsi="Gentium Plus"/>
          <w:sz w:val="24"/>
        </w:rPr>
        <w:t>〈πατρός:〉 τοῦ Σωτῆρος.</w:t>
      </w:r>
    </w:p>
    <w:p>
      <w:r>
        <w:rPr>
          <w:rFonts w:ascii="Courier New" w:hAnsi="Courier New"/>
          <w:color w:val="555555"/>
          <w:sz w:val="20"/>
        </w:rPr>
        <w:t>[4 174a]</w:t>
      </w:r>
    </w:p>
    <w:p>
      <w:r>
        <w:rPr>
          <w:rFonts w:ascii="Gentium Plus" w:hAnsi="Gentium Plus"/>
          <w:sz w:val="24"/>
        </w:rPr>
        <w:t>Τιτῆνες: διὰ τὸ ἐπιχείρημα.</w:t>
      </w:r>
    </w:p>
    <w:p>
      <w:r>
        <w:rPr>
          <w:rFonts w:ascii="Courier New" w:hAnsi="Courier New"/>
          <w:color w:val="555555"/>
          <w:sz w:val="20"/>
        </w:rPr>
        <w:t>[4 174b]</w:t>
      </w:r>
    </w:p>
    <w:p>
      <w:r>
        <w:rPr>
          <w:rFonts w:ascii="Gentium Plus" w:hAnsi="Gentium Plus"/>
          <w:sz w:val="24"/>
        </w:rPr>
        <w:t>〈ἑσπέρου:〉 τῆς δύσεως.</w:t>
      </w:r>
    </w:p>
    <w:p>
      <w:r>
        <w:rPr>
          <w:rFonts w:ascii="Courier New" w:hAnsi="Courier New"/>
          <w:color w:val="555555"/>
          <w:sz w:val="20"/>
        </w:rPr>
        <w:t>[4 175-87]</w:t>
      </w:r>
    </w:p>
    <w:p>
      <w:r>
        <w:rPr>
          <w:rFonts w:ascii="Gentium Plus" w:hAnsi="Gentium Plus"/>
          <w:sz w:val="24"/>
        </w:rPr>
        <w:t>Βρέννος ὁ τῶν Γάλλων βασιλεὺς συλλαβὼν τοὺς Κελτοὺς ἦλθεν ἐπὶ Πυθῶνα βουλόμενος τὰ χρήματα αὐτῆς ἁρπάσαι. πλησίον δὲ</w:t>
      </w:r>
    </w:p>
    <w:p>
      <w:r>
        <w:rPr>
          <w:rFonts w:ascii="Courier New" w:hAnsi="Courier New"/>
          <w:color w:val="555555"/>
          <w:sz w:val="20"/>
        </w:rPr>
        <w:t>[5]</w:t>
      </w:r>
    </w:p>
    <w:p>
      <w:r>
        <w:rPr>
          <w:rFonts w:ascii="Gentium Plus" w:hAnsi="Gentium Plus"/>
          <w:sz w:val="24"/>
        </w:rPr>
        <w:t>Πτολεμαίου προξενεῖ αὐτοὺς αὐτῷ ὥστε ἐπὶ μισθῷ στρατεύεσθαι. καὶ γὰρ ἔχρῃζεν ὁ Πτολεμαῖος τούτου τοῦ στρατεύματος. οἱ δὲ ὁμοίως ἠβουλή‐ θησαν καὶ τοῦ Πτολεμαίου ἁρπάσαι τὰ χρήματα. γνοὺς οὖν λαμβάνει αὐτοὺς καὶ ἀπάγει πρὸς τὸ στόμιον τοῦ Νείλου τὸ λεγόμενον Σεβεννυτικὸν καὶ κατέκαυσεν αὐτοὺς ἐκεῖσε. ταῦτα οὖν, φησί, ξυνὸν ἀγῶνα ἔσεσθαι.</w:t>
      </w:r>
    </w:p>
    <w:p>
      <w:r>
        <w:rPr>
          <w:rFonts w:ascii="Courier New" w:hAnsi="Courier New"/>
          <w:color w:val="555555"/>
          <w:sz w:val="20"/>
        </w:rPr>
        <w:t>[4 . 184]</w:t>
      </w:r>
    </w:p>
    <w:p>
      <w:r>
        <w:rPr>
          <w:rFonts w:ascii="Gentium Plus" w:hAnsi="Gentium Plus"/>
          <w:sz w:val="24"/>
        </w:rPr>
        <w:t>〈Γαλάτῃσιν:〉 τοῖς Γάλλοις.</w:t>
      </w:r>
    </w:p>
    <w:p>
      <w:r>
        <w:rPr>
          <w:rFonts w:ascii="Courier New" w:hAnsi="Courier New"/>
          <w:color w:val="555555"/>
          <w:sz w:val="20"/>
        </w:rPr>
        <w:t>[4 . 185]</w:t>
      </w:r>
    </w:p>
    <w:p>
      <w:r>
        <w:rPr>
          <w:rFonts w:ascii="Gentium Plus" w:hAnsi="Gentium Plus"/>
          <w:sz w:val="24"/>
        </w:rPr>
        <w:t>〈τέων:〉 ὧντινων ἀσπίδων αἱ μὲν ἐμοὶ εἰς γέρας, αἱ δὲ τῷ Πτολεμαίῳ δοθήσονται.</w:t>
      </w:r>
    </w:p>
    <w:p>
      <w:r>
        <w:rPr>
          <w:rFonts w:ascii="Courier New" w:hAnsi="Courier New"/>
          <w:color w:val="555555"/>
          <w:sz w:val="20"/>
        </w:rPr>
        <w:t>[4 191a]</w:t>
      </w:r>
    </w:p>
    <w:p>
      <w:r>
        <w:rPr>
          <w:rFonts w:ascii="Gentium Plus" w:hAnsi="Gentium Plus"/>
          <w:sz w:val="24"/>
        </w:rPr>
        <w:t>〈διειδομένη:〉 φαινομένη.</w:t>
      </w:r>
    </w:p>
    <w:p>
      <w:r>
        <w:rPr>
          <w:rFonts w:ascii="Courier New" w:hAnsi="Courier New"/>
          <w:color w:val="555555"/>
          <w:sz w:val="20"/>
        </w:rPr>
        <w:t>[4 191b]</w:t>
      </w:r>
    </w:p>
    <w:p>
      <w:r>
        <w:rPr>
          <w:rFonts w:ascii="Gentium Plus" w:hAnsi="Gentium Plus"/>
          <w:sz w:val="24"/>
        </w:rPr>
        <w:t>〈ἀραιή:〉 λεπτή.</w:t>
      </w:r>
    </w:p>
    <w:p>
      <w:r>
        <w:rPr>
          <w:rFonts w:ascii="Courier New" w:hAnsi="Courier New"/>
          <w:color w:val="555555"/>
          <w:sz w:val="20"/>
        </w:rPr>
        <w:t>[4 . 193]</w:t>
      </w:r>
    </w:p>
    <w:p>
      <w:r>
        <w:rPr>
          <w:rFonts w:ascii="Gentium Plus" w:hAnsi="Gentium Plus"/>
          <w:sz w:val="24"/>
        </w:rPr>
        <w:t>ἀνθέρικός ἐστιν ὁ τοῦ ἀσφοδέλου καρπός.</w:t>
      </w:r>
    </w:p>
    <w:p>
      <w:r>
        <w:rPr>
          <w:rFonts w:ascii="Courier New" w:hAnsi="Courier New"/>
          <w:color w:val="555555"/>
          <w:sz w:val="20"/>
        </w:rPr>
        <w:t>[4 . 199]</w:t>
      </w:r>
    </w:p>
    <w:p>
      <w:r>
        <w:rPr>
          <w:rFonts w:ascii="Gentium Plus" w:hAnsi="Gentium Plus"/>
          <w:sz w:val="24"/>
        </w:rPr>
        <w:t>〈Γεραίστιον:〉 Γέραιστος ἀκρωτήριον Εὐβοίας.</w:t>
      </w:r>
    </w:p>
    <w:p>
      <w:r>
        <w:rPr>
          <w:rFonts w:ascii="Courier New" w:hAnsi="Courier New"/>
          <w:color w:val="555555"/>
          <w:sz w:val="20"/>
        </w:rPr>
        <w:t>[4 . 204]</w:t>
      </w:r>
    </w:p>
    <w:p>
      <w:r>
        <w:rPr>
          <w:rFonts w:ascii="Gentium Plus" w:hAnsi="Gentium Plus"/>
          <w:sz w:val="24"/>
        </w:rPr>
        <w:t>〈ἐφύλαξα:〉 ἀντὶ τοῦ φυλάξω.</w:t>
      </w:r>
    </w:p>
    <w:p>
      <w:r>
        <w:rPr>
          <w:rFonts w:ascii="Courier New" w:hAnsi="Courier New"/>
          <w:color w:val="555555"/>
          <w:sz w:val="20"/>
        </w:rPr>
        <w:t>[4 . 210]</w:t>
      </w:r>
    </w:p>
    <w:p>
      <w:r>
        <w:rPr>
          <w:rFonts w:ascii="Gentium Plus" w:hAnsi="Gentium Plus"/>
          <w:sz w:val="24"/>
        </w:rPr>
        <w:t>〈φοίνικος ποτὶ πρέμνον:〉 καὶ Ὅμηρος (ζ 162 sq.)· ‘Δήλῳ δὴ τοῖον Ἀπόλλωνος παρὰ βωμῷ φοίνικος νέον ἔρνον ἀνερχόμενον‘.</w:t>
      </w:r>
    </w:p>
    <w:p>
      <w:r>
        <w:rPr>
          <w:rFonts w:ascii="Courier New" w:hAnsi="Courier New"/>
          <w:color w:val="555555"/>
          <w:sz w:val="20"/>
        </w:rPr>
        <w:t>[4 . 212]</w:t>
      </w:r>
    </w:p>
    <w:p>
      <w:r>
        <w:rPr>
          <w:rFonts w:ascii="Gentium Plus" w:hAnsi="Gentium Plus"/>
          <w:sz w:val="24"/>
        </w:rPr>
        <w:t>ἀλυσθμαίνουσα: ἤτοι πνευστιῶσα, ἀσθμαίνουσα.</w:t>
      </w:r>
    </w:p>
    <w:p>
      <w:r>
        <w:rPr>
          <w:rFonts w:ascii="Courier New" w:hAnsi="Courier New"/>
          <w:color w:val="555555"/>
          <w:sz w:val="20"/>
        </w:rPr>
        <w:t>[4 . 215]</w:t>
      </w:r>
    </w:p>
    <w:p>
      <w:r>
        <w:rPr>
          <w:rFonts w:ascii="Gentium Plus" w:hAnsi="Gentium Plus"/>
          <w:sz w:val="24"/>
        </w:rPr>
        <w:t>〈νύμφα Διός:〉 πρὸς τὴν Ἥραν ὁ λόγος.</w:t>
      </w:r>
    </w:p>
    <w:p>
      <w:r>
        <w:rPr>
          <w:rFonts w:ascii="Courier New" w:hAnsi="Courier New"/>
          <w:color w:val="555555"/>
          <w:sz w:val="20"/>
        </w:rPr>
        <w:t>[4 . 225]</w:t>
      </w:r>
    </w:p>
    <w:p>
      <w:r>
        <w:rPr>
          <w:rFonts w:ascii="Gentium Plus" w:hAnsi="Gentium Plus"/>
          <w:sz w:val="24"/>
        </w:rPr>
        <w:t>σάρον: τὸ κάλλυντρον.</w:t>
      </w:r>
    </w:p>
    <w:p>
      <w:r>
        <w:rPr>
          <w:rFonts w:ascii="Courier New" w:hAnsi="Courier New"/>
          <w:color w:val="555555"/>
          <w:sz w:val="20"/>
        </w:rPr>
        <w:t>[4 . 234]</w:t>
      </w:r>
    </w:p>
    <w:p>
      <w:r>
        <w:rPr>
          <w:rFonts w:ascii="Gentium Plus" w:hAnsi="Gentium Plus"/>
          <w:sz w:val="24"/>
        </w:rPr>
        <w:t>ληθαῖον: τὸ λήθην τῶν κακῶν ἐμποιοῦν.</w:t>
      </w:r>
    </w:p>
    <w:p>
      <w:r>
        <w:rPr>
          <w:rFonts w:ascii="Courier New" w:hAnsi="Courier New"/>
          <w:color w:val="555555"/>
          <w:sz w:val="20"/>
        </w:rPr>
        <w:t>[4 . 235]</w:t>
      </w:r>
    </w:p>
    <w:p>
      <w:r>
        <w:rPr>
          <w:rFonts w:ascii="Gentium Plus" w:hAnsi="Gentium Plus"/>
          <w:sz w:val="24"/>
        </w:rPr>
        <w:t>〈ποτὶ γλωχῖνα:〉 πρὸς τὴν γωνίαν τοῦ θρόνου.</w:t>
      </w:r>
    </w:p>
    <w:p>
      <w:r>
        <w:rPr>
          <w:rFonts w:ascii="Courier New" w:hAnsi="Courier New"/>
          <w:color w:val="555555"/>
          <w:sz w:val="20"/>
        </w:rPr>
        <w:t>[4 . 236]</w:t>
      </w:r>
    </w:p>
    <w:p>
      <w:r>
        <w:rPr>
          <w:rFonts w:ascii="Gentium Plus" w:hAnsi="Gentium Plus"/>
          <w:sz w:val="24"/>
        </w:rPr>
        <w:t>〈λέχριος:〉 πλαγίως.</w:t>
      </w:r>
    </w:p>
    <w:p>
      <w:r>
        <w:rPr>
          <w:rFonts w:ascii="Courier New" w:hAnsi="Courier New"/>
          <w:color w:val="555555"/>
          <w:sz w:val="20"/>
        </w:rPr>
        <w:t>[4 . 238]</w:t>
      </w:r>
    </w:p>
    <w:p>
      <w:r>
        <w:rPr>
          <w:rFonts w:ascii="Gentium Plus" w:hAnsi="Gentium Plus"/>
          <w:sz w:val="24"/>
        </w:rPr>
        <w:t>ἐνδρομίδας: κυρίως τῶν κυνηγῶν τὰ ὑποδήματα.</w:t>
      </w:r>
    </w:p>
    <w:p>
      <w:r>
        <w:rPr>
          <w:rFonts w:ascii="Courier New" w:hAnsi="Courier New"/>
          <w:color w:val="555555"/>
          <w:sz w:val="20"/>
        </w:rPr>
        <w:t>[4 . 242]</w:t>
      </w:r>
    </w:p>
    <w:p>
      <w:r>
        <w:rPr>
          <w:rFonts w:ascii="Gentium Plus" w:hAnsi="Gentium Plus"/>
          <w:sz w:val="24"/>
        </w:rPr>
        <w:t>ἀλετρίδες: αἱ θεράπαιναι αἱ ἀλήθουσαι.</w:t>
      </w:r>
    </w:p>
    <w:p>
      <w:r>
        <w:rPr>
          <w:rFonts w:ascii="Courier New" w:hAnsi="Courier New"/>
          <w:color w:val="555555"/>
          <w:sz w:val="20"/>
        </w:rPr>
        <w:t>[4 . 246]</w:t>
      </w:r>
    </w:p>
    <w:p>
      <w:r>
        <w:rPr>
          <w:rFonts w:ascii="Gentium Plus" w:hAnsi="Gentium Plus"/>
          <w:sz w:val="24"/>
        </w:rPr>
        <w:t>καίτοι περ κακῶς τῇ Λητοῖ ἐχαρίσατο.</w:t>
      </w:r>
    </w:p>
    <w:p>
      <w:r>
        <w:rPr>
          <w:rFonts w:ascii="Courier New" w:hAnsi="Courier New"/>
          <w:color w:val="555555"/>
          <w:sz w:val="20"/>
        </w:rPr>
        <w:t>[4 . 250]</w:t>
      </w:r>
    </w:p>
    <w:p>
      <w:r>
        <w:rPr>
          <w:rFonts w:ascii="Gentium Plus" w:hAnsi="Gentium Plus"/>
          <w:sz w:val="24"/>
        </w:rPr>
        <w:t>〈Μῃόνιον Πακτωλόν:〉 ποταμὸς Λυδίας χρυσοῦ ψήγματα φέρων.</w:t>
      </w:r>
    </w:p>
    <w:p>
      <w:r>
        <w:rPr>
          <w:rFonts w:ascii="Courier New" w:hAnsi="Courier New"/>
          <w:color w:val="555555"/>
          <w:sz w:val="20"/>
        </w:rPr>
        <w:t>[4 . 251]</w:t>
      </w:r>
    </w:p>
    <w:p>
      <w:r>
        <w:rPr>
          <w:rFonts w:ascii="Gentium Plus" w:hAnsi="Gentium Plus"/>
          <w:sz w:val="24"/>
        </w:rPr>
        <w:t>〈ἑβδομάκις:〉 ἑπταμηνιαῖος γὰρ ἐτέχθη ὁ Ἀπόλλων.</w:t>
      </w:r>
    </w:p>
    <w:p>
      <w:r>
        <w:rPr>
          <w:rFonts w:ascii="Courier New" w:hAnsi="Courier New"/>
          <w:color w:val="555555"/>
          <w:sz w:val="20"/>
        </w:rPr>
        <w:t>[4 . 256]</w:t>
      </w:r>
    </w:p>
    <w:p>
      <w:r>
        <w:rPr>
          <w:rFonts w:ascii="Gentium Plus" w:hAnsi="Gentium Plus"/>
          <w:sz w:val="24"/>
        </w:rPr>
        <w:t>〈ποταμοῦ γένος ἀρχαίοιο:〉 τοῦ Ἰνωποῦ.</w:t>
      </w:r>
    </w:p>
    <w:p>
      <w:r>
        <w:rPr>
          <w:rFonts w:ascii="Courier New" w:hAnsi="Courier New"/>
          <w:color w:val="555555"/>
          <w:sz w:val="20"/>
        </w:rPr>
        <w:t>[4 . 258]</w:t>
      </w:r>
    </w:p>
    <w:p>
      <w:r>
        <w:rPr>
          <w:rFonts w:ascii="Gentium Plus" w:hAnsi="Gentium Plus"/>
          <w:sz w:val="24"/>
        </w:rPr>
        <w:t>〈ὀλολυγήν:〉 τὴν μετὰ εὐφημίας λέγει εὐχήν.</w:t>
      </w:r>
    </w:p>
    <w:p>
      <w:r>
        <w:rPr>
          <w:rFonts w:ascii="Courier New" w:hAnsi="Courier New"/>
          <w:color w:val="555555"/>
          <w:sz w:val="20"/>
        </w:rPr>
        <w:t>[4 . 261]</w:t>
      </w:r>
    </w:p>
    <w:p>
      <w:r>
        <w:rPr>
          <w:rFonts w:ascii="Gentium Plus" w:hAnsi="Gentium Plus"/>
          <w:sz w:val="24"/>
        </w:rPr>
        <w:t>〈τροχόεσσα ... λίμνη:〉 ἡ θάλασσα διὰ τὸ περιτρέχειν κύκλῳ τὴν νῆσον, ἢ λίμνη τις ἐν Δήλῳ περιφερής.</w:t>
      </w:r>
    </w:p>
    <w:p>
      <w:r>
        <w:rPr>
          <w:rFonts w:ascii="Courier New" w:hAnsi="Courier New"/>
          <w:color w:val="555555"/>
          <w:sz w:val="20"/>
        </w:rPr>
        <w:t>[4 . 266]</w:t>
      </w:r>
    </w:p>
    <w:p>
      <w:r>
        <w:rPr>
          <w:rFonts w:ascii="Gentium Plus" w:hAnsi="Gentium Plus"/>
          <w:sz w:val="24"/>
        </w:rPr>
        <w:t>〈ὦ μεγάλη πολύβωμε:〉 πρὸς τὴν γῆν λέγει πᾶσαν.</w:t>
      </w:r>
    </w:p>
    <w:p>
      <w:r>
        <w:rPr>
          <w:rFonts w:ascii="Courier New" w:hAnsi="Courier New"/>
          <w:color w:val="555555"/>
          <w:sz w:val="20"/>
        </w:rPr>
        <w:t>[4 . 271]</w:t>
      </w:r>
    </w:p>
    <w:p>
      <w:r>
        <w:rPr>
          <w:rFonts w:ascii="Gentium Plus" w:hAnsi="Gentium Plus"/>
          <w:sz w:val="24"/>
        </w:rPr>
        <w:t>Κερχνὶς καὶ Λέχαιον· ἀκρωτήριά εἰσιν, ἔνθα ὁ Ποσειδῶν τιμᾶται.</w:t>
      </w:r>
    </w:p>
    <w:p>
      <w:r>
        <w:rPr>
          <w:rFonts w:ascii="Courier New" w:hAnsi="Courier New"/>
          <w:color w:val="555555"/>
          <w:sz w:val="20"/>
        </w:rPr>
        <w:t>[4 . 275]</w:t>
      </w:r>
    </w:p>
    <w:p>
      <w:r>
        <w:rPr>
          <w:rFonts w:ascii="Gentium Plus" w:hAnsi="Gentium Plus"/>
          <w:sz w:val="24"/>
        </w:rPr>
        <w:t>〈νησάων:〉 παραλόγως τὸ νησάων.</w:t>
      </w:r>
    </w:p>
    <w:p>
      <w:r>
        <w:rPr>
          <w:rFonts w:ascii="Courier New" w:hAnsi="Courier New"/>
          <w:color w:val="555555"/>
          <w:sz w:val="20"/>
        </w:rPr>
        <w:t>[4 . 280]</w:t>
      </w:r>
    </w:p>
    <w:p>
      <w:r>
        <w:rPr>
          <w:rFonts w:ascii="Gentium Plus" w:hAnsi="Gentium Plus"/>
          <w:sz w:val="24"/>
        </w:rPr>
        <w:t>〈ἀνὰ μέσσην:〉 ἐν μεσημβρίᾳ.</w:t>
      </w:r>
    </w:p>
    <w:p>
      <w:r>
        <w:rPr>
          <w:rFonts w:ascii="Courier New" w:hAnsi="Courier New"/>
          <w:color w:val="555555"/>
          <w:sz w:val="20"/>
        </w:rPr>
        <w:t>[4 281sq a]</w:t>
      </w:r>
    </w:p>
    <w:p>
      <w:r>
        <w:rPr>
          <w:rFonts w:ascii="Gentium Plus" w:hAnsi="Gentium Plus"/>
          <w:sz w:val="24"/>
        </w:rPr>
        <w:t>〈οἳ καθύπερθε βορείης οἰκία θινὸς ἔχουσι:〉 οἱ Ὑπερβόρεοι.</w:t>
      </w:r>
    </w:p>
    <w:p>
      <w:r>
        <w:rPr>
          <w:rFonts w:ascii="Courier New" w:hAnsi="Courier New"/>
          <w:color w:val="555555"/>
          <w:sz w:val="20"/>
        </w:rPr>
        <w:t>[4 281sq b]</w:t>
      </w:r>
    </w:p>
    <w:p>
      <w:r>
        <w:rPr>
          <w:rFonts w:ascii="Gentium Plus" w:hAnsi="Gentium Plus"/>
          <w:sz w:val="24"/>
        </w:rPr>
        <w:t>θῖνα νῦν τὴν ζώνην λέγει ὠκεανοῦ.</w:t>
      </w:r>
    </w:p>
    <w:p>
      <w:r>
        <w:rPr>
          <w:rFonts w:ascii="Courier New" w:hAnsi="Courier New"/>
          <w:color w:val="555555"/>
          <w:sz w:val="20"/>
        </w:rPr>
        <w:t>[4 283-5]</w:t>
      </w:r>
    </w:p>
    <w:p>
      <w:r>
        <w:rPr>
          <w:rFonts w:ascii="Gentium Plus" w:hAnsi="Gentium Plus"/>
          <w:sz w:val="24"/>
        </w:rPr>
        <w:t>λέγεται ὅτι οἱ Ὑπερβόρεοι δῶρα πέμπουσι τῷ Ἀπόλλωνι, ἅτινα δέχονται πρῶτοι οἱ Δωδωναῖοι.</w:t>
      </w:r>
    </w:p>
    <w:p>
      <w:r>
        <w:rPr>
          <w:rFonts w:ascii="Courier New" w:hAnsi="Courier New"/>
          <w:color w:val="555555"/>
          <w:sz w:val="20"/>
        </w:rPr>
        <w:t>[4 286a]</w:t>
      </w:r>
    </w:p>
    <w:p>
      <w:r>
        <w:rPr>
          <w:rFonts w:ascii="Gentium Plus" w:hAnsi="Gentium Plus"/>
          <w:sz w:val="24"/>
        </w:rPr>
        <w:t>γηλεχέες: οὓς Ὅμηρός (Π 235) φησι χαμαιεύνας.</w:t>
      </w:r>
    </w:p>
    <w:p>
      <w:r>
        <w:rPr>
          <w:rFonts w:ascii="Courier New" w:hAnsi="Courier New"/>
          <w:color w:val="555555"/>
          <w:sz w:val="20"/>
        </w:rPr>
        <w:t>[4 286b]</w:t>
      </w:r>
    </w:p>
    <w:p>
      <w:r>
        <w:rPr>
          <w:rFonts w:ascii="Gentium Plus" w:hAnsi="Gentium Plus"/>
          <w:sz w:val="24"/>
        </w:rPr>
        <w:t>〈ἀσιγήτοιο λέβητος:〉 ὅθεν Δωδωναῖον χαλκεῖον.</w:t>
      </w:r>
    </w:p>
    <w:p>
      <w:r>
        <w:rPr>
          <w:rFonts w:ascii="Courier New" w:hAnsi="Courier New"/>
          <w:color w:val="555555"/>
          <w:sz w:val="20"/>
        </w:rPr>
        <w:t>[4 . 287]</w:t>
      </w:r>
    </w:p>
    <w:p>
      <w:r>
        <w:rPr>
          <w:rFonts w:ascii="Gentium Plus" w:hAnsi="Gentium Plus"/>
          <w:sz w:val="24"/>
        </w:rPr>
        <w:t>〈Μηλίδος:〉 Μηλὶς πόλις Τραχῖνος.</w:t>
      </w:r>
    </w:p>
    <w:p>
      <w:r>
        <w:rPr>
          <w:rFonts w:ascii="Courier New" w:hAnsi="Courier New"/>
          <w:color w:val="555555"/>
          <w:sz w:val="20"/>
        </w:rPr>
        <w:t>[4 . 289]</w:t>
      </w:r>
    </w:p>
    <w:p>
      <w:r>
        <w:rPr>
          <w:rFonts w:ascii="Gentium Plus" w:hAnsi="Gentium Plus"/>
          <w:sz w:val="24"/>
        </w:rPr>
        <w:t>ἐν Εὐβοίᾳ πεδίον Ληλάντιον ἀπὸ Ληλάντου βασιλέως.</w:t>
      </w:r>
    </w:p>
    <w:p>
      <w:r>
        <w:rPr>
          <w:rFonts w:ascii="Courier New" w:hAnsi="Courier New"/>
          <w:color w:val="555555"/>
          <w:sz w:val="20"/>
        </w:rPr>
        <w:t>[4 . 291]</w:t>
      </w:r>
    </w:p>
    <w:p>
      <w:r>
        <w:rPr>
          <w:rFonts w:ascii="Gentium Plus" w:hAnsi="Gentium Plus"/>
          <w:sz w:val="24"/>
        </w:rPr>
        <w:t>〈Ἀριμασπῶν:〉 ἔθνος τῶν Ὑπερβορέων.</w:t>
      </w:r>
    </w:p>
    <w:p>
      <w:r>
        <w:rPr>
          <w:rFonts w:ascii="Courier New" w:hAnsi="Courier New"/>
          <w:color w:val="555555"/>
          <w:sz w:val="20"/>
        </w:rPr>
        <w:t>[4 292a]</w:t>
      </w:r>
    </w:p>
    <w:p>
      <w:r>
        <w:rPr>
          <w:rFonts w:ascii="Gentium Plus" w:hAnsi="Gentium Plus"/>
          <w:sz w:val="24"/>
        </w:rPr>
        <w:t>〈Οὖπίς τε:〉 αἱ τρεῖς κόραι τῶν Ὑπερβορέων Σκυθῶν·</w:t>
      </w:r>
    </w:p>
    <w:p>
      <w:r>
        <w:rPr>
          <w:rFonts w:ascii="Courier New" w:hAnsi="Courier New"/>
          <w:color w:val="555555"/>
          <w:sz w:val="20"/>
        </w:rPr>
        <w:t>[4 292b]</w:t>
      </w:r>
    </w:p>
    <w:p>
      <w:r>
        <w:rPr>
          <w:rFonts w:ascii="Gentium Plus" w:hAnsi="Gentium Plus"/>
          <w:sz w:val="24"/>
        </w:rPr>
        <w:t>εὐαίων δὲ ἡ μακαρία.</w:t>
      </w:r>
    </w:p>
    <w:p>
      <w:r>
        <w:rPr>
          <w:rFonts w:ascii="Courier New" w:hAnsi="Courier New"/>
          <w:color w:val="555555"/>
          <w:sz w:val="20"/>
        </w:rPr>
        <w:t>[4 . 295]</w:t>
      </w:r>
    </w:p>
    <w:p>
      <w:r>
        <w:rPr>
          <w:rFonts w:ascii="Gentium Plus" w:hAnsi="Gentium Plus"/>
          <w:sz w:val="24"/>
        </w:rPr>
        <w:t>†〈εὔμοιροι:〉 εὔφημοι†.</w:t>
      </w:r>
    </w:p>
    <w:p>
      <w:r>
        <w:rPr>
          <w:rFonts w:ascii="Courier New" w:hAnsi="Courier New"/>
          <w:color w:val="555555"/>
          <w:sz w:val="20"/>
        </w:rPr>
        <w:t>[4 . 296]</w:t>
      </w:r>
    </w:p>
    <w:p>
      <w:r>
        <w:rPr>
          <w:rFonts w:ascii="Gentium Plus" w:hAnsi="Gentium Plus"/>
          <w:sz w:val="24"/>
        </w:rPr>
        <w:t>〈ὑμέναιος:〉 καιρὸς τοῦ γάμου.</w:t>
      </w:r>
    </w:p>
    <w:p>
      <w:r>
        <w:rPr>
          <w:rFonts w:ascii="Courier New" w:hAnsi="Courier New"/>
          <w:color w:val="555555"/>
          <w:sz w:val="20"/>
        </w:rPr>
        <w:t>[4 . 298]</w:t>
      </w:r>
    </w:p>
    <w:p>
      <w:r>
        <w:rPr>
          <w:rFonts w:ascii="Gentium Plus" w:hAnsi="Gentium Plus"/>
          <w:sz w:val="24"/>
        </w:rPr>
        <w:t>〈παρθενικαί:〉 ἀπὸ κοινοῦ τὸ φορέουσιν.</w:t>
      </w:r>
    </w:p>
    <w:p>
      <w:r>
        <w:rPr>
          <w:rFonts w:ascii="Courier New" w:hAnsi="Courier New"/>
          <w:color w:val="555555"/>
          <w:sz w:val="20"/>
        </w:rPr>
        <w:t>[4 . 299]</w:t>
      </w:r>
    </w:p>
    <w:p>
      <w:r>
        <w:rPr>
          <w:rFonts w:ascii="Gentium Plus" w:hAnsi="Gentium Plus"/>
          <w:sz w:val="24"/>
        </w:rPr>
        <w:t>〈ἄρσενες:〉 οἱ καθαροί.</w:t>
      </w:r>
    </w:p>
    <w:p>
      <w:r>
        <w:rPr>
          <w:rFonts w:ascii="Courier New" w:hAnsi="Courier New"/>
          <w:color w:val="555555"/>
          <w:sz w:val="20"/>
        </w:rPr>
        <w:t>[4 . 302]</w:t>
      </w:r>
    </w:p>
    <w:p>
      <w:r>
        <w:rPr>
          <w:rFonts w:ascii="Gentium Plus" w:hAnsi="Gentium Plus"/>
          <w:sz w:val="24"/>
        </w:rPr>
        <w:t>〈οὖλος ἐθείραις:〉 ὁ ὁλόκληρος ταῖς θριξί, τουτέστιν ὁ λαμπρὸς ταῖς ἀκτῖσιν.</w:t>
      </w:r>
    </w:p>
    <w:p>
      <w:r>
        <w:rPr>
          <w:rFonts w:ascii="Courier New" w:hAnsi="Courier New"/>
          <w:color w:val="555555"/>
          <w:sz w:val="20"/>
        </w:rPr>
        <w:t>[4 . 305]</w:t>
      </w:r>
    </w:p>
    <w:p>
      <w:r>
        <w:rPr>
          <w:rFonts w:ascii="Gentium Plus" w:hAnsi="Gentium Plus"/>
          <w:sz w:val="24"/>
        </w:rPr>
        <w:t>Ὠλὴν γάρ τις Λύκιος εὗρε τὸν ὕμνον τοῦτον.</w:t>
      </w:r>
    </w:p>
    <w:p>
      <w:r>
        <w:rPr>
          <w:rFonts w:ascii="Courier New" w:hAnsi="Courier New"/>
          <w:color w:val="555555"/>
          <w:sz w:val="20"/>
        </w:rPr>
        <w:t>[4 . 308]</w:t>
      </w:r>
    </w:p>
    <w:p>
      <w:r>
        <w:rPr>
          <w:rFonts w:ascii="Gentium Plus" w:hAnsi="Gentium Plus"/>
          <w:sz w:val="24"/>
        </w:rPr>
        <w:t>〈ἄγαλμα \ ἐν Δήλῳ ὅπερ Θησεὺς ἔκτισε διὰ τὸ εὐχερῶς τὴν Ἀριάδνην ὀλισθῆσαι εἰς πόθον τὸν Θησέως καὶ χειρώσασθαι τὸν Μινώταυρον.</w:t>
      </w:r>
    </w:p>
    <w:p>
      <w:r>
        <w:rPr>
          <w:rFonts w:ascii="Courier New" w:hAnsi="Courier New"/>
          <w:color w:val="555555"/>
          <w:sz w:val="20"/>
        </w:rPr>
        <w:t>[4 314sq a]</w:t>
      </w:r>
    </w:p>
    <w:p>
      <w:r>
        <w:rPr>
          <w:rFonts w:ascii="Gentium Plus" w:hAnsi="Gentium Plus"/>
          <w:sz w:val="24"/>
        </w:rPr>
        <w:t>τοῦτο καὶ Πλάτων ἔφη ἐν τῷ Φαίδωνι (58 Α—Β).</w:t>
      </w:r>
    </w:p>
    <w:p>
      <w:r>
        <w:rPr>
          <w:rFonts w:ascii="Courier New" w:hAnsi="Courier New"/>
          <w:color w:val="555555"/>
          <w:sz w:val="20"/>
        </w:rPr>
        <w:t>[4 314sq b]</w:t>
      </w:r>
    </w:p>
    <w:p>
      <w:r>
        <w:rPr>
          <w:rFonts w:ascii="Gentium Plus" w:hAnsi="Gentium Plus"/>
          <w:sz w:val="24"/>
        </w:rPr>
        <w:t>τὸ ἑξῆς· θεωρίδος νηός, νῦν τῆς τὰ ἱερὰ φερούσης· κυρίως δὲ θεωρὸς ὁ τὰ τοῦ θεοῦ ὠρῶν ὅ ἐστι φυλάσσων, ἐκ δὲ τούτου ὁ ἱερεύς.</w:t>
      </w:r>
    </w:p>
    <w:p>
      <w:r>
        <w:rPr>
          <w:rFonts w:ascii="Courier New" w:hAnsi="Courier New"/>
          <w:color w:val="555555"/>
          <w:sz w:val="20"/>
        </w:rPr>
        <w:t>[4 314sq c]</w:t>
      </w:r>
    </w:p>
    <w:p>
      <w:r>
        <w:rPr>
          <w:rFonts w:ascii="Gentium Plus" w:hAnsi="Gentium Plus"/>
          <w:sz w:val="24"/>
        </w:rPr>
        <w:t>ἱερὰ τριήρης.</w:t>
      </w:r>
    </w:p>
    <w:p>
      <w:r>
        <w:rPr>
          <w:rFonts w:ascii="Courier New" w:hAnsi="Courier New"/>
          <w:color w:val="555555"/>
          <w:sz w:val="20"/>
        </w:rPr>
        <w:t>[4 . 315]</w:t>
      </w:r>
    </w:p>
    <w:p>
      <w:r>
        <w:rPr>
          <w:rFonts w:ascii="Gentium Plus" w:hAnsi="Gentium Plus"/>
          <w:sz w:val="24"/>
        </w:rPr>
        <w:t>τοπήια: ὅπλα νεώς, Λάκωνες· σχοινία, κάλοι.</w:t>
      </w:r>
    </w:p>
    <w:p>
      <w:r>
        <w:rPr>
          <w:rFonts w:ascii="Courier New" w:hAnsi="Courier New"/>
          <w:color w:val="555555"/>
          <w:sz w:val="20"/>
        </w:rPr>
        <w:t>[4 . 316]</w:t>
      </w:r>
    </w:p>
    <w:p>
      <w:r>
        <w:rPr>
          <w:rFonts w:ascii="Gentium Plus" w:hAnsi="Gentium Plus"/>
          <w:sz w:val="24"/>
        </w:rPr>
        <w:t>〈τίς δέ σε:〉 ἀντὶ τοῦ οὐδείς.</w:t>
      </w:r>
    </w:p>
    <w:p>
      <w:r>
        <w:rPr>
          <w:rFonts w:ascii="Courier New" w:hAnsi="Courier New"/>
          <w:color w:val="555555"/>
          <w:sz w:val="20"/>
        </w:rPr>
        <w:t>[4 321-3]</w:t>
      </w:r>
    </w:p>
    <w:p>
      <w:r>
        <w:rPr>
          <w:rFonts w:ascii="Gentium Plus" w:hAnsi="Gentium Plus"/>
          <w:sz w:val="24"/>
        </w:rPr>
        <w:t>ἐν Δήλῳ περὶ τὸν βωμὸν τοῦ Ἀπόλλωνος ἔθος ἦν τρέχειν καὶ</w:t>
      </w:r>
    </w:p>
    <w:p>
      <w:r>
        <w:rPr>
          <w:rFonts w:ascii="Courier New" w:hAnsi="Courier New"/>
          <w:color w:val="555555"/>
          <w:sz w:val="20"/>
        </w:rPr>
        <w:t>[4 322a]</w:t>
      </w:r>
    </w:p>
    <w:p>
      <w:r>
        <w:rPr>
          <w:rFonts w:ascii="Gentium Plus" w:hAnsi="Gentium Plus"/>
          <w:sz w:val="24"/>
        </w:rPr>
        <w:t>〈ῥησσόμενον:〉 πλησσόμενον.</w:t>
      </w:r>
    </w:p>
    <w:p>
      <w:r>
        <w:rPr>
          <w:rFonts w:ascii="Courier New" w:hAnsi="Courier New"/>
          <w:color w:val="555555"/>
          <w:sz w:val="20"/>
        </w:rPr>
        <w:t>[4 322b]</w:t>
      </w:r>
    </w:p>
    <w:p>
      <w:r>
        <w:rPr>
          <w:rFonts w:ascii="Gentium Plus" w:hAnsi="Gentium Plus"/>
          <w:sz w:val="24"/>
        </w:rPr>
        <w:t>〈ὀδακτάσαι:〉 δράξασθαι, δακεῖν.</w:t>
      </w:r>
    </w:p>
    <w:p>
      <w:r>
        <w:rPr>
          <w:rFonts w:ascii="Courier New" w:hAnsi="Courier New"/>
          <w:color w:val="555555"/>
          <w:sz w:val="20"/>
        </w:rPr>
        <w:t>[4 325a]</w:t>
      </w:r>
    </w:p>
    <w:p>
      <w:r>
        <w:rPr>
          <w:rFonts w:ascii="Gentium Plus" w:hAnsi="Gentium Plus"/>
          <w:sz w:val="24"/>
        </w:rPr>
        <w:t>〈ἱστίη ὦ νήσων:〉 ἑστία ἐστὶ μέντοι κυρίως ὁ βωμὸς ὁ ἐν μέσῳ τῷ δόμῳ ἑστώς· ἐπειδὴ οὖν ἡ Δῆλος ἐν μέσῳ τῶν Κυκλάδων ἕστηκε, δοκεῖ ὥσπερ ἑστία τις καὶ βωμὸς εἶναι.</w:t>
      </w:r>
    </w:p>
    <w:p>
      <w:r>
        <w:rPr>
          <w:rFonts w:ascii="Courier New" w:hAnsi="Courier New"/>
          <w:color w:val="555555"/>
          <w:sz w:val="20"/>
        </w:rPr>
        <w:t>[4 325b]</w:t>
      </w:r>
    </w:p>
    <w:p>
      <w:r>
        <w:rPr>
          <w:rFonts w:ascii="Gentium Plus" w:hAnsi="Gentium Plus"/>
          <w:sz w:val="24"/>
        </w:rPr>
        <w:t>〈εὐέστιε:〉 εὔοικε.</w:t>
      </w:r>
    </w:p>
    <w:p>
      <w:r>
        <w:rPr>
          <w:rFonts w:ascii="Courier New" w:hAnsi="Courier New"/>
          <w:color w:val="555555"/>
          <w:sz w:val="20"/>
        </w:rPr>
        <w:t>[5 . 1]</w:t>
      </w:r>
    </w:p>
    <w:p>
      <w:r>
        <w:rPr>
          <w:rFonts w:ascii="Gentium Plus" w:hAnsi="Gentium Plus"/>
          <w:sz w:val="24"/>
        </w:rPr>
        <w:t>Ἔν τινι ἡμέρᾳ ὡρισμένῃ ἔθος εἶχον αἱ Ἀργεῖαι γυναῖκες λαμβάνειν τὸ ἄγαλμα τῆς Ἀθηνᾶς καὶ Διομήδους καὶ ἄγειν ἐπὶ τὸν Ἴναχον ποταμὸν κἀκεῖσε ἀπολούειν· ὃ δὴ καὶ λουτρὰ ὠνομάζετο τῆς Παλλάδος.</w:t>
      </w:r>
    </w:p>
    <w:p>
      <w:r>
        <w:rPr>
          <w:rFonts w:ascii="Courier New" w:hAnsi="Courier New"/>
          <w:color w:val="555555"/>
          <w:sz w:val="20"/>
        </w:rPr>
        <w:t>[5 . 2]</w:t>
      </w:r>
    </w:p>
    <w:p>
      <w:r>
        <w:rPr>
          <w:rFonts w:ascii="Gentium Plus" w:hAnsi="Gentium Plus"/>
          <w:sz w:val="24"/>
        </w:rPr>
        <w:t>φρυασσομενᾶν ἤτοι ποιὸν ἦχον ἀποτελουσῶν.</w:t>
      </w:r>
    </w:p>
    <w:p>
      <w:r>
        <w:rPr>
          <w:rFonts w:ascii="Courier New" w:hAnsi="Courier New"/>
          <w:color w:val="555555"/>
          <w:sz w:val="20"/>
        </w:rPr>
        <w:t>[5 . 4]</w:t>
      </w:r>
    </w:p>
    <w:p>
      <w:r>
        <w:rPr>
          <w:rFonts w:ascii="Gentium Plus" w:hAnsi="Gentium Plus"/>
          <w:sz w:val="24"/>
        </w:rPr>
        <w:t>σοῦσθε: ὁρμᾶτε, ἀπὸ τοῦ σεύω.</w:t>
      </w:r>
    </w:p>
    <w:p>
      <w:r>
        <w:rPr>
          <w:rFonts w:ascii="Courier New" w:hAnsi="Courier New"/>
          <w:color w:val="555555"/>
          <w:sz w:val="20"/>
        </w:rPr>
        <w:t>[5 . 5]</w:t>
      </w:r>
    </w:p>
    <w:p>
      <w:r>
        <w:rPr>
          <w:rFonts w:ascii="Gentium Plus" w:hAnsi="Gentium Plus"/>
          <w:sz w:val="24"/>
        </w:rPr>
        <w:t>〈πάχεις:〉 ἀπὸ μέρους τὸ ὅλον.</w:t>
      </w:r>
    </w:p>
    <w:p>
      <w:r>
        <w:rPr>
          <w:rFonts w:ascii="Courier New" w:hAnsi="Courier New"/>
          <w:color w:val="555555"/>
          <w:sz w:val="20"/>
        </w:rPr>
        <w:t>[5 . 8]</w:t>
      </w:r>
    </w:p>
    <w:p>
      <w:r>
        <w:rPr>
          <w:rFonts w:ascii="Gentium Plus" w:hAnsi="Gentium Plus"/>
          <w:sz w:val="24"/>
        </w:rPr>
        <w:t>〈γηγενέων:〉 τῶν γιγάντων.</w:t>
      </w:r>
    </w:p>
    <w:p>
      <w:r>
        <w:rPr>
          <w:rFonts w:ascii="Courier New" w:hAnsi="Courier New"/>
          <w:color w:val="555555"/>
          <w:sz w:val="20"/>
        </w:rPr>
        <w:t>[5 . 11]</w:t>
      </w:r>
    </w:p>
    <w:p>
      <w:r>
        <w:rPr>
          <w:rFonts w:ascii="Gentium Plus" w:hAnsi="Gentium Plus"/>
          <w:sz w:val="24"/>
        </w:rPr>
        <w:t>〈ἐφοίβασεν:〉 ἐκάθηρεν.</w:t>
      </w:r>
    </w:p>
    <w:p>
      <w:r>
        <w:rPr>
          <w:rFonts w:ascii="Courier New" w:hAnsi="Courier New"/>
          <w:color w:val="555555"/>
          <w:sz w:val="20"/>
        </w:rPr>
        <w:t>[5 13-17]</w:t>
      </w:r>
    </w:p>
    <w:p>
      <w:r>
        <w:rPr>
          <w:rFonts w:ascii="Gentium Plus" w:hAnsi="Gentium Plus"/>
          <w:sz w:val="24"/>
        </w:rPr>
        <w:t>ἀπὸ κοινοῦ τὸ οἴσετε.</w:t>
      </w:r>
    </w:p>
    <w:p>
      <w:r>
        <w:rPr>
          <w:rFonts w:ascii="Courier New" w:hAnsi="Courier New"/>
          <w:color w:val="555555"/>
          <w:sz w:val="20"/>
        </w:rPr>
        <w:t>[5 . 14]</w:t>
      </w:r>
    </w:p>
    <w:p>
      <w:r>
        <w:rPr>
          <w:rFonts w:ascii="Gentium Plus" w:hAnsi="Gentium Plus"/>
          <w:sz w:val="24"/>
        </w:rPr>
        <w:t>〈συρίγγων:〉 τῶν χοινικίδων.</w:t>
      </w:r>
    </w:p>
    <w:p>
      <w:r>
        <w:rPr>
          <w:rFonts w:ascii="Courier New" w:hAnsi="Courier New"/>
          <w:color w:val="555555"/>
          <w:sz w:val="20"/>
        </w:rPr>
        <w:t>[5 . 15]</w:t>
      </w:r>
    </w:p>
    <w:p>
      <w:r>
        <w:rPr>
          <w:rFonts w:ascii="Gentium Plus" w:hAnsi="Gentium Plus"/>
          <w:sz w:val="24"/>
        </w:rPr>
        <w:t>〈ἀλαβάστρως:〉 τὰς μυροθήκας.</w:t>
      </w:r>
    </w:p>
    <w:p>
      <w:r>
        <w:rPr>
          <w:rFonts w:ascii="Courier New" w:hAnsi="Courier New"/>
          <w:color w:val="555555"/>
          <w:sz w:val="20"/>
        </w:rPr>
        <w:t>[5 24a]</w:t>
      </w:r>
    </w:p>
    <w:p>
      <w:r>
        <w:rPr>
          <w:rFonts w:ascii="Gentium Plus" w:hAnsi="Gentium Plus"/>
          <w:sz w:val="24"/>
        </w:rPr>
        <w:t>〈παρ’ Εὐρώτᾳ:〉 ποταμὸς Λακεδαιμονίας.</w:t>
      </w:r>
    </w:p>
    <w:p>
      <w:r>
        <w:rPr>
          <w:rFonts w:ascii="Courier New" w:hAnsi="Courier New"/>
          <w:color w:val="555555"/>
          <w:sz w:val="20"/>
        </w:rPr>
        <w:t>[5 24b]</w:t>
      </w:r>
    </w:p>
    <w:p>
      <w:r>
        <w:rPr>
          <w:rFonts w:ascii="Gentium Plus" w:hAnsi="Gentium Plus"/>
          <w:sz w:val="24"/>
        </w:rPr>
        <w:t>〈τοὶ Λακεδαιμόνιοι \</w:t>
      </w:r>
    </w:p>
    <w:p>
      <w:r>
        <w:rPr>
          <w:rFonts w:ascii="Courier New" w:hAnsi="Courier New"/>
          <w:color w:val="555555"/>
          <w:sz w:val="20"/>
        </w:rPr>
        <w:t>[5 25a]</w:t>
      </w:r>
    </w:p>
    <w:p>
      <w:r>
        <w:rPr>
          <w:rFonts w:ascii="Gentium Plus" w:hAnsi="Gentium Plus"/>
          <w:sz w:val="24"/>
        </w:rPr>
        <w:t>〈ἐμπεράμως:〉 ἐμπείρους.</w:t>
      </w:r>
    </w:p>
    <w:p>
      <w:r>
        <w:rPr>
          <w:rFonts w:ascii="Courier New" w:hAnsi="Courier New"/>
          <w:color w:val="555555"/>
          <w:sz w:val="20"/>
        </w:rPr>
        <w:t>[5 25b]</w:t>
      </w:r>
    </w:p>
    <w:p>
      <w:r>
        <w:rPr>
          <w:rFonts w:ascii="Gentium Plus" w:hAnsi="Gentium Plus"/>
          <w:sz w:val="24"/>
        </w:rPr>
        <w:t>λιτά: ἀσκεύαστα, ἄμεικτα.</w:t>
      </w:r>
    </w:p>
    <w:p>
      <w:r>
        <w:rPr>
          <w:rFonts w:ascii="Courier New" w:hAnsi="Courier New"/>
          <w:color w:val="555555"/>
          <w:sz w:val="20"/>
        </w:rPr>
        <w:t>[5 . 28]</w:t>
      </w:r>
    </w:p>
    <w:p>
      <w:r>
        <w:rPr>
          <w:rFonts w:ascii="Gentium Plus" w:hAnsi="Gentium Plus"/>
          <w:sz w:val="24"/>
        </w:rPr>
        <w:t>〈σίβδας:〉 ῥοιᾶς.</w:t>
      </w:r>
    </w:p>
    <w:p>
      <w:r>
        <w:rPr>
          <w:rFonts w:ascii="Courier New" w:hAnsi="Courier New"/>
          <w:color w:val="555555"/>
          <w:sz w:val="20"/>
        </w:rPr>
        <w:t>[5 . 29]</w:t>
      </w:r>
    </w:p>
    <w:p>
      <w:r>
        <w:rPr>
          <w:rFonts w:ascii="Gentium Plus" w:hAnsi="Gentium Plus"/>
          <w:sz w:val="24"/>
        </w:rPr>
        <w:t>ἄρσεν ἤτοι καθαρόν, ἄμεικτον.</w:t>
      </w:r>
    </w:p>
    <w:p>
      <w:r>
        <w:rPr>
          <w:rFonts w:ascii="Courier New" w:hAnsi="Courier New"/>
          <w:color w:val="555555"/>
          <w:sz w:val="20"/>
        </w:rPr>
        <w:t>[5 . 32]</w:t>
      </w:r>
    </w:p>
    <w:p>
      <w:r>
        <w:rPr>
          <w:rFonts w:ascii="Gentium Plus" w:hAnsi="Gentium Plus"/>
          <w:sz w:val="24"/>
        </w:rPr>
        <w:t>〈σμασαμένα:〉 σμηξαμένη.</w:t>
      </w:r>
    </w:p>
    <w:p>
      <w:r>
        <w:rPr>
          <w:rFonts w:ascii="Courier New" w:hAnsi="Courier New"/>
          <w:color w:val="555555"/>
          <w:sz w:val="20"/>
        </w:rPr>
        <w:t>[5 . 33]</w:t>
      </w:r>
    </w:p>
    <w:p>
      <w:r>
        <w:rPr>
          <w:rFonts w:ascii="Gentium Plus" w:hAnsi="Gentium Plus"/>
          <w:sz w:val="24"/>
        </w:rPr>
        <w:t>ἴλα: ἡ τῶν νυμφῶν φρατρία καὶ ἄθροισις.</w:t>
      </w:r>
    </w:p>
    <w:p>
      <w:r>
        <w:rPr>
          <w:rFonts w:ascii="Courier New" w:hAnsi="Courier New"/>
          <w:color w:val="555555"/>
          <w:sz w:val="20"/>
        </w:rPr>
        <w:t>[5 . 34]</w:t>
      </w:r>
    </w:p>
    <w:p>
      <w:r>
        <w:rPr>
          <w:rFonts w:ascii="Gentium Plus" w:hAnsi="Gentium Plus"/>
          <w:sz w:val="24"/>
        </w:rPr>
        <w:t>〈Ἀρεστοριδᾶν:〉 Ἀρεστορίδαι φυλὴ ἐπίσημος ἐν Ἄργει.</w:t>
      </w:r>
    </w:p>
    <w:p>
      <w:r>
        <w:rPr>
          <w:rFonts w:ascii="Courier New" w:hAnsi="Courier New"/>
          <w:color w:val="555555"/>
          <w:sz w:val="20"/>
        </w:rPr>
        <w:t>[5 . 37]</w:t>
      </w:r>
    </w:p>
    <w:p>
      <w:r>
        <w:rPr>
          <w:rFonts w:ascii="Gentium Plus" w:hAnsi="Gentium Plus"/>
          <w:sz w:val="24"/>
        </w:rPr>
        <w:t>〈Εὐμήδης:〉 ποτὲ τῶν Ἡρακλειδῶν ἐλθόντων κατὰ τῶν Ὀρεστει‐ δῶν Εὐμήδης, ἱερεὺς τῆς Ἀθηνᾶς, ὑπενοήθη ὑπὸ τῶν Ἀργείων ὡς βουλό‐ μενος προδοῦναι τὸ Παλλάδιον τοῖς Ἡρακλείδαις· φοβηθεὶς οὖν ὁ Εὐμήδης ἔλαβε τὸ Παλλάδιον καὶ παρεγένετο εἰς τὸ ὄρος τὸ καλούμενον Ἴφειον.</w:t>
      </w:r>
    </w:p>
    <w:p>
      <w:r>
        <w:rPr>
          <w:rFonts w:ascii="Courier New" w:hAnsi="Courier New"/>
          <w:color w:val="555555"/>
          <w:sz w:val="20"/>
        </w:rPr>
        <w:t>[5 . 40]</w:t>
      </w:r>
    </w:p>
    <w:p>
      <w:r>
        <w:rPr>
          <w:rFonts w:ascii="Gentium Plus" w:hAnsi="Gentium Plus"/>
          <w:sz w:val="24"/>
        </w:rPr>
        <w:t>〈Κρεῖον:〉 ὄρος Ἄργους.</w:t>
      </w:r>
    </w:p>
    <w:p>
      <w:r>
        <w:rPr>
          <w:rFonts w:ascii="Courier New" w:hAnsi="Courier New"/>
          <w:color w:val="555555"/>
          <w:sz w:val="20"/>
        </w:rPr>
        <w:t>[5 . 41]</w:t>
      </w:r>
    </w:p>
    <w:p>
      <w:r>
        <w:rPr>
          <w:rFonts w:ascii="Gentium Plus" w:hAnsi="Gentium Plus"/>
          <w:sz w:val="24"/>
        </w:rPr>
        <w:t>〈ἀπορρώγεσσιν:〉 ἐν πέτραις ἐρρηγμέναις.</w:t>
      </w:r>
    </w:p>
    <w:p>
      <w:r>
        <w:rPr>
          <w:rFonts w:ascii="Courier New" w:hAnsi="Courier New"/>
          <w:color w:val="555555"/>
          <w:sz w:val="20"/>
        </w:rPr>
        <w:t>[5 . 42]</w:t>
      </w:r>
    </w:p>
    <w:p>
      <w:r>
        <w:rPr>
          <w:rFonts w:ascii="Gentium Plus" w:hAnsi="Gentium Plus"/>
          <w:sz w:val="24"/>
        </w:rPr>
        <w:t>〈Παλλατίδες:〉 οὕτω γὰρ καλοῦνται ἀπὸ τῆς Παλλάδος.</w:t>
      </w:r>
    </w:p>
    <w:p>
      <w:r>
        <w:rPr>
          <w:rFonts w:ascii="Courier New" w:hAnsi="Courier New"/>
          <w:color w:val="555555"/>
          <w:sz w:val="20"/>
        </w:rPr>
        <w:t>[5 . 45]</w:t>
      </w:r>
    </w:p>
    <w:p>
      <w:r>
        <w:rPr>
          <w:rFonts w:ascii="Gentium Plus" w:hAnsi="Gentium Plus"/>
          <w:sz w:val="24"/>
        </w:rPr>
        <w:t>〈Ἄργος:〉 τουτέστιν ὦ Ἀργεῖοι.</w:t>
      </w:r>
    </w:p>
    <w:p>
      <w:r>
        <w:rPr>
          <w:rFonts w:ascii="Courier New" w:hAnsi="Courier New"/>
          <w:color w:val="555555"/>
          <w:sz w:val="20"/>
        </w:rPr>
        <w:t>[5 47sq]</w:t>
      </w:r>
    </w:p>
    <w:p>
      <w:r>
        <w:rPr>
          <w:rFonts w:ascii="Gentium Plus" w:hAnsi="Gentium Plus"/>
          <w:sz w:val="24"/>
        </w:rPr>
        <w:t>〈ἢ ’ς Φυσάδειαν \ θυγατέρες Δαναοῦ, ὅθεν τὴν ὀνομασίαν ἔσχον αἱ κρῆναι.</w:t>
      </w:r>
    </w:p>
    <w:p>
      <w:r>
        <w:rPr>
          <w:rFonts w:ascii="Courier New" w:hAnsi="Courier New"/>
          <w:color w:val="555555"/>
          <w:sz w:val="20"/>
        </w:rPr>
        <w:t>[5 . 57]</w:t>
      </w:r>
    </w:p>
    <w:p>
      <w:r>
        <w:rPr>
          <w:rFonts w:ascii="Gentium Plus" w:hAnsi="Gentium Plus"/>
          <w:sz w:val="24"/>
        </w:rPr>
        <w:t>〈νύμφαν μίαν:〉 τὴν Χαρικλώ, μητέρα Τειρεσίου τοῦ μάν‐ τεως.</w:t>
      </w:r>
    </w:p>
    <w:p>
      <w:r>
        <w:rPr>
          <w:rFonts w:ascii="Courier New" w:hAnsi="Courier New"/>
          <w:color w:val="555555"/>
          <w:sz w:val="20"/>
        </w:rPr>
        <w:t>[5 60-3]</w:t>
      </w:r>
    </w:p>
    <w:p>
      <w:r>
        <w:rPr>
          <w:rFonts w:ascii="Gentium Plus" w:hAnsi="Gentium Plus"/>
          <w:sz w:val="24"/>
        </w:rPr>
        <w:t>Θέσπεια, Κορώνεια, Ἁλίαρτος πόλεις Βοιωτίας.</w:t>
      </w:r>
    </w:p>
    <w:p>
      <w:r>
        <w:rPr>
          <w:rFonts w:ascii="Courier New" w:hAnsi="Courier New"/>
          <w:color w:val="555555"/>
          <w:sz w:val="20"/>
        </w:rPr>
        <w:t>[5 . 64]</w:t>
      </w:r>
    </w:p>
    <w:p>
      <w:r>
        <w:rPr>
          <w:rFonts w:ascii="Gentium Plus" w:hAnsi="Gentium Plus"/>
          <w:sz w:val="24"/>
        </w:rPr>
        <w:t>〈Κουραλίῳ:〉 ποταμὸς Βοιωτίας.</w:t>
      </w:r>
    </w:p>
    <w:p>
      <w:r>
        <w:rPr>
          <w:rFonts w:ascii="Courier New" w:hAnsi="Courier New"/>
          <w:color w:val="555555"/>
          <w:sz w:val="20"/>
        </w:rPr>
        <w:t>[5 . 71]</w:t>
      </w:r>
    </w:p>
    <w:p>
      <w:r>
        <w:rPr>
          <w:rFonts w:ascii="Gentium Plus" w:hAnsi="Gentium Plus"/>
          <w:sz w:val="24"/>
        </w:rPr>
        <w:t>〈ἵππω ἐπὶ κράνᾳ:〉 οὕτω καλεῖται Ἵππου κρήνη ἐν Ἑλικῶνι, ἣν ὁ Πήγασος τῇ ὁπλῇ πλήξας ἐποίησεν.</w:t>
      </w:r>
    </w:p>
    <w:p>
      <w:r>
        <w:rPr>
          <w:rFonts w:ascii="Courier New" w:hAnsi="Courier New"/>
          <w:color w:val="555555"/>
          <w:sz w:val="20"/>
        </w:rPr>
        <w:t>[5 . 72]</w:t>
      </w:r>
    </w:p>
    <w:p>
      <w:r>
        <w:rPr>
          <w:rFonts w:ascii="Gentium Plus" w:hAnsi="Gentium Plus"/>
          <w:sz w:val="24"/>
        </w:rPr>
        <w:t>〈λῶντο:〉 ἐλούοντο.</w:t>
      </w:r>
    </w:p>
    <w:p>
      <w:r>
        <w:rPr>
          <w:rFonts w:ascii="Courier New" w:hAnsi="Courier New"/>
          <w:color w:val="555555"/>
          <w:sz w:val="20"/>
        </w:rPr>
        <w:t>[5 76a]</w:t>
      </w:r>
    </w:p>
    <w:p>
      <w:r>
        <w:rPr>
          <w:rFonts w:ascii="Gentium Plus" w:hAnsi="Gentium Plus"/>
          <w:sz w:val="24"/>
        </w:rPr>
        <w:t>περκάζων ἤτοι μελαινόμενος ὑπὸ τῆς ἐκφύσεως τῶν τριχῶν.</w:t>
      </w:r>
    </w:p>
    <w:p>
      <w:r>
        <w:rPr>
          <w:rFonts w:ascii="Courier New" w:hAnsi="Courier New"/>
          <w:color w:val="555555"/>
          <w:sz w:val="20"/>
        </w:rPr>
        <w:t>[5 76b]</w:t>
      </w:r>
    </w:p>
    <w:p>
      <w:r>
        <w:rPr>
          <w:rFonts w:ascii="Gentium Plus" w:hAnsi="Gentium Plus"/>
          <w:sz w:val="24"/>
        </w:rPr>
        <w:t>μελανίζων.</w:t>
      </w:r>
    </w:p>
    <w:p>
      <w:r>
        <w:rPr>
          <w:rFonts w:ascii="Courier New" w:hAnsi="Courier New"/>
          <w:color w:val="555555"/>
          <w:sz w:val="20"/>
        </w:rPr>
        <w:t>[5 . 81]</w:t>
      </w:r>
    </w:p>
    <w:p>
      <w:r>
        <w:rPr>
          <w:rFonts w:ascii="Gentium Plus" w:hAnsi="Gentium Plus"/>
          <w:sz w:val="24"/>
        </w:rPr>
        <w:t>〈ὦ Εὐηρείδα:〉 Εὐήρους υἱὸς ὁ Τειρεσίας.</w:t>
      </w:r>
    </w:p>
    <w:p>
      <w:r>
        <w:rPr>
          <w:rFonts w:ascii="Courier New" w:hAnsi="Courier New"/>
          <w:color w:val="555555"/>
          <w:sz w:val="20"/>
        </w:rPr>
        <w:t>[5 . 87]</w:t>
      </w:r>
    </w:p>
    <w:p>
      <w:r>
        <w:rPr>
          <w:rFonts w:ascii="Gentium Plus" w:hAnsi="Gentium Plus"/>
          <w:sz w:val="24"/>
        </w:rPr>
        <w:t>〈ἄλαστε:〉 ἤτοι ἀνεπίληστα ὑπομείνας.</w:t>
      </w:r>
    </w:p>
    <w:p>
      <w:r>
        <w:rPr>
          <w:rFonts w:ascii="Courier New" w:hAnsi="Courier New"/>
          <w:color w:val="555555"/>
          <w:sz w:val="20"/>
        </w:rPr>
        <w:t>[5 . 90]</w:t>
      </w:r>
    </w:p>
    <w:p>
      <w:r>
        <w:rPr>
          <w:rFonts w:ascii="Gentium Plus" w:hAnsi="Gentium Plus"/>
          <w:sz w:val="24"/>
        </w:rPr>
        <w:t>〈παριτέ:〉 παραβατέ, παροδεύσιμε.</w:t>
      </w:r>
    </w:p>
    <w:p>
      <w:r>
        <w:rPr>
          <w:rFonts w:ascii="Courier New" w:hAnsi="Courier New"/>
          <w:color w:val="555555"/>
          <w:sz w:val="20"/>
        </w:rPr>
        <w:t>[5 . 97]</w:t>
      </w:r>
    </w:p>
    <w:p>
      <w:r>
        <w:rPr>
          <w:rFonts w:ascii="Gentium Plus" w:hAnsi="Gentium Plus"/>
          <w:sz w:val="24"/>
        </w:rPr>
        <w:t>〈μετὰ πάντα βαλεῦ:〉 τὸ ἑξῆς· μεταβαλεῦ.</w:t>
      </w:r>
    </w:p>
    <w:p>
      <w:r>
        <w:rPr>
          <w:rFonts w:ascii="Courier New" w:hAnsi="Courier New"/>
          <w:color w:val="555555"/>
          <w:sz w:val="20"/>
        </w:rPr>
        <w:t>[5 . 106]</w:t>
      </w:r>
    </w:p>
    <w:p>
      <w:r>
        <w:rPr>
          <w:rFonts w:ascii="Gentium Plus" w:hAnsi="Gentium Plus"/>
          <w:sz w:val="24"/>
        </w:rPr>
        <w:t>〈τέλθοσ〉: χρέος.</w:t>
      </w:r>
    </w:p>
    <w:p>
      <w:r>
        <w:rPr>
          <w:rFonts w:ascii="Courier New" w:hAnsi="Courier New"/>
          <w:color w:val="555555"/>
          <w:sz w:val="20"/>
        </w:rPr>
        <w:t>[5 108-15]</w:t>
      </w:r>
    </w:p>
    <w:p>
      <w:r>
        <w:rPr>
          <w:rFonts w:ascii="Gentium Plus" w:hAnsi="Gentium Plus"/>
          <w:sz w:val="24"/>
        </w:rPr>
        <w:t>Ἀκταίων υἱὸς Ἀρισταίου καὶ Αὐτονόης. οὗτος ὑπὸ τῶν ἰδίων κυνῶν ἐσπαράχθη διὰ τὸ τὴν Ἄρτεμιν ἰδεῖν γυμνήν.</w:t>
      </w:r>
    </w:p>
    <w:p>
      <w:r>
        <w:rPr>
          <w:rFonts w:ascii="Courier New" w:hAnsi="Courier New"/>
          <w:color w:val="555555"/>
          <w:sz w:val="20"/>
        </w:rPr>
        <w:t>[5 . 109]</w:t>
      </w:r>
    </w:p>
    <w:p>
      <w:r>
        <w:rPr>
          <w:rFonts w:ascii="Gentium Plus" w:hAnsi="Gentium Plus"/>
          <w:sz w:val="24"/>
        </w:rPr>
        <w:t>〈ἁβατάν:〉 ἡβητήν.</w:t>
      </w:r>
    </w:p>
    <w:p>
      <w:r>
        <w:rPr>
          <w:rFonts w:ascii="Courier New" w:hAnsi="Courier New"/>
          <w:color w:val="555555"/>
          <w:sz w:val="20"/>
        </w:rPr>
        <w:t>[5 . 115]</w:t>
      </w:r>
    </w:p>
    <w:p>
      <w:r>
        <w:rPr>
          <w:rFonts w:ascii="Gentium Plus" w:hAnsi="Gentium Plus"/>
          <w:sz w:val="24"/>
        </w:rPr>
        <w:t>〈τουτάκι:〉 τηνικαῦτα.</w:t>
      </w:r>
    </w:p>
    <w:p>
      <w:r>
        <w:rPr>
          <w:rFonts w:ascii="Courier New" w:hAnsi="Courier New"/>
          <w:color w:val="555555"/>
          <w:sz w:val="20"/>
        </w:rPr>
        <w:t>[5 120a]</w:t>
      </w:r>
    </w:p>
    <w:p>
      <w:r>
        <w:rPr>
          <w:rFonts w:ascii="Gentium Plus" w:hAnsi="Gentium Plus"/>
          <w:sz w:val="24"/>
        </w:rPr>
        <w:t>〈τεῦ:〉 σοῦ.</w:t>
      </w:r>
    </w:p>
    <w:p>
      <w:r>
        <w:rPr>
          <w:rFonts w:ascii="Courier New" w:hAnsi="Courier New"/>
          <w:color w:val="555555"/>
          <w:sz w:val="20"/>
        </w:rPr>
        <w:t>[5 120b]</w:t>
      </w:r>
    </w:p>
    <w:p>
      <w:r>
        <w:rPr>
          <w:rFonts w:ascii="Gentium Plus" w:hAnsi="Gentium Plus"/>
          <w:sz w:val="24"/>
        </w:rPr>
        <w:t>〈μενεῦντι:〉 μενοῦσι.</w:t>
      </w:r>
    </w:p>
    <w:p>
      <w:r>
        <w:rPr>
          <w:rFonts w:ascii="Courier New" w:hAnsi="Courier New"/>
          <w:color w:val="555555"/>
          <w:sz w:val="20"/>
        </w:rPr>
        <w:t>[5 . 124]</w:t>
      </w:r>
    </w:p>
    <w:p>
      <w:r>
        <w:rPr>
          <w:rFonts w:ascii="Gentium Plus" w:hAnsi="Gentium Plus"/>
          <w:sz w:val="24"/>
        </w:rPr>
        <w:t>〈ἤλιθα:〉 μάτην.</w:t>
      </w:r>
    </w:p>
    <w:p>
      <w:r>
        <w:rPr>
          <w:rFonts w:ascii="Courier New" w:hAnsi="Courier New"/>
          <w:color w:val="555555"/>
          <w:sz w:val="20"/>
        </w:rPr>
        <w:t>[5 . 126]</w:t>
      </w:r>
    </w:p>
    <w:p>
      <w:r>
        <w:rPr>
          <w:rFonts w:ascii="Gentium Plus" w:hAnsi="Gentium Plus"/>
          <w:sz w:val="24"/>
        </w:rPr>
        <w:t>〈Λαβδακίδαις:〉 τοῖς περὶ Οἰδίποδα καὶ Ἰοκάστην.</w:t>
      </w:r>
    </w:p>
    <w:p>
      <w:r>
        <w:rPr>
          <w:rFonts w:ascii="Courier New" w:hAnsi="Courier New"/>
          <w:color w:val="555555"/>
          <w:sz w:val="20"/>
        </w:rPr>
        <w:t>[5 . 130]</w:t>
      </w:r>
    </w:p>
    <w:p>
      <w:r>
        <w:rPr>
          <w:rFonts w:ascii="Gentium Plus" w:hAnsi="Gentium Plus"/>
          <w:sz w:val="24"/>
        </w:rPr>
        <w:t>〈Ἀγεσίλᾳ:〉 τῷ Ἅιδῃ, τῷ Πλούτωνι.</w:t>
      </w:r>
    </w:p>
    <w:p>
      <w:r>
        <w:rPr>
          <w:rFonts w:ascii="Courier New" w:hAnsi="Courier New"/>
          <w:color w:val="555555"/>
          <w:sz w:val="20"/>
        </w:rPr>
        <w:t>[5 . 139]</w:t>
      </w:r>
    </w:p>
    <w:p>
      <w:r>
        <w:rPr>
          <w:rFonts w:ascii="Gentium Plus" w:hAnsi="Gentium Plus"/>
          <w:sz w:val="24"/>
        </w:rPr>
        <w:t>〈ὀλολυγαῖς:〉 εὐχαῖς.</w:t>
      </w:r>
    </w:p>
    <w:p>
      <w:r>
        <w:rPr>
          <w:rFonts w:ascii="Courier New" w:hAnsi="Courier New"/>
          <w:color w:val="555555"/>
          <w:sz w:val="20"/>
        </w:rPr>
        <w:t>[5 . 140]</w:t>
      </w:r>
    </w:p>
    <w:p>
      <w:r>
        <w:rPr>
          <w:rFonts w:ascii="Gentium Plus" w:hAnsi="Gentium Plus"/>
          <w:sz w:val="24"/>
        </w:rPr>
        <w:t>〈κάδευ:〉 κήδου.</w:t>
      </w:r>
    </w:p>
    <w:p>
      <w:r>
        <w:rPr>
          <w:rFonts w:ascii="Courier New" w:hAnsi="Courier New"/>
          <w:color w:val="555555"/>
          <w:sz w:val="20"/>
        </w:rPr>
        <w:t>[6 . 1]</w:t>
      </w:r>
    </w:p>
    <w:p>
      <w:r>
        <w:rPr>
          <w:rFonts w:ascii="Gentium Plus" w:hAnsi="Gentium Plus"/>
          <w:sz w:val="24"/>
        </w:rPr>
        <w:t>Ὁ Φιλάδελφος Πτολεμαῖος κατὰ μίμησιν τῶν Ἀθηνῶν ἔθη τινὰ ἵδρυσεν ἐν Ἀλεξανδρείᾳ, ἐν οἷς καὶ τὴν τοῦ καλάθου πρόοδον. ἔθος γὰρ ἦν ἐν Ἀθήναις ἐν ὡρισμένῃ ἡμέρᾳ ἐπὶ ὀχήματος φέρεσθαι κάλαθον εἰς τιμὴν τῆς Δήμητρος.</w:t>
      </w:r>
    </w:p>
    <w:p>
      <w:r>
        <w:rPr>
          <w:rFonts w:ascii="Courier New" w:hAnsi="Courier New"/>
          <w:color w:val="555555"/>
          <w:sz w:val="20"/>
        </w:rPr>
        <w:t>[6 . 5]</w:t>
      </w:r>
    </w:p>
    <w:p>
      <w:r>
        <w:rPr>
          <w:rFonts w:ascii="Gentium Plus" w:hAnsi="Gentium Plus"/>
          <w:sz w:val="24"/>
        </w:rPr>
        <w:t>〈μηδ’ ἃ κατεχεύατο χαίταν:〉 μηδ’ ἥτις ἄγαμός ἐστιν.</w:t>
      </w:r>
    </w:p>
    <w:p>
      <w:r>
        <w:rPr>
          <w:rFonts w:ascii="Courier New" w:hAnsi="Courier New"/>
          <w:color w:val="555555"/>
          <w:sz w:val="20"/>
        </w:rPr>
        <w:t>[6 . 6]</w:t>
      </w:r>
    </w:p>
    <w:p>
      <w:r>
        <w:rPr>
          <w:rFonts w:ascii="Gentium Plus" w:hAnsi="Gentium Plus"/>
          <w:sz w:val="24"/>
        </w:rPr>
        <w:t>μηδὲ ὅταν ἐκ τῶν αὑαλέων χειλέων τοῦ στόματος πτύωμεν ἄπαστοι, τουτέστι μετὰ τὸ δεῖπνον· τότε γὰρ οὐ μεταλαμβάνομεν σιτίων.</w:t>
      </w:r>
    </w:p>
    <w:p>
      <w:r>
        <w:rPr>
          <w:rFonts w:ascii="Courier New" w:hAnsi="Courier New"/>
          <w:color w:val="555555"/>
          <w:sz w:val="20"/>
        </w:rPr>
        <w:t>[6 7-9]</w:t>
      </w:r>
    </w:p>
    <w:p>
      <w:r>
        <w:rPr>
          <w:rFonts w:ascii="Gentium Plus" w:hAnsi="Gentium Plus"/>
          <w:sz w:val="24"/>
        </w:rPr>
        <w:t>Ἕσπερος μόνος ἐθεάσατο τὸν κάλαθον ὅστις ἔπεισε τὴν Δήμητραν μεταλαβεῖν σιτίων μετὰ τὸ παύσασθαι ζητοῦσαν τὴν κόρην.</w:t>
      </w:r>
    </w:p>
    <w:p>
      <w:r>
        <w:rPr>
          <w:rFonts w:ascii="Courier New" w:hAnsi="Courier New"/>
          <w:color w:val="555555"/>
          <w:sz w:val="20"/>
        </w:rPr>
        <w:t>[6 11a]</w:t>
      </w:r>
    </w:p>
    <w:p>
      <w:r>
        <w:rPr>
          <w:rFonts w:ascii="Gentium Plus" w:hAnsi="Gentium Plus"/>
          <w:sz w:val="24"/>
        </w:rPr>
        <w:t>〈τὼς μέλανας:〉 τοὺς Αἰθίοπας.</w:t>
      </w:r>
    </w:p>
    <w:p>
      <w:r>
        <w:rPr>
          <w:rFonts w:ascii="Courier New" w:hAnsi="Courier New"/>
          <w:color w:val="555555"/>
          <w:sz w:val="20"/>
        </w:rPr>
        <w:t>[6 11b]</w:t>
      </w:r>
    </w:p>
    <w:p>
      <w:r>
        <w:rPr>
          <w:rFonts w:ascii="Gentium Plus" w:hAnsi="Gentium Plus"/>
          <w:sz w:val="24"/>
        </w:rPr>
        <w:t>〈ὅπα τὰ χρύσεα μᾶλα:〉 ἐπὶ τὴν Λιβύην.</w:t>
      </w:r>
    </w:p>
    <w:p>
      <w:r>
        <w:rPr>
          <w:rFonts w:ascii="Courier New" w:hAnsi="Courier New"/>
          <w:color w:val="555555"/>
          <w:sz w:val="20"/>
        </w:rPr>
        <w:t>[6 . 12]</w:t>
      </w:r>
    </w:p>
    <w:p>
      <w:r>
        <w:rPr>
          <w:rFonts w:ascii="Gentium Plus" w:hAnsi="Gentium Plus"/>
          <w:sz w:val="24"/>
        </w:rPr>
        <w:t>〈λοέσσα:〉 ἀντὶ τοῦ ἐλούσω.</w:t>
      </w:r>
    </w:p>
    <w:p>
      <w:r>
        <w:rPr>
          <w:rFonts w:ascii="Courier New" w:hAnsi="Courier New"/>
          <w:color w:val="555555"/>
          <w:sz w:val="20"/>
        </w:rPr>
        <w:t>[6 . 13]</w:t>
      </w:r>
    </w:p>
    <w:p>
      <w:r>
        <w:rPr>
          <w:rFonts w:ascii="Gentium Plus" w:hAnsi="Gentium Plus"/>
          <w:sz w:val="24"/>
        </w:rPr>
        <w:t>〈Ἀχελώϊον:〉 ποταμὸς Αἰτωλίας.</w:t>
      </w:r>
    </w:p>
    <w:p>
      <w:r>
        <w:rPr>
          <w:rFonts w:ascii="Courier New" w:hAnsi="Courier New"/>
          <w:color w:val="555555"/>
          <w:sz w:val="20"/>
        </w:rPr>
        <w:t>[6 . 15]</w:t>
      </w:r>
    </w:p>
    <w:p>
      <w:r>
        <w:rPr>
          <w:rFonts w:ascii="Gentium Plus" w:hAnsi="Gentium Plus"/>
          <w:sz w:val="24"/>
        </w:rPr>
        <w:t>〈Καλλιχόρῳ:〉 Καλλίχορον φρέαρ ἐκαλεῖτο ἐν Ἐλευσῖνι (ἔστι δὲ καὶ δῆμος Ἀττικῆς).</w:t>
      </w:r>
    </w:p>
    <w:p>
      <w:r>
        <w:rPr>
          <w:rFonts w:ascii="Courier New" w:hAnsi="Courier New"/>
          <w:color w:val="555555"/>
          <w:sz w:val="20"/>
        </w:rPr>
        <w:t>[6 . 21]</w:t>
      </w:r>
    </w:p>
    <w:p>
      <w:r>
        <w:rPr>
          <w:rFonts w:ascii="Gentium Plus" w:hAnsi="Gentium Plus"/>
          <w:sz w:val="24"/>
        </w:rPr>
        <w:t>〈Τριπτόλεμος:〉 Τριπτόλεμον λέγουσιν υἱὸν Κελεοῦ ὃν Δημήτηρ</w:t>
      </w:r>
    </w:p>
    <w:p>
      <w:r>
        <w:rPr>
          <w:rFonts w:ascii="Courier New" w:hAnsi="Courier New"/>
          <w:color w:val="555555"/>
          <w:sz w:val="20"/>
        </w:rPr>
        <w:t>[6 . 22]</w:t>
      </w:r>
    </w:p>
    <w:p>
      <w:r>
        <w:rPr>
          <w:rFonts w:ascii="Gentium Plus" w:hAnsi="Gentium Plus"/>
          <w:sz w:val="24"/>
        </w:rPr>
        <w:t>τὸ ἑξῆς· κάλλιον τὰ δράγματα †ἐδειν† ἵνα καί τις ὑπερβασίας ἀλέηται.</w:t>
      </w:r>
    </w:p>
    <w:p>
      <w:r>
        <w:rPr>
          <w:rFonts w:ascii="Courier New" w:hAnsi="Courier New"/>
          <w:color w:val="555555"/>
          <w:sz w:val="20"/>
        </w:rPr>
        <w:t>[6 . 24]</w:t>
      </w:r>
    </w:p>
    <w:p>
      <w:r>
        <w:rPr>
          <w:rFonts w:ascii="Gentium Plus" w:hAnsi="Gentium Plus"/>
          <w:sz w:val="24"/>
        </w:rPr>
        <w:t>〈Δώτιον:〉 χώρα Θεσσαλίας.</w:t>
      </w:r>
    </w:p>
    <w:p>
      <w:r>
        <w:rPr>
          <w:rFonts w:ascii="Courier New" w:hAnsi="Courier New"/>
          <w:color w:val="555555"/>
          <w:sz w:val="20"/>
        </w:rPr>
        <w:t>[6 . 28]</w:t>
      </w:r>
    </w:p>
    <w:p>
      <w:r>
        <w:rPr>
          <w:rFonts w:ascii="Gentium Plus" w:hAnsi="Gentium Plus"/>
          <w:sz w:val="24"/>
        </w:rPr>
        <w:t>ἀλέκτρινον ὕδωρ: τὸ διαυγές· παρὰ τὸ ἤλεκτρον.</w:t>
      </w:r>
    </w:p>
    <w:p>
      <w:r>
        <w:rPr>
          <w:rFonts w:ascii="Courier New" w:hAnsi="Courier New"/>
          <w:color w:val="555555"/>
          <w:sz w:val="20"/>
        </w:rPr>
        <w:t>[6 . 29]</w:t>
      </w:r>
    </w:p>
    <w:p>
      <w:r>
        <w:rPr>
          <w:rFonts w:ascii="Gentium Plus" w:hAnsi="Gentium Plus"/>
          <w:sz w:val="24"/>
        </w:rPr>
        <w:t>ἐξ ἀμαρᾶν: Ὅμηρος (Φ 259)· ‘ἀμάρης ἐξ ἔχματα βάλλων‘. εἰσὶ δὲ ἀμάραι αἱ ὑδρορρόαι.</w:t>
      </w:r>
    </w:p>
    <w:p>
      <w:r>
        <w:rPr>
          <w:rFonts w:ascii="Courier New" w:hAnsi="Courier New"/>
          <w:color w:val="555555"/>
          <w:sz w:val="20"/>
        </w:rPr>
        <w:t>[6 . 30]</w:t>
      </w:r>
    </w:p>
    <w:p>
      <w:r>
        <w:rPr>
          <w:rFonts w:ascii="Gentium Plus" w:hAnsi="Gentium Plus"/>
          <w:sz w:val="24"/>
        </w:rPr>
        <w:t>Ἐλευσὶς †καὶ Ἔννα† δῆμοι τῆς Ἀττικῆς.</w:t>
      </w:r>
    </w:p>
    <w:p>
      <w:r>
        <w:rPr>
          <w:rFonts w:ascii="Courier New" w:hAnsi="Courier New"/>
          <w:color w:val="555555"/>
          <w:sz w:val="20"/>
        </w:rPr>
        <w:t>[6 . 38]</w:t>
      </w:r>
    </w:p>
    <w:p>
      <w:r>
        <w:rPr>
          <w:rFonts w:ascii="Gentium Plus" w:hAnsi="Gentium Plus"/>
          <w:sz w:val="24"/>
        </w:rPr>
        <w:t>〈ποτὶ τὤνδιον ἑψιόωντο:〉 περὶ τὸ ἔνδιον ἤγουν περὶ τὸ μεσημβρινὸν ἑψιόωντο καὶ ἔπαιζον.</w:t>
      </w:r>
    </w:p>
    <w:p>
      <w:r>
        <w:rPr>
          <w:rFonts w:ascii="Courier New" w:hAnsi="Courier New"/>
          <w:color w:val="555555"/>
          <w:sz w:val="20"/>
        </w:rPr>
        <w:t>[6 . 43]</w:t>
      </w:r>
    </w:p>
    <w:p>
      <w:r>
        <w:rPr>
          <w:rFonts w:ascii="Gentium Plus" w:hAnsi="Gentium Plus"/>
          <w:sz w:val="24"/>
        </w:rPr>
        <w:t>〈ἐείσατο:〉 ὡμοιώθη.</w:t>
      </w:r>
    </w:p>
    <w:p>
      <w:r>
        <w:rPr>
          <w:rFonts w:ascii="Courier New" w:hAnsi="Courier New"/>
          <w:color w:val="555555"/>
          <w:sz w:val="20"/>
        </w:rPr>
        <w:t>[6 . 44]</w:t>
      </w:r>
    </w:p>
    <w:p>
      <w:r>
        <w:rPr>
          <w:rFonts w:ascii="Gentium Plus" w:hAnsi="Gentium Plus"/>
          <w:sz w:val="24"/>
        </w:rPr>
        <w:t>〈ἔχε κλᾷδα:〉 εἶχε κλεῖδα ὡς ἱέρεια.</w:t>
      </w:r>
    </w:p>
    <w:p>
      <w:r>
        <w:rPr>
          <w:rFonts w:ascii="Courier New" w:hAnsi="Courier New"/>
          <w:color w:val="555555"/>
          <w:sz w:val="20"/>
        </w:rPr>
        <w:t>[6 . 46]</w:t>
      </w:r>
    </w:p>
    <w:p>
      <w:r>
        <w:rPr>
          <w:rFonts w:ascii="Gentium Plus" w:hAnsi="Gentium Plus"/>
          <w:sz w:val="24"/>
        </w:rPr>
        <w:t>〈ἀνειμένα:〉 ἀνακείμενα.</w:t>
      </w:r>
    </w:p>
    <w:p>
      <w:r>
        <w:rPr>
          <w:rFonts w:ascii="Courier New" w:hAnsi="Courier New"/>
          <w:color w:val="555555"/>
          <w:sz w:val="20"/>
        </w:rPr>
        <w:t>[6 . 47]</w:t>
      </w:r>
    </w:p>
    <w:p>
      <w:r>
        <w:rPr>
          <w:rFonts w:ascii="Gentium Plus" w:hAnsi="Gentium Plus"/>
          <w:sz w:val="24"/>
        </w:rPr>
        <w:t>〈πολύθεστε:〉 πολυπόθητε.</w:t>
      </w:r>
    </w:p>
    <w:p>
      <w:r>
        <w:rPr>
          <w:rFonts w:ascii="Courier New" w:hAnsi="Courier New"/>
          <w:color w:val="555555"/>
          <w:sz w:val="20"/>
        </w:rPr>
        <w:t>[6 . 73]</w:t>
      </w:r>
    </w:p>
    <w:p>
      <w:r>
        <w:rPr>
          <w:rFonts w:ascii="Gentium Plus" w:hAnsi="Gentium Plus"/>
          <w:sz w:val="24"/>
        </w:rPr>
        <w:t>〈προχάνα:〉 πρόφασις.</w:t>
      </w:r>
    </w:p>
    <w:p>
      <w:r>
        <w:rPr>
          <w:rFonts w:ascii="Courier New" w:hAnsi="Courier New"/>
          <w:color w:val="555555"/>
          <w:sz w:val="20"/>
        </w:rPr>
        <w:t>[6 74sq]</w:t>
      </w:r>
    </w:p>
    <w:p>
      <w:r>
        <w:rPr>
          <w:rFonts w:ascii="Gentium Plus" w:hAnsi="Gentium Plus"/>
          <w:sz w:val="24"/>
        </w:rPr>
        <w:t>〈Ἰτωνιάδος νιν Ἀθαναίας ἐπ’ ἄεθλα \ καλέοντες:〉 Ἰτὼν πόλις Θεσσαλίας, ἔνθα τιμᾶται Ἀθηνᾶ. γένος δὲ ἐπίσημον οἱ Ὀρμενίδαι.</w:t>
      </w:r>
    </w:p>
    <w:p>
      <w:r>
        <w:rPr>
          <w:rFonts w:ascii="Courier New" w:hAnsi="Courier New"/>
          <w:color w:val="555555"/>
          <w:sz w:val="20"/>
        </w:rPr>
        <w:t>[6 . 76]</w:t>
      </w:r>
    </w:p>
    <w:p>
      <w:r>
        <w:rPr>
          <w:rFonts w:ascii="Gentium Plus" w:hAnsi="Gentium Plus"/>
          <w:sz w:val="24"/>
        </w:rPr>
        <w:t>〈Κραννῶνα:〉 πόλις Θεσσαλίας.</w:t>
      </w:r>
    </w:p>
    <w:p>
      <w:r>
        <w:rPr>
          <w:rFonts w:ascii="Courier New" w:hAnsi="Courier New"/>
          <w:color w:val="555555"/>
          <w:sz w:val="20"/>
        </w:rPr>
        <w:t>[6 . 77]</w:t>
      </w:r>
    </w:p>
    <w:p>
      <w:r>
        <w:rPr>
          <w:rFonts w:ascii="Gentium Plus" w:hAnsi="Gentium Plus"/>
          <w:sz w:val="24"/>
        </w:rPr>
        <w:t>〈Πολυξώ:〉 ἐπίσημος αὕτη.</w:t>
      </w:r>
    </w:p>
    <w:p>
      <w:r>
        <w:rPr>
          <w:rFonts w:ascii="Courier New" w:hAnsi="Courier New"/>
          <w:color w:val="555555"/>
          <w:sz w:val="20"/>
        </w:rPr>
        <w:t>[6 . 79]</w:t>
      </w:r>
    </w:p>
    <w:p>
      <w:r>
        <w:rPr>
          <w:rFonts w:ascii="Gentium Plus" w:hAnsi="Gentium Plus"/>
          <w:sz w:val="24"/>
        </w:rPr>
        <w:t>〈υἱέα:〉 τὸν Ἐρυσίχθονα.</w:t>
      </w:r>
    </w:p>
    <w:p>
      <w:r>
        <w:rPr>
          <w:rFonts w:ascii="Courier New" w:hAnsi="Courier New"/>
          <w:color w:val="555555"/>
          <w:sz w:val="20"/>
        </w:rPr>
        <w:t>[6 . 81]</w:t>
      </w:r>
    </w:p>
    <w:p>
      <w:r>
        <w:rPr>
          <w:rFonts w:ascii="Gentium Plus" w:hAnsi="Gentium Plus"/>
          <w:sz w:val="24"/>
        </w:rPr>
        <w:t>〈νεῖται:〉 ἔρχεται.</w:t>
      </w:r>
    </w:p>
    <w:p>
      <w:r>
        <w:rPr>
          <w:rFonts w:ascii="Courier New" w:hAnsi="Courier New"/>
          <w:color w:val="555555"/>
          <w:sz w:val="20"/>
        </w:rPr>
        <w:t>[6 . 84]</w:t>
      </w:r>
    </w:p>
    <w:p>
      <w:r>
        <w:rPr>
          <w:rFonts w:ascii="Gentium Plus" w:hAnsi="Gentium Plus"/>
          <w:sz w:val="24"/>
        </w:rPr>
        <w:t>εἰ ἑστιῶν φίλους τις ἦν, ἐζητεῖτο δὲ Ἐρυσίχθων, ἔλεγεν ἡ μήτηρ· ‘ἐν ἀλλοτρίοις οἰκήμασίν ἐστιν‘.</w:t>
      </w:r>
    </w:p>
    <w:p>
      <w:r>
        <w:rPr>
          <w:rFonts w:ascii="Courier New" w:hAnsi="Courier New"/>
          <w:color w:val="555555"/>
          <w:sz w:val="20"/>
        </w:rPr>
        <w:t>[6 . 86]</w:t>
      </w:r>
    </w:p>
    <w:p>
      <w:r>
        <w:rPr>
          <w:rFonts w:ascii="Gentium Plus" w:hAnsi="Gentium Plus"/>
          <w:sz w:val="24"/>
        </w:rPr>
        <w:t>〈ἀμ.....:〉 ἀριθμεῖ.</w:t>
      </w:r>
    </w:p>
    <w:p>
      <w:r>
        <w:rPr>
          <w:rFonts w:ascii="Courier New" w:hAnsi="Courier New"/>
          <w:color w:val="555555"/>
          <w:sz w:val="20"/>
        </w:rPr>
        <w:t>[6 . 88]</w:t>
      </w:r>
    </w:p>
    <w:p>
      <w:r>
        <w:rPr>
          <w:rFonts w:ascii="Gentium Plus" w:hAnsi="Gentium Plus"/>
          <w:sz w:val="24"/>
        </w:rPr>
        <w:t>ἐξάλλετο: ηὐξάνετο ἐπὶ τῷ ἐσθίειν.</w:t>
      </w:r>
    </w:p>
    <w:p>
      <w:r>
        <w:rPr>
          <w:rFonts w:ascii="Courier New" w:hAnsi="Courier New"/>
          <w:color w:val="555555"/>
          <w:sz w:val="20"/>
        </w:rPr>
        <w:t>[6 . 90]</w:t>
      </w:r>
    </w:p>
    <w:p>
      <w:r>
        <w:rPr>
          <w:rFonts w:ascii="Gentium Plus" w:hAnsi="Gentium Plus"/>
          <w:sz w:val="24"/>
        </w:rPr>
        <w:t>〈ἀλεμάτως:〉 ματαίως.</w:t>
      </w:r>
    </w:p>
    <w:p>
      <w:r>
        <w:rPr>
          <w:rFonts w:ascii="Courier New" w:hAnsi="Courier New"/>
          <w:color w:val="555555"/>
          <w:sz w:val="20"/>
        </w:rPr>
        <w:t>[6 . 91]</w:t>
      </w:r>
    </w:p>
    <w:p>
      <w:r>
        <w:rPr>
          <w:rFonts w:ascii="Gentium Plus" w:hAnsi="Gentium Plus"/>
          <w:sz w:val="24"/>
        </w:rPr>
        <w:t>πλαγγών: ἡ κήρινος νύμφη.</w:t>
      </w:r>
    </w:p>
    <w:p>
      <w:r>
        <w:rPr>
          <w:rFonts w:ascii="Courier New" w:hAnsi="Courier New"/>
          <w:color w:val="555555"/>
          <w:sz w:val="20"/>
        </w:rPr>
        <w:t>[6 . 95]</w:t>
      </w:r>
    </w:p>
    <w:p>
      <w:r>
        <w:rPr>
          <w:rFonts w:ascii="Gentium Plus" w:hAnsi="Gentium Plus"/>
          <w:sz w:val="24"/>
        </w:rPr>
        <w:t>〈χὠ μαστὸς τὸν τὸν ἔπωνε:〉 καὶ ὁ μαστὸς ὃν ἔπινεν, ἤγουν ἡ τροφός.</w:t>
      </w:r>
    </w:p>
    <w:p>
      <w:r>
        <w:rPr>
          <w:rFonts w:ascii="Courier New" w:hAnsi="Courier New"/>
          <w:color w:val="555555"/>
          <w:sz w:val="20"/>
        </w:rPr>
        <w:t>[6 . 97]</w:t>
      </w:r>
    </w:p>
    <w:p>
      <w:r>
        <w:rPr>
          <w:rFonts w:ascii="Gentium Plus" w:hAnsi="Gentium Plus"/>
          <w:sz w:val="24"/>
        </w:rPr>
        <w:t>〈καλιστρέων:〉 καλῶν.</w:t>
      </w:r>
    </w:p>
    <w:p>
      <w:r>
        <w:rPr>
          <w:rFonts w:ascii="Courier New" w:hAnsi="Courier New"/>
          <w:color w:val="555555"/>
          <w:sz w:val="20"/>
        </w:rPr>
        <w:t>[6 . 99]</w:t>
      </w:r>
    </w:p>
    <w:p>
      <w:r>
        <w:rPr>
          <w:rFonts w:ascii="Gentium Plus" w:hAnsi="Gentium Plus"/>
          <w:sz w:val="24"/>
        </w:rPr>
        <w:t>〈Αἰολίδος Κανάκης γένος:〉 ἡ Κανάκη μήτηρ Τριόπα, θυγάτηρ Αἰόλου.</w:t>
      </w:r>
    </w:p>
    <w:p>
      <w:r>
        <w:rPr>
          <w:rFonts w:ascii="Courier New" w:hAnsi="Courier New"/>
          <w:color w:val="555555"/>
          <w:sz w:val="20"/>
        </w:rPr>
        <w:t>[6 . 108]</w:t>
      </w:r>
    </w:p>
    <w:p>
      <w:r>
        <w:rPr>
          <w:rFonts w:ascii="Gentium Plus" w:hAnsi="Gentium Plus"/>
          <w:sz w:val="24"/>
        </w:rPr>
        <w:t>〈τὰν Ἑστίᾳ ἔτρεφε μάτηρ:〉 ἥντινα ἔτρεφεν ἡ αὐτοῦ μήτηρ τῇ Ἑστίᾳ.</w:t>
      </w:r>
    </w:p>
    <w:p>
      <w:r>
        <w:rPr>
          <w:rFonts w:ascii="Courier New" w:hAnsi="Courier New"/>
          <w:color w:val="555555"/>
          <w:sz w:val="20"/>
        </w:rPr>
        <w:t>[6 110a]</w:t>
      </w:r>
    </w:p>
    <w:p>
      <w:r>
        <w:rPr>
          <w:rFonts w:ascii="Gentium Plus" w:hAnsi="Gentium Plus"/>
          <w:sz w:val="24"/>
        </w:rPr>
        <w:t>〈τὰν αἴλουρον:〉 τὸν ἰδιωτικῶς λεγόμενον κάττον.</w:t>
      </w:r>
    </w:p>
    <w:p>
      <w:r>
        <w:rPr>
          <w:rFonts w:ascii="Courier New" w:hAnsi="Courier New"/>
          <w:color w:val="555555"/>
          <w:sz w:val="20"/>
        </w:rPr>
        <w:t>[6 110b]</w:t>
      </w:r>
    </w:p>
    <w:p>
      <w:r>
        <w:rPr>
          <w:rFonts w:ascii="Gentium Plus" w:hAnsi="Gentium Plus"/>
          <w:sz w:val="24"/>
        </w:rPr>
        <w:t>〈θηρία μικκά:〉 οἱ μύες.</w:t>
      </w:r>
    </w:p>
    <w:p>
      <w:r>
        <w:rPr>
          <w:rFonts w:ascii="Courier New" w:hAnsi="Courier New"/>
          <w:color w:val="555555"/>
          <w:sz w:val="20"/>
        </w:rPr>
        <w:t>[6 . 113]</w:t>
      </w:r>
    </w:p>
    <w:p>
      <w:r>
        <w:rPr>
          <w:rFonts w:ascii="Gentium Plus" w:hAnsi="Gentium Plus"/>
          <w:sz w:val="24"/>
        </w:rPr>
        <w:t>〈ἀνεξήραινον:〉 ἔρημον ἐποίουν.</w:t>
      </w:r>
    </w:p>
    <w:p>
      <w:r>
        <w:rPr>
          <w:rFonts w:ascii="Courier New" w:hAnsi="Courier New"/>
          <w:color w:val="555555"/>
          <w:sz w:val="20"/>
        </w:rPr>
        <w:t>[6 . 115]</w:t>
      </w:r>
    </w:p>
    <w:p>
      <w:r>
        <w:rPr>
          <w:rFonts w:ascii="Gentium Plus" w:hAnsi="Gentium Plus"/>
          <w:sz w:val="24"/>
        </w:rPr>
        <w:t>〈ἀκόλως:〉 ἄρτους.</w:t>
      </w:r>
    </w:p>
    <w:p>
      <w:r>
        <w:rPr>
          <w:rFonts w:ascii="Courier New" w:hAnsi="Courier New"/>
          <w:color w:val="555555"/>
          <w:sz w:val="20"/>
        </w:rPr>
        <w:t>[6 . 122]</w:t>
      </w:r>
    </w:p>
    <w:p>
      <w:r>
        <w:rPr>
          <w:rFonts w:ascii="Gentium Plus" w:hAnsi="Gentium Plus"/>
          <w:sz w:val="24"/>
        </w:rPr>
        <w:t>〈λευκόν:〉 λαμπρόν.</w:t>
      </w:r>
    </w:p>
    <w:p>
      <w:r>
        <w:rPr>
          <w:rFonts w:ascii="Courier New" w:hAnsi="Courier New"/>
          <w:color w:val="555555"/>
          <w:sz w:val="20"/>
        </w:rPr>
        <w:t>[6 . 125]</w:t>
      </w:r>
    </w:p>
    <w:p>
      <w:r>
        <w:rPr>
          <w:rFonts w:ascii="Gentium Plus" w:hAnsi="Gentium Plus"/>
          <w:sz w:val="24"/>
        </w:rPr>
        <w:t>〈παναπηρέας:〉 ἀβλαβεῖς.</w:t>
      </w:r>
    </w:p>
    <w:p>
      <w:r>
        <w:rPr>
          <w:rFonts w:ascii="Courier New" w:hAnsi="Courier New"/>
          <w:color w:val="555555"/>
          <w:sz w:val="20"/>
        </w:rPr>
        <w:t>[6 . 126]</w:t>
      </w:r>
    </w:p>
    <w:p>
      <w:r>
        <w:rPr>
          <w:rFonts w:ascii="Gentium Plus" w:hAnsi="Gentium Plus"/>
          <w:sz w:val="24"/>
        </w:rPr>
        <w:t>〈χρυσῶ πλέα λίκνα:〉 ἢ χρυσοῦ πεπληρωμένα ἢ ὅτι περιεχρύσουν αὐτὰ δι’ εὐπρέπειαν.</w:t>
      </w:r>
    </w:p>
    <w:p>
      <w:r>
        <w:rPr>
          <w:rFonts w:ascii="Courier New" w:hAnsi="Courier New"/>
          <w:color w:val="555555"/>
          <w:sz w:val="20"/>
        </w:rPr>
        <w:t>[6 . 127]</w:t>
      </w:r>
    </w:p>
    <w:p>
      <w:r>
        <w:rPr>
          <w:rFonts w:ascii="Gentium Plus" w:hAnsi="Gentium Plus"/>
          <w:sz w:val="24"/>
        </w:rPr>
        <w:t>〈πασεύμεθα:〉 κτησόμεθα.</w:t>
      </w:r>
    </w:p>
    <w:p>
      <w:r>
        <w:rPr>
          <w:rFonts w:ascii="Courier New" w:hAnsi="Courier New"/>
          <w:color w:val="555555"/>
          <w:sz w:val="20"/>
        </w:rPr>
        <w:t>[6 128-32]</w:t>
      </w:r>
    </w:p>
    <w:p>
      <w:r>
        <w:rPr>
          <w:rFonts w:ascii="Gentium Plus" w:hAnsi="Gentium Plus"/>
          <w:sz w:val="24"/>
        </w:rPr>
        <w:t>τὰς μὲν ἀμυήτους κελεύω μέχρι τοῦ πρυτανείου παρα‐ γενέσθαι· αἵτινες δέ εἰσιν ἑξήκοντα ἐνιαυτῶν ἢ καὶ πλειόνων, ταύτας κελεύω κατὰ τὸ δυνατὸν ἀκολουθῆσαι τῷ καλάθῳ.</w:t>
      </w:r>
    </w:p>
    <w:p>
      <w:r>
        <w:rPr>
          <w:rFonts w:ascii="Courier New" w:hAnsi="Courier New"/>
          <w:color w:val="555555"/>
          <w:sz w:val="20"/>
        </w:rPr>
        <w:t>[6 132sq]</w:t>
      </w:r>
    </w:p>
    <w:p>
      <w:r>
        <w:rPr>
          <w:rFonts w:ascii="Gentium Plus" w:hAnsi="Gentium Plus"/>
          <w:sz w:val="24"/>
        </w:rPr>
        <w:t>ταῖς ἐλθούσαις καὶ ταῖς μὴ ἐλθούσαις ἴσον μισθὸν δώσει ἡ</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