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Δημοκλῆς ὁ ἱστορικός</w:t>
      </w:r>
      <w:r>
        <w:br/>
      </w:r>
      <w:r>
        <w:rPr>
          <w:i/>
          <w:color w:val="666666"/>
          <w:sz w:val="28"/>
        </w:rPr>
        <w:t>by Democles Historian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Strabo I: Μιμνήσκεται δὲ (Δημήτριος ὁ Σκήψιος) πρὸς ταῦτα τῶν ὑπὸ Δημοκλέους λεγομένων, σεισμούς τινας μεγάλους, τοὺς μὲν πάλαι περὶ Λυδίαν γενομένους καὶ Ἰωνίαν μέχρι τῆς Τρῳάδος ἱστο‐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ροῦντος, ὑφ’ ὧν καὶ κῶμαι κατεπόθησαν καὶ Σίπυλος κατεστράφη κατὰ τὴν Ταντάλου βασιλείαν καὶ ἐξ ἑλῶν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Athenaeus IV: Ὀνομάζονται δὲ οἱ αὐλοὶ γίγγροι ὑπὸ τῶν Φοινίκων ἀπὸ τῶν περὶ Ἄδωνιν θρή‐ νων· τὸν γὰρ Ἄδωνιν Γίγγρην καλεῖτε ὑμεῖς οἱ Φοίνι‐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