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Βιβλιοθήκη Ἱστορική</w:t>
      </w:r>
      <w:r>
        <w:br/>
      </w:r>
      <w:r>
        <w:rPr>
          <w:i/>
          <w:color w:val="666666"/>
          <w:sz w:val="40"/>
        </w:rPr>
        <w:t>Historical Library,Books 21-40</w:t>
      </w:r>
    </w:p>
    <w:p>
      <w:pPr>
        <w:jc w:val="center"/>
      </w:pPr>
      <w:r>
        <w:rPr>
          <w:rFonts w:ascii="Times New Roman" w:hAnsi="Times New Roman"/>
          <w:color w:val="1E3A70"/>
          <w:sz w:val="32"/>
        </w:rPr>
        <w:t>Διόδωρος ὁ Σικελιώτης</w:t>
      </w:r>
      <w:r>
        <w:br/>
      </w:r>
      <w:r>
        <w:rPr>
          <w:i/>
          <w:color w:val="666666"/>
          <w:sz w:val="28"/>
        </w:rPr>
        <w:t>by Diodorus Sicily</w:t>
      </w:r>
    </w:p>
    <w:p/>
    <w:p>
      <w:r>
        <w:rPr>
          <w:rFonts w:ascii="Courier New" w:hAnsi="Courier New"/>
          <w:color w:val="555555"/>
          <w:sz w:val="20"/>
        </w:rPr>
        <w:t>[21 t 1]</w:t>
      </w:r>
    </w:p>
    <w:p>
      <w:pPr>
        <w:jc w:val="center"/>
      </w:pPr>
      <w:r>
        <w:rPr>
          <w:rFonts w:ascii="Gentium Plus" w:hAnsi="Gentium Plus"/>
          <w:b/>
          <w:sz w:val="24"/>
        </w:rPr>
        <w:t>ΔΙΟΔΩΡΟΥ ΤΟΥ ΣΙΚΕΛΙΩΤΟΥ ΒΙΒΛΙΟΘΗΚΗΣ ΙΣΤΟΡΙΚΗΣ FRAGMENTA LIBRI XXI</w:t>
      </w:r>
    </w:p>
    <w:p>
      <w:r>
        <w:rPr>
          <w:rFonts w:ascii="Courier New" w:hAnsi="Courier New"/>
          <w:color w:val="555555"/>
          <w:sz w:val="20"/>
        </w:rPr>
        <w:t>[21 . 1 4a]</w:t>
      </w:r>
    </w:p>
    <w:p>
      <w:r>
        <w:rPr>
          <w:rFonts w:ascii="Gentium Plus" w:hAnsi="Gentium Plus"/>
          <w:sz w:val="24"/>
        </w:rPr>
        <w:t>Πᾶσαν μὲν κακίαν φευκτέον ἐστὶ τοῖς νοῦν ἔχουσι, μάλιστα δὲ τὴν πλεονεξίαν· αὕτη γὰρ διὰ τὴν ἐκ τοῦ συμφέροντος ἐλπίδα προκαλουμένη πολ‐ λοὺς πρὸς ἀδικίαν μεγίστων κακῶν αἰτία γίνεται</w:t>
      </w:r>
    </w:p>
    <w:p>
      <w:r>
        <w:rPr>
          <w:rFonts w:ascii="Courier New" w:hAnsi="Courier New"/>
          <w:color w:val="555555"/>
          <w:sz w:val="20"/>
        </w:rPr>
        <w:t>[5]</w:t>
      </w:r>
    </w:p>
    <w:p>
      <w:r>
        <w:rPr>
          <w:rFonts w:ascii="Gentium Plus" w:hAnsi="Gentium Plus"/>
          <w:sz w:val="24"/>
        </w:rPr>
        <w:t>τοῖς ἀνθρώποις. διὸ καὶ μητρόπολις οὖσα τῶν ἀδικημάτων, οὐ μόνον τοῖς ἰδιώταις ἀλλὰ καὶ τοῖς μεγίστοις τῶν βασιλέων πολλὰς καὶ μεγάλας ἀπ‐ εργάζεται συμφοράς. (Const. Exc. 4, pp. 343—344; Exc. Hoesch. p. 489 W.)</w:t>
      </w:r>
    </w:p>
    <w:p>
      <w:r>
        <w:rPr>
          <w:rFonts w:ascii="Courier New" w:hAnsi="Courier New"/>
          <w:color w:val="555555"/>
          <w:sz w:val="20"/>
        </w:rPr>
        <w:t>[21 . 1 . 1]</w:t>
      </w:r>
    </w:p>
    <w:p>
      <w:r>
        <w:rPr>
          <w:rFonts w:ascii="Gentium Plus" w:hAnsi="Gentium Plus"/>
          <w:sz w:val="24"/>
        </w:rPr>
        <w:t>Ὅτι Ἀντίγονος ὁ βασιλεὺς ἐξ ἰδιώτου γενόμενος δυνάστης καὶ πλεῖστον ἰσχύσας τῶν καθ’ αὑτὸν βασιλέων οὐκ ἠρκέσθη ταῖς παρὰ τῆς τύχης δωρεαῖς, ἀλλ’ ἐπιβαλόμενος τὰς τῶν ἄλλων βασι‐</w:t>
      </w:r>
    </w:p>
    <w:p>
      <w:r>
        <w:rPr>
          <w:rFonts w:ascii="Courier New" w:hAnsi="Courier New"/>
          <w:color w:val="555555"/>
          <w:sz w:val="20"/>
        </w:rPr>
        <w:t>[5]</w:t>
      </w:r>
    </w:p>
    <w:p>
      <w:r>
        <w:rPr>
          <w:rFonts w:ascii="Gentium Plus" w:hAnsi="Gentium Plus"/>
          <w:sz w:val="24"/>
        </w:rPr>
        <w:t>λείας εἰς αὑτὸν ἀδίκως περιστῆσαι τὴν ἰδίαν ἀπέβαλεν ἀρχὴν ἅμα καὶ τοῦ ζῆν ἐστερήθη.</w:t>
      </w:r>
    </w:p>
    <w:p>
      <w:r>
        <w:rPr>
          <w:rFonts w:ascii="Courier New" w:hAnsi="Courier New"/>
          <w:color w:val="555555"/>
          <w:sz w:val="20"/>
        </w:rPr>
        <w:t>[21 . 1 . 2]</w:t>
      </w:r>
    </w:p>
    <w:p>
      <w:r>
        <w:rPr>
          <w:rFonts w:ascii="Gentium Plus" w:hAnsi="Gentium Plus"/>
          <w:sz w:val="24"/>
        </w:rPr>
        <w:t>Ὅτι Πτολεμαῖος καὶ Σέλευκος καὶ Λυσίμαχος συνέδραμον ἐπ’ Ἀντίγονον τὸν βασιλέα· οὐχ οὕτως ὑπὸ τῆς πρὸς ἀλλήλους εὐνοίας προκληθέντες, ὡς ὑπὸ τοῦ καθ’ ἑαυτοὺς φόβου συναναγκασθέντες</w:t>
      </w:r>
    </w:p>
    <w:p>
      <w:r>
        <w:rPr>
          <w:rFonts w:ascii="Courier New" w:hAnsi="Courier New"/>
          <w:color w:val="555555"/>
          <w:sz w:val="20"/>
        </w:rPr>
        <w:t>[5]</w:t>
      </w:r>
    </w:p>
    <w:p>
      <w:r>
        <w:rPr>
          <w:rFonts w:ascii="Gentium Plus" w:hAnsi="Gentium Plus"/>
          <w:sz w:val="24"/>
        </w:rPr>
        <w:t>ὥρμησαν ἑτοίμως πρὸς τὴν τῶν ὅλων κοινοπραγίαν. Ὅτι οἱ ἐλέφαντες οἱ Ἀντιγόνου καὶ Λυσιμάχου κατὰ τὴν μάχην ἠγωνίζοντο ὡς ἂν τῆς φύσεως ἐφάμιλλον δεδωκυίας αὐτοῖς τὴν ἀλκὴν καὶ βίαν. (Const. Exc. 4, p. 344.)</w:t>
      </w:r>
    </w:p>
    <w:p>
      <w:r>
        <w:rPr>
          <w:rFonts w:ascii="Courier New" w:hAnsi="Courier New"/>
          <w:color w:val="555555"/>
          <w:sz w:val="20"/>
        </w:rPr>
        <w:t>[21 . 1 . 3]</w:t>
      </w:r>
    </w:p>
    <w:p>
      <w:r>
        <w:rPr>
          <w:rFonts w:ascii="Gentium Plus" w:hAnsi="Gentium Plus"/>
          <w:sz w:val="24"/>
        </w:rPr>
        <w:t>[Μετὰ δὲ ταῦτα προσελθόντων αὐτῷ τῶν Χαλ‐ δαίων καὶ προλεγόντων ὡς, εἰ τὸν Σέλευκον ἐκ τῶν χειρῶν ἀφήσει, συμβήσεται τήν τ’ Ἀσίαν πᾶσαν ὑποχείριον γενέσθαι καὶ αὐτὸν Ἀντίγονον</w:t>
      </w:r>
    </w:p>
    <w:p>
      <w:r>
        <w:rPr>
          <w:rFonts w:ascii="Courier New" w:hAnsi="Courier New"/>
          <w:color w:val="555555"/>
          <w:sz w:val="20"/>
        </w:rPr>
        <w:t>[5]</w:t>
      </w:r>
    </w:p>
    <w:p>
      <w:r>
        <w:rPr>
          <w:rFonts w:ascii="Gentium Plus" w:hAnsi="Gentium Plus"/>
          <w:sz w:val="24"/>
        </w:rPr>
        <w:t>ἐν τῇ πρὸς ἐκεῖνον παρατάξει καταστρέψειν τὸν βίον ... οὐ μετρίως ἐκινήθη ... καταπλαγεὶς τὸ ἀξίωμα τῶν ἀνδρῶν. ... δοκοῦσι δὲ καὶ Ἀλεξ‐ άνδρῳ προειπεῖν ὅτι παρελθὼν εἰς Βαβυλῶνα τε‐ λευτήσει. ὁμοίως δὲ τῇ περὶ Ἀλεξάνδρου</w:t>
      </w:r>
    </w:p>
    <w:p>
      <w:r>
        <w:rPr>
          <w:rFonts w:ascii="Courier New" w:hAnsi="Courier New"/>
          <w:color w:val="555555"/>
          <w:sz w:val="20"/>
        </w:rPr>
        <w:t>[10]</w:t>
      </w:r>
    </w:p>
    <w:p>
      <w:r>
        <w:rPr>
          <w:rFonts w:ascii="Gentium Plus" w:hAnsi="Gentium Plus"/>
          <w:sz w:val="24"/>
        </w:rPr>
        <w:t>προρρήσει συνέβη καὶ τὴν περὶ Σελεύκου τελε‐ σθῆναι κατὰ τὰς τῶν ἀνδρῶν τούτων ἀποφάσεις· περὶ ἧς τὰ κατὰ μέρος ἐροῦμεν, ὅταν ἐπὶ τοὺς οἰκείους χρόνους ἐπιβαλώμεθα.] (Diodorus, 19. 55. 7—9.)</w:t>
      </w:r>
    </w:p>
    <w:p>
      <w:r>
        <w:rPr>
          <w:rFonts w:ascii="Courier New" w:hAnsi="Courier New"/>
          <w:color w:val="555555"/>
          <w:sz w:val="20"/>
        </w:rPr>
        <w:t>[21 . 1 4b]</w:t>
      </w:r>
    </w:p>
    <w:p>
      <w:r>
        <w:rPr>
          <w:rFonts w:ascii="Gentium Plus" w:hAnsi="Gentium Plus"/>
          <w:sz w:val="24"/>
        </w:rPr>
        <w:t>Ὁ Ἀντίγονος ὁ βασιλεὺς Ἀσίας τέσσαρσι βασιλεῦσιν ὁμονοήσασι πολεμήσας, Πτολεμαίῳ τῷ Λάγου Αἰγυπτίων ὄντι βασιλεῖ, Σελεύκῳ Βαβυλωνίων, Λυσιμάχῳ Θρᾳκῶν, Κασάνδρῳ τῷ</w:t>
      </w:r>
    </w:p>
    <w:p>
      <w:r>
        <w:rPr>
          <w:rFonts w:ascii="Courier New" w:hAnsi="Courier New"/>
          <w:color w:val="555555"/>
          <w:sz w:val="20"/>
        </w:rPr>
        <w:t>[5]</w:t>
      </w:r>
    </w:p>
    <w:p>
      <w:r>
        <w:rPr>
          <w:rFonts w:ascii="Gentium Plus" w:hAnsi="Gentium Plus"/>
          <w:sz w:val="24"/>
        </w:rPr>
        <w:t>Ἀντιπάτρου Μακεδονίας, καὶ μάχην συνάψας, πολ‐</w:t>
      </w:r>
    </w:p>
    <w:p>
      <w:r>
        <w:rPr>
          <w:rFonts w:ascii="Courier New" w:hAnsi="Courier New"/>
          <w:color w:val="555555"/>
          <w:sz w:val="20"/>
        </w:rPr>
        <w:t>[10]</w:t>
      </w:r>
    </w:p>
    <w:p>
      <w:r>
        <w:rPr>
          <w:rFonts w:ascii="Gentium Plus" w:hAnsi="Gentium Plus"/>
          <w:sz w:val="24"/>
        </w:rPr>
        <w:t>Κύπρου διὰ τὸ κατέχεσθαι ὑπὸ Δημητρίου. (Exc. Hoesch. p. 489 W.)</w:t>
      </w:r>
    </w:p>
    <w:p>
      <w:r>
        <w:rPr>
          <w:rFonts w:ascii="Courier New" w:hAnsi="Courier New"/>
          <w:color w:val="555555"/>
          <w:sz w:val="20"/>
        </w:rPr>
        <w:t>[21 . 1 . 5]</w:t>
      </w:r>
    </w:p>
    <w:p>
      <w:r>
        <w:rPr>
          <w:rFonts w:ascii="Gentium Plus" w:hAnsi="Gentium Plus"/>
          <w:sz w:val="24"/>
        </w:rPr>
        <w:t>Ὅτι Σέλευκος μετὰ τὴν διαίρεσιν τῆς Ἀντιγόνου βασιλείας ἀναλαβὼν τὴν δύναμιν παρεγένετο εἰς Φοινίκην καὶ ἐπεχείρησε κατὰ τὰς γενομένας συν‐ θήκας τὴν Κοίλην Συρίαν ἰδιοποιεῖσθαι. προκατει‐</w:t>
      </w:r>
    </w:p>
    <w:p>
      <w:r>
        <w:rPr>
          <w:rFonts w:ascii="Courier New" w:hAnsi="Courier New"/>
          <w:color w:val="555555"/>
          <w:sz w:val="20"/>
        </w:rPr>
        <w:t>[5]</w:t>
      </w:r>
    </w:p>
    <w:p>
      <w:r>
        <w:rPr>
          <w:rFonts w:ascii="Gentium Plus" w:hAnsi="Gentium Plus"/>
          <w:sz w:val="24"/>
        </w:rPr>
        <w:t>ληφότος δὲ τὰς ἐν αὐτῇ πόλεις Πτολεμαίου καὶ κατηγοροῦντος ὅτι φίλος ὢν Σέλευκος προσεδέξατο τὴν ὑπὸ Πτολεμαῖον οὖσαν χώραν εἰς τὴν ἰδίαν καταταχθῆναι μερίδα, πρὸς δὲ τούτοις ὅτι τοῦ πολέμου τοῦ πρὸς Ἀντίγονον κεκοινωνηκότος</w:t>
      </w:r>
    </w:p>
    <w:p>
      <w:r>
        <w:rPr>
          <w:rFonts w:ascii="Courier New" w:hAnsi="Courier New"/>
          <w:color w:val="555555"/>
          <w:sz w:val="20"/>
        </w:rPr>
        <w:t>[10]</w:t>
      </w:r>
    </w:p>
    <w:p>
      <w:r>
        <w:rPr>
          <w:rFonts w:ascii="Gentium Plus" w:hAnsi="Gentium Plus"/>
          <w:sz w:val="24"/>
        </w:rPr>
        <w:t>οὐδὲν αὐτῷ μετέδωκαν οἱ βασιλεῖς τῆς δορικτήτου χώρας, πρὸς ταύτας τὰς διαβολὰς ἀντεῖπε Σέλευκος φάμενος δίκαιον εἶναι τοὺς τῇ παρατάξει κρατή‐ σαντας κυρίους ὑπάρχειν τῶν δορικτήτων, περὶ δὲ τῆς Κοίλης Συρίας διὰ τὴν φιλίαν ἐπὶ τοῦ παρ‐</w:t>
      </w:r>
    </w:p>
    <w:p>
      <w:r>
        <w:rPr>
          <w:rFonts w:ascii="Courier New" w:hAnsi="Courier New"/>
          <w:color w:val="555555"/>
          <w:sz w:val="20"/>
        </w:rPr>
        <w:t>[15]</w:t>
      </w:r>
    </w:p>
    <w:p>
      <w:r>
        <w:rPr>
          <w:rFonts w:ascii="Gentium Plus" w:hAnsi="Gentium Plus"/>
          <w:sz w:val="24"/>
        </w:rPr>
        <w:t>όντος μηδὲν πολυπραγμονήσειν, ὕστερον δὲ βου‐ λεύσεσθαι πῶς χρηστέον ἐστὶν τῶν φίλων τοῖς βουλομένοις πλεονεκτεῖν. (Const. Exc. 4, p. 344.)</w:t>
      </w:r>
    </w:p>
    <w:p>
      <w:r>
        <w:rPr>
          <w:rFonts w:ascii="Courier New" w:hAnsi="Courier New"/>
          <w:color w:val="555555"/>
          <w:sz w:val="20"/>
        </w:rPr>
        <w:t>[21 . 1 . 6]</w:t>
      </w:r>
    </w:p>
    <w:p>
      <w:r>
        <w:rPr>
          <w:rFonts w:ascii="Gentium Plus" w:hAnsi="Gentium Plus"/>
          <w:sz w:val="24"/>
        </w:rPr>
        <w:t>[Οὐ μὴν πολύν γε χρόνον συνέβη μεῖναι τὴν πόλιν, Σελεύκου καθελόντος αὐτὴν καὶ μεταγαγόντος ἐπὶ τὴν κτισθεῖσαν μὲν ὑπ’ αὐτοῦ, ἀπ’ ἐκείνου δὲ κλη‐ θεῖσαν Σελεύκειαν. ἀλλὰ περὶ μὲν τούτων ἀκριβῶς</w:t>
      </w:r>
    </w:p>
    <w:p>
      <w:r>
        <w:rPr>
          <w:rFonts w:ascii="Courier New" w:hAnsi="Courier New"/>
          <w:color w:val="555555"/>
          <w:sz w:val="20"/>
        </w:rPr>
        <w:t>[5]</w:t>
      </w:r>
    </w:p>
    <w:p>
      <w:r>
        <w:rPr>
          <w:rFonts w:ascii="Gentium Plus" w:hAnsi="Gentium Plus"/>
          <w:sz w:val="24"/>
        </w:rPr>
        <w:t>ἕκαστα δηλώσομεν ἐπὶ τοὺς οἰκείους χρόνους παρα‐</w:t>
      </w:r>
    </w:p>
    <w:p>
      <w:r>
        <w:rPr>
          <w:rFonts w:ascii="Courier New" w:hAnsi="Courier New"/>
          <w:color w:val="555555"/>
          <w:sz w:val="20"/>
        </w:rPr>
        <w:t>[10]</w:t>
      </w:r>
    </w:p>
    <w:p>
      <w:r>
        <w:rPr>
          <w:rFonts w:ascii="Gentium Plus" w:hAnsi="Gentium Plus"/>
          <w:sz w:val="24"/>
        </w:rPr>
        <w:t>Φλέγοντί τε καὶ Διοδώρῳ τῷ ἐκ Σικελίας ... (Evagrius, Ecclesiastical History, 1. 20. 275.)</w:t>
      </w:r>
    </w:p>
    <w:p>
      <w:r>
        <w:rPr>
          <w:rFonts w:ascii="Courier New" w:hAnsi="Courier New"/>
          <w:color w:val="555555"/>
          <w:sz w:val="20"/>
        </w:rPr>
        <w:t>[21 . 2 . 1]</w:t>
      </w:r>
    </w:p>
    <w:p>
      <w:r>
        <w:rPr>
          <w:rFonts w:ascii="Gentium Plus" w:hAnsi="Gentium Plus"/>
          <w:sz w:val="24"/>
        </w:rPr>
        <w:t>Ὅτι Κέρκυρα πολιορκουμένη πλοῒ καὶ πεζῇ ὑπὸ Κασάνδρου βασιλέως Μακεδόνων, καὶ ἑτοίμη οὖσα ἁλωθῆναι, ὑπὸ Ἀγαθοκλέους βασιλέως Σικε‐ λίας ἐρρύσθη, τῶν νηῶν τῶν Μακεδονικῶν ἁπασῶν</w:t>
      </w:r>
    </w:p>
    <w:p>
      <w:r>
        <w:rPr>
          <w:rFonts w:ascii="Courier New" w:hAnsi="Courier New"/>
          <w:color w:val="555555"/>
          <w:sz w:val="20"/>
        </w:rPr>
        <w:t>[5]</w:t>
      </w:r>
    </w:p>
    <w:p>
      <w:r>
        <w:rPr>
          <w:rFonts w:ascii="Gentium Plus" w:hAnsi="Gentium Plus"/>
          <w:sz w:val="24"/>
        </w:rPr>
        <w:t>ἐμπρησθεισῶν. (Exc. Hoesch. pp. 489—490 W.)</w:t>
      </w:r>
    </w:p>
    <w:p>
      <w:r>
        <w:rPr>
          <w:rFonts w:ascii="Courier New" w:hAnsi="Courier New"/>
          <w:color w:val="555555"/>
          <w:sz w:val="20"/>
        </w:rPr>
        <w:t>[21 . 2 . 2]</w:t>
      </w:r>
    </w:p>
    <w:p>
      <w:r>
        <w:rPr>
          <w:rFonts w:ascii="Gentium Plus" w:hAnsi="Gentium Plus"/>
          <w:sz w:val="24"/>
        </w:rPr>
        <w:t>Ὑπερβολὴν γὰρ ἑκάτεροι φιλοτιμίας οὐ κατέ‐ λιπον, οἱ μὲν Μακεδόνες σπεύδοντες σῶσαι τὰς ναῦς, οἱ δὲ Σικελιῶται βουλόμενοι μὴ μόνον Καρχη‐ δονίων καὶ τῶν κατὰ τὴν Ἰταλίαν βαρβάρων περι‐</w:t>
      </w:r>
    </w:p>
    <w:p>
      <w:r>
        <w:rPr>
          <w:rFonts w:ascii="Courier New" w:hAnsi="Courier New"/>
          <w:color w:val="555555"/>
          <w:sz w:val="20"/>
        </w:rPr>
        <w:t>[5]</w:t>
      </w:r>
    </w:p>
    <w:p>
      <w:r>
        <w:rPr>
          <w:rFonts w:ascii="Gentium Plus" w:hAnsi="Gentium Plus"/>
          <w:sz w:val="24"/>
        </w:rPr>
        <w:t>γενέσθαι δοκεῖν, ἀλλὰ καὶ περὶ τὴν Ἑλλάδα θεωρηθῆναι κρείττους ὄντες Μακεδόνων τῶν τὴν Ἀσίαν καὶ τὴν Εὐρώπην πεποιημένων δορίκτητον.</w:t>
      </w:r>
    </w:p>
    <w:p>
      <w:r>
        <w:rPr>
          <w:rFonts w:ascii="Courier New" w:hAnsi="Courier New"/>
          <w:color w:val="555555"/>
          <w:sz w:val="20"/>
        </w:rPr>
        <w:t>[21 . 2 . 3]</w:t>
      </w:r>
    </w:p>
    <w:p>
      <w:r>
        <w:rPr>
          <w:rFonts w:ascii="Gentium Plus" w:hAnsi="Gentium Plus"/>
          <w:sz w:val="24"/>
        </w:rPr>
        <w:t>Ὅτι Ἀγαθοκλῆς εἰ μὲν ἀποβιβάσας τὴν δύναμιν ἐπικειμένοις τοῖς πολεμίοις ἐπέθετο, κατέκοψεν ἂν ῥᾳδίως τοὺς Μακεδόνας· ἀγνοήσας δὲ τὴν γεγενη‐ μένην προσαγγελίαν καὶ τὴν ἔκπληξιν τῶν ἀνθρώ‐</w:t>
      </w:r>
    </w:p>
    <w:p>
      <w:r>
        <w:rPr>
          <w:rFonts w:ascii="Courier New" w:hAnsi="Courier New"/>
          <w:color w:val="555555"/>
          <w:sz w:val="20"/>
        </w:rPr>
        <w:t>[5]</w:t>
      </w:r>
    </w:p>
    <w:p>
      <w:r>
        <w:rPr>
          <w:rFonts w:ascii="Gentium Plus" w:hAnsi="Gentium Plus"/>
          <w:sz w:val="24"/>
        </w:rPr>
        <w:t>πων ἠρκέσθη τὴν δύναμιν ἀποβιβάσας καὶ τρόπαιον στήσας διαλαβεῖν ἀληθῆ τὸν λόγον εἶναι ὅτι πολλὰ κενὰ τοῦ πολέμου. ἄγνοια γὰρ καὶ ἀπάτη πολ‐ λάκις οὐκ ἐλάττω κατεργάζεται τῆς ἐν τοῖς ὅπλοις ἐνεργείας.</w:t>
      </w:r>
    </w:p>
    <w:p>
      <w:r>
        <w:rPr>
          <w:rFonts w:ascii="Courier New" w:hAnsi="Courier New"/>
          <w:color w:val="555555"/>
          <w:sz w:val="20"/>
        </w:rPr>
        <w:t>[10]</w:t>
      </w:r>
    </w:p>
    <w:p>
      <w:r>
        <w:rPr>
          <w:rFonts w:ascii="Gentium Plus" w:hAnsi="Gentium Plus"/>
          <w:sz w:val="24"/>
        </w:rPr>
        <w:t>(Const. Exc. 4, pp. 344—345; πολλὰ κενὰ ... ἐν‐ εργείας, Exc. Hoesch. p. 490 W.)</w:t>
      </w:r>
    </w:p>
    <w:p>
      <w:r>
        <w:rPr>
          <w:rFonts w:ascii="Courier New" w:hAnsi="Courier New"/>
          <w:color w:val="555555"/>
          <w:sz w:val="20"/>
        </w:rPr>
        <w:t>[21 . 3 . 1]</w:t>
      </w:r>
    </w:p>
    <w:p>
      <w:r>
        <w:rPr>
          <w:rFonts w:ascii="Gentium Plus" w:hAnsi="Gentium Plus"/>
          <w:sz w:val="24"/>
        </w:rPr>
        <w:t>Ὅτι παραγενηθεὶς ἐπὶ τὸ καταλειφθὲν στρα‐</w:t>
      </w:r>
    </w:p>
    <w:p>
      <w:r>
        <w:rPr>
          <w:rFonts w:ascii="Courier New" w:hAnsi="Courier New"/>
          <w:color w:val="555555"/>
          <w:sz w:val="20"/>
        </w:rPr>
        <w:t>[5]</w:t>
      </w:r>
    </w:p>
    <w:p>
      <w:r>
        <w:rPr>
          <w:rFonts w:ascii="Gentium Plus" w:hAnsi="Gentium Plus"/>
          <w:sz w:val="24"/>
        </w:rPr>
        <w:t>υἱὸν αὐτοῦ Ἀγάθαρχον κατὰ τὴν ἀπουσίαν αὐτοῦ, πάντας ἀπέσφαξεν, οὐκ ἐλάττους ὄντας τῶν δισ‐ χιλίων. τῶν δὲ Βρεττίων ἀλλοτρίως διὰ ταῦτα πρὸς αὐτὸν διατεθέντων, ἐπεχείρησε πολιορκῆσαι πόλιν ὀνομαζομένην Ἤθας. τῶν δὲ βαρβάρων ἀθροι‐</w:t>
      </w:r>
    </w:p>
    <w:p>
      <w:r>
        <w:rPr>
          <w:rFonts w:ascii="Courier New" w:hAnsi="Courier New"/>
          <w:color w:val="555555"/>
          <w:sz w:val="20"/>
        </w:rPr>
        <w:t>[10]</w:t>
      </w:r>
    </w:p>
    <w:p>
      <w:r>
        <w:rPr>
          <w:rFonts w:ascii="Gentium Plus" w:hAnsi="Gentium Plus"/>
          <w:sz w:val="24"/>
        </w:rPr>
        <w:t>σάντων μεγάλην δύναμιν καὶ νυκτὸς ἀπροσδοκήτως ἐπιθεμένων αὐτῷ, ἀπέβαλε στρατιώτας τετρακισ‐ χιλίους, καὶ οὕτως ἐπανῆλθεν εἰς Συρακόσας. (Exc. Hoesch. p. 490 W.; Ὅτι ... δισχιλίων (in part), Const. Exc. 2(1), pp. 252—253=Chap. 3. 2 Dind.)</w:t>
      </w:r>
    </w:p>
    <w:p>
      <w:r>
        <w:rPr>
          <w:rFonts w:ascii="Courier New" w:hAnsi="Courier New"/>
          <w:color w:val="555555"/>
          <w:sz w:val="20"/>
        </w:rPr>
        <w:t>[21 . 4 . 1]</w:t>
      </w:r>
    </w:p>
    <w:p>
      <w:r>
        <w:rPr>
          <w:rFonts w:ascii="Gentium Plus" w:hAnsi="Gentium Plus"/>
          <w:sz w:val="24"/>
        </w:rPr>
        <w:t>Ὅτι Ἀγαθοκλῆς τὰς ναυτικὰς δυνάμεις ἀθροίσας διέπλευσεν εἰς Ἰταλίαν. διανοούμενος ἐπὶ Κρότωνος στρατεύειν, θέλων αὐτὴν πολι‐ ορκῆσαι, πρὸς Μενέδημον τὸν Κροτωνιάτην τύραν‐</w:t>
      </w:r>
    </w:p>
    <w:p>
      <w:r>
        <w:rPr>
          <w:rFonts w:ascii="Courier New" w:hAnsi="Courier New"/>
          <w:color w:val="555555"/>
          <w:sz w:val="20"/>
        </w:rPr>
        <w:t>[5]</w:t>
      </w:r>
    </w:p>
    <w:p>
      <w:r>
        <w:rPr>
          <w:rFonts w:ascii="Gentium Plus" w:hAnsi="Gentium Plus"/>
          <w:sz w:val="24"/>
        </w:rPr>
        <w:t>νον, ἑαυτοῦ φίλον ὄντα, ἔπεμψεν ἀγγελιαφόρον μὴ θορυβεῖσθαι αὐτὸν ψευδῶς, Λάνασσαν τὴν θυγα‐ τέρα λέγων πέμπειν πρὸς τὴν Ἤπειρον ἐπὶ τὸν γάμον, στόλῳ κεκοσμημένην βασιλικῷ, καὶ οὕτως ἀπατήσας εὗρεν ἀνετοίμους. εἶτα πολιορκήσας ἀπὸ</w:t>
      </w:r>
    </w:p>
    <w:p>
      <w:r>
        <w:rPr>
          <w:rFonts w:ascii="Courier New" w:hAnsi="Courier New"/>
          <w:color w:val="555555"/>
          <w:sz w:val="20"/>
        </w:rPr>
        <w:t>[10]</w:t>
      </w:r>
    </w:p>
    <w:p>
      <w:r>
        <w:rPr>
          <w:rFonts w:ascii="Gentium Plus" w:hAnsi="Gentium Plus"/>
          <w:sz w:val="24"/>
        </w:rPr>
        <w:t>θαλάσσης εἰς θάλασσαν περιέβαλε τείχη, καὶ διὰ</w:t>
      </w:r>
    </w:p>
    <w:p>
      <w:r>
        <w:rPr>
          <w:rFonts w:ascii="Courier New" w:hAnsi="Courier New"/>
          <w:color w:val="555555"/>
          <w:sz w:val="20"/>
        </w:rPr>
        <w:t>[15]</w:t>
      </w:r>
    </w:p>
    <w:p>
      <w:r>
        <w:rPr>
          <w:rFonts w:ascii="Gentium Plus" w:hAnsi="Gentium Plus"/>
          <w:sz w:val="24"/>
        </w:rPr>
        <w:t>μὲν οἰκίας διήρπαζον, τοὺς δὲ ἄνδρας κατέσφαξαν. πρὸς δὲ τοὺς ὁμόρους βαρβάρους καὶ Ἰάπυγας καὶ Πευκετίους συμμαχίαν ἐποιήσατο, καὶ ναῦς λῃ‐ στρικὰς χορηγῶν αὐτοῖς, τὰ μέρη τῶν λειῶν ἐλάμ‐ βανε. καὶ φρουρὰν ἀπολείπων εἰς Κρότωνα εἰς</w:t>
      </w:r>
    </w:p>
    <w:p>
      <w:r>
        <w:rPr>
          <w:rFonts w:ascii="Courier New" w:hAnsi="Courier New"/>
          <w:color w:val="555555"/>
          <w:sz w:val="20"/>
        </w:rPr>
        <w:t>[20]</w:t>
      </w:r>
    </w:p>
    <w:p>
      <w:r>
        <w:rPr>
          <w:rFonts w:ascii="Gentium Plus" w:hAnsi="Gentium Plus"/>
          <w:sz w:val="24"/>
        </w:rPr>
        <w:t>Συράκοσαν ἔπλευσεν.</w:t>
      </w:r>
    </w:p>
    <w:p>
      <w:r>
        <w:rPr>
          <w:rFonts w:ascii="Courier New" w:hAnsi="Courier New"/>
          <w:color w:val="555555"/>
          <w:sz w:val="20"/>
        </w:rPr>
        <w:t>[21 . 5 . 1]</w:t>
      </w:r>
    </w:p>
    <w:p>
      <w:r>
        <w:rPr>
          <w:rFonts w:ascii="Gentium Plus" w:hAnsi="Gentium Plus"/>
          <w:sz w:val="24"/>
        </w:rPr>
        <w:t>Ὅτι Δίυλλος Ἀθηναῖος συγγραφεὺς τὰς κοινὰς πράξεις συντάξας ἔγραψε βιβλία εἴκοσιν ἕξ· Ψάων δὲ ὁ Πλαταιεὺς τὰς ἀπὸ τούτου διαδεξά‐ μενος πράξεις ἔγραψε βιβλία τριάκοντα.</w:t>
      </w:r>
    </w:p>
    <w:p>
      <w:r>
        <w:rPr>
          <w:rFonts w:ascii="Courier New" w:hAnsi="Courier New"/>
          <w:color w:val="555555"/>
          <w:sz w:val="20"/>
        </w:rPr>
        <w:t>[21 . 6 . 1]</w:t>
      </w:r>
    </w:p>
    <w:p>
      <w:r>
        <w:rPr>
          <w:rFonts w:ascii="Gentium Plus" w:hAnsi="Gentium Plus"/>
          <w:sz w:val="24"/>
        </w:rPr>
        <w:t>Ὅτι ἐπὶ τοῦ πολέμου τῶν Τυρρηνῶν καὶ Γαλατῶν καὶ Σαμνιτῶν καὶ τῶν ἑτέρων συμμάχων ἀνῃρέθησαν ὑπὸ Ῥωμαίων, Φαβίου ὑπατεύοντος, δέκα μυριάδες, ὥς φησι Δοῦρις.</w:t>
      </w:r>
    </w:p>
    <w:p>
      <w:r>
        <w:rPr>
          <w:rFonts w:ascii="Courier New" w:hAnsi="Courier New"/>
          <w:color w:val="555555"/>
          <w:sz w:val="20"/>
        </w:rPr>
        <w:t>[5]</w:t>
      </w:r>
    </w:p>
    <w:p>
      <w:r>
        <w:rPr>
          <w:rFonts w:ascii="Gentium Plus" w:hAnsi="Gentium Plus"/>
          <w:sz w:val="24"/>
        </w:rPr>
        <w:t>(Exc. Hoesch. p. 490 W.)</w:t>
      </w:r>
    </w:p>
    <w:p>
      <w:r>
        <w:rPr>
          <w:rFonts w:ascii="Courier New" w:hAnsi="Courier New"/>
          <w:color w:val="555555"/>
          <w:sz w:val="20"/>
        </w:rPr>
        <w:t>[21 . 6 . 2]</w:t>
      </w:r>
    </w:p>
    <w:p>
      <w:r>
        <w:rPr>
          <w:rFonts w:ascii="Gentium Plus" w:hAnsi="Gentium Plus"/>
          <w:sz w:val="24"/>
        </w:rPr>
        <w:t>Γράφει τοιοῦτόν τι Δοῦρις, Διόδωρος καὶ Δίων, ὅτι Σαμνητῶν, Τυρρηνῶν καὶ ἑτέρων ἐθνῶν πο‐ λεμούντων Ῥωμαίοις ὁ Δέκιος ὕπατος Ῥώμης συστρατηγὸς ὢν Τουρκουάτου οὕτως ἀπέδωκεν</w:t>
      </w:r>
    </w:p>
    <w:p>
      <w:r>
        <w:rPr>
          <w:rFonts w:ascii="Courier New" w:hAnsi="Courier New"/>
          <w:color w:val="555555"/>
          <w:sz w:val="20"/>
        </w:rPr>
        <w:t>[5]</w:t>
      </w:r>
    </w:p>
    <w:p>
      <w:r>
        <w:rPr>
          <w:rFonts w:ascii="Gentium Plus" w:hAnsi="Gentium Plus"/>
          <w:sz w:val="24"/>
        </w:rPr>
        <w:t>ἑαυτὸν εἰς σφαγὴν καὶ ἀνῃρέθησαν τῶν ἐναντίων ἑκατὸν χιλιάδες αὐθημερόν.</w:t>
      </w:r>
    </w:p>
    <w:p>
      <w:r>
        <w:rPr>
          <w:rFonts w:ascii="Courier New" w:hAnsi="Courier New"/>
          <w:color w:val="555555"/>
          <w:sz w:val="20"/>
        </w:rPr>
        <w:t>[21 . 7 . 1]</w:t>
      </w:r>
    </w:p>
    <w:p>
      <w:r>
        <w:rPr>
          <w:rFonts w:ascii="Gentium Plus" w:hAnsi="Gentium Plus"/>
          <w:sz w:val="24"/>
        </w:rPr>
        <w:t>Ὅτι Ἀντίπατρος διὰ φθόνον τὴν ἰδίαν μη‐ τέρα ἀνεῖλε. Ὅτι Ἀλέξανδρος ἀδελφὸς Ἀντιπάτρου προσκα‐ λεσάμενος Δημήτριον βασιλέα εἰς βοήθειαν, δολο‐</w:t>
      </w:r>
    </w:p>
    <w:p>
      <w:r>
        <w:rPr>
          <w:rFonts w:ascii="Courier New" w:hAnsi="Courier New"/>
          <w:color w:val="555555"/>
          <w:sz w:val="20"/>
        </w:rPr>
        <w:t>[5]</w:t>
      </w:r>
    </w:p>
    <w:p>
      <w:r>
        <w:rPr>
          <w:rFonts w:ascii="Gentium Plus" w:hAnsi="Gentium Plus"/>
          <w:sz w:val="24"/>
        </w:rPr>
        <w:t>φονεῖται ὑπ’ αὐτοῦ. ὁμοίως καὶ Ἀντίπατρον τὸν μητραλοίαν, ἀδελφὸν τοῦ Ἀλεξάνδρου, καὶ αὐτὸν ἐδολοφόνησεν, οὐ βουλόμενος σύνεδρον ἔχειν τῇ βασιλείᾳ.</w:t>
      </w:r>
    </w:p>
    <w:p>
      <w:r>
        <w:rPr>
          <w:rFonts w:ascii="Courier New" w:hAnsi="Courier New"/>
          <w:color w:val="555555"/>
          <w:sz w:val="20"/>
        </w:rPr>
        <w:t>[21 . 8 . 1]</w:t>
      </w:r>
    </w:p>
    <w:p>
      <w:r>
        <w:rPr>
          <w:rFonts w:ascii="Gentium Plus" w:hAnsi="Gentium Plus"/>
          <w:sz w:val="24"/>
        </w:rPr>
        <w:t>Ὅτι Ἀγαθοκλῆς συναθροίσας δυνάμεις εἰς Ἰταλίαν διεπέρασεν ἔχων πεζοὺς τρισμυρίους, ἱπ‐ πεῖς τρισχιλίους. τὴν δὲ ναυτικὴν δύναμιν Στίλ‐ πωνι παραδούς, λεηλατεῖν ἐπέταξε τὴν Βρεττίων</w:t>
      </w:r>
    </w:p>
    <w:p>
      <w:r>
        <w:rPr>
          <w:rFonts w:ascii="Courier New" w:hAnsi="Courier New"/>
          <w:color w:val="555555"/>
          <w:sz w:val="20"/>
        </w:rPr>
        <w:t>[5]</w:t>
      </w:r>
    </w:p>
    <w:p>
      <w:r>
        <w:rPr>
          <w:rFonts w:ascii="Gentium Plus" w:hAnsi="Gentium Plus"/>
          <w:sz w:val="24"/>
        </w:rPr>
        <w:t>χώραν· οὗτος πορθῶν τὰς παραθαλασσίους κτή‐ σεις, χειμῶνι περιπεσὼν τὰς πλείους τῶν νηῶν ἀπέβαλε. ὁ δὲ Ἀγαθοκλῆς πολιορκήσας τῶν Ἱππωνιατῶν πόλιν ... καὶ διὰ μηχανῶν πετρο‐ βόλων τῆς πόλεως ἐκυρίευσαν καὶ ταύτην εἷλον.</w:t>
      </w:r>
    </w:p>
    <w:p>
      <w:r>
        <w:rPr>
          <w:rFonts w:ascii="Courier New" w:hAnsi="Courier New"/>
          <w:color w:val="555555"/>
          <w:sz w:val="20"/>
        </w:rPr>
        <w:t>[10]</w:t>
      </w:r>
    </w:p>
    <w:p>
      <w:r>
        <w:rPr>
          <w:rFonts w:ascii="Gentium Plus" w:hAnsi="Gentium Plus"/>
          <w:sz w:val="24"/>
        </w:rPr>
        <w:t>τῶν δὲ Βρεττίων καταπλαγέντων, πρέσβεις ἀπέ‐ στειλαν ὑπὲρ διαλύσεως. καὶ λαβὼν παρ’ αὐτῶν ἑξακοσίους ὁμήρους καὶ φρουρὰν ἀπολιπὼν εἰς Συρακόσας ἐπανῆλθεν. οἱ δὲ Βρέττιοι τοῖς ὅρκοις μὴ ἐμμείναντες, ἀλλὰ πανδημεὶ στρατεύσαντες ἐπὶ</w:t>
      </w:r>
    </w:p>
    <w:p>
      <w:r>
        <w:rPr>
          <w:rFonts w:ascii="Courier New" w:hAnsi="Courier New"/>
          <w:color w:val="555555"/>
          <w:sz w:val="20"/>
        </w:rPr>
        <w:t>[15]</w:t>
      </w:r>
    </w:p>
    <w:p>
      <w:r>
        <w:rPr>
          <w:rFonts w:ascii="Gentium Plus" w:hAnsi="Gentium Plus"/>
          <w:sz w:val="24"/>
        </w:rPr>
        <w:t>τοὺς ἀπολειφθέντας στρατιώτας, τούτους κατέ‐ κοψαν· τοὺς δὲ ὁμήρους ἀνασώσαντες ἀπελύθησαν τῆς Ἀγαθοκλέους δυναστείας.</w:t>
      </w:r>
    </w:p>
    <w:p>
      <w:r>
        <w:rPr>
          <w:rFonts w:ascii="Courier New" w:hAnsi="Courier New"/>
          <w:color w:val="555555"/>
          <w:sz w:val="20"/>
        </w:rPr>
        <w:t>[21 . 9 . 1]</w:t>
      </w:r>
    </w:p>
    <w:p>
      <w:r>
        <w:rPr>
          <w:rFonts w:ascii="Gentium Plus" w:hAnsi="Gentium Plus"/>
          <w:sz w:val="24"/>
        </w:rPr>
        <w:t>Ὅτι Δημήτριος ὁ βασιλεὺς λαβὼν ὑποχειρίους ἅπαντας τοὺς κατ’ αὐτοῦ βλασφημεῖν εἰωθότας ἐν ταῖς ἐκκλησίαις καὶ πάντα κατ’ αὐτοῦ πράττειν φιλαπεχθημόνως ἀφῆκεν ἀθῴους, ἐπιφθεγξάμενος</w:t>
      </w:r>
    </w:p>
    <w:p>
      <w:r>
        <w:rPr>
          <w:rFonts w:ascii="Courier New" w:hAnsi="Courier New"/>
          <w:color w:val="555555"/>
          <w:sz w:val="20"/>
        </w:rPr>
        <w:t>[5]</w:t>
      </w:r>
    </w:p>
    <w:p>
      <w:r>
        <w:rPr>
          <w:rFonts w:ascii="Gentium Plus" w:hAnsi="Gentium Plus"/>
          <w:sz w:val="24"/>
        </w:rPr>
        <w:t>ὅτι συγγνώμη τιμωρίας αἱρετωτέρα. (Const. Exc. 4, p. 345; last three words, Exc. Hoesch. p. 491 W.)</w:t>
      </w:r>
    </w:p>
    <w:p>
      <w:r>
        <w:rPr>
          <w:rFonts w:ascii="Courier New" w:hAnsi="Courier New"/>
          <w:color w:val="555555"/>
          <w:sz w:val="20"/>
        </w:rPr>
        <w:t>[21 . 10 . 1]</w:t>
      </w:r>
    </w:p>
    <w:p>
      <w:r>
        <w:rPr>
          <w:rFonts w:ascii="Gentium Plus" w:hAnsi="Gentium Plus"/>
          <w:sz w:val="24"/>
        </w:rPr>
        <w:t>Ὅτι οἱ πλεῖστοι τῶν ἀγόντων στρατόπεδα, καθ’ οὓς ἂν καιροὺς ἐν ἀτυχήμασιν ὑπάρχωσι μεγάλοις, ἀκολουθοῦσι ταῖς τῶν πολλῶν ὁρμαῖς φοβούμενοι τὰς ἐναντιώσεις αὐτῶν.</w:t>
      </w:r>
    </w:p>
    <w:p>
      <w:r>
        <w:rPr>
          <w:rFonts w:ascii="Courier New" w:hAnsi="Courier New"/>
          <w:color w:val="555555"/>
          <w:sz w:val="20"/>
        </w:rPr>
        <w:t>[5]</w:t>
      </w:r>
    </w:p>
    <w:p>
      <w:r>
        <w:rPr>
          <w:rFonts w:ascii="Gentium Plus" w:hAnsi="Gentium Plus"/>
          <w:sz w:val="24"/>
        </w:rPr>
        <w:t>(Const. Exc. 4, p. 345; Exc. Hoesch. p. 491 W.)</w:t>
      </w:r>
    </w:p>
    <w:p>
      <w:r>
        <w:rPr>
          <w:rFonts w:ascii="Courier New" w:hAnsi="Courier New"/>
          <w:color w:val="555555"/>
          <w:sz w:val="20"/>
        </w:rPr>
        <w:t>[21 . 11 . 1]</w:t>
      </w:r>
    </w:p>
    <w:p>
      <w:r>
        <w:rPr>
          <w:rFonts w:ascii="Gentium Plus" w:hAnsi="Gentium Plus"/>
          <w:sz w:val="24"/>
        </w:rPr>
        <w:t>Ὅτι οἱ Θρᾷκες τὸν τοῦ βασιλέως υἱὸν Ἀγα‐ θοκλέα λαβόντες αἰχμάλωτον ἀπέστειλαν μετὰ δώρων, ἅμα μὲν πρὸς τὰ παράδοξα τῆς τύχης ἑαυτοῖς παρασκευάζοντες καταφυγάς, ἅμα δὲ διὰ</w:t>
      </w:r>
    </w:p>
    <w:p>
      <w:r>
        <w:rPr>
          <w:rFonts w:ascii="Courier New" w:hAnsi="Courier New"/>
          <w:color w:val="555555"/>
          <w:sz w:val="20"/>
        </w:rPr>
        <w:t>[5]</w:t>
      </w:r>
    </w:p>
    <w:p>
      <w:r>
        <w:rPr>
          <w:rFonts w:ascii="Gentium Plus" w:hAnsi="Gentium Plus"/>
          <w:sz w:val="24"/>
        </w:rPr>
        <w:t>τῆς φιλανθρωπίας ταύτης ἐλπίζοντες ἀπολήψεσθαι τὴν ἀφῃρημένην αὐτῶν χώραν ὑπὸ Λυσιμάχου. οὐκέτι γὰρ ἤλπιζον αὑτοὺς δύνασθαι κρατῆσαι τῷ πολέμῳ, συμπεφρονηκότων ἁπάντων σχεδὸν τῶν δυνατωτάτων βασιλέων καὶ συμμαχούντων ἀλ‐</w:t>
      </w:r>
    </w:p>
    <w:p>
      <w:r>
        <w:rPr>
          <w:rFonts w:ascii="Courier New" w:hAnsi="Courier New"/>
          <w:color w:val="555555"/>
          <w:sz w:val="20"/>
        </w:rPr>
        <w:t>[10]</w:t>
      </w:r>
    </w:p>
    <w:p>
      <w:r>
        <w:rPr>
          <w:rFonts w:ascii="Gentium Plus" w:hAnsi="Gentium Plus"/>
          <w:sz w:val="24"/>
        </w:rPr>
        <w:t>λήλοις. (Const. Exc. 2(1), p. 253.)</w:t>
      </w:r>
    </w:p>
    <w:p>
      <w:r>
        <w:rPr>
          <w:rFonts w:ascii="Courier New" w:hAnsi="Courier New"/>
          <w:color w:val="555555"/>
          <w:sz w:val="20"/>
        </w:rPr>
        <w:t>[21 . 12 . 1]</w:t>
      </w:r>
    </w:p>
    <w:p>
      <w:r>
        <w:rPr>
          <w:rFonts w:ascii="Gentium Plus" w:hAnsi="Gentium Plus"/>
          <w:sz w:val="24"/>
        </w:rPr>
        <w:t>Ὅτι ὑπὸ σιτοδείας πιεζομένης τῆς τοῦ Λυσιμάχου στρατιᾶς, καὶ τῶν φίλων αὐτῷ συμ‐ βουλευόντων σώζειν ὅπως ποτὲ δύναται καὶ μη‐ δεμίαν ἔχειν ἐλπίδα σωτηρίας ἐν τῷ στρατοπέδῳ,</w:t>
      </w:r>
    </w:p>
    <w:p>
      <w:r>
        <w:rPr>
          <w:rFonts w:ascii="Courier New" w:hAnsi="Courier New"/>
          <w:color w:val="555555"/>
          <w:sz w:val="20"/>
        </w:rPr>
        <w:t>[5]</w:t>
      </w:r>
    </w:p>
    <w:p>
      <w:r>
        <w:rPr>
          <w:rFonts w:ascii="Gentium Plus" w:hAnsi="Gentium Plus"/>
          <w:sz w:val="24"/>
        </w:rPr>
        <w:t>τούτοις ἀπεκρίθη μὴ δίκαιον εἶναι καταλιπόντα τὴν δύναμιν καὶ τοὺς φίλους ἰδίᾳ σωτηρίαν αἰσχρὰν</w:t>
      </w:r>
    </w:p>
    <w:p>
      <w:r>
        <w:rPr>
          <w:rFonts w:ascii="Courier New" w:hAnsi="Courier New"/>
          <w:color w:val="555555"/>
          <w:sz w:val="20"/>
        </w:rPr>
        <w:t>[21 . 12 . 2]</w:t>
      </w:r>
    </w:p>
    <w:p>
      <w:r>
        <w:rPr>
          <w:rFonts w:ascii="Gentium Plus" w:hAnsi="Gentium Plus"/>
          <w:sz w:val="24"/>
        </w:rPr>
        <w:t>Ὅτι ὁ Δρομιχαίτης ὁ τῶν Θρᾳκῶν βασιλεὺς κατὰ πάντα τὸν Λυσίμαχον τὸν βασιλέα δεξιωσάμενος καὶ φιλήσας, ἔτι δὲ πατέρα προσαγορεύσας, ἀπή‐ γαγε μετὰ τῶν τέκνων εἰς πόλιν τὴν ὀνομαζομένην</w:t>
      </w:r>
    </w:p>
    <w:p>
      <w:r>
        <w:rPr>
          <w:rFonts w:ascii="Courier New" w:hAnsi="Courier New"/>
          <w:color w:val="555555"/>
          <w:sz w:val="20"/>
        </w:rPr>
        <w:t>[5]</w:t>
      </w:r>
    </w:p>
    <w:p>
      <w:r>
        <w:rPr>
          <w:rFonts w:ascii="Gentium Plus" w:hAnsi="Gentium Plus"/>
          <w:sz w:val="24"/>
        </w:rPr>
        <w:t>Ἧλιν.</w:t>
      </w:r>
    </w:p>
    <w:p>
      <w:r>
        <w:rPr>
          <w:rFonts w:ascii="Courier New" w:hAnsi="Courier New"/>
          <w:color w:val="555555"/>
          <w:sz w:val="20"/>
        </w:rPr>
        <w:t>[21 . 12 . 3]</w:t>
      </w:r>
    </w:p>
    <w:p>
      <w:r>
        <w:rPr>
          <w:rFonts w:ascii="Gentium Plus" w:hAnsi="Gentium Plus"/>
          <w:sz w:val="24"/>
        </w:rPr>
        <w:t>Ὅτι μετὰ τὴν ἅλωσιν τῆς Λυσιμάχου δυνάμεως συνδραμόντων τῶν Θρᾳκῶν καὶ βοώντων ἄγειν εἰς τὸ μέσον τὸν ἡλωκότα βασιλέα πρὸς τὴν κόλασιν— δεῖν γὰρ τὴν ἐξουσίαν ἔχειν τὸ τῶν κινδύνων μετεσ‐</w:t>
      </w:r>
    </w:p>
    <w:p>
      <w:r>
        <w:rPr>
          <w:rFonts w:ascii="Courier New" w:hAnsi="Courier New"/>
          <w:color w:val="555555"/>
          <w:sz w:val="20"/>
        </w:rPr>
        <w:t>[5]</w:t>
      </w:r>
    </w:p>
    <w:p>
      <w:r>
        <w:rPr>
          <w:rFonts w:ascii="Gentium Plus" w:hAnsi="Gentium Plus"/>
          <w:sz w:val="24"/>
        </w:rPr>
        <w:t>χηκὸς πλῆθος βουλεύσασθαι πῶς χρηστέον ἐστὶν τοῖς ἡλωκόσιν—ὁ μὲν Δρομιχαίτης περὶ τῆς τιμω‐ ρίας τοῦ βασιλέως ἀντειπὼν ἐδίδαξε τοὺς στρατιώ‐ τας ὅτι συμφέρει σῶσαι τὸν ἄνδρα. ἀναιρεθέντος μὲν γὰρ αὐτοῦ βασιλεῖς ἄλλους καταλήψεσθαι τὴν</w:t>
      </w:r>
    </w:p>
    <w:p>
      <w:r>
        <w:rPr>
          <w:rFonts w:ascii="Courier New" w:hAnsi="Courier New"/>
          <w:color w:val="555555"/>
          <w:sz w:val="20"/>
        </w:rPr>
        <w:t>[10]</w:t>
      </w:r>
    </w:p>
    <w:p>
      <w:r>
        <w:rPr>
          <w:rFonts w:ascii="Gentium Plus" w:hAnsi="Gentium Plus"/>
          <w:sz w:val="24"/>
        </w:rPr>
        <w:t>Λυσιμάχου δυναστείαν, φοβερωτέρους, ἂν τύχῃ, τοῦ προϋπάρξαντος· διαφυλαχθέντος δὲ χάριν ἕξειν ὀφειλομένην τοῖς Θρᾳξὶ παρὰ τοῦ σωθέντος, καὶ τὰ φρούρια τὰ πρότερον ὑπάρξαντα Θρᾳκῶν ἀπο‐</w:t>
      </w:r>
    </w:p>
    <w:p>
      <w:r>
        <w:rPr>
          <w:rFonts w:ascii="Courier New" w:hAnsi="Courier New"/>
          <w:color w:val="555555"/>
          <w:sz w:val="20"/>
        </w:rPr>
        <w:t>[21 . 12 . 4]</w:t>
      </w:r>
    </w:p>
    <w:p>
      <w:r>
        <w:rPr>
          <w:rFonts w:ascii="Gentium Plus" w:hAnsi="Gentium Plus"/>
          <w:sz w:val="24"/>
        </w:rPr>
        <w:t>λήψεσθαι χωρὶς κινδύνων. συγκαταθεμένου δὲ τοῦ πλήθους, ὁ Δρομιχαίτης ἀναζητήσας ἐκ τῶν αἰχμα‐ λώτων τοὺς φίλους τοῦ Λυσιμάχου καὶ τοὺς περὶ τὴν θεραπείαν εἰωθότας διατρίβειν, ἀπήγαγε πρὸς</w:t>
      </w:r>
    </w:p>
    <w:p>
      <w:r>
        <w:rPr>
          <w:rFonts w:ascii="Courier New" w:hAnsi="Courier New"/>
          <w:color w:val="555555"/>
          <w:sz w:val="20"/>
        </w:rPr>
        <w:t>[5]</w:t>
      </w:r>
    </w:p>
    <w:p>
      <w:r>
        <w:rPr>
          <w:rFonts w:ascii="Gentium Plus" w:hAnsi="Gentium Plus"/>
          <w:sz w:val="24"/>
        </w:rPr>
        <w:t>τὸν ἡλωκότα βασιλέα. μετὰ δὲ ταῦτα συντελέσας θυσίαν παρέλαβεν ἐπὶ τὴν ἑστίασιν τόν τε Λυσί‐ μαχον μετὰ τῶν αὐτοῦ φίλων καὶ τῶν Θρᾳκῶν τοὺς ἐπιτηδειοτάτους. διττὰς δὲ κλισίας κατα‐ σκευάσας τοῖς μὲν περὶ τὸν Λυσίμαχον ἔστρωσε</w:t>
      </w:r>
    </w:p>
    <w:p>
      <w:r>
        <w:rPr>
          <w:rFonts w:ascii="Courier New" w:hAnsi="Courier New"/>
          <w:color w:val="555555"/>
          <w:sz w:val="20"/>
        </w:rPr>
        <w:t>[10]</w:t>
      </w:r>
    </w:p>
    <w:p>
      <w:r>
        <w:rPr>
          <w:rFonts w:ascii="Gentium Plus" w:hAnsi="Gentium Plus"/>
          <w:sz w:val="24"/>
        </w:rPr>
        <w:t>τὴν ἁλοῦσαν βασιλικὴν στρωμνήν, ἑαυτῷ δὲ καὶ</w:t>
      </w:r>
    </w:p>
    <w:p>
      <w:r>
        <w:rPr>
          <w:rFonts w:ascii="Courier New" w:hAnsi="Courier New"/>
          <w:color w:val="555555"/>
          <w:sz w:val="20"/>
        </w:rPr>
        <w:t>[21 . 12 . 5]</w:t>
      </w:r>
    </w:p>
    <w:p>
      <w:r>
        <w:rPr>
          <w:rFonts w:ascii="Gentium Plus" w:hAnsi="Gentium Plus"/>
          <w:sz w:val="24"/>
        </w:rPr>
        <w:t>τοῖς φίλοις εὐτελῆ στιβάδα. ὁμοίως δὲ διττῶν</w:t>
      </w:r>
    </w:p>
    <w:p>
      <w:r>
        <w:rPr>
          <w:rFonts w:ascii="Courier New" w:hAnsi="Courier New"/>
          <w:color w:val="555555"/>
          <w:sz w:val="20"/>
        </w:rPr>
        <w:t>[5]</w:t>
      </w:r>
    </w:p>
    <w:p>
      <w:r>
        <w:rPr>
          <w:rFonts w:ascii="Gentium Plus" w:hAnsi="Gentium Plus"/>
          <w:sz w:val="24"/>
        </w:rPr>
        <w:t>ἐσκευασμένα, ἐπὶ σανίδος εὐτελοῦς ἐπικειμένης αὐτοῖς τῆς τραπέζης. τὸ δὲ τελευταῖον τοῖς μὲν ἐνέχει τὸν οἶνον ἀργυροῖς καὶ χρυσοῖς ποτηρίοις, τοῖς δὲ μεθ’ ἑαυτοῦ κερατίνοις καὶ ξυλίνοις, καθ‐ άπερ ἦν ἔθος τοῖς Γέταις. προβαίνοντος δὲ τοῦ</w:t>
      </w:r>
    </w:p>
    <w:p>
      <w:r>
        <w:rPr>
          <w:rFonts w:ascii="Courier New" w:hAnsi="Courier New"/>
          <w:color w:val="555555"/>
          <w:sz w:val="20"/>
        </w:rPr>
        <w:t>[10]</w:t>
      </w:r>
    </w:p>
    <w:p>
      <w:r>
        <w:rPr>
          <w:rFonts w:ascii="Gentium Plus" w:hAnsi="Gentium Plus"/>
          <w:sz w:val="24"/>
        </w:rPr>
        <w:t>πότου πληρώσας τὸ μέγιστον τῶν κεράτων καὶ προσαγορεύσας πατέρα τὸν Λυσίμαχον ἠρώτησε πότερον αὐτῷ δοκεῖ δεῖπνον βασιλικώτερον, τὸ Μακεδονικὸν ἢ τὸ Θρᾴκιον. τοῦ δὲ Λυσιμάχου τὸ Μακεδονικὸν εἰπόντος (Ζήτει εἰς τὸ Περὶ Γνωμῶν).</w:t>
      </w:r>
    </w:p>
    <w:p>
      <w:r>
        <w:rPr>
          <w:rFonts w:ascii="Courier New" w:hAnsi="Courier New"/>
          <w:color w:val="555555"/>
          <w:sz w:val="20"/>
        </w:rPr>
        <w:t>[15]</w:t>
      </w:r>
    </w:p>
    <w:p>
      <w:r>
        <w:rPr>
          <w:rFonts w:ascii="Gentium Plus" w:hAnsi="Gentium Plus"/>
          <w:sz w:val="24"/>
        </w:rPr>
        <w:t>(Const. Exc. 2(1), pp. 253—254.)</w:t>
      </w:r>
    </w:p>
    <w:p>
      <w:r>
        <w:rPr>
          <w:rFonts w:ascii="Courier New" w:hAnsi="Courier New"/>
          <w:color w:val="555555"/>
          <w:sz w:val="20"/>
        </w:rPr>
        <w:t>[21 . 12 . 6]</w:t>
      </w:r>
    </w:p>
    <w:p>
      <w:r>
        <w:rPr>
          <w:rFonts w:ascii="Gentium Plus" w:hAnsi="Gentium Plus"/>
          <w:sz w:val="24"/>
        </w:rPr>
        <w:t>Ὅτι τοῦ Δρομιχαίτου τὸν Λυσίμαχον ἐπὶ δεῖπνον κεκληκότος καὶ προβαίνοντος τοῦ πότου, πληρώσας τὸ μέγιστον τῶν κεράτων καὶ προσαγορεύσας πατέρα τὸν Λυσίμαχον ἠρώτησε πότερον αὐτῷ</w:t>
      </w:r>
    </w:p>
    <w:p>
      <w:r>
        <w:rPr>
          <w:rFonts w:ascii="Courier New" w:hAnsi="Courier New"/>
          <w:color w:val="555555"/>
          <w:sz w:val="20"/>
        </w:rPr>
        <w:t>[5]</w:t>
      </w:r>
    </w:p>
    <w:p>
      <w:r>
        <w:rPr>
          <w:rFonts w:ascii="Gentium Plus" w:hAnsi="Gentium Plus"/>
          <w:sz w:val="24"/>
        </w:rPr>
        <w:t>δοκεῖ δεῖπνον εἶναι βασιλικώτερον, τὸ Μακεδονικὸν ἢ τὸ Θρᾴκιον. τοῦ δὲ Λυσιμάχου τὸ Μακεδονικὸν εἰπόντος, Τί οὖν, ἔφη, νόμιμα τοιαῦτα καὶ βίον λαμπρὸν ἀπολιπών, ἔτι δὲ ἐπιφανεστέραν βασιλείαν, ἐπεθύμεις εἰς ἀνθρώπους παραγενέσθαι βαρβάρους</w:t>
      </w:r>
    </w:p>
    <w:p>
      <w:r>
        <w:rPr>
          <w:rFonts w:ascii="Courier New" w:hAnsi="Courier New"/>
          <w:color w:val="555555"/>
          <w:sz w:val="20"/>
        </w:rPr>
        <w:t>[10]</w:t>
      </w:r>
    </w:p>
    <w:p>
      <w:r>
        <w:rPr>
          <w:rFonts w:ascii="Gentium Plus" w:hAnsi="Gentium Plus"/>
          <w:sz w:val="24"/>
        </w:rPr>
        <w:t>καὶ ζῶντας θηριώδη βίον καὶ χώραν δυσχείμερον καὶ σπανίζουσαν ἡμέρων καρπῶν, ἐβιάσω δὲ παρὰ φύσιν ἀγαγεῖν δύναμιν εἰς τόπους τοιούτους ἐν οἷς ξενικὴ δύναμις ὑπαίθριος οὐ δύναται διασώζεσθαι; εἰπόντος δὲ πάλιν πρὸς ταῦτα τοῦ Λυσιμάχου διότι</w:t>
      </w:r>
    </w:p>
    <w:p>
      <w:r>
        <w:rPr>
          <w:rFonts w:ascii="Courier New" w:hAnsi="Courier New"/>
          <w:color w:val="555555"/>
          <w:sz w:val="20"/>
        </w:rPr>
        <w:t>[15]</w:t>
      </w:r>
    </w:p>
    <w:p>
      <w:r>
        <w:rPr>
          <w:rFonts w:ascii="Gentium Plus" w:hAnsi="Gentium Plus"/>
          <w:sz w:val="24"/>
        </w:rPr>
        <w:t>τὰ μὲν περὶ ταύτην τὴν στρατείαν ἠγνόησεν, εἰς δὲ τὸ λοιπὸν πειράσεται φίλος ὢν συμμαχεῖν καὶ χάριτος ἀποδόσει μὴ λειφθῆναι τῶν εὖ πεποιηκό‐ των, ἀποδεξάμενος αὐτὸν φιλοφρόνως ὁ Δρο‐</w:t>
      </w:r>
    </w:p>
    <w:p>
      <w:r>
        <w:rPr>
          <w:rFonts w:ascii="Courier New" w:hAnsi="Courier New"/>
          <w:color w:val="555555"/>
          <w:sz w:val="20"/>
        </w:rPr>
        <w:t>[20]</w:t>
      </w:r>
    </w:p>
    <w:p>
      <w:r>
        <w:rPr>
          <w:rFonts w:ascii="Gentium Plus" w:hAnsi="Gentium Plus"/>
          <w:sz w:val="24"/>
        </w:rPr>
        <w:t>ὑπὸ τῶν περὶ Λυσίμαχον καὶ περιθεὶς αὐτῷ διά‐ δημα ἐξαπέστειλεν. (Const. Exc. 4, pp. 345—346.)</w:t>
      </w:r>
    </w:p>
    <w:p>
      <w:r>
        <w:rPr>
          <w:rFonts w:ascii="Courier New" w:hAnsi="Courier New"/>
          <w:color w:val="555555"/>
          <w:sz w:val="20"/>
        </w:rPr>
        <w:t>[21 . 13 . 1]</w:t>
      </w:r>
    </w:p>
    <w:p>
      <w:r>
        <w:rPr>
          <w:rFonts w:ascii="Gentium Plus" w:hAnsi="Gentium Plus"/>
          <w:sz w:val="24"/>
        </w:rPr>
        <w:t>Οὗτος ὁ Ξερμοδίγεστος, Διόδωρος ὡς γράφει, οἶμαι τοῦ Αὐδολέοντος Παιόνων βασιλέως φίλος τελῶν πιστότατος, τοὺς θησαυροὺς</w:t>
      </w:r>
    </w:p>
    <w:p>
      <w:r>
        <w:rPr>
          <w:rFonts w:ascii="Courier New" w:hAnsi="Courier New"/>
          <w:color w:val="555555"/>
          <w:sz w:val="20"/>
        </w:rPr>
        <w:t>[3]</w:t>
      </w:r>
    </w:p>
    <w:p>
      <w:r>
        <w:rPr>
          <w:rFonts w:ascii="Gentium Plus" w:hAnsi="Gentium Plus"/>
          <w:sz w:val="24"/>
        </w:rPr>
        <w:t>μηνύει ἢ Λυσιμάχῳ ἤ τινι τῆς Θρᾴκης βασιλέων·</w:t>
      </w:r>
    </w:p>
    <w:p>
      <w:r>
        <w:rPr>
          <w:rFonts w:ascii="Courier New" w:hAnsi="Courier New"/>
          <w:color w:val="555555"/>
          <w:sz w:val="20"/>
        </w:rPr>
        <w:t>[5]</w:t>
      </w:r>
    </w:p>
    <w:p>
      <w:r>
        <w:rPr>
          <w:rFonts w:ascii="Gentium Plus" w:hAnsi="Gentium Plus"/>
          <w:sz w:val="24"/>
        </w:rPr>
        <w:t>ἀργαλέον δέ μοί ἐστι θεὸν ὣς πάντ’ ἀγορεύειν ἀβίβλῃ πεφυκότι μοι· οἴδατε οἷσπερ λέγω· τοὺς θησαυροὺς ἐμήνυσε τῷ Θρᾴκης στεφη‐</w:t>
      </w:r>
    </w:p>
    <w:p>
      <w:r>
        <w:rPr>
          <w:rFonts w:ascii="Courier New" w:hAnsi="Courier New"/>
          <w:color w:val="555555"/>
          <w:sz w:val="20"/>
        </w:rPr>
        <w:t>[7]</w:t>
      </w:r>
    </w:p>
    <w:p>
      <w:r>
        <w:rPr>
          <w:rFonts w:ascii="Gentium Plus" w:hAnsi="Gentium Plus"/>
          <w:sz w:val="24"/>
        </w:rPr>
        <w:t>φόρῳ τοῦ Σαργεντίου ποταμοῦ κάτωθεν κεκρυμ‐</w:t>
      </w:r>
    </w:p>
    <w:p>
      <w:r>
        <w:rPr>
          <w:rFonts w:ascii="Courier New" w:hAnsi="Courier New"/>
          <w:color w:val="555555"/>
          <w:sz w:val="20"/>
        </w:rPr>
        <w:t>[8]</w:t>
      </w:r>
    </w:p>
    <w:p>
      <w:r>
        <w:rPr>
          <w:rFonts w:ascii="Gentium Plus" w:hAnsi="Gentium Plus"/>
          <w:sz w:val="24"/>
        </w:rPr>
        <w:t>μένους, τοὺς οὓς αὐτὸς κατέκρυπτε σὺν αἰχμαλώτοις</w:t>
      </w:r>
    </w:p>
    <w:p>
      <w:r>
        <w:rPr>
          <w:rFonts w:ascii="Courier New" w:hAnsi="Courier New"/>
          <w:color w:val="555555"/>
          <w:sz w:val="20"/>
        </w:rPr>
        <w:t>[9]</w:t>
      </w:r>
    </w:p>
    <w:p>
      <w:r>
        <w:rPr>
          <w:rFonts w:ascii="Gentium Plus" w:hAnsi="Gentium Plus"/>
          <w:sz w:val="24"/>
        </w:rPr>
        <w:t>μόνοις,</w:t>
      </w:r>
    </w:p>
    <w:p>
      <w:r>
        <w:rPr>
          <w:rFonts w:ascii="Courier New" w:hAnsi="Courier New"/>
          <w:color w:val="555555"/>
          <w:sz w:val="20"/>
        </w:rPr>
        <w:t>[10]</w:t>
      </w:r>
    </w:p>
    <w:p>
      <w:r>
        <w:rPr>
          <w:rFonts w:ascii="Gentium Plus" w:hAnsi="Gentium Plus"/>
          <w:sz w:val="24"/>
        </w:rPr>
        <w:t>τρέπων τὴν κοίτην ποταμοῦ καὶ κατορύττων</w:t>
      </w:r>
    </w:p>
    <w:p>
      <w:r>
        <w:rPr>
          <w:rFonts w:ascii="Courier New" w:hAnsi="Courier New"/>
          <w:color w:val="555555"/>
          <w:sz w:val="20"/>
        </w:rPr>
        <w:t>[10]</w:t>
      </w:r>
    </w:p>
    <w:p>
      <w:r>
        <w:rPr>
          <w:rFonts w:ascii="Gentium Plus" w:hAnsi="Gentium Plus"/>
          <w:sz w:val="24"/>
        </w:rPr>
        <w:t>κάτω, εἶτα τὸν ῥοῦν ἐπαφιείς, τοὺς δ’ αἰχμαλώτους</w:t>
      </w:r>
    </w:p>
    <w:p>
      <w:r>
        <w:rPr>
          <w:rFonts w:ascii="Courier New" w:hAnsi="Courier New"/>
          <w:color w:val="555555"/>
          <w:sz w:val="20"/>
        </w:rPr>
        <w:t>[11]</w:t>
      </w:r>
    </w:p>
    <w:p>
      <w:r>
        <w:rPr>
          <w:rFonts w:ascii="Gentium Plus" w:hAnsi="Gentium Plus"/>
          <w:sz w:val="24"/>
        </w:rPr>
        <w:t>σφάττων. (Tzetzes, Hist. 6. 470—480.)</w:t>
      </w:r>
    </w:p>
    <w:p>
      <w:r>
        <w:rPr>
          <w:rFonts w:ascii="Courier New" w:hAnsi="Courier New"/>
          <w:color w:val="555555"/>
          <w:sz w:val="20"/>
        </w:rPr>
        <w:t>[21 . 14 . 1]</w:t>
      </w:r>
    </w:p>
    <w:p>
      <w:r>
        <w:rPr>
          <w:rFonts w:ascii="Gentium Plus" w:hAnsi="Gentium Plus"/>
          <w:sz w:val="24"/>
        </w:rPr>
        <w:t>Ὅτι Δημήτριος ὁ βασιλεύς, τὸ δεύτερον ἀπο‐ στατησάντων Θηβαίων, πολιορκίᾳ τὰ τείχη καθ‐ ελών, τὴν πόλιν κατὰ κράτος εἷλε, δέκα μόνους ἄνδρας ἀνελὼν τοὺς τὴν ἀποστασίαν κατεργαζο‐</w:t>
      </w:r>
    </w:p>
    <w:p>
      <w:r>
        <w:rPr>
          <w:rFonts w:ascii="Courier New" w:hAnsi="Courier New"/>
          <w:color w:val="555555"/>
          <w:sz w:val="20"/>
        </w:rPr>
        <w:t>[5]</w:t>
      </w:r>
    </w:p>
    <w:p>
      <w:r>
        <w:rPr>
          <w:rFonts w:ascii="Gentium Plus" w:hAnsi="Gentium Plus"/>
          <w:sz w:val="24"/>
        </w:rPr>
        <w:t>μένους. (Exc. Hoesch. p. 491 W.)</w:t>
      </w:r>
    </w:p>
    <w:p>
      <w:r>
        <w:rPr>
          <w:rFonts w:ascii="Courier New" w:hAnsi="Courier New"/>
          <w:color w:val="555555"/>
          <w:sz w:val="20"/>
        </w:rPr>
        <w:t>[21 . 14 . 2]</w:t>
      </w:r>
    </w:p>
    <w:p>
      <w:r>
        <w:rPr>
          <w:rFonts w:ascii="Gentium Plus" w:hAnsi="Gentium Plus"/>
          <w:sz w:val="24"/>
        </w:rPr>
        <w:t>Ὅτι ὁ βασιλεὺς Δημήτριος παραλαβὼν καὶ τὰς ἄλλας πόλεις, προσηνέχθη τοῖς Βοιωτοῖς μεγα‐ λοψύχως. πλὴν γὰρ ἀνδρῶν δέκα καὶ τεττάρων τῶν αἰτιωτάτων τῆς ἀποστάσεως ἀπέλυσε τῶν</w:t>
      </w:r>
    </w:p>
    <w:p>
      <w:r>
        <w:rPr>
          <w:rFonts w:ascii="Courier New" w:hAnsi="Courier New"/>
          <w:color w:val="555555"/>
          <w:sz w:val="20"/>
        </w:rPr>
        <w:t>[5]</w:t>
      </w:r>
    </w:p>
    <w:p>
      <w:r>
        <w:rPr>
          <w:rFonts w:ascii="Gentium Plus" w:hAnsi="Gentium Plus"/>
          <w:sz w:val="24"/>
        </w:rPr>
        <w:t>ἐγκλημάτων ἅπαντας. (Const. Exc. 2(1), p. 254.)</w:t>
      </w:r>
    </w:p>
    <w:p>
      <w:r>
        <w:rPr>
          <w:rFonts w:ascii="Courier New" w:hAnsi="Courier New"/>
          <w:color w:val="555555"/>
          <w:sz w:val="20"/>
        </w:rPr>
        <w:t>[21 . 14 . 3]</w:t>
      </w:r>
    </w:p>
    <w:p>
      <w:r>
        <w:rPr>
          <w:rFonts w:ascii="Gentium Plus" w:hAnsi="Gentium Plus"/>
          <w:sz w:val="24"/>
        </w:rPr>
        <w:t>Ὅτι ἐπὶ πολλῶν τὸ θυμομαχεῖν εἰς τέλος χαρι‐ ζομένους τῷ θυμῷ παραιτητέον· συμφέρει γὰρ ἐνίοτε διαλύεσθαι καὶ χρημάτων ὠνεῖσθαι τὴν ἀ‐ σφάλειαν καὶ καθόλου προκρίνειν τῆς τιμωρίας τὴν</w:t>
      </w:r>
    </w:p>
    <w:p>
      <w:r>
        <w:rPr>
          <w:rFonts w:ascii="Courier New" w:hAnsi="Courier New"/>
          <w:color w:val="555555"/>
          <w:sz w:val="20"/>
        </w:rPr>
        <w:t>[5]</w:t>
      </w:r>
    </w:p>
    <w:p>
      <w:r>
        <w:rPr>
          <w:rFonts w:ascii="Gentium Plus" w:hAnsi="Gentium Plus"/>
          <w:sz w:val="24"/>
        </w:rPr>
        <w:t>συγγνώμην. (Const. Exc. 4, p. 346.)</w:t>
      </w:r>
    </w:p>
    <w:p>
      <w:r>
        <w:rPr>
          <w:rFonts w:ascii="Courier New" w:hAnsi="Courier New"/>
          <w:color w:val="555555"/>
          <w:sz w:val="20"/>
        </w:rPr>
        <w:t>[21 . 15 . 1]</w:t>
      </w:r>
    </w:p>
    <w:p>
      <w:r>
        <w:rPr>
          <w:rFonts w:ascii="Gentium Plus" w:hAnsi="Gentium Plus"/>
          <w:sz w:val="24"/>
        </w:rPr>
        <w:t>Ὅτι Ἀγαθοκλῆς ἀπέστειλεν Ἀγαθοκλῆ τὸν υἱὸν πρὸς Δημήτριον τὸν βασιλέα φιλίαν συνθέσθαι καὶ συμμαχίαν. ὁ δὲ βασιλεὺς ἀσμένως δεξάμενος τὸν νεανίσκον, στολὴν περιτιθεὶς βασιλικὴν καὶ</w:t>
      </w:r>
    </w:p>
    <w:p>
      <w:r>
        <w:rPr>
          <w:rFonts w:ascii="Courier New" w:hAnsi="Courier New"/>
          <w:color w:val="555555"/>
          <w:sz w:val="20"/>
        </w:rPr>
        <w:t>[5]</w:t>
      </w:r>
    </w:p>
    <w:p>
      <w:r>
        <w:rPr>
          <w:rFonts w:ascii="Gentium Plus" w:hAnsi="Gentium Plus"/>
          <w:sz w:val="24"/>
        </w:rPr>
        <w:t>δῶρα δοὺς μεγαλοπρεπῆ, συναπέστειλεν Ὀξύθεμιν, τῶν φίλων ἕνα, τῷ μὲν δοκεῖν τὰ πιστὰ λαβεῖν τῆς συμμαχίας, τῷ δὲ ἔργῳ κατασκεψόμενον τὴν Σικελίαν. (Exc. Hoesch. p. 491 W.)</w:t>
      </w:r>
    </w:p>
    <w:p>
      <w:r>
        <w:rPr>
          <w:rFonts w:ascii="Courier New" w:hAnsi="Courier New"/>
          <w:color w:val="555555"/>
          <w:sz w:val="20"/>
        </w:rPr>
        <w:t>[21 . 16 . 1]</w:t>
      </w:r>
    </w:p>
    <w:p>
      <w:r>
        <w:rPr>
          <w:rFonts w:ascii="Gentium Plus" w:hAnsi="Gentium Plus"/>
          <w:sz w:val="24"/>
        </w:rPr>
        <w:t>[Οὐ μὴν ἀλλ’ ὑπὲρ μὲν τῆς καταστροφῆς Ἀγαθοκλέους, ὅταν πρὸς τοὺς οἰκείους χρόνους ἔλθωμεν αὐτῆς, τὸ γενόμενον βεβαιώσει τὸ νῦν εἰρημένον.] (Diod. 20. 101. 4.)</w:t>
      </w:r>
    </w:p>
    <w:p>
      <w:r>
        <w:rPr>
          <w:rFonts w:ascii="Courier New" w:hAnsi="Courier New"/>
          <w:color w:val="555555"/>
          <w:sz w:val="20"/>
        </w:rPr>
        <w:t>[5]</w:t>
      </w:r>
    </w:p>
    <w:p>
      <w:r>
        <w:rPr>
          <w:rFonts w:ascii="Gentium Plus" w:hAnsi="Gentium Plus"/>
          <w:sz w:val="24"/>
        </w:rPr>
        <w:t>Ὅτι Ἀγαθοκλῆς ὁ βασιλεὺς πολὺν χρόνον εἰρη‐ νεύων πρὸς Καρχηδονίους, μεγάλην ἐπεποίητο παρασκεύασιν ναυτικῶν δυνάμεων· διενοεῖτο γὰρ πάλιν εἰς τὴν Λιβύην διαβιβάζειν στρατόπεδα, καὶ ταῖς ναυσὶν εἴργειν τοὺς Φοίνικας τῶν ἀπὸ τῶν</w:t>
      </w:r>
    </w:p>
    <w:p>
      <w:r>
        <w:rPr>
          <w:rFonts w:ascii="Courier New" w:hAnsi="Courier New"/>
          <w:color w:val="555555"/>
          <w:sz w:val="20"/>
        </w:rPr>
        <w:t>[10]</w:t>
      </w:r>
    </w:p>
    <w:p>
      <w:r>
        <w:rPr>
          <w:rFonts w:ascii="Gentium Plus" w:hAnsi="Gentium Plus"/>
          <w:sz w:val="24"/>
        </w:rPr>
        <w:t>Σαρδῶν καὶ Σικελῶν σιτοπομπιῶν. καὶ ἐν τῷ προγεγονότι κατὰ τὴν Λιβύην πολέμῳ θαλαττοκρα‐ τοῦντες οἱ Καρχηδόνιοι διέσωσαν ἐκ τῶν κινδύνων τὴν πατρίδα. εἶχε δὲ ναῦς Ἀγαθοκλῆς ὁ βασιλεὺς ἐξηρτυμένας διακοσίας τετρήρεις καὶ ἑξήρεις· ὅμως</w:t>
      </w:r>
    </w:p>
    <w:p>
      <w:r>
        <w:rPr>
          <w:rFonts w:ascii="Courier New" w:hAnsi="Courier New"/>
          <w:color w:val="555555"/>
          <w:sz w:val="20"/>
        </w:rPr>
        <w:t>[15]</w:t>
      </w:r>
    </w:p>
    <w:p>
      <w:r>
        <w:rPr>
          <w:rFonts w:ascii="Gentium Plus" w:hAnsi="Gentium Plus"/>
          <w:sz w:val="24"/>
        </w:rPr>
        <w:t>εἰς πέρας τὴν προαίρεσιν οὐκ ἤνεγκε διὰ τοιαύτας</w:t>
      </w:r>
    </w:p>
    <w:p>
      <w:r>
        <w:rPr>
          <w:rFonts w:ascii="Courier New" w:hAnsi="Courier New"/>
          <w:color w:val="555555"/>
          <w:sz w:val="20"/>
        </w:rPr>
        <w:t>[21 . 16 . 2]</w:t>
      </w:r>
    </w:p>
    <w:p>
      <w:r>
        <w:rPr>
          <w:rFonts w:ascii="Gentium Plus" w:hAnsi="Gentium Plus"/>
          <w:sz w:val="24"/>
        </w:rPr>
        <w:t>αἰτίας. Μένων ἦν Αἰγεσταῖος τὸ γένος· ἐν δὲ τῇ καταλήψει τῆς πατρίδος ἡλωκὼς δοῦλος ἐγένετο</w:t>
      </w:r>
    </w:p>
    <w:p>
      <w:r>
        <w:rPr>
          <w:rFonts w:ascii="Courier New" w:hAnsi="Courier New"/>
          <w:color w:val="555555"/>
          <w:sz w:val="20"/>
        </w:rPr>
        <w:t>[5]</w:t>
      </w:r>
    </w:p>
    <w:p>
      <w:r>
        <w:rPr>
          <w:rFonts w:ascii="Gentium Plus" w:hAnsi="Gentium Plus"/>
          <w:sz w:val="24"/>
        </w:rPr>
        <w:t>μένων καὶ φίλων εἷς ἀριθμούμενος· διὰ δὲ τὴν τῆς πατρίδος συμφορὰν καὶ τὴν περὶ αὑτὸν ὕβριν ὑπού‐ λως ἔχων πρὸς τὸν δυνάστην, καιρὸν ἔλαβε τῆς κατ’ αὐτοῦ τιμωρίας. ὁ γὰρ βασιλεὺς ἤδη γεγηρακὼς τὰς ὑπαίθρους δυνάμεις Ἀρχαγάθῳ παραδεδώκει.</w:t>
      </w:r>
    </w:p>
    <w:p>
      <w:r>
        <w:rPr>
          <w:rFonts w:ascii="Courier New" w:hAnsi="Courier New"/>
          <w:color w:val="555555"/>
          <w:sz w:val="20"/>
        </w:rPr>
        <w:t>[21 . 16 . 3]</w:t>
      </w:r>
    </w:p>
    <w:p>
      <w:r>
        <w:rPr>
          <w:rFonts w:ascii="Gentium Plus" w:hAnsi="Gentium Plus"/>
          <w:sz w:val="24"/>
        </w:rPr>
        <w:t>οὗτος δὲ ἦν Ἀρχαγάθου μὲν υἱὸς τοῦ κατὰ Λιβύην σφαγέντος, υἱωνὸς δὲ τοῦ βασιλέως Ἀγαθοκλέους, ἀνδρείᾳ δὲ καὶ ψυχῆς εὐτολμίᾳ πολὺ τοῦ κατὰ λόγον ὑπεραίρων. ... στρατοπεδεύοντος αὐτοῦ</w:t>
      </w:r>
    </w:p>
    <w:p>
      <w:r>
        <w:rPr>
          <w:rFonts w:ascii="Courier New" w:hAnsi="Courier New"/>
          <w:color w:val="555555"/>
          <w:sz w:val="20"/>
        </w:rPr>
        <w:t>[5]</w:t>
      </w:r>
    </w:p>
    <w:p>
      <w:r>
        <w:rPr>
          <w:rFonts w:ascii="Gentium Plus" w:hAnsi="Gentium Plus"/>
          <w:sz w:val="24"/>
        </w:rPr>
        <w:t>περὶ τὴν Αἴτνην, ὁ μὲν βασιλεὺς βουλόμενος προ‐ άγειν ἐπὶ τὴν διαδοχὴν τῆς βασιλείας τὸν υἱὸν Ἀγαθοκλῆ, πρῶτον μὲν ἐν ταῖς Συρακούσαις συνέστησε τὸν νεανίσκον, ἀποφαινόμενος διάδοχον ἀπολείψειν τῆς ἀρχῆς· μετὰ δὲ ταῦτα ἐξέπεμψεν</w:t>
      </w:r>
    </w:p>
    <w:p>
      <w:r>
        <w:rPr>
          <w:rFonts w:ascii="Courier New" w:hAnsi="Courier New"/>
          <w:color w:val="555555"/>
          <w:sz w:val="20"/>
        </w:rPr>
        <w:t>[10]</w:t>
      </w:r>
    </w:p>
    <w:p>
      <w:r>
        <w:rPr>
          <w:rFonts w:ascii="Gentium Plus" w:hAnsi="Gentium Plus"/>
          <w:sz w:val="24"/>
        </w:rPr>
        <w:t>αὐτὸν ἐπὶ τὸ στρατόπεδον. γράψας ἐπιστολὴν ἐπὶ τὸν Ἀρχάγαθον, προσέταξε τούτῳ παραδιδόναι τὰς πεζικὰς καὶ ναυτικὰς δυνάμεις. δι’ ἃς αἰτίας ὁ μὲν Ἀρχάγαθος ὁρῶν τὴν βασιλείαν εἰς ἕτερον καταντῶσαν, ἀμφοτέροις ἐπιβουλεῦσαι διέγνω.</w:t>
      </w:r>
    </w:p>
    <w:p>
      <w:r>
        <w:rPr>
          <w:rFonts w:ascii="Courier New" w:hAnsi="Courier New"/>
          <w:color w:val="555555"/>
          <w:sz w:val="20"/>
        </w:rPr>
        <w:t>[15]</w:t>
      </w:r>
    </w:p>
    <w:p>
      <w:r>
        <w:rPr>
          <w:rFonts w:ascii="Gentium Plus" w:hAnsi="Gentium Plus"/>
          <w:sz w:val="24"/>
        </w:rPr>
        <w:t>πρὸς Μένωνα τὸν Αἰγεσταῖον διαπεμψάμενος ἔπεισεν ἀνελεῖν τὸν βασιλέα διὰ φαρμάκου, αὐτὸς δὲ ἔν τινι νήσῳ θυσίαν ἐπιτελέσας, καὶ κατα‐ πλεύσαντα τὸν νεώτερον Ἀγαθοκλέα παραλαβὼν</w:t>
      </w:r>
    </w:p>
    <w:p>
      <w:r>
        <w:rPr>
          <w:rFonts w:ascii="Courier New" w:hAnsi="Courier New"/>
          <w:color w:val="555555"/>
          <w:sz w:val="20"/>
        </w:rPr>
        <w:t>[20]</w:t>
      </w:r>
    </w:p>
    <w:p>
      <w:r>
        <w:rPr>
          <w:rFonts w:ascii="Gentium Plus" w:hAnsi="Gentium Plus"/>
          <w:sz w:val="24"/>
        </w:rPr>
        <w:t>τοῦ δὲ σώματος ῥιφθέντος εἰς τὴν θάλασσαν καὶ πρὸς τὴν γῆν ὑπὸ τοῦ κλύδωνος ἐκβρασθέντος, ἐπιγνόντες τινὲς ἀπεκόμισαν εἰς Συρακόσας.</w:t>
      </w:r>
    </w:p>
    <w:p>
      <w:r>
        <w:rPr>
          <w:rFonts w:ascii="Courier New" w:hAnsi="Courier New"/>
          <w:color w:val="555555"/>
          <w:sz w:val="20"/>
        </w:rPr>
        <w:t>[21 . 16 . 4]</w:t>
      </w:r>
    </w:p>
    <w:p>
      <w:r>
        <w:rPr>
          <w:rFonts w:ascii="Gentium Plus" w:hAnsi="Gentium Plus"/>
          <w:sz w:val="24"/>
        </w:rPr>
        <w:t>Ὁ δὲ βασιλεὺς εἰωθὼς μετὰ τὸ δεῖπνον ἀεὶ πτερῷ διακαθαίρεσθαι τοὺς ὀδόντας, ἀπολυθεὶς τοῦ πότου τὸν Μένωνα τὸ πτερὸν ᾔτησεν. εἶτα ὁ μὲν φαρ‐ μάκῳ σηπτικῷ χρίσας ἀπέδωκεν, ὁ δὲ χρησάμενος</w:t>
      </w:r>
    </w:p>
    <w:p>
      <w:r>
        <w:rPr>
          <w:rFonts w:ascii="Courier New" w:hAnsi="Courier New"/>
          <w:color w:val="555555"/>
          <w:sz w:val="20"/>
        </w:rPr>
        <w:t>[5]</w:t>
      </w:r>
    </w:p>
    <w:p>
      <w:r>
        <w:rPr>
          <w:rFonts w:ascii="Gentium Plus" w:hAnsi="Gentium Plus"/>
          <w:sz w:val="24"/>
        </w:rPr>
        <w:t>αὐτῷ φιλοτιμότερον διὰ τὴν ἄγνοιαν ἥψατο παντα‐ χόθεν τῆς περὶ τοὺς ὀδόντας σαρκός. καὶ πρῶτον μὲν πόνοι συνεχεῖς ἐγένοντο καὶ καθ’ ἡμέραν ἐπι‐ τάσεις ἀλγηδόνων, ἔπειτα σηπεδόνες ἀνίατοι πάντῃ τοὺς ὀδόντας περιεῖχον. ἐπὶ δὲ τῆς τελευτῆς γενό‐</w:t>
      </w:r>
    </w:p>
    <w:p>
      <w:r>
        <w:rPr>
          <w:rFonts w:ascii="Courier New" w:hAnsi="Courier New"/>
          <w:color w:val="555555"/>
          <w:sz w:val="20"/>
        </w:rPr>
        <w:t>[10]</w:t>
      </w:r>
    </w:p>
    <w:p>
      <w:r>
        <w:rPr>
          <w:rFonts w:ascii="Gentium Plus" w:hAnsi="Gentium Plus"/>
          <w:sz w:val="24"/>
        </w:rPr>
        <w:t>μενος ἐκκλησιάσας τὸν λαὸν κατηγόρησε τῆς ἀσεβείας Ἀρχαγάθου, καὶ τὰ μὲν πλήθη παρώξυνε πρὸς τὴν αὑτοῦ τιμωρίαν, τῷ δὲ δήμῳ τὴν δημο‐</w:t>
      </w:r>
    </w:p>
    <w:p>
      <w:r>
        <w:rPr>
          <w:rFonts w:ascii="Courier New" w:hAnsi="Courier New"/>
          <w:color w:val="555555"/>
          <w:sz w:val="20"/>
        </w:rPr>
        <w:t>[21 . 16 . 5]</w:t>
      </w:r>
    </w:p>
    <w:p>
      <w:r>
        <w:rPr>
          <w:rFonts w:ascii="Gentium Plus" w:hAnsi="Gentium Plus"/>
          <w:sz w:val="24"/>
        </w:rPr>
        <w:t>κρατίαν ἔφησεν ἀποδιδόναι. μετὰ δὲ ταῦτα τὸν βασιλέα διακείμενον ἐσχάτως ἤδη κατέθηκεν ἐπὶ τῆς πυρᾶς Ὀξύθεμις ὁ πεμφθεὶς ὑπὸ Δημητρίου τοῦ βασιλέως, καὶ κατέκαυσεν ὄντα μὲν ἔμπνουν</w:t>
      </w:r>
    </w:p>
    <w:p>
      <w:r>
        <w:rPr>
          <w:rFonts w:ascii="Courier New" w:hAnsi="Courier New"/>
          <w:color w:val="555555"/>
          <w:sz w:val="20"/>
        </w:rPr>
        <w:t>[5]</w:t>
      </w:r>
    </w:p>
    <w:p>
      <w:r>
        <w:rPr>
          <w:rFonts w:ascii="Gentium Plus" w:hAnsi="Gentium Plus"/>
          <w:sz w:val="24"/>
        </w:rPr>
        <w:t>ἔτι, διὰ δὲ τὴν ἰδιότητα τῆς περὶ τὴν σηπεδόνα συμφορᾶς οὐ δυνάμενον φωνὴν προΐεσθαι. Ἀγα‐ θοκλῆς μὲν πλείστους καὶ ποικιλωτάτους φόνους ἐπιτελεσάμενος κατὰ τὴν δυναστείαν, καὶ τῇ κατὰ τῶν ὁμοφύλων ὠμότητι προσθεὶς καὶ τὴν εἰς θεοὺς</w:t>
      </w:r>
    </w:p>
    <w:p>
      <w:r>
        <w:rPr>
          <w:rFonts w:ascii="Courier New" w:hAnsi="Courier New"/>
          <w:color w:val="555555"/>
          <w:sz w:val="20"/>
        </w:rPr>
        <w:t>[10]</w:t>
      </w:r>
    </w:p>
    <w:p>
      <w:r>
        <w:rPr>
          <w:rFonts w:ascii="Gentium Plus" w:hAnsi="Gentium Plus"/>
          <w:sz w:val="24"/>
        </w:rPr>
        <w:t>ἀσέβειαν, πρέπουσαν παρέσχε τῇ παρανομίᾳ τὴν τοῦ βίου καταστροφήν, δυναστεύσας μὲν ἔτη δύο τῶν τριάκοντα λείποντα, βιώσας δὲ δύο πρὸς τοῖς</w:t>
      </w:r>
    </w:p>
    <w:p>
      <w:r>
        <w:rPr>
          <w:rFonts w:ascii="Courier New" w:hAnsi="Courier New"/>
          <w:color w:val="555555"/>
          <w:sz w:val="20"/>
        </w:rPr>
        <w:t>[15]</w:t>
      </w:r>
    </w:p>
    <w:p>
      <w:r>
        <w:rPr>
          <w:rFonts w:ascii="Gentium Plus" w:hAnsi="Gentium Plus"/>
          <w:sz w:val="24"/>
        </w:rPr>
        <w:t>εἴκοσι δύο βίβλους συγγράψας, καὶ Ἄντανδρος ὁ</w:t>
      </w:r>
    </w:p>
    <w:p>
      <w:r>
        <w:rPr>
          <w:rFonts w:ascii="Courier New" w:hAnsi="Courier New"/>
          <w:color w:val="555555"/>
          <w:sz w:val="20"/>
        </w:rPr>
        <w:t>[21 . 16 . 6]</w:t>
      </w:r>
    </w:p>
    <w:p>
      <w:r>
        <w:rPr>
          <w:rFonts w:ascii="Gentium Plus" w:hAnsi="Gentium Plus"/>
          <w:sz w:val="24"/>
        </w:rPr>
        <w:t>ἀδελφὸς Ἀγαθοκλέους καὶ αὐτὸς συγγραφεύς. οἱ δὲ Συρακόσιοι τῆς δημοκρατίας τυχόντες τὴν Ἀγαθοκλέους οὐσίαν ἐδήμευσαν, τὰς δὲ εἰκόνας τὰς ἀνατεθείσας ὑπ’ αὐτοῦ κατέσπασαν. Μένων</w:t>
      </w:r>
    </w:p>
    <w:p>
      <w:r>
        <w:rPr>
          <w:rFonts w:ascii="Courier New" w:hAnsi="Courier New"/>
          <w:color w:val="555555"/>
          <w:sz w:val="20"/>
        </w:rPr>
        <w:t>[5]</w:t>
      </w:r>
    </w:p>
    <w:p>
      <w:r>
        <w:rPr>
          <w:rFonts w:ascii="Gentium Plus" w:hAnsi="Gentium Plus"/>
          <w:sz w:val="24"/>
        </w:rPr>
        <w:t>δὲ ὁ ἐπιβουλεύσας τῷ βασιλεῖ διέτριβεν ἐν τοῖς περὶ Ἀρχάγαθον, πεφευγὼς ἐκ τῶν Συρακουσῶν· πεφρονηματισμένος δὲ ἐπὶ τῷ δοκεῖν καταλελυ‐ κέναι τὴν βασιλείαν, τὸν μὲν Ἀρχάγαθον ἐδολο‐ φόνησε, τοῦ δὲ στρατοπέδου κυριεύσας καὶ τὰ</w:t>
      </w:r>
    </w:p>
    <w:p>
      <w:r>
        <w:rPr>
          <w:rFonts w:ascii="Courier New" w:hAnsi="Courier New"/>
          <w:color w:val="555555"/>
          <w:sz w:val="20"/>
        </w:rPr>
        <w:t>[10]</w:t>
      </w:r>
    </w:p>
    <w:p>
      <w:r>
        <w:rPr>
          <w:rFonts w:ascii="Gentium Plus" w:hAnsi="Gentium Plus"/>
          <w:sz w:val="24"/>
        </w:rPr>
        <w:t>πλήθη λόγοις φιλανθρώποις ἰδιοποιησάμενος, διέγνω πολεμεῖν τοῖς Συρακοσίοις καὶ δυναστείας ἀντ‐ έχεσθαι. (Exc. Hoesch. pp. 491—493 W.)</w:t>
      </w:r>
    </w:p>
    <w:p>
      <w:r>
        <w:rPr>
          <w:rFonts w:ascii="Courier New" w:hAnsi="Courier New"/>
          <w:color w:val="555555"/>
          <w:sz w:val="20"/>
        </w:rPr>
        <w:t>[21 . 16 . 7]</w:t>
      </w:r>
    </w:p>
    <w:p>
      <w:r>
        <w:rPr>
          <w:rFonts w:ascii="Gentium Plus" w:hAnsi="Gentium Plus"/>
          <w:sz w:val="24"/>
        </w:rPr>
        <w:t>Ὅτι Ἀγάθαρχος ἀνδρείᾳ καὶ ψυχῆς εὐτολμίᾳ πολὺ τοῦ κατὰ λόγον ὑπεραίρων τῆς ἰδίας ἡλικίας· ἦν γὰρ παντελῶς νέος. (Const. Exc. 2(1), p. 254.)</w:t>
      </w:r>
    </w:p>
    <w:p>
      <w:r>
        <w:rPr>
          <w:rFonts w:ascii="Courier New" w:hAnsi="Courier New"/>
          <w:color w:val="555555"/>
          <w:sz w:val="20"/>
        </w:rPr>
        <w:t>[21 . 17 . 1]</w:t>
      </w:r>
    </w:p>
    <w:p>
      <w:r>
        <w:rPr>
          <w:rFonts w:ascii="Gentium Plus" w:hAnsi="Gentium Plus"/>
          <w:sz w:val="24"/>
        </w:rPr>
        <w:t>Ὅτι οὗτος ὁ ἱστορικὸς τὰς ἁμαρτίας τῶν πρὸ ἑαυτοῦ συγγραφέων πικρότατα ἐλέγξας κατὰ μὲν τἄλλα μέρη τῆς γραφῆς πλείστην πρόνοιαν εἶχε τῆς ἀληθείας, ἐν δὲ ταῖς Ἀγαθοκλέους πράξεσι</w:t>
      </w:r>
    </w:p>
    <w:p>
      <w:r>
        <w:rPr>
          <w:rFonts w:ascii="Courier New" w:hAnsi="Courier New"/>
          <w:color w:val="555555"/>
          <w:sz w:val="20"/>
        </w:rPr>
        <w:t>[5]</w:t>
      </w:r>
    </w:p>
    <w:p>
      <w:r>
        <w:rPr>
          <w:rFonts w:ascii="Gentium Plus" w:hAnsi="Gentium Plus"/>
          <w:sz w:val="24"/>
        </w:rPr>
        <w:t>τὰ πολλὰ κατέψευσται τοῦ δυνάστου διὰ τὴν πρὸς αὐτὸν ἔχθραν. φυγαδευθεὶς γὰρ ὑπ’ Ἀγαθοκλέους ἐκ τῆς Σικελίας, ζῶντα μὲν ἀμύνασθαι τὸν δυνάστην</w:t>
      </w:r>
    </w:p>
    <w:p>
      <w:r>
        <w:rPr>
          <w:rFonts w:ascii="Courier New" w:hAnsi="Courier New"/>
          <w:color w:val="555555"/>
          <w:sz w:val="20"/>
        </w:rPr>
        <w:t>[21 . 17 . 2]</w:t>
      </w:r>
    </w:p>
    <w:p>
      <w:r>
        <w:rPr>
          <w:rFonts w:ascii="Gentium Plus" w:hAnsi="Gentium Plus"/>
          <w:sz w:val="24"/>
        </w:rPr>
        <w:t>ἐβλασφήμησεν εἰς τὸν αἰῶνα. καθόλου γὰρ ταῖς προϋπαρχούσαις τῷ βασιλεῖ τούτῳ κακίαις ἄλλα πολλὰ παρ’ ἑαυτοῦ προσθεὶς ὁ συγγραφεύς, τὰς μὲν εὐημερίας ἀφαιρούμενος αὐτοῦ, τὰς δὲ ἀπο‐</w:t>
      </w:r>
    </w:p>
    <w:p>
      <w:r>
        <w:rPr>
          <w:rFonts w:ascii="Courier New" w:hAnsi="Courier New"/>
          <w:color w:val="555555"/>
          <w:sz w:val="20"/>
        </w:rPr>
        <w:t>[5]</w:t>
      </w:r>
    </w:p>
    <w:p>
      <w:r>
        <w:rPr>
          <w:rFonts w:ascii="Gentium Plus" w:hAnsi="Gentium Plus"/>
          <w:sz w:val="24"/>
        </w:rPr>
        <w:t>τεύξεις, οὐ τὰς δι’ αὐτὸν μόνον γενομένας, ἀλλὰ καὶ τὰς διὰ τύχην μεταφέρων εἰς τὸν μηδὲν ἐξ‐ αμαρτόντα. γενομένου δὲ ὁμολογουμένως αὐτοῦ στρατηγικοῦ μὲν κατὰ τὴν ἐπίνοιαν, δραστικοῦ δὲ καὶ τεθαρρηκότος κατὰ τὴν ἐν τοῖς κινδύνοις εὐτολ‐</w:t>
      </w:r>
    </w:p>
    <w:p>
      <w:r>
        <w:rPr>
          <w:rFonts w:ascii="Courier New" w:hAnsi="Courier New"/>
          <w:color w:val="555555"/>
          <w:sz w:val="20"/>
        </w:rPr>
        <w:t>[10]</w:t>
      </w:r>
    </w:p>
    <w:p>
      <w:r>
        <w:rPr>
          <w:rFonts w:ascii="Gentium Plus" w:hAnsi="Gentium Plus"/>
          <w:sz w:val="24"/>
        </w:rPr>
        <w:t>μίαν, οὐ διαλείπει παρ’ ὅλην τὴν ἱστορίαν ἀποκαλῶν αὐτὸν ἄνανδρον καὶ δειλόν. καίτοι γε τίς οὐκ οἶδεν ὅτι τῶν πώποτε δυναστευσάντων οὐδεὶς ἐλάτ‐ τοσιν ἀφορμαῖς χρησάμενος μείζω βασιλείαν περιε‐ ποιήσατο; χειροτέχνης γὰρ ἐκ παίδων γενόμενος</w:t>
      </w:r>
    </w:p>
    <w:p>
      <w:r>
        <w:rPr>
          <w:rFonts w:ascii="Courier New" w:hAnsi="Courier New"/>
          <w:color w:val="555555"/>
          <w:sz w:val="20"/>
        </w:rPr>
        <w:t>[15]</w:t>
      </w:r>
    </w:p>
    <w:p>
      <w:r>
        <w:rPr>
          <w:rFonts w:ascii="Gentium Plus" w:hAnsi="Gentium Plus"/>
          <w:sz w:val="24"/>
        </w:rPr>
        <w:t>δι’ ἀπορίαν βίου καὶ πατέρων ἀδοξίαν, ἐξ ὑστέρου διὰ τὴν ἰδίαν ἀρετὴν οὐ μόνον Σικελίας σχεδὸν ὅλης ἐκυρίευσεν, ἀλλὰ πολλὴν τῆς Ἰταλίας τε καὶ</w:t>
      </w:r>
    </w:p>
    <w:p>
      <w:r>
        <w:rPr>
          <w:rFonts w:ascii="Courier New" w:hAnsi="Courier New"/>
          <w:color w:val="555555"/>
          <w:sz w:val="20"/>
        </w:rPr>
        <w:t>[21 . 17 . 3]</w:t>
      </w:r>
    </w:p>
    <w:p>
      <w:r>
        <w:rPr>
          <w:rFonts w:ascii="Gentium Plus" w:hAnsi="Gentium Plus"/>
          <w:sz w:val="24"/>
        </w:rPr>
        <w:t>Λιβύης τοῖς ὅπλοις κατεστρέψατο. θαυμάσαι δ’ ἄν τις τοῦ συγγραφέως τὴν εὐχέρειαν· παρ’ ὅλην γὰρ τὴν γραφὴν ἐγκωμιάζων τὴν τῶν Συρακουσίων ἀνδρείαν, τὸν τούτων κρατήσαντα δειλίᾳ φησὶ</w:t>
      </w:r>
    </w:p>
    <w:p>
      <w:r>
        <w:rPr>
          <w:rFonts w:ascii="Courier New" w:hAnsi="Courier New"/>
          <w:color w:val="555555"/>
          <w:sz w:val="20"/>
        </w:rPr>
        <w:t>[5]</w:t>
      </w:r>
    </w:p>
    <w:p>
      <w:r>
        <w:rPr>
          <w:rFonts w:ascii="Gentium Plus" w:hAnsi="Gentium Plus"/>
          <w:sz w:val="24"/>
        </w:rPr>
        <w:t>διενηνοχέναι τοὺς ἅπαντας ἀνθρώπους. διὰ γὰρ τῶν ἐν ταῖς ἐναντιώσεσιν ἐλέγχων φανερός ἐστι τὸ φιλάληθες τῆς ἱστορικῆς παρρησίας προδεδωκὼς ἰδίας ἕνεκεν ἔχθρας καὶ φιλονικίας. διόπερ τὰς ἐσχάτας τῆς συντάξεως πέντε βίβλους τοῦ συγ‐</w:t>
      </w:r>
    </w:p>
    <w:p>
      <w:r>
        <w:rPr>
          <w:rFonts w:ascii="Courier New" w:hAnsi="Courier New"/>
          <w:color w:val="555555"/>
          <w:sz w:val="20"/>
        </w:rPr>
        <w:t>[10]</w:t>
      </w:r>
    </w:p>
    <w:p>
      <w:r>
        <w:rPr>
          <w:rFonts w:ascii="Gentium Plus" w:hAnsi="Gentium Plus"/>
          <w:sz w:val="24"/>
        </w:rPr>
        <w:t>γραφέως τούτου, καθ’ ἃς περιείληφε τὰς Ἀγαθο‐ κλέους πράξεις, οὐκ ἄν τις δικαίως ἀποδέξαιτο. (Const. Exc. 2(1), pp. 254—255; Suidas, s. v. Τίμαιος.)</w:t>
      </w:r>
    </w:p>
    <w:p>
      <w:r>
        <w:rPr>
          <w:rFonts w:ascii="Courier New" w:hAnsi="Courier New"/>
          <w:color w:val="555555"/>
          <w:sz w:val="20"/>
        </w:rPr>
        <w:t>[21 . 17 . 4]</w:t>
      </w:r>
    </w:p>
    <w:p>
      <w:r>
        <w:rPr>
          <w:rFonts w:ascii="Gentium Plus" w:hAnsi="Gentium Plus"/>
          <w:sz w:val="24"/>
        </w:rPr>
        <w:t>Ὅτι καὶ Καλλίας ὁ Συρακούσιος δικαίως ἂν καὶ</w:t>
      </w:r>
    </w:p>
    <w:p>
      <w:r>
        <w:rPr>
          <w:rFonts w:ascii="Courier New" w:hAnsi="Courier New"/>
          <w:color w:val="555555"/>
          <w:sz w:val="20"/>
        </w:rPr>
        <w:t>[5]</w:t>
      </w:r>
    </w:p>
    <w:p>
      <w:r>
        <w:rPr>
          <w:rFonts w:ascii="Gentium Plus" w:hAnsi="Gentium Plus"/>
          <w:sz w:val="24"/>
        </w:rPr>
        <w:t>διαλέλοιπεν ἀδίκως ἐγκωμιάζων τὸν μισθοδότην. οὐκ ὀλίγων γὰρ αὐτῷ πεπραγμένων πρὸς ἀσεβείας θεῶν καὶ παρανομίας ἀνθρώπων, φησὶν ὁ συγ‐ γραφεὺς αὐτὸν εὐσεβείᾳ καὶ φιλανθρωπίᾳ πολὺ τοὺς ἄλλους ὑπερβεβληκέναι. καθόλου δὲ καθάπερ</w:t>
      </w:r>
    </w:p>
    <w:p>
      <w:r>
        <w:rPr>
          <w:rFonts w:ascii="Courier New" w:hAnsi="Courier New"/>
          <w:color w:val="555555"/>
          <w:sz w:val="20"/>
        </w:rPr>
        <w:t>[10]</w:t>
      </w:r>
    </w:p>
    <w:p>
      <w:r>
        <w:rPr>
          <w:rFonts w:ascii="Gentium Plus" w:hAnsi="Gentium Plus"/>
          <w:sz w:val="24"/>
        </w:rPr>
        <w:t>Ἀγαθοκλῆς ἀφαιρούμενος τὰ τῶν πολιτῶν ἐδω‐ ρεῖτο τῷ συγγραφεῖ μηδὲν προσήκοντα παρὰ τὸ δίκαιον, οὕτως ὁ θαυμαστὸς ἱστοριογράφος ἐχαρί‐ ζετο διὰ τῆς γραφῆς ἅπαντα τἀγαθὰ τῷ δυνάστῃ. ῥᾴδιον δ’ ἦν, οἶμαι, πρὸς ἄμειψιν χάριτος τῷ</w:t>
      </w:r>
    </w:p>
    <w:p>
      <w:r>
        <w:rPr>
          <w:rFonts w:ascii="Courier New" w:hAnsi="Courier New"/>
          <w:color w:val="555555"/>
          <w:sz w:val="20"/>
        </w:rPr>
        <w:t>[15]</w:t>
      </w:r>
    </w:p>
    <w:p>
      <w:r>
        <w:rPr>
          <w:rFonts w:ascii="Gentium Plus" w:hAnsi="Gentium Plus"/>
          <w:sz w:val="24"/>
        </w:rPr>
        <w:t>γραφεῖ τῶν ἐγκωμίων μὴ λειφθῆναι τῆς ἐκ τοῦ βασιλικοῦ γένους δωροδοκίας. (Const. Exc. 2(1), p. 255; Suidas, s. v. Καλλίας.)</w:t>
      </w:r>
    </w:p>
    <w:p>
      <w:r>
        <w:rPr>
          <w:rFonts w:ascii="Courier New" w:hAnsi="Courier New"/>
          <w:color w:val="555555"/>
          <w:sz w:val="20"/>
        </w:rPr>
        <w:t>[21 . 18 . 1]</w:t>
      </w:r>
    </w:p>
    <w:p>
      <w:r>
        <w:rPr>
          <w:rFonts w:ascii="Gentium Plus" w:hAnsi="Gentium Plus"/>
          <w:sz w:val="24"/>
        </w:rPr>
        <w:t>Ὅτι Ἱκέταν στρατηγὸν ἀπέλυσαν Συρακόσιοι μετὰ δυνάμεως πρὸς Μένωνα πολεμῆσαι. καὶ μέ‐ χρι μέν τινος διεπολέμει, φυγομαχούντων τῶν ἐναντίων καὶ εἰς παράταξιν οὐδαμῶς καταβαινόν‐</w:t>
      </w:r>
    </w:p>
    <w:p>
      <w:r>
        <w:rPr>
          <w:rFonts w:ascii="Courier New" w:hAnsi="Courier New"/>
          <w:color w:val="555555"/>
          <w:sz w:val="20"/>
        </w:rPr>
        <w:t>[5]</w:t>
      </w:r>
    </w:p>
    <w:p>
      <w:r>
        <w:rPr>
          <w:rFonts w:ascii="Gentium Plus" w:hAnsi="Gentium Plus"/>
          <w:sz w:val="24"/>
        </w:rPr>
        <w:t>των. τῶν δὲ Καρχηδονίων συνεπιλαβομένων τοῖς περὶ Μένωνα, πολὺ ταῖς δυνάμεσιν ὑπερεχόντων, ἠναγκάσθησαν οἱ Συρακόσιοι δόντες ὁμήρους τοῖς Φοίνιξι τετρακοσίους διαλύσασθαι τὸν πόλεμον καὶ καταγαγεῖν τοὺς φυγάδας. τῶν δὲ μισθοφόρων</w:t>
      </w:r>
    </w:p>
    <w:p>
      <w:r>
        <w:rPr>
          <w:rFonts w:ascii="Courier New" w:hAnsi="Courier New"/>
          <w:color w:val="555555"/>
          <w:sz w:val="20"/>
        </w:rPr>
        <w:t>[10]</w:t>
      </w:r>
    </w:p>
    <w:p>
      <w:r>
        <w:rPr>
          <w:rFonts w:ascii="Gentium Plus" w:hAnsi="Gentium Plus"/>
          <w:sz w:val="24"/>
        </w:rPr>
        <w:t>ἀτιμαζομένων ἐν ταῖς ἀρχαιρεσίαις, συνέβη στά‐ σεως πληρωθῆναι τὴν πόλιν. διαστάντων οὖν ἐν τοῖς ὅπλοις τῶν τε Συρακοσίων καὶ τῶν μισθο‐ φόρων, οἱ πρεσβῦται διαπρεσβευσάμενοι καὶ πολλὰ δεηθέντες ἀμφοτέρων μόγις κατέπαυσαν τὴν ταρα‐</w:t>
      </w:r>
    </w:p>
    <w:p>
      <w:r>
        <w:rPr>
          <w:rFonts w:ascii="Courier New" w:hAnsi="Courier New"/>
          <w:color w:val="555555"/>
          <w:sz w:val="20"/>
        </w:rPr>
        <w:t>[15]</w:t>
      </w:r>
    </w:p>
    <w:p>
      <w:r>
        <w:rPr>
          <w:rFonts w:ascii="Gentium Plus" w:hAnsi="Gentium Plus"/>
          <w:sz w:val="24"/>
        </w:rPr>
        <w:t>χὴν ἐπὶ τῷ τοὺς μισθοφόρους ἐν τακτῷ χρόνῳ τὰς ἑαυτῶν κτήσεις ἀποδομένους ἀπελθεῖν ἐκ Σικελίας. τούτων δὲ κυρωθέντων, οἱ μὲν ξένοι κατὰ τὰς ὁμολογίας ἐκλιπόντες τὰς Συρακόσας καὶ παρα‐ γενηθέντες ἐπὶ τὸν πορθμόν, ὑπεδέχθησαν ὑπὸ τῶν</w:t>
      </w:r>
    </w:p>
    <w:p>
      <w:r>
        <w:rPr>
          <w:rFonts w:ascii="Courier New" w:hAnsi="Courier New"/>
          <w:color w:val="555555"/>
          <w:sz w:val="20"/>
        </w:rPr>
        <w:t>[20]</w:t>
      </w:r>
    </w:p>
    <w:p>
      <w:r>
        <w:rPr>
          <w:rFonts w:ascii="Gentium Plus" w:hAnsi="Gentium Plus"/>
          <w:sz w:val="24"/>
        </w:rPr>
        <w:t>Μεσσηνίων ὡς ἂν φίλοι καὶ σύμμαχοι. ὑπὸ δὲ τῶν πολιτῶν φιλοφρόνως ἀναληφθέντες εἰς τὰς οἰκίας, νυκτὸς ἐφόνευσαν τοὺς ὑποδεξαμένους, καὶ τὰς τούτων γυναῖκας γήμαντες κατέσχον τὴν πόλιν. ἐκάλεσαν δὲ ταύτην Μαμερτίνην ἀπὸ τοῦ Ἄρεως,</w:t>
      </w:r>
    </w:p>
    <w:p>
      <w:r>
        <w:rPr>
          <w:rFonts w:ascii="Courier New" w:hAnsi="Courier New"/>
          <w:color w:val="555555"/>
          <w:sz w:val="20"/>
        </w:rPr>
        <w:t>[25]</w:t>
      </w:r>
    </w:p>
    <w:p>
      <w:r>
        <w:rPr>
          <w:rFonts w:ascii="Gentium Plus" w:hAnsi="Gentium Plus"/>
          <w:sz w:val="24"/>
        </w:rPr>
        <w:t>διὰ τὸ τοῦτον κατὰ τὴν ἐκείνων διάλεκτον Μάμερ‐ τον καλεῖσθαι. (Exc. Hoesch. p. 493 W.)</w:t>
      </w:r>
    </w:p>
    <w:p>
      <w:r>
        <w:rPr>
          <w:rFonts w:ascii="Courier New" w:hAnsi="Courier New"/>
          <w:color w:val="555555"/>
          <w:sz w:val="20"/>
        </w:rPr>
        <w:t>[21 . 18 . 3]</w:t>
      </w:r>
    </w:p>
    <w:p>
      <w:r>
        <w:rPr>
          <w:rFonts w:ascii="Gentium Plus" w:hAnsi="Gentium Plus"/>
          <w:sz w:val="24"/>
        </w:rPr>
        <w:t>Ὅτι οἱ μισθοφόροι κατὰ τὰς ὁμολογίας ἐκλι‐ πόντες τὰς Συρακούσας προσεδέχθησαν ὑπὸ τῶν Μεσσηνίων, ὡς ἂν φίλοι καὶ σύμμαχοι. ὑπὸ δὲ τῶν πολιτῶν φιλοφρόνως ἀναληφθέντες εἰς τὰς</w:t>
      </w:r>
    </w:p>
    <w:p>
      <w:r>
        <w:rPr>
          <w:rFonts w:ascii="Courier New" w:hAnsi="Courier New"/>
          <w:color w:val="555555"/>
          <w:sz w:val="20"/>
        </w:rPr>
        <w:t>[5]</w:t>
      </w:r>
    </w:p>
    <w:p>
      <w:r>
        <w:rPr>
          <w:rFonts w:ascii="Gentium Plus" w:hAnsi="Gentium Plus"/>
          <w:sz w:val="24"/>
        </w:rPr>
        <w:t>ἰδιωτικὰς οἰκίας νυκτὸς ἐφόνευσαν τοὺς ὑποδεξα‐ μένους, καὶ τὰς τῶν παρανομηθέντων γυναῖκας γήμαντες κατέσχον τὴν πόλιν. (Const. Exc. 2(1), p. 256.)</w:t>
      </w:r>
    </w:p>
    <w:p>
      <w:r>
        <w:rPr>
          <w:rFonts w:ascii="Courier New" w:hAnsi="Courier New"/>
          <w:color w:val="555555"/>
          <w:sz w:val="20"/>
        </w:rPr>
        <w:t>[21 . 18 . 2]</w:t>
      </w:r>
    </w:p>
    <w:p>
      <w:r>
        <w:rPr>
          <w:rFonts w:ascii="Gentium Plus" w:hAnsi="Gentium Plus"/>
          <w:sz w:val="24"/>
        </w:rPr>
        <w:t>Οἷς γὰρ οὐ μέτεστι τῆς δημαρχίας, τούτους οὐδὲ τῆς ὑπὸ δημάρχου κυρουμένης ψήφου κοινωνεῖν.</w:t>
      </w:r>
    </w:p>
    <w:p>
      <w:r>
        <w:rPr>
          <w:rFonts w:ascii="Courier New" w:hAnsi="Courier New"/>
          <w:color w:val="555555"/>
          <w:sz w:val="20"/>
        </w:rPr>
        <w:t>[21 . 19 . 1]</w:t>
      </w:r>
    </w:p>
    <w:p>
      <w:r>
        <w:rPr>
          <w:rFonts w:ascii="Gentium Plus" w:hAnsi="Gentium Plus"/>
          <w:sz w:val="24"/>
        </w:rPr>
        <w:t>[Μηνύσει δ’ ἀκριβέστερον τὸ τῆς γυναικὸς ἦθος προϊὼν ὁ λόγος καὶ τὰ πράγματα λαμβάνοντα μεταβολὴν καὶ κρίσιν ἐσχάτην τῆς περὶ Δημήτριον βασιλείας.] (Diod. 19. 59. 6.)</w:t>
      </w:r>
    </w:p>
    <w:p>
      <w:r>
        <w:rPr>
          <w:rFonts w:ascii="Courier New" w:hAnsi="Courier New"/>
          <w:color w:val="555555"/>
          <w:sz w:val="20"/>
        </w:rPr>
        <w:t>[21 . 20 . 1]</w:t>
      </w:r>
    </w:p>
    <w:p>
      <w:r>
        <w:rPr>
          <w:rFonts w:ascii="Gentium Plus" w:hAnsi="Gentium Plus"/>
          <w:sz w:val="24"/>
        </w:rPr>
        <w:t>Ὅτι τοῦ Δημητρίου φυλαττομένου εἰς Πέλ‐ λαν Λυσίμαχος πρέσβεις ἀποστείλας ἠξίου τὸν Σέλευκον μηδενὶ τρόπῳ τὸν Δημήτριον ἐκ τῶν χειρῶν ἀφεῖναι, πλεονέκτην ἄνδρα καὶ πᾶσι τοῖς</w:t>
      </w:r>
    </w:p>
    <w:p>
      <w:r>
        <w:rPr>
          <w:rFonts w:ascii="Courier New" w:hAnsi="Courier New"/>
          <w:color w:val="555555"/>
          <w:sz w:val="20"/>
        </w:rPr>
        <w:t>[5]</w:t>
      </w:r>
    </w:p>
    <w:p>
      <w:r>
        <w:rPr>
          <w:rFonts w:ascii="Gentium Plus" w:hAnsi="Gentium Plus"/>
          <w:sz w:val="24"/>
        </w:rPr>
        <w:t>βασιλεῦσιν ἐπιβεβουλευκότα· ἐπηγγέλλετο δὲ αὐτῷ δώσειν ὑπὲρ τῆς ἀναιρέσεως τῆς τούτου τάλαντα δισχίλια. ὁ δὲ βασιλεὺς τοῖς μὲν πρεσβευταῖς ἐπετίμησε παρακαλοῦσιν αὐτὸν μὴ μόνον ἀθετῆσαι πίστιν, ἀλλὰ καὶ εἰς συνῳκειωμένον αὐτῷ τὸ</w:t>
      </w:r>
    </w:p>
    <w:p>
      <w:r>
        <w:rPr>
          <w:rFonts w:ascii="Courier New" w:hAnsi="Courier New"/>
          <w:color w:val="555555"/>
          <w:sz w:val="20"/>
        </w:rPr>
        <w:t>[10]</w:t>
      </w:r>
    </w:p>
    <w:p>
      <w:r>
        <w:rPr>
          <w:rFonts w:ascii="Gentium Plus" w:hAnsi="Gentium Plus"/>
          <w:sz w:val="24"/>
        </w:rPr>
        <w:t>μύσος ἐκεῖνο ἐπανελέσθαι· πρὸς δὲ τὸν υἱὸν Ἀντί‐ οχον ἐν τῇ Μηδίᾳ διατρίβοντα γράψας, συνεβού‐ λευσε πῶς χρηστέον ἐστὶν τῷ Δημητρίῳ. κεκρικὼς γὰρ ἦν αὐτὸν ἀπολύειν καὶ κατάγειν ἐπὶ τὴν βασιλείαν μεγαλοπρεπῶς· ἔσπευδεν δὲ καὶ τὴν τοῦ</w:t>
      </w:r>
    </w:p>
    <w:p>
      <w:r>
        <w:rPr>
          <w:rFonts w:ascii="Courier New" w:hAnsi="Courier New"/>
          <w:color w:val="555555"/>
          <w:sz w:val="20"/>
        </w:rPr>
        <w:t>[15]</w:t>
      </w:r>
    </w:p>
    <w:p>
      <w:r>
        <w:rPr>
          <w:rFonts w:ascii="Gentium Plus" w:hAnsi="Gentium Plus"/>
          <w:sz w:val="24"/>
        </w:rPr>
        <w:t>υἱοῦ χάριν συνεπιγράψαι ταῖς εὐεργεσίαις, ὡς ἂν γεγαμηκότος αὐτοῦ Στρατονίκην τὴν Δημητρίου καὶ τέκνα γεγεννηκότος ἐξ αὐτῆς. (Const. Exc. 2(1), p. 256.)</w:t>
      </w:r>
    </w:p>
    <w:p>
      <w:r>
        <w:rPr>
          <w:rFonts w:ascii="Courier New" w:hAnsi="Courier New"/>
          <w:color w:val="555555"/>
          <w:sz w:val="20"/>
        </w:rPr>
        <w:t>[21 . 21 . 1]</w:t>
      </w:r>
    </w:p>
    <w:p>
      <w:r>
        <w:rPr>
          <w:rFonts w:ascii="Gentium Plus" w:hAnsi="Gentium Plus"/>
          <w:sz w:val="24"/>
        </w:rPr>
        <w:t>Ὅτι δεῖ τοῖς μὲν πολεμίοις εἶναι φοβερώ‐ τατον, τοῖς δὲ φίλοις διαμένειν βέβαια προσηνέ‐ στατον.</w:t>
      </w:r>
    </w:p>
    <w:p>
      <w:r>
        <w:rPr>
          <w:rFonts w:ascii="Courier New" w:hAnsi="Courier New"/>
          <w:color w:val="555555"/>
          <w:sz w:val="20"/>
        </w:rPr>
        <w:t>[21 . 21 . 2]</w:t>
      </w:r>
    </w:p>
    <w:p>
      <w:r>
        <w:rPr>
          <w:rFonts w:ascii="Gentium Plus" w:hAnsi="Gentium Plus"/>
          <w:sz w:val="24"/>
        </w:rPr>
        <w:t>Ἐπειδὴ κατ’ ἐκεῖνον τὸν καιρὸν ἀγνοήσαντες τὸ συμφέρον τοῖς πρὸς χάριν λόγοις ἐπηκολουθήσατε, νῦν τοῖς ἔργοις ἑωρακότες τὰ κατὰ τὴν χώραν ἀτυχήματα μεταδιδάχθητε.</w:t>
      </w:r>
    </w:p>
    <w:p>
      <w:r>
        <w:rPr>
          <w:rFonts w:ascii="Courier New" w:hAnsi="Courier New"/>
          <w:color w:val="555555"/>
          <w:sz w:val="20"/>
        </w:rPr>
        <w:t>[21 . 21 . 3]</w:t>
      </w:r>
    </w:p>
    <w:p>
      <w:r>
        <w:rPr>
          <w:rFonts w:ascii="Gentium Plus" w:hAnsi="Gentium Plus"/>
          <w:sz w:val="24"/>
        </w:rPr>
        <w:t>Τὸ μὲν γὰρ ἀγνοῆσαί ποτε κατὰ τὸν βίον ἐστὶν ἀνθρώπου, τὸ δὲ ἐπὶ τοῖς αὐτοῖς πράγμασι πλεον‐ άκις ἁμαρτάνειν τέλεον ἐξεστηκότος τοῖς λογισμοῖς. ὅσῳ γὰρ πλείοσιν ἐλαττώμασι περιπεπτώκαμεν,</w:t>
      </w:r>
    </w:p>
    <w:p>
      <w:r>
        <w:rPr>
          <w:rFonts w:ascii="Courier New" w:hAnsi="Courier New"/>
          <w:color w:val="555555"/>
          <w:sz w:val="20"/>
        </w:rPr>
        <w:t>[5]</w:t>
      </w:r>
    </w:p>
    <w:p>
      <w:r>
        <w:rPr>
          <w:rFonts w:ascii="Gentium Plus" w:hAnsi="Gentium Plus"/>
          <w:sz w:val="24"/>
        </w:rPr>
        <w:t>τοσούτῳ μείζονος τιμωρίας ἄξιοι τυχεῖν ὑπάρ‐ χομεν.</w:t>
      </w:r>
    </w:p>
    <w:p>
      <w:r>
        <w:rPr>
          <w:rFonts w:ascii="Courier New" w:hAnsi="Courier New"/>
          <w:color w:val="555555"/>
          <w:sz w:val="20"/>
        </w:rPr>
        <w:t>[21 . 21 . 4]</w:t>
      </w:r>
    </w:p>
    <w:p>
      <w:r>
        <w:rPr>
          <w:rFonts w:ascii="Gentium Plus" w:hAnsi="Gentium Plus"/>
          <w:sz w:val="24"/>
        </w:rPr>
        <w:t>Ἐπὶ τοσοῦτον γάρ τινες τῶν πολιτῶν προεληλύ‐ θασι πλεονεξίας ὥστε βούλεσθαι τοὺς ἰδίους οἴκους λαμπροὺς κατασκευάζειν ἐκ τῶν τῆς πατρίδος ἀτυχημάτων.</w:t>
      </w:r>
    </w:p>
    <w:p>
      <w:r>
        <w:rPr>
          <w:rFonts w:ascii="Courier New" w:hAnsi="Courier New"/>
          <w:color w:val="555555"/>
          <w:sz w:val="20"/>
        </w:rPr>
        <w:t>[21 . 21 . 5]</w:t>
      </w:r>
    </w:p>
    <w:p>
      <w:r>
        <w:rPr>
          <w:rFonts w:ascii="Gentium Plus" w:hAnsi="Gentium Plus"/>
          <w:sz w:val="24"/>
        </w:rPr>
        <w:t>Οἱ δὲ περὶ τοὺς βοηθοῦντας τοῖς ἄλλοις ἀνομή‐ σαντες πῶς ἂν χρήσαιντο περὶ αὑτῶν;</w:t>
      </w:r>
    </w:p>
    <w:p>
      <w:r>
        <w:rPr>
          <w:rFonts w:ascii="Courier New" w:hAnsi="Courier New"/>
          <w:color w:val="555555"/>
          <w:sz w:val="20"/>
        </w:rPr>
        <w:t>[21 . 21 . 6]</w:t>
      </w:r>
    </w:p>
    <w:p>
      <w:r>
        <w:rPr>
          <w:rFonts w:ascii="Gentium Plus" w:hAnsi="Gentium Plus"/>
          <w:sz w:val="24"/>
        </w:rPr>
        <w:t>Ὅτι δεῖ τοῖς μὲν ἡμαρτημένοις δοῦναι συγγνώ‐ μην, εἰς δὲ τὸν λοιπὸν χρόνον ἔχειν εἰρήνην.</w:t>
      </w:r>
    </w:p>
    <w:p>
      <w:r>
        <w:rPr>
          <w:rFonts w:ascii="Courier New" w:hAnsi="Courier New"/>
          <w:color w:val="555555"/>
          <w:sz w:val="20"/>
        </w:rPr>
        <w:t>[21 . 21 . 7]</w:t>
      </w:r>
    </w:p>
    <w:p>
      <w:r>
        <w:rPr>
          <w:rFonts w:ascii="Gentium Plus" w:hAnsi="Gentium Plus"/>
          <w:sz w:val="24"/>
        </w:rPr>
        <w:t>Ὅτι οὐ δεῖ τοὺς ἁμαρτήσαντας ἐκ παντὸς τρό‐ που κολάζειν, ἀλλὰ τοὺς ἐπὶ τοῖς ἡμαρτημένοις μὴ μεταδιδασκομένους.</w:t>
      </w:r>
    </w:p>
    <w:p>
      <w:r>
        <w:rPr>
          <w:rFonts w:ascii="Courier New" w:hAnsi="Courier New"/>
          <w:color w:val="555555"/>
          <w:sz w:val="20"/>
        </w:rPr>
        <w:t>[21 . 21 . 8]</w:t>
      </w:r>
    </w:p>
    <w:p>
      <w:r>
        <w:rPr>
          <w:rFonts w:ascii="Gentium Plus" w:hAnsi="Gentium Plus"/>
          <w:sz w:val="24"/>
        </w:rPr>
        <w:t>Ὅτι προτερεῖ παρὰ τοῖς ἀνθρώποις ἡ μὲν ἐπιεί‐ κεια τῆς ὀργῆς, ἡ δὲ εὐεργεσία τῆς τιμωρίας.</w:t>
      </w:r>
    </w:p>
    <w:p>
      <w:r>
        <w:rPr>
          <w:rFonts w:ascii="Courier New" w:hAnsi="Courier New"/>
          <w:color w:val="555555"/>
          <w:sz w:val="20"/>
        </w:rPr>
        <w:t>[21 . 21 . 9]</w:t>
      </w:r>
    </w:p>
    <w:p>
      <w:r>
        <w:rPr>
          <w:rFonts w:ascii="Gentium Plus" w:hAnsi="Gentium Plus"/>
          <w:sz w:val="24"/>
        </w:rPr>
        <w:t>Ὅτι καλὸν καὶ εὔθετόν ἐστι λύειν μὲν τὴν ἔχθραν, ἀντεισάγειν δὲ φιλίαν. ὅταν γὰρ εἰς ἀπορίαν ἔλθῃ ὁ ἄνθρωπος, ἐπὶ πρώτην τὴν τῶν φίλων ἀρωγὴν ὁρμᾶν εἴωθεν. (Exc. Hoesch. pp. 493—494 W.)</w:t>
      </w:r>
    </w:p>
    <w:p>
      <w:r>
        <w:rPr>
          <w:rFonts w:ascii="Courier New" w:hAnsi="Courier New"/>
          <w:color w:val="555555"/>
          <w:sz w:val="20"/>
        </w:rPr>
        <w:t>[5]</w:t>
      </w:r>
    </w:p>
    <w:p>
      <w:r>
        <w:rPr>
          <w:rFonts w:ascii="Gentium Plus" w:hAnsi="Gentium Plus"/>
          <w:sz w:val="24"/>
        </w:rPr>
        <w:t>Ὅτι ὅταν εἰς ἀπορίαν ἔλθῃ στρατιώτης ἀλλό‐ φυλος, ἐπὶ πρώτην τὴν τῶν φίλων ἁρπαγὴν ὁρμᾶν</w:t>
      </w:r>
    </w:p>
    <w:p>
      <w:r>
        <w:rPr>
          <w:rFonts w:ascii="Courier New" w:hAnsi="Courier New"/>
          <w:color w:val="555555"/>
          <w:sz w:val="20"/>
        </w:rPr>
        <w:t>[21 . 21 . 10]</w:t>
      </w:r>
    </w:p>
    <w:p>
      <w:r>
        <w:rPr>
          <w:rFonts w:ascii="Gentium Plus" w:hAnsi="Gentium Plus"/>
          <w:sz w:val="24"/>
        </w:rPr>
        <w:t>Ἔμφυτος γὰρ οὖσα τοῖς βασιλεῦσιν ἡ τοῦ πλέο‐ νος ἐπιθυμία τοιαύτης οὐκ ἀφέξεται πόλεως. (Const. Exc. 4, p. 346.) Ὅτι ἔμφυτος οὖσα τοῖς ἀνθρώποις ἡ τοῦ</w:t>
      </w:r>
    </w:p>
    <w:p>
      <w:r>
        <w:rPr>
          <w:rFonts w:ascii="Courier New" w:hAnsi="Courier New"/>
          <w:color w:val="555555"/>
          <w:sz w:val="20"/>
        </w:rPr>
        <w:t>[5]</w:t>
      </w:r>
    </w:p>
    <w:p>
      <w:r>
        <w:rPr>
          <w:rFonts w:ascii="Gentium Plus" w:hAnsi="Gentium Plus"/>
          <w:sz w:val="24"/>
        </w:rPr>
        <w:t>πλείονος ἐπιθυμία τῆς τοιαύτης ὁρμῆς οὐδ’ ὅλως ἀφέξεται.</w:t>
      </w:r>
    </w:p>
    <w:p>
      <w:r>
        <w:rPr>
          <w:rFonts w:ascii="Courier New" w:hAnsi="Courier New"/>
          <w:color w:val="555555"/>
          <w:sz w:val="20"/>
        </w:rPr>
        <w:t>[21 . 21 . 11]</w:t>
      </w:r>
    </w:p>
    <w:p>
      <w:r>
        <w:rPr>
          <w:rFonts w:ascii="Gentium Plus" w:hAnsi="Gentium Plus"/>
          <w:sz w:val="24"/>
        </w:rPr>
        <w:t>Δεῖ γὰρ τὸ τῆς ὑπερηφανίας μέγεθος καὶ τὸ τῆς ἐσθῆτος τυραννικὸν οἴκοι φυλάττειν, εἰς δὲ πόλιν ἐλευθέραν εἰσιόντα τοῖς ἐνθάδε νόμοις πείθεσθαι.</w:t>
      </w:r>
    </w:p>
    <w:p>
      <w:r>
        <w:rPr>
          <w:rFonts w:ascii="Courier New" w:hAnsi="Courier New"/>
          <w:color w:val="555555"/>
          <w:sz w:val="20"/>
        </w:rPr>
        <w:t>[21 . 21 . 12]</w:t>
      </w:r>
    </w:p>
    <w:p>
      <w:r>
        <w:rPr>
          <w:rFonts w:ascii="Gentium Plus" w:hAnsi="Gentium Plus"/>
          <w:sz w:val="24"/>
        </w:rPr>
        <w:t>Οὗ γάρ τις τὸ γένος καὶ τὴν βασιλείαν κεκλη‐ ρονόμηκε, τούτου θελήσει καὶ τῆς εὐδοξίας γενέ‐ σθαι διάδοχος· αἰσχρὸν γάρ ἐστι τὸ μὲν ὄνομα φέρειν Πύρρου τοῦ Ἀχιλλέως, ταῖς δὲ πράξεσι</w:t>
      </w:r>
    </w:p>
    <w:p>
      <w:r>
        <w:rPr>
          <w:rFonts w:ascii="Courier New" w:hAnsi="Courier New"/>
          <w:color w:val="555555"/>
          <w:sz w:val="20"/>
        </w:rPr>
        <w:t>[5]</w:t>
      </w:r>
    </w:p>
    <w:p>
      <w:r>
        <w:rPr>
          <w:rFonts w:ascii="Gentium Plus" w:hAnsi="Gentium Plus"/>
          <w:sz w:val="24"/>
        </w:rPr>
        <w:t>φαίνεσθαι Θερσίτην.</w:t>
      </w:r>
    </w:p>
    <w:p>
      <w:r>
        <w:rPr>
          <w:rFonts w:ascii="Courier New" w:hAnsi="Courier New"/>
          <w:color w:val="555555"/>
          <w:sz w:val="20"/>
        </w:rPr>
        <w:t>[21 . 21 . 13]</w:t>
      </w:r>
    </w:p>
    <w:p>
      <w:r>
        <w:rPr>
          <w:rFonts w:ascii="Gentium Plus" w:hAnsi="Gentium Plus"/>
          <w:sz w:val="24"/>
        </w:rPr>
        <w:t>Ὅσῳ γάρ τις πλείονος κυριεύει δόξης, τοσούτῳ μείζονα χάριν ἕξει τοῖς αἰτίοις τῶν εὐτυχημάτων. ὥστε ὧν δύναταί τις τυγχάνειν μετὰ δόξης καὶ χάριτος, τούτων οὐκ ἂν ἐπιθυμήσαι μετὰ ἀδικίας</w:t>
      </w:r>
    </w:p>
    <w:p>
      <w:r>
        <w:rPr>
          <w:rFonts w:ascii="Courier New" w:hAnsi="Courier New"/>
          <w:color w:val="555555"/>
          <w:sz w:val="20"/>
        </w:rPr>
        <w:t>[5]</w:t>
      </w:r>
    </w:p>
    <w:p>
      <w:r>
        <w:rPr>
          <w:rFonts w:ascii="Gentium Plus" w:hAnsi="Gentium Plus"/>
          <w:sz w:val="24"/>
        </w:rPr>
        <w:t>καὶ ὀνείδους κυριεῦσαι.</w:t>
      </w:r>
    </w:p>
    <w:p>
      <w:r>
        <w:rPr>
          <w:rFonts w:ascii="Courier New" w:hAnsi="Courier New"/>
          <w:color w:val="555555"/>
          <w:sz w:val="20"/>
        </w:rPr>
        <w:t>[21 . 21 . 14]</w:t>
      </w:r>
    </w:p>
    <w:p>
      <w:r>
        <w:rPr>
          <w:rFonts w:ascii="Gentium Plus" w:hAnsi="Gentium Plus"/>
          <w:sz w:val="24"/>
        </w:rPr>
        <w:t>Καλὸν οὖν ἐστιν, ὦ ἄνθρωποι, ἐν τοῖς ἀλλοτρίοις ἁμαρτήμασι περὶ τῆς ἰδίας ἀσφαλείας λαμβάνειν τὴν πεῖραν.</w:t>
      </w:r>
    </w:p>
    <w:p>
      <w:r>
        <w:rPr>
          <w:rFonts w:ascii="Courier New" w:hAnsi="Courier New"/>
          <w:color w:val="555555"/>
          <w:sz w:val="20"/>
        </w:rPr>
        <w:t>[21 . 21 . 15]</w:t>
      </w:r>
    </w:p>
    <w:p>
      <w:r>
        <w:rPr>
          <w:rFonts w:ascii="Gentium Plus" w:hAnsi="Gentium Plus"/>
          <w:sz w:val="24"/>
        </w:rPr>
        <w:t>Ὅτι οὐ δεῖ προκρίνειν τινὰ τῆς μὲν συγγενείας τὴν ἀλλοτριότητα, τῆς δὲ τῶν συμμάχων εὐνοίας τὸ</w:t>
      </w:r>
    </w:p>
    <w:p>
      <w:r>
        <w:rPr>
          <w:rFonts w:ascii="Courier New" w:hAnsi="Courier New"/>
          <w:color w:val="555555"/>
          <w:sz w:val="20"/>
        </w:rPr>
        <w:t>[22 t 1]</w:t>
      </w:r>
    </w:p>
    <w:p>
      <w:pPr>
        <w:jc w:val="center"/>
      </w:pPr>
      <w:r>
        <w:rPr>
          <w:rFonts w:ascii="Gentium Plus" w:hAnsi="Gentium Plus"/>
          <w:b/>
          <w:sz w:val="24"/>
        </w:rPr>
        <w:t>FRAGMENTA LIBRI XXII</w:t>
      </w:r>
    </w:p>
    <w:p>
      <w:r>
        <w:rPr>
          <w:rFonts w:ascii="Courier New" w:hAnsi="Courier New"/>
          <w:color w:val="555555"/>
          <w:sz w:val="20"/>
        </w:rPr>
        <w:t>[22 . 1 . 1]</w:t>
      </w:r>
    </w:p>
    <w:p>
      <w:r>
        <w:rPr>
          <w:rFonts w:ascii="Gentium Plus" w:hAnsi="Gentium Plus"/>
          <w:sz w:val="24"/>
        </w:rPr>
        <w:t>Ὅτι πάτριόν ἐστι τοῖς Ἠπειρώταις μὴ μόνον περὶ τῆς ἰδίας πατρίδος ἀγωνίζεσθαι, ἀλλὰ καὶ ὑπὲρ τῶν φίλων καὶ συμμάχων κινδυνεύειν.</w:t>
      </w:r>
    </w:p>
    <w:p>
      <w:r>
        <w:rPr>
          <w:rFonts w:ascii="Courier New" w:hAnsi="Courier New"/>
          <w:color w:val="555555"/>
          <w:sz w:val="20"/>
        </w:rPr>
        <w:t>[22 . 1 . 2]</w:t>
      </w:r>
    </w:p>
    <w:p>
      <w:r>
        <w:rPr>
          <w:rFonts w:ascii="Gentium Plus" w:hAnsi="Gentium Plus"/>
          <w:sz w:val="24"/>
        </w:rPr>
        <w:t>Ὅτι Δέκιος ὁ Ῥωμαῖος χιλίαρχος φύλαξ γενό‐ μενος Ῥηγίου διὰ Πύρρον τὸν βασιλέα κατέσφαξεν αὐτοὺς καὶ τὰς κτήσεις καὶ τὰς γυναῖκας ἰδιοποιή‐ σατο. Καμπανοὶ δὲ οὗτοι ἦσαν, καὶ ἐποίησαν κατὰ</w:t>
      </w:r>
    </w:p>
    <w:p>
      <w:r>
        <w:rPr>
          <w:rFonts w:ascii="Courier New" w:hAnsi="Courier New"/>
          <w:color w:val="555555"/>
          <w:sz w:val="20"/>
        </w:rPr>
        <w:t>[5]</w:t>
      </w:r>
    </w:p>
    <w:p>
      <w:r>
        <w:rPr>
          <w:rFonts w:ascii="Gentium Plus" w:hAnsi="Gentium Plus"/>
          <w:sz w:val="24"/>
        </w:rPr>
        <w:t>τὸν ὅμοιον τρόπον Μαμερτίνοις, ὥσπερ ἐκεῖνοι Μεσσηνίους σφάξαντες. εἶτα τὴν διαίρεσιν τῆς κτήσεως τῶν ἠτυχηκότων ἄδικον ποιησάμενος ἐξέ‐ πεσεν ἐκ τοῦ Ῥηγίου φυγαδευθεὶς ὑπὸ τῶν ἰδίων Καμπανῶν. συνήργησαν δὲ καὶ Μαμερτῖνοι ...</w:t>
      </w:r>
    </w:p>
    <w:p>
      <w:r>
        <w:rPr>
          <w:rFonts w:ascii="Courier New" w:hAnsi="Courier New"/>
          <w:color w:val="555555"/>
          <w:sz w:val="20"/>
        </w:rPr>
        <w:t>[10]</w:t>
      </w:r>
    </w:p>
    <w:p>
      <w:r>
        <w:rPr>
          <w:rFonts w:ascii="Gentium Plus" w:hAnsi="Gentium Plus"/>
          <w:sz w:val="24"/>
        </w:rPr>
        <w:t>μετὰ τῶν ληφθέντων χρημάτων στρατηγὸν ἐποίη‐ σαν. καὶ δὴ ὀφθαλμίας νόσου αὐτὸν περιεχούσης, τῶν ἰατρῶν τὸν δόκιμον μεταστειλαμένου αὐτοῦ, οὗτος τὴν ὕβριν τῆς πατρίδος ἐκδικῶν κανθαρίσιν ὑπήλειψε τὸν Δέκιον καὶ τῆς ὁράσεως αὐτὸν ἀπε‐</w:t>
      </w:r>
    </w:p>
    <w:p>
      <w:r>
        <w:rPr>
          <w:rFonts w:ascii="Courier New" w:hAnsi="Courier New"/>
          <w:color w:val="555555"/>
          <w:sz w:val="20"/>
        </w:rPr>
        <w:t>[15]</w:t>
      </w:r>
    </w:p>
    <w:p>
      <w:r>
        <w:rPr>
          <w:rFonts w:ascii="Gentium Plus" w:hAnsi="Gentium Plus"/>
          <w:sz w:val="24"/>
        </w:rPr>
        <w:t>στέρησε καὶ φεύγει ἐκ Μεσσήνης.</w:t>
      </w:r>
    </w:p>
    <w:p>
      <w:r>
        <w:rPr>
          <w:rFonts w:ascii="Courier New" w:hAnsi="Courier New"/>
          <w:color w:val="555555"/>
          <w:sz w:val="20"/>
        </w:rPr>
        <w:t>[22 . 1 . 3]</w:t>
      </w:r>
    </w:p>
    <w:p>
      <w:r>
        <w:rPr>
          <w:rFonts w:ascii="Gentium Plus" w:hAnsi="Gentium Plus"/>
          <w:sz w:val="24"/>
        </w:rPr>
        <w:t>Ὅτι εἰς τὸ Ῥήγιον ἀπεστάλη φρουρὰ ὑπὸ Ῥωμαίων. ὁ δὲ χιλίαρχος Δέκιος, τὸ γένος Καμ‐ πανός, πλεονεξίᾳ καὶ τόλμῃ διαφέρων ἐμιμήσατο τὴν τῶν Μαμερτίνων παρανομίαν. ἐκεῖνοί τε γὰρ</w:t>
      </w:r>
    </w:p>
    <w:p>
      <w:r>
        <w:rPr>
          <w:rFonts w:ascii="Courier New" w:hAnsi="Courier New"/>
          <w:color w:val="555555"/>
          <w:sz w:val="20"/>
        </w:rPr>
        <w:t>[5]</w:t>
      </w:r>
    </w:p>
    <w:p>
      <w:r>
        <w:rPr>
          <w:rFonts w:ascii="Gentium Plus" w:hAnsi="Gentium Plus"/>
          <w:sz w:val="24"/>
        </w:rPr>
        <w:t>προσδεχθέντες ὑπὸ Μεσσηνίων ὡς φίλοι τὴν μὲν πόλιν κατελάβοντο, τοὺς δὲ Μεσσηνίους ἐπὶ τῆς ἰδίας ἑστίας ἑκάστους σφάξαντες ἔγημαν τὰς τῶν ἰδιοξένων γυναῖκας καὶ τὰς τῶν σφαγέντων κτήσεις κατέσχον· οἱ δὲ περὶ τὸν Δέκιον Καμπανοὶ δο‐</w:t>
      </w:r>
    </w:p>
    <w:p>
      <w:r>
        <w:rPr>
          <w:rFonts w:ascii="Courier New" w:hAnsi="Courier New"/>
          <w:color w:val="555555"/>
          <w:sz w:val="20"/>
        </w:rPr>
        <w:t>[10]</w:t>
      </w:r>
    </w:p>
    <w:p>
      <w:r>
        <w:rPr>
          <w:rFonts w:ascii="Gentium Plus" w:hAnsi="Gentium Plus"/>
          <w:sz w:val="24"/>
        </w:rPr>
        <w:t>θέντες ὑπὸ Ῥωμαίων φύλακες τῶν Ῥηγίνων ἐζήλωσαν τὴν τούτων ὠμότητα· τοὺς γὰρ Ῥηγίνους σφάξαντες καὶ τὰς κτήσεις διελόμενοι κατέσχον τὴν πόλιν ὡς δορίκτητον. ὁ δὲ ἐπὶ τῆς φρουρᾶς τεταγμένος Δέκιος ἐξαργυρισάμενος τὰς τῶν ἠτυχη‐</w:t>
      </w:r>
    </w:p>
    <w:p>
      <w:r>
        <w:rPr>
          <w:rFonts w:ascii="Courier New" w:hAnsi="Courier New"/>
          <w:color w:val="555555"/>
          <w:sz w:val="20"/>
        </w:rPr>
        <w:t>[15]</w:t>
      </w:r>
    </w:p>
    <w:p>
      <w:r>
        <w:rPr>
          <w:rFonts w:ascii="Gentium Plus" w:hAnsi="Gentium Plus"/>
          <w:sz w:val="24"/>
        </w:rPr>
        <w:t>κότων κτήσεις καὶ τὴν διαίρεσιν τῆς ὠφελείας ἄδικον ποιησάμενος ἐξέπεσεν ἐκ τοῦ Ῥηγίου, φυγαδευθεὶς ὑπὸ τῶν συνασεβησάντων Καμπανῶν. οὐ μὴν ἐξέφυγον τὴν τιμωρίαν οἱ παρανομήσαντες, ἀλλ’ ὁ μὲν Δέκιος εἰς ὀφθαλμίαν χαλεπὴν ἐμπεσὼν</w:t>
      </w:r>
    </w:p>
    <w:p>
      <w:r>
        <w:rPr>
          <w:rFonts w:ascii="Courier New" w:hAnsi="Courier New"/>
          <w:color w:val="555555"/>
          <w:sz w:val="20"/>
        </w:rPr>
        <w:t>[20]</w:t>
      </w:r>
    </w:p>
    <w:p>
      <w:r>
        <w:rPr>
          <w:rFonts w:ascii="Gentium Plus" w:hAnsi="Gentium Plus"/>
          <w:sz w:val="24"/>
        </w:rPr>
        <w:t>μετεπέμψατο τῶν ἰατρῶν τὸν ἄριστον· οὗτος δὲ τὴν ὑπὲρ τῆς πατρίδος τιμωρίαν λαμβάνων ἱκανῶς κανθαρίσιν ὑπήλειψε τὸν Δέκιον καὶ τῆς ὁράσεως αὐτὸν στερήσας ἔφυγεν ἐκ τῆς Μεσσήνης. (Const. Exc. 2(1), pp. 256—257.)</w:t>
      </w:r>
    </w:p>
    <w:p>
      <w:r>
        <w:rPr>
          <w:rFonts w:ascii="Courier New" w:hAnsi="Courier New"/>
          <w:color w:val="555555"/>
          <w:sz w:val="20"/>
        </w:rPr>
        <w:t>[22 . 2 . 1]</w:t>
      </w:r>
    </w:p>
    <w:p>
      <w:r>
        <w:rPr>
          <w:rFonts w:ascii="Gentium Plus" w:hAnsi="Gentium Plus"/>
          <w:sz w:val="24"/>
        </w:rPr>
        <w:t>Κατὰ δὲ Σικελίαν ἦσαν τύραννοι Ἱκέτας ἐν Συρακόσῃ, Φιντίας εἰς Ἀκράγαντα, Τυνδαρίων ἐν Ταυρομενίῳ, καὶ ἕτεροι τῶν ἐλαττόνων πόλεων. Φιντίας δὲ καὶ Ἱκέτας πρὸς ἀλλήλους πόλεμον</w:t>
      </w:r>
    </w:p>
    <w:p>
      <w:r>
        <w:rPr>
          <w:rFonts w:ascii="Courier New" w:hAnsi="Courier New"/>
          <w:color w:val="555555"/>
          <w:sz w:val="20"/>
        </w:rPr>
        <w:t>[5]</w:t>
      </w:r>
    </w:p>
    <w:p>
      <w:r>
        <w:rPr>
          <w:rFonts w:ascii="Gentium Plus" w:hAnsi="Gentium Plus"/>
          <w:sz w:val="24"/>
        </w:rPr>
        <w:t>ἐνστησάμενοι παρετάξαντο περὶ τὸν Ὕβλαιον, καὶ</w:t>
      </w:r>
    </w:p>
    <w:p>
      <w:r>
        <w:rPr>
          <w:rFonts w:ascii="Courier New" w:hAnsi="Courier New"/>
          <w:color w:val="555555"/>
          <w:sz w:val="20"/>
        </w:rPr>
        <w:t>[10]</w:t>
      </w:r>
    </w:p>
    <w:p>
      <w:r>
        <w:rPr>
          <w:rFonts w:ascii="Gentium Plus" w:hAnsi="Gentium Plus"/>
          <w:sz w:val="24"/>
        </w:rPr>
        <w:t>νίους, καὶ λειφθεὶς πολλοὺς στρατιώτας ἀπέβαλε</w:t>
      </w:r>
    </w:p>
    <w:p>
      <w:r>
        <w:rPr>
          <w:rFonts w:ascii="Courier New" w:hAnsi="Courier New"/>
          <w:color w:val="555555"/>
          <w:sz w:val="20"/>
        </w:rPr>
        <w:t>[22 . 2 . 2]</w:t>
      </w:r>
    </w:p>
    <w:p>
      <w:r>
        <w:rPr>
          <w:rFonts w:ascii="Gentium Plus" w:hAnsi="Gentium Plus"/>
          <w:sz w:val="24"/>
        </w:rPr>
        <w:t>περὶ τὸν Τηρίαν ποταμόν. κτίζει δὲ Φιντίας πόλιν, ὀνομάσας αὐτὴν Φιντιάδα, Γελῴους ἀναστάτους ὄντας οἰκίσας ἐν αὐτῇ· ἐστὶ δὲ αὕτη παραθαλάσ‐ σιος. καθαιρῶν τὰ τείχη καὶ τὰς οἰκίας, τοὺς</w:t>
      </w:r>
    </w:p>
    <w:p>
      <w:r>
        <w:rPr>
          <w:rFonts w:ascii="Courier New" w:hAnsi="Courier New"/>
          <w:color w:val="555555"/>
          <w:sz w:val="20"/>
        </w:rPr>
        <w:t>[5]</w:t>
      </w:r>
    </w:p>
    <w:p>
      <w:r>
        <w:rPr>
          <w:rFonts w:ascii="Gentium Plus" w:hAnsi="Gentium Plus"/>
          <w:sz w:val="24"/>
        </w:rPr>
        <w:t>λαοὺς τῆς Γέλας εἰς τὴν Φιντιάδα μετήνεγκε, κτίσας τεῖχος καὶ ἀγορὰν ἀξιόλογον καὶ ναοὺς θεῶν.</w:t>
      </w:r>
    </w:p>
    <w:p>
      <w:r>
        <w:rPr>
          <w:rFonts w:ascii="Courier New" w:hAnsi="Courier New"/>
          <w:color w:val="555555"/>
          <w:sz w:val="20"/>
        </w:rPr>
        <w:t>[22 . 2 . 3]</w:t>
      </w:r>
    </w:p>
    <w:p>
      <w:r>
        <w:rPr>
          <w:rFonts w:ascii="Gentium Plus" w:hAnsi="Gentium Plus"/>
          <w:sz w:val="24"/>
        </w:rPr>
        <w:t>Ὅθεν μιαιφόνου γεγονότος, ὑπὸ πασῶν τῶν πό‐ λεων ἐμισήθη τῶν οὐσῶν ὑπ’ αὐτῷ, καὶ τοὺς πρὸς φρουρὰν ὄντας ἐδίωξαν, ἐν οἷς πρῶτον ἀπέστησαν Ἀγυριναῖοι. (Exc. Hoesch. p. 495 W.)</w:t>
      </w:r>
    </w:p>
    <w:p>
      <w:r>
        <w:rPr>
          <w:rFonts w:ascii="Courier New" w:hAnsi="Courier New"/>
          <w:color w:val="555555"/>
          <w:sz w:val="20"/>
        </w:rPr>
        <w:t>[22 . 2 . 4]</w:t>
      </w:r>
    </w:p>
    <w:p>
      <w:r>
        <w:rPr>
          <w:rFonts w:ascii="Gentium Plus" w:hAnsi="Gentium Plus"/>
          <w:sz w:val="24"/>
        </w:rPr>
        <w:t>Ὅτι Φιντίας τῶν πόλεων βιαίως ἄρχων καὶ πολλοὺς τῶν εὐπόρων ἀναιρῶν ὑπὸ τῶν ὑποτεταγ‐ μένων διὰ τὴν παρανομίαν ἐμισεῖτο. διόπερ ἁπάν‐ των ὄντων πρὸς ἀπόστασιν, ταχὺ ταπεινωθεὶς</w:t>
      </w:r>
    </w:p>
    <w:p>
      <w:r>
        <w:rPr>
          <w:rFonts w:ascii="Courier New" w:hAnsi="Courier New"/>
          <w:color w:val="555555"/>
          <w:sz w:val="20"/>
        </w:rPr>
        <w:t>[5]</w:t>
      </w:r>
    </w:p>
    <w:p>
      <w:r>
        <w:rPr>
          <w:rFonts w:ascii="Gentium Plus" w:hAnsi="Gentium Plus"/>
          <w:sz w:val="24"/>
        </w:rPr>
        <w:t>μετεβάλετο τὸν τρόπον καὶ φιλανθρωπότερον ἄρχων διακατέσχεν αὐτοὺς ὑπὸ χεῖρα.</w:t>
      </w:r>
    </w:p>
    <w:p>
      <w:r>
        <w:rPr>
          <w:rFonts w:ascii="Courier New" w:hAnsi="Courier New"/>
          <w:color w:val="555555"/>
          <w:sz w:val="20"/>
        </w:rPr>
        <w:t>[22 . 3 . 1]</w:t>
      </w:r>
    </w:p>
    <w:p>
      <w:r>
        <w:rPr>
          <w:rFonts w:ascii="Gentium Plus" w:hAnsi="Gentium Plus"/>
          <w:sz w:val="24"/>
        </w:rPr>
        <w:t>Ὅτι Πτολεμαῖος ὁ Μακεδόνων βασιλεὺς τὴν μὲν ἡλικίαν νέος ὢν παντελῶς, πραγμάτων δὲ πολεμικῶν ἄπειρος, φύσει δὲ θρασὺς καὶ προπετὴς οὐδὲν τῶν χρησίμων προενοεῖτο· τῶν γὰρ φίλων αὐ‐</w:t>
      </w:r>
    </w:p>
    <w:p>
      <w:r>
        <w:rPr>
          <w:rFonts w:ascii="Courier New" w:hAnsi="Courier New"/>
          <w:color w:val="555555"/>
          <w:sz w:val="20"/>
        </w:rPr>
        <w:t>[5]</w:t>
      </w:r>
    </w:p>
    <w:p>
      <w:r>
        <w:rPr>
          <w:rFonts w:ascii="Gentium Plus" w:hAnsi="Gentium Plus"/>
          <w:sz w:val="24"/>
        </w:rPr>
        <w:t>τῷ συμβουλευόντων ἀναδέξασθαι τοὺς ἀφυστεροῦν‐</w:t>
      </w:r>
    </w:p>
    <w:p>
      <w:r>
        <w:rPr>
          <w:rFonts w:ascii="Courier New" w:hAnsi="Courier New"/>
          <w:color w:val="555555"/>
          <w:sz w:val="20"/>
        </w:rPr>
        <w:t>[22 . 3 . 2]</w:t>
      </w:r>
    </w:p>
    <w:p>
      <w:r>
        <w:rPr>
          <w:rFonts w:ascii="Gentium Plus" w:hAnsi="Gentium Plus"/>
          <w:sz w:val="24"/>
        </w:rPr>
        <w:t>Ὅτι ὑπὸ Γαλατῶν Πτολεμαῖος ὁ βασιλεὺς ἐσφά‐ γη καὶ πᾶσα ἡ Μακεδονικὴ δύναμις κατεκόπη καὶ διεφθάρη. (Exc. Hoesch. p. 495 W.)</w:t>
      </w:r>
    </w:p>
    <w:p>
      <w:r>
        <w:rPr>
          <w:rFonts w:ascii="Courier New" w:hAnsi="Courier New"/>
          <w:color w:val="555555"/>
          <w:sz w:val="20"/>
        </w:rPr>
        <w:t>[22 . 4 . 1]</w:t>
      </w:r>
    </w:p>
    <w:p>
      <w:r>
        <w:rPr>
          <w:rFonts w:ascii="Gentium Plus" w:hAnsi="Gentium Plus"/>
          <w:sz w:val="24"/>
        </w:rPr>
        <w:t>Κατὰ δὲ τοὺς χρόνους τούτους, τῶν Γαλατῶν ἐπικειμένων τῇ Μακεδονίᾳ καὶ λεηλατούντων αὐ‐ τήν, διὰ τὸ πολλοὺς ἐπεμβαίνοντας τῇ βασιλείᾳ πρὸς βραχὺ κρατεῖν καὶ ἐκπίπτειν αὐτῆς, ὧν εἷς</w:t>
      </w:r>
    </w:p>
    <w:p>
      <w:r>
        <w:rPr>
          <w:rFonts w:ascii="Courier New" w:hAnsi="Courier New"/>
          <w:color w:val="555555"/>
          <w:sz w:val="20"/>
        </w:rPr>
        <w:t>[5]</w:t>
      </w:r>
    </w:p>
    <w:p>
      <w:r>
        <w:rPr>
          <w:rFonts w:ascii="Gentium Plus" w:hAnsi="Gentium Plus"/>
          <w:sz w:val="24"/>
        </w:rPr>
        <w:t>καὶ Μελέαγρος, ἀδελφὸς Πτολεμαίου τοῦ Λάγου, πρὸς ὀλίγας ἡμέρας δυναστεύσας καὶ ἐκπεσών· ὡσαύτως δὲ καὶ Ἀντίπατρος ἡμέρας τεσσαράκοντα πέντε· μεθ’ οὓς Σωσθένης, ἔτι δὲ Πτολεμαῖος, πρὸς δὲ τούτοις Ἀλέξανδρος καὶ Πύρρος ὁ Ἠπειρώτης·</w:t>
      </w:r>
    </w:p>
    <w:p>
      <w:r>
        <w:rPr>
          <w:rFonts w:ascii="Courier New" w:hAnsi="Courier New"/>
          <w:color w:val="555555"/>
          <w:sz w:val="20"/>
        </w:rPr>
        <w:t>[10]</w:t>
      </w:r>
    </w:p>
    <w:p>
      <w:r>
        <w:rPr>
          <w:rFonts w:ascii="Gentium Plus" w:hAnsi="Gentium Plus"/>
          <w:sz w:val="24"/>
        </w:rPr>
        <w:t>οἱ πάντες ἔτη τρία κατὰ Διόδωρον. (Georgius Syncellus, p. 507.)</w:t>
      </w:r>
    </w:p>
    <w:p>
      <w:r>
        <w:rPr>
          <w:rFonts w:ascii="Courier New" w:hAnsi="Courier New"/>
          <w:color w:val="555555"/>
          <w:sz w:val="20"/>
        </w:rPr>
        <w:t>[22 . 5 . 1]</w:t>
      </w:r>
    </w:p>
    <w:p>
      <w:r>
        <w:rPr>
          <w:rFonts w:ascii="Gentium Plus" w:hAnsi="Gentium Plus"/>
          <w:sz w:val="24"/>
        </w:rPr>
        <w:t>Ὅτι Ἀπολλόδωρος ἐπιθέμενος τυραννίδι καὶ βεβαιῶσαι κρίνας τὴν συνωμοσίαν, μειρακίσκον τινὰ φίλον αὐτοῦ καλέσας ὡς ἐπὶ θυσίαν καὶ σφαγιάσας τοῖς θεοῖς τά τε σπλάγχνα τοῖς συνο‐</w:t>
      </w:r>
    </w:p>
    <w:p>
      <w:r>
        <w:rPr>
          <w:rFonts w:ascii="Courier New" w:hAnsi="Courier New"/>
          <w:color w:val="555555"/>
          <w:sz w:val="20"/>
        </w:rPr>
        <w:t>[5]</w:t>
      </w:r>
    </w:p>
    <w:p>
      <w:r>
        <w:rPr>
          <w:rFonts w:ascii="Gentium Plus" w:hAnsi="Gentium Plus"/>
          <w:sz w:val="24"/>
        </w:rPr>
        <w:t>μόσασιν ἔδωκε φαγεῖν καὶ τὸ αἷμα κεράσας οἴνῳ πιεῖν παρεκελεύσατο.</w:t>
      </w:r>
    </w:p>
    <w:p>
      <w:r>
        <w:rPr>
          <w:rFonts w:ascii="Courier New" w:hAnsi="Courier New"/>
          <w:color w:val="555555"/>
          <w:sz w:val="20"/>
        </w:rPr>
        <w:t>[22 . 5 . 2]</w:t>
      </w:r>
    </w:p>
    <w:p>
      <w:r>
        <w:rPr>
          <w:rFonts w:ascii="Gentium Plus" w:hAnsi="Gentium Plus"/>
          <w:sz w:val="24"/>
        </w:rPr>
        <w:t>Ὅτι ὁ αὐτὸς Ἀπολλόδωρος Γαλάτας εὑρὼν καὶ τούτοις ὅπλα διδοὺς καὶ δωρεαῖς τιμήσας δορυ‐ φόροις ἐχρῆτο πιστοῖς καὶ πρὸς τὰς κολάσεις εὐ‐ θέτοις διὰ τὴν ὠμότητα. τὰς δὲ τῶν εὐπόρων</w:t>
      </w:r>
    </w:p>
    <w:p>
      <w:r>
        <w:rPr>
          <w:rFonts w:ascii="Courier New" w:hAnsi="Courier New"/>
          <w:color w:val="555555"/>
          <w:sz w:val="20"/>
        </w:rPr>
        <w:t>[5]</w:t>
      </w:r>
    </w:p>
    <w:p>
      <w:r>
        <w:rPr>
          <w:rFonts w:ascii="Gentium Plus" w:hAnsi="Gentium Plus"/>
          <w:sz w:val="24"/>
        </w:rPr>
        <w:t>οὐσίας δημεύων πλῆθος χρημάτων ἤθροιζεν. ἀνα‐ βιβάσας δὲ τοὺς στρατιωτικοὺς μισθοὺς καὶ μετα‐ διδοὺς τοῖς πένησι τῆς εὐπορίας δύναμιν ἀξιόλογον περιεποιήσατο. ἐκτραπεὶς δὲ εἰς ὠμότητα καὶ πλεονεξίαν εἰσεπράττετο τοὺς πολιτικοὺς χρήματα,</w:t>
      </w:r>
    </w:p>
    <w:p>
      <w:r>
        <w:rPr>
          <w:rFonts w:ascii="Courier New" w:hAnsi="Courier New"/>
          <w:color w:val="555555"/>
          <w:sz w:val="20"/>
        </w:rPr>
        <w:t>[10]</w:t>
      </w:r>
    </w:p>
    <w:p>
      <w:r>
        <w:rPr>
          <w:rFonts w:ascii="Gentium Plus" w:hAnsi="Gentium Plus"/>
          <w:sz w:val="24"/>
        </w:rPr>
        <w:t>καὶ πολλοὺς μὲν ἄνδρας, οὐκ ὀλίγας δὲ γυναῖκας τῇ διὰ τῶν βασάνων τιμωρίᾳ βιαζόμενος ἠνάγκασε πάντας ἄργυρον καὶ χρυσὸν παραδιδόναι. εἶχε δὲ τυραννίδος εἰσηγητὴν καὶ διδάσκαλον Καλλιφῶντα τὸν Σικελόν, συνδιατετριφότα πολλοῖς τοῖς κατὰ</w:t>
      </w:r>
    </w:p>
    <w:p>
      <w:r>
        <w:rPr>
          <w:rFonts w:ascii="Courier New" w:hAnsi="Courier New"/>
          <w:color w:val="555555"/>
          <w:sz w:val="20"/>
        </w:rPr>
        <w:t>[15]</w:t>
      </w:r>
    </w:p>
    <w:p>
      <w:r>
        <w:rPr>
          <w:rFonts w:ascii="Gentium Plus" w:hAnsi="Gentium Plus"/>
          <w:sz w:val="24"/>
        </w:rPr>
        <w:t>τὴν Σικελίαν τυράννοις. (Const. Exc. 2(1), p. 257.)</w:t>
      </w:r>
    </w:p>
    <w:p>
      <w:r>
        <w:rPr>
          <w:rFonts w:ascii="Courier New" w:hAnsi="Courier New"/>
          <w:color w:val="555555"/>
          <w:sz w:val="20"/>
        </w:rPr>
        <w:t>[22 . 6 . 1]</w:t>
      </w:r>
    </w:p>
    <w:p>
      <w:r>
        <w:rPr>
          <w:rFonts w:ascii="Gentium Plus" w:hAnsi="Gentium Plus"/>
          <w:sz w:val="24"/>
        </w:rPr>
        <w:t>Ὅτι ἡ Καδμεία νίκη παροιμία ἐστίν. ἐστὶ δὲ οὕτω· τὸ τοὺς νικήσαντας συμφορὰν ἔχειν, τοὺς δὲ ἡττημένους μηδὲν κινδυνεύειν διὰ τὸ μέγεθος τῆς ἡγεμονίας. (Exc. Hoesch. p. 495 W.)</w:t>
      </w:r>
    </w:p>
    <w:p>
      <w:r>
        <w:rPr>
          <w:rFonts w:ascii="Courier New" w:hAnsi="Courier New"/>
          <w:color w:val="555555"/>
          <w:sz w:val="20"/>
        </w:rPr>
        <w:t>[22 . 6 . 2]</w:t>
      </w:r>
    </w:p>
    <w:p>
      <w:r>
        <w:rPr>
          <w:rFonts w:ascii="Gentium Plus" w:hAnsi="Gentium Plus"/>
          <w:sz w:val="24"/>
        </w:rPr>
        <w:t>Ὅτι Πύρρος ὁ βασιλεὺς πολλοὺς τῶν Ἠπειρω‐ τῶν τῶν συνδιαβεβηκότων ἀποβεβληκώς, ἐπεί τις ἠρώτησεν αὐτὸν τῶν ἰδιοξένων πῶς τὰ κατὰ τὴν μάχην ἀπήντησεν αὐτῷ, εἰπεῖν ὅτι ἐὰν ἔτι μιᾷ</w:t>
      </w:r>
    </w:p>
    <w:p>
      <w:r>
        <w:rPr>
          <w:rFonts w:ascii="Courier New" w:hAnsi="Courier New"/>
          <w:color w:val="555555"/>
          <w:sz w:val="20"/>
        </w:rPr>
        <w:t>[5]</w:t>
      </w:r>
    </w:p>
    <w:p>
      <w:r>
        <w:rPr>
          <w:rFonts w:ascii="Gentium Plus" w:hAnsi="Gentium Plus"/>
          <w:sz w:val="24"/>
        </w:rPr>
        <w:t>μάχῃ νικήσῃ τοὺς Ῥωμαίους, οὐδεὶς αὐτῷ τῶν στρατιωτῶν τῶν συνδιαβεβηκότων ἀπολειφθήσεται. ταῖς γὰρ ἀληθείαις ἁπάσας τὰς νίκας ἔσχε Καδμείας κατὰ τὴν παροιμίαν· οἱ γὰρ ἡττηθέντες οὐδὲν ἐταπεινώθησαν διὰ τὸ μέγεθος τῆς ἡγεμονίας, ὁ δὲ</w:t>
      </w:r>
    </w:p>
    <w:p>
      <w:r>
        <w:rPr>
          <w:rFonts w:ascii="Courier New" w:hAnsi="Courier New"/>
          <w:color w:val="555555"/>
          <w:sz w:val="20"/>
        </w:rPr>
        <w:t>[10]</w:t>
      </w:r>
    </w:p>
    <w:p>
      <w:r>
        <w:rPr>
          <w:rFonts w:ascii="Gentium Plus" w:hAnsi="Gentium Plus"/>
          <w:sz w:val="24"/>
        </w:rPr>
        <w:t>νικήσας τὴν τῶν ἡττημένων βλάβην καὶ συμφορὰν ἀνεδέδεκτο.</w:t>
      </w:r>
    </w:p>
    <w:p>
      <w:r>
        <w:rPr>
          <w:rFonts w:ascii="Courier New" w:hAnsi="Courier New"/>
          <w:color w:val="555555"/>
          <w:sz w:val="20"/>
        </w:rPr>
        <w:t>[22 . 6 . 3]</w:t>
      </w:r>
    </w:p>
    <w:p>
      <w:r>
        <w:rPr>
          <w:rFonts w:ascii="Gentium Plus" w:hAnsi="Gentium Plus"/>
          <w:sz w:val="24"/>
        </w:rPr>
        <w:t>Ὅτι Κινέας πρεσβευτὴς ἀποσταλεὶς παρὰ Πύρρου</w:t>
      </w:r>
    </w:p>
    <w:p>
      <w:r>
        <w:rPr>
          <w:rFonts w:ascii="Courier New" w:hAnsi="Courier New"/>
          <w:color w:val="555555"/>
          <w:sz w:val="20"/>
        </w:rPr>
        <w:t>[5]</w:t>
      </w:r>
    </w:p>
    <w:p>
      <w:r>
        <w:rPr>
          <w:rFonts w:ascii="Gentium Plus" w:hAnsi="Gentium Plus"/>
          <w:sz w:val="24"/>
        </w:rPr>
        <w:t>δὲ μίαν καὶ τὴν αὐτὴν ἀπόκρισιν ἔδωκαν αὐτῷ, ὅτι νῦν μὲν ὄντος αὐτοῦ πολεμίου μηδαμῶς ἁρμό‐ ζειν τὴν δωρεάν, ἐὰν δὲ καταπράξηται τὴν εἰρήνην καὶ γένηται φίλος Ῥωμαίων, ἡδέως προσδέξεσθαι τὴν δόσιν οὖσαν ἀκατηγόρητον.</w:t>
      </w:r>
    </w:p>
    <w:p>
      <w:r>
        <w:rPr>
          <w:rFonts w:ascii="Courier New" w:hAnsi="Courier New"/>
          <w:color w:val="555555"/>
          <w:sz w:val="20"/>
        </w:rPr>
        <w:t>[10]</w:t>
      </w:r>
    </w:p>
    <w:p>
      <w:r>
        <w:rPr>
          <w:rFonts w:ascii="Gentium Plus" w:hAnsi="Gentium Plus"/>
          <w:sz w:val="24"/>
        </w:rPr>
        <w:t>(Const. Exc. 4, pp. 346—347.)</w:t>
      </w:r>
    </w:p>
    <w:p>
      <w:r>
        <w:rPr>
          <w:rFonts w:ascii="Courier New" w:hAnsi="Courier New"/>
          <w:color w:val="555555"/>
          <w:sz w:val="20"/>
        </w:rPr>
        <w:t>[22 . 7 . 1]</w:t>
      </w:r>
    </w:p>
    <w:p>
      <w:r>
        <w:rPr>
          <w:rFonts w:ascii="Gentium Plus" w:hAnsi="Gentium Plus"/>
          <w:sz w:val="24"/>
        </w:rPr>
        <w:t>Ὅτι Φιντίας ὁ Φιντιάδος κτίστωρ, Ἀκρά‐ γαντος τύραννος, εἶδεν ὄναρ δηλοῦν τὴν τοῦ βίου καταστροφήν, ὗν ἄγριον κυνηγοῦντος, ὁρμῆσαι κατ’ αὐτοῦ τὸν ὗν καὶ τὴν πλευρὰν αὐτοῦ τοῖς</w:t>
      </w:r>
    </w:p>
    <w:p>
      <w:r>
        <w:rPr>
          <w:rFonts w:ascii="Courier New" w:hAnsi="Courier New"/>
          <w:color w:val="555555"/>
          <w:sz w:val="20"/>
        </w:rPr>
        <w:t>[5]</w:t>
      </w:r>
    </w:p>
    <w:p>
      <w:r>
        <w:rPr>
          <w:rFonts w:ascii="Gentium Plus" w:hAnsi="Gentium Plus"/>
          <w:sz w:val="24"/>
        </w:rPr>
        <w:t>ὀδοῦσι πατάξαι καὶ διελάσαντα τὴν πληγὴν κτεῖ‐ ναι.</w:t>
      </w:r>
    </w:p>
    <w:p>
      <w:r>
        <w:rPr>
          <w:rFonts w:ascii="Courier New" w:hAnsi="Courier New"/>
          <w:color w:val="555555"/>
          <w:sz w:val="20"/>
        </w:rPr>
        <w:t>[22 . 7 . 2]</w:t>
      </w:r>
    </w:p>
    <w:p>
      <w:r>
        <w:rPr>
          <w:rFonts w:ascii="Gentium Plus" w:hAnsi="Gentium Plus"/>
          <w:sz w:val="24"/>
        </w:rPr>
        <w:t>Ὅτι Ἱκέτας ἐννέα ἔτη δυναστεύσας Συρακόσας ὑπὸ Θοίνωνος τοῦ Μαμέως ἐκβάλλεται τῆς τυραν‐ νίδος.</w:t>
      </w:r>
    </w:p>
    <w:p>
      <w:r>
        <w:rPr>
          <w:rFonts w:ascii="Courier New" w:hAnsi="Courier New"/>
          <w:color w:val="555555"/>
          <w:sz w:val="20"/>
        </w:rPr>
        <w:t>[22 . 7 . 3]</w:t>
      </w:r>
    </w:p>
    <w:p>
      <w:r>
        <w:rPr>
          <w:rFonts w:ascii="Gentium Plus" w:hAnsi="Gentium Plus"/>
          <w:sz w:val="24"/>
        </w:rPr>
        <w:t>Ὅτι Θοίνων καὶ Σώστρατος διαδεξάμενοι Ἱκέ‐ ταν, οὕτω πάλιν προκαλοῦνται Πύρρον τὸν βασιλέα εἰς Σικελίαν.</w:t>
      </w:r>
    </w:p>
    <w:p>
      <w:r>
        <w:rPr>
          <w:rFonts w:ascii="Courier New" w:hAnsi="Courier New"/>
          <w:color w:val="555555"/>
          <w:sz w:val="20"/>
        </w:rPr>
        <w:t>[22 . 7 . 4]</w:t>
      </w:r>
    </w:p>
    <w:p>
      <w:r>
        <w:rPr>
          <w:rFonts w:ascii="Gentium Plus" w:hAnsi="Gentium Plus"/>
          <w:sz w:val="24"/>
        </w:rPr>
        <w:t>Ὅτι Μαμερτῖνοι οἱ Μεσσηνίους δολοφονήσαντες συμμαχίαν μετὰ Καρχηδονίων ποιήσαντες, ἔκριναν</w:t>
      </w:r>
    </w:p>
    <w:p>
      <w:r>
        <w:rPr>
          <w:rFonts w:ascii="Courier New" w:hAnsi="Courier New"/>
          <w:color w:val="555555"/>
          <w:sz w:val="20"/>
        </w:rPr>
        <w:t>[5]</w:t>
      </w:r>
    </w:p>
    <w:p>
      <w:r>
        <w:rPr>
          <w:rFonts w:ascii="Gentium Plus" w:hAnsi="Gentium Plus"/>
          <w:sz w:val="24"/>
        </w:rPr>
        <w:t>αὐτόν, καὶ ἕτοιμος ἦν δέξασθαι τῇ πόλει τὰς μετ’ αὐτοῦ δυνάμεις.</w:t>
      </w:r>
    </w:p>
    <w:p>
      <w:r>
        <w:rPr>
          <w:rFonts w:ascii="Courier New" w:hAnsi="Courier New"/>
          <w:color w:val="555555"/>
          <w:sz w:val="20"/>
        </w:rPr>
        <w:t>[22 . 7 . 5]</w:t>
      </w:r>
    </w:p>
    <w:p>
      <w:r>
        <w:rPr>
          <w:rFonts w:ascii="Gentium Plus" w:hAnsi="Gentium Plus"/>
          <w:sz w:val="24"/>
        </w:rPr>
        <w:t>Ὅτι Καρχηδόνιοι συμμαχίαν ποιήσαντες μετὰ Ῥωμαίων πεντακοσίους ἄνδρας ἔλαβον εἰς τὰς ἰδίας ναῦς, καὶ εἰς τὸ Ῥήγιον διαβάντες προσβολὰς ποιούμενοι τῆς μὲν πολιορκίας ἀπέστησαν, τὴν δὲ</w:t>
      </w:r>
    </w:p>
    <w:p>
      <w:r>
        <w:rPr>
          <w:rFonts w:ascii="Courier New" w:hAnsi="Courier New"/>
          <w:color w:val="555555"/>
          <w:sz w:val="20"/>
        </w:rPr>
        <w:t>[5]</w:t>
      </w:r>
    </w:p>
    <w:p>
      <w:r>
        <w:rPr>
          <w:rFonts w:ascii="Gentium Plus" w:hAnsi="Gentium Plus"/>
          <w:sz w:val="24"/>
        </w:rPr>
        <w:t>παρεσκευασμένην ὕλην εἰς ναυπηγίαν ἐνέπρησαν, καὶ διέμειναν φυλάττοντες τὸν πορθμόν, παρα‐ τηροῦντες τὴν διάβασιν Πύρρου.</w:t>
      </w:r>
    </w:p>
    <w:p>
      <w:r>
        <w:rPr>
          <w:rFonts w:ascii="Courier New" w:hAnsi="Courier New"/>
          <w:color w:val="555555"/>
          <w:sz w:val="20"/>
        </w:rPr>
        <w:t>[22 . 7 . 6]</w:t>
      </w:r>
    </w:p>
    <w:p>
      <w:r>
        <w:rPr>
          <w:rFonts w:ascii="Gentium Plus" w:hAnsi="Gentium Plus"/>
          <w:sz w:val="24"/>
        </w:rPr>
        <w:t>Ὅτι Θοίνωνος τῆς Νήσου κυριεύοντος, καὶ Σω‐ στράτου τῆς Συρακόσης τυραννοῦντος, ἔχοντες στρατιώτας μυρίους διεπολέμουν ἀλλήλοις· ἀμ‐ φότεροι δὲ κάμνοντες ἐν τῷ πολέμῳ διεπρεσβεύοντο</w:t>
      </w:r>
    </w:p>
    <w:p>
      <w:r>
        <w:rPr>
          <w:rFonts w:ascii="Courier New" w:hAnsi="Courier New"/>
          <w:color w:val="555555"/>
          <w:sz w:val="20"/>
        </w:rPr>
        <w:t>[5]</w:t>
      </w:r>
    </w:p>
    <w:p>
      <w:r>
        <w:rPr>
          <w:rFonts w:ascii="Gentium Plus" w:hAnsi="Gentium Plus"/>
          <w:sz w:val="24"/>
        </w:rPr>
        <w:t>πρὸς Πύρρον.</w:t>
      </w:r>
    </w:p>
    <w:p>
      <w:r>
        <w:rPr>
          <w:rFonts w:ascii="Courier New" w:hAnsi="Courier New"/>
          <w:color w:val="555555"/>
          <w:sz w:val="20"/>
        </w:rPr>
        <w:t>[22 . 8 . 1]</w:t>
      </w:r>
    </w:p>
    <w:p>
      <w:r>
        <w:rPr>
          <w:rFonts w:ascii="Gentium Plus" w:hAnsi="Gentium Plus"/>
          <w:sz w:val="24"/>
        </w:rPr>
        <w:t>Ὅτι Πύρρος ἐν Ἰταλίᾳ ἐπολέμησεν ἔτη δύο καὶ μῆνας τέσσαρας. ὅτι τούτου παρασκευαζο‐ μένου πρὸς τὸν ἔκπλουν, τὰς Συρακόσας Καρχη‐ δόνιοι ἐπολιόρκουν καὶ κατὰ γῆν καὶ κατὰ θάλατταν,</w:t>
      </w:r>
    </w:p>
    <w:p>
      <w:r>
        <w:rPr>
          <w:rFonts w:ascii="Courier New" w:hAnsi="Courier New"/>
          <w:color w:val="555555"/>
          <w:sz w:val="20"/>
        </w:rPr>
        <w:t>[5]</w:t>
      </w:r>
    </w:p>
    <w:p>
      <w:r>
        <w:rPr>
          <w:rFonts w:ascii="Gentium Plus" w:hAnsi="Gentium Plus"/>
          <w:sz w:val="24"/>
        </w:rPr>
        <w:t>ἑκατὸν ναυσὶν ἐφορμοῦντες τῷ μεγάλῳ λιμένι· πεζῇ δὲ πέντε μυριάσι πλησίον τῶν τειχῶν στρατεύοντες, τειχήρεις συνεῖχον τοὺς Συρακο‐ σίους, καὶ τὴν χώραν αὐτῶν κατατρέχοντες ἔρημον</w:t>
      </w:r>
    </w:p>
    <w:p>
      <w:r>
        <w:rPr>
          <w:rFonts w:ascii="Courier New" w:hAnsi="Courier New"/>
          <w:color w:val="555555"/>
          <w:sz w:val="20"/>
        </w:rPr>
        <w:t>[22 . 8 . 2]</w:t>
      </w:r>
    </w:p>
    <w:p>
      <w:r>
        <w:rPr>
          <w:rFonts w:ascii="Gentium Plus" w:hAnsi="Gentium Plus"/>
          <w:sz w:val="24"/>
        </w:rPr>
        <w:t>κατεσκεύασαν. διὸ τῷ πολέμῳ κάμνοντες οἱ Συρα‐ κόσιοι τὰς ἐλπίδας εἶχον ἐν τῷ Πύρρῳ διὰ Λάνασ‐ σαν τὴν γυναῖκα, τὴν θυγατέρα Ἀγαθοκλέους,</w:t>
      </w:r>
    </w:p>
    <w:p>
      <w:r>
        <w:rPr>
          <w:rFonts w:ascii="Courier New" w:hAnsi="Courier New"/>
          <w:color w:val="555555"/>
          <w:sz w:val="20"/>
        </w:rPr>
        <w:t>[5]</w:t>
      </w:r>
    </w:p>
    <w:p>
      <w:r>
        <w:rPr>
          <w:rFonts w:ascii="Gentium Plus" w:hAnsi="Gentium Plus"/>
          <w:sz w:val="24"/>
        </w:rPr>
        <w:t>καθ’ ἡμέραν ἄλλους ἐπ’ ἄλλοις πρέσβεις ἔστελλον πρὸς αὐτόν. ἐμβιβάσας δὲ τὸν λαὸν εἰς τὰς ναῦς καὶ τοὺς ἐλέφαντας καὶ τὴν ἄλλην παρασκευήν, ἐξέπλευσεν ἐκ τῆς Τάραντος, καὶ δεκαταῖος εἰς</w:t>
      </w:r>
    </w:p>
    <w:p>
      <w:r>
        <w:rPr>
          <w:rFonts w:ascii="Courier New" w:hAnsi="Courier New"/>
          <w:color w:val="555555"/>
          <w:sz w:val="20"/>
        </w:rPr>
        <w:t>[22 . 8 . 3]</w:t>
      </w:r>
    </w:p>
    <w:p>
      <w:r>
        <w:rPr>
          <w:rFonts w:ascii="Gentium Plus" w:hAnsi="Gentium Plus"/>
          <w:sz w:val="24"/>
        </w:rPr>
        <w:t>Λοκροὺς κατῆρεν. ἐντεῦθεν καταπλεύσας τὸν πορθμὸν καὶ διάρας Σικελίαν, κατῆρεν εἰς τὴν Ταυ‐ ρομένιον. ἐκεῖθεν προσλαβόμενος εἰς συμμαχίαν Τυνδαρίωνα τὸν δυνάστην Ταυρομενίας, καὶ λαβὼν</w:t>
      </w:r>
    </w:p>
    <w:p>
      <w:r>
        <w:rPr>
          <w:rFonts w:ascii="Courier New" w:hAnsi="Courier New"/>
          <w:color w:val="555555"/>
          <w:sz w:val="20"/>
        </w:rPr>
        <w:t>[5]</w:t>
      </w:r>
    </w:p>
    <w:p>
      <w:r>
        <w:rPr>
          <w:rFonts w:ascii="Gentium Plus" w:hAnsi="Gentium Plus"/>
          <w:sz w:val="24"/>
        </w:rPr>
        <w:t>παρ’ αὐτοῦ στρατιώτας, κατέπλευσεν εἰς τὴν Κατά‐ νην. καὶ προσδεχθεὶς ὑπὸ τῶν ἐγχωρίων μεγάλως καὶ χρυσοῖς στεφάνοις στεφθείς, ἀπεβίβασε τὴν πεζὴν δύναμιν. ταύτης δὲ πορευομένης εἰς Συρα‐ κόσας. καὶ ὁ στόλος συμπαρέπλει κεκοσμημένος</w:t>
      </w:r>
    </w:p>
    <w:p>
      <w:r>
        <w:rPr>
          <w:rFonts w:ascii="Courier New" w:hAnsi="Courier New"/>
          <w:color w:val="555555"/>
          <w:sz w:val="20"/>
        </w:rPr>
        <w:t>[10]</w:t>
      </w:r>
    </w:p>
    <w:p>
      <w:r>
        <w:rPr>
          <w:rFonts w:ascii="Gentium Plus" w:hAnsi="Gentium Plus"/>
          <w:sz w:val="24"/>
        </w:rPr>
        <w:t>πρὸς ναυμαχίαν. ὡς δὲ πλησίον ἐγένοντο Συρα‐ κόσης, οἱ μὲν Καρχηδόνιοι προαπεσταλκότες τριάκοντα ναῦς διά τινας χρείας ἀναγκαίας, ταῖς καταλελειμμέναις οὐκ ἐτόλμησαν πολεμῆσαι.</w:t>
      </w:r>
    </w:p>
    <w:p>
      <w:r>
        <w:rPr>
          <w:rFonts w:ascii="Courier New" w:hAnsi="Courier New"/>
          <w:color w:val="555555"/>
          <w:sz w:val="20"/>
        </w:rPr>
        <w:t>[22 . 8 . 4]</w:t>
      </w:r>
    </w:p>
    <w:p>
      <w:r>
        <w:rPr>
          <w:rFonts w:ascii="Gentium Plus" w:hAnsi="Gentium Plus"/>
          <w:sz w:val="24"/>
        </w:rPr>
        <w:t>διόπερ Πύρρος ἀκινδύνως διέπλευσεν εἰς Συρα‐ κόσας, καὶ παρέλαβε τὴν Νῆσον παρὰ Θοί‐ νωνος, τὴν δὲ ἄλλην πόλιν παρὰ Συρακοσίων καὶ Σωσιστράτου. οὗτος δὲ ἐκυρίευσεν Ἀκράγαντος</w:t>
      </w:r>
    </w:p>
    <w:p>
      <w:r>
        <w:rPr>
          <w:rFonts w:ascii="Courier New" w:hAnsi="Courier New"/>
          <w:color w:val="555555"/>
          <w:sz w:val="20"/>
        </w:rPr>
        <w:t>[5]</w:t>
      </w:r>
    </w:p>
    <w:p>
      <w:r>
        <w:rPr>
          <w:rFonts w:ascii="Gentium Plus" w:hAnsi="Gentium Plus"/>
          <w:sz w:val="24"/>
        </w:rPr>
        <w:t>καὶ πολλῶν ἄλλων πόλεων, ἔχων στρατιώτας ὑπὲρ τοὺς μυρίους. καὶ τὸν μὲν Θοίνωνα καὶ Σωσί‐ στρατον καὶ τοὺς Συρακοσίους κατήλλαξε καὶ εἰς ὁμόνοιαν ἤγαγεν, ὡς μεγάλης τευξόμενος ἀπο‐</w:t>
      </w:r>
    </w:p>
    <w:p>
      <w:r>
        <w:rPr>
          <w:rFonts w:ascii="Courier New" w:hAnsi="Courier New"/>
          <w:color w:val="555555"/>
          <w:sz w:val="20"/>
        </w:rPr>
        <w:t>[22 . 8 . 5]</w:t>
      </w:r>
    </w:p>
    <w:p>
      <w:r>
        <w:rPr>
          <w:rFonts w:ascii="Gentium Plus" w:hAnsi="Gentium Plus"/>
          <w:sz w:val="24"/>
        </w:rPr>
        <w:t>δοχῆς διὰ τὴν εἰρήνην. ὁ δὲ βασιλεὺς παραλαβὼν τά τε βέλη καὶ τὰς μηχανὰς καὶ τὰς ἐν τῇ πόλει παρασκευάς· αἱ δὲ ναῦς ἃς παρέλαβεν ἐν ταῖς</w:t>
      </w:r>
    </w:p>
    <w:p>
      <w:r>
        <w:rPr>
          <w:rFonts w:ascii="Courier New" w:hAnsi="Courier New"/>
          <w:color w:val="555555"/>
          <w:sz w:val="20"/>
        </w:rPr>
        <w:t>[5]</w:t>
      </w:r>
    </w:p>
    <w:p>
      <w:r>
        <w:rPr>
          <w:rFonts w:ascii="Gentium Plus" w:hAnsi="Gentium Plus"/>
          <w:sz w:val="24"/>
        </w:rPr>
        <w:t>κτοι εἴκοσι· ἡ μὲν βασιλικὴ ἐννήρης· ὁ δὲ σύμπας στόλος σὺν ταῖς μετ’ αὐτοῦ κομισθείσαις πλείους διακοσίων. ἐν τούτῳ δὲ ὄντος αὐτοῦ, ἧκον πρέσ‐ βεις ἐκ Λεοντίνων ἀπὸ Ἡρακλείδου τοῦ δυνάσ‐ του λέγοντος παραδώσειν τῷ βασιλεῖ τὴν πόλιν καὶ</w:t>
      </w:r>
    </w:p>
    <w:p>
      <w:r>
        <w:rPr>
          <w:rFonts w:ascii="Courier New" w:hAnsi="Courier New"/>
          <w:color w:val="555555"/>
          <w:sz w:val="20"/>
        </w:rPr>
        <w:t>[10]</w:t>
      </w:r>
    </w:p>
    <w:p>
      <w:r>
        <w:rPr>
          <w:rFonts w:ascii="Gentium Plus" w:hAnsi="Gentium Plus"/>
          <w:sz w:val="24"/>
        </w:rPr>
        <w:t>τὰ φρούρια καὶ στρατιώτας πεζοὺς τετρακισχιλίους, ἱππεῖς δὲ πεντακοσίους. ἧκον δὲ καὶ ἕτεροι πλεῖ‐ στοι εἰς Συράκοσαν, λέγοντες τὰς πόλεις παρα‐ δώσειν καὶ συνεργήσειν τῷ Πύρρῳ. ὁ δὲ πάντας φιλανθρώπως ἀποδεξάμενος ἀπέλυσεν εἰς τὰς ἰδίας</w:t>
      </w:r>
    </w:p>
    <w:p>
      <w:r>
        <w:rPr>
          <w:rFonts w:ascii="Courier New" w:hAnsi="Courier New"/>
          <w:color w:val="555555"/>
          <w:sz w:val="20"/>
        </w:rPr>
        <w:t>[15]</w:t>
      </w:r>
    </w:p>
    <w:p>
      <w:r>
        <w:rPr>
          <w:rFonts w:ascii="Gentium Plus" w:hAnsi="Gentium Plus"/>
          <w:sz w:val="24"/>
        </w:rPr>
        <w:t>πατρίδας, ἐλπίζων καὶ Λιβύης τυχεῖν.</w:t>
      </w:r>
    </w:p>
    <w:p>
      <w:r>
        <w:rPr>
          <w:rFonts w:ascii="Courier New" w:hAnsi="Courier New"/>
          <w:color w:val="555555"/>
          <w:sz w:val="20"/>
        </w:rPr>
        <w:t>[22 . 8 . 6]</w:t>
      </w:r>
    </w:p>
    <w:p>
      <w:r>
        <w:rPr>
          <w:rFonts w:ascii="Gentium Plus" w:hAnsi="Gentium Plus"/>
          <w:sz w:val="24"/>
        </w:rPr>
        <w:t>Ὅτι ὁ λιμὴν ὁ Κορινθιακὸς Λέχαιον καλεῖται.</w:t>
      </w:r>
    </w:p>
    <w:p>
      <w:r>
        <w:rPr>
          <w:rFonts w:ascii="Courier New" w:hAnsi="Courier New"/>
          <w:color w:val="555555"/>
          <w:sz w:val="20"/>
        </w:rPr>
        <w:t>[22 . 9 . 1]</w:t>
      </w:r>
    </w:p>
    <w:p>
      <w:r>
        <w:rPr>
          <w:rFonts w:ascii="Gentium Plus" w:hAnsi="Gentium Plus"/>
          <w:sz w:val="24"/>
        </w:rPr>
        <w:t>Ὅτι Βρέννος ὁ βασιλεὺς Γαλατῶν μετὰ πεντε‐ καίδεκα μυριάδων θυρεοφόρων καὶ ἱππέων μυρίων καὶ ἑτέρου ἀγοραίου ὄχλου καὶ ἐμπόρων πλείστων καὶ ἁμαξῶν δισχιλίων εἰς Μακεδονίαν ἐλθὼν πόλε‐</w:t>
      </w:r>
    </w:p>
    <w:p>
      <w:r>
        <w:rPr>
          <w:rFonts w:ascii="Courier New" w:hAnsi="Courier New"/>
          <w:color w:val="555555"/>
          <w:sz w:val="20"/>
        </w:rPr>
        <w:t>[5]</w:t>
      </w:r>
    </w:p>
    <w:p>
      <w:r>
        <w:rPr>
          <w:rFonts w:ascii="Gentium Plus" w:hAnsi="Gentium Plus"/>
          <w:sz w:val="24"/>
        </w:rPr>
        <w:t>μον ἐποίησεν, ἐν ᾧ πολλοὺς στρατιώτας ἀποβαλών, ὡς μὴ ἰσχύσας ... ὕστερον εἰς τὴν Ἑλλάδα ἐλθὼν καὶ εἰς τὸ ἐν Δελφοῖς μαντεῖον, θέλων ἀπο‐ συλῆσαι αὐτό. καὶ πολλοῦ πολέμου γεγονότος, μυριάδας ἐκεῖσε στρατιωτῶν ἀποβαλὼν ἐπλήγη</w:t>
      </w:r>
    </w:p>
    <w:p>
      <w:r>
        <w:rPr>
          <w:rFonts w:ascii="Courier New" w:hAnsi="Courier New"/>
          <w:color w:val="555555"/>
          <w:sz w:val="20"/>
        </w:rPr>
        <w:t>[22 . 9 . 2]</w:t>
      </w:r>
    </w:p>
    <w:p>
      <w:r>
        <w:rPr>
          <w:rFonts w:ascii="Gentium Plus" w:hAnsi="Gentium Plus"/>
          <w:sz w:val="24"/>
        </w:rPr>
        <w:t>καὶ αὐτὸς Βρέννος τρισὶ πληγαῖς. βαρυνόμενος δὲ καὶ πρὸς θάνατον, συναγαγὼν τὸν λαὸν αὐτοῦ,</w:t>
      </w:r>
    </w:p>
    <w:p>
      <w:r>
        <w:rPr>
          <w:rFonts w:ascii="Courier New" w:hAnsi="Courier New"/>
          <w:color w:val="555555"/>
          <w:sz w:val="20"/>
        </w:rPr>
        <w:t>[5]</w:t>
      </w:r>
    </w:p>
    <w:p>
      <w:r>
        <w:rPr>
          <w:rFonts w:ascii="Gentium Plus" w:hAnsi="Gentium Plus"/>
          <w:sz w:val="24"/>
        </w:rPr>
        <w:t>καὶ τὰς ἁμάξας καύσαντας εὐζώνους εἰς τὰ οἰκεῖα ἐπανελθεῖν· βασιλέα δὲ καταστῆσαι Κιχώριον. Βρέννος δὲ ἄκρατον πολὺν ἐμφορησάμενος ἑαυτὸν</w:t>
      </w:r>
    </w:p>
    <w:p>
      <w:r>
        <w:rPr>
          <w:rFonts w:ascii="Courier New" w:hAnsi="Courier New"/>
          <w:color w:val="555555"/>
          <w:sz w:val="20"/>
        </w:rPr>
        <w:t>[22 . 9 . 3]</w:t>
      </w:r>
    </w:p>
    <w:p>
      <w:r>
        <w:rPr>
          <w:rFonts w:ascii="Gentium Plus" w:hAnsi="Gentium Plus"/>
          <w:sz w:val="24"/>
        </w:rPr>
        <w:t>ἀπέσφαξε. Κιχώριος δὲ τοῦτον θάψας, τοὺς τραυ‐ ματίας καὶ τοὺς ἀπὸ χειμῶνος καὶ πείνης ταλαι‐ πωρήσαντας ἀνεῖλεν, ὄντας περὶ δισμυρίους· καὶ οὕτως τοῖς λοιποῖς διὰ τῆς αὐτῆς ὁδοῦ πρὸς οἶκον</w:t>
      </w:r>
    </w:p>
    <w:p>
      <w:r>
        <w:rPr>
          <w:rFonts w:ascii="Courier New" w:hAnsi="Courier New"/>
          <w:color w:val="555555"/>
          <w:sz w:val="20"/>
        </w:rPr>
        <w:t>[5]</w:t>
      </w:r>
    </w:p>
    <w:p>
      <w:r>
        <w:rPr>
          <w:rFonts w:ascii="Gentium Plus" w:hAnsi="Gentium Plus"/>
          <w:sz w:val="24"/>
        </w:rPr>
        <w:t>τὴν πορείαν ἐποιεῖτο. κατὰ δὲ τὰς δυσχωρίας οἱ Ἕλληνες ἐπιτιθέμενοι τὰς οὐραγίας ἀπέκοπτον καὶ τὴν ἀποσκευὴν ἦραν ἅπασαν· πορευόμενοι δὲ πρὸς Θερμοπύλας, καὶ σπανιζούσης αὐτοῦ τροφῆς, ἀπέ‐ λιπον ἄλλους δισμυρίους. διὰ δὲ τῶν Δαρδάνων</w:t>
      </w:r>
    </w:p>
    <w:p>
      <w:r>
        <w:rPr>
          <w:rFonts w:ascii="Courier New" w:hAnsi="Courier New"/>
          <w:color w:val="555555"/>
          <w:sz w:val="20"/>
        </w:rPr>
        <w:t>[10]</w:t>
      </w:r>
    </w:p>
    <w:p>
      <w:r>
        <w:rPr>
          <w:rFonts w:ascii="Gentium Plus" w:hAnsi="Gentium Plus"/>
          <w:sz w:val="24"/>
        </w:rPr>
        <w:t>διερχόμενοι ἅπαντες διεφθάρησαν, καὶ οὐδεὶς ὑπε‐ λείφθη ἀπελθεῖν οἶκον. (Exc. Hoesch. pp. 495—497 W.)</w:t>
      </w:r>
    </w:p>
    <w:p>
      <w:r>
        <w:rPr>
          <w:rFonts w:ascii="Courier New" w:hAnsi="Courier New"/>
          <w:color w:val="555555"/>
          <w:sz w:val="20"/>
        </w:rPr>
        <w:t>[22 . 9 . 4]</w:t>
      </w:r>
    </w:p>
    <w:p>
      <w:r>
        <w:rPr>
          <w:rFonts w:ascii="Gentium Plus" w:hAnsi="Gentium Plus"/>
          <w:sz w:val="24"/>
        </w:rPr>
        <w:t>Ὅτι Βρέννος ὁ τῶν Γαλατῶν βασιλεὺς εἰς ναὸν ἐλθὼν ἀργυροῦν μὲν ἢ χρυσοῦν οὐδὲν εὗρεν ἀνάθημα, ἀγάλματα δὲ μόνον λίθινα καὶ ξύλινα καταλαβὼν κατεγέλασεν ὅτι θεοὺς ἀνθρωπομόρφους</w:t>
      </w:r>
    </w:p>
    <w:p>
      <w:r>
        <w:rPr>
          <w:rFonts w:ascii="Courier New" w:hAnsi="Courier New"/>
          <w:color w:val="555555"/>
          <w:sz w:val="20"/>
        </w:rPr>
        <w:t>[5]</w:t>
      </w:r>
    </w:p>
    <w:p>
      <w:r>
        <w:rPr>
          <w:rFonts w:ascii="Gentium Plus" w:hAnsi="Gentium Plus"/>
          <w:sz w:val="24"/>
        </w:rPr>
        <w:t>εἶναι δοκοῦντες ἵστασαν αὐτοὺς ξυλίνους τε καὶ λιθίνους.</w:t>
      </w:r>
    </w:p>
    <w:p>
      <w:r>
        <w:rPr>
          <w:rFonts w:ascii="Courier New" w:hAnsi="Courier New"/>
          <w:color w:val="555555"/>
          <w:sz w:val="20"/>
        </w:rPr>
        <w:t>[22 . 9 . 5]</w:t>
      </w:r>
    </w:p>
    <w:p>
      <w:r>
        <w:rPr>
          <w:rFonts w:ascii="Gentium Plus" w:hAnsi="Gentium Plus"/>
          <w:sz w:val="24"/>
        </w:rPr>
        <w:t>Ὅτι οἱ ἐν Δελφοῖς ὄντες κατὰ τὴν τῶν Γαλατῶν ἔφοδον θεωροῦντες πλησίον ὄντα τὸν κίνδυνον ἐπη‐ ρώτησαν τὸν θεὸν εἰ τὰ χρήματα καὶ τὰ τέκνα καὶ τὰς γυναῖκας ἀποκομίσωσιν ἐκ τοῦ μαντείου πρὸς</w:t>
      </w:r>
    </w:p>
    <w:p>
      <w:r>
        <w:rPr>
          <w:rFonts w:ascii="Courier New" w:hAnsi="Courier New"/>
          <w:color w:val="555555"/>
          <w:sz w:val="20"/>
        </w:rPr>
        <w:t>[5]</w:t>
      </w:r>
    </w:p>
    <w:p>
      <w:r>
        <w:rPr>
          <w:rFonts w:ascii="Gentium Plus" w:hAnsi="Gentium Plus"/>
          <w:sz w:val="24"/>
        </w:rPr>
        <w:t>τὰς ὀχυρωτάτας τῶν πλησίον πόλεων. ἡ δὲ Πυθία τοῖς Δελφοῖς ἀπόκρισιν ἔδωκεν προστάττειν τὸν θεὸν ἐᾶν τὰ ἀναθήματα καὶ τἄλλα τὰ πρὸς τὸν</w:t>
      </w:r>
    </w:p>
    <w:p>
      <w:r>
        <w:rPr>
          <w:rFonts w:ascii="Courier New" w:hAnsi="Courier New"/>
          <w:color w:val="555555"/>
          <w:sz w:val="20"/>
        </w:rPr>
        <w:t>[10]</w:t>
      </w:r>
    </w:p>
    <w:p>
      <w:r>
        <w:rPr>
          <w:rFonts w:ascii="Gentium Plus" w:hAnsi="Gentium Plus"/>
          <w:sz w:val="24"/>
        </w:rPr>
        <w:t>αὐτοῦ τὰς λευκὰς κόρας. ὄντων δὲ ἐν τῷ τεμένει δυεῖν νεῶν παντελῶς ἀρχαίων Ἀθηνᾶς Προναίας καὶ Ἀρτέμιδος, ταύτας τὰς θεοὺς ὑπέλαβον εἶναι τὰς διὰ τοῦ χρησμοῦ προσαγορευομένας λευκὰς κόρας. (Const. Exc. 4, p. 347.)</w:t>
      </w:r>
    </w:p>
    <w:p>
      <w:r>
        <w:rPr>
          <w:rFonts w:ascii="Courier New" w:hAnsi="Courier New"/>
          <w:color w:val="555555"/>
          <w:sz w:val="20"/>
        </w:rPr>
        <w:t>[22 . 10 . 1]</w:t>
      </w:r>
    </w:p>
    <w:p>
      <w:r>
        <w:rPr>
          <w:rFonts w:ascii="Gentium Plus" w:hAnsi="Gentium Plus"/>
          <w:sz w:val="24"/>
        </w:rPr>
        <w:t>Ὁ Πύρρος τὰ κατὰ Συρακόσας καὶ Λεον‐ τίνους καταστησάμενος μετὰ δυνάμεως ἐπὶ τὴν Ἀκράγαντα προῆλθεν. ὄντος δὲ αὐτοῦ περὶ τὴν ὁδοιπορίαν, ἧκον Ἐνναῖοι λέγοντες τὴν φρουρὰν</w:t>
      </w:r>
    </w:p>
    <w:p>
      <w:r>
        <w:rPr>
          <w:rFonts w:ascii="Courier New" w:hAnsi="Courier New"/>
          <w:color w:val="555555"/>
          <w:sz w:val="20"/>
        </w:rPr>
        <w:t>[5]</w:t>
      </w:r>
    </w:p>
    <w:p>
      <w:r>
        <w:rPr>
          <w:rFonts w:ascii="Gentium Plus" w:hAnsi="Gentium Plus"/>
          <w:sz w:val="24"/>
        </w:rPr>
        <w:t>τὴν Καρχηδονίων ἐκβεβληκέναι, ἣν εἶχον ὅπως μὴ Φιντίας δυναστεύσῃ αὐτῶν, λέγοντες τὴν πόλιν παραδώσειν καὶ συμμάχους γενέσθαι. αὐτοῦ δὲ ἀναλαβόντος τὴν στρατιάν ... εἰς Ἀκράγαντα παραγενόμενος τὴν μὲν πόλιν ἔλαβε παρὰ Σωσι‐</w:t>
      </w:r>
    </w:p>
    <w:p>
      <w:r>
        <w:rPr>
          <w:rFonts w:ascii="Courier New" w:hAnsi="Courier New"/>
          <w:color w:val="555555"/>
          <w:sz w:val="20"/>
        </w:rPr>
        <w:t>[10]</w:t>
      </w:r>
    </w:p>
    <w:p>
      <w:r>
        <w:rPr>
          <w:rFonts w:ascii="Gentium Plus" w:hAnsi="Gentium Plus"/>
          <w:sz w:val="24"/>
        </w:rPr>
        <w:t>στράτου καὶ τοὺς στρατιώτας, πεζοὺς μὲν ὀκτα‐ κισχιλίους, ἱππεῖς δὲ ὀκτακοσίους, πάντας δὲ ἐπιλέκτους, οὐδὲν ἀπολειπομένους τῶν Ἠπειρω‐ τῶν· παρέλαβε δὲ καὶ τριάκοντα πόλεις ὧν ἦρχε</w:t>
      </w:r>
    </w:p>
    <w:p>
      <w:r>
        <w:rPr>
          <w:rFonts w:ascii="Courier New" w:hAnsi="Courier New"/>
          <w:color w:val="555555"/>
          <w:sz w:val="20"/>
        </w:rPr>
        <w:t>[22 . 10 . 2]</w:t>
      </w:r>
    </w:p>
    <w:p>
      <w:r>
        <w:rPr>
          <w:rFonts w:ascii="Gentium Plus" w:hAnsi="Gentium Plus"/>
          <w:sz w:val="24"/>
        </w:rPr>
        <w:t>Σωσίστρατος. μετὰ δὲ ταῦτα ἀποστείλας ἐς Συ‐ ρακόσας ἤγαγεν ὄργανα πολιορκητικὰ καὶ βελῶν πλῆθος. ἐστράτευσεν ἐπὶ τὴν τῶν Καρχηδονίων ἐπικράτειαν, ἔχων πεζοὺς τρισμυρίους, ἱππεῖς δὲ</w:t>
      </w:r>
    </w:p>
    <w:p>
      <w:r>
        <w:rPr>
          <w:rFonts w:ascii="Courier New" w:hAnsi="Courier New"/>
          <w:color w:val="555555"/>
          <w:sz w:val="20"/>
        </w:rPr>
        <w:t>[5]</w:t>
      </w:r>
    </w:p>
    <w:p>
      <w:r>
        <w:rPr>
          <w:rFonts w:ascii="Gentium Plus" w:hAnsi="Gentium Plus"/>
          <w:sz w:val="24"/>
        </w:rPr>
        <w:t>χιλίους πεντακοσίους καὶ ἐλέφαντας. καὶ πρώτην πόλιν Ἡράκλειαν ὑπηγάγετο φρουρουμένην ὑπὸ Καρχηδονίων· μετὰ δὲ ταῦτα Ἀζῶνας παρέλαβεν.</w:t>
      </w:r>
    </w:p>
    <w:p>
      <w:r>
        <w:rPr>
          <w:rFonts w:ascii="Courier New" w:hAnsi="Courier New"/>
          <w:color w:val="555555"/>
          <w:sz w:val="20"/>
        </w:rPr>
        <w:t>[22 . 10 . 3]</w:t>
      </w:r>
    </w:p>
    <w:p>
      <w:r>
        <w:rPr>
          <w:rFonts w:ascii="Gentium Plus" w:hAnsi="Gentium Plus"/>
          <w:sz w:val="24"/>
        </w:rPr>
        <w:t>πόλεις. Ἐρυκίνης δὲ ἐχούσης φρουρὰν ἀξιόλογον Καρχηδονίων καὶ φύσιν ἐχούσης ὀχυρὰν καὶ δυσ‐ πολιόρκητον, ἔκρινεν ὁ Πύρρος βίᾳ ταύτην ἐξελεῖν διὰ πολιορκίας. διὸ καὶ τοῖς τείχεσι προσαγαγὼν</w:t>
      </w:r>
    </w:p>
    <w:p>
      <w:r>
        <w:rPr>
          <w:rFonts w:ascii="Courier New" w:hAnsi="Courier New"/>
          <w:color w:val="555555"/>
          <w:sz w:val="20"/>
        </w:rPr>
        <w:t>[5]</w:t>
      </w:r>
    </w:p>
    <w:p>
      <w:r>
        <w:rPr>
          <w:rFonts w:ascii="Gentium Plus" w:hAnsi="Gentium Plus"/>
          <w:sz w:val="24"/>
        </w:rPr>
        <w:t>μηχανάς, καὶ πολιορκίας μεγάλης γενομένης καὶ ἰσχυρᾶς ἐπὶ πολὺν χρόνον, βουλόμενος φιλοδοξῆσαι ὁ βασιλεὺς καὶ πρὸς τὴν Ἡρακλέους τάξιν ἁμιλ‐ λώμενος, πρῶτος τοῖς τείχεσιν ἐπέβαλε καὶ μάχην ἡρωικὴν συστησάμενος τοὺς ἐπιρράξαντας Καρχη‐</w:t>
      </w:r>
    </w:p>
    <w:p>
      <w:r>
        <w:rPr>
          <w:rFonts w:ascii="Courier New" w:hAnsi="Courier New"/>
          <w:color w:val="555555"/>
          <w:sz w:val="20"/>
        </w:rPr>
        <w:t>[10]</w:t>
      </w:r>
    </w:p>
    <w:p>
      <w:r>
        <w:rPr>
          <w:rFonts w:ascii="Gentium Plus" w:hAnsi="Gentium Plus"/>
          <w:sz w:val="24"/>
        </w:rPr>
        <w:t>δονίους ἀπέκτεινε· συνεπιλαβομένων δὲ καὶ τῶν ἄλλων φίλων, κατὰ κράτος εἷλε τὴν πόλιν.</w:t>
      </w:r>
    </w:p>
    <w:p>
      <w:r>
        <w:rPr>
          <w:rFonts w:ascii="Courier New" w:hAnsi="Courier New"/>
          <w:color w:val="555555"/>
          <w:sz w:val="20"/>
        </w:rPr>
        <w:t>[22 . 10 . 4]</w:t>
      </w:r>
    </w:p>
    <w:p>
      <w:r>
        <w:rPr>
          <w:rFonts w:ascii="Gentium Plus" w:hAnsi="Gentium Plus"/>
          <w:sz w:val="24"/>
        </w:rPr>
        <w:t>φρουρὰν δὲ καταστήσας ἐν αὐτῇ, ἀπῆρε πρὸς τὴν Ἰαιτίνων πόλιν, ὀχυρότητι διαφέρουσαν καὶ κατὰ τοῦ Πανόρμου καλῶς κειμένην. τῶν δὲ Ἰαιτίνων ἑκουσίως προσχωρησάντων, εὐθὺς ἧκεν ἐπὶ τῶν</w:t>
      </w:r>
    </w:p>
    <w:p>
      <w:r>
        <w:rPr>
          <w:rFonts w:ascii="Courier New" w:hAnsi="Courier New"/>
          <w:color w:val="555555"/>
          <w:sz w:val="20"/>
        </w:rPr>
        <w:t>[5]</w:t>
      </w:r>
    </w:p>
    <w:p>
      <w:r>
        <w:rPr>
          <w:rFonts w:ascii="Gentium Plus" w:hAnsi="Gentium Plus"/>
          <w:sz w:val="24"/>
        </w:rPr>
        <w:t>Πανορμιτῶν πόλιν, ἔχουσαν λιμένα κάλλιστον τῶν κατὰ Σικελίαν, ἀφ’ οὗ καὶ τὴν πόλιν συμβέβηκε τετευχέναι ταύτης τῆς προσηγορίας. εἷλε δὲ καὶ ταύτην κατὰ κράτος· καὶ τῶν Ἑρκτῶν κατασχὼν τὸ ὀχύρωμα, πάσης τῆς Καρχηδόνος ἐπεκράτησε</w:t>
      </w:r>
    </w:p>
    <w:p>
      <w:r>
        <w:rPr>
          <w:rFonts w:ascii="Courier New" w:hAnsi="Courier New"/>
          <w:color w:val="555555"/>
          <w:sz w:val="20"/>
        </w:rPr>
        <w:t>[10]</w:t>
      </w:r>
    </w:p>
    <w:p>
      <w:r>
        <w:rPr>
          <w:rFonts w:ascii="Gentium Plus" w:hAnsi="Gentium Plus"/>
          <w:sz w:val="24"/>
        </w:rPr>
        <w:t>δυνάμεως καὶ κύριος ἐγένετο πλὴν τοῦ Λιλυβαί‐ ου· αὕτη γὰρ ἡ πόλις ὑπὸ Καρχηδονίων ἐκτίσθη</w:t>
      </w:r>
    </w:p>
    <w:p>
      <w:r>
        <w:rPr>
          <w:rFonts w:ascii="Courier New" w:hAnsi="Courier New"/>
          <w:color w:val="555555"/>
          <w:sz w:val="20"/>
        </w:rPr>
        <w:t>[22 . 10 . 5]</w:t>
      </w:r>
    </w:p>
    <w:p>
      <w:r>
        <w:rPr>
          <w:rFonts w:ascii="Gentium Plus" w:hAnsi="Gentium Plus"/>
          <w:sz w:val="24"/>
        </w:rPr>
        <w:t>βαιον. τοῦ δὲ Πύρρου περὶ τὴν πολιορκίαν ταύτης παρασκευαζομένου, διεβίβασαν ἐκ τῆς Λιβύης οἱ Καρχηδόνιοι δύναμιν ἀξιόλογον εἰς τὸ Λιλύβαιον· πολὺν δὲ σῖτον ἐκόμισαν θαλασσοκρατοῦντες, μη‐</w:t>
      </w:r>
    </w:p>
    <w:p>
      <w:r>
        <w:rPr>
          <w:rFonts w:ascii="Courier New" w:hAnsi="Courier New"/>
          <w:color w:val="555555"/>
          <w:sz w:val="20"/>
        </w:rPr>
        <w:t>[5]</w:t>
      </w:r>
    </w:p>
    <w:p>
      <w:r>
        <w:rPr>
          <w:rFonts w:ascii="Gentium Plus" w:hAnsi="Gentium Plus"/>
          <w:sz w:val="24"/>
        </w:rPr>
        <w:t>χανὰς δὲ καὶ βέλη πλῆθος ἄπιστον. οὔσης δὲ τῆς πόλεως τὸ πλεῖστον μέρος ἐν θαλάσσῃ, τὰς ἀπὸ τῆς γῆς προσόδους ἐτείχισαν καὶ πύργους πυκνοὺς ἐποίησαν, καὶ τάφρον ὀρύξαντες μέγαν, διεπρεσβεύ‐ σαντο πρὸς τὸν βασιλέα ὑπὲρ διαλύσεως καὶ</w:t>
      </w:r>
    </w:p>
    <w:p>
      <w:r>
        <w:rPr>
          <w:rFonts w:ascii="Courier New" w:hAnsi="Courier New"/>
          <w:color w:val="555555"/>
          <w:sz w:val="20"/>
        </w:rPr>
        <w:t>[10]</w:t>
      </w:r>
    </w:p>
    <w:p>
      <w:r>
        <w:rPr>
          <w:rFonts w:ascii="Gentium Plus" w:hAnsi="Gentium Plus"/>
          <w:sz w:val="24"/>
        </w:rPr>
        <w:t>εἰρήνης ... συνθέσθαι καὶ χρημάτων πλῆθος</w:t>
      </w:r>
    </w:p>
    <w:p>
      <w:r>
        <w:rPr>
          <w:rFonts w:ascii="Courier New" w:hAnsi="Courier New"/>
          <w:color w:val="555555"/>
          <w:sz w:val="20"/>
        </w:rPr>
        <w:t>[22 . 10 . 6]</w:t>
      </w:r>
    </w:p>
    <w:p>
      <w:r>
        <w:rPr>
          <w:rFonts w:ascii="Gentium Plus" w:hAnsi="Gentium Plus"/>
          <w:sz w:val="24"/>
        </w:rPr>
        <w:t>δοῦναι. τοῦ βασιλέως χρήματα λαβεῖν μὴ προσ‐ δεχομένου, πεισθέντος δὲ τὸ Λιλύβαιον συγχω‐ ρῆσαι τοῖς Καρχηδονίοις, οἱ μετέχοντες τοῦ συνεδρίου φίλοι καὶ οἱ ἀπὸ τῶν πόλεων ἀπο‐</w:t>
      </w:r>
    </w:p>
    <w:p>
      <w:r>
        <w:rPr>
          <w:rFonts w:ascii="Courier New" w:hAnsi="Courier New"/>
          <w:color w:val="555555"/>
          <w:sz w:val="20"/>
        </w:rPr>
        <w:t>[5]</w:t>
      </w:r>
    </w:p>
    <w:p>
      <w:r>
        <w:rPr>
          <w:rFonts w:ascii="Gentium Plus" w:hAnsi="Gentium Plus"/>
          <w:sz w:val="24"/>
        </w:rPr>
        <w:t>καλοῦντες ἐκέλευον μηδενὶ τρόπῳ συγχωρεῖν τοῖς βαρβάροις ἐπιβάθραν ἔχειν κατὰ τῆς Σικελίας, ἀλλ’ ἐξ ἁπάσης αὐτῆς ἐξελάσαι τοὺς Φοίνικας καὶ διορίσαι τῷ πελάγει τὴν ἐπαρχίαν. εὐθὺς ὁ βασιλεὺς πλησίον τῶν τειχῶν καταστρατοπεδεύσας, τὸ μὲν</w:t>
      </w:r>
    </w:p>
    <w:p>
      <w:r>
        <w:rPr>
          <w:rFonts w:ascii="Courier New" w:hAnsi="Courier New"/>
          <w:color w:val="555555"/>
          <w:sz w:val="20"/>
        </w:rPr>
        <w:t>[10]</w:t>
      </w:r>
    </w:p>
    <w:p>
      <w:r>
        <w:rPr>
          <w:rFonts w:ascii="Gentium Plus" w:hAnsi="Gentium Plus"/>
          <w:sz w:val="24"/>
        </w:rPr>
        <w:t>πρῶτον συνεχεῖς τοῖς τείχεσιν ἐποιεῖτο προσβολὰς ἐκ διαδοχῆς· ἠμύναντο δὲ οἱ Καρχηδόνιοι διὰ τὸ πλῆθος τῶν ἀγωνιζομένων καὶ τὸ μέγεθος τῆς</w:t>
      </w:r>
    </w:p>
    <w:p>
      <w:r>
        <w:rPr>
          <w:rFonts w:ascii="Courier New" w:hAnsi="Courier New"/>
          <w:color w:val="555555"/>
          <w:sz w:val="20"/>
        </w:rPr>
        <w:t>[22 . 10 . 7]</w:t>
      </w:r>
    </w:p>
    <w:p>
      <w:r>
        <w:rPr>
          <w:rFonts w:ascii="Gentium Plus" w:hAnsi="Gentium Plus"/>
          <w:sz w:val="24"/>
        </w:rPr>
        <w:t>παρασκευῆς. τοσοῦτον γὰρ πλῆθος καταπελτῶν ὀξυβελῶν τε καὶ πετροβόλων ἤθροιστο παρὰ Καρχη‐ δονίων ὥστε τὸ τεῖχος μὴ χωρεῖν τὸ πλῆθος τῆς</w:t>
      </w:r>
    </w:p>
    <w:p>
      <w:r>
        <w:rPr>
          <w:rFonts w:ascii="Courier New" w:hAnsi="Courier New"/>
          <w:color w:val="555555"/>
          <w:sz w:val="20"/>
        </w:rPr>
        <w:t>[5]</w:t>
      </w:r>
    </w:p>
    <w:p>
      <w:r>
        <w:rPr>
          <w:rFonts w:ascii="Gentium Plus" w:hAnsi="Gentium Plus"/>
          <w:sz w:val="24"/>
        </w:rPr>
        <w:t>νων ἐπὶ τοὺς πολιορκοῦντας, πολλῶν πιπτόντων, πολλῶν δὲ τραυματιζομένων, ἠλαττοῦτο Πύρρος. ἐπεβάλετο κρείττονας μηχανὰς ὁ βασιλεὺς κατα‐ σκευάζειν τῶν ἐκ Συρακούσης ἐνεχθεισῶν αὐ‐ τῷ, καὶ διὰ τῆς μεταλλείας ἐπεβάλετο τὰ τείχη</w:t>
      </w:r>
    </w:p>
    <w:p>
      <w:r>
        <w:rPr>
          <w:rFonts w:ascii="Courier New" w:hAnsi="Courier New"/>
          <w:color w:val="555555"/>
          <w:sz w:val="20"/>
        </w:rPr>
        <w:t>[10]</w:t>
      </w:r>
    </w:p>
    <w:p>
      <w:r>
        <w:rPr>
          <w:rFonts w:ascii="Gentium Plus" w:hAnsi="Gentium Plus"/>
          <w:sz w:val="24"/>
        </w:rPr>
        <w:t>σαλεῦσαι. τῶν δὲ Καρχηδονίων ἀντιμαχομένων διὰ τὸ πετρώδη εἶναι τὸν τόπον, δύο μῆνας πο‐ λιορκήσας καὶ ἀπογνοὺς τὴν ἐκ τῆς βίας ἅλωσιν, ἔλυσε τὴν πολιορκίαν. κρίνας οὖν στόλον μέγαν κατασκευάζειν, καὶ διὰ τούτου θαλασσοκρατή‐</w:t>
      </w:r>
    </w:p>
    <w:p>
      <w:r>
        <w:rPr>
          <w:rFonts w:ascii="Courier New" w:hAnsi="Courier New"/>
          <w:color w:val="555555"/>
          <w:sz w:val="20"/>
        </w:rPr>
        <w:t>[15]</w:t>
      </w:r>
    </w:p>
    <w:p>
      <w:r>
        <w:rPr>
          <w:rFonts w:ascii="Gentium Plus" w:hAnsi="Gentium Plus"/>
          <w:sz w:val="24"/>
        </w:rPr>
        <w:t>σας δυνάμεις πρὸς Λιβύην διαβιβάζειν, ἔτρεπε τὴν ὁρμήν. (Exc. Hoesch. pp. 497—497 W.)</w:t>
      </w:r>
    </w:p>
    <w:p>
      <w:r>
        <w:rPr>
          <w:rFonts w:ascii="Courier New" w:hAnsi="Courier New"/>
          <w:color w:val="555555"/>
          <w:sz w:val="20"/>
        </w:rPr>
        <w:t>[22 . 11 . 1]</w:t>
      </w:r>
    </w:p>
    <w:p>
      <w:r>
        <w:rPr>
          <w:rFonts w:ascii="Gentium Plus" w:hAnsi="Gentium Plus"/>
          <w:sz w:val="24"/>
        </w:rPr>
        <w:t>Ὅτι Πύρρος προτερήσας περιβοήτῳ νίκῃ τοὺς τῶν Γαλατῶν θυρεοὺς ἀνέθηκεν εἰς τὸ ἱερὸν τῆς Ἰτωνίδος Ἀθηνᾶς καὶ τῶν ἄλλων λαφύρων τὰ πολυτελέστατα, τὴν ἐπιγραφὴν τήνδε ποιησάμενος,</w:t>
      </w:r>
    </w:p>
    <w:p>
      <w:r>
        <w:rPr>
          <w:rFonts w:ascii="Courier New" w:hAnsi="Courier New"/>
          <w:color w:val="555555"/>
          <w:sz w:val="20"/>
        </w:rPr>
        <w:t>[5]</w:t>
      </w:r>
    </w:p>
    <w:p>
      <w:r>
        <w:rPr>
          <w:rFonts w:ascii="Gentium Plus" w:hAnsi="Gentium Plus"/>
          <w:sz w:val="24"/>
        </w:rPr>
        <w:t>Τοὺς θυρεοὺς ὁ Μολοττὸς Ἰτωνίδι δῶρον Ἀθηνᾷ Πύρρος ἀπὸ θρασέων ἐκρέμασεν Γαλατῶν πάντα τὸν Ἀντιγόνου καθελὼν στρατόν. οὐ μέγα</w:t>
      </w:r>
    </w:p>
    <w:p>
      <w:r>
        <w:rPr>
          <w:rFonts w:ascii="Courier New" w:hAnsi="Courier New"/>
          <w:color w:val="555555"/>
          <w:sz w:val="20"/>
        </w:rPr>
        <w:t>[7]</w:t>
      </w:r>
    </w:p>
    <w:p>
      <w:r>
        <w:rPr>
          <w:rFonts w:ascii="Gentium Plus" w:hAnsi="Gentium Plus"/>
          <w:sz w:val="24"/>
        </w:rPr>
        <w:t>θαῦμα· αἰχματαὶ καὶ νῦν καὶ πάρος Αἰακίδαι.</w:t>
      </w:r>
    </w:p>
    <w:p>
      <w:r>
        <w:rPr>
          <w:rFonts w:ascii="Courier New" w:hAnsi="Courier New"/>
          <w:color w:val="555555"/>
          <w:sz w:val="20"/>
        </w:rPr>
        <w:t>[22 . 11 . 2]</w:t>
      </w:r>
    </w:p>
    <w:p>
      <w:r>
        <w:rPr>
          <w:rFonts w:ascii="Gentium Plus" w:hAnsi="Gentium Plus"/>
          <w:sz w:val="24"/>
        </w:rPr>
        <w:t>Συνειδότες οὖν ἑαυτοῖς ἠσεβηκόσι τηλικαῦτα προσεδόκων εἰκότως τεύξεσθαι τῆς ἁρμοζούσης</w:t>
      </w:r>
    </w:p>
    <w:p>
      <w:r>
        <w:rPr>
          <w:rFonts w:ascii="Courier New" w:hAnsi="Courier New"/>
          <w:color w:val="555555"/>
          <w:sz w:val="20"/>
        </w:rPr>
        <w:t>[22 . 12 . 1]</w:t>
      </w:r>
    </w:p>
    <w:p>
      <w:r>
        <w:rPr>
          <w:rFonts w:ascii="Gentium Plus" w:hAnsi="Gentium Plus"/>
          <w:sz w:val="24"/>
        </w:rPr>
        <w:t>Ὅτι τὰς Αἰγέας διαρπάσας ὁ Πύρρος, ἥτις ἦν ἑστία τῆς Μακεδονικῆς βασιλείας, τοὺς Γαλάτας ἐκεῖσε κατέλιπεν. οἱ δὲ πυθόμενοί τινων ὅτι κατὰ τοὺς βασιλικοὺς τάφους τοῖς τετελευτηκόσι συγ‐</w:t>
      </w:r>
    </w:p>
    <w:p>
      <w:r>
        <w:rPr>
          <w:rFonts w:ascii="Courier New" w:hAnsi="Courier New"/>
          <w:color w:val="555555"/>
          <w:sz w:val="20"/>
        </w:rPr>
        <w:t>[5]</w:t>
      </w:r>
    </w:p>
    <w:p>
      <w:r>
        <w:rPr>
          <w:rFonts w:ascii="Gentium Plus" w:hAnsi="Gentium Plus"/>
          <w:sz w:val="24"/>
        </w:rPr>
        <w:t>κατωρύχθη χρήματα πολλὰ κατά τινα παλαιὰν συνήθειαν, ἅπαντας ἀνέσκαψαν καὶ τυμβωρυχή‐ σαντες τὰ μὲν χρήματα διείλαντο, τὰ δὲ ὀστᾶ τῶν τετελευτηκότων διέρριψαν. ὁ δὲ Πύρρος ἐπὶ τού‐ τοις βλασφημούμενος οὐκ ἐκόλαζε τοὺς βαρβάρους</w:t>
      </w:r>
    </w:p>
    <w:p>
      <w:r>
        <w:rPr>
          <w:rFonts w:ascii="Courier New" w:hAnsi="Courier New"/>
          <w:color w:val="555555"/>
          <w:sz w:val="20"/>
        </w:rPr>
        <w:t>[10]</w:t>
      </w:r>
    </w:p>
    <w:p>
      <w:r>
        <w:rPr>
          <w:rFonts w:ascii="Gentium Plus" w:hAnsi="Gentium Plus"/>
          <w:sz w:val="24"/>
        </w:rPr>
        <w:t>διὰ τὰς ἐν τοῖς πολέμοις χρείας. (Const. Exc. 2(1), p. 258.)</w:t>
      </w:r>
    </w:p>
    <w:p>
      <w:r>
        <w:rPr>
          <w:rFonts w:ascii="Courier New" w:hAnsi="Courier New"/>
          <w:color w:val="555555"/>
          <w:sz w:val="20"/>
        </w:rPr>
        <w:t>[22 . 13 . 1]</w:t>
      </w:r>
    </w:p>
    <w:p>
      <w:r>
        <w:rPr>
          <w:rFonts w:ascii="Gentium Plus" w:hAnsi="Gentium Plus"/>
          <w:sz w:val="24"/>
        </w:rPr>
        <w:t>Τῶν δὲ τὴν Μεσσήνην οἰκούντων Μαμερ‐ τίνων ηὐξημένων ... πολλὰ μὲν φρούρια ... αὐτοὶ δὲ εὔζωνον ποιήσαντες τὴν δύναμιν ἧκον ἐν τάχει βοηθήσοντες τῇ Μεσσηνίᾳ πολεμουμένῃ. ὁ</w:t>
      </w:r>
    </w:p>
    <w:p>
      <w:r>
        <w:rPr>
          <w:rFonts w:ascii="Courier New" w:hAnsi="Courier New"/>
          <w:color w:val="555555"/>
          <w:sz w:val="20"/>
        </w:rPr>
        <w:t>[5]</w:t>
      </w:r>
    </w:p>
    <w:p>
      <w:r>
        <w:rPr>
          <w:rFonts w:ascii="Gentium Plus" w:hAnsi="Gentium Plus"/>
          <w:sz w:val="24"/>
        </w:rPr>
        <w:t>δὲ Ἱέρων ἀπαλλαγεὶς ἐκ τῆς πολεμίας, Μύλας κατὰ κράτος ἑλὼν ἐκυρίευσε στρατιωτῶν χιλίων πεντακοσίων. εὐθὺς δὲ καὶ τἄλλα χωρία χειρού‐ μενος, κατήντησεν ἐπὶ τὸ Ἀμήσελον, κείμενον μεταξὺ Κεντοριπίνων καὶ Ἀγυρίου. ἐχυροῦ δὲ</w:t>
      </w:r>
    </w:p>
    <w:p>
      <w:r>
        <w:rPr>
          <w:rFonts w:ascii="Courier New" w:hAnsi="Courier New"/>
          <w:color w:val="555555"/>
          <w:sz w:val="20"/>
        </w:rPr>
        <w:t>[10]</w:t>
      </w:r>
    </w:p>
    <w:p>
      <w:r>
        <w:rPr>
          <w:rFonts w:ascii="Gentium Plus" w:hAnsi="Gentium Plus"/>
          <w:sz w:val="24"/>
        </w:rPr>
        <w:t>ὄντος καὶ πολλοὺς στρατιώτας ἔχοντος, ἐκπολιορ‐ κήσας τὸ χωρίον τοῦτο μὲν κατέσκαψε, τοὺς δὲ φρουροῦντας ἀπολύσας τῶν ἐγκλημάτων ἔταξεν εἰς τὰς ἰδίας τάξεις. τῆς δὲ χώρας τὴν μὲν τοῖς Κεντοριπίνοις, τὴν δὲ τοῖς Ἀγυριναίοις ἐδωρή‐</w:t>
      </w:r>
    </w:p>
    <w:p>
      <w:r>
        <w:rPr>
          <w:rFonts w:ascii="Courier New" w:hAnsi="Courier New"/>
          <w:color w:val="555555"/>
          <w:sz w:val="20"/>
        </w:rPr>
        <w:t>[22 . 13 . 2]</w:t>
      </w:r>
    </w:p>
    <w:p>
      <w:r>
        <w:rPr>
          <w:rFonts w:ascii="Gentium Plus" w:hAnsi="Gentium Plus"/>
          <w:sz w:val="24"/>
        </w:rPr>
        <w:t>σατο. μετὰ δὲ ταῦτα Ἱέρων ἔχων δύναμιν ἀξιό‐ λογον ἐστράτευσεν ἐπὶ Μαμερτίνους, καὶ τὴν μὲν</w:t>
      </w:r>
    </w:p>
    <w:p>
      <w:r>
        <w:rPr>
          <w:rFonts w:ascii="Courier New" w:hAnsi="Courier New"/>
          <w:color w:val="555555"/>
          <w:sz w:val="20"/>
        </w:rPr>
        <w:t>[5]</w:t>
      </w:r>
    </w:p>
    <w:p>
      <w:r>
        <w:rPr>
          <w:rFonts w:ascii="Gentium Plus" w:hAnsi="Gentium Plus"/>
          <w:sz w:val="24"/>
        </w:rPr>
        <w:t>θεὶς ἐκυρίευσε τῶν πόλεων τούτων, καὶ εἰς στενὴν χώραν συνήλασε τοὺς Μαμερτίνους. ἀπὸ μὲν γὰρ τοῦ Σικελικοῦ πελάγους τὴν ἐγγὺς Μεσσήνης εἶχε πόλιν τὴν τῶν Ταυρομενιτῶν, ἀπὸ δὲ τοῦ Τυρρη‐ νικοῦ τὴν Τυνδαριτῶν. ἐμβαλὼν δὲ εἰς Μεσσήνην</w:t>
      </w:r>
    </w:p>
    <w:p>
      <w:r>
        <w:rPr>
          <w:rFonts w:ascii="Courier New" w:hAnsi="Courier New"/>
          <w:color w:val="555555"/>
          <w:sz w:val="20"/>
        </w:rPr>
        <w:t>[10]</w:t>
      </w:r>
    </w:p>
    <w:p>
      <w:r>
        <w:rPr>
          <w:rFonts w:ascii="Gentium Plus" w:hAnsi="Gentium Plus"/>
          <w:sz w:val="24"/>
        </w:rPr>
        <w:t>κατεστρατοπέδευσε παρὰ τὸν Λοίτανον ποταμόν, πεζοὺς ἔχων μυρίους, ἱππεῖς δὲ χιλίους πεντα‐ κοσίους· ἀντεστράτευσαν δὲ καὶ Μαμερτῖνοι ἔχοντες πεζοὺς ὀκτακισχιλίους, ἱππεῖς δὲ μʹ· στρατηγὸν δὲ</w:t>
      </w:r>
    </w:p>
    <w:p>
      <w:r>
        <w:rPr>
          <w:rFonts w:ascii="Courier New" w:hAnsi="Courier New"/>
          <w:color w:val="555555"/>
          <w:sz w:val="20"/>
        </w:rPr>
        <w:t>[22 . 13 . 3]</w:t>
      </w:r>
    </w:p>
    <w:p>
      <w:r>
        <w:rPr>
          <w:rFonts w:ascii="Gentium Plus" w:hAnsi="Gentium Plus"/>
          <w:sz w:val="24"/>
        </w:rPr>
        <w:t>εἶχον Κίων. οὗτος δὲ μάντεις ἀθροίσας ἱερο‐ σκόπους, θύσας ἐπηρώτησε περὶ τῆς μάχης· τῶν δὲ ἀποφηναμένων ὅτι διὰ τῶν ἱερῶν οἱ θεοὶ σημαί‐ νουσι νυκτερεύσειν ἐν τῇ παρεμβολῇ τῶν πολεμίων,</w:t>
      </w:r>
    </w:p>
    <w:p>
      <w:r>
        <w:rPr>
          <w:rFonts w:ascii="Courier New" w:hAnsi="Courier New"/>
          <w:color w:val="555555"/>
          <w:sz w:val="20"/>
        </w:rPr>
        <w:t>[5]</w:t>
      </w:r>
    </w:p>
    <w:p>
      <w:r>
        <w:rPr>
          <w:rFonts w:ascii="Gentium Plus" w:hAnsi="Gentium Plus"/>
          <w:sz w:val="24"/>
        </w:rPr>
        <w:t>περιχαρὴς ἦν, ὡς κυριεύσων τῆς τοῦ βασιλέως στρατοπεδείας. εὐθὺς ἐκτάξας τὴν δύναμιν ἐπει‐</w:t>
      </w:r>
    </w:p>
    <w:p>
      <w:r>
        <w:rPr>
          <w:rFonts w:ascii="Courier New" w:hAnsi="Courier New"/>
          <w:color w:val="555555"/>
          <w:sz w:val="20"/>
        </w:rPr>
        <w:t>[22 . 13 . 4]</w:t>
      </w:r>
    </w:p>
    <w:p>
      <w:r>
        <w:rPr>
          <w:rFonts w:ascii="Gentium Plus" w:hAnsi="Gentium Plus"/>
          <w:sz w:val="24"/>
        </w:rPr>
        <w:t>ρᾶτο διαβαίνειν τὸν ποταμόν. Ἱέρων δ’ ἔχων τοὺς φυγάδας Μεσσήνης διακοσίους συστρατεύοντας, διαφόρους ταῖς ἀνδρείαις καὶ ἀρεταῖς, προσθεὶς αὐτοῖς ἄλλους τετρακοσίους ἐπιλέκτους προσέταξε</w:t>
      </w:r>
    </w:p>
    <w:p>
      <w:r>
        <w:rPr>
          <w:rFonts w:ascii="Courier New" w:hAnsi="Courier New"/>
          <w:color w:val="555555"/>
          <w:sz w:val="20"/>
        </w:rPr>
        <w:t>[5]</w:t>
      </w:r>
    </w:p>
    <w:p>
      <w:r>
        <w:rPr>
          <w:rFonts w:ascii="Gentium Plus" w:hAnsi="Gentium Plus"/>
          <w:sz w:val="24"/>
        </w:rPr>
        <w:t>τὸν πλησίον λόφον τὸν ὀνομαζόμενον Θώρακα περιελθεῖν καὶ τοῖς πολεμίοις κατὰ νώτου προσ‐ πεσεῖν· αὐτὸς δὲ τὴν δύναμιν ἐκτάξας, κατὰ στόμα ἀπήντα. γενομένης δὲ περὶ τὸ ῥεῖθρον ἱππομαχίας, ἅμα καὶ τῶν πεζῶν ἐκ προστάξεως τοῦ βασιλέως</w:t>
      </w:r>
    </w:p>
    <w:p>
      <w:r>
        <w:rPr>
          <w:rFonts w:ascii="Courier New" w:hAnsi="Courier New"/>
          <w:color w:val="555555"/>
          <w:sz w:val="20"/>
        </w:rPr>
        <w:t>[10]</w:t>
      </w:r>
    </w:p>
    <w:p>
      <w:r>
        <w:rPr>
          <w:rFonts w:ascii="Gentium Plus" w:hAnsi="Gentium Plus"/>
          <w:sz w:val="24"/>
        </w:rPr>
        <w:t>προκατειληφότων ὀφρῦν τινα περὶ τὸν ποταμὸν καὶ</w:t>
      </w:r>
    </w:p>
    <w:p>
      <w:r>
        <w:rPr>
          <w:rFonts w:ascii="Courier New" w:hAnsi="Courier New"/>
          <w:color w:val="555555"/>
          <w:sz w:val="20"/>
        </w:rPr>
        <w:t>[15]</w:t>
      </w:r>
    </w:p>
    <w:p>
      <w:r>
        <w:rPr>
          <w:rFonts w:ascii="Gentium Plus" w:hAnsi="Gentium Plus"/>
          <w:sz w:val="24"/>
        </w:rPr>
        <w:t>μάχῃ ῥᾳδίως ἀνῄρουν, τότε δὴ πανταχόθεν κυκλω‐ θέντες πρὸς φυγὴν ὥρμησαν. ἐπικειμένων τῶν</w:t>
      </w:r>
    </w:p>
    <w:p>
      <w:r>
        <w:rPr>
          <w:rFonts w:ascii="Courier New" w:hAnsi="Courier New"/>
          <w:color w:val="555555"/>
          <w:sz w:val="20"/>
        </w:rPr>
        <w:t>[22 . 13 . 5]</w:t>
      </w:r>
    </w:p>
    <w:p>
      <w:r>
        <w:rPr>
          <w:rFonts w:ascii="Gentium Plus" w:hAnsi="Gentium Plus"/>
          <w:sz w:val="24"/>
        </w:rPr>
        <w:t>Συρακοσίων δυνάμει, πάντας κατέκοψαν. ὁ δὲ στρατηγὸς τῶν Μαμερτίνων ἀγωνιζόμενος ἐκθύμως καὶ περιπεσὼν πολλοῖς τραύμασι καὶ λιποψυχήσας ἐζωγρήθη. οὗτος ἀνεκομίσθη ἔμπνους εἰς τὴν τοῦ</w:t>
      </w:r>
    </w:p>
    <w:p>
      <w:r>
        <w:rPr>
          <w:rFonts w:ascii="Courier New" w:hAnsi="Courier New"/>
          <w:color w:val="555555"/>
          <w:sz w:val="20"/>
        </w:rPr>
        <w:t>[5]</w:t>
      </w:r>
    </w:p>
    <w:p>
      <w:r>
        <w:rPr>
          <w:rFonts w:ascii="Gentium Plus" w:hAnsi="Gentium Plus"/>
          <w:sz w:val="24"/>
        </w:rPr>
        <w:t>βασιλέως παρεμβολὴν καὶ παρεδόθη ἰατροῖς εἰς θεραπείαν. καὶ κατὰ τὴν μαντείαν καὶ τὴν τῶν ἱεροσκόπων πρόρρησιν νυκτερεύσαντος αὐτοῦ εἰς τὴν τῶν ἐναντίων παρεμβολήν, τοῦ βασιλέως δὲ θέλοντος περὶ πολλοῦ θεραπεῦσαι τὸν Κίων, ἧκόν</w:t>
      </w:r>
    </w:p>
    <w:p>
      <w:r>
        <w:rPr>
          <w:rFonts w:ascii="Courier New" w:hAnsi="Courier New"/>
          <w:color w:val="555555"/>
          <w:sz w:val="20"/>
        </w:rPr>
        <w:t>[10]</w:t>
      </w:r>
    </w:p>
    <w:p>
      <w:r>
        <w:rPr>
          <w:rFonts w:ascii="Gentium Plus" w:hAnsi="Gentium Plus"/>
          <w:sz w:val="24"/>
        </w:rPr>
        <w:t>τινες ἵππους φέροντες ἐκ τοῦ πολέμου εἰς τὸν</w:t>
      </w:r>
    </w:p>
    <w:p>
      <w:r>
        <w:rPr>
          <w:rFonts w:ascii="Courier New" w:hAnsi="Courier New"/>
          <w:color w:val="555555"/>
          <w:sz w:val="20"/>
        </w:rPr>
        <w:t>[22 . 13 . 6]</w:t>
      </w:r>
    </w:p>
    <w:p>
      <w:r>
        <w:rPr>
          <w:rFonts w:ascii="Gentium Plus" w:hAnsi="Gentium Plus"/>
          <w:sz w:val="24"/>
        </w:rPr>
        <w:t>βασιλέα. ὁ Κίως δὲ ἐπιγνοὺς τὸν τοῦ ἰδίου υἱοῦ ἵππον ὑπέλαβεν ἀνῃρῆσθαι τὸν νεανίσκον. περιαλ‐ γὴς δὲ γενόμενος τὰς ῥαφὰς τῶν τραυμάτων διέρρηξε, τὴν ἀπώλειαν τοῦ τέκνου θανάτου τιμη‐</w:t>
      </w:r>
    </w:p>
    <w:p>
      <w:r>
        <w:rPr>
          <w:rFonts w:ascii="Courier New" w:hAnsi="Courier New"/>
          <w:color w:val="555555"/>
          <w:sz w:val="20"/>
        </w:rPr>
        <w:t>[5]</w:t>
      </w:r>
    </w:p>
    <w:p>
      <w:r>
        <w:rPr>
          <w:rFonts w:ascii="Gentium Plus" w:hAnsi="Gentium Plus"/>
          <w:sz w:val="24"/>
        </w:rPr>
        <w:t>σάμενος. οἱ δὲ Μαμερτῖνοι, ἀπαγγελίας γενομένης ὅτι σὺν τῷ στρατηγῷ Κίῳ καὶ οἱ λοιποὶ στρατιῶται πάντες ἀπολώλασιν, ἔκριναν μεθ’ ἱκετηρίας ἀπαντᾶν τῷ βασιλεῖ. οὐ μὴν ἡ τύχη εἴασε παντελῶς πεσεῖν</w:t>
      </w:r>
    </w:p>
    <w:p>
      <w:r>
        <w:rPr>
          <w:rFonts w:ascii="Courier New" w:hAnsi="Courier New"/>
          <w:color w:val="555555"/>
          <w:sz w:val="20"/>
        </w:rPr>
        <w:t>[22 . 13 . 7]</w:t>
      </w:r>
    </w:p>
    <w:p>
      <w:r>
        <w:rPr>
          <w:rFonts w:ascii="Gentium Plus" w:hAnsi="Gentium Plus"/>
          <w:sz w:val="24"/>
        </w:rPr>
        <w:t>τὰ κατὰ Μαμερτίνους πράγματα. Ἀννίβας γὰρ ὁ τῶν Καρχηδονίων στρατηγὸς ἔτυχεν ὁρμῶν ἐν</w:t>
      </w:r>
    </w:p>
    <w:p>
      <w:r>
        <w:rPr>
          <w:rFonts w:ascii="Courier New" w:hAnsi="Courier New"/>
          <w:color w:val="555555"/>
          <w:sz w:val="20"/>
        </w:rPr>
        <w:t>[5]</w:t>
      </w:r>
    </w:p>
    <w:p>
      <w:r>
        <w:rPr>
          <w:rFonts w:ascii="Gentium Plus" w:hAnsi="Gentium Plus"/>
          <w:sz w:val="24"/>
        </w:rPr>
        <w:t>χαίρων, τῷ δὲ ἔργῳ σπεύδων τὸν Ἱέρωνα κατα‐ στρατηγῆσαι δι’ ἀπάτης. ὁ μὲν βασιλεὺς πεισθεὶς τῷ Φοίνικι τὰς ἡσυχίας ἔσχεν. ὁ δὲ Ἀννίβας παρελθὼν εἰς Μεσσήνην καὶ καταλαβὼν Μαμερ‐ τίνους μέλλοντας παραδιδόναι τὴν πόλιν ἀνέπεισε,</w:t>
      </w:r>
    </w:p>
    <w:p>
      <w:r>
        <w:rPr>
          <w:rFonts w:ascii="Courier New" w:hAnsi="Courier New"/>
          <w:color w:val="555555"/>
          <w:sz w:val="20"/>
        </w:rPr>
        <w:t>[10]</w:t>
      </w:r>
    </w:p>
    <w:p>
      <w:r>
        <w:rPr>
          <w:rFonts w:ascii="Gentium Plus" w:hAnsi="Gentium Plus"/>
          <w:sz w:val="24"/>
        </w:rPr>
        <w:t>καὶ προσποιησάμενος βοήθειαν εἰσήγαγεν εἰς τὴν πόλιν στρατιώτας μʹ. οἱ μὲν οὖν Μαμερτῖνοι ἀπο‐ γνόντες ἑαυτῶν διὰ τὴν ἧτταν, πάλιν ἀπεκατε‐</w:t>
      </w:r>
    </w:p>
    <w:p>
      <w:r>
        <w:rPr>
          <w:rFonts w:ascii="Courier New" w:hAnsi="Courier New"/>
          <w:color w:val="555555"/>
          <w:sz w:val="20"/>
        </w:rPr>
        <w:t>[22 . 13 . 8]</w:t>
      </w:r>
    </w:p>
    <w:p>
      <w:r>
        <w:rPr>
          <w:rFonts w:ascii="Gentium Plus" w:hAnsi="Gentium Plus"/>
          <w:sz w:val="24"/>
        </w:rPr>
        <w:t>στάθησαν εἰς ἀσφάλειαν τὸν εἰρημένον τρόπον. ὁ δὲ Ἱέρων καταστρατηγηθεὶς ὑπὸ τοῦ Φοίνικος, τὴν πολιορκίαν ἀπογνοὺς ἐπανῆλθε εἰς Συρακόσας, περιβόητον εὐημερίαν περιπεποιημένος.</w:t>
      </w:r>
    </w:p>
    <w:p>
      <w:r>
        <w:rPr>
          <w:rFonts w:ascii="Courier New" w:hAnsi="Courier New"/>
          <w:color w:val="555555"/>
          <w:sz w:val="20"/>
        </w:rPr>
        <w:t>[22 . 13 . 9]</w:t>
      </w:r>
    </w:p>
    <w:p>
      <w:r>
        <w:rPr>
          <w:rFonts w:ascii="Gentium Plus" w:hAnsi="Gentium Plus"/>
          <w:sz w:val="24"/>
        </w:rPr>
        <w:t>Οἱ δὲ Καρχηδόνιοι καὶ Ἱέρων, ἀποπεπτωκότες τῆς Μεσσήνης, συνῆλθον εἰς σύλλογον καὶ συμ‐ μαχίαν πρὸς ἀλλήλους ποιησάμενοι συνέθεντο κοινῇ πολεμῆσαι Μεσσήνην.</w:t>
      </w:r>
    </w:p>
    <w:p>
      <w:r>
        <w:rPr>
          <w:rFonts w:ascii="Courier New" w:hAnsi="Courier New"/>
          <w:color w:val="555555"/>
          <w:sz w:val="20"/>
        </w:rPr>
        <w:t>[5]</w:t>
      </w:r>
    </w:p>
    <w:p>
      <w:r>
        <w:rPr>
          <w:rFonts w:ascii="Gentium Plus" w:hAnsi="Gentium Plus"/>
          <w:sz w:val="24"/>
        </w:rPr>
        <w:t>(Exc. Hoesch. pp. 499—500 W.)</w:t>
      </w:r>
    </w:p>
    <w:p>
      <w:r>
        <w:rPr>
          <w:rFonts w:ascii="Courier New" w:hAnsi="Courier New"/>
          <w:color w:val="555555"/>
          <w:sz w:val="20"/>
        </w:rPr>
        <w:t>[23 t 1]</w:t>
      </w:r>
    </w:p>
    <w:p>
      <w:pPr>
        <w:jc w:val="center"/>
      </w:pPr>
      <w:r>
        <w:rPr>
          <w:rFonts w:ascii="Gentium Plus" w:hAnsi="Gentium Plus"/>
          <w:b/>
          <w:sz w:val="24"/>
        </w:rPr>
        <w:t>FRAGMENTA LIBRI XXIII</w:t>
      </w:r>
    </w:p>
    <w:p>
      <w:r>
        <w:rPr>
          <w:rFonts w:ascii="Courier New" w:hAnsi="Courier New"/>
          <w:color w:val="555555"/>
          <w:sz w:val="20"/>
        </w:rPr>
        <w:t>[23 . 1 . 1]</w:t>
      </w:r>
    </w:p>
    <w:p>
      <w:r>
        <w:rPr>
          <w:rFonts w:ascii="Gentium Plus" w:hAnsi="Gentium Plus"/>
          <w:sz w:val="24"/>
        </w:rPr>
        <w:t>Ὅτι Σικελία πασῶν τῶν νήσων καλλίστη ὑπάρχει, ὡς μεγάλα δυναμένη συμβάλλεσθαι πρὸς αὔξησιν ἡγεμονίας.</w:t>
      </w:r>
    </w:p>
    <w:p>
      <w:r>
        <w:rPr>
          <w:rFonts w:ascii="Courier New" w:hAnsi="Courier New"/>
          <w:color w:val="555555"/>
          <w:sz w:val="20"/>
        </w:rPr>
        <w:t>[23 . 1 . 2]</w:t>
      </w:r>
    </w:p>
    <w:p>
      <w:r>
        <w:rPr>
          <w:rFonts w:ascii="Gentium Plus" w:hAnsi="Gentium Plus"/>
          <w:sz w:val="24"/>
        </w:rPr>
        <w:t>Ὅτι Ἄννων ὁ Ἀννίβου εἰς Σικελίαν ἐλθὼν καὶ τὰς δυνάμεις ἀθροίσας εἰς τὸ Λιλύβαιον, προῆλθε μέχρι Σολοῦντος, καὶ τὴν πεζὴν στρατιὰν ἀπέλιπε πλησίον τῆς πόλεως παρεμβεβληκυῖαν, αὐτὸς δὲ</w:t>
      </w:r>
    </w:p>
    <w:p>
      <w:r>
        <w:rPr>
          <w:rFonts w:ascii="Courier New" w:hAnsi="Courier New"/>
          <w:color w:val="555555"/>
          <w:sz w:val="20"/>
        </w:rPr>
        <w:t>[5]</w:t>
      </w:r>
    </w:p>
    <w:p>
      <w:r>
        <w:rPr>
          <w:rFonts w:ascii="Gentium Plus" w:hAnsi="Gentium Plus"/>
          <w:sz w:val="24"/>
        </w:rPr>
        <w:t>παρελθὼν εἰς τὴν Ἀκράγαντα τὴν ἄκραν ἐτείχισε, πείσας τὸν δῆμον φίλον ὄντα συμμαχῆσαι Καρχη‐ δονίων. ἐπανελθόντος δὲ αὐτοῦ εἰς τὴν ἰδίαν στρατοπεδείαν, ἧκον παρὰ Ἱέρωνος πρέσβεις περὶ τοῦ κοινῇ συμφέροντος. ἐποιήσαντο γὰρ συμ‐</w:t>
      </w:r>
    </w:p>
    <w:p>
      <w:r>
        <w:rPr>
          <w:rFonts w:ascii="Courier New" w:hAnsi="Courier New"/>
          <w:color w:val="555555"/>
          <w:sz w:val="20"/>
        </w:rPr>
        <w:t>[10]</w:t>
      </w:r>
    </w:p>
    <w:p>
      <w:r>
        <w:rPr>
          <w:rFonts w:ascii="Gentium Plus" w:hAnsi="Gentium Plus"/>
          <w:sz w:val="24"/>
        </w:rPr>
        <w:t>μαχίαν Ῥωμαίους πολεμῆσαι, ἐὰν μὴ τὴν ταχίστην</w:t>
      </w:r>
    </w:p>
    <w:p>
      <w:r>
        <w:rPr>
          <w:rFonts w:ascii="Courier New" w:hAnsi="Courier New"/>
          <w:color w:val="555555"/>
          <w:sz w:val="20"/>
        </w:rPr>
        <w:t>[23 . 1 . 3]</w:t>
      </w:r>
    </w:p>
    <w:p>
      <w:r>
        <w:rPr>
          <w:rFonts w:ascii="Gentium Plus" w:hAnsi="Gentium Plus"/>
          <w:sz w:val="24"/>
        </w:rPr>
        <w:t>ἐκ τῆς Σικελίας ἀπαλλάττωνται. ἀμφοτέρων δὲ τὰς δυνάμεις ἀγαγόντων ἐπὶ τὴν Μεσσήνην, Ἱέρων μὲν ἐπὶ τοῦ λόφου τοῦ καλουμένου Χαλκιδικοῦ κατεστρατοπέδευσεν, οἱ δὲ Καρχηδόνιοι τῇ πεζῇ</w:t>
      </w:r>
    </w:p>
    <w:p>
      <w:r>
        <w:rPr>
          <w:rFonts w:ascii="Courier New" w:hAnsi="Courier New"/>
          <w:color w:val="555555"/>
          <w:sz w:val="20"/>
        </w:rPr>
        <w:t>[5]</w:t>
      </w:r>
    </w:p>
    <w:p>
      <w:r>
        <w:rPr>
          <w:rFonts w:ascii="Gentium Plus" w:hAnsi="Gentium Plus"/>
          <w:sz w:val="24"/>
        </w:rPr>
        <w:t>στρατιᾷ παρενέβαλον εἰς τὰς καλουμένας Εὐνεῖς, τῇ δὲ ναυτικῇ κατέσχον τὴν ἄκραν τὴν καλουμένην</w:t>
      </w:r>
    </w:p>
    <w:p>
      <w:r>
        <w:rPr>
          <w:rFonts w:ascii="Courier New" w:hAnsi="Courier New"/>
          <w:color w:val="555555"/>
          <w:sz w:val="20"/>
        </w:rPr>
        <w:t>[23 . 1 . 4]</w:t>
      </w:r>
    </w:p>
    <w:p>
      <w:r>
        <w:rPr>
          <w:rFonts w:ascii="Gentium Plus" w:hAnsi="Gentium Plus"/>
          <w:sz w:val="24"/>
        </w:rPr>
        <w:t>νην. ὁ δὲ Ῥωμαίων δῆμος πυθόμενος ἀπέστειλε τὸν ἕτερον ὕπατον καλούμενον Ἄππιον Κλαύδιον μετὰ δυνάμεως ἁδρᾶς, ὃς εὐθὺς ἦλθεν εἰς Ῥήγιον. πρὸς δὲ τὸν Ἱέρωνα καὶ Καρχηδονίους πρέσβεις</w:t>
      </w:r>
    </w:p>
    <w:p>
      <w:r>
        <w:rPr>
          <w:rFonts w:ascii="Courier New" w:hAnsi="Courier New"/>
          <w:color w:val="555555"/>
          <w:sz w:val="20"/>
        </w:rPr>
        <w:t>[5]</w:t>
      </w:r>
    </w:p>
    <w:p>
      <w:r>
        <w:rPr>
          <w:rFonts w:ascii="Gentium Plus" w:hAnsi="Gentium Plus"/>
          <w:sz w:val="24"/>
        </w:rPr>
        <w:t>ἐξέπεμψε περὶ διαλύσεως τῆς πολιορκίας. προσ‐ επηγγέλλετο ... δημογορεῖν δὲ πρὸς Ἱέρωνα πολέμῳ μὴ ἐπιβήσεσθαι. ὁ δὲ Ἱέρων ἀπεκρίνατο διότι Μαμερτῖνοι Καμάριναν καὶ Γέλαν ἀναστάτους πεποιηκότες, Μεσσήνην δὲ ἀσεβέστατα κατειλη‐</w:t>
      </w:r>
    </w:p>
    <w:p>
      <w:r>
        <w:rPr>
          <w:rFonts w:ascii="Courier New" w:hAnsi="Courier New"/>
          <w:color w:val="555555"/>
          <w:sz w:val="20"/>
        </w:rPr>
        <w:t>[10]</w:t>
      </w:r>
    </w:p>
    <w:p>
      <w:r>
        <w:rPr>
          <w:rFonts w:ascii="Gentium Plus" w:hAnsi="Gentium Plus"/>
          <w:sz w:val="24"/>
        </w:rPr>
        <w:t>φότες, δικαίως πολιορκοῦνται, Ῥωμαῖοι δέ, θρυλ‐ λοῦντες τὸ τῆς πίστεως ὄνομα, παντελῶς οὐκ ὀφείλουσι τοὺς μιαιφόνους, μάλιστα πίστεως κατα‐ φρονήσαντας, ὑπερασπίζειν· εἰ δὲ ὑπὲρ ἀσεβεστά‐ των τηλικοῦτον ἐπαναιροῦνται πόλεμον, φανεροὺς</w:t>
      </w:r>
    </w:p>
    <w:p>
      <w:r>
        <w:rPr>
          <w:rFonts w:ascii="Courier New" w:hAnsi="Courier New"/>
          <w:color w:val="555555"/>
          <w:sz w:val="20"/>
        </w:rPr>
        <w:t>[15]</w:t>
      </w:r>
    </w:p>
    <w:p>
      <w:r>
        <w:rPr>
          <w:rFonts w:ascii="Gentium Plus" w:hAnsi="Gentium Plus"/>
          <w:sz w:val="24"/>
        </w:rPr>
        <w:t>ἔσεσθαι πᾶσιν ἀνθρώποις ὅτι τῆς ἰδίας πλεονεξίας πρόφασιν πορίζονται τὸν τῶν κινδυνευόντων ἔλεον, τὸ δὲ ἀληθὲς Σικελίας ἐπιθυμοῦσιν. (Exc. Hoesch. pp. 500—501 W.)</w:t>
      </w:r>
    </w:p>
    <w:p>
      <w:r>
        <w:rPr>
          <w:rFonts w:ascii="Courier New" w:hAnsi="Courier New"/>
          <w:color w:val="555555"/>
          <w:sz w:val="20"/>
        </w:rPr>
        <w:t>[23 . 2 . 1]</w:t>
      </w:r>
    </w:p>
    <w:p>
      <w:r>
        <w:rPr>
          <w:rFonts w:ascii="Gentium Plus" w:hAnsi="Gentium Plus"/>
          <w:sz w:val="24"/>
        </w:rPr>
        <w:t>Ὅτι Φοίνικες καὶ Ῥωμαῖοι ναυμαχήσαντες, μετὰ δὲ ταῦτα εὐλαβούμενοι τὸ μέγεθος τοῦ προ‐ κειμένου πολέμου, διεπρεσβεύσαντο πρὸς τὸν ὕπα‐ τον περὶ φιλίας. πολλῶν δὲ λόγων ῥηθέντων καὶ</w:t>
      </w:r>
    </w:p>
    <w:p>
      <w:r>
        <w:rPr>
          <w:rFonts w:ascii="Courier New" w:hAnsi="Courier New"/>
          <w:color w:val="555555"/>
          <w:sz w:val="20"/>
        </w:rPr>
        <w:t>[5]</w:t>
      </w:r>
    </w:p>
    <w:p>
      <w:r>
        <w:rPr>
          <w:rFonts w:ascii="Gentium Plus" w:hAnsi="Gentium Plus"/>
          <w:sz w:val="24"/>
        </w:rPr>
        <w:t>τραχυτέροις λόγοις χρωμένων πρὸς ἀλλήλους, οἱ Φοίνικες θαυμάζειν ἔφασαν πῶς διαβαίνειν τολμῶ‐ σιν εἰς Σικελίαν Ῥωμαῖοι θαλαττοκρατούντων Καρχηδονίων· φανερὸν γὰρ εἶναι πᾶσιν ὅτι μὴ</w:t>
      </w:r>
    </w:p>
    <w:p>
      <w:r>
        <w:rPr>
          <w:rFonts w:ascii="Courier New" w:hAnsi="Courier New"/>
          <w:color w:val="555555"/>
          <w:sz w:val="20"/>
        </w:rPr>
        <w:t>[10]</w:t>
      </w:r>
    </w:p>
    <w:p>
      <w:r>
        <w:rPr>
          <w:rFonts w:ascii="Gentium Plus" w:hAnsi="Gentium Plus"/>
          <w:sz w:val="24"/>
        </w:rPr>
        <w:t>τῆς θαλάσσης τολμήσουσιν. οἱ δὲ Ῥωμαῖοι συμ‐ βουλεύειν τοῖς Καρχηδονίοις ἔφασαν μὴ διδάσκειν αὐτοὺς τὰ κατὰ τὴν θάλασσαν πολυπραγμονεῖν· μαθητὰς γὰρ τοὺς Ῥωμαίους ἀεὶ ὄντας γίνεσθαι κρείττους τῶν διδασκάλων. τὸ μὲν γὰρ παλαιὸν</w:t>
      </w:r>
    </w:p>
    <w:p>
      <w:r>
        <w:rPr>
          <w:rFonts w:ascii="Courier New" w:hAnsi="Courier New"/>
          <w:color w:val="555555"/>
          <w:sz w:val="20"/>
        </w:rPr>
        <w:t>[15]</w:t>
      </w:r>
    </w:p>
    <w:p>
      <w:r>
        <w:rPr>
          <w:rFonts w:ascii="Gentium Plus" w:hAnsi="Gentium Plus"/>
          <w:sz w:val="24"/>
        </w:rPr>
        <w:t>αὐτῶν θυρεοῖς τετραγώνοις χρωμένων, Τυρρηνοὶ χαλκαῖς ἀσπίσι φαλαγγομαχοῦντες καὶ προτρεψά‐ μενοι τὸν ὅμοιον ἀναλαβεῖν ὁπλισμὸν ἡττήθησαν. ἔπειτα πάλιν ἄλλων ἐθνῶν θυρεοῖς χρωμένων οἷς νῦν ἔχουσι καὶ κατὰ σπείρας μαχομένων, ἀμφότερα</w:t>
      </w:r>
    </w:p>
    <w:p>
      <w:r>
        <w:rPr>
          <w:rFonts w:ascii="Courier New" w:hAnsi="Courier New"/>
          <w:color w:val="555555"/>
          <w:sz w:val="20"/>
        </w:rPr>
        <w:t>[20]</w:t>
      </w:r>
    </w:p>
    <w:p>
      <w:r>
        <w:rPr>
          <w:rFonts w:ascii="Gentium Plus" w:hAnsi="Gentium Plus"/>
          <w:sz w:val="24"/>
        </w:rPr>
        <w:t>μιμησάμενοι περιεγένοντο τῶν εἰσηγησαμένων τὰ καλὰ τῶν παραδειγμάτων. παρὰ δὲ τῶν Ἑλλήνων μαθόντες πολιορκεῖν καὶ ταῖς μηχαναῖς καταβάλλειν τὰ τείχη, τὰς πόλεις τῶν διδαξάντων ἠνάγκασαν ποιεῖν τὸ προσταττόμενον. καὶ νῦν ἂν Καρχηδόνιοι</w:t>
      </w:r>
    </w:p>
    <w:p>
      <w:r>
        <w:rPr>
          <w:rFonts w:ascii="Courier New" w:hAnsi="Courier New"/>
          <w:color w:val="555555"/>
          <w:sz w:val="20"/>
        </w:rPr>
        <w:t>[25]</w:t>
      </w:r>
    </w:p>
    <w:p>
      <w:r>
        <w:rPr>
          <w:rFonts w:ascii="Gentium Plus" w:hAnsi="Gentium Plus"/>
          <w:sz w:val="24"/>
        </w:rPr>
        <w:t>βιάσωνται μαθεῖν αὐτοὺς ναυμαχεῖν, ταχὺ τοὺς μαθητὰς τῶν διδασκάλων ὄψονται περιγενομένους. (Const. Exc. 4, pp. 347—348.)</w:t>
      </w:r>
    </w:p>
    <w:p>
      <w:r>
        <w:rPr>
          <w:rFonts w:ascii="Courier New" w:hAnsi="Courier New"/>
          <w:color w:val="555555"/>
          <w:sz w:val="20"/>
        </w:rPr>
        <w:t>[23 . 2 . 2]</w:t>
      </w:r>
    </w:p>
    <w:p>
      <w:r>
        <w:rPr>
          <w:rFonts w:ascii="Gentium Plus" w:hAnsi="Gentium Plus"/>
          <w:sz w:val="24"/>
        </w:rPr>
        <w:t>Ὅτι Ῥωμαῖοι πρῶτον ἀσπίδας τετραγώνους εἶχον εἰς τὸν πόλεμον· ὕστερον ἰδόντες Τυρρηνοὺς χαλκᾶς ἀσπίδας ἔχοντας, ποιήσαντες οὕτως ἐνίκη‐ σαν αὐτούς.</w:t>
      </w:r>
    </w:p>
    <w:p>
      <w:r>
        <w:rPr>
          <w:rFonts w:ascii="Courier New" w:hAnsi="Courier New"/>
          <w:color w:val="555555"/>
          <w:sz w:val="20"/>
        </w:rPr>
        <w:t>[23 . 3 . 1]</w:t>
      </w:r>
    </w:p>
    <w:p>
      <w:r>
        <w:rPr>
          <w:rFonts w:ascii="Gentium Plus" w:hAnsi="Gentium Plus"/>
          <w:sz w:val="24"/>
        </w:rPr>
        <w:t>Ὅτι διαπεράσαντος τοῦ ὑπάτου εἰς Μεσσήνην, ὁ Ἱέρων νομίζων προδοθῆναι τὴν διάβασιν ὑπὸ</w:t>
      </w:r>
    </w:p>
    <w:p>
      <w:r>
        <w:rPr>
          <w:rFonts w:ascii="Courier New" w:hAnsi="Courier New"/>
          <w:color w:val="555555"/>
          <w:sz w:val="20"/>
        </w:rPr>
        <w:t>[5]</w:t>
      </w:r>
    </w:p>
    <w:p>
      <w:r>
        <w:rPr>
          <w:rFonts w:ascii="Gentium Plus" w:hAnsi="Gentium Plus"/>
          <w:sz w:val="24"/>
        </w:rPr>
        <w:t>ὁ ὕπατος ἐπολιόρκησε, καὶ στρατιώτας πολλοὺς ἀποβαλὼν εἰς Μεσσήνην ἀνέζευξεν.</w:t>
      </w:r>
    </w:p>
    <w:p>
      <w:r>
        <w:rPr>
          <w:rFonts w:ascii="Courier New" w:hAnsi="Courier New"/>
          <w:color w:val="555555"/>
          <w:sz w:val="20"/>
        </w:rPr>
        <w:t>[23 . 4 . 1]</w:t>
      </w:r>
    </w:p>
    <w:p>
      <w:r>
        <w:rPr>
          <w:rFonts w:ascii="Gentium Plus" w:hAnsi="Gentium Plus"/>
          <w:sz w:val="24"/>
        </w:rPr>
        <w:t>Ὅτι τῶν ὑπάτων ἀμφοτέρων εἰς Σικελίαν ἐλθόντων καὶ τὴν Ἁδρανιτῶν πόλιν πολιορκησάν‐ των, εἷλον κατὰ κράτος. εἶτα τὴν Κεντοριπίνων πολιορκούντων καὶ πρὸς ταῖς χαλκαῖς πύλαις</w:t>
      </w:r>
    </w:p>
    <w:p>
      <w:r>
        <w:rPr>
          <w:rFonts w:ascii="Courier New" w:hAnsi="Courier New"/>
          <w:color w:val="555555"/>
          <w:sz w:val="20"/>
        </w:rPr>
        <w:t>[5]</w:t>
      </w:r>
    </w:p>
    <w:p>
      <w:r>
        <w:rPr>
          <w:rFonts w:ascii="Gentium Plus" w:hAnsi="Gentium Plus"/>
          <w:sz w:val="24"/>
        </w:rPr>
        <w:t>καθημένων, ἧκον πρέσβεις πρῶτον παρ’ Ἁλαι‐ σίνων· εἶτα δειλίας πεσούσης καὶ ἐν ταῖς ἄλλαις πόλεσι, καὶ αὐτοὶ πρέσβεις ἀπέστειλαν περὶ εἰρήνης καὶ ἐπηγγείλαντο ἐπιδώσειν τὰς πόλεις Ῥωμαίοις· ἦσαν δὲ ἑξήκοντα ἑπτά. ὧν παραλαβόντες τὰς</w:t>
      </w:r>
    </w:p>
    <w:p>
      <w:r>
        <w:rPr>
          <w:rFonts w:ascii="Courier New" w:hAnsi="Courier New"/>
          <w:color w:val="555555"/>
          <w:sz w:val="20"/>
        </w:rPr>
        <w:t>[10]</w:t>
      </w:r>
    </w:p>
    <w:p>
      <w:r>
        <w:rPr>
          <w:rFonts w:ascii="Gentium Plus" w:hAnsi="Gentium Plus"/>
          <w:sz w:val="24"/>
        </w:rPr>
        <w:t>δυνάμεις, εἰς Συράκοσαν ἦλθον πολιορκήσοντες Ἱέρωνα. ὁρῶν δὲ τοὺς Συρακοσίους ἀγανακτοῦν‐ τας, πρέσβεις ἀπέστειλε πρὸς τοὺς ὑπάτους περὶ διαλύσεως. οἱ δὲ σπεύδοντες πρὸς μόνους Καρχη‐ δονίους διαπολεμεῖν ἀσμένως ὑπήκουσαν, καὶ συν‐</w:t>
      </w:r>
    </w:p>
    <w:p>
      <w:r>
        <w:rPr>
          <w:rFonts w:ascii="Courier New" w:hAnsi="Courier New"/>
          <w:color w:val="555555"/>
          <w:sz w:val="20"/>
        </w:rPr>
        <w:t>[15]</w:t>
      </w:r>
    </w:p>
    <w:p>
      <w:r>
        <w:rPr>
          <w:rFonts w:ascii="Gentium Plus" w:hAnsi="Gentium Plus"/>
          <w:sz w:val="24"/>
        </w:rPr>
        <w:t>έθεντο εἰρήνην ἐπ’ ἔτη πεντεκαίδεκα, λαβόντες δραχμῶν ιεʹ μυριάδας, καὶ τοὺς αἰχμαλώτους ἀπο‐ δόντι κυριεύειν συνεχώρησαν Συρακοσίων καὶ τῶν ὑπ’ αὐτὸν πόλεων, Ἀκρῶν, Λεοντίνων, Μεγα‐ ρέων, Αἱλώρων, Νεαιτίνων, Ταυρομενίων. τούτων</w:t>
      </w:r>
    </w:p>
    <w:p>
      <w:r>
        <w:rPr>
          <w:rFonts w:ascii="Courier New" w:hAnsi="Courier New"/>
          <w:color w:val="555555"/>
          <w:sz w:val="20"/>
        </w:rPr>
        <w:t>[20]</w:t>
      </w:r>
    </w:p>
    <w:p>
      <w:r>
        <w:rPr>
          <w:rFonts w:ascii="Gentium Plus" w:hAnsi="Gentium Plus"/>
          <w:sz w:val="24"/>
        </w:rPr>
        <w:t>πραττομένων κατέπλευσεν Ἀννίβας μετὰ ναυτικῆς δυνάμεως εἰς τὴν Ξιφωνίαν βοηθήσων τῷ βασιλεῖ· μαθὼν δὲ τὰ πεπραγμένα ἀνεχώρησε.</w:t>
      </w:r>
    </w:p>
    <w:p>
      <w:r>
        <w:rPr>
          <w:rFonts w:ascii="Courier New" w:hAnsi="Courier New"/>
          <w:color w:val="555555"/>
          <w:sz w:val="20"/>
        </w:rPr>
        <w:t>[23 . 4 . 2]</w:t>
      </w:r>
    </w:p>
    <w:p>
      <w:r>
        <w:rPr>
          <w:rFonts w:ascii="Gentium Plus" w:hAnsi="Gentium Plus"/>
          <w:sz w:val="24"/>
        </w:rPr>
        <w:t>Ὅτι Ἁδράνωνα κώμην καὶ Μάκελλαν πολλὰς ἡμέρας πολιορκήσαντες Ῥωμαῖοι ἀπῆλθον ἄπρα‐ κτοι.</w:t>
      </w:r>
    </w:p>
    <w:p>
      <w:r>
        <w:rPr>
          <w:rFonts w:ascii="Courier New" w:hAnsi="Courier New"/>
          <w:color w:val="555555"/>
          <w:sz w:val="20"/>
        </w:rPr>
        <w:t>[23 . 5 . 1]</w:t>
      </w:r>
    </w:p>
    <w:p>
      <w:r>
        <w:rPr>
          <w:rFonts w:ascii="Gentium Plus" w:hAnsi="Gentium Plus"/>
          <w:sz w:val="24"/>
        </w:rPr>
        <w:t>Ὅτι Αἰγεσταῖοι πρῶτον κρατούμενοι ὑπὸ Καρχηδονίων εἰς Ῥωμαίους ἀπέκλιναν. παρα‐ πλήσιον δὲ καὶ Ἁλικυαῖοι ἐποίησαν· Ἰλαρὸν δὲ καὶ Τυριττὸν καὶ τὴν Ἄσκελον ἐξεπολιόρκησαν.</w:t>
      </w:r>
    </w:p>
    <w:p>
      <w:r>
        <w:rPr>
          <w:rFonts w:ascii="Courier New" w:hAnsi="Courier New"/>
          <w:color w:val="555555"/>
          <w:sz w:val="20"/>
        </w:rPr>
        <w:t>[5]</w:t>
      </w:r>
    </w:p>
    <w:p>
      <w:r>
        <w:rPr>
          <w:rFonts w:ascii="Gentium Plus" w:hAnsi="Gentium Plus"/>
          <w:sz w:val="24"/>
        </w:rPr>
        <w:t>Τυνδάριοι δὲ ἰδόντες αὑτοὺς ἀπολελειμμένους φόβῳ συσχεθέντες ἠβουλήθησαν καὶ αὐτοὶ αὑτοὺς δοῦναι. ὑποπτεύσαντες δὲ Φοίνικες τὴν προαίρεσιν αὐτῶν τοὺς ἐπιφανεστάτους ἔλαβον ὁμήρους εἰς τὸ Λιλύ‐ βαιον καὶ σῖτον, οἶνον, καὶ τὴν ἄλλην παρασκευὴν</w:t>
      </w:r>
    </w:p>
    <w:p>
      <w:r>
        <w:rPr>
          <w:rFonts w:ascii="Courier New" w:hAnsi="Courier New"/>
          <w:color w:val="555555"/>
          <w:sz w:val="20"/>
        </w:rPr>
        <w:t>[10]</w:t>
      </w:r>
    </w:p>
    <w:p>
      <w:r>
        <w:rPr>
          <w:rFonts w:ascii="Gentium Plus" w:hAnsi="Gentium Plus"/>
          <w:sz w:val="24"/>
        </w:rPr>
        <w:t>ἀπεκόμισαν.</w:t>
      </w:r>
    </w:p>
    <w:p>
      <w:r>
        <w:rPr>
          <w:rFonts w:ascii="Courier New" w:hAnsi="Courier New"/>
          <w:color w:val="555555"/>
          <w:sz w:val="20"/>
        </w:rPr>
        <w:t>[23 . 6 . 1]</w:t>
      </w:r>
    </w:p>
    <w:p>
      <w:r>
        <w:rPr>
          <w:rFonts w:ascii="Gentium Plus" w:hAnsi="Gentium Plus"/>
          <w:sz w:val="24"/>
        </w:rPr>
        <w:t>Φιλήμων δὲ ὁ κωμικὸς ἔγραψε δράματα ἐνενήκοντα ἑπτά, βιώσας ἔτη ἐνενήκοντα ἐννέα.</w:t>
      </w:r>
    </w:p>
    <w:p>
      <w:r>
        <w:rPr>
          <w:rFonts w:ascii="Courier New" w:hAnsi="Courier New"/>
          <w:color w:val="555555"/>
          <w:sz w:val="20"/>
        </w:rPr>
        <w:t>[23 . 7 . 1]</w:t>
      </w:r>
    </w:p>
    <w:p>
      <w:r>
        <w:rPr>
          <w:rFonts w:ascii="Gentium Plus" w:hAnsi="Gentium Plus"/>
          <w:sz w:val="24"/>
        </w:rPr>
        <w:t>Οἱ δὲ πολιορκοῦντες Ἀκράγαντα τὴν πόλιν σὺν τοῖς Ῥωμαίοις καὶ ταφροποιοῦντες καὶ χάρα‐ κας βάλλοντες δέκα μυριάδες ὑπῆρχον. πολλὰ δὲ οἱ Φοίνικες ἀντιμαχήσαντες, τὴν πόλιν Ἀκράγαντα</w:t>
      </w:r>
    </w:p>
    <w:p>
      <w:r>
        <w:rPr>
          <w:rFonts w:ascii="Courier New" w:hAnsi="Courier New"/>
          <w:color w:val="555555"/>
          <w:sz w:val="20"/>
        </w:rPr>
        <w:t>[5]</w:t>
      </w:r>
    </w:p>
    <w:p>
      <w:r>
        <w:rPr>
          <w:rFonts w:ascii="Gentium Plus" w:hAnsi="Gentium Plus"/>
          <w:sz w:val="24"/>
        </w:rPr>
        <w:t>τοῖς Ῥωμαίοις παρέδωκαν.</w:t>
      </w:r>
    </w:p>
    <w:p>
      <w:r>
        <w:rPr>
          <w:rFonts w:ascii="Courier New" w:hAnsi="Courier New"/>
          <w:color w:val="555555"/>
          <w:sz w:val="20"/>
        </w:rPr>
        <w:t>[23 . 8 . 1]</w:t>
      </w:r>
    </w:p>
    <w:p>
      <w:r>
        <w:rPr>
          <w:rFonts w:ascii="Gentium Plus" w:hAnsi="Gentium Plus"/>
          <w:sz w:val="24"/>
        </w:rPr>
        <w:t>Ὅτι Ἄννων ὁ πρεσβύτερος ἐκ τῆς Λιβύης κατὰ τὴν πολιορκίαν Ἀκράγαντος ἐπεραίωσε μεγάλην δύναμιν εἰς Σικελίαν, πεζῶν μυριάδας</w:t>
      </w:r>
    </w:p>
    <w:p>
      <w:r>
        <w:rPr>
          <w:rFonts w:ascii="Courier New" w:hAnsi="Courier New"/>
          <w:color w:val="555555"/>
          <w:sz w:val="20"/>
        </w:rPr>
        <w:t>[5]</w:t>
      </w:r>
    </w:p>
    <w:p>
      <w:r>
        <w:rPr>
          <w:rFonts w:ascii="Gentium Plus" w:hAnsi="Gentium Plus"/>
          <w:sz w:val="24"/>
        </w:rPr>
        <w:t>κοντα. Φιλῖνος δὲ ὁ Ἀκραγαντῖνος ἱστορικὸς ἀνεγράψατο. ὁ δὲ οὖν Ἄννων ἀναζεύξας μετὰ πάσης τῆς δυνάμεως ἐκ τοῦ Λιλυβαίου παρῆλθεν εἰς τὴν Ἡράκλειαν, καθ’ ὃν καιρὸν ἦλθόν τινες ἀπαγγέλλοντες τὸν Ἑρβησσὸν παραδώσειν. Ἄν‐</w:t>
      </w:r>
    </w:p>
    <w:p>
      <w:r>
        <w:rPr>
          <w:rFonts w:ascii="Courier New" w:hAnsi="Courier New"/>
          <w:color w:val="555555"/>
          <w:sz w:val="20"/>
        </w:rPr>
        <w:t>[10]</w:t>
      </w:r>
    </w:p>
    <w:p>
      <w:r>
        <w:rPr>
          <w:rFonts w:ascii="Gentium Plus" w:hAnsi="Gentium Plus"/>
          <w:sz w:val="24"/>
        </w:rPr>
        <w:t>νων δὲ πολεμήσας ἐν δυσὶ μάχαις ἀπέβαλε στρα‐ τιώτας πεζοὺς μὲν τρισχιλίους, ἱππεῖς διακοσίους, ζωγρίας δὲ τετρακισχιλίους· ἐλέφαντας ὀκτὼ θα‐ νεῖν, τριάκοντα τρεῖς δὲ κατατραυματισθῆναι.</w:t>
      </w:r>
    </w:p>
    <w:p>
      <w:r>
        <w:rPr>
          <w:rFonts w:ascii="Courier New" w:hAnsi="Courier New"/>
          <w:color w:val="555555"/>
          <w:sz w:val="20"/>
        </w:rPr>
        <w:t>[23 . 8 . 2]</w:t>
      </w:r>
    </w:p>
    <w:p>
      <w:r>
        <w:rPr>
          <w:rFonts w:ascii="Gentium Plus" w:hAnsi="Gentium Plus"/>
          <w:sz w:val="24"/>
        </w:rPr>
        <w:t>Ὅτι πόλις ἦν καὶ ἡ Ἔντελλα.</w:t>
      </w:r>
    </w:p>
    <w:p>
      <w:r>
        <w:rPr>
          <w:rFonts w:ascii="Courier New" w:hAnsi="Courier New"/>
          <w:color w:val="555555"/>
          <w:sz w:val="20"/>
        </w:rPr>
        <w:t>[23 . 8 . 3]</w:t>
      </w:r>
    </w:p>
    <w:p>
      <w:r>
        <w:rPr>
          <w:rFonts w:ascii="Gentium Plus" w:hAnsi="Gentium Plus"/>
          <w:sz w:val="24"/>
        </w:rPr>
        <w:t>Ὁ δὲ Ἄννων βουλευσάμενος ἐμφρόνως ἑνὶ στρα‐ τηγήματι τοὺς ἐχθροὺς ἅμα καὶ τοὺς πολεμίους ἀνεῖλεν.</w:t>
      </w:r>
    </w:p>
    <w:p>
      <w:r>
        <w:rPr>
          <w:rFonts w:ascii="Courier New" w:hAnsi="Courier New"/>
          <w:color w:val="555555"/>
          <w:sz w:val="20"/>
        </w:rPr>
        <w:t>[23 . 9 . 1]</w:t>
      </w:r>
    </w:p>
    <w:p>
      <w:r>
        <w:rPr>
          <w:rFonts w:ascii="Gentium Plus" w:hAnsi="Gentium Plus"/>
          <w:sz w:val="24"/>
        </w:rPr>
        <w:t>Ἓξ δὲ μῆνας παρακαθίσαντες οὕτω παρέλαβον Ἀκράγαντα, δούλους ἀπάραντες ἅπαντας πλέον τῶν δισμυρίων καὶ πεντακισχιλίων. ἀπέβαλον δὲ καὶ Ῥωμαῖοι πεζοὺς μὲν τρισμυρίους, ἱππεῖς δὲ</w:t>
      </w:r>
    </w:p>
    <w:p>
      <w:r>
        <w:rPr>
          <w:rFonts w:ascii="Courier New" w:hAnsi="Courier New"/>
          <w:color w:val="555555"/>
          <w:sz w:val="20"/>
        </w:rPr>
        <w:t>[23 . 9 . 2]</w:t>
      </w:r>
    </w:p>
    <w:p>
      <w:r>
        <w:rPr>
          <w:rFonts w:ascii="Gentium Plus" w:hAnsi="Gentium Plus"/>
          <w:sz w:val="24"/>
        </w:rPr>
        <w:t>μφʹ. Ἄννωνα δὲ οἱ Καρχηδόνιοι ἐζημίωσαν χρυσοῖς ἑξακισχιλίοις ἀτιμάσαντες· ἀντὶ δὲ τούτου στρατηγὸν ἀπέστειλαν εἰς Σικελίαν Ἀμίλκαν.</w:t>
      </w:r>
    </w:p>
    <w:p>
      <w:r>
        <w:rPr>
          <w:rFonts w:ascii="Courier New" w:hAnsi="Courier New"/>
          <w:color w:val="555555"/>
          <w:sz w:val="20"/>
        </w:rPr>
        <w:t>[23 . 9 . 3]</w:t>
      </w:r>
    </w:p>
    <w:p>
      <w:r>
        <w:rPr>
          <w:rFonts w:ascii="Gentium Plus" w:hAnsi="Gentium Plus"/>
          <w:sz w:val="24"/>
        </w:rPr>
        <w:t>Μυτίστρατον δὲ πολιορκήσαντες Ῥωμαῖοι, καὶ πολλὰς μηχανὰς ποιήσαντες, μετὰ μῆνας ἑπτὰ ἀνεχώρησαν ἄπρακτοι, πολλοὺς στρατιώτας ἀπο‐</w:t>
      </w:r>
    </w:p>
    <w:p>
      <w:r>
        <w:rPr>
          <w:rFonts w:ascii="Courier New" w:hAnsi="Courier New"/>
          <w:color w:val="555555"/>
          <w:sz w:val="20"/>
        </w:rPr>
        <w:t>[23 . 9 . 4]</w:t>
      </w:r>
    </w:p>
    <w:p>
      <w:r>
        <w:rPr>
          <w:rFonts w:ascii="Gentium Plus" w:hAnsi="Gentium Plus"/>
          <w:sz w:val="24"/>
        </w:rPr>
        <w:t>βαλόντες. Ἀμίλκας δὲ τοῖς Ῥωμαίοις συναντήσας εἰς Θέρμας καὶ πολεμήσας, ἐνίκησε καὶ ἀπέκτεινεν ἑξακισχιλίους, παρ’ ὀλίγον δὲ ὅλην τὴν δύναμιν. ἦν δὲ καὶ τὸ Μάζαριν φρούριον ὑπὸ Ῥωμαίων</w:t>
      </w:r>
    </w:p>
    <w:p>
      <w:r>
        <w:rPr>
          <w:rFonts w:ascii="Courier New" w:hAnsi="Courier New"/>
          <w:color w:val="555555"/>
          <w:sz w:val="20"/>
        </w:rPr>
        <w:t>[5]</w:t>
      </w:r>
    </w:p>
    <w:p>
      <w:r>
        <w:rPr>
          <w:rFonts w:ascii="Gentium Plus" w:hAnsi="Gentium Plus"/>
          <w:sz w:val="24"/>
        </w:rPr>
        <w:t>ἐξηνδραποδισμένον. Ἀμίλκας δὲ ὁ Καρχηδόνιος Καμάριναν ὑπὸ προδοτῶν παρέλαβε δεύτερον· μετ’ ὀλίγας δὲ ἡμέρας καὶ τῆς Ἔννης ἐκυρίευσεν ὃν τρόπον καὶ Καμαρίνης. τὸ δὲ Δρέπανον τειχίσας καὶ πόλιν καταστήσας μετῴκισε τοὺς Ἐρυκίνους,</w:t>
      </w:r>
    </w:p>
    <w:p>
      <w:r>
        <w:rPr>
          <w:rFonts w:ascii="Courier New" w:hAnsi="Courier New"/>
          <w:color w:val="555555"/>
          <w:sz w:val="20"/>
        </w:rPr>
        <w:t>[10]</w:t>
      </w:r>
    </w:p>
    <w:p>
      <w:r>
        <w:rPr>
          <w:rFonts w:ascii="Gentium Plus" w:hAnsi="Gentium Plus"/>
          <w:sz w:val="24"/>
        </w:rPr>
        <w:t>καὶ τὸν Ἔρυκα κατέσκαψε πλὴν τοῦ περὶ τὸ ἱερὸν τόπου. τρίτον δὲ πολιορκήσαντες τὴν Μυτίστρα‐ τον Ῥωμαῖοι εἷλον καὶ κατέσκαψαν τὴν πόλιν, καὶ τὰ ὑπολειφθέντα σώματα λαφυροπωλήσαντες.</w:t>
      </w:r>
    </w:p>
    <w:p>
      <w:r>
        <w:rPr>
          <w:rFonts w:ascii="Courier New" w:hAnsi="Courier New"/>
          <w:color w:val="555555"/>
          <w:sz w:val="20"/>
        </w:rPr>
        <w:t>[23 . 9 . 5]</w:t>
      </w:r>
    </w:p>
    <w:p>
      <w:r>
        <w:rPr>
          <w:rFonts w:ascii="Gentium Plus" w:hAnsi="Gentium Plus"/>
          <w:sz w:val="24"/>
        </w:rPr>
        <w:t>μετὰ ταῦτα δὲ εἰς Καμάριναν ἦλθον, καὶ ταύτῃ παρακαθίσας ἑλεῖν οὐκ ἐδυνήθη· ὕστερον δὲ παρ’ Ἱέρωνος πολεμικὰ ὄργανα μεταστειλάμενος, τὴν πόλιν εἷλε καὶ τὰ σώματα τὰ πλείονα Καμαριναίων</w:t>
      </w:r>
    </w:p>
    <w:p>
      <w:r>
        <w:rPr>
          <w:rFonts w:ascii="Courier New" w:hAnsi="Courier New"/>
          <w:color w:val="555555"/>
          <w:sz w:val="20"/>
        </w:rPr>
        <w:t>[5]</w:t>
      </w:r>
    </w:p>
    <w:p>
      <w:r>
        <w:rPr>
          <w:rFonts w:ascii="Gentium Plus" w:hAnsi="Gentium Plus"/>
          <w:sz w:val="24"/>
        </w:rPr>
        <w:t>ἐπώλησεν. εὐθὺς δὲ ὑπὸ προδοτῶν καὶ τὴν Ἔνναν εἷλε· καὶ τῶν φρουρῶν οἱ μὲν ἀνῃρέθησαν, οἱ δὲ ἐξέφυγον πρὸς τοὺς συμμάχους. εἶτα ἐπὶ Σιττάναν ἐλθὼν κατὰ κράτος ταύτην εἷλε. εἶτα ὁμοίως ταῖς ἄλλαις πόλεσι φρουρὰν καταστήσας, ἐπὶ Καμικὸν</w:t>
      </w:r>
    </w:p>
    <w:p>
      <w:r>
        <w:rPr>
          <w:rFonts w:ascii="Courier New" w:hAnsi="Courier New"/>
          <w:color w:val="555555"/>
          <w:sz w:val="20"/>
        </w:rPr>
        <w:t>[10]</w:t>
      </w:r>
    </w:p>
    <w:p>
      <w:r>
        <w:rPr>
          <w:rFonts w:ascii="Gentium Plus" w:hAnsi="Gentium Plus"/>
          <w:sz w:val="24"/>
        </w:rPr>
        <w:t>ἦλθε, φρούριον Ἀκραγαντίνων· εἷλε καὶ αὐτὸ προ‐</w:t>
      </w:r>
    </w:p>
    <w:p>
      <w:r>
        <w:rPr>
          <w:rFonts w:ascii="Courier New" w:hAnsi="Courier New"/>
          <w:color w:val="555555"/>
          <w:sz w:val="20"/>
        </w:rPr>
        <w:t>[23 . 10 . 1]</w:t>
      </w:r>
    </w:p>
    <w:p>
      <w:r>
        <w:rPr>
          <w:rFonts w:ascii="Gentium Plus" w:hAnsi="Gentium Plus"/>
          <w:sz w:val="24"/>
        </w:rPr>
        <w:t>Ὅτι ὁ τῶν Καρχηδονίων στρατηγὸς Ἀννίβας ἡττηθεὶς ναυμαχίᾳ καὶ φοβούμενος μὴ διὰ τὴν ἧτταν ἀπὸ τῆς γερουσίας τύχῃ τιμωρίας τεχνά‐ ζεταί τι τοιοῦτον. ἀπέστειλέ τινα τῶν φίλων εἰς</w:t>
      </w:r>
    </w:p>
    <w:p>
      <w:r>
        <w:rPr>
          <w:rFonts w:ascii="Courier New" w:hAnsi="Courier New"/>
          <w:color w:val="555555"/>
          <w:sz w:val="20"/>
        </w:rPr>
        <w:t>[5]</w:t>
      </w:r>
    </w:p>
    <w:p>
      <w:r>
        <w:rPr>
          <w:rFonts w:ascii="Gentium Plus" w:hAnsi="Gentium Plus"/>
          <w:sz w:val="24"/>
        </w:rPr>
        <w:t>Καρχηδόνα δοὺς ἐντολὰς ἅς ποτε ἔδοξεν αὐτῷ συμφέρειν. ὁ δὲ καταπλεύσας εἰς τὴν πόλιν καὶ πρὸς τὴν γερουσίαν εἰσαχθεὶς εἶπεν ὅτι προσέταξεν Ἀννίβας ἐρωτῆσαι τὴν βουλὴν εἰ κελεύει ναυμα‐ χῆσαι διακοσίαις ναυσὶ πρὸς Ῥωμαίων ἑκατὸν</w:t>
      </w:r>
    </w:p>
    <w:p>
      <w:r>
        <w:rPr>
          <w:rFonts w:ascii="Courier New" w:hAnsi="Courier New"/>
          <w:color w:val="555555"/>
          <w:sz w:val="20"/>
        </w:rPr>
        <w:t>[10]</w:t>
      </w:r>
    </w:p>
    <w:p>
      <w:r>
        <w:rPr>
          <w:rFonts w:ascii="Gentium Plus" w:hAnsi="Gentium Plus"/>
          <w:sz w:val="24"/>
        </w:rPr>
        <w:t>εἴκοσι. τῶν δὲ ἀναβοησάντων καὶ κελευσάντων, Τοιγαροῦν, ἔφη, νεναυμάχηκε καὶ ἡττήμεθα. ἐκεῖ‐ νος δὲ ὑμῶν προσταξάντων ἀπολέλυται τῆς αἰτίας. ὁ μὲν οὖν Ἀννίβας εἰδὼς τοὺς πολίτας ἐκ τῶν ἀπο‐ τελεσμάτων συκοφαντοῦντας τοὺς στρατηγούς,</w:t>
      </w:r>
    </w:p>
    <w:p>
      <w:r>
        <w:rPr>
          <w:rFonts w:ascii="Courier New" w:hAnsi="Courier New"/>
          <w:color w:val="555555"/>
          <w:sz w:val="20"/>
        </w:rPr>
        <w:t>[15]</w:t>
      </w:r>
    </w:p>
    <w:p>
      <w:r>
        <w:rPr>
          <w:rFonts w:ascii="Gentium Plus" w:hAnsi="Gentium Plus"/>
          <w:sz w:val="24"/>
        </w:rPr>
        <w:t>τοιούτῳ τρόπῳ τὰς ἐσομένας κατηγορίας ὑπεξ‐ είλατο.</w:t>
      </w:r>
    </w:p>
    <w:p>
      <w:r>
        <w:rPr>
          <w:rFonts w:ascii="Courier New" w:hAnsi="Courier New"/>
          <w:color w:val="555555"/>
          <w:sz w:val="20"/>
        </w:rPr>
        <w:t>[23 . 10 . 2]</w:t>
      </w:r>
    </w:p>
    <w:p>
      <w:r>
        <w:rPr>
          <w:rFonts w:ascii="Gentium Plus" w:hAnsi="Gentium Plus"/>
          <w:sz w:val="24"/>
        </w:rPr>
        <w:t>Διαβεβλημένοι γὰρ ἐν τοῖς πρότερον κινδύνοις ὡς ἂν τῶν ἐλαττωμάτων αἴτιοι γεγονότες ἔσπευδον διὰ ταύτης τῆς ναυμαχίας ἀνακτήσασθαι τὰς περὶ τούτων διαβολάς.</w:t>
      </w:r>
    </w:p>
    <w:p>
      <w:r>
        <w:rPr>
          <w:rFonts w:ascii="Courier New" w:hAnsi="Courier New"/>
          <w:color w:val="555555"/>
          <w:sz w:val="20"/>
        </w:rPr>
        <w:t>[23 . 11 . 1]</w:t>
      </w:r>
    </w:p>
    <w:p>
      <w:r>
        <w:rPr>
          <w:rFonts w:ascii="Gentium Plus" w:hAnsi="Gentium Plus"/>
          <w:sz w:val="24"/>
        </w:rPr>
        <w:t>Οὐδὲν δ’ οὕτω καταπλήττεται τὰς ψυχὰς τὸ</w:t>
      </w:r>
    </w:p>
    <w:p>
      <w:r>
        <w:rPr>
          <w:rFonts w:ascii="Courier New" w:hAnsi="Courier New"/>
          <w:color w:val="555555"/>
          <w:sz w:val="20"/>
        </w:rPr>
        <w:t>[5]</w:t>
      </w:r>
    </w:p>
    <w:p>
      <w:r>
        <w:rPr>
          <w:rFonts w:ascii="Gentium Plus" w:hAnsi="Gentium Plus"/>
          <w:sz w:val="24"/>
        </w:rPr>
        <w:t>ἀμύνασθαι. τριάκοντα γὰρ ναυσὶ τῶν Ῥωμαίων προσφερομένων τῇ χώρᾳ καὶ μήτε τάξεως μήτε συστήματος ἁδροῦ γενομένου τοῦ τε πνεύματος βιαιότερον ἐγκειμένου, χωρὶς κινδύνου παρῆν αἱρεῖν αὔτανδρα τὰ σκάφη. εἰ μὲν οὖν καταβάντες εἰς τὸ</w:t>
      </w:r>
    </w:p>
    <w:p>
      <w:r>
        <w:rPr>
          <w:rFonts w:ascii="Courier New" w:hAnsi="Courier New"/>
          <w:color w:val="555555"/>
          <w:sz w:val="20"/>
        </w:rPr>
        <w:t>[10]</w:t>
      </w:r>
    </w:p>
    <w:p>
      <w:r>
        <w:rPr>
          <w:rFonts w:ascii="Gentium Plus" w:hAnsi="Gentium Plus"/>
          <w:sz w:val="24"/>
        </w:rPr>
        <w:t>πεδίον ἐξ ἴσου παρετάξαντο καὶ πᾶσι τοῖς μέρεσι τῆς δυνάμεως ἐνεργῶς ἐχρήσαντο, ῥᾳδίως ἂν περι‐ εγένοντο τῶν πολεμίων· νῦν δὲ πρὸς αὐτὴν μόνον ἀποβλέψαντες τὴν ἐρυμνότητα τοῦ λόφου, καὶ τῶν χρησίμων τὰ μὲν διὰ τὴν εὐλάβειαν προέμενοι τὰ</w:t>
      </w:r>
    </w:p>
    <w:p>
      <w:r>
        <w:rPr>
          <w:rFonts w:ascii="Courier New" w:hAnsi="Courier New"/>
          <w:color w:val="555555"/>
          <w:sz w:val="20"/>
        </w:rPr>
        <w:t>[15]</w:t>
      </w:r>
    </w:p>
    <w:p>
      <w:r>
        <w:rPr>
          <w:rFonts w:ascii="Gentium Plus" w:hAnsi="Gentium Plus"/>
          <w:sz w:val="24"/>
        </w:rPr>
        <w:t>δὲ διὰ τὴν ἀπειρίαν διαγνοήσαντες, τοῖς ὅλοις ἔπταισαν.</w:t>
      </w:r>
    </w:p>
    <w:p>
      <w:r>
        <w:rPr>
          <w:rFonts w:ascii="Courier New" w:hAnsi="Courier New"/>
          <w:color w:val="555555"/>
          <w:sz w:val="20"/>
        </w:rPr>
        <w:t>[23 . 12 . 1]</w:t>
      </w:r>
    </w:p>
    <w:p>
      <w:r>
        <w:rPr>
          <w:rFonts w:ascii="Gentium Plus" w:hAnsi="Gentium Plus"/>
          <w:sz w:val="24"/>
        </w:rPr>
        <w:t>Ὅτι ἐν ἀθυμίᾳ πολλῇ ὄντων τῶν Καρχη‐ δονίων τρεῖς ἄνδρας ἡ γερουσία τῶν ἐπιφανεστά‐ των ἀπέστειλε πρεσβευτὰς πρὸς τὸν Ἀτίλιον περὶ εἰρήνης. τούτων δὲ Ἄννων ὁ Ἀμίλκου πρῶτος</w:t>
      </w:r>
    </w:p>
    <w:p>
      <w:r>
        <w:rPr>
          <w:rFonts w:ascii="Courier New" w:hAnsi="Courier New"/>
          <w:color w:val="555555"/>
          <w:sz w:val="20"/>
        </w:rPr>
        <w:t>[5]</w:t>
      </w:r>
    </w:p>
    <w:p>
      <w:r>
        <w:rPr>
          <w:rFonts w:ascii="Gentium Plus" w:hAnsi="Gentium Plus"/>
          <w:sz w:val="24"/>
        </w:rPr>
        <w:t>ὢν τῇ δόξῃ, διαλεχθεὶς τοὺς ἁρμόζοντας λόγους τῷ καιρῷ, παρεκάλει τὸν ὕπατον μετρίως αὐτοῖς χρήσασθαι καὶ τῆς Ῥώμης ἀξίως. ὁ δὲ Ἀτίλιος μεμετεωρισμένος τοῖς εὐημερήμασιν καὶ τύχης ἀν‐ θρωπίνης οὐδεμίαν ἔννοιαν λαμβάνων τηλικαῦτα</w:t>
      </w:r>
    </w:p>
    <w:p>
      <w:r>
        <w:rPr>
          <w:rFonts w:ascii="Courier New" w:hAnsi="Courier New"/>
          <w:color w:val="555555"/>
          <w:sz w:val="20"/>
        </w:rPr>
        <w:t>[10]</w:t>
      </w:r>
    </w:p>
    <w:p>
      <w:r>
        <w:rPr>
          <w:rFonts w:ascii="Gentium Plus" w:hAnsi="Gentium Plus"/>
          <w:sz w:val="24"/>
        </w:rPr>
        <w:t>καὶ τοιαῦτα προσέταττεν ὥστε τὴν συντεθειμένην εἰρήνην ὑπ’ αὐτοῦ μηδὲν διαφέρειν δουλείας. ἐφ’ οἷς ὁρῶν τοὺς πρεσβευτὰς ἀγανακτοῦντας ἔφησεν αὐτοὺς δεῖν τοὐναντίον χάριν ἔχειν ἐπὶ τούτοις· μὴ δυναμένων γὰρ αὐτῶν μήτε κατὰ γῆν μήτε κατὰ</w:t>
      </w:r>
    </w:p>
    <w:p>
      <w:r>
        <w:rPr>
          <w:rFonts w:ascii="Courier New" w:hAnsi="Courier New"/>
          <w:color w:val="555555"/>
          <w:sz w:val="20"/>
        </w:rPr>
        <w:t>[15]</w:t>
      </w:r>
    </w:p>
    <w:p>
      <w:r>
        <w:rPr>
          <w:rFonts w:ascii="Gentium Plus" w:hAnsi="Gentium Plus"/>
          <w:sz w:val="24"/>
        </w:rPr>
        <w:t>θάλατταν ὑπὲρ τῆς ἐλευθερίας ἀντιτάξασθαι, πᾶν τὸ συγχωρούμενον ὑφ’ ἑαυτοῦ λαμβάνειν ἐν δωρεᾷ. τῶν δὲ περὶ τὸν Ἄννωνα παρρησιαζομένων πρὸς αὐτόν, ὑπερηφάνως ἀπειλήσας προσέταξεν ἀπιέναι τὴν ταχίστην, ἐπιφθεγξάμενος ὅτι δεῖ τοὺς ἀγαθοὺς</w:t>
      </w:r>
    </w:p>
    <w:p>
      <w:r>
        <w:rPr>
          <w:rFonts w:ascii="Courier New" w:hAnsi="Courier New"/>
          <w:color w:val="555555"/>
          <w:sz w:val="20"/>
        </w:rPr>
        <w:t>[20]</w:t>
      </w:r>
    </w:p>
    <w:p>
      <w:r>
        <w:rPr>
          <w:rFonts w:ascii="Gentium Plus" w:hAnsi="Gentium Plus"/>
          <w:sz w:val="24"/>
        </w:rPr>
        <w:t>ἢ νικᾶν ἢ εἴκειν τοῖς ὑπερέχουσιν. ὁ μὲν οὖν ὕπατος οὔτε τὸ τῆς πατρίδος ἔθος ἐν τοῖς τοιούτοις μιμησάμενος οὔτε τὴν ἐκ θεοῦ νέμεσιν εὐλαβηθεὶς συντόμως τῆς ὑπερηφανίας ἀξίᾳ περιέπεσε τιμωρίᾳ. (Const. Exc. 4, pp. 348—349.)</w:t>
      </w:r>
    </w:p>
    <w:p>
      <w:r>
        <w:rPr>
          <w:rFonts w:ascii="Courier New" w:hAnsi="Courier New"/>
          <w:color w:val="555555"/>
          <w:sz w:val="20"/>
        </w:rPr>
        <w:t>[23 . 13 . 1]</w:t>
      </w:r>
    </w:p>
    <w:p>
      <w:r>
        <w:rPr>
          <w:rFonts w:ascii="Gentium Plus" w:hAnsi="Gentium Plus"/>
          <w:sz w:val="24"/>
        </w:rPr>
        <w:t>Πάντες μὲν οὖν ἄνθρωποι κατὰ τὰς ἀτυχίας μᾶλλον εἰώθασι τοῦ δαιμονίου μνημονεύειν, καὶ πολλάκις ἐν ταῖς εὐημερίαις καὶ εὐπραξίαις ὡς μύθων πεπλασμένων τῶν θεῶν καταφρονοῦντες</w:t>
      </w:r>
    </w:p>
    <w:p>
      <w:r>
        <w:rPr>
          <w:rFonts w:ascii="Courier New" w:hAnsi="Courier New"/>
          <w:color w:val="555555"/>
          <w:sz w:val="20"/>
        </w:rPr>
        <w:t>[5]</w:t>
      </w:r>
    </w:p>
    <w:p>
      <w:r>
        <w:rPr>
          <w:rFonts w:ascii="Gentium Plus" w:hAnsi="Gentium Plus"/>
          <w:sz w:val="24"/>
        </w:rPr>
        <w:t>κατὰ τὰς ἐλαττώσεις ἀνατρέχουσιν ἐπὶ τὴν φυσικὴν εὐλάβειαν. μάλιστα δὲ οἱ Καρχηδόνιοι διὰ τὸ μέγεθος τῶν ἐπηρτημένων φόβων ἀναζητοῦντες τὰς ἐκ τῶν πολλῶν χρόνων παραλελειμμένας θυσίας ἐπολυπλασίαζον τὰς εἰς τὸ θεῖον τιμάς.</w:t>
      </w:r>
    </w:p>
    <w:p>
      <w:r>
        <w:rPr>
          <w:rFonts w:ascii="Courier New" w:hAnsi="Courier New"/>
          <w:color w:val="555555"/>
          <w:sz w:val="20"/>
        </w:rPr>
        <w:t>[10]</w:t>
      </w:r>
    </w:p>
    <w:p>
      <w:r>
        <w:rPr>
          <w:rFonts w:ascii="Gentium Plus" w:hAnsi="Gentium Plus"/>
          <w:sz w:val="24"/>
        </w:rPr>
        <w:t>(Const. Exc. 4, p. 350; to εὐλάβειαν, Exc. Hoesch. p. 504 W.)</w:t>
      </w:r>
    </w:p>
    <w:p>
      <w:r>
        <w:rPr>
          <w:rFonts w:ascii="Courier New" w:hAnsi="Courier New"/>
          <w:color w:val="555555"/>
          <w:sz w:val="20"/>
        </w:rPr>
        <w:t>[23 . 14 . 1]</w:t>
      </w:r>
    </w:p>
    <w:p>
      <w:r>
        <w:rPr>
          <w:rFonts w:ascii="Gentium Plus" w:hAnsi="Gentium Plus"/>
          <w:sz w:val="24"/>
        </w:rPr>
        <w:t>Ὅτι ὁ Ξάνθιππος ὁ Σπαρτιάτης συνε‐ βούλευε τοῖς στρατηγοῖς προάγειν ἐπὶ τοὺς πολε‐</w:t>
      </w:r>
    </w:p>
    <w:p>
      <w:r>
        <w:rPr>
          <w:rFonts w:ascii="Courier New" w:hAnsi="Courier New"/>
          <w:color w:val="555555"/>
          <w:sz w:val="20"/>
        </w:rPr>
        <w:t>[5]</w:t>
      </w:r>
    </w:p>
    <w:p>
      <w:r>
        <w:rPr>
          <w:rFonts w:ascii="Gentium Plus" w:hAnsi="Gentium Plus"/>
          <w:sz w:val="24"/>
        </w:rPr>
        <w:t>ᾖ τῶν κινδύνων, ἀλλ’ ὅπως εἰδῶσιν ὅτι πέπεισται ταῦτα ποιούντων αὐτῶν ῥᾳδίως προτερήσειν, αὐτός τε καθηγήσεσθαι τῆς μάχης καὶ πρῶτος ἐν τοῖς κινδύνοις ἀνδραγαθήσειν.</w:t>
      </w:r>
    </w:p>
    <w:p>
      <w:r>
        <w:rPr>
          <w:rFonts w:ascii="Courier New" w:hAnsi="Courier New"/>
          <w:color w:val="555555"/>
          <w:sz w:val="20"/>
        </w:rPr>
        <w:t>[23 . 14 . 2]</w:t>
      </w:r>
    </w:p>
    <w:p>
      <w:r>
        <w:rPr>
          <w:rFonts w:ascii="Gentium Plus" w:hAnsi="Gentium Plus"/>
          <w:sz w:val="24"/>
        </w:rPr>
        <w:t>Ὅτι Ξανθίππου κατὰ τὸν πόλεμον τοῦ Σπαρ‐ τιάτου παριππεύοντος καὶ τοὺς πεφευγότας πεζοὺς ἀναστρέφοντος, εἰπόντος δέ τινος ὅτι ῥᾳδίως ἐφ’ ἵππου καθήμενος τοὺς ἄλλους εἰς τὸν κίνδυνον</w:t>
      </w:r>
    </w:p>
    <w:p>
      <w:r>
        <w:rPr>
          <w:rFonts w:ascii="Courier New" w:hAnsi="Courier New"/>
          <w:color w:val="555555"/>
          <w:sz w:val="20"/>
        </w:rPr>
        <w:t>[5]</w:t>
      </w:r>
    </w:p>
    <w:p>
      <w:r>
        <w:rPr>
          <w:rFonts w:ascii="Gentium Plus" w:hAnsi="Gentium Plus"/>
          <w:sz w:val="24"/>
        </w:rPr>
        <w:t>παρακαλεῖ, παραχρῆμα καθαλόμενος τὸν μὲν ἵππον τῶν παίδων τινὶ παρέδωκεν, αὐτὸς δὲ πεζῇ παριὼν ἐδεῖτο μὴ γενέσθαι τῆς ἥττης καὶ τῆς ἀπωλείας αἰτίους ἅπαντος τοῦ στρατοπέδου. (Const. Exc. 4, p. 350.)</w:t>
      </w:r>
    </w:p>
    <w:p>
      <w:r>
        <w:rPr>
          <w:rFonts w:ascii="Courier New" w:hAnsi="Courier New"/>
          <w:color w:val="555555"/>
          <w:sz w:val="20"/>
        </w:rPr>
        <w:t>[23 . 15 . 1]</w:t>
      </w:r>
    </w:p>
    <w:p>
      <w:r>
        <w:rPr>
          <w:rFonts w:ascii="Gentium Plus" w:hAnsi="Gentium Plus"/>
          <w:sz w:val="24"/>
        </w:rPr>
        <w:t>Ἡμεῖς δὲ τῆς ἱστορίας οἰκεῖον ὑπολαμβά‐ νομεν εἶναι τὸ μὴ παραλιπεῖν ἀνεπισημάντους τὰς τῶν ἡγεμόνων προαιρέσεις ἐπ’ ἀμφότερα. τῇ μὲν γὰρ τῶν ἡμαρτημένων κατηγορίᾳ διορθοῦσθαι συμ‐</w:t>
      </w:r>
    </w:p>
    <w:p>
      <w:r>
        <w:rPr>
          <w:rFonts w:ascii="Courier New" w:hAnsi="Courier New"/>
          <w:color w:val="555555"/>
          <w:sz w:val="20"/>
        </w:rPr>
        <w:t>[5]</w:t>
      </w:r>
    </w:p>
    <w:p>
      <w:r>
        <w:rPr>
          <w:rFonts w:ascii="Gentium Plus" w:hAnsi="Gentium Plus"/>
          <w:sz w:val="24"/>
        </w:rPr>
        <w:t>βαίνει τοὺς ἐπὶ τὴν ὁμοίαν καταφερομένους ἄ‐ γνοιαν, τῇ δὲ ἐπὶ τῶν ἀγαθῶν ἐπιτηδευμάτων εὐφημίᾳ προτρέπεσθαι πολλῶν τὰς ψυχὰς πρὸς ἀρετήν. τίς οὖν οὐκ ἂν δικαίως μέμψαιτο τὴν ἀφροσύνην καὶ τὴν ὑπερηφανίαν τὴν Ἀτιλίου; τὴν</w:t>
      </w:r>
    </w:p>
    <w:p>
      <w:r>
        <w:rPr>
          <w:rFonts w:ascii="Courier New" w:hAnsi="Courier New"/>
          <w:color w:val="555555"/>
          <w:sz w:val="20"/>
        </w:rPr>
        <w:t>[10]</w:t>
      </w:r>
    </w:p>
    <w:p>
      <w:r>
        <w:rPr>
          <w:rFonts w:ascii="Gentium Plus" w:hAnsi="Gentium Plus"/>
          <w:sz w:val="24"/>
        </w:rPr>
        <w:t>γὰρ εὐτυχίαν ὥσπερ βαρὺ φορτίον ἐνεγκεῖν ἐπι‐ δεξίως οὐ δυνηθεὶς ἑαυτὸν μὲν ἀπεστέρησε τῆς μεγίστης δόξης, τὴν δὲ πατρίδα μεγάλοις περιέβαλε</w:t>
      </w:r>
    </w:p>
    <w:p>
      <w:r>
        <w:rPr>
          <w:rFonts w:ascii="Courier New" w:hAnsi="Courier New"/>
          <w:color w:val="555555"/>
          <w:sz w:val="20"/>
        </w:rPr>
        <w:t>[23 . 15 . 2]</w:t>
      </w:r>
    </w:p>
    <w:p>
      <w:r>
        <w:rPr>
          <w:rFonts w:ascii="Gentium Plus" w:hAnsi="Gentium Plus"/>
          <w:sz w:val="24"/>
        </w:rPr>
        <w:t>συμπτώμασι. δυνάμενος γὰρ θέσθαι τὴν εἰρήνην συμφέρουσαν μὲν τῇ Ῥώμῃ, ταπεινὴν δὲ καὶ παντελῶς αἰσχρὰν τῇ Καρχηδόνι, πρὸς δὲ τούτοις ἀπενέγκασθαι παρὰ πᾶσιν ἀνθρώποις αἰώνιον μνή‐</w:t>
      </w:r>
    </w:p>
    <w:p>
      <w:r>
        <w:rPr>
          <w:rFonts w:ascii="Courier New" w:hAnsi="Courier New"/>
          <w:color w:val="555555"/>
          <w:sz w:val="20"/>
        </w:rPr>
        <w:t>[5]</w:t>
      </w:r>
    </w:p>
    <w:p>
      <w:r>
        <w:rPr>
          <w:rFonts w:ascii="Gentium Plus" w:hAnsi="Gentium Plus"/>
          <w:sz w:val="24"/>
        </w:rPr>
        <w:t>μην ἡμερότητος καὶ φιλανθρωπίας, τούτων μὲν οὐδ’ ὁντινοῦν ἐποιήσατο λόγον, τοῖς δὲ τῶν ἠτυχηκότων πταίσμασιν ὑπερηφάνως προσενεχθείς, τηλικαῦτα καὶ τοιαῦτα προσέταττεν ὥστε τὸ μὲν δαιμόνιον νεμεσῆσαι, τοὺς δὲ ἡττημένους διὰ τὴν ὑπερβολὴν</w:t>
      </w:r>
    </w:p>
    <w:p>
      <w:r>
        <w:rPr>
          <w:rFonts w:ascii="Courier New" w:hAnsi="Courier New"/>
          <w:color w:val="555555"/>
          <w:sz w:val="20"/>
        </w:rPr>
        <w:t>[10]</w:t>
      </w:r>
    </w:p>
    <w:p>
      <w:r>
        <w:rPr>
          <w:rFonts w:ascii="Gentium Plus" w:hAnsi="Gentium Plus"/>
          <w:sz w:val="24"/>
        </w:rPr>
        <w:t>τῆς ἐκείνου βαρύτητος ἐπαναγκάσαι τραπέσθαι</w:t>
      </w:r>
    </w:p>
    <w:p>
      <w:r>
        <w:rPr>
          <w:rFonts w:ascii="Courier New" w:hAnsi="Courier New"/>
          <w:color w:val="555555"/>
          <w:sz w:val="20"/>
        </w:rPr>
        <w:t>[23 . 15 . 3]</w:t>
      </w:r>
    </w:p>
    <w:p>
      <w:r>
        <w:rPr>
          <w:rFonts w:ascii="Gentium Plus" w:hAnsi="Gentium Plus"/>
          <w:sz w:val="24"/>
        </w:rPr>
        <w:t>πρὸς ἀλκήν. τοιγαροῦν εὐθὺς τηλικαύτη τῶν πραγ‐ μάτων ἐγένετο παλίρροια δι’ ἐκεῖνον ὥστε τοὺς μὲν Καρχηδονίους τοὺς διὰ τὴν ἧτταν καὶ τὴν κατά‐ πληξιν ἀπεγνωκότας τὸ πρότερον τὴν σωτηρίαν,</w:t>
      </w:r>
    </w:p>
    <w:p>
      <w:r>
        <w:rPr>
          <w:rFonts w:ascii="Courier New" w:hAnsi="Courier New"/>
          <w:color w:val="555555"/>
          <w:sz w:val="20"/>
        </w:rPr>
        <w:t>[5]</w:t>
      </w:r>
    </w:p>
    <w:p>
      <w:r>
        <w:rPr>
          <w:rFonts w:ascii="Gentium Plus" w:hAnsi="Gentium Plus"/>
          <w:sz w:val="24"/>
        </w:rPr>
        <w:t>ἐκ μεταβολῆς τότε θαρσήσαντας κατακόψαι τὴν τῶν πολεμίων δύναμιν, τὸ δὲ σύνολον τηλικαύτῃ πληγῇ καὶ συμφορᾷ περιπεσεῖν τὴν Ῥώμην ὥστε τοὺς ἐν τῷ πεζομαχεῖν ἁπάντων ἀνθρώπων δο‐</w:t>
      </w:r>
    </w:p>
    <w:p>
      <w:r>
        <w:rPr>
          <w:rFonts w:ascii="Courier New" w:hAnsi="Courier New"/>
          <w:color w:val="555555"/>
          <w:sz w:val="20"/>
        </w:rPr>
        <w:t>[23 . 15 . 4]</w:t>
      </w:r>
    </w:p>
    <w:p>
      <w:r>
        <w:rPr>
          <w:rFonts w:ascii="Gentium Plus" w:hAnsi="Gentium Plus"/>
          <w:sz w:val="24"/>
        </w:rPr>
        <w:t>συγκαταβαίνειν εἰς παράταξιν. διὸ καὶ συνέβη τὸν πόλεμον μακρότατον μὲν γενέσθαι τῶν μνημονευο‐ μένων, τοὺς δὲ ἀγῶνας μεταπεσεῖν εἰς ναυμαχίας, ἐν αἷς τῶν Ῥωμαίων καὶ τῶν συμμάχων διεφθάρη‐</w:t>
      </w:r>
    </w:p>
    <w:p>
      <w:r>
        <w:rPr>
          <w:rFonts w:ascii="Courier New" w:hAnsi="Courier New"/>
          <w:color w:val="555555"/>
          <w:sz w:val="20"/>
        </w:rPr>
        <w:t>[5]</w:t>
      </w:r>
    </w:p>
    <w:p>
      <w:r>
        <w:rPr>
          <w:rFonts w:ascii="Gentium Plus" w:hAnsi="Gentium Plus"/>
          <w:sz w:val="24"/>
        </w:rPr>
        <w:t>σαν ναῦς παμπληθεῖς, ἄνδρες δ’ οὐκ ἐλάττους τῶν δέκα μυριάδων σὺν τοῖς ἐν ταῖς ναυαγίαις ἀπολο‐ μένοις· χρημάτων δὲ ἐδαπανήθη τοσοῦτος ἀριθ‐ μὸς ὅσον εἰκός ἐστιν ἀναλῶσαι τοὺς στόλους μὲν πληροῦντας ἐκ τοσούτων νηῶν συνεστηκότας, δια‐</w:t>
      </w:r>
    </w:p>
    <w:p>
      <w:r>
        <w:rPr>
          <w:rFonts w:ascii="Courier New" w:hAnsi="Courier New"/>
          <w:color w:val="555555"/>
          <w:sz w:val="20"/>
        </w:rPr>
        <w:t>[10]</w:t>
      </w:r>
    </w:p>
    <w:p>
      <w:r>
        <w:rPr>
          <w:rFonts w:ascii="Gentium Plus" w:hAnsi="Gentium Plus"/>
          <w:sz w:val="24"/>
        </w:rPr>
        <w:t>πολεμήσαντας δὲ ἀπὸ τούτων τῶν χρόνων ἔτη πεντεκαίδεκα. οὐ μὴν ὅ γε τούτων αἴτιος ἐλαχί‐ στην μερίδα τῆς συμφορᾶς ἀπηνέγκατο. τῆς γὰρ προϋπαρχούσης αὐτῷ δόξης πολλαπλασίαν τὴν</w:t>
      </w:r>
    </w:p>
    <w:p>
      <w:r>
        <w:rPr>
          <w:rFonts w:ascii="Courier New" w:hAnsi="Courier New"/>
          <w:color w:val="555555"/>
          <w:sz w:val="20"/>
        </w:rPr>
        <w:t>[15]</w:t>
      </w:r>
    </w:p>
    <w:p>
      <w:r>
        <w:rPr>
          <w:rFonts w:ascii="Gentium Plus" w:hAnsi="Gentium Plus"/>
          <w:sz w:val="24"/>
        </w:rPr>
        <w:t>συμπτώμασι τοὺς ἄλλους ἐδίδαξε μέτρια φρονεῖν ἐν ταῖς ἐξουσίαις, τὸ δὲ μέγιστον, ὧν ὑπερηφάνησε τὴν ἀτυχίαν, τούτων ἠναγκάσθη τὴν ὕβριν καὶ τὴν ἐξουσίαν φέρειν, προαφῃρημένος ἑαυτοῦ τὴν συγ‐ γνώμην καὶ τὸν συγκεχωρημένον τοῖς ἐπταικόσιν</w:t>
      </w:r>
    </w:p>
    <w:p>
      <w:r>
        <w:rPr>
          <w:rFonts w:ascii="Courier New" w:hAnsi="Courier New"/>
          <w:color w:val="555555"/>
          <w:sz w:val="20"/>
        </w:rPr>
        <w:t>[23 . 15 . 5]</w:t>
      </w:r>
    </w:p>
    <w:p>
      <w:r>
        <w:rPr>
          <w:rFonts w:ascii="Gentium Plus" w:hAnsi="Gentium Plus"/>
          <w:sz w:val="24"/>
        </w:rPr>
        <w:t>ἔλεον. Ξάνθιππος δὲ τῇ καθ’ ἑαυτὸν ἀρετῇ τοὺς Καρχηδονίους οὐ μόνον ἐξ αὐτῶν τῶν δεινῶν ἐξήρ‐ πασεν, ἀλλὰ καὶ τὸν ἅπαντα πόλεμον εἰς τοὐναντίον περιέστησε. τοὺς μὲν γὰρ ἅπασι κρατοῦντας τοῖς</w:t>
      </w:r>
    </w:p>
    <w:p>
      <w:r>
        <w:rPr>
          <w:rFonts w:ascii="Courier New" w:hAnsi="Courier New"/>
          <w:color w:val="555555"/>
          <w:sz w:val="20"/>
        </w:rPr>
        <w:t>[5]</w:t>
      </w:r>
    </w:p>
    <w:p>
      <w:r>
        <w:rPr>
          <w:rFonts w:ascii="Gentium Plus" w:hAnsi="Gentium Plus"/>
          <w:sz w:val="24"/>
        </w:rPr>
        <w:t>ὅλοις ἠλάττωσε, τοὺς δὲ διὰ τῆς ἥττης προσδο‐ κῶντας τὴν ἀπώλειαν τῷ μεγέθει τοῦ προτερήματος ἐποίησε καταφρονῆσαι τῶν πολεμίων. διὸ καὶ τῆς τῶν πραχθέντων ἐπιφανείας εἰς ἅπασαν σχεδὸν τὴν οἰκουμένην διαδοθείσης, ἕκαστος ἐθαύμαζε τὴν</w:t>
      </w:r>
    </w:p>
    <w:p>
      <w:r>
        <w:rPr>
          <w:rFonts w:ascii="Courier New" w:hAnsi="Courier New"/>
          <w:color w:val="555555"/>
          <w:sz w:val="20"/>
        </w:rPr>
        <w:t>[10]</w:t>
      </w:r>
    </w:p>
    <w:p>
      <w:r>
        <w:rPr>
          <w:rFonts w:ascii="Gentium Plus" w:hAnsi="Gentium Plus"/>
          <w:sz w:val="24"/>
        </w:rPr>
        <w:t>τἀνδρὸς ἀρετὴν εἰκότως· παράδοξον γὰρ ἐφαίνετο πᾶσιν εἰ προσγενομένου τοῖς Καρχηδονίοις ἑνὸς μό‐ νου ἀνδρός, τηλικαύτη τῶν ὅλων ἐγένετο μεταβολὴ ὥστε τοὺς μὲν εἰς πολιορκίαν ἄρτι συγκεκλεισ‐ μένους ἐκ μεταβολῆς τοὺς ἐναντίους πολιορκεῖν,</w:t>
      </w:r>
    </w:p>
    <w:p>
      <w:r>
        <w:rPr>
          <w:rFonts w:ascii="Courier New" w:hAnsi="Courier New"/>
          <w:color w:val="555555"/>
          <w:sz w:val="20"/>
        </w:rPr>
        <w:t>[15]</w:t>
      </w:r>
    </w:p>
    <w:p>
      <w:r>
        <w:rPr>
          <w:rFonts w:ascii="Gentium Plus" w:hAnsi="Gentium Plus"/>
          <w:sz w:val="24"/>
        </w:rPr>
        <w:t>τοὺς δὲ πρότερον γῆς καὶ θαλάττης δι’ ἀν‐ δρείαν κρατοῦντας ἐν πόλει μικρᾷ συμπεφευγότας προσδέχεσθαι τὴν ἅλωσιν. οὐδὲν δὲ θαυμαστὸν εἰ στρατηγοῦ σύνεσις καὶ πραγμάτων ἐμπειρία τῶν ἀδυνάτων δοκούντων εἶναι περιεγένετο.</w:t>
      </w:r>
    </w:p>
    <w:p>
      <w:r>
        <w:rPr>
          <w:rFonts w:ascii="Courier New" w:hAnsi="Courier New"/>
          <w:color w:val="555555"/>
          <w:sz w:val="20"/>
        </w:rPr>
        <w:t>[20]</w:t>
      </w:r>
    </w:p>
    <w:p>
      <w:r>
        <w:rPr>
          <w:rFonts w:ascii="Gentium Plus" w:hAnsi="Gentium Plus"/>
          <w:sz w:val="24"/>
        </w:rPr>
        <w:t>(Const. Exc. 2(1), pp. 258—259.)</w:t>
      </w:r>
    </w:p>
    <w:p>
      <w:r>
        <w:rPr>
          <w:rFonts w:ascii="Courier New" w:hAnsi="Courier New"/>
          <w:color w:val="555555"/>
          <w:sz w:val="20"/>
        </w:rPr>
        <w:t>[23 . 15 . 7]</w:t>
      </w:r>
    </w:p>
    <w:p>
      <w:r>
        <w:rPr>
          <w:rFonts w:ascii="Gentium Plus" w:hAnsi="Gentium Plus"/>
          <w:sz w:val="24"/>
        </w:rPr>
        <w:t>Τῶν δὲ Ῥωμαίων ἐν Λιβύῃ διαβάντων μεγάλῃ δυνάμει σὺν Ἀττιλίῳ ὑπάτῳ, τὸ μὲν πρῶτον Καρχηδονίους ἐνίκησαν, καὶ πόλεις καὶ φρούρια εἷλον πολλὰ καὶ δύναμιν πολλὴν κατέκοψαν. ὕστε‐</w:t>
      </w:r>
    </w:p>
    <w:p>
      <w:r>
        <w:rPr>
          <w:rFonts w:ascii="Courier New" w:hAnsi="Courier New"/>
          <w:color w:val="555555"/>
          <w:sz w:val="20"/>
        </w:rPr>
        <w:t>[5]</w:t>
      </w:r>
    </w:p>
    <w:p>
      <w:r>
        <w:rPr>
          <w:rFonts w:ascii="Gentium Plus" w:hAnsi="Gentium Plus"/>
          <w:sz w:val="24"/>
        </w:rPr>
        <w:t>ρον δὲ Ξανθίππου Σπαρτιάτου στρατηγοῦ μισθο‐ φόρου ἐλθόντος ἀφ’ Ἑλλάδος, ἐνίκησαν κατὰ κράτος Καρχηδόνιοι Ῥωμαίους καὶ κατέκοψαν μεγάλην δύναμιν. ἔκτοτε ναυμαχίαι ἐγένοντο καὶ πολλῶν σκαφῶν καὶ ἀνδρῶν ἀπώλεια Ῥωμαίοις</w:t>
      </w:r>
    </w:p>
    <w:p>
      <w:r>
        <w:rPr>
          <w:rFonts w:ascii="Courier New" w:hAnsi="Courier New"/>
          <w:color w:val="555555"/>
          <w:sz w:val="20"/>
        </w:rPr>
        <w:t>[10]</w:t>
      </w:r>
    </w:p>
    <w:p>
      <w:r>
        <w:rPr>
          <w:rFonts w:ascii="Gentium Plus" w:hAnsi="Gentium Plus"/>
          <w:sz w:val="24"/>
        </w:rPr>
        <w:t>ἐγένοντο, ὡς εἶναι τὸν τῶν ἀπολωλότων ἀριθμὸν δέκα μυριάδας. (Exc. Hoesch. p. 504 W.)</w:t>
      </w:r>
    </w:p>
    <w:p>
      <w:r>
        <w:rPr>
          <w:rFonts w:ascii="Courier New" w:hAnsi="Courier New"/>
          <w:color w:val="555555"/>
          <w:sz w:val="20"/>
        </w:rPr>
        <w:t>[23 . 15 . 10]</w:t>
      </w:r>
    </w:p>
    <w:p>
      <w:r>
        <w:rPr>
          <w:rFonts w:ascii="Gentium Plus" w:hAnsi="Gentium Plus"/>
          <w:sz w:val="24"/>
        </w:rPr>
        <w:t>Οὐδὲν γὰρ θαυμαστὸν εἰ στρατηγοῦ σύνεσις καὶ</w:t>
      </w:r>
    </w:p>
    <w:p>
      <w:r>
        <w:rPr>
          <w:rFonts w:ascii="Courier New" w:hAnsi="Courier New"/>
          <w:color w:val="555555"/>
          <w:sz w:val="20"/>
        </w:rPr>
        <w:t>[5]</w:t>
      </w:r>
    </w:p>
    <w:p>
      <w:r>
        <w:rPr>
          <w:rFonts w:ascii="Gentium Plus" w:hAnsi="Gentium Plus"/>
          <w:sz w:val="24"/>
        </w:rPr>
        <w:t>βίαν.</w:t>
      </w:r>
    </w:p>
    <w:p>
      <w:r>
        <w:rPr>
          <w:rFonts w:ascii="Courier New" w:hAnsi="Courier New"/>
          <w:color w:val="555555"/>
          <w:sz w:val="20"/>
        </w:rPr>
        <w:t>[23 . 15 . 11]</w:t>
      </w:r>
    </w:p>
    <w:p>
      <w:r>
        <w:rPr>
          <w:rFonts w:ascii="Gentium Plus" w:hAnsi="Gentium Plus"/>
          <w:sz w:val="24"/>
        </w:rPr>
        <w:t>Καθάπερ γὰρ τὸ σῶμα τῆς ψυχῆς ἐστι δοῦλον, οὕτως αἱ μεγάλαι δυνάμεις τῇ τῶν ἡγεμόνων ὑπείκουσι φρονήσει.</w:t>
      </w:r>
    </w:p>
    <w:p>
      <w:r>
        <w:rPr>
          <w:rFonts w:ascii="Courier New" w:hAnsi="Courier New"/>
          <w:color w:val="555555"/>
          <w:sz w:val="20"/>
        </w:rPr>
        <w:t>[23 . 15 . 12]</w:t>
      </w:r>
    </w:p>
    <w:p>
      <w:r>
        <w:rPr>
          <w:rFonts w:ascii="Gentium Plus" w:hAnsi="Gentium Plus"/>
          <w:sz w:val="24"/>
        </w:rPr>
        <w:t>Τοῦ πρὸς τὸ συμφέρον βουλευτηρίου πάντα κατισχύοντος ... (Exc. Hoesch. p. 504 W.; from πάντα γὰρ to end, Const. Exc. 4, p. 350=Chap. 14. 3—4 Dind.)</w:t>
      </w:r>
    </w:p>
    <w:p>
      <w:r>
        <w:rPr>
          <w:rFonts w:ascii="Courier New" w:hAnsi="Courier New"/>
          <w:color w:val="555555"/>
          <w:sz w:val="20"/>
        </w:rPr>
        <w:t>[23 . 16 . 1]</w:t>
      </w:r>
    </w:p>
    <w:p>
      <w:r>
        <w:rPr>
          <w:rFonts w:ascii="Gentium Plus" w:hAnsi="Gentium Plus"/>
          <w:sz w:val="24"/>
        </w:rPr>
        <w:t>Ῥηγούλῳ τῷ Ῥωμαίῳ δὲ Μάρκῳ τῷ στρα‐</w:t>
      </w:r>
    </w:p>
    <w:p>
      <w:r>
        <w:rPr>
          <w:rFonts w:ascii="Courier New" w:hAnsi="Courier New"/>
          <w:color w:val="555555"/>
          <w:sz w:val="20"/>
        </w:rPr>
        <w:t>[1]</w:t>
      </w:r>
    </w:p>
    <w:p>
      <w:r>
        <w:rPr>
          <w:rFonts w:ascii="Gentium Plus" w:hAnsi="Gentium Plus"/>
          <w:sz w:val="24"/>
        </w:rPr>
        <w:t>τηλάτῃ κατασχεθέντι Σικελοῖς μάθε τὸ τέλος οἷον. τὰ βλέφαρα τῶν ὀφθαλμῶν μαχαίρᾳ συντε‐</w:t>
      </w:r>
    </w:p>
    <w:p>
      <w:r>
        <w:rPr>
          <w:rFonts w:ascii="Courier New" w:hAnsi="Courier New"/>
          <w:color w:val="555555"/>
          <w:sz w:val="20"/>
        </w:rPr>
        <w:t>[3]</w:t>
      </w:r>
    </w:p>
    <w:p>
      <w:r>
        <w:rPr>
          <w:rFonts w:ascii="Gentium Plus" w:hAnsi="Gentium Plus"/>
          <w:sz w:val="24"/>
        </w:rPr>
        <w:t>μόντες ἠνεῳγμένους εἴασαν τοὺς ὀφθαλμοὺς ἐκείνου.</w:t>
      </w:r>
    </w:p>
    <w:p>
      <w:r>
        <w:rPr>
          <w:rFonts w:ascii="Courier New" w:hAnsi="Courier New"/>
          <w:color w:val="555555"/>
          <w:sz w:val="20"/>
        </w:rPr>
        <w:t>[5]</w:t>
      </w:r>
    </w:p>
    <w:p>
      <w:r>
        <w:rPr>
          <w:rFonts w:ascii="Gentium Plus" w:hAnsi="Gentium Plus"/>
          <w:sz w:val="24"/>
        </w:rPr>
        <w:t>μικρᾷ δὲ τοῦτον εἴρξαντες καλύβῃ στενω‐</w:t>
      </w:r>
    </w:p>
    <w:p>
      <w:r>
        <w:rPr>
          <w:rFonts w:ascii="Courier New" w:hAnsi="Courier New"/>
          <w:color w:val="555555"/>
          <w:sz w:val="20"/>
        </w:rPr>
        <w:t>[5]</w:t>
      </w:r>
    </w:p>
    <w:p>
      <w:r>
        <w:rPr>
          <w:rFonts w:ascii="Gentium Plus" w:hAnsi="Gentium Plus"/>
          <w:sz w:val="24"/>
        </w:rPr>
        <w:t>τάτῃ, ἄγριον ἐξοιστρήσαντες ἐλέφαντα θηρίον, ἐκίνουν τοῦτον καθ’ αὑτοῦ συγκατασπᾶν καὶ</w:t>
      </w:r>
    </w:p>
    <w:p>
      <w:r>
        <w:rPr>
          <w:rFonts w:ascii="Courier New" w:hAnsi="Courier New"/>
          <w:color w:val="555555"/>
          <w:sz w:val="20"/>
        </w:rPr>
        <w:t>[7]</w:t>
      </w:r>
    </w:p>
    <w:p>
      <w:r>
        <w:rPr>
          <w:rFonts w:ascii="Gentium Plus" w:hAnsi="Gentium Plus"/>
          <w:sz w:val="24"/>
        </w:rPr>
        <w:t>ξέειν. οὕτω ποινηλατούμενος ὁ στρατηγὸς ὁ μέγας τὸν βίον ἐξαπέπνευσεν ἠθλιωμένῳ τέλει.</w:t>
      </w:r>
    </w:p>
    <w:p>
      <w:r>
        <w:rPr>
          <w:rFonts w:ascii="Courier New" w:hAnsi="Courier New"/>
          <w:color w:val="555555"/>
          <w:sz w:val="20"/>
        </w:rPr>
        <w:t>[10]</w:t>
      </w:r>
    </w:p>
    <w:p>
      <w:r>
        <w:rPr>
          <w:rFonts w:ascii="Gentium Plus" w:hAnsi="Gentium Plus"/>
          <w:sz w:val="24"/>
        </w:rPr>
        <w:t>τοῖς Σικελοῖς καὶ Ξάνθιππος ὁ Σπαρτιάτης</w:t>
      </w:r>
    </w:p>
    <w:p>
      <w:r>
        <w:rPr>
          <w:rFonts w:ascii="Courier New" w:hAnsi="Courier New"/>
          <w:color w:val="555555"/>
          <w:sz w:val="20"/>
        </w:rPr>
        <w:t>[10]</w:t>
      </w:r>
    </w:p>
    <w:p>
      <w:r>
        <w:rPr>
          <w:rFonts w:ascii="Gentium Plus" w:hAnsi="Gentium Plus"/>
          <w:sz w:val="24"/>
        </w:rPr>
        <w:t>θνήσκει. περὶ γὰρ τὸ Λιλύβαιον τῶν Σικελῶν τὴν</w:t>
      </w:r>
    </w:p>
    <w:p>
      <w:r>
        <w:rPr>
          <w:rFonts w:ascii="Courier New" w:hAnsi="Courier New"/>
          <w:color w:val="555555"/>
          <w:sz w:val="20"/>
        </w:rPr>
        <w:t>[11]</w:t>
      </w:r>
    </w:p>
    <w:p>
      <w:r>
        <w:rPr>
          <w:rFonts w:ascii="Gentium Plus" w:hAnsi="Gentium Plus"/>
          <w:sz w:val="24"/>
        </w:rPr>
        <w:t>πόλιν Ῥωμαίοις τε καὶ Σικελοῖς πόλεμος ἐκρο‐</w:t>
      </w:r>
    </w:p>
    <w:p>
      <w:r>
        <w:rPr>
          <w:rFonts w:ascii="Courier New" w:hAnsi="Courier New"/>
          <w:color w:val="555555"/>
          <w:sz w:val="20"/>
        </w:rPr>
        <w:t>[12]</w:t>
      </w:r>
    </w:p>
    <w:p>
      <w:r>
        <w:rPr>
          <w:rFonts w:ascii="Gentium Plus" w:hAnsi="Gentium Plus"/>
          <w:sz w:val="24"/>
        </w:rPr>
        <w:t>τεῖτο, πρὸς εἴκοσι καὶ τέσσαρας τοὺς χρόνους ἐξ‐</w:t>
      </w:r>
    </w:p>
    <w:p>
      <w:r>
        <w:rPr>
          <w:rFonts w:ascii="Courier New" w:hAnsi="Courier New"/>
          <w:color w:val="555555"/>
          <w:sz w:val="20"/>
        </w:rPr>
        <w:t>[13]</w:t>
      </w:r>
    </w:p>
    <w:p>
      <w:r>
        <w:rPr>
          <w:rFonts w:ascii="Gentium Plus" w:hAnsi="Gentium Plus"/>
          <w:sz w:val="24"/>
        </w:rPr>
        <w:t>αρκέσας. οἱ Σικελοὶ ταῖς μάχαις δὲ πολλάκις ἡττη‐</w:t>
      </w:r>
    </w:p>
    <w:p>
      <w:r>
        <w:rPr>
          <w:rFonts w:ascii="Courier New" w:hAnsi="Courier New"/>
          <w:color w:val="555555"/>
          <w:sz w:val="20"/>
        </w:rPr>
        <w:t>[14]</w:t>
      </w:r>
    </w:p>
    <w:p>
      <w:r>
        <w:rPr>
          <w:rFonts w:ascii="Gentium Plus" w:hAnsi="Gentium Plus"/>
          <w:sz w:val="24"/>
        </w:rPr>
        <w:t>μένοι</w:t>
      </w:r>
    </w:p>
    <w:p>
      <w:r>
        <w:rPr>
          <w:rFonts w:ascii="Courier New" w:hAnsi="Courier New"/>
          <w:color w:val="555555"/>
          <w:sz w:val="20"/>
        </w:rPr>
        <w:t>[15]</w:t>
      </w:r>
    </w:p>
    <w:p>
      <w:r>
        <w:rPr>
          <w:rFonts w:ascii="Gentium Plus" w:hAnsi="Gentium Plus"/>
          <w:sz w:val="24"/>
        </w:rPr>
        <w:t>Ῥωμαίοις ἐνεχείριζον τὴν πόλιν εἰς δουλείαν. τῶν δὲ Ῥωμαίων μηδαμῶς μηδ’ οὕτω πειθο‐</w:t>
      </w:r>
    </w:p>
    <w:p>
      <w:r>
        <w:rPr>
          <w:rFonts w:ascii="Courier New" w:hAnsi="Courier New"/>
          <w:color w:val="555555"/>
          <w:sz w:val="20"/>
        </w:rPr>
        <w:t>[16]</w:t>
      </w:r>
    </w:p>
    <w:p>
      <w:r>
        <w:rPr>
          <w:rFonts w:ascii="Gentium Plus" w:hAnsi="Gentium Plus"/>
          <w:sz w:val="24"/>
        </w:rPr>
        <w:t>μένων, ἀλλὰ γυμνοὺς τοὺς Σικελοὺς λεγόντων ἐξ‐</w:t>
      </w:r>
    </w:p>
    <w:p>
      <w:r>
        <w:rPr>
          <w:rFonts w:ascii="Courier New" w:hAnsi="Courier New"/>
          <w:color w:val="555555"/>
          <w:sz w:val="20"/>
        </w:rPr>
        <w:t>[17]</w:t>
      </w:r>
    </w:p>
    <w:p>
      <w:r>
        <w:rPr>
          <w:rFonts w:ascii="Gentium Plus" w:hAnsi="Gentium Plus"/>
          <w:sz w:val="24"/>
        </w:rPr>
        <w:t>ιέναι, ὁ Σπαρτιάτης Ξάνθιππος ἐλθὼν ἀπὸ τῆς</w:t>
      </w:r>
    </w:p>
    <w:p>
      <w:r>
        <w:rPr>
          <w:rFonts w:ascii="Courier New" w:hAnsi="Courier New"/>
          <w:color w:val="555555"/>
          <w:sz w:val="20"/>
        </w:rPr>
        <w:t>[18]</w:t>
      </w:r>
    </w:p>
    <w:p>
      <w:r>
        <w:rPr>
          <w:rFonts w:ascii="Gentium Plus" w:hAnsi="Gentium Plus"/>
          <w:sz w:val="24"/>
        </w:rPr>
        <w:t>Σπάρτης σὺν στρατιώταις ἑκατόν, ἢ μόνος καθ’ ἑτέ‐</w:t>
      </w:r>
    </w:p>
    <w:p>
      <w:r>
        <w:rPr>
          <w:rFonts w:ascii="Courier New" w:hAnsi="Courier New"/>
          <w:color w:val="555555"/>
          <w:sz w:val="20"/>
        </w:rPr>
        <w:t>[19]</w:t>
      </w:r>
    </w:p>
    <w:p>
      <w:r>
        <w:rPr>
          <w:rFonts w:ascii="Gentium Plus" w:hAnsi="Gentium Plus"/>
          <w:sz w:val="24"/>
        </w:rPr>
        <w:t>ρους,</w:t>
      </w:r>
    </w:p>
    <w:p>
      <w:r>
        <w:rPr>
          <w:rFonts w:ascii="Courier New" w:hAnsi="Courier New"/>
          <w:color w:val="555555"/>
          <w:sz w:val="20"/>
        </w:rPr>
        <w:t>[20]</w:t>
      </w:r>
    </w:p>
    <w:p>
      <w:r>
        <w:rPr>
          <w:rFonts w:ascii="Gentium Plus" w:hAnsi="Gentium Plus"/>
          <w:sz w:val="24"/>
        </w:rPr>
        <w:t>κατ’ ἄλλους δὲ πεντήκοντα τοὺς στρατιώτας</w:t>
      </w:r>
    </w:p>
    <w:p>
      <w:r>
        <w:rPr>
          <w:rFonts w:ascii="Courier New" w:hAnsi="Courier New"/>
          <w:color w:val="555555"/>
          <w:sz w:val="20"/>
        </w:rPr>
        <w:t>[20]</w:t>
      </w:r>
    </w:p>
    <w:p>
      <w:r>
        <w:rPr>
          <w:rFonts w:ascii="Gentium Plus" w:hAnsi="Gentium Plus"/>
          <w:sz w:val="24"/>
        </w:rPr>
        <w:t>ἔχων, καὶ προσβαλὼν τοῖς Σικελοῖς, οὖσιν ἐγκε‐</w:t>
      </w:r>
    </w:p>
    <w:p>
      <w:r>
        <w:rPr>
          <w:rFonts w:ascii="Courier New" w:hAnsi="Courier New"/>
          <w:color w:val="555555"/>
          <w:sz w:val="20"/>
        </w:rPr>
        <w:t>[21]</w:t>
      </w:r>
    </w:p>
    <w:p>
      <w:r>
        <w:rPr>
          <w:rFonts w:ascii="Gentium Plus" w:hAnsi="Gentium Plus"/>
          <w:sz w:val="24"/>
        </w:rPr>
        <w:t>κλεισμένοις, δι’ ἑρμηνέως τε αὐτοῖς πολλὰ συνομιλήσας, τέλος θαρρύνει κατ’ ἐχθρῶν· καὶ συναράξας</w:t>
      </w:r>
    </w:p>
    <w:p>
      <w:r>
        <w:rPr>
          <w:rFonts w:ascii="Courier New" w:hAnsi="Courier New"/>
          <w:color w:val="555555"/>
          <w:sz w:val="20"/>
        </w:rPr>
        <w:t>[23]</w:t>
      </w:r>
    </w:p>
    <w:p>
      <w:r>
        <w:rPr>
          <w:rFonts w:ascii="Gentium Plus" w:hAnsi="Gentium Plus"/>
          <w:sz w:val="24"/>
        </w:rPr>
        <w:t>μάχῃ ἅπαν Ῥωμαίων στράτευμα σὺν τούτοις κατα‐</w:t>
      </w:r>
    </w:p>
    <w:p>
      <w:r>
        <w:rPr>
          <w:rFonts w:ascii="Courier New" w:hAnsi="Courier New"/>
          <w:color w:val="555555"/>
          <w:sz w:val="20"/>
        </w:rPr>
        <w:t>[24]</w:t>
      </w:r>
    </w:p>
    <w:p>
      <w:r>
        <w:rPr>
          <w:rFonts w:ascii="Gentium Plus" w:hAnsi="Gentium Plus"/>
          <w:sz w:val="24"/>
        </w:rPr>
        <w:t>κόπτει.</w:t>
      </w:r>
    </w:p>
    <w:p>
      <w:r>
        <w:rPr>
          <w:rFonts w:ascii="Courier New" w:hAnsi="Courier New"/>
          <w:color w:val="555555"/>
          <w:sz w:val="20"/>
        </w:rPr>
        <w:t>[25]</w:t>
      </w:r>
    </w:p>
    <w:p>
      <w:r>
        <w:rPr>
          <w:rFonts w:ascii="Gentium Plus" w:hAnsi="Gentium Plus"/>
          <w:sz w:val="24"/>
        </w:rPr>
        <w:t>τοῖς εὐηργετημένοις δὲ τὴν ἀμοιβὴν λαμβάνει ἀξίαν καὶ κατάλληλον τῆς τούτων δυστρο‐</w:t>
      </w:r>
    </w:p>
    <w:p>
      <w:r>
        <w:rPr>
          <w:rFonts w:ascii="Courier New" w:hAnsi="Courier New"/>
          <w:color w:val="555555"/>
          <w:sz w:val="20"/>
        </w:rPr>
        <w:t>[26]</w:t>
      </w:r>
    </w:p>
    <w:p>
      <w:r>
        <w:rPr>
          <w:rFonts w:ascii="Gentium Plus" w:hAnsi="Gentium Plus"/>
          <w:sz w:val="24"/>
        </w:rPr>
        <w:t>πίας. πλοίῳ σαθρῷ τὸν ἄνδρα γὰρ οἱ μιαροὶ βα‐</w:t>
      </w:r>
    </w:p>
    <w:p>
      <w:r>
        <w:rPr>
          <w:rFonts w:ascii="Courier New" w:hAnsi="Courier New"/>
          <w:color w:val="555555"/>
          <w:sz w:val="20"/>
        </w:rPr>
        <w:t>[27]</w:t>
      </w:r>
    </w:p>
    <w:p>
      <w:r>
        <w:rPr>
          <w:rFonts w:ascii="Gentium Plus" w:hAnsi="Gentium Plus"/>
          <w:sz w:val="24"/>
        </w:rPr>
        <w:t>λόντες ὑπὸ στροφαῖς βυθίζουσι πελάγει τοῦ Ἀδρίου βασκήναντες τὸν ἥρωα καὶ τούτου τὸ γεν‐</w:t>
      </w:r>
    </w:p>
    <w:p>
      <w:r>
        <w:rPr>
          <w:rFonts w:ascii="Courier New" w:hAnsi="Courier New"/>
          <w:color w:val="555555"/>
          <w:sz w:val="20"/>
        </w:rPr>
        <w:t>[29]</w:t>
      </w:r>
    </w:p>
    <w:p>
      <w:r>
        <w:rPr>
          <w:rFonts w:ascii="Gentium Plus" w:hAnsi="Gentium Plus"/>
          <w:sz w:val="24"/>
        </w:rPr>
        <w:t>ναῖον.</w:t>
      </w:r>
    </w:p>
    <w:p>
      <w:r>
        <w:rPr>
          <w:rFonts w:ascii="Courier New" w:hAnsi="Courier New"/>
          <w:color w:val="555555"/>
          <w:sz w:val="20"/>
        </w:rPr>
        <w:t>[30]</w:t>
      </w:r>
    </w:p>
    <w:p>
      <w:r>
        <w:rPr>
          <w:rFonts w:ascii="Gentium Plus" w:hAnsi="Gentium Plus"/>
          <w:sz w:val="24"/>
        </w:rPr>
        <w:t>τῆς ἱστορίας μέμνηται τῆσδε καὶ τῆς Ῥη‐</w:t>
      </w:r>
    </w:p>
    <w:p>
      <w:r>
        <w:rPr>
          <w:rFonts w:ascii="Courier New" w:hAnsi="Courier New"/>
          <w:color w:val="555555"/>
          <w:sz w:val="20"/>
        </w:rPr>
        <w:t>[30]</w:t>
      </w:r>
    </w:p>
    <w:p>
      <w:r>
        <w:rPr>
          <w:rFonts w:ascii="Gentium Plus" w:hAnsi="Gentium Plus"/>
          <w:sz w:val="24"/>
        </w:rPr>
        <w:t>γούλου ὁ Σικελὸς Διόδωρος.</w:t>
      </w:r>
    </w:p>
    <w:p>
      <w:r>
        <w:rPr>
          <w:rFonts w:ascii="Courier New" w:hAnsi="Courier New"/>
          <w:color w:val="555555"/>
          <w:sz w:val="20"/>
        </w:rPr>
        <w:t>[23 . 17 . 1]</w:t>
      </w:r>
    </w:p>
    <w:p>
      <w:r>
        <w:rPr>
          <w:rFonts w:ascii="Gentium Plus" w:hAnsi="Gentium Plus"/>
          <w:sz w:val="24"/>
        </w:rPr>
        <w:t>Φίλιστος δὲ ἱστορικὸς ἦν.</w:t>
      </w:r>
    </w:p>
    <w:p>
      <w:r>
        <w:rPr>
          <w:rFonts w:ascii="Courier New" w:hAnsi="Courier New"/>
          <w:color w:val="555555"/>
          <w:sz w:val="20"/>
        </w:rPr>
        <w:t>[23 . 18 . 1]</w:t>
      </w:r>
    </w:p>
    <w:p>
      <w:r>
        <w:rPr>
          <w:rFonts w:ascii="Gentium Plus" w:hAnsi="Gentium Plus"/>
          <w:sz w:val="24"/>
        </w:rPr>
        <w:t>Οἱ δὲ Ῥωμαῖοι εἰς τὴν Λιβύην διαπερά‐ σαντες καὶ τὸν πόλεμον μετὰ τῶν Καρχηδονίων νεῶν ποιήσαντες, καὶ νικήσαντες καὶ ναῦς εἴκοσι τέσσαρας παραλαβόντες Καρχηδονίας, τοὺς ἀπὸ</w:t>
      </w:r>
    </w:p>
    <w:p>
      <w:r>
        <w:rPr>
          <w:rFonts w:ascii="Courier New" w:hAnsi="Courier New"/>
          <w:color w:val="555555"/>
          <w:sz w:val="20"/>
        </w:rPr>
        <w:t>[5]</w:t>
      </w:r>
    </w:p>
    <w:p>
      <w:r>
        <w:rPr>
          <w:rFonts w:ascii="Gentium Plus" w:hAnsi="Gentium Plus"/>
          <w:sz w:val="24"/>
        </w:rPr>
        <w:t>τοῦ πεζικοῦ πολέμου διασωθέντας Ῥωμαίους ἀνα‐ λαβόντες καὶ πρὸς Σικελίαν διαπερῶντες ἐγγὺς τῆς Καμαρίνας ἐκινδύνευσαν, καὶ ἀπώλεσαν μακρὰς ναῦς τριακοσίας τεσσαράκοντα, ἱππαγωγοὺς δὲ καὶ πλοῖα ἕτερα τριακόσια· ἀπὸ δὲ Καμαρίνης ἕως</w:t>
      </w:r>
    </w:p>
    <w:p>
      <w:r>
        <w:rPr>
          <w:rFonts w:ascii="Courier New" w:hAnsi="Courier New"/>
          <w:color w:val="555555"/>
          <w:sz w:val="20"/>
        </w:rPr>
        <w:t>[10]</w:t>
      </w:r>
    </w:p>
    <w:p>
      <w:r>
        <w:rPr>
          <w:rFonts w:ascii="Gentium Plus" w:hAnsi="Gentium Plus"/>
          <w:sz w:val="24"/>
        </w:rPr>
        <w:t>Παχύνου τὰ σώματα καὶ τὰ ἄλογα καὶ τὰ ναυάγια ἔκειντο. τοὺς δὲ διασωθέντας Ἱέρων φιλανθρώπως παραλαβών, ἐσθῆτι καὶ τροφῇ καὶ τῇ λοιπῇ χρείᾳ</w:t>
      </w:r>
    </w:p>
    <w:p>
      <w:r>
        <w:rPr>
          <w:rFonts w:ascii="Courier New" w:hAnsi="Courier New"/>
          <w:color w:val="555555"/>
          <w:sz w:val="20"/>
        </w:rPr>
        <w:t>[23 . 18 . 2]</w:t>
      </w:r>
    </w:p>
    <w:p>
      <w:r>
        <w:rPr>
          <w:rFonts w:ascii="Gentium Plus" w:hAnsi="Gentium Plus"/>
          <w:sz w:val="24"/>
        </w:rPr>
        <w:t>ἀναπαύσας ἕως Μεσσήνης διέσωσε. Καρθάλων μὲν ὁ Καρχηδόνιος μετὰ τὴν ναυαγίαν τῶν Ῥω‐ μαίων πολιορκήσας Ἀκράγαντα ταύτην εἷλε, καὶ τὴν μὲν πόλιν ἐνέπρησε, τὰ δὲ τείχη καθεῖλεν. οἱ</w:t>
      </w:r>
    </w:p>
    <w:p>
      <w:r>
        <w:rPr>
          <w:rFonts w:ascii="Courier New" w:hAnsi="Courier New"/>
          <w:color w:val="555555"/>
          <w:sz w:val="20"/>
        </w:rPr>
        <w:t>[23 . 18 . 3]</w:t>
      </w:r>
    </w:p>
    <w:p>
      <w:r>
        <w:rPr>
          <w:rFonts w:ascii="Gentium Plus" w:hAnsi="Gentium Plus"/>
          <w:sz w:val="24"/>
        </w:rPr>
        <w:t>δὲ καταλειφθέντες ἔφυγον εἰς τὸ Ὀλύμπιον. οἱ δὲ Ῥωμαῖοι ἕτερον στόλον μετὰ τὸ ναυάγιον ναυπηγή‐ σαντες, καὶ διακοσίαις πεντήκοντα ναυσὶν εἰς τὸ Κεφαλοίδιον ἐλθόντες, τοῦτο διὰ προδοσίαν παρ‐</w:t>
      </w:r>
    </w:p>
    <w:p>
      <w:r>
        <w:rPr>
          <w:rFonts w:ascii="Courier New" w:hAnsi="Courier New"/>
          <w:color w:val="555555"/>
          <w:sz w:val="20"/>
        </w:rPr>
        <w:t>[5]</w:t>
      </w:r>
    </w:p>
    <w:p>
      <w:r>
        <w:rPr>
          <w:rFonts w:ascii="Gentium Plus" w:hAnsi="Gentium Plus"/>
          <w:sz w:val="24"/>
        </w:rPr>
        <w:t>έλαβον. ἐπὶ δὲ τὰ Δρέπανα ἐλθόντες καὶ πολιορκή‐ σαντες, τοῦ Καρθάλωνος βοηθοῦντος, ἐξέπεσον καὶ</w:t>
      </w:r>
    </w:p>
    <w:p>
      <w:r>
        <w:rPr>
          <w:rFonts w:ascii="Courier New" w:hAnsi="Courier New"/>
          <w:color w:val="555555"/>
          <w:sz w:val="20"/>
        </w:rPr>
        <w:t>[23 . 18 . 4]</w:t>
      </w:r>
    </w:p>
    <w:p>
      <w:r>
        <w:rPr>
          <w:rFonts w:ascii="Gentium Plus" w:hAnsi="Gentium Plus"/>
          <w:sz w:val="24"/>
        </w:rPr>
        <w:t>ἦλθον εἰς τὴν Πάνορμον. καθορμισθέντες ἐν τῷ</w:t>
      </w:r>
    </w:p>
    <w:p>
      <w:r>
        <w:rPr>
          <w:rFonts w:ascii="Courier New" w:hAnsi="Courier New"/>
          <w:color w:val="555555"/>
          <w:sz w:val="20"/>
        </w:rPr>
        <w:t>[5]</w:t>
      </w:r>
    </w:p>
    <w:p>
      <w:r>
        <w:rPr>
          <w:rFonts w:ascii="Gentium Plus" w:hAnsi="Gentium Plus"/>
          <w:sz w:val="24"/>
        </w:rPr>
        <w:t>ἀπὸ θαλάσσης εἰς θάλασσαν τὰ χώματα ἐχαρακώ‐ θησαν καὶ ἐταφρεύθησαν. εἶτα Ῥωμαῖοι συνεχεῖς προσβολὰς ποιούμενοι ταῖς μηχαναῖς κατέβαλον τὸ τεῖχος, καὶ τῆς ἐκτὸς πόλεως κυριεύσαν‐ τες πολλοὺς ἀνεῖλον· οἱ δὲ ἄλλοι ἔφυγον εἰς τὴν</w:t>
      </w:r>
    </w:p>
    <w:p>
      <w:r>
        <w:rPr>
          <w:rFonts w:ascii="Courier New" w:hAnsi="Courier New"/>
          <w:color w:val="555555"/>
          <w:sz w:val="20"/>
        </w:rPr>
        <w:t>[10]</w:t>
      </w:r>
    </w:p>
    <w:p>
      <w:r>
        <w:rPr>
          <w:rFonts w:ascii="Gentium Plus" w:hAnsi="Gentium Plus"/>
          <w:sz w:val="24"/>
        </w:rPr>
        <w:t>ἀρχαίαν πόλιν, καὶ πέμψαντες πρέσβεις πρὸς τοὺς</w:t>
      </w:r>
    </w:p>
    <w:p>
      <w:r>
        <w:rPr>
          <w:rFonts w:ascii="Courier New" w:hAnsi="Courier New"/>
          <w:color w:val="555555"/>
          <w:sz w:val="20"/>
        </w:rPr>
        <w:t>[23 . 18 . 5]</w:t>
      </w:r>
    </w:p>
    <w:p>
      <w:r>
        <w:rPr>
          <w:rFonts w:ascii="Gentium Plus" w:hAnsi="Gentium Plus"/>
          <w:sz w:val="24"/>
        </w:rPr>
        <w:t>ὑπάτους ἠξίουν τοῖς σώμασι ἀσφάλειαν. τῶν δὲ συμφωνούντων δύο μνᾶς τῷ σώματι διδόντας ἐλευθέρους εἶναι, παρέλαβον τὴν πόλιν οἱ Ῥωμαῖοι, καὶ μύρια τετρακισχίλια σώματα τιμῆς συνεχωρήθη</w:t>
      </w:r>
    </w:p>
    <w:p>
      <w:r>
        <w:rPr>
          <w:rFonts w:ascii="Courier New" w:hAnsi="Courier New"/>
          <w:color w:val="555555"/>
          <w:sz w:val="20"/>
        </w:rPr>
        <w:t>[5]</w:t>
      </w:r>
    </w:p>
    <w:p>
      <w:r>
        <w:rPr>
          <w:rFonts w:ascii="Gentium Plus" w:hAnsi="Gentium Plus"/>
          <w:sz w:val="24"/>
        </w:rPr>
        <w:t>τῷ εὑρεθέντι ἀργυρίῳ καὶ ἀπελύθη. τοὺς δὲ λοιπούς, μυρίους τρισχιλίους ὄντας, καὶ τὴν ἄλλην ἀποσκευὴν ἐλαφυροπώλησαν. Ἰαιτῖνοι δὲ ἐκ‐ βαλόντες τὴν τῶν Φοινίκων φρουρὰν τὴν πόλιν Ῥωμαίοις ἔδωκαν. παραπλησίως δὲ τούτοις ἐποίη‐</w:t>
      </w:r>
    </w:p>
    <w:p>
      <w:r>
        <w:rPr>
          <w:rFonts w:ascii="Courier New" w:hAnsi="Courier New"/>
          <w:color w:val="555555"/>
          <w:sz w:val="20"/>
        </w:rPr>
        <w:t>[10]</w:t>
      </w:r>
    </w:p>
    <w:p>
      <w:r>
        <w:rPr>
          <w:rFonts w:ascii="Gentium Plus" w:hAnsi="Gentium Plus"/>
          <w:sz w:val="24"/>
        </w:rPr>
        <w:t>σαν Σολουντῖνοι καὶ Πετρῖνοι καὶ Ἠνατταρῖνοι καὶ Τυνδαρῖται. οἱ δὲ ὕπατοι φρουρὰν ἐν Πανόρμῳ λιπόντες ἀπῆλθον εἰς Μεσσήνην.</w:t>
      </w:r>
    </w:p>
    <w:p>
      <w:r>
        <w:rPr>
          <w:rFonts w:ascii="Courier New" w:hAnsi="Courier New"/>
          <w:color w:val="555555"/>
          <w:sz w:val="20"/>
        </w:rPr>
        <w:t>[23 . 19 . 1]</w:t>
      </w:r>
    </w:p>
    <w:p>
      <w:r>
        <w:rPr>
          <w:rFonts w:ascii="Gentium Plus" w:hAnsi="Gentium Plus"/>
          <w:sz w:val="24"/>
        </w:rPr>
        <w:t>Τοῦ δὲ ἐπιγενομένου ἔτους πλεύσαντες οἱ Ῥωμαῖοι δεύτερον εἰς Λιβύην, καὶ τῶν Καρχη‐ δονίων μὴ ἐασάντων αὐτοὺς ὁρμῆσαι, ὑποστρέ‐ φοντες ἦλθον εἰς Πάνορμον. ἐκεῖθεν ἀπάραντες εἰς</w:t>
      </w:r>
    </w:p>
    <w:p>
      <w:r>
        <w:rPr>
          <w:rFonts w:ascii="Courier New" w:hAnsi="Courier New"/>
          <w:color w:val="555555"/>
          <w:sz w:val="20"/>
        </w:rPr>
        <w:t>[5]</w:t>
      </w:r>
    </w:p>
    <w:p>
      <w:r>
        <w:rPr>
          <w:rFonts w:ascii="Gentium Plus" w:hAnsi="Gentium Plus"/>
          <w:sz w:val="24"/>
        </w:rPr>
        <w:t>Ῥώμην δεύτερον ἐναυάγησαν χειμῶνος αὐτοὺς</w:t>
      </w:r>
    </w:p>
    <w:p>
      <w:r>
        <w:rPr>
          <w:rFonts w:ascii="Courier New" w:hAnsi="Courier New"/>
          <w:color w:val="555555"/>
          <w:sz w:val="20"/>
        </w:rPr>
        <w:t>[10]</w:t>
      </w:r>
    </w:p>
    <w:p>
      <w:r>
        <w:rPr>
          <w:rFonts w:ascii="Gentium Plus" w:hAnsi="Gentium Plus"/>
          <w:sz w:val="24"/>
        </w:rPr>
        <w:t>Ῥωμαίων στρατοῦ συνελήφθη· καὶ ἐπρέσβευσε πρὸς τὸν ἄρχοντα, ὅτι ἐὰν ἀπολύσῃ αὐτὸν ἀνοίξειν αὐτῷ τὴν πύλην τῆς πόλεως νυκτός. τοῦ δὲ ἀπο‐ λύσαντος, καὶ συνθεμένου καιρόν, ἀπέστειλεν ὁ ἄρχων χιλίους νυκτός. καὶ φθάσαντες, ὁ μὲν κατὰ</w:t>
      </w:r>
    </w:p>
    <w:p>
      <w:r>
        <w:rPr>
          <w:rFonts w:ascii="Courier New" w:hAnsi="Courier New"/>
          <w:color w:val="555555"/>
          <w:sz w:val="20"/>
        </w:rPr>
        <w:t>[15]</w:t>
      </w:r>
    </w:p>
    <w:p>
      <w:r>
        <w:rPr>
          <w:rFonts w:ascii="Gentium Plus" w:hAnsi="Gentium Plus"/>
          <w:sz w:val="24"/>
        </w:rPr>
        <w:t>τὴν ὡρισμένην ἤνοιξε πύλην· τὴν δὲ οἱ πρώτιστοι καὶ ἐπιφανεῖς εἰσῆλθον, καὶ εἶπον τῷ πυλωρῷ κλεῖσαι καὶ μηδένα ἄλλον ἐᾶσαι εἰσελθεῖν, θέλοντες μόνως τὸν πλοῦτον τῆς πόλεως ἆραι. οὗτοι πάντες κατεκόπησαν, ἄξιον τῆς πλεονεξίας θάνατον ὑπο‐</w:t>
      </w:r>
    </w:p>
    <w:p>
      <w:r>
        <w:rPr>
          <w:rFonts w:ascii="Courier New" w:hAnsi="Courier New"/>
          <w:color w:val="555555"/>
          <w:sz w:val="20"/>
        </w:rPr>
        <w:t>[20]</w:t>
      </w:r>
    </w:p>
    <w:p>
      <w:r>
        <w:rPr>
          <w:rFonts w:ascii="Gentium Plus" w:hAnsi="Gentium Plus"/>
          <w:sz w:val="24"/>
        </w:rPr>
        <w:t>μείναντες.</w:t>
      </w:r>
    </w:p>
    <w:p>
      <w:r>
        <w:rPr>
          <w:rFonts w:ascii="Courier New" w:hAnsi="Courier New"/>
          <w:color w:val="555555"/>
          <w:sz w:val="20"/>
        </w:rPr>
        <w:t>[23 . 20 . 1]</w:t>
      </w:r>
    </w:p>
    <w:p>
      <w:r>
        <w:rPr>
          <w:rFonts w:ascii="Gentium Plus" w:hAnsi="Gentium Plus"/>
          <w:sz w:val="24"/>
        </w:rPr>
        <w:t>Ἐν ἄλλῳ δὲ καιρῷ τὰς Θέρμας καὶ τὴν Λιπάραν Ῥωμαῖοι παρέλαβον ἄμφω. πολιορκή‐ σαντες δὲ Ῥωμαῖοι καὶ Ἑρκτὴν φρούριον μυριάσι τέσσαρσι καὶ χιλίοις ἱππεῦσιν ἑλεῖν οὐκ ἴσχυσαν.</w:t>
      </w:r>
    </w:p>
    <w:p>
      <w:r>
        <w:rPr>
          <w:rFonts w:ascii="Courier New" w:hAnsi="Courier New"/>
          <w:color w:val="555555"/>
          <w:sz w:val="20"/>
        </w:rPr>
        <w:t>[23 . 21 . 1]</w:t>
      </w:r>
    </w:p>
    <w:p>
      <w:r>
        <w:rPr>
          <w:rFonts w:ascii="Gentium Plus" w:hAnsi="Gentium Plus"/>
          <w:sz w:val="24"/>
        </w:rPr>
        <w:t>Ἀσδρούβας δὲ ὁ στρατηγὸς τῶν Καρχη‐ δονίων βλασφημούμενος ὑπὸ τῶν ἰδίων διὰ τὸ μὴ πολεμεῖν, ἀναζεύξας μετὰ πάσης δυνάμεως διὰ τῆς Σελινουντίας δυσχωρίας ἦλθεν εἰς τὸ Πάνορμον.</w:t>
      </w:r>
    </w:p>
    <w:p>
      <w:r>
        <w:rPr>
          <w:rFonts w:ascii="Courier New" w:hAnsi="Courier New"/>
          <w:color w:val="555555"/>
          <w:sz w:val="20"/>
        </w:rPr>
        <w:t>[5]</w:t>
      </w:r>
    </w:p>
    <w:p>
      <w:r>
        <w:rPr>
          <w:rFonts w:ascii="Gentium Plus" w:hAnsi="Gentium Plus"/>
          <w:sz w:val="24"/>
        </w:rPr>
        <w:t>καὶ διαβιβάσας τὸν ποταμὸν τὸν σύνεγγυς, περὶ τὰ τείχη ἐστρατοπέδευσε, μήτε χαράκωμα μήτε τά‐</w:t>
      </w:r>
    </w:p>
    <w:p>
      <w:r>
        <w:rPr>
          <w:rFonts w:ascii="Courier New" w:hAnsi="Courier New"/>
          <w:color w:val="555555"/>
          <w:sz w:val="20"/>
        </w:rPr>
        <w:t>[10]</w:t>
      </w:r>
    </w:p>
    <w:p>
      <w:r>
        <w:rPr>
          <w:rFonts w:ascii="Gentium Plus" w:hAnsi="Gentium Plus"/>
          <w:sz w:val="24"/>
        </w:rPr>
        <w:t>ἐπιπεσόντος Καικιλίου τοῦ ὑπάτου αὐτοῖς κατὰ κράτος, αὐτοὺς νικήσας καὶ τῶν ἐλεφάντων ἑξή‐ κοντα κρατήσας, εἰς Ῥώμην ἀπέστειλε. καὶ θαῦμα Ῥωμαῖοι ἔσχον. (Exc. Hoesch. pp. 505—506 W.)</w:t>
      </w:r>
    </w:p>
    <w:p>
      <w:r>
        <w:rPr>
          <w:rFonts w:ascii="Courier New" w:hAnsi="Courier New"/>
          <w:color w:val="555555"/>
          <w:sz w:val="20"/>
        </w:rPr>
        <w:t>[23 . 22 . 1]</w:t>
      </w:r>
    </w:p>
    <w:p>
      <w:r>
        <w:rPr>
          <w:rFonts w:ascii="Gentium Plus" w:hAnsi="Gentium Plus"/>
          <w:sz w:val="24"/>
        </w:rPr>
        <w:t>Ὅτι Ἀμίλκας ὁ Βάρκας καλούμενος ὁ Καρ‐ χηδόνιος καὶ Ἀννίβας ὁ υἱὸς αὐτοῦ μέγιστοι στρα‐ τηγοὶ Καρχηδονίων οὐ μόνον ὄντες τῶν προτέρων, ἀλλὰ καὶ τῶν μεταγενεστέρων ὁμολογουμένως</w:t>
      </w:r>
    </w:p>
    <w:p>
      <w:r>
        <w:rPr>
          <w:rFonts w:ascii="Courier New" w:hAnsi="Courier New"/>
          <w:color w:val="555555"/>
          <w:sz w:val="20"/>
        </w:rPr>
        <w:t>[5]</w:t>
      </w:r>
    </w:p>
    <w:p>
      <w:r>
        <w:rPr>
          <w:rFonts w:ascii="Gentium Plus" w:hAnsi="Gentium Plus"/>
          <w:sz w:val="24"/>
        </w:rPr>
        <w:t>οὗτοι διελήφθησαν, καὶ ταῖς ἰδίαις πράξεσιν ηὔξη‐ σαν μάλιστα τὴν πατρίδα.</w:t>
      </w:r>
    </w:p>
    <w:p>
      <w:r>
        <w:rPr>
          <w:rFonts w:ascii="Courier New" w:hAnsi="Courier New"/>
          <w:color w:val="555555"/>
          <w:sz w:val="20"/>
        </w:rPr>
        <w:t>[24 t 1]</w:t>
      </w:r>
    </w:p>
    <w:p>
      <w:pPr>
        <w:jc w:val="center"/>
      </w:pPr>
      <w:r>
        <w:rPr>
          <w:rFonts w:ascii="Gentium Plus" w:hAnsi="Gentium Plus"/>
          <w:b/>
          <w:sz w:val="24"/>
        </w:rPr>
        <w:t>FRAGMENTA LIBRI XXIV</w:t>
      </w:r>
    </w:p>
    <w:p>
      <w:r>
        <w:rPr>
          <w:rFonts w:ascii="Courier New" w:hAnsi="Courier New"/>
          <w:color w:val="555555"/>
          <w:sz w:val="20"/>
        </w:rPr>
        <w:t>[24 . 1 . 1]</w:t>
      </w:r>
    </w:p>
    <w:p>
      <w:r>
        <w:rPr>
          <w:rFonts w:ascii="Gentium Plus" w:hAnsi="Gentium Plus"/>
          <w:sz w:val="24"/>
        </w:rPr>
        <w:t>Τὴν δὲ Σελινουντίων πόλιν Καρχηδόνιοι κατα‐ σκάψαντες μετῴκισαν εἰς τὸ Λιλύβαιον. Ῥωμαῖοι δὲ ναυσὶ μακραῖς διακοσίαις τεσσαράκοντα καὶ κερκούροις ἑξήκοντα καὶ πλοίων πλήθει παντο‐</w:t>
      </w:r>
    </w:p>
    <w:p>
      <w:r>
        <w:rPr>
          <w:rFonts w:ascii="Courier New" w:hAnsi="Courier New"/>
          <w:color w:val="555555"/>
          <w:sz w:val="20"/>
        </w:rPr>
        <w:t>[5]</w:t>
      </w:r>
    </w:p>
    <w:p>
      <w:r>
        <w:rPr>
          <w:rFonts w:ascii="Gentium Plus" w:hAnsi="Gentium Plus"/>
          <w:sz w:val="24"/>
        </w:rPr>
        <w:t>δαπῶν κατέπλευσαν εἰς τὴν Πάνορμον, ἐκεῖθεν εἰς τὸ Λιλύβαιον, ὃ πολιορκεῖν ἤρξαντο. τὴν μὲν γῆν ἀπὸ θαλάσσης εἰς θάλασσαν τάφρῳ ἀπετείχισαν, καταπέλτας δὲ καὶ κριοὺς καὶ χωστρίδας καὶ χελώνας κατεσκεύασαν. τὸ δὲ στόμιον τοῦ λιμένος,</w:t>
      </w:r>
    </w:p>
    <w:p>
      <w:r>
        <w:rPr>
          <w:rFonts w:ascii="Courier New" w:hAnsi="Courier New"/>
          <w:color w:val="555555"/>
          <w:sz w:val="20"/>
        </w:rPr>
        <w:t>[10]</w:t>
      </w:r>
    </w:p>
    <w:p>
      <w:r>
        <w:rPr>
          <w:rFonts w:ascii="Gentium Plus" w:hAnsi="Gentium Plus"/>
          <w:sz w:val="24"/>
        </w:rPr>
        <w:t>πεντεκαίδεκα κερκούρους ναῦς λίθων πληρώσαντες, κατέχωσαν. ἦν δὲ ὁ λαὸς ὁ τῶν Ῥωμαίων ἕνδεκα μυριάδες, τῶν δὲ πολιορκουμένων πεζοὶ ἑπτακισ‐</w:t>
      </w:r>
    </w:p>
    <w:p>
      <w:r>
        <w:rPr>
          <w:rFonts w:ascii="Courier New" w:hAnsi="Courier New"/>
          <w:color w:val="555555"/>
          <w:sz w:val="20"/>
        </w:rPr>
        <w:t>[24 . 1 . 2]</w:t>
      </w:r>
    </w:p>
    <w:p>
      <w:r>
        <w:rPr>
          <w:rFonts w:ascii="Gentium Plus" w:hAnsi="Gentium Plus"/>
          <w:sz w:val="24"/>
        </w:rPr>
        <w:t>χίλιοι, ἱππεῖς δὲ ἑπτακόσιοι. πολιορκουμένων δὲ αὐτῶν, ἦλθεν αὐτοῖς βοήθεια ἀπὸ Καρχηδόνος, ἄνδρες τετρακισχίλιοι καὶ σῖτος, καὶ ἀνεθάρσησαν οἱ μετὰ τοῦ Ἀτάρβου. οἱ δὲ Ῥωμαῖοι θεασάμενοι</w:t>
      </w:r>
    </w:p>
    <w:p>
      <w:r>
        <w:rPr>
          <w:rFonts w:ascii="Courier New" w:hAnsi="Courier New"/>
          <w:color w:val="555555"/>
          <w:sz w:val="20"/>
        </w:rPr>
        <w:t>[5]</w:t>
      </w:r>
    </w:p>
    <w:p>
      <w:r>
        <w:rPr>
          <w:rFonts w:ascii="Gentium Plus" w:hAnsi="Gentium Plus"/>
          <w:sz w:val="24"/>
        </w:rPr>
        <w:t>τὴν εἰσβολὴν τῆς δυνάμεως, λίθοις καὶ χώμασιν</w:t>
      </w:r>
    </w:p>
    <w:p>
      <w:r>
        <w:rPr>
          <w:rFonts w:ascii="Courier New" w:hAnsi="Courier New"/>
          <w:color w:val="555555"/>
          <w:sz w:val="20"/>
        </w:rPr>
        <w:t>[10]</w:t>
      </w:r>
    </w:p>
    <w:p>
      <w:r>
        <w:rPr>
          <w:rFonts w:ascii="Gentium Plus" w:hAnsi="Gentium Plus"/>
          <w:sz w:val="24"/>
        </w:rPr>
        <w:t>σαν δὲ Ῥωμαῖοι πετροβόλον ὄργανον, ἔκτισαν δὲ ἔνδοθεν ἄλλο τεῖχος Καρχηδόνιοι. τὴν δὲ τάφρον τῆς πόλεως ἔχωσαν Ῥωμαῖοι, ἔχουσαν τὸ πλάτος ἑξήκοντα πήχεις καὶ τὸ βάθος τεσσαράκοντα. πόλεμον δὲ συνάψαντες εἰς τὸ πρὸς θάλασσαν</w:t>
      </w:r>
    </w:p>
    <w:p>
      <w:r>
        <w:rPr>
          <w:rFonts w:ascii="Courier New" w:hAnsi="Courier New"/>
          <w:color w:val="555555"/>
          <w:sz w:val="20"/>
        </w:rPr>
        <w:t>[15]</w:t>
      </w:r>
    </w:p>
    <w:p>
      <w:r>
        <w:rPr>
          <w:rFonts w:ascii="Gentium Plus" w:hAnsi="Gentium Plus"/>
          <w:sz w:val="24"/>
        </w:rPr>
        <w:t>τεῖχος ἔστησαν κατὰ πρόσωπον ἐνέδρας. καὶ τοῦ λαοῦ εἰς τὸν πρὸς θάλασσαν πόλεμον κενωθέντος, οἱ κατὰ τὰς ἐνέδρας κλίμακας ἑτοίμους ἔχοντες</w:t>
      </w:r>
    </w:p>
    <w:p>
      <w:r>
        <w:rPr>
          <w:rFonts w:ascii="Courier New" w:hAnsi="Courier New"/>
          <w:color w:val="555555"/>
          <w:sz w:val="20"/>
        </w:rPr>
        <w:t>[24 . 1 . 3]</w:t>
      </w:r>
    </w:p>
    <w:p>
      <w:r>
        <w:rPr>
          <w:rFonts w:ascii="Gentium Plus" w:hAnsi="Gentium Plus"/>
          <w:sz w:val="24"/>
        </w:rPr>
        <w:t>ἀνέβησαν, καὶ τὸ πρῶτον τεῖχος εἷλον. ἀκούσας δὲ ὁ Καρχηδόνιος στρατηγός, ἐπιπεσὼν αὐτοῖς ἐν ἑνὶ τόπῳ ἐφόνευσε μυρίους καὶ τοὺς ἄλλους ἠνάγ‐ κασε φεύγειν. πάντα δὲ πολεμικὰ ὄργανα, χελώ‐</w:t>
      </w:r>
    </w:p>
    <w:p>
      <w:r>
        <w:rPr>
          <w:rFonts w:ascii="Courier New" w:hAnsi="Courier New"/>
          <w:color w:val="555555"/>
          <w:sz w:val="20"/>
        </w:rPr>
        <w:t>[5]</w:t>
      </w:r>
    </w:p>
    <w:p>
      <w:r>
        <w:rPr>
          <w:rFonts w:ascii="Gentium Plus" w:hAnsi="Gentium Plus"/>
          <w:sz w:val="24"/>
        </w:rPr>
        <w:t>νας, πετροβόλους, κριούς, χωστρίδας, πνεύματος μεγάλου ἐπιπνεύσαντος, ἐνέπρησαν Ῥωμαίων. ἰδόν‐ τες δὲ οἱ Καρχηδόνιοι οὐδὲν ὠφελοῦντας τοὺς ἱππεῖς αὐτῶν ἐν τοῖς στενοῖς τόποις, ἐξαπέστειλαν αὐτοὺς εἰς τὰ Δρέπανα, καὶ πολλὴ βοήθεια Καρχη‐</w:t>
      </w:r>
    </w:p>
    <w:p>
      <w:r>
        <w:rPr>
          <w:rFonts w:ascii="Courier New" w:hAnsi="Courier New"/>
          <w:color w:val="555555"/>
          <w:sz w:val="20"/>
        </w:rPr>
        <w:t>[24 . 1 . 4]</w:t>
      </w:r>
    </w:p>
    <w:p>
      <w:r>
        <w:rPr>
          <w:rFonts w:ascii="Gentium Plus" w:hAnsi="Gentium Plus"/>
          <w:sz w:val="24"/>
        </w:rPr>
        <w:t>δονίοις ἐγένετο. ἐξαπορηθέντες δὲ οἱ Ῥωμαῖοι διὰ τὴν καῦσιν τῶν ὀργάνων καὶ διὰ τὴν σπανίαν τῶν τροφῶν καὶ τὴν λοιμικὴν νόσον, κρεωβοροῦντες γὰρ μόνον Ῥωμαῖοι καὶ οἱ σύμμαχοι εἰς τὴν νόσον</w:t>
      </w:r>
    </w:p>
    <w:p>
      <w:r>
        <w:rPr>
          <w:rFonts w:ascii="Courier New" w:hAnsi="Courier New"/>
          <w:color w:val="555555"/>
          <w:sz w:val="20"/>
        </w:rPr>
        <w:t>[5]</w:t>
      </w:r>
    </w:p>
    <w:p>
      <w:r>
        <w:rPr>
          <w:rFonts w:ascii="Gentium Plus" w:hAnsi="Gentium Plus"/>
          <w:sz w:val="24"/>
        </w:rPr>
        <w:t>ἔπιπτον, ὡς ἐν ὀλίγαις ἡμέραις μυρίους τεθνάναι. ὅθεν καὶ τὴν πολιορκίαν ἠθέλησαν καταλῦσαι· Ἱέρων δὲ ὁ βασιλεὺς Συρακούσης σῖτον πολὺν ἀπο‐ στείλας αὐτοῖς ἀνεθάρσυνεν αὐτοὺς πρὸς τὴν πολιορκίαν πάλιν.</w:t>
      </w:r>
    </w:p>
    <w:p>
      <w:r>
        <w:rPr>
          <w:rFonts w:ascii="Courier New" w:hAnsi="Courier New"/>
          <w:color w:val="555555"/>
          <w:sz w:val="20"/>
        </w:rPr>
        <w:t>[24 . 1 . 5]</w:t>
      </w:r>
    </w:p>
    <w:p>
      <w:r>
        <w:rPr>
          <w:rFonts w:ascii="Gentium Plus" w:hAnsi="Gentium Plus"/>
          <w:sz w:val="24"/>
        </w:rPr>
        <w:t>Τῶν δὲ Ῥωμαίων τὸν ὕπατον διαδεξαμένων, τὴν ἀρχὴν παρέδωκαν Κλαυδίῳ ὑπάτῳ τῷ τοῦ Ἀππίου υἱῷ. καὶ παραλαβὼν τὰς δυνάμεις πάλιν τὸν λιμένα ἔχωσεν, ὥσπερ καὶ οἱ πρὸ αὐτοῦ, καὶ πάλιν</w:t>
      </w:r>
    </w:p>
    <w:p>
      <w:r>
        <w:rPr>
          <w:rFonts w:ascii="Courier New" w:hAnsi="Courier New"/>
          <w:color w:val="555555"/>
          <w:sz w:val="20"/>
        </w:rPr>
        <w:t>[5]</w:t>
      </w:r>
    </w:p>
    <w:p>
      <w:r>
        <w:rPr>
          <w:rFonts w:ascii="Gentium Plus" w:hAnsi="Gentium Plus"/>
          <w:sz w:val="24"/>
        </w:rPr>
        <w:t>ἡ θάλασσα κατεσκόρπισε. τοῦ δὲ Κλαυδίου μέγα ἐπαρθέντος, τὰς ἀρίστας ναῦς ἐξήρτυσε διακοσίας δέκα, καὶ εἰς τὰ Δρέπανα πρὸς Καρχηδονίους ἀπῆλθε πολεμήσων αὐτούς. καὶ ἡττήθη ἀπολέσας ναῦς ἑκατὸν ἑπτακαίδεκα καὶ ἄνδρας δισμυρίους.</w:t>
      </w:r>
    </w:p>
    <w:p>
      <w:r>
        <w:rPr>
          <w:rFonts w:ascii="Courier New" w:hAnsi="Courier New"/>
          <w:color w:val="555555"/>
          <w:sz w:val="20"/>
        </w:rPr>
        <w:t>[10]</w:t>
      </w:r>
    </w:p>
    <w:p>
      <w:r>
        <w:rPr>
          <w:rFonts w:ascii="Gentium Plus" w:hAnsi="Gentium Plus"/>
          <w:sz w:val="24"/>
        </w:rPr>
        <w:t>ναυμαχίαν δὲ καρτερὰν καὶ νίκην λαμπροτέραν οὐχ ὅτι Καρχηδονίοις ἀλλ’ οὐδ’ ἄλλοις τοιαύτην γεγενημένην ῥᾳδίως ἂν εὕροις περὶ τούτους τοὺς χρόνους, καί, τὸ παράδοξον, ἐν τηλικούτῳ κινδύνῳ ὄντας Καρχηδονίους καὶ μετὰ νεῶν δέκα ... οὐ</w:t>
      </w:r>
    </w:p>
    <w:p>
      <w:r>
        <w:rPr>
          <w:rFonts w:ascii="Courier New" w:hAnsi="Courier New"/>
          <w:color w:val="555555"/>
          <w:sz w:val="20"/>
        </w:rPr>
        <w:t>[15]</w:t>
      </w:r>
    </w:p>
    <w:p>
      <w:r>
        <w:rPr>
          <w:rFonts w:ascii="Gentium Plus" w:hAnsi="Gentium Plus"/>
          <w:sz w:val="24"/>
        </w:rPr>
        <w:t>μόνον ἀνῃρέθη μὲν οὐδείς, ἐτραυματίσθησαν δὲ</w:t>
      </w:r>
    </w:p>
    <w:p>
      <w:r>
        <w:rPr>
          <w:rFonts w:ascii="Courier New" w:hAnsi="Courier New"/>
          <w:color w:val="555555"/>
          <w:sz w:val="20"/>
        </w:rPr>
        <w:t>[24 . 1 . 6]</w:t>
      </w:r>
    </w:p>
    <w:p>
      <w:r>
        <w:rPr>
          <w:rFonts w:ascii="Gentium Plus" w:hAnsi="Gentium Plus"/>
          <w:sz w:val="24"/>
        </w:rPr>
        <w:t>ὀλίγοι. μετὰ δὲ ταῦτα ἀπέστειλαν Ἀννίβαν τριηράρχην εἰς Πάνορμον μετὰ τριάκοντα νεῶν, καὶ τὴν ἀγορὰν τῶν Ῥωμαίων τοῦ σίτου ἔφερον εἰς Δρέπανα. καὶ τῆς λοιπῆς ἀγορᾶς τὴν χρείαν</w:t>
      </w:r>
    </w:p>
    <w:p>
      <w:r>
        <w:rPr>
          <w:rFonts w:ascii="Courier New" w:hAnsi="Courier New"/>
          <w:color w:val="555555"/>
          <w:sz w:val="20"/>
        </w:rPr>
        <w:t>[5]</w:t>
      </w:r>
    </w:p>
    <w:p>
      <w:r>
        <w:rPr>
          <w:rFonts w:ascii="Gentium Plus" w:hAnsi="Gentium Plus"/>
          <w:sz w:val="24"/>
        </w:rPr>
        <w:t>ἐκ τῆς Δρεπάνης λαβόντες, εἰς τὸ Λιλύβαιον ἦλθον, καὶ τοὺς πολιορκουμένους ἐνέπλησαν παντοίων ἀγα‐</w:t>
      </w:r>
    </w:p>
    <w:p>
      <w:r>
        <w:rPr>
          <w:rFonts w:ascii="Courier New" w:hAnsi="Courier New"/>
          <w:color w:val="555555"/>
          <w:sz w:val="20"/>
        </w:rPr>
        <w:t>[24 . 1 . 7]</w:t>
      </w:r>
    </w:p>
    <w:p>
      <w:r>
        <w:rPr>
          <w:rFonts w:ascii="Gentium Plus" w:hAnsi="Gentium Plus"/>
          <w:sz w:val="24"/>
        </w:rPr>
        <w:t>θῶν. ἔφθασε δὲ καὶ Καρθάλων στρατηγὸς ἐκ Καρχηδόνος μετὰ νεῶν μακρῶν ἑβδομήκοντα καὶ</w:t>
      </w:r>
    </w:p>
    <w:p>
      <w:r>
        <w:rPr>
          <w:rFonts w:ascii="Courier New" w:hAnsi="Courier New"/>
          <w:color w:val="555555"/>
          <w:sz w:val="20"/>
        </w:rPr>
        <w:t>[5]</w:t>
      </w:r>
    </w:p>
    <w:p>
      <w:r>
        <w:rPr>
          <w:rFonts w:ascii="Gentium Plus" w:hAnsi="Gentium Plus"/>
          <w:sz w:val="24"/>
        </w:rPr>
        <w:t>εἰς γῆν ἀπέσπασε πέντε. ἀκούσας δὲ τὸν στόλον τῶν Ῥωμαίων ἐκ Συρακουσῶν ἀφωρμηκέναι, πεί‐ σας τοὺς συνάρχοντας ἀνήχθη ναυσὶν ἑκατὸν εἴκοσι ταῖς ἀρίσταις. τῶν δὲ στόλων εἰς σύνοψιν ἐλθόντων κατὰ τὴν Γελῴαν χώραν, οἱ Ῥωμαῖοι φοβηθέντες</w:t>
      </w:r>
    </w:p>
    <w:p>
      <w:r>
        <w:rPr>
          <w:rFonts w:ascii="Courier New" w:hAnsi="Courier New"/>
          <w:color w:val="555555"/>
          <w:sz w:val="20"/>
        </w:rPr>
        <w:t>[10]</w:t>
      </w:r>
    </w:p>
    <w:p>
      <w:r>
        <w:rPr>
          <w:rFonts w:ascii="Gentium Plus" w:hAnsi="Gentium Plus"/>
          <w:sz w:val="24"/>
        </w:rPr>
        <w:t>κατέπλευσαν εἰς τὴν Φιντιάδα, καὶ τὰ πλοῖα τὰ τὴν ἀγορὰν κομίζοντα καὶ τὰς λοιπὰς ναῦς ἀπέλιπον ὑπὸ τὴν γῆν· τῶν δὲ Καρχηδονίων καταπλευσάντων συνέστη καρτερὸς ἀγών. τέλος δὲ οἱ Καρχηδόνιοι τῶν σκαφῶν τῶν μεγάλων κατέδυσαν πεντήκοντα,</w:t>
      </w:r>
    </w:p>
    <w:p>
      <w:r>
        <w:rPr>
          <w:rFonts w:ascii="Courier New" w:hAnsi="Courier New"/>
          <w:color w:val="555555"/>
          <w:sz w:val="20"/>
        </w:rPr>
        <w:t>[15]</w:t>
      </w:r>
    </w:p>
    <w:p>
      <w:r>
        <w:rPr>
          <w:rFonts w:ascii="Gentium Plus" w:hAnsi="Gentium Plus"/>
          <w:sz w:val="24"/>
        </w:rPr>
        <w:t>τῶν δὲ μακρῶν ἐβύθισαν ἑπτακαίδεκα, συντρίψαν‐</w:t>
      </w:r>
    </w:p>
    <w:p>
      <w:r>
        <w:rPr>
          <w:rFonts w:ascii="Courier New" w:hAnsi="Courier New"/>
          <w:color w:val="555555"/>
          <w:sz w:val="20"/>
        </w:rPr>
        <w:t>[24 . 1 . 8]</w:t>
      </w:r>
    </w:p>
    <w:p>
      <w:r>
        <w:rPr>
          <w:rFonts w:ascii="Gentium Plus" w:hAnsi="Gentium Plus"/>
          <w:sz w:val="24"/>
        </w:rPr>
        <w:t>τες δὲ τρισκαίδεκα ἀχρήστους ἐποίησαν. μετὰ δὲ ταῦτα οἱ Καρχηδόνιοι ἐπὶ τὸν Ἅλυκον ποταμὸν παραγενόμενοι τοὺς τραυματίας ἀνέπαυσαν. ὁ δὲ ὕπατος Ἰούνιος οὐδὲν τῶν γεγενημένων εἰδὼς ἐκ</w:t>
      </w:r>
    </w:p>
    <w:p>
      <w:r>
        <w:rPr>
          <w:rFonts w:ascii="Courier New" w:hAnsi="Courier New"/>
          <w:color w:val="555555"/>
          <w:sz w:val="20"/>
        </w:rPr>
        <w:t>[5]</w:t>
      </w:r>
    </w:p>
    <w:p>
      <w:r>
        <w:rPr>
          <w:rFonts w:ascii="Gentium Plus" w:hAnsi="Gentium Plus"/>
          <w:sz w:val="24"/>
        </w:rPr>
        <w:t>τῆς Μεσσήνης ἀνήχθη ναυσὶ μακραῖς τριάκοντα ἕξ, φορτηγοῖς οὐκ ὀλίγοις. περιπλεύσας δὲ τὸν Πάχυ‐ νον καὶ καθορμισθεὶς πλησίον Φιντιάδος κατεπλάγη</w:t>
      </w:r>
    </w:p>
    <w:p>
      <w:r>
        <w:rPr>
          <w:rFonts w:ascii="Courier New" w:hAnsi="Courier New"/>
          <w:color w:val="555555"/>
          <w:sz w:val="20"/>
        </w:rPr>
        <w:t>[24 . 1 . 9]</w:t>
      </w:r>
    </w:p>
    <w:p>
      <w:r>
        <w:rPr>
          <w:rFonts w:ascii="Gentium Plus" w:hAnsi="Gentium Plus"/>
          <w:sz w:val="24"/>
        </w:rPr>
        <w:t>τὸ γεγενημένον. μετὰ δὲ ταῦτα Καρχηδονίων παντὶ στόλῳ πρὸς αὐτοὺς ἐλθόντων, φοβηθεὶς ὁ ὕπατος τὰς μὲν τρισκαίδεκα τὰς ἀχρήστους ἐνέπρη‐ σεν, ἐπὶ δὲ Συρακόσας τὸν πλοῦν ἐποιεῖτο, νομίζων</w:t>
      </w:r>
    </w:p>
    <w:p>
      <w:r>
        <w:rPr>
          <w:rFonts w:ascii="Courier New" w:hAnsi="Courier New"/>
          <w:color w:val="555555"/>
          <w:sz w:val="20"/>
        </w:rPr>
        <w:t>[5]</w:t>
      </w:r>
    </w:p>
    <w:p>
      <w:r>
        <w:rPr>
          <w:rFonts w:ascii="Gentium Plus" w:hAnsi="Gentium Plus"/>
          <w:sz w:val="24"/>
        </w:rPr>
        <w:t>Ἱέρωνα παρέξεσθαι τὴν ἀσφάλειαν. κατάληπτος δὲ γενόμενος πρὸς τὴν γῆν τῆς Καμαρίνας, εἰς τὴν γῆν κατέφυγε πρὸς τόπους τραχεῖς καὶ ὑφαλώδεις. τοῦ δὲ πνεύματος βιαιότερον ἐπιπνέοντος, οἱ μὲν Καρχηδόνιοι κάμψαντες τὸν Πάχυνον εἰς ὑπεύδιον</w:t>
      </w:r>
    </w:p>
    <w:p>
      <w:r>
        <w:rPr>
          <w:rFonts w:ascii="Courier New" w:hAnsi="Courier New"/>
          <w:color w:val="555555"/>
          <w:sz w:val="20"/>
        </w:rPr>
        <w:t>[10]</w:t>
      </w:r>
    </w:p>
    <w:p>
      <w:r>
        <w:rPr>
          <w:rFonts w:ascii="Gentium Plus" w:hAnsi="Gentium Plus"/>
          <w:sz w:val="24"/>
        </w:rPr>
        <w:t>τόπον καθωρμίσθησαν, οἱ δὲ Ῥωμαῖοι κινδύνου μεγάλου γεγενημένου τὰ μὲν σιτηγὰ πλοῖα ἀπώλε‐</w:t>
      </w:r>
    </w:p>
    <w:p>
      <w:r>
        <w:rPr>
          <w:rFonts w:ascii="Courier New" w:hAnsi="Courier New"/>
          <w:color w:val="555555"/>
          <w:sz w:val="20"/>
        </w:rPr>
        <w:t>[24 . 1 . 10]</w:t>
      </w:r>
    </w:p>
    <w:p>
      <w:r>
        <w:rPr>
          <w:rFonts w:ascii="Gentium Plus" w:hAnsi="Gentium Plus"/>
          <w:sz w:val="24"/>
        </w:rPr>
        <w:t>σώματα ἀπολωλέναι. ὁ δὲ Ἰούνιος τὰς δύο ναῦς ἀπολαβὼν καὶ τοὺς ὑπολειφθέντας ἄνδρας εἰς τὸ στρατόπεδον ἦλθε τὸ Λιλύβαιον. νυκτὸς δὲ οὗτος ἐπιπεσὼν τὸν Ἔρυκα παρέλαβε· καὶ τὸν Αἰγίθαλλον</w:t>
      </w:r>
    </w:p>
    <w:p>
      <w:r>
        <w:rPr>
          <w:rFonts w:ascii="Courier New" w:hAnsi="Courier New"/>
          <w:color w:val="555555"/>
          <w:sz w:val="20"/>
        </w:rPr>
        <w:t>[5]</w:t>
      </w:r>
    </w:p>
    <w:p>
      <w:r>
        <w:rPr>
          <w:rFonts w:ascii="Gentium Plus" w:hAnsi="Gentium Plus"/>
          <w:sz w:val="24"/>
        </w:rPr>
        <w:t>ἐτείχισεν, ὅνπερ νῦν Ἄκελλον καλοῦσι, καὶ στρατι‐</w:t>
      </w:r>
    </w:p>
    <w:p>
      <w:r>
        <w:rPr>
          <w:rFonts w:ascii="Courier New" w:hAnsi="Courier New"/>
          <w:color w:val="555555"/>
          <w:sz w:val="20"/>
        </w:rPr>
        <w:t>[24 . 1 . 11]</w:t>
      </w:r>
    </w:p>
    <w:p>
      <w:r>
        <w:rPr>
          <w:rFonts w:ascii="Gentium Plus" w:hAnsi="Gentium Plus"/>
          <w:sz w:val="24"/>
        </w:rPr>
        <w:t>ώτας ὀκτακοσίους εἰς φυλακὴν κατέλιπε. Καρθά‐ λων δὲ πυθόμενος τοὺς περὶ τὸν Ἔρυκα τόπους προκατειλῆφθαι, νυκτὸς ἐν ταῖς ναυσὶ παρεκόμισε δύναμιν· ἐπιπεσὼν δὲ τοῖς φρουροῖς τοῦ Αἰγιθάλλου</w:t>
      </w:r>
    </w:p>
    <w:p>
      <w:r>
        <w:rPr>
          <w:rFonts w:ascii="Courier New" w:hAnsi="Courier New"/>
          <w:color w:val="555555"/>
          <w:sz w:val="20"/>
        </w:rPr>
        <w:t>[5]</w:t>
      </w:r>
    </w:p>
    <w:p>
      <w:r>
        <w:rPr>
          <w:rFonts w:ascii="Gentium Plus" w:hAnsi="Gentium Plus"/>
          <w:sz w:val="24"/>
        </w:rPr>
        <w:t>ἐκυρίευσε τοῦ χωρίου, καὶ περιγενόμενος οὓς μὲν ἀπέκτεινεν, οὓς δὲ ἐφυγάδευσεν εἰς τὸν Ἔρυκα· καὶ τὸ μὲν φρούριον τρισχίλιοι στρατιῶται ἐφύ‐ λαξαν. ἐν δὲ τῇ πρώτῃ ναυμαχίᾳ Ῥωμαῖοι ἔπεσον τρισμύριοι καὶ πεντακισχίλιοι, τῶν δὲ ἑαλωκότων</w:t>
      </w:r>
    </w:p>
    <w:p>
      <w:r>
        <w:rPr>
          <w:rFonts w:ascii="Courier New" w:hAnsi="Courier New"/>
          <w:color w:val="555555"/>
          <w:sz w:val="20"/>
        </w:rPr>
        <w:t>[10]</w:t>
      </w:r>
    </w:p>
    <w:p>
      <w:r>
        <w:rPr>
          <w:rFonts w:ascii="Gentium Plus" w:hAnsi="Gentium Plus"/>
          <w:sz w:val="24"/>
        </w:rPr>
        <w:t>οὐκ ἔλαττον τούτων. (Exc. Hoesch. pp. 506—508 W.)</w:t>
      </w:r>
    </w:p>
    <w:p>
      <w:r>
        <w:rPr>
          <w:rFonts w:ascii="Courier New" w:hAnsi="Courier New"/>
          <w:color w:val="555555"/>
          <w:sz w:val="20"/>
        </w:rPr>
        <w:t>[24 . 2 . 1]</w:t>
      </w:r>
    </w:p>
    <w:p>
      <w:r>
        <w:rPr>
          <w:rFonts w:ascii="Gentium Plus" w:hAnsi="Gentium Plus"/>
          <w:sz w:val="24"/>
        </w:rPr>
        <w:t>Ὅτι τοὺς φιλαργυρωτάτους ἐπελέξαντο πρὸς τὸν ἐμπρησμὸν τῶν μηχανημάτων καὶ τοὺς θρασυ‐ τάτους οἱ Καρχηδόνιοι, τριακοσίους ὄντας τὸν ἀριθμόν· τὰ γὰρ πάθη ταῦτα μάλιστα προτρέπεται</w:t>
      </w:r>
    </w:p>
    <w:p>
      <w:r>
        <w:rPr>
          <w:rFonts w:ascii="Courier New" w:hAnsi="Courier New"/>
          <w:color w:val="555555"/>
          <w:sz w:val="20"/>
        </w:rPr>
        <w:t>[5]</w:t>
      </w:r>
    </w:p>
    <w:p>
      <w:r>
        <w:rPr>
          <w:rFonts w:ascii="Gentium Plus" w:hAnsi="Gentium Plus"/>
          <w:sz w:val="24"/>
        </w:rPr>
        <w:t>τοὺς προχείρους παντὸς καταφρονεῖν κινδύνου. ὡς ἐπὶ πολὺ γὰρ ἐν ταῖς προσβολαῖς καὶ τειχομαχίαις συνέβαινε τοὺς ἀρίστους ἀποθνήσκειν ἑκουσίως προ‐ πίπτοντας εἰς κινδύνους δυσβοηθήτους. (Const. Exc. 4, pp. 350—351.)</w:t>
      </w:r>
    </w:p>
    <w:p>
      <w:r>
        <w:rPr>
          <w:rFonts w:ascii="Courier New" w:hAnsi="Courier New"/>
          <w:color w:val="555555"/>
          <w:sz w:val="20"/>
        </w:rPr>
        <w:t>[24 . 3 . 1]</w:t>
      </w:r>
    </w:p>
    <w:p>
      <w:r>
        <w:rPr>
          <w:rFonts w:ascii="Gentium Plus" w:hAnsi="Gentium Plus"/>
          <w:sz w:val="24"/>
        </w:rPr>
        <w:t>Ὅτι Κλώδιος παραγενόμενος εἰς τὴν Σικελίαν παρέλαβε τὰς πρὸς τῷ Λιλυβαίῳ δυνάμεις, καὶ τὰ πλήθη συναγαγὼν κατηγόρησε πικρῶς τῶν παρα‐</w:t>
      </w:r>
    </w:p>
    <w:p>
      <w:r>
        <w:rPr>
          <w:rFonts w:ascii="Courier New" w:hAnsi="Courier New"/>
          <w:color w:val="555555"/>
          <w:sz w:val="20"/>
        </w:rPr>
        <w:t>[5]</w:t>
      </w:r>
    </w:p>
    <w:p>
      <w:r>
        <w:rPr>
          <w:rFonts w:ascii="Gentium Plus" w:hAnsi="Gentium Plus"/>
          <w:sz w:val="24"/>
        </w:rPr>
        <w:t>αὐτοὺς ῥᾳθύμως κεχειρικέναι τὸν πόλεμον, μεθυ‐ σκομένους καὶ ζῶντας ἐν ἀνέσει καὶ τρυφῇ, καὶ τὸ σύνολον πεπολιορκῆσθαι μᾶλλον ἢ πεπολιορκη‐ κέναι. ὢν δὲ φύσει παράθερμος καὶ τῇ διανοίᾳ παρακεκινηκὼς πολλὰ διῴκει μανίᾳ προσεμφερῶς.</w:t>
      </w:r>
    </w:p>
    <w:p>
      <w:r>
        <w:rPr>
          <w:rFonts w:ascii="Courier New" w:hAnsi="Courier New"/>
          <w:color w:val="555555"/>
          <w:sz w:val="20"/>
        </w:rPr>
        <w:t>[10]</w:t>
      </w:r>
    </w:p>
    <w:p>
      <w:r>
        <w:rPr>
          <w:rFonts w:ascii="Gentium Plus" w:hAnsi="Gentium Plus"/>
          <w:sz w:val="24"/>
        </w:rPr>
        <w:t>πρῶτον μὲν γὰρ ὧν τῆς στρατηγίας κατηγόρησε, τούτων τὴν ἄνοιαν μιμησάμενος παραπλησίως ἐν τῇ θαλάσσῃ τά τε χώσματα καὶ τὰ κλεῖθρα κατε‐ σκεύαζε, τοσοῦτον ἀφροσύνῃ διενέγκας ἐκείνων, ὅσῳ μεῖζόν ἐστιν ἁμάρτημα τὸ μηδὲ ἐκ τῆς πείρας</w:t>
      </w:r>
    </w:p>
    <w:p>
      <w:r>
        <w:rPr>
          <w:rFonts w:ascii="Courier New" w:hAnsi="Courier New"/>
          <w:color w:val="555555"/>
          <w:sz w:val="20"/>
        </w:rPr>
        <w:t>[15]</w:t>
      </w:r>
    </w:p>
    <w:p>
      <w:r>
        <w:rPr>
          <w:rFonts w:ascii="Gentium Plus" w:hAnsi="Gentium Plus"/>
          <w:sz w:val="24"/>
        </w:rPr>
        <w:t>δύνασθαι μεταδιδαχθῆναι τοῦ πρώτως ἐπιβαλλό‐ μενον σφαλῆναι. τιμωρητικὸς δὲ ὢν φύσει τοὺς μὲν πολιτικοὺς τοῖς πατρίοις ἔθεσιν ἐκόλαζεν ἀ‐ παραιτήτως, τοὺς δὲ συμμάχους ῥάβδοις ἐμαστίγου. καθόλου δὲ διὰ τὴν ὑπεροχὴν τοῦ γένους καὶ τὴν</w:t>
      </w:r>
    </w:p>
    <w:p>
      <w:r>
        <w:rPr>
          <w:rFonts w:ascii="Courier New" w:hAnsi="Courier New"/>
          <w:color w:val="555555"/>
          <w:sz w:val="20"/>
        </w:rPr>
        <w:t>[20]</w:t>
      </w:r>
    </w:p>
    <w:p>
      <w:r>
        <w:rPr>
          <w:rFonts w:ascii="Gentium Plus" w:hAnsi="Gentium Plus"/>
          <w:sz w:val="24"/>
        </w:rPr>
        <w:t>τῆς οἰκίας δόξαν διεφθαρμένος ὑπεροπτικὸς ἦν καὶ κατεφρόνει πάντων. (Const. Exc. 2(1), p. 260; in part, Suidas, s. v. παρά‐ θερμος.)</w:t>
      </w:r>
    </w:p>
    <w:p>
      <w:r>
        <w:rPr>
          <w:rFonts w:ascii="Courier New" w:hAnsi="Courier New"/>
          <w:color w:val="555555"/>
          <w:sz w:val="20"/>
        </w:rPr>
        <w:t>[24 . 4 . 1]</w:t>
      </w:r>
    </w:p>
    <w:p>
      <w:r>
        <w:rPr>
          <w:rFonts w:ascii="Gentium Plus" w:hAnsi="Gentium Plus"/>
          <w:sz w:val="24"/>
        </w:rPr>
        <w:t>Περικατάληπτος γενόμενος κατέφυγε πρὸς τὴν γῆν, ἐν ἐλάττονι θέμενος τὸν ἀπὸ τῆς ναυαγίας φόβον τοῦ παρὰ τῶν πολεμίων κινδύνου. (Const. Exc. 4, p. 351.)</w:t>
      </w:r>
    </w:p>
    <w:p>
      <w:r>
        <w:rPr>
          <w:rFonts w:ascii="Courier New" w:hAnsi="Courier New"/>
          <w:color w:val="555555"/>
          <w:sz w:val="20"/>
        </w:rPr>
        <w:t>[24 . 5 . 1]</w:t>
      </w:r>
    </w:p>
    <w:p>
      <w:r>
        <w:rPr>
          <w:rFonts w:ascii="Gentium Plus" w:hAnsi="Gentium Plus"/>
          <w:sz w:val="24"/>
        </w:rPr>
        <w:t>Ὅτι Ἀμίλκας καὶ πρὸ τῆς στρατηγίας φανε‐ ρὰν ἔσχε τὴν λαμπρότητα τῆς ψυχῆς, καὶ τὴν ἀρχὴν παρειληφὼς ἄξιος ἐφαίνετο τῆς πατρίδος, ἀντεχό‐ μενος μὲν τῆς δόξης, καταφρονῶν δὲ τῶν κινδύνων.</w:t>
      </w:r>
    </w:p>
    <w:p>
      <w:r>
        <w:rPr>
          <w:rFonts w:ascii="Courier New" w:hAnsi="Courier New"/>
          <w:color w:val="555555"/>
          <w:sz w:val="20"/>
        </w:rPr>
        <w:t>[24 . 5 . 2]</w:t>
      </w:r>
    </w:p>
    <w:p>
      <w:r>
        <w:rPr>
          <w:rFonts w:ascii="Gentium Plus" w:hAnsi="Gentium Plus"/>
          <w:sz w:val="24"/>
        </w:rPr>
        <w:t>Ὅτι οὗτος συνέσει διαφέρειν ἐδόκει καὶ τόλμαν καὶ πρᾶξιν τὴν ἐν τοῖς ὅπλοις ἔχων ὑπὲρ ἅπαντας τοὺς πολίτας ὑπῆρχεν ἀμφότερον, βασιλεύς τ’ ἀγαθὸς κρατερός τ’ αἰχ‐</w:t>
      </w:r>
    </w:p>
    <w:p>
      <w:r>
        <w:rPr>
          <w:rFonts w:ascii="Courier New" w:hAnsi="Courier New"/>
          <w:color w:val="555555"/>
          <w:sz w:val="20"/>
        </w:rPr>
        <w:t>[4]</w:t>
      </w:r>
    </w:p>
    <w:p>
      <w:r>
        <w:rPr>
          <w:rFonts w:ascii="Gentium Plus" w:hAnsi="Gentium Plus"/>
          <w:sz w:val="24"/>
        </w:rPr>
        <w:t>μητής. (Const. Exc. 2(1), p. 260.)</w:t>
      </w:r>
    </w:p>
    <w:p>
      <w:r>
        <w:rPr>
          <w:rFonts w:ascii="Courier New" w:hAnsi="Courier New"/>
          <w:color w:val="555555"/>
          <w:sz w:val="20"/>
        </w:rPr>
        <w:t>[24 . 6 . 1]</w:t>
      </w:r>
    </w:p>
    <w:p>
      <w:r>
        <w:rPr>
          <w:rFonts w:ascii="Gentium Plus" w:hAnsi="Gentium Plus"/>
          <w:sz w:val="24"/>
        </w:rPr>
        <w:t>Εἰς δὲ τὸν Λόγγωνα Κατάνης φρούριον ὑπ‐ ῆρχε, καλούμενον Ἰτάλιον. ὅπερ πολεμήσας Βάρ‐ κας ὁ Καρχηδόνιος ... (Exc. Hoesch. p. 508 W.)</w:t>
      </w:r>
    </w:p>
    <w:p>
      <w:r>
        <w:rPr>
          <w:rFonts w:ascii="Courier New" w:hAnsi="Courier New"/>
          <w:color w:val="555555"/>
          <w:sz w:val="20"/>
        </w:rPr>
        <w:t>[24 . 7 . 1]</w:t>
      </w:r>
    </w:p>
    <w:p>
      <w:r>
        <w:rPr>
          <w:rFonts w:ascii="Gentium Plus" w:hAnsi="Gentium Plus"/>
          <w:sz w:val="24"/>
        </w:rPr>
        <w:t>Οὐδενὶ δηλώσας τὸ βεβουλευμένον· ὑπελάμ‐ βανε γὰρ τὰ τοιαῦτα τῶν στρατηγημάτων διαδιδό‐ μενα πρὸς τοὺς φίλους ἢ τοῖς πολεμίοις γνώριμα γίνεσθαι διὰ τῶν αὐτομόλων ἢ τοῖς στρατιώταις</w:t>
      </w:r>
    </w:p>
    <w:p>
      <w:r>
        <w:rPr>
          <w:rFonts w:ascii="Courier New" w:hAnsi="Courier New"/>
          <w:color w:val="555555"/>
          <w:sz w:val="20"/>
        </w:rPr>
        <w:t>[5]</w:t>
      </w:r>
    </w:p>
    <w:p>
      <w:r>
        <w:rPr>
          <w:rFonts w:ascii="Gentium Plus" w:hAnsi="Gentium Plus"/>
          <w:sz w:val="24"/>
        </w:rPr>
        <w:t>ἐμποιεῖν δειλίαν προσδοκῶσι μέγεθος κινδύνου. (Const. Exc. 4, p. 351.)</w:t>
      </w:r>
    </w:p>
    <w:p>
      <w:r>
        <w:rPr>
          <w:rFonts w:ascii="Courier New" w:hAnsi="Courier New"/>
          <w:color w:val="555555"/>
          <w:sz w:val="20"/>
        </w:rPr>
        <w:t>[24 . 7 . 2]</w:t>
      </w:r>
    </w:p>
    <w:p>
      <w:r>
        <w:rPr>
          <w:rFonts w:ascii="Gentium Plus" w:hAnsi="Gentium Plus"/>
          <w:sz w:val="24"/>
        </w:rPr>
        <w:t>Τὰ γὰρ τῶν στρατηγῶν βουλεύματα καὶ στρατη‐ γήματα διαδιδόμενα τοῖς φίλοις τοῖς πολεμίοις γνώριμα γίνεται διὰ τῶν αὐτομόλων, καὶ τοῖς στρατιώταις δειλίαν ἐντίκτοντα προσδοκίαν μεγά‐</w:t>
      </w:r>
    </w:p>
    <w:p>
      <w:r>
        <w:rPr>
          <w:rFonts w:ascii="Courier New" w:hAnsi="Courier New"/>
          <w:color w:val="555555"/>
          <w:sz w:val="20"/>
        </w:rPr>
        <w:t>[5]</w:t>
      </w:r>
    </w:p>
    <w:p>
      <w:r>
        <w:rPr>
          <w:rFonts w:ascii="Gentium Plus" w:hAnsi="Gentium Plus"/>
          <w:sz w:val="24"/>
        </w:rPr>
        <w:t>λου κινδύνου ἐντίθησι.</w:t>
      </w:r>
    </w:p>
    <w:p>
      <w:r>
        <w:rPr>
          <w:rFonts w:ascii="Courier New" w:hAnsi="Courier New"/>
          <w:color w:val="555555"/>
          <w:sz w:val="20"/>
        </w:rPr>
        <w:t>[24 . 8 . 1]</w:t>
      </w:r>
    </w:p>
    <w:p>
      <w:r>
        <w:rPr>
          <w:rFonts w:ascii="Gentium Plus" w:hAnsi="Gentium Plus"/>
          <w:sz w:val="24"/>
        </w:rPr>
        <w:t>Βάρκας δὲ νυκτὸς καταπλεύσας καὶ τὴν δύνα‐ μιν ἀποβιβάσας, αὐτὸς πρῶτος ἡγησάμενος τῆς ἀναβάσεως τῆς πρὸς Ἔρυκα οὔσης σταδίων τριά‐ κοντα, παρέλαβε τὴν πόλιν καὶ πάντας ...</w:t>
      </w:r>
    </w:p>
    <w:p>
      <w:r>
        <w:rPr>
          <w:rFonts w:ascii="Courier New" w:hAnsi="Courier New"/>
          <w:color w:val="555555"/>
          <w:sz w:val="20"/>
        </w:rPr>
        <w:t>[5]</w:t>
      </w:r>
    </w:p>
    <w:p>
      <w:r>
        <w:rPr>
          <w:rFonts w:ascii="Gentium Plus" w:hAnsi="Gentium Plus"/>
          <w:sz w:val="24"/>
        </w:rPr>
        <w:t>ἀνεῖλε. μετῴκισε δὲ τοὺς λοιποὺς εἰς τὰ Δρέπανα.</w:t>
      </w:r>
    </w:p>
    <w:p>
      <w:r>
        <w:rPr>
          <w:rFonts w:ascii="Courier New" w:hAnsi="Courier New"/>
          <w:color w:val="555555"/>
          <w:sz w:val="20"/>
        </w:rPr>
        <w:t>[24 . 9 . 1]</w:t>
      </w:r>
    </w:p>
    <w:p>
      <w:r>
        <w:rPr>
          <w:rFonts w:ascii="Gentium Plus" w:hAnsi="Gentium Plus"/>
          <w:sz w:val="24"/>
        </w:rPr>
        <w:t>Ἐν παντὶ γὰρ καιρῷ καὶ πράγματι συμβαίνει τὴν εὐταξίαν γίνεσθαι μεγάλων ἀγαθῶν αἰτίαν. (Exc. Hoesch. p. 509 W.) Ὅτι τοῦ Ἀμίλκου διαταξαμένου μὴ διαρπάζειν</w:t>
      </w:r>
    </w:p>
    <w:p>
      <w:r>
        <w:rPr>
          <w:rFonts w:ascii="Courier New" w:hAnsi="Courier New"/>
          <w:color w:val="555555"/>
          <w:sz w:val="20"/>
        </w:rPr>
        <w:t>[5]</w:t>
      </w:r>
    </w:p>
    <w:p>
      <w:r>
        <w:rPr>
          <w:rFonts w:ascii="Gentium Plus" w:hAnsi="Gentium Plus"/>
          <w:sz w:val="24"/>
        </w:rPr>
        <w:t>τοὺς στρατιώτας, Οὐοδόστωρ οὐκ ἐπείσθη καὶ πολλοὺς ἀπέβαλε τῶν στρατιωτῶν. οὕτως ἐν παντὶ καιρῷ συμβαίνει τὴν εὐταξίαν γίνεσθαι μεγά‐ λων ἀγαθῶν αἰτίαν ὥσθ’ οἱ μὲν πεζοὶ προγεγενη‐ μένης εὐημερίας τηλικαύτης οὐχ ὅτι ταύτην</w:t>
      </w:r>
    </w:p>
    <w:p>
      <w:r>
        <w:rPr>
          <w:rFonts w:ascii="Courier New" w:hAnsi="Courier New"/>
          <w:color w:val="555555"/>
          <w:sz w:val="20"/>
        </w:rPr>
        <w:t>[10]</w:t>
      </w:r>
    </w:p>
    <w:p>
      <w:r>
        <w:rPr>
          <w:rFonts w:ascii="Gentium Plus" w:hAnsi="Gentium Plus"/>
          <w:sz w:val="24"/>
        </w:rPr>
        <w:t>ἀνέτρεψαν, ἀλλὰ καὶ πάντες ἐκινδύνευσαν ἀπολέ‐ σθαι, οἱ δὲ ἱππεῖς οὐ πλείους διακοσίων ὄντες οὐ μόνον ἑαυτοὺς διέσωσαν, ἀλλὰ καὶ τοῖς ἄλλοις τὴν ἀσφάλειαν παρεσκεύασαν.</w:t>
      </w:r>
    </w:p>
    <w:p>
      <w:r>
        <w:rPr>
          <w:rFonts w:ascii="Courier New" w:hAnsi="Courier New"/>
          <w:color w:val="555555"/>
          <w:sz w:val="20"/>
        </w:rPr>
        <w:t>[24 . 9 . 2]</w:t>
      </w:r>
    </w:p>
    <w:p>
      <w:r>
        <w:rPr>
          <w:rFonts w:ascii="Gentium Plus" w:hAnsi="Gentium Plus"/>
          <w:sz w:val="24"/>
        </w:rPr>
        <w:t>Ὅτι Ἀμίλκας ἔπεμψεν εἰς Ἔρυκα περὶ τῆς τῶν νεκρῶν ἀναιρέσεως. ὁ δὲ ὕπατος Φονδάνιος ἐκέ‐ λευσε τοῖς ἥκουσι μὴ τοὺς νεκροὺς ἀλλὰ τοὺς ζῶντας, εἰ νοῦν ἔχουσιν, ὑποσπόνδους αἰτεῖσθαι.</w:t>
      </w:r>
    </w:p>
    <w:p>
      <w:r>
        <w:rPr>
          <w:rFonts w:ascii="Courier New" w:hAnsi="Courier New"/>
          <w:color w:val="555555"/>
          <w:sz w:val="20"/>
        </w:rPr>
        <w:t>[5]</w:t>
      </w:r>
    </w:p>
    <w:p>
      <w:r>
        <w:rPr>
          <w:rFonts w:ascii="Gentium Plus" w:hAnsi="Gentium Plus"/>
          <w:sz w:val="24"/>
        </w:rPr>
        <w:t>ὑπερηφάνου μὲν οὖν γενομένης τῆς ἀποκρίσεως, οὗτος οὐ τοῖς τυχοῦσιν ἐλαττώμασι περιέπεσεν εὐθύς, ὥστε πολλοῖς δόξαι τὴν μεγαλαυχίαν τετευ‐ χέναι τῆς παρὰ τοῦ δαιμονίου νεμέσεως.</w:t>
      </w:r>
    </w:p>
    <w:p>
      <w:r>
        <w:rPr>
          <w:rFonts w:ascii="Courier New" w:hAnsi="Courier New"/>
          <w:color w:val="555555"/>
          <w:sz w:val="20"/>
        </w:rPr>
        <w:t>[24 . 9 . 3]</w:t>
      </w:r>
    </w:p>
    <w:p>
      <w:r>
        <w:rPr>
          <w:rFonts w:ascii="Gentium Plus" w:hAnsi="Gentium Plus"/>
          <w:sz w:val="24"/>
        </w:rPr>
        <w:t>Ὅτι τοῦ Φονδανίου περὶ τῆς τῶν νεκρῶν ταφῆς ἀποστείλαντος κήρυκας, Βάρκας πολὺ κεχωρισ‐ μένην τῆς προγεγενημένης ἀπόφασιν ἐποιήσατο. φήσας γὰρ μάχεσθαι μὲν τοῖς ζῶσι, διαλελύσθαι δὲ</w:t>
      </w:r>
    </w:p>
    <w:p>
      <w:r>
        <w:rPr>
          <w:rFonts w:ascii="Courier New" w:hAnsi="Courier New"/>
          <w:color w:val="555555"/>
          <w:sz w:val="20"/>
        </w:rPr>
        <w:t>[5]</w:t>
      </w:r>
    </w:p>
    <w:p>
      <w:r>
        <w:rPr>
          <w:rFonts w:ascii="Gentium Plus" w:hAnsi="Gentium Plus"/>
          <w:sz w:val="24"/>
        </w:rPr>
        <w:t>πρὸς τοὺς τετελευτηκότας συνεχώρησε τὴν ταφήν. (Const. Exc. 4, p. 351.)</w:t>
      </w:r>
    </w:p>
    <w:p>
      <w:r>
        <w:rPr>
          <w:rFonts w:ascii="Courier New" w:hAnsi="Courier New"/>
          <w:color w:val="555555"/>
          <w:sz w:val="20"/>
        </w:rPr>
        <w:t>[24 . 10 . 1]</w:t>
      </w:r>
    </w:p>
    <w:p>
      <w:r>
        <w:rPr>
          <w:rFonts w:ascii="Gentium Plus" w:hAnsi="Gentium Plus"/>
          <w:sz w:val="24"/>
        </w:rPr>
        <w:t>Ὅτι ὁ Ἄννων μεγαλεπίβολος ὢν καὶ δόξης ὀρεγόμενος, καὶ τὸ μέγιστον, ἔχων δύναμιν σχολά‐ ζουσαν ἅμα μὲν ταύτην γυμνάσειν ἤλπιζεν ἐν ταύτῃ τῇ στρατείᾳ, τρέφων ἐκ τῆς πολεμίας καὶ τὴν</w:t>
      </w:r>
    </w:p>
    <w:p>
      <w:r>
        <w:rPr>
          <w:rFonts w:ascii="Courier New" w:hAnsi="Courier New"/>
          <w:color w:val="555555"/>
          <w:sz w:val="20"/>
        </w:rPr>
        <w:t>[5]</w:t>
      </w:r>
    </w:p>
    <w:p>
      <w:r>
        <w:rPr>
          <w:rFonts w:ascii="Gentium Plus" w:hAnsi="Gentium Plus"/>
          <w:sz w:val="24"/>
        </w:rPr>
        <w:t>πόλιν κουφίζων τῶν δαπανημάτων, ἅμα δὲ πολλὰ καταπράξεσθαι τῇ πατρίδι καὶ πρὸς δόξαν καὶ πρὸς τὸ συμφέρον.</w:t>
      </w:r>
    </w:p>
    <w:p>
      <w:r>
        <w:rPr>
          <w:rFonts w:ascii="Courier New" w:hAnsi="Courier New"/>
          <w:color w:val="555555"/>
          <w:sz w:val="20"/>
        </w:rPr>
        <w:t>[24 . 10 . 2]</w:t>
      </w:r>
    </w:p>
    <w:p>
      <w:r>
        <w:rPr>
          <w:rFonts w:ascii="Gentium Plus" w:hAnsi="Gentium Plus"/>
          <w:sz w:val="24"/>
        </w:rPr>
        <w:t>Ὅτι Ἄννωνος τὴν Ἑκατόμπυλον ἐκπολιορκή‐ σαντος, καὶ τῶν πρεσβυτέρων προσελθόντων μεθ’ ἱκετηριῶν καὶ δεομένων ἀνθρωπίνως ἑαυτοῖς χρή‐ σασθαι, φιλόδοξος ὢν ὁ στρατηγὸς καὶ προκρίνας</w:t>
      </w:r>
    </w:p>
    <w:p>
      <w:r>
        <w:rPr>
          <w:rFonts w:ascii="Courier New" w:hAnsi="Courier New"/>
          <w:color w:val="555555"/>
          <w:sz w:val="20"/>
        </w:rPr>
        <w:t>[5]</w:t>
      </w:r>
    </w:p>
    <w:p>
      <w:r>
        <w:rPr>
          <w:rFonts w:ascii="Gentium Plus" w:hAnsi="Gentium Plus"/>
          <w:sz w:val="24"/>
        </w:rPr>
        <w:t>τὴν εὐεργεσίαν τῆς τιμωρίας τρισχιλίους μὲν ὁμήρους ἔλαβε, τὴν δὲ πόλιν καὶ τὰς κτήσεις ἀκεραίους ἐάσας ἔτυχε στεφάνων καὶ τιμῶν μεγά‐ λων παρὰ τῶν εὖ παθόντων. οἱ δὲ στρατιῶται, τῶν ἐγχωρίων αὐτοὺς ὑποδεχομένων λαμπρῶς μετὰ</w:t>
      </w:r>
    </w:p>
    <w:p>
      <w:r>
        <w:rPr>
          <w:rFonts w:ascii="Courier New" w:hAnsi="Courier New"/>
          <w:color w:val="555555"/>
          <w:sz w:val="20"/>
        </w:rPr>
        <w:t>[10]</w:t>
      </w:r>
    </w:p>
    <w:p>
      <w:r>
        <w:rPr>
          <w:rFonts w:ascii="Gentium Plus" w:hAnsi="Gentium Plus"/>
          <w:sz w:val="24"/>
        </w:rPr>
        <w:t>πάσης προθυμίας, εἱστιῶντο πάντων ὄντων δαψι‐ λῶν πρὸς ἀπόλαυσιν. (Const. Exc. 2(1), pp. 260—261.)</w:t>
      </w:r>
    </w:p>
    <w:p>
      <w:r>
        <w:rPr>
          <w:rFonts w:ascii="Courier New" w:hAnsi="Courier New"/>
          <w:color w:val="555555"/>
          <w:sz w:val="20"/>
        </w:rPr>
        <w:t>[24 . 11 . 1]</w:t>
      </w:r>
    </w:p>
    <w:p>
      <w:r>
        <w:rPr>
          <w:rFonts w:ascii="Gentium Plus" w:hAnsi="Gentium Plus"/>
          <w:sz w:val="24"/>
        </w:rPr>
        <w:t>Λυτάτιος δὲ ὁ ὕπατος ναυσὶ μακραῖς τρια‐ κοσίαις καὶ πλοίοις καὶ πορείοις ἑπτακοσίοις, ὁμοῦ χιλίοις, εἰς Σικελίαν ἔπλευσε, καὶ εἰς τὸ Ἐρυκίνων ἐμπόριον καθωρμίσθη. Ἄννων δὲ καὶ αὐτὸς ἐκ</w:t>
      </w:r>
    </w:p>
    <w:p>
      <w:r>
        <w:rPr>
          <w:rFonts w:ascii="Courier New" w:hAnsi="Courier New"/>
          <w:color w:val="555555"/>
          <w:sz w:val="20"/>
        </w:rPr>
        <w:t>[5]</w:t>
      </w:r>
    </w:p>
    <w:p>
      <w:r>
        <w:rPr>
          <w:rFonts w:ascii="Gentium Plus" w:hAnsi="Gentium Plus"/>
          <w:sz w:val="24"/>
        </w:rPr>
        <w:t>Καρχηδόνος ναυσὶ διακοσίαις πεντήκοντα μακραῖς καὶ τοῖς φορτηγοῖς εἰς τὴν νῆσον τὴν Ἱερὰν ἦλθεν. εἶτα δὲ ἐξ αὐτῆς πρὸς τὸν Ἔρυκα ἐρχόμενος, καὶ</w:t>
      </w:r>
    </w:p>
    <w:p>
      <w:r>
        <w:rPr>
          <w:rFonts w:ascii="Courier New" w:hAnsi="Courier New"/>
          <w:color w:val="555555"/>
          <w:sz w:val="20"/>
        </w:rPr>
        <w:t>[10]</w:t>
      </w:r>
    </w:p>
    <w:p>
      <w:r>
        <w:rPr>
          <w:rFonts w:ascii="Gentium Plus" w:hAnsi="Gentium Plus"/>
          <w:sz w:val="24"/>
        </w:rPr>
        <w:t>λεμον ἀπέβαλον Καρχηδόνιοι ναῦς ἑκατὸν ἑπτα‐ καίδεκα, αὐτάνδρους μὲν τούτων εἴκοσι (Ῥωμαῖοι δὲ ὀγδοήκοντα, τριάκοντα μὲν εἰς τέλος, πεντή‐ κοντα δὲ εἰς ἐπιμερισμόν) αἰχμαλώτους δέ, ὡς Φιλῖνος ἀνέγραψε, Καρχηδονίων ἑξακισχιλίους, ὡς</w:t>
      </w:r>
    </w:p>
    <w:p>
      <w:r>
        <w:rPr>
          <w:rFonts w:ascii="Courier New" w:hAnsi="Courier New"/>
          <w:color w:val="555555"/>
          <w:sz w:val="20"/>
        </w:rPr>
        <w:t>[15]</w:t>
      </w:r>
    </w:p>
    <w:p>
      <w:r>
        <w:rPr>
          <w:rFonts w:ascii="Gentium Plus" w:hAnsi="Gentium Plus"/>
          <w:sz w:val="24"/>
        </w:rPr>
        <w:t>δὲ ἕτεροι, τετρακισχιλίους τεσσαράκοντα. αἱ δὲ ἄλλαι νῆες πνεύματος ἐπιπνεύσαντος οὐρίου εἰς Καρχηδόνα ἔφυγον. (Exc. Hoesch. p. 509 W.)</w:t>
      </w:r>
    </w:p>
    <w:p>
      <w:r>
        <w:rPr>
          <w:rFonts w:ascii="Courier New" w:hAnsi="Courier New"/>
          <w:color w:val="555555"/>
          <w:sz w:val="20"/>
        </w:rPr>
        <w:t>[24 . 11 . 3]</w:t>
      </w:r>
    </w:p>
    <w:p>
      <w:r>
        <w:rPr>
          <w:rFonts w:ascii="Gentium Plus" w:hAnsi="Gentium Plus"/>
          <w:sz w:val="24"/>
        </w:rPr>
        <w:t>Ἐπὶ τοσοῦτον γὰρ προέβη τῆς ἀνδραγαθίας ὥστε καὶ τοὺς στρατηγοὺς αὐτοὺς παρ’ ἀμφοτέροις ἀρι‐ στεύειν καὶ τῶν κινδύνων προκαθηγεῖσθαι. ἔνθα δὴ συνέβαινεν ἀλογώτατα πάθη τοῖς ἀρίστοις τῶν</w:t>
      </w:r>
    </w:p>
    <w:p>
      <w:r>
        <w:rPr>
          <w:rFonts w:ascii="Courier New" w:hAnsi="Courier New"/>
          <w:color w:val="555555"/>
          <w:sz w:val="20"/>
        </w:rPr>
        <w:t>[5]</w:t>
      </w:r>
    </w:p>
    <w:p>
      <w:r>
        <w:rPr>
          <w:rFonts w:ascii="Gentium Plus" w:hAnsi="Gentium Plus"/>
          <w:sz w:val="24"/>
        </w:rPr>
        <w:t>ἀνδρῶν ἐνίοτε. οἱ γὰρ ταῖς εὐψυχίαις ὑπερέχοντες τῶν ἀνθεστηκότων καταδυομένης τῆς ἰδίας νηὸς ἡλίσκοντο, ταῖς μὲν ἀρεταῖς οὐκ ἐνδιδόντες, τῷ δὲ τῆς ἀνάγκης ἀβοηθήτῳ κρατούμενοι. τί γὰρ ὄφελος ἀνδρείας ὅταν τοῦ σκάφους βυθισθέντος τὸ</w:t>
      </w:r>
    </w:p>
    <w:p>
      <w:r>
        <w:rPr>
          <w:rFonts w:ascii="Courier New" w:hAnsi="Courier New"/>
          <w:color w:val="555555"/>
          <w:sz w:val="20"/>
        </w:rPr>
        <w:t>[10]</w:t>
      </w:r>
    </w:p>
    <w:p>
      <w:r>
        <w:rPr>
          <w:rFonts w:ascii="Gentium Plus" w:hAnsi="Gentium Plus"/>
          <w:sz w:val="24"/>
        </w:rPr>
        <w:t>σῶμα τῆς βάσεως ἀποστερηθὲν ὑπὸ τῆς θαλάσσης τοῖς πολεμίοις ἐγχειρίζηται; (Const. Exc. 4, p. 352; last sentence, Exc. Hoesch. p. 509 W.=Chap. 11. 2 Dind.)</w:t>
      </w:r>
    </w:p>
    <w:p>
      <w:r>
        <w:rPr>
          <w:rFonts w:ascii="Courier New" w:hAnsi="Courier New"/>
          <w:color w:val="555555"/>
          <w:sz w:val="20"/>
        </w:rPr>
        <w:t>[24 . 12 . 1]</w:t>
      </w:r>
    </w:p>
    <w:p>
      <w:r>
        <w:rPr>
          <w:rFonts w:ascii="Gentium Plus" w:hAnsi="Gentium Plus"/>
          <w:sz w:val="24"/>
        </w:rPr>
        <w:t>Ὅτι ἡ μήτηρ τῶν νεανίσκων βαρέως φέρουσα τὴν τἀνδρὸς τελευτὴν καὶ νομίσασα δι’ ἀμέλειαν αὐτὸν ἐκλελοιπέναι τὸ ζῆν, ἐποίησε τοὺς υἱοὺς κακουχεῖν τοὺς αἰχμαλώτους. συγκλεισθέντων οὖν</w:t>
      </w:r>
    </w:p>
    <w:p>
      <w:r>
        <w:rPr>
          <w:rFonts w:ascii="Courier New" w:hAnsi="Courier New"/>
          <w:color w:val="555555"/>
          <w:sz w:val="20"/>
        </w:rPr>
        <w:t>[5]</w:t>
      </w:r>
    </w:p>
    <w:p>
      <w:r>
        <w:rPr>
          <w:rFonts w:ascii="Gentium Plus" w:hAnsi="Gentium Plus"/>
          <w:sz w:val="24"/>
        </w:rPr>
        <w:t>αὐτῶν εἰς οἴκημα στενὸν παντελῶς, τὰ σώματα καθάπερ τῶν θηρίων ἠναγκάζετο συνεσπειραμένα καρτερεῖν διὰ τὴν στενοχωρίαν. ἔπειτα τῆς τροφῆς παραιρεθείσης ἐφ’ ἡμέρας πέντε, Βοδόστωρ μὲν διὰ τὴν ἀθυμίαν καὶ τὴν ἔνδειαν ἐτελεύτησεν, Ἀμίλκας</w:t>
      </w:r>
    </w:p>
    <w:p>
      <w:r>
        <w:rPr>
          <w:rFonts w:ascii="Courier New" w:hAnsi="Courier New"/>
          <w:color w:val="555555"/>
          <w:sz w:val="20"/>
        </w:rPr>
        <w:t>[10]</w:t>
      </w:r>
    </w:p>
    <w:p>
      <w:r>
        <w:rPr>
          <w:rFonts w:ascii="Gentium Plus" w:hAnsi="Gentium Plus"/>
          <w:sz w:val="24"/>
        </w:rPr>
        <w:t>δὲ διαφέρων εὐψυχίᾳ διεκαρτέρει, καίπερ ἀπεγνωσ‐ μένης ἐλπίδος ἀντεχόμενος. πολλάκις δὲ αὐτοῦ δεομένου τῆς γυναικὸς καὶ μετὰ δακρύων τὴν ἐπι‐ μέλειαν τὴν εἰς τὸν ἄνδρα διεξιόντος, τοσοῦτον ἀπέσχεν ἐκείνη φιλανθρωπίας καὶ λογισμῶν ἀνθρω‐</w:t>
      </w:r>
    </w:p>
    <w:p>
      <w:r>
        <w:rPr>
          <w:rFonts w:ascii="Courier New" w:hAnsi="Courier New"/>
          <w:color w:val="555555"/>
          <w:sz w:val="20"/>
        </w:rPr>
        <w:t>[15]</w:t>
      </w:r>
    </w:p>
    <w:p>
      <w:r>
        <w:rPr>
          <w:rFonts w:ascii="Gentium Plus" w:hAnsi="Gentium Plus"/>
          <w:sz w:val="24"/>
        </w:rPr>
        <w:t>πίνων ὥστε τὸν μὲν νεκρὸν αὐτῷ συγκατακλεῖσαι πέντε ἡμέρας, τροφὴν δὲ ὀλίγην χορηγῆσαι, πρὸς αὐτὸ μόνον στοχαζομένην τὸ δύνασθαι τὴν ἀτυχίαν</w:t>
      </w:r>
    </w:p>
    <w:p>
      <w:r>
        <w:rPr>
          <w:rFonts w:ascii="Courier New" w:hAnsi="Courier New"/>
          <w:color w:val="555555"/>
          <w:sz w:val="20"/>
        </w:rPr>
        <w:t>[24 . 12 . 2]</w:t>
      </w:r>
    </w:p>
    <w:p>
      <w:r>
        <w:rPr>
          <w:rFonts w:ascii="Gentium Plus" w:hAnsi="Gentium Plus"/>
          <w:sz w:val="24"/>
        </w:rPr>
        <w:t>ἐνεγκεῖν. ὁ δὲ Ἀμίλκας ἀπογνοὺς τὸν ἐκ τῆς ἱκε‐ σίας ἔλεον ἀνεβόησεν ἐπιμαρτυρόμενος Δία Ξένιον καὶ θεοὺς τοὺς ἐποπτεύοντας τὰ κατ’ ἀνθρώπους, ὡς ἀντὶ καλῆς χάριτος τῆς ὀφειλομένης ἀπολαμβάνει</w:t>
      </w:r>
    </w:p>
    <w:p>
      <w:r>
        <w:rPr>
          <w:rFonts w:ascii="Courier New" w:hAnsi="Courier New"/>
          <w:color w:val="555555"/>
          <w:sz w:val="20"/>
        </w:rPr>
        <w:t>[5]</w:t>
      </w:r>
    </w:p>
    <w:p>
      <w:r>
        <w:rPr>
          <w:rFonts w:ascii="Gentium Plus" w:hAnsi="Gentium Plus"/>
          <w:sz w:val="24"/>
        </w:rPr>
        <w:t>τιμωρίας ὑπὲρ ἄνθρωπον. οὐ μὴν ἐξέλειπε τὸ ζῆν, εἴτε δαιμονίου τινὸς ἐλεήσαντος, εἴτε καὶ ταὐτο‐</w:t>
      </w:r>
    </w:p>
    <w:p>
      <w:r>
        <w:rPr>
          <w:rFonts w:ascii="Courier New" w:hAnsi="Courier New"/>
          <w:color w:val="555555"/>
          <w:sz w:val="20"/>
        </w:rPr>
        <w:t>[24 . 12 . 3]</w:t>
      </w:r>
    </w:p>
    <w:p>
      <w:r>
        <w:rPr>
          <w:rFonts w:ascii="Gentium Plus" w:hAnsi="Gentium Plus"/>
          <w:sz w:val="24"/>
        </w:rPr>
        <w:t>μάτου παράδοξον ἐνεγκόντος βοήθειαν. ἐσχάτως γὰρ αὐτοῦ διακειμένου διά τε τὴν ἀποφορὰν τὴν ἀπὸ τοῦ νεκροῦ καὶ τὴν ὅλην κακουχίαν, τῶν οἰκε‐ τῶν τινες τῶν κατὰ τὴν οἰκίαν διηγήσαντό τισι τὸ</w:t>
      </w:r>
    </w:p>
    <w:p>
      <w:r>
        <w:rPr>
          <w:rFonts w:ascii="Courier New" w:hAnsi="Courier New"/>
          <w:color w:val="555555"/>
          <w:sz w:val="20"/>
        </w:rPr>
        <w:t>[5]</w:t>
      </w:r>
    </w:p>
    <w:p>
      <w:r>
        <w:rPr>
          <w:rFonts w:ascii="Gentium Plus" w:hAnsi="Gentium Plus"/>
          <w:sz w:val="24"/>
        </w:rPr>
        <w:t>γινόμενον. οἱ δὲ μισοπονηρήσαντες τοῖς δημάρχοις προσήγγειλαν. δεινῆς δ’ οὖν τῆς ὠμότητος φανεί‐ σης, οἱ ἄρχοντες ἀνεκαλέσαντο τοὺς Ἀτιλίους καὶ παρ’ ὀλίγον θανάτου κρίσιν προέθηκαν ὡς καται‐ σχύνουσι τὴν Ῥώμην· διηπειλήσαντο δὲ τὴν ἁρμότ‐</w:t>
      </w:r>
    </w:p>
    <w:p>
      <w:r>
        <w:rPr>
          <w:rFonts w:ascii="Courier New" w:hAnsi="Courier New"/>
          <w:color w:val="555555"/>
          <w:sz w:val="20"/>
        </w:rPr>
        <w:t>[10]</w:t>
      </w:r>
    </w:p>
    <w:p>
      <w:r>
        <w:rPr>
          <w:rFonts w:ascii="Gentium Plus" w:hAnsi="Gentium Plus"/>
          <w:sz w:val="24"/>
        </w:rPr>
        <w:t>τουσαν παρ’ αὐτῶν λήψεσθαι τιμωρίαν εἰ μὴ πᾶσαν</w:t>
      </w:r>
    </w:p>
    <w:p>
      <w:r>
        <w:rPr>
          <w:rFonts w:ascii="Courier New" w:hAnsi="Courier New"/>
          <w:color w:val="555555"/>
          <w:sz w:val="20"/>
        </w:rPr>
        <w:t>[15]</w:t>
      </w:r>
    </w:p>
    <w:p>
      <w:r>
        <w:rPr>
          <w:rFonts w:ascii="Gentium Plus" w:hAnsi="Gentium Plus"/>
          <w:sz w:val="24"/>
        </w:rPr>
        <w:t>(Const. Exc. 2(1), pp. 261—262.)</w:t>
      </w:r>
    </w:p>
    <w:p>
      <w:r>
        <w:rPr>
          <w:rFonts w:ascii="Courier New" w:hAnsi="Courier New"/>
          <w:color w:val="555555"/>
          <w:sz w:val="20"/>
        </w:rPr>
        <w:t>[24 . 13 . 1]</w:t>
      </w:r>
    </w:p>
    <w:p>
      <w:r>
        <w:rPr>
          <w:rFonts w:ascii="Gentium Plus" w:hAnsi="Gentium Plus"/>
          <w:sz w:val="24"/>
        </w:rPr>
        <w:t>Ὅτι ὁ Βάρκας, ἐπειδὴ παρεγενήθησαν πρὸς αὐτὸν οἱ πρέσβεις τῶν Ῥωμαίων μετὰ τοῦ Γέ‐ σκωνος καὶ τὰς συνθήκας ἀνεγίνωσκον, μέχρι μέν τινος ἐσιώπα· ὡς δὲ ἤκουσε τά τε ὅπλα παρα‐</w:t>
      </w:r>
    </w:p>
    <w:p>
      <w:r>
        <w:rPr>
          <w:rFonts w:ascii="Courier New" w:hAnsi="Courier New"/>
          <w:color w:val="555555"/>
          <w:sz w:val="20"/>
        </w:rPr>
        <w:t>[5]</w:t>
      </w:r>
    </w:p>
    <w:p>
      <w:r>
        <w:rPr>
          <w:rFonts w:ascii="Gentium Plus" w:hAnsi="Gentium Plus"/>
          <w:sz w:val="24"/>
        </w:rPr>
        <w:t>διδόναι καὶ τοὺς αὐτομόλους, οὐκ ἐκαρτέρησεν, ἀλλ’ ἐκέλευσεν ἀπιέναι τὴν ταχίστην· ἕτοιμος γὰρ ἔφη‐ σεν εἶναι μᾶλλον ἀποθανεῖν μαχόμενος ἢ φιλοψυχή‐ σας προσδέξασθαι πρᾶξιν ἐπονείδιστον, καὶ ταῦτ’ εἰδὼς τὴν τύχην πρὸς τοὺς ἐγκαρτεροῦντας τοῖς</w:t>
      </w:r>
    </w:p>
    <w:p>
      <w:r>
        <w:rPr>
          <w:rFonts w:ascii="Courier New" w:hAnsi="Courier New"/>
          <w:color w:val="555555"/>
          <w:sz w:val="20"/>
        </w:rPr>
        <w:t>[10]</w:t>
      </w:r>
    </w:p>
    <w:p>
      <w:r>
        <w:rPr>
          <w:rFonts w:ascii="Gentium Plus" w:hAnsi="Gentium Plus"/>
          <w:sz w:val="24"/>
        </w:rPr>
        <w:t>δεινοῖς αὐτομολοῦσαν καὶ μεγίστην ἀπόδειξιν τῆς ἀνελπίστου μεταβολῆς παρεσχημένην τὴν περὶ τὸν Ἀτίλιον συμφοράν. (Const. Exc. 4, p. 352.)</w:t>
      </w:r>
    </w:p>
    <w:p>
      <w:r>
        <w:rPr>
          <w:rFonts w:ascii="Courier New" w:hAnsi="Courier New"/>
          <w:color w:val="555555"/>
          <w:sz w:val="20"/>
        </w:rPr>
        <w:t>[24 . 14 . 1]</w:t>
      </w:r>
    </w:p>
    <w:p>
      <w:r>
        <w:rPr>
          <w:rFonts w:ascii="Gentium Plus" w:hAnsi="Gentium Plus"/>
          <w:sz w:val="24"/>
        </w:rPr>
        <w:t>Εἴκοσι τέσσαρα ἔτη πολεμήσαντες οἱ Ῥω‐ μαῖοι Καρχηδονίους, Λιλύβαιον δὲ δεκαετῆ χρόνον πολιορκήσαντες, πρὸς ἀλλήλους διελύθησαν.</w:t>
      </w:r>
    </w:p>
    <w:p>
      <w:r>
        <w:rPr>
          <w:rFonts w:ascii="Courier New" w:hAnsi="Courier New"/>
          <w:color w:val="555555"/>
          <w:sz w:val="20"/>
        </w:rPr>
        <w:t>[25 t 1]</w:t>
      </w:r>
    </w:p>
    <w:p>
      <w:pPr>
        <w:jc w:val="center"/>
      </w:pPr>
      <w:r>
        <w:rPr>
          <w:rFonts w:ascii="Gentium Plus" w:hAnsi="Gentium Plus"/>
          <w:b/>
          <w:sz w:val="24"/>
        </w:rPr>
        <w:t>FRAGMENTA LIBRI XXV</w:t>
      </w:r>
    </w:p>
    <w:p>
      <w:r>
        <w:rPr>
          <w:rFonts w:ascii="Courier New" w:hAnsi="Courier New"/>
          <w:color w:val="555555"/>
          <w:sz w:val="20"/>
        </w:rPr>
        <w:t>[25 . 1 . 1]</w:t>
      </w:r>
    </w:p>
    <w:p>
      <w:r>
        <w:rPr>
          <w:rFonts w:ascii="Gentium Plus" w:hAnsi="Gentium Plus"/>
          <w:sz w:val="24"/>
        </w:rPr>
        <w:t>Ὅτι Ἐπίκουρος ὁ φιλόσοφος ἐν ταῖς ἐπι‐ γεγραμμέναις ὑπ’ αὐτοῦ Κυρίαις Δόξαις ἀπεφήνατο τὸν μὲν δίκαιον βίον ἀτάραχον ὑπάρχειν, τὸν δὲ ἄδικον πλείστης ταραχῆς γέμειν, βραχεῖ παντελῶς</w:t>
      </w:r>
    </w:p>
    <w:p>
      <w:r>
        <w:rPr>
          <w:rFonts w:ascii="Courier New" w:hAnsi="Courier New"/>
          <w:color w:val="555555"/>
          <w:sz w:val="20"/>
        </w:rPr>
        <w:t>[5]</w:t>
      </w:r>
    </w:p>
    <w:p>
      <w:r>
        <w:rPr>
          <w:rFonts w:ascii="Gentium Plus" w:hAnsi="Gentium Plus"/>
          <w:sz w:val="24"/>
        </w:rPr>
        <w:t>λόγῳ πολὺν καὶ ἀληθῆ νοῦν περιλαβὼν καὶ τὸ σύνολον δυνάμενον τὴν κακίαν τῶν ἀνθρώπων διορ‐ θοῦσθαι. ἡ γὰρ ἀδικία μητρόπολις οὖσα τῶν κακῶν οὐ μόνον τοῖς ἰδιώταις ἀλλὰ καὶ αὐτοῖς συλλήβδην ἔθνεσι καὶ δήμοις καὶ βασιλεῦσι τὰς μεγίστας ἀπερ‐</w:t>
      </w:r>
    </w:p>
    <w:p>
      <w:r>
        <w:rPr>
          <w:rFonts w:ascii="Courier New" w:hAnsi="Courier New"/>
          <w:color w:val="555555"/>
          <w:sz w:val="20"/>
        </w:rPr>
        <w:t>[10]</w:t>
      </w:r>
    </w:p>
    <w:p>
      <w:r>
        <w:rPr>
          <w:rFonts w:ascii="Gentium Plus" w:hAnsi="Gentium Plus"/>
          <w:sz w:val="24"/>
        </w:rPr>
        <w:t>γάζεται συμφοράς. (Const. Exc. 4, p. 352; Exc. Hoesch. p. 509 W.)</w:t>
      </w:r>
    </w:p>
    <w:p>
      <w:r>
        <w:rPr>
          <w:rFonts w:ascii="Courier New" w:hAnsi="Courier New"/>
          <w:color w:val="555555"/>
          <w:sz w:val="20"/>
        </w:rPr>
        <w:t>[25 . 2 . 1]</w:t>
      </w:r>
    </w:p>
    <w:p>
      <w:r>
        <w:rPr>
          <w:rFonts w:ascii="Gentium Plus" w:hAnsi="Gentium Plus"/>
          <w:sz w:val="24"/>
        </w:rPr>
        <w:t>Ὅτι οἱ Καρχηδόνιοι περὶ τῆς Σικελίας μεγά‐ λους ἀγῶνας καὶ κινδύνους ὑπομείναντες καὶ πρὸς Ῥωμαίους εἴκοσι τέτταρα ἔτη συνεχῶς διαπολε‐ μήσαντες οὐ τηλικούτων ἐπειράθησαν ἀτυχημάτων</w:t>
      </w:r>
    </w:p>
    <w:p>
      <w:r>
        <w:rPr>
          <w:rFonts w:ascii="Courier New" w:hAnsi="Courier New"/>
          <w:color w:val="555555"/>
          <w:sz w:val="20"/>
        </w:rPr>
        <w:t>[5]</w:t>
      </w:r>
    </w:p>
    <w:p>
      <w:r>
        <w:rPr>
          <w:rFonts w:ascii="Gentium Plus" w:hAnsi="Gentium Plus"/>
          <w:sz w:val="24"/>
        </w:rPr>
        <w:t>ὅσων ὁ πόλεμος αὐτοῖς αἴτιος ὑπῆρξεν ὁ πρὸς τοὺς ἀδικηθέντας ὑπ’ αὐτῶν μισθοφόρους. ἀποστερή‐ σαντες γὰρ τοὺς ὀφειλομένους μισθοὺς τοῖς ἀλλοεθ‐ νέσιν παρ’ ὀλίγον αὐτῆς τῆς ἡγεμονίας ἅμα καὶ τῆς</w:t>
      </w:r>
    </w:p>
    <w:p>
      <w:r>
        <w:rPr>
          <w:rFonts w:ascii="Courier New" w:hAnsi="Courier New"/>
          <w:color w:val="555555"/>
          <w:sz w:val="20"/>
        </w:rPr>
        <w:t>[10]</w:t>
      </w:r>
    </w:p>
    <w:p>
      <w:r>
        <w:rPr>
          <w:rFonts w:ascii="Gentium Plus" w:hAnsi="Gentium Plus"/>
          <w:sz w:val="24"/>
        </w:rPr>
        <w:t>φόροι παραχρῆμα ἀποστάντες ταῖς ἐσχάταις συμ‐ φοραῖς περιέβαλον τὴν Καρχηδόνα. (Const. Exc. 2(1), p. 262.)</w:t>
      </w:r>
    </w:p>
    <w:p>
      <w:r>
        <w:rPr>
          <w:rFonts w:ascii="Courier New" w:hAnsi="Courier New"/>
          <w:color w:val="555555"/>
          <w:sz w:val="20"/>
        </w:rPr>
        <w:t>[25 . 2 . 2]</w:t>
      </w:r>
    </w:p>
    <w:p>
      <w:r>
        <w:rPr>
          <w:rFonts w:ascii="Gentium Plus" w:hAnsi="Gentium Plus"/>
          <w:sz w:val="24"/>
        </w:rPr>
        <w:t>Ὑπῆρχον γὰρ οἱ μετὰ Καρχηδονίων στρατευ‐ σάμενοι Ἴβηρες, Κελτοί, Βαλεαρεῖς, Λίβυες, Φοί‐ νικες, Λιγυστῖνοι, καὶ μιξέλληνες δοῦλοι· οἳ καὶ ἐστασίασαν. (Exc. Hoesch. p. 509 W.)</w:t>
      </w:r>
    </w:p>
    <w:p>
      <w:r>
        <w:rPr>
          <w:rFonts w:ascii="Courier New" w:hAnsi="Courier New"/>
          <w:color w:val="555555"/>
          <w:sz w:val="20"/>
        </w:rPr>
        <w:t>[25 . 3 . 1]</w:t>
      </w:r>
    </w:p>
    <w:p>
      <w:r>
        <w:rPr>
          <w:rFonts w:ascii="Gentium Plus" w:hAnsi="Gentium Plus"/>
          <w:sz w:val="24"/>
        </w:rPr>
        <w:t>Ὅτι οἱ Καρχηδόνιοι ἐξαπέστειλαν πρὸς τοὺς ἀποστάντας κήρυκα, τὴν τῶν νεκρῶν ἀναίρεσιν αἰτούμενοι. οἱ δὲ περὶ τὸν Σπόνδιον ἡγεμόνες ἐπι‐ τείνοντες τὴν ἀποθηρίωσιν οὐ μόνον ἀντεῖπον περὶ</w:t>
      </w:r>
    </w:p>
    <w:p>
      <w:r>
        <w:rPr>
          <w:rFonts w:ascii="Courier New" w:hAnsi="Courier New"/>
          <w:color w:val="555555"/>
          <w:sz w:val="20"/>
        </w:rPr>
        <w:t>[5]</w:t>
      </w:r>
    </w:p>
    <w:p>
      <w:r>
        <w:rPr>
          <w:rFonts w:ascii="Gentium Plus" w:hAnsi="Gentium Plus"/>
          <w:sz w:val="24"/>
        </w:rPr>
        <w:t>τῆς ταφῆς, ἀλλὰ καὶ διηπειλήσαντο μηκέτι πέμπειν μηδένα κήρυκα περὶ μηδενὸς πρὸς αὐτούς, ὡς τῆς αὐτῆς κολάσεως γενησομένης τῷ παραγενομένῳ. εἰς δὲ τὸ λοιπὸν ἐνομοθέτησαν τῶν αἰχμαλώτων τοὺς μὲν Καρχηδονίους τῆς αὐτῆς τούτοις ἀξιοῦν</w:t>
      </w:r>
    </w:p>
    <w:p>
      <w:r>
        <w:rPr>
          <w:rFonts w:ascii="Courier New" w:hAnsi="Courier New"/>
          <w:color w:val="555555"/>
          <w:sz w:val="20"/>
        </w:rPr>
        <w:t>[10]</w:t>
      </w:r>
    </w:p>
    <w:p>
      <w:r>
        <w:rPr>
          <w:rFonts w:ascii="Gentium Plus" w:hAnsi="Gentium Plus"/>
          <w:sz w:val="24"/>
        </w:rPr>
        <w:t>τιμωρίας, τοὺς δὲ συμμαχοῦντας τοῖς Φοίνιξι χειροκοπεῖν καὶ πέμπειν ἠκρωτηριασμένους εἰς τὴν Καρχηδόνα. οἱ μὲν οὖν περὶ τὸν Σπόνδιον ἡγε‐ μόνες διὰ τῆς εἰρημένης ἀσεβείας καὶ ὠμότητος ὑπετέμοντο τὴν διὰ τῆς φιλανθρωπίας στρατηγίαν</w:t>
      </w:r>
    </w:p>
    <w:p>
      <w:r>
        <w:rPr>
          <w:rFonts w:ascii="Courier New" w:hAnsi="Courier New"/>
          <w:color w:val="555555"/>
          <w:sz w:val="20"/>
        </w:rPr>
        <w:t>[15]</w:t>
      </w:r>
    </w:p>
    <w:p>
      <w:r>
        <w:rPr>
          <w:rFonts w:ascii="Gentium Plus" w:hAnsi="Gentium Plus"/>
          <w:sz w:val="24"/>
        </w:rPr>
        <w:t>τοῦ Βάρκα. τοῦτον τὸν τρόπον Ἀμίλκας δυσχρη‐ στούμενος τῇ ὠμότητι καὶ αὐτὸς ἠναγκάζετο τῆς φιλανθρωπίας τῆς εἰς τοὺς αἰχμαλώτους ἀπο‐ στῆναι, τὴν δὲ τιμωρίαν παραπλησίαν ἐπιτιθέναι</w:t>
      </w:r>
    </w:p>
    <w:p>
      <w:r>
        <w:rPr>
          <w:rFonts w:ascii="Courier New" w:hAnsi="Courier New"/>
          <w:color w:val="555555"/>
          <w:sz w:val="20"/>
        </w:rPr>
        <w:t>[20]</w:t>
      </w:r>
    </w:p>
    <w:p>
      <w:r>
        <w:rPr>
          <w:rFonts w:ascii="Gentium Plus" w:hAnsi="Gentium Plus"/>
          <w:sz w:val="24"/>
        </w:rPr>
        <w:t>μενος παρερρίπτει τοῖς θηρίοις, ὑφ’ ὧν καταπατού‐ μενοι πικραῖς τιμωρίαις περιέπιπτον.</w:t>
      </w:r>
    </w:p>
    <w:p>
      <w:r>
        <w:rPr>
          <w:rFonts w:ascii="Courier New" w:hAnsi="Courier New"/>
          <w:color w:val="555555"/>
          <w:sz w:val="20"/>
        </w:rPr>
        <w:t>[25 . 3 . 2]</w:t>
      </w:r>
    </w:p>
    <w:p>
      <w:r>
        <w:rPr>
          <w:rFonts w:ascii="Gentium Plus" w:hAnsi="Gentium Plus"/>
          <w:sz w:val="24"/>
        </w:rPr>
        <w:t>Ὅτι οἱ Ἱππακρῖνοι καὶ οἱ Ἰτυκαῖοι ἀπέστησαν καὶ τοὺς φυλάσσοντας τὰς πόλεις ἔρριψαν ἀτάφους κατὰ τῶν τειχῶν, καὶ τοῖς παρὰ Καρχηδονίων πρεσβεύσασι περὶ τῆς τῶν νεκρῶν ἀναιρέσεως ἀντ‐</w:t>
      </w:r>
    </w:p>
    <w:p>
      <w:r>
        <w:rPr>
          <w:rFonts w:ascii="Courier New" w:hAnsi="Courier New"/>
          <w:color w:val="555555"/>
          <w:sz w:val="20"/>
        </w:rPr>
        <w:t>[5]</w:t>
      </w:r>
    </w:p>
    <w:p>
      <w:r>
        <w:rPr>
          <w:rFonts w:ascii="Gentium Plus" w:hAnsi="Gentium Plus"/>
          <w:sz w:val="24"/>
        </w:rPr>
        <w:t>έπιπτον περὶ τῆς ταφῆς. (Const. Exc. 2(1), pp. 262—263.)</w:t>
      </w:r>
    </w:p>
    <w:p>
      <w:r>
        <w:rPr>
          <w:rFonts w:ascii="Courier New" w:hAnsi="Courier New"/>
          <w:color w:val="555555"/>
          <w:sz w:val="20"/>
        </w:rPr>
        <w:t>[25 . 4 . 1]</w:t>
      </w:r>
    </w:p>
    <w:p>
      <w:r>
        <w:rPr>
          <w:rFonts w:ascii="Gentium Plus" w:hAnsi="Gentium Plus"/>
          <w:sz w:val="24"/>
        </w:rPr>
        <w:t>Διὸ καὶ τοῖς ἀποστάταις οὐχ ἧττον πολιορκεῖ‐ σθαι συνέβαινεν ἢ πολιορκεῖν διὰ τὸ σπανίζειν τροφῆς.</w:t>
      </w:r>
    </w:p>
    <w:p>
      <w:r>
        <w:rPr>
          <w:rFonts w:ascii="Courier New" w:hAnsi="Courier New"/>
          <w:color w:val="555555"/>
          <w:sz w:val="20"/>
        </w:rPr>
        <w:t>[25 . 4 . 2]</w:t>
      </w:r>
    </w:p>
    <w:p>
      <w:r>
        <w:rPr>
          <w:rFonts w:ascii="Gentium Plus" w:hAnsi="Gentium Plus"/>
          <w:sz w:val="24"/>
        </w:rPr>
        <w:t>Συνέβαινε δὲ ταῖς μὲν τόλμαις αὐτοὺς μὴ λείπε‐ σθαι τῶν πολεμίων, διὰ δὲ τὰς ἀπειρίας τῶν ἡγε‐ μόνων μεγάλα βλάπτεσθαι. διὸ καὶ τότε συνιδεῖν ἦν ἐπ’ αὐτῆς τῆς πείρας ἡλίκην ὑπερβολὴν ἔχοι</w:t>
      </w:r>
    </w:p>
    <w:p>
      <w:r>
        <w:rPr>
          <w:rFonts w:ascii="Courier New" w:hAnsi="Courier New"/>
          <w:color w:val="555555"/>
          <w:sz w:val="20"/>
        </w:rPr>
        <w:t>[5]</w:t>
      </w:r>
    </w:p>
    <w:p>
      <w:r>
        <w:rPr>
          <w:rFonts w:ascii="Gentium Plus" w:hAnsi="Gentium Plus"/>
          <w:sz w:val="24"/>
        </w:rPr>
        <w:t>στρατηγικὴ σύνεσις ἰδιωτικῆς ἀπειρίας καὶ τριβῆς ἀλόγου καὶ στρατιωτικῆς. (Const. Exc. 4, pp. 352—353; τότε συνιδεῖν to end, Exc. Hoesch. p. 510 W.=Chap. 4. 3 Dind.)</w:t>
      </w:r>
    </w:p>
    <w:p>
      <w:r>
        <w:rPr>
          <w:rFonts w:ascii="Courier New" w:hAnsi="Courier New"/>
          <w:color w:val="555555"/>
          <w:sz w:val="20"/>
        </w:rPr>
        <w:t>[25 . 5 . 1]</w:t>
      </w:r>
    </w:p>
    <w:p>
      <w:r>
        <w:rPr>
          <w:rFonts w:ascii="Gentium Plus" w:hAnsi="Gentium Plus"/>
          <w:sz w:val="24"/>
        </w:rPr>
        <w:t>Τὸ γὰρ δαιμόνιον, ὡς ἔοικε, ταύτην ἀμοιβὴν τῶν ἀσεβημάτων αὐτοῖς ἐδικαίωσεν.</w:t>
      </w:r>
    </w:p>
    <w:p>
      <w:r>
        <w:rPr>
          <w:rFonts w:ascii="Courier New" w:hAnsi="Courier New"/>
          <w:color w:val="555555"/>
          <w:sz w:val="20"/>
        </w:rPr>
        <w:t>[25 . 5 . 2]</w:t>
      </w:r>
    </w:p>
    <w:p>
      <w:r>
        <w:rPr>
          <w:rFonts w:ascii="Gentium Plus" w:hAnsi="Gentium Plus"/>
          <w:sz w:val="24"/>
        </w:rPr>
        <w:t>Ὅτι τὸν Σπόνδιον ἀνεσταύρωσεν Ἀμίλκας. ὁ δὲ Μάθως Ἀννίβαν εἰς τὸν αὐτὸν σταυρὸν αἰχ‐ μάλωτον λαβὼν προσήλωσεν, ὥστε δοκεῖν τὴν τύχην ὥσπερ ἐπίτηδες ἐναλλὰξ τὰς εὐημερίας καὶ</w:t>
      </w:r>
    </w:p>
    <w:p>
      <w:r>
        <w:rPr>
          <w:rFonts w:ascii="Courier New" w:hAnsi="Courier New"/>
          <w:color w:val="555555"/>
          <w:sz w:val="20"/>
        </w:rPr>
        <w:t>[5]</w:t>
      </w:r>
    </w:p>
    <w:p>
      <w:r>
        <w:rPr>
          <w:rFonts w:ascii="Gentium Plus" w:hAnsi="Gentium Plus"/>
          <w:sz w:val="24"/>
        </w:rPr>
        <w:t>τὰς ἥττας ἀπονέμειν τοῖς περὶ τὴν ἀνθρωπίνην φύσιν ἠσεβηκόσιν.</w:t>
      </w:r>
    </w:p>
    <w:p>
      <w:r>
        <w:rPr>
          <w:rFonts w:ascii="Courier New" w:hAnsi="Courier New"/>
          <w:color w:val="555555"/>
          <w:sz w:val="20"/>
        </w:rPr>
        <w:t>[25 . 5 . 3]</w:t>
      </w:r>
    </w:p>
    <w:p>
      <w:r>
        <w:rPr>
          <w:rFonts w:ascii="Gentium Plus" w:hAnsi="Gentium Plus"/>
          <w:sz w:val="24"/>
        </w:rPr>
        <w:t>Ὅτι αἱ δύω πόλεις οὐδεμίαν ἀφορμὴν εἶχον πρὸς διάλυσιν διὰ τὸ μὴ καταλελοιπέναι σφίσιν ἐλέῳ μηδὲ συγγνώμῃ τόπον τινὰ κατὰ τὰς πρώτας ἐπι‐ βολάς. οὕτω κατὰ τὰς ἁμαρτίας μεγάλην ἔχει</w:t>
      </w:r>
    </w:p>
    <w:p>
      <w:r>
        <w:rPr>
          <w:rFonts w:ascii="Courier New" w:hAnsi="Courier New"/>
          <w:color w:val="555555"/>
          <w:sz w:val="20"/>
        </w:rPr>
        <w:t>[5]</w:t>
      </w:r>
    </w:p>
    <w:p>
      <w:r>
        <w:rPr>
          <w:rFonts w:ascii="Gentium Plus" w:hAnsi="Gentium Plus"/>
          <w:sz w:val="24"/>
        </w:rPr>
        <w:t>διαφορὰν ἡ μετριότης καὶ τὸ μηδὲν ὑπὲρ ἄνθρωπον ἐπιτηδεύειν. (Const. Exc. 4, p. 353; last sentence, Exc. Hoesch. p. 510 W.=Chap. 5. 4 Dind.)</w:t>
      </w:r>
    </w:p>
    <w:p>
      <w:r>
        <w:rPr>
          <w:rFonts w:ascii="Courier New" w:hAnsi="Courier New"/>
          <w:color w:val="555555"/>
          <w:sz w:val="20"/>
        </w:rPr>
        <w:t>[25 . 6 . 1]</w:t>
      </w:r>
    </w:p>
    <w:p>
      <w:r>
        <w:rPr>
          <w:rFonts w:ascii="Gentium Plus" w:hAnsi="Gentium Plus"/>
          <w:sz w:val="24"/>
        </w:rPr>
        <w:t>Μετὰ δὲ τὴν ἐκ Σικελίας ἐπαναχώρησιν οἱ μισθοφόροι Καρχηδονίων ἐπανέστησαν αὐτοῖς διὰ τοιαύτας αἰτίας. ὑπὲρ τῶν ἵππων τῶν θανόντων ἐν Σικελίᾳ καὶ τῶν σφαγέντων ἀνδρῶν τιμὰς ὑπερ‐</w:t>
      </w:r>
    </w:p>
    <w:p>
      <w:r>
        <w:rPr>
          <w:rFonts w:ascii="Courier New" w:hAnsi="Courier New"/>
          <w:color w:val="555555"/>
          <w:sz w:val="20"/>
        </w:rPr>
        <w:t>[5]</w:t>
      </w:r>
    </w:p>
    <w:p>
      <w:r>
        <w:rPr>
          <w:rFonts w:ascii="Gentium Plus" w:hAnsi="Gentium Plus"/>
          <w:sz w:val="24"/>
        </w:rPr>
        <w:t>βαλλούσας ... καὶ ἐπολέμησαν ἔτη τέσσαρα καὶ μῆνας τέσσαρας. σφάζονται δὲ ὑπὸ Ἀμίλκα τοῦ Βάρκα στρατηγοῦ, ὃς καὶ ἐν Σικελίᾳ εἰς τοὺς Ῥωμαίους ἀνδρικῶς ἐκρατύνατο. (Exc. Hoesch. p. 510 W.)</w:t>
      </w:r>
    </w:p>
    <w:p>
      <w:r>
        <w:rPr>
          <w:rFonts w:ascii="Courier New" w:hAnsi="Courier New"/>
          <w:color w:val="555555"/>
          <w:sz w:val="20"/>
        </w:rPr>
        <w:t>[25 . 7 . 1]</w:t>
      </w:r>
    </w:p>
    <w:p>
      <w:r>
        <w:rPr>
          <w:rFonts w:ascii="Gentium Plus" w:hAnsi="Gentium Plus"/>
          <w:sz w:val="24"/>
        </w:rPr>
        <w:t>[Ἐπὶ τοσοῦτο γὰρ ἡ νῆσος διωνομάσθη τῇ τῶν καρπῶν ἀφθονίᾳ ὥστε Καρχηδονίους ὕστερον αὐξηθέντας ἐπιθυμῆσαι τῆς νήσου, καὶ πολλοὺς ἀγῶνας καὶ κινδύνους ὑπὲρ αὐτῆς ἀναδέξασθαι.</w:t>
      </w:r>
    </w:p>
    <w:p>
      <w:r>
        <w:rPr>
          <w:rFonts w:ascii="Courier New" w:hAnsi="Courier New"/>
          <w:color w:val="555555"/>
          <w:sz w:val="20"/>
        </w:rPr>
        <w:t>[5]</w:t>
      </w:r>
    </w:p>
    <w:p>
      <w:r>
        <w:rPr>
          <w:rFonts w:ascii="Gentium Plus" w:hAnsi="Gentium Plus"/>
          <w:sz w:val="24"/>
        </w:rPr>
        <w:t>ἀλλὰ περὶ μὲν τούτων ἐν τοῖς οἰκείοις χρόνοις ἀναγράψομεν.] (Diod. 4. 29. 6.)</w:t>
      </w:r>
    </w:p>
    <w:p>
      <w:r>
        <w:rPr>
          <w:rFonts w:ascii="Courier New" w:hAnsi="Courier New"/>
          <w:color w:val="555555"/>
          <w:sz w:val="20"/>
        </w:rPr>
        <w:t>[25 . 8 . 1]</w:t>
      </w:r>
    </w:p>
    <w:p>
      <w:r>
        <w:rPr>
          <w:rFonts w:ascii="Gentium Plus" w:hAnsi="Gentium Plus"/>
          <w:sz w:val="24"/>
        </w:rPr>
        <w:t>Ὅτι Ἀμίλκας ὁ καὶ Βάρκας πολλὰς καὶ μεγά‐ λας χρείας παρασχόμενος τῇ πατρίδι κατὰ μὲν τὴν Σικελίαν ἐν τῷ πρὸς Ῥωμαίους πολέμῳ, κατὰ δὲ τὴν Λιβύην, ὅτε τὴν ἀπόστασιν οἱ μισθοφόροι καὶ</w:t>
      </w:r>
    </w:p>
    <w:p>
      <w:r>
        <w:rPr>
          <w:rFonts w:ascii="Courier New" w:hAnsi="Courier New"/>
          <w:color w:val="555555"/>
          <w:sz w:val="20"/>
        </w:rPr>
        <w:t>[5]</w:t>
      </w:r>
    </w:p>
    <w:p>
      <w:r>
        <w:rPr>
          <w:rFonts w:ascii="Gentium Plus" w:hAnsi="Gentium Plus"/>
          <w:sz w:val="24"/>
        </w:rPr>
        <w:t>Λίβυες ποιησάμενοι συνεῖχον ἐν πολιορκίᾳ τὴν</w:t>
      </w:r>
    </w:p>
    <w:p>
      <w:r>
        <w:rPr>
          <w:rFonts w:ascii="Courier New" w:hAnsi="Courier New"/>
          <w:color w:val="555555"/>
          <w:sz w:val="20"/>
        </w:rPr>
        <w:t>[10]</w:t>
      </w:r>
    </w:p>
    <w:p>
      <w:r>
        <w:rPr>
          <w:rFonts w:ascii="Gentium Plus" w:hAnsi="Gentium Plus"/>
          <w:sz w:val="24"/>
        </w:rPr>
        <w:t>τὴν κατάλυσιν τοῦ κατὰ τὴν Λιβύην πολέμου συστησάμενος ἑταιρείαν τῶν πονηροτάτων ἀνθρώ‐ πων καὶ ἐκ τούτων ἀθροίζων καὶ ἐκ τῶν λαφύρων ὠφελείας, ἔτι δὲ αὑτὸν ὁρῶν ταῖς πράξεσιν αὐξα‐ νόμενον καὶ δοὺς εἰς δημοκοπίαν καὶ πλήθους ἀρέ‐</w:t>
      </w:r>
    </w:p>
    <w:p>
      <w:r>
        <w:rPr>
          <w:rFonts w:ascii="Courier New" w:hAnsi="Courier New"/>
          <w:color w:val="555555"/>
          <w:sz w:val="20"/>
        </w:rPr>
        <w:t>[15]</w:t>
      </w:r>
    </w:p>
    <w:p>
      <w:r>
        <w:rPr>
          <w:rFonts w:ascii="Gentium Plus" w:hAnsi="Gentium Plus"/>
          <w:sz w:val="24"/>
        </w:rPr>
        <w:t>σκειαν παρεστήσατο τὸν δῆμον ἑαυτῷ παραδοῦναι τὴν στρατηγίαν ὅλης τῆς Ἰβηρίας εἰς χρόνον ἀόριστον. (Const. Exc. 2(1), p. 263.)</w:t>
      </w:r>
    </w:p>
    <w:p>
      <w:r>
        <w:rPr>
          <w:rFonts w:ascii="Courier New" w:hAnsi="Courier New"/>
          <w:color w:val="555555"/>
          <w:sz w:val="20"/>
        </w:rPr>
        <w:t>[25 . 9 . 1]</w:t>
      </w:r>
    </w:p>
    <w:p>
      <w:r>
        <w:rPr>
          <w:rFonts w:ascii="Gentium Plus" w:hAnsi="Gentium Plus"/>
          <w:sz w:val="24"/>
        </w:rPr>
        <w:t>Ὅτι οἱ μὲν Κελτοὶ τοῖς πλήθεσιν ὄντες πολ‐ λαπλάσιοι καὶ πεφρονηματισμένοι τῷ θράσει καὶ ταῖς ἀλκαῖς καταπεφρονηκότως διηγωνίζοντο, οἱ δὲ περὶ τὸν Βάρκαν τὸ τοῦ πλήθους ἐλλιπὲς ταῖς</w:t>
      </w:r>
    </w:p>
    <w:p>
      <w:r>
        <w:rPr>
          <w:rFonts w:ascii="Courier New" w:hAnsi="Courier New"/>
          <w:color w:val="555555"/>
          <w:sz w:val="20"/>
        </w:rPr>
        <w:t>[5]</w:t>
      </w:r>
    </w:p>
    <w:p>
      <w:r>
        <w:rPr>
          <w:rFonts w:ascii="Gentium Plus" w:hAnsi="Gentium Plus"/>
          <w:sz w:val="24"/>
        </w:rPr>
        <w:t>ἀρεταῖς καὶ ταῖς ἐμπειρίαις ἐπειρῶντο διορθώ‐ σασθαι. οἱ μὲν οὖν πᾶσιν ἔδοξαν ἐμφρόνως περὶ τούτων βεβουλεῦσθαι, ἡ δὲ τύχη παρ’ ἐλπίδας ἐβράβευσε τὰς πράξεις καὶ τὸ δοκοῦν ἀδύνατον εἶναι καὶ ἐπικίνδυνον παραδόξως κατώρθωσεν.</w:t>
      </w:r>
    </w:p>
    <w:p>
      <w:r>
        <w:rPr>
          <w:rFonts w:ascii="Courier New" w:hAnsi="Courier New"/>
          <w:color w:val="555555"/>
          <w:sz w:val="20"/>
        </w:rPr>
        <w:t>[10]</w:t>
      </w:r>
    </w:p>
    <w:p>
      <w:r>
        <w:rPr>
          <w:rFonts w:ascii="Gentium Plus" w:hAnsi="Gentium Plus"/>
          <w:sz w:val="24"/>
        </w:rPr>
        <w:t>(Const. Exc. 4, p. 353.)</w:t>
      </w:r>
    </w:p>
    <w:p>
      <w:r>
        <w:rPr>
          <w:rFonts w:ascii="Courier New" w:hAnsi="Courier New"/>
          <w:color w:val="555555"/>
          <w:sz w:val="20"/>
        </w:rPr>
        <w:t>[25 . 10 . 1]</w:t>
      </w:r>
    </w:p>
    <w:p>
      <w:r>
        <w:rPr>
          <w:rFonts w:ascii="Gentium Plus" w:hAnsi="Gentium Plus"/>
          <w:sz w:val="24"/>
        </w:rPr>
        <w:t>Ἀμίλκας δὲ στρατηγήσας κατὰ Καρχηδόνα ταχὺ τὴν πατρίδα ηὔξησε, καὶ εἰς τὰς Ἡρακλείους στήλας καὶ εἰς τὰ Γάδειρα καὶ εἰς τὸν Ὠκεανὸν κατέπλευσεν. ἔστι δὲ τὰ Γάδειρα πόλις ἄποικος</w:t>
      </w:r>
    </w:p>
    <w:p>
      <w:r>
        <w:rPr>
          <w:rFonts w:ascii="Courier New" w:hAnsi="Courier New"/>
          <w:color w:val="555555"/>
          <w:sz w:val="20"/>
        </w:rPr>
        <w:t>[5]</w:t>
      </w:r>
    </w:p>
    <w:p>
      <w:r>
        <w:rPr>
          <w:rFonts w:ascii="Gentium Plus" w:hAnsi="Gentium Plus"/>
          <w:sz w:val="24"/>
        </w:rPr>
        <w:t>Φοινίκων· κεῖται μὲν εἰς τὰ ἔσχατα τῆς οἰκουμένης κατὰ αὐτὸν τὸν Ὠκεανόν, ὅρμον ἔχουσα. πολε‐ μήσας δὲ Ἴβηρας καὶ Ταρτησίους μετὰ Ἰστολατίου στρατηγοῦ τῶν Κελτῶν καὶ τοῦ ἀδελφοῦ αὐτοῦ πάντας κατέκοψεν, ἐν οἷς καὶ τοὺς δύο ἀδελφοὺς</w:t>
      </w:r>
    </w:p>
    <w:p>
      <w:r>
        <w:rPr>
          <w:rFonts w:ascii="Courier New" w:hAnsi="Courier New"/>
          <w:color w:val="555555"/>
          <w:sz w:val="20"/>
        </w:rPr>
        <w:t>[10]</w:t>
      </w:r>
    </w:p>
    <w:p>
      <w:r>
        <w:rPr>
          <w:rFonts w:ascii="Gentium Plus" w:hAnsi="Gentium Plus"/>
          <w:sz w:val="24"/>
        </w:rPr>
        <w:t>σὺν ἄλλοις ἐπιφανεστάτοις ἡγεμόσι· καὶ τρισχιλίους ζῶντας παραλαβὼν ἔταξεν εἰς τὰς ἰδίας στρατιάς.</w:t>
      </w:r>
    </w:p>
    <w:p>
      <w:r>
        <w:rPr>
          <w:rFonts w:ascii="Courier New" w:hAnsi="Courier New"/>
          <w:color w:val="555555"/>
          <w:sz w:val="20"/>
        </w:rPr>
        <w:t>[25 . 10 . 2]</w:t>
      </w:r>
    </w:p>
    <w:p>
      <w:r>
        <w:rPr>
          <w:rFonts w:ascii="Gentium Plus" w:hAnsi="Gentium Plus"/>
          <w:sz w:val="24"/>
        </w:rPr>
        <w:t>Ἰνδόρτης δὲ πάλιν ἀθροίσας πεντακισμυρίους, καὶ πρὶν πολέμου τραπεὶς καὶ φυγὼν εἰς λόφον τινά, καὶ πολιορκηθεὶς ὑπ’ Ἀμίλκα καὶ νυκτὸς πάλιν φυγών, τὸ πλεῖστον αὐτοῦ κατεκόπη, αὐτὸς δὲ</w:t>
      </w:r>
    </w:p>
    <w:p>
      <w:r>
        <w:rPr>
          <w:rFonts w:ascii="Courier New" w:hAnsi="Courier New"/>
          <w:color w:val="555555"/>
          <w:sz w:val="20"/>
        </w:rPr>
        <w:t>[5]</w:t>
      </w:r>
    </w:p>
    <w:p>
      <w:r>
        <w:rPr>
          <w:rFonts w:ascii="Gentium Plus" w:hAnsi="Gentium Plus"/>
          <w:sz w:val="24"/>
        </w:rPr>
        <w:t>Ἰνδόρτης καὶ ζωγρίας ἐλήφθη. ὃν τυφλώσας Ἀμίλκας καὶ τὸ σῶμα αἰκισάμενος ἀνεσταύρωσε· τοὺς δὲ ἄλλους αἰχμαλώτους ὄντας μυρίων πλείους ἀπέλυσε. πολλὰς δὲ πόλεις τῇ πειθοῖ προσηγά‐</w:t>
      </w:r>
    </w:p>
    <w:p>
      <w:r>
        <w:rPr>
          <w:rFonts w:ascii="Courier New" w:hAnsi="Courier New"/>
          <w:color w:val="555555"/>
          <w:sz w:val="20"/>
        </w:rPr>
        <w:t>[25 . 10 . 3]</w:t>
      </w:r>
    </w:p>
    <w:p>
      <w:r>
        <w:rPr>
          <w:rFonts w:ascii="Gentium Plus" w:hAnsi="Gentium Plus"/>
          <w:sz w:val="24"/>
        </w:rPr>
        <w:t>γετο, πολλὰς δὲ καὶ καταπολεμήσας. Ἀσδρούβας δὲ ὁ γαμβρὸς Ἀμίλκου πεμφθεὶς παρὰ τοῦ κη‐ δεστοῦ εἰς Καρχηδόνα εἰς πόλεμον τῶν Νομάδων τῶν ἐπαναστάντων Καρχηδονίοις κατέκοψεν ὀκτα‐</w:t>
      </w:r>
    </w:p>
    <w:p>
      <w:r>
        <w:rPr>
          <w:rFonts w:ascii="Courier New" w:hAnsi="Courier New"/>
          <w:color w:val="555555"/>
          <w:sz w:val="20"/>
        </w:rPr>
        <w:t>[5]</w:t>
      </w:r>
    </w:p>
    <w:p>
      <w:r>
        <w:rPr>
          <w:rFonts w:ascii="Gentium Plus" w:hAnsi="Gentium Plus"/>
          <w:sz w:val="24"/>
        </w:rPr>
        <w:t>κισχιλίους, ζωγρίας δὲ ἔλαβεν δισχιλίους, οἱ δὲ λοιποὶ ἐδουλώθησαν φόρους τελέσαντες. ὁ δὲ Ἀμίλκας περὶ τὴν Ἰβηρίαν πόλεις πολλὰς ὑπο‐ τάξας ἔκτισε πόλιν μεγίστην, καλέσας αὐτὴν ἐκ</w:t>
      </w:r>
    </w:p>
    <w:p>
      <w:r>
        <w:rPr>
          <w:rFonts w:ascii="Courier New" w:hAnsi="Courier New"/>
          <w:color w:val="555555"/>
          <w:sz w:val="20"/>
        </w:rPr>
        <w:t>[10]</w:t>
      </w:r>
    </w:p>
    <w:p>
      <w:r>
        <w:rPr>
          <w:rFonts w:ascii="Gentium Plus" w:hAnsi="Gentium Plus"/>
          <w:sz w:val="24"/>
        </w:rPr>
        <w:t>δὲ Ἑλικῇ τῇ πόλει παρακαθήμενος καὶ πολιορκῶν, τὸ πλεῖστον στράτευμα καὶ τοὺς ἐλέφαντας εἰς παραχειμασίας ἐν τῇ ὑπ’ αὐτοῦ κτισθείσῃ πόλει Λευκῇ Ἄκρᾳ ἀποστείλας, μετὰ τῶν λοιπῶν παρέ‐ μεινε. συνεκβοηθήσαντος δὲ τοῦ Ὀρισσῶν βασι‐</w:t>
      </w:r>
    </w:p>
    <w:p>
      <w:r>
        <w:rPr>
          <w:rFonts w:ascii="Courier New" w:hAnsi="Courier New"/>
          <w:color w:val="555555"/>
          <w:sz w:val="20"/>
        </w:rPr>
        <w:t>[15]</w:t>
      </w:r>
    </w:p>
    <w:p>
      <w:r>
        <w:rPr>
          <w:rFonts w:ascii="Gentium Plus" w:hAnsi="Gentium Plus"/>
          <w:sz w:val="24"/>
        </w:rPr>
        <w:t>λέως τοῖς πολιορκουμένοις, δόλῳ φιλίαν συνθέμενος</w:t>
      </w:r>
    </w:p>
    <w:p>
      <w:r>
        <w:rPr>
          <w:rFonts w:ascii="Courier New" w:hAnsi="Courier New"/>
          <w:color w:val="555555"/>
          <w:sz w:val="20"/>
        </w:rPr>
        <w:t>[25 . 10 . 4]</w:t>
      </w:r>
    </w:p>
    <w:p>
      <w:r>
        <w:rPr>
          <w:rFonts w:ascii="Gentium Plus" w:hAnsi="Gentium Plus"/>
          <w:sz w:val="24"/>
        </w:rPr>
        <w:t>καὶ συμμαχήσας ἔτρεψεν Ἀμίλκαν. τούτου δὲ φεύγοντος, τοῖς υἱοῖς καὶ τοῖς φίλοις τὴν σωτηρίαν κατεσκεύασε δι’ ἄλλης ὁδοῦ ἐκκλίνας· καταδιω‐ κόμενος γὰρ ὑπὸ τοῦ βασιλέως εἰς ποταμὸν μέγαν</w:t>
      </w:r>
    </w:p>
    <w:p>
      <w:r>
        <w:rPr>
          <w:rFonts w:ascii="Courier New" w:hAnsi="Courier New"/>
          <w:color w:val="555555"/>
          <w:sz w:val="20"/>
        </w:rPr>
        <w:t>[5]</w:t>
      </w:r>
    </w:p>
    <w:p>
      <w:r>
        <w:rPr>
          <w:rFonts w:ascii="Gentium Plus" w:hAnsi="Gentium Plus"/>
          <w:sz w:val="24"/>
        </w:rPr>
        <w:t>σὺν τῷ ἵππῳ ἐμβὰς ὑπὸ τοῦ ῥεύματος διεφθάρη ὑπὸ τοῦ ἵππου. οἱ δὲ περὶ τὸν Ἀννίβαν καὶ Ἀσδρούβαν τοὺς υἱοὺς διεσώθησαν εἰς τὴν Λευκὴν Ἄκραν.</w:t>
      </w:r>
    </w:p>
    <w:p>
      <w:r>
        <w:rPr>
          <w:rFonts w:ascii="Courier New" w:hAnsi="Courier New"/>
          <w:color w:val="555555"/>
          <w:sz w:val="20"/>
        </w:rPr>
        <w:t>[25 . 10 . 5]</w:t>
      </w:r>
    </w:p>
    <w:p>
      <w:r>
        <w:rPr>
          <w:rFonts w:ascii="Gentium Plus" w:hAnsi="Gentium Plus"/>
          <w:sz w:val="24"/>
        </w:rPr>
        <w:t>Ἀμίλκας μὲν οὖν, καίπερ πολλοῖς ἔτεσι πρότερον τῆς ἡμετέρας ἡλικίας τετελευτηκώς, ἐχέτω παρὰ τῆς ἱστορίας ὥσπερ ἐπιτάφιον τὸν ἴδιον ἔπαινον. (Exc. Hoesch. pp. 510—511 W.)</w:t>
      </w:r>
    </w:p>
    <w:p>
      <w:r>
        <w:rPr>
          <w:rFonts w:ascii="Courier New" w:hAnsi="Courier New"/>
          <w:color w:val="555555"/>
          <w:sz w:val="20"/>
        </w:rPr>
        <w:t>[25 . 11 . 1]</w:t>
      </w:r>
    </w:p>
    <w:p>
      <w:r>
        <w:rPr>
          <w:rFonts w:ascii="Gentium Plus" w:hAnsi="Gentium Plus"/>
          <w:sz w:val="24"/>
        </w:rPr>
        <w:t>Ὅτι Ἀσδρούβας μαθὼν πρακτικωτέραν οὖ‐ σαν τῆς βίας τὴν ἐπιείκειαν προέκρινε τὴν εἰρή‐ νην τοῦ πολέμου.</w:t>
      </w:r>
    </w:p>
    <w:p>
      <w:r>
        <w:rPr>
          <w:rFonts w:ascii="Courier New" w:hAnsi="Courier New"/>
          <w:color w:val="555555"/>
          <w:sz w:val="20"/>
        </w:rPr>
        <w:t>[25 . 11 . 2]</w:t>
      </w:r>
    </w:p>
    <w:p>
      <w:r>
        <w:rPr>
          <w:rFonts w:ascii="Gentium Plus" w:hAnsi="Gentium Plus"/>
          <w:sz w:val="24"/>
        </w:rPr>
        <w:t>Διὸ πᾶσα ἡ πόλις ἀεὶ τὰ παραγγελλόμενα φιλο‐ πευστοῦσα καὶ ταῖς διαδιδομέναις φήμαις μετά‐ μελος οὖσα πολλῆς ἀγωνίας ἐπληροῦτο. (Const. Exc. 4, p. 353.)</w:t>
      </w:r>
    </w:p>
    <w:p>
      <w:r>
        <w:rPr>
          <w:rFonts w:ascii="Courier New" w:hAnsi="Courier New"/>
          <w:color w:val="555555"/>
          <w:sz w:val="20"/>
        </w:rPr>
        <w:t>[25 . 12 . 1]</w:t>
      </w:r>
    </w:p>
    <w:p>
      <w:r>
        <w:rPr>
          <w:rFonts w:ascii="Gentium Plus" w:hAnsi="Gentium Plus"/>
          <w:sz w:val="24"/>
        </w:rPr>
        <w:t>Ἀσδρούβας δὲ ὁ γαμβρὸς Ἀμίλκα μαθὼν τοῦ κηδεστοῦ τὸ ἀκλήρημα, ταχέως ἀναζεύξας</w:t>
      </w:r>
    </w:p>
    <w:p>
      <w:r>
        <w:rPr>
          <w:rFonts w:ascii="Courier New" w:hAnsi="Courier New"/>
          <w:color w:val="555555"/>
          <w:sz w:val="20"/>
        </w:rPr>
        <w:t>[5]</w:t>
      </w:r>
    </w:p>
    <w:p>
      <w:r>
        <w:rPr>
          <w:rFonts w:ascii="Gentium Plus" w:hAnsi="Gentium Plus"/>
          <w:sz w:val="24"/>
        </w:rPr>
        <w:t>τε τοῦ λαοῦ καὶ Καρχηδονίων πεντακισμυρίους ἐμπείρους πεζοὺς συνέλεξε καὶ ἱππεῖς ἑξακισχι‐ λίους, ἐλέφαντας δὲ διακοσίους. πολεμήσας δὲ πρῶτον τὸν Ὀρισσῶν βασιλέα κατέσφαξε πάντας τοὺς αἰτίους τῆς Ἀμίλκα φυγῆς. παρέλαβε δὲ</w:t>
      </w:r>
    </w:p>
    <w:p>
      <w:r>
        <w:rPr>
          <w:rFonts w:ascii="Courier New" w:hAnsi="Courier New"/>
          <w:color w:val="555555"/>
          <w:sz w:val="20"/>
        </w:rPr>
        <w:t>[10]</w:t>
      </w:r>
    </w:p>
    <w:p>
      <w:r>
        <w:rPr>
          <w:rFonts w:ascii="Gentium Plus" w:hAnsi="Gentium Plus"/>
          <w:sz w:val="24"/>
        </w:rPr>
        <w:t>τὰς πόλεις αὐτῶν οὔσας δώδεκα καὶ πάσας τὰς πόλεις Ἰβηρίας. γήμας δὲ θυγατέρα βασιλέως Ἰβήρου ὑπὸ πάντων τῶν Ἰβήρων ἀνηγορεύθη στρατηγὸς αὐτοκράτωρ. ὅθεν ἔκτισε παραθαλασ‐ σίαν πόλιν, ἣν προσηγόρευσε Νέαν Καρχηδόνα, καὶ</w:t>
      </w:r>
    </w:p>
    <w:p>
      <w:r>
        <w:rPr>
          <w:rFonts w:ascii="Courier New" w:hAnsi="Courier New"/>
          <w:color w:val="555555"/>
          <w:sz w:val="20"/>
        </w:rPr>
        <w:t>[15]</w:t>
      </w:r>
    </w:p>
    <w:p>
      <w:r>
        <w:rPr>
          <w:rFonts w:ascii="Gentium Plus" w:hAnsi="Gentium Plus"/>
          <w:sz w:val="24"/>
        </w:rPr>
        <w:t>ἑτέραν πόλιν ὕστερον, θέλων τὴν Ἀμίλκα δύναμιν ὑπερβῆναι. καὶ ἐστράτευσεν ἑξακισμυρίους, ἱππεῖς ὀκτακισχιλίους, ἐλέφαντας διακοσίους. ὑπὸ δὲ οἰκέτου ἐπιβουλευθεὶς ἐσφάγη, στρατηγήσας ἔτη ἐννέα.</w:t>
      </w:r>
    </w:p>
    <w:p>
      <w:r>
        <w:rPr>
          <w:rFonts w:ascii="Courier New" w:hAnsi="Courier New"/>
          <w:color w:val="555555"/>
          <w:sz w:val="20"/>
        </w:rPr>
        <w:t>[25 . 13 . 1]</w:t>
      </w:r>
    </w:p>
    <w:p>
      <w:r>
        <w:rPr>
          <w:rFonts w:ascii="Gentium Plus" w:hAnsi="Gentium Plus"/>
          <w:sz w:val="24"/>
        </w:rPr>
        <w:t>Κελταὶ δὲ μετὰ Γαλατῶν κατὰ Ῥωμαίων πόλεμον συνῆψαν ἀθροίσαντες λαὸν μυριάδας εἴκοσι, καὶ πρῶτον μὲν πόλεμον ἐνίκησαν· καὶ δεύτερον προσβαλόντες ἐνίκησαν, ἀνεῖλον δὲ καὶ</w:t>
      </w:r>
    </w:p>
    <w:p>
      <w:r>
        <w:rPr>
          <w:rFonts w:ascii="Courier New" w:hAnsi="Courier New"/>
          <w:color w:val="555555"/>
          <w:sz w:val="20"/>
        </w:rPr>
        <w:t>[5]</w:t>
      </w:r>
    </w:p>
    <w:p>
      <w:r>
        <w:rPr>
          <w:rFonts w:ascii="Gentium Plus" w:hAnsi="Gentium Plus"/>
          <w:sz w:val="24"/>
        </w:rPr>
        <w:t>τὸν ἕνα Ῥωμαίων ὕπατον. Ῥωμαῖοι δὲ καὶ αὐτοὶ ἔχοντες πεζῶν μυριάδας ἑβδομήκοντα, ἱππέων δὲ ἑπτακισμυρίους, τῶν δύο πολέμων ἡττημένων</w:t>
      </w:r>
    </w:p>
    <w:p>
      <w:r>
        <w:rPr>
          <w:rFonts w:ascii="Courier New" w:hAnsi="Courier New"/>
          <w:color w:val="555555"/>
          <w:sz w:val="20"/>
        </w:rPr>
        <w:t>[10]</w:t>
      </w:r>
    </w:p>
    <w:p>
      <w:r>
        <w:rPr>
          <w:rFonts w:ascii="Gentium Plus" w:hAnsi="Gentium Plus"/>
          <w:sz w:val="24"/>
        </w:rPr>
        <w:t>ὑπολοίπους ἐζώγρησαν, ὥστε καὶ τὸν μέγιστον αὐτῶν βασιλέα ἑαυτοῦ θερίσαι τὸν τράχηλον, τὸν δὲ δεύτερον αὐτοῦ ζῶντα ἁλῶναι. ἐκ δὲ τούτου τοῦ ἀνδραγαθήματος ἀνθύπατος γενόμενος Αἰμί‐ λιος κατέδραμε τὴν χώραν τῶν Γαλατῶν καὶ</w:t>
      </w:r>
    </w:p>
    <w:p>
      <w:r>
        <w:rPr>
          <w:rFonts w:ascii="Courier New" w:hAnsi="Courier New"/>
          <w:color w:val="555555"/>
          <w:sz w:val="20"/>
        </w:rPr>
        <w:t>[15]</w:t>
      </w:r>
    </w:p>
    <w:p>
      <w:r>
        <w:rPr>
          <w:rFonts w:ascii="Gentium Plus" w:hAnsi="Gentium Plus"/>
          <w:sz w:val="24"/>
        </w:rPr>
        <w:t>Κελτῶν, καὶ πολλὰς πόλεις καὶ φρούρια εἷλε, καὶ ὠφελείας πολλῆς ἐπλήρωσε τὴν Ῥώμην.</w:t>
      </w:r>
    </w:p>
    <w:p>
      <w:r>
        <w:rPr>
          <w:rFonts w:ascii="Courier New" w:hAnsi="Courier New"/>
          <w:color w:val="555555"/>
          <w:sz w:val="20"/>
        </w:rPr>
        <w:t>[25 . 14 . 1]</w:t>
      </w:r>
    </w:p>
    <w:p>
      <w:r>
        <w:rPr>
          <w:rFonts w:ascii="Gentium Plus" w:hAnsi="Gentium Plus"/>
          <w:sz w:val="24"/>
        </w:rPr>
        <w:t>Ἱέρων δὲ ὁ βασιλεὺς Συρακόσης εἰς τὸν Κελτικὸν πόλεμον Ῥωμαίοις σῖτον ἀπέστειλε βοη‐ θῶν Ῥωμαίοις, οὗ καὶ τὴν τιμὴν ἔλαβε μετὰ τὴν τοῦ πολέμου κατάλυσιν.</w:t>
      </w:r>
    </w:p>
    <w:p>
      <w:r>
        <w:rPr>
          <w:rFonts w:ascii="Courier New" w:hAnsi="Courier New"/>
          <w:color w:val="555555"/>
          <w:sz w:val="20"/>
        </w:rPr>
        <w:t>[25 . 15 . 1]</w:t>
      </w:r>
    </w:p>
    <w:p>
      <w:r>
        <w:rPr>
          <w:rFonts w:ascii="Gentium Plus" w:hAnsi="Gentium Plus"/>
          <w:sz w:val="24"/>
        </w:rPr>
        <w:t>Μετὰ δὲ τὴν σφαγὴν Ἀσδρούβα τοῦ Καρχη‐ δονίου ἀναρχίας οὔσης τὸν μείζονα υἱὸν Ἀμίλκα Ἀννίβαν στρατηγὸν ἐχειροτόνησαν. Ζακανθαίων δὲ ἡ πόλις πολιορκουμένη ὑπὸ Ἀννίβα, συναγα‐</w:t>
      </w:r>
    </w:p>
    <w:p>
      <w:r>
        <w:rPr>
          <w:rFonts w:ascii="Courier New" w:hAnsi="Courier New"/>
          <w:color w:val="555555"/>
          <w:sz w:val="20"/>
        </w:rPr>
        <w:t>[5]</w:t>
      </w:r>
    </w:p>
    <w:p>
      <w:r>
        <w:rPr>
          <w:rFonts w:ascii="Gentium Plus" w:hAnsi="Gentium Plus"/>
          <w:sz w:val="24"/>
        </w:rPr>
        <w:t>γόντες τὰ ἱερὰ καὶ τὸν χρυσὸν καὶ ἄργυρον τὸν ἐν τοῖς οἴκοις καὶ τὰ τῶν γυναικῶν κόσμια καὶ ἐνώ‐ τια καὶ ἀργύρια, χωνεύσαντες ἔμιξαν χαλκὸν καὶ μόλιβδον, καὶ ἄχρηστον ποιήσαντες τὸν χρυσὸν ἐξῆλθον, καὶ ἡρωικῶς ἀγωνισάμενοι πάντες κατε‐</w:t>
      </w:r>
    </w:p>
    <w:p>
      <w:r>
        <w:rPr>
          <w:rFonts w:ascii="Courier New" w:hAnsi="Courier New"/>
          <w:color w:val="555555"/>
          <w:sz w:val="20"/>
        </w:rPr>
        <w:t>[10]</w:t>
      </w:r>
    </w:p>
    <w:p>
      <w:r>
        <w:rPr>
          <w:rFonts w:ascii="Gentium Plus" w:hAnsi="Gentium Plus"/>
          <w:sz w:val="24"/>
        </w:rPr>
        <w:t>κόπησαν, πολλοὺς δὲ καὶ αὐτοὶ φονεύσαντες. αἱ δὲ γυναῖκες τὰ τέκνα φονεύσασαι ἑαυτὰς δι’ ἀγ‐ χόνης ἀπέπνιξαν. οὕτως ἀκερδῆ τὴν πόλιν παρ‐ έλαβεν Ἀννίβας. τὸν δὲ Ἀννίβαν Ῥωμαῖοι πρὸς</w:t>
      </w:r>
    </w:p>
    <w:p>
      <w:r>
        <w:rPr>
          <w:rFonts w:ascii="Courier New" w:hAnsi="Courier New"/>
          <w:color w:val="555555"/>
          <w:sz w:val="20"/>
        </w:rPr>
        <w:t>[15]</w:t>
      </w:r>
    </w:p>
    <w:p>
      <w:r>
        <w:rPr>
          <w:rFonts w:ascii="Gentium Plus" w:hAnsi="Gentium Plus"/>
          <w:sz w:val="24"/>
        </w:rPr>
        <w:t>λαβόντες πόλεμον τὸν Ἀννιβαϊκὸν καλούμενον ἔστησαν. (Exc. Hoesch. pp. 511—512 W.)</w:t>
      </w:r>
    </w:p>
    <w:p>
      <w:r>
        <w:rPr>
          <w:rFonts w:ascii="Courier New" w:hAnsi="Courier New"/>
          <w:color w:val="555555"/>
          <w:sz w:val="20"/>
        </w:rPr>
        <w:t>[25 . 16 . 1]</w:t>
      </w:r>
    </w:p>
    <w:p>
      <w:r>
        <w:rPr>
          <w:rFonts w:ascii="Gentium Plus" w:hAnsi="Gentium Plus"/>
          <w:sz w:val="24"/>
        </w:rPr>
        <w:t>Ὅτι ὁ πρεσβύτατος τῶν ἐκ τῆς Ῥώμης ἐκ‐ πεμφθέντων πρεσβευτῶν ἐν τῷ συνεδρίῳ τῶν Καρχηδονίων δείξας τῇ γερουσίᾳ τὸν κόλπον ἔφησε φέρειν αὐτοῖς καὶ τὴν εἰρήνην καὶ τὸν</w:t>
      </w:r>
    </w:p>
    <w:p>
      <w:r>
        <w:rPr>
          <w:rFonts w:ascii="Courier New" w:hAnsi="Courier New"/>
          <w:color w:val="555555"/>
          <w:sz w:val="20"/>
        </w:rPr>
        <w:t>[5]</w:t>
      </w:r>
    </w:p>
    <w:p>
      <w:r>
        <w:rPr>
          <w:rFonts w:ascii="Gentium Plus" w:hAnsi="Gentium Plus"/>
          <w:sz w:val="24"/>
        </w:rPr>
        <w:t>πόλεμον· ἀπολείψειν οὖν τούτων ὁπότερον ἂν οἱ Καρχηδόνιοι βουληθῶσιν. τοῦ δὲ τῶν Καρχη‐ δονίων βασιλέως εἰπόντος ποιεῖν αὐτὸν ὁπότερον ἂν βούλοιτο, ἔφη, Τὸν πόλεμον ἐφίημι. τῶν δὲ Καρχηδονίων οἱ πλείους εὐθὺς ἀνεβόησαν δέχεσθαι.</w:t>
      </w:r>
    </w:p>
    <w:p>
      <w:r>
        <w:rPr>
          <w:rFonts w:ascii="Courier New" w:hAnsi="Courier New"/>
          <w:color w:val="555555"/>
          <w:sz w:val="20"/>
        </w:rPr>
        <w:t>[25 . 17 . 1]</w:t>
      </w:r>
    </w:p>
    <w:p>
      <w:r>
        <w:rPr>
          <w:rFonts w:ascii="Gentium Plus" w:hAnsi="Gentium Plus"/>
          <w:sz w:val="24"/>
        </w:rPr>
        <w:t>Ὅτι οἱ κατὰ τὴν Οὐικτόμελαν πόλιν ἐκ‐ πολιορκηθέντες συνέφυγον εἰς τὰς ἰδίας οἰκίας ἐπὶ τέκνα καὶ γυναῖκας, τὴν ἐσχάτην παρ’ αὐτῶν ληψόμενοι τέρψιν. ἐπειδὴ τίς ἐστι τέρψις τοῖς</w:t>
      </w:r>
    </w:p>
    <w:p>
      <w:r>
        <w:rPr>
          <w:rFonts w:ascii="Courier New" w:hAnsi="Courier New"/>
          <w:color w:val="555555"/>
          <w:sz w:val="20"/>
        </w:rPr>
        <w:t>[5]</w:t>
      </w:r>
    </w:p>
    <w:p>
      <w:r>
        <w:rPr>
          <w:rFonts w:ascii="Gentium Plus" w:hAnsi="Gentium Plus"/>
          <w:sz w:val="24"/>
        </w:rPr>
        <w:t>ἀπολλυμένοις εἰ μὴ δάκρυα καὶ τὸ τελευταῖον ἐν τῷ ζῆν τῶν συγγενῶν ἄσπασμα; ταῦτα γὰρ τοῖς ἀτυχοῦσιν ἔχειν τινὰ δοκεῖ κουφισμὸν τῶν ἀκληρη‐ μάτων. οἱ μὲν οὖν πλεῖστοι τὰς οἰκίας ἐμπρή‐ σαντες πανοικὶ μετὰ τῶν συγγενῶν κατεφλέχθησαν</w:t>
      </w:r>
    </w:p>
    <w:p>
      <w:r>
        <w:rPr>
          <w:rFonts w:ascii="Courier New" w:hAnsi="Courier New"/>
          <w:color w:val="555555"/>
          <w:sz w:val="20"/>
        </w:rPr>
        <w:t>[10]</w:t>
      </w:r>
    </w:p>
    <w:p>
      <w:r>
        <w:rPr>
          <w:rFonts w:ascii="Gentium Plus" w:hAnsi="Gentium Plus"/>
          <w:sz w:val="24"/>
        </w:rPr>
        <w:t>καὶ τὸν ἐπὶ τῆς ἰδίας ἑστίας τάφον ἑαυτοῖς ἐπέστη‐ σαν, τινὲς δὲ εὐψυχοτάτως τοὺς ἰδίους προανελόντες ἑαυτοὺς ἐπικατέσφαξαν, αἱρετώτερον τὸν αὐτόχειρα θάνατον ὑπολαβόντες τοῦ διὰ τῶν πολεμίων μεθ’</w:t>
      </w:r>
    </w:p>
    <w:p>
      <w:r>
        <w:rPr>
          <w:rFonts w:ascii="Courier New" w:hAnsi="Courier New"/>
          <w:color w:val="555555"/>
          <w:sz w:val="20"/>
        </w:rPr>
        <w:t>[25 . 18 . 1]</w:t>
      </w:r>
    </w:p>
    <w:p>
      <w:r>
        <w:rPr>
          <w:rFonts w:ascii="Gentium Plus" w:hAnsi="Gentium Plus"/>
          <w:sz w:val="24"/>
        </w:rPr>
        <w:t>Τούτου ἐπίτροπος Ἀντίγονος κατασταθεὶς ὁ Δημητρίου κρατεῖ Μακεδόνων ἔτη δώδεκα, κατὰ δὲ Διόδωρον ἔτη ἐννέα. (Georgius Syncellus, p. 508 Dind.)</w:t>
      </w:r>
    </w:p>
    <w:p>
      <w:r>
        <w:rPr>
          <w:rFonts w:ascii="Courier New" w:hAnsi="Courier New"/>
          <w:color w:val="555555"/>
          <w:sz w:val="20"/>
        </w:rPr>
        <w:t>[25 . 19 . 1]</w:t>
      </w:r>
    </w:p>
    <w:p>
      <w:r>
        <w:rPr>
          <w:rFonts w:ascii="Gentium Plus" w:hAnsi="Gentium Plus"/>
          <w:sz w:val="24"/>
        </w:rPr>
        <w:t>Ἀννίβας, ὡς Διόδωρος γράφει καὶ Δίων ἅμα, σὺν τούτοις Διονύσιος ὁ Ἁλικαρνασσόθεν, ἦν στρατηγὸς τῶν Σικελῶν, υἱὸς δὲ τοῦ</w:t>
      </w:r>
    </w:p>
    <w:p>
      <w:r>
        <w:rPr>
          <w:rFonts w:ascii="Courier New" w:hAnsi="Courier New"/>
          <w:color w:val="555555"/>
          <w:sz w:val="20"/>
        </w:rPr>
        <w:t>[3]</w:t>
      </w:r>
    </w:p>
    <w:p>
      <w:r>
        <w:rPr>
          <w:rFonts w:ascii="Gentium Plus" w:hAnsi="Gentium Plus"/>
          <w:sz w:val="24"/>
        </w:rPr>
        <w:t>Ἀμίλκα. ὅστις Ἀμίλκας σύμπασαν εἷλε τὴν Ἰβηρίαν,</w:t>
      </w:r>
    </w:p>
    <w:p>
      <w:r>
        <w:rPr>
          <w:rFonts w:ascii="Courier New" w:hAnsi="Courier New"/>
          <w:color w:val="555555"/>
          <w:sz w:val="20"/>
        </w:rPr>
        <w:t>[5]</w:t>
      </w:r>
    </w:p>
    <w:p>
      <w:r>
        <w:rPr>
          <w:rFonts w:ascii="Gentium Plus" w:hAnsi="Gentium Plus"/>
          <w:sz w:val="24"/>
        </w:rPr>
        <w:t>δόλοις ἐπιθεμένων δὲ κτείνεται τῶν Ἰβήρων. τὸν πάντα τούτου γὰρ στρατὸν φεύγειν κελεύ‐</w:t>
      </w:r>
    </w:p>
    <w:p>
      <w:r>
        <w:rPr>
          <w:rFonts w:ascii="Courier New" w:hAnsi="Courier New"/>
          <w:color w:val="555555"/>
          <w:sz w:val="20"/>
        </w:rPr>
        <w:t>[6]</w:t>
      </w:r>
    </w:p>
    <w:p>
      <w:r>
        <w:rPr>
          <w:rFonts w:ascii="Gentium Plus" w:hAnsi="Gentium Plus"/>
          <w:sz w:val="24"/>
        </w:rPr>
        <w:t>σας τότε καὶ προσπλακέντας τοὺς υἱοὺς καὶ συνθανεῖν</w:t>
      </w:r>
    </w:p>
    <w:p>
      <w:r>
        <w:rPr>
          <w:rFonts w:ascii="Courier New" w:hAnsi="Courier New"/>
          <w:color w:val="555555"/>
          <w:sz w:val="20"/>
        </w:rPr>
        <w:t>[7]</w:t>
      </w:r>
    </w:p>
    <w:p>
      <w:r>
        <w:rPr>
          <w:rFonts w:ascii="Gentium Plus" w:hAnsi="Gentium Plus"/>
          <w:sz w:val="24"/>
        </w:rPr>
        <w:t>ποθοῦντας μάστιξι παρωσάμενος συμφεύγειν τοῖς ἑτέ‐</w:t>
      </w:r>
    </w:p>
    <w:p>
      <w:r>
        <w:rPr>
          <w:rFonts w:ascii="Courier New" w:hAnsi="Courier New"/>
          <w:color w:val="555555"/>
          <w:sz w:val="20"/>
        </w:rPr>
        <w:t>[8]</w:t>
      </w:r>
    </w:p>
    <w:p>
      <w:r>
        <w:rPr>
          <w:rFonts w:ascii="Gentium Plus" w:hAnsi="Gentium Plus"/>
          <w:sz w:val="24"/>
        </w:rPr>
        <w:t>ροις, Ἀννίβαν πεντεκαίδεκα τῶν χρόνων ὑπηργ‐</w:t>
      </w:r>
    </w:p>
    <w:p>
      <w:r>
        <w:rPr>
          <w:rFonts w:ascii="Courier New" w:hAnsi="Courier New"/>
          <w:color w:val="555555"/>
          <w:sz w:val="20"/>
        </w:rPr>
        <w:t>[9]</w:t>
      </w:r>
    </w:p>
    <w:p>
      <w:r>
        <w:rPr>
          <w:rFonts w:ascii="Gentium Plus" w:hAnsi="Gentium Plus"/>
          <w:sz w:val="24"/>
        </w:rPr>
        <w:t>μένον,</w:t>
      </w:r>
    </w:p>
    <w:p>
      <w:r>
        <w:rPr>
          <w:rFonts w:ascii="Courier New" w:hAnsi="Courier New"/>
          <w:color w:val="555555"/>
          <w:sz w:val="20"/>
        </w:rPr>
        <w:t>[10]</w:t>
      </w:r>
    </w:p>
    <w:p>
      <w:r>
        <w:rPr>
          <w:rFonts w:ascii="Gentium Plus" w:hAnsi="Gentium Plus"/>
          <w:sz w:val="24"/>
        </w:rPr>
        <w:t>Ἀσδρούβαν δὲ δυώδεκα, τὸν λόφον, τὴν</w:t>
      </w:r>
    </w:p>
    <w:p>
      <w:r>
        <w:rPr>
          <w:rFonts w:ascii="Courier New" w:hAnsi="Courier New"/>
          <w:color w:val="555555"/>
          <w:sz w:val="20"/>
        </w:rPr>
        <w:t>[10]</w:t>
      </w:r>
    </w:p>
    <w:p>
      <w:r>
        <w:rPr>
          <w:rFonts w:ascii="Gentium Plus" w:hAnsi="Gentium Plus"/>
          <w:sz w:val="24"/>
        </w:rPr>
        <w:t>κυνέαν ἄρας αὐτοῦ τῆς κεφαλῆς τοῖς Ἴβηρσιν ἐ‐</w:t>
      </w:r>
    </w:p>
    <w:p>
      <w:r>
        <w:rPr>
          <w:rFonts w:ascii="Courier New" w:hAnsi="Courier New"/>
          <w:color w:val="555555"/>
          <w:sz w:val="20"/>
        </w:rPr>
        <w:t>[11]</w:t>
      </w:r>
    </w:p>
    <w:p>
      <w:r>
        <w:rPr>
          <w:rFonts w:ascii="Gentium Plus" w:hAnsi="Gentium Plus"/>
          <w:sz w:val="24"/>
        </w:rPr>
        <w:t>γνώσθη. πάντων δ’ Ἰβήρων ἐπ’ αὐτὸν ὡς εἶχον ὁρμη‐</w:t>
      </w:r>
    </w:p>
    <w:p>
      <w:r>
        <w:rPr>
          <w:rFonts w:ascii="Courier New" w:hAnsi="Courier New"/>
          <w:color w:val="555555"/>
          <w:sz w:val="20"/>
        </w:rPr>
        <w:t>[12]</w:t>
      </w:r>
    </w:p>
    <w:p>
      <w:r>
        <w:rPr>
          <w:rFonts w:ascii="Gentium Plus" w:hAnsi="Gentium Plus"/>
          <w:sz w:val="24"/>
        </w:rPr>
        <w:t>σάντων, οἱ φεύγοντες ἐσώζοντο τυγχάνοντες ἀδείας. ὡς δὲ σωθέντα τὸν στρατὸν εἶδε, στραφεὶς</w:t>
      </w:r>
    </w:p>
    <w:p>
      <w:r>
        <w:rPr>
          <w:rFonts w:ascii="Courier New" w:hAnsi="Courier New"/>
          <w:color w:val="555555"/>
          <w:sz w:val="20"/>
        </w:rPr>
        <w:t>[14]</w:t>
      </w:r>
    </w:p>
    <w:p>
      <w:r>
        <w:rPr>
          <w:rFonts w:ascii="Gentium Plus" w:hAnsi="Gentium Plus"/>
          <w:sz w:val="24"/>
        </w:rPr>
        <w:t>ὀπίσω</w:t>
      </w:r>
    </w:p>
    <w:p>
      <w:r>
        <w:rPr>
          <w:rFonts w:ascii="Courier New" w:hAnsi="Courier New"/>
          <w:color w:val="555555"/>
          <w:sz w:val="20"/>
        </w:rPr>
        <w:t>[15]</w:t>
      </w:r>
    </w:p>
    <w:p>
      <w:r>
        <w:rPr>
          <w:rFonts w:ascii="Gentium Plus" w:hAnsi="Gentium Plus"/>
          <w:sz w:val="24"/>
        </w:rPr>
        <w:t>λοιπὸν σπουδάζει μηδ’ αὐτὸς Ἴβηρσι κρατη‐</w:t>
      </w:r>
    </w:p>
    <w:p>
      <w:r>
        <w:rPr>
          <w:rFonts w:ascii="Courier New" w:hAnsi="Courier New"/>
          <w:color w:val="555555"/>
          <w:sz w:val="20"/>
        </w:rPr>
        <w:t>[15]</w:t>
      </w:r>
    </w:p>
    <w:p>
      <w:r>
        <w:rPr>
          <w:rFonts w:ascii="Gentium Plus" w:hAnsi="Gentium Plus"/>
          <w:sz w:val="24"/>
        </w:rPr>
        <w:t>θῆναι. ἐπικειμένων δὲ σφοδρῶς κυκλόθεν τῶν Ἰβή‐</w:t>
      </w:r>
    </w:p>
    <w:p>
      <w:r>
        <w:rPr>
          <w:rFonts w:ascii="Courier New" w:hAnsi="Courier New"/>
          <w:color w:val="555555"/>
          <w:sz w:val="20"/>
        </w:rPr>
        <w:t>[16]</w:t>
      </w:r>
    </w:p>
    <w:p>
      <w:r>
        <w:rPr>
          <w:rFonts w:ascii="Gentium Plus" w:hAnsi="Gentium Plus"/>
          <w:sz w:val="24"/>
        </w:rPr>
        <w:t>ρων</w:t>
      </w:r>
    </w:p>
    <w:p>
      <w:r>
        <w:rPr>
          <w:rFonts w:ascii="Courier New" w:hAnsi="Courier New"/>
          <w:color w:val="555555"/>
          <w:sz w:val="20"/>
        </w:rPr>
        <w:t>[18]</w:t>
      </w:r>
    </w:p>
    <w:p>
      <w:r>
        <w:rPr>
          <w:rFonts w:ascii="Gentium Plus" w:hAnsi="Gentium Plus"/>
          <w:sz w:val="24"/>
        </w:rPr>
        <w:t>πίπτει. βάλλεται δὲ παρά τινος ὁρμῶν ἐν ἀκοντίῳ·</w:t>
      </w:r>
    </w:p>
    <w:p>
      <w:r>
        <w:rPr>
          <w:rFonts w:ascii="Courier New" w:hAnsi="Courier New"/>
          <w:color w:val="555555"/>
          <w:sz w:val="20"/>
        </w:rPr>
        <w:t>[20]</w:t>
      </w:r>
    </w:p>
    <w:p>
      <w:r>
        <w:rPr>
          <w:rFonts w:ascii="Gentium Plus" w:hAnsi="Gentium Plus"/>
          <w:sz w:val="24"/>
        </w:rPr>
        <w:t>πλὴν καὶ πνιγεὶς οὐδὲ νεκρὸς τοῖς Ἴβηρσιν</w:t>
      </w:r>
    </w:p>
    <w:p>
      <w:r>
        <w:rPr>
          <w:rFonts w:ascii="Courier New" w:hAnsi="Courier New"/>
          <w:color w:val="555555"/>
          <w:sz w:val="20"/>
        </w:rPr>
        <w:t>[20]</w:t>
      </w:r>
    </w:p>
    <w:p>
      <w:r>
        <w:rPr>
          <w:rFonts w:ascii="Gentium Plus" w:hAnsi="Gentium Plus"/>
          <w:sz w:val="24"/>
        </w:rPr>
        <w:t>εὑρέθη· ὃ τούτῳ πόθος ἦν· σύρεται γὰρ τοῖς ῥείθροις. τούτου τοῦ ἥρωος ἀνδρὸς ὢν γόνος ὁ Ἀννίβας ὑπὸ γαμβρῷ ἐτάττετο, σὺν ᾧ τὴν Ἰβηρίαν πᾶσαν ἐλεηλάτησε ποινὴν πατρῴου φόνου.</w:t>
      </w:r>
    </w:p>
    <w:p>
      <w:r>
        <w:rPr>
          <w:rFonts w:ascii="Courier New" w:hAnsi="Courier New"/>
          <w:color w:val="555555"/>
          <w:sz w:val="20"/>
        </w:rPr>
        <w:t>[25]</w:t>
      </w:r>
    </w:p>
    <w:p>
      <w:r>
        <w:rPr>
          <w:rFonts w:ascii="Gentium Plus" w:hAnsi="Gentium Plus"/>
          <w:sz w:val="24"/>
        </w:rPr>
        <w:t>ὡς δ’ ἐν τοῖς μεταξὺ χρόνοις οἱ Αὔσονες</w:t>
      </w:r>
    </w:p>
    <w:p>
      <w:r>
        <w:rPr>
          <w:rFonts w:ascii="Courier New" w:hAnsi="Courier New"/>
          <w:color w:val="555555"/>
          <w:sz w:val="20"/>
        </w:rPr>
        <w:t>[25]</w:t>
      </w:r>
    </w:p>
    <w:p>
      <w:r>
        <w:rPr>
          <w:rFonts w:ascii="Gentium Plus" w:hAnsi="Gentium Plus"/>
          <w:sz w:val="24"/>
        </w:rPr>
        <w:t>Ῥωμαῖοι τοὺς Σικελοὺς ἐνίκησαν πολλάκις νικηθέντες, κέλευσμά τε βαρύτατον ἐκέλευσαν ἐκείνοις ὡς μηδὲ ξίφος ἀπ’ αὐτῶν ποτέ τινα κατέχειν, Ἀννίβας, χρόνων εἴκοσι γενόμενος καὶ πέντε,</w:t>
      </w:r>
    </w:p>
    <w:p>
      <w:r>
        <w:rPr>
          <w:rFonts w:ascii="Courier New" w:hAnsi="Courier New"/>
          <w:color w:val="555555"/>
          <w:sz w:val="20"/>
        </w:rPr>
        <w:t>[30]</w:t>
      </w:r>
    </w:p>
    <w:p>
      <w:r>
        <w:rPr>
          <w:rFonts w:ascii="Gentium Plus" w:hAnsi="Gentium Plus"/>
          <w:sz w:val="24"/>
        </w:rPr>
        <w:t>χωρὶς συγκλήτου τῆς βουλῆς καὶ τῶν ὑπερ‐</w:t>
      </w:r>
    </w:p>
    <w:p>
      <w:r>
        <w:rPr>
          <w:rFonts w:ascii="Courier New" w:hAnsi="Courier New"/>
          <w:color w:val="555555"/>
          <w:sz w:val="20"/>
        </w:rPr>
        <w:t>[30]</w:t>
      </w:r>
    </w:p>
    <w:p>
      <w:r>
        <w:rPr>
          <w:rFonts w:ascii="Gentium Plus" w:hAnsi="Gentium Plus"/>
          <w:sz w:val="24"/>
        </w:rPr>
        <w:t>εχόντων τοὺς θερμοτέρους συλλαβὼν καὶ τοὺς ὀξεῖς</w:t>
      </w:r>
    </w:p>
    <w:p>
      <w:r>
        <w:rPr>
          <w:rFonts w:ascii="Courier New" w:hAnsi="Courier New"/>
          <w:color w:val="555555"/>
          <w:sz w:val="20"/>
        </w:rPr>
        <w:t>[31]</w:t>
      </w:r>
    </w:p>
    <w:p>
      <w:r>
        <w:rPr>
          <w:rFonts w:ascii="Gentium Plus" w:hAnsi="Gentium Plus"/>
          <w:sz w:val="24"/>
        </w:rPr>
        <w:t>τῶν νέων ὡς ἑκατὸν καὶ πλείονας, λῃστεύων Ἰβηρίαν ἔζη, καὶ προσεπηύξανεν ἀεὶ στρατὸν τῶν</w:t>
      </w:r>
    </w:p>
    <w:p>
      <w:r>
        <w:rPr>
          <w:rFonts w:ascii="Courier New" w:hAnsi="Courier New"/>
          <w:color w:val="555555"/>
          <w:sz w:val="20"/>
        </w:rPr>
        <w:t>[33]</w:t>
      </w:r>
    </w:p>
    <w:p>
      <w:r>
        <w:rPr>
          <w:rFonts w:ascii="Gentium Plus" w:hAnsi="Gentium Plus"/>
          <w:sz w:val="24"/>
        </w:rPr>
        <w:t>νέων. ὡς δ’ ἡ πληθὺς ἐνίκα μὲν ἑκατοντάδας ἤδη,</w:t>
      </w:r>
    </w:p>
    <w:p>
      <w:r>
        <w:rPr>
          <w:rFonts w:ascii="Courier New" w:hAnsi="Courier New"/>
          <w:color w:val="555555"/>
          <w:sz w:val="20"/>
        </w:rPr>
        <w:t>[35]</w:t>
      </w:r>
    </w:p>
    <w:p>
      <w:r>
        <w:rPr>
          <w:rFonts w:ascii="Gentium Plus" w:hAnsi="Gentium Plus"/>
          <w:sz w:val="24"/>
        </w:rPr>
        <w:t>εἰς χιλιάδας δ’ ἔτρεχεν, εἶτα καὶ μυριάδας καὶ μέγας γέγονε στρατὸς καὶ τῶν ἀξιο‐</w:t>
      </w:r>
    </w:p>
    <w:p>
      <w:r>
        <w:rPr>
          <w:rFonts w:ascii="Courier New" w:hAnsi="Courier New"/>
          <w:color w:val="555555"/>
          <w:sz w:val="20"/>
        </w:rPr>
        <w:t>[36]</w:t>
      </w:r>
    </w:p>
    <w:p>
      <w:r>
        <w:rPr>
          <w:rFonts w:ascii="Gentium Plus" w:hAnsi="Gentium Plus"/>
          <w:sz w:val="24"/>
        </w:rPr>
        <w:t>μάχων, ἄνευ μισθοῦ καὶ δωρεῶν οὕτω συνηθροισ‐</w:t>
      </w:r>
    </w:p>
    <w:p>
      <w:r>
        <w:rPr>
          <w:rFonts w:ascii="Courier New" w:hAnsi="Courier New"/>
          <w:color w:val="555555"/>
          <w:sz w:val="20"/>
        </w:rPr>
        <w:t>[37]</w:t>
      </w:r>
    </w:p>
    <w:p>
      <w:r>
        <w:rPr>
          <w:rFonts w:ascii="Gentium Plus" w:hAnsi="Gentium Plus"/>
          <w:sz w:val="24"/>
        </w:rPr>
        <w:t>μένος, εὐθὺ τοῦτο κατάδηλον ἐγένετο Ῥωμαίοις. καὶ συνταχθέντες σύμπαντες στρατῷ πεζῷ</w:t>
      </w:r>
    </w:p>
    <w:p>
      <w:r>
        <w:rPr>
          <w:rFonts w:ascii="Courier New" w:hAnsi="Courier New"/>
          <w:color w:val="555555"/>
          <w:sz w:val="20"/>
        </w:rPr>
        <w:t>[39]</w:t>
      </w:r>
    </w:p>
    <w:p>
      <w:r>
        <w:rPr>
          <w:rFonts w:ascii="Gentium Plus" w:hAnsi="Gentium Plus"/>
          <w:sz w:val="24"/>
        </w:rPr>
        <w:t>καὶ στόλῳ,</w:t>
      </w:r>
    </w:p>
    <w:p>
      <w:r>
        <w:rPr>
          <w:rFonts w:ascii="Courier New" w:hAnsi="Courier New"/>
          <w:color w:val="555555"/>
          <w:sz w:val="20"/>
        </w:rPr>
        <w:t>[40]</w:t>
      </w:r>
    </w:p>
    <w:p>
      <w:r>
        <w:rPr>
          <w:rFonts w:ascii="Gentium Plus" w:hAnsi="Gentium Plus"/>
          <w:sz w:val="24"/>
        </w:rPr>
        <w:t>ἑπτὰ καὶ ἑβδομήκοντα πληθύος μυριάδες πίτυος δίκην ἔσπευδον τοὺς Σικελοὺς ἐκ‐</w:t>
      </w:r>
    </w:p>
    <w:p>
      <w:r>
        <w:rPr>
          <w:rFonts w:ascii="Courier New" w:hAnsi="Courier New"/>
          <w:color w:val="555555"/>
          <w:sz w:val="20"/>
        </w:rPr>
        <w:t>[41]</w:t>
      </w:r>
    </w:p>
    <w:p>
      <w:r>
        <w:rPr>
          <w:rFonts w:ascii="Gentium Plus" w:hAnsi="Gentium Plus"/>
          <w:sz w:val="24"/>
        </w:rPr>
        <w:t>τρῖψαι. οἱ Σικελοὶ δ’ ἱκέτευον παύσασθαι τὸν Ἀννί‐</w:t>
      </w:r>
    </w:p>
    <w:p>
      <w:r>
        <w:rPr>
          <w:rFonts w:ascii="Courier New" w:hAnsi="Courier New"/>
          <w:color w:val="555555"/>
          <w:sz w:val="20"/>
        </w:rPr>
        <w:t>[42]</w:t>
      </w:r>
    </w:p>
    <w:p>
      <w:r>
        <w:rPr>
          <w:rFonts w:ascii="Gentium Plus" w:hAnsi="Gentium Plus"/>
          <w:sz w:val="24"/>
        </w:rPr>
        <w:t>βαν μὴ παντελῶς τὰ Σικελῶν ἄρδην ἀποφθαρείη. ὁ δὲ παρεὶς τοὺς θέλοντας καὶ λέγειν καὶ</w:t>
      </w:r>
    </w:p>
    <w:p>
      <w:r>
        <w:rPr>
          <w:rFonts w:ascii="Courier New" w:hAnsi="Courier New"/>
          <w:color w:val="555555"/>
          <w:sz w:val="20"/>
        </w:rPr>
        <w:t>[44]</w:t>
      </w:r>
    </w:p>
    <w:p>
      <w:r>
        <w:rPr>
          <w:rFonts w:ascii="Gentium Plus" w:hAnsi="Gentium Plus"/>
          <w:sz w:val="24"/>
        </w:rPr>
        <w:t>λαβράζειν</w:t>
      </w:r>
    </w:p>
    <w:p>
      <w:r>
        <w:rPr>
          <w:rFonts w:ascii="Courier New" w:hAnsi="Courier New"/>
          <w:color w:val="555555"/>
          <w:sz w:val="20"/>
        </w:rPr>
        <w:t>[45]</w:t>
      </w:r>
    </w:p>
    <w:p>
      <w:r>
        <w:rPr>
          <w:rFonts w:ascii="Gentium Plus" w:hAnsi="Gentium Plus"/>
          <w:sz w:val="24"/>
        </w:rPr>
        <w:t>οὐκ ἀναμείνας τὴν ὁρμὴν ἐκείνων τῶν</w:t>
      </w:r>
    </w:p>
    <w:p>
      <w:r>
        <w:rPr>
          <w:rFonts w:ascii="Courier New" w:hAnsi="Courier New"/>
          <w:color w:val="555555"/>
          <w:sz w:val="20"/>
        </w:rPr>
        <w:t>[45]</w:t>
      </w:r>
    </w:p>
    <w:p>
      <w:r>
        <w:rPr>
          <w:rFonts w:ascii="Gentium Plus" w:hAnsi="Gentium Plus"/>
          <w:sz w:val="24"/>
        </w:rPr>
        <w:t>Ῥωμαίων μόνος ἐκ πάντων Σικελῶν χωρεῖ πρὸς</w:t>
      </w:r>
    </w:p>
    <w:p>
      <w:r>
        <w:rPr>
          <w:rFonts w:ascii="Courier New" w:hAnsi="Courier New"/>
          <w:color w:val="555555"/>
          <w:sz w:val="20"/>
        </w:rPr>
        <w:t>[46]</w:t>
      </w:r>
    </w:p>
    <w:p>
      <w:r>
        <w:rPr>
          <w:rFonts w:ascii="Gentium Plus" w:hAnsi="Gentium Plus"/>
          <w:sz w:val="24"/>
        </w:rPr>
        <w:t>Ἰταλίαν, ἄνωθεν πορευόμενος Ἀλπιανῶν ὀρέων, καὶ τούτων τὰ δυσείσβολα καὶ πέτρας κατα‐</w:t>
      </w:r>
    </w:p>
    <w:p>
      <w:r>
        <w:rPr>
          <w:rFonts w:ascii="Courier New" w:hAnsi="Courier New"/>
          <w:color w:val="555555"/>
          <w:sz w:val="20"/>
        </w:rPr>
        <w:t>[48]</w:t>
      </w:r>
    </w:p>
    <w:p>
      <w:r>
        <w:rPr>
          <w:rFonts w:ascii="Gentium Plus" w:hAnsi="Gentium Plus"/>
          <w:sz w:val="24"/>
        </w:rPr>
        <w:t>τέμνων ἐν ἓξ μησὶν ἐμπέπτωκε τάγμασι τῶν</w:t>
      </w:r>
    </w:p>
    <w:p>
      <w:r>
        <w:rPr>
          <w:rFonts w:ascii="Courier New" w:hAnsi="Courier New"/>
          <w:color w:val="555555"/>
          <w:sz w:val="20"/>
        </w:rPr>
        <w:t>[49]</w:t>
      </w:r>
    </w:p>
    <w:p>
      <w:r>
        <w:rPr>
          <w:rFonts w:ascii="Gentium Plus" w:hAnsi="Gentium Plus"/>
          <w:sz w:val="24"/>
        </w:rPr>
        <w:t>Ῥωμαίων.</w:t>
      </w:r>
    </w:p>
    <w:p>
      <w:r>
        <w:rPr>
          <w:rFonts w:ascii="Courier New" w:hAnsi="Courier New"/>
          <w:color w:val="555555"/>
          <w:sz w:val="20"/>
        </w:rPr>
        <w:t>[25 . 19 . 1 (50)]</w:t>
      </w:r>
    </w:p>
    <w:p>
      <w:r>
        <w:rPr>
          <w:rFonts w:ascii="Gentium Plus" w:hAnsi="Gentium Plus"/>
          <w:sz w:val="24"/>
        </w:rPr>
        <w:t>ἐν διαφόροις μάχαις δὲ τούτων πολλοὺς</w:t>
      </w:r>
    </w:p>
    <w:p>
      <w:r>
        <w:rPr>
          <w:rFonts w:ascii="Courier New" w:hAnsi="Courier New"/>
          <w:color w:val="555555"/>
          <w:sz w:val="20"/>
        </w:rPr>
        <w:t>[25 . 19 . 1 (50)]</w:t>
      </w:r>
    </w:p>
    <w:p>
      <w:r>
        <w:rPr>
          <w:rFonts w:ascii="Gentium Plus" w:hAnsi="Gentium Plus"/>
          <w:sz w:val="24"/>
        </w:rPr>
        <w:t>ἀνεῖλεν. Ἀσδρούβαν δὲ τὸν ἀδελφὸν ἐκαραδόκει</w:t>
      </w:r>
    </w:p>
    <w:p>
      <w:r>
        <w:rPr>
          <w:rFonts w:ascii="Courier New" w:hAnsi="Courier New"/>
          <w:color w:val="555555"/>
          <w:sz w:val="20"/>
        </w:rPr>
        <w:t>[51]</w:t>
      </w:r>
    </w:p>
    <w:p>
      <w:r>
        <w:rPr>
          <w:rFonts w:ascii="Gentium Plus" w:hAnsi="Gentium Plus"/>
          <w:sz w:val="24"/>
        </w:rPr>
        <w:t>μένων, ὃς διαβὰς τὰ ὄρεα ταῦτα τὰ τῶν Ἀλπίων ἡμέραις πεντεκαίδεκα προσήγγιζεν Ἀννίβᾳ ἄγων καὶ πλῆθος στρατιᾶς. ὃ γνόντες οἱ</w:t>
      </w:r>
    </w:p>
    <w:p>
      <w:r>
        <w:rPr>
          <w:rFonts w:ascii="Courier New" w:hAnsi="Courier New"/>
          <w:color w:val="555555"/>
          <w:sz w:val="20"/>
        </w:rPr>
        <w:t>[54]</w:t>
      </w:r>
    </w:p>
    <w:p>
      <w:r>
        <w:rPr>
          <w:rFonts w:ascii="Gentium Plus" w:hAnsi="Gentium Plus"/>
          <w:sz w:val="24"/>
        </w:rPr>
        <w:t>Ῥωμαῖοι,</w:t>
      </w:r>
    </w:p>
    <w:p>
      <w:r>
        <w:rPr>
          <w:rFonts w:ascii="Courier New" w:hAnsi="Courier New"/>
          <w:color w:val="555555"/>
          <w:sz w:val="20"/>
        </w:rPr>
        <w:t>[55]</w:t>
      </w:r>
    </w:p>
    <w:p>
      <w:r>
        <w:rPr>
          <w:rFonts w:ascii="Gentium Plus" w:hAnsi="Gentium Plus"/>
          <w:sz w:val="24"/>
        </w:rPr>
        <w:t>λαθραίως ἐπιθέμενοι τοῦτον μὲν ἀναιροῦσι, τὴν κεφαλὴν δ’ ἐνέγκαντες ἐπέρριψαν Ἀν‐</w:t>
      </w:r>
    </w:p>
    <w:p>
      <w:r>
        <w:rPr>
          <w:rFonts w:ascii="Courier New" w:hAnsi="Courier New"/>
          <w:color w:val="555555"/>
          <w:sz w:val="20"/>
        </w:rPr>
        <w:t>[56]</w:t>
      </w:r>
    </w:p>
    <w:p>
      <w:r>
        <w:rPr>
          <w:rFonts w:ascii="Gentium Plus" w:hAnsi="Gentium Plus"/>
          <w:sz w:val="24"/>
        </w:rPr>
        <w:t>νίβᾳ. ὁ δὲ θρηνήσας, ὡς ἐχρῆν, τὸν ἀδελφὸν τὸν</w:t>
      </w:r>
    </w:p>
    <w:p>
      <w:r>
        <w:rPr>
          <w:rFonts w:ascii="Courier New" w:hAnsi="Courier New"/>
          <w:color w:val="555555"/>
          <w:sz w:val="20"/>
        </w:rPr>
        <w:t>[57]</w:t>
      </w:r>
    </w:p>
    <w:p>
      <w:r>
        <w:rPr>
          <w:rFonts w:ascii="Gentium Plus" w:hAnsi="Gentium Plus"/>
          <w:sz w:val="24"/>
        </w:rPr>
        <w:t>φίλον, ὕστερον ἀντετάξατο Ῥωμαίοις ἐν ταῖς Κάν‐</w:t>
      </w:r>
    </w:p>
    <w:p>
      <w:r>
        <w:rPr>
          <w:rFonts w:ascii="Courier New" w:hAnsi="Courier New"/>
          <w:color w:val="555555"/>
          <w:sz w:val="20"/>
        </w:rPr>
        <w:t>[58]</w:t>
      </w:r>
    </w:p>
    <w:p>
      <w:r>
        <w:rPr>
          <w:rFonts w:ascii="Gentium Plus" w:hAnsi="Gentium Plus"/>
          <w:sz w:val="24"/>
        </w:rPr>
        <w:t>ναις, Ῥωμαίων ὄντων στρατηγῶν Παύλου καὶ</w:t>
      </w:r>
    </w:p>
    <w:p>
      <w:r>
        <w:rPr>
          <w:rFonts w:ascii="Courier New" w:hAnsi="Courier New"/>
          <w:color w:val="555555"/>
          <w:sz w:val="20"/>
        </w:rPr>
        <w:t>[59]</w:t>
      </w:r>
    </w:p>
    <w:p>
      <w:r>
        <w:rPr>
          <w:rFonts w:ascii="Gentium Plus" w:hAnsi="Gentium Plus"/>
          <w:sz w:val="24"/>
        </w:rPr>
        <w:t>Τερεντίου.</w:t>
      </w:r>
    </w:p>
    <w:p>
      <w:r>
        <w:rPr>
          <w:rFonts w:ascii="Courier New" w:hAnsi="Courier New"/>
          <w:color w:val="555555"/>
          <w:sz w:val="20"/>
        </w:rPr>
        <w:t>[60]</w:t>
      </w:r>
    </w:p>
    <w:p>
      <w:r>
        <w:rPr>
          <w:rFonts w:ascii="Gentium Plus" w:hAnsi="Gentium Plus"/>
          <w:sz w:val="24"/>
        </w:rPr>
        <w:t>αἱ Κάνναι πεδιάδες δέ εἰσι τῆς Ἀπουλίας, οὗ Διομήδης ἔκτισε τὴν πόλιν Ἀργυρίππαν, τουτέστιν Ἄργος Ἵππειον τῇ γλώσσῃ τῇ</w:t>
      </w:r>
    </w:p>
    <w:p>
      <w:r>
        <w:rPr>
          <w:rFonts w:ascii="Courier New" w:hAnsi="Courier New"/>
          <w:color w:val="555555"/>
          <w:sz w:val="20"/>
        </w:rPr>
        <w:t>[62]</w:t>
      </w:r>
    </w:p>
    <w:p>
      <w:r>
        <w:rPr>
          <w:rFonts w:ascii="Gentium Plus" w:hAnsi="Gentium Plus"/>
          <w:sz w:val="24"/>
        </w:rPr>
        <w:t>Ἑλλήνων. αἱ πεδιάδες αὗται δὲ τυγχάνουσι Δαυνίων, τῶν Ἰαπύγων ὕστερον, ἔπειτα Σαλαντίων,</w:t>
      </w:r>
    </w:p>
    <w:p>
      <w:r>
        <w:rPr>
          <w:rFonts w:ascii="Courier New" w:hAnsi="Courier New"/>
          <w:color w:val="555555"/>
          <w:sz w:val="20"/>
        </w:rPr>
        <w:t>[65]</w:t>
      </w:r>
    </w:p>
    <w:p>
      <w:r>
        <w:rPr>
          <w:rFonts w:ascii="Gentium Plus" w:hAnsi="Gentium Plus"/>
          <w:sz w:val="24"/>
        </w:rPr>
        <w:t>τὰ νῦν δὲ πᾶσι Καλαυρῶν τὴν κλῆσιν λεγο‐</w:t>
      </w:r>
    </w:p>
    <w:p>
      <w:r>
        <w:rPr>
          <w:rFonts w:ascii="Courier New" w:hAnsi="Courier New"/>
          <w:color w:val="555555"/>
          <w:sz w:val="20"/>
        </w:rPr>
        <w:t>[65]</w:t>
      </w:r>
    </w:p>
    <w:p>
      <w:r>
        <w:rPr>
          <w:rFonts w:ascii="Gentium Plus" w:hAnsi="Gentium Plus"/>
          <w:sz w:val="24"/>
        </w:rPr>
        <w:t>μένων, τῶν Καλαυρῶν μεσόριον αὖτε καὶ Λογγι‐</w:t>
      </w:r>
    </w:p>
    <w:p>
      <w:r>
        <w:rPr>
          <w:rFonts w:ascii="Courier New" w:hAnsi="Courier New"/>
          <w:color w:val="555555"/>
          <w:sz w:val="20"/>
        </w:rPr>
        <w:t>[66]</w:t>
      </w:r>
    </w:p>
    <w:p>
      <w:r>
        <w:rPr>
          <w:rFonts w:ascii="Gentium Plus" w:hAnsi="Gentium Plus"/>
          <w:sz w:val="24"/>
        </w:rPr>
        <w:t>βάρδων, οὗπερ ὁ μέγας πόλεμος ἐκείνοις ἀνερράγη. τούτου ῥαγέντος τότε δὲ πολέμου τοῦ φρικώ‐</w:t>
      </w:r>
    </w:p>
    <w:p>
      <w:r>
        <w:rPr>
          <w:rFonts w:ascii="Courier New" w:hAnsi="Courier New"/>
          <w:color w:val="555555"/>
          <w:sz w:val="20"/>
        </w:rPr>
        <w:t>[68]</w:t>
      </w:r>
    </w:p>
    <w:p>
      <w:r>
        <w:rPr>
          <w:rFonts w:ascii="Gentium Plus" w:hAnsi="Gentium Plus"/>
          <w:sz w:val="24"/>
        </w:rPr>
        <w:t>δους, σεισμὸς ἐγένετο δεινός, ὡς ὄρη διαστῆναι,</w:t>
      </w:r>
    </w:p>
    <w:p>
      <w:r>
        <w:rPr>
          <w:rFonts w:ascii="Courier New" w:hAnsi="Courier New"/>
          <w:color w:val="555555"/>
          <w:sz w:val="20"/>
        </w:rPr>
        <w:t>[70]</w:t>
      </w:r>
    </w:p>
    <w:p>
      <w:r>
        <w:rPr>
          <w:rFonts w:ascii="Gentium Plus" w:hAnsi="Gentium Plus"/>
          <w:sz w:val="24"/>
        </w:rPr>
        <w:t>ἐξ οὐρανοῦ δ’ ἐχύθησαν ὄμβροι μεγάλων</w:t>
      </w:r>
    </w:p>
    <w:p>
      <w:r>
        <w:rPr>
          <w:rFonts w:ascii="Courier New" w:hAnsi="Courier New"/>
          <w:color w:val="555555"/>
          <w:sz w:val="20"/>
        </w:rPr>
        <w:t>[70]</w:t>
      </w:r>
    </w:p>
    <w:p>
      <w:r>
        <w:rPr>
          <w:rFonts w:ascii="Gentium Plus" w:hAnsi="Gentium Plus"/>
          <w:sz w:val="24"/>
        </w:rPr>
        <w:t>λίθων· οἱ δὲ θερμῶς μαχόμενοι τούτων οὐδὲν ἐπ‐</w:t>
      </w:r>
    </w:p>
    <w:p>
      <w:r>
        <w:rPr>
          <w:rFonts w:ascii="Courier New" w:hAnsi="Courier New"/>
          <w:color w:val="555555"/>
          <w:sz w:val="20"/>
        </w:rPr>
        <w:t>[71]</w:t>
      </w:r>
    </w:p>
    <w:p>
      <w:r>
        <w:rPr>
          <w:rFonts w:ascii="Gentium Plus" w:hAnsi="Gentium Plus"/>
          <w:sz w:val="24"/>
        </w:rPr>
        <w:t>έγνων. τέλος τοσοῦτο πέπτωκε πλῆθος ἀνδρῶν</w:t>
      </w:r>
    </w:p>
    <w:p>
      <w:r>
        <w:rPr>
          <w:rFonts w:ascii="Courier New" w:hAnsi="Courier New"/>
          <w:color w:val="555555"/>
          <w:sz w:val="20"/>
        </w:rPr>
        <w:t>[72]</w:t>
      </w:r>
    </w:p>
    <w:p>
      <w:r>
        <w:rPr>
          <w:rFonts w:ascii="Gentium Plus" w:hAnsi="Gentium Plus"/>
          <w:sz w:val="24"/>
        </w:rPr>
        <w:t>Ῥωμαίων ὡς τὸν Ἀννίβαν στρατηγὸν πέμψαι τῇ</w:t>
      </w:r>
    </w:p>
    <w:p>
      <w:r>
        <w:rPr>
          <w:rFonts w:ascii="Courier New" w:hAnsi="Courier New"/>
          <w:color w:val="555555"/>
          <w:sz w:val="20"/>
        </w:rPr>
        <w:t>[73]</w:t>
      </w:r>
    </w:p>
    <w:p>
      <w:r>
        <w:rPr>
          <w:rFonts w:ascii="Gentium Plus" w:hAnsi="Gentium Plus"/>
          <w:sz w:val="24"/>
        </w:rPr>
        <w:t>Σικελίᾳ τοὺς δακτυλίους στρατηγῶν καὶ τῶν λοιπῶν</w:t>
      </w:r>
    </w:p>
    <w:p>
      <w:r>
        <w:rPr>
          <w:rFonts w:ascii="Courier New" w:hAnsi="Courier New"/>
          <w:color w:val="555555"/>
          <w:sz w:val="20"/>
        </w:rPr>
        <w:t>[74]</w:t>
      </w:r>
    </w:p>
    <w:p>
      <w:r>
        <w:rPr>
          <w:rFonts w:ascii="Gentium Plus" w:hAnsi="Gentium Plus"/>
          <w:sz w:val="24"/>
        </w:rPr>
        <w:t>ἐνδόξων</w:t>
      </w:r>
    </w:p>
    <w:p>
      <w:r>
        <w:rPr>
          <w:rFonts w:ascii="Courier New" w:hAnsi="Courier New"/>
          <w:color w:val="555555"/>
          <w:sz w:val="20"/>
        </w:rPr>
        <w:t>[75]</w:t>
      </w:r>
    </w:p>
    <w:p>
      <w:r>
        <w:rPr>
          <w:rFonts w:ascii="Gentium Plus" w:hAnsi="Gentium Plus"/>
          <w:sz w:val="24"/>
        </w:rPr>
        <w:t>μεδίμνοις τε καὶ χοίνιξι πολλοῖς ἐμμετρη‐</w:t>
      </w:r>
    </w:p>
    <w:p>
      <w:r>
        <w:rPr>
          <w:rFonts w:ascii="Courier New" w:hAnsi="Courier New"/>
          <w:color w:val="555555"/>
          <w:sz w:val="20"/>
        </w:rPr>
        <w:t>[75]</w:t>
      </w:r>
    </w:p>
    <w:p>
      <w:r>
        <w:rPr>
          <w:rFonts w:ascii="Gentium Plus" w:hAnsi="Gentium Plus"/>
          <w:sz w:val="24"/>
        </w:rPr>
        <w:t>θέντας· τὰς εὐγενεῖς καὶ πρώτας δὲ γυναῖκας τῶν</w:t>
      </w:r>
    </w:p>
    <w:p>
      <w:r>
        <w:rPr>
          <w:rFonts w:ascii="Courier New" w:hAnsi="Courier New"/>
          <w:color w:val="555555"/>
          <w:sz w:val="20"/>
        </w:rPr>
        <w:t>[76]</w:t>
      </w:r>
    </w:p>
    <w:p>
      <w:r>
        <w:rPr>
          <w:rFonts w:ascii="Gentium Plus" w:hAnsi="Gentium Plus"/>
          <w:sz w:val="24"/>
        </w:rPr>
        <w:t>Ῥωμαίων ὀδυρομένας προσδραμεῖν ναοῖς τοῖς ἐν τῇ</w:t>
      </w:r>
    </w:p>
    <w:p>
      <w:r>
        <w:rPr>
          <w:rFonts w:ascii="Courier New" w:hAnsi="Courier New"/>
          <w:color w:val="555555"/>
          <w:sz w:val="20"/>
        </w:rPr>
        <w:t>[77]</w:t>
      </w:r>
    </w:p>
    <w:p>
      <w:r>
        <w:rPr>
          <w:rFonts w:ascii="Gentium Plus" w:hAnsi="Gentium Plus"/>
          <w:sz w:val="24"/>
        </w:rPr>
        <w:t>Ῥώμῃ καὶ ταῖς θριξὶν ταῖς ἑαυτῶν καθαίρειν ἕδη</w:t>
      </w:r>
    </w:p>
    <w:p>
      <w:r>
        <w:rPr>
          <w:rFonts w:ascii="Courier New" w:hAnsi="Courier New"/>
          <w:color w:val="555555"/>
          <w:sz w:val="20"/>
        </w:rPr>
        <w:t>[78]</w:t>
      </w:r>
    </w:p>
    <w:p>
      <w:r>
        <w:rPr>
          <w:rFonts w:ascii="Gentium Plus" w:hAnsi="Gentium Plus"/>
          <w:sz w:val="24"/>
        </w:rPr>
        <w:t>τούτων, ὕστερον καὶ μιγῆναι δὲ καὶ δούλοις καὶ βαρ‐</w:t>
      </w:r>
    </w:p>
    <w:p>
      <w:r>
        <w:rPr>
          <w:rFonts w:ascii="Courier New" w:hAnsi="Courier New"/>
          <w:color w:val="555555"/>
          <w:sz w:val="20"/>
        </w:rPr>
        <w:t>[79]</w:t>
      </w:r>
    </w:p>
    <w:p>
      <w:r>
        <w:rPr>
          <w:rFonts w:ascii="Gentium Plus" w:hAnsi="Gentium Plus"/>
          <w:sz w:val="24"/>
        </w:rPr>
        <w:t>βάροις,</w:t>
      </w:r>
    </w:p>
    <w:p>
      <w:r>
        <w:rPr>
          <w:rFonts w:ascii="Courier New" w:hAnsi="Courier New"/>
          <w:color w:val="555555"/>
          <w:sz w:val="20"/>
        </w:rPr>
        <w:t>[80]</w:t>
      </w:r>
    </w:p>
    <w:p>
      <w:r>
        <w:rPr>
          <w:rFonts w:ascii="Gentium Plus" w:hAnsi="Gentium Plus"/>
          <w:sz w:val="24"/>
        </w:rPr>
        <w:t>λειψανδρησάσης παντελῶς τῆς Ῥωμαΐδος</w:t>
      </w:r>
    </w:p>
    <w:p>
      <w:r>
        <w:rPr>
          <w:rFonts w:ascii="Courier New" w:hAnsi="Courier New"/>
          <w:color w:val="555555"/>
          <w:sz w:val="20"/>
        </w:rPr>
        <w:t>[80]</w:t>
      </w:r>
    </w:p>
    <w:p>
      <w:r>
        <w:rPr>
          <w:rFonts w:ascii="Gentium Plus" w:hAnsi="Gentium Plus"/>
          <w:sz w:val="24"/>
        </w:rPr>
        <w:t>χώρας, ὅπως μὴ πρόρριζον αὐτῶν ἐκθαμνισθῇ τὸ</w:t>
      </w:r>
    </w:p>
    <w:p>
      <w:r>
        <w:rPr>
          <w:rFonts w:ascii="Courier New" w:hAnsi="Courier New"/>
          <w:color w:val="555555"/>
          <w:sz w:val="20"/>
        </w:rPr>
        <w:t>[81]</w:t>
      </w:r>
    </w:p>
    <w:p>
      <w:r>
        <w:rPr>
          <w:rFonts w:ascii="Gentium Plus" w:hAnsi="Gentium Plus"/>
          <w:sz w:val="24"/>
        </w:rPr>
        <w:t>γένος. τότε δ’ ἡ Ῥώμη, παντελῶς πάντων ἀνῃρη‐</w:t>
      </w:r>
    </w:p>
    <w:p>
      <w:r>
        <w:rPr>
          <w:rFonts w:ascii="Courier New" w:hAnsi="Courier New"/>
          <w:color w:val="555555"/>
          <w:sz w:val="20"/>
        </w:rPr>
        <w:t>[82]</w:t>
      </w:r>
    </w:p>
    <w:p>
      <w:r>
        <w:rPr>
          <w:rFonts w:ascii="Gentium Plus" w:hAnsi="Gentium Plus"/>
          <w:sz w:val="24"/>
        </w:rPr>
        <w:t>μένων, ἄκλειστος ἵστατο πολλοῖς ἡμεροδρόμοις κύ‐</w:t>
      </w:r>
    </w:p>
    <w:p>
      <w:r>
        <w:rPr>
          <w:rFonts w:ascii="Courier New" w:hAnsi="Courier New"/>
          <w:color w:val="555555"/>
          <w:sz w:val="20"/>
        </w:rPr>
        <w:t>[83]</w:t>
      </w:r>
    </w:p>
    <w:p>
      <w:r>
        <w:rPr>
          <w:rFonts w:ascii="Gentium Plus" w:hAnsi="Gentium Plus"/>
          <w:sz w:val="24"/>
        </w:rPr>
        <w:t>κλοις. οἱ γέροντες δ’ ἑζόμενοι τοῖς ταύτης προπυ‐</w:t>
      </w:r>
    </w:p>
    <w:p>
      <w:r>
        <w:rPr>
          <w:rFonts w:ascii="Courier New" w:hAnsi="Courier New"/>
          <w:color w:val="555555"/>
          <w:sz w:val="20"/>
        </w:rPr>
        <w:t>[84]</w:t>
      </w:r>
    </w:p>
    <w:p>
      <w:r>
        <w:rPr>
          <w:rFonts w:ascii="Gentium Plus" w:hAnsi="Gentium Plus"/>
          <w:sz w:val="24"/>
        </w:rPr>
        <w:t>λαίοις</w:t>
      </w:r>
    </w:p>
    <w:p>
      <w:r>
        <w:rPr>
          <w:rFonts w:ascii="Courier New" w:hAnsi="Courier New"/>
          <w:color w:val="555555"/>
          <w:sz w:val="20"/>
        </w:rPr>
        <w:t>[85]</w:t>
      </w:r>
    </w:p>
    <w:p>
      <w:r>
        <w:rPr>
          <w:rFonts w:ascii="Gentium Plus" w:hAnsi="Gentium Plus"/>
          <w:sz w:val="24"/>
        </w:rPr>
        <w:t>τὴν συμφορὰν ὠδύροντο τὴν ὑπερπαθεστάτην· τοὺς παριόντας δ’ ἤροντο μή πού τις ζῶν</w:t>
      </w:r>
    </w:p>
    <w:p>
      <w:r>
        <w:rPr>
          <w:rFonts w:ascii="Courier New" w:hAnsi="Courier New"/>
          <w:color w:val="555555"/>
          <w:sz w:val="20"/>
        </w:rPr>
        <w:t>[86]</w:t>
      </w:r>
    </w:p>
    <w:p>
      <w:r>
        <w:rPr>
          <w:rFonts w:ascii="Gentium Plus" w:hAnsi="Gentium Plus"/>
          <w:sz w:val="24"/>
        </w:rPr>
        <w:t>ἐλείφθη. τοιαύτης τότε συμφορᾶς τὴν Ῥώμην κατα‐</w:t>
      </w:r>
    </w:p>
    <w:p>
      <w:r>
        <w:rPr>
          <w:rFonts w:ascii="Courier New" w:hAnsi="Courier New"/>
          <w:color w:val="555555"/>
          <w:sz w:val="20"/>
        </w:rPr>
        <w:t>[87]</w:t>
      </w:r>
    </w:p>
    <w:p>
      <w:r>
        <w:rPr>
          <w:rFonts w:ascii="Gentium Plus" w:hAnsi="Gentium Plus"/>
          <w:sz w:val="24"/>
        </w:rPr>
        <w:t>σχούσης, Ἀννίβας κατημέλησε ταύτην ἐγκατασκάψαι νίκαις καὶ πότοις καὶ τρυφαῖς φανεὶς ἀμβλὺς</w:t>
      </w:r>
    </w:p>
    <w:p>
      <w:r>
        <w:rPr>
          <w:rFonts w:ascii="Courier New" w:hAnsi="Courier New"/>
          <w:color w:val="555555"/>
          <w:sz w:val="20"/>
        </w:rPr>
        <w:t>[89]</w:t>
      </w:r>
    </w:p>
    <w:p>
      <w:r>
        <w:rPr>
          <w:rFonts w:ascii="Gentium Plus" w:hAnsi="Gentium Plus"/>
          <w:sz w:val="24"/>
        </w:rPr>
        <w:t>πρὸς τοῦτο,</w:t>
      </w:r>
    </w:p>
    <w:p>
      <w:r>
        <w:rPr>
          <w:rFonts w:ascii="Courier New" w:hAnsi="Courier New"/>
          <w:color w:val="555555"/>
          <w:sz w:val="20"/>
        </w:rPr>
        <w:t>[90]</w:t>
      </w:r>
    </w:p>
    <w:p>
      <w:r>
        <w:rPr>
          <w:rFonts w:ascii="Gentium Plus" w:hAnsi="Gentium Plus"/>
          <w:sz w:val="24"/>
        </w:rPr>
        <w:t>ἔστ’ ἂν συνήχθη στράτευμα Ῥωμαίων τοῖς</w:t>
      </w:r>
    </w:p>
    <w:p>
      <w:r>
        <w:rPr>
          <w:rFonts w:ascii="Courier New" w:hAnsi="Courier New"/>
          <w:color w:val="555555"/>
          <w:sz w:val="20"/>
        </w:rPr>
        <w:t>[90]</w:t>
      </w:r>
    </w:p>
    <w:p>
      <w:r>
        <w:rPr>
          <w:rFonts w:ascii="Gentium Plus" w:hAnsi="Gentium Plus"/>
          <w:sz w:val="24"/>
        </w:rPr>
        <w:t>Ῥωμαίοις. τότε τριττῶς ἀπείρχθη δὲ πρὸς Ῥώμην ἐξορ‐</w:t>
      </w:r>
    </w:p>
    <w:p>
      <w:r>
        <w:rPr>
          <w:rFonts w:ascii="Courier New" w:hAnsi="Courier New"/>
          <w:color w:val="555555"/>
          <w:sz w:val="20"/>
        </w:rPr>
        <w:t>[91]</w:t>
      </w:r>
    </w:p>
    <w:p>
      <w:r>
        <w:rPr>
          <w:rFonts w:ascii="Gentium Plus" w:hAnsi="Gentium Plus"/>
          <w:sz w:val="24"/>
        </w:rPr>
        <w:t>μήσας· αἴφνης ἐκ τῆς αἰθρίας γὰρ χάλαζα σφοδρω‐</w:t>
      </w:r>
    </w:p>
    <w:p>
      <w:r>
        <w:rPr>
          <w:rFonts w:ascii="Courier New" w:hAnsi="Courier New"/>
          <w:color w:val="555555"/>
          <w:sz w:val="20"/>
        </w:rPr>
        <w:t>[92]</w:t>
      </w:r>
    </w:p>
    <w:p>
      <w:r>
        <w:rPr>
          <w:rFonts w:ascii="Gentium Plus" w:hAnsi="Gentium Plus"/>
          <w:sz w:val="24"/>
        </w:rPr>
        <w:t>τάτη καὶ γνόφος ἐγγινόμενος εἶργε πορείας τοῦτον. ὕστερον δὲ φθονούμενος τοῖς Σικελοῖς Ἀννί‐</w:t>
      </w:r>
    </w:p>
    <w:p>
      <w:r>
        <w:rPr>
          <w:rFonts w:ascii="Courier New" w:hAnsi="Courier New"/>
          <w:color w:val="555555"/>
          <w:sz w:val="20"/>
        </w:rPr>
        <w:t>[94]</w:t>
      </w:r>
    </w:p>
    <w:p>
      <w:r>
        <w:rPr>
          <w:rFonts w:ascii="Gentium Plus" w:hAnsi="Gentium Plus"/>
          <w:sz w:val="24"/>
        </w:rPr>
        <w:t>βας,</w:t>
      </w:r>
    </w:p>
    <w:p>
      <w:r>
        <w:rPr>
          <w:rFonts w:ascii="Courier New" w:hAnsi="Courier New"/>
          <w:color w:val="555555"/>
          <w:sz w:val="20"/>
        </w:rPr>
        <w:t>[95]</w:t>
      </w:r>
    </w:p>
    <w:p>
      <w:r>
        <w:rPr>
          <w:rFonts w:ascii="Gentium Plus" w:hAnsi="Gentium Plus"/>
          <w:sz w:val="24"/>
        </w:rPr>
        <w:t>ἐν σίτου χρείᾳ γεγονώς, καὶ μὴ στελλόντων</w:t>
      </w:r>
    </w:p>
    <w:p>
      <w:r>
        <w:rPr>
          <w:rFonts w:ascii="Courier New" w:hAnsi="Courier New"/>
          <w:color w:val="555555"/>
          <w:sz w:val="20"/>
        </w:rPr>
        <w:t>[95]</w:t>
      </w:r>
    </w:p>
    <w:p>
      <w:r>
        <w:rPr>
          <w:rFonts w:ascii="Gentium Plus" w:hAnsi="Gentium Plus"/>
          <w:sz w:val="24"/>
        </w:rPr>
        <w:t>τούτων, ὁ πρὶν γενναῖος νικητὴς λιμῷ νενικημένος φυγὰς ὑπὸ Σκηπίωνος γίνεται τοῦ Ῥωμαίου καὶ Σικελοῖς παραίτιος δεινῆς πανωλεθρίας. αὐτὸς δὲ φάρμακον πιὼν θνήσκει πρὸς Βι‐</w:t>
      </w:r>
    </w:p>
    <w:p>
      <w:r>
        <w:rPr>
          <w:rFonts w:ascii="Courier New" w:hAnsi="Courier New"/>
          <w:color w:val="555555"/>
          <w:sz w:val="20"/>
        </w:rPr>
        <w:t>[99]</w:t>
      </w:r>
    </w:p>
    <w:p>
      <w:r>
        <w:rPr>
          <w:rFonts w:ascii="Gentium Plus" w:hAnsi="Gentium Plus"/>
          <w:sz w:val="24"/>
        </w:rPr>
        <w:t>θυνίαν,</w:t>
      </w:r>
    </w:p>
    <w:p>
      <w:r>
        <w:rPr>
          <w:rFonts w:ascii="Courier New" w:hAnsi="Courier New"/>
          <w:color w:val="555555"/>
          <w:sz w:val="20"/>
        </w:rPr>
        <w:t>[25 . 19 . 1 (100)]</w:t>
      </w:r>
    </w:p>
    <w:p>
      <w:r>
        <w:rPr>
          <w:rFonts w:ascii="Gentium Plus" w:hAnsi="Gentium Plus"/>
          <w:sz w:val="24"/>
        </w:rPr>
        <w:t>πρός τι χωρίον Λίβυσσαν καλούμενον τῇ</w:t>
      </w:r>
    </w:p>
    <w:p>
      <w:r>
        <w:rPr>
          <w:rFonts w:ascii="Courier New" w:hAnsi="Courier New"/>
          <w:color w:val="555555"/>
          <w:sz w:val="20"/>
        </w:rPr>
        <w:t>[25 . 19 . 1 (100)]</w:t>
      </w:r>
    </w:p>
    <w:p>
      <w:r>
        <w:rPr>
          <w:rFonts w:ascii="Gentium Plus" w:hAnsi="Gentium Plus"/>
          <w:sz w:val="24"/>
        </w:rPr>
        <w:t>κλήσει, δοκῶν θανεῖν εἰς Λίβυσσαν πατρίδα τὴν</w:t>
      </w:r>
    </w:p>
    <w:p>
      <w:r>
        <w:rPr>
          <w:rFonts w:ascii="Courier New" w:hAnsi="Courier New"/>
          <w:color w:val="555555"/>
          <w:sz w:val="20"/>
        </w:rPr>
        <w:t>[101]</w:t>
      </w:r>
    </w:p>
    <w:p>
      <w:r>
        <w:rPr>
          <w:rFonts w:ascii="Gentium Plus" w:hAnsi="Gentium Plus"/>
          <w:sz w:val="24"/>
        </w:rPr>
        <w:t>οἰκείαν. ἦν γὰρ Ἀννίβᾳ τις χρησμὸς οὕτω που γε‐</w:t>
      </w:r>
    </w:p>
    <w:p>
      <w:r>
        <w:rPr>
          <w:rFonts w:ascii="Courier New" w:hAnsi="Courier New"/>
          <w:color w:val="555555"/>
          <w:sz w:val="20"/>
        </w:rPr>
        <w:t>[102]</w:t>
      </w:r>
    </w:p>
    <w:p>
      <w:r>
        <w:rPr>
          <w:rFonts w:ascii="Gentium Plus" w:hAnsi="Gentium Plus"/>
          <w:sz w:val="24"/>
        </w:rPr>
        <w:t>γραμμένος· Λίβυσσα κρύψει βῶλος Ἀννίβα δέμας.</w:t>
      </w:r>
    </w:p>
    <w:p>
      <w:r>
        <w:rPr>
          <w:rFonts w:ascii="Courier New" w:hAnsi="Courier New"/>
          <w:color w:val="555555"/>
          <w:sz w:val="20"/>
        </w:rPr>
        <w:t>[26 t 1]</w:t>
      </w:r>
    </w:p>
    <w:p>
      <w:pPr>
        <w:jc w:val="center"/>
      </w:pPr>
      <w:r>
        <w:rPr>
          <w:rFonts w:ascii="Gentium Plus" w:hAnsi="Gentium Plus"/>
          <w:b/>
          <w:sz w:val="24"/>
        </w:rPr>
        <w:t>FRAGMENTA LIBRI XXVI</w:t>
      </w:r>
    </w:p>
    <w:p>
      <w:r>
        <w:rPr>
          <w:rFonts w:ascii="Courier New" w:hAnsi="Courier New"/>
          <w:color w:val="555555"/>
          <w:sz w:val="20"/>
        </w:rPr>
        <w:t>[26 . 1 . 1]</w:t>
      </w:r>
    </w:p>
    <w:p>
      <w:r>
        <w:rPr>
          <w:rFonts w:ascii="Gentium Plus" w:hAnsi="Gentium Plus"/>
          <w:sz w:val="24"/>
        </w:rPr>
        <w:t>Οὔτε ποιητὴς οὔτε συγγραφεὺς οὔτε ἄλλος τεχνίτης οὐδεὶς παραγγελίας τινὸς λογικῆς δύναται πᾶσι τοῖς ἀναγινώσκουσι κατὰ πᾶν εὐαρεστῆσαι· θνητῇ δὲ φύσει, κἂν ὅλως ἐπιτετευγμένη γένηται,</w:t>
      </w:r>
    </w:p>
    <w:p>
      <w:r>
        <w:rPr>
          <w:rFonts w:ascii="Courier New" w:hAnsi="Courier New"/>
          <w:color w:val="555555"/>
          <w:sz w:val="20"/>
        </w:rPr>
        <w:t>[5]</w:t>
      </w:r>
    </w:p>
    <w:p>
      <w:r>
        <w:rPr>
          <w:rFonts w:ascii="Gentium Plus" w:hAnsi="Gentium Plus"/>
          <w:sz w:val="24"/>
        </w:rPr>
        <w:t>οὐ δυνατὸν ἐφικέσθαι τῆς ἀμέμπτου πάντων εὐαρεστήσεως. οὔτε γὰρ Φειδίας, μάλιστα τεθαυ‐ μασμένος ἐπὶ τῇ τῶν ἐλεφαντίνων ἀγαλμάτων κατασκευῇ, οὔτε Πραξιτέλης ὁ καταμίξας ἄκρως τοῖς λιθίνοις ἔργοις τὰ τῆς ψυχῆς πάθη, οὔτε</w:t>
      </w:r>
    </w:p>
    <w:p>
      <w:r>
        <w:rPr>
          <w:rFonts w:ascii="Courier New" w:hAnsi="Courier New"/>
          <w:color w:val="555555"/>
          <w:sz w:val="20"/>
        </w:rPr>
        <w:t>[10]</w:t>
      </w:r>
    </w:p>
    <w:p>
      <w:r>
        <w:rPr>
          <w:rFonts w:ascii="Gentium Plus" w:hAnsi="Gentium Plus"/>
          <w:sz w:val="24"/>
        </w:rPr>
        <w:t>Ἀπελλῆς ἢ Παρράσιος οἱ τοῖς ἐμπειρικῶς κεκρα‐ μένοις χρώμασι προαγαγόντες εἰς ἀκρότατον τὴν ζωγραφικὴν τέχνην, οὕτως ἐπέτυχον ἐν τοῖς ἔργοις ὥστε κατὰ πᾶν ἄμεμπτον ἐπιδείξασθαι τὸ τῆς ἐμπειρίας ἀποτέλεσμα. τίς γὰρ ἐπιφανέστερος τῶν</w:t>
      </w:r>
    </w:p>
    <w:p>
      <w:r>
        <w:rPr>
          <w:rFonts w:ascii="Courier New" w:hAnsi="Courier New"/>
          <w:color w:val="555555"/>
          <w:sz w:val="20"/>
        </w:rPr>
        <w:t>[15]</w:t>
      </w:r>
    </w:p>
    <w:p>
      <w:r>
        <w:rPr>
          <w:rFonts w:ascii="Gentium Plus" w:hAnsi="Gentium Plus"/>
          <w:sz w:val="24"/>
        </w:rPr>
        <w:t>μὲν ποιητῶν Ὁμήρου, τῶν δὲ ῥητόρων Δημο‐ σθένους, τῶν δὲ εὖ βεβιωκότων Ἀριστείδου καὶ Σόλωνος; ἀλλ’ ὅμως ταῖς τούτων εὐφημίαις καὶ δυνάμεσι προσῆλθεν ὁ μεμφόμενος καὶ τὰς ἀγνοίας</w:t>
      </w:r>
    </w:p>
    <w:p>
      <w:r>
        <w:rPr>
          <w:rFonts w:ascii="Courier New" w:hAnsi="Courier New"/>
          <w:color w:val="555555"/>
          <w:sz w:val="20"/>
        </w:rPr>
        <w:t>[26 . 1 . 2]</w:t>
      </w:r>
    </w:p>
    <w:p>
      <w:r>
        <w:rPr>
          <w:rFonts w:ascii="Gentium Plus" w:hAnsi="Gentium Plus"/>
          <w:sz w:val="24"/>
        </w:rPr>
        <w:t>ἐλέγχων λόγος. ἄνθρωποι γὰρ ὄντες καὶ ταῖς τῶν ἐγχειρουμένων ὑπεροχαῖς ἐπιτυγχάνοντες, ὅμως διὰ</w:t>
      </w:r>
    </w:p>
    <w:p>
      <w:r>
        <w:rPr>
          <w:rFonts w:ascii="Courier New" w:hAnsi="Courier New"/>
          <w:color w:val="555555"/>
          <w:sz w:val="20"/>
        </w:rPr>
        <w:t>[5]</w:t>
      </w:r>
    </w:p>
    <w:p>
      <w:r>
        <w:rPr>
          <w:rFonts w:ascii="Gentium Plus" w:hAnsi="Gentium Plus"/>
          <w:sz w:val="24"/>
        </w:rPr>
        <w:t>μικρόσοφα, τὰ παραπέμποντα μὲν τὰ καλῶς ἔχοντα τῶν ἐπιτελεσθέντων, προσπλεκόμενα δὲ τοῖς ἐπι‐ δεχομένοις διαστροφήν τινα καὶ πιθανὴν μέμψιν, ἐξ ὧν φιλοτιμοῦνται διὰ τῆς τῶν ἄλλων κατηγο‐ ρίας τὴν ἰδίαν αὐξήσειν ἐμπειρίαν, ἀγνοοῦντες ὅτι</w:t>
      </w:r>
    </w:p>
    <w:p>
      <w:r>
        <w:rPr>
          <w:rFonts w:ascii="Courier New" w:hAnsi="Courier New"/>
          <w:color w:val="555555"/>
          <w:sz w:val="20"/>
        </w:rPr>
        <w:t>[10]</w:t>
      </w:r>
    </w:p>
    <w:p>
      <w:r>
        <w:rPr>
          <w:rFonts w:ascii="Gentium Plus" w:hAnsi="Gentium Plus"/>
          <w:sz w:val="24"/>
        </w:rPr>
        <w:t>πᾶσα δύναμις οὐκ ἐκ τῆς ἀλλοπαθείας ἀσθενεῖ, ἀλλ’</w:t>
      </w:r>
    </w:p>
    <w:p>
      <w:r>
        <w:rPr>
          <w:rFonts w:ascii="Courier New" w:hAnsi="Courier New"/>
          <w:color w:val="555555"/>
          <w:sz w:val="20"/>
        </w:rPr>
        <w:t>[26 . 1 . 3]</w:t>
      </w:r>
    </w:p>
    <w:p>
      <w:r>
        <w:rPr>
          <w:rFonts w:ascii="Gentium Plus" w:hAnsi="Gentium Plus"/>
          <w:sz w:val="24"/>
        </w:rPr>
        <w:t>ἐκ τῆς ἰδίας ἕξεως θεωρεῖται. θαυμάσειε δὲ ἄν τις τῆς τοιαύτης ἀβελτερίας τὴν εἰς τὰ φαῦλα φιλο‐ πονίαν, δι’ ἧς τινες πειρῶνται ταῖς κατὰ τῶν ἄλλων βλασφημίαις ἰδίαν εὐδοξίαν ἀποφέρεσθαι. εἰσὶ γάρ</w:t>
      </w:r>
    </w:p>
    <w:p>
      <w:r>
        <w:rPr>
          <w:rFonts w:ascii="Courier New" w:hAnsi="Courier New"/>
          <w:color w:val="555555"/>
          <w:sz w:val="20"/>
        </w:rPr>
        <w:t>[5]</w:t>
      </w:r>
    </w:p>
    <w:p>
      <w:r>
        <w:rPr>
          <w:rFonts w:ascii="Gentium Plus" w:hAnsi="Gentium Plus"/>
          <w:sz w:val="24"/>
        </w:rPr>
        <w:t>τινες, οἶμαι, φύσεις σκαιότητι βλάπτουσαι, καθ‐ άπερ ἐκκαίουσαι τὰ καλὰ τῶν γεννημάτων πάχναι καὶ χιόνες. καὶ γὰρ διὰ τὴν ἀνταύγειαν τῆς κατὰ τὴν χιόνα λευκότητος ἀμαυρουμένη ἡ ὄψις τῆς ἀκριβοῦς θεωρίας ἀποστερεῖται, καὶ προαιρέσεις</w:t>
      </w:r>
    </w:p>
    <w:p>
      <w:r>
        <w:rPr>
          <w:rFonts w:ascii="Courier New" w:hAnsi="Courier New"/>
          <w:color w:val="555555"/>
          <w:sz w:val="20"/>
        </w:rPr>
        <w:t>[10]</w:t>
      </w:r>
    </w:p>
    <w:p>
      <w:r>
        <w:rPr>
          <w:rFonts w:ascii="Gentium Plus" w:hAnsi="Gentium Plus"/>
          <w:sz w:val="24"/>
        </w:rPr>
        <w:t>ἀνθρώπων ἀξιόλογον μὲν ἔργον οὔτε βουλόμεναι δρᾶν οὔτε δυνάμεναι, τὰ δὲ ὑπὸ τῶν ἄλλων πεποιη‐ μένα διασύρουσι. διὸ χρὴ τοὺς εὖ φρονοῦντας τοῖς μὲν διὰ ἐπιμέλειαν κατωρθωκόσιν ἀρετῆς ἀπο‐ μερίζειν τὸν ἔπαινον, τοῖς δὲ σπανίως κατορθοῦσι</w:t>
      </w:r>
    </w:p>
    <w:p>
      <w:r>
        <w:rPr>
          <w:rFonts w:ascii="Courier New" w:hAnsi="Courier New"/>
          <w:color w:val="555555"/>
          <w:sz w:val="20"/>
        </w:rPr>
        <w:t>[15]</w:t>
      </w:r>
    </w:p>
    <w:p>
      <w:r>
        <w:rPr>
          <w:rFonts w:ascii="Gentium Plus" w:hAnsi="Gentium Plus"/>
          <w:sz w:val="24"/>
        </w:rPr>
        <w:t>μὴ συκοφαντεῖν ἀνθρωπίνης φύσεως τὴν ἀσθένειαν. περὶ μὲν οὖν τῶν βασκαίνειν ἐπιτηδευόντων ἱκανὸν ἡμῖν εἰρήσθω. (Exc. Hoesch. pp. 512—513 W.)</w:t>
      </w:r>
    </w:p>
    <w:p>
      <w:r>
        <w:rPr>
          <w:rFonts w:ascii="Courier New" w:hAnsi="Courier New"/>
          <w:color w:val="555555"/>
          <w:sz w:val="20"/>
        </w:rPr>
        <w:t>[26 . 2 . 1]</w:t>
      </w:r>
    </w:p>
    <w:p>
      <w:r>
        <w:rPr>
          <w:rFonts w:ascii="Gentium Plus" w:hAnsi="Gentium Plus"/>
          <w:sz w:val="24"/>
        </w:rPr>
        <w:t>Ὅτι Ἀννίβας ἦν φύσει μάχιμος, καὶ τῇ τῶν</w:t>
      </w:r>
    </w:p>
    <w:p>
      <w:r>
        <w:rPr>
          <w:rFonts w:ascii="Courier New" w:hAnsi="Courier New"/>
          <w:color w:val="555555"/>
          <w:sz w:val="20"/>
        </w:rPr>
        <w:t>[5]</w:t>
      </w:r>
    </w:p>
    <w:p>
      <w:r>
        <w:rPr>
          <w:rFonts w:ascii="Gentium Plus" w:hAnsi="Gentium Plus"/>
          <w:sz w:val="24"/>
        </w:rPr>
        <w:t>ρηγημένος δὲ ὑπὸ τῆς φύσεως ἀγχινοίᾳ καὶ πεποιη‐ μένος στρατηγικὴν ἀρετὴν διὰ τῆς πολυχρονίου περὶ τὸν πόλεμον ἀσκήσεως μεγάλας ἐλπίδας εἶχεν ἐν ἑαυτῷ. (Const. Exc. 2(1), p. 263.)</w:t>
      </w:r>
    </w:p>
    <w:p>
      <w:r>
        <w:rPr>
          <w:rFonts w:ascii="Courier New" w:hAnsi="Courier New"/>
          <w:color w:val="555555"/>
          <w:sz w:val="20"/>
        </w:rPr>
        <w:t>[26 . 3 . 1]</w:t>
      </w:r>
    </w:p>
    <w:p>
      <w:r>
        <w:rPr>
          <w:rFonts w:ascii="Gentium Plus" w:hAnsi="Gentium Plus"/>
          <w:sz w:val="24"/>
        </w:rPr>
        <w:t>Ὅτι Ἀννίβας πρὸς τὴν τοῦ δικτάτωρος Φαβίου σύνεσιν ἀντιμηχανώμενος εἰς παράταξιν αὐτὸν προὐκαλεῖτο, καὶ τοῖς τῆς δειλίας ὀνείδεσιν ἐπειρᾶτο συναναγκάζειν εἰς τὴν διὰ μάχης κρίσιν</w:t>
      </w:r>
    </w:p>
    <w:p>
      <w:r>
        <w:rPr>
          <w:rFonts w:ascii="Courier New" w:hAnsi="Courier New"/>
          <w:color w:val="555555"/>
          <w:sz w:val="20"/>
        </w:rPr>
        <w:t>[5]</w:t>
      </w:r>
    </w:p>
    <w:p>
      <w:r>
        <w:rPr>
          <w:rFonts w:ascii="Gentium Plus" w:hAnsi="Gentium Plus"/>
          <w:sz w:val="24"/>
        </w:rPr>
        <w:t>συγκαταβαίνειν. ὡς δὲ οὐκ ἔπειθεν, ὁ δῆμος τῶν Ῥωμαίων ἐβλασφήμει τὸν δικτάτωρα καὶ παιδα‐ γωγὸν ἐπικαλῶν αὐτὸν ὠνείδιζε τὴν δειλίαν· ὁ δὲ τὴν ὕβριν ἀταράχως καὶ βαθέως ἔφερεν. (Const. Exc. 4, p. 354.)</w:t>
      </w:r>
    </w:p>
    <w:p>
      <w:r>
        <w:rPr>
          <w:rFonts w:ascii="Courier New" w:hAnsi="Courier New"/>
          <w:color w:val="555555"/>
          <w:sz w:val="20"/>
        </w:rPr>
        <w:t>[26 . 3 . 2]</w:t>
      </w:r>
    </w:p>
    <w:p>
      <w:r>
        <w:rPr>
          <w:rFonts w:ascii="Gentium Plus" w:hAnsi="Gentium Plus"/>
          <w:sz w:val="24"/>
        </w:rPr>
        <w:t>Καθάπερ γὰρ ἀθλητὴς ἀγαθὸς πολὺν χρόνον χειραλειπτήσας ἐπὶ τὸν ἀγῶνα καταντᾷ ἐμπειρίαν μεγάλην καὶ δύναμιν πεποιημένος. (Exc. Hoesch. p. 513 W.; cp. Suidas, s. v. χειρα‐</w:t>
      </w:r>
    </w:p>
    <w:p>
      <w:r>
        <w:rPr>
          <w:rFonts w:ascii="Courier New" w:hAnsi="Courier New"/>
          <w:color w:val="555555"/>
          <w:sz w:val="20"/>
        </w:rPr>
        <w:t>[5]</w:t>
      </w:r>
    </w:p>
    <w:p>
      <w:r>
        <w:rPr>
          <w:rFonts w:ascii="Gentium Plus" w:hAnsi="Gentium Plus"/>
          <w:sz w:val="24"/>
        </w:rPr>
        <w:t>λειπτήσας.)</w:t>
      </w:r>
    </w:p>
    <w:p>
      <w:r>
        <w:rPr>
          <w:rFonts w:ascii="Courier New" w:hAnsi="Courier New"/>
          <w:color w:val="555555"/>
          <w:sz w:val="20"/>
        </w:rPr>
        <w:t>[26 . 3 . 3]</w:t>
      </w:r>
    </w:p>
    <w:p>
      <w:r>
        <w:rPr>
          <w:rFonts w:ascii="Gentium Plus" w:hAnsi="Gentium Plus"/>
          <w:sz w:val="24"/>
        </w:rPr>
        <w:t>Ὅτι τοῦ Μινυκίου ἡττηθέντος ὑπὸ τοῦ Ἀννίβου, ἐκ τῶν ἀποτελεσμάτων ὑπὸ πάντων ἐκρίθη Μι‐ νύκιος μὲν ἀφροσύνῃ καὶ ἀπειρίᾳ τοῖς ὅλοις ἐπται‐ κώς, Φάβιος δὲ ἀγχινοίᾳ καὶ ἀρετῇ στρατηγικῇ διὰ</w:t>
      </w:r>
    </w:p>
    <w:p>
      <w:r>
        <w:rPr>
          <w:rFonts w:ascii="Courier New" w:hAnsi="Courier New"/>
          <w:color w:val="555555"/>
          <w:sz w:val="20"/>
        </w:rPr>
        <w:t>[5]</w:t>
      </w:r>
    </w:p>
    <w:p>
      <w:r>
        <w:rPr>
          <w:rFonts w:ascii="Gentium Plus" w:hAnsi="Gentium Plus"/>
          <w:sz w:val="24"/>
        </w:rPr>
        <w:t>παντὸς προνενοημένος τῆς ἀσφαλείας.</w:t>
      </w:r>
    </w:p>
    <w:p>
      <w:r>
        <w:rPr>
          <w:rFonts w:ascii="Courier New" w:hAnsi="Courier New"/>
          <w:color w:val="555555"/>
          <w:sz w:val="20"/>
        </w:rPr>
        <w:t>[26 . 4 . 1]</w:t>
      </w:r>
    </w:p>
    <w:p>
      <w:r>
        <w:rPr>
          <w:rFonts w:ascii="Gentium Plus" w:hAnsi="Gentium Plus"/>
          <w:sz w:val="24"/>
        </w:rPr>
        <w:t>Μηνόδοτος δὲ ὁ Περίνθιος τὰς Ἑλληνικὰς πραγματείας ἔγραψεν ἐν βιβλίοις πεντεκαίδεκα, Σώσιλος δὲ ὁ Ἠλεῖος τὰ περὶ Ἀννίβαν ἔγραψεν ἐν βιβλίοις ἑπτά.</w:t>
      </w:r>
    </w:p>
    <w:p>
      <w:r>
        <w:rPr>
          <w:rFonts w:ascii="Courier New" w:hAnsi="Courier New"/>
          <w:color w:val="555555"/>
          <w:sz w:val="20"/>
        </w:rPr>
        <w:t>[26 . 5 . 1]</w:t>
      </w:r>
    </w:p>
    <w:p>
      <w:r>
        <w:rPr>
          <w:rFonts w:ascii="Gentium Plus" w:hAnsi="Gentium Plus"/>
          <w:sz w:val="24"/>
        </w:rPr>
        <w:t>Κατὰ δὲ Ῥωμαίους ἡ λεγεὼν πεντακισχίλιοί εἰσιν. (Exc. Hoesch. p. 513 W.)</w:t>
      </w:r>
    </w:p>
    <w:p>
      <w:r>
        <w:rPr>
          <w:rFonts w:ascii="Courier New" w:hAnsi="Courier New"/>
          <w:color w:val="555555"/>
          <w:sz w:val="20"/>
        </w:rPr>
        <w:t>[26 . 6 . 1]</w:t>
      </w:r>
    </w:p>
    <w:p>
      <w:r>
        <w:rPr>
          <w:rFonts w:ascii="Gentium Plus" w:hAnsi="Gentium Plus"/>
          <w:sz w:val="24"/>
        </w:rPr>
        <w:t>Ὅτι φύσει οἱ ἄνθρωποι ταῖς μὲν εὐημερίαις προστρέχουσι, τῇ δὲ τῶν πταισάντων τύχῃ συνεπι‐ τίθενται. (Const. Exc. 4, p. 354; Exc. Hoesch. p. 513 W.)</w:t>
      </w:r>
    </w:p>
    <w:p>
      <w:r>
        <w:rPr>
          <w:rFonts w:ascii="Courier New" w:hAnsi="Courier New"/>
          <w:color w:val="555555"/>
          <w:sz w:val="20"/>
        </w:rPr>
        <w:t>[26 . 6 . 2]</w:t>
      </w:r>
    </w:p>
    <w:p>
      <w:r>
        <w:rPr>
          <w:rFonts w:ascii="Gentium Plus" w:hAnsi="Gentium Plus"/>
          <w:sz w:val="24"/>
        </w:rPr>
        <w:t>Τὴν γὰρ τύχην εὐμετάβολον οὖσαν φύσει ταχὺ τὴν ἐναντίαν εἰσάξειν μεταβολήν. (Exc. Hoesch. p. 513 W.)</w:t>
      </w:r>
    </w:p>
    <w:p>
      <w:r>
        <w:rPr>
          <w:rFonts w:ascii="Courier New" w:hAnsi="Courier New"/>
          <w:color w:val="555555"/>
          <w:sz w:val="20"/>
        </w:rPr>
        <w:t>[26 . 7 . 1]</w:t>
      </w:r>
    </w:p>
    <w:p>
      <w:r>
        <w:rPr>
          <w:rFonts w:ascii="Gentium Plus" w:hAnsi="Gentium Plus"/>
          <w:sz w:val="24"/>
        </w:rPr>
        <w:t>Ὅτι Δωρίμαχος ὁ τῶν Αἰτωλῶν στρατηγὸς ἀσεβῆ συνετελέσατο πρᾶξιν· τὸ γὰρ περὶ Δωδώνην μαντεῖον συλήσας, ἐνέπρησε τὸ ἱερὸν πλὴν τοῦ σηκοῦ. (Const. Exc. 2(1), p. 264.)</w:t>
      </w:r>
    </w:p>
    <w:p>
      <w:r>
        <w:rPr>
          <w:rFonts w:ascii="Courier New" w:hAnsi="Courier New"/>
          <w:color w:val="555555"/>
          <w:sz w:val="20"/>
        </w:rPr>
        <w:t>[26 . 8 . 1]</w:t>
      </w:r>
    </w:p>
    <w:p>
      <w:r>
        <w:rPr>
          <w:rFonts w:ascii="Gentium Plus" w:hAnsi="Gentium Plus"/>
          <w:sz w:val="24"/>
        </w:rPr>
        <w:t>Ῥόδου γὰρ ὑπὸ σεισμοῦ μεγάλου καταπτω‐ θείσης, Ἱέρων ὁ Συρακούσιος ἔδωκεν εἰς οἰκοδομὴν τοῦ τείχους ἀργυρίου ἓξ τάλαντα καὶ ἀργυρίους λέβητας ἀξιολόγους χωρὶς τοῦ νομίσματος καὶ</w:t>
      </w:r>
    </w:p>
    <w:p>
      <w:r>
        <w:rPr>
          <w:rFonts w:ascii="Courier New" w:hAnsi="Courier New"/>
          <w:color w:val="555555"/>
          <w:sz w:val="20"/>
        </w:rPr>
        <w:t>[5]</w:t>
      </w:r>
    </w:p>
    <w:p>
      <w:r>
        <w:rPr>
          <w:rFonts w:ascii="Gentium Plus" w:hAnsi="Gentium Plus"/>
          <w:sz w:val="24"/>
        </w:rPr>
        <w:t>ἀτέλειαν τοῖς σιτηγοῖς πλοίοις.</w:t>
      </w:r>
    </w:p>
    <w:p>
      <w:r>
        <w:rPr>
          <w:rFonts w:ascii="Courier New" w:hAnsi="Courier New"/>
          <w:color w:val="555555"/>
          <w:sz w:val="20"/>
        </w:rPr>
        <w:t>[26 . 9 . 1]</w:t>
      </w:r>
    </w:p>
    <w:p>
      <w:r>
        <w:rPr>
          <w:rFonts w:ascii="Gentium Plus" w:hAnsi="Gentium Plus"/>
          <w:sz w:val="24"/>
        </w:rPr>
        <w:t>Ἡ νῦν δὲ καλουμένη Φιλιππόπολις κατὰ τὴν Θετταλίαν Φθιώτιδες Θῆβαι ἐκαλοῦντο. (Exc. Hoesch. p. 513 W.)</w:t>
      </w:r>
    </w:p>
    <w:p>
      <w:r>
        <w:rPr>
          <w:rFonts w:ascii="Courier New" w:hAnsi="Courier New"/>
          <w:color w:val="555555"/>
          <w:sz w:val="20"/>
        </w:rPr>
        <w:t>[26 . 10 . 1]</w:t>
      </w:r>
    </w:p>
    <w:p>
      <w:r>
        <w:rPr>
          <w:rFonts w:ascii="Gentium Plus" w:hAnsi="Gentium Plus"/>
          <w:sz w:val="24"/>
        </w:rPr>
        <w:t>Ὅτι κατὰ τὴν Καπύην προτεθείσης βουλῆς ἐν ἐκκλησίᾳ κοινῇ τί πρακτέον εἴη περὶ τῆς ἀποστά‐ σεως, ἐπέτρεψαν οἱ Καπυηνοὶ γνώμην ἀποφήνασθαι τῷ προσαγορευομένῳ Παγκύλῳ Παύκῳ. ὁ δὲ ἐκ‐</w:t>
      </w:r>
    </w:p>
    <w:p>
      <w:r>
        <w:rPr>
          <w:rFonts w:ascii="Courier New" w:hAnsi="Courier New"/>
          <w:color w:val="555555"/>
          <w:sz w:val="20"/>
        </w:rPr>
        <w:t>[5]</w:t>
      </w:r>
    </w:p>
    <w:p>
      <w:r>
        <w:rPr>
          <w:rFonts w:ascii="Gentium Plus" w:hAnsi="Gentium Plus"/>
          <w:sz w:val="24"/>
        </w:rPr>
        <w:t>τὸς τῶν φρενῶν γεγονὼς διὰ τὸν Ἀννίβου φόβον ὤμοσε τοῖς πολίταις ἰδιότροπον ὅρκον. ἔφησε γάρ, εἰ τῶν ἑκατὸν ἐλπίδα μίαν εἶχεν ἐν τοῖς Ῥωμαίοις, οὐκ ἂν μετέστη πρὸς Καρχηδονίους· νῦν δὲ φανερᾶς οὔσης τῆς τῶν πολεμίων ὑπεροχῆς καὶ τοῦ κινδύνου</w:t>
      </w:r>
    </w:p>
    <w:p>
      <w:r>
        <w:rPr>
          <w:rFonts w:ascii="Courier New" w:hAnsi="Courier New"/>
          <w:color w:val="555555"/>
          <w:sz w:val="20"/>
        </w:rPr>
        <w:t>[10]</w:t>
      </w:r>
    </w:p>
    <w:p>
      <w:r>
        <w:rPr>
          <w:rFonts w:ascii="Gentium Plus" w:hAnsi="Gentium Plus"/>
          <w:sz w:val="24"/>
        </w:rPr>
        <w:t>ταῖς πύλαις ἐφεστῶτος, ἀναγκαῖον εἶναι ταῖς ὑπερ‐ οχαῖς εἴκειν. τούτῳ δὲ τῷ τρόπῳ πάντων συγκα‐ ταθεμένων προστίθεσθαι τοῖς Καρχηδονίοις ... (Const. Exc. 4, pp. 354—355.)</w:t>
      </w:r>
    </w:p>
    <w:p>
      <w:r>
        <w:rPr>
          <w:rFonts w:ascii="Courier New" w:hAnsi="Courier New"/>
          <w:color w:val="555555"/>
          <w:sz w:val="20"/>
        </w:rPr>
        <w:t>[26 . 11 . 1]</w:t>
      </w:r>
    </w:p>
    <w:p>
      <w:r>
        <w:rPr>
          <w:rFonts w:ascii="Gentium Plus" w:hAnsi="Gentium Plus"/>
          <w:sz w:val="24"/>
        </w:rPr>
        <w:t>Ὅτι ἡ τοῦ Ἀννίβου δύναμις πολὺν χρόνον τῆς τῶν Καμπανῶν εὐδαιμονίας ἀπλήστως ἐμπλη‐ σθεῖσα μετέβαλε ταῖς ἀγωγαῖς εἰς τοὐναντίον· τρυφῆς γὰρ συνεχοῦς καὶ μαλακῆς εὐνῆς καὶ μύρων</w:t>
      </w:r>
    </w:p>
    <w:p>
      <w:r>
        <w:rPr>
          <w:rFonts w:ascii="Courier New" w:hAnsi="Courier New"/>
          <w:color w:val="555555"/>
          <w:sz w:val="20"/>
        </w:rPr>
        <w:t>[5]</w:t>
      </w:r>
    </w:p>
    <w:p>
      <w:r>
        <w:rPr>
          <w:rFonts w:ascii="Gentium Plus" w:hAnsi="Gentium Plus"/>
          <w:sz w:val="24"/>
        </w:rPr>
        <w:t>παντοίων καὶ παντοίας τροφῆς πολυτέλεια τὴν μὲν ἀλκὴν καὶ συνήθη τῶν δεινῶν ἐξέλυσεν ὑπομονήν, τὰ δὲ σώματα καὶ τὰς ψυχὰς εἰς γυναικώδη καὶ τρυφερὰν διάθεσιν μετέστησεν. ἡ γὰρ ἀνθρωπίνη</w:t>
      </w:r>
    </w:p>
    <w:p>
      <w:r>
        <w:rPr>
          <w:rFonts w:ascii="Courier New" w:hAnsi="Courier New"/>
          <w:color w:val="555555"/>
          <w:sz w:val="20"/>
        </w:rPr>
        <w:t>[10]</w:t>
      </w:r>
    </w:p>
    <w:p>
      <w:r>
        <w:rPr>
          <w:rFonts w:ascii="Gentium Plus" w:hAnsi="Gentium Plus"/>
          <w:sz w:val="24"/>
        </w:rPr>
        <w:t>δίαιταν εὐτελῆ δυσχερῶς προσίεται, τὴν δὲ ῥᾳ‐ στώνην καὶ τρυφὴν ἑτοίμως διώκει. (Ὅτι ἡ ... μετέστησεν, Const. Exc. 2(1), p. 264; τρυφῆς to end, Exc. Hoesch. p. 514 W.; last sentence, Const. Exc. 4, p. 355.)</w:t>
      </w:r>
    </w:p>
    <w:p>
      <w:r>
        <w:rPr>
          <w:rFonts w:ascii="Courier New" w:hAnsi="Courier New"/>
          <w:color w:val="555555"/>
          <w:sz w:val="20"/>
        </w:rPr>
        <w:t>[26 . 12 . 1]</w:t>
      </w:r>
    </w:p>
    <w:p>
      <w:r>
        <w:rPr>
          <w:rFonts w:ascii="Gentium Plus" w:hAnsi="Gentium Plus"/>
          <w:sz w:val="24"/>
        </w:rPr>
        <w:t>Ποικίλη δέ τις ἀνωμαλία κατεῖχε τὰς πόλεις, ὡς ἂν τῆς ὁμονοίας δεῦρο κἀκεῖσε λαμβανούσης τὰς ῥοπάς.</w:t>
      </w:r>
    </w:p>
    <w:p>
      <w:r>
        <w:rPr>
          <w:rFonts w:ascii="Courier New" w:hAnsi="Courier New"/>
          <w:color w:val="555555"/>
          <w:sz w:val="20"/>
        </w:rPr>
        <w:t>[26 . 12 . 2]</w:t>
      </w:r>
    </w:p>
    <w:p>
      <w:r>
        <w:rPr>
          <w:rFonts w:ascii="Gentium Plus" w:hAnsi="Gentium Plus"/>
          <w:sz w:val="24"/>
        </w:rPr>
        <w:t>Ὅτι ταῖς τῶν πραγμάτων μεταβολαῖς καὶ τὰς τῶν φίλων εὐνοίας θεωρεῖν ἔστιν συμμεταβαλ‐ λούσας.</w:t>
      </w:r>
    </w:p>
    <w:p>
      <w:r>
        <w:rPr>
          <w:rFonts w:ascii="Courier New" w:hAnsi="Courier New"/>
          <w:color w:val="555555"/>
          <w:sz w:val="20"/>
        </w:rPr>
        <w:t>[26 . 12 . 3]</w:t>
      </w:r>
    </w:p>
    <w:p>
      <w:r>
        <w:rPr>
          <w:rFonts w:ascii="Gentium Plus" w:hAnsi="Gentium Plus"/>
          <w:sz w:val="24"/>
        </w:rPr>
        <w:t>Ὅτι αἱ τῶν ἀγαθῶν ἀνδρῶν ἀρεταὶ καὶ παρὰ πολεμίοις ἐνίοτε τυγχάνουσι τιμῆς.</w:t>
      </w:r>
    </w:p>
    <w:p>
      <w:r>
        <w:rPr>
          <w:rFonts w:ascii="Courier New" w:hAnsi="Courier New"/>
          <w:color w:val="555555"/>
          <w:sz w:val="20"/>
        </w:rPr>
        <w:t>[26 . 12 . 4]</w:t>
      </w:r>
    </w:p>
    <w:p>
      <w:r>
        <w:rPr>
          <w:rFonts w:ascii="Gentium Plus" w:hAnsi="Gentium Plus"/>
          <w:sz w:val="24"/>
        </w:rPr>
        <w:t>Ὅτι πολλαὶ γυναῖκες καὶ παρθένοι καὶ παῖδες ἐλεύθεροι συνείποντο τοῖς Καπυηνοῖς διὰ τὴν ἀπο‐ ρίαν τῆς τροφῆς· καὶ γὰρ ὁ πόλεμος ἐνίοτε βιάζεται τοὺς κατὰ τὴν εἰρήνην ἐν πολλῇ σεμνότητι ζῶντας</w:t>
      </w:r>
    </w:p>
    <w:p>
      <w:r>
        <w:rPr>
          <w:rFonts w:ascii="Courier New" w:hAnsi="Courier New"/>
          <w:color w:val="555555"/>
          <w:sz w:val="20"/>
        </w:rPr>
        <w:t>[5]</w:t>
      </w:r>
    </w:p>
    <w:p>
      <w:r>
        <w:rPr>
          <w:rFonts w:ascii="Gentium Plus" w:hAnsi="Gentium Plus"/>
          <w:sz w:val="24"/>
        </w:rPr>
        <w:t>ὑπομένειν ἀνάξια τῆς ἡλικίας πάσχοντας. (Const. Exc. 4, p. 355.)</w:t>
      </w:r>
    </w:p>
    <w:p>
      <w:r>
        <w:rPr>
          <w:rFonts w:ascii="Courier New" w:hAnsi="Courier New"/>
          <w:color w:val="555555"/>
          <w:sz w:val="20"/>
        </w:rPr>
        <w:t>[26 . 13 . 1]</w:t>
      </w:r>
    </w:p>
    <w:p>
      <w:r>
        <w:rPr>
          <w:rFonts w:ascii="Gentium Plus" w:hAnsi="Gentium Plus"/>
          <w:sz w:val="24"/>
        </w:rPr>
        <w:t>Ἀννίβας γὰρ κακουχίᾳ πολλῇ καὶ τὰς πόλεις τῆς Βρεττίας παραλαβὼν ὕστερον καὶ τὴν Κρότωνα εἷλε καὶ τὸ Ῥήγιον πολιορκήσων. ἀπὸ δυσμῶν γὰρ ἀρξάμενος καὶ τῶν Ἡρακλειωτικῶν στηλῶν</w:t>
      </w:r>
    </w:p>
    <w:p>
      <w:r>
        <w:rPr>
          <w:rFonts w:ascii="Courier New" w:hAnsi="Courier New"/>
          <w:color w:val="555555"/>
          <w:sz w:val="20"/>
        </w:rPr>
        <w:t>[5]</w:t>
      </w:r>
    </w:p>
    <w:p>
      <w:r>
        <w:rPr>
          <w:rFonts w:ascii="Gentium Plus" w:hAnsi="Gentium Plus"/>
          <w:sz w:val="24"/>
        </w:rPr>
        <w:t>πᾶσαν τῶν Ῥωμαίων χώραν ὑπέταξε πλὴν Ῥώμης καὶ Νεαπόλεως, πολεμήσας ἕως Κροτώνης. (Exc. Hoesch. p. 514 W.)</w:t>
      </w:r>
    </w:p>
    <w:p>
      <w:r>
        <w:rPr>
          <w:rFonts w:ascii="Courier New" w:hAnsi="Courier New"/>
          <w:color w:val="555555"/>
          <w:sz w:val="20"/>
        </w:rPr>
        <w:t>[26 . 14 . 1]</w:t>
      </w:r>
    </w:p>
    <w:p>
      <w:r>
        <w:rPr>
          <w:rFonts w:ascii="Gentium Plus" w:hAnsi="Gentium Plus"/>
          <w:sz w:val="24"/>
        </w:rPr>
        <w:t>Ὅτι τῶν Ῥωμαίων ὁ Ἀννίβας πολλὰ κατη‐</w:t>
      </w:r>
    </w:p>
    <w:p>
      <w:r>
        <w:rPr>
          <w:rFonts w:ascii="Courier New" w:hAnsi="Courier New"/>
          <w:color w:val="555555"/>
          <w:sz w:val="20"/>
        </w:rPr>
        <w:t>[5]</w:t>
      </w:r>
    </w:p>
    <w:p>
      <w:r>
        <w:rPr>
          <w:rFonts w:ascii="Gentium Plus" w:hAnsi="Gentium Plus"/>
          <w:sz w:val="24"/>
        </w:rPr>
        <w:t>εδρίου λαμβάνων τιμωρίαν.</w:t>
      </w:r>
    </w:p>
    <w:p>
      <w:r>
        <w:rPr>
          <w:rFonts w:ascii="Courier New" w:hAnsi="Courier New"/>
          <w:color w:val="555555"/>
          <w:sz w:val="20"/>
        </w:rPr>
        <w:t>[26 . 14 . 2]</w:t>
      </w:r>
    </w:p>
    <w:p>
      <w:r>
        <w:rPr>
          <w:rFonts w:ascii="Gentium Plus" w:hAnsi="Gentium Plus"/>
          <w:sz w:val="24"/>
        </w:rPr>
        <w:t>Ὅτι ὁ Ἀννίβας ἀλλοτριώτατα διακείμενος πρὸς Ῥωμαίους ἐκ τῶν αἰχμαλώτων ἐπιλέξας τοὺς εὐθέτους εἰς μονομαχίαν συνέζευξεν. ἀδελφοὺς μὲν ἀδελφοῖς, πατέρας δὲ υἱοῖς, συγγενεῖς δὲ συγγενέσι</w:t>
      </w:r>
    </w:p>
    <w:p>
      <w:r>
        <w:rPr>
          <w:rFonts w:ascii="Courier New" w:hAnsi="Courier New"/>
          <w:color w:val="555555"/>
          <w:sz w:val="20"/>
        </w:rPr>
        <w:t>[5]</w:t>
      </w:r>
    </w:p>
    <w:p>
      <w:r>
        <w:rPr>
          <w:rFonts w:ascii="Gentium Plus" w:hAnsi="Gentium Plus"/>
          <w:sz w:val="24"/>
        </w:rPr>
        <w:t>μονομαχεῖν ἠνάγκαζεν. ἔνθα δὴ δικαίως ἄν τις τοῦ μὲν Φοίνικος ἐμίσησε τὴν ὠμότητα, τῶν δὲ Ῥωμαίων ἐθαύμασε τὴν εὐσέβειαν καὶ τὴν ἐν τοῖς δεινοῖς ὑπομονήν τε καὶ καρτερίαν. πυρὸς γὰρ αὐτοῖς προσαγομένου καὶ κέντρων, ἔτι δὲ χαλεπω‐</w:t>
      </w:r>
    </w:p>
    <w:p>
      <w:r>
        <w:rPr>
          <w:rFonts w:ascii="Courier New" w:hAnsi="Courier New"/>
          <w:color w:val="555555"/>
          <w:sz w:val="20"/>
        </w:rPr>
        <w:t>[10]</w:t>
      </w:r>
    </w:p>
    <w:p>
      <w:r>
        <w:rPr>
          <w:rFonts w:ascii="Gentium Plus" w:hAnsi="Gentium Plus"/>
          <w:sz w:val="24"/>
        </w:rPr>
        <w:t>τάτων πληγῶν, οὐδεὶς ὑπήκουσε προσενεγκεῖν τὰς χεῖρας τοῖς ἀναγκαιοτάτοις· πάντες γὰρ εὐγενῆ παραστήματα λαβόντες ἐναπέπνευσαν ταῖς ἀνάγ‐ καις, ἀθίκτους ἑαυτοὺς τηρήσαντες τῆς προσαλλή‐ λου μιαιφονίας.</w:t>
      </w:r>
    </w:p>
    <w:p>
      <w:r>
        <w:rPr>
          <w:rFonts w:ascii="Courier New" w:hAnsi="Courier New"/>
          <w:color w:val="555555"/>
          <w:sz w:val="20"/>
        </w:rPr>
        <w:t>[26 . 15 . 1]</w:t>
      </w:r>
    </w:p>
    <w:p>
      <w:r>
        <w:rPr>
          <w:rFonts w:ascii="Gentium Plus" w:hAnsi="Gentium Plus"/>
          <w:sz w:val="24"/>
        </w:rPr>
        <w:t>Ὅτι Γέλωνος καὶ Ἱέρωνος τῶν βασιλέων κατὰ τὴν Σικελίαν τετελευτηκότων ἐν Συρακούσαις, Ἱερωνύμου δὲ τὴν ἀρχὴν διαδεδεγμένου καὶ τὴν ἡλικίαν ὄντος ἀντίπαιδος, οὐκ εἶχεν ἡ βασιλεία τὸν</w:t>
      </w:r>
    </w:p>
    <w:p>
      <w:r>
        <w:rPr>
          <w:rFonts w:ascii="Courier New" w:hAnsi="Courier New"/>
          <w:color w:val="555555"/>
          <w:sz w:val="20"/>
        </w:rPr>
        <w:t>[5]</w:t>
      </w:r>
    </w:p>
    <w:p>
      <w:r>
        <w:rPr>
          <w:rFonts w:ascii="Gentium Plus" w:hAnsi="Gentium Plus"/>
          <w:sz w:val="24"/>
        </w:rPr>
        <w:t>προστησόμενον ἀξιόχρεων. διὸ καὶ τὸ μειράκιον ταῖς τῶν κολάκων πρὸς χάριν ὁμιλίαις ἐξετράπη πρὸς τρυφὴν καὶ ἀκολασίαν καὶ τυραννικὴν ὠμό‐ τητα. ἐπετελεῖτο γὰρ γυναικῶν ὕβρεις καὶ τοὺς παρρησίᾳ χρωμένους τῶν φίλων ἀπέκτεινεν καὶ</w:t>
      </w:r>
    </w:p>
    <w:p>
      <w:r>
        <w:rPr>
          <w:rFonts w:ascii="Courier New" w:hAnsi="Courier New"/>
          <w:color w:val="555555"/>
          <w:sz w:val="20"/>
        </w:rPr>
        <w:t>[10]</w:t>
      </w:r>
    </w:p>
    <w:p>
      <w:r>
        <w:rPr>
          <w:rFonts w:ascii="Gentium Plus" w:hAnsi="Gentium Plus"/>
          <w:sz w:val="24"/>
        </w:rPr>
        <w:t>πολλῶν ἀκρίτως οὐσίας ἐδήμευσεν καὶ τοῖς πρὸς χάριν ὁμιλοῦσιν ἐδωρεῖτο. τὸ μὲν οὖν πρῶτον ἐπ‐</w:t>
      </w:r>
    </w:p>
    <w:p>
      <w:r>
        <w:rPr>
          <w:rFonts w:ascii="Courier New" w:hAnsi="Courier New"/>
          <w:color w:val="555555"/>
          <w:sz w:val="20"/>
        </w:rPr>
        <w:t>[26 . 15 . 2]</w:t>
      </w:r>
    </w:p>
    <w:p>
      <w:r>
        <w:rPr>
          <w:rFonts w:ascii="Gentium Plus" w:hAnsi="Gentium Plus"/>
          <w:sz w:val="24"/>
        </w:rPr>
        <w:t>Ὅτι μετὰ τὴν Ἱερωνύμου τελευτὴν οἱ Συρακού‐ σιοι ἐλθόντες εἰς ἐκκλησίαν ἐψηφίσαντο τοὺς συγ‐ γενεῖς τοῦ τυράννου κολάσαι καὶ τὰς γυναῖκας ὁμοίως τοῖς ἀνδράσιν ἀνελεῖν, καὶ μηδὲ ῥίζαν ἀπο‐</w:t>
      </w:r>
    </w:p>
    <w:p>
      <w:r>
        <w:rPr>
          <w:rFonts w:ascii="Courier New" w:hAnsi="Courier New"/>
          <w:color w:val="555555"/>
          <w:sz w:val="20"/>
        </w:rPr>
        <w:t>[5]</w:t>
      </w:r>
    </w:p>
    <w:p>
      <w:r>
        <w:rPr>
          <w:rFonts w:ascii="Gentium Plus" w:hAnsi="Gentium Plus"/>
          <w:sz w:val="24"/>
        </w:rPr>
        <w:t>λιπεῖν τυραννικῆς συγγενείας.</w:t>
      </w:r>
    </w:p>
    <w:p>
      <w:r>
        <w:rPr>
          <w:rFonts w:ascii="Courier New" w:hAnsi="Courier New"/>
          <w:color w:val="555555"/>
          <w:sz w:val="20"/>
        </w:rPr>
        <w:t>[26 . 16 . 1]</w:t>
      </w:r>
    </w:p>
    <w:p>
      <w:r>
        <w:rPr>
          <w:rFonts w:ascii="Gentium Plus" w:hAnsi="Gentium Plus"/>
          <w:sz w:val="24"/>
        </w:rPr>
        <w:t>Ὅτι τὸ σῶμα τοῦ Σεμπρωνίου Μάγωνος ἀποστείλαντος πρὸς Ἀννίβαν, οἱ μὲν στρατιῶται κείμενον ὁρῶντες ἐβόων κατατέμνειν καὶ κατὰ μέρη διασφενδονῆσαι· ὁ δὲ Ἀννίβας φήσας οὐ προσήκειν</w:t>
      </w:r>
    </w:p>
    <w:p>
      <w:r>
        <w:rPr>
          <w:rFonts w:ascii="Courier New" w:hAnsi="Courier New"/>
          <w:color w:val="555555"/>
          <w:sz w:val="20"/>
        </w:rPr>
        <w:t>[5]</w:t>
      </w:r>
    </w:p>
    <w:p>
      <w:r>
        <w:rPr>
          <w:rFonts w:ascii="Gentium Plus" w:hAnsi="Gentium Plus"/>
          <w:sz w:val="24"/>
        </w:rPr>
        <w:t>τὴν ὀργὴν εἰς ἀναίσθητον σῶμα ἐναποτίθεσθαι καὶ λαβὼν πρὸ ὀφθαλμῶν τὸ τῆς τύχης ἄδηλον, ἅμα δὲ καὶ θαυμάζων τὴν ἀρετὴν τοῦ ἀνδρός, πολυτελοῦς ταφῆς ἠξίωσε τὸν τετελευτηκότα. ἀναλέξας δὲ τὰ τοῦ σώματος ὀστᾶ καὶ φιλανθρώπως περιστείλας</w:t>
      </w:r>
    </w:p>
    <w:p>
      <w:r>
        <w:rPr>
          <w:rFonts w:ascii="Courier New" w:hAnsi="Courier New"/>
          <w:color w:val="555555"/>
          <w:sz w:val="20"/>
        </w:rPr>
        <w:t>[10]</w:t>
      </w:r>
    </w:p>
    <w:p>
      <w:r>
        <w:rPr>
          <w:rFonts w:ascii="Gentium Plus" w:hAnsi="Gentium Plus"/>
          <w:sz w:val="24"/>
        </w:rPr>
        <w:t>ἀπέστειλεν εἰς τὸ τῶν Ῥωμαίων στρατόπεδον. (Const. Exc. 2(1), pp. 264—265.)</w:t>
      </w:r>
    </w:p>
    <w:p>
      <w:r>
        <w:rPr>
          <w:rFonts w:ascii="Courier New" w:hAnsi="Courier New"/>
          <w:color w:val="555555"/>
          <w:sz w:val="20"/>
        </w:rPr>
        <w:t>[26 . 17 . 1]</w:t>
      </w:r>
    </w:p>
    <w:p>
      <w:r>
        <w:rPr>
          <w:rFonts w:ascii="Gentium Plus" w:hAnsi="Gentium Plus"/>
          <w:sz w:val="24"/>
        </w:rPr>
        <w:t>Ὅτι ἡ τῶν Ῥωμαίων σύγκλητος, ὡς ἤκουσε τὴν Καπύην περιειλημμένην πανταχόθεν τείχει διπλῷ, νομίζουσα .´̣α̣ρον ἔσεσθαι τὴν ἅλωσιν ὅμως οὐ διετήρησεν ἀμετάθετον τὴν ἔχθραν, ἀλλὰ</w:t>
      </w:r>
    </w:p>
    <w:p>
      <w:r>
        <w:rPr>
          <w:rFonts w:ascii="Courier New" w:hAnsi="Courier New"/>
          <w:color w:val="555555"/>
          <w:sz w:val="20"/>
        </w:rPr>
        <w:t>[5]</w:t>
      </w:r>
    </w:p>
    <w:p>
      <w:r>
        <w:rPr>
          <w:rFonts w:ascii="Gentium Plus" w:hAnsi="Gentium Plus"/>
          <w:sz w:val="24"/>
        </w:rPr>
        <w:t>διὰ τὴν συγγένειαν ἐψηφίσαντο πρὸ τακτῆς ἡμέρας τοὺς μεταθεμένους τῶν Καμπανῶν ἀθῴους εἶναι. ἧς δὴ παραπέμψαντες τὴν φιλανθρωπίαν οἱ Καμ‐</w:t>
      </w:r>
    </w:p>
    <w:p>
      <w:r>
        <w:rPr>
          <w:rFonts w:ascii="Courier New" w:hAnsi="Courier New"/>
          <w:color w:val="555555"/>
          <w:sz w:val="20"/>
        </w:rPr>
        <w:t>[10]</w:t>
      </w:r>
    </w:p>
    <w:p>
      <w:r>
        <w:rPr>
          <w:rFonts w:ascii="Gentium Plus" w:hAnsi="Gentium Plus"/>
          <w:sz w:val="24"/>
        </w:rPr>
        <w:t>ἦν μεταμελεῖσθαι. (Const. Exc. 4, p. 355.)</w:t>
      </w:r>
    </w:p>
    <w:p>
      <w:r>
        <w:rPr>
          <w:rFonts w:ascii="Courier New" w:hAnsi="Courier New"/>
          <w:color w:val="555555"/>
          <w:sz w:val="20"/>
        </w:rPr>
        <w:t>[26 . 18 . 1]</w:t>
      </w:r>
    </w:p>
    <w:p>
      <w:r>
        <w:rPr>
          <w:rFonts w:ascii="Gentium Plus" w:hAnsi="Gentium Plus"/>
          <w:sz w:val="24"/>
        </w:rPr>
        <w:t>[Θαυμάσαι δ’ ἄν τις εἰκότως τοῦ τεχνίτου τὴν ἐπίνοιαν οὐ μόνον ἐν τούτοις, ἀλλὰ καὶ ἐν ἄλλοις πολλοῖς καὶ μείζοσι διαβεβοημένοις κατὰ πᾶσαν τὴν οἰκουμένην, περὶ ὧν τὰ κατὰ μέρος ὅταν</w:t>
      </w:r>
    </w:p>
    <w:p>
      <w:r>
        <w:rPr>
          <w:rFonts w:ascii="Courier New" w:hAnsi="Courier New"/>
          <w:color w:val="555555"/>
          <w:sz w:val="20"/>
        </w:rPr>
        <w:t>[5]</w:t>
      </w:r>
    </w:p>
    <w:p>
      <w:r>
        <w:rPr>
          <w:rFonts w:ascii="Gentium Plus" w:hAnsi="Gentium Plus"/>
          <w:sz w:val="24"/>
        </w:rPr>
        <w:t>ἐπὶ τὴν Ἀρχιμήδους ἡλικίαν ἔλθωμεν ἀκριβῶς διέξιμεν.] (Diod. 5. 37. 4.) Ὁ Ἀρχιμήδης ὁ σοφὸς μηχανητὴς ἐκεῖνος τῷ γένει Συρακούσιος, ἦν γέρων γεωμέτρης, χρόνους τε ἑβδομήκοντα καὶ πέντε παρελαύνων.</w:t>
      </w:r>
    </w:p>
    <w:p>
      <w:r>
        <w:rPr>
          <w:rFonts w:ascii="Courier New" w:hAnsi="Courier New"/>
          <w:color w:val="555555"/>
          <w:sz w:val="20"/>
        </w:rPr>
        <w:t>[10]</w:t>
      </w:r>
    </w:p>
    <w:p>
      <w:r>
        <w:rPr>
          <w:rFonts w:ascii="Gentium Plus" w:hAnsi="Gentium Plus"/>
          <w:sz w:val="24"/>
        </w:rPr>
        <w:t>ὅστις εἰργάσατο πολλὰς μηχανικὰς δυνάμεις καὶ τῇ τρισπάστῳ μηχανῇ χειρὶ λαιᾷ καὶ μόνῃ πεντεμυριομέδιμνον καθείλκυσεν ὁλκάδα. καὶ τοῦ Μαρκέλλου στρατηγοῦ ποτὲ δὲ τῶν</w:t>
      </w:r>
    </w:p>
    <w:p>
      <w:r>
        <w:rPr>
          <w:rFonts w:ascii="Courier New" w:hAnsi="Courier New"/>
          <w:color w:val="555555"/>
          <w:sz w:val="20"/>
        </w:rPr>
        <w:t>[13]</w:t>
      </w:r>
    </w:p>
    <w:p>
      <w:r>
        <w:rPr>
          <w:rFonts w:ascii="Gentium Plus" w:hAnsi="Gentium Plus"/>
          <w:sz w:val="24"/>
        </w:rPr>
        <w:t>Ῥωμαίων τῇ Συρακούσῃ κατὰ γῆν προσβάλλοντος καὶ</w:t>
      </w:r>
    </w:p>
    <w:p>
      <w:r>
        <w:rPr>
          <w:rFonts w:ascii="Courier New" w:hAnsi="Courier New"/>
          <w:color w:val="555555"/>
          <w:sz w:val="20"/>
        </w:rPr>
        <w:t>[14]</w:t>
      </w:r>
    </w:p>
    <w:p>
      <w:r>
        <w:rPr>
          <w:rFonts w:ascii="Gentium Plus" w:hAnsi="Gentium Plus"/>
          <w:sz w:val="24"/>
        </w:rPr>
        <w:t>πόντον,</w:t>
      </w:r>
    </w:p>
    <w:p>
      <w:r>
        <w:rPr>
          <w:rFonts w:ascii="Courier New" w:hAnsi="Courier New"/>
          <w:color w:val="555555"/>
          <w:sz w:val="20"/>
        </w:rPr>
        <w:t>[15]</w:t>
      </w:r>
    </w:p>
    <w:p>
      <w:r>
        <w:rPr>
          <w:rFonts w:ascii="Gentium Plus" w:hAnsi="Gentium Plus"/>
          <w:sz w:val="24"/>
        </w:rPr>
        <w:t>τινὰς μὲν πρῶτον μηχαναῖς ἀνείλκυσεν ὁλκάδας, καὶ πρὸς τὸ Συρακούσιον τεῖχος μετεωρίσας αὐτάνδρους πάλιν τῷ βυθῷ κατέπεμπεν ἀθρόως. Μαρκέλλου δ’ ἀποστήσαντος μικρόν τι τὰς ὁλκά‐</w:t>
      </w:r>
    </w:p>
    <w:p>
      <w:r>
        <w:rPr>
          <w:rFonts w:ascii="Courier New" w:hAnsi="Courier New"/>
          <w:color w:val="555555"/>
          <w:sz w:val="20"/>
        </w:rPr>
        <w:t>[18]</w:t>
      </w:r>
    </w:p>
    <w:p>
      <w:r>
        <w:rPr>
          <w:rFonts w:ascii="Gentium Plus" w:hAnsi="Gentium Plus"/>
          <w:sz w:val="24"/>
        </w:rPr>
        <w:t>δας, ὁ γέρων πάλιν ἅπαντας ποιεῖ Συρακουσίους</w:t>
      </w:r>
    </w:p>
    <w:p>
      <w:r>
        <w:rPr>
          <w:rFonts w:ascii="Courier New" w:hAnsi="Courier New"/>
          <w:color w:val="555555"/>
          <w:sz w:val="20"/>
        </w:rPr>
        <w:t>[20]</w:t>
      </w:r>
    </w:p>
    <w:p>
      <w:r>
        <w:rPr>
          <w:rFonts w:ascii="Gentium Plus" w:hAnsi="Gentium Plus"/>
          <w:sz w:val="24"/>
        </w:rPr>
        <w:t>μετεωρίζειν δύνασθαι λίθους ἁμαξιαίους, καὶ τὸν καθένα πέμποντα βυθίζειν τὰς ὁλκάδας· ὡς Μάρκελλος δ’ ἀπέστησε βολὴν ἐκείνας τόξου, ἑξάγωνόν τι κάτοπτρον ἐτέκτηνεν ὁ γέρων· ἀπὸ δὲ διαστήματος συμμέτρου τοῦ κατόπτρου</w:t>
      </w:r>
    </w:p>
    <w:p>
      <w:r>
        <w:rPr>
          <w:rFonts w:ascii="Courier New" w:hAnsi="Courier New"/>
          <w:color w:val="555555"/>
          <w:sz w:val="20"/>
        </w:rPr>
        <w:t>[25]</w:t>
      </w:r>
    </w:p>
    <w:p>
      <w:r>
        <w:rPr>
          <w:rFonts w:ascii="Gentium Plus" w:hAnsi="Gentium Plus"/>
          <w:sz w:val="24"/>
        </w:rPr>
        <w:t>μικρὰ τοιαῦτα κάτοπτρα θεὶς τετραπλᾶ γωνίαις κινούμενα λεπίσι τε καί τισι γιγγλυμίοις, μέσον ἐκεῖνο τέθεικεν ἀκτίνων τῶν ἡλίου μεσημβρινῆς καὶ θερινῆς καὶ χειμεριωτάτης. ἀνακλωμένων δὲ λοιπὸν εἰς τοῦτο τῶν ἀκτίνων</w:t>
      </w:r>
    </w:p>
    <w:p>
      <w:r>
        <w:rPr>
          <w:rFonts w:ascii="Courier New" w:hAnsi="Courier New"/>
          <w:color w:val="555555"/>
          <w:sz w:val="20"/>
        </w:rPr>
        <w:t>[30]</w:t>
      </w:r>
    </w:p>
    <w:p>
      <w:r>
        <w:rPr>
          <w:rFonts w:ascii="Gentium Plus" w:hAnsi="Gentium Plus"/>
          <w:sz w:val="24"/>
        </w:rPr>
        <w:t>ἔξαψις ἤρθη φοβερὰ πυρώδης ταῖς ὁλκάσι, καὶ ταύτας ἀπετέφρωσεν ἐκ μήκους τοξοβόλου. οὕτω νικᾷ τὸν Μάρκελλον ταῖς μηχαναῖς ὁ γέρων. ἔλεγε δὲ καὶ Δωριστὶ φωνῇ Συρακουσίᾳ, Πᾷ βῶ καὶ χαριστίωνι τὰν γᾶν κινήσω πᾶσαν;</w:t>
      </w:r>
    </w:p>
    <w:p>
      <w:r>
        <w:rPr>
          <w:rFonts w:ascii="Courier New" w:hAnsi="Courier New"/>
          <w:color w:val="555555"/>
          <w:sz w:val="20"/>
        </w:rPr>
        <w:t>[35]</w:t>
      </w:r>
    </w:p>
    <w:p>
      <w:r>
        <w:rPr>
          <w:rFonts w:ascii="Gentium Plus" w:hAnsi="Gentium Plus"/>
          <w:sz w:val="24"/>
        </w:rPr>
        <w:t>οὗτος κατὰ Διόδωρον τῆς Συρακούσης ταύτης προδότου πρὸς τὸν Μάρκελλον ἀθρόως γενομένης, εἴτε κατὰ τὸν Δίωνα Ῥωμαίοις πορθηθείσης, Ἀρτέμιδι τῶν πολιτῶν τότε παννυχιζόντων, τοιουτοτρόπως τέθνηκεν ὑπό τινος Ῥωμαίου.</w:t>
      </w:r>
    </w:p>
    <w:p>
      <w:r>
        <w:rPr>
          <w:rFonts w:ascii="Courier New" w:hAnsi="Courier New"/>
          <w:color w:val="555555"/>
          <w:sz w:val="20"/>
        </w:rPr>
        <w:t>[40]</w:t>
      </w:r>
    </w:p>
    <w:p>
      <w:r>
        <w:rPr>
          <w:rFonts w:ascii="Gentium Plus" w:hAnsi="Gentium Plus"/>
          <w:sz w:val="24"/>
        </w:rPr>
        <w:t>ἦν κεκυφὼς διάγραμμα μηχανικόν τι γράφων· τὶς δὲ Ῥωμαῖος ἐπιστὰς εἷλκεν αἰχμαλωτίζων. ὁ δὲ τοῦ διαγράμματος ὅλος ὑπάρχων τότε, τίς ὁ καθέλκων οὐκ εἰδὼς ἔλεγε πρὸς ἐκεῖνον, Ἀπόστηθι, ὦ ἄνθρωπε, τοῦ διαγράμματός μου.</w:t>
      </w:r>
    </w:p>
    <w:p>
      <w:r>
        <w:rPr>
          <w:rFonts w:ascii="Courier New" w:hAnsi="Courier New"/>
          <w:color w:val="555555"/>
          <w:sz w:val="20"/>
        </w:rPr>
        <w:t>[45]</w:t>
      </w:r>
    </w:p>
    <w:p>
      <w:r>
        <w:rPr>
          <w:rFonts w:ascii="Gentium Plus" w:hAnsi="Gentium Plus"/>
          <w:sz w:val="24"/>
        </w:rPr>
        <w:t>ὡς δ’ εἷλκε τοῦτον, συστραφεὶς καὶ γνοὺς</w:t>
      </w:r>
    </w:p>
    <w:p>
      <w:r>
        <w:rPr>
          <w:rFonts w:ascii="Courier New" w:hAnsi="Courier New"/>
          <w:color w:val="555555"/>
          <w:sz w:val="20"/>
        </w:rPr>
        <w:t>[45]</w:t>
      </w:r>
    </w:p>
    <w:p>
      <w:r>
        <w:rPr>
          <w:rFonts w:ascii="Gentium Plus" w:hAnsi="Gentium Plus"/>
          <w:sz w:val="24"/>
        </w:rPr>
        <w:t>Ῥωμαῖον εἶναι, ἐβόα Τὶ μηχάνημά τις τῶν ἐμῶν μοι δότω. ὁ δὲ Ῥωμαῖος πτοηθεὶς εὐθὺς ἐκεῖνον κτείνει, ἄνδρα σαθρὸν καὶ γέροντα, δαιμόνιον τοῖς ἔργοις. ἐθρήνησε δὲ Μάρκελλος τοῦτο μαθὼν εὐθέως,</w:t>
      </w:r>
    </w:p>
    <w:p>
      <w:r>
        <w:rPr>
          <w:rFonts w:ascii="Courier New" w:hAnsi="Courier New"/>
          <w:color w:val="555555"/>
          <w:sz w:val="20"/>
        </w:rPr>
        <w:t>[26 . 18 . 1 (50)]</w:t>
      </w:r>
    </w:p>
    <w:p>
      <w:r>
        <w:rPr>
          <w:rFonts w:ascii="Gentium Plus" w:hAnsi="Gentium Plus"/>
          <w:sz w:val="24"/>
        </w:rPr>
        <w:t>λαμπρῶς τε τοῦτον ἔκρυψεν ἐν τάφοις τοῖς πα‐</w:t>
      </w:r>
    </w:p>
    <w:p>
      <w:r>
        <w:rPr>
          <w:rFonts w:ascii="Courier New" w:hAnsi="Courier New"/>
          <w:color w:val="555555"/>
          <w:sz w:val="20"/>
        </w:rPr>
        <w:t>[26 . 18 . 1 (50)]</w:t>
      </w:r>
    </w:p>
    <w:p>
      <w:r>
        <w:rPr>
          <w:rFonts w:ascii="Gentium Plus" w:hAnsi="Gentium Plus"/>
          <w:sz w:val="24"/>
        </w:rPr>
        <w:t>τρῴοις σὺν τοῖς ἀρίστοις πολιτῶν καὶ τοῖς Ῥωμαίοις</w:t>
      </w:r>
    </w:p>
    <w:p>
      <w:r>
        <w:rPr>
          <w:rFonts w:ascii="Courier New" w:hAnsi="Courier New"/>
          <w:color w:val="555555"/>
          <w:sz w:val="20"/>
        </w:rPr>
        <w:t>[51]</w:t>
      </w:r>
    </w:p>
    <w:p>
      <w:r>
        <w:rPr>
          <w:rFonts w:ascii="Gentium Plus" w:hAnsi="Gentium Plus"/>
          <w:sz w:val="24"/>
        </w:rPr>
        <w:t>πᾶσι. τὸν δὲ φονέα τοῦ ἀνδρός, οἶμαι, πελέκει κτείνει. ὁ Δίων καὶ Διόδωρος γράφει τὴν ἱστορίαν. (Tzetzes, Hist. 2. 103—149.)</w:t>
      </w:r>
    </w:p>
    <w:p>
      <w:r>
        <w:rPr>
          <w:rFonts w:ascii="Courier New" w:hAnsi="Courier New"/>
          <w:color w:val="555555"/>
          <w:sz w:val="20"/>
        </w:rPr>
        <w:t>[26 . 19 . 1]</w:t>
      </w:r>
    </w:p>
    <w:p>
      <w:r>
        <w:rPr>
          <w:rFonts w:ascii="Gentium Plus" w:hAnsi="Gentium Plus"/>
          <w:sz w:val="24"/>
        </w:rPr>
        <w:t>Διόδωρος ὁ ἱστορικὸς τετράπολίν φησι Συρα‐ κούσας ἐν οἷς ἀφομοιοῖ Ἀντιόχειαν τὴν πρὸς τῷ Ὀρέντῃ ταῖς Συρακούσαις. (Scholiast on Strabo, 6. 2. 4, pp. 429—430 Kramer.)</w:t>
      </w:r>
    </w:p>
    <w:p>
      <w:r>
        <w:rPr>
          <w:rFonts w:ascii="Courier New" w:hAnsi="Courier New"/>
          <w:color w:val="555555"/>
          <w:sz w:val="20"/>
        </w:rPr>
        <w:t>[26 . 20 . 1]</w:t>
      </w:r>
    </w:p>
    <w:p>
      <w:r>
        <w:rPr>
          <w:rFonts w:ascii="Gentium Plus" w:hAnsi="Gentium Plus"/>
          <w:sz w:val="24"/>
        </w:rPr>
        <w:t>Ὅτι τῶν Συρακουσίων μετὰ τὴν ἅλωσιν τῆς πόλεως ἀπαντησάντων Μαρκέλλῳ μεθ’ ἱκετηρίας, τῶν μὲν ἐλευθέρων ἔφη σωμάτων φείσεσθαι, τὰς δὲ κτήσεις ἁπάσας διαρπάσειν.</w:t>
      </w:r>
    </w:p>
    <w:p>
      <w:r>
        <w:rPr>
          <w:rFonts w:ascii="Courier New" w:hAnsi="Courier New"/>
          <w:color w:val="555555"/>
          <w:sz w:val="20"/>
        </w:rPr>
        <w:t>[5]</w:t>
      </w:r>
    </w:p>
    <w:p>
      <w:r>
        <w:rPr>
          <w:rFonts w:ascii="Gentium Plus" w:hAnsi="Gentium Plus"/>
          <w:sz w:val="24"/>
        </w:rPr>
        <w:t>(Const. Exc. 2(1), p. 265.)</w:t>
      </w:r>
    </w:p>
    <w:p>
      <w:r>
        <w:rPr>
          <w:rFonts w:ascii="Courier New" w:hAnsi="Courier New"/>
          <w:color w:val="555555"/>
          <w:sz w:val="20"/>
        </w:rPr>
        <w:t>[26 . 20 . 2]</w:t>
      </w:r>
    </w:p>
    <w:p>
      <w:r>
        <w:rPr>
          <w:rFonts w:ascii="Gentium Plus" w:hAnsi="Gentium Plus"/>
          <w:sz w:val="24"/>
        </w:rPr>
        <w:t>Ὅτι οἱ Συρακούσιοι διὰ πενίαν ἀποροῦντες τροφῆς μετὰ τὴν ἅλωσιν ἑαυτοὺς ὡμολόγουν εἶναι δούλους, ὅπως πραθέντες τροφῆς μεταλάβωσι παρὰ τῶν ὠνησαμένων. οὕτω τοῖς ἐπταικόσι Συρα‐</w:t>
      </w:r>
    </w:p>
    <w:p>
      <w:r>
        <w:rPr>
          <w:rFonts w:ascii="Courier New" w:hAnsi="Courier New"/>
          <w:color w:val="555555"/>
          <w:sz w:val="20"/>
        </w:rPr>
        <w:t>[5]</w:t>
      </w:r>
    </w:p>
    <w:p>
      <w:r>
        <w:rPr>
          <w:rFonts w:ascii="Gentium Plus" w:hAnsi="Gentium Plus"/>
          <w:sz w:val="24"/>
        </w:rPr>
        <w:t>κουσίοις ἡ τύχη πρὸς τοῖς ἄλλοις ἀκληρήμασι τηλικαύτην ἐπέστησε συμφορὰν ὥστε ἀντὶ τῆς διδομένης ἐλευθερίας ἑκουσίως αἱρεῖσθαι δουλείαν.</w:t>
      </w:r>
    </w:p>
    <w:p>
      <w:r>
        <w:rPr>
          <w:rFonts w:ascii="Courier New" w:hAnsi="Courier New"/>
          <w:color w:val="555555"/>
          <w:sz w:val="20"/>
        </w:rPr>
        <w:t>[26 . 21 . 1]</w:t>
      </w:r>
    </w:p>
    <w:p>
      <w:r>
        <w:rPr>
          <w:rFonts w:ascii="Gentium Plus" w:hAnsi="Gentium Plus"/>
          <w:sz w:val="24"/>
        </w:rPr>
        <w:t>Ὅτι Σκιπίων τοὺς ὁμήρους ἀπολύσας ἐπε‐ δείξατο ὡς πολλάκις ἑνὸς ἀνδρὸς ἀρετὴ προσέταττε συλλήβδην εἰς ἔθνη βασιλεῖς.</w:t>
      </w:r>
    </w:p>
    <w:p>
      <w:r>
        <w:rPr>
          <w:rFonts w:ascii="Courier New" w:hAnsi="Courier New"/>
          <w:color w:val="555555"/>
          <w:sz w:val="20"/>
        </w:rPr>
        <w:t>[26 . 22 . 1]</w:t>
      </w:r>
    </w:p>
    <w:p>
      <w:r>
        <w:rPr>
          <w:rFonts w:ascii="Gentium Plus" w:hAnsi="Gentium Plus"/>
          <w:sz w:val="24"/>
        </w:rPr>
        <w:t>Ὅτι ὁ Ἰνδιβέλης ὁ Κελτίβηρ συγγνώμης τυχὼν παρὰ Σκιπίωνος καιρὸν εὑρὼν ἐπιτήδειον πάλιν ἐξέκαυσε πόλεμον. οὕτω γὰρ οἱ τοὺς πονη‐ ροὺς εὖ ποιοῦντες πρὸς τῷ τὴν χάριν ἀποβαλεῖν</w:t>
      </w:r>
    </w:p>
    <w:p>
      <w:r>
        <w:rPr>
          <w:rFonts w:ascii="Courier New" w:hAnsi="Courier New"/>
          <w:color w:val="555555"/>
          <w:sz w:val="20"/>
        </w:rPr>
        <w:t>[5]</w:t>
      </w:r>
    </w:p>
    <w:p>
      <w:r>
        <w:rPr>
          <w:rFonts w:ascii="Gentium Plus" w:hAnsi="Gentium Plus"/>
          <w:sz w:val="24"/>
        </w:rPr>
        <w:t>ἀγνοοῦσι πολεμίους ἑαυτῶν πολλάκις σωματο‐ ποιοῦντες. (Const. Exc. 4, pp. 355—356.)</w:t>
      </w:r>
    </w:p>
    <w:p>
      <w:r>
        <w:rPr>
          <w:rFonts w:ascii="Courier New" w:hAnsi="Courier New"/>
          <w:color w:val="555555"/>
          <w:sz w:val="20"/>
        </w:rPr>
        <w:t>[26 . 23 . 1]</w:t>
      </w:r>
    </w:p>
    <w:p>
      <w:r>
        <w:rPr>
          <w:rFonts w:ascii="Gentium Plus" w:hAnsi="Gentium Plus"/>
          <w:sz w:val="24"/>
        </w:rPr>
        <w:t>Ὅτι Καρχηδόνιοι καταλύσαντες τὸν Λιβυκὸν πόλεμον, τὸ τῶν Μικατανῶν Νομάδων ἔθνος σὺν γυναιξὶ καὶ τέκνοις τιμωρησάμενοι πάντας τοὺς συλληφθέντας ἀνεσταύρωσαν. διόπερ οἱ τούτων</w:t>
      </w:r>
    </w:p>
    <w:p>
      <w:r>
        <w:rPr>
          <w:rFonts w:ascii="Courier New" w:hAnsi="Courier New"/>
          <w:color w:val="555555"/>
          <w:sz w:val="20"/>
        </w:rPr>
        <w:t>[5]</w:t>
      </w:r>
    </w:p>
    <w:p>
      <w:r>
        <w:rPr>
          <w:rFonts w:ascii="Gentium Plus" w:hAnsi="Gentium Plus"/>
          <w:sz w:val="24"/>
        </w:rPr>
        <w:t>ἀπόγονοι τῆς εἰς τοὺς πατέρας ὠμότητος ἀνα‐ μιμνησκόμενοι χαλεπώτατοι τοῖς Καρχηδονίοις πολέμιοι καθεστήκεισαν.</w:t>
      </w:r>
    </w:p>
    <w:p>
      <w:r>
        <w:rPr>
          <w:rFonts w:ascii="Courier New" w:hAnsi="Courier New"/>
          <w:color w:val="555555"/>
          <w:sz w:val="20"/>
        </w:rPr>
        <w:t>[26 . 24 . 1]</w:t>
      </w:r>
    </w:p>
    <w:p>
      <w:r>
        <w:rPr>
          <w:rFonts w:ascii="Gentium Plus" w:hAnsi="Gentium Plus"/>
          <w:sz w:val="24"/>
        </w:rPr>
        <w:t>Ὅτι οὐκ εἴασε τὴν τοῦ ἀνδρὸς ἀρετήν, φημὶ δὴ τοῦ Ἀσδρούβου, ἀνεπισήμαντον, ἀλλά φησιν· ἦν γὰρ υἱὸς Ἀμίλκου τοῦ Βάρκα μὲν ἐπικαλου‐ μένου, μεγίστην δὲ δόξαν ἐσχηκότος τῶν καθ’</w:t>
      </w:r>
    </w:p>
    <w:p>
      <w:r>
        <w:rPr>
          <w:rFonts w:ascii="Courier New" w:hAnsi="Courier New"/>
          <w:color w:val="555555"/>
          <w:sz w:val="20"/>
        </w:rPr>
        <w:t>[5]</w:t>
      </w:r>
    </w:p>
    <w:p>
      <w:r>
        <w:rPr>
          <w:rFonts w:ascii="Gentium Plus" w:hAnsi="Gentium Plus"/>
          <w:sz w:val="24"/>
        </w:rPr>
        <w:t>ἑαυτόν· καὶ γὰρ ἐν τῷ Σικελικῷ πολέμῳ μόνος τῶν ἡγεμόνων πολλάκις ἐνίκησε Ῥωμαίους καὶ τὸν ἐμφύλιον καθελὼν πόλεμον πρῶτος διεβίβασε δύνα‐ μιν εἰς Ἰβηρίαν. τοιούτου δ’ ὢν πατρὸς οὐκ ἀνάξιον ἑαυτὸν παρείχετο τῆς ἐκείνου δόξης· ὁμο‐</w:t>
      </w:r>
    </w:p>
    <w:p>
      <w:r>
        <w:rPr>
          <w:rFonts w:ascii="Courier New" w:hAnsi="Courier New"/>
          <w:color w:val="555555"/>
          <w:sz w:val="20"/>
        </w:rPr>
        <w:t>[10]</w:t>
      </w:r>
    </w:p>
    <w:p>
      <w:r>
        <w:rPr>
          <w:rFonts w:ascii="Gentium Plus" w:hAnsi="Gentium Plus"/>
          <w:sz w:val="24"/>
        </w:rPr>
        <w:t>λογουμένως γὰρ ἄριστος ἦν στρατηλάτης ἁπάντων Καρχηδονίων μετὰ τὸν ἀδελφὸν Ἀννίβαν· διὸ καὶ τῶν ἐν Ἰβηρίᾳ δυνάμεων Ἀσδρούβαν κατέλιπεν</w:t>
      </w:r>
    </w:p>
    <w:p>
      <w:r>
        <w:rPr>
          <w:rFonts w:ascii="Courier New" w:hAnsi="Courier New"/>
          <w:color w:val="555555"/>
          <w:sz w:val="20"/>
        </w:rPr>
        <w:t>[15]</w:t>
      </w:r>
    </w:p>
    <w:p>
      <w:r>
        <w:rPr>
          <w:rFonts w:ascii="Gentium Plus" w:hAnsi="Gentium Plus"/>
          <w:sz w:val="24"/>
        </w:rPr>
        <w:t>λαμβάνων τὰς δυνάμεις πολλοὺς καὶ παντοίους ὑπέμεινε κινδύνους. καὶ εἰς τὴν μεσόγειον ἀποδιω‐ χθεὶς διὰ τὴν ἰδίαν ἀρετὴν μεγάλην ἤθροισε δύναμιν καὶ παρεγενήθη παρ’ ἐλπίδας εἰς Ἰταλίαν. (Const. Exc. 2(1), pp. 265—266.)</w:t>
      </w:r>
    </w:p>
    <w:p>
      <w:r>
        <w:rPr>
          <w:rFonts w:ascii="Courier New" w:hAnsi="Courier New"/>
          <w:color w:val="555555"/>
          <w:sz w:val="20"/>
        </w:rPr>
        <w:t>[26 . 24 . 2]</w:t>
      </w:r>
    </w:p>
    <w:p>
      <w:r>
        <w:rPr>
          <w:rFonts w:ascii="Gentium Plus" w:hAnsi="Gentium Plus"/>
          <w:sz w:val="24"/>
        </w:rPr>
        <w:t>Ὅτι ὁ Ἀσδρούβας εἰ μὲν καὶ τὴν τύχην ἔσχε συνεπιλαμβανομένην, ὁμολογουμένως οὐκ ἂν ἠδυνή‐ θησαν οἱ Ῥωμαῖοι πρὸς τοῦτον ἅμα καὶ πρὸς Ἀννίβαν διαγωνίσασθαι. διόπερ χρὴ τὴν ἀρετὴν</w:t>
      </w:r>
    </w:p>
    <w:p>
      <w:r>
        <w:rPr>
          <w:rFonts w:ascii="Courier New" w:hAnsi="Courier New"/>
          <w:color w:val="555555"/>
          <w:sz w:val="20"/>
        </w:rPr>
        <w:t>[5]</w:t>
      </w:r>
    </w:p>
    <w:p>
      <w:r>
        <w:rPr>
          <w:rFonts w:ascii="Gentium Plus" w:hAnsi="Gentium Plus"/>
          <w:sz w:val="24"/>
        </w:rPr>
        <w:t>τἀνδρὸς ἐξετάζειν οὐκ ἐκ τῶν ἀποτελεσμάτων ἀλλ’ ἐκ τῆς ἐπιβολῆς καὶ τόλμης. τούτων μὲν γὰρ συμβαίνει τοὺς πράττοντας εἶναι κυρίους, ἐκείνων δὲ τὴν τύχην ἔχειν ἐξουσίαν.</w:t>
      </w:r>
    </w:p>
    <w:p>
      <w:r>
        <w:rPr>
          <w:rFonts w:ascii="Courier New" w:hAnsi="Courier New"/>
          <w:color w:val="555555"/>
          <w:sz w:val="20"/>
        </w:rPr>
        <w:t>[27 t 1]</w:t>
      </w:r>
    </w:p>
    <w:p>
      <w:pPr>
        <w:jc w:val="center"/>
      </w:pPr>
      <w:r>
        <w:rPr>
          <w:rFonts w:ascii="Gentium Plus" w:hAnsi="Gentium Plus"/>
          <w:b/>
          <w:sz w:val="24"/>
        </w:rPr>
        <w:t>FRAGMENTA LIBRI XXVII</w:t>
      </w:r>
    </w:p>
    <w:p>
      <w:r>
        <w:rPr>
          <w:rFonts w:ascii="Courier New" w:hAnsi="Courier New"/>
          <w:color w:val="555555"/>
          <w:sz w:val="20"/>
        </w:rPr>
        <w:t>[27 . 1 . 1]</w:t>
      </w:r>
    </w:p>
    <w:p>
      <w:r>
        <w:rPr>
          <w:rFonts w:ascii="Gentium Plus" w:hAnsi="Gentium Plus"/>
          <w:sz w:val="24"/>
        </w:rPr>
        <w:t>Ὅτι Νάβις ὁ τύραννος τῶν Λακεδαιμονίων ἀνεῖλε Πέλοπα τὸν Λυκούργου μὲν τοῦ βασιλεύ‐ σαντος υἱόν, παῖδα δὲ τὴν ἡλικίαν ὄντα· εὐλαβεῖτο γὰρ μή ποτε ὁ παῖς παραγενηθεὶς εἰς ἡλικίαν ἀπο‐</w:t>
      </w:r>
    </w:p>
    <w:p>
      <w:r>
        <w:rPr>
          <w:rFonts w:ascii="Courier New" w:hAnsi="Courier New"/>
          <w:color w:val="555555"/>
          <w:sz w:val="20"/>
        </w:rPr>
        <w:t>[5]</w:t>
      </w:r>
    </w:p>
    <w:p>
      <w:r>
        <w:rPr>
          <w:rFonts w:ascii="Gentium Plus" w:hAnsi="Gentium Plus"/>
          <w:sz w:val="24"/>
        </w:rPr>
        <w:t>καταστήσῃ τῇ πατρίδι τὴν ἐλευθερίαν, πεφρονη‐ ματισμένος διὰ τὴν εὐγένειαν. αὐτὸς δὲ τοὺς χαριεστάτους τῶν Λακεδαιμονίων ἐπιλεγόμενος ἀν‐ ῄρει καὶ μισθοφόρους πανταχόθεν τοὺς χειρίστους συνήγαγε φύλακας τῆς δυναστείας. διόπερ ἐκ παν‐</w:t>
      </w:r>
    </w:p>
    <w:p>
      <w:r>
        <w:rPr>
          <w:rFonts w:ascii="Courier New" w:hAnsi="Courier New"/>
          <w:color w:val="555555"/>
          <w:sz w:val="20"/>
        </w:rPr>
        <w:t>[10]</w:t>
      </w:r>
    </w:p>
    <w:p>
      <w:r>
        <w:rPr>
          <w:rFonts w:ascii="Gentium Plus" w:hAnsi="Gentium Plus"/>
          <w:sz w:val="24"/>
        </w:rPr>
        <w:t>τὸς τόπου συνέρρεον εἰς τὴν Σπάρτην ἱερόσυλοι, φῶρες, λῃσταί, κατάδικοι θανάτου. ἀσεβῶς γὰρ τὴν τυραννίδα περιποιησάμενος ὑπὸ μόνων τούτων ἤλπιζε βεβαιότατα τηρηθήσεσθαι. (Const. Exc. 2(1), p. 266.)</w:t>
      </w:r>
    </w:p>
    <w:p>
      <w:r>
        <w:rPr>
          <w:rFonts w:ascii="Courier New" w:hAnsi="Courier New"/>
          <w:color w:val="555555"/>
          <w:sz w:val="20"/>
        </w:rPr>
        <w:t>[27 . 1 . 2]</w:t>
      </w:r>
    </w:p>
    <w:p>
      <w:r>
        <w:rPr>
          <w:rFonts w:ascii="Gentium Plus" w:hAnsi="Gentium Plus"/>
          <w:sz w:val="24"/>
        </w:rPr>
        <w:t>Ὅτι Νάβις ὁ τῶν Λακεδαιμονίων τύραννος πολ‐ λὰς τιμωρίας ἐπενόησε πρὸς τοὺς πολίτας, νομίζων τῇ τῆς πατρίδος ταπεινώσει τὴν ἰδίαν αὐξήσειν δυναστείαν. ἀνὴρ γάρ, οἶμαι, πονηρὸς τυχὼν ἐξου‐</w:t>
      </w:r>
    </w:p>
    <w:p>
      <w:r>
        <w:rPr>
          <w:rFonts w:ascii="Courier New" w:hAnsi="Courier New"/>
          <w:color w:val="555555"/>
          <w:sz w:val="20"/>
        </w:rPr>
        <w:t>[5]</w:t>
      </w:r>
    </w:p>
    <w:p>
      <w:r>
        <w:rPr>
          <w:rFonts w:ascii="Gentium Plus" w:hAnsi="Gentium Plus"/>
          <w:sz w:val="24"/>
        </w:rPr>
        <w:t>σίας οὐκ εἴωθε φέρειν τὴν εὐτυχίαν κατ’ ἄνθρωπον.</w:t>
      </w:r>
    </w:p>
    <w:p>
      <w:r>
        <w:rPr>
          <w:rFonts w:ascii="Courier New" w:hAnsi="Courier New"/>
          <w:color w:val="555555"/>
          <w:sz w:val="20"/>
        </w:rPr>
        <w:t>[27 . 2 . 1]</w:t>
      </w:r>
    </w:p>
    <w:p>
      <w:r>
        <w:rPr>
          <w:rFonts w:ascii="Gentium Plus" w:hAnsi="Gentium Plus"/>
          <w:sz w:val="24"/>
        </w:rPr>
        <w:t>Ὢν γὰρ μέγιστος ἱερεὺς ἠναγκάζετο μὴ μα‐ κρὰν τῆς Ῥώμης ἀποσπᾶσθαι διὰ τὴν τῶν ἱερῶν ἐπιμέλειαν. (Const. Exc. 4, p. 356.)</w:t>
      </w:r>
    </w:p>
    <w:p>
      <w:r>
        <w:rPr>
          <w:rFonts w:ascii="Courier New" w:hAnsi="Courier New"/>
          <w:color w:val="555555"/>
          <w:sz w:val="20"/>
        </w:rPr>
        <w:t>[27 2a 1]</w:t>
      </w:r>
    </w:p>
    <w:p>
      <w:r>
        <w:rPr>
          <w:rFonts w:ascii="Gentium Plus" w:hAnsi="Gentium Plus"/>
          <w:sz w:val="24"/>
        </w:rPr>
        <w:t>Οὕτω κατὰ τὴν Διοδώρου ἱστορίαν καὶ Σκι‐ πίων ὁ στρατηγὸς τοῖς πρώτοις τῶν Σικελιωτῶν προέθηκεν ἢ στρατεύειν μετ’ αὐτοῦ εἰς Λιβύην ἢ τοὺς ἵππους καὶ τοὺς οἰκέτας παραδοῦναι τοῖς μετ’</w:t>
      </w:r>
    </w:p>
    <w:p>
      <w:r>
        <w:rPr>
          <w:rFonts w:ascii="Courier New" w:hAnsi="Courier New"/>
          <w:color w:val="555555"/>
          <w:sz w:val="20"/>
        </w:rPr>
        <w:t>[5]</w:t>
      </w:r>
    </w:p>
    <w:p>
      <w:r>
        <w:rPr>
          <w:rFonts w:ascii="Gentium Plus" w:hAnsi="Gentium Plus"/>
          <w:sz w:val="24"/>
        </w:rPr>
        <w:t>αὐτοῦ. (Eustathius, Commentary on the Iliad, Book 23, p. 1302.)</w:t>
      </w:r>
    </w:p>
    <w:p>
      <w:r>
        <w:rPr>
          <w:rFonts w:ascii="Courier New" w:hAnsi="Courier New"/>
          <w:color w:val="555555"/>
          <w:sz w:val="20"/>
        </w:rPr>
        <w:t>[27 . 3 . 1]</w:t>
      </w:r>
    </w:p>
    <w:p>
      <w:r>
        <w:rPr>
          <w:rFonts w:ascii="Gentium Plus" w:hAnsi="Gentium Plus"/>
          <w:sz w:val="24"/>
        </w:rPr>
        <w:t>Ὅτι Κρῆτες ναυσὶν ἑπτὰ πειρατεύειν ἐπι‐ βαλόμενοι τῶν πλεόντων ἐλῄστευον οὐκ ὀλίγους. διὸ καὶ τῶν ἐμπόρων ἀθυμούντων, Ῥόδιοι πρὸς αὑτοὺς τἀδικήματα νομίσαντες ἥξειν πρὸς τοὺς</w:t>
      </w:r>
    </w:p>
    <w:p>
      <w:r>
        <w:rPr>
          <w:rFonts w:ascii="Courier New" w:hAnsi="Courier New"/>
          <w:color w:val="555555"/>
          <w:sz w:val="20"/>
        </w:rPr>
        <w:t>[5]</w:t>
      </w:r>
    </w:p>
    <w:p>
      <w:r>
        <w:rPr>
          <w:rFonts w:ascii="Gentium Plus" w:hAnsi="Gentium Plus"/>
          <w:sz w:val="24"/>
        </w:rPr>
        <w:t>Κρῆτας πόλεμον ἐξήνεγκαν.</w:t>
      </w:r>
    </w:p>
    <w:p>
      <w:r>
        <w:rPr>
          <w:rFonts w:ascii="Courier New" w:hAnsi="Courier New"/>
          <w:color w:val="555555"/>
          <w:sz w:val="20"/>
        </w:rPr>
        <w:t>[27 . 4 . 1]</w:t>
      </w:r>
    </w:p>
    <w:p>
      <w:r>
        <w:rPr>
          <w:rFonts w:ascii="Gentium Plus" w:hAnsi="Gentium Plus"/>
          <w:sz w:val="24"/>
        </w:rPr>
        <w:t>Ὅτι Πλημήνιος ὁ κατασταθεὶς Λοκρῶν ἡγε‐ μὼν παρὰ Σκιπίωνος ἀσεβὴς ὢν τοὺς τῆς Φερσε‐ φόνης θησαυροὺς ἀνασπάσας καὶ τὰ χρήματα συλήσας ἀπήνεγκε. τῶν δὲ Λοκρῶν ἀγανακτούν‐</w:t>
      </w:r>
    </w:p>
    <w:p>
      <w:r>
        <w:rPr>
          <w:rFonts w:ascii="Courier New" w:hAnsi="Courier New"/>
          <w:color w:val="555555"/>
          <w:sz w:val="20"/>
        </w:rPr>
        <w:t>[5]</w:t>
      </w:r>
    </w:p>
    <w:p>
      <w:r>
        <w:rPr>
          <w:rFonts w:ascii="Gentium Plus" w:hAnsi="Gentium Plus"/>
          <w:sz w:val="24"/>
        </w:rPr>
        <w:t>των ἐπὶ τούτοις καὶ τὴν τῶν Ῥωμαίων ἀνακαλου‐ μένων πίστιν, δύο τῶν χιλιάρχων μισοπονηρεῖν ἐπὶ τοῖς ἀδικήμασι προσεποιήθησαν. τοῦτο δὲ ἔπρατ‐ τον οὐκ ἐπὶ τοῖς γινομένοις ἀγανακτοῦντες, ἀλλ’ ἐπὶ τῷ τὸ μέρος μὴ εἰληφέναι τῶν σεσυλημένων</w:t>
      </w:r>
    </w:p>
    <w:p>
      <w:r>
        <w:rPr>
          <w:rFonts w:ascii="Courier New" w:hAnsi="Courier New"/>
          <w:color w:val="555555"/>
          <w:sz w:val="20"/>
        </w:rPr>
        <w:t>[27 . 4 . 2]</w:t>
      </w:r>
    </w:p>
    <w:p>
      <w:r>
        <w:rPr>
          <w:rFonts w:ascii="Gentium Plus" w:hAnsi="Gentium Plus"/>
          <w:sz w:val="24"/>
        </w:rPr>
        <w:t>χρημάτων ἐγκαλοῦντες τῷ Πλημηνίῳ. ταχὺ δ’</w:t>
      </w:r>
    </w:p>
    <w:p>
      <w:r>
        <w:rPr>
          <w:rFonts w:ascii="Courier New" w:hAnsi="Courier New"/>
          <w:color w:val="555555"/>
          <w:sz w:val="20"/>
        </w:rPr>
        <w:t>[27 . 4 . 3]</w:t>
      </w:r>
    </w:p>
    <w:p>
      <w:r>
        <w:rPr>
          <w:rFonts w:ascii="Gentium Plus" w:hAnsi="Gentium Plus"/>
          <w:sz w:val="24"/>
        </w:rPr>
        <w:t>ἁγνὸν ὑπὸ τῶν ἐγχωρίων τετηρῆσθαι. καθ’ ὃν γὰρ καιρὸν Πύρρος ἐκ τῆς Σικελίας διεβίβαζε τὰς δυνάμεις εἰς Λοκροὺς καὶ ὑπὸ τῶν στρατιωτῶν ἀπαιτούμενος τοὺς μισθοὺς ἠναγκάσθη δι’ ἀπορίαν</w:t>
      </w:r>
    </w:p>
    <w:p>
      <w:r>
        <w:rPr>
          <w:rFonts w:ascii="Courier New" w:hAnsi="Courier New"/>
          <w:color w:val="555555"/>
          <w:sz w:val="20"/>
        </w:rPr>
        <w:t>[5]</w:t>
      </w:r>
    </w:p>
    <w:p>
      <w:r>
        <w:rPr>
          <w:rFonts w:ascii="Gentium Plus" w:hAnsi="Gentium Plus"/>
          <w:sz w:val="24"/>
        </w:rPr>
        <w:t>ἅψασθαι τῶν χρημάτων, κατὰ τὸν ἔκπλουν ἐπι‐ γενηθῆναι πνεύματά φασιν, ὥστε στόλῳ παντὶ ναυαγῆσαι τοῦτον. τὸν δὲ Πύρρον δεισιδαιμονή‐ σαντα τὴν θεὸν ἐξιλάσασθαι καὶ μὴ πρότερον ἀπελθεῖν ἕως ἀπεκατέστησε τὰ χρήματα.</w:t>
      </w:r>
    </w:p>
    <w:p>
      <w:r>
        <w:rPr>
          <w:rFonts w:ascii="Courier New" w:hAnsi="Courier New"/>
          <w:color w:val="555555"/>
          <w:sz w:val="20"/>
        </w:rPr>
        <w:t>[27 . 4 . 4]</w:t>
      </w:r>
    </w:p>
    <w:p>
      <w:r>
        <w:rPr>
          <w:rFonts w:ascii="Gentium Plus" w:hAnsi="Gentium Plus"/>
          <w:sz w:val="24"/>
        </w:rPr>
        <w:t>Οἱ δὲ χιλίαρχοι προσποιούμενοι μισοπονηρεῖν προΐσταντο τῶν Λοκρῶν καὶ τὸν Πλημήνιον κακῶς ἔλεγον καὶ δίκην ἐπιθήσειν ἠπείλουν. τέλος ἐπὶ πλεῖον τῆς λοιδορίας προβαινούσης εἰς χεῖρας</w:t>
      </w:r>
    </w:p>
    <w:p>
      <w:r>
        <w:rPr>
          <w:rFonts w:ascii="Courier New" w:hAnsi="Courier New"/>
          <w:color w:val="555555"/>
          <w:sz w:val="20"/>
        </w:rPr>
        <w:t>[5]</w:t>
      </w:r>
    </w:p>
    <w:p>
      <w:r>
        <w:rPr>
          <w:rFonts w:ascii="Gentium Plus" w:hAnsi="Gentium Plus"/>
          <w:sz w:val="24"/>
        </w:rPr>
        <w:t>ἦλθον. οἱ δὲ χιλίαρχοι τοῦτον δόντες ἐπὶ γῆν τά τε ὦτα περιέτραγον αὐτοῦ καὶ τὴν ῥῖνα, πρὸς δὲ</w:t>
      </w:r>
    </w:p>
    <w:p>
      <w:r>
        <w:rPr>
          <w:rFonts w:ascii="Courier New" w:hAnsi="Courier New"/>
          <w:color w:val="555555"/>
          <w:sz w:val="20"/>
        </w:rPr>
        <w:t>[27 . 4 . 5]</w:t>
      </w:r>
    </w:p>
    <w:p>
      <w:r>
        <w:rPr>
          <w:rFonts w:ascii="Gentium Plus" w:hAnsi="Gentium Plus"/>
          <w:sz w:val="24"/>
        </w:rPr>
        <w:t>τούτοις καὶ τὰ χείλη διέσχισαν. ὁ δὲ Πλημήνιος συλλαβὼν τοὺς χιλιάρχους καὶ δειναῖς αἰκίαις περι‐ βαλὼν διέφθειρεν. ἡ δὲ σύγκλητος τῶν Ῥωμαίων διὰ τὴν ἱεροσυλίαν οὐ μετρίως ἐδεισιδαιμόνει· οἱ</w:t>
      </w:r>
    </w:p>
    <w:p>
      <w:r>
        <w:rPr>
          <w:rFonts w:ascii="Courier New" w:hAnsi="Courier New"/>
          <w:color w:val="555555"/>
          <w:sz w:val="20"/>
        </w:rPr>
        <w:t>[5]</w:t>
      </w:r>
    </w:p>
    <w:p>
      <w:r>
        <w:rPr>
          <w:rFonts w:ascii="Gentium Plus" w:hAnsi="Gentium Plus"/>
          <w:sz w:val="24"/>
        </w:rPr>
        <w:t>δὲ ἀντιπολιτευόμενοι τῷ Σκιπίωνι καιρὸν εὑρόντες οἰκεῖον διαβολῆς κατηγόρουν αὐτοῦ, λέγοντες ὡς ἀπὸ τῆς ἐκείνου γνώμης ἅπαντα πέπραχεν ὁ Πλη‐</w:t>
      </w:r>
    </w:p>
    <w:p>
      <w:r>
        <w:rPr>
          <w:rFonts w:ascii="Courier New" w:hAnsi="Courier New"/>
          <w:color w:val="555555"/>
          <w:sz w:val="20"/>
        </w:rPr>
        <w:t>[27 . 4 . 6]</w:t>
      </w:r>
    </w:p>
    <w:p>
      <w:r>
        <w:rPr>
          <w:rFonts w:ascii="Gentium Plus" w:hAnsi="Gentium Plus"/>
          <w:sz w:val="24"/>
        </w:rPr>
        <w:t>μήνιος. ἡ δὲ σύγκλητος ἀπέστειλε πρεσβευτὰς ἀγο‐ ρανόμον καὶ δύο δημάρχους, εἰ μὲν εὕρωσιν ἀπὸ τῆς Σκιπίωνος γνώμης γεγενημένην τὴν ἱεροσυλίαν, κατὰ τάχος ἀγαγεῖν αὐτὸν εἰς τὴν Ῥώμην, εἰ δὲ</w:t>
      </w:r>
    </w:p>
    <w:p>
      <w:r>
        <w:rPr>
          <w:rFonts w:ascii="Courier New" w:hAnsi="Courier New"/>
          <w:color w:val="555555"/>
          <w:sz w:val="20"/>
        </w:rPr>
        <w:t>[5]</w:t>
      </w:r>
    </w:p>
    <w:p>
      <w:r>
        <w:rPr>
          <w:rFonts w:ascii="Gentium Plus" w:hAnsi="Gentium Plus"/>
          <w:sz w:val="24"/>
        </w:rPr>
        <w:t>μή, ἐᾶν αὐτὸν διαβιβάζειν τὰς δυνάμεις εἰς τὴν Λιβύην. τούτων δὲ κατὰ τὴν ὁδὸν ὄντων, ὁ Σκιπίων μεταπεμψάμενος τὸν Πλημήνιον ἔδησεν εἰς ἅλυσιν καὶ περὶ τὴν γυμνασίαν ἦν τῶν δυνάμεων.</w:t>
      </w:r>
    </w:p>
    <w:p>
      <w:r>
        <w:rPr>
          <w:rFonts w:ascii="Courier New" w:hAnsi="Courier New"/>
          <w:color w:val="555555"/>
          <w:sz w:val="20"/>
        </w:rPr>
        <w:t>[27 . 4 . 7]</w:t>
      </w:r>
    </w:p>
    <w:p>
      <w:r>
        <w:rPr>
          <w:rFonts w:ascii="Gentium Plus" w:hAnsi="Gentium Plus"/>
          <w:sz w:val="24"/>
        </w:rPr>
        <w:t>οἱ δὲ δήμαρχοι ταῦτα θαυμάσαντες ἐπῄνεσαν τὸν Σκιπίωνα. εἰς δὲ Ῥώμην ἀπαχθέντος τοῦ Πλη‐ μηνίου, τοῦτον ἡ σύγκλητος εἰς φυλακὴν ἀπέθετο, καθ’ ἣν αὐτὸν τελευτῆσαι συνέβη· τὴν δὲ οὐσίαν</w:t>
      </w:r>
    </w:p>
    <w:p>
      <w:r>
        <w:rPr>
          <w:rFonts w:ascii="Courier New" w:hAnsi="Courier New"/>
          <w:color w:val="555555"/>
          <w:sz w:val="20"/>
        </w:rPr>
        <w:t>[5]</w:t>
      </w:r>
    </w:p>
    <w:p>
      <w:r>
        <w:rPr>
          <w:rFonts w:ascii="Gentium Plus" w:hAnsi="Gentium Plus"/>
          <w:sz w:val="24"/>
        </w:rPr>
        <w:t>αὐτοῦ καθιέρωσε καὶ τὰ προσελλείποντα τῶν ἱεροσυληθέντων χρημάτων ἐκ τοῦ δημοσίου προσ‐ θεῖσα τῇ θεῷ καθιέρωσεν. ἐψηφίσατο δὲ καὶ τοὺς Λοκροὺς ἐλευθέρους εἶναι, καὶ τῶν στρατιωτῶν τοὺς ἔχοντάς τι τῶν τῆς Φέρσεως χρημάτων, ἐὰν</w:t>
      </w:r>
    </w:p>
    <w:p>
      <w:r>
        <w:rPr>
          <w:rFonts w:ascii="Courier New" w:hAnsi="Courier New"/>
          <w:color w:val="555555"/>
          <w:sz w:val="20"/>
        </w:rPr>
        <w:t>[10]</w:t>
      </w:r>
    </w:p>
    <w:p>
      <w:r>
        <w:rPr>
          <w:rFonts w:ascii="Gentium Plus" w:hAnsi="Gentium Plus"/>
          <w:sz w:val="24"/>
        </w:rPr>
        <w:t>μὴ καταθῶσιν, ἐνόχους εἶναι θανάτου. (Const. Exc. 2(1), pp. 266—267.)</w:t>
      </w:r>
    </w:p>
    <w:p>
      <w:r>
        <w:rPr>
          <w:rFonts w:ascii="Courier New" w:hAnsi="Courier New"/>
          <w:color w:val="555555"/>
          <w:sz w:val="20"/>
        </w:rPr>
        <w:t>[27 . 4 . 8]</w:t>
      </w:r>
    </w:p>
    <w:p>
      <w:r>
        <w:rPr>
          <w:rFonts w:ascii="Gentium Plus" w:hAnsi="Gentium Plus"/>
          <w:sz w:val="24"/>
        </w:rPr>
        <w:t>Ὅτι μετὰ τὸ ψηφισθῆναι τὰ κατὰ Πλημήνιον φιλοφρονοῦντες τοὺς Λοκροὺς οἱ τὰ πολλὰ τῶν ἀναθημάτων ἡρπακότες καὶ θεωροῦντες τὴν τῶν χιλιάρχων καὶ τοῦ Πλημηνίου τιμωρίαν ἐπὶ δεισι‐</w:t>
      </w:r>
    </w:p>
    <w:p>
      <w:r>
        <w:rPr>
          <w:rFonts w:ascii="Courier New" w:hAnsi="Courier New"/>
          <w:color w:val="555555"/>
          <w:sz w:val="20"/>
        </w:rPr>
        <w:t>[5]</w:t>
      </w:r>
    </w:p>
    <w:p>
      <w:r>
        <w:rPr>
          <w:rFonts w:ascii="Gentium Plus" w:hAnsi="Gentium Plus"/>
          <w:sz w:val="24"/>
        </w:rPr>
        <w:t>δαιμονίαν ἐνέπιπτον. οὕτως ὁ συνειδώς τι φαῦλον ἑαυτῷ σιωπωμένην ἀναδέχεται τιμωρίαν, κἂν τύχῃ διαλεληθὼς τοὺς ἄλλους. διὸ ποινηλατούμενοι τὰς ψυχὰς τὸ θεῖον ἐξιλασκόμενοι ἐρρίπτουν τὰ χρή‐</w:t>
      </w:r>
    </w:p>
    <w:p>
      <w:r>
        <w:rPr>
          <w:rFonts w:ascii="Courier New" w:hAnsi="Courier New"/>
          <w:color w:val="555555"/>
          <w:sz w:val="20"/>
        </w:rPr>
        <w:t>[27 . 5 . 1]</w:t>
      </w:r>
    </w:p>
    <w:p>
      <w:r>
        <w:rPr>
          <w:rFonts w:ascii="Gentium Plus" w:hAnsi="Gentium Plus"/>
          <w:sz w:val="24"/>
        </w:rPr>
        <w:t>Ὅτι τὸ ψεῦδος ἐν τοῖς οἰκείοις τιθέμενον και‐ ροῖς ἐνίοτε γίνεται μεγάλων ἀγαθῶν αἴτιον. (Const. Exc. 4, p. 356.)</w:t>
      </w:r>
    </w:p>
    <w:p>
      <w:r>
        <w:rPr>
          <w:rFonts w:ascii="Courier New" w:hAnsi="Courier New"/>
          <w:color w:val="555555"/>
          <w:sz w:val="20"/>
        </w:rPr>
        <w:t>[27 . 6 . 1]</w:t>
      </w:r>
    </w:p>
    <w:p>
      <w:r>
        <w:rPr>
          <w:rFonts w:ascii="Gentium Plus" w:hAnsi="Gentium Plus"/>
          <w:sz w:val="24"/>
        </w:rPr>
        <w:t>Ὅτι ὁ Σκιπίων παραγενηθέντων πρὸς αὐτὸν τῶν περὶ Σόφακα τὸ μὲν πρῶτον ἰδὼν τὸν ἄνδρα δεδεμένον ἐδάκρυσε, λογιζόμενος τὴν πάλαι ποτὲ μακαριζομένην αὐτοῦ βασιλείαν. μετ’ ὀλίγον δὲ</w:t>
      </w:r>
    </w:p>
    <w:p>
      <w:r>
        <w:rPr>
          <w:rFonts w:ascii="Courier New" w:hAnsi="Courier New"/>
          <w:color w:val="555555"/>
          <w:sz w:val="20"/>
        </w:rPr>
        <w:t>[5]</w:t>
      </w:r>
    </w:p>
    <w:p>
      <w:r>
        <w:rPr>
          <w:rFonts w:ascii="Gentium Plus" w:hAnsi="Gentium Plus"/>
          <w:sz w:val="24"/>
        </w:rPr>
        <w:t>χρόνον κρίνας ἀνθρώπινα φρονεῖν ἐν τοῖς εὐτυχή‐ μασιν ἐπέταξεν αὐτὸν λῦσαι καὶ τὴν ἰδίαν σκηνὴν ἀπέδωκε καὶ τὴν ἄλλην ἀκολουθίαν ἔχειν συν‐ εχώρησε· τηρῶν δὲ αὐτὸν ἐν ἐλευθέρᾳ φυλακῇ φιλανθρώπως ὡμίλει καὶ πολλάκις ἐπὶ δεῖπνα παρ‐</w:t>
      </w:r>
    </w:p>
    <w:p>
      <w:r>
        <w:rPr>
          <w:rFonts w:ascii="Courier New" w:hAnsi="Courier New"/>
          <w:color w:val="555555"/>
          <w:sz w:val="20"/>
        </w:rPr>
        <w:t>[10]</w:t>
      </w:r>
    </w:p>
    <w:p>
      <w:r>
        <w:rPr>
          <w:rFonts w:ascii="Gentium Plus" w:hAnsi="Gentium Plus"/>
          <w:sz w:val="24"/>
        </w:rPr>
        <w:t>ελαμβάνετο. (Const. Exc. 2(1), pp. 267—268.)</w:t>
      </w:r>
    </w:p>
    <w:p>
      <w:r>
        <w:rPr>
          <w:rFonts w:ascii="Courier New" w:hAnsi="Courier New"/>
          <w:color w:val="555555"/>
          <w:sz w:val="20"/>
        </w:rPr>
        <w:t>[27 . 6 . 2]</w:t>
      </w:r>
    </w:p>
    <w:p>
      <w:r>
        <w:rPr>
          <w:rFonts w:ascii="Gentium Plus" w:hAnsi="Gentium Plus"/>
          <w:sz w:val="24"/>
        </w:rPr>
        <w:t>Ὅτι Σκιπίων τὸν Σόφακα τὸν βασιλέα αἰχμάλω‐ τον λαβὼν καὶ δεδεμένον λύσας φιλανθρώπως ὡμίλει αὐτόν· ᾤετο γὰρ δεῖν τὴν ἐπὶ τοῦ πολέμου ἔχθραν μέχρι τοῦ νικᾶν φυλάττειν, εἰς δὲ τύχην</w:t>
      </w:r>
    </w:p>
    <w:p>
      <w:r>
        <w:rPr>
          <w:rFonts w:ascii="Courier New" w:hAnsi="Courier New"/>
          <w:color w:val="555555"/>
          <w:sz w:val="20"/>
        </w:rPr>
        <w:t>[5]</w:t>
      </w:r>
    </w:p>
    <w:p>
      <w:r>
        <w:rPr>
          <w:rFonts w:ascii="Gentium Plus" w:hAnsi="Gentium Plus"/>
          <w:sz w:val="24"/>
        </w:rPr>
        <w:t>αἰχμάλωτον ἀνδρὸς βασιλέως γεγονότος μηδὲν ἐξ‐ αμαρτάνειν ἄνθρωπον ὄντα· ἐφορᾷ γάρ, ὡς ἔοικε, τὸν ἀνθρώπινον βίον νέμεσίς τις θεοῦ, ἣ τοὺς ὑπὲρ ἄνθρωπον φρονοῦντας ταχὺ τῆς ἰδίας ἀσθενείας ὑπομιμνήσκει. διὸ καὶ τὸν Σκιπίωνα τίς οὐκ ἂν</w:t>
      </w:r>
    </w:p>
    <w:p>
      <w:r>
        <w:rPr>
          <w:rFonts w:ascii="Courier New" w:hAnsi="Courier New"/>
          <w:color w:val="555555"/>
          <w:sz w:val="20"/>
        </w:rPr>
        <w:t>[10]</w:t>
      </w:r>
    </w:p>
    <w:p>
      <w:r>
        <w:rPr>
          <w:rFonts w:ascii="Gentium Plus" w:hAnsi="Gentium Plus"/>
          <w:sz w:val="24"/>
        </w:rPr>
        <w:t>ἐπαινέσειε θεωρῶν πρὸς τὸν κατὰ τῶν πολεμίων</w:t>
      </w:r>
    </w:p>
    <w:p>
      <w:r>
        <w:rPr>
          <w:rFonts w:ascii="Courier New" w:hAnsi="Courier New"/>
          <w:color w:val="555555"/>
          <w:sz w:val="20"/>
        </w:rPr>
        <w:t>[15]</w:t>
      </w:r>
    </w:p>
    <w:p>
      <w:r>
        <w:rPr>
          <w:rFonts w:ascii="Gentium Plus" w:hAnsi="Gentium Plus"/>
          <w:sz w:val="24"/>
        </w:rPr>
        <w:t>μέτριοι. διὸ καὶ ταχὺ τοῦ Σόφακος ὁ Σκιπίων τῆς εἰς αὐτὸν ἐπιεικείας ἐκομίσατο χάριν. (Const. Exc. 4, pp. 356—357.)</w:t>
      </w:r>
    </w:p>
    <w:p>
      <w:r>
        <w:rPr>
          <w:rFonts w:ascii="Courier New" w:hAnsi="Courier New"/>
          <w:color w:val="555555"/>
          <w:sz w:val="20"/>
        </w:rPr>
        <w:t>[27 . 7 . 1]</w:t>
      </w:r>
    </w:p>
    <w:p>
      <w:r>
        <w:rPr>
          <w:rFonts w:ascii="Gentium Plus" w:hAnsi="Gentium Plus"/>
          <w:sz w:val="24"/>
        </w:rPr>
        <w:t>Ὅτι Σοφόνβα ἡ πρότερον μὲν Μασανάσσῃ, μετὰ δὲ ταῦτα συνοικήσασα Σόφακι, τὸ δὲ τελευ‐ ταῖον πάλιν εἰς συμβίωσιν ἐλθοῦσα διὰ τὴν αἰχ‐ μαλωσίαν τῷ Μασανάσσῃ τήν τε ὄψιν ἦν εὐπρεπὴς</w:t>
      </w:r>
    </w:p>
    <w:p>
      <w:r>
        <w:rPr>
          <w:rFonts w:ascii="Courier New" w:hAnsi="Courier New"/>
          <w:color w:val="555555"/>
          <w:sz w:val="20"/>
        </w:rPr>
        <w:t>[5]</w:t>
      </w:r>
    </w:p>
    <w:p>
      <w:r>
        <w:rPr>
          <w:rFonts w:ascii="Gentium Plus" w:hAnsi="Gentium Plus"/>
          <w:sz w:val="24"/>
        </w:rPr>
        <w:t>καὶ τοῖς τρόποις ποικίλη καὶ πᾶν ἐξομηρεύσασθαι δυναμένη. οὖσα δὲ Καρχηδονίων συμμαχὶς προσ‐ έκειτο λιπαροῦσα καὶ δεομένη καθ’ ἡμέραν τἀν‐ δρὸς ὅπως ἀποστῇ Ῥώμης· ἦν γὰρ ἡ γυνὴ δεινῶς φιλόπατρις. ἃ δὴ γινώσκων ὁ Σόφαξ ἐδήλωσε τῷ</w:t>
      </w:r>
    </w:p>
    <w:p>
      <w:r>
        <w:rPr>
          <w:rFonts w:ascii="Courier New" w:hAnsi="Courier New"/>
          <w:color w:val="555555"/>
          <w:sz w:val="20"/>
        </w:rPr>
        <w:t>[10]</w:t>
      </w:r>
    </w:p>
    <w:p>
      <w:r>
        <w:rPr>
          <w:rFonts w:ascii="Gentium Plus" w:hAnsi="Gentium Plus"/>
          <w:sz w:val="24"/>
        </w:rPr>
        <w:t>Σκιπίωνι περὶ τῆς γυναικὸς καὶ παρεκελεύσατο φυλάττεσθαι. τούτοις δὲ σύμφωνα καὶ Λαιλίου λέγοντος, ὁ Σκιπίων ἐκέλευσεν ἄγειν πρὸς ἑαυτὸν τὴν γυναῖκα. παραιτουμένου δὲ τοῦ Μασανάσσου, πικρότερον ἐπέπληξεν. ὁ δὲ εὐλαβηθεὶς ἐκέλευσεν</w:t>
      </w:r>
    </w:p>
    <w:p>
      <w:r>
        <w:rPr>
          <w:rFonts w:ascii="Courier New" w:hAnsi="Courier New"/>
          <w:color w:val="555555"/>
          <w:sz w:val="20"/>
        </w:rPr>
        <w:t>[15]</w:t>
      </w:r>
    </w:p>
    <w:p>
      <w:r>
        <w:rPr>
          <w:rFonts w:ascii="Gentium Plus" w:hAnsi="Gentium Plus"/>
          <w:sz w:val="24"/>
        </w:rPr>
        <w:t>ἀποστέλλειν τοὺς παραληψομένους· αὐτὸς δὲ παρελ‐ θὼν εἰς τὴν σκηνὴν φάρμακον θανάσιμον τῇ γυναικὶ δοὺς πιεῖν ἠνάγκασε.</w:t>
      </w:r>
    </w:p>
    <w:p>
      <w:r>
        <w:rPr>
          <w:rFonts w:ascii="Courier New" w:hAnsi="Courier New"/>
          <w:color w:val="555555"/>
          <w:sz w:val="20"/>
        </w:rPr>
        <w:t>[27 . 8 . 1]</w:t>
      </w:r>
    </w:p>
    <w:p>
      <w:r>
        <w:rPr>
          <w:rFonts w:ascii="Gentium Plus" w:hAnsi="Gentium Plus"/>
          <w:sz w:val="24"/>
        </w:rPr>
        <w:t>Ὅτι Σκιπίων διὰ τὸν πρὸς τοὺς ἐπταικότας ἔλεον βεβαίαν ἔσχε τὴν Μασανάσσου συμμαχίαν εἰς ἅπαντα τὸν μετὰ ταῦτα χρόνον.</w:t>
      </w:r>
    </w:p>
    <w:p>
      <w:r>
        <w:rPr>
          <w:rFonts w:ascii="Courier New" w:hAnsi="Courier New"/>
          <w:color w:val="555555"/>
          <w:sz w:val="20"/>
        </w:rPr>
        <w:t>[27 . 9 . 1]</w:t>
      </w:r>
    </w:p>
    <w:p>
      <w:r>
        <w:rPr>
          <w:rFonts w:ascii="Gentium Plus" w:hAnsi="Gentium Plus"/>
          <w:sz w:val="24"/>
        </w:rPr>
        <w:t>Ὅτι Ἀννίβας συγκαλεσάμενος τοὺς συμμά‐ χους ἐδήλωσεν αὐτοῖς ὡς ἀναγκαῖόν ἐστιν αὐτὸν διαβῆναι εἰς Λιβύην, καὶ ἔδωκεν ἐξουσίαν αὐτῶν τοῖς βουλομένοις αὐτῷ συστρατεύειν. ἔνιοι μὲν</w:t>
      </w:r>
    </w:p>
    <w:p>
      <w:r>
        <w:rPr>
          <w:rFonts w:ascii="Courier New" w:hAnsi="Courier New"/>
          <w:color w:val="555555"/>
          <w:sz w:val="20"/>
        </w:rPr>
        <w:t>[5]</w:t>
      </w:r>
    </w:p>
    <w:p>
      <w:r>
        <w:rPr>
          <w:rFonts w:ascii="Gentium Plus" w:hAnsi="Gentium Plus"/>
          <w:sz w:val="24"/>
        </w:rPr>
        <w:t>εἵλαντο τὴν μετ’ Ἀννίβου διάβασιν, τοῖς δ’ ἐχο‐ μένοις τῆς ἐν Ἰταλίᾳ μονῆς περιστήσας τὴν δύνα‐ μιν τὸ μὲν πρῶτον τοῖς στρατιώταις ἔδωκεν ἐξουσίαν, εἴ τινα βούλοιντο λαμβάνειν ἐξ αὐτῶν δοῦλον· τοὺς δὲ λοιποὺς κατέσφαξεν, ἄνδρας μὲν</w:t>
      </w:r>
    </w:p>
    <w:p>
      <w:r>
        <w:rPr>
          <w:rFonts w:ascii="Courier New" w:hAnsi="Courier New"/>
          <w:color w:val="555555"/>
          <w:sz w:val="20"/>
        </w:rPr>
        <w:t>[10]</w:t>
      </w:r>
    </w:p>
    <w:p>
      <w:r>
        <w:rPr>
          <w:rFonts w:ascii="Gentium Plus" w:hAnsi="Gentium Plus"/>
          <w:sz w:val="24"/>
        </w:rPr>
        <w:t>περὶ δισμυρίους, ἵππους δὲ περὶ τρισχιλίους καὶ τῶν ὑποζυγίων ἀναρίθμητον πλῆθος.</w:t>
      </w:r>
    </w:p>
    <w:p>
      <w:r>
        <w:rPr>
          <w:rFonts w:ascii="Courier New" w:hAnsi="Courier New"/>
          <w:color w:val="555555"/>
          <w:sz w:val="20"/>
        </w:rPr>
        <w:t>[27 . 10 . 1]</w:t>
      </w:r>
    </w:p>
    <w:p>
      <w:r>
        <w:rPr>
          <w:rFonts w:ascii="Gentium Plus" w:hAnsi="Gentium Plus"/>
          <w:sz w:val="24"/>
        </w:rPr>
        <w:t>Ὅτι αὐτόμολοι ἦλθον πρὸς Ἀννίβαν ἱππεῖς τετρακισχίλιοι. οὗτοι δὲ τοῦ Σόφακος πταίσαντος πρὸς Μασανάσσην ἦσαν ἀφεστηκότες. ὁ δὲ ὀργι‐ σθεὶς αὐτοῖς περιέστησε τὴν δύναμιν καὶ πάντας</w:t>
      </w:r>
    </w:p>
    <w:p>
      <w:r>
        <w:rPr>
          <w:rFonts w:ascii="Courier New" w:hAnsi="Courier New"/>
          <w:color w:val="555555"/>
          <w:sz w:val="20"/>
        </w:rPr>
        <w:t>[5]</w:t>
      </w:r>
    </w:p>
    <w:p>
      <w:r>
        <w:rPr>
          <w:rFonts w:ascii="Gentium Plus" w:hAnsi="Gentium Plus"/>
          <w:sz w:val="24"/>
        </w:rPr>
        <w:t>κατακοντίσας διέδωκε τοὺς ἵππους τοῖς μετ’ αὐτοῦ στρατιώταις. (Const. Exc. 2(1), pp. 268—269.)</w:t>
      </w:r>
    </w:p>
    <w:p>
      <w:r>
        <w:rPr>
          <w:rFonts w:ascii="Courier New" w:hAnsi="Courier New"/>
          <w:color w:val="555555"/>
          <w:sz w:val="20"/>
        </w:rPr>
        <w:t>[27 . 11 . 1]</w:t>
      </w:r>
    </w:p>
    <w:p>
      <w:r>
        <w:rPr>
          <w:rFonts w:ascii="Gentium Plus" w:hAnsi="Gentium Plus"/>
          <w:sz w:val="24"/>
        </w:rPr>
        <w:t>Ὅτι οἱ Καρχηδόνιοι σιτοδείας ἐμπεσούσης οἱ καχέκται τῶν πολιτῶν ἐπιθυμοῦντες λῦσαι τὴν εἰρήνην προετρέψαντο τὸν δῆμον ἐπιπλεῦσαι ταῖς</w:t>
      </w:r>
    </w:p>
    <w:p>
      <w:r>
        <w:rPr>
          <w:rFonts w:ascii="Courier New" w:hAnsi="Courier New"/>
          <w:color w:val="555555"/>
          <w:sz w:val="20"/>
        </w:rPr>
        <w:t>[5]</w:t>
      </w:r>
    </w:p>
    <w:p>
      <w:r>
        <w:rPr>
          <w:rFonts w:ascii="Gentium Plus" w:hAnsi="Gentium Plus"/>
          <w:sz w:val="24"/>
        </w:rPr>
        <w:t>γερουσίας οὐκ ἐώσης λῦσαι τὰς συνθήκας οὐδεὶς ἐπήκουσε· τὴν γὰρ κοιλίαν ἔφασκον οὐκ ἔχειν ὦτα.</w:t>
      </w:r>
    </w:p>
    <w:p>
      <w:r>
        <w:rPr>
          <w:rFonts w:ascii="Courier New" w:hAnsi="Courier New"/>
          <w:color w:val="555555"/>
          <w:sz w:val="20"/>
        </w:rPr>
        <w:t>[27 . 11 . 2]</w:t>
      </w:r>
    </w:p>
    <w:p>
      <w:r>
        <w:rPr>
          <w:rFonts w:ascii="Gentium Plus" w:hAnsi="Gentium Plus"/>
          <w:sz w:val="24"/>
        </w:rPr>
        <w:t>Τὸ κακὸν ἀγαθοῦ παρείχετο φαντασίαν. (Const. Exc. 4, p. 357.)</w:t>
      </w:r>
    </w:p>
    <w:p>
      <w:r>
        <w:rPr>
          <w:rFonts w:ascii="Courier New" w:hAnsi="Courier New"/>
          <w:color w:val="555555"/>
          <w:sz w:val="20"/>
        </w:rPr>
        <w:t>[27 . 12 . 1]</w:t>
      </w:r>
    </w:p>
    <w:p>
      <w:r>
        <w:rPr>
          <w:rFonts w:ascii="Gentium Plus" w:hAnsi="Gentium Plus"/>
          <w:sz w:val="24"/>
        </w:rPr>
        <w:t>Ὅτι Σκιπίων ἀπέστειλε πρὸς Καρχηδονίους πρέσβεις, οἱ δὲ ὄχλοι παρ’ ὀλίγον αὐτοὺς ἀνεῖλον. οἱ δὲ συνέσει διαφέροντες τούτους ἐξήρπασαν καὶ μετὰ τριήρων ἐξέπεμψαν. οἱ δὲ δημοκοποῦντες ἐν</w:t>
      </w:r>
    </w:p>
    <w:p>
      <w:r>
        <w:rPr>
          <w:rFonts w:ascii="Courier New" w:hAnsi="Courier New"/>
          <w:color w:val="555555"/>
          <w:sz w:val="20"/>
        </w:rPr>
        <w:t>[5]</w:t>
      </w:r>
    </w:p>
    <w:p>
      <w:r>
        <w:rPr>
          <w:rFonts w:ascii="Gentium Plus" w:hAnsi="Gentium Plus"/>
          <w:sz w:val="24"/>
        </w:rPr>
        <w:t>Καρχηδόνι τὸν ναύαρχον παρεκελεύσαντο, ὅταν αἱ παραπέμψασαι τριήρεις ἀναστρέψωσιν, ἐπιπλεῦσαι τοῖς πρεσβευταῖς καὶ πάντας κατασφάξαι. ὃ καὶ γέγονεν· οἱ δὲ καταφυγόντες ἐπὶ τὴν γῆν διε‐ σώθησαν πρὸς τὸν Σκιπίωνα. τὸ δὲ θεῖον τοῖς</w:t>
      </w:r>
    </w:p>
    <w:p>
      <w:r>
        <w:rPr>
          <w:rFonts w:ascii="Courier New" w:hAnsi="Courier New"/>
          <w:color w:val="555555"/>
          <w:sz w:val="20"/>
        </w:rPr>
        <w:t>[10]</w:t>
      </w:r>
    </w:p>
    <w:p>
      <w:r>
        <w:rPr>
          <w:rFonts w:ascii="Gentium Plus" w:hAnsi="Gentium Plus"/>
          <w:sz w:val="24"/>
        </w:rPr>
        <w:t>ἀσεβῆσαι βουλομένοις ταχέως ἐνεδείξατο τὴν αὑτοῦ δύναμιν. οἱ γὰρ εἰς Ῥώμην ἀποσταλέντες πρεσ‐ βευταὶ τῶν Καρχηδονίων ἀναστρέφοντες ὑπὸ χει‐ μῶνος κατηνέχθησαν εἰς τὸν τῶν Ῥωμαίων ναύσταθμον. ὧν ἀναχθέντων ἐπὶ τὸν Σκιπίωνα</w:t>
      </w:r>
    </w:p>
    <w:p>
      <w:r>
        <w:rPr>
          <w:rFonts w:ascii="Courier New" w:hAnsi="Courier New"/>
          <w:color w:val="555555"/>
          <w:sz w:val="20"/>
        </w:rPr>
        <w:t>[15]</w:t>
      </w:r>
    </w:p>
    <w:p>
      <w:r>
        <w:rPr>
          <w:rFonts w:ascii="Gentium Plus" w:hAnsi="Gentium Plus"/>
          <w:sz w:val="24"/>
        </w:rPr>
        <w:t>καὶ πάντων βοώντων ἀμύνασθαι τοὺς ἀσεβεῖς, ὁ Σκιπίων οὐκ ἔφη δεῖν πράττειν ἃ τοῖς Καρχη‐ δονίοις ἐγκαλοῦσιν. οὗτοι μὲν οὖν ἀφεθέντες διεσώθησαν εἰς τὴν Καρχηδόνα, θαυμάζοντες τὴν τῶν Ῥωμαίων εὐσέβειαν.</w:t>
      </w:r>
    </w:p>
    <w:p>
      <w:r>
        <w:rPr>
          <w:rFonts w:ascii="Courier New" w:hAnsi="Courier New"/>
          <w:color w:val="555555"/>
          <w:sz w:val="20"/>
        </w:rPr>
        <w:t>[20]</w:t>
      </w:r>
    </w:p>
    <w:p>
      <w:r>
        <w:rPr>
          <w:rFonts w:ascii="Gentium Plus" w:hAnsi="Gentium Plus"/>
          <w:sz w:val="24"/>
        </w:rPr>
        <w:t>(Const. Exc. 2(1), p. 269.)</w:t>
      </w:r>
    </w:p>
    <w:p>
      <w:r>
        <w:rPr>
          <w:rFonts w:ascii="Courier New" w:hAnsi="Courier New"/>
          <w:color w:val="555555"/>
          <w:sz w:val="20"/>
        </w:rPr>
        <w:t>[27 . 12 . 2]</w:t>
      </w:r>
    </w:p>
    <w:p>
      <w:r>
        <w:rPr>
          <w:rFonts w:ascii="Gentium Plus" w:hAnsi="Gentium Plus"/>
          <w:sz w:val="24"/>
        </w:rPr>
        <w:t>Ὅτι τῶν Καρχηδονίων προημαρτηκότων εἰς Ῥω‐ μαίους, ὑπὸ χειμῶνος δὲ ἀναχθέντων ποτὲ πρὸς</w:t>
      </w:r>
    </w:p>
    <w:p>
      <w:r>
        <w:rPr>
          <w:rFonts w:ascii="Courier New" w:hAnsi="Courier New"/>
          <w:color w:val="555555"/>
          <w:sz w:val="20"/>
        </w:rPr>
        <w:t>[5]</w:t>
      </w:r>
    </w:p>
    <w:p>
      <w:r>
        <w:rPr>
          <w:rFonts w:ascii="Gentium Plus" w:hAnsi="Gentium Plus"/>
          <w:sz w:val="24"/>
        </w:rPr>
        <w:t>Καρχηδονίοις ἐγκαλοῦσιν.</w:t>
      </w:r>
    </w:p>
    <w:p>
      <w:r>
        <w:rPr>
          <w:rFonts w:ascii="Courier New" w:hAnsi="Courier New"/>
          <w:color w:val="555555"/>
          <w:sz w:val="20"/>
        </w:rPr>
        <w:t>[27 . 13 . 1]</w:t>
      </w:r>
    </w:p>
    <w:p>
      <w:r>
        <w:rPr>
          <w:rFonts w:ascii="Gentium Plus" w:hAnsi="Gentium Plus"/>
          <w:sz w:val="24"/>
        </w:rPr>
        <w:t>Ὅτι τὰ μὲν καλὰ πεῖσαι πάντων, οἶμαι, δυσχερέστατόν ἐστιν, ὁ δὲ πρὸς χάριν λόγος δεινὸς παραστῆσαι φαντασίαν τοῦ συμφέροντος, κἂν ἐπ’ ὀλέθρῳ λέγηται τῶν βουλευομένων.</w:t>
      </w:r>
    </w:p>
    <w:p>
      <w:r>
        <w:rPr>
          <w:rFonts w:ascii="Courier New" w:hAnsi="Courier New"/>
          <w:color w:val="555555"/>
          <w:sz w:val="20"/>
        </w:rPr>
        <w:t>[27 . 14 . 1]</w:t>
      </w:r>
    </w:p>
    <w:p>
      <w:r>
        <w:rPr>
          <w:rFonts w:ascii="Gentium Plus" w:hAnsi="Gentium Plus"/>
          <w:sz w:val="24"/>
        </w:rPr>
        <w:t>Ἀλλ’ οὐ καλὸν τοῖς μὲν ὅπλοις ἅπαντας νικᾶν, ὑπὸ δὲ τῆς πρὸς τοὺς ἀκληροῦντας ὀργῆς ἡττᾶ‐ σθαι, καὶ πικρότατα μισοῦντας τοὺς ὑπὲρ ἄνθρωπον φρονοῦντας, ἐν ταῖς εὐτυχίαις αὐτοὺς ταῦτα πράτ‐</w:t>
      </w:r>
    </w:p>
    <w:p>
      <w:r>
        <w:rPr>
          <w:rFonts w:ascii="Courier New" w:hAnsi="Courier New"/>
          <w:color w:val="555555"/>
          <w:sz w:val="20"/>
        </w:rPr>
        <w:t>[5]</w:t>
      </w:r>
    </w:p>
    <w:p>
      <w:r>
        <w:rPr>
          <w:rFonts w:ascii="Gentium Plus" w:hAnsi="Gentium Plus"/>
          <w:sz w:val="24"/>
        </w:rPr>
        <w:t>τειν ἃ τοῖς ἄλλοις ἐγκαλοῦντες τυγχάνουσι. τότε γὰρ ἀληθὴς κλῆρός ἐστιν ἡ δόξα τῶν εὐτυχηκότων, ὅταν ὁ κρατῶν τὴν εὐτυχίαν φέρῃ κατ’ ἄνθρωπον. ἐπιφθέγγεται γὰρ ἕκαστος ἐπὶ τῇ τούτων μνείᾳ διότι τῆς νίκης ὑπάρχουσιν ἄξιοι, τοῖς δὲ ἐπιλαθο‐</w:t>
      </w:r>
    </w:p>
    <w:p>
      <w:r>
        <w:rPr>
          <w:rFonts w:ascii="Courier New" w:hAnsi="Courier New"/>
          <w:color w:val="555555"/>
          <w:sz w:val="20"/>
        </w:rPr>
        <w:t>[10]</w:t>
      </w:r>
    </w:p>
    <w:p>
      <w:r>
        <w:rPr>
          <w:rFonts w:ascii="Gentium Plus" w:hAnsi="Gentium Plus"/>
          <w:sz w:val="24"/>
        </w:rPr>
        <w:t>μένοις τῆς ἀνθρωπίνης φύσεως ὁ φθόνος ἀντι‐ κάθηται λυμαινόμενος τὴν τῶν εὐτυχούντων δόξαν. οὐδὲν γάρ ἐστι μέγα τὸν ἑκουσίως ὑποπίπτοντα φονεύειν οὐδὲ θαυμαστὸν ἀφανίσαι τὸν τῶν ἠτυχη‐ κότων βίον. οὐκ ἀλόγως γὰρ οἱ τοιοῦτοι τυγ‐</w:t>
      </w:r>
    </w:p>
    <w:p>
      <w:r>
        <w:rPr>
          <w:rFonts w:ascii="Courier New" w:hAnsi="Courier New"/>
          <w:color w:val="555555"/>
          <w:sz w:val="20"/>
        </w:rPr>
        <w:t>[15]</w:t>
      </w:r>
    </w:p>
    <w:p>
      <w:r>
        <w:rPr>
          <w:rFonts w:ascii="Gentium Plus" w:hAnsi="Gentium Plus"/>
          <w:sz w:val="24"/>
        </w:rPr>
        <w:t>χάνουσιν ἀδοξίας, ὅταν τὰς κοινὰς τῶν ἀκληρούντων καταφυγὰς ἀναιρῶσι, τῆς ἀνθρωπίνης ἀσθενείας ἐπιλαθόμενοι.</w:t>
      </w:r>
    </w:p>
    <w:p>
      <w:r>
        <w:rPr>
          <w:rFonts w:ascii="Courier New" w:hAnsi="Courier New"/>
          <w:color w:val="555555"/>
          <w:sz w:val="20"/>
        </w:rPr>
        <w:t>[27 . 15 . 1]</w:t>
      </w:r>
    </w:p>
    <w:p>
      <w:r>
        <w:rPr>
          <w:rFonts w:ascii="Gentium Plus" w:hAnsi="Gentium Plus"/>
          <w:sz w:val="24"/>
        </w:rPr>
        <w:t>Ὅτι προτερεῖ τοῖς ἀνθρώποις τῆς μὲν τι‐ μωρίας εὐεργεσία, τῆς δὲ ὠμότητος ἡ πρὸς τοὺς ἐπταικότας ἐπιείκεια.</w:t>
      </w:r>
    </w:p>
    <w:p>
      <w:r>
        <w:rPr>
          <w:rFonts w:ascii="Courier New" w:hAnsi="Courier New"/>
          <w:color w:val="555555"/>
          <w:sz w:val="20"/>
        </w:rPr>
        <w:t>[27 . 15 . 2]</w:t>
      </w:r>
    </w:p>
    <w:p>
      <w:r>
        <w:rPr>
          <w:rFonts w:ascii="Gentium Plus" w:hAnsi="Gentium Plus"/>
          <w:sz w:val="24"/>
        </w:rPr>
        <w:t>Ὅτι ὅσῳ τις εὐροοῦσαν ἔχει τὴν τύχην, τοσούτῳ μᾶλλον εὐλαβεῖσθαι χρὴ τὴν τὸν ἀνθρώπινον βίον</w:t>
      </w:r>
    </w:p>
    <w:p>
      <w:r>
        <w:rPr>
          <w:rFonts w:ascii="Courier New" w:hAnsi="Courier New"/>
          <w:color w:val="555555"/>
          <w:sz w:val="20"/>
        </w:rPr>
        <w:t>[27 . 15 . 3]</w:t>
      </w:r>
    </w:p>
    <w:p>
      <w:r>
        <w:rPr>
          <w:rFonts w:ascii="Gentium Plus" w:hAnsi="Gentium Plus"/>
          <w:sz w:val="24"/>
        </w:rPr>
        <w:t>Ὅτι οὐδὲν παρὰ ἀνθρώποις οὔτε κακὸν οὔτε ἀγαθὸν ἑστηκυῖαν ἔχει τὴν τάξιν, τῆς τύχης ὥσπερ ἐπίτηδες πάντα μετακινούσης. διὸ καὶ προσήκει τὸ πολὺ φρόνημα κατατιθεμένους ἐν τοῖς ἀλλοτρίοις</w:t>
      </w:r>
    </w:p>
    <w:p>
      <w:r>
        <w:rPr>
          <w:rFonts w:ascii="Courier New" w:hAnsi="Courier New"/>
          <w:color w:val="555555"/>
          <w:sz w:val="20"/>
        </w:rPr>
        <w:t>[5]</w:t>
      </w:r>
    </w:p>
    <w:p>
      <w:r>
        <w:rPr>
          <w:rFonts w:ascii="Gentium Plus" w:hAnsi="Gentium Plus"/>
          <w:sz w:val="24"/>
        </w:rPr>
        <w:t>ἀκληρήμασι τὸν ἴδιον ἐξασφαλίζεσθαι βίον· ὁ γὰρ τοῖς ἐπταικόσιν ἐπιεικῶς χρησάμενος δικαιοτάτης ἂν ἐν ταῖς τοῦ βίου μεταβολαῖς τύχοι πολυωρίας. παρὰ μὲν οὖν τοῖς ἐκτὸς εἴωθε τοῖς τοιούτοις ἀείμνηστος ἐπακολουθεῖν ἔπαινος, παρὰ δὲ τοῖς εὖ</w:t>
      </w:r>
    </w:p>
    <w:p>
      <w:r>
        <w:rPr>
          <w:rFonts w:ascii="Courier New" w:hAnsi="Courier New"/>
          <w:color w:val="555555"/>
          <w:sz w:val="20"/>
        </w:rPr>
        <w:t>[10]</w:t>
      </w:r>
    </w:p>
    <w:p>
      <w:r>
        <w:rPr>
          <w:rFonts w:ascii="Gentium Plus" w:hAnsi="Gentium Plus"/>
          <w:sz w:val="24"/>
        </w:rPr>
        <w:t>παθοῦσιν ἡ κατ’ ἀξίαν τῆς εὐεργεσίας φυλάττεσθαι χάρις. καὶ γὰρ ἂν ἀλλοτριώτατός τις ὢν ἐλέου τύχῃ, μεταβάλλει διὰ τὴν εὐεργεσίαν καὶ ταχὺ γίνεται φίλος, ἑαυτῷ μεμφόμενος.</w:t>
      </w:r>
    </w:p>
    <w:p>
      <w:r>
        <w:rPr>
          <w:rFonts w:ascii="Courier New" w:hAnsi="Courier New"/>
          <w:color w:val="555555"/>
          <w:sz w:val="20"/>
        </w:rPr>
        <w:t>[27 . 16 . 1]</w:t>
      </w:r>
    </w:p>
    <w:p>
      <w:r>
        <w:rPr>
          <w:rFonts w:ascii="Gentium Plus" w:hAnsi="Gentium Plus"/>
          <w:sz w:val="24"/>
        </w:rPr>
        <w:t>Ὅτι δεῖ παρὰ τοῖς εὖ φρονοῦσι τὰς μὲν φιλίας ἀθανάτους ὑπάρχειν, τὰς δὲ ἔχθρας εἶναι θνητάς. οὕτω γὰρ μάλιστα τοὺς μὲν εὐνοοῦντας συμβήσεται πλείστους γενέσθαι, τοὺς δὲ ἀλλοτρίως διακειμένους</w:t>
      </w:r>
    </w:p>
    <w:p>
      <w:r>
        <w:rPr>
          <w:rFonts w:ascii="Courier New" w:hAnsi="Courier New"/>
          <w:color w:val="555555"/>
          <w:sz w:val="20"/>
        </w:rPr>
        <w:t>[5]</w:t>
      </w:r>
    </w:p>
    <w:p>
      <w:r>
        <w:rPr>
          <w:rFonts w:ascii="Gentium Plus" w:hAnsi="Gentium Plus"/>
          <w:sz w:val="24"/>
        </w:rPr>
        <w:t>ἐλάττους.</w:t>
      </w:r>
    </w:p>
    <w:p>
      <w:r>
        <w:rPr>
          <w:rFonts w:ascii="Courier New" w:hAnsi="Courier New"/>
          <w:color w:val="555555"/>
          <w:sz w:val="20"/>
        </w:rPr>
        <w:t>[27 . 16 . 2]</w:t>
      </w:r>
    </w:p>
    <w:p>
      <w:r>
        <w:rPr>
          <w:rFonts w:ascii="Gentium Plus" w:hAnsi="Gentium Plus"/>
          <w:sz w:val="24"/>
        </w:rPr>
        <w:t>Ὅτι τοὺς ἡγεῖσθαι βουλομένους τῶν ἄλλων οὐχ οὕτω τοῖς ἄλλοις ὑπερέχειν ἀναγκαῖον ὡς ἐπιεικείᾳ καὶ μετριότητι δεῖ νικᾶν ἅπαντας. ὁ μὲν γὰρ ἐκ τοῦ κρατεῖσθαι φόβος μισεῖσθαι ποιεῖ τοὺς κρατοῦν‐</w:t>
      </w:r>
    </w:p>
    <w:p>
      <w:r>
        <w:rPr>
          <w:rFonts w:ascii="Courier New" w:hAnsi="Courier New"/>
          <w:color w:val="555555"/>
          <w:sz w:val="20"/>
        </w:rPr>
        <w:t>[5]</w:t>
      </w:r>
    </w:p>
    <w:p>
      <w:r>
        <w:rPr>
          <w:rFonts w:ascii="Gentium Plus" w:hAnsi="Gentium Plus"/>
          <w:sz w:val="24"/>
        </w:rPr>
        <w:t>τας, ἡ δὲ εἰς τοὺς ἡττωμένους εὐγνωμοσύνη τῆς εὐνοίας αἰτία γινομένη βεβαίως συνέξει τὰς ἡγε‐ μονίας. διόπερ ἐφ’ ὅσον προνοούμεθα τῆς πατρίδος, ἐπὶ τοσοῦτον εὐλαβητέον ἀνήκεστόν τι καὶ σκληρὸν πρᾶξαι κατὰ τῶν ἑαυτοὺς ἑκουσίως παραδιδόντων.</w:t>
      </w:r>
    </w:p>
    <w:p>
      <w:r>
        <w:rPr>
          <w:rFonts w:ascii="Courier New" w:hAnsi="Courier New"/>
          <w:color w:val="555555"/>
          <w:sz w:val="20"/>
        </w:rPr>
        <w:t>[10]</w:t>
      </w:r>
    </w:p>
    <w:p>
      <w:r>
        <w:rPr>
          <w:rFonts w:ascii="Gentium Plus" w:hAnsi="Gentium Plus"/>
          <w:sz w:val="24"/>
        </w:rPr>
        <w:t>πᾶς γὰρ τοὺς μὲν ὑπερβαλλούσαις συμφοραῖς περι‐</w:t>
      </w:r>
    </w:p>
    <w:p>
      <w:r>
        <w:rPr>
          <w:rFonts w:ascii="Courier New" w:hAnsi="Courier New"/>
          <w:color w:val="555555"/>
          <w:sz w:val="20"/>
        </w:rPr>
        <w:t>[15]</w:t>
      </w:r>
    </w:p>
    <w:p>
      <w:r>
        <w:rPr>
          <w:rFonts w:ascii="Gentium Plus" w:hAnsi="Gentium Plus"/>
          <w:sz w:val="24"/>
        </w:rPr>
        <w:t>τοῖς ἠκληρηκόσι, φθονῶν ταῖς τῶν κατορθωσάντων εὐπραξίαις.</w:t>
      </w:r>
    </w:p>
    <w:p>
      <w:r>
        <w:rPr>
          <w:rFonts w:ascii="Courier New" w:hAnsi="Courier New"/>
          <w:color w:val="555555"/>
          <w:sz w:val="20"/>
        </w:rPr>
        <w:t>[27 . 17 . 1]</w:t>
      </w:r>
    </w:p>
    <w:p>
      <w:r>
        <w:rPr>
          <w:rFonts w:ascii="Gentium Plus" w:hAnsi="Gentium Plus"/>
          <w:sz w:val="24"/>
        </w:rPr>
        <w:t>Ὅτι ὅταν πόλις ἐπισημοτάτη πασῶν οὕτως ἀνηλεῶς ἀναρπασθῇ, τότε δὴ καὶ μᾶλλον ἡ περὶ τούτων ὑπόληψις διὰ πάσης ἔρχεται τῆς οἰκουμένης. οὐ γὰρ οὕτως τοὺς εὖ πράξαντας ἅπαντες ἐπαινοῦ‐</w:t>
      </w:r>
    </w:p>
    <w:p>
      <w:r>
        <w:rPr>
          <w:rFonts w:ascii="Courier New" w:hAnsi="Courier New"/>
          <w:color w:val="555555"/>
          <w:sz w:val="20"/>
        </w:rPr>
        <w:t>[5]</w:t>
      </w:r>
    </w:p>
    <w:p>
      <w:r>
        <w:rPr>
          <w:rFonts w:ascii="Gentium Plus" w:hAnsi="Gentium Plus"/>
          <w:sz w:val="24"/>
        </w:rPr>
        <w:t>σιν ὡς τοὺς ἀνημέρως χρησαμένους τοῖς ὑποπεσοῦ‐ σιν ὁμολογουμένως μισοῦσιν.</w:t>
      </w:r>
    </w:p>
    <w:p>
      <w:r>
        <w:rPr>
          <w:rFonts w:ascii="Courier New" w:hAnsi="Courier New"/>
          <w:color w:val="555555"/>
          <w:sz w:val="20"/>
        </w:rPr>
        <w:t>[27 . 17 . 2]</w:t>
      </w:r>
    </w:p>
    <w:p>
      <w:r>
        <w:rPr>
          <w:rFonts w:ascii="Gentium Plus" w:hAnsi="Gentium Plus"/>
          <w:sz w:val="24"/>
        </w:rPr>
        <w:t>Ὅτι τὴν διδομένην εὐτυχίαν παρὰ θεοῦ μὴ φέρειν ἀνθρωπίνως πολλῶν κακῶν εἴωθεν αἴτιον γίνε‐ σθαι.</w:t>
      </w:r>
    </w:p>
    <w:p>
      <w:r>
        <w:rPr>
          <w:rFonts w:ascii="Courier New" w:hAnsi="Courier New"/>
          <w:color w:val="555555"/>
          <w:sz w:val="20"/>
        </w:rPr>
        <w:t>[27 . 17 . 3]</w:t>
      </w:r>
    </w:p>
    <w:p>
      <w:r>
        <w:rPr>
          <w:rFonts w:ascii="Gentium Plus" w:hAnsi="Gentium Plus"/>
          <w:sz w:val="24"/>
        </w:rPr>
        <w:t>Ὅτι τοῖς τὴν τύχην μὴ φέρουσι κατ’ ἄνθρωπον ἱκανὴ πᾶσα πρόφασις ἐπὶ τὸ χεῖρον μεταβαλεῖν. ὁρᾶτε οὖν μήποτε τοὺς ἀπεγνωσμένους ἄνδρας ἀγαθοὺς γενέσθαι ποιήσωμεν. καὶ γὰρ τὰ δειλό‐</w:t>
      </w:r>
    </w:p>
    <w:p>
      <w:r>
        <w:rPr>
          <w:rFonts w:ascii="Courier New" w:hAnsi="Courier New"/>
          <w:color w:val="555555"/>
          <w:sz w:val="20"/>
        </w:rPr>
        <w:t>[5]</w:t>
      </w:r>
    </w:p>
    <w:p>
      <w:r>
        <w:rPr>
          <w:rFonts w:ascii="Gentium Plus" w:hAnsi="Gentium Plus"/>
          <w:sz w:val="24"/>
        </w:rPr>
        <w:t>τατα τῶν ζῴων ἔχοντα μὲν ἀναστροφὴν φεύγει, συγκλεισθέντα δὲ εἰς στενὸν τόπον ἀπίστως ἀγωνί‐ ζεται· καὶ Καρχηδόνιοι τὰς μὲν ἐλπίδας τῆς σω‐ τηρίας ἔχοντες ὑποχωροῦσιν, ἀπογνόντες δὲ πᾶν τὸ δεινὸν ὑπομενοῦσιν ἐν ταῖς μάχαις. ὅταν γὰρ καὶ</w:t>
      </w:r>
    </w:p>
    <w:p>
      <w:r>
        <w:rPr>
          <w:rFonts w:ascii="Courier New" w:hAnsi="Courier New"/>
          <w:color w:val="555555"/>
          <w:sz w:val="20"/>
        </w:rPr>
        <w:t>[10]</w:t>
      </w:r>
    </w:p>
    <w:p>
      <w:r>
        <w:rPr>
          <w:rFonts w:ascii="Gentium Plus" w:hAnsi="Gentium Plus"/>
          <w:sz w:val="24"/>
        </w:rPr>
        <w:t>φεύγουσι καὶ μαχομένοις ὑποκείμενον ᾖ τελευτᾶν, ὁ μετὰ δόξης θάνατος τοῦ μετ’ αἰσχύνης αἱρετώ‐ τερος κριθήσεται παρ’ αὐτοῖς.</w:t>
      </w:r>
    </w:p>
    <w:p>
      <w:r>
        <w:rPr>
          <w:rFonts w:ascii="Courier New" w:hAnsi="Courier New"/>
          <w:color w:val="555555"/>
          <w:sz w:val="20"/>
        </w:rPr>
        <w:t>[27 . 17 . 4]</w:t>
      </w:r>
    </w:p>
    <w:p>
      <w:r>
        <w:rPr>
          <w:rFonts w:ascii="Gentium Plus" w:hAnsi="Gentium Plus"/>
          <w:sz w:val="24"/>
        </w:rPr>
        <w:t>Ὅτι ὁ βίος πολλὰ ἔχει παράδοξα. δυστυχοῦντας μὲν οὖν παραβάλλεσθαι χρὴ καὶ τοῖς μεγίστοις</w:t>
      </w:r>
    </w:p>
    <w:p>
      <w:r>
        <w:rPr>
          <w:rFonts w:ascii="Courier New" w:hAnsi="Courier New"/>
          <w:color w:val="555555"/>
          <w:sz w:val="20"/>
        </w:rPr>
        <w:t>[5]</w:t>
      </w:r>
    </w:p>
    <w:p>
      <w:r>
        <w:rPr>
          <w:rFonts w:ascii="Gentium Plus" w:hAnsi="Gentium Plus"/>
          <w:sz w:val="24"/>
        </w:rPr>
        <w:t>βολον διδόναι.</w:t>
      </w:r>
    </w:p>
    <w:p>
      <w:r>
        <w:rPr>
          <w:rFonts w:ascii="Courier New" w:hAnsi="Courier New"/>
          <w:color w:val="555555"/>
          <w:sz w:val="20"/>
        </w:rPr>
        <w:t>[27 . 17 . 5]</w:t>
      </w:r>
    </w:p>
    <w:p>
      <w:r>
        <w:rPr>
          <w:rFonts w:ascii="Gentium Plus" w:hAnsi="Gentium Plus"/>
          <w:sz w:val="24"/>
        </w:rPr>
        <w:t>Ὅτι οὐδεὶς ἡγεῖσθαι δυνάμεως τῶν ἐκτὸς δυνα‐ στείας λαχὼν ἑτέροις ἑκουσίως ἐκχωρεῖ.</w:t>
      </w:r>
    </w:p>
    <w:p>
      <w:r>
        <w:rPr>
          <w:rFonts w:ascii="Courier New" w:hAnsi="Courier New"/>
          <w:color w:val="555555"/>
          <w:sz w:val="20"/>
        </w:rPr>
        <w:t>[27 . 18 . 1]</w:t>
      </w:r>
    </w:p>
    <w:p>
      <w:r>
        <w:rPr>
          <w:rFonts w:ascii="Gentium Plus" w:hAnsi="Gentium Plus"/>
          <w:sz w:val="24"/>
        </w:rPr>
        <w:t>Ὅτι ἀτυχίαν ἀδικίας πλεῖστον ἡγοῦμαι δια‐ φέρειν καὶ δεῖν ἑκατέρῳ τούτων οἰκείως προσφέρε‐ σθαι· ταῦτα γάρ ἐστιν εὖ βουλευομένων ἀνδρῶν. ὁ μὲν οὖν πταίσας ἐν τῷ μηδὲν ἁμαρτεῖν μέγα</w:t>
      </w:r>
    </w:p>
    <w:p>
      <w:r>
        <w:rPr>
          <w:rFonts w:ascii="Courier New" w:hAnsi="Courier New"/>
          <w:color w:val="555555"/>
          <w:sz w:val="20"/>
        </w:rPr>
        <w:t>[5]</w:t>
      </w:r>
    </w:p>
    <w:p>
      <w:r>
        <w:rPr>
          <w:rFonts w:ascii="Gentium Plus" w:hAnsi="Gentium Plus"/>
          <w:sz w:val="24"/>
        </w:rPr>
        <w:t>δικαίως ἂν καταφύγοι πρὸς τὸν κοινὸν τοῖς ἀκλη‐ ροῦσιν ἔλεον, ὁ δὲ μέγιστα ἀσεβήσας καὶ τὸ δὴ λεγόμενον ἄρρητα πρὸς ὕβριν καὶ ὠμότητα πράξας αὐτὸς αὑτὸν ἀπέστησε τοιαύτης φιλανθρωπίας· οὐ γὰρ δυνατὸν τὸν εἰς ἑτέρους ὠμὸν γενόμενον ἐν</w:t>
      </w:r>
    </w:p>
    <w:p>
      <w:r>
        <w:rPr>
          <w:rFonts w:ascii="Courier New" w:hAnsi="Courier New"/>
          <w:color w:val="555555"/>
          <w:sz w:val="20"/>
        </w:rPr>
        <w:t>[10]</w:t>
      </w:r>
    </w:p>
    <w:p>
      <w:r>
        <w:rPr>
          <w:rFonts w:ascii="Gentium Plus" w:hAnsi="Gentium Plus"/>
          <w:sz w:val="24"/>
        </w:rPr>
        <w:t>μέρει πταίσαντα τυγχάνειν ἐλέους, οὐδὲ τὸν οἶκτον ἐξ ἀνθρώπων τὸ καθ’ αὑτὸν μέρος ἄραντα κατα‐ φεύγειν ἐπὶ τὴν τῶν ἄλλων ἐπιείκειαν. δίκαιον γάρ ἐστιν, ὃν καθ’ ἑτέρων τις νόμον ἔθηκε, τούτῳ κεχρῆσθαι.</w:t>
      </w:r>
    </w:p>
    <w:p>
      <w:r>
        <w:rPr>
          <w:rFonts w:ascii="Courier New" w:hAnsi="Courier New"/>
          <w:color w:val="555555"/>
          <w:sz w:val="20"/>
        </w:rPr>
        <w:t>[27 . 18 . 2]</w:t>
      </w:r>
    </w:p>
    <w:p>
      <w:r>
        <w:rPr>
          <w:rFonts w:ascii="Gentium Plus" w:hAnsi="Gentium Plus"/>
          <w:sz w:val="24"/>
        </w:rPr>
        <w:t>Ὅτι ὁ τοὺς κοινοὺς ἐχθροὺς ὑπὲρ ἁπάντων τιμω‐ ρησάμενος δῆλον ὡς κοινὸς ἂν εὐεργέτης νομίζοιτο, καὶ καθάπερ οἱ τὰ δεινότερα τῶν θηρίων ἀναιροῦν‐ τες ὡς εὖ ποιοῦντες τὸν κοινὸν βίον ἐπαίνου τυγ‐</w:t>
      </w:r>
    </w:p>
    <w:p>
      <w:r>
        <w:rPr>
          <w:rFonts w:ascii="Courier New" w:hAnsi="Courier New"/>
          <w:color w:val="555555"/>
          <w:sz w:val="20"/>
        </w:rPr>
        <w:t>[5]</w:t>
      </w:r>
    </w:p>
    <w:p>
      <w:r>
        <w:rPr>
          <w:rFonts w:ascii="Gentium Plus" w:hAnsi="Gentium Plus"/>
          <w:sz w:val="24"/>
        </w:rPr>
        <w:t>χάνουσιν, οὕτως οἱ τὴν Καρχηδονίων ὠμότητα καὶ τὸ θηριῶδες τῆς ἀνθρωπότητος κολάσαντες ὁμο‐</w:t>
      </w:r>
    </w:p>
    <w:p>
      <w:r>
        <w:rPr>
          <w:rFonts w:ascii="Courier New" w:hAnsi="Courier New"/>
          <w:color w:val="555555"/>
          <w:sz w:val="20"/>
        </w:rPr>
        <w:t>[27 . 18 . 3]</w:t>
      </w:r>
    </w:p>
    <w:p>
      <w:r>
        <w:rPr>
          <w:rFonts w:ascii="Gentium Plus" w:hAnsi="Gentium Plus"/>
          <w:sz w:val="24"/>
        </w:rPr>
        <w:t>Ὅτι τότε ἕκαστος ἀνδρείως ὑπομένει τὸν κίνδυ‐ νον ὅτε ἡ τοῦ νικᾶν ἐλπίς ἐστιν ὑποκειμένη· ὁ δὲ προειδὼς ἑαυτὸν ἡττηθησόμενον ἐν τῷ δρασμῷ καὶ φυγῇ τὴν σωτηρίαν ἔχει κειμένην.</w:t>
      </w:r>
    </w:p>
    <w:p>
      <w:r>
        <w:rPr>
          <w:rFonts w:ascii="Courier New" w:hAnsi="Courier New"/>
          <w:color w:val="555555"/>
          <w:sz w:val="20"/>
        </w:rPr>
        <w:t>[5]</w:t>
      </w:r>
    </w:p>
    <w:p>
      <w:r>
        <w:rPr>
          <w:rFonts w:ascii="Gentium Plus" w:hAnsi="Gentium Plus"/>
          <w:sz w:val="24"/>
        </w:rPr>
        <w:t>(Const. Exc. 4, pp. 357—360.)</w:t>
      </w:r>
    </w:p>
    <w:p>
      <w:r>
        <w:rPr>
          <w:rFonts w:ascii="Courier New" w:hAnsi="Courier New"/>
          <w:color w:val="555555"/>
          <w:sz w:val="20"/>
        </w:rPr>
        <w:t>[28 t 1]</w:t>
      </w:r>
    </w:p>
    <w:p>
      <w:pPr>
        <w:jc w:val="center"/>
      </w:pPr>
      <w:r>
        <w:rPr>
          <w:rFonts w:ascii="Gentium Plus" w:hAnsi="Gentium Plus"/>
          <w:b/>
          <w:sz w:val="24"/>
        </w:rPr>
        <w:t>FRAGMENTA LIBRI XXVIII</w:t>
      </w:r>
    </w:p>
    <w:p>
      <w:r>
        <w:rPr>
          <w:rFonts w:ascii="Courier New" w:hAnsi="Courier New"/>
          <w:color w:val="555555"/>
          <w:sz w:val="20"/>
        </w:rPr>
        <w:t>[28 . 1 . 1]</w:t>
      </w:r>
    </w:p>
    <w:p>
      <w:r>
        <w:rPr>
          <w:rFonts w:ascii="Gentium Plus" w:hAnsi="Gentium Plus"/>
          <w:sz w:val="24"/>
        </w:rPr>
        <w:t>Ὅτι Φίλιππος ὁ τῶν Μακεδόνων βασιλεὺς Δικαίαρχον τὸν Αἰτωλόν, ἄνδρα τολμηρόν, πείσας πειρατεύειν ἔδωκεν αὐτῷ ναῦς εἴκοσι· προσέταξε δὲ τὰς μὲν νήσους φορολογεῖν, τοῖς δὲ Κρησὶ παρα‐</w:t>
      </w:r>
    </w:p>
    <w:p>
      <w:r>
        <w:rPr>
          <w:rFonts w:ascii="Courier New" w:hAnsi="Courier New"/>
          <w:color w:val="555555"/>
          <w:sz w:val="20"/>
        </w:rPr>
        <w:t>[5]</w:t>
      </w:r>
    </w:p>
    <w:p>
      <w:r>
        <w:rPr>
          <w:rFonts w:ascii="Gentium Plus" w:hAnsi="Gentium Plus"/>
          <w:sz w:val="24"/>
        </w:rPr>
        <w:t>βοηθεῖν ἐν τῷ πρὸς Ῥοδίους πολέμῳ. οὗτος δὲ κατὰ τὰς ἐντολὰς τοὺς μὲν ἐμπόρους ἐλῄστευε, τὰς δὲ νήσους λεηλατῶν ἀργύριον εἰσεπράττετο.</w:t>
      </w:r>
    </w:p>
    <w:p>
      <w:r>
        <w:rPr>
          <w:rFonts w:ascii="Courier New" w:hAnsi="Courier New"/>
          <w:color w:val="555555"/>
          <w:sz w:val="20"/>
        </w:rPr>
        <w:t>[28 . 2 . 1]</w:t>
      </w:r>
    </w:p>
    <w:p>
      <w:r>
        <w:rPr>
          <w:rFonts w:ascii="Gentium Plus" w:hAnsi="Gentium Plus"/>
          <w:sz w:val="24"/>
        </w:rPr>
        <w:t>Ὅτι Φίλιππος ὁ τῶν Μακεδόνων βασιλεὺς Ἡρακλείδην τινὰ Ταραντῖνον εἶχε μεθ’ ἑαυτοῦ, πονηρὸν ἄνθρωπον, ὃς κατ’ ἰδίαν αὐτῷ λαλῶν πολ‐ λὰς καὶ ψευδεῖς διαβολὰς τῶν ἐν ἀξιώματι κειμένων</w:t>
      </w:r>
    </w:p>
    <w:p>
      <w:r>
        <w:rPr>
          <w:rFonts w:ascii="Courier New" w:hAnsi="Courier New"/>
          <w:color w:val="555555"/>
          <w:sz w:val="20"/>
        </w:rPr>
        <w:t>[5]</w:t>
      </w:r>
    </w:p>
    <w:p>
      <w:r>
        <w:rPr>
          <w:rFonts w:ascii="Gentium Plus" w:hAnsi="Gentium Plus"/>
          <w:sz w:val="24"/>
        </w:rPr>
        <w:t>φίλων ἔλεγε· τέλος δὲ εἰς τοῦτο ἦλθεν ἀσεβείας ὥστε τοὺς πρώτους τοῦ συνεδρίου πέντε ἄνδρας ἀπέσφαξε. διὸ καὶ τὸ λοιπὸν ἐπὶ τὸ χεῖρον αὐτῷ τὰ πράγματα προήγετο· πολέμους γὰρ οὐκ ἀναγ‐ καίους ἐπαναιρούμενος ἐκινδύνευσεν ἀποβαλεῖν τὴν</w:t>
      </w:r>
    </w:p>
    <w:p>
      <w:r>
        <w:rPr>
          <w:rFonts w:ascii="Courier New" w:hAnsi="Courier New"/>
          <w:color w:val="555555"/>
          <w:sz w:val="20"/>
        </w:rPr>
        <w:t>[10]</w:t>
      </w:r>
    </w:p>
    <w:p>
      <w:r>
        <w:rPr>
          <w:rFonts w:ascii="Gentium Plus" w:hAnsi="Gentium Plus"/>
          <w:sz w:val="24"/>
        </w:rPr>
        <w:t>βασιλείαν ὑπὸ Ῥωμαίων. οὐκέτι γὰρ οὐδεὶς</w:t>
      </w:r>
    </w:p>
    <w:p>
      <w:r>
        <w:rPr>
          <w:rFonts w:ascii="Courier New" w:hAnsi="Courier New"/>
          <w:color w:val="555555"/>
          <w:sz w:val="20"/>
        </w:rPr>
        <w:t>[15]</w:t>
      </w:r>
    </w:p>
    <w:p>
      <w:r>
        <w:rPr>
          <w:rFonts w:ascii="Gentium Plus" w:hAnsi="Gentium Plus"/>
          <w:sz w:val="24"/>
        </w:rPr>
        <w:t>ὑπὲρ τοὺς μυρίους.</w:t>
      </w:r>
    </w:p>
    <w:p>
      <w:r>
        <w:rPr>
          <w:rFonts w:ascii="Courier New" w:hAnsi="Courier New"/>
          <w:color w:val="555555"/>
          <w:sz w:val="20"/>
        </w:rPr>
        <w:t>[28 . 3 . 1]</w:t>
      </w:r>
    </w:p>
    <w:p>
      <w:r>
        <w:rPr>
          <w:rFonts w:ascii="Gentium Plus" w:hAnsi="Gentium Plus"/>
          <w:sz w:val="24"/>
        </w:rPr>
        <w:t>Ὅτι Φίλιππος ὁ τῶν Μακεδόνων βασιλεὺς χωρὶς τῆς πλεονεξίας οὕτως ὑπερήφανος ἦν ἐν ταῖς εὐτυχίαις ὥστε τοὺς μὲν φίλους ἀκρίτως ἀπο‐ σφάξαι, τοὺς δὲ τάφους τῶν προτετελευτηκότων</w:t>
      </w:r>
    </w:p>
    <w:p>
      <w:r>
        <w:rPr>
          <w:rFonts w:ascii="Courier New" w:hAnsi="Courier New"/>
          <w:color w:val="555555"/>
          <w:sz w:val="20"/>
        </w:rPr>
        <w:t>[5]</w:t>
      </w:r>
    </w:p>
    <w:p>
      <w:r>
        <w:rPr>
          <w:rFonts w:ascii="Gentium Plus" w:hAnsi="Gentium Plus"/>
          <w:sz w:val="24"/>
        </w:rPr>
        <w:t>καὶ πολλὰ τῶν ἱερῶν κατασκάπτειν. Ἀντίοχος δὲ τὸ κατὰ τὴν Ἐλυμαΐδα τέμενος τοῦ Διὸς συλᾶν ἐπι‐ βαλόμενος πρέπουσαν τὴν καταστροφὴν εὗρε τοῦ βίου, μετὰ πάσης τῆς δυνάμεως ἀπολόμενος. ἀμ‐ φότεροι δὲ τὰς αὑτῶν δυνάμεις ἀνυποστάτους εἶναι</w:t>
      </w:r>
    </w:p>
    <w:p>
      <w:r>
        <w:rPr>
          <w:rFonts w:ascii="Courier New" w:hAnsi="Courier New"/>
          <w:color w:val="555555"/>
          <w:sz w:val="20"/>
        </w:rPr>
        <w:t>[10]</w:t>
      </w:r>
    </w:p>
    <w:p>
      <w:r>
        <w:rPr>
          <w:rFonts w:ascii="Gentium Plus" w:hAnsi="Gentium Plus"/>
          <w:sz w:val="24"/>
        </w:rPr>
        <w:t>νομίσαντες μιᾷ παρατάξει συνηναγκάσθησαν ἑτέροις ποιεῖν τὸ προσταττόμενον. διὸ καὶ τῆς μὲν περὶ αὐτοὺς γενομένης ἀτυχίας τὰς ἰδίας ἁμαρτίας ᾐτι‐ ῶντο, τῶν δὲ συγχωρηθέντων φιλανθρώπων τὰς χάριτας εἶχον τοῖς ἐν τῷ κρατεῖν ἐπιεικῶς αὐτοῖς</w:t>
      </w:r>
    </w:p>
    <w:p>
      <w:r>
        <w:rPr>
          <w:rFonts w:ascii="Courier New" w:hAnsi="Courier New"/>
          <w:color w:val="555555"/>
          <w:sz w:val="20"/>
        </w:rPr>
        <w:t>[15]</w:t>
      </w:r>
    </w:p>
    <w:p>
      <w:r>
        <w:rPr>
          <w:rFonts w:ascii="Gentium Plus" w:hAnsi="Gentium Plus"/>
          <w:sz w:val="24"/>
        </w:rPr>
        <w:t>χρησαμένοις. τοιγαροῦν ὥσπερ ἀπὸ περιγραφῆς τῶν ἰδίων πράξεων ἐπὶ τὸ χεῖρον ἑώρων τὰς αὑτῶν βασιλείας ὑπὸ τοῦ δαιμονίου προαγομένας. οἱ δὲ Ῥωμαῖοι καὶ τότε καὶ μετὰ ταῦτα δικαίους ἐνι‐ στάμενοι πολέμους καὶ πλεῖστον ὅρκων καὶ σπον‐</w:t>
      </w:r>
    </w:p>
    <w:p>
      <w:r>
        <w:rPr>
          <w:rFonts w:ascii="Courier New" w:hAnsi="Courier New"/>
          <w:color w:val="555555"/>
          <w:sz w:val="20"/>
        </w:rPr>
        <w:t>[20]</w:t>
      </w:r>
    </w:p>
    <w:p>
      <w:r>
        <w:rPr>
          <w:rFonts w:ascii="Gentium Plus" w:hAnsi="Gentium Plus"/>
          <w:sz w:val="24"/>
        </w:rPr>
        <w:t>δῶν ποιούμενοι λόγον οὐκ ἀλόγως συμμάχους εἶχον τοὺς θεοὺς ἐν ἁπάσαις ταῖς ἐπιβολαῖς.</w:t>
      </w:r>
    </w:p>
    <w:p>
      <w:r>
        <w:rPr>
          <w:rFonts w:ascii="Courier New" w:hAnsi="Courier New"/>
          <w:color w:val="555555"/>
          <w:sz w:val="20"/>
        </w:rPr>
        <w:t>[28 . 4 . 1]</w:t>
      </w:r>
    </w:p>
    <w:p>
      <w:r>
        <w:rPr>
          <w:rFonts w:ascii="Gentium Plus" w:hAnsi="Gentium Plus"/>
          <w:sz w:val="24"/>
        </w:rPr>
        <w:t>Ὅτι οὐ μόνον ἄν τις ἐπὶ τῶν ἰδιωτικῶν συμ‐ βολαίων εὕροι τοὺς πονηρευομένους ταῖς ἐκ τῶν νόμων ζημίαις περιπίπτοντας, ἀλλὰ καὶ τῶν βασιλέων τοὺς ἀδίκοις πράγμασιν ἐπιβαλλομένους</w:t>
      </w:r>
    </w:p>
    <w:p>
      <w:r>
        <w:rPr>
          <w:rFonts w:ascii="Courier New" w:hAnsi="Courier New"/>
          <w:color w:val="555555"/>
          <w:sz w:val="20"/>
        </w:rPr>
        <w:t>[5]</w:t>
      </w:r>
    </w:p>
    <w:p>
      <w:r>
        <w:rPr>
          <w:rFonts w:ascii="Gentium Plus" w:hAnsi="Gentium Plus"/>
          <w:sz w:val="24"/>
        </w:rPr>
        <w:t>παρὰ τοῦ δαιμονίου τιμωρίας τυγχάνοντας. ὥσπερ γὰρ τοῖς ἐν δημοκρατίᾳ πολιτευομένοις ὁ νόμος, οὕτω τοῖς ἐν ἐξουσίαις ὁ θεὸς βραβευτὴς γίνεται τῶν πραττομένων, καὶ τοῖς μὲν τὴν ἀρετὴν μετα‐ διώξασιν οἰκεῖα τῆς ἀρετῆς ἔπαθλα ἐπιτίθησι, τοῖς</w:t>
      </w:r>
    </w:p>
    <w:p>
      <w:r>
        <w:rPr>
          <w:rFonts w:ascii="Courier New" w:hAnsi="Courier New"/>
          <w:color w:val="555555"/>
          <w:sz w:val="20"/>
        </w:rPr>
        <w:t>[10]</w:t>
      </w:r>
    </w:p>
    <w:p>
      <w:r>
        <w:rPr>
          <w:rFonts w:ascii="Gentium Plus" w:hAnsi="Gentium Plus"/>
          <w:sz w:val="24"/>
        </w:rPr>
        <w:t>δὲ τὴν πλεονεξίαν ἤ τινα ἄλλην κακίαν ἐπανελο‐ μένοις οὐκ εἰς μακρὰν τὴν προσήκουσαν ἐφίστησι τιμωρίαν. (Const. Exc. 4, p. 360.)</w:t>
      </w:r>
    </w:p>
    <w:p>
      <w:r>
        <w:rPr>
          <w:rFonts w:ascii="Courier New" w:hAnsi="Courier New"/>
          <w:color w:val="555555"/>
          <w:sz w:val="20"/>
        </w:rPr>
        <w:t>[28 . 5 . 1]</w:t>
      </w:r>
    </w:p>
    <w:p>
      <w:r>
        <w:rPr>
          <w:rFonts w:ascii="Gentium Plus" w:hAnsi="Gentium Plus"/>
          <w:sz w:val="24"/>
        </w:rPr>
        <w:t>Ὅτι Φίλιππος ὁ τῶν Μακεδόνων βασιλεὺς σπανίζων τροφῆς οὐ διέλιπε τὴν ὑπ’ Ἄτταλον χώραν λεηλατῶν μέχρι τῆς τῶν Περγαμηνῶν πόλεως. κατέσκαψε δὲ καὶ τὰ περὶ τὸ Πέργαμον</w:t>
      </w:r>
    </w:p>
    <w:p>
      <w:r>
        <w:rPr>
          <w:rFonts w:ascii="Courier New" w:hAnsi="Courier New"/>
          <w:color w:val="555555"/>
          <w:sz w:val="20"/>
        </w:rPr>
        <w:t>[5]</w:t>
      </w:r>
    </w:p>
    <w:p>
      <w:r>
        <w:rPr>
          <w:rFonts w:ascii="Gentium Plus" w:hAnsi="Gentium Plus"/>
          <w:sz w:val="24"/>
        </w:rPr>
        <w:t>ἱερά, τό τε Νικηφόριον πολυτελῶς κατεσκευασμέ‐ νον καὶ τἄλλα γλυφὰς ἔχοντα θαυμαζομένας εἰς τέλος παρῴνησε. δι’ ὀργῆς γὰρ ἔχων τὸν Ἄττα‐ λον, ἐπεὶ τοῦτον οὐ κατέλαβε περὶ τούτους τοὺς τόπους, τὸν θυμὸν εἰς ταῦτα κατετίθετο.</w:t>
      </w:r>
    </w:p>
    <w:p>
      <w:r>
        <w:rPr>
          <w:rFonts w:ascii="Courier New" w:hAnsi="Courier New"/>
          <w:color w:val="555555"/>
          <w:sz w:val="20"/>
        </w:rPr>
        <w:t>[10]</w:t>
      </w:r>
    </w:p>
    <w:p>
      <w:r>
        <w:rPr>
          <w:rFonts w:ascii="Gentium Plus" w:hAnsi="Gentium Plus"/>
          <w:sz w:val="24"/>
        </w:rPr>
        <w:t>(Const. Exc. 2(1), pp. 270—271.)</w:t>
      </w:r>
    </w:p>
    <w:p>
      <w:r>
        <w:rPr>
          <w:rFonts w:ascii="Courier New" w:hAnsi="Courier New"/>
          <w:color w:val="555555"/>
          <w:sz w:val="20"/>
        </w:rPr>
        <w:t>[28 . 6 . 1]</w:t>
      </w:r>
    </w:p>
    <w:p>
      <w:r>
        <w:rPr>
          <w:rFonts w:ascii="Gentium Plus" w:hAnsi="Gentium Plus"/>
          <w:sz w:val="24"/>
        </w:rPr>
        <w:t>Ὅτι Μάρκος Αἰμίλιος ἀποπλεύσας εἰς Ἄβυ‐ δον πρὸς Φίλιππον τὰ δεδογμένα τῇ συγκλήτῳ περὶ τῶν συμμάχων ἀπήγγειλεν αὐτῷ. ὁ δὲ ἔφησεν, ἐὰν μὲν ἐμμένωσι ταῖς ὁμολογίαις Ῥω‐</w:t>
      </w:r>
    </w:p>
    <w:p>
      <w:r>
        <w:rPr>
          <w:rFonts w:ascii="Courier New" w:hAnsi="Courier New"/>
          <w:color w:val="555555"/>
          <w:sz w:val="20"/>
        </w:rPr>
        <w:t>[5]</w:t>
      </w:r>
    </w:p>
    <w:p>
      <w:r>
        <w:rPr>
          <w:rFonts w:ascii="Gentium Plus" w:hAnsi="Gentium Plus"/>
          <w:sz w:val="24"/>
        </w:rPr>
        <w:t>μαῖοι, ποιήσειν αὐτοὺς ὀρθῶς, ἐὰν δὲ ἐπεμβαίνωσι, τοὺς θεοὺς ἐπιμαρτυρόμενος ἀμυνεῖσθαι τοὺς ἀδί‐ κου πολέμου κατάρχοντας. (Const. Exc. 4, p. 361.)</w:t>
      </w:r>
    </w:p>
    <w:p>
      <w:r>
        <w:rPr>
          <w:rFonts w:ascii="Courier New" w:hAnsi="Courier New"/>
          <w:color w:val="555555"/>
          <w:sz w:val="20"/>
        </w:rPr>
        <w:t>[28 . 7 . 1]</w:t>
      </w:r>
    </w:p>
    <w:p>
      <w:r>
        <w:rPr>
          <w:rFonts w:ascii="Gentium Plus" w:hAnsi="Gentium Plus"/>
          <w:sz w:val="24"/>
        </w:rPr>
        <w:t>Ὅτι Φίλιππος ὁ Μακεδὼν ἐπὶ τὰς Ἀθήνας ἐλθὼν κατεστρατοπέδευσεν ἐπὶ τὸ Κυνόσαργες. μετὰ δὲ ταῦτα τὴν Ἀκαδημίαν ἐνέπρησε καὶ τοὺς τάφους κατέσκαψεν, ἔτι δὲ τὰ τεμένη τῶν θεῶν</w:t>
      </w:r>
    </w:p>
    <w:p>
      <w:r>
        <w:rPr>
          <w:rFonts w:ascii="Courier New" w:hAnsi="Courier New"/>
          <w:color w:val="555555"/>
          <w:sz w:val="20"/>
        </w:rPr>
        <w:t>[5]</w:t>
      </w:r>
    </w:p>
    <w:p>
      <w:r>
        <w:rPr>
          <w:rFonts w:ascii="Gentium Plus" w:hAnsi="Gentium Plus"/>
          <w:sz w:val="24"/>
        </w:rPr>
        <w:t>ἐλυμήνατο. χαρισάμενος δὲ τῷ θυμῷ, καθάπερ εἰς Ἀθήνας ἀλλ’ οὐκ εἰς τὸ θεῖον ἐξαμαρτάνων, ὑπὸ μὲν τῶν ἀνθρώπων καὶ πάλαι βλασφημούμενος τότε τελέως ἐμισήθη, ὑπὸ δὲ θεῶν ταχὺ τῆς προσ‐ ηκούσης ἐπιτιμήσεως ἔτυχε, διὰ μὲν τὴν ἰδίαν</w:t>
      </w:r>
    </w:p>
    <w:p>
      <w:r>
        <w:rPr>
          <w:rFonts w:ascii="Courier New" w:hAnsi="Courier New"/>
          <w:color w:val="555555"/>
          <w:sz w:val="20"/>
        </w:rPr>
        <w:t>[10]</w:t>
      </w:r>
    </w:p>
    <w:p>
      <w:r>
        <w:rPr>
          <w:rFonts w:ascii="Gentium Plus" w:hAnsi="Gentium Plus"/>
          <w:sz w:val="24"/>
        </w:rPr>
        <w:t>ἀβουλίαν τοῖς ὅλοις σφαλείς, διὰ δὲ τὴν Ῥωμαίων ἐπιείκειαν τυχὼν συγγνώμης. (Const. Exc. 2(1), p. 271.)</w:t>
      </w:r>
    </w:p>
    <w:p>
      <w:r>
        <w:rPr>
          <w:rFonts w:ascii="Courier New" w:hAnsi="Courier New"/>
          <w:color w:val="555555"/>
          <w:sz w:val="20"/>
        </w:rPr>
        <w:t>[28 . 8 . 1]</w:t>
      </w:r>
    </w:p>
    <w:p>
      <w:r>
        <w:rPr>
          <w:rFonts w:ascii="Gentium Plus" w:hAnsi="Gentium Plus"/>
          <w:sz w:val="24"/>
        </w:rPr>
        <w:t>Ὅτι ὁ Φίλιππος συννοήσας τὴν ἀθυμίαν τῶν στρατιωτῶν, τούτους παραθαρσύνων ἐδίδασκεν ὅτι τοῖς μὲν νικῶσιν οὐδὲν τούτων γίνεται, τοῖς δὲ κατὰ τὴν ἧτταν ἀπολλυμένοις οὐ διαφέρειν ὑπὸ</w:t>
      </w:r>
    </w:p>
    <w:p>
      <w:r>
        <w:rPr>
          <w:rFonts w:ascii="Courier New" w:hAnsi="Courier New"/>
          <w:color w:val="555555"/>
          <w:sz w:val="20"/>
        </w:rPr>
        <w:t>[5]</w:t>
      </w:r>
    </w:p>
    <w:p>
      <w:r>
        <w:rPr>
          <w:rFonts w:ascii="Gentium Plus" w:hAnsi="Gentium Plus"/>
          <w:sz w:val="24"/>
        </w:rPr>
        <w:t>πηλίκων ἂν τραυμάτων ἀποθάνωσι.</w:t>
      </w:r>
    </w:p>
    <w:p>
      <w:r>
        <w:rPr>
          <w:rFonts w:ascii="Courier New" w:hAnsi="Courier New"/>
          <w:color w:val="555555"/>
          <w:sz w:val="20"/>
        </w:rPr>
        <w:t>[28 . 8 . 2]</w:t>
      </w:r>
    </w:p>
    <w:p>
      <w:r>
        <w:rPr>
          <w:rFonts w:ascii="Gentium Plus" w:hAnsi="Gentium Plus"/>
          <w:sz w:val="24"/>
        </w:rPr>
        <w:t>Ὅτι ὡς ἐπὶ πολὺ εἰώθασιν οἱ τοῖς τρόποις φαῦλοι τοὺς συναναστρεφομένους ὁμοίους ἑαυτοῖς συγκατα‐ σκευάζειν. (Const. Exc. 4, p. 361.)</w:t>
      </w:r>
    </w:p>
    <w:p>
      <w:r>
        <w:rPr>
          <w:rFonts w:ascii="Courier New" w:hAnsi="Courier New"/>
          <w:color w:val="555555"/>
          <w:sz w:val="20"/>
        </w:rPr>
        <w:t>[28 . 9 . 1]</w:t>
      </w:r>
    </w:p>
    <w:p>
      <w:r>
        <w:rPr>
          <w:rFonts w:ascii="Gentium Plus" w:hAnsi="Gentium Plus"/>
          <w:sz w:val="24"/>
        </w:rPr>
        <w:t>Ὅτι Φίλιππος θεωρῶν τῶν Μακεδόνων τοὺς πλείστους ἑαυτῷ χαλεπῶς ἔχοντας ἐπὶ τῷ τὸν Ἡρακλείδην ἔχειν φίλον, παρέδωκεν αὐτὸν εἰς τὴν φυλακήν. ἦν δὲ οὗτος Ταραντῖνος μὲν τὸ γένος,</w:t>
      </w:r>
    </w:p>
    <w:p>
      <w:r>
        <w:rPr>
          <w:rFonts w:ascii="Courier New" w:hAnsi="Courier New"/>
          <w:color w:val="555555"/>
          <w:sz w:val="20"/>
        </w:rPr>
        <w:t>[5]</w:t>
      </w:r>
    </w:p>
    <w:p>
      <w:r>
        <w:rPr>
          <w:rFonts w:ascii="Gentium Plus" w:hAnsi="Gentium Plus"/>
          <w:sz w:val="24"/>
        </w:rPr>
        <w:t>πονηρίᾳ δὲ ὑπερβαλλούσῃ χρώμενος καὶ τὸν</w:t>
      </w:r>
    </w:p>
    <w:p>
      <w:r>
        <w:rPr>
          <w:rFonts w:ascii="Courier New" w:hAnsi="Courier New"/>
          <w:color w:val="555555"/>
          <w:sz w:val="20"/>
        </w:rPr>
        <w:t>[10]</w:t>
      </w:r>
    </w:p>
    <w:p>
      <w:r>
        <w:rPr>
          <w:rFonts w:ascii="Gentium Plus" w:hAnsi="Gentium Plus"/>
          <w:sz w:val="24"/>
        </w:rPr>
        <w:t>(Const. Exc. 2(1), p. 271.)</w:t>
      </w:r>
    </w:p>
    <w:p>
      <w:r>
        <w:rPr>
          <w:rFonts w:ascii="Courier New" w:hAnsi="Courier New"/>
          <w:color w:val="555555"/>
          <w:sz w:val="20"/>
        </w:rPr>
        <w:t>[28 . 11 . 1]</w:t>
      </w:r>
    </w:p>
    <w:p>
      <w:r>
        <w:rPr>
          <w:rFonts w:ascii="Gentium Plus" w:hAnsi="Gentium Plus"/>
          <w:sz w:val="24"/>
        </w:rPr>
        <w:t>Ὅτι τῶν Ἠπειρωτῶν πρέσβεις πεμψάντων πρὸς Φίλιππον καὶ Φλαμίνιον, Φλαμίνιος μὲν ᾤετο δεῖν τὸν Φίλιππον ἐκχωρεῖν ἁπάσης τῆς Ἑλλάδος, ὅπως ἀφρούρητος ᾖ καὶ αὐτόνομος, ἀποδοῦναι δὲ</w:t>
      </w:r>
    </w:p>
    <w:p>
      <w:r>
        <w:rPr>
          <w:rFonts w:ascii="Courier New" w:hAnsi="Courier New"/>
          <w:color w:val="555555"/>
          <w:sz w:val="20"/>
        </w:rPr>
        <w:t>[5]</w:t>
      </w:r>
    </w:p>
    <w:p>
      <w:r>
        <w:rPr>
          <w:rFonts w:ascii="Gentium Plus" w:hAnsi="Gentium Plus"/>
          <w:sz w:val="24"/>
        </w:rPr>
        <w:t>καὶ τοῖς παρεσπονδημένοις τὰς βλάβας εὐδοκου‐ μένως. ὁ δὲ ἔφη δεῖν τὰ μὲν παρὰ τοῦ πατρὸς αὐτῷ καταλελειμμένα βεβαίως ἔχειν, ὅσα δὲ τυγ‐ χάνει προσηγμένος, ἐκ τούτων ἐξάγειν τὰς φρου‐ ράς, περὶ δὲ τῆς βλάβης κρίνεσθαι. εἰπόντος δὲ</w:t>
      </w:r>
    </w:p>
    <w:p>
      <w:r>
        <w:rPr>
          <w:rFonts w:ascii="Courier New" w:hAnsi="Courier New"/>
          <w:color w:val="555555"/>
          <w:sz w:val="20"/>
        </w:rPr>
        <w:t>[10]</w:t>
      </w:r>
    </w:p>
    <w:p>
      <w:r>
        <w:rPr>
          <w:rFonts w:ascii="Gentium Plus" w:hAnsi="Gentium Plus"/>
          <w:sz w:val="24"/>
        </w:rPr>
        <w:t>πρὸς ταῦτα Φλαμινίου μὴ δεῖσθαι κρίσεως, δεῖν δὲ αὐτὸν τοὺς πεπονθότας πείθειν, καὶ διότι παρὰ τῆς βουλῆς ἐντολὰς ἔχοι ταύτας ὅπως μὴ μέρος τῆς Ἑλλάδος ἀλλὰ πᾶσαν αὐτὴν ἐλευθεροῦν, ὑπολαβὼν ὁ Φίλιππος, Καὶ τί τούτου βαρύτερόν, φησιν, προσ‐</w:t>
      </w:r>
    </w:p>
    <w:p>
      <w:r>
        <w:rPr>
          <w:rFonts w:ascii="Courier New" w:hAnsi="Courier New"/>
          <w:color w:val="555555"/>
          <w:sz w:val="20"/>
        </w:rPr>
        <w:t>[15]</w:t>
      </w:r>
    </w:p>
    <w:p>
      <w:r>
        <w:rPr>
          <w:rFonts w:ascii="Gentium Plus" w:hAnsi="Gentium Plus"/>
          <w:sz w:val="24"/>
        </w:rPr>
        <w:t>ετάξατ’ ἄν μοι πολέμῳ κρατήσαντες; καὶ ταῦτ’ εἰπὼν ἐχωρίσθη διωργισμένος.</w:t>
      </w:r>
    </w:p>
    <w:p>
      <w:r>
        <w:rPr>
          <w:rFonts w:ascii="Courier New" w:hAnsi="Courier New"/>
          <w:color w:val="555555"/>
          <w:sz w:val="20"/>
        </w:rPr>
        <w:t>[28 . 12 . 1]</w:t>
      </w:r>
    </w:p>
    <w:p>
      <w:r>
        <w:rPr>
          <w:rFonts w:ascii="Gentium Plus" w:hAnsi="Gentium Plus"/>
          <w:sz w:val="24"/>
        </w:rPr>
        <w:t>Ὅτι ὄντος τοῦ Ἀντιόχου τοῦ τῆς Ἀσίας βασιλέως περὶ τὸν τῆς Λυσιμαχείας πόλεως ἀν‐ οικισμὸν παρεγενήθησαν οἱ παρὰ Φλαμινίου πρέ‐ σβεις. εἰσαχθέντες δὲ εἰς τὸ συνέδριον παρεκάλουν</w:t>
      </w:r>
    </w:p>
    <w:p>
      <w:r>
        <w:rPr>
          <w:rFonts w:ascii="Courier New" w:hAnsi="Courier New"/>
          <w:color w:val="555555"/>
          <w:sz w:val="20"/>
        </w:rPr>
        <w:t>[5]</w:t>
      </w:r>
    </w:p>
    <w:p>
      <w:r>
        <w:rPr>
          <w:rFonts w:ascii="Gentium Plus" w:hAnsi="Gentium Plus"/>
          <w:sz w:val="24"/>
        </w:rPr>
        <w:t>Ἀντίοχον ἐκχωρῆσαι τῶν ὑπὸ Πτολεμαῖον καὶ</w:t>
      </w:r>
    </w:p>
    <w:p>
      <w:r>
        <w:rPr>
          <w:rFonts w:ascii="Courier New" w:hAnsi="Courier New"/>
          <w:color w:val="555555"/>
          <w:sz w:val="20"/>
        </w:rPr>
        <w:t>[10]</w:t>
      </w:r>
    </w:p>
    <w:p>
      <w:r>
        <w:rPr>
          <w:rFonts w:ascii="Gentium Plus" w:hAnsi="Gentium Plus"/>
          <w:sz w:val="24"/>
        </w:rPr>
        <w:t>πολεμεῖν. ὁ δὲ Ἀντίοχος τοῖς εἰρημένοις ἀντιλέ‐ γων ἔφη θαυμάζειν πῶς Ῥωμαῖοι τῆς Ἀσίας ἀντιποιοῦνται, τῶν κατὰ τὴν Ἰταλίαν αὐτοῦ μη‐ δὲν πολυπραγμονοῦντος· Λυσιμαχεῖς δὲ ἀνοικίζων οὔτε Ῥωμαῖον οὔτε ἄλλον οὐδένα βλάπτειν· τὰ δὲ</w:t>
      </w:r>
    </w:p>
    <w:p>
      <w:r>
        <w:rPr>
          <w:rFonts w:ascii="Courier New" w:hAnsi="Courier New"/>
          <w:color w:val="555555"/>
          <w:sz w:val="20"/>
        </w:rPr>
        <w:t>[15]</w:t>
      </w:r>
    </w:p>
    <w:p>
      <w:r>
        <w:rPr>
          <w:rFonts w:ascii="Gentium Plus" w:hAnsi="Gentium Plus"/>
          <w:sz w:val="24"/>
        </w:rPr>
        <w:t>πρὸς Πτολεμαῖον αὐτὸς φροντίζειν ὅπως μηδεμιᾶς ἀμφισβητήσεως τυγχάνῃ· δώσειν γὰρ αὐτῷ τὴν θυγατέρα γυναῖκα. καὶ τούτων ῥηθέντων τῶν λόγων οἱ Ῥωμαῖοι οὐκ εὐδοκοῦντες ἐχωρίσθησαν. (Const. Exc. 4, pp. 361—362.)</w:t>
      </w:r>
    </w:p>
    <w:p>
      <w:r>
        <w:rPr>
          <w:rFonts w:ascii="Courier New" w:hAnsi="Courier New"/>
          <w:color w:val="555555"/>
          <w:sz w:val="20"/>
        </w:rPr>
        <w:t>[28 . 10 . 1]</w:t>
      </w:r>
    </w:p>
    <w:p>
      <w:r>
        <w:rPr>
          <w:rFonts w:ascii="Gentium Plus" w:hAnsi="Gentium Plus"/>
          <w:sz w:val="24"/>
        </w:rPr>
        <w:t>Ὅτι Ἀννίβας διὰ μόνης τῆς περὶ αὐτὸν φήμης καθ’ ὅλην τὴν οἰκουμένην περίβλεπτος ἐγί‐ νετο, κατὰ πᾶσαν πόλιν ἑκάστου σπεύδοντος θεάσα‐ σθαι τὸν ἄνδρα. (Const. Exc. 2(1), p. 271.)</w:t>
      </w:r>
    </w:p>
    <w:p>
      <w:r>
        <w:rPr>
          <w:rFonts w:ascii="Courier New" w:hAnsi="Courier New"/>
          <w:color w:val="555555"/>
          <w:sz w:val="20"/>
        </w:rPr>
        <w:t>[28 . 13 . 1]</w:t>
      </w:r>
    </w:p>
    <w:p>
      <w:r>
        <w:rPr>
          <w:rFonts w:ascii="Gentium Plus" w:hAnsi="Gentium Plus"/>
          <w:sz w:val="24"/>
        </w:rPr>
        <w:t>Ὅτι οἱ παρὰ Νάβιδος καὶ Φλαμινίου πεμ‐ φθέντες εἰς Ῥώμην πρεσβευταὶ περὶ τῶν συνθηκῶν ἐπεὶ διελέχθησαν τῇ συγκλήτῳ περὶ ὧν τὰς ἐντολὰς εἶχον, ἔδοξε τῇ γερουσίᾳ βεβαιοῦν τὰς ὁμολογίας</w:t>
      </w:r>
    </w:p>
    <w:p>
      <w:r>
        <w:rPr>
          <w:rFonts w:ascii="Courier New" w:hAnsi="Courier New"/>
          <w:color w:val="555555"/>
          <w:sz w:val="20"/>
        </w:rPr>
        <w:t>[5]</w:t>
      </w:r>
    </w:p>
    <w:p>
      <w:r>
        <w:rPr>
          <w:rFonts w:ascii="Gentium Plus" w:hAnsi="Gentium Plus"/>
          <w:sz w:val="24"/>
        </w:rPr>
        <w:t>καὶ τὰς φρουρὰς τὰς ἐκ τῆς Ἑλλάδος καὶ τὰς στρατιὰς ἀπάγειν. ὁ δὲ Φλαμίνιος ἀκούσας τὰ διῳκημένα πανταχόθεν τοὺς ἀρίστους τῶν Ἑλλή‐</w:t>
      </w:r>
    </w:p>
    <w:p>
      <w:r>
        <w:rPr>
          <w:rFonts w:ascii="Courier New" w:hAnsi="Courier New"/>
          <w:color w:val="555555"/>
          <w:sz w:val="20"/>
        </w:rPr>
        <w:t>[10]</w:t>
      </w:r>
    </w:p>
    <w:p>
      <w:r>
        <w:rPr>
          <w:rFonts w:ascii="Gentium Plus" w:hAnsi="Gentium Plus"/>
          <w:sz w:val="24"/>
        </w:rPr>
        <w:t>νεώσατο καὶ περὶ τῶν κατὰ τὸν Νάβιν ἀπελογεῖτο, διότι κατὰ τὸ δυνατὸν πεποιήκασι, καὶ ὅτι κατὰ τὴν τοῦ δήμου προαίρεσιν ἅπαντες οἱ τὴν Ἑλλάδα κατοικοῦντές εἰσιν ἐλεύθεροι καὶ ἀφρούρητοι καὶ τὸ μέγιστον τοῖς ἰδίοις νόμοις πολιτευόμενοι. ᾐτή‐</w:t>
      </w:r>
    </w:p>
    <w:p>
      <w:r>
        <w:rPr>
          <w:rFonts w:ascii="Courier New" w:hAnsi="Courier New"/>
          <w:color w:val="555555"/>
          <w:sz w:val="20"/>
        </w:rPr>
        <w:t>[15]</w:t>
      </w:r>
    </w:p>
    <w:p>
      <w:r>
        <w:rPr>
          <w:rFonts w:ascii="Gentium Plus" w:hAnsi="Gentium Plus"/>
          <w:sz w:val="24"/>
        </w:rPr>
        <w:t>σατο δὲ παρὰ τῶν Ἑλλήνων χάριν ὅπως τοὺς δουλεύοντας παρ’ αὐτοῖς Ἰταλιώτας ἀναζητήσαντες ἀποστείλωσιν ἐν ἡμέραις τριάκοντα. ὃ καὶ γέγονεν. (Const. Exc. 1, p. 397.)</w:t>
      </w:r>
    </w:p>
    <w:p>
      <w:r>
        <w:rPr>
          <w:rFonts w:ascii="Courier New" w:hAnsi="Courier New"/>
          <w:color w:val="555555"/>
          <w:sz w:val="20"/>
        </w:rPr>
        <w:t>[28 . 14 . 1]</w:t>
      </w:r>
    </w:p>
    <w:p>
      <w:r>
        <w:rPr>
          <w:rFonts w:ascii="Gentium Plus" w:hAnsi="Gentium Plus"/>
          <w:sz w:val="24"/>
        </w:rPr>
        <w:t>Ὅτι ὁ Πτολεμαῖος ὁ τῆς Αἰγύπτου βασιλεὺς μέχρι μέν τινος ἐπῃνεῖτο· Ἀριστομένη δὲ τὸν ἐπί‐ τροπον αὐτοῦ γεγενημένον καὶ πάντα καλῶς δι‐ ῳκηκότα τὴν μὲν ἀρχὴν ἠγάπα καθαπερεὶ πατέρα</w:t>
      </w:r>
    </w:p>
    <w:p>
      <w:r>
        <w:rPr>
          <w:rFonts w:ascii="Courier New" w:hAnsi="Courier New"/>
          <w:color w:val="555555"/>
          <w:sz w:val="20"/>
        </w:rPr>
        <w:t>[5]</w:t>
      </w:r>
    </w:p>
    <w:p>
      <w:r>
        <w:rPr>
          <w:rFonts w:ascii="Gentium Plus" w:hAnsi="Gentium Plus"/>
          <w:sz w:val="24"/>
        </w:rPr>
        <w:t>καὶ πάντα ἔπραττεν ἀπὸ τῆς ἐκείνου γνώμης· μετὰ δὲ ταῦτα ὑπὸ τῶν κολακευόντων διαφθαρεὶς τὴν ψυχὴν τόν τε Ἀριστομένη παρρησιαζόμενον ἐμί‐ σησε καὶ τέλος συνηνάγκασεν αὐτὸν πιόντα κώνειον τελευτῆσαι. ἀεὶ δὲ μᾶλλον θηριούμενος καὶ τυραν‐</w:t>
      </w:r>
    </w:p>
    <w:p>
      <w:r>
        <w:rPr>
          <w:rFonts w:ascii="Courier New" w:hAnsi="Courier New"/>
          <w:color w:val="555555"/>
          <w:sz w:val="20"/>
        </w:rPr>
        <w:t>[10]</w:t>
      </w:r>
    </w:p>
    <w:p>
      <w:r>
        <w:rPr>
          <w:rFonts w:ascii="Gentium Plus" w:hAnsi="Gentium Plus"/>
          <w:sz w:val="24"/>
        </w:rPr>
        <w:t>νικὴν παρανομίαν ἀλλ’ οὐ βασιλικὴν ἐξουσίαν ζηλώσας, ἐμισήθη μὲν ὑπὸ τῶν Αἰγυπτίων, ἐκιν‐ δύνευσε δὲ ἀποβαλεῖν τὴν βασιλείαν. (Const. Exc. 2(1), p. 271.)</w:t>
      </w:r>
    </w:p>
    <w:p>
      <w:r>
        <w:rPr>
          <w:rFonts w:ascii="Courier New" w:hAnsi="Courier New"/>
          <w:color w:val="555555"/>
          <w:sz w:val="20"/>
        </w:rPr>
        <w:t>[28 . 15 . 1]</w:t>
      </w:r>
    </w:p>
    <w:p>
      <w:r>
        <w:rPr>
          <w:rFonts w:ascii="Gentium Plus" w:hAnsi="Gentium Plus"/>
          <w:sz w:val="24"/>
        </w:rPr>
        <w:t>Ὅτι πάλιν ἡ σύγκλητος διήκουσε τῶν ἀπὸ τῆς Ἑλλάδος πρεσβειῶν καὶ ταύταις φιλανθρώπως προσεφώνει βουλομένη προθύμους αὐτοὺς ἔχειν πρὸς τὸν Ἀντιοχικὸν πόλεμον, ὃν ταχέως προσ‐</w:t>
      </w:r>
    </w:p>
    <w:p>
      <w:r>
        <w:rPr>
          <w:rFonts w:ascii="Courier New" w:hAnsi="Courier New"/>
          <w:color w:val="555555"/>
          <w:sz w:val="20"/>
        </w:rPr>
        <w:t>[5]</w:t>
      </w:r>
    </w:p>
    <w:p>
      <w:r>
        <w:rPr>
          <w:rFonts w:ascii="Gentium Plus" w:hAnsi="Gentium Plus"/>
          <w:sz w:val="24"/>
        </w:rPr>
        <w:t>εδόκα. τοῖς δὲ παρὰ Φιλίππου πρέσβεσιν ἀπεκρίθη διότι φυλάττοντος αὐτοῦ τὴν πίστιν τῶν τε φόρων αὐτὸν ἀπολύσει καὶ Δημήτριον τὸν υἱόν. τοῖς δὲ ἐληλυθόσι παρὰ Ἀντιόχου συνέστησεν ἐκ τῆς βου‐ λῆς ἄνδρας δέκα τοὺς διακουσομένους περὶ ὧν</w:t>
      </w:r>
    </w:p>
    <w:p>
      <w:r>
        <w:rPr>
          <w:rFonts w:ascii="Courier New" w:hAnsi="Courier New"/>
          <w:color w:val="555555"/>
          <w:sz w:val="20"/>
        </w:rPr>
        <w:t>[28 . 15 . 2]</w:t>
      </w:r>
    </w:p>
    <w:p>
      <w:r>
        <w:rPr>
          <w:rFonts w:ascii="Gentium Plus" w:hAnsi="Gentium Plus"/>
          <w:sz w:val="24"/>
        </w:rPr>
        <w:t>ἔφησαν ἐντολὰς ἔχειν παρὰ τοῦ βασιλέως. ὧν συνεδρευσάντων ὁ τῆς πρεσβείας ἀφηγούμενος Μένιππος ἔλεγεν ἥκειν ὅπως Ἀντιόχῳ φιλίαν καὶ συμμαχίαν συνάψηται πρὸς Ῥωμαίους. ἔφησε δὲ</w:t>
      </w:r>
    </w:p>
    <w:p>
      <w:r>
        <w:rPr>
          <w:rFonts w:ascii="Courier New" w:hAnsi="Courier New"/>
          <w:color w:val="555555"/>
          <w:sz w:val="20"/>
        </w:rPr>
        <w:t>[5]</w:t>
      </w:r>
    </w:p>
    <w:p>
      <w:r>
        <w:rPr>
          <w:rFonts w:ascii="Gentium Plus" w:hAnsi="Gentium Plus"/>
          <w:sz w:val="24"/>
        </w:rPr>
        <w:t>θαυμάζειν τὸν βασιλέα διὰ τίνα ποτ’ αἰτίαν προσ‐ τάττουσιν αὐτῷ Ῥωμαῖοι τινὰ μὲν τῶν κατὰ τὴν Εὐρώπην μὴ πολυπραγμονεῖν, τινῶν δὲ τῶν πόλεων ἀφίστασθαι καὶ παρ’ ἐνίων τοὺς ὀφειλομένους φόρους μὴ λαμβάνειν· ταῦτα γὰρ οὐ τοῖς ἐξ ἴσου</w:t>
      </w:r>
    </w:p>
    <w:p>
      <w:r>
        <w:rPr>
          <w:rFonts w:ascii="Courier New" w:hAnsi="Courier New"/>
          <w:color w:val="555555"/>
          <w:sz w:val="20"/>
        </w:rPr>
        <w:t>[10]</w:t>
      </w:r>
    </w:p>
    <w:p>
      <w:r>
        <w:rPr>
          <w:rFonts w:ascii="Gentium Plus" w:hAnsi="Gentium Plus"/>
          <w:sz w:val="24"/>
        </w:rPr>
        <w:t>τὴν φιλίαν ποιουμένοις ἔθος εἶναι ποιεῖν, ἀλλὰ τοῖς πολέμῳ νενικηκόσι· τοὺς δὲ πρὸς αὐτὸν πρεσβεύον‐ τας ἐπὶ Λυσιμάχειαν ἐπιτακτικῶς αὐτῷ διαστέλ‐ λειν περὶ τούτων· Ἀντιόχῳ δὲ πρὸς Ῥωμαίους πόλεμον μὲν μηδέποτε γεγονέναι· φιλίαν δ’ ἂν</w:t>
      </w:r>
    </w:p>
    <w:p>
      <w:r>
        <w:rPr>
          <w:rFonts w:ascii="Courier New" w:hAnsi="Courier New"/>
          <w:color w:val="555555"/>
          <w:sz w:val="20"/>
        </w:rPr>
        <w:t>[15]</w:t>
      </w:r>
    </w:p>
    <w:p>
      <w:r>
        <w:rPr>
          <w:rFonts w:ascii="Gentium Plus" w:hAnsi="Gentium Plus"/>
          <w:sz w:val="24"/>
        </w:rPr>
        <w:t>συνθέσθαι βούλωνται πρὸς αὐτόν, ἕτοιμον εἶναι.</w:t>
      </w:r>
    </w:p>
    <w:p>
      <w:r>
        <w:rPr>
          <w:rFonts w:ascii="Courier New" w:hAnsi="Courier New"/>
          <w:color w:val="555555"/>
          <w:sz w:val="20"/>
        </w:rPr>
        <w:t>[28 . 15 . 3]</w:t>
      </w:r>
    </w:p>
    <w:p>
      <w:r>
        <w:rPr>
          <w:rFonts w:ascii="Gentium Plus" w:hAnsi="Gentium Plus"/>
          <w:sz w:val="24"/>
        </w:rPr>
        <w:t>ὁ δὲ Φλαμίνιος ἔφη δυοῖν πραγμάτων ὄντων ἕτερον τῷ βασιλεῖ τὴν σύγκλητον συγχωρεῖν, εἰ μὲν βού‐ λεται τῆς Εὐρώπης ἀπέχεσθαι, μηδὲν πολυπραγ‐ μονεῖν Ῥωμαίους τῶν κατὰ τὴν Ἀσίαν· εἰ δὲ τοῦτο</w:t>
      </w:r>
    </w:p>
    <w:p>
      <w:r>
        <w:rPr>
          <w:rFonts w:ascii="Courier New" w:hAnsi="Courier New"/>
          <w:color w:val="555555"/>
          <w:sz w:val="20"/>
        </w:rPr>
        <w:t>[5]</w:t>
      </w:r>
    </w:p>
    <w:p>
      <w:r>
        <w:rPr>
          <w:rFonts w:ascii="Gentium Plus" w:hAnsi="Gentium Plus"/>
          <w:sz w:val="24"/>
        </w:rPr>
        <w:t>μὴ προαιρεῖται, γινώσκειν ὅτι Ῥωμαῖοι τοῖς ἑαυ‐</w:t>
      </w:r>
    </w:p>
    <w:p>
      <w:r>
        <w:rPr>
          <w:rFonts w:ascii="Courier New" w:hAnsi="Courier New"/>
          <w:color w:val="555555"/>
          <w:sz w:val="20"/>
        </w:rPr>
        <w:t>[28 . 15 . 4]</w:t>
      </w:r>
    </w:p>
    <w:p>
      <w:r>
        <w:rPr>
          <w:rFonts w:ascii="Gentium Plus" w:hAnsi="Gentium Plus"/>
          <w:sz w:val="24"/>
        </w:rPr>
        <w:t>τῶν φίλοις καταδουλουμένοις βοηθήσουσιν. τῶν δὲ πρεσβευτῶν ἀποκριναμένων ὡς οὐδὲν τοιοῦτον συν‐ θήσονται δι’ οὗ ταπεινώσουσι τὴν βασιλέως ἀρχήν, τῇ ἐχομένῃ τοῖς Ἕλλησιν ἡ σύγκλητος εἶπεν ὡς ἐὰν</w:t>
      </w:r>
    </w:p>
    <w:p>
      <w:r>
        <w:rPr>
          <w:rFonts w:ascii="Courier New" w:hAnsi="Courier New"/>
          <w:color w:val="555555"/>
          <w:sz w:val="20"/>
        </w:rPr>
        <w:t>[5]</w:t>
      </w:r>
    </w:p>
    <w:p>
      <w:r>
        <w:rPr>
          <w:rFonts w:ascii="Gentium Plus" w:hAnsi="Gentium Plus"/>
          <w:sz w:val="24"/>
        </w:rPr>
        <w:t>Ἀντίοχος περιεργάζηταί τι τῶν κατὰ τὴν Εὐρώπην, Ῥωμαῖοι μετὰ πολλῆς σπουδῆς τοὺς κατὰ τὴν Ἀσίαν Ἕλληνας ἐλευθερώσουσιν. ἐπισημηναμένων δὲ τῶν ἐκ τῆς Ἑλλάδος πρεσβευτῶν, οἱ παρὰ τοῦ βασιλέως ἠξίουν τε τὴν σύγκλητον ἐνθυμηθῆναι</w:t>
      </w:r>
    </w:p>
    <w:p>
      <w:r>
        <w:rPr>
          <w:rFonts w:ascii="Courier New" w:hAnsi="Courier New"/>
          <w:color w:val="555555"/>
          <w:sz w:val="20"/>
        </w:rPr>
        <w:t>[10]</w:t>
      </w:r>
    </w:p>
    <w:p>
      <w:r>
        <w:rPr>
          <w:rFonts w:ascii="Gentium Plus" w:hAnsi="Gentium Plus"/>
          <w:sz w:val="24"/>
        </w:rPr>
        <w:t>ἡλίκων ἑκατέροις κατάρχεται κινδύνων καὶ μηδὲν ταχέως πράττειν, ἀλλὰ τῷ βασιλεῖ δοῦναι χρόνον εἰς βουλήν, καὶ αὐτὴν ἐπιμελέστερον περὶ τούτων βουλεύεσθαι.</w:t>
      </w:r>
    </w:p>
    <w:p>
      <w:r>
        <w:rPr>
          <w:rFonts w:ascii="Courier New" w:hAnsi="Courier New"/>
          <w:color w:val="555555"/>
          <w:sz w:val="20"/>
        </w:rPr>
        <w:t>[29 t 1]</w:t>
      </w:r>
    </w:p>
    <w:p>
      <w:pPr>
        <w:jc w:val="center"/>
      </w:pPr>
      <w:r>
        <w:rPr>
          <w:rFonts w:ascii="Gentium Plus" w:hAnsi="Gentium Plus"/>
          <w:b/>
          <w:sz w:val="24"/>
        </w:rPr>
        <w:t>FRAGMENTA LIBRI XXIX</w:t>
      </w:r>
    </w:p>
    <w:p>
      <w:r>
        <w:rPr>
          <w:rFonts w:ascii="Courier New" w:hAnsi="Courier New"/>
          <w:color w:val="555555"/>
          <w:sz w:val="20"/>
        </w:rPr>
        <w:t>[29 . 1 . 1]</w:t>
      </w:r>
    </w:p>
    <w:p>
      <w:r>
        <w:rPr>
          <w:rFonts w:ascii="Gentium Plus" w:hAnsi="Gentium Plus"/>
          <w:sz w:val="24"/>
        </w:rPr>
        <w:t>Ὅτι τὸ Δήλιον ἱερὸν ἦν οὐ μακρὰν ἀπέχον τῆς Χαλκίδος ... διόπερ ὁ βασιλεὺς ὑπὸ τῶν Ἑλλή‐ νων ἐβλασφημεῖτο, τὴν ἀρχὴν τοῦ πρὸς Ῥωμαίους πολέμου πεποιημένος ἐξ ἀσεβείας. οὗ † συνελθόν‐</w:t>
      </w:r>
    </w:p>
    <w:p>
      <w:r>
        <w:rPr>
          <w:rFonts w:ascii="Courier New" w:hAnsi="Courier New"/>
          <w:color w:val="555555"/>
          <w:sz w:val="20"/>
        </w:rPr>
        <w:t>[5]</w:t>
      </w:r>
    </w:p>
    <w:p>
      <w:r>
        <w:rPr>
          <w:rFonts w:ascii="Gentium Plus" w:hAnsi="Gentium Plus"/>
          <w:sz w:val="24"/>
        </w:rPr>
        <w:t>τος Φλαμίνιος περὶ Κόρινθον διατρίβων ἐπεμαρ‐ τύρατο πάντας ἀνθρώπους τε καὶ θεοὺς ἐπὶ τῷ προκατῆρχθαι τοῦ πολέμου τὸν βασιλέα.</w:t>
      </w:r>
    </w:p>
    <w:p>
      <w:r>
        <w:rPr>
          <w:rFonts w:ascii="Courier New" w:hAnsi="Courier New"/>
          <w:color w:val="555555"/>
          <w:sz w:val="20"/>
        </w:rPr>
        <w:t>[29 . 2 . 1]</w:t>
      </w:r>
    </w:p>
    <w:p>
      <w:r>
        <w:rPr>
          <w:rFonts w:ascii="Gentium Plus" w:hAnsi="Gentium Plus"/>
          <w:sz w:val="24"/>
        </w:rPr>
        <w:t>Ὅτι Ἀντίοχος ἐν Δημητριάδι τὴν παραχειμα‐ σίαν ποιούμενος καὶ πλείω τῶν πεντήκοντα ἐτῶν βεβιωκὼς τῆς μὲν περὶ τὸν πόλεμον παρασκευῆς ἠμέλησε, παρθένου δὲ εὐπρεποῦς ἐρασθεὶς ἐκάθητο</w:t>
      </w:r>
    </w:p>
    <w:p>
      <w:r>
        <w:rPr>
          <w:rFonts w:ascii="Courier New" w:hAnsi="Courier New"/>
          <w:color w:val="555555"/>
          <w:sz w:val="20"/>
        </w:rPr>
        <w:t>[5]</w:t>
      </w:r>
    </w:p>
    <w:p>
      <w:r>
        <w:rPr>
          <w:rFonts w:ascii="Gentium Plus" w:hAnsi="Gentium Plus"/>
          <w:sz w:val="24"/>
        </w:rPr>
        <w:t>τοὺς ταύτης ἐπιτελῶν γάμους καὶ πανηγύρεις λαμ‐ πρὰς συνήγαγε. ταῦτα δὲ πράττων οὐ μόνον ἑαυτοῦ τὸ σῶμα καὶ τὴν ψυχὴν διέφθειρεν, ἀλλὰ καὶ τὰς τῶν δυνάμεων ὁρμὰς ἐξέλυσε, καὶ οἱ στρατιῶται τὸν χειμῶνα κατατετριφότες ἐν ἀνέσει καὶ τρυφῇ</w:t>
      </w:r>
    </w:p>
    <w:p>
      <w:r>
        <w:rPr>
          <w:rFonts w:ascii="Courier New" w:hAnsi="Courier New"/>
          <w:color w:val="555555"/>
          <w:sz w:val="20"/>
        </w:rPr>
        <w:t>[10]</w:t>
      </w:r>
    </w:p>
    <w:p>
      <w:r>
        <w:rPr>
          <w:rFonts w:ascii="Gentium Plus" w:hAnsi="Gentium Plus"/>
          <w:sz w:val="24"/>
        </w:rPr>
        <w:t>κακῶς ἀπήλλαττον ἐν ταῖς ἀπορίαις, οὔτε δίψαν</w:t>
      </w:r>
    </w:p>
    <w:p>
      <w:r>
        <w:rPr>
          <w:rFonts w:ascii="Courier New" w:hAnsi="Courier New"/>
          <w:color w:val="555555"/>
          <w:sz w:val="20"/>
        </w:rPr>
        <w:t>[29 . 3 . 1]</w:t>
      </w:r>
    </w:p>
    <w:p>
      <w:r>
        <w:rPr>
          <w:rFonts w:ascii="Gentium Plus" w:hAnsi="Gentium Plus"/>
          <w:sz w:val="24"/>
        </w:rPr>
        <w:t>Ὅτι Ἀντίοχος ὁ βασιλεὺς τὰς ἐν Θετταλίᾳ πόλεις πυνθανόμενος πρὸς Ῥωμαίους μετατεθεῖ‐ σθαι, τὰς δὲ ἐκ τῆς Ἀσίας δυνάμεις ὑστερούσας καὶ τοὺς Αἰτωλοὺς καταμελοῦντας καὶ προφάσεις ἀεὶ</w:t>
      </w:r>
    </w:p>
    <w:p>
      <w:r>
        <w:rPr>
          <w:rFonts w:ascii="Courier New" w:hAnsi="Courier New"/>
          <w:color w:val="555555"/>
          <w:sz w:val="20"/>
        </w:rPr>
        <w:t>[5]</w:t>
      </w:r>
    </w:p>
    <w:p>
      <w:r>
        <w:rPr>
          <w:rFonts w:ascii="Gentium Plus" w:hAnsi="Gentium Plus"/>
          <w:sz w:val="24"/>
        </w:rPr>
        <w:t>ποριζομένους, ἐν ἀγωνίᾳ πολλῇ καθειστήκει. διὸ καὶ τοὺς πεπεικότας αὐτὸν ἀπαράσκευον ὄντα ἐπὶ τῇ τῶν Αἰτωλῶν συμμαχίᾳ τὸν πόλεμον ἐπανελέ‐ σθαι δι’ ὀργῆς εἶχε· τὸν δὲ Ἀννίβαν τὴν ἐναντίαν γνώμην ἐσχηκότα τότε ἐθαύμαζε καὶ τὰς ἐλπίδας</w:t>
      </w:r>
    </w:p>
    <w:p>
      <w:r>
        <w:rPr>
          <w:rFonts w:ascii="Courier New" w:hAnsi="Courier New"/>
          <w:color w:val="555555"/>
          <w:sz w:val="20"/>
        </w:rPr>
        <w:t>[10]</w:t>
      </w:r>
    </w:p>
    <w:p>
      <w:r>
        <w:rPr>
          <w:rFonts w:ascii="Gentium Plus" w:hAnsi="Gentium Plus"/>
          <w:sz w:val="24"/>
        </w:rPr>
        <w:t>εἶχεν ἐν τούτῳ, τόν τε πρὸ τοῦ χρόνον ὑπ‐ όπτως πρὸς αὐτὸν διακείμενος τότε πιστότατον αὐτὸν εἶχε φίλον καὶ ἀπὸ τῆς τούτου γνώμης πάντα ἔπραττεν. (Const. Exc. 2(1), pp. 271—272.)</w:t>
      </w:r>
    </w:p>
    <w:p>
      <w:r>
        <w:rPr>
          <w:rFonts w:ascii="Courier New" w:hAnsi="Courier New"/>
          <w:color w:val="555555"/>
          <w:sz w:val="20"/>
        </w:rPr>
        <w:t>[29 . 4 . 1]</w:t>
      </w:r>
    </w:p>
    <w:p>
      <w:r>
        <w:rPr>
          <w:rFonts w:ascii="Gentium Plus" w:hAnsi="Gentium Plus"/>
          <w:sz w:val="24"/>
        </w:rPr>
        <w:t>Ὅτι τοῖς Αἰτωλοῖς διαπρεσβευσαμένοις περὶ διαλύσεων ἐδογμάτισεν ἡ σύγκλητος ἢ τὰ καθ’ ἑαυτοὺς ἐπιτρέπειν Ῥωμαίοις ἢ χίλια τάλαντα ἀργυρίου δοῦναι παραχρῆμα Ῥωμαίοις. οἱ δὲ διὰ</w:t>
      </w:r>
    </w:p>
    <w:p>
      <w:r>
        <w:rPr>
          <w:rFonts w:ascii="Courier New" w:hAnsi="Courier New"/>
          <w:color w:val="555555"/>
          <w:sz w:val="20"/>
        </w:rPr>
        <w:t>[5]</w:t>
      </w:r>
    </w:p>
    <w:p>
      <w:r>
        <w:rPr>
          <w:rFonts w:ascii="Gentium Plus" w:hAnsi="Gentium Plus"/>
          <w:sz w:val="24"/>
        </w:rPr>
        <w:t>τὴν ἀποτομίαν τῆς ἀποκρίσεως οὐ προσδεξάμενοι τὰ προσταττόμενα εἰς φόβους καὶ μεγάλους κιν‐ δύνους ἐνέπεσον· συνηγωνισμένοι γὰρ τῷ βασιλεῖ ἐκτενέστατα εἰς ἀπορίαν ἐνέπιπτον οὐδεμίαν ἔκ‐</w:t>
      </w:r>
    </w:p>
    <w:p>
      <w:r>
        <w:rPr>
          <w:rFonts w:ascii="Courier New" w:hAnsi="Courier New"/>
          <w:color w:val="555555"/>
          <w:sz w:val="20"/>
        </w:rPr>
        <w:t>[29 . 5 . 1]</w:t>
      </w:r>
    </w:p>
    <w:p>
      <w:r>
        <w:rPr>
          <w:rFonts w:ascii="Gentium Plus" w:hAnsi="Gentium Plus"/>
          <w:sz w:val="24"/>
        </w:rPr>
        <w:t>Ὅτι ὁ Ἀντίοχος διὰ τὴν ἧτταν ταπεινωθεὶς ἔκρινε τῆς μὲν Εὐρώπης ἐξίστασθαι, περὶ δὲ τῆς Ἀσίας διαγωνίζεσθαι. καὶ προσέταξε τοῖς Λυσι‐ μαχεῦσι πανδημεὶ τὴν πόλιν ἐκλιπεῖν, εἰς δὲ τὰς</w:t>
      </w:r>
    </w:p>
    <w:p>
      <w:r>
        <w:rPr>
          <w:rFonts w:ascii="Courier New" w:hAnsi="Courier New"/>
          <w:color w:val="555555"/>
          <w:sz w:val="20"/>
        </w:rPr>
        <w:t>[5]</w:t>
      </w:r>
    </w:p>
    <w:p>
      <w:r>
        <w:rPr>
          <w:rFonts w:ascii="Gentium Plus" w:hAnsi="Gentium Plus"/>
          <w:sz w:val="24"/>
        </w:rPr>
        <w:t>κατὰ τὴν Ἀσίαν πόλεις μετοικῆσαι. καὶ ἔδοξε πᾶσιν ἀφρόνως βεβουλεῦσθαι καὶ πόλιν ἐπικαιρό‐ τατα κειμένην πρὸς τὸ διακωλῦσαι τοὺς πολεμίους ἐκ τῆς Εὐρώπης εἰς τὴν Ἀσίαν περαιοῦν τὰς δυνά‐ μεις ἀκονιτὶ προέσθαι τοῖς πολεμίοις. ἀκολούθως</w:t>
      </w:r>
    </w:p>
    <w:p>
      <w:r>
        <w:rPr>
          <w:rFonts w:ascii="Courier New" w:hAnsi="Courier New"/>
          <w:color w:val="555555"/>
          <w:sz w:val="20"/>
        </w:rPr>
        <w:t>[10]</w:t>
      </w:r>
    </w:p>
    <w:p>
      <w:r>
        <w:rPr>
          <w:rFonts w:ascii="Gentium Plus" w:hAnsi="Gentium Plus"/>
          <w:sz w:val="24"/>
        </w:rPr>
        <w:t>δὲ τῇ διαλήψει ταύτῃ καὶ τὸ τῶν ἀποτελεσμάτων ἔργον ἐπληρώθη. ὁ γὰρ Σκιπίων τὴν πόλιν κατα‐ λαβὼν ἔρημον αὐτομάτως εὐημέρησε ταύτην παρα‐ λαβών. (Const. Exc. 2(1), p. 272.)</w:t>
      </w:r>
    </w:p>
    <w:p>
      <w:r>
        <w:rPr>
          <w:rFonts w:ascii="Courier New" w:hAnsi="Courier New"/>
          <w:color w:val="555555"/>
          <w:sz w:val="20"/>
        </w:rPr>
        <w:t>[29 . 6 . 1]</w:t>
      </w:r>
    </w:p>
    <w:p>
      <w:r>
        <w:rPr>
          <w:rFonts w:ascii="Gentium Plus" w:hAnsi="Gentium Plus"/>
          <w:sz w:val="24"/>
        </w:rPr>
        <w:t>Ὅτι εἰσὶν ἐν τοῖς πολέμοις αἱ τῶν χρημάτων παρασκευαί, καθάπερ ἡ κοινὴ παροιμία φησίν, ἑταῖραι τῶν πράξεων· ὁ γὰρ τούτων εὐπορῶν οὐκ ἀπορεῖ τῶν μάχεσθαι δυναμένων ἀνδρῶν. οἱ γὰρ</w:t>
      </w:r>
    </w:p>
    <w:p>
      <w:r>
        <w:rPr>
          <w:rFonts w:ascii="Courier New" w:hAnsi="Courier New"/>
          <w:color w:val="555555"/>
          <w:sz w:val="20"/>
        </w:rPr>
        <w:t>[5]</w:t>
      </w:r>
    </w:p>
    <w:p>
      <w:r>
        <w:rPr>
          <w:rFonts w:ascii="Gentium Plus" w:hAnsi="Gentium Plus"/>
          <w:sz w:val="24"/>
        </w:rPr>
        <w:t>Καρχηδόνιοι προσφάτως Ῥωμαίους εἰς τοὺς ἐσχά‐ τους κινδύνους ἤγαγον, οὐ πολιτικοῖς στρατιώταις τὰς τηλικαύτας παρατάξεις νικῶντες ἀλλὰ τῷ τῶν μισθοφόρων πλήθει. ἔστιν γὰρ τὸ πλῆθος τῆς ξε‐ νικῆς δυνάμεως εὐχρηστότατον μὲν τοῖς ἔχουσι,</w:t>
      </w:r>
    </w:p>
    <w:p>
      <w:r>
        <w:rPr>
          <w:rFonts w:ascii="Courier New" w:hAnsi="Courier New"/>
          <w:color w:val="555555"/>
          <w:sz w:val="20"/>
        </w:rPr>
        <w:t>[10]</w:t>
      </w:r>
    </w:p>
    <w:p>
      <w:r>
        <w:rPr>
          <w:rFonts w:ascii="Gentium Plus" w:hAnsi="Gentium Plus"/>
          <w:sz w:val="24"/>
        </w:rPr>
        <w:t>φοβερώτατον δὲ τοῖς πολεμίοις· οἱ μὲν γὰρ ὀλίγου χρήματος ἀθροίζουσι τοὺς ὑπὲρ αὐτῶν κινδυνεύον‐ τας, οἱ δὲ κἂν νικήσωσιν, οὐδὲν ἧττον ἄλλους</w:t>
      </w:r>
    </w:p>
    <w:p>
      <w:r>
        <w:rPr>
          <w:rFonts w:ascii="Courier New" w:hAnsi="Courier New"/>
          <w:color w:val="555555"/>
          <w:sz w:val="20"/>
        </w:rPr>
        <w:t>[15]</w:t>
      </w:r>
    </w:p>
    <w:p>
      <w:r>
        <w:rPr>
          <w:rFonts w:ascii="Gentium Plus" w:hAnsi="Gentium Plus"/>
          <w:sz w:val="24"/>
        </w:rPr>
        <w:t>τοῖς ὅλοις ἔπταικεν, ἐπὶ δὲ τῶν ξενικῶν ὁσάκις ἂν ἡττηθῶσιν, οὐδὲν ἧττον ἀκεραίους ἔχουσι τὰς δυνά‐ μεις μέχρις ἂν χρημάτων εὐπορῶσιν. Ῥωμαῖοι δὲ οὔτε μισθοφόρους εἰώθασιν ἔχειν οὔτε χρημάτων εὐποροῦσιν.</w:t>
      </w:r>
    </w:p>
    <w:p>
      <w:r>
        <w:rPr>
          <w:rFonts w:ascii="Courier New" w:hAnsi="Courier New"/>
          <w:color w:val="555555"/>
          <w:sz w:val="20"/>
        </w:rPr>
        <w:t>[29 . 6 . 2]</w:t>
      </w:r>
    </w:p>
    <w:p>
      <w:r>
        <w:rPr>
          <w:rFonts w:ascii="Gentium Plus" w:hAnsi="Gentium Plus"/>
          <w:sz w:val="24"/>
        </w:rPr>
        <w:t>Ὅτι εἰώθασιν ὡς ἐπίπαν οἱ στρατιῶται τῶν αὐ‐ τῶν τοῖς ἀφηγουμένοις μιμηταὶ γίνεσθαι.</w:t>
      </w:r>
    </w:p>
    <w:p>
      <w:r>
        <w:rPr>
          <w:rFonts w:ascii="Courier New" w:hAnsi="Courier New"/>
          <w:color w:val="555555"/>
          <w:sz w:val="20"/>
        </w:rPr>
        <w:t>[29 . 6 . 3]</w:t>
      </w:r>
    </w:p>
    <w:p>
      <w:r>
        <w:rPr>
          <w:rFonts w:ascii="Gentium Plus" w:hAnsi="Gentium Plus"/>
          <w:sz w:val="24"/>
        </w:rPr>
        <w:t>Ὁ δὲ Ἀντίοχος ταχὺ τῆς ἰδίας ἀνοίας τἀπίχειρα κομισάμενος μετὰ συμφορῶν μεγάλων ἔμαθεν σω‐ φρονεῖν ἐν ταῖς εὐπραξίαις. (Const. Exc. 4, p. 362.)</w:t>
      </w:r>
    </w:p>
    <w:p>
      <w:r>
        <w:rPr>
          <w:rFonts w:ascii="Courier New" w:hAnsi="Courier New"/>
          <w:color w:val="555555"/>
          <w:sz w:val="20"/>
        </w:rPr>
        <w:t>[29 . 7 . 1]</w:t>
      </w:r>
    </w:p>
    <w:p>
      <w:r>
        <w:rPr>
          <w:rFonts w:ascii="Gentium Plus" w:hAnsi="Gentium Plus"/>
          <w:sz w:val="24"/>
        </w:rPr>
        <w:t>Ὅτι ὁ Ἀντίοχος πυθόμενος τοὺς Ῥωμαίους εἰς τὴν Ἀσίαν διαβεβηκέναι πρεσβευτὴν ἐξέπεμψε πρὸς τὸν ὕπατον Ἡρακλείδην τὸν Βυζάντιον περὶ διαλύσεων, ἀποδιδοὺς μὲν τὴν ἡμίσειαν τῆς δα‐</w:t>
      </w:r>
    </w:p>
    <w:p>
      <w:r>
        <w:rPr>
          <w:rFonts w:ascii="Courier New" w:hAnsi="Courier New"/>
          <w:color w:val="555555"/>
          <w:sz w:val="20"/>
        </w:rPr>
        <w:t>[5]</w:t>
      </w:r>
    </w:p>
    <w:p>
      <w:r>
        <w:rPr>
          <w:rFonts w:ascii="Gentium Plus" w:hAnsi="Gentium Plus"/>
          <w:sz w:val="24"/>
        </w:rPr>
        <w:t>πάνης, διδοὺς δὲ Λάμψακον καὶ Σμύρναν καὶ Ἀλεξάνδρειαν, δι’ ἃς ὁ πόλεμος ἐδόκει κεκινῆσθαι. αὗται γὰρ αἱ πόλεις πρῶται τῶν κατὰ τὴν Ἀσίαν Ἑλλήνων ἐπεπρεσβεύκεισαν πρὸς τὴν σύγκλητον παρακαλοῦσαι περὶ τῆς ἐλευθερίας αὑτῶν.</w:t>
      </w:r>
    </w:p>
    <w:p>
      <w:r>
        <w:rPr>
          <w:rFonts w:ascii="Courier New" w:hAnsi="Courier New"/>
          <w:color w:val="555555"/>
          <w:sz w:val="20"/>
        </w:rPr>
        <w:t>[29 . 8 . 1]</w:t>
      </w:r>
    </w:p>
    <w:p>
      <w:r>
        <w:rPr>
          <w:rFonts w:ascii="Gentium Plus" w:hAnsi="Gentium Plus"/>
          <w:sz w:val="24"/>
        </w:rPr>
        <w:t>Ὅτι ὁ Ἀντίοχος Ποπλίῳ Σκιπίωνι τῷ τοῦ συνεδρίου προεστῶτι τὸν υἱὸν προσεπηγγείλατο ἄνευ λύτρων ἀποδώσειν, ὃν ἦν εἰληφὼς ὅτε περὶ Εὔβοιαν διέτριβεν, οὐδὲν δ’ ἧττον καὶ χρημάτων</w:t>
      </w:r>
    </w:p>
    <w:p>
      <w:r>
        <w:rPr>
          <w:rFonts w:ascii="Courier New" w:hAnsi="Courier New"/>
          <w:color w:val="555555"/>
          <w:sz w:val="20"/>
        </w:rPr>
        <w:t>[5]</w:t>
      </w:r>
    </w:p>
    <w:p>
      <w:r>
        <w:rPr>
          <w:rFonts w:ascii="Gentium Plus" w:hAnsi="Gentium Plus"/>
          <w:sz w:val="24"/>
        </w:rPr>
        <w:t>πλῆθος, συνεπιλαβομένῳ τῆς εἰρήνης. ὁ δὲ Σκι‐ πίων ὑπὲρ μὲν τῆς κατὰ τὸν υἱὸν ἀποδόσεως ἔφησε</w:t>
      </w:r>
    </w:p>
    <w:p>
      <w:r>
        <w:rPr>
          <w:rFonts w:ascii="Courier New" w:hAnsi="Courier New"/>
          <w:color w:val="555555"/>
          <w:sz w:val="20"/>
        </w:rPr>
        <w:t>[10]</w:t>
      </w:r>
    </w:p>
    <w:p>
      <w:r>
        <w:rPr>
          <w:rFonts w:ascii="Gentium Plus" w:hAnsi="Gentium Plus"/>
          <w:sz w:val="24"/>
        </w:rPr>
        <w:t>πεπειραμένον τῆς ἀρετῆς αὐτῶν. ὁ δὲ δόξας βαρύτερα τοῦ προσήκοντος προστάττειν τοῦτον οὐ προσεδέξατο τὰς ἀποκρίσεις. (Const. Exc. 1, pp. 398—399.)</w:t>
      </w:r>
    </w:p>
    <w:p>
      <w:r>
        <w:rPr>
          <w:rFonts w:ascii="Courier New" w:hAnsi="Courier New"/>
          <w:color w:val="555555"/>
          <w:sz w:val="20"/>
        </w:rPr>
        <w:t>[29 . 8 . 2]</w:t>
      </w:r>
    </w:p>
    <w:p>
      <w:r>
        <w:rPr>
          <w:rFonts w:ascii="Gentium Plus" w:hAnsi="Gentium Plus"/>
          <w:sz w:val="24"/>
        </w:rPr>
        <w:t>Ὅτι ὁ Ἀντίοχος πρὸς τὰ παράλογα τῆς τύχης ἔκρινε συμφέρειν ἀποδοῦναι τῷ Σκιπίωνι τὸν υἱόν, καὶ τοῦτον ἀπέστειλε κοσμήσας πολυτελέσι κατα‐ σκευαῖς. (Const. Exc. 4, p. 362.)</w:t>
      </w:r>
    </w:p>
    <w:p>
      <w:r>
        <w:rPr>
          <w:rFonts w:ascii="Courier New" w:hAnsi="Courier New"/>
          <w:color w:val="555555"/>
          <w:sz w:val="20"/>
        </w:rPr>
        <w:t>[29 . 10 . 1]</w:t>
      </w:r>
    </w:p>
    <w:p>
      <w:r>
        <w:rPr>
          <w:rFonts w:ascii="Gentium Plus" w:hAnsi="Gentium Plus"/>
          <w:sz w:val="24"/>
        </w:rPr>
        <w:t>Ὅτι ὁ Ἀντίοχος ἀπογνοὺς τὸν πόλεμον ἀπέ‐ στειλε πρέσβεις πρὸς τὸν ὕπατον ἀξιῶν αὑτῷ συγ‐ γνώμην δοθῆναι περὶ τῶν ἡμαρτημένων καὶ τυχεῖν ἐφ’ οἷς δυνατόν ἐστι τῆς εἰρήνης. ὁ δὲ ὕπατος</w:t>
      </w:r>
    </w:p>
    <w:p>
      <w:r>
        <w:rPr>
          <w:rFonts w:ascii="Courier New" w:hAnsi="Courier New"/>
          <w:color w:val="555555"/>
          <w:sz w:val="20"/>
        </w:rPr>
        <w:t>[5]</w:t>
      </w:r>
    </w:p>
    <w:p>
      <w:r>
        <w:rPr>
          <w:rFonts w:ascii="Gentium Plus" w:hAnsi="Gentium Plus"/>
          <w:sz w:val="24"/>
        </w:rPr>
        <w:t>διατηρῶν τὴν πάτριον τῆς Ῥώμης ἐπιείκειαν καὶ παρακληθεὶς ὑπὸ τοῦ ἀδελφοῦ Ποπλίου συνεχώρησε τὴν εἰρήνην ἐπὶ τοῖσδε· ἐκχωρῆσαι τὸν βασιλέα τοῖς Ῥωμαίοις τῆς τε Εὐρώπης καὶ τῆς ἐπὶ τάδε τοῦ Ταύρου χώρας καὶ τῶν ἐν αὐτῇ πόλεων καὶ</w:t>
      </w:r>
    </w:p>
    <w:p>
      <w:r>
        <w:rPr>
          <w:rFonts w:ascii="Courier New" w:hAnsi="Courier New"/>
          <w:color w:val="555555"/>
          <w:sz w:val="20"/>
        </w:rPr>
        <w:t>[10]</w:t>
      </w:r>
    </w:p>
    <w:p>
      <w:r>
        <w:rPr>
          <w:rFonts w:ascii="Gentium Plus" w:hAnsi="Gentium Plus"/>
          <w:sz w:val="24"/>
        </w:rPr>
        <w:t>ἐθνῶν· παραχωρῆσαι δὲ τῶν τε ἐλεφάντων καὶ μακρῶν νηῶν, καὶ τὰς δαπάνας τὰς γεγενημένας εἰς τὸν πόλεμον ἀποδοῦναι, ὧν ἦν ἡ διατίμησις ταλάν‐ των Εὐβοϊκῶν μυρίων πεντακισχιλίων· ἐκδότους δὲ παραδοῦναι τόν τε Καρχηδόνιον Ἀννίβαν καὶ τὸν</w:t>
      </w:r>
    </w:p>
    <w:p>
      <w:r>
        <w:rPr>
          <w:rFonts w:ascii="Courier New" w:hAnsi="Courier New"/>
          <w:color w:val="555555"/>
          <w:sz w:val="20"/>
        </w:rPr>
        <w:t>[15]</w:t>
      </w:r>
    </w:p>
    <w:p>
      <w:r>
        <w:rPr>
          <w:rFonts w:ascii="Gentium Plus" w:hAnsi="Gentium Plus"/>
          <w:sz w:val="24"/>
        </w:rPr>
        <w:t>Αἰτωλὸν Θόαντα καί τινας ἑτέρους, καὶ ὁμήρους</w:t>
      </w:r>
    </w:p>
    <w:p>
      <w:r>
        <w:rPr>
          <w:rFonts w:ascii="Courier New" w:hAnsi="Courier New"/>
          <w:color w:val="555555"/>
          <w:sz w:val="20"/>
        </w:rPr>
        <w:t>[29 . 9 . 1]</w:t>
      </w:r>
    </w:p>
    <w:p>
      <w:r>
        <w:rPr>
          <w:rFonts w:ascii="Gentium Plus" w:hAnsi="Gentium Plus"/>
          <w:sz w:val="24"/>
        </w:rPr>
        <w:t>Ὅτι ἐν τῇ Ῥώμῃ πρὸ τῆς κατὰ τὸν Ἀντίοχον ἥττης εἰσαχθέντων εἰς τὴν σύγκλητον τῶν ἐξ Αἰτωλίας πρεσβευτῶν καὶ περὶ μὲν τῶν ἰδίων ἁμαρτημάτων οὐδὲν διαλεχθέντων, αὐτὰ δὲ τὰ</w:t>
      </w:r>
    </w:p>
    <w:p>
      <w:r>
        <w:rPr>
          <w:rFonts w:ascii="Courier New" w:hAnsi="Courier New"/>
          <w:color w:val="555555"/>
          <w:sz w:val="20"/>
        </w:rPr>
        <w:t>[5]</w:t>
      </w:r>
    </w:p>
    <w:p>
      <w:r>
        <w:rPr>
          <w:rFonts w:ascii="Gentium Plus" w:hAnsi="Gentium Plus"/>
          <w:sz w:val="24"/>
        </w:rPr>
        <w:t>τοῖς Αἰτωλοῖς καλῶς πρὸς τοὺς Ῥωμαίους πρα‐ χθέντα διεξιόντων, ἀναστάς τις τῶν ἐκ τοῦ συν‐ εδρίου τοὺς πρέσβεις ἠρώτησεν εἰ παραδιδόασιν ἑαυτοὺς Αἰτωλοὶ εἰς τὴν πίστιν τῶν Ῥωμαίων. ἀποσιωπησάντων δὲ τῶν πρέσβεων, ἡ σύγκλητος</w:t>
      </w:r>
    </w:p>
    <w:p>
      <w:r>
        <w:rPr>
          <w:rFonts w:ascii="Courier New" w:hAnsi="Courier New"/>
          <w:color w:val="555555"/>
          <w:sz w:val="20"/>
        </w:rPr>
        <w:t>[10]</w:t>
      </w:r>
    </w:p>
    <w:p>
      <w:r>
        <w:rPr>
          <w:rFonts w:ascii="Gentium Plus" w:hAnsi="Gentium Plus"/>
          <w:sz w:val="24"/>
        </w:rPr>
        <w:t>ὑπολαβοῦσα τοὺς Αἰτωλοὺς ἀντέχειν ταῖς κατὰ τὸν Ἀντίοχον ἐλπίσιν ἀπράκτους ἀπέστειλεν εἰς τὴν Ἑλλάδα. (Const. Exc. 1, pp. 399—400.)</w:t>
      </w:r>
    </w:p>
    <w:p>
      <w:r>
        <w:rPr>
          <w:rFonts w:ascii="Courier New" w:hAnsi="Courier New"/>
          <w:color w:val="555555"/>
          <w:sz w:val="20"/>
        </w:rPr>
        <w:t>[29 . 11 . 1]</w:t>
      </w:r>
    </w:p>
    <w:p>
      <w:r>
        <w:rPr>
          <w:rFonts w:ascii="Gentium Plus" w:hAnsi="Gentium Plus"/>
          <w:sz w:val="24"/>
        </w:rPr>
        <w:t>Ὅτι μετὰ τὴν κατὰ τὸν Ἀντίοχον ἧτταν ἀπὸ πασῶν τῶν κατὰ τὴν Ἀσίαν πόλεων καὶ δυναστῶν καταντησάντων πρέσβεων, τῶν μὲν περὶ τῆς ἐλευ‐ θερίας, τῶν δὲ καὶ περὶ εὐχαριστηρίων ἀνθ’ ὧν</w:t>
      </w:r>
    </w:p>
    <w:p>
      <w:r>
        <w:rPr>
          <w:rFonts w:ascii="Courier New" w:hAnsi="Courier New"/>
          <w:color w:val="555555"/>
          <w:sz w:val="20"/>
        </w:rPr>
        <w:t>[5]</w:t>
      </w:r>
    </w:p>
    <w:p>
      <w:r>
        <w:rPr>
          <w:rFonts w:ascii="Gentium Plus" w:hAnsi="Gentium Plus"/>
          <w:sz w:val="24"/>
        </w:rPr>
        <w:t>εὐεργετήκασι τὴν Ῥώμην συναγωνισάμενοι κατὰ Ἀντιόχου. οἷς πᾶσιν ἡ σύγκλητος ἀγαθὰς ἐλπίδας ὑπογράφουσα ἔφησε δέκα πρεσβευτὰς ἀποστέλλειν εἰς τὴν Ἀσίαν τοὺς μετὰ τῶν στρατηγῶν ἅπαντα τάξοντας. ἐπανελθόντων δὲ εἰς τὰς πατρίδας, καὶ</w:t>
      </w:r>
    </w:p>
    <w:p>
      <w:r>
        <w:rPr>
          <w:rFonts w:ascii="Courier New" w:hAnsi="Courier New"/>
          <w:color w:val="555555"/>
          <w:sz w:val="20"/>
        </w:rPr>
        <w:t>[10]</w:t>
      </w:r>
    </w:p>
    <w:p>
      <w:r>
        <w:rPr>
          <w:rFonts w:ascii="Gentium Plus" w:hAnsi="Gentium Plus"/>
          <w:sz w:val="24"/>
        </w:rPr>
        <w:t>τῶν δέκα πρέσβεων μετὰ τῶν περὶ Σκιπίωνα καὶ τὸν Αἰμίλιον συνεδρευσάντων, ἔκριναν οὗτοι καὶ δι‐</w:t>
      </w:r>
    </w:p>
    <w:p>
      <w:r>
        <w:rPr>
          <w:rFonts w:ascii="Courier New" w:hAnsi="Courier New"/>
          <w:color w:val="555555"/>
          <w:sz w:val="20"/>
        </w:rPr>
        <w:t>[15]</w:t>
      </w:r>
    </w:p>
    <w:p>
      <w:r>
        <w:rPr>
          <w:rFonts w:ascii="Gentium Plus" w:hAnsi="Gentium Plus"/>
          <w:sz w:val="24"/>
        </w:rPr>
        <w:t>μὲν Εὐμένει φόρους δεδωκυίας ὑπὸ τὸν Εὐμένη τετάχθαι, τὰς δὲ Ἀντιόχῳ φόρον φερούσας ἀπο‐ λελύσθαι τῶν φόρων.</w:t>
      </w:r>
    </w:p>
    <w:p>
      <w:r>
        <w:rPr>
          <w:rFonts w:ascii="Courier New" w:hAnsi="Courier New"/>
          <w:color w:val="555555"/>
          <w:sz w:val="20"/>
        </w:rPr>
        <w:t>[29 . 12 . 1]</w:t>
      </w:r>
    </w:p>
    <w:p>
      <w:r>
        <w:rPr>
          <w:rFonts w:ascii="Gentium Plus" w:hAnsi="Gentium Plus"/>
          <w:sz w:val="24"/>
        </w:rPr>
        <w:t>Ὅτι Γναῖος Μάλλιος ὁ ἀνθύπατος, παραγε‐ νομένων πρὸς αὐτὸν πρεσβευτῶν παρὰ Γαλατῶν περὶ συλλύσεως τοῦ πολέμου, τούτοις ἔδωκεν ἀπό‐ κρισιν ὅτι τότε ποιήσεται πρὸς αὐτοὺς τὰς ὑπὲρ τῆς</w:t>
      </w:r>
    </w:p>
    <w:p>
      <w:r>
        <w:rPr>
          <w:rFonts w:ascii="Courier New" w:hAnsi="Courier New"/>
          <w:color w:val="555555"/>
          <w:sz w:val="20"/>
        </w:rPr>
        <w:t>[5]</w:t>
      </w:r>
    </w:p>
    <w:p>
      <w:r>
        <w:rPr>
          <w:rFonts w:ascii="Gentium Plus" w:hAnsi="Gentium Plus"/>
          <w:sz w:val="24"/>
        </w:rPr>
        <w:t>εἰρήνης συνθήκας, ὅταν οἱ βασιλεῖς αὐτῶν καταντή‐ σωσι πρὸς αὐτόν.</w:t>
      </w:r>
    </w:p>
    <w:p>
      <w:r>
        <w:rPr>
          <w:rFonts w:ascii="Courier New" w:hAnsi="Courier New"/>
          <w:color w:val="555555"/>
          <w:sz w:val="20"/>
        </w:rPr>
        <w:t>[29 . 13 . 1]</w:t>
      </w:r>
    </w:p>
    <w:p>
      <w:r>
        <w:rPr>
          <w:rFonts w:ascii="Gentium Plus" w:hAnsi="Gentium Plus"/>
          <w:sz w:val="24"/>
        </w:rPr>
        <w:t>Ὅτι ὁ αὐτὸς παρελθὼν εἰς Λυκαονίαν τὸν προσοφειλόμενον σῖτον ἐκομίσατο παρὰ Ἀντιόχου καὶ τὸν κατὰ τὰς συνθήκας φόρον ἐνιαυτοῦ χίλια τάλαντα. (Const. Exc. 1, p. 400.)</w:t>
      </w:r>
    </w:p>
    <w:p>
      <w:r>
        <w:rPr>
          <w:rFonts w:ascii="Courier New" w:hAnsi="Courier New"/>
          <w:color w:val="555555"/>
          <w:sz w:val="20"/>
        </w:rPr>
        <w:t>[29 . 14 . 1]</w:t>
      </w:r>
    </w:p>
    <w:p>
      <w:r>
        <w:rPr>
          <w:rFonts w:ascii="Gentium Plus" w:hAnsi="Gentium Plus"/>
          <w:sz w:val="24"/>
        </w:rPr>
        <w:t>Ὅτι Μάρκος Φόλουιος στρατηγὸς ὢν παρα‐ νομήσας εἰς τοὺς κατὰ τὴν Λιγυστικὴν συμμάχους ἔτυχε τῆς προσηκούσης κολάσεως. παρελθὼν γὰρ εἰς τοὺς ὀνομαζομένους Κενομανοὺς ὡς φίλος</w:t>
      </w:r>
    </w:p>
    <w:p>
      <w:r>
        <w:rPr>
          <w:rFonts w:ascii="Courier New" w:hAnsi="Courier New"/>
          <w:color w:val="555555"/>
          <w:sz w:val="20"/>
        </w:rPr>
        <w:t>[5]</w:t>
      </w:r>
    </w:p>
    <w:p>
      <w:r>
        <w:rPr>
          <w:rFonts w:ascii="Gentium Plus" w:hAnsi="Gentium Plus"/>
          <w:sz w:val="24"/>
        </w:rPr>
        <w:t>παρείλετο τὰ ὅπλα, μηδὲν ἔχων ἔγκλημα. ὁ δὲ ὕπατος πυθόμενος τὸ γεγονὸς τούτοις μὲν ἀπέδωκε τὰ ὅπλα, τὸν δὲ Μάρκον ἐζημίωσε χρήμασι.</w:t>
      </w:r>
    </w:p>
    <w:p>
      <w:r>
        <w:rPr>
          <w:rFonts w:ascii="Courier New" w:hAnsi="Courier New"/>
          <w:color w:val="555555"/>
          <w:sz w:val="20"/>
        </w:rPr>
        <w:t>[29 . 15 . 1]</w:t>
      </w:r>
    </w:p>
    <w:p>
      <w:r>
        <w:rPr>
          <w:rFonts w:ascii="Gentium Plus" w:hAnsi="Gentium Plus"/>
          <w:sz w:val="24"/>
        </w:rPr>
        <w:t>Ὅτι Ἀντίοχος ἀπορῶν χρημάτων, ἀκούων δὲ κατὰ τὴν Ἐλυμαΐδα τὸ ἱερὸν τὸ τοῦ Βήλου πολὺν ἐκ τῶν ἀναθημάτων ἔχειν ἄργυρόν τε καὶ χρυσόν,</w:t>
      </w:r>
    </w:p>
    <w:p>
      <w:r>
        <w:rPr>
          <w:rFonts w:ascii="Courier New" w:hAnsi="Courier New"/>
          <w:color w:val="555555"/>
          <w:sz w:val="20"/>
        </w:rPr>
        <w:t>[5]</w:t>
      </w:r>
    </w:p>
    <w:p>
      <w:r>
        <w:rPr>
          <w:rFonts w:ascii="Gentium Plus" w:hAnsi="Gentium Plus"/>
          <w:sz w:val="24"/>
        </w:rPr>
        <w:t>καὶ καταιτιασάμενος τοὺς ἐγχωρίους πολέμου κατ‐ άρχεσθαι τὸ μὲν ἱερὸν ἐσύλησε, χρημάτων δὲ πλῆ‐ θος ἀθροίσας ταχὺ τῆς προσηκούσης ἐκ θεῶν ἔτυχε κολάσεως. (Const. Exc. 2(1), p. 273.)</w:t>
      </w:r>
    </w:p>
    <w:p>
      <w:r>
        <w:rPr>
          <w:rFonts w:ascii="Courier New" w:hAnsi="Courier New"/>
          <w:color w:val="555555"/>
          <w:sz w:val="20"/>
        </w:rPr>
        <w:t>[29 . 16 . 1]</w:t>
      </w:r>
    </w:p>
    <w:p>
      <w:r>
        <w:rPr>
          <w:rFonts w:ascii="Gentium Plus" w:hAnsi="Gentium Plus"/>
          <w:sz w:val="24"/>
        </w:rPr>
        <w:t>Ὅτι Φίλιππος ὠνείδισε τοῖς Θετταλοῖς ὡς τῆς ἐλευθερίας ἀνελπίστως διὰ Ῥωμαίων κυριεύ‐ σαντες λοιδοροῦσι τοὺς προγεγονότας κυρίους, οὐκ εἰδότες ὅτι οὔπω πᾶς αὐτοῖς ὁ ἥλιος δέδυκε. τούτου</w:t>
      </w:r>
    </w:p>
    <w:p>
      <w:r>
        <w:rPr>
          <w:rFonts w:ascii="Courier New" w:hAnsi="Courier New"/>
          <w:color w:val="555555"/>
          <w:sz w:val="20"/>
        </w:rPr>
        <w:t>[5]</w:t>
      </w:r>
    </w:p>
    <w:p>
      <w:r>
        <w:rPr>
          <w:rFonts w:ascii="Gentium Plus" w:hAnsi="Gentium Plus"/>
          <w:sz w:val="24"/>
        </w:rPr>
        <w:t>δὲ τοῦ λόγου ῥιφέντος ὑπόνοια τοῖς ἀκούουσιν εἰσ‐ έπεσεν ὡς Φιλίππου διαπολεμήσοντος πρὸς Ῥω‐ μαίους, καὶ παροξυνθέντες ἔκριναν μηδεμίαν πόλιν πλὴν τῶν κατὰ Μακεδονίαν οὐσῶν ἔχειν Φίλιππον. (Const. Exc. 4, pp. 362—363.)</w:t>
      </w:r>
    </w:p>
    <w:p>
      <w:r>
        <w:rPr>
          <w:rFonts w:ascii="Courier New" w:hAnsi="Courier New"/>
          <w:color w:val="555555"/>
          <w:sz w:val="20"/>
        </w:rPr>
        <w:t>[29 . 17 . 1]</w:t>
      </w:r>
    </w:p>
    <w:p>
      <w:r>
        <w:rPr>
          <w:rFonts w:ascii="Gentium Plus" w:hAnsi="Gentium Plus"/>
          <w:sz w:val="24"/>
        </w:rPr>
        <w:t>Ὅτι κατὰ τὴν Πελοπόννησον τῆς κοινῆς συνόδου τῶν Ἀχαιῶν συνελθούσης, εἰσήχθησαν οἱ τῶν Ῥωμαίων πρέσβεις. οὗτοι δὲ ἔφησαν τὴν σύγκλητον δυσαρεστεῖσθαι τῇ τῶν τειχῶν τῶν ἐν</w:t>
      </w:r>
    </w:p>
    <w:p>
      <w:r>
        <w:rPr>
          <w:rFonts w:ascii="Courier New" w:hAnsi="Courier New"/>
          <w:color w:val="555555"/>
          <w:sz w:val="20"/>
        </w:rPr>
        <w:t>[5]</w:t>
      </w:r>
    </w:p>
    <w:p>
      <w:r>
        <w:rPr>
          <w:rFonts w:ascii="Gentium Plus" w:hAnsi="Gentium Plus"/>
          <w:sz w:val="24"/>
        </w:rPr>
        <w:t>Λακεδαίμονι καθαιρέσει, ἣν ἐποίησε τὸ κοινὸν τῶν Ἀχαιῶν ὅτε τῆς Σπάρτης ἐκράτησε καὶ τοὺς Λα‐ κεδαιμονίους κατέταξεν εἰς τὴν κοινὴν πολιτείαν. μετὰ δὲ τούτους εἰσήχθησαν οἱ παρ’ Εὐμένους πρέσβεις κομίζοντες δωρεὰν ταλάντων εἴκοσι, ἐξ</w:t>
      </w:r>
    </w:p>
    <w:p>
      <w:r>
        <w:rPr>
          <w:rFonts w:ascii="Courier New" w:hAnsi="Courier New"/>
          <w:color w:val="555555"/>
          <w:sz w:val="20"/>
        </w:rPr>
        <w:t>[10]</w:t>
      </w:r>
    </w:p>
    <w:p>
      <w:r>
        <w:rPr>
          <w:rFonts w:ascii="Gentium Plus" w:hAnsi="Gentium Plus"/>
          <w:sz w:val="24"/>
        </w:rPr>
        <w:t>ὧν ᾤετο δεῖν ὁ βασιλεὺς ὀψωνιάζεσθαι τὴν τῶν</w:t>
      </w:r>
    </w:p>
    <w:p>
      <w:r>
        <w:rPr>
          <w:rFonts w:ascii="Courier New" w:hAnsi="Courier New"/>
          <w:color w:val="555555"/>
          <w:sz w:val="20"/>
        </w:rPr>
        <w:t>[15]</w:t>
      </w:r>
    </w:p>
    <w:p>
      <w:r>
        <w:rPr>
          <w:rFonts w:ascii="Gentium Plus" w:hAnsi="Gentium Plus"/>
          <w:sz w:val="24"/>
        </w:rPr>
        <w:t>συμμαχίαν ἀνανεούμενοι. οἱ δὲ τὴν συμμαχίαν ἀνενεώσαντο καὶ τὴν δωρεὰν προσεδέξαντο. (Const. Exc. 1, pp. 400—401.)</w:t>
      </w:r>
    </w:p>
    <w:p>
      <w:r>
        <w:rPr>
          <w:rFonts w:ascii="Courier New" w:hAnsi="Courier New"/>
          <w:color w:val="555555"/>
          <w:sz w:val="20"/>
        </w:rPr>
        <w:t>[29 . 18 . 1]</w:t>
      </w:r>
    </w:p>
    <w:p>
      <w:r>
        <w:rPr>
          <w:rFonts w:ascii="Gentium Plus" w:hAnsi="Gentium Plus"/>
          <w:sz w:val="24"/>
        </w:rPr>
        <w:t>Ὅτι ὁ Φιλοποίμην ὁ τῶν Ἀχαιῶν στρατηγὸς ἀνὴρ ἐγεγόνει φρονήσει καὶ στρατηγίᾳ καὶ ταῖς ἄλλαις ἀρεταῖς διαφέρων, πάντα τὸν τοῦ ζῆν χρό‐ νον πεπολιτευμένος ἀμέμπτως. καὶ πολλάκις μὲν</w:t>
      </w:r>
    </w:p>
    <w:p>
      <w:r>
        <w:rPr>
          <w:rFonts w:ascii="Courier New" w:hAnsi="Courier New"/>
          <w:color w:val="555555"/>
          <w:sz w:val="20"/>
        </w:rPr>
        <w:t>[5]</w:t>
      </w:r>
    </w:p>
    <w:p>
      <w:r>
        <w:rPr>
          <w:rFonts w:ascii="Gentium Plus" w:hAnsi="Gentium Plus"/>
          <w:sz w:val="24"/>
        </w:rPr>
        <w:t>στρατηγίας ἠξιώθη, τεσσαράκοντα ἔτη τοῦ πολιτεύ‐ ματος ἡγούμενος, μάλιστα δὲ τῶν ἄλλων εἰς κοινὸν ηὐξηκὼς τὴν Ἀχαιῶν συμπολιτείαν, πρός τε τοὺς ἰδιώτας ἡμερώτατα πολιτευόμενος καὶ δι’ ἀρετὴν παρὰ Ῥωμαίων ἀποδοχῆς τετευχώς, ἐπὶ δὲ τῆς</w:t>
      </w:r>
    </w:p>
    <w:p>
      <w:r>
        <w:rPr>
          <w:rFonts w:ascii="Courier New" w:hAnsi="Courier New"/>
          <w:color w:val="555555"/>
          <w:sz w:val="20"/>
        </w:rPr>
        <w:t>[10]</w:t>
      </w:r>
    </w:p>
    <w:p>
      <w:r>
        <w:rPr>
          <w:rFonts w:ascii="Gentium Plus" w:hAnsi="Gentium Plus"/>
          <w:sz w:val="24"/>
        </w:rPr>
        <w:t>τοῦ βίου καταστροφῆς ἀγνώμονι τύχῃ συγκεχρη‐ μένος. ἀλλ’ ὅμως μετὰ τὴν τελευτὴν ὡσπερεί τινι θείᾳ προνοίᾳ τὰς ἰσοθέους τιμὰς ἠλλάξατο τῶν κατὰ τὴν τελευτὴν ἀπηντηκότων ἀκληρημάτων. χωρὶς δὲ τῶν κοινῇ τοῖς Ἀχαιοῖς καταψηφισθέντων εἰς</w:t>
      </w:r>
    </w:p>
    <w:p>
      <w:r>
        <w:rPr>
          <w:rFonts w:ascii="Courier New" w:hAnsi="Courier New"/>
          <w:color w:val="555555"/>
          <w:sz w:val="20"/>
        </w:rPr>
        <w:t>[15]</w:t>
      </w:r>
    </w:p>
    <w:p>
      <w:r>
        <w:rPr>
          <w:rFonts w:ascii="Gentium Plus" w:hAnsi="Gentium Plus"/>
          <w:sz w:val="24"/>
        </w:rPr>
        <w:t>τιμὴν τἀνδρὸς ἡ πατρὶς ἱδρύσατο βωμὸν καὶ ... τοῦ βουθυτεῖν αὐτῷ κατ’ ἐνιαυτὸν καὶ τῆς ἀρετῆς ἐγκώμιά τε καὶ ὕμνους κατέδειξεν ᾄδειν τοὺς νέους.</w:t>
      </w:r>
    </w:p>
    <w:p>
      <w:r>
        <w:rPr>
          <w:rFonts w:ascii="Courier New" w:hAnsi="Courier New"/>
          <w:color w:val="555555"/>
          <w:sz w:val="20"/>
        </w:rPr>
        <w:t>[29 . 19 . 1]</w:t>
      </w:r>
    </w:p>
    <w:p>
      <w:r>
        <w:rPr>
          <w:rFonts w:ascii="Gentium Plus" w:hAnsi="Gentium Plus"/>
          <w:sz w:val="24"/>
        </w:rPr>
        <w:t>Ὅτι ὁ Ἀννίβας στρατηγικῇ συνέσει καὶ μεγέθει πράξεων πάντων Καρχηδονίων πεπρω‐ τευκὼς οὐδέποτε στάσιν ἔσχεν ἐν τῷ στρατεύματι, ἀλλὰ τῇ φύσει πλεῖστον διεστῶτα καὶ διαλέκτοις</w:t>
      </w:r>
    </w:p>
    <w:p>
      <w:r>
        <w:rPr>
          <w:rFonts w:ascii="Courier New" w:hAnsi="Courier New"/>
          <w:color w:val="555555"/>
          <w:sz w:val="20"/>
        </w:rPr>
        <w:t>[5]</w:t>
      </w:r>
    </w:p>
    <w:p>
      <w:r>
        <w:rPr>
          <w:rFonts w:ascii="Gentium Plus" w:hAnsi="Gentium Plus"/>
          <w:sz w:val="24"/>
        </w:rPr>
        <w:t>πολυφώνοις διειλημμένα διὰ τῆς ἰδίας προνοίας ἐν ὁμονοίᾳ καὶ συμφωνίᾳ διετήρησεν. ὁμοίως δὲ τῶν ἀλλοεθνῶν εἰωθότων διὰ τὰς τυχούσας αἰτίας ἀφίστασθαι πρὸς τοὺς ἐναντίους, οὐδεὶς ἐπ’ αὐτοῦ τοῦτο ἐτόλμησε. μεγάλας δὲ δυνάμεις ἀεὶ τρέφων</w:t>
      </w:r>
    </w:p>
    <w:p>
      <w:r>
        <w:rPr>
          <w:rFonts w:ascii="Courier New" w:hAnsi="Courier New"/>
          <w:color w:val="555555"/>
          <w:sz w:val="20"/>
        </w:rPr>
        <w:t>[10]</w:t>
      </w:r>
    </w:p>
    <w:p>
      <w:r>
        <w:rPr>
          <w:rFonts w:ascii="Gentium Plus" w:hAnsi="Gentium Plus"/>
          <w:sz w:val="24"/>
        </w:rPr>
        <w:t>οὐδέποτε χρημάτων οὐδὲ τροφῆς ἠπόρησε, καὶ τὸ πάντων παραδοξότατον, οἱ μετ’ αὐτοῦ στρατευό‐ μενοι τῶν ἀλλοεθνῶν τῆς πολιτικῆς εὐνοίας οὐκ ἀπελείφθησαν, ἀλλὰ πολὺ διήνεγκαν. τοιγαροῦν καλῶς ἄρχων τῶν στρατιωτῶν καλὰς καὶ τὰς</w:t>
      </w:r>
    </w:p>
    <w:p>
      <w:r>
        <w:rPr>
          <w:rFonts w:ascii="Courier New" w:hAnsi="Courier New"/>
          <w:color w:val="555555"/>
          <w:sz w:val="20"/>
        </w:rPr>
        <w:t>[15]</w:t>
      </w:r>
    </w:p>
    <w:p>
      <w:r>
        <w:rPr>
          <w:rFonts w:ascii="Gentium Plus" w:hAnsi="Gentium Plus"/>
          <w:sz w:val="24"/>
        </w:rPr>
        <w:t>πράξεις ἐπετελέσατο. πρὸς γὰρ τοὺς δυνατωτά‐ τους πόλεμον ἐξενέγκας ἑπτακαίδεκα ἕτη σχεδὸν τὴν Ἰταλίαν ἐπόρθησεν, ἀήττητος δὲ ἐν πάσαις ταῖς μάχαις ἐγένετο· τηλικαύταις δὲ καὶ τοσαύταις πράξεσι τοὺς τῆς οἰκουμένης ἡγεμόνας ἐνίκησεν</w:t>
      </w:r>
    </w:p>
    <w:p>
      <w:r>
        <w:rPr>
          <w:rFonts w:ascii="Courier New" w:hAnsi="Courier New"/>
          <w:color w:val="555555"/>
          <w:sz w:val="20"/>
        </w:rPr>
        <w:t>[20]</w:t>
      </w:r>
    </w:p>
    <w:p>
      <w:r>
        <w:rPr>
          <w:rFonts w:ascii="Gentium Plus" w:hAnsi="Gentium Plus"/>
          <w:sz w:val="24"/>
        </w:rPr>
        <w:t>ὥστε διὰ τὸ πλῆθος τῶν κατακοπτομένων ὑπ’ αὐτοῦ μηδένα ποτὲ τολμᾶν ἔτι κατὰ στόμα μάχε‐ σθαι πρὸς αὐτόν. πολλὰς μὲν πόλεις δοριαλώτους κατέκαιε, τὰ δὲ κατὰ τὴν Ἰταλίαν ἔθνη πολυανθρω‐ πίᾳ διαφέροντα σπανίζειν ἐποίησεν ἀνδρῶν. καὶ</w:t>
      </w:r>
    </w:p>
    <w:p>
      <w:r>
        <w:rPr>
          <w:rFonts w:ascii="Courier New" w:hAnsi="Courier New"/>
          <w:color w:val="555555"/>
          <w:sz w:val="20"/>
        </w:rPr>
        <w:t>[25]</w:t>
      </w:r>
    </w:p>
    <w:p>
      <w:r>
        <w:rPr>
          <w:rFonts w:ascii="Gentium Plus" w:hAnsi="Gentium Plus"/>
          <w:sz w:val="24"/>
        </w:rPr>
        <w:t>τὰς περιβοήτους πράξεις ἐπετελέσατο πολιτικοῖς μὲν τελέσμασι, δυνάμεσι δὲ μισθοφόροις καὶ συμ‐ μαχικαῖς παμμιγέσι, καὶ τῶν διὰ τὴν συμφωνίαν</w:t>
      </w:r>
    </w:p>
    <w:p>
      <w:r>
        <w:rPr>
          <w:rFonts w:ascii="Courier New" w:hAnsi="Courier New"/>
          <w:color w:val="555555"/>
          <w:sz w:val="20"/>
        </w:rPr>
        <w:t>[30]</w:t>
      </w:r>
    </w:p>
    <w:p>
      <w:r>
        <w:rPr>
          <w:rFonts w:ascii="Gentium Plus" w:hAnsi="Gentium Plus"/>
          <w:sz w:val="24"/>
        </w:rPr>
        <w:t>καθάπερ ἐπὶ τοῦ σώματος ὁ νοῦς, οὕτως ἐπὶ στρατεύματος ὁ τὴν ἡγεμονίαν ἔχων ποιεῖ τὰ κατορθώματα.</w:t>
      </w:r>
    </w:p>
    <w:p>
      <w:r>
        <w:rPr>
          <w:rFonts w:ascii="Courier New" w:hAnsi="Courier New"/>
          <w:color w:val="555555"/>
          <w:sz w:val="20"/>
        </w:rPr>
        <w:t>[29 . 20 . 1]</w:t>
      </w:r>
    </w:p>
    <w:p>
      <w:r>
        <w:rPr>
          <w:rFonts w:ascii="Gentium Plus" w:hAnsi="Gentium Plus"/>
          <w:sz w:val="24"/>
        </w:rPr>
        <w:t>Ὅτι ὁ Σκιπίων νέος ὢν παντελῶς τοῖς κατὰ τὴν Ἰβηρίαν ἀνελπίστως ἐχρήσατο καταπολεμήσας τοὺς Καρχηδονίους, τὴν δὲ πατρίδα κινδυνεύουσαν ἐξείλετο τῶν μεγίστων κινδύνων. τὸν γὰρ ἀήττη‐</w:t>
      </w:r>
    </w:p>
    <w:p>
      <w:r>
        <w:rPr>
          <w:rFonts w:ascii="Courier New" w:hAnsi="Courier New"/>
          <w:color w:val="555555"/>
          <w:sz w:val="20"/>
        </w:rPr>
        <w:t>[5]</w:t>
      </w:r>
    </w:p>
    <w:p>
      <w:r>
        <w:rPr>
          <w:rFonts w:ascii="Gentium Plus" w:hAnsi="Gentium Plus"/>
          <w:sz w:val="24"/>
        </w:rPr>
        <w:t>τον Ἀννίβαν διὰ τῆς ἐπινοίας ἠνάγκασεν ἄνευ μάχης καὶ κινδύνων ἐκ τῆς Ἰταλίας ἐκχωρῆσαι. τὸ δὲ τελευταῖον ἐκ τῆς ἀνδρείας τε καὶ στρατηγίας μεγάλῃ παρατάξει τὸν ἀνίκητον γεγενημένον Ἀννί‐ βαν καταπολεμήσας ἥττησε τὴν Καρχηδόνα.</w:t>
      </w:r>
    </w:p>
    <w:p>
      <w:r>
        <w:rPr>
          <w:rFonts w:ascii="Courier New" w:hAnsi="Courier New"/>
          <w:color w:val="555555"/>
          <w:sz w:val="20"/>
        </w:rPr>
        <w:t>[10]</w:t>
      </w:r>
    </w:p>
    <w:p>
      <w:r>
        <w:rPr>
          <w:rFonts w:ascii="Gentium Plus" w:hAnsi="Gentium Plus"/>
          <w:sz w:val="24"/>
        </w:rPr>
        <w:t>(Const. Exc. 2(1), pp. 273—274.)</w:t>
      </w:r>
    </w:p>
    <w:p>
      <w:r>
        <w:rPr>
          <w:rFonts w:ascii="Courier New" w:hAnsi="Courier New"/>
          <w:color w:val="555555"/>
          <w:sz w:val="20"/>
        </w:rPr>
        <w:t>[29 . 21 . 1]</w:t>
      </w:r>
    </w:p>
    <w:p>
      <w:r>
        <w:rPr>
          <w:rFonts w:ascii="Gentium Plus" w:hAnsi="Gentium Plus"/>
          <w:sz w:val="24"/>
        </w:rPr>
        <w:t>Ὅτι ὁ Σκιπίων διὰ τὸ μέγεθος τῶν πράξεων βαρύτερος ἐφαίνετο τοῦ τῆς πατρίδος ἀξιώματος. κατηγορούμενος γὰρ ὑπ’ αὐτῶν δεινῷ θανάτῳ, παραλαβὼν τὸν λόγον τοῦτο μόνον εἶπεν ὅτι Ῥω‐</w:t>
      </w:r>
    </w:p>
    <w:p>
      <w:r>
        <w:rPr>
          <w:rFonts w:ascii="Courier New" w:hAnsi="Courier New"/>
          <w:color w:val="555555"/>
          <w:sz w:val="20"/>
        </w:rPr>
        <w:t>[5]</w:t>
      </w:r>
    </w:p>
    <w:p>
      <w:r>
        <w:rPr>
          <w:rFonts w:ascii="Gentium Plus" w:hAnsi="Gentium Plus"/>
          <w:sz w:val="24"/>
        </w:rPr>
        <w:t>μαίοις οὐ πρέπει κατ’ αὐτοῦ φέρειν ψῆφον, δι’ ὃν καὶ οἱ κατήγοροι ἐξουσίαν ἔχουσι λέγειν μετὰ παρρησίας. τούτου δὲ ῥηθέντος ὁ μὲν δῆμος ἅπας ἐντραπεὶς τὸ βάρος τοῦ λόγου παραχρῆμα ἐκ τῆς ἐκκλησίας ἀπεχώρησεν, ὁ δὲ κατήγορος μόνος ἀπο‐</w:t>
      </w:r>
    </w:p>
    <w:p>
      <w:r>
        <w:rPr>
          <w:rFonts w:ascii="Courier New" w:hAnsi="Courier New"/>
          <w:color w:val="555555"/>
          <w:sz w:val="20"/>
        </w:rPr>
        <w:t>[10]</w:t>
      </w:r>
    </w:p>
    <w:p>
      <w:r>
        <w:rPr>
          <w:rFonts w:ascii="Gentium Plus" w:hAnsi="Gentium Plus"/>
          <w:sz w:val="24"/>
        </w:rPr>
        <w:t>λειφθεὶς ἀπῆλθεν εἰς τὴν οἰκίαν καταφρονηθείς. πάλιν δὲ ἐν τῷ συνεδρίῳ χρείας ἐμπεσούσης χρη‐ μάτων καὶ τοῦ ταμίου οὐ φάσκοντος ἀνοίξειν, αὐτὸς ..ν̣..χη τὰς κλεῖς παρέλαβεν ὡς τοῦτο</w:t>
      </w:r>
    </w:p>
    <w:p>
      <w:r>
        <w:rPr>
          <w:rFonts w:ascii="Courier New" w:hAnsi="Courier New"/>
          <w:color w:val="555555"/>
          <w:sz w:val="20"/>
        </w:rPr>
        <w:t>[15]</w:t>
      </w:r>
    </w:p>
    <w:p>
      <w:r>
        <w:rPr>
          <w:rFonts w:ascii="Gentium Plus" w:hAnsi="Gentium Plus"/>
          <w:sz w:val="24"/>
        </w:rPr>
        <w:t>ὑπάρχειν αἴτιος. πάλιν δέ τινος λόγον αὐτὸν ἀπαι‐ τοῦντος ἐν τῷ συνεδρίῳ χρημάτων ὧν ἔλαβεν εἰς τὰς τῶν στρατιωτῶν δαπάνας, ὡμολόγησε μὲν ἔχειν τὸν λογισμόν, ἀπεῖπεν δὲ μὴ ἀποδώσειν· οὐ γὰρ ὀφείλειν τοῖς ἄλλοις ὁμοίως ὑπὸ τὸν ἐξετασμὸν</w:t>
      </w:r>
    </w:p>
    <w:p>
      <w:r>
        <w:rPr>
          <w:rFonts w:ascii="Courier New" w:hAnsi="Courier New"/>
          <w:color w:val="555555"/>
          <w:sz w:val="20"/>
        </w:rPr>
        <w:t>[20]</w:t>
      </w:r>
    </w:p>
    <w:p>
      <w:r>
        <w:rPr>
          <w:rFonts w:ascii="Gentium Plus" w:hAnsi="Gentium Plus"/>
          <w:sz w:val="24"/>
        </w:rPr>
        <w:t>πίπτειν. ἐπικειμένου δὲ τοῦ κατηγόρου πέμψας ἐπὶ τὸν ἀδελφὸν ἐκόμισεν ἐπὶ τὸ συνέδριον τὸ βιβλίον καὶ κατασπαράξας αὐτὸ τῷ κατηγόρῳ προσέταξε ψῆφον ἐκ τούτων προστιθέναι, τοὺς δὲ ἄλλους συγκλητικοὺς ἤρετο πῶς τῶν δεδαπανη‐</w:t>
      </w:r>
    </w:p>
    <w:p>
      <w:r>
        <w:rPr>
          <w:rFonts w:ascii="Courier New" w:hAnsi="Courier New"/>
          <w:color w:val="555555"/>
          <w:sz w:val="20"/>
        </w:rPr>
        <w:t>[25]</w:t>
      </w:r>
    </w:p>
    <w:p>
      <w:r>
        <w:rPr>
          <w:rFonts w:ascii="Gentium Plus" w:hAnsi="Gentium Plus"/>
          <w:sz w:val="24"/>
        </w:rPr>
        <w:t>μένων τρισχιλίων ταλάντων τὸν λόγον ἀπαιτοῦσι, τῶν δὲ μυρίων καὶ πεντακοσίων ὧν παρὰ Ἀντιόχου λαμβάνουσι λόγον οὐκ ἀπαιτοῦσιν, οὐδὲ λογίζονται πῶς ὑφ’ ἕνα σχεδὸν καιρὸν οὐ μόνον Ἰβηρίας καὶ Λιβύης ἀλλὰ καὶ τῆς Ἀσίας κυριεύουσιν. ὧν</w:t>
      </w:r>
    </w:p>
    <w:p>
      <w:r>
        <w:rPr>
          <w:rFonts w:ascii="Courier New" w:hAnsi="Courier New"/>
          <w:color w:val="555555"/>
          <w:sz w:val="20"/>
        </w:rPr>
        <w:t>[30]</w:t>
      </w:r>
    </w:p>
    <w:p>
      <w:r>
        <w:rPr>
          <w:rFonts w:ascii="Gentium Plus" w:hAnsi="Gentium Plus"/>
          <w:sz w:val="24"/>
        </w:rPr>
        <w:t>ῥηθέντων διὰ τὸ βάρος τῆς παρρησίας οὔθ’ ὁ κατ‐ ήγορος οὔτε τῶν συνέδρων οὐδεὶς ἐφθέγξατο. (Const. Exc. 4, pp. 363—364.)</w:t>
      </w:r>
    </w:p>
    <w:p>
      <w:r>
        <w:rPr>
          <w:rFonts w:ascii="Courier New" w:hAnsi="Courier New"/>
          <w:color w:val="555555"/>
          <w:sz w:val="20"/>
        </w:rPr>
        <w:t>[29 . 28 . 1]</w:t>
      </w:r>
    </w:p>
    <w:p>
      <w:r>
        <w:rPr>
          <w:rFonts w:ascii="Gentium Plus" w:hAnsi="Gentium Plus"/>
          <w:sz w:val="24"/>
        </w:rPr>
        <w:t>Ὅτι ἡ πόλις Κεμελετῶν ὑπὸ λῃστῶν καὶ δραπετῶν ᾠκισμένη τὸν πρὸς Ῥωμαίους πόλεμον</w:t>
      </w:r>
    </w:p>
    <w:p>
      <w:r>
        <w:rPr>
          <w:rFonts w:ascii="Courier New" w:hAnsi="Courier New"/>
          <w:color w:val="555555"/>
          <w:sz w:val="20"/>
        </w:rPr>
        <w:t>[5]</w:t>
      </w:r>
    </w:p>
    <w:p>
      <w:r>
        <w:rPr>
          <w:rFonts w:ascii="Gentium Plus" w:hAnsi="Gentium Plus"/>
          <w:sz w:val="24"/>
        </w:rPr>
        <w:t>ἐγχειρίδιον ἔτι δὲ ἵππον· εἰ δὲ μή, καταπολεμήσειν ἠπείλει. ὁ δὲ Φόλουιος ἐντυχὼν τοῖς πρέσβεσιν εἶπε μὴ κακοπαθεῖν· αὐτὸς γὰρ ἐπὶ τὴν πόλιν ἥξειν καὶ φθάσειν τὴν ἔξοδον. τὰς δὲ ἐπαγγελίας βεβαιῶσαι βουλόμενος παραχρῆμα ἀνέζευξεν ἐπὶ</w:t>
      </w:r>
    </w:p>
    <w:p>
      <w:r>
        <w:rPr>
          <w:rFonts w:ascii="Courier New" w:hAnsi="Courier New"/>
          <w:color w:val="555555"/>
          <w:sz w:val="20"/>
        </w:rPr>
        <w:t>[10]</w:t>
      </w:r>
    </w:p>
    <w:p>
      <w:r>
        <w:rPr>
          <w:rFonts w:ascii="Gentium Plus" w:hAnsi="Gentium Plus"/>
          <w:sz w:val="24"/>
        </w:rPr>
        <w:t>τοὺς βαρβάρους ἐκ ποδὸς ἀκολουθῶν τοῖς πρέσβεσιν.</w:t>
      </w:r>
    </w:p>
    <w:p>
      <w:r>
        <w:rPr>
          <w:rFonts w:ascii="Courier New" w:hAnsi="Courier New"/>
          <w:color w:val="555555"/>
          <w:sz w:val="20"/>
        </w:rPr>
        <w:t>[29 . 29 . 1]</w:t>
      </w:r>
    </w:p>
    <w:p>
      <w:r>
        <w:rPr>
          <w:rFonts w:ascii="Gentium Plus" w:hAnsi="Gentium Plus"/>
          <w:sz w:val="24"/>
        </w:rPr>
        <w:t>Ὅτι τῶν φίλων τινὸς εἰπόντος Πτολεμαίῳ τῷ βασιλεῖ διὰ τί τῆς Κοίλης Συρίας οὔσης αὐτοῦ δικαίως ἀφροντιστεῖ, πολλὰ περὶ τούτων ἔφησεν αὑτῷ μέλειν. ὑπειπόντος δὲ τοῦ προσομιλοῦντος</w:t>
      </w:r>
    </w:p>
    <w:p>
      <w:r>
        <w:rPr>
          <w:rFonts w:ascii="Courier New" w:hAnsi="Courier New"/>
          <w:color w:val="555555"/>
          <w:sz w:val="20"/>
        </w:rPr>
        <w:t>[5]</w:t>
      </w:r>
    </w:p>
    <w:p>
      <w:r>
        <w:rPr>
          <w:rFonts w:ascii="Gentium Plus" w:hAnsi="Gentium Plus"/>
          <w:sz w:val="24"/>
        </w:rPr>
        <w:t>πόθεν εὐπορήσει χρημάτων εἰς τὸν πόλεμον ὁ βασιλεὺς δείξας τοὺς φίλους εἶπεν, Ὁρᾷς τοὺς ἐμοὺς θησαυροὺς περιπατοῦντας. (Const. Exc. 4, p. 364.)</w:t>
      </w:r>
    </w:p>
    <w:p>
      <w:r>
        <w:rPr>
          <w:rFonts w:ascii="Courier New" w:hAnsi="Courier New"/>
          <w:color w:val="555555"/>
          <w:sz w:val="20"/>
        </w:rPr>
        <w:t>[29 . 22 . 1]</w:t>
      </w:r>
    </w:p>
    <w:p>
      <w:r>
        <w:rPr>
          <w:rFonts w:ascii="Gentium Plus" w:hAnsi="Gentium Plus"/>
          <w:sz w:val="24"/>
        </w:rPr>
        <w:t>Ὅτι καταντησάντων εἰς Ῥώμην τῶν ἀπὸ τῆς Ἀσίας βασιλέων πρεσβευτῶν ἀποσταλέντων οἱ περὶ τὸν Ἄτταλον βασιλεῖς μεγάλης ἀποδοχῆς ἔτυχον. ἀπάντησις γὰρ αὐτοῖς ἐγένετο μεγαλοπρεπὴς καὶ</w:t>
      </w:r>
    </w:p>
    <w:p>
      <w:r>
        <w:rPr>
          <w:rFonts w:ascii="Courier New" w:hAnsi="Courier New"/>
          <w:color w:val="555555"/>
          <w:sz w:val="20"/>
        </w:rPr>
        <w:t>[5]</w:t>
      </w:r>
    </w:p>
    <w:p>
      <w:r>
        <w:rPr>
          <w:rFonts w:ascii="Gentium Plus" w:hAnsi="Gentium Plus"/>
          <w:sz w:val="24"/>
        </w:rPr>
        <w:t>ξένια καὶ τἄλλα φιλάνθρωπα διαφέροντα. σφόδρα γὰρ οἱ βασιλεῖς οὗτοι φιλορώμαιοι καθεστῶτες καὶ πάντα τῇ συγκλήτῳ πειθαρχοῦντες, ἔτι δὲ τοὺς παραβάλλοντας Ῥωμαίων εἰς τὴν βασιλίδα ὑπο‐ δεχόμενοι φιλανθρωπότατα, μεγίστης ἀποδοχῆς</w:t>
      </w:r>
    </w:p>
    <w:p>
      <w:r>
        <w:rPr>
          <w:rFonts w:ascii="Courier New" w:hAnsi="Courier New"/>
          <w:color w:val="555555"/>
          <w:sz w:val="20"/>
        </w:rPr>
        <w:t>[10]</w:t>
      </w:r>
    </w:p>
    <w:p>
      <w:r>
        <w:rPr>
          <w:rFonts w:ascii="Gentium Plus" w:hAnsi="Gentium Plus"/>
          <w:sz w:val="24"/>
        </w:rPr>
        <w:t>ἠξιοῦντο. δι’ ὧν καὶ τῶν πρέσβεων ἁπάντων ἡ σύγκλητος ἀκούσασα καὶ μάλιστα σπεύδουσα τοῖς περὶ τὸν Εὐμένη βασιλεῦσι χαρίζεσθαι προσηνῆ τούτοις τὴν ἀπόκρισιν ἐποιήσατο. ἀπεφήνατο γὰρ ἀποστελεῖν ἐκ τοῦ συνεδρίου πρέσβεις τοὺς ἐκ</w:t>
      </w:r>
    </w:p>
    <w:p>
      <w:r>
        <w:rPr>
          <w:rFonts w:ascii="Courier New" w:hAnsi="Courier New"/>
          <w:color w:val="555555"/>
          <w:sz w:val="20"/>
        </w:rPr>
        <w:t>[15]</w:t>
      </w:r>
    </w:p>
    <w:p>
      <w:r>
        <w:rPr>
          <w:rFonts w:ascii="Gentium Plus" w:hAnsi="Gentium Plus"/>
          <w:sz w:val="24"/>
        </w:rPr>
        <w:t>παντὸς τρόπου συλλύσοντας τὸν πρὸς Φαρνάκην πόλεμον. (Const. Exc. 1, p. 401.)</w:t>
      </w:r>
    </w:p>
    <w:p>
      <w:r>
        <w:rPr>
          <w:rFonts w:ascii="Courier New" w:hAnsi="Courier New"/>
          <w:color w:val="555555"/>
          <w:sz w:val="20"/>
        </w:rPr>
        <w:t>[29 . 23 . 1]</w:t>
      </w:r>
    </w:p>
    <w:p>
      <w:r>
        <w:rPr>
          <w:rFonts w:ascii="Gentium Plus" w:hAnsi="Gentium Plus"/>
          <w:sz w:val="24"/>
        </w:rPr>
        <w:t>Ὅτι Λεώκριτος ὁ τοῦ Φαρνάκου στρατηγὸς συνεχεῖς προσβολὰς ποιούμενος ἠνάγκασε τοὺς ἐν τῷ Τίῳ μισθοφόρους τὴν μὲν πόλιν παραδοῦναι, αὐτοὺς δὲ ὑποσπόνδους προπεμφθῆναι μετὰ ἀσφα‐</w:t>
      </w:r>
    </w:p>
    <w:p>
      <w:r>
        <w:rPr>
          <w:rFonts w:ascii="Courier New" w:hAnsi="Courier New"/>
          <w:color w:val="555555"/>
          <w:sz w:val="20"/>
        </w:rPr>
        <w:t>[5]</w:t>
      </w:r>
    </w:p>
    <w:p>
      <w:r>
        <w:rPr>
          <w:rFonts w:ascii="Gentium Plus" w:hAnsi="Gentium Plus"/>
          <w:sz w:val="24"/>
        </w:rPr>
        <w:t>λείας. τῶν δὲ μισθοφόρων τότε μὲν ἐκ τῆς πόλεως κατὰ τὰς συνθήκας προπεμπομένων, ἐν δὲ τοῖς ἐπάνω χρόνοις ἠδικηκότων τὸν Φαρνάκην, ὁ Λεώ‐ κριτος ἐντολὰς ἔχων παρὰ τοῦ Φαρνάκου πάντας ἀνελεῖν παρεσπόνδησε τοὺς μισθοφόρους· κατὰ δὲ</w:t>
      </w:r>
    </w:p>
    <w:p>
      <w:r>
        <w:rPr>
          <w:rFonts w:ascii="Courier New" w:hAnsi="Courier New"/>
          <w:color w:val="555555"/>
          <w:sz w:val="20"/>
        </w:rPr>
        <w:t>[10]</w:t>
      </w:r>
    </w:p>
    <w:p>
      <w:r>
        <w:rPr>
          <w:rFonts w:ascii="Gentium Plus" w:hAnsi="Gentium Plus"/>
          <w:sz w:val="24"/>
        </w:rPr>
        <w:t>τὴν ἐκ τοῦ Τίου μετάστασιν αὐτοῖς ἐπέθετο κατὰ τὴν ὁδοιπορίαν καὶ πάντας κατηκόντισεν.</w:t>
      </w:r>
    </w:p>
    <w:p>
      <w:r>
        <w:rPr>
          <w:rFonts w:ascii="Courier New" w:hAnsi="Courier New"/>
          <w:color w:val="555555"/>
          <w:sz w:val="20"/>
        </w:rPr>
        <w:t>[29 . 24 . 1]</w:t>
      </w:r>
    </w:p>
    <w:p>
      <w:r>
        <w:rPr>
          <w:rFonts w:ascii="Gentium Plus" w:hAnsi="Gentium Plus"/>
          <w:sz w:val="24"/>
        </w:rPr>
        <w:t>Ὅτι ὁ Σέλευκος ἀξιόλογον δύναμιν ἀναλαβὼν προῆγεν ὡς ὑπερβησόμενος τὸν Ταῦρον ἐπὶ τὴν βοήθειαν τοῦ Φαρνάκου· ἔννοιαν δὲ λαβὼν τῶν πρὸς Ῥωμαίους τῷ πατρὶ γενομένων συνθηκῶν, καθ’ ἃς</w:t>
      </w:r>
    </w:p>
    <w:p>
      <w:r>
        <w:rPr>
          <w:rFonts w:ascii="Courier New" w:hAnsi="Courier New"/>
          <w:color w:val="555555"/>
          <w:sz w:val="20"/>
        </w:rPr>
        <w:t>[5]</w:t>
      </w:r>
    </w:p>
    <w:p>
      <w:r>
        <w:rPr>
          <w:rFonts w:ascii="Gentium Plus" w:hAnsi="Gentium Plus"/>
          <w:sz w:val="24"/>
        </w:rPr>
        <w:t>οὐκ ἐξῆν ...</w:t>
      </w:r>
    </w:p>
    <w:p>
      <w:r>
        <w:rPr>
          <w:rFonts w:ascii="Courier New" w:hAnsi="Courier New"/>
          <w:color w:val="555555"/>
          <w:sz w:val="20"/>
        </w:rPr>
        <w:t>[29 . 25 . 1]</w:t>
      </w:r>
    </w:p>
    <w:p>
      <w:r>
        <w:rPr>
          <w:rFonts w:ascii="Gentium Plus" w:hAnsi="Gentium Plus"/>
          <w:sz w:val="24"/>
        </w:rPr>
        <w:t>Ὅτι οἱ τὰ δεινὰ τολμήσαντες καὶ τὸν Δη‐ μήτριον ἀνελόντες οὐκ ἐξέφυγον τὴν τοῦ δικαίου δαιμονίου τιμωρίαν, ἀλλ’ οἱ μὲν ἐκ Ῥώμης τὰς ψευδεῖς διαβολὰς πλασάμενοι μετ’ ὀλίγον χρόνον τῷ</w:t>
      </w:r>
    </w:p>
    <w:p>
      <w:r>
        <w:rPr>
          <w:rFonts w:ascii="Courier New" w:hAnsi="Courier New"/>
          <w:color w:val="555555"/>
          <w:sz w:val="20"/>
        </w:rPr>
        <w:t>[5]</w:t>
      </w:r>
    </w:p>
    <w:p>
      <w:r>
        <w:rPr>
          <w:rFonts w:ascii="Gentium Plus" w:hAnsi="Gentium Plus"/>
          <w:sz w:val="24"/>
        </w:rPr>
        <w:t>βασιλεῖ προσκόψαντες ἀνῃρέθησαν, ὁ δὲ Φίλιππος τὸν λοιπὸν τοῦ ζῆν χρόνον ὀνειροπολούμενος καὶ διὰ τὴν συνείδησιν τῆς εἰς τὸν εὐγενέστατον υἱὸν ἀσε‐ βείας ταραττόμενος οὐδὲ διετῆ χρόνον ἐπεβίωσε, τῇ δὲ λύπῃ ἀδιορθώτως συνεχόμενος κατέστρεψε τὸν</w:t>
      </w:r>
    </w:p>
    <w:p>
      <w:r>
        <w:rPr>
          <w:rFonts w:ascii="Courier New" w:hAnsi="Courier New"/>
          <w:color w:val="555555"/>
          <w:sz w:val="20"/>
        </w:rPr>
        <w:t>[10]</w:t>
      </w:r>
    </w:p>
    <w:p>
      <w:r>
        <w:rPr>
          <w:rFonts w:ascii="Gentium Plus" w:hAnsi="Gentium Plus"/>
          <w:sz w:val="24"/>
        </w:rPr>
        <w:t>βίον. ὁ δὲ πάντων τῶν κακῶν ἀρχιτέκτων Περσεὺς ὑπὸ Ῥωμαίων καταπολεμηθεὶς καὶ φυγὼν εἰς Σαμοθρᾴκην, ἄκυρον ἔσχε τὴν τῶν ἁγνοτάτων θεῶν ἱκεσίαν διὰ τὴν ὑπερβολὴν τῆς εἰς τὸν ἀδελφὸν τετολμημένης ἀσεβείας.</w:t>
      </w:r>
    </w:p>
    <w:p>
      <w:r>
        <w:rPr>
          <w:rFonts w:ascii="Courier New" w:hAnsi="Courier New"/>
          <w:color w:val="555555"/>
          <w:sz w:val="20"/>
        </w:rPr>
        <w:t>[29 . 26 . 1]</w:t>
      </w:r>
    </w:p>
    <w:p>
      <w:r>
        <w:rPr>
          <w:rFonts w:ascii="Gentium Plus" w:hAnsi="Gentium Plus"/>
          <w:sz w:val="24"/>
        </w:rPr>
        <w:t>Ὅτι Τιβέριος Γράκχος ἑξαπέλεκυς ὢν στρατηγὸς ἐνεργῶς διῴκει τὰ κατὰ τὸν πόλεμον. οὗτος γὰρ νέος ὢν τὴν ἡλικίαν πάντων ἡλικιωτῶν διέφερεν ἀνδρείᾳ καὶ φρονήσει, θαυμαζόμενος δὲ ἐπ’</w:t>
      </w:r>
    </w:p>
    <w:p>
      <w:r>
        <w:rPr>
          <w:rFonts w:ascii="Courier New" w:hAnsi="Courier New"/>
          <w:color w:val="555555"/>
          <w:sz w:val="20"/>
        </w:rPr>
        <w:t>[5]</w:t>
      </w:r>
    </w:p>
    <w:p>
      <w:r>
        <w:rPr>
          <w:rFonts w:ascii="Gentium Plus" w:hAnsi="Gentium Plus"/>
          <w:sz w:val="24"/>
        </w:rPr>
        <w:t>ἀρετῇ καὶ μεγάλας τοῦ μέλλοντος ὑποφαίνων ἐλ‐ πίδας πολὺ τῶν ἡλικιωτῶν προεῖχε δόξῃ.</w:t>
      </w:r>
    </w:p>
    <w:p>
      <w:r>
        <w:rPr>
          <w:rFonts w:ascii="Courier New" w:hAnsi="Courier New"/>
          <w:color w:val="555555"/>
          <w:sz w:val="20"/>
        </w:rPr>
        <w:t>[29 . 27 . 1]</w:t>
      </w:r>
    </w:p>
    <w:p>
      <w:r>
        <w:rPr>
          <w:rFonts w:ascii="Gentium Plus" w:hAnsi="Gentium Plus"/>
          <w:sz w:val="24"/>
        </w:rPr>
        <w:t>Ὅτι ὁ Αἰμίλιος ὁ ὕπατος ὁ καὶ πάτρων γεγονὼς ἦν εὐγενής τε καὶ κατὰ τὴν ὄψιν εὐπρεπής, ἔτι δὲ συνέσει πολὺ διαφέρων τῶν ἄλλων. διόπερ ἡ μὲν πατρὶς αὐτὸν ἁπάσαις ταῖς ἐπιδόξοις ἀρχαῖς</w:t>
      </w:r>
    </w:p>
    <w:p>
      <w:r>
        <w:rPr>
          <w:rFonts w:ascii="Courier New" w:hAnsi="Courier New"/>
          <w:color w:val="555555"/>
          <w:sz w:val="20"/>
        </w:rPr>
        <w:t>[5]</w:t>
      </w:r>
    </w:p>
    <w:p>
      <w:r>
        <w:rPr>
          <w:rFonts w:ascii="Gentium Plus" w:hAnsi="Gentium Plus"/>
          <w:sz w:val="24"/>
        </w:rPr>
        <w:t>ἐτίμησεν, αὐτὸς δὲ ἔν τε τῷ ζῆν διετέλεσεν ἐπαινού‐ μενος καὶ τῆς μετὰ θάνατον εὐφημίας προενοήθη μετὰ τοῦ τῆς πατρίδος συμφέροντος. (Const. Exc. 2(1), pp. 274—275.)</w:t>
      </w:r>
    </w:p>
    <w:p>
      <w:r>
        <w:rPr>
          <w:rFonts w:ascii="Courier New" w:hAnsi="Courier New"/>
          <w:color w:val="555555"/>
          <w:sz w:val="20"/>
        </w:rPr>
        <w:t>[29 . 30 . 1]</w:t>
      </w:r>
    </w:p>
    <w:p>
      <w:r>
        <w:rPr>
          <w:rFonts w:ascii="Gentium Plus" w:hAnsi="Gentium Plus"/>
          <w:sz w:val="24"/>
        </w:rPr>
        <w:t>Ὅτι Περσεὺς τὴν αὐτὴν ἔχων προαίρεσιν τῷ πατρὶ καὶ ταύτην σπεύδων ὑπὸ Ῥωμαίων ἀγνοεῖ‐ σθαι πρεσβευτὰς ἀπέστειλεν εἰς Ῥώμην τοὺς ἀνανεωσομένους τὴν πατρικὴν φιλίαν. ἡ δὲ σύγ‐</w:t>
      </w:r>
    </w:p>
    <w:p>
      <w:r>
        <w:rPr>
          <w:rFonts w:ascii="Courier New" w:hAnsi="Courier New"/>
          <w:color w:val="555555"/>
          <w:sz w:val="20"/>
        </w:rPr>
        <w:t>[5]</w:t>
      </w:r>
    </w:p>
    <w:p>
      <w:r>
        <w:rPr>
          <w:rFonts w:ascii="Gentium Plus" w:hAnsi="Gentium Plus"/>
          <w:sz w:val="24"/>
        </w:rPr>
        <w:t>κλητος τὰ πλεῖστα τῶν πραγμάτων αἰσθανομένη τὴν φιλίαν ὅμως ἀνενεώσατο, τὸν ἐξαπατῶντα ὁμοίως ἐξαπατῶσα.</w:t>
      </w:r>
    </w:p>
    <w:p>
      <w:r>
        <w:rPr>
          <w:rFonts w:ascii="Courier New" w:hAnsi="Courier New"/>
          <w:color w:val="555555"/>
          <w:sz w:val="20"/>
        </w:rPr>
        <w:t>[29 . 31 . 1]</w:t>
      </w:r>
    </w:p>
    <w:p>
      <w:r>
        <w:rPr>
          <w:rFonts w:ascii="Gentium Plus" w:hAnsi="Gentium Plus"/>
          <w:sz w:val="24"/>
        </w:rPr>
        <w:t>Ὅτι τὰς ἐπιμελείας οὐχ οὕτω τῷ διὰ τῶν ὅπλων φόβῳ λαμβάνειν αὔξησιν ὡς τῇ πρὸς τοὺς κρατηθέντας μετριότητι. Θόαντα γάρ τινα ἔκδοτον ἡ σύγκλητος λαβοῦσα καὶ μεγαλοψύχως ἐνέγκασα</w:t>
      </w:r>
    </w:p>
    <w:p>
      <w:r>
        <w:rPr>
          <w:rFonts w:ascii="Courier New" w:hAnsi="Courier New"/>
          <w:color w:val="555555"/>
          <w:sz w:val="20"/>
        </w:rPr>
        <w:t>[5]</w:t>
      </w:r>
    </w:p>
    <w:p>
      <w:r>
        <w:rPr>
          <w:rFonts w:ascii="Gentium Plus" w:hAnsi="Gentium Plus"/>
          <w:sz w:val="24"/>
        </w:rPr>
        <w:t>τὸν ἄνδρα τῶν ἐγκλημάτων ἀπέλυσεν. (Const. Exc. 4, p. 364.)</w:t>
      </w:r>
    </w:p>
    <w:p>
      <w:r>
        <w:rPr>
          <w:rFonts w:ascii="Courier New" w:hAnsi="Courier New"/>
          <w:color w:val="555555"/>
          <w:sz w:val="20"/>
        </w:rPr>
        <w:t>[29 . 32 . 1]</w:t>
      </w:r>
    </w:p>
    <w:p>
      <w:r>
        <w:rPr>
          <w:rFonts w:ascii="Gentium Plus" w:hAnsi="Gentium Plus"/>
          <w:sz w:val="24"/>
        </w:rPr>
        <w:t>Ὅτι Ἀντίοχος προσφάτως παρειληφὼς τὴν βασιλείαν ἐνεστήσατο βίον παράλογον καὶ ἀσυνήθη τοῖς ἄλλοις βασιλεῦσι. πρῶτον μὲν γὰρ ἐκ τῶν βα‐ σιλείων ὑπάγων λάθρᾳ τῆς θεραπείας περιῄει τὴν</w:t>
      </w:r>
    </w:p>
    <w:p>
      <w:r>
        <w:rPr>
          <w:rFonts w:ascii="Courier New" w:hAnsi="Courier New"/>
          <w:color w:val="555555"/>
          <w:sz w:val="20"/>
        </w:rPr>
        <w:t>[5]</w:t>
      </w:r>
    </w:p>
    <w:p>
      <w:r>
        <w:rPr>
          <w:rFonts w:ascii="Gentium Plus" w:hAnsi="Gentium Plus"/>
          <w:sz w:val="24"/>
        </w:rPr>
        <w:t>πόλιν ἀλύων ὅπου τύχοι δεύτερος ἢ τρίτος· μετὰ δὲ ταῦτα ἐφιλοτιμεῖτο μετὰ δημοτῶν ἀνθρώπων συγκαταρριπτεῖν οἷ τύχοι καὶ μετὰ τῶν παρεπι‐ δημούντων ξένων τῶν εὐτελεστάτων συμπίνειν. καθόλου δ’ εἴ τινας τῶν νέων αἴσθοιτο ἀφ’ ἡμέρας</w:t>
      </w:r>
    </w:p>
    <w:p>
      <w:r>
        <w:rPr>
          <w:rFonts w:ascii="Courier New" w:hAnsi="Courier New"/>
          <w:color w:val="555555"/>
          <w:sz w:val="20"/>
        </w:rPr>
        <w:t>[10]</w:t>
      </w:r>
    </w:p>
    <w:p>
      <w:r>
        <w:rPr>
          <w:rFonts w:ascii="Gentium Plus" w:hAnsi="Gentium Plus"/>
          <w:sz w:val="24"/>
        </w:rPr>
        <w:t>μετ’ ἀλλήλων γενομένους, ἐξαίφνης ἐπὶ κῶμον παρεγίνετο μετὰ κερατίου καὶ συμφωνίας, ὥστε διὰ τὸ παράδοξον τῶν ἰδιωτῶν τοὺς μὲν φεύγειν,</w:t>
      </w:r>
    </w:p>
    <w:p>
      <w:r>
        <w:rPr>
          <w:rFonts w:ascii="Courier New" w:hAnsi="Courier New"/>
          <w:color w:val="555555"/>
          <w:sz w:val="20"/>
        </w:rPr>
        <w:t>[15]</w:t>
      </w:r>
    </w:p>
    <w:p>
      <w:r>
        <w:rPr>
          <w:rFonts w:ascii="Gentium Plus" w:hAnsi="Gentium Plus"/>
          <w:sz w:val="24"/>
        </w:rPr>
        <w:t>τήβενναν, καθάπερ ἦν ἑωρακὼς ἐν Ῥώμῃ τοὺς μεταπορευομένους τὰς ἀρχάς, ἐνετύγχανέ τε τοῖς ἰδιώταις ἀσπαζόμενος καὶ περιπτύσσων ἕκαστον, καὶ ποτὲ μὲν παρακαλῶν φέρειν ἑαυτῷ τὴν ψῆφον ὡς ἀγορανόμῳ, ποτὲ δὲ ὡς δημάρχῳ· τυχὼν δὲ</w:t>
      </w:r>
    </w:p>
    <w:p>
      <w:r>
        <w:rPr>
          <w:rFonts w:ascii="Courier New" w:hAnsi="Courier New"/>
          <w:color w:val="555555"/>
          <w:sz w:val="20"/>
        </w:rPr>
        <w:t>[20]</w:t>
      </w:r>
    </w:p>
    <w:p>
      <w:r>
        <w:rPr>
          <w:rFonts w:ascii="Gentium Plus" w:hAnsi="Gentium Plus"/>
          <w:sz w:val="24"/>
        </w:rPr>
        <w:t>ἀρχῆς ἐκάθιζεν ἐπὶ δίφρον ἐλεφάντινον, καὶ καθώς ἐστι Ῥωμαίοις ἔθιμον, διήκουε τῶν πρὸς ἀλλήλους ἀμφισβητούντων περὶ τῶν ἐν τῷ βίῳ συμβολαίων. καὶ ταῦτ’ ἔπραττε μετὰ πολλῆς ἐπιστάσεως καὶ φιλοτιμίας ὥστε τοὺς χαριεστάτους ἄνδρας ἀπορεῖν</w:t>
      </w:r>
    </w:p>
    <w:p>
      <w:r>
        <w:rPr>
          <w:rFonts w:ascii="Courier New" w:hAnsi="Courier New"/>
          <w:color w:val="555555"/>
          <w:sz w:val="20"/>
        </w:rPr>
        <w:t>[25]</w:t>
      </w:r>
    </w:p>
    <w:p>
      <w:r>
        <w:rPr>
          <w:rFonts w:ascii="Gentium Plus" w:hAnsi="Gentium Plus"/>
          <w:sz w:val="24"/>
        </w:rPr>
        <w:t>περὶ αὐτοῦ· οἱ μὲν γὰρ ἀφέλειαν, οἱ δὲ ἀλογίαν, τινὲς δὲ μανίαν αὐτοῦ κατεγίνωσκον. (Const. Exc. 2(1), pp. 275—276.)</w:t>
      </w:r>
    </w:p>
    <w:p>
      <w:r>
        <w:rPr>
          <w:rFonts w:ascii="Courier New" w:hAnsi="Courier New"/>
          <w:color w:val="555555"/>
          <w:sz w:val="20"/>
        </w:rPr>
        <w:t>[29 . 33 . 1]</w:t>
      </w:r>
    </w:p>
    <w:p>
      <w:r>
        <w:rPr>
          <w:rFonts w:ascii="Gentium Plus" w:hAnsi="Gentium Plus"/>
          <w:sz w:val="24"/>
        </w:rPr>
        <w:t>Ὅτι τῆς παρὰ τοῖς Αἰτωλοῖς χρεωκοπίας κατὰ τὴν Θεσσαλίαν ζηλωθείσης, καὶ πάσης πόλεως εἰς στάσεις καὶ ταραχὰς ἐμπιπτούσης, ἡ σύγκλητος ὑπέλαβεν ἐκ τοῦ Περσέως γεγονέναι τὴν σύγχυσιν,</w:t>
      </w:r>
    </w:p>
    <w:p>
      <w:r>
        <w:rPr>
          <w:rFonts w:ascii="Courier New" w:hAnsi="Courier New"/>
          <w:color w:val="555555"/>
          <w:sz w:val="20"/>
        </w:rPr>
        <w:t>[5]</w:t>
      </w:r>
    </w:p>
    <w:p>
      <w:r>
        <w:rPr>
          <w:rFonts w:ascii="Gentium Plus" w:hAnsi="Gentium Plus"/>
          <w:sz w:val="24"/>
        </w:rPr>
        <w:t>καὶ ἀπελογίσατο τοῖς τοῦ Περσέως πρεσβευταῖς περὶ μὲν τῶν ἄλλων ἀπολύσειν αὐτὸν τῶν ἐγκλη‐ μάτων, περὶ δὲ τῆς Ἀβρουπόλιδος τοῦ Θρᾳκὸς ἐκ τῆς βασιλείας ἐκβολῆς ἐκέλευσε διορθώσασθαι τὸν Περσέα τὸ γεγονός.</w:t>
      </w:r>
    </w:p>
    <w:p>
      <w:r>
        <w:rPr>
          <w:rFonts w:ascii="Courier New" w:hAnsi="Courier New"/>
          <w:color w:val="555555"/>
          <w:sz w:val="20"/>
        </w:rPr>
        <w:t>[29 . 34 . 1]</w:t>
      </w:r>
    </w:p>
    <w:p>
      <w:r>
        <w:rPr>
          <w:rFonts w:ascii="Gentium Plus" w:hAnsi="Gentium Plus"/>
          <w:sz w:val="24"/>
        </w:rPr>
        <w:t>Ὅτι τοῦ Ἁρπάλου τοῦ Περσέως πρεσβευτοῦ σιωπήσαντος, ἡ σύγκλητος τὸν Εὐμένη ἐλεφαντίνῳ τιμήσασα δίφρῳ καὶ τῆς ἄλλης ἀποδοχῆς ἀξιώσασα φιλοφρόνως, ἐξαπέστειλεν εἰς τὴν Ἀσίαν.</w:t>
      </w:r>
    </w:p>
    <w:p>
      <w:r>
        <w:rPr>
          <w:rFonts w:ascii="Courier New" w:hAnsi="Courier New"/>
          <w:color w:val="555555"/>
          <w:sz w:val="20"/>
        </w:rPr>
        <w:t>[5]</w:t>
      </w:r>
    </w:p>
    <w:p>
      <w:r>
        <w:rPr>
          <w:rFonts w:ascii="Gentium Plus" w:hAnsi="Gentium Plus"/>
          <w:sz w:val="24"/>
        </w:rPr>
        <w:t>(Const. Exc. 1, p. 401.)</w:t>
      </w:r>
    </w:p>
    <w:p>
      <w:r>
        <w:rPr>
          <w:rFonts w:ascii="Courier New" w:hAnsi="Courier New"/>
          <w:color w:val="555555"/>
          <w:sz w:val="20"/>
        </w:rPr>
        <w:t>[29 . 34 . 2]</w:t>
      </w:r>
    </w:p>
    <w:p>
      <w:r>
        <w:rPr>
          <w:rFonts w:ascii="Gentium Plus" w:hAnsi="Gentium Plus"/>
          <w:sz w:val="24"/>
        </w:rPr>
        <w:t>Ὅτι μετὰ τὴν ἐπιβουλὴν τὴν κατὰ Εὐμένους εἰς τὸ Πέργαμον διαδοθείσης φήμης ὅτι τετελεύτη‐ κεν Εὐμένης, Ἄτταλος ἐπεπλάκη τῇ βασιλίσσῃ προχειρότερον. οὐ μὴν Εὐμένης γε προσεποιήθη</w:t>
      </w:r>
    </w:p>
    <w:p>
      <w:r>
        <w:rPr>
          <w:rFonts w:ascii="Courier New" w:hAnsi="Courier New"/>
          <w:color w:val="555555"/>
          <w:sz w:val="20"/>
        </w:rPr>
        <w:t>[5]</w:t>
      </w:r>
    </w:p>
    <w:p>
      <w:r>
        <w:rPr>
          <w:rFonts w:ascii="Gentium Plus" w:hAnsi="Gentium Plus"/>
          <w:sz w:val="24"/>
        </w:rPr>
        <w:t>μετὰ ταῦτ’ ἀνακάμψας, ἀλλὰ φιλοφρόνως ἀσπα‐ σάμενος τὸν ἀδελφὸν διέμεινεν ἐν τῇ πρὸς αὐτὸν</w:t>
      </w:r>
    </w:p>
    <w:p>
      <w:r>
        <w:rPr>
          <w:rFonts w:ascii="Courier New" w:hAnsi="Courier New"/>
          <w:color w:val="555555"/>
          <w:sz w:val="20"/>
        </w:rPr>
        <w:t>[30 t 1]</w:t>
      </w:r>
    </w:p>
    <w:p>
      <w:pPr>
        <w:jc w:val="center"/>
      </w:pPr>
      <w:r>
        <w:rPr>
          <w:rFonts w:ascii="Gentium Plus" w:hAnsi="Gentium Plus"/>
          <w:b/>
          <w:sz w:val="24"/>
        </w:rPr>
        <w:t>FRAGMENTA LIBRI XXX</w:t>
      </w:r>
    </w:p>
    <w:p>
      <w:r>
        <w:rPr>
          <w:rFonts w:ascii="Courier New" w:hAnsi="Courier New"/>
          <w:color w:val="555555"/>
          <w:sz w:val="20"/>
        </w:rPr>
        <w:t>[30 . 7 . 1]</w:t>
      </w:r>
    </w:p>
    <w:p>
      <w:r>
        <w:rPr>
          <w:rFonts w:ascii="Gentium Plus" w:hAnsi="Gentium Plus"/>
          <w:sz w:val="24"/>
        </w:rPr>
        <w:t>Ὅτι διασαφούντων τῶν Ῥωμαίων ὡς Περσέα κατεστρατήγησαν ἄνευ τῶν ὅπλων, ἐπε‐ χείρησάν τινες τῶν ἐκ τῆς βουλῆς ἐπαινεῖν αὐτούς. οὐ μὴν τοῖς πρεσβυτάτοις ἤρεσκε τὸ γεγενημένον,</w:t>
      </w:r>
    </w:p>
    <w:p>
      <w:r>
        <w:rPr>
          <w:rFonts w:ascii="Courier New" w:hAnsi="Courier New"/>
          <w:color w:val="555555"/>
          <w:sz w:val="20"/>
        </w:rPr>
        <w:t>[5]</w:t>
      </w:r>
    </w:p>
    <w:p>
      <w:r>
        <w:rPr>
          <w:rFonts w:ascii="Gentium Plus" w:hAnsi="Gentium Plus"/>
          <w:sz w:val="24"/>
        </w:rPr>
        <w:t>ἀλλ’ ἔλεγον μὴ πρέπειν Ῥωμαίοις μιμεῖσθαι Φοίνικας ὥστε δι’ ἀπάτης ἀλλ’ οὐ δι’ ἀρετῆς τῶν πολεμίων περιγίνεσθαι. (Const. Exc. 4, p. 364.)</w:t>
      </w:r>
    </w:p>
    <w:p>
      <w:r>
        <w:rPr>
          <w:rFonts w:ascii="Courier New" w:hAnsi="Courier New"/>
          <w:color w:val="555555"/>
          <w:sz w:val="20"/>
        </w:rPr>
        <w:t>[30 . 1 . 1]</w:t>
      </w:r>
    </w:p>
    <w:p>
      <w:r>
        <w:rPr>
          <w:rFonts w:ascii="Gentium Plus" w:hAnsi="Gentium Plus"/>
          <w:sz w:val="24"/>
        </w:rPr>
        <w:t>Ὅτι ἡ σύγκλητος αὐθημερὸν ἐψηφίσατο τὸν πρὸς Περσέα πόλεμον καὶ τοῖς πρεσβευταῖς ἐχρη‐ μάτισε μέν, ἀπόκρισιν δὲ οὐδεμίαν ἔδωκε. προσ‐ έταξε δὲ τοῖς ὑπάτοις ἐν ἐκκλησίαις διαρρήδην</w:t>
      </w:r>
    </w:p>
    <w:p>
      <w:r>
        <w:rPr>
          <w:rFonts w:ascii="Courier New" w:hAnsi="Courier New"/>
          <w:color w:val="555555"/>
          <w:sz w:val="20"/>
        </w:rPr>
        <w:t>[5]</w:t>
      </w:r>
    </w:p>
    <w:p>
      <w:r>
        <w:rPr>
          <w:rFonts w:ascii="Gentium Plus" w:hAnsi="Gentium Plus"/>
          <w:sz w:val="24"/>
        </w:rPr>
        <w:t>ἀναγορεύειν· τούς τε πρεσβευτὰς καὶ πάντας Μακεδόνας ἐκ μὲν Ῥώμης ἀπελθεῖν αὐθημερόν, ἐκ δὲ τῆς Ἰταλίας ἐν ἡμέραις τριάκοντα.</w:t>
      </w:r>
    </w:p>
    <w:p>
      <w:r>
        <w:rPr>
          <w:rFonts w:ascii="Courier New" w:hAnsi="Courier New"/>
          <w:color w:val="555555"/>
          <w:sz w:val="20"/>
        </w:rPr>
        <w:t>[30 . 2 . 1]</w:t>
      </w:r>
    </w:p>
    <w:p>
      <w:r>
        <w:rPr>
          <w:rFonts w:ascii="Gentium Plus" w:hAnsi="Gentium Plus"/>
          <w:sz w:val="24"/>
        </w:rPr>
        <w:t>Ὅτι ὁ Πτολεμαῖος ὁ τῆς Αἰγύπτου βασιλεὺς εἰδὼς τοὺς αὑτοῦ προγόνους ἐσχηκότας τὴν Κοίλην Συρίαν παρασκευὰς ἐποιεῖτο μεγάλας ἀμφισβητῶν</w:t>
      </w:r>
    </w:p>
    <w:p>
      <w:r>
        <w:rPr>
          <w:rFonts w:ascii="Courier New" w:hAnsi="Courier New"/>
          <w:color w:val="555555"/>
          <w:sz w:val="20"/>
        </w:rPr>
        <w:t>[5]</w:t>
      </w:r>
    </w:p>
    <w:p>
      <w:r>
        <w:rPr>
          <w:rFonts w:ascii="Gentium Plus" w:hAnsi="Gentium Plus"/>
          <w:sz w:val="24"/>
        </w:rPr>
        <w:t>ἀνειμένην τότε δικαίως τοῖς αὐτοῖς νόμοις ἀνακτή‐ σεσθαι. ἃ δὴ πυθόμενος ὁ Ἀντίοχος ἐξαπέστειλεν εἰς Ῥώμην πρέσβεις ἐντειλάμενος μαρτύρασθαι τὴν σύγκλητον ὅτι πολεμεῖν ἀδίκως ἐπιβάλλεται Πτολε‐ μαῖος. ἐξαπέστειλε δὲ καὶ ὁ προειρημένος τοὺς</w:t>
      </w:r>
    </w:p>
    <w:p>
      <w:r>
        <w:rPr>
          <w:rFonts w:ascii="Courier New" w:hAnsi="Courier New"/>
          <w:color w:val="555555"/>
          <w:sz w:val="20"/>
        </w:rPr>
        <w:t>[10]</w:t>
      </w:r>
    </w:p>
    <w:p>
      <w:r>
        <w:rPr>
          <w:rFonts w:ascii="Gentium Plus" w:hAnsi="Gentium Plus"/>
          <w:sz w:val="24"/>
        </w:rPr>
        <w:t>ἀπολογησομένους καὶ διδάξοντας τὴν σύγκλητον ὅτι παρὰ πάντα τὰ δίκαια κρατεῖ τῆς Κοίλης Συρίας Ἀντίοχος ἑαυτοῦ προγονικῆς ὑπαρχούσης. ἐνετείλατο δὲ τά τε φιλάνθρωπα πρὸς Ῥωμαίους ἀνανεώσασθαι καὶ περὶ τῆς πρὸς Περσέα διαλύσεως</w:t>
      </w:r>
    </w:p>
    <w:p>
      <w:r>
        <w:rPr>
          <w:rFonts w:ascii="Courier New" w:hAnsi="Courier New"/>
          <w:color w:val="555555"/>
          <w:sz w:val="20"/>
        </w:rPr>
        <w:t>[15]</w:t>
      </w:r>
    </w:p>
    <w:p>
      <w:r>
        <w:rPr>
          <w:rFonts w:ascii="Gentium Plus" w:hAnsi="Gentium Plus"/>
          <w:sz w:val="24"/>
        </w:rPr>
        <w:t>πειραθῆναι. (Const. Exc. 1, pp. 401—402.)</w:t>
      </w:r>
    </w:p>
    <w:p>
      <w:r>
        <w:rPr>
          <w:rFonts w:ascii="Courier New" w:hAnsi="Courier New"/>
          <w:color w:val="555555"/>
          <w:sz w:val="20"/>
        </w:rPr>
        <w:t>[30 . 3 . 1]</w:t>
      </w:r>
    </w:p>
    <w:p>
      <w:r>
        <w:rPr>
          <w:rFonts w:ascii="Gentium Plus" w:hAnsi="Gentium Plus"/>
          <w:sz w:val="24"/>
        </w:rPr>
        <w:t>Ὅτι ὁ Κότυς ὁ τῶν Θρᾳκῶν βασιλεὺς ἦν ἐν τοῖς πολέμοις ἀνὴρ ἔμπρακτος ἐμφερόμενος καὶ γνώμῃ διαφέρων, ἔν τε τοῖς ἄλλοις σπουδαῖος καὶ φιλίας ἄξιος. ἦν δὲ καὶ νήπτης καὶ σώφρων καθ’</w:t>
      </w:r>
    </w:p>
    <w:p>
      <w:r>
        <w:rPr>
          <w:rFonts w:ascii="Courier New" w:hAnsi="Courier New"/>
          <w:color w:val="555555"/>
          <w:sz w:val="20"/>
        </w:rPr>
        <w:t>[5]</w:t>
      </w:r>
    </w:p>
    <w:p>
      <w:r>
        <w:rPr>
          <w:rFonts w:ascii="Gentium Plus" w:hAnsi="Gentium Plus"/>
          <w:sz w:val="24"/>
        </w:rPr>
        <w:t>ὑπερβολήν, ἔτι δὲ τὸ μέγιστον, πάντων τῶν τοῖς Θρᾳξὶ παρακολουθούντων κακῶν ἀλλοτριώτατος.</w:t>
      </w:r>
    </w:p>
    <w:p>
      <w:r>
        <w:rPr>
          <w:rFonts w:ascii="Courier New" w:hAnsi="Courier New"/>
          <w:color w:val="555555"/>
          <w:sz w:val="20"/>
        </w:rPr>
        <w:t>[30 . 4 . 1]</w:t>
      </w:r>
    </w:p>
    <w:p>
      <w:r>
        <w:rPr>
          <w:rFonts w:ascii="Gentium Plus" w:hAnsi="Gentium Plus"/>
          <w:sz w:val="24"/>
        </w:rPr>
        <w:t>Ὅτι τὸ Χάλεστρον τὸ πολισμάτιον πολιορκή‐ σας ὁ Περσεὺς καὶ πάντας ἀποσφάξας, περὶ πεντα‐ κοσίους δὲ συμφυγόντων εἴς τινα τόπον ὀχυρὸν μετὰ τῶν ὅπλων καὶ αἰτησαμένων ἀσφάλειαν, ἔδω‐</w:t>
      </w:r>
    </w:p>
    <w:p>
      <w:r>
        <w:rPr>
          <w:rFonts w:ascii="Courier New" w:hAnsi="Courier New"/>
          <w:color w:val="555555"/>
          <w:sz w:val="20"/>
        </w:rPr>
        <w:t>[5]</w:t>
      </w:r>
    </w:p>
    <w:p>
      <w:r>
        <w:rPr>
          <w:rFonts w:ascii="Gentium Plus" w:hAnsi="Gentium Plus"/>
          <w:sz w:val="24"/>
        </w:rPr>
        <w:t>κεν αὐτοῖς τὴν ἐξουσίαν ἀποθεμένοις τὰ ὅπλα σώζεσθαι. τῶν δὲ ποιησαμένων τὸ συγχωρηθέν, οἱ Μακεδόνες εἴτ’ ἀφ’ ἑαυτῶν εἴτε καὶ τοῦ βασιλέως προστάξαντος ἐπηκολούθησαν τοῖς λα‐</w:t>
      </w:r>
    </w:p>
    <w:p>
      <w:r>
        <w:rPr>
          <w:rFonts w:ascii="Courier New" w:hAnsi="Courier New"/>
          <w:color w:val="555555"/>
          <w:sz w:val="20"/>
        </w:rPr>
        <w:t>[30 . 5 . 1]</w:t>
      </w:r>
    </w:p>
    <w:p>
      <w:r>
        <w:rPr>
          <w:rFonts w:ascii="Gentium Plus" w:hAnsi="Gentium Plus"/>
          <w:sz w:val="24"/>
        </w:rPr>
        <w:t>Ὅτι κατὰ τὴν Ἤπειρον Χάροψ υἱωνὸς τοῦ τὴν αὐτὴν ἔχοντος προσηγορίαν καὶ κατὰ τὸν πρὸς Φίλιππον πόλεμον ἐξαπεσταλκότος Φλα‐ μενίνῳ τὸν ἡγησόμενον τὰς ἀνελπίστους διὰ τῶν</w:t>
      </w:r>
    </w:p>
    <w:p>
      <w:r>
        <w:rPr>
          <w:rFonts w:ascii="Courier New" w:hAnsi="Courier New"/>
          <w:color w:val="555555"/>
          <w:sz w:val="20"/>
        </w:rPr>
        <w:t>[5]</w:t>
      </w:r>
    </w:p>
    <w:p>
      <w:r>
        <w:rPr>
          <w:rFonts w:ascii="Gentium Plus" w:hAnsi="Gentium Plus"/>
          <w:sz w:val="24"/>
        </w:rPr>
        <w:t>ὀρῶν ἀτραπούς, δι’ ὧν οἱ Ῥωμαῖοι παραδόξως πορευθέντες τῶν στενῶν ἐκράτησαν. τραφεὶς δὲ ἐν Ῥώμῃ διὰ τὴν τοῦ πάππου πρὸς Ῥωμαίους φιλίαν πολλοῖς τῶν ἐπισήμων ἐπεξενώθη. ὢν δὲ τολμηρὸς καὶ πονηρίᾳ διαφέρων τοὺς ἐνδοξοτάτους τῶν Ἠ‐</w:t>
      </w:r>
    </w:p>
    <w:p>
      <w:r>
        <w:rPr>
          <w:rFonts w:ascii="Courier New" w:hAnsi="Courier New"/>
          <w:color w:val="555555"/>
          <w:sz w:val="20"/>
        </w:rPr>
        <w:t>[10]</w:t>
      </w:r>
    </w:p>
    <w:p>
      <w:r>
        <w:rPr>
          <w:rFonts w:ascii="Gentium Plus" w:hAnsi="Gentium Plus"/>
          <w:sz w:val="24"/>
        </w:rPr>
        <w:t>πειρωτῶν διέβαλλε πρὸς Ῥωμαίους, ψευδεῖς ἐπιρ‐ ρίπτων αἰτίας, ὅπως ἅπαντας καταπληξάμενος τοὺς δυναμένους ἀντιπολιτεύεσθαι περιείη κύριος ἁπάσης τῆς Ἠπείρου. διόπερ πρὸς Περσέα ἐξαπέστειλαν εἰς Μακεδονίαν, ἐπαγγελλόμενοι παραδώσειν τὴν</w:t>
      </w:r>
    </w:p>
    <w:p>
      <w:r>
        <w:rPr>
          <w:rFonts w:ascii="Courier New" w:hAnsi="Courier New"/>
          <w:color w:val="555555"/>
          <w:sz w:val="20"/>
        </w:rPr>
        <w:t>[15]</w:t>
      </w:r>
    </w:p>
    <w:p>
      <w:r>
        <w:rPr>
          <w:rFonts w:ascii="Gentium Plus" w:hAnsi="Gentium Plus"/>
          <w:sz w:val="24"/>
        </w:rPr>
        <w:t>Ἤπειρον. (Const. Exc. 2(1), pp. 276—277.)</w:t>
      </w:r>
    </w:p>
    <w:p>
      <w:r>
        <w:rPr>
          <w:rFonts w:ascii="Courier New" w:hAnsi="Courier New"/>
          <w:color w:val="555555"/>
          <w:sz w:val="20"/>
        </w:rPr>
        <w:t>[30 5a 1]</w:t>
      </w:r>
    </w:p>
    <w:p>
      <w:r>
        <w:rPr>
          <w:rFonts w:ascii="Gentium Plus" w:hAnsi="Gentium Plus"/>
          <w:sz w:val="24"/>
        </w:rPr>
        <w:t>Ὅτι Ὁστιλίου τοῦ ὑπάτου παραγενηθέντος ἐκ Ῥώμης εἰς Ἤπειρον, Θεόδοτος καὶ Φιλόστρα‐ τος οἱ μάλιστα περσίζοντες ἐπεβάλοντο τῷ βασιλεῖ παραδοῦναι τὸν ὕπατον. μεταπεμπομένων δὲ αὐ‐</w:t>
      </w:r>
    </w:p>
    <w:p>
      <w:r>
        <w:rPr>
          <w:rFonts w:ascii="Courier New" w:hAnsi="Courier New"/>
          <w:color w:val="555555"/>
          <w:sz w:val="20"/>
        </w:rPr>
        <w:t>[5]</w:t>
      </w:r>
    </w:p>
    <w:p>
      <w:r>
        <w:rPr>
          <w:rFonts w:ascii="Gentium Plus" w:hAnsi="Gentium Plus"/>
          <w:sz w:val="24"/>
        </w:rPr>
        <w:t>τῶν τὸν Περσέα κατὰ τάχος, ὁ μὲν Ὁστίλιος λαβὼν ὑποψίαν μετῆλθε νυκτός, ὁ δὲ Περσεὺς ὑστερηκὼς τῶν καιρῶν τῆς περὶ τὸν ὕπατον συλ‐ λήψεως ἀπέτυχεν. (Const. Exc. 3, p. 198.)</w:t>
      </w:r>
    </w:p>
    <w:p>
      <w:r>
        <w:rPr>
          <w:rFonts w:ascii="Courier New" w:hAnsi="Courier New"/>
          <w:color w:val="555555"/>
          <w:sz w:val="20"/>
        </w:rPr>
        <w:t>[30 . 6 . 1]</w:t>
      </w:r>
    </w:p>
    <w:p>
      <w:r>
        <w:rPr>
          <w:rFonts w:ascii="Gentium Plus" w:hAnsi="Gentium Plus"/>
          <w:sz w:val="24"/>
        </w:rPr>
        <w:t>Ὅτι οἱ περὶ τὸν Εὐμένη τὴν τῶν Ἀβδηριτῶν πόλιν πολιορκοῦντες καὶ τὴν ἐκ τῆς βίας ἅλωσιν ἀπογνόντες διεπέμψαντο λάθρᾳ πρός τινα Πύθωνα τῇ δόξῃ πρωτεύοντα τῶν Ἀβδηριτῶν καὶ τὸ</w:t>
      </w:r>
    </w:p>
    <w:p>
      <w:r>
        <w:rPr>
          <w:rFonts w:ascii="Courier New" w:hAnsi="Courier New"/>
          <w:color w:val="555555"/>
          <w:sz w:val="20"/>
        </w:rPr>
        <w:t>[5]</w:t>
      </w:r>
    </w:p>
    <w:p>
      <w:r>
        <w:rPr>
          <w:rFonts w:ascii="Gentium Plus" w:hAnsi="Gentium Plus"/>
          <w:sz w:val="24"/>
        </w:rPr>
        <w:t>κυριεῦον μέρος διαφυλάττοντα διὰ δούλων ἰδίων καὶ ἀπελευθέρων διακοσίων. ψυχαγωγήσαντες οὖν αὐτὸν ἐπαγγελίαις διὰ τούτου παρεισήχθησαν ἐντὸς τοῦ τείχους καὶ τῆς πόλεως ἐκυρίευσαν. ὁ δὲ τὴν πόλιν προδοὺς Πύθων μετρίας τυχὼν εὐεργεσίας,</w:t>
      </w:r>
    </w:p>
    <w:p>
      <w:r>
        <w:rPr>
          <w:rFonts w:ascii="Courier New" w:hAnsi="Courier New"/>
          <w:color w:val="555555"/>
          <w:sz w:val="20"/>
        </w:rPr>
        <w:t>[10]</w:t>
      </w:r>
    </w:p>
    <w:p>
      <w:r>
        <w:rPr>
          <w:rFonts w:ascii="Gentium Plus" w:hAnsi="Gentium Plus"/>
          <w:sz w:val="24"/>
        </w:rPr>
        <w:t>πρὸ ὀφθαλμῶν λαμβάνων τὴν τῆς πατρίδος κατα‐ σκαφὴν ἐν ἀθυμίᾳ καὶ μεταμελείᾳ τὸν καταλειπό‐ μενον ἐβίωσε χρόνον. (Const. Exc. 2(1), p. 277.)</w:t>
      </w:r>
    </w:p>
    <w:p>
      <w:r>
        <w:rPr>
          <w:rFonts w:ascii="Courier New" w:hAnsi="Courier New"/>
          <w:color w:val="555555"/>
          <w:sz w:val="20"/>
        </w:rPr>
        <w:t>[30 . 7 . 2]</w:t>
      </w:r>
    </w:p>
    <w:p>
      <w:r>
        <w:rPr>
          <w:rFonts w:ascii="Gentium Plus" w:hAnsi="Gentium Plus"/>
          <w:sz w:val="24"/>
        </w:rPr>
        <w:t>Ὅτι Ἀνδρόνικος, ὁ τὸν παῖδα Σελεύκου δολοφονήσας καὶ πάλιν αὐτὸς ἀναιρεθείς, εἰς ἀσεβῆ καὶ δεινὴν πρᾶξιν ἑκουσίως ἐπιδοὺς ἑαυτὸν τῷ</w:t>
      </w:r>
    </w:p>
    <w:p>
      <w:r>
        <w:rPr>
          <w:rFonts w:ascii="Courier New" w:hAnsi="Courier New"/>
          <w:color w:val="555555"/>
          <w:sz w:val="20"/>
        </w:rPr>
        <w:t>[30 . 7 . 3]</w:t>
      </w:r>
    </w:p>
    <w:p>
      <w:r>
        <w:rPr>
          <w:rFonts w:ascii="Gentium Plus" w:hAnsi="Gentium Plus"/>
          <w:sz w:val="24"/>
        </w:rPr>
        <w:t>παθόντι τῆς ὁμοίας τύχης ἐκοινώνησεν. οἱ γὰρ δυνάσται συνήθεις εἰσὶν ἑαυτοὺς ἐκ τῶν κινδύνων ταῖς τῶν φίλων ῥύεσθαι συμφοραῖς.</w:t>
      </w:r>
    </w:p>
    <w:p>
      <w:r>
        <w:rPr>
          <w:rFonts w:ascii="Courier New" w:hAnsi="Courier New"/>
          <w:color w:val="555555"/>
          <w:sz w:val="20"/>
        </w:rPr>
        <w:t>[30 . 8 . 1]</w:t>
      </w:r>
    </w:p>
    <w:p>
      <w:r>
        <w:rPr>
          <w:rFonts w:ascii="Gentium Plus" w:hAnsi="Gentium Plus"/>
          <w:sz w:val="24"/>
        </w:rPr>
        <w:t>Ὅτι προνοητικῶς τοῦ συνεδρίου προνοησα‐ μένου καὶ κατὰ πάντα εὐκαίρως τῆς τῶν φιλανθρώ‐ πων μεταθέσεως ἐπιλαβομένου. τοῦ γὰρ Περσέως ἀντοφθαλμοῦντος παραδόξως καὶ τὸν πόλεμον δια‐</w:t>
      </w:r>
    </w:p>
    <w:p>
      <w:r>
        <w:rPr>
          <w:rFonts w:ascii="Courier New" w:hAnsi="Courier New"/>
          <w:color w:val="555555"/>
          <w:sz w:val="20"/>
        </w:rPr>
        <w:t>[5]</w:t>
      </w:r>
    </w:p>
    <w:p>
      <w:r>
        <w:rPr>
          <w:rFonts w:ascii="Gentium Plus" w:hAnsi="Gentium Plus"/>
          <w:sz w:val="24"/>
        </w:rPr>
        <w:t>φέροντος ἰσόρροπον ἐμετεωρίζοντο πολλοὶ τῶν Ἑλλήνων, ἡ δὲ σύγκλητος ἀεί τι καινοποιοῦσα τοὺς Ἕλληνας φιλανθρώπως ἀνθεῖλκε καὶ παρ’ ἕκαστον ἐπελαμβάνετο τῆς τῶν ὄχλων εὐνοίας. ἃ τίς ἂν ἡγεμονίας ἀνὴρ πραγματικὸς ὀρεγόμενος οὐκ ἂν</w:t>
      </w:r>
    </w:p>
    <w:p>
      <w:r>
        <w:rPr>
          <w:rFonts w:ascii="Courier New" w:hAnsi="Courier New"/>
          <w:color w:val="555555"/>
          <w:sz w:val="20"/>
        </w:rPr>
        <w:t>[10]</w:t>
      </w:r>
    </w:p>
    <w:p>
      <w:r>
        <w:rPr>
          <w:rFonts w:ascii="Gentium Plus" w:hAnsi="Gentium Plus"/>
          <w:sz w:val="24"/>
        </w:rPr>
        <w:t>ζηλώσειεν, ἢ τίς εὖ φρονῶν συγγραφεὺς παραλείποι τοῦ συνεδρίου τὴν ἐπίνοιαν ἀνεπισήμαντον; πᾶς γὰρ ἂν εἰκότως διαλάβοι Ῥωμαίους τοῦ πλείστου</w:t>
      </w:r>
    </w:p>
    <w:p>
      <w:r>
        <w:rPr>
          <w:rFonts w:ascii="Courier New" w:hAnsi="Courier New"/>
          <w:color w:val="555555"/>
          <w:sz w:val="20"/>
        </w:rPr>
        <w:t>[15]</w:t>
      </w:r>
    </w:p>
    <w:p>
      <w:r>
        <w:rPr>
          <w:rFonts w:ascii="Gentium Plus" w:hAnsi="Gentium Plus"/>
          <w:sz w:val="24"/>
        </w:rPr>
        <w:t>τοῖς καιροῖς ἁρμοζόντως, καὶ τινὰ μὲν περιορᾶν, τινὰ δὲ ἑκουσίως παρακούειν, καὶ τοτὲ μὲν τὴν ἄλογον ὁρμὴν τοῦ θυμοῦ παρακατέχειν, τοτὲ δὲ ἀφέμενον τὸ μέγεθος τῆς ἰδίας δυνάμεως τοὺς καταδεεστέρους θεραπεύειν χρήσιμον προκατα‐</w:t>
      </w:r>
    </w:p>
    <w:p>
      <w:r>
        <w:rPr>
          <w:rFonts w:ascii="Courier New" w:hAnsi="Courier New"/>
          <w:color w:val="555555"/>
          <w:sz w:val="20"/>
        </w:rPr>
        <w:t>[20]</w:t>
      </w:r>
    </w:p>
    <w:p>
      <w:r>
        <w:rPr>
          <w:rFonts w:ascii="Gentium Plus" w:hAnsi="Gentium Plus"/>
          <w:sz w:val="24"/>
        </w:rPr>
        <w:t>σκευαζόμενον ἔργον, ἐστὶν κατ’ ἀρετὴν ἀνδρὸς παν‐ τελείου καὶ συνεδρίου κατὰ πάντα πραγματικοῦ καὶ πόλεως ἀγαθῆς καὶ νοῦν ἐχούσης. ἃ δὴ τότε Ῥωμαίων ἡ σύγκλητος ποιοῦσα καθαπερεὶ τινὰς τύπους καὶ ὑποδείγματα καταλέλοιπε τοῖς ἡγε‐</w:t>
      </w:r>
    </w:p>
    <w:p>
      <w:r>
        <w:rPr>
          <w:rFonts w:ascii="Courier New" w:hAnsi="Courier New"/>
          <w:color w:val="555555"/>
          <w:sz w:val="20"/>
        </w:rPr>
        <w:t>[25]</w:t>
      </w:r>
    </w:p>
    <w:p>
      <w:r>
        <w:rPr>
          <w:rFonts w:ascii="Gentium Plus" w:hAnsi="Gentium Plus"/>
          <w:sz w:val="24"/>
        </w:rPr>
        <w:t>μονίας ἀντεχομένοις καὶ δυναμένοις παραπλάσασθαι πῶς τὰ συμπίπτοντα δεῖ χειρίζειν κατὰ τὰς περι‐ στάσεις.</w:t>
      </w:r>
    </w:p>
    <w:p>
      <w:r>
        <w:rPr>
          <w:rFonts w:ascii="Courier New" w:hAnsi="Courier New"/>
          <w:color w:val="555555"/>
          <w:sz w:val="20"/>
        </w:rPr>
        <w:t>[30 . 9 . 1]</w:t>
      </w:r>
    </w:p>
    <w:p>
      <w:r>
        <w:rPr>
          <w:rFonts w:ascii="Gentium Plus" w:hAnsi="Gentium Plus"/>
          <w:sz w:val="24"/>
        </w:rPr>
        <w:t>Ὅτι ὁ Περσεὺς διεπέμπετο πρὸς Γέντιον τὸν τῶν Ἰλλυριῶν βασιλέα μέγιστον ὄντα τῶν τότε δυναστῶν περὶ κοινοπραγίας. τοῦ δὲ φήσαντος ἐθέλειν μὲν πολεμεῖν πρὸς Ῥωμαίους, ἀπορεῖν δὲ</w:t>
      </w:r>
    </w:p>
    <w:p>
      <w:r>
        <w:rPr>
          <w:rFonts w:ascii="Courier New" w:hAnsi="Courier New"/>
          <w:color w:val="555555"/>
          <w:sz w:val="20"/>
        </w:rPr>
        <w:t>[5]</w:t>
      </w:r>
    </w:p>
    <w:p>
      <w:r>
        <w:rPr>
          <w:rFonts w:ascii="Gentium Plus" w:hAnsi="Gentium Plus"/>
          <w:sz w:val="24"/>
        </w:rPr>
        <w:t>χρημάτων, πάλιν διεπέμπετο πρὸς αὐτὸν ἐθελο‐ κωφῶν περὶ τῶν χρημάτων. τὴν δὲ αὐτὴν λαβὼν ἀπόκρισιν τὸ τρίτον ἀπέστειλε, νοῶν μὲν τὴν τοῦ Γεντίου διάνοιαν, οὐ προσποιούμενος δέ, ἔφησε κατὰ νοῦν γενομένων αὐτοῖς τῶν πραγμάτων τὰ</w:t>
      </w:r>
    </w:p>
    <w:p>
      <w:r>
        <w:rPr>
          <w:rFonts w:ascii="Courier New" w:hAnsi="Courier New"/>
          <w:color w:val="555555"/>
          <w:sz w:val="20"/>
        </w:rPr>
        <w:t>[10]</w:t>
      </w:r>
    </w:p>
    <w:p>
      <w:r>
        <w:rPr>
          <w:rFonts w:ascii="Gentium Plus" w:hAnsi="Gentium Plus"/>
          <w:sz w:val="24"/>
        </w:rPr>
        <w:t>εὐδοκοῦντα ποιήσειν.</w:t>
      </w:r>
    </w:p>
    <w:p>
      <w:r>
        <w:rPr>
          <w:rFonts w:ascii="Courier New" w:hAnsi="Courier New"/>
          <w:color w:val="555555"/>
          <w:sz w:val="20"/>
        </w:rPr>
        <w:t>[30 . 9 . 2]</w:t>
      </w:r>
    </w:p>
    <w:p>
      <w:r>
        <w:rPr>
          <w:rFonts w:ascii="Gentium Plus" w:hAnsi="Gentium Plus"/>
          <w:sz w:val="24"/>
        </w:rPr>
        <w:t>Ὅτι ὁ Περσεὺς οὐδέπω βουλόμενος προέσθαι χρήματα πάλιν ἐξέπεμψε πρεσβευτὰς πρὸς Γέντιον, παρασιωπῶν μὲν περὶ τοῦ δώσειν παραυτίκα χρή‐ ματα, μετὰ δὲ τὴν τῶν πραγμάτων συντέλειαν</w:t>
      </w:r>
    </w:p>
    <w:p>
      <w:r>
        <w:rPr>
          <w:rFonts w:ascii="Courier New" w:hAnsi="Courier New"/>
          <w:color w:val="555555"/>
          <w:sz w:val="20"/>
        </w:rPr>
        <w:t>[5]</w:t>
      </w:r>
    </w:p>
    <w:p>
      <w:r>
        <w:rPr>
          <w:rFonts w:ascii="Gentium Plus" w:hAnsi="Gentium Plus"/>
          <w:sz w:val="24"/>
        </w:rPr>
        <w:t>μεγάλας ὑποφαίνων ἐλπίδας· ὥστε διαπορήσαι τις ἂν πότερον τὴν τοιαύτην διάδυσιν ἀφροσύνην ἢ τελέως μανίαν ἡγήσαιτο τῶν τὰ τοιαῦτα πραττόν‐ των. ἐπιβάλλονται μὲν γὰρ μεγάλοις καὶ τὴν ἰδίαν παραβάλλονται ψυχήν, παρορῶσι δὲ τὸ μάλιστα</w:t>
      </w:r>
    </w:p>
    <w:p>
      <w:r>
        <w:rPr>
          <w:rFonts w:ascii="Courier New" w:hAnsi="Courier New"/>
          <w:color w:val="555555"/>
          <w:sz w:val="20"/>
        </w:rPr>
        <w:t>[10]</w:t>
      </w:r>
    </w:p>
    <w:p>
      <w:r>
        <w:rPr>
          <w:rFonts w:ascii="Gentium Plus" w:hAnsi="Gentium Plus"/>
          <w:sz w:val="24"/>
        </w:rPr>
        <w:t>ἀναγκαιότατον, καὶ ταῦτα νοοῦντες αὐτοὶ καὶ δυνά‐ μενοι συντελεῖν. Φίλιππος μὲν οὖν ὁ Ἀμύντου, πραγματικὸς ἀνὴρ γενόμενος, οὐδέποτε ἐν ταῖς τοιαύταις περιστάσεσιν ἐφείσατο χρημάτων, ἀλλὰ διαδοὺς πλείονα τῶν αἰτουμένων ταχὺ καὶ προδο‐</w:t>
      </w:r>
    </w:p>
    <w:p>
      <w:r>
        <w:rPr>
          <w:rFonts w:ascii="Courier New" w:hAnsi="Courier New"/>
          <w:color w:val="555555"/>
          <w:sz w:val="20"/>
        </w:rPr>
        <w:t>[15]</w:t>
      </w:r>
    </w:p>
    <w:p>
      <w:r>
        <w:rPr>
          <w:rFonts w:ascii="Gentium Plus" w:hAnsi="Gentium Plus"/>
          <w:sz w:val="24"/>
        </w:rPr>
        <w:t>τῶν πλῆθος ηὕρισκε καὶ συμμάχων. τοιγαροῦν ἐν τοῖς ἐλαχίστοις τῶν κατὰ τὴν Εὐρώπην ἐγένετο βασιλέων, καὶ δύναμιν κατέλιπε δι’ ἧς ὁ διαδεξά‐ μενος Ἀλέξανδρος τὸ πλεῖστον τῆς οἰκουμένης κατεστρέψατο. Περσεὺς δὲ χρημάτων σεσωρευ‐</w:t>
      </w:r>
    </w:p>
    <w:p>
      <w:r>
        <w:rPr>
          <w:rFonts w:ascii="Courier New" w:hAnsi="Courier New"/>
          <w:color w:val="555555"/>
          <w:sz w:val="20"/>
        </w:rPr>
        <w:t>[20]</w:t>
      </w:r>
    </w:p>
    <w:p>
      <w:r>
        <w:rPr>
          <w:rFonts w:ascii="Gentium Plus" w:hAnsi="Gentium Plus"/>
          <w:sz w:val="24"/>
        </w:rPr>
        <w:t>μένων ἔχων πλῆθος διά τε τὰς πατρικὰς καὶ τὰς ἰδίας ἐκ πολλῶν χρόνων παρασκευὰς οὐδενὶ τρόπῳ τούτων ἠθέλησεν ἅψασθαι· τοιγαροῦν ἑαυτὸν συμ‐ μάχων ἐποίησεν ἔρημον καὶ τοὺς ἑαυτοῦ κρατή‐ σαντας ὕστερον πλουσιωτέρους ἐποίησεν. καίτοι</w:t>
      </w:r>
    </w:p>
    <w:p>
      <w:r>
        <w:rPr>
          <w:rFonts w:ascii="Courier New" w:hAnsi="Courier New"/>
          <w:color w:val="555555"/>
          <w:sz w:val="20"/>
        </w:rPr>
        <w:t>[25]</w:t>
      </w:r>
    </w:p>
    <w:p>
      <w:r>
        <w:rPr>
          <w:rFonts w:ascii="Gentium Plus" w:hAnsi="Gentium Plus"/>
          <w:sz w:val="24"/>
        </w:rPr>
        <w:t>γε τοῦτο φανερὸν ἦν πᾶσιν ὡς διὰ χρημάτων, βουλόμενος ἐκτείνειν τὰς χεῖρας, πολλοὺς ἂν τῶν τότε βασιλέων καὶ δήμων ἔπεισε συμμαχεῖν· ἀλλὰ καλῶς ποιῶν οὐκ ἔπραττε ταῦτα δι’ ὧν ἢ κρατη‐ θεὶς ἂν ἐποίησε πολλοὺς τῶν Ἑλλήνων τῆς αὐτῆς</w:t>
      </w:r>
    </w:p>
    <w:p>
      <w:r>
        <w:rPr>
          <w:rFonts w:ascii="Courier New" w:hAnsi="Courier New"/>
          <w:color w:val="555555"/>
          <w:sz w:val="20"/>
        </w:rPr>
        <w:t>[30]</w:t>
      </w:r>
    </w:p>
    <w:p>
      <w:r>
        <w:rPr>
          <w:rFonts w:ascii="Gentium Plus" w:hAnsi="Gentium Plus"/>
          <w:sz w:val="24"/>
        </w:rPr>
        <w:t>ἀτυχίας μετασχεῖν ἢ καὶ κρατήσας τῶν ὅλων ἐξουσίαν ὑπερήφανον καὶ βάρος δυσυπόστατον περιεποιήσατο. (Const. Exc. 4, pp. 365—367.)</w:t>
      </w:r>
    </w:p>
    <w:p>
      <w:r>
        <w:rPr>
          <w:rFonts w:ascii="Courier New" w:hAnsi="Courier New"/>
          <w:color w:val="555555"/>
          <w:sz w:val="20"/>
        </w:rPr>
        <w:t>[30 . 10 . 1]</w:t>
      </w:r>
    </w:p>
    <w:p>
      <w:r>
        <w:rPr>
          <w:rFonts w:ascii="Gentium Plus" w:hAnsi="Gentium Plus"/>
          <w:sz w:val="24"/>
        </w:rPr>
        <w:t>Ὅτι ὁ Περσεὺς κάλλιστον εἰληφὼς παρὰ τῆς τύχης καιρὸν εἰς τὸ διαφθεῖραι τὴν δύναμιν ἄρδην τῶν Ῥωμαίων διέτριβε περὶ Δῖον τῆς Μακεδονίας, ἀπέχων μὲν οὐ πολὺ τῶν τόπων, ῥᾳθυμῶν δὲ περὶ</w:t>
      </w:r>
    </w:p>
    <w:p>
      <w:r>
        <w:rPr>
          <w:rFonts w:ascii="Courier New" w:hAnsi="Courier New"/>
          <w:color w:val="555555"/>
          <w:sz w:val="20"/>
        </w:rPr>
        <w:t>[5]</w:t>
      </w:r>
    </w:p>
    <w:p>
      <w:r>
        <w:rPr>
          <w:rFonts w:ascii="Gentium Plus" w:hAnsi="Gentium Plus"/>
          <w:sz w:val="24"/>
        </w:rPr>
        <w:t>τὰ μέγιστα τῶν πραγμάτων. κραυγῆς γὰρ μόνον ἦν χρεία καὶ σάλπιγγος εἰς τὸ τὴν στρατιὰν τῶν πολεμίων λαβεῖν αἰχμάλωτον, περικεκλεισμένην ἐν κρημνοῖς καὶ φάραγξι δυσεξιτήτοις. διόπερ ἐκείνου περὶ τούτων ἠμεληκότος, καὶ οἱ τὴν παρεμβολὴν</w:t>
      </w:r>
    </w:p>
    <w:p>
      <w:r>
        <w:rPr>
          <w:rFonts w:ascii="Courier New" w:hAnsi="Courier New"/>
          <w:color w:val="555555"/>
          <w:sz w:val="20"/>
        </w:rPr>
        <w:t>[10]</w:t>
      </w:r>
    </w:p>
    <w:p>
      <w:r>
        <w:rPr>
          <w:rFonts w:ascii="Gentium Plus" w:hAnsi="Gentium Plus"/>
          <w:sz w:val="24"/>
        </w:rPr>
        <w:t>ἔχοντες ἐπὶ ταῖς ἀκρωρείαις Μακεδόνες περὶ τὰς φυλακὰς καὶ τὰς ἐκκοιτίας ἐρρᾳθύμουν. (Const. Exc. 2(1), p. 277.)</w:t>
      </w:r>
    </w:p>
    <w:p>
      <w:r>
        <w:rPr>
          <w:rFonts w:ascii="Courier New" w:hAnsi="Courier New"/>
          <w:color w:val="555555"/>
          <w:sz w:val="20"/>
        </w:rPr>
        <w:t>[30 . 10 . 2]</w:t>
      </w:r>
    </w:p>
    <w:p>
      <w:r>
        <w:rPr>
          <w:rFonts w:ascii="Gentium Plus" w:hAnsi="Gentium Plus"/>
          <w:sz w:val="24"/>
        </w:rPr>
        <w:t>Ὅτι τοῦ Περσέως ἐν Δίῳ περὶ τὴν τοῦ σώμα‐ τος θεραπείαν γινομένου, τῶν σωματοφυλάκων τις εἰσδραμὼν εἰς τὸν λουτρῶνα τὴν παρουσίαν τῶν πολεμίων ἐδήλωσεν. ὁ δὲ ἐπὶ τοσοῦτον ἐπτοήθη</w:t>
      </w:r>
    </w:p>
    <w:p>
      <w:r>
        <w:rPr>
          <w:rFonts w:ascii="Courier New" w:hAnsi="Courier New"/>
          <w:color w:val="555555"/>
          <w:sz w:val="20"/>
        </w:rPr>
        <w:t>[5]</w:t>
      </w:r>
    </w:p>
    <w:p>
      <w:r>
        <w:rPr>
          <w:rFonts w:ascii="Gentium Plus" w:hAnsi="Gentium Plus"/>
          <w:sz w:val="24"/>
        </w:rPr>
        <w:t>τὴν ψυχὴν ὥστε ἐξαλόμενος ἐκ τῆς πυρίας καὶ πατάξας τὸν μηρὸν ἐμπαθῶς, Οὐδὲ παραταξα‐ μένους ἡμᾶς, εἶπεν, ὦ θεοί, παραδίδοτε τοῖς πολεμίοις ἀγεννῶς; (Const. Exc. 4, p. 367.)</w:t>
      </w:r>
    </w:p>
    <w:p>
      <w:r>
        <w:rPr>
          <w:rFonts w:ascii="Courier New" w:hAnsi="Courier New"/>
          <w:color w:val="555555"/>
          <w:sz w:val="20"/>
        </w:rPr>
        <w:t>[30 . 11 . 1]</w:t>
      </w:r>
    </w:p>
    <w:p>
      <w:r>
        <w:rPr>
          <w:rFonts w:ascii="Gentium Plus" w:hAnsi="Gentium Plus"/>
          <w:sz w:val="24"/>
        </w:rPr>
        <w:t>Ὅτι τελέως ὁ Περσεὺς νομίσας ἐπταικέναι τοῖς ὅλοις, κατὰ πᾶν συντριβεὶς τῇ ψυχῇ Νίκωνα μὲν τὸν θησαυροφύλακα ἐξέπεμψε, συντάξας τὴν ἐν τῷ Φάκῳ γάζαν καὶ τὰ χρήματα καταποντίσαι,</w:t>
      </w:r>
    </w:p>
    <w:p>
      <w:r>
        <w:rPr>
          <w:rFonts w:ascii="Courier New" w:hAnsi="Courier New"/>
          <w:color w:val="555555"/>
          <w:sz w:val="20"/>
        </w:rPr>
        <w:t>[5]</w:t>
      </w:r>
    </w:p>
    <w:p>
      <w:r>
        <w:rPr>
          <w:rFonts w:ascii="Gentium Plus" w:hAnsi="Gentium Plus"/>
          <w:sz w:val="24"/>
        </w:rPr>
        <w:t>Ἀνδρόνικον δὲ τὸν σωματοφύλακα εἰς Θεσσα‐ λονίκην, συντάξας ἐμπρῆσαι τὰ νεώρια τὴν ταχί‐ στην. ὃς γενηθεὶς τούτου φρονιμώτερος ἦλθεν εἰς Θεσσαλονίκην, οὐ μὴν ἐποίησε τὸ προσταχθέν, νομίζων † φίλιον τοῖς ὅλοις κρατεῖν Ῥωμαίοις.</w:t>
      </w:r>
    </w:p>
    <w:p>
      <w:r>
        <w:rPr>
          <w:rFonts w:ascii="Courier New" w:hAnsi="Courier New"/>
          <w:color w:val="555555"/>
          <w:sz w:val="20"/>
        </w:rPr>
        <w:t>[30 . 11 . 2]</w:t>
      </w:r>
    </w:p>
    <w:p>
      <w:r>
        <w:rPr>
          <w:rFonts w:ascii="Gentium Plus" w:hAnsi="Gentium Plus"/>
          <w:sz w:val="24"/>
        </w:rPr>
        <w:t>Ὅτι ὁ αὐτὸς τοὺς χρυσοῦς ἀνδριάντας ἀνασπάσας ἐκ Δίου, πάντας τοὺς ἐκ τῆς πόλεως ἀναλαβὼν μετὰ τέκνων καὶ γυναικῶν ἀνεχώρησεν εἰς Πύδναν. οὗ μεῖζον ἁμάρτημα τῷ Περσεῖ πεπραγμένον οὐκ</w:t>
      </w:r>
    </w:p>
    <w:p>
      <w:r>
        <w:rPr>
          <w:rFonts w:ascii="Courier New" w:hAnsi="Courier New"/>
          <w:color w:val="555555"/>
          <w:sz w:val="20"/>
        </w:rPr>
        <w:t>[5]</w:t>
      </w:r>
    </w:p>
    <w:p>
      <w:r>
        <w:rPr>
          <w:rFonts w:ascii="Gentium Plus" w:hAnsi="Gentium Plus"/>
          <w:sz w:val="24"/>
        </w:rPr>
        <w:t>ἄν τις εὕροι. (Const. Exc. 2(1), pp. 277—278.)</w:t>
      </w:r>
    </w:p>
    <w:p>
      <w:r>
        <w:rPr>
          <w:rFonts w:ascii="Courier New" w:hAnsi="Courier New"/>
          <w:color w:val="555555"/>
          <w:sz w:val="20"/>
        </w:rPr>
        <w:t>[30 . 12 . 1]</w:t>
      </w:r>
    </w:p>
    <w:p>
      <w:r>
        <w:rPr>
          <w:rFonts w:ascii="Gentium Plus" w:hAnsi="Gentium Plus"/>
          <w:sz w:val="24"/>
        </w:rPr>
        <w:t>Ὅτι οἱ Ῥωμαῖοι τοὺς νενικηκότας ἐτρέψαντο· ἐνίοτε γὰρ τὰ παραστήματα τῶν ἀνδρῶν καὶ τὰ τελέως ἀπηλπισμένα πρὸς ἀπεγνωσμένην ἄγει συν‐ τέλειαν. (Const. Exc. 4, p. 367.)</w:t>
      </w:r>
    </w:p>
    <w:p>
      <w:r>
        <w:rPr>
          <w:rFonts w:ascii="Courier New" w:hAnsi="Courier New"/>
          <w:color w:val="555555"/>
          <w:sz w:val="20"/>
        </w:rPr>
        <w:t>[30 . 13 . 1]</w:t>
      </w:r>
    </w:p>
    <w:p>
      <w:r>
        <w:rPr>
          <w:rFonts w:ascii="Gentium Plus" w:hAnsi="Gentium Plus"/>
          <w:sz w:val="24"/>
        </w:rPr>
        <w:t>Ὅτι οἱ Κυδωνιᾶται ἐπετελέσαντο πρᾶξιν ἔκ‐ νομον καὶ τελέως ἀλλοτριωτάτην τῶν Ἑλληνικῶν νομίμων. ἐν εἰρήνῃ γὰρ ὡς φίλοι πιστευόμενοι καταλαβόντες τὴν τῶν Ἀπολλωνιατῶν πόλιν τοὺς</w:t>
      </w:r>
    </w:p>
    <w:p>
      <w:r>
        <w:rPr>
          <w:rFonts w:ascii="Courier New" w:hAnsi="Courier New"/>
          <w:color w:val="555555"/>
          <w:sz w:val="20"/>
        </w:rPr>
        <w:t>[5]</w:t>
      </w:r>
    </w:p>
    <w:p>
      <w:r>
        <w:rPr>
          <w:rFonts w:ascii="Gentium Plus" w:hAnsi="Gentium Plus"/>
          <w:sz w:val="24"/>
        </w:rPr>
        <w:t>μὲν ἄνδρας ἡβηδὸν ἀνεῖλον, τέκνα δὲ καὶ γυναῖκας διανειμάμενοι κατεῖχον τὴν πόλιν.</w:t>
      </w:r>
    </w:p>
    <w:p>
      <w:r>
        <w:rPr>
          <w:rFonts w:ascii="Courier New" w:hAnsi="Courier New"/>
          <w:color w:val="555555"/>
          <w:sz w:val="20"/>
        </w:rPr>
        <w:t>[30 . 14 . 1]</w:t>
      </w:r>
    </w:p>
    <w:p>
      <w:r>
        <w:rPr>
          <w:rFonts w:ascii="Gentium Plus" w:hAnsi="Gentium Plus"/>
          <w:sz w:val="24"/>
        </w:rPr>
        <w:t>Ὅτι ὁ Ἀντίοχος δυνάμενος ἐλασσωθέντας τοὺς Αἰγυπτίους ἀποκτεῖναι, παριππεύων ἐβόα μὴ κτείνειν αὐτούς, ἀλλὰ ζῶντας συλλαμβάνειν. ταχὺ δὲ τοὺς καρποὺς ταύτης τῆς ἀγχινοίας ἐκομίσατο,</w:t>
      </w:r>
    </w:p>
    <w:p>
      <w:r>
        <w:rPr>
          <w:rFonts w:ascii="Courier New" w:hAnsi="Courier New"/>
          <w:color w:val="555555"/>
          <w:sz w:val="20"/>
        </w:rPr>
        <w:t>[5]</w:t>
      </w:r>
    </w:p>
    <w:p>
      <w:r>
        <w:rPr>
          <w:rFonts w:ascii="Gentium Plus" w:hAnsi="Gentium Plus"/>
          <w:sz w:val="24"/>
        </w:rPr>
        <w:t>καὶ πρὸς τὴν τοῦ Πηλουσίου κατάληψιν καὶ μετὰ ταῦτα πρὸς τὴν κατάκτησιν τῆς Αἰγύπτου ταύτης τῆς φιλανθρωπίας μέγιστα συμβαλομένης. (Const. Exc. 2(1), p. 278.)</w:t>
      </w:r>
    </w:p>
    <w:p>
      <w:r>
        <w:rPr>
          <w:rFonts w:ascii="Courier New" w:hAnsi="Courier New"/>
          <w:color w:val="555555"/>
          <w:sz w:val="20"/>
        </w:rPr>
        <w:t>[30 . 15 . 1]</w:t>
      </w:r>
    </w:p>
    <w:p>
      <w:r>
        <w:rPr>
          <w:rFonts w:ascii="Gentium Plus" w:hAnsi="Gentium Plus"/>
          <w:sz w:val="24"/>
        </w:rPr>
        <w:t>Ὅτι οἱ ἐπίτροποι Πτολεμαίου τοῦ μείρακος, Εὐλαῖος ὁ εὐνοῦχος καὶ Λήναιος ὁ Σύρος, πάντα πόρον καὶ μηχανὴν ἐπενόουν καὶ ἄργυρον καὶ χρυ‐ σὸν καὶ τὴν ἄλλην γάζαν εἰς τὸ βασιλικὸν ἐσώρευον,</w:t>
      </w:r>
    </w:p>
    <w:p>
      <w:r>
        <w:rPr>
          <w:rFonts w:ascii="Courier New" w:hAnsi="Courier New"/>
          <w:color w:val="555555"/>
          <w:sz w:val="20"/>
        </w:rPr>
        <w:t>[5]</w:t>
      </w:r>
    </w:p>
    <w:p>
      <w:r>
        <w:rPr>
          <w:rFonts w:ascii="Gentium Plus" w:hAnsi="Gentium Plus"/>
          <w:sz w:val="24"/>
        </w:rPr>
        <w:t>ὥστε οὐκ ἄν τις θαυμάσειεν εἰ διὰ τοιούτων ἀνθρώ‐</w:t>
      </w:r>
    </w:p>
    <w:p>
      <w:r>
        <w:rPr>
          <w:rFonts w:ascii="Courier New" w:hAnsi="Courier New"/>
          <w:color w:val="555555"/>
          <w:sz w:val="20"/>
        </w:rPr>
        <w:t>[10]</w:t>
      </w:r>
    </w:p>
    <w:p>
      <w:r>
        <w:rPr>
          <w:rFonts w:ascii="Gentium Plus" w:hAnsi="Gentium Plus"/>
          <w:sz w:val="24"/>
        </w:rPr>
        <w:t>Ἄρεως ἀγῶνας ἠλλάξατο, ὁ δὲ Κοιλοσυρίτης γε‐ γονὼς δοῦλος καὶ μόνον οὐ μετὰ χεῖρας ἔχων ἔτι τὸ λογιστήριον ἐτόλμησε τὸν περὶ Συρίας πόλεμον ἀναλαβεῖν, Ἀντιόχου καὶ δυνάμεσι καὶ ταῖς ἄλλαις χορηγίαις οὐδενὸς ἧττον ἰσχύσαντος· τὸ δὲ μέγι‐</w:t>
      </w:r>
    </w:p>
    <w:p>
      <w:r>
        <w:rPr>
          <w:rFonts w:ascii="Courier New" w:hAnsi="Courier New"/>
          <w:color w:val="555555"/>
          <w:sz w:val="20"/>
        </w:rPr>
        <w:t>[15]</w:t>
      </w:r>
    </w:p>
    <w:p>
      <w:r>
        <w:rPr>
          <w:rFonts w:ascii="Gentium Plus" w:hAnsi="Gentium Plus"/>
          <w:sz w:val="24"/>
        </w:rPr>
        <w:t>στον, ὄντες ἄπειροι τελείως τῶν κατὰ πόλεμον ἀγώνων καὶ μηδένα μήτε σύμβουλον ἔχοντες ἀξιό‐ χρεων μήθ’ ἡγεμόνα δυνατὸν ἐπεβάλοντο τηλικού‐ τοις ἔργοις. τοιγαροῦν αὐτοί τε τῆς ἀφροσύνης ταχέως τὴν προσήκουσαν ἐκομίσαντο τιμωρίαν καὶ</w:t>
      </w:r>
    </w:p>
    <w:p>
      <w:r>
        <w:rPr>
          <w:rFonts w:ascii="Courier New" w:hAnsi="Courier New"/>
          <w:color w:val="555555"/>
          <w:sz w:val="20"/>
        </w:rPr>
        <w:t>[20]</w:t>
      </w:r>
    </w:p>
    <w:p>
      <w:r>
        <w:rPr>
          <w:rFonts w:ascii="Gentium Plus" w:hAnsi="Gentium Plus"/>
          <w:sz w:val="24"/>
        </w:rPr>
        <w:t>τὴν βασιλείαν ἀνέτρεψαν ἄρδην τὸ καθ’ αὑτοὺς μέρος. Τὰ γὰρ τοιαῦτα παρασημαινόμεθα πρὸς τὸ τὰς αἰτίας ἀκριβῶς θεωρεῖσθαι τῶν ἐλαττωμάτων καὶ κατορθωμάτων, καὶ τοῖς μὲν καλῶς προστατοῦσι</w:t>
      </w:r>
    </w:p>
    <w:p>
      <w:r>
        <w:rPr>
          <w:rFonts w:ascii="Courier New" w:hAnsi="Courier New"/>
          <w:color w:val="555555"/>
          <w:sz w:val="20"/>
        </w:rPr>
        <w:t>[25]</w:t>
      </w:r>
    </w:p>
    <w:p>
      <w:r>
        <w:rPr>
          <w:rFonts w:ascii="Gentium Plus" w:hAnsi="Gentium Plus"/>
          <w:sz w:val="24"/>
        </w:rPr>
        <w:t>τῶν πραγμάτων ἔπαινον ἀπομερίζοντες, τῶν δὲ φαύλως διοικούντων κατηγοροῦντες. ἅμα μὲν γὰρ τὰς ἐφ’ ἑκάτερα προαιρέσεις τῶν ἀνδρῶν ἐμφανεῖς κατασκευάζομεν καὶ τὸν οἰκεῖον λόγον ἑκατέροις ἀπονέμοντες προτρεπόμεθα τὰς τῶν ἀναγινωσκόν‐</w:t>
      </w:r>
    </w:p>
    <w:p>
      <w:r>
        <w:rPr>
          <w:rFonts w:ascii="Courier New" w:hAnsi="Courier New"/>
          <w:color w:val="555555"/>
          <w:sz w:val="20"/>
        </w:rPr>
        <w:t>[30]</w:t>
      </w:r>
    </w:p>
    <w:p>
      <w:r>
        <w:rPr>
          <w:rFonts w:ascii="Gentium Plus" w:hAnsi="Gentium Plus"/>
          <w:sz w:val="24"/>
        </w:rPr>
        <w:t>των ψυχὰς πρὸς τὸν τῶν καλῶν ζῆλον, ἅμα δὲ τὴν ἱστορίαν ἔγκαρπον καὶ πᾶσι χρησίμην ἐφ’ ὅσον ἡμῖν δυνατὸν κατασκευάζομεν διὰ τὸ τὰς ψιλῶς ἐχούσας ναυμαχίας καὶ παρατάξεις, ἔτι δὲ νομο‐ θεσίας, μηδὲν διαφέρειν μύθων.</w:t>
      </w:r>
    </w:p>
    <w:p>
      <w:r>
        <w:rPr>
          <w:rFonts w:ascii="Courier New" w:hAnsi="Courier New"/>
          <w:color w:val="555555"/>
          <w:sz w:val="20"/>
        </w:rPr>
        <w:t>[30 . 16 . 1]</w:t>
      </w:r>
    </w:p>
    <w:p>
      <w:r>
        <w:rPr>
          <w:rFonts w:ascii="Gentium Plus" w:hAnsi="Gentium Plus"/>
          <w:sz w:val="24"/>
        </w:rPr>
        <w:t>Ὅτι τὰ πλήθη συναγαγόντες εἰς ἐκκλησίαν οἱ τοῦ Πτολεμαίου ἐπίτροποι καὶ σύντομον τέλος ἐπιθήσειν τῷ πολέμῳ κατεπαγγειλάμενοι τοῦτό γε οὐ διεψεύσαντο, ταχὺ καὶ τῷ πολέμῳ καὶ σφίσιν</w:t>
      </w:r>
    </w:p>
    <w:p>
      <w:r>
        <w:rPr>
          <w:rFonts w:ascii="Courier New" w:hAnsi="Courier New"/>
          <w:color w:val="555555"/>
          <w:sz w:val="20"/>
        </w:rPr>
        <w:t>[5]</w:t>
      </w:r>
    </w:p>
    <w:p>
      <w:r>
        <w:rPr>
          <w:rFonts w:ascii="Gentium Plus" w:hAnsi="Gentium Plus"/>
          <w:sz w:val="24"/>
        </w:rPr>
        <w:t>αὐτοῖς τὸ τέλος περιποιήσαντες. ἐπὶ τοσοῦτον δὲ διὰ τὴν ἀπειρίαν εὐέλπιδες ἦσαν τοῦ μὴ μόνον Συρίας κρατήσειν, ἀλλὰ καὶ τῆς βασιλείας Ἀντι‐ όχου πάσης, ὥστε τῶν συναχθέντων χρημάτων ἐκόμιζον τὰ πλεῖστα καὶ τῶν ἐκ κυλικείου χρυσω‐</w:t>
      </w:r>
    </w:p>
    <w:p>
      <w:r>
        <w:rPr>
          <w:rFonts w:ascii="Courier New" w:hAnsi="Courier New"/>
          <w:color w:val="555555"/>
          <w:sz w:val="20"/>
        </w:rPr>
        <w:t>[10]</w:t>
      </w:r>
    </w:p>
    <w:p>
      <w:r>
        <w:rPr>
          <w:rFonts w:ascii="Gentium Plus" w:hAnsi="Gentium Plus"/>
          <w:sz w:val="24"/>
        </w:rPr>
        <w:t>μάτων· ἀπεσκευάσαντο δὲ καὶ τῶν βασιλείων κλίνας τὰς πλείστας μὲν ἀργυρόποδας, ὀλίγας δὲ καὶ χρυσόποδας, πρὸς δὲ τούτοις ἱματίων καὶ κόσμου γυναικείου καὶ τῶν πολυτελεστάτων λίθων πλῆθος· ταῦτα δὲ ἔφασαν κομίζειν εἰς τοὺς προχείρως αὐ‐</w:t>
      </w:r>
    </w:p>
    <w:p>
      <w:r>
        <w:rPr>
          <w:rFonts w:ascii="Courier New" w:hAnsi="Courier New"/>
          <w:color w:val="555555"/>
          <w:sz w:val="20"/>
        </w:rPr>
        <w:t>[15]</w:t>
      </w:r>
    </w:p>
    <w:p>
      <w:r>
        <w:rPr>
          <w:rFonts w:ascii="Gentium Plus" w:hAnsi="Gentium Plus"/>
          <w:sz w:val="24"/>
        </w:rPr>
        <w:t>τοῖς ἢ πόλεις ἢ φρούρια παραδώσοντας. τὰ δὲ οὐχ οὕτως εἶχεν, ἀλλ’ ἔφερον ἕτοιμα χορηγεῖα πρὸς τὸν καθ’ αὑτῶν ὄλεθρον. (Const. Exc. 4, pp. 367—368.)</w:t>
      </w:r>
    </w:p>
    <w:p>
      <w:r>
        <w:rPr>
          <w:rFonts w:ascii="Courier New" w:hAnsi="Courier New"/>
          <w:color w:val="555555"/>
          <w:sz w:val="20"/>
        </w:rPr>
        <w:t>[30 . 17 . 1]</w:t>
      </w:r>
    </w:p>
    <w:p>
      <w:r>
        <w:rPr>
          <w:rFonts w:ascii="Gentium Plus" w:hAnsi="Gentium Plus"/>
          <w:sz w:val="24"/>
        </w:rPr>
        <w:t>Ἡμεῖς δὲ τοῦ Πτολεμαίου τὴν οὕτως ἀγεννῆ φυγὴν οὐκ ἂν προηγουμένως ἀνεπισήμαντον ἐάσαι‐ μεν. τὸ γὰρ ἐκτὸς γενόμενον τῶν δεινῶν καὶ τοσοῦτον τόπον ἀφεστηκότα τῶν πολεμίων αὐτό‐</w:t>
      </w:r>
    </w:p>
    <w:p>
      <w:r>
        <w:rPr>
          <w:rFonts w:ascii="Courier New" w:hAnsi="Courier New"/>
          <w:color w:val="555555"/>
          <w:sz w:val="20"/>
        </w:rPr>
        <w:t>[5]</w:t>
      </w:r>
    </w:p>
    <w:p>
      <w:r>
        <w:rPr>
          <w:rFonts w:ascii="Gentium Plus" w:hAnsi="Gentium Plus"/>
          <w:sz w:val="24"/>
        </w:rPr>
        <w:t>θεν καθάπερ ἀκονιτὶ παραχωρῆσαι βασιλείας με‐ γίστης καὶ μακαριωτάτης πῶς οὐκ ἄν τις ἡγήσαιτο ψυχῆς τελείως ἐκτεθηλυμμένης εἶναι; ἣν εἰ μὲν συνέβαινε φυσικῶς ὑπάρχειν Πτολεμαίῳ τοιαύτην,</w:t>
      </w:r>
    </w:p>
    <w:p>
      <w:r>
        <w:rPr>
          <w:rFonts w:ascii="Courier New" w:hAnsi="Courier New"/>
          <w:color w:val="555555"/>
          <w:sz w:val="20"/>
        </w:rPr>
        <w:t>[10]</w:t>
      </w:r>
    </w:p>
    <w:p>
      <w:r>
        <w:rPr>
          <w:rFonts w:ascii="Gentium Plus" w:hAnsi="Gentium Plus"/>
          <w:sz w:val="24"/>
        </w:rPr>
        <w:t>ὕστερον πράξεων ἡ φύσις ἱκανῶς ὑπὲρ αὑτῆς ἀπε‐ λογήθη, δείξασα τὸν βασιλέα καὶ στάσιμον ὄντα καὶ δραστικὸν οὐδενὸς ἧττον, ἀναγκαῖόν ἐστι τὰς αἰτίας ἀνατιθέναι τῆς τότε δειλίας καὶ ἀγεννείας εἰς τὸν σπάδωνα καὶ τὴν ἐκείνου συντροφίαν· ὃς</w:t>
      </w:r>
    </w:p>
    <w:p>
      <w:r>
        <w:rPr>
          <w:rFonts w:ascii="Courier New" w:hAnsi="Courier New"/>
          <w:color w:val="555555"/>
          <w:sz w:val="20"/>
        </w:rPr>
        <w:t>[15]</w:t>
      </w:r>
    </w:p>
    <w:p>
      <w:r>
        <w:rPr>
          <w:rFonts w:ascii="Gentium Plus" w:hAnsi="Gentium Plus"/>
          <w:sz w:val="24"/>
        </w:rPr>
        <w:t>ἐκ παιδὸς τὸ μειράκιον ἐν τρυφῇ καὶ γυναικείοις ἐπιτηδεύμασι συνέχων διέφθειρεν αὐτοῦ τὴν ψυχήν.</w:t>
      </w:r>
    </w:p>
    <w:p>
      <w:r>
        <w:rPr>
          <w:rFonts w:ascii="Courier New" w:hAnsi="Courier New"/>
          <w:color w:val="555555"/>
          <w:sz w:val="20"/>
        </w:rPr>
        <w:t>[30 . 18 . 1]</w:t>
      </w:r>
    </w:p>
    <w:p>
      <w:r>
        <w:rPr>
          <w:rFonts w:ascii="Gentium Plus" w:hAnsi="Gentium Plus"/>
          <w:sz w:val="24"/>
        </w:rPr>
        <w:t>Ὅτι ὁ Ἀντίοχος ἀνὴρ ἐφάνη πραγματικὸς καὶ τοῦ προσχήματος τῆς βασιλείας ἄξιος πλὴν τοῦ κατὰ τὸ Πηλούσιον στρατηγήματος. (Const. Exc. 2(1), pp. 278—279.)</w:t>
      </w:r>
    </w:p>
    <w:p>
      <w:r>
        <w:rPr>
          <w:rFonts w:ascii="Courier New" w:hAnsi="Courier New"/>
          <w:color w:val="555555"/>
          <w:sz w:val="20"/>
        </w:rPr>
        <w:t>[30 . 18 . 2]</w:t>
      </w:r>
    </w:p>
    <w:p>
      <w:r>
        <w:rPr>
          <w:rFonts w:ascii="Gentium Plus" w:hAnsi="Gentium Plus"/>
          <w:sz w:val="24"/>
        </w:rPr>
        <w:t>Ὅτι ὁ Ἀντίοχος διὰ στρατηγήματος ἀμφιδοξου‐ μένου ἐκυρίευσε τοῦ Πηλουσίου. πᾶς γὰρ πόλεμος ἐκβεβηκὼς τὰ νόμιμα καὶ δίκαια τῶν ἀνθρώπων ὅμως ἔχει τινὰς ἰδίους καθαπερεὶ νόμους, οἷον</w:t>
      </w:r>
    </w:p>
    <w:p>
      <w:r>
        <w:rPr>
          <w:rFonts w:ascii="Courier New" w:hAnsi="Courier New"/>
          <w:color w:val="555555"/>
          <w:sz w:val="20"/>
        </w:rPr>
        <w:t>[5]</w:t>
      </w:r>
    </w:p>
    <w:p>
      <w:r>
        <w:rPr>
          <w:rFonts w:ascii="Gentium Plus" w:hAnsi="Gentium Plus"/>
          <w:sz w:val="24"/>
        </w:rPr>
        <w:t>ἀνοχὰς μὴ λύειν, κήρυκα μὴ ἀναιρεῖν, τὸν τὸ σῶμα αὑτοῦ πρὸς τὴν τοῦ κατισχύοντος πίστιν ... τιμωρεῖσθαι. ταῦτα καὶ τὰ τούτοις ὅμοια ... προσηκόντως ἄν τις ἀποφήναιτο τὸν Ἀντίοχον, καθάπερ τοὺς ἀπὸ τῶν δικαστηρίων συκοφάντας,</w:t>
      </w:r>
    </w:p>
    <w:p>
      <w:r>
        <w:rPr>
          <w:rFonts w:ascii="Courier New" w:hAnsi="Courier New"/>
          <w:color w:val="555555"/>
          <w:sz w:val="20"/>
        </w:rPr>
        <w:t>[10]</w:t>
      </w:r>
    </w:p>
    <w:p>
      <w:r>
        <w:rPr>
          <w:rFonts w:ascii="Gentium Plus" w:hAnsi="Gentium Plus"/>
          <w:sz w:val="24"/>
        </w:rPr>
        <w:t>τὸ μὲν ῥητὸν τοῦ νόμου τετηρηκέναι μετὰ τὰς ἀνοχὰς τὴν κατάληψιν πεποιημένον, τὸ μέντοι γε δίκαιον καὶ καλόν, δι’ ὧν ὁ πάντων συνέχεται βίος, μὴ τετηρηκέναι. διὰ γὰρ τὴν συγγένειαν ὀφείλων φείδεσθαι τοῦ μειρακίου, καθάπερ αὐτὸς ἔφησε,</w:t>
      </w:r>
    </w:p>
    <w:p>
      <w:r>
        <w:rPr>
          <w:rFonts w:ascii="Courier New" w:hAnsi="Courier New"/>
          <w:color w:val="555555"/>
          <w:sz w:val="20"/>
        </w:rPr>
        <w:t>[15]</w:t>
      </w:r>
    </w:p>
    <w:p>
      <w:r>
        <w:rPr>
          <w:rFonts w:ascii="Gentium Plus" w:hAnsi="Gentium Plus"/>
          <w:sz w:val="24"/>
        </w:rPr>
        <w:t>τοὐναντίον ἐξαπατήσας ἐπεβάλετο τοῖς ὅλοις σφῆλαι</w:t>
      </w:r>
    </w:p>
    <w:p>
      <w:r>
        <w:rPr>
          <w:rFonts w:ascii="Courier New" w:hAnsi="Courier New"/>
          <w:color w:val="555555"/>
          <w:sz w:val="20"/>
        </w:rPr>
        <w:t>[30 . 19 . 1]</w:t>
      </w:r>
    </w:p>
    <w:p>
      <w:r>
        <w:rPr>
          <w:rFonts w:ascii="Gentium Plus" w:hAnsi="Gentium Plus"/>
          <w:sz w:val="24"/>
        </w:rPr>
        <w:t>Ὅτι ὁ Περσεὺς πυθόμενος ἐπιλέκτους Γαλά‐ τας πεπερακέναι τὸν Ἴστρον ἐπὶ συμμαχίᾳ, περι‐ χαρὴς γενόμενος ἀπέστειλεν εἰς τὴν Μαιδικήν, προτρεπόμενος ἥκειν τὴν ταχίστην. ὁ δὲ τῶν</w:t>
      </w:r>
    </w:p>
    <w:p>
      <w:r>
        <w:rPr>
          <w:rFonts w:ascii="Courier New" w:hAnsi="Courier New"/>
          <w:color w:val="555555"/>
          <w:sz w:val="20"/>
        </w:rPr>
        <w:t>[5]</w:t>
      </w:r>
    </w:p>
    <w:p>
      <w:r>
        <w:rPr>
          <w:rFonts w:ascii="Gentium Plus" w:hAnsi="Gentium Plus"/>
          <w:sz w:val="24"/>
        </w:rPr>
        <w:t>Γαλατῶν ἡγούμενος συμφωνήσας μισθὸν ᾔτει τακτόν, τοῦ σύμπαντος χρήματος εἰς πεντακόσια τάλαντα γινομένου. τοῦ δὲ Περσέως ὁμολογή‐ σαντος μὲν δώσειν, οὐ ποιοῦντος δὲ τὸ συμφωνη‐ θὲν διὰ φιλαργυρίαν, ἐπανῆλθον εἰς τὴν οἰκείαν πάλιν</w:t>
      </w:r>
    </w:p>
    <w:p>
      <w:r>
        <w:rPr>
          <w:rFonts w:ascii="Courier New" w:hAnsi="Courier New"/>
          <w:color w:val="555555"/>
          <w:sz w:val="20"/>
        </w:rPr>
        <w:t>[10]</w:t>
      </w:r>
    </w:p>
    <w:p>
      <w:r>
        <w:rPr>
          <w:rFonts w:ascii="Gentium Plus" w:hAnsi="Gentium Plus"/>
          <w:sz w:val="24"/>
        </w:rPr>
        <w:t>οἱ Γαλάται.</w:t>
      </w:r>
    </w:p>
    <w:p>
      <w:r>
        <w:rPr>
          <w:rFonts w:ascii="Courier New" w:hAnsi="Courier New"/>
          <w:color w:val="555555"/>
          <w:sz w:val="20"/>
        </w:rPr>
        <w:t>[30 . 20 . 1]</w:t>
      </w:r>
    </w:p>
    <w:p>
      <w:r>
        <w:rPr>
          <w:rFonts w:ascii="Gentium Plus" w:hAnsi="Gentium Plus"/>
          <w:sz w:val="24"/>
        </w:rPr>
        <w:t>Ὅτι Αἰμίλιος ὁ Ῥωμαῖος παραλαβὼν τὰς δυνάμεις καὶ συναγαγὼν εἰς ἐκκλησίαν προετρέψατο τῶν στρατιωτῶν τὰς ψυχὰς εἰς τὸ θαρρεῖν. ἦν γὰρ ὁ ἀνὴρ οὗτος περὶ ἑξήκοντα ἔτη καὶ διὰ τὰς προ‐</w:t>
      </w:r>
    </w:p>
    <w:p>
      <w:r>
        <w:rPr>
          <w:rFonts w:ascii="Courier New" w:hAnsi="Courier New"/>
          <w:color w:val="555555"/>
          <w:sz w:val="20"/>
        </w:rPr>
        <w:t>[5]</w:t>
      </w:r>
    </w:p>
    <w:p>
      <w:r>
        <w:rPr>
          <w:rFonts w:ascii="Gentium Plus" w:hAnsi="Gentium Plus"/>
          <w:sz w:val="24"/>
        </w:rPr>
        <w:t>κατεργασθείσας πράξεις μέγιστον ἔχων τότε Ῥω‐ μαίων ἀξίωμα. πολλὰ δὲ καὶ κατὰ τὸν πόλεμον ἐπενοήσατο ξένα καὶ τοῖς ἄλλοις δυσεξεύρετα, καὶ διὰ τῆς ἰδίας ἀγχινοίας καὶ τόλμης κατεπολέμησε τοὺς Μακεδόνας.</w:t>
      </w:r>
    </w:p>
    <w:p>
      <w:r>
        <w:rPr>
          <w:rFonts w:ascii="Courier New" w:hAnsi="Courier New"/>
          <w:color w:val="555555"/>
          <w:sz w:val="20"/>
        </w:rPr>
        <w:t>[30 . 21 . 1]</w:t>
      </w:r>
    </w:p>
    <w:p>
      <w:r>
        <w:rPr>
          <w:rFonts w:ascii="Gentium Plus" w:hAnsi="Gentium Plus"/>
          <w:sz w:val="24"/>
        </w:rPr>
        <w:t>Ὅτι ὁ Περσεὺς βουλόμενος κατὰ τὴν φυγὴν προτρέψασθαι πλείους αὐτῷ συνεκπλεῦσαι, τῶν χρημάτων εἰς ἑξήκοντα τάλαντα προθεὶς ἔδωκε τοῖς βουλομένοις διαρπάσαι. ἐκπλεύσας δὲ καὶ κατεν‐</w:t>
      </w:r>
    </w:p>
    <w:p>
      <w:r>
        <w:rPr>
          <w:rFonts w:ascii="Courier New" w:hAnsi="Courier New"/>
          <w:color w:val="555555"/>
          <w:sz w:val="20"/>
        </w:rPr>
        <w:t>[5]</w:t>
      </w:r>
    </w:p>
    <w:p>
      <w:r>
        <w:rPr>
          <w:rFonts w:ascii="Gentium Plus" w:hAnsi="Gentium Plus"/>
          <w:sz w:val="24"/>
        </w:rPr>
        <w:t>εχθεὶς εἰς Γαληψὸν ἔφησε πρὸς τοὺς διαρπάσαντας τὰ χρήματα ζητεῖν τὰ διὰ τῶν ὑπ’ Ἀλεξάνδρου καταληφθέντων κατασκευασθέντα. ἐπαγγειλά‐</w:t>
      </w:r>
    </w:p>
    <w:p>
      <w:r>
        <w:rPr>
          <w:rFonts w:ascii="Courier New" w:hAnsi="Courier New"/>
          <w:color w:val="555555"/>
          <w:sz w:val="20"/>
        </w:rPr>
        <w:t>[10]</w:t>
      </w:r>
    </w:p>
    <w:p>
      <w:r>
        <w:rPr>
          <w:rFonts w:ascii="Gentium Plus" w:hAnsi="Gentium Plus"/>
          <w:sz w:val="24"/>
        </w:rPr>
        <w:t>θύμως ποιησάντων, ἀπολαβὼν τὰ διαρπασθέντα τοὺς δόντας ἀπεστέρησε τῆς ἐπαγγελίας. (Const. Exc. 2(1), p. 279.)</w:t>
      </w:r>
    </w:p>
    <w:p>
      <w:r>
        <w:rPr>
          <w:rFonts w:ascii="Courier New" w:hAnsi="Courier New"/>
          <w:color w:val="555555"/>
          <w:sz w:val="20"/>
        </w:rPr>
        <w:t>[30 . 21 . 2]</w:t>
      </w:r>
    </w:p>
    <w:p>
      <w:r>
        <w:rPr>
          <w:rFonts w:ascii="Gentium Plus" w:hAnsi="Gentium Plus"/>
          <w:sz w:val="24"/>
        </w:rPr>
        <w:t>Ὅτι ὁ Περσεὺς τὰ δοθέντα πρὸς διαρπαγὴν χρήματα ἀναλαβόμενος τῆς ἐπαγγελίας ἀπεστέρησε τοὺς δόντας, μέγιστον παρεχόμενος σημεῖον ὡς ἡ φιλαργυρία τῶν ἀνθρώπων πρὸς τοῖς ἄλλοις κακοῖς</w:t>
      </w:r>
    </w:p>
    <w:p>
      <w:r>
        <w:rPr>
          <w:rFonts w:ascii="Courier New" w:hAnsi="Courier New"/>
          <w:color w:val="555555"/>
          <w:sz w:val="20"/>
        </w:rPr>
        <w:t>[5]</w:t>
      </w:r>
    </w:p>
    <w:p>
      <w:r>
        <w:rPr>
          <w:rFonts w:ascii="Gentium Plus" w:hAnsi="Gentium Plus"/>
          <w:sz w:val="24"/>
        </w:rPr>
        <w:t>καὶ τὸ φρονεῖν ἀφαιρεῖται. τὸ γὰρ μηδ’ ἐν ἀπ‐ εγνωσμέναις ἐλπίσι παύεσθαι τοῦ λυσιτελοῦς καὶ τῆς πρὸς τὸ κέρδος ἐπιθυμίας, πῶς οὐκ ἄν τις ἡγήσαιτο τῶν φρενῶν τελέως ἐξεστηκέναι τοὺς ταῦτα πράττοντας, ὡς μὴ θαυμάζειν πῶς κατεπολε‐</w:t>
      </w:r>
    </w:p>
    <w:p>
      <w:r>
        <w:rPr>
          <w:rFonts w:ascii="Courier New" w:hAnsi="Courier New"/>
          <w:color w:val="555555"/>
          <w:sz w:val="20"/>
        </w:rPr>
        <w:t>[10]</w:t>
      </w:r>
    </w:p>
    <w:p>
      <w:r>
        <w:rPr>
          <w:rFonts w:ascii="Gentium Plus" w:hAnsi="Gentium Plus"/>
          <w:sz w:val="24"/>
        </w:rPr>
        <w:t>μήθησαν οἱ Μακεδόνες ὑπὸ Ῥωμαίων, ἀλλ’ ὅπως τετραετῆ χρόνον ἀντέσχον τοιοῦτον ἔχοντες ἡγε‐ μόνα. (Const. Exc. 4, p. 369.)</w:t>
      </w:r>
    </w:p>
    <w:p>
      <w:r>
        <w:rPr>
          <w:rFonts w:ascii="Courier New" w:hAnsi="Courier New"/>
          <w:color w:val="555555"/>
          <w:sz w:val="20"/>
        </w:rPr>
        <w:t>[30 . 21 . 3]</w:t>
      </w:r>
    </w:p>
    <w:p>
      <w:r>
        <w:rPr>
          <w:rFonts w:ascii="Gentium Plus" w:hAnsi="Gentium Plus"/>
          <w:sz w:val="24"/>
        </w:rPr>
        <w:t>Ὅτι ὁ Ἀλέξανδρος οὐχ ὁμοίαν ἔσχε τῷ Περσεῖ τῆς ψυχῆς διάθεσιν, ἀλλ’ ὁ μὲν διὰ τὴν μεγαλοψυ‐ χίαν ἁρμόζουσαν ταῖς ἰδίαις ἐπιβολαῖς ἐκτήσατο βασιλείαν, ὁ δὲ διὰ τὴν σμικρολογίαν τούς τε</w:t>
      </w:r>
    </w:p>
    <w:p>
      <w:r>
        <w:rPr>
          <w:rFonts w:ascii="Courier New" w:hAnsi="Courier New"/>
          <w:color w:val="555555"/>
          <w:sz w:val="20"/>
        </w:rPr>
        <w:t>[5]</w:t>
      </w:r>
    </w:p>
    <w:p>
      <w:r>
        <w:rPr>
          <w:rFonts w:ascii="Gentium Plus" w:hAnsi="Gentium Plus"/>
          <w:sz w:val="24"/>
        </w:rPr>
        <w:t>Κελτοὺς ἀποτριψάμενος καὶ τἄλλα τούτοις ἀκό‐ λουθα πράξας κατέλυσε πολυχρόνιον καὶ μεγάλην βασιλείαν. (Const. Exc. 2(1), pp. 279—280.)</w:t>
      </w:r>
    </w:p>
    <w:p>
      <w:r>
        <w:rPr>
          <w:rFonts w:ascii="Courier New" w:hAnsi="Courier New"/>
          <w:color w:val="555555"/>
          <w:sz w:val="20"/>
        </w:rPr>
        <w:t>[30 . 21 . 4]</w:t>
      </w:r>
    </w:p>
    <w:p>
      <w:r>
        <w:rPr>
          <w:rFonts w:ascii="Gentium Plus" w:hAnsi="Gentium Plus"/>
          <w:sz w:val="24"/>
        </w:rPr>
        <w:t>Ὅτι Δαρείου μετὰ τὴν πρώτην μάχην ἐκχω‐ ροῦντος τοῦ μέρους τῆς βασιλείας καὶ τετρα‐ κισμύρια τάλαντα καὶ τὴν θυγατέρα πρὸς γάμον διδόντος, ἀπεκρίθη μήτε τὸν κόσμον ὑπὸ δυεῖν</w:t>
      </w:r>
    </w:p>
    <w:p>
      <w:r>
        <w:rPr>
          <w:rFonts w:ascii="Courier New" w:hAnsi="Courier New"/>
          <w:color w:val="555555"/>
          <w:sz w:val="20"/>
        </w:rPr>
        <w:t>[5]</w:t>
      </w:r>
    </w:p>
    <w:p>
      <w:r>
        <w:rPr>
          <w:rFonts w:ascii="Gentium Plus" w:hAnsi="Gentium Plus"/>
          <w:sz w:val="24"/>
        </w:rPr>
        <w:t>ἡλίων δύνασθαι διοικεῖσθαι μήτε τὴν οἰκουμένην ὑπὸ δυεῖν δεσποτῶν. (Const. Exc. 4, p. 369.)</w:t>
      </w:r>
    </w:p>
    <w:p>
      <w:r>
        <w:rPr>
          <w:rFonts w:ascii="Courier New" w:hAnsi="Courier New"/>
          <w:color w:val="555555"/>
          <w:sz w:val="20"/>
        </w:rPr>
        <w:t>[30 . 22 . 1]</w:t>
      </w:r>
    </w:p>
    <w:p>
      <w:r>
        <w:rPr>
          <w:rFonts w:ascii="Gentium Plus" w:hAnsi="Gentium Plus"/>
          <w:sz w:val="24"/>
        </w:rPr>
        <w:t>Ὅτι ὁ Αἰμίλιος μετὰ τὴν φυγὴν Περσέως ἐπεζήτει τὸν νεώτερον τῶν υἱῶν Πόπλιον Ἀφρι‐ κανόν, ὃς ἦν Αἰμιλίου κατὰ φύσιν υἱός, Σκιπίωνος δὲ τοῦ καταπολεμήσαντος Ἀννίβαν κατὰ θέσιν</w:t>
      </w:r>
    </w:p>
    <w:p>
      <w:r>
        <w:rPr>
          <w:rFonts w:ascii="Courier New" w:hAnsi="Courier New"/>
          <w:color w:val="555555"/>
          <w:sz w:val="20"/>
        </w:rPr>
        <w:t>[5]</w:t>
      </w:r>
    </w:p>
    <w:p>
      <w:r>
        <w:rPr>
          <w:rFonts w:ascii="Gentium Plus" w:hAnsi="Gentium Plus"/>
          <w:sz w:val="24"/>
        </w:rPr>
        <w:t>υἱιδοῦς, κομιδῇ νέος, ὡς ἂν περὶ τὸ ἑπτακαιδέκατον γεγονὼς ἔτος· ὃς ἐκ νέου τηλικούτοις ἀγῶσι συμ‐ παρὼν καὶ τριβὴν λαμβάνων τῶν κατὰ πόλεμον ἔργων οὐχ ἥττων ἐγένετο τοῦ πάππου. οὐ μὴν ἀλλὰ τούτου εὑρεθέντος ... εἰς τὴν παρεμβολήν,</w:t>
      </w:r>
    </w:p>
    <w:p>
      <w:r>
        <w:rPr>
          <w:rFonts w:ascii="Courier New" w:hAnsi="Courier New"/>
          <w:color w:val="555555"/>
          <w:sz w:val="20"/>
        </w:rPr>
        <w:t>[10]</w:t>
      </w:r>
    </w:p>
    <w:p>
      <w:r>
        <w:rPr>
          <w:rFonts w:ascii="Gentium Plus" w:hAnsi="Gentium Plus"/>
          <w:sz w:val="24"/>
        </w:rPr>
        <w:t>ἀπελύθη τῆς ἀγωνίας ὁ ὕπατος, ἔχων οὐ πατρὸς πρὸς υἱὸν μόνον ἀλλὰ καθάπερ ἐρωμανῆ τινα διάθεσιν πρὸς τὸ μειράκιον. (Const. Exc. 2(1), p. 280.)</w:t>
      </w:r>
    </w:p>
    <w:p>
      <w:r>
        <w:rPr>
          <w:rFonts w:ascii="Courier New" w:hAnsi="Courier New"/>
          <w:color w:val="555555"/>
          <w:sz w:val="20"/>
        </w:rPr>
        <w:t>[30 . 23 . 1]</w:t>
      </w:r>
    </w:p>
    <w:p>
      <w:r>
        <w:rPr>
          <w:rFonts w:ascii="Gentium Plus" w:hAnsi="Gentium Plus"/>
          <w:sz w:val="24"/>
        </w:rPr>
        <w:t>Ὅτι ὁ ὕπατος Αἰμίλιος τὸν Περσέα λαβό‐ μενος τῆς χειρὸς εἰς τὸ περὶ αὑτὸν συνέδριον ἐκάθισεν, ἁρμόζουσι λόγοις τοῦτον παραμυθησά‐ μενος. τοὺς δὲ ἐν τῷ συνεδρίῳ παρεκάλει, καὶ</w:t>
      </w:r>
    </w:p>
    <w:p>
      <w:r>
        <w:rPr>
          <w:rFonts w:ascii="Courier New" w:hAnsi="Courier New"/>
          <w:color w:val="555555"/>
          <w:sz w:val="20"/>
        </w:rPr>
        <w:t>[5]</w:t>
      </w:r>
    </w:p>
    <w:p>
      <w:r>
        <w:rPr>
          <w:rFonts w:ascii="Gentium Plus" w:hAnsi="Gentium Plus"/>
          <w:sz w:val="24"/>
        </w:rPr>
        <w:t>μάλιστα τούτων τοὺς νέους, βλέποντας εἰς τὰ παρόντα καὶ θέντας ὑπὸ τὴν ὅρασιν τὴν Περσέως τύχην μήτε μέγα λέγειν ἐπὶ τοῖς κατορθώμασι παρὰ τὸ καθῆκον μήτε βουλεύεσθαι μηδὲν ὑπερ‐ ήφανον περὶ μηδενός, μηδὲ καθόλου πιστεύειν</w:t>
      </w:r>
    </w:p>
    <w:p>
      <w:r>
        <w:rPr>
          <w:rFonts w:ascii="Courier New" w:hAnsi="Courier New"/>
          <w:color w:val="555555"/>
          <w:sz w:val="20"/>
        </w:rPr>
        <w:t>[10]</w:t>
      </w:r>
    </w:p>
    <w:p>
      <w:r>
        <w:rPr>
          <w:rFonts w:ascii="Gentium Plus" w:hAnsi="Gentium Plus"/>
          <w:sz w:val="24"/>
        </w:rPr>
        <w:t>μηδέποτε ταῖς εὐτυχίαις, ἀλλ’ ἐάν τις μάλιστα ἐπιτυγχάνῃ κατὰ τὸν ἴδιον βίον ἢ τὰς κοινὰς πρά‐ ξεις, τότε μάλιστα τῆς ἐναντίας τύχης ἔννοιαν λαμ‐</w:t>
      </w:r>
    </w:p>
    <w:p>
      <w:r>
        <w:rPr>
          <w:rFonts w:ascii="Courier New" w:hAnsi="Courier New"/>
          <w:color w:val="555555"/>
          <w:sz w:val="20"/>
        </w:rPr>
        <w:t>[15]</w:t>
      </w:r>
    </w:p>
    <w:p>
      <w:r>
        <w:rPr>
          <w:rFonts w:ascii="Gentium Plus" w:hAnsi="Gentium Plus"/>
          <w:sz w:val="24"/>
        </w:rPr>
        <w:t>νοῦν ἐχόντων τῷ τοὺς μὲν ἐν ταῖς ἰδίαις ἀτυχίαις, τοὺς δὲ ἐν ταῖς τῶν ἄλλων διδάσκεσθαι. Ὅτι πολλὰ καὶ ἄλλα πρὸς τὴν τοιαύτην προαίρε‐ σιν διαλεχθεὶς οὕτως ἐποίησε συμπαθεῖς τοὺς ἐν τῷ συνεδρίῳ καὶ ταπεινοὺς τοῖς φρονήμασιν ὥστε</w:t>
      </w:r>
    </w:p>
    <w:p>
      <w:r>
        <w:rPr>
          <w:rFonts w:ascii="Courier New" w:hAnsi="Courier New"/>
          <w:color w:val="555555"/>
          <w:sz w:val="20"/>
        </w:rPr>
        <w:t>[20]</w:t>
      </w:r>
    </w:p>
    <w:p>
      <w:r>
        <w:rPr>
          <w:rFonts w:ascii="Gentium Plus" w:hAnsi="Gentium Plus"/>
          <w:sz w:val="24"/>
        </w:rPr>
        <w:t>δοκεῖν αὐτοὺς ἡττῆσθαι καὶ μὴ νενικηκέναι. (Const. Exc. 4, pp. 369—370.)</w:t>
      </w:r>
    </w:p>
    <w:p>
      <w:r>
        <w:rPr>
          <w:rFonts w:ascii="Courier New" w:hAnsi="Courier New"/>
          <w:color w:val="555555"/>
          <w:sz w:val="20"/>
        </w:rPr>
        <w:t>[30 . 23 . 2]</w:t>
      </w:r>
    </w:p>
    <w:p>
      <w:r>
        <w:rPr>
          <w:rFonts w:ascii="Gentium Plus" w:hAnsi="Gentium Plus"/>
          <w:sz w:val="24"/>
        </w:rPr>
        <w:t>Ὅτι ὁ Αἰμίλιος φιλανθρώπως προσενεχθεὶς τῷ Περσεῖ καὶ πρὸς τὰ σύνδειπνα παραλαβὼν καὶ τοῦ συνεδρίου μεταδιδοὺς πᾶσιν ἐνεδείξατο πρὸς μὲν τοὺς ὑφισταμένους ὄντα βαρὺν ἑαυτόν, πρὸς δὲ</w:t>
      </w:r>
    </w:p>
    <w:p>
      <w:r>
        <w:rPr>
          <w:rFonts w:ascii="Courier New" w:hAnsi="Courier New"/>
          <w:color w:val="555555"/>
          <w:sz w:val="20"/>
        </w:rPr>
        <w:t>[5]</w:t>
      </w:r>
    </w:p>
    <w:p>
      <w:r>
        <w:rPr>
          <w:rFonts w:ascii="Gentium Plus" w:hAnsi="Gentium Plus"/>
          <w:sz w:val="24"/>
        </w:rPr>
        <w:t>τοὺς κρατηθέντας ἐπιεικῆ. τὴν παραπλησίαν δὲ διά‐ θεσιν καὶ τῶν ἄλλων ζηλούντων, τὴν τῆς οἰκου‐ μένης ἡγεμονίαν οὐκ ἐπίφθονον εἶχεν ἡ Ῥώμη, τοιούτοις χρωμένη τῶν ὅλων προστάταις. (Const. Exc. 2(1), p. 280.)</w:t>
      </w:r>
    </w:p>
    <w:p>
      <w:r>
        <w:rPr>
          <w:rFonts w:ascii="Courier New" w:hAnsi="Courier New"/>
          <w:color w:val="555555"/>
          <w:sz w:val="20"/>
        </w:rPr>
        <w:t>[30 . 24 . 1]</w:t>
      </w:r>
    </w:p>
    <w:p>
      <w:r>
        <w:rPr>
          <w:rFonts w:ascii="Gentium Plus" w:hAnsi="Gentium Plus"/>
          <w:sz w:val="24"/>
        </w:rPr>
        <w:t>Ὅτι οἱ τῶν Ῥοδίων πρέσβεις ἐπὶ τὰς δια‐ λύσεις ἐλθεῖν ὡμολόγουν· τὸν γὰρ πόλεμον πᾶσιν ὄντα βλαβερὸν ἀπεφήναντο.</w:t>
      </w:r>
    </w:p>
    <w:p>
      <w:r>
        <w:rPr>
          <w:rFonts w:ascii="Courier New" w:hAnsi="Courier New"/>
          <w:color w:val="555555"/>
          <w:sz w:val="20"/>
        </w:rPr>
        <w:t>[31 t 1]</w:t>
      </w:r>
    </w:p>
    <w:p>
      <w:pPr>
        <w:jc w:val="center"/>
      </w:pPr>
      <w:r>
        <w:rPr>
          <w:rFonts w:ascii="Gentium Plus" w:hAnsi="Gentium Plus"/>
          <w:b/>
          <w:sz w:val="24"/>
        </w:rPr>
        <w:t>FRAGMENTA LIBRI XXXI</w:t>
      </w:r>
    </w:p>
    <w:p>
      <w:r>
        <w:rPr>
          <w:rFonts w:ascii="Courier New" w:hAnsi="Courier New"/>
          <w:color w:val="555555"/>
          <w:sz w:val="20"/>
        </w:rPr>
        <w:t>[31 . 1 . 1]</w:t>
      </w:r>
    </w:p>
    <w:p>
      <w:r>
        <w:rPr>
          <w:rFonts w:ascii="Gentium Plus" w:hAnsi="Gentium Plus"/>
          <w:sz w:val="24"/>
        </w:rPr>
        <w:t>Ὅτι ὁ Ἀντίοχος τὴν ἀρχὴν ἐσεμνύνετο λέγων οὐ τῆς κατ’ Αἴγυπτον βασιλείας ἑαυτὸν ἐπιθυ‐ μοῦντα παρεσκευάσθαι μεγάλας δυνάμεις εἰς τὸν πόλεμον, ἀλλὰ τῷ πρεσβυτέρῳ Πτολεμαίῳ βούλε‐</w:t>
      </w:r>
    </w:p>
    <w:p>
      <w:r>
        <w:rPr>
          <w:rFonts w:ascii="Courier New" w:hAnsi="Courier New"/>
          <w:color w:val="555555"/>
          <w:sz w:val="20"/>
        </w:rPr>
        <w:t>[5]</w:t>
      </w:r>
    </w:p>
    <w:p>
      <w:r>
        <w:rPr>
          <w:rFonts w:ascii="Gentium Plus" w:hAnsi="Gentium Plus"/>
          <w:sz w:val="24"/>
        </w:rPr>
        <w:t>σθαι συγκατασκευάσαι τὴν πατρῴαν ἀρχήν. οὐ μὴν τό γε ἀληθὲς οὕτως εἶχεν, ἀλλὰ διαγωνοθετῶν τὰ μειράκια διελάμβανε μεγάλην χάριτος ἀφορμὴν παρέχων ἀκονιτὶ κυριεύσειν τῆς Αἰγύπτου. τῆς γὰρ τύχης αὐτοῦ τὴν προαίρεσιν ἐξελεγχούσης καὶ</w:t>
      </w:r>
    </w:p>
    <w:p>
      <w:r>
        <w:rPr>
          <w:rFonts w:ascii="Courier New" w:hAnsi="Courier New"/>
          <w:color w:val="555555"/>
          <w:sz w:val="20"/>
        </w:rPr>
        <w:t>[10]</w:t>
      </w:r>
    </w:p>
    <w:p>
      <w:r>
        <w:rPr>
          <w:rFonts w:ascii="Gentium Plus" w:hAnsi="Gentium Plus"/>
          <w:sz w:val="24"/>
        </w:rPr>
        <w:t>τὴν προειρημένην πρόφασιν ἀφαιρούσης φανερὸς ἐγένετο τῶν πολλῶν ὢν βασιλέων οἳ τοῦ λυσι‐ τελοῦς οὐδὲν τῶν καλῶν προὐργιαίτερον τίθενται.</w:t>
      </w:r>
    </w:p>
    <w:p>
      <w:r>
        <w:rPr>
          <w:rFonts w:ascii="Courier New" w:hAnsi="Courier New"/>
          <w:color w:val="555555"/>
          <w:sz w:val="20"/>
        </w:rPr>
        <w:t>[31 . 2 . 1]</w:t>
      </w:r>
    </w:p>
    <w:p>
      <w:r>
        <w:rPr>
          <w:rFonts w:ascii="Gentium Plus" w:hAnsi="Gentium Plus"/>
          <w:sz w:val="24"/>
        </w:rPr>
        <w:t>Ὅτι ἀπαντήσασι τὸν Ἀντίοχον τοῖς Ῥω‐ μαίοις, κἀκείνου μακρόθεν ἅμα τῇ φωνῇ ἀσπαζο‐ μένου καὶ τὴν δεξιὰν ἐκτείνοντος, ὁ μὲν Ποπίλλιος πρόχειρον ἔχων τὸ βυβλίον ἐν ᾧ τὸ τῆς συγκλήτου</w:t>
      </w:r>
    </w:p>
    <w:p>
      <w:r>
        <w:rPr>
          <w:rFonts w:ascii="Courier New" w:hAnsi="Courier New"/>
          <w:color w:val="555555"/>
          <w:sz w:val="20"/>
        </w:rPr>
        <w:t>[5]</w:t>
      </w:r>
    </w:p>
    <w:p>
      <w:r>
        <w:rPr>
          <w:rFonts w:ascii="Gentium Plus" w:hAnsi="Gentium Plus"/>
          <w:sz w:val="24"/>
        </w:rPr>
        <w:t>δόγμα κατεκεχώριστο προέτεινε καὶ αὐτὸν ἐκέ‐</w:t>
      </w:r>
    </w:p>
    <w:p>
      <w:r>
        <w:rPr>
          <w:rFonts w:ascii="Courier New" w:hAnsi="Courier New"/>
          <w:color w:val="555555"/>
          <w:sz w:val="20"/>
        </w:rPr>
        <w:t>[10]</w:t>
      </w:r>
    </w:p>
    <w:p>
      <w:r>
        <w:rPr>
          <w:rFonts w:ascii="Gentium Plus" w:hAnsi="Gentium Plus"/>
          <w:sz w:val="24"/>
        </w:rPr>
        <w:t>παρὰ τῶν φίλων γνώμην ἂν λαβεῖν περὶ τούτων, ἀκούσας ὁ Ποπίλλιος ἐποίησε πρᾶγμα βαρὺ δοκοῦν εἶναι καὶ παντελῶς ὑπερήφανον. ἔχων γὰρ προ‐ χειρότατον ἀμπέλινον βακτήριον περιέγραψε τῷ κλήματι τὸν Ἀντίοχον καὶ διεκελεύσατο τὴν ἀπό‐</w:t>
      </w:r>
    </w:p>
    <w:p>
      <w:r>
        <w:rPr>
          <w:rFonts w:ascii="Courier New" w:hAnsi="Courier New"/>
          <w:color w:val="555555"/>
          <w:sz w:val="20"/>
        </w:rPr>
        <w:t>[31 . 2 . 2]</w:t>
      </w:r>
    </w:p>
    <w:p>
      <w:r>
        <w:rPr>
          <w:rFonts w:ascii="Gentium Plus" w:hAnsi="Gentium Plus"/>
          <w:sz w:val="24"/>
        </w:rPr>
        <w:t>κρισιν ἐν τούτῳ τῷ γύρῳ ποιεῖσθαι. ὁ δὲ βα‐ σιλεὺς τὰ μὲν ξενιζόμενος ἐπὶ τῷ γεγονότι, τὰ δὲ καταπεπληγμένος τὴν ὑπεροχὴν τῆς Ῥωμαίων ἡγεμονίας, πρὸς ἀμηχανίαν ἐλθὼν καὶ τὰ σύμπαντα</w:t>
      </w:r>
    </w:p>
    <w:p>
      <w:r>
        <w:rPr>
          <w:rFonts w:ascii="Courier New" w:hAnsi="Courier New"/>
          <w:color w:val="555555"/>
          <w:sz w:val="20"/>
        </w:rPr>
        <w:t>[5]</w:t>
      </w:r>
    </w:p>
    <w:p>
      <w:r>
        <w:rPr>
          <w:rFonts w:ascii="Gentium Plus" w:hAnsi="Gentium Plus"/>
          <w:sz w:val="24"/>
        </w:rPr>
        <w:t>λογιζόμενος ἔφη ποιήσειν πᾶν τὸ παρακελευόμενον ὑπὸ Ῥωμαίων. οἱ δὲ περὶ τὸν Ποπίλλιον ἅμα πάντες τὴν δεξιὰν αὐτοῦ λαβόντες ἠσπάζοντο φιλο‐ φρόνως. ἦν δὲ τὰ γεγραμμένα λύειν παραχρῆμα τὸν πρὸς Πτολεμαῖον πόλεμον. ὁ δὲ βασιλεὺς</w:t>
      </w:r>
    </w:p>
    <w:p>
      <w:r>
        <w:rPr>
          <w:rFonts w:ascii="Courier New" w:hAnsi="Courier New"/>
          <w:color w:val="555555"/>
          <w:sz w:val="20"/>
        </w:rPr>
        <w:t>[10]</w:t>
      </w:r>
    </w:p>
    <w:p>
      <w:r>
        <w:rPr>
          <w:rFonts w:ascii="Gentium Plus" w:hAnsi="Gentium Plus"/>
          <w:sz w:val="24"/>
        </w:rPr>
        <w:t>ἀκολούθως τοῖς γεγραμμένοις τὰς δυνάμεις ἐξήγα‐ γεν ἐξ Αἰγύπτου, ἐκπεπληγμένος τὴν Ῥωμαίων ὑπεροχήν, ἅτε καὶ προσφάτως ἀκηκοὼς τὸ τῶν Μακεδόνων πταῖσμα· τοῦτο γὰρ μήπω γεγενῆσθαι δοκῶν οὔποτ’ ἂν ἑκουσίως προσεῖχε τῷ δόγματι.</w:t>
      </w:r>
    </w:p>
    <w:p>
      <w:r>
        <w:rPr>
          <w:rFonts w:ascii="Courier New" w:hAnsi="Courier New"/>
          <w:color w:val="555555"/>
          <w:sz w:val="20"/>
        </w:rPr>
        <w:t>[31 . 3 . 1]</w:t>
      </w:r>
    </w:p>
    <w:p>
      <w:r>
        <w:rPr>
          <w:rFonts w:ascii="Gentium Plus" w:hAnsi="Gentium Plus"/>
          <w:sz w:val="24"/>
        </w:rPr>
        <w:t>Ὅτι ἀληθὲς ἦν ἄρα, ὡς ἔοικε, τὸ ῥηθὲν ὑπό τινων τῶν πάλαι σοφῶν, ὅτι συγγνώμη τιμωρίας αἱρετωτέρα· πάντες γὰρ ἀποδεχόμεθα τοὺς ἐπιεικῶς χρωμένους ταῖς ἐξουσίαις, προσκόπτομεν δὲ τοῖς</w:t>
      </w:r>
    </w:p>
    <w:p>
      <w:r>
        <w:rPr>
          <w:rFonts w:ascii="Courier New" w:hAnsi="Courier New"/>
          <w:color w:val="555555"/>
          <w:sz w:val="20"/>
        </w:rPr>
        <w:t>[5]</w:t>
      </w:r>
    </w:p>
    <w:p>
      <w:r>
        <w:rPr>
          <w:rFonts w:ascii="Gentium Plus" w:hAnsi="Gentium Plus"/>
          <w:sz w:val="24"/>
        </w:rPr>
        <w:t>προπετῶς τὰς κολάσεις λαμβάνουσι παρὰ τῶν ὑπο‐ πεσόντων. διόπερ ὁρῶμεν τοὺς μὲν πρὸς τὰ παρά‐ δοξα τῆς τύχης καλῶς τεθησαυρικότας τὰς χάριτας παρὰ τοῖς εὖ παθοῦσι, τοὺς δὲ οὐ μόνον ἐν ταῖς ἐναντίαις περιστάσεσιν ὁμοίαν ἀπολαμβάνοντας</w:t>
      </w:r>
    </w:p>
    <w:p>
      <w:r>
        <w:rPr>
          <w:rFonts w:ascii="Courier New" w:hAnsi="Courier New"/>
          <w:color w:val="555555"/>
          <w:sz w:val="20"/>
        </w:rPr>
        <w:t>[10]</w:t>
      </w:r>
    </w:p>
    <w:p>
      <w:r>
        <w:rPr>
          <w:rFonts w:ascii="Gentium Plus" w:hAnsi="Gentium Plus"/>
          <w:sz w:val="24"/>
        </w:rPr>
        <w:t>τιμωρίαν παρὰ τῶν ἀγνωμονηθέντων, ἀλλὰ καὶ τὸν κοινὸν πρὸς τοὺς ἐπταικότας ἔλεον ἑαυτῶν</w:t>
      </w:r>
    </w:p>
    <w:p>
      <w:r>
        <w:rPr>
          <w:rFonts w:ascii="Courier New" w:hAnsi="Courier New"/>
          <w:color w:val="555555"/>
          <w:sz w:val="20"/>
        </w:rPr>
        <w:t>[31 . 3 . 2]</w:t>
      </w:r>
    </w:p>
    <w:p>
      <w:r>
        <w:rPr>
          <w:rFonts w:ascii="Gentium Plus" w:hAnsi="Gentium Plus"/>
          <w:sz w:val="24"/>
        </w:rPr>
        <w:t>παρῃρημένους. οὐ γὰρ δίκαιον τὸν ἐπὶ τῶν ἄλλων ἀπειπάμενον πᾶσαν φιλανθρωπίαν αὐτὸν ἐν μέρει περιπταίσαντα τυγχάνειν τῆς παρὰ τῶν κρατούντων ἐπιεικείας. καίτοι γε πολλοὶ τῷ μεγέθει τῆς κατὰ</w:t>
      </w:r>
    </w:p>
    <w:p>
      <w:r>
        <w:rPr>
          <w:rFonts w:ascii="Courier New" w:hAnsi="Courier New"/>
          <w:color w:val="555555"/>
          <w:sz w:val="20"/>
        </w:rPr>
        <w:t>[5]</w:t>
      </w:r>
    </w:p>
    <w:p>
      <w:r>
        <w:rPr>
          <w:rFonts w:ascii="Gentium Plus" w:hAnsi="Gentium Plus"/>
          <w:sz w:val="24"/>
        </w:rPr>
        <w:t>τῶν ἐχθρῶν τιμωρίας σεμνύνεσθαι τολμῶσιν, οὐ προσηκόντως τοῦτο ποιοῦντες· τί γὰρ λαμπρὸν ἢ μέγα τὸ τοὺς πεσόντας ὑπὸ τὴν ἐξουσίαν περι‐ βαλεῖν ἀνηκέστοις συμφοραῖς; τί δὲ ὄφελος τῆς γεγενημένης νίκης, ἂν ὑπερηφάνως χρησάμενοι τοῖς</w:t>
      </w:r>
    </w:p>
    <w:p>
      <w:r>
        <w:rPr>
          <w:rFonts w:ascii="Courier New" w:hAnsi="Courier New"/>
          <w:color w:val="555555"/>
          <w:sz w:val="20"/>
        </w:rPr>
        <w:t>[10]</w:t>
      </w:r>
    </w:p>
    <w:p>
      <w:r>
        <w:rPr>
          <w:rFonts w:ascii="Gentium Plus" w:hAnsi="Gentium Plus"/>
          <w:sz w:val="24"/>
        </w:rPr>
        <w:t>κατορθώμασιν ἐξαλείφωμεν τὴν προϋπάρχουσαν εὐφημίαν, ἀνάξιοι φανέντες τῶν εὐτυχηθέντων; μέγιστον γὰρ καρπὸν δικαίως ἄν τις ἡγήσαιτο τοῖς πραγμάτων ὀρεγομένοις τὴν ἐπὶ τοῖς καλοῖς ἔργοις</w:t>
      </w:r>
    </w:p>
    <w:p>
      <w:r>
        <w:rPr>
          <w:rFonts w:ascii="Courier New" w:hAnsi="Courier New"/>
          <w:color w:val="555555"/>
          <w:sz w:val="20"/>
        </w:rPr>
        <w:t>[31 . 3 . 3]</w:t>
      </w:r>
    </w:p>
    <w:p>
      <w:r>
        <w:rPr>
          <w:rFonts w:ascii="Gentium Plus" w:hAnsi="Gentium Plus"/>
          <w:sz w:val="24"/>
        </w:rPr>
        <w:t>εὐδοξίαν. διὸ καὶ θαυμάσαι τις ἂν πῶς ἅπαντες σχεδὸν ὁμολογοῦντες εἶναι τὴν ἐν ἀρχῇ περιβοη‐ θεῖσαν ἀπόφασιν ἀληθῆ καὶ συμφέρουσαν ἐπὶ τῆς πείρας οὐ βεβαιοῦσι τὴν ἰδίαν γνώμην. δεῖ δέ,</w:t>
      </w:r>
    </w:p>
    <w:p>
      <w:r>
        <w:rPr>
          <w:rFonts w:ascii="Courier New" w:hAnsi="Courier New"/>
          <w:color w:val="555555"/>
          <w:sz w:val="20"/>
        </w:rPr>
        <w:t>[5]</w:t>
      </w:r>
    </w:p>
    <w:p>
      <w:r>
        <w:rPr>
          <w:rFonts w:ascii="Gentium Plus" w:hAnsi="Gentium Plus"/>
          <w:sz w:val="24"/>
        </w:rPr>
        <w:t>οἶμαι, τοὺς νοῦν ἔχοντας, ὅταν τὰ μέγιστα ἐπι‐ τυγχάνωσι, τότε μάλιστα τῆς ἐναντίας περιστάσεως ἔννοιαν λαμβάνειν, καὶ νικᾶν μὲν ἀνδρείᾳ τοὺς ἀντιτεταγμένους, ἡττᾶσθαι δὲ εὐγνωμοσύνῃ τοῦ τῶν ἐπταικότων ἐλέου· ταῦτα γὰρ συμβάλλεται</w:t>
      </w:r>
    </w:p>
    <w:p>
      <w:r>
        <w:rPr>
          <w:rFonts w:ascii="Courier New" w:hAnsi="Courier New"/>
          <w:color w:val="555555"/>
          <w:sz w:val="20"/>
        </w:rPr>
        <w:t>[10]</w:t>
      </w:r>
    </w:p>
    <w:p>
      <w:r>
        <w:rPr>
          <w:rFonts w:ascii="Gentium Plus" w:hAnsi="Gentium Plus"/>
          <w:sz w:val="24"/>
        </w:rPr>
        <w:t>μεγάλα πρὸς αὔξησιν πᾶσι μὲν ἀνθρώποις, μάλιστα δὲ τοῖς ἡγεμονίας προεστηκόσιν. ἕκαστος γὰρ τῶν ἠσθενηκότων ἑκουσίως ὑποταττόμενος προθύμως ὑπηρετεῖ καὶ πάντα συμπράττει μετ’ εὐνοίας.</w:t>
      </w:r>
    </w:p>
    <w:p>
      <w:r>
        <w:rPr>
          <w:rFonts w:ascii="Courier New" w:hAnsi="Courier New"/>
          <w:color w:val="555555"/>
          <w:sz w:val="20"/>
        </w:rPr>
        <w:t>[31 . 3 . 4]</w:t>
      </w:r>
    </w:p>
    <w:p>
      <w:r>
        <w:rPr>
          <w:rFonts w:ascii="Gentium Plus" w:hAnsi="Gentium Plus"/>
          <w:sz w:val="24"/>
        </w:rPr>
        <w:t>Ταύτης δ’ ἐοίκασι Ῥωμαῖοι μάλιστα πεποιῆσθαι πρόνοιαν, βουλευόμενοι πραγματικῶς καὶ ταῖς εἰς τοὺς κρατηθέντας εὐεργεσίαις θηρώμενοι παρὰ μὲν τῶν εὖ παθόντων χάριτας ἀειμνήστους, παρὰ δὲ</w:t>
      </w:r>
    </w:p>
    <w:p>
      <w:r>
        <w:rPr>
          <w:rFonts w:ascii="Courier New" w:hAnsi="Courier New"/>
          <w:color w:val="555555"/>
          <w:sz w:val="20"/>
        </w:rPr>
        <w:t>[5]</w:t>
      </w:r>
    </w:p>
    <w:p>
      <w:r>
        <w:rPr>
          <w:rFonts w:ascii="Gentium Plus" w:hAnsi="Gentium Plus"/>
          <w:sz w:val="24"/>
        </w:rPr>
        <w:t>τῶν ἄλλων πάντων τὸν δίκαιον ἔπαινον.</w:t>
      </w:r>
    </w:p>
    <w:p>
      <w:r>
        <w:rPr>
          <w:rFonts w:ascii="Courier New" w:hAnsi="Courier New"/>
          <w:color w:val="555555"/>
          <w:sz w:val="20"/>
        </w:rPr>
        <w:t>[31 . 4 . 1]</w:t>
      </w:r>
    </w:p>
    <w:p>
      <w:r>
        <w:rPr>
          <w:rFonts w:ascii="Gentium Plus" w:hAnsi="Gentium Plus"/>
          <w:sz w:val="24"/>
        </w:rPr>
        <w:t>Ὅτι τῆς τύχης εὐροούσης τοῖς Ῥωμαίοις ἐβουλεύοντο μετὰ πολλῆς ἐπισκέψεως πῶς καθήκει χρήσασθαι τοῖς εὐτυχήμασι ... κατὰ τρόπον εὐχερέστερον εἶναι τοῦ καταγωνίσασθαι τοῖς ὅπλοις</w:t>
      </w:r>
    </w:p>
    <w:p>
      <w:r>
        <w:rPr>
          <w:rFonts w:ascii="Courier New" w:hAnsi="Courier New"/>
          <w:color w:val="555555"/>
          <w:sz w:val="20"/>
        </w:rPr>
        <w:t>[5]</w:t>
      </w:r>
    </w:p>
    <w:p>
      <w:r>
        <w:rPr>
          <w:rFonts w:ascii="Gentium Plus" w:hAnsi="Gentium Plus"/>
          <w:sz w:val="24"/>
        </w:rPr>
        <w:t>τοὺς ἀντιταχθέντας. οὐ μὴν καὶ τἀληθὲς οὕτως ἔχει· πλείους γὰρ εὑρεῖν ἔστι τοὺς εὐγενῶς κιν‐ δυνεύοντας τῶν ταῖς εὐημερίαις ἀνθρωπίνως χρω‐ μένων. (Const. Exc. 4, pp. 370—372.)</w:t>
      </w:r>
    </w:p>
    <w:p>
      <w:r>
        <w:rPr>
          <w:rFonts w:ascii="Courier New" w:hAnsi="Courier New"/>
          <w:color w:val="555555"/>
          <w:sz w:val="20"/>
        </w:rPr>
        <w:t>[31 . 5 . 1]</w:t>
      </w:r>
    </w:p>
    <w:p>
      <w:r>
        <w:rPr>
          <w:rFonts w:ascii="Gentium Plus" w:hAnsi="Gentium Plus"/>
          <w:sz w:val="24"/>
        </w:rPr>
        <w:t>Ἅμα δὲ τούτοις πραττομένοις εἰς Ῥώμην παρεγένοντο πρεσβευταὶ Ῥοδίων, τὰς γεγενημένας διαβολὰς κατ’ αὐτῶν ἀπολύσασθαι· ἐδόκουν γὰρ ἐν τῷ πρὸς Περσέα πολέμῳ ταῖς εὐνοίαις ἀποκεκλι‐</w:t>
      </w:r>
    </w:p>
    <w:p>
      <w:r>
        <w:rPr>
          <w:rFonts w:ascii="Courier New" w:hAnsi="Courier New"/>
          <w:color w:val="555555"/>
          <w:sz w:val="20"/>
        </w:rPr>
        <w:t>[5]</w:t>
      </w:r>
    </w:p>
    <w:p>
      <w:r>
        <w:rPr>
          <w:rFonts w:ascii="Gentium Plus" w:hAnsi="Gentium Plus"/>
          <w:sz w:val="24"/>
        </w:rPr>
        <w:t>κέναι πρὸς τὸν βασιλέα καὶ προδεδωκέναι τὴν πρὸς Ῥωμαίους φιλίαν. μηδὲν δὲ ἀνύοντες ὧν ἐπρέ‐ σβευον εἰς ἀθυμίαν ἐνέπιπτον, καὶ μετὰ δακρύων ἐποιοῦντο τὰς ἐντεύξεις. εἰσαγαγόντος δὲ αὐτοὺς εἰς τὴν σύγκλητον ἑνὸς τῶν δημάρχων Ἀντωνίου,</w:t>
      </w:r>
    </w:p>
    <w:p>
      <w:r>
        <w:rPr>
          <w:rFonts w:ascii="Courier New" w:hAnsi="Courier New"/>
          <w:color w:val="555555"/>
          <w:sz w:val="20"/>
        </w:rPr>
        <w:t>[10]</w:t>
      </w:r>
    </w:p>
    <w:p>
      <w:r>
        <w:rPr>
          <w:rFonts w:ascii="Gentium Plus" w:hAnsi="Gentium Plus"/>
          <w:sz w:val="24"/>
        </w:rPr>
        <w:t>πρῶτος μὲν ἐποιεῖτο τὸν ὑπὲρ τῆς πρεσβείας λόγον Φιλόφρων, μετὰ δὲ τοῦτον Ἀστυμήδης. πολλὰ δὲ πρὸς δέησιν καὶ παραίτησιν εἰπόντες καὶ τὸ τελευ‐</w:t>
      </w:r>
    </w:p>
    <w:p>
      <w:r>
        <w:rPr>
          <w:rFonts w:ascii="Courier New" w:hAnsi="Courier New"/>
          <w:color w:val="555555"/>
          <w:sz w:val="20"/>
        </w:rPr>
        <w:t>[15]</w:t>
      </w:r>
    </w:p>
    <w:p>
      <w:r>
        <w:rPr>
          <w:rFonts w:ascii="Gentium Plus" w:hAnsi="Gentium Plus"/>
          <w:sz w:val="24"/>
        </w:rPr>
        <w:t>φόβου παρελύθησαν, περὶ δὲ τῶν ἐγκλημάτων πι‐ κρῶς ὠνειδίσθησαν. (Photius, Bibl. p. 381 B.)</w:t>
      </w:r>
    </w:p>
    <w:p>
      <w:r>
        <w:rPr>
          <w:rFonts w:ascii="Courier New" w:hAnsi="Courier New"/>
          <w:color w:val="555555"/>
          <w:sz w:val="20"/>
        </w:rPr>
        <w:t>[31 . 5 . 3]</w:t>
      </w:r>
    </w:p>
    <w:p>
      <w:r>
        <w:rPr>
          <w:rFonts w:ascii="Gentium Plus" w:hAnsi="Gentium Plus"/>
          <w:sz w:val="24"/>
        </w:rPr>
        <w:t>Ὅτι εἰς Ῥώμην παρεγένοντο πρεσβευταὶ Ῥο‐ δίων πρὸς τὰς γεγενημένας κατ’ αὐτῶν διαβολὰς ἀπολογησόμενοι. ἐδόκουν γὰρ ἐν τῷ πρὸς Περσέα πολέμῳ ταῖς εὐνοίαις ἀποκεκλικέναι πρὸς τὸν</w:t>
      </w:r>
    </w:p>
    <w:p>
      <w:r>
        <w:rPr>
          <w:rFonts w:ascii="Courier New" w:hAnsi="Courier New"/>
          <w:color w:val="555555"/>
          <w:sz w:val="20"/>
        </w:rPr>
        <w:t>[5]</w:t>
      </w:r>
    </w:p>
    <w:p>
      <w:r>
        <w:rPr>
          <w:rFonts w:ascii="Gentium Plus" w:hAnsi="Gentium Plus"/>
          <w:sz w:val="24"/>
        </w:rPr>
        <w:t>βασιλέα καὶ προδεδωκέναι τὴν πρὸς Ῥωμαίους φιλίαν. ὁρῶντες δὲ τὴν ἀλλοτριότητα τὴν πρὸς αὑτοὺς εἰς ἀθυμίαν ἐνέπιπτον. ὡς δὲ καὶ τῶν στρατηγῶν τις συναγαγὼν ἐκκλησίαν παρεκάλει τὰ πλήθη πρὸς τὸν κατὰ Ῥοδίων πόλεμον, τόθ’ ὁλο‐</w:t>
      </w:r>
    </w:p>
    <w:p>
      <w:r>
        <w:rPr>
          <w:rFonts w:ascii="Courier New" w:hAnsi="Courier New"/>
          <w:color w:val="555555"/>
          <w:sz w:val="20"/>
        </w:rPr>
        <w:t>[10]</w:t>
      </w:r>
    </w:p>
    <w:p>
      <w:r>
        <w:rPr>
          <w:rFonts w:ascii="Gentium Plus" w:hAnsi="Gentium Plus"/>
          <w:sz w:val="24"/>
        </w:rPr>
        <w:t>σχερῶς δείσαντες περὶ τῆς πατρίδος εἰς τοιαύτην ἦλθον κατάπληξιν ὥστε πένθιμον ἀναλαβεῖν ἐσθῆτα, κατὰ δὲ τὰς ἐντεύξεις τῶν φίλων μηκέτι παρα‐ καλεῖν μηδὲ ἀξιοῦν, ἀλλὰ δεῖσθαι μετὰ δακρύων μηδὲν ἀνήκεστον περὶ αὐτῶν βουλεύεσθαι. εἰσ‐</w:t>
      </w:r>
    </w:p>
    <w:p>
      <w:r>
        <w:rPr>
          <w:rFonts w:ascii="Courier New" w:hAnsi="Courier New"/>
          <w:color w:val="555555"/>
          <w:sz w:val="20"/>
        </w:rPr>
        <w:t>[15]</w:t>
      </w:r>
    </w:p>
    <w:p>
      <w:r>
        <w:rPr>
          <w:rFonts w:ascii="Gentium Plus" w:hAnsi="Gentium Plus"/>
          <w:sz w:val="24"/>
        </w:rPr>
        <w:t>αγαγόντος δὲ αὐτοὺς εἰς τὴν σύγκλητον ἑνὸς τῶν δημάρχων, τοῦ καὶ τὸν παρακαλοῦντα πρὸς τὸν πόλεμον στρατηγὸν κατασπάσαντος ἀπὸ τῶν ἐμ‐ βόλων, ἐποιεῖτο τοὺς λόγους. ... καὶ πολλὰ πρὸς δέησιν εἰπόντες ἔλαβον ἀποκρίσεις δι’ ὧν τοῦ</w:t>
      </w:r>
    </w:p>
    <w:p>
      <w:r>
        <w:rPr>
          <w:rFonts w:ascii="Courier New" w:hAnsi="Courier New"/>
          <w:color w:val="555555"/>
          <w:sz w:val="20"/>
        </w:rPr>
        <w:t>[20]</w:t>
      </w:r>
    </w:p>
    <w:p>
      <w:r>
        <w:rPr>
          <w:rFonts w:ascii="Gentium Plus" w:hAnsi="Gentium Plus"/>
          <w:sz w:val="24"/>
        </w:rPr>
        <w:t>μὲν ὁλοσχεροῦς φόβου παρείθησαν, περὶ δὲ τῶν κατὰ μέρος ἐγκλημάτων πικρῶς ὠνειδίσθησαν. (Const. Exc. 1, p. 402.)</w:t>
      </w:r>
    </w:p>
    <w:p>
      <w:r>
        <w:rPr>
          <w:rFonts w:ascii="Courier New" w:hAnsi="Courier New"/>
          <w:color w:val="555555"/>
          <w:sz w:val="20"/>
        </w:rPr>
        <w:t>[31 . 5 2a]</w:t>
      </w:r>
    </w:p>
    <w:p>
      <w:r>
        <w:rPr>
          <w:rFonts w:ascii="Gentium Plus" w:hAnsi="Gentium Plus"/>
          <w:sz w:val="24"/>
        </w:rPr>
        <w:t>Οὗτοι δὲ πολλὰ πρὸς δέησιν καὶ παραίτησιν εἰπόντες καὶ τὸ τελευταῖον κατὰ τὴν παροιμίαν τὸ κύκνειον ᾄσαντες μέλος μόγις ἔλαβον ἀποκρίσεις,</w:t>
      </w:r>
    </w:p>
    <w:p>
      <w:r>
        <w:rPr>
          <w:rFonts w:ascii="Courier New" w:hAnsi="Courier New"/>
          <w:color w:val="555555"/>
          <w:sz w:val="20"/>
        </w:rPr>
        <w:t>[31 . 5 2b]</w:t>
      </w:r>
    </w:p>
    <w:p>
      <w:r>
        <w:rPr>
          <w:rFonts w:ascii="Gentium Plus" w:hAnsi="Gentium Plus"/>
          <w:sz w:val="24"/>
        </w:rPr>
        <w:t>Ὅτι τῶν ἐπηρτημένων φόβων ἐδόκουν ἀπολε‐ λύσθαι, τὰ δ’ ἄλλα καίπερ ὄντα δυσχερῆ ῥᾳδίως ἔφερον. ὡς ἐπίπαν γὰρ οἱ πολλοὶ διὰ τὸ μέγεθος τῶν προσδοκωμένων κακῶν καταφρονοῦσι τῶν</w:t>
      </w:r>
    </w:p>
    <w:p>
      <w:r>
        <w:rPr>
          <w:rFonts w:ascii="Courier New" w:hAnsi="Courier New"/>
          <w:color w:val="555555"/>
          <w:sz w:val="20"/>
        </w:rPr>
        <w:t>[5]</w:t>
      </w:r>
    </w:p>
    <w:p>
      <w:r>
        <w:rPr>
          <w:rFonts w:ascii="Gentium Plus" w:hAnsi="Gentium Plus"/>
          <w:sz w:val="24"/>
        </w:rPr>
        <w:t>ἐλαττόνων συμπτωμάτων. (Const. Exc. 4, p. 372.)</w:t>
      </w:r>
    </w:p>
    <w:p>
      <w:r>
        <w:rPr>
          <w:rFonts w:ascii="Courier New" w:hAnsi="Courier New"/>
          <w:color w:val="555555"/>
          <w:sz w:val="20"/>
        </w:rPr>
        <w:t>[31 . 6 . 1]</w:t>
      </w:r>
    </w:p>
    <w:p>
      <w:r>
        <w:rPr>
          <w:rFonts w:ascii="Gentium Plus" w:hAnsi="Gentium Plus"/>
          <w:sz w:val="24"/>
        </w:rPr>
        <w:t>Διόπερ ἰδεῖν ἔστι παρὰ Ῥωμαίοις τοὺς ἐπι‐ φανεστάτους ἄνδρας ὑπὲρ δόξης ἁμιλλωμένους, δι’ ὧν ἅπαντα σχεδὸν τὰ μέγιστα τῷ δήμῳ κατορ‐ θοῦνται. ἐν μὲν γὰρ τοῖς ἄλλοις πολιτεύμασι</w:t>
      </w:r>
    </w:p>
    <w:p>
      <w:r>
        <w:rPr>
          <w:rFonts w:ascii="Courier New" w:hAnsi="Courier New"/>
          <w:color w:val="555555"/>
          <w:sz w:val="20"/>
        </w:rPr>
        <w:t>[5]</w:t>
      </w:r>
    </w:p>
    <w:p>
      <w:r>
        <w:rPr>
          <w:rFonts w:ascii="Gentium Plus" w:hAnsi="Gentium Plus"/>
          <w:sz w:val="24"/>
        </w:rPr>
        <w:t>ζηλοτυποῦσιν ἀλλήλους, Ῥωμαῖοι δὲ ἐπαινοῦσιν. ἐξ οὗ συμβαίνει μάλιστα τοὺς μὲν πράσσειν τὰ κάλλιστα τῶν ἔργων, ἁμιλλωμένους αὔξειν τὸ κοινῇ συμφέρον, τοὺς δ’ ἄλλους ἀδικοδοξοῦντας καὶ τὰς ἀλλήλων ἐπιβολὰς λυμαινομένους βλάπτειν τὴν</w:t>
      </w:r>
    </w:p>
    <w:p>
      <w:r>
        <w:rPr>
          <w:rFonts w:ascii="Courier New" w:hAnsi="Courier New"/>
          <w:color w:val="555555"/>
          <w:sz w:val="20"/>
        </w:rPr>
        <w:t>[10]</w:t>
      </w:r>
    </w:p>
    <w:p>
      <w:r>
        <w:rPr>
          <w:rFonts w:ascii="Gentium Plus" w:hAnsi="Gentium Plus"/>
          <w:sz w:val="24"/>
        </w:rPr>
        <w:t>πατρίδα. (Photius, Bibl. p. 381 B.)</w:t>
      </w:r>
    </w:p>
    <w:p>
      <w:r>
        <w:rPr>
          <w:rFonts w:ascii="Courier New" w:hAnsi="Courier New"/>
          <w:color w:val="555555"/>
          <w:sz w:val="20"/>
        </w:rPr>
        <w:t>[31 . 7 . 1]</w:t>
      </w:r>
    </w:p>
    <w:p>
      <w:r>
        <w:rPr>
          <w:rFonts w:ascii="Gentium Plus" w:hAnsi="Gentium Plus"/>
          <w:sz w:val="24"/>
        </w:rPr>
        <w:t>Ὅτι κατὰ τοὺς αὐτοὺς χρόνους ἧκον εἰς Ῥώμην πάντοθεν οἱ πρεσβευταὶ συγχαρησόμενοι τοῖς γεγονόσι κατορθώμασιν. ἡ δὲ σύγκλητος φιλανθρώπως ἅπαντας ἀποδεχομένη καὶ τὰς ἀπο‐</w:t>
      </w:r>
    </w:p>
    <w:p>
      <w:r>
        <w:rPr>
          <w:rFonts w:ascii="Courier New" w:hAnsi="Courier New"/>
          <w:color w:val="555555"/>
          <w:sz w:val="20"/>
        </w:rPr>
        <w:t>[5]</w:t>
      </w:r>
    </w:p>
    <w:p>
      <w:r>
        <w:rPr>
          <w:rFonts w:ascii="Gentium Plus" w:hAnsi="Gentium Plus"/>
          <w:sz w:val="24"/>
        </w:rPr>
        <w:t>κρίσεις ἐπιεικεῖς διδοῦσα συντόμως ἑκάστους ἀπ‐ έλυσεν εἰς τὰς πατρίδας. (Const. Exc. 1, p. 402.)</w:t>
      </w:r>
    </w:p>
    <w:p>
      <w:r>
        <w:rPr>
          <w:rFonts w:ascii="Courier New" w:hAnsi="Courier New"/>
          <w:color w:val="555555"/>
          <w:sz w:val="20"/>
        </w:rPr>
        <w:t>[31 . 8 . 1]</w:t>
      </w:r>
    </w:p>
    <w:p>
      <w:r>
        <w:rPr>
          <w:rFonts w:ascii="Gentium Plus" w:hAnsi="Gentium Plus"/>
          <w:sz w:val="24"/>
        </w:rPr>
        <w:t>Ὅτι οἱ Ῥωμαῖοι ἐν τοῖς ἔμπροσθε χρόνοις τῶν μεγίστων βασιλέων Ἀντιόχου καὶ Φιλίππου πολέμῳ περιγενόμενοι τοσοῦτον ἀπέσχοντο τοῦ τιμωρίαν λαβεῖν παρ’ αὐτῶν ὥστε μὴ μόνον συγ‐</w:t>
      </w:r>
    </w:p>
    <w:p>
      <w:r>
        <w:rPr>
          <w:rFonts w:ascii="Courier New" w:hAnsi="Courier New"/>
          <w:color w:val="555555"/>
          <w:sz w:val="20"/>
        </w:rPr>
        <w:t>[5]</w:t>
      </w:r>
    </w:p>
    <w:p>
      <w:r>
        <w:rPr>
          <w:rFonts w:ascii="Gentium Plus" w:hAnsi="Gentium Plus"/>
          <w:sz w:val="24"/>
        </w:rPr>
        <w:t>χωρῆσαι τὰς βασιλείας ἔχειν, ἀλλὰ καὶ φίλους αὐτοὺς ποιήσασθαι. ἐν δὲ τούτοις τοῖς χρόνοις, προδιηγωνισμένοι πολλάκις πρὸς Περσέα καὶ</w:t>
      </w:r>
    </w:p>
    <w:p>
      <w:r>
        <w:rPr>
          <w:rFonts w:ascii="Courier New" w:hAnsi="Courier New"/>
          <w:color w:val="555555"/>
          <w:sz w:val="20"/>
        </w:rPr>
        <w:t>[10]</w:t>
      </w:r>
    </w:p>
    <w:p>
      <w:r>
        <w:rPr>
          <w:rFonts w:ascii="Gentium Plus" w:hAnsi="Gentium Plus"/>
          <w:sz w:val="24"/>
        </w:rPr>
        <w:t>τὰς ἁλούσας πόλεις παρὰ τὴν ἁπάντων προσδοκίαν. οὐ γὰρ οἷον τῶν ἄλλων ὑπέλαβεν ἄν τις, ἀλλ’ οὐδ’ αὐτοὶ Μακεδόνες ἤλπιζον ἀξιωθήσεσθαι τηλικαύτης φιλανθρωπίας, συνειδότες αὑτοῖς πολλὰ καὶ μεγάλα παρανενομηκόσιν εἰς Ῥωμαίους· τετυχηκότες γὰρ</w:t>
      </w:r>
    </w:p>
    <w:p>
      <w:r>
        <w:rPr>
          <w:rFonts w:ascii="Courier New" w:hAnsi="Courier New"/>
          <w:color w:val="555555"/>
          <w:sz w:val="20"/>
        </w:rPr>
        <w:t>[15]</w:t>
      </w:r>
    </w:p>
    <w:p>
      <w:r>
        <w:rPr>
          <w:rFonts w:ascii="Gentium Plus" w:hAnsi="Gentium Plus"/>
          <w:sz w:val="24"/>
        </w:rPr>
        <w:t>ἐπὶ τοῖς πρότερον ἀγνοήμασι συγγνώμης, εἰκότως ἂν τοῖς ὕστερον ἁμαρτήμασιν ὑπελάμβανον ἑαυτοῖς μηδένα λόγον δίκαιον εἰς ἔλεον καὶ παραίτησιν ἀπολελεῖφθαι.</w:t>
      </w:r>
    </w:p>
    <w:p>
      <w:r>
        <w:rPr>
          <w:rFonts w:ascii="Courier New" w:hAnsi="Courier New"/>
          <w:color w:val="555555"/>
          <w:sz w:val="20"/>
        </w:rPr>
        <w:t>[31 . 8 . 2]</w:t>
      </w:r>
    </w:p>
    <w:p>
      <w:r>
        <w:rPr>
          <w:rFonts w:ascii="Gentium Plus" w:hAnsi="Gentium Plus"/>
          <w:sz w:val="24"/>
        </w:rPr>
        <w:t>Οὐ μὴν ἡ σύγκλητος ἡ τῶν Ῥωμαίων ἐμνησικά‐ κησεν, ἀλλὰ μεγαλοψύχως καὶ προσηκόντως ἑκά‐ στοις προσηνέχθη. Περσέα μὲν γὰρ ἐκ προγόνων ὀφείλοντα χάριτας, ἐπειδὴ παρὰ τὰς συνθήκας</w:t>
      </w:r>
    </w:p>
    <w:p>
      <w:r>
        <w:rPr>
          <w:rFonts w:ascii="Courier New" w:hAnsi="Courier New"/>
          <w:color w:val="555555"/>
          <w:sz w:val="20"/>
        </w:rPr>
        <w:t>[5]</w:t>
      </w:r>
    </w:p>
    <w:p>
      <w:r>
        <w:rPr>
          <w:rFonts w:ascii="Gentium Plus" w:hAnsi="Gentium Plus"/>
          <w:sz w:val="24"/>
        </w:rPr>
        <w:t>ἄδικον ἐξήνεγκε πόλεμον, λαβόντες αἰχμάλωτον εἰς ἐλευθέραν ἀπέθεντο φυλακήν, ἐλάττονα δὴ τῶν παρανομημάτων λαμβάνοντες τιμωρίαν· τὸ δὲ τῶν Μακεδόνων ἔθνος εἰς δουλείαν δικαίως ἂν ἀγαγόν‐ τες ἠλευθέρωσαν, οὕτως εὐγενῶς καὶ ταχέως προ‐</w:t>
      </w:r>
    </w:p>
    <w:p>
      <w:r>
        <w:rPr>
          <w:rFonts w:ascii="Courier New" w:hAnsi="Courier New"/>
          <w:color w:val="555555"/>
          <w:sz w:val="20"/>
        </w:rPr>
        <w:t>[10]</w:t>
      </w:r>
    </w:p>
    <w:p>
      <w:r>
        <w:rPr>
          <w:rFonts w:ascii="Gentium Plus" w:hAnsi="Gentium Plus"/>
          <w:sz w:val="24"/>
        </w:rPr>
        <w:t>έμενοι τὴν εὐεργεσίαν ὥστε μηδὲ τὴν παρὰ τῶν ἐπταικότων δέησιν ἀναμεῖναι. ὁμοίως καὶ τῶν Ἰλλυριῶν πολέμῳ κρατήσαντες αὐτονόμους ἀφῆκαν, οὐχ οὕτως ἀξίους ἡγούμενοι χάριτος τοὺς βαρ‐ βάρους, ὡς ἑαυτοῖς προσήκειν νομίζοντες κατάρχειν</w:t>
      </w:r>
    </w:p>
    <w:p>
      <w:r>
        <w:rPr>
          <w:rFonts w:ascii="Courier New" w:hAnsi="Courier New"/>
          <w:color w:val="555555"/>
          <w:sz w:val="20"/>
        </w:rPr>
        <w:t>[15]</w:t>
      </w:r>
    </w:p>
    <w:p>
      <w:r>
        <w:rPr>
          <w:rFonts w:ascii="Gentium Plus" w:hAnsi="Gentium Plus"/>
          <w:sz w:val="24"/>
        </w:rPr>
        <w:t>εὐεργεσίας καὶ μὴ μεγάλα φρονεῖν ἐν ταῖς ἐξουσίαις.</w:t>
      </w:r>
    </w:p>
    <w:p>
      <w:r>
        <w:rPr>
          <w:rFonts w:ascii="Courier New" w:hAnsi="Courier New"/>
          <w:color w:val="555555"/>
          <w:sz w:val="20"/>
        </w:rPr>
        <w:t>[31 . 8 . 3]</w:t>
      </w:r>
    </w:p>
    <w:p>
      <w:r>
        <w:rPr>
          <w:rFonts w:ascii="Gentium Plus" w:hAnsi="Gentium Plus"/>
          <w:sz w:val="24"/>
        </w:rPr>
        <w:t>Ὅτι ἔδοξε τῇ συγκλήτῳ τούς τε Μακεδόνας καὶ τοὺς Ἰλλυριοὺς ἐλευθέρους ἀφεῖναι, τὰ ἡμίση διδόν‐ τας ὧν πρότερον ἐτέλουν τοῖς ἰδίοις βασιλεῦσιν. (Const. Exc. 2(1), pp. 280—281.)</w:t>
      </w:r>
    </w:p>
    <w:p>
      <w:r>
        <w:rPr>
          <w:rFonts w:ascii="Courier New" w:hAnsi="Courier New"/>
          <w:color w:val="555555"/>
          <w:sz w:val="20"/>
        </w:rPr>
        <w:t>[31 . 8 . 4]</w:t>
      </w:r>
    </w:p>
    <w:p>
      <w:r>
        <w:rPr>
          <w:rFonts w:ascii="Gentium Plus" w:hAnsi="Gentium Plus"/>
          <w:sz w:val="24"/>
        </w:rPr>
        <w:t>Αἰμίλιος Μάρκος Ῥωμαίων ὕπατος καὶ ἄριστος στρατηγός, Περσέα λαβὼν αἰχμάλωτον, τοῦτον μὲν ἄδικον πρὸς Ῥωμαίους ἐξαγαγόντα παρὰ τὰς συν‐ θήκας πόλεμον εἰς ἐλευθέραν ἀπέθετο φυλακήν,</w:t>
      </w:r>
    </w:p>
    <w:p>
      <w:r>
        <w:rPr>
          <w:rFonts w:ascii="Courier New" w:hAnsi="Courier New"/>
          <w:color w:val="555555"/>
          <w:sz w:val="20"/>
        </w:rPr>
        <w:t>[5]</w:t>
      </w:r>
    </w:p>
    <w:p>
      <w:r>
        <w:rPr>
          <w:rFonts w:ascii="Gentium Plus" w:hAnsi="Gentium Plus"/>
          <w:sz w:val="24"/>
        </w:rPr>
        <w:t>τὰς δὲ πόλεις Μακεδόνων καὶ Ἰλλυριῶν ἁλούσας παρ’ ἐλπίδα πάσας ἐλευθέρας ἀφῆκεν, καίτοι μεγά‐ λους κινδύνους ὑπομεινάντων Ῥωμαίων πολλάκις ἐν τοῖς πρὸς Περσέα πολέμοις καὶ πρό γε τούτου κρατησάντων πολέμῳ Φιλίππου τοῦ πατρὸς αὐτοῦ</w:t>
      </w:r>
    </w:p>
    <w:p>
      <w:r>
        <w:rPr>
          <w:rFonts w:ascii="Courier New" w:hAnsi="Courier New"/>
          <w:color w:val="555555"/>
          <w:sz w:val="20"/>
        </w:rPr>
        <w:t>[10]</w:t>
      </w:r>
    </w:p>
    <w:p>
      <w:r>
        <w:rPr>
          <w:rFonts w:ascii="Gentium Plus" w:hAnsi="Gentium Plus"/>
          <w:sz w:val="24"/>
        </w:rPr>
        <w:t>καὶ Ἀντιόχου τοῦ Μεγάλου, καὶ τοσοῦτον ἐπ’ αὐ‐ τοῖς φιλανθρωπευθέντων ὡς μὴ μόνον τὰς βασι‐ λείας αὐτῶν ἔχειν, ἀλλὰ καὶ φίλους αὐτοὺς εἶναι συγχωρῆσαι· ἐφ’ οἷς ἑαυτοὺς Μακεδόνες ἀγνω‐ μονήσαντες ἀναξίους ἐδόκουν ἔσεσθαι παντὸς ἐλέους</w:t>
      </w:r>
    </w:p>
    <w:p>
      <w:r>
        <w:rPr>
          <w:rFonts w:ascii="Courier New" w:hAnsi="Courier New"/>
          <w:color w:val="555555"/>
          <w:sz w:val="20"/>
        </w:rPr>
        <w:t>[15]</w:t>
      </w:r>
    </w:p>
    <w:p>
      <w:r>
        <w:rPr>
          <w:rFonts w:ascii="Gentium Plus" w:hAnsi="Gentium Plus"/>
          <w:sz w:val="24"/>
        </w:rPr>
        <w:t>χειρωθέντες Ῥωμαίοις σὺν τῷ Περσεῖ. ἀλλ’ ἡ σύγκλητος ἀμνησικάκως καὶ μεγαλοψύχως αὐτοῖς προσηνέχθη, τὴν ἐλευθερίαν ἀντὶ δουλείας χαρισα‐</w:t>
      </w:r>
    </w:p>
    <w:p>
      <w:r>
        <w:rPr>
          <w:rFonts w:ascii="Courier New" w:hAnsi="Courier New"/>
          <w:color w:val="555555"/>
          <w:sz w:val="20"/>
        </w:rPr>
        <w:t>[31 . 8 . 5]</w:t>
      </w:r>
    </w:p>
    <w:p>
      <w:r>
        <w:rPr>
          <w:rFonts w:ascii="Gentium Plus" w:hAnsi="Gentium Plus"/>
          <w:sz w:val="24"/>
        </w:rPr>
        <w:t>μένη. ὁμοίως δὲ καὶ τοῖς Ἰλλυριοῖς· καὶ τούτων γὰρ τὸν βασιλέα Γετίωνα αἰχμάλωτον ἔλαβον σὺν τῷ Περσεῖ. εὐγενῶς οὖν αὐτοῖς Ῥωμαῖοι τὴν ἐλευθερίαν χαρισάμενοι τὰ ἡμίση δίδειν τῶν τελῶν</w:t>
      </w:r>
    </w:p>
    <w:p>
      <w:r>
        <w:rPr>
          <w:rFonts w:ascii="Courier New" w:hAnsi="Courier New"/>
          <w:color w:val="555555"/>
          <w:sz w:val="20"/>
        </w:rPr>
        <w:t>[5]</w:t>
      </w:r>
    </w:p>
    <w:p>
      <w:r>
        <w:rPr>
          <w:rFonts w:ascii="Gentium Plus" w:hAnsi="Gentium Plus"/>
          <w:sz w:val="24"/>
        </w:rPr>
        <w:t>προσέταξαν ὧν πρότερον ἐτέλουν τοῖς ἰδίοις βασιλεῦσιν.</w:t>
      </w:r>
    </w:p>
    <w:p>
      <w:r>
        <w:rPr>
          <w:rFonts w:ascii="Courier New" w:hAnsi="Courier New"/>
          <w:color w:val="555555"/>
          <w:sz w:val="20"/>
        </w:rPr>
        <w:t>[31 . 8 . 6]</w:t>
      </w:r>
    </w:p>
    <w:p>
      <w:r>
        <w:rPr>
          <w:rFonts w:ascii="Gentium Plus" w:hAnsi="Gentium Plus"/>
          <w:sz w:val="24"/>
        </w:rPr>
        <w:t>Ἐξέπεμψάν τε δέκα μὲν πρεσβευτὰς ἐκ τοῦ</w:t>
      </w:r>
    </w:p>
    <w:p>
      <w:r>
        <w:rPr>
          <w:rFonts w:ascii="Courier New" w:hAnsi="Courier New"/>
          <w:color w:val="555555"/>
          <w:sz w:val="20"/>
        </w:rPr>
        <w:t>[5]</w:t>
      </w:r>
    </w:p>
    <w:p>
      <w:r>
        <w:rPr>
          <w:rFonts w:ascii="Gentium Plus" w:hAnsi="Gentium Plus"/>
          <w:sz w:val="24"/>
        </w:rPr>
        <w:t>καθελεῖν, Ἀμφιλόχους δὲ τῶν Αἰτωλῶν ἀποζεῦξαι, καὶ τοὺς ἐπιφανεῖς ἄνδρας τῶν Μακεδόνων εἰς ἓν συναγαγεῖν· ἔνθα ἐλευθέρους καὶ ἀφρουρήτους</w:t>
      </w:r>
    </w:p>
    <w:p>
      <w:r>
        <w:rPr>
          <w:rFonts w:ascii="Courier New" w:hAnsi="Courier New"/>
          <w:color w:val="555555"/>
          <w:sz w:val="20"/>
        </w:rPr>
        <w:t>[31 . 8 . 7]</w:t>
      </w:r>
    </w:p>
    <w:p>
      <w:r>
        <w:rPr>
          <w:rFonts w:ascii="Gentium Plus" w:hAnsi="Gentium Plus"/>
          <w:sz w:val="24"/>
        </w:rPr>
        <w:t>αὐτοὺς ἀφῆκαν. κατέλυσαν δὲ καὶ τὰς ἐκ τῶν μετάλλων ἀργύρου καὶ χρυσοῦ προσόδους διά τε τὸ τῶν ἐνοικούντων ἀνεπηρέαστον καὶ ὅπως μή τινες μετὰ ταῦτα νεωτερίζοιεν διὰ τῶν χρημάτων ἀνα‐</w:t>
      </w:r>
    </w:p>
    <w:p>
      <w:r>
        <w:rPr>
          <w:rFonts w:ascii="Courier New" w:hAnsi="Courier New"/>
          <w:color w:val="555555"/>
          <w:sz w:val="20"/>
        </w:rPr>
        <w:t>[31 . 8 . 8]</w:t>
      </w:r>
    </w:p>
    <w:p>
      <w:r>
        <w:rPr>
          <w:rFonts w:ascii="Gentium Plus" w:hAnsi="Gentium Plus"/>
          <w:sz w:val="24"/>
        </w:rPr>
        <w:t>κτώμενοι τὴν Μακεδόνων ἀρχήν. τὴν δὲ χώραν ὅλην διεῖλον εἰς τέσσαρα μέρη, ὧν πρῶτον τὸ μεταξὺ Νέστου ποταμοῦ καὶ Στρυμόνος καὶ τὰ πρὸς ἀνατολὴν τοῦ Νέστου ἐρύματα πλὴν τὰ πρὸς</w:t>
      </w:r>
    </w:p>
    <w:p>
      <w:r>
        <w:rPr>
          <w:rFonts w:ascii="Courier New" w:hAnsi="Courier New"/>
          <w:color w:val="555555"/>
          <w:sz w:val="20"/>
        </w:rPr>
        <w:t>[5]</w:t>
      </w:r>
    </w:p>
    <w:p>
      <w:r>
        <w:rPr>
          <w:rFonts w:ascii="Gentium Plus" w:hAnsi="Gentium Plus"/>
          <w:sz w:val="24"/>
        </w:rPr>
        <w:t>Ἄβδηραν καὶ Μαρώνειαν καὶ Αἶνον πόλεις, πρὸς δυσμὰς δὲ τοῦ Στρυμόνος Βισαλτία πᾶσα μετὰ τῆς ἐν τῇ Σιντικῇ Ἡρακλείας· δεύτερον μέρος, ὅπερ ἀπὸ μὲν ἀνατολῆς ὁρίζει ὁ Στρυμὼν ποταμός, ἀπὸ δὲ δυσμῶν ὁ καλούμενος Ἀξιὸς ποταμὸς καὶ οἱ</w:t>
      </w:r>
    </w:p>
    <w:p>
      <w:r>
        <w:rPr>
          <w:rFonts w:ascii="Courier New" w:hAnsi="Courier New"/>
          <w:color w:val="555555"/>
          <w:sz w:val="20"/>
        </w:rPr>
        <w:t>[10]</w:t>
      </w:r>
    </w:p>
    <w:p>
      <w:r>
        <w:rPr>
          <w:rFonts w:ascii="Gentium Plus" w:hAnsi="Gentium Plus"/>
          <w:sz w:val="24"/>
        </w:rPr>
        <w:t>παρακείμενοι αὐτῷ τόποι· τρίτον, ὃ περιέχει κατὰ δυσμὰς μὲν ὁ Πηνειὸς ποταμός, κατὰ δὲ ἄρκτον τὸ λεγόμενον Βέρνον ὄρος, προστεθέντων καί τινων τόπων τῆς Παιονίας, ἐν οἷς καὶ πόλεις ἀξιόλογοι Ἔδεσσα καὶ Βέροια· τέταρτον καὶ τελευταῖον, ὅπερ</w:t>
      </w:r>
    </w:p>
    <w:p>
      <w:r>
        <w:rPr>
          <w:rFonts w:ascii="Courier New" w:hAnsi="Courier New"/>
          <w:color w:val="555555"/>
          <w:sz w:val="20"/>
        </w:rPr>
        <w:t>[15]</w:t>
      </w:r>
    </w:p>
    <w:p>
      <w:r>
        <w:rPr>
          <w:rFonts w:ascii="Gentium Plus" w:hAnsi="Gentium Plus"/>
          <w:sz w:val="24"/>
        </w:rPr>
        <w:t>ὑπὲρ τὸ Βέρνον ὄρος συνάπτει τῇ Ἠπείρῳ καὶ τοῖς κατὰ τὴν Ἰλλυρίδα τόποις. ἡγοῦντο δὲ καὶ πόλεις τέσσαρες τῶν αὐτῶν τεσσάρων μερῶν, τοῦ μὲν πρώτου Ἀμφίπολις, τοῦ δευτέρου Θεσσαλονίκη,</w:t>
      </w:r>
    </w:p>
    <w:p>
      <w:r>
        <w:rPr>
          <w:rFonts w:ascii="Courier New" w:hAnsi="Courier New"/>
          <w:color w:val="555555"/>
          <w:sz w:val="20"/>
        </w:rPr>
        <w:t>[31 . 8 . 9]</w:t>
      </w:r>
    </w:p>
    <w:p>
      <w:r>
        <w:rPr>
          <w:rFonts w:ascii="Gentium Plus" w:hAnsi="Gentium Plus"/>
          <w:sz w:val="24"/>
        </w:rPr>
        <w:t>ἐν ταύταις ἀρχηγοὶ τέσσαρες κατεστάθησαν καὶ οἱ φόροι ἠθροίζοντο. ἐν δὲ τοῖς ἐσχάτοις τῆς Μακε‐ δονίας τόποις διὰ τὰς τῶν παρακειμένων ἐθνῶν ἐπιβουλὰς κατέστησαν στρατιώτας.</w:t>
      </w:r>
    </w:p>
    <w:p>
      <w:r>
        <w:rPr>
          <w:rFonts w:ascii="Courier New" w:hAnsi="Courier New"/>
          <w:color w:val="555555"/>
          <w:sz w:val="20"/>
        </w:rPr>
        <w:t>[5]</w:t>
      </w:r>
    </w:p>
    <w:p>
      <w:r>
        <w:rPr>
          <w:rFonts w:ascii="Gentium Plus" w:hAnsi="Gentium Plus"/>
          <w:sz w:val="24"/>
        </w:rPr>
        <w:t>Ἐπὶ τούτοις ὁ Αἰμίλιος ἀγῶνας καὶ πότους μεγα‐ λοπρεπεῖς τῷ πλήθει συντάξας τὰ εὑρεθέντα χρή‐ ματα εἰς τὴν Ῥώμην ἀπέστειλεν· καταλαβὼν δὲ καὶ αὐτὸς θρίαμβον καταγαγεῖν ἅμα τοῖς σὺν αὐτῷ</w:t>
      </w:r>
    </w:p>
    <w:p>
      <w:r>
        <w:rPr>
          <w:rFonts w:ascii="Courier New" w:hAnsi="Courier New"/>
          <w:color w:val="555555"/>
          <w:sz w:val="20"/>
        </w:rPr>
        <w:t>[31 . 8 . 10]</w:t>
      </w:r>
    </w:p>
    <w:p>
      <w:r>
        <w:rPr>
          <w:rFonts w:ascii="Gentium Plus" w:hAnsi="Gentium Plus"/>
          <w:sz w:val="24"/>
        </w:rPr>
        <w:t>στρατηγοῖς κελεύεται παρὰ τῆς συγκλήτου. καὶ πρῶτος μὲν Ἀνίκιος καὶ Ὀκτάουιος ὁ τῆς ναυτικῆς δυνάμεως ἡγησάμενος ἀνὰ μίαν ἡμέραν ἑκάτερος ἐθριάμβευσεν, ὁ δὲ σοφώτατος Αἰμίλιος ἐπὶ τρεῖς.</w:t>
      </w:r>
    </w:p>
    <w:p>
      <w:r>
        <w:rPr>
          <w:rFonts w:ascii="Courier New" w:hAnsi="Courier New"/>
          <w:color w:val="555555"/>
          <w:sz w:val="20"/>
        </w:rPr>
        <w:t>[5]</w:t>
      </w:r>
    </w:p>
    <w:p>
      <w:r>
        <w:rPr>
          <w:rFonts w:ascii="Gentium Plus" w:hAnsi="Gentium Plus"/>
          <w:sz w:val="24"/>
        </w:rPr>
        <w:t>καὶ τῇ μὲν πρώτῃ ἅμαξαι χίλιαι διακόσιαι προ‐ ῆλθον φέρουσαι λευκὰς καὶ τραχείας ἀσπίδας, καὶ ἄλλαι χίλιαι διακόσιαι ἅμαξαι πλήρεις ἀσπίδων χαλκῶν, καὶ ἕτεραι τριακόσιαι λόγχας καὶ σαρίσας καὶ τόξα καὶ ἀκόντια γέμουσαι· προηγοῦντο δὲ</w:t>
      </w:r>
    </w:p>
    <w:p>
      <w:r>
        <w:rPr>
          <w:rFonts w:ascii="Courier New" w:hAnsi="Courier New"/>
          <w:color w:val="555555"/>
          <w:sz w:val="20"/>
        </w:rPr>
        <w:t>[10]</w:t>
      </w:r>
    </w:p>
    <w:p>
      <w:r>
        <w:rPr>
          <w:rFonts w:ascii="Gentium Plus" w:hAnsi="Gentium Plus"/>
          <w:sz w:val="24"/>
        </w:rPr>
        <w:t>αὐτῶν ὡς ἐν πολέμῳ σαλπιγκταί. ἦσαν δὲ καὶ ἄλλαι πολλαὶ ποικίλα εἴδη φέρουσαι ὅπλων, κά‐</w:t>
      </w:r>
    </w:p>
    <w:p>
      <w:r>
        <w:rPr>
          <w:rFonts w:ascii="Courier New" w:hAnsi="Courier New"/>
          <w:color w:val="555555"/>
          <w:sz w:val="20"/>
        </w:rPr>
        <w:t>[31 . 8 . 11]</w:t>
      </w:r>
    </w:p>
    <w:p>
      <w:r>
        <w:rPr>
          <w:rFonts w:ascii="Gentium Plus" w:hAnsi="Gentium Plus"/>
          <w:sz w:val="24"/>
        </w:rPr>
        <w:t>μακες ὀκτακόσιαι καθωπλισμέναι. τῇ δὲ δευτέρᾳ προεκομίσθη νομισμάτων τάλαντα χίλια, ἀργύρου τάλαντα δισχίλια διακόσια, ἐκπωμάτων πλῆθος,</w:t>
      </w:r>
    </w:p>
    <w:p>
      <w:r>
        <w:rPr>
          <w:rFonts w:ascii="Courier New" w:hAnsi="Courier New"/>
          <w:color w:val="555555"/>
          <w:sz w:val="20"/>
        </w:rPr>
        <w:t>[5]</w:t>
      </w:r>
    </w:p>
    <w:p>
      <w:r>
        <w:rPr>
          <w:rFonts w:ascii="Gentium Plus" w:hAnsi="Gentium Plus"/>
          <w:sz w:val="24"/>
        </w:rPr>
        <w:t>κόσιαι, ἀσπίδες τε χρυσαῖ καὶ πίνακες ἀναθεματι‐</w:t>
      </w:r>
    </w:p>
    <w:p>
      <w:r>
        <w:rPr>
          <w:rFonts w:ascii="Courier New" w:hAnsi="Courier New"/>
          <w:color w:val="555555"/>
          <w:sz w:val="20"/>
        </w:rPr>
        <w:t>[31 . 8 . 12]</w:t>
      </w:r>
    </w:p>
    <w:p>
      <w:r>
        <w:rPr>
          <w:rFonts w:ascii="Gentium Plus" w:hAnsi="Gentium Plus"/>
          <w:sz w:val="24"/>
        </w:rPr>
        <w:t>κοὶ πάμπολλοι. τῇ τρίτῃ προηγοῦντο λευκαὶ βόες εὐπρεπεῖς ἑκατὸν εἴκοσι, χρυσοῦ τάλαντα ἐν φορή‐ μασι διακοσίοις εἴκοσι, φιάλη δέκα ταλάντων χρυ‐ σοῦ διάλιθος, χρυσωμάτων παντοῖαι κατασκευαὶ</w:t>
      </w:r>
    </w:p>
    <w:p>
      <w:r>
        <w:rPr>
          <w:rFonts w:ascii="Courier New" w:hAnsi="Courier New"/>
          <w:color w:val="555555"/>
          <w:sz w:val="20"/>
        </w:rPr>
        <w:t>[5]</w:t>
      </w:r>
    </w:p>
    <w:p>
      <w:r>
        <w:rPr>
          <w:rFonts w:ascii="Gentium Plus" w:hAnsi="Gentium Plus"/>
          <w:sz w:val="24"/>
        </w:rPr>
        <w:t>ταλάντων δέκα, ἐλεφάντων ὀδόντες δισχίλιοι τρι‐ πήχεις, ἅρμα ἐλεφάντινον ἐκ χρυσοῦ καὶ λίθων, ἵππος φαλάροις διαλίθοις καὶ τῇ λοιπῇ κατασκευῇ διαχρύσῳ πολεμικῶς κεκοσμημένος, κλίνη χρυσῆ στρωμναῖς πολυανθέσι κατεστρωμένη, φορεῖον χρυ‐</w:t>
      </w:r>
    </w:p>
    <w:p>
      <w:r>
        <w:rPr>
          <w:rFonts w:ascii="Courier New" w:hAnsi="Courier New"/>
          <w:color w:val="555555"/>
          <w:sz w:val="20"/>
        </w:rPr>
        <w:t>[10]</w:t>
      </w:r>
    </w:p>
    <w:p>
      <w:r>
        <w:rPr>
          <w:rFonts w:ascii="Gentium Plus" w:hAnsi="Gentium Plus"/>
          <w:sz w:val="24"/>
        </w:rPr>
        <w:t>σοῦν περιπεπετασμένον πορφύραν, ἐφ’ οἷς Περσεὺς ὁ δυστυχὴς βασιλεὺς Μακεδόνων ἅμα δυσὶν υἱοῖς καὶ θυγατρὶ μιᾷ καὶ τοῖς ἡγεμόσι διακοσίοις πεντή‐ κοντα, στέφανοι τετρακόσιοι δοθέντες ἐκ τῶν πόλεων καὶ τῶν βασιλέων, καὶ ἐπὶ πᾶσιν Αἰμίλιος</w:t>
      </w:r>
    </w:p>
    <w:p>
      <w:r>
        <w:rPr>
          <w:rFonts w:ascii="Courier New" w:hAnsi="Courier New"/>
          <w:color w:val="555555"/>
          <w:sz w:val="20"/>
        </w:rPr>
        <w:t>[15]</w:t>
      </w:r>
    </w:p>
    <w:p>
      <w:r>
        <w:rPr>
          <w:rFonts w:ascii="Gentium Plus" w:hAnsi="Gentium Plus"/>
          <w:sz w:val="24"/>
        </w:rPr>
        <w:t>ἐφ’ ἅρματος ἐλεφαντίνου καταπληκτικοῦ. (Georgius Syncellus, pp. 508—511 Dind.)</w:t>
      </w:r>
    </w:p>
    <w:p>
      <w:r>
        <w:rPr>
          <w:rFonts w:ascii="Courier New" w:hAnsi="Courier New"/>
          <w:color w:val="555555"/>
          <w:sz w:val="20"/>
        </w:rPr>
        <w:t>[31 . 8 . 13]</w:t>
      </w:r>
    </w:p>
    <w:p>
      <w:r>
        <w:rPr>
          <w:rFonts w:ascii="Gentium Plus" w:hAnsi="Gentium Plus"/>
          <w:sz w:val="24"/>
        </w:rPr>
        <w:t>Ὅτι πρὸς τοὺς θαυμάζοντας τὴν ἐν τῷ θεάτρῳ ἐπιμέλειαν ὁ στρατηγὸς Αἰμίλιος ἀπεφήνατο τῆς αὐτῆς εἶναι ψυχῆς ἀγῶνάς τε τάξαι κατὰ τρόπον καὶ τὰ κατὰ πότον οἰκείως χειρίσαι καὶ παρατάξα‐</w:t>
      </w:r>
    </w:p>
    <w:p>
      <w:r>
        <w:rPr>
          <w:rFonts w:ascii="Courier New" w:hAnsi="Courier New"/>
          <w:color w:val="555555"/>
          <w:sz w:val="20"/>
        </w:rPr>
        <w:t>[5]</w:t>
      </w:r>
    </w:p>
    <w:p>
      <w:r>
        <w:rPr>
          <w:rFonts w:ascii="Gentium Plus" w:hAnsi="Gentium Plus"/>
          <w:sz w:val="24"/>
        </w:rPr>
        <w:t>σθαι τοῖς ἀντιτεταγμένοις στρατηγικῶς. (Const. Exc. 4, p. 372.)</w:t>
      </w:r>
    </w:p>
    <w:p>
      <w:r>
        <w:rPr>
          <w:rFonts w:ascii="Courier New" w:hAnsi="Courier New"/>
          <w:color w:val="555555"/>
          <w:sz w:val="20"/>
        </w:rPr>
        <w:t>[31 . 9 . 1]</w:t>
      </w:r>
    </w:p>
    <w:p>
      <w:r>
        <w:rPr>
          <w:rFonts w:ascii="Gentium Plus" w:hAnsi="Gentium Plus"/>
          <w:sz w:val="24"/>
        </w:rPr>
        <w:t>Ὅτι Περσέα τὸν τελευταῖον Μακεδονίας βασιλέα, πολλάκις Ῥωμαίοις διὰ φιλίας ἰόντα, πολλάκις δὲ καὶ στρατιᾷ οὐκ ἀναξιολόγῳ πολεμή‐ σαντα, τέλος Αἰμίλιος καταπολεμήσας εἷλε, καὶ</w:t>
      </w:r>
    </w:p>
    <w:p>
      <w:r>
        <w:rPr>
          <w:rFonts w:ascii="Courier New" w:hAnsi="Courier New"/>
          <w:color w:val="555555"/>
          <w:sz w:val="20"/>
        </w:rPr>
        <w:t>[5]</w:t>
      </w:r>
    </w:p>
    <w:p>
      <w:r>
        <w:rPr>
          <w:rFonts w:ascii="Gentium Plus" w:hAnsi="Gentium Plus"/>
          <w:sz w:val="24"/>
        </w:rPr>
        <w:t>λαμπρὸν θρίαμβον ἐπὶ τῇ νίκῃ κατήγαγε. Περσεὺς</w:t>
      </w:r>
    </w:p>
    <w:p>
      <w:r>
        <w:rPr>
          <w:rFonts w:ascii="Courier New" w:hAnsi="Courier New"/>
          <w:color w:val="555555"/>
          <w:sz w:val="20"/>
        </w:rPr>
        <w:t>[10]</w:t>
      </w:r>
    </w:p>
    <w:p>
      <w:r>
        <w:rPr>
          <w:rFonts w:ascii="Gentium Plus" w:hAnsi="Gentium Plus"/>
          <w:sz w:val="24"/>
        </w:rPr>
        <w:t>παθεῖν, τῶν κατὰ πόλιν στρατηγῶν εἷς ἐνέβαλεν αὐτὸν εἰς τὸν ἐν Ἄλβαις κάρκαρον μετὰ τῶν</w:t>
      </w:r>
    </w:p>
    <w:p>
      <w:r>
        <w:rPr>
          <w:rFonts w:ascii="Courier New" w:hAnsi="Courier New"/>
          <w:color w:val="555555"/>
          <w:sz w:val="20"/>
        </w:rPr>
        <w:t>[31 . 9 . 2]</w:t>
      </w:r>
    </w:p>
    <w:p>
      <w:r>
        <w:rPr>
          <w:rFonts w:ascii="Gentium Plus" w:hAnsi="Gentium Plus"/>
          <w:sz w:val="24"/>
        </w:rPr>
        <w:t>τέκνων. ἔστι δὲ ὁ κάρκαρος ὄρυγμα κατάγειον βαθύ, τὸ μὲν μέγεθος ἔχον οἴκου μάλιστά πως ἐννεακλίνου, σκότου δὲ πλῆρες καὶ δυσοσμίας διὰ τὸ πλῆθος τῶν παραδεδομένων εἰς τοῦτον τὸν τόπον</w:t>
      </w:r>
    </w:p>
    <w:p>
      <w:r>
        <w:rPr>
          <w:rFonts w:ascii="Courier New" w:hAnsi="Courier New"/>
          <w:color w:val="555555"/>
          <w:sz w:val="20"/>
        </w:rPr>
        <w:t>[5]</w:t>
      </w:r>
    </w:p>
    <w:p>
      <w:r>
        <w:rPr>
          <w:rFonts w:ascii="Gentium Plus" w:hAnsi="Gentium Plus"/>
          <w:sz w:val="24"/>
        </w:rPr>
        <w:t>ἀνδρῶν τῶν ἐπὶ θανατικοῖς ἐγκλήμασι καταδικαζο‐ μένων, ὧν ἐν ἐκείνοις τοῖς χρόνοις οἱ πλείους ἐνταῦθα καθείργνυντο· ἐν οὕτω γὰρ στενῷ τόπῳ συγκεκλεισμένων πολλῶν ἀνδρῶν ἀπεθηριοῦτο τὰ τῶν ἀτυχῶν σώματα, τῶν τε πρὸς τροφὴν καὶ τὴν</w:t>
      </w:r>
    </w:p>
    <w:p>
      <w:r>
        <w:rPr>
          <w:rFonts w:ascii="Courier New" w:hAnsi="Courier New"/>
          <w:color w:val="555555"/>
          <w:sz w:val="20"/>
        </w:rPr>
        <w:t>[10]</w:t>
      </w:r>
    </w:p>
    <w:p>
      <w:r>
        <w:rPr>
          <w:rFonts w:ascii="Gentium Plus" w:hAnsi="Gentium Plus"/>
          <w:sz w:val="24"/>
        </w:rPr>
        <w:t>ἄλλην πᾶσαν χρείαν ἀνηκόντων πάντων ἐν ταὐ‐ τῷ πεφυρμένων τοσαύτην προσπίπτειν δυσωδίαν συνέβαινεν ὥστε μηδένα τῶν προσιόντων ῥᾳδίως</w:t>
      </w:r>
    </w:p>
    <w:p>
      <w:r>
        <w:rPr>
          <w:rFonts w:ascii="Courier New" w:hAnsi="Courier New"/>
          <w:color w:val="555555"/>
          <w:sz w:val="20"/>
        </w:rPr>
        <w:t>[31 . 9 . 3]</w:t>
      </w:r>
    </w:p>
    <w:p>
      <w:r>
        <w:rPr>
          <w:rFonts w:ascii="Gentium Plus" w:hAnsi="Gentium Plus"/>
          <w:sz w:val="24"/>
        </w:rPr>
        <w:t>δύνασθαι καρτερῆσαι. ἐφ’ ἡμέρας μὲν οὖν ἑπτὰ διετέλεσεν ἐνταῦθα κακουχούμενος, ὥστε καὶ παρὰ τῶν ἐσχάτων καὶ τακτὰ σιτουμένων ἐπικουρίας δεηθῆναι· συμπαθεῖς γὰρ οὗτοι γινόμενοι διὰ τὸ</w:t>
      </w:r>
    </w:p>
    <w:p>
      <w:r>
        <w:rPr>
          <w:rFonts w:ascii="Courier New" w:hAnsi="Courier New"/>
          <w:color w:val="555555"/>
          <w:sz w:val="20"/>
        </w:rPr>
        <w:t>[5]</w:t>
      </w:r>
    </w:p>
    <w:p>
      <w:r>
        <w:rPr>
          <w:rFonts w:ascii="Gentium Plus" w:hAnsi="Gentium Plus"/>
          <w:sz w:val="24"/>
        </w:rPr>
        <w:t>μέγεθος τῶν ἀκληρημάτων, ὧν μετελάμβανον, φιλανθρώπως τούτων ἐκείνῳ μετεδίδοσαν δα‐ κρύοντες. ἔρριπτο δ’ οὖν αὐτῷ καὶ ξίφος πρὸς ἀναίρεσιν καὶ κάλως πρὸς ἀγχόνην, ἐξουσίας διδομένης ὡς</w:t>
      </w:r>
    </w:p>
    <w:p>
      <w:r>
        <w:rPr>
          <w:rFonts w:ascii="Courier New" w:hAnsi="Courier New"/>
          <w:color w:val="555555"/>
          <w:sz w:val="20"/>
        </w:rPr>
        <w:t>[31 . 9 . 4]</w:t>
      </w:r>
    </w:p>
    <w:p>
      <w:r>
        <w:rPr>
          <w:rFonts w:ascii="Gentium Plus" w:hAnsi="Gentium Plus"/>
          <w:sz w:val="24"/>
        </w:rPr>
        <w:t>βούλοιτο χρήσασθαι. ἀλλ’ οὐδὲν οὕτω γλυκὺ</w:t>
      </w:r>
    </w:p>
    <w:p>
      <w:r>
        <w:rPr>
          <w:rFonts w:ascii="Courier New" w:hAnsi="Courier New"/>
          <w:color w:val="555555"/>
          <w:sz w:val="20"/>
        </w:rPr>
        <w:t>[5]</w:t>
      </w:r>
    </w:p>
    <w:p>
      <w:r>
        <w:rPr>
          <w:rFonts w:ascii="Gentium Plus" w:hAnsi="Gentium Plus"/>
          <w:sz w:val="24"/>
        </w:rPr>
        <w:t>κος Αἰμίλιος προκαθήμενος τοῦ βουλευτηρίου, τηρῶν τό τε περὶ αὑτὸν ἀξίωμα καὶ τὸ τῆς πατρίδος ἐπιεικές, παρῄνεσε τῇ συγκλήτῳ σχετλιάζων, εἰ μὴ τὸν ἀνθρώπινον φόβον εὐλαβοῦνται, τήν γε τοὺς ὑπερηφάνως ταῖς ἐξουσίαις χρωμένους μετερχο‐</w:t>
      </w:r>
    </w:p>
    <w:p>
      <w:r>
        <w:rPr>
          <w:rFonts w:ascii="Courier New" w:hAnsi="Courier New"/>
          <w:color w:val="555555"/>
          <w:sz w:val="20"/>
        </w:rPr>
        <w:t>[31 . 9 . 5]</w:t>
      </w:r>
    </w:p>
    <w:p>
      <w:r>
        <w:rPr>
          <w:rFonts w:ascii="Gentium Plus" w:hAnsi="Gentium Plus"/>
          <w:sz w:val="24"/>
        </w:rPr>
        <w:t>μένην νέμεσιν αἰδεῖσθαι. διόπερ εἰς ἐπιεικεστέραν δοθεὶς φυλακήν, καὶ κεναῖς ἐλπίσι προσανέχων, ὁμοίαν τοῖς προητυχημένοις ἔσχε τοῦ βίου τὴν καταστροφήν. διετῆ γὰρ χρόνον φιλοψυχήσας, καὶ</w:t>
      </w:r>
    </w:p>
    <w:p>
      <w:r>
        <w:rPr>
          <w:rFonts w:ascii="Courier New" w:hAnsi="Courier New"/>
          <w:color w:val="555555"/>
          <w:sz w:val="20"/>
        </w:rPr>
        <w:t>[5]</w:t>
      </w:r>
    </w:p>
    <w:p>
      <w:r>
        <w:rPr>
          <w:rFonts w:ascii="Gentium Plus" w:hAnsi="Gentium Plus"/>
          <w:sz w:val="24"/>
        </w:rPr>
        <w:t>προσκόψας τοῖς φυλάττουσι βαρβάροις, κωλυόμενος ὑπ’ ἐκείνων ὕπνου τυχεῖν ἐτελεύτησεν. (Photius, Bibl. pp. 381—382 B.)</w:t>
      </w:r>
    </w:p>
    <w:p>
      <w:r>
        <w:rPr>
          <w:rFonts w:ascii="Courier New" w:hAnsi="Courier New"/>
          <w:color w:val="555555"/>
          <w:sz w:val="20"/>
        </w:rPr>
        <w:t>[31 . 9 . 6]</w:t>
      </w:r>
    </w:p>
    <w:p>
      <w:r>
        <w:rPr>
          <w:rFonts w:ascii="Gentium Plus" w:hAnsi="Gentium Plus"/>
          <w:sz w:val="24"/>
        </w:rPr>
        <w:t>Ὅτι οὐδὲν οὕτω γλυκὺ φαίνεται τῶν ἠτυχηκότων ἐνίοις ὡς τὸ ζῆν, καίπερ αὐτῶν ἄξια θανάτου πασχόντων· ὅπερ συνέβη εἰς Περσέα τὸν Μακε‐ δόνων βασιλέα γενέσθαι. (Const. Exc. 4, p. 372.)</w:t>
      </w:r>
    </w:p>
    <w:p>
      <w:r>
        <w:rPr>
          <w:rFonts w:ascii="Courier New" w:hAnsi="Courier New"/>
          <w:color w:val="555555"/>
          <w:sz w:val="20"/>
        </w:rPr>
        <w:t>[31 . 9 . 7]</w:t>
      </w:r>
    </w:p>
    <w:p>
      <w:r>
        <w:rPr>
          <w:rFonts w:ascii="Gentium Plus" w:hAnsi="Gentium Plus"/>
          <w:sz w:val="24"/>
        </w:rPr>
        <w:t>Ὅτι ὁ Περσεὺς εἰς τὸ κατάγειον ἐμβληθεὶς οἴκημα ἐκεῖσε ἂν κατέστρεψε τὸν βίον, εἰ μὴ ὁ Αἰμίλιος προκαθήμενος τοῦ βουλευτηρίου καὶ τηρῶν τὸ περὶ αὑτὸν ἀξίωμα καὶ τὸ τῆς πατρίδος ἐπιεικὲς</w:t>
      </w:r>
    </w:p>
    <w:p>
      <w:r>
        <w:rPr>
          <w:rFonts w:ascii="Courier New" w:hAnsi="Courier New"/>
          <w:color w:val="555555"/>
          <w:sz w:val="20"/>
        </w:rPr>
        <w:t>[5]</w:t>
      </w:r>
    </w:p>
    <w:p>
      <w:r>
        <w:rPr>
          <w:rFonts w:ascii="Gentium Plus" w:hAnsi="Gentium Plus"/>
          <w:sz w:val="24"/>
        </w:rPr>
        <w:t>παρῄνεσε τῇ συγκλήτῳ σχετλιάζων, εἰ μὴ τὸν ἐξ ἀνθρώπων φόβον εὐλαβοῦνται, τήν γε τοὺς ὑπερη‐ φάνως ταῖς ἐξουσίαις χρωμένους μετερχομένην νέ‐ μεσιν αἰδεῖσθαι. διόπερ εἰς ἐπιεικεστέραν δοθεὶς φυλακὴν διὰ τὴν τῆς συγκλήτου χρηστότητα κεναῖς</w:t>
      </w:r>
    </w:p>
    <w:p>
      <w:r>
        <w:rPr>
          <w:rFonts w:ascii="Courier New" w:hAnsi="Courier New"/>
          <w:color w:val="555555"/>
          <w:sz w:val="20"/>
        </w:rPr>
        <w:t>[10]</w:t>
      </w:r>
    </w:p>
    <w:p>
      <w:r>
        <w:rPr>
          <w:rFonts w:ascii="Gentium Plus" w:hAnsi="Gentium Plus"/>
          <w:sz w:val="24"/>
        </w:rPr>
        <w:t>ἐλπίσι προσανεῖχεν. (Const. Exc. 2(1), p. 281.)</w:t>
      </w:r>
    </w:p>
    <w:p>
      <w:r>
        <w:rPr>
          <w:rFonts w:ascii="Courier New" w:hAnsi="Courier New"/>
          <w:color w:val="555555"/>
          <w:sz w:val="20"/>
        </w:rPr>
        <w:t>[31 . 10 . 1]</w:t>
      </w:r>
    </w:p>
    <w:p>
      <w:r>
        <w:rPr>
          <w:rFonts w:ascii="Gentium Plus" w:hAnsi="Gentium Plus"/>
          <w:sz w:val="24"/>
        </w:rPr>
        <w:t>Ὅτι ἀκμαζούσης τῆς τῶν Μακεδόνων βα‐ σιλείας Δημήτριος ὁ Φαληρεὺς ἐν τῷ Περὶ Τύχης ὑπομνήματι καθάπερ χρησμῳδῶν ὑπὲρ τῶν αὐτῇ συμβησομένων εὐστόχως τούτους τοὺς λόγους ἀπο‐</w:t>
      </w:r>
    </w:p>
    <w:p>
      <w:r>
        <w:rPr>
          <w:rFonts w:ascii="Courier New" w:hAnsi="Courier New"/>
          <w:color w:val="555555"/>
          <w:sz w:val="20"/>
        </w:rPr>
        <w:t>[5]</w:t>
      </w:r>
    </w:p>
    <w:p>
      <w:r>
        <w:rPr>
          <w:rFonts w:ascii="Gentium Plus" w:hAnsi="Gentium Plus"/>
          <w:sz w:val="24"/>
        </w:rPr>
        <w:t>πεφοίβακεν· Εἰ γὰρ λάβοις πρὸ τῆς ἐννοίας μὴ χρόνον ἄπειρον μηδὲ γενεὰς πολλάς, ἀλλὰ πεντή‐ κοντα μόνον ἔτη ταυτὶ τὰ πρὸ ἡμῶν, γνοίης ἂν ὡς τὸ τῆς τύχης χαλεπὸν ἐνταῦθα· πεντηκοστῷ γὰρ ἔτει πρότερον οἴεσθ’ ἂν ἢ Πέρσας ἢ βασιλέα τῶν</w:t>
      </w:r>
    </w:p>
    <w:p>
      <w:r>
        <w:rPr>
          <w:rFonts w:ascii="Courier New" w:hAnsi="Courier New"/>
          <w:color w:val="555555"/>
          <w:sz w:val="20"/>
        </w:rPr>
        <w:t>[10]</w:t>
      </w:r>
    </w:p>
    <w:p>
      <w:r>
        <w:rPr>
          <w:rFonts w:ascii="Gentium Plus" w:hAnsi="Gentium Plus"/>
          <w:sz w:val="24"/>
        </w:rPr>
        <w:t>Περσῶν ἢ Μακεδόνας ἢ βασιλέα τῶν Μακεδόνων, εἴ τις θεῶν αὐτοῖς προὔλεγε τὸ μέλλον, πιστεῦσαί ποτ’ ἂν ὡς εἰς τοῦτον τὸν καιρὸν Περσῶν μὲν οὐδ’ ὄνομα λειφθήσεται τὸ παράπαν, οἳ πάσης σχεδὸν τῆς οἰκουμένης ἐδέσποζον, Μακεδόνες δὲ καὶ πάσης</w:t>
      </w:r>
    </w:p>
    <w:p>
      <w:r>
        <w:rPr>
          <w:rFonts w:ascii="Courier New" w:hAnsi="Courier New"/>
          <w:color w:val="555555"/>
          <w:sz w:val="20"/>
        </w:rPr>
        <w:t>[15]</w:t>
      </w:r>
    </w:p>
    <w:p>
      <w:r>
        <w:rPr>
          <w:rFonts w:ascii="Gentium Plus" w:hAnsi="Gentium Plus"/>
          <w:sz w:val="24"/>
        </w:rPr>
        <w:t>κρατήσουσιν, ὧν οὐδ’ ὄνομα πρότερον ἦν γνώριμον;</w:t>
      </w:r>
    </w:p>
    <w:p>
      <w:r>
        <w:rPr>
          <w:rFonts w:ascii="Courier New" w:hAnsi="Courier New"/>
          <w:color w:val="555555"/>
          <w:sz w:val="20"/>
        </w:rPr>
        <w:t>[31 . 10 . 2]</w:t>
      </w:r>
    </w:p>
    <w:p>
      <w:r>
        <w:rPr>
          <w:rFonts w:ascii="Gentium Plus" w:hAnsi="Gentium Plus"/>
          <w:sz w:val="24"/>
        </w:rPr>
        <w:t>ἀλλ’ ὅμως ἡ πρὸς τὸν βίον ἡμῶν ἀδιαλόγιστος τύχη καὶ πάντα παρὰ τὸν λογισμὸν τὸν ἡμέτερον καινο‐ ποιοῦσα καὶ τὴν αὑτῆς δύναμιν ἐν τοῖς παραδόξοις ἐνδεικνυμένη καὶ νῦν, ὡς ἐμοὶ δοκεῖ, ὁμοίως ἐν‐</w:t>
      </w:r>
    </w:p>
    <w:p>
      <w:r>
        <w:rPr>
          <w:rFonts w:ascii="Courier New" w:hAnsi="Courier New"/>
          <w:color w:val="555555"/>
          <w:sz w:val="20"/>
        </w:rPr>
        <w:t>[5]</w:t>
      </w:r>
    </w:p>
    <w:p>
      <w:r>
        <w:rPr>
          <w:rFonts w:ascii="Gentium Plus" w:hAnsi="Gentium Plus"/>
          <w:sz w:val="24"/>
        </w:rPr>
        <w:t>δείκνυται Μακεδόνας εἰς τὴν Περσῶν ἡγεμονίαν ἐνοικίσασα, διότι καὶ τούτοις ἡ τύχη τἀγαθὰ κέχρηκεν ἕως ἂν ἄλλο τι βουλεύσηται περὶ αὐτῶν. ὃ συνέβη κατὰ τοὺς νῦν χρόνους συντελεσθῆναι. διόπερ καὶ ἡμεῖς ἐκρίναμεν τῇ περιστάσει ταύτῃ</w:t>
      </w:r>
    </w:p>
    <w:p>
      <w:r>
        <w:rPr>
          <w:rFonts w:ascii="Courier New" w:hAnsi="Courier New"/>
          <w:color w:val="555555"/>
          <w:sz w:val="20"/>
        </w:rPr>
        <w:t>[10]</w:t>
      </w:r>
    </w:p>
    <w:p>
      <w:r>
        <w:rPr>
          <w:rFonts w:ascii="Gentium Plus" w:hAnsi="Gentium Plus"/>
          <w:sz w:val="24"/>
        </w:rPr>
        <w:t>τὸν ἁρμόζοντα λόγον ἐπιφθέγξασθαι καὶ τῆς ἀπο‐</w:t>
      </w:r>
    </w:p>
    <w:p>
      <w:r>
        <w:rPr>
          <w:rFonts w:ascii="Courier New" w:hAnsi="Courier New"/>
          <w:color w:val="555555"/>
          <w:sz w:val="20"/>
        </w:rPr>
        <w:t>[31 . 11 . 1]</w:t>
      </w:r>
    </w:p>
    <w:p>
      <w:r>
        <w:rPr>
          <w:rFonts w:ascii="Gentium Plus" w:hAnsi="Gentium Plus"/>
          <w:sz w:val="24"/>
        </w:rPr>
        <w:t>Ὅτι τῶν τοῦ Αἰμιλίου παίδων τῶν δύο παρα‐ δόξως τελευτησάντων, καὶ τοῦ δήμου παντὸς διαφερόντως συναλγοῦντος, ὁ πατὴρ τούτων συνή‐ γαγεν ἐκκλησίαν, ἐν ᾗ περὶ τῶν κατὰ τὸν πόλεμον</w:t>
      </w:r>
    </w:p>
    <w:p>
      <w:r>
        <w:rPr>
          <w:rFonts w:ascii="Courier New" w:hAnsi="Courier New"/>
          <w:color w:val="555555"/>
          <w:sz w:val="20"/>
        </w:rPr>
        <w:t>[5]</w:t>
      </w:r>
    </w:p>
    <w:p>
      <w:r>
        <w:rPr>
          <w:rFonts w:ascii="Gentium Plus" w:hAnsi="Gentium Plus"/>
          <w:sz w:val="24"/>
        </w:rPr>
        <w:t>πραχθέντων ἀπολογισάμενος ἐπὶ τέλους διεξῆλθε τοιούτους τινὰς λόγους. ἔφη γὰρ ἑαυτὸν ἐξ Ἰταλίας εἰς τὴν Ἑλλάδα μέλλοντα περαιοῦν τὰς δυνάμεις ἀποθεωρῆσαι τὴν ἀνατολὴν καὶ τότε τὸν πλοῦν ποιησάμενον ἐνάτης ὥρας καταπλεῦσαι μηδενὸς</w:t>
      </w:r>
    </w:p>
    <w:p>
      <w:r>
        <w:rPr>
          <w:rFonts w:ascii="Courier New" w:hAnsi="Courier New"/>
          <w:color w:val="555555"/>
          <w:sz w:val="20"/>
        </w:rPr>
        <w:t>[10]</w:t>
      </w:r>
    </w:p>
    <w:p>
      <w:r>
        <w:rPr>
          <w:rFonts w:ascii="Gentium Plus" w:hAnsi="Gentium Plus"/>
          <w:sz w:val="24"/>
        </w:rPr>
        <w:t>ἀπολειφθέντος εἰς Κέρκυραν, ἐκεῖθεν δὲ τεταρταῖον ἐν Δελφοῖς καλλιερήσαντα τῷ θεῷ μετὰ πέντε ἡμέρας εἰς Μακεδονίαν γενέσθαι καὶ παραλαβεῖν τὰς δυνάμεις, ἐν ἡμέραις δὲ ταῖς ἁπάσαις πεντε‐ καίδεκα βιάσασθαι τὰ στενὰ τὰ κατὰ τὴν Πέτραν</w:t>
      </w:r>
    </w:p>
    <w:p>
      <w:r>
        <w:rPr>
          <w:rFonts w:ascii="Courier New" w:hAnsi="Courier New"/>
          <w:color w:val="555555"/>
          <w:sz w:val="20"/>
        </w:rPr>
        <w:t>[15]</w:t>
      </w:r>
    </w:p>
    <w:p>
      <w:r>
        <w:rPr>
          <w:rFonts w:ascii="Gentium Plus" w:hAnsi="Gentium Plus"/>
          <w:sz w:val="24"/>
        </w:rPr>
        <w:t>καὶ παρατάξασθαι καὶ νικῆσαι Περσέα· καθόλου δὲ τέταρτον ἔτος ἀντοφθαλμοῦντος τοῦ βασιλέως τοῖς Ῥωμαίοις, ἑαυτὸν ἐν ταῖς προειρημέναις ἡμέ‐ ραις ἀπεφήνατο κεκυριευκέναι πάσης Μακεδονίας.</w:t>
      </w:r>
    </w:p>
    <w:p>
      <w:r>
        <w:rPr>
          <w:rFonts w:ascii="Courier New" w:hAnsi="Courier New"/>
          <w:color w:val="555555"/>
          <w:sz w:val="20"/>
        </w:rPr>
        <w:t>[31 . 11 . 2]</w:t>
      </w:r>
    </w:p>
    <w:p>
      <w:r>
        <w:rPr>
          <w:rFonts w:ascii="Gentium Plus" w:hAnsi="Gentium Plus"/>
          <w:sz w:val="24"/>
        </w:rPr>
        <w:t>καὶ τότε μὲν θαυμάζειν ἔφη τὸ παράλογον τῶν κατορθωμάτων· ὡς δὲ μετ’ ὀλίγον κύριος ἐγένετο τοῦ βασιλέως καὶ τῶν τέκνων καὶ τῆς βασιλείας γάζης, πολὺ μᾶλλον θαυμάζειν τὴν εὔροιαν τῆς</w:t>
      </w:r>
    </w:p>
    <w:p>
      <w:r>
        <w:rPr>
          <w:rFonts w:ascii="Courier New" w:hAnsi="Courier New"/>
          <w:color w:val="555555"/>
          <w:sz w:val="20"/>
        </w:rPr>
        <w:t>[5]</w:t>
      </w:r>
    </w:p>
    <w:p>
      <w:r>
        <w:rPr>
          <w:rFonts w:ascii="Gentium Plus" w:hAnsi="Gentium Plus"/>
          <w:sz w:val="24"/>
        </w:rPr>
        <w:t>τύχης· διακομισθέντων δὲ τῶν χρημάτων καὶ τῶν στρατιωτῶν εἰς τὴν Ἰταλίαν ἀβλαβῶς καὶ ταχέως,</w:t>
      </w:r>
    </w:p>
    <w:p>
      <w:r>
        <w:rPr>
          <w:rFonts w:ascii="Courier New" w:hAnsi="Courier New"/>
          <w:color w:val="555555"/>
          <w:sz w:val="20"/>
        </w:rPr>
        <w:t>[10]</w:t>
      </w:r>
    </w:p>
    <w:p>
      <w:r>
        <w:rPr>
          <w:rFonts w:ascii="Gentium Plus" w:hAnsi="Gentium Plus"/>
          <w:sz w:val="24"/>
        </w:rPr>
        <w:t>λιστα προσδέχεσθαι παρὰ τῆς τύχης σύμπτωμα· διόπερ προσεύχεσθαι τῷ θεῷ τῶν μὲν δημοσίων εἰς μηδὲν ἐμπεσεῖν τὴν μεταβολήν, ἀλλ’ εἰ πάντως αὐτῷ τι πρᾶξαι δέδοκτο δυσχερές, τοῦτ’ εἰς αὐτὸν</w:t>
      </w:r>
    </w:p>
    <w:p>
      <w:r>
        <w:rPr>
          <w:rFonts w:ascii="Courier New" w:hAnsi="Courier New"/>
          <w:color w:val="555555"/>
          <w:sz w:val="20"/>
        </w:rPr>
        <w:t>[31 . 11 . 3]</w:t>
      </w:r>
    </w:p>
    <w:p>
      <w:r>
        <w:rPr>
          <w:rFonts w:ascii="Gentium Plus" w:hAnsi="Gentium Plus"/>
          <w:sz w:val="24"/>
        </w:rPr>
        <w:t>ἐναπερείσασθαι. διόπερ ἅμα τῷ γενέσθαι τὴν περὶ τοὺς παῖδας ἀτυχίαν ἐπὶ μὲν ταύτῃ διαφερόντως λυπηθῆναι, περὶ δὲ τῶν τῆς πατρίδος πραγμάτων εὐθαρσὴς εἶναι καθ’ ὅσον ἡ τύχη τὴν παλίρροιαν</w:t>
      </w:r>
    </w:p>
    <w:p>
      <w:r>
        <w:rPr>
          <w:rFonts w:ascii="Courier New" w:hAnsi="Courier New"/>
          <w:color w:val="555555"/>
          <w:sz w:val="20"/>
        </w:rPr>
        <w:t>[5]</w:t>
      </w:r>
    </w:p>
    <w:p>
      <w:r>
        <w:rPr>
          <w:rFonts w:ascii="Gentium Plus" w:hAnsi="Gentium Plus"/>
          <w:sz w:val="24"/>
        </w:rPr>
        <w:t>καὶ τὸν φθόνον οὐκ εἰς τὸ κοινὸν τῶν πολιτῶν ἀλλ’ εἰς τὸν ἴδιον ἐκείνου βίον ἀπέσκηψεν. τούτων ῥηθέντων πᾶς ὁ δῆμος τὴν μεγαλοψυχίαν αὐτοῦ ἐθαύμασεν, ἐπὶ δὲ τοῖς παισὶ πολλαπλάσιον ἔσχε συμπάθειαν.</w:t>
      </w:r>
    </w:p>
    <w:p>
      <w:r>
        <w:rPr>
          <w:rFonts w:ascii="Courier New" w:hAnsi="Courier New"/>
          <w:color w:val="555555"/>
          <w:sz w:val="20"/>
        </w:rPr>
        <w:t>[31 . 12 . 1]</w:t>
      </w:r>
    </w:p>
    <w:p>
      <w:r>
        <w:rPr>
          <w:rFonts w:ascii="Gentium Plus" w:hAnsi="Gentium Plus"/>
          <w:sz w:val="24"/>
        </w:rPr>
        <w:t>Ὅτι μετὰ τὴν Περσέως ἧτταν Εὐμένης ὁ βασιλεὺς μεγάλαις καὶ παραδόξοις ἐχρήσατο μετα‐ βολαῖς. ὑπολαβὼν γὰρ ἐν ἀσφαλείᾳ κατακεῖσθαι τὴν ἰδίαν ἀρχήν, ὡς ἂν τῆς πολεμιωτάτης αὐτῷ</w:t>
      </w:r>
    </w:p>
    <w:p>
      <w:r>
        <w:rPr>
          <w:rFonts w:ascii="Courier New" w:hAnsi="Courier New"/>
          <w:color w:val="555555"/>
          <w:sz w:val="20"/>
        </w:rPr>
        <w:t>[5]</w:t>
      </w:r>
    </w:p>
    <w:p>
      <w:r>
        <w:rPr>
          <w:rFonts w:ascii="Gentium Plus" w:hAnsi="Gentium Plus"/>
          <w:sz w:val="24"/>
        </w:rPr>
        <w:t>βασιλείας καταλελυμένης, τότε μεγίστοις περιέπεσε κινδύνοις. ἀγαθὴ γὰρ ἡ τύχη τὰ βεβηκέναι δο‐ κοῦντα ἀσφαλῶς ἀνατρέψαι, κἂν συναγωνίσηταί τι, πάλιν ἐκ μεταβολῆς ἀντισηκοῦν καὶ λυμαίνεσθαι τὰ κατορθωθέντα. (Const. Exc. 4, pp. 373—374.)</w:t>
      </w:r>
    </w:p>
    <w:p>
      <w:r>
        <w:rPr>
          <w:rFonts w:ascii="Courier New" w:hAnsi="Courier New"/>
          <w:color w:val="555555"/>
          <w:sz w:val="20"/>
        </w:rPr>
        <w:t>[31 . 13 . 1]</w:t>
      </w:r>
    </w:p>
    <w:p>
      <w:r>
        <w:rPr>
          <w:rFonts w:ascii="Gentium Plus" w:hAnsi="Gentium Plus"/>
          <w:sz w:val="24"/>
        </w:rPr>
        <w:t>Ὅτι ὁ τῶν βαρβάρων Γαλατῶν στρατηγὸς ἀπὸ τοῦ διωγμοῦ γενόμενος καὶ συναθροίσας τοὺς αἰχμαλώτους πρᾶξιν ἐπετελέσατο βαρβαρικὴν καὶ</w:t>
      </w:r>
    </w:p>
    <w:p>
      <w:r>
        <w:rPr>
          <w:rFonts w:ascii="Courier New" w:hAnsi="Courier New"/>
          <w:color w:val="555555"/>
          <w:sz w:val="20"/>
        </w:rPr>
        <w:t>[5]</w:t>
      </w:r>
    </w:p>
    <w:p>
      <w:r>
        <w:rPr>
          <w:rFonts w:ascii="Gentium Plus" w:hAnsi="Gentium Plus"/>
          <w:sz w:val="24"/>
        </w:rPr>
        <w:t>καλλίστους καὶ ταῖς ἡλικίαις ἀκμαιοτάτους κατα‐ στέψας ἔθυσε τοῖς θεοῖς, εἴ γέ τις τῶν θεῶν δέχεται τὰς τοιαύτας τιμάς· τοὺς δὲ ἄλλους πάντας κατηκόντισεν, πολλῶν μὲν ἐν αὐτοῖς γνωριζομένων διὰ τὰς προγεγενημένας ἐπιξενώσεις, οὐδενὸς δὲ διὰ</w:t>
      </w:r>
    </w:p>
    <w:p>
      <w:r>
        <w:rPr>
          <w:rFonts w:ascii="Courier New" w:hAnsi="Courier New"/>
          <w:color w:val="555555"/>
          <w:sz w:val="20"/>
        </w:rPr>
        <w:t>[10]</w:t>
      </w:r>
    </w:p>
    <w:p>
      <w:r>
        <w:rPr>
          <w:rFonts w:ascii="Gentium Plus" w:hAnsi="Gentium Plus"/>
          <w:sz w:val="24"/>
        </w:rPr>
        <w:t>τὴν φιλίαν ἐλεουμένου. καὶ θαυμαστὸν οὐδὲν εἰ βάρβαροι παρ’ ἐλπίδας κατορθώσαντες ὑπὲρ ἄνθρω‐ πον ἐχρήσαντο τοῖς εὐτυχήμασιν.</w:t>
      </w:r>
    </w:p>
    <w:p>
      <w:r>
        <w:rPr>
          <w:rFonts w:ascii="Courier New" w:hAnsi="Courier New"/>
          <w:color w:val="555555"/>
          <w:sz w:val="20"/>
        </w:rPr>
        <w:t>[31 . 14 . 1]</w:t>
      </w:r>
    </w:p>
    <w:p>
      <w:r>
        <w:rPr>
          <w:rFonts w:ascii="Gentium Plus" w:hAnsi="Gentium Plus"/>
          <w:sz w:val="24"/>
        </w:rPr>
        <w:t>Ὅτι ὁ Εὐμένης ξενολογήσας τά τε ὀψώνια ἅπασιν ἀπέδωκε καὶ δωρεαῖς ἐτίμησε καὶ ἐπ‐ αγγελίαις ἐψυχαγώγει πάντας, ἐκκαλούμενος τὴν εὔνοιαν, οὐχ ὁμοίως τῷ Περσεῖ. ἐκεῖνος γὰρ δισ‐</w:t>
      </w:r>
    </w:p>
    <w:p>
      <w:r>
        <w:rPr>
          <w:rFonts w:ascii="Courier New" w:hAnsi="Courier New"/>
          <w:color w:val="555555"/>
          <w:sz w:val="20"/>
        </w:rPr>
        <w:t>[5]</w:t>
      </w:r>
    </w:p>
    <w:p>
      <w:r>
        <w:rPr>
          <w:rFonts w:ascii="Gentium Plus" w:hAnsi="Gentium Plus"/>
          <w:sz w:val="24"/>
        </w:rPr>
        <w:t>μυρίων Γαλατῶν παραγενομένων εἰς τὸν πρὸς Ῥωμαίους πόλεμον ἀπετρίψατο τὴν τηλικαύτην συμμαχίαν, ἵνα φείσηται τῶν χρημάτων· ὁ δὲ Εὐμένης οὐ λίαν εὐπορούμενος ξενολογῶν δωρεαῖς ἐτίμα τοὺς δυναμένους μάλιστα χρείας παρέχεσθαι.</w:t>
      </w:r>
    </w:p>
    <w:p>
      <w:r>
        <w:rPr>
          <w:rFonts w:ascii="Courier New" w:hAnsi="Courier New"/>
          <w:color w:val="555555"/>
          <w:sz w:val="20"/>
        </w:rPr>
        <w:t>[10]</w:t>
      </w:r>
    </w:p>
    <w:p>
      <w:r>
        <w:rPr>
          <w:rFonts w:ascii="Gentium Plus" w:hAnsi="Gentium Plus"/>
          <w:sz w:val="24"/>
        </w:rPr>
        <w:t>τοιγαροῦν ἐκεῖνος μὲν οὐ βασιλικὴν μεγαλοφροσύνην ἀλλ’ ἰδιωτικὴν τοῦ τυχόντος ἀναλαβὼν μικροψυχίαν, ἅμα τῇ βασιλείᾳ πάσῃ καὶ τὸν τηρηθέντα πλοῦτον ἐπεῖδεν αἰχμάλωτον· οὗτος δὲ τῆς νίκης πάντα δεύτερα τιθέμενος οὐ μόνον ἐκ μεγάλων κινδύνων</w:t>
      </w:r>
    </w:p>
    <w:p>
      <w:r>
        <w:rPr>
          <w:rFonts w:ascii="Courier New" w:hAnsi="Courier New"/>
          <w:color w:val="555555"/>
          <w:sz w:val="20"/>
        </w:rPr>
        <w:t>[15]</w:t>
      </w:r>
    </w:p>
    <w:p>
      <w:r>
        <w:rPr>
          <w:rFonts w:ascii="Gentium Plus" w:hAnsi="Gentium Plus"/>
          <w:sz w:val="24"/>
        </w:rPr>
        <w:t>ἐρρύσατο τὴν βασιλείαν, ἀλλὰ καὶ πᾶν τὸ τῶν Γαλατῶν ἔθνος ὑποχείριον ἐποιήσατο. (Const. Exc. 2(1), pp. 281—282.)</w:t>
      </w:r>
    </w:p>
    <w:p>
      <w:r>
        <w:rPr>
          <w:rFonts w:ascii="Courier New" w:hAnsi="Courier New"/>
          <w:color w:val="555555"/>
          <w:sz w:val="20"/>
        </w:rPr>
        <w:t>[31 . 15 . 1]</w:t>
      </w:r>
    </w:p>
    <w:p>
      <w:r>
        <w:rPr>
          <w:rFonts w:ascii="Gentium Plus" w:hAnsi="Gentium Plus"/>
          <w:sz w:val="24"/>
        </w:rPr>
        <w:t>Ὅτι καὶ Προυσίας ὁ τῆς Βιθυνίας βασιλεὺς ἧκε συγχαρησόμενος τῇ συγκλήτῳ καὶ τοῖς τοὺς πολέμους κατορθώσασι στρατηγοῖς· οὗ τὸ τῆς</w:t>
      </w:r>
    </w:p>
    <w:p>
      <w:r>
        <w:rPr>
          <w:rFonts w:ascii="Courier New" w:hAnsi="Courier New"/>
          <w:color w:val="555555"/>
          <w:sz w:val="20"/>
        </w:rPr>
        <w:t>[5]</w:t>
      </w:r>
    </w:p>
    <w:p>
      <w:r>
        <w:rPr>
          <w:rFonts w:ascii="Gentium Plus" w:hAnsi="Gentium Plus"/>
          <w:sz w:val="24"/>
        </w:rPr>
        <w:t>μαντον. τῆς μὲν γὰρ τῶν ἀγαθῶν ἀνδρῶν ἐπαινου‐ μένης ἀρετῆς, πολλοὶ τῶν ἐπιγινομένων προάγονται πρὸς τὸν ὅμοιον ζῆλον, τῆς δὲ τῶν φαύλων ἀναν‐ δρίας ὀνειδιζομένης, οὐκ ὀλίγοι τῶν πρὸς τὴν κακίαν ὁρμώντων ἀποτρέπονται. διὸ καὶ χρηστέον</w:t>
      </w:r>
    </w:p>
    <w:p>
      <w:r>
        <w:rPr>
          <w:rFonts w:ascii="Courier New" w:hAnsi="Courier New"/>
          <w:color w:val="555555"/>
          <w:sz w:val="20"/>
        </w:rPr>
        <w:t>[10]</w:t>
      </w:r>
    </w:p>
    <w:p>
      <w:r>
        <w:rPr>
          <w:rFonts w:ascii="Gentium Plus" w:hAnsi="Gentium Plus"/>
          <w:sz w:val="24"/>
        </w:rPr>
        <w:t>οὐ παρέργως τῇ τῆς ἱστορίας παρρησίᾳ πρὸς ἐπανόρθωσιν τοῦ κοινοῦ βίου. (Const. Exc. 4, pp. 374—375.)</w:t>
      </w:r>
    </w:p>
    <w:p>
      <w:r>
        <w:rPr>
          <w:rFonts w:ascii="Courier New" w:hAnsi="Courier New"/>
          <w:color w:val="555555"/>
          <w:sz w:val="20"/>
        </w:rPr>
        <w:t>[31 . 15 . 2]</w:t>
      </w:r>
    </w:p>
    <w:p>
      <w:r>
        <w:rPr>
          <w:rFonts w:ascii="Gentium Plus" w:hAnsi="Gentium Plus"/>
          <w:sz w:val="24"/>
        </w:rPr>
        <w:t>Ὅτι Προυσίας ἀνάξιος γεγονὼς τοῦ τῆς βασιλείας προσχήματος καὶ διατελέσας πάντα τὸν τοῦ ζῆν χρόνον αἰσχρῶς κολακεύων τοὺς ὑπερέχοντας, καί ποτε Ῥωμαίων πρὸς αὐτὸν παραγενομένων πρε‐</w:t>
      </w:r>
    </w:p>
    <w:p>
      <w:r>
        <w:rPr>
          <w:rFonts w:ascii="Courier New" w:hAnsi="Courier New"/>
          <w:color w:val="555555"/>
          <w:sz w:val="20"/>
        </w:rPr>
        <w:t>[5]</w:t>
      </w:r>
    </w:p>
    <w:p>
      <w:r>
        <w:rPr>
          <w:rFonts w:ascii="Gentium Plus" w:hAnsi="Gentium Plus"/>
          <w:sz w:val="24"/>
        </w:rPr>
        <w:t>σβευτῶν, τὰ μὲν τῆς βασιλείας σύμβολα, τό τε διάδημα καὶ τὴν πορφύραν, ἀπέθετο, μιμησάμενος δὲ τὴν τῶν προσφάτως ἀπελευθερουμένων παρὰ Ῥωμαίοις τάξιν ἀπήντησεν ἐξυρημένος τὴν κεφαλὴν καὶ πίλεον ἔχων λευκόν, ἔτι δὲ φορῶν τήβενναν καὶ</w:t>
      </w:r>
    </w:p>
    <w:p>
      <w:r>
        <w:rPr>
          <w:rFonts w:ascii="Courier New" w:hAnsi="Courier New"/>
          <w:color w:val="555555"/>
          <w:sz w:val="20"/>
        </w:rPr>
        <w:t>[10]</w:t>
      </w:r>
    </w:p>
    <w:p>
      <w:r>
        <w:rPr>
          <w:rFonts w:ascii="Gentium Plus" w:hAnsi="Gentium Plus"/>
          <w:sz w:val="24"/>
        </w:rPr>
        <w:t>καλίκιον, ἀσπασάμενος δὲ τοὺς πρεσβευτὰς ἀπέ‐ φαινεν ἑαυτὸν ἀπελεύθερον εἶναι Ῥωμαίων· ἧς ἀγεννεστέραν φωνὴν οὐ ῥᾴδιον εὑρεῖν.</w:t>
      </w:r>
    </w:p>
    <w:p>
      <w:r>
        <w:rPr>
          <w:rFonts w:ascii="Courier New" w:hAnsi="Courier New"/>
          <w:color w:val="555555"/>
          <w:sz w:val="20"/>
        </w:rPr>
        <w:t>[31 . 15 . 3]</w:t>
      </w:r>
    </w:p>
    <w:p>
      <w:r>
        <w:rPr>
          <w:rFonts w:ascii="Gentium Plus" w:hAnsi="Gentium Plus"/>
          <w:sz w:val="24"/>
        </w:rPr>
        <w:t>Πολλὰ δὲ καὶ ἄλλα τούτοις οἰκεῖα πρότερον διεπράξατο, καὶ τότε δὲ κατὰ τὴν εἴσοδον γενό‐ μενος τὴν εἰς τὴν σύγκλητον, κατὰ τὸ θύρετρον ἀντίον στὰς τοῦ συνεδρίου καὶ καθεὶς τὰς χεῖρας</w:t>
      </w:r>
    </w:p>
    <w:p>
      <w:r>
        <w:rPr>
          <w:rFonts w:ascii="Courier New" w:hAnsi="Courier New"/>
          <w:color w:val="555555"/>
          <w:sz w:val="20"/>
        </w:rPr>
        <w:t>[5]</w:t>
      </w:r>
    </w:p>
    <w:p>
      <w:r>
        <w:rPr>
          <w:rFonts w:ascii="Gentium Plus" w:hAnsi="Gentium Plus"/>
          <w:sz w:val="24"/>
        </w:rPr>
        <w:t>ἀμφοτέρας προσεκύνησε τὸν οὐδὸν καὶ τοὺς καθη‐ μένους ἐπιφθεγξάμενος, Χαίρετε θεοὶ σωτῆρες, ὑπερβολὴν οὐδεμίαν ἀπολιπὼν κολακείας ἀνάνδρου καὶ γυναικισμοῦ. ἀκολούθως δὲ τούτοις καὶ τὸν λόγον ἐν τῇ συγκλήτῳ ποιησάμενος, τοιαῦτα διῆλ‐</w:t>
      </w:r>
    </w:p>
    <w:p>
      <w:r>
        <w:rPr>
          <w:rFonts w:ascii="Courier New" w:hAnsi="Courier New"/>
          <w:color w:val="555555"/>
          <w:sz w:val="20"/>
        </w:rPr>
        <w:t>[10]</w:t>
      </w:r>
    </w:p>
    <w:p>
      <w:r>
        <w:rPr>
          <w:rFonts w:ascii="Gentium Plus" w:hAnsi="Gentium Plus"/>
          <w:sz w:val="24"/>
        </w:rPr>
        <w:t>θεν ὥστε καὶ γράφειν ἡμῖν ἀπρεπὲς εἶναι. ἡ δὲ σύγκλητος τοῖς πλείστοις τῶν λεγομένων προσ‐ κόπτουσα καὶ τοῦ Προυσίου καταγινώσκουσα πρε‐ πούσας τῇ κολακείᾳ τὰς ἀποκρίσεις ἐποιήσατο· Ῥωμαῖοι γὰρ καὶ πολεμίους ἐπ’ ἀνδρείᾳ μεγαλο‐</w:t>
      </w:r>
    </w:p>
    <w:p>
      <w:r>
        <w:rPr>
          <w:rFonts w:ascii="Courier New" w:hAnsi="Courier New"/>
          <w:color w:val="555555"/>
          <w:sz w:val="20"/>
        </w:rPr>
        <w:t>[15]</w:t>
      </w:r>
    </w:p>
    <w:p>
      <w:r>
        <w:rPr>
          <w:rFonts w:ascii="Gentium Plus" w:hAnsi="Gentium Plus"/>
          <w:sz w:val="24"/>
        </w:rPr>
        <w:t>φρονοῦντας νικᾶν σπεύδουσιν. (Const. Exc. 1, p. 80.)</w:t>
      </w:r>
    </w:p>
    <w:p>
      <w:r>
        <w:rPr>
          <w:rFonts w:ascii="Courier New" w:hAnsi="Courier New"/>
          <w:color w:val="555555"/>
          <w:sz w:val="20"/>
        </w:rPr>
        <w:t>[31 15a 1]</w:t>
      </w:r>
    </w:p>
    <w:p>
      <w:r>
        <w:rPr>
          <w:rFonts w:ascii="Gentium Plus" w:hAnsi="Gentium Plus"/>
          <w:sz w:val="24"/>
        </w:rPr>
        <w:t>Ὅτι τῶν φίλων Πτολεμαίου Διονύσιος ὁ καλούμενος Πετοσάραπις ἐπεχείρησεν ἐξιδιοποιεῖ‐ σθαι τὰ πράγματα· παρὸ καὶ τῇ βασιλείᾳ μεγάλους κινδύνους περιέστησεν. ἰσχύων γὰρ μάλιστα τῶν</w:t>
      </w:r>
    </w:p>
    <w:p>
      <w:r>
        <w:rPr>
          <w:rFonts w:ascii="Courier New" w:hAnsi="Courier New"/>
          <w:color w:val="555555"/>
          <w:sz w:val="20"/>
        </w:rPr>
        <w:t>[5]</w:t>
      </w:r>
    </w:p>
    <w:p>
      <w:r>
        <w:rPr>
          <w:rFonts w:ascii="Gentium Plus" w:hAnsi="Gentium Plus"/>
          <w:sz w:val="24"/>
        </w:rPr>
        <w:t>περὶ τὴν αὐλὴν καὶ πάντων Αἰγυπτίων προέχων ἐν τοῖς κατὰ πόλεμον κινδύνοις κατεφρόνησε τῶν βασιλέων ἀμφοτέρων διά τε τὴν ἡλικίαν καὶ τὴν ἀπειρίαν. προσποιηθεὶς δὲ ὑπὸ τοῦ πρεσβυτέρου παρακεκλῆσθαι πρὸς φόνον ἐμφύλιον διέδωκε λόγον</w:t>
      </w:r>
    </w:p>
    <w:p>
      <w:r>
        <w:rPr>
          <w:rFonts w:ascii="Courier New" w:hAnsi="Courier New"/>
          <w:color w:val="555555"/>
          <w:sz w:val="20"/>
        </w:rPr>
        <w:t>[10]</w:t>
      </w:r>
    </w:p>
    <w:p>
      <w:r>
        <w:rPr>
          <w:rFonts w:ascii="Gentium Plus" w:hAnsi="Gentium Plus"/>
          <w:sz w:val="24"/>
        </w:rPr>
        <w:t>εἰς τὰ πλήθη, φάσκων ἐπιβουλεύεσθαι τὸν νεώτερον</w:t>
      </w:r>
    </w:p>
    <w:p>
      <w:r>
        <w:rPr>
          <w:rFonts w:ascii="Courier New" w:hAnsi="Courier New"/>
          <w:color w:val="555555"/>
          <w:sz w:val="20"/>
        </w:rPr>
        <w:t>[31 15a 2]</w:t>
      </w:r>
    </w:p>
    <w:p>
      <w:r>
        <w:rPr>
          <w:rFonts w:ascii="Gentium Plus" w:hAnsi="Gentium Plus"/>
          <w:sz w:val="24"/>
        </w:rPr>
        <w:t>Πτολεμαῖον ὑπὸ τοῦ ἀδελφοῦ. συνδραμόντος δὲ τοῦ πλήθους εἰς τὸ στάδιον, καὶ πάντων παροξυν‐ θέντων ἐπὶ τοσοῦτον ὥστε ἐπιχειρεῖν ἀνελεῖν μὲν τὸν πρεσβύτερον, ἐγχειρίσαι δὲ τῷ νεωτέρῳ τὴν</w:t>
      </w:r>
    </w:p>
    <w:p>
      <w:r>
        <w:rPr>
          <w:rFonts w:ascii="Courier New" w:hAnsi="Courier New"/>
          <w:color w:val="555555"/>
          <w:sz w:val="20"/>
        </w:rPr>
        <w:t>[5]</w:t>
      </w:r>
    </w:p>
    <w:p>
      <w:r>
        <w:rPr>
          <w:rFonts w:ascii="Gentium Plus" w:hAnsi="Gentium Plus"/>
          <w:sz w:val="24"/>
        </w:rPr>
        <w:t>βασιλείαν, ἀπαγγελθείσης δὲ τῆς ταραχῆς εἰς τὴν αὐλήν, ὁ βασιλεὺς μεταπεμψάμενος τὸν ἀδελφὸν ἀπελογεῖτο μετὰ δακρύων, μὴ πιστεύειν τῷ τὴν βασιλείαν ἐπιχειροῦντι σφετερίσασθαι καὶ τῆς ἀμ‐ φοτέρων ἡλικίας καταπεφρονηκότι· εἰ δ’ ἔτι δι‐</w:t>
      </w:r>
    </w:p>
    <w:p>
      <w:r>
        <w:rPr>
          <w:rFonts w:ascii="Courier New" w:hAnsi="Courier New"/>
          <w:color w:val="555555"/>
          <w:sz w:val="20"/>
        </w:rPr>
        <w:t>[10]</w:t>
      </w:r>
    </w:p>
    <w:p>
      <w:r>
        <w:rPr>
          <w:rFonts w:ascii="Gentium Plus" w:hAnsi="Gentium Plus"/>
          <w:sz w:val="24"/>
        </w:rPr>
        <w:t>στάζων τῇ διανοίᾳ φοβεῖται, παραλαμβάνειν αὐτὸν</w:t>
      </w:r>
    </w:p>
    <w:p>
      <w:r>
        <w:rPr>
          <w:rFonts w:ascii="Courier New" w:hAnsi="Courier New"/>
          <w:color w:val="555555"/>
          <w:sz w:val="20"/>
        </w:rPr>
        <w:t>[31 15a 3]</w:t>
      </w:r>
    </w:p>
    <w:p>
      <w:r>
        <w:rPr>
          <w:rFonts w:ascii="Gentium Plus" w:hAnsi="Gentium Plus"/>
          <w:sz w:val="24"/>
        </w:rPr>
        <w:t>ἐκέλευσε καὶ τὸ διάδημα καὶ τὴν ἀρχήν. ταχὺ</w:t>
      </w:r>
    </w:p>
    <w:p>
      <w:r>
        <w:rPr>
          <w:rFonts w:ascii="Courier New" w:hAnsi="Courier New"/>
          <w:color w:val="555555"/>
          <w:sz w:val="20"/>
        </w:rPr>
        <w:t>[5]</w:t>
      </w:r>
    </w:p>
    <w:p>
      <w:r>
        <w:rPr>
          <w:rFonts w:ascii="Gentium Plus" w:hAnsi="Gentium Plus"/>
          <w:sz w:val="24"/>
        </w:rPr>
        <w:t>ὁμονοοῦσιν. ὁ δὲ Διονύσιος ἀποτυχὼν τῆς ἐπιβο‐ λῆς ἐκποδὼν ἑαυτὸν ἐποίησε· καὶ τὸ μὲν πρῶτον διαπεμπόμενος ἔπειθε τῶν στρατιωτῶν τοὺς οἰκεί‐ ους ἀποστάσεως κοινωνεῖν τῶν ἐλπίδων, εἶτα εἰς Ἐλευσὶν ἀναχωρήσας προσεδέχετο τοὺς νεωτερί‐</w:t>
      </w:r>
    </w:p>
    <w:p>
      <w:r>
        <w:rPr>
          <w:rFonts w:ascii="Courier New" w:hAnsi="Courier New"/>
          <w:color w:val="555555"/>
          <w:sz w:val="20"/>
        </w:rPr>
        <w:t>[10]</w:t>
      </w:r>
    </w:p>
    <w:p>
      <w:r>
        <w:rPr>
          <w:rFonts w:ascii="Gentium Plus" w:hAnsi="Gentium Plus"/>
          <w:sz w:val="24"/>
        </w:rPr>
        <w:t>ζειν προαιρουμένους, καὶ τῶν ταραχωδῶν στρατιω‐</w:t>
      </w:r>
    </w:p>
    <w:p>
      <w:r>
        <w:rPr>
          <w:rFonts w:ascii="Courier New" w:hAnsi="Courier New"/>
          <w:color w:val="555555"/>
          <w:sz w:val="20"/>
        </w:rPr>
        <w:t>[31 15a 4]</w:t>
      </w:r>
    </w:p>
    <w:p>
      <w:r>
        <w:rPr>
          <w:rFonts w:ascii="Gentium Plus" w:hAnsi="Gentium Plus"/>
          <w:sz w:val="24"/>
        </w:rPr>
        <w:t>τῶν ἀθροισθέντων εἰς τετρακισχιλίους ... ὁ δὲ βασιλεὺς ἐπ’ αὐτοὺς στρατεύσας καὶ νικήσας, καὶ τοὺς μὲν ἀνελὼν τοὺς δὲ διώξας, συνηνάγκασε τὸν Διονύσιον γυμνὸν διανήξασθαι τὸ ῥεῖθρον τοῦ ποτα‐</w:t>
      </w:r>
    </w:p>
    <w:p>
      <w:r>
        <w:rPr>
          <w:rFonts w:ascii="Courier New" w:hAnsi="Courier New"/>
          <w:color w:val="555555"/>
          <w:sz w:val="20"/>
        </w:rPr>
        <w:t>[5]</w:t>
      </w:r>
    </w:p>
    <w:p>
      <w:r>
        <w:rPr>
          <w:rFonts w:ascii="Gentium Plus" w:hAnsi="Gentium Plus"/>
          <w:sz w:val="24"/>
        </w:rPr>
        <w:t>μοῦ καὶ τὴν ἀναχώρησιν εἰς τοὺς Αἰγυπτίους ποιησάμενον ἀνασείειν τὰ πλήθη πρὸς ἀπόστασιν. δραστικὸς δὲ ὢν καὶ μεγάλης ἀποδοχῆς τετευχὼς παρὰ τοῖς Αἰγυπτίοις ταχὺ πολλοὺς ἔσχε τοὺς κοινοπραγεῖν βουλομένους.</w:t>
      </w:r>
    </w:p>
    <w:p>
      <w:r>
        <w:rPr>
          <w:rFonts w:ascii="Courier New" w:hAnsi="Courier New"/>
          <w:color w:val="555555"/>
          <w:sz w:val="20"/>
        </w:rPr>
        <w:t>[10]</w:t>
      </w:r>
    </w:p>
    <w:p>
      <w:r>
        <w:rPr>
          <w:rFonts w:ascii="Gentium Plus" w:hAnsi="Gentium Plus"/>
          <w:sz w:val="24"/>
        </w:rPr>
        <w:t>(Const. Exc. 3, pp. 198—199.)</w:t>
      </w:r>
    </w:p>
    <w:p>
      <w:r>
        <w:rPr>
          <w:rFonts w:ascii="Courier New" w:hAnsi="Courier New"/>
          <w:color w:val="555555"/>
          <w:sz w:val="20"/>
        </w:rPr>
        <w:t>[31 . 16 . 1]</w:t>
      </w:r>
    </w:p>
    <w:p>
      <w:r>
        <w:rPr>
          <w:rFonts w:ascii="Gentium Plus" w:hAnsi="Gentium Plus"/>
          <w:sz w:val="24"/>
        </w:rPr>
        <w:t>Ὅτι ἔνιαι τῶν ἐπιβολῶν τοῦ Ἀντιόχου καὶ τῶν πράξεων βασιλικαὶ καὶ θαυμάσιαι τελέως ἦσαν, τινὲς δὲ πάλιν οὕτως εὐτελεῖς καὶ ληρώδεις ὥσθ’ ὁλοσχερῶς ὑπὸ πάντων καταφρονεῖσθαι. συντελῶν</w:t>
      </w:r>
    </w:p>
    <w:p>
      <w:r>
        <w:rPr>
          <w:rFonts w:ascii="Courier New" w:hAnsi="Courier New"/>
          <w:color w:val="555555"/>
          <w:sz w:val="20"/>
        </w:rPr>
        <w:t>[5]</w:t>
      </w:r>
    </w:p>
    <w:p>
      <w:r>
        <w:rPr>
          <w:rFonts w:ascii="Gentium Plus" w:hAnsi="Gentium Plus"/>
          <w:sz w:val="24"/>
        </w:rPr>
        <w:t>γὰρ τοὺς ἀγῶνας πρῶτον μὲν ἐναντίαν τοῖς ἄλλοις βασιλεῦσι ἔσχε προαίρεσιν. ἐκεῖνοι γὰρ αὔξοντες τὴν ἰδίαν βασιλείαν καὶ δυνάμεσι καὶ χρημάτων πλήθεσι, καθὸ οἷοί τ’ ἦσαν ἐπεκρύπτοντο τὴν αἵρε‐</w:t>
      </w:r>
    </w:p>
    <w:p>
      <w:r>
        <w:rPr>
          <w:rFonts w:ascii="Courier New" w:hAnsi="Courier New"/>
          <w:color w:val="555555"/>
          <w:sz w:val="20"/>
        </w:rPr>
        <w:t>[10]</w:t>
      </w:r>
    </w:p>
    <w:p>
      <w:r>
        <w:rPr>
          <w:rFonts w:ascii="Gentium Plus" w:hAnsi="Gentium Plus"/>
          <w:sz w:val="24"/>
        </w:rPr>
        <w:t>ἐναντίαν λαβὼν διάθεσιν συνήγαγεν σχεδὸν ἀπὸ πάσης τῆς οἰκουμένης τοὺς ἐπιφανεστάτους ἄνδρας εἰς τὴν πανήγυριν, καὶ πάντα τὰ τοῦ βασιλείου μέρη διαφερόντως ἐκόσμησεν, εἰς ἕνα δὲ τόπον ἀθροίσας καὶ καθάπερ ἐπὶ σκηνὴν ἀναβιβάσας τὴν</w:t>
      </w:r>
    </w:p>
    <w:p>
      <w:r>
        <w:rPr>
          <w:rFonts w:ascii="Courier New" w:hAnsi="Courier New"/>
          <w:color w:val="555555"/>
          <w:sz w:val="20"/>
        </w:rPr>
        <w:t>[15]</w:t>
      </w:r>
    </w:p>
    <w:p>
      <w:r>
        <w:rPr>
          <w:rFonts w:ascii="Gentium Plus" w:hAnsi="Gentium Plus"/>
          <w:sz w:val="24"/>
        </w:rPr>
        <w:t>βασιλείαν ἅπασαν ἐποίησε μηδὲν ἀγνοεῖν τῶν περὶ αὐτόν.</w:t>
      </w:r>
    </w:p>
    <w:p>
      <w:r>
        <w:rPr>
          <w:rFonts w:ascii="Courier New" w:hAnsi="Courier New"/>
          <w:color w:val="555555"/>
          <w:sz w:val="20"/>
        </w:rPr>
        <w:t>[31 . 16 . 2]</w:t>
      </w:r>
    </w:p>
    <w:p>
      <w:r>
        <w:rPr>
          <w:rFonts w:ascii="Gentium Plus" w:hAnsi="Gentium Plus"/>
          <w:sz w:val="24"/>
        </w:rPr>
        <w:t>Ὅτι τοὺς πολυτελεῖς ἀγῶνας καὶ τὴν θαυμαστὴν πανήγυριν ἐκτελέσας ὁ Ἀντίοχος πάντας τοὺς πρὶν ὑπερέβαλεν· ὁ δὲ δι’ αὐτοῦ χειρισμὸς πολλῆς εὐτελείας καὶ καταφρονήσεως ἦν οἰκεῖος. παρέ‐</w:t>
      </w:r>
    </w:p>
    <w:p>
      <w:r>
        <w:rPr>
          <w:rFonts w:ascii="Courier New" w:hAnsi="Courier New"/>
          <w:color w:val="555555"/>
          <w:sz w:val="20"/>
        </w:rPr>
        <w:t>[5]</w:t>
      </w:r>
    </w:p>
    <w:p>
      <w:r>
        <w:rPr>
          <w:rFonts w:ascii="Gentium Plus" w:hAnsi="Gentium Plus"/>
          <w:sz w:val="24"/>
        </w:rPr>
        <w:t>τρεχε γὰρ παρὰ τὴν πομπὴν ἱππάριον ἔχων εὐτελὲς καὶ τοὺς μὲν προάγειν κελεύων, τοὺς δὲ ἐπέχειν, ἄλλους δὲ ὡς ἔτυχε διατάττων· ὥστε εἴ τις ἀφεῖλεν αὐτοῦ τὸ διάδημα, μηδέν’ ἂν τῶν ἀγνοούντων πιστεῦσαι τοῦτον εἶναι τὸν βασιλέα τὸν τῶν ὅλων</w:t>
      </w:r>
    </w:p>
    <w:p>
      <w:r>
        <w:rPr>
          <w:rFonts w:ascii="Courier New" w:hAnsi="Courier New"/>
          <w:color w:val="555555"/>
          <w:sz w:val="20"/>
        </w:rPr>
        <w:t>[10]</w:t>
      </w:r>
    </w:p>
    <w:p>
      <w:r>
        <w:rPr>
          <w:rFonts w:ascii="Gentium Plus" w:hAnsi="Gentium Plus"/>
          <w:sz w:val="24"/>
        </w:rPr>
        <w:t>κύριον, ὁρῶντα μηδ’ ὑπηρέτου μετρίου φαντασίαν ἔχοντα. ἐν δὲ τοῖς πότοις αὐτὸς ἐφιστάμενος ταῖς εἰσόδοις οὓς μὲν εἰσῆγεν οὓς δὲ ἀνέκλινεν, καὶ τοὺς διακόνους τοὺς τὰς παραθέσεις φέροντας διέταττεν.</w:t>
      </w:r>
    </w:p>
    <w:p>
      <w:r>
        <w:rPr>
          <w:rFonts w:ascii="Courier New" w:hAnsi="Courier New"/>
          <w:color w:val="555555"/>
          <w:sz w:val="20"/>
        </w:rPr>
        <w:t>[31 . 16 . 3]</w:t>
      </w:r>
    </w:p>
    <w:p>
      <w:r>
        <w:rPr>
          <w:rFonts w:ascii="Gentium Plus" w:hAnsi="Gentium Plus"/>
          <w:sz w:val="24"/>
        </w:rPr>
        <w:t>ἀκολούθως δὲ τούτοις προσιὼν τοῖς εὐωχουμένοις, εἰ τύχοι, ποτὲ μὲν ἐκάθιζεν ποτὲ δὲ προσανέπιπτε. καὶ ποτὲ μὲν ἀποτιθέμενος τὸ ποτήριον, ποτὲ δὲ ῥίπτων τὸν ψωμὸν ἀνεπήδα καὶ μετανίστατο, καὶ</w:t>
      </w:r>
    </w:p>
    <w:p>
      <w:r>
        <w:rPr>
          <w:rFonts w:ascii="Courier New" w:hAnsi="Courier New"/>
          <w:color w:val="555555"/>
          <w:sz w:val="20"/>
        </w:rPr>
        <w:t>[5]</w:t>
      </w:r>
    </w:p>
    <w:p>
      <w:r>
        <w:rPr>
          <w:rFonts w:ascii="Gentium Plus" w:hAnsi="Gentium Plus"/>
          <w:sz w:val="24"/>
        </w:rPr>
        <w:t>περιῄει πάντα τὸν πότον, προπόσεις λαμβάνων ὀρθός τε καὶ τοῖς ἀκροάμασι προσπαίζων. καὶ δή ποτε προκοπτούσης ἐπὶ πολὺ τῆς ἑστιάσεως καὶ</w:t>
      </w:r>
    </w:p>
    <w:p>
      <w:r>
        <w:rPr>
          <w:rFonts w:ascii="Courier New" w:hAnsi="Courier New"/>
          <w:color w:val="555555"/>
          <w:sz w:val="20"/>
        </w:rPr>
        <w:t>[10]</w:t>
      </w:r>
    </w:p>
    <w:p>
      <w:r>
        <w:rPr>
          <w:rFonts w:ascii="Gentium Plus" w:hAnsi="Gentium Plus"/>
          <w:sz w:val="24"/>
        </w:rPr>
        <w:t>ἐπὶ τὴν γῆν ὑπὸ τῶν συμπαιζόντων, μετὰ ταῦτα τῆς συμφωνίας προκαλουμένης ἀνεπήδα γυμνὸς καὶ τοῖς μίμοις προσπαίζων ὠρχεῖτο τῶν ὀρχήσεων τὰς γέλωτα καὶ χλευασμὸν εἰωθυίας ἐπισπᾶσθαι, ὡς πάντας αἰσχυνθέντας ἐπὶ τοῖς πραττομένοις φεύγειν</w:t>
      </w:r>
    </w:p>
    <w:p>
      <w:r>
        <w:rPr>
          <w:rFonts w:ascii="Courier New" w:hAnsi="Courier New"/>
          <w:color w:val="555555"/>
          <w:sz w:val="20"/>
        </w:rPr>
        <w:t>[15]</w:t>
      </w:r>
    </w:p>
    <w:p>
      <w:r>
        <w:rPr>
          <w:rFonts w:ascii="Gentium Plus" w:hAnsi="Gentium Plus"/>
          <w:sz w:val="24"/>
        </w:rPr>
        <w:t>ἐκ τοῦ πότου, καὶ ἕκαστον τῶν ἀπηντηκότων ἐπὶ τὴν πανήγυριν, ὅτε μὲν εἰς τὴν ὑπερβολὴν τῆς χορηγίας ἐμβλέψαι καὶ τὴν ἐν τοῖς ἀγῶσι καὶ πομπείαις οἰκονομίαν καὶ διάταξιν τῶν ὅλων, κατα‐ πλήττεσθαι καὶ θαυμάζειν καὶ τὸν βασιλέα καὶ τὴν</w:t>
      </w:r>
    </w:p>
    <w:p>
      <w:r>
        <w:rPr>
          <w:rFonts w:ascii="Courier New" w:hAnsi="Courier New"/>
          <w:color w:val="555555"/>
          <w:sz w:val="20"/>
        </w:rPr>
        <w:t>[20]</w:t>
      </w:r>
    </w:p>
    <w:p>
      <w:r>
        <w:rPr>
          <w:rFonts w:ascii="Gentium Plus" w:hAnsi="Gentium Plus"/>
          <w:sz w:val="24"/>
        </w:rPr>
        <w:t>βασιλείαν, ὅτε δὲ εἰς αὐτὸν ἀτενίσαι καὶ τὸ τῶν ἐπιτηδευμάτων κατεγνωσμένον, ἀπιστεῖν εἰ περὶ μίαν καὶ τὴν αὐτὴν φύσιν τοσαύτην ἀρετὴν καὶ κακίαν ὑπάρξαι δυνατόν ἐστιν.</w:t>
      </w:r>
    </w:p>
    <w:p>
      <w:r>
        <w:rPr>
          <w:rFonts w:ascii="Courier New" w:hAnsi="Courier New"/>
          <w:color w:val="555555"/>
          <w:sz w:val="20"/>
        </w:rPr>
        <w:t>[31 . 17 . 1]</w:t>
      </w:r>
    </w:p>
    <w:p>
      <w:r>
        <w:rPr>
          <w:rFonts w:ascii="Gentium Plus" w:hAnsi="Gentium Plus"/>
          <w:sz w:val="24"/>
        </w:rPr>
        <w:t>Ὅτι τούτων συντελεσθέντων ἧκον οἱ τοῦ Γράκχου πρεσβευταὶ κατασκεψόμενοι τὴν βασιλείαν. οἷς ὁ βασιλεὺς ὡμίλησε φιλοφρόνως, ὥστε μηδὲν ὑποπτεῦσαι περὶ αὐτοῦ πραγματικὸν ἢ διαφορᾶς</w:t>
      </w:r>
    </w:p>
    <w:p>
      <w:r>
        <w:rPr>
          <w:rFonts w:ascii="Courier New" w:hAnsi="Courier New"/>
          <w:color w:val="555555"/>
          <w:sz w:val="20"/>
        </w:rPr>
        <w:t>[5]</w:t>
      </w:r>
    </w:p>
    <w:p>
      <w:r>
        <w:rPr>
          <w:rFonts w:ascii="Gentium Plus" w:hAnsi="Gentium Plus"/>
          <w:sz w:val="24"/>
        </w:rPr>
        <w:t>ἔμφασιν ἔχον τῆς δοκούσης ὑποικουρεῖν ἐκ τῆς κατὰ τὴν Αἴγυπτον γενομένης προσκοπῆς. οὐκ ἦν δὲ τῇ προαιρέσει τοιοῦτος, ἀλλὰ καὶ τοὐναντίον ἀλλοτριώτατα διέκειτο πρὸς Ῥωμαίους. (Const. Exc. 2(1), pp. 282—284.)</w:t>
      </w:r>
    </w:p>
    <w:p>
      <w:r>
        <w:rPr>
          <w:rFonts w:ascii="Courier New" w:hAnsi="Courier New"/>
          <w:color w:val="555555"/>
          <w:sz w:val="20"/>
        </w:rPr>
        <w:t>[31 17a 1]</w:t>
      </w:r>
    </w:p>
    <w:p>
      <w:r>
        <w:rPr>
          <w:rFonts w:ascii="Gentium Plus" w:hAnsi="Gentium Plus"/>
          <w:sz w:val="24"/>
        </w:rPr>
        <w:t>Ὅτι Ἀρτάξης ὁ τῆς Ἀρμενίας βασιλεὺς</w:t>
      </w:r>
    </w:p>
    <w:p>
      <w:r>
        <w:rPr>
          <w:rFonts w:ascii="Courier New" w:hAnsi="Courier New"/>
          <w:color w:val="555555"/>
          <w:sz w:val="20"/>
        </w:rPr>
        <w:t>[5]</w:t>
      </w:r>
    </w:p>
    <w:p>
      <w:r>
        <w:rPr>
          <w:rFonts w:ascii="Gentium Plus" w:hAnsi="Gentium Plus"/>
          <w:sz w:val="24"/>
        </w:rPr>
        <w:t>ἄλλων βασιλέων ἐστράτευσεν ἐπ’ αὐτὸν καὶ νικήσας ἠνάγκασε ποιεῖν τὸ προσταττόμενον.</w:t>
      </w:r>
    </w:p>
    <w:p>
      <w:r>
        <w:rPr>
          <w:rFonts w:ascii="Courier New" w:hAnsi="Courier New"/>
          <w:color w:val="555555"/>
          <w:sz w:val="20"/>
        </w:rPr>
        <w:t>[31 17b 1]</w:t>
      </w:r>
    </w:p>
    <w:p>
      <w:r>
        <w:rPr>
          <w:rFonts w:ascii="Gentium Plus" w:hAnsi="Gentium Plus"/>
          <w:sz w:val="24"/>
        </w:rPr>
        <w:t>Ὅτι πάλιν ἄλλη κίνησις συνέστη κατὰ τὴν Θηβαΐδα, ἐμπεσούσης ὁρμῆς τοῖς πλήθεσι πρὸς ἀπόστασιν. ὁ δὲ βασιλεὺς Πτολεμαῖος ἀναζεύξας ἐπ’ αὐτοὺς μετὰ πολλῆς δυνάμεως τὰ μὲν ἄλλα</w:t>
      </w:r>
    </w:p>
    <w:p>
      <w:r>
        <w:rPr>
          <w:rFonts w:ascii="Courier New" w:hAnsi="Courier New"/>
          <w:color w:val="555555"/>
          <w:sz w:val="20"/>
        </w:rPr>
        <w:t>[5]</w:t>
      </w:r>
    </w:p>
    <w:p>
      <w:r>
        <w:rPr>
          <w:rFonts w:ascii="Gentium Plus" w:hAnsi="Gentium Plus"/>
          <w:sz w:val="24"/>
        </w:rPr>
        <w:t>μέρη τῆς Θηβαΐδος ῥᾳδίως προσηγάγετο, τῆς δὲ καλουμένης Πανῶν πόλεως βεβηκυίας ἐπί τινος ἀρχαίου χώματος καὶ δοκούσης ὀχυρᾶς εἶναι ἐκ δυσπροσίτου, συνέδραμον εἰς ταύτην οἱ πρακτικώ‐ τατοι τῶν ἀφεστηκότων. Πτολεμαῖος δὲ τήν τε</w:t>
      </w:r>
    </w:p>
    <w:p>
      <w:r>
        <w:rPr>
          <w:rFonts w:ascii="Courier New" w:hAnsi="Courier New"/>
          <w:color w:val="555555"/>
          <w:sz w:val="20"/>
        </w:rPr>
        <w:t>[10]</w:t>
      </w:r>
    </w:p>
    <w:p>
      <w:r>
        <w:rPr>
          <w:rFonts w:ascii="Gentium Plus" w:hAnsi="Gentium Plus"/>
          <w:sz w:val="24"/>
        </w:rPr>
        <w:t>ἀπόνοιαν † ἐν Αἰγυπτίων καὶ τοῦ τόπου τὴν ὀχυρότητα, συνίστατο πολιορκίαν καὶ πᾶσαν κακο‐ πάθειαν ὑπομείνας ἐκράτησε τῆς πόλεως, καὶ κολάσας τοὺς αἰτίους ἐπανῆλθεν εἰς Ἀλεξάνδρειαν. (Const. Exc. 3, pp. 199—200.)</w:t>
      </w:r>
    </w:p>
    <w:p>
      <w:r>
        <w:rPr>
          <w:rFonts w:ascii="Courier New" w:hAnsi="Courier New"/>
          <w:color w:val="555555"/>
          <w:sz w:val="20"/>
        </w:rPr>
        <w:t>[31 . 7 . 2]</w:t>
      </w:r>
    </w:p>
    <w:p>
      <w:r>
        <w:rPr>
          <w:rFonts w:ascii="Gentium Plus" w:hAnsi="Gentium Plus"/>
          <w:sz w:val="24"/>
        </w:rPr>
        <w:t>Ὅτι κατὰ τοὺς αὐτοὺς χρόνους πολλῶν παραγεγονότων πρεσβευτῶν, πρώτοις τοῖς περὶ Ἄτταλον ἐχρημάτισεν ἡ σύγκλητος· ὑπόπτως γὰρ εἶχον οἱ Ῥωμαῖοι τὰ πρὸς τὸν Εὐμένη ἕνεκεν τῶν</w:t>
      </w:r>
    </w:p>
    <w:p>
      <w:r>
        <w:rPr>
          <w:rFonts w:ascii="Courier New" w:hAnsi="Courier New"/>
          <w:color w:val="555555"/>
          <w:sz w:val="20"/>
        </w:rPr>
        <w:t>[5]</w:t>
      </w:r>
    </w:p>
    <w:p>
      <w:r>
        <w:rPr>
          <w:rFonts w:ascii="Gentium Plus" w:hAnsi="Gentium Plus"/>
          <w:sz w:val="24"/>
        </w:rPr>
        <w:t>γραμμάτων τῶν εὑρημένων, ἐν οἷς συμμαχίαν ἦν συντεθειμένος πρὸς Περσέα κατὰ Ῥωμαίων. κατ‐ ηγορησάντων δὲ πλειόνων ἀπὸ τῆς Ἀσίας πρεσ‐ βευτῶν καὶ μάλιστα τῶν ἀπεσταλμένων παρὰ</w:t>
      </w:r>
    </w:p>
    <w:p>
      <w:r>
        <w:rPr>
          <w:rFonts w:ascii="Courier New" w:hAnsi="Courier New"/>
          <w:color w:val="555555"/>
          <w:sz w:val="20"/>
        </w:rPr>
        <w:t>[10]</w:t>
      </w:r>
    </w:p>
    <w:p>
      <w:r>
        <w:rPr>
          <w:rFonts w:ascii="Gentium Plus" w:hAnsi="Gentium Plus"/>
          <w:sz w:val="24"/>
        </w:rPr>
        <w:t>ταλον ἐνδεχομένως ἀπολογησάμενοι πρὸς ἕκαστον τῶν ἐγκαλουμένων οὐ μόνον ἀπετρίψαντο τὰς δια‐ βολάς, ἀλλὰ καὶ τιμηθέντες ἐπανῆλθον εἰς τὴν οἰ‐ κείαν. ἡ δὲ σύγκλητος οὐ κατὰ πᾶν ἔληγε τῆς κατ’ Εὐμένους ὑποψίας, προχειρισαμένη δὲ Γάϊον ἐξ‐</w:t>
      </w:r>
    </w:p>
    <w:p>
      <w:r>
        <w:rPr>
          <w:rFonts w:ascii="Courier New" w:hAnsi="Courier New"/>
          <w:color w:val="555555"/>
          <w:sz w:val="20"/>
        </w:rPr>
        <w:t>[15]</w:t>
      </w:r>
    </w:p>
    <w:p>
      <w:r>
        <w:rPr>
          <w:rFonts w:ascii="Gentium Plus" w:hAnsi="Gentium Plus"/>
          <w:sz w:val="24"/>
        </w:rPr>
        <w:t>απέστειλε κατοπτεύσοντα τὰ κατὰ τὸν Εὐμένη. (Const. Exc. 1, pp. 402—403.)</w:t>
      </w:r>
    </w:p>
    <w:p>
      <w:r>
        <w:rPr>
          <w:rFonts w:ascii="Courier New" w:hAnsi="Courier New"/>
          <w:color w:val="555555"/>
          <w:sz w:val="20"/>
        </w:rPr>
        <w:t>[31 . 18 . 1]</w:t>
      </w:r>
    </w:p>
    <w:p>
      <w:r>
        <w:rPr>
          <w:rFonts w:ascii="Gentium Plus" w:hAnsi="Gentium Plus"/>
          <w:sz w:val="24"/>
        </w:rPr>
        <w:t>Ὅτι τοῦ Πτολεμαίου τοῦ βασιλέως ἐκπε‐ σόντος καὶ πεζῇ ἀπερχομένου εἰς Ῥώμην, ἐγνώ‐ ρισεν αὐτὸν ὁ Δημήτριος ὁ τοῦ Σελεύκου, καὶ θαυμάσας τὸ παράδοξον ἐποίησέ τι βασιλικὸν καὶ</w:t>
      </w:r>
    </w:p>
    <w:p>
      <w:r>
        <w:rPr>
          <w:rFonts w:ascii="Courier New" w:hAnsi="Courier New"/>
          <w:color w:val="555555"/>
          <w:sz w:val="20"/>
        </w:rPr>
        <w:t>[5]</w:t>
      </w:r>
    </w:p>
    <w:p>
      <w:r>
        <w:rPr>
          <w:rFonts w:ascii="Gentium Plus" w:hAnsi="Gentium Plus"/>
          <w:sz w:val="24"/>
        </w:rPr>
        <w:t>μεγαλοπρεπὲς δεῖγμα τῆς ἑαυτοῦ προαιρέσεως. παραχρῆμα γὰρ προχειρισάμενος βασιλικὴν ἐσθῆτα καὶ διάδημα, πρὸς δὲ τούτοις καὶ ἵππον πολυτελῆ χρυσοφάλαρον, μετὰ τῶν ἰδίων παίδων ἀπήντησε τῷ Πτολεμαίῳ. συμμίξας δὲ αὐτῷ τῆς πόλεως</w:t>
      </w:r>
    </w:p>
    <w:p>
      <w:r>
        <w:rPr>
          <w:rFonts w:ascii="Courier New" w:hAnsi="Courier New"/>
          <w:color w:val="555555"/>
          <w:sz w:val="20"/>
        </w:rPr>
        <w:t>[10]</w:t>
      </w:r>
    </w:p>
    <w:p>
      <w:r>
        <w:rPr>
          <w:rFonts w:ascii="Gentium Plus" w:hAnsi="Gentium Plus"/>
          <w:sz w:val="24"/>
        </w:rPr>
        <w:t>ἀπὸ διακοσίων σταδίων καὶ φιλοφρόνως ἀσπασά‐ μενος παρεκάλει κοσμηθέντα τοῖς τῆς βασιλείας παρασήμοις ἀξίαν ἑαυτοῦ ποιήσασθαι τὴν εἰς τὴν Ῥώμην εἴσοδον, ἵνα μὴ τελείως εὐκαταφρόνητος εἶναι δόξῃ. ὁ δὲ Πτολεμαῖος τὴν μὲν προθυμίαν</w:t>
      </w:r>
    </w:p>
    <w:p>
      <w:r>
        <w:rPr>
          <w:rFonts w:ascii="Courier New" w:hAnsi="Courier New"/>
          <w:color w:val="555555"/>
          <w:sz w:val="20"/>
        </w:rPr>
        <w:t>[15]</w:t>
      </w:r>
    </w:p>
    <w:p>
      <w:r>
        <w:rPr>
          <w:rFonts w:ascii="Gentium Plus" w:hAnsi="Gentium Plus"/>
          <w:sz w:val="24"/>
        </w:rPr>
        <w:t>ἀπεδέξατο, τοσοῦτον δὲ ἀπέσχε τοῦ δέξασθαί τι τῶν διδομένων ὥστε καὶ τὸν Δημήτριον ἠξίωσεν ἔν τινι τῶν κατὰ τὴν ὁδὸν πόλεων καταμεῖναι καὶ τοὺς περὶ τὸν Ἀρχίαν μετ’ αὐτοῦ. (Const. Exc. 2(1), p. 284.)</w:t>
      </w:r>
    </w:p>
    <w:p>
      <w:r>
        <w:rPr>
          <w:rFonts w:ascii="Courier New" w:hAnsi="Courier New"/>
          <w:color w:val="555555"/>
          <w:sz w:val="20"/>
        </w:rPr>
        <w:t>[31 . 18 . 2]</w:t>
      </w:r>
    </w:p>
    <w:p>
      <w:r>
        <w:rPr>
          <w:rFonts w:ascii="Gentium Plus" w:hAnsi="Gentium Plus"/>
          <w:sz w:val="24"/>
        </w:rPr>
        <w:t>Ὅτι ὁ Πτολεμαῖος ὁ βασιλεὺς Αἰγύπτου, ἐκ‐</w:t>
      </w:r>
    </w:p>
    <w:p>
      <w:r>
        <w:rPr>
          <w:rFonts w:ascii="Courier New" w:hAnsi="Courier New"/>
          <w:color w:val="555555"/>
          <w:sz w:val="20"/>
        </w:rPr>
        <w:t>[5]</w:t>
      </w:r>
    </w:p>
    <w:p>
      <w:r>
        <w:rPr>
          <w:rFonts w:ascii="Gentium Plus" w:hAnsi="Gentium Plus"/>
          <w:sz w:val="24"/>
        </w:rPr>
        <w:t>πεπυσμένος δὲ κατὰ τὴν πορείαν τὸ κατάλυμα τὸ τοῦ Δημητρίου τοῦ τοπογράφου, πρὸς τοῦτον ζητή‐ σας κατέλυσε πεφιλοξενημένον ὑπ’ αὐτοῦ πλεονάκις ἐν τῇ κατὰ τὴν Ἀλεξάνδρειαν ἐπιδημίᾳ· ᾤκει δὲ ἐν ὑπερῴῳ στενῷ καὶ παντελῶς εὐτελεῖ διὰ τὸ μέγεθος</w:t>
      </w:r>
    </w:p>
    <w:p>
      <w:r>
        <w:rPr>
          <w:rFonts w:ascii="Courier New" w:hAnsi="Courier New"/>
          <w:color w:val="555555"/>
          <w:sz w:val="20"/>
        </w:rPr>
        <w:t>[31 . 18 . 3]</w:t>
      </w:r>
    </w:p>
    <w:p>
      <w:r>
        <w:rPr>
          <w:rFonts w:ascii="Gentium Plus" w:hAnsi="Gentium Plus"/>
          <w:sz w:val="24"/>
        </w:rPr>
        <w:t>τῶν ἐν τῇ Ῥώμῃ μισθῶν. ὥστε τίς ἂν πιστεύσειεν τοῖς ὑπὸ τῶν πολλῶν νομιζομένοις ἀγαθοῖς ἢ τοὺς ὑπὲρ τὸ μέτριον εὐτυχοῦντας μακαριστοὺς ἡγή‐ σαιτο; ὀξυτέραν γὰρ καὶ μείζονα μεταβολὴν τύχης</w:t>
      </w:r>
    </w:p>
    <w:p>
      <w:r>
        <w:rPr>
          <w:rFonts w:ascii="Courier New" w:hAnsi="Courier New"/>
          <w:color w:val="555555"/>
          <w:sz w:val="20"/>
        </w:rPr>
        <w:t>[5]</w:t>
      </w:r>
    </w:p>
    <w:p>
      <w:r>
        <w:rPr>
          <w:rFonts w:ascii="Gentium Plus" w:hAnsi="Gentium Plus"/>
          <w:sz w:val="24"/>
        </w:rPr>
        <w:t>καὶ περιπέτειαν οὕτως ἀνέλπιστον οὐκ ἄν τις ἑτέραν ῥᾳδίως εὕροι. οὐδεμιᾶς γὰρ αἰτίας ἀξιολόγου γενο‐ μένης, τὸ τηλικοῦτο τῆς βασιλείας ἀξίωμα πρὸς ἰδιωτικὴν ταπεινότητα τύχης ἐπεπτώκει, καὶ ὁ τοσαύταις μυριάσιν ἐλευθέρων ἐπιτάττων ἄφνω</w:t>
      </w:r>
    </w:p>
    <w:p>
      <w:r>
        <w:rPr>
          <w:rFonts w:ascii="Courier New" w:hAnsi="Courier New"/>
          <w:color w:val="555555"/>
          <w:sz w:val="20"/>
        </w:rPr>
        <w:t>[10]</w:t>
      </w:r>
    </w:p>
    <w:p>
      <w:r>
        <w:rPr>
          <w:rFonts w:ascii="Gentium Plus" w:hAnsi="Gentium Plus"/>
          <w:sz w:val="24"/>
        </w:rPr>
        <w:t>τρεῖς οἰκέτας ἔσχε μόνον περιλελειμμένους ἀπὸ τῶν τῆς ἰδίας τύχης ναυαγίων. (Const. Exc. 4, p. 375.)</w:t>
      </w:r>
    </w:p>
    <w:p>
      <w:r>
        <w:rPr>
          <w:rFonts w:ascii="Courier New" w:hAnsi="Courier New"/>
          <w:color w:val="555555"/>
          <w:sz w:val="20"/>
        </w:rPr>
        <w:t>[31 18a 1]</w:t>
      </w:r>
    </w:p>
    <w:p>
      <w:r>
        <w:rPr>
          <w:rFonts w:ascii="Gentium Plus" w:hAnsi="Gentium Plus"/>
          <w:sz w:val="24"/>
        </w:rPr>
        <w:t>Polybius et Diodorus qui Bibliothecarum scribunt historias, narrant eum non solum contra Deum fecisse Judaeae, sed avaritiae facibus accen‐ sum, etiam templum Dianae in Elimaide, quod erat</w:t>
      </w:r>
    </w:p>
    <w:p>
      <w:r>
        <w:rPr>
          <w:rFonts w:ascii="Courier New" w:hAnsi="Courier New"/>
          <w:color w:val="555555"/>
          <w:sz w:val="20"/>
        </w:rPr>
        <w:t>[5]</w:t>
      </w:r>
    </w:p>
    <w:p>
      <w:r>
        <w:rPr>
          <w:rFonts w:ascii="Gentium Plus" w:hAnsi="Gentium Plus"/>
          <w:sz w:val="24"/>
        </w:rPr>
        <w:t>ditissimum, spoliare conatum: oppressumque a custodibus templi et vicinis circum gentibus, et qui‐ busdam phantasiis atque terroribus versum in amentiam, ac postremum morbo interiisse et hoc ei accidisse commemorant, quia templum Dianae</w:t>
      </w:r>
    </w:p>
    <w:p>
      <w:r>
        <w:rPr>
          <w:rFonts w:ascii="Courier New" w:hAnsi="Courier New"/>
          <w:color w:val="555555"/>
          <w:sz w:val="20"/>
        </w:rPr>
        <w:t>[10]</w:t>
      </w:r>
    </w:p>
    <w:p>
      <w:r>
        <w:rPr>
          <w:rFonts w:ascii="Gentium Plus" w:hAnsi="Gentium Plus"/>
          <w:sz w:val="24"/>
        </w:rPr>
        <w:t>violare conatus est. (St. Jerome, Commentary on Daniel, Chap. 11. 36,</w:t>
      </w:r>
    </w:p>
    <w:p>
      <w:r>
        <w:rPr>
          <w:rFonts w:ascii="Courier New" w:hAnsi="Courier New"/>
          <w:color w:val="555555"/>
          <w:sz w:val="20"/>
        </w:rPr>
        <w:t>[31 . 20 . 1]</w:t>
      </w:r>
    </w:p>
    <w:p>
      <w:r>
        <w:rPr>
          <w:rFonts w:ascii="Gentium Plus" w:hAnsi="Gentium Plus"/>
          <w:sz w:val="24"/>
        </w:rPr>
        <w:t>Ὅτι τοῦ Ἀντιπάτρου ταῖς ἀνάγκαις ἐναπο‐ θανόντος, Ἀσκληπιάδην τὸν ἐπὶ τῆς πόλεως τεταγ‐ μένον ἤγαγον βοῶντα διότι Τιμόθεος τοῦτο τὸ δρᾶμα συντέθεικε καὶ τὸ μειράκιον προκεκλημένος</w:t>
      </w:r>
    </w:p>
    <w:p>
      <w:r>
        <w:rPr>
          <w:rFonts w:ascii="Courier New" w:hAnsi="Courier New"/>
          <w:color w:val="555555"/>
          <w:sz w:val="20"/>
        </w:rPr>
        <w:t>[5]</w:t>
      </w:r>
    </w:p>
    <w:p>
      <w:r>
        <w:rPr>
          <w:rFonts w:ascii="Gentium Plus" w:hAnsi="Gentium Plus"/>
          <w:sz w:val="24"/>
        </w:rPr>
        <w:t>εἴη πρὸς ἄδικον καὶ ἀσεβῆ τιμωρίαν τἀδελφοῦ. τοῦ δὲ πλήθους τῶν ἡγεμόνων ἐκ τούτου κατ’ ὀλίγον ἔννοιαν λαμβάνοντος τῆς ὅλης ῥᾳδιουργίας καὶ τοὺς ἀνήκεστα πάσχοντας ἐλεοῦντος, φοβη‐ θέντες οἱ περὶ Τιμόθεον τοὺς λοιποὺς τῶν καται‐</w:t>
      </w:r>
    </w:p>
    <w:p>
      <w:r>
        <w:rPr>
          <w:rFonts w:ascii="Courier New" w:hAnsi="Courier New"/>
          <w:color w:val="555555"/>
          <w:sz w:val="20"/>
        </w:rPr>
        <w:t>[10]</w:t>
      </w:r>
    </w:p>
    <w:p>
      <w:r>
        <w:rPr>
          <w:rFonts w:ascii="Gentium Plus" w:hAnsi="Gentium Plus"/>
          <w:sz w:val="24"/>
        </w:rPr>
        <w:t>τιαθέντων ἀπολύσαντες τῶν βασάνων κατ’ ἰδίαν ἐπανείλαντο. (Const. Exc. 2(1), p. 284.)</w:t>
      </w:r>
    </w:p>
    <w:p>
      <w:r>
        <w:rPr>
          <w:rFonts w:ascii="Courier New" w:hAnsi="Courier New"/>
          <w:color w:val="555555"/>
          <w:sz w:val="20"/>
        </w:rPr>
        <w:t>[31 17c 1]</w:t>
      </w:r>
    </w:p>
    <w:p>
      <w:r>
        <w:rPr>
          <w:rFonts w:ascii="Gentium Plus" w:hAnsi="Gentium Plus"/>
          <w:sz w:val="24"/>
        </w:rPr>
        <w:t>Ὅτι μετὰ τὴν τοῦ Τιμοθέου ἀναίρεσιν τὰ πλήθη ... καὶ τῷ βασιλεῖ δυσχεραίνοντες κατὰ τὴν Ἀλεξάνδρειαν ἐπὶ τοῖς τετολμημένοις κατὰ τἀδελφοῦ, τήν τε θεραπείαν τὴν βασιλικὴν περιέ‐</w:t>
      </w:r>
    </w:p>
    <w:p>
      <w:r>
        <w:rPr>
          <w:rFonts w:ascii="Courier New" w:hAnsi="Courier New"/>
          <w:color w:val="555555"/>
          <w:sz w:val="20"/>
        </w:rPr>
        <w:t>[5]</w:t>
      </w:r>
    </w:p>
    <w:p>
      <w:r>
        <w:rPr>
          <w:rFonts w:ascii="Gentium Plus" w:hAnsi="Gentium Plus"/>
          <w:sz w:val="24"/>
        </w:rPr>
        <w:t>σπασαν καὶ τὸν πρεσβύτερον Πτολεμαῖον ἐκ τῆς Κύπρου μετεπέμποντο. (Const. Exc. 3, p. 200.)</w:t>
      </w:r>
    </w:p>
    <w:p>
      <w:r>
        <w:rPr>
          <w:rFonts w:ascii="Courier New" w:hAnsi="Courier New"/>
          <w:color w:val="555555"/>
          <w:sz w:val="20"/>
        </w:rPr>
        <w:t>[31 . 19 . 1]</w:t>
      </w:r>
    </w:p>
    <w:p>
      <w:r>
        <w:rPr>
          <w:rFonts w:ascii="Gentium Plus" w:hAnsi="Gentium Plus"/>
          <w:sz w:val="24"/>
        </w:rPr>
        <w:t>Ὅτι λέγουσιν ἑαυτοὺς οἱ τῆς Καππαδοκίας βασιλεῖς εἰς Κῦρον ἀναφέρειν τὸ γένος τὸν ἐν Πέρσαις, διαβεβαιοῦνται δὲ καὶ τῶν ἑπτὰ Περσῶν τῶν τὸν μάγον ἐπανελομένων ἑνὸς ὑπάρχειν ἀπό‐</w:t>
      </w:r>
    </w:p>
    <w:p>
      <w:r>
        <w:rPr>
          <w:rFonts w:ascii="Courier New" w:hAnsi="Courier New"/>
          <w:color w:val="555555"/>
          <w:sz w:val="20"/>
        </w:rPr>
        <w:t>[5]</w:t>
      </w:r>
    </w:p>
    <w:p>
      <w:r>
        <w:rPr>
          <w:rFonts w:ascii="Gentium Plus" w:hAnsi="Gentium Plus"/>
          <w:sz w:val="24"/>
        </w:rPr>
        <w:t>γονοι. καὶ τὴν μὲν ἀπὸ Κύρου συγγένειαν οὕτω καταριθμοῦνται. Καμβύσου τοῦ Κύρου πατρὸς ἀδελφὴν ὑπάρξαι γνησίαν Ἄτοσσαν· ταύτης δὲ καὶ Φαρνάκου τοῦ Καππαδοκίας βασιλέως γενέσθαι παῖδα Γάλλον, καὶ τούτου γενέσθαι Σμέρδιν, οὗ</w:t>
      </w:r>
    </w:p>
    <w:p>
      <w:r>
        <w:rPr>
          <w:rFonts w:ascii="Courier New" w:hAnsi="Courier New"/>
          <w:color w:val="555555"/>
          <w:sz w:val="20"/>
        </w:rPr>
        <w:t>[10]</w:t>
      </w:r>
    </w:p>
    <w:p>
      <w:r>
        <w:rPr>
          <w:rFonts w:ascii="Gentium Plus" w:hAnsi="Gentium Plus"/>
          <w:sz w:val="24"/>
        </w:rPr>
        <w:t>Ἀρτάμνην, τοῦ δὲ Ἀναφᾶν, ὃν καὶ διενεγκεῖν μὲν ἀνδρείᾳ καὶ τόλμῃ, γενέσθαι δ’ ἕνα τῶν ἑπτὰ</w:t>
      </w:r>
    </w:p>
    <w:p>
      <w:r>
        <w:rPr>
          <w:rFonts w:ascii="Courier New" w:hAnsi="Courier New"/>
          <w:color w:val="555555"/>
          <w:sz w:val="20"/>
        </w:rPr>
        <w:t>[31 . 19 . 2]</w:t>
      </w:r>
    </w:p>
    <w:p>
      <w:r>
        <w:rPr>
          <w:rFonts w:ascii="Gentium Plus" w:hAnsi="Gentium Plus"/>
          <w:sz w:val="24"/>
        </w:rPr>
        <w:t>Περσῶν. τὴν μὲν οὖν εἰς Κῦρον συγγένειαν οὕτω γενεαλογοῦσι καὶ τὴν εἰς Ἀναφᾶν, ᾧ φασι δι’ ἀνδρείαν συγχωρηθῆναι τὴν Καππαδοκίας δυνα‐ στείαν, ὥστε μὴ τελεῖν φόρους Πέρσαις. οὗ τελευ‐</w:t>
      </w:r>
    </w:p>
    <w:p>
      <w:r>
        <w:rPr>
          <w:rFonts w:ascii="Courier New" w:hAnsi="Courier New"/>
          <w:color w:val="555555"/>
          <w:sz w:val="20"/>
        </w:rPr>
        <w:t>[5]</w:t>
      </w:r>
    </w:p>
    <w:p>
      <w:r>
        <w:rPr>
          <w:rFonts w:ascii="Gentium Plus" w:hAnsi="Gentium Plus"/>
          <w:sz w:val="24"/>
        </w:rPr>
        <w:t>τήσαντος ὁμώνυμος υἱὸς ἄρχει. μετὰ δὲ τὴν τούτου τελευτὴν ἀπολειφθέντων δυοῖν υἱοῖν, Δατάμου καὶ Ἀριμναίου, διαδέξασθαι τὴν ἀρχὴν Δατάμην, ἄνδρα καὶ κατὰ πόλεμον καὶ κατ’ ἄλλα μέρη τῆς βασιλείας ἐπαινούμενον, ὃς Πέρσαις διὰ μάχης ἐλθὼν καὶ</w:t>
      </w:r>
    </w:p>
    <w:p>
      <w:r>
        <w:rPr>
          <w:rFonts w:ascii="Courier New" w:hAnsi="Courier New"/>
          <w:color w:val="555555"/>
          <w:sz w:val="20"/>
        </w:rPr>
        <w:t>[10]</w:t>
      </w:r>
    </w:p>
    <w:p>
      <w:r>
        <w:rPr>
          <w:rFonts w:ascii="Gentium Plus" w:hAnsi="Gentium Plus"/>
          <w:sz w:val="24"/>
        </w:rPr>
        <w:t>λαμπρῶς κατὰ τὴν μάχην ἀγωνισάμενος ἐν αὐτῇ τελευτᾷ. διεδέξατο δὲ τὴν βασιλείαν ὁ υἱὸς Ἀριάμνης, οὗ γίνονται παῖδες Ἀριαράθης καὶ Ὁλο‐ φέρνης· οὗτος δὲ ἔτη πεντήκοντα δυναστεύσας καὶ</w:t>
      </w:r>
    </w:p>
    <w:p>
      <w:r>
        <w:rPr>
          <w:rFonts w:ascii="Courier New" w:hAnsi="Courier New"/>
          <w:color w:val="555555"/>
          <w:sz w:val="20"/>
        </w:rPr>
        <w:t>[31 . 19 . 3]</w:t>
      </w:r>
    </w:p>
    <w:p>
      <w:r>
        <w:rPr>
          <w:rFonts w:ascii="Gentium Plus" w:hAnsi="Gentium Plus"/>
          <w:sz w:val="24"/>
        </w:rPr>
        <w:t>μηδὲν ἔργον ἄξιον μνήμης πράξας τελευτᾷ. τὴν δὲ ἀρχὴν διεδέξατο ὁ πρεσβύτερος τῶν υἱῶν Ἀριαράθης, ὃς φιλοστοργῆσαι διαφερόντως λέγεται τὸν ἀδελφόν, καὶ προάγειν αὐτὸν εἰς τὰς ἐπιφανε‐</w:t>
      </w:r>
    </w:p>
    <w:p>
      <w:r>
        <w:rPr>
          <w:rFonts w:ascii="Courier New" w:hAnsi="Courier New"/>
          <w:color w:val="555555"/>
          <w:sz w:val="20"/>
        </w:rPr>
        <w:t>[5]</w:t>
      </w:r>
    </w:p>
    <w:p>
      <w:r>
        <w:rPr>
          <w:rFonts w:ascii="Gentium Plus" w:hAnsi="Gentium Plus"/>
          <w:sz w:val="24"/>
        </w:rPr>
        <w:t>στάτας τάξεις· ὃν καὶ Πέρσαις κατ’ Αἰγυπτίων ἀποσταλέντα συμμαχῆσαι μετὰ μεγάλων τιμῶν ἐπανελθεῖν, ἃς Ὦχος ὁ Περσῶν βασιλεὺς ὑπὲρ</w:t>
      </w:r>
    </w:p>
    <w:p>
      <w:r>
        <w:rPr>
          <w:rFonts w:ascii="Courier New" w:hAnsi="Courier New"/>
          <w:color w:val="555555"/>
          <w:sz w:val="20"/>
        </w:rPr>
        <w:t>[31 . 19 . 4]</w:t>
      </w:r>
    </w:p>
    <w:p>
      <w:r>
        <w:rPr>
          <w:rFonts w:ascii="Gentium Plus" w:hAnsi="Gentium Plus"/>
          <w:sz w:val="24"/>
        </w:rPr>
        <w:t>υἱοὺς ἐγκαταλιπόντα Ἀριαράθην καὶ Ἀρύσην. ὁ δὲ ἀδελφὸς καὶ τῆς Καππαδοκίας ἔχων τὴν ἀρχήν, οὐ γὰρ ἦν αὐτῷ γονὴ γνησία, τὸν πρεσβύτερον τῶν παίδων τἀδελφοῦ Ἀριαράθην υἱοποιεῖται. κατὰ</w:t>
      </w:r>
    </w:p>
    <w:p>
      <w:r>
        <w:rPr>
          <w:rFonts w:ascii="Courier New" w:hAnsi="Courier New"/>
          <w:color w:val="555555"/>
          <w:sz w:val="20"/>
        </w:rPr>
        <w:t>[5]</w:t>
      </w:r>
    </w:p>
    <w:p>
      <w:r>
        <w:rPr>
          <w:rFonts w:ascii="Gentium Plus" w:hAnsi="Gentium Plus"/>
          <w:sz w:val="24"/>
        </w:rPr>
        <w:t>δὲ τούτους τοὺς χρόνους Ἀλέξανδρος ὁ Μακεδὼν καταπολεμεῖ μὲν Πέρσας, εἶτα καὶ τελευτᾷ, καὶ Περδίκκας ὁ τῶν ὅλων τότε ἡγούμενος Εὐμένη πέμπει Καππαδοκίας στρατηγόν. καὶ καταπολε‐ μηθέντος Ἀριαράθου πεσόντος τε ἐν τῇ μάχῃ, αὐτή</w:t>
      </w:r>
    </w:p>
    <w:p>
      <w:r>
        <w:rPr>
          <w:rFonts w:ascii="Courier New" w:hAnsi="Courier New"/>
          <w:color w:val="555555"/>
          <w:sz w:val="20"/>
        </w:rPr>
        <w:t>[10]</w:t>
      </w:r>
    </w:p>
    <w:p>
      <w:r>
        <w:rPr>
          <w:rFonts w:ascii="Gentium Plus" w:hAnsi="Gentium Plus"/>
          <w:sz w:val="24"/>
        </w:rPr>
        <w:t>τε ἡ Καππαδοκία καὶ τὰ πλησιόχωρα αὐτῆς ἔπεσεν</w:t>
      </w:r>
    </w:p>
    <w:p>
      <w:r>
        <w:rPr>
          <w:rFonts w:ascii="Courier New" w:hAnsi="Courier New"/>
          <w:color w:val="555555"/>
          <w:sz w:val="20"/>
        </w:rPr>
        <w:t>[31 . 19 . 5]</w:t>
      </w:r>
    </w:p>
    <w:p>
      <w:r>
        <w:rPr>
          <w:rFonts w:ascii="Gentium Plus" w:hAnsi="Gentium Plus"/>
          <w:sz w:val="24"/>
        </w:rPr>
        <w:t>ὑπὸ Μακεδόνας. Ἀριαράθης δὲ ὁ τοῦ προβε‐ βασιλευκότος υἱὸς ἀπελπίσας κατὰ τὸ παρὸν ἀπο‐ χωρεῖ μετ’ ὀλίγων πρὸς τὴν Ἀρμενίαν. μετ’ οὐ πολὺν δὲ χρόνον τῶν περὶ τὸν Εὐμένη καὶ Περ‐</w:t>
      </w:r>
    </w:p>
    <w:p>
      <w:r>
        <w:rPr>
          <w:rFonts w:ascii="Courier New" w:hAnsi="Courier New"/>
          <w:color w:val="555555"/>
          <w:sz w:val="20"/>
        </w:rPr>
        <w:t>[5]</w:t>
      </w:r>
    </w:p>
    <w:p>
      <w:r>
        <w:rPr>
          <w:rFonts w:ascii="Gentium Plus" w:hAnsi="Gentium Plus"/>
          <w:sz w:val="24"/>
        </w:rPr>
        <w:t>δίκκαν τελευτησάντων, Ἀντιγόνου δὲ καὶ Σελεύκου περισπωμένων, λαβὼν δύναμιν παρὰ τοῦ βασιλέως τῶν Ἀρμενίων Ἀρδοάτου, τὸν μὲν τῶν Μακεδόνων στρατηγὸν Ἀμύνταν ἀπέκτεινεν, ἐξέβαλε δὲ καὶ Μακεδόνας ταχέως τῆς χώρας, καὶ τὴν οἰκείαν</w:t>
      </w:r>
    </w:p>
    <w:p>
      <w:r>
        <w:rPr>
          <w:rFonts w:ascii="Courier New" w:hAnsi="Courier New"/>
          <w:color w:val="555555"/>
          <w:sz w:val="20"/>
        </w:rPr>
        <w:t>[31 . 19 . 6]</w:t>
      </w:r>
    </w:p>
    <w:p>
      <w:r>
        <w:rPr>
          <w:rFonts w:ascii="Gentium Plus" w:hAnsi="Gentium Plus"/>
          <w:sz w:val="24"/>
        </w:rPr>
        <w:t>ἀρχὴν ἀνεκτήσατο. τούτῳ δὲ τριῶν παίδων γενο‐ μένων, παρέλαβε τὴν βασιλείαν ὁ πρεσβύτατος Ἀριάμνης· ὃς ἐπιγαμίαν πρὸς Ἀντίοχον ποιησά‐ μενος τὸν ἐπονομασθέντα Θεόν, τὴν τούτου θυγα‐</w:t>
      </w:r>
    </w:p>
    <w:p>
      <w:r>
        <w:rPr>
          <w:rFonts w:ascii="Courier New" w:hAnsi="Courier New"/>
          <w:color w:val="555555"/>
          <w:sz w:val="20"/>
        </w:rPr>
        <w:t>[5]</w:t>
      </w:r>
    </w:p>
    <w:p>
      <w:r>
        <w:rPr>
          <w:rFonts w:ascii="Gentium Plus" w:hAnsi="Gentium Plus"/>
          <w:sz w:val="24"/>
        </w:rPr>
        <w:t>τέρα Στρατονίκην συνῴκισε τῷ πρεσβυτέρῳ τῶν υἱῶν Ἀριαράθῃ. ὑπάρχων δὲ φιλότεκνος διαφε‐ ρόντως περιέθετο τῷ παιδὶ διάδημα, καὶ συνάρχειν</w:t>
      </w:r>
    </w:p>
    <w:p>
      <w:r>
        <w:rPr>
          <w:rFonts w:ascii="Courier New" w:hAnsi="Courier New"/>
          <w:color w:val="555555"/>
          <w:sz w:val="20"/>
        </w:rPr>
        <w:t>[10]</w:t>
      </w:r>
    </w:p>
    <w:p>
      <w:r>
        <w:rPr>
          <w:rFonts w:ascii="Gentium Plus" w:hAnsi="Gentium Plus"/>
          <w:sz w:val="24"/>
        </w:rPr>
        <w:t>ράθης βασιλεύει καθ’ ἑαυτόν, καὶ μεταλλάσσων τὸν βίον κατέλιπε τὴν βασιλείαν Ἀριαράθῃ τῷ υἱῷ,</w:t>
      </w:r>
    </w:p>
    <w:p>
      <w:r>
        <w:rPr>
          <w:rFonts w:ascii="Courier New" w:hAnsi="Courier New"/>
          <w:color w:val="555555"/>
          <w:sz w:val="20"/>
        </w:rPr>
        <w:t>[31 . 19 . 7]</w:t>
      </w:r>
    </w:p>
    <w:p>
      <w:r>
        <w:rPr>
          <w:rFonts w:ascii="Gentium Plus" w:hAnsi="Gentium Plus"/>
          <w:sz w:val="24"/>
        </w:rPr>
        <w:t>νηπίῳ παντελῶς ὄντι τὴν ἡλικίαν. οὗτος δὲ ἔγημε θυγατέρα τοῦ Μεγάλου κληθέντος Ἀντιόχου, ὀνο‐ μαζομένην Ἀντιοχίδα, πανοῦργον μάλιστα. ταύτην δὲ μὴ γινομένων τέκνων ὑποβαλέσθαι δύο παῖδας</w:t>
      </w:r>
    </w:p>
    <w:p>
      <w:r>
        <w:rPr>
          <w:rFonts w:ascii="Courier New" w:hAnsi="Courier New"/>
          <w:color w:val="555555"/>
          <w:sz w:val="20"/>
        </w:rPr>
        <w:t>[5]</w:t>
      </w:r>
    </w:p>
    <w:p>
      <w:r>
        <w:rPr>
          <w:rFonts w:ascii="Gentium Plus" w:hAnsi="Gentium Plus"/>
          <w:sz w:val="24"/>
        </w:rPr>
        <w:t>ἀγνοοῦντος τοῦ ἀνδρὸς Ἀριαράθην καὶ Ὁλοφέρνην. μετὰ δέ τινα χρόνον τῆς φύσεως ἐπιδεξαμένης ἀνελπίστως τεκεῖν αὐτὴν δύο μὲν θυγατέρας, υἱὸν δὲ ἕνα τὸν ὀνομασθέντα Μιθριδάτην. ἐξ οὗ τοὺς ὑποβολιμαίους ἀναδιδαξαμένην τἀνδρὶ τὸν μὲν</w:t>
      </w:r>
    </w:p>
    <w:p>
      <w:r>
        <w:rPr>
          <w:rFonts w:ascii="Courier New" w:hAnsi="Courier New"/>
          <w:color w:val="555555"/>
          <w:sz w:val="20"/>
        </w:rPr>
        <w:t>[10]</w:t>
      </w:r>
    </w:p>
    <w:p>
      <w:r>
        <w:rPr>
          <w:rFonts w:ascii="Gentium Plus" w:hAnsi="Gentium Plus"/>
          <w:sz w:val="24"/>
        </w:rPr>
        <w:t>πρεσβύτερον μετὰ συμμέτρου χορηγίας εἰς Ῥώμην ἀποσταλῆναι παρασκευάσαι, τὸν δὲ νεώτερον εἰς τὴν Ἰωνίαν χάριν τοῦ μὴ διαμφισβητεῖν ὑπὲρ τῆς βασιλείας τῷ γνησίῳ. τοῦτον δὲ ἀνδρωθέντα καὶ Ἀριαράθην φασὶ μετονομασθῆναι, παιδείας τε</w:t>
      </w:r>
    </w:p>
    <w:p>
      <w:r>
        <w:rPr>
          <w:rFonts w:ascii="Courier New" w:hAnsi="Courier New"/>
          <w:color w:val="555555"/>
          <w:sz w:val="20"/>
        </w:rPr>
        <w:t>[15]</w:t>
      </w:r>
    </w:p>
    <w:p>
      <w:r>
        <w:rPr>
          <w:rFonts w:ascii="Gentium Plus" w:hAnsi="Gentium Plus"/>
          <w:sz w:val="24"/>
        </w:rPr>
        <w:t>Ἑλληνικῆς μετασχεῖν, καὶ κατὰ τὴν ἄλλην ἐπαινεῖ‐</w:t>
      </w:r>
    </w:p>
    <w:p>
      <w:r>
        <w:rPr>
          <w:rFonts w:ascii="Courier New" w:hAnsi="Courier New"/>
          <w:color w:val="555555"/>
          <w:sz w:val="20"/>
        </w:rPr>
        <w:t>[31 . 19 . 8]</w:t>
      </w:r>
    </w:p>
    <w:p>
      <w:r>
        <w:rPr>
          <w:rFonts w:ascii="Gentium Plus" w:hAnsi="Gentium Plus"/>
          <w:sz w:val="24"/>
        </w:rPr>
        <w:t>σθαι ἀρετήν. καὶ ὁ μὲν πατὴρ φιλοπάτορι ὄντι τῷ υἱῷ ἔσπευδεν ἀποδοῦναι τὴν τοῦ φιλοτέκνου σπου‐ δήν, καὶ ἐπὶ τοσοῦτον αὐτοῖς προέβη τὰ τῆς πρὸς ἀλλήλους εὐνοίας ὥστε ὁ μὲν πατὴρ ἐξίστασθαι τῆς</w:t>
      </w:r>
    </w:p>
    <w:p>
      <w:r>
        <w:rPr>
          <w:rFonts w:ascii="Courier New" w:hAnsi="Courier New"/>
          <w:color w:val="555555"/>
          <w:sz w:val="20"/>
        </w:rPr>
        <w:t>[5]</w:t>
      </w:r>
    </w:p>
    <w:p>
      <w:r>
        <w:rPr>
          <w:rFonts w:ascii="Gentium Plus" w:hAnsi="Gentium Plus"/>
          <w:sz w:val="24"/>
        </w:rPr>
        <w:t>ὅλης ἀρχῆς ἠγωνίζετο τῷ παιδί, ὁ δὲ ἀδύνατον ἐδείκνυ δέξασθαι αὑτὸν παρὰ γονέων ἔτι ζώντων τὴν τοιαύτην χάριτα. οὗτος τὸν πατέρα τοῦ πε‐</w:t>
      </w:r>
    </w:p>
    <w:p>
      <w:r>
        <w:rPr>
          <w:rFonts w:ascii="Courier New" w:hAnsi="Courier New"/>
          <w:color w:val="555555"/>
          <w:sz w:val="20"/>
        </w:rPr>
        <w:t>[10]</w:t>
      </w:r>
    </w:p>
    <w:p>
      <w:r>
        <w:rPr>
          <w:rFonts w:ascii="Gentium Plus" w:hAnsi="Gentium Plus"/>
          <w:sz w:val="24"/>
        </w:rPr>
        <w:t>ἐνδεικνύμενος καὶ φιλοσοφίᾳ προσανέχων, ἐξ οὗ καὶ ἡ παρὰ τοῖς Ἕλλησιν ἀγνοουμένη πάλαι Καπ‐ παδοκία τότε τοῖς πεπαιδευμένοις ἐμβιωτήριον ὑπῆρχεν. ἀνενεώσατο δ’ οὗτος καὶ τὴν πρὸς Ῥω‐ μαίους φιλίαν τε καὶ συμμαχίαν. ἀλλὰ τὰ μὲν</w:t>
      </w:r>
    </w:p>
    <w:p>
      <w:r>
        <w:rPr>
          <w:rFonts w:ascii="Courier New" w:hAnsi="Courier New"/>
          <w:color w:val="555555"/>
          <w:sz w:val="20"/>
        </w:rPr>
        <w:t>[15]</w:t>
      </w:r>
    </w:p>
    <w:p>
      <w:r>
        <w:rPr>
          <w:rFonts w:ascii="Gentium Plus" w:hAnsi="Gentium Plus"/>
          <w:sz w:val="24"/>
        </w:rPr>
        <w:t>περὶ τῆς εἰς Κῦρον ἀναφορᾶς τῶν μέχρι τοῦδε τῆς Καππαδοκίας βασιλευσάντων ἐν τούτοις. (Photius, Bibl. pp. 382—383 B.)</w:t>
      </w:r>
    </w:p>
    <w:p>
      <w:r>
        <w:rPr>
          <w:rFonts w:ascii="Courier New" w:hAnsi="Courier New"/>
          <w:color w:val="555555"/>
          <w:sz w:val="20"/>
        </w:rPr>
        <w:t>[31 . 19 . 9]</w:t>
      </w:r>
    </w:p>
    <w:p>
      <w:r>
        <w:rPr>
          <w:rFonts w:ascii="Gentium Plus" w:hAnsi="Gentium Plus"/>
          <w:sz w:val="24"/>
        </w:rPr>
        <w:t>Καππαδόκων βασιλεῖς ἑπτά, χρόνους ἑκατὸν ἑξή‐ κοντα διαρκέσαντες, κατὰ τούτους ἤρξαντο τοὺς χρόνους, ὡς Διόδωρος γράφει. (Georgius Syncellus, p. 523 Dind.)</w:t>
      </w:r>
    </w:p>
    <w:p>
      <w:r>
        <w:rPr>
          <w:rFonts w:ascii="Courier New" w:hAnsi="Courier New"/>
          <w:color w:val="555555"/>
          <w:sz w:val="20"/>
        </w:rPr>
        <w:t>[31 . 21 . 1]</w:t>
      </w:r>
    </w:p>
    <w:p>
      <w:r>
        <w:rPr>
          <w:rFonts w:ascii="Gentium Plus" w:hAnsi="Gentium Plus"/>
          <w:sz w:val="24"/>
        </w:rPr>
        <w:t>Ὅτι ὁ Φιλοπάτωρ κληθεὶς Ἀριαράθης δια‐ δεξάμενος τὴν πατρῴαν βασιλείαν, πρῶτον μὲν τὸν πατέρα μεγαλοπρεπῶς ἔθαψεν· ἔπειτα τῶν τε φίλων καὶ τῶν ἐφ’ ἡγεμονίας τεταγμένων καὶ τῶν ἄλ‐</w:t>
      </w:r>
    </w:p>
    <w:p>
      <w:r>
        <w:rPr>
          <w:rFonts w:ascii="Courier New" w:hAnsi="Courier New"/>
          <w:color w:val="555555"/>
          <w:sz w:val="20"/>
        </w:rPr>
        <w:t>[5]</w:t>
      </w:r>
    </w:p>
    <w:p>
      <w:r>
        <w:rPr>
          <w:rFonts w:ascii="Gentium Plus" w:hAnsi="Gentium Plus"/>
          <w:sz w:val="24"/>
        </w:rPr>
        <w:t>λων τῶν ὑποτεταγμένων τὴν καθήκουσαν ἐπι‐ μέλειαν ποιησάμενος, μεγάλην εὔνοιαν παρὰ τοῖς πλήθεσιν ἀπηνέγκατο.</w:t>
      </w:r>
    </w:p>
    <w:p>
      <w:r>
        <w:rPr>
          <w:rFonts w:ascii="Courier New" w:hAnsi="Courier New"/>
          <w:color w:val="555555"/>
          <w:sz w:val="20"/>
        </w:rPr>
        <w:t>[31 . 22 . 1]</w:t>
      </w:r>
    </w:p>
    <w:p>
      <w:r>
        <w:rPr>
          <w:rFonts w:ascii="Gentium Plus" w:hAnsi="Gentium Plus"/>
          <w:sz w:val="24"/>
        </w:rPr>
        <w:t>Ὅτι τὸν Μιθροβουζάνην ἐπὶ τὴν πατρῴαν ἀρχὴν καταγαγόντος Ἀριαράθου, Ἀρταξίας ὁ τῆς Ἀρμενίας βασιλεὺς οὐκ ἀφιστάμενος τῆς ἐξ ἀρχῆς πλεονεξίας πρέσβεις ἀπέστειλε πρὸς Ἀριαράθην,</w:t>
      </w:r>
    </w:p>
    <w:p>
      <w:r>
        <w:rPr>
          <w:rFonts w:ascii="Courier New" w:hAnsi="Courier New"/>
          <w:color w:val="555555"/>
          <w:sz w:val="20"/>
        </w:rPr>
        <w:t>[5]</w:t>
      </w:r>
    </w:p>
    <w:p>
      <w:r>
        <w:rPr>
          <w:rFonts w:ascii="Gentium Plus" w:hAnsi="Gentium Plus"/>
          <w:sz w:val="24"/>
        </w:rPr>
        <w:t>παρακαλῶν συμφρονῆσαι, καὶ τῶν νεανίσκων ἑκά‐</w:t>
      </w:r>
    </w:p>
    <w:p>
      <w:r>
        <w:rPr>
          <w:rFonts w:ascii="Courier New" w:hAnsi="Courier New"/>
          <w:color w:val="555555"/>
          <w:sz w:val="20"/>
        </w:rPr>
        <w:t>[10]</w:t>
      </w:r>
    </w:p>
    <w:p>
      <w:r>
        <w:rPr>
          <w:rFonts w:ascii="Gentium Plus" w:hAnsi="Gentium Plus"/>
          <w:sz w:val="24"/>
        </w:rPr>
        <w:t>έχεσθαι τῶν τοιούτων ἔργων. Ἀριαράθης μὲν οὖν ἀκολούθως, οὕτω γενηθείσης τῆς πράξεως, οὐ μετ‐ ρίως ηὔξησε τὴν περὶ αὑτοῦ δόξαν· ὁ δὲ Μιθροβου‐ ζάνης διὰ τὴν θαυμαζομένην τοῦ καταγαγόντος αὐτὸν πίστιν καὶ καλοκἀγαθίαν ἐκράτησε τῆς πα‐</w:t>
      </w:r>
    </w:p>
    <w:p>
      <w:r>
        <w:rPr>
          <w:rFonts w:ascii="Courier New" w:hAnsi="Courier New"/>
          <w:color w:val="555555"/>
          <w:sz w:val="20"/>
        </w:rPr>
        <w:t>[15]</w:t>
      </w:r>
    </w:p>
    <w:p>
      <w:r>
        <w:rPr>
          <w:rFonts w:ascii="Gentium Plus" w:hAnsi="Gentium Plus"/>
          <w:sz w:val="24"/>
        </w:rPr>
        <w:t>τρῴας ἀρχῆς. (Const. Exc. 2(1), pp. 284—285.)</w:t>
      </w:r>
    </w:p>
    <w:p>
      <w:r>
        <w:rPr>
          <w:rFonts w:ascii="Courier New" w:hAnsi="Courier New"/>
          <w:color w:val="555555"/>
          <w:sz w:val="20"/>
        </w:rPr>
        <w:t>[31 19a 1]</w:t>
      </w:r>
    </w:p>
    <w:p>
      <w:r>
        <w:rPr>
          <w:rFonts w:ascii="Gentium Plus" w:hAnsi="Gentium Plus"/>
          <w:sz w:val="24"/>
        </w:rPr>
        <w:t>Ὅτι ὁ τῆς Κομμαγηνῆς ἐπιστάτης Πτολε‐ μαῖος ἔτι μὲν καὶ πρότερον καταφρονήσας τῶν Συριακῶν βασιλέων ἀποστάτης ἐγένετο, καὶ διὰ τοὺς ἰδίους ἐκείνων περισπασμοὺς ἀδεῶς τῆς χώρας</w:t>
      </w:r>
    </w:p>
    <w:p>
      <w:r>
        <w:rPr>
          <w:rFonts w:ascii="Courier New" w:hAnsi="Courier New"/>
          <w:color w:val="555555"/>
          <w:sz w:val="20"/>
        </w:rPr>
        <w:t>[5]</w:t>
      </w:r>
    </w:p>
    <w:p>
      <w:r>
        <w:rPr>
          <w:rFonts w:ascii="Gentium Plus" w:hAnsi="Gentium Plus"/>
          <w:sz w:val="24"/>
        </w:rPr>
        <w:t>ἐδυνάστευσε, μάλιστα πιστεύων ταῖς τῶν τόπων ὀχυρότησιν· καὶ οὐκ ἀρκούμενος τῇ πλεονεξίᾳ ταύτῃ, συναγαγὼν δύναμιν ἐνέβαλεν εἰς τὴν καλου‐ μένην Μελιτηνὴν οὖσαν τῆς Καππαδοκίας καὶ τεταγμένην ὑπὸ Ἀριαράθην, καὶ τοὺς εὐθέτους</w:t>
      </w:r>
    </w:p>
    <w:p>
      <w:r>
        <w:rPr>
          <w:rFonts w:ascii="Courier New" w:hAnsi="Courier New"/>
          <w:color w:val="555555"/>
          <w:sz w:val="20"/>
        </w:rPr>
        <w:t>[10]</w:t>
      </w:r>
    </w:p>
    <w:p>
      <w:r>
        <w:rPr>
          <w:rFonts w:ascii="Gentium Plus" w:hAnsi="Gentium Plus"/>
          <w:sz w:val="24"/>
        </w:rPr>
        <w:t>προκατέλαβε τόπους. στρατεύσαντος δὲ ἐπ’ αὐτὸν μετὰ πολλῆς δυνάμεως Ἀριαράθου, ἀνεχώρησεν εἰς τὴν ἰδίαν ἐπαρχίαν. (Const. Exc. 3, p. 200.)</w:t>
      </w:r>
    </w:p>
    <w:p>
      <w:r>
        <w:rPr>
          <w:rFonts w:ascii="Courier New" w:hAnsi="Courier New"/>
          <w:color w:val="555555"/>
          <w:sz w:val="20"/>
        </w:rPr>
        <w:t>[31 . 23 . 1]</w:t>
      </w:r>
    </w:p>
    <w:p>
      <w:r>
        <w:rPr>
          <w:rFonts w:ascii="Gentium Plus" w:hAnsi="Gentium Plus"/>
          <w:sz w:val="24"/>
        </w:rPr>
        <w:t>Ὅτι ἧκον πρεσβευταὶ εἰς Ῥώμην παρά τε τοῦ νεωτέρου Πτολεμαίου καὶ παρὰ τοῦ πρεσβυ‐ τέρου. δοθέντος δὲ αὐτοῖς ἐν τῷ συνεδρίῳ λόγου, διακούσασα ἡ σύγκλητος τὰ κατὰ μέρος ἐδογμάτισε</w:t>
      </w:r>
    </w:p>
    <w:p>
      <w:r>
        <w:rPr>
          <w:rFonts w:ascii="Courier New" w:hAnsi="Courier New"/>
          <w:color w:val="555555"/>
          <w:sz w:val="20"/>
        </w:rPr>
        <w:t>[5]</w:t>
      </w:r>
    </w:p>
    <w:p>
      <w:r>
        <w:rPr>
          <w:rFonts w:ascii="Gentium Plus" w:hAnsi="Gentium Plus"/>
          <w:sz w:val="24"/>
        </w:rPr>
        <w:t>τοὺς μὲν παρὰ τοῦ πρεσβυτέρου Πτολεμαίου πρεσ‐ βευτὰς ἐν ἡμέραις πέντε ταῖς πάσαις ἐκ τῆς Ἰταλίας ἀπαλλάττεσθαι, καὶ τὴν συμμαχίαν ἀνελεῖν</w:t>
      </w:r>
    </w:p>
    <w:p>
      <w:r>
        <w:rPr>
          <w:rFonts w:ascii="Courier New" w:hAnsi="Courier New"/>
          <w:color w:val="555555"/>
          <w:sz w:val="20"/>
        </w:rPr>
        <w:t>[10]</w:t>
      </w:r>
    </w:p>
    <w:p>
      <w:r>
        <w:rPr>
          <w:rFonts w:ascii="Gentium Plus" w:hAnsi="Gentium Plus"/>
          <w:sz w:val="24"/>
        </w:rPr>
        <w:t>εὔνοιαν τῆς συγκλήτου καὶ τὰ διασεσαφημένα τἀδελφῷ. (Const. Exc. 1, p. 403.)</w:t>
      </w:r>
    </w:p>
    <w:p>
      <w:r>
        <w:rPr>
          <w:rFonts w:ascii="Courier New" w:hAnsi="Courier New"/>
          <w:color w:val="555555"/>
          <w:sz w:val="20"/>
        </w:rPr>
        <w:t>[31 . 24 . 1]</w:t>
      </w:r>
    </w:p>
    <w:p>
      <w:r>
        <w:rPr>
          <w:rFonts w:ascii="Gentium Plus" w:hAnsi="Gentium Plus"/>
          <w:sz w:val="24"/>
        </w:rPr>
        <w:t>Ὅτι νεανίσκων τινῶν πριαμένων ἐρώμενον μὲν ταλάντου, κεράμιον δὲ Ποντικοῦ ταρίχου τριακοσίων δραχμῶν Ἀττικῶν Μάρκος Πόρκιος Κάτων, τῶν εὐδοκιμουμένων ἀνδρῶν, εἶπεν ἐν τῷ</w:t>
      </w:r>
    </w:p>
    <w:p>
      <w:r>
        <w:rPr>
          <w:rFonts w:ascii="Courier New" w:hAnsi="Courier New"/>
          <w:color w:val="555555"/>
          <w:sz w:val="20"/>
        </w:rPr>
        <w:t>[5]</w:t>
      </w:r>
    </w:p>
    <w:p>
      <w:r>
        <w:rPr>
          <w:rFonts w:ascii="Gentium Plus" w:hAnsi="Gentium Plus"/>
          <w:sz w:val="24"/>
        </w:rPr>
        <w:t>δήμῳ διότι μάλιστα δύνανται κατιδεῖν ἐκ τούτου τὴν ἐπὶ τὸ χεῖρον τῆς ἀγωγῆς καὶ πολιτείας δια‐ στροφήν, ὅταν πωλούμενοι πλεῖον εὑρίσκωσιν οἱ μὲν ἐρώμενοι τῶν ἀγρῶν, τὰ δὲ κεράμια τοῦ ταρίχου τῶν ζευγηλατῶν. (Const. Exc. 4, p. 375.)</w:t>
      </w:r>
    </w:p>
    <w:p>
      <w:r>
        <w:rPr>
          <w:rFonts w:ascii="Courier New" w:hAnsi="Courier New"/>
          <w:color w:val="555555"/>
          <w:sz w:val="20"/>
        </w:rPr>
        <w:t>[31 . 25 . 1]</w:t>
      </w:r>
    </w:p>
    <w:p>
      <w:r>
        <w:rPr>
          <w:rFonts w:ascii="Gentium Plus" w:hAnsi="Gentium Plus"/>
          <w:sz w:val="24"/>
        </w:rPr>
        <w:t>Ὅτι ὁ Αἰμίλιος ὁ Περσέα καταπολεμήσας τιμητὴς ὢν καὶ σχεδὸν ἐν πᾶσι τοῖς μέρεσι τῆς ἀρετῆς πρωτεύων τῶν πολιτῶν ἐτελεύτησεν. ὡς δὲ ἡ περὶ αὐτοῦ φήμη τῆς τελευτῆς διεδόθη καὶ</w:t>
      </w:r>
    </w:p>
    <w:p>
      <w:r>
        <w:rPr>
          <w:rFonts w:ascii="Courier New" w:hAnsi="Courier New"/>
          <w:color w:val="555555"/>
          <w:sz w:val="20"/>
        </w:rPr>
        <w:t>[5]</w:t>
      </w:r>
    </w:p>
    <w:p>
      <w:r>
        <w:rPr>
          <w:rFonts w:ascii="Gentium Plus" w:hAnsi="Gentium Plus"/>
          <w:sz w:val="24"/>
        </w:rPr>
        <w:t>συνήγγιζεν ὁ τῆς ἐκφορᾶς καιρός, τοιαύτην συνέβη γενέσθαι πάσης τῆς πόλεως συμπάθειαν ὥστε μὴ μόνον τοὺς ἐργαστηριακοὺς καὶ τὸν ἄλλον ὄχλον συντρέχειν, ἀλλὰ καὶ τοὺς ἄρχοντας καὶ τὴν σύγ‐ κλητον ὑπερθέσθαι τοὺς χρηματισμούς. ἀκολούθως</w:t>
      </w:r>
    </w:p>
    <w:p>
      <w:r>
        <w:rPr>
          <w:rFonts w:ascii="Courier New" w:hAnsi="Courier New"/>
          <w:color w:val="555555"/>
          <w:sz w:val="20"/>
        </w:rPr>
        <w:t>[10]</w:t>
      </w:r>
    </w:p>
    <w:p>
      <w:r>
        <w:rPr>
          <w:rFonts w:ascii="Gentium Plus" w:hAnsi="Gentium Plus"/>
          <w:sz w:val="24"/>
        </w:rPr>
        <w:t>δὲ τούτοις καὶ τῶν περιοικουσῶν τὴν Ῥώμην πόλεων ὅσαις ὁ χρόνος τὴν ἀναστροφὴν ἐδίδου ἐλθεῖν πρὸς τὸν τῆς ἐκφορᾶς καιρόν, κατήντων εἰς τὴν Ῥώμην σχεδόν τι πανδημεὶ μετὰ προθυμίας, ἅμα θεασόμενοι καὶ τιμήσοντες τὸν μετηλλαχότα.</w:t>
      </w:r>
    </w:p>
    <w:p>
      <w:r>
        <w:rPr>
          <w:rFonts w:ascii="Courier New" w:hAnsi="Courier New"/>
          <w:color w:val="555555"/>
          <w:sz w:val="20"/>
        </w:rPr>
        <w:t>[15]</w:t>
      </w:r>
    </w:p>
    <w:p>
      <w:r>
        <w:rPr>
          <w:rFonts w:ascii="Gentium Plus" w:hAnsi="Gentium Plus"/>
          <w:sz w:val="24"/>
        </w:rPr>
        <w:t>(Const. Exc. 2(1), p. 285.)</w:t>
      </w:r>
    </w:p>
    <w:p>
      <w:r>
        <w:rPr>
          <w:rFonts w:ascii="Courier New" w:hAnsi="Courier New"/>
          <w:color w:val="555555"/>
          <w:sz w:val="20"/>
        </w:rPr>
        <w:t>[31 . 25 . 2]</w:t>
      </w:r>
    </w:p>
    <w:p>
      <w:r>
        <w:rPr>
          <w:rFonts w:ascii="Gentium Plus" w:hAnsi="Gentium Plus"/>
          <w:sz w:val="24"/>
        </w:rPr>
        <w:t>Ὅτι περὶ Λευκίου Αἰμιλίου τοῦ Περσέα κατα‐ πολεμήσαντος τῆς ταφῆς διερχόμενος, καὶ λαμπρὰν αὐτὴν ἐς τὰ μάλιστα γενέσθαι λέγων ἐπάγει· τῶν γὰρ Ῥωμαίων οἱ ταῖς εὐγενείαις καὶ προγόνων</w:t>
      </w:r>
    </w:p>
    <w:p>
      <w:r>
        <w:rPr>
          <w:rFonts w:ascii="Courier New" w:hAnsi="Courier New"/>
          <w:color w:val="555555"/>
          <w:sz w:val="20"/>
        </w:rPr>
        <w:t>[5]</w:t>
      </w:r>
    </w:p>
    <w:p>
      <w:r>
        <w:rPr>
          <w:rFonts w:ascii="Gentium Plus" w:hAnsi="Gentium Plus"/>
          <w:sz w:val="24"/>
        </w:rPr>
        <w:t>δόξῃ διαφέροντες μετὰ τὴν τελευτὴν εἰδωλο‐ ποιοῦνται κατά τε τὴν τοῦ χαρακτῆρος ὁμοιότητα καὶ κατὰ τὴν ὅλην τοῦ σώματος περιγραφήν, μιμητὰς ἔχοντες ἐκ παντὸς τοῦ βίου παρατετηρη‐ κότας τήν τε πορείαν καὶ τὰς κατὰ μέρος ἰδιότητας</w:t>
      </w:r>
    </w:p>
    <w:p>
      <w:r>
        <w:rPr>
          <w:rFonts w:ascii="Courier New" w:hAnsi="Courier New"/>
          <w:color w:val="555555"/>
          <w:sz w:val="20"/>
        </w:rPr>
        <w:t>[10]</w:t>
      </w:r>
    </w:p>
    <w:p>
      <w:r>
        <w:rPr>
          <w:rFonts w:ascii="Gentium Plus" w:hAnsi="Gentium Plus"/>
          <w:sz w:val="24"/>
        </w:rPr>
        <w:t>τῆς ἐμφάσεως. παραπλησίως δὲ καὶ τῶν προγόνων ἕκαστος προηγεῖται τοιαύτην ἔχων διασκευὴν καὶ κόσμον ὥστε τοὺς θεωμένους διὰ τῆς ἐκ τούτων ἐμφάσεως γινώσκειν ἐφ’ ὅσον ἕκαστοι τιμῆς προήχ‐ θησαν καὶ μετέσχον τῶν ἐν τῇ πολιτείᾳ καλῶν.</w:t>
      </w:r>
    </w:p>
    <w:p>
      <w:r>
        <w:rPr>
          <w:rFonts w:ascii="Courier New" w:hAnsi="Courier New"/>
          <w:color w:val="555555"/>
          <w:sz w:val="20"/>
        </w:rPr>
        <w:t>[15]</w:t>
      </w:r>
    </w:p>
    <w:p>
      <w:r>
        <w:rPr>
          <w:rFonts w:ascii="Gentium Plus" w:hAnsi="Gentium Plus"/>
          <w:sz w:val="24"/>
        </w:rPr>
        <w:t>(Photius, Bibl. p. 383 B.)</w:t>
      </w:r>
    </w:p>
    <w:p>
      <w:r>
        <w:rPr>
          <w:rFonts w:ascii="Courier New" w:hAnsi="Courier New"/>
          <w:color w:val="555555"/>
          <w:sz w:val="20"/>
        </w:rPr>
        <w:t>[31 . 26 . 1]</w:t>
      </w:r>
    </w:p>
    <w:p>
      <w:r>
        <w:rPr>
          <w:rFonts w:ascii="Gentium Plus" w:hAnsi="Gentium Plus"/>
          <w:sz w:val="24"/>
        </w:rPr>
        <w:t>Ὅτι ὁ αὐτὸς Αἰμίλιος οἷος ἐν τῷ ζῆν ὑπ‐ άρχειν τὴν ψυχὴν ἐδοξάζετο, τοιοῦτον ἀπέλιπε τὸν βίον μεταλλάττων. πλεῖστον μὲν γὰρ τῶν καθ’ αὑτὸν ἐξ Ἰβηρίας χρυσὸν κομίσας εἰς τὴν Ῥώμην,</w:t>
      </w:r>
    </w:p>
    <w:p>
      <w:r>
        <w:rPr>
          <w:rFonts w:ascii="Courier New" w:hAnsi="Courier New"/>
          <w:color w:val="555555"/>
          <w:sz w:val="20"/>
        </w:rPr>
        <w:t>[5]</w:t>
      </w:r>
    </w:p>
    <w:p>
      <w:r>
        <w:rPr>
          <w:rFonts w:ascii="Gentium Plus" w:hAnsi="Gentium Plus"/>
          <w:sz w:val="24"/>
        </w:rPr>
        <w:t>μεγίστων δὲ θησαυρῶν τῶν κατὰ Μακεδονίαν ἐγκρατὴς γενόμενος, πλείστης δὲ περὶ τὰ προειρη‐ μένα τετευχὼς ἐξουσίας, τοσοῦτον ἀπέσχετο τοῦ σφετερίσασθαί τι τῶν χρημάτων ὥστε μετὰ τὴν τελευτὴν τοὺς υἱοὺς αὐτοῦ τοὺς δοθέντας εἰς υἱο‐</w:t>
      </w:r>
    </w:p>
    <w:p>
      <w:r>
        <w:rPr>
          <w:rFonts w:ascii="Courier New" w:hAnsi="Courier New"/>
          <w:color w:val="555555"/>
          <w:sz w:val="20"/>
        </w:rPr>
        <w:t>[10]</w:t>
      </w:r>
    </w:p>
    <w:p>
      <w:r>
        <w:rPr>
          <w:rFonts w:ascii="Gentium Plus" w:hAnsi="Gentium Plus"/>
          <w:sz w:val="24"/>
        </w:rPr>
        <w:t>θεσίαν διαδεξαμένους τὴν κληρονομίαν ἐκ πάντων τῶν ἐπίπλων μὴ δύνασθαι διαλῦσαι τῇ γυναικὶ τὴν</w:t>
      </w:r>
    </w:p>
    <w:p>
      <w:r>
        <w:rPr>
          <w:rFonts w:ascii="Courier New" w:hAnsi="Courier New"/>
          <w:color w:val="555555"/>
          <w:sz w:val="20"/>
        </w:rPr>
        <w:t>[31 . 26 . 2]</w:t>
      </w:r>
    </w:p>
    <w:p>
      <w:r>
        <w:rPr>
          <w:rFonts w:ascii="Gentium Plus" w:hAnsi="Gentium Plus"/>
          <w:sz w:val="24"/>
        </w:rPr>
        <w:t>προσαπέδοντο. διὸ καὶ πολλοῖς ἔδοξεν ὑπερβεβη‐ κέναι κατὰ τὴν ἀφιλαργυρίαν τοὺς παρὰ τοῖς Ἕλλησι περὶ τοῦτο τὸ μέρος θαυμασθέντας Ἀρι‐ στείδην τε καὶ Ἐπαμινώνδαν. ἐκείνους μὲν γὰρ</w:t>
      </w:r>
    </w:p>
    <w:p>
      <w:r>
        <w:rPr>
          <w:rFonts w:ascii="Courier New" w:hAnsi="Courier New"/>
          <w:color w:val="555555"/>
          <w:sz w:val="20"/>
        </w:rPr>
        <w:t>[5]</w:t>
      </w:r>
    </w:p>
    <w:p>
      <w:r>
        <w:rPr>
          <w:rFonts w:ascii="Gentium Plus" w:hAnsi="Gentium Plus"/>
          <w:sz w:val="24"/>
        </w:rPr>
        <w:t>διδομένων χρημάτων ἐπὶ τῷ λυσιτελεῖ τῶν διδόν‐ των ἀπέχεσθαι τῆς δωρεᾶς, τοῦτον δὲ αὐτὸν ἐξουσίαν ἔχοντα λαβεῖν ὁπόσα βούλοιτο μηδενὸς τῶν τοιούτων ἐπιθυμῆσαι. εἰ δὲ ἄπιστόν τισι φαίνεται τὸ λεγόμενον, ἐκεῖνο δεῖ λογίζεσθαι, ὅτι</w:t>
      </w:r>
    </w:p>
    <w:p>
      <w:r>
        <w:rPr>
          <w:rFonts w:ascii="Courier New" w:hAnsi="Courier New"/>
          <w:color w:val="555555"/>
          <w:sz w:val="20"/>
        </w:rPr>
        <w:t>[10]</w:t>
      </w:r>
    </w:p>
    <w:p>
      <w:r>
        <w:rPr>
          <w:rFonts w:ascii="Gentium Plus" w:hAnsi="Gentium Plus"/>
          <w:sz w:val="24"/>
        </w:rPr>
        <w:t>οὐ χρὴ τὴν τῶν ἀρχαίων ἀφιλαργυρίαν ἐκ τῆς νῦν Ῥωμαίων πλεονεξίας τεκμαίρεσθαι. ἐπὶ γὰρ τοῦ καθ’ ἡμᾶς βίου μεγίστην ὁρμὴν τοῦτο τὸ ἔθνος ἐσχηκέναι δοκεῖ πρὸς τὴν τοῦ πλείονος ἐπιθυμίαν.</w:t>
      </w:r>
    </w:p>
    <w:p>
      <w:r>
        <w:rPr>
          <w:rFonts w:ascii="Courier New" w:hAnsi="Courier New"/>
          <w:color w:val="555555"/>
          <w:sz w:val="20"/>
        </w:rPr>
        <w:t>[31 . 26 . 3]</w:t>
      </w:r>
    </w:p>
    <w:p>
      <w:r>
        <w:rPr>
          <w:rFonts w:ascii="Gentium Plus" w:hAnsi="Gentium Plus"/>
          <w:sz w:val="24"/>
        </w:rPr>
        <w:t>Ἐπεὶ δὲ περὶ ἀνδρὸς νῦν ἐμνήσθην ἀγαθοῦ, βούλομαι βραχέα διελθεῖν περὶ τῆς Σκιπίωνος δια‐ γωγῆς τοῦ Νομαντίαν ὕστερον κατασκάψαντος, ὅπως μὴ παράδοξός τισιν ἡ προκοπὴ τούτου δόξῃ</w:t>
      </w:r>
    </w:p>
    <w:p>
      <w:r>
        <w:rPr>
          <w:rFonts w:ascii="Courier New" w:hAnsi="Courier New"/>
          <w:color w:val="555555"/>
          <w:sz w:val="20"/>
        </w:rPr>
        <w:t>[5]</w:t>
      </w:r>
    </w:p>
    <w:p>
      <w:r>
        <w:rPr>
          <w:rFonts w:ascii="Gentium Plus" w:hAnsi="Gentium Plus"/>
          <w:sz w:val="24"/>
        </w:rPr>
        <w:t>γεγονέναι κατὰ τοὺς ὕστερον χρόνους, ἀγνοουμένης τῆς κατὰ τὴν νεότητα περὶ τὰ κάλλιστα τῶν ἐπιτη‐ δευμάτων σπουδῆς.</w:t>
      </w:r>
    </w:p>
    <w:p>
      <w:r>
        <w:rPr>
          <w:rFonts w:ascii="Courier New" w:hAnsi="Courier New"/>
          <w:color w:val="555555"/>
          <w:sz w:val="20"/>
        </w:rPr>
        <w:t>[31 . 26 . 4]</w:t>
      </w:r>
    </w:p>
    <w:p>
      <w:r>
        <w:rPr>
          <w:rFonts w:ascii="Gentium Plus" w:hAnsi="Gentium Plus"/>
          <w:sz w:val="24"/>
        </w:rPr>
        <w:t>Πόπλιος τοίνυν Σκιπίων Αἰμιλίου μὲν τοῦ Περσέα θριαμβεύσαντος ἦν κατὰ φύσιν υἱός, καθάπερ ἤδη προείρηται, δοθεὶς δὲ εἰς υἱοθεσίαν Σκιπίωνι τῷ παιδὶ τοῦ τὸν Ἀννίβαν καὶ Καρχη‐</w:t>
      </w:r>
    </w:p>
    <w:p>
      <w:r>
        <w:rPr>
          <w:rFonts w:ascii="Courier New" w:hAnsi="Courier New"/>
          <w:color w:val="555555"/>
          <w:sz w:val="20"/>
        </w:rPr>
        <w:t>[5]</w:t>
      </w:r>
    </w:p>
    <w:p>
      <w:r>
        <w:rPr>
          <w:rFonts w:ascii="Gentium Plus" w:hAnsi="Gentium Plus"/>
          <w:sz w:val="24"/>
        </w:rPr>
        <w:t>δονίους καταπολεμήσαντος ἔσχε κατὰ θέσιν πάπ‐ πον Σκιπίωνα τὸν Ἀφρικανὸν προσαγορευθέντα, μέγιστον τῶν πρὸ αὐτοῦ Ῥωμαίων. ἀπὸ δὲ τοιαύ‐</w:t>
      </w:r>
    </w:p>
    <w:p>
      <w:r>
        <w:rPr>
          <w:rFonts w:ascii="Courier New" w:hAnsi="Courier New"/>
          <w:color w:val="555555"/>
          <w:sz w:val="20"/>
        </w:rPr>
        <w:t>[31 . 26 . 5]</w:t>
      </w:r>
    </w:p>
    <w:p>
      <w:r>
        <w:rPr>
          <w:rFonts w:ascii="Gentium Plus" w:hAnsi="Gentium Plus"/>
          <w:sz w:val="24"/>
        </w:rPr>
        <w:t>γόνων δόξης. ἐκ παίδων γὰρ Ἑλληνικῆς παιδείας ἐπὶ πολὺ μεταλαβών, καὶ γεγονὼς κατὰ τοῦτον τὸν ἐνιαυτὸν ὀκτωκαίδεκα ἐτῶν, ἔδωκεν ἑαυτὸν πρὸς τοὺς ἐν φιλοσοφίᾳ λόγους, λαβὼν ἐπιστάτην Πολύ‐</w:t>
      </w:r>
    </w:p>
    <w:p>
      <w:r>
        <w:rPr>
          <w:rFonts w:ascii="Courier New" w:hAnsi="Courier New"/>
          <w:color w:val="555555"/>
          <w:sz w:val="20"/>
        </w:rPr>
        <w:t>[5]</w:t>
      </w:r>
    </w:p>
    <w:p>
      <w:r>
        <w:rPr>
          <w:rFonts w:ascii="Gentium Plus" w:hAnsi="Gentium Plus"/>
          <w:sz w:val="24"/>
        </w:rPr>
        <w:t>βιον τὸν Μεγαλοπολίτην τὸν τὰς ἱστορίας συντεταγ‐ μένον. τούτῳ δὲ συμβιώσας καὶ πάσης ἀρετῆς ζηλωτὴς γενόμενος οὐχ οἷον τῶν ἡλικιωτῶν ἀλλὰ καὶ τῶν πρεσβυτέρων πάντων πολὺ προέσχε σωφροσύνῃ καὶ καλοκἀγαθίᾳ καὶ μεγαλοψυχίᾳ καὶ</w:t>
      </w:r>
    </w:p>
    <w:p>
      <w:r>
        <w:rPr>
          <w:rFonts w:ascii="Courier New" w:hAnsi="Courier New"/>
          <w:color w:val="555555"/>
          <w:sz w:val="20"/>
        </w:rPr>
        <w:t>[31 . 26 . 6]</w:t>
      </w:r>
    </w:p>
    <w:p>
      <w:r>
        <w:rPr>
          <w:rFonts w:ascii="Gentium Plus" w:hAnsi="Gentium Plus"/>
          <w:sz w:val="24"/>
        </w:rPr>
        <w:t>καθόλου πᾶσι τοῖς τῆς ἀρετῆς γένεσι. καίτοι γ’ ἐν ἀρχαῖς, πρὸ τοῦ φιλοσοφίας ἅψασθαι, διάληψιν ἔσχε παρὰ τοῖς πολλοῖς ὡς νωθρὸς ὢν τὴν ψυχὴν καὶ τοῦ βάρους τῆς οἰκίας οὐκ ἀξιόχρεως διάδοχος</w:t>
      </w:r>
    </w:p>
    <w:p>
      <w:r>
        <w:rPr>
          <w:rFonts w:ascii="Courier New" w:hAnsi="Courier New"/>
          <w:color w:val="555555"/>
          <w:sz w:val="20"/>
        </w:rPr>
        <w:t>[5]</w:t>
      </w:r>
    </w:p>
    <w:p>
      <w:r>
        <w:rPr>
          <w:rFonts w:ascii="Gentium Plus" w:hAnsi="Gentium Plus"/>
          <w:sz w:val="24"/>
        </w:rPr>
        <w:t>καὶ προστάτης. οὐ μὴν ἀλλὰ τῆς ἡλικίας οἰκείως πρῶτον ἤρξατο περιποιεῖσθαι τὴν ἐπὶ σωφροσύνῃ δόξαν. πολλὴ γάρ τις ὁρμὴ πρὸς τὰς ἀνέδην ἡδονὰς καὶ τὴν ὑπερβολὴν τῆς ἀκολασίας τοῖς τότε νέοις</w:t>
      </w:r>
    </w:p>
    <w:p>
      <w:r>
        <w:rPr>
          <w:rFonts w:ascii="Courier New" w:hAnsi="Courier New"/>
          <w:color w:val="555555"/>
          <w:sz w:val="20"/>
        </w:rPr>
        <w:t>[31 . 26 . 7]</w:t>
      </w:r>
    </w:p>
    <w:p>
      <w:r>
        <w:rPr>
          <w:rFonts w:ascii="Gentium Plus" w:hAnsi="Gentium Plus"/>
          <w:sz w:val="24"/>
        </w:rPr>
        <w:t>ἐνεπεπτώκει. οἱ μὲν γὰρ εἰς ἐρωμένους, οἱ δὲ εἰς ἑταίρας, οἱ δὲ εἰς ἀκροάματα παντοδαπὰ καὶ πότους καὶ καθόλου τὴν ἐπὶ τούτοις πολυτέλειαν ἐξεκέ‐ χυντο. ἐν γὰρ τῷ Περσικῷ πολέμῳ χρόνον</w:t>
      </w:r>
    </w:p>
    <w:p>
      <w:r>
        <w:rPr>
          <w:rFonts w:ascii="Courier New" w:hAnsi="Courier New"/>
          <w:color w:val="555555"/>
          <w:sz w:val="20"/>
        </w:rPr>
        <w:t>[5]</w:t>
      </w:r>
    </w:p>
    <w:p>
      <w:r>
        <w:rPr>
          <w:rFonts w:ascii="Gentium Plus" w:hAnsi="Gentium Plus"/>
          <w:sz w:val="24"/>
        </w:rPr>
        <w:t>πλείονα διατρίψαντες ταχέως ἐζήλωσαν τῶν Ἑλλή‐ νων τὴν περὶ τοῦτο τὸ μέρος εὐχέρειαν, ἄλλως τε καὶ χρημάτων εὐπορηκότες καὶ χορηγὸν ἀξιόχρεων τὸν πλοῦτον ἔχοντες ταῖς πρὸς τὰς ἡδονὰς δαπάναις.</w:t>
      </w:r>
    </w:p>
    <w:p>
      <w:r>
        <w:rPr>
          <w:rFonts w:ascii="Courier New" w:hAnsi="Courier New"/>
          <w:color w:val="555555"/>
          <w:sz w:val="20"/>
        </w:rPr>
        <w:t>[31 . 27 . 1]</w:t>
      </w:r>
    </w:p>
    <w:p>
      <w:r>
        <w:rPr>
          <w:rFonts w:ascii="Gentium Plus" w:hAnsi="Gentium Plus"/>
          <w:sz w:val="24"/>
        </w:rPr>
        <w:t>Ὅτι ὁ Σκιπίων ὁρμήσας ἐπὶ τὴν ἐναντίαν ἀγωγὴν τοῦ βίου καὶ πάσαις ταῖς τῆς φύσεως ἐπι‐ θυμίαις ὥσπερ τισὶ θηρίοις ἀντιταξάμενος, ἐν οὐδ’</w:t>
      </w:r>
    </w:p>
    <w:p>
      <w:r>
        <w:rPr>
          <w:rFonts w:ascii="Courier New" w:hAnsi="Courier New"/>
          <w:color w:val="555555"/>
          <w:sz w:val="20"/>
        </w:rPr>
        <w:t>[5]</w:t>
      </w:r>
    </w:p>
    <w:p>
      <w:r>
        <w:rPr>
          <w:rFonts w:ascii="Gentium Plus" w:hAnsi="Gentium Plus"/>
          <w:sz w:val="24"/>
        </w:rPr>
        <w:t>συγχωρουμένην τὴν ἐπ’ εὐταξίᾳ καὶ σωφροσύνῃ δόξαν. ταύτης δ’ αὐτῷ συμφώνως μαρτυρουμένης καὶ παρὰ πᾶσι μεγάλης ἐπισημασίας τυγχανούσης, ὥρμησεν ἐπὶ τὸ μεγαλοψυχίᾳ καὶ τῇ περὶ τὰ χρήματα ἐλευθεριότητι διενεγκεῖν τῶν ἄλλων.</w:t>
      </w:r>
    </w:p>
    <w:p>
      <w:r>
        <w:rPr>
          <w:rFonts w:ascii="Courier New" w:hAnsi="Courier New"/>
          <w:color w:val="555555"/>
          <w:sz w:val="20"/>
        </w:rPr>
        <w:t>[31 . 27 . 2]</w:t>
      </w:r>
    </w:p>
    <w:p>
      <w:r>
        <w:rPr>
          <w:rFonts w:ascii="Gentium Plus" w:hAnsi="Gentium Plus"/>
          <w:sz w:val="24"/>
        </w:rPr>
        <w:t>πρὸς δὲ τοῦτο τὸ μέρος τῆς ἀρετῆς εἶχε μὲν καὶ τὸ ἦθος τοῦ κατὰ φυσὶν πατρὸς Αἰμιλίου πρὸς μίμησιν κάλλιστον ἀρχέτυπον, καὶ καθόλου τὴν μετ’ ἐκείνου συμβίωσιν πεποιημένος προεῖχεν ἤδη τι</w:t>
      </w:r>
    </w:p>
    <w:p>
      <w:r>
        <w:rPr>
          <w:rFonts w:ascii="Courier New" w:hAnsi="Courier New"/>
          <w:color w:val="555555"/>
          <w:sz w:val="20"/>
        </w:rPr>
        <w:t>[5]</w:t>
      </w:r>
    </w:p>
    <w:p>
      <w:r>
        <w:rPr>
          <w:rFonts w:ascii="Gentium Plus" w:hAnsi="Gentium Plus"/>
          <w:sz w:val="24"/>
        </w:rPr>
        <w:t>τῶν προὔργου καὶ προὐτετύπωτο. οὐκ ὀλίγα δὲ αὐτῷ συνήργησε καὶ ταὐτόματον, παρασχόμενον ἀφορμὰς τοῦ ταχὺ περιβόητον αὐτοῦ γενέσθαι τὴν ἀφιλαργυρίαν.</w:t>
      </w:r>
    </w:p>
    <w:p>
      <w:r>
        <w:rPr>
          <w:rFonts w:ascii="Courier New" w:hAnsi="Courier New"/>
          <w:color w:val="555555"/>
          <w:sz w:val="20"/>
        </w:rPr>
        <w:t>[31 . 27 . 3]</w:t>
      </w:r>
    </w:p>
    <w:p>
      <w:r>
        <w:rPr>
          <w:rFonts w:ascii="Gentium Plus" w:hAnsi="Gentium Plus"/>
          <w:sz w:val="24"/>
        </w:rPr>
        <w:t>Αἰμιλία γὰρ ἡ τοῦ μεγάλου μὲν γυνὴ Σκιπίωνος, ἀδελφὴ δὲ τοῦ Περσέα καταπολεμήσαντος Αἰμιλίου μετήλλαξε τὸν βίον ἀπολιποῦσα μεγάλην οὐσίαν, ἧς οὗτος ὑπῆρξε κληρονόμος. ἐν τούτοις οὖν</w:t>
      </w:r>
    </w:p>
    <w:p>
      <w:r>
        <w:rPr>
          <w:rFonts w:ascii="Courier New" w:hAnsi="Courier New"/>
          <w:color w:val="555555"/>
          <w:sz w:val="20"/>
        </w:rPr>
        <w:t>[5]</w:t>
      </w:r>
    </w:p>
    <w:p>
      <w:r>
        <w:rPr>
          <w:rFonts w:ascii="Gentium Plus" w:hAnsi="Gentium Plus"/>
          <w:sz w:val="24"/>
        </w:rPr>
        <w:t>πρώτην ἔδωκε πεῖραν τῆς ἰδίας προαιρέσεως ἐκ περιστάσεως τοιαύτης. ἡ γὰρ μήτηρ αὐτοῦ Παπειρία πολὺ πρὸ τῆς τοῦ πατρὸς τελευτῆς ἐτύγ‐ χανε κεχωρισμένη μὲν ἀπὸ τἀνδρός· κατ’ ἰδίαν δὲ διάγουσα τὴν τοῦ βίου χορηγίαν ἐλλιπεστέραν εἶχε</w:t>
      </w:r>
    </w:p>
    <w:p>
      <w:r>
        <w:rPr>
          <w:rFonts w:ascii="Courier New" w:hAnsi="Courier New"/>
          <w:color w:val="555555"/>
          <w:sz w:val="20"/>
        </w:rPr>
        <w:t>[31 . 27 . 4]</w:t>
      </w:r>
    </w:p>
    <w:p>
      <w:r>
        <w:rPr>
          <w:rFonts w:ascii="Gentium Plus" w:hAnsi="Gentium Plus"/>
          <w:sz w:val="24"/>
        </w:rPr>
        <w:t>τῆς περὶ αὐτὴν εὐγενείας. ἡ δὲ τοῦ κατὰ θέσιν πατρὸς μήτηρ τὴν κληρονομίαν ἀπολιποῦσα χωρὶς τῆς ἄλλης εὐπορίας μεγάλην ἐσχήκει περικοπὴν κόσμου περὶ αὑτὴν καὶ θεραπαινίδων καὶ τῶν</w:t>
      </w:r>
    </w:p>
    <w:p>
      <w:r>
        <w:rPr>
          <w:rFonts w:ascii="Courier New" w:hAnsi="Courier New"/>
          <w:color w:val="555555"/>
          <w:sz w:val="20"/>
        </w:rPr>
        <w:t>[5]</w:t>
      </w:r>
    </w:p>
    <w:p>
      <w:r>
        <w:rPr>
          <w:rFonts w:ascii="Gentium Plus" w:hAnsi="Gentium Plus"/>
          <w:sz w:val="24"/>
        </w:rPr>
        <w:t>ἄλλων, ὡς ἂν συνηκμακυῖα τῷ τε βίῳ καὶ τῇ τύχῃ</w:t>
      </w:r>
    </w:p>
    <w:p>
      <w:r>
        <w:rPr>
          <w:rFonts w:ascii="Courier New" w:hAnsi="Courier New"/>
          <w:color w:val="555555"/>
          <w:sz w:val="20"/>
        </w:rPr>
        <w:t>[10]</w:t>
      </w:r>
    </w:p>
    <w:p>
      <w:r>
        <w:rPr>
          <w:rFonts w:ascii="Gentium Plus" w:hAnsi="Gentium Plus"/>
          <w:sz w:val="24"/>
        </w:rPr>
        <w:t>πρῶτον ἐν ταῖς γυναιξίν, εἶτα ἐν τοῖς ἀνδράσι καθ’ ὅλην τὴν πόλιν περιβόητος ἦν ἡ χρηστότης καὶ μεγαλοψυχία τοῦ νεανίσκου καὶ τὸ σύνολον πρὸς τὴν</w:t>
      </w:r>
    </w:p>
    <w:p>
      <w:r>
        <w:rPr>
          <w:rFonts w:ascii="Courier New" w:hAnsi="Courier New"/>
          <w:color w:val="555555"/>
          <w:sz w:val="20"/>
        </w:rPr>
        <w:t>[31 . 27 . 5]</w:t>
      </w:r>
    </w:p>
    <w:p>
      <w:r>
        <w:rPr>
          <w:rFonts w:ascii="Gentium Plus" w:hAnsi="Gentium Plus"/>
          <w:sz w:val="24"/>
        </w:rPr>
        <w:t>τεκοῦσαν ὁσιότης. τοῦτο δὲ κατὰ πᾶσαν πόλιν κρίνοιτ’ ἂν καλὸν καὶ θαυμαστόν, μάλιστα δὲ παρὰ Ῥωμαίοις παρ’ οἷς οὐδεὶς οὐδενὶ δίδωσι τῶν ὑπαρ‐ χόντων εὐχερῶς ἑκὼν οὐδέν. μετὰ δὲ ταῦτα ταῖς</w:t>
      </w:r>
    </w:p>
    <w:p>
      <w:r>
        <w:rPr>
          <w:rFonts w:ascii="Courier New" w:hAnsi="Courier New"/>
          <w:color w:val="555555"/>
          <w:sz w:val="20"/>
        </w:rPr>
        <w:t>[5]</w:t>
      </w:r>
    </w:p>
    <w:p>
      <w:r>
        <w:rPr>
          <w:rFonts w:ascii="Gentium Plus" w:hAnsi="Gentium Plus"/>
          <w:sz w:val="24"/>
        </w:rPr>
        <w:t>Σκιπίωνος τοῦ μεγάλου θυγατράσι προσοφειλο‐ μένων εἰς τὴν φερνὴν πολλῶν χρημάτων, καὶ τῶν Ῥωμαίων πάντων εἰθισμένων ἐν τρισὶν ἔτεσι κατὰ μέρος ἀποδιδόναι τὰς φερνάς, οὗτος εὐθέως ἁπάσας ἀπέλυσεν. ἑξῆς δὲ μεταλλάξαντος Αἰμιλίου τοῦ</w:t>
      </w:r>
    </w:p>
    <w:p>
      <w:r>
        <w:rPr>
          <w:rFonts w:ascii="Courier New" w:hAnsi="Courier New"/>
          <w:color w:val="555555"/>
          <w:sz w:val="20"/>
        </w:rPr>
        <w:t>[10]</w:t>
      </w:r>
    </w:p>
    <w:p>
      <w:r>
        <w:rPr>
          <w:rFonts w:ascii="Gentium Plus" w:hAnsi="Gentium Plus"/>
          <w:sz w:val="24"/>
        </w:rPr>
        <w:t>κατὰ φύσιν πατρὸς καὶ τούτῳ τε καὶ τῷ Φαβίῳ τοῖς δοθεῖσιν εἰς υἱοθεσίαν ἀπολιπόντος τὴν οὐσίαν, ἐποίησεν ὁ Σκιπίων καλόν τι καὶ μνήμης ἄξιον.</w:t>
      </w:r>
    </w:p>
    <w:p>
      <w:r>
        <w:rPr>
          <w:rFonts w:ascii="Courier New" w:hAnsi="Courier New"/>
          <w:color w:val="555555"/>
          <w:sz w:val="20"/>
        </w:rPr>
        <w:t>[31 . 27 . 6]</w:t>
      </w:r>
    </w:p>
    <w:p>
      <w:r>
        <w:rPr>
          <w:rFonts w:ascii="Gentium Plus" w:hAnsi="Gentium Plus"/>
          <w:sz w:val="24"/>
        </w:rPr>
        <w:t>ὁρῶν γὰρ τὸν ἀδελφὸν ἑαυτοῦ κατεδεέστερον ὄντα τοῖς χρήμασι, ἐπεχορήγησεν αὐτῷ τὴν ἰδίαν μερίδα τῆς κληρονομίας, οὔσης ὑπὲρ ἑξήκοντα τάλαντα τῆς τιμήσεως, καὶ τοῦτον τὸν τρόπον ἐποίησεν ἴσην</w:t>
      </w:r>
    </w:p>
    <w:p>
      <w:r>
        <w:rPr>
          <w:rFonts w:ascii="Courier New" w:hAnsi="Courier New"/>
          <w:color w:val="555555"/>
          <w:sz w:val="20"/>
        </w:rPr>
        <w:t>[5]</w:t>
      </w:r>
    </w:p>
    <w:p>
      <w:r>
        <w:rPr>
          <w:rFonts w:ascii="Gentium Plus" w:hAnsi="Gentium Plus"/>
          <w:sz w:val="24"/>
        </w:rPr>
        <w:t>ἑαυτῷ πρὸς τὸν ἀδελφὸν γενέσθαι τὴν ὅλην ὕπαρ‐ ξιν. ἀποδοχῆς δὲ τυγχάνων καὶ φήμης ἀγαθῆς παρὰ πᾶσι θαυμασιώτερόν τι διεπράξατο. τοῦ γὰρ ἀδελφοῦ Φαβίου μονομαχίας βουλομένου ποιεῖν ἐπὶ τῷ πατρί, μὴ δυναμένου δὲ ὑποδέξασθαι τὴν δαπά‐</w:t>
      </w:r>
    </w:p>
    <w:p>
      <w:r>
        <w:rPr>
          <w:rFonts w:ascii="Courier New" w:hAnsi="Courier New"/>
          <w:color w:val="555555"/>
          <w:sz w:val="20"/>
        </w:rPr>
        <w:t>[10]</w:t>
      </w:r>
    </w:p>
    <w:p>
      <w:r>
        <w:rPr>
          <w:rFonts w:ascii="Gentium Plus" w:hAnsi="Gentium Plus"/>
          <w:sz w:val="24"/>
        </w:rPr>
        <w:t>νην διὰ τὸ πλῆθος τῶν ἀναλισκομένων εἰς ταῦτα χρημάτων, τὴν ἡμίσειαν τῶν ἀναλωμάτων ἔδωκεν</w:t>
      </w:r>
    </w:p>
    <w:p>
      <w:r>
        <w:rPr>
          <w:rFonts w:ascii="Courier New" w:hAnsi="Courier New"/>
          <w:color w:val="555555"/>
          <w:sz w:val="20"/>
        </w:rPr>
        <w:t>[31 . 27 . 7]</w:t>
      </w:r>
    </w:p>
    <w:p>
      <w:r>
        <w:rPr>
          <w:rFonts w:ascii="Gentium Plus" w:hAnsi="Gentium Plus"/>
          <w:sz w:val="24"/>
        </w:rPr>
        <w:t>ἐκ τῆς ἰδίας οὐσίας. ἀποθανούσης δὲ τῆς μητρός, τοσοῦτον ἀπέσχετο τοῦ κομίσασθαί τι τῶν πρό‐ τερον δωρηθέντων ὥστε καὶ ταῦτα καὶ τὴν ἄλλην οὐσίαν συνεχώρησεν ἔχειν ταῖς ἀδελφαῖς, οὐ προσ‐</w:t>
      </w:r>
    </w:p>
    <w:p>
      <w:r>
        <w:rPr>
          <w:rFonts w:ascii="Courier New" w:hAnsi="Courier New"/>
          <w:color w:val="555555"/>
          <w:sz w:val="20"/>
        </w:rPr>
        <w:t>[5]</w:t>
      </w:r>
    </w:p>
    <w:p>
      <w:r>
        <w:rPr>
          <w:rFonts w:ascii="Gentium Plus" w:hAnsi="Gentium Plus"/>
          <w:sz w:val="24"/>
        </w:rPr>
        <w:t>ηκούσης αὐταῖς κατὰ νόμον τῆς κληρονομίας. ἀεὶ δὲ καὶ μᾶλλον περίβλεπτος ἐγένετο κατὰ τὴν πόλιν ἀναντίρρητον ἀπολαμβάνων ἔπαινον χρηστότητος καὶ μεγαλοψυχίας, οὐχ οὕτως τῷ πλήθει τῶν χρη‐ μάτων τὸ προκείμενον κατεργασάμενος ὡς τῷ</w:t>
      </w:r>
    </w:p>
    <w:p>
      <w:r>
        <w:rPr>
          <w:rFonts w:ascii="Courier New" w:hAnsi="Courier New"/>
          <w:color w:val="555555"/>
          <w:sz w:val="20"/>
        </w:rPr>
        <w:t>[10]</w:t>
      </w:r>
    </w:p>
    <w:p>
      <w:r>
        <w:rPr>
          <w:rFonts w:ascii="Gentium Plus" w:hAnsi="Gentium Plus"/>
          <w:sz w:val="24"/>
        </w:rPr>
        <w:t>καιρῷ τῆς δωρεᾶς καὶ τῷ χειρισμῷ τῆς προθέσεως. τὴν δὲ σωφροσύνην περιεποιήσατο δαπανήσας μὲν οὐδέν, τῶν δὲ ἐπιθυμιῶν ἀποσχόμενος προσωφε‐ λήθη τήν τε σωματικὴν ὑγίειαν καὶ τὴν εὐεξίαν, ἥτις αὐτῷ πάντα τὸν βίον συμπαραμείνασα καλὰς</w:t>
      </w:r>
    </w:p>
    <w:p>
      <w:r>
        <w:rPr>
          <w:rFonts w:ascii="Courier New" w:hAnsi="Courier New"/>
          <w:color w:val="555555"/>
          <w:sz w:val="20"/>
        </w:rPr>
        <w:t>[31 . 27 . 8]</w:t>
      </w:r>
    </w:p>
    <w:p>
      <w:r>
        <w:rPr>
          <w:rFonts w:ascii="Gentium Plus" w:hAnsi="Gentium Plus"/>
          <w:sz w:val="24"/>
        </w:rPr>
        <w:t>ἀμοιβὰς καὶ χάριτας ἀπέδωκε. τοῦ δὲ κατὰ τὴν ἀνδρείαν μέρους λοιποῦ ὄντος, ὅπερ ἐστὶν ἀναγ‐ καιότατον παρὰ πᾶσι μέν, μάλιστα δὲ Ῥωμαίοις, ἐξεπόνησε καὶ τοῦτο περιττῶς, ἀφορμὴν δούσης</w:t>
      </w:r>
    </w:p>
    <w:p>
      <w:r>
        <w:rPr>
          <w:rFonts w:ascii="Courier New" w:hAnsi="Courier New"/>
          <w:color w:val="555555"/>
          <w:sz w:val="20"/>
        </w:rPr>
        <w:t>[5]</w:t>
      </w:r>
    </w:p>
    <w:p>
      <w:r>
        <w:rPr>
          <w:rFonts w:ascii="Gentium Plus" w:hAnsi="Gentium Plus"/>
          <w:sz w:val="24"/>
        </w:rPr>
        <w:t>αὐτῷ μεγάλην τῆς τύχης. τῶν γὰρ κατὰ τὴν Μακεδονίαν βασιλέων πλείστην πεποιημένων σπου‐ δὴν περὶ τὰς κυνηγεσίας πάντας ὑπερέβαλε. (Const. Exc. 2(1), pp. 285—289.)</w:t>
      </w:r>
    </w:p>
    <w:p>
      <w:r>
        <w:rPr>
          <w:rFonts w:ascii="Courier New" w:hAnsi="Courier New"/>
          <w:color w:val="555555"/>
          <w:sz w:val="20"/>
        </w:rPr>
        <w:t>[31 27a 1]</w:t>
      </w:r>
    </w:p>
    <w:p>
      <w:r>
        <w:rPr>
          <w:rFonts w:ascii="Gentium Plus" w:hAnsi="Gentium Plus"/>
          <w:sz w:val="24"/>
        </w:rPr>
        <w:t>Ὅτι γνωσθείσης τῆς πρὸς Δημήτριον ἀλλο‐ τριότητος τῶν Ῥωμαίων, συνέβη μὴ μόνον τοὺς ἄλλους βασιλεῖς καταφρονῆσαι τῆς αὐτοῦ βασιλείας, ἀλλὰ καί τινας τῶν ὑπ’ αὐτὸν τεταγμένων σατρα‐</w:t>
      </w:r>
    </w:p>
    <w:p>
      <w:r>
        <w:rPr>
          <w:rFonts w:ascii="Courier New" w:hAnsi="Courier New"/>
          <w:color w:val="555555"/>
          <w:sz w:val="20"/>
        </w:rPr>
        <w:t>[5]</w:t>
      </w:r>
    </w:p>
    <w:p>
      <w:r>
        <w:rPr>
          <w:rFonts w:ascii="Gentium Plus" w:hAnsi="Gentium Plus"/>
          <w:sz w:val="24"/>
        </w:rPr>
        <w:t>πῶν, ὧν ἦν ἐπιφανέστατος Τίμαρχος. ἦν δὲ οὗτος τὸ μὲν γένος Μιλήσιος, Ἀντιόχου δὲ τοῦ προβε‐</w:t>
      </w:r>
    </w:p>
    <w:p>
      <w:r>
        <w:rPr>
          <w:rFonts w:ascii="Courier New" w:hAnsi="Courier New"/>
          <w:color w:val="555555"/>
          <w:sz w:val="20"/>
        </w:rPr>
        <w:t>[10]</w:t>
      </w:r>
    </w:p>
    <w:p>
      <w:r>
        <w:rPr>
          <w:rFonts w:ascii="Gentium Plus" w:hAnsi="Gentium Plus"/>
          <w:sz w:val="24"/>
        </w:rPr>
        <w:t>ζων ἐδωροδόκει τοὺς συγκλητικούς, καὶ μάλιστα τοὺς τοῖς βίοις ἀσθενεῖς ὑπερβαλλόμενος ταῖς δόσε‐ σιν ἐδελέαζεν. διὰ δὲ τοῦ τοιούτου τρόπου πολ‐ λοὺς ἐξιδιαζόμενος καὶ διδοὺς ὑποθέσεις ἀλλοτρίας τῆς Ῥωμαίων αἱρέσεως ἐλυμήνατο τὸ συνέδ‐</w:t>
      </w:r>
    </w:p>
    <w:p>
      <w:r>
        <w:rPr>
          <w:rFonts w:ascii="Courier New" w:hAnsi="Courier New"/>
          <w:color w:val="555555"/>
          <w:sz w:val="20"/>
        </w:rPr>
        <w:t>[15]</w:t>
      </w:r>
    </w:p>
    <w:p>
      <w:r>
        <w:rPr>
          <w:rFonts w:ascii="Gentium Plus" w:hAnsi="Gentium Plus"/>
          <w:sz w:val="24"/>
        </w:rPr>
        <w:t>ριον, συμπράττοντος Ἡρακλείδου τἀδελφοῦ, πάν‐ των ὄντος εὐφυεστάτου πρὸς ταύτην τὴν χρείαν. τῷ δὲ αὐτῷ τρόπῳ κατὰ τὸν ἐνεστῶτα καιρὸν σατράπης ὢν Μηδίας κατήντησεν εἰς τὴν Ῥώμην, καὶ πολλὰ τοῦ Δημητρίου κατηγορήσας ἔπεισε τὴν</w:t>
      </w:r>
    </w:p>
    <w:p>
      <w:r>
        <w:rPr>
          <w:rFonts w:ascii="Courier New" w:hAnsi="Courier New"/>
          <w:color w:val="555555"/>
          <w:sz w:val="20"/>
        </w:rPr>
        <w:t>[20]</w:t>
      </w:r>
    </w:p>
    <w:p>
      <w:r>
        <w:rPr>
          <w:rFonts w:ascii="Gentium Plus" w:hAnsi="Gentium Plus"/>
          <w:sz w:val="24"/>
        </w:rPr>
        <w:t>σύγκλητον δόγμα περὶ αὐτοῦ θέσθαι τοιοῦτον· Τιμάρχῳ ἕνεκεν ... αὐτῶν βασιλέα εἶναι. ὁ δὲ ἐπαρθεὶς τῷ δόγματι συνεστήσατο κατὰ τὴν Μηδίαν στρατόπεδον ἀξιόλογον· ἐποιήσατο δὲ καὶ συμ‐ μαχίαν κατὰ Δημητρίου πρὸς Ἀρταξίαν τὸν</w:t>
      </w:r>
    </w:p>
    <w:p>
      <w:r>
        <w:rPr>
          <w:rFonts w:ascii="Courier New" w:hAnsi="Courier New"/>
          <w:color w:val="555555"/>
          <w:sz w:val="20"/>
        </w:rPr>
        <w:t>[25]</w:t>
      </w:r>
    </w:p>
    <w:p>
      <w:r>
        <w:rPr>
          <w:rFonts w:ascii="Gentium Plus" w:hAnsi="Gentium Plus"/>
          <w:sz w:val="24"/>
        </w:rPr>
        <w:t>βασιλέα Ἀρμενίας· ἔτι δὲ τὰ πρόσχωρα τῶν ἐθνῶν καταπληξάμενος διὰ τὸ βάρος τῆς δυνάμεως καὶ πολλοὺς ὑπηκόους ποιήσας ὥρμησεν ἐπὶ τὸ Ζεῦγμα, καὶ τέλος τῆς βασιλείας ἐγκρατὴς ἐγένετο. (Const. Exc. 3, pp. 200—201.)</w:t>
      </w:r>
    </w:p>
    <w:p>
      <w:r>
        <w:rPr>
          <w:rFonts w:ascii="Courier New" w:hAnsi="Courier New"/>
          <w:color w:val="555555"/>
          <w:sz w:val="20"/>
        </w:rPr>
        <w:t>[31 . 28 . 1]</w:t>
      </w:r>
    </w:p>
    <w:p>
      <w:r>
        <w:rPr>
          <w:rFonts w:ascii="Gentium Plus" w:hAnsi="Gentium Plus"/>
          <w:sz w:val="24"/>
        </w:rPr>
        <w:t>Ὅτι κατὰ τὴν ἑκατοστὴν πεντηκοστὴν πέμπ‐ την ὀλυμπιάδα πρέσβεις παρεγένοντο παρὰ Ἀρια‐ ράθου στέφανον κομίζοντες ἀπὸ χρυσῶν μυρίων καὶ</w:t>
      </w:r>
    </w:p>
    <w:p>
      <w:r>
        <w:rPr>
          <w:rFonts w:ascii="Courier New" w:hAnsi="Courier New"/>
          <w:color w:val="555555"/>
          <w:sz w:val="20"/>
        </w:rPr>
        <w:t>[5]</w:t>
      </w:r>
    </w:p>
    <w:p>
      <w:r>
        <w:rPr>
          <w:rFonts w:ascii="Gentium Plus" w:hAnsi="Gentium Plus"/>
          <w:sz w:val="24"/>
        </w:rPr>
        <w:t>πρὸς Ῥωμαίους, ἔτι δὲ τὴν δι’ ἐκείνους γενομένην ἀπόρρησιν τοῦ γάμου καὶ φιλίας πρὸς Δημήτριον. συνεπιμαρτυρούντων δὲ καὶ τῶν περὶ τὸν Γράκχον πρεσβευτῶν, ἡ σύγκλητος ἐπαινέσασα τὸν Ἀρια‐ ράθη τόν τε στέφανον ἐδέξατο καὶ τὰ μέγιστα τῶν</w:t>
      </w:r>
    </w:p>
    <w:p>
      <w:r>
        <w:rPr>
          <w:rFonts w:ascii="Courier New" w:hAnsi="Courier New"/>
          <w:color w:val="555555"/>
          <w:sz w:val="20"/>
        </w:rPr>
        <w:t>[10]</w:t>
      </w:r>
    </w:p>
    <w:p>
      <w:r>
        <w:rPr>
          <w:rFonts w:ascii="Gentium Plus" w:hAnsi="Gentium Plus"/>
          <w:sz w:val="24"/>
        </w:rPr>
        <w:t>παρ’ αὐτοῖς νομιζομένων δώρων ἀπέστειλεν.</w:t>
      </w:r>
    </w:p>
    <w:p>
      <w:r>
        <w:rPr>
          <w:rFonts w:ascii="Courier New" w:hAnsi="Courier New"/>
          <w:color w:val="555555"/>
          <w:sz w:val="20"/>
        </w:rPr>
        <w:t>[31 . 29 . 1]</w:t>
      </w:r>
    </w:p>
    <w:p>
      <w:r>
        <w:rPr>
          <w:rFonts w:ascii="Gentium Plus" w:hAnsi="Gentium Plus"/>
          <w:sz w:val="24"/>
        </w:rPr>
        <w:t>Ὅτι κατὰ τὸν αὐτὸν χρόνον συνεισήχθησαν καὶ οἱ παρὰ Δημητρίου πρέσβεις οἱ τὸν στέφανον κομίζοντες ἀπὸ μυρίων χρυσῶν καὶ τοὺς αἰτίους τοῦ κατὰ τὸν Ὀκτάουιον φόνου δεσμίους ἀγα‐</w:t>
      </w:r>
    </w:p>
    <w:p>
      <w:r>
        <w:rPr>
          <w:rFonts w:ascii="Courier New" w:hAnsi="Courier New"/>
          <w:color w:val="555555"/>
          <w:sz w:val="20"/>
        </w:rPr>
        <w:t>[5]</w:t>
      </w:r>
    </w:p>
    <w:p>
      <w:r>
        <w:rPr>
          <w:rFonts w:ascii="Gentium Plus" w:hAnsi="Gentium Plus"/>
          <w:sz w:val="24"/>
        </w:rPr>
        <w:t>γόντες. ἡ δὲ σύγκλητος ἐπὶ πολὺν μὲν χρόνον διηπόρησε πῶς χρηστέον ἦν τοῖς πράγμασιν. καὶ ἡ σύγκλητος τὸν μὲν στέφανον προσεδέξατο, τοὺς δὲ μετὰ τοῦ στεφάνου παραδιδομένους Ἰσοκράτη καὶ Λεπτίνην οὐκ ἐβουλήθη παραλαβεῖν.</w:t>
      </w:r>
    </w:p>
    <w:p>
      <w:r>
        <w:rPr>
          <w:rFonts w:ascii="Courier New" w:hAnsi="Courier New"/>
          <w:color w:val="555555"/>
          <w:sz w:val="20"/>
        </w:rPr>
        <w:t>[10]</w:t>
      </w:r>
    </w:p>
    <w:p>
      <w:r>
        <w:rPr>
          <w:rFonts w:ascii="Gentium Plus" w:hAnsi="Gentium Plus"/>
          <w:sz w:val="24"/>
        </w:rPr>
        <w:t>(Const. Exc. 1, p. 403.)</w:t>
      </w:r>
    </w:p>
    <w:p>
      <w:r>
        <w:rPr>
          <w:rFonts w:ascii="Courier New" w:hAnsi="Courier New"/>
          <w:color w:val="555555"/>
          <w:sz w:val="20"/>
        </w:rPr>
        <w:t>[31 . 30 . 1]</w:t>
      </w:r>
    </w:p>
    <w:p>
      <w:r>
        <w:rPr>
          <w:rFonts w:ascii="Gentium Plus" w:hAnsi="Gentium Plus"/>
          <w:sz w:val="24"/>
        </w:rPr>
        <w:t>Ὅτι τοῦ Δημητρίου πρέσβεις ἀποστείλαντος εἰς Ῥωμαίους, ἀπόκρισιν ἔδωκεν αὐτῷ σκολιὰν καὶ δυσεύρετον, ὅτι τεύξεται τῶν φιλανθρώπων Δημή‐ τριος, ἐὰν τὸ ἱκανὸν ποιῇ τῇ συγκλήτῳ κατὰ τὴν</w:t>
      </w:r>
    </w:p>
    <w:p>
      <w:r>
        <w:rPr>
          <w:rFonts w:ascii="Courier New" w:hAnsi="Courier New"/>
          <w:color w:val="555555"/>
          <w:sz w:val="20"/>
        </w:rPr>
        <w:t>[5]</w:t>
      </w:r>
    </w:p>
    <w:p>
      <w:r>
        <w:rPr>
          <w:rFonts w:ascii="Gentium Plus" w:hAnsi="Gentium Plus"/>
          <w:sz w:val="24"/>
        </w:rPr>
        <w:t>τῆς ἀρχῆς ἐξουσίαν. (Const. Exc. 4, p. 375.)</w:t>
      </w:r>
    </w:p>
    <w:p>
      <w:r>
        <w:rPr>
          <w:rFonts w:ascii="Courier New" w:hAnsi="Courier New"/>
          <w:color w:val="555555"/>
          <w:sz w:val="20"/>
        </w:rPr>
        <w:t>[31 . 31 . 1]</w:t>
      </w:r>
    </w:p>
    <w:p>
      <w:r>
        <w:rPr>
          <w:rFonts w:ascii="Gentium Plus" w:hAnsi="Gentium Plus"/>
          <w:sz w:val="24"/>
        </w:rPr>
        <w:t>Ὅτι οἱ Ῥωμαῖοι καταπολεμήσαντες Περσέα τῶν μετασχόντων τοῦ πολέμου τοῖς Μακεδόσι τοὺς μὲν ἐκόλασαν, τοὺς δὲ ἀπήγαγον εἰς τὴν Ῥώμην.</w:t>
      </w:r>
    </w:p>
    <w:p>
      <w:r>
        <w:rPr>
          <w:rFonts w:ascii="Courier New" w:hAnsi="Courier New"/>
          <w:color w:val="555555"/>
          <w:sz w:val="20"/>
        </w:rPr>
        <w:t>[5]</w:t>
      </w:r>
    </w:p>
    <w:p>
      <w:r>
        <w:rPr>
          <w:rFonts w:ascii="Gentium Plus" w:hAnsi="Gentium Plus"/>
          <w:sz w:val="24"/>
        </w:rPr>
        <w:t>διὰ τὸ δοκεῖν εἶναι φιλορώμαιος τὸ μὲν πρῶτον ὀλίγα καὶ πεφεισμένως εἰς αὐτοὺς ἐξημάρτανεν· αἰεὶ δὲ προβαίνων τῇ παρανομίᾳ εἰς τέλος ἐλυμήνατο τὰ κατὰ τὴν Ἤπειρον. οὐ γὰρ διέλειπεν αἰτίας ψευδεῖς ἐπιφέρων τοῖς εὐπορωτάτοις, καὶ τοὺς μὲν</w:t>
      </w:r>
    </w:p>
    <w:p>
      <w:r>
        <w:rPr>
          <w:rFonts w:ascii="Courier New" w:hAnsi="Courier New"/>
          <w:color w:val="555555"/>
          <w:sz w:val="20"/>
        </w:rPr>
        <w:t>[10]</w:t>
      </w:r>
    </w:p>
    <w:p>
      <w:r>
        <w:rPr>
          <w:rFonts w:ascii="Gentium Plus" w:hAnsi="Gentium Plus"/>
          <w:sz w:val="24"/>
        </w:rPr>
        <w:t>φονεύων, τοὺς δὲ φυγαδεύων καὶ τὰς οὐσίας δη‐ μεύων οὐ μόνον τοὺς ἄνδρας ἠργυρολόγησεν, ἀλλὰ καὶ τὰς γυναῖκας διὰ τῆς μητρὸς Φιλώτας (πάνυ γὰρ εὐφυὲς ἐγένετο καὶ τοῦτο τὸ πρόσωπον εἰς ὠμότητα καὶ παρανομίαν πλείονα ἢ κατὰ γυναῖκα),</w:t>
      </w:r>
    </w:p>
    <w:p>
      <w:r>
        <w:rPr>
          <w:rFonts w:ascii="Courier New" w:hAnsi="Courier New"/>
          <w:color w:val="555555"/>
          <w:sz w:val="20"/>
        </w:rPr>
        <w:t>[15]</w:t>
      </w:r>
    </w:p>
    <w:p>
      <w:r>
        <w:rPr>
          <w:rFonts w:ascii="Gentium Plus" w:hAnsi="Gentium Plus"/>
          <w:sz w:val="24"/>
        </w:rPr>
        <w:t>καὶ πολλοὺς εἰσήγαγεν εἰς τὸν δῆμον, καταιτια‐ σάμενος φρονεῖν ἀλλότρια Ῥωμαίων. καὶ πάντων κατέγνωσαν θάνατον.</w:t>
      </w:r>
    </w:p>
    <w:p>
      <w:r>
        <w:rPr>
          <w:rFonts w:ascii="Courier New" w:hAnsi="Courier New"/>
          <w:color w:val="555555"/>
          <w:sz w:val="20"/>
        </w:rPr>
        <w:t>[31 . 32 . 1]</w:t>
      </w:r>
    </w:p>
    <w:p>
      <w:r>
        <w:rPr>
          <w:rFonts w:ascii="Gentium Plus" w:hAnsi="Gentium Plus"/>
          <w:sz w:val="24"/>
        </w:rPr>
        <w:t>Ὅτι Ὀροφέρνης τὸν ἀδελφὸν Ἀριαράθην ἐκ‐ βαλὼν τῆς ἀρχῆς τοῦ μὲν νουνεχῶς ἕκαστα διοικεῖν καὶ ταῖς εὐεργεσίαις καὶ φιλανθρωπίαις ἐκκαλεῖσθαι τὰ πλήθη πρὸς εὔνοιαν πλεῖστον ὅσον ἀπέσχεν.</w:t>
      </w:r>
    </w:p>
    <w:p>
      <w:r>
        <w:rPr>
          <w:rFonts w:ascii="Courier New" w:hAnsi="Courier New"/>
          <w:color w:val="555555"/>
          <w:sz w:val="20"/>
        </w:rPr>
        <w:t>[5]</w:t>
      </w:r>
    </w:p>
    <w:p>
      <w:r>
        <w:rPr>
          <w:rFonts w:ascii="Gentium Plus" w:hAnsi="Gentium Plus"/>
          <w:sz w:val="24"/>
        </w:rPr>
        <w:t>ἀργυρολογῶν δὲ καὶ πολλοὺς ἐπαναιρούμενος πεντήκοντα μὲν ταλάντοις ἐστεφάνωσε Τιμόθεον, ἑβδομήκοντα δὲ ταλάντοις Δημήτριον τὸν βασιλέα, καὶ χωρὶς τούτων ἑξακόσια τάλαντα ... προσ‐ επαγγειλάμενος καὶ τὰ λοιπὰ τετρακόσια δώσειν</w:t>
      </w:r>
    </w:p>
    <w:p>
      <w:r>
        <w:rPr>
          <w:rFonts w:ascii="Courier New" w:hAnsi="Courier New"/>
          <w:color w:val="555555"/>
          <w:sz w:val="20"/>
        </w:rPr>
        <w:t>[10]</w:t>
      </w:r>
    </w:p>
    <w:p>
      <w:r>
        <w:rPr>
          <w:rFonts w:ascii="Gentium Plus" w:hAnsi="Gentium Plus"/>
          <w:sz w:val="24"/>
        </w:rPr>
        <w:t>ἐν ἑτέρῳ καιρῷ. ὁρῶν δὲ τοὺς Καππάδοκας ἀλλοτρίως διακειμένους ἐνήρξατο πάντας ἀργυρο‐ λογεῖν καὶ τὰς οὐσίας τῶν ἐπιφανεστάτων εἰς τὸ βασιλικὸν ἀναλαμβάνειν. ἀθροίσας δὲ χρημάτων</w:t>
      </w:r>
    </w:p>
    <w:p>
      <w:r>
        <w:rPr>
          <w:rFonts w:ascii="Courier New" w:hAnsi="Courier New"/>
          <w:color w:val="555555"/>
          <w:sz w:val="20"/>
        </w:rPr>
        <w:t>[15]</w:t>
      </w:r>
    </w:p>
    <w:p>
      <w:r>
        <w:rPr>
          <w:rFonts w:ascii="Gentium Plus" w:hAnsi="Gentium Plus"/>
          <w:sz w:val="24"/>
        </w:rPr>
        <w:t>πρὸς τὰ τῆς τύχης παράλογα· ἅπερ ὕστερον ἀπ‐ έδωκαν. (Const. Exc. 2(1), p. 289.)</w:t>
      </w:r>
    </w:p>
    <w:p>
      <w:r>
        <w:rPr>
          <w:rFonts w:ascii="Courier New" w:hAnsi="Courier New"/>
          <w:color w:val="555555"/>
          <w:sz w:val="20"/>
        </w:rPr>
        <w:t>[31 32a 1]</w:t>
      </w:r>
    </w:p>
    <w:p>
      <w:r>
        <w:rPr>
          <w:rFonts w:ascii="Gentium Plus" w:hAnsi="Gentium Plus"/>
          <w:sz w:val="24"/>
        </w:rPr>
        <w:t>Ὅτι Εὐμένης ὁ βασιλεὺς ἐπὶ τῇ κατὰ τὸν Ἀριαράθην ἐκπτώσει βαρυνόμενος, καὶ διὰ τῆς ἰδίας ἀφορμῆς σπεύδων ἀμύνασθαι τὸν Δημήτριον, μετεπέμψατο μειρακίσκον τινὰ τὴν ὡραιότητα τῆς</w:t>
      </w:r>
    </w:p>
    <w:p>
      <w:r>
        <w:rPr>
          <w:rFonts w:ascii="Courier New" w:hAnsi="Courier New"/>
          <w:color w:val="555555"/>
          <w:sz w:val="20"/>
        </w:rPr>
        <w:t>[5]</w:t>
      </w:r>
    </w:p>
    <w:p>
      <w:r>
        <w:rPr>
          <w:rFonts w:ascii="Gentium Plus" w:hAnsi="Gentium Plus"/>
          <w:sz w:val="24"/>
        </w:rPr>
        <w:t>ὄψεως καὶ τὴν ἡλικίαν ὁμοίαν ἔχοντα καθ’ ὑπερ‐ βολὴν Ἀντιόχῳ τῷ πρότερον βεβασιλευκότι τῆς Συρίας. διέτριβε δ’ οὗτος ἐν Σμύρνῃ διαβεβαιού‐ μενος ἑαυτὸν Ἀντιόχου τοῦ βασιλέως υἱὸν εἶναι, καὶ παρὰ πολλοῖς πιστευόμενος διὰ τὴν ὁμοιότητα.</w:t>
      </w:r>
    </w:p>
    <w:p>
      <w:r>
        <w:rPr>
          <w:rFonts w:ascii="Courier New" w:hAnsi="Courier New"/>
          <w:color w:val="555555"/>
          <w:sz w:val="20"/>
        </w:rPr>
        <w:t>[10]</w:t>
      </w:r>
    </w:p>
    <w:p>
      <w:r>
        <w:rPr>
          <w:rFonts w:ascii="Gentium Plus" w:hAnsi="Gentium Plus"/>
          <w:sz w:val="24"/>
        </w:rPr>
        <w:t>ὡς δὲ παρεγένετο εἰς Πέργαμον, ἐκόσμησεν αὐτὸν διαδήματι καὶ τῇ λοιπῇ προσηκούσῃ βασιλέως περικοπῇ, καὶ πρός τινα τῶν Κιλίκων ἔπεμψεν ὄνομα Ζηνοφάνην. οὗτος δὲ ἔκ τινος αἰτίας προσκόψας μὲν τῷ Δημητρίῳ, συνεπιληφθεὶς δὲ</w:t>
      </w:r>
    </w:p>
    <w:p>
      <w:r>
        <w:rPr>
          <w:rFonts w:ascii="Courier New" w:hAnsi="Courier New"/>
          <w:color w:val="555555"/>
          <w:sz w:val="20"/>
        </w:rPr>
        <w:t>[15]</w:t>
      </w:r>
    </w:p>
    <w:p>
      <w:r>
        <w:rPr>
          <w:rFonts w:ascii="Gentium Plus" w:hAnsi="Gentium Plus"/>
          <w:sz w:val="24"/>
        </w:rPr>
        <w:t>ἔν τισι στενοχωρουμένοις καιροῖς ὑπ’ Εὐμένους τοῦ τότε βασιλέως, κατὰ λόγον πρὸς ὃν μὲν ἀλλοτρίως διέκειτο, πρὸς ὃν δὲ φιλανθρώπως. εἰς δὲ χωρίον τῆς Κιλικίας δεξάμενος τὸν μειρακίσκον διεδίδου λόγους εἰς τὴν Συρίαν ὡς μέλλοντος ἐπὶ τὴν πα‐</w:t>
      </w:r>
    </w:p>
    <w:p>
      <w:r>
        <w:rPr>
          <w:rFonts w:ascii="Courier New" w:hAnsi="Courier New"/>
          <w:color w:val="555555"/>
          <w:sz w:val="20"/>
        </w:rPr>
        <w:t>[20]</w:t>
      </w:r>
    </w:p>
    <w:p>
      <w:r>
        <w:rPr>
          <w:rFonts w:ascii="Gentium Plus" w:hAnsi="Gentium Plus"/>
          <w:sz w:val="24"/>
        </w:rPr>
        <w:t>τρῴαν ἀρχὴν κατιέναι τοῦ μειρακίσκου σὺν ἰδίῳ καιρῷ. οἱ δὲ κατὰ τὴν Συρίαν ὄχλοι ἐπὶ ταῖς τῶν προτέρων βασιλέων φιλανθρώποις ἐντεύξεσι βαρέως ἔφερον τοῦ Δημητρίου τὴν αὐστηρίαν καὶ τὸ τῶν ἐπιβολῶν δραστικόν. διόπερ οἰκεῖοι τῆς μετα‐</w:t>
      </w:r>
    </w:p>
    <w:p>
      <w:r>
        <w:rPr>
          <w:rFonts w:ascii="Courier New" w:hAnsi="Courier New"/>
          <w:color w:val="555555"/>
          <w:sz w:val="20"/>
        </w:rPr>
        <w:t>[25]</w:t>
      </w:r>
    </w:p>
    <w:p>
      <w:r>
        <w:rPr>
          <w:rFonts w:ascii="Gentium Plus" w:hAnsi="Gentium Plus"/>
          <w:sz w:val="24"/>
        </w:rPr>
        <w:t>βολῆς ὄντες μετέωροι ταῖς προσδοκωμέναις ἐλπίσιν ἦσαν, ὡς αὐτίκα μάλα μεταπεσουμένης τῆς ἐξου‐</w:t>
      </w:r>
    </w:p>
    <w:p>
      <w:r>
        <w:rPr>
          <w:rFonts w:ascii="Courier New" w:hAnsi="Courier New"/>
          <w:color w:val="555555"/>
          <w:sz w:val="20"/>
        </w:rPr>
        <w:t>[31 32b 1]</w:t>
      </w:r>
    </w:p>
    <w:p>
      <w:r>
        <w:rPr>
          <w:rFonts w:ascii="Gentium Plus" w:hAnsi="Gentium Plus"/>
          <w:sz w:val="24"/>
        </w:rPr>
        <w:t>Ὅτι οἱ Ὀροφέρνου πρεσβευταὶ ἀπὸ Ῥώμης ἀνερχόμενοι καὶ κατὰ τὸν πλοῦν ἐπιβουλεύσαντες Ἀριαράθῃ περὶ Κόρκυραν αὐτοὶ προανῃρέθησαν ὑπὸ Ἀριαράθου. ὁμοίως δὲ καὶ περὶ Κόρινθον</w:t>
      </w:r>
    </w:p>
    <w:p>
      <w:r>
        <w:rPr>
          <w:rFonts w:ascii="Courier New" w:hAnsi="Courier New"/>
          <w:color w:val="555555"/>
          <w:sz w:val="20"/>
        </w:rPr>
        <w:t>[5]</w:t>
      </w:r>
    </w:p>
    <w:p>
      <w:r>
        <w:rPr>
          <w:rFonts w:ascii="Gentium Plus" w:hAnsi="Gentium Plus"/>
          <w:sz w:val="24"/>
        </w:rPr>
        <w:t>ἐπιβουλὴν κατ’ αὐτοῦ συστησαμένων τῶν τοῦ Ὀροφέρνου, καὶ ταύτην παραδόξως διεκφυγὼν διεσώθη πρὸς τὸν Ἄτταλον εἰς τὸ Πέργαμον. (Const. Exc. 3, p. 201.)</w:t>
      </w:r>
    </w:p>
    <w:p>
      <w:r>
        <w:rPr>
          <w:rFonts w:ascii="Courier New" w:hAnsi="Courier New"/>
          <w:color w:val="555555"/>
          <w:sz w:val="20"/>
        </w:rPr>
        <w:t>[31 . 33 . 1]</w:t>
      </w:r>
    </w:p>
    <w:p>
      <w:r>
        <w:rPr>
          <w:rFonts w:ascii="Gentium Plus" w:hAnsi="Gentium Plus"/>
          <w:sz w:val="24"/>
        </w:rPr>
        <w:t>Ὅτι ὁ πρεσβύτερος Πτολεμαῖος ταχὺ διὰ τὸ μέγεθος τῆς στρατιᾶς συγκλείσας τὸν ἀδελφὸν εἰς πολιορκίαν καὶ πεῖραν πάσης ἀπορίας λαβεῖν ἀναγκάσας ἐπανελέσθαι μὲν αὐτὸν οὐκ ἐτόλμησεν,</w:t>
      </w:r>
    </w:p>
    <w:p>
      <w:r>
        <w:rPr>
          <w:rFonts w:ascii="Courier New" w:hAnsi="Courier New"/>
          <w:color w:val="555555"/>
          <w:sz w:val="20"/>
        </w:rPr>
        <w:t>[5]</w:t>
      </w:r>
    </w:p>
    <w:p>
      <w:r>
        <w:rPr>
          <w:rFonts w:ascii="Gentium Plus" w:hAnsi="Gentium Plus"/>
          <w:sz w:val="24"/>
        </w:rPr>
        <w:t>ἅμα μὲν διὰ τὴν χρηστότητα καὶ διὰ τὸ τῆς φύσεως συγγενές, ἅμα δὲ καὶ διὰ τὸν ἀπὸ Ῥωμαίων φόβον. συνεχώρησε δὲ αὐτῷ τὴν ἀσφάλειαν, καὶ συνθήκας ἐποιήσατο καθ’ ἃς ἔδει Κυρήνην ἔχοντα τὸν νεώ‐ τερον εὐδοκεῖν καὶ σίτου πλῆθος τακτὸν λαμβάνειν</w:t>
      </w:r>
    </w:p>
    <w:p>
      <w:r>
        <w:rPr>
          <w:rFonts w:ascii="Courier New" w:hAnsi="Courier New"/>
          <w:color w:val="555555"/>
          <w:sz w:val="20"/>
        </w:rPr>
        <w:t>[10]</w:t>
      </w:r>
    </w:p>
    <w:p>
      <w:r>
        <w:rPr>
          <w:rFonts w:ascii="Gentium Plus" w:hAnsi="Gentium Plus"/>
          <w:sz w:val="24"/>
        </w:rPr>
        <w:t>κατ’ ἐνιαυτόν. καὶ τὰ κατὰ τοὺς βασιλεῖς εἰς πολλὴν ἀλλοτριότητα καὶ κινδύνους ἀπηλπισμένους προαχθέντα παραδόξου καὶ φιλανθρώπου συλλύσεως ἔτυχε.</w:t>
      </w:r>
    </w:p>
    <w:p>
      <w:r>
        <w:rPr>
          <w:rFonts w:ascii="Courier New" w:hAnsi="Courier New"/>
          <w:color w:val="555555"/>
          <w:sz w:val="20"/>
        </w:rPr>
        <w:t>[31 . 34 . 1]</w:t>
      </w:r>
    </w:p>
    <w:p>
      <w:r>
        <w:rPr>
          <w:rFonts w:ascii="Gentium Plus" w:hAnsi="Gentium Plus"/>
          <w:sz w:val="24"/>
        </w:rPr>
        <w:t>Ὅτι οἱ περὶ τὸν Ὀροφέρνην, ἐπὶ τὸ χεῖρον αὐτοῖς τῶν πραγμάτων προβαινόντων, ἔσπευδον ἀποδοῦναι τοὺς μισθούς, φοβούμενοι μὴ στασιάζειν ἐπιχειρήσωσιν. ἀπορούμενος δὲ τὸ παρὸν χρη‐</w:t>
      </w:r>
    </w:p>
    <w:p>
      <w:r>
        <w:rPr>
          <w:rFonts w:ascii="Courier New" w:hAnsi="Courier New"/>
          <w:color w:val="555555"/>
          <w:sz w:val="20"/>
        </w:rPr>
        <w:t>[5]</w:t>
      </w:r>
    </w:p>
    <w:p>
      <w:r>
        <w:rPr>
          <w:rFonts w:ascii="Gentium Plus" w:hAnsi="Gentium Plus"/>
          <w:sz w:val="24"/>
        </w:rPr>
        <w:t>μάτων ἠναγκάσθη ἱεροσυλῆσαι τὸ τοῦ Διὸς ἱερόν,</w:t>
      </w:r>
    </w:p>
    <w:p>
      <w:r>
        <w:rPr>
          <w:rFonts w:ascii="Courier New" w:hAnsi="Courier New"/>
          <w:color w:val="555555"/>
          <w:sz w:val="20"/>
        </w:rPr>
        <w:t>[31 . 35 . 1]</w:t>
      </w:r>
    </w:p>
    <w:p>
      <w:r>
        <w:rPr>
          <w:rFonts w:ascii="Gentium Plus" w:hAnsi="Gentium Plus"/>
          <w:sz w:val="24"/>
        </w:rPr>
        <w:t>Ὅτι Προυσίας ὁ Βιθυνῶν βασιλεὺς ἀποτυχὼν τῆς ἐπιβολῆς τῆς περὶ τὸν Ἄτταλον τὸ πρὸ τῆς πόλεως τέμενος τὸ καλούμενον Νικηφόριον δι‐ έφθειρεν καὶ τὸν νεὼν ἐλυμήνατο. ἐσύλησε δὲ καὶ</w:t>
      </w:r>
    </w:p>
    <w:p>
      <w:r>
        <w:rPr>
          <w:rFonts w:ascii="Courier New" w:hAnsi="Courier New"/>
          <w:color w:val="555555"/>
          <w:sz w:val="20"/>
        </w:rPr>
        <w:t>[5]</w:t>
      </w:r>
    </w:p>
    <w:p>
      <w:r>
        <w:rPr>
          <w:rFonts w:ascii="Gentium Plus" w:hAnsi="Gentium Plus"/>
          <w:sz w:val="24"/>
        </w:rPr>
        <w:t>τοὺς ἀνδριάντας καὶ τὰ τῶν θεῶν ξόανα καὶ τὸ περιβόητον ἄγαλμα τοῦ Ἀσκληπιοῦ, δοκοῦν ἔργον εἶναι Φυρομάχου, περιττῶς κατεσκευασμένον, καὶ τὰ ἱερὰ πάντ’ ἐσύλα. ἀνθ’ ὧν αὐτῷ ταχὺ τὸ δαιμόνιον ἐπεσήμαινε· τῆς γὰρ δυνάμεως δυσεν‐</w:t>
      </w:r>
    </w:p>
    <w:p>
      <w:r>
        <w:rPr>
          <w:rFonts w:ascii="Courier New" w:hAnsi="Courier New"/>
          <w:color w:val="555555"/>
          <w:sz w:val="20"/>
        </w:rPr>
        <w:t>[10]</w:t>
      </w:r>
    </w:p>
    <w:p>
      <w:r>
        <w:rPr>
          <w:rFonts w:ascii="Gentium Plus" w:hAnsi="Gentium Plus"/>
          <w:sz w:val="24"/>
        </w:rPr>
        <w:t>τερίᾳ περιπεσούσης οἱ πλεῖστοι τῶν στρατιωτῶν διεφθάρησαν. παραπλήσιον δέ τι συνέβη καὶ περὶ τὴν ναυτικὴν δύναμιν· τοῦ γὰρ στόλου χειμῶνι παραλόγῳ περιπεσόντος ἐν τῇ Προποντίδι συνέβη τῶν νηῶν πολλὰς μὲν αὐτοῖς τοῖς ἀνδράσιν ὑπὸ τῆς</w:t>
      </w:r>
    </w:p>
    <w:p>
      <w:r>
        <w:rPr>
          <w:rFonts w:ascii="Courier New" w:hAnsi="Courier New"/>
          <w:color w:val="555555"/>
          <w:sz w:val="20"/>
        </w:rPr>
        <w:t>[15]</w:t>
      </w:r>
    </w:p>
    <w:p>
      <w:r>
        <w:rPr>
          <w:rFonts w:ascii="Gentium Plus" w:hAnsi="Gentium Plus"/>
          <w:sz w:val="24"/>
        </w:rPr>
        <w:t>θαλάσσης καταποθῆναι, τινὰς δὲ πρὸς τὴν γῆν ἐκπεσόντας ναυαγῆσαι. καὶ τὰς πρώτας ἀμοιβὰς τῆς εἰς τὸ θεῖον ἀσεβείας τοιαύτας ἐκομίσατο. (Const. Exc. 2(1), pp. 289—290.)</w:t>
      </w:r>
    </w:p>
    <w:p>
      <w:r>
        <w:rPr>
          <w:rFonts w:ascii="Courier New" w:hAnsi="Courier New"/>
          <w:color w:val="555555"/>
          <w:sz w:val="20"/>
        </w:rPr>
        <w:t>[31 . 36 . 1]</w:t>
      </w:r>
    </w:p>
    <w:p>
      <w:r>
        <w:rPr>
          <w:rFonts w:ascii="Gentium Plus" w:hAnsi="Gentium Plus"/>
          <w:sz w:val="24"/>
        </w:rPr>
        <w:t>Ὅτι οἱ Ῥόδιοι ἔχοντες ἀγχίνοιαν καὶ προ‐ στασίαν, καὶ ταύτῃ χρώμενοι, διετέλουν καθαπερεί τινας ἑκουσίους φόρους λαμβάνοντες παρὰ τῶν βασιλέων. ἐπιδεξίοις γὰρ θωπεύμασι καὶ ψηφί‐</w:t>
      </w:r>
    </w:p>
    <w:p>
      <w:r>
        <w:rPr>
          <w:rFonts w:ascii="Courier New" w:hAnsi="Courier New"/>
          <w:color w:val="555555"/>
          <w:sz w:val="20"/>
        </w:rPr>
        <w:t>[5]</w:t>
      </w:r>
    </w:p>
    <w:p>
      <w:r>
        <w:rPr>
          <w:rFonts w:ascii="Gentium Plus" w:hAnsi="Gentium Plus"/>
          <w:sz w:val="24"/>
        </w:rPr>
        <w:t>σμασι τιμῶντες τοὺς ἐν ἐξουσίαις ὄντας, καὶ τοῦτο πράττοντες βεβαίως καὶ μετὰ πολλῆς προνοίας, πολλαπλασίους χάριτας κομίζονται καὶ δωρεὰς λαμβάνουσι παρὰ τῶν βασιλέων. παρὰ γὰρ Δημη‐</w:t>
      </w:r>
    </w:p>
    <w:p>
      <w:r>
        <w:rPr>
          <w:rFonts w:ascii="Courier New" w:hAnsi="Courier New"/>
          <w:color w:val="555555"/>
          <w:sz w:val="20"/>
        </w:rPr>
        <w:t>[10]</w:t>
      </w:r>
    </w:p>
    <w:p>
      <w:r>
        <w:rPr>
          <w:rFonts w:ascii="Gentium Plus" w:hAnsi="Gentium Plus"/>
          <w:sz w:val="24"/>
        </w:rPr>
        <w:t>μνων, κριθῆς δὲ δέκα, καὶ Εὐμένης προσοφείλων τρεῖς μυριάδας ἐτετελευτήκει· ἐπηγγείλατο δὲ καὶ τὸ θέατρον ὁ βασιλεὺς κατασκευάσειν ἐκ λίθου λευκοῦ. Ῥόδιοι μὲν οὖν κάλλιστα τῶν Ἑλλήνων πολιτευόμενοι πολλοὺς ἔσχον ἁμιλλωμένους τῶν</w:t>
      </w:r>
    </w:p>
    <w:p>
      <w:r>
        <w:rPr>
          <w:rFonts w:ascii="Courier New" w:hAnsi="Courier New"/>
          <w:color w:val="555555"/>
          <w:sz w:val="20"/>
        </w:rPr>
        <w:t>[15]</w:t>
      </w:r>
    </w:p>
    <w:p>
      <w:r>
        <w:rPr>
          <w:rFonts w:ascii="Gentium Plus" w:hAnsi="Gentium Plus"/>
          <w:sz w:val="24"/>
        </w:rPr>
        <w:t>δυναστῶν εἰς τὰς τῆς πόλεως εὐεργεσίας.</w:t>
      </w:r>
    </w:p>
    <w:p>
      <w:r>
        <w:rPr>
          <w:rFonts w:ascii="Courier New" w:hAnsi="Courier New"/>
          <w:color w:val="555555"/>
          <w:sz w:val="20"/>
        </w:rPr>
        <w:t>[31 . 37 . 1]</w:t>
      </w:r>
    </w:p>
    <w:p>
      <w:r>
        <w:rPr>
          <w:rFonts w:ascii="Gentium Plus" w:hAnsi="Gentium Plus"/>
          <w:sz w:val="24"/>
        </w:rPr>
        <w:t>Καθόλου δὲ εἰς τοὺς ἀγῶνας ἐλθὼν ὥσπερ τὰ κίβδηλα τῶν νομισμάτων ἀλλοῖος ἐφάνη καὶ τὸν πόλεμον τοῖς ἰδίοις ἐλαττώμασιν ηὔξησεν.</w:t>
      </w:r>
    </w:p>
    <w:p>
      <w:r>
        <w:rPr>
          <w:rFonts w:ascii="Courier New" w:hAnsi="Courier New"/>
          <w:color w:val="555555"/>
          <w:sz w:val="20"/>
        </w:rPr>
        <w:t>[31 . 38 . 1]</w:t>
      </w:r>
    </w:p>
    <w:p>
      <w:r>
        <w:rPr>
          <w:rFonts w:ascii="Gentium Plus" w:hAnsi="Gentium Plus"/>
          <w:sz w:val="24"/>
        </w:rPr>
        <w:t>Ὅτι οἱ Ῥόδιοι ἐδόκουν παραπλήσιόν τι πε‐ πονθέναι ταῖς τῶν ἄρκτων κυνηγίαις. καὶ γὰρ ἐκεῖνα τὰ θηρία κατὰ τὸ μέγεθος καὶ τὴν ἀλκὴν δοκοῦντα εἶναι φοβερά, ἐπειδὰν αὐτοῖς προσβάλω‐</w:t>
      </w:r>
    </w:p>
    <w:p>
      <w:r>
        <w:rPr>
          <w:rFonts w:ascii="Courier New" w:hAnsi="Courier New"/>
          <w:color w:val="555555"/>
          <w:sz w:val="20"/>
        </w:rPr>
        <w:t>[5]</w:t>
      </w:r>
    </w:p>
    <w:p>
      <w:r>
        <w:rPr>
          <w:rFonts w:ascii="Gentium Plus" w:hAnsi="Gentium Plus"/>
          <w:sz w:val="24"/>
        </w:rPr>
        <w:t>σιν οἱ κυνηγοῦντες κυνίδια μικρά, ἐνεργὰ δὲ ταῖς ἀλκαῖς, ὑπὸ τούτων εὐχερέστατα τρέπονται. ἐχόν‐ των γὰρ αὐτῶν τοὺς πόδας ἁπαλοὺς καὶ σαρκώδεις, ἐκ τῶν ὑποκάτω μερῶν δάκνοντα τὰς πτέρνας ἀναγκάζει καθίζειν, ἕως ἄν τις τῶν κυνηγετῶν</w:t>
      </w:r>
    </w:p>
    <w:p>
      <w:r>
        <w:rPr>
          <w:rFonts w:ascii="Courier New" w:hAnsi="Courier New"/>
          <w:color w:val="555555"/>
          <w:sz w:val="20"/>
        </w:rPr>
        <w:t>[10]</w:t>
      </w:r>
    </w:p>
    <w:p>
      <w:r>
        <w:rPr>
          <w:rFonts w:ascii="Gentium Plus" w:hAnsi="Gentium Plus"/>
          <w:sz w:val="24"/>
        </w:rPr>
        <w:t>βαλὼν ἐπιτύχῃ· διὰ γὰρ τὴν βραδυτῆτα καὶ δυσ‐ κινησίαν ἀδυνατεῖ † ψαῖραι τῆς τῶν κυνιδίων ἐλαφρότητος. καὶ οἱ Ῥόδιοι διαβεβοημένην ἔχον‐ τες τὴν ἐν τοῖς ναυτικοῖς ἀγῶσιν ὑπεροχὴν ὑπὸ μυδίων καὶ τραγωδίων παντελῶς μικρῶν παρα‐</w:t>
      </w:r>
    </w:p>
    <w:p>
      <w:r>
        <w:rPr>
          <w:rFonts w:ascii="Courier New" w:hAnsi="Courier New"/>
          <w:color w:val="555555"/>
          <w:sz w:val="20"/>
        </w:rPr>
        <w:t>[15]</w:t>
      </w:r>
    </w:p>
    <w:p>
      <w:r>
        <w:rPr>
          <w:rFonts w:ascii="Gentium Plus" w:hAnsi="Gentium Plus"/>
          <w:sz w:val="24"/>
        </w:rPr>
        <w:t>δόξως συγκυκλούμενοι πανταχόθεν εἰς δυσχρηστίαν ἐνέπιπτον τὴν μεγίστην.</w:t>
      </w:r>
    </w:p>
    <w:p>
      <w:r>
        <w:rPr>
          <w:rFonts w:ascii="Courier New" w:hAnsi="Courier New"/>
          <w:color w:val="555555"/>
          <w:sz w:val="20"/>
        </w:rPr>
        <w:t>[31 . 39 . 1]</w:t>
      </w:r>
    </w:p>
    <w:p>
      <w:r>
        <w:rPr>
          <w:rFonts w:ascii="Gentium Plus" w:hAnsi="Gentium Plus"/>
          <w:sz w:val="24"/>
        </w:rPr>
        <w:t>Ὅτι ἐν τῇ Κελτιβηρίᾳ πόλις ἦν μικρὰ Βεγέδα καλουμένη, καὶ ταύτης μεγάλην ἐπίδοσιν λαβούσης ἐψηφίσαντο αὐτὴν μείζονα κατασκευά‐ ζειν. ἡ δὲ σύγκλητος ὑποπτεύσασα τὴν ἐπὶ πλεῖον</w:t>
      </w:r>
    </w:p>
    <w:p>
      <w:r>
        <w:rPr>
          <w:rFonts w:ascii="Courier New" w:hAnsi="Courier New"/>
          <w:color w:val="555555"/>
          <w:sz w:val="20"/>
        </w:rPr>
        <w:t>[5]</w:t>
      </w:r>
    </w:p>
    <w:p>
      <w:r>
        <w:rPr>
          <w:rFonts w:ascii="Gentium Plus" w:hAnsi="Gentium Plus"/>
          <w:sz w:val="24"/>
        </w:rPr>
        <w:t>αὐτῶν ἰσχὺν ἐξαπέστειλε τοὺς κωλύσοντας κατὰ τὰς συνθήκας, ἐν αἷς ἦν σὺν ἄλλοις πλείοσι γε‐ γραμμένον μηδὲ κτίζειν πόλιν ἐξουσίαν ἔχειν Κελτίβηρας ἄνευ Ῥωμαίων. ἀπεκρίθη δέ τις τῶν πρεσβυτέρων ὄνομα Κάκυρος ὅτι κτίζειν μὲν</w:t>
      </w:r>
    </w:p>
    <w:p>
      <w:r>
        <w:rPr>
          <w:rFonts w:ascii="Courier New" w:hAnsi="Courier New"/>
          <w:color w:val="555555"/>
          <w:sz w:val="20"/>
        </w:rPr>
        <w:t>[10]</w:t>
      </w:r>
    </w:p>
    <w:p>
      <w:r>
        <w:rPr>
          <w:rFonts w:ascii="Gentium Plus" w:hAnsi="Gentium Plus"/>
          <w:sz w:val="24"/>
        </w:rPr>
        <w:t>αὐτοὺς αἱ συνθῆκαι κωλύουσιν, αὔξειν δὲ τὰς πατρίδας οὐκ ἀπαγορεύουσιν· αὑτοὺς δὲ μὴ κτίζειν μὴ γεγενημένην πόλιν, ἀλλὰ τὴν οὖσαν ἐπισκευά‐ ζειν· οὐδὲν δὲ παρὰ τὰς συνθήκας πράττειν οὐδὲ τὸ κοινὸν ἔθος πάντων ἀνθρώπων. καὶ τὰ μὲν</w:t>
      </w:r>
    </w:p>
    <w:p>
      <w:r>
        <w:rPr>
          <w:rFonts w:ascii="Courier New" w:hAnsi="Courier New"/>
          <w:color w:val="555555"/>
          <w:sz w:val="20"/>
        </w:rPr>
        <w:t>[15]</w:t>
      </w:r>
    </w:p>
    <w:p>
      <w:r>
        <w:rPr>
          <w:rFonts w:ascii="Gentium Plus" w:hAnsi="Gentium Plus"/>
          <w:sz w:val="24"/>
        </w:rPr>
        <w:t>ἄλλα πειθαρχεῖν Ῥωμαίοις καὶ συμμάχους εἶναι προθύμως, ὁπόταν αὐτοῖς χρεία γένηται, τῆς δὲ κατὰ τὴν πόλιν οἰκοδομίας κατ’ οὐδένα δὴ τρόπον ἀποστήσεσθαι. τοῦ δὲ πλήθους ὁμοθυμαδὸν ἐπι‐ σημαινομένου τὴν γνώμην, οἱ πρεσβευταὶ τῇ συγ‐</w:t>
      </w:r>
    </w:p>
    <w:p>
      <w:r>
        <w:rPr>
          <w:rFonts w:ascii="Courier New" w:hAnsi="Courier New"/>
          <w:color w:val="555555"/>
          <w:sz w:val="20"/>
        </w:rPr>
        <w:t>[20]</w:t>
      </w:r>
    </w:p>
    <w:p>
      <w:r>
        <w:rPr>
          <w:rFonts w:ascii="Gentium Plus" w:hAnsi="Gentium Plus"/>
          <w:sz w:val="24"/>
        </w:rPr>
        <w:t>κλήτῳ ταῦτα ἀπήγγειλαν· ἡ δὲ ἔλυσε τὰς συνθήκας καὶ πόλεμον ἐπήνεγκεν.</w:t>
      </w:r>
    </w:p>
    <w:p>
      <w:r>
        <w:rPr>
          <w:rFonts w:ascii="Courier New" w:hAnsi="Courier New"/>
          <w:color w:val="555555"/>
          <w:sz w:val="20"/>
        </w:rPr>
        <w:t>[31 . 40 . 1]</w:t>
      </w:r>
    </w:p>
    <w:p>
      <w:r>
        <w:rPr>
          <w:rFonts w:ascii="Gentium Plus" w:hAnsi="Gentium Plus"/>
          <w:sz w:val="24"/>
        </w:rPr>
        <w:t>Ὅτι τοὺς Ἑλληνικοὺς πολέμους εἷς καιρὸς κρίνει, τοὺς δὲ Κελτιβηρικοὺς ἡ νὺξ κατὰ τὸ πλεῖστον διέλυσε, τῆς ἀκμῆς τῶν ἀνδρῶν καὶ τῆς ὁρμῆς ἔτι μενούσης, τὸν δὲ πόλεμον οὐδὲ χειμὼν</w:t>
      </w:r>
    </w:p>
    <w:p>
      <w:r>
        <w:rPr>
          <w:rFonts w:ascii="Courier New" w:hAnsi="Courier New"/>
          <w:color w:val="555555"/>
          <w:sz w:val="20"/>
        </w:rPr>
        <w:t>[5]</w:t>
      </w:r>
    </w:p>
    <w:p>
      <w:r>
        <w:rPr>
          <w:rFonts w:ascii="Gentium Plus" w:hAnsi="Gentium Plus"/>
          <w:sz w:val="24"/>
        </w:rPr>
        <w:t>διέλυσε. διὸ καὶ τὸν ὑπό τινων λεγόμενον πύρινον πόλεμον οὐκ ἂν ἕτερόν τις ἢ τοῦτον νοήσειεν.</w:t>
      </w:r>
    </w:p>
    <w:p>
      <w:r>
        <w:rPr>
          <w:rFonts w:ascii="Courier New" w:hAnsi="Courier New"/>
          <w:color w:val="555555"/>
          <w:sz w:val="20"/>
        </w:rPr>
        <w:t>[31 40a 1]</w:t>
      </w:r>
    </w:p>
    <w:p>
      <w:r>
        <w:rPr>
          <w:rFonts w:ascii="Gentium Plus" w:hAnsi="Gentium Plus"/>
          <w:sz w:val="24"/>
        </w:rPr>
        <w:t>Ὅτι τῷ Δημητρίῳ πάλιν ἐκ τῶν ὄχλων ἐπέστη περὶ τῆς βασιλείας κίνδυνος διὰ τὴν πρὸς αὐτὸν ἀλλοτριότητα. τῶν γὰρ μισθοφόρων τις Ἀνδρίσκος ὄνομα, τὴν δὲ ὄψιν καὶ τὴν ἡλικίαν</w:t>
      </w:r>
    </w:p>
    <w:p>
      <w:r>
        <w:rPr>
          <w:rFonts w:ascii="Courier New" w:hAnsi="Courier New"/>
          <w:color w:val="555555"/>
          <w:sz w:val="20"/>
        </w:rPr>
        <w:t>[5]</w:t>
      </w:r>
    </w:p>
    <w:p>
      <w:r>
        <w:rPr>
          <w:rFonts w:ascii="Gentium Plus" w:hAnsi="Gentium Plus"/>
          <w:sz w:val="24"/>
        </w:rPr>
        <w:t>ὁμοίαν ἔχων Φιλίππῳ τῷ Περσέως υἱῷ, τὸ μὲν πρῶτον ὑπὸ τῶν γνωρίμων ἐσκώπτετο καὶ Περσέως υἱὸς ἀπεκαλεῖτο· ταχὺ δὲ παρὰ τοῖς πολλοῖς ὁ λόγος ἐπιστεύθη. τοῦ δὲ Ἀνδρίσκου κατὰ τὴν τῶν πολλῶν φημὴν ἀποτολμήσαντος, καὶ μὴ μόνον</w:t>
      </w:r>
    </w:p>
    <w:p>
      <w:r>
        <w:rPr>
          <w:rFonts w:ascii="Courier New" w:hAnsi="Courier New"/>
          <w:color w:val="555555"/>
          <w:sz w:val="20"/>
        </w:rPr>
        <w:t>[10]</w:t>
      </w:r>
    </w:p>
    <w:p>
      <w:r>
        <w:rPr>
          <w:rFonts w:ascii="Gentium Plus" w:hAnsi="Gentium Plus"/>
          <w:sz w:val="24"/>
        </w:rPr>
        <w:t>ἑαυτὸν Περσέως φάσκοντος υἱόν, ἀλλὰ καὶ πλαστὴν γένεσιν καὶ τροφὴν ἀποφαινομένου, καὶ μετὰ ὄχλου προσελθόντος τῷ Δημητρίῳ καὶ παρακαλοῦντος αὐτὸν καταγαγεῖν εἰς Μακεδονίαν ἐπὶ τὴν πατρῴαν βασιλείαν, τὸ μὲν πρῶτον ὁ Δημήτριος ἔσχεν ὡς</w:t>
      </w:r>
    </w:p>
    <w:p>
      <w:r>
        <w:rPr>
          <w:rFonts w:ascii="Courier New" w:hAnsi="Courier New"/>
          <w:color w:val="555555"/>
          <w:sz w:val="20"/>
        </w:rPr>
        <w:t>[15]</w:t>
      </w:r>
    </w:p>
    <w:p>
      <w:r>
        <w:rPr>
          <w:rFonts w:ascii="Gentium Plus" w:hAnsi="Gentium Plus"/>
          <w:sz w:val="24"/>
        </w:rPr>
        <w:t>περὶ μωροῦ. τοῦ δὲ πλήθους ἀθροισθέντος, καὶ πολλῶν λεγόντων δεῖν ἢ κατάγειν τὸν Ἀνδρίσκον ἢ παραχωρεῖν τῆς ἀρχῆς τὸν Δημήτριον, εἰ μήτε δύναται μήτε βούλεται βασιλεύειν, φοβηθεὶς τὴν τῶν ὄχλων ὀξύτητα νυκτὸς συνέλαβε τὸν Ἀνδρίσκον</w:t>
      </w:r>
    </w:p>
    <w:p>
      <w:r>
        <w:rPr>
          <w:rFonts w:ascii="Courier New" w:hAnsi="Courier New"/>
          <w:color w:val="555555"/>
          <w:sz w:val="20"/>
        </w:rPr>
        <w:t>[20]</w:t>
      </w:r>
    </w:p>
    <w:p>
      <w:r>
        <w:rPr>
          <w:rFonts w:ascii="Gentium Plus" w:hAnsi="Gentium Plus"/>
          <w:sz w:val="24"/>
        </w:rPr>
        <w:t>καὶ παραχρῆμα εἰς τὴν Ῥώμην ἀπέστειλε, δια‐ σαφῶν τὰ λεγόμενα περὶ αὐτοῦ τῇ συγκλήτῳ. (Const. Exc. 3, pp. 201—202.)</w:t>
      </w:r>
    </w:p>
    <w:p>
      <w:r>
        <w:rPr>
          <w:rFonts w:ascii="Courier New" w:hAnsi="Courier New"/>
          <w:color w:val="555555"/>
          <w:sz w:val="20"/>
        </w:rPr>
        <w:t>[31 . 41 . 1]</w:t>
      </w:r>
    </w:p>
    <w:p>
      <w:r>
        <w:rPr>
          <w:rFonts w:ascii="Gentium Plus" w:hAnsi="Gentium Plus"/>
          <w:sz w:val="24"/>
        </w:rPr>
        <w:t>Ὅτι οἱ Κελτίβηρες μετὰ τὴν νίκην οὐκ ἀφρόνως προνοούμενοι τοῦ μέλλοντος πρεσβευτὰς ἐξαπέστειλαν πρὸς τὸν ὕπατον περὶ διαλύσεως. ὁ δὲ ἀναγκαῖον ἡγούμενος τηρεῖν τὸ τῆς πατρίδος</w:t>
      </w:r>
    </w:p>
    <w:p>
      <w:r>
        <w:rPr>
          <w:rFonts w:ascii="Courier New" w:hAnsi="Courier New"/>
          <w:color w:val="555555"/>
          <w:sz w:val="20"/>
        </w:rPr>
        <w:t>[5]</w:t>
      </w:r>
    </w:p>
    <w:p>
      <w:r>
        <w:rPr>
          <w:rFonts w:ascii="Gentium Plus" w:hAnsi="Gentium Plus"/>
          <w:sz w:val="24"/>
        </w:rPr>
        <w:t>μεγαλόψυχον ἀπεκρίθη τούτοις ἢ διδόναι περὶ πάν‐ των ἐπιτροπὴν Ῥωμαίοις ἢ πράττειν ἐνεργῶς τὰ τοῦ πολέμου. (Const. Exc. 1, pp. 403—404.)</w:t>
      </w:r>
    </w:p>
    <w:p>
      <w:r>
        <w:rPr>
          <w:rFonts w:ascii="Courier New" w:hAnsi="Courier New"/>
          <w:color w:val="555555"/>
          <w:sz w:val="20"/>
        </w:rPr>
        <w:t>[31 . 42 . 1]</w:t>
      </w:r>
    </w:p>
    <w:p>
      <w:r>
        <w:rPr>
          <w:rFonts w:ascii="Gentium Plus" w:hAnsi="Gentium Plus"/>
          <w:sz w:val="24"/>
        </w:rPr>
        <w:t>Ὅτι τοὺς Ἴβηρας καὶ Λυσιτανοὺς ὀνομάζει. φησὶ γὰρ ὡς Μέμμιος ἑξαπέλεκυς στρατηγὸς εἰς τὴν Ἰβηρίαν ἐξαπέσταλτο μετὰ δυνάμεως, οἱ δὲ Λυσιτανοὶ συστραφέντες πρὸς αὐτὸν καὶ λαβόντες</w:t>
      </w:r>
    </w:p>
    <w:p>
      <w:r>
        <w:rPr>
          <w:rFonts w:ascii="Courier New" w:hAnsi="Courier New"/>
          <w:color w:val="555555"/>
          <w:sz w:val="20"/>
        </w:rPr>
        <w:t>[5]</w:t>
      </w:r>
    </w:p>
    <w:p>
      <w:r>
        <w:rPr>
          <w:rFonts w:ascii="Gentium Plus" w:hAnsi="Gentium Plus"/>
          <w:sz w:val="24"/>
        </w:rPr>
        <w:t>ἀπαράσκευον ἐκ κατάπλου, μάχῃ τε ἐνίκησαν καὶ τὸ πλεῖστον τοῦ στρατοῦ διέφθειραν. περιβοήτου δὲ γενομένης τῆς τῶν Ἰβήρων εὐημερίας, οἱ μὲν Ἀρουακοί, νομίσαντες πολὺ κρείττους εἶναι τῶν Ἰβήρων, κατεφρόνησαν τῶν πολεμίων, καὶ τὸ πλῆ‐</w:t>
      </w:r>
    </w:p>
    <w:p>
      <w:r>
        <w:rPr>
          <w:rFonts w:ascii="Courier New" w:hAnsi="Courier New"/>
          <w:color w:val="555555"/>
          <w:sz w:val="20"/>
        </w:rPr>
        <w:t>[10]</w:t>
      </w:r>
    </w:p>
    <w:p>
      <w:r>
        <w:rPr>
          <w:rFonts w:ascii="Gentium Plus" w:hAnsi="Gentium Plus"/>
          <w:sz w:val="24"/>
        </w:rPr>
        <w:t>θος τὸ κατὰ τὴν ἐκκλησίαν διὰ ταύτην μάλιστα τὴν αἰτίαν εἵλετο τὸν πρὸς Ῥωμαίους πόλεμον. (Photius, Bibl. p. 383 B.)</w:t>
      </w:r>
    </w:p>
    <w:p>
      <w:r>
        <w:rPr>
          <w:rFonts w:ascii="Courier New" w:hAnsi="Courier New"/>
          <w:color w:val="555555"/>
          <w:sz w:val="20"/>
        </w:rPr>
        <w:t>[31 . 43 . 1]</w:t>
      </w:r>
    </w:p>
    <w:p>
      <w:r>
        <w:rPr>
          <w:rFonts w:ascii="Gentium Plus" w:hAnsi="Gentium Plus"/>
          <w:sz w:val="24"/>
        </w:rPr>
        <w:t>Ὅτι ὁ τῶν Ῥοδίων δῆμος ἐπηρμένος μὲν τῷ θυμῷ πρὸς τὴν εἰς τὸν πόλεμον ὁρμὴν καὶ παρασκευήν, ἀποπίπτων δὲ ἐν ταῖς ἐπιβολαῖς, εἰς παραλόγους ἐννοίας ἐνέπιπτε καὶ παραπλησίους</w:t>
      </w:r>
    </w:p>
    <w:p>
      <w:r>
        <w:rPr>
          <w:rFonts w:ascii="Courier New" w:hAnsi="Courier New"/>
          <w:color w:val="555555"/>
          <w:sz w:val="20"/>
        </w:rPr>
        <w:t>[5]</w:t>
      </w:r>
    </w:p>
    <w:p>
      <w:r>
        <w:rPr>
          <w:rFonts w:ascii="Gentium Plus" w:hAnsi="Gentium Plus"/>
          <w:sz w:val="24"/>
        </w:rPr>
        <w:t>τοῖς ἐν ταῖς μακραῖς νόσοις δυσποτμοῦσιν. ἐκεῖνοί τε γὰρ ὅταν ταῖς παρὰ τῶν ἰατρῶν θεραπείαις ὑπακούσαντες μηδὲν βέλτιον ἀπαλλάττωσι, κατα‐ φεύγουσιν ἐπὶ τοὺς θύτας καὶ μάντεις, ἔνιοι δὲ προσδέχονται τὰς ἐπῳδὰς καὶ παντοδαπὰ γένη</w:t>
      </w:r>
    </w:p>
    <w:p>
      <w:r>
        <w:rPr>
          <w:rFonts w:ascii="Courier New" w:hAnsi="Courier New"/>
          <w:color w:val="555555"/>
          <w:sz w:val="20"/>
        </w:rPr>
        <w:t>[10]</w:t>
      </w:r>
    </w:p>
    <w:p>
      <w:r>
        <w:rPr>
          <w:rFonts w:ascii="Gentium Plus" w:hAnsi="Gentium Plus"/>
          <w:sz w:val="24"/>
        </w:rPr>
        <w:t>περιάπτων, καὶ οἱ Ῥόδιοι παραλόγως ἐν πάσαις ταῖς ἐπιβολαῖς ἀποπίπτοντες εἰς τὰς ἀπὸ τῶν κατα‐ φρονουμένων βοηθείας κατέφευγον καὶ τοιαῦτ’ ἔπραττον ἐξ ὧν καταγέλαστοι παρὰ τοῖς ἄλλοις ἔμελλον ὑποληφθήσεσθαι.</w:t>
      </w:r>
    </w:p>
    <w:p>
      <w:r>
        <w:rPr>
          <w:rFonts w:ascii="Courier New" w:hAnsi="Courier New"/>
          <w:color w:val="555555"/>
          <w:sz w:val="20"/>
        </w:rPr>
        <w:t>[31 . 44 . 1]</w:t>
      </w:r>
    </w:p>
    <w:p>
      <w:r>
        <w:rPr>
          <w:rFonts w:ascii="Gentium Plus" w:hAnsi="Gentium Plus"/>
          <w:sz w:val="24"/>
        </w:rPr>
        <w:t>Ὅτι οὐχ ἡ κατασκευὴ καὶ τὸ μέγεθος τῶν νηῶν, ἀλλ’ ἡ τόλμα καὶ τῶν ἀνδραγαθούντων ἐπι‐ βατῶν αἱ χεῖρες καταγωνίζονται.</w:t>
      </w:r>
    </w:p>
    <w:p>
      <w:r>
        <w:rPr>
          <w:rFonts w:ascii="Courier New" w:hAnsi="Courier New"/>
          <w:color w:val="555555"/>
          <w:sz w:val="20"/>
        </w:rPr>
        <w:t>[31 . 45 . 1]</w:t>
      </w:r>
    </w:p>
    <w:p>
      <w:r>
        <w:rPr>
          <w:rFonts w:ascii="Gentium Plus" w:hAnsi="Gentium Plus"/>
          <w:sz w:val="24"/>
        </w:rPr>
        <w:t>Ὅτι οἱ Κρῆτες καταπλεύσαντες εἰς Σίφνον προσέβαλον τῇ πόλει καὶ τὰ μὲν καταπληξάμενοι τὰ δὲ ἐξαπατήσαντες παρεδέχθησαν ἐντὸς τῶν τειχῶν· δόντες δὲ πίστιν ὥστε μηδὲν ἀδικήσειν,</w:t>
      </w:r>
    </w:p>
    <w:p>
      <w:r>
        <w:rPr>
          <w:rFonts w:ascii="Courier New" w:hAnsi="Courier New"/>
          <w:color w:val="555555"/>
          <w:sz w:val="20"/>
        </w:rPr>
        <w:t>[5]</w:t>
      </w:r>
    </w:p>
    <w:p>
      <w:r>
        <w:rPr>
          <w:rFonts w:ascii="Gentium Plus" w:hAnsi="Gentium Plus"/>
          <w:sz w:val="24"/>
        </w:rPr>
        <w:t>χρώμενοι δὲ τῇ συνήθει τοῖς Κρησὶν ἀθεσίᾳ τήν τε πόλιν ἐξηνδραποδίσαντο καὶ τοὺς τῶν θεῶν ναοὺς συλήσαντες εἰς Κρήτην ... κατάγομοι ταῖς ὠφελείαις ὄντες. ταχὺ δὲ τῆς παρανομίας αὐτοῖς τὸ θεῖον ἐπέθηκε τὴν δίκην, παραδόξως τὴν</w:t>
      </w:r>
    </w:p>
    <w:p>
      <w:r>
        <w:rPr>
          <w:rFonts w:ascii="Courier New" w:hAnsi="Courier New"/>
          <w:color w:val="555555"/>
          <w:sz w:val="20"/>
        </w:rPr>
        <w:t>[10]</w:t>
      </w:r>
    </w:p>
    <w:p>
      <w:r>
        <w:rPr>
          <w:rFonts w:ascii="Gentium Plus" w:hAnsi="Gentium Plus"/>
          <w:sz w:val="24"/>
        </w:rPr>
        <w:t>ἀσέβειαν αὐτῶν ἐπισημηναμένου τοῦ δαιμονίου. συναναγκασθέντες γὰρ ὑπὸ τῶν πολεμίων νυκτὸς ποιήσασθαι τὸν ἔκπλουν διὰ τὸ δεδιέναι τὰ μεγέθη τῶν σκαφῶν, μεγάλου πνεύματος ἐπιρράξαντος οἱ πλεῖστοι μὲν ὑποβρύχιοι κατεπόθησαν ὑπὸ τῆς</w:t>
      </w:r>
    </w:p>
    <w:p>
      <w:r>
        <w:rPr>
          <w:rFonts w:ascii="Courier New" w:hAnsi="Courier New"/>
          <w:color w:val="555555"/>
          <w:sz w:val="20"/>
        </w:rPr>
        <w:t>[15]</w:t>
      </w:r>
    </w:p>
    <w:p>
      <w:r>
        <w:rPr>
          <w:rFonts w:ascii="Gentium Plus" w:hAnsi="Gentium Plus"/>
          <w:sz w:val="24"/>
        </w:rPr>
        <w:t>θαλάσσης, τινὲς δὲ ταῖς πρὸς τῇ γῇ πέτραις προσ‐ ραχθέντες ἀπώλοντο, παντελῶς δὲ ὀλίγοι διεσώ‐ θησαν οἱ τῆς κατὰ τοὺς Σιφνίους ἀθεσίας μὴ</w:t>
      </w:r>
    </w:p>
    <w:p>
      <w:r>
        <w:rPr>
          <w:rFonts w:ascii="Courier New" w:hAnsi="Courier New"/>
          <w:color w:val="555555"/>
          <w:sz w:val="20"/>
        </w:rPr>
        <w:t>[32 t 1]</w:t>
      </w:r>
    </w:p>
    <w:p>
      <w:pPr>
        <w:jc w:val="center"/>
      </w:pPr>
      <w:r>
        <w:rPr>
          <w:rFonts w:ascii="Gentium Plus" w:hAnsi="Gentium Plus"/>
          <w:b/>
          <w:sz w:val="24"/>
        </w:rPr>
        <w:t>FRAGMENTA LIBRI XXXII</w:t>
      </w:r>
    </w:p>
    <w:p>
      <w:r>
        <w:rPr>
          <w:rFonts w:ascii="Courier New" w:hAnsi="Courier New"/>
          <w:color w:val="555555"/>
          <w:sz w:val="20"/>
        </w:rPr>
        <w:t>[32 . 1 . 1]</w:t>
      </w:r>
    </w:p>
    <w:p>
      <w:r>
        <w:rPr>
          <w:rFonts w:ascii="Gentium Plus" w:hAnsi="Gentium Plus"/>
          <w:sz w:val="24"/>
        </w:rPr>
        <w:t>Ὅτι Καρχηδόνιοι πολεμήσαντες πρὸς Μασα‐ νάσσην ἔδοξαν καταλελυκέναι τὰς πρὸς Ῥωμαίους συνθήκας. πρεσβευσάντων δὲ αὐτῶν, ἀπόκρισιν ἔδωκαν εἰδέναι ὃ δεῖ γενέσθαι. ἀσαφῆ δὲ τὴν</w:t>
      </w:r>
    </w:p>
    <w:p>
      <w:r>
        <w:rPr>
          <w:rFonts w:ascii="Courier New" w:hAnsi="Courier New"/>
          <w:color w:val="555555"/>
          <w:sz w:val="20"/>
        </w:rPr>
        <w:t>[5]</w:t>
      </w:r>
    </w:p>
    <w:p>
      <w:r>
        <w:rPr>
          <w:rFonts w:ascii="Gentium Plus" w:hAnsi="Gentium Plus"/>
          <w:sz w:val="24"/>
        </w:rPr>
        <w:t>ἀπόκρισιν οἱ Καρχηδόνιοι λαβόντες ἐν μεγάλῃ ταραχῇ ὑπῆρχον.</w:t>
      </w:r>
    </w:p>
    <w:p>
      <w:r>
        <w:rPr>
          <w:rFonts w:ascii="Courier New" w:hAnsi="Courier New"/>
          <w:color w:val="555555"/>
          <w:sz w:val="20"/>
        </w:rPr>
        <w:t>[32 . 2 . 1]</w:t>
      </w:r>
    </w:p>
    <w:p>
      <w:r>
        <w:rPr>
          <w:rFonts w:ascii="Gentium Plus" w:hAnsi="Gentium Plus"/>
          <w:sz w:val="24"/>
        </w:rPr>
        <w:t>Ὅτι οἱ τὰς ἡγεμονίας περιποιήσασθαι βουλό‐ μενοι κτῶνται μὲν αὐτὰς ἀνδρείᾳ καὶ συνέσει, πρὸς αὔξησιν δὲ μεγάλην ἄγουσιν ἐπιεικείᾳ καὶ φιλαν‐ θρωπίᾳ, ἀσφαλίζονται δὲ φόβῳ καὶ καταπλήξει·</w:t>
      </w:r>
    </w:p>
    <w:p>
      <w:r>
        <w:rPr>
          <w:rFonts w:ascii="Courier New" w:hAnsi="Courier New"/>
          <w:color w:val="555555"/>
          <w:sz w:val="20"/>
        </w:rPr>
        <w:t>[5]</w:t>
      </w:r>
    </w:p>
    <w:p>
      <w:r>
        <w:rPr>
          <w:rFonts w:ascii="Gentium Plus" w:hAnsi="Gentium Plus"/>
          <w:sz w:val="24"/>
        </w:rPr>
        <w:t>τούτων δὲ τὰς ἀποδείξεις λάβοις ἂν ταῖς πάλαι ποτὲ συσταθείσαις δυναστείαις ἐπιστήσας τὸν νοῦν καὶ τῇ μετὰ ταῦτα γενομένῃ Ῥωμαίων ἡγεμονίᾳ.</w:t>
      </w:r>
    </w:p>
    <w:p>
      <w:r>
        <w:rPr>
          <w:rFonts w:ascii="Courier New" w:hAnsi="Courier New"/>
          <w:color w:val="555555"/>
          <w:sz w:val="20"/>
        </w:rPr>
        <w:t>[32 . 3 . 1]</w:t>
      </w:r>
    </w:p>
    <w:p>
      <w:r>
        <w:rPr>
          <w:rFonts w:ascii="Gentium Plus" w:hAnsi="Gentium Plus"/>
          <w:sz w:val="24"/>
        </w:rPr>
        <w:t>Ὅτι τῶν πρεσβευτῶν τῶν Καρχηδονίων τοὺς αἰτίους τοῦ πολέμου τοῦ πρὸς Μασανάσσην κεκο‐ λακέναι ἀποφαινομένων, τῶν ἐκ τοῦ συνεδρίου τινὸς ἀναφωνήσαντος, Καὶ πῶς οὐ παρ’ αὐτὸν τὸν</w:t>
      </w:r>
    </w:p>
    <w:p>
      <w:r>
        <w:rPr>
          <w:rFonts w:ascii="Courier New" w:hAnsi="Courier New"/>
          <w:color w:val="555555"/>
          <w:sz w:val="20"/>
        </w:rPr>
        <w:t>[5]</w:t>
      </w:r>
    </w:p>
    <w:p>
      <w:r>
        <w:rPr>
          <w:rFonts w:ascii="Gentium Plus" w:hAnsi="Gentium Plus"/>
          <w:sz w:val="24"/>
        </w:rPr>
        <w:t>καιρὸν κατεδικάσθησαν οἱ τῆς διαφορᾶς αἴτιοι γε‐</w:t>
      </w:r>
    </w:p>
    <w:p>
      <w:r>
        <w:rPr>
          <w:rFonts w:ascii="Courier New" w:hAnsi="Courier New"/>
          <w:color w:val="555555"/>
          <w:sz w:val="20"/>
        </w:rPr>
        <w:t>[10]</w:t>
      </w:r>
    </w:p>
    <w:p>
      <w:r>
        <w:rPr>
          <w:rFonts w:ascii="Gentium Plus" w:hAnsi="Gentium Plus"/>
          <w:sz w:val="24"/>
        </w:rPr>
        <w:t>κατανόητον· ἐδογμάτισε γὰρ γινώσκειν τοὺς Ῥω‐ μαίους ὃ δεῖ πράττειν αὐτούς. (Const. Exc. 4, p. 378.)</w:t>
      </w:r>
    </w:p>
    <w:p>
      <w:r>
        <w:rPr>
          <w:rFonts w:ascii="Courier New" w:hAnsi="Courier New"/>
          <w:color w:val="555555"/>
          <w:sz w:val="20"/>
        </w:rPr>
        <w:t>[32 . 4 . 1]</w:t>
      </w:r>
    </w:p>
    <w:p>
      <w:r>
        <w:rPr>
          <w:rFonts w:ascii="Gentium Plus" w:hAnsi="Gentium Plus"/>
          <w:sz w:val="24"/>
        </w:rPr>
        <w:t>Ὅτι Φίλιππος ὁ Ἀμύντου δουλεύουσαν Ἰλλυ‐ ριοῖς τὴν ἡγεμονίαν παραλαβών, τοῖς ὅπλοις ἅμα καὶ τῇ κατὰ τὴν στρατηγίαν ἀγχινοίᾳ τὴν βασιλείαν ἀνεκτήσατο, ταύτην δὲ μεγίστην τῶν κατὰ τὴν</w:t>
      </w:r>
    </w:p>
    <w:p>
      <w:r>
        <w:rPr>
          <w:rFonts w:ascii="Courier New" w:hAnsi="Courier New"/>
          <w:color w:val="555555"/>
          <w:sz w:val="20"/>
        </w:rPr>
        <w:t>[5]</w:t>
      </w:r>
    </w:p>
    <w:p>
      <w:r>
        <w:rPr>
          <w:rFonts w:ascii="Gentium Plus" w:hAnsi="Gentium Plus"/>
          <w:sz w:val="24"/>
        </w:rPr>
        <w:t>Εὐρώπην δυναστειῶν κατεσκεύασεν, ἐπιεικῶς προσ‐ φερόμενος τοῖς κρατηθεῖσιν. Ἀθηναίους γὰρ ἀμφισβητοῦντας τῆς ἡγεμονίας νικήσας ἐπιφανεῖ μάχῃ, τοὺς μὲν τετελευτηκότας τῶν ἡττημένων ἀτάφους ἀπολελειμμένους μετὰ πολλῆς ἐπιμελείας</w:t>
      </w:r>
    </w:p>
    <w:p>
      <w:r>
        <w:rPr>
          <w:rFonts w:ascii="Courier New" w:hAnsi="Courier New"/>
          <w:color w:val="555555"/>
          <w:sz w:val="20"/>
        </w:rPr>
        <w:t>[10]</w:t>
      </w:r>
    </w:p>
    <w:p>
      <w:r>
        <w:rPr>
          <w:rFonts w:ascii="Gentium Plus" w:hAnsi="Gentium Plus"/>
          <w:sz w:val="24"/>
        </w:rPr>
        <w:t>ἐκήδευσε, τοὺς δὲ ἁλόντας ὑπὲρ δισχιλίους ὄντας τὸν ἀριθμὸν ἄνευ λύτρων ἀπέλυσεν εἰς τὴν ἰδίαν</w:t>
      </w:r>
    </w:p>
    <w:p>
      <w:r>
        <w:rPr>
          <w:rFonts w:ascii="Courier New" w:hAnsi="Courier New"/>
          <w:color w:val="555555"/>
          <w:sz w:val="20"/>
        </w:rPr>
        <w:t>[32 . 4 . 2]</w:t>
      </w:r>
    </w:p>
    <w:p>
      <w:r>
        <w:rPr>
          <w:rFonts w:ascii="Gentium Plus" w:hAnsi="Gentium Plus"/>
          <w:sz w:val="24"/>
        </w:rPr>
        <w:t>πατρίδα. τοιγαροῦν οἱ περὶ τῆς ἡγεμονίας διὰ τῶν ὅπλων ἀγωνισάμενοι διὰ τὴν εἰς αὐτοὺς ἐπιείκειαν ἑκουσίως ἐξεχώρησαν τῆς τῶν Ἑλλήνων ἀρχῆς, ὁ δὲ διὰ πολλῶν ἀγώνων καὶ κινδύνων μὴ δυνάμενος</w:t>
      </w:r>
    </w:p>
    <w:p>
      <w:r>
        <w:rPr>
          <w:rFonts w:ascii="Courier New" w:hAnsi="Courier New"/>
          <w:color w:val="555555"/>
          <w:sz w:val="20"/>
        </w:rPr>
        <w:t>[5]</w:t>
      </w:r>
    </w:p>
    <w:p>
      <w:r>
        <w:rPr>
          <w:rFonts w:ascii="Gentium Plus" w:hAnsi="Gentium Plus"/>
          <w:sz w:val="24"/>
        </w:rPr>
        <w:t>τυχεῖν τῆς ἀρχῆς διὰ μιᾶς φιλανθρωπίας ἔλαβε παρὰ τῶν πολεμίων ἐθελοντὴν τὴν τῆς Ἑλλάδος ἡγεμονίαν, καὶ τὴν τελευταίαν τῆς βασιλείας παρα‐ μονὴν τῷ φόβῳ κατέσχε, κατασκάψας πόλιν</w:t>
      </w:r>
    </w:p>
    <w:p>
      <w:r>
        <w:rPr>
          <w:rFonts w:ascii="Courier New" w:hAnsi="Courier New"/>
          <w:color w:val="555555"/>
          <w:sz w:val="20"/>
        </w:rPr>
        <w:t>[32 . 4 . 3]</w:t>
      </w:r>
    </w:p>
    <w:p>
      <w:r>
        <w:rPr>
          <w:rFonts w:ascii="Gentium Plus" w:hAnsi="Gentium Plus"/>
          <w:sz w:val="24"/>
        </w:rPr>
        <w:t>μυρίανδρον τὴν Ὄλυνθον. ὁμοίως δὲ τούτῳ καὶ</w:t>
      </w:r>
    </w:p>
    <w:p>
      <w:r>
        <w:rPr>
          <w:rFonts w:ascii="Courier New" w:hAnsi="Courier New"/>
          <w:color w:val="555555"/>
          <w:sz w:val="20"/>
        </w:rPr>
        <w:t>[5]</w:t>
      </w:r>
    </w:p>
    <w:p>
      <w:r>
        <w:rPr>
          <w:rFonts w:ascii="Gentium Plus" w:hAnsi="Gentium Plus"/>
          <w:sz w:val="24"/>
        </w:rPr>
        <w:t>στάσεως ἀπέτρεψεν, ἐν δὲ τοῖς πρὸς τοὺς Πέρσας πολέμοις ἐπιεικέστατα χρώμενος τοῖς αἰχμαλώτοις οὐ μόνον ἀνδρείᾳ ἀλλὰ καὶ ἡμερότητι περιβοήτῳ τοὺς κατὰ τὴν Ἀσίαν οἰκοῦντας ἐπιθυμητὰς ἔσχε τῆς ἰδίας ἀρχῆς.</w:t>
      </w:r>
    </w:p>
    <w:p>
      <w:r>
        <w:rPr>
          <w:rFonts w:ascii="Courier New" w:hAnsi="Courier New"/>
          <w:color w:val="555555"/>
          <w:sz w:val="20"/>
        </w:rPr>
        <w:t>[32 . 4 . 4]</w:t>
      </w:r>
    </w:p>
    <w:p>
      <w:r>
        <w:rPr>
          <w:rFonts w:ascii="Gentium Plus" w:hAnsi="Gentium Plus"/>
          <w:sz w:val="24"/>
        </w:rPr>
        <w:t>Ἐν δὲ τοῖς νεωτέροις χρόνοις Ῥωμαῖοι τῆς τῶν ὅλων ἡγεμονίας ὀρεχθέντες συνεστήσαντο μὲν αὐτὴν διὰ τῆς τῶν ὅπλων ἀνδρείας, πρὸς αὔξησιν δὲ με‐ γίστην ἤγαγον ἐπιεικέστατα χρώμενοι τοῖς κατα‐</w:t>
      </w:r>
    </w:p>
    <w:p>
      <w:r>
        <w:rPr>
          <w:rFonts w:ascii="Courier New" w:hAnsi="Courier New"/>
          <w:color w:val="555555"/>
          <w:sz w:val="20"/>
        </w:rPr>
        <w:t>[5]</w:t>
      </w:r>
    </w:p>
    <w:p>
      <w:r>
        <w:rPr>
          <w:rFonts w:ascii="Gentium Plus" w:hAnsi="Gentium Plus"/>
          <w:sz w:val="24"/>
        </w:rPr>
        <w:t>πολεμηθεῖσιν. τοσοῦτον γὰρ ἀπέσχον τῆς κατὰ τῶν ὑποπεπτωκότων ὠμότητος καὶ τιμωρίας ὥστε δοκεῖν μὴ ὡς πολεμίοις ἀλλ’ ὡς εὐεργέταις καὶ φίλοις προσφέρεσθαι. οἱ μὲν γὰρ κρατηθέντες προσεδόκων τῆς ἐσχάτης τεύξεσθαι τιμωρίας ὡς</w:t>
      </w:r>
    </w:p>
    <w:p>
      <w:r>
        <w:rPr>
          <w:rFonts w:ascii="Courier New" w:hAnsi="Courier New"/>
          <w:color w:val="555555"/>
          <w:sz w:val="20"/>
        </w:rPr>
        <w:t>[10]</w:t>
      </w:r>
    </w:p>
    <w:p>
      <w:r>
        <w:rPr>
          <w:rFonts w:ascii="Gentium Plus" w:hAnsi="Gentium Plus"/>
          <w:sz w:val="24"/>
        </w:rPr>
        <w:t>πολέμιοι γεγονότες, οἱ δὲ κρατοῦντες ὑπερβολὴν ἐπιεικείας ἑτέροις οὐ κατέλειπον. οἷς μὲν γὰρ πολιτείας μετέδοσαν, οἷς δὲ ἐπιγαμίας συνεχώρη‐ σαν, τισὶ δὲ τὴν αὐτονομίαν ἀπέδοσαν, οὐδενὶ</w:t>
      </w:r>
    </w:p>
    <w:p>
      <w:r>
        <w:rPr>
          <w:rFonts w:ascii="Courier New" w:hAnsi="Courier New"/>
          <w:color w:val="555555"/>
          <w:sz w:val="20"/>
        </w:rPr>
        <w:t>[32 . 4 . 5]</w:t>
      </w:r>
    </w:p>
    <w:p>
      <w:r>
        <w:rPr>
          <w:rFonts w:ascii="Gentium Plus" w:hAnsi="Gentium Plus"/>
          <w:sz w:val="24"/>
        </w:rPr>
        <w:t>μνησικακήσαντες πικρότερον τοῦ δέοντος. τοιγαρ‐ οῦν διὰ τὴν ὑπερβολὴν τῆς ἡμερότητος οἵ τε βασιλεῖς καὶ αἱ πόλεις καὶ συλλήβδην τὰ ἔθνη πρὸς τὴν Ῥωμαίων ἡγεμονίαν ηὐτομόλησαν. οὗτοι δὲ</w:t>
      </w:r>
    </w:p>
    <w:p>
      <w:r>
        <w:rPr>
          <w:rFonts w:ascii="Courier New" w:hAnsi="Courier New"/>
          <w:color w:val="555555"/>
          <w:sz w:val="20"/>
        </w:rPr>
        <w:t>[5]</w:t>
      </w:r>
    </w:p>
    <w:p>
      <w:r>
        <w:rPr>
          <w:rFonts w:ascii="Gentium Plus" w:hAnsi="Gentium Plus"/>
          <w:sz w:val="24"/>
        </w:rPr>
        <w:t>σχεδὸν τὴν ἀρχὴν πάσης τῆς οἰκουμένης ἔχοντες ταύτην ἠσφαλίσαντο φόβῳ καὶ τῇ τῶν ἐπιφανεστά‐ των πόλεων ἀπωλείᾳ. Κόρινθον γὰρ κατέσκαψαν καὶ τοὺς κατὰ τὴν Μακεδονίαν ἐρριζοτόμησαν, οἷον</w:t>
      </w:r>
    </w:p>
    <w:p>
      <w:r>
        <w:rPr>
          <w:rFonts w:ascii="Courier New" w:hAnsi="Courier New"/>
          <w:color w:val="555555"/>
          <w:sz w:val="20"/>
        </w:rPr>
        <w:t>[10]</w:t>
      </w:r>
    </w:p>
    <w:p>
      <w:r>
        <w:rPr>
          <w:rFonts w:ascii="Gentium Plus" w:hAnsi="Gentium Plus"/>
          <w:sz w:val="24"/>
        </w:rPr>
        <w:t>Κελτιβηρίᾳ τὴν Νομαντίαν, καὶ πολλοὺς κατε‐ πλήξαντο.</w:t>
      </w:r>
    </w:p>
    <w:p>
      <w:r>
        <w:rPr>
          <w:rFonts w:ascii="Courier New" w:hAnsi="Courier New"/>
          <w:color w:val="555555"/>
          <w:sz w:val="20"/>
        </w:rPr>
        <w:t>[32 . 5 . 1]</w:t>
      </w:r>
    </w:p>
    <w:p>
      <w:r>
        <w:rPr>
          <w:rFonts w:ascii="Gentium Plus" w:hAnsi="Gentium Plus"/>
          <w:sz w:val="24"/>
        </w:rPr>
        <w:t>Ὅτι σφόδρα οἱ Ῥωμαῖοι φιλοτιμοῦνται δικαί‐ ους ἐνίστασθαι τοὺς πολέμους καὶ μηδὲν εἰκῇ καὶ προπετῶς περὶ τῶν τοιούτων ψηφίζεσθαι. (Const. Exc. 2(1), pp. 291—292.)</w:t>
      </w:r>
    </w:p>
    <w:p>
      <w:r>
        <w:rPr>
          <w:rFonts w:ascii="Courier New" w:hAnsi="Courier New"/>
          <w:color w:val="555555"/>
          <w:sz w:val="20"/>
        </w:rPr>
        <w:t>[32 . 6 . 1]</w:t>
      </w:r>
    </w:p>
    <w:p>
      <w:r>
        <w:rPr>
          <w:rFonts w:ascii="Gentium Plus" w:hAnsi="Gentium Plus"/>
          <w:sz w:val="24"/>
        </w:rPr>
        <w:t>Ὅτι τῶν Ῥωμαίων στρατευσάντων πρὸς Καρχηδονίους, οἱ Καρχηδόνιοι πυθόμενοι τὸν εἰς τὸ Λιλύβαιον κατάπλουν καὶ πρὸς τὸν πόλεμον οὐδαμῶς καταβαίνοντες πρεσβευτὰς ἐξέπεμψαν εἰς</w:t>
      </w:r>
    </w:p>
    <w:p>
      <w:r>
        <w:rPr>
          <w:rFonts w:ascii="Courier New" w:hAnsi="Courier New"/>
          <w:color w:val="555555"/>
          <w:sz w:val="20"/>
        </w:rPr>
        <w:t>[5]</w:t>
      </w:r>
    </w:p>
    <w:p>
      <w:r>
        <w:rPr>
          <w:rFonts w:ascii="Gentium Plus" w:hAnsi="Gentium Plus"/>
          <w:sz w:val="24"/>
        </w:rPr>
        <w:t>Ῥώμην, οἳ ἐνεχείρισαν τοῖς Ῥωμαίοις ἑαυτούς τε καὶ τῆς πατρίδος τὰ πράγματα. ἡ δὲ σύγκλητος δεξαμένη τὴν παράδοσιν τῆς χώρας ἔδωκεν ἀπόκρι‐ σιν, ἐπεὶ καλῶς βουλεύονται Καρχηδόνιοι, δίδωσιν αὐτοῖς ἡ σύγκλητος νόμους, χώραν, ἱερά, τάφους,</w:t>
      </w:r>
    </w:p>
    <w:p>
      <w:r>
        <w:rPr>
          <w:rFonts w:ascii="Courier New" w:hAnsi="Courier New"/>
          <w:color w:val="555555"/>
          <w:sz w:val="20"/>
        </w:rPr>
        <w:t>[10]</w:t>
      </w:r>
    </w:p>
    <w:p>
      <w:r>
        <w:rPr>
          <w:rFonts w:ascii="Gentium Plus" w:hAnsi="Gentium Plus"/>
          <w:sz w:val="24"/>
        </w:rPr>
        <w:t>ἐλευθερίαν, ὕπαρξιν, οὐδαμοῦ προστιθεῖσα πόλιν τὴν Καρχηδόνα, παρακρύπτουσα δὲ τὴν ταύτης ἀναίρε‐ σιν. τεύξεσθαι δὲ τούτων τῶν φιλανθρωπιῶν, ἐὰν ὁμήρους δῶσι τριακοσίους υἱοὺς τῶν συγκλητικῶν καὶ πείθωνται τοῖς ὑπὸ τῶν ὑπάτων παραγγελλο‐</w:t>
      </w:r>
    </w:p>
    <w:p>
      <w:r>
        <w:rPr>
          <w:rFonts w:ascii="Courier New" w:hAnsi="Courier New"/>
          <w:color w:val="555555"/>
          <w:sz w:val="20"/>
        </w:rPr>
        <w:t>[32 . 6 . 2]</w:t>
      </w:r>
    </w:p>
    <w:p>
      <w:r>
        <w:rPr>
          <w:rFonts w:ascii="Gentium Plus" w:hAnsi="Gentium Plus"/>
          <w:sz w:val="24"/>
        </w:rPr>
        <w:t>μένοις. οἱ δὲ νομίσαντες ἀπολελύσθαι τοῦ πολέμου τοὺς ὁμήρους ἐξέπεμψαν μετὰ πολλῆς οἰμωγῆς. εἶτα ἦλθον εἰς Ἰτύκην. οἱ δὲ πάλιν πρεσβευτὰς ἐξέπεμψαν τοὺς πευσομένους εἴ τι ἕτερον αὐτοῖς</w:t>
      </w:r>
    </w:p>
    <w:p>
      <w:r>
        <w:rPr>
          <w:rFonts w:ascii="Courier New" w:hAnsi="Courier New"/>
          <w:color w:val="555555"/>
          <w:sz w:val="20"/>
        </w:rPr>
        <w:t>[5]</w:t>
      </w:r>
    </w:p>
    <w:p>
      <w:r>
        <w:rPr>
          <w:rFonts w:ascii="Gentium Plus" w:hAnsi="Gentium Plus"/>
          <w:sz w:val="24"/>
        </w:rPr>
        <w:t>οἱ Ῥωμαῖοι ποιεῖν κελεύουσι. τῶν δὲ ὑπάτων εἰπόντων παραδοῦναι τὰ ὅπλα ἀδόλως καὶ τοὺς καταπέλτας, οἱ δὲ τὸ μὲν πρῶτον διὰ τὸν πρὸς</w:t>
      </w:r>
    </w:p>
    <w:p>
      <w:r>
        <w:rPr>
          <w:rFonts w:ascii="Courier New" w:hAnsi="Courier New"/>
          <w:color w:val="555555"/>
          <w:sz w:val="20"/>
        </w:rPr>
        <w:t>[10]</w:t>
      </w:r>
    </w:p>
    <w:p>
      <w:r>
        <w:rPr>
          <w:rFonts w:ascii="Gentium Plus" w:hAnsi="Gentium Plus"/>
          <w:sz w:val="24"/>
        </w:rPr>
        <w:t>δισχιλίους. εἶτα πάλιν οἱ Ῥωμαῖοι διεπέμψαντο πρὸς Καρχηδονίους ἀποστεῖλαί τινας ἐκ τῆς γε‐ ρουσίας κελεύοντες, οἷς τὸ καταλειπόμενον πρόσ‐</w:t>
      </w:r>
    </w:p>
    <w:p>
      <w:r>
        <w:rPr>
          <w:rFonts w:ascii="Courier New" w:hAnsi="Courier New"/>
          <w:color w:val="555555"/>
          <w:sz w:val="20"/>
        </w:rPr>
        <w:t>[32 . 6 . 3]</w:t>
      </w:r>
    </w:p>
    <w:p>
      <w:r>
        <w:rPr>
          <w:rFonts w:ascii="Gentium Plus" w:hAnsi="Gentium Plus"/>
          <w:sz w:val="24"/>
        </w:rPr>
        <w:t>ταγμα διασαφήσουσιν. οἱ δὲ τριάκοντα τῶν ἐπι‐ φανεστάτων ἀπέστειλαν. ὁ δὲ πρεσβύτερος τῶν ὑπάτων Μανίλιος εἶπεν ὅτι τῇ συγκλήτῳ δέδοκται ἣν μὲν νῦν οἰκοῦσι πόλιν ἐκλιπεῖν, ἑτέραν δὲ κτίσαι</w:t>
      </w:r>
    </w:p>
    <w:p>
      <w:r>
        <w:rPr>
          <w:rFonts w:ascii="Courier New" w:hAnsi="Courier New"/>
          <w:color w:val="555555"/>
          <w:sz w:val="20"/>
        </w:rPr>
        <w:t>[5]</w:t>
      </w:r>
    </w:p>
    <w:p>
      <w:r>
        <w:rPr>
          <w:rFonts w:ascii="Gentium Plus" w:hAnsi="Gentium Plus"/>
          <w:sz w:val="24"/>
        </w:rPr>
        <w:t>τῆς θαλάσσης ἀπέχουσαν σταδίους ὀγδοήκοντα. τῶν δὲ πρεσβευτῶν εἰς οἶκτον καὶ ἔλεον τραπέντων, καὶ πάντων ῥιψάντων ἑαυτοὺς ἐπὶ τὴν γῆν καὶ πολὺν κλαυθμὸν μετὰ δακρύων προϊεμένων, δια‐ τροπὴ μεγάλη τὸ συνέδριον ἐπέσχεν. μόγις δὲ τῶν</w:t>
      </w:r>
    </w:p>
    <w:p>
      <w:r>
        <w:rPr>
          <w:rFonts w:ascii="Courier New" w:hAnsi="Courier New"/>
          <w:color w:val="555555"/>
          <w:sz w:val="20"/>
        </w:rPr>
        <w:t>[10]</w:t>
      </w:r>
    </w:p>
    <w:p>
      <w:r>
        <w:rPr>
          <w:rFonts w:ascii="Gentium Plus" w:hAnsi="Gentium Plus"/>
          <w:sz w:val="24"/>
        </w:rPr>
        <w:t>Καρχηδονίων ἀπὸ τῆς καταπλήξεως ἀναλεξαμένων, μόνος ὁ Βλάννων καλούμενος οἰκείαν τῆς περι‐ στάσεως φωνὴν προέμενος διελέχθη παραστατικῶς ἅμα καὶ παρρησιαζόμενος, εἴς τε οἶκτον προαγό‐ μενος τοὺς ἀκούοντας.</w:t>
      </w:r>
    </w:p>
    <w:p>
      <w:r>
        <w:rPr>
          <w:rFonts w:ascii="Courier New" w:hAnsi="Courier New"/>
          <w:color w:val="555555"/>
          <w:sz w:val="20"/>
        </w:rPr>
        <w:t>[32 . 6 . 4]</w:t>
      </w:r>
    </w:p>
    <w:p>
      <w:r>
        <w:rPr>
          <w:rFonts w:ascii="Gentium Plus" w:hAnsi="Gentium Plus"/>
          <w:sz w:val="24"/>
        </w:rPr>
        <w:t>Ὅτι οἱ Ῥωμαῖοι ἀμετάθετοι ταῖς γνώμαις ὄντες πρὸς τὴν κατάλυσιν τῆς Καρχηδόνος προσέταξαν ἀπιέναι ταχέως εἰς τὴν Καρχηδόνα καὶ τὰ δεδογ‐ μένα τοῖς πολίταις ἀπαγγέλλειν. τῶν δὲ πρέσβεών</w:t>
      </w:r>
    </w:p>
    <w:p>
      <w:r>
        <w:rPr>
          <w:rFonts w:ascii="Courier New" w:hAnsi="Courier New"/>
          <w:color w:val="555555"/>
          <w:sz w:val="20"/>
        </w:rPr>
        <w:t>[5]</w:t>
      </w:r>
    </w:p>
    <w:p>
      <w:r>
        <w:rPr>
          <w:rFonts w:ascii="Gentium Plus" w:hAnsi="Gentium Plus"/>
          <w:sz w:val="24"/>
        </w:rPr>
        <w:t>τινες μὲν ἀπογνόντες τὴν εἰς τὴν πατρίδα πορείαν ἔφυγον οἷ ποτ’ οὖν ἕκαστος ἐδύνατο, οἱ δὲ λοιποὶ τὴν</w:t>
      </w:r>
    </w:p>
    <w:p>
      <w:r>
        <w:rPr>
          <w:rFonts w:ascii="Courier New" w:hAnsi="Courier New"/>
          <w:color w:val="555555"/>
          <w:sz w:val="20"/>
        </w:rPr>
        <w:t>[10]</w:t>
      </w:r>
    </w:p>
    <w:p>
      <w:r>
        <w:rPr>
          <w:rFonts w:ascii="Gentium Plus" w:hAnsi="Gentium Plus"/>
          <w:sz w:val="24"/>
        </w:rPr>
        <w:t>τύπτοντες καὶ τὰς χεῖρας ἐπανατείνοντες καὶ τοὺς θεοὺς ἐπιβοώμενοι προῆγον εἰς τὴν ἀγοράν, καὶ τῇ γερουσίᾳ ἀπήγγειλαν τὰ προστεταγμένα. (Const. Exc. 1, pp. 404—405.)</w:t>
      </w:r>
    </w:p>
    <w:p>
      <w:r>
        <w:rPr>
          <w:rFonts w:ascii="Courier New" w:hAnsi="Courier New"/>
          <w:color w:val="555555"/>
          <w:sz w:val="20"/>
        </w:rPr>
        <w:t>[32 . 7 . 1]</w:t>
      </w:r>
    </w:p>
    <w:p>
      <w:r>
        <w:rPr>
          <w:rFonts w:ascii="Gentium Plus" w:hAnsi="Gentium Plus"/>
          <w:sz w:val="24"/>
        </w:rPr>
        <w:t>Ὅτι Σκιπίων ὁ Ἀφρικανὸς κληθεὶς ὕστερον, τότε δὲ χιλίαρχος ὤν, τῶν ἄλλων τοὺς εἰς ὁμολογίαν καὶ ὅρκους καταντήσαντας παρασπονδούντων καὶ τὴν δοθεῖσαν πίστιν ἀθετούντων, οὗτος τοὐναντίον</w:t>
      </w:r>
    </w:p>
    <w:p>
      <w:r>
        <w:rPr>
          <w:rFonts w:ascii="Courier New" w:hAnsi="Courier New"/>
          <w:color w:val="555555"/>
          <w:sz w:val="20"/>
        </w:rPr>
        <w:t>[5]</w:t>
      </w:r>
    </w:p>
    <w:p>
      <w:r>
        <w:rPr>
          <w:rFonts w:ascii="Gentium Plus" w:hAnsi="Gentium Plus"/>
          <w:sz w:val="24"/>
        </w:rPr>
        <w:t>μάλιστα τὰς δοθείσας πίστεις τοῖς πολιορκουμένοις ἐτήρει καὶ τοῖς ἑαυτοὺς ἐγχειρίζουσιν ἐπιεικῶς προσεφέρετο. διὸ καὶ τῆς περὶ αὐτοῦ φήμης δικαίας διαδιδομένης κατὰ τὴν Λιβύην, οὐθεὶς τῶν πολιορκουμένων ἐνεπίστευεν αὑτόν, εἰ μὴ Σκιπίωνι</w:t>
      </w:r>
    </w:p>
    <w:p>
      <w:r>
        <w:rPr>
          <w:rFonts w:ascii="Courier New" w:hAnsi="Courier New"/>
          <w:color w:val="555555"/>
          <w:sz w:val="20"/>
        </w:rPr>
        <w:t>[10]</w:t>
      </w:r>
    </w:p>
    <w:p>
      <w:r>
        <w:rPr>
          <w:rFonts w:ascii="Gentium Plus" w:hAnsi="Gentium Plus"/>
          <w:sz w:val="24"/>
        </w:rPr>
        <w:t>συντίθοιτο τὰς ὁμολογίας.</w:t>
      </w:r>
    </w:p>
    <w:p>
      <w:r>
        <w:rPr>
          <w:rFonts w:ascii="Courier New" w:hAnsi="Courier New"/>
          <w:color w:val="555555"/>
          <w:sz w:val="20"/>
        </w:rPr>
        <w:t>[32 . 8 . 1]</w:t>
      </w:r>
    </w:p>
    <w:p>
      <w:r>
        <w:rPr>
          <w:rFonts w:ascii="Gentium Plus" w:hAnsi="Gentium Plus"/>
          <w:sz w:val="24"/>
        </w:rPr>
        <w:t>Ὅτι κατὰ τὴν μάχην τριῶν Ῥωμαίων πεσόν‐ των καὶ τούτων ἀτάφων γεγονότων, πάντες χαλεπῶς ἔφερον ἐπὶ τῇ τῶν ἀνδρῶν ἀπωλείᾳ τε καὶ στερήσει τῆς ταφῆς. ὁ δὲ Σκιπίων συγχωρή‐</w:t>
      </w:r>
    </w:p>
    <w:p>
      <w:r>
        <w:rPr>
          <w:rFonts w:ascii="Courier New" w:hAnsi="Courier New"/>
          <w:color w:val="555555"/>
          <w:sz w:val="20"/>
        </w:rPr>
        <w:t>[5]</w:t>
      </w:r>
    </w:p>
    <w:p>
      <w:r>
        <w:rPr>
          <w:rFonts w:ascii="Gentium Plus" w:hAnsi="Gentium Plus"/>
          <w:sz w:val="24"/>
        </w:rPr>
        <w:t>σαντος τοῦ ὑπάτου διὰ γραμμάτων παρεκάλεσε τὸν Ἀσδρούβαν θάψαι τοὺς ἄνδρας. οὗ ποιήσαντος τὸ παρακληθὲν καὶ μετὰ μεγάλης τιμῆς κηδεύσαντος τοὺς ἄνδρας καὶ τὰ ὀστέα πέμψαντος πρὸς τὸν ὕπατον, ὁ Σκιπίων προέκοπτε τῇ δόξῃ, ὡς ἂν καὶ</w:t>
      </w:r>
    </w:p>
    <w:p>
      <w:r>
        <w:rPr>
          <w:rFonts w:ascii="Courier New" w:hAnsi="Courier New"/>
          <w:color w:val="555555"/>
          <w:sz w:val="20"/>
        </w:rPr>
        <w:t>[10]</w:t>
      </w:r>
    </w:p>
    <w:p>
      <w:r>
        <w:rPr>
          <w:rFonts w:ascii="Gentium Plus" w:hAnsi="Gentium Plus"/>
          <w:sz w:val="24"/>
        </w:rPr>
        <w:t>παρὰ τοῖς πολεμίοις μεγάλης τυγχάνων ἀποδοχῆς.</w:t>
      </w:r>
    </w:p>
    <w:p>
      <w:r>
        <w:rPr>
          <w:rFonts w:ascii="Courier New" w:hAnsi="Courier New"/>
          <w:color w:val="555555"/>
          <w:sz w:val="20"/>
        </w:rPr>
        <w:t>[32 . 9 . 1]</w:t>
      </w:r>
    </w:p>
    <w:p>
      <w:r>
        <w:rPr>
          <w:rFonts w:ascii="Gentium Plus" w:hAnsi="Gentium Plus"/>
          <w:sz w:val="24"/>
        </w:rPr>
        <w:t>Ὅτι αἱ γυναῖκες τῶν Καρχηδονίων προσέφε‐ ρον χρυσοῦς κόσμους· ἐσχάτης γὰρ οὔσης τῆς τοῦ βίου περιγραφῆς, ἅπαντες οὐκ ἀπολλύναι τὰ χρή‐ ματα διελάμβανον, ἀλλὰ διὰ τῆς τούτων δόσεως</w:t>
      </w:r>
    </w:p>
    <w:p>
      <w:r>
        <w:rPr>
          <w:rFonts w:ascii="Courier New" w:hAnsi="Courier New"/>
          <w:color w:val="555555"/>
          <w:sz w:val="20"/>
        </w:rPr>
        <w:t>[5]</w:t>
      </w:r>
    </w:p>
    <w:p>
      <w:r>
        <w:rPr>
          <w:rFonts w:ascii="Gentium Plus" w:hAnsi="Gentium Plus"/>
          <w:sz w:val="24"/>
        </w:rPr>
        <w:t>ἔκρινον ἐπανορθοῦσθαι τὴν ἑαυτῶν σωτηρίαν. (Const. Exc. 4, p. 378.)</w:t>
      </w:r>
    </w:p>
    <w:p>
      <w:r>
        <w:rPr>
          <w:rFonts w:ascii="Courier New" w:hAnsi="Courier New"/>
          <w:color w:val="555555"/>
          <w:sz w:val="20"/>
        </w:rPr>
        <w:t>[32 . 13 . 1]</w:t>
      </w:r>
    </w:p>
    <w:p>
      <w:r>
        <w:rPr>
          <w:rFonts w:ascii="Gentium Plus" w:hAnsi="Gentium Plus"/>
          <w:sz w:val="24"/>
        </w:rPr>
        <w:t>[Τῷ κατὰ τὴν Καρχηδόνα λιμένι, προσαγο‐ ρευομένῳ δὲ Κώθωνι· περὶ οὗ τὰς κατὰ μέρος εὐχρηστίας ἐν τοῖς οἰκείοις χρόνοις πειρασόμεθα διελθεῖν.] (Diod. 3. 44. 8.)</w:t>
      </w:r>
    </w:p>
    <w:p>
      <w:r>
        <w:rPr>
          <w:rFonts w:ascii="Courier New" w:hAnsi="Courier New"/>
          <w:color w:val="555555"/>
          <w:sz w:val="20"/>
        </w:rPr>
        <w:t>[32 . 14 . 1]</w:t>
      </w:r>
    </w:p>
    <w:p>
      <w:r>
        <w:rPr>
          <w:rFonts w:ascii="Gentium Plus" w:hAnsi="Gentium Plus"/>
          <w:sz w:val="24"/>
        </w:rPr>
        <w:t>Ὅτι τὸ τεῖχος τῶν Καρχηδονίων τῆς πόλεώς φησιν ὕψος μὲν εἶναι πηχῶν τεσσαράκοντα, πλάτος δὲ εἰκοσιδύο· ὅμως καὶ τοιούτων ὄντων αἱ Ῥω‐ μαίων μηχαναὶ καὶ τὰ κατὰ πόλεμον ἀνδραγαθή‐</w:t>
      </w:r>
    </w:p>
    <w:p>
      <w:r>
        <w:rPr>
          <w:rFonts w:ascii="Courier New" w:hAnsi="Courier New"/>
          <w:color w:val="555555"/>
          <w:sz w:val="20"/>
        </w:rPr>
        <w:t>[5]</w:t>
      </w:r>
    </w:p>
    <w:p>
      <w:r>
        <w:rPr>
          <w:rFonts w:ascii="Gentium Plus" w:hAnsi="Gentium Plus"/>
          <w:sz w:val="24"/>
        </w:rPr>
        <w:t>ματα κρείττους ὤφθησαν τῆς ἐκείνων ἀσφαλείας, καὶ ἑάλω ἡ πόλις καὶ κατηρειπώθη. (Photius, Bibl. p. 383 B.)</w:t>
      </w:r>
    </w:p>
    <w:p>
      <w:r>
        <w:rPr>
          <w:rFonts w:ascii="Courier New" w:hAnsi="Courier New"/>
          <w:color w:val="555555"/>
          <w:sz w:val="20"/>
        </w:rPr>
        <w:t>[32 . 15 . 1]</w:t>
      </w:r>
    </w:p>
    <w:p>
      <w:r>
        <w:rPr>
          <w:rFonts w:ascii="Gentium Plus" w:hAnsi="Gentium Plus"/>
          <w:sz w:val="24"/>
        </w:rPr>
        <w:t>[Περὶ αὐτοῦ πάλιν ἄλλως ἡ διήγησις.] Δη‐ μητρίου τοῦ βασιλέως ἀναπέμψαντος εἰς τὴν Ῥώμην νεανίσκον τινὰ ὡς Περσέως υἱὸν ὄνομα Ἀνδρίσκον, τοῦτον ἡ σύγκλητος οἰκεῖν προσέταξεν</w:t>
      </w:r>
    </w:p>
    <w:p>
      <w:r>
        <w:rPr>
          <w:rFonts w:ascii="Courier New" w:hAnsi="Courier New"/>
          <w:color w:val="555555"/>
          <w:sz w:val="20"/>
        </w:rPr>
        <w:t>[5]</w:t>
      </w:r>
    </w:p>
    <w:p>
      <w:r>
        <w:rPr>
          <w:rFonts w:ascii="Gentium Plus" w:hAnsi="Gentium Plus"/>
          <w:sz w:val="24"/>
        </w:rPr>
        <w:t>ἔν τινι πόλει τῶν κατὰ τὴν Ἰταλίαν. ὁ δὲ μετά</w:t>
      </w:r>
    </w:p>
    <w:p>
      <w:r>
        <w:rPr>
          <w:rFonts w:ascii="Courier New" w:hAnsi="Courier New"/>
          <w:color w:val="555555"/>
          <w:sz w:val="20"/>
        </w:rPr>
        <w:t>[32 . 15 . 2]</w:t>
      </w:r>
    </w:p>
    <w:p>
      <w:r>
        <w:rPr>
          <w:rFonts w:ascii="Gentium Plus" w:hAnsi="Gentium Plus"/>
          <w:sz w:val="24"/>
        </w:rPr>
        <w:t>τινα χρόνον διαδρὰς ἀπῆρεν εἰς Μίλητον. ἐν ταύτῃ δὲ διατρίβων ἐλογοποίει περὶ ἑαυτοῦ Περσέως ἑαυτὸν ἀποφαινόμενος ὑπάρχειν υἱόν. ἔφη δ’</w:t>
      </w:r>
    </w:p>
    <w:p>
      <w:r>
        <w:rPr>
          <w:rFonts w:ascii="Courier New" w:hAnsi="Courier New"/>
          <w:color w:val="555555"/>
          <w:sz w:val="20"/>
        </w:rPr>
        <w:t>[5]</w:t>
      </w:r>
    </w:p>
    <w:p>
      <w:r>
        <w:rPr>
          <w:rFonts w:ascii="Gentium Plus" w:hAnsi="Gentium Plus"/>
          <w:sz w:val="24"/>
        </w:rPr>
        <w:t>πρὸς ἀνατροφήν, ὑπὸ δὲ τοῦ Κρητὸς αὐτῷ πινα‐ κίδιον κατεσφραγισμένον ἀναδεδόσθαι, δι’ οὗ τὸν Περσέα διασαφεῖν αὐτῷ θησαυροὺς εἶναι κειμένους δύο, τὸν μὲν ἕνα ἐν Ἀμφιπόλει κείμενον ὑπὸ τὴν ὁδὸν † ὀργυαῖον τὸ βάθος ὄντα δέκα, ἔξοντα δὲ</w:t>
      </w:r>
    </w:p>
    <w:p>
      <w:r>
        <w:rPr>
          <w:rFonts w:ascii="Courier New" w:hAnsi="Courier New"/>
          <w:color w:val="555555"/>
          <w:sz w:val="20"/>
        </w:rPr>
        <w:t>[10]</w:t>
      </w:r>
    </w:p>
    <w:p>
      <w:r>
        <w:rPr>
          <w:rFonts w:ascii="Gentium Plus" w:hAnsi="Gentium Plus"/>
          <w:sz w:val="24"/>
        </w:rPr>
        <w:t>ἀργυρίου τάλαντα ἑκατὸν καὶ πεντήκοντα, τὸν δὲ ἕτερον ἐν Θεσσαλονίκῃ, ταλάντων ἑβδομήκοντα, κατὰ μέσην τὴν ἐξέδραν τὴν ἐν τῷ περιστύλῳ κατὰ</w:t>
      </w:r>
    </w:p>
    <w:p>
      <w:r>
        <w:rPr>
          <w:rFonts w:ascii="Courier New" w:hAnsi="Courier New"/>
          <w:color w:val="555555"/>
          <w:sz w:val="20"/>
        </w:rPr>
        <w:t>[32 . 15 . 3]</w:t>
      </w:r>
    </w:p>
    <w:p>
      <w:r>
        <w:rPr>
          <w:rFonts w:ascii="Gentium Plus" w:hAnsi="Gentium Plus"/>
          <w:sz w:val="24"/>
        </w:rPr>
        <w:t>τὴν αὐλήν. πολλῶν δὲ αὐτῷ προσεχόντων, ἦλθεν ὁ λόγος ἐπὶ τοὺς ἄρχοντας τῶν Μιλησίων, οἳ συλλαβόντες αὐτὸν εἰς φυλακὴν ἀπέθεντο. καί τινων πρέσβεων παρεπιδημούντων, προσανήνεγκαν</w:t>
      </w:r>
    </w:p>
    <w:p>
      <w:r>
        <w:rPr>
          <w:rFonts w:ascii="Courier New" w:hAnsi="Courier New"/>
          <w:color w:val="555555"/>
          <w:sz w:val="20"/>
        </w:rPr>
        <w:t>[5]</w:t>
      </w:r>
    </w:p>
    <w:p>
      <w:r>
        <w:rPr>
          <w:rFonts w:ascii="Gentium Plus" w:hAnsi="Gentium Plus"/>
          <w:sz w:val="24"/>
        </w:rPr>
        <w:t>αὐτοῖς συμβουλευόμενοι τί χρὴ πρᾶξαι. οἱ δὲ ἐγγελάσαντες ἐκέλευον ἀφεῖναι τὸν ἄνθρωπον</w:t>
      </w:r>
    </w:p>
    <w:p>
      <w:r>
        <w:rPr>
          <w:rFonts w:ascii="Courier New" w:hAnsi="Courier New"/>
          <w:color w:val="555555"/>
          <w:sz w:val="20"/>
        </w:rPr>
        <w:t>[32 . 15 . 4]</w:t>
      </w:r>
    </w:p>
    <w:p>
      <w:r>
        <w:rPr>
          <w:rFonts w:ascii="Gentium Plus" w:hAnsi="Gentium Plus"/>
          <w:sz w:val="24"/>
        </w:rPr>
        <w:t>πλανᾶσθαι. ὁ δὲ λαβὼν τὴν ἄφεσιν ἐφιλοτιμήθη τὴν τοῦ δράματος συντέλειαν πρὸς τέλος ἀγαγεῖν. ἀεὶ δὲ λαμπρότερον εἰς τὴν βασιλικὴν εὐγένειαν διατιθέμενος ἐξηπάτησεν πολλούς, καὶ αὐτοὺς</w:t>
      </w:r>
    </w:p>
    <w:p>
      <w:r>
        <w:rPr>
          <w:rFonts w:ascii="Courier New" w:hAnsi="Courier New"/>
          <w:color w:val="555555"/>
          <w:sz w:val="20"/>
        </w:rPr>
        <w:t>[32 . 15 . 5]</w:t>
      </w:r>
    </w:p>
    <w:p>
      <w:r>
        <w:rPr>
          <w:rFonts w:ascii="Gentium Plus" w:hAnsi="Gentium Plus"/>
          <w:sz w:val="24"/>
        </w:rPr>
        <w:t>Μακεδόνας. ἔχων δὲ συνεργὸν Νικόλαόν τινα ψάλτην, Μακεδόνα τὸ γένος, ἐπύθετο παρ’ αὐτοῦ παλλακίδα γεγενημένην Περσέως τοῦ βασιλέως ὄνομα Καλλίππαν συνοικεῖν Ἀθηναίῳ τῷ Περγα‐</w:t>
      </w:r>
    </w:p>
    <w:p>
      <w:r>
        <w:rPr>
          <w:rFonts w:ascii="Courier New" w:hAnsi="Courier New"/>
          <w:color w:val="555555"/>
          <w:sz w:val="20"/>
        </w:rPr>
        <w:t>[5]</w:t>
      </w:r>
    </w:p>
    <w:p>
      <w:r>
        <w:rPr>
          <w:rFonts w:ascii="Gentium Plus" w:hAnsi="Gentium Plus"/>
          <w:sz w:val="24"/>
        </w:rPr>
        <w:t>μηνῷ. πρὸς ταύτην οὖν διελθὼν καὶ τραγῳδήσας τὴν ἑαυτοῦ πρὸς Περσέα συγγένειαν εὐπόρησε παρ’ αὐτῆς ἐφόδια καὶ στολὴν βασιλικὴν καὶ διάδημα καὶ δύο παῖδας πρὸς τὰς χρείας εὐθέτους· ἤκουσε δ’ αὐτῆς ὅτι καὶ Τήρης ὁ βασιλεὺς τῶν Θρᾳκῶν</w:t>
      </w:r>
    </w:p>
    <w:p>
      <w:r>
        <w:rPr>
          <w:rFonts w:ascii="Courier New" w:hAnsi="Courier New"/>
          <w:color w:val="555555"/>
          <w:sz w:val="20"/>
        </w:rPr>
        <w:t>[10]</w:t>
      </w:r>
    </w:p>
    <w:p>
      <w:r>
        <w:rPr>
          <w:rFonts w:ascii="Gentium Plus" w:hAnsi="Gentium Plus"/>
          <w:sz w:val="24"/>
        </w:rPr>
        <w:t>ἔχει γυναῖκα Φιλίππου τοῦ βεβασιλευκότος θυγα‐</w:t>
      </w:r>
    </w:p>
    <w:p>
      <w:r>
        <w:rPr>
          <w:rFonts w:ascii="Courier New" w:hAnsi="Courier New"/>
          <w:color w:val="555555"/>
          <w:sz w:val="20"/>
        </w:rPr>
        <w:t>[32 . 15 . 6]</w:t>
      </w:r>
    </w:p>
    <w:p>
      <w:r>
        <w:rPr>
          <w:rFonts w:ascii="Gentium Plus" w:hAnsi="Gentium Plus"/>
          <w:sz w:val="24"/>
        </w:rPr>
        <w:t>τέρα. ἀπὸ δὲ τούτων τῶν ἀφορμῶν μετεωρισθεὶς προῆγεν εἰς Θρᾴκην. ἐν παρόδῳ δὲ καταντήσας εἰς Βυζάντιον ἐτιμήθη· καὶ ταύτης τῆς ἀφροσύνης ἔδωκαν δίκας τοῖς Ῥωμαίοις οἱ Βυζάντιοι.</w:t>
      </w:r>
    </w:p>
    <w:p>
      <w:r>
        <w:rPr>
          <w:rFonts w:ascii="Courier New" w:hAnsi="Courier New"/>
          <w:color w:val="555555"/>
          <w:sz w:val="20"/>
        </w:rPr>
        <w:t>[5]</w:t>
      </w:r>
    </w:p>
    <w:p>
      <w:r>
        <w:rPr>
          <w:rFonts w:ascii="Gentium Plus" w:hAnsi="Gentium Plus"/>
          <w:sz w:val="24"/>
        </w:rPr>
        <w:t>πλειόνων δὲ πρὸς αὐτὸν συρρεόντων, ἧκεν εἰς Θρᾴκην πρὸς Τήρην. ὁ δὲ τοῦτον τιμήσας ἔδωκεν αὐτῷ στρατιώτας ἑκατὸν καὶ διάδημα περιέθηκεν.</w:t>
      </w:r>
    </w:p>
    <w:p>
      <w:r>
        <w:rPr>
          <w:rFonts w:ascii="Courier New" w:hAnsi="Courier New"/>
          <w:color w:val="555555"/>
          <w:sz w:val="20"/>
        </w:rPr>
        <w:t>[32 . 15 . 7]</w:t>
      </w:r>
    </w:p>
    <w:p>
      <w:r>
        <w:rPr>
          <w:rFonts w:ascii="Gentium Plus" w:hAnsi="Gentium Plus"/>
          <w:sz w:val="24"/>
        </w:rPr>
        <w:t>διὰ δὲ τούτου καὶ τοῖς ἄλλοις δυνάσταις συσταθεὶς ἔλαβε παρ’ αὐτῶν ἄλλους ἑκατόν, καὶ πορευθεὶς πρὸς Βαρσαβὰν τὸν Θρᾳκῶν βασιλέα ἔπεισεν αὐτὸν συγκοινωνῆσαι τῆς στρατείας καὶ καταγαγεῖν αὐτὸν</w:t>
      </w:r>
    </w:p>
    <w:p>
      <w:r>
        <w:rPr>
          <w:rFonts w:ascii="Courier New" w:hAnsi="Courier New"/>
          <w:color w:val="555555"/>
          <w:sz w:val="20"/>
        </w:rPr>
        <w:t>[5]</w:t>
      </w:r>
    </w:p>
    <w:p>
      <w:r>
        <w:rPr>
          <w:rFonts w:ascii="Gentium Plus" w:hAnsi="Gentium Plus"/>
          <w:sz w:val="24"/>
        </w:rPr>
        <w:t>εἰς Μακεδονίαν, ἀμφισβητῶν τῆς τῶν Μακεδόνων βασιλείας ὡς οὔσης πατρῴας. ὑπὸ δὲ Μακεδονι‐ κοῦ καταπολεμηθεὶς ὁ Ψευδοφίλιππος ἔφυγεν εἰς Θρᾴκην ... τέλος ἐγκρατὴς ἐγένετο τῶν κατὰ Μακεδονίαν πόλεων. (Const. Exc. 3, pp. 202—203.)</w:t>
      </w:r>
    </w:p>
    <w:p>
      <w:r>
        <w:rPr>
          <w:rFonts w:ascii="Courier New" w:hAnsi="Courier New"/>
          <w:color w:val="555555"/>
          <w:sz w:val="20"/>
        </w:rPr>
        <w:t>[32 . 16 . 1]</w:t>
      </w:r>
    </w:p>
    <w:p>
      <w:r>
        <w:rPr>
          <w:rFonts w:ascii="Gentium Plus" w:hAnsi="Gentium Plus"/>
          <w:sz w:val="24"/>
        </w:rPr>
        <w:t>Ὅτι Μασανάσσης ὁ Λιβύων βεβασιλευκὼς καὶ τὴν πρὸς Ῥωμαίους φιλίαν τετηρηκὼς ἐνενή‐ κοντα μὲν ἐβίω ἔτη ἐν δυνάμει, παῖδας δέκα ἐν τῷ ἀπαλλάττεσθαι καταλιπών, οὓς καὶ Ῥωμαίοις ἐπι‐</w:t>
      </w:r>
    </w:p>
    <w:p>
      <w:r>
        <w:rPr>
          <w:rFonts w:ascii="Courier New" w:hAnsi="Courier New"/>
          <w:color w:val="555555"/>
          <w:sz w:val="20"/>
        </w:rPr>
        <w:t>[5]</w:t>
      </w:r>
    </w:p>
    <w:p>
      <w:r>
        <w:rPr>
          <w:rFonts w:ascii="Gentium Plus" w:hAnsi="Gentium Plus"/>
          <w:sz w:val="24"/>
        </w:rPr>
        <w:t>τροπεύεσθαι παρεκατέθετο. ἦν δὲ καὶ κατὰ τὴν τοῦ σώματος εὐτονίαν διαφέρων καὶ καρτερίᾳ καὶ πόνοις συνήθης ἐκ παιδός· ὅς γε στὰς ἐν τοῖς ἴχνεσιν</w:t>
      </w:r>
    </w:p>
    <w:p>
      <w:r>
        <w:rPr>
          <w:rFonts w:ascii="Courier New" w:hAnsi="Courier New"/>
          <w:color w:val="555555"/>
          <w:sz w:val="20"/>
        </w:rPr>
        <w:t>[10]</w:t>
      </w:r>
    </w:p>
    <w:p>
      <w:r>
        <w:rPr>
          <w:rFonts w:ascii="Gentium Plus" w:hAnsi="Gentium Plus"/>
          <w:sz w:val="24"/>
        </w:rPr>
        <w:t>πόνων μελέταις, ἐπὶ δὲ τὸν ἵππον ἐπιβαίνων συνεχῶς ἡμέραν καὶ νύκτα καὶ ταῖς ἱππασίαις χρώμενος οὐκ ἐξελύετο. σημεῖον δὲ τῆς περὶ αὐτὸν εὐεξίας τε καὶ δυνάμεως μέγιστον· ἐνενήκοντα γὰρ σχεδὸν ἔχων ἔτη υἱὸν εἶχε τετραετῆ διαφέροντα τῇ</w:t>
      </w:r>
    </w:p>
    <w:p>
      <w:r>
        <w:rPr>
          <w:rFonts w:ascii="Courier New" w:hAnsi="Courier New"/>
          <w:color w:val="555555"/>
          <w:sz w:val="20"/>
        </w:rPr>
        <w:t>[15]</w:t>
      </w:r>
    </w:p>
    <w:p>
      <w:r>
        <w:rPr>
          <w:rFonts w:ascii="Gentium Plus" w:hAnsi="Gentium Plus"/>
          <w:sz w:val="24"/>
        </w:rPr>
        <w:t>τοῦ σώματος ῥώμῃ. ἐν δὲ ταῖς τῶν ἀγρῶν ἐπι‐ μελείαις τοσοῦτον διήνεγκεν ὡς ἑκάστῳ τῶν υἱῶν ἀπολιπεῖν ἀγρὸν μυριόπλεθρον, κεκοσμημένον πά‐ σαις ταῖς κατασκευαῖς. ἐβασίλευσε δ’ ἐπιφανῶς ἔτη ἑξήκοντα. (Photius, Bibl. p. 383 B.)</w:t>
      </w:r>
    </w:p>
    <w:p>
      <w:r>
        <w:rPr>
          <w:rFonts w:ascii="Courier New" w:hAnsi="Courier New"/>
          <w:color w:val="555555"/>
          <w:sz w:val="20"/>
        </w:rPr>
        <w:t>[32 . 17 . 1]</w:t>
      </w:r>
    </w:p>
    <w:p>
      <w:r>
        <w:rPr>
          <w:rFonts w:ascii="Gentium Plus" w:hAnsi="Gentium Plus"/>
          <w:sz w:val="24"/>
        </w:rPr>
        <w:t>Ὅτι ὁ Σκιπίων εἰς λόγους συνελθὼν τῷ Φαμέᾳ καὶ μεγάλας αὐτῷ προτείνων ἐλπίδας ἔπεισεν ἀποστῆναι τῶν Καρχηδονίων μεθ’ ἱππέων χιλίων καὶ διακοσίων. (Const. Exc. 3, p. 203.)</w:t>
      </w:r>
    </w:p>
    <w:p>
      <w:r>
        <w:rPr>
          <w:rFonts w:ascii="Courier New" w:hAnsi="Courier New"/>
          <w:color w:val="555555"/>
          <w:sz w:val="20"/>
        </w:rPr>
        <w:t>[32 9a 1]</w:t>
      </w:r>
    </w:p>
    <w:p>
      <w:r>
        <w:rPr>
          <w:rFonts w:ascii="Gentium Plus" w:hAnsi="Gentium Plus"/>
          <w:sz w:val="24"/>
        </w:rPr>
        <w:t>Ὅτι ὁ Ψευδοφίλιππος περιβοήτῳ μάχῃ νικήσας Ῥωμαίους ἐξετράπη πρὸς ὠμότητα καὶ παρανομίαν τυραννικήν. πολλοὺς μὲν γὰρ τῶν εὐπόρων ἀνεῖλεν, ἐπιρρίψας αἰτίας διαβολῆς ψευ‐</w:t>
      </w:r>
    </w:p>
    <w:p>
      <w:r>
        <w:rPr>
          <w:rFonts w:ascii="Courier New" w:hAnsi="Courier New"/>
          <w:color w:val="555555"/>
          <w:sz w:val="20"/>
        </w:rPr>
        <w:t>[5]</w:t>
      </w:r>
    </w:p>
    <w:p>
      <w:r>
        <w:rPr>
          <w:rFonts w:ascii="Gentium Plus" w:hAnsi="Gentium Plus"/>
          <w:sz w:val="24"/>
        </w:rPr>
        <w:t>δοῦς, οὐκ ὀλίγους δὲ τῶν φίλων ἐμιαιφόνησεν. ἦν γὰρ φύσει θηριώδης καὶ φονικὸς καὶ κατὰ τὰς ἐντεύξεις ὑπερήφανος, ἔτι δὲ πλεονεξίας καὶ πάσης κακίας ἀνάπλεως. (Const. Exc. 2(1), p. 293.)</w:t>
      </w:r>
    </w:p>
    <w:p>
      <w:r>
        <w:rPr>
          <w:rFonts w:ascii="Courier New" w:hAnsi="Courier New"/>
          <w:color w:val="555555"/>
          <w:sz w:val="20"/>
        </w:rPr>
        <w:t>[32 9a 2]</w:t>
      </w:r>
    </w:p>
    <w:p>
      <w:r>
        <w:rPr>
          <w:rFonts w:ascii="Gentium Plus" w:hAnsi="Gentium Plus"/>
          <w:sz w:val="24"/>
        </w:rPr>
        <w:t>Ὅτι Κάτων Μάρκος Πόρκιος, ἀποδοχῆς τυγ‐ χάνων μεγάλης ἐπὶ συνέσει, ἐρωτηθεὶς ὑπό τινος τί πράττει ὁ Σκιπίων κατὰ τὴν Λιβύην εἶπεν,</w:t>
      </w:r>
    </w:p>
    <w:p>
      <w:r>
        <w:rPr>
          <w:rFonts w:ascii="Courier New" w:hAnsi="Courier New"/>
          <w:color w:val="555555"/>
          <w:sz w:val="20"/>
        </w:rPr>
        <w:t>[5]</w:t>
      </w:r>
    </w:p>
    <w:p>
      <w:r>
        <w:rPr>
          <w:rFonts w:ascii="Gentium Plus" w:hAnsi="Gentium Plus"/>
          <w:sz w:val="24"/>
        </w:rPr>
        <w:t>ὁ δὲ δῆμος τηλικαύτην εὔνοιαν ἔσχε πρὸς τὸν ἄνδρα τοῦτον ὥστε ὕπατον αὐτὸν γενέσθαι. (Const. Exc. 4, p. 378.)</w:t>
      </w:r>
    </w:p>
    <w:p>
      <w:r>
        <w:rPr>
          <w:rFonts w:ascii="Courier New" w:hAnsi="Courier New"/>
          <w:color w:val="555555"/>
          <w:sz w:val="20"/>
        </w:rPr>
        <w:t>[32 9a 3]</w:t>
      </w:r>
    </w:p>
    <w:p>
      <w:r>
        <w:rPr>
          <w:rFonts w:ascii="Gentium Plus" w:hAnsi="Gentium Plus"/>
          <w:sz w:val="24"/>
        </w:rPr>
        <w:t>Ὅτι ὁ δῆμος τηλικαύτην εὔνοιαν ἔσχε πρὸς τὸν Σκιπίωνα ὥστε μήτε τῆς ἡλικίας συγχωρούσης μήτε τῶν νόμων ἐπιτρεπόντων μεγάλην εἰσφέρεσθαι σπουδὴν εἰς τὸ τὴν ὕπατον ἀρχὴν αὐτῷ περιθεῖναι.</w:t>
      </w:r>
    </w:p>
    <w:p>
      <w:r>
        <w:rPr>
          <w:rFonts w:ascii="Courier New" w:hAnsi="Courier New"/>
          <w:color w:val="555555"/>
          <w:sz w:val="20"/>
        </w:rPr>
        <w:t>[5]</w:t>
      </w:r>
    </w:p>
    <w:p>
      <w:r>
        <w:rPr>
          <w:rFonts w:ascii="Gentium Plus" w:hAnsi="Gentium Plus"/>
          <w:sz w:val="24"/>
        </w:rPr>
        <w:t>(Const. Exc. 2(1), p. 293.)</w:t>
      </w:r>
    </w:p>
    <w:p>
      <w:r>
        <w:rPr>
          <w:rFonts w:ascii="Courier New" w:hAnsi="Courier New"/>
          <w:color w:val="555555"/>
          <w:sz w:val="20"/>
        </w:rPr>
        <w:t>[32 9b 1]</w:t>
      </w:r>
    </w:p>
    <w:p>
      <w:r>
        <w:rPr>
          <w:rFonts w:ascii="Gentium Plus" w:hAnsi="Gentium Plus"/>
          <w:sz w:val="24"/>
        </w:rPr>
        <w:t>Ὅτι ὁ Ψευδοφίλιππος Τελεστὴν προεχειρί‐ σατο στρατηγόν. ὁ δὲ ταῖς ἀπὸ τῶν Ῥωμαίων ἐλπίσι ψυχαγωγούμενος ἀπέστη μετὰ τῶν ἱππέων καὶ πρὸς Καικίλιον ἀπεχώρησεν. ὁ δὲ Ψευδο‐</w:t>
      </w:r>
    </w:p>
    <w:p>
      <w:r>
        <w:rPr>
          <w:rFonts w:ascii="Courier New" w:hAnsi="Courier New"/>
          <w:color w:val="555555"/>
          <w:sz w:val="20"/>
        </w:rPr>
        <w:t>[5]</w:t>
      </w:r>
    </w:p>
    <w:p>
      <w:r>
        <w:rPr>
          <w:rFonts w:ascii="Gentium Plus" w:hAnsi="Gentium Plus"/>
          <w:sz w:val="24"/>
        </w:rPr>
        <w:t>φίλιππος ἐπὶ τοῖς πραχθεῖσιν ἀγανακτήσας τήν τε γυναῖκα καὶ τὰ τέκνα τοῦ Τελεστοῦ συλλαβὼν ἐτιμωρήσατο. (Const. Exc. 3, p. 203.)</w:t>
      </w:r>
    </w:p>
    <w:p>
      <w:r>
        <w:rPr>
          <w:rFonts w:ascii="Courier New" w:hAnsi="Courier New"/>
          <w:color w:val="555555"/>
          <w:sz w:val="20"/>
        </w:rPr>
        <w:t>[32 . 17 . 2]</w:t>
      </w:r>
    </w:p>
    <w:p>
      <w:r>
        <w:rPr>
          <w:rFonts w:ascii="Gentium Plus" w:hAnsi="Gentium Plus"/>
          <w:sz w:val="24"/>
        </w:rPr>
        <w:t>Ὅτι ἡ τύχη πᾶν καθάπερ ἐπίτηδες ἀγωνο‐ θετοῦσα τὰς συμμαχίας ἐναλλὰξ τοῖς διαπολεμοῦσι παρείχετο. (Const. Exc. 4, p. 378.)</w:t>
      </w:r>
    </w:p>
    <w:p>
      <w:r>
        <w:rPr>
          <w:rFonts w:ascii="Courier New" w:hAnsi="Courier New"/>
          <w:color w:val="555555"/>
          <w:sz w:val="20"/>
        </w:rPr>
        <w:t>[32 . 18 . 1]</w:t>
      </w:r>
    </w:p>
    <w:p>
      <w:r>
        <w:rPr>
          <w:rFonts w:ascii="Gentium Plus" w:hAnsi="Gentium Plus"/>
          <w:sz w:val="24"/>
        </w:rPr>
        <w:t>Ὅτι ὁ τῶν Ῥωμαίων ὕπατος Καλπούρνιος δι’ ὁμολογίας τινὰς τῶν πόλεων εἰληφὼς κατέ‐ σκαψεν, οὐδὲν τῆς πίστεως φροντίσας. διόπερ ἐν ταῖς ἐπιβολαῖς ἀπιστούμενος ἀπετύγχανεν, ὥσπερ</w:t>
      </w:r>
    </w:p>
    <w:p>
      <w:r>
        <w:rPr>
          <w:rFonts w:ascii="Courier New" w:hAnsi="Courier New"/>
          <w:color w:val="555555"/>
          <w:sz w:val="20"/>
        </w:rPr>
        <w:t>[5]</w:t>
      </w:r>
    </w:p>
    <w:p>
      <w:r>
        <w:rPr>
          <w:rFonts w:ascii="Gentium Plus" w:hAnsi="Gentium Plus"/>
          <w:sz w:val="24"/>
        </w:rPr>
        <w:t>δαιμονίου τινὸς ἀντιπράττοντος. εἰς πολλὰς γὰρ ἐπιβολὰς ... δυσεπιτεύκτους ἔσχε τὰς πράξεις.</w:t>
      </w:r>
    </w:p>
    <w:p>
      <w:r>
        <w:rPr>
          <w:rFonts w:ascii="Courier New" w:hAnsi="Courier New"/>
          <w:color w:val="555555"/>
          <w:sz w:val="20"/>
        </w:rPr>
        <w:t>[32 . 19 . 1]</w:t>
      </w:r>
    </w:p>
    <w:p>
      <w:r>
        <w:rPr>
          <w:rFonts w:ascii="Gentium Plus" w:hAnsi="Gentium Plus"/>
          <w:sz w:val="24"/>
        </w:rPr>
        <w:t>Ὅτι ὁ Προυσίας ὁ βασιλεὺς τήν τε ὄψιν ὢν εἰδεχθὴς καὶ τὸ σῶμα διὰ τὴν τρυφὴν ἔχων γυναι‐ κεῖον ὑπὸ τῶν Βιθυνῶν ἐμισεῖτο. (Const. Exc. 2(1), p. 293.)</w:t>
      </w:r>
    </w:p>
    <w:p>
      <w:r>
        <w:rPr>
          <w:rFonts w:ascii="Courier New" w:hAnsi="Courier New"/>
          <w:color w:val="555555"/>
          <w:sz w:val="20"/>
        </w:rPr>
        <w:t>[32 . 20 . 1]</w:t>
      </w:r>
    </w:p>
    <w:p>
      <w:r>
        <w:rPr>
          <w:rFonts w:ascii="Gentium Plus" w:hAnsi="Gentium Plus"/>
          <w:sz w:val="24"/>
        </w:rPr>
        <w:t>Ὅτι ἡ σύγκλητος πρεσβευτὰς ἐξαπέστειλεν εἰς τὴν Ἀσίαν τοὺς καταλύσοντας τὸν πόλεμον Νικομήδους καὶ Προυσίου τοῦ ἰδίου πατρός, καὶ εἵλετο ἄνδρας εἰς τὴν πρεσβείαν Λικίννιον ποδα‐</w:t>
      </w:r>
    </w:p>
    <w:p>
      <w:r>
        <w:rPr>
          <w:rFonts w:ascii="Courier New" w:hAnsi="Courier New"/>
          <w:color w:val="555555"/>
          <w:sz w:val="20"/>
        </w:rPr>
        <w:t>[5]</w:t>
      </w:r>
    </w:p>
    <w:p>
      <w:r>
        <w:rPr>
          <w:rFonts w:ascii="Gentium Plus" w:hAnsi="Gentium Plus"/>
          <w:sz w:val="24"/>
        </w:rPr>
        <w:t>γρικὸν καὶ Μαγκῖνον, ὃς κατατετρημένος ἦν τὴν κεφαλὴν κεραμῖδος ἐπιπεσούσης καὶ τὸ πλεῖον μέρος τῶν ὀστῶν ἐξῃρημένος, καὶ Λεύκιον παντε‐ λῶς ἀναίσθητον. ὁ δὲ Κάτων ἀφηγούμενος τοῦ συνεδρίου καὶ συνέσει διαφέρων εἶπεν ἐν τῇ συγ‐</w:t>
      </w:r>
    </w:p>
    <w:p>
      <w:r>
        <w:rPr>
          <w:rFonts w:ascii="Courier New" w:hAnsi="Courier New"/>
          <w:color w:val="555555"/>
          <w:sz w:val="20"/>
        </w:rPr>
        <w:t>[10]</w:t>
      </w:r>
    </w:p>
    <w:p>
      <w:r>
        <w:rPr>
          <w:rFonts w:ascii="Gentium Plus" w:hAnsi="Gentium Plus"/>
          <w:sz w:val="24"/>
        </w:rPr>
        <w:t>κλήτῳ διότι πρεσβείαν ἀποστέλλομεν οὔτε πόδας οὔτε κεφαλὴν οὔτε καρδίαν ἔχουσαν. οὗτος μὲν οὖν τὴν εὐστοχίαν περιβόητον ἔσχε κατὰ τὴν πόλιν. (Const. Exc. 4, p. 379.)</w:t>
      </w:r>
    </w:p>
    <w:p>
      <w:r>
        <w:rPr>
          <w:rFonts w:ascii="Courier New" w:hAnsi="Courier New"/>
          <w:color w:val="555555"/>
          <w:sz w:val="20"/>
        </w:rPr>
        <w:t>[32 . 21 . 1]</w:t>
      </w:r>
    </w:p>
    <w:p>
      <w:r>
        <w:rPr>
          <w:rFonts w:ascii="Gentium Plus" w:hAnsi="Gentium Plus"/>
          <w:sz w:val="24"/>
        </w:rPr>
        <w:t>Ὅτι Νικομήδης Προυσίαν τὸν ἑαυτοῦ πατέρα καταπολεμήσας, καὶ καταφυγόντα εἰς τὸ τοῦ Διὸς ἱερὸν ἀνελών, παρέλαβε τὴν βασιλείαν τῆς Βιθυνίας, ἀσεβεστάτῳ φόνῳ κτησάμενος τὴν ἀρχήν.</w:t>
      </w:r>
    </w:p>
    <w:p>
      <w:r>
        <w:rPr>
          <w:rFonts w:ascii="Courier New" w:hAnsi="Courier New"/>
          <w:color w:val="555555"/>
          <w:sz w:val="20"/>
        </w:rPr>
        <w:t>[5]</w:t>
      </w:r>
    </w:p>
    <w:p>
      <w:r>
        <w:rPr>
          <w:rFonts w:ascii="Gentium Plus" w:hAnsi="Gentium Plus"/>
          <w:sz w:val="24"/>
        </w:rPr>
        <w:t>(Photius, Bibl. p. 383 B.)</w:t>
      </w:r>
    </w:p>
    <w:p>
      <w:r>
        <w:rPr>
          <w:rFonts w:ascii="Courier New" w:hAnsi="Courier New"/>
          <w:color w:val="555555"/>
          <w:sz w:val="20"/>
        </w:rPr>
        <w:t>[32 . 22 . 1]</w:t>
      </w:r>
    </w:p>
    <w:p>
      <w:r>
        <w:rPr>
          <w:rFonts w:ascii="Gentium Plus" w:hAnsi="Gentium Plus"/>
          <w:sz w:val="24"/>
        </w:rPr>
        <w:t>Ὅτι κατὰ τὴν πολιορκίαν Καρχηδονίων Ἀσδρούβας διαπρεσβευσάμενος πρὸς Γολόσσην προεκαλεῖτο ἐλθεῖν εἰς σύλλογον, καὶ κατὰ τὰς ἐντολὰς τοῦ στρατηγοῦ προέτεινε τῷ Ἀσδρούβᾳ</w:t>
      </w:r>
    </w:p>
    <w:p>
      <w:r>
        <w:rPr>
          <w:rFonts w:ascii="Courier New" w:hAnsi="Courier New"/>
          <w:color w:val="555555"/>
          <w:sz w:val="20"/>
        </w:rPr>
        <w:t>[5]</w:t>
      </w:r>
    </w:p>
    <w:p>
      <w:r>
        <w:rPr>
          <w:rFonts w:ascii="Gentium Plus" w:hAnsi="Gentium Plus"/>
          <w:sz w:val="24"/>
        </w:rPr>
        <w:t>αὐτῷ τε καὶ δέκα οἰκίαις αἷς ἂν βούληται ἀσφά‐ λειαν καὶ δωρεὰν ταλάντων δέκα καὶ δοῦλα σώματα ἑκατόν. ὁ δὲ Ἀσδρούβας ἀπεκρίθη μηδέποτε</w:t>
      </w:r>
    </w:p>
    <w:p>
      <w:r>
        <w:rPr>
          <w:rFonts w:ascii="Courier New" w:hAnsi="Courier New"/>
          <w:color w:val="555555"/>
          <w:sz w:val="20"/>
        </w:rPr>
        <w:t>[10]</w:t>
      </w:r>
    </w:p>
    <w:p>
      <w:r>
        <w:rPr>
          <w:rFonts w:ascii="Gentium Plus" w:hAnsi="Gentium Plus"/>
          <w:sz w:val="24"/>
        </w:rPr>
        <w:t>σύνετο, διὰ δὲ τῶν ἔργων ἐφωράθη διαδιδράσκων, ὅς γε καὶ τῆς πατρίδος οὔσης ἐν ἀπεγνωσμέναις ἐλπίσιν ἐτρύφα, πότους ἀκαίρους συνάγων καὶ πολυτελῆ δεῖπνα ποιῶν καὶ δευτέρας τραπέζας ὑπερηφάνως παρατιθέμενος. καὶ οἱ μὲν πολῖται</w:t>
      </w:r>
    </w:p>
    <w:p>
      <w:r>
        <w:rPr>
          <w:rFonts w:ascii="Courier New" w:hAnsi="Courier New"/>
          <w:color w:val="555555"/>
          <w:sz w:val="20"/>
        </w:rPr>
        <w:t>[15]</w:t>
      </w:r>
    </w:p>
    <w:p>
      <w:r>
        <w:rPr>
          <w:rFonts w:ascii="Gentium Plus" w:hAnsi="Gentium Plus"/>
          <w:sz w:val="24"/>
        </w:rPr>
        <w:t>λιμῷ ἀπέθνησκον, ὁ δὲ πρὸς τοῖς ἄλλοις κακοῖς ἐφόρει πορφύραν καὶ πολυτελῆ χλανίδα, καθάπερ ἐκβακχεύων τοῖς τῆς πατρίδος ἀκληρήμασιν.</w:t>
      </w:r>
    </w:p>
    <w:p>
      <w:r>
        <w:rPr>
          <w:rFonts w:ascii="Courier New" w:hAnsi="Courier New"/>
          <w:color w:val="555555"/>
          <w:sz w:val="20"/>
        </w:rPr>
        <w:t>[32 . 23 . 1]</w:t>
      </w:r>
    </w:p>
    <w:p>
      <w:r>
        <w:rPr>
          <w:rFonts w:ascii="Gentium Plus" w:hAnsi="Gentium Plus"/>
          <w:sz w:val="24"/>
        </w:rPr>
        <w:t>Ὅτι κατὰ τὴν ἅλωσιν τῆς Καρχηδόνος ὁ στρατηγὸς τῆς μεγαλοψυχίας ἢ μᾶλλον μεγαλαυ‐ χίας ἐπιλαθόμενος καὶ τοὺς αὐτομόλους καταλιπὼν ἧκε πρὸς Σκιπίωνα μεθ’ ἱκετηρίας. προσπεσὼν δὲ</w:t>
      </w:r>
    </w:p>
    <w:p>
      <w:r>
        <w:rPr>
          <w:rFonts w:ascii="Courier New" w:hAnsi="Courier New"/>
          <w:color w:val="555555"/>
          <w:sz w:val="20"/>
        </w:rPr>
        <w:t>[5]</w:t>
      </w:r>
    </w:p>
    <w:p>
      <w:r>
        <w:rPr>
          <w:rFonts w:ascii="Gentium Plus" w:hAnsi="Gentium Plus"/>
          <w:sz w:val="24"/>
        </w:rPr>
        <w:t>τοῖς γόνασι μετὰ δακρύων πᾶσαν δεητικὴν φωνὴν προέμενος εἰς συμπάθειαν ἤγαγε τὸν Σκιπίωνα. ὁ δὲ παρακαλέσας αὐτὸν θαρρεῖν καὶ πρὸς τοὺς συν‐ εδρεύοντας φίλους εἰπών, Οὗτός ἐστιν ὁ πρότερον μὴ βουλόμενος ἐπὶ πολλοῖς φιλανθρώποις σωθῆναι·</w:t>
      </w:r>
    </w:p>
    <w:p>
      <w:r>
        <w:rPr>
          <w:rFonts w:ascii="Courier New" w:hAnsi="Courier New"/>
          <w:color w:val="555555"/>
          <w:sz w:val="20"/>
        </w:rPr>
        <w:t>[10]</w:t>
      </w:r>
    </w:p>
    <w:p>
      <w:r>
        <w:rPr>
          <w:rFonts w:ascii="Gentium Plus" w:hAnsi="Gentium Plus"/>
          <w:sz w:val="24"/>
        </w:rPr>
        <w:t>τοιαύτην μεταβολὴν ἡ τύχη καὶ δύναμιν ἔχει, πᾶσαν ἀνθρωπίνην ὑπεροχὴν ἀνελπίστως σφάλλουσα.</w:t>
      </w:r>
    </w:p>
    <w:p>
      <w:r>
        <w:rPr>
          <w:rFonts w:ascii="Courier New" w:hAnsi="Courier New"/>
          <w:color w:val="555555"/>
          <w:sz w:val="20"/>
        </w:rPr>
        <w:t>[32 . 24 . 1]</w:t>
      </w:r>
    </w:p>
    <w:p>
      <w:r>
        <w:rPr>
          <w:rFonts w:ascii="Gentium Plus" w:hAnsi="Gentium Plus"/>
          <w:sz w:val="24"/>
        </w:rPr>
        <w:t>Ὅτι τῆς Καρχηδόνος ἐμπρησθείσης καὶ τῆς φλογὸς ἅπασαν τὴν πόλιν καταπληκτικῶς λυμαι‐ νομένης, ὁ Σκιπίων ἀπροσποιήτως ἐδάκρυεν. ἐρω‐ τηθεὶς δὲ ὑπὸ τοῦ Πολυβίου τοῦ ἐπιστάτου τίνος</w:t>
      </w:r>
    </w:p>
    <w:p>
      <w:r>
        <w:rPr>
          <w:rFonts w:ascii="Courier New" w:hAnsi="Courier New"/>
          <w:color w:val="555555"/>
          <w:sz w:val="20"/>
        </w:rPr>
        <w:t>[5]</w:t>
      </w:r>
    </w:p>
    <w:p>
      <w:r>
        <w:rPr>
          <w:rFonts w:ascii="Gentium Plus" w:hAnsi="Gentium Plus"/>
          <w:sz w:val="24"/>
        </w:rPr>
        <w:t>ἕνεκα τοῦτο πάσχει εἶπε, Διότι τῆς κατὰ τὴν τύχην</w:t>
      </w:r>
    </w:p>
    <w:p>
      <w:r>
        <w:rPr>
          <w:rFonts w:ascii="Courier New" w:hAnsi="Courier New"/>
          <w:color w:val="555555"/>
          <w:sz w:val="20"/>
        </w:rPr>
        <w:t>[10]</w:t>
      </w:r>
    </w:p>
    <w:p>
      <w:r>
        <w:rPr>
          <w:rFonts w:ascii="Gentium Plus" w:hAnsi="Gentium Plus"/>
          <w:sz w:val="24"/>
        </w:rPr>
        <w:t>ἔσσεται ἦμαρ ὅταν ποτ’ ὀλώλῃ Ἴλιος ἱρὴ καὶ Πρίαμος καὶ λαός. (Const. Exc. 4, pp. 379—380.)</w:t>
      </w:r>
    </w:p>
    <w:p>
      <w:r>
        <w:rPr>
          <w:rFonts w:ascii="Courier New" w:hAnsi="Courier New"/>
          <w:color w:val="555555"/>
          <w:sz w:val="20"/>
        </w:rPr>
        <w:t>[32 . 25 . 1]</w:t>
      </w:r>
    </w:p>
    <w:p>
      <w:r>
        <w:rPr>
          <w:rFonts w:ascii="Gentium Plus" w:hAnsi="Gentium Plus"/>
          <w:sz w:val="24"/>
        </w:rPr>
        <w:t>Ὅτι ὁ Σκιπίων μετὰ τὴν ἅλωσιν Καρχηδόνος τοῖς ἀπὸ τῆς Σικελίας κατηντηκόσι πρεσβευταῖς ἐπιδείξας ἅπαντα τὰ λάφυρα προσέταξεν ἑκάστους τὰ ἐκ τῶν ἰδίων πατρίδων εἰς Καρχηδόνα πάλαι</w:t>
      </w:r>
    </w:p>
    <w:p>
      <w:r>
        <w:rPr>
          <w:rFonts w:ascii="Courier New" w:hAnsi="Courier New"/>
          <w:color w:val="555555"/>
          <w:sz w:val="20"/>
        </w:rPr>
        <w:t>[5]</w:t>
      </w:r>
    </w:p>
    <w:p>
      <w:r>
        <w:rPr>
          <w:rFonts w:ascii="Gentium Plus" w:hAnsi="Gentium Plus"/>
          <w:sz w:val="24"/>
        </w:rPr>
        <w:t>ποτὲ μετενηνεγμένα ἐπιλεγομένους ἀποκομίζειν εἰς Σικελίαν. καὶ πολλαὶ μὲν εὑρέθησαν ἐπισήμων ἀνδρῶν γραφαί, πολλοὶ δὲ ἀνδριάντες ἐπιφανεῖς ταῖς κατασκευαῖς, οὐκ ὀλίγα δὲ ἀναθήματα δια‐ πρεπῆ θεῶν ἀργυρᾶ τε καὶ χρυσᾶ. ἐν δὲ τούτοις</w:t>
      </w:r>
    </w:p>
    <w:p>
      <w:r>
        <w:rPr>
          <w:rFonts w:ascii="Courier New" w:hAnsi="Courier New"/>
          <w:color w:val="555555"/>
          <w:sz w:val="20"/>
        </w:rPr>
        <w:t>[10]</w:t>
      </w:r>
    </w:p>
    <w:p>
      <w:r>
        <w:rPr>
          <w:rFonts w:ascii="Gentium Plus" w:hAnsi="Gentium Plus"/>
          <w:sz w:val="24"/>
        </w:rPr>
        <w:t>ὑπῆρχε καὶ ὁ περιβόητος ταῦρος ἐξ Ἀκράγαντος, ὃν κατασκευάσας Περίλαος Φαλάριδι τῷ τυράννῳ, καὶ πρῶτος τὴν ἀπόδειξιν τῆς ἰδίας τέχνης ἐν τῇ καθ’ αὑτὸν τιμωρίᾳ δικαίως ὑπομείνας, ἀνῃρέθη. (Const. Exc. 2(1), p. 293.)</w:t>
      </w:r>
    </w:p>
    <w:p>
      <w:r>
        <w:rPr>
          <w:rFonts w:ascii="Courier New" w:hAnsi="Courier New"/>
          <w:color w:val="555555"/>
          <w:sz w:val="20"/>
        </w:rPr>
        <w:t>[32 . 26 . 1]</w:t>
      </w:r>
    </w:p>
    <w:p>
      <w:r>
        <w:rPr>
          <w:rFonts w:ascii="Gentium Plus" w:hAnsi="Gentium Plus"/>
          <w:sz w:val="24"/>
        </w:rPr>
        <w:t>Ὅτι οὐδέποτε συμφοραὶ τηλικαῦται τὴν Ἑλλάδα κατέσχον ἀφ’ ὅτου μνήμης ἱστορικῆς αἱ πράξεις τετεύχασι. διὰ γὰρ τὴν ὑπερβολὴν τῶν ἀκληρημάτων οὔτε γράφων τις οὔτ’ ἀναγινώσκων</w:t>
      </w:r>
    </w:p>
    <w:p>
      <w:r>
        <w:rPr>
          <w:rFonts w:ascii="Courier New" w:hAnsi="Courier New"/>
          <w:color w:val="555555"/>
          <w:sz w:val="20"/>
        </w:rPr>
        <w:t>[5]</w:t>
      </w:r>
    </w:p>
    <w:p>
      <w:r>
        <w:rPr>
          <w:rFonts w:ascii="Gentium Plus" w:hAnsi="Gentium Plus"/>
          <w:sz w:val="24"/>
        </w:rPr>
        <w:t>ἄδακρυς ἂν γένοιτο. ἐγὼ δὲ οὐκ ἀγνοῶ μὲν ὅτι πρόσαντές ἐστιν μεμνῆσθαι τῶν Ἑλληνικῶν ἀτυ‐ χημάτων καὶ τοῖς ἐπιγινομένοις διὰ τῆς γραφῆς παραδιδόναι τὰ πραχθέντα πρὸς αἰώνιον μνήμην·</w:t>
      </w:r>
    </w:p>
    <w:p>
      <w:r>
        <w:rPr>
          <w:rFonts w:ascii="Courier New" w:hAnsi="Courier New"/>
          <w:color w:val="555555"/>
          <w:sz w:val="20"/>
        </w:rPr>
        <w:t>[10]</w:t>
      </w:r>
    </w:p>
    <w:p>
      <w:r>
        <w:rPr>
          <w:rFonts w:ascii="Gentium Plus" w:hAnsi="Gentium Plus"/>
          <w:sz w:val="24"/>
        </w:rPr>
        <w:t>ἁμαρτανομένων συμβαλλόμενον τοῖς ἀνθρώποις τὰ διὰ τῆς τῶν ἀποτελεσμάτων πείρας νουθετήματα. ὥστ’ οὐ χρὴ τοῖς ἱστοροῦσι τὰς μέμψεις ἀναφέρειν, ἀλλὰ μᾶλλον τοῖς κεχειρικόσι τὰς πράξεις ἀφρόνως· οὐ γὰρ δι’ ἀνανδρίαν στρατιωτικὴν ἀλλὰ δι’ ἀ‐</w:t>
      </w:r>
    </w:p>
    <w:p>
      <w:r>
        <w:rPr>
          <w:rFonts w:ascii="Courier New" w:hAnsi="Courier New"/>
          <w:color w:val="555555"/>
          <w:sz w:val="20"/>
        </w:rPr>
        <w:t>[15]</w:t>
      </w:r>
    </w:p>
    <w:p>
      <w:r>
        <w:rPr>
          <w:rFonts w:ascii="Gentium Plus" w:hAnsi="Gentium Plus"/>
          <w:sz w:val="24"/>
        </w:rPr>
        <w:t>πειρίαν στρατηγῶν τὸ ἔθνος τῶν Ἀχαιῶν περι‐</w:t>
      </w:r>
    </w:p>
    <w:p>
      <w:r>
        <w:rPr>
          <w:rFonts w:ascii="Courier New" w:hAnsi="Courier New"/>
          <w:color w:val="555555"/>
          <w:sz w:val="20"/>
        </w:rPr>
        <w:t>[32 . 26 . 2]</w:t>
      </w:r>
    </w:p>
    <w:p>
      <w:r>
        <w:rPr>
          <w:rFonts w:ascii="Gentium Plus" w:hAnsi="Gentium Plus"/>
          <w:sz w:val="24"/>
        </w:rPr>
        <w:t>έπεσε τοῖς ἀκληρήμασι. περὶ γὰρ τοὺς αὐτοὺς καιροὺς δεινοῦ πάθους περὶ τοὺς Καρχηδονίους τελεσθέντος οὐχ ἧττον ἀτύχημα, μεῖζον δέ, εἰ χρὴ τἀληθὲς εἰπεῖν, ἀκλήρημα συνέβαινε τοῖς Ἕλλησιν.</w:t>
      </w:r>
    </w:p>
    <w:p>
      <w:r>
        <w:rPr>
          <w:rFonts w:ascii="Courier New" w:hAnsi="Courier New"/>
          <w:color w:val="555555"/>
          <w:sz w:val="20"/>
        </w:rPr>
        <w:t>[5]</w:t>
      </w:r>
    </w:p>
    <w:p>
      <w:r>
        <w:rPr>
          <w:rFonts w:ascii="Gentium Plus" w:hAnsi="Gentium Plus"/>
          <w:sz w:val="24"/>
        </w:rPr>
        <w:t>ἐκεῖνοι μὲν γὰρ ὁλοσχερῶς ἀφανισθέντες καὶ τὴν ἐπὶ τοῖς ἀκληρήμασι λύπην συναπέβαλον, οἱ δὲ ἐν ὀφθαλμοῖς ἰδόντες συγγενῶν καὶ φίλων σφαγὰς καὶ πελεκισμοὺς καὶ πατρίδων ἁλώσεις καὶ ἁρπαγὰς καὶ πανδήμους μεθ’ ὕβρεως ἀνδραποδισμοὺς καὶ τὸ</w:t>
      </w:r>
    </w:p>
    <w:p>
      <w:r>
        <w:rPr>
          <w:rFonts w:ascii="Courier New" w:hAnsi="Courier New"/>
          <w:color w:val="555555"/>
          <w:sz w:val="20"/>
        </w:rPr>
        <w:t>[10]</w:t>
      </w:r>
    </w:p>
    <w:p>
      <w:r>
        <w:rPr>
          <w:rFonts w:ascii="Gentium Plus" w:hAnsi="Gentium Plus"/>
          <w:sz w:val="24"/>
        </w:rPr>
        <w:t>σύνολον τὴν ἐλευθερίαν καὶ τὴν παρρησίαν ἀπο‐ βαλόντες, μεγίστων ἀγαθῶν ἠλλάξαντο τὰς ἐσχάτας συμφοράς. ἀφρονέστατα γὰρ εἰς τὸν πρὸς Ῥω‐ μαίους πόλεμον ἐμπεσόντες τῶν μεγίστων ἀκληρη‐ μάτων ἐπειράθησαν.</w:t>
      </w:r>
    </w:p>
    <w:p>
      <w:r>
        <w:rPr>
          <w:rFonts w:ascii="Courier New" w:hAnsi="Courier New"/>
          <w:color w:val="555555"/>
          <w:sz w:val="20"/>
        </w:rPr>
        <w:t>[32 . 26 . 3]</w:t>
      </w:r>
    </w:p>
    <w:p>
      <w:r>
        <w:rPr>
          <w:rFonts w:ascii="Gentium Plus" w:hAnsi="Gentium Plus"/>
          <w:sz w:val="24"/>
        </w:rPr>
        <w:t>Ἐκ θεῶν γάρ, ὡς ἔοικε, λύσσα τις κατεῖχε τὸ ἔθνος τῶν Ἀχαιῶν καὶ παράδοξος ὁρμὴ πρὸς τὴν ἀπώλειαν. αἴτιοι δ’ ἦσαν τῶν πάντων κακῶν οἱ στρατηγοί. οἱ μὲν γὰρ αὐτῶν ὄντες κατάχρεοι</w:t>
      </w:r>
    </w:p>
    <w:p>
      <w:r>
        <w:rPr>
          <w:rFonts w:ascii="Courier New" w:hAnsi="Courier New"/>
          <w:color w:val="555555"/>
          <w:sz w:val="20"/>
        </w:rPr>
        <w:t>[5]</w:t>
      </w:r>
    </w:p>
    <w:p>
      <w:r>
        <w:rPr>
          <w:rFonts w:ascii="Gentium Plus" w:hAnsi="Gentium Plus"/>
          <w:sz w:val="24"/>
        </w:rPr>
        <w:t>κινήσεως καὶ πολέμων ὑπῆρχον οἰκεῖοι καὶ χρεῶν ἀποκοπὰς εἰσηγοῦντο καὶ πολλοὺς τῶν ἀπόρων χρεωφειλετῶν ἔχοντες συνεργοὺς ἀνέσειον τὰ πλή‐</w:t>
      </w:r>
    </w:p>
    <w:p>
      <w:r>
        <w:rPr>
          <w:rFonts w:ascii="Courier New" w:hAnsi="Courier New"/>
          <w:color w:val="555555"/>
          <w:sz w:val="20"/>
        </w:rPr>
        <w:t>[32 . 26 . 4]</w:t>
      </w:r>
    </w:p>
    <w:p>
      <w:r>
        <w:rPr>
          <w:rFonts w:ascii="Gentium Plus" w:hAnsi="Gentium Plus"/>
          <w:sz w:val="24"/>
        </w:rPr>
        <w:t>σμένους διαλογισμούς. μάλιστα δὲ ὁ Κριτόλαος ἐξέκαυσε τὰς ὁρμὰς τοῦ πλήθους πρὸς καινοτομίαν, χρώμενος δὲ τῷ τῆς ἀρχῆς ἀξιώματι φανερῶς κατηγόρει Ῥωμαίων εἰς ὑπερηφανίαν καὶ πλεον‐</w:t>
      </w:r>
    </w:p>
    <w:p>
      <w:r>
        <w:rPr>
          <w:rFonts w:ascii="Courier New" w:hAnsi="Courier New"/>
          <w:color w:val="555555"/>
          <w:sz w:val="20"/>
        </w:rPr>
        <w:t>[5]</w:t>
      </w:r>
    </w:p>
    <w:p>
      <w:r>
        <w:rPr>
          <w:rFonts w:ascii="Gentium Plus" w:hAnsi="Gentium Plus"/>
          <w:sz w:val="24"/>
        </w:rPr>
        <w:t>εξίαν· ἔφη δὲ φίλος μὲν βούλεσθαι Ῥωμαίων ὑπάρχειν, δεσπότας δὲ ἑκουσίως ἀναδεικνύναι μὴ προαιρεῖσθαι. διεβεβαιοῦτο δὲ καθόλου τοῖς πλή‐ θεσιν, ὡς ἐὰν μὲν ἄνδρες ὦσιν, οὐκ ἀπορήσουσι συμμάχων, ἐὰν δὲ ἀνδράποδα, κυρίων· ἐμφάσεις τε</w:t>
      </w:r>
    </w:p>
    <w:p>
      <w:r>
        <w:rPr>
          <w:rFonts w:ascii="Courier New" w:hAnsi="Courier New"/>
          <w:color w:val="555555"/>
          <w:sz w:val="20"/>
        </w:rPr>
        <w:t>[10]</w:t>
      </w:r>
    </w:p>
    <w:p>
      <w:r>
        <w:rPr>
          <w:rFonts w:ascii="Gentium Plus" w:hAnsi="Gentium Plus"/>
          <w:sz w:val="24"/>
        </w:rPr>
        <w:t>διὰ λόγων ἀπέλειπεν ὡς ἤδη καὶ βασιλεῦσι καὶ πόλεσι διείλεκται περὶ συμμαχίας.</w:t>
      </w:r>
    </w:p>
    <w:p>
      <w:r>
        <w:rPr>
          <w:rFonts w:ascii="Courier New" w:hAnsi="Courier New"/>
          <w:color w:val="555555"/>
          <w:sz w:val="20"/>
        </w:rPr>
        <w:t>[32 . 26 . 5]</w:t>
      </w:r>
    </w:p>
    <w:p>
      <w:r>
        <w:rPr>
          <w:rFonts w:ascii="Gentium Plus" w:hAnsi="Gentium Plus"/>
          <w:sz w:val="24"/>
        </w:rPr>
        <w:t>Ὅτι διὰ τῶν λόγων ἐκκαύσας τῶν ὄχλων τὴν ὁρμὴν εἰσήνεγκε ψήφισμα πολεμεῖν τῷ μὲν λόγῳ πρὸς Λακεδαιμονίους, τῷ δὲ ἔργῳ πρὸς Ῥωμαίους. οὕτω δὲ πολλάκις ἡ κακία τῆς ἀρετῆς προτερεῖ</w:t>
      </w:r>
    </w:p>
    <w:p>
      <w:r>
        <w:rPr>
          <w:rFonts w:ascii="Courier New" w:hAnsi="Courier New"/>
          <w:color w:val="555555"/>
          <w:sz w:val="20"/>
        </w:rPr>
        <w:t>[5]</w:t>
      </w:r>
    </w:p>
    <w:p>
      <w:r>
        <w:rPr>
          <w:rFonts w:ascii="Gentium Plus" w:hAnsi="Gentium Plus"/>
          <w:sz w:val="24"/>
        </w:rPr>
        <w:t>καὶ ἡ πρὸς τὸν ὄλεθρον νεύουσα γνώμη τῆς πρὸς σωτηρίαν ἀπέχεσθαι παρακλήσεως.</w:t>
      </w:r>
    </w:p>
    <w:p>
      <w:r>
        <w:rPr>
          <w:rFonts w:ascii="Courier New" w:hAnsi="Courier New"/>
          <w:color w:val="555555"/>
          <w:sz w:val="20"/>
        </w:rPr>
        <w:t>[32 . 27 . 1]</w:t>
      </w:r>
    </w:p>
    <w:p>
      <w:r>
        <w:rPr>
          <w:rFonts w:ascii="Gentium Plus" w:hAnsi="Gentium Plus"/>
          <w:sz w:val="24"/>
        </w:rPr>
        <w:t>Ὅτι περὶ τῆς Κορίνθου καὶ οἱ ποιηταὶ προ‐ ειρηκότες ἦσαν Κόρινθος ἄστρον οὐκ ἄσημον Ἑλλάδος. αὕτη πρὸς κατάπληξιν τῶν μεταγενεστέρων ὑπὸ</w:t>
      </w:r>
    </w:p>
    <w:p>
      <w:r>
        <w:rPr>
          <w:rFonts w:ascii="Courier New" w:hAnsi="Courier New"/>
          <w:color w:val="555555"/>
          <w:sz w:val="20"/>
        </w:rPr>
        <w:t>[5]</w:t>
      </w:r>
    </w:p>
    <w:p>
      <w:r>
        <w:rPr>
          <w:rFonts w:ascii="Gentium Plus" w:hAnsi="Gentium Plus"/>
          <w:sz w:val="24"/>
        </w:rPr>
        <w:t>τῶν κρατούντων ἠφανίσθη. οὐ μόνον δὲ κατὰ τὸν τῆς καταστροφῆς καιρὸν ἡ πόλις ἔτυχε παρὰ τοῖς ὁρῶσι μεγάλης συμπαθείας, ἀλλὰ καὶ κατὰ τοὺς ὕστερον χρόνους εἰς ἔδαφος κατερριμμένη πολὺν</w:t>
      </w:r>
    </w:p>
    <w:p>
      <w:r>
        <w:rPr>
          <w:rFonts w:ascii="Courier New" w:hAnsi="Courier New"/>
          <w:color w:val="555555"/>
          <w:sz w:val="20"/>
        </w:rPr>
        <w:t>[10]</w:t>
      </w:r>
    </w:p>
    <w:p>
      <w:r>
        <w:rPr>
          <w:rFonts w:ascii="Gentium Plus" w:hAnsi="Gentium Plus"/>
          <w:sz w:val="24"/>
        </w:rPr>
        <w:t>τῶν παροδευόντων αὐτὴν παρῆλθεν ἄδακρυς, καίπερ ὁρῶν λείψανα βραχέα τῆς περὶ αὐτὴν γεγενημένης εὐδαιμονίας τε καὶ δόξης. διὸ καὶ κατὰ τοὺς τῆς παλαιᾶς ἡλικίας καιρούς, διεληλυθότων χρόνων σχεδὸν ἑκατόν, θεασάμενος αὐτὴν Γάϊος Ἰούλιος</w:t>
      </w:r>
    </w:p>
    <w:p>
      <w:r>
        <w:rPr>
          <w:rFonts w:ascii="Courier New" w:hAnsi="Courier New"/>
          <w:color w:val="555555"/>
          <w:sz w:val="20"/>
        </w:rPr>
        <w:t>[15]</w:t>
      </w:r>
    </w:p>
    <w:p>
      <w:r>
        <w:rPr>
          <w:rFonts w:ascii="Gentium Plus" w:hAnsi="Gentium Plus"/>
          <w:sz w:val="24"/>
        </w:rPr>
        <w:t>Καῖσαρ ὁ διὰ τὰς πράξεις ὀνομασθεὶς θεὸς ταύτην ἀνέστησεν.</w:t>
      </w:r>
    </w:p>
    <w:p>
      <w:r>
        <w:rPr>
          <w:rFonts w:ascii="Courier New" w:hAnsi="Courier New"/>
          <w:color w:val="555555"/>
          <w:sz w:val="20"/>
        </w:rPr>
        <w:t>[32 . 27 . 2]</w:t>
      </w:r>
    </w:p>
    <w:p>
      <w:r>
        <w:rPr>
          <w:rFonts w:ascii="Gentium Plus" w:hAnsi="Gentium Plus"/>
          <w:sz w:val="24"/>
        </w:rPr>
        <w:t>Ἐναντία γὰρ πάθη συνεῖχε τὰς ψυχὰς τῶν ἀν‐ θρώπων ἐλπίδι σωτηρίας καὶ προσδοκίαις τῆς ἀπωλείας. (Const. Exc. 4, pp. 380—381.)</w:t>
      </w:r>
    </w:p>
    <w:p>
      <w:r>
        <w:rPr>
          <w:rFonts w:ascii="Courier New" w:hAnsi="Courier New"/>
          <w:color w:val="555555"/>
          <w:sz w:val="20"/>
        </w:rPr>
        <w:t>[32 . 27 . 3]</w:t>
      </w:r>
    </w:p>
    <w:p>
      <w:r>
        <w:rPr>
          <w:rFonts w:ascii="Gentium Plus" w:hAnsi="Gentium Plus"/>
          <w:sz w:val="24"/>
        </w:rPr>
        <w:t>Ὅτι κατὰ τοὺς τῆς παλαιᾶς ἡλικίας καιρούς, διεληλυθότων σχεδὸν ἐτῶν ἑκατόν, θεασάμενος τὴν Κόρινθον Γάϊος Ἰούλιος Καῖσαρ ὁ διὰ τὰς πράξεις ὀνομασθεὶς θεὸς εἰς τοιαύτην ἦλθε συμπάθειαν καὶ</w:t>
      </w:r>
    </w:p>
    <w:p>
      <w:r>
        <w:rPr>
          <w:rFonts w:ascii="Courier New" w:hAnsi="Courier New"/>
          <w:color w:val="555555"/>
          <w:sz w:val="20"/>
        </w:rPr>
        <w:t>[5]</w:t>
      </w:r>
    </w:p>
    <w:p>
      <w:r>
        <w:rPr>
          <w:rFonts w:ascii="Gentium Plus" w:hAnsi="Gentium Plus"/>
          <w:sz w:val="24"/>
        </w:rPr>
        <w:t>φιλοδοξίαν ὥστε μετὰ πολλῆς σπουδῆς πάλιν αὐ‐ τὴν ἀναστῆσαι. διόπερ τὸν ἄνδρα τοῦτον καὶ τὴν ὑπερβολὴν τῆς περὶ αὐτὸν ἐπιεικείας δίκαιόν ἐστι μεγάλης ἀποδοχῆς ἀξιοῦσθαι καὶ διὰ τῆς ἱστορίας ἀπονέμειν αὐτῷ τὸν αἰώνιον τῆς χρηστότητος</w:t>
      </w:r>
    </w:p>
    <w:p>
      <w:r>
        <w:rPr>
          <w:rFonts w:ascii="Courier New" w:hAnsi="Courier New"/>
          <w:color w:val="555555"/>
          <w:sz w:val="20"/>
        </w:rPr>
        <w:t>[10]</w:t>
      </w:r>
    </w:p>
    <w:p>
      <w:r>
        <w:rPr>
          <w:rFonts w:ascii="Gentium Plus" w:hAnsi="Gentium Plus"/>
          <w:sz w:val="24"/>
        </w:rPr>
        <w:t>ἔπαινον. τῶν γὰρ προγόνων αὐτοῦ σκληρότερον κεχρημένων τῇ πόλει, οὗτος διὰ τῆς ἰδίας ἡμερότη‐ τος διωρθώσατο τὰς ἐκείνων ἀποτομίας, προκρίνας τῆς τιμωρίας τὴν συγγνώμην. ὑπερεβάλετο δὲ οὗτος τοὺς πρὸ αὐτοῦ τῷ μεγέθει τῶν κατεργα‐</w:t>
      </w:r>
    </w:p>
    <w:p>
      <w:r>
        <w:rPr>
          <w:rFonts w:ascii="Courier New" w:hAnsi="Courier New"/>
          <w:color w:val="555555"/>
          <w:sz w:val="20"/>
        </w:rPr>
        <w:t>[15]</w:t>
      </w:r>
    </w:p>
    <w:p>
      <w:r>
        <w:rPr>
          <w:rFonts w:ascii="Gentium Plus" w:hAnsi="Gentium Plus"/>
          <w:sz w:val="24"/>
        </w:rPr>
        <w:t>σθέντων καὶ τὴν ἐπωνυμίαν ἀπὸ τῆς περὶ αὑτὸν ἀρετῆς δικαίως ἐκτήσατο. καθόλου δὲ ὁ ἀνὴρ οὗτος εὐγενείᾳ τε καὶ λόγου δεινότητι καὶ στρατη‐ γήμασι πολεμικοῖς καὶ ἀφιλαργυρίᾳ ἀποδοχῆς</w:t>
      </w:r>
    </w:p>
    <w:p>
      <w:r>
        <w:rPr>
          <w:rFonts w:ascii="Courier New" w:hAnsi="Courier New"/>
          <w:color w:val="555555"/>
          <w:sz w:val="20"/>
        </w:rPr>
        <w:t>[20]</w:t>
      </w:r>
    </w:p>
    <w:p>
      <w:r>
        <w:rPr>
          <w:rFonts w:ascii="Gentium Plus" w:hAnsi="Gentium Plus"/>
          <w:sz w:val="24"/>
        </w:rPr>
        <w:t>ἀπονέμειν αὐτῷ τὸν τῆς χρηστότητος ἔπαινον. μεγέθει γὰρ πράξεων ἅπαντας τοὺς πρὸ ἑαυτοῦ Ῥωμαίους ὑπερέθετο. (Const. Exc. 2(1), pp. 293—294.)</w:t>
      </w:r>
    </w:p>
    <w:p>
      <w:r>
        <w:rPr>
          <w:rFonts w:ascii="Courier New" w:hAnsi="Courier New"/>
          <w:color w:val="555555"/>
          <w:sz w:val="20"/>
        </w:rPr>
        <w:t>[32 9c 1]</w:t>
      </w:r>
    </w:p>
    <w:p>
      <w:r>
        <w:rPr>
          <w:rFonts w:ascii="Gentium Plus" w:hAnsi="Gentium Plus"/>
          <w:sz w:val="24"/>
        </w:rPr>
        <w:t>Ὅτι Πτολεμαῖος ὁ Φιλομήτωρ ἧκεν εἰς Συρίαν συμμαχήσων Ἀλεξάνδρῳ διὰ οἰκειότητα. καταγνοὺς δὲ αὐτοῦ τῆς ψυχῆς παντελῆ ἀδυναμίαν καὶ προσποιηθεὶς ἐπιβουλεύεσθαι τὴν μὲν θυγατέρα</w:t>
      </w:r>
    </w:p>
    <w:p>
      <w:r>
        <w:rPr>
          <w:rFonts w:ascii="Courier New" w:hAnsi="Courier New"/>
          <w:color w:val="555555"/>
          <w:sz w:val="20"/>
        </w:rPr>
        <w:t>[5]</w:t>
      </w:r>
    </w:p>
    <w:p>
      <w:r>
        <w:rPr>
          <w:rFonts w:ascii="Gentium Plus" w:hAnsi="Gentium Plus"/>
          <w:sz w:val="24"/>
        </w:rPr>
        <w:t>Κλεοπάτραν ἀπήγαγε πρὸς Δημήτριον, καὶ συνθέ‐ μενος φιλίαν ἐνεγύησεν αὐτῷ ταύτην. οἱ δὲ περὶ τὸν Ἱέρακα καὶ Διόδοτον τοῦ Ἀλεξάνδρου κατε‐ γνωκότες, τὸν δὲ Δημήτριον φοβούμενοι διὰ τὰς εἰς τὸν πατέρα γεγενημένας ἁμαρτίας, ἀνέσεισαν</w:t>
      </w:r>
    </w:p>
    <w:p>
      <w:r>
        <w:rPr>
          <w:rFonts w:ascii="Courier New" w:hAnsi="Courier New"/>
          <w:color w:val="555555"/>
          <w:sz w:val="20"/>
        </w:rPr>
        <w:t>[10]</w:t>
      </w:r>
    </w:p>
    <w:p>
      <w:r>
        <w:rPr>
          <w:rFonts w:ascii="Gentium Plus" w:hAnsi="Gentium Plus"/>
          <w:sz w:val="24"/>
        </w:rPr>
        <w:t>τοὺς Ἀντιοχεῖς πρὸς ἀπόστασιν, καὶ τὸν Πτολε‐ μαῖον εἰς τὴν πόλιν δεξάμενοι διάδημα περιέθηκαν καὶ τὴν βασιλείαν ἐνεχείρισαν. ὁ δὲ τῆς μὲν βασιλείας οὐκ ὀρεγόμενος, τὴν δὲ Κοίλην Συρίαν ἐπιθυμῶν προσκτήσασθαι, συνέθετο πρὸς Δημή‐</w:t>
      </w:r>
    </w:p>
    <w:p>
      <w:r>
        <w:rPr>
          <w:rFonts w:ascii="Courier New" w:hAnsi="Courier New"/>
          <w:color w:val="555555"/>
          <w:sz w:val="20"/>
        </w:rPr>
        <w:t>[15]</w:t>
      </w:r>
    </w:p>
    <w:p>
      <w:r>
        <w:rPr>
          <w:rFonts w:ascii="Gentium Plus" w:hAnsi="Gentium Plus"/>
          <w:sz w:val="24"/>
        </w:rPr>
        <w:t>τριον κοινοπραγίαν ἰδίᾳ, κυριεύειν Πτολεμαῖον τῆς Συρίας, τὸν δὲ Δημήτριον τῆς πατρῴας βασιλείας. (Const. Exc. 3, pp. 203—204.)</w:t>
      </w:r>
    </w:p>
    <w:p>
      <w:r>
        <w:rPr>
          <w:rFonts w:ascii="Courier New" w:hAnsi="Courier New"/>
          <w:color w:val="555555"/>
          <w:sz w:val="20"/>
        </w:rPr>
        <w:t>[32 9d,10 1]</w:t>
      </w:r>
    </w:p>
    <w:p>
      <w:r>
        <w:rPr>
          <w:rFonts w:ascii="Gentium Plus" w:hAnsi="Gentium Plus"/>
          <w:sz w:val="24"/>
        </w:rPr>
        <w:t>Ὁ δὲ Ἀλέξανδρος ἀπὸ μὲν τῆς μά‐ χης μετὰ πεντακοσίων τὴν φυγὴν ἐποιήσατο τῆς Ἀραβίας εἰς τὰς καλουμένας Ἄβας πρὸς Διοκλέα</w:t>
      </w:r>
    </w:p>
    <w:p>
      <w:r>
        <w:rPr>
          <w:rFonts w:ascii="Courier New" w:hAnsi="Courier New"/>
          <w:color w:val="555555"/>
          <w:sz w:val="20"/>
        </w:rPr>
        <w:t>[5]</w:t>
      </w:r>
    </w:p>
    <w:p>
      <w:r>
        <w:rPr>
          <w:rFonts w:ascii="Gentium Plus" w:hAnsi="Gentium Plus"/>
          <w:sz w:val="24"/>
        </w:rPr>
        <w:t>προεκτεθειμένος ὄντα νήπιον. εἶθ’ οἱ μὲν περὶ τὸν Ἡλιάδην καὶ Κάσιον ἡγεμόνες, οἳ συνῆσαν Ἀλεξάνδρῳ, λάθρᾳ διεπρεσβεύσαντο περὶ τῆς ἰδί‐ ας ἀσφαλείας, ἐπαγγελλόμενοι δολοφονήσειν τὸν Ἀλέξανδρον· συγχωρήσαντος δὲ τοῦ Δημητρίου</w:t>
      </w:r>
    </w:p>
    <w:p>
      <w:r>
        <w:rPr>
          <w:rFonts w:ascii="Courier New" w:hAnsi="Courier New"/>
          <w:color w:val="555555"/>
          <w:sz w:val="20"/>
        </w:rPr>
        <w:t>[10]</w:t>
      </w:r>
    </w:p>
    <w:p>
      <w:r>
        <w:rPr>
          <w:rFonts w:ascii="Gentium Plus" w:hAnsi="Gentium Plus"/>
          <w:sz w:val="24"/>
        </w:rPr>
        <w:t>περὶ ὧν ἠξίουν, οὐ μόνον προδόται τοῦ βασιλέως ἀλλὰ καὶ φονεῖς ἐγενήθησαν. Ἀλέξανδρος μὲν οὖν ὑπὸ τῶν φίλων τοῦτον τὸν τρόπον ἀνῃρέθη. (Const. Exc. 3, p. 204; Photius, Bibl. p. 377 B.)</w:t>
      </w:r>
    </w:p>
    <w:p>
      <w:r>
        <w:rPr>
          <w:rFonts w:ascii="Courier New" w:hAnsi="Courier New"/>
          <w:color w:val="555555"/>
          <w:sz w:val="20"/>
        </w:rPr>
        <w:t>[32 . 10 . 2]</w:t>
      </w:r>
    </w:p>
    <w:p>
      <w:r>
        <w:rPr>
          <w:rFonts w:ascii="Gentium Plus" w:hAnsi="Gentium Plus"/>
          <w:sz w:val="24"/>
        </w:rPr>
        <w:t>Οὐκ ἄξιον δὲ παρελθεῖν τὴν γενομένην περιπέτειαν πρὸ τῆς Ἀλεξάνδρου τελευτῆς, διὰ δὲ τὸ παράδοξον ἴσως ἀπιστηθησομένην. Ἀλεξάν‐ δρου γὰρ τοῦ βασιλέως βραχὺ πρὸ τῶν ἐνεστώτων</w:t>
      </w:r>
    </w:p>
    <w:p>
      <w:r>
        <w:rPr>
          <w:rFonts w:ascii="Courier New" w:hAnsi="Courier New"/>
          <w:color w:val="555555"/>
          <w:sz w:val="20"/>
        </w:rPr>
        <w:t>[5]</w:t>
      </w:r>
    </w:p>
    <w:p>
      <w:r>
        <w:rPr>
          <w:rFonts w:ascii="Gentium Plus" w:hAnsi="Gentium Plus"/>
          <w:sz w:val="24"/>
        </w:rPr>
        <w:t>χρόνων χρηστηριαζομένου κατὰ τὴν Κιλικίαν, ἔνθα φασὶν Ἀπόλλωνος Σαρπηδονίου ἱερὸν εἶναι, ἀνελεῖν αὐτῷ λέγεται τὸν θεὸν φυλάξασθαι τὸν τόπον τὸν ἐνεγκόντα τὸν δίμορφον. καὶ τότε μὲν αἰνιγματώδη τὸν χρησμὸν εἶναι δόξαι, ὕστερον μέντοι μετὰ τὴν</w:t>
      </w:r>
    </w:p>
    <w:p>
      <w:r>
        <w:rPr>
          <w:rFonts w:ascii="Courier New" w:hAnsi="Courier New"/>
          <w:color w:val="555555"/>
          <w:sz w:val="20"/>
        </w:rPr>
        <w:t>[10]</w:t>
      </w:r>
    </w:p>
    <w:p>
      <w:r>
        <w:rPr>
          <w:rFonts w:ascii="Gentium Plus" w:hAnsi="Gentium Plus"/>
          <w:sz w:val="24"/>
        </w:rPr>
        <w:t>τελευτὴν τοῦ βασιλέως ἐπιγνωσθῆναι τὸ λόγιον διὰ τοιαύτας τινὰς αἰτίας. Τῆς Ἀραβίας ἐν ταῖς καλουμέναις Ἄβαις ᾤκει τις Διόφαντος ὄνομα, τὸ δὲ γένος Μακεδών. οὗτος ἐγχώριον Ἀραβίαν γυναῖκα γήμας ἐγέννησε υἱὸν</w:t>
      </w:r>
    </w:p>
    <w:p>
      <w:r>
        <w:rPr>
          <w:rFonts w:ascii="Courier New" w:hAnsi="Courier New"/>
          <w:color w:val="555555"/>
          <w:sz w:val="20"/>
        </w:rPr>
        <w:t>[15]</w:t>
      </w:r>
    </w:p>
    <w:p>
      <w:r>
        <w:rPr>
          <w:rFonts w:ascii="Gentium Plus" w:hAnsi="Gentium Plus"/>
          <w:sz w:val="24"/>
        </w:rPr>
        <w:t>μὲν ὁμώνυμον ἑαυτῷ, θυγατέρα δὲ τὴν προσ‐ αγορευθεῖσαν Ἡραΐδα. τὸν μὲν οὖν υἱὸν πρὸ τῆς ἀκμῆς ἐπεῖδε τελευτήσαντα, τὴν δὲ θυγατέρα γάμου ἔχουσαν ὥραν προικίσας συγκατῴκισέ τινι ὄνομα</w:t>
      </w:r>
    </w:p>
    <w:p>
      <w:r>
        <w:rPr>
          <w:rFonts w:ascii="Courier New" w:hAnsi="Courier New"/>
          <w:color w:val="555555"/>
          <w:sz w:val="20"/>
        </w:rPr>
        <w:t>[32 . 10 . 3]</w:t>
      </w:r>
    </w:p>
    <w:p>
      <w:r>
        <w:rPr>
          <w:rFonts w:ascii="Gentium Plus" w:hAnsi="Gentium Plus"/>
          <w:sz w:val="24"/>
        </w:rPr>
        <w:t>Σαμιάδῃ. οὗτος μὲν οὖν συμβιώσας τῇ γαμη‐</w:t>
      </w:r>
    </w:p>
    <w:p>
      <w:r>
        <w:rPr>
          <w:rFonts w:ascii="Courier New" w:hAnsi="Courier New"/>
          <w:color w:val="555555"/>
          <w:sz w:val="20"/>
        </w:rPr>
        <w:t>[5]</w:t>
      </w:r>
    </w:p>
    <w:p>
      <w:r>
        <w:rPr>
          <w:rFonts w:ascii="Gentium Plus" w:hAnsi="Gentium Plus"/>
          <w:sz w:val="24"/>
        </w:rPr>
        <w:t>γὰρ ἰσχυρὰν γενέσθαι περὶ τὸ ἦτρον αὐτῆς. ἐπὶ πλέον δὲ οἰδήσαντος τοῦ τόπου, ἔπειτα τῶν πυρε‐ τῶν μεγάλων συνεπιγινομένων, καταδοξάσαι τοὺς ἰατροὺς ἕλκωσιν γεγονέναι περὶ τὸν τράχηλον τῆς μήτρας. χρωμένων δὲ αὐτῶν θεραπείαις αἷς ὑπε‐</w:t>
      </w:r>
    </w:p>
    <w:p>
      <w:r>
        <w:rPr>
          <w:rFonts w:ascii="Courier New" w:hAnsi="Courier New"/>
          <w:color w:val="555555"/>
          <w:sz w:val="20"/>
        </w:rPr>
        <w:t>[10]</w:t>
      </w:r>
    </w:p>
    <w:p>
      <w:r>
        <w:rPr>
          <w:rFonts w:ascii="Gentium Plus" w:hAnsi="Gentium Plus"/>
          <w:sz w:val="24"/>
        </w:rPr>
        <w:t>λάμβανον καταστελεῖν τὰς φλεγμονάς, ἑβδομαίας δ’ οὔσης ῥῆξιν ἐπιγενέσθαι τῆς ἐπιφανείας, καὶ προ‐ πεσεῖν ἐκ τῶν τῆς Ἡραΐδος γυναικείων αἰδοῖον ἀνδρεῖον ἔχον διδύμους προσκειμένους. τὴν δὲ ῥῆξιν τούτων καὶ τὸ πάθος γενέσθαι μήτε ἰατροῦ</w:t>
      </w:r>
    </w:p>
    <w:p>
      <w:r>
        <w:rPr>
          <w:rFonts w:ascii="Courier New" w:hAnsi="Courier New"/>
          <w:color w:val="555555"/>
          <w:sz w:val="20"/>
        </w:rPr>
        <w:t>[15]</w:t>
      </w:r>
    </w:p>
    <w:p>
      <w:r>
        <w:rPr>
          <w:rFonts w:ascii="Gentium Plus" w:hAnsi="Gentium Plus"/>
          <w:sz w:val="24"/>
        </w:rPr>
        <w:t>μήτ’ ἄλλων τῶν ἔξωθεν παρόντων πλὴν μητρὸς</w:t>
      </w:r>
    </w:p>
    <w:p>
      <w:r>
        <w:rPr>
          <w:rFonts w:ascii="Courier New" w:hAnsi="Courier New"/>
          <w:color w:val="555555"/>
          <w:sz w:val="20"/>
        </w:rPr>
        <w:t>[32 . 10 . 4]</w:t>
      </w:r>
    </w:p>
    <w:p>
      <w:r>
        <w:rPr>
          <w:rFonts w:ascii="Gentium Plus" w:hAnsi="Gentium Plus"/>
          <w:sz w:val="24"/>
        </w:rPr>
        <w:t>καὶ δύο θεραπαινίδων. τότε μὲν οὖν ἀχανεῖς γενομένας διὰ τὸ παράδοξον τὴν ἐνδεχομένην ἐπι‐ μέλειαν ποιήσασθαι τῆς Ἡραΐδος καὶ κατασιωπῆ‐ σαι τὸ γεγονός. τὴν δὲ ἀπολυθεῖσαν τῆς νόσου τὴν</w:t>
      </w:r>
    </w:p>
    <w:p>
      <w:r>
        <w:rPr>
          <w:rFonts w:ascii="Courier New" w:hAnsi="Courier New"/>
          <w:color w:val="555555"/>
          <w:sz w:val="20"/>
        </w:rPr>
        <w:t>[5]</w:t>
      </w:r>
    </w:p>
    <w:p>
      <w:r>
        <w:rPr>
          <w:rFonts w:ascii="Gentium Plus" w:hAnsi="Gentium Plus"/>
          <w:sz w:val="24"/>
        </w:rPr>
        <w:t>ἐσθῆτα φορεῖν γυναικείαν, καὶ τὴν ἄλλην ἀγωγὴν οἰκουρὸν καὶ ὕπανδρον διαφυλάττειν. καταδο‐ ξάζεσθαι δὲ ὑπὸ τῶν συνειδότων τὴν περιπέτειαν ἑρμαφρόδιτον εἶναι, καὶ κατὰ τὴν γεγενημένην μετ’ ἀνδρὸς συμβίωσιν, τῆς κατὰ φύσιν ἐπιπλο‐</w:t>
      </w:r>
    </w:p>
    <w:p>
      <w:r>
        <w:rPr>
          <w:rFonts w:ascii="Courier New" w:hAnsi="Courier New"/>
          <w:color w:val="555555"/>
          <w:sz w:val="20"/>
        </w:rPr>
        <w:t>[10]</w:t>
      </w:r>
    </w:p>
    <w:p>
      <w:r>
        <w:rPr>
          <w:rFonts w:ascii="Gentium Plus" w:hAnsi="Gentium Plus"/>
          <w:sz w:val="24"/>
        </w:rPr>
        <w:t>κῆς ἀντιπραττούσης, δοκεῖν αὐτὴν ταῖς ἀρρενικαῖς</w:t>
      </w:r>
    </w:p>
    <w:p>
      <w:r>
        <w:rPr>
          <w:rFonts w:ascii="Courier New" w:hAnsi="Courier New"/>
          <w:color w:val="555555"/>
          <w:sz w:val="20"/>
        </w:rPr>
        <w:t>[32 . 10 . 5]</w:t>
      </w:r>
    </w:p>
    <w:p>
      <w:r>
        <w:rPr>
          <w:rFonts w:ascii="Gentium Plus" w:hAnsi="Gentium Plus"/>
          <w:sz w:val="24"/>
        </w:rPr>
        <w:t>συμπεριφοραῖς καθωμιλῆσθαι. λανθανούσης δὲ τοὺς ἐκτὸς τῆς διαθέσεως ταύτης, ἐπανελθεῖν τὸν Σαμιάδην, καὶ καθάπερ ἦν ἐπιβάλλον τὴν γαμη‐ θεῖσαν ἐπιζητεῖν· οὐ τολμώσης δ’ ἐκείνης εἰς ὄψιν</w:t>
      </w:r>
    </w:p>
    <w:p>
      <w:r>
        <w:rPr>
          <w:rFonts w:ascii="Courier New" w:hAnsi="Courier New"/>
          <w:color w:val="555555"/>
          <w:sz w:val="20"/>
        </w:rPr>
        <w:t>[5]</w:t>
      </w:r>
    </w:p>
    <w:p>
      <w:r>
        <w:rPr>
          <w:rFonts w:ascii="Gentium Plus" w:hAnsi="Gentium Plus"/>
          <w:sz w:val="24"/>
        </w:rPr>
        <w:t>ἐλθεῖν διὰ τὴν αἰσχύνην, τὸν Σαμιάδην φασὶ βαρέως ἐνεγκεῖν. ἐπικειμένου δὲ συνεχέστερον καὶ ἀπαι‐ τοῦντος τὴν σύμβιον, καὶ τοῦ πατρὸς μὴ συγχω‐ ροῦντος μέν, αἰσχυνομένου δὲ τὴν αἰτίαν εἰπεῖν,</w:t>
      </w:r>
    </w:p>
    <w:p>
      <w:r>
        <w:rPr>
          <w:rFonts w:ascii="Courier New" w:hAnsi="Courier New"/>
          <w:color w:val="555555"/>
          <w:sz w:val="20"/>
        </w:rPr>
        <w:t>[10]</w:t>
      </w:r>
    </w:p>
    <w:p>
      <w:r>
        <w:rPr>
          <w:rFonts w:ascii="Gentium Plus" w:hAnsi="Gentium Plus"/>
          <w:sz w:val="24"/>
        </w:rPr>
        <w:t>τοῦτο δίκην τῷ πατρὶ περὶ τῆς ἰδίας γυναικός, τῆς τύχης ὥσπερ ἐν δράμασι τὸ παράδοξον τῆς περιπε‐ τείας ἀγούσης εἰς ἔγκλημα. συνεδρευσάντων δὲ τῶν κριτῶν καὶ λόγων ῥηθέντων συμπαρεῖναι μὲν τῇ κρίσει τὸ ἀμφισβητούμενον σῶμα, διαπορεῖν δὲ</w:t>
      </w:r>
    </w:p>
    <w:p>
      <w:r>
        <w:rPr>
          <w:rFonts w:ascii="Courier New" w:hAnsi="Courier New"/>
          <w:color w:val="555555"/>
          <w:sz w:val="20"/>
        </w:rPr>
        <w:t>[15]</w:t>
      </w:r>
    </w:p>
    <w:p>
      <w:r>
        <w:rPr>
          <w:rFonts w:ascii="Gentium Plus" w:hAnsi="Gentium Plus"/>
          <w:sz w:val="24"/>
        </w:rPr>
        <w:t>τοὺς δικαστὰς πότερον προσήκει τὸν ἄνδρα τῆς γυναικὸς ἢ τὸν πατέρα τῆς θυγατρὸς κυριεύειν.</w:t>
      </w:r>
    </w:p>
    <w:p>
      <w:r>
        <w:rPr>
          <w:rFonts w:ascii="Courier New" w:hAnsi="Courier New"/>
          <w:color w:val="555555"/>
          <w:sz w:val="20"/>
        </w:rPr>
        <w:t>[32 . 10 . 6]</w:t>
      </w:r>
    </w:p>
    <w:p>
      <w:r>
        <w:rPr>
          <w:rFonts w:ascii="Gentium Plus" w:hAnsi="Gentium Plus"/>
          <w:sz w:val="24"/>
        </w:rPr>
        <w:t>πέρας τῶν κριτῶν οἰομένων δεῖν ἀκολουθεῖν τἀν‐ δρὶ τὴν γαμηθεῖσαν, τὴν ἀλήθειαν διασαφῆσαι, καὶ θυμῷ τετολμηκότι τὴν καθυποκρινομένην ἐσθῆτα λύσασαν δεῖξαι πᾶσι τὸ τῆς φύσεως ἄρρεν, ῥῆξαί</w:t>
      </w:r>
    </w:p>
    <w:p>
      <w:r>
        <w:rPr>
          <w:rFonts w:ascii="Courier New" w:hAnsi="Courier New"/>
          <w:color w:val="555555"/>
          <w:sz w:val="20"/>
        </w:rPr>
        <w:t>[5]</w:t>
      </w:r>
    </w:p>
    <w:p>
      <w:r>
        <w:rPr>
          <w:rFonts w:ascii="Gentium Plus" w:hAnsi="Gentium Plus"/>
          <w:sz w:val="24"/>
        </w:rPr>
        <w:t>τε φωνὴν δεινοπαθοῦσαν, εἴ τινες ἀναγκάζουσι</w:t>
      </w:r>
    </w:p>
    <w:p>
      <w:r>
        <w:rPr>
          <w:rFonts w:ascii="Courier New" w:hAnsi="Courier New"/>
          <w:color w:val="555555"/>
          <w:sz w:val="20"/>
        </w:rPr>
        <w:t>[32 . 10 . 7]</w:t>
      </w:r>
    </w:p>
    <w:p>
      <w:r>
        <w:rPr>
          <w:rFonts w:ascii="Gentium Plus" w:hAnsi="Gentium Plus"/>
          <w:sz w:val="24"/>
        </w:rPr>
        <w:t>συνοικεῖν ἀνδρὶ τὸν ἄνδρα. πάντων δὲ καταπλαγέν‐ των καὶ φωνῇ θαυμαζούσῃ τὸ παράδοξον ἐπισημαι‐ νομένων, τὴν μὲν Ἡραΐδα φασὶν ἀποκαλυφθείσης τῆς αἰσχύνης μεταμφιάσασθαι τὸν γυναικεῖον κό‐</w:t>
      </w:r>
    </w:p>
    <w:p>
      <w:r>
        <w:rPr>
          <w:rFonts w:ascii="Courier New" w:hAnsi="Courier New"/>
          <w:color w:val="555555"/>
          <w:sz w:val="20"/>
        </w:rPr>
        <w:t>[5]</w:t>
      </w:r>
    </w:p>
    <w:p>
      <w:r>
        <w:rPr>
          <w:rFonts w:ascii="Gentium Plus" w:hAnsi="Gentium Plus"/>
          <w:sz w:val="24"/>
        </w:rPr>
        <w:t>σμον εἰς νεανίσκου διάθεσιν, τοὺς δὲ ἰατρούς, ἐπιδειχθέντων αὐτοῖς τῶν φανέντων, γνῶναι ὅτι κατεκέκρυπτο φύσις ἄρρενος ἐν ᾠοειδεῖ τόπῳ φύσεως θηλείας, καὶ δέρματος περιειληφότος παρὰ τὸ σύνηθες τὴν φύσιν σύντρησις ἐγεγένητο, δι’ ὧν</w:t>
      </w:r>
    </w:p>
    <w:p>
      <w:r>
        <w:rPr>
          <w:rFonts w:ascii="Courier New" w:hAnsi="Courier New"/>
          <w:color w:val="555555"/>
          <w:sz w:val="20"/>
        </w:rPr>
        <w:t>[10]</w:t>
      </w:r>
    </w:p>
    <w:p>
      <w:r>
        <w:rPr>
          <w:rFonts w:ascii="Gentium Plus" w:hAnsi="Gentium Plus"/>
          <w:sz w:val="24"/>
        </w:rPr>
        <w:t>ἐξωδεύοντο τὰ περιττώματα· διόπερ τὸν προ‐ σεσυριγγωμένον τόπον ἑλκώσαντας δεῖν κατουλῶ‐ σαι, τὴν δὲ ἀνδρὸς φύσιν εὔκοσμον ποιήσαντας</w:t>
      </w:r>
    </w:p>
    <w:p>
      <w:r>
        <w:rPr>
          <w:rFonts w:ascii="Courier New" w:hAnsi="Courier New"/>
          <w:color w:val="555555"/>
          <w:sz w:val="20"/>
        </w:rPr>
        <w:t>[32 . 10 . 8]</w:t>
      </w:r>
    </w:p>
    <w:p>
      <w:r>
        <w:rPr>
          <w:rFonts w:ascii="Gentium Plus" w:hAnsi="Gentium Plus"/>
          <w:sz w:val="24"/>
        </w:rPr>
        <w:t>† σὺν ἐνδεχομένῃ δόξαι κεχρῆσθαι θεραπείᾳ. τὴν δ’ Ἡραΐδα μετονομασθεῖσαν Διόφαντον εἰς τοὺς ἱππεῖς καταλεχθῆναι, καὶ σὺν τῷ βασιλεῖ παρα‐</w:t>
      </w:r>
    </w:p>
    <w:p>
      <w:r>
        <w:rPr>
          <w:rFonts w:ascii="Courier New" w:hAnsi="Courier New"/>
          <w:color w:val="555555"/>
          <w:sz w:val="20"/>
        </w:rPr>
        <w:t>[5]</w:t>
      </w:r>
    </w:p>
    <w:p>
      <w:r>
        <w:rPr>
          <w:rFonts w:ascii="Gentium Plus" w:hAnsi="Gentium Plus"/>
          <w:sz w:val="24"/>
        </w:rPr>
        <w:t>τὸν πρότερον ἀγνοούμενον χρησμὸν τότε γνωσθῆναι, σφαγέντος τοῦ βασιλέως ἐν ταῖς Ἄβαις καθ’ ὃν</w:t>
      </w:r>
    </w:p>
    <w:p>
      <w:r>
        <w:rPr>
          <w:rFonts w:ascii="Courier New" w:hAnsi="Courier New"/>
          <w:color w:val="555555"/>
          <w:sz w:val="20"/>
        </w:rPr>
        <w:t>[32 . 10 . 9]</w:t>
      </w:r>
    </w:p>
    <w:p>
      <w:r>
        <w:rPr>
          <w:rFonts w:ascii="Gentium Plus" w:hAnsi="Gentium Plus"/>
          <w:sz w:val="24"/>
        </w:rPr>
        <w:t>τόπον ὁ δίμορφος ἐγεγένητο. τὸν δὲ Σαμιάδην λέγουσιν, ἔρωτι καὶ τῇ προγεγενημένῃ συνηθείᾳ δεδουλωμένον, αἰσχύνῃ τε τοῦ παρὰ φύσιν γάμου συνεχόμενον, τῆς μὲν οὐσίας τὸν Διόφαντον ἀνα‐</w:t>
      </w:r>
    </w:p>
    <w:p>
      <w:r>
        <w:rPr>
          <w:rFonts w:ascii="Courier New" w:hAnsi="Courier New"/>
          <w:color w:val="555555"/>
          <w:sz w:val="20"/>
        </w:rPr>
        <w:t>[5]</w:t>
      </w:r>
    </w:p>
    <w:p>
      <w:r>
        <w:rPr>
          <w:rFonts w:ascii="Gentium Plus" w:hAnsi="Gentium Plus"/>
          <w:sz w:val="24"/>
        </w:rPr>
        <w:t>δεῖξαι διαθήκῃ κληρονόμον, ἑαυτὸν δὲ τοῦ ζῆν μεταστῆσαι, ὥστε τὴν μὲν γυναῖκα γεγενημένην ἀνδρὸς ἀναλαβεῖν δόξαν καὶ τόλμαν, τὸν δ’ ἄνδρα γυναικείας ψυχῆς ἀσθενέστερον γενέσθαι.</w:t>
      </w:r>
    </w:p>
    <w:p>
      <w:r>
        <w:rPr>
          <w:rFonts w:ascii="Courier New" w:hAnsi="Courier New"/>
          <w:color w:val="555555"/>
          <w:sz w:val="20"/>
        </w:rPr>
        <w:t>[32 . 11 . 1]</w:t>
      </w:r>
    </w:p>
    <w:p>
      <w:r>
        <w:rPr>
          <w:rFonts w:ascii="Gentium Plus" w:hAnsi="Gentium Plus"/>
          <w:sz w:val="24"/>
        </w:rPr>
        <w:t>Παραπλησία δὲ ταύτῃ τῇ διαθέσει συνετελέ‐ σθη περιπέτεια τριάκοντα ἔτεσιν ὕστερον ἐν τῇ πόλει τῶν Ἐπιδαυρίων. ἦν γάρ τις Ἐπιδαυρία, κόρη μὲν εἶναι δοκοῦσα, γονέων δὲ ὀρφανή, Καλλὼ</w:t>
      </w:r>
    </w:p>
    <w:p>
      <w:r>
        <w:rPr>
          <w:rFonts w:ascii="Courier New" w:hAnsi="Courier New"/>
          <w:color w:val="555555"/>
          <w:sz w:val="20"/>
        </w:rPr>
        <w:t>[5]</w:t>
      </w:r>
    </w:p>
    <w:p>
      <w:r>
        <w:rPr>
          <w:rFonts w:ascii="Gentium Plus" w:hAnsi="Gentium Plus"/>
          <w:sz w:val="24"/>
        </w:rPr>
        <w:t>δ’ ὄνομα. αὕτη τὸν ἐπὶ τῆς φύσεως ἀποδεδειγ‐ μένον ταῖς γυναιξὶ πόρον ἄτρητον εἶχεν, παρὰ δὲ τὸν καλούμενον κτένα συριγγωθέντος τόπου ἐκ γενετῆς τὰς περιττώσεις τῶν ὑγρῶν ἐξέκρινεν. εἰς δὲ τὴν ἀκμὴν τῆς ἡλικίας παραγενομένη συνῳκίσθη</w:t>
      </w:r>
    </w:p>
    <w:p>
      <w:r>
        <w:rPr>
          <w:rFonts w:ascii="Courier New" w:hAnsi="Courier New"/>
          <w:color w:val="555555"/>
          <w:sz w:val="20"/>
        </w:rPr>
        <w:t>[10]</w:t>
      </w:r>
    </w:p>
    <w:p>
      <w:r>
        <w:rPr>
          <w:rFonts w:ascii="Gentium Plus" w:hAnsi="Gentium Plus"/>
          <w:sz w:val="24"/>
        </w:rPr>
        <w:t>τινὶ τῶν πολιτῶν. διετῆ μὲν οὖν χρόνον συνεβίωσε τἀνδρί, τὴν μὲν γυναικείαν ἐπιπλοκὴν οὐκ ἐπιδεχο‐ μένη, τὴν δὲ παρὰ φύσιν ὁμιλίαν ὑπομένειν</w:t>
      </w:r>
    </w:p>
    <w:p>
      <w:r>
        <w:rPr>
          <w:rFonts w:ascii="Courier New" w:hAnsi="Courier New"/>
          <w:color w:val="555555"/>
          <w:sz w:val="20"/>
        </w:rPr>
        <w:t>[32 . 11 . 2]</w:t>
      </w:r>
    </w:p>
    <w:p>
      <w:r>
        <w:rPr>
          <w:rFonts w:ascii="Gentium Plus" w:hAnsi="Gentium Plus"/>
          <w:sz w:val="24"/>
        </w:rPr>
        <w:t>ἀναγκαζομένη. μετὰ δὲ ταῦτα φλεγμονῆς αὐτῇ συμβάσης περὶ τὸν κτένα καὶ δεινῶν ἀλγηδόνων ἐπιγενομένων συνεκλήθη πλῆθος ἰατρῶν. καὶ τῶν μὲν ἄλλων οὐδεὶς ὑπισχνεῖτο θεραπεύειν, φαρμα‐</w:t>
      </w:r>
    </w:p>
    <w:p>
      <w:r>
        <w:rPr>
          <w:rFonts w:ascii="Courier New" w:hAnsi="Courier New"/>
          <w:color w:val="555555"/>
          <w:sz w:val="20"/>
        </w:rPr>
        <w:t>[5]</w:t>
      </w:r>
    </w:p>
    <w:p>
      <w:r>
        <w:rPr>
          <w:rFonts w:ascii="Gentium Plus" w:hAnsi="Gentium Plus"/>
          <w:sz w:val="24"/>
        </w:rPr>
        <w:t>κοπώλης δέ τις ἐπαγγελλόμενος ὑγιάσειν ἔτεμε τὸν ἐπηρμένον τόπον, ἐξ οὗπερ ἐξέπεσεν ἀνδρὸς αἰδοῖα, δίδυμοι καὶ καυλὸς ἄτρητος. πάντων δὲ τὸ παρά‐</w:t>
      </w:r>
    </w:p>
    <w:p>
      <w:r>
        <w:rPr>
          <w:rFonts w:ascii="Courier New" w:hAnsi="Courier New"/>
          <w:color w:val="555555"/>
          <w:sz w:val="20"/>
        </w:rPr>
        <w:t>[32 . 11 . 3]</w:t>
      </w:r>
    </w:p>
    <w:p>
      <w:r>
        <w:rPr>
          <w:rFonts w:ascii="Gentium Plus" w:hAnsi="Gentium Plus"/>
          <w:sz w:val="24"/>
        </w:rPr>
        <w:t>τοῖς λειπομένοις μέρεσι τῆς πηρώσεως. τὸ μὲν οὖν πρῶτον τὸ αἰδοῖον ἄκρον ἐπιτεμὼν συνέτρησεν εἰς τὸν οὐρητῆρα, καὶ καθεὶς ἀργυροῦν καυλίσκον ταύτῃ τὰ περιττώματα τῶν ὑγρῶν ἐξεκόμιζε, τὸν</w:t>
      </w:r>
    </w:p>
    <w:p>
      <w:r>
        <w:rPr>
          <w:rFonts w:ascii="Courier New" w:hAnsi="Courier New"/>
          <w:color w:val="555555"/>
          <w:sz w:val="20"/>
        </w:rPr>
        <w:t>[5]</w:t>
      </w:r>
    </w:p>
    <w:p>
      <w:r>
        <w:rPr>
          <w:rFonts w:ascii="Gentium Plus" w:hAnsi="Gentium Plus"/>
          <w:sz w:val="24"/>
        </w:rPr>
        <w:t>δὲ σεσυριγγωμένον τόπον ἑλκώσας συνέφυσε. καὶ τοῦτον τὸν τρόπον ὑγιοποιήσας διπλοῦν ἀπῄτει τὸν μισθόν· ἔφη γὰρ αὑτὸν παρειληφέναι γυναῖκα νοσοῦσαν, καθεστακέναι δὲ νεανίσκον ὑγιαίνοντα.</w:t>
      </w:r>
    </w:p>
    <w:p>
      <w:r>
        <w:rPr>
          <w:rFonts w:ascii="Courier New" w:hAnsi="Courier New"/>
          <w:color w:val="555555"/>
          <w:sz w:val="20"/>
        </w:rPr>
        <w:t>[32 . 11 . 4]</w:t>
      </w:r>
    </w:p>
    <w:p>
      <w:r>
        <w:rPr>
          <w:rFonts w:ascii="Gentium Plus" w:hAnsi="Gentium Plus"/>
          <w:sz w:val="24"/>
        </w:rPr>
        <w:t>ἡ δὲ Καλλὼ τὰς μὲν ἐκ τῶν ἱστῶν κερκίδας καὶ τὴν ἄλλην τῶν γυναικῶν ταλασιουργίαν ἀπέθετο, μεταλαβοῦσα δὲ ἀνδρὸς ἐσθῆτα καὶ τὴν ἄλλην διάθεσιν μετωνομάσθη Κάλλων, ἑνὸς στοιχείου ἐπὶ</w:t>
      </w:r>
    </w:p>
    <w:p>
      <w:r>
        <w:rPr>
          <w:rFonts w:ascii="Courier New" w:hAnsi="Courier New"/>
          <w:color w:val="555555"/>
          <w:sz w:val="20"/>
        </w:rPr>
        <w:t>[5]</w:t>
      </w:r>
    </w:p>
    <w:p>
      <w:r>
        <w:rPr>
          <w:rFonts w:ascii="Gentium Plus" w:hAnsi="Gentium Plus"/>
          <w:sz w:val="24"/>
        </w:rPr>
        <w:t>τῷ τέλει τοῦ Ν προστεθέντος. λέγεται δ’ ὑπό τινων ὅτι πρὸ τοῦ μεταλαβεῖν τὴν εἰς ἄνδρα μορφὴν ἱέρεια τῆς Δήμητρος ἐγεγένητο, καὶ τὰ τοῖς ἄρρεσιν ἀόρατα ἰδοῦσα κρίσιν ἔσχεν ἀσεβείας.</w:t>
      </w:r>
    </w:p>
    <w:p>
      <w:r>
        <w:rPr>
          <w:rFonts w:ascii="Courier New" w:hAnsi="Courier New"/>
          <w:color w:val="555555"/>
          <w:sz w:val="20"/>
        </w:rPr>
        <w:t>[32 . 12 . 1]</w:t>
      </w:r>
    </w:p>
    <w:p>
      <w:r>
        <w:rPr>
          <w:rFonts w:ascii="Gentium Plus" w:hAnsi="Gentium Plus"/>
          <w:sz w:val="24"/>
        </w:rPr>
        <w:t>Ὁμοίως δ’ ἐν τῇ Νεαπόλει καὶ κατ’ ἄλλους τόπους πλείονας ἱστοροῦνται γεγονέναι τοιαῦται περιπέτειαι, οὐκ ἄρρενος καὶ θηλείας φύσεως εἰς δίμορφον τύπον δημιουργηθείσης, ἀδύνατον γὰρ</w:t>
      </w:r>
    </w:p>
    <w:p>
      <w:r>
        <w:rPr>
          <w:rFonts w:ascii="Courier New" w:hAnsi="Courier New"/>
          <w:color w:val="555555"/>
          <w:sz w:val="20"/>
        </w:rPr>
        <w:t>[5]</w:t>
      </w:r>
    </w:p>
    <w:p>
      <w:r>
        <w:rPr>
          <w:rFonts w:ascii="Gentium Plus" w:hAnsi="Gentium Plus"/>
          <w:sz w:val="24"/>
        </w:rPr>
        <w:t>τοῦτο, ἀλλὰ τῆς φύσεως διὰ τῶν τοῦ σώματος μερῶν ψευδογραφούσης εἰς ἔκπληξιν καὶ ἀπάτην τῶν ἀνθρώπων. διόπερ καὶ ἡμεῖς τὰς περιπετείας ταύτας ἀναγραφῆς ἠξιώσαμεν, οὐ ψυχαγωγίας ἀλλ’ ὠφελείας ἕνεκα τῶν ἀναγινωσκόντων. πολλοὶ γὰρ</w:t>
      </w:r>
    </w:p>
    <w:p>
      <w:r>
        <w:rPr>
          <w:rFonts w:ascii="Courier New" w:hAnsi="Courier New"/>
          <w:color w:val="555555"/>
          <w:sz w:val="20"/>
        </w:rPr>
        <w:t>[10]</w:t>
      </w:r>
    </w:p>
    <w:p>
      <w:r>
        <w:rPr>
          <w:rFonts w:ascii="Gentium Plus" w:hAnsi="Gentium Plus"/>
          <w:sz w:val="24"/>
        </w:rPr>
        <w:t>τέρατα τὰ τοιαῦτα νομίζοντες εἶναι δεισιδαιμονοῦ‐ σιν, οὐκ ἰδιῶται μόνον ἀλλὰ καὶ ἔθνη καὶ πόλεις.</w:t>
      </w:r>
    </w:p>
    <w:p>
      <w:r>
        <w:rPr>
          <w:rFonts w:ascii="Courier New" w:hAnsi="Courier New"/>
          <w:color w:val="555555"/>
          <w:sz w:val="20"/>
        </w:rPr>
        <w:t>[32 . 12 . 2]</w:t>
      </w:r>
    </w:p>
    <w:p>
      <w:r>
        <w:rPr>
          <w:rFonts w:ascii="Gentium Plus" w:hAnsi="Gentium Plus"/>
          <w:sz w:val="24"/>
        </w:rPr>
        <w:t>κατ’ ἀρχὰς γοῦν τοῦ Μαρσικοῦ πολέμου πλησίον</w:t>
      </w:r>
    </w:p>
    <w:p>
      <w:r>
        <w:rPr>
          <w:rFonts w:ascii="Courier New" w:hAnsi="Courier New"/>
          <w:color w:val="555555"/>
          <w:sz w:val="20"/>
        </w:rPr>
        <w:t>[5]</w:t>
      </w:r>
    </w:p>
    <w:p>
      <w:r>
        <w:rPr>
          <w:rFonts w:ascii="Gentium Plus" w:hAnsi="Gentium Plus"/>
          <w:sz w:val="24"/>
        </w:rPr>
        <w:t>καὶ τοῖς ἀπὸ Τυρρηνίας ἱεροσκόποις πεισθεῖσαν ζῶντα προστάξαι καῦσαι. τοῦτον μὲν οὖν ὁμοίας κεκοινωνηκότα φύσεως, ἀλλ’ οὐ πρὸς ἀλήθειαν τέρας γεγενημένον, φασὶν ἀγνοίᾳ τῆς νόσου παρὰ τὸ προσῆκον ἀπολωλέναι. μετ’ ὀλίγον δὲ καὶ</w:t>
      </w:r>
    </w:p>
    <w:p>
      <w:r>
        <w:rPr>
          <w:rFonts w:ascii="Courier New" w:hAnsi="Courier New"/>
          <w:color w:val="555555"/>
          <w:sz w:val="20"/>
        </w:rPr>
        <w:t>[10]</w:t>
      </w:r>
    </w:p>
    <w:p>
      <w:r>
        <w:rPr>
          <w:rFonts w:ascii="Gentium Plus" w:hAnsi="Gentium Plus"/>
          <w:sz w:val="24"/>
        </w:rPr>
        <w:t>παρ’ Ἀθηναίοις τοῦ τοιούτου γενομένου διὰ τὴν ἄγνοιαν τοῦ πάθους ζῶντά φασι κατακαῆναι. καὶ γὰρ τὰς λεγομένας ὑαίνας τινὲς μυθολογοῦσιν ἄρρε‐ νας ἅμα καὶ θηλείας ὑπάρχειν, καὶ παρ’ ἐνιαυτὸν ἀλλήλας ὀχεύειν, τῆς ἀληθείας οὐχ οὕτως ἐχούσης.</w:t>
      </w:r>
    </w:p>
    <w:p>
      <w:r>
        <w:rPr>
          <w:rFonts w:ascii="Courier New" w:hAnsi="Courier New"/>
          <w:color w:val="555555"/>
          <w:sz w:val="20"/>
        </w:rPr>
        <w:t>[32 . 12 . 3]</w:t>
      </w:r>
    </w:p>
    <w:p>
      <w:r>
        <w:rPr>
          <w:rFonts w:ascii="Gentium Plus" w:hAnsi="Gentium Plus"/>
          <w:sz w:val="24"/>
        </w:rPr>
        <w:t>ἑκατέρου γὰρ τοῦ γένους ἁπλῆν ἔχοντος καὶ ἀνεπί‐ μικτον τὴν φύσιν, προσώρισται τὸ ψευδογραφοῦν καὶ παρακρουόμενον τοὺς εἰκῇ θεωροῦντας· τῇ μὲν γὰρ θηλείᾳ πρόσκειταί τι κατὰ τὴν φύσιν παρεμ‐</w:t>
      </w:r>
    </w:p>
    <w:p>
      <w:r>
        <w:rPr>
          <w:rFonts w:ascii="Courier New" w:hAnsi="Courier New"/>
          <w:color w:val="555555"/>
          <w:sz w:val="20"/>
        </w:rPr>
        <w:t>[5]</w:t>
      </w:r>
    </w:p>
    <w:p>
      <w:r>
        <w:rPr>
          <w:rFonts w:ascii="Gentium Plus" w:hAnsi="Gentium Plus"/>
          <w:sz w:val="24"/>
        </w:rPr>
        <w:t>φερὲς ἄρρενι μορίῳ, τῷ δὲ ἄρρενι κατὰ τὸ ἐναντίον ἔμφασις θηλείας φύσεως. ὁ δ’ αὐτὸς λόγος καὶ ἐπὶ πάντων τῶν ζῴων, γινομένων μὲν πρὸς ἀλήθειαν πολλῶν καὶ παντοδαπῶν τεράτων, μὴ τρεφομένων δὲ καὶ εἰς τελείαν αὔξησιν ἐλθεῖν οὐ</w:t>
      </w:r>
    </w:p>
    <w:p>
      <w:r>
        <w:rPr>
          <w:rFonts w:ascii="Courier New" w:hAnsi="Courier New"/>
          <w:color w:val="555555"/>
          <w:sz w:val="20"/>
        </w:rPr>
        <w:t>[10]</w:t>
      </w:r>
    </w:p>
    <w:p>
      <w:r>
        <w:rPr>
          <w:rFonts w:ascii="Gentium Plus" w:hAnsi="Gentium Plus"/>
          <w:sz w:val="24"/>
        </w:rPr>
        <w:t>δυναμένων. ταῦτα μὲν εἰρήσθω πρὸς διόρθωσιν</w:t>
      </w:r>
    </w:p>
    <w:p>
      <w:r>
        <w:rPr>
          <w:rFonts w:ascii="Courier New" w:hAnsi="Courier New"/>
          <w:color w:val="555555"/>
          <w:sz w:val="20"/>
        </w:rPr>
        <w:t>[33 t 1]</w:t>
      </w:r>
    </w:p>
    <w:p>
      <w:pPr>
        <w:jc w:val="center"/>
      </w:pPr>
      <w:r>
        <w:rPr>
          <w:rFonts w:ascii="Gentium Plus" w:hAnsi="Gentium Plus"/>
          <w:b/>
          <w:sz w:val="24"/>
        </w:rPr>
        <w:t>ΔΙΟΔΩΡΟΥ ΤΟΥ ΣΙΚΕΛΙΩΤΟΥ ΒΙΒΛΙΟΘΗΚΗΣ ΙΣΤΟΡΙΚΗΣ FRAGMENTA LIBRI XXXIII</w:t>
      </w:r>
    </w:p>
    <w:p>
      <w:r>
        <w:rPr>
          <w:rFonts w:ascii="Courier New" w:hAnsi="Courier New"/>
          <w:color w:val="555555"/>
          <w:sz w:val="20"/>
        </w:rPr>
        <w:t>[33 . 1 . 1]</w:t>
      </w:r>
    </w:p>
    <w:p>
      <w:r>
        <w:rPr>
          <w:rFonts w:ascii="Gentium Plus" w:hAnsi="Gentium Plus"/>
          <w:sz w:val="24"/>
        </w:rPr>
        <w:t>Ὅτι Λυσιτανοί, φησί, τὸ μὲν πρῶτον οὐκ ἔχοντες ἀξιόχρεων ἡγεμόνα εὐάλωτοι καθίσταντο Ῥωμαίοις πολεμοῦντες, ὕστερον δὲ Ὑριάτθου κυρή‐ σαντες μεγάλα Ῥωμαίους ἔβλαψαν. ἦν μὲν οὖν</w:t>
      </w:r>
    </w:p>
    <w:p>
      <w:r>
        <w:rPr>
          <w:rFonts w:ascii="Courier New" w:hAnsi="Courier New"/>
          <w:color w:val="555555"/>
          <w:sz w:val="20"/>
        </w:rPr>
        <w:t>[5]</w:t>
      </w:r>
    </w:p>
    <w:p>
      <w:r>
        <w:rPr>
          <w:rFonts w:ascii="Gentium Plus" w:hAnsi="Gentium Plus"/>
          <w:sz w:val="24"/>
        </w:rPr>
        <w:t>οὗτος τῶν παρὰ τὸν Ὠκεανὸν οἰκούντων Λυσιτα‐ νῶν, ποιμαίνων δ’ ἐκ παιδὸς ὀρείῳ βίῳ κατέστη συνήθης, συνεργὸν ἔχων καὶ τὴν τοῦ σώματος φύσιν· καὶ γὰρ ῥώμῃ καὶ τάχει καὶ τῇ τῶν λοιπῶν μερῶν εὐκινησίᾳ πολὺ διήνεγκε τῶν Ἰβήρων.</w:t>
      </w:r>
    </w:p>
    <w:p>
      <w:r>
        <w:rPr>
          <w:rFonts w:ascii="Courier New" w:hAnsi="Courier New"/>
          <w:color w:val="555555"/>
          <w:sz w:val="20"/>
        </w:rPr>
        <w:t>[33 . 1 . 2]</w:t>
      </w:r>
    </w:p>
    <w:p>
      <w:r>
        <w:rPr>
          <w:rFonts w:ascii="Gentium Plus" w:hAnsi="Gentium Plus"/>
          <w:sz w:val="24"/>
        </w:rPr>
        <w:t>συνείθισε δὲ αὑτὸν τροφῇ μὲν ὀλίγῃ γυμνασίοις δὲ πολλοῖς χρῆσθαι καὶ ὕπνῳ μέχρι μόνου τοῦ ἀναγ‐ καίου, καθόλου δὲ σιδηροφορῶν συνεχῶς καὶ θηρίοις καὶ λῃσταῖς εἰς ἀγῶνας καθιστάμενος, περιβόητος</w:t>
      </w:r>
    </w:p>
    <w:p>
      <w:r>
        <w:rPr>
          <w:rFonts w:ascii="Courier New" w:hAnsi="Courier New"/>
          <w:color w:val="555555"/>
          <w:sz w:val="20"/>
        </w:rPr>
        <w:t>[5]</w:t>
      </w:r>
    </w:p>
    <w:p>
      <w:r>
        <w:rPr>
          <w:rFonts w:ascii="Gentium Plus" w:hAnsi="Gentium Plus"/>
          <w:sz w:val="24"/>
        </w:rPr>
        <w:t>ἐγένετο παρὰ τοῖς πλήθεσι, καὶ ἡγεμὼν αὐτοῖς ᾑρέθη, καὶ ταχὺ σύστημα περὶ ἑαυτὸν λῃστῶν ἤ‐ θροισε. καὶ προκόπτων ἐν τοῖς πολέμοις οὐ μό‐ νον ἐθαυμαστώθη δι’ ἀλκήν, ἀλλὰ καὶ στρατηγεῖν</w:t>
      </w:r>
    </w:p>
    <w:p>
      <w:r>
        <w:rPr>
          <w:rFonts w:ascii="Courier New" w:hAnsi="Courier New"/>
          <w:color w:val="555555"/>
          <w:sz w:val="20"/>
        </w:rPr>
        <w:t>[33 . 1 . 3]</w:t>
      </w:r>
    </w:p>
    <w:p>
      <w:r>
        <w:rPr>
          <w:rFonts w:ascii="Gentium Plus" w:hAnsi="Gentium Plus"/>
          <w:sz w:val="24"/>
        </w:rPr>
        <w:t>ἔδοξε διαφερόντως. ἦν δὲ καὶ δίκαιος ἐν ταῖς δια‐ νομαῖς τῶν λαφύρων καὶ κατ’ ἀξίαν τοὺς ἀνδρα‐ γαθήσαντας ἐξῆρε τοῖς δώροις. προϊὼν δὲ οὐκέτι λῃστὴν ἀλλὰ δυνάστην αὑτὸν ἀναδείξας ἐπολέμησε</w:t>
      </w:r>
    </w:p>
    <w:p>
      <w:r>
        <w:rPr>
          <w:rFonts w:ascii="Courier New" w:hAnsi="Courier New"/>
          <w:color w:val="555555"/>
          <w:sz w:val="20"/>
        </w:rPr>
        <w:t>[5]</w:t>
      </w:r>
    </w:p>
    <w:p>
      <w:r>
        <w:rPr>
          <w:rFonts w:ascii="Gentium Plus" w:hAnsi="Gentium Plus"/>
          <w:sz w:val="24"/>
        </w:rPr>
        <w:t>Ῥωμαίοις καὶ πολλαῖς ἐκράτησε μάχαις, ὡς καὶ στρατηγὸν Ῥωμαίων Οὐιτέλλιον αὐτῷ καταπολε‐ μῆσαι στρατῷ καὶ αἰχμάλωτον λαβεῖν καὶ ξίφει ἀνελεῖν, καὶ πολλὰ ἕτερα εὐημερῆσαι κατὰ πόλεμον, ἕως Φάβιος στρατηγὸς τοῦ πρὸς αὐτὸν πολέμου</w:t>
      </w:r>
    </w:p>
    <w:p>
      <w:r>
        <w:rPr>
          <w:rFonts w:ascii="Courier New" w:hAnsi="Courier New"/>
          <w:color w:val="555555"/>
          <w:sz w:val="20"/>
        </w:rPr>
        <w:t>[33 . 1 . 4]</w:t>
      </w:r>
    </w:p>
    <w:p>
      <w:r>
        <w:rPr>
          <w:rFonts w:ascii="Gentium Plus" w:hAnsi="Gentium Plus"/>
          <w:sz w:val="24"/>
        </w:rPr>
        <w:t>κεχειροτόνητο. ἐκεῖθεν δ’ ἐλαττοῦσθαι ἤρξατο ἐπ’ οὐκ ὀλίγον. εἶτα ἀναλαβὼν καὶ κατευδοκιμήσας Φαβίου εἰς συνθήκας αὐτὸν ἐλθεῖν ἀναξίους Ῥω‐ μαίων ἠνάγκασεν. ἀλλ’ ὅ γε Καιπίων στρατηγεῖν</w:t>
      </w:r>
    </w:p>
    <w:p>
      <w:r>
        <w:rPr>
          <w:rFonts w:ascii="Courier New" w:hAnsi="Courier New"/>
          <w:color w:val="555555"/>
          <w:sz w:val="20"/>
        </w:rPr>
        <w:t>[5]</w:t>
      </w:r>
    </w:p>
    <w:p>
      <w:r>
        <w:rPr>
          <w:rFonts w:ascii="Gentium Plus" w:hAnsi="Gentium Plus"/>
          <w:sz w:val="24"/>
        </w:rPr>
        <w:t>καθ’ Ὑριάτθου αἱρεθεὶς τάς τε συνθήκας ἠκύρωσε, καὶ πολλάκις Ὑρίατθον ἐλαττώσας, εἶτα εἰς ἔσχα‐ τον ἥττης συνελάσας ὥστε καὶ πρὸς σπονδὰς ὁρᾶν, διὰ τῶν οἰκείων ἐδολοφόνησε. καὶ τὸν διαδεξάμε‐ νον αὐτοῦ τὴν στρατηγίαν Ταύταμον καὶ τοὺς μετ’</w:t>
      </w:r>
    </w:p>
    <w:p>
      <w:r>
        <w:rPr>
          <w:rFonts w:ascii="Courier New" w:hAnsi="Courier New"/>
          <w:color w:val="555555"/>
          <w:sz w:val="20"/>
        </w:rPr>
        <w:t>[10]</w:t>
      </w:r>
    </w:p>
    <w:p>
      <w:r>
        <w:rPr>
          <w:rFonts w:ascii="Gentium Plus" w:hAnsi="Gentium Plus"/>
          <w:sz w:val="24"/>
        </w:rPr>
        <w:t>αὐτοῦ καταπληξάμενος καὶ σπονδὰς οἵας ἐβούλετο θέσθαι παρασκευασάμενος, ἔδωκε χώραν καὶ πόλιν εἰς κατοίκησιν. (Photius, Bibl. pp. 383—384 B.)</w:t>
      </w:r>
    </w:p>
    <w:p>
      <w:r>
        <w:rPr>
          <w:rFonts w:ascii="Courier New" w:hAnsi="Courier New"/>
          <w:color w:val="555555"/>
          <w:sz w:val="20"/>
        </w:rPr>
        <w:t>[33 . 1 . 5]</w:t>
      </w:r>
    </w:p>
    <w:p>
      <w:r>
        <w:rPr>
          <w:rFonts w:ascii="Gentium Plus" w:hAnsi="Gentium Plus"/>
          <w:sz w:val="24"/>
        </w:rPr>
        <w:t>Ὅτι Ὑρίατθος ὁ λῄσταρχος ὁ Λυσιτανὸς καὶ δίκαιος ἦν ἐν ταῖς διανομαῖς τῶν λαφύρων καὶ κατ’ ἀξίαν τιμῶν τοὺς ἀνδραγαθήσαντας ἐξαιρέτοις δώροις, ἔτι δὲ οὐδὲν ἁπλῶς ἐκ τῶν κοινῶν νοσφι‐</w:t>
      </w:r>
    </w:p>
    <w:p>
      <w:r>
        <w:rPr>
          <w:rFonts w:ascii="Courier New" w:hAnsi="Courier New"/>
          <w:color w:val="555555"/>
          <w:sz w:val="20"/>
        </w:rPr>
        <w:t>[5]</w:t>
      </w:r>
    </w:p>
    <w:p>
      <w:r>
        <w:rPr>
          <w:rFonts w:ascii="Gentium Plus" w:hAnsi="Gentium Plus"/>
          <w:sz w:val="24"/>
        </w:rPr>
        <w:t>ζόμενος. διὸ καὶ συνέβαινε τοὺς Λυσιτανοὺς προθυ‐ μότατα συγκινδυνεύειν αὐτῷ, τιμῶντας οἱονεί τινα κοινὸν εὐεργέτην καὶ σωτῆρα.</w:t>
      </w:r>
    </w:p>
    <w:p>
      <w:r>
        <w:rPr>
          <w:rFonts w:ascii="Courier New" w:hAnsi="Courier New"/>
          <w:color w:val="555555"/>
          <w:sz w:val="20"/>
        </w:rPr>
        <w:t>[33 . 2 . 1]</w:t>
      </w:r>
    </w:p>
    <w:p>
      <w:r>
        <w:rPr>
          <w:rFonts w:ascii="Gentium Plus" w:hAnsi="Gentium Plus"/>
          <w:sz w:val="24"/>
        </w:rPr>
        <w:t>Ὅτι ὁ Πλαύτιος ὁ ἑξαπέλεκυς στρατηγὸς τῶν Ῥωμαίων κακὸς προστάτης ἐγένετο ἐν τῇ ἐπαρχίᾳ· ἀνθ’ ὧν κατάκριτος ἐν τῇ πατρίδι γενόμενος ἐπὶ τῷ τεταπεινωκέναι τὴν ἀρχὴν ἔφυγεν ἐκ τῆς Ῥώμης.</w:t>
      </w:r>
    </w:p>
    <w:p>
      <w:r>
        <w:rPr>
          <w:rFonts w:ascii="Courier New" w:hAnsi="Courier New"/>
          <w:color w:val="555555"/>
          <w:sz w:val="20"/>
        </w:rPr>
        <w:t>[33 . 3 . 1]</w:t>
      </w:r>
    </w:p>
    <w:p>
      <w:r>
        <w:rPr>
          <w:rFonts w:ascii="Gentium Plus" w:hAnsi="Gentium Plus"/>
          <w:sz w:val="24"/>
        </w:rPr>
        <w:t>Ὅτι κατὰ τὴν Συρίαν Ἀλέξανδρος ὁ βασιλεὺς διὰ τὴν ἀσθένειαν τῆς ψυχῆς ἄχρηστος ὢν εἰς προ‐ στασίαν βασιλείας τὰ κατὰ τὴν Ἀντιόχειαν ἐπέ‐ τρεψεν Ἱέρακι καὶ Διοδότῳ.</w:t>
      </w:r>
    </w:p>
    <w:p>
      <w:r>
        <w:rPr>
          <w:rFonts w:ascii="Courier New" w:hAnsi="Courier New"/>
          <w:color w:val="555555"/>
          <w:sz w:val="20"/>
        </w:rPr>
        <w:t>[33 . 4 . 1]</w:t>
      </w:r>
    </w:p>
    <w:p>
      <w:r>
        <w:rPr>
          <w:rFonts w:ascii="Gentium Plus" w:hAnsi="Gentium Plus"/>
          <w:sz w:val="24"/>
        </w:rPr>
        <w:t>Ὅτι Δημήτριος, τεταπεινωμένης τῆς κατ’ Αἴγυπτον βασιλείας, καὶ μόνος ἀπολειφθεὶς ἀπολε‐ λύσθαι διέλαβεν ἑαυτὸν παντὸς κινδύνου. διόπερ τῆς συνήθους τοῖς ὄχλοις ἀρεσκείας καταφρονήσας</w:t>
      </w:r>
    </w:p>
    <w:p>
      <w:r>
        <w:rPr>
          <w:rFonts w:ascii="Courier New" w:hAnsi="Courier New"/>
          <w:color w:val="555555"/>
          <w:sz w:val="20"/>
        </w:rPr>
        <w:t>[5]</w:t>
      </w:r>
    </w:p>
    <w:p>
      <w:r>
        <w:rPr>
          <w:rFonts w:ascii="Gentium Plus" w:hAnsi="Gentium Plus"/>
          <w:sz w:val="24"/>
        </w:rPr>
        <w:t>καὶ βαρύτερος ἀεὶ μᾶλλον τοῖς προστάγμασι γινό‐ μενος ἀπέσκηψεν εἰς ὠμότητα τυραννικὴν καὶ ποι‐</w:t>
      </w:r>
    </w:p>
    <w:p>
      <w:r>
        <w:rPr>
          <w:rFonts w:ascii="Courier New" w:hAnsi="Courier New"/>
          <w:color w:val="555555"/>
          <w:sz w:val="20"/>
        </w:rPr>
        <w:t>[10]</w:t>
      </w:r>
    </w:p>
    <w:p>
      <w:r>
        <w:rPr>
          <w:rFonts w:ascii="Gentium Plus" w:hAnsi="Gentium Plus"/>
          <w:sz w:val="24"/>
        </w:rPr>
        <w:t>ὢν καὶ ῥᾳδιουργὸς πάντων τῶν κακῶν εἰσηγητὴς ἐγένετο, κολακεύων τὸ μειράκιον καὶ προτρεπό‐</w:t>
      </w:r>
    </w:p>
    <w:p>
      <w:r>
        <w:rPr>
          <w:rFonts w:ascii="Courier New" w:hAnsi="Courier New"/>
          <w:color w:val="555555"/>
          <w:sz w:val="20"/>
        </w:rPr>
        <w:t>[33 . 4 . 2]</w:t>
      </w:r>
    </w:p>
    <w:p>
      <w:r>
        <w:rPr>
          <w:rFonts w:ascii="Gentium Plus" w:hAnsi="Gentium Plus"/>
          <w:sz w:val="24"/>
        </w:rPr>
        <w:t>μενος πρὸς τὰς αἰσχίστας πράξεις. τὸ μὲν οὖν πρῶτον τοὺς ἐν τῷ πολέμῳ γεγονότας ἀλλοτρίους οὐ μετρίαις ἐπιτιμήσεσιν ἐκόλαζεν, ἀλλὰ τιμωρίαις ἐξηλλαγμέναις περιέβαλλεν. ἔπειτα τῶν Ἀντιοχέων</w:t>
      </w:r>
    </w:p>
    <w:p>
      <w:r>
        <w:rPr>
          <w:rFonts w:ascii="Courier New" w:hAnsi="Courier New"/>
          <w:color w:val="555555"/>
          <w:sz w:val="20"/>
        </w:rPr>
        <w:t>[5]</w:t>
      </w:r>
    </w:p>
    <w:p>
      <w:r>
        <w:rPr>
          <w:rFonts w:ascii="Gentium Plus" w:hAnsi="Gentium Plus"/>
          <w:sz w:val="24"/>
        </w:rPr>
        <w:t>χρωμένων πρὸς αὐτὸν τῇ συνηθείᾳ, ξενικὴν δύναμιν ἀξιόλογον ἐπ’ αὐτοὺς συνεστήσατο καὶ τὰ μὲν ὅπλα παρείλετο, τῶν δὲ μὴ προαιρουμένων παραδοῦναι τοὺς μὲν ἐν χειρῶν νόμῳ διέφθειρεν, τοὺς δὲ ἐν ταῖς οἰκίαις μετὰ τέκνων καὶ γυναικῶν κατεκέντη‐</w:t>
      </w:r>
    </w:p>
    <w:p>
      <w:r>
        <w:rPr>
          <w:rFonts w:ascii="Courier New" w:hAnsi="Courier New"/>
          <w:color w:val="555555"/>
          <w:sz w:val="20"/>
        </w:rPr>
        <w:t>[10]</w:t>
      </w:r>
    </w:p>
    <w:p>
      <w:r>
        <w:rPr>
          <w:rFonts w:ascii="Gentium Plus" w:hAnsi="Gentium Plus"/>
          <w:sz w:val="24"/>
        </w:rPr>
        <w:t>σεν. μεγάλης δὲ ταραχῆς γενομένης περὶ τὸν παρ‐</w:t>
      </w:r>
    </w:p>
    <w:p>
      <w:r>
        <w:rPr>
          <w:rFonts w:ascii="Courier New" w:hAnsi="Courier New"/>
          <w:color w:val="555555"/>
          <w:sz w:val="20"/>
        </w:rPr>
        <w:t>[33 . 4 . 3]</w:t>
      </w:r>
    </w:p>
    <w:p>
      <w:r>
        <w:rPr>
          <w:rFonts w:ascii="Gentium Plus" w:hAnsi="Gentium Plus"/>
          <w:sz w:val="24"/>
        </w:rPr>
        <w:t>οπλισμόν, τὰ πλεῖστα τῆς πόλεως ἐνέπρησε. πολ‐ λοὺς δὲ τῶν καταιτιαθέντων τιμωρησάμενος εἰς τὸ βασιλικὸν ταμεῖον τὰς οὐσίας ἀνέλαβε. διὰ δὲ τὸν φόβον καὶ τὸ μῖσος πολλοὶ τῶν Ἀντιοχέων</w:t>
      </w:r>
    </w:p>
    <w:p>
      <w:r>
        <w:rPr>
          <w:rFonts w:ascii="Courier New" w:hAnsi="Courier New"/>
          <w:color w:val="555555"/>
          <w:sz w:val="20"/>
        </w:rPr>
        <w:t>[5]</w:t>
      </w:r>
    </w:p>
    <w:p>
      <w:r>
        <w:rPr>
          <w:rFonts w:ascii="Gentium Plus" w:hAnsi="Gentium Plus"/>
          <w:sz w:val="24"/>
        </w:rPr>
        <w:t>φυγόντες ἐκ τῆς πατρίδος ἠλῶντο καθ’ ὅλην τὴν Συρίαν, τηροῦντες τοὺς κατὰ τοῦ βασιλέως καιρούς. ὁ δὲ Δημήτριος ὑπάρχων αὐτοῖς πολέμιος οὐ διέλιπε ποιῶν σφαγὰς καὶ φυγὰς καὶ χρημάτων ἀφαιρέσεις, πολὺ καὶ τὴν τοῦ πατρὸς χαλεπότητα καὶ μιαι‐</w:t>
      </w:r>
    </w:p>
    <w:p>
      <w:r>
        <w:rPr>
          <w:rFonts w:ascii="Courier New" w:hAnsi="Courier New"/>
          <w:color w:val="555555"/>
          <w:sz w:val="20"/>
        </w:rPr>
        <w:t>[33 . 4 . 4]</w:t>
      </w:r>
    </w:p>
    <w:p>
      <w:r>
        <w:rPr>
          <w:rFonts w:ascii="Gentium Plus" w:hAnsi="Gentium Plus"/>
          <w:sz w:val="24"/>
        </w:rPr>
        <w:t>φονίαν ὑπερβαλόμενος. καὶ γὰρ ἐκεῖνος οὐ βα‐ σιλικὴν ἐπιείκειαν ἀλλὰ τυραννικὴν παρανομίαν ἐζηλωκὼς ἀνηκέστοις κακοῖς τοὺς ὑποταττομένους περιεβεβλήκει· ὥστε συνέβαινε τοὺς μὲν ἀπὸ ταύτης</w:t>
      </w:r>
    </w:p>
    <w:p>
      <w:r>
        <w:rPr>
          <w:rFonts w:ascii="Courier New" w:hAnsi="Courier New"/>
          <w:color w:val="555555"/>
          <w:sz w:val="20"/>
        </w:rPr>
        <w:t>[5]</w:t>
      </w:r>
    </w:p>
    <w:p>
      <w:r>
        <w:rPr>
          <w:rFonts w:ascii="Gentium Plus" w:hAnsi="Gentium Plus"/>
          <w:sz w:val="24"/>
        </w:rPr>
        <w:t>τῆς οἰκίας βασιλεῖς διὰ τὴν παρανομίαν μισεῖσθαι,</w:t>
      </w:r>
    </w:p>
    <w:p>
      <w:r>
        <w:rPr>
          <w:rFonts w:ascii="Courier New" w:hAnsi="Courier New"/>
          <w:color w:val="555555"/>
          <w:sz w:val="20"/>
        </w:rPr>
        <w:t>[10]</w:t>
      </w:r>
    </w:p>
    <w:p>
      <w:r>
        <w:rPr>
          <w:rFonts w:ascii="Gentium Plus" w:hAnsi="Gentium Plus"/>
          <w:sz w:val="24"/>
        </w:rPr>
        <w:t>καὶ γὰρ τὰ πλήθη διὰ τὴν τῶν κατιόντων ἀεὶ βα‐ σιλέων ἀρέσκειαν εὐθέτως εἶχε πρὸς τὰς μεταβολάς. (Const. Exc. 2(1), pp. 294—295.)</w:t>
      </w:r>
    </w:p>
    <w:p>
      <w:r>
        <w:rPr>
          <w:rFonts w:ascii="Courier New" w:hAnsi="Courier New"/>
          <w:color w:val="555555"/>
          <w:sz w:val="20"/>
        </w:rPr>
        <w:t>[33 4a 1]</w:t>
      </w:r>
    </w:p>
    <w:p>
      <w:r>
        <w:rPr>
          <w:rFonts w:ascii="Gentium Plus" w:hAnsi="Gentium Plus"/>
          <w:sz w:val="24"/>
        </w:rPr>
        <w:t>Ὅτι Διόδοτός τις ἐπικαλούμενος Τρύφων, ὑπάρχων δὲ ἐν πολλῷ ἀξιώματι τῶν παρὰ τῷ βασιλεῖ φίλων, ὁρῶν τὰς ὁρμὰς τῶν ὄχλων καὶ τὸ πρὸς τὸν δυνάστην μῖσος, ἀποστὰς τοῦ Δημη‐</w:t>
      </w:r>
    </w:p>
    <w:p>
      <w:r>
        <w:rPr>
          <w:rFonts w:ascii="Courier New" w:hAnsi="Courier New"/>
          <w:color w:val="555555"/>
          <w:sz w:val="20"/>
        </w:rPr>
        <w:t>[5]</w:t>
      </w:r>
    </w:p>
    <w:p>
      <w:r>
        <w:rPr>
          <w:rFonts w:ascii="Gentium Plus" w:hAnsi="Gentium Plus"/>
          <w:sz w:val="24"/>
        </w:rPr>
        <w:t>τρίου καὶ ταχὺ πολλοὺς εὑρὼν κοινωνοῦντας τῆς προαιρέσεως ... τοὺς περὶ τὴν Λάρισσαν διω‐ νομασμένους ἐπ’ ἀνδρείᾳ καὶ τὴν ἐνθάδε κατοικίαν εἰληφότας δι’ ἀνδραγαθίαν, ἀποίκους δὲ ὄντας τῆς Θετταλικῆς Λαρίσσης, καὶ τοῖς ἀπὸ Σελεύκου τοῦ</w:t>
      </w:r>
    </w:p>
    <w:p>
      <w:r>
        <w:rPr>
          <w:rFonts w:ascii="Courier New" w:hAnsi="Courier New"/>
          <w:color w:val="555555"/>
          <w:sz w:val="20"/>
        </w:rPr>
        <w:t>[10]</w:t>
      </w:r>
    </w:p>
    <w:p>
      <w:r>
        <w:rPr>
          <w:rFonts w:ascii="Gentium Plus" w:hAnsi="Gentium Plus"/>
          <w:sz w:val="24"/>
        </w:rPr>
        <w:t>Νικάτορος βασιλεῦσι γεγονότας συμμάχους κατὰ τὸ πρῶτον ἄγημα τῆς ἱππικῆς δυνάμεως ... ἐποιήσατο δὲ σύμμαχον καὶ τὸν τῆς Ἀραβίας δυνά‐ στην Ἰάμβλιχον, ὃς ἐτύγχανεν ἔχων παραθήκην Ἀντίοχον τὸν Ἐπιφανῆ χρηματίζοντα, παῖδα μὲν</w:t>
      </w:r>
    </w:p>
    <w:p>
      <w:r>
        <w:rPr>
          <w:rFonts w:ascii="Courier New" w:hAnsi="Courier New"/>
          <w:color w:val="555555"/>
          <w:sz w:val="20"/>
        </w:rPr>
        <w:t>[15]</w:t>
      </w:r>
    </w:p>
    <w:p>
      <w:r>
        <w:rPr>
          <w:rFonts w:ascii="Gentium Plus" w:hAnsi="Gentium Plus"/>
          <w:sz w:val="24"/>
        </w:rPr>
        <w:t>τὴν ἡλικίαν, υἱὸν δὲ ὄντα Ἀλεξάνδρου. τούτῳ μὲν οὖν διάδημα περιθεὶς καὶ τὴν ἁρμόζουσαν βασιλεῖ θεραπείαν κατήγαγεν ἐπὶ τὴν πατρῴαν ἀρχήν. ὑπε‐ λάμβανε γάρ, ὅπερ ἦν εἰκός, τὰ πλήθη μεταβολῆς ὀρεγόμενα προθύμως τὸν παῖδα κατάξειν διὰ τὴν</w:t>
      </w:r>
    </w:p>
    <w:p>
      <w:r>
        <w:rPr>
          <w:rFonts w:ascii="Courier New" w:hAnsi="Courier New"/>
          <w:color w:val="555555"/>
          <w:sz w:val="20"/>
        </w:rPr>
        <w:t>[20]</w:t>
      </w:r>
    </w:p>
    <w:p>
      <w:r>
        <w:rPr>
          <w:rFonts w:ascii="Gentium Plus" w:hAnsi="Gentium Plus"/>
          <w:sz w:val="24"/>
        </w:rPr>
        <w:t>ἐπιείκειαν τῶν ... βασιλέων καὶ διὰ τὴν τοῦ τότε ἄρχοντος παρανομίαν. καὶ πρῶτον μὲν ἀθροί‐</w:t>
      </w:r>
    </w:p>
    <w:p>
      <w:r>
        <w:rPr>
          <w:rFonts w:ascii="Courier New" w:hAnsi="Courier New"/>
          <w:color w:val="555555"/>
          <w:sz w:val="20"/>
        </w:rPr>
        <w:t>[25]</w:t>
      </w:r>
    </w:p>
    <w:p>
      <w:r>
        <w:rPr>
          <w:rFonts w:ascii="Gentium Plus" w:hAnsi="Gentium Plus"/>
          <w:sz w:val="24"/>
        </w:rPr>
        <w:t>διαθρέψαι καὶ παρέχεσθαι τὴν ἀσφάλειαν, ἐντεῦθέν τε ὁρμώμενος προσηγάγετο τοὺς πλησιοχώρους καὶ τῶν πρὸς πόλεμον χρησίμων τὰς παρασκευὰς ἐποιεῖτο. ὁ δὲ Δημήτριος πρῶτον μὲν ὡς λῃστοῦ τινος κατεφρόνει καὶ τοῖς στρατιώταις συλλαβεῖν</w:t>
      </w:r>
    </w:p>
    <w:p>
      <w:r>
        <w:rPr>
          <w:rFonts w:ascii="Courier New" w:hAnsi="Courier New"/>
          <w:color w:val="555555"/>
          <w:sz w:val="20"/>
        </w:rPr>
        <w:t>[30]</w:t>
      </w:r>
    </w:p>
    <w:p>
      <w:r>
        <w:rPr>
          <w:rFonts w:ascii="Gentium Plus" w:hAnsi="Gentium Plus"/>
          <w:sz w:val="24"/>
        </w:rPr>
        <w:t>αὐτὸν προσέταξεν· μετὰ δὲ ταῦτα παράδοξον δύ‐ ναμιν περιποιησαμένου καὶ πρόσχημα τῆς ἰδίας τόλμης λαβόντος τὴν τοῦ παιδὸς κάθοδον ἐπὶ τὴν βασιλείαν, ἔγνω στρατηγὸν ἐπ’ αὐτὸν ἐκπέμπειν. (Const. Exc. 3, pp. 204—205.)</w:t>
      </w:r>
    </w:p>
    <w:p>
      <w:r>
        <w:rPr>
          <w:rFonts w:ascii="Courier New" w:hAnsi="Courier New"/>
          <w:color w:val="555555"/>
          <w:sz w:val="20"/>
        </w:rPr>
        <w:t>[33 . 5 . 1]</w:t>
      </w:r>
    </w:p>
    <w:p>
      <w:r>
        <w:rPr>
          <w:rFonts w:ascii="Gentium Plus" w:hAnsi="Gentium Plus"/>
          <w:sz w:val="24"/>
        </w:rPr>
        <w:t>Ὅτι οἱ τὴν Ἄραδον οἰκοῦντες ὑπέλαβον καιρὸν εἰληφέναι πρὸς τὴν τῶν Μαραθηνῶν ἀπώλειαν. ἀποστείλαντες οὖν ἐν ἀπορρήτοις πρὸς Ἀμμώνιον τὸν προεστηκότα τῆς βασιλείας ἔπεισαν τριακοσίοις</w:t>
      </w:r>
    </w:p>
    <w:p>
      <w:r>
        <w:rPr>
          <w:rFonts w:ascii="Courier New" w:hAnsi="Courier New"/>
          <w:color w:val="555555"/>
          <w:sz w:val="20"/>
        </w:rPr>
        <w:t>[5]</w:t>
      </w:r>
    </w:p>
    <w:p>
      <w:r>
        <w:rPr>
          <w:rFonts w:ascii="Gentium Plus" w:hAnsi="Gentium Plus"/>
          <w:sz w:val="24"/>
        </w:rPr>
        <w:t>ταλάντοις παραδοῦναι τὴν Μάραθον αὐτοῖς. ὁ δὲ Ἰσίδωρον αὐτοῖς ἀπέστειλε λόγῳ μὲν ὡς ἐφ’ ἑτέρας χρείας, ἔργῳ δὲ τὴν πόλιν ἐξαιρήσοντα καὶ παρα‐</w:t>
      </w:r>
    </w:p>
    <w:p>
      <w:r>
        <w:rPr>
          <w:rFonts w:ascii="Courier New" w:hAnsi="Courier New"/>
          <w:color w:val="555555"/>
          <w:sz w:val="20"/>
        </w:rPr>
        <w:t>[33 . 5 . 2]</w:t>
      </w:r>
    </w:p>
    <w:p>
      <w:r>
        <w:rPr>
          <w:rFonts w:ascii="Gentium Plus" w:hAnsi="Gentium Plus"/>
          <w:sz w:val="24"/>
        </w:rPr>
        <w:t>δώσοντα τοῖς Ἀραδίοις. οἱ δὲ Μαραθηνοὶ τὸν κεκυρωμένον καθ’ αὑτῶν ὄλεθρον ἀγνοοῦντες, τοὺς δὲ Ἀραδίους ὁρῶντες ἐν προτιμήσει παρὰ τῷ βασιλεῖ φερομένους, ἔγνωσαν τοὺς μὲν παρὰ τοῦ</w:t>
      </w:r>
    </w:p>
    <w:p>
      <w:r>
        <w:rPr>
          <w:rFonts w:ascii="Courier New" w:hAnsi="Courier New"/>
          <w:color w:val="555555"/>
          <w:sz w:val="20"/>
        </w:rPr>
        <w:t>[5]</w:t>
      </w:r>
    </w:p>
    <w:p>
      <w:r>
        <w:rPr>
          <w:rFonts w:ascii="Gentium Plus" w:hAnsi="Gentium Plus"/>
          <w:sz w:val="24"/>
        </w:rPr>
        <w:t>βασιλέως στρατιώτας εἰς τὴν πόλιν μὴ προσδέχε‐ σθαι, τῶν δὲ Ἀραδίων αὐτοὺς ἱκέτας γενέσθαι. εὐθὺς οὖν τῶν πρεσβυτάτων τοὺς ἐπιφανεστάτους παρ’ ἑαυτοῖς δέκα πρεσβευτὰς ἐξέπεμψαν εἰς τὴν Ἄραδον ἱκετηρίαν κομίζοντας μεθ’ ἑαυτῶν καὶ τὰ</w:t>
      </w:r>
    </w:p>
    <w:p>
      <w:r>
        <w:rPr>
          <w:rFonts w:ascii="Courier New" w:hAnsi="Courier New"/>
          <w:color w:val="555555"/>
          <w:sz w:val="20"/>
        </w:rPr>
        <w:t>[10]</w:t>
      </w:r>
    </w:p>
    <w:p>
      <w:r>
        <w:rPr>
          <w:rFonts w:ascii="Gentium Plus" w:hAnsi="Gentium Plus"/>
          <w:sz w:val="24"/>
        </w:rPr>
        <w:t>παλαιότατα τῶν κατὰ τὴν πόλιν ἀφιδρυμάτων· ὑπ‐ ελάμβανον γὰρ ἐλέῳ συγγενείας καὶ θεῶν εὐσε‐ βείᾳ μεταθήσειν τὴν πᾶσαν ὀργὴν τῶν Ἀραδίων.</w:t>
      </w:r>
    </w:p>
    <w:p>
      <w:r>
        <w:rPr>
          <w:rFonts w:ascii="Courier New" w:hAnsi="Courier New"/>
          <w:color w:val="555555"/>
          <w:sz w:val="20"/>
        </w:rPr>
        <w:t>[33 . 5 . 3]</w:t>
      </w:r>
    </w:p>
    <w:p>
      <w:r>
        <w:rPr>
          <w:rFonts w:ascii="Gentium Plus" w:hAnsi="Gentium Plus"/>
          <w:sz w:val="24"/>
        </w:rPr>
        <w:t>οἱ δὲ κατὰ τὰς δεδομένας ἐντολὰς ἐκβάντες τῆς νηὸς εἰς ἱκεσίαν καὶ δέησιν ἐτρέποντο τῶν ὄχλων. οἱ δὲ Ἀράδιοι ταῖς ψυχαῖς ἀνηρτημένοι κατεφρόνη‐ σαν μὲν τῶν κοινῶν τῆς ἱκεσίας νόμων, παρ’ οὐδὲν</w:t>
      </w:r>
    </w:p>
    <w:p>
      <w:r>
        <w:rPr>
          <w:rFonts w:ascii="Courier New" w:hAnsi="Courier New"/>
          <w:color w:val="555555"/>
          <w:sz w:val="20"/>
        </w:rPr>
        <w:t>[5]</w:t>
      </w:r>
    </w:p>
    <w:p>
      <w:r>
        <w:rPr>
          <w:rFonts w:ascii="Gentium Plus" w:hAnsi="Gentium Plus"/>
          <w:sz w:val="24"/>
        </w:rPr>
        <w:t>δὲ ἡγήσαντο τὴν τῶν συγγενικῶν ἀφιδρυμάτων καὶ θεῶν εὐσέβειαν· διόπερ τὰ μὲν τῶν θεῶν ἀγάλματα συντρίψαντες ὑβριστικῶς κατεπάτησαν, τοὺς δὲ πρεσβευτὰς ἐπεβάλοντο τοῖς λίθοις καταλεύειν. πρε‐ σβυτέρων δέ τινων ἐπιλαβομένων τῆς ὁρμῆς τῶν</w:t>
      </w:r>
    </w:p>
    <w:p>
      <w:r>
        <w:rPr>
          <w:rFonts w:ascii="Courier New" w:hAnsi="Courier New"/>
          <w:color w:val="555555"/>
          <w:sz w:val="20"/>
        </w:rPr>
        <w:t>[10]</w:t>
      </w:r>
    </w:p>
    <w:p>
      <w:r>
        <w:rPr>
          <w:rFonts w:ascii="Gentium Plus" w:hAnsi="Gentium Plus"/>
          <w:sz w:val="24"/>
        </w:rPr>
        <w:t>ὄχλων, μόγις διὰ τὴν τούτων ἐντροπὴν τοῦ βάλλειν ἀποσχόμενοι προσέταξαν εἰς τὴν φυλακὴν αὐτοὺς ἀπαγαγεῖν. (Const. Exc. 1, p. 405.)</w:t>
      </w:r>
    </w:p>
    <w:p>
      <w:r>
        <w:rPr>
          <w:rFonts w:ascii="Courier New" w:hAnsi="Courier New"/>
          <w:color w:val="555555"/>
          <w:sz w:val="20"/>
        </w:rPr>
        <w:t>[33 . 5 . 4]</w:t>
      </w:r>
    </w:p>
    <w:p>
      <w:r>
        <w:rPr>
          <w:rFonts w:ascii="Gentium Plus" w:hAnsi="Gentium Plus"/>
          <w:sz w:val="24"/>
        </w:rPr>
        <w:t>Ὅτι οἱ Ἀράδιοι ταῖς ψυχαῖς ἀνηρτημένοι τοὺς πρεσβευτὰς ἠτίμασαν. ἐπιβοωμένων δὲ τῶν ἀτυ‐ χούντων τὴν ἱερὰν τῶν ἱκετῶν τιμὴν καὶ τὴν ἄδειαν τῆς τῶν πρεσβευτῶν ἀσυλίας, παροξυνθέντες οἱ</w:t>
      </w:r>
    </w:p>
    <w:p>
      <w:r>
        <w:rPr>
          <w:rFonts w:ascii="Courier New" w:hAnsi="Courier New"/>
          <w:color w:val="555555"/>
          <w:sz w:val="20"/>
        </w:rPr>
        <w:t>[5]</w:t>
      </w:r>
    </w:p>
    <w:p>
      <w:r>
        <w:rPr>
          <w:rFonts w:ascii="Gentium Plus" w:hAnsi="Gentium Plus"/>
          <w:sz w:val="24"/>
        </w:rPr>
        <w:t>τολμηρότατοι τῶν νέων ἐξεκέντησαν τοὺς ἱκέτας. οἱ δὲ ἀνόσιον φόνον ἐπιτελεσάμενοι συνέδραμον ἐπὶ τὴν ἐκκλησίαν καὶ τοῖς ἑαυτῶν παρανομήμασι συν‐ επιχειρονομοῦντες ἄλλην κατὰ τῶν Μαραθηνῶν ἐπι‐</w:t>
      </w:r>
    </w:p>
    <w:p>
      <w:r>
        <w:rPr>
          <w:rFonts w:ascii="Courier New" w:hAnsi="Courier New"/>
          <w:color w:val="555555"/>
          <w:sz w:val="20"/>
        </w:rPr>
        <w:t>[33 . 5 . 5]</w:t>
      </w:r>
    </w:p>
    <w:p>
      <w:r>
        <w:rPr>
          <w:rFonts w:ascii="Gentium Plus" w:hAnsi="Gentium Plus"/>
          <w:sz w:val="24"/>
        </w:rPr>
        <w:t>βουλὴν ἀσεβῆ συνεστήσαντο. περιελόμενοι γὰρ τῶν σφαγέντων τοὺς δακτυλίους ἔπεμψαν ὡς παρὰ τῶν πρεσβευτῶν ἐπιστολὴν πρὸς τὸν δῆμον τῶν Μαρα‐ θηνῶν, ἐν ᾗ ἐδήλουν ἐπαγγελλομένους τοὺς Ἀρα‐</w:t>
      </w:r>
    </w:p>
    <w:p>
      <w:r>
        <w:rPr>
          <w:rFonts w:ascii="Courier New" w:hAnsi="Courier New"/>
          <w:color w:val="555555"/>
          <w:sz w:val="20"/>
        </w:rPr>
        <w:t>[5]</w:t>
      </w:r>
    </w:p>
    <w:p>
      <w:r>
        <w:rPr>
          <w:rFonts w:ascii="Gentium Plus" w:hAnsi="Gentium Plus"/>
          <w:sz w:val="24"/>
        </w:rPr>
        <w:t>δίους πέμψαι στρατιώτας τοὺς βοηθήσοντας, ὅπως πιστευσάντων τῶν Μαραθηνῶν ὡς πρὸς ἀλήθειαν</w:t>
      </w:r>
    </w:p>
    <w:p>
      <w:r>
        <w:rPr>
          <w:rFonts w:ascii="Courier New" w:hAnsi="Courier New"/>
          <w:color w:val="555555"/>
          <w:sz w:val="20"/>
        </w:rPr>
        <w:t>[33 . 5 . 6]</w:t>
      </w:r>
    </w:p>
    <w:p>
      <w:r>
        <w:rPr>
          <w:rFonts w:ascii="Gentium Plus" w:hAnsi="Gentium Plus"/>
          <w:sz w:val="24"/>
        </w:rPr>
        <w:t>οἱ παρ’ αὐτῶν στρατιῶται. οὐ μὴν ἠδυνήθησάν γε τὴν ἄνομον ἐπιβολὴν εἰς πέρας ἀγαγεῖν, ἀνδρὸς εὐσεβοῦς καὶ δικαίου κατελεήσαντος τὴν τύχην τῶν μελλόντων πάσχειν ἀνήκεστα. τῶν γὰρ Ἀραδίων</w:t>
      </w:r>
    </w:p>
    <w:p>
      <w:r>
        <w:rPr>
          <w:rFonts w:ascii="Courier New" w:hAnsi="Courier New"/>
          <w:color w:val="555555"/>
          <w:sz w:val="20"/>
        </w:rPr>
        <w:t>[5]</w:t>
      </w:r>
    </w:p>
    <w:p>
      <w:r>
        <w:rPr>
          <w:rFonts w:ascii="Gentium Plus" w:hAnsi="Gentium Plus"/>
          <w:sz w:val="24"/>
        </w:rPr>
        <w:t>πάντα τὰ πλοῖα παρελομένων, ὅπως μηδεὶς δυνηθῇ δηλῶσαι τοῖς ἐπιβουλευομένοις τὴν κατ’ αὐτῶν σκευωρίαν, θαλαττουργός τις πρὸς τοὺς Μαραθη‐ νοὺς οἰκείως διακείμενος καὶ τὸν αὐλῶνα τὸν περὶ ἐκείνους τοὺς τόπους ἐργαζόμενος, παρῃρημένης</w:t>
      </w:r>
    </w:p>
    <w:p>
      <w:r>
        <w:rPr>
          <w:rFonts w:ascii="Courier New" w:hAnsi="Courier New"/>
          <w:color w:val="555555"/>
          <w:sz w:val="20"/>
        </w:rPr>
        <w:t>[10]</w:t>
      </w:r>
    </w:p>
    <w:p>
      <w:r>
        <w:rPr>
          <w:rFonts w:ascii="Gentium Plus" w:hAnsi="Gentium Plus"/>
          <w:sz w:val="24"/>
        </w:rPr>
        <w:t>αὐτοῦ τῆς ἁλιάδος, διενήξατο νυκτὸς τὸν πόρον καὶ παραβόλως διήνυσε τοὺς ὀκτὼ σταδίους καὶ ἐδή‐ λωσε τοῖς Μαραθηνοῖς τὴν κατ’ αὐτῶν ἐπιβουλήν. οἱ δὲ Ἀράδιοι γνόντες διὰ τῶν κατασκόπων μεμη‐ νυμένην τὴν ἰδίαν ἐπιβολὴν ἀπέστησαν τῆς διὰ τῶν</w:t>
      </w:r>
    </w:p>
    <w:p>
      <w:r>
        <w:rPr>
          <w:rFonts w:ascii="Courier New" w:hAnsi="Courier New"/>
          <w:color w:val="555555"/>
          <w:sz w:val="20"/>
        </w:rPr>
        <w:t>[15]</w:t>
      </w:r>
    </w:p>
    <w:p>
      <w:r>
        <w:rPr>
          <w:rFonts w:ascii="Gentium Plus" w:hAnsi="Gentium Plus"/>
          <w:sz w:val="24"/>
        </w:rPr>
        <w:t>ἐπιστολῶν κακουργίας. (Const. Exc. 2(1), pp. 295—296.)</w:t>
      </w:r>
    </w:p>
    <w:p>
      <w:r>
        <w:rPr>
          <w:rFonts w:ascii="Courier New" w:hAnsi="Courier New"/>
          <w:color w:val="555555"/>
          <w:sz w:val="20"/>
        </w:rPr>
        <w:t>[33 5a 1]</w:t>
      </w:r>
    </w:p>
    <w:p>
      <w:r>
        <w:rPr>
          <w:rFonts w:ascii="Gentium Plus" w:hAnsi="Gentium Plus"/>
          <w:sz w:val="24"/>
        </w:rPr>
        <w:t>Ὅτι κατὰ τὴν Πισιδίαν Μολκέστης τις ἦν, τὸ μὲν γένος Βουβωνεύς, ἀξίωμα δὲ μέγιστον ἔχων τῶν περὶ τοὺς τόπους τούτους κατοικούντων, διά τε τὴν ἐπιφάνειαν στρατηγὸς αἱρούμενος. ἐπὶ πολὺ</w:t>
      </w:r>
    </w:p>
    <w:p>
      <w:r>
        <w:rPr>
          <w:rFonts w:ascii="Courier New" w:hAnsi="Courier New"/>
          <w:color w:val="555555"/>
          <w:sz w:val="20"/>
        </w:rPr>
        <w:t>[5]</w:t>
      </w:r>
    </w:p>
    <w:p>
      <w:r>
        <w:rPr>
          <w:rFonts w:ascii="Gentium Plus" w:hAnsi="Gentium Plus"/>
          <w:sz w:val="24"/>
        </w:rPr>
        <w:t>δὲ ἰσχύων σωματοφύλακας ἔσχε καὶ φανερῶς ἑαυτὸν ἀνέδειξε τύραννον. μετὰ δέ τινας χρόνους ἀδελφὸς αὐτοῦ Σεμίας, σπεύδων εἰς ἑαυτὸν περι‐ στῆσαι τὴν δυναστείαν καὶ πιστευόμενος ὡς ἂν ἀδελφός, ἀνεῖλε τὸν Μοκέλτην καὶ τὴν τυραννίδα</w:t>
      </w:r>
    </w:p>
    <w:p>
      <w:r>
        <w:rPr>
          <w:rFonts w:ascii="Courier New" w:hAnsi="Courier New"/>
          <w:color w:val="555555"/>
          <w:sz w:val="20"/>
        </w:rPr>
        <w:t>[10]</w:t>
      </w:r>
    </w:p>
    <w:p>
      <w:r>
        <w:rPr>
          <w:rFonts w:ascii="Gentium Plus" w:hAnsi="Gentium Plus"/>
          <w:sz w:val="24"/>
        </w:rPr>
        <w:t>διεδέξατο. οἱ δὲ υἱοὶ τοῦ σφαγέντος, ἀντίπαιδες ἔτι τὴν ἡλικίαν ὄντες, ὑπό τινος συγγενοῦς ἀπήχθη‐</w:t>
      </w:r>
    </w:p>
    <w:p>
      <w:r>
        <w:rPr>
          <w:rFonts w:ascii="Courier New" w:hAnsi="Courier New"/>
          <w:color w:val="555555"/>
          <w:sz w:val="20"/>
        </w:rPr>
        <w:t>[15]</w:t>
      </w:r>
    </w:p>
    <w:p>
      <w:r>
        <w:rPr>
          <w:rFonts w:ascii="Gentium Plus" w:hAnsi="Gentium Plus"/>
          <w:sz w:val="24"/>
        </w:rPr>
        <w:t>στεύειν οὐ προείλαντο, τῇ δὲ πατρίδι τὴν δημοκρα‐ τίαν ἀπεκατέστησαν. (Const. Exc. 3, p. 205.)</w:t>
      </w:r>
    </w:p>
    <w:p>
      <w:r>
        <w:rPr>
          <w:rFonts w:ascii="Courier New" w:hAnsi="Courier New"/>
          <w:color w:val="555555"/>
          <w:sz w:val="20"/>
        </w:rPr>
        <w:t>[33 . 6 . 1]</w:t>
      </w:r>
    </w:p>
    <w:p>
      <w:r>
        <w:rPr>
          <w:rFonts w:ascii="Gentium Plus" w:hAnsi="Gentium Plus"/>
          <w:sz w:val="24"/>
        </w:rPr>
        <w:t>Ὅτι ὁ Πτολεμαῖος ὁ τοῦ Πτολεμαίου τοῦ Φιλομήτορος ἀδελφὸς βασιλεύσας ἐξ ἀνομημάτων ἤρξατο μεγάλων διοικεῖν τὰ κατὰ τὴν βασιλείαν· πολλοὺς μὲν γὰρ ψευδέσιν αἰτίαις περιβάλλων ὡς</w:t>
      </w:r>
    </w:p>
    <w:p>
      <w:r>
        <w:rPr>
          <w:rFonts w:ascii="Courier New" w:hAnsi="Courier New"/>
          <w:color w:val="555555"/>
          <w:sz w:val="20"/>
        </w:rPr>
        <w:t>[5]</w:t>
      </w:r>
    </w:p>
    <w:p>
      <w:r>
        <w:rPr>
          <w:rFonts w:ascii="Gentium Plus" w:hAnsi="Gentium Plus"/>
          <w:sz w:val="24"/>
        </w:rPr>
        <w:t>ἐπιβουλεύοντας αὐτῷ ὠμῶς καὶ παρανόμως ἀνῄρει, ἄλλους δὲ ποικίλαις προφάσεσι συκοφαντῶν ὡς ἀδικοῦντας ἐφυγάδευε καὶ τὰς τούτων οὐσίας ἀφ‐ ῃρεῖτο. ἐφ’ οἷς δυσχεραινόντων καὶ ἀγανακτούν‐ των, τὴν παρὰ πάντων ὀργὴν ἐπαναιρούμενος ταχὺ</w:t>
      </w:r>
    </w:p>
    <w:p>
      <w:r>
        <w:rPr>
          <w:rFonts w:ascii="Courier New" w:hAnsi="Courier New"/>
          <w:color w:val="555555"/>
          <w:sz w:val="20"/>
        </w:rPr>
        <w:t>[10]</w:t>
      </w:r>
    </w:p>
    <w:p>
      <w:r>
        <w:rPr>
          <w:rFonts w:ascii="Gentium Plus" w:hAnsi="Gentium Plus"/>
          <w:sz w:val="24"/>
        </w:rPr>
        <w:t>τοῖς ὑποτεταγμένοις ἦλθεν εἰς μῖσος. ὅμως ἐβα‐ σίλευσεν ἔτη πεντεκαίδεκα. (Const. Exc. 2(1), p. 296.)</w:t>
      </w:r>
    </w:p>
    <w:p>
      <w:r>
        <w:rPr>
          <w:rFonts w:ascii="Courier New" w:hAnsi="Courier New"/>
          <w:color w:val="555555"/>
          <w:sz w:val="20"/>
        </w:rPr>
        <w:t>[33 6a 1]</w:t>
      </w:r>
    </w:p>
    <w:p>
      <w:r>
        <w:rPr>
          <w:rFonts w:ascii="Gentium Plus" w:hAnsi="Gentium Plus"/>
          <w:sz w:val="24"/>
        </w:rPr>
        <w:t>Διόδωρος δέ φησιν ὅτι πεντεκαίδεκα (ἔτη) ὁ νεώτερος Πτολεμαῖος ἐβασίλευσεν μετὰ τὸν πρε‐ σβύτερον ἀδελφόν, πολλάς τε παρανομίας διεπρά‐ ξατο τήν τε ἰδίαν ἀδελφὴν Κλεοπάτραν γήμας καὶ</w:t>
      </w:r>
    </w:p>
    <w:p>
      <w:r>
        <w:rPr>
          <w:rFonts w:ascii="Courier New" w:hAnsi="Courier New"/>
          <w:color w:val="555555"/>
          <w:sz w:val="20"/>
        </w:rPr>
        <w:t>[5]</w:t>
      </w:r>
    </w:p>
    <w:p>
      <w:r>
        <w:rPr>
          <w:rFonts w:ascii="Gentium Plus" w:hAnsi="Gentium Plus"/>
          <w:sz w:val="24"/>
        </w:rPr>
        <w:t>πολλοὺς διαβάλλων ψευδῶς ὡς ἐπιβουλεύοντας αὐτῷ, καὶ τοὺς μὲν ἀναιρῶν τοὺς δὲ συκοφαντίαις φυγαδεύων καὶ τὰς οὐσίας αὐτῶν ἀφαιρούμενος. (Georgius Syncellus, p. 539 Dind.)</w:t>
      </w:r>
    </w:p>
    <w:p>
      <w:r>
        <w:rPr>
          <w:rFonts w:ascii="Courier New" w:hAnsi="Courier New"/>
          <w:color w:val="555555"/>
          <w:sz w:val="20"/>
        </w:rPr>
        <w:t>[33 . 7 . 1]</w:t>
      </w:r>
    </w:p>
    <w:p>
      <w:r>
        <w:rPr>
          <w:rFonts w:ascii="Gentium Plus" w:hAnsi="Gentium Plus"/>
          <w:sz w:val="24"/>
        </w:rPr>
        <w:t>Ὅτι Ὑρίατθος, πολλῶν παρατεθέντων κατὰ τὸν γάμον ἀργυρῶν τε καὶ χρυσῶν ἐκπωμάτων καὶ ποικίλων καὶ παντοδαπῶν ὑφασμάτων, τῇ λόγχῃ προσαιωρησάμενος ἀπεθεώρει τὸ τοιοῦτο πλῆθος,</w:t>
      </w:r>
    </w:p>
    <w:p>
      <w:r>
        <w:rPr>
          <w:rFonts w:ascii="Courier New" w:hAnsi="Courier New"/>
          <w:color w:val="555555"/>
          <w:sz w:val="20"/>
        </w:rPr>
        <w:t>[5]</w:t>
      </w:r>
    </w:p>
    <w:p>
      <w:r>
        <w:rPr>
          <w:rFonts w:ascii="Gentium Plus" w:hAnsi="Gentium Plus"/>
          <w:sz w:val="24"/>
        </w:rPr>
        <w:t>οὐ θαυμάζων οὐδὲ ἐκπληττόμενος, ἀλλὰ μᾶλλον</w:t>
      </w:r>
    </w:p>
    <w:p>
      <w:r>
        <w:rPr>
          <w:rFonts w:ascii="Courier New" w:hAnsi="Courier New"/>
          <w:color w:val="555555"/>
          <w:sz w:val="20"/>
        </w:rPr>
        <w:t>[10]</w:t>
      </w:r>
    </w:p>
    <w:p>
      <w:r>
        <w:rPr>
          <w:rFonts w:ascii="Gentium Plus" w:hAnsi="Gentium Plus"/>
          <w:sz w:val="24"/>
        </w:rPr>
        <w:t>τῆς τύχης δωρήμασιν, τὸ δὲ μέγιστον, ὅτι καὶ αὐτὸς ὁ περιβόητος τοῦ συγκηδεστοῦ πλοῦτος δοῦλος ἦν τοῦ τὴν λόγχην ἔχοντος, πρὸς δὲ τούτοις ὅτι χάριν αὐτῷ μᾶλλον ὀφείλει, δίδωσιν δὲ οὐδὲν</w:t>
      </w:r>
    </w:p>
    <w:p>
      <w:r>
        <w:rPr>
          <w:rFonts w:ascii="Courier New" w:hAnsi="Courier New"/>
          <w:color w:val="555555"/>
          <w:sz w:val="20"/>
        </w:rPr>
        <w:t>[33 . 7 . 2]</w:t>
      </w:r>
    </w:p>
    <w:p>
      <w:r>
        <w:rPr>
          <w:rFonts w:ascii="Gentium Plus" w:hAnsi="Gentium Plus"/>
          <w:sz w:val="24"/>
        </w:rPr>
        <w:t>ἴδιον τῷ κυρίῳ πάντων. ὁ δ’ οὖν Ὑρίατθος οὔτε ἐλούσατο λιπαρούντων οὔτε κατεκλίθη· τραπέζης δὲ παρατεθείσης παντοδαπῶν βρωμάτων, ἀφελὼν ἄρτους καὶ κρέα τοῖς μεθ’ ἑαυτοῦ πορευθεῖσιν</w:t>
      </w:r>
    </w:p>
    <w:p>
      <w:r>
        <w:rPr>
          <w:rFonts w:ascii="Courier New" w:hAnsi="Courier New"/>
          <w:color w:val="555555"/>
          <w:sz w:val="20"/>
        </w:rPr>
        <w:t>[5]</w:t>
      </w:r>
    </w:p>
    <w:p>
      <w:r>
        <w:rPr>
          <w:rFonts w:ascii="Gentium Plus" w:hAnsi="Gentium Plus"/>
          <w:sz w:val="24"/>
        </w:rPr>
        <w:t>ἔδωκε καὶ αὐτὸς ἀπὸ χειρῶν βραχέα προσενεγκά‐ μενος ἄγειν ἐκέλευσε τὴν νύμφην. θύσας δὲ τοῖς θεοῖς καὶ τὰ νομιζόμενα παρ’ Ἴβηρσι ποιήσας ἐπέθετο τὴν παρθένον ἐπὶ τὴν ἵππον, καὶ παρα‐ χρῆμα ἀπήλαυνεν εἰς τὰς ἐν τοῖς ὄρεσι παρασκευάς.</w:t>
      </w:r>
    </w:p>
    <w:p>
      <w:r>
        <w:rPr>
          <w:rFonts w:ascii="Courier New" w:hAnsi="Courier New"/>
          <w:color w:val="555555"/>
          <w:sz w:val="20"/>
        </w:rPr>
        <w:t>[33 . 7 . 3]</w:t>
      </w:r>
    </w:p>
    <w:p>
      <w:r>
        <w:rPr>
          <w:rFonts w:ascii="Gentium Plus" w:hAnsi="Gentium Plus"/>
          <w:sz w:val="24"/>
        </w:rPr>
        <w:t>ὑπελάμβανεν γὰρ τὴν μὲν αὐτάρκειαν μέγιστον ὑπάρχειν πλοῦτον, τὴν δὲ ἐλευθερίαν πατρίδα, τὴν δὲ ἐκ τῆς ἀνδρείας ὑπεροχὴν βεβαιοτάτην κτῆσιν. ἦν δὲ ὁ ἀνὴρ οὗτος καὶ κατὰ τὰς ὁμιλίας εὔστοχος,</w:t>
      </w:r>
    </w:p>
    <w:p>
      <w:r>
        <w:rPr>
          <w:rFonts w:ascii="Courier New" w:hAnsi="Courier New"/>
          <w:color w:val="555555"/>
          <w:sz w:val="20"/>
        </w:rPr>
        <w:t>[5]</w:t>
      </w:r>
    </w:p>
    <w:p>
      <w:r>
        <w:rPr>
          <w:rFonts w:ascii="Gentium Plus" w:hAnsi="Gentium Plus"/>
          <w:sz w:val="24"/>
        </w:rPr>
        <w:t>ὡς ἂν ἐξ αὐτοδιδάκτου καὶ ἀδιαστρόφου φύσεως ἀμωμήτους φέρων τοὺς λόγους. (Const. Exc. 2(1), pp. 296—297.)</w:t>
      </w:r>
    </w:p>
    <w:p>
      <w:r>
        <w:rPr>
          <w:rFonts w:ascii="Courier New" w:hAnsi="Courier New"/>
          <w:color w:val="555555"/>
          <w:sz w:val="20"/>
        </w:rPr>
        <w:t>[33 . 7 . 4]</w:t>
      </w:r>
    </w:p>
    <w:p>
      <w:r>
        <w:rPr>
          <w:rFonts w:ascii="Gentium Plus" w:hAnsi="Gentium Plus"/>
          <w:sz w:val="24"/>
        </w:rPr>
        <w:t>Ὅτι ὁ Ὑρίατθος, ἐπὶ τὸν γάμον πολλῶν προτε‐ θέντων πραγμάτων καὶ πολυτελῶν, ὡς ἄδην εἶχε τῆς θέας, ἐπηρώτησε τὸν Ἀστόλπαν, Εἶτα ταῦθ’</w:t>
      </w:r>
    </w:p>
    <w:p>
      <w:r>
        <w:rPr>
          <w:rFonts w:ascii="Courier New" w:hAnsi="Courier New"/>
          <w:color w:val="555555"/>
          <w:sz w:val="20"/>
        </w:rPr>
        <w:t>[5]</w:t>
      </w:r>
    </w:p>
    <w:p>
      <w:r>
        <w:rPr>
          <w:rFonts w:ascii="Gentium Plus" w:hAnsi="Gentium Plus"/>
          <w:sz w:val="24"/>
        </w:rPr>
        <w:t>πῶς τῆς τούτων πολυτελείας ἀπείχοντο, δυνάμενοι ταῦτ’ ἀφαιρεῖσθαι διὰ τὴν ἐξουσίαν; τοῦ δὲ εἰπόν‐ τος ὅτι πολλῶν εἰδότων οὐδεὶς ἐπεβάλετο λαβεῖν ἢ αἰτῆσαι, Τί οὖν, εἶπεν, ἄνθρωπε, διδόντων σοι τὴν ἄδειαν καὶ τὴν ἀσφαλῆ τούτων ἀπόλαυσιν τῶν</w:t>
      </w:r>
    </w:p>
    <w:p>
      <w:r>
        <w:rPr>
          <w:rFonts w:ascii="Courier New" w:hAnsi="Courier New"/>
          <w:color w:val="555555"/>
          <w:sz w:val="20"/>
        </w:rPr>
        <w:t>[10]</w:t>
      </w:r>
    </w:p>
    <w:p>
      <w:r>
        <w:rPr>
          <w:rFonts w:ascii="Gentium Plus" w:hAnsi="Gentium Plus"/>
          <w:sz w:val="24"/>
        </w:rPr>
        <w:t>κρατούντων, καταλιπὼν τούτους ἐπεθύμησας τῆς ἐμῆς ἀγραυλίας καὶ ἀγενείας οἰκεῖος γενέσθαι;</w:t>
      </w:r>
    </w:p>
    <w:p>
      <w:r>
        <w:rPr>
          <w:rFonts w:ascii="Courier New" w:hAnsi="Courier New"/>
          <w:color w:val="555555"/>
          <w:sz w:val="20"/>
        </w:rPr>
        <w:t>[33 . 7 . 5]</w:t>
      </w:r>
    </w:p>
    <w:p>
      <w:r>
        <w:rPr>
          <w:rFonts w:ascii="Gentium Plus" w:hAnsi="Gentium Plus"/>
          <w:sz w:val="24"/>
        </w:rPr>
        <w:t>Ἦν δὲ οὗτος κατὰ τὰς ὁμιλίας εὔστοχος, ὡς ἂν ἐξ αὐτοδιδάκτου καὶ ἀδιαστρόφου φύσεως φέρων τοὺς λόγους· καὶ γὰρ τῶν τὴν Τύκκην οἰκούντων οὐδέποτε μενόντων ἐπὶ τῆς αὐτῆς αἱρέσεως, ἀλλ’</w:t>
      </w:r>
    </w:p>
    <w:p>
      <w:r>
        <w:rPr>
          <w:rFonts w:ascii="Courier New" w:hAnsi="Courier New"/>
          <w:color w:val="555555"/>
          <w:sz w:val="20"/>
        </w:rPr>
        <w:t>[5]</w:t>
      </w:r>
    </w:p>
    <w:p>
      <w:r>
        <w:rPr>
          <w:rFonts w:ascii="Gentium Plus" w:hAnsi="Gentium Plus"/>
          <w:sz w:val="24"/>
        </w:rPr>
        <w:t>ὁτὲ μὲν πρὸς Ῥωμαίους ὁτὲ δὲ πρὸς αὐτὸν ἀφιστα‐ μένων, καὶ πολλάκις τοῦτο πραττόντων, αἶνόν τινα διελθὼν οὐκ ἀσόφως ἔσκωψεν ἅμα καὶ ἐπέπληξε</w:t>
      </w:r>
    </w:p>
    <w:p>
      <w:r>
        <w:rPr>
          <w:rFonts w:ascii="Courier New" w:hAnsi="Courier New"/>
          <w:color w:val="555555"/>
          <w:sz w:val="20"/>
        </w:rPr>
        <w:t>[33 . 7 . 6]</w:t>
      </w:r>
    </w:p>
    <w:p>
      <w:r>
        <w:rPr>
          <w:rFonts w:ascii="Gentium Plus" w:hAnsi="Gentium Plus"/>
          <w:sz w:val="24"/>
        </w:rPr>
        <w:t>τὸ τῆς κρίσεως αὐτῶν ἀβέβαιον. ἔφη γάρ τινα μέσον ἤδη τὴν ἡλικίαν ὄντα γαμῆσαι δύο γυναῖκας, καὶ τὴν μὲν νεωτέραν ἐξομοιοῦν ἑαυτῇ φιλοτιμου‐ μένην τὸν ἄνδρα ἐκ τῆς κεφαλῆς τὰς πολιὰς ἐκτίλ‐</w:t>
      </w:r>
    </w:p>
    <w:p>
      <w:r>
        <w:rPr>
          <w:rFonts w:ascii="Courier New" w:hAnsi="Courier New"/>
          <w:color w:val="555555"/>
          <w:sz w:val="20"/>
        </w:rPr>
        <w:t>[5]</w:t>
      </w:r>
    </w:p>
    <w:p>
      <w:r>
        <w:rPr>
          <w:rFonts w:ascii="Gentium Plus" w:hAnsi="Gentium Plus"/>
          <w:sz w:val="24"/>
        </w:rPr>
        <w:t>λειν αὐτοῦ, τὴν δὲ γραῦν τὰς μελαίνας, καὶ πέρας ὑπ’ ἀμφοτέρων αὐτὸν ἐκτιλλόμενον ταχὺ γενέσθαι φαλακρόν. τὸ παραπλήσιον δὲ καὶ τοῖς τὴν Τύκκην οἰκοῦσιν ἔσεσθαι· τῶν μὲν γὰρ Ῥωμαίων ἀποκτει‐ νόντων τοὺς ἀλλοτρίως πρὸς αὐτοὺς ἔχοντας, τῶν</w:t>
      </w:r>
    </w:p>
    <w:p>
      <w:r>
        <w:rPr>
          <w:rFonts w:ascii="Courier New" w:hAnsi="Courier New"/>
          <w:color w:val="555555"/>
          <w:sz w:val="20"/>
        </w:rPr>
        <w:t>[10]</w:t>
      </w:r>
    </w:p>
    <w:p>
      <w:r>
        <w:rPr>
          <w:rFonts w:ascii="Gentium Plus" w:hAnsi="Gentium Plus"/>
          <w:sz w:val="24"/>
        </w:rPr>
        <w:t>δὲ Λυσιτανῶν ἀναιρούντων τοὺς αὑτῶν ἐχθρούς,</w:t>
      </w:r>
    </w:p>
    <w:p>
      <w:r>
        <w:rPr>
          <w:rFonts w:ascii="Courier New" w:hAnsi="Courier New"/>
          <w:color w:val="555555"/>
          <w:sz w:val="20"/>
        </w:rPr>
        <w:t>[33 . 7 . 7]</w:t>
      </w:r>
    </w:p>
    <w:p>
      <w:r>
        <w:rPr>
          <w:rFonts w:ascii="Gentium Plus" w:hAnsi="Gentium Plus"/>
          <w:sz w:val="24"/>
        </w:rPr>
        <w:t>ταχὺ τὴν πόλιν ἐρημωθήσεσθαι. πολλὰ δὲ καὶ ἕτερά φασιν αὐτὸν ἐν βραχέσιν ἀποφθέγξασθαι, τῆς μὲν ἐγκυκλίου παιδείας ἄπειρον ὄντα, πρακτικῇ δὲ συνέσει πεπαιδευμένον· ἀνδρὸς γὰρ ἀκολούθως τῇ</w:t>
      </w:r>
    </w:p>
    <w:p>
      <w:r>
        <w:rPr>
          <w:rFonts w:ascii="Courier New" w:hAnsi="Courier New"/>
          <w:color w:val="555555"/>
          <w:sz w:val="20"/>
        </w:rPr>
        <w:t>[5]</w:t>
      </w:r>
    </w:p>
    <w:p>
      <w:r>
        <w:rPr>
          <w:rFonts w:ascii="Gentium Plus" w:hAnsi="Gentium Plus"/>
          <w:sz w:val="24"/>
        </w:rPr>
        <w:t>φύσει ζῶντος σύντομος λόγος ἐστὶν ἀρετῇ συνησκη‐ μένος, τὸ δὲ ἀφελείᾳ λόγου βραχέως καὶ ἀπερίττως ῥηθὲν τοῦ μὲν εἰπόντος ἀπόφθεγμα γίνεται, τοῦ δὲ ἀκούσαντος ἀπομνημόνευμα.</w:t>
      </w:r>
    </w:p>
    <w:p>
      <w:r>
        <w:rPr>
          <w:rFonts w:ascii="Courier New" w:hAnsi="Courier New"/>
          <w:color w:val="555555"/>
          <w:sz w:val="20"/>
        </w:rPr>
        <w:t>[33 . 8 . 1]</w:t>
      </w:r>
    </w:p>
    <w:p>
      <w:r>
        <w:rPr>
          <w:rFonts w:ascii="Gentium Plus" w:hAnsi="Gentium Plus"/>
          <w:sz w:val="24"/>
        </w:rPr>
        <w:t>Ὅτι φιλεῖ ἡ μὲν ἀσθένεια καὶ ταπεινότης ἀεὶ τὴν λιτὴν αὐτάρκειαν καὶ τὸ δίκαιον, ἡ δὲ ὑπεροχὴ τὴν πλεονεξίαν καὶ τὴν ἐκ τῆς ἀδικίας παρανομίαν. (Const. Exc. 4, p. 382.)</w:t>
      </w:r>
    </w:p>
    <w:p>
      <w:r>
        <w:rPr>
          <w:rFonts w:ascii="Courier New" w:hAnsi="Courier New"/>
          <w:color w:val="555555"/>
          <w:sz w:val="20"/>
        </w:rPr>
        <w:t>[33 . 9 . 1]</w:t>
      </w:r>
    </w:p>
    <w:p>
      <w:r>
        <w:rPr>
          <w:rFonts w:ascii="Gentium Plus" w:hAnsi="Gentium Plus"/>
          <w:sz w:val="24"/>
        </w:rPr>
        <w:t>Ὅτι ὁ Δημήτριος ἐν Λαοδικείᾳ διατρίβων ῥᾳ‐ θύμως διῆγε, πότους τε συνάγων καὶ ταῖς πολυτελε‐ στάταις ἀπολαύσεσιν ἐκκεχυμένως χρώμενος. ὁμοίως δὲ κατὰ τὴν ἀγωγὴν ὁ αὐτὸς διέμεινεν εἰς πολλοὺς</w:t>
      </w:r>
    </w:p>
    <w:p>
      <w:r>
        <w:rPr>
          <w:rFonts w:ascii="Courier New" w:hAnsi="Courier New"/>
          <w:color w:val="555555"/>
          <w:sz w:val="20"/>
        </w:rPr>
        <w:t>[5]</w:t>
      </w:r>
    </w:p>
    <w:p>
      <w:r>
        <w:rPr>
          <w:rFonts w:ascii="Gentium Plus" w:hAnsi="Gentium Plus"/>
          <w:sz w:val="24"/>
        </w:rPr>
        <w:t>εἰκῇ παρανομῶν καὶ μὴ δυνάμενος ὑπὸ τῶν ἐλαττω‐ μάτων διορθωθῆναι.</w:t>
      </w:r>
    </w:p>
    <w:p>
      <w:r>
        <w:rPr>
          <w:rFonts w:ascii="Courier New" w:hAnsi="Courier New"/>
          <w:color w:val="555555"/>
          <w:sz w:val="20"/>
        </w:rPr>
        <w:t>[33 . 10 . 1]</w:t>
      </w:r>
    </w:p>
    <w:p>
      <w:r>
        <w:rPr>
          <w:rFonts w:ascii="Gentium Plus" w:hAnsi="Gentium Plus"/>
          <w:sz w:val="24"/>
        </w:rPr>
        <w:t>Ὅτι οἱ Κνώσιοι τῶν πρωτείων ἀντείχοντο. προῆγεν δὲ αὐτοὺς ἐπὶ τὴν τῆς ἡγεμονίας φιλοτιμίαν τὸ παλαιὸν ἀξίωμα τῆς πόλεως καὶ τῶν προγόνων ἡ διαβεβοημένη δόξα κατὰ τοὺς ἡρωικοὺς χρόνους·</w:t>
      </w:r>
    </w:p>
    <w:p>
      <w:r>
        <w:rPr>
          <w:rFonts w:ascii="Courier New" w:hAnsi="Courier New"/>
          <w:color w:val="555555"/>
          <w:sz w:val="20"/>
        </w:rPr>
        <w:t>[5]</w:t>
      </w:r>
    </w:p>
    <w:p>
      <w:r>
        <w:rPr>
          <w:rFonts w:ascii="Gentium Plus" w:hAnsi="Gentium Plus"/>
          <w:sz w:val="24"/>
        </w:rPr>
        <w:t>τόν τε γὰρ Δία παρ’ αὐτοῖς τεθράφθαι μυθολογοῦσί τινες καὶ Μίνω τὸν θαλαττοκρατήσαντα Κνώσιον ὄντα παιδευθῆναι ὑπὸ Διὸς καὶ πολὺ τῶν ἄλλων ἀρετῇ διενεγκεῖν. (Const. Exc. 2(1), p. 297.)</w:t>
      </w:r>
    </w:p>
    <w:p>
      <w:r>
        <w:rPr>
          <w:rFonts w:ascii="Courier New" w:hAnsi="Courier New"/>
          <w:color w:val="555555"/>
          <w:sz w:val="20"/>
        </w:rPr>
        <w:t>[33 . 11 . 1]</w:t>
      </w:r>
    </w:p>
    <w:p>
      <w:r>
        <w:rPr>
          <w:rFonts w:ascii="Gentium Plus" w:hAnsi="Gentium Plus"/>
          <w:sz w:val="24"/>
        </w:rPr>
        <w:t>Ὅτι κατὰ τὸν μῦθον τὸν λεγόμενον περὶ Ἀγα‐ μέμνονος, ὡς ἔθετο ἀρὰν κατὰ τῶν ἀπολειφθέντων εἰς Κρήτην στρατιωτῶν, παλαιὰ διαμένει παρὰ τοῖς Κρησὶ παροιμία δι’ ἑνὸς στίχου μηνύουσα τὴν νῦν</w:t>
      </w:r>
    </w:p>
    <w:p>
      <w:r>
        <w:rPr>
          <w:rFonts w:ascii="Courier New" w:hAnsi="Courier New"/>
          <w:color w:val="555555"/>
          <w:sz w:val="20"/>
        </w:rPr>
        <w:t>[5]</w:t>
      </w:r>
    </w:p>
    <w:p>
      <w:r>
        <w:rPr>
          <w:rFonts w:ascii="Gentium Plus" w:hAnsi="Gentium Plus"/>
          <w:sz w:val="24"/>
        </w:rPr>
        <w:t>γενηθεῖσαν περιπέτειαν, Αἰαῖ, Περγάμιοι παρά τοι κακὸν ἡγήσαντο.</w:t>
      </w:r>
    </w:p>
    <w:p>
      <w:r>
        <w:rPr>
          <w:rFonts w:ascii="Courier New" w:hAnsi="Courier New"/>
          <w:color w:val="555555"/>
          <w:sz w:val="20"/>
        </w:rPr>
        <w:t>[33 . 12 . 1]</w:t>
      </w:r>
    </w:p>
    <w:p>
      <w:r>
        <w:rPr>
          <w:rFonts w:ascii="Gentium Plus" w:hAnsi="Gentium Plus"/>
          <w:sz w:val="24"/>
        </w:rPr>
        <w:t>Ὅτι κατὰ τὴν Αἴγυπτον τὸν Πτολεμαῖον διὰ τὴν πρὸς τοὺς ἀρχομένους ὠμότητα καὶ παρανομίαν οὐ μετρίως ἐμίσει τὸ πλῆθος. παράλληλος γὰρ ὁ τούτου τρόπος πρὸς τὸν τοῦ Φιλομήτορος θεωρού‐</w:t>
      </w:r>
    </w:p>
    <w:p>
      <w:r>
        <w:rPr>
          <w:rFonts w:ascii="Courier New" w:hAnsi="Courier New"/>
          <w:color w:val="555555"/>
          <w:sz w:val="20"/>
        </w:rPr>
        <w:t>[5]</w:t>
      </w:r>
    </w:p>
    <w:p>
      <w:r>
        <w:rPr>
          <w:rFonts w:ascii="Gentium Plus" w:hAnsi="Gentium Plus"/>
          <w:sz w:val="24"/>
        </w:rPr>
        <w:t>μενος οὐδὲ σύγκρισιν ἐπεδέχετο διὰ τὰς παρ’ ἀμ‐ φοτέροις ὑπερβολάς, τοῦ μὲν ἐπιεικείας, τοῦ δὲ ὠμότητος καὶ μιαιφονίας. διὸ τὰ πλήθη καὶ πρὸς μεταβολὴν οἰκείως ἔχοντα τὸν τῆς ἀποστάσεως ἐκαραδόκει καιρόν.</w:t>
      </w:r>
    </w:p>
    <w:p>
      <w:r>
        <w:rPr>
          <w:rFonts w:ascii="Courier New" w:hAnsi="Courier New"/>
          <w:color w:val="555555"/>
          <w:sz w:val="20"/>
        </w:rPr>
        <w:t>[33 . 13 . 1]</w:t>
      </w:r>
    </w:p>
    <w:p>
      <w:r>
        <w:rPr>
          <w:rFonts w:ascii="Gentium Plus" w:hAnsi="Gentium Plus"/>
          <w:sz w:val="24"/>
        </w:rPr>
        <w:t>Ὅτι Πτολεμαίου κατὰ τὴν Μέμφιν ἐνθρονι‐ ζομένου τοῖς βασιλείοις κατὰ τοὺς Αἰγυπτίων νό‐ μους, παῖς ἐγένετο ἐκ τῆς Κλεοπάτρας τῷ βασιλεῖ. ἡσθεὶς δὲ διαφερόντως προσηγόρευσε τὸν παῖδα</w:t>
      </w:r>
    </w:p>
    <w:p>
      <w:r>
        <w:rPr>
          <w:rFonts w:ascii="Courier New" w:hAnsi="Courier New"/>
          <w:color w:val="555555"/>
          <w:sz w:val="20"/>
        </w:rPr>
        <w:t>[5]</w:t>
      </w:r>
    </w:p>
    <w:p>
      <w:r>
        <w:rPr>
          <w:rFonts w:ascii="Gentium Plus" w:hAnsi="Gentium Plus"/>
          <w:sz w:val="24"/>
        </w:rPr>
        <w:t>Μεμφίτην ἀπὸ τῆς πόλεως καθ’ ἣν τὰς θυσίας ἐπιτελοῦντος ἐγεννήθη. ἄγων δὲ παιδογόνια καὶ τῇ συνήθει μιαιφονίᾳ χρώμενος προσέταξεν ἀπο‐ κτεῖναι τῶν Κυρηναίων τοὺς συγκαταγαγόντας μὲν αὐτὸν εἰς τὴν Αἴγυπτον, ἐγκαλουμένους δὲ ἐπί τισι</w:t>
      </w:r>
    </w:p>
    <w:p>
      <w:r>
        <w:rPr>
          <w:rFonts w:ascii="Courier New" w:hAnsi="Courier New"/>
          <w:color w:val="555555"/>
          <w:sz w:val="20"/>
        </w:rPr>
        <w:t>[10]</w:t>
      </w:r>
    </w:p>
    <w:p>
      <w:r>
        <w:rPr>
          <w:rFonts w:ascii="Gentium Plus" w:hAnsi="Gentium Plus"/>
          <w:sz w:val="24"/>
        </w:rPr>
        <w:t>δικαίαις παρρησίαις διὰ τὴν παλλακὴν Εἰρήνην. (Ζήτει ἐν τῷ Περὶ Γάμων.)</w:t>
      </w:r>
    </w:p>
    <w:p>
      <w:r>
        <w:rPr>
          <w:rFonts w:ascii="Courier New" w:hAnsi="Courier New"/>
          <w:color w:val="555555"/>
          <w:sz w:val="20"/>
        </w:rPr>
        <w:t>[33 . 14 . 1]</w:t>
      </w:r>
    </w:p>
    <w:p>
      <w:r>
        <w:rPr>
          <w:rFonts w:ascii="Gentium Plus" w:hAnsi="Gentium Plus"/>
          <w:sz w:val="24"/>
        </w:rPr>
        <w:t>Ὅτι Διήγυλις ὁ τῶν Θρᾳκῶν βασιλεὺς παρα‐ λαβὼν τὴν βασιλείαν, καὶ παραδόξως αὐτῷ τῶν ἀγαθῶν ἐπιρρεόντων, οὐκέτι τῶν ὑποτεταγμένων ὡς φίλων καὶ συμμάχων ἦρχεν, ἀλλ’ ὡς ἀργυρωνήτων</w:t>
      </w:r>
    </w:p>
    <w:p>
      <w:r>
        <w:rPr>
          <w:rFonts w:ascii="Courier New" w:hAnsi="Courier New"/>
          <w:color w:val="555555"/>
          <w:sz w:val="20"/>
        </w:rPr>
        <w:t>[5]</w:t>
      </w:r>
    </w:p>
    <w:p>
      <w:r>
        <w:rPr>
          <w:rFonts w:ascii="Gentium Plus" w:hAnsi="Gentium Plus"/>
          <w:sz w:val="24"/>
        </w:rPr>
        <w:t>ἀνδραπόδων ἢ πολεμίων αἰχμαλώτων ὠμῶς ἐδέ‐</w:t>
      </w:r>
    </w:p>
    <w:p>
      <w:r>
        <w:rPr>
          <w:rFonts w:ascii="Courier New" w:hAnsi="Courier New"/>
          <w:color w:val="555555"/>
          <w:sz w:val="20"/>
        </w:rPr>
        <w:t>[10]</w:t>
      </w:r>
    </w:p>
    <w:p>
      <w:r>
        <w:rPr>
          <w:rFonts w:ascii="Gentium Plus" w:hAnsi="Gentium Plus"/>
          <w:sz w:val="24"/>
        </w:rPr>
        <w:t>ἄθικτον, οὐ κατασκευὴ κτημάτων πολυτελὴς ἀν‐ αφαίρετος, ἀλλὰ πᾶσαν τὴν ὑφ’ ἑαυτὸν δυναστείαν</w:t>
      </w:r>
    </w:p>
    <w:p>
      <w:r>
        <w:rPr>
          <w:rFonts w:ascii="Courier New" w:hAnsi="Courier New"/>
          <w:color w:val="555555"/>
          <w:sz w:val="20"/>
        </w:rPr>
        <w:t>[33 . 14 . 2]</w:t>
      </w:r>
    </w:p>
    <w:p>
      <w:r>
        <w:rPr>
          <w:rFonts w:ascii="Gentium Plus" w:hAnsi="Gentium Plus"/>
          <w:sz w:val="24"/>
        </w:rPr>
        <w:t>ἐπλήρου παρανομίας. ἐπόρθει δὲ καὶ τῶν Ἑλ‐ ληνίδων πόλεων τὰς πλησιοχώρους καὶ τῶν ἁλι‐ σκομένων οὓς μὲν ὕβριζεν, οὓς δὲ δειναῖς καὶ παρηλλαγμέναις αἰκίαις ἐτιμωρεῖτο. κυριεύσας</w:t>
      </w:r>
    </w:p>
    <w:p>
      <w:r>
        <w:rPr>
          <w:rFonts w:ascii="Courier New" w:hAnsi="Courier New"/>
          <w:color w:val="555555"/>
          <w:sz w:val="20"/>
        </w:rPr>
        <w:t>[5]</w:t>
      </w:r>
    </w:p>
    <w:p>
      <w:r>
        <w:rPr>
          <w:rFonts w:ascii="Gentium Plus" w:hAnsi="Gentium Plus"/>
          <w:sz w:val="24"/>
        </w:rPr>
        <w:t>δὲ ὁ αὐτὸς πόλεως Λυσιμαχείας, τεταγμένης ὑπὸ τὸν Ἄτταλον, τὴν μὲν πόλιν ἐνέπρησεν, τῶν δὲ αἰχμαλώτων ἐπιλέξας τοὺς ἀξιολογωτάτους ἰδίαις καὶ παρηλλαγμέναις κατ’ αὐτῶν ἐχρήσατο τιμω‐</w:t>
      </w:r>
    </w:p>
    <w:p>
      <w:r>
        <w:rPr>
          <w:rFonts w:ascii="Courier New" w:hAnsi="Courier New"/>
          <w:color w:val="555555"/>
          <w:sz w:val="20"/>
        </w:rPr>
        <w:t>[33 . 14 . 3]</w:t>
      </w:r>
    </w:p>
    <w:p>
      <w:r>
        <w:rPr>
          <w:rFonts w:ascii="Gentium Plus" w:hAnsi="Gentium Plus"/>
          <w:sz w:val="24"/>
        </w:rPr>
        <w:t>ρίαις. παίδων μὲν γὰρ ἀποκόπτων χεῖρας καὶ πόδας καὶ κεφαλὰς ἐξῆπτε ταῦτα φέρειν τοῖς τῶν γονέων τραχήλοις, ἀνδρῶν δὲ καὶ γυναικῶν ἐκταμὼν διήλ‐ λαττεν ἀμφοτέρων τὰ μέλη, καὶ τινὰς μὲν χειρο‐</w:t>
      </w:r>
    </w:p>
    <w:p>
      <w:r>
        <w:rPr>
          <w:rFonts w:ascii="Courier New" w:hAnsi="Courier New"/>
          <w:color w:val="555555"/>
          <w:sz w:val="20"/>
        </w:rPr>
        <w:t>[5]</w:t>
      </w:r>
    </w:p>
    <w:p>
      <w:r>
        <w:rPr>
          <w:rFonts w:ascii="Gentium Plus" w:hAnsi="Gentium Plus"/>
          <w:sz w:val="24"/>
        </w:rPr>
        <w:t>κοπήσας διεμέλιζεν τὰ σώματα κατὰ ῥάχιν, ἔστιν δ’ ὅτε καὶ τὰς διακοπὰς ἐπ’ ἄκραις ταῖς λόγχαις ἔφερεν, ὡς Φάλαριν καὶ τὸν Κασσανδρέων τύραννον Ἀπολλόδωρον ὑπερβάλλειν ὠμότητι. παραλιπὼν δ’ ἄν τις τὰ λοιπὰ τῆς περὶ αὐτὸν μιαιφονίας ἐξ</w:t>
      </w:r>
    </w:p>
    <w:p>
      <w:r>
        <w:rPr>
          <w:rFonts w:ascii="Courier New" w:hAnsi="Courier New"/>
          <w:color w:val="555555"/>
          <w:sz w:val="20"/>
        </w:rPr>
        <w:t>[10]</w:t>
      </w:r>
    </w:p>
    <w:p>
      <w:r>
        <w:rPr>
          <w:rFonts w:ascii="Gentium Plus" w:hAnsi="Gentium Plus"/>
          <w:sz w:val="24"/>
        </w:rPr>
        <w:t>ἑνὸς τοῦ μέλλοντος λέγεσθαι τεκμήραιτο τὴν ὑπερ‐</w:t>
      </w:r>
    </w:p>
    <w:p>
      <w:r>
        <w:rPr>
          <w:rFonts w:ascii="Courier New" w:hAnsi="Courier New"/>
          <w:color w:val="555555"/>
          <w:sz w:val="20"/>
        </w:rPr>
        <w:t>[33 . 14 . 4]</w:t>
      </w:r>
    </w:p>
    <w:p>
      <w:r>
        <w:rPr>
          <w:rFonts w:ascii="Gentium Plus" w:hAnsi="Gentium Plus"/>
          <w:sz w:val="24"/>
        </w:rPr>
        <w:t>βολὴν τῆς ὠμότητος. γάμων ἀγομένων τούτῳ κατά τι Θρᾳκικὸν παλαιὸν ἔθος δύο νεανίσκους Ἕλληνας ἐκ τῆς Ἀτταλικῆς βασιλείας καθ’ ὁδοι‐ πορίαν συνήρπασεν, ἀδελφοὺς μὲν ὑπάρχοντας, τῇ</w:t>
      </w:r>
    </w:p>
    <w:p>
      <w:r>
        <w:rPr>
          <w:rFonts w:ascii="Courier New" w:hAnsi="Courier New"/>
          <w:color w:val="555555"/>
          <w:sz w:val="20"/>
        </w:rPr>
        <w:t>[5]</w:t>
      </w:r>
    </w:p>
    <w:p>
      <w:r>
        <w:rPr>
          <w:rFonts w:ascii="Gentium Plus" w:hAnsi="Gentium Plus"/>
          <w:sz w:val="24"/>
        </w:rPr>
        <w:t>δὲ εὐπρεπείᾳ διαφόρους, τὸν μὲν ἴουλον κατάγοντα,</w:t>
      </w:r>
    </w:p>
    <w:p>
      <w:r>
        <w:rPr>
          <w:rFonts w:ascii="Courier New" w:hAnsi="Courier New"/>
          <w:color w:val="555555"/>
          <w:sz w:val="20"/>
        </w:rPr>
        <w:t>[33 . 14 . 5]</w:t>
      </w:r>
    </w:p>
    <w:p>
      <w:r>
        <w:rPr>
          <w:rFonts w:ascii="Gentium Plus" w:hAnsi="Gentium Plus"/>
          <w:sz w:val="24"/>
        </w:rPr>
        <w:t>ἀκμῆς. τούτους ἀμφοτέρους καταστέψας ἱερείου τρόπον εἰσήγαγε, καὶ τὸν μὲν νεώτερον κατατείνας μακρὸν διὰ τῶν ὑπηρετῶν ὡς μέσον διακόψων, ἀνεφώνησεν ὡς οὐχ ὁμοίοις ἱερείοις δεῖ χρῆσθαι</w:t>
      </w:r>
    </w:p>
    <w:p>
      <w:r>
        <w:rPr>
          <w:rFonts w:ascii="Courier New" w:hAnsi="Courier New"/>
          <w:color w:val="555555"/>
          <w:sz w:val="20"/>
        </w:rPr>
        <w:t>[5]</w:t>
      </w:r>
    </w:p>
    <w:p>
      <w:r>
        <w:rPr>
          <w:rFonts w:ascii="Gentium Plus" w:hAnsi="Gentium Plus"/>
          <w:sz w:val="24"/>
        </w:rPr>
        <w:t>τοὺς ἰδιώτας καὶ τοὺς βασιλεῖς. κλαίοντος δὲ τοῦ πρεσβυτέρου καὶ φιλάδελφον πάθος προφαίνοντος καὶ τιθέντος ἑαυτὸν ὑπὸ τὸν σίδηρον, προσέταξεν τοῖς ὑπηρέταις καὶ τοῦτον ὁμοίως τεῖναι μακρόν. διπλασιάζων δὲ τὴν ὠμότητα καὶ μιᾷ πληγῇ καθ’</w:t>
      </w:r>
    </w:p>
    <w:p>
      <w:r>
        <w:rPr>
          <w:rFonts w:ascii="Courier New" w:hAnsi="Courier New"/>
          <w:color w:val="555555"/>
          <w:sz w:val="20"/>
        </w:rPr>
        <w:t>[10]</w:t>
      </w:r>
    </w:p>
    <w:p>
      <w:r>
        <w:rPr>
          <w:rFonts w:ascii="Gentium Plus" w:hAnsi="Gentium Plus"/>
          <w:sz w:val="24"/>
        </w:rPr>
        <w:t>ἑκατέρου χρησάμενος ἐν ἀμφοτέροις εὐστόχησε, παιᾶνι τῶν θεωμένων ἐπισημηνάντων τὴν κατόρ‐ θωσιν. πολλὰ δὲ καὶ ἄλλα παράνομα ἐποίησεν.</w:t>
      </w:r>
    </w:p>
    <w:p>
      <w:r>
        <w:rPr>
          <w:rFonts w:ascii="Courier New" w:hAnsi="Courier New"/>
          <w:color w:val="555555"/>
          <w:sz w:val="20"/>
        </w:rPr>
        <w:t>[33 . 15 . 1]</w:t>
      </w:r>
    </w:p>
    <w:p>
      <w:r>
        <w:rPr>
          <w:rFonts w:ascii="Gentium Plus" w:hAnsi="Gentium Plus"/>
          <w:sz w:val="24"/>
        </w:rPr>
        <w:t>Ὅτι ὁ Ἄτταλος ἀκούων τὸν Διήγυλιν παρὰ τοῖς ὑποτεταγμένοις διαβεβλῆσθαι διά τε τὴν πλεονεξίαν καὶ τὴν ὑπερβολὴν τῆς ὠμότητος ἐζή‐ λωσε τὴν ἐναντίαν προαίρεσιν. διὸ καὶ τοὺς ἁλισ‐</w:t>
      </w:r>
    </w:p>
    <w:p>
      <w:r>
        <w:rPr>
          <w:rFonts w:ascii="Courier New" w:hAnsi="Courier New"/>
          <w:color w:val="555555"/>
          <w:sz w:val="20"/>
        </w:rPr>
        <w:t>[5]</w:t>
      </w:r>
    </w:p>
    <w:p>
      <w:r>
        <w:rPr>
          <w:rFonts w:ascii="Gentium Plus" w:hAnsi="Gentium Plus"/>
          <w:sz w:val="24"/>
        </w:rPr>
        <w:t>κομένους τῶν Θρᾳκῶν ἀπολύων μετὰ φιλανθρωπίας πολλοὺς ἔσχε κήρυκας τῆς ἰδίας ἐπιεικείας. ἃ δὴ πυνθανόμενος ὁ Διήγυλις τῶν μὲν ἀποχωρούντων τοὺς ὁμήρους δειναῖς ὕβρεσι καὶ παρανόμοις αἰκί‐ αις περιέβαλλεν, ὧν ἦσάν τινες τῶν ἀσθενεστάτων</w:t>
      </w:r>
    </w:p>
    <w:p>
      <w:r>
        <w:rPr>
          <w:rFonts w:ascii="Courier New" w:hAnsi="Courier New"/>
          <w:color w:val="555555"/>
          <w:sz w:val="20"/>
        </w:rPr>
        <w:t>[10]</w:t>
      </w:r>
    </w:p>
    <w:p>
      <w:r>
        <w:rPr>
          <w:rFonts w:ascii="Gentium Plus" w:hAnsi="Gentium Plus"/>
          <w:sz w:val="24"/>
        </w:rPr>
        <w:t>παίδων ἡλικίᾳ καὶ φύσει. καὶ γὰρ τούτων οἱ μὲν διαμεμελισμένοι τὰ σώματα ποικίλως, οἱ δὲ κε‐ φαλὰς καὶ χεῖρας καὶ πόδας ἀφῃρημένοι· καὶ τού‐ των οἱ μὲν ἐπὶ σκόλοψιν, οἱ δὲ ἐπὶ δένδρεσιν</w:t>
      </w:r>
    </w:p>
    <w:p>
      <w:r>
        <w:rPr>
          <w:rFonts w:ascii="Courier New" w:hAnsi="Courier New"/>
          <w:color w:val="555555"/>
          <w:sz w:val="20"/>
        </w:rPr>
        <w:t>[33 . 15 . 2]</w:t>
      </w:r>
    </w:p>
    <w:p>
      <w:r>
        <w:rPr>
          <w:rFonts w:ascii="Gentium Plus" w:hAnsi="Gentium Plus"/>
          <w:sz w:val="24"/>
        </w:rPr>
        <w:t>ἀνήρτηντο. οὐκ ὀλίγας δὲ καὶ τῶν γυναικῶν ἀν‐ επτυγμένας τὰ σώματα πρὸς ὕβριν τε ἦν ἰδεῖν πρὸς</w:t>
      </w:r>
    </w:p>
    <w:p>
      <w:r>
        <w:rPr>
          <w:rFonts w:ascii="Courier New" w:hAnsi="Courier New"/>
          <w:color w:val="555555"/>
          <w:sz w:val="20"/>
        </w:rPr>
        <w:t>[5]</w:t>
      </w:r>
    </w:p>
    <w:p>
      <w:r>
        <w:rPr>
          <w:rFonts w:ascii="Gentium Plus" w:hAnsi="Gentium Plus"/>
          <w:sz w:val="24"/>
        </w:rPr>
        <w:t>συντετελεσμένας, αἳ τοῖς μὲν πράξασιν ὠμότητος ἀναισχύντου δεῖγμα προέκειντο, τῶν δὲ θεωρούν‐ των καὶ τὸν ἥμερον ἐχόντων λογισμὸν πολλοὺς ἐξ‐ εκαλοῦντο πρὸς τὸν τῶν ἠτυχηκότων ἔλεον. (Const. Exc. 2(1), pp. 298—300.)</w:t>
      </w:r>
    </w:p>
    <w:p>
      <w:r>
        <w:rPr>
          <w:rFonts w:ascii="Courier New" w:hAnsi="Courier New"/>
          <w:color w:val="555555"/>
          <w:sz w:val="20"/>
        </w:rPr>
        <w:t>[33 . 16 . 1]</w:t>
      </w:r>
    </w:p>
    <w:p>
      <w:r>
        <w:rPr>
          <w:rFonts w:ascii="Gentium Plus" w:hAnsi="Gentium Plus"/>
          <w:sz w:val="24"/>
        </w:rPr>
        <w:t>Ὅτι Νομαντῖνοι καὶ Τερμήσσιοι περὶ διαλύ‐ σεως διαπρεσβευσάμενοι πρὸς Ῥωμαίους συνεχώ‐ ρησαν αὐτοῖς τὴν εἰρήνην ἐπὶ τούτοις· δοῦναι τῶν πόλεων ἑκατέραν Ῥωμαίοις ὁμήρους τριακοσίους,</w:t>
      </w:r>
    </w:p>
    <w:p>
      <w:r>
        <w:rPr>
          <w:rFonts w:ascii="Courier New" w:hAnsi="Courier New"/>
          <w:color w:val="555555"/>
          <w:sz w:val="20"/>
        </w:rPr>
        <w:t>[5]</w:t>
      </w:r>
    </w:p>
    <w:p>
      <w:r>
        <w:rPr>
          <w:rFonts w:ascii="Gentium Plus" w:hAnsi="Gentium Plus"/>
          <w:sz w:val="24"/>
        </w:rPr>
        <w:t>σάγους ἐνακισχιλίους, βύρσας τρισχιλίας, ἵππους πολεμιστὰς ὀκτακοσίους, ὅπλα πάντα· καὶ ταῦτα πράξαντας φίλους εἶναι καὶ συμμάχους. ταχθείσης δὲ ἡμέρας ἐν ᾗ ταῦτα συντελεῖν ἔδει τὰς πόλεις,</w:t>
      </w:r>
    </w:p>
    <w:p>
      <w:r>
        <w:rPr>
          <w:rFonts w:ascii="Courier New" w:hAnsi="Courier New"/>
          <w:color w:val="555555"/>
          <w:sz w:val="20"/>
        </w:rPr>
        <w:t>[33 . 16 . 2]</w:t>
      </w:r>
    </w:p>
    <w:p>
      <w:r>
        <w:rPr>
          <w:rFonts w:ascii="Gentium Plus" w:hAnsi="Gentium Plus"/>
          <w:sz w:val="24"/>
        </w:rPr>
        <w:t>κατὰ τὰς ὁμολογίας πάντα ἐτέλεσαν. ὡς δὲ ἐπὶ τελευτῆς ἔδει τὴν τῶν ὅπλων παράδοσιν ποιήσα‐ σθαι, ὀδυρμός τις εὐγενὴς ἦν καὶ παράστασις ψυχῆς πρὸς ἐλευθερίαν ἐνέπεσε τοῖς πλήθεσιν. διὸ πρὸς</w:t>
      </w:r>
    </w:p>
    <w:p>
      <w:r>
        <w:rPr>
          <w:rFonts w:ascii="Courier New" w:hAnsi="Courier New"/>
          <w:color w:val="555555"/>
          <w:sz w:val="20"/>
        </w:rPr>
        <w:t>[5]</w:t>
      </w:r>
    </w:p>
    <w:p>
      <w:r>
        <w:rPr>
          <w:rFonts w:ascii="Gentium Plus" w:hAnsi="Gentium Plus"/>
          <w:sz w:val="24"/>
        </w:rPr>
        <w:t>ἀλλήλους ἐδεινοπάθουν, εἰ γυναικῶν τρόπον γυμ‐ νώσουσιν ἑαυτοὺς ὅπλων. μεταμελόμενοι δὲ τοῖς ψηφισθεῖσιν ἀλλήλους κατεμέμφοντο, καὶ πατέρες μὲν υἱοῖς ἐνεκάλουν, παῖδες δὲ γονεῦσι, γυναῖκες δὲ ἀνδράσι. καὶ ἐπὶ τὴν ἐξ ἀρχῆς διάθεσιν ἀναδρα‐</w:t>
      </w:r>
    </w:p>
    <w:p>
      <w:r>
        <w:rPr>
          <w:rFonts w:ascii="Courier New" w:hAnsi="Courier New"/>
          <w:color w:val="555555"/>
          <w:sz w:val="20"/>
        </w:rPr>
        <w:t>[10]</w:t>
      </w:r>
    </w:p>
    <w:p>
      <w:r>
        <w:rPr>
          <w:rFonts w:ascii="Gentium Plus" w:hAnsi="Gentium Plus"/>
          <w:sz w:val="24"/>
        </w:rPr>
        <w:t>μόντες καὶ τῶν ὅπλων οὐ παραχωρήσαντες ἀνεκαί‐ νισαν τὸν πρὸς Ῥωμαίους πόλεμον. (Const. Exc. 1, p. 406.)</w:t>
      </w:r>
    </w:p>
    <w:p>
      <w:r>
        <w:rPr>
          <w:rFonts w:ascii="Courier New" w:hAnsi="Courier New"/>
          <w:color w:val="555555"/>
          <w:sz w:val="20"/>
        </w:rPr>
        <w:t>[33 . 17 . 1]</w:t>
      </w:r>
    </w:p>
    <w:p>
      <w:r>
        <w:rPr>
          <w:rFonts w:ascii="Gentium Plus" w:hAnsi="Gentium Plus"/>
          <w:sz w:val="24"/>
        </w:rPr>
        <w:t>Ὅτι τοῦ Πομπηίου ἐλθόντος ἐπὶ πόλιν τὴν</w:t>
      </w:r>
    </w:p>
    <w:p>
      <w:r>
        <w:rPr>
          <w:rFonts w:ascii="Courier New" w:hAnsi="Courier New"/>
          <w:color w:val="555555"/>
          <w:sz w:val="20"/>
        </w:rPr>
        <w:t>[5]</w:t>
      </w:r>
    </w:p>
    <w:p>
      <w:r>
        <w:rPr>
          <w:rFonts w:ascii="Gentium Plus" w:hAnsi="Gentium Plus"/>
          <w:sz w:val="24"/>
        </w:rPr>
        <w:t>τους ἀσμένως δεξάμενοι σωτῆρας ἀπεκάλουν καὶ δωρεαῖς ἐτίμων. μετὰ δὲ ἡμέρας ὀλίγας κατα‐ πλαγέντες καὶ τὴν πόλιν προδιδόντες τοῖς σώμασιν</w:t>
      </w:r>
    </w:p>
    <w:p>
      <w:r>
        <w:rPr>
          <w:rFonts w:ascii="Courier New" w:hAnsi="Courier New"/>
          <w:color w:val="555555"/>
          <w:sz w:val="20"/>
        </w:rPr>
        <w:t>[33 . 17 . 2]</w:t>
      </w:r>
    </w:p>
    <w:p>
      <w:r>
        <w:rPr>
          <w:rFonts w:ascii="Gentium Plus" w:hAnsi="Gentium Plus"/>
          <w:sz w:val="24"/>
        </w:rPr>
        <w:t>ᾔτουν ἀσφάλειαν. τοῦ δὲ Πομπηίου δόντος ἀπό‐ κρισιν ὡς οὐκ ἂν ἄλλως ποιήσαιτο πρὸς αὐτοὺς ὁμολογίας, εἰ μὴ πρῶτον ἐκδώσουσι τοὺς συμ‐ μάχους, τὸ μὲν πρῶτον ἐντρεπόμενοι τὸ πρὸς τοὺς</w:t>
      </w:r>
    </w:p>
    <w:p>
      <w:r>
        <w:rPr>
          <w:rFonts w:ascii="Courier New" w:hAnsi="Courier New"/>
          <w:color w:val="555555"/>
          <w:sz w:val="20"/>
        </w:rPr>
        <w:t>[5]</w:t>
      </w:r>
    </w:p>
    <w:p>
      <w:r>
        <w:rPr>
          <w:rFonts w:ascii="Gentium Plus" w:hAnsi="Gentium Plus"/>
          <w:sz w:val="24"/>
        </w:rPr>
        <w:t>εὐεργέτας ἀνόμημα διεκαρτέρουν· τοῦ δὲ δεινοῦ πλησίον ὄντος διεπρεσβεύοντο, καὶ τῇ τῶν φίλων ἀπωλείᾳ τὴν σωτηρίαν αὑτοῖς ἐπεχείρουν περιποιή‐ σασθαι. οὐ μὴν ἔλαθόν γε τοὺς ἐπιβουλευομένους, ἀλλὰ τοῦτο μαθόντες πρὸς ἀλκὴν ἐτράποντο καὶ</w:t>
      </w:r>
    </w:p>
    <w:p>
      <w:r>
        <w:rPr>
          <w:rFonts w:ascii="Courier New" w:hAnsi="Courier New"/>
          <w:color w:val="555555"/>
          <w:sz w:val="20"/>
        </w:rPr>
        <w:t>[10]</w:t>
      </w:r>
    </w:p>
    <w:p>
      <w:r>
        <w:rPr>
          <w:rFonts w:ascii="Gentium Plus" w:hAnsi="Gentium Plus"/>
          <w:sz w:val="24"/>
        </w:rPr>
        <w:t>νυκτὸς τοῖς κατὰ τὴν πόλιν ἐπιθέμενοι πολὺν ἐποί‐</w:t>
      </w:r>
    </w:p>
    <w:p>
      <w:r>
        <w:rPr>
          <w:rFonts w:ascii="Courier New" w:hAnsi="Courier New"/>
          <w:color w:val="555555"/>
          <w:sz w:val="20"/>
        </w:rPr>
        <w:t>[33 . 17 . 3]</w:t>
      </w:r>
    </w:p>
    <w:p>
      <w:r>
        <w:rPr>
          <w:rFonts w:ascii="Gentium Plus" w:hAnsi="Gentium Plus"/>
          <w:sz w:val="24"/>
        </w:rPr>
        <w:t>ουν φόνον. ὁ δὲ Πομπήιος τοῦ θορύβου αἰσθόμενος καὶ κλίμακας προσερείσας τοῖς τείχεσιν ἐκυρίευσε τῆς πόλεως. καὶ τοὺς μὲν εὐγενεῖς ἅπαντας ἀπέσφαξεν, τοὺς δὲ συμμάχους ὄντας διακοσίους</w:t>
      </w:r>
    </w:p>
    <w:p>
      <w:r>
        <w:rPr>
          <w:rFonts w:ascii="Courier New" w:hAnsi="Courier New"/>
          <w:color w:val="555555"/>
          <w:sz w:val="20"/>
        </w:rPr>
        <w:t>[5]</w:t>
      </w:r>
    </w:p>
    <w:p>
      <w:r>
        <w:rPr>
          <w:rFonts w:ascii="Gentium Plus" w:hAnsi="Gentium Plus"/>
          <w:sz w:val="24"/>
        </w:rPr>
        <w:t>τὸν ἀριθμὸν ἀπέλυσε τῶν κινδύνων, ἅμα μὲν ἐλε‐ ήσας κινδυνεύουσαν ἀρετὴν καὶ τὸ περὶ τοὺς ἀκλη‐ ροῦντας γενόμενον πάθος δι’ ἀχαριστίαν, ἅμα δὲ τὴν Νουμαντίνων εὔνοιαν πρὸς Ῥωμαίους πόρρω‐ θεν ἐκκαλούμενος ταῖς εὐεργεσίαις· τὴν δὲ πόλιν</w:t>
      </w:r>
    </w:p>
    <w:p>
      <w:r>
        <w:rPr>
          <w:rFonts w:ascii="Courier New" w:hAnsi="Courier New"/>
          <w:color w:val="555555"/>
          <w:sz w:val="20"/>
        </w:rPr>
        <w:t>[10]</w:t>
      </w:r>
    </w:p>
    <w:p>
      <w:r>
        <w:rPr>
          <w:rFonts w:ascii="Gentium Plus" w:hAnsi="Gentium Plus"/>
          <w:sz w:val="24"/>
        </w:rPr>
        <w:t>κατέσκαψεν.</w:t>
      </w:r>
    </w:p>
    <w:p>
      <w:r>
        <w:rPr>
          <w:rFonts w:ascii="Courier New" w:hAnsi="Courier New"/>
          <w:color w:val="555555"/>
          <w:sz w:val="20"/>
        </w:rPr>
        <w:t>[33 . 18 . 1]</w:t>
      </w:r>
    </w:p>
    <w:p>
      <w:r>
        <w:rPr>
          <w:rFonts w:ascii="Gentium Plus" w:hAnsi="Gentium Plus"/>
          <w:sz w:val="24"/>
        </w:rPr>
        <w:t>Ὅτι ὁ Ἀρσάκης ὁ βασιλεὺς ἐπιείκειαν καὶ φιλανθρωπίαν ζηλώσας αὐτομάτην ἔσχε τὴν ἐπίρ‐ ροιαν τῶν ἀγαθῶν καὶ τὴν βασιλείαν ἐπὶ πλεῖον ηὔξησε· μέχρι γὰρ τῆς Ἰνδικῆς διατείνας τῆς ὑπὸ</w:t>
      </w:r>
    </w:p>
    <w:p>
      <w:r>
        <w:rPr>
          <w:rFonts w:ascii="Courier New" w:hAnsi="Courier New"/>
          <w:color w:val="555555"/>
          <w:sz w:val="20"/>
        </w:rPr>
        <w:t>[5]</w:t>
      </w:r>
    </w:p>
    <w:p>
      <w:r>
        <w:rPr>
          <w:rFonts w:ascii="Gentium Plus" w:hAnsi="Gentium Plus"/>
          <w:sz w:val="24"/>
        </w:rPr>
        <w:t>τὸν Πῶρον γενομένης χώρας ἐκυρίευσεν ἀκινδύ‐ νως. εἰς τηλικοῦτο δὲ μέγεθος προαχθεὶς βασιλείας οὐκ ἐζήλωσε τρυφὴν οὐδὲ ὑπερηφανίαν, ἅπερ ταῖς πλείσταις δυναστείαις ἀκολουθεῖν εἴωθεν, ἀλλ’ ἐπι‐ είκειαν μὲν πρὸς τοὺς ὑποτεταγμένους, ἀνδρείαν δὲ</w:t>
      </w:r>
    </w:p>
    <w:p>
      <w:r>
        <w:rPr>
          <w:rFonts w:ascii="Courier New" w:hAnsi="Courier New"/>
          <w:color w:val="555555"/>
          <w:sz w:val="20"/>
        </w:rPr>
        <w:t>[10]</w:t>
      </w:r>
    </w:p>
    <w:p>
      <w:r>
        <w:rPr>
          <w:rFonts w:ascii="Gentium Plus" w:hAnsi="Gentium Plus"/>
          <w:sz w:val="24"/>
        </w:rPr>
        <w:t>πρὸς τοὺς ἀντιταττομένους. καθόλου δὲ πολλῶν ἐθ‐ νῶν ἐγκρατὴς γενόμενος τὰ παρ’ ἑκάστοις ἄριστα κατέδειξε τῶν νομίμων τοῖς Πάρθοις. (Const. Exc. 2(1), p. 300.)</w:t>
      </w:r>
    </w:p>
    <w:p>
      <w:r>
        <w:rPr>
          <w:rFonts w:ascii="Courier New" w:hAnsi="Courier New"/>
          <w:color w:val="555555"/>
          <w:sz w:val="20"/>
        </w:rPr>
        <w:t>[33 . 19 . 1]</w:t>
      </w:r>
    </w:p>
    <w:p>
      <w:r>
        <w:rPr>
          <w:rFonts w:ascii="Gentium Plus" w:hAnsi="Gentium Plus"/>
          <w:sz w:val="24"/>
        </w:rPr>
        <w:t>Ὅτι ὁ ὕπατος Ποπίλλιος Ὑριάτθου περὶ δια‐ λέξεως ἀξιοῦντος ἔκρινε προστάττειν καθ’ ἕκαστα τῶν ἀρεσκόντων, ὅπως μὴ λεχθέντων ἀθρόον ἀπο‐ γνοὺς ἀποθηριωθῇ πρὸς πόλεμον ἀκατάλλακτον.</w:t>
      </w:r>
    </w:p>
    <w:p>
      <w:r>
        <w:rPr>
          <w:rFonts w:ascii="Courier New" w:hAnsi="Courier New"/>
          <w:color w:val="555555"/>
          <w:sz w:val="20"/>
        </w:rPr>
        <w:t>[5]</w:t>
      </w:r>
    </w:p>
    <w:p>
      <w:r>
        <w:rPr>
          <w:rFonts w:ascii="Gentium Plus" w:hAnsi="Gentium Plus"/>
          <w:sz w:val="24"/>
        </w:rPr>
        <w:t>(Const. Exc. 4, p. 383.)</w:t>
      </w:r>
    </w:p>
    <w:p>
      <w:r>
        <w:rPr>
          <w:rFonts w:ascii="Courier New" w:hAnsi="Courier New"/>
          <w:color w:val="555555"/>
          <w:sz w:val="20"/>
        </w:rPr>
        <w:t>[33 . 20 . 1]</w:t>
      </w:r>
    </w:p>
    <w:p>
      <w:r>
        <w:rPr>
          <w:rFonts w:ascii="Gentium Plus" w:hAnsi="Gentium Plus"/>
          <w:sz w:val="24"/>
        </w:rPr>
        <w:t>Ὅτι Γαλαίστης τις Ἀθαμὰν τὸ γένος, υἱὸς δὲ Ἀμυνάνδρου τοῦ βεβασιλευκότος Ἀθαμάνων, γένει καὶ πλούτῳ καὶ δόξῃ πολὺ προέχων τῶν ὁμοεθνῶν, ἐγένετο φίλος Πτολεμαίου τοῦ Φιλομή‐</w:t>
      </w:r>
    </w:p>
    <w:p>
      <w:r>
        <w:rPr>
          <w:rFonts w:ascii="Courier New" w:hAnsi="Courier New"/>
          <w:color w:val="555555"/>
          <w:sz w:val="20"/>
        </w:rPr>
        <w:t>[5]</w:t>
      </w:r>
    </w:p>
    <w:p>
      <w:r>
        <w:rPr>
          <w:rFonts w:ascii="Gentium Plus" w:hAnsi="Gentium Plus"/>
          <w:sz w:val="24"/>
        </w:rPr>
        <w:t>τορος· ἐν δὲ τῇ πρὸς Δημήτριον μάχῃ τῶν δυνά‐ μεων τῶν ἀπὸ Ἀλεξανδρείας ἡγεμὼν ἐγεγόνει. οὗτος μετὰ τὴν ἧτταν καὶ τελευτὴν Πτολεμαίου ἐλθὼν εἰς διαβολὰς ψευδεῖς ὡς ἑκουσίως τοῖς πολε‐ μίοις καταπροέμενος τὰ πράγματα, καὶ τοῦ δια‐</w:t>
      </w:r>
    </w:p>
    <w:p>
      <w:r>
        <w:rPr>
          <w:rFonts w:ascii="Courier New" w:hAnsi="Courier New"/>
          <w:color w:val="555555"/>
          <w:sz w:val="20"/>
        </w:rPr>
        <w:t>[10]</w:t>
      </w:r>
    </w:p>
    <w:p>
      <w:r>
        <w:rPr>
          <w:rFonts w:ascii="Gentium Plus" w:hAnsi="Gentium Plus"/>
          <w:sz w:val="24"/>
        </w:rPr>
        <w:t>δεξαμένου τὴν βασιλείαν Πτολεμαίου τὰς δωρεὰς</w:t>
      </w:r>
    </w:p>
    <w:p>
      <w:r>
        <w:rPr>
          <w:rFonts w:ascii="Courier New" w:hAnsi="Courier New"/>
          <w:color w:val="555555"/>
          <w:sz w:val="20"/>
        </w:rPr>
        <w:t>[15]</w:t>
      </w:r>
    </w:p>
    <w:p>
      <w:r>
        <w:rPr>
          <w:rFonts w:ascii="Gentium Plus" w:hAnsi="Gentium Plus"/>
          <w:sz w:val="24"/>
        </w:rPr>
        <w:t>έλαβε τοὺς φυγάδας. φήσας δὲ ἐν παρακαταθήκῃ τὸν βασιλέα Πτολεμαῖον τὸν Φιλομήτορα δεδω‐ κέναι παιδίον αὐτῷ τρέφειν ἐκ τῆς Κλεοπάτρας ἐπὶ βασιλείᾳ, καὶ τούτῳ διάδημα περιθείς, καὶ συν‐ αγωνιστὰς ἔχων πολλοὺς φυγάδας, παρεσκευάζετο</w:t>
      </w:r>
    </w:p>
    <w:p>
      <w:r>
        <w:rPr>
          <w:rFonts w:ascii="Courier New" w:hAnsi="Courier New"/>
          <w:color w:val="555555"/>
          <w:sz w:val="20"/>
        </w:rPr>
        <w:t>[20]</w:t>
      </w:r>
    </w:p>
    <w:p>
      <w:r>
        <w:rPr>
          <w:rFonts w:ascii="Gentium Plus" w:hAnsi="Gentium Plus"/>
          <w:sz w:val="24"/>
        </w:rPr>
        <w:t>κατάγειν ἐπὶ τὴν πατρῴαν βασιλείαν τὸν παῖδα.</w:t>
      </w:r>
    </w:p>
    <w:p>
      <w:r>
        <w:rPr>
          <w:rFonts w:ascii="Courier New" w:hAnsi="Courier New"/>
          <w:color w:val="555555"/>
          <w:sz w:val="20"/>
        </w:rPr>
        <w:t>[33 . 21 . 1]</w:t>
      </w:r>
    </w:p>
    <w:p>
      <w:r>
        <w:rPr>
          <w:rFonts w:ascii="Gentium Plus" w:hAnsi="Gentium Plus"/>
          <w:sz w:val="24"/>
        </w:rPr>
        <w:t>Ὅτι Αὔδας καὶ Διτάλκης καὶ Νικορόντης ἐκ πόλεως Ὄρσωνος, οἰκεῖοι δὲ ἀλλήλων καὶ φίλοι, θεωροῦντες τὴν περὶ τὸν Ὑρίατθον ὑπεροχὴν καταπονουμένην ὑπὸ Ῥωμαίων καὶ περὶ αὑτῶν</w:t>
      </w:r>
    </w:p>
    <w:p>
      <w:r>
        <w:rPr>
          <w:rFonts w:ascii="Courier New" w:hAnsi="Courier New"/>
          <w:color w:val="555555"/>
          <w:sz w:val="20"/>
        </w:rPr>
        <w:t>[5]</w:t>
      </w:r>
    </w:p>
    <w:p>
      <w:r>
        <w:rPr>
          <w:rFonts w:ascii="Gentium Plus" w:hAnsi="Gentium Plus"/>
          <w:sz w:val="24"/>
        </w:rPr>
        <w:t>δείσαντες, καταθέσθαι τινὰ χάριν τοῖς Ῥωμαίοις ἔκριναν, δι’ ἧς ἑαυτοῖς περιποιήσασθαι τὴν ἀσφά‐ λειαν. ... ὁρῶντες γὰρ τὸν Ὑρίατθον ἐπιθυ‐ μοῦντα καταλύσασθαι τὸν πόλεμον ἐπηγγείλαντο πείσειν Καιπίωνα συνθέσθαι τὴν εἰρήνην, ἐὰν αὐ‐</w:t>
      </w:r>
    </w:p>
    <w:p>
      <w:r>
        <w:rPr>
          <w:rFonts w:ascii="Courier New" w:hAnsi="Courier New"/>
          <w:color w:val="555555"/>
          <w:sz w:val="20"/>
        </w:rPr>
        <w:t>[10]</w:t>
      </w:r>
    </w:p>
    <w:p>
      <w:r>
        <w:rPr>
          <w:rFonts w:ascii="Gentium Plus" w:hAnsi="Gentium Plus"/>
          <w:sz w:val="24"/>
        </w:rPr>
        <w:t>τοὺς ἀπολύσῃ πρεσβευτὰς περὶ διαλύσεων. προθύ‐ μως δὲ τοῦ δυνάστου συγχωρήσαντος, οὗτοι μὲν συντόμως παραγενόμενοι πρὸς τὸν Καιπίωνα ῥᾳδίως ἔπεισαν δοῦναί σφισιν αὐτοῖς τὴν ἀσφάλειαν ἐπαγγελλομένοις δολοφονήσειν τὸν Ὑρίατθον. δόν‐</w:t>
      </w:r>
    </w:p>
    <w:p>
      <w:r>
        <w:rPr>
          <w:rFonts w:ascii="Courier New" w:hAnsi="Courier New"/>
          <w:color w:val="555555"/>
          <w:sz w:val="20"/>
        </w:rPr>
        <w:t>[15]</w:t>
      </w:r>
    </w:p>
    <w:p>
      <w:r>
        <w:rPr>
          <w:rFonts w:ascii="Gentium Plus" w:hAnsi="Gentium Plus"/>
          <w:sz w:val="24"/>
        </w:rPr>
        <w:t>τες οὖν καὶ λαβόντες περὶ τούτων πίστεις ταχέως ἐπανῆλθον εἰς τὴν παρεμβολήν· εἰπόντες δὲ πεπει‐ κέναι τοὺς Ῥωμαίους περὶ τῆς εἰρήνης εἰς ἐλπίδας ἀγαθὰς ἤγαγον τὸν Ὑρίατθον, σπεύδοντες τῆς</w:t>
      </w:r>
    </w:p>
    <w:p>
      <w:r>
        <w:rPr>
          <w:rFonts w:ascii="Courier New" w:hAnsi="Courier New"/>
          <w:color w:val="555555"/>
          <w:sz w:val="20"/>
        </w:rPr>
        <w:t>[20]</w:t>
      </w:r>
    </w:p>
    <w:p>
      <w:r>
        <w:rPr>
          <w:rFonts w:ascii="Gentium Plus" w:hAnsi="Gentium Plus"/>
          <w:sz w:val="24"/>
        </w:rPr>
        <w:t>πορρωτάτω. πιστευόμενοι δ’ ὑπ’ αὐτοῦ διὰ τὴν φιλίαν νυκτὸς ἔλαθον εἰς τὴν σκηνὴν παρεισελθόντες καὶ τοῖς ξίφεσι διαχρησάμενοι τὸν Ὑρίατθον πλη‐ γαῖς εὐκαίροις, ἐκ τῆς παρεμβολῆς ἐκπηδήσαντες παραχρῆμα διὰ τῆς ὀρεινῆς ἀνοδίαις χρησάμενοι</w:t>
      </w:r>
    </w:p>
    <w:p>
      <w:r>
        <w:rPr>
          <w:rFonts w:ascii="Courier New" w:hAnsi="Courier New"/>
          <w:color w:val="555555"/>
          <w:sz w:val="20"/>
        </w:rPr>
        <w:t>[25]</w:t>
      </w:r>
    </w:p>
    <w:p>
      <w:r>
        <w:rPr>
          <w:rFonts w:ascii="Gentium Plus" w:hAnsi="Gentium Plus"/>
          <w:sz w:val="24"/>
        </w:rPr>
        <w:t>διεσώθησαν πρὸς Καιπίωνα. (Const. Exc. 3, pp. 205—206.)</w:t>
      </w:r>
    </w:p>
    <w:p>
      <w:r>
        <w:rPr>
          <w:rFonts w:ascii="Courier New" w:hAnsi="Courier New"/>
          <w:color w:val="555555"/>
          <w:sz w:val="20"/>
        </w:rPr>
        <w:t>[33 21a 1]</w:t>
      </w:r>
    </w:p>
    <w:p>
      <w:r>
        <w:rPr>
          <w:rFonts w:ascii="Gentium Plus" w:hAnsi="Gentium Plus"/>
          <w:sz w:val="24"/>
        </w:rPr>
        <w:t>Ὅτι τὸ σῶμα τοῦ Ὑριάτθου ταφῆς παρα‐ δόξου καὶ μεγαλοπρεποῦς ἠξίωσαν καὶ διακοσίοις ζεύγεσι μονομάχων ἀγῶνα πρὸς τῷ τάφῳ συνετέλε‐ σαν, τιμῶντες αὐτοῦ τὴν διαβεβοημένην ἀνδρείαν.</w:t>
      </w:r>
    </w:p>
    <w:p>
      <w:r>
        <w:rPr>
          <w:rFonts w:ascii="Courier New" w:hAnsi="Courier New"/>
          <w:color w:val="555555"/>
          <w:sz w:val="20"/>
        </w:rPr>
        <w:t>[5]</w:t>
      </w:r>
    </w:p>
    <w:p>
      <w:r>
        <w:rPr>
          <w:rFonts w:ascii="Gentium Plus" w:hAnsi="Gentium Plus"/>
          <w:sz w:val="24"/>
        </w:rPr>
        <w:t>ὁμολογουμένως γὰρ ἦν πολεμικώτατος μὲν ἐν τοῖς κινδύνοις, στρατηγικώτατος δὲ ἐν τῷ προϊδέσθαι τὸ συμφέρον, τὸ δὲ μέγιστον, διετέλεσε πάντα τὸν τῆς στρατηγίας χρόνον ἀγαπώμενος ὑπὸ τῶν στρατιωτῶν ὡς οὐδεὶς ἕτερος. κατὰ μὲν γὰρ τὰς</w:t>
      </w:r>
    </w:p>
    <w:p>
      <w:r>
        <w:rPr>
          <w:rFonts w:ascii="Courier New" w:hAnsi="Courier New"/>
          <w:color w:val="555555"/>
          <w:sz w:val="20"/>
        </w:rPr>
        <w:t>[10]</w:t>
      </w:r>
    </w:p>
    <w:p>
      <w:r>
        <w:rPr>
          <w:rFonts w:ascii="Gentium Plus" w:hAnsi="Gentium Plus"/>
          <w:sz w:val="24"/>
        </w:rPr>
        <w:t>ἐκ τῆς λῃστείας διανομὰς οὐδὲν πλέον ἀπεφέρετο τῆς τοῖς ἰδιώταις ἐπιβαλλούσης μοίρας, ἀπὸ δὲ τῶν αὐτῷ πορισθέντων ἐτίμα τοὺς ἀξίους χάριτος καὶ τοὺς ἀπόρους τῶν στρατιωτῶν ὑπελάμβανεν. ὑπῆρχε δὲ καὶ νήπτης καὶ ἀγρυπνητικὸς καὶ παντὸς</w:t>
      </w:r>
    </w:p>
    <w:p>
      <w:r>
        <w:rPr>
          <w:rFonts w:ascii="Courier New" w:hAnsi="Courier New"/>
          <w:color w:val="555555"/>
          <w:sz w:val="20"/>
        </w:rPr>
        <w:t>[15]</w:t>
      </w:r>
    </w:p>
    <w:p>
      <w:r>
        <w:rPr>
          <w:rFonts w:ascii="Gentium Plus" w:hAnsi="Gentium Plus"/>
          <w:sz w:val="24"/>
        </w:rPr>
        <w:t>πόνου καὶ κινδύνου κατεξανεστηκώς, ἔτι δὲ πάσης ἡδονῆς κρείττων. αἱ δὲ ἀποδείξεις τῆς περὶ αὐτὸν ἀρετῆς ἐμφανεῖς εἰσιν· ἕνδεκα γὰρ ἔτη δυναστεύον‐ τος αὐτοῦ Λυσιτανῶν, οὐ μόνον αἱ δυνάμεις ἀστα‐ σίαστοι διέμειναν, ἀλλὰ καὶ σχεδὸν ἀνίκητοι. μετὰ</w:t>
      </w:r>
    </w:p>
    <w:p>
      <w:r>
        <w:rPr>
          <w:rFonts w:ascii="Courier New" w:hAnsi="Courier New"/>
          <w:color w:val="555555"/>
          <w:sz w:val="20"/>
        </w:rPr>
        <w:t>[20]</w:t>
      </w:r>
    </w:p>
    <w:p>
      <w:r>
        <w:rPr>
          <w:rFonts w:ascii="Gentium Plus" w:hAnsi="Gentium Plus"/>
          <w:sz w:val="24"/>
        </w:rPr>
        <w:t>δὲ τὴν τούτου τελευτὴν τὸ σύστημα τῶν Λυσιτανῶν διελύθη στερηθὲν τῆς τούτου προστασίας.</w:t>
      </w:r>
    </w:p>
    <w:p>
      <w:r>
        <w:rPr>
          <w:rFonts w:ascii="Courier New" w:hAnsi="Courier New"/>
          <w:color w:val="555555"/>
          <w:sz w:val="20"/>
        </w:rPr>
        <w:t>[33 . 22 . 1]</w:t>
      </w:r>
    </w:p>
    <w:p>
      <w:r>
        <w:rPr>
          <w:rFonts w:ascii="Gentium Plus" w:hAnsi="Gentium Plus"/>
          <w:sz w:val="24"/>
        </w:rPr>
        <w:t>Ὅτι Πτολεμαῖος ... διὰ τὴν ὠμότητα καὶ μιαιφονίαν καὶ διὰ τὰς ἀνέδην τῶν αἰσχίστων ἡδονῶν ἀπολαύσεις καὶ τὸ τοῦ σώματος ἀγεννὲς πάθος, διὸ Φύσκων ἐκαλεῖτο. ὁ δὲ στρατηγὸς</w:t>
      </w:r>
    </w:p>
    <w:p>
      <w:r>
        <w:rPr>
          <w:rFonts w:ascii="Courier New" w:hAnsi="Courier New"/>
          <w:color w:val="555555"/>
          <w:sz w:val="20"/>
        </w:rPr>
        <w:t>[5]</w:t>
      </w:r>
    </w:p>
    <w:p>
      <w:r>
        <w:rPr>
          <w:rFonts w:ascii="Gentium Plus" w:hAnsi="Gentium Plus"/>
          <w:sz w:val="24"/>
        </w:rPr>
        <w:t>Ἱέραξ ἐν τοῖς πολεμικοῖς ἔργοις θαυμαστὸς ὢν καὶ κατὰ τὰς ἐντεύξεις τοῖς ὄχλοις εὔθετος, ἔτι δὲ μεγαλόψυχος, συνέσχε τὴν τοῦ Πτολεμαίου βα‐ σιλείαν. τούτου γὰρ ἀπορουμένου χρημάτων, καὶ τῶν στρατιωτῶν βουλομένων ἀφίστασθαι πρὸς Γα‐</w:t>
      </w:r>
    </w:p>
    <w:p>
      <w:r>
        <w:rPr>
          <w:rFonts w:ascii="Courier New" w:hAnsi="Courier New"/>
          <w:color w:val="555555"/>
          <w:sz w:val="20"/>
        </w:rPr>
        <w:t>[10]</w:t>
      </w:r>
    </w:p>
    <w:p>
      <w:r>
        <w:rPr>
          <w:rFonts w:ascii="Gentium Plus" w:hAnsi="Gentium Plus"/>
          <w:sz w:val="24"/>
        </w:rPr>
        <w:t>λαίστην διὰ τὸ μὴ κομίζεσθαι τοὺς μισθούς, ἐκ τῆς ἰδίας οὐσίας ὀψωνιάσας τὴν δύναμιν διωρθώσατο τὴν ὅλην μεταβολήν.</w:t>
      </w:r>
    </w:p>
    <w:p>
      <w:r>
        <w:rPr>
          <w:rFonts w:ascii="Courier New" w:hAnsi="Courier New"/>
          <w:color w:val="555555"/>
          <w:sz w:val="20"/>
        </w:rPr>
        <w:t>[33 . 23 . 1]</w:t>
      </w:r>
    </w:p>
    <w:p>
      <w:r>
        <w:rPr>
          <w:rFonts w:ascii="Gentium Plus" w:hAnsi="Gentium Plus"/>
          <w:sz w:val="24"/>
        </w:rPr>
        <w:t>Ὅτι τοῦ Πτολεμαίου παντελῶς οἱ Αἰγύπ‐ τιοι κατεφρόνησαν, ὁρῶντες ἔν τε ταῖς ὁμιλίαις ὄντα παιδαριώδη καὶ πρὸς τὰς αἰσχίστας ἡδονὰς ἐκκεχυ‐ μένον καὶ διὰ τὴν ἀκολασίαν τὸ σῶμα γυναικῶδες</w:t>
      </w:r>
    </w:p>
    <w:p>
      <w:r>
        <w:rPr>
          <w:rFonts w:ascii="Courier New" w:hAnsi="Courier New"/>
          <w:color w:val="555555"/>
          <w:sz w:val="20"/>
        </w:rPr>
        <w:t>[5]</w:t>
      </w:r>
    </w:p>
    <w:p>
      <w:r>
        <w:rPr>
          <w:rFonts w:ascii="Gentium Plus" w:hAnsi="Gentium Plus"/>
          <w:sz w:val="24"/>
        </w:rPr>
        <w:t>περιπεποιημένον. (Const. Exc. 2(1), p. 301.)</w:t>
      </w:r>
    </w:p>
    <w:p>
      <w:r>
        <w:rPr>
          <w:rFonts w:ascii="Courier New" w:hAnsi="Courier New"/>
          <w:color w:val="555555"/>
          <w:sz w:val="20"/>
        </w:rPr>
        <w:t>[33 . 24 . 1]</w:t>
      </w:r>
    </w:p>
    <w:p>
      <w:r>
        <w:rPr>
          <w:rFonts w:ascii="Gentium Plus" w:hAnsi="Gentium Plus"/>
          <w:sz w:val="24"/>
        </w:rPr>
        <w:t>Ὅτι ἡ πόλις ἡ καλουμένη Κόντοβρις ἀπ‐ έστειλε πρεσβευτὰς πρὸς Ῥωμαίους, οἳ κατὰ τὰς δεδομένας ἐντολὰς προὔλεγον ἀπαλλάττεσθαι τὴν ταχίστην ἐκ τῆς χώρας πρὶν ἤ τι παθεῖν· καὶ γὰρ</w:t>
      </w:r>
    </w:p>
    <w:p>
      <w:r>
        <w:rPr>
          <w:rFonts w:ascii="Courier New" w:hAnsi="Courier New"/>
          <w:color w:val="555555"/>
          <w:sz w:val="20"/>
        </w:rPr>
        <w:t>[5]</w:t>
      </w:r>
    </w:p>
    <w:p>
      <w:r>
        <w:rPr>
          <w:rFonts w:ascii="Gentium Plus" w:hAnsi="Gentium Plus"/>
          <w:sz w:val="24"/>
        </w:rPr>
        <w:t>τῶν ἄλλων τοὺς τολμήσαντας ἐμβαλεῖν εἰς τούσδε τοὺς τόπους πολεμίᾳ δυνάμει πάντας ἀπολωλέναι. ὁ δὲ ὕπατος τούτοις ἀπεκρίθη διότι Λυσιτανοὶ μὲν καὶ Κελτίβηρες μάλιστα ἐπιτηδεύουσιν ἀπειλεῖν μεγάλα καὶ πλεονεκτεῖν, Ῥωμαῖοι δὲ κολάζειν τοὺς</w:t>
      </w:r>
    </w:p>
    <w:p>
      <w:r>
        <w:rPr>
          <w:rFonts w:ascii="Courier New" w:hAnsi="Courier New"/>
          <w:color w:val="555555"/>
          <w:sz w:val="20"/>
        </w:rPr>
        <w:t>[10]</w:t>
      </w:r>
    </w:p>
    <w:p>
      <w:r>
        <w:rPr>
          <w:rFonts w:ascii="Gentium Plus" w:hAnsi="Gentium Plus"/>
          <w:sz w:val="24"/>
        </w:rPr>
        <w:t>ἀδικοῦντας καὶ καταφρονεῖν τῶν ἀπειλῶν· προσ‐</w:t>
      </w:r>
    </w:p>
    <w:p>
      <w:r>
        <w:rPr>
          <w:rFonts w:ascii="Courier New" w:hAnsi="Courier New"/>
          <w:color w:val="555555"/>
          <w:sz w:val="20"/>
        </w:rPr>
        <w:t>[33 . 25 . 1]</w:t>
      </w:r>
    </w:p>
    <w:p>
      <w:r>
        <w:rPr>
          <w:rFonts w:ascii="Gentium Plus" w:hAnsi="Gentium Plus"/>
          <w:sz w:val="24"/>
        </w:rPr>
        <w:t>Ἔκρινε κρεῖττον εἶναι μαχομένους ἀποθανεῖν ἐπιφανῶς ἢ γυμνὰ τὰ σώματα τῶν ὅπλων εἰς τὴν αἰσχίστην παραδοῦναι δουλείαν.</w:t>
      </w:r>
    </w:p>
    <w:p>
      <w:r>
        <w:rPr>
          <w:rFonts w:ascii="Courier New" w:hAnsi="Courier New"/>
          <w:color w:val="555555"/>
          <w:sz w:val="20"/>
        </w:rPr>
        <w:t>[33 . 26 . 1]</w:t>
      </w:r>
    </w:p>
    <w:p>
      <w:r>
        <w:rPr>
          <w:rFonts w:ascii="Gentium Plus" w:hAnsi="Gentium Plus"/>
          <w:sz w:val="24"/>
        </w:rPr>
        <w:t>Ὁ δὲ Ἰούνιος παρακαλέσας τοὺς στρατιώτας, εἰ καί ποτε, νῦν ἀνδραγαθῆσαι καὶ τῶν προγεγο‐ νότων κατορθωμάτων ἀξίους φανῆναι. ... ὅμως οὐκ ἔκαμνον ταῖς ψυχαῖς, κατισχύοντος τοῦ λογι‐</w:t>
      </w:r>
    </w:p>
    <w:p>
      <w:r>
        <w:rPr>
          <w:rFonts w:ascii="Courier New" w:hAnsi="Courier New"/>
          <w:color w:val="555555"/>
          <w:sz w:val="20"/>
        </w:rPr>
        <w:t>[5]</w:t>
      </w:r>
    </w:p>
    <w:p>
      <w:r>
        <w:rPr>
          <w:rFonts w:ascii="Gentium Plus" w:hAnsi="Gentium Plus"/>
          <w:sz w:val="24"/>
        </w:rPr>
        <w:t>σμοῦ τὴν τῶν σωμάτων ἀσθένειαν.</w:t>
      </w:r>
    </w:p>
    <w:p>
      <w:r>
        <w:rPr>
          <w:rFonts w:ascii="Courier New" w:hAnsi="Courier New"/>
          <w:color w:val="555555"/>
          <w:sz w:val="20"/>
        </w:rPr>
        <w:t>[33 . 26 . 2]</w:t>
      </w:r>
    </w:p>
    <w:p>
      <w:r>
        <w:rPr>
          <w:rFonts w:ascii="Gentium Plus" w:hAnsi="Gentium Plus"/>
          <w:sz w:val="24"/>
        </w:rPr>
        <w:t>Ὅτι διεδόθη ἡ τῶν Ῥωμαίων πρὸς μὲν τοὺς ἀντι‐ πραττομένους ἀπαραίτητος τιμωρία, πρὸς δὲ τοὺς πειθαρχοῦντας ἡ τῆς ἐπιεικείας ὑπερβολή. (Const. Exc. 4, p. 383.)</w:t>
      </w:r>
    </w:p>
    <w:p>
      <w:r>
        <w:rPr>
          <w:rFonts w:ascii="Courier New" w:hAnsi="Courier New"/>
          <w:color w:val="555555"/>
          <w:sz w:val="20"/>
        </w:rPr>
        <w:t>[33 . 27 . 1]</w:t>
      </w:r>
    </w:p>
    <w:p>
      <w:r>
        <w:rPr>
          <w:rFonts w:ascii="Gentium Plus" w:hAnsi="Gentium Plus"/>
          <w:sz w:val="24"/>
        </w:rPr>
        <w:t>Ὅτι ὁ Αἰμίλιος ὁ ὕπατος διὰ τὴν βαρύτητα καὶ δυσκινησίαν τοῦ σώματος τῇ διὰ τὸν ὄγκον ὑπεροχῇ καὶ τῷ πλήθει τῶν περικεχυμένων σαρκῶν ἄχρηστος ἦν ἐν ταῖς κατὰ πόλεμον ἐνεργείαις.</w:t>
      </w:r>
    </w:p>
    <w:p>
      <w:r>
        <w:rPr>
          <w:rFonts w:ascii="Courier New" w:hAnsi="Courier New"/>
          <w:color w:val="555555"/>
          <w:sz w:val="20"/>
        </w:rPr>
        <w:t>[5]</w:t>
      </w:r>
    </w:p>
    <w:p>
      <w:r>
        <w:rPr>
          <w:rFonts w:ascii="Gentium Plus" w:hAnsi="Gentium Plus"/>
          <w:sz w:val="24"/>
        </w:rPr>
        <w:t>(Const. Exc. 2(1), pp. 301—302.)</w:t>
      </w:r>
    </w:p>
    <w:p>
      <w:r>
        <w:rPr>
          <w:rFonts w:ascii="Courier New" w:hAnsi="Courier New"/>
          <w:color w:val="555555"/>
          <w:sz w:val="20"/>
        </w:rPr>
        <w:t>[33 . 28 . 1]</w:t>
      </w:r>
    </w:p>
    <w:p>
      <w:r>
        <w:rPr>
          <w:rFonts w:ascii="Gentium Plus" w:hAnsi="Gentium Plus"/>
          <w:sz w:val="24"/>
        </w:rPr>
        <w:t>Ὅτι κατὰ τὴν Συρίαν Διόδοτος ὁ Τρύφων ἐπι‐ καλούμενος ἀνῃρηκὼς Ἀντίοχον τὸν Ἀλεξάνδρου τὸν ἐπὶ βασιλείᾳ τρεφόμενον, παῖδα τὴν ἡλικίαν ὄντα, περιέθετο διάδημα τῆς βασιλείας, καὶ κρατή‐</w:t>
      </w:r>
    </w:p>
    <w:p>
      <w:r>
        <w:rPr>
          <w:rFonts w:ascii="Courier New" w:hAnsi="Courier New"/>
          <w:color w:val="555555"/>
          <w:sz w:val="20"/>
        </w:rPr>
        <w:t>[5]</w:t>
      </w:r>
    </w:p>
    <w:p>
      <w:r>
        <w:rPr>
          <w:rFonts w:ascii="Gentium Plus" w:hAnsi="Gentium Plus"/>
          <w:sz w:val="24"/>
        </w:rPr>
        <w:t>σας ἔρημον αὑτὸν ἀνηγόρευσε βασιλέα, καὶ κατὰ τῶν σατραπῶν καὶ τῶν στρατηγῶν τοῦ ἀπὸ τοῦ βασιλικοῦ γένους πολεμεῖν ἐπειρᾶτο. περὶ μὲν γὰρ τὴν Μεσοποταμίαν ἦν Διονύσιος ὁ Μῆδος, περὶ δὲ τὴν Κοίλην Συρίαν οἱ περὶ τὸν Σαρπηδόνα</w:t>
      </w:r>
    </w:p>
    <w:p>
      <w:r>
        <w:rPr>
          <w:rFonts w:ascii="Courier New" w:hAnsi="Courier New"/>
          <w:color w:val="555555"/>
          <w:sz w:val="20"/>
        </w:rPr>
        <w:t>[10]</w:t>
      </w:r>
    </w:p>
    <w:p>
      <w:r>
        <w:rPr>
          <w:rFonts w:ascii="Gentium Plus" w:hAnsi="Gentium Plus"/>
          <w:sz w:val="24"/>
        </w:rPr>
        <w:t>καὶ Παλαμήδην, ἐν δὲ τῇ παρὰ θάλατταν Σελευ‐ κείᾳ Αἰσχρίων, ἔχων μεθ’ ἑαυτοῦ τὴν βασίλισσαν Κλεοπάτραν, Δημητρίου δὲ γυναῖκα τοῦ ζωγρη‐ θέντος ὑπ’ Ἀρσάκου. (Const. Exc. 3, p. 206.)</w:t>
      </w:r>
    </w:p>
    <w:p>
      <w:r>
        <w:rPr>
          <w:rFonts w:ascii="Courier New" w:hAnsi="Courier New"/>
          <w:color w:val="555555"/>
          <w:sz w:val="20"/>
        </w:rPr>
        <w:t>[33 28a 1]</w:t>
      </w:r>
    </w:p>
    <w:p>
      <w:r>
        <w:rPr>
          <w:rFonts w:ascii="Gentium Plus" w:hAnsi="Gentium Plus"/>
          <w:sz w:val="24"/>
        </w:rPr>
        <w:t>Ὅτι Τρύφων ἐξ ἰδιώτου βασιλεὺς γεγονὼς ἔσπευδε τὴν δυναστείαν αὑτῷ διὰ δόγματος συγκλη‐ τικοῦ βεβαιῶσαι. διόπερ κατασκευάσας Νίκην χρυσῆν ἄγουσαν ὁλκὴν χρυσίνων μυρίων ἐξαπ‐</w:t>
      </w:r>
    </w:p>
    <w:p>
      <w:r>
        <w:rPr>
          <w:rFonts w:ascii="Courier New" w:hAnsi="Courier New"/>
          <w:color w:val="555555"/>
          <w:sz w:val="20"/>
        </w:rPr>
        <w:t>[5]</w:t>
      </w:r>
    </w:p>
    <w:p>
      <w:r>
        <w:rPr>
          <w:rFonts w:ascii="Gentium Plus" w:hAnsi="Gentium Plus"/>
          <w:sz w:val="24"/>
        </w:rPr>
        <w:t>έστειλε πρεσβευτὰς εἰς τὴν Ῥώμην τοὺς ταύτην κομιοῦντας τῷ δήμῳ. ὑπελάμβανε γὰρ τοὺς Ῥω‐ μαίους ἅμα μὲν διὰ τὸ λυσιτελές, ἅμα δὲ διὰ τὸ εὐοιώνιστον εἶναι, προσδέξασθαι τὴν Νίκην, καὶ προσαγορευθῆναι βασιλέα. εὗρε δὲ τὴν σύγκλητον</w:t>
      </w:r>
    </w:p>
    <w:p>
      <w:r>
        <w:rPr>
          <w:rFonts w:ascii="Courier New" w:hAnsi="Courier New"/>
          <w:color w:val="555555"/>
          <w:sz w:val="20"/>
        </w:rPr>
        <w:t>[10]</w:t>
      </w:r>
    </w:p>
    <w:p>
      <w:r>
        <w:rPr>
          <w:rFonts w:ascii="Gentium Plus" w:hAnsi="Gentium Plus"/>
          <w:sz w:val="24"/>
        </w:rPr>
        <w:t>πάνυ πανουργοτέραν ἑαυτοῦ καὶ τοὺς ἀπάτῃ παρα‐ κρουομένους συνέσει καταστρατηγοῦσαν. τὸ μὲν γὰρ δῶρον ἐδέξατο καὶ τὴν εὐφημίαν μετὰ τοῦ λυσιτελοῦς ἐτήρησεν, ἀντὶ δὲ Τρύφωνος μεταχρη‐ ματίσασα τὴν δόσιν εἰς τὸν ὑπ’ αὐτοῦ δολοφονη‐</w:t>
      </w:r>
    </w:p>
    <w:p>
      <w:r>
        <w:rPr>
          <w:rFonts w:ascii="Courier New" w:hAnsi="Courier New"/>
          <w:color w:val="555555"/>
          <w:sz w:val="20"/>
        </w:rPr>
        <w:t>[15]</w:t>
      </w:r>
    </w:p>
    <w:p>
      <w:r>
        <w:rPr>
          <w:rFonts w:ascii="Gentium Plus" w:hAnsi="Gentium Plus"/>
          <w:sz w:val="24"/>
        </w:rPr>
        <w:t>θέντα βασιλέα τὴν ἐπιγραφὴν ἐποιήσατο. διὰ δὲ ταύτης τῆς πράξεως ἀνέδειξεν ἑαυτὴν μισοπονη‐ ροῦσαν ἐπὶ τῇ τοῦ παιδὸς ἀναιρέσει καὶ δωρεὰς</w:t>
      </w:r>
    </w:p>
    <w:p>
      <w:r>
        <w:rPr>
          <w:rFonts w:ascii="Courier New" w:hAnsi="Courier New"/>
          <w:color w:val="555555"/>
          <w:sz w:val="20"/>
        </w:rPr>
        <w:t>[33 28b 1]</w:t>
      </w:r>
    </w:p>
    <w:p>
      <w:r>
        <w:rPr>
          <w:rFonts w:ascii="Gentium Plus" w:hAnsi="Gentium Plus"/>
          <w:sz w:val="24"/>
        </w:rPr>
        <w:t>Ὅτι ἧκον εἰς Ἀλεξάνδρειαν οἱ περὶ τὸν Σκιπίωνα τὸν Ἀφρικανὸν πρεσβευταὶ κατασκεψό‐ μενοι τὴν ὅλην βασιλείαν. ὁ δὲ Πτολεμαῖος μετὰ μεγάλης ἀπαντήσεως καὶ παρασκευῆς προσδεξά‐</w:t>
      </w:r>
    </w:p>
    <w:p>
      <w:r>
        <w:rPr>
          <w:rFonts w:ascii="Courier New" w:hAnsi="Courier New"/>
          <w:color w:val="555555"/>
          <w:sz w:val="20"/>
        </w:rPr>
        <w:t>[5]</w:t>
      </w:r>
    </w:p>
    <w:p>
      <w:r>
        <w:rPr>
          <w:rFonts w:ascii="Gentium Plus" w:hAnsi="Gentium Plus"/>
          <w:sz w:val="24"/>
        </w:rPr>
        <w:t>μενος τοὺς ἄνδρας τάς τε ἑστιάσεις πολυτελεῖς ἐποιεῖτο καὶ τὰ βασίλεια περιάγων ἐπεδείκνυτο καὶ</w:t>
      </w:r>
    </w:p>
    <w:p>
      <w:r>
        <w:rPr>
          <w:rFonts w:ascii="Courier New" w:hAnsi="Courier New"/>
          <w:color w:val="555555"/>
          <w:sz w:val="20"/>
        </w:rPr>
        <w:t>[33 28b 2]</w:t>
      </w:r>
    </w:p>
    <w:p>
      <w:r>
        <w:rPr>
          <w:rFonts w:ascii="Gentium Plus" w:hAnsi="Gentium Plus"/>
          <w:sz w:val="24"/>
        </w:rPr>
        <w:t>τὴν ἄλλην τὴν βασιλικὴν γάζαν. οἱ δὲ τῶν Ῥω‐ μαίων πρέσβεις ἀρετῇ διαφέροντες τοῖς μὲν βρωτοῖς ὀλίγοις καὶ πρὸς ὑγείαν διατείνουσι χρώμενοι κατ‐ εφρόνουν τῆς πολυτελείας, ὡς διαφθειρούσης καὶ</w:t>
      </w:r>
    </w:p>
    <w:p>
      <w:r>
        <w:rPr>
          <w:rFonts w:ascii="Courier New" w:hAnsi="Courier New"/>
          <w:color w:val="555555"/>
          <w:sz w:val="20"/>
        </w:rPr>
        <w:t>[5]</w:t>
      </w:r>
    </w:p>
    <w:p>
      <w:r>
        <w:rPr>
          <w:rFonts w:ascii="Gentium Plus" w:hAnsi="Gentium Plus"/>
          <w:sz w:val="24"/>
        </w:rPr>
        <w:t>ψυχὴν καὶ σῶμα, τῶν δὲ ὑπὸ τοῦ βασιλέως θαυμα‐ ζομένων ἐν παρέργῳ τὴν θέαν ὡς οὐδενὸς ἀξίων ποιησάμενοι τὰ θέας ἄξια πρὸς ἀλήθειαν ἐπολυ‐ πραγμόνησαν ἀκριβῶς, τῆς πόλεως τὴν θέσιν καὶ τὸ βάρος καὶ τὰς περὶ τὸν Φάρον ἰδιότητας· πρὸς</w:t>
      </w:r>
    </w:p>
    <w:p>
      <w:r>
        <w:rPr>
          <w:rFonts w:ascii="Courier New" w:hAnsi="Courier New"/>
          <w:color w:val="555555"/>
          <w:sz w:val="20"/>
        </w:rPr>
        <w:t>[10]</w:t>
      </w:r>
    </w:p>
    <w:p>
      <w:r>
        <w:rPr>
          <w:rFonts w:ascii="Gentium Plus" w:hAnsi="Gentium Plus"/>
          <w:sz w:val="24"/>
        </w:rPr>
        <w:t>δὲ τούτοις ἀναπλεύσαντες εἰς Μέμφιν τὴν ἀρετὴν τῆς χώρας καὶ τὰς κατὰ τὸν Νεῖλον εὐκαιρίας, τό τε πλῆθος τῶν κατ’ Αἴγυπτον πόλεων καὶ τὰς ἀν‐ αριθμήτους τῶν οἰκητόρων μυριάδας καὶ τὴν ὀχυ‐ ρότητα τῆς Αἰγύπτου καὶ τὴν ὅλην τῆς χώρας ὑπερ‐</w:t>
      </w:r>
    </w:p>
    <w:p>
      <w:r>
        <w:rPr>
          <w:rFonts w:ascii="Courier New" w:hAnsi="Courier New"/>
          <w:color w:val="555555"/>
          <w:sz w:val="20"/>
        </w:rPr>
        <w:t>[15]</w:t>
      </w:r>
    </w:p>
    <w:p>
      <w:r>
        <w:rPr>
          <w:rFonts w:ascii="Gentium Plus" w:hAnsi="Gentium Plus"/>
          <w:sz w:val="24"/>
        </w:rPr>
        <w:t>οχήν, ὡς εὖ διάκειται πρὸς ἡγεμονίας ἀσφάλειάν</w:t>
      </w:r>
    </w:p>
    <w:p>
      <w:r>
        <w:rPr>
          <w:rFonts w:ascii="Courier New" w:hAnsi="Courier New"/>
          <w:color w:val="555555"/>
          <w:sz w:val="20"/>
        </w:rPr>
        <w:t>[33 28b 3]</w:t>
      </w:r>
    </w:p>
    <w:p>
      <w:r>
        <w:rPr>
          <w:rFonts w:ascii="Gentium Plus" w:hAnsi="Gentium Plus"/>
          <w:sz w:val="24"/>
        </w:rPr>
        <w:t>τε καὶ μέγεθος. καὶ θαυμάσαντες τὰ πλήθη τῶν κατοικούντων τὴν Αἴγυπτον καὶ τὰ τῶν τόπων ἐπι‐ τεύγματα διέλαβον μεγίστην ἡγεμονίαν δύνασθαι συ‐ σταθῆναι, τυχούσης τῆς βασιλείας ταύτης ἀξίων</w:t>
      </w:r>
    </w:p>
    <w:p>
      <w:r>
        <w:rPr>
          <w:rFonts w:ascii="Courier New" w:hAnsi="Courier New"/>
          <w:color w:val="555555"/>
          <w:sz w:val="20"/>
        </w:rPr>
        <w:t>[5]</w:t>
      </w:r>
    </w:p>
    <w:p>
      <w:r>
        <w:rPr>
          <w:rFonts w:ascii="Gentium Plus" w:hAnsi="Gentium Plus"/>
          <w:sz w:val="24"/>
        </w:rPr>
        <w:t>τῶν ἡγεμόνων.</w:t>
      </w:r>
    </w:p>
    <w:p>
      <w:r>
        <w:rPr>
          <w:rFonts w:ascii="Courier New" w:hAnsi="Courier New"/>
          <w:color w:val="555555"/>
          <w:sz w:val="20"/>
        </w:rPr>
        <w:t>[10]</w:t>
      </w:r>
    </w:p>
    <w:p>
      <w:r>
        <w:rPr>
          <w:rFonts w:ascii="Gentium Plus" w:hAnsi="Gentium Plus"/>
          <w:sz w:val="24"/>
        </w:rPr>
        <w:t>σώφρονα καὶ θαυμαστὴν ποιησάμενοι τὴν ἐπιδη‐ μίαν μεγάλης ἀποδοχῆς ἔτυχον, καὶ μετ’ εὐφημίας</w:t>
      </w:r>
    </w:p>
    <w:p>
      <w:r>
        <w:rPr>
          <w:rFonts w:ascii="Courier New" w:hAnsi="Courier New"/>
          <w:color w:val="555555"/>
          <w:sz w:val="20"/>
        </w:rPr>
        <w:t>[33 28b 4]</w:t>
      </w:r>
    </w:p>
    <w:p>
      <w:r>
        <w:rPr>
          <w:rFonts w:ascii="Gentium Plus" w:hAnsi="Gentium Plus"/>
          <w:sz w:val="24"/>
        </w:rPr>
        <w:t>ὑπὸ πάντων συμφωνουμένης ἐπανῆλθον. τῶν γὰρ ἐχόντων τὰς ἀμφισβητήσεις οὓς μὲν διηλλάχεσαν ἀλλήλοις, οὓς δ’ ἐπεπείκεσαν τὰ δίκαια ποιῆσαι τοῖς ἐγκαλοῦσι, τοὺς δὲ ἀναισχυντοῦντας διὰ τῆς</w:t>
      </w:r>
    </w:p>
    <w:p>
      <w:r>
        <w:rPr>
          <w:rFonts w:ascii="Courier New" w:hAnsi="Courier New"/>
          <w:color w:val="555555"/>
          <w:sz w:val="20"/>
        </w:rPr>
        <w:t>[5]</w:t>
      </w:r>
    </w:p>
    <w:p>
      <w:r>
        <w:rPr>
          <w:rFonts w:ascii="Gentium Plus" w:hAnsi="Gentium Plus"/>
          <w:sz w:val="24"/>
        </w:rPr>
        <w:t>ἀνάγκης κατεστάλκεσαν, τοὺς δὲ δυσδιακρίτους ἀνεπεπόμφεσαν ἐπὶ τὴν σύγκλητον. ὡμιληκότες δὲ βασιλεῦσι καὶ δήμοις καὶ τὴν προϋπάρχουσαν αὐτοῖς φιλίαν πρὸς ἅπαντας ἀνανεωσάμενοι πρὸς εὔνοιαν τὴν ἡγεμονίαν ἐπηύξησαν, καὶ πάντες ταῖς</w:t>
      </w:r>
    </w:p>
    <w:p>
      <w:r>
        <w:rPr>
          <w:rFonts w:ascii="Courier New" w:hAnsi="Courier New"/>
          <w:color w:val="555555"/>
          <w:sz w:val="20"/>
        </w:rPr>
        <w:t>[10]</w:t>
      </w:r>
    </w:p>
    <w:p>
      <w:r>
        <w:rPr>
          <w:rFonts w:ascii="Gentium Plus" w:hAnsi="Gentium Plus"/>
          <w:sz w:val="24"/>
        </w:rPr>
        <w:t>αἱρέσεσιν οἰκείως διατεθέντες ἐξαπέστειλαν πρεσ‐ βευτὰς εἰς τὴν Ῥώμην, καὶ ἐπῄνεσαν ὅτι τοιούτους</w:t>
      </w:r>
    </w:p>
    <w:p>
      <w:r>
        <w:rPr>
          <w:rFonts w:ascii="Courier New" w:hAnsi="Courier New"/>
          <w:color w:val="555555"/>
          <w:sz w:val="20"/>
        </w:rPr>
        <w:t>[34/35 t 1]</w:t>
      </w:r>
    </w:p>
    <w:p>
      <w:pPr>
        <w:jc w:val="center"/>
      </w:pPr>
      <w:r>
        <w:rPr>
          <w:rFonts w:ascii="Gentium Plus" w:hAnsi="Gentium Plus"/>
          <w:b/>
          <w:sz w:val="24"/>
        </w:rPr>
        <w:t>FRAGMENTA LIBRORUM XXXIV ET XXXV</w:t>
      </w:r>
    </w:p>
    <w:p>
      <w:r>
        <w:rPr>
          <w:rFonts w:ascii="Courier New" w:hAnsi="Courier New"/>
          <w:color w:val="555555"/>
          <w:sz w:val="20"/>
        </w:rPr>
        <w:t>[34/35 1 . 1]</w:t>
      </w:r>
    </w:p>
    <w:p>
      <w:r>
        <w:rPr>
          <w:rFonts w:ascii="Gentium Plus" w:hAnsi="Gentium Plus"/>
          <w:sz w:val="24"/>
        </w:rPr>
        <w:t>Ὡς Ἀντίοχος ὁ βασιλεύς, φησίν, ἐπολιόρκει τὰ Ἱεροσόλυμα, οἱ δὲ Ἰουδαῖοι μέχρι μέν τινος ἀντέσχον, ἐξαναλωθέντων δὲ τῶν ἐπιτηδείων ἁπάν‐ των ἠναγκάσθησαν περὶ διαλύσεως διαπρεσβεύσα‐</w:t>
      </w:r>
    </w:p>
    <w:p>
      <w:r>
        <w:rPr>
          <w:rFonts w:ascii="Courier New" w:hAnsi="Courier New"/>
          <w:color w:val="555555"/>
          <w:sz w:val="20"/>
        </w:rPr>
        <w:t>[5]</w:t>
      </w:r>
    </w:p>
    <w:p>
      <w:r>
        <w:rPr>
          <w:rFonts w:ascii="Gentium Plus" w:hAnsi="Gentium Plus"/>
          <w:sz w:val="24"/>
        </w:rPr>
        <w:t>σθαι. οἱ δὲ πλείους αὐτῷ τῶν φίλων συνεβούλευον κατὰ κράτος αἱρήσειν τὴν πόλιν καὶ τὸ γένος ἄρδην ἀνελεῖν τῶν Ἰουδαίων· μόνους γὰρ ἁπάντων ἐθνῶν ἀκοινωνήτους εἶναι τῆς πρὸς ἄλλο ἔθνος ἐπιμιξίας καὶ πολεμίους ὑπολαμβάνειν πάντας. ἀπεδείκνυον</w:t>
      </w:r>
    </w:p>
    <w:p>
      <w:r>
        <w:rPr>
          <w:rFonts w:ascii="Courier New" w:hAnsi="Courier New"/>
          <w:color w:val="555555"/>
          <w:sz w:val="20"/>
        </w:rPr>
        <w:t>[10]</w:t>
      </w:r>
    </w:p>
    <w:p>
      <w:r>
        <w:rPr>
          <w:rFonts w:ascii="Gentium Plus" w:hAnsi="Gentium Plus"/>
          <w:sz w:val="24"/>
        </w:rPr>
        <w:t>δὲ καὶ τοὺς προγόνους αὐτῶν ὡς ἀσεβεῖς καὶ μισουμένους ὑπὸ τῶν θεῶν ἐξ ἁπάσης τῆς Αἰγύπτου</w:t>
      </w:r>
    </w:p>
    <w:p>
      <w:r>
        <w:rPr>
          <w:rFonts w:ascii="Courier New" w:hAnsi="Courier New"/>
          <w:color w:val="555555"/>
          <w:sz w:val="20"/>
        </w:rPr>
        <w:t>[34/35 1 . 2]</w:t>
      </w:r>
    </w:p>
    <w:p>
      <w:r>
        <w:rPr>
          <w:rFonts w:ascii="Gentium Plus" w:hAnsi="Gentium Plus"/>
          <w:sz w:val="24"/>
        </w:rPr>
        <w:t>πεφυγαδευμένους. τοὺς γὰρ ἀλφοὺς ἢ λέπρας ἔ‐ χοντας ἐν τοῖς σώμασι καθαρμοῦ χάριν ὡς ἐναγεῖς συναθροισθέντας ὑπερορίους ἐκβεβλῆσθαι· τοὺς δὲ ἐξορισθέντας καταλαβέσθαι μὲν τοὺς περὶ τὰ Ἱερο‐</w:t>
      </w:r>
    </w:p>
    <w:p>
      <w:r>
        <w:rPr>
          <w:rFonts w:ascii="Courier New" w:hAnsi="Courier New"/>
          <w:color w:val="555555"/>
          <w:sz w:val="20"/>
        </w:rPr>
        <w:t>[5]</w:t>
      </w:r>
    </w:p>
    <w:p>
      <w:r>
        <w:rPr>
          <w:rFonts w:ascii="Gentium Plus" w:hAnsi="Gentium Plus"/>
          <w:sz w:val="24"/>
        </w:rPr>
        <w:t>σόλυμα τόπους, συστησαμένους δὲ τὸ τῶν Ἰουδαίων ἔθνος παραδόσιμον ποιῆσαι τὸ μῖσος τὸ πρὸς τοὺς ἀνθρώπους· διὰ τοῦτο δὲ καὶ νόμιμα παντελῶς ἐξηλλαγμένα καταδεῖξαι, τὸ μηδενὶ ἄλλῳ ἔθνει τρα‐</w:t>
      </w:r>
    </w:p>
    <w:p>
      <w:r>
        <w:rPr>
          <w:rFonts w:ascii="Courier New" w:hAnsi="Courier New"/>
          <w:color w:val="555555"/>
          <w:sz w:val="20"/>
        </w:rPr>
        <w:t>[34/35 1 . 3]</w:t>
      </w:r>
    </w:p>
    <w:p>
      <w:r>
        <w:rPr>
          <w:rFonts w:ascii="Gentium Plus" w:hAnsi="Gentium Plus"/>
          <w:sz w:val="24"/>
        </w:rPr>
        <w:t>πέζης κοινωνεῖν μηδ’ εὐνοεῖν τὸ παράπαν. ὑπέμνη‐</w:t>
      </w:r>
    </w:p>
    <w:p>
      <w:r>
        <w:rPr>
          <w:rFonts w:ascii="Courier New" w:hAnsi="Courier New"/>
          <w:color w:val="555555"/>
          <w:sz w:val="20"/>
        </w:rPr>
        <w:t>[5]</w:t>
      </w:r>
    </w:p>
    <w:p>
      <w:r>
        <w:rPr>
          <w:rFonts w:ascii="Gentium Plus" w:hAnsi="Gentium Plus"/>
          <w:sz w:val="24"/>
        </w:rPr>
        <w:t>τοὺς Ἰουδαίους εἰσῆλθεν εἰς τὸν ἄδυτον τοῦ θεοῦ σηκόν, οἷ νόμιμον εἰσιέναι μόνον τὸν ἱερέα· εὑρὼν δὲ ἐν αὐτῷ λίθινον ἄγαλμα ἀνδρὸς βαθυπώγωνος καθήμενον ἐπ’ ὄνου, μετὰ χεῖρας ἔχον βιβλίον, τοῦτο μὲν ὑπέλαβε Μωυσέως εἶναι τοῦ κτίσαντος τὰ</w:t>
      </w:r>
    </w:p>
    <w:p>
      <w:r>
        <w:rPr>
          <w:rFonts w:ascii="Courier New" w:hAnsi="Courier New"/>
          <w:color w:val="555555"/>
          <w:sz w:val="20"/>
        </w:rPr>
        <w:t>[10]</w:t>
      </w:r>
    </w:p>
    <w:p>
      <w:r>
        <w:rPr>
          <w:rFonts w:ascii="Gentium Plus" w:hAnsi="Gentium Plus"/>
          <w:sz w:val="24"/>
        </w:rPr>
        <w:t>Ἱεροσόλυμα καὶ συστησαμένου τὸ ἔθνος, πρὸς δὲ τούτοις νομοθετήσαντος τὰ μισάνθρωπα καὶ παρά‐ νομα ἔθη τοῖς Ἰουδαίοις· αὐτὸς δὲ στυγήσας τὴν μισανθρωπίαν πάντων ἐθνῶν ἐφιλοτιμήθη κατα‐</w:t>
      </w:r>
    </w:p>
    <w:p>
      <w:r>
        <w:rPr>
          <w:rFonts w:ascii="Courier New" w:hAnsi="Courier New"/>
          <w:color w:val="555555"/>
          <w:sz w:val="20"/>
        </w:rPr>
        <w:t>[34/35 1 . 4]</w:t>
      </w:r>
    </w:p>
    <w:p>
      <w:r>
        <w:rPr>
          <w:rFonts w:ascii="Gentium Plus" w:hAnsi="Gentium Plus"/>
          <w:sz w:val="24"/>
        </w:rPr>
        <w:t>λῦσαι τὰ νόμιμα. διὸ τῷ ἀγάλματι τοῦ κτίστου καὶ τῷ ὑπαίθρῳ βωμῷ τοῦ θεοῦ μεγάλην ὗν θύσας, τό τε αἷμα προσέχεεν αὐτοῖς, καὶ τὰ κρέα σκευάσας προσέταξε τῷ μὲν ἀπὸ τούτων ζωμῷ τὰς ἱερὰς</w:t>
      </w:r>
    </w:p>
    <w:p>
      <w:r>
        <w:rPr>
          <w:rFonts w:ascii="Courier New" w:hAnsi="Courier New"/>
          <w:color w:val="555555"/>
          <w:sz w:val="20"/>
        </w:rPr>
        <w:t>[5]</w:t>
      </w:r>
    </w:p>
    <w:p>
      <w:r>
        <w:rPr>
          <w:rFonts w:ascii="Gentium Plus" w:hAnsi="Gentium Plus"/>
          <w:sz w:val="24"/>
        </w:rPr>
        <w:t>αὐτῶν βίβλους καὶ περιεχούσας τὰ μισόξενα νόμιμα καταρρᾶναι, τὸν δὲ ἀθάνατον λεγόμενον παρ’ αὐτοῖς λύχνον καὶ καιόμενον ἀδιαλείπτως ἐν τῷ ναῷ κατα‐ σβέσαι, τῶν τε κρεῶν ἀναγκάσαι προσενέγκασθαι τὸν ἀρχιερέα καὶ τοὺς ἄλλους Ἰουδαίους.</w:t>
      </w:r>
    </w:p>
    <w:p>
      <w:r>
        <w:rPr>
          <w:rFonts w:ascii="Courier New" w:hAnsi="Courier New"/>
          <w:color w:val="555555"/>
          <w:sz w:val="20"/>
        </w:rPr>
        <w:t>[10]</w:t>
      </w:r>
    </w:p>
    <w:p>
      <w:r>
        <w:rPr>
          <w:rFonts w:ascii="Gentium Plus" w:hAnsi="Gentium Plus"/>
          <w:sz w:val="24"/>
        </w:rPr>
        <w:t>Ταῦτα δὴ διεξιόντες οἱ φίλοι τὸν Ἀντίοχον παρ‐ εκάλουν μάλιστα μὲν ἄρδην ἀνελεῖν τὸ ἔθνος, εἰ δὲ μή, καταλῦσαι τὰ νόμιμα καὶ συναναγκάσαι τὰς</w:t>
      </w:r>
    </w:p>
    <w:p>
      <w:r>
        <w:rPr>
          <w:rFonts w:ascii="Courier New" w:hAnsi="Courier New"/>
          <w:color w:val="555555"/>
          <w:sz w:val="20"/>
        </w:rPr>
        <w:t>[34/35 1 . 5]</w:t>
      </w:r>
    </w:p>
    <w:p>
      <w:r>
        <w:rPr>
          <w:rFonts w:ascii="Gentium Plus" w:hAnsi="Gentium Plus"/>
          <w:sz w:val="24"/>
        </w:rPr>
        <w:t>ἀγωγὰς μεταθέσθαι. ὁ δὲ βασιλεὺς μεγαλόψυχος ὢν καὶ τὸ ἦθος ἥμερος, λαβὼν ὁμήρους ἀπέλυσε τῶν ἐγκλημάτων τοὺς Ἰουδαίους, φόρους τε τοὺς ὀφειλομένους πραξάμενος καὶ τὰ τείχη περιελὼν</w:t>
      </w:r>
    </w:p>
    <w:p>
      <w:r>
        <w:rPr>
          <w:rFonts w:ascii="Courier New" w:hAnsi="Courier New"/>
          <w:color w:val="555555"/>
          <w:sz w:val="20"/>
        </w:rPr>
        <w:t>[5]</w:t>
      </w:r>
    </w:p>
    <w:p>
      <w:r>
        <w:rPr>
          <w:rFonts w:ascii="Gentium Plus" w:hAnsi="Gentium Plus"/>
          <w:sz w:val="24"/>
        </w:rPr>
        <w:t>τῶν Ἱεροσολύμων. (Photius, Bibl. p. 379 B.)</w:t>
      </w:r>
    </w:p>
    <w:p>
      <w:r>
        <w:rPr>
          <w:rFonts w:ascii="Courier New" w:hAnsi="Courier New"/>
          <w:color w:val="555555"/>
          <w:sz w:val="20"/>
        </w:rPr>
        <w:t>[34/35 2 . 1]</w:t>
      </w:r>
    </w:p>
    <w:p>
      <w:r>
        <w:rPr>
          <w:rFonts w:ascii="Gentium Plus" w:hAnsi="Gentium Plus"/>
          <w:sz w:val="24"/>
        </w:rPr>
        <w:t>Ὅτι μετὰ τὴν Καρχηδονίων κατάλυσιν ἐπὶ ἑξήκοντα ἔτεσι τῶν Σικελῶν εὐροούντων ἐν πᾶσιν, ὁ δουλικὸς αὐτοῖς ἐπανέστη πόλεμος ἐξ αἰτίας τοιαύτης. ἐπὶ πολὺ τοῖς βίοις ἀναδραμόντες καὶ</w:t>
      </w:r>
    </w:p>
    <w:p>
      <w:r>
        <w:rPr>
          <w:rFonts w:ascii="Courier New" w:hAnsi="Courier New"/>
          <w:color w:val="555555"/>
          <w:sz w:val="20"/>
        </w:rPr>
        <w:t>[5]</w:t>
      </w:r>
    </w:p>
    <w:p>
      <w:r>
        <w:rPr>
          <w:rFonts w:ascii="Gentium Plus" w:hAnsi="Gentium Plus"/>
          <w:sz w:val="24"/>
        </w:rPr>
        <w:t>μεγάλους περιποιησάμενοι πλούτους συνηγόραζον οἰκετῶν πλῆθος, οἷς ἐκ τῶν σωματοτροφείων ἀγε‐ ληδὸν ἀπαχθεῖσιν εὐθὺς χαρακτῆρας ἐπέβαλλον καὶ</w:t>
      </w:r>
    </w:p>
    <w:p>
      <w:r>
        <w:rPr>
          <w:rFonts w:ascii="Courier New" w:hAnsi="Courier New"/>
          <w:color w:val="555555"/>
          <w:sz w:val="20"/>
        </w:rPr>
        <w:t>[34/35 2 . 2]</w:t>
      </w:r>
    </w:p>
    <w:p>
      <w:r>
        <w:rPr>
          <w:rFonts w:ascii="Gentium Plus" w:hAnsi="Gentium Plus"/>
          <w:sz w:val="24"/>
        </w:rPr>
        <w:t>στιγμὰς τοῖς σώμασιν. ἐχρῶντο δὲ αὐτῶν τοῖς μὲν νέοις νομεῦσι, τοῖς δ’ ἄλλοις ὥς πῃ ἑκάστῳ ἡ χρεία ἐπέβαλλε. βαρέως δ’ αὐτοῖς κατά τε τὰς ὑπηρεσίας ἐχρῶντο, καὶ ἐπιμελείας παντελῶς ὀλίγης ἠξίουν,</w:t>
      </w:r>
    </w:p>
    <w:p>
      <w:r>
        <w:rPr>
          <w:rFonts w:ascii="Courier New" w:hAnsi="Courier New"/>
          <w:color w:val="555555"/>
          <w:sz w:val="20"/>
        </w:rPr>
        <w:t>[5]</w:t>
      </w:r>
    </w:p>
    <w:p>
      <w:r>
        <w:rPr>
          <w:rFonts w:ascii="Gentium Plus" w:hAnsi="Gentium Plus"/>
          <w:sz w:val="24"/>
        </w:rPr>
        <w:t>ὅσα τε ἐντρέφεσθαι καὶ ὅσα ἐνδύσασθαι. ἐξ ὧν οἱ πλείους ἀπὸ λῃστείας τὸ ζῆν ἐπορίζοντο, καὶ μεστὰ φόνων ἦν ἅπαντα, καθάπερ στρατευμάτων διεσπαρ‐</w:t>
      </w:r>
    </w:p>
    <w:p>
      <w:r>
        <w:rPr>
          <w:rFonts w:ascii="Courier New" w:hAnsi="Courier New"/>
          <w:color w:val="555555"/>
          <w:sz w:val="20"/>
        </w:rPr>
        <w:t>[34/35 2 . 3]</w:t>
      </w:r>
    </w:p>
    <w:p>
      <w:r>
        <w:rPr>
          <w:rFonts w:ascii="Gentium Plus" w:hAnsi="Gentium Plus"/>
          <w:sz w:val="24"/>
        </w:rPr>
        <w:t>μένων τῶν λῃστῶν. οἱ δὲ στρατηγοὶ κωλύειν μὲν ἐπεχείρουν, κολάζειν δὲ οὐ τολμῶντες διὰ τὴν ἰσχὺν καὶ τὸ βάρος τῶν κυρίων, οἳ ἐδέσποζον τῶν λῃστῶν, ἠναγκάζοντο περιορᾶν λῃστευομένην τὴν</w:t>
      </w:r>
    </w:p>
    <w:p>
      <w:r>
        <w:rPr>
          <w:rFonts w:ascii="Courier New" w:hAnsi="Courier New"/>
          <w:color w:val="555555"/>
          <w:sz w:val="20"/>
        </w:rPr>
        <w:t>[5]</w:t>
      </w:r>
    </w:p>
    <w:p>
      <w:r>
        <w:rPr>
          <w:rFonts w:ascii="Gentium Plus" w:hAnsi="Gentium Plus"/>
          <w:sz w:val="24"/>
        </w:rPr>
        <w:t>ἐπαρχίαν· οἱ πλεῖστοι γὰρ τῶν κτητόρων ἱππεῖς ὄντες τῶν Ῥωμαίων, καὶ κριταὶ τοῖς ἀπὸ τῶν ἐπαρχιῶν κατηγορουμένοις στρατηγοῖς γινόμενοι, φοβεροὶ τοῖς ἄρχουσιν ὑπῆρχον.</w:t>
      </w:r>
    </w:p>
    <w:p>
      <w:r>
        <w:rPr>
          <w:rFonts w:ascii="Courier New" w:hAnsi="Courier New"/>
          <w:color w:val="555555"/>
          <w:sz w:val="20"/>
        </w:rPr>
        <w:t>[34/35 2 . 4]</w:t>
      </w:r>
    </w:p>
    <w:p>
      <w:r>
        <w:rPr>
          <w:rFonts w:ascii="Gentium Plus" w:hAnsi="Gentium Plus"/>
          <w:sz w:val="24"/>
        </w:rPr>
        <w:t>Πιεζόμενοι δὲ οἱ δοῦλοι ταῖς ταλαιπωρίαις καὶ πληγαῖς τὰ πολλὰ παραλόγως ὑβριζόμενοι, οὐχ ὑπέμενον. συνιόντες οὖν ἀλλήλοις κατὰ τὰς εὐκαι‐ ρίας συνελάλουν περὶ ἀποστάσεως, ἕως εἰς ἔργον</w:t>
      </w:r>
    </w:p>
    <w:p>
      <w:r>
        <w:rPr>
          <w:rFonts w:ascii="Courier New" w:hAnsi="Courier New"/>
          <w:color w:val="555555"/>
          <w:sz w:val="20"/>
        </w:rPr>
        <w:t>[34/35 2 . 5]</w:t>
      </w:r>
    </w:p>
    <w:p>
      <w:r>
        <w:rPr>
          <w:rFonts w:ascii="Gentium Plus" w:hAnsi="Gentium Plus"/>
          <w:sz w:val="24"/>
        </w:rPr>
        <w:t>τὴν βουλὴν ἤγαγον. ἦν δέ τις οἰκέτης Ἀντιγένους Ἐνναίου, Σύρος τὸ γένος ἐκ τῆς Ἀπαμείας, ἄν‐ θρωπος μάγος καὶ τερατουργὸς τὸν τρόπον. οὗτος προσεποιεῖτο θεῶν ἐπιτάγμασι καθ’ ὕπνον προλέ‐</w:t>
      </w:r>
    </w:p>
    <w:p>
      <w:r>
        <w:rPr>
          <w:rFonts w:ascii="Courier New" w:hAnsi="Courier New"/>
          <w:color w:val="555555"/>
          <w:sz w:val="20"/>
        </w:rPr>
        <w:t>[5]</w:t>
      </w:r>
    </w:p>
    <w:p>
      <w:r>
        <w:rPr>
          <w:rFonts w:ascii="Gentium Plus" w:hAnsi="Gentium Plus"/>
          <w:sz w:val="24"/>
        </w:rPr>
        <w:t>γειν τὰ μέλλοντα, καὶ πολλοὺς διὰ τὴν εἰς τοῦτο τὸ μέρος εὐφυΐαν ἐξηπάτα. ἐντεῦθεν προϊὼν οὐ μόνον ἐξ ὀνείρων ἐμαντεύετο, ἀλλὰ καὶ ἐγρηγορό‐ τως θεοὺς ὁρᾶν ὑπεκρίνετο καὶ ἐξ αὐτῶν ἀκούειν τὰ</w:t>
      </w:r>
    </w:p>
    <w:p>
      <w:r>
        <w:rPr>
          <w:rFonts w:ascii="Courier New" w:hAnsi="Courier New"/>
          <w:color w:val="555555"/>
          <w:sz w:val="20"/>
        </w:rPr>
        <w:t>[34/35 2 . 6]</w:t>
      </w:r>
    </w:p>
    <w:p>
      <w:r>
        <w:rPr>
          <w:rFonts w:ascii="Gentium Plus" w:hAnsi="Gentium Plus"/>
          <w:sz w:val="24"/>
        </w:rPr>
        <w:t>μέλλοντα. πολλῶν δ’ ὑπ’ αὐτοῦ σχεδιαζομένων ἀπὸ τύχης ἔνια πρὸς ἀλήθειαν ἐξέβαινε· καὶ τῶν μὲν μὴ γινομένων ὑπ’ οὐδενὸς ἐλεγχομένων, τῶν δὲ συντελουμένων ἐπισημασίας τυγχανόντων, προ‐</w:t>
      </w:r>
    </w:p>
    <w:p>
      <w:r>
        <w:rPr>
          <w:rFonts w:ascii="Courier New" w:hAnsi="Courier New"/>
          <w:color w:val="555555"/>
          <w:sz w:val="20"/>
        </w:rPr>
        <w:t>[5]</w:t>
      </w:r>
    </w:p>
    <w:p>
      <w:r>
        <w:rPr>
          <w:rFonts w:ascii="Gentium Plus" w:hAnsi="Gentium Plus"/>
          <w:sz w:val="24"/>
        </w:rPr>
        <w:t>κοπὴν ἐλάμβανεν ἡ περὶ αὐτὸν δόξα. τελευταῖον διά τινος μηχανῆς πῦρ μετά τινος ἐνθουσιασμοῦ καὶ φλόγα διὰ τοῦ στόματος ἠφίει, καὶ οὕτω τὰ</w:t>
      </w:r>
    </w:p>
    <w:p>
      <w:r>
        <w:rPr>
          <w:rFonts w:ascii="Courier New" w:hAnsi="Courier New"/>
          <w:color w:val="555555"/>
          <w:sz w:val="20"/>
        </w:rPr>
        <w:t>[34/35 2 . 7]</w:t>
      </w:r>
    </w:p>
    <w:p>
      <w:r>
        <w:rPr>
          <w:rFonts w:ascii="Gentium Plus" w:hAnsi="Gentium Plus"/>
          <w:sz w:val="24"/>
        </w:rPr>
        <w:t>μέλλοντα ἀπεφοίβαζεν. εἰς γὰρ κάρυον ἤ τι τοι‐ οῦτο τετρημένον ἐξ ἑκατέρου μέρους ἐνετίθει πῦρ καὶ τὴν συνέχειν αὐτὸ δυναμένην ὕλην· εἶτα ἐντιθεὶς τῷ στόματι καὶ προσπνέων ποτὲ μὲν σπινθῆρας,</w:t>
      </w:r>
    </w:p>
    <w:p>
      <w:r>
        <w:rPr>
          <w:rFonts w:ascii="Courier New" w:hAnsi="Courier New"/>
          <w:color w:val="555555"/>
          <w:sz w:val="20"/>
        </w:rPr>
        <w:t>[5]</w:t>
      </w:r>
    </w:p>
    <w:p>
      <w:r>
        <w:rPr>
          <w:rFonts w:ascii="Gentium Plus" w:hAnsi="Gentium Plus"/>
          <w:sz w:val="24"/>
        </w:rPr>
        <w:t>ποτὲ δὲ φλόγα ἐξέκαεν. οὗτος πρὸ τῆς ἀποστά‐ σεως ἔλεγε τὴν Συρίαν θεὸν ἐπιφαινομένην αὐτῷ λέγειν ὅτι βασιλεύσει· καὶ τοῦτο οὐ πρὸς ἄλλους μόνον, ἀλλὰ καὶ πρὸς αὐτὸν τὸν κύριον αὑτοῦ</w:t>
      </w:r>
    </w:p>
    <w:p>
      <w:r>
        <w:rPr>
          <w:rFonts w:ascii="Courier New" w:hAnsi="Courier New"/>
          <w:color w:val="555555"/>
          <w:sz w:val="20"/>
        </w:rPr>
        <w:t>[34/35 2 . 8]</w:t>
      </w:r>
    </w:p>
    <w:p>
      <w:r>
        <w:rPr>
          <w:rFonts w:ascii="Gentium Plus" w:hAnsi="Gentium Plus"/>
          <w:sz w:val="24"/>
        </w:rPr>
        <w:t>διετέλει λέγων. εἰς δὲ γέλωτα τρεπομένου τοῦ πράγματος, ὁ μὲν Ἀντιγένης ψυχαγωγούμενος ἐπὶ τῇ τερατείᾳ παρῆγε τὸν Εὔνουν εἰς τὰ σύνδειπνα—</w:t>
      </w:r>
    </w:p>
    <w:p>
      <w:r>
        <w:rPr>
          <w:rFonts w:ascii="Courier New" w:hAnsi="Courier New"/>
          <w:color w:val="555555"/>
          <w:sz w:val="20"/>
        </w:rPr>
        <w:t>[5]</w:t>
      </w:r>
    </w:p>
    <w:p>
      <w:r>
        <w:rPr>
          <w:rFonts w:ascii="Gentium Plus" w:hAnsi="Gentium Plus"/>
          <w:sz w:val="24"/>
        </w:rPr>
        <w:t>τῆς βασιλείας καὶ πῶς ἑκάστῳ χρήσεται τῶν παρόν‐ των· τοῦ δὲ ἀτρέπτως πάντα διηγουμένου, καὶ ὡς μετρίως χρήσεται τοῖς κυρίοις, καὶ τὸ σύνολον ποικίλως τερατευομένου, γέλωτες ἐγίνοντο τοῖς παρακεκλημένοις, καί τινες αὐτῶν ἀπὸ τῆς τρα‐</w:t>
      </w:r>
    </w:p>
    <w:p>
      <w:r>
        <w:rPr>
          <w:rFonts w:ascii="Courier New" w:hAnsi="Courier New"/>
          <w:color w:val="555555"/>
          <w:sz w:val="20"/>
        </w:rPr>
        <w:t>[10]</w:t>
      </w:r>
    </w:p>
    <w:p>
      <w:r>
        <w:rPr>
          <w:rFonts w:ascii="Gentium Plus" w:hAnsi="Gentium Plus"/>
          <w:sz w:val="24"/>
        </w:rPr>
        <w:t>πέζης ἀξιολόγους μερίδας αἴροντες ἐδωροῦντο, ἐπι‐ λέγοντες ὅπως, ὅταν γένηται βασιλεύς, τῆς χάριτος</w:t>
      </w:r>
    </w:p>
    <w:p>
      <w:r>
        <w:rPr>
          <w:rFonts w:ascii="Courier New" w:hAnsi="Courier New"/>
          <w:color w:val="555555"/>
          <w:sz w:val="20"/>
        </w:rPr>
        <w:t>[34/35 2 . 9]</w:t>
      </w:r>
    </w:p>
    <w:p>
      <w:r>
        <w:rPr>
          <w:rFonts w:ascii="Gentium Plus" w:hAnsi="Gentium Plus"/>
          <w:sz w:val="24"/>
        </w:rPr>
        <w:t>μνημονεύοι. οὐ μὴν ἀλλ’ ἡ τερατεία προῆλθεν εἰς ἀληθινὸν ἀποτέλεσμα βασιλείας, καὶ τὴν ἀνταπό‐ δοσιν τοῖς παρὰ τὰ δεῖπνα δεξιωσαμένοις ἐν γέλωτι οὐ χωρὶς σπουδῆς ἐποιήσατο τῆς χάριτος. ἀρχὴ</w:t>
      </w:r>
    </w:p>
    <w:p>
      <w:r>
        <w:rPr>
          <w:rFonts w:ascii="Courier New" w:hAnsi="Courier New"/>
          <w:color w:val="555555"/>
          <w:sz w:val="20"/>
        </w:rPr>
        <w:t>[5]</w:t>
      </w:r>
    </w:p>
    <w:p>
      <w:r>
        <w:rPr>
          <w:rFonts w:ascii="Gentium Plus" w:hAnsi="Gentium Plus"/>
          <w:sz w:val="24"/>
        </w:rPr>
        <w:t>δὲ τῆς ὅλης ἀποστάσεως ἐγένετο τοιαύτη.</w:t>
      </w:r>
    </w:p>
    <w:p>
      <w:r>
        <w:rPr>
          <w:rFonts w:ascii="Courier New" w:hAnsi="Courier New"/>
          <w:color w:val="555555"/>
          <w:sz w:val="20"/>
        </w:rPr>
        <w:t>[34/35 2 . 10]</w:t>
      </w:r>
    </w:p>
    <w:p>
      <w:r>
        <w:rPr>
          <w:rFonts w:ascii="Gentium Plus" w:hAnsi="Gentium Plus"/>
          <w:sz w:val="24"/>
        </w:rPr>
        <w:t>Δαμόφιλός τις ἦν Ἐνναῖος, τὴν δ’ οὐσίαν μεγα‐ λόπλουτος, ὑπερήφανος δὲ τὸν τρόπον. οὗτος κα‐ κῶς εἰς ὑπερβολὴν ἐκέχρητο τοῖς δούλοις, καὶ ἡ γυνὴ δὴ Μεγαλλὶς ἀντεφιλονείκει τἀνδρὶ πρὸς τὴν</w:t>
      </w:r>
    </w:p>
    <w:p>
      <w:r>
        <w:rPr>
          <w:rFonts w:ascii="Courier New" w:hAnsi="Courier New"/>
          <w:color w:val="555555"/>
          <w:sz w:val="20"/>
        </w:rPr>
        <w:t>[5]</w:t>
      </w:r>
    </w:p>
    <w:p>
      <w:r>
        <w:rPr>
          <w:rFonts w:ascii="Gentium Plus" w:hAnsi="Gentium Plus"/>
          <w:sz w:val="24"/>
        </w:rPr>
        <w:t>τιμωρίαν καὶ τὴν ἄλλην ἀπανθρωπίαν τὴν περὶ τοὺς δούλους. ἐξ ὧν ἀποθηριωθέντες οἱ προπηλακιζό‐ μενοι συνέθεντο πρὸς ἀλλήλους ὑπὲρ ἀποστάσεως καὶ φόνου τῶν κυρίων. καὶ πρὸς τὸν Εὔνουν ἐλ‐ θόντες ἠρώτων εἰ συγχωρεῖται παρὰ τῶν θεῶν</w:t>
      </w:r>
    </w:p>
    <w:p>
      <w:r>
        <w:rPr>
          <w:rFonts w:ascii="Courier New" w:hAnsi="Courier New"/>
          <w:color w:val="555555"/>
          <w:sz w:val="20"/>
        </w:rPr>
        <w:t>[10]</w:t>
      </w:r>
    </w:p>
    <w:p>
      <w:r>
        <w:rPr>
          <w:rFonts w:ascii="Gentium Plus" w:hAnsi="Gentium Plus"/>
          <w:sz w:val="24"/>
        </w:rPr>
        <w:t>αὐτοῖς τὸ βεβουλευμένον. ὁ δὲ μετὰ τερατείας, ὡς εἰώθει, συνθέμενος ὅτι συγχωροῦσι, παραχρῆμα</w:t>
      </w:r>
    </w:p>
    <w:p>
      <w:r>
        <w:rPr>
          <w:rFonts w:ascii="Courier New" w:hAnsi="Courier New"/>
          <w:color w:val="555555"/>
          <w:sz w:val="20"/>
        </w:rPr>
        <w:t>[34/35 2 . 11]</w:t>
      </w:r>
    </w:p>
    <w:p>
      <w:r>
        <w:rPr>
          <w:rFonts w:ascii="Gentium Plus" w:hAnsi="Gentium Plus"/>
          <w:sz w:val="24"/>
        </w:rPr>
        <w:t>πείθει ἔχεσθαι τῆς ἐγχειρήσεως. εὐθὺς οὖν τετρα‐ κοσίους τῶν ὁμοδούλων συνήθροισαν, καὶ ὡς ἂν ὁ καιρὸς ἐδίδου καθοπλισθέντες εἰς τὴν Ἔνναν τὴν πόλιν εἰσπίπτουσιν, ἀφηγουμένου αὐτῶν καὶ τοῦ πυ‐</w:t>
      </w:r>
    </w:p>
    <w:p>
      <w:r>
        <w:rPr>
          <w:rFonts w:ascii="Courier New" w:hAnsi="Courier New"/>
          <w:color w:val="555555"/>
          <w:sz w:val="20"/>
        </w:rPr>
        <w:t>[5]</w:t>
      </w:r>
    </w:p>
    <w:p>
      <w:r>
        <w:rPr>
          <w:rFonts w:ascii="Gentium Plus" w:hAnsi="Gentium Plus"/>
          <w:sz w:val="24"/>
        </w:rPr>
        <w:t>ρὸς τὰς φλόγας τερατευομένου τούτοις τοῦ Εὔνου.</w:t>
      </w:r>
    </w:p>
    <w:p>
      <w:r>
        <w:rPr>
          <w:rFonts w:ascii="Courier New" w:hAnsi="Courier New"/>
          <w:color w:val="555555"/>
          <w:sz w:val="20"/>
        </w:rPr>
        <w:t>[34/35 2 . 12]</w:t>
      </w:r>
    </w:p>
    <w:p>
      <w:r>
        <w:rPr>
          <w:rFonts w:ascii="Gentium Plus" w:hAnsi="Gentium Plus"/>
          <w:sz w:val="24"/>
        </w:rPr>
        <w:t>ζοντο, μηδ’ αὐτῶν τῶν ὑπομαζίων φειδόμενοι. ἀλλὰ ταῦτα μὲν τῆς θηλῆς ἀποσπῶντες προσήρασσον τῇ γῇ· εἰς δὲ τὰς γυναῖκας οὐδ’ ἔστιν εἰπεῖν, καὶ ταῦτα βλεπόντων τῶν ἀνδρῶν, ὅσα ἐνύβριζόν τε</w:t>
      </w:r>
    </w:p>
    <w:p>
      <w:r>
        <w:rPr>
          <w:rFonts w:ascii="Courier New" w:hAnsi="Courier New"/>
          <w:color w:val="555555"/>
          <w:sz w:val="20"/>
        </w:rPr>
        <w:t>[5]</w:t>
      </w:r>
    </w:p>
    <w:p>
      <w:r>
        <w:rPr>
          <w:rFonts w:ascii="Gentium Plus" w:hAnsi="Gentium Plus"/>
          <w:sz w:val="24"/>
        </w:rPr>
        <w:t>καὶ ἐνησέλγαινον, πολλοῦ αὐτοῖς πλήθους τῶν ἀπὸ τῆς πόλεως δούλων προστεθέντος, οἳ καὶ κατὰ τῶν κυρίων πρότερον τὰ ἔσχατα ἐνδεικνύμενοι οὕ‐</w:t>
      </w:r>
    </w:p>
    <w:p>
      <w:r>
        <w:rPr>
          <w:rFonts w:ascii="Courier New" w:hAnsi="Courier New"/>
          <w:color w:val="555555"/>
          <w:sz w:val="20"/>
        </w:rPr>
        <w:t>[34/35 2 . 13]</w:t>
      </w:r>
    </w:p>
    <w:p>
      <w:r>
        <w:rPr>
          <w:rFonts w:ascii="Gentium Plus" w:hAnsi="Gentium Plus"/>
          <w:sz w:val="24"/>
        </w:rPr>
        <w:t>τω πρὸς τὸν τῶν ἄλλων φόνον ἐτρέποντο. οἱ δὲ περὶ τὸν Εὔνουν πυθόμενοι τὸν Δαμόφιλον ὅτι κατὰ τὸν πλησίον τῆς πόλεως περίκηπον διατρίβει μετὰ τῆς γυναικός, εἷλκον ἐκεῖθεν διά τινων ἐξ</w:t>
      </w:r>
    </w:p>
    <w:p>
      <w:r>
        <w:rPr>
          <w:rFonts w:ascii="Courier New" w:hAnsi="Courier New"/>
          <w:color w:val="555555"/>
          <w:sz w:val="20"/>
        </w:rPr>
        <w:t>[5]</w:t>
      </w:r>
    </w:p>
    <w:p>
      <w:r>
        <w:rPr>
          <w:rFonts w:ascii="Gentium Plus" w:hAnsi="Gentium Plus"/>
          <w:sz w:val="24"/>
        </w:rPr>
        <w:t>αὑτῶν σταλέντων αὐτόν τε καὶ τὴν γυναῖκα δεδεμέ‐ νους ἐξαγκωνίσαντες, πολλὰς κατὰ τὴν ὁδὸν ὕβρεις ὑποσχόντας. μόνης δὲ τῆς θυγατρὸς αὐτῶν οἱ δοῦλοι ὤφθησαν εἰς πάντα φεισάμενοι διὰ τὸ φιλάν‐ θρωπον αὐτῆς ἦθος καὶ περὶ τοὺς δούλους συμπαθὲς</w:t>
      </w:r>
    </w:p>
    <w:p>
      <w:r>
        <w:rPr>
          <w:rFonts w:ascii="Courier New" w:hAnsi="Courier New"/>
          <w:color w:val="555555"/>
          <w:sz w:val="20"/>
        </w:rPr>
        <w:t>[10]</w:t>
      </w:r>
    </w:p>
    <w:p>
      <w:r>
        <w:rPr>
          <w:rFonts w:ascii="Gentium Plus" w:hAnsi="Gentium Plus"/>
          <w:sz w:val="24"/>
        </w:rPr>
        <w:t>καὶ βοηθητικὸν κατὰ δύναμιν. ἐξ ὧν ἐδείκνυτο τῶν δούλων οὐχὶ ὠμότης εἶναι φύσεως τὰ γινόμενα εἰς τοὺς ἄλλους, ἀλλὰ τῶν προϋπηργμένων εἰς</w:t>
      </w:r>
    </w:p>
    <w:p>
      <w:r>
        <w:rPr>
          <w:rFonts w:ascii="Courier New" w:hAnsi="Courier New"/>
          <w:color w:val="555555"/>
          <w:sz w:val="20"/>
        </w:rPr>
        <w:t>[34/35 2 . 14]</w:t>
      </w:r>
    </w:p>
    <w:p>
      <w:r>
        <w:rPr>
          <w:rFonts w:ascii="Gentium Plus" w:hAnsi="Gentium Plus"/>
          <w:sz w:val="24"/>
        </w:rPr>
        <w:t>αὐτοὺς ἀδικημάτων ἀνταπόδοσις. τὸν δὲ Δαμό‐ φιλον καὶ τὴν Μεγαλλίδα εἰς τὴν πόλιν οἱ ἀπεσταλ‐ μένοι ἑλκύσαντες, ὥσπερ ἔφημεν, εἰς τὸ θέατρον εἰσήγαγον, συνεληλυθότος ἐνταῦθα τοῦ πλήθους τῶν</w:t>
      </w:r>
    </w:p>
    <w:p>
      <w:r>
        <w:rPr>
          <w:rFonts w:ascii="Courier New" w:hAnsi="Courier New"/>
          <w:color w:val="555555"/>
          <w:sz w:val="20"/>
        </w:rPr>
        <w:t>[5]</w:t>
      </w:r>
    </w:p>
    <w:p>
      <w:r>
        <w:rPr>
          <w:rFonts w:ascii="Gentium Plus" w:hAnsi="Gentium Plus"/>
          <w:sz w:val="24"/>
        </w:rPr>
        <w:t>ἀποστατῶν. καὶ τοῦ Δαμοφίλου τεχνάσασθαί τι πρὸς τὴν σωτηρίαν ἐγχειρήσαντος καὶ πολλοὺς τοῦ πλήθους τοῖς λόγοις ἐπαγομένου, Ἑρμείας καὶ Ζεῦξις πικρῶς πρὸς αὐτὸν διακείμενοι πλάνον τε ἀπεκάλουν, καὶ οὐκ ἀναμείναντες τὴν ἀκριβῆ τοῦ</w:t>
      </w:r>
    </w:p>
    <w:p>
      <w:r>
        <w:rPr>
          <w:rFonts w:ascii="Courier New" w:hAnsi="Courier New"/>
          <w:color w:val="555555"/>
          <w:sz w:val="20"/>
        </w:rPr>
        <w:t>[10]</w:t>
      </w:r>
    </w:p>
    <w:p>
      <w:r>
        <w:rPr>
          <w:rFonts w:ascii="Gentium Plus" w:hAnsi="Gentium Plus"/>
          <w:sz w:val="24"/>
        </w:rPr>
        <w:t>δήμου κρίσιν ὁ μὲν διὰ τῶν πλευρῶν τὸ ξίφος ὠθεῖ, ὁ δὲ πελέκει τὸν τράχηλον ἔκοψεν. ἐκεῖθεν</w:t>
      </w:r>
    </w:p>
    <w:p>
      <w:r>
        <w:rPr>
          <w:rFonts w:ascii="Courier New" w:hAnsi="Courier New"/>
          <w:color w:val="555555"/>
          <w:sz w:val="20"/>
        </w:rPr>
        <w:t>[15]</w:t>
      </w:r>
    </w:p>
    <w:p>
      <w:r>
        <w:rPr>
          <w:rFonts w:ascii="Gentium Plus" w:hAnsi="Gentium Plus"/>
          <w:sz w:val="24"/>
        </w:rPr>
        <w:t>οἱονεί τινα καλὸν οἰωνὸν ἐχούσης πρὸς τὴν τῶν ὑποταττομένων εὔνοιαν.</w:t>
      </w:r>
    </w:p>
    <w:p>
      <w:r>
        <w:rPr>
          <w:rFonts w:ascii="Courier New" w:hAnsi="Courier New"/>
          <w:color w:val="555555"/>
          <w:sz w:val="20"/>
        </w:rPr>
        <w:t>[34/35 2 . 15]</w:t>
      </w:r>
    </w:p>
    <w:p>
      <w:r>
        <w:rPr>
          <w:rFonts w:ascii="Gentium Plus" w:hAnsi="Gentium Plus"/>
          <w:sz w:val="24"/>
        </w:rPr>
        <w:t>Τῶν ὅλων δὲ τοῖς ἀποστάταις καταστὰς κύριος καὶ συναγαγὼν ἐκκλησίαν ἀνεῖλε μὲν τοὺς ἐζωγρη‐ μένους τῶν Ἐνναίων, ὅσοις οὐκ ἦν ἡ τέχνη ὅπλα ἐργάζεσθαι, ἐκείνους δὲ δεδεμένους τοῖς ἔργοις ὑπ‐</w:t>
      </w:r>
    </w:p>
    <w:p>
      <w:r>
        <w:rPr>
          <w:rFonts w:ascii="Courier New" w:hAnsi="Courier New"/>
          <w:color w:val="555555"/>
          <w:sz w:val="20"/>
        </w:rPr>
        <w:t>[5]</w:t>
      </w:r>
    </w:p>
    <w:p>
      <w:r>
        <w:rPr>
          <w:rFonts w:ascii="Gentium Plus" w:hAnsi="Gentium Plus"/>
          <w:sz w:val="24"/>
        </w:rPr>
        <w:t>έβαλλεν. ἔδωκε δὲ καὶ ταῖς θεραπαίναις τὴν Με‐ γαλλίδα χρήσασθαι ὡς ἂν βούλοιντο· καὶ αὗται κατεκρήμνισαν αἰκισάμεναι. καὶ αὐτὸς δὲ τοὺς ἰδί‐</w:t>
      </w:r>
    </w:p>
    <w:p>
      <w:r>
        <w:rPr>
          <w:rFonts w:ascii="Courier New" w:hAnsi="Courier New"/>
          <w:color w:val="555555"/>
          <w:sz w:val="20"/>
        </w:rPr>
        <w:t>[34/35 2 . 16]</w:t>
      </w:r>
    </w:p>
    <w:p>
      <w:r>
        <w:rPr>
          <w:rFonts w:ascii="Gentium Plus" w:hAnsi="Gentium Plus"/>
          <w:sz w:val="24"/>
        </w:rPr>
        <w:t>ους ἀνεῖλε κυρίους Ἀντιγένη καὶ Πύθωνα. περιθέ‐ μενος δὲ διάδημα καὶ πάντα τὰ ἄλλα τὰ περὶ αὑτὸν βασιλικῶς διακοσμήσας τήν τε συμβιοῦσαν αὐτῷ, Σύραν καὶ συμπολῖτιν οὖσαν, βασίλισσαν ἀποδεί‐</w:t>
      </w:r>
    </w:p>
    <w:p>
      <w:r>
        <w:rPr>
          <w:rFonts w:ascii="Courier New" w:hAnsi="Courier New"/>
          <w:color w:val="555555"/>
          <w:sz w:val="20"/>
        </w:rPr>
        <w:t>[5]</w:t>
      </w:r>
    </w:p>
    <w:p>
      <w:r>
        <w:rPr>
          <w:rFonts w:ascii="Gentium Plus" w:hAnsi="Gentium Plus"/>
          <w:sz w:val="24"/>
        </w:rPr>
        <w:t>ξας συνέδρους τε τοὺς συνέσει δοκοῦντας διαφέρειν ποιησάμενος, ὧν ἦν Ἀχαιὸς καὶ τοὔνομα καὶ τὸ γένος, ἀνὴρ καὶ βουλῇ καὶ χειρὶ διαφέρων, καὶ ἐν τρισὶν ἡμέραις πλείους τῶν ἑξακισχιλίων τὸν δυνα‐ τὸν καθοπλίσας τρόπον καὶ ἑτέρους συνεπαγόμενος</w:t>
      </w:r>
    </w:p>
    <w:p>
      <w:r>
        <w:rPr>
          <w:rFonts w:ascii="Courier New" w:hAnsi="Courier New"/>
          <w:color w:val="555555"/>
          <w:sz w:val="20"/>
        </w:rPr>
        <w:t>[10]</w:t>
      </w:r>
    </w:p>
    <w:p>
      <w:r>
        <w:rPr>
          <w:rFonts w:ascii="Gentium Plus" w:hAnsi="Gentium Plus"/>
          <w:sz w:val="24"/>
        </w:rPr>
        <w:t>ἀξίναις καὶ πελέκεσι χρωμένους ἢ σφενδόναις ἢ δρεπάνοις ἢ ξύλοις πεπυρακτωμένοις ἢ καὶ μα‐ γείρων ὀβελοῖς, ἐπῄει πᾶσαν λεηλατῶν τὴν χώραν, καὶ πλῆθος ἄπειρον οἰκετῶν προσλαμβάνων ἐθάρ‐ ρησε καὶ στρατηγοῖς Ῥωμαίων πολεμῆσαι, καὶ</w:t>
      </w:r>
    </w:p>
    <w:p>
      <w:r>
        <w:rPr>
          <w:rFonts w:ascii="Courier New" w:hAnsi="Courier New"/>
          <w:color w:val="555555"/>
          <w:sz w:val="20"/>
        </w:rPr>
        <w:t>[15]</w:t>
      </w:r>
    </w:p>
    <w:p>
      <w:r>
        <w:rPr>
          <w:rFonts w:ascii="Gentium Plus" w:hAnsi="Gentium Plus"/>
          <w:sz w:val="24"/>
        </w:rPr>
        <w:t>συμπλακεὶς τῷ πλήθει πολλάκις ἐκράτησεν, ἔχων ἤδη στρατιώτας ὑπὲρ τοὺς μυρίους.</w:t>
      </w:r>
    </w:p>
    <w:p>
      <w:r>
        <w:rPr>
          <w:rFonts w:ascii="Courier New" w:hAnsi="Courier New"/>
          <w:color w:val="555555"/>
          <w:sz w:val="20"/>
        </w:rPr>
        <w:t>[34/35 2 . 17]</w:t>
      </w:r>
    </w:p>
    <w:p>
      <w:r>
        <w:rPr>
          <w:rFonts w:ascii="Gentium Plus" w:hAnsi="Gentium Plus"/>
          <w:sz w:val="24"/>
        </w:rPr>
        <w:t>Ἐν τούτῳ δὲ Κλέων τις Κίλιξ ἄλλων δούλων</w:t>
      </w:r>
    </w:p>
    <w:p>
      <w:r>
        <w:rPr>
          <w:rFonts w:ascii="Courier New" w:hAnsi="Courier New"/>
          <w:color w:val="555555"/>
          <w:sz w:val="20"/>
        </w:rPr>
        <w:t>[5]</w:t>
      </w:r>
    </w:p>
    <w:p>
      <w:r>
        <w:rPr>
          <w:rFonts w:ascii="Gentium Plus" w:hAnsi="Gentium Plus"/>
          <w:sz w:val="24"/>
        </w:rPr>
        <w:t>ροντες ἐλευθερώσουσι τὴν Σικελίαν τῆς στάσεως, παρὰ δόξαν ἀλλήλοις συνέβησαν, τοῦ Κλέωνος ὑπο‐ ταγέντος ψιλῷ τοῦ Εὔνου προστάγματι καὶ τὴν τοῦ στρατηγοῦ οἷα δὴ βασιλεῖ χρείαν ἀποπληροῦντος, ἔχοντος οἰκεῖον πλῆθος στρατιωτῶν πεντακισ‐</w:t>
      </w:r>
    </w:p>
    <w:p>
      <w:r>
        <w:rPr>
          <w:rFonts w:ascii="Courier New" w:hAnsi="Courier New"/>
          <w:color w:val="555555"/>
          <w:sz w:val="20"/>
        </w:rPr>
        <w:t>[10]</w:t>
      </w:r>
    </w:p>
    <w:p>
      <w:r>
        <w:rPr>
          <w:rFonts w:ascii="Gentium Plus" w:hAnsi="Gentium Plus"/>
          <w:sz w:val="24"/>
        </w:rPr>
        <w:t>χιλίων· ἡμέραι δ’ ἐγγὺς ἦσαν ἀπὸ τῆς ἀποστάσεως τριάκοντα.</w:t>
      </w:r>
    </w:p>
    <w:p>
      <w:r>
        <w:rPr>
          <w:rFonts w:ascii="Courier New" w:hAnsi="Courier New"/>
          <w:color w:val="555555"/>
          <w:sz w:val="20"/>
        </w:rPr>
        <w:t>[34/35 2 . 18]</w:t>
      </w:r>
    </w:p>
    <w:p>
      <w:r>
        <w:rPr>
          <w:rFonts w:ascii="Gentium Plus" w:hAnsi="Gentium Plus"/>
          <w:sz w:val="24"/>
        </w:rPr>
        <w:t>Καὶ μετὰ βραχὺ ἐκ Ῥώμης ἥκοντι στρατηγῷ Λευκίῳ Ὑψαίῳ, ἔχοντι στρατιώτας ἐκ Σικελίας ὀκτακισχιλίους, εἰς πόλεμον καταστάντες οἱ ἀπο‐ στάται ἐνίκησαν, πλῆθος ὄντες δισμύριοι. μετ’ οὐ</w:t>
      </w:r>
    </w:p>
    <w:p>
      <w:r>
        <w:rPr>
          <w:rFonts w:ascii="Courier New" w:hAnsi="Courier New"/>
          <w:color w:val="555555"/>
          <w:sz w:val="20"/>
        </w:rPr>
        <w:t>[5]</w:t>
      </w:r>
    </w:p>
    <w:p>
      <w:r>
        <w:rPr>
          <w:rFonts w:ascii="Gentium Plus" w:hAnsi="Gentium Plus"/>
          <w:sz w:val="24"/>
        </w:rPr>
        <w:t>πολὺ δὲ ἀθροίζεται τὸ σύστημα αὐτῶν εἰς μυριάδας εἴκοσι, καὶ πολλοῖς τοῖς πρὸς Ῥωμαίους πολέμοις</w:t>
      </w:r>
    </w:p>
    <w:p>
      <w:r>
        <w:rPr>
          <w:rFonts w:ascii="Courier New" w:hAnsi="Courier New"/>
          <w:color w:val="555555"/>
          <w:sz w:val="20"/>
        </w:rPr>
        <w:t>[34/35 2 . 19]</w:t>
      </w:r>
    </w:p>
    <w:p>
      <w:r>
        <w:rPr>
          <w:rFonts w:ascii="Gentium Plus" w:hAnsi="Gentium Plus"/>
          <w:sz w:val="24"/>
        </w:rPr>
        <w:t>ἐνευδοκιμήσαντες ἔλαττον αὐτοὶ ἔπταιον. οὗ δια‐ βοηθέντος κατά τε Ῥώμην δούλων ἀπόστασις ἑκατὸν πεντήκοντα συνομοσάντων ἀνήπτετο, καὶ κατὰ τὴν Ἀττικὴν ὑπὲρ χιλίων, ἔν τε Δήλῳ καὶ</w:t>
      </w:r>
    </w:p>
    <w:p>
      <w:r>
        <w:rPr>
          <w:rFonts w:ascii="Courier New" w:hAnsi="Courier New"/>
          <w:color w:val="555555"/>
          <w:sz w:val="20"/>
        </w:rPr>
        <w:t>[5]</w:t>
      </w:r>
    </w:p>
    <w:p>
      <w:r>
        <w:rPr>
          <w:rFonts w:ascii="Gentium Plus" w:hAnsi="Gentium Plus"/>
          <w:sz w:val="24"/>
        </w:rPr>
        <w:t>κατ’ ἄλλους πολλοὺς τόπους· οὓς τάχει τε τῆς βοη‐ θείας καὶ τῇ σφοδρᾷ κολάσει τῆς τιμωρίας οἱ καθ’ ἕκαστον ἐπιμεληταὶ τῶν κοινῶν θᾶττον ἠφάνισαν, σωφρονίσαντες καὶ τὸ ἄλλο ὅσον ἦν ἐπὶ ἀποστάσει</w:t>
      </w:r>
    </w:p>
    <w:p>
      <w:r>
        <w:rPr>
          <w:rFonts w:ascii="Courier New" w:hAnsi="Courier New"/>
          <w:color w:val="555555"/>
          <w:sz w:val="20"/>
        </w:rPr>
        <w:t>[34/35 2 . 20]</w:t>
      </w:r>
    </w:p>
    <w:p>
      <w:r>
        <w:rPr>
          <w:rFonts w:ascii="Gentium Plus" w:hAnsi="Gentium Plus"/>
          <w:sz w:val="24"/>
        </w:rPr>
        <w:t>μετέωρον. κατὰ δὲ Σικελίαν ηὔξετο τὸ κακόν, καὶ πόλεις ἡλίσκοντο αὔτανδροι καὶ πολλὰ στρατόπεδα ὑπὸ τῶν ἀποστατῶν κατεκόπησαν, ἕως Ῥουπίλιος ὁ Ῥωμαίων στρατηγὸς τὸ Ταυρομένιον ἀνεσώσατο</w:t>
      </w:r>
    </w:p>
    <w:p>
      <w:r>
        <w:rPr>
          <w:rFonts w:ascii="Courier New" w:hAnsi="Courier New"/>
          <w:color w:val="555555"/>
          <w:sz w:val="20"/>
        </w:rPr>
        <w:t>[5]</w:t>
      </w:r>
    </w:p>
    <w:p>
      <w:r>
        <w:rPr>
          <w:rFonts w:ascii="Gentium Plus" w:hAnsi="Gentium Plus"/>
          <w:sz w:val="24"/>
        </w:rPr>
        <w:t>Ῥωμαίοις, καρτερῶς μὲν αὐτὸ πολιορκήσας καὶ εἰς ἄφατον ἀνάγκην καὶ λιμὸν τοὺς ἀποστάτας συγ‐ κλείσας, ὥστε ἀρξαμένους ἐκ παίδων βορᾶς καὶ διελθόντας διὰ γυναικῶν μηδὲ τῆς αὑτῶν ἀλλη‐ λοφαγίας μηδ’ ὅλως φείσασθαι· ὅτε καὶ Κομανὸν</w:t>
      </w:r>
    </w:p>
    <w:p>
      <w:r>
        <w:rPr>
          <w:rFonts w:ascii="Courier New" w:hAnsi="Courier New"/>
          <w:color w:val="555555"/>
          <w:sz w:val="20"/>
        </w:rPr>
        <w:t>[10]</w:t>
      </w:r>
    </w:p>
    <w:p>
      <w:r>
        <w:rPr>
          <w:rFonts w:ascii="Gentium Plus" w:hAnsi="Gentium Plus"/>
          <w:sz w:val="24"/>
        </w:rPr>
        <w:t>τὸν ἀδελφὸν Κλέωνος φεύγοντα ἐκ τῆς πολιορκουμέ‐</w:t>
      </w:r>
    </w:p>
    <w:p>
      <w:r>
        <w:rPr>
          <w:rFonts w:ascii="Courier New" w:hAnsi="Courier New"/>
          <w:color w:val="555555"/>
          <w:sz w:val="20"/>
        </w:rPr>
        <w:t>[34/35 2 . 21]</w:t>
      </w:r>
    </w:p>
    <w:p>
      <w:r>
        <w:rPr>
          <w:rFonts w:ascii="Gentium Plus" w:hAnsi="Gentium Plus"/>
          <w:sz w:val="24"/>
        </w:rPr>
        <w:t>νης πόλεως εἷλε. καὶ τὸ τελευταῖον Σαραπίωνος Σύρου τὴν ἄκραν προδόντος, συμπάντων τῶν ἐν τῇ πόλει δραπετῶν ὁ στρατηγὸς ἐκυρίευσεν· οὓς καὶ αἰκισάμενος κατεκρήμνισεν. ἐκεῖθεν ἐπὶ τὴν</w:t>
      </w:r>
    </w:p>
    <w:p>
      <w:r>
        <w:rPr>
          <w:rFonts w:ascii="Courier New" w:hAnsi="Courier New"/>
          <w:color w:val="555555"/>
          <w:sz w:val="20"/>
        </w:rPr>
        <w:t>[5]</w:t>
      </w:r>
    </w:p>
    <w:p>
      <w:r>
        <w:rPr>
          <w:rFonts w:ascii="Gentium Plus" w:hAnsi="Gentium Plus"/>
          <w:sz w:val="24"/>
        </w:rPr>
        <w:t>Ἔνναν ἐλθὼν παραπλησίως ἐπολιόρκει, εἰς ἐσχάτην ἀνάγκην συγκλείων τὰς τῶν ἀποστατῶν ἐλπίδας. καὶ Κλέωνα τὸν στρατηγὸν ἐξελθόντα τῆς πόλεως καὶ ἡρωικῶς ἀγωνισάμενον μετ’ ὀλίγων ὑπὸ τῶν τραυμάτων δείξας νεκρόν, εἷλε καὶ ταύτην προδο‐</w:t>
      </w:r>
    </w:p>
    <w:p>
      <w:r>
        <w:rPr>
          <w:rFonts w:ascii="Courier New" w:hAnsi="Courier New"/>
          <w:color w:val="555555"/>
          <w:sz w:val="20"/>
        </w:rPr>
        <w:t>[10]</w:t>
      </w:r>
    </w:p>
    <w:p>
      <w:r>
        <w:rPr>
          <w:rFonts w:ascii="Gentium Plus" w:hAnsi="Gentium Plus"/>
          <w:sz w:val="24"/>
        </w:rPr>
        <w:t>σίᾳ τὴν πόλιν, ἐπεὶ οὐδ’ ἦν ἁλώσιμος διὰ τὴν</w:t>
      </w:r>
    </w:p>
    <w:p>
      <w:r>
        <w:rPr>
          <w:rFonts w:ascii="Courier New" w:hAnsi="Courier New"/>
          <w:color w:val="555555"/>
          <w:sz w:val="20"/>
        </w:rPr>
        <w:t>[34/35 2 . 22]</w:t>
      </w:r>
    </w:p>
    <w:p>
      <w:r>
        <w:rPr>
          <w:rFonts w:ascii="Gentium Plus" w:hAnsi="Gentium Plus"/>
          <w:sz w:val="24"/>
        </w:rPr>
        <w:t>ὀχυρότητα βίᾳ χειρός. ὁ δὲ Εὔνους ἀναλαβὼν τοὺς σωματοφύλακας ὄντας χιλίους ἔφυγεν ἀνάνδρως εἴς τινας παρακρήμνους τόπους. ἀλλ’ οἱ μὲν σὺν αὐτῷ ἄφυκτον τὸ περὶ αὑτοὺς δεινὸν ἐπιστάμενοι,</w:t>
      </w:r>
    </w:p>
    <w:p>
      <w:r>
        <w:rPr>
          <w:rFonts w:ascii="Courier New" w:hAnsi="Courier New"/>
          <w:color w:val="555555"/>
          <w:sz w:val="20"/>
        </w:rPr>
        <w:t>[5]</w:t>
      </w:r>
    </w:p>
    <w:p>
      <w:r>
        <w:rPr>
          <w:rFonts w:ascii="Gentium Plus" w:hAnsi="Gentium Plus"/>
          <w:sz w:val="24"/>
        </w:rPr>
        <w:t>ἤδη γὰρ καὶ ὁ στρατηγὸς Ῥουπίλιος ἐπ’ αὐτοὺς ἤλαυνεν, ἀλλήλους τοῖς ξίφεσιν ἔφθαζον ἀπαυχενί‐ σαντες. ὁ δὲ τερατίας Εὔνους καὶ βασιλεὺς κατα‐ φυγὼν διὰ δειλίαν ἔν τισι κοιλάσιν ἐξειλκύσθη ἅμα τεττάρων, μαγείρου καὶ ἀρτοποιοῦ καὶ τοῦ τρίβον‐</w:t>
      </w:r>
    </w:p>
    <w:p>
      <w:r>
        <w:rPr>
          <w:rFonts w:ascii="Courier New" w:hAnsi="Courier New"/>
          <w:color w:val="555555"/>
          <w:sz w:val="20"/>
        </w:rPr>
        <w:t>[10]</w:t>
      </w:r>
    </w:p>
    <w:p>
      <w:r>
        <w:rPr>
          <w:rFonts w:ascii="Gentium Plus" w:hAnsi="Gentium Plus"/>
          <w:sz w:val="24"/>
        </w:rPr>
        <w:t>τος αὐτὸν ἐν τῷ λουτρῷ καὶ τετάρτου τοῦ παρὰ</w:t>
      </w:r>
    </w:p>
    <w:p>
      <w:r>
        <w:rPr>
          <w:rFonts w:ascii="Courier New" w:hAnsi="Courier New"/>
          <w:color w:val="555555"/>
          <w:sz w:val="20"/>
        </w:rPr>
        <w:t>[34/35 2 . 23]</w:t>
      </w:r>
    </w:p>
    <w:p>
      <w:r>
        <w:rPr>
          <w:rFonts w:ascii="Gentium Plus" w:hAnsi="Gentium Plus"/>
          <w:sz w:val="24"/>
        </w:rPr>
        <w:t>τοὺς πότους εἰωθότος ψυχαγωγεῖν αὐτόν. καὶ παραδοθεὶς εἰς φυλακὴν καὶ τοῦ σώματος αὐτοῦ</w:t>
      </w:r>
    </w:p>
    <w:p>
      <w:r>
        <w:rPr>
          <w:rFonts w:ascii="Courier New" w:hAnsi="Courier New"/>
          <w:color w:val="555555"/>
          <w:sz w:val="20"/>
        </w:rPr>
        <w:t>[5]</w:t>
      </w:r>
    </w:p>
    <w:p>
      <w:r>
        <w:rPr>
          <w:rFonts w:ascii="Gentium Plus" w:hAnsi="Gentium Plus"/>
          <w:sz w:val="24"/>
        </w:rPr>
        <w:t>Μοργαντίνῃ. ἐντεῦθεν Ῥουπίλιος ἐπιτρέχων ὅλην τὴν Σικελίαν ἅμα λογάσιν ὀλίγοις θᾶττον ἤπερ τις ἤλπισε παντὸς αὐτὴν ἠλευθέρωσε λῃστηρίου.</w:t>
      </w:r>
    </w:p>
    <w:p>
      <w:r>
        <w:rPr>
          <w:rFonts w:ascii="Courier New" w:hAnsi="Courier New"/>
          <w:color w:val="555555"/>
          <w:sz w:val="20"/>
        </w:rPr>
        <w:t>[34/35 2 . 24]</w:t>
      </w:r>
    </w:p>
    <w:p>
      <w:r>
        <w:rPr>
          <w:rFonts w:ascii="Gentium Plus" w:hAnsi="Gentium Plus"/>
          <w:sz w:val="24"/>
        </w:rPr>
        <w:t>Ὅτι ὁ τῶν ἀποστατῶν βασιλεὺς Εὔνους ἑαυτὸν μὲν Ἀντίοχον, Σύρους δὲ τῶν ἀποστατῶν τὸ πλῆ‐ θος ἐπωνόμασεν. (Photius, Bibl. pp. 384—386 B.)</w:t>
      </w:r>
    </w:p>
    <w:p>
      <w:r>
        <w:rPr>
          <w:rFonts w:ascii="Courier New" w:hAnsi="Courier New"/>
          <w:color w:val="555555"/>
          <w:sz w:val="20"/>
        </w:rPr>
        <w:t>[34/35 2 . 25]</w:t>
      </w:r>
    </w:p>
    <w:p>
      <w:r>
        <w:rPr>
          <w:rFonts w:ascii="Gentium Plus" w:hAnsi="Gentium Plus"/>
          <w:sz w:val="24"/>
        </w:rPr>
        <w:t>Ὅτι οὐδέποτε στάσις ἐγένετο τηλικαύτη δούλων ἡλίκη συνέστη ἐν τῇ Σικελίᾳ. δι’ ἣν πολλαὶ μὲν πόλεις δειναῖς περιέπεσον συμφοραῖς, ἀναρίθμητοι δὲ ἄνδρες καὶ γυναῖκες μετὰ τέκνων ἐπειράθησαν</w:t>
      </w:r>
    </w:p>
    <w:p>
      <w:r>
        <w:rPr>
          <w:rFonts w:ascii="Courier New" w:hAnsi="Courier New"/>
          <w:color w:val="555555"/>
          <w:sz w:val="20"/>
        </w:rPr>
        <w:t>[5]</w:t>
      </w:r>
    </w:p>
    <w:p>
      <w:r>
        <w:rPr>
          <w:rFonts w:ascii="Gentium Plus" w:hAnsi="Gentium Plus"/>
          <w:sz w:val="24"/>
        </w:rPr>
        <w:t>τῶν μεγίστων ἀτυχημάτων, πᾶσα δὲ ἡ νῆσος ἐκιν‐ δύνευσεν πεσεῖν εἰς ἐξουσίαν δραπετῶν, ὅρον τῆς ἐξουσίας τιθεμένων τὴν τῶν ἐλευθέρων ὑπερβολὴν τῶν ἀκληρημάτων. καὶ ταῦτα ἀπήντησε τοῖς μὲν πολλοῖς ἀνελπίστως καὶ παραδόξως, τοῖς δὲ πραγ‐</w:t>
      </w:r>
    </w:p>
    <w:p>
      <w:r>
        <w:rPr>
          <w:rFonts w:ascii="Courier New" w:hAnsi="Courier New"/>
          <w:color w:val="555555"/>
          <w:sz w:val="20"/>
        </w:rPr>
        <w:t>[10]</w:t>
      </w:r>
    </w:p>
    <w:p>
      <w:r>
        <w:rPr>
          <w:rFonts w:ascii="Gentium Plus" w:hAnsi="Gentium Plus"/>
          <w:sz w:val="24"/>
        </w:rPr>
        <w:t>ματικῶς ἕκαστα δυναμένοις κρίνειν οὐκ ἀλόγως</w:t>
      </w:r>
    </w:p>
    <w:p>
      <w:r>
        <w:rPr>
          <w:rFonts w:ascii="Courier New" w:hAnsi="Courier New"/>
          <w:color w:val="555555"/>
          <w:sz w:val="20"/>
        </w:rPr>
        <w:t>[34/35 2 . 26]</w:t>
      </w:r>
    </w:p>
    <w:p>
      <w:r>
        <w:rPr>
          <w:rFonts w:ascii="Gentium Plus" w:hAnsi="Gentium Plus"/>
          <w:sz w:val="24"/>
        </w:rPr>
        <w:t>ἔδοξε συμβαίνειν. διὰ γὰρ τὴν ὑπερβολὴν τῆς εὐ‐ πορίας τῶν τὴν κρατίστην νῆσον ἐκκαρπουμένων ἅπαντες σχεδὸν οἱ τοῖς πλούτοις προκεκοφότες ἐζήλωσαν τὸ μὲν πρῶτον τρυφήν, εἶθ’ ὑπερηφανίαν</w:t>
      </w:r>
    </w:p>
    <w:p>
      <w:r>
        <w:rPr>
          <w:rFonts w:ascii="Courier New" w:hAnsi="Courier New"/>
          <w:color w:val="555555"/>
          <w:sz w:val="20"/>
        </w:rPr>
        <w:t>[5]</w:t>
      </w:r>
    </w:p>
    <w:p>
      <w:r>
        <w:rPr>
          <w:rFonts w:ascii="Gentium Plus" w:hAnsi="Gentium Plus"/>
          <w:sz w:val="24"/>
        </w:rPr>
        <w:t>καὶ ὕβριν. ἐξ ὧν ἁπάντων αὐξανομένης ἐπ’ ἴσης τῆς τε κατὰ τῶν οἰκετῶν κακουχίας καὶ τῆς κατὰ</w:t>
      </w:r>
    </w:p>
    <w:p>
      <w:r>
        <w:rPr>
          <w:rFonts w:ascii="Courier New" w:hAnsi="Courier New"/>
          <w:color w:val="555555"/>
          <w:sz w:val="20"/>
        </w:rPr>
        <w:t>[10]</w:t>
      </w:r>
    </w:p>
    <w:p>
      <w:r>
        <w:rPr>
          <w:rFonts w:ascii="Gentium Plus" w:hAnsi="Gentium Plus"/>
          <w:sz w:val="24"/>
        </w:rPr>
        <w:t>δεσποτῶν ἀπώλειαν. τὸ παραπλήσιον δὲ γέγονε καὶ κατὰ τὴν Ἀσίαν κατὰ τοὺς αὐτοὺς καιρούς, Ἀριστονίκου μὲν ἀντιποιησαμένου τῆς μὴ προση‐ κούσης βασιλείας, τῶν δὲ δούλων διὰ τὰς ἐκ τῶν δεσποτῶν κακουχίας συναπονοησαμένων ἐκείνῳ</w:t>
      </w:r>
    </w:p>
    <w:p>
      <w:r>
        <w:rPr>
          <w:rFonts w:ascii="Courier New" w:hAnsi="Courier New"/>
          <w:color w:val="555555"/>
          <w:sz w:val="20"/>
        </w:rPr>
        <w:t>[15]</w:t>
      </w:r>
    </w:p>
    <w:p>
      <w:r>
        <w:rPr>
          <w:rFonts w:ascii="Gentium Plus" w:hAnsi="Gentium Plus"/>
          <w:sz w:val="24"/>
        </w:rPr>
        <w:t>καὶ μεγάλοις ἀτυχήμασι πολλὰς πόλεις περιβαλόν‐ των.</w:t>
      </w:r>
    </w:p>
    <w:p>
      <w:r>
        <w:rPr>
          <w:rFonts w:ascii="Courier New" w:hAnsi="Courier New"/>
          <w:color w:val="555555"/>
          <w:sz w:val="20"/>
        </w:rPr>
        <w:t>[34/35 2 . 27]</w:t>
      </w:r>
    </w:p>
    <w:p>
      <w:r>
        <w:rPr>
          <w:rFonts w:ascii="Gentium Plus" w:hAnsi="Gentium Plus"/>
          <w:sz w:val="24"/>
        </w:rPr>
        <w:t>Ὅτι παραπλησίως καὶ πρὸς τὰς γεωργίας ἕκα‐ στος τῶν πολλὴν χώραν κεκτημένων ὅλα σω‐ ματοτροφεῖα συνηγόραζον· ... τοὺς μὲν πέδαις δεσμεύειν, τοὺς δὲ ταῖς βαρύτησι τῶν ἔργων κατα‐</w:t>
      </w:r>
    </w:p>
    <w:p>
      <w:r>
        <w:rPr>
          <w:rFonts w:ascii="Courier New" w:hAnsi="Courier New"/>
          <w:color w:val="555555"/>
          <w:sz w:val="20"/>
        </w:rPr>
        <w:t>[5]</w:t>
      </w:r>
    </w:p>
    <w:p>
      <w:r>
        <w:rPr>
          <w:rFonts w:ascii="Gentium Plus" w:hAnsi="Gentium Plus"/>
          <w:sz w:val="24"/>
        </w:rPr>
        <w:t>πονεῖν, πάντας δὲ τοῖς ὑπερηφάνοις χαρακτῆρσι κατέστιζον. διὸ δαὶ τοσοῦτο τῶν οἰκετῶν ἐπέκλυσε πλῆθος ἅπασαν Σικελίαν, ὥστε τοὺς ἀκούοντας τὴν ὑπερβολὴν μὴ πιστεῦσαι. καὶ γὰρ τῶν Σικελιω‐ τῶν οἱ πολλοὺς πλούτους κεκτημένοι διημιλλῶντο</w:t>
      </w:r>
    </w:p>
    <w:p>
      <w:r>
        <w:rPr>
          <w:rFonts w:ascii="Courier New" w:hAnsi="Courier New"/>
          <w:color w:val="555555"/>
          <w:sz w:val="20"/>
        </w:rPr>
        <w:t>[10]</w:t>
      </w:r>
    </w:p>
    <w:p>
      <w:r>
        <w:rPr>
          <w:rFonts w:ascii="Gentium Plus" w:hAnsi="Gentium Plus"/>
          <w:sz w:val="24"/>
        </w:rPr>
        <w:t>πρὸς τὰς τῶν Ἰταλιωτῶν ὑπερηφανίας τε καὶ πλεονεξίας καὶ κακουργίας. εἰς τοιαύτην γὰρ συνή‐ θειαν ῥᾳδιουργίας τοὺς νομεῖς ἤγαγον οἱ πολλοὺς οἰκέτας κεκτημένοι τῶν Ἰταλικῶν ὥστε τροφὰς μὲν</w:t>
      </w:r>
    </w:p>
    <w:p>
      <w:r>
        <w:rPr>
          <w:rFonts w:ascii="Courier New" w:hAnsi="Courier New"/>
          <w:color w:val="555555"/>
          <w:sz w:val="20"/>
        </w:rPr>
        <w:t>[34/35 2 . 28]</w:t>
      </w:r>
    </w:p>
    <w:p>
      <w:r>
        <w:rPr>
          <w:rFonts w:ascii="Gentium Plus" w:hAnsi="Gentium Plus"/>
          <w:sz w:val="24"/>
        </w:rPr>
        <w:t>μὴ παρέχειν, ἐπιτρέπειν δὲ λῃστεύειν. τοιαύτης δο‐ θείσης ἐξουσίας ἀνθρώποις διὰ μὲν τὴν ἰσχὺν τῶν σωμάτων δυναμένοις πᾶν τὸ κριθὲν ἐπιτελεῖν, διὰ δὲ τὴν ἄνεσιν καὶ σχολὴν εὐκαιροῦσι, διὰ δὲ τὴν</w:t>
      </w:r>
    </w:p>
    <w:p>
      <w:r>
        <w:rPr>
          <w:rFonts w:ascii="Courier New" w:hAnsi="Courier New"/>
          <w:color w:val="555555"/>
          <w:sz w:val="20"/>
        </w:rPr>
        <w:t>[5]</w:t>
      </w:r>
    </w:p>
    <w:p>
      <w:r>
        <w:rPr>
          <w:rFonts w:ascii="Gentium Plus" w:hAnsi="Gentium Plus"/>
          <w:sz w:val="24"/>
        </w:rPr>
        <w:t>τῆς τροφῆς ἔνδειαν ἀναγκαζομένοις ταῖς παραβόλοις</w:t>
      </w:r>
    </w:p>
    <w:p>
      <w:r>
        <w:rPr>
          <w:rFonts w:ascii="Courier New" w:hAnsi="Courier New"/>
          <w:color w:val="555555"/>
          <w:sz w:val="20"/>
        </w:rPr>
        <w:t>[10]</w:t>
      </w:r>
    </w:p>
    <w:p>
      <w:r>
        <w:rPr>
          <w:rFonts w:ascii="Gentium Plus" w:hAnsi="Gentium Plus"/>
          <w:sz w:val="24"/>
        </w:rPr>
        <w:t>ἐπαύλεις νυκτὸς ἀθρόοι συντρέχοντες ἐξῄρουν βίᾳ ταύτας καὶ τὰς κτήσεις διήρπαζον καὶ τοὺς ἀνθ‐</w:t>
      </w:r>
    </w:p>
    <w:p>
      <w:r>
        <w:rPr>
          <w:rFonts w:ascii="Courier New" w:hAnsi="Courier New"/>
          <w:color w:val="555555"/>
          <w:sz w:val="20"/>
        </w:rPr>
        <w:t>[34/35 2 . 29]</w:t>
      </w:r>
    </w:p>
    <w:p>
      <w:r>
        <w:rPr>
          <w:rFonts w:ascii="Gentium Plus" w:hAnsi="Gentium Plus"/>
          <w:sz w:val="24"/>
        </w:rPr>
        <w:t>ισταμένους ἀνῄρουν. ἀεὶ δὲ μᾶλλον τῆς τόλμης προβαινούσης, οὔτε τοῖς ὁδοιπόροις νυκτὸς ἡ Σι‐ κελία βάσιμος ἦν οὔτε τοῖς ἐπὶ τῆς χώρας ζῆν εἰωθόσιν ἀσφαλὴς ἐπὶ ταύτης ἡ διατριβή, πάντα</w:t>
      </w:r>
    </w:p>
    <w:p>
      <w:r>
        <w:rPr>
          <w:rFonts w:ascii="Courier New" w:hAnsi="Courier New"/>
          <w:color w:val="555555"/>
          <w:sz w:val="20"/>
        </w:rPr>
        <w:t>[5]</w:t>
      </w:r>
    </w:p>
    <w:p>
      <w:r>
        <w:rPr>
          <w:rFonts w:ascii="Gentium Plus" w:hAnsi="Gentium Plus"/>
          <w:sz w:val="24"/>
        </w:rPr>
        <w:t>δὲ βίας καὶ λῃστείας καὶ παντοδαπῶν φόνων ἦν με‐ στά. τοῖς δὲ νομεῦσιν ἀγραυλίας γεγενημένης καὶ σκευῆς στρατιωτικῆς, εὐλόγως ἅπαντες ἐνεπιμ‐ πλῶντο φρονήματος καὶ θράσους· περιφέροντες γὰρ ῥόπαλα καὶ λόγχας καὶ καλαύροπας ἀξιολόγους καὶ</w:t>
      </w:r>
    </w:p>
    <w:p>
      <w:r>
        <w:rPr>
          <w:rFonts w:ascii="Courier New" w:hAnsi="Courier New"/>
          <w:color w:val="555555"/>
          <w:sz w:val="20"/>
        </w:rPr>
        <w:t>[10]</w:t>
      </w:r>
    </w:p>
    <w:p>
      <w:r>
        <w:rPr>
          <w:rFonts w:ascii="Gentium Plus" w:hAnsi="Gentium Plus"/>
          <w:sz w:val="24"/>
        </w:rPr>
        <w:t>δέρματα λύκων ἢ συάγρων ἐσκεπασμένοι τὰ σώ‐ ματα καταπληκτικὴν εἶχον τὴν πρόσοψιν καὶ πολε‐</w:t>
      </w:r>
    </w:p>
    <w:p>
      <w:r>
        <w:rPr>
          <w:rFonts w:ascii="Courier New" w:hAnsi="Courier New"/>
          <w:color w:val="555555"/>
          <w:sz w:val="20"/>
        </w:rPr>
        <w:t>[34/35 2 . 30]</w:t>
      </w:r>
    </w:p>
    <w:p>
      <w:r>
        <w:rPr>
          <w:rFonts w:ascii="Gentium Plus" w:hAnsi="Gentium Plus"/>
          <w:sz w:val="24"/>
        </w:rPr>
        <w:t>μικῶν ἔργων οὐ πόρρω κειμένην. κυνῶν τε ἀλ‐ κίμων ἄθροισμα συνεπόμενον ἑκάστῳ καὶ τροφῆς καὶ γάλακτος καὶ κρεῶν παρακειμένων πλῆθος ἐξ‐ ηγρίου τάς τε ψυχὰς καὶ τὰ σώματα. ἦν οὖν πᾶσα</w:t>
      </w:r>
    </w:p>
    <w:p>
      <w:r>
        <w:rPr>
          <w:rFonts w:ascii="Courier New" w:hAnsi="Courier New"/>
          <w:color w:val="555555"/>
          <w:sz w:val="20"/>
        </w:rPr>
        <w:t>[5]</w:t>
      </w:r>
    </w:p>
    <w:p>
      <w:r>
        <w:rPr>
          <w:rFonts w:ascii="Gentium Plus" w:hAnsi="Gentium Plus"/>
          <w:sz w:val="24"/>
        </w:rPr>
        <w:t>χώρα μεστὴ καθάπερ στρατευμάτων διεσπαρμέ‐ νων, ὡς ἂν ὑπὸ τῆς τῶν δεσποτῶν ἐπιτροπῆς τοῦ</w:t>
      </w:r>
    </w:p>
    <w:p>
      <w:r>
        <w:rPr>
          <w:rFonts w:ascii="Courier New" w:hAnsi="Courier New"/>
          <w:color w:val="555555"/>
          <w:sz w:val="20"/>
        </w:rPr>
        <w:t>[34/35 2 . 31]</w:t>
      </w:r>
    </w:p>
    <w:p>
      <w:r>
        <w:rPr>
          <w:rFonts w:ascii="Gentium Plus" w:hAnsi="Gentium Plus"/>
          <w:sz w:val="24"/>
        </w:rPr>
        <w:t>θράσους τῶν δούλων καθωπλισμένου. οἱ δὲ στρα‐ τηγοὶ κωλύειν μὲν ἐπεχείρουν τὴν ἀπόνοιαν τῶν οἰκετῶν, κολάζειν δὲ οὐ τολμῶντες διὰ τὴν ἰσχὺν καὶ τὸ βάρος τῶν κυρίων ἠναγκάζοντο περιορᾶν</w:t>
      </w:r>
    </w:p>
    <w:p>
      <w:r>
        <w:rPr>
          <w:rFonts w:ascii="Courier New" w:hAnsi="Courier New"/>
          <w:color w:val="555555"/>
          <w:sz w:val="20"/>
        </w:rPr>
        <w:t>[5]</w:t>
      </w:r>
    </w:p>
    <w:p>
      <w:r>
        <w:rPr>
          <w:rFonts w:ascii="Gentium Plus" w:hAnsi="Gentium Plus"/>
          <w:sz w:val="24"/>
        </w:rPr>
        <w:t>τὴν ἐπαρχίαν λῃστευομένην. οἱ πλεῖστοι γὰρ τῶν κτητόρων ἱππεῖς ὄντες ἐντελεῖς τῶν Ῥωμαίων, καὶ</w:t>
      </w:r>
    </w:p>
    <w:p>
      <w:r>
        <w:rPr>
          <w:rFonts w:ascii="Courier New" w:hAnsi="Courier New"/>
          <w:color w:val="555555"/>
          <w:sz w:val="20"/>
        </w:rPr>
        <w:t>[34/35 2 . 32]</w:t>
      </w:r>
    </w:p>
    <w:p>
      <w:r>
        <w:rPr>
          <w:rFonts w:ascii="Gentium Plus" w:hAnsi="Gentium Plus"/>
          <w:sz w:val="24"/>
        </w:rPr>
        <w:t>Ὅτι οἱ περὶ τὰς γεωργίας ἀσχολούμενοι τῶν Ἰταλικῶν παμπληθεῖς οἰκέτας ὠνούμενοι καὶ πάν‐ τας χαράττοντες τοῖς στίγμασι τροφὰς μὲν οὐχ ἱκανὰς παρείχοντο, τῇ δὲ βαρύτητι τῶν ἔργων</w:t>
      </w:r>
    </w:p>
    <w:p>
      <w:r>
        <w:rPr>
          <w:rFonts w:ascii="Courier New" w:hAnsi="Courier New"/>
          <w:color w:val="555555"/>
          <w:sz w:val="20"/>
        </w:rPr>
        <w:t>[5]</w:t>
      </w:r>
    </w:p>
    <w:p>
      <w:r>
        <w:rPr>
          <w:rFonts w:ascii="Gentium Plus" w:hAnsi="Gentium Plus"/>
          <w:sz w:val="24"/>
        </w:rPr>
        <w:t>κατέξαινον ... τὴν παρ’ αὐτῶν ταλαιπωρίαν. (Const. Exc. 2(1), pp. 302—303.)</w:t>
      </w:r>
    </w:p>
    <w:p>
      <w:r>
        <w:rPr>
          <w:rFonts w:ascii="Courier New" w:hAnsi="Courier New"/>
          <w:color w:val="555555"/>
          <w:sz w:val="20"/>
        </w:rPr>
        <w:t>[34/35 2 . 33]</w:t>
      </w:r>
    </w:p>
    <w:p>
      <w:r>
        <w:rPr>
          <w:rFonts w:ascii="Gentium Plus" w:hAnsi="Gentium Plus"/>
          <w:sz w:val="24"/>
        </w:rPr>
        <w:t>Ὅτι οὐ μόνον κατὰ τὰς πολιτικὰς δυναστείας τοὺς ἐν ὑπεροχῇ ὄντας ἐπιεικῶς χρὴ προσφέρεσθαι τοῖς ταπεινοτέροις, ἀλλὰ καὶ κατὰ τοὺς ἰδιωτικοὺς βίους πρᾴως προσενεκτέον τοῖς οἰκέταις τοὺς εὖ</w:t>
      </w:r>
    </w:p>
    <w:p>
      <w:r>
        <w:rPr>
          <w:rFonts w:ascii="Courier New" w:hAnsi="Courier New"/>
          <w:color w:val="555555"/>
          <w:sz w:val="20"/>
        </w:rPr>
        <w:t>[5]</w:t>
      </w:r>
    </w:p>
    <w:p>
      <w:r>
        <w:rPr>
          <w:rFonts w:ascii="Gentium Plus" w:hAnsi="Gentium Plus"/>
          <w:sz w:val="24"/>
        </w:rPr>
        <w:t>φρονοῦντας. ἡ γὰρ ὑπερηφανία καὶ βαρύτης ἐν μὲν ταῖς πόλεσιν ἀπεργάζεται στάσεις ἐμφυλίους τῶν ἐλευθέρων, ἐν δὲ τοῖς κατὰ μέρος τῶν ἰδιωτῶν οἴκοις δούλων ἐπιβουλὰς τοῖς δεσπόταις καὶ ἀπο‐ στάσεις φοβερὰς κοινῇ ταῖς πόλεσι κατασκευάζει.</w:t>
      </w:r>
    </w:p>
    <w:p>
      <w:r>
        <w:rPr>
          <w:rFonts w:ascii="Courier New" w:hAnsi="Courier New"/>
          <w:color w:val="555555"/>
          <w:sz w:val="20"/>
        </w:rPr>
        <w:t>[10]</w:t>
      </w:r>
    </w:p>
    <w:p>
      <w:r>
        <w:rPr>
          <w:rFonts w:ascii="Gentium Plus" w:hAnsi="Gentium Plus"/>
          <w:sz w:val="24"/>
        </w:rPr>
        <w:t>ὅσῳ δ’ ἂν τὰ τῆς ἐξουσίας εἰς ὠμότητα καὶ παρα‐ νομίαν ἐκτρέπηται, τοσούτῳ μᾶλλον καὶ τὰ τῶν ὑποτεταγμένων ἤθη πρὸς ἀπόνοιαν ἀποθηριοῦται· πᾶς γὰρ ὁ τῇ τύχῃ ταπεινὸς τοῦ μὲν καλοῦ καὶ τῆς δόξης ἑκουσίως ἐκχωρεῖ τοῖς ὑπερέχουσι, τῆς δὲ</w:t>
      </w:r>
    </w:p>
    <w:p>
      <w:r>
        <w:rPr>
          <w:rFonts w:ascii="Courier New" w:hAnsi="Courier New"/>
          <w:color w:val="555555"/>
          <w:sz w:val="20"/>
        </w:rPr>
        <w:t>[15]</w:t>
      </w:r>
    </w:p>
    <w:p>
      <w:r>
        <w:rPr>
          <w:rFonts w:ascii="Gentium Plus" w:hAnsi="Gentium Plus"/>
          <w:sz w:val="24"/>
        </w:rPr>
        <w:t>καθηκούσης φιλανθρωπίας στερισκόμενος πολέμιος γίνεται τῶν ἀνημέρως δεσποζόντων. (Const. Exc. 4, pp. 383—384.)</w:t>
      </w:r>
    </w:p>
    <w:p>
      <w:r>
        <w:rPr>
          <w:rFonts w:ascii="Courier New" w:hAnsi="Courier New"/>
          <w:color w:val="555555"/>
          <w:sz w:val="20"/>
        </w:rPr>
        <w:t>[34/35 2 . 34]</w:t>
      </w:r>
    </w:p>
    <w:p>
      <w:r>
        <w:rPr>
          <w:rFonts w:ascii="Gentium Plus" w:hAnsi="Gentium Plus"/>
          <w:sz w:val="24"/>
        </w:rPr>
        <w:t>Ὅτι Δαμόφιλός τις ἦν τὸ γένος Ἐνναῖος, τὴν οὐσίαν μεγαλόπλουτος, τὸν τρόπον ὑπερήφανος, ὃς πολλὴν χώρας περίοδον γεωργῶν, παμπληθεῖς δὲ</w:t>
      </w:r>
    </w:p>
    <w:p>
      <w:r>
        <w:rPr>
          <w:rFonts w:ascii="Courier New" w:hAnsi="Courier New"/>
          <w:color w:val="555555"/>
          <w:sz w:val="20"/>
        </w:rPr>
        <w:t>[5]</w:t>
      </w:r>
    </w:p>
    <w:p>
      <w:r>
        <w:rPr>
          <w:rFonts w:ascii="Gentium Plus" w:hAnsi="Gentium Plus"/>
          <w:sz w:val="24"/>
        </w:rPr>
        <w:t>τρυφὴν τῶν κατὰ Σικελίαν Ἰταλικῶν ἐζήλωσεν, ἀλλὰ καὶ τὸ κατὰ τοὺς οἰκέτας πλῆθος καὶ τὴν εἰς τούτους ἀπανθρωπίαν καὶ βαρύτητα. ἐπὶ μὲν γὰρ τῆς χώρας ἵππους τε πολυτελεῖς καὶ τετρακύκλους ἀπήνας μετ’ οἰκετῶν στρατιωτικῶν περιήγετο·</w:t>
      </w:r>
    </w:p>
    <w:p>
      <w:r>
        <w:rPr>
          <w:rFonts w:ascii="Courier New" w:hAnsi="Courier New"/>
          <w:color w:val="555555"/>
          <w:sz w:val="20"/>
        </w:rPr>
        <w:t>[10]</w:t>
      </w:r>
    </w:p>
    <w:p>
      <w:r>
        <w:rPr>
          <w:rFonts w:ascii="Gentium Plus" w:hAnsi="Gentium Plus"/>
          <w:sz w:val="24"/>
        </w:rPr>
        <w:t>πρὸς δὲ τούτοις εὐπρεπῶν παίδων πλῆθος, ἔτι δὲ κολάκων ἀνάγωγον παραδρομὴν ἔχειν ἐφιλοτιμεῖτο.</w:t>
      </w:r>
    </w:p>
    <w:p>
      <w:r>
        <w:rPr>
          <w:rFonts w:ascii="Courier New" w:hAnsi="Courier New"/>
          <w:color w:val="555555"/>
          <w:sz w:val="20"/>
        </w:rPr>
        <w:t>[34/35 2 . 35]</w:t>
      </w:r>
    </w:p>
    <w:p>
      <w:r>
        <w:rPr>
          <w:rFonts w:ascii="Gentium Plus" w:hAnsi="Gentium Plus"/>
          <w:sz w:val="24"/>
        </w:rPr>
        <w:t>κατὰ δὲ τὴν πόλιν καὶ τὰς ἐπαύλεις ἀργυρωμάτων ἐκθέσεις τορευτῶν καὶ στρωμάτων θαλαττίων πολυ‐ τελείας ἐκπονούμενος παρετίθετο τραπέζας ὑπερ‐ ηφάνους καὶ βασιλικὰς ταῖς δαψιλείαις, ὑπεραίρων</w:t>
      </w:r>
    </w:p>
    <w:p>
      <w:r>
        <w:rPr>
          <w:rFonts w:ascii="Courier New" w:hAnsi="Courier New"/>
          <w:color w:val="555555"/>
          <w:sz w:val="20"/>
        </w:rPr>
        <w:t>[5]</w:t>
      </w:r>
    </w:p>
    <w:p>
      <w:r>
        <w:rPr>
          <w:rFonts w:ascii="Gentium Plus" w:hAnsi="Gentium Plus"/>
          <w:sz w:val="24"/>
        </w:rPr>
        <w:t>τὴν Περσικὴν τρυφὴν ταῖς δαπάναις καὶ πολυτε‐ λείαις· ὑπερέβαλε δὲ καὶ κατὰ τὴν ὑπερηφανίαν. ἀνάγωγος γὰρ καὶ ἀπαίδευτος τρόπος ἐξουσίας ἀν‐ υπευθύνου καὶ τύχης μεγαλοπλούτου κυριεύσας τὸ μὲν πρῶτον κόρον ἐγέννησεν, εἶθ’ ὕβριν, τὸ δὲ τε‐</w:t>
      </w:r>
    </w:p>
    <w:p>
      <w:r>
        <w:rPr>
          <w:rFonts w:ascii="Courier New" w:hAnsi="Courier New"/>
          <w:color w:val="555555"/>
          <w:sz w:val="20"/>
        </w:rPr>
        <w:t>[10]</w:t>
      </w:r>
    </w:p>
    <w:p>
      <w:r>
        <w:rPr>
          <w:rFonts w:ascii="Gentium Plus" w:hAnsi="Gentium Plus"/>
          <w:sz w:val="24"/>
        </w:rPr>
        <w:t>λευταῖον ὄλεθρόν τε αὐτῷ καὶ συμφορὰς μεγάλας</w:t>
      </w:r>
    </w:p>
    <w:p>
      <w:r>
        <w:rPr>
          <w:rFonts w:ascii="Courier New" w:hAnsi="Courier New"/>
          <w:color w:val="555555"/>
          <w:sz w:val="20"/>
        </w:rPr>
        <w:t>[34/35 2 . 36]</w:t>
      </w:r>
    </w:p>
    <w:p>
      <w:r>
        <w:rPr>
          <w:rFonts w:ascii="Gentium Plus" w:hAnsi="Gentium Plus"/>
          <w:sz w:val="24"/>
        </w:rPr>
        <w:t>τῇ πατρίδι. ἀγοράζων γὰρ οἰκετῶν πλῆθος ὑβρι‐ στικῶς αὐτοῖς προσεφέρετο, στίγμασι σιδήρου χαράττων τὰ σώματα τῶν ἐλευθέρων μὲν ἐν ταῖς πατρίσι γεγενημένων, αἰχμαλωσίας δὲ καὶ δουλι‐</w:t>
      </w:r>
    </w:p>
    <w:p>
      <w:r>
        <w:rPr>
          <w:rFonts w:ascii="Courier New" w:hAnsi="Courier New"/>
          <w:color w:val="555555"/>
          <w:sz w:val="20"/>
        </w:rPr>
        <w:t>[5]</w:t>
      </w:r>
    </w:p>
    <w:p>
      <w:r>
        <w:rPr>
          <w:rFonts w:ascii="Gentium Plus" w:hAnsi="Gentium Plus"/>
          <w:sz w:val="24"/>
        </w:rPr>
        <w:t>κῆς τύχης πεπειραμένων. καὶ τούτων τοὺς μὲν πέ‐ δαις δεσμεύων εἰς τὰς συνεργασίας ἐνέβαλλε, τοὺς δὲ νομεῖς ἀποδεικνύων οὔτ’ ἐσθῆτας οὔτε τροφὰς ἐχορήγει τὰς ἁρμοττούσας. (Const. Exc. 2(1), p. 304.)</w:t>
      </w:r>
    </w:p>
    <w:p>
      <w:r>
        <w:rPr>
          <w:rFonts w:ascii="Courier New" w:hAnsi="Courier New"/>
          <w:color w:val="555555"/>
          <w:sz w:val="20"/>
        </w:rPr>
        <w:t>[34/35 2 . 38]</w:t>
      </w:r>
    </w:p>
    <w:p>
      <w:r>
        <w:rPr>
          <w:rFonts w:ascii="Gentium Plus" w:hAnsi="Gentium Plus"/>
          <w:sz w:val="24"/>
        </w:rPr>
        <w:t>Ὅτι Δαμόφιλος ὁ Ἐνναῖός ποτε προσελθόντων αὐτῷ τινων οἰκετῶν γυμνῶν καὶ διαλεγομένων ὑπὲρ ἐσθῆτος οὐκ ἠνέσχετο τὴν ἔντευξιν, ἀλλ’ εἰπών· Τί γάρ; οἱ διὰ τῆς χώρας ὁδοιποροῦντες γυμνοὶ βα‐</w:t>
      </w:r>
    </w:p>
    <w:p>
      <w:r>
        <w:rPr>
          <w:rFonts w:ascii="Courier New" w:hAnsi="Courier New"/>
          <w:color w:val="555555"/>
          <w:sz w:val="20"/>
        </w:rPr>
        <w:t>[5]</w:t>
      </w:r>
    </w:p>
    <w:p>
      <w:r>
        <w:rPr>
          <w:rFonts w:ascii="Gentium Plus" w:hAnsi="Gentium Plus"/>
          <w:sz w:val="24"/>
        </w:rPr>
        <w:t>δίζουσι, καὶ οὐχ ἑτοίμην παρέχονται τὴν χορηγίαν τοῖς χρείαν ἔχουσιν ἱματίων; ἐπέταξε προσδῆσαι τοῖς κίοσι καὶ πληγὰς ἐμφορήσας ἐξαπέστειλεν ὑπερηφάνως. (Const. Exc. 4, p. 384.)</w:t>
      </w:r>
    </w:p>
    <w:p>
      <w:r>
        <w:rPr>
          <w:rFonts w:ascii="Courier New" w:hAnsi="Courier New"/>
          <w:color w:val="555555"/>
          <w:sz w:val="20"/>
        </w:rPr>
        <w:t>[34/35 2 . 37]</w:t>
      </w:r>
    </w:p>
    <w:p>
      <w:r>
        <w:rPr>
          <w:rFonts w:ascii="Gentium Plus" w:hAnsi="Gentium Plus"/>
          <w:sz w:val="24"/>
        </w:rPr>
        <w:t>Ὅτι ὁ αὐτὸς Δαμόφιλος διὰ τὴν αὐθάδειαν καὶ τὴν ὠμότητα τῶν τρόπων οὐκ ἦν ἡμέρα καθ’ ἣν οὐκ ᾐκίζετό τινας τῶν οἰκετῶν ἐπ’ αἰτίαις οὐ δικαίαις. οὐχ ἧττον δὲ ἡ γυνὴ τούτου Μεταλλὶς</w:t>
      </w:r>
    </w:p>
    <w:p>
      <w:r>
        <w:rPr>
          <w:rFonts w:ascii="Courier New" w:hAnsi="Courier New"/>
          <w:color w:val="555555"/>
          <w:sz w:val="20"/>
        </w:rPr>
        <w:t>[5]</w:t>
      </w:r>
    </w:p>
    <w:p>
      <w:r>
        <w:rPr>
          <w:rFonts w:ascii="Gentium Plus" w:hAnsi="Gentium Plus"/>
          <w:sz w:val="24"/>
        </w:rPr>
        <w:t>χαίρουσα ταῖς ὑπερηφάνοις τιμωρίαις ὠμῶς προσ‐ εφέρετο ταῖς θεραπαινίσι καὶ τῶν οἰκετῶν τοῖς ὑποπεσοῦσιν. καὶ διὰ τὴν ἐξ ἀμφοτέρων ὕβριν καὶ τιμωρίαν ἀπεθηριώθησαν οἱ δοῦλοι πρὸς τοὺς κυ‐ ρίους, καὶ διαλαβόντες μηδὲν ἔτι χεῖρον τῶν παρόν‐</w:t>
      </w:r>
    </w:p>
    <w:p>
      <w:r>
        <w:rPr>
          <w:rFonts w:ascii="Courier New" w:hAnsi="Courier New"/>
          <w:color w:val="555555"/>
          <w:sz w:val="20"/>
        </w:rPr>
        <w:t>[10]</w:t>
      </w:r>
    </w:p>
    <w:p>
      <w:r>
        <w:rPr>
          <w:rFonts w:ascii="Gentium Plus" w:hAnsi="Gentium Plus"/>
          <w:sz w:val="24"/>
        </w:rPr>
        <w:t>των αὐτοῖς κακῶν ἀπαντήσεσθαι. ... (Const. Exc. 2(1), p. 304.)</w:t>
      </w:r>
    </w:p>
    <w:p>
      <w:r>
        <w:rPr>
          <w:rFonts w:ascii="Courier New" w:hAnsi="Courier New"/>
          <w:color w:val="555555"/>
          <w:sz w:val="20"/>
        </w:rPr>
        <w:t>[34/35 2 24b]</w:t>
      </w:r>
    </w:p>
    <w:p>
      <w:r>
        <w:rPr>
          <w:rFonts w:ascii="Gentium Plus" w:hAnsi="Gentium Plus"/>
          <w:sz w:val="24"/>
        </w:rPr>
        <w:t>Ὅτι συνετίθεντο πρὸς ἀλλήλους οἱ δοῦλοι περὶ ἀποστάσεως καὶ φόνου τῶν κυρίων. παρελθόντες δὲ πρὸς τὸν Εὔνουν οὐκ ἄπωθεν διατρίβοντα ἠρώ‐ των εἰ συγχωρεῖται παρὰ τῶν θεῶν αὐτοῖς τὸ</w:t>
      </w:r>
    </w:p>
    <w:p>
      <w:r>
        <w:rPr>
          <w:rFonts w:ascii="Courier New" w:hAnsi="Courier New"/>
          <w:color w:val="555555"/>
          <w:sz w:val="20"/>
        </w:rPr>
        <w:t>[5]</w:t>
      </w:r>
    </w:p>
    <w:p>
      <w:r>
        <w:rPr>
          <w:rFonts w:ascii="Gentium Plus" w:hAnsi="Gentium Plus"/>
          <w:sz w:val="24"/>
        </w:rPr>
        <w:t>βεβουλευμένον. ὁ δὲ τερατευόμενος μετ’ ἐνθου‐ σιασμοῦ καὶ περὶ τίνων ἥκουσι ἀκούσας διεσάφη‐ σεν ὅτι διδόασιν αὐτοῖς οἱ θεοὶ τὴν ἀπόστασιν, ἐὰν μηδεμίαν ὑπερβολὴν ποιησάμενοι παραχρῆμα μὲν</w:t>
      </w:r>
    </w:p>
    <w:p>
      <w:r>
        <w:rPr>
          <w:rFonts w:ascii="Courier New" w:hAnsi="Courier New"/>
          <w:color w:val="555555"/>
          <w:sz w:val="20"/>
        </w:rPr>
        <w:t>[10]</w:t>
      </w:r>
    </w:p>
    <w:p>
      <w:r>
        <w:rPr>
          <w:rFonts w:ascii="Gentium Plus" w:hAnsi="Gentium Plus"/>
          <w:sz w:val="24"/>
        </w:rPr>
        <w:t>μένης αὐτοῖς κεκυρῶσθαι πατρίδα τὴν Ἔνναν, οὖσαν ἀκρόπολιν ὅλης τῆς νήσου. τοιούτων λόγων ἀκούσαντες καὶ διαλαβόντες ὅτι τὸ δαιμόνιον αὐτοῖς συνεπιλαμβάνεται τῆς προαιρέσεως, οὕτως παρέ‐ στησαν ταῖς ψυχαῖς πρὸς τὴν ἀπόστασιν ὥστε</w:t>
      </w:r>
    </w:p>
    <w:p>
      <w:r>
        <w:rPr>
          <w:rFonts w:ascii="Courier New" w:hAnsi="Courier New"/>
          <w:color w:val="555555"/>
          <w:sz w:val="20"/>
        </w:rPr>
        <w:t>[15]</w:t>
      </w:r>
    </w:p>
    <w:p>
      <w:r>
        <w:rPr>
          <w:rFonts w:ascii="Gentium Plus" w:hAnsi="Gentium Plus"/>
          <w:sz w:val="24"/>
        </w:rPr>
        <w:t>μηδεμίαν ἀναβολὴν τῶν δεδογμένων ποιεῖσθαι. εὐ‐ θὺς οὖν τοὺς μὲν δεδεμένους ἔλυον, τῶν δὲ ἄλλων τοὺς πλησίον διατρίβοντας συλλαβόμενοι περὶ τε‐ τρακοσίους συνήθροισαν ἐπί τινος ἀγροῦ πλησίον ὄντος τῆς Ἔννης. συνθέμενοι δὲ πρὸς ἀλλήλους</w:t>
      </w:r>
    </w:p>
    <w:p>
      <w:r>
        <w:rPr>
          <w:rFonts w:ascii="Courier New" w:hAnsi="Courier New"/>
          <w:color w:val="555555"/>
          <w:sz w:val="20"/>
        </w:rPr>
        <w:t>[20]</w:t>
      </w:r>
    </w:p>
    <w:p>
      <w:r>
        <w:rPr>
          <w:rFonts w:ascii="Gentium Plus" w:hAnsi="Gentium Plus"/>
          <w:sz w:val="24"/>
        </w:rPr>
        <w:t>καὶ πίστεις ἐπὶ σφαγίων ἐνόρκους νυκτὸς ποιη‐ σάμενοι καθωπλίσθησαν, ὥς ποτ’ οὖν ὁ καιρὸς συνεχώρει· πάντες δὲ τὸ κράτιστον τῶν ὅπλων τὸν θυμὸν ἀνελάμβανον κατὰ τῆς ἀπωλείας τῶν ὑπερ‐ ηφάνων κυρίων· καὶ τούτων ἀφηγεῖτο Εὔνους. καὶ</w:t>
      </w:r>
    </w:p>
    <w:p>
      <w:r>
        <w:rPr>
          <w:rFonts w:ascii="Courier New" w:hAnsi="Courier New"/>
          <w:color w:val="555555"/>
          <w:sz w:val="20"/>
        </w:rPr>
        <w:t>[25]</w:t>
      </w:r>
    </w:p>
    <w:p>
      <w:r>
        <w:rPr>
          <w:rFonts w:ascii="Gentium Plus" w:hAnsi="Gentium Plus"/>
          <w:sz w:val="24"/>
        </w:rPr>
        <w:t>παρακαλοῦντες ἀλλήλους περὶ μέσας νύκτας εἰσέ‐ πεσον εἰς τὴν πόλιν καὶ πολλοὺς ἀνῄρουν. (Const. Exc. 3, pp. 206—207.)</w:t>
      </w:r>
    </w:p>
    <w:p>
      <w:r>
        <w:rPr>
          <w:rFonts w:ascii="Courier New" w:hAnsi="Courier New"/>
          <w:color w:val="555555"/>
          <w:sz w:val="20"/>
        </w:rPr>
        <w:t>[34/35 2 . 39]</w:t>
      </w:r>
    </w:p>
    <w:p>
      <w:r>
        <w:rPr>
          <w:rFonts w:ascii="Gentium Plus" w:hAnsi="Gentium Plus"/>
          <w:sz w:val="24"/>
        </w:rPr>
        <w:t>Ὅτι κατὰ τὴν Σικελίαν ἦν τοῦ Δαμοφίλου θυγά‐ τηρ, παρθένος μὲν τὴν ἡλικίαν, ἁπλότητι δὲ τρόπων καὶ φιλανθρωπίᾳ διαφέρουσα. αὕτη τοὺς μαστι‐ ζομένους ὑπὸ τῶν γονέων ἀεὶ φιλοτίμως εἰώθει</w:t>
      </w:r>
    </w:p>
    <w:p>
      <w:r>
        <w:rPr>
          <w:rFonts w:ascii="Courier New" w:hAnsi="Courier New"/>
          <w:color w:val="555555"/>
          <w:sz w:val="20"/>
        </w:rPr>
        <w:t>[5]</w:t>
      </w:r>
    </w:p>
    <w:p>
      <w:r>
        <w:rPr>
          <w:rFonts w:ascii="Gentium Plus" w:hAnsi="Gentium Plus"/>
          <w:sz w:val="24"/>
        </w:rPr>
        <w:t>παρηγορεῖσθαι, καὶ τοῖς δεδεμένοις τῶν οἰκετῶν ἐπαρκοῦσα διὰ τὴν ἐπιείκειαν θαυμαστῶς ὑπὸ πάν‐ των ἠγαπᾶτο. καὶ τότ’ οὖν τῆς προγεγενημένης χάριτος ξενολογησάσης αὐτῇ τὸν παρὰ τῶν εὖ πε‐ πονθότων ἔλεον, οὐ μόνον οὐδεὶς ἐτόλμησε μεθ’</w:t>
      </w:r>
    </w:p>
    <w:p>
      <w:r>
        <w:rPr>
          <w:rFonts w:ascii="Courier New" w:hAnsi="Courier New"/>
          <w:color w:val="555555"/>
          <w:sz w:val="20"/>
        </w:rPr>
        <w:t>[10]</w:t>
      </w:r>
    </w:p>
    <w:p>
      <w:r>
        <w:rPr>
          <w:rFonts w:ascii="Gentium Plus" w:hAnsi="Gentium Plus"/>
          <w:sz w:val="24"/>
        </w:rPr>
        <w:t>ὕβρεως ἐπιβαλεῖν τῇ κόρῃ τὰς χεῖρας, ἀλλὰ πάντες</w:t>
      </w:r>
    </w:p>
    <w:p>
      <w:r>
        <w:rPr>
          <w:rFonts w:ascii="Courier New" w:hAnsi="Courier New"/>
          <w:color w:val="555555"/>
          <w:sz w:val="20"/>
        </w:rPr>
        <w:t>[34/35 2 . 40]</w:t>
      </w:r>
    </w:p>
    <w:p>
      <w:r>
        <w:rPr>
          <w:rFonts w:ascii="Gentium Plus" w:hAnsi="Gentium Plus"/>
          <w:sz w:val="24"/>
        </w:rPr>
        <w:t>Ὅτι ἀπηγριωμένων τῶν ἀποστατῶν δούλων πρὸς ὅλην τὴν οἰκίαν τῶν δεσποτῶν καὶ τρεπομένων πρὸς ἀπαραίτητον ὕβριν καὶ τιμωρίαν, ὑπέφαινον ὡς οὐ δι’ ὠμότητα φύσεως, ἀλλὰ διὰ τὰς προγεγενημένας</w:t>
      </w:r>
    </w:p>
    <w:p>
      <w:r>
        <w:rPr>
          <w:rFonts w:ascii="Courier New" w:hAnsi="Courier New"/>
          <w:color w:val="555555"/>
          <w:sz w:val="20"/>
        </w:rPr>
        <w:t>[5]</w:t>
      </w:r>
    </w:p>
    <w:p>
      <w:r>
        <w:rPr>
          <w:rFonts w:ascii="Gentium Plus" w:hAnsi="Gentium Plus"/>
          <w:sz w:val="24"/>
        </w:rPr>
        <w:t>εἰς αὐτοὺς ὑπερηφανίας ἐλύττων πρὸς τὴν τῶν προαδικησάντων κόλασιν τραπέντες. Ὅτι καὶ παρὰ τοῖς οἰκέταις αὐτοδίδακτός ἐστιν ἡ φύσις εἰς δικαίαν ἀπόδοσιν χάριτός τε καὶ τι‐ μωρίας. (Const. Exc. 4, p. 384.)</w:t>
      </w:r>
    </w:p>
    <w:p>
      <w:r>
        <w:rPr>
          <w:rFonts w:ascii="Courier New" w:hAnsi="Courier New"/>
          <w:color w:val="555555"/>
          <w:sz w:val="20"/>
        </w:rPr>
        <w:t>[34/35 2 . 41]</w:t>
      </w:r>
    </w:p>
    <w:p>
      <w:r>
        <w:rPr>
          <w:rFonts w:ascii="Gentium Plus" w:hAnsi="Gentium Plus"/>
          <w:sz w:val="24"/>
        </w:rPr>
        <w:t>Ὅτι ὁ Εὔνους μετὰ ἀναγορευθῆναι βασιλεὺς πάντας ἀνελών, ἐκκλέψας μόνους ἀφῆκε τοὺς ἐν τοῖς ἔμπροσθεν χρόνοις κατὰ τὰς τοῦ κυρίου συμ‐ περιφορὰς ἐν τοῖς συνδείπνοις ἀποδεδεγμένους αὐ‐</w:t>
      </w:r>
    </w:p>
    <w:p>
      <w:r>
        <w:rPr>
          <w:rFonts w:ascii="Courier New" w:hAnsi="Courier New"/>
          <w:color w:val="555555"/>
          <w:sz w:val="20"/>
        </w:rPr>
        <w:t>[5]</w:t>
      </w:r>
    </w:p>
    <w:p>
      <w:r>
        <w:rPr>
          <w:rFonts w:ascii="Gentium Plus" w:hAnsi="Gentium Plus"/>
          <w:sz w:val="24"/>
        </w:rPr>
        <w:t>τὸν ἐν τῇ τε μαντικῇ καὶ κατὰ τὰς ἐκ τῆς τρα‐ πέζης δόσεις φιλανθρώπως· ὥστε θαυμάσαι ἦν τήν τε τῆς τύχης περιπέτειαν καὶ τὸ τὴν κατὰ τῶν εὐτελεστάτων εὐεργεσίαν ἀμειφθῆναι σὺν καιρῷ τη‐ λικαύτῃ χάριτι. (Const. Exc. 2(1), p. 305.)</w:t>
      </w:r>
    </w:p>
    <w:p>
      <w:r>
        <w:rPr>
          <w:rFonts w:ascii="Courier New" w:hAnsi="Courier New"/>
          <w:color w:val="555555"/>
          <w:sz w:val="20"/>
        </w:rPr>
        <w:t>[34/35 2 . 42]</w:t>
      </w:r>
    </w:p>
    <w:p>
      <w:r>
        <w:rPr>
          <w:rFonts w:ascii="Gentium Plus" w:hAnsi="Gentium Plus"/>
          <w:sz w:val="24"/>
        </w:rPr>
        <w:t>Ὅτι Ἀχαιὸς ὁ τοῦ βασιλέως Ἀντιόχου σύμ‐ βουλος τοῖς πραττομένοις ὑπὸ τῶν δραπετῶν οὐκ εὐαρεστούμενος ἐπετίμα τε τοῖς τολμωμένοις ὑπ’</w:t>
      </w:r>
    </w:p>
    <w:p>
      <w:r>
        <w:rPr>
          <w:rFonts w:ascii="Courier New" w:hAnsi="Courier New"/>
          <w:color w:val="555555"/>
          <w:sz w:val="20"/>
        </w:rPr>
        <w:t>[5]</w:t>
      </w:r>
    </w:p>
    <w:p>
      <w:r>
        <w:rPr>
          <w:rFonts w:ascii="Gentium Plus" w:hAnsi="Gentium Plus"/>
          <w:sz w:val="24"/>
        </w:rPr>
        <w:t>τεύξονται τιμωρίας. ὃν ὁ Εὔνους παρρησιαζόμενον τοσοῦτον ἀπέσχε τοῦ θανάτῳ περιβαλεῖν ὥστε οὐ μόνον ἐδωρήσατο τὴν τῶν δεσποτῶν οἰκίαν, ἀλλὰ καὶ σύμβουλον ἐποιήσατο. (Const. Exc. 4, p. 384.)</w:t>
      </w:r>
    </w:p>
    <w:p>
      <w:r>
        <w:rPr>
          <w:rFonts w:ascii="Courier New" w:hAnsi="Courier New"/>
          <w:color w:val="555555"/>
          <w:sz w:val="20"/>
        </w:rPr>
        <w:t>[34/35 2 . 43]</w:t>
      </w:r>
    </w:p>
    <w:p>
      <w:r>
        <w:rPr>
          <w:rFonts w:ascii="Gentium Plus" w:hAnsi="Gentium Plus"/>
          <w:sz w:val="24"/>
        </w:rPr>
        <w:t>Ὅτι καὶ ἄλλη τις ἐγένετο ἀπόστασις δραπετῶν καὶ σύστημα ἀξιόλογον. Κλέων γάρ τις Κίλιξ ἐκ τῶν περὶ τὸν Ταῦρον τόπων, συνήθης ὢν ἐκ παίδων τῷ λῃστρικῷ βίῳ καὶ κατὰ τὴν Σικελίαν νομεὺς</w:t>
      </w:r>
    </w:p>
    <w:p>
      <w:r>
        <w:rPr>
          <w:rFonts w:ascii="Courier New" w:hAnsi="Courier New"/>
          <w:color w:val="555555"/>
          <w:sz w:val="20"/>
        </w:rPr>
        <w:t>[5]</w:t>
      </w:r>
    </w:p>
    <w:p>
      <w:r>
        <w:rPr>
          <w:rFonts w:ascii="Gentium Plus" w:hAnsi="Gentium Plus"/>
          <w:sz w:val="24"/>
        </w:rPr>
        <w:t>γεγονὼς ἱπποφορβίων, οὐ διέλιπεν ὁδοιδοκῶν καὶ παντοδαποὺς φόνους ἐπιτελούμενος. ὃς πυθόμενος τὴν κατὰ τὸν Εὔνουν προκοπὴν καὶ τὰς τῶν μετ’ αὐτοῦ δραπετῶν εὐημερίας ἀποστάτης ἐγένετο, καί τινας τῶν πλησίον οἰκετῶν πείσας συναπονοήσα‐</w:t>
      </w:r>
    </w:p>
    <w:p>
      <w:r>
        <w:rPr>
          <w:rFonts w:ascii="Courier New" w:hAnsi="Courier New"/>
          <w:color w:val="555555"/>
          <w:sz w:val="20"/>
        </w:rPr>
        <w:t>[10]</w:t>
      </w:r>
    </w:p>
    <w:p>
      <w:r>
        <w:rPr>
          <w:rFonts w:ascii="Gentium Plus" w:hAnsi="Gentium Plus"/>
          <w:sz w:val="24"/>
        </w:rPr>
        <w:t>σθαι κατέτρεχε τὴν πόλιν τῶν Ἀκραγαντίνων καὶ τὴν πλησιόχωρον πᾶσαν. (Const. Exc. 2(1), p. 305.)</w:t>
      </w:r>
    </w:p>
    <w:p>
      <w:r>
        <w:rPr>
          <w:rFonts w:ascii="Courier New" w:hAnsi="Courier New"/>
          <w:color w:val="555555"/>
          <w:sz w:val="20"/>
        </w:rPr>
        <w:t>[34/35 2 . 44]</w:t>
      </w:r>
    </w:p>
    <w:p>
      <w:r>
        <w:rPr>
          <w:rFonts w:ascii="Gentium Plus" w:hAnsi="Gentium Plus"/>
          <w:sz w:val="24"/>
        </w:rPr>
        <w:t>Ὅτι ἡ κατεπείγουσα χρεία καὶ σπάνις ἠνάγκαζε πάντα δοκιμάζειν τοὺς ἀποστάτας δούλους, οὐ δι‐ δοῦσα τὴν τῶν κρειττόνων ἐκλογήν.</w:t>
      </w:r>
    </w:p>
    <w:p>
      <w:r>
        <w:rPr>
          <w:rFonts w:ascii="Courier New" w:hAnsi="Courier New"/>
          <w:color w:val="555555"/>
          <w:sz w:val="20"/>
        </w:rPr>
        <w:t>[34/35 2 . 45]</w:t>
      </w:r>
    </w:p>
    <w:p>
      <w:r>
        <w:rPr>
          <w:rFonts w:ascii="Gentium Plus" w:hAnsi="Gentium Plus"/>
          <w:sz w:val="24"/>
        </w:rPr>
        <w:t>Ὅτι ὑπῆρχεν οὐ διοσημίας δεόμενον τὸ συλλο‐ γίσασθαι τῆς πόλεως τὸ εὐάλωτον. φανερὸν γὰρ ἦν καὶ τοῖς εὐηθεστάτοις ὅτι τῶν τειχῶν διὰ τὴν πολυχρόνιον εἰρήνην κατερρυηκότων καὶ πολλῶν ἐξ</w:t>
      </w:r>
    </w:p>
    <w:p>
      <w:r>
        <w:rPr>
          <w:rFonts w:ascii="Courier New" w:hAnsi="Courier New"/>
          <w:color w:val="555555"/>
          <w:sz w:val="20"/>
        </w:rPr>
        <w:t>[5]</w:t>
      </w:r>
    </w:p>
    <w:p>
      <w:r>
        <w:rPr>
          <w:rFonts w:ascii="Gentium Plus" w:hAnsi="Gentium Plus"/>
          <w:sz w:val="24"/>
        </w:rPr>
        <w:t>αὐτῆς στρατιωτῶν ἀπολωλότων, ἔσται τῆς πόλεως</w:t>
      </w:r>
    </w:p>
    <w:p>
      <w:r>
        <w:rPr>
          <w:rFonts w:ascii="Courier New" w:hAnsi="Courier New"/>
          <w:color w:val="555555"/>
          <w:sz w:val="20"/>
        </w:rPr>
        <w:t>[34/35 2 . 46]</w:t>
      </w:r>
    </w:p>
    <w:p>
      <w:r>
        <w:rPr>
          <w:rFonts w:ascii="Gentium Plus" w:hAnsi="Gentium Plus"/>
          <w:sz w:val="24"/>
        </w:rPr>
        <w:t>Ὅτι ὁ Εὔνους ἐκτὸς βέλους ἐπιστήσας τὴν δύνα‐ μιν ἐβλασφήμει τοὺς Ῥωμαίους, ἀποφαινόμενος οὐχ ἑαυτοὺς ἀλλ’ ἐκείνους εἶναι δραπέτας τῶν κινδύνων. μίμους δὲ ἐξ ἀποστάσεως τοῖς ἔνδον ἐπεδείκνυτο, δι’</w:t>
      </w:r>
    </w:p>
    <w:p>
      <w:r>
        <w:rPr>
          <w:rFonts w:ascii="Courier New" w:hAnsi="Courier New"/>
          <w:color w:val="555555"/>
          <w:sz w:val="20"/>
        </w:rPr>
        <w:t>[5]</w:t>
      </w:r>
    </w:p>
    <w:p>
      <w:r>
        <w:rPr>
          <w:rFonts w:ascii="Gentium Plus" w:hAnsi="Gentium Plus"/>
          <w:sz w:val="24"/>
        </w:rPr>
        <w:t>ὧν οἱ δοῦλοι τὰς ἀπὸ τῶν ἰδίων κυρίων ἀποστασίας ἐξεθεάτριζον, ὀνειδίζοντες αὐτῶν τὴν ὑπερηφανίαν καὶ τὴν ὑπερβολὴν τῆς εἰς τὸν ὄλεθρον προαγούσης ὕβρεως.</w:t>
      </w:r>
    </w:p>
    <w:p>
      <w:r>
        <w:rPr>
          <w:rFonts w:ascii="Courier New" w:hAnsi="Courier New"/>
          <w:color w:val="555555"/>
          <w:sz w:val="20"/>
        </w:rPr>
        <w:t>[34/35 2 . 47]</w:t>
      </w:r>
    </w:p>
    <w:p>
      <w:r>
        <w:rPr>
          <w:rFonts w:ascii="Gentium Plus" w:hAnsi="Gentium Plus"/>
          <w:sz w:val="24"/>
        </w:rPr>
        <w:t>Ὅτι τὰ ἐξηλλαγμένα δυστυχήματα, εἰ καί τινες πεπεισμένοι τυγχάνουσι μηδενὸς τῶν τοιούτων ἐπι‐ στροφὴν ποιεῖσθαι τὸ θεῖον, ἀλλ’ οὖν γε σύμφορόν ἐστι τῷ κοινῷ βίῳ τὴν ἐκ θεῶν δεισιδαιμονίαν ἐν‐</w:t>
      </w:r>
    </w:p>
    <w:p>
      <w:r>
        <w:rPr>
          <w:rFonts w:ascii="Courier New" w:hAnsi="Courier New"/>
          <w:color w:val="555555"/>
          <w:sz w:val="20"/>
        </w:rPr>
        <w:t>[5]</w:t>
      </w:r>
    </w:p>
    <w:p>
      <w:r>
        <w:rPr>
          <w:rFonts w:ascii="Gentium Plus" w:hAnsi="Gentium Plus"/>
          <w:sz w:val="24"/>
        </w:rPr>
        <w:t>τετηκέναι ταῖς τῶν πολλῶν ψυχαῖς. ὀλίγοι γὰρ οἱ δι’ ἀρετὴν ἰδίαν δικαιοπραγοῦντες, τὸ δὲ πολὺ φῦλον τῶν ἀνθρώπων νομικαῖς κολάσεσι καὶ ταῖς ἐκ θεοῦ τιμωρίαις ἀπέχεται τῶν κακουργημάτων.</w:t>
      </w:r>
    </w:p>
    <w:p>
      <w:r>
        <w:rPr>
          <w:rFonts w:ascii="Courier New" w:hAnsi="Courier New"/>
          <w:color w:val="555555"/>
          <w:sz w:val="20"/>
        </w:rPr>
        <w:t>[34/35 2 . 48]</w:t>
      </w:r>
    </w:p>
    <w:p>
      <w:r>
        <w:rPr>
          <w:rFonts w:ascii="Gentium Plus" w:hAnsi="Gentium Plus"/>
          <w:sz w:val="24"/>
        </w:rPr>
        <w:t>Ὅτι πολλῶν καὶ μεγάλων κακῶν ἐπισυμβάν‐ των τοῖς Σικελιώταις, τούτοις ἅπασιν ὁ δημοτικὸς ὄχλος οὐχ οἷον συνέπασχεν, ἀλλὰ τοὐναντίον ἐπ‐ έχαιρε προσεπιφθονῶν ἀνίσου τύχης καὶ ἀνωμάλου</w:t>
      </w:r>
    </w:p>
    <w:p>
      <w:r>
        <w:rPr>
          <w:rFonts w:ascii="Courier New" w:hAnsi="Courier New"/>
          <w:color w:val="555555"/>
          <w:sz w:val="20"/>
        </w:rPr>
        <w:t>[5]</w:t>
      </w:r>
    </w:p>
    <w:p>
      <w:r>
        <w:rPr>
          <w:rFonts w:ascii="Gentium Plus" w:hAnsi="Gentium Plus"/>
          <w:sz w:val="24"/>
        </w:rPr>
        <w:t>ζωῆς. ὁ γὰρ φθόνος ἐκ τῆς προγεγενημένης λύπης μετέβαλεν εἰς χαράν, ὁρῶν τὸ λαμπρὸν τῆς τύχης μεταπεπτωκὸς εἰς τὸ πρότερον ὑπ’ αὐτῆς ὑπερ‐ ορώμενον σχῆμα, καὶ τὸ πάντων δεινότατον, οἱ μὲν ἀποστάται προνοηθέντες ἐμφρόνως περὶ τοῦ μέλ‐</w:t>
      </w:r>
    </w:p>
    <w:p>
      <w:r>
        <w:rPr>
          <w:rFonts w:ascii="Courier New" w:hAnsi="Courier New"/>
          <w:color w:val="555555"/>
          <w:sz w:val="20"/>
        </w:rPr>
        <w:t>[10]</w:t>
      </w:r>
    </w:p>
    <w:p>
      <w:r>
        <w:rPr>
          <w:rFonts w:ascii="Gentium Plus" w:hAnsi="Gentium Plus"/>
          <w:sz w:val="24"/>
        </w:rPr>
        <w:t>λοντος οὔτε τὰς ἐπαύλεις ἐνεπύριζον οὔτε τὰς ἐν αὐταῖς κτήσεις καὶ καρπῶν ἀποθέσεις ἐλυμαίνοντο, τῶν τε πρὸς τὴν γεωργίαν ὡρμηκότων ἀπείχοντο,</w:t>
      </w:r>
    </w:p>
    <w:p>
      <w:r>
        <w:rPr>
          <w:rFonts w:ascii="Courier New" w:hAnsi="Courier New"/>
          <w:color w:val="555555"/>
          <w:sz w:val="20"/>
        </w:rPr>
        <w:t>[15]</w:t>
      </w:r>
    </w:p>
    <w:p>
      <w:r>
        <w:rPr>
          <w:rFonts w:ascii="Gentium Plus" w:hAnsi="Gentium Plus"/>
          <w:sz w:val="24"/>
        </w:rPr>
        <w:t>τὰς κτήσεις διήρπαζον, ἀλλὰ καὶ τὰς ἐπαύλεις ἐνε‐ πύριζον. (Const. Exc. 4, pp. 384—385.)</w:t>
      </w:r>
    </w:p>
    <w:p>
      <w:r>
        <w:rPr>
          <w:rFonts w:ascii="Courier New" w:hAnsi="Courier New"/>
          <w:color w:val="555555"/>
          <w:sz w:val="20"/>
        </w:rPr>
        <w:t>[34/35 3 . 1]</w:t>
      </w:r>
    </w:p>
    <w:p>
      <w:r>
        <w:rPr>
          <w:rFonts w:ascii="Gentium Plus" w:hAnsi="Gentium Plus"/>
          <w:sz w:val="24"/>
        </w:rPr>
        <w:t>Ὅτι κατὰ τὴν Ἀσίαν Ἄτταλος ὁ βασιλεὺς προσφάτως διαδεδεγμένος τὴν ἀρχὴν ἀλλοτρίαν ἔσχε διάθεσιν τῶν προβεβασιλευκότων. καὶ γὰρ ἐκεῖνοι χρηστότητι καὶ φιλανθρωπίᾳ χρώμενοι ταῖς</w:t>
      </w:r>
    </w:p>
    <w:p>
      <w:r>
        <w:rPr>
          <w:rFonts w:ascii="Courier New" w:hAnsi="Courier New"/>
          <w:color w:val="555555"/>
          <w:sz w:val="20"/>
        </w:rPr>
        <w:t>[5]</w:t>
      </w:r>
    </w:p>
    <w:p>
      <w:r>
        <w:rPr>
          <w:rFonts w:ascii="Gentium Plus" w:hAnsi="Gentium Plus"/>
          <w:sz w:val="24"/>
        </w:rPr>
        <w:t>βασιλείαις ἐνευδαιμόνησαν· οὗτος δὲ γενόμενος ὠ‐ μὸς καὶ μιαιφόνος πολλοὺς τῶν ὑπὸ τὴν βασιλείαν τεταγμένων ἀνηκέστοις συμφοραῖς καὶ σφαγαῖς περιέβαλε. τῶν δὲ πατρῴων φίλων τοὺς δυνατω‐ τάτους ὑποπτεύσας ὡς κατ’ αὐτοῦ τι βουλευσα‐</w:t>
      </w:r>
    </w:p>
    <w:p>
      <w:r>
        <w:rPr>
          <w:rFonts w:ascii="Courier New" w:hAnsi="Courier New"/>
          <w:color w:val="555555"/>
          <w:sz w:val="20"/>
        </w:rPr>
        <w:t>[10]</w:t>
      </w:r>
    </w:p>
    <w:p>
      <w:r>
        <w:rPr>
          <w:rFonts w:ascii="Gentium Plus" w:hAnsi="Gentium Plus"/>
          <w:sz w:val="24"/>
        </w:rPr>
        <w:t>μένους, ἔκρινε δεῖν ἅπαντας ἐκποδὼν ποιήσασθαι. ἐπιλεξάμενος οὖν τῶν βαρβάρων μισθοφόρων τοὺς ἀγριωτάτους εἰς φόνον, ἀπλήστους δὲ εἰς χρημάτων περιουσίαν, τούτους ἔν τισιν οἰκήμασι κατέκρυψεν ἐν τοῖς βασιλείοις, τῶν δὲ φίλων τοὺς ὑποπτευ‐</w:t>
      </w:r>
    </w:p>
    <w:p>
      <w:r>
        <w:rPr>
          <w:rFonts w:ascii="Courier New" w:hAnsi="Courier New"/>
          <w:color w:val="555555"/>
          <w:sz w:val="20"/>
        </w:rPr>
        <w:t>[15]</w:t>
      </w:r>
    </w:p>
    <w:p>
      <w:r>
        <w:rPr>
          <w:rFonts w:ascii="Gentium Plus" w:hAnsi="Gentium Plus"/>
          <w:sz w:val="24"/>
        </w:rPr>
        <w:t>ομένους μετεπέμπετο. παραγενομένων δὲ τῶν φίλων ... πάντας ἀπέκτεινεν, ἔχων ὑπηρέτας οἰκείους τῆς ἰδίας μιαιφονίας. εὐθὺς δὲ τέκνα καὶ γυναῖκας τούτων προσέταξε τῆς αὐτῆς τιμωρίας ἀξιῶσαι. τῶν δὲ ἄλλων φίλων τῶν ἐπ’ ἐξουσίᾳ</w:t>
      </w:r>
    </w:p>
    <w:p>
      <w:r>
        <w:rPr>
          <w:rFonts w:ascii="Courier New" w:hAnsi="Courier New"/>
          <w:color w:val="555555"/>
          <w:sz w:val="20"/>
        </w:rPr>
        <w:t>[20]</w:t>
      </w:r>
    </w:p>
    <w:p>
      <w:r>
        <w:rPr>
          <w:rFonts w:ascii="Gentium Plus" w:hAnsi="Gentium Plus"/>
          <w:sz w:val="24"/>
        </w:rPr>
        <w:t>στρατιωτῶν ἢ πόλεων τεταγμένων οὓς μὲν ἐδολο‐ φόνησεν, οὓς δὲ συλλαβὼν πανοικίους ἀνεῖλε. διὰ δὲ τὴν ὠμότητα μισηθεὶς οὐ μόνον ὑπὸ τῶν ἀρχο‐ μένων ἀλλὰ καὶ τῶν πλησιοχώρων πάντας τοὺς ὑπο‐ τεταγμένους ἐποίησε μετεώρους πρὸς καινοτομίαν.</w:t>
      </w:r>
    </w:p>
    <w:p>
      <w:r>
        <w:rPr>
          <w:rFonts w:ascii="Courier New" w:hAnsi="Courier New"/>
          <w:color w:val="555555"/>
          <w:sz w:val="20"/>
        </w:rPr>
        <w:t>[25]</w:t>
      </w:r>
    </w:p>
    <w:p>
      <w:r>
        <w:rPr>
          <w:rFonts w:ascii="Gentium Plus" w:hAnsi="Gentium Plus"/>
          <w:sz w:val="24"/>
        </w:rPr>
        <w:t>(Const. Exc. 2(1), pp. 305—306.)</w:t>
      </w:r>
    </w:p>
    <w:p>
      <w:r>
        <w:rPr>
          <w:rFonts w:ascii="Courier New" w:hAnsi="Courier New"/>
          <w:color w:val="555555"/>
          <w:sz w:val="20"/>
        </w:rPr>
        <w:t>[34/35 4 . 1]</w:t>
      </w:r>
    </w:p>
    <w:p>
      <w:r>
        <w:rPr>
          <w:rFonts w:ascii="Gentium Plus" w:hAnsi="Gentium Plus"/>
          <w:sz w:val="24"/>
        </w:rPr>
        <w:t>Ὅτι οἱ πλεῖστοι τῶν ἁλόντων βαρβάρων κατὰ τὰς ὁδοιπορίας ἀγόμενοι οἱ μὲν ἑαυτοὺς οἱ δὲ ἀλλήλους ἀνῄρουν, οὐχ ὑπομένοντες τὴν ἐκ τῆς δουλείας ὕβριν. παῖς δέ τις ἄνηβος παραστὰς</w:t>
      </w:r>
    </w:p>
    <w:p>
      <w:r>
        <w:rPr>
          <w:rFonts w:ascii="Courier New" w:hAnsi="Courier New"/>
          <w:color w:val="555555"/>
          <w:sz w:val="20"/>
        </w:rPr>
        <w:t>[5]</w:t>
      </w:r>
    </w:p>
    <w:p>
      <w:r>
        <w:rPr>
          <w:rFonts w:ascii="Gentium Plus" w:hAnsi="Gentium Plus"/>
          <w:sz w:val="24"/>
        </w:rPr>
        <w:t>τρισὶν ἀδελφαῖς κοιμωμέναις διὰ τὸν κόπον, ταύτας ἀπέσφαξεν· ἑαυτὸν δὲ οὐ φθάσας ἀνελεῖν ὑπὸ τῶν συλλαβόντων ἀνεκρίνετο δι’ ἣν αἰτίαν τὰς ἀδελφὰς ἀπέκτεινε. τούτοις μὲν οὖν ἀπεκρίθη διότι τοῦ ζῆν οὐδὲν ἄξιον αὐταῖς κατελέλειπτο, αὐτὸς δὲ τροφῆς</w:t>
      </w:r>
    </w:p>
    <w:p>
      <w:r>
        <w:rPr>
          <w:rFonts w:ascii="Courier New" w:hAnsi="Courier New"/>
          <w:color w:val="555555"/>
          <w:sz w:val="20"/>
        </w:rPr>
        <w:t>[10]</w:t>
      </w:r>
    </w:p>
    <w:p>
      <w:r>
        <w:rPr>
          <w:rFonts w:ascii="Gentium Plus" w:hAnsi="Gentium Plus"/>
          <w:sz w:val="24"/>
        </w:rPr>
        <w:t>ἀποσχόμενος ἐνδείᾳ κατέστρεψε τὸν βίον.</w:t>
      </w:r>
    </w:p>
    <w:p>
      <w:r>
        <w:rPr>
          <w:rFonts w:ascii="Courier New" w:hAnsi="Courier New"/>
          <w:color w:val="555555"/>
          <w:sz w:val="20"/>
        </w:rPr>
        <w:t>[34/35 4 . 2]</w:t>
      </w:r>
    </w:p>
    <w:p>
      <w:r>
        <w:rPr>
          <w:rFonts w:ascii="Gentium Plus" w:hAnsi="Gentium Plus"/>
          <w:sz w:val="24"/>
        </w:rPr>
        <w:t>Ὅτι οἱ αὐτοὶ αἰχμάλωτοι ὡς ἐπὶ τοὺς ὅρους τῆς χώρας κατήντησαν, ῥίψαντες ἑαυτοὺς εἰς ἔδαφος τήν τε γῆν κατεφίλουν μετ’ οἰμωγῆς καὶ τῆς κόνεως εἰς τοὺς κόλπους ἀνελάμβανον, ὥστε εἰς ἔλεον καὶ</w:t>
      </w:r>
    </w:p>
    <w:p>
      <w:r>
        <w:rPr>
          <w:rFonts w:ascii="Courier New" w:hAnsi="Courier New"/>
          <w:color w:val="555555"/>
          <w:sz w:val="20"/>
        </w:rPr>
        <w:t>[5]</w:t>
      </w:r>
    </w:p>
    <w:p>
      <w:r>
        <w:rPr>
          <w:rFonts w:ascii="Gentium Plus" w:hAnsi="Gentium Plus"/>
          <w:sz w:val="24"/>
        </w:rPr>
        <w:t>συμπάθειαν ἅπαν τραπῆναι τὸ στρατόπεδον. ἕκασ‐ τος γὰρ τοῖς κοινοῖς τῆς φύσεως πάθεσιν ἐχειροῦτο θείῳ φόβῳ, θεωρῶν ὅτι καὶ βαρβάρων ψυχαὶ θηριώ‐ δεις, ὅταν ἡ τύχη διαζευγνύῃ τὸ σύνηθες ἀπὸ τῆς πατρίδος, ὅμως οὐκ ἐπιλανθάνονται τῆς πρὸς τὴν</w:t>
      </w:r>
    </w:p>
    <w:p>
      <w:r>
        <w:rPr>
          <w:rFonts w:ascii="Courier New" w:hAnsi="Courier New"/>
          <w:color w:val="555555"/>
          <w:sz w:val="20"/>
        </w:rPr>
        <w:t>[10]</w:t>
      </w:r>
    </w:p>
    <w:p>
      <w:r>
        <w:rPr>
          <w:rFonts w:ascii="Gentium Plus" w:hAnsi="Gentium Plus"/>
          <w:sz w:val="24"/>
        </w:rPr>
        <w:t>θρέψασαν γῆν φιλοστοργίας. (Const. Exc. 4, p. 386.)</w:t>
      </w:r>
    </w:p>
    <w:p>
      <w:r>
        <w:rPr>
          <w:rFonts w:ascii="Courier New" w:hAnsi="Courier New"/>
          <w:color w:val="555555"/>
          <w:sz w:val="20"/>
        </w:rPr>
        <w:t>[34/35 5 . 1]</w:t>
      </w:r>
    </w:p>
    <w:p>
      <w:r>
        <w:rPr>
          <w:rFonts w:ascii="Gentium Plus" w:hAnsi="Gentium Plus"/>
          <w:sz w:val="24"/>
        </w:rPr>
        <w:t>Ὅτι Τιβέριος ὁ Γράκχος ἦν υἱὸς Τιβερίου τοῦ δὶς ὑπατευκότος καὶ πολέμους ἐπιφανεῖς καὶ μεγά‐ λους κεχειρικότος, ἔτι δὲ καλῶς πεπολιτευμένου, θυγατριδοῦς δὲ Ποπλίου Σκιπίωνος τοῦ καταπε‐</w:t>
      </w:r>
    </w:p>
    <w:p>
      <w:r>
        <w:rPr>
          <w:rFonts w:ascii="Courier New" w:hAnsi="Courier New"/>
          <w:color w:val="555555"/>
          <w:sz w:val="20"/>
        </w:rPr>
        <w:t>[5]</w:t>
      </w:r>
    </w:p>
    <w:p>
      <w:r>
        <w:rPr>
          <w:rFonts w:ascii="Gentium Plus" w:hAnsi="Gentium Plus"/>
          <w:sz w:val="24"/>
        </w:rPr>
        <w:t>πολεμηκότος Ἀννίβαν καὶ Καρχηδονίους. ἐξ ἀμφο‐ τέρων δὲ τῶν γονέων ἐπισημοτάτου γένους πεφυκὼς ἰδίᾳ πολὺ προεῖχε τῶν ἡλικιωτῶν τῇ συνέσει τε καὶ λόγου δεινότητι καὶ τὸ σύνολον πάσῃ παιδείᾳ, καὶ δυνάμενος παρρησίαν ἄγειν πρὸς τὴν ὑπεροχὴν τῶν</w:t>
      </w:r>
    </w:p>
    <w:p>
      <w:r>
        <w:rPr>
          <w:rFonts w:ascii="Courier New" w:hAnsi="Courier New"/>
          <w:color w:val="555555"/>
          <w:sz w:val="20"/>
        </w:rPr>
        <w:t>[10]</w:t>
      </w:r>
    </w:p>
    <w:p>
      <w:r>
        <w:rPr>
          <w:rFonts w:ascii="Gentium Plus" w:hAnsi="Gentium Plus"/>
          <w:sz w:val="24"/>
        </w:rPr>
        <w:t>ἀντιπραττόντων. (Const. Exc. 2(1), p. 306.)</w:t>
      </w:r>
    </w:p>
    <w:p>
      <w:r>
        <w:rPr>
          <w:rFonts w:ascii="Courier New" w:hAnsi="Courier New"/>
          <w:color w:val="555555"/>
          <w:sz w:val="20"/>
        </w:rPr>
        <w:t>[34/35 6 . 1]</w:t>
      </w:r>
    </w:p>
    <w:p>
      <w:r>
        <w:rPr>
          <w:rFonts w:ascii="Gentium Plus" w:hAnsi="Gentium Plus"/>
          <w:sz w:val="24"/>
        </w:rPr>
        <w:t>Καὶ συνέρρεον εἰς τὴν Ῥώμην οἱ ὄχλοι ἀπὸ τῆς χώρας ὡσπερεὶ ποταμοί τινες εἰς τὴν πάντα δυναμένην δέχεσθαι θάλατταν. οἱ δὲ ὄχλοι μετεω‐ ρισθέντες πρὸς τὸ βοηθεῖν ἑαυτοῖς, νόμον μὲν ἔχον‐</w:t>
      </w:r>
    </w:p>
    <w:p>
      <w:r>
        <w:rPr>
          <w:rFonts w:ascii="Courier New" w:hAnsi="Courier New"/>
          <w:color w:val="555555"/>
          <w:sz w:val="20"/>
        </w:rPr>
        <w:t>[5]</w:t>
      </w:r>
    </w:p>
    <w:p>
      <w:r>
        <w:rPr>
          <w:rFonts w:ascii="Gentium Plus" w:hAnsi="Gentium Plus"/>
          <w:sz w:val="24"/>
        </w:rPr>
        <w:t>τες ἡγεμόνα καὶ σύμμαχον, προστάτην δὲ ἄρχοντα τὸν μήτε χάριτος μήτε φόβου δοῦλον, ὑπὲρ δὲ τοῦ τὴν χώραν ἀνακτήσασθαι τῷ δήμῳ πάντα πόνον καὶ κίνδυνον ὑπομένειν κεκρικότα μέχρι τῆς ἐσχά‐ της ἀναπνοῆς. ...</w:t>
      </w:r>
    </w:p>
    <w:p>
      <w:r>
        <w:rPr>
          <w:rFonts w:ascii="Courier New" w:hAnsi="Courier New"/>
          <w:color w:val="555555"/>
          <w:sz w:val="20"/>
        </w:rPr>
        <w:t>[34/35 6 . 2]</w:t>
      </w:r>
    </w:p>
    <w:p>
      <w:r>
        <w:rPr>
          <w:rFonts w:ascii="Gentium Plus" w:hAnsi="Gentium Plus"/>
          <w:sz w:val="24"/>
        </w:rPr>
        <w:t>... ἔχων πλῆθος οὐ νεοσύλλογον καὶ φυλῶδες, ἀλλὰ τὸ πρακτικώτατον τοῦ δήμου καὶ τοῖς βίοις κάρπιμον. διὸ καὶ τῆς βίας ἐν ἀμφοτέροις τοῖς μέρεσιν ταλαντευομένης καὶ τῆς ῥοπῆς δεῦρο κἀ‐</w:t>
      </w:r>
    </w:p>
    <w:p>
      <w:r>
        <w:rPr>
          <w:rFonts w:ascii="Courier New" w:hAnsi="Courier New"/>
          <w:color w:val="555555"/>
          <w:sz w:val="20"/>
        </w:rPr>
        <w:t>[5]</w:t>
      </w:r>
    </w:p>
    <w:p>
      <w:r>
        <w:rPr>
          <w:rFonts w:ascii="Gentium Plus" w:hAnsi="Gentium Plus"/>
          <w:sz w:val="24"/>
        </w:rPr>
        <w:t>κεῖσε πάλιν ἐκκλινούσης, πολλῶν μυριάδων ἠθροισ‐ μένων τὰ μέρη βιαίως συνίσταντο καὶ καθάπερ ἐν τῇ θαλάττῃ κυμάτων φαντασίαι καὶ διαθέσεις ἐγίνοντο κατὰ τὰς τοῦ πλήθους ἐκκλησίας.</w:t>
      </w:r>
    </w:p>
    <w:p>
      <w:r>
        <w:rPr>
          <w:rFonts w:ascii="Courier New" w:hAnsi="Courier New"/>
          <w:color w:val="555555"/>
          <w:sz w:val="20"/>
        </w:rPr>
        <w:t>[34/35 7 . 1]</w:t>
      </w:r>
    </w:p>
    <w:p>
      <w:r>
        <w:rPr>
          <w:rFonts w:ascii="Gentium Plus" w:hAnsi="Gentium Plus"/>
          <w:sz w:val="24"/>
        </w:rPr>
        <w:t>Ὅτι ὁ Ὀκτάβιος μετὰ τὴν καθαίρεσιν οὔθ’ ὁμολογῶν ἑαυτὸν ἰδιώτην ὑπάρχειν οὔθ’ ὡς ἄρχων τολμῶν πρᾶξαί τι δημαρχικόν, ἔμενε κατὰ τὴν ἰδίαν οἰκίαν ἡσυχάζων. καίτοι γε ἐξῆν πρὶν αὐτὸν</w:t>
      </w:r>
    </w:p>
    <w:p>
      <w:r>
        <w:rPr>
          <w:rFonts w:ascii="Courier New" w:hAnsi="Courier New"/>
          <w:color w:val="555555"/>
          <w:sz w:val="20"/>
        </w:rPr>
        <w:t>[5]</w:t>
      </w:r>
    </w:p>
    <w:p>
      <w:r>
        <w:rPr>
          <w:rFonts w:ascii="Gentium Plus" w:hAnsi="Gentium Plus"/>
          <w:sz w:val="24"/>
        </w:rPr>
        <w:t>οὕτως ἔχειν, ὅτε ὁ Γράκχος εἰσέφερε ψήφισμα περὶ τῆς κατ’ ἀρχὴν ἀφαιρέσεως αὐτοῦ, κἀκεῖνον ἅμα ψήφισμα κυροῦν περιέχον τὴν ἀφαίρεσιν τῆς Γράκ‐ χου δημαρχίας· ἢ γὰρ ἂν ἑκάτεροι κατέστησαν ἰδιῶται τῶν ψηφισμάτων ἐννόμων ὄντων, ἢ πάλιν</w:t>
      </w:r>
    </w:p>
    <w:p>
      <w:r>
        <w:rPr>
          <w:rFonts w:ascii="Courier New" w:hAnsi="Courier New"/>
          <w:color w:val="555555"/>
          <w:sz w:val="20"/>
        </w:rPr>
        <w:t>[10]</w:t>
      </w:r>
    </w:p>
    <w:p>
      <w:r>
        <w:rPr>
          <w:rFonts w:ascii="Gentium Plus" w:hAnsi="Gentium Plus"/>
          <w:sz w:val="24"/>
        </w:rPr>
        <w:t>διακατεῖχον τὴν ἀρχὴν δοξάντων παρανόμως εἰσ‐ ενηνέχθαι.</w:t>
      </w:r>
    </w:p>
    <w:p>
      <w:r>
        <w:rPr>
          <w:rFonts w:ascii="Courier New" w:hAnsi="Courier New"/>
          <w:color w:val="555555"/>
          <w:sz w:val="20"/>
        </w:rPr>
        <w:t>[34/35 7 . 2]</w:t>
      </w:r>
    </w:p>
    <w:p>
      <w:r>
        <w:rPr>
          <w:rFonts w:ascii="Gentium Plus" w:hAnsi="Gentium Plus"/>
          <w:sz w:val="24"/>
        </w:rPr>
        <w:t>Οὗτος μὲν οὖν ἀμετάπτωτον ἔχων τὴν ἐπὶ τὸν ὄλεθρον ὁρμὴν ταχὺ τῆς προσηκούσης κολάσεως ἔτυχεν. καὶ ὁ Σκιπίων ξύλον ἁρπάσας ἐκ τῶν παρακειμένων, ὁ γὰρ θυμὸς παντὸς τοῦ δοκοῦντος</w:t>
      </w:r>
    </w:p>
    <w:p>
      <w:r>
        <w:rPr>
          <w:rFonts w:ascii="Courier New" w:hAnsi="Courier New"/>
          <w:color w:val="555555"/>
          <w:sz w:val="20"/>
        </w:rPr>
        <w:t>[5]</w:t>
      </w:r>
    </w:p>
    <w:p>
      <w:r>
        <w:rPr>
          <w:rFonts w:ascii="Gentium Plus" w:hAnsi="Gentium Plus"/>
          <w:sz w:val="24"/>
        </w:rPr>
        <w:t>εἶναι δυσκόλου περιεγένετο. ...</w:t>
      </w:r>
    </w:p>
    <w:p>
      <w:r>
        <w:rPr>
          <w:rFonts w:ascii="Courier New" w:hAnsi="Courier New"/>
          <w:color w:val="555555"/>
          <w:sz w:val="20"/>
        </w:rPr>
        <w:t>[34/35 7 . 3]</w:t>
      </w:r>
    </w:p>
    <w:p>
      <w:r>
        <w:rPr>
          <w:rFonts w:ascii="Gentium Plus" w:hAnsi="Gentium Plus"/>
          <w:sz w:val="24"/>
        </w:rPr>
        <w:t>Ὅτι προσέπεσε τοῖς περὶ τὸ στρατόπεδον ἡ τοῦ Γράκχου τελευτή, καὶ τὸν Ἀφρικανόν φασιν ἐπι‐ βοῆσαι τοιαῦτα, ὡς ἀπόλοιτο καὶ ἄλλος ὅτις τοιαῦτά γε ῥέζοι.</w:t>
      </w:r>
    </w:p>
    <w:p>
      <w:r>
        <w:rPr>
          <w:rFonts w:ascii="Courier New" w:hAnsi="Courier New"/>
          <w:color w:val="555555"/>
          <w:sz w:val="20"/>
        </w:rPr>
        <w:t>[5]</w:t>
      </w:r>
    </w:p>
    <w:p>
      <w:r>
        <w:rPr>
          <w:rFonts w:ascii="Gentium Plus" w:hAnsi="Gentium Plus"/>
          <w:sz w:val="24"/>
        </w:rPr>
        <w:t>(Const. Exc. 4, pp. 386—387.)</w:t>
      </w:r>
    </w:p>
    <w:p>
      <w:r>
        <w:rPr>
          <w:rFonts w:ascii="Courier New" w:hAnsi="Courier New"/>
          <w:color w:val="555555"/>
          <w:sz w:val="20"/>
        </w:rPr>
        <w:t>[34/35 8 . 1]</w:t>
      </w:r>
    </w:p>
    <w:p>
      <w:r>
        <w:rPr>
          <w:rFonts w:ascii="Gentium Plus" w:hAnsi="Gentium Plus"/>
          <w:sz w:val="24"/>
        </w:rPr>
        <w:t>Ὅτι οἱ Σύροι οἱ δραπέται τῶν αἰχμαλώτων τὰς χεῖρας ἀπέκοπτον, οὐκ ἀρκούμενοι ταῖς παρὰ τοὺς καρποὺς τομαῖς, ἀλλὰ σὺν αὐτοῖς τοῖς βραχίο‐ σιν ἀκρωτηριάζοντες. (Const. Exc. 2(1), p. 306.)</w:t>
      </w:r>
    </w:p>
    <w:p>
      <w:r>
        <w:rPr>
          <w:rFonts w:ascii="Courier New" w:hAnsi="Courier New"/>
          <w:color w:val="555555"/>
          <w:sz w:val="20"/>
        </w:rPr>
        <w:t>[34/35 9 . 1]</w:t>
      </w:r>
    </w:p>
    <w:p>
      <w:r>
        <w:rPr>
          <w:rFonts w:ascii="Gentium Plus" w:hAnsi="Gentium Plus"/>
          <w:sz w:val="24"/>
        </w:rPr>
        <w:t>Ὅτι τοῖς καταφαγοῦσι τοὺς ἱερωμένους ἰχθῦς οὐκ ἦν παῦλα τῶν κακῶν· τὸ γὰρ δαιμόνιον ὥσπερ ἐπίτηδες εἰς παραδειγματισμὸν τοῖς ἄλλοις ἅπαντας</w:t>
      </w:r>
    </w:p>
    <w:p>
      <w:r>
        <w:rPr>
          <w:rFonts w:ascii="Courier New" w:hAnsi="Courier New"/>
          <w:color w:val="555555"/>
          <w:sz w:val="20"/>
        </w:rPr>
        <w:t>[5]</w:t>
      </w:r>
    </w:p>
    <w:p>
      <w:r>
        <w:rPr>
          <w:rFonts w:ascii="Gentium Plus" w:hAnsi="Gentium Plus"/>
          <w:sz w:val="24"/>
        </w:rPr>
        <w:t>μὲν οὖν ἀκολούθως τῇ παρὰ θεῶν κολάσει καὶ τῆς διὰ τῆς ἱστορίας βλασφημίας τετευχότες ἀπέλαυ‐ σαν τῆς δικαίας ἐπιτιμήσεως. (Const. Exc. 4, p. 387.)</w:t>
      </w:r>
    </w:p>
    <w:p>
      <w:r>
        <w:rPr>
          <w:rFonts w:ascii="Courier New" w:hAnsi="Courier New"/>
          <w:color w:val="555555"/>
          <w:sz w:val="20"/>
        </w:rPr>
        <w:t>[34/35 10 . 1]</w:t>
      </w:r>
    </w:p>
    <w:p>
      <w:r>
        <w:rPr>
          <w:rFonts w:ascii="Gentium Plus" w:hAnsi="Gentium Plus"/>
          <w:sz w:val="24"/>
        </w:rPr>
        <w:t>Ὅτι ἡ σύγκλητος δεισιδαιμονοῦσα ἐξαπέ‐ στειλεν εἰς Σικελίαν κατὰ Σιβυλλιακὸν λόγιον. οἱ δὲ ἐπελθόντες καθ’ ὅλην τὴν Σικελίαν τοὺς τῷ Αἰτναίῳ Διὶ καθιδρυμένους βωμούς, θυσιάσαντες</w:t>
      </w:r>
    </w:p>
    <w:p>
      <w:r>
        <w:rPr>
          <w:rFonts w:ascii="Courier New" w:hAnsi="Courier New"/>
          <w:color w:val="555555"/>
          <w:sz w:val="20"/>
        </w:rPr>
        <w:t>[5]</w:t>
      </w:r>
    </w:p>
    <w:p>
      <w:r>
        <w:rPr>
          <w:rFonts w:ascii="Gentium Plus" w:hAnsi="Gentium Plus"/>
          <w:sz w:val="24"/>
        </w:rPr>
        <w:t>καὶ περιφράγματα ποιήσαντες ἀβάτους ἀπεδείκνυον τοὺς τόπους πλὴν τοῖς ἔχουσι καθ’ ἕκαστον πολί‐ τευμα πατρίους θύειν θυσίας.</w:t>
      </w:r>
    </w:p>
    <w:p>
      <w:r>
        <w:rPr>
          <w:rFonts w:ascii="Courier New" w:hAnsi="Courier New"/>
          <w:color w:val="555555"/>
          <w:sz w:val="20"/>
        </w:rPr>
        <w:t>[34/35 11 . 1]</w:t>
      </w:r>
    </w:p>
    <w:p>
      <w:r>
        <w:rPr>
          <w:rFonts w:ascii="Gentium Plus" w:hAnsi="Gentium Plus"/>
          <w:sz w:val="24"/>
        </w:rPr>
        <w:t>Ὅτι ἦν τις Γοργὸς Μοργαντῖνος ἐπικαλού‐ μενος Κάμβαλος, πλούτῳ καὶ δόξῃ διαφέρων, ὃς ἐπὶ κυνηγίαν ὁρμήσας καὶ περιπεσὼν λῃστηρίῳ δραπετῶν ἔφευγε πεζὸς πρὸς τὴν πόλιν. ἀπαντή‐</w:t>
      </w:r>
    </w:p>
    <w:p>
      <w:r>
        <w:rPr>
          <w:rFonts w:ascii="Courier New" w:hAnsi="Courier New"/>
          <w:color w:val="555555"/>
          <w:sz w:val="20"/>
        </w:rPr>
        <w:t>[5]</w:t>
      </w:r>
    </w:p>
    <w:p>
      <w:r>
        <w:rPr>
          <w:rFonts w:ascii="Gentium Plus" w:hAnsi="Gentium Plus"/>
          <w:sz w:val="24"/>
        </w:rPr>
        <w:t>σαντος δὲ αὐτῷ Γοργοῦ τοῦ τούτου πατρὸς ἐφ’ ἵππου καὶ καθαλομένου καὶ παραδιδόντος τὸν ἵππον, ὅπως ἐφαλόμενος ἀφιππεύσῃ πρὸς τὴν πό‐ λιν, οὔθ’ ὁ παῖς τὴν ἰδίαν σωτηρίαν τῆς τοῦ πατρὸς προέκρινεν οὔθ’ ὁ πατὴρ προσεδέχετο τῷ τοῦ τέκ‐</w:t>
      </w:r>
    </w:p>
    <w:p>
      <w:r>
        <w:rPr>
          <w:rFonts w:ascii="Courier New" w:hAnsi="Courier New"/>
          <w:color w:val="555555"/>
          <w:sz w:val="20"/>
        </w:rPr>
        <w:t>[10]</w:t>
      </w:r>
    </w:p>
    <w:p>
      <w:r>
        <w:rPr>
          <w:rFonts w:ascii="Gentium Plus" w:hAnsi="Gentium Plus"/>
          <w:sz w:val="24"/>
        </w:rPr>
        <w:t>νου θανάτῳ διαφυγεῖν τὸν κίνδυνον. δεομένων δὲ ἀλλήλων μετὰ δακρύων καὶ διαφιλοτιμουμένων ὑπὲρ εὐσεβείας τε καὶ φιλοστοργίας, σύγκρισίν τε λαμβάνοντος ἤθους φιλοτέκνου πρὸς τρόπον φιλο‐ πάτορα, συνέβη τοὺς λῃστὰς ἐπιφανέντας ἀμφοτέ‐</w:t>
      </w:r>
    </w:p>
    <w:p>
      <w:r>
        <w:rPr>
          <w:rFonts w:ascii="Courier New" w:hAnsi="Courier New"/>
          <w:color w:val="555555"/>
          <w:sz w:val="20"/>
        </w:rPr>
        <w:t>[15]</w:t>
      </w:r>
    </w:p>
    <w:p>
      <w:r>
        <w:rPr>
          <w:rFonts w:ascii="Gentium Plus" w:hAnsi="Gentium Plus"/>
          <w:sz w:val="24"/>
        </w:rPr>
        <w:t>ρους ἀνελεῖν.</w:t>
      </w:r>
    </w:p>
    <w:p>
      <w:r>
        <w:rPr>
          <w:rFonts w:ascii="Courier New" w:hAnsi="Courier New"/>
          <w:color w:val="555555"/>
          <w:sz w:val="20"/>
        </w:rPr>
        <w:t>[34/35 12 . 1]</w:t>
      </w:r>
    </w:p>
    <w:p>
      <w:r>
        <w:rPr>
          <w:rFonts w:ascii="Gentium Plus" w:hAnsi="Gentium Plus"/>
          <w:sz w:val="24"/>
        </w:rPr>
        <w:t>Ὅτι ὁ τοῦ Διηγύλιος υἱὸς Ζιβέλμιος, ἐζη‐ λωκὼς τὰς τοῦ πατρὸς μιαιφονίας, μνησικακῶν δὲ ὑπὲρ τῶν εἰς Διήγυλιν τοῖς Θρᾳξὶ πραχθέντων, ἐπὶ τοσοῦτον προῆλθεν ὠμότητος καὶ παρανομίας ὥστε</w:t>
      </w:r>
    </w:p>
    <w:p>
      <w:r>
        <w:rPr>
          <w:rFonts w:ascii="Courier New" w:hAnsi="Courier New"/>
          <w:color w:val="555555"/>
          <w:sz w:val="20"/>
        </w:rPr>
        <w:t>[5]</w:t>
      </w:r>
    </w:p>
    <w:p>
      <w:r>
        <w:rPr>
          <w:rFonts w:ascii="Gentium Plus" w:hAnsi="Gentium Plus"/>
          <w:sz w:val="24"/>
        </w:rPr>
        <w:t>τοὺς προσκόψαντας πανοικίους τιμωρεῖσθαι. ἐπὶ γὰρ ταῖς τυχούσαις αἰτίαις τοὺς μὲν διεμέλιζε, τοὺς δὲ ἀνεσταύρου, τοὺς δὲ καὶ ζῶντας ἐνεπύριζε. γονέων δὲ ἐν ὄμμασι καὶ κόλποις ἐγκατέσφαζε τέκνα, καὶ κρεανομῶν τὰ σώματα παρετίθει τοῖς</w:t>
      </w:r>
    </w:p>
    <w:p>
      <w:r>
        <w:rPr>
          <w:rFonts w:ascii="Courier New" w:hAnsi="Courier New"/>
          <w:color w:val="555555"/>
          <w:sz w:val="20"/>
        </w:rPr>
        <w:t>[10]</w:t>
      </w:r>
    </w:p>
    <w:p>
      <w:r>
        <w:rPr>
          <w:rFonts w:ascii="Gentium Plus" w:hAnsi="Gentium Plus"/>
          <w:sz w:val="24"/>
        </w:rPr>
        <w:t>συγγενεστάτοις, ἀνανεούμενος τὰς παλαιὰς ἐκείνας Τηρέως ἢ Θυέστου θοινάς. οἱ δὲ Θρᾷκες συλλα‐ βόντες τὸν Ζισέλμιον, τὸ μὲν καθ’ ἓν αὐτὸν ἀντι‐ διατιθέναι σχεδὸν ἀδύνατον ὑπῆρχε· πῶς γὰρ ἐν‐ δεχόμενον ἦν ἓν σῶμα τὴν εἰς ὅλον ἔθνος παρα‐</w:t>
      </w:r>
    </w:p>
    <w:p>
      <w:r>
        <w:rPr>
          <w:rFonts w:ascii="Courier New" w:hAnsi="Courier New"/>
          <w:color w:val="555555"/>
          <w:sz w:val="20"/>
        </w:rPr>
        <w:t>[15]</w:t>
      </w:r>
    </w:p>
    <w:p>
      <w:r>
        <w:rPr>
          <w:rFonts w:ascii="Gentium Plus" w:hAnsi="Gentium Plus"/>
          <w:sz w:val="24"/>
        </w:rPr>
        <w:t>νομίαν γενομένην ἀναδέξασθαι; ὅμως δ’ ἐκ τῶν ἐνδεχομένων ἐφιλοτιμήθησαν πᾶσαν ὕβριν καὶ τιμω‐ ρίαν προσαγαγεῖν τῷ σώματι. (Const. Exc. 2(1), pp. 306—307.)</w:t>
      </w:r>
    </w:p>
    <w:p>
      <w:r>
        <w:rPr>
          <w:rFonts w:ascii="Courier New" w:hAnsi="Courier New"/>
          <w:color w:val="555555"/>
          <w:sz w:val="20"/>
        </w:rPr>
        <w:t>[34/35 13 . 1]</w:t>
      </w:r>
    </w:p>
    <w:p>
      <w:r>
        <w:rPr>
          <w:rFonts w:ascii="Gentium Plus" w:hAnsi="Gentium Plus"/>
          <w:sz w:val="24"/>
        </w:rPr>
        <w:t>Ὅτι τοῦ Ἀττάλου τοῦ πρώτου βασιλέως χρηστηριαζομένου περί τινος, ἀπαυτοματίσαι τὴν Πυθίαν φασὶ Θάρσει, ταυρόκερως, ἕξεις βασιληίδα τιμὴν</w:t>
      </w:r>
    </w:p>
    <w:p>
      <w:r>
        <w:rPr>
          <w:rFonts w:ascii="Courier New" w:hAnsi="Courier New"/>
          <w:color w:val="555555"/>
          <w:sz w:val="20"/>
        </w:rPr>
        <w:t>[5]</w:t>
      </w:r>
    </w:p>
    <w:p>
      <w:r>
        <w:rPr>
          <w:rFonts w:ascii="Gentium Plus" w:hAnsi="Gentium Plus"/>
          <w:sz w:val="24"/>
        </w:rPr>
        <w:t>καὶ παῖδες παίδων, τούτων γε μὲν οὐκέτι παῖδες. (Const. Exc. 4, p. 387.)</w:t>
      </w:r>
    </w:p>
    <w:p>
      <w:r>
        <w:rPr>
          <w:rFonts w:ascii="Courier New" w:hAnsi="Courier New"/>
          <w:color w:val="555555"/>
          <w:sz w:val="20"/>
        </w:rPr>
        <w:t>[34/35 14 . 1]</w:t>
      </w:r>
    </w:p>
    <w:p>
      <w:r>
        <w:rPr>
          <w:rFonts w:ascii="Gentium Plus" w:hAnsi="Gentium Plus"/>
          <w:sz w:val="24"/>
        </w:rPr>
        <w:t>Ὅτι ὁ Πτολεμαῖος ὁ Φύσκων προσαγορευό‐ μενος πυθόμενος τὴν τῆς Κλεοπάτρας πρὸς αὐτὸν</w:t>
      </w:r>
    </w:p>
    <w:p>
      <w:r>
        <w:rPr>
          <w:rFonts w:ascii="Courier New" w:hAnsi="Courier New"/>
          <w:color w:val="555555"/>
          <w:sz w:val="20"/>
        </w:rPr>
        <w:t>[5]</w:t>
      </w:r>
    </w:p>
    <w:p>
      <w:r>
        <w:rPr>
          <w:rFonts w:ascii="Gentium Plus" w:hAnsi="Gentium Plus"/>
          <w:sz w:val="24"/>
        </w:rPr>
        <w:t>μιμησάμενος γὰρ τὴν τῆς Μηδείας ὠμότητα καὶ μιαιφονίαν τὸν κοινὸν αὐτοῦ τε κἀκείνης υἱὸν ἔ‐ σφαξεν ἐν τῇ Κύπρῳ, παῖδα μὲν ὄντα τὴν ἡλικίαν, ὀνομαζόμενον δὲ Μεμφίτην. οὐκ ἀρκεσθεὶς δὲ τῷ ἀσεβήματι τούτῳ πολλῷ μεῖζον μύσος ἕτερον ἐπε‐</w:t>
      </w:r>
    </w:p>
    <w:p>
      <w:r>
        <w:rPr>
          <w:rFonts w:ascii="Courier New" w:hAnsi="Courier New"/>
          <w:color w:val="555555"/>
          <w:sz w:val="20"/>
        </w:rPr>
        <w:t>[10]</w:t>
      </w:r>
    </w:p>
    <w:p>
      <w:r>
        <w:rPr>
          <w:rFonts w:ascii="Gentium Plus" w:hAnsi="Gentium Plus"/>
          <w:sz w:val="24"/>
        </w:rPr>
        <w:t>τελέσατο· ἀκρωτηριάσας γὰρ τὸ σῶμα τοῦ παιδὸς καὶ ἐνθεὶς εἴς τινα κίστην προσέταξέ τινι τῶν ὑπηρετῶν εἰς τὴν Ἀλεξάνδρειαν διακομίσαι. κατὰ τύχην δὲ σύνεγγυς ὄντων τῇ Κλεοπάτρᾳ τῶν γενεθ‐ λίων, τῇ πρὸ τούτων νυκτὶ θεῖναι τὴν κίστην πρὸ</w:t>
      </w:r>
    </w:p>
    <w:p>
      <w:r>
        <w:rPr>
          <w:rFonts w:ascii="Courier New" w:hAnsi="Courier New"/>
          <w:color w:val="555555"/>
          <w:sz w:val="20"/>
        </w:rPr>
        <w:t>[15]</w:t>
      </w:r>
    </w:p>
    <w:p>
      <w:r>
        <w:rPr>
          <w:rFonts w:ascii="Gentium Plus" w:hAnsi="Gentium Plus"/>
          <w:sz w:val="24"/>
        </w:rPr>
        <w:t>τῶν βασιλείων παρεσκευάσατο. οὗ συντελεσθέντος καὶ τῆς περιστάσεως ἐπιγνωσθείσης, ἡ Κλεοπάτρα πένθος ἤρατο, καὶ τὸ πλῆθος παντελῶς ἀπεθηριώθη πρὸς τὸν Πτολεμαῖον. (Const. Exc. 2(1), pp. 307—308.)</w:t>
      </w:r>
    </w:p>
    <w:p>
      <w:r>
        <w:rPr>
          <w:rFonts w:ascii="Courier New" w:hAnsi="Courier New"/>
          <w:color w:val="555555"/>
          <w:sz w:val="20"/>
        </w:rPr>
        <w:t>[34/35 15 . 1]</w:t>
      </w:r>
    </w:p>
    <w:p>
      <w:r>
        <w:rPr>
          <w:rFonts w:ascii="Gentium Plus" w:hAnsi="Gentium Plus"/>
          <w:sz w:val="24"/>
        </w:rPr>
        <w:t>Ὅτι τῆς ἐαρινῆς ὥρας τῇ χλιᾷ τηκούσης τὴν χιόνα καὶ τῶν καρπῶν ἐκ τοῦ συνεχοῦς πάγου πρὸς τὴν φυὴν καὶ βλάστησιν προϊόντων, τῶν δὲ ἀνθρώ‐ πων ἐπὶ τὰς πράξεις ὡρμημένων, ὁ Ἀρσάκης ἀπο‐</w:t>
      </w:r>
    </w:p>
    <w:p>
      <w:r>
        <w:rPr>
          <w:rFonts w:ascii="Courier New" w:hAnsi="Courier New"/>
          <w:color w:val="555555"/>
          <w:sz w:val="20"/>
        </w:rPr>
        <w:t>[5]</w:t>
      </w:r>
    </w:p>
    <w:p>
      <w:r>
        <w:rPr>
          <w:rFonts w:ascii="Gentium Plus" w:hAnsi="Gentium Plus"/>
          <w:sz w:val="24"/>
        </w:rPr>
        <w:t>πειραθῆναι βουλόμενος τῶν πολεμίων πρεσβευτὰς ἀπέστειλε περὶ εἰρήνης, οἷς Ἀντίοχος ἀντέδωκεν ἀποκρίσεις διότι συγχωρήσει τὴν εἰρήνην, ἐὰν τὸν μὲν ἀδελφὸν Δημήτριον ἀπολύσας τῆς αἰχμαλωσίας παραδῷ, τῶν δὲ δυναστειῶν τῶν ἀφῃρημένων ἐκ‐</w:t>
      </w:r>
    </w:p>
    <w:p>
      <w:r>
        <w:rPr>
          <w:rFonts w:ascii="Courier New" w:hAnsi="Courier New"/>
          <w:color w:val="555555"/>
          <w:sz w:val="20"/>
        </w:rPr>
        <w:t>[10]</w:t>
      </w:r>
    </w:p>
    <w:p>
      <w:r>
        <w:rPr>
          <w:rFonts w:ascii="Gentium Plus" w:hAnsi="Gentium Plus"/>
          <w:sz w:val="24"/>
        </w:rPr>
        <w:t>χωρήσῃ, τὴν δὲ πάτριον δυναστείαν ἔχων τελῇ φό‐ ρον. ὁ δὲ Ἀρσάκης προσκόψας τῇ βαρύτητι τῶν ἀποκρίσεων ἐπ’ αὐτὸν ὥρμησεν.</w:t>
      </w:r>
    </w:p>
    <w:p>
      <w:r>
        <w:rPr>
          <w:rFonts w:ascii="Courier New" w:hAnsi="Courier New"/>
          <w:color w:val="555555"/>
          <w:sz w:val="20"/>
        </w:rPr>
        <w:t>[34/35 16 . 1]</w:t>
      </w:r>
    </w:p>
    <w:p>
      <w:r>
        <w:rPr>
          <w:rFonts w:ascii="Gentium Plus" w:hAnsi="Gentium Plus"/>
          <w:sz w:val="24"/>
        </w:rPr>
        <w:t>Ὅτι τῶν τοῦ Ἀντιόχου φίλων παρακαλούν‐ των μὴ συνάπτειν μάχην πρὸς πολλαπλασίους Πάρ‐ θους, δύνασθαι γὰρ αὐτοὺς εἰς τὴν ὑπερκειμένην ὀρεινὴν καταφυγόντας ἀποτρίψασθαι τῇ δυσχωρίᾳ</w:t>
      </w:r>
    </w:p>
    <w:p>
      <w:r>
        <w:rPr>
          <w:rFonts w:ascii="Courier New" w:hAnsi="Courier New"/>
          <w:color w:val="555555"/>
          <w:sz w:val="20"/>
        </w:rPr>
        <w:t>[5]</w:t>
      </w:r>
    </w:p>
    <w:p>
      <w:r>
        <w:rPr>
          <w:rFonts w:ascii="Gentium Plus" w:hAnsi="Gentium Plus"/>
          <w:sz w:val="24"/>
        </w:rPr>
        <w:t>τὸν ἀπὸ τῶν ἱππέων κίνδυνον, ὁ Ἀντίοχος οὐδενὶ τρόπῳ προσεδέχετο τοὺς λόγους, ἀποφαινόμενος αἰσχρὸν εἶναι τοὺς νενικηκότας δεδιέναι τὰς τῶν προηττημένων τόλμας. παρακαλέσας οὖν τοὺς μεθ’ ἑαυτοῦ πρὸς τὸν κίνδυνον ἀνεδέχετο τὴν τῶν βαρ‐</w:t>
      </w:r>
    </w:p>
    <w:p>
      <w:r>
        <w:rPr>
          <w:rFonts w:ascii="Courier New" w:hAnsi="Courier New"/>
          <w:color w:val="555555"/>
          <w:sz w:val="20"/>
        </w:rPr>
        <w:t>[10]</w:t>
      </w:r>
    </w:p>
    <w:p>
      <w:r>
        <w:rPr>
          <w:rFonts w:ascii="Gentium Plus" w:hAnsi="Gentium Plus"/>
          <w:sz w:val="24"/>
        </w:rPr>
        <w:t>βάρων ἔφοδον εὐρώστως.</w:t>
      </w:r>
    </w:p>
    <w:p>
      <w:r>
        <w:rPr>
          <w:rFonts w:ascii="Courier New" w:hAnsi="Courier New"/>
          <w:color w:val="555555"/>
          <w:sz w:val="20"/>
        </w:rPr>
        <w:t>[34/35 17 . 1]</w:t>
      </w:r>
    </w:p>
    <w:p>
      <w:r>
        <w:rPr>
          <w:rFonts w:ascii="Gentium Plus" w:hAnsi="Gentium Plus"/>
          <w:sz w:val="24"/>
        </w:rPr>
        <w:t>Ὅτι κατὰ τὴν Ἀντιόχειαν ἀναμαθόντες τὸν θάνατον Ἀντιόχου οὐ μόνον κοινὸν ἡ πόλις ἐπήρατο πένθος, ἀλλὰ καὶ πᾶς ἰδιωτικὸς οἶκος κατηφείας καὶ θρήνων ἐπληροῦτο, καὶ μάλιστα τοῦ περὶ τὰς γυναῖ‐</w:t>
      </w:r>
    </w:p>
    <w:p>
      <w:r>
        <w:rPr>
          <w:rFonts w:ascii="Courier New" w:hAnsi="Courier New"/>
          <w:color w:val="555555"/>
          <w:sz w:val="20"/>
        </w:rPr>
        <w:t>[5]</w:t>
      </w:r>
    </w:p>
    <w:p>
      <w:r>
        <w:rPr>
          <w:rFonts w:ascii="Gentium Plus" w:hAnsi="Gentium Plus"/>
          <w:sz w:val="24"/>
        </w:rPr>
        <w:t>κας ὀδυρμοῦ τὸ πάθος ἐκκάοντος. τριάκοντα γὰρ μυριάδων ἀπολομένων σὺν τοῖς ἐκτὸς τῆς τάξεως ἀναβεβηκόσιν οὐκ ἦν εὑρεῖν οἰκίαν ἄμοιρον ἀτυ‐ χήματος. αἱ μὲν γὰρ ἀδελφοὺς αἱ δὲ ἄνδρας αἱ δὲ υἱοὺς ἀπολωλότας ἐπένθουν, πολλαὶ δὲ παρθένοι</w:t>
      </w:r>
    </w:p>
    <w:p>
      <w:r>
        <w:rPr>
          <w:rFonts w:ascii="Courier New" w:hAnsi="Courier New"/>
          <w:color w:val="555555"/>
          <w:sz w:val="20"/>
        </w:rPr>
        <w:t>[10]</w:t>
      </w:r>
    </w:p>
    <w:p>
      <w:r>
        <w:rPr>
          <w:rFonts w:ascii="Gentium Plus" w:hAnsi="Gentium Plus"/>
          <w:sz w:val="24"/>
        </w:rPr>
        <w:t>καὶ παῖδες ὀρφανοὶ γεγονότες τὴν ἐρημίαν ἑαυτῶν κατωδύροντο, μέχρις ὅτου τῆς λύπης ὁ κάλλιστος ἰατρὸς χρόνος ἐξέλυσε τὴν ἀκμὴν τοῦ πένθους. (Const. Exc. 4, pp. 387—388.)</w:t>
      </w:r>
    </w:p>
    <w:p>
      <w:r>
        <w:rPr>
          <w:rFonts w:ascii="Courier New" w:hAnsi="Courier New"/>
          <w:color w:val="555555"/>
          <w:sz w:val="20"/>
        </w:rPr>
        <w:t>[34/35 17 . 2]</w:t>
      </w:r>
    </w:p>
    <w:p>
      <w:r>
        <w:rPr>
          <w:rFonts w:ascii="Gentium Plus" w:hAnsi="Gentium Plus"/>
          <w:sz w:val="24"/>
        </w:rPr>
        <w:t>Ὅτι ὁ στρατηγὸς Ἀντιόχου Ἀθήναιος πλεῖστα ἐν ταῖς ἐπισταθμίαις εἰργασμένος κακά, τῆς φυγῆς κατάρξας καὶ τὸν Ἀντίοχον ἐγκαταλιπὼν τῆς προσ‐ ηκούσης καταστροφῆς ἔτυχε. διεκπεσόντος γὰρ</w:t>
      </w:r>
    </w:p>
    <w:p>
      <w:r>
        <w:rPr>
          <w:rFonts w:ascii="Courier New" w:hAnsi="Courier New"/>
          <w:color w:val="555555"/>
          <w:sz w:val="20"/>
        </w:rPr>
        <w:t>[5]</w:t>
      </w:r>
    </w:p>
    <w:p>
      <w:r>
        <w:rPr>
          <w:rFonts w:ascii="Gentium Plus" w:hAnsi="Gentium Plus"/>
          <w:sz w:val="24"/>
        </w:rPr>
        <w:t>αὐτοῦ πρός τινας κώμας ἠδικημένας ἐν ταῖς ἐπι‐</w:t>
      </w:r>
    </w:p>
    <w:p>
      <w:r>
        <w:rPr>
          <w:rFonts w:ascii="Courier New" w:hAnsi="Courier New"/>
          <w:color w:val="555555"/>
          <w:sz w:val="20"/>
        </w:rPr>
        <w:t>[34/35 18 . 1]</w:t>
      </w:r>
    </w:p>
    <w:p>
      <w:r>
        <w:rPr>
          <w:rFonts w:ascii="Gentium Plus" w:hAnsi="Gentium Plus"/>
          <w:sz w:val="24"/>
        </w:rPr>
        <w:t>Ὅτι Ἀρσάκης ὁ Πάρθων βασιλεὺς κατα‐ πεπολεμηκὼς Ἀντίοχον διενοεῖτο καταβαίνειν ἐπὶ τὴν Συρίαν, ἐλπίζων ῥᾳδίως αὐτῆς κυριεύσειν. οὐ μὴν ἐξουσίαν γ’ ἔλαβε τῆς στρατείας, ἀλλὰ τῷ</w:t>
      </w:r>
    </w:p>
    <w:p>
      <w:r>
        <w:rPr>
          <w:rFonts w:ascii="Courier New" w:hAnsi="Courier New"/>
          <w:color w:val="555555"/>
          <w:sz w:val="20"/>
        </w:rPr>
        <w:t>[5]</w:t>
      </w:r>
    </w:p>
    <w:p>
      <w:r>
        <w:rPr>
          <w:rFonts w:ascii="Gentium Plus" w:hAnsi="Gentium Plus"/>
          <w:sz w:val="24"/>
        </w:rPr>
        <w:t>μεγέθει τῶν ἐπιτετευγμένων ἡ τύχη πολλαπλα‐ σίους αὐτῷ κινδύνους καὶ συμφορὰς ἐπέστησεν. οἶμαι γὰρ ἐκ θεοῦ τοῖς ἀνθρώποις οὐδὲν εἰλικρινὲς δίδοται τῶν ἀγαθῶν, ἀλλ’ ὡς ἐπίτηδες τοῖς μὲν καλοῖς τὰ φαῦλα, τοῖς δὲ κακοῖς ἐπεισάγει τὰ</w:t>
      </w:r>
    </w:p>
    <w:p>
      <w:r>
        <w:rPr>
          <w:rFonts w:ascii="Courier New" w:hAnsi="Courier New"/>
          <w:color w:val="555555"/>
          <w:sz w:val="20"/>
        </w:rPr>
        <w:t>[10]</w:t>
      </w:r>
    </w:p>
    <w:p>
      <w:r>
        <w:rPr>
          <w:rFonts w:ascii="Gentium Plus" w:hAnsi="Gentium Plus"/>
          <w:sz w:val="24"/>
        </w:rPr>
        <w:t>ἀγαθὰ τὸ δαιμόνιον. οὐ μὴν ἡ τύχη γε ἐπελάθετο τῆς ἰδίας φύσεως, ἀλλὰ καθάπερ κοπιῶσα τῷ τοὺς αὐτοὺς συνεχῶς εὖ ποιεῖν, τηλικαύτην τὴν παλίρ‐ ροιαν εἰργάσατο τοῦ πολέμου παντὸς ὥστε τοὺς εὐημεροῦντας εἰς τέλος ταπεινῶσαι.</w:t>
      </w:r>
    </w:p>
    <w:p>
      <w:r>
        <w:rPr>
          <w:rFonts w:ascii="Courier New" w:hAnsi="Courier New"/>
          <w:color w:val="555555"/>
          <w:sz w:val="20"/>
        </w:rPr>
        <w:t>[34/35 19 . 1]</w:t>
      </w:r>
    </w:p>
    <w:p>
      <w:r>
        <w:rPr>
          <w:rFonts w:ascii="Gentium Plus" w:hAnsi="Gentium Plus"/>
          <w:sz w:val="24"/>
        </w:rPr>
        <w:t>Ὅτι Ἀρσάκης ὁ τῶν Πάρθων βασιλεὺς ἀλλο‐ τρίως πρὸς Σελευκεῖς διακείμενος καὶ μνησικακῶν ἐπὶ ταῖς ὕβρεσι καὶ ταῖς τιμωρίαις αἷς ἐχρήσαντο κατ’ Ἐνίου τοῦ στρατηγοῦ, καὶ τῶν Σελευκέων</w:t>
      </w:r>
    </w:p>
    <w:p>
      <w:r>
        <w:rPr>
          <w:rFonts w:ascii="Courier New" w:hAnsi="Courier New"/>
          <w:color w:val="555555"/>
          <w:sz w:val="20"/>
        </w:rPr>
        <w:t>[5]</w:t>
      </w:r>
    </w:p>
    <w:p>
      <w:r>
        <w:rPr>
          <w:rFonts w:ascii="Gentium Plus" w:hAnsi="Gentium Plus"/>
          <w:sz w:val="24"/>
        </w:rPr>
        <w:t>ἀποστειλάντων πρέσβεις καὶ παρακαλούντων συγ‐ γνώμης τυχεῖν ἐπὶ τοῖς γεγονόσι καὶ βουλομένων αὐτῶν ἀπόκρισιν λαβεῖν, ἤγαγε τοὺς πρέσβεις ἐπὶ τὸν τόπον οὗπερ Πιτθίδης τυφλὸς ἐκάθητο ἐπὶ τῆς γῆς ἐκτετυφλωμένος, καὶ προσέταξεν ἀπαγγέλλειν</w:t>
      </w:r>
    </w:p>
    <w:p>
      <w:r>
        <w:rPr>
          <w:rFonts w:ascii="Courier New" w:hAnsi="Courier New"/>
          <w:color w:val="555555"/>
          <w:sz w:val="20"/>
        </w:rPr>
        <w:t>[10]</w:t>
      </w:r>
    </w:p>
    <w:p>
      <w:r>
        <w:rPr>
          <w:rFonts w:ascii="Gentium Plus" w:hAnsi="Gentium Plus"/>
          <w:sz w:val="24"/>
        </w:rPr>
        <w:t>τοῖς Σελευκεῦσιν ὅτι πάντας αὐτοὺς δεῖ τὰ αὐτὰ</w:t>
      </w:r>
    </w:p>
    <w:p>
      <w:r>
        <w:rPr>
          <w:rFonts w:ascii="Courier New" w:hAnsi="Courier New"/>
          <w:color w:val="555555"/>
          <w:sz w:val="20"/>
        </w:rPr>
        <w:t>[15]</w:t>
      </w:r>
    </w:p>
    <w:p>
      <w:r>
        <w:rPr>
          <w:rFonts w:ascii="Gentium Plus" w:hAnsi="Gentium Plus"/>
          <w:sz w:val="24"/>
        </w:rPr>
        <w:t>ἀνθρώποις. (Const. Exc. 4, pp. 388—389.)</w:t>
      </w:r>
    </w:p>
    <w:p>
      <w:r>
        <w:rPr>
          <w:rFonts w:ascii="Courier New" w:hAnsi="Courier New"/>
          <w:color w:val="555555"/>
          <w:sz w:val="20"/>
        </w:rPr>
        <w:t>[34/35 20 . 1]</w:t>
      </w:r>
    </w:p>
    <w:p>
      <w:r>
        <w:rPr>
          <w:rFonts w:ascii="Gentium Plus" w:hAnsi="Gentium Plus"/>
          <w:sz w:val="24"/>
        </w:rPr>
        <w:t>Ὅτι ἀποσταλεὶς παρὰ Πτολεμαίου τοῦ πρε‐ σβυτέρου Ἡγέλοχος στρατηγὸς ἐπὶ Μαρσύαν τὸν τῶν Ἀλεξανδρέων στρατηγὸν μετὰ δυνάμεως, αὐτόν τε ἐζώγρησε καὶ τὴν μετ’ αὐτοῦ δύναμιν ἄρδην</w:t>
      </w:r>
    </w:p>
    <w:p>
      <w:r>
        <w:rPr>
          <w:rFonts w:ascii="Courier New" w:hAnsi="Courier New"/>
          <w:color w:val="555555"/>
          <w:sz w:val="20"/>
        </w:rPr>
        <w:t>[5]</w:t>
      </w:r>
    </w:p>
    <w:p>
      <w:r>
        <w:rPr>
          <w:rFonts w:ascii="Gentium Plus" w:hAnsi="Gentium Plus"/>
          <w:sz w:val="24"/>
        </w:rPr>
        <w:t>ἀνεῖλεν. ἐπαναχθέντος δὲ τοῦ Μαρσύου πρὸς τὸν βασιλέα, καὶ πάντων προσδοκώντων τιμωρίας αὐ‐ τὸν τεύξεσθαι τῆς μεγίστης, ἀπέλυσεν αὐτὸν τῶν ἐγκλημάτων. μετενόει γὰρ ἤδη καὶ ταῖς φιλανθρω‐ πίαις ἔσπευδε διορθώσασθαι τὴν τῶν ὄχλων πρὸς</w:t>
      </w:r>
    </w:p>
    <w:p>
      <w:r>
        <w:rPr>
          <w:rFonts w:ascii="Courier New" w:hAnsi="Courier New"/>
          <w:color w:val="555555"/>
          <w:sz w:val="20"/>
        </w:rPr>
        <w:t>[10]</w:t>
      </w:r>
    </w:p>
    <w:p>
      <w:r>
        <w:rPr>
          <w:rFonts w:ascii="Gentium Plus" w:hAnsi="Gentium Plus"/>
          <w:sz w:val="24"/>
        </w:rPr>
        <w:t>αὑτὸν ἀποθηρίωσιν.</w:t>
      </w:r>
    </w:p>
    <w:p>
      <w:r>
        <w:rPr>
          <w:rFonts w:ascii="Courier New" w:hAnsi="Courier New"/>
          <w:color w:val="555555"/>
          <w:sz w:val="20"/>
        </w:rPr>
        <w:t>[34/35 21 . 1]</w:t>
      </w:r>
    </w:p>
    <w:p>
      <w:r>
        <w:rPr>
          <w:rFonts w:ascii="Gentium Plus" w:hAnsi="Gentium Plus"/>
          <w:sz w:val="24"/>
        </w:rPr>
        <w:t>Ὅτι Εὐήμερος ὁ τῶν Πάρθων βασιλεύς, Ὑρκάνιος ὢν τὸ γένος, ὠμότητι δὲ ὑπερβάλλων πάντας τοὺς μνημονευομένους τυράννους, οὐκ ἔστιν ὁποῖον τιμωρίας γένος ἀπέλιπεν. πολλοὺς δὲ τῶν</w:t>
      </w:r>
    </w:p>
    <w:p>
      <w:r>
        <w:rPr>
          <w:rFonts w:ascii="Courier New" w:hAnsi="Courier New"/>
          <w:color w:val="555555"/>
          <w:sz w:val="20"/>
        </w:rPr>
        <w:t>[5]</w:t>
      </w:r>
    </w:p>
    <w:p>
      <w:r>
        <w:rPr>
          <w:rFonts w:ascii="Gentium Plus" w:hAnsi="Gentium Plus"/>
          <w:sz w:val="24"/>
        </w:rPr>
        <w:t>Βαβυλωνίων καὶ ἐπὶ ταῖς τυχούσαις αἰτίαις παν‐ οικίους ἐξανδραποδισάμενος εἰς τὴν Μηδίαν ἐξ‐ έπεμψε, προστάξας λαφυροπωλῆσαι. καὶ τῆς Βα‐ βυλῶνος τὴν ἀγορὰν καί τινα τῶν ἱερῶν ἐνέπρησε καὶ τὸ κράτιστον τῆς πόλεως διέφθειρεν.</w:t>
      </w:r>
    </w:p>
    <w:p>
      <w:r>
        <w:rPr>
          <w:rFonts w:ascii="Courier New" w:hAnsi="Courier New"/>
          <w:color w:val="555555"/>
          <w:sz w:val="20"/>
        </w:rPr>
        <w:t>[34/35 22 . 1]</w:t>
      </w:r>
    </w:p>
    <w:p>
      <w:r>
        <w:rPr>
          <w:rFonts w:ascii="Gentium Plus" w:hAnsi="Gentium Plus"/>
          <w:sz w:val="24"/>
        </w:rPr>
        <w:t>Ὅτι Ἀλέξανδρος ὁ Ζαβινᾶς ἐπικληθείς, ἀξιο‐</w:t>
      </w:r>
    </w:p>
    <w:p>
      <w:r>
        <w:rPr>
          <w:rFonts w:ascii="Courier New" w:hAnsi="Courier New"/>
          <w:color w:val="555555"/>
          <w:sz w:val="20"/>
        </w:rPr>
        <w:t>[5]</w:t>
      </w:r>
    </w:p>
    <w:p>
      <w:r>
        <w:rPr>
          <w:rFonts w:ascii="Gentium Plus" w:hAnsi="Gentium Plus"/>
          <w:sz w:val="24"/>
        </w:rPr>
        <w:t>λοψύχως αὐτοῖς ἀπέλυσε τῶν ἐγκλημάτων· ἦν γὰρ πρᾷος καὶ συγγνωμονικός, ἔτι δὲ ἐν ταῖς ὁμιλίαις καὶ ἐν ταῖς ἐντεύξεσι προσηνής. ὧν χάριν διαφε‐ ρόντως ὑπὸ τῶν πολλῶν ἠγαπᾶτο.</w:t>
      </w:r>
    </w:p>
    <w:p>
      <w:r>
        <w:rPr>
          <w:rFonts w:ascii="Courier New" w:hAnsi="Courier New"/>
          <w:color w:val="555555"/>
          <w:sz w:val="20"/>
        </w:rPr>
        <w:t>[34/35 23 . 1]</w:t>
      </w:r>
    </w:p>
    <w:p>
      <w:r>
        <w:rPr>
          <w:rFonts w:ascii="Gentium Plus" w:hAnsi="Gentium Plus"/>
          <w:sz w:val="24"/>
        </w:rPr>
        <w:t>Ὅτι Σεξτίου τὴν τῶν Γαλατῶν πόλιν ἑλόν‐ τος καὶ τοὺς ἐν αὐτῇ λαφυροπωλοῦντος, Κράτων τις ὄνομα γεγονὼς φιλορώμαιος καὶ διὰ τοῦτο πολλὰς ὕβρεις καὶ βασάνους ὑπὸ τῶν ἀποστάντων</w:t>
      </w:r>
    </w:p>
    <w:p>
      <w:r>
        <w:rPr>
          <w:rFonts w:ascii="Courier New" w:hAnsi="Courier New"/>
          <w:color w:val="555555"/>
          <w:sz w:val="20"/>
        </w:rPr>
        <w:t>[5]</w:t>
      </w:r>
    </w:p>
    <w:p>
      <w:r>
        <w:rPr>
          <w:rFonts w:ascii="Gentium Plus" w:hAnsi="Gentium Plus"/>
          <w:sz w:val="24"/>
        </w:rPr>
        <w:t>πολιτῶν ὑπομεμενηκὼς ἤγετο δέσμιος μετὰ τῶν ἄλλων αἰχμαλώτων. ἰδὼν δὲ χρηματίζοντα τὸν ὕπατον, καὶ δηλώσας ὅστις ἦν καὶ ὅτι πολλοὺς καὶ πολλάκις ὑπὸ τῶν πολιτῶν ὑποστὰς κινδύνους, ὥσπερ ὑπὲρ Ῥωμαίων πολιτευόμενος, οὐ μόνον</w:t>
      </w:r>
    </w:p>
    <w:p>
      <w:r>
        <w:rPr>
          <w:rFonts w:ascii="Courier New" w:hAnsi="Courier New"/>
          <w:color w:val="555555"/>
          <w:sz w:val="20"/>
        </w:rPr>
        <w:t>[10]</w:t>
      </w:r>
    </w:p>
    <w:p>
      <w:r>
        <w:rPr>
          <w:rFonts w:ascii="Gentium Plus" w:hAnsi="Gentium Plus"/>
          <w:sz w:val="24"/>
        </w:rPr>
        <w:t>αὐτὸς μεθ’ ὅλης τῆς συγγενείας ἀπολυθεὶς ἀπέλαβε τὴν κτῆσιν, ἀλλὰ καὶ διὰ τὴν εἰς τοὺς Ῥωμαίους εὔνοιαν ἐξουσίαν ἔλαβεν ἐννακοσίους τῶν πολιτῶν ἐκ τῆς δουλείας ἐξελέσθαι. ὁ γὰρ ὕπατος μεγα‐ λοψυχότερον τῆς ἰδίας ἐλπίδος αὐτῷ προσηνέχθη,</w:t>
      </w:r>
    </w:p>
    <w:p>
      <w:r>
        <w:rPr>
          <w:rFonts w:ascii="Courier New" w:hAnsi="Courier New"/>
          <w:color w:val="555555"/>
          <w:sz w:val="20"/>
        </w:rPr>
        <w:t>[15]</w:t>
      </w:r>
    </w:p>
    <w:p>
      <w:r>
        <w:rPr>
          <w:rFonts w:ascii="Gentium Plus" w:hAnsi="Gentium Plus"/>
          <w:sz w:val="24"/>
        </w:rPr>
        <w:t>πρὸ ὀφθαλμῶν τιθεὶς τοῖς Γαλάταις τὴν εἰς ἑκάτε‐ ρον μέρος τῶν Ῥωμαίων ὑπερβολὴν τῆς φιλανθρω‐ πίας καὶ τιμωρίας. (Const. Exc. 2(1), pp. 308—309.)</w:t>
      </w:r>
    </w:p>
    <w:p>
      <w:r>
        <w:rPr>
          <w:rFonts w:ascii="Courier New" w:hAnsi="Courier New"/>
          <w:color w:val="555555"/>
          <w:sz w:val="20"/>
        </w:rPr>
        <w:t>[34/35 24 . 1]</w:t>
      </w:r>
    </w:p>
    <w:p>
      <w:r>
        <w:rPr>
          <w:rFonts w:ascii="Gentium Plus" w:hAnsi="Gentium Plus"/>
          <w:sz w:val="24"/>
        </w:rPr>
        <w:t>Τὸ δὲ πλῆθος οὐ μόνον λαβόντι τὴν ἀρχήν, ἀλλὰ καὶ μεταπορευομένῳ καὶ πρὸ τοῦ μετιέναι</w:t>
      </w:r>
    </w:p>
    <w:p>
      <w:r>
        <w:rPr>
          <w:rFonts w:ascii="Courier New" w:hAnsi="Courier New"/>
          <w:color w:val="555555"/>
          <w:sz w:val="20"/>
        </w:rPr>
        <w:t>[5]</w:t>
      </w:r>
    </w:p>
    <w:p>
      <w:r>
        <w:rPr>
          <w:rFonts w:ascii="Gentium Plus" w:hAnsi="Gentium Plus"/>
          <w:sz w:val="24"/>
        </w:rPr>
        <w:t>ἐδέχετο. τοσαύτη πρὸς αὐτὸν ἦν εὐνοίας ὀχλικῆς ὑπερβολή.</w:t>
      </w:r>
    </w:p>
    <w:p>
      <w:r>
        <w:rPr>
          <w:rFonts w:ascii="Courier New" w:hAnsi="Courier New"/>
          <w:color w:val="555555"/>
          <w:sz w:val="20"/>
        </w:rPr>
        <w:t>[34/35 25 . 1]</w:t>
      </w:r>
    </w:p>
    <w:p>
      <w:r>
        <w:rPr>
          <w:rFonts w:ascii="Gentium Plus" w:hAnsi="Gentium Plus"/>
          <w:sz w:val="24"/>
        </w:rPr>
        <w:t>Ὅτι ὁ Γράκχος δημηγορήσας περὶ τοῦ καταλῦσαι ἀριστοκρατίαν, δημοκρατίαν δὲ συστῆ‐ σαι, καὶ ἐφικόμενος τῆς ἁπάντων εὐχρηστίας τῶν μερῶν, οὐκέτι συναγωνιστὰς ἀλλὰ καθάπερ αὐθέν‐</w:t>
      </w:r>
    </w:p>
    <w:p>
      <w:r>
        <w:rPr>
          <w:rFonts w:ascii="Courier New" w:hAnsi="Courier New"/>
          <w:color w:val="555555"/>
          <w:sz w:val="20"/>
        </w:rPr>
        <w:t>[5]</w:t>
      </w:r>
    </w:p>
    <w:p>
      <w:r>
        <w:rPr>
          <w:rFonts w:ascii="Gentium Plus" w:hAnsi="Gentium Plus"/>
          <w:sz w:val="24"/>
        </w:rPr>
        <w:t>τας εἶχε τούτους ὑπὲρ τῆς ἰδίας τόλμης. δεδεκασ‐ μένος γὰρ ἕκαστος ταῖς ἰδίαις ἐλπίσιν ὡς ὑπὲρ ἰδίων ἀγαθῶν τῶν εἰσφερομένων νόμων ἕτοιμος ἦν πάντα κίνδυνον ὑπομένειν. τῶν μὲν γὰρ συγκλη‐ τικῶν τὸ δικάζειν ἀφελόμενος καὶ ἀποδείξας τοὺς</w:t>
      </w:r>
    </w:p>
    <w:p>
      <w:r>
        <w:rPr>
          <w:rFonts w:ascii="Courier New" w:hAnsi="Courier New"/>
          <w:color w:val="555555"/>
          <w:sz w:val="20"/>
        </w:rPr>
        <w:t>[10]</w:t>
      </w:r>
    </w:p>
    <w:p>
      <w:r>
        <w:rPr>
          <w:rFonts w:ascii="Gentium Plus" w:hAnsi="Gentium Plus"/>
          <w:sz w:val="24"/>
        </w:rPr>
        <w:t>ἱππεῖς κριτάς, τὸ χεῖρον τῆς πολιτείας τοῦ κρείτ‐ τονος κύριον ἐποίησε, καὶ τὴν προϋπάρχουσαν τῷ συνεδρίῳ πρὸς τοὺς ἱππεῖς σύμπνοιαν διαστήσας βαρὺν τὸν ὄχλον κατ’ ἀμφοτέρων κατεσκεύασε, διὰ δὲ τῆς πάντων διχοστασίας ἑαυτῷ δυναστείαν κατα‐</w:t>
      </w:r>
    </w:p>
    <w:p>
      <w:r>
        <w:rPr>
          <w:rFonts w:ascii="Courier New" w:hAnsi="Courier New"/>
          <w:color w:val="555555"/>
          <w:sz w:val="20"/>
        </w:rPr>
        <w:t>[15]</w:t>
      </w:r>
    </w:p>
    <w:p>
      <w:r>
        <w:rPr>
          <w:rFonts w:ascii="Gentium Plus" w:hAnsi="Gentium Plus"/>
          <w:sz w:val="24"/>
        </w:rPr>
        <w:t>σκευάζων καὶ τὸ κοινὸν ταμιεῖον εἰς αἰσχρὰς καὶ ἀκαίρους δαπάνας καὶ χάριτας ἀναλίσκων εἰς ἑαυ‐ τὸν πάντας ἀποβλέπειν ἐποίησε, καὶ τῇ μὲν τῶν δημοσιωνῶν τόλμῃ καὶ πλεονεξίᾳ τὰς ἐπαρχίας ὑπορρίψας ἐπεσπάσατο παρὰ τῶν ὑποτεταγμένων</w:t>
      </w:r>
    </w:p>
    <w:p>
      <w:r>
        <w:rPr>
          <w:rFonts w:ascii="Courier New" w:hAnsi="Courier New"/>
          <w:color w:val="555555"/>
          <w:sz w:val="20"/>
        </w:rPr>
        <w:t>[20]</w:t>
      </w:r>
    </w:p>
    <w:p>
      <w:r>
        <w:rPr>
          <w:rFonts w:ascii="Gentium Plus" w:hAnsi="Gentium Plus"/>
          <w:sz w:val="24"/>
        </w:rPr>
        <w:t>δίκαιον μῖσος κατὰ τῆς ἡγεμονίας, τοῖς δὲ στρατιώ‐ ταις διὰ τῶν νόμων τὰ τῆς ἀρχαίας ἀγωγῆς αὐστηρὰ καταχαρισάμενος ἀπείθειαν καὶ ἀναρχίαν εἰσήγαγεν</w:t>
      </w:r>
    </w:p>
    <w:p>
      <w:r>
        <w:rPr>
          <w:rFonts w:ascii="Courier New" w:hAnsi="Courier New"/>
          <w:color w:val="555555"/>
          <w:sz w:val="20"/>
        </w:rPr>
        <w:t>[25]</w:t>
      </w:r>
    </w:p>
    <w:p>
      <w:r>
        <w:rPr>
          <w:rFonts w:ascii="Gentium Plus" w:hAnsi="Gentium Plus"/>
          <w:sz w:val="24"/>
        </w:rPr>
        <w:t>τῶν ἐθῶν ὀλέθριος ἀνομία καὶ πόλεως ἀνατροπὴ γίνεται.</w:t>
      </w:r>
    </w:p>
    <w:p>
      <w:r>
        <w:rPr>
          <w:rFonts w:ascii="Courier New" w:hAnsi="Courier New"/>
          <w:color w:val="555555"/>
          <w:sz w:val="20"/>
        </w:rPr>
        <w:t>[34/35 25 . 2]</w:t>
      </w:r>
    </w:p>
    <w:p>
      <w:r>
        <w:rPr>
          <w:rFonts w:ascii="Gentium Plus" w:hAnsi="Gentium Plus"/>
          <w:sz w:val="24"/>
        </w:rPr>
        <w:t>Ὅτι ὁ Γράκχος ἐπὶ τοσοῦτο προέβη δυναστείας καὶ ὕβρεως, ὥστε τῶν ὄχλων κρινάντων ἐκβαλεῖν τὸν Ὀκτάυιον ἐκ τῆς πόλεως ἀφῆκεν αὐτόν, εἰπὼν τῷ δήμῳ διότι ταύτην χάριν δίδωσι τῇ μητρὶ προ‐</w:t>
      </w:r>
    </w:p>
    <w:p>
      <w:r>
        <w:rPr>
          <w:rFonts w:ascii="Courier New" w:hAnsi="Courier New"/>
          <w:color w:val="555555"/>
          <w:sz w:val="20"/>
        </w:rPr>
        <w:t>[5]</w:t>
      </w:r>
    </w:p>
    <w:p>
      <w:r>
        <w:rPr>
          <w:rFonts w:ascii="Gentium Plus" w:hAnsi="Gentium Plus"/>
          <w:sz w:val="24"/>
        </w:rPr>
        <w:t>εντετευγμένος ὑπ’ αὐτῆς.</w:t>
      </w:r>
    </w:p>
    <w:p>
      <w:r>
        <w:rPr>
          <w:rFonts w:ascii="Courier New" w:hAnsi="Courier New"/>
          <w:color w:val="555555"/>
          <w:sz w:val="20"/>
        </w:rPr>
        <w:t>[34/35 26 . 1]</w:t>
      </w:r>
    </w:p>
    <w:p>
      <w:r>
        <w:rPr>
          <w:rFonts w:ascii="Gentium Plus" w:hAnsi="Gentium Plus"/>
          <w:sz w:val="24"/>
        </w:rPr>
        <w:t>Ὅτι ὁ Πόπλιος μετὰ δακρύων ὑπὸ τῶν ὄχλων προεπέμφθη ἐκβαλλόμενος ἐκ τῆς πόλεως. οὐ γὰρ ἠγνόει τὸ πλῆθος τὸ τῆς ἐκβολῆς ἄδικον, ἀλλὰ τῇ κατ’ αὐτοῦ δωροδοκίᾳ δεκαζόμενον ἀπε‐</w:t>
      </w:r>
    </w:p>
    <w:p>
      <w:r>
        <w:rPr>
          <w:rFonts w:ascii="Courier New" w:hAnsi="Courier New"/>
          <w:color w:val="555555"/>
          <w:sz w:val="20"/>
        </w:rPr>
        <w:t>[5]</w:t>
      </w:r>
    </w:p>
    <w:p>
      <w:r>
        <w:rPr>
          <w:rFonts w:ascii="Gentium Plus" w:hAnsi="Gentium Plus"/>
          <w:sz w:val="24"/>
        </w:rPr>
        <w:t>στέρητο τῆς μισοπονηρούσης παρρησίας.</w:t>
      </w:r>
    </w:p>
    <w:p>
      <w:r>
        <w:rPr>
          <w:rFonts w:ascii="Courier New" w:hAnsi="Courier New"/>
          <w:color w:val="555555"/>
          <w:sz w:val="20"/>
        </w:rPr>
        <w:t>[34/35 27 . 1]</w:t>
      </w:r>
    </w:p>
    <w:p>
      <w:r>
        <w:rPr>
          <w:rFonts w:ascii="Gentium Plus" w:hAnsi="Gentium Plus"/>
          <w:sz w:val="24"/>
        </w:rPr>
        <w:t>Ὅτι ἑπτακαίδεκα φυλαὶ τὸν νόμον ἀπεδοκί‐ μαζον, ἄλλαι δὲ ταύταις ἴσαι παρεδέχοντο· τῆς δὲ ὀκτωκαιδεκάτης διαριθμουμένης μία ψῆφος ὑπερῆρε τῶν κυρούντων τὸν νόμον. τῆς δὲ τοῦ δήμου</w:t>
      </w:r>
    </w:p>
    <w:p>
      <w:r>
        <w:rPr>
          <w:rFonts w:ascii="Courier New" w:hAnsi="Courier New"/>
          <w:color w:val="555555"/>
          <w:sz w:val="20"/>
        </w:rPr>
        <w:t>[5]</w:t>
      </w:r>
    </w:p>
    <w:p>
      <w:r>
        <w:rPr>
          <w:rFonts w:ascii="Gentium Plus" w:hAnsi="Gentium Plus"/>
          <w:sz w:val="24"/>
        </w:rPr>
        <w:t>κρίσεως εἰς οὕτω μικρὰν ῥοπὴν συγκλειομένης, ὁ Γράκχος ἠγωνία ὡς ὑπὲρ τοῦ ζῆν κινδυνεύων, τῇ δὲ προσθήκῃ μιᾶς γνώμης μαθὼν ἑαυτὸν νικῶντα</w:t>
      </w:r>
    </w:p>
    <w:p>
      <w:r>
        <w:rPr>
          <w:rFonts w:ascii="Courier New" w:hAnsi="Courier New"/>
          <w:color w:val="555555"/>
          <w:sz w:val="20"/>
        </w:rPr>
        <w:t>[10]</w:t>
      </w:r>
    </w:p>
    <w:p>
      <w:r>
        <w:rPr>
          <w:rFonts w:ascii="Gentium Plus" w:hAnsi="Gentium Plus"/>
          <w:sz w:val="24"/>
        </w:rPr>
        <w:t>βραβεύσῃ στέρξομεν. (Const. Exc. 4, pp. 389—390.)</w:t>
      </w:r>
    </w:p>
    <w:p>
      <w:r>
        <w:rPr>
          <w:rFonts w:ascii="Courier New" w:hAnsi="Courier New"/>
          <w:color w:val="555555"/>
          <w:sz w:val="20"/>
        </w:rPr>
        <w:t>[34/35 28 . 1]</w:t>
      </w:r>
    </w:p>
    <w:p>
      <w:r>
        <w:rPr>
          <w:rFonts w:ascii="Gentium Plus" w:hAnsi="Gentium Plus"/>
          <w:sz w:val="24"/>
        </w:rPr>
        <w:t>Ὅτι ὁ Ἀλέξανδρος οὐ πιστεύων τοῖς ὄχλοις διά τε τὴν ἀπειρίαν τῶν ἐν τῷ πολέμῳ κινδύνων καὶ τὴν πρὸς τὰς μεταβολὰς ὀξύτητα παρατάξασθαι μὲν οὐκ ἐτόλμησε, διενοεῖτο δὲ συσκευάσασθαι τὰ</w:t>
      </w:r>
    </w:p>
    <w:p>
      <w:r>
        <w:rPr>
          <w:rFonts w:ascii="Courier New" w:hAnsi="Courier New"/>
          <w:color w:val="555555"/>
          <w:sz w:val="20"/>
        </w:rPr>
        <w:t>[5]</w:t>
      </w:r>
    </w:p>
    <w:p>
      <w:r>
        <w:rPr>
          <w:rFonts w:ascii="Gentium Plus" w:hAnsi="Gentium Plus"/>
          <w:sz w:val="24"/>
        </w:rPr>
        <w:t>βασιλικὰ χρήματα καὶ τὰ τῶν θεῶν ἀναθήματα συλῆσαι, καὶ μετὰ τούτων νυκτὸς ἀπᾶραι εἰς τὴν Ἑλλάδα. συλᾶν δὲ ἐπιβαλόμενος διά τινων βαρ‐ βάρων τὸ τοῦ Διὸς ἱερόν, καὶ φωραθείς, ἐκινδύνευσε μὲν μετὰ τῆς δυνάμεως ἐκ χειρὸς τυχεῖν τῆς ἁρμοτ‐</w:t>
      </w:r>
    </w:p>
    <w:p>
      <w:r>
        <w:rPr>
          <w:rFonts w:ascii="Courier New" w:hAnsi="Courier New"/>
          <w:color w:val="555555"/>
          <w:sz w:val="20"/>
        </w:rPr>
        <w:t>[10]</w:t>
      </w:r>
    </w:p>
    <w:p>
      <w:r>
        <w:rPr>
          <w:rFonts w:ascii="Gentium Plus" w:hAnsi="Gentium Plus"/>
          <w:sz w:val="24"/>
        </w:rPr>
        <w:t>τούσης τιμωρίας, φθὰς δὲ καὶ διαδρὰς μετ’ ὀλίγων ἐπεβάλετο φεύγειν εἰς Σελεύκειαν. τῆς δὲ φήμης αὐτὸν καταταχούσης, οἱ Σελευκεῖς ἀκούσαντες τὰ περὶ τὴν ἱεροσυλίαν ἀπέκλεισαν αὐτὸν τῆς πόλεως. ὁ δὲ ἀποπεσὼν καὶ ταύτης τῆς ἐπιβολῆς ὥρμησε</w:t>
      </w:r>
    </w:p>
    <w:p>
      <w:r>
        <w:rPr>
          <w:rFonts w:ascii="Courier New" w:hAnsi="Courier New"/>
          <w:color w:val="555555"/>
          <w:sz w:val="20"/>
        </w:rPr>
        <w:t>[15]</w:t>
      </w:r>
    </w:p>
    <w:p>
      <w:r>
        <w:rPr>
          <w:rFonts w:ascii="Gentium Plus" w:hAnsi="Gentium Plus"/>
          <w:sz w:val="24"/>
        </w:rPr>
        <w:t>φεύγειν ἐπὶ τὸ Ποσίδειον, ἀντεχόμενος τῶν παρα‐ θαλαττίων τόπων. (Const. Exc. 2(1), p. 309.)</w:t>
      </w:r>
    </w:p>
    <w:p>
      <w:r>
        <w:rPr>
          <w:rFonts w:ascii="Courier New" w:hAnsi="Courier New"/>
          <w:color w:val="555555"/>
          <w:sz w:val="20"/>
        </w:rPr>
        <w:t>[34/35 28 . 2]</w:t>
      </w:r>
    </w:p>
    <w:p>
      <w:r>
        <w:rPr>
          <w:rFonts w:ascii="Gentium Plus" w:hAnsi="Gentium Plus"/>
          <w:sz w:val="24"/>
        </w:rPr>
        <w:t>Ὅτι Ἀλέξανδρος μετὰ τὸ ἱεροσυλῆσαι ἔφευγεν ἐπὶ τὸ Ποσίδειον. εἵπετο δὲ αὐτῷ, ὡς ἔοικε, τὸ δαιμόνιον ἀόρατον ἐκ ποδῶν διῶκον, καὶ τῇ κατ’ αὐτοῦ τιμωρίᾳ συνεργὸν γινόμενον συνέκλειεν εἰς</w:t>
      </w:r>
    </w:p>
    <w:p>
      <w:r>
        <w:rPr>
          <w:rFonts w:ascii="Courier New" w:hAnsi="Courier New"/>
          <w:color w:val="555555"/>
          <w:sz w:val="20"/>
        </w:rPr>
        <w:t>[5]</w:t>
      </w:r>
    </w:p>
    <w:p>
      <w:r>
        <w:rPr>
          <w:rFonts w:ascii="Gentium Plus" w:hAnsi="Gentium Plus"/>
          <w:sz w:val="24"/>
        </w:rPr>
        <w:t>τὸ τυχεῖν τῆς ἁρμοττούσης δίκης· συλληφθεὶς γὰρ ἀνήχθη πρὸς τὸν Ἀντίοχον εἰς τὴν παρεμβολὴν δυσὶν ἡμέραις ὕστερον τῆς ἱεροσυλίας. οὕτως ἀνέκ‐ φευκτος ἡ τιμωρὸς δίκη μετέρχεται τὴν τῶν ἀσεβῶν τόλμαν· ἐγρηγορυῖαι γὰρ διώκουσι τοὺς ἀνοσίους</w:t>
      </w:r>
    </w:p>
    <w:p>
      <w:r>
        <w:rPr>
          <w:rFonts w:ascii="Courier New" w:hAnsi="Courier New"/>
          <w:color w:val="555555"/>
          <w:sz w:val="20"/>
        </w:rPr>
        <w:t>[10]</w:t>
      </w:r>
    </w:p>
    <w:p>
      <w:r>
        <w:rPr>
          <w:rFonts w:ascii="Gentium Plus" w:hAnsi="Gentium Plus"/>
          <w:sz w:val="24"/>
        </w:rPr>
        <w:t>ποιναὶ σύντομον τὴν τιμωρίαν φέρουσαι. ἄρτι γὰρ βασιλεὺς ἦν καὶ τεσσάρων μυριάδων στρατοπεδευ‐ ουσῶν ἀφηγεῖτο, καὶ νῦν δεδεμένος ἐπανήγετο πρὸς ὕβριν καὶ τιμωρίαν πολεμίων.</w:t>
      </w:r>
    </w:p>
    <w:p>
      <w:r>
        <w:rPr>
          <w:rFonts w:ascii="Courier New" w:hAnsi="Courier New"/>
          <w:color w:val="555555"/>
          <w:sz w:val="20"/>
        </w:rPr>
        <w:t>[34/35 28 . 3]</w:t>
      </w:r>
    </w:p>
    <w:p>
      <w:r>
        <w:rPr>
          <w:rFonts w:ascii="Gentium Plus" w:hAnsi="Gentium Plus"/>
          <w:sz w:val="24"/>
        </w:rPr>
        <w:t>Ὅτι ἀγομένου δεδεμένου διὰ τῆς παρεμβολῆς Ἀλεξάνδρου τοῦ βασιλέως τῆς Συρίας, τοῦτο ἄπιστον ἐδόκει οὐ μόνον τοῖς ἀκούουσιν, ἀλλὰ καὶ τοῖς ὁρῶσιν· τὴν γὰρ ἐνάργειαν τῆς αἰσθήσεως τὸ</w:t>
      </w:r>
    </w:p>
    <w:p>
      <w:r>
        <w:rPr>
          <w:rFonts w:ascii="Courier New" w:hAnsi="Courier New"/>
          <w:color w:val="555555"/>
          <w:sz w:val="20"/>
        </w:rPr>
        <w:t>[5]</w:t>
      </w:r>
    </w:p>
    <w:p>
      <w:r>
        <w:rPr>
          <w:rFonts w:ascii="Gentium Plus" w:hAnsi="Gentium Plus"/>
          <w:sz w:val="24"/>
        </w:rPr>
        <w:t>μηδέποτ’ ἂν γενέσθαι προσδοκηθὲν εἰς τοὐναντίον ῥέπειν ἐβιάζετο· ἐπεὶ δὲ διὰ τῆς ὁράσεως ἐβεβαιοῦτο τἀληθές, ἅπαντες θαυμάζοντες ἀνέλυον ἀπὸ τῆς θέας, οἱ μὲν ἀθρόοις καὶ συμπαθέσι φωναῖς ἐπι‐ σημαινόμενοι τὴν τοῦ δαιμονίου δύναμιν, οἱ δὲ</w:t>
      </w:r>
    </w:p>
    <w:p>
      <w:r>
        <w:rPr>
          <w:rFonts w:ascii="Courier New" w:hAnsi="Courier New"/>
          <w:color w:val="555555"/>
          <w:sz w:val="20"/>
        </w:rPr>
        <w:t>[10]</w:t>
      </w:r>
    </w:p>
    <w:p>
      <w:r>
        <w:rPr>
          <w:rFonts w:ascii="Gentium Plus" w:hAnsi="Gentium Plus"/>
          <w:sz w:val="24"/>
        </w:rPr>
        <w:t>ποικίλως ἐπιφθεγγόμενοι τὸ τῆς τύχης ἄστατον, τὸ παλίντροπον τῶν ἀνθρωπίνων, τὴν ὀξύτητα τῆς παλιρροίας, ὡς εὐμετάβολος ὁ βίος, οἷόν τις οὐκ ἂν προσεδόκησεν. (Const. Exc. 4, pp. 390—391.)</w:t>
      </w:r>
    </w:p>
    <w:p>
      <w:r>
        <w:rPr>
          <w:rFonts w:ascii="Courier New" w:hAnsi="Courier New"/>
          <w:color w:val="555555"/>
          <w:sz w:val="20"/>
        </w:rPr>
        <w:t>[34/35 28a 1]</w:t>
      </w:r>
    </w:p>
    <w:p>
      <w:r>
        <w:rPr>
          <w:rFonts w:ascii="Gentium Plus" w:hAnsi="Gentium Plus"/>
          <w:sz w:val="24"/>
        </w:rPr>
        <w:t>Ὅτι πολλοὺς ἔχων τοὺς συναγωνιστὰς ἀντ‐ ετάττετο ὁ Γράκχος, καὶ ἀεὶ καὶ μᾶλλον ταπει‐ νούμενος καὶ παρὰ προσδοκίαν ἀποπίπτων εἰς λύτταν τινὰ καὶ μανιώδη διάθεσιν ἐνέπιπτε. συν‐</w:t>
      </w:r>
    </w:p>
    <w:p>
      <w:r>
        <w:rPr>
          <w:rFonts w:ascii="Courier New" w:hAnsi="Courier New"/>
          <w:color w:val="555555"/>
          <w:sz w:val="20"/>
        </w:rPr>
        <w:t>[5]</w:t>
      </w:r>
    </w:p>
    <w:p>
      <w:r>
        <w:rPr>
          <w:rFonts w:ascii="Gentium Plus" w:hAnsi="Gentium Plus"/>
          <w:sz w:val="24"/>
        </w:rPr>
        <w:t>αγαγὼν γὰρ τοὺς συνωμότας εἰς τὴν ἰδίαν οἰκίαν καὶ μετὰ τοῦ Φλάκκου συνεδρεύσας ἔκρινε τοῖς ὅπλοις δεῖν κρατεῖν τῶν ἀντιπραττόντων καὶ τὰς χεῖρας τοῖς τε ἄρχουσι καὶ τῇ συγκλήτῳ προσ‐ φέρειν. διὸ παρεκελεύσατο πᾶσιν ὑπὸ ταῖς τηβέν‐</w:t>
      </w:r>
    </w:p>
    <w:p>
      <w:r>
        <w:rPr>
          <w:rFonts w:ascii="Courier New" w:hAnsi="Courier New"/>
          <w:color w:val="555555"/>
          <w:sz w:val="20"/>
        </w:rPr>
        <w:t>[10]</w:t>
      </w:r>
    </w:p>
    <w:p>
      <w:r>
        <w:rPr>
          <w:rFonts w:ascii="Gentium Plus" w:hAnsi="Gentium Plus"/>
          <w:sz w:val="24"/>
        </w:rPr>
        <w:t>ναις φέρειν ξίφη καὶ συνακολουθοῦντας αὐτῷ τὸν νοῦν προσέχειν τοῖς παραγγελλομένοις. Ὀπιμίου δὲ βουλευομένου εἰς τὸ Καπιτώλιον περὶ τοῦ συμ‐ φέροντος, ὥρμησεν ἐκεῖσε μετὰ τῶν καχεκτῶν· εὑ‐ ρὼν δὲ τὸν νεὼ προκατειλημμένον καὶ πλῆθος τῶν</w:t>
      </w:r>
    </w:p>
    <w:p>
      <w:r>
        <w:rPr>
          <w:rFonts w:ascii="Courier New" w:hAnsi="Courier New"/>
          <w:color w:val="555555"/>
          <w:sz w:val="20"/>
        </w:rPr>
        <w:t>[15]</w:t>
      </w:r>
    </w:p>
    <w:p>
      <w:r>
        <w:rPr>
          <w:rFonts w:ascii="Gentium Plus" w:hAnsi="Gentium Plus"/>
          <w:sz w:val="24"/>
        </w:rPr>
        <w:t>ἀρίστων ἠθροισμένον ἀπεχώρησεν εἰς τὴν ὀπίσω τοῦ νεὼ στοὰν ἀδημονῶν καὶ ποινηλατούμενος. οὕτω δ’ αὐτοῦ παροιστρηκότος, Κόιντός τις συνή‐ θειαν ἔχων πρὸς αὐτὸν προσέπεσε τοῖς γόνασιν αὐ‐ τοῦ δεόμενος μηδὲν βίαιον ἢ ἀνήκεστον πρᾶξαι</w:t>
      </w:r>
    </w:p>
    <w:p>
      <w:r>
        <w:rPr>
          <w:rFonts w:ascii="Courier New" w:hAnsi="Courier New"/>
          <w:color w:val="555555"/>
          <w:sz w:val="20"/>
        </w:rPr>
        <w:t>[20]</w:t>
      </w:r>
    </w:p>
    <w:p>
      <w:r>
        <w:rPr>
          <w:rFonts w:ascii="Gentium Plus" w:hAnsi="Gentium Plus"/>
          <w:sz w:val="24"/>
        </w:rPr>
        <w:t>κατὰ τῆς πατρίδος. ὁ δὲ τυραννικῶς ἤδη διεξάγων αὐτὸν μὲν προέωσε πρηνῆ ἐπὶ τὴν γῆν, τοῖς δὲ ἀκο‐ λουθοῦσι προσέταξε διαχειρίσασθαι καὶ ταύτην ἀρχὴν ποιήσασθαι τῆς κατὰ τῶν ἐναντιουμένων τιμωρίας. ὁ δὲ ὕπατος καταπλαγεὶς τόν τε φόνον ἐδήλωσε τῇ</w:t>
      </w:r>
    </w:p>
    <w:p>
      <w:r>
        <w:rPr>
          <w:rFonts w:ascii="Courier New" w:hAnsi="Courier New"/>
          <w:color w:val="555555"/>
          <w:sz w:val="20"/>
        </w:rPr>
        <w:t>[25]</w:t>
      </w:r>
    </w:p>
    <w:p>
      <w:r>
        <w:rPr>
          <w:rFonts w:ascii="Gentium Plus" w:hAnsi="Gentium Plus"/>
          <w:sz w:val="24"/>
        </w:rPr>
        <w:t>συγκλήτῳ καὶ τὴν κατ’ αὐτῶν ἐπίθεσιν. (Ζήτει ἐν τῷ Περὶ Συμβολῆς Πολέμων.) (Const. Exc. 3, p. 207.)</w:t>
      </w:r>
    </w:p>
    <w:p>
      <w:r>
        <w:rPr>
          <w:rFonts w:ascii="Courier New" w:hAnsi="Courier New"/>
          <w:color w:val="555555"/>
          <w:sz w:val="20"/>
        </w:rPr>
        <w:t>[34/35 29 . 1]</w:t>
      </w:r>
    </w:p>
    <w:p>
      <w:r>
        <w:rPr>
          <w:rFonts w:ascii="Gentium Plus" w:hAnsi="Gentium Plus"/>
          <w:sz w:val="24"/>
        </w:rPr>
        <w:t>Ὅτι μετὰ τὸ ἀποθανεῖν τὸν Γράκχον ὑπὸ τοῦ ἰδίου δούλου, τῶν γεγονότων αὐτοῦ φίλων Λεύκιος Οὐιτέλλιος πρῶτος ἐπιστὰς τῷ πτώματι αὐτοῦ οὐχ ὅπως ἠχθέσθη τῇ συμφορᾷ τοῦ τετελευτηκότος,</w:t>
      </w:r>
    </w:p>
    <w:p>
      <w:r>
        <w:rPr>
          <w:rFonts w:ascii="Courier New" w:hAnsi="Courier New"/>
          <w:color w:val="555555"/>
          <w:sz w:val="20"/>
        </w:rPr>
        <w:t>[5]</w:t>
      </w:r>
    </w:p>
    <w:p>
      <w:r>
        <w:rPr>
          <w:rFonts w:ascii="Gentium Plus" w:hAnsi="Gentium Plus"/>
          <w:sz w:val="24"/>
        </w:rPr>
        <w:t>ἀλλὰ τὴν κεφαλὴν ἀφελὼν καὶ κομίσας πρὸς ἑαυτὸν εἰς οἶκον ἰδίαν τινὰ πλεονεξίας ἐπίνοιαν καὶ ὠμό‐ τητος ὑπερβολὴν ἐπεδείξατο. ὁ γὰρ ὕπατος ἦν ἐπικεκηρυχὼς τῷ τὴν κεφαλὴν ἀπενέγκαντι δώσειν ἰσόσταθμον χρυσίον· ὁ δὲ τὸν τράχηλον διατρήσας</w:t>
      </w:r>
    </w:p>
    <w:p>
      <w:r>
        <w:rPr>
          <w:rFonts w:ascii="Courier New" w:hAnsi="Courier New"/>
          <w:color w:val="555555"/>
          <w:sz w:val="20"/>
        </w:rPr>
        <w:t>[10]</w:t>
      </w:r>
    </w:p>
    <w:p>
      <w:r>
        <w:rPr>
          <w:rFonts w:ascii="Gentium Plus" w:hAnsi="Gentium Plus"/>
          <w:sz w:val="24"/>
        </w:rPr>
        <w:t>καὶ τὸν ἐγκέφαλον ἐκκενώσας ἐνέτηξεν ἀντὶ τούτου</w:t>
      </w:r>
    </w:p>
    <w:p>
      <w:r>
        <w:rPr>
          <w:rFonts w:ascii="Courier New" w:hAnsi="Courier New"/>
          <w:color w:val="555555"/>
          <w:sz w:val="20"/>
        </w:rPr>
        <w:t>[34/35 30 . 1]</w:t>
      </w:r>
    </w:p>
    <w:p>
      <w:r>
        <w:rPr>
          <w:rFonts w:ascii="Gentium Plus" w:hAnsi="Gentium Plus"/>
          <w:sz w:val="24"/>
        </w:rPr>
        <w:t>Ὅτι ὁ Φλάκκος ἐπι ... χάριν γενε̣ὰ̣ν̣ δηλοῦν καὶ ... ρον ἐπειδὰν τὸν ... διαδρομ ... προγραφῆς ... τὴν προσδοκίαν ... ευομένοις ἡ παρανομία α(ὕ)τη προς ...</w:t>
      </w:r>
    </w:p>
    <w:p>
      <w:r>
        <w:rPr>
          <w:rFonts w:ascii="Courier New" w:hAnsi="Courier New"/>
          <w:color w:val="555555"/>
          <w:sz w:val="20"/>
        </w:rPr>
        <w:t>[34/35 30a 1]</w:t>
      </w:r>
    </w:p>
    <w:p>
      <w:r>
        <w:rPr>
          <w:rFonts w:ascii="Gentium Plus" w:hAnsi="Gentium Plus"/>
          <w:sz w:val="24"/>
        </w:rPr>
        <w:t>Ὅτι οἱ Κορδίσκοι κομίσαντες λάφυρα πλεῖ‐ στα πολλοὺς προήγαγον καὶ ἄλλους γενέσθαι τῆς ὁμοίας προαιρέσεως καὶ νομίζειν τὸ τὰ ἀλλότρια συ‐ λᾶν καὶ τοῖς ὅπλοις ἄγειν καὶ φέρειν ... τῶν</w:t>
      </w:r>
    </w:p>
    <w:p>
      <w:r>
        <w:rPr>
          <w:rFonts w:ascii="Courier New" w:hAnsi="Courier New"/>
          <w:color w:val="555555"/>
          <w:sz w:val="20"/>
        </w:rPr>
        <w:t>[5]</w:t>
      </w:r>
    </w:p>
    <w:p>
      <w:r>
        <w:rPr>
          <w:rFonts w:ascii="Gentium Plus" w:hAnsi="Gentium Plus"/>
          <w:sz w:val="24"/>
        </w:rPr>
        <w:t>ἀνδραγαθούντων εἶναι· βεβαιώσαντες γὰρ τὸν τῆς φύσεως νόμον οἱ ἰσχυρότεροι τὰς τῶν ἀσθενεστέ‐ ρων κτήσεις διαρπάζουσι.</w:t>
      </w:r>
    </w:p>
    <w:p>
      <w:r>
        <w:rPr>
          <w:rFonts w:ascii="Courier New" w:hAnsi="Courier New"/>
          <w:color w:val="555555"/>
          <w:sz w:val="20"/>
        </w:rPr>
        <w:t>[34/35 30b 1]</w:t>
      </w:r>
    </w:p>
    <w:p>
      <w:r>
        <w:rPr>
          <w:rFonts w:ascii="Gentium Plus" w:hAnsi="Gentium Plus"/>
          <w:sz w:val="24"/>
        </w:rPr>
        <w:t>Ὅτι οἱ Σκορδίσκοι ὕστερον ἀναστελλόμενοι πορείαν ἀπεφήναντο καὶ τὴν Ῥώμην ἐπικρατεῖν οὐ διὰ τὴν ἰδίαν δύναμιν ἀλλὰ διὰ τὴν ἄλλων ἀσθέ‐ νειαν.</w:t>
      </w:r>
    </w:p>
    <w:p>
      <w:r>
        <w:rPr>
          <w:rFonts w:ascii="Courier New" w:hAnsi="Courier New"/>
          <w:color w:val="555555"/>
          <w:sz w:val="20"/>
        </w:rPr>
        <w:t>[34/35 30c 1]</w:t>
      </w:r>
    </w:p>
    <w:p>
      <w:r>
        <w:rPr>
          <w:rFonts w:ascii="Gentium Plus" w:hAnsi="Gentium Plus"/>
          <w:sz w:val="24"/>
        </w:rPr>
        <w:t>Ὅτι ἡ φρόνησις δοκοῦσα πάντων κυριεύειν ὑπὸ μόνης τῆς τύχης ἡττᾶται· καὶ γὰρ ἃ διὰ</w:t>
      </w:r>
    </w:p>
    <w:p>
      <w:r>
        <w:rPr>
          <w:rFonts w:ascii="Courier New" w:hAnsi="Courier New"/>
          <w:color w:val="555555"/>
          <w:sz w:val="20"/>
        </w:rPr>
        <w:t>[5]</w:t>
      </w:r>
    </w:p>
    <w:p>
      <w:r>
        <w:rPr>
          <w:rFonts w:ascii="Gentium Plus" w:hAnsi="Gentium Plus"/>
          <w:sz w:val="24"/>
        </w:rPr>
        <w:t>δι’ ἀφροσύνην ἀπορρηθέντα ... παρὰ τὰς ἁπάν‐ των ἐλπίδας διωρθώσατο· ὥσθ’ ὁ μὲν εὐμενοῦς αὐτῆς λαβόμενος ἀδιαλείπτως σχέδον ἀνὰ πᾶσαν ἐπιβολὴν ἐπιτυγχάνοι ἄν, οἱ δὲ ἀλλοτρίαν ἔχοντες ἑκάστοτε πταίουσιν ἐν ταῖς κατὰ μέρος πράξεσιν,</w:t>
      </w:r>
    </w:p>
    <w:p>
      <w:r>
        <w:rPr>
          <w:rFonts w:ascii="Courier New" w:hAnsi="Courier New"/>
          <w:color w:val="555555"/>
          <w:sz w:val="20"/>
        </w:rPr>
        <w:t>[10]</w:t>
      </w:r>
    </w:p>
    <w:p>
      <w:r>
        <w:rPr>
          <w:rFonts w:ascii="Gentium Plus" w:hAnsi="Gentium Plus"/>
          <w:sz w:val="24"/>
        </w:rPr>
        <w:t>καὶ τοὺς μὲν ἔστιν ἰδεῖν ... (2 lines). (Const. Exc. 4, pp. 391—392, and Appendix I.)</w:t>
      </w:r>
    </w:p>
    <w:p>
      <w:r>
        <w:rPr>
          <w:rFonts w:ascii="Courier New" w:hAnsi="Courier New"/>
          <w:color w:val="555555"/>
          <w:sz w:val="20"/>
        </w:rPr>
        <w:t>[34/35 31 . 1]</w:t>
      </w:r>
    </w:p>
    <w:p>
      <w:r>
        <w:rPr>
          <w:rFonts w:ascii="Gentium Plus" w:hAnsi="Gentium Plus"/>
          <w:sz w:val="24"/>
        </w:rPr>
        <w:t>Ὅτι κατὰ τὴν Λιβύην παραταξαμένων ἀλλή‐ λοις τῶν βασιλέων, Ἰογόρθας κρατήσας τῇ μάχῃ πολλοὺς ἀνεῖλε τῶν Νομάδων· ὁ δὲ Ἀτάρβας ὁ ἀδελφὸς αὐτοῦ καταφυγὼν εἰς Κίρταν, καὶ συγκλει‐</w:t>
      </w:r>
    </w:p>
    <w:p>
      <w:r>
        <w:rPr>
          <w:rFonts w:ascii="Courier New" w:hAnsi="Courier New"/>
          <w:color w:val="555555"/>
          <w:sz w:val="20"/>
        </w:rPr>
        <w:t>[5]</w:t>
      </w:r>
    </w:p>
    <w:p>
      <w:r>
        <w:rPr>
          <w:rFonts w:ascii="Gentium Plus" w:hAnsi="Gentium Plus"/>
          <w:sz w:val="24"/>
        </w:rPr>
        <w:t>σθεὶς εἰς πολιορκίαν, ἐξαπέστειλε πρεσβευτὰς εἰς Ῥώμην μὴ περιιδεῖν βασιλέα φίλον καὶ σύμμαχον κινδυνεύοντα. ἡ δὲ σύγκλητος ἔπεμψε πρέσβεις λύειν τὴν πολιορκίαν. οὐ προσέχοντος δὲ Ἰογόρθα, πάλιν ἑτέρους ἔπεμψαν ἀξίωμα μεῖζον ἔχοντας.</w:t>
      </w:r>
    </w:p>
    <w:p>
      <w:r>
        <w:rPr>
          <w:rFonts w:ascii="Courier New" w:hAnsi="Courier New"/>
          <w:color w:val="555555"/>
          <w:sz w:val="20"/>
        </w:rPr>
        <w:t>[10]</w:t>
      </w:r>
    </w:p>
    <w:p>
      <w:r>
        <w:rPr>
          <w:rFonts w:ascii="Gentium Plus" w:hAnsi="Gentium Plus"/>
          <w:sz w:val="24"/>
        </w:rPr>
        <w:t>ὁμοίως δὲ καὶ τούτων ἀπράκτων ἐπανελθόντων, ὁ Ἰογόρθας περιταφρεύσας τὴν πόλιν ἐνδείᾳ κατε‐ πόνησε τοὺς ἐν τῇ πόλει· τὸν δὲ ἀδελφὸν ἐξελθόντα μεθ’ ἱκετηρίας καὶ τῆς μὲν βασιλείας ἐξιστάμενον, τὸ δὲ ζῆν αἰτούμενον ἀπέσφαξεν, οὐκ ἐντραπεὶς</w:t>
      </w:r>
    </w:p>
    <w:p>
      <w:r>
        <w:rPr>
          <w:rFonts w:ascii="Courier New" w:hAnsi="Courier New"/>
          <w:color w:val="555555"/>
          <w:sz w:val="20"/>
        </w:rPr>
        <w:t>[15]</w:t>
      </w:r>
    </w:p>
    <w:p>
      <w:r>
        <w:rPr>
          <w:rFonts w:ascii="Gentium Plus" w:hAnsi="Gentium Plus"/>
          <w:sz w:val="24"/>
        </w:rPr>
        <w:t>οὔτε συγγένειαν οὔτε τὸν τῆς ἱκεσίας νόμον. ὁμοίως δὲ καὶ τῶν Ἰταλῶν τοὺς συμμαχήσαντας τἀδελφῷ πάντας αἰκισάμενος ἀπέκτεινεν. (Const. Exc. 2(1), p. 310.)</w:t>
      </w:r>
    </w:p>
    <w:p>
      <w:r>
        <w:rPr>
          <w:rFonts w:ascii="Courier New" w:hAnsi="Courier New"/>
          <w:color w:val="555555"/>
          <w:sz w:val="20"/>
        </w:rPr>
        <w:t>[34/35 32 . 1]</w:t>
      </w:r>
    </w:p>
    <w:p>
      <w:r>
        <w:rPr>
          <w:rFonts w:ascii="Gentium Plus" w:hAnsi="Gentium Plus"/>
          <w:sz w:val="24"/>
        </w:rPr>
        <w:t>Ὅτι ὁ βασιλεὺς τῶν Νομάδων Ἰογόρθας θαυμάσας τὴν ἀνδραγαθίαν τῶν Ῥωμαίων καὶ τὰς ἀρετὰς αὐτῶν ἐπαινέσας ἐν τοῖς ἰδίοις φίλοις ἀπεφή‐ νατο διότι τούτοις τοῖς ἀνδράσι δι’ ἁπάσης τῆς</w:t>
      </w:r>
    </w:p>
    <w:p>
      <w:r>
        <w:rPr>
          <w:rFonts w:ascii="Courier New" w:hAnsi="Courier New"/>
          <w:color w:val="555555"/>
          <w:sz w:val="20"/>
        </w:rPr>
        <w:t>[5]</w:t>
      </w:r>
    </w:p>
    <w:p>
      <w:r>
        <w:rPr>
          <w:rFonts w:ascii="Gentium Plus" w:hAnsi="Gentium Plus"/>
          <w:sz w:val="24"/>
        </w:rPr>
        <w:t>Λιβύης διεξ... (about 2 lines).</w:t>
      </w:r>
    </w:p>
    <w:p>
      <w:r>
        <w:rPr>
          <w:rFonts w:ascii="Courier New" w:hAnsi="Courier New"/>
          <w:color w:val="555555"/>
          <w:sz w:val="20"/>
        </w:rPr>
        <w:t>[34/35 32a 1]</w:t>
      </w:r>
    </w:p>
    <w:p>
      <w:r>
        <w:rPr>
          <w:rFonts w:ascii="Gentium Plus" w:hAnsi="Gentium Plus"/>
          <w:sz w:val="24"/>
        </w:rPr>
        <w:t>Ὅτι προσπεσούσης τῆς ἀγγελίας περὶ τῆς τοῦ Ι̣Ο̣Υ̣ΒΙΟΥ τελευτῆς καὶ τῶν μετ’ αὐτοῦ ... πολὺς θόρυβος καὶ πένθος ἐπῄει τὴν πόλιν· πολλοὶ μὲν γὰρ παῖδες ὀρφανοὶ ..., οὐκ ὀλίγοι</w:t>
      </w:r>
    </w:p>
    <w:p>
      <w:r>
        <w:rPr>
          <w:rFonts w:ascii="Courier New" w:hAnsi="Courier New"/>
          <w:color w:val="555555"/>
          <w:sz w:val="20"/>
        </w:rPr>
        <w:t>[5]</w:t>
      </w:r>
    </w:p>
    <w:p>
      <w:r>
        <w:rPr>
          <w:rFonts w:ascii="Gentium Plus" w:hAnsi="Gentium Plus"/>
          <w:sz w:val="24"/>
        </w:rPr>
        <w:t>δὲ ἀδελ\ pletely obliterated). (Const. Exc. 4, p. 392, and Appendix I.)</w:t>
      </w:r>
    </w:p>
    <w:p>
      <w:r>
        <w:rPr>
          <w:rFonts w:ascii="Courier New" w:hAnsi="Courier New"/>
          <w:color w:val="555555"/>
          <w:sz w:val="20"/>
        </w:rPr>
        <w:t>[34/35 33 . 1]</w:t>
      </w:r>
    </w:p>
    <w:p>
      <w:r>
        <w:rPr>
          <w:rFonts w:ascii="Gentium Plus" w:hAnsi="Gentium Plus"/>
          <w:sz w:val="24"/>
        </w:rPr>
        <w:t>Ὅτι Νασικᾶς ὁ ὕπατος ὑπῆρχεν ἀνὴρ καὶ κατ’ ἀρετὴν ἀξιόλογος καὶ κατὰ τὴν εὐγένειαν θαυμαζόμενος· ἐξ ἐκείνου γὰρ ἦν τοῦ γένους ἐξ οὗ τοὺς Ἀφρικανοὺς καὶ τοὺς Ἀσιαγενεῖς καὶ τοὺς</w:t>
      </w:r>
    </w:p>
    <w:p>
      <w:r>
        <w:rPr>
          <w:rFonts w:ascii="Courier New" w:hAnsi="Courier New"/>
          <w:color w:val="555555"/>
          <w:sz w:val="20"/>
        </w:rPr>
        <w:t>[5]</w:t>
      </w:r>
    </w:p>
    <w:p>
      <w:r>
        <w:rPr>
          <w:rFonts w:ascii="Gentium Plus" w:hAnsi="Gentium Plus"/>
          <w:sz w:val="24"/>
        </w:rPr>
        <w:t>Ἱσπανοὺς ὀνομάζεσθαι συμβέβηκεν, ὧν ὁ μὲν τὴν Λιβύην, ὁ δὲ τὴν Ἀσίαν, ὁ δὲ τὴν Ἱσπανίαν κατα‐ στρεψάμενος ἔτυχε τῆς ἀπὸ τῶν πράξεων φερω‐ νύμου προσηγορίας. καὶ πρὸς δὲ τῇ κοινῇ τοῦ γένους δόξῃ πατέρα καὶ πάππον ἔσχεν ἐπιφανε‐</w:t>
      </w:r>
    </w:p>
    <w:p>
      <w:r>
        <w:rPr>
          <w:rFonts w:ascii="Courier New" w:hAnsi="Courier New"/>
          <w:color w:val="555555"/>
          <w:sz w:val="20"/>
        </w:rPr>
        <w:t>[10]</w:t>
      </w:r>
    </w:p>
    <w:p>
      <w:r>
        <w:rPr>
          <w:rFonts w:ascii="Gentium Plus" w:hAnsi="Gentium Plus"/>
          <w:sz w:val="24"/>
        </w:rPr>
        <w:t>στάτους Ῥωμαίων· ἄμφω μὲν γὰρ προεκάθισαν τοῦ συνεδρίου καὶ πρώτην ἐπεῖχον γνώμην μέχρι τῆς τελευτῆς, ὁ δὲ πάππος αὐτοῦ καὶ κατὰ δόγμα</w:t>
      </w:r>
    </w:p>
    <w:p>
      <w:r>
        <w:rPr>
          <w:rFonts w:ascii="Courier New" w:hAnsi="Courier New"/>
          <w:color w:val="555555"/>
          <w:sz w:val="20"/>
        </w:rPr>
        <w:t>[34/35 33 . 2]</w:t>
      </w:r>
    </w:p>
    <w:p>
      <w:r>
        <w:rPr>
          <w:rFonts w:ascii="Gentium Plus" w:hAnsi="Gentium Plus"/>
          <w:sz w:val="24"/>
        </w:rPr>
        <w:t>τῆς συγκλήτου τῶν πολιτῶν ἄριστος ἐκρίθη. ἐν μὲν γὰρ τοῖς τῆς Σιβύλλης χρησμοῖς εὑρέθη γε‐ γραμμένον ὅτι δεῖ τοὺς Ῥωμαίους ἱδρύσασθαι νεὼν τῆς μεγάλης μητρὸς τῶν θεῶν, καὶ τῶν μὲν ἱερῶν</w:t>
      </w:r>
    </w:p>
    <w:p>
      <w:r>
        <w:rPr>
          <w:rFonts w:ascii="Courier New" w:hAnsi="Courier New"/>
          <w:color w:val="555555"/>
          <w:sz w:val="20"/>
        </w:rPr>
        <w:t>[5]</w:t>
      </w:r>
    </w:p>
    <w:p>
      <w:r>
        <w:rPr>
          <w:rFonts w:ascii="Gentium Plus" w:hAnsi="Gentium Plus"/>
          <w:sz w:val="24"/>
        </w:rPr>
        <w:t>τὴν καταγωγὴν ἐκ Πεσσινοῦντος τῆς Ἀσίας ποιήσασθαι, τὴν δὲ ἐκδοχὴν αὐτῶν ἐν τῇ Ῥώμῃ γενέσθαι πανδημεὶ τῆς ἀπαντήσεως γινομένης, καὶ τῶν τε ἀνδρῶν τῶν ἀρίστων καὶ γυναικῶν ὁμοίως τὴν ἀγαθήν ... καὶ τούτους ἀφηγεῖσθαι</w:t>
      </w:r>
    </w:p>
    <w:p>
      <w:r>
        <w:rPr>
          <w:rFonts w:ascii="Courier New" w:hAnsi="Courier New"/>
          <w:color w:val="555555"/>
          <w:sz w:val="20"/>
        </w:rPr>
        <w:t>[10]</w:t>
      </w:r>
    </w:p>
    <w:p>
      <w:r>
        <w:rPr>
          <w:rFonts w:ascii="Gentium Plus" w:hAnsi="Gentium Plus"/>
          <w:sz w:val="24"/>
        </w:rPr>
        <w:t>τῆς ἀπαντήσεως γενομένης καὶ δέξασθαι τὰ ἱερὰ τῆς θεᾶς. τῆς δὲ συγκλήτου πάντα συντελούσης κατὰ τὸν χρησμόν, ἐκρίθη τῶν μὲν ἀνδρῶν ἄριστος</w:t>
      </w:r>
    </w:p>
    <w:p>
      <w:r>
        <w:rPr>
          <w:rFonts w:ascii="Courier New" w:hAnsi="Courier New"/>
          <w:color w:val="555555"/>
          <w:sz w:val="20"/>
        </w:rPr>
        <w:t>[34/35 33 . 3]</w:t>
      </w:r>
    </w:p>
    <w:p>
      <w:r>
        <w:rPr>
          <w:rFonts w:ascii="Gentium Plus" w:hAnsi="Gentium Plus"/>
          <w:sz w:val="24"/>
        </w:rPr>
        <w:t>Πόπλιος Νασικᾶς, τῶν δὲ γυναικῶν Οὐαλερία. οὐ μόνον γὰρ τῇ πρὸς θεοὺς εὐσεβείᾳ διαφέρειν ἔδοξεν, ἀλλὰ καὶ πολιτικὸς ὑπῆρξεν καὶ συνετὸς ἐν τῷ τὴν γνώμην ἀποφαίνεσθαι. μετὰ γὰρ τὸν Ἀννιβιακὸν</w:t>
      </w:r>
    </w:p>
    <w:p>
      <w:r>
        <w:rPr>
          <w:rFonts w:ascii="Courier New" w:hAnsi="Courier New"/>
          <w:color w:val="555555"/>
          <w:sz w:val="20"/>
        </w:rPr>
        <w:t>[5]</w:t>
      </w:r>
    </w:p>
    <w:p>
      <w:r>
        <w:rPr>
          <w:rFonts w:ascii="Gentium Plus" w:hAnsi="Gentium Plus"/>
          <w:sz w:val="24"/>
        </w:rPr>
        <w:t>πόλεμον Μάρκος μὲν Κάτων ὁ ἐπικληθεὶς Δημο‐ σθένης εἰώθει λέγειν παρ’ ἕκαστον ἐν τῇ συγκλήτῳ κατὰ τὴν ἀπόφασιν τῆς ἰδίας γνώμης Καρχηδόνα μὴ εἶναι. καὶ τοῦτο ἐποίει πολλάκις οὐχ ὑπο‐ κειμένης περὶ τούτου βουλῆς, ἀλλ’ ἑτέρων τινῶν</w:t>
      </w:r>
    </w:p>
    <w:p>
      <w:r>
        <w:rPr>
          <w:rFonts w:ascii="Courier New" w:hAnsi="Courier New"/>
          <w:color w:val="555555"/>
          <w:sz w:val="20"/>
        </w:rPr>
        <w:t>[10]</w:t>
      </w:r>
    </w:p>
    <w:p>
      <w:r>
        <w:rPr>
          <w:rFonts w:ascii="Gentium Plus" w:hAnsi="Gentium Plus"/>
          <w:sz w:val="24"/>
        </w:rPr>
        <w:t>ἀεὶ ζητουμένων. ὁ δὲ Νασικᾶς ἀεὶ τοὐναντίον</w:t>
      </w:r>
    </w:p>
    <w:p>
      <w:r>
        <w:rPr>
          <w:rFonts w:ascii="Courier New" w:hAnsi="Courier New"/>
          <w:color w:val="555555"/>
          <w:sz w:val="20"/>
        </w:rPr>
        <w:t>[34/35 33 . 4]</w:t>
      </w:r>
    </w:p>
    <w:p>
      <w:r>
        <w:rPr>
          <w:rFonts w:ascii="Gentium Plus" w:hAnsi="Gentium Plus"/>
          <w:sz w:val="24"/>
        </w:rPr>
        <w:t>ἀπεφαίνετο Καρχηδόνα διὰ παντὸς εἶναι. ἑκατέρα μὲν οὖν ἀπόφασις ἐδόκει τῷ συνεδρίῳ μεγάλην ἔχειν ἀναθεώρησιν· τοῖς δὲ διαφέρουσι τῇ φρονήσει πολὺ προτερεῖν ἡ τοῦ Νασικᾶ διελαμβάνετο. οὐ</w:t>
      </w:r>
    </w:p>
    <w:p>
      <w:r>
        <w:rPr>
          <w:rFonts w:ascii="Courier New" w:hAnsi="Courier New"/>
          <w:color w:val="555555"/>
          <w:sz w:val="20"/>
        </w:rPr>
        <w:t>[5]</w:t>
      </w:r>
    </w:p>
    <w:p>
      <w:r>
        <w:rPr>
          <w:rFonts w:ascii="Gentium Plus" w:hAnsi="Gentium Plus"/>
          <w:sz w:val="24"/>
        </w:rPr>
        <w:t>γὰρ ἐκ τῆς ἄλλων ἀσθενείας ἔκριναν δεῖν θεωρεῖσθαι τὴν τῆς Ῥώμης ἰσχύν, ἀλλ’ ἐκ τοῦ φαίνεσθαι τῶν</w:t>
      </w:r>
    </w:p>
    <w:p>
      <w:r>
        <w:rPr>
          <w:rFonts w:ascii="Courier New" w:hAnsi="Courier New"/>
          <w:color w:val="555555"/>
          <w:sz w:val="20"/>
        </w:rPr>
        <w:t>[34/35 33 . 5]</w:t>
      </w:r>
    </w:p>
    <w:p>
      <w:r>
        <w:rPr>
          <w:rFonts w:ascii="Gentium Plus" w:hAnsi="Gentium Plus"/>
          <w:sz w:val="24"/>
        </w:rPr>
        <w:t>μεγάλων μείζονα. πρὸς δὲ τούτοις σωζομένης μὲν τῆς Καρχηδόνος ὁ ἀπὸ ταύτης φόβος ἠνάγκαζεν ὁμονοεῖν τοὺς Ῥωμαίους καὶ τῶν ὑποτεταγμένων ἐπιεικῶς καὶ ἐνδόξως ἄρχειν· ὧν οὐδὲν κάλλιόν ἐστιν</w:t>
      </w:r>
    </w:p>
    <w:p>
      <w:r>
        <w:rPr>
          <w:rFonts w:ascii="Courier New" w:hAnsi="Courier New"/>
          <w:color w:val="555555"/>
          <w:sz w:val="20"/>
        </w:rPr>
        <w:t>[5]</w:t>
      </w:r>
    </w:p>
    <w:p>
      <w:r>
        <w:rPr>
          <w:rFonts w:ascii="Gentium Plus" w:hAnsi="Gentium Plus"/>
          <w:sz w:val="24"/>
        </w:rPr>
        <w:t>πρὸς ἡγεμονίας διαμονήν τε καὶ αὔξησιν· ἀπολο‐ μένης δὲ τῆς ἀντιπάλου πόλεως πρόδηλος ἦν ἐν μὲν τοῖς πολίταις ἐμφύλιος πόλεμος ἐσόμενος, ἐκ δὲ τῶν συμμάχων ἁπάντων μῖσος εἰς τὴν ἡγεμονίαν διὰ τὴν εἰς αὐτοὺς ἐκ τῶν ἀρχόντων πλεονεξίαν τε</w:t>
      </w:r>
    </w:p>
    <w:p>
      <w:r>
        <w:rPr>
          <w:rFonts w:ascii="Courier New" w:hAnsi="Courier New"/>
          <w:color w:val="555555"/>
          <w:sz w:val="20"/>
        </w:rPr>
        <w:t>[34/35 33 . 6]</w:t>
      </w:r>
    </w:p>
    <w:p>
      <w:r>
        <w:rPr>
          <w:rFonts w:ascii="Gentium Plus" w:hAnsi="Gentium Plus"/>
          <w:sz w:val="24"/>
        </w:rPr>
        <w:t>καὶ παρανομίαν. ἅπερ ἅπαντα συνέβη τῇ Ῥώμῃ μετὰ τὴν τῆς Καρχηδόνος κατασκαφήν· καὶ γὰρ ἐπικίνδυνοι δημαγωγίαι καὶ χώρας ἀναδασμοὶ καὶ συμμάχων ἀποστάσεις μεγάλαι καὶ ἐμφύλιοι πόλε‐</w:t>
      </w:r>
    </w:p>
    <w:p>
      <w:r>
        <w:rPr>
          <w:rFonts w:ascii="Courier New" w:hAnsi="Courier New"/>
          <w:color w:val="555555"/>
          <w:sz w:val="20"/>
        </w:rPr>
        <w:t>[5]</w:t>
      </w:r>
    </w:p>
    <w:p>
      <w:r>
        <w:rPr>
          <w:rFonts w:ascii="Gentium Plus" w:hAnsi="Gentium Plus"/>
          <w:sz w:val="24"/>
        </w:rPr>
        <w:t>μοι πολυετεῖς καὶ φοβεροὶ καὶ τἄλλα τὰ προαγορευ‐ θέντα ὑπὸ τοῦ Σκιπίωνος ἠκολούθησεν. ὁ τούτου δὲ υἱὸς πρεσβύτης ὢν τὴν ἡλικίαν Τιβέριον Γράκ‐ χον τυραννεῖν ἐπιχειρήσαντα ταῖς ἰδίαις χερσὶν</w:t>
      </w:r>
    </w:p>
    <w:p>
      <w:r>
        <w:rPr>
          <w:rFonts w:ascii="Courier New" w:hAnsi="Courier New"/>
          <w:color w:val="555555"/>
          <w:sz w:val="20"/>
        </w:rPr>
        <w:t>[34/35 33 . 7]</w:t>
      </w:r>
    </w:p>
    <w:p>
      <w:r>
        <w:rPr>
          <w:rFonts w:ascii="Gentium Plus" w:hAnsi="Gentium Plus"/>
          <w:sz w:val="24"/>
        </w:rPr>
        <w:t>ἀπέκτεινε, προηγούμενος τῆς συγκλήτου. τῆς δὲ</w:t>
      </w:r>
    </w:p>
    <w:p>
      <w:r>
        <w:rPr>
          <w:rFonts w:ascii="Courier New" w:hAnsi="Courier New"/>
          <w:color w:val="555555"/>
          <w:sz w:val="20"/>
        </w:rPr>
        <w:t>[5]</w:t>
      </w:r>
    </w:p>
    <w:p>
      <w:r>
        <w:rPr>
          <w:rFonts w:ascii="Gentium Plus" w:hAnsi="Gentium Plus"/>
          <w:sz w:val="24"/>
        </w:rPr>
        <w:t>ἔμβολα καὶ ἐπερωτώντων τίς ἔστιν ὁ ἀνελών, οἱ μὲν ἄλλοι ἅπαντες κατεπτηχότες τὴν τῶν ὄχλων ὁρμὴν καὶ βίαν ἠρνοῦντο καὶ τὰς ἀποκρίσεις ἐξηλ‐ λάττοντο, ὁ δὲ Σκιπίων μόνος ὡμολόγησεν ὑφ’ ἑαυτοῦ γεγονέναι τὴν ἀναίρεσιν, ἐπειπὼν ὅτι τοὺς</w:t>
      </w:r>
    </w:p>
    <w:p>
      <w:r>
        <w:rPr>
          <w:rFonts w:ascii="Courier New" w:hAnsi="Courier New"/>
          <w:color w:val="555555"/>
          <w:sz w:val="20"/>
        </w:rPr>
        <w:t>[10]</w:t>
      </w:r>
    </w:p>
    <w:p>
      <w:r>
        <w:rPr>
          <w:rFonts w:ascii="Gentium Plus" w:hAnsi="Gentium Plus"/>
          <w:sz w:val="24"/>
        </w:rPr>
        <w:t>μὲν ἄλλους ὁ Γράκχος ἐλάνθανεν ἐπιτιθέμενος τυ‐ ραννίδι, ἑαυτὸν δὲ καὶ τὴν σύγκλητον οὐκ ἔλαθεν. ὁ δὲ ὄχλος, καίπερ ἀγανακτῶν, ἡσύχασεν ἐντραπεὶς</w:t>
      </w:r>
    </w:p>
    <w:p>
      <w:r>
        <w:rPr>
          <w:rFonts w:ascii="Courier New" w:hAnsi="Courier New"/>
          <w:color w:val="555555"/>
          <w:sz w:val="20"/>
        </w:rPr>
        <w:t>[34/35 33 . 8]</w:t>
      </w:r>
    </w:p>
    <w:p>
      <w:r>
        <w:rPr>
          <w:rFonts w:ascii="Gentium Plus" w:hAnsi="Gentium Plus"/>
          <w:sz w:val="24"/>
        </w:rPr>
        <w:t>τὸ βάρος καὶ τὴν παρρησίαν τἀνδρός. ἀλλὰ μὴν καὶ ὁ τούτου υἱός, κατὰ τὸν ὑποκείμενον ἐνιαυτὸν τελευτήσας, ἀδωροδόκητος μὲν ἅπαντα τὸν βίον διετέλεσεν, μετασχὼν δὲ τῆς πολιτείας, καὶ τῷ</w:t>
      </w:r>
    </w:p>
    <w:p>
      <w:r>
        <w:rPr>
          <w:rFonts w:ascii="Courier New" w:hAnsi="Courier New"/>
          <w:color w:val="555555"/>
          <w:sz w:val="20"/>
        </w:rPr>
        <w:t>[5]</w:t>
      </w:r>
    </w:p>
    <w:p>
      <w:r>
        <w:rPr>
          <w:rFonts w:ascii="Gentium Plus" w:hAnsi="Gentium Plus"/>
          <w:sz w:val="24"/>
        </w:rPr>
        <w:t>βίῳ πρὸς ἀλήθειαν ἀλλ’ οὐ τοῖς λόγοις μόνοις φιλο‐ σοφήσας, ἀκόλουθον ἔσχε τῇ τοῦ γένους διαδοχῇ καὶ τὴν τῆς ἀρετῆς κληρονομίαν.</w:t>
      </w:r>
    </w:p>
    <w:p>
      <w:r>
        <w:rPr>
          <w:rFonts w:ascii="Courier New" w:hAnsi="Courier New"/>
          <w:color w:val="555555"/>
          <w:sz w:val="20"/>
        </w:rPr>
        <w:t>[34/35 34 . 1]</w:t>
      </w:r>
    </w:p>
    <w:p>
      <w:r>
        <w:rPr>
          <w:rFonts w:ascii="Gentium Plus" w:hAnsi="Gentium Plus"/>
          <w:sz w:val="24"/>
        </w:rPr>
        <w:t>Ὅτι ὁ Ἀντίοχος ὁ Κυζικηνὸς ἀρτίως παρει‐ ληφὼς τὴν βασιλείαν ἐξέπεσεν εἰς μέθας καὶ τρυφὴν ἀγεννῆ καὶ ζηλώματα βασιλείας ἀλλοτριώτατα. ἔχαιρε γὰρ μίμοις καὶ προδείκταις καὶ καθόλου</w:t>
      </w:r>
    </w:p>
    <w:p>
      <w:r>
        <w:rPr>
          <w:rFonts w:ascii="Courier New" w:hAnsi="Courier New"/>
          <w:color w:val="555555"/>
          <w:sz w:val="20"/>
        </w:rPr>
        <w:t>[5]</w:t>
      </w:r>
    </w:p>
    <w:p>
      <w:r>
        <w:rPr>
          <w:rFonts w:ascii="Gentium Plus" w:hAnsi="Gentium Plus"/>
          <w:sz w:val="24"/>
        </w:rPr>
        <w:t>πᾶσι τοῖς θαυματοποιοῖς, καὶ τὰ τούτων ἐπιτηδεύ‐ ματα μανθάνειν ἐφιλοτιμεῖτο. ἐπετήδευσε δὲ καὶ νευροσπαστεῖν καὶ δι’ αὑτοῦ κινεῖν ζῷα πενταπήχεα κατάργυρα καὶ κατάχρυσα καὶ ἕτερα πλείονα τοι‐</w:t>
      </w:r>
    </w:p>
    <w:p>
      <w:r>
        <w:rPr>
          <w:rFonts w:ascii="Courier New" w:hAnsi="Courier New"/>
          <w:color w:val="555555"/>
          <w:sz w:val="20"/>
        </w:rPr>
        <w:t>[10]</w:t>
      </w:r>
    </w:p>
    <w:p>
      <w:r>
        <w:rPr>
          <w:rFonts w:ascii="Gentium Plus" w:hAnsi="Gentium Plus"/>
          <w:sz w:val="24"/>
        </w:rPr>
        <w:t>ὀργάνων πολιορκητικῶν κατασκευάς, ἃ καὶ δόξαν μεγάλην καὶ χρείας ἀξιολόγους ἂν παρέσχετο. ἐνε‐ θουσία δὲ καὶ πρὸς κυνηγεσίας ἀκαίρους, καὶ πολ‐ λάκις νύκτωρ λάθρᾳ τῶν φίλων μετὰ δυεῖν ἢ τριῶν οἰκετῶν ἐξιὼν ἐπὶ τὴν χώραν ἐκυνήγει λέοντας καὶ</w:t>
      </w:r>
    </w:p>
    <w:p>
      <w:r>
        <w:rPr>
          <w:rFonts w:ascii="Courier New" w:hAnsi="Courier New"/>
          <w:color w:val="555555"/>
          <w:sz w:val="20"/>
        </w:rPr>
        <w:t>[15]</w:t>
      </w:r>
    </w:p>
    <w:p>
      <w:r>
        <w:rPr>
          <w:rFonts w:ascii="Gentium Plus" w:hAnsi="Gentium Plus"/>
          <w:sz w:val="24"/>
        </w:rPr>
        <w:t>παρδάλεις καὶ ὗς ἀγρίους. παραβόλως δὲ συμ‐ πλεκόμενος ἀλόγοις θηρίοις πολλάκις ἦλθεν εἰς τοὺς ἐσχάτους κινδύνους.</w:t>
      </w:r>
    </w:p>
    <w:p>
      <w:r>
        <w:rPr>
          <w:rFonts w:ascii="Courier New" w:hAnsi="Courier New"/>
          <w:color w:val="555555"/>
          <w:sz w:val="20"/>
        </w:rPr>
        <w:t>[34/35 35 . 1]</w:t>
      </w:r>
    </w:p>
    <w:p>
      <w:r>
        <w:rPr>
          <w:rFonts w:ascii="Gentium Plus" w:hAnsi="Gentium Plus"/>
          <w:sz w:val="24"/>
        </w:rPr>
        <w:t>Ὅτι Μικίψας ὁ Μασσανάσσου υἱὸς τοῦ Νο‐ μάδων βασιλέως εἶχε καὶ ἄλλους υἱοὺς πλείους, μάλιστα δὲ προτετιμημένους Ἀτάρβαν τὸν πρεσβύ‐ τερον τῶν παίδων καὶ Ἰάμψαμον καὶ Μικίψαν. ὃς</w:t>
      </w:r>
    </w:p>
    <w:p>
      <w:r>
        <w:rPr>
          <w:rFonts w:ascii="Courier New" w:hAnsi="Courier New"/>
          <w:color w:val="555555"/>
          <w:sz w:val="20"/>
        </w:rPr>
        <w:t>[5]</w:t>
      </w:r>
    </w:p>
    <w:p>
      <w:r>
        <w:rPr>
          <w:rFonts w:ascii="Gentium Plus" w:hAnsi="Gentium Plus"/>
          <w:sz w:val="24"/>
        </w:rPr>
        <w:t>ἐπιεικέστατος τῶν κατὰ Λιβύην βασιλέων γενό‐ μενος καὶ πολλοὺς τῶν πεπαιδευμένων Ἑλλήνων μεταπεμπόμενος συνεβίου τούτοις. πολλὴν δὲ ἐπι‐ μέλειαν ποιούμενος παιδείας, μάλιστα δὲ φιλο‐ σοφίας, ἐνεγήρασε τῇ δυναστείᾳ καὶ τῇ φιλοσοφίᾳ.</w:t>
      </w:r>
    </w:p>
    <w:p>
      <w:r>
        <w:rPr>
          <w:rFonts w:ascii="Courier New" w:hAnsi="Courier New"/>
          <w:color w:val="555555"/>
          <w:sz w:val="20"/>
        </w:rPr>
        <w:t>[10]</w:t>
      </w:r>
    </w:p>
    <w:p>
      <w:r>
        <w:rPr>
          <w:rFonts w:ascii="Gentium Plus" w:hAnsi="Gentium Plus"/>
          <w:sz w:val="24"/>
        </w:rPr>
        <w:t>(Const. Exc. 2(1), pp. 310—313.)</w:t>
      </w:r>
    </w:p>
    <w:p>
      <w:r>
        <w:rPr>
          <w:rFonts w:ascii="Courier New" w:hAnsi="Courier New"/>
          <w:color w:val="555555"/>
          <w:sz w:val="20"/>
        </w:rPr>
        <w:t>[34/35 35a 1]</w:t>
      </w:r>
    </w:p>
    <w:p>
      <w:r>
        <w:rPr>
          <w:rFonts w:ascii="Gentium Plus" w:hAnsi="Gentium Plus"/>
          <w:sz w:val="24"/>
        </w:rPr>
        <w:t>Ὅτι ἧκεν εἰς τὴν Ῥώμην ἀπὸ τοῦ βασιλικοῦ γένους ὑπάρχων Ἰογόρθας ἕτερος, ἀντιποιούμενος τῆς Νομαδικῆς βασιλείας. εὐδοκιμοῦντος δὲ αὐτοῦ καθ’ ὑπερβολήν, ὁ Ἰογόρθας μισθωσάμενός τινας</w:t>
      </w:r>
    </w:p>
    <w:p>
      <w:r>
        <w:rPr>
          <w:rFonts w:ascii="Courier New" w:hAnsi="Courier New"/>
          <w:color w:val="555555"/>
          <w:sz w:val="20"/>
        </w:rPr>
        <w:t>[5]</w:t>
      </w:r>
    </w:p>
    <w:p>
      <w:r>
        <w:rPr>
          <w:rFonts w:ascii="Gentium Plus" w:hAnsi="Gentium Plus"/>
          <w:sz w:val="24"/>
        </w:rPr>
        <w:t>σφαγεῖς τοῦτον μὲν ἐδολοφόνησεν, αὐτὸς δὲ οὐδενὸς κωλύοντος ἐπανῆλθεν εἰς τὴν βασιλείαν. (Const. Exc. 3, pp. 207—208.)</w:t>
      </w:r>
    </w:p>
    <w:p>
      <w:r>
        <w:rPr>
          <w:rFonts w:ascii="Courier New" w:hAnsi="Courier New"/>
          <w:color w:val="555555"/>
          <w:sz w:val="20"/>
        </w:rPr>
        <w:t>[34/35 36 . 1]</w:t>
      </w:r>
    </w:p>
    <w:p>
      <w:r>
        <w:rPr>
          <w:rFonts w:ascii="Gentium Plus" w:hAnsi="Gentium Plus"/>
          <w:sz w:val="24"/>
        </w:rPr>
        <w:t>Ὅτι Κοντωνιατός τις ὁ βασιλεὺς τῆς Γα‐</w:t>
      </w:r>
    </w:p>
    <w:p>
      <w:r>
        <w:rPr>
          <w:rFonts w:ascii="Courier New" w:hAnsi="Courier New"/>
          <w:color w:val="555555"/>
          <w:sz w:val="20"/>
        </w:rPr>
        <w:t>[5]</w:t>
      </w:r>
    </w:p>
    <w:p>
      <w:r>
        <w:rPr>
          <w:rFonts w:ascii="Gentium Plus" w:hAnsi="Gentium Plus"/>
          <w:sz w:val="24"/>
        </w:rPr>
        <w:t>χρόνοις διατετριφὼς ἐν Ῥώμῃ καὶ κεκοινωνηκὼς ἀρετῆς καὶ ἀγωγῆς νομίμου, διὰ Ῥωμαίων δὲ παρ‐ ειληφὼς τὴν ἐν Γαλατίᾳ βασιλείαν. (Const. Exc. 2(1), p. 313.)</w:t>
      </w:r>
    </w:p>
    <w:p>
      <w:r>
        <w:rPr>
          <w:rFonts w:ascii="Courier New" w:hAnsi="Courier New"/>
          <w:color w:val="555555"/>
          <w:sz w:val="20"/>
        </w:rPr>
        <w:t>[34/35 38 . 1]</w:t>
      </w:r>
    </w:p>
    <w:p>
      <w:r>
        <w:rPr>
          <w:rFonts w:ascii="Gentium Plus" w:hAnsi="Gentium Plus"/>
          <w:sz w:val="24"/>
        </w:rPr>
        <w:t>Ὅτι ὁ Μάριος εἷς ὢν τῶν συμβούλων καὶ τῶν πρεσβευτῶν ὑπὸ τοῦ στρατηγοῦ παρεθεω‐ ρεῖτο, ταπεινότατος ὢν τῶν πρεσβευτῶν τῇ δόξῃ. οἱ μὲν γὰρ ἄλλοι τοῖς ἀξιώμασι καὶ ταῖς εὐγενείαις</w:t>
      </w:r>
    </w:p>
    <w:p>
      <w:r>
        <w:rPr>
          <w:rFonts w:ascii="Courier New" w:hAnsi="Courier New"/>
          <w:color w:val="555555"/>
          <w:sz w:val="20"/>
        </w:rPr>
        <w:t>[5]</w:t>
      </w:r>
    </w:p>
    <w:p>
      <w:r>
        <w:rPr>
          <w:rFonts w:ascii="Gentium Plus" w:hAnsi="Gentium Plus"/>
          <w:sz w:val="24"/>
        </w:rPr>
        <w:t>ὑπερέχοντες μεγάλης ἀποδοχῆς ἐτύγχανον ὑπὸ τοῦ στρατηγοῦ, οὗτος δὲ δοκῶν γεγονέναι δημοσιώνης καὶ τὰς ὑποδεεστέρας ἀρχὰς μόγις εἰληφὼς ἐν ταῖς εἰς δόξαν προαγωγαῖς παρεθεωρεῖτο. καὶ τῶν μὲν ἄλλων ἕκαστος περιφεύγων πᾶσαν ἐν τοῖς πολεμι‐</w:t>
      </w:r>
    </w:p>
    <w:p>
      <w:r>
        <w:rPr>
          <w:rFonts w:ascii="Courier New" w:hAnsi="Courier New"/>
          <w:color w:val="555555"/>
          <w:sz w:val="20"/>
        </w:rPr>
        <w:t>[10]</w:t>
      </w:r>
    </w:p>
    <w:p>
      <w:r>
        <w:rPr>
          <w:rFonts w:ascii="Gentium Plus" w:hAnsi="Gentium Plus"/>
          <w:sz w:val="24"/>
        </w:rPr>
        <w:t>κοῖς ἔργοις κακοπάθειαν ᾑρεῖτο τὴν ῥᾳθυμίαν καὶ ῥᾳστώνην, οὗτος δὲ πρὸς τοὺς ἐν ταῖς μάχαις κιν‐ δύνους πολλάκις ἡγεμὼν ἐκπεμπόμενος τὴν μὲν ἐκ τούτων ἀτιμίαν προσεποιεῖτο, ἑτοίμως δ’ ἑαυτὸν εἰς τὰς τοιαύτας λειτουργίας ἐπιδιδοὺς πολλὴν ἐμ‐</w:t>
      </w:r>
    </w:p>
    <w:p>
      <w:r>
        <w:rPr>
          <w:rFonts w:ascii="Courier New" w:hAnsi="Courier New"/>
          <w:color w:val="555555"/>
          <w:sz w:val="20"/>
        </w:rPr>
        <w:t>[34/35 38 . 2]</w:t>
      </w:r>
    </w:p>
    <w:p>
      <w:r>
        <w:rPr>
          <w:rFonts w:ascii="Gentium Plus" w:hAnsi="Gentium Plus"/>
          <w:sz w:val="24"/>
        </w:rPr>
        <w:t>πειρίαν περιεποιήσατο τῶν πολεμικῶν ἔργων. ὢν δὲ εὐφυὴς πρὸς ἀγῶνας καὶ κινδύνους καὶ τούτους ὑπομένων προθύμως ταχὺ μεγάλην ἐκτήσατο δύνα‐ μιν καὶ δόξαν ἐπ’ ἀνδρείᾳ. ἐπιεικῶς δὲ τοῖς</w:t>
      </w:r>
    </w:p>
    <w:p>
      <w:r>
        <w:rPr>
          <w:rFonts w:ascii="Courier New" w:hAnsi="Courier New"/>
          <w:color w:val="555555"/>
          <w:sz w:val="20"/>
        </w:rPr>
        <w:t>[5]</w:t>
      </w:r>
    </w:p>
    <w:p>
      <w:r>
        <w:rPr>
          <w:rFonts w:ascii="Gentium Plus" w:hAnsi="Gentium Plus"/>
          <w:sz w:val="24"/>
        </w:rPr>
        <w:t>στρατιώταις προσφερόμενος καὶ ταῖς δωρεαῖς καὶ ταῖς ὁμιλίαις καὶ συμπεριφοραῖς κεχαρισμέναις τοῖς ὑποτεταγμένοις χρώμενος μεγάλην εὔνοιαν ἐν τοῖς στρατιώταις περιεποιήσατο. πάντες γὰρ τῆς εὐερ‐ γεσίας χάριν ἀποδιδόντες ἐν ταῖς μετὰ τούτου μά‐</w:t>
      </w:r>
    </w:p>
    <w:p>
      <w:r>
        <w:rPr>
          <w:rFonts w:ascii="Courier New" w:hAnsi="Courier New"/>
          <w:color w:val="555555"/>
          <w:sz w:val="20"/>
        </w:rPr>
        <w:t>[10]</w:t>
      </w:r>
    </w:p>
    <w:p>
      <w:r>
        <w:rPr>
          <w:rFonts w:ascii="Gentium Plus" w:hAnsi="Gentium Plus"/>
          <w:sz w:val="24"/>
        </w:rPr>
        <w:t>χαις φιλοτιμότερον ἠγωνίζοντο, συναύξοντες αὐτοῦ τὴν ἡγεμονίαν· εἰ δὲ τύχοι τις τῶν ἄλλων πρεσβευ‐ τῶν ἡγούμενος, ἐθελοκακοῦντες ἀπεδειλίων κατὰ τοὺς ἀναγκαιοτάτους καιρούς. καὶ συνέβαινε κατὰ τὸ πλεῖστον ἐν μὲν ταῖς τῶν ἄλλων ἡγεμονίαις</w:t>
      </w:r>
    </w:p>
    <w:p>
      <w:r>
        <w:rPr>
          <w:rFonts w:ascii="Courier New" w:hAnsi="Courier New"/>
          <w:color w:val="555555"/>
          <w:sz w:val="20"/>
        </w:rPr>
        <w:t>[15]</w:t>
      </w:r>
    </w:p>
    <w:p>
      <w:r>
        <w:rPr>
          <w:rFonts w:ascii="Gentium Plus" w:hAnsi="Gentium Plus"/>
          <w:sz w:val="24"/>
        </w:rPr>
        <w:t>Ῥωμαίους ἡττᾶσθαι, κατὰ δὲ τὰς τοῦ Μαρίου παρ‐ ουσίας ἀεὶ νικᾶν. (Const. Exc. 2(1), pp. 313—314.)</w:t>
      </w:r>
    </w:p>
    <w:p>
      <w:r>
        <w:rPr>
          <w:rFonts w:ascii="Courier New" w:hAnsi="Courier New"/>
          <w:color w:val="555555"/>
          <w:sz w:val="20"/>
        </w:rPr>
        <w:t>[34/35 39 . 1]</w:t>
      </w:r>
    </w:p>
    <w:p>
      <w:r>
        <w:rPr>
          <w:rFonts w:ascii="Gentium Plus" w:hAnsi="Gentium Plus"/>
          <w:sz w:val="24"/>
        </w:rPr>
        <w:t>Ὅτι Βόκχος ὁ κατὰ τὴν Λιβύην βασιλεύων πολλὰ καταμεμψάμενος τοῖς πείσασιν αὐτὸν πολε‐ μεῖν τοῖς Ῥωμαίοις πρέσβεις ἔπεμψε πρὸς τὸν Μάριον, περὶ μὲν τῶν ἡμαρτημένων αἰτούμενος</w:t>
      </w:r>
    </w:p>
    <w:p>
      <w:r>
        <w:rPr>
          <w:rFonts w:ascii="Courier New" w:hAnsi="Courier New"/>
          <w:color w:val="555555"/>
          <w:sz w:val="20"/>
        </w:rPr>
        <w:t>[5]</w:t>
      </w:r>
    </w:p>
    <w:p>
      <w:r>
        <w:rPr>
          <w:rFonts w:ascii="Gentium Plus" w:hAnsi="Gentium Plus"/>
          <w:sz w:val="24"/>
        </w:rPr>
        <w:t>συγγνώμην, ἀξιῶν δὲ φιλίαν συνθέσθαι καὶ πολλὰ κατεπαγγελλόμενος χρήσιμος ἔσεσθαι Ῥωμαίοις. τοῦ δὲ Μαρίου κελεύσαντος περὶ τούτων πρεσβεύειν πρὸς τὴν σύγκλητον, ὁ μὲν βασιλεὺς ἐξαπέστειλεν εἰς τὴν Ῥώμην πρεσβευτὰς περὶ τούτων, ἡ δὲ σύγ‐</w:t>
      </w:r>
    </w:p>
    <w:p>
      <w:r>
        <w:rPr>
          <w:rFonts w:ascii="Courier New" w:hAnsi="Courier New"/>
          <w:color w:val="555555"/>
          <w:sz w:val="20"/>
        </w:rPr>
        <w:t>[10]</w:t>
      </w:r>
    </w:p>
    <w:p>
      <w:r>
        <w:rPr>
          <w:rFonts w:ascii="Gentium Plus" w:hAnsi="Gentium Plus"/>
          <w:sz w:val="24"/>
        </w:rPr>
        <w:t>κλητος αὐτοῖς ἀπόκρισιν ἔδωκεν ἁπάντων τεύξεσθαι τῶν φιλανθρώπων τὸν Βόκχον, ἐὰν Μάριον πείσῃ. τοῦ δὲ Μαρίου σπεύδοντος αἰχμάλωτον λαβεῖν Ἰογόρθαν τὸν βασιλέα, ὑπακούσας ὁ Βόκχος καὶ μεταπεμψάμενος τοῦτον, ὡς περί τινων κοινῇ συμ‐</w:t>
      </w:r>
    </w:p>
    <w:p>
      <w:r>
        <w:rPr>
          <w:rFonts w:ascii="Courier New" w:hAnsi="Courier New"/>
          <w:color w:val="555555"/>
          <w:sz w:val="20"/>
        </w:rPr>
        <w:t>[15]</w:t>
      </w:r>
    </w:p>
    <w:p>
      <w:r>
        <w:rPr>
          <w:rFonts w:ascii="Gentium Plus" w:hAnsi="Gentium Plus"/>
          <w:sz w:val="24"/>
        </w:rPr>
        <w:t>φερόντων διαλεξόμενος, συνέλαβε τὸν Ἰογόρθαν καὶ δήσας παρέδωκε Λευκίῳ Σύλλᾳ τῷ ταμίᾳ τῷ πρὸς τὴν παράπεμψιν ἐκπεμφθέντι. τῇ δὲ τούτου συμφορᾷ τὴν ἰδίαν σωτηρίαν πορισάμενος διελύθη τῆς παρὰ τῶν Ῥωμαίων τιμωρίας.</w:t>
      </w:r>
    </w:p>
    <w:p>
      <w:r>
        <w:rPr>
          <w:rFonts w:ascii="Courier New" w:hAnsi="Courier New"/>
          <w:color w:val="555555"/>
          <w:sz w:val="20"/>
        </w:rPr>
        <w:t>[20]</w:t>
      </w:r>
    </w:p>
    <w:p>
      <w:r>
        <w:rPr>
          <w:rFonts w:ascii="Gentium Plus" w:hAnsi="Gentium Plus"/>
          <w:sz w:val="24"/>
        </w:rPr>
        <w:t>(Const. Exc. 1, pp. 407—408.)</w:t>
      </w:r>
    </w:p>
    <w:p>
      <w:r>
        <w:rPr>
          <w:rFonts w:ascii="Courier New" w:hAnsi="Courier New"/>
          <w:color w:val="555555"/>
          <w:sz w:val="20"/>
        </w:rPr>
        <w:t>[34/35 39a 1]</w:t>
      </w:r>
    </w:p>
    <w:p>
      <w:r>
        <w:rPr>
          <w:rFonts w:ascii="Gentium Plus" w:hAnsi="Gentium Plus"/>
          <w:sz w:val="24"/>
        </w:rPr>
        <w:t>Ὅτι ὁ πρεσβύτερος Πτολεμαῖος ἐν Σελευ‐ κείᾳ τῇ πόλει ὢν συγκεκλεισμένος ὑπό τινος τῶν φίλων ἐπιβουλευθείς, τὸν μὲν ἐπιβουλεύσαντα συλλα‐ βὼν ἐτιμωρήσατο, εἰς δὲ τὸ λοιπὸν οὐ τοῖς τυχοῦσι</w:t>
      </w:r>
    </w:p>
    <w:p>
      <w:r>
        <w:rPr>
          <w:rFonts w:ascii="Courier New" w:hAnsi="Courier New"/>
          <w:color w:val="555555"/>
          <w:sz w:val="20"/>
        </w:rPr>
        <w:t>[5]</w:t>
      </w:r>
    </w:p>
    <w:p>
      <w:r>
        <w:rPr>
          <w:rFonts w:ascii="Gentium Plus" w:hAnsi="Gentium Plus"/>
          <w:sz w:val="24"/>
        </w:rPr>
        <w:t>φίλοις ἑαυτὸν ἐπίστευεν. (Const. Exc. 3, p. 208.)</w:t>
      </w:r>
    </w:p>
    <w:p>
      <w:r>
        <w:rPr>
          <w:rFonts w:ascii="Courier New" w:hAnsi="Courier New"/>
          <w:color w:val="555555"/>
          <w:sz w:val="20"/>
        </w:rPr>
        <w:t>[34/35 37 . 1]</w:t>
      </w:r>
    </w:p>
    <w:p>
      <w:r>
        <w:rPr>
          <w:rFonts w:ascii="Gentium Plus" w:hAnsi="Gentium Plus"/>
          <w:sz w:val="24"/>
        </w:rPr>
        <w:t>... Κάρβωνος καὶ Σιλανοῦ· τοσούτου δὲ πλήθους ἀνῃρημένου οἱ μὲν υἱοὺς οἱ δὲ ἀδελφοὺς ἐπένθουν, τινὲς δὲ πατέρων ὀρφανοὶ παῖδες ἀπολε‐ λειμμένοι τὴν τῶν γονέων ἀπώλειαν καὶ τὴν Ἰτα‐</w:t>
      </w:r>
    </w:p>
    <w:p>
      <w:r>
        <w:rPr>
          <w:rFonts w:ascii="Courier New" w:hAnsi="Courier New"/>
          <w:color w:val="555555"/>
          <w:sz w:val="20"/>
        </w:rPr>
        <w:t>[5]</w:t>
      </w:r>
    </w:p>
    <w:p>
      <w:r>
        <w:rPr>
          <w:rFonts w:ascii="Gentium Plus" w:hAnsi="Gentium Plus"/>
          <w:sz w:val="24"/>
        </w:rPr>
        <w:t>λίας ἐρημίαν κατωδύροντο, πλεῖσται δὲ γυναῖκες ἀνδρῶν ἐστερημέναι χηρείας ἀτυχοῦς ἐλάμβανον πεῖ‐ ραν. ἡ δὲ σύγκλητος μεγαλοψύχως φέρουσα τὴν συμφορὰν τά τε πολλὰ πένθη καὶ τὴν ὑπερβολὴν τῶν κλαυθμῶν τὸ πολὺ κατέστελλε καὶ τὴν ἐπὶ τῇ</w:t>
      </w:r>
    </w:p>
    <w:p>
      <w:r>
        <w:rPr>
          <w:rFonts w:ascii="Courier New" w:hAnsi="Courier New"/>
          <w:color w:val="555555"/>
          <w:sz w:val="20"/>
        </w:rPr>
        <w:t>[10]</w:t>
      </w:r>
    </w:p>
    <w:p>
      <w:r>
        <w:rPr>
          <w:rFonts w:ascii="Gentium Plus" w:hAnsi="Gentium Plus"/>
          <w:sz w:val="24"/>
        </w:rPr>
        <w:t>συμφορᾷ λύπην ἐπικρυπτομένη βαρέως ἔφερεν.</w:t>
      </w:r>
    </w:p>
    <w:p>
      <w:r>
        <w:rPr>
          <w:rFonts w:ascii="Courier New" w:hAnsi="Courier New"/>
          <w:color w:val="555555"/>
          <w:sz w:val="20"/>
        </w:rPr>
        <w:t>[36 t 1]</w:t>
      </w:r>
    </w:p>
    <w:p>
      <w:pPr>
        <w:jc w:val="center"/>
      </w:pPr>
      <w:r>
        <w:rPr>
          <w:rFonts w:ascii="Gentium Plus" w:hAnsi="Gentium Plus"/>
          <w:b/>
          <w:sz w:val="24"/>
        </w:rPr>
        <w:t>FRAGMENTA LIBRI XXXVI</w:t>
      </w:r>
    </w:p>
    <w:p>
      <w:r>
        <w:rPr>
          <w:rFonts w:ascii="Courier New" w:hAnsi="Courier New"/>
          <w:color w:val="555555"/>
          <w:sz w:val="20"/>
        </w:rPr>
        <w:t>[36 . 1 . 1]</w:t>
      </w:r>
    </w:p>
    <w:p>
      <w:r>
        <w:rPr>
          <w:rFonts w:ascii="Gentium Plus" w:hAnsi="Gentium Plus"/>
          <w:sz w:val="24"/>
        </w:rPr>
        <w:t>Ὅτι ὑπὸ τοὺς αὐτοὺς χρόνους ἐν Ῥώμῃ, καθ’ οὓς Μάριος μὲν τοὺς κατὰ Λιβύην βασιλεῖς Βόκχον καὶ Ἰουγούρθαν κατεπολέμησε μεγάλῃ παρατάξει, καὶ πολλὰς μὲν τῶν Λιβύων μυριάδας ἀνεῖλεν,</w:t>
      </w:r>
    </w:p>
    <w:p>
      <w:r>
        <w:rPr>
          <w:rFonts w:ascii="Courier New" w:hAnsi="Courier New"/>
          <w:color w:val="555555"/>
          <w:sz w:val="20"/>
        </w:rPr>
        <w:t>[5]</w:t>
      </w:r>
    </w:p>
    <w:p>
      <w:r>
        <w:rPr>
          <w:rFonts w:ascii="Gentium Plus" w:hAnsi="Gentium Plus"/>
          <w:sz w:val="24"/>
        </w:rPr>
        <w:t>ὕστερον δὲ αὐτὸν Ἰουγούρθαν συλληφθέντα ὑπὸ Βόκχου, ὥστε τυχεῖν συγγνώμης παρὰ Ῥωμαίων ὑπὲρ ὧν αὐτοῖς κατέστη πρὸς πόλεμον, λαβὼν ἐκεῖθεν αἰχμάλωτον εἶχε, μεγίστοις δὲ πταίσμασι τοῖς κατὰ Γαλατίαν τῶν Κίμβρων πολεμούντων</w:t>
      </w:r>
    </w:p>
    <w:p>
      <w:r>
        <w:rPr>
          <w:rFonts w:ascii="Courier New" w:hAnsi="Courier New"/>
          <w:color w:val="555555"/>
          <w:sz w:val="20"/>
        </w:rPr>
        <w:t>[10]</w:t>
      </w:r>
    </w:p>
    <w:p>
      <w:r>
        <w:rPr>
          <w:rFonts w:ascii="Gentium Plus" w:hAnsi="Gentium Plus"/>
          <w:sz w:val="24"/>
        </w:rPr>
        <w:t>Ῥωμαῖοι περιπεσόντες ἠθύμουν, κατὰ τοὺς αὐτοὺς χρόνους ἧκόν τινες ἀπὸ Σικελίας ἀπόστασιν ἀγγέλ‐ λοντες οἰκετῶν εἰς πολλὰς ἀριθμουμένων μυριάδας. οὗ προσαγγελθέντος, ἐν πολλῇ περιστάσει τὸ Ῥω‐ μαϊκὸν ἅπαν συνεχόμενον διετέλει, ὡς ἂν στρατιω‐</w:t>
      </w:r>
    </w:p>
    <w:p>
      <w:r>
        <w:rPr>
          <w:rFonts w:ascii="Courier New" w:hAnsi="Courier New"/>
          <w:color w:val="555555"/>
          <w:sz w:val="20"/>
        </w:rPr>
        <w:t>[15]</w:t>
      </w:r>
    </w:p>
    <w:p>
      <w:r>
        <w:rPr>
          <w:rFonts w:ascii="Gentium Plus" w:hAnsi="Gentium Plus"/>
          <w:sz w:val="24"/>
        </w:rPr>
        <w:t>τῶν ἐπιλέκτων σχεδὸν ἑξακισμυρίων ἐν τῷ πρὸς Κίμβρους κατὰ Γαλατίαν πολέμῳ διολωλότων, καὶ ἀπόρων ὄντων εἰς ἀποστολὴν στρατιωτῶν λογάδων.</w:t>
      </w:r>
    </w:p>
    <w:p>
      <w:r>
        <w:rPr>
          <w:rFonts w:ascii="Courier New" w:hAnsi="Courier New"/>
          <w:color w:val="555555"/>
          <w:sz w:val="20"/>
        </w:rPr>
        <w:t>[36 . 2 . 1]</w:t>
      </w:r>
    </w:p>
    <w:p>
      <w:r>
        <w:rPr>
          <w:rFonts w:ascii="Gentium Plus" w:hAnsi="Gentium Plus"/>
          <w:sz w:val="24"/>
        </w:rPr>
        <w:t>Πρὸ δὲ τῆς κατὰ τὴν Σικελίαν τῶν δούλων ἐπαναστάσεως ἐγένοντο κατὰ τὴν Ἰταλίαν πλείους</w:t>
      </w:r>
    </w:p>
    <w:p>
      <w:r>
        <w:rPr>
          <w:rFonts w:ascii="Courier New" w:hAnsi="Courier New"/>
          <w:color w:val="555555"/>
          <w:sz w:val="20"/>
        </w:rPr>
        <w:t>[5]</w:t>
      </w:r>
    </w:p>
    <w:p>
      <w:r>
        <w:rPr>
          <w:rFonts w:ascii="Gentium Plus" w:hAnsi="Gentium Plus"/>
          <w:sz w:val="24"/>
        </w:rPr>
        <w:t>κατὰ τὴν Σικελίαν ἐπαναστάσεως, πρώτη μὲν ἡ περὶ Νουκερίαν, τριάκοντα οἰκετῶν συνωμοσίαν ποιησαμένων καὶ ταχὺ κολασθέντων, δευτέρα ἡ περὶ τὴν Καπύην, διακοσίων οἰκετῶν ἐπαναστάν‐</w:t>
      </w:r>
    </w:p>
    <w:p>
      <w:r>
        <w:rPr>
          <w:rFonts w:ascii="Courier New" w:hAnsi="Courier New"/>
          <w:color w:val="555555"/>
          <w:sz w:val="20"/>
        </w:rPr>
        <w:t>[36 . 2 . 2]</w:t>
      </w:r>
    </w:p>
    <w:p>
      <w:r>
        <w:rPr>
          <w:rFonts w:ascii="Gentium Plus" w:hAnsi="Gentium Plus"/>
          <w:sz w:val="24"/>
        </w:rPr>
        <w:t>των καὶ ταχὺ καταλυθέντων. τρίτη δὲ παράδοξος γέγονέ τις. ἦν Τίτος Μενουίτιος, ἱππεὺς μὲν Ῥωμαίων, μεγαλοπλούτου δὲ πατρὸς παῖς. οὗτος ἠράσθη θεραπαινίδος ἀλλοτρίας κάλλει διαφερούσης.</w:t>
      </w:r>
    </w:p>
    <w:p>
      <w:r>
        <w:rPr>
          <w:rFonts w:ascii="Courier New" w:hAnsi="Courier New"/>
          <w:color w:val="555555"/>
          <w:sz w:val="20"/>
        </w:rPr>
        <w:t>[5]</w:t>
      </w:r>
    </w:p>
    <w:p>
      <w:r>
        <w:rPr>
          <w:rFonts w:ascii="Gentium Plus" w:hAnsi="Gentium Plus"/>
          <w:sz w:val="24"/>
        </w:rPr>
        <w:t>συμπλακεὶς δ’ αὐτῇ καὶ εἰς ἔρωτα παράδοξον αὐτῆς ἐμπεσὼν ἐξηγόρασεν αὐτήν, οὕτω τοῦ τε μανιώ‐ δους ἔρωτος βιαζομένου καὶ τοῦ κυρίου τῆς κόρης τὴν πρᾶσιν μόλις κατανεύσαντος, ταλάντων Ἀττι‐ κῶν ἑπτά, καὶ χρόνον ὥρισε καθ’ ὃν ἀποτίσει τὸ</w:t>
      </w:r>
    </w:p>
    <w:p>
      <w:r>
        <w:rPr>
          <w:rFonts w:ascii="Courier New" w:hAnsi="Courier New"/>
          <w:color w:val="555555"/>
          <w:sz w:val="20"/>
        </w:rPr>
        <w:t>[10]</w:t>
      </w:r>
    </w:p>
    <w:p>
      <w:r>
        <w:rPr>
          <w:rFonts w:ascii="Gentium Plus" w:hAnsi="Gentium Plus"/>
          <w:sz w:val="24"/>
        </w:rPr>
        <w:t>χρέος· ἐπιστεύετο δὲ διὰ τὴν πατρῴαν περιουσίαν. ἐνστάντος δὲ τοῦ ὁρισθέντος, καὶ μὴ ἔχων ἀπο‐ δοῦναι, πάλιν ἔταξε τριάκοντα ἡμερῶν προθεσμίαν.</w:t>
      </w:r>
    </w:p>
    <w:p>
      <w:r>
        <w:rPr>
          <w:rFonts w:ascii="Courier New" w:hAnsi="Courier New"/>
          <w:color w:val="555555"/>
          <w:sz w:val="20"/>
        </w:rPr>
        <w:t>[36 . 2 . 3]</w:t>
      </w:r>
    </w:p>
    <w:p>
      <w:r>
        <w:rPr>
          <w:rFonts w:ascii="Gentium Plus" w:hAnsi="Gentium Plus"/>
          <w:sz w:val="24"/>
        </w:rPr>
        <w:t>ὡς δὲ καὶ ταύτης ἐπιστάσης οἱ μὲν ἀπῄτουν, ὁ δὲ οὐδὲν πλέον εἶχεν ἀνύειν, ὁ δ’ ἔρως ἤκμαζεν, ἐπ‐ εχείρησε πράξει παραλογωτάτῃ. ἐπιβουλεύει μὲν γὰρ τοὺς ἀπαιτοῦντας, ἑαυτῷ δὲ μοναρχικὴν ἐξου‐</w:t>
      </w:r>
    </w:p>
    <w:p>
      <w:r>
        <w:rPr>
          <w:rFonts w:ascii="Courier New" w:hAnsi="Courier New"/>
          <w:color w:val="555555"/>
          <w:sz w:val="20"/>
        </w:rPr>
        <w:t>[5]</w:t>
      </w:r>
    </w:p>
    <w:p>
      <w:r>
        <w:rPr>
          <w:rFonts w:ascii="Gentium Plus" w:hAnsi="Gentium Plus"/>
          <w:sz w:val="24"/>
        </w:rPr>
        <w:t>σίαν περιέθηκε. συναγοράσας γὰρ πεντακοσίας πανοπλίας καὶ χρόνον τῆς τιμῆς συντάξας, καὶ πιστευθείς, λάθρᾳ πρὸς ἀγρόν τινα παρακομίσας τοὺς ἰδίους ἀνέσεισε πρὸς ἀπόστασιν οἰκέτας,</w:t>
      </w:r>
    </w:p>
    <w:p>
      <w:r>
        <w:rPr>
          <w:rFonts w:ascii="Courier New" w:hAnsi="Courier New"/>
          <w:color w:val="555555"/>
          <w:sz w:val="20"/>
        </w:rPr>
        <w:t>[36 . 2 . 4]</w:t>
      </w:r>
    </w:p>
    <w:p>
      <w:r>
        <w:rPr>
          <w:rFonts w:ascii="Gentium Plus" w:hAnsi="Gentium Plus"/>
          <w:sz w:val="24"/>
        </w:rPr>
        <w:t>τετρακοσίους ὄντας. εἶτα ἀναλαβὼν διάδημα καὶ</w:t>
      </w:r>
    </w:p>
    <w:p>
      <w:r>
        <w:rPr>
          <w:rFonts w:ascii="Courier New" w:hAnsi="Courier New"/>
          <w:color w:val="555555"/>
          <w:sz w:val="20"/>
        </w:rPr>
        <w:t>[5]</w:t>
      </w:r>
    </w:p>
    <w:p>
      <w:r>
        <w:rPr>
          <w:rFonts w:ascii="Gentium Plus" w:hAnsi="Gentium Plus"/>
          <w:sz w:val="24"/>
        </w:rPr>
        <w:t>τοῦντας τὴν τιμὴν τῆς κόρης ῥαβδίσας ἐπελέκισεν, ἐξοπλίσας δὲ τοὺς οἰκέτας ἐπῄει τὰς σύνεγγυς ἐπαύλεις, καὶ τοὺς μὲν προθύμως συναφισταμένους καθώπλιζε, τοὺς δ’ ἀντιπράττοντας ἀνῄρει. ταχὺ δὲ συναγαγὼν στρατιώτας πλείους τῶν ἑπτακοσίων</w:t>
      </w:r>
    </w:p>
    <w:p>
      <w:r>
        <w:rPr>
          <w:rFonts w:ascii="Courier New" w:hAnsi="Courier New"/>
          <w:color w:val="555555"/>
          <w:sz w:val="20"/>
        </w:rPr>
        <w:t>[10]</w:t>
      </w:r>
    </w:p>
    <w:p>
      <w:r>
        <w:rPr>
          <w:rFonts w:ascii="Gentium Plus" w:hAnsi="Gentium Plus"/>
          <w:sz w:val="24"/>
        </w:rPr>
        <w:t>καὶ τούτους εἰς ἑκατονταρχίας καταλέξας, ἐνε‐ βάλετο χάρακα καὶ τοὺς ἀφισταμένους ὑπεδέχετο.</w:t>
      </w:r>
    </w:p>
    <w:p>
      <w:r>
        <w:rPr>
          <w:rFonts w:ascii="Courier New" w:hAnsi="Courier New"/>
          <w:color w:val="555555"/>
          <w:sz w:val="20"/>
        </w:rPr>
        <w:t>[36 . 2 . 5]</w:t>
      </w:r>
    </w:p>
    <w:p>
      <w:r>
        <w:rPr>
          <w:rFonts w:ascii="Gentium Plus" w:hAnsi="Gentium Plus"/>
          <w:sz w:val="24"/>
        </w:rPr>
        <w:t>τῆς δ’ ἀποστάσεως εἰς Ῥώμην ἀπαγγελθείσης, ἡ σύγκλητος ἐμφρόνως περὶ αὐτῆς ἐβουλεύσατο καὶ κατώρθωσε. τῶν γὰρ κατὰ πόλιν στρατηγῶν ἀπ‐ έδειξεν ἕνα πρὸς τὴν τῶν δραπετῶν σύλληψιν,</w:t>
      </w:r>
    </w:p>
    <w:p>
      <w:r>
        <w:rPr>
          <w:rFonts w:ascii="Courier New" w:hAnsi="Courier New"/>
          <w:color w:val="555555"/>
          <w:sz w:val="20"/>
        </w:rPr>
        <w:t>[5]</w:t>
      </w:r>
    </w:p>
    <w:p>
      <w:r>
        <w:rPr>
          <w:rFonts w:ascii="Gentium Plus" w:hAnsi="Gentium Plus"/>
          <w:sz w:val="24"/>
        </w:rPr>
        <w:t>Λεύκιον Λούκουλλον. οὗτος δὲ αὐθημερὸν ἐκ τῆς Ῥώμης ἐπιλέξας στρατιώτας ἑξακοσίους, εἰς τὴν Καπύην ἦλθε συναθροίσας πεζοὺς μὲν τετρακισ‐</w:t>
      </w:r>
    </w:p>
    <w:p>
      <w:r>
        <w:rPr>
          <w:rFonts w:ascii="Courier New" w:hAnsi="Courier New"/>
          <w:color w:val="555555"/>
          <w:sz w:val="20"/>
        </w:rPr>
        <w:t>[36 . 2 . 6]</w:t>
      </w:r>
    </w:p>
    <w:p>
      <w:r>
        <w:rPr>
          <w:rFonts w:ascii="Gentium Plus" w:hAnsi="Gentium Plus"/>
          <w:sz w:val="24"/>
        </w:rPr>
        <w:t>χιλίους, ἱππεῖς δὲ τετρακοσίους. ὁ δὲ Οὐέττιος τὴν ὁρμὴν τοῦ Λουκούλλου πυθόμενος κατελάβετο λόφον καρτερόν, ἔχων τοὺς πάντας πλέον τῶν τρισχιλίων καὶ πεντακοσίων. καὶ τὸ μὲν πρῶτον συμβολῆς</w:t>
      </w:r>
    </w:p>
    <w:p>
      <w:r>
        <w:rPr>
          <w:rFonts w:ascii="Courier New" w:hAnsi="Courier New"/>
          <w:color w:val="555555"/>
          <w:sz w:val="20"/>
        </w:rPr>
        <w:t>[5]</w:t>
      </w:r>
    </w:p>
    <w:p>
      <w:r>
        <w:rPr>
          <w:rFonts w:ascii="Gentium Plus" w:hAnsi="Gentium Plus"/>
          <w:sz w:val="24"/>
        </w:rPr>
        <w:t>γενομένης ἐπλεονέκτησαν οἱ δραπέται ἐκ τόπων ὑπερδεξίων μαχόμενοι· μετὰ δὲ ταῦτα τὸν μὲν στρατηγὸν τοῦ Οὐεττίου Ἀπολλώνιον διαφθείρας ὁ Λούκουλλος καὶ τῇ δημοσίᾳ πίστει τὴν ἄφεσιν τῆς τιμωρίας βεβαιώσας, ἔπεισεν αὐτὸν προδότην</w:t>
      </w:r>
    </w:p>
    <w:p>
      <w:r>
        <w:rPr>
          <w:rFonts w:ascii="Courier New" w:hAnsi="Courier New"/>
          <w:color w:val="555555"/>
          <w:sz w:val="20"/>
        </w:rPr>
        <w:t>[10]</w:t>
      </w:r>
    </w:p>
    <w:p>
      <w:r>
        <w:rPr>
          <w:rFonts w:ascii="Gentium Plus" w:hAnsi="Gentium Plus"/>
          <w:sz w:val="24"/>
        </w:rPr>
        <w:t>γενέσθαι τῶν συναποστατῶν. διὸ καὶ τούτου συν‐ εργοῦντος τοῖς Ῥωμαίοις καὶ τὰς χεῖρας προσφέ‐ ροντος τῷ Οὐεττίῳ, φοβηθεὶς τὴν ἐκ τῆς ἁλώσεως</w:t>
      </w:r>
    </w:p>
    <w:p>
      <w:r>
        <w:rPr>
          <w:rFonts w:ascii="Courier New" w:hAnsi="Courier New"/>
          <w:color w:val="555555"/>
          <w:sz w:val="20"/>
        </w:rPr>
        <w:t>[15]</w:t>
      </w:r>
    </w:p>
    <w:p>
      <w:r>
        <w:rPr>
          <w:rFonts w:ascii="Gentium Plus" w:hAnsi="Gentium Plus"/>
          <w:sz w:val="24"/>
        </w:rPr>
        <w:t>πλὴν τοῦ προδόντος Ἀπολλωνίου. καὶ ταῦτα μὲν πρὸ τῆς κατὰ Σικελίαν, ὥσπερ προοιμιαζόμενα ταύτῃ, μεγίστης ἀποστάσεως· ἥτις ἀρχὴν ἔλαβε τοιαύτην. (Photius, Bibl. pp. 386—387 B.)</w:t>
      </w:r>
    </w:p>
    <w:p>
      <w:r>
        <w:rPr>
          <w:rFonts w:ascii="Courier New" w:hAnsi="Courier New"/>
          <w:color w:val="555555"/>
          <w:sz w:val="20"/>
        </w:rPr>
        <w:t>[36 2a 1]</w:t>
      </w:r>
    </w:p>
    <w:p>
      <w:r>
        <w:rPr>
          <w:rFonts w:ascii="Gentium Plus" w:hAnsi="Gentium Plus"/>
          <w:sz w:val="24"/>
        </w:rPr>
        <w:t>Ὅτι πολλαὶ ἐπαναστάσεις ἐγένοντο οἰκετῶν· πρώτη μὲν ἡ περὶ τὴν Νουκερίαν, τριάκοντα οἰ‐ κετῶν συνωμοσίαν ποιησαμένων καὶ ταχὺ κολασ‐ θέντων, δευτέρα δὲ ἡ περὶ τὴν Καπύην, διακοσίων</w:t>
      </w:r>
    </w:p>
    <w:p>
      <w:r>
        <w:rPr>
          <w:rFonts w:ascii="Courier New" w:hAnsi="Courier New"/>
          <w:color w:val="555555"/>
          <w:sz w:val="20"/>
        </w:rPr>
        <w:t>[5]</w:t>
      </w:r>
    </w:p>
    <w:p>
      <w:r>
        <w:rPr>
          <w:rFonts w:ascii="Gentium Plus" w:hAnsi="Gentium Plus"/>
          <w:sz w:val="24"/>
        </w:rPr>
        <w:t>οἰκετῶν ἐπαναστάντων καὶ ταχὺ κολασθέντων· τρί‐ τη δὲ ἀπόστασις ἐγένετο παράδοξος καὶ πολὺ τὰς εἰθισμένας διαλλάττουσα. ἦν γάρ τις Τίτος μὲν Οὐέττιος, ἱππεὺς δὲ Ῥωμαίων, ὃς ἔχων πα‐ τέρα μεγαλόπλουτον καὶ νέος ὢν παντελῶς εἰς</w:t>
      </w:r>
    </w:p>
    <w:p>
      <w:r>
        <w:rPr>
          <w:rFonts w:ascii="Courier New" w:hAnsi="Courier New"/>
          <w:color w:val="555555"/>
          <w:sz w:val="20"/>
        </w:rPr>
        <w:t>[10]</w:t>
      </w:r>
    </w:p>
    <w:p>
      <w:r>
        <w:rPr>
          <w:rFonts w:ascii="Gentium Plus" w:hAnsi="Gentium Plus"/>
          <w:sz w:val="24"/>
        </w:rPr>
        <w:t>ἐπιθυμίαν ἦλθεν ἀλλοτρίας θεραπαινίδος κάλλει διαφερούσης. ἐπιπλακεὶς δὲ αὐτῇ καὶ συμβιώσας ἱκανόν τινα χρόνον εἰς ἔρωτα παράδοξον ἐνέπεσε καὶ διάθεσιν μανίᾳ παρεμφερῆ. διὰ γὰρ τὴν φιλο‐ στοργίαν ἐπιβαλόμενος ἐξαγοράσαι τὴν παιδίσκην</w:t>
      </w:r>
    </w:p>
    <w:p>
      <w:r>
        <w:rPr>
          <w:rFonts w:ascii="Courier New" w:hAnsi="Courier New"/>
          <w:color w:val="555555"/>
          <w:sz w:val="20"/>
        </w:rPr>
        <w:t>[15]</w:t>
      </w:r>
    </w:p>
    <w:p>
      <w:r>
        <w:rPr>
          <w:rFonts w:ascii="Gentium Plus" w:hAnsi="Gentium Plus"/>
          <w:sz w:val="24"/>
        </w:rPr>
        <w:t>τὸ μὲν πρῶτον ἔσχε τὸν δεσπότην αὐτῆς ἀντι‐ πράττοντα, μετὰ δὲ ταῦτα τῷ μεγέθει τῆς τιμῆς προτρεψάμενος ἐξηγόρασεν αὐτὴν ταλάντων Ἀτ‐ τικῶν ἑπτά, καὶ τὴν ἀπόδοσιν τῆς τιμῆς εἰς τακτὸν χρόνον συνέθετο. πιστευθεὶς δὲ τοῦ χρήματος διὰ</w:t>
      </w:r>
    </w:p>
    <w:p>
      <w:r>
        <w:rPr>
          <w:rFonts w:ascii="Courier New" w:hAnsi="Courier New"/>
          <w:color w:val="555555"/>
          <w:sz w:val="20"/>
        </w:rPr>
        <w:t>[20]</w:t>
      </w:r>
    </w:p>
    <w:p>
      <w:r>
        <w:rPr>
          <w:rFonts w:ascii="Gentium Plus" w:hAnsi="Gentium Plus"/>
          <w:sz w:val="24"/>
        </w:rPr>
        <w:t>τὴν τοῦ πατρὸς εὐπορίαν ἀπήγαγε τὴν θεραπαινίδα, καὶ καταδὺς εἴς τινα τῶν πατρικῶν ἀγρῶν ἐξεπλή‐ ρου τὴν ἰδίαν ἐπιθυμίαν. ὡς δὲ ὁ συγκείμενος τοῦ χρέους χρόνος διῆλθεν, ἧκον οἱ πεμφθέντες εἰς τὴν ἀπαίτησιν. ὁ δὲ εἰς τὴν τριακοστὴν ἡμέραν ἀνα‐</w:t>
      </w:r>
    </w:p>
    <w:p>
      <w:r>
        <w:rPr>
          <w:rFonts w:ascii="Courier New" w:hAnsi="Courier New"/>
          <w:color w:val="555555"/>
          <w:sz w:val="20"/>
        </w:rPr>
        <w:t>[25]</w:t>
      </w:r>
    </w:p>
    <w:p>
      <w:r>
        <w:rPr>
          <w:rFonts w:ascii="Gentium Plus" w:hAnsi="Gentium Plus"/>
          <w:sz w:val="24"/>
        </w:rPr>
        <w:t>βαλόμενος τὴν ἀπόλυσιν, καὶ τὸ μὲν χρῆμα οὐ δυνάμενος πορίσαι, τῷ δὲ ἔρωτι δουλεύων, ἐπεχεί‐ ρησε πράξει παραλογωτάτῃ. διὰ γὰρ τοῦ πάθους τὴν ὑπερβολὴν καὶ τὴν ἐκ τῆς ἀναβολῆς ἐπακολου‐ θοῦσαν αἰσχύνην ἐξετράπη πρὸς διαλογισμοὺς παι‐</w:t>
      </w:r>
    </w:p>
    <w:p>
      <w:r>
        <w:rPr>
          <w:rFonts w:ascii="Courier New" w:hAnsi="Courier New"/>
          <w:color w:val="555555"/>
          <w:sz w:val="20"/>
        </w:rPr>
        <w:t>[30]</w:t>
      </w:r>
    </w:p>
    <w:p>
      <w:r>
        <w:rPr>
          <w:rFonts w:ascii="Gentium Plus" w:hAnsi="Gentium Plus"/>
          <w:sz w:val="24"/>
        </w:rPr>
        <w:t>δαριώδεις καὶ πολλῆς ἀφροσύνης μεστούς. πρὸ ὀφθαλμῶν γὰρ λαμβάνων τὸν ἐσόμενον τῆς ἐρω‐ μένης διαχωρισμὸν τοῖς μὲν ἀπαιτοῦσι τὴν τιμὴν ἀνέλπιστον ἐπιβουλὴν συνεστήσατο. ... (Const. Exc. 3, p. 208.)</w:t>
      </w:r>
    </w:p>
    <w:p>
      <w:r>
        <w:rPr>
          <w:rFonts w:ascii="Courier New" w:hAnsi="Courier New"/>
          <w:color w:val="555555"/>
          <w:sz w:val="20"/>
        </w:rPr>
        <w:t>[36 . 3 . 1]</w:t>
      </w:r>
    </w:p>
    <w:p>
      <w:r>
        <w:rPr>
          <w:rFonts w:ascii="Gentium Plus" w:hAnsi="Gentium Plus"/>
          <w:sz w:val="24"/>
        </w:rPr>
        <w:t>Κατὰ τὴν ἐπὶ τοὺς Κίμβρους τοῦ Μαρίου στρα‐ τείαν ἔδωκεν ἡ σύγκλητος ἐξουσίαν τῷ Μαρίῳ ἐκ τῶν πέραν θαλάττης ἐθνῶν μεταπέμπεσθαι συμμα‐ χίαν. ὁ μὲν οὖν Μάριος ἐξέπεμψε πρὸς Νικομή‐</w:t>
      </w:r>
    </w:p>
    <w:p>
      <w:r>
        <w:rPr>
          <w:rFonts w:ascii="Courier New" w:hAnsi="Courier New"/>
          <w:color w:val="555555"/>
          <w:sz w:val="20"/>
        </w:rPr>
        <w:t>[5]</w:t>
      </w:r>
    </w:p>
    <w:p>
      <w:r>
        <w:rPr>
          <w:rFonts w:ascii="Gentium Plus" w:hAnsi="Gentium Plus"/>
          <w:sz w:val="24"/>
        </w:rPr>
        <w:t>δην τὸν τῆς Βιθυνίας βασιλέα περὶ βοηθείας· ὁ δὲ ἀπόκρισιν ἔδωκε τοὺς πλείους τῶν Βιθυνῶν ὑπὸ τῶν δημοσιωνῶν διαρπαγέντας δουλεύειν ἐν ταῖς</w:t>
      </w:r>
    </w:p>
    <w:p>
      <w:r>
        <w:rPr>
          <w:rFonts w:ascii="Courier New" w:hAnsi="Courier New"/>
          <w:color w:val="555555"/>
          <w:sz w:val="20"/>
        </w:rPr>
        <w:t>[36 . 3 . 2]</w:t>
      </w:r>
    </w:p>
    <w:p>
      <w:r>
        <w:rPr>
          <w:rFonts w:ascii="Gentium Plus" w:hAnsi="Gentium Plus"/>
          <w:sz w:val="24"/>
        </w:rPr>
        <w:t>ἐπαρχίαις. τῆς δὲ συγκλήτου ψηφισαμένης ὅπως μηδεὶς σύμμαχος ἐλεύθερος ἐν ἐπαρχίᾳ δουλεύῃ καὶ τῆς τούτων ἐλευθερώσεως οἱ στρατηγοὶ πρό‐ νοιαν ποιῶνται, τότε κατὰ τὴν Σικελίαν ὢν</w:t>
      </w:r>
    </w:p>
    <w:p>
      <w:r>
        <w:rPr>
          <w:rFonts w:ascii="Courier New" w:hAnsi="Courier New"/>
          <w:color w:val="555555"/>
          <w:sz w:val="20"/>
        </w:rPr>
        <w:t>[5]</w:t>
      </w:r>
    </w:p>
    <w:p>
      <w:r>
        <w:rPr>
          <w:rFonts w:ascii="Gentium Plus" w:hAnsi="Gentium Plus"/>
          <w:sz w:val="24"/>
        </w:rPr>
        <w:t>στρατηγὸς Λικίνιος Νέρουας ἀκολούθως τῷ δόγ‐ ματι συχνοὺς τῶν δούλων ἠλευθέρωσε, κρίσεις προ‐ θείς, ὡς ἐν ὀλίγαις ἡμέραις πλείους τῶν ὀκτακοσίων τυχεῖν τῆς ἐλευθερίας. καὶ ἦσαν πάντες οἱ κατὰ τὴν νῆσον δουλεύοντες μετέωροι πρὸς τὴν ἐλευ‐</w:t>
      </w:r>
    </w:p>
    <w:p>
      <w:r>
        <w:rPr>
          <w:rFonts w:ascii="Courier New" w:hAnsi="Courier New"/>
          <w:color w:val="555555"/>
          <w:sz w:val="20"/>
        </w:rPr>
        <w:t>[36 . 3 . 3]</w:t>
      </w:r>
    </w:p>
    <w:p>
      <w:r>
        <w:rPr>
          <w:rFonts w:ascii="Gentium Plus" w:hAnsi="Gentium Plus"/>
          <w:sz w:val="24"/>
        </w:rPr>
        <w:t>θερίαν. οἱ δ’ ἐν ἀξιώμασι συνδραμόντες παρ‐</w:t>
      </w:r>
    </w:p>
    <w:p>
      <w:r>
        <w:rPr>
          <w:rFonts w:ascii="Courier New" w:hAnsi="Courier New"/>
          <w:color w:val="555555"/>
          <w:sz w:val="20"/>
        </w:rPr>
        <w:t>[5]</w:t>
      </w:r>
    </w:p>
    <w:p>
      <w:r>
        <w:rPr>
          <w:rFonts w:ascii="Gentium Plus" w:hAnsi="Gentium Plus"/>
          <w:sz w:val="24"/>
        </w:rPr>
        <w:t>δῆς ἀπέστη, καὶ τοὺς προσιόντας ἐπὶ τῷ τυχεῖν τῆς ἐλευθερίας ἐπιπλήττων εἰς τοὺς ἰδίους κυρίους προσέταττεν ἐπαναστρέφειν. οἱ δὲ δοῦλοι συστρα‐ φέντες καὶ τῶν Συρακουσῶν ἀπαλλαγέντες καὶ κατα‐ φυγόντες εἰς τὸ τῶν Παλικῶν τέμενος διελάλουν</w:t>
      </w:r>
    </w:p>
    <w:p>
      <w:r>
        <w:rPr>
          <w:rFonts w:ascii="Courier New" w:hAnsi="Courier New"/>
          <w:color w:val="555555"/>
          <w:sz w:val="20"/>
        </w:rPr>
        <w:t>[36 . 3 . 4]</w:t>
      </w:r>
    </w:p>
    <w:p>
      <w:r>
        <w:rPr>
          <w:rFonts w:ascii="Gentium Plus" w:hAnsi="Gentium Plus"/>
          <w:sz w:val="24"/>
        </w:rPr>
        <w:t>πρὸς ἀλλήλους ὑπὲρ ἀποστάσεως. ἐκεῖθεν ἐν πολ‐ λοῖς τόποις τῆς τῶν οἰκετῶν τόλμης ἐκδήλου γι‐ νομένης, πρῶτοι τῆς ἐλευθερίας ἀντεποιήσαντο κατὰ τὴν Ἁλικυαίων χώραν ἀδελφῶν δυεῖν μεγα‐</w:t>
      </w:r>
    </w:p>
    <w:p>
      <w:r>
        <w:rPr>
          <w:rFonts w:ascii="Courier New" w:hAnsi="Courier New"/>
          <w:color w:val="555555"/>
          <w:sz w:val="20"/>
        </w:rPr>
        <w:t>[5]</w:t>
      </w:r>
    </w:p>
    <w:p>
      <w:r>
        <w:rPr>
          <w:rFonts w:ascii="Gentium Plus" w:hAnsi="Gentium Plus"/>
          <w:sz w:val="24"/>
        </w:rPr>
        <w:t>λοπλούτων οἰκέται τριάκοντα, ὧν ἡγεῖτο Ὀάριος ὄνομα· οἳ πρῶτον μὲν νυκτὸς κοιμωμένους τοὺς ἰδίους δεσπότας ἀπέσφαξαν, εἶτα ἐπὶ τὰς γειτνι‐ ώσας ἐπαύλεις παρελθόντες παρεκάλουν ἐπὶ τὴν ἐλευθερίαν τοὺς δούλους· καὶ ἐν αὐτῇ τῇ νυκτὶ</w:t>
      </w:r>
    </w:p>
    <w:p>
      <w:r>
        <w:rPr>
          <w:rFonts w:ascii="Courier New" w:hAnsi="Courier New"/>
          <w:color w:val="555555"/>
          <w:sz w:val="20"/>
        </w:rPr>
        <w:t>[36 . 3 . 5]</w:t>
      </w:r>
    </w:p>
    <w:p>
      <w:r>
        <w:rPr>
          <w:rFonts w:ascii="Gentium Plus" w:hAnsi="Gentium Plus"/>
          <w:sz w:val="24"/>
        </w:rPr>
        <w:t>συνέδραμον πλείους τῶν ἑκατὸν εἴκοσι. καὶ κατα‐ λαβόμενοι χωρίον φύσει ὀχυρόν, τοῦτο μᾶλλον ἐπ‐ ωχύρωσαν, προσδεξάμενοι καὶ ἑτέρους δούλους ὡπλισμένους ὀγδοήκοντα. ὁ δὲ στρατηγὸς τῆς ἐπ‐</w:t>
      </w:r>
    </w:p>
    <w:p>
      <w:r>
        <w:rPr>
          <w:rFonts w:ascii="Courier New" w:hAnsi="Courier New"/>
          <w:color w:val="555555"/>
          <w:sz w:val="20"/>
        </w:rPr>
        <w:t>[5]</w:t>
      </w:r>
    </w:p>
    <w:p>
      <w:r>
        <w:rPr>
          <w:rFonts w:ascii="Gentium Plus" w:hAnsi="Gentium Plus"/>
          <w:sz w:val="24"/>
        </w:rPr>
        <w:t>αρχίας Λικίνιος Νέρουας κατὰ τάχος αὐτοῖς ἐπελ‐ θὼν καὶ πολιορκῶν ἄπρακτον ἔσχε τὴν σπουδήν. ἐπεὶ δὲ βίᾳ ἀνάλωτον τὸ φρούριον ἑώρα ἐπὶ τὴν προδοσίαν ὁρᾷ, καὶ σωτηρίας ὑποσχέσεσι Γάιον Τιτίνιον ἐπικαλούμενον Γαδαῖον ἀναπείσας (ἦν δ’</w:t>
      </w:r>
    </w:p>
    <w:p>
      <w:r>
        <w:rPr>
          <w:rFonts w:ascii="Courier New" w:hAnsi="Courier New"/>
          <w:color w:val="555555"/>
          <w:sz w:val="20"/>
        </w:rPr>
        <w:t>[10]</w:t>
      </w:r>
    </w:p>
    <w:p>
      <w:r>
        <w:rPr>
          <w:rFonts w:ascii="Gentium Plus" w:hAnsi="Gentium Plus"/>
          <w:sz w:val="24"/>
        </w:rPr>
        <w:t>οὗτος πρὸ δυεῖν ἐτῶν καταδικασθεὶς μὲν θανάτῳ, τὴν τιμωρίαν δ’ ἐκφυγὼν καὶ πολλοὺς τῶν κατὰ τὴν χώραν ἐλευθέρων κατὰ λῃστείαν ἀναιρῶν, οὐ‐</w:t>
      </w:r>
    </w:p>
    <w:p>
      <w:r>
        <w:rPr>
          <w:rFonts w:ascii="Courier New" w:hAnsi="Courier New"/>
          <w:color w:val="555555"/>
          <w:sz w:val="20"/>
        </w:rPr>
        <w:t>[36 . 3 . 6]</w:t>
      </w:r>
    </w:p>
    <w:p>
      <w:r>
        <w:rPr>
          <w:rFonts w:ascii="Gentium Plus" w:hAnsi="Gentium Plus"/>
          <w:sz w:val="24"/>
        </w:rPr>
        <w:t>τοῦ σκοποῦ. οὗτος ἔχων αὑτῷ πιστοὺς οἰκέτας ἱκανοὺς πρόσεισι τῷ φρουρίῳ τῶν ἀποστατῶν, ὡς δὴ συμμεθέξων τοῦ κατὰ Ῥωμαίων πολέμου· εὐ‐ μενῶς δὲ καὶ φιλοφρόνως προσδεχθεὶς ᾑρέθη διὰ</w:t>
      </w:r>
    </w:p>
    <w:p>
      <w:r>
        <w:rPr>
          <w:rFonts w:ascii="Courier New" w:hAnsi="Courier New"/>
          <w:color w:val="555555"/>
          <w:sz w:val="20"/>
        </w:rPr>
        <w:t>[5]</w:t>
      </w:r>
    </w:p>
    <w:p>
      <w:r>
        <w:rPr>
          <w:rFonts w:ascii="Gentium Plus" w:hAnsi="Gentium Plus"/>
          <w:sz w:val="24"/>
        </w:rPr>
        <w:t>τὴν ἀνδρείαν καὶ στρατηγός, καὶ προὔδωκε τὸ φρούριον. τῶν δ’ ἀποστατῶν οἱ μὲν μαχόμενοι κατεκόπησαν, οἱ δὲ τὴν ἀπὸ τῆς ἁλώσεως δεδιότες τιμωρίαν ἑαυτοὺς κατεκρήμνισαν. ἡ μὲν οὖν πρώτη τῶν δραπετῶν στάσις κατελύθη τὸν εἰρημένον</w:t>
      </w:r>
    </w:p>
    <w:p>
      <w:r>
        <w:rPr>
          <w:rFonts w:ascii="Courier New" w:hAnsi="Courier New"/>
          <w:color w:val="555555"/>
          <w:sz w:val="20"/>
        </w:rPr>
        <w:t>[10]</w:t>
      </w:r>
    </w:p>
    <w:p>
      <w:r>
        <w:rPr>
          <w:rFonts w:ascii="Gentium Plus" w:hAnsi="Gentium Plus"/>
          <w:sz w:val="24"/>
        </w:rPr>
        <w:t>τρόπον.</w:t>
      </w:r>
    </w:p>
    <w:p>
      <w:r>
        <w:rPr>
          <w:rFonts w:ascii="Courier New" w:hAnsi="Courier New"/>
          <w:color w:val="555555"/>
          <w:sz w:val="20"/>
        </w:rPr>
        <w:t>[36 . 4 . 1]</w:t>
      </w:r>
    </w:p>
    <w:p>
      <w:r>
        <w:rPr>
          <w:rFonts w:ascii="Gentium Plus" w:hAnsi="Gentium Plus"/>
          <w:sz w:val="24"/>
        </w:rPr>
        <w:t>Τῶν δὲ στρατιωτῶν πρὸς τὰ οἰκεῖα ἤθη ἀπολυ‐ θέντων, ἧκόν τινες ἀπαγγέλλοντες ὅτι Πόπλιον Κλόνιον, γενόμενον ἱππέα Ῥωμαίων, ἐπαναστάντες οἱ δοῦλοι κατέσφαξαν ὀγδοήκοντα ὄντες, καὶ ὅτι</w:t>
      </w:r>
    </w:p>
    <w:p>
      <w:r>
        <w:rPr>
          <w:rFonts w:ascii="Courier New" w:hAnsi="Courier New"/>
          <w:color w:val="555555"/>
          <w:sz w:val="20"/>
        </w:rPr>
        <w:t>[5]</w:t>
      </w:r>
    </w:p>
    <w:p>
      <w:r>
        <w:rPr>
          <w:rFonts w:ascii="Gentium Plus" w:hAnsi="Gentium Plus"/>
          <w:sz w:val="24"/>
        </w:rPr>
        <w:t>πλῆθος ἀγείρουσι. καὶ ὁ μὲν στρατηγὸς ἑτέρων βουλαῖς παρακρουσθείς, ἤδη καὶ τῶν πλείστων στρατιωτῶν ἀπολελυμένων, καιρὸν παρεῖχε διὰ τῆς ἀναβολῆς τοῖς ἀποστάταις βέλτιον αὑτοὺ</w:t>
      </w:r>
    </w:p>
    <w:p>
      <w:r>
        <w:rPr>
          <w:rFonts w:ascii="Courier New" w:hAnsi="Courier New"/>
          <w:color w:val="555555"/>
          <w:sz w:val="20"/>
        </w:rPr>
        <w:t>[36 . 4 . 2]</w:t>
      </w:r>
    </w:p>
    <w:p>
      <w:r>
        <w:rPr>
          <w:rFonts w:ascii="Gentium Plus" w:hAnsi="Gentium Plus"/>
          <w:sz w:val="24"/>
        </w:rPr>
        <w:t>ἀσφαλίσασθαι. προῆγε δὲ μετὰ τῶν ἐνόντων στρα‐ τιωτῶν, καὶ διαβὰς τὸν Ἄλβαν ποταμὸν παρῆλθε τοὺς ἀποστάτας διατρίβοντας ἐν ὄρει καλουμένῳ Καπριανῷ, καὶ κατήντησεν εἰς πόλιν Ἡράκλειαν</w:t>
      </w:r>
    </w:p>
    <w:p>
      <w:r>
        <w:rPr>
          <w:rFonts w:ascii="Courier New" w:hAnsi="Courier New"/>
          <w:color w:val="555555"/>
          <w:sz w:val="20"/>
        </w:rPr>
        <w:t>[5]</w:t>
      </w:r>
    </w:p>
    <w:p>
      <w:r>
        <w:rPr>
          <w:rFonts w:ascii="Gentium Plus" w:hAnsi="Gentium Plus"/>
          <w:sz w:val="24"/>
        </w:rPr>
        <w:t>ἐκ γοῦν τοῦ μὴ προσβαλεῖν αὐτοῖς τὸν στρατη‐ γὸν ἀτολμίαν αὐτοῦ διαφημίσαντες συχνοὺς ἀνέ‐ σειον τῶν οἰκετῶν. καὶ πολλῶν συρρεόντων καὶ τὸν δυνατὸν τρόπον εἰς μάχην παρασκευαζομένων, ἐν ἑπτὰ ταῖς πρώταις ἡμέραις καθωπλίσθησαν</w:t>
      </w:r>
    </w:p>
    <w:p>
      <w:r>
        <w:rPr>
          <w:rFonts w:ascii="Courier New" w:hAnsi="Courier New"/>
          <w:color w:val="555555"/>
          <w:sz w:val="20"/>
        </w:rPr>
        <w:t>[10]</w:t>
      </w:r>
    </w:p>
    <w:p>
      <w:r>
        <w:rPr>
          <w:rFonts w:ascii="Gentium Plus" w:hAnsi="Gentium Plus"/>
          <w:sz w:val="24"/>
        </w:rPr>
        <w:t>πλείους τῶν ὀκτακοσίων, ἐφεξῆς δ’ ἐγένοντο τῶν</w:t>
      </w:r>
    </w:p>
    <w:p>
      <w:r>
        <w:rPr>
          <w:rFonts w:ascii="Courier New" w:hAnsi="Courier New"/>
          <w:color w:val="555555"/>
          <w:sz w:val="20"/>
        </w:rPr>
        <w:t>[36 . 4 . 3]</w:t>
      </w:r>
    </w:p>
    <w:p>
      <w:r>
        <w:rPr>
          <w:rFonts w:ascii="Gentium Plus" w:hAnsi="Gentium Plus"/>
          <w:sz w:val="24"/>
        </w:rPr>
        <w:t>δισχιλίων οὐκ ἐλάττους. πυθόμενος δ’ ἐν Ἡρακλείᾳ τὴν αὔξησιν αὐτῶν ὁ στρατηγὸς ἡγεμόνα προεχει‐ ρίσατο Μάρκον Τιτίνιον, δοὺς αὐτῷ στρατιώτας τοὺς ἐκ τῆς Ἔννης φρουροὺς ἑξακοσίους. οὗτος</w:t>
      </w:r>
    </w:p>
    <w:p>
      <w:r>
        <w:rPr>
          <w:rFonts w:ascii="Courier New" w:hAnsi="Courier New"/>
          <w:color w:val="555555"/>
          <w:sz w:val="20"/>
        </w:rPr>
        <w:t>[5]</w:t>
      </w:r>
    </w:p>
    <w:p>
      <w:r>
        <w:rPr>
          <w:rFonts w:ascii="Gentium Plus" w:hAnsi="Gentium Plus"/>
          <w:sz w:val="24"/>
        </w:rPr>
        <w:t>δὲ μάχῃ προσβαλὼν τοῖς ἀποστάταις, ἐπεὶ καὶ τῷ πλήθει καὶ ταῖς δυσχωρίαις ἐπλεονέκτουν ἐκεῖνοι, ἐτράπη σὺν τοῖς περὶ αὐτόν, πολλῶν μὲν ἀναιρε‐ θέντων, τῶν δὲ λοιπῶν ῥιψάντων τὰ ὅπλα καὶ φυγῇ μόλις διασωθέντων. καὶ οἱ ἀποστάται ὅπλων τε</w:t>
      </w:r>
    </w:p>
    <w:p>
      <w:r>
        <w:rPr>
          <w:rFonts w:ascii="Courier New" w:hAnsi="Courier New"/>
          <w:color w:val="555555"/>
          <w:sz w:val="20"/>
        </w:rPr>
        <w:t>[10]</w:t>
      </w:r>
    </w:p>
    <w:p>
      <w:r>
        <w:rPr>
          <w:rFonts w:ascii="Gentium Plus" w:hAnsi="Gentium Plus"/>
          <w:sz w:val="24"/>
        </w:rPr>
        <w:t>εὐπορήσαντες τοσούτων ἀθρόον καὶ νίκης θρασύ‐ τερον εἴχοντο τῶν ἔργων, καὶ πάντες τῶν δούλων</w:t>
      </w:r>
    </w:p>
    <w:p>
      <w:r>
        <w:rPr>
          <w:rFonts w:ascii="Courier New" w:hAnsi="Courier New"/>
          <w:color w:val="555555"/>
          <w:sz w:val="20"/>
        </w:rPr>
        <w:t>[36 . 4 . 4]</w:t>
      </w:r>
    </w:p>
    <w:p>
      <w:r>
        <w:rPr>
          <w:rFonts w:ascii="Gentium Plus" w:hAnsi="Gentium Plus"/>
          <w:sz w:val="24"/>
        </w:rPr>
        <w:t>ἐμετεωρίζοντο πρὸς ἀπόστασιν. καὶ πολλῶν καθ’ ἡμέραν ἀφισταμένων σύντομον καὶ παράδοξον ἐλάμ‐ βανον αὔξησιν, ὡς ἐν ὀλίγαις ἡμέραις πλείους γενέ‐ σθαι τῶν ἑξακισχιλίων. τότε δὴ καὶ εἰς ἐκκλησίαν</w:t>
      </w:r>
    </w:p>
    <w:p>
      <w:r>
        <w:rPr>
          <w:rFonts w:ascii="Courier New" w:hAnsi="Courier New"/>
          <w:color w:val="555555"/>
          <w:sz w:val="20"/>
        </w:rPr>
        <w:t>[5]</w:t>
      </w:r>
    </w:p>
    <w:p>
      <w:r>
        <w:rPr>
          <w:rFonts w:ascii="Gentium Plus" w:hAnsi="Gentium Plus"/>
          <w:sz w:val="24"/>
        </w:rPr>
        <w:t>συνελθόντες καὶ βουλῆς προτεθείσης πρῶτον μὲν εἵλαντο βασιλέα τὸν ὀνομαζόμενον Σάλουιον, δο‐ κοῦντα τῆς ἱεροσκοπίας ἔμπειρον εἶναι καὶ ταῖς γυναικείαις θέαις αὐλομανοῦντα. οὗτος βασιλεύσας τὰς μὲν πόλεις ἀργίας αἰτίας καὶ τρυφῆς νομίζων</w:t>
      </w:r>
    </w:p>
    <w:p>
      <w:r>
        <w:rPr>
          <w:rFonts w:ascii="Courier New" w:hAnsi="Courier New"/>
          <w:color w:val="555555"/>
          <w:sz w:val="20"/>
        </w:rPr>
        <w:t>[10]</w:t>
      </w:r>
    </w:p>
    <w:p>
      <w:r>
        <w:rPr>
          <w:rFonts w:ascii="Gentium Plus" w:hAnsi="Gentium Plus"/>
          <w:sz w:val="24"/>
        </w:rPr>
        <w:t>ἐξέκλινεν, εἰς τρία δὲ μερίσας τοὺς ἀποστάτας καὶ ἴσους ἡγεμόνας ἐγκαταστήσας ταῖς μερίσι προσ‐ έταξεν ἐπιέναι τὴν χώραν καὶ πρὸς ἕνα τόπον καὶ</w:t>
      </w:r>
    </w:p>
    <w:p>
      <w:r>
        <w:rPr>
          <w:rFonts w:ascii="Courier New" w:hAnsi="Courier New"/>
          <w:color w:val="555555"/>
          <w:sz w:val="20"/>
        </w:rPr>
        <w:t>[36 . 4 . 5]</w:t>
      </w:r>
    </w:p>
    <w:p>
      <w:r>
        <w:rPr>
          <w:rFonts w:ascii="Gentium Plus" w:hAnsi="Gentium Plus"/>
          <w:sz w:val="24"/>
        </w:rPr>
        <w:t>καιρὸν ἅπαντας ἀπαντᾶν. διὸ πολλῶν ἐκ τῆς ἐπελασίας ἄλλων τε ζῴων καὶ ἵππων εὐπορήσαντες ἐν ὀλίγῳ χρόνῳ κατεσκευάσθησαν ἱππεῖς μὲν πλείους τῶν δισχιλίων, πεζοὶ δὲ οὐκ ἐλάττους τῶν</w:t>
      </w:r>
    </w:p>
    <w:p>
      <w:r>
        <w:rPr>
          <w:rFonts w:ascii="Courier New" w:hAnsi="Courier New"/>
          <w:color w:val="555555"/>
          <w:sz w:val="20"/>
        </w:rPr>
        <w:t>[5]</w:t>
      </w:r>
    </w:p>
    <w:p>
      <w:r>
        <w:rPr>
          <w:rFonts w:ascii="Gentium Plus" w:hAnsi="Gentium Plus"/>
          <w:sz w:val="24"/>
        </w:rPr>
        <w:t>δισμυρίων, ἤδη καὶ γυμνασίαις πολεμικαῖς ἐνδια‐ πρέποντες. προσπεσόντες οὖν ἄφνω πόλει ὀχυρᾷ</w:t>
      </w:r>
    </w:p>
    <w:p>
      <w:r>
        <w:rPr>
          <w:rFonts w:ascii="Courier New" w:hAnsi="Courier New"/>
          <w:color w:val="555555"/>
          <w:sz w:val="20"/>
        </w:rPr>
        <w:t>[36 . 4 . 6]</w:t>
      </w:r>
    </w:p>
    <w:p>
      <w:r>
        <w:rPr>
          <w:rFonts w:ascii="Gentium Plus" w:hAnsi="Gentium Plus"/>
          <w:sz w:val="24"/>
        </w:rPr>
        <w:t>οῦντο. ὁ δὲ στρατηγὸς ὡς βοηθήσων τῇ πόλει ἐπελθών, νυκτοπορίᾳ χρησάμενος, ἔχων μεθ’ ἑαυτοῦ Ἰταλιώτας τε καὶ ἐκ Σικελίας σχεδὸν στρατιώτας μυρίους, κατέλαβε τοὺς ἀποστάτας ἀσχολουμένους</w:t>
      </w:r>
    </w:p>
    <w:p>
      <w:r>
        <w:rPr>
          <w:rFonts w:ascii="Courier New" w:hAnsi="Courier New"/>
          <w:color w:val="555555"/>
          <w:sz w:val="20"/>
        </w:rPr>
        <w:t>[5]</w:t>
      </w:r>
    </w:p>
    <w:p>
      <w:r>
        <w:rPr>
          <w:rFonts w:ascii="Gentium Plus" w:hAnsi="Gentium Plus"/>
          <w:sz w:val="24"/>
        </w:rPr>
        <w:t>περὶ τὴν πολιορκίαν, καὶ ἐπιθέμενος αὐτῶν τῇ παρεμβολῇ καὶ εὑρὼν ὀλίγους μὲν τοὺς φυλάτ‐ τοντας, πλῆθος δὲ γυναικῶν αἰχμαλώτων καὶ λείας ἄλλης παντοδαποῦς, ῥᾳδίως ἐξεῖλε τὴν στρατο‐ πεδείαν. καὶ ταύτην μὲν διήρπασεν, ἐπὶ δὲ τὴν</w:t>
      </w:r>
    </w:p>
    <w:p>
      <w:r>
        <w:rPr>
          <w:rFonts w:ascii="Courier New" w:hAnsi="Courier New"/>
          <w:color w:val="555555"/>
          <w:sz w:val="20"/>
        </w:rPr>
        <w:t>[36 . 4 . 7]</w:t>
      </w:r>
    </w:p>
    <w:p>
      <w:r>
        <w:rPr>
          <w:rFonts w:ascii="Gentium Plus" w:hAnsi="Gentium Plus"/>
          <w:sz w:val="24"/>
        </w:rPr>
        <w:t>Μοργαντίνην ἦγεν. οἱ δ’ ἀποστάται ἐξαίφνης ἀντ‐ επιθέμενοι, καὶ ὑπερδέξιον τὴν στάσιν ἔχοντες βιαίως τε ἐπιρράξαντες εὐθὺς ἐπὶ προτερήματος ἦσαν· οἱ δὲ τοῦ στρατηγοῦ ἐτράπησαν πρὸς φυγήν.</w:t>
      </w:r>
    </w:p>
    <w:p>
      <w:r>
        <w:rPr>
          <w:rFonts w:ascii="Courier New" w:hAnsi="Courier New"/>
          <w:color w:val="555555"/>
          <w:sz w:val="20"/>
        </w:rPr>
        <w:t>[5]</w:t>
      </w:r>
    </w:p>
    <w:p>
      <w:r>
        <w:rPr>
          <w:rFonts w:ascii="Gentium Plus" w:hAnsi="Gentium Plus"/>
          <w:sz w:val="24"/>
        </w:rPr>
        <w:t>τοῦ δὲ βασιλέως τῶν ἀποστατῶν κήρυγμα ποιησα‐ μένου μηδένα κτείνειν τῶν τὰ ὅπλα ῥιπτούντων, οἱ πλεῖστοι ῥιπτοῦντες ἔφευγον. καὶ τούτῳ τῷ τρόπῳ καταστρατηγήσας τοὺς πολεμίους ὁ Σάλουιος τήν τε παρεμβολὴν ἀνεκτήσατο καὶ περιβόητον νίκην</w:t>
      </w:r>
    </w:p>
    <w:p>
      <w:r>
        <w:rPr>
          <w:rFonts w:ascii="Courier New" w:hAnsi="Courier New"/>
          <w:color w:val="555555"/>
          <w:sz w:val="20"/>
        </w:rPr>
        <w:t>[36 . 4 . 8]</w:t>
      </w:r>
    </w:p>
    <w:p>
      <w:r>
        <w:rPr>
          <w:rFonts w:ascii="Gentium Plus" w:hAnsi="Gentium Plus"/>
          <w:sz w:val="24"/>
        </w:rPr>
        <w:t>ἀπενεγκάμενος πολλῶν ὅπλων ἐκυρίευσεν. ἀπ‐ έθανον δὲ ἐν τῇ μάχῃ τῶν Ἰταλιωτῶν τε καὶ Σικελῶν οὐ πλείους ἑξακοσίων διὰ τὴν τοῦ κηρύγ‐ ματος φιλανθρωπίαν, ἑάλωσαν δὲ περὶ τετρακισ‐</w:t>
      </w:r>
    </w:p>
    <w:p>
      <w:r>
        <w:rPr>
          <w:rFonts w:ascii="Courier New" w:hAnsi="Courier New"/>
          <w:color w:val="555555"/>
          <w:sz w:val="20"/>
        </w:rPr>
        <w:t>[5]</w:t>
      </w:r>
    </w:p>
    <w:p>
      <w:r>
        <w:rPr>
          <w:rFonts w:ascii="Gentium Plus" w:hAnsi="Gentium Plus"/>
          <w:sz w:val="24"/>
        </w:rPr>
        <w:t>χιλίους. ὁ δὲ Σάλουιος, πολλῶν πρὸς αὐτὸν ἀπὸ τοῦ κατορθώματος συρρεόντων, διπλασιάσας τὴν ἰδίαν δύναμιν ἐκράτει τῶν ὑπαίθρων, καὶ πολιορ‐ κεῖν πάλιν ἐπεχείρει τὴν Μοργαντῖναν, κηρύγματι δοὺς τοῖς ἐν αὐτῇ δούλοις τὴν ἐλευθερίαν. τῶν δὲ</w:t>
      </w:r>
    </w:p>
    <w:p>
      <w:r>
        <w:rPr>
          <w:rFonts w:ascii="Courier New" w:hAnsi="Courier New"/>
          <w:color w:val="555555"/>
          <w:sz w:val="20"/>
        </w:rPr>
        <w:t>[10]</w:t>
      </w:r>
    </w:p>
    <w:p>
      <w:r>
        <w:rPr>
          <w:rFonts w:ascii="Gentium Plus" w:hAnsi="Gentium Plus"/>
          <w:sz w:val="24"/>
        </w:rPr>
        <w:t>κυρίων ἀντιπροτεινόντων αὐτοῖς ταύτην, εἰ σφίσι συναγωνίσαιντο, εἵλοντο μᾶλλον τὴν ἀπὸ τῶν κυρίων, καὶ προθύμως ἀγωνισάμενοι ἀπετρίψαντο</w:t>
      </w:r>
    </w:p>
    <w:p>
      <w:r>
        <w:rPr>
          <w:rFonts w:ascii="Courier New" w:hAnsi="Courier New"/>
          <w:color w:val="555555"/>
          <w:sz w:val="20"/>
        </w:rPr>
        <w:t>[15]</w:t>
      </w:r>
    </w:p>
    <w:p>
      <w:r>
        <w:rPr>
          <w:rFonts w:ascii="Gentium Plus" w:hAnsi="Gentium Plus"/>
          <w:sz w:val="24"/>
        </w:rPr>
        <w:t>παρεσκεύασε τοῖς ἀποστάταις.</w:t>
      </w:r>
    </w:p>
    <w:p>
      <w:r>
        <w:rPr>
          <w:rFonts w:ascii="Courier New" w:hAnsi="Courier New"/>
          <w:color w:val="555555"/>
          <w:sz w:val="20"/>
        </w:rPr>
        <w:t>[36 . 5 . 1]</w:t>
      </w:r>
    </w:p>
    <w:p>
      <w:r>
        <w:rPr>
          <w:rFonts w:ascii="Gentium Plus" w:hAnsi="Gentium Plus"/>
          <w:sz w:val="24"/>
        </w:rPr>
        <w:t>Περὶ δὲ τὴν Αἰγεσταίων καὶ Λιλυβαϊτῶν χώ‐ ραν, ἔτι δὲ τῶν ἄλλων τῶν πλησιοχώρων, ἐνόσει πρὸς ἀπόστασιν τὰ πλήθη τῶν οἰκετῶν. γίνεται δὲ τούτων ἀρχηγὸς Ἀθηνίων ὄνομα, ἀνὴρ ἀνδρείᾳ</w:t>
      </w:r>
    </w:p>
    <w:p>
      <w:r>
        <w:rPr>
          <w:rFonts w:ascii="Courier New" w:hAnsi="Courier New"/>
          <w:color w:val="555555"/>
          <w:sz w:val="20"/>
        </w:rPr>
        <w:t>[5]</w:t>
      </w:r>
    </w:p>
    <w:p>
      <w:r>
        <w:rPr>
          <w:rFonts w:ascii="Gentium Plus" w:hAnsi="Gentium Plus"/>
          <w:sz w:val="24"/>
        </w:rPr>
        <w:t>διαφέρων, Κίλιξ τὸ γένος. οὗτος οἰκονόμος ὢν δυοῖν ἀδελφῶν μεγαλοπλούτων, καὶ τῆς ἀστρο‐ μαντικῆς πολλὴν ἔχων ἐμπειρίαν, ἔπεισε τῶν οἰκε‐ τῶν πρῶτον μὲν τοὺς ὑφ’ ἑαυτὸν τεταγμένους περὶ διακοσίους ὄντας, ἔπειτα τοὺς γειτνιῶντας, ὥστε</w:t>
      </w:r>
    </w:p>
    <w:p>
      <w:r>
        <w:rPr>
          <w:rFonts w:ascii="Courier New" w:hAnsi="Courier New"/>
          <w:color w:val="555555"/>
          <w:sz w:val="20"/>
        </w:rPr>
        <w:t>[10]</w:t>
      </w:r>
    </w:p>
    <w:p>
      <w:r>
        <w:rPr>
          <w:rFonts w:ascii="Gentium Plus" w:hAnsi="Gentium Plus"/>
          <w:sz w:val="24"/>
        </w:rPr>
        <w:t>ἐν πέντε ἡμέραις συναχθῆναι πλείους τῶν χιλίων.</w:t>
      </w:r>
    </w:p>
    <w:p>
      <w:r>
        <w:rPr>
          <w:rFonts w:ascii="Courier New" w:hAnsi="Courier New"/>
          <w:color w:val="555555"/>
          <w:sz w:val="20"/>
        </w:rPr>
        <w:t>[36 . 5 . 2]</w:t>
      </w:r>
    </w:p>
    <w:p>
      <w:r>
        <w:rPr>
          <w:rFonts w:ascii="Gentium Plus" w:hAnsi="Gentium Plus"/>
          <w:sz w:val="24"/>
        </w:rPr>
        <w:t>ὑπὸ δὲ τούτων αἱρεθεὶς βασιλεὺς καὶ διάδημα περι‐ θέμενος ἐναντίαν τοῖς ἄλλοις ἅπασιν ἀποστάταις τὴν διάθεσιν ἐποιεῖτο. οὐ γὰρ προσεδέχετο πάν‐ τας τοὺς ἀφισταμένους, ἀλλὰ τοὺς ἀρίστους ποιού‐</w:t>
      </w:r>
    </w:p>
    <w:p>
      <w:r>
        <w:rPr>
          <w:rFonts w:ascii="Courier New" w:hAnsi="Courier New"/>
          <w:color w:val="555555"/>
          <w:sz w:val="20"/>
        </w:rPr>
        <w:t>[5]</w:t>
      </w:r>
    </w:p>
    <w:p>
      <w:r>
        <w:rPr>
          <w:rFonts w:ascii="Gentium Plus" w:hAnsi="Gentium Plus"/>
          <w:sz w:val="24"/>
        </w:rPr>
        <w:t>μενος στρατιώτας τοὺς ἄλλους ἠνάγκαζε μένοντας ἐπὶ τῶν προγεγενημένων ἐργασιῶν ἐπιμελεῖσθαι τῆς ἰδίας ἕκαστον οἰκονομίας καὶ τάξεως, ἐξ ὧν καὶ τροφὰς ἀφθόνους τῶν στρατιωτῶν ἐχορηγεῖτο.</w:t>
      </w:r>
    </w:p>
    <w:p>
      <w:r>
        <w:rPr>
          <w:rFonts w:ascii="Courier New" w:hAnsi="Courier New"/>
          <w:color w:val="555555"/>
          <w:sz w:val="20"/>
        </w:rPr>
        <w:t>[36 . 5 . 3]</w:t>
      </w:r>
    </w:p>
    <w:p>
      <w:r>
        <w:rPr>
          <w:rFonts w:ascii="Gentium Plus" w:hAnsi="Gentium Plus"/>
          <w:sz w:val="24"/>
        </w:rPr>
        <w:t>προσεποιεῖτο δὲ τοὺς θεοὺς αὐτῷ διὰ τῶν ἄστρων προσημαίνειν ὡς ἔσοιτο τῆς Σικελίας συμπάσης βασιλεύς· διὸ δεῖν αὐτῆς τε τῆς χώρας καὶ τῶν ἐν αὐτῇ ζῴων τε καὶ καρπῶν ὡς ἰδίων φείδεσθαι.</w:t>
      </w:r>
    </w:p>
    <w:p>
      <w:r>
        <w:rPr>
          <w:rFonts w:ascii="Courier New" w:hAnsi="Courier New"/>
          <w:color w:val="555555"/>
          <w:sz w:val="20"/>
        </w:rPr>
        <w:t>[5]</w:t>
      </w:r>
    </w:p>
    <w:p>
      <w:r>
        <w:rPr>
          <w:rFonts w:ascii="Gentium Plus" w:hAnsi="Gentium Plus"/>
          <w:sz w:val="24"/>
        </w:rPr>
        <w:t>τέλος ἀθροίσας ὑπὲρ τοὺς μυρίους ἐτόλμησε πόλιν ἀπόρθητον τὸ Λιλύβαιον πολιορκεῖν. μηδὲν δὲ ἀνύων μετανίστατο αὐτῆς, εἰπὼν αὐτῷ τοὺς θεοὺς τοῦτο ἐπιτάττειν· ἐπιμένοντας γὰρ ἂν τῇ πολιορκίᾳ</w:t>
      </w:r>
    </w:p>
    <w:p>
      <w:r>
        <w:rPr>
          <w:rFonts w:ascii="Courier New" w:hAnsi="Courier New"/>
          <w:color w:val="555555"/>
          <w:sz w:val="20"/>
        </w:rPr>
        <w:t>[36 . 5 . 4]</w:t>
      </w:r>
    </w:p>
    <w:p>
      <w:r>
        <w:rPr>
          <w:rFonts w:ascii="Gentium Plus" w:hAnsi="Gentium Plus"/>
          <w:sz w:val="24"/>
        </w:rPr>
        <w:t>δυστυχήματος πειραθῆναι. παρασκευαζομένου δὲ αὐτοῦ τὴν ἀπὸ τῆς πόλεως ἀναχώρησιν, κατέπλευ‐ σάν τινες ἐν ταῖς ναυσὶ κομίζοντες ἐπιλέκτους</w:t>
      </w:r>
    </w:p>
    <w:p>
      <w:r>
        <w:rPr>
          <w:rFonts w:ascii="Courier New" w:hAnsi="Courier New"/>
          <w:color w:val="555555"/>
          <w:sz w:val="20"/>
        </w:rPr>
        <w:t>[5]</w:t>
      </w:r>
    </w:p>
    <w:p>
      <w:r>
        <w:rPr>
          <w:rFonts w:ascii="Gentium Plus" w:hAnsi="Gentium Plus"/>
          <w:sz w:val="24"/>
        </w:rPr>
        <w:t>τοῖς Λιλυβαΐταις, ἔχοντες ἡγούμενον ὃς ὠνομάζετο Γόμων. οὗτος σὺν τοῖς ἅμ’ αὐτῷ κατὰ νύκτα καὶ ἀνελπίστως ἐπιθέμενος τοὺς περὶ Ἀθηνίωνα ὁδοι‐ ποροῦντας, πολλοὺς καταβαλόντες, οὐκ ὀλίγους δὲ τραυματίσαντες, εἰς τὴν πόλιν ἐπανῆλθον. διόπερ</w:t>
      </w:r>
    </w:p>
    <w:p>
      <w:r>
        <w:rPr>
          <w:rFonts w:ascii="Courier New" w:hAnsi="Courier New"/>
          <w:color w:val="555555"/>
          <w:sz w:val="20"/>
        </w:rPr>
        <w:t>[10]</w:t>
      </w:r>
    </w:p>
    <w:p>
      <w:r>
        <w:rPr>
          <w:rFonts w:ascii="Gentium Plus" w:hAnsi="Gentium Plus"/>
          <w:sz w:val="24"/>
        </w:rPr>
        <w:t>οἱ ἀποστάται τὴν ἐκ τῆς ἀστρομαντείας πρόρρησιν ἐθαύμαζον.</w:t>
      </w:r>
    </w:p>
    <w:p>
      <w:r>
        <w:rPr>
          <w:rFonts w:ascii="Courier New" w:hAnsi="Courier New"/>
          <w:color w:val="555555"/>
          <w:sz w:val="20"/>
        </w:rPr>
        <w:t>[36 . 6 . 1]</w:t>
      </w:r>
    </w:p>
    <w:p>
      <w:r>
        <w:rPr>
          <w:rFonts w:ascii="Gentium Plus" w:hAnsi="Gentium Plus"/>
          <w:sz w:val="24"/>
        </w:rPr>
        <w:t>Εἶχε δὲ τὴν Σικελίαν πᾶσαν σύγχυσις καὶ κα‐ κῶν Ἰλιάς. οὐ γὰρ οἱ δοῦλοι μόνον, ἀλλὰ καὶ τῶν ἐλευθέρων οἱ ἄποροι πᾶσαν ἁρπαγὴν καὶ παρα‐ νομίαν ἐργαζόμενοι, καὶ τοὺς περιτυγχάνοντας δού‐</w:t>
      </w:r>
    </w:p>
    <w:p>
      <w:r>
        <w:rPr>
          <w:rFonts w:ascii="Courier New" w:hAnsi="Courier New"/>
          <w:color w:val="555555"/>
          <w:sz w:val="20"/>
        </w:rPr>
        <w:t>[5]</w:t>
      </w:r>
    </w:p>
    <w:p>
      <w:r>
        <w:rPr>
          <w:rFonts w:ascii="Gentium Plus" w:hAnsi="Gentium Plus"/>
          <w:sz w:val="24"/>
        </w:rPr>
        <w:t>λους τε καὶ ἐλευθέρους, ὅπως μηδεὶς ἀπαγγέλλοι τὴν περὶ αὐτοὺς ἀπόνοιαν, ἐφόνευον ἀναιδῶς. διὸ καὶ πάντες οἱ κατὰ τὰς πόλεις ὑπελάμβανον τὰ μὲν ἐντὸς τειχῶν μόλις εἶναι ἴδια, τὰ δ’ ἐκτὸς ἀλλότρια καὶ δοῦλα τῆς παρανόμου χειροκρασίας. καὶ ἄλλα</w:t>
      </w:r>
    </w:p>
    <w:p>
      <w:r>
        <w:rPr>
          <w:rFonts w:ascii="Courier New" w:hAnsi="Courier New"/>
          <w:color w:val="555555"/>
          <w:sz w:val="20"/>
        </w:rPr>
        <w:t>[10]</w:t>
      </w:r>
    </w:p>
    <w:p>
      <w:r>
        <w:rPr>
          <w:rFonts w:ascii="Gentium Plus" w:hAnsi="Gentium Plus"/>
          <w:sz w:val="24"/>
        </w:rPr>
        <w:t>δὲ πολλὰ πολλοῖς ἄτοπα κατὰ τὴν Σικελίαν ἐτολ‐ μᾶτο. (Photius, Bibl. pp. 387—389.)</w:t>
      </w:r>
    </w:p>
    <w:p>
      <w:r>
        <w:rPr>
          <w:rFonts w:ascii="Courier New" w:hAnsi="Courier New"/>
          <w:color w:val="555555"/>
          <w:sz w:val="20"/>
        </w:rPr>
        <w:t>[36 . 11 . 1]</w:t>
      </w:r>
    </w:p>
    <w:p>
      <w:r>
        <w:rPr>
          <w:rFonts w:ascii="Gentium Plus" w:hAnsi="Gentium Plus"/>
          <w:sz w:val="24"/>
        </w:rPr>
        <w:t>Ὅτι οὐ μόνον τὸ πλῆθος τῶν οἰκετῶν τὸ πρὸς τὴν ἀπόστασιν ὡρμημένον κατέτρεχεν, ἀλλὰ καὶ τῶν ἐλευθέρων οἱ τὰς ἐπὶ χώρας κτήσεις οὐκ ἔχοντες ἐτρέποντο πρὸς ἁρπαγὴν καὶ παρανομίαν.</w:t>
      </w:r>
    </w:p>
    <w:p>
      <w:r>
        <w:rPr>
          <w:rFonts w:ascii="Courier New" w:hAnsi="Courier New"/>
          <w:color w:val="555555"/>
          <w:sz w:val="20"/>
        </w:rPr>
        <w:t>[5]</w:t>
      </w:r>
    </w:p>
    <w:p>
      <w:r>
        <w:rPr>
          <w:rFonts w:ascii="Gentium Plus" w:hAnsi="Gentium Plus"/>
          <w:sz w:val="24"/>
        </w:rPr>
        <w:t>οἱ γὰρ ἐλλιπεῖς ταῖς οὐσίαις διὰ τὴν ἀπορίαν ἅμα καὶ παρανομίαν ἐξεχέοντο κατὰ συστροφὰς ἐπὶ τὴν χώραν καὶ τὰς μὲν ἀγέλας τῶν θρεμμάτων ἀπήλαυ‐ νον, τοὺς δὲ ἐν τοῖς σταθμοῖς τεθησαυρισμένους καρποὺς διήρπαζον, καὶ τοὺς περιτυγχάνοντας ἀνέ‐</w:t>
      </w:r>
    </w:p>
    <w:p>
      <w:r>
        <w:rPr>
          <w:rFonts w:ascii="Courier New" w:hAnsi="Courier New"/>
          <w:color w:val="555555"/>
          <w:sz w:val="20"/>
        </w:rPr>
        <w:t>[10]</w:t>
      </w:r>
    </w:p>
    <w:p>
      <w:r>
        <w:rPr>
          <w:rFonts w:ascii="Gentium Plus" w:hAnsi="Gentium Plus"/>
          <w:sz w:val="24"/>
        </w:rPr>
        <w:t>δην ἐλευθέρους τε καὶ δούλους ἐφόνευον, ὅπως μηδεὶς ἀπαγγείλῃ τὴν περὶ αὐτοὺς ἀπόνοιάν τε καὶ</w:t>
      </w:r>
    </w:p>
    <w:p>
      <w:r>
        <w:rPr>
          <w:rFonts w:ascii="Courier New" w:hAnsi="Courier New"/>
          <w:color w:val="555555"/>
          <w:sz w:val="20"/>
        </w:rPr>
        <w:t>[36 . 11 . 2]</w:t>
      </w:r>
    </w:p>
    <w:p>
      <w:r>
        <w:rPr>
          <w:rFonts w:ascii="Gentium Plus" w:hAnsi="Gentium Plus"/>
          <w:sz w:val="24"/>
        </w:rPr>
        <w:t>παρανομίαν. ἀναρχίας δ’ οὔσης διὰ τὸ μηδεμίαν Ῥωμαϊκὴν ἀρχὴν δικαιοδοτεῖν, πάντες ἀνυπεύθυνον ἐξουσίαν ἔχοντες πολλὰς καὶ μεγάλας συμφορὰς ἀπειργάζοντο· διὸ καὶ πᾶς τόπος ἔγεμεν ἁρπαγῆς</w:t>
      </w:r>
    </w:p>
    <w:p>
      <w:r>
        <w:rPr>
          <w:rFonts w:ascii="Courier New" w:hAnsi="Courier New"/>
          <w:color w:val="555555"/>
          <w:sz w:val="20"/>
        </w:rPr>
        <w:t>[5]</w:t>
      </w:r>
    </w:p>
    <w:p>
      <w:r>
        <w:rPr>
          <w:rFonts w:ascii="Gentium Plus" w:hAnsi="Gentium Plus"/>
          <w:sz w:val="24"/>
        </w:rPr>
        <w:t>βιαίου ταῖς τῶν εὐπόρων οὐσίαις ἐνεξουσιαζούσης. οἱ δὲ πρότερον ἐν ταῖς πόλεσιν πρωτεύοντες ταῖς τε δόξαις καὶ τοῖς πλούτοις τότε διὰ τὴν ἀνέλπιστον τῆς τύχης μεταβολὴν οὐ μόνον ὑπὸ τῶν δραπετῶν ὑβριστικῶς ἀπέβαλλον τὰς εὐπορίας, ἀλλὰ καὶ ὑπὸ</w:t>
      </w:r>
    </w:p>
    <w:p>
      <w:r>
        <w:rPr>
          <w:rFonts w:ascii="Courier New" w:hAnsi="Courier New"/>
          <w:color w:val="555555"/>
          <w:sz w:val="20"/>
        </w:rPr>
        <w:t>[10]</w:t>
      </w:r>
    </w:p>
    <w:p>
      <w:r>
        <w:rPr>
          <w:rFonts w:ascii="Gentium Plus" w:hAnsi="Gentium Plus"/>
          <w:sz w:val="24"/>
        </w:rPr>
        <w:t>τῶν ἐλευθέρων ἐπηρεαζόμενοι καρτερεῖν ἠναγκά‐</w:t>
      </w:r>
    </w:p>
    <w:p>
      <w:r>
        <w:rPr>
          <w:rFonts w:ascii="Courier New" w:hAnsi="Courier New"/>
          <w:color w:val="555555"/>
          <w:sz w:val="20"/>
        </w:rPr>
        <w:t>[36 . 11 . 3]</w:t>
      </w:r>
    </w:p>
    <w:p>
      <w:r>
        <w:rPr>
          <w:rFonts w:ascii="Gentium Plus" w:hAnsi="Gentium Plus"/>
          <w:sz w:val="24"/>
        </w:rPr>
        <w:t>ζοντο. διὸ καὶ πάντες ὑπελάμβανον τὰ μὲν ἐντὸς τῶν πυλῶν μόγις ὑπάρχειν ἴδια, τὰ δὲ ἐκτὸς τῶν τειχῶν ἀλλότρια καὶ δοῦλα τῆς παρανόμου χειρο‐ κρατίας εἶναι. καθόλου δ’ ἦν κατὰ πόλεις φυρμὸς</w:t>
      </w:r>
    </w:p>
    <w:p>
      <w:r>
        <w:rPr>
          <w:rFonts w:ascii="Courier New" w:hAnsi="Courier New"/>
          <w:color w:val="555555"/>
          <w:sz w:val="20"/>
        </w:rPr>
        <w:t>[5]</w:t>
      </w:r>
    </w:p>
    <w:p>
      <w:r>
        <w:rPr>
          <w:rFonts w:ascii="Gentium Plus" w:hAnsi="Gentium Plus"/>
          <w:sz w:val="24"/>
        </w:rPr>
        <w:t>καὶ σύγχυσις τῶν κατὰ νόμους δικαίων. οἱ γὰρ ἀποστάται τῶν ὑπαίθρων κρατοῦντες ἀνεπίβατον ἐποιοῦντο τὴν χώραν, μνησικακοῦντες τοῖς δε‐ σπόταις, οὐκ ἐμπιπλάμενοι δὲ τῶν ἀνελπίστων εὐτυχημάτων· οἱ δὲ ἐντὸς τῶν τειχῶν δοῦλοι νο‐</w:t>
      </w:r>
    </w:p>
    <w:p>
      <w:r>
        <w:rPr>
          <w:rFonts w:ascii="Courier New" w:hAnsi="Courier New"/>
          <w:color w:val="555555"/>
          <w:sz w:val="20"/>
        </w:rPr>
        <w:t>[10]</w:t>
      </w:r>
    </w:p>
    <w:p>
      <w:r>
        <w:rPr>
          <w:rFonts w:ascii="Gentium Plus" w:hAnsi="Gentium Plus"/>
          <w:sz w:val="24"/>
        </w:rPr>
        <w:t>σοῦντες ταῖς ψυχαῖς καὶ μετεωριζόμενοι πρὸς ἀπό‐ στασιν φοβερώτατοι τοῖς κυρίοις ὑπῆρχον. (Const. Exc. 2(1), p. 314.)</w:t>
      </w:r>
    </w:p>
    <w:p>
      <w:r>
        <w:rPr>
          <w:rFonts w:ascii="Courier New" w:hAnsi="Courier New"/>
          <w:color w:val="555555"/>
          <w:sz w:val="20"/>
        </w:rPr>
        <w:t>[36 . 7 . 1]</w:t>
      </w:r>
    </w:p>
    <w:p>
      <w:r>
        <w:rPr>
          <w:rFonts w:ascii="Gentium Plus" w:hAnsi="Gentium Plus"/>
          <w:sz w:val="24"/>
        </w:rPr>
        <w:t>Ὁ δὲ τὴν Μοργαντίνην πολιορκήσας Σάλουιος, ἐπιδραμὼν τὴν χώραν μέχρι τοῦ Λεοντίνου πεδίου, ἤθροισεν αὐτοῦ τὸ σύμπαν στράτευμα, ἐπιλέκτους ἄνδρας οὐκ ἐλάττους τῶν τρισμυρίων, καὶ θύσας</w:t>
      </w:r>
    </w:p>
    <w:p>
      <w:r>
        <w:rPr>
          <w:rFonts w:ascii="Courier New" w:hAnsi="Courier New"/>
          <w:color w:val="555555"/>
          <w:sz w:val="20"/>
        </w:rPr>
        <w:t>[5]</w:t>
      </w:r>
    </w:p>
    <w:p>
      <w:r>
        <w:rPr>
          <w:rFonts w:ascii="Gentium Plus" w:hAnsi="Gentium Plus"/>
          <w:sz w:val="24"/>
        </w:rPr>
        <w:t>τοῖς Παλικοῖς ἥρωσι τούτοις μὲν ἀνέθηκε μίαν τῶν ἁλουργῶν περιπορφύρων στολὴν χαριστήρια τῆς νίκης, αὐτὸς δ’ ἀναγορεύσας ἑαυτὸν βασιλέα Τρύ‐</w:t>
      </w:r>
    </w:p>
    <w:p>
      <w:r>
        <w:rPr>
          <w:rFonts w:ascii="Courier New" w:hAnsi="Courier New"/>
          <w:color w:val="555555"/>
          <w:sz w:val="20"/>
        </w:rPr>
        <w:t>[36 . 7 . 2]</w:t>
      </w:r>
    </w:p>
    <w:p>
      <w:r>
        <w:rPr>
          <w:rFonts w:ascii="Gentium Plus" w:hAnsi="Gentium Plus"/>
          <w:sz w:val="24"/>
        </w:rPr>
        <w:t>διανοούμενος δὲ τὰ Τριόκαλα καταλαβέσθαι καὶ κατασκευάσαι βασίλεια πέμπει καὶ πρὸς Ἀθηνί‐ ωνα, μεταπεμπόμενος αὐτὸν ὡς στρατηγὸν βασιλεύς. πάντες μὲν οὖν ὑπελάμβανον τὸν Ἀθηνίωνα τῶν</w:t>
      </w:r>
    </w:p>
    <w:p>
      <w:r>
        <w:rPr>
          <w:rFonts w:ascii="Courier New" w:hAnsi="Courier New"/>
          <w:color w:val="555555"/>
          <w:sz w:val="20"/>
        </w:rPr>
        <w:t>[5]</w:t>
      </w:r>
    </w:p>
    <w:p>
      <w:r>
        <w:rPr>
          <w:rFonts w:ascii="Gentium Plus" w:hAnsi="Gentium Plus"/>
          <w:sz w:val="24"/>
        </w:rPr>
        <w:t>πρωτείων ἀντιποιήσεσθαι, καὶ διὰ τὴν στάσιν τῶν ἀποστατῶν ῥᾳδίως καταλυθήσεσθαι τὸν πόλεμον· ἡ δὲ τύχη καθάπερ ἐπίτηδες αὔξουσα τὰς τῶν δραπετῶν δυνάμεις ὁμονοῆσαι τοὺς τούτων ἡγε‐ μόνας ἐποίησεν. ἧκε μὲν γὰρ συντόμως μετὰ τῆς</w:t>
      </w:r>
    </w:p>
    <w:p>
      <w:r>
        <w:rPr>
          <w:rFonts w:ascii="Courier New" w:hAnsi="Courier New"/>
          <w:color w:val="555555"/>
          <w:sz w:val="20"/>
        </w:rPr>
        <w:t>[10]</w:t>
      </w:r>
    </w:p>
    <w:p>
      <w:r>
        <w:rPr>
          <w:rFonts w:ascii="Gentium Plus" w:hAnsi="Gentium Plus"/>
          <w:sz w:val="24"/>
        </w:rPr>
        <w:t>δυνάμεως ἐπὶ τὰ Τριόκαλα ὁ Τρύφων, ἧκε δὲ καὶ Ἀθηνίων μετὰ τρισχιλίων, ὑπακούων ὡς στρατηγὸς βασιλεῖ τῷ Τρύφωνι, τὴν ἄλλην αὑτοῦ δύναμιν κατατρέχειν τὴν χώραν καὶ ἀνασείειν πρὸς ἀπό‐ στασιν τοὺς οἰκέτας ἀπεσταλκώς. μετὰ δὲ ταῦτα</w:t>
      </w:r>
    </w:p>
    <w:p>
      <w:r>
        <w:rPr>
          <w:rFonts w:ascii="Courier New" w:hAnsi="Courier New"/>
          <w:color w:val="555555"/>
          <w:sz w:val="20"/>
        </w:rPr>
        <w:t>[15]</w:t>
      </w:r>
    </w:p>
    <w:p>
      <w:r>
        <w:rPr>
          <w:rFonts w:ascii="Gentium Plus" w:hAnsi="Gentium Plus"/>
          <w:sz w:val="24"/>
        </w:rPr>
        <w:t>ὑπονοήσας ὁ Τρύφων τὸν Ἀθηνίωνα ἐπιθήσεσθαι ἐν καιρῷ παρέδωκεν εἰς φυλακήν. τὸ δὲ φρούριον ὀχυρώτατον ὂν κατεσκεύαζε πολυτελέσι κατα‐</w:t>
      </w:r>
    </w:p>
    <w:p>
      <w:r>
        <w:rPr>
          <w:rFonts w:ascii="Courier New" w:hAnsi="Courier New"/>
          <w:color w:val="555555"/>
          <w:sz w:val="20"/>
        </w:rPr>
        <w:t>[36 . 7 . 3]</w:t>
      </w:r>
    </w:p>
    <w:p>
      <w:r>
        <w:rPr>
          <w:rFonts w:ascii="Gentium Plus" w:hAnsi="Gentium Plus"/>
          <w:sz w:val="24"/>
        </w:rPr>
        <w:t>σκευαῖς καὶ ἐπὶ μᾶλλον ὠχύρου. Τριόκαλα δὲ αὐτό φασιν ὠνομάσθαι διὰ τὸ τρία καλὰ ἔχειν, πρῶτον μὲν ναματιαίων ὑδάτων πλῆθος διαφόρων τῇ γλυκύτητι, δεύτερον παρακειμένην χώραν ἀμ‐</w:t>
      </w:r>
    </w:p>
    <w:p>
      <w:r>
        <w:rPr>
          <w:rFonts w:ascii="Courier New" w:hAnsi="Courier New"/>
          <w:color w:val="555555"/>
          <w:sz w:val="20"/>
        </w:rPr>
        <w:t>[5]</w:t>
      </w:r>
    </w:p>
    <w:p>
      <w:r>
        <w:rPr>
          <w:rFonts w:ascii="Gentium Plus" w:hAnsi="Gentium Plus"/>
          <w:sz w:val="24"/>
        </w:rPr>
        <w:t>πελόφυτόν τε καὶ ἐλαιόφυτον καὶ γεωργεῖσθαι δυναμένην θαυμαστῶς, τρίτον ὑπερβάλλουσαν ὀχυ‐ ρότητα, ὡς ἂν οὔσης μεγάλης πέτρας ἀναλώτου· ἣν καὶ περιβόλῳ πόλεως σταδίων ὀκτὼ προσπερι‐ βαλὼν καὶ ταφρεύσας βαθείᾳ τάφρῳ βασιλείοις</w:t>
      </w:r>
    </w:p>
    <w:p>
      <w:r>
        <w:rPr>
          <w:rFonts w:ascii="Courier New" w:hAnsi="Courier New"/>
          <w:color w:val="555555"/>
          <w:sz w:val="20"/>
        </w:rPr>
        <w:t>[10]</w:t>
      </w:r>
    </w:p>
    <w:p>
      <w:r>
        <w:rPr>
          <w:rFonts w:ascii="Gentium Plus" w:hAnsi="Gentium Plus"/>
          <w:sz w:val="24"/>
        </w:rPr>
        <w:t>ἐχρῆτο, πάσῃ ἀφθονίᾳ τῶν κατὰ τὸν βίον ἁπάντων πεπληρωμένην. κατεσκεύασε δὲ καὶ βασιλικὴν</w:t>
      </w:r>
    </w:p>
    <w:p>
      <w:r>
        <w:rPr>
          <w:rFonts w:ascii="Courier New" w:hAnsi="Courier New"/>
          <w:color w:val="555555"/>
          <w:sz w:val="20"/>
        </w:rPr>
        <w:t>[36 . 7 . 4]</w:t>
      </w:r>
    </w:p>
    <w:p>
      <w:r>
        <w:rPr>
          <w:rFonts w:ascii="Gentium Plus" w:hAnsi="Gentium Plus"/>
          <w:sz w:val="24"/>
        </w:rPr>
        <w:t>ἀνθρώπων. ἐξελέξατο δὲ καὶ τῶν φρονήσει δια‐ φερόντων ἀνδρῶν τοὺς ἱκανούς, οὓς ἀποδείξας συμβούλους ἐχρῆτο συνέδροις αὐτοῖς· τήβεννάν τε περιπόρφυρον περιεβάλλετο καὶ πλατύσημον ἔδυ</w:t>
      </w:r>
    </w:p>
    <w:p>
      <w:r>
        <w:rPr>
          <w:rFonts w:ascii="Courier New" w:hAnsi="Courier New"/>
          <w:color w:val="555555"/>
          <w:sz w:val="20"/>
        </w:rPr>
        <w:t>[5]</w:t>
      </w:r>
    </w:p>
    <w:p>
      <w:r>
        <w:rPr>
          <w:rFonts w:ascii="Gentium Plus" w:hAnsi="Gentium Plus"/>
          <w:sz w:val="24"/>
        </w:rPr>
        <w:t>χιτῶνα κατὰ τοὺς χρηματισμούς, καὶ ῥαβδούχους εἶχε μετὰ πελέκεων τοὺς προηγουμένους, καὶ τἄλλα πάντα ὅσα ποιοῦσί τε καὶ ἐπικοσμοῦσι βασιλείαν ἐπετήδευε.</w:t>
      </w:r>
    </w:p>
    <w:p>
      <w:r>
        <w:rPr>
          <w:rFonts w:ascii="Courier New" w:hAnsi="Courier New"/>
          <w:color w:val="555555"/>
          <w:sz w:val="20"/>
        </w:rPr>
        <w:t>[36 . 8 . 1]</w:t>
      </w:r>
    </w:p>
    <w:p>
      <w:r>
        <w:rPr>
          <w:rFonts w:ascii="Gentium Plus" w:hAnsi="Gentium Plus"/>
          <w:sz w:val="24"/>
        </w:rPr>
        <w:t>Προχειρίζεται δὲ κατὰ τῶν ἀποστατῶν ἡ σύγ‐ κλητος τῶν Ῥωμαίων Λεύκιον Λικίνιον Λούκουλ‐ λον, ἔχοντα στρατιώτας μυρίους μὲν καὶ τετρακισ‐ χιλίους Ῥωμαίους καὶ Ἰταλούς, Βιθυνοὺς δὲ καὶ</w:t>
      </w:r>
    </w:p>
    <w:p>
      <w:r>
        <w:rPr>
          <w:rFonts w:ascii="Courier New" w:hAnsi="Courier New"/>
          <w:color w:val="555555"/>
          <w:sz w:val="20"/>
        </w:rPr>
        <w:t>[5]</w:t>
      </w:r>
    </w:p>
    <w:p>
      <w:r>
        <w:rPr>
          <w:rFonts w:ascii="Gentium Plus" w:hAnsi="Gentium Plus"/>
          <w:sz w:val="24"/>
        </w:rPr>
        <w:t>Θετταλοὺς καὶ Ἀκαρνᾶνας ὀκτακοσίους, ἐκ δὲ τῆς Λευκανίας ἑξακοσίους, ὧν ἡγεῖτο Κλέπτιος, ἀνὴρ στρατηγικὸς καὶ ἐπ’ ἀνδρείᾳ περιβόητος, ἔτι δὲ καὶ ἑτέρους ἑξακοσίους, ὡς γενέσθαι σύμπαντας ἑπτακισχιλίους καὶ μυρίους, οὓς ἔχων κατέλαβε</w:t>
      </w:r>
    </w:p>
    <w:p>
      <w:r>
        <w:rPr>
          <w:rFonts w:ascii="Courier New" w:hAnsi="Courier New"/>
          <w:color w:val="555555"/>
          <w:sz w:val="20"/>
        </w:rPr>
        <w:t>[36 . 8 . 2]</w:t>
      </w:r>
    </w:p>
    <w:p>
      <w:r>
        <w:rPr>
          <w:rFonts w:ascii="Gentium Plus" w:hAnsi="Gentium Plus"/>
          <w:sz w:val="24"/>
        </w:rPr>
        <w:t>τὴν Σικελίαν. ὁ δὲ Τρύφων ἀπολύσας Ἀθηνίωνα τῆς αἰτίας ἐβουλεύετο περὶ τοῦ πρὸς Ῥωμαίους πολέμου. καὶ τῷ μὲν ἤρεσκεν ἐν τοῖς Τριοκάλοις ἀγωνίζεσθαι, Ἀθηνίων δὲ συνεβούλευε μὴ συγ‐</w:t>
      </w:r>
    </w:p>
    <w:p>
      <w:r>
        <w:rPr>
          <w:rFonts w:ascii="Courier New" w:hAnsi="Courier New"/>
          <w:color w:val="555555"/>
          <w:sz w:val="20"/>
        </w:rPr>
        <w:t>[5]</w:t>
      </w:r>
    </w:p>
    <w:p>
      <w:r>
        <w:rPr>
          <w:rFonts w:ascii="Gentium Plus" w:hAnsi="Gentium Plus"/>
          <w:sz w:val="24"/>
        </w:rPr>
        <w:t>κλείειν ἑαυτοὺς εἰς πολιορκίαν, ἀλλ’ ἐν ὑπαίθρῳ διαγωνίζεσθαι. κρατησάσης δὲ ταύτης τῆς βουλῆς κατεστρατοπέδευσαν πλησίον Σκιρθαίας, ὄντες οὐκ ἐλάττους τῶν τετρακισμυρίων· ἀπεῖχε δ’ αὐτῶν ἡ</w:t>
      </w:r>
    </w:p>
    <w:p>
      <w:r>
        <w:rPr>
          <w:rFonts w:ascii="Courier New" w:hAnsi="Courier New"/>
          <w:color w:val="555555"/>
          <w:sz w:val="20"/>
        </w:rPr>
        <w:t>[36 . 8 . 3]</w:t>
      </w:r>
    </w:p>
    <w:p>
      <w:r>
        <w:rPr>
          <w:rFonts w:ascii="Gentium Plus" w:hAnsi="Gentium Plus"/>
          <w:sz w:val="24"/>
        </w:rPr>
        <w:t>Ῥωμαίων παρεμβολὴ στάδια δυοκαίδεκα. τὸ μὲν οὖν πρῶτον ἐγίνοντο συνεχεῖς ἀκροβολισμοί· εἶτα παραταξαμένων ἑκατέρων καὶ τῆς μάχης ὧδε κἀ‐ κεῖσε ῥεπούσης καὶ πολλῶν ἑκατέρωθεν πιπτόν‐</w:t>
      </w:r>
    </w:p>
    <w:p>
      <w:r>
        <w:rPr>
          <w:rFonts w:ascii="Courier New" w:hAnsi="Courier New"/>
          <w:color w:val="555555"/>
          <w:sz w:val="20"/>
        </w:rPr>
        <w:t>[5]</w:t>
      </w:r>
    </w:p>
    <w:p>
      <w:r>
        <w:rPr>
          <w:rFonts w:ascii="Gentium Plus" w:hAnsi="Gentium Plus"/>
          <w:sz w:val="24"/>
        </w:rPr>
        <w:t>των, ὁ μὲν Ἀθηνίων ἔχων συναγωνιζομένους</w:t>
      </w:r>
    </w:p>
    <w:p>
      <w:r>
        <w:rPr>
          <w:rFonts w:ascii="Courier New" w:hAnsi="Courier New"/>
          <w:color w:val="555555"/>
          <w:sz w:val="20"/>
        </w:rPr>
        <w:t>[36 . 8 . 4]</w:t>
      </w:r>
    </w:p>
    <w:p>
      <w:r>
        <w:rPr>
          <w:rFonts w:ascii="Gentium Plus" w:hAnsi="Gentium Plus"/>
          <w:sz w:val="24"/>
        </w:rPr>
        <w:t>πρὸς φυγὴν ἐτράπησαν. ὁ δὲ Ἀθηνίων ὡς νεκρὸς ὢν ἔλαθε, καὶ προσποιηθεὶς τετελευτηκέναι τῆς νυκτὸς ἐπιλαβούσης διεσώθη. ἐπεκράτησαν δὲ λαμπρῶς οἱ Ῥωμαῖοι, φυγόντων καὶ τῶν μετὰ</w:t>
      </w:r>
    </w:p>
    <w:p>
      <w:r>
        <w:rPr>
          <w:rFonts w:ascii="Courier New" w:hAnsi="Courier New"/>
          <w:color w:val="555555"/>
          <w:sz w:val="20"/>
        </w:rPr>
        <w:t>[5]</w:t>
      </w:r>
    </w:p>
    <w:p>
      <w:r>
        <w:rPr>
          <w:rFonts w:ascii="Gentium Plus" w:hAnsi="Gentium Plus"/>
          <w:sz w:val="24"/>
        </w:rPr>
        <w:t>Τρύφωνος καὶ αὐτοῦ ἐκείνου· καὶ πολλῶν κατὰ τὴν φυγὴν κοπέντων τέλος οὐκ ἐλάττους τῶν δισ‐ μυρίων ἀνῃρέθησαν. οἱ δὲ λοιποί, τῆς νυκτὸς συνεργούσης, διέφυγον εἰς τὰ Τριόκαλα· καίτοι ῥᾴδιον ἦν ἐπιδιώξαντι τῷ στρατηγῷ καὶ τούτους</w:t>
      </w:r>
    </w:p>
    <w:p>
      <w:r>
        <w:rPr>
          <w:rFonts w:ascii="Courier New" w:hAnsi="Courier New"/>
          <w:color w:val="555555"/>
          <w:sz w:val="20"/>
        </w:rPr>
        <w:t>[36 . 8 . 5]</w:t>
      </w:r>
    </w:p>
    <w:p>
      <w:r>
        <w:rPr>
          <w:rFonts w:ascii="Gentium Plus" w:hAnsi="Gentium Plus"/>
          <w:sz w:val="24"/>
        </w:rPr>
        <w:t>ἀνελεῖν. ἐπὶ τοσοῦτον δ’ ἐτεταπείνωτο τὸ οἰκε‐ τικὸν ὥστε καὶ ἐβουλεύσαντο ἐπὶ τοὺς κυρίους ἐπαναδραμεῖν καὶ σφᾶς αὐτοῖς ἐγχειρίσαι· πλὴν ἐπεκράτησεν ἡ γνώμη τῶν μέχρι τελευτῆς ὑποθε‐</w:t>
      </w:r>
    </w:p>
    <w:p>
      <w:r>
        <w:rPr>
          <w:rFonts w:ascii="Courier New" w:hAnsi="Courier New"/>
          <w:color w:val="555555"/>
          <w:sz w:val="20"/>
        </w:rPr>
        <w:t>[5]</w:t>
      </w:r>
    </w:p>
    <w:p>
      <w:r>
        <w:rPr>
          <w:rFonts w:ascii="Gentium Plus" w:hAnsi="Gentium Plus"/>
          <w:sz w:val="24"/>
        </w:rPr>
        <w:t>μένων ἀγωνίσασθαι καὶ μὴ τοῖς ἐχθροῖς ἑαυτοὺς καταπροδοῦναι. μετὰ δ’ ἐνάτην ἡμέραν ὁ στρατηγὸς ἧκε πολιορκήσων τὰ Τριόκαλα. καὶ τὰ μὲν ἀναι‐ ρῶν, τὰ δὲ ἀναιρούμενος, ἔλαττον ἔχων ἀπηλλάγη, καὶ οἱ ἀποστάται αὖθις ἐφρονηματίζοντο. ἤνυε δὲ</w:t>
      </w:r>
    </w:p>
    <w:p>
      <w:r>
        <w:rPr>
          <w:rFonts w:ascii="Courier New" w:hAnsi="Courier New"/>
          <w:color w:val="555555"/>
          <w:sz w:val="20"/>
        </w:rPr>
        <w:t>[10]</w:t>
      </w:r>
    </w:p>
    <w:p>
      <w:r>
        <w:rPr>
          <w:rFonts w:ascii="Gentium Plus" w:hAnsi="Gentium Plus"/>
          <w:sz w:val="24"/>
        </w:rPr>
        <w:t>τῶν δεόντων ὁ στρατηγὸς εἴτε διὰ ῥᾳστώνην εἴτε διὰ δωροδοκίαν οὐδέν· ἀνθ’ ὧν καὶ δίκην ὕστερον κριθεὶς Ῥωμαίοις ἔδωκε.</w:t>
      </w:r>
    </w:p>
    <w:p>
      <w:r>
        <w:rPr>
          <w:rFonts w:ascii="Courier New" w:hAnsi="Courier New"/>
          <w:color w:val="555555"/>
          <w:sz w:val="20"/>
        </w:rPr>
        <w:t>[36 . 9 . 1]</w:t>
      </w:r>
    </w:p>
    <w:p>
      <w:r>
        <w:rPr>
          <w:rFonts w:ascii="Gentium Plus" w:hAnsi="Gentium Plus"/>
          <w:sz w:val="24"/>
        </w:rPr>
        <w:t>Γάιος δὲ Σερουίλιος καταπεμφθεὶς στρατηγὸς διάδοχος Λουκούλλου οὐδ’ αὐτός τι ἄξιον μνήμης ἔπραξε· διὸ καὶ ὁμοίως Λουκούλλῳ ὕστερον φυγῇ κατεδικάσθη. τελευτήσαντος δὲ Τρύφωνος, διά‐</w:t>
      </w:r>
    </w:p>
    <w:p>
      <w:r>
        <w:rPr>
          <w:rFonts w:ascii="Courier New" w:hAnsi="Courier New"/>
          <w:color w:val="555555"/>
          <w:sz w:val="20"/>
        </w:rPr>
        <w:t>[5]</w:t>
      </w:r>
    </w:p>
    <w:p>
      <w:r>
        <w:rPr>
          <w:rFonts w:ascii="Gentium Plus" w:hAnsi="Gentium Plus"/>
          <w:sz w:val="24"/>
        </w:rPr>
        <w:t>δοχος τῆς ἀρχῆς ὁ Ἀθηνίων καθίσταται, καὶ τοῦτο μὲν πόλεις ἐπολιόρκει, τοῦτο δὲ πᾶσαν τὴν χώραν ἀδεῶς κατέτρεχε καὶ πολλῶν ἐκυρίευσε, τοῦ Σερουιλίου μηδὲν ἀντιπράττοντος. (Photius, Bibl. pp. 389—390.)</w:t>
      </w:r>
    </w:p>
    <w:p>
      <w:r>
        <w:rPr>
          <w:rFonts w:ascii="Courier New" w:hAnsi="Courier New"/>
          <w:color w:val="555555"/>
          <w:sz w:val="20"/>
        </w:rPr>
        <w:t>[36 . 9 . 2]</w:t>
      </w:r>
    </w:p>
    <w:p>
      <w:r>
        <w:rPr>
          <w:rFonts w:ascii="Gentium Plus" w:hAnsi="Gentium Plus"/>
          <w:sz w:val="24"/>
        </w:rPr>
        <w:t>Ὅτι Λούκουλλος ὁ στρατηγὸς πυθόμενος διαβε‐ βηκέναι τὸν πορθμὸν Σερουίλιον Γάιον στρατηγὸν ἐπὶ τὴν διαδοχὴν τοῦ πολέμου, τούς τε στρατιώ‐ τας ἀπέλυσε καὶ τοὺς χάρακας καὶ τὰς κατασκευὰς</w:t>
      </w:r>
    </w:p>
    <w:p>
      <w:r>
        <w:rPr>
          <w:rFonts w:ascii="Courier New" w:hAnsi="Courier New"/>
          <w:color w:val="555555"/>
          <w:sz w:val="20"/>
        </w:rPr>
        <w:t>[5]</w:t>
      </w:r>
    </w:p>
    <w:p>
      <w:r>
        <w:rPr>
          <w:rFonts w:ascii="Gentium Plus" w:hAnsi="Gentium Plus"/>
          <w:sz w:val="24"/>
        </w:rPr>
        <w:t>ἐνέπρησε, βουλόμενος τὸν διαδεχόμενον τὴν ἀρχὴν μηδεμίαν ἔχειν ἀξιόλογον ἀφορμὴν εἰς τὸν πόλεμον. βλασφημούμενος γὰρ ἐπὶ τῷ δοκεῖν τὸν πόλεμον αὔξειν ὑπελάμβανε τῇ τούτου ταπεινώσει καὶ ἀδο‐ ξίᾳ καὶ τὴν ἑαυτοῦ κατηγορίαν καταλύειν.</w:t>
      </w:r>
    </w:p>
    <w:p>
      <w:r>
        <w:rPr>
          <w:rFonts w:ascii="Courier New" w:hAnsi="Courier New"/>
          <w:color w:val="555555"/>
          <w:sz w:val="20"/>
        </w:rPr>
        <w:t>[10]</w:t>
      </w:r>
    </w:p>
    <w:p>
      <w:r>
        <w:rPr>
          <w:rFonts w:ascii="Gentium Plus" w:hAnsi="Gentium Plus"/>
          <w:sz w:val="24"/>
        </w:rPr>
        <w:t>(Const. Exc. 4, pp. 392—393.)</w:t>
      </w:r>
    </w:p>
    <w:p>
      <w:r>
        <w:rPr>
          <w:rFonts w:ascii="Courier New" w:hAnsi="Courier New"/>
          <w:color w:val="555555"/>
          <w:sz w:val="20"/>
        </w:rPr>
        <w:t>[36 . 10 . 1]</w:t>
      </w:r>
    </w:p>
    <w:p>
      <w:r>
        <w:rPr>
          <w:rFonts w:ascii="Gentium Plus" w:hAnsi="Gentium Plus"/>
          <w:sz w:val="24"/>
        </w:rPr>
        <w:t>Τοῦ δ’ ἐνιαυσίου χρόνου διελθόντος ὕπατος ἐν Ῥώμῃ Γάιος Μάριος ᾑρέθη τὸ πέμπτον καὶ Γάιος Ἀκύλλιος· ὧν ὁ Ἀκύλλιος στρατηγὸς κατὰ τῶν ἀποστατῶν σταλεὶς διὰ τῆς ἰδίας ἀνδρείας</w:t>
      </w:r>
    </w:p>
    <w:p>
      <w:r>
        <w:rPr>
          <w:rFonts w:ascii="Courier New" w:hAnsi="Courier New"/>
          <w:color w:val="555555"/>
          <w:sz w:val="20"/>
        </w:rPr>
        <w:t>[5]</w:t>
      </w:r>
    </w:p>
    <w:p>
      <w:r>
        <w:rPr>
          <w:rFonts w:ascii="Gentium Plus" w:hAnsi="Gentium Plus"/>
          <w:sz w:val="24"/>
        </w:rPr>
        <w:t>ἐπιφανεῖ μάχῃ τοὺς ἀποστάτας ἐνίκησε. καὶ πρὸς αὐτὸν δὲ τὸν βασιλέα τῶν ἀποστατῶν Ἀθηνίωνα συμβαλὼν ἡρωικὸν ἀγῶνα συνεστήσατο, καὶ τοῦτον μὲν ἀνεῖλεν, αὐτὸς δ’ εἰς τὴν κεφαλὴν τρωθεὶς ἐθεραπεύθη. καὶ στρατεύει ἐπὶ τοὺς ὑπολειπομένους</w:t>
      </w:r>
    </w:p>
    <w:p>
      <w:r>
        <w:rPr>
          <w:rFonts w:ascii="Courier New" w:hAnsi="Courier New"/>
          <w:color w:val="555555"/>
          <w:sz w:val="20"/>
        </w:rPr>
        <w:t>[10]</w:t>
      </w:r>
    </w:p>
    <w:p>
      <w:r>
        <w:rPr>
          <w:rFonts w:ascii="Gentium Plus" w:hAnsi="Gentium Plus"/>
          <w:sz w:val="24"/>
        </w:rPr>
        <w:t>τῶν ἀποστατῶν, ὄντας μυρίους. οὐχ ὑπομεινάντων δὲ τὴν ἔφοδον, ἀλλ’ εἰς τὰ ὀχυρώματα καταφυγόν‐ των, ὅμως Ἀκύλλιος οὐκ ἐνεδίδου πάντα πράττων</w:t>
      </w:r>
    </w:p>
    <w:p>
      <w:r>
        <w:rPr>
          <w:rFonts w:ascii="Courier New" w:hAnsi="Courier New"/>
          <w:color w:val="555555"/>
          <w:sz w:val="20"/>
        </w:rPr>
        <w:t>[36 . 10 . 2]</w:t>
      </w:r>
    </w:p>
    <w:p>
      <w:r>
        <w:rPr>
          <w:rFonts w:ascii="Gentium Plus" w:hAnsi="Gentium Plus"/>
          <w:sz w:val="24"/>
        </w:rPr>
        <w:t>ἕως αὐτοὺς ἐκπολιορκήσας ἐχειρώσατο. ἔτι δ’ ὑπο‐ λειπομένων χιλίων καὶ στρατηγὸν ἐχόντων τὸν Σάτυρον, τὸ μὲν πρῶτον ἐπεβάλετο διὰ τῶν ὅπλων</w:t>
      </w:r>
    </w:p>
    <w:p>
      <w:r>
        <w:rPr>
          <w:rFonts w:ascii="Courier New" w:hAnsi="Courier New"/>
          <w:color w:val="555555"/>
          <w:sz w:val="20"/>
        </w:rPr>
        <w:t>[5]</w:t>
      </w:r>
    </w:p>
    <w:p>
      <w:r>
        <w:rPr>
          <w:rFonts w:ascii="Gentium Plus" w:hAnsi="Gentium Plus"/>
          <w:sz w:val="24"/>
        </w:rPr>
        <w:t>των καὶ παραδόντων ἑαυτοὺς τῆς μὲν παραυτίκα τιμωρίας ἀπέλυσεν, ἀπαγαγὼν δὲ εἰς τὴν Ῥώμην</w:t>
      </w:r>
    </w:p>
    <w:p>
      <w:r>
        <w:rPr>
          <w:rFonts w:ascii="Courier New" w:hAnsi="Courier New"/>
          <w:color w:val="555555"/>
          <w:sz w:val="20"/>
        </w:rPr>
        <w:t>[36 . 10 . 3]</w:t>
      </w:r>
    </w:p>
    <w:p>
      <w:r>
        <w:rPr>
          <w:rFonts w:ascii="Gentium Plus" w:hAnsi="Gentium Plus"/>
          <w:sz w:val="24"/>
        </w:rPr>
        <w:t>θηριομάχας αὐτοὺς ἐποίησε. τοὺς δέ φασί τινες ἐπιφανεστάτην ποιήσασθαι τοῦ βίου καταστροφήν· τῆς μὲν γὰρ πρὸς τὰ θηρία μάχης ἀποστῆναι, ἀλλή‐ λους δὲ ἐπὶ τῶν δημοσίων βωμῶν κατασφάξαι, καὶ</w:t>
      </w:r>
    </w:p>
    <w:p>
      <w:r>
        <w:rPr>
          <w:rFonts w:ascii="Courier New" w:hAnsi="Courier New"/>
          <w:color w:val="555555"/>
          <w:sz w:val="20"/>
        </w:rPr>
        <w:t>[5]</w:t>
      </w:r>
    </w:p>
    <w:p>
      <w:r>
        <w:rPr>
          <w:rFonts w:ascii="Gentium Plus" w:hAnsi="Gentium Plus"/>
          <w:sz w:val="24"/>
        </w:rPr>
        <w:t>τὸν τελευταῖον αὐτὸν τὸν Σάτυρον ἀνελόντα· τοῦτον δὴ ἐπὶ πᾶσιν αὐτοχειρίᾳ ἡρωικῶς καταστρέψαι. ὁ μὲν οὖν κατὰ Σικελίαν τῶν οἰκετῶν πόλεμος, δια‐ μείνας ἔτη σχεδόν που τέτταρα, τραγικὴν ἔσχε τὴν καταστροφήν. (Photius, Bibl. p. 390.)</w:t>
      </w:r>
    </w:p>
    <w:p>
      <w:r>
        <w:rPr>
          <w:rFonts w:ascii="Courier New" w:hAnsi="Courier New"/>
          <w:color w:val="555555"/>
          <w:sz w:val="20"/>
        </w:rPr>
        <w:t>[36 . 12 . 1]</w:t>
      </w:r>
    </w:p>
    <w:p>
      <w:r>
        <w:rPr>
          <w:rFonts w:ascii="Gentium Plus" w:hAnsi="Gentium Plus"/>
          <w:sz w:val="24"/>
        </w:rPr>
        <w:t>Ὅτι Σατορνῖνος ὁ δήμαρχος ζηλώσας βίον ἀκόλαστον καὶ ταμίας ὑπάρχων εἰς τὴν ἐξ Ὠστίας εἰς Ῥώμην τοῦ σίτου παρακομιδὴν ἐτάχθη, διὰ δὲ τὴν ῥᾳθυμίαν καὶ φαυλότητα τῆς ἀγωγῆς δόξας</w:t>
      </w:r>
    </w:p>
    <w:p>
      <w:r>
        <w:rPr>
          <w:rFonts w:ascii="Courier New" w:hAnsi="Courier New"/>
          <w:color w:val="555555"/>
          <w:sz w:val="20"/>
        </w:rPr>
        <w:t>[5]</w:t>
      </w:r>
    </w:p>
    <w:p>
      <w:r>
        <w:rPr>
          <w:rFonts w:ascii="Gentium Plus" w:hAnsi="Gentium Plus"/>
          <w:sz w:val="24"/>
        </w:rPr>
        <w:t>κακῶς προεστάναι τῆς προειρημένης ἐπιμελείας ἐπιτιμήσεως ἔτυχε προσηκούσης. ἡ γὰρ σύγκλη‐ τος παρελομένη τὴν ἐξουσίαν παρέδωκεν ἄλλοις τὴν ἐπιστασίαν ταύτην. διορθωσάμενος δὲ τὴν προϋπάρχουσαν ἀκολασίαν καὶ τοῦ σώφρονος ἀντ‐</w:t>
      </w:r>
    </w:p>
    <w:p>
      <w:r>
        <w:rPr>
          <w:rFonts w:ascii="Courier New" w:hAnsi="Courier New"/>
          <w:color w:val="555555"/>
          <w:sz w:val="20"/>
        </w:rPr>
        <w:t>[10]</w:t>
      </w:r>
    </w:p>
    <w:p>
      <w:r>
        <w:rPr>
          <w:rFonts w:ascii="Gentium Plus" w:hAnsi="Gentium Plus"/>
          <w:sz w:val="24"/>
        </w:rPr>
        <w:t>εχόμενος βίου δημαρχίας ὑπὸ τοῦ δήμου κατηξι‐ ώθη. (Const. Exc. 2(1), pp. 314—315.)</w:t>
      </w:r>
    </w:p>
    <w:p>
      <w:r>
        <w:rPr>
          <w:rFonts w:ascii="Courier New" w:hAnsi="Courier New"/>
          <w:color w:val="555555"/>
          <w:sz w:val="20"/>
        </w:rPr>
        <w:t>[36 . 13 . 1]</w:t>
      </w:r>
    </w:p>
    <w:p>
      <w:r>
        <w:rPr>
          <w:rFonts w:ascii="Gentium Plus" w:hAnsi="Gentium Plus"/>
          <w:sz w:val="24"/>
        </w:rPr>
        <w:t>Ὅτι Βαττάκης τις ὄνομα ἧκε, φησιν, ἐκ Πεσσινοῦντος τῆς Φρυγίας, ἱερεὺς ὑπάρχων τῆς μεγάλης τῶν θεῶν μητρός. οὗτος κατὰ πρόσταγμα</w:t>
      </w:r>
    </w:p>
    <w:p>
      <w:r>
        <w:rPr>
          <w:rFonts w:ascii="Courier New" w:hAnsi="Courier New"/>
          <w:color w:val="555555"/>
          <w:sz w:val="20"/>
        </w:rPr>
        <w:t>[5]</w:t>
      </w:r>
    </w:p>
    <w:p>
      <w:r>
        <w:rPr>
          <w:rFonts w:ascii="Gentium Plus" w:hAnsi="Gentium Plus"/>
          <w:sz w:val="24"/>
        </w:rPr>
        <w:t>τῇ συγκλήτῳ, λέγων τὸ ἱερὸν τῆς θεοῦ μεμιᾶνθαι, καὶ δεῖν αὐτῇ δημοσίᾳ καθαρμοὺς ἐπὶ τῆς Ῥώμης συντελεσθῆναι. ἐφόρει δὲ ἐσθῆτα καὶ τὴν περὶ τὸ σῶμα ἄλλην κατασκευὴν ἐξηλλαγμένην καὶ ὑπὸ τῶν Ῥωμαίων ἐθῶν οὐκ ἐπιχωρουμένην· χρυσοῦν</w:t>
      </w:r>
    </w:p>
    <w:p>
      <w:r>
        <w:rPr>
          <w:rFonts w:ascii="Courier New" w:hAnsi="Courier New"/>
          <w:color w:val="555555"/>
          <w:sz w:val="20"/>
        </w:rPr>
        <w:t>[10]</w:t>
      </w:r>
    </w:p>
    <w:p>
      <w:r>
        <w:rPr>
          <w:rFonts w:ascii="Gentium Plus" w:hAnsi="Gentium Plus"/>
          <w:sz w:val="24"/>
        </w:rPr>
        <w:t>τε γὰρ στέφανον εἶχεν ὑπερμεγέθη καὶ στολὴν ἀνθίνην διάχρυσον, βασιλικὴν ἀξίαν ἐπιφαίνουσαν.</w:t>
      </w:r>
    </w:p>
    <w:p>
      <w:r>
        <w:rPr>
          <w:rFonts w:ascii="Courier New" w:hAnsi="Courier New"/>
          <w:color w:val="555555"/>
          <w:sz w:val="20"/>
        </w:rPr>
        <w:t>[36 . 13 . 2]</w:t>
      </w:r>
    </w:p>
    <w:p>
      <w:r>
        <w:rPr>
          <w:rFonts w:ascii="Gentium Plus" w:hAnsi="Gentium Plus"/>
          <w:sz w:val="24"/>
        </w:rPr>
        <w:t>ποιησάμενος δὲ λόγους ἐπὶ τῶν ἐμβόλων ἐν τῷ δήμῳ καὶ τὸ πλῆθος εἰς δεισιδαιμονίαν ἐμβαλών, καταλύματος μὲν δημοσίου καὶ ξενίων ἠξιώθη, τὸν δὲ στέφανον ἐκωλύθη φορεῖν ὑφ’ ἑνὸς τῶν δημάρχων</w:t>
      </w:r>
    </w:p>
    <w:p>
      <w:r>
        <w:rPr>
          <w:rFonts w:ascii="Courier New" w:hAnsi="Courier New"/>
          <w:color w:val="555555"/>
          <w:sz w:val="20"/>
        </w:rPr>
        <w:t>[5]</w:t>
      </w:r>
    </w:p>
    <w:p>
      <w:r>
        <w:rPr>
          <w:rFonts w:ascii="Gentium Plus" w:hAnsi="Gentium Plus"/>
          <w:sz w:val="24"/>
        </w:rPr>
        <w:t>Αὔλου Πομπηίου. διά τινος δ’ ἑτέρου δημάρχου προαχθεὶς ἐπὶ τὰ ἔμβολα καὶ περὶ τῆς εἰς τὸ ἱερὸν ἁγνείας ἐπερωτώμενος ἀποκρίσεις ἐποιεῖτο δεισι‐ δαιμονίαν περιεχούσας. καταστασιασθεὶς δὲ ὑπὸ τοῦ Πομπηίου καὶ μεθ’ ὕβρεως ἀπαλλαγεὶς ἐπὶ τὴν</w:t>
      </w:r>
    </w:p>
    <w:p>
      <w:r>
        <w:rPr>
          <w:rFonts w:ascii="Courier New" w:hAnsi="Courier New"/>
          <w:color w:val="555555"/>
          <w:sz w:val="20"/>
        </w:rPr>
        <w:t>[10]</w:t>
      </w:r>
    </w:p>
    <w:p>
      <w:r>
        <w:rPr>
          <w:rFonts w:ascii="Gentium Plus" w:hAnsi="Gentium Plus"/>
          <w:sz w:val="24"/>
        </w:rPr>
        <w:t>κατάλυσιν οὐκέτι προεπορεύετο, λέγων μὴ μόνον ἑ‐ αυτὸν ἀσεβῶς προπεπηλακίσθαι, ἀλλὰ καὶ τὴν θεόν.</w:t>
      </w:r>
    </w:p>
    <w:p>
      <w:r>
        <w:rPr>
          <w:rFonts w:ascii="Courier New" w:hAnsi="Courier New"/>
          <w:color w:val="555555"/>
          <w:sz w:val="20"/>
        </w:rPr>
        <w:t>[36 . 13 . 3]</w:t>
      </w:r>
    </w:p>
    <w:p>
      <w:r>
        <w:rPr>
          <w:rFonts w:ascii="Gentium Plus" w:hAnsi="Gentium Plus"/>
          <w:sz w:val="24"/>
        </w:rPr>
        <w:t>ὁ δὲ Πομπήιος παραχρῆμα μὲν λάβρῳ πυρετῷ συν‐ εσχέθη, μετὰ δὲ ταῦτα ἄφωνος γενόμενος καὶ κατα‐ ληφθεὶς κυναγχικῷ πάθει τριταῖος κατέστρεψε τὸν βίον, παρὰ τοῖς πολλοῖς ὑποληφθεὶς θείᾳ τινὶ προ‐</w:t>
      </w:r>
    </w:p>
    <w:p>
      <w:r>
        <w:rPr>
          <w:rFonts w:ascii="Courier New" w:hAnsi="Courier New"/>
          <w:color w:val="555555"/>
          <w:sz w:val="20"/>
        </w:rPr>
        <w:t>[5]</w:t>
      </w:r>
    </w:p>
    <w:p>
      <w:r>
        <w:rPr>
          <w:rFonts w:ascii="Gentium Plus" w:hAnsi="Gentium Plus"/>
          <w:sz w:val="24"/>
        </w:rPr>
        <w:t>νοίᾳ ἀνθ’ ὧν εἰς τὸν ἱερέα καὶ τὴν θεὸν ἐπλημμέ‐ λησεν τοῦ ζῆν ἐστερῆσθαι· σφόδρα γὰρ Ῥωμαῖοι δεισιδαιμονοῦσι. διόπερ ὁ Βαττάκης λαβὼν τὴν συγχώρησιν τῆς κατὰ τὴν ἱερὰν στολὴν κατα‐</w:t>
      </w:r>
    </w:p>
    <w:p>
      <w:r>
        <w:rPr>
          <w:rFonts w:ascii="Courier New" w:hAnsi="Courier New"/>
          <w:color w:val="555555"/>
          <w:sz w:val="20"/>
        </w:rPr>
        <w:t>[10]</w:t>
      </w:r>
    </w:p>
    <w:p>
      <w:r>
        <w:rPr>
          <w:rFonts w:ascii="Gentium Plus" w:hAnsi="Gentium Plus"/>
          <w:sz w:val="24"/>
        </w:rPr>
        <w:t>ἀνδρῶν τε καὶ γυναικῶν προεπέμφθη τὴν ἐκ τῆς Ῥώμης ἐπάνοδον ποιούμενος.</w:t>
      </w:r>
    </w:p>
    <w:p>
      <w:r>
        <w:rPr>
          <w:rFonts w:ascii="Courier New" w:hAnsi="Courier New"/>
          <w:color w:val="555555"/>
          <w:sz w:val="20"/>
        </w:rPr>
        <w:t>[36 . 14 . 1]</w:t>
      </w:r>
    </w:p>
    <w:p>
      <w:r>
        <w:rPr>
          <w:rFonts w:ascii="Gentium Plus" w:hAnsi="Gentium Plus"/>
          <w:sz w:val="24"/>
        </w:rPr>
        <w:t>Ὅτι ἔθος ἦν τοῖς Ῥωμαίων στρατιώταις, ἡνίκα ὁ στρατηγὸς αὐτῶν σὺν αὐτοῖς μάχῃ πρός τινας τῶν πολεμίων συμπλακεὶς ὑπὲρ τοὺς ἑξα‐ κισχιλίους τῶν ἐχθρῶν ἐφαίνετο ἀνελών, ἰμπε‐</w:t>
      </w:r>
    </w:p>
    <w:p>
      <w:r>
        <w:rPr>
          <w:rFonts w:ascii="Courier New" w:hAnsi="Courier New"/>
          <w:color w:val="555555"/>
          <w:sz w:val="20"/>
        </w:rPr>
        <w:t>[5]</w:t>
      </w:r>
    </w:p>
    <w:p>
      <w:r>
        <w:rPr>
          <w:rFonts w:ascii="Gentium Plus" w:hAnsi="Gentium Plus"/>
          <w:sz w:val="24"/>
        </w:rPr>
        <w:t>ράτορα αὐτὸν ἀναγορεύειν καὶ ἀποκαλεῖν, ὅ ἐστι βασιλέα. (Photius, Bibl. pp. 390—391.)</w:t>
      </w:r>
    </w:p>
    <w:p>
      <w:r>
        <w:rPr>
          <w:rFonts w:ascii="Courier New" w:hAnsi="Courier New"/>
          <w:color w:val="555555"/>
          <w:sz w:val="20"/>
        </w:rPr>
        <w:t>[36 . 15 . 1]</w:t>
      </w:r>
    </w:p>
    <w:p>
      <w:r>
        <w:rPr>
          <w:rFonts w:ascii="Gentium Plus" w:hAnsi="Gentium Plus"/>
          <w:sz w:val="24"/>
        </w:rPr>
        <w:t>Ὅτι εἰς τὴν Ῥώμην ἧκον πρεσβευταὶ Μιθρι‐ δάτου τοῦ βασιλέως κομίζοντες μεθ’ αὑτῶν χρη‐ μάτων πλῆθος πρὸς τὴν τῆς συγκλήτου δωροδοκίαν. ὁ δὲ Σατορνῖνος δόξας ἀφορμὴν ἔχειν κατὰ τῆς</w:t>
      </w:r>
    </w:p>
    <w:p>
      <w:r>
        <w:rPr>
          <w:rFonts w:ascii="Courier New" w:hAnsi="Courier New"/>
          <w:color w:val="555555"/>
          <w:sz w:val="20"/>
        </w:rPr>
        <w:t>[5]</w:t>
      </w:r>
    </w:p>
    <w:p>
      <w:r>
        <w:rPr>
          <w:rFonts w:ascii="Gentium Plus" w:hAnsi="Gentium Plus"/>
          <w:sz w:val="24"/>
        </w:rPr>
        <w:t>συγκλήτου μεγάλην ὕβριν τῇ πρεσβείᾳ ἐνεδείξατο. καὶ τῶν συγκλητικῶν παροξυνάντων τοὺς πρεσ‐ βευτὰς καὶ συνεργήσειν ἐπαγγελλομένων, οἱ καθ‐ υβρισθέντες ἐπήνεγκαν κρίσιν τῷ Σατορνίνῳ περὶ</w:t>
      </w:r>
    </w:p>
    <w:p>
      <w:r>
        <w:rPr>
          <w:rFonts w:ascii="Courier New" w:hAnsi="Courier New"/>
          <w:color w:val="555555"/>
          <w:sz w:val="20"/>
        </w:rPr>
        <w:t>[36 . 15 . 2]</w:t>
      </w:r>
    </w:p>
    <w:p>
      <w:r>
        <w:rPr>
          <w:rFonts w:ascii="Gentium Plus" w:hAnsi="Gentium Plus"/>
          <w:sz w:val="24"/>
        </w:rPr>
        <w:t>τῆς εἰς αὐτοὺς ὕβρεως. τοῦ δὲ ἀγῶνος ὄντος δημοσίου καὶ μεγάλου διὰ τὴν τῶν πρεσβευτῶν ἀσυλίαν καὶ τὴν συνήθη παρὰ τοῖς Ῥωμαίοις ὑπὲρ τῶν πρεσβειῶν μισοπονηρίαν· ὁ δὲ Σατορνῖνος</w:t>
      </w:r>
    </w:p>
    <w:p>
      <w:r>
        <w:rPr>
          <w:rFonts w:ascii="Courier New" w:hAnsi="Courier New"/>
          <w:color w:val="555555"/>
          <w:sz w:val="20"/>
        </w:rPr>
        <w:t>[5]</w:t>
      </w:r>
    </w:p>
    <w:p>
      <w:r>
        <w:rPr>
          <w:rFonts w:ascii="Gentium Plus" w:hAnsi="Gentium Plus"/>
          <w:sz w:val="24"/>
        </w:rPr>
        <w:t>θανάτου κατηγορούμενος ὑπὸ τῶν συγκλητικῶν, ὡς ἂν ἐκείνων δικαζόντων τὰς τοιαύτας κρίσεις, εἰς τοὺς μεγίστους ἐνέπεσε φόβους τε καὶ κινδύνους, καὶ διὰ τὸ μέγεθος τῶν ὑποκειμένων ἀγώνων πτήξας κατέφυγεν ἐπὶ τὸν κοινὸν τῶν ἀκληρούντων</w:t>
      </w:r>
    </w:p>
    <w:p>
      <w:r>
        <w:rPr>
          <w:rFonts w:ascii="Courier New" w:hAnsi="Courier New"/>
          <w:color w:val="555555"/>
          <w:sz w:val="20"/>
        </w:rPr>
        <w:t>[10]</w:t>
      </w:r>
    </w:p>
    <w:p>
      <w:r>
        <w:rPr>
          <w:rFonts w:ascii="Gentium Plus" w:hAnsi="Gentium Plus"/>
          <w:sz w:val="24"/>
        </w:rPr>
        <w:t>ἔλεον, καὶ τὴν ἐσθῆτα τὴν πολυτελῆ κατέθετο, πιναρὰν δὲ μεταμφιασάμενος καὶ κόμην καὶ πώ‐ γωνα τρέφων περιῄει τοὺς κατὰ τὴν πόλιν ὄχλους, καὶ τοῖς μὲν πρὸς τὰ γόνατα πίπτων, τοῖς δὲ ταῖς χερσὶν ἐπιφυόμενος ἐδεῖτο καὶ μετὰ δακρύων καθ‐</w:t>
      </w:r>
    </w:p>
    <w:p>
      <w:r>
        <w:rPr>
          <w:rFonts w:ascii="Courier New" w:hAnsi="Courier New"/>
          <w:color w:val="555555"/>
          <w:sz w:val="20"/>
        </w:rPr>
        <w:t>[36 . 15 . 3]</w:t>
      </w:r>
    </w:p>
    <w:p>
      <w:r>
        <w:rPr>
          <w:rFonts w:ascii="Gentium Plus" w:hAnsi="Gentium Plus"/>
          <w:sz w:val="24"/>
        </w:rPr>
        <w:t>ικέτευε βοηθῆσαι τοῖς ἀκληρήμασιν· καταστασιάζε‐ σθαι γὰρ ἑαυτὸν ἀπεφαίνετο παρὰ πᾶν τὸ δίκαιον ὑπὸ τῆς συγκλήτου, καὶ τοῦτο πάσχειν ἑαυτὸν ἀπεδείκνυε διὰ τὴν εἰς τὸν δῆμον εὔνοιαν, καὶ τοὺς</w:t>
      </w:r>
    </w:p>
    <w:p>
      <w:r>
        <w:rPr>
          <w:rFonts w:ascii="Courier New" w:hAnsi="Courier New"/>
          <w:color w:val="555555"/>
          <w:sz w:val="20"/>
        </w:rPr>
        <w:t>[5]</w:t>
      </w:r>
    </w:p>
    <w:p>
      <w:r>
        <w:rPr>
          <w:rFonts w:ascii="Gentium Plus" w:hAnsi="Gentium Plus"/>
          <w:sz w:val="24"/>
        </w:rPr>
        <w:t>αὐτοὺς ἔχειν ἐχθρούς τε καὶ κατηγόρους καὶ κριτάς. τοῦ δὲ δήμου συνεξαιρομένου ταῖς δεήσεσιν, πολλαὶ μυριάδες συνέδραμον ἐπὶ τὸ κριτήριον, καὶ παραδό‐ ξως ἀπελύθη. καὶ συνεργὸν ἔχων τὸν δῆμον πάλιν ἀνερρήθη δήμαρχος. (Const. Exc. 1, pp. 408—409.)</w:t>
      </w:r>
    </w:p>
    <w:p>
      <w:r>
        <w:rPr>
          <w:rFonts w:ascii="Courier New" w:hAnsi="Courier New"/>
          <w:color w:val="555555"/>
          <w:sz w:val="20"/>
        </w:rPr>
        <w:t>[36 . 16 . 1]</w:t>
      </w:r>
    </w:p>
    <w:p>
      <w:r>
        <w:rPr>
          <w:rFonts w:ascii="Gentium Plus" w:hAnsi="Gentium Plus"/>
          <w:sz w:val="24"/>
        </w:rPr>
        <w:t>Ὅτι περὶ τῆς τοῦ Μετέλλου φυγῆς ἐπ’ ἔτη δύω γινομένων λόγων ἐν ταῖς ἐκκλησίαις, ὁ υἱὸς αὐτοῦ κόμην ὑποτρέφων καὶ πώγωνα καὶ πιναρὰν ἔχων ἐσθῆτα περιῄει κατὰ τὴν ἀγοράν, δεόμενος</w:t>
      </w:r>
    </w:p>
    <w:p>
      <w:r>
        <w:rPr>
          <w:rFonts w:ascii="Courier New" w:hAnsi="Courier New"/>
          <w:color w:val="555555"/>
          <w:sz w:val="20"/>
        </w:rPr>
        <w:t>[5]</w:t>
      </w:r>
    </w:p>
    <w:p>
      <w:r>
        <w:rPr>
          <w:rFonts w:ascii="Gentium Plus" w:hAnsi="Gentium Plus"/>
          <w:sz w:val="24"/>
        </w:rPr>
        <w:t>τῶν πολιτῶν, καὶ μετὰ δακρύων προσπίπτων τοῖς ἑκάστου γόνασιν ᾐτεῖτο τὴν τοῦ πατρὸς κάθοδον. ὁ μὲν οὖν δῆμος, καίπερ οὐ βουλόμενος ἀφορμὴν διδόναι τοῖς φυγάσι τῆς καθόδου παρὰ τοὺς νόμους, ὅμως διὰ τὸν ἔλεον τοῦ νεανίσκου καὶ τὴν ὑπὲρ τοῦ</w:t>
      </w:r>
    </w:p>
    <w:p>
      <w:r>
        <w:rPr>
          <w:rFonts w:ascii="Courier New" w:hAnsi="Courier New"/>
          <w:color w:val="555555"/>
          <w:sz w:val="20"/>
        </w:rPr>
        <w:t>[10]</w:t>
      </w:r>
    </w:p>
    <w:p>
      <w:r>
        <w:rPr>
          <w:rFonts w:ascii="Gentium Plus" w:hAnsi="Gentium Plus"/>
          <w:sz w:val="24"/>
        </w:rPr>
        <w:t>γονέως σπουδὴν κατήγαγε τὸν Μέτελλον, καὶ τὸν υἱὸν αὐτοῦ διὰ τὴν περὶ τὸν γεννήσαντα γεγενη‐ μένην φιλοτιμίαν Εὐσεβῆ προσηγόρευσεν.</w:t>
      </w:r>
    </w:p>
    <w:p>
      <w:r>
        <w:rPr>
          <w:rFonts w:ascii="Courier New" w:hAnsi="Courier New"/>
          <w:color w:val="555555"/>
          <w:sz w:val="20"/>
        </w:rPr>
        <w:t>[37 t 1]</w:t>
      </w:r>
    </w:p>
    <w:p>
      <w:pPr>
        <w:jc w:val="center"/>
      </w:pPr>
      <w:r>
        <w:rPr>
          <w:rFonts w:ascii="Gentium Plus" w:hAnsi="Gentium Plus"/>
          <w:b/>
          <w:sz w:val="24"/>
        </w:rPr>
        <w:t>FRAGMENTA LIBRI XXXVII</w:t>
      </w:r>
    </w:p>
    <w:p>
      <w:r>
        <w:rPr>
          <w:rFonts w:ascii="Courier New" w:hAnsi="Courier New"/>
          <w:color w:val="555555"/>
          <w:sz w:val="20"/>
        </w:rPr>
        <w:t>[37 . 1 . 1]</w:t>
      </w:r>
    </w:p>
    <w:p>
      <w:r>
        <w:rPr>
          <w:rFonts w:ascii="Gentium Plus" w:hAnsi="Gentium Plus"/>
          <w:sz w:val="24"/>
        </w:rPr>
        <w:t>Ἀφ’ ὧν χρόνων αἱ τῶν ἀνθρώπων πράξεις διὰ τῆς ἱστορικῆς ἀναγραφῆς εἰς αἰώνιον μνήμην παρ‐ εδόθησαν, μέγιστον ἴσμεν πόλεμον τὸν Μαρσικὸν ὀνομασθέντα ἀπὸ Μαρσῶν. οὗτος γὰρ πάντας τοὺς</w:t>
      </w:r>
    </w:p>
    <w:p>
      <w:r>
        <w:rPr>
          <w:rFonts w:ascii="Courier New" w:hAnsi="Courier New"/>
          <w:color w:val="555555"/>
          <w:sz w:val="20"/>
        </w:rPr>
        <w:t>[5]</w:t>
      </w:r>
    </w:p>
    <w:p>
      <w:r>
        <w:rPr>
          <w:rFonts w:ascii="Gentium Plus" w:hAnsi="Gentium Plus"/>
          <w:sz w:val="24"/>
        </w:rPr>
        <w:t>προγεγονότας ὑπερεβάλετο ταῖς τῶν στρατηγῶν ἀνδραγαθίαις καὶ τῷ μεγέθει τῶν πράξεων. τὸν γὰρ Τρωικὸν πόλεμον καὶ τὰς τῶν ἡρώων ἀρετὰς ὁ ἐπιφανέστατος τῶν ποιητῶν Ὅμηρος εἰς ὑπερβολὴν δόξης ἐτραγῴδησεν· ἐν ᾧ τῆς Εὐρώπης πρὸς τὴν</w:t>
      </w:r>
    </w:p>
    <w:p>
      <w:r>
        <w:rPr>
          <w:rFonts w:ascii="Courier New" w:hAnsi="Courier New"/>
          <w:color w:val="555555"/>
          <w:sz w:val="20"/>
        </w:rPr>
        <w:t>[10]</w:t>
      </w:r>
    </w:p>
    <w:p>
      <w:r>
        <w:rPr>
          <w:rFonts w:ascii="Gentium Plus" w:hAnsi="Gentium Plus"/>
          <w:sz w:val="24"/>
        </w:rPr>
        <w:t>Ἀσίαν διαπολεμούσης καὶ τῶν μεγίστων ἠπείρων ὑπὲρ τῆς νίκης διαφιλοτιμουμένων, τοιαῦται πράξεις ὑπὸ τῶν ἀγωνιζομένων συνετελέσθησαν ὥστε τοῖς ἐπιγενομένοις ἀνθρώποις ἐμπλησθῆναι τὰ θέατρα</w:t>
      </w:r>
    </w:p>
    <w:p>
      <w:r>
        <w:rPr>
          <w:rFonts w:ascii="Courier New" w:hAnsi="Courier New"/>
          <w:color w:val="555555"/>
          <w:sz w:val="20"/>
        </w:rPr>
        <w:t>[37 . 1 . 2]</w:t>
      </w:r>
    </w:p>
    <w:p>
      <w:r>
        <w:rPr>
          <w:rFonts w:ascii="Gentium Plus" w:hAnsi="Gentium Plus"/>
          <w:sz w:val="24"/>
        </w:rPr>
        <w:t>μυθικῶν καὶ τραγικῶν ἀγωνισμάτων. ἀλλ’ ὅμως ἐκεῖνοι μὲν ἐν ἔτεσι δέκα τὰς ἐν τῇ Τρῳάδι πόλεις κατεπολέμησαν, Ῥωμαῖοι δὲ τοῖς ὕστερον χρόνοις μιᾷ παρατάξει νικήσαντες Ἀντίοχον τὸν μέγαν τῆς</w:t>
      </w:r>
    </w:p>
    <w:p>
      <w:r>
        <w:rPr>
          <w:rFonts w:ascii="Courier New" w:hAnsi="Courier New"/>
          <w:color w:val="555555"/>
          <w:sz w:val="20"/>
        </w:rPr>
        <w:t>[5]</w:t>
      </w:r>
    </w:p>
    <w:p>
      <w:r>
        <w:rPr>
          <w:rFonts w:ascii="Gentium Plus" w:hAnsi="Gentium Plus"/>
          <w:sz w:val="24"/>
        </w:rPr>
        <w:t>Ἀσίας κύριοι κατέστησαν. μετὰ δὲ τὰ Τρωικὰ τοῦ Περσῶν βασιλέως στρατεύσαντος ἐπὶ τὴν Ἑλ‐ λάδα καὶ διὰ τὴν ὑπερβολὴν τοῦ πλήθους τῶν ἀκολουθούντων αὐτῷ στρατιωτῶν ἀναξηραινομένων</w:t>
      </w:r>
    </w:p>
    <w:p>
      <w:r>
        <w:rPr>
          <w:rFonts w:ascii="Courier New" w:hAnsi="Courier New"/>
          <w:color w:val="555555"/>
          <w:sz w:val="20"/>
        </w:rPr>
        <w:t>[10]</w:t>
      </w:r>
    </w:p>
    <w:p>
      <w:r>
        <w:rPr>
          <w:rFonts w:ascii="Gentium Plus" w:hAnsi="Gentium Plus"/>
          <w:sz w:val="24"/>
        </w:rPr>
        <w:t>σύνεσις μετὰ τῆς τῶν Ἑλλήνων ἀρετῆς τοὺς Πέρ‐</w:t>
      </w:r>
    </w:p>
    <w:p>
      <w:r>
        <w:rPr>
          <w:rFonts w:ascii="Courier New" w:hAnsi="Courier New"/>
          <w:color w:val="555555"/>
          <w:sz w:val="20"/>
        </w:rPr>
        <w:t>[37 . 1 . 3]</w:t>
      </w:r>
    </w:p>
    <w:p>
      <w:r>
        <w:rPr>
          <w:rFonts w:ascii="Gentium Plus" w:hAnsi="Gentium Plus"/>
          <w:sz w:val="24"/>
        </w:rPr>
        <w:t>σας κατεπολέμησεν. κατὰ δὲ τοὺς αὐτοὺς καιροὺς Καρχηδονίων τριάκοντα μυριάσιν ἐπὶ τὴν Σικελίαν στρατευσάντων, Γέλων ὁ Συρακουσίων ἀφηγού‐ μενος ἑνὶ στρατηγήματι καὶ ἀκαρεῖ χρόνῳ διακοσίας</w:t>
      </w:r>
    </w:p>
    <w:p>
      <w:r>
        <w:rPr>
          <w:rFonts w:ascii="Courier New" w:hAnsi="Courier New"/>
          <w:color w:val="555555"/>
          <w:sz w:val="20"/>
        </w:rPr>
        <w:t>[5]</w:t>
      </w:r>
    </w:p>
    <w:p>
      <w:r>
        <w:rPr>
          <w:rFonts w:ascii="Gentium Plus" w:hAnsi="Gentium Plus"/>
          <w:sz w:val="24"/>
        </w:rPr>
        <w:t>ναῦς ἐνέπρησε καὶ δεκαπέντε μυριάδας πολεμίων ἐν παρατάξει κατακόψας τὰς ἴσας ἐζώγρησεν. ἀλλ’ ὅμως οἱ τὸν Μαρσικὸν πόλεμον διαπολεμήσαντες Ῥωμαῖοι τοὺς ἀπογόνους τῶν τὰς τηλικαύτας</w:t>
      </w:r>
    </w:p>
    <w:p>
      <w:r>
        <w:rPr>
          <w:rFonts w:ascii="Courier New" w:hAnsi="Courier New"/>
          <w:color w:val="555555"/>
          <w:sz w:val="20"/>
        </w:rPr>
        <w:t>[37 . 1 . 4]</w:t>
      </w:r>
    </w:p>
    <w:p>
      <w:r>
        <w:rPr>
          <w:rFonts w:ascii="Gentium Plus" w:hAnsi="Gentium Plus"/>
          <w:sz w:val="24"/>
        </w:rPr>
        <w:t>πράξεις ἐπιτελεσαμένων κατεπολέμησαν. ἑξῆς δὲ Ἀλεξάνδρου τοῦ Μακεδόνος ὑπερβαλλούσῃ συνέσει καὶ ἀνδρείᾳ τῶν Περσῶν τὴν ἡγεμονίαν καταπολε‐ μήσαντος, Ῥωμαῖοι κατὰ τοὺς νεωτέρους καιροὺς</w:t>
      </w:r>
    </w:p>
    <w:p>
      <w:r>
        <w:rPr>
          <w:rFonts w:ascii="Courier New" w:hAnsi="Courier New"/>
          <w:color w:val="555555"/>
          <w:sz w:val="20"/>
        </w:rPr>
        <w:t>[5]</w:t>
      </w:r>
    </w:p>
    <w:p>
      <w:r>
        <w:rPr>
          <w:rFonts w:ascii="Gentium Plus" w:hAnsi="Gentium Plus"/>
          <w:sz w:val="24"/>
        </w:rPr>
        <w:t>δορίκτητον ἐποιήσαντο τὴν Μακεδονίαν. Καρχη‐ δὼν δὲ περὶ τῆς Σικελίας ἔτη τέσσαρα καὶ εἴκοσι πολεμήσασα τῇ Ῥώμῃ καὶ πλείστας καὶ μεγίστας ἀγωνισαμένη παρατάξεις καὶ ναυμαχίας, τότε μὲν τῷ βάρει τῆς τῶν Ῥωμαίων ἡγεμονίας κατεπο‐</w:t>
      </w:r>
    </w:p>
    <w:p>
      <w:r>
        <w:rPr>
          <w:rFonts w:ascii="Courier New" w:hAnsi="Courier New"/>
          <w:color w:val="555555"/>
          <w:sz w:val="20"/>
        </w:rPr>
        <w:t>[10]</w:t>
      </w:r>
    </w:p>
    <w:p>
      <w:r>
        <w:rPr>
          <w:rFonts w:ascii="Gentium Plus" w:hAnsi="Gentium Plus"/>
          <w:sz w:val="24"/>
        </w:rPr>
        <w:t>λεμήθη, μετ’ ὀλίγον δὲ τὸν Ἀννιβιακὸν κληθέντα πόλεμον συστησαμένη παρατάξεσι καὶ ναυμαχίαις καὶ πολλαῖς περιβοήτοις πράξεσι νικήσασα, στρατ‐ ηγὸν ἔχουσα πρωτεύοντα κατ’ ἀρετὴν Ἀννίβαν, τελευταῖον ὑπό τε τῆς τῶν Ῥωμαίων καὶ τῆς τῶν</w:t>
      </w:r>
    </w:p>
    <w:p>
      <w:r>
        <w:rPr>
          <w:rFonts w:ascii="Courier New" w:hAnsi="Courier New"/>
          <w:color w:val="555555"/>
          <w:sz w:val="20"/>
        </w:rPr>
        <w:t>[15]</w:t>
      </w:r>
    </w:p>
    <w:p>
      <w:r>
        <w:rPr>
          <w:rFonts w:ascii="Gentium Plus" w:hAnsi="Gentium Plus"/>
          <w:sz w:val="24"/>
        </w:rPr>
        <w:t>Ἰταλῶν ἀνδραγαθίας καὶ τῆς Σκιπίωνος ἀρετῆς</w:t>
      </w:r>
    </w:p>
    <w:p>
      <w:r>
        <w:rPr>
          <w:rFonts w:ascii="Courier New" w:hAnsi="Courier New"/>
          <w:color w:val="555555"/>
          <w:sz w:val="20"/>
        </w:rPr>
        <w:t>[37 . 1 . 5]</w:t>
      </w:r>
    </w:p>
    <w:p>
      <w:r>
        <w:rPr>
          <w:rFonts w:ascii="Gentium Plus" w:hAnsi="Gentium Plus"/>
          <w:sz w:val="24"/>
        </w:rPr>
        <w:t>κατεπολεμήθη. Κίμβρους δὲ ταῖς μὲν ὄψεσι γίγασι παρεμφερεῖς, ταῖς δὲ ἀλκαῖς ἀνυπερβλήτους ...· οὗτοι γὰρ πολλὰς καὶ μεγάλας Ῥωμαίων δυνάμεις</w:t>
      </w:r>
    </w:p>
    <w:p>
      <w:r>
        <w:rPr>
          <w:rFonts w:ascii="Courier New" w:hAnsi="Courier New"/>
          <w:color w:val="555555"/>
          <w:sz w:val="20"/>
        </w:rPr>
        <w:t>[5]</w:t>
      </w:r>
    </w:p>
    <w:p>
      <w:r>
        <w:rPr>
          <w:rFonts w:ascii="Gentium Plus" w:hAnsi="Gentium Plus"/>
          <w:sz w:val="24"/>
        </w:rPr>
        <w:t>Ἰταλίαν στρατείαν στειλάμενοι, ταῖς τῶν Ῥωμαίων ἀνδραγαθίαις ἄρδην κατεκόπησαν.</w:t>
      </w:r>
    </w:p>
    <w:p>
      <w:r>
        <w:rPr>
          <w:rFonts w:ascii="Courier New" w:hAnsi="Courier New"/>
          <w:color w:val="555555"/>
          <w:sz w:val="20"/>
        </w:rPr>
        <w:t>[37 . 1 . 6]</w:t>
      </w:r>
    </w:p>
    <w:p>
      <w:r>
        <w:rPr>
          <w:rFonts w:ascii="Gentium Plus" w:hAnsi="Gentium Plus"/>
          <w:sz w:val="24"/>
        </w:rPr>
        <w:t>Διὸ τοῦ πρωτείου κατὰ τὰς ἐν τοῖς πολέμοις ἀνδραγαθίας ἐκ τῶν ἀποτελεσμάτων κριθέντος ὑπάρχειν παρὰ Ῥωμαίοις καὶ τοῖς τὴν Ἰταλίαν οἰκοῦσιν ἔθνεσιν, ἡ τύχη καθάπερ ἐπίτηδες τούτους</w:t>
      </w:r>
    </w:p>
    <w:p>
      <w:r>
        <w:rPr>
          <w:rFonts w:ascii="Courier New" w:hAnsi="Courier New"/>
          <w:color w:val="555555"/>
          <w:sz w:val="20"/>
        </w:rPr>
        <w:t>[5]</w:t>
      </w:r>
    </w:p>
    <w:p>
      <w:r>
        <w:rPr>
          <w:rFonts w:ascii="Gentium Plus" w:hAnsi="Gentium Plus"/>
          <w:sz w:val="24"/>
        </w:rPr>
        <w:t>εἰς διάστασιν ἀγαγοῦσα τὸν ὑπερβάλλοντα τῷ μεγέθει πόλεμον ἐξέκαυσεν. ἐπαναστάντων γὰρ τῶν κατὰ τὴν Ἰταλίαν ἐθνῶν τῇ τῆς Ῥώμης ἡγε‐ μονίᾳ καὶ τῶν ἐξ αἰῶνος ἀρίστων κεκριμένων ἐλθόντων εἰς ἔριν καὶ φιλοτιμίαν, ὁ γενόμενος</w:t>
      </w:r>
    </w:p>
    <w:p>
      <w:r>
        <w:rPr>
          <w:rFonts w:ascii="Courier New" w:hAnsi="Courier New"/>
          <w:color w:val="555555"/>
          <w:sz w:val="20"/>
        </w:rPr>
        <w:t>[10]</w:t>
      </w:r>
    </w:p>
    <w:p>
      <w:r>
        <w:rPr>
          <w:rFonts w:ascii="Gentium Plus" w:hAnsi="Gentium Plus"/>
          <w:sz w:val="24"/>
        </w:rPr>
        <w:t>πόλεμος εἰς ὑπερβολὴν μεγέθους κατήντησεν, ὃς ὠνομάσθη Μαρσικὸς ἀπὸ τῶν ἀρχηγῶν γενομένων τῆς ἀποστάσεως Μαρσῶν. (Const. Exc. 4, pp. 393—394.)</w:t>
      </w:r>
    </w:p>
    <w:p>
      <w:r>
        <w:rPr>
          <w:rFonts w:ascii="Courier New" w:hAnsi="Courier New"/>
          <w:color w:val="555555"/>
          <w:sz w:val="20"/>
        </w:rPr>
        <w:t>[37 . 2 . 1]</w:t>
      </w:r>
    </w:p>
    <w:p>
      <w:r>
        <w:rPr>
          <w:rFonts w:ascii="Gentium Plus" w:hAnsi="Gentium Plus"/>
          <w:sz w:val="24"/>
        </w:rPr>
        <w:t>Ὅτι τὸν Μαρσικὸν ὀνομασθέντα πόλεμον ἐπὶ τῆς αὑτοῦ ἡλικίας Διόδωρος μείζονα πάντων τῶν προγεγονότων ἀποφαίνεται. ὠνομάσθαι δέ φησι Μαρσικὸν ἐκ τῶν ἀρξάντων τῆς ἀποστάσεως, ἐπεὶ</w:t>
      </w:r>
    </w:p>
    <w:p>
      <w:r>
        <w:rPr>
          <w:rFonts w:ascii="Courier New" w:hAnsi="Courier New"/>
          <w:color w:val="555555"/>
          <w:sz w:val="20"/>
        </w:rPr>
        <w:t>[5]</w:t>
      </w:r>
    </w:p>
    <w:p>
      <w:r>
        <w:rPr>
          <w:rFonts w:ascii="Gentium Plus" w:hAnsi="Gentium Plus"/>
          <w:sz w:val="24"/>
        </w:rPr>
        <w:t>σύμπαντές γε Ἰταλοὶ κατὰ Ῥωμαίων τοῦτον ἐξ‐ ήνεγκαν τὸν πόλεμον. αἰτίαν δὲ πρώτην γενέσθαι τοῦ πολέμου τὸ μεταπεσεῖν τοὺς Ῥωμαίους ἀπὸ τῆς εὐτάκτου καὶ λιτῆς ἀγωγῆς καὶ ἐγκρατοῦς, δι’ ἧς ἐπὶ τοσοῦτον ηὐξήθησαν, εἰς ὀλέθριον ζῆλον</w:t>
      </w:r>
    </w:p>
    <w:p>
      <w:r>
        <w:rPr>
          <w:rFonts w:ascii="Courier New" w:hAnsi="Courier New"/>
          <w:color w:val="555555"/>
          <w:sz w:val="20"/>
        </w:rPr>
        <w:t>[37 . 2 . 2]</w:t>
      </w:r>
    </w:p>
    <w:p>
      <w:r>
        <w:rPr>
          <w:rFonts w:ascii="Gentium Plus" w:hAnsi="Gentium Plus"/>
          <w:sz w:val="24"/>
        </w:rPr>
        <w:t>τρυφῆς καὶ ἀκολασίας. ἐκ γὰρ τῆς διαφθορᾶς ταύτης στασιάσαντος τοῦ δημοτικοῦ πρὸς τὴν σύγ‐ κλητον, εἶτα ἐκείνης ἐπικαλεσαμένης τοὺς ἐκ τῆς Ἰταλίας ἐπικουρῆσαι καὶ ὑποσχομένης τῆς πολυερά‐</w:t>
      </w:r>
    </w:p>
    <w:p>
      <w:r>
        <w:rPr>
          <w:rFonts w:ascii="Courier New" w:hAnsi="Courier New"/>
          <w:color w:val="555555"/>
          <w:sz w:val="20"/>
        </w:rPr>
        <w:t>[5]</w:t>
      </w:r>
    </w:p>
    <w:p>
      <w:r>
        <w:rPr>
          <w:rFonts w:ascii="Gentium Plus" w:hAnsi="Gentium Plus"/>
          <w:sz w:val="24"/>
        </w:rPr>
        <w:t>στου Ῥωμαϊκῆς πολιτείας μεταδοῦναι καὶ νόμῳ κυρῶσαι, ἐπεὶ οὐδὲν τῶν ὑπεσχημένων τοῖς Ἰταλιώ‐ ταις ἐγένετο, ὁ ἐξ αὐτῶν πόλεμος πρὸς Ῥωμαίους</w:t>
      </w:r>
    </w:p>
    <w:p>
      <w:r>
        <w:rPr>
          <w:rFonts w:ascii="Courier New" w:hAnsi="Courier New"/>
          <w:color w:val="555555"/>
          <w:sz w:val="20"/>
        </w:rPr>
        <w:t>[10]</w:t>
      </w:r>
    </w:p>
    <w:p>
      <w:r>
        <w:rPr>
          <w:rFonts w:ascii="Gentium Plus" w:hAnsi="Gentium Plus"/>
          <w:sz w:val="24"/>
        </w:rPr>
        <w:t>δ’ ἤχθη δευτέρα πρὸς ταῖς ἑκατὸν ἑβδομήκοντα.</w:t>
      </w:r>
    </w:p>
    <w:p>
      <w:r>
        <w:rPr>
          <w:rFonts w:ascii="Courier New" w:hAnsi="Courier New"/>
          <w:color w:val="555555"/>
          <w:sz w:val="20"/>
        </w:rPr>
        <w:t>[37 . 2 . 3]</w:t>
      </w:r>
    </w:p>
    <w:p>
      <w:r>
        <w:rPr>
          <w:rFonts w:ascii="Gentium Plus" w:hAnsi="Gentium Plus"/>
          <w:sz w:val="24"/>
        </w:rPr>
        <w:t>ἐν τούτῳ τῷ πολέμῳ ποικίλα καὶ πολύτροπα πάθη καὶ πόλεων ἁλώσεις ἑκατέρῳ μέρει τῶν διαπολεμη‐ σάντων συνέβη, ταλαντευομένης ὥσπερ ἐπίτηδες παρὰ μέρος τῆς νίκης καὶ μηδετέροις ἐν βεβαίῳ</w:t>
      </w:r>
    </w:p>
    <w:p>
      <w:r>
        <w:rPr>
          <w:rFonts w:ascii="Courier New" w:hAnsi="Courier New"/>
          <w:color w:val="555555"/>
          <w:sz w:val="20"/>
        </w:rPr>
        <w:t>[5]</w:t>
      </w:r>
    </w:p>
    <w:p>
      <w:r>
        <w:rPr>
          <w:rFonts w:ascii="Gentium Plus" w:hAnsi="Gentium Plus"/>
          <w:sz w:val="24"/>
        </w:rPr>
        <w:t>διαμενούσης· ὅμως ἀπείρου πλήθους ἑκατέρωθεν πε‐ σόντος ὀψὲ καὶ μόλις Ῥωμαίοις ἐξενίκησε βεβαιω‐ θῆναι τὸ κράτος.</w:t>
      </w:r>
    </w:p>
    <w:p>
      <w:r>
        <w:rPr>
          <w:rFonts w:ascii="Courier New" w:hAnsi="Courier New"/>
          <w:color w:val="555555"/>
          <w:sz w:val="20"/>
        </w:rPr>
        <w:t>[37 . 2 . 4]</w:t>
      </w:r>
    </w:p>
    <w:p>
      <w:r>
        <w:rPr>
          <w:rFonts w:ascii="Gentium Plus" w:hAnsi="Gentium Plus"/>
          <w:sz w:val="24"/>
        </w:rPr>
        <w:t>Ἐπολέμουν δὲ Ῥωμαίοις Σαυνῖται, Ἀσκολανοί, Λευκανοί, Πικεντῖνοι, Νωλανοί, καὶ ἕτεραι πόλεις καὶ ἔθνη· ἐν οἷς ἐπισημοτάτη καὶ μεγίστη καὶ κοι‐ νὴ πόλις ἄρτι συντετελεσμένη τοῖς Ἰταλιώταις τὸ</w:t>
      </w:r>
    </w:p>
    <w:p>
      <w:r>
        <w:rPr>
          <w:rFonts w:ascii="Courier New" w:hAnsi="Courier New"/>
          <w:color w:val="555555"/>
          <w:sz w:val="20"/>
        </w:rPr>
        <w:t>[5]</w:t>
      </w:r>
    </w:p>
    <w:p>
      <w:r>
        <w:rPr>
          <w:rFonts w:ascii="Gentium Plus" w:hAnsi="Gentium Plus"/>
          <w:sz w:val="24"/>
        </w:rPr>
        <w:t>Κορφίνιον ἦν, ἐν ᾗ τά τε ἄλλα ὅσα μεγάλην πόλιν καὶ ἀρχὴν κρατύνουσι συνεστήσαντο καὶ ἀγορὰν εὐμεγέθη καὶ βουλευτήριον, καὶ τὰ ἄλλα τὰ πρὸς πόλεμον ἀφθόνως ἅπαντα καὶ χρημάτων πλῆθος,</w:t>
      </w:r>
    </w:p>
    <w:p>
      <w:r>
        <w:rPr>
          <w:rFonts w:ascii="Courier New" w:hAnsi="Courier New"/>
          <w:color w:val="555555"/>
          <w:sz w:val="20"/>
        </w:rPr>
        <w:t>[37 . 2 . 5]</w:t>
      </w:r>
    </w:p>
    <w:p>
      <w:r>
        <w:rPr>
          <w:rFonts w:ascii="Gentium Plus" w:hAnsi="Gentium Plus"/>
          <w:sz w:val="24"/>
        </w:rPr>
        <w:t>καὶ τροφῆς δαψιλῆ χορηγίαν. συνεστήσαντο δὲ καὶ σύγκλητον κοινὴν πεντακοσίων ἀνδρῶν, ἐξ ὧν οἵ τε τῆς πατρίδος ἄρχειν ἄξιοι προαχθήσε‐ σθαι ἔμελλον καὶ οἱ προβουλεύεσθαι δυνάμενοι</w:t>
      </w:r>
    </w:p>
    <w:p>
      <w:r>
        <w:rPr>
          <w:rFonts w:ascii="Courier New" w:hAnsi="Courier New"/>
          <w:color w:val="555555"/>
          <w:sz w:val="20"/>
        </w:rPr>
        <w:t>[5]</w:t>
      </w:r>
    </w:p>
    <w:p>
      <w:r>
        <w:rPr>
          <w:rFonts w:ascii="Gentium Plus" w:hAnsi="Gentium Plus"/>
          <w:sz w:val="24"/>
        </w:rPr>
        <w:t>περὶ τῆς κοινῆς σωτηρίας, καὶ τούτοις ἐπέτρεψαν τὰ κατὰ τὸν πόλεμον διοικεῖν, αὐτοκράτορας ποι‐ ήσαντες τοὺς συνέδρους. οὗτοι δ’ ἐνομοθέτησαν δύο μὲν ὑπάτους κατ’ ἐνιαυτὸν αἱρεῖσθαι, δώδεκα δὲ στρατηγούς.</w:t>
      </w:r>
    </w:p>
    <w:p>
      <w:r>
        <w:rPr>
          <w:rFonts w:ascii="Courier New" w:hAnsi="Courier New"/>
          <w:color w:val="555555"/>
          <w:sz w:val="20"/>
        </w:rPr>
        <w:t>[37 . 2 . 6]</w:t>
      </w:r>
    </w:p>
    <w:p>
      <w:r>
        <w:rPr>
          <w:rFonts w:ascii="Gentium Plus" w:hAnsi="Gentium Plus"/>
          <w:sz w:val="24"/>
        </w:rPr>
        <w:t>Καὶ κατεστάθησαν ὕπατοι μὲν Κόιντος Πομ‐ παίδιος Σίλων, Μάρσος μὲν τὸ γένος, πρωτεύων δὲ τῶν ὁμοεθνῶν, καὶ δεύτερος ἐκ τοῦ Σαυνιτῶν γένους Γάιος Ἀπώνιος Μότυλος, καὶ αὐτὸς δόξῃ</w:t>
      </w:r>
    </w:p>
    <w:p>
      <w:r>
        <w:rPr>
          <w:rFonts w:ascii="Courier New" w:hAnsi="Courier New"/>
          <w:color w:val="555555"/>
          <w:sz w:val="20"/>
        </w:rPr>
        <w:t>[5]</w:t>
      </w:r>
    </w:p>
    <w:p>
      <w:r>
        <w:rPr>
          <w:rFonts w:ascii="Gentium Plus" w:hAnsi="Gentium Plus"/>
          <w:sz w:val="24"/>
        </w:rPr>
        <w:t>καὶ πράξεσι τοῦ ἔθνους προέχων. τὴν δ’ ὅλην Ἰταλίαν εἰς δύο μέρη διελόντες ὑπατικὰς ἐπαρχίας</w:t>
      </w:r>
    </w:p>
    <w:p>
      <w:r>
        <w:rPr>
          <w:rFonts w:ascii="Courier New" w:hAnsi="Courier New"/>
          <w:color w:val="555555"/>
          <w:sz w:val="20"/>
        </w:rPr>
        <w:t>[37 . 2 . 7]</w:t>
      </w:r>
    </w:p>
    <w:p>
      <w:r>
        <w:rPr>
          <w:rFonts w:ascii="Gentium Plus" w:hAnsi="Gentium Plus"/>
          <w:sz w:val="24"/>
        </w:rPr>
        <w:t>ταύτας καὶ μερίδας ἀπέδειξαν. καὶ τῷ μὲν Πομ‐ παιδίῳ προσώρισαν χώραν ἀπὸ τῶν Κερκώλων καλουμένων μέχρι τῆς Ἀδριατικῆς θαλάσσης, τὰ πρὸς δυσμὰς καὶ τὴν ἄρκτον νεύοντα μέρη, καὶ</w:t>
      </w:r>
    </w:p>
    <w:p>
      <w:r>
        <w:rPr>
          <w:rFonts w:ascii="Courier New" w:hAnsi="Courier New"/>
          <w:color w:val="555555"/>
          <w:sz w:val="20"/>
        </w:rPr>
        <w:t>[5]</w:t>
      </w:r>
    </w:p>
    <w:p>
      <w:r>
        <w:rPr>
          <w:rFonts w:ascii="Gentium Plus" w:hAnsi="Gentium Plus"/>
          <w:sz w:val="24"/>
        </w:rPr>
        <w:t>στρατηγοὺς ἔταξαν αὐτῷ ἕξ· τὸ δὲ λοιπὸν τῆς Ἰταλίας, τὴν πρὸς ἕω καὶ μεσημβρίαν νεύουσαν, προσώρισαν Γαΐῳ Μοτύλῳ, στρατηγοὺς ὁμοίως συζεύξαντες ἕξ. οὕτω πάντα δεξιῶς καὶ κατὰ μίμησιν, τὸ σύνολον φάναι, τῆς Ῥωμαϊκῆς καὶ ἐκ</w:t>
      </w:r>
    </w:p>
    <w:p>
      <w:r>
        <w:rPr>
          <w:rFonts w:ascii="Courier New" w:hAnsi="Courier New"/>
          <w:color w:val="555555"/>
          <w:sz w:val="20"/>
        </w:rPr>
        <w:t>[10]</w:t>
      </w:r>
    </w:p>
    <w:p>
      <w:r>
        <w:rPr>
          <w:rFonts w:ascii="Gentium Plus" w:hAnsi="Gentium Plus"/>
          <w:sz w:val="24"/>
        </w:rPr>
        <w:t>παλαιοῦ τάξεως τὴν ἑαυτῶν ἀρχὴν διαθέμενοι, κατὰ τὸ σφοδρότερον λοιπὸν εἴχοντο καὶ τοῦ ἐφεξῆς πολέ‐ μου, τὴν κοινὴν πόλιν Ἰταλίαν ἐπονομάσαντες.</w:t>
      </w:r>
    </w:p>
    <w:p>
      <w:r>
        <w:rPr>
          <w:rFonts w:ascii="Courier New" w:hAnsi="Courier New"/>
          <w:color w:val="555555"/>
          <w:sz w:val="20"/>
        </w:rPr>
        <w:t>[37 . 2 . 8]</w:t>
      </w:r>
    </w:p>
    <w:p>
      <w:r>
        <w:rPr>
          <w:rFonts w:ascii="Gentium Plus" w:hAnsi="Gentium Plus"/>
          <w:sz w:val="24"/>
        </w:rPr>
        <w:t>Καὶ διεπολέμησαν Ῥωμαίοις τὰ πλεῖστα κατὰ τὸ ἐπικρατέστερον, ἕως Γναῖος Πομπήιος ὕπατος αἱρεθεὶς καὶ στρατηγὸς τοῦ πολέμου καὶ Σύλλας στρατηγὸς ὑπὸ τῷ ἑτέρῳ ὑπάτῳ Κάτωνι ἐπιφανε‐</w:t>
      </w:r>
    </w:p>
    <w:p>
      <w:r>
        <w:rPr>
          <w:rFonts w:ascii="Courier New" w:hAnsi="Courier New"/>
          <w:color w:val="555555"/>
          <w:sz w:val="20"/>
        </w:rPr>
        <w:t>[5]</w:t>
      </w:r>
    </w:p>
    <w:p>
      <w:r>
        <w:rPr>
          <w:rFonts w:ascii="Gentium Plus" w:hAnsi="Gentium Plus"/>
          <w:sz w:val="24"/>
        </w:rPr>
        <w:t>στάταις μάχαις τοὺς Ἰταλιώτας οὐχ ἅπαξ ἀλλὰ καὶ πολλάκις νικήσαντες τὰ πράγματα αὐτῶν εἰς τὸ συντρίβεσθαι περιέστησαν. ἐπολέμησαν δ’ οὖν καὶ ἔτι· ἀλλὰ Γαΐου Κοσκονίου σταλέντος εἰς</w:t>
      </w:r>
    </w:p>
    <w:p>
      <w:r>
        <w:rPr>
          <w:rFonts w:ascii="Courier New" w:hAnsi="Courier New"/>
          <w:color w:val="555555"/>
          <w:sz w:val="20"/>
        </w:rPr>
        <w:t>[37 . 2 . 9]</w:t>
      </w:r>
    </w:p>
    <w:p>
      <w:r>
        <w:rPr>
          <w:rFonts w:ascii="Gentium Plus" w:hAnsi="Gentium Plus"/>
          <w:sz w:val="24"/>
        </w:rPr>
        <w:t>Ἰαπυγίαν στρατηγοῦ πολλάκις ἡττήθησαν. εἶτα ἐλαττωθέντες καὶ ἐκ πολλῶν ὀλίγοι καταλειφθέντες κοινῇ γνώμῃ τὴν κοινὴν ἐκλείπουσι πόλιν, τὸ Κορφίνιον, διὰ τὸ τοὺς Μάρσους καὶ πάντα τὰ</w:t>
      </w:r>
    </w:p>
    <w:p>
      <w:r>
        <w:rPr>
          <w:rFonts w:ascii="Courier New" w:hAnsi="Courier New"/>
          <w:color w:val="555555"/>
          <w:sz w:val="20"/>
        </w:rPr>
        <w:t>[5]</w:t>
      </w:r>
    </w:p>
    <w:p>
      <w:r>
        <w:rPr>
          <w:rFonts w:ascii="Gentium Plus" w:hAnsi="Gentium Plus"/>
          <w:sz w:val="24"/>
        </w:rPr>
        <w:t>γειτνιῶντα τῶν ἐθνῶν προσκεχωρηκέναι τοῖς Ῥω‐ μαίοις· εἰς δὲ τὴν ἐν Σαυνίταις Αἰσερνίαν καθιδρύ‐ θησαν, πέντε στρατηγοὺς αὑτοῖς ἐπιστήσαντες, ὧν ἑνὶ μάλιστα Κοΐντῳ Πομπαιδίῳ Σίλωνι τὴν πάντων ἡγεμονίαν ἐπίστευσαν διὰ τὴν περὶ αὐτὸν ἐν τῷ</w:t>
      </w:r>
    </w:p>
    <w:p>
      <w:r>
        <w:rPr>
          <w:rFonts w:ascii="Courier New" w:hAnsi="Courier New"/>
          <w:color w:val="555555"/>
          <w:sz w:val="20"/>
        </w:rPr>
        <w:t>[10]</w:t>
      </w:r>
    </w:p>
    <w:p>
      <w:r>
        <w:rPr>
          <w:rFonts w:ascii="Gentium Plus" w:hAnsi="Gentium Plus"/>
          <w:sz w:val="24"/>
        </w:rPr>
        <w:t>στρατηγεῖν ἀρετήν τε καὶ δόξαν. οὗτος δὲ μετὰ τῆς κοινῆς τῶν στρατηγῶν γνώμης κατεσκεύασε μεγάλην δύναμιν, ὡς τοὺς σύμπαντας μετὰ τῶν</w:t>
      </w:r>
    </w:p>
    <w:p>
      <w:r>
        <w:rPr>
          <w:rFonts w:ascii="Courier New" w:hAnsi="Courier New"/>
          <w:color w:val="555555"/>
          <w:sz w:val="20"/>
        </w:rPr>
        <w:t>[37 . 2 . 10]</w:t>
      </w:r>
    </w:p>
    <w:p>
      <w:r>
        <w:rPr>
          <w:rFonts w:ascii="Gentium Plus" w:hAnsi="Gentium Plus"/>
          <w:sz w:val="24"/>
        </w:rPr>
        <w:t>προϋπαρχόντων περὶ τρισμυρίους γενέσθαι. χωρὶς δὲ τούτων τοὺς δούλους ἐλευθερώσας καὶ ὡς ὁ καιρὸς ἐδίδου καθοπλίσας συνῆγεν οὐ πολὺ λείπον‐ τας τῶν δισμυρίων, ἱππεῖς δὲ χιλίους. συμβαλὼν</w:t>
      </w:r>
    </w:p>
    <w:p>
      <w:r>
        <w:rPr>
          <w:rFonts w:ascii="Courier New" w:hAnsi="Courier New"/>
          <w:color w:val="555555"/>
          <w:sz w:val="20"/>
        </w:rPr>
        <w:t>[5]</w:t>
      </w:r>
    </w:p>
    <w:p>
      <w:r>
        <w:rPr>
          <w:rFonts w:ascii="Gentium Plus" w:hAnsi="Gentium Plus"/>
          <w:sz w:val="24"/>
        </w:rPr>
        <w:t>δὲ Ῥωμαίοις, Μαμέρκου στρατηγοῦντος αὐτῶν, Ῥωμαίους μὲν ἀναιρεῖ ὀλίγους, τῶν δ’ οἰκείων ὑπὲρ ἑξακισχιλίους ἀποβάλλει. καὶ Μέτελλος κατὰ τὴν Ἀπουλίαν τὴν Οὐενουσίαν, πόλιν ἀξιόλογον οὖσαν καὶ στρατιώτας πολλοὺς ἔχουσαν, ἐξεπολιόρ‐</w:t>
      </w:r>
    </w:p>
    <w:p>
      <w:r>
        <w:rPr>
          <w:rFonts w:ascii="Courier New" w:hAnsi="Courier New"/>
          <w:color w:val="555555"/>
          <w:sz w:val="20"/>
        </w:rPr>
        <w:t>[10]</w:t>
      </w:r>
    </w:p>
    <w:p>
      <w:r>
        <w:rPr>
          <w:rFonts w:ascii="Gentium Plus" w:hAnsi="Gentium Plus"/>
          <w:sz w:val="24"/>
        </w:rPr>
        <w:t>κησε κατὰ καιρὸν τὸν αὐτόν, καὶ πλείους τῶν τρισ‐</w:t>
      </w:r>
    </w:p>
    <w:p>
      <w:r>
        <w:rPr>
          <w:rFonts w:ascii="Courier New" w:hAnsi="Courier New"/>
          <w:color w:val="555555"/>
          <w:sz w:val="20"/>
        </w:rPr>
        <w:t>[37 . 2 . 11]</w:t>
      </w:r>
    </w:p>
    <w:p>
      <w:r>
        <w:rPr>
          <w:rFonts w:ascii="Gentium Plus" w:hAnsi="Gentium Plus"/>
          <w:sz w:val="24"/>
        </w:rPr>
        <w:t>χιλίων αἰχμαλώτους εἷλεν. ἐπικρατούντων δ’ ἐπὶ μᾶλλον καὶ μᾶλλον τῶν Ῥωμαίων, πέμπουσιν οἱ Ἰταλοὶ πρὸς Μιθριδάτην τὸν βασιλέα Πόντου, ἀκ‐ μάζοντα τότε πολεμικῇ χειρὶ καὶ παρασκευῇ, ἀξι‐</w:t>
      </w:r>
    </w:p>
    <w:p>
      <w:r>
        <w:rPr>
          <w:rFonts w:ascii="Courier New" w:hAnsi="Courier New"/>
          <w:color w:val="555555"/>
          <w:sz w:val="20"/>
        </w:rPr>
        <w:t>[5]</w:t>
      </w:r>
    </w:p>
    <w:p>
      <w:r>
        <w:rPr>
          <w:rFonts w:ascii="Gentium Plus" w:hAnsi="Gentium Plus"/>
          <w:sz w:val="24"/>
        </w:rPr>
        <w:t>οῦντες ἐπὶ τὴν Ἰταλίαν κατὰ Ῥωμαίων ἄγειν τὰς δυνάμεις· οὕτω γὰρ ῥᾳδίως ἂν συναφθέντων τὸ</w:t>
      </w:r>
    </w:p>
    <w:p>
      <w:r>
        <w:rPr>
          <w:rFonts w:ascii="Courier New" w:hAnsi="Courier New"/>
          <w:color w:val="555555"/>
          <w:sz w:val="20"/>
        </w:rPr>
        <w:t>[10]</w:t>
      </w:r>
    </w:p>
    <w:p>
      <w:r>
        <w:rPr>
          <w:rFonts w:ascii="Gentium Plus" w:hAnsi="Gentium Plus"/>
          <w:sz w:val="24"/>
        </w:rPr>
        <w:t>τοῦτο γὰρ καὶ ἔπραττε. διὸ παντελῶς οἱ ἀπο‐ στάται τεταπεινωμένοι ἀπεγίνωσκον· λοιποὶ γὰρ ὑπῆρχον Σαυνιτῶν ὀλίγοι καὶ Σάβελλοι διατρίβον‐ τες ἐν τῇ Νώλᾳ, καὶ πρός γε τούτοις οἱ περὶ Λαμπώνιον καὶ Κλεπίτιον, ἔχοντες λείψανα τῶν</w:t>
      </w:r>
    </w:p>
    <w:p>
      <w:r>
        <w:rPr>
          <w:rFonts w:ascii="Courier New" w:hAnsi="Courier New"/>
          <w:color w:val="555555"/>
          <w:sz w:val="20"/>
        </w:rPr>
        <w:t>[15]</w:t>
      </w:r>
    </w:p>
    <w:p>
      <w:r>
        <w:rPr>
          <w:rFonts w:ascii="Gentium Plus" w:hAnsi="Gentium Plus"/>
          <w:sz w:val="24"/>
        </w:rPr>
        <w:t>Λευκανῶν.</w:t>
      </w:r>
    </w:p>
    <w:p>
      <w:r>
        <w:rPr>
          <w:rFonts w:ascii="Courier New" w:hAnsi="Courier New"/>
          <w:color w:val="555555"/>
          <w:sz w:val="20"/>
        </w:rPr>
        <w:t>[37 . 2 . 12]</w:t>
      </w:r>
    </w:p>
    <w:p>
      <w:r>
        <w:rPr>
          <w:rFonts w:ascii="Gentium Plus" w:hAnsi="Gentium Plus"/>
          <w:sz w:val="24"/>
        </w:rPr>
        <w:t>Διὸ καὶ τοῦ Μαρσικοῦ πολέμου σχεδὸν ἤδη δια‐ λυομένου, πάλιν αἱ προγεγενημέναι στάσεις ἐμ‐ φύλιοι κατὰ τὴν Ῥώμην κινήσεις ἐλάμβανον, ἀντιποιουμένων πολλῶν ἐνδόξων τυχεῖν τῆς κατὰ</w:t>
      </w:r>
    </w:p>
    <w:p>
      <w:r>
        <w:rPr>
          <w:rFonts w:ascii="Courier New" w:hAnsi="Courier New"/>
          <w:color w:val="555555"/>
          <w:sz w:val="20"/>
        </w:rPr>
        <w:t>[5]</w:t>
      </w:r>
    </w:p>
    <w:p>
      <w:r>
        <w:rPr>
          <w:rFonts w:ascii="Gentium Plus" w:hAnsi="Gentium Plus"/>
          <w:sz w:val="24"/>
        </w:rPr>
        <w:t>Μιθριδάτου στρατηγίας διὰ τὸ μέγεθος τῶν ἐπάθ‐ λων· Γάιός τε γὰρ Ἰούλιος καὶ Γάιος Μάριος ὁ ἑξάκις ὑπατεύσας ἀντεφιλονείκουν, καὶ τὸ πλῆθος ἦν ἑκατέροις συμμεριζόμενον ταῖς γνώμαις. συνέ‐</w:t>
      </w:r>
    </w:p>
    <w:p>
      <w:r>
        <w:rPr>
          <w:rFonts w:ascii="Courier New" w:hAnsi="Courier New"/>
          <w:color w:val="555555"/>
          <w:sz w:val="20"/>
        </w:rPr>
        <w:t>[37 . 2 . 13]</w:t>
      </w:r>
    </w:p>
    <w:p>
      <w:r>
        <w:rPr>
          <w:rFonts w:ascii="Gentium Plus" w:hAnsi="Gentium Plus"/>
          <w:sz w:val="24"/>
        </w:rPr>
        <w:t>βησαν δὲ καὶ ἕτεραι ταραχαί. ὁ μέντοι Σύλλας ὕπατος ὤν, χωρισθεὶς τῆς Ῥώμης πρὸς τὰς περὶ Νῶλαν ἠθροισμένας παρεγένετο δυνάμεις, καὶ πολ‐ λοὺς τῶν πλησιοχώρων καταπληξάμενος ἠνάγκασε</w:t>
      </w:r>
    </w:p>
    <w:p>
      <w:r>
        <w:rPr>
          <w:rFonts w:ascii="Courier New" w:hAnsi="Courier New"/>
          <w:color w:val="555555"/>
          <w:sz w:val="20"/>
        </w:rPr>
        <w:t>[5]</w:t>
      </w:r>
    </w:p>
    <w:p>
      <w:r>
        <w:rPr>
          <w:rFonts w:ascii="Gentium Plus" w:hAnsi="Gentium Plus"/>
          <w:sz w:val="24"/>
        </w:rPr>
        <w:t>παραδοῦναι σφᾶς αὐτοὺς καὶ τὰς πόλεις. τοῦ δὲ Σύλλα στρατεύσαντος μὲν ἐπὶ τὴν Ἀσίαν κατὰ Μιθριδάτου, τῆς δὲ Ῥώμης μεγάλαις ταραχαῖς καὶ</w:t>
      </w:r>
    </w:p>
    <w:p>
      <w:r>
        <w:rPr>
          <w:rFonts w:ascii="Courier New" w:hAnsi="Courier New"/>
          <w:color w:val="555555"/>
          <w:sz w:val="20"/>
        </w:rPr>
        <w:t>[10]</w:t>
      </w:r>
    </w:p>
    <w:p>
      <w:r>
        <w:rPr>
          <w:rFonts w:ascii="Gentium Plus" w:hAnsi="Gentium Plus"/>
          <w:sz w:val="24"/>
        </w:rPr>
        <w:t>ὑπολοίπων Ἰταλιωτῶν στρατηγοί, διατρίβοντες ἐν τῇ Βρεττίᾳ, Ἰσίας μὲν πόλιν ὀχυρὰν ἐπὶ πολὺν χρόνον πολιορκήσαντες οὐκ ἴσχυσαν ἑλεῖν, μέρος δ’ ἐπὶ τῆς πολιορκίας τοῦ στρατεύματος κατα‐ λιπόντες τῇ λοιπῇ τὸ Ῥήγιον ἰσχυρῶς ἐπολιόρκουν,</w:t>
      </w:r>
    </w:p>
    <w:p>
      <w:r>
        <w:rPr>
          <w:rFonts w:ascii="Courier New" w:hAnsi="Courier New"/>
          <w:color w:val="555555"/>
          <w:sz w:val="20"/>
        </w:rPr>
        <w:t>[15]</w:t>
      </w:r>
    </w:p>
    <w:p>
      <w:r>
        <w:rPr>
          <w:rFonts w:ascii="Gentium Plus" w:hAnsi="Gentium Plus"/>
          <w:sz w:val="24"/>
        </w:rPr>
        <w:t>ἐλπίζοντες, εἰ ταύτης κρατήσαιεν, ῥᾳδίως εἰς τὴν Σικελίαν διαβιβάσειν τὰς δυνάμεις καὶ κρατήσειν τῆς εὐδαιμονεστάτης τῶν ὑπὸ τὸν ἥλιον νήσων.</w:t>
      </w:r>
    </w:p>
    <w:p>
      <w:r>
        <w:rPr>
          <w:rFonts w:ascii="Courier New" w:hAnsi="Courier New"/>
          <w:color w:val="555555"/>
          <w:sz w:val="20"/>
        </w:rPr>
        <w:t>[37 . 2 . 14]</w:t>
      </w:r>
    </w:p>
    <w:p>
      <w:r>
        <w:rPr>
          <w:rFonts w:ascii="Gentium Plus" w:hAnsi="Gentium Plus"/>
          <w:sz w:val="24"/>
        </w:rPr>
        <w:t>ἀλλ’ ὁ ταύτης στρατηγὸς Γάιος Νορβανός, πολλῇ δυνάμει καὶ παρασκευῇ καὶ προθυμίᾳ χρησάμενος, καὶ καταπληξάμενος τοὺς Ἰταλιώτας τῷ μεγέθει τῆς παρασκευῆς, ἐξήρπασε τοὺς Ῥηγίνους. εἶτα τῆς</w:t>
      </w:r>
    </w:p>
    <w:p>
      <w:r>
        <w:rPr>
          <w:rFonts w:ascii="Courier New" w:hAnsi="Courier New"/>
          <w:color w:val="555555"/>
          <w:sz w:val="20"/>
        </w:rPr>
        <w:t>[5]</w:t>
      </w:r>
    </w:p>
    <w:p>
      <w:r>
        <w:rPr>
          <w:rFonts w:ascii="Gentium Plus" w:hAnsi="Gentium Plus"/>
          <w:sz w:val="24"/>
        </w:rPr>
        <w:t>περὶ Σύλλαν καὶ Μάριον ἐμφυλίου στάσεως ἀναρ‐ ριπισθείσης Ῥωμαίοις, οἱ μὲν Σύλλᾳ οἱ δὲ Μαρίῳ συνεμάχησαν. καὶ τὸ μὲν πλέον αὐτῶν ἔπεσε τοῖς πολέμοις, τὸ δ’ ὑπόλοιπον ἐπικρατήσαντι Σύλλᾳ προσεχώρησε. καὶ οὕτω τέλεον τῇ ἐμφυλίῳ συν‐</w:t>
      </w:r>
    </w:p>
    <w:p>
      <w:r>
        <w:rPr>
          <w:rFonts w:ascii="Courier New" w:hAnsi="Courier New"/>
          <w:color w:val="555555"/>
          <w:sz w:val="20"/>
        </w:rPr>
        <w:t>[10]</w:t>
      </w:r>
    </w:p>
    <w:p>
      <w:r>
        <w:rPr>
          <w:rFonts w:ascii="Gentium Plus" w:hAnsi="Gentium Plus"/>
          <w:sz w:val="24"/>
        </w:rPr>
        <w:t>απέσβη στάσει μέγιστος γεγονὼς καὶ ὁ Μαρσικὸς ἐπικληθεὶς πόλεμος. (Photius, Bibl. pp. 391—392 B.)</w:t>
      </w:r>
    </w:p>
    <w:p>
      <w:r>
        <w:rPr>
          <w:rFonts w:ascii="Courier New" w:hAnsi="Courier New"/>
          <w:color w:val="555555"/>
          <w:sz w:val="20"/>
        </w:rPr>
        <w:t>[37 . 3 . 1]</w:t>
      </w:r>
    </w:p>
    <w:p>
      <w:r>
        <w:rPr>
          <w:rFonts w:ascii="Gentium Plus" w:hAnsi="Gentium Plus"/>
          <w:sz w:val="24"/>
        </w:rPr>
        <w:t>Ὅτι τὸ παλαιὸν οἱ Ῥωμαῖοι νόμοις τε καὶ ἀγωγαῖς ἀρίστοις χρώμενοι κατ’ ὀλίγον ηὐξήθησαν ἐπὶ τοσοῦτον ὥστε ἡγεμονίαν ἐπιφανεστάτην καὶ</w:t>
      </w:r>
    </w:p>
    <w:p>
      <w:r>
        <w:rPr>
          <w:rFonts w:ascii="Courier New" w:hAnsi="Courier New"/>
          <w:color w:val="555555"/>
          <w:sz w:val="20"/>
        </w:rPr>
        <w:t>[5]</w:t>
      </w:r>
    </w:p>
    <w:p>
      <w:r>
        <w:rPr>
          <w:rFonts w:ascii="Gentium Plus" w:hAnsi="Gentium Plus"/>
          <w:sz w:val="24"/>
        </w:rPr>
        <w:t>δὲ τοῖς νεωτέροις καιροῖς, καταπεπολεμημένων μὲν τῶν πλείστων ἐθνῶν, πολυχρονίου δὲ εἰρήνης γενο‐ μένης, μετέπεσεν ἐν τῇ Ῥώμῃ τὸ τῆς ἀρχαίας</w:t>
      </w:r>
    </w:p>
    <w:p>
      <w:r>
        <w:rPr>
          <w:rFonts w:ascii="Courier New" w:hAnsi="Courier New"/>
          <w:color w:val="555555"/>
          <w:sz w:val="20"/>
        </w:rPr>
        <w:t>[37 . 3 . 2]</w:t>
      </w:r>
    </w:p>
    <w:p>
      <w:r>
        <w:rPr>
          <w:rFonts w:ascii="Gentium Plus" w:hAnsi="Gentium Plus"/>
          <w:sz w:val="24"/>
        </w:rPr>
        <w:t>ἀγωγῆς εἰς ὀλέθριον ζῆλον. ἐτράπησαν γὰρ οἱ νέοι μετὰ τὴν ἐκ τῶν πολέμων ἄνεσιν εἰς τρυφὴν καὶ ἀκολασίαν, χορηγὸν ἔχοντες τὸν πλοῦτον ταῖς ἐπι‐ θυμίαις. προεκρίνετο γὰρ κατὰ τὴν πόλιν τῆς μὲν</w:t>
      </w:r>
    </w:p>
    <w:p>
      <w:r>
        <w:rPr>
          <w:rFonts w:ascii="Courier New" w:hAnsi="Courier New"/>
          <w:color w:val="555555"/>
          <w:sz w:val="20"/>
        </w:rPr>
        <w:t>[5]</w:t>
      </w:r>
    </w:p>
    <w:p>
      <w:r>
        <w:rPr>
          <w:rFonts w:ascii="Gentium Plus" w:hAnsi="Gentium Plus"/>
          <w:sz w:val="24"/>
        </w:rPr>
        <w:t>λιτότητος ἡ πολυτέλεια, τῆς δὲ τῶν πολεμικῶν ἔργων μελέτης ἡ ῥᾳστώνη· μακάριος δ’ ὑπείληπτο τοῖς πολλοῖς οὐχ ὁ ταῖς ἀρεταῖς κεκοσμημένος, ἀλλ’ ὁ ταῖς προσηνεστάταις ἡδοναῖς πάντα τὸν τοῦ ζῆν</w:t>
      </w:r>
    </w:p>
    <w:p>
      <w:r>
        <w:rPr>
          <w:rFonts w:ascii="Courier New" w:hAnsi="Courier New"/>
          <w:color w:val="555555"/>
          <w:sz w:val="20"/>
        </w:rPr>
        <w:t>[37 . 3 . 3]</w:t>
      </w:r>
    </w:p>
    <w:p>
      <w:r>
        <w:rPr>
          <w:rFonts w:ascii="Gentium Plus" w:hAnsi="Gentium Plus"/>
          <w:sz w:val="24"/>
        </w:rPr>
        <w:t>χρόνον ἐπαπολαύων. διὸ καὶ δείπνων πολυδαπάνων παραθέσεις ἐπεπόλασαν καὶ μύρων θαυμαζομένων εὐωδίαι καὶ στρωμνῆς ἀνθινῆς καὶ μεγαλοπλούτου παρασκευαὶ τρικλίνων τ’ ἐξ ἐλέφαντος καὶ ἀργύρου</w:t>
      </w:r>
    </w:p>
    <w:p>
      <w:r>
        <w:rPr>
          <w:rFonts w:ascii="Courier New" w:hAnsi="Courier New"/>
          <w:color w:val="555555"/>
          <w:sz w:val="20"/>
        </w:rPr>
        <w:t>[5]</w:t>
      </w:r>
    </w:p>
    <w:p>
      <w:r>
        <w:rPr>
          <w:rFonts w:ascii="Gentium Plus" w:hAnsi="Gentium Plus"/>
          <w:sz w:val="24"/>
        </w:rPr>
        <w:t>καὶ τῶν ἄλλων τῶν πολυτελεστάτων ὑλῶν περιττῶς δεδημιουργημένων κατασκευαί. τῶν δὲ οἴνων ὁ μὲν μετρίως τέρπων τὴν γεῦσιν ἀπεδοκιμάζετο, Φαλερῖνος δὲ καὶ Χῖος καὶ πᾶς ὁ τούτοις ἐφάμιλλον ἔχων ἡδονήν, ἰχθύων τε καὶ τῶν ἄλλων χρηστῶν</w:t>
      </w:r>
    </w:p>
    <w:p>
      <w:r>
        <w:rPr>
          <w:rFonts w:ascii="Courier New" w:hAnsi="Courier New"/>
          <w:color w:val="555555"/>
          <w:sz w:val="20"/>
        </w:rPr>
        <w:t>[10]</w:t>
      </w:r>
    </w:p>
    <w:p>
      <w:r>
        <w:rPr>
          <w:rFonts w:ascii="Gentium Plus" w:hAnsi="Gentium Plus"/>
          <w:sz w:val="24"/>
        </w:rPr>
        <w:t>τὰ πρωτεύοντα πρὸς ἀπόλαυσιν ἀνέδην ἀνηλίσκοντο.</w:t>
      </w:r>
    </w:p>
    <w:p>
      <w:r>
        <w:rPr>
          <w:rFonts w:ascii="Courier New" w:hAnsi="Courier New"/>
          <w:color w:val="555555"/>
          <w:sz w:val="20"/>
        </w:rPr>
        <w:t>[37 . 3 . 4]</w:t>
      </w:r>
    </w:p>
    <w:p>
      <w:r>
        <w:rPr>
          <w:rFonts w:ascii="Gentium Plus" w:hAnsi="Gentium Plus"/>
          <w:sz w:val="24"/>
        </w:rPr>
        <w:t>ἀκολούθως δὲ τούτοις οἱ νέοι κατὰ τὴν ἀγορὰν ἐφόρουν ἐσθῆτας διαφόρους μὲν ταῖς μαλακότησι, διαφανεῖς δὲ κατὰ τὴν λεπτότητα, ταῖς γυναικείαις παρεμφερεῖς. καὶ πάντα τὰ πρὸς ἡδονὴν καὶ ἀλα‐</w:t>
      </w:r>
    </w:p>
    <w:p>
      <w:r>
        <w:rPr>
          <w:rFonts w:ascii="Courier New" w:hAnsi="Courier New"/>
          <w:color w:val="555555"/>
          <w:sz w:val="20"/>
        </w:rPr>
        <w:t>[5]</w:t>
      </w:r>
    </w:p>
    <w:p>
      <w:r>
        <w:rPr>
          <w:rFonts w:ascii="Gentium Plus" w:hAnsi="Gentium Plus"/>
          <w:sz w:val="24"/>
        </w:rPr>
        <w:t>ζονείαν ὀλέθριον ἀνήκοντα παρασκευαζόμενοι ταχὺ</w:t>
      </w:r>
    </w:p>
    <w:p>
      <w:r>
        <w:rPr>
          <w:rFonts w:ascii="Courier New" w:hAnsi="Courier New"/>
          <w:color w:val="555555"/>
          <w:sz w:val="20"/>
        </w:rPr>
        <w:t>[37 . 3 . 5]</w:t>
      </w:r>
    </w:p>
    <w:p>
      <w:r>
        <w:rPr>
          <w:rFonts w:ascii="Gentium Plus" w:hAnsi="Gentium Plus"/>
          <w:sz w:val="24"/>
        </w:rPr>
        <w:t>τοῦ μὲν γὰρ οἴνου τὸ κεράμιον ἐπωλεῖτο δραχ‐ μῶν ἑκατόν, τῶν δὲ Ποντικῶν ταρίχων τὸ κερ‐ άμιον δραχμῶν τετρακοσίων, τῶν δὲ μαγείρων οἱ διαφέροντες ὀψαρτυτικαῖς φιλοτεχνίαις ταλάντων</w:t>
      </w:r>
    </w:p>
    <w:p>
      <w:r>
        <w:rPr>
          <w:rFonts w:ascii="Courier New" w:hAnsi="Courier New"/>
          <w:color w:val="555555"/>
          <w:sz w:val="20"/>
        </w:rPr>
        <w:t>[5]</w:t>
      </w:r>
    </w:p>
    <w:p>
      <w:r>
        <w:rPr>
          <w:rFonts w:ascii="Gentium Plus" w:hAnsi="Gentium Plus"/>
          <w:sz w:val="24"/>
        </w:rPr>
        <w:t>τεττάρων, οἱ δὲ ταῖς εὐμορφίαις ἐκπρεπεῖς παρά‐ κοιτοι πολλῶν ταλάντων. ἀδιορθώτου δ’ οὔσης τῆς ἐπὶ τὸ κακὸν ὁρμῆς, ἐπεβάλοντό τινες τῶν τὰς ἀρχὰς λαμβανόντων ἐν ταῖς ἐπαρχίαις μετατίθεσθαι τὸν τῆς προειρημένης ἀγωγῆς ζῆλον, καὶ τὸν</w:t>
      </w:r>
    </w:p>
    <w:p>
      <w:r>
        <w:rPr>
          <w:rFonts w:ascii="Courier New" w:hAnsi="Courier New"/>
          <w:color w:val="555555"/>
          <w:sz w:val="20"/>
        </w:rPr>
        <w:t>[10]</w:t>
      </w:r>
    </w:p>
    <w:p>
      <w:r>
        <w:rPr>
          <w:rFonts w:ascii="Gentium Plus" w:hAnsi="Gentium Plus"/>
          <w:sz w:val="24"/>
        </w:rPr>
        <w:t>ἑαυτῶν βίον περίοπτον ὄντα διὰ τὴν ἐξουσίαν ἀρχέτυπον εἰς μίμησιν τιθέναι τῶν καλῶν ἐπιτη‐ δευμάτων. (Const. Exc. 2(1), pp. 315—316.)</w:t>
      </w:r>
    </w:p>
    <w:p>
      <w:r>
        <w:rPr>
          <w:rFonts w:ascii="Courier New" w:hAnsi="Courier New"/>
          <w:color w:val="555555"/>
          <w:sz w:val="20"/>
        </w:rPr>
        <w:t>[37 . 3 . 6]</w:t>
      </w:r>
    </w:p>
    <w:p>
      <w:r>
        <w:rPr>
          <w:rFonts w:ascii="Gentium Plus" w:hAnsi="Gentium Plus"/>
          <w:sz w:val="24"/>
        </w:rPr>
        <w:t>Ὅτι Μάρκος Κάτων, ἀνὰρ σώφρων καὶ ἀγωγῇ καλῇ διαφέρων, ἐν τῇ συγκλήτῳ κατηγορῶν τῆς ἐπιπολαζούσης ἐν τῇ Ῥώμῃ τρυφῆς ἔφησεν ἐν μόνῃ τῇ πόλει ταύτῃ τὰ μὲν κεράμια τῶν Ποντικῶν</w:t>
      </w:r>
    </w:p>
    <w:p>
      <w:r>
        <w:rPr>
          <w:rFonts w:ascii="Courier New" w:hAnsi="Courier New"/>
          <w:color w:val="555555"/>
          <w:sz w:val="20"/>
        </w:rPr>
        <w:t>[5]</w:t>
      </w:r>
    </w:p>
    <w:p>
      <w:r>
        <w:rPr>
          <w:rFonts w:ascii="Gentium Plus" w:hAnsi="Gentium Plus"/>
          <w:sz w:val="24"/>
        </w:rPr>
        <w:t>ταρίχων ὑπάρχειν τιμιώτερα τῶν ζευγηλατῶν, τοὺς δ’ ἐρωμένους τῶν ἀγρῶν.</w:t>
      </w:r>
    </w:p>
    <w:p>
      <w:r>
        <w:rPr>
          <w:rFonts w:ascii="Courier New" w:hAnsi="Courier New"/>
          <w:color w:val="555555"/>
          <w:sz w:val="20"/>
        </w:rPr>
        <w:t>[37 . 4 . 1]</w:t>
      </w:r>
    </w:p>
    <w:p>
      <w:r>
        <w:rPr>
          <w:rFonts w:ascii="Gentium Plus" w:hAnsi="Gentium Plus"/>
          <w:sz w:val="24"/>
        </w:rPr>
        <w:t>Ὅτι φησὶν ὁ ἱστορικὸς Διόδωρος, Μνησθή‐ σομαί τινων παραδείγματος ἕνεκα καὶ ἐπαίνου δικαίου καὶ τοῦ τῷ κοινῷ βίῳ συμφέροντος, ἵν’ οἱ μὲν πονηροὶ τῶν ἀνθρώπων διὰ τῆς κατὰ τὴν</w:t>
      </w:r>
    </w:p>
    <w:p>
      <w:r>
        <w:rPr>
          <w:rFonts w:ascii="Courier New" w:hAnsi="Courier New"/>
          <w:color w:val="555555"/>
          <w:sz w:val="20"/>
        </w:rPr>
        <w:t>[5]</w:t>
      </w:r>
    </w:p>
    <w:p>
      <w:r>
        <w:rPr>
          <w:rFonts w:ascii="Gentium Plus" w:hAnsi="Gentium Plus"/>
          <w:sz w:val="24"/>
        </w:rPr>
        <w:t>ἱστορίαν βλασφημίας ἀποτρέπωνται τῆς ἐπὶ τὴν κακίαν ὁρμῆς, οἱ δὲ ἀγαθοὶ διὰ τοὺς ἐκ τῆς αἰωνίου δόξης ἐπαίνους ἀντέχεσθαι τῶν καλῶν ἐπιτηδευ‐</w:t>
      </w:r>
    </w:p>
    <w:p>
      <w:r>
        <w:rPr>
          <w:rFonts w:ascii="Courier New" w:hAnsi="Courier New"/>
          <w:color w:val="555555"/>
          <w:sz w:val="20"/>
        </w:rPr>
        <w:t>[37 . 5 . 1]</w:t>
      </w:r>
    </w:p>
    <w:p>
      <w:r>
        <w:rPr>
          <w:rFonts w:ascii="Gentium Plus" w:hAnsi="Gentium Plus"/>
          <w:sz w:val="24"/>
        </w:rPr>
        <w:t>Ὅτι Κόιντος Σκαιουόλας μεγίστην εἰσηνέγ‐ κατο σπουδὴν διὰ τῆς ἰδίας ἀρετῆς διορθώσασθαι τὴν φαυλότητα τοῦ ζήλου. ἐκπεμφθεὶς γὰρ εἰς τὴν Ἀσίαν στρατηγός, ἐπιλεξάμενος τὸν ἄριστον</w:t>
      </w:r>
    </w:p>
    <w:p>
      <w:r>
        <w:rPr>
          <w:rFonts w:ascii="Courier New" w:hAnsi="Courier New"/>
          <w:color w:val="555555"/>
          <w:sz w:val="20"/>
        </w:rPr>
        <w:t>[5]</w:t>
      </w:r>
    </w:p>
    <w:p>
      <w:r>
        <w:rPr>
          <w:rFonts w:ascii="Gentium Plus" w:hAnsi="Gentium Plus"/>
          <w:sz w:val="24"/>
        </w:rPr>
        <w:t>τῶν φίλων σύμβουλον Κόιντον Ῥοτίλιον μετ’ αὐτοῦ συνήδρευε βουλευόμενος καὶ πάντα διατάττων καὶ κρίνων τὰ κατὰ τὴν ἐπαρχίαν. καὶ πᾶσαν τὴν δαπάνην ἔκρινεν ἐκ τῆς ἰδίας οὐσίας ποιεῖσθαι τοῖς τε συνεκδήμοις καὶ αὑτῷ. εἶτα λιτότητι καὶ ἀφε‐</w:t>
      </w:r>
    </w:p>
    <w:p>
      <w:r>
        <w:rPr>
          <w:rFonts w:ascii="Courier New" w:hAnsi="Courier New"/>
          <w:color w:val="555555"/>
          <w:sz w:val="20"/>
        </w:rPr>
        <w:t>[10]</w:t>
      </w:r>
    </w:p>
    <w:p>
      <w:r>
        <w:rPr>
          <w:rFonts w:ascii="Gentium Plus" w:hAnsi="Gentium Plus"/>
          <w:sz w:val="24"/>
        </w:rPr>
        <w:t>λείᾳ χρώμενος καὶ ἀκεραίῳ τῇ δικαιοσύνῃ τὴν ἐπαρ‐ χίαν ἀνέλαβεν ἐκ τῶν προγεγονότων ἀκληρημάτων. οἱ γὰρ προγεγονότες κατὰ τὴν Ἀσίαν δημοσιώνας κοινωνοὺς ἐσχηκότες, τοὺς ἐν τῇ Ῥώμῃ τὰς δημο‐ σίας κρίσεις διαδικάζοντας, ἀνομημάτων ἐπεπλη‐</w:t>
      </w:r>
    </w:p>
    <w:p>
      <w:r>
        <w:rPr>
          <w:rFonts w:ascii="Courier New" w:hAnsi="Courier New"/>
          <w:color w:val="555555"/>
          <w:sz w:val="20"/>
        </w:rPr>
        <w:t>[15]</w:t>
      </w:r>
    </w:p>
    <w:p>
      <w:r>
        <w:rPr>
          <w:rFonts w:ascii="Gentium Plus" w:hAnsi="Gentium Plus"/>
          <w:sz w:val="24"/>
        </w:rPr>
        <w:t>ρώκεσαν τὴν ἐπαρχίαν.</w:t>
      </w:r>
    </w:p>
    <w:p>
      <w:r>
        <w:rPr>
          <w:rFonts w:ascii="Courier New" w:hAnsi="Courier New"/>
          <w:color w:val="555555"/>
          <w:sz w:val="20"/>
        </w:rPr>
        <w:t>[37 . 5 . 2]</w:t>
      </w:r>
    </w:p>
    <w:p>
      <w:r>
        <w:rPr>
          <w:rFonts w:ascii="Gentium Plus" w:hAnsi="Gentium Plus"/>
          <w:sz w:val="24"/>
        </w:rPr>
        <w:t>Ὅτι Μούκιος ὁ Σκαιουόλας ταῖς μὲν δικαιοδο‐ σίαις ἀδιαφθόροις καὶ ἀκριβέσι χρησάμενος οὐ μόνον πάσης συκοφαντίας ἀπήλλαξε τοὺς κατὰ τὴν ἐπαρχίαν, ἀλλὰ καὶ τὰ τῶν δημοσιωνῶν ἀνομήματα</w:t>
      </w:r>
    </w:p>
    <w:p>
      <w:r>
        <w:rPr>
          <w:rFonts w:ascii="Courier New" w:hAnsi="Courier New"/>
          <w:color w:val="555555"/>
          <w:sz w:val="20"/>
        </w:rPr>
        <w:t>[5]</w:t>
      </w:r>
    </w:p>
    <w:p>
      <w:r>
        <w:rPr>
          <w:rFonts w:ascii="Gentium Plus" w:hAnsi="Gentium Plus"/>
          <w:sz w:val="24"/>
        </w:rPr>
        <w:t>διωρθώσατο. πᾶσι γὰρ τοῖς ἠδικημένοις ἀκριβῆ κριτήρια προστάττων, καταδίκους ἐν ἅπασιν ἐποίει τοὺς δημοσιώνας καὶ τὰς μὲν ἀργυρικὰς βλάβας τοῖς ἠδικημένοις ἐκτίνειν ἠνάγκαζε, τὰ δὲ θανατικὰ</w:t>
      </w:r>
    </w:p>
    <w:p>
      <w:r>
        <w:rPr>
          <w:rFonts w:ascii="Courier New" w:hAnsi="Courier New"/>
          <w:color w:val="555555"/>
          <w:sz w:val="20"/>
        </w:rPr>
        <w:t>[37 . 5 . 3]</w:t>
      </w:r>
    </w:p>
    <w:p>
      <w:r>
        <w:rPr>
          <w:rFonts w:ascii="Gentium Plus" w:hAnsi="Gentium Plus"/>
          <w:sz w:val="24"/>
        </w:rPr>
        <w:t>τῶν ἐγκλημάτων ἠξίου κρίσεως θανατικῆς. ὅτε δὴ</w:t>
      </w:r>
    </w:p>
    <w:p>
      <w:r>
        <w:rPr>
          <w:rFonts w:ascii="Courier New" w:hAnsi="Courier New"/>
          <w:color w:val="555555"/>
          <w:sz w:val="20"/>
        </w:rPr>
        <w:t>[5]</w:t>
      </w:r>
    </w:p>
    <w:p>
      <w:r>
        <w:rPr>
          <w:rFonts w:ascii="Gentium Plus" w:hAnsi="Gentium Plus"/>
          <w:sz w:val="24"/>
        </w:rPr>
        <w:t>θανάτου καταδικάσας ἀνεσταύρωσεν.</w:t>
      </w:r>
    </w:p>
    <w:p>
      <w:r>
        <w:rPr>
          <w:rFonts w:ascii="Courier New" w:hAnsi="Courier New"/>
          <w:color w:val="555555"/>
          <w:sz w:val="20"/>
        </w:rPr>
        <w:t>[37 . 5 . 4]</w:t>
      </w:r>
    </w:p>
    <w:p>
      <w:r>
        <w:rPr>
          <w:rFonts w:ascii="Gentium Plus" w:hAnsi="Gentium Plus"/>
          <w:sz w:val="24"/>
        </w:rPr>
        <w:t>Ὅτι ὁ αὐτὸς τοὺς δημοσιώνας κατεδίκαζε καὶ τοῖς ἠδικημένοις ἐνεχείριζε. καὶ συνέβαινε τοὺς ὀλίγῳ πρότερον διὰ τὴν καταφρόνησιν καὶ πλεονε‐ ξίαν πολλὰ παρανομοῦντας παρ’ ἐλπίδας ὑπὸ τῶν</w:t>
      </w:r>
    </w:p>
    <w:p>
      <w:r>
        <w:rPr>
          <w:rFonts w:ascii="Courier New" w:hAnsi="Courier New"/>
          <w:color w:val="555555"/>
          <w:sz w:val="20"/>
        </w:rPr>
        <w:t>[5]</w:t>
      </w:r>
    </w:p>
    <w:p>
      <w:r>
        <w:rPr>
          <w:rFonts w:ascii="Gentium Plus" w:hAnsi="Gentium Plus"/>
          <w:sz w:val="24"/>
        </w:rPr>
        <w:t>ἠδικημένων ἀπάγεσθαι πρὸς τοὺς καταδίκους. καὶ τὰς συνήθεις τοῖς στρατηγοῖς καὶ συνεκδήμοις δα‐ πάνας ἐκ τῆς ἰδίας οὐσίας ποιούμενος ταχὺ τὰς εὐνοίας τῶν συμμαχούντων εἰς τὴν Ῥώμην ἀνε‐ κτήσατο. (Const. Exc. 2(1), pp. 316—317.)</w:t>
      </w:r>
    </w:p>
    <w:p>
      <w:r>
        <w:rPr>
          <w:rFonts w:ascii="Courier New" w:hAnsi="Courier New"/>
          <w:color w:val="555555"/>
          <w:sz w:val="20"/>
        </w:rPr>
        <w:t>[37 . 6 . 1]</w:t>
      </w:r>
    </w:p>
    <w:p>
      <w:r>
        <w:rPr>
          <w:rFonts w:ascii="Gentium Plus" w:hAnsi="Gentium Plus"/>
          <w:sz w:val="24"/>
        </w:rPr>
        <w:t>Ὅτι τὸ προϋπάρχον εἰς τὴν ἡγεμονίαν μῖσος ἡ τοῦ στρατηγοῦ σύνεσις καὶ ἀρετὴ τοῖς ἐνδεχο‐ μένοις βοηθήμασι διωρθώσαντο, καὶ παρὰ μὲν τοῖς εὐεργετηθεῖσι τιμῶν ἰσοθέων ἔτυχε, παρὰ δὲ τῶν</w:t>
      </w:r>
    </w:p>
    <w:p>
      <w:r>
        <w:rPr>
          <w:rFonts w:ascii="Courier New" w:hAnsi="Courier New"/>
          <w:color w:val="555555"/>
          <w:sz w:val="20"/>
        </w:rPr>
        <w:t>[5]</w:t>
      </w:r>
    </w:p>
    <w:p>
      <w:r>
        <w:rPr>
          <w:rFonts w:ascii="Gentium Plus" w:hAnsi="Gentium Plus"/>
          <w:sz w:val="24"/>
        </w:rPr>
        <w:t>πολιτῶν πολλὰς ἀμοιβὰς τῶν κατορθωμάτων ἀπ‐ έλαβε. (Const. Exc. 4, p. 395.)</w:t>
      </w:r>
    </w:p>
    <w:p>
      <w:r>
        <w:rPr>
          <w:rFonts w:ascii="Courier New" w:hAnsi="Courier New"/>
          <w:color w:val="555555"/>
          <w:sz w:val="20"/>
        </w:rPr>
        <w:t>[37 5a 1]</w:t>
      </w:r>
    </w:p>
    <w:p>
      <w:r>
        <w:rPr>
          <w:rFonts w:ascii="Gentium Plus" w:hAnsi="Gentium Plus"/>
          <w:sz w:val="24"/>
        </w:rPr>
        <w:t>... ἐφρόνει· ὡς δὲ ἔνιοι, ὅτι κατὰ διαθήκην τῷ ἑτέρῳ υἱῷ τὰ πλείω κατέλιπε τῆς οὐσίας, τοῖς ὅλοις ἐκινδύνευσεν. ὁ γὰρ νεανίσκος τόλμῃ καὶ προπετείᾳ διαφέρων, περιθέμενος διάδημα καὶ βα‐</w:t>
      </w:r>
    </w:p>
    <w:p>
      <w:r>
        <w:rPr>
          <w:rFonts w:ascii="Courier New" w:hAnsi="Courier New"/>
          <w:color w:val="555555"/>
          <w:sz w:val="20"/>
        </w:rPr>
        <w:t>[5]</w:t>
      </w:r>
    </w:p>
    <w:p>
      <w:r>
        <w:rPr>
          <w:rFonts w:ascii="Gentium Plus" w:hAnsi="Gentium Plus"/>
          <w:sz w:val="24"/>
        </w:rPr>
        <w:t>σιλέα Μακεδόνων ἑαυτὸν ἀναδείξας παρεκάλει τοὺς πολλοὺς ἀφίστασθαι Ῥωμαίων καὶ τὴν προγεγενη‐</w:t>
      </w:r>
    </w:p>
    <w:p>
      <w:r>
        <w:rPr>
          <w:rFonts w:ascii="Courier New" w:hAnsi="Courier New"/>
          <w:color w:val="555555"/>
          <w:sz w:val="20"/>
        </w:rPr>
        <w:t>[10]</w:t>
      </w:r>
    </w:p>
    <w:p>
      <w:r>
        <w:rPr>
          <w:rFonts w:ascii="Gentium Plus" w:hAnsi="Gentium Plus"/>
          <w:sz w:val="24"/>
        </w:rPr>
        <w:t>διασαφήσοντα Σεντίῳ τῷ στρατηγῷ τὴν περὶ τὸν υἱὸν ἀπόνοιαν. διεπέμψατο δὲ καὶ πρὸς Κότυν τὸν βασιλέα Θρᾳκῶν, ἀξιῶν μεταπέμψασθαι τὸν νεα‐ νίσκον καὶ πεῖσαι τῆς ἐπιβολῆς ἀποστῆναι. ὁ δὲ ἔχων φιλίαν πρὸς Εὐφήνην μετεπέμψατο αὐτόν,</w:t>
      </w:r>
    </w:p>
    <w:p>
      <w:r>
        <w:rPr>
          <w:rFonts w:ascii="Courier New" w:hAnsi="Courier New"/>
          <w:color w:val="555555"/>
          <w:sz w:val="20"/>
        </w:rPr>
        <w:t>[15]</w:t>
      </w:r>
    </w:p>
    <w:p>
      <w:r>
        <w:rPr>
          <w:rFonts w:ascii="Gentium Plus" w:hAnsi="Gentium Plus"/>
          <w:sz w:val="24"/>
        </w:rPr>
        <w:t>καὶ παρακατασχὼν ἡμέρας τινὰς παρέδωκε τῷ πατρί· καὶ ἀπελύθη τῶν διαβολῶν. (Const. Exc. 3, pp. 208—209.)</w:t>
      </w:r>
    </w:p>
    <w:p>
      <w:r>
        <w:rPr>
          <w:rFonts w:ascii="Courier New" w:hAnsi="Courier New"/>
          <w:color w:val="555555"/>
          <w:sz w:val="20"/>
        </w:rPr>
        <w:t>[37 . 7 . 1]</w:t>
      </w:r>
    </w:p>
    <w:p>
      <w:r>
        <w:rPr>
          <w:rFonts w:ascii="Gentium Plus" w:hAnsi="Gentium Plus"/>
          <w:sz w:val="24"/>
        </w:rPr>
        <w:t>Ῥητέον δὲ ἡμῖν καὶ περὶ τῶν ἐκ ταπεινοτέρας μὲν δόξης ὁρμηθέντων, ὀρεχθέντων δ’ οὐχ ἑτέρας ἐπιβολῆς τῶν προειρημένων. ἐπ’ ἴσης γὰρ τοῖς ἐν ἀξιώμασι μεγάλοις καὶ τοῖς ὑποδεεστέροις τῆς</w:t>
      </w:r>
    </w:p>
    <w:p>
      <w:r>
        <w:rPr>
          <w:rFonts w:ascii="Courier New" w:hAnsi="Courier New"/>
          <w:color w:val="555555"/>
          <w:sz w:val="20"/>
        </w:rPr>
        <w:t>[5]</w:t>
      </w:r>
    </w:p>
    <w:p>
      <w:r>
        <w:rPr>
          <w:rFonts w:ascii="Gentium Plus" w:hAnsi="Gentium Plus"/>
          <w:sz w:val="24"/>
        </w:rPr>
        <w:t>ἀρετῆς ζῆλος ἔγκειται. (Const. Exc. 4, p. 395.)</w:t>
      </w:r>
    </w:p>
    <w:p>
      <w:r>
        <w:rPr>
          <w:rFonts w:ascii="Courier New" w:hAnsi="Courier New"/>
          <w:color w:val="555555"/>
          <w:sz w:val="20"/>
        </w:rPr>
        <w:t>[37 . 8 . 1]</w:t>
      </w:r>
    </w:p>
    <w:p>
      <w:r>
        <w:rPr>
          <w:rFonts w:ascii="Gentium Plus" w:hAnsi="Gentium Plus"/>
          <w:sz w:val="24"/>
        </w:rPr>
        <w:t>Ὅτι Λεύκιος Ἀσύλλιος, πατρὸς μὲν ὑπάρχων τεταμιευκότος, ἐκπεμφθεὶς δὲ στρατηγὸς εἰς Σικε‐ λίαν, κατέλαβε τὴν ἐπαρχίαν διεφθαρμένην, ἀνε‐ κτήσατο δὲ τὴν νῆσον χρησάμενος τοῖς καλλίστοις</w:t>
      </w:r>
    </w:p>
    <w:p>
      <w:r>
        <w:rPr>
          <w:rFonts w:ascii="Courier New" w:hAnsi="Courier New"/>
          <w:color w:val="555555"/>
          <w:sz w:val="20"/>
        </w:rPr>
        <w:t>[5]</w:t>
      </w:r>
    </w:p>
    <w:p>
      <w:r>
        <w:rPr>
          <w:rFonts w:ascii="Gentium Plus" w:hAnsi="Gentium Plus"/>
          <w:sz w:val="24"/>
        </w:rPr>
        <w:t>ἐπιτηδεύμασιν. παραπλησίως γὰρ τῷ Σκαιουόλᾳ προεχειρίσατο τὸν ἄριστον τῶν φίλων πρεσβευτήν τε καὶ σύμβουλον, ὃς ἦν Γάιος, ἐπικαλούμενος δὲ Λόγγος, ζηλωτὴς τῆς ἀρχαίας καὶ σώφρονος ἀγω‐</w:t>
      </w:r>
    </w:p>
    <w:p>
      <w:r>
        <w:rPr>
          <w:rFonts w:ascii="Courier New" w:hAnsi="Courier New"/>
          <w:color w:val="555555"/>
          <w:sz w:val="20"/>
        </w:rPr>
        <w:t>[37 . 8 . 2]</w:t>
      </w:r>
    </w:p>
    <w:p>
      <w:r>
        <w:rPr>
          <w:rFonts w:ascii="Gentium Plus" w:hAnsi="Gentium Plus"/>
          <w:sz w:val="24"/>
        </w:rPr>
        <w:t>τῶν ἐν Συρακούσαις κατοικούντων ἱππέων· χωρὶς γὰρ τῶν ἐκ τῆς τύχης ἀγαθῶν καὶ ταῖς κατὰ ψυχὴν ἀρεταῖς διέφερεν. σημεῖον δὲ τῆς εὐσεβείας αἱ θυσίαι καὶ αἱ ἐν τοῖς ἱεροῖς κατασκευαὶ καὶ τὰ</w:t>
      </w:r>
    </w:p>
    <w:p>
      <w:r>
        <w:rPr>
          <w:rFonts w:ascii="Courier New" w:hAnsi="Courier New"/>
          <w:color w:val="555555"/>
          <w:sz w:val="20"/>
        </w:rPr>
        <w:t>[5]</w:t>
      </w:r>
    </w:p>
    <w:p>
      <w:r>
        <w:rPr>
          <w:rFonts w:ascii="Gentium Plus" w:hAnsi="Gentium Plus"/>
          <w:sz w:val="24"/>
        </w:rPr>
        <w:t>ἀναθήματα, τὸ δὲ τῆς σωφροσύνης τὸ τὰς αἰσθήσεις μέχρι τῆς ἐσχάτης τοῦ βίου γραμμῆς ἀσινεῖς ἔχειν, τὸ δὲ τῆς παιδείας τε καὶ φιλανθρωπίας τὸ προτιμᾶ‐ σθαι παρ’ αὐτῷ περιττότερον τοὺς πεπαιδευμένους. καθόλου δὲ τοὺς ἀπό τινος ἐπαινουμένης μούσης</w:t>
      </w:r>
    </w:p>
    <w:p>
      <w:r>
        <w:rPr>
          <w:rFonts w:ascii="Courier New" w:hAnsi="Courier New"/>
          <w:color w:val="555555"/>
          <w:sz w:val="20"/>
        </w:rPr>
        <w:t>[10]</w:t>
      </w:r>
    </w:p>
    <w:p>
      <w:r>
        <w:rPr>
          <w:rFonts w:ascii="Gentium Plus" w:hAnsi="Gentium Plus"/>
          <w:sz w:val="24"/>
        </w:rPr>
        <w:t>ὁρμωμένους εὐεργέτει, συλλαμβάνων ἐκ τῆς ἰδίας</w:t>
      </w:r>
    </w:p>
    <w:p>
      <w:r>
        <w:rPr>
          <w:rFonts w:ascii="Courier New" w:hAnsi="Courier New"/>
          <w:color w:val="555555"/>
          <w:sz w:val="20"/>
        </w:rPr>
        <w:t>[37 . 8 . 3]</w:t>
      </w:r>
    </w:p>
    <w:p>
      <w:r>
        <w:rPr>
          <w:rFonts w:ascii="Gentium Plus" w:hAnsi="Gentium Plus"/>
          <w:sz w:val="24"/>
        </w:rPr>
        <w:t>οὐσίας ἀφειδῶς. οἷς δυσὶν ὁ Σύλλιος προσανα‐ παυόμενος ὁμοτοίχους μὲν οἰκίας εἰς κατάλυσιν παρεσκευάσατο, συνήδρευε δὲ μετὰ τούτων τὰ κατὰ τὴν δικαιοδοσίαν ἐπακριβούμενος καὶ πάντα φιλο‐</w:t>
      </w:r>
    </w:p>
    <w:p>
      <w:r>
        <w:rPr>
          <w:rFonts w:ascii="Courier New" w:hAnsi="Courier New"/>
          <w:color w:val="555555"/>
          <w:sz w:val="20"/>
        </w:rPr>
        <w:t>[5]</w:t>
      </w:r>
    </w:p>
    <w:p>
      <w:r>
        <w:rPr>
          <w:rFonts w:ascii="Gentium Plus" w:hAnsi="Gentium Plus"/>
          <w:sz w:val="24"/>
        </w:rPr>
        <w:t>τεχνῶν πρὸς ἐπανόρθωσιν τῆς ἐπαρχίας.</w:t>
      </w:r>
    </w:p>
    <w:p>
      <w:r>
        <w:rPr>
          <w:rFonts w:ascii="Courier New" w:hAnsi="Courier New"/>
          <w:color w:val="555555"/>
          <w:sz w:val="20"/>
        </w:rPr>
        <w:t>[37 . 8 . 4]</w:t>
      </w:r>
    </w:p>
    <w:p>
      <w:r>
        <w:rPr>
          <w:rFonts w:ascii="Gentium Plus" w:hAnsi="Gentium Plus"/>
          <w:sz w:val="24"/>
        </w:rPr>
        <w:t>Ὅτι ὁ αὐτὸς ... τὴν δικαιοδοσίαν πρὸς τὰ συμφέροντα φιλοτιμηθεὶς τὴν συκοφαντίαν ἐκ τῆς ἀγορᾶς ἐφυγάδευσε, τῆς δὲ τῶν ἀσθενεστέρων βοη‐ θείας μεγίστην ἐποιήσατο φροντίδα. τῶν γὰρ ἄλ‐</w:t>
      </w:r>
    </w:p>
    <w:p>
      <w:r>
        <w:rPr>
          <w:rFonts w:ascii="Courier New" w:hAnsi="Courier New"/>
          <w:color w:val="555555"/>
          <w:sz w:val="20"/>
        </w:rPr>
        <w:t>[5]</w:t>
      </w:r>
    </w:p>
    <w:p>
      <w:r>
        <w:rPr>
          <w:rFonts w:ascii="Gentium Plus" w:hAnsi="Gentium Plus"/>
          <w:sz w:val="24"/>
        </w:rPr>
        <w:t>λων στρατηγῶν εἰωθότων διδόναι προστάτας τοῖς ὀρφανοῖς καὶ γυναιξὶν ἐρήμοις συγγενῶν, οὗτος ἑαυ‐ τὸν τούτων ἀνέδειξε φροντιστήν· διά τε τῆς ἰδίας σκέψεως καὶ φροντίδος διακρίνων τὰς ἐν τούτοις ἀμφισβητήσεις πᾶσιν ἀπένειμε τὴν πρέπουσαν τοῖς</w:t>
      </w:r>
    </w:p>
    <w:p>
      <w:r>
        <w:rPr>
          <w:rFonts w:ascii="Courier New" w:hAnsi="Courier New"/>
          <w:color w:val="555555"/>
          <w:sz w:val="20"/>
        </w:rPr>
        <w:t>[10]</w:t>
      </w:r>
    </w:p>
    <w:p>
      <w:r>
        <w:rPr>
          <w:rFonts w:ascii="Gentium Plus" w:hAnsi="Gentium Plus"/>
          <w:sz w:val="24"/>
        </w:rPr>
        <w:t>καταδυναστευομένοις ἐπικουρίαν. καθόλου δὲ πάντα τὸν τῆς ἀρχῆς χρόνον διατελέσας εἰς ἐπανόρθωσιν τῶν ἰδιωτικῶν καὶ τῶν δημοσίων ἀδικημάτων ἀπε‐ κατέστησε τὴν νῆσον εἰς τὴν πάλαι ποτὰ μακαριζο‐</w:t>
      </w:r>
    </w:p>
    <w:p>
      <w:r>
        <w:rPr>
          <w:rFonts w:ascii="Courier New" w:hAnsi="Courier New"/>
          <w:color w:val="555555"/>
          <w:sz w:val="20"/>
        </w:rPr>
        <w:t>[37 . 9 . 1]</w:t>
      </w:r>
    </w:p>
    <w:p>
      <w:r>
        <w:rPr>
          <w:rFonts w:ascii="Gentium Plus" w:hAnsi="Gentium Plus"/>
          <w:sz w:val="24"/>
        </w:rPr>
        <w:t>Ὅτι ἀπειλούσης τῆς συγκλήτου πόλεμον τῷ Γράκχῳ διὰ τὴν μετάθεσιν τῶν κριτηρίων, τεθαρρη‐ κότως οὗτος εἶπεν ὅτι Κἂν ἀποθάνω, οὐ διαλείψω ... τὸ ξίφος ἀπὸ τῆς πλευρᾶς τῶν συγκλητικῶν</w:t>
      </w:r>
    </w:p>
    <w:p>
      <w:r>
        <w:rPr>
          <w:rFonts w:ascii="Courier New" w:hAnsi="Courier New"/>
          <w:color w:val="555555"/>
          <w:sz w:val="20"/>
        </w:rPr>
        <w:t>[5]</w:t>
      </w:r>
    </w:p>
    <w:p>
      <w:r>
        <w:rPr>
          <w:rFonts w:ascii="Gentium Plus" w:hAnsi="Gentium Plus"/>
          <w:sz w:val="24"/>
        </w:rPr>
        <w:t>διῃρημένον. ὁ δὲ ῥηθεὶς λόγος ὥσπερ τις θεοῦ χρησμὸς ἀκόλουθον ἔσχε τοῖς ῥηθεῖσι τὸ ἀποτέ‐ λεσμα. ὁ γὰρ Γράκχος τύραννον ἑαυτὸν ἀναδεδει‐ χὼς ἀκρίτως ἀνῃρέθη. (Const. Exc. 4, p. 395.)</w:t>
      </w:r>
    </w:p>
    <w:p>
      <w:r>
        <w:rPr>
          <w:rFonts w:ascii="Courier New" w:hAnsi="Courier New"/>
          <w:color w:val="555555"/>
          <w:sz w:val="20"/>
        </w:rPr>
        <w:t>[37 . 10 . 1]</w:t>
      </w:r>
    </w:p>
    <w:p>
      <w:r>
        <w:rPr>
          <w:rFonts w:ascii="Gentium Plus" w:hAnsi="Gentium Plus"/>
          <w:sz w:val="24"/>
        </w:rPr>
        <w:t>Ὅτι Μάρκος Λίβιος Δροῦσος ἀνὴρ νέος μὲν ἦν τὴν ἡλικίαν, κεκοσμημένος δὲ πᾶσι τοῖς πρω‐ τείοις. πατρός τε γὰρ ἦν ἐπιφανεστάτου καὶ παρὰ τοῖς πολίταις δι’ εὐγένειαν καὶ ἀρετὴν θαυμαστῶς</w:t>
      </w:r>
    </w:p>
    <w:p>
      <w:r>
        <w:rPr>
          <w:rFonts w:ascii="Courier New" w:hAnsi="Courier New"/>
          <w:color w:val="555555"/>
          <w:sz w:val="20"/>
        </w:rPr>
        <w:t>[5]</w:t>
      </w:r>
    </w:p>
    <w:p>
      <w:r>
        <w:rPr>
          <w:rFonts w:ascii="Gentium Plus" w:hAnsi="Gentium Plus"/>
          <w:sz w:val="24"/>
        </w:rPr>
        <w:t>ἀγαπωμένου, αὐτός τε ὑπῆρχε λόγῳ μὲν δεινότα‐ τος τῶν ἡλικιωτῶν, πλούτῳ δὲ πάντας τοὺς πολίτας ὑπερβάλλων, μεγάλην δὲ ἀξιοπιστίαν ἔχων καὶ κατὰ τὰς ὑποσχέσεις ὢν βεβαιότατος, ἔτι δὲ πλήρης εὐγενοῦς φρονήματος. διὸ καὶ μόνος ἔδοξεν ἔσε‐</w:t>
      </w:r>
    </w:p>
    <w:p>
      <w:r>
        <w:rPr>
          <w:rFonts w:ascii="Courier New" w:hAnsi="Courier New"/>
          <w:color w:val="555555"/>
          <w:sz w:val="20"/>
        </w:rPr>
        <w:t>[10]</w:t>
      </w:r>
    </w:p>
    <w:p>
      <w:r>
        <w:rPr>
          <w:rFonts w:ascii="Gentium Plus" w:hAnsi="Gentium Plus"/>
          <w:sz w:val="24"/>
        </w:rPr>
        <w:t>σθαι προστάτης τῆς συγκλήτου. (Const. Exc. 2(1), p. 318.)</w:t>
      </w:r>
    </w:p>
    <w:p>
      <w:r>
        <w:rPr>
          <w:rFonts w:ascii="Courier New" w:hAnsi="Courier New"/>
          <w:color w:val="555555"/>
          <w:sz w:val="20"/>
        </w:rPr>
        <w:t>[37 . 10 . 2]</w:t>
      </w:r>
    </w:p>
    <w:p>
      <w:r>
        <w:rPr>
          <w:rFonts w:ascii="Gentium Plus" w:hAnsi="Gentium Plus"/>
          <w:sz w:val="24"/>
        </w:rPr>
        <w:t>Ὅτι πλεῖστον ἴσχυεν ἡ τῶν Δρούσων οἰκία διὰ τὴν εὐγένειαν τῶν ἀνδρῶν καὶ διὰ τὴν πρὸς τοὺς</w:t>
      </w:r>
    </w:p>
    <w:p>
      <w:r>
        <w:rPr>
          <w:rFonts w:ascii="Courier New" w:hAnsi="Courier New"/>
          <w:color w:val="555555"/>
          <w:sz w:val="20"/>
        </w:rPr>
        <w:t>[5]</w:t>
      </w:r>
    </w:p>
    <w:p>
      <w:r>
        <w:rPr>
          <w:rFonts w:ascii="Gentium Plus" w:hAnsi="Gentium Plus"/>
          <w:sz w:val="24"/>
        </w:rPr>
        <w:t>μένου, τῶν πολιτῶν τις ἐν παιδιᾷ τῷ νόμῳ προσέ‐ γραψεν ὅτι Ὅδε ὁ νόμος κύριός ἐστι τῶν πολιτῶν πλὴν δυεῖν Δρούσων.</w:t>
      </w:r>
    </w:p>
    <w:p>
      <w:r>
        <w:rPr>
          <w:rFonts w:ascii="Courier New" w:hAnsi="Courier New"/>
          <w:color w:val="555555"/>
          <w:sz w:val="20"/>
        </w:rPr>
        <w:t>[37 . 10 . 3]</w:t>
      </w:r>
    </w:p>
    <w:p>
      <w:r>
        <w:rPr>
          <w:rFonts w:ascii="Gentium Plus" w:hAnsi="Gentium Plus"/>
          <w:sz w:val="24"/>
        </w:rPr>
        <w:t>Ὅτι ὁ Δροῦσος τῆς συγκλήτου τοὺς νόμους αὐ‐ τοῦ ἀκυρούσης ἔφη ἑαυτὸν ἐξουσίαν ἔχοντα πᾶσαν τῶν νόμων δυνάμενόν τε ἑαυτὸν κωλῦσαι δόγματα γράφειν, τοῦτο μὲν ἑκουσίως μὴ ποιήσειν, καλῶς</w:t>
      </w:r>
    </w:p>
    <w:p>
      <w:r>
        <w:rPr>
          <w:rFonts w:ascii="Courier New" w:hAnsi="Courier New"/>
          <w:color w:val="555555"/>
          <w:sz w:val="20"/>
        </w:rPr>
        <w:t>[5]</w:t>
      </w:r>
    </w:p>
    <w:p>
      <w:r>
        <w:rPr>
          <w:rFonts w:ascii="Gentium Plus" w:hAnsi="Gentium Plus"/>
          <w:sz w:val="24"/>
        </w:rPr>
        <w:t>εἰδότα τοὺς ἐξαμαρτήσαντας ταχὺ τευξομένους τῆς προσηκούσης δίκης. ἀκυρουμένων δὲ τῶν ὑφ’ αὑ‐ τοῦ γραφέντων νόμων ἄκυρον ἔσεσθαι καὶ τὸν περὶ τῶν κριτηρίων νόμον· οὗ συντελεσθέντος τὸν μὲν ἀδωροδοκήτως βεβιωκότα μηδεμιᾶς τεύξε‐</w:t>
      </w:r>
    </w:p>
    <w:p>
      <w:r>
        <w:rPr>
          <w:rFonts w:ascii="Courier New" w:hAnsi="Courier New"/>
          <w:color w:val="555555"/>
          <w:sz w:val="20"/>
        </w:rPr>
        <w:t>[10]</w:t>
      </w:r>
    </w:p>
    <w:p>
      <w:r>
        <w:rPr>
          <w:rFonts w:ascii="Gentium Plus" w:hAnsi="Gentium Plus"/>
          <w:sz w:val="24"/>
        </w:rPr>
        <w:t>σθαι κατηγορίας, τοὺς δὲ τὰς ἐπαρχίας σεσυλη‐ κότας ἀχθήσεσθαι πρὸς τὰς τῆς δωροδοκίας εὐ‐ θύνας· ὥστε τοὺς διὰ φθόνον καθαιροῦντας τὴν ἑαυτοῦ δόξαν τοῖς ἰδίοις δόγμασι καθάπερ αὐτό‐ χειρας κινδυνεύειν γενέσθαι.</w:t>
      </w:r>
    </w:p>
    <w:p>
      <w:r>
        <w:rPr>
          <w:rFonts w:ascii="Courier New" w:hAnsi="Courier New"/>
          <w:color w:val="555555"/>
          <w:sz w:val="20"/>
        </w:rPr>
        <w:t>[37 . 11 . 1]</w:t>
      </w:r>
    </w:p>
    <w:p>
      <w:r>
        <w:rPr>
          <w:rFonts w:ascii="Gentium Plus" w:hAnsi="Gentium Plus"/>
          <w:sz w:val="24"/>
        </w:rPr>
        <w:t>Ὄμνυμι τὸν Δία τὸν Καπετώλιον καὶ τὴν Ἑστίαν τῆς Ῥώμης καὶ τὸν πατρῷον αὐτῆς Ἄρην καὶ τὸν γενάρχην Ἥλιον καὶ τὴν εὐεργέτιν ζῴων τε καὶ φυτῶν Γῆν, ἔτι δὲ τοὺς κτίστας γεγενη‐</w:t>
      </w:r>
    </w:p>
    <w:p>
      <w:r>
        <w:rPr>
          <w:rFonts w:ascii="Courier New" w:hAnsi="Courier New"/>
          <w:color w:val="555555"/>
          <w:sz w:val="20"/>
        </w:rPr>
        <w:t>[5]</w:t>
      </w:r>
    </w:p>
    <w:p>
      <w:r>
        <w:rPr>
          <w:rFonts w:ascii="Gentium Plus" w:hAnsi="Gentium Plus"/>
          <w:sz w:val="24"/>
        </w:rPr>
        <w:t>μένους τῆς Ῥώμης ἡμιθέους καὶ τοὺς συναυξή‐ σαντας τὴν ἡγεμονίαν αὐτῆς ἥρωας, τὸν αὐτὸν φίλον καὶ πολέμιον ἡγήσεσθαι Δρούσῳ, καὶ μήτε βίου μήτε τέκνων καὶ γονέων μηδεμιᾶς φείσεσθαι ψυχῆς, ἐὰν μὴ συμφέρῃ Δρούσῳ τε καὶ τοῖς τὸν</w:t>
      </w:r>
    </w:p>
    <w:p>
      <w:r>
        <w:rPr>
          <w:rFonts w:ascii="Courier New" w:hAnsi="Courier New"/>
          <w:color w:val="555555"/>
          <w:sz w:val="20"/>
        </w:rPr>
        <w:t>[10]</w:t>
      </w:r>
    </w:p>
    <w:p>
      <w:r>
        <w:rPr>
          <w:rFonts w:ascii="Gentium Plus" w:hAnsi="Gentium Plus"/>
          <w:sz w:val="24"/>
        </w:rPr>
        <w:t>αὐτὸν ὅρκον ὀμόσασιν. ἐὰν δὲ γένωμαι πολίτης τῷ Δρούσου νόμῳ, πατρίδα ἡγήσομαι τὴν Ῥώμην καὶ μέγιστον εὐεργέτην Δροῦσον. καὶ τὸν ὅρκον τόνδε παραδώσω ὡς ἂν μάλιστα πλείστοις δύνω‐ μαι τῶν πολιτῶν. καὶ εὐορκοῦντι μέν μοι ἐπίκτη‐</w:t>
      </w:r>
    </w:p>
    <w:p>
      <w:r>
        <w:rPr>
          <w:rFonts w:ascii="Courier New" w:hAnsi="Courier New"/>
          <w:color w:val="555555"/>
          <w:sz w:val="20"/>
        </w:rPr>
        <w:t>[15]</w:t>
      </w:r>
    </w:p>
    <w:p>
      <w:r>
        <w:rPr>
          <w:rFonts w:ascii="Gentium Plus" w:hAnsi="Gentium Plus"/>
          <w:sz w:val="24"/>
        </w:rPr>
        <w:t>σις εἴη τῶν ἀγαθῶν, ἐπιορκοῦντι δὲ τἀναντία.</w:t>
      </w:r>
    </w:p>
    <w:p>
      <w:r>
        <w:rPr>
          <w:rFonts w:ascii="Courier New" w:hAnsi="Courier New"/>
          <w:color w:val="555555"/>
          <w:sz w:val="20"/>
        </w:rPr>
        <w:t>[37 . 12 . 1]</w:t>
      </w:r>
    </w:p>
    <w:p>
      <w:r>
        <w:rPr>
          <w:rFonts w:ascii="Gentium Plus" w:hAnsi="Gentium Plus"/>
          <w:sz w:val="24"/>
        </w:rPr>
        <w:t>Ὅτι συντελουμένων κατὰ τύχην ἀγώνων καὶ τοῦ θεάτρου πεπληρωμένου τῶν ἐπὶ τὴν θέαν κατ‐ ηντηκότων Ῥωμαίων, κωμῳδὸν ἐπὶ τῆς σκηνῆς ἀγανακτοῦντα κατέσφαξαν ἐν τῷ θεάτρῳ, φήσαντες</w:t>
      </w:r>
    </w:p>
    <w:p>
      <w:r>
        <w:rPr>
          <w:rFonts w:ascii="Courier New" w:hAnsi="Courier New"/>
          <w:color w:val="555555"/>
          <w:sz w:val="20"/>
        </w:rPr>
        <w:t>[5]</w:t>
      </w:r>
    </w:p>
    <w:p>
      <w:r>
        <w:rPr>
          <w:rFonts w:ascii="Gentium Plus" w:hAnsi="Gentium Plus"/>
          <w:sz w:val="24"/>
        </w:rPr>
        <w:t>οὐκ ἀκολούθως αὐτὸν ὑποκρίνασθαι τῇ περιστάσει. τῆς δὲ πανηγυρικῆς θέας εἰς πολεμικὴν σκυθρω‐ πότητα καὶ φόβων ὑπερβολὴν ἐκτραπείσης, ἡ τύχη σατυρικὸν τῷ καιρῷ τούτῳ πρόσωπον ἐπεισήγα‐</w:t>
      </w:r>
    </w:p>
    <w:p>
      <w:r>
        <w:rPr>
          <w:rFonts w:ascii="Courier New" w:hAnsi="Courier New"/>
          <w:color w:val="555555"/>
          <w:sz w:val="20"/>
        </w:rPr>
        <w:t>[37 . 12 . 2]</w:t>
      </w:r>
    </w:p>
    <w:p>
      <w:r>
        <w:rPr>
          <w:rFonts w:ascii="Gentium Plus" w:hAnsi="Gentium Plus"/>
          <w:sz w:val="24"/>
        </w:rPr>
        <w:t>γεν. ἦν γάρ τις Λατῖνος ὄνομα μὲν Σαυνίων, γε‐ λωτοποιὸς δὲ καὶ χάριτας ὑπερβαλλούσας ἔχων εἰς ἱλαρότητα· οὐ γὰρ μόνον ἐν τοῖς λόγοις ἐκίνει</w:t>
      </w:r>
    </w:p>
    <w:p>
      <w:r>
        <w:rPr>
          <w:rFonts w:ascii="Courier New" w:hAnsi="Courier New"/>
          <w:color w:val="555555"/>
          <w:sz w:val="20"/>
        </w:rPr>
        <w:t>[5]</w:t>
      </w:r>
    </w:p>
    <w:p>
      <w:r>
        <w:rPr>
          <w:rFonts w:ascii="Gentium Plus" w:hAnsi="Gentium Plus"/>
          <w:sz w:val="24"/>
        </w:rPr>
        <w:t>ὁποίαν σώματος ἐπιστροφὴν ἅπαντας ἐποίει τοὺς θεωμένους μειδιᾶν, φυσικῆς τινος ἐπιτρεχούσης πιθανότητος. διὸ καὶ παρὰ Ῥωμαίοις μεγάλης ἀποδοχῆς ἐν τοῖς θεάτροις ἐπηξιοῦτο· οἱ δὲ Πικεντῖνοι τὴν ἀπόλαυσιν καὶ τέρψιν ταύτην τῶν</w:t>
      </w:r>
    </w:p>
    <w:p>
      <w:r>
        <w:rPr>
          <w:rFonts w:ascii="Courier New" w:hAnsi="Courier New"/>
          <w:color w:val="555555"/>
          <w:sz w:val="20"/>
        </w:rPr>
        <w:t>[10]</w:t>
      </w:r>
    </w:p>
    <w:p>
      <w:r>
        <w:rPr>
          <w:rFonts w:ascii="Gentium Plus" w:hAnsi="Gentium Plus"/>
          <w:sz w:val="24"/>
        </w:rPr>
        <w:t>Ῥωμαίων ἀφελέσθαι βουλόμενοι τοῦτον διέγνωσαν</w:t>
      </w:r>
    </w:p>
    <w:p>
      <w:r>
        <w:rPr>
          <w:rFonts w:ascii="Courier New" w:hAnsi="Courier New"/>
          <w:color w:val="555555"/>
          <w:sz w:val="20"/>
        </w:rPr>
        <w:t>[37 . 12 . 3]</w:t>
      </w:r>
    </w:p>
    <w:p>
      <w:r>
        <w:rPr>
          <w:rFonts w:ascii="Gentium Plus" w:hAnsi="Gentium Plus"/>
          <w:sz w:val="24"/>
        </w:rPr>
        <w:t>ἀποκτεῖναι. ὁ δὲ προαισθόμενος τὸ μέλλον τελεῖ‐ σθαι προῆλθεν ἐπὶ τὴν σκηνὴν καὶ τῆς τοῦ κωμῳδοῦ σφαγῆς ἄρτι γεγενημένης, Ἄνδρες, εἶπε, θεαταί, καλλιεροῦμεν· ἐπ’ ἀγαθῷ δ’ εἴη συντετελεσμένον τὸ</w:t>
      </w:r>
    </w:p>
    <w:p>
      <w:r>
        <w:rPr>
          <w:rFonts w:ascii="Courier New" w:hAnsi="Courier New"/>
          <w:color w:val="555555"/>
          <w:sz w:val="20"/>
        </w:rPr>
        <w:t>[5]</w:t>
      </w:r>
    </w:p>
    <w:p>
      <w:r>
        <w:rPr>
          <w:rFonts w:ascii="Gentium Plus" w:hAnsi="Gentium Plus"/>
          <w:sz w:val="24"/>
        </w:rPr>
        <w:t>κακόν· οὐ γάρ εἰμι Ῥωμαῖος, ἀλλ’ ὅμοιος ὑμῶν ὑπὸ ῥάβδοις τεταγμένος περινοστῶ τὴν Ἰταλίαν καὶ χάριτας ἐμπορευόμενος ἡδονὰς καὶ γέλωτας θηρῶμαι. διὸ φείσασθε τῆς κοινῆς ἁπάντων χελι‐ δόνος, ᾗ τὸ θεῖον ἔδωκεν ἐν ταῖς ἁπάντων οἰκίαις</w:t>
      </w:r>
    </w:p>
    <w:p>
      <w:r>
        <w:rPr>
          <w:rFonts w:ascii="Courier New" w:hAnsi="Courier New"/>
          <w:color w:val="555555"/>
          <w:sz w:val="20"/>
        </w:rPr>
        <w:t>[10]</w:t>
      </w:r>
    </w:p>
    <w:p>
      <w:r>
        <w:rPr>
          <w:rFonts w:ascii="Gentium Plus" w:hAnsi="Gentium Plus"/>
          <w:sz w:val="24"/>
        </w:rPr>
        <w:t>ἐννεοττεύειν ἀκινδύνως· οὐ γὰρ δίκαιον ὑμᾶς πολλὰ κλαίειν. οὐκ ὀλίγα δὲ καὶ ἄλλα πρὸς διάλυσιν καὶ γέλωτα διελθὼν καὶ τῇ πιθανότητι καὶ χάριτι τῆς ὁμιλίας τὸ πικρὸν τῆς τιμωρίας παραιτησάμενος ἀπ‐ ελύθη τῶν κινδύνων. (Const. Exc. 4, pp. 395—397.)</w:t>
      </w:r>
    </w:p>
    <w:p>
      <w:r>
        <w:rPr>
          <w:rFonts w:ascii="Courier New" w:hAnsi="Courier New"/>
          <w:color w:val="555555"/>
          <w:sz w:val="20"/>
        </w:rPr>
        <w:t>[37 . 13 . 1]</w:t>
      </w:r>
    </w:p>
    <w:p>
      <w:r>
        <w:rPr>
          <w:rFonts w:ascii="Gentium Plus" w:hAnsi="Gentium Plus"/>
          <w:sz w:val="24"/>
        </w:rPr>
        <w:t>Ὅτι ὁ τῶν Μαρσῶν ἡγούμενος Πομπαίδιος ἐπεβάλετο μεγάλῃ καὶ παραβόλῳ πράξει. μυρίους γὰρ ἀναλαβὼν ἐκ τῶν τὰς εὐθύνας φοβουμένων, ἔχοντας ὑπὸ τοῖς ἱματίοις ξίφη, προῆγεν ἐπὶ τῆς</w:t>
      </w:r>
    </w:p>
    <w:p>
      <w:r>
        <w:rPr>
          <w:rFonts w:ascii="Courier New" w:hAnsi="Courier New"/>
          <w:color w:val="555555"/>
          <w:sz w:val="20"/>
        </w:rPr>
        <w:t>[5]</w:t>
      </w:r>
    </w:p>
    <w:p>
      <w:r>
        <w:rPr>
          <w:rFonts w:ascii="Gentium Plus" w:hAnsi="Gentium Plus"/>
          <w:sz w:val="24"/>
        </w:rPr>
        <w:t>Ῥώμης. διενοεῖτο δὲ περιστῆσαι τῇ συγκλήτῳ τὰ ὅπλα καὶ τὴν πολιτείαν αἰτεῖσθαι, ἢ μὴ πείσας</w:t>
      </w:r>
    </w:p>
    <w:p>
      <w:r>
        <w:rPr>
          <w:rFonts w:ascii="Courier New" w:hAnsi="Courier New"/>
          <w:color w:val="555555"/>
          <w:sz w:val="20"/>
        </w:rPr>
        <w:t>[10]</w:t>
      </w:r>
    </w:p>
    <w:p>
      <w:r>
        <w:rPr>
          <w:rFonts w:ascii="Gentium Plus" w:hAnsi="Gentium Plus"/>
          <w:sz w:val="24"/>
        </w:rPr>
        <w:t>πλήθους; εἶπεν, Εἰς Ῥώμην ἐπὶ τὴν πολιτείαν, κεκλημένος ὑπὸ τῶν δημάρχων. ὁ δὲ Δομίτιος ὑπολαβὼν ἔφησεν ἀκινδυνότερον αὐτὸν καὶ κάλλιον τεύξεσθαι τῆς πολιτείας, ἂν μὴ πολεμικῶς ἐπὶ τὴν σύγκλητον παραγένηται· ταύτην γὰρ βούλεσθαι τὴν</w:t>
      </w:r>
    </w:p>
    <w:p>
      <w:r>
        <w:rPr>
          <w:rFonts w:ascii="Courier New" w:hAnsi="Courier New"/>
          <w:color w:val="555555"/>
          <w:sz w:val="20"/>
        </w:rPr>
        <w:t>[15]</w:t>
      </w:r>
    </w:p>
    <w:p>
      <w:r>
        <w:rPr>
          <w:rFonts w:ascii="Gentium Plus" w:hAnsi="Gentium Plus"/>
          <w:sz w:val="24"/>
        </w:rPr>
        <w:t>χάριν δοῦναι τοῖς συμμάχοις μὴ βιασθεῖσαν ἀλλ’</w:t>
      </w:r>
    </w:p>
    <w:p>
      <w:r>
        <w:rPr>
          <w:rFonts w:ascii="Courier New" w:hAnsi="Courier New"/>
          <w:color w:val="555555"/>
          <w:sz w:val="20"/>
        </w:rPr>
        <w:t>[37 . 13 . 2]</w:t>
      </w:r>
    </w:p>
    <w:p>
      <w:r>
        <w:rPr>
          <w:rFonts w:ascii="Gentium Plus" w:hAnsi="Gentium Plus"/>
          <w:sz w:val="24"/>
        </w:rPr>
        <w:t>ὑπομνησθεῖσαν. ὁ δὲ ἱεράν τινα τὴν συμβουλὴν τἀνδρὸς θέμενος καὶ πεισθεὶς τοῖς λόγοις ἐπανῆλθεν ἐπὶ τὴν οἰκείαν. Δομίτιος μὲν οὖν φρονίμοις λόγοις ἐκ μεγάλων κινδύνων ἐξήρπασε τὴν πατρίδα, πολὺ</w:t>
      </w:r>
    </w:p>
    <w:p>
      <w:r>
        <w:rPr>
          <w:rFonts w:ascii="Courier New" w:hAnsi="Courier New"/>
          <w:color w:val="555555"/>
          <w:sz w:val="20"/>
        </w:rPr>
        <w:t>[5]</w:t>
      </w:r>
    </w:p>
    <w:p>
      <w:r>
        <w:rPr>
          <w:rFonts w:ascii="Gentium Plus" w:hAnsi="Gentium Plus"/>
          <w:sz w:val="24"/>
        </w:rPr>
        <w:t>κρείττονα τὴν ὁμιλίαν ποιησάμενος τῆς γενομένης Σερουιλίῳ τῷ στρατηγῷ πρὸς Πικεντίνους. ἐκεῖνος γὰρ οὐχ ὡς ἐλευθέροις καὶ συμμάχοις ὁμιλῶν, ἀλλ’ ὡς δούλοις ἐνυβρίζων καὶ φόβων μεγάλων ἀπειλαῖς παρώξυνεν τοὺς συμμάχους ἐπὶ τὴν καθ’ ἑαυτοῦ καὶ</w:t>
      </w:r>
    </w:p>
    <w:p>
      <w:r>
        <w:rPr>
          <w:rFonts w:ascii="Courier New" w:hAnsi="Courier New"/>
          <w:color w:val="555555"/>
          <w:sz w:val="20"/>
        </w:rPr>
        <w:t>[10]</w:t>
      </w:r>
    </w:p>
    <w:p>
      <w:r>
        <w:rPr>
          <w:rFonts w:ascii="Gentium Plus" w:hAnsi="Gentium Plus"/>
          <w:sz w:val="24"/>
        </w:rPr>
        <w:t>τῶν ἄλλων τιμωρίαν. οὗτος δὲ πεφρονηματισμέ‐ νων ἀποστατῶν ἀλόγους ὁρμὰς ἐπιεικέσι λόγοις εἰς εὔνοιαν προετρέψατο. (Const. Exc. 2(1), pp. 318—319.)</w:t>
      </w:r>
    </w:p>
    <w:p>
      <w:r>
        <w:rPr>
          <w:rFonts w:ascii="Courier New" w:hAnsi="Courier New"/>
          <w:color w:val="555555"/>
          <w:sz w:val="20"/>
        </w:rPr>
        <w:t>[37 . 14 . 1]</w:t>
      </w:r>
    </w:p>
    <w:p>
      <w:r>
        <w:rPr>
          <w:rFonts w:ascii="Gentium Plus" w:hAnsi="Gentium Plus"/>
          <w:sz w:val="24"/>
        </w:rPr>
        <w:t>Τῆς δὲ λείας τοῖς στρατιώταις μετέδωκαν, ὅπως τῆς ἐκ τῶν πολέμων ὠφελείας οἱ διακινδυνεύ‐ σαντες γευσάμενοι τοὺς ὑπὲρ τῆς ἐλευθερίας ἀγῶνας</w:t>
      </w:r>
    </w:p>
    <w:p>
      <w:r>
        <w:rPr>
          <w:rFonts w:ascii="Courier New" w:hAnsi="Courier New"/>
          <w:color w:val="555555"/>
          <w:sz w:val="20"/>
        </w:rPr>
        <w:t>[37 . 15 . 1]</w:t>
      </w:r>
    </w:p>
    <w:p>
      <w:r>
        <w:rPr>
          <w:rFonts w:ascii="Gentium Plus" w:hAnsi="Gentium Plus"/>
          <w:sz w:val="24"/>
        </w:rPr>
        <w:t>Ὅτι ὁ Μάριος ἤγαγε τὴν δύναμιν ἐπὶ τὸ Σαμνιτῶν πεδίον καὶ τοῖς πολεμίοις ἀντεστρατο‐ πέδευσε. Πομπαίδιος δὲ τὴν τῶν ὅλων ἡγεμονίαν παρειληφὼς παρὰ τοῖς Μαρσοῖς καὶ αὐτὸς προῆγε</w:t>
      </w:r>
    </w:p>
    <w:p>
      <w:r>
        <w:rPr>
          <w:rFonts w:ascii="Courier New" w:hAnsi="Courier New"/>
          <w:color w:val="555555"/>
          <w:sz w:val="20"/>
        </w:rPr>
        <w:t>[5]</w:t>
      </w:r>
    </w:p>
    <w:p>
      <w:r>
        <w:rPr>
          <w:rFonts w:ascii="Gentium Plus" w:hAnsi="Gentium Plus"/>
          <w:sz w:val="24"/>
        </w:rPr>
        <w:t>τὴν δύναμιν. καὶ πλησίον ἀλλήλων γενομένων τὸ σκυθρωπὸν τοῦ πολέμου εἰς εἰρηνικὴν μετέπεσε</w:t>
      </w:r>
    </w:p>
    <w:p>
      <w:r>
        <w:rPr>
          <w:rFonts w:ascii="Courier New" w:hAnsi="Courier New"/>
          <w:color w:val="555555"/>
          <w:sz w:val="20"/>
        </w:rPr>
        <w:t>[37 . 15 . 2]</w:t>
      </w:r>
    </w:p>
    <w:p>
      <w:r>
        <w:rPr>
          <w:rFonts w:ascii="Gentium Plus" w:hAnsi="Gentium Plus"/>
          <w:sz w:val="24"/>
        </w:rPr>
        <w:t>διάθεσιν. εἰς ἐπίγνωσιν γὰρ ὄψεως ἐλθόντες οἱ παρ’ ἀμφοτέροις στρατιῶται πολλοὺς μὲν ἰδιοξένους ἐπεγίνωσκον, οὐκ ὀλίγους δὲ συστρατιώτας ἀνενε‐ οῦντο, συχνοὺς δὲ οἰκείους καὶ συγγενεῖς κατενόουν,</w:t>
      </w:r>
    </w:p>
    <w:p>
      <w:r>
        <w:rPr>
          <w:rFonts w:ascii="Courier New" w:hAnsi="Courier New"/>
          <w:color w:val="555555"/>
          <w:sz w:val="20"/>
        </w:rPr>
        <w:t>[5]</w:t>
      </w:r>
    </w:p>
    <w:p>
      <w:r>
        <w:rPr>
          <w:rFonts w:ascii="Gentium Plus" w:hAnsi="Gentium Plus"/>
          <w:sz w:val="24"/>
        </w:rPr>
        <w:t>οὓς ὁ τῆς ἐπιγαμίας νόμος ἐπεποιήκει κοινωνῆσαι τῆς τοιαύτης φιλίας. διὸ καὶ τῆς συμπαθείας ἀν‐ αγκαζούσης προΐεσθαι φωνὴν φιλάνθρωπον, ἀλλή‐ λους ἐξ ὀνόματος προσηγόρευον καὶ παρεκάλουν ἀπέχεσθαι τῆς τῶν ἀναγκαίων μιαιφονίας, τὰς δὲ</w:t>
      </w:r>
    </w:p>
    <w:p>
      <w:r>
        <w:rPr>
          <w:rFonts w:ascii="Courier New" w:hAnsi="Courier New"/>
          <w:color w:val="555555"/>
          <w:sz w:val="20"/>
        </w:rPr>
        <w:t>[10]</w:t>
      </w:r>
    </w:p>
    <w:p>
      <w:r>
        <w:rPr>
          <w:rFonts w:ascii="Gentium Plus" w:hAnsi="Gentium Plus"/>
          <w:sz w:val="24"/>
        </w:rPr>
        <w:t>ἐν προβολῇ πολεμικῶς διακειμένας πανοπλίας ἀπο‐ τιθέμενοι τὰς δεξιὰς ἐξέτεινον ἀσπαζόμενοι καὶ</w:t>
      </w:r>
    </w:p>
    <w:p>
      <w:r>
        <w:rPr>
          <w:rFonts w:ascii="Courier New" w:hAnsi="Courier New"/>
          <w:color w:val="555555"/>
          <w:sz w:val="20"/>
        </w:rPr>
        <w:t>[37 . 15 . 3]</w:t>
      </w:r>
    </w:p>
    <w:p>
      <w:r>
        <w:rPr>
          <w:rFonts w:ascii="Gentium Plus" w:hAnsi="Gentium Plus"/>
          <w:sz w:val="24"/>
        </w:rPr>
        <w:t>φιλοφρονοῦντες ἀλλήλους. ἃ δὴ κατανοήσας ὁ Μάριος καὶ αὐτὸς προῆλθεν ἐκ τῆς παρατάξεως· ποιήσαντος δὲ καὶ τοῦ Πομπαιδίου τὸ παραπλήσιον διελέχθησαν ἀλλήλοις συγγενικῶς. πολλῶν δὲ λό‐</w:t>
      </w:r>
    </w:p>
    <w:p>
      <w:r>
        <w:rPr>
          <w:rFonts w:ascii="Courier New" w:hAnsi="Courier New"/>
          <w:color w:val="555555"/>
          <w:sz w:val="20"/>
        </w:rPr>
        <w:t>[5]</w:t>
      </w:r>
    </w:p>
    <w:p>
      <w:r>
        <w:rPr>
          <w:rFonts w:ascii="Gentium Plus" w:hAnsi="Gentium Plus"/>
          <w:sz w:val="24"/>
        </w:rPr>
        <w:t>γων γενομένων τοῖς ἡγεμόσι περὶ τῆς εἰρήνης καὶ τῆς ἐπιθυμουμένης πολιτείας, καὶ τῶν στρατευ‐ μάτων ἀμφοτέρων χαρᾶς καὶ καλῶν ἐλπίδων πλη‐ ρουμένων, ἡ πᾶσα σύνοδος ἐκ πολεμικῆς τάξεως εἰς πανηγυρικὴν διάθεσιν μετέπεσε, καὶ τῶν στρα‐</w:t>
      </w:r>
    </w:p>
    <w:p>
      <w:r>
        <w:rPr>
          <w:rFonts w:ascii="Courier New" w:hAnsi="Courier New"/>
          <w:color w:val="555555"/>
          <w:sz w:val="20"/>
        </w:rPr>
        <w:t>[10]</w:t>
      </w:r>
    </w:p>
    <w:p>
      <w:r>
        <w:rPr>
          <w:rFonts w:ascii="Gentium Plus" w:hAnsi="Gentium Plus"/>
          <w:sz w:val="24"/>
        </w:rPr>
        <w:t>τιωτῶν τοῖς οἰκείοις λόγοις ἐπὶ τὴν εἰρήνην προκα‐ λεσαμένων ἅπαντες ἀσμένως τῆς ἀλληλοφονίας ἀπελύθησαν. (Const. Exc. 4, p. 397.)</w:t>
      </w:r>
    </w:p>
    <w:p>
      <w:r>
        <w:rPr>
          <w:rFonts w:ascii="Courier New" w:hAnsi="Courier New"/>
          <w:color w:val="555555"/>
          <w:sz w:val="20"/>
        </w:rPr>
        <w:t>[37 . 16 . 1]</w:t>
      </w:r>
    </w:p>
    <w:p>
      <w:r>
        <w:rPr>
          <w:rFonts w:ascii="Gentium Plus" w:hAnsi="Gentium Plus"/>
          <w:sz w:val="24"/>
        </w:rPr>
        <w:t>Ὅτι ἦν τις ἐν Ἄσκλῳ παραδεδομένος ὑπὸ Ῥω‐ μαίων εἰς φυλακήν, ὄνομα μὲν Ἀγαμέμνων, Κίλιξ δὲ τὸ γένος, διὰ δέ τινα περιπέτειαν καὶ συμμάχων φόνους ἐζωγρημένος· ὃς ὑπὸ τῶν Πικεντίνων ἀπο‐</w:t>
      </w:r>
    </w:p>
    <w:p>
      <w:r>
        <w:rPr>
          <w:rFonts w:ascii="Courier New" w:hAnsi="Courier New"/>
          <w:color w:val="555555"/>
          <w:sz w:val="20"/>
        </w:rPr>
        <w:t>[5]</w:t>
      </w:r>
    </w:p>
    <w:p>
      <w:r>
        <w:rPr>
          <w:rFonts w:ascii="Gentium Plus" w:hAnsi="Gentium Plus"/>
          <w:sz w:val="24"/>
        </w:rPr>
        <w:t>λυθεὶς ἐκ τῆς φυλακῆς διὰ τὴν εὐεργεσίαν προθύμως ἐστρατεύετο. λῃστείας δὲ πολλὴν ἐμπειρίαν ἔχων τὴν πολεμίαν χώραν κατέτρεχε μετὰ στρατιωτῶν ὁμοίων ταῖς παρανομίαις. (Const. Exc. 2(1), p. 319.)</w:t>
      </w:r>
    </w:p>
    <w:p>
      <w:r>
        <w:rPr>
          <w:rFonts w:ascii="Courier New" w:hAnsi="Courier New"/>
          <w:color w:val="555555"/>
          <w:sz w:val="20"/>
        </w:rPr>
        <w:t>[37 . 17 . 1]</w:t>
      </w:r>
    </w:p>
    <w:p>
      <w:r>
        <w:rPr>
          <w:rFonts w:ascii="Gentium Plus" w:hAnsi="Gentium Plus"/>
          <w:sz w:val="24"/>
        </w:rPr>
        <w:t>Οὗτος γὰρ οὐ προγονικὴν δόξαν οὐδ’ ἀφορ‐ μὴν ἰδίαν ἔχων εἰς προκοπῆς μέγεθος παραδόξως ἦλθεν εἰς ὑπερβολὴν ἀξιώματός τε καὶ δόξης. Ἐπιστρέφειν δὲ εἴωθεν ἡ τύχη πρὸς τὸ δέον καὶ</w:t>
      </w:r>
    </w:p>
    <w:p>
      <w:r>
        <w:rPr>
          <w:rFonts w:ascii="Courier New" w:hAnsi="Courier New"/>
          <w:color w:val="555555"/>
          <w:sz w:val="20"/>
        </w:rPr>
        <w:t>[5]</w:t>
      </w:r>
    </w:p>
    <w:p>
      <w:r>
        <w:rPr>
          <w:rFonts w:ascii="Gentium Plus" w:hAnsi="Gentium Plus"/>
          <w:sz w:val="24"/>
        </w:rPr>
        <w:t>τοὺς καθ’ ἑτέρων ἄδικόν τι μηχανησαμένους τοῖς αὐτοῖς περιβάλλειν συμπτώμασι. ... κατὰ τὸ παρὸν ἴσως τυραννοῦσιν, ἀλλ’ ὕστερον ὑφέξουσι τὰς τῶν τυραννικῶν ἀνομημάτων εὐθύνας.</w:t>
      </w:r>
    </w:p>
    <w:p>
      <w:r>
        <w:rPr>
          <w:rFonts w:ascii="Courier New" w:hAnsi="Courier New"/>
          <w:color w:val="555555"/>
          <w:sz w:val="20"/>
        </w:rPr>
        <w:t>[37 . 18 . 1]</w:t>
      </w:r>
    </w:p>
    <w:p>
      <w:r>
        <w:rPr>
          <w:rFonts w:ascii="Gentium Plus" w:hAnsi="Gentium Plus"/>
          <w:sz w:val="24"/>
        </w:rPr>
        <w:t>Ὅτι Κρὴς ὁ ἐλθὼν πρὸς Ἰούλιον τὸν ὕπατον ἐπὶ προδοσίαν εἶπεν, Ἂν δι’ ἐμοῦ κρατήσῃς τῶν πολεμίων, τίνα δώσεις μισθὸν τῆς εὐεργεσίας; ὁ στρατηγὸς εἶπε, Ποιήσω σε πολίτην Ῥωμαῖον καὶ</w:t>
      </w:r>
    </w:p>
    <w:p>
      <w:r>
        <w:rPr>
          <w:rFonts w:ascii="Courier New" w:hAnsi="Courier New"/>
          <w:color w:val="555555"/>
          <w:sz w:val="20"/>
        </w:rPr>
        <w:t>[5]</w:t>
      </w:r>
    </w:p>
    <w:p>
      <w:r>
        <w:rPr>
          <w:rFonts w:ascii="Gentium Plus" w:hAnsi="Gentium Plus"/>
          <w:sz w:val="24"/>
        </w:rPr>
        <w:t>ἔσῃ παρ’ ἐμοὶ τίμιος. ὁ δὲ Κρὴς διαχυθεὶς ἐπὶ τῷ ῥηθέντι, Πολιτεία, φησί, παρὰ Κρησὶν εὐφημού‐ μενός ἐστι λῆρος. τοξεύομεν γὰρ ἡμεῖς ἐπὶ τὸ κέρδος, καὶ πᾶν βέλος ἡμῶν χάριν καὶ ἀργυρίου, νεμόμενοι πᾶσαν χώραν καὶ θάλατταν. διὸ κἀγὼ</w:t>
      </w:r>
    </w:p>
    <w:p>
      <w:r>
        <w:rPr>
          <w:rFonts w:ascii="Courier New" w:hAnsi="Courier New"/>
          <w:color w:val="555555"/>
          <w:sz w:val="20"/>
        </w:rPr>
        <w:t>[10]</w:t>
      </w:r>
    </w:p>
    <w:p>
      <w:r>
        <w:rPr>
          <w:rFonts w:ascii="Gentium Plus" w:hAnsi="Gentium Plus"/>
          <w:sz w:val="24"/>
        </w:rPr>
        <w:t>νῦν ἀργυρίου χάριν ἥκω· τὰ δὲ τῆς πολιτείας τίμια τοῖς περὶ ταύτης νῦν διαφερομένοις παραχώρει, οἵ‐ τινες αἵματος ἀγοράζουσι λῆρον περιμάχητον. πρὸς ὃν γελάσας ὁ ἄλλος εἶπε, Γενομένης ἡμῖν τῆς ἐπι‐ βολῆς χαρίσομαί σοι χιλίας δραχμάς.</w:t>
      </w:r>
    </w:p>
    <w:p>
      <w:r>
        <w:rPr>
          <w:rFonts w:ascii="Courier New" w:hAnsi="Courier New"/>
          <w:color w:val="555555"/>
          <w:sz w:val="20"/>
        </w:rPr>
        <w:t>[37 . 19 . 1]</w:t>
      </w:r>
    </w:p>
    <w:p>
      <w:r>
        <w:rPr>
          <w:rFonts w:ascii="Gentium Plus" w:hAnsi="Gentium Plus"/>
          <w:sz w:val="24"/>
        </w:rPr>
        <w:t>Ὅτι τοὺς δούλους διά τινος ἐπινοίας οἱ Αἰ‐ σερνῖται λιμῷ πιεζόμενοι ἐκ τῆς πόλεως ἐξήγαγον· πάντα γὰρ ἡ τῆς περιστάσεως ἰδιότης ἠνάγκαζε πράττειν καὶ τῇ τῶν ἄλλων ἀπωλείᾳ τὴν ἰδίαν περι‐</w:t>
      </w:r>
    </w:p>
    <w:p>
      <w:r>
        <w:rPr>
          <w:rFonts w:ascii="Courier New" w:hAnsi="Courier New"/>
          <w:color w:val="555555"/>
          <w:sz w:val="20"/>
        </w:rPr>
        <w:t>[5]</w:t>
      </w:r>
    </w:p>
    <w:p>
      <w:r>
        <w:rPr>
          <w:rFonts w:ascii="Gentium Plus" w:hAnsi="Gentium Plus"/>
          <w:sz w:val="24"/>
        </w:rPr>
        <w:t>ποιεῖσθαι σωτηρίαν. οἱ δὲ οἰκέται δεινῇ καὶ παρ‐ ηλλαγμένῃ συμφορᾷ περιπεσόντες, ἀναχωρήσαντες τὴν τῶν δεσποτῶν ὠμότητα τῇ τῶν πολεμίων ἐπιεικείᾳ διωρθώσαντο.</w:t>
      </w:r>
    </w:p>
    <w:p>
      <w:r>
        <w:rPr>
          <w:rFonts w:ascii="Courier New" w:hAnsi="Courier New"/>
          <w:color w:val="555555"/>
          <w:sz w:val="20"/>
        </w:rPr>
        <w:t>[37 . 19 . 2]</w:t>
      </w:r>
    </w:p>
    <w:p>
      <w:r>
        <w:rPr>
          <w:rFonts w:ascii="Gentium Plus" w:hAnsi="Gentium Plus"/>
          <w:sz w:val="24"/>
        </w:rPr>
        <w:t>Ὅτι τοὺς κύνας καὶ τἄλλα ζῷα οἱ Αἰσερνῖται ἐστιτοῦντο· πάντα γὰρ ἡ τῆς φύσεως ἀνάγκη παρὰ τὸ καθῆκον ποιεῖν ἠνάγκαζε, βιαζομένη τὴν ἀπε‐ γνωσμένην καὶ ἀσυνήθη τροφὴν προσφέρεσθαι.</w:t>
      </w:r>
    </w:p>
    <w:p>
      <w:r>
        <w:rPr>
          <w:rFonts w:ascii="Courier New" w:hAnsi="Courier New"/>
          <w:color w:val="555555"/>
          <w:sz w:val="20"/>
        </w:rPr>
        <w:t>[37 . 19 . 3]</w:t>
      </w:r>
    </w:p>
    <w:p>
      <w:r>
        <w:rPr>
          <w:rFonts w:ascii="Gentium Plus" w:hAnsi="Gentium Plus"/>
          <w:sz w:val="24"/>
        </w:rPr>
        <w:t>Ὅτι αἱ ἀνθρώπιναι ψυχαὶ μετέχουσι θείας τινὸς φύσεως ἐνίοτε προκαταμαντευόμεναι τὰ μέλλοντα, καὶ κατά τινας φυσικὰς εἰδωλοποιίας προορῶνται</w:t>
      </w:r>
    </w:p>
    <w:p>
      <w:r>
        <w:rPr>
          <w:rFonts w:ascii="Courier New" w:hAnsi="Courier New"/>
          <w:color w:val="555555"/>
          <w:sz w:val="20"/>
        </w:rPr>
        <w:t>[5]</w:t>
      </w:r>
    </w:p>
    <w:p>
      <w:r>
        <w:rPr>
          <w:rFonts w:ascii="Gentium Plus" w:hAnsi="Gentium Plus"/>
          <w:sz w:val="24"/>
        </w:rPr>
        <w:t>συνέβη γενέσθαι· προκατωδύροντο γὰρ τὴν ἐσομέ‐ νην συμφοράν.</w:t>
      </w:r>
    </w:p>
    <w:p>
      <w:r>
        <w:rPr>
          <w:rFonts w:ascii="Courier New" w:hAnsi="Courier New"/>
          <w:color w:val="555555"/>
          <w:sz w:val="20"/>
        </w:rPr>
        <w:t>[37 . 19 . 4]</w:t>
      </w:r>
    </w:p>
    <w:p>
      <w:r>
        <w:rPr>
          <w:rFonts w:ascii="Gentium Plus" w:hAnsi="Gentium Plus"/>
          <w:sz w:val="24"/>
        </w:rPr>
        <w:t>Ὅτι τῶν Ἰταλιωτῶν τὰ τέκνα τῶν Πιννητῶν ἅπαντα πρὸ τῶν τειχῶν τῆς πόλεως ἀγαγόντων καὶ ἀπειλούντων ταῦτα κατασφάττειν, ἐὰν μὴ ἀποστῶ‐ σιν ἀπὸ Ῥώμης, οἱ Πιννῆται ἐγκαρτεροῦντες τοῖς</w:t>
      </w:r>
    </w:p>
    <w:p>
      <w:r>
        <w:rPr>
          <w:rFonts w:ascii="Courier New" w:hAnsi="Courier New"/>
          <w:color w:val="555555"/>
          <w:sz w:val="20"/>
        </w:rPr>
        <w:t>[5]</w:t>
      </w:r>
    </w:p>
    <w:p>
      <w:r>
        <w:rPr>
          <w:rFonts w:ascii="Gentium Plus" w:hAnsi="Gentium Plus"/>
          <w:sz w:val="24"/>
        </w:rPr>
        <w:t>δεινοῖς ἔδωκαν ἀπόκρισιν ὅτι τέκνων στερηθέντες ἕτερα ῥᾳδίως ποιήσουσιν, ἐὰν τηρήσωσι τὴν πρὸς Ῥωμαίους συμμαχίαν.</w:t>
      </w:r>
    </w:p>
    <w:p>
      <w:r>
        <w:rPr>
          <w:rFonts w:ascii="Courier New" w:hAnsi="Courier New"/>
          <w:color w:val="555555"/>
          <w:sz w:val="20"/>
        </w:rPr>
        <w:t>[37 . 19 . 5]</w:t>
      </w:r>
    </w:p>
    <w:p>
      <w:r>
        <w:rPr>
          <w:rFonts w:ascii="Gentium Plus" w:hAnsi="Gentium Plus"/>
          <w:sz w:val="24"/>
        </w:rPr>
        <w:t>Ὅτι οἱ αὐτοὶ Ἰταλιῶται ἀπογνόντες τὴν ἐκ τῆς πειθοῦς σύλλυσιν ἐπετελέσαντο πρᾶξιν ὠμότητι διαφέρουσαν· προσαγαγόντες γὰρ ἐγγὺς τοῦ τείχους τοὺς παῖδας προσέταττον τοῖς μέλλουσιν ἀναιρεῖ‐</w:t>
      </w:r>
    </w:p>
    <w:p>
      <w:r>
        <w:rPr>
          <w:rFonts w:ascii="Courier New" w:hAnsi="Courier New"/>
          <w:color w:val="555555"/>
          <w:sz w:val="20"/>
        </w:rPr>
        <w:t>[5]</w:t>
      </w:r>
    </w:p>
    <w:p>
      <w:r>
        <w:rPr>
          <w:rFonts w:ascii="Gentium Plus" w:hAnsi="Gentium Plus"/>
          <w:sz w:val="24"/>
        </w:rPr>
        <w:t>σθαι δεῖσθαι τῶν πατέρων ἐλεῆσαι τοὺς ἐξ αὑτῶν γεγονότας καὶ τὰς χεῖρας εἰς τὸν οὐρανὸν ἀνατεί‐ νοντας ἐπικαλεῖσθαι τὸν πάντων ἐφορῶντα τὸν βίον τῶν ἀνθρώπων ἥλιον σῶσαι ψυχὰς νηπίων παίδων. (Const. Exc. 4, pp. 398—399.)</w:t>
      </w:r>
    </w:p>
    <w:p>
      <w:r>
        <w:rPr>
          <w:rFonts w:ascii="Courier New" w:hAnsi="Courier New"/>
          <w:color w:val="555555"/>
          <w:sz w:val="20"/>
        </w:rPr>
        <w:t>[37 . 20 . 1]</w:t>
      </w:r>
    </w:p>
    <w:p>
      <w:r>
        <w:rPr>
          <w:rFonts w:ascii="Gentium Plus" w:hAnsi="Gentium Plus"/>
          <w:sz w:val="24"/>
        </w:rPr>
        <w:t>Ὅτι οἱ Πιννῆται δειναῖς συνείχοντο συμφο‐ ραῖς. ἀμετάπειστον δ’ ἔχοντες τὴν πρὸς Ῥωμαίους συμμαχίαν ἠναγκάζοντο κατεξανίστασθαι τῶν περὶ ψυχὴν παθῶν καὶ περιορᾶν τὰ τέκνα στερισκόμενα</w:t>
      </w:r>
    </w:p>
    <w:p>
      <w:r>
        <w:rPr>
          <w:rFonts w:ascii="Courier New" w:hAnsi="Courier New"/>
          <w:color w:val="555555"/>
          <w:sz w:val="20"/>
        </w:rPr>
        <w:t>[5]</w:t>
      </w:r>
    </w:p>
    <w:p>
      <w:r>
        <w:rPr>
          <w:rFonts w:ascii="Gentium Plus" w:hAnsi="Gentium Plus"/>
          <w:sz w:val="24"/>
        </w:rPr>
        <w:t>τοῦ ζῆν ἐν ὀφθαλμοῖς τῶν γεγεννηκότων. (Const. Exc. 2(1), p. 319.)</w:t>
      </w:r>
    </w:p>
    <w:p>
      <w:r>
        <w:rPr>
          <w:rFonts w:ascii="Courier New" w:hAnsi="Courier New"/>
          <w:color w:val="555555"/>
          <w:sz w:val="20"/>
        </w:rPr>
        <w:t>[37 . 21 . 1]</w:t>
      </w:r>
    </w:p>
    <w:p>
      <w:r>
        <w:rPr>
          <w:rFonts w:ascii="Gentium Plus" w:hAnsi="Gentium Plus"/>
          <w:sz w:val="24"/>
        </w:rPr>
        <w:t>Τοιαῦτα γὰρ ἦν αὐτοῖς τὰ τῆς ψυχῆς παρα‐ στήματα κατὰ τοὺς ἀγῶνας ὥστε μηδεμίαν ὑπερ‐ βολὴν ἄλλοις ὑπολείπεσθαι κατὰ τὰς τῶν δεινῶν ὑπομονάς. πολλαπλασίων δὲ ὄντων τῶν πολιορ‐</w:t>
      </w:r>
    </w:p>
    <w:p>
      <w:r>
        <w:rPr>
          <w:rFonts w:ascii="Courier New" w:hAnsi="Courier New"/>
          <w:color w:val="555555"/>
          <w:sz w:val="20"/>
        </w:rPr>
        <w:t>[5]</w:t>
      </w:r>
    </w:p>
    <w:p>
      <w:r>
        <w:rPr>
          <w:rFonts w:ascii="Gentium Plus" w:hAnsi="Gentium Plus"/>
          <w:sz w:val="24"/>
        </w:rPr>
        <w:t>κούντων, τὸ τοῦ πλήθους ἐλλιπὲς τῇ τῆς ἀρετῆς</w:t>
      </w:r>
    </w:p>
    <w:p>
      <w:r>
        <w:rPr>
          <w:rFonts w:ascii="Courier New" w:hAnsi="Courier New"/>
          <w:color w:val="555555"/>
          <w:sz w:val="20"/>
        </w:rPr>
        <w:t>[37 . 22 . 1]</w:t>
      </w:r>
    </w:p>
    <w:p>
      <w:r>
        <w:rPr>
          <w:rFonts w:ascii="Gentium Plus" w:hAnsi="Gentium Plus"/>
          <w:sz w:val="24"/>
        </w:rPr>
        <w:t>Ὅτι οἱ μὲν Ἰταλιῶται πολλάκις ὑπὲρ τῆς τῶν Ῥωμαίων ἡγεμονίας ἠγωνισμένοι λαμπρῶς, τότε περὶ τῆς ἰδίας κινδυνεύοντες ὑπερέβαλλον ταῖς ἀνδραγαθίαις τὰς προγεγενημένας νίκας, οἱ δὲ Ῥω‐</w:t>
      </w:r>
    </w:p>
    <w:p>
      <w:r>
        <w:rPr>
          <w:rFonts w:ascii="Courier New" w:hAnsi="Courier New"/>
          <w:color w:val="555555"/>
          <w:sz w:val="20"/>
        </w:rPr>
        <w:t>[5]</w:t>
      </w:r>
    </w:p>
    <w:p>
      <w:r>
        <w:rPr>
          <w:rFonts w:ascii="Gentium Plus" w:hAnsi="Gentium Plus"/>
          <w:sz w:val="24"/>
        </w:rPr>
        <w:t>μαῖοι πρὸς τοὺς πρότερον ὑποτεταγμένους αὐτοῖς ἀγωνιζόμενοι δεινὸν ἡγοῦντο φανῆναι τῶν ἡττόνων ἥττους.</w:t>
      </w:r>
    </w:p>
    <w:p>
      <w:r>
        <w:rPr>
          <w:rFonts w:ascii="Courier New" w:hAnsi="Courier New"/>
          <w:color w:val="555555"/>
          <w:sz w:val="20"/>
        </w:rPr>
        <w:t>[37 . 23 . 1]</w:t>
      </w:r>
    </w:p>
    <w:p>
      <w:r>
        <w:rPr>
          <w:rFonts w:ascii="Gentium Plus" w:hAnsi="Gentium Plus"/>
          <w:sz w:val="24"/>
        </w:rPr>
        <w:t>Ὅτι ὁ δὲ Λαμπώνιος ὥρμησεν ἐπὶ τὸν Κράσ‐ σον, ὑπολαμβάνων προσήκειν μὴ τοὺς πολλοὺς ὑπὲρ τῶν ἡγεμόνων, ἀλλὰ τοὺς ἡγεμόνας ὑπὲρ τοῦ πλή‐ θους διαγωνίζεσθαι.</w:t>
      </w:r>
    </w:p>
    <w:p>
      <w:r>
        <w:rPr>
          <w:rFonts w:ascii="Courier New" w:hAnsi="Courier New"/>
          <w:color w:val="555555"/>
          <w:sz w:val="20"/>
        </w:rPr>
        <w:t>[37 . 24 . 1]</w:t>
      </w:r>
    </w:p>
    <w:p>
      <w:r>
        <w:rPr>
          <w:rFonts w:ascii="Gentium Plus" w:hAnsi="Gentium Plus"/>
          <w:sz w:val="24"/>
        </w:rPr>
        <w:t>Ὅτι οἱ Ῥωμαῖοι καὶ οἱ Ἰταλιῶται περὶ τῆς τῶν καρπῶν συγκομιδῆς διηγωνίζοντο. ἐπιθέσεων δὲ γενομένων καὶ συμπλοκῶν ἀλληλοκτονοῦντες οὐ διέλιπον. μετὰ χεῖρας ἔχοντες τὸν θεριζόμενον στά‐</w:t>
      </w:r>
    </w:p>
    <w:p>
      <w:r>
        <w:rPr>
          <w:rFonts w:ascii="Courier New" w:hAnsi="Courier New"/>
          <w:color w:val="555555"/>
          <w:sz w:val="20"/>
        </w:rPr>
        <w:t>[5]</w:t>
      </w:r>
    </w:p>
    <w:p>
      <w:r>
        <w:rPr>
          <w:rFonts w:ascii="Gentium Plus" w:hAnsi="Gentium Plus"/>
          <w:sz w:val="24"/>
        </w:rPr>
        <w:t>χυν διεκρίνοντο πρὸς ἀλλήλους αἵματι περὶ τῆς ἀναγκαίας τροφῆς. οὐδεὶς δὲ ἀνέμενε παράκλησιν ἡγεμόνος, ἀλλ’ ἡ φύσις αὐτὴ προετρέπετο πρὸς τὴν ἀλκήν, προβάλλουσα τὴν τῆς ἐνδείας ἀνάγκην. ὑπέμενεν ἕκαστος εὐψύχως τὴν διὰ σιδήρου γινο‐</w:t>
      </w:r>
    </w:p>
    <w:p>
      <w:r>
        <w:rPr>
          <w:rFonts w:ascii="Courier New" w:hAnsi="Courier New"/>
          <w:color w:val="555555"/>
          <w:sz w:val="20"/>
        </w:rPr>
        <w:t>[10]</w:t>
      </w:r>
    </w:p>
    <w:p>
      <w:r>
        <w:rPr>
          <w:rFonts w:ascii="Gentium Plus" w:hAnsi="Gentium Plus"/>
          <w:sz w:val="24"/>
        </w:rPr>
        <w:t>μένην τοῦ βίου καταστροφήν, δεδιὼς τὸν ἐκ τῆς ἐνδείας θάνατον. (Const. Exc. 4, pp. 399—400.)</w:t>
      </w:r>
    </w:p>
    <w:p>
      <w:r>
        <w:rPr>
          <w:rFonts w:ascii="Courier New" w:hAnsi="Courier New"/>
          <w:color w:val="555555"/>
          <w:sz w:val="20"/>
        </w:rPr>
        <w:t>[37 . 25 . 1]</w:t>
      </w:r>
    </w:p>
    <w:p>
      <w:r>
        <w:rPr>
          <w:rFonts w:ascii="Gentium Plus" w:hAnsi="Gentium Plus"/>
          <w:sz w:val="24"/>
        </w:rPr>
        <w:t>Ὅτι ὁ Σύλλας τὰς πράξεις καλῶς ἐχείριζε καὶ ἐνεργῶς, καὶ δόξης καὶ καλῆς φήμης ἐν Ῥώμῃ κατηξιοῦτο, καὶ τὸ πλῆθος ἐδοκίμασεν αὐτὸν ἄξιον ὑπάρχειν ὕπατον αἱρεῖσθαι, καὶ περιβόητος ἦν ἐπ’</w:t>
      </w:r>
    </w:p>
    <w:p>
      <w:r>
        <w:rPr>
          <w:rFonts w:ascii="Courier New" w:hAnsi="Courier New"/>
          <w:color w:val="555555"/>
          <w:sz w:val="20"/>
        </w:rPr>
        <w:t>[5]</w:t>
      </w:r>
    </w:p>
    <w:p>
      <w:r>
        <w:rPr>
          <w:rFonts w:ascii="Gentium Plus" w:hAnsi="Gentium Plus"/>
          <w:sz w:val="24"/>
        </w:rPr>
        <w:t>ἀνδρείᾳ τε καὶ στρατηγικῇ συνέσει, καὶ καθόλου φανερὸς ὑπῆρχεν εἰς μεῖζον πρόσχημα δόξης προ‐</w:t>
      </w:r>
    </w:p>
    <w:p>
      <w:r>
        <w:rPr>
          <w:rFonts w:ascii="Courier New" w:hAnsi="Courier New"/>
          <w:color w:val="555555"/>
          <w:sz w:val="20"/>
        </w:rPr>
        <w:t>[37 . 26 . 1]</w:t>
      </w:r>
    </w:p>
    <w:p>
      <w:r>
        <w:rPr>
          <w:rFonts w:ascii="Gentium Plus" w:hAnsi="Gentium Plus"/>
          <w:sz w:val="24"/>
        </w:rPr>
        <w:t>Ὅτι ὁ Μιθριδάτης τῆς τῶν Ῥωμαίων ἡγε‐ μονίας κατὰ τὴν Ἀσίαν νικήσας καὶ πολλοὺς ζωγρήσας, ἅπαντας τιμήσας καὶ ἐσθῆσι καὶ ἐφο‐ δίοις ἀπέλυσεν εἰς τὰς πατρίδας. διαβοηθείσης δὲ</w:t>
      </w:r>
    </w:p>
    <w:p>
      <w:r>
        <w:rPr>
          <w:rFonts w:ascii="Courier New" w:hAnsi="Courier New"/>
          <w:color w:val="555555"/>
          <w:sz w:val="20"/>
        </w:rPr>
        <w:t>[5]</w:t>
      </w:r>
    </w:p>
    <w:p>
      <w:r>
        <w:rPr>
          <w:rFonts w:ascii="Gentium Plus" w:hAnsi="Gentium Plus"/>
          <w:sz w:val="24"/>
        </w:rPr>
        <w:t>τῆς τοῦ Μιθριδάτου φιλανθρωπίας, ἐνέπεσεν εἰς τὰς πόλεις ὁρμὴ προστίθεσθαι τῷ βασιλεῖ, παρῆν δὲ ὁρᾶν ἀπὸ πασῶν τῶν πόλεων πρεσβευτὰς μετὰ ψηφισμάτων καλούντων αὐτὸν εἰς τὰς ἰδίας πατρί‐ δας καὶ θεὸν καὶ σωτῆρα προσαγορευόντων. ἀκο‐</w:t>
      </w:r>
    </w:p>
    <w:p>
      <w:r>
        <w:rPr>
          <w:rFonts w:ascii="Courier New" w:hAnsi="Courier New"/>
          <w:color w:val="555555"/>
          <w:sz w:val="20"/>
        </w:rPr>
        <w:t>[10]</w:t>
      </w:r>
    </w:p>
    <w:p>
      <w:r>
        <w:rPr>
          <w:rFonts w:ascii="Gentium Plus" w:hAnsi="Gentium Plus"/>
          <w:sz w:val="24"/>
        </w:rPr>
        <w:t>λούθως δὲ τούτοις καὶ κατὰ τὴν παρουσίαν τοῦ βασιλέως ἀπήντων αἱ πόλεις ἐκχεόμεναι πανδημεὶ μετ’ ἐσθῆτος λαμπρᾶς καὶ πολλῆς χαρᾶς.</w:t>
      </w:r>
    </w:p>
    <w:p>
      <w:r>
        <w:rPr>
          <w:rFonts w:ascii="Courier New" w:hAnsi="Courier New"/>
          <w:color w:val="555555"/>
          <w:sz w:val="20"/>
        </w:rPr>
        <w:t>[37 . 27 . 1]</w:t>
      </w:r>
    </w:p>
    <w:p>
      <w:r>
        <w:rPr>
          <w:rFonts w:ascii="Gentium Plus" w:hAnsi="Gentium Plus"/>
          <w:sz w:val="24"/>
        </w:rPr>
        <w:t>Ὅτι κατὰ τὴν Ἀσίαν ἐπικρατοῦντος Μιθρι‐ δάτου καὶ τῶν πόλεων ἀφισταμένων ἀκατασχέτως ἀπὸ Ῥωμαίων, οἱ ἐν τῇ Λέσβῳ διέγνωσαν οὐ μό‐ νον ἑαυτοὺς ἐγχειρίσαι τῷ βασιλεῖ, ἀλλὰ καὶ τὸν</w:t>
      </w:r>
    </w:p>
    <w:p>
      <w:r>
        <w:rPr>
          <w:rFonts w:ascii="Courier New" w:hAnsi="Courier New"/>
          <w:color w:val="555555"/>
          <w:sz w:val="20"/>
        </w:rPr>
        <w:t>[5]</w:t>
      </w:r>
    </w:p>
    <w:p>
      <w:r>
        <w:rPr>
          <w:rFonts w:ascii="Gentium Plus" w:hAnsi="Gentium Plus"/>
          <w:sz w:val="24"/>
        </w:rPr>
        <w:t>Ἀκίλλιον εἰς Μιτυλήνην συμπεφευγότα καὶ νοσο‐ κομούμενον παραδοῦναι τῷ Μιθριδάτῃ. ἐπιλέξαντες οὖν τῶν νέων τοὺς ἀλκῇ διαφέροντας ἔπεμψαν ἐπὶ τὸ κατάλυμα. οἱ δὲ ἀθρόοι προσπεσόντες τούτῳ καὶ τὸν Ἀκίλλιον ἁρπάσαντες ἔδησαν, ὡς καλ‐</w:t>
      </w:r>
    </w:p>
    <w:p>
      <w:r>
        <w:rPr>
          <w:rFonts w:ascii="Courier New" w:hAnsi="Courier New"/>
          <w:color w:val="555555"/>
          <w:sz w:val="20"/>
        </w:rPr>
        <w:t>[10]</w:t>
      </w:r>
    </w:p>
    <w:p>
      <w:r>
        <w:rPr>
          <w:rFonts w:ascii="Gentium Plus" w:hAnsi="Gentium Plus"/>
          <w:sz w:val="24"/>
        </w:rPr>
        <w:t>λίστην τῷ βασιλεῖ καὶ κεχαρισμένην δωρεὰν ἐκ‐ πέμψοντες.</w:t>
      </w:r>
    </w:p>
    <w:p>
      <w:r>
        <w:rPr>
          <w:rFonts w:ascii="Courier New" w:hAnsi="Courier New"/>
          <w:color w:val="555555"/>
          <w:sz w:val="20"/>
        </w:rPr>
        <w:t>[37 . 27 . 2]</w:t>
      </w:r>
    </w:p>
    <w:p>
      <w:r>
        <w:rPr>
          <w:rFonts w:ascii="Gentium Plus" w:hAnsi="Gentium Plus"/>
          <w:sz w:val="24"/>
        </w:rPr>
        <w:t>Ὁ δέ, καίπερ νέος ὢν παντελῶς τὴν ἡλικίαν,</w:t>
      </w:r>
    </w:p>
    <w:p>
      <w:r>
        <w:rPr>
          <w:rFonts w:ascii="Courier New" w:hAnsi="Courier New"/>
          <w:color w:val="555555"/>
          <w:sz w:val="20"/>
        </w:rPr>
        <w:t>[5]</w:t>
      </w:r>
    </w:p>
    <w:p>
      <w:r>
        <w:rPr>
          <w:rFonts w:ascii="Gentium Plus" w:hAnsi="Gentium Plus"/>
          <w:sz w:val="24"/>
        </w:rPr>
        <w:t>τον. σφάζων γὰρ ἑαυτὸν καὶ τῇ δεινότητι τῆς πράξεως καταπληξάμενος τοὺς ἐπ’ αὐτὸν ὁρμῶντας ἐποίησε μὴ τολμῆσαι πλησίον αὐτοῦ προελθεῖν· μετὰ πάσης δὲ ἀδείας ἑαυτὸν ἀπαλλάξας τοῦ ζῆν καὶ τῶν ἐπιφερομένων κακῶν περιβόητον ἔσχε τὴν</w:t>
      </w:r>
    </w:p>
    <w:p>
      <w:r>
        <w:rPr>
          <w:rFonts w:ascii="Courier New" w:hAnsi="Courier New"/>
          <w:color w:val="555555"/>
          <w:sz w:val="20"/>
        </w:rPr>
        <w:t>[10]</w:t>
      </w:r>
    </w:p>
    <w:p>
      <w:r>
        <w:rPr>
          <w:rFonts w:ascii="Gentium Plus" w:hAnsi="Gentium Plus"/>
          <w:sz w:val="24"/>
        </w:rPr>
        <w:t>ἐπ’ εὐψυχίᾳ δόξαν.</w:t>
      </w:r>
    </w:p>
    <w:p>
      <w:r>
        <w:rPr>
          <w:rFonts w:ascii="Courier New" w:hAnsi="Courier New"/>
          <w:color w:val="555555"/>
          <w:sz w:val="20"/>
        </w:rPr>
        <w:t>[37 . 28 . 1]</w:t>
      </w:r>
    </w:p>
    <w:p>
      <w:r>
        <w:rPr>
          <w:rFonts w:ascii="Gentium Plus" w:hAnsi="Gentium Plus"/>
          <w:sz w:val="24"/>
        </w:rPr>
        <w:t>Ὅτι καθόλου κατὰ τὴν ναυμαχίαν παρὰ τοῖς Ῥοδίοις πλὴν τοῦ πλήθους τὰ λοιπὰ πάντα μεγά‐ λας εἶχεν ὑπεροχάς, τέχνη κυβερνητῶν, τάξις τῶν νηῶν, ἐρετῶν ἐμπειρία, δυνάμεις ἡγεμόνων, ἐπι‐</w:t>
      </w:r>
    </w:p>
    <w:p>
      <w:r>
        <w:rPr>
          <w:rFonts w:ascii="Courier New" w:hAnsi="Courier New"/>
          <w:color w:val="555555"/>
          <w:sz w:val="20"/>
        </w:rPr>
        <w:t>[5]</w:t>
      </w:r>
    </w:p>
    <w:p>
      <w:r>
        <w:rPr>
          <w:rFonts w:ascii="Gentium Plus" w:hAnsi="Gentium Plus"/>
          <w:sz w:val="24"/>
        </w:rPr>
        <w:t>βατῶν ἀρεταί· παρὰ δὲ τοῖς Καππάδοξιν ὑπῆρχον ἀπειρίαι καὶ ἀγυμνασίαι καὶ ἡ πάντων τῶν κακῶν παραιτία ἀταξία. προθυμίᾳ μὲν γὰρ οὐκ ἐλείποντο τῶν Ῥοδίων, ὡς ἂν ἔχοντες ἐπίσκοπον καὶ θεατὴν τῶν κινδύνων τὸν βασιλέα καὶ τούτῳ σπεύδοντες</w:t>
      </w:r>
    </w:p>
    <w:p>
      <w:r>
        <w:rPr>
          <w:rFonts w:ascii="Courier New" w:hAnsi="Courier New"/>
          <w:color w:val="555555"/>
          <w:sz w:val="20"/>
        </w:rPr>
        <w:t>[10]</w:t>
      </w:r>
    </w:p>
    <w:p>
      <w:r>
        <w:rPr>
          <w:rFonts w:ascii="Gentium Plus" w:hAnsi="Gentium Plus"/>
          <w:sz w:val="24"/>
        </w:rPr>
        <w:t>ἐνδείκνυσθαι τὴν πρὸς αὐτὸν εὔνοιαν· μόνῳ δὲ ὑπερέχοντες τῷ πλήθει τῶν σκαφῶν περιεχέοντο τὰς πολεμίας ναῦς καὶ κυκλοῦντες εἰς μέσον αὐτὰς ἀπελάμβανον. (Const. Exc. 2(1), pp. 319—321.)</w:t>
      </w:r>
    </w:p>
    <w:p>
      <w:r>
        <w:rPr>
          <w:rFonts w:ascii="Courier New" w:hAnsi="Courier New"/>
          <w:color w:val="555555"/>
          <w:sz w:val="20"/>
        </w:rPr>
        <w:t>[37 . 29 . 1]</w:t>
      </w:r>
    </w:p>
    <w:p>
      <w:r>
        <w:rPr>
          <w:rFonts w:ascii="Gentium Plus" w:hAnsi="Gentium Plus"/>
          <w:sz w:val="24"/>
        </w:rPr>
        <w:t>Ὅτι ὁ Μάριος εἰς τὸν κάμπον καθ’ ἡμέραν βαδίζων ἐγυμνάζετο πρὸς τὰς ἐν τῷ πολέμῳ χρείας· ἔσπευδε γὰρ τὴν τοῦ γήρως ἀσθένειαν καὶ βραδυ‐ τῆτα τῇ καθ’ ἡμέραν ἀθλήσει καὶ φιλοπονίᾳ πρὸς</w:t>
      </w:r>
    </w:p>
    <w:p>
      <w:r>
        <w:rPr>
          <w:rFonts w:ascii="Courier New" w:hAnsi="Courier New"/>
          <w:color w:val="555555"/>
          <w:sz w:val="20"/>
        </w:rPr>
        <w:t>[5]</w:t>
      </w:r>
    </w:p>
    <w:p>
      <w:r>
        <w:rPr>
          <w:rFonts w:ascii="Gentium Plus" w:hAnsi="Gentium Plus"/>
          <w:sz w:val="24"/>
        </w:rPr>
        <w:t>τοὐναντίον διορθώσασθαι. (Const. Exc. 4, p. 400.)</w:t>
      </w:r>
    </w:p>
    <w:p>
      <w:r>
        <w:rPr>
          <w:rFonts w:ascii="Courier New" w:hAnsi="Courier New"/>
          <w:color w:val="555555"/>
          <w:sz w:val="20"/>
        </w:rPr>
        <w:t>[37 . 29 . 2]</w:t>
      </w:r>
    </w:p>
    <w:p>
      <w:r>
        <w:rPr>
          <w:rFonts w:ascii="Gentium Plus" w:hAnsi="Gentium Plus"/>
          <w:sz w:val="24"/>
        </w:rPr>
        <w:t>Ὅτι Γάιος Μάριος τῶν ἀνθρώπων ἐπιφανέστατος γεγονὼς ἐπὶ μὲν τῆς νεότητος ἐζήλωσεν ἀφιλαρ‐</w:t>
      </w:r>
    </w:p>
    <w:p>
      <w:r>
        <w:rPr>
          <w:rFonts w:ascii="Courier New" w:hAnsi="Courier New"/>
          <w:color w:val="555555"/>
          <w:sz w:val="20"/>
        </w:rPr>
        <w:t>[5]</w:t>
      </w:r>
    </w:p>
    <w:p>
      <w:r>
        <w:rPr>
          <w:rFonts w:ascii="Gentium Plus" w:hAnsi="Gentium Plus"/>
          <w:sz w:val="24"/>
        </w:rPr>
        <w:t>γασάμενος περιεποιήσατο τὴν περιβόητον ἐπιφά‐ νειάν τε καὶ δόξαν. ἐπὶ δὲ τοῦ ἐσχάτου γήρως ἐπιθυμήσας τὸν Μιθριδάτου τοῦ βασιλέως πλοῦτον καὶ τὴν ἐν ταῖς κατὰ τὴν Ἀσίαν πόλεσιν εὐπορίαν εἰς τὸν ἴδιον μετενεγκεῖν βίον τοῖς ὅλοις ἔπταισε·</w:t>
      </w:r>
    </w:p>
    <w:p>
      <w:r>
        <w:rPr>
          <w:rFonts w:ascii="Courier New" w:hAnsi="Courier New"/>
          <w:color w:val="555555"/>
          <w:sz w:val="20"/>
        </w:rPr>
        <w:t>[10]</w:t>
      </w:r>
    </w:p>
    <w:p>
      <w:r>
        <w:rPr>
          <w:rFonts w:ascii="Gentium Plus" w:hAnsi="Gentium Plus"/>
          <w:sz w:val="24"/>
        </w:rPr>
        <w:t>τήν τε γὰρ αὐτῷ προϋπάρχουσαν εὐδαιμονίαν κατ‐ ῄσχυνε καὶ τοῦ Σύλλα Κορνηλίου τὴν δεδομένην ἐπαρχίαν παραιρούμενος παρανόμως τῇ προσηκούσῃ</w:t>
      </w:r>
    </w:p>
    <w:p>
      <w:r>
        <w:rPr>
          <w:rFonts w:ascii="Courier New" w:hAnsi="Courier New"/>
          <w:color w:val="555555"/>
          <w:sz w:val="20"/>
        </w:rPr>
        <w:t>[37 . 29 . 3]</w:t>
      </w:r>
    </w:p>
    <w:p>
      <w:r>
        <w:rPr>
          <w:rFonts w:ascii="Gentium Plus" w:hAnsi="Gentium Plus"/>
          <w:sz w:val="24"/>
        </w:rPr>
        <w:t>περιέπεσε συμφορᾷ. οὐ μόνον γὰρ τὸν ἐπιθυ‐ μηθέντα πλοῦτον οὐκ ἔλαβεν, ἀλλὰ καὶ τὴν ἰδίαν οὐσίαν προσαπέβαλε, δημευθείσης αὐτοῦ τῆς ὑπάρ‐ ξεως διὰ τὴν τῆς πλεονεξίας ὑπερβολήν. καταγνω‐</w:t>
      </w:r>
    </w:p>
    <w:p>
      <w:r>
        <w:rPr>
          <w:rFonts w:ascii="Courier New" w:hAnsi="Courier New"/>
          <w:color w:val="555555"/>
          <w:sz w:val="20"/>
        </w:rPr>
        <w:t>[5]</w:t>
      </w:r>
    </w:p>
    <w:p>
      <w:r>
        <w:rPr>
          <w:rFonts w:ascii="Gentium Plus" w:hAnsi="Gentium Plus"/>
          <w:sz w:val="24"/>
        </w:rPr>
        <w:t>σθεὶς δὲ ὑπὸ τῆς πατρίδος θανάτῳ καὶ διαδρὰς τὴν παραυτίκα τιμωρίαν ἠλᾶτο κατὰ τὴν χώραν μόνος φεύγων. καὶ τέλος ἐξέπεσε τῆς Λιβύης εἰς τὴν Νομαδίαν ἄδουλος, ἄπορος, ἔρημος φίλων. ὕστε‐ ρον δὲ τῆς Ῥώμης ἐμπεσούσης εἰς πολέμους ἐμ‐</w:t>
      </w:r>
    </w:p>
    <w:p>
      <w:r>
        <w:rPr>
          <w:rFonts w:ascii="Courier New" w:hAnsi="Courier New"/>
          <w:color w:val="555555"/>
          <w:sz w:val="20"/>
        </w:rPr>
        <w:t>[10]</w:t>
      </w:r>
    </w:p>
    <w:p>
      <w:r>
        <w:rPr>
          <w:rFonts w:ascii="Gentium Plus" w:hAnsi="Gentium Plus"/>
          <w:sz w:val="24"/>
        </w:rPr>
        <w:t>φυλίους, συνεργήσας τοῖς τῆς πατρίδος πολεμίοις οὐκ ἠρκέσθη τῇ καθόδῳ, πόλεμον δὲ ἐκκαύσας καὶ τυχὼν ὑπατείας τὸ ἕβδομον οὐκ ἐτόλμησεν ἔτι τῆς τύχης λαβεῖν πεῖραν, δεδιδαγμένος περὶ τῆς κατ’</w:t>
      </w:r>
    </w:p>
    <w:p>
      <w:r>
        <w:rPr>
          <w:rFonts w:ascii="Courier New" w:hAnsi="Courier New"/>
          <w:color w:val="555555"/>
          <w:sz w:val="20"/>
        </w:rPr>
        <w:t>[37 . 29 . 4]</w:t>
      </w:r>
    </w:p>
    <w:p>
      <w:r>
        <w:rPr>
          <w:rFonts w:ascii="Gentium Plus" w:hAnsi="Gentium Plus"/>
          <w:sz w:val="24"/>
        </w:rPr>
        <w:t>αὐτὴν ἀβεβαιότητος μεγάλοις συμπτώμασι. προ‐ ορώμενος γὰρ τὸν ἀπὸ τοῦ Σύλλα πόλεμον ἐπικρε‐ μάμενον τῇ Ῥώμῃ μετέστησεν ἑαυτὸν ἐκ τοῦ ζῆν</w:t>
      </w:r>
    </w:p>
    <w:p>
      <w:r>
        <w:rPr>
          <w:rFonts w:ascii="Courier New" w:hAnsi="Courier New"/>
          <w:color w:val="555555"/>
          <w:sz w:val="20"/>
        </w:rPr>
        <w:t>[5]</w:t>
      </w:r>
    </w:p>
    <w:p>
      <w:r>
        <w:rPr>
          <w:rFonts w:ascii="Gentium Plus" w:hAnsi="Gentium Plus"/>
          <w:sz w:val="24"/>
        </w:rPr>
        <w:t>αἴτιος ἐγένετο τῷ τε υἱῷ καὶ τῇ πατρίδι τῶν ἐσχάτων ἀκληρημάτων· ὁ μὲν γὰρ ἀναγκασθεὶς πολεμεῖν τοῖς κρείττοσι κατέστρεψεν ἀτυχῶς τὸν βίον συμπεφευγὼς ἐν τῇ διώρυγι, οἱ δὲ ἐν τῇ Ῥώμῃ καὶ κατὰ τὰς ἐν Ἰταλίᾳ πόλεις ἐμπεσόντες</w:t>
      </w:r>
    </w:p>
    <w:p>
      <w:r>
        <w:rPr>
          <w:rFonts w:ascii="Courier New" w:hAnsi="Courier New"/>
          <w:color w:val="555555"/>
          <w:sz w:val="20"/>
        </w:rPr>
        <w:t>[10]</w:t>
      </w:r>
    </w:p>
    <w:p>
      <w:r>
        <w:rPr>
          <w:rFonts w:ascii="Gentium Plus" w:hAnsi="Gentium Plus"/>
          <w:sz w:val="24"/>
        </w:rPr>
        <w:t>εἰς τὸν πάλαι προκείμενον πόλεμον ταῖς προκατε‐</w:t>
      </w:r>
    </w:p>
    <w:p>
      <w:r>
        <w:rPr>
          <w:rFonts w:ascii="Courier New" w:hAnsi="Courier New"/>
          <w:color w:val="555555"/>
          <w:sz w:val="20"/>
        </w:rPr>
        <w:t>[37 . 29 . 5]</w:t>
      </w:r>
    </w:p>
    <w:p>
      <w:r>
        <w:rPr>
          <w:rFonts w:ascii="Gentium Plus" w:hAnsi="Gentium Plus"/>
          <w:sz w:val="24"/>
        </w:rPr>
        <w:t>σκευασμέναις περιέπεσον συμφοραῖς. οἱ μὲν γὰρ ἐπιφανέστατοι τῶν Ῥωμαίων, Σκαιουόλαν καὶ Κράσσον φημί, ἐν συγκλήτῳ μιαιφονηθέντες ἀκρί‐ τως προεσήμηναν ταῖς ἰδίαις ἀτυχίαις τὸ μέγεθος</w:t>
      </w:r>
    </w:p>
    <w:p>
      <w:r>
        <w:rPr>
          <w:rFonts w:ascii="Courier New" w:hAnsi="Courier New"/>
          <w:color w:val="555555"/>
          <w:sz w:val="20"/>
        </w:rPr>
        <w:t>[5]</w:t>
      </w:r>
    </w:p>
    <w:p>
      <w:r>
        <w:rPr>
          <w:rFonts w:ascii="Gentium Plus" w:hAnsi="Gentium Plus"/>
          <w:sz w:val="24"/>
        </w:rPr>
        <w:t>τῶν ἐσομένων κατὰ τὴν Ἰταλίαν ἀτυχημάτων· οἱ πλεῖστοι γὰρ τῶν συγκλητικῶν καὶ τῶν ἐπιφανῶν ἀνδρῶν ὑπὸ τῶν περὶ τὸν Σύλλαν ἀνῃρέθησαν, στρατιῶται δὲ ἐν ταῖς στάσεσι καὶ μάχαις κατε‐ κόπησαν οὐκ ἐλάττους τῶν δέκα μυριάδων. καὶ</w:t>
      </w:r>
    </w:p>
    <w:p>
      <w:r>
        <w:rPr>
          <w:rFonts w:ascii="Courier New" w:hAnsi="Courier New"/>
          <w:color w:val="555555"/>
          <w:sz w:val="20"/>
        </w:rPr>
        <w:t>[10]</w:t>
      </w:r>
    </w:p>
    <w:p>
      <w:r>
        <w:rPr>
          <w:rFonts w:ascii="Gentium Plus" w:hAnsi="Gentium Plus"/>
          <w:sz w:val="24"/>
        </w:rPr>
        <w:t>ταῦτα πάντα συνέβη τοῖς ἀνθρώποις διὰ τὸν ἐξ ἀρχῆς ἐπιθυμηθέντα πλοῦτον ὑπὸ Μαρίου. (Const. Exc. 2(1), pp. 321—322.)</w:t>
      </w:r>
    </w:p>
    <w:p>
      <w:r>
        <w:rPr>
          <w:rFonts w:ascii="Courier New" w:hAnsi="Courier New"/>
          <w:color w:val="555555"/>
          <w:sz w:val="20"/>
        </w:rPr>
        <w:t>[37 . 30 . 1]</w:t>
      </w:r>
    </w:p>
    <w:p>
      <w:r>
        <w:rPr>
          <w:rFonts w:ascii="Gentium Plus" w:hAnsi="Gentium Plus"/>
          <w:sz w:val="24"/>
        </w:rPr>
        <w:t>Ὅτι ὁ περιμάχητος ἀνθρώποις πλοῦτος μεγά‐ λαις περιβάλλει συμφοραῖς ἐνίοτε τοὺς ἐπιθυμή‐ σαντας αὐτοῦ μεταλαβεῖν· προτρεπόμενος γὰρ εἰς ἀδήλους καὶ παρανόμους πράξεις, καὶ χορηγὸς</w:t>
      </w:r>
    </w:p>
    <w:p>
      <w:r>
        <w:rPr>
          <w:rFonts w:ascii="Courier New" w:hAnsi="Courier New"/>
          <w:color w:val="555555"/>
          <w:sz w:val="20"/>
        </w:rPr>
        <w:t>[5]</w:t>
      </w:r>
    </w:p>
    <w:p>
      <w:r>
        <w:rPr>
          <w:rFonts w:ascii="Gentium Plus" w:hAnsi="Gentium Plus"/>
          <w:sz w:val="24"/>
        </w:rPr>
        <w:t>γινόμενος πάσης ἀκρατοῦς ἡδονῆς, τοὺς ἄφρονας χειραγωγεῖ πρὸς τὰ φαῦλα τῶν ἔργων. τοιγαροῦν ὁρᾶν ἔστι τοὺς τοιούτους αὐτοὺς μὲν τοῖς μεγίστοις ἀκληρήμασι περιπίπτοντας, ταῖς δὲ πόλεσι τῶν</w:t>
      </w:r>
    </w:p>
    <w:p>
      <w:r>
        <w:rPr>
          <w:rFonts w:ascii="Courier New" w:hAnsi="Courier New"/>
          <w:color w:val="555555"/>
          <w:sz w:val="20"/>
        </w:rPr>
        <w:t>[37 . 30 . 2]</w:t>
      </w:r>
    </w:p>
    <w:p>
      <w:r>
        <w:rPr>
          <w:rFonts w:ascii="Gentium Plus" w:hAnsi="Gentium Plus"/>
          <w:sz w:val="24"/>
        </w:rPr>
        <w:t>ἀτυχημάτων γινομένους αἰτίους. τοσαύτην ὁ χρυ‐ σὸς ἔχει δύναμιν ἐπὶ κακῷ προτιμώμενος ἀφρόνως παρὰ ἀνθρώποις, οἵτινες διὰ τὴν ὑπερβολὴν τῆς</w:t>
      </w:r>
    </w:p>
    <w:p>
      <w:r>
        <w:rPr>
          <w:rFonts w:ascii="Courier New" w:hAnsi="Courier New"/>
          <w:color w:val="555555"/>
          <w:sz w:val="20"/>
        </w:rPr>
        <w:t>[5]</w:t>
      </w:r>
    </w:p>
    <w:p>
      <w:r>
        <w:rPr>
          <w:rFonts w:ascii="Gentium Plus" w:hAnsi="Gentium Plus"/>
          <w:sz w:val="24"/>
        </w:rPr>
        <w:t>τούτους τοὺς στίχους τῶν ποιητῶν, ὦ χρυσέ, δεξίωμα κάλλιστον βροτοῖς, ὡς οὔτε μήτηρ ἡδονὰς ... καὶ πάλιν, ἔα με κερδαίνοντα κεκλῆσθαι κακόν,</w:t>
      </w:r>
    </w:p>
    <w:p>
      <w:r>
        <w:rPr>
          <w:rFonts w:ascii="Courier New" w:hAnsi="Courier New"/>
          <w:color w:val="555555"/>
          <w:sz w:val="20"/>
        </w:rPr>
        <w:t>[10]</w:t>
      </w:r>
    </w:p>
    <w:p>
      <w:r>
        <w:rPr>
          <w:rFonts w:ascii="Gentium Plus" w:hAnsi="Gentium Plus"/>
          <w:sz w:val="24"/>
        </w:rPr>
        <w:t>καὶ τὰ διὰ τῶν μελῶν πεποιημένα, ὦ χρυσέ, βλάστημα χθονός, οἷον ἔρωτα βροτοῖσι φλέγεις, πάντων κράτιστε, πάντων τύραννε. πολεμοῦσι δ’ Ἄρεως</w:t>
      </w:r>
    </w:p>
    <w:p>
      <w:r>
        <w:rPr>
          <w:rFonts w:ascii="Courier New" w:hAnsi="Courier New"/>
          <w:color w:val="555555"/>
          <w:sz w:val="20"/>
        </w:rPr>
        <w:t>[15]</w:t>
      </w:r>
    </w:p>
    <w:p>
      <w:r>
        <w:rPr>
          <w:rFonts w:ascii="Gentium Plus" w:hAnsi="Gentium Plus"/>
          <w:sz w:val="24"/>
        </w:rPr>
        <w:t>κρείσσον’ ἔχων δύναμιν, πάντα θέλγεις· ἐπὶ γὰρ Ὀρφείαις μὲν ᾠδαῖς εἵπετο δένδρεα καὶ θηρῶν ἀνόητα γένη, σοὶ δὲ καὶ χθὼν πᾶσα καὶ πόντος καὶ ὁ παμ‐</w:t>
      </w:r>
    </w:p>
    <w:p>
      <w:r>
        <w:rPr>
          <w:rFonts w:ascii="Courier New" w:hAnsi="Courier New"/>
          <w:color w:val="555555"/>
          <w:sz w:val="20"/>
        </w:rPr>
        <w:t>[19]</w:t>
      </w:r>
    </w:p>
    <w:p>
      <w:r>
        <w:rPr>
          <w:rFonts w:ascii="Gentium Plus" w:hAnsi="Gentium Plus"/>
          <w:sz w:val="24"/>
        </w:rPr>
        <w:t>μήστωρ Ἄρης.</w:t>
      </w:r>
    </w:p>
    <w:p>
      <w:r>
        <w:rPr>
          <w:rFonts w:ascii="Courier New" w:hAnsi="Courier New"/>
          <w:color w:val="555555"/>
          <w:sz w:val="20"/>
        </w:rPr>
        <w:t>[37 . 30 . 3]</w:t>
      </w:r>
    </w:p>
    <w:p>
      <w:r>
        <w:rPr>
          <w:rFonts w:ascii="Gentium Plus" w:hAnsi="Gentium Plus"/>
          <w:sz w:val="24"/>
        </w:rPr>
        <w:t>καίτοι γε πόσῳ κρεῖττόν ἐστιν ἐκφέρεσθαι τῶν ποιημάτων τὰ τὴν ἐναντίαν ἔχοντα τούτοις παρά‐ κλησιν, πότνια σοφία, σύ μοι ἅνδανε·</w:t>
      </w:r>
    </w:p>
    <w:p>
      <w:r>
        <w:rPr>
          <w:rFonts w:ascii="Courier New" w:hAnsi="Courier New"/>
          <w:color w:val="555555"/>
          <w:sz w:val="20"/>
        </w:rPr>
        <w:t>[5]</w:t>
      </w:r>
    </w:p>
    <w:p>
      <w:r>
        <w:rPr>
          <w:rFonts w:ascii="Gentium Plus" w:hAnsi="Gentium Plus"/>
          <w:sz w:val="24"/>
        </w:rPr>
        <w:t>ὄλβου δ’ ἐμοὶ μὴ χρυσέου φαεννὰν ἀκτῖνα δαίμων διδοίη πάρος σοφίας ἢ τυραννίδα. Διὸς ἀπωτάτω κεῖται καλὸς θησαυρὸς ὅτῳ προσέβα.</w:t>
      </w:r>
    </w:p>
    <w:p>
      <w:r>
        <w:rPr>
          <w:rFonts w:ascii="Courier New" w:hAnsi="Courier New"/>
          <w:color w:val="555555"/>
          <w:sz w:val="20"/>
        </w:rPr>
        <w:t>[10]</w:t>
      </w:r>
    </w:p>
    <w:p>
      <w:r>
        <w:rPr>
          <w:rFonts w:ascii="Gentium Plus" w:hAnsi="Gentium Plus"/>
          <w:sz w:val="24"/>
        </w:rPr>
        <w:t>(Const. Exc. 4, pp. 400—401.)</w:t>
      </w:r>
    </w:p>
    <w:p>
      <w:r>
        <w:rPr>
          <w:rFonts w:ascii="Courier New" w:hAnsi="Courier New"/>
          <w:color w:val="555555"/>
          <w:sz w:val="20"/>
        </w:rPr>
        <w:t>[38/39 t 1]</w:t>
      </w:r>
    </w:p>
    <w:p>
      <w:pPr>
        <w:jc w:val="center"/>
      </w:pPr>
      <w:r>
        <w:rPr>
          <w:rFonts w:ascii="Gentium Plus" w:hAnsi="Gentium Plus"/>
          <w:b/>
          <w:sz w:val="24"/>
        </w:rPr>
        <w:t>FRAGMENTA LIBRORUM XXXVIII ET XXXIX</w:t>
      </w:r>
    </w:p>
    <w:p>
      <w:r>
        <w:rPr>
          <w:rFonts w:ascii="Courier New" w:hAnsi="Courier New"/>
          <w:color w:val="555555"/>
          <w:sz w:val="20"/>
        </w:rPr>
        <w:t>[38/39 5 . 1]</w:t>
      </w:r>
    </w:p>
    <w:p>
      <w:r>
        <w:rPr>
          <w:rFonts w:ascii="Gentium Plus" w:hAnsi="Gentium Plus"/>
          <w:sz w:val="24"/>
        </w:rPr>
        <w:t>Ἐντεῦθεν ὁ ἐμφύλιος ἀνεφάνη πόλεμος βʹ καὶ ξʹ καὶ χʹ [ἔτει, βραχὺ] μετὰ τὸν ἀν...θ... καθ’ ὃ ἡ π[ρὸς Μιθρι]δάτην ἤρξατο Ῥωμαίοις ἀπ[έχθει]α. ἐπισημῆναι δὲ τὴν τῶν μελλόντων</w:t>
      </w:r>
    </w:p>
    <w:p>
      <w:r>
        <w:rPr>
          <w:rFonts w:ascii="Courier New" w:hAnsi="Courier New"/>
          <w:color w:val="555555"/>
          <w:sz w:val="20"/>
        </w:rPr>
        <w:t>[5]</w:t>
      </w:r>
    </w:p>
    <w:p>
      <w:r>
        <w:rPr>
          <w:rFonts w:ascii="Gentium Plus" w:hAnsi="Gentium Plus"/>
          <w:sz w:val="24"/>
        </w:rPr>
        <w:t>κακῶν φορὰν ἄ[λλα τε] πολλὰ Λίβιός τε καὶ Διό‐ δωρος ἱστόρησαν καὶ ἐξ ἀνεφέλου τοῦ ἀέρος καὶ αἰθρίας πολλῆς ἦχον ἀκουσθῆναι σάλπιγγος, ὀξὺν ἀποτεινούσης καὶ θρηνώδη φθόγγον. καὶ τοὺς μὲν ἀκούσαντας ἅπαντας ἔκφρονας ὑπὸ τοῦ δέους γενέ‐</w:t>
      </w:r>
    </w:p>
    <w:p>
      <w:r>
        <w:rPr>
          <w:rFonts w:ascii="Courier New" w:hAnsi="Courier New"/>
          <w:color w:val="555555"/>
          <w:sz w:val="20"/>
        </w:rPr>
        <w:t>[10]</w:t>
      </w:r>
    </w:p>
    <w:p>
      <w:r>
        <w:rPr>
          <w:rFonts w:ascii="Gentium Plus" w:hAnsi="Gentium Plus"/>
          <w:sz w:val="24"/>
        </w:rPr>
        <w:t>σθαι, τοὺς δὲ Τυρρηνῶν μάντεις μεταβολὴν τοῦ γένους καὶ μετακόσμησιν ἀποφήνασθαι σημαίνειν τὸ τέρας. εἶναι μὲν γὰρ ἀνθρώπων ὀκτὼ γένη, διαφερόντων τοῖς βίοις καὶ τοῖς ἤθεσιν ἀλλήλων· ἑκάστῳ δὲ ἀφωρίσθαι χρόνον ὑπὸ τοῦ θεοῦ, συμ‐</w:t>
      </w:r>
    </w:p>
    <w:p>
      <w:r>
        <w:rPr>
          <w:rFonts w:ascii="Courier New" w:hAnsi="Courier New"/>
          <w:color w:val="555555"/>
          <w:sz w:val="20"/>
        </w:rPr>
        <w:t>[15]</w:t>
      </w:r>
    </w:p>
    <w:p>
      <w:r>
        <w:rPr>
          <w:rFonts w:ascii="Gentium Plus" w:hAnsi="Gentium Plus"/>
          <w:sz w:val="24"/>
        </w:rPr>
        <w:t>περαινόμενον ἐνιαυτοῦ μεγάλου περιόδῳ. τῆς δ’ οὖν προτέρας περιόδου τελευτώσης καὶ ἑτέρας ἀνισταμένης κινεῖσθαί τι σημεῖον ἐκ γῆς ἢ οὐρανοῦ</w:t>
      </w:r>
    </w:p>
    <w:p>
      <w:r>
        <w:rPr>
          <w:rFonts w:ascii="Courier New" w:hAnsi="Courier New"/>
          <w:color w:val="555555"/>
          <w:sz w:val="20"/>
        </w:rPr>
        <w:t>[20]</w:t>
      </w:r>
    </w:p>
    <w:p>
      <w:r>
        <w:rPr>
          <w:rFonts w:ascii="Gentium Plus" w:hAnsi="Gentium Plus"/>
          <w:sz w:val="24"/>
        </w:rPr>
        <w:t>χρώμενοι γεγόνασι καὶ θεοῖς ἧττον τῶν προτέρων μέλοντες. ταῦτα μὲν οὖν εἴτε οὕτως εἴτε ἄλλως ἔχει σκοπεῖν παρίημι, καίτοι λαβόντος ἐκ τῶν ἐπι‐ γενομένων πιθανότητά τινα τοῦ λόγου. τῷ γὰρ ὄντι ἐκ τοῦδε τὰ Ῥωμαίων λογιζομένῳ ἥ τε πολι‐</w:t>
      </w:r>
    </w:p>
    <w:p>
      <w:r>
        <w:rPr>
          <w:rFonts w:ascii="Courier New" w:hAnsi="Courier New"/>
          <w:color w:val="555555"/>
          <w:sz w:val="20"/>
        </w:rPr>
        <w:t>[25]</w:t>
      </w:r>
    </w:p>
    <w:p>
      <w:r>
        <w:rPr>
          <w:rFonts w:ascii="Gentium Plus" w:hAnsi="Gentium Plus"/>
          <w:sz w:val="24"/>
        </w:rPr>
        <w:t>τεία πρὸς τὸ χεῖρον ἅπασα μεταπέπτωκε καὶ ἄνθρω‐ ποι φαύλοις χρησάμενοι τρόποις ἤνθησαν. (Joannes Antiochenus, Νέος Ἑλληνομνήμων, 1 (1904), pp. 17—18; cp. Exc. Planudea, 37, Suidas, s. v. Σύλλας, Plutarch, Sulla, 7. 6—9.)</w:t>
      </w:r>
    </w:p>
    <w:p>
      <w:r>
        <w:rPr>
          <w:rFonts w:ascii="Courier New" w:hAnsi="Courier New"/>
          <w:color w:val="555555"/>
          <w:sz w:val="20"/>
        </w:rPr>
        <w:t>[38/39 1 . 1]</w:t>
      </w:r>
    </w:p>
    <w:p>
      <w:r>
        <w:rPr>
          <w:rFonts w:ascii="Gentium Plus" w:hAnsi="Gentium Plus"/>
          <w:sz w:val="24"/>
        </w:rPr>
        <w:t>Ὅτι ἀπεστάλησαν πρεσβευταὶ πρὸς τὸν Κίνναν Ῥωμαίων περὶ συλλύσεως· οἷς ἀπόκρισιν ἔδωκεν ὡς ὕπατος ἐξεληλυθὼς οὐ προσεδέξατο τὴν ἐπ‐ άνοδον ἐν ἰδιώτου σχήματι ποιήσασθαι.</w:t>
      </w:r>
    </w:p>
    <w:p>
      <w:r>
        <w:rPr>
          <w:rFonts w:ascii="Courier New" w:hAnsi="Courier New"/>
          <w:color w:val="555555"/>
          <w:sz w:val="20"/>
        </w:rPr>
        <w:t>[38/39 2 . 1]</w:t>
      </w:r>
    </w:p>
    <w:p>
      <w:r>
        <w:rPr>
          <w:rFonts w:ascii="Gentium Plus" w:hAnsi="Gentium Plus"/>
          <w:sz w:val="24"/>
        </w:rPr>
        <w:t>Ὅτι ὕστερον τοῦ Μετέλλου μεθ’ ἧς εἶχε δυνά‐ μεως πλησιάσαντος τῇ τοῦ Κίννα παρεμβολῇ καὶ συνελθόντος εἰς λόγους, συνεφώνησεν ὥστε στρατη‐ γὸν εἶναι τὸν Κίνναν, καὶ πρῶτος ὁ Μέτελλος</w:t>
      </w:r>
    </w:p>
    <w:p>
      <w:r>
        <w:rPr>
          <w:rFonts w:ascii="Courier New" w:hAnsi="Courier New"/>
          <w:color w:val="555555"/>
          <w:sz w:val="20"/>
        </w:rPr>
        <w:t>[5]</w:t>
      </w:r>
    </w:p>
    <w:p>
      <w:r>
        <w:rPr>
          <w:rFonts w:ascii="Gentium Plus" w:hAnsi="Gentium Plus"/>
          <w:sz w:val="24"/>
        </w:rPr>
        <w:t>ὠνόμασε στρατηγόν. ἀμφότεροι δὲ ἐπὶ τοῖς πραχ‐ θεῖσι κατηγορίας ἠξιώθησαν. ὁ μὲν γὰρ Μάριος</w:t>
      </w:r>
    </w:p>
    <w:p>
      <w:r>
        <w:rPr>
          <w:rFonts w:ascii="Courier New" w:hAnsi="Courier New"/>
          <w:color w:val="555555"/>
          <w:sz w:val="20"/>
        </w:rPr>
        <w:t>[10]</w:t>
      </w:r>
    </w:p>
    <w:p>
      <w:r>
        <w:rPr>
          <w:rFonts w:ascii="Gentium Plus" w:hAnsi="Gentium Plus"/>
          <w:sz w:val="24"/>
        </w:rPr>
        <w:t>μεγάλην ἦλθε διάστασιν πρὸς τὸν Ὀκτάουιον, οἷον</w:t>
      </w:r>
    </w:p>
    <w:p>
      <w:r>
        <w:rPr>
          <w:rFonts w:ascii="Courier New" w:hAnsi="Courier New"/>
          <w:color w:val="555555"/>
          <w:sz w:val="20"/>
        </w:rPr>
        <w:t>[38/39 2 . 2]</w:t>
      </w:r>
    </w:p>
    <w:p>
      <w:r>
        <w:rPr>
          <w:rFonts w:ascii="Gentium Plus" w:hAnsi="Gentium Plus"/>
          <w:sz w:val="24"/>
        </w:rPr>
        <w:t>προδότης ὢν τῶν τε ὑπάτων καὶ τῆς πατρίδος. ὁ δὲ Ὀκτάουιος οὐδενὶ τρόπῳ συγχωρήσειν ἑαυτὸν ἔφη καὶ τὴν Ῥώμην ὑπὸ τὴν Κίννου δεσποτείαν. καὶ γὰρ ἂν πάντες αὐτὸν καταλίπωσιν, ὅμως</w:t>
      </w:r>
    </w:p>
    <w:p>
      <w:r>
        <w:rPr>
          <w:rFonts w:ascii="Courier New" w:hAnsi="Courier New"/>
          <w:color w:val="555555"/>
          <w:sz w:val="20"/>
        </w:rPr>
        <w:t>[5]</w:t>
      </w:r>
    </w:p>
    <w:p>
      <w:r>
        <w:rPr>
          <w:rFonts w:ascii="Gentium Plus" w:hAnsi="Gentium Plus"/>
          <w:sz w:val="24"/>
        </w:rPr>
        <w:t>ἑαυτὸν διατηρήσειν ἄξιον τῆς ἡγεμονίας καὶ μετὰ τῶν τὰ αὐτὰ φρονούντων ...· ἐὰν δὲ ἀπογνῷ πάσας τὰς ἐλπίδας, ὑφάψειν μὲν τὴν ἰδίαν οἰκίαν, συγκατακαύσειν δὲ αὑτὸν μετὰ τῆς οἰκείας οὐσίας καὶ τὸν μετ’ ἐλευθερίας θάνατον εὐγενῶς ἀναδέξε‐</w:t>
      </w:r>
    </w:p>
    <w:p>
      <w:r>
        <w:rPr>
          <w:rFonts w:ascii="Courier New" w:hAnsi="Courier New"/>
          <w:color w:val="555555"/>
          <w:sz w:val="20"/>
        </w:rPr>
        <w:t>[10]</w:t>
      </w:r>
    </w:p>
    <w:p>
      <w:r>
        <w:rPr>
          <w:rFonts w:ascii="Gentium Plus" w:hAnsi="Gentium Plus"/>
          <w:sz w:val="24"/>
        </w:rPr>
        <w:t>σθαι. (Const. Exc. 4, p. 401.)</w:t>
      </w:r>
    </w:p>
    <w:p>
      <w:r>
        <w:rPr>
          <w:rFonts w:ascii="Courier New" w:hAnsi="Courier New"/>
          <w:color w:val="555555"/>
          <w:sz w:val="20"/>
        </w:rPr>
        <w:t>[38/39 3 . 1]</w:t>
      </w:r>
    </w:p>
    <w:p>
      <w:r>
        <w:rPr>
          <w:rFonts w:ascii="Gentium Plus" w:hAnsi="Gentium Plus"/>
          <w:sz w:val="24"/>
        </w:rPr>
        <w:t>Ὅτι Μερόλας ὁ αἱρεθεὶς ὕπατος εἰς τὸν τοῦ Κίννα τόπον μετὰ τὸ σύνθεσιν ποιήσασθαι τὸ μὴ περαίτερον ὑπατεῦσαι ἔδοξε πρᾶξιν ἀγαθοῦ σφόδρα πολίτου πρᾶξαι. ἔν τε γὰρ τῷ συνεδρίῳ καὶ τῷ δή‐</w:t>
      </w:r>
    </w:p>
    <w:p>
      <w:r>
        <w:rPr>
          <w:rFonts w:ascii="Courier New" w:hAnsi="Courier New"/>
          <w:color w:val="555555"/>
          <w:sz w:val="20"/>
        </w:rPr>
        <w:t>[5]</w:t>
      </w:r>
    </w:p>
    <w:p>
      <w:r>
        <w:rPr>
          <w:rFonts w:ascii="Gentium Plus" w:hAnsi="Gentium Plus"/>
          <w:sz w:val="24"/>
        </w:rPr>
        <w:t>μῳ διαλεγόμενος περὶ τῶν κοινῇ συμφερόντων, ἀρχ‐ ηγὸς ἐπηγγείλατο γενέσθαι τῆς ὁμονοίας· ἄκων γὰρ ᾑρημένος ὕπατος ἑκουσίως ἔφη παραχωρήσειν τῷ Κίννᾳ τῆς ἀρχῆς, καὶ παραχρῆμα ἰδιώτης ἐγένετο. ἡ δὲ σύγκλητος ἐξέπεμψε πρεσβευτὰς τοὺς ποιησο‐</w:t>
      </w:r>
    </w:p>
    <w:p>
      <w:r>
        <w:rPr>
          <w:rFonts w:ascii="Courier New" w:hAnsi="Courier New"/>
          <w:color w:val="555555"/>
          <w:sz w:val="20"/>
        </w:rPr>
        <w:t>[10]</w:t>
      </w:r>
    </w:p>
    <w:p>
      <w:r>
        <w:rPr>
          <w:rFonts w:ascii="Gentium Plus" w:hAnsi="Gentium Plus"/>
          <w:sz w:val="24"/>
        </w:rPr>
        <w:t>μένους τὰς συνθήκας καὶ τὸν Κίνναν ὕπατον εἰσ‐ άξοντας εἰς τὴν πόλιν. (Const. Exc. 2(1), p. 322.)</w:t>
      </w:r>
    </w:p>
    <w:p>
      <w:r>
        <w:rPr>
          <w:rFonts w:ascii="Courier New" w:hAnsi="Courier New"/>
          <w:color w:val="555555"/>
          <w:sz w:val="20"/>
        </w:rPr>
        <w:t>[38/39 4 . 1]</w:t>
      </w:r>
    </w:p>
    <w:p>
      <w:r>
        <w:rPr>
          <w:rFonts w:ascii="Gentium Plus" w:hAnsi="Gentium Plus"/>
          <w:sz w:val="24"/>
        </w:rPr>
        <w:t>Ὅτι οἱ περὶ τὸν Κίνναν καὶ Μάριον συνεδρεύ‐ σαντες μετὰ τῶν ἐπιφανεστάτων ἡγεμόνων ἐβου‐</w:t>
      </w:r>
    </w:p>
    <w:p>
      <w:r>
        <w:rPr>
          <w:rFonts w:ascii="Courier New" w:hAnsi="Courier New"/>
          <w:color w:val="555555"/>
          <w:sz w:val="20"/>
        </w:rPr>
        <w:t>[5]</w:t>
      </w:r>
    </w:p>
    <w:p>
      <w:r>
        <w:rPr>
          <w:rFonts w:ascii="Gentium Plus" w:hAnsi="Gentium Plus"/>
          <w:sz w:val="24"/>
        </w:rPr>
        <w:t>θρῶν καὶ δυναμένους ἀμφισβητῆσαι πραγμάτων πάντας ἀποκτεῖναι, ὅπως καθαρᾶς γενομένης τῆς ἰδίας αἱρέσεως καὶ μερίδος ἀδεῶς τὸ λοιπὸν καὶ ὡς ἂν βούλωνται μετὰ τῶν φίλων διοικῶσι τὰ κατὰ</w:t>
      </w:r>
    </w:p>
    <w:p>
      <w:r>
        <w:rPr>
          <w:rFonts w:ascii="Courier New" w:hAnsi="Courier New"/>
          <w:color w:val="555555"/>
          <w:sz w:val="20"/>
        </w:rPr>
        <w:t>[38/39 4 . 2]</w:t>
      </w:r>
    </w:p>
    <w:p>
      <w:r>
        <w:rPr>
          <w:rFonts w:ascii="Gentium Plus" w:hAnsi="Gentium Plus"/>
          <w:sz w:val="24"/>
        </w:rPr>
        <w:t>τὴν ἡγεμονίαν. εὐθὺς οὖν τῶν μὲν γεγενημένων συνθέσεων καὶ πίστεων ἠμέλησαν, σφαγαὶ δὲ τῶν καταψηφισθέντων αὐτοῖς ἄκριτοι καὶ πανταχοῦ ἐγίνοντο. Κόιντος δὲ Λουτάτιος ὁ Κάτλος, τεθρι‐</w:t>
      </w:r>
    </w:p>
    <w:p>
      <w:r>
        <w:rPr>
          <w:rFonts w:ascii="Courier New" w:hAnsi="Courier New"/>
          <w:color w:val="555555"/>
          <w:sz w:val="20"/>
        </w:rPr>
        <w:t>[5]</w:t>
      </w:r>
    </w:p>
    <w:p>
      <w:r>
        <w:rPr>
          <w:rFonts w:ascii="Gentium Plus" w:hAnsi="Gentium Plus"/>
          <w:sz w:val="24"/>
        </w:rPr>
        <w:t>αμβευκὼς μὲν ἐπισήμως ἀπὸ Κίμβρων, ἀγαπώ‐ μενος δὲ ὑπὸ τῶν πολιτῶν περιττότερον, ὑπό τινος δημάρχου κατηγορίας ἐτύγχανεν ἐν τῷ δήμῳ</w:t>
      </w:r>
    </w:p>
    <w:p>
      <w:r>
        <w:rPr>
          <w:rFonts w:ascii="Courier New" w:hAnsi="Courier New"/>
          <w:color w:val="555555"/>
          <w:sz w:val="20"/>
        </w:rPr>
        <w:t>[38/39 4 . 3]</w:t>
      </w:r>
    </w:p>
    <w:p>
      <w:r>
        <w:rPr>
          <w:rFonts w:ascii="Gentium Plus" w:hAnsi="Gentium Plus"/>
          <w:sz w:val="24"/>
        </w:rPr>
        <w:t>θανάτου. φοβούμενος δὲ τὸν ἐκ τῆς συκοφαντίας κίνδυνον ἧκεν εἰς τὸν Μάριον, δεόμενος τυχεῖν βοηθείας. ὁ δὲ τὸ μὲν ἔμπροσθεν ἐγεγόνει φίλος, τότε δ’ ἔκ τινος ὑποψίας ἀλλοτρίως ἔχων πρὸς</w:t>
      </w:r>
    </w:p>
    <w:p>
      <w:r>
        <w:rPr>
          <w:rFonts w:ascii="Courier New" w:hAnsi="Courier New"/>
          <w:color w:val="555555"/>
          <w:sz w:val="20"/>
        </w:rPr>
        <w:t>[5]</w:t>
      </w:r>
    </w:p>
    <w:p>
      <w:r>
        <w:rPr>
          <w:rFonts w:ascii="Gentium Plus" w:hAnsi="Gentium Plus"/>
          <w:sz w:val="24"/>
        </w:rPr>
        <w:t>αὐτὸν τοῦτο μόνον ἀπεκρίθη, Θανεῖν δεῖ. καὶ ὁ Κάτλος ἀπογνοὺς μὲν τὰς τῆς σωτηρίας ἐλπίδας, σπεύδων δὲ χωρὶς ὕβρεως καταστρέψαι τὸν βίον, ἑαυτὸν τοῦ ζῆν μετέστησεν ἰδίῳ τινὶ καὶ παρηλ‐ λαγμένῳ τρόπῳ· συγκλείσας ἑαυτὸν εἰς οἶκον νεό‐</w:t>
      </w:r>
    </w:p>
    <w:p>
      <w:r>
        <w:rPr>
          <w:rFonts w:ascii="Courier New" w:hAnsi="Courier New"/>
          <w:color w:val="555555"/>
          <w:sz w:val="20"/>
        </w:rPr>
        <w:t>[10]</w:t>
      </w:r>
    </w:p>
    <w:p>
      <w:r>
        <w:rPr>
          <w:rFonts w:ascii="Gentium Plus" w:hAnsi="Gentium Plus"/>
          <w:sz w:val="24"/>
        </w:rPr>
        <w:t>χριστον καὶ τὴν ἐκ τῆς κονίας ἀναφορὰν πυρὶ καὶ καπνῷ συναυξήσας τῇ τῆς ἀναπνοῆς φθορᾷ περιπνι‐ γὴς γενόμενος μετήλλαξεν. (Photius, Bibl. p. 381 B.)</w:t>
      </w:r>
    </w:p>
    <w:p>
      <w:r>
        <w:rPr>
          <w:rFonts w:ascii="Courier New" w:hAnsi="Courier New"/>
          <w:color w:val="555555"/>
          <w:sz w:val="20"/>
        </w:rPr>
        <w:t>[38/39 6 . 1]</w:t>
      </w:r>
    </w:p>
    <w:p>
      <w:r>
        <w:rPr>
          <w:rFonts w:ascii="Gentium Plus" w:hAnsi="Gentium Plus"/>
          <w:sz w:val="24"/>
        </w:rPr>
        <w:t>Ὅτι ἐπὶ ταῖς τῶν πολιτῶν σφαγαῖς καὶ ταῖς ὑπὲρ ἄνθρωπον παρανομίαις ταχέως ἐκ θεῶν τις</w:t>
      </w:r>
    </w:p>
    <w:p>
      <w:r>
        <w:rPr>
          <w:rFonts w:ascii="Courier New" w:hAnsi="Courier New"/>
          <w:color w:val="555555"/>
          <w:sz w:val="20"/>
        </w:rPr>
        <w:t>[5]</w:t>
      </w:r>
    </w:p>
    <w:p>
      <w:r>
        <w:rPr>
          <w:rFonts w:ascii="Gentium Plus" w:hAnsi="Gentium Plus"/>
          <w:sz w:val="24"/>
        </w:rPr>
        <w:t>τίαν τὰς Μιθριδάτου δυνάμεις κατακόψας καὶ τὰς Ἀθήνας ἐκπολιορκήσας, εἶτα Μιθριδάτην σύμμαχον ποιησάμενος καὶ παραλαβὼν αὐτοῦ τὸν στόλον ἐπ‐ ανῆλθεν εἰς τὴν Ἰταλίαν. ἐν ἀκαρεῖ δὲ χρόνῳ κατακόψας τὰς περὶ Κίνναν καὶ Μάριον δυνάμεις</w:t>
      </w:r>
    </w:p>
    <w:p>
      <w:r>
        <w:rPr>
          <w:rFonts w:ascii="Courier New" w:hAnsi="Courier New"/>
          <w:color w:val="555555"/>
          <w:sz w:val="20"/>
        </w:rPr>
        <w:t>[10]</w:t>
      </w:r>
    </w:p>
    <w:p>
      <w:r>
        <w:rPr>
          <w:rFonts w:ascii="Gentium Plus" w:hAnsi="Gentium Plus"/>
          <w:sz w:val="24"/>
        </w:rPr>
        <w:t>κύριος ἐγένετο πάσης Ῥώμης καὶ Ἰταλίας, καὶ πάντας τοὺς μετὰ Κίννα μιαιφονήσαντας ἀπέσφαξεν, καὶ τὴν Μαριανὴν συγγένειαν ἐκ βάθρων ἦρε. διὸ καὶ πολλοὶ τῶν μετρίων ἀνδρῶν τὴν τῶν προ‐ καταρξάντων τῆς μιαιφονίας τιμωρίαν εἰς τὴν τῶν</w:t>
      </w:r>
    </w:p>
    <w:p>
      <w:r>
        <w:rPr>
          <w:rFonts w:ascii="Courier New" w:hAnsi="Courier New"/>
          <w:color w:val="555555"/>
          <w:sz w:val="20"/>
        </w:rPr>
        <w:t>[15]</w:t>
      </w:r>
    </w:p>
    <w:p>
      <w:r>
        <w:rPr>
          <w:rFonts w:ascii="Gentium Plus" w:hAnsi="Gentium Plus"/>
          <w:sz w:val="24"/>
        </w:rPr>
        <w:t>θεῶν πρόνοιαν ἀνέπεμπον· κάλλιστον γὰρ παρά‐ δειγμα τοῖς ἀσεβῆ βίον αἱρουμένοις πρὸς διόρθωσιν κακίας ἀπελέλειπτο. (Const. Exc. 4, p. 402.)</w:t>
      </w:r>
    </w:p>
    <w:p>
      <w:r>
        <w:rPr>
          <w:rFonts w:ascii="Courier New" w:hAnsi="Courier New"/>
          <w:color w:val="555555"/>
          <w:sz w:val="20"/>
        </w:rPr>
        <w:t>[38/39 7 . 1]</w:t>
      </w:r>
    </w:p>
    <w:p>
      <w:r>
        <w:rPr>
          <w:rFonts w:ascii="Gentium Plus" w:hAnsi="Gentium Plus"/>
          <w:sz w:val="24"/>
        </w:rPr>
        <w:t>Ὅτι ὁ Σύλλας χρημάτων ἀπορούμενος ἐπέβαλε τὰς χεῖρας τρισὶν ἱεροῖς, ἐν οἷς ἀναθημάτων ἀργυ‐ ρῶν τε καὶ χρυσῶν πλῆθος ἦν, ἐν μὲν Δελφοῖς τῷ Ἀπόλλωνι καθιερωμένα, ἐν Ἐπιδαύρῳ δὲ τῷ</w:t>
      </w:r>
    </w:p>
    <w:p>
      <w:r>
        <w:rPr>
          <w:rFonts w:ascii="Courier New" w:hAnsi="Courier New"/>
          <w:color w:val="555555"/>
          <w:sz w:val="20"/>
        </w:rPr>
        <w:t>[5]</w:t>
      </w:r>
    </w:p>
    <w:p>
      <w:r>
        <w:rPr>
          <w:rFonts w:ascii="Gentium Plus" w:hAnsi="Gentium Plus"/>
          <w:sz w:val="24"/>
        </w:rPr>
        <w:t>Ἀσκληπιῷ, ἐν Ὀλυμπίᾳ δὲ τῷ Διί. πλεῖστα δὲ ἔλαβεν ἐξ Ὀλυμπίας διὰ τὸ μεμενηκέναι τὸ ἱερὸν τοῦτο ἄσυλον ἐξ αἰῶνος· τῶν γὰρ ἐν Δελφοῖς χρη‐ μάτων Φωκεῖς τὰ πλεῖστα διεφόρησαν ἐν τῷ ἱερῷ κληθέντι πολέμῳ. ὁ δὲ Σύλλας πολὺν ἄργυρον καὶ</w:t>
      </w:r>
    </w:p>
    <w:p>
      <w:r>
        <w:rPr>
          <w:rFonts w:ascii="Courier New" w:hAnsi="Courier New"/>
          <w:color w:val="555555"/>
          <w:sz w:val="20"/>
        </w:rPr>
        <w:t>[10]</w:t>
      </w:r>
    </w:p>
    <w:p>
      <w:r>
        <w:rPr>
          <w:rFonts w:ascii="Gentium Plus" w:hAnsi="Gentium Plus"/>
          <w:sz w:val="24"/>
        </w:rPr>
        <w:t>χρυσόν, ἔτι δὲ τὴν ἄλλην πολυτελῆ κατασκευὴν ἀναλαβὼν ἤθροισε χρημάτων πλῆθος πρὸς τοὺς ἐν Ἰταλίᾳ προσδοκωμένους πολέμους. ἀδεισιδαι‐ μόνως δὲ τῇ λήψει τῶν ἱερῶν χρημάτων προσενε‐ χθεὶς χώραν ἀντὶ τούτων καθιέρωσε τοῖς θεοῖς εἰς</w:t>
      </w:r>
    </w:p>
    <w:p>
      <w:r>
        <w:rPr>
          <w:rFonts w:ascii="Courier New" w:hAnsi="Courier New"/>
          <w:color w:val="555555"/>
          <w:sz w:val="20"/>
        </w:rPr>
        <w:t>[15]</w:t>
      </w:r>
    </w:p>
    <w:p>
      <w:r>
        <w:rPr>
          <w:rFonts w:ascii="Gentium Plus" w:hAnsi="Gentium Plus"/>
          <w:sz w:val="24"/>
        </w:rPr>
        <w:t>τὰς κατ’ ἔτος προσόδους. εὐτραπελευόμενος δὲ ἀπεφαίνετο κρατεῖν τῷ πολέμῳ πάντως διὰ τὸ τοὺς θεοὺς αὐτῷ συνεργεῖν, εἰσενηνοχότας χρημάτων πολύ τι πλῆθος αὐτῷ.</w:t>
      </w:r>
    </w:p>
    <w:p>
      <w:r>
        <w:rPr>
          <w:rFonts w:ascii="Courier New" w:hAnsi="Courier New"/>
          <w:color w:val="555555"/>
          <w:sz w:val="20"/>
        </w:rPr>
        <w:t>[38/39 8 . 1]</w:t>
      </w:r>
    </w:p>
    <w:p>
      <w:r>
        <w:rPr>
          <w:rFonts w:ascii="Gentium Plus" w:hAnsi="Gentium Plus"/>
          <w:sz w:val="24"/>
        </w:rPr>
        <w:t>Ὅτι Φιμβρίας κατὰ τὴν ὁδοιπορίαν πολὺ προ‐ έχων τοῖς διαστήμασι τοῦ Φλάκκου καιρὸν ἔσχε με‐ γάλοις ἐπιχειρῆσαι τολμήμασι· καὶ σπεύδων τοὺς στρατιώτας ἰδίους κατασκευάσασθαι ταῖς εὐνοίαις</w:t>
      </w:r>
    </w:p>
    <w:p>
      <w:r>
        <w:rPr>
          <w:rFonts w:ascii="Courier New" w:hAnsi="Courier New"/>
          <w:color w:val="555555"/>
          <w:sz w:val="20"/>
        </w:rPr>
        <w:t>[5]</w:t>
      </w:r>
    </w:p>
    <w:p>
      <w:r>
        <w:rPr>
          <w:rFonts w:ascii="Gentium Plus" w:hAnsi="Gentium Plus"/>
          <w:sz w:val="24"/>
        </w:rPr>
        <w:t>συνεχώρησεν αὐτοῖς τὴν χώραν τῶν συμμάχων ὡς πολεμίαν διαρπάζειν καὶ τοὺς περιτυχόντας ἐξ‐ ανδραποδίζεσθαι. ἀσμένως δὲ προσδεξαμένων τῶν στρατιωτῶν τὴν συγχώρησιν, ἐν ὀλίγαις ἡμέραις περιεποιήσαντο χρημάτων πλῆθος. οἱ δὲ διαρ‐</w:t>
      </w:r>
    </w:p>
    <w:p>
      <w:r>
        <w:rPr>
          <w:rFonts w:ascii="Courier New" w:hAnsi="Courier New"/>
          <w:color w:val="555555"/>
          <w:sz w:val="20"/>
        </w:rPr>
        <w:t>[10]</w:t>
      </w:r>
    </w:p>
    <w:p>
      <w:r>
        <w:rPr>
          <w:rFonts w:ascii="Gentium Plus" w:hAnsi="Gentium Plus"/>
          <w:sz w:val="24"/>
        </w:rPr>
        <w:t>παγέντες ἀπήντησαν τῷ ὑπάτῳ καὶ περὶ τῶν καθ’ αὑτοὺς ἀπωδύροντο. ὁ δὲ περιαλγὴς γενόμενος προσέταξεν ἀκολουθεῖν, ὅπως τὰ ἴδια κομίσωνται, αὐτὸς δὲ τῷ Φιμβρίᾳ διαπειλησάμενος προσέταξεν τὰ διαφορηθέντα τοῖς ἀπολωλεκόσιν ἀποκαταστῆσαι.</w:t>
      </w:r>
    </w:p>
    <w:p>
      <w:r>
        <w:rPr>
          <w:rFonts w:ascii="Courier New" w:hAnsi="Courier New"/>
          <w:color w:val="555555"/>
          <w:sz w:val="20"/>
        </w:rPr>
        <w:t>[15]</w:t>
      </w:r>
    </w:p>
    <w:p>
      <w:r>
        <w:rPr>
          <w:rFonts w:ascii="Gentium Plus" w:hAnsi="Gentium Plus"/>
          <w:sz w:val="24"/>
        </w:rPr>
        <w:t>ὁ δὲ τὴν πᾶσαν αἰτίαν ἐπὶ τοὺς στρατιώτας ἀν‐ έπεμπεν, ὡς ἄνευ τῆς αὑτοῦ γνώμης πάντα πεπρα‐ χότας· τοῖς δὲ στρατιώταις κατ’ ἰδίαν παρήγγειλεν μὴ προσέχειν τοῖς προστάγμασιν, ἀλλὰ τὰ διὰ τῶν ὅπλων κτηθέντα τῷ τοῦ πολέμου νόμῳ μὴ προέσθαι.</w:t>
      </w:r>
    </w:p>
    <w:p>
      <w:r>
        <w:rPr>
          <w:rFonts w:ascii="Courier New" w:hAnsi="Courier New"/>
          <w:color w:val="555555"/>
          <w:sz w:val="20"/>
        </w:rPr>
        <w:t>[20]</w:t>
      </w:r>
    </w:p>
    <w:p>
      <w:r>
        <w:rPr>
          <w:rFonts w:ascii="Gentium Plus" w:hAnsi="Gentium Plus"/>
          <w:sz w:val="24"/>
        </w:rPr>
        <w:t>τοῦ δὲ Φλάκκου μετὰ ἀνατάσεως προστάττον‐ τος ἀποδιδόναι τὰ διηρπασμένα, τῶν δὲ στρατιωτῶν οὐ προσεχόντων, ταραχὴ καὶ στάσις κατεῖχε τὸ στράτευμα.</w:t>
      </w:r>
    </w:p>
    <w:p>
      <w:r>
        <w:rPr>
          <w:rFonts w:ascii="Courier New" w:hAnsi="Courier New"/>
          <w:color w:val="555555"/>
          <w:sz w:val="20"/>
        </w:rPr>
        <w:t>[38/39 8 . 2]</w:t>
      </w:r>
    </w:p>
    <w:p>
      <w:r>
        <w:rPr>
          <w:rFonts w:ascii="Gentium Plus" w:hAnsi="Gentium Plus"/>
          <w:sz w:val="24"/>
        </w:rPr>
        <w:t>Ὅτι ὁ Φιμβρίας διαβεβηκὼς τὸν Ἑλλήσποντον, τοὺς στρατιώτας πρὸς παρανομίαν καὶ ἁρπαγὴν παρορμήσας χρήματα τὰς πόλεις εἰσεπράττετο καὶ</w:t>
      </w:r>
    </w:p>
    <w:p>
      <w:r>
        <w:rPr>
          <w:rFonts w:ascii="Courier New" w:hAnsi="Courier New"/>
          <w:color w:val="555555"/>
          <w:sz w:val="20"/>
        </w:rPr>
        <w:t>[5]</w:t>
      </w:r>
    </w:p>
    <w:p>
      <w:r>
        <w:rPr>
          <w:rFonts w:ascii="Gentium Plus" w:hAnsi="Gentium Plus"/>
          <w:sz w:val="24"/>
        </w:rPr>
        <w:t>θυνον ἐξουσίαν προαχθέντες καὶ διὰ τὴν ἐλπίδα τῆς ὠφελείας μετεωρισθέντες ὡς κοινὸν εὐεργέτην ἠγά‐ πων. τὰς δὲ μὴ ὑπακουσάσας πόλεις ἐκπολιορκῶν εἰς διαρπαγὴν ἐχαρίζετο τοῖς στρατιώταις. καὶ Νικομήδειαν παρέδωκε τοῖς στρατιώταις εἰς διαρ‐</w:t>
      </w:r>
    </w:p>
    <w:p>
      <w:r>
        <w:rPr>
          <w:rFonts w:ascii="Courier New" w:hAnsi="Courier New"/>
          <w:color w:val="555555"/>
          <w:sz w:val="20"/>
        </w:rPr>
        <w:t>[10]</w:t>
      </w:r>
    </w:p>
    <w:p>
      <w:r>
        <w:rPr>
          <w:rFonts w:ascii="Gentium Plus" w:hAnsi="Gentium Plus"/>
          <w:sz w:val="24"/>
        </w:rPr>
        <w:t>παγήν.</w:t>
      </w:r>
    </w:p>
    <w:p>
      <w:r>
        <w:rPr>
          <w:rFonts w:ascii="Courier New" w:hAnsi="Courier New"/>
          <w:color w:val="555555"/>
          <w:sz w:val="20"/>
        </w:rPr>
        <w:t>[38/39 8 . 3]</w:t>
      </w:r>
    </w:p>
    <w:p>
      <w:r>
        <w:rPr>
          <w:rFonts w:ascii="Gentium Plus" w:hAnsi="Gentium Plus"/>
          <w:sz w:val="24"/>
        </w:rPr>
        <w:t>Ὅτι ὁ αὐτὸς καὶ εἰς Κύζικον παρελθὼν ὡς φίλος τοῖς μὲν εὐπορωτάτοις τῶν πολιτῶν ἐμέμφετο θανάτου καταιτιασάμενος· δύω δὲ εἰς κατάπληξιν καὶ φόβον τῶν ἄλλων καταδίκους ποιήσας καὶ</w:t>
      </w:r>
    </w:p>
    <w:p>
      <w:r>
        <w:rPr>
          <w:rFonts w:ascii="Courier New" w:hAnsi="Courier New"/>
          <w:color w:val="555555"/>
          <w:sz w:val="20"/>
        </w:rPr>
        <w:t>[5]</w:t>
      </w:r>
    </w:p>
    <w:p>
      <w:r>
        <w:rPr>
          <w:rFonts w:ascii="Gentium Plus" w:hAnsi="Gentium Plus"/>
          <w:sz w:val="24"/>
        </w:rPr>
        <w:t>ῥαβδίσας ἐπελέκισε. τὰς δὲ οὐσίας αὐτῶν ἀνα‐ λαβὼν καὶ τοῖς ἄλλοις διὰ τῶν προαπολωλότων μέ‐ γαν φόβον ἐπιστήσας ἠνάγκασε λύτρα τῆς σωτη‐ ρίας ὅλας τὰς ὑπάρξεις αὐτῷ προέσθαι. (Const. Exc. 2(1), pp. 322—323.)</w:t>
      </w:r>
    </w:p>
    <w:p>
      <w:r>
        <w:rPr>
          <w:rFonts w:ascii="Courier New" w:hAnsi="Courier New"/>
          <w:color w:val="555555"/>
          <w:sz w:val="20"/>
        </w:rPr>
        <w:t>[38/39 8 . 4]</w:t>
      </w:r>
    </w:p>
    <w:p>
      <w:r>
        <w:rPr>
          <w:rFonts w:ascii="Gentium Plus" w:hAnsi="Gentium Plus"/>
          <w:sz w:val="24"/>
        </w:rPr>
        <w:t>Ὅτι ὁ Φιμβρίας τὴν ἐπαρχίαν ἐν ὀλίγῳ χρόνῳ τοσούτοις περιέβαλεν ἀτυχήμασιν ὅσοις εἰκὸς ἦν περιβαλεῖν ἐξουσίαν τοῦ πράττειν ὃ βούλεται τηλι‐ καύτῃ δυσσεβείᾳ περιπεποιημένον. τὴν γὰρ Φρυ‐</w:t>
      </w:r>
    </w:p>
    <w:p>
      <w:r>
        <w:rPr>
          <w:rFonts w:ascii="Courier New" w:hAnsi="Courier New"/>
          <w:color w:val="555555"/>
          <w:sz w:val="20"/>
        </w:rPr>
        <w:t>[5]</w:t>
      </w:r>
    </w:p>
    <w:p>
      <w:r>
        <w:rPr>
          <w:rFonts w:ascii="Gentium Plus" w:hAnsi="Gentium Plus"/>
          <w:sz w:val="24"/>
        </w:rPr>
        <w:t>γίαν κατασύρων πρηστῆρος τρόπον ἐπὶ τῇ τῶν περιπεσόντων περιτροπῇ ἁπάσης πόλεως κατ‐ έσκηπτε. ὁ δὲ στερήσας ἑαυτὸν τοῦ ζῆν μιᾷ τελευτῇ πολλῶν θανάτων ἐχρεοκόπησεν ὀφειλή‐ ματα. (Const. Exc. 4, p. 402.)</w:t>
      </w:r>
    </w:p>
    <w:p>
      <w:r>
        <w:rPr>
          <w:rFonts w:ascii="Courier New" w:hAnsi="Courier New"/>
          <w:color w:val="555555"/>
          <w:sz w:val="20"/>
        </w:rPr>
        <w:t>[38/39 9 . 1]</w:t>
      </w:r>
    </w:p>
    <w:p>
      <w:r>
        <w:rPr>
          <w:rFonts w:ascii="Gentium Plus" w:hAnsi="Gentium Plus"/>
          <w:sz w:val="24"/>
        </w:rPr>
        <w:t>Ὅτι Γνάιος Πομπήιος στρατιωτικὸν βίον ἑλό‐</w:t>
      </w:r>
    </w:p>
    <w:p>
      <w:r>
        <w:rPr>
          <w:rFonts w:ascii="Courier New" w:hAnsi="Courier New"/>
          <w:color w:val="555555"/>
          <w:sz w:val="20"/>
        </w:rPr>
        <w:t>[5]</w:t>
      </w:r>
    </w:p>
    <w:p>
      <w:r>
        <w:rPr>
          <w:rFonts w:ascii="Gentium Plus" w:hAnsi="Gentium Plus"/>
          <w:sz w:val="24"/>
        </w:rPr>
        <w:t>καὶ σχολὴν ἀποτριψάμενος διετέλει καὶ μεθ’ ἡμέραν καὶ νύκτωρ ἀεί τι πράττων τῶν εἰς τὸν πόλεμον χρησίμων. διαίτῃ μὲν γὰρ ἐχρῆτο λιτῇ, λουτρῶν δὲ καὶ συμπεριφορᾶς τρυφὴν ἐχούσης ἀπείχετο. καὶ τὴν μὲν τροφὴν καθήμενος προσεφέρετο, πρὸς δὲ</w:t>
      </w:r>
    </w:p>
    <w:p>
      <w:r>
        <w:rPr>
          <w:rFonts w:ascii="Courier New" w:hAnsi="Courier New"/>
          <w:color w:val="555555"/>
          <w:sz w:val="20"/>
        </w:rPr>
        <w:t>[10]</w:t>
      </w:r>
    </w:p>
    <w:p>
      <w:r>
        <w:rPr>
          <w:rFonts w:ascii="Gentium Plus" w:hAnsi="Gentium Plus"/>
          <w:sz w:val="24"/>
        </w:rPr>
        <w:t>τὸν ὕπνον ἀπεμέριζε χρόνον ἐλάττονα τῆς ἐκ τῆς φύσεως ἀνάγκης· τὸν δὲ ἐν νυκτὶ πόνον παρεδίδου τῇ μεθ’ ἡμέραν ἐπιμελείᾳ, ἐπαγρυπνῶν τοῖς τῆς στρατηγίας ἐντεύγμασι· διὰ δὲ τῆς συνήθους τῶν ἀπίστων μελέτης ἀθλητὴς ἐγένετο τῶν κατὰ πόλε‐</w:t>
      </w:r>
    </w:p>
    <w:p>
      <w:r>
        <w:rPr>
          <w:rFonts w:ascii="Courier New" w:hAnsi="Courier New"/>
          <w:color w:val="555555"/>
          <w:sz w:val="20"/>
        </w:rPr>
        <w:t>[15]</w:t>
      </w:r>
    </w:p>
    <w:p>
      <w:r>
        <w:rPr>
          <w:rFonts w:ascii="Gentium Plus" w:hAnsi="Gentium Plus"/>
          <w:sz w:val="24"/>
        </w:rPr>
        <w:t>μον ἀγώνων. τοιγαροῦν ὅσῳ χρόνῳ τις ἕτοιμον οὐκ ἂν παρέλαβε στράτευμα, πολὺ τάχιον οὗτος συνελέξατο καὶ διατάξας καθώπλισε. προσαγγελ‐ θεισῶν δὲ τῶν περὶ αὐτὸν πράξεων εἰς τὴν Ῥώμην, ἅπαντες οὐ τὴν ἀρετὴν ἀλλὰ τὴν ἡλικίαν αὐτοῦ λο‐</w:t>
      </w:r>
    </w:p>
    <w:p>
      <w:r>
        <w:rPr>
          <w:rFonts w:ascii="Courier New" w:hAnsi="Courier New"/>
          <w:color w:val="555555"/>
          <w:sz w:val="20"/>
        </w:rPr>
        <w:t>[20]</w:t>
      </w:r>
    </w:p>
    <w:p>
      <w:r>
        <w:rPr>
          <w:rFonts w:ascii="Gentium Plus" w:hAnsi="Gentium Plus"/>
          <w:sz w:val="24"/>
        </w:rPr>
        <w:t>γιζόμενοι κατ’ ἀρχὰς κατεφρόνησαν, ὡς τῶν προσ‐ αγγελλόντων κενῶς τὰ περὶ αὐτὸν τραγῳδούντων· ὡς δ’ ἡ προσηγγελμένη φήμη διὰ τῶν ἀποτελε‐ σμάτων ἀληθὴς ἐφάνη, ἡ σύγκλητος ἐξέπεμψεν Ἰού‐ νιον, ὃν τρεψάμενος ἐνίκησεν.</w:t>
      </w:r>
    </w:p>
    <w:p>
      <w:r>
        <w:rPr>
          <w:rFonts w:ascii="Courier New" w:hAnsi="Courier New"/>
          <w:color w:val="555555"/>
          <w:sz w:val="20"/>
        </w:rPr>
        <w:t>[25]</w:t>
      </w:r>
    </w:p>
    <w:p>
      <w:r>
        <w:rPr>
          <w:rFonts w:ascii="Gentium Plus" w:hAnsi="Gentium Plus"/>
          <w:sz w:val="24"/>
        </w:rPr>
        <w:t>(Const. Exc. 2(1), pp. 323—324.)</w:t>
      </w:r>
    </w:p>
    <w:p>
      <w:r>
        <w:rPr>
          <w:rFonts w:ascii="Courier New" w:hAnsi="Courier New"/>
          <w:color w:val="555555"/>
          <w:sz w:val="20"/>
        </w:rPr>
        <w:t>[38/39 10 . 1]</w:t>
      </w:r>
    </w:p>
    <w:p>
      <w:r>
        <w:rPr>
          <w:rFonts w:ascii="Gentium Plus" w:hAnsi="Gentium Plus"/>
          <w:sz w:val="24"/>
        </w:rPr>
        <w:t>Ὅτι Γνάιος Πομπήιος καλὰς ἀμοιβὰς τῆς ἀρετῆς ἀπενεγκάμενος καὶ τοῦ πρωτείου τυχὼν διὰ τὴν ἀνδρείαν, ἀκολούθως τοῖς ὑπηργμένοις τὰ μετὰ</w:t>
      </w:r>
    </w:p>
    <w:p>
      <w:r>
        <w:rPr>
          <w:rFonts w:ascii="Courier New" w:hAnsi="Courier New"/>
          <w:color w:val="555555"/>
          <w:sz w:val="20"/>
        </w:rPr>
        <w:t>[5]</w:t>
      </w:r>
    </w:p>
    <w:p>
      <w:r>
        <w:rPr>
          <w:rFonts w:ascii="Gentium Plus" w:hAnsi="Gentium Plus"/>
          <w:sz w:val="24"/>
        </w:rPr>
        <w:t>γραμμάτων ἐδήλωσε τῷ Σύλλᾳ. ὁ δ’ ἐπὶ πολλῶν ἄλλων θαυμάσας τὸν νεανίσκον, τοῖς μετ’ αὐτοῦ συγκλητικοῖς ἐπέπληττε παρονειδίζων ἅμα καὶ προ‐ καλούμενος πρὸς τὸν ὅμοιον ζῆλον· θαυμάζειν γὰρ ἔφησεν εἰ νέος μὲν παντελῶς τηλικοῦτον στράτευμα</w:t>
      </w:r>
    </w:p>
    <w:p>
      <w:r>
        <w:rPr>
          <w:rFonts w:ascii="Courier New" w:hAnsi="Courier New"/>
          <w:color w:val="555555"/>
          <w:sz w:val="20"/>
        </w:rPr>
        <w:t>[10]</w:t>
      </w:r>
    </w:p>
    <w:p>
      <w:r>
        <w:rPr>
          <w:rFonts w:ascii="Gentium Plus" w:hAnsi="Gentium Plus"/>
          <w:sz w:val="24"/>
        </w:rPr>
        <w:t>τῶν πολεμίων ἀφήρπακεν, οἱ δὲ τῇ τε ἡλικίᾳ καὶ τοῖς ἀξιώμασι πολὺ προέχοντες οὐδὲ τοὺς ἰδίους οἰκέτας εἰς συμμαχίαν γνησίαν δεδύνηνται παρέχε‐ σθαι. (Const. Exc. 4, pp. 402—403.)</w:t>
      </w:r>
    </w:p>
    <w:p>
      <w:r>
        <w:rPr>
          <w:rFonts w:ascii="Courier New" w:hAnsi="Courier New"/>
          <w:color w:val="555555"/>
          <w:sz w:val="20"/>
        </w:rPr>
        <w:t>[38/39 16 . 1]</w:t>
      </w:r>
    </w:p>
    <w:p>
      <w:r>
        <w:rPr>
          <w:rFonts w:ascii="Gentium Plus" w:hAnsi="Gentium Plus"/>
          <w:sz w:val="24"/>
        </w:rPr>
        <w:t>Ὅτι καταλειφθέντος τοῦ Σκιπίωνος μόνου μετὰ τὸ διαφθαρῆναι χρήμασι καὶ ἀποστῆναι πάν‐ τας καὶ ἀπεγνωκότος τὴν σωτηρίαν, ὁ Σύλλας ἱππεῖς ἀπέστειλε πρὸς αὐτὸν τοὺς παραπέμψοντας</w:t>
      </w:r>
    </w:p>
    <w:p>
      <w:r>
        <w:rPr>
          <w:rFonts w:ascii="Courier New" w:hAnsi="Courier New"/>
          <w:color w:val="555555"/>
          <w:sz w:val="20"/>
        </w:rPr>
        <w:t>[5]</w:t>
      </w:r>
    </w:p>
    <w:p>
      <w:r>
        <w:rPr>
          <w:rFonts w:ascii="Gentium Plus" w:hAnsi="Gentium Plus"/>
          <w:sz w:val="24"/>
        </w:rPr>
        <w:t>μετ’ ἀσφαλείας ὅποι βούλοιτο. ὁ δὲ Σκιπίων ἐν ἀκαρεῖ χρόνῳ τὸ τῆς ἀρχῆς ἀξίωμα μεταθεῖναι συναναγκασθεὶς εἰς ἰδιωτικὸν βίον καὶ ταπεινὸν σχῆμα, διὰ τὴν ἐπιείκειαν ὑπὸ τοῦ Σύλλα παρεπέμ‐ φθη ταχέως εἰς ἣν ἐβούλετο πόλιν. εἶτα τὰ τῆς</w:t>
      </w:r>
    </w:p>
    <w:p>
      <w:r>
        <w:rPr>
          <w:rFonts w:ascii="Courier New" w:hAnsi="Courier New"/>
          <w:color w:val="555555"/>
          <w:sz w:val="20"/>
        </w:rPr>
        <w:t>[10]</w:t>
      </w:r>
    </w:p>
    <w:p>
      <w:r>
        <w:rPr>
          <w:rFonts w:ascii="Gentium Plus" w:hAnsi="Gentium Plus"/>
          <w:sz w:val="24"/>
        </w:rPr>
        <w:t>ἀρχῆς ἀνακτησάμενος κόσμια πάλιν δυνάμεως ἱκανῆς ἀφηγεῖτο. (Const. Exc. 2(1), p. 324.)</w:t>
      </w:r>
    </w:p>
    <w:p>
      <w:r>
        <w:rPr>
          <w:rFonts w:ascii="Courier New" w:hAnsi="Courier New"/>
          <w:color w:val="555555"/>
          <w:sz w:val="20"/>
        </w:rPr>
        <w:t>[38/39 11 . 1]</w:t>
      </w:r>
    </w:p>
    <w:p>
      <w:r>
        <w:rPr>
          <w:rFonts w:ascii="Gentium Plus" w:hAnsi="Gentium Plus"/>
          <w:sz w:val="24"/>
        </w:rPr>
        <w:t>Ὅτι τὸν Ἀδριανὸν τὸν στρατηγὸν τῆς Ἰτύ‐ κης ζῶντα ἔκαυσαν οἱ Ἰτυκηνοί. τὸ δὲ πραχθὲν καίπερ ὂν δεινὸν οὐκ ἔτυχε κατηγορίας διὰ τὴν τοῦ</w:t>
      </w:r>
    </w:p>
    <w:p>
      <w:r>
        <w:rPr>
          <w:rFonts w:ascii="Courier New" w:hAnsi="Courier New"/>
          <w:color w:val="555555"/>
          <w:sz w:val="20"/>
        </w:rPr>
        <w:t>[38/39 12 . 1]</w:t>
      </w:r>
    </w:p>
    <w:p>
      <w:r>
        <w:rPr>
          <w:rFonts w:ascii="Gentium Plus" w:hAnsi="Gentium Plus"/>
          <w:sz w:val="24"/>
        </w:rPr>
        <w:t>Ὅτι τῷ Μαρίῳ τῷ υἱῷ Μαρίου ὑπατεύσαντι οὐκ ὀλίγοι καὶ τῶν κατὰ νόμον τετελεκότων τὴν στρατείαν ἐθελοντὴν ἔσπευσαν τῷ νεανίσκῳ κοι‐ νωνῆσαι τῶν κατὰ τὸν πόλεμον ἀγώνων, καὶ</w:t>
      </w:r>
    </w:p>
    <w:p>
      <w:r>
        <w:rPr>
          <w:rFonts w:ascii="Courier New" w:hAnsi="Courier New"/>
          <w:color w:val="555555"/>
          <w:sz w:val="20"/>
        </w:rPr>
        <w:t>[5]</w:t>
      </w:r>
    </w:p>
    <w:p>
      <w:r>
        <w:rPr>
          <w:rFonts w:ascii="Gentium Plus" w:hAnsi="Gentium Plus"/>
          <w:sz w:val="24"/>
        </w:rPr>
        <w:t>πρεσβύτεροι ταῖς ἡλικίαις ὄντες ἐνδείξασθαι τοῖς νεωτέροις ὅ τι δύναται πολεμικῶν ἔργων μελέτη καὶ συνήθεια παρατάξεων καὶ τῶν ἄλλων τῶν ἐν τῷ πολέμῳ δεινῶν.</w:t>
      </w:r>
    </w:p>
    <w:p>
      <w:r>
        <w:rPr>
          <w:rFonts w:ascii="Courier New" w:hAnsi="Courier New"/>
          <w:color w:val="555555"/>
          <w:sz w:val="20"/>
        </w:rPr>
        <w:t>[38/39 13 . 1]</w:t>
      </w:r>
    </w:p>
    <w:p>
      <w:r>
        <w:rPr>
          <w:rFonts w:ascii="Gentium Plus" w:hAnsi="Gentium Plus"/>
          <w:sz w:val="24"/>
        </w:rPr>
        <w:t>Ἔλεγχοι πικροὶ καὶ κατὰ πόλιν καὶ κατ’ ἔθνος καὶ ποικίλαι πεῖραι προσήγοντο τοῦ γνωσ‐ θῆναι πῶς ἔχουσι πρὸς αὐτούς. ἠναγκάζοντο γὰρ διὰ τῆς ὑποκρίσεως πρὸς ἀμφοτέρους τοῖς προσ‐</w:t>
      </w:r>
    </w:p>
    <w:p>
      <w:r>
        <w:rPr>
          <w:rFonts w:ascii="Courier New" w:hAnsi="Courier New"/>
          <w:color w:val="555555"/>
          <w:sz w:val="20"/>
        </w:rPr>
        <w:t>[5]</w:t>
      </w:r>
    </w:p>
    <w:p>
      <w:r>
        <w:rPr>
          <w:rFonts w:ascii="Gentium Plus" w:hAnsi="Gentium Plus"/>
          <w:sz w:val="24"/>
        </w:rPr>
        <w:t>ποιήμασι μετοκλάζειν καὶ πρὸς τοὺς ἀεὶ παρόντας ἀπονεύειν. τῶν γὰρ ἀντιπολεμούντων οἱ πρὸς τὴν στρατολογίαν ἀποδεδειγμένοι καὶ κατὰ πρόσωπον παρόντες καὶ πρὸς ἀλλήλους διαφιλοτιμούμενοι τοῖς ἀκριβεστάτοις ἐλέγχοις φανερὰν ἐποίουν τὴν τῶν</w:t>
      </w:r>
    </w:p>
    <w:p>
      <w:r>
        <w:rPr>
          <w:rFonts w:ascii="Courier New" w:hAnsi="Courier New"/>
          <w:color w:val="555555"/>
          <w:sz w:val="20"/>
        </w:rPr>
        <w:t>[10]</w:t>
      </w:r>
    </w:p>
    <w:p>
      <w:r>
        <w:rPr>
          <w:rFonts w:ascii="Gentium Plus" w:hAnsi="Gentium Plus"/>
          <w:sz w:val="24"/>
        </w:rPr>
        <w:t>πόλεων κρίσιν.</w:t>
      </w:r>
    </w:p>
    <w:p>
      <w:r>
        <w:rPr>
          <w:rFonts w:ascii="Courier New" w:hAnsi="Courier New"/>
          <w:color w:val="555555"/>
          <w:sz w:val="20"/>
        </w:rPr>
        <w:t>[38/39 14 . 1]</w:t>
      </w:r>
    </w:p>
    <w:p>
      <w:r>
        <w:rPr>
          <w:rFonts w:ascii="Gentium Plus" w:hAnsi="Gentium Plus"/>
          <w:sz w:val="24"/>
        </w:rPr>
        <w:t>Ὅτι Μάριος διὰ τὴν σπάνιν τῶν ἀναγκαίων ὑπὸ τῶν στρατιωτῶν κατελέλειπτο, μόνος δὲ Μάρ‐ κος Περπέννας ὁ τῆς Σικελίας στρατηγός, διαπεμ‐ πομένου πρὸς αὐτὸν Σύλλα καὶ παρακαλοῦντος μετ’</w:t>
      </w:r>
    </w:p>
    <w:p>
      <w:r>
        <w:rPr>
          <w:rFonts w:ascii="Courier New" w:hAnsi="Courier New"/>
          <w:color w:val="555555"/>
          <w:sz w:val="20"/>
        </w:rPr>
        <w:t>[5]</w:t>
      </w:r>
    </w:p>
    <w:p>
      <w:r>
        <w:rPr>
          <w:rFonts w:ascii="Gentium Plus" w:hAnsi="Gentium Plus"/>
          <w:sz w:val="24"/>
        </w:rPr>
        <w:t>αὐτοῦ τάττεσθαι, τοσοῦτον ἀπέσχε τοῦ πειθαρχεῖν ὥστε μὴ μόνον διατηρῆσαι τὴν πρὸς Μάριον εὔ‐ νοιαν, ἀλλὰ καὶ μετ’ ἀνατάσεως ἀποφῆναι ὅτι παντὶ σθένει διαβὰς ἐκ τῆς Σικελίας ἐξαρπάσει τὸν Μάριον ἐκ τοῦ Πραινεστοῦ.</w:t>
      </w:r>
    </w:p>
    <w:p>
      <w:r>
        <w:rPr>
          <w:rFonts w:ascii="Courier New" w:hAnsi="Courier New"/>
          <w:color w:val="555555"/>
          <w:sz w:val="20"/>
        </w:rPr>
        <w:t>[10]</w:t>
      </w:r>
    </w:p>
    <w:p>
      <w:r>
        <w:rPr>
          <w:rFonts w:ascii="Gentium Plus" w:hAnsi="Gentium Plus"/>
          <w:sz w:val="24"/>
        </w:rPr>
        <w:t>(Const. Exc. 4, p. 403.)</w:t>
      </w:r>
    </w:p>
    <w:p>
      <w:r>
        <w:rPr>
          <w:rFonts w:ascii="Courier New" w:hAnsi="Courier New"/>
          <w:color w:val="555555"/>
          <w:sz w:val="20"/>
        </w:rPr>
        <w:t>[38/39 15 . 1]</w:t>
      </w:r>
    </w:p>
    <w:p>
      <w:r>
        <w:rPr>
          <w:rFonts w:ascii="Gentium Plus" w:hAnsi="Gentium Plus"/>
          <w:sz w:val="24"/>
        </w:rPr>
        <w:t>Ὅτι μεγάλη στάσις ἐμφύλιος ἤδη διαλυο‐ μένου τοῦ Μαρσικοῦ γέγονε πολέμου, ἧς ἡγοῦντο Σύλλας καὶ Γάιος Μάριος, νέος ὤν, ὁ Μαρίου τοῦ πολλάκις ὑπατευκότος, ἑπτάκις γὰρ ὑπάτευσε,</w:t>
      </w:r>
    </w:p>
    <w:p>
      <w:r>
        <w:rPr>
          <w:rFonts w:ascii="Courier New" w:hAnsi="Courier New"/>
          <w:color w:val="555555"/>
          <w:sz w:val="20"/>
        </w:rPr>
        <w:t>[5]</w:t>
      </w:r>
    </w:p>
    <w:p>
      <w:r>
        <w:rPr>
          <w:rFonts w:ascii="Gentium Plus" w:hAnsi="Gentium Plus"/>
          <w:sz w:val="24"/>
        </w:rPr>
        <w:t>παῖς. ἐν δὲ τῇ στάσει πολλαὶ μυριάδες ἀνθρώπων ἀνῃρέθησαν, ἐκράτησε δ’ ὁ Σύλλας, καὶ δικτάτωρ γεγονώς, Ἐπαφρόδιτόν τε ὀνομάσας ἑαυτὸν οὐκ ἐψεύσθη τῆς ἀλαζονείας· κρατῶν γὰρ τοῖς πολέμοις ἰδίῳ ἀπεβίω θανάτῳ. ὁ δὲ Μάριος μάχῃ τῇ πρὸς</w:t>
      </w:r>
    </w:p>
    <w:p>
      <w:r>
        <w:rPr>
          <w:rFonts w:ascii="Courier New" w:hAnsi="Courier New"/>
          <w:color w:val="555555"/>
          <w:sz w:val="20"/>
        </w:rPr>
        <w:t>[10]</w:t>
      </w:r>
    </w:p>
    <w:p>
      <w:r>
        <w:rPr>
          <w:rFonts w:ascii="Gentium Plus" w:hAnsi="Gentium Plus"/>
          <w:sz w:val="24"/>
        </w:rPr>
        <w:t>Σύλλαν γενναίως ἀγωνισάμενος, ὅμως ἡττηθεὶς κατέφυγεν εἰς Πραίνεστον ἅμα μυρίοις πεντακισ‐ χιλίοις. συγκλεισθεὶς δ’ ἐν αὐτῇ καὶ χρόνον οὐκ ὀλίγον πολιορκηθεὶς ἠναγκάσθη, πάντων αὐτὸν ἐγκαταλιπόντων καὶ μηδεμίαν σωτηρίας ὁδὸν καθ‐</w:t>
      </w:r>
    </w:p>
    <w:p>
      <w:r>
        <w:rPr>
          <w:rFonts w:ascii="Courier New" w:hAnsi="Courier New"/>
          <w:color w:val="555555"/>
          <w:sz w:val="20"/>
        </w:rPr>
        <w:t>[15]</w:t>
      </w:r>
    </w:p>
    <w:p>
      <w:r>
        <w:rPr>
          <w:rFonts w:ascii="Gentium Plus" w:hAnsi="Gentium Plus"/>
          <w:sz w:val="24"/>
        </w:rPr>
        <w:t>ορῶν, τὴν ἑνὸς οἰκέτου τῶν πιστῶν χεῖρα εἰς λύσιν τῶν δεινῶν παρακαλέσαι. καὶ ὅ γε πεισθεὶς καὶ μιᾷ πληγῇ τοῦ βίου τὸν δεσπότην ἀπαλλάξας ἑαυτὸν ἐπικατέσφαξε. καὶ παύεται μὲν αὕτη ἡ στάσις, λείψανα μέντοι τοῦ πολέμου ὑπολειφθέντα τῆς</w:t>
      </w:r>
    </w:p>
    <w:p>
      <w:r>
        <w:rPr>
          <w:rFonts w:ascii="Courier New" w:hAnsi="Courier New"/>
          <w:color w:val="555555"/>
          <w:sz w:val="20"/>
        </w:rPr>
        <w:t>[20]</w:t>
      </w:r>
    </w:p>
    <w:p>
      <w:r>
        <w:rPr>
          <w:rFonts w:ascii="Gentium Plus" w:hAnsi="Gentium Plus"/>
          <w:sz w:val="24"/>
        </w:rPr>
        <w:t>Μαρίου μοίρας ἐπὶ χρόνον Σύλλᾳ διεμαχέσαντο, ἕως καὶ αὐτὰ συνδιέφθορε τοῖς ἄλλοις. (Photius, Bibl. pp. 392—393 B.)</w:t>
      </w:r>
    </w:p>
    <w:p>
      <w:r>
        <w:rPr>
          <w:rFonts w:ascii="Courier New" w:hAnsi="Courier New"/>
          <w:color w:val="555555"/>
          <w:sz w:val="20"/>
        </w:rPr>
        <w:t>[38/39 17 . 1]</w:t>
      </w:r>
    </w:p>
    <w:p>
      <w:r>
        <w:rPr>
          <w:rFonts w:ascii="Gentium Plus" w:hAnsi="Gentium Plus"/>
          <w:sz w:val="24"/>
        </w:rPr>
        <w:t>Ὅτι οἱ τῶν Ῥωμαίων περιφανεῖς ἄνδρες ἐμιαιφονήθησαν ἐκ διαβολῆς, καὶ ὁ τὴν μεγίστην ἱερωσύνην ἔχων Σκαιουόλας, μέγιστον ἔχων ἀξίωμα</w:t>
      </w:r>
    </w:p>
    <w:p>
      <w:r>
        <w:rPr>
          <w:rFonts w:ascii="Courier New" w:hAnsi="Courier New"/>
          <w:color w:val="555555"/>
          <w:sz w:val="20"/>
        </w:rPr>
        <w:t>[5]</w:t>
      </w:r>
    </w:p>
    <w:p>
      <w:r>
        <w:rPr>
          <w:rFonts w:ascii="Gentium Plus" w:hAnsi="Gentium Plus"/>
          <w:sz w:val="24"/>
        </w:rPr>
        <w:t>τοῦ βίου καταστροφῆς. οἱ δὲ Ῥωμαῖοι κατ’ αὐτό γε τοῦτο μεγάλως εὐτύχησαν, ὅτι τοῖς ἁγιωτάτοις σηκοῖς ὁ πάντιμος ἱερεὺς οὐκ ἔφθασε προσπεσεῖν, ἐπείτοι γε χάριν τῆς τῶν διωκόντων ὠμότητος καὶ πρὸς αὐτοῖς τοῖς ἀδύτοις ἐπιβώμιος μιαιφονηθεὶς</w:t>
      </w:r>
    </w:p>
    <w:p>
      <w:r>
        <w:rPr>
          <w:rFonts w:ascii="Courier New" w:hAnsi="Courier New"/>
          <w:color w:val="555555"/>
          <w:sz w:val="20"/>
        </w:rPr>
        <w:t>[10]</w:t>
      </w:r>
    </w:p>
    <w:p>
      <w:r>
        <w:rPr>
          <w:rFonts w:ascii="Gentium Plus" w:hAnsi="Gentium Plus"/>
          <w:sz w:val="24"/>
        </w:rPr>
        <w:t>ἀπέσβεσεν ἂν τῷ αἵματι τὸ ἀκοιμήτῳ δεισιδαι‐ μονίᾳ τηρούμενον πῦρ ἐξ αἰῶνος. (Const. Exc. 2(1), p. 324; from οὐκ ἔφθασε to end, Const. Exc. 4, pp. 403—404.)</w:t>
      </w:r>
    </w:p>
    <w:p>
      <w:r>
        <w:rPr>
          <w:rFonts w:ascii="Courier New" w:hAnsi="Courier New"/>
          <w:color w:val="555555"/>
          <w:sz w:val="20"/>
        </w:rPr>
        <w:t>[38/39 18 . 1]</w:t>
      </w:r>
    </w:p>
    <w:p>
      <w:r>
        <w:rPr>
          <w:rFonts w:ascii="Gentium Plus" w:hAnsi="Gentium Plus"/>
          <w:sz w:val="24"/>
        </w:rPr>
        <w:t>Ὅτι ὁ τῶν ἀγαθῶν ἀνδρῶν ἔπαινος καὶ ἡ τῶν πονηρῶν βλασφημία μάλιστα δύνανται πρὸς τὰ καλὰ τῶν ἔργων τοὺς ἀνθρώπους χειραγωγεῖν.</w:t>
      </w:r>
    </w:p>
    <w:p>
      <w:r>
        <w:rPr>
          <w:rFonts w:ascii="Courier New" w:hAnsi="Courier New"/>
          <w:color w:val="555555"/>
          <w:sz w:val="20"/>
        </w:rPr>
        <w:t>[38/39 18 . 2]</w:t>
      </w:r>
    </w:p>
    <w:p>
      <w:r>
        <w:rPr>
          <w:rFonts w:ascii="Gentium Plus" w:hAnsi="Gentium Plus"/>
          <w:sz w:val="24"/>
        </w:rPr>
        <w:t>Ἄνδρας δυναμένους βουλεύσασθαι καλῶς καὶ τὰ κριθέντα ἀγαγεῖν εἰς συντέλειαν .... (Const. Exc. 4, p. 404.)</w:t>
      </w:r>
    </w:p>
    <w:p>
      <w:r>
        <w:rPr>
          <w:rFonts w:ascii="Courier New" w:hAnsi="Courier New"/>
          <w:color w:val="555555"/>
          <w:sz w:val="20"/>
        </w:rPr>
        <w:t>[38/39 19 . 1]</w:t>
      </w:r>
    </w:p>
    <w:p>
      <w:r>
        <w:rPr>
          <w:rFonts w:ascii="Gentium Plus" w:hAnsi="Gentium Plus"/>
          <w:sz w:val="24"/>
        </w:rPr>
        <w:t>Ὅτι προτεθείσης προγραφῆς εἰς τὴν ἀγορὰν ἀνέδραμε πλῆθος ἀνθρώπων πρὸς τὴν ἀνάγνωσιν. οἱ πλεῖστοι δὲ συνέπασχον τοῖς ὀφείλουσιν ἀναδέχε‐ σθαι τὸν θάνατον. εἷς δὲ τῶν συνεληλυθότων,</w:t>
      </w:r>
    </w:p>
    <w:p>
      <w:r>
        <w:rPr>
          <w:rFonts w:ascii="Courier New" w:hAnsi="Courier New"/>
          <w:color w:val="555555"/>
          <w:sz w:val="20"/>
        </w:rPr>
        <w:t>[5]</w:t>
      </w:r>
    </w:p>
    <w:p>
      <w:r>
        <w:rPr>
          <w:rFonts w:ascii="Gentium Plus" w:hAnsi="Gentium Plus"/>
          <w:sz w:val="24"/>
        </w:rPr>
        <w:t>κακίᾳ καὶ ὑπερηφανίᾳ διαφέρων, ἐγγελῶν τοῖς κιν‐ δυνεύουσι πολλὰ κατ’ αὐτῶν ὑβριστικῶς ἐβλασ‐ φήμησεν. ἔνθα δὴ δαιμονίου τινὸς νέμεσις τῷ διασύροντι τὴν τῶν ἀκληρούντων τύχην ἐπέθηκε τὴν πρέπουσαν τῇ κακίᾳ τιμωρίαν. ἐν γὰρ τοῖς ἐπὶ</w:t>
      </w:r>
    </w:p>
    <w:p>
      <w:r>
        <w:rPr>
          <w:rFonts w:ascii="Courier New" w:hAnsi="Courier New"/>
          <w:color w:val="555555"/>
          <w:sz w:val="20"/>
        </w:rPr>
        <w:t>[10]</w:t>
      </w:r>
    </w:p>
    <w:p>
      <w:r>
        <w:rPr>
          <w:rFonts w:ascii="Gentium Plus" w:hAnsi="Gentium Plus"/>
          <w:sz w:val="24"/>
        </w:rPr>
        <w:t>πᾶσιν ὀνόμασιν εὑρὼν ἑαυτὸν προσγεγραμμένον, εὐθέως ἐγκαλυψάμενος τὴν κεφαλὴν προῆγε διὰ τοῦ πλήθους, ἐλπίζων λήσεσθαι τοὺς περιεστῶτας</w:t>
      </w:r>
    </w:p>
    <w:p>
      <w:r>
        <w:rPr>
          <w:rFonts w:ascii="Courier New" w:hAnsi="Courier New"/>
          <w:color w:val="555555"/>
          <w:sz w:val="20"/>
        </w:rPr>
        <w:t>[15]</w:t>
      </w:r>
    </w:p>
    <w:p>
      <w:r>
        <w:rPr>
          <w:rFonts w:ascii="Gentium Plus" w:hAnsi="Gentium Plus"/>
          <w:sz w:val="24"/>
        </w:rPr>
        <w:t>φανερᾶς τῆς περὶ αὐτὸν περιστάσεως γενομένης, συνελήφθη καὶ ἔτυχε τῆς τιμωρίας, πάντων ἐπι‐ χαιρόντων τῷ θανάτῳ αὐτοῦ.</w:t>
      </w:r>
    </w:p>
    <w:p>
      <w:r>
        <w:rPr>
          <w:rFonts w:ascii="Courier New" w:hAnsi="Courier New"/>
          <w:color w:val="555555"/>
          <w:sz w:val="20"/>
        </w:rPr>
        <w:t>[38/39 20 . 1]</w:t>
      </w:r>
    </w:p>
    <w:p>
      <w:r>
        <w:rPr>
          <w:rFonts w:ascii="Gentium Plus" w:hAnsi="Gentium Plus"/>
          <w:sz w:val="24"/>
        </w:rPr>
        <w:t>Ὅτι πολλῷ χρόνῳ τῆς Σικελίας ἀδικαιοδοτή‐ του γενομένης, ὁ Πομπήιος δοὺς ἑαυτὸν ἐπὶ τὴν δικαιοδοσίαν καὶ χρηματίζων περὶ τῶν δημοσίων ἀμφισβητημάτων καὶ τῶν ἰδιωτικῶν συμβολαίων</w:t>
      </w:r>
    </w:p>
    <w:p>
      <w:r>
        <w:rPr>
          <w:rFonts w:ascii="Courier New" w:hAnsi="Courier New"/>
          <w:color w:val="555555"/>
          <w:sz w:val="20"/>
        </w:rPr>
        <w:t>[5]</w:t>
      </w:r>
    </w:p>
    <w:p>
      <w:r>
        <w:rPr>
          <w:rFonts w:ascii="Gentium Plus" w:hAnsi="Gentium Plus"/>
          <w:sz w:val="24"/>
        </w:rPr>
        <w:t>οὕτως εὐστόχως καὶ ἀδωροδοκήτως ἐποιεῖτο τὰς ἀποφάσεις ὥστε ὑπερβολὴν ἑτέρῳ μὴ ἀπολείπειν. εἴκοσι δὲ καὶ δυεῖν ἐτῶν τὴν ἡλικίαν ὑπάρχων, καὶ τῆς νεότητος προκαλουμένης ἐπὶ τὰς ἀλογίστους ἡδονάς, οὕτως αὐστηρῶς καὶ σωφρόνως ἐποιήσατο</w:t>
      </w:r>
    </w:p>
    <w:p>
      <w:r>
        <w:rPr>
          <w:rFonts w:ascii="Courier New" w:hAnsi="Courier New"/>
          <w:color w:val="555555"/>
          <w:sz w:val="20"/>
        </w:rPr>
        <w:t>[10]</w:t>
      </w:r>
    </w:p>
    <w:p>
      <w:r>
        <w:rPr>
          <w:rFonts w:ascii="Gentium Plus" w:hAnsi="Gentium Plus"/>
          <w:sz w:val="24"/>
        </w:rPr>
        <w:t>τὴν ἐπιδημίαν κατὰ τὴν νῆσον ὥστε πάντας τοὺς κατὰ τὴν Σικελίαν καταπλήττεσθαι καὶ θαυμάζειν τὴν ἀρετὴν τοῦ νεανίσκου. (Const. Exc. 2(1), pp. 324—325.)</w:t>
      </w:r>
    </w:p>
    <w:p>
      <w:r>
        <w:rPr>
          <w:rFonts w:ascii="Courier New" w:hAnsi="Courier New"/>
          <w:color w:val="555555"/>
          <w:sz w:val="20"/>
        </w:rPr>
        <w:t>[38/39 21 . 1]</w:t>
      </w:r>
    </w:p>
    <w:p>
      <w:r>
        <w:rPr>
          <w:rFonts w:ascii="Gentium Plus" w:hAnsi="Gentium Plus"/>
          <w:sz w:val="24"/>
        </w:rPr>
        <w:t>Ὅτι ὁ Σπάρτακος ὁ βάρβαρος εὐεργετηθεὶς παρά τινος εὐχάριστος ἐφάνη πρὸς αὐτόν· αὐτο‐ δίδακτος γὰρ καὶ παρὰ τοῖς βαρβάροις ἡ φύσις πρὸς ἀμοιβὴν χάριτος τοῖς εὐεργέταις.</w:t>
      </w:r>
    </w:p>
    <w:p>
      <w:r>
        <w:rPr>
          <w:rFonts w:ascii="Courier New" w:hAnsi="Courier New"/>
          <w:color w:val="555555"/>
          <w:sz w:val="20"/>
        </w:rPr>
        <w:t>[38/39 22 . 1]</w:t>
      </w:r>
    </w:p>
    <w:p>
      <w:r>
        <w:rPr>
          <w:rFonts w:ascii="Gentium Plus" w:hAnsi="Gentium Plus"/>
          <w:sz w:val="24"/>
        </w:rPr>
        <w:t>Ὅτι ἡ διὰ τῶν ὅπλων νίκη κοινὴν ἔχει τοῖς ἡγεμόσι καὶ τοῖς στρατιώταις τὴν εὐημερίαν, τὰ δὲ διὰ τῆς στρατηγικῆς συνέσεως γινόμενα κατορθώ‐ ματα μόνῳ προσάπτεται τῷ ἡγεμόνι.</w:t>
      </w:r>
    </w:p>
    <w:p>
      <w:r>
        <w:rPr>
          <w:rFonts w:ascii="Courier New" w:hAnsi="Courier New"/>
          <w:color w:val="555555"/>
          <w:sz w:val="20"/>
        </w:rPr>
        <w:t>[38/39 22 . 2]</w:t>
      </w:r>
    </w:p>
    <w:p>
      <w:r>
        <w:rPr>
          <w:rFonts w:ascii="Gentium Plus" w:hAnsi="Gentium Plus"/>
          <w:sz w:val="24"/>
        </w:rPr>
        <w:t>Ἀκατάσχετος γάρ τις ὁρμὴ τοῖς βαρβάροις ἐν‐</w:t>
      </w:r>
    </w:p>
    <w:p>
      <w:r>
        <w:rPr>
          <w:rFonts w:ascii="Courier New" w:hAnsi="Courier New"/>
          <w:color w:val="555555"/>
          <w:sz w:val="20"/>
        </w:rPr>
        <w:t>[38/39 22 . 3]</w:t>
      </w:r>
    </w:p>
    <w:p>
      <w:r>
        <w:rPr>
          <w:rFonts w:ascii="Gentium Plus" w:hAnsi="Gentium Plus"/>
          <w:sz w:val="24"/>
        </w:rPr>
        <w:t>Ὅτι ὡς ἐπίπαν αἱ τῶν ἄλλων συμφοραὶ νουθε‐ τοῦσι τοὺς ἐν τοῖς ὁμοίοις κινδύνοις ὑπάρχοντας. (Const. Exc. 4, p. 404.)</w:t>
      </w:r>
    </w:p>
    <w:p>
      <w:r>
        <w:rPr>
          <w:rFonts w:ascii="Courier New" w:hAnsi="Courier New"/>
          <w:color w:val="555555"/>
          <w:sz w:val="20"/>
        </w:rPr>
        <w:t>[37 22a 1]</w:t>
      </w:r>
    </w:p>
    <w:p>
      <w:r>
        <w:rPr>
          <w:rFonts w:ascii="Gentium Plus" w:hAnsi="Gentium Plus"/>
          <w:sz w:val="24"/>
        </w:rPr>
        <w:t>Ὅτι ὁ Σερτώριος θεωρῶν ἀκατά‐ σχετον οὖσαν τὴν ὁρμὴν τῶν ἐγχωρίων πικρῶς προσεφέρετο τοῖς συμμάχοις, καὶ τοὺς μὲν καταιτι‐ ώμενος ἀπέκτεινεν, τοὺς δὲ εἰς φυλακὴν παρεδίδου,</w:t>
      </w:r>
    </w:p>
    <w:p>
      <w:r>
        <w:rPr>
          <w:rFonts w:ascii="Courier New" w:hAnsi="Courier New"/>
          <w:color w:val="555555"/>
          <w:sz w:val="20"/>
        </w:rPr>
        <w:t>[5]</w:t>
      </w:r>
    </w:p>
    <w:p>
      <w:r>
        <w:rPr>
          <w:rFonts w:ascii="Gentium Plus" w:hAnsi="Gentium Plus"/>
          <w:sz w:val="24"/>
        </w:rPr>
        <w:t>τῶν δὲ εὐπορωτάτων ἐδήμευε τὰς οὐσίας. πολὺν δὲ ἄργυρον καὶ χρυσὸν ἀθροίσας οὐκ εἰς τὸ κοινὸν τοῦ πολέμου ταμιεῖον κατετίθετο, ἀλλ’ ἰδίᾳ ἐθη‐ σαύριζεν· οὔτε τοῖς στρατιώταις ἐχορήγει τὰς μισθοφορίας, οὔτε τοῖς ἡγεμόσι μετεδίδου τού‐</w:t>
      </w:r>
    </w:p>
    <w:p>
      <w:r>
        <w:rPr>
          <w:rFonts w:ascii="Courier New" w:hAnsi="Courier New"/>
          <w:color w:val="555555"/>
          <w:sz w:val="20"/>
        </w:rPr>
        <w:t>[10]</w:t>
      </w:r>
    </w:p>
    <w:p>
      <w:r>
        <w:rPr>
          <w:rFonts w:ascii="Gentium Plus" w:hAnsi="Gentium Plus"/>
          <w:sz w:val="24"/>
        </w:rPr>
        <w:t>των, οὔτε τὰς κεφαλικὰς κρίσεις μετὰ συνεδρίου καὶ συμβούλων ἐποιεῖτο, διακούων δὲ ἰδίῳ καὶ μόνον κριτὴν ἑαυτὸν ἀποδείξας ἐποιεῖτο τὰς ἀπο‐ φάσεις· εἴς τε τὰ σύνδειπνα τοὺς ἡγεμόνας οὐκ ἠξίου παραλαμβάνειν, οὐδὲ φιλανθρωπίας οὐδεμιᾶς</w:t>
      </w:r>
    </w:p>
    <w:p>
      <w:r>
        <w:rPr>
          <w:rFonts w:ascii="Courier New" w:hAnsi="Courier New"/>
          <w:color w:val="555555"/>
          <w:sz w:val="20"/>
        </w:rPr>
        <w:t>[15]</w:t>
      </w:r>
    </w:p>
    <w:p>
      <w:r>
        <w:rPr>
          <w:rFonts w:ascii="Gentium Plus" w:hAnsi="Gentium Plus"/>
          <w:sz w:val="24"/>
        </w:rPr>
        <w:t>μετεδίδου τοῖς φίλοις. καθόλου δὲ διὰ τὴν ἐπὶ τὸ χεῖρον ἐπίδοσιν τῆς περὶ αὐτὸν ἐξουσίας ἀποθηριω‐ θεὶς τυραννικῶς ἅπασιν προσεφέρετο. καὶ ἐμισήθη μὲν ὑπὸ τοῦ πλήθους, ἐπεβουλεύθη δὲ ὑπὸ τῶν φίλων. ἡ δὲ ἀναίρεσις αὐτοῦ συνετελέσθη τοιῷδέ</w:t>
      </w:r>
    </w:p>
    <w:p>
      <w:r>
        <w:rPr>
          <w:rFonts w:ascii="Courier New" w:hAnsi="Courier New"/>
          <w:color w:val="555555"/>
          <w:sz w:val="20"/>
        </w:rPr>
        <w:t>[20]</w:t>
      </w:r>
    </w:p>
    <w:p>
      <w:r>
        <w:rPr>
          <w:rFonts w:ascii="Gentium Plus" w:hAnsi="Gentium Plus"/>
          <w:sz w:val="24"/>
        </w:rPr>
        <w:t>τινι τρόπῳ. τῶν ἡγεμόνων οἱ μέγιστον ἔχοντες ἀξίωμα Περπέννας καὶ Ταρκυίτιος συμφρονή‐ σαντες ἀλλήλοις ἔγνωσαν ὡς τύραννον ὄντα τὸν Σερτώριον ἀνελεῖν. προστάτης δὲ τῆς ἐπιβουλῆς αἱρεθεὶς ὁ Περπέννας ἐκάλεσεν ἐπὶ δεῖπνον τὸν</w:t>
      </w:r>
    </w:p>
    <w:p>
      <w:r>
        <w:rPr>
          <w:rFonts w:ascii="Courier New" w:hAnsi="Courier New"/>
          <w:color w:val="555555"/>
          <w:sz w:val="20"/>
        </w:rPr>
        <w:t>[25]</w:t>
      </w:r>
    </w:p>
    <w:p>
      <w:r>
        <w:rPr>
          <w:rFonts w:ascii="Gentium Plus" w:hAnsi="Gentium Plus"/>
          <w:sz w:val="24"/>
        </w:rPr>
        <w:t>Σερτώριον καὶ τοὺς συνίστορας συμπαρέλαβεν ἐπὶ τὴν ἑστίασιν. καταντήσαντος δὲ τοῦ Σερτωρίου, καὶ τῶν κοινοπραγούντων συνεπιθεμένων, ὁ Σερτώ‐ ριος ἀνακλιθεὶς ἀνὰ μέσον Ταρκυιτίου καὶ Ἀντω‐ νίου ὑπὸ τούτων ἐσφάγη.</w:t>
      </w:r>
    </w:p>
    <w:p>
      <w:r>
        <w:rPr>
          <w:rFonts w:ascii="Courier New" w:hAnsi="Courier New"/>
          <w:color w:val="555555"/>
          <w:sz w:val="20"/>
        </w:rPr>
        <w:t>[37 22b 1]</w:t>
      </w:r>
    </w:p>
    <w:p>
      <w:r>
        <w:rPr>
          <w:rFonts w:ascii="Gentium Plus" w:hAnsi="Gentium Plus"/>
          <w:sz w:val="24"/>
        </w:rPr>
        <w:t>Ὅτι ὁ Μιθριδάτης ἐξ ἐπιβουλῆς παρ’ ὀλίγον ἐκινδύνευσεν ὑποχείριος γενέσθαι τοῖς Κυζικηνοῖς. συναγωνιζόμενος γάρ τις ἐν ταῖς μεταλλείαις Ῥωμαῖος ἑκατοντάρχης ἐπεβέλετο</w:t>
      </w:r>
    </w:p>
    <w:p>
      <w:r>
        <w:rPr>
          <w:rFonts w:ascii="Courier New" w:hAnsi="Courier New"/>
          <w:color w:val="555555"/>
          <w:sz w:val="20"/>
        </w:rPr>
        <w:t>[5]</w:t>
      </w:r>
    </w:p>
    <w:p>
      <w:r>
        <w:rPr>
          <w:rFonts w:ascii="Gentium Plus" w:hAnsi="Gentium Plus"/>
          <w:sz w:val="24"/>
        </w:rPr>
        <w:t>τοῦτο τελέσαι. διὰ γὰρ τὰς παρ’ ἀμφοτέροις μεταλλείας συνεχῶς γινομένων συμπλοκῶν καὶ συλλόγων, εἰς γνῶσιν ἦλθε τοῖς τοῦ βασιλέως διὰ τὰς συνεχεῖς πρὸς αὐτοὺς ὁμιλίας. μονωθεὶς δέ ποτε κατὰ τὴν ἐν τοῖς ὀρύγμασι φυλακὴν καὶ ὑπό</w:t>
      </w:r>
    </w:p>
    <w:p>
      <w:r>
        <w:rPr>
          <w:rFonts w:ascii="Courier New" w:hAnsi="Courier New"/>
          <w:color w:val="555555"/>
          <w:sz w:val="20"/>
        </w:rPr>
        <w:t>[10]</w:t>
      </w:r>
    </w:p>
    <w:p>
      <w:r>
        <w:rPr>
          <w:rFonts w:ascii="Gentium Plus" w:hAnsi="Gentium Plus"/>
          <w:sz w:val="24"/>
        </w:rPr>
        <w:t>τινος τῶν ἐπιστατούντων ἐν τοῖς ἔργοις καταπειρα‐ θεὶς περὶ προδοσίας, προσεδέξατο τοὺς λόγους προσποιητικῶς. ἀνενεχθέντος δὲ τοῦ πράγματος πρὸς τὸν βασιλέα, ἐκεῖνος μὲν ἐπιθυμῶν κυριεῦσαι τῆς πόλεως δωρεὰς ἐπηγγείλατο, καὶ συνέθετο</w:t>
      </w:r>
    </w:p>
    <w:p>
      <w:r>
        <w:rPr>
          <w:rFonts w:ascii="Courier New" w:hAnsi="Courier New"/>
          <w:color w:val="555555"/>
          <w:sz w:val="20"/>
        </w:rPr>
        <w:t>[15]</w:t>
      </w:r>
    </w:p>
    <w:p>
      <w:r>
        <w:rPr>
          <w:rFonts w:ascii="Gentium Plus" w:hAnsi="Gentium Plus"/>
          <w:sz w:val="24"/>
        </w:rPr>
        <w:t>καιρὸν ἐν ᾧ τὸν σύλλογον ἔδει γενέσθαι. τοῦ δὲ Ῥωμαίου πίστεις τῶν ἐπαγγελιῶν ζητοῦντος, ἀπέ‐ λυσεν ὁ βασιλεὺς τοὺς ὑπὲρ αὐτοῦ συνθησομένους. ὁ δὲ οὐκ ἔφησεν ἄλλως πιστεύσειν, ἐὰν μὴ παρ’ αὐτοῦ τοῦ βασιλέως λάβῃ τοὺς ὅρκους. ὁ δὲ οὐχ</w:t>
      </w:r>
    </w:p>
    <w:p>
      <w:r>
        <w:rPr>
          <w:rFonts w:ascii="Courier New" w:hAnsi="Courier New"/>
          <w:color w:val="555555"/>
          <w:sz w:val="20"/>
        </w:rPr>
        <w:t>[20]</w:t>
      </w:r>
    </w:p>
    <w:p>
      <w:r>
        <w:rPr>
          <w:rFonts w:ascii="Gentium Plus" w:hAnsi="Gentium Plus"/>
          <w:sz w:val="24"/>
        </w:rPr>
        <w:t>ἡγεῖτο βασιλικῆς ἀξίας οἰκεῖον εἶναι συγκατα‐ βαίνειν εἰς τὰ ὀρύγματα. ἐπεὶ δὲ ὁ προδότης οὐκ ἔφησεν ἄλλως ὑπακούσεσθαι, ἡ δὲ ἐπίθεσις τοῦ κυριεῦσαι τῆς πόλεως συνεῖχεν, ἠναγκάσθη συγ‐ καταθέσθαι τοῖς ἀξιουμένοις ὁ Μιθριδάτης. κἂν</w:t>
      </w:r>
    </w:p>
    <w:p>
      <w:r>
        <w:rPr>
          <w:rFonts w:ascii="Courier New" w:hAnsi="Courier New"/>
          <w:color w:val="555555"/>
          <w:sz w:val="20"/>
        </w:rPr>
        <w:t>[25]</w:t>
      </w:r>
    </w:p>
    <w:p>
      <w:r>
        <w:rPr>
          <w:rFonts w:ascii="Gentium Plus" w:hAnsi="Gentium Plus"/>
          <w:sz w:val="24"/>
        </w:rPr>
        <w:t>συνέβη τὸν βασιλέα γενέσθαι ὑποχείριον, εἰ μὴ τῶν φίλων τις εὐστόχως καταμαντευσάμενος τὴν ἐπι‐ βουλὴν κατεσκεύασε σύμμετρον μηχανὴν δυναμέ‐ νην ὀξέως ἀνοίγεσθαί τε καὶ κλείεσθαι· καὶ ταύτης εἰς τὸ ὄρυγμα τεθείσης, καὶ τοῦ Μιθριδάτου μετὰ</w:t>
      </w:r>
    </w:p>
    <w:p>
      <w:r>
        <w:rPr>
          <w:rFonts w:ascii="Courier New" w:hAnsi="Courier New"/>
          <w:color w:val="555555"/>
          <w:sz w:val="20"/>
        </w:rPr>
        <w:t>[30]</w:t>
      </w:r>
    </w:p>
    <w:p>
      <w:r>
        <w:rPr>
          <w:rFonts w:ascii="Gentium Plus" w:hAnsi="Gentium Plus"/>
          <w:sz w:val="24"/>
        </w:rPr>
        <w:t>τῶν φίλων συνεμβάντων, ὁ ἑκατόνταρχος τοὺς μέλ‐ λοντας μεθ’ ἑαυτοῦ τῷ βασιλεῖ τὰς χεῖρας προσφέ‐ ρειν ... εἰς τὰς χεῖρας τὸ ξίφος σπασάμενος ὥρμη‐ σεν ἐπὶ τὸν βασιλέα. ὁ δὲ φθάσας συνέκλεισε τὴν θύραν καὶ τὸν κίνδυνον ἐξέφυγεν.</w:t>
      </w:r>
    </w:p>
    <w:p>
      <w:r>
        <w:rPr>
          <w:rFonts w:ascii="Courier New" w:hAnsi="Courier New"/>
          <w:color w:val="555555"/>
          <w:sz w:val="20"/>
        </w:rPr>
        <w:t>[35]</w:t>
      </w:r>
    </w:p>
    <w:p>
      <w:r>
        <w:rPr>
          <w:rFonts w:ascii="Gentium Plus" w:hAnsi="Gentium Plus"/>
          <w:sz w:val="24"/>
        </w:rPr>
        <w:t>(Const. Exc. 3, pp. 209—210.)</w:t>
      </w:r>
    </w:p>
    <w:p>
      <w:r>
        <w:rPr>
          <w:rFonts w:ascii="Courier New" w:hAnsi="Courier New"/>
          <w:color w:val="555555"/>
          <w:sz w:val="20"/>
        </w:rPr>
        <w:t>[40 t 1]</w:t>
      </w:r>
    </w:p>
    <w:p>
      <w:pPr>
        <w:jc w:val="center"/>
      </w:pPr>
      <w:r>
        <w:rPr>
          <w:rFonts w:ascii="Gentium Plus" w:hAnsi="Gentium Plus"/>
          <w:b/>
          <w:sz w:val="24"/>
        </w:rPr>
        <w:t>FRAGMENTA LIBRI XL</w:t>
      </w:r>
    </w:p>
    <w:p>
      <w:r>
        <w:rPr>
          <w:rFonts w:ascii="Courier New" w:hAnsi="Courier New"/>
          <w:color w:val="555555"/>
          <w:sz w:val="20"/>
        </w:rPr>
        <w:t>[40 . 1 . 1]</w:t>
      </w:r>
    </w:p>
    <w:p>
      <w:r>
        <w:rPr>
          <w:rFonts w:ascii="Gentium Plus" w:hAnsi="Gentium Plus"/>
          <w:sz w:val="24"/>
        </w:rPr>
        <w:t>Ὅτι Μάρκος Ἀντώνιος συνθέμενος πρὸς Κρῆτας εἰρήνην ... μέχρι μέν τινος ταύτην ἐτή‐ ρουν. μετὰ δὲ ταῦτα προτιθεμένης βουλῆς ὅπως ἂν μάλιστα τῆς ὠφελείας προνοήσαιντο, οἱ πρε‐</w:t>
      </w:r>
    </w:p>
    <w:p>
      <w:r>
        <w:rPr>
          <w:rFonts w:ascii="Courier New" w:hAnsi="Courier New"/>
          <w:color w:val="555555"/>
          <w:sz w:val="20"/>
        </w:rPr>
        <w:t>[5]</w:t>
      </w:r>
    </w:p>
    <w:p>
      <w:r>
        <w:rPr>
          <w:rFonts w:ascii="Gentium Plus" w:hAnsi="Gentium Plus"/>
          <w:sz w:val="24"/>
        </w:rPr>
        <w:t>σβύτατοι καὶ φρονήσει διαφέροντες συνεβούλευον πρέσβεις ἐκπέμπειν εἰς τὴν Ῥώμην καὶ περὶ τῶν ἐπιφερομένων ἐγκλημάτων ἀπολογεῖσθαι καὶ πειρᾶ‐ σθαι τὴν σύγκλητον εὐγνώμοσι λόγοις καὶ δεήσεσιν ἐξιλάσκεσθαι. διόπερ ἀπέστειλαν εἰς τὴν Ῥώμην</w:t>
      </w:r>
    </w:p>
    <w:p>
      <w:r>
        <w:rPr>
          <w:rFonts w:ascii="Courier New" w:hAnsi="Courier New"/>
          <w:color w:val="555555"/>
          <w:sz w:val="20"/>
        </w:rPr>
        <w:t>[10]</w:t>
      </w:r>
    </w:p>
    <w:p>
      <w:r>
        <w:rPr>
          <w:rFonts w:ascii="Gentium Plus" w:hAnsi="Gentium Plus"/>
          <w:sz w:val="24"/>
        </w:rPr>
        <w:t>τριάκοντα πρεσβευτὰς τοὺς ἐπιφανεστάτους ἄνδρας. οὗτοι δὲ κατ’ ἰδίαν περιπορευόμενοι τὰς οἰκίας τῶν συγκλητικῶν καὶ πᾶσαν δεητικὴν προϊέμενοι φωνὴν</w:t>
      </w:r>
    </w:p>
    <w:p>
      <w:r>
        <w:rPr>
          <w:rFonts w:ascii="Courier New" w:hAnsi="Courier New"/>
          <w:color w:val="555555"/>
          <w:sz w:val="20"/>
        </w:rPr>
        <w:t>[40 . 1 . 2]</w:t>
      </w:r>
    </w:p>
    <w:p>
      <w:r>
        <w:rPr>
          <w:rFonts w:ascii="Gentium Plus" w:hAnsi="Gentium Plus"/>
          <w:sz w:val="24"/>
        </w:rPr>
        <w:t>ἐξεθεράπευον τοὺς τὸ συνέδριον συνέχοντας. εἰσαχ‐ θέντες δὲ εἰς τὴν σύγκλητον καὶ περί τε τῶν ἐγκλη‐ μάτων ἐμφρόνως ἀπολογησάμενοι τάς τε ἰδίας εὐεργεσίας καὶ συμμαχίας πρὸς τὴν ἡγεμονίαν ἀκρι‐</w:t>
      </w:r>
    </w:p>
    <w:p>
      <w:r>
        <w:rPr>
          <w:rFonts w:ascii="Courier New" w:hAnsi="Courier New"/>
          <w:color w:val="555555"/>
          <w:sz w:val="20"/>
        </w:rPr>
        <w:t>[5]</w:t>
      </w:r>
    </w:p>
    <w:p>
      <w:r>
        <w:rPr>
          <w:rFonts w:ascii="Gentium Plus" w:hAnsi="Gentium Plus"/>
          <w:sz w:val="24"/>
        </w:rPr>
        <w:t>βῶς διελθόντες, ἠξίουν αὐτοὺς εἰς τὴν προγεγενη‐ μένην εὔνοιάν τε καὶ συμμαχίαν ἀποκαταστῆναι.</w:t>
      </w:r>
    </w:p>
    <w:p>
      <w:r>
        <w:rPr>
          <w:rFonts w:ascii="Courier New" w:hAnsi="Courier New"/>
          <w:color w:val="555555"/>
          <w:sz w:val="20"/>
        </w:rPr>
        <w:t>[10]</w:t>
      </w:r>
    </w:p>
    <w:p>
      <w:r>
        <w:rPr>
          <w:rFonts w:ascii="Gentium Plus" w:hAnsi="Gentium Plus"/>
          <w:sz w:val="24"/>
        </w:rPr>
        <w:t>συμμάχους τῆς ἡγεμονίας ἀνηγόρευεν ἄκυρον δὲ τὸ δόγμα ἐποίησε Λέντλος ὁ ἐπικαλούμενος Σπινθήρ.</w:t>
      </w:r>
    </w:p>
    <w:p>
      <w:r>
        <w:rPr>
          <w:rFonts w:ascii="Courier New" w:hAnsi="Courier New"/>
          <w:color w:val="555555"/>
          <w:sz w:val="20"/>
        </w:rPr>
        <w:t>[40 . 1 . 3]</w:t>
      </w:r>
    </w:p>
    <w:p>
      <w:r>
        <w:rPr>
          <w:rFonts w:ascii="Gentium Plus" w:hAnsi="Gentium Plus"/>
          <w:sz w:val="24"/>
        </w:rPr>
        <w:t>οἱ δὲ Κρῆτες ἀπηλλάγησαν. ἡ δὲ σύγκλητος, περὶ τῶν Κρητῶν πολλάκις λόγου γενομένου ὅτι κοινων‐ οῦσι τῆς λῃστείας τοῖς πειραταῖς, δόγμα ἔγραψεν ὅπως οἱ Κρῆτες πάντα τὰ πλοῖα ἕως τετρασκάλμου</w:t>
      </w:r>
    </w:p>
    <w:p>
      <w:r>
        <w:rPr>
          <w:rFonts w:ascii="Courier New" w:hAnsi="Courier New"/>
          <w:color w:val="555555"/>
          <w:sz w:val="20"/>
        </w:rPr>
        <w:t>[5]</w:t>
      </w:r>
    </w:p>
    <w:p>
      <w:r>
        <w:rPr>
          <w:rFonts w:ascii="Gentium Plus" w:hAnsi="Gentium Plus"/>
          <w:sz w:val="24"/>
        </w:rPr>
        <w:t>ἀναπέμψωσιν εἰς Ῥώμην καὶ τριακοσίους ὁμήρους δῶσι τοὺς ἐπιφανεστάτους, ἐκπέμψωσι δὲ καὶ Λασθένην καὶ Πανάρην, κοινῇ δὲ πάντες ἐκτίσωσιν ἀργυρίου τάλαντα τετρακισχίλια. οἱ δὲ Κρῆτες πυθόμενοι τὰ δεδογμένα τῇ συγκλήτῳ περὶ τῶν</w:t>
      </w:r>
    </w:p>
    <w:p>
      <w:r>
        <w:rPr>
          <w:rFonts w:ascii="Courier New" w:hAnsi="Courier New"/>
          <w:color w:val="555555"/>
          <w:sz w:val="20"/>
        </w:rPr>
        <w:t>[10]</w:t>
      </w:r>
    </w:p>
    <w:p>
      <w:r>
        <w:rPr>
          <w:rFonts w:ascii="Gentium Plus" w:hAnsi="Gentium Plus"/>
          <w:sz w:val="24"/>
        </w:rPr>
        <w:t>προσηγγελμένων ἐβουλεύοντο. καὶ οἱ μὲν φρονήσει διαφέροντες ἔφρασαν δεῖν πάντα ποιεῖν τὰ προστατ‐ τόμενα, οἱ δὲ περὶ τὸν Λασθένην, τοῖς ἐγκλήμασιν ὄντες ἔνοχοι καὶ φοβούμενοι μὴ ἀναπεμφθέντες εἰς τὴν Ῥώμην τιμωρίας τύχωσιν, ἀνέσειον τὰ πλήθη</w:t>
      </w:r>
    </w:p>
    <w:p>
      <w:r>
        <w:rPr>
          <w:rFonts w:ascii="Courier New" w:hAnsi="Courier New"/>
          <w:color w:val="555555"/>
          <w:sz w:val="20"/>
        </w:rPr>
        <w:t>[15]</w:t>
      </w:r>
    </w:p>
    <w:p>
      <w:r>
        <w:rPr>
          <w:rFonts w:ascii="Gentium Plus" w:hAnsi="Gentium Plus"/>
          <w:sz w:val="24"/>
        </w:rPr>
        <w:t>παρακαλοῦντες τὴν ἐξ αἰῶνος παραδεδομένην ἐλευ‐ θερίαν διαφυλάττειν. (Const. Exc. 1, p. 409.)</w:t>
      </w:r>
    </w:p>
    <w:p>
      <w:r>
        <w:rPr>
          <w:rFonts w:ascii="Courier New" w:hAnsi="Courier New"/>
          <w:color w:val="555555"/>
          <w:sz w:val="20"/>
        </w:rPr>
        <w:t>[40 1a 1]</w:t>
      </w:r>
    </w:p>
    <w:p>
      <w:r>
        <w:rPr>
          <w:rFonts w:ascii="Gentium Plus" w:hAnsi="Gentium Plus"/>
          <w:sz w:val="24"/>
        </w:rPr>
        <w:t>Ὅτι τῶν Ἀντιοχέων τινὲς καταφρονήσαντες Ἀντιόχου τοῦ βασιλέως διὰ τὴν ἧτταν ἀνέσειον τὰ</w:t>
      </w:r>
    </w:p>
    <w:p>
      <w:r>
        <w:rPr>
          <w:rFonts w:ascii="Courier New" w:hAnsi="Courier New"/>
          <w:color w:val="555555"/>
          <w:sz w:val="20"/>
        </w:rPr>
        <w:t>[5]</w:t>
      </w:r>
    </w:p>
    <w:p>
      <w:r>
        <w:rPr>
          <w:rFonts w:ascii="Gentium Plus" w:hAnsi="Gentium Plus"/>
          <w:sz w:val="24"/>
        </w:rPr>
        <w:t>βασιλέως ἐπικρατήσαντος, οἱ αἴτιοι τῆς στάσεως φοβηθέντες ἔφυγον ἐκ τῆς Συρίας, καὶ καταντή‐ σαντες εἰς Κιλικίαν ἐπεβάλοντο κατάγειν Φίλιππον, ὃς ἦν υἱὸς Φιλίππου τοῦ γεγονότος ἐξ Ἀντιόχου τοῦ Γρυποῦ. ὑπακούσαντος δὲ τοῦ Φιλίππου καὶ</w:t>
      </w:r>
    </w:p>
    <w:p>
      <w:r>
        <w:rPr>
          <w:rFonts w:ascii="Courier New" w:hAnsi="Courier New"/>
          <w:color w:val="555555"/>
          <w:sz w:val="20"/>
        </w:rPr>
        <w:t>[10]</w:t>
      </w:r>
    </w:p>
    <w:p>
      <w:r>
        <w:rPr>
          <w:rFonts w:ascii="Gentium Plus" w:hAnsi="Gentium Plus"/>
          <w:sz w:val="24"/>
        </w:rPr>
        <w:t>καταντήσαντος πρὸς Ἄζιζον τὸν Ἄραβα, ἀσμένως τοῦτον προσδεξάμενος Ἄζιζος καὶ περιθεὶς διάδημα ἐπὶ τὴν βασιλείαν κατήγαγεν.</w:t>
      </w:r>
    </w:p>
    <w:p>
      <w:r>
        <w:rPr>
          <w:rFonts w:ascii="Courier New" w:hAnsi="Courier New"/>
          <w:color w:val="555555"/>
          <w:sz w:val="20"/>
        </w:rPr>
        <w:t>[40 1b 1]</w:t>
      </w:r>
    </w:p>
    <w:p>
      <w:r>
        <w:rPr>
          <w:rFonts w:ascii="Gentium Plus" w:hAnsi="Gentium Plus"/>
          <w:sz w:val="24"/>
        </w:rPr>
        <w:t>Ὅτι τὰς ὅλας ἐλπίδας ἔχων ἐν τῇ τοῦ Σαμψι‐ κεράμου συμμαχίᾳ μετεπέμπετο τοῦτον μετὰ τῆς δυνάμεως. ὁ δὲ ἐν ἀπορρήτοις συνθέμενος πρὸς Ἄζιζον ἐπ’ ἀναιρέσει τῶν βασιλέων ἧκε μετὰ τῆς</w:t>
      </w:r>
    </w:p>
    <w:p>
      <w:r>
        <w:rPr>
          <w:rFonts w:ascii="Courier New" w:hAnsi="Courier New"/>
          <w:color w:val="555555"/>
          <w:sz w:val="20"/>
        </w:rPr>
        <w:t>[5]</w:t>
      </w:r>
    </w:p>
    <w:p>
      <w:r>
        <w:rPr>
          <w:rFonts w:ascii="Gentium Plus" w:hAnsi="Gentium Plus"/>
          <w:sz w:val="24"/>
        </w:rPr>
        <w:t>δυνάμεως καὶ μετεπέμπετο τὸν Ἀντίοχον. τοῦ δὲ διὰ τὴν ἄγνοιαν ὑπακούσαντος, ὑποκριθεὶς ὡς φί‐ λος συνέλαβε τὸν βασιλέα, καὶ τότε μὲν δήσας παρεφύλαττεν, ὕστερον δὲ ἀνεῖλεν. ὁμοίως δὲ καὶ Ἄζιζος κατὰ τὰς γενομένας ἐπὶ μερισμῷ τῆς</w:t>
      </w:r>
    </w:p>
    <w:p>
      <w:r>
        <w:rPr>
          <w:rFonts w:ascii="Courier New" w:hAnsi="Courier New"/>
          <w:color w:val="555555"/>
          <w:sz w:val="20"/>
        </w:rPr>
        <w:t>[10]</w:t>
      </w:r>
    </w:p>
    <w:p>
      <w:r>
        <w:rPr>
          <w:rFonts w:ascii="Gentium Plus" w:hAnsi="Gentium Plus"/>
          <w:sz w:val="24"/>
        </w:rPr>
        <w:t>Συριακῆς βασιλείας συνθέσεις ἐπεβάλετο δολοφο‐ νῆσαι τὸν Φίλιππον· ὁ δὲ προαισθόμενος τὴν ἐπι‐ βουλὴν ἔφυγεν εἰς τὴν Ἀντιόχειαν. (Const. Exc. 3, pp. 210—211.)</w:t>
      </w:r>
    </w:p>
    <w:p>
      <w:r>
        <w:rPr>
          <w:rFonts w:ascii="Courier New" w:hAnsi="Courier New"/>
          <w:color w:val="555555"/>
          <w:sz w:val="20"/>
        </w:rPr>
        <w:t>[40 . 2 . 1]</w:t>
      </w:r>
    </w:p>
    <w:p>
      <w:r>
        <w:rPr>
          <w:rFonts w:ascii="Gentium Plus" w:hAnsi="Gentium Plus"/>
          <w:sz w:val="24"/>
        </w:rPr>
        <w:t>Ὅτι περὶ Δαμασκὸν τῆς Συρίας διατρίβοντος Πομπηίου ἧκε πρὸς αὐτὸν Ἀριστόβουλος ὁ τῶν Ἰουδαίων βασιλεὺς καὶ Ὑρκανὸς ὁ ἀδελφὸς ἀμφισ‐ βητοῦντες περὶ τῆς βασιλείας. οἱ δὲ ἐπιφανέστα‐</w:t>
      </w:r>
    </w:p>
    <w:p>
      <w:r>
        <w:rPr>
          <w:rFonts w:ascii="Courier New" w:hAnsi="Courier New"/>
          <w:color w:val="555555"/>
          <w:sz w:val="20"/>
        </w:rPr>
        <w:t>[5]</w:t>
      </w:r>
    </w:p>
    <w:p>
      <w:r>
        <w:rPr>
          <w:rFonts w:ascii="Gentium Plus" w:hAnsi="Gentium Plus"/>
          <w:sz w:val="24"/>
        </w:rPr>
        <w:t>τοι πλείους ὄντες τῶν διακοσίων κατήντησαν πρὸς τὸν αὐτοκράτορα, καὶ ἀπεφήναντο τοὺς προγόνους αὐτῶν ἀφεστηκότας τοῦ Δημητρίου πεπρεσβευ‐ κέναι πρὸς τὴν σύγκλητον, καὶ παρειληφέναι τὴν προστασίαν τῶν Ἰουδαίων ἐλευθέρων καὶ αὐτονό‐</w:t>
      </w:r>
    </w:p>
    <w:p>
      <w:r>
        <w:rPr>
          <w:rFonts w:ascii="Courier New" w:hAnsi="Courier New"/>
          <w:color w:val="555555"/>
          <w:sz w:val="20"/>
        </w:rPr>
        <w:t>[10]</w:t>
      </w:r>
    </w:p>
    <w:p>
      <w:r>
        <w:rPr>
          <w:rFonts w:ascii="Gentium Plus" w:hAnsi="Gentium Plus"/>
          <w:sz w:val="24"/>
        </w:rPr>
        <w:t>μων, οὐ βασιλέως χρηματίζοντος ἀλλ’ ἀρχιερέως τοῦ προεστηκότος τοῦ ἔθνους. τούτους δὲ νῦν δυναστεύειν καταλελυκότας τοὺς πατρίους νόμους καὶ καταδεδουλῶσθαι τοὺς πολίτας ἀδίκως· μισθο‐ φόρων γὰρ πλήθει καὶ αἰκίαις καὶ πολλοῖς φόνοις</w:t>
      </w:r>
    </w:p>
    <w:p>
      <w:r>
        <w:rPr>
          <w:rFonts w:ascii="Courier New" w:hAnsi="Courier New"/>
          <w:color w:val="555555"/>
          <w:sz w:val="20"/>
        </w:rPr>
        <w:t>[15]</w:t>
      </w:r>
    </w:p>
    <w:p>
      <w:r>
        <w:rPr>
          <w:rFonts w:ascii="Gentium Plus" w:hAnsi="Gentium Plus"/>
          <w:sz w:val="24"/>
        </w:rPr>
        <w:t>ἀσεβέσι περιπεποιῆσθαι τὴν βασιλείαν. ὁ δὲ περὶ μὲν τῶν ἀμφισβητήσεων εἰς ὕστερον ὑπερεβάλετο καιρόν, περὶ δὲ τῆς παρανομίας τῶν Ἰουδαίων καὶ τῶν εἰς Ῥωμαίους ἀδικημάτων πικρῶς ἐπι‐ τιμήσας τοῖς περὶ τὸν Ὑρκανὸν ἀξίους μὲν αὐτοὺς</w:t>
      </w:r>
    </w:p>
    <w:p>
      <w:r>
        <w:rPr>
          <w:rFonts w:ascii="Courier New" w:hAnsi="Courier New"/>
          <w:color w:val="555555"/>
          <w:sz w:val="20"/>
        </w:rPr>
        <w:t>[20]</w:t>
      </w:r>
    </w:p>
    <w:p>
      <w:r>
        <w:rPr>
          <w:rFonts w:ascii="Gentium Plus" w:hAnsi="Gentium Plus"/>
          <w:sz w:val="24"/>
        </w:rPr>
        <w:t>ἔφησεν εἶναι καὶ μείζονος καὶ πικροτέρας ἐπιστρο‐ φῆς, ὅμως δὲ διὰ τὴν πάτριον ἐπιείκειαν τῶν Ῥωμαίων, ἐὰν ἀπὸ τοῦ νῦν πείθωνται, συγγνώμης αὐτοὺς ἀξιώσειν. (Const. Exc. 4, pp. 404—405.)</w:t>
      </w:r>
    </w:p>
    <w:p>
      <w:r>
        <w:rPr>
          <w:rFonts w:ascii="Courier New" w:hAnsi="Courier New"/>
          <w:color w:val="555555"/>
          <w:sz w:val="20"/>
        </w:rPr>
        <w:t>[40 . 3 . 1]</w:t>
      </w:r>
    </w:p>
    <w:p>
      <w:r>
        <w:rPr>
          <w:rFonts w:ascii="Gentium Plus" w:hAnsi="Gentium Plus"/>
          <w:sz w:val="24"/>
        </w:rPr>
        <w:t>Ἡμεῖς δὲ μέλλοντες ἀναγράφειν τὸν πρὸς Ἰουδαίους πόλεμον, οἰκεῖον εἶναι διαλαμβάνομεν προδιελθεῖν ἐν κεφαλαίοις τήν τε τοῦ ἔθνους τούτου</w:t>
      </w:r>
    </w:p>
    <w:p>
      <w:r>
        <w:rPr>
          <w:rFonts w:ascii="Courier New" w:hAnsi="Courier New"/>
          <w:color w:val="555555"/>
          <w:sz w:val="20"/>
        </w:rPr>
        <w:t>[5]</w:t>
      </w:r>
    </w:p>
    <w:p>
      <w:r>
        <w:rPr>
          <w:rFonts w:ascii="Gentium Plus" w:hAnsi="Gentium Plus"/>
          <w:sz w:val="24"/>
        </w:rPr>
        <w:t>τὴν Αἴγυπτον τὸ παλαιὸν λοιμικῆς περιστάσεως γενομένης ἀνέπεμπον οἱ πολλοὶ τὴν αἰτίαν τῶν κακῶν ἐπὶ τὸ δαιμόνιον· πολλῶν γὰρ καὶ παντο‐ δαπῶν κατοικούντων ξένων καὶ διηλλαγμένοις ἔθεσι χρωμένων περὶ τὸ ἱερὸν καὶ τὰς θυσίας, καταλελύ‐</w:t>
      </w:r>
    </w:p>
    <w:p>
      <w:r>
        <w:rPr>
          <w:rFonts w:ascii="Courier New" w:hAnsi="Courier New"/>
          <w:color w:val="555555"/>
          <w:sz w:val="20"/>
        </w:rPr>
        <w:t>[10]</w:t>
      </w:r>
    </w:p>
    <w:p>
      <w:r>
        <w:rPr>
          <w:rFonts w:ascii="Gentium Plus" w:hAnsi="Gentium Plus"/>
          <w:sz w:val="24"/>
        </w:rPr>
        <w:t>σθαι συνέβαινε παρ’ αὐτοῖς τὰς πατρίους τῶν θεῶν</w:t>
      </w:r>
    </w:p>
    <w:p>
      <w:r>
        <w:rPr>
          <w:rFonts w:ascii="Courier New" w:hAnsi="Courier New"/>
          <w:color w:val="555555"/>
          <w:sz w:val="20"/>
        </w:rPr>
        <w:t>[40 . 3 . 2]</w:t>
      </w:r>
    </w:p>
    <w:p>
      <w:r>
        <w:rPr>
          <w:rFonts w:ascii="Gentium Plus" w:hAnsi="Gentium Plus"/>
          <w:sz w:val="24"/>
        </w:rPr>
        <w:t>τιμάς. διόπερ οἱ τῆς χώρας ἐγγενεῖς ὑπέλαβον ἐὰν μὴ τοὺς ἀλλοφύλους μεταστήσωνται, λύσιν οὐκ ἔσεσθαι τῶν κακῶν. εὐθὺς οὖν ξενηλατου‐ μένων τῶν ἀλλοεθνῶν, οἱ μὲν ἐπιφανέστατοι καὶ</w:t>
      </w:r>
    </w:p>
    <w:p>
      <w:r>
        <w:rPr>
          <w:rFonts w:ascii="Courier New" w:hAnsi="Courier New"/>
          <w:color w:val="555555"/>
          <w:sz w:val="20"/>
        </w:rPr>
        <w:t>[5]</w:t>
      </w:r>
    </w:p>
    <w:p>
      <w:r>
        <w:rPr>
          <w:rFonts w:ascii="Gentium Plus" w:hAnsi="Gentium Plus"/>
          <w:sz w:val="24"/>
        </w:rPr>
        <w:t>δραστικώτατοι συστραφέντες ἐξερρίφησαν, ὥς τινές φασιν, εἰς τὴν Ἑλλάδα καί τινας ἑτέρους τόπους, ἔχοντες ἀξιολόγους ἡγεμόνας, ὧν ἡγοῦντο Δαναὸς καὶ Κάδμος τῶν ἄλλων ἐπιφανέστατοι· ὁ δὲ πολὺς λεὼς ἐξέπεσεν εἰς τὴν νῦν καλουμένην Ἰουδαίαν,</w:t>
      </w:r>
    </w:p>
    <w:p>
      <w:r>
        <w:rPr>
          <w:rFonts w:ascii="Courier New" w:hAnsi="Courier New"/>
          <w:color w:val="555555"/>
          <w:sz w:val="20"/>
        </w:rPr>
        <w:t>[10]</w:t>
      </w:r>
    </w:p>
    <w:p>
      <w:r>
        <w:rPr>
          <w:rFonts w:ascii="Gentium Plus" w:hAnsi="Gentium Plus"/>
          <w:sz w:val="24"/>
        </w:rPr>
        <w:t>οὐ πόρρω μὲν κειμένην τῆς Αἰγύπτου, παντελῶς δὲ</w:t>
      </w:r>
    </w:p>
    <w:p>
      <w:r>
        <w:rPr>
          <w:rFonts w:ascii="Courier New" w:hAnsi="Courier New"/>
          <w:color w:val="555555"/>
          <w:sz w:val="20"/>
        </w:rPr>
        <w:t>[40 . 3 . 3]</w:t>
      </w:r>
    </w:p>
    <w:p>
      <w:r>
        <w:rPr>
          <w:rFonts w:ascii="Gentium Plus" w:hAnsi="Gentium Plus"/>
          <w:sz w:val="24"/>
        </w:rPr>
        <w:t>ἔρημον οὖσαν κατ’ ἐκείνους τοὺς χρόνους. ἡγεῖτο δὲ τῆς ἀποικίας ὁ προσαγορευόμενος Μωσῆς, φρονήσει τε καὶ ἀνδρείᾳ πολὺ διαφέρων. οὗτος δὲ καταλαβόμενος τὴν χώραν ἄλλας τε πόλεις ἔκτισε</w:t>
      </w:r>
    </w:p>
    <w:p>
      <w:r>
        <w:rPr>
          <w:rFonts w:ascii="Courier New" w:hAnsi="Courier New"/>
          <w:color w:val="555555"/>
          <w:sz w:val="20"/>
        </w:rPr>
        <w:t>[5]</w:t>
      </w:r>
    </w:p>
    <w:p>
      <w:r>
        <w:rPr>
          <w:rFonts w:ascii="Gentium Plus" w:hAnsi="Gentium Plus"/>
          <w:sz w:val="24"/>
        </w:rPr>
        <w:t>καὶ τὴν νῦν οὖσαν ἐπιφανεστάτην, ὀνομαζομένην Ἱεροσόλυμα. ἱδρύσατο δὲ καὶ τὸ μάλιστα παρ’ αὐτοῖς τιμώμενον ἱερόν, καὶ τὰς τιμὰς καὶ ἁγιστείας</w:t>
      </w:r>
    </w:p>
    <w:p>
      <w:r>
        <w:rPr>
          <w:rFonts w:ascii="Courier New" w:hAnsi="Courier New"/>
          <w:color w:val="555555"/>
          <w:sz w:val="20"/>
        </w:rPr>
        <w:t>[10]</w:t>
      </w:r>
    </w:p>
    <w:p>
      <w:r>
        <w:rPr>
          <w:rFonts w:ascii="Gentium Plus" w:hAnsi="Gentium Plus"/>
          <w:sz w:val="24"/>
        </w:rPr>
        <w:t>εἰς δώδεκα φυλὰς διὰ τὸ τὸν ἀριθμὸν τοῦτον τελειό‐ τατον νομίζεσθαι καὶ σύμφωνον εἶναι τῷ πλήθει τῶν μηνῶν τῶν τὸν ἐνιαυτὸν συμπληρούντων.</w:t>
      </w:r>
    </w:p>
    <w:p>
      <w:r>
        <w:rPr>
          <w:rFonts w:ascii="Courier New" w:hAnsi="Courier New"/>
          <w:color w:val="555555"/>
          <w:sz w:val="20"/>
        </w:rPr>
        <w:t>[40 . 3 . 4]</w:t>
      </w:r>
    </w:p>
    <w:p>
      <w:r>
        <w:rPr>
          <w:rFonts w:ascii="Gentium Plus" w:hAnsi="Gentium Plus"/>
          <w:sz w:val="24"/>
        </w:rPr>
        <w:t>ἄγαλμα δὲ θεῶν τὸ σύνολον οὐ κατεσκεύασε διὰ τὸ μὴ νομίζειν ἀνθρωπόμορφον εἶναι τὸν θεόν, ἀλλὰ τὸν περιέχοντα τὴν γῆν οὐρανὸν μόνον εἶναι θεὸν καὶ τῶν ὅλων κύριον. τὰς δὲ θυσίας ἐξηλλαγμένας</w:t>
      </w:r>
    </w:p>
    <w:p>
      <w:r>
        <w:rPr>
          <w:rFonts w:ascii="Courier New" w:hAnsi="Courier New"/>
          <w:color w:val="555555"/>
          <w:sz w:val="20"/>
        </w:rPr>
        <w:t>[5]</w:t>
      </w:r>
    </w:p>
    <w:p>
      <w:r>
        <w:rPr>
          <w:rFonts w:ascii="Gentium Plus" w:hAnsi="Gentium Plus"/>
          <w:sz w:val="24"/>
        </w:rPr>
        <w:t>συνεστήσατο τῶν παρὰ τοῖς ἄλλοις ἔθνεσι καὶ τὰς κατὰ τὸν βίον ἀγωγάς· διὰ γὰρ τὴν ἰδίαν ξενηλασίαν ἀπάνθρωπόν τινα καὶ μισόξενον βίον εἰσηγήσατο. ἐπιλέξας δὲ τῶν ἀνδρῶν τοὺς χαριεστάτους καὶ μάλιστα δυνησομένους τοῦ σύμπαντος ἔθνους προ‐</w:t>
      </w:r>
    </w:p>
    <w:p>
      <w:r>
        <w:rPr>
          <w:rFonts w:ascii="Courier New" w:hAnsi="Courier New"/>
          <w:color w:val="555555"/>
          <w:sz w:val="20"/>
        </w:rPr>
        <w:t>[10]</w:t>
      </w:r>
    </w:p>
    <w:p>
      <w:r>
        <w:rPr>
          <w:rFonts w:ascii="Gentium Plus" w:hAnsi="Gentium Plus"/>
          <w:sz w:val="24"/>
        </w:rPr>
        <w:t>ΐστασθαι, τούτους ἱερεῖς ἀπέδειξε· τὴν δὲ διατριβὴν ἔταξεν αὐτῶν γίνεσθαι περὶ τὸ ἱερὸν καὶ τὰς τοῦ</w:t>
      </w:r>
    </w:p>
    <w:p>
      <w:r>
        <w:rPr>
          <w:rFonts w:ascii="Courier New" w:hAnsi="Courier New"/>
          <w:color w:val="555555"/>
          <w:sz w:val="20"/>
        </w:rPr>
        <w:t>[40 . 3 . 5]</w:t>
      </w:r>
    </w:p>
    <w:p>
      <w:r>
        <w:rPr>
          <w:rFonts w:ascii="Gentium Plus" w:hAnsi="Gentium Plus"/>
          <w:sz w:val="24"/>
        </w:rPr>
        <w:t>θεοῦ τιμάς τε καὶ θυσίας. τοὺς αὐτοὺς δὲ καὶ δικαστὰς ἀπέδειξε τῶν μεγίστων κρίσεων, καὶ τὴν τῶν νόμων καὶ τῶν ἐθῶν φυλακὴν τούτοις ἐπέτρεψε· διὸ καὶ βασιλέα μὲν μηδέποτε τῶν Ἰουδαίων, τὴν</w:t>
      </w:r>
    </w:p>
    <w:p>
      <w:r>
        <w:rPr>
          <w:rFonts w:ascii="Courier New" w:hAnsi="Courier New"/>
          <w:color w:val="555555"/>
          <w:sz w:val="20"/>
        </w:rPr>
        <w:t>[5]</w:t>
      </w:r>
    </w:p>
    <w:p>
      <w:r>
        <w:rPr>
          <w:rFonts w:ascii="Gentium Plus" w:hAnsi="Gentium Plus"/>
          <w:sz w:val="24"/>
        </w:rPr>
        <w:t>δὲ τοῦ πλήθους προστασίαν δίδοσθαι διὰ παντὸς τῷ δοκοῦντι τῶν ἱερέων φρονήσει καὶ ἀρετῇ προέχειν. τοῦτον δὲ προσαγορεύουσιν ἀρχιερέα, καὶ νομίζου‐ σιν αὑτοῖς ἄγγελον γίνεσθαι τῶν τοῦ θεοῦ προσταγ‐</w:t>
      </w:r>
    </w:p>
    <w:p>
      <w:r>
        <w:rPr>
          <w:rFonts w:ascii="Courier New" w:hAnsi="Courier New"/>
          <w:color w:val="555555"/>
          <w:sz w:val="20"/>
        </w:rPr>
        <w:t>[40 . 3 . 6]</w:t>
      </w:r>
    </w:p>
    <w:p>
      <w:r>
        <w:rPr>
          <w:rFonts w:ascii="Gentium Plus" w:hAnsi="Gentium Plus"/>
          <w:sz w:val="24"/>
        </w:rPr>
        <w:t>μάτων. τοῦτον δὲ κατὰ τὰς ἐκκλησίας καὶ τὰς ἄλλας συνόδους φησὶν ἐκφέρειν τὰ παραγγελλόμενα, καὶ πρὸς τοῦτο τὸ μέρος οὕτως εὐπιθεῖς γίνεσθαι</w:t>
      </w:r>
    </w:p>
    <w:p>
      <w:r>
        <w:rPr>
          <w:rFonts w:ascii="Courier New" w:hAnsi="Courier New"/>
          <w:color w:val="555555"/>
          <w:sz w:val="20"/>
        </w:rPr>
        <w:t>[5]</w:t>
      </w:r>
    </w:p>
    <w:p>
      <w:r>
        <w:rPr>
          <w:rFonts w:ascii="Gentium Plus" w:hAnsi="Gentium Plus"/>
          <w:sz w:val="24"/>
        </w:rPr>
        <w:t>τὴν γῆν προσκυνεῖν τὸν τούτοις ἑρμηνεύοντα ἀρχ‐ ιερέα. προσγέγραπται δὲ καὶ τοῖς νόμοις ἐπὶ τε‐ λευτῆς ὅτι Μωσῆς ἀκούσας τοῦ θεοῦ τάδε λέγει τοῖς Ἰουδαίοις. ἐποιήσατο δ’ ὁ νομοθέτης τῶν τε πολεμικῶν ἔργων πολλὴν πρόνοιαν καὶ τοὺς νέους</w:t>
      </w:r>
    </w:p>
    <w:p>
      <w:r>
        <w:rPr>
          <w:rFonts w:ascii="Courier New" w:hAnsi="Courier New"/>
          <w:color w:val="555555"/>
          <w:sz w:val="20"/>
        </w:rPr>
        <w:t>[10]</w:t>
      </w:r>
    </w:p>
    <w:p>
      <w:r>
        <w:rPr>
          <w:rFonts w:ascii="Gentium Plus" w:hAnsi="Gentium Plus"/>
          <w:sz w:val="24"/>
        </w:rPr>
        <w:t>ἠνάγκαζεν ἀσκεῖν ἀνδρείαν τε καὶ καρτερίαν καὶ τὸ</w:t>
      </w:r>
    </w:p>
    <w:p>
      <w:r>
        <w:rPr>
          <w:rFonts w:ascii="Courier New" w:hAnsi="Courier New"/>
          <w:color w:val="555555"/>
          <w:sz w:val="20"/>
        </w:rPr>
        <w:t>[40 . 3 . 7]</w:t>
      </w:r>
    </w:p>
    <w:p>
      <w:r>
        <w:rPr>
          <w:rFonts w:ascii="Gentium Plus" w:hAnsi="Gentium Plus"/>
          <w:sz w:val="24"/>
        </w:rPr>
        <w:t>σύνολον ὑπομονὴν πάσης κακοπαθείας. ἐποιεῖτο δὲ καὶ στρατείας εἰς τὰ πλησιόχωρα τῶν ἐθνῶν, καὶ πολλὴν κατακτησάμενος χώραν κατεκληρού‐ χησε, τοῖς μὲν ἰδιώταις ἴσους ποιήσας κλήρους,</w:t>
      </w:r>
    </w:p>
    <w:p>
      <w:r>
        <w:rPr>
          <w:rFonts w:ascii="Courier New" w:hAnsi="Courier New"/>
          <w:color w:val="555555"/>
          <w:sz w:val="20"/>
        </w:rPr>
        <w:t>[5]</w:t>
      </w:r>
    </w:p>
    <w:p>
      <w:r>
        <w:rPr>
          <w:rFonts w:ascii="Gentium Plus" w:hAnsi="Gentium Plus"/>
          <w:sz w:val="24"/>
        </w:rPr>
        <w:t>τοῖς δ’ ἱερεῦσι μείζονας, ἵνα λαμβάνοντες ἀξιολογω‐ τέρας προσόδους ἀπερίσπαστοι συνεχῶς προσε‐ δρεύωσι ταῖς τοῦ θεοῦ τιμαῖς. οὐκ ἐξῆν δὲ τοῖς ἰδιώταις τοὺς ἰδίους κλήρους πωλεῖν, ὅπως μή τινες διὰ πλεονεξίαν ἀγοράζοντες τοὺς κλήρους ἐκθλίβωσι</w:t>
      </w:r>
    </w:p>
    <w:p>
      <w:r>
        <w:rPr>
          <w:rFonts w:ascii="Courier New" w:hAnsi="Courier New"/>
          <w:color w:val="555555"/>
          <w:sz w:val="20"/>
        </w:rPr>
        <w:t>[10]</w:t>
      </w:r>
    </w:p>
    <w:p>
      <w:r>
        <w:rPr>
          <w:rFonts w:ascii="Gentium Plus" w:hAnsi="Gentium Plus"/>
          <w:sz w:val="24"/>
        </w:rPr>
        <w:t>τοὺς ἀπορωτέρους καὶ κατασκευάζωσιν ὀλιγαν‐</w:t>
      </w:r>
    </w:p>
    <w:p>
      <w:r>
        <w:rPr>
          <w:rFonts w:ascii="Courier New" w:hAnsi="Courier New"/>
          <w:color w:val="555555"/>
          <w:sz w:val="20"/>
        </w:rPr>
        <w:t>[40 . 3 . 8]</w:t>
      </w:r>
    </w:p>
    <w:p>
      <w:r>
        <w:rPr>
          <w:rFonts w:ascii="Gentium Plus" w:hAnsi="Gentium Plus"/>
          <w:sz w:val="24"/>
        </w:rPr>
        <w:t>δρίαν. τεκνοτροφεῖν τε ἠνάγκαζε τοὺς ἐπὶ τῆς χώρας· καὶ δι’ ὀλίγης δαπάνης ἐκτρεφομένων τῶν βρεφῶν ἀεὶ τὸ γένος τῶν Ἰουδαίων ὑπῆρχε πολυ‐ άνθρωπον. καὶ τὰ περὶ τοὺς γάμους δὲ καὶ τὰς τῶν</w:t>
      </w:r>
    </w:p>
    <w:p>
      <w:r>
        <w:rPr>
          <w:rFonts w:ascii="Courier New" w:hAnsi="Courier New"/>
          <w:color w:val="555555"/>
          <w:sz w:val="20"/>
        </w:rPr>
        <w:t>[5]</w:t>
      </w:r>
    </w:p>
    <w:p>
      <w:r>
        <w:rPr>
          <w:rFonts w:ascii="Gentium Plus" w:hAnsi="Gentium Plus"/>
          <w:sz w:val="24"/>
        </w:rPr>
        <w:t>τελευτώντων ταφὰς πολὺ τὸ παρηλλαγμένον ἔχειν ἐποίησε νόμιμα πρὸς τὰ τῶν ἄλλων ἀνθρώπων. κατὰ δὲ τὰς ὕστερον γενομένας ἐπικρατείας ἐκ τῆς τῶν ἀλλοφύλων ἐπιμιξίας ἐπί τε τῆς τῶν Περσῶν ἡγεμονίας καὶ τῶν ταύτην καταλυσάντων Μακε‐</w:t>
      </w:r>
    </w:p>
    <w:p>
      <w:r>
        <w:rPr>
          <w:rFonts w:ascii="Courier New" w:hAnsi="Courier New"/>
          <w:color w:val="555555"/>
          <w:sz w:val="20"/>
        </w:rPr>
        <w:t>[10]</w:t>
      </w:r>
    </w:p>
    <w:p>
      <w:r>
        <w:rPr>
          <w:rFonts w:ascii="Gentium Plus" w:hAnsi="Gentium Plus"/>
          <w:sz w:val="24"/>
        </w:rPr>
        <w:t>δόνων πολλὰ τῶν πατρίων τοῖς Ἰουδαίοις νομίμων ἐκινήθη. ... περὶ μὲν τῶν Ἰουδαίων Ἑκαταῖος ὁ Ἀβδηρίτης ταῦτα ἱστόρηκεν. (Photius, Bibl. pp. 380—381 B.)</w:t>
      </w:r>
    </w:p>
    <w:p>
      <w:r>
        <w:rPr>
          <w:rFonts w:ascii="Courier New" w:hAnsi="Courier New"/>
          <w:color w:val="555555"/>
          <w:sz w:val="20"/>
        </w:rPr>
        <w:t>[40 . 4 . 1]</w:t>
      </w:r>
    </w:p>
    <w:p>
      <w:r>
        <w:rPr>
          <w:rFonts w:ascii="Gentium Plus" w:hAnsi="Gentium Plus"/>
          <w:sz w:val="24"/>
        </w:rPr>
        <w:t>Ὅτι ὁ Πομπήιος τὰς ἰδίας πράξεις ἃς συν‐ ετέλεσεν ἐπὶ τῆς Ἀσίας ἀναγράψας ἀνέθηκεν, ὧν ἐστιν ἀντίγραφον τόδε. Πομπήιος Γναΐου υἱὸς Μέγας αὐτοκράτωρ τὴν παράλιον τῆς οἰκουμένης</w:t>
      </w:r>
    </w:p>
    <w:p>
      <w:r>
        <w:rPr>
          <w:rFonts w:ascii="Courier New" w:hAnsi="Courier New"/>
          <w:color w:val="555555"/>
          <w:sz w:val="20"/>
        </w:rPr>
        <w:t>[5]</w:t>
      </w:r>
    </w:p>
    <w:p>
      <w:r>
        <w:rPr>
          <w:rFonts w:ascii="Gentium Plus" w:hAnsi="Gentium Plus"/>
          <w:sz w:val="24"/>
        </w:rPr>
        <w:t>καὶ πάσας τὰς ἐντὸς Ὠκεανοῦ νήσους ἐλευθερώσας τοῦ πειρατικοῦ πολέμου, ὁ ῥυσάμενός ποτε πολιορ‐ κουμένην τὴν Ἀριοβαρζάνου βασιλείαν, Γαλατίαν τε καὶ τὰς ὑπερκειμένας χώρας καὶ ἐπαρχίας, Ἀσίαν, Βιθυνίαν, ὑπερασπίσας δὲ Παφλαγονίαν τε</w:t>
      </w:r>
    </w:p>
    <w:p>
      <w:r>
        <w:rPr>
          <w:rFonts w:ascii="Courier New" w:hAnsi="Courier New"/>
          <w:color w:val="555555"/>
          <w:sz w:val="20"/>
        </w:rPr>
        <w:t>[10]</w:t>
      </w:r>
    </w:p>
    <w:p>
      <w:r>
        <w:rPr>
          <w:rFonts w:ascii="Gentium Plus" w:hAnsi="Gentium Plus"/>
          <w:sz w:val="24"/>
        </w:rPr>
        <w:t>καὶ τὸν Πόντον, Ἀρμενίαν τε καὶ Ἀχαΐαν, ἔτι δὲ Ἰβηρίαν, Κολχίδα, Μεσοποταμίαν, Σωφηνήν, Γορ‐ δυηνήν, ὑποτάξας δὲ βασιλέα Μήδων Δαρεῖον, βα‐ σιλέα Ἀρτώλην Ἰβήρων, βασιλέα Ἀριστόβουλον Ἰουδαίων, βασιλέα Ἀρέταν Ναβαταίων Ἀραβίαν,</w:t>
      </w:r>
    </w:p>
    <w:p>
      <w:r>
        <w:rPr>
          <w:rFonts w:ascii="Courier New" w:hAnsi="Courier New"/>
          <w:color w:val="555555"/>
          <w:sz w:val="20"/>
        </w:rPr>
        <w:t>[15]</w:t>
      </w:r>
    </w:p>
    <w:p>
      <w:r>
        <w:rPr>
          <w:rFonts w:ascii="Gentium Plus" w:hAnsi="Gentium Plus"/>
          <w:sz w:val="24"/>
        </w:rPr>
        <w:t>καὶ τὴν κατὰ Κιλικίαν Συρίαν, Ἰουδαίαν, Ἀραβίαν, Κυρηναϊκὴν ἐπαρχίαν, Ἀχαιούς, Ἰοζυγούς, Σοα‐ νούς, Ἡνιόχους καὶ τὰ λοιπὰ φῦλα τὰ μεταξὺ Κολχίδος καὶ Μαιώτιδος λίμνης τὴν παράλιον δια‐ κατέχοντα καὶ τοὺς τούτων βασιλεῖς ἐννέα τὸν</w:t>
      </w:r>
    </w:p>
    <w:p>
      <w:r>
        <w:rPr>
          <w:rFonts w:ascii="Courier New" w:hAnsi="Courier New"/>
          <w:color w:val="555555"/>
          <w:sz w:val="20"/>
        </w:rPr>
        <w:t>[20]</w:t>
      </w:r>
    </w:p>
    <w:p>
      <w:r>
        <w:rPr>
          <w:rFonts w:ascii="Gentium Plus" w:hAnsi="Gentium Plus"/>
          <w:sz w:val="24"/>
        </w:rPr>
        <w:t>ἀριθμὸν καὶ πάντα τὰ ἔθνη τὰ ἐντὸς τῆς Ποντικῆς καὶ τῆς Ἐρυθρᾶς θαλάσσης κατοικοῦντα, καὶ τὰ ὅρια τῆς ἡγεμονίας τοῖς ὅροις τῆς γῆς προσβιβάσας, καὶ τὰς προσόδους Ῥωμαίων φυλάξας, ἃς δὲ</w:t>
      </w:r>
    </w:p>
    <w:p>
      <w:r>
        <w:rPr>
          <w:rFonts w:ascii="Courier New" w:hAnsi="Courier New"/>
          <w:color w:val="555555"/>
          <w:sz w:val="20"/>
        </w:rPr>
        <w:t>[25]</w:t>
      </w:r>
    </w:p>
    <w:p>
      <w:r>
        <w:rPr>
          <w:rFonts w:ascii="Gentium Plus" w:hAnsi="Gentium Plus"/>
          <w:sz w:val="24"/>
        </w:rPr>
        <w:t>ἀφιδρύματα τῶν θεῶν καὶ τὸν λοιπὸν κόσμον τῶν πολεμίων ἀφελόμενος ἀνέθηκε τῇ θεῷ χρυσοῦς μυρίους καὶ δισχιλίους ἑξήκοντα, ἀργυρίου τάλαντα τριακόσια ἑπτά. (Const. Exc. 4, pp. 405—406.)</w:t>
      </w:r>
    </w:p>
    <w:p>
      <w:r>
        <w:rPr>
          <w:rFonts w:ascii="Courier New" w:hAnsi="Courier New"/>
          <w:color w:val="555555"/>
          <w:sz w:val="20"/>
        </w:rPr>
        <w:t>[40 . 5 . 1]</w:t>
      </w:r>
    </w:p>
    <w:p>
      <w:r>
        <w:rPr>
          <w:rFonts w:ascii="Gentium Plus" w:hAnsi="Gentium Plus"/>
          <w:sz w:val="24"/>
        </w:rPr>
        <w:t>Ὅτι κατὰ τὴν Ῥώμην Κατιλίνας τις κατά‐ χρεως καὶ Λέντλος ὁ ἐπικαλούμενος Σούρας ἀθροίσαντες ὄχλον ἀπόστασιν ἐμελέτησαν κατὰ τῆς συγκλήτου τοιῷδέ τινι τρόπῳ. μελλούσης τινὸς</w:t>
      </w:r>
    </w:p>
    <w:p>
      <w:r>
        <w:rPr>
          <w:rFonts w:ascii="Courier New" w:hAnsi="Courier New"/>
          <w:color w:val="555555"/>
          <w:sz w:val="20"/>
        </w:rPr>
        <w:t>[5]</w:t>
      </w:r>
    </w:p>
    <w:p>
      <w:r>
        <w:rPr>
          <w:rFonts w:ascii="Gentium Plus" w:hAnsi="Gentium Plus"/>
          <w:sz w:val="24"/>
        </w:rPr>
        <w:t>ἑορτῆς εἶναι, καθ’ ἣν ἔθος ἦν τοὺς πατρωνευο‐ μένους ὑπὸ τῶν ἐν ὑπεροχαῖς ὄντων ξένια πέμπειν, καὶ διὰ ταύτην τὴν αἰτίαν δι’ ὅλης τῆς νυκτὸς ἀνεῷχθαι τὰς οἰκίας συνέβαινε· συνέθεντο οὖν κατὰ τοῦτον τὸν καιρὸν εἰσπέμπειν εἰς τὰς τῶν ἐπιβου‐</w:t>
      </w:r>
    </w:p>
    <w:p>
      <w:r>
        <w:rPr>
          <w:rFonts w:ascii="Courier New" w:hAnsi="Courier New"/>
          <w:color w:val="555555"/>
          <w:sz w:val="20"/>
        </w:rPr>
        <w:t>[10]</w:t>
      </w:r>
    </w:p>
    <w:p>
      <w:r>
        <w:rPr>
          <w:rFonts w:ascii="Gentium Plus" w:hAnsi="Gentium Plus"/>
          <w:sz w:val="24"/>
        </w:rPr>
        <w:t>λευομένων οἰκίας τοὺς προσάξοντας αὐτοῖς τὰς χεῖρας· οὓς ἔδει τὴν μὲν φαντασίαν χάριν τῆς τῶν ξενίων εἰσφορᾶς ἀνυπόπτως εἰσελθόντας, καὶ ἀδή‐ λως παρεζωσμένους ξίφη καὶ κατ’ ὀλίγους ἐφ’ ἑκάστῃ οἰκίᾳ μεμερισμένους ὑφ’ ἕνα καὶ τὸν αὐτὸν</w:t>
      </w:r>
    </w:p>
    <w:p>
      <w:r>
        <w:rPr>
          <w:rFonts w:ascii="Courier New" w:hAnsi="Courier New"/>
          <w:color w:val="555555"/>
          <w:sz w:val="20"/>
        </w:rPr>
        <w:t>[15]</w:t>
      </w:r>
    </w:p>
    <w:p>
      <w:r>
        <w:rPr>
          <w:rFonts w:ascii="Gentium Plus" w:hAnsi="Gentium Plus"/>
          <w:sz w:val="24"/>
        </w:rPr>
        <w:t>καιρὸν ἅπασαν σχεδὸν τὴν σύγκλητον ἀνελεῖν. τοῦτον δὲ τὸν τρόπον διεσκευασμένης τῆς ἐπιβου‐ λῆς, παραδόξως διεσώθησαν. ὄντων γὰρ πλειόνων ἢ τετρακοσίων τῶν ἐπὶ τὴν σφαγὴν τεταγμέ‐</w:t>
      </w:r>
    </w:p>
    <w:p>
      <w:r>
        <w:rPr>
          <w:rFonts w:ascii="Courier New" w:hAnsi="Courier New"/>
          <w:color w:val="555555"/>
          <w:sz w:val="20"/>
        </w:rPr>
        <w:t>[20]</w:t>
      </w:r>
    </w:p>
    <w:p>
      <w:r>
        <w:rPr>
          <w:rFonts w:ascii="Gentium Plus" w:hAnsi="Gentium Plus"/>
          <w:sz w:val="24"/>
        </w:rPr>
        <w:t>παιδίσκην καὶ ὑπὸ ταύτης παραθεωρούμενον πλεο‐ νάκις λέγειν φασὶν ὅτι μετ’ ὀλίγας ἡμέρας ἔσται τοῦ πνεύματος αὐτῆς κύριος. τῆς δὲ θαυμαζούσης τὸ ῥηθὲν καὶ μὴ δυναμένης νοῆσαι τὴν αἰτίαν τῆς ἀπειλῆς, τὸν μὲν νεανίσκον μένειν ἐπὶ τῆς ἀνατά‐</w:t>
      </w:r>
    </w:p>
    <w:p>
      <w:r>
        <w:rPr>
          <w:rFonts w:ascii="Courier New" w:hAnsi="Courier New"/>
          <w:color w:val="555555"/>
          <w:sz w:val="20"/>
        </w:rPr>
        <w:t>[25]</w:t>
      </w:r>
    </w:p>
    <w:p>
      <w:r>
        <w:rPr>
          <w:rFonts w:ascii="Gentium Plus" w:hAnsi="Gentium Plus"/>
          <w:sz w:val="24"/>
        </w:rPr>
        <w:t>σεως, τὴν δὲ κατὰ τὴν συμπεριφορὰν καὶ τὴν μετ’ αὐτοῦ μέθην ὑποκριναμένην κεχαρισμένας ὁμιλίας ἀξιοῦν δηλῶσαι τίνα ποτὲ νοῦν ἔχει τὸ ῥηθέν· τὸν δὲ διὰ τὸν ἔρωτα βουλόμενον ταύτῃ χαρίσασθαι πᾶσαν τὴν ἀλήθειαν μηνῦσαι· τὴν δὲ προσποιηθεῖ‐</w:t>
      </w:r>
    </w:p>
    <w:p>
      <w:r>
        <w:rPr>
          <w:rFonts w:ascii="Courier New" w:hAnsi="Courier New"/>
          <w:color w:val="555555"/>
          <w:sz w:val="20"/>
        </w:rPr>
        <w:t>[30]</w:t>
      </w:r>
    </w:p>
    <w:p>
      <w:r>
        <w:rPr>
          <w:rFonts w:ascii="Gentium Plus" w:hAnsi="Gentium Plus"/>
          <w:sz w:val="24"/>
        </w:rPr>
        <w:t>σαν μετ’ εὐνοίας καὶ χαρᾶς δεδέχθαι τὸν λόγον σιωπῆσαι, τῇ δὲ ὑστεραίᾳ πρὸς τὴν τοῦ ὑπάτου Κικέρωνος γυναῖκα καταντήσασαν καὶ κατ’ ἰδίαν διαλεχθεῖσαν περὶ τούτων ἀπαγγεῖλαι τοὺς ῥη‐ θέντας λόγους ὑπὸ τοῦ νεανίσκου, καὶ τούτῳ τῷ</w:t>
      </w:r>
    </w:p>
    <w:p>
      <w:r>
        <w:rPr>
          <w:rFonts w:ascii="Courier New" w:hAnsi="Courier New"/>
          <w:color w:val="555555"/>
          <w:sz w:val="20"/>
        </w:rPr>
        <w:t>[35]</w:t>
      </w:r>
    </w:p>
    <w:p>
      <w:r>
        <w:rPr>
          <w:rFonts w:ascii="Gentium Plus" w:hAnsi="Gentium Plus"/>
          <w:sz w:val="24"/>
        </w:rPr>
        <w:t>τρόπῳ φανερὰν γενέσθαι τὴν τούτων συνωμοσίαν. τὸν δὲ τὰ μὲν ἀνατάσει καὶ φόβῳ, τὰ δὲ παρα‐ κλήσει φιλανθρώπῳ χρησάμενον μαθεῖν ἀκριβῶς παρ’ αὐτῶν τὴν ὅλην ἐπιβουλήν. (Const. Exc. 3, pp. 211—212.)</w:t>
      </w:r>
    </w:p>
    <w:p>
      <w:r>
        <w:rPr>
          <w:rFonts w:ascii="Courier New" w:hAnsi="Courier New"/>
          <w:color w:val="555555"/>
          <w:sz w:val="20"/>
        </w:rPr>
        <w:t>[40 5a 1]</w:t>
      </w:r>
    </w:p>
    <w:p>
      <w:r>
        <w:rPr>
          <w:rFonts w:ascii="Gentium Plus" w:hAnsi="Gentium Plus"/>
          <w:sz w:val="24"/>
        </w:rPr>
        <w:t>Ὅτι Λεύκιος Σέργιος ὁ ἐπικαλούμενος Κατι‐ λίνας κατάχρεως γεγονὼς ἀπόστασιν ἐμελέτησεν, ὁ δὲ Μάρκος Κικέρων ὁ ὕπατος λόγον διετίθετο περὶ τῆς προσδοκωμένης ταραχῆς. καὶ κληθέντος</w:t>
      </w:r>
    </w:p>
    <w:p>
      <w:r>
        <w:rPr>
          <w:rFonts w:ascii="Courier New" w:hAnsi="Courier New"/>
          <w:color w:val="555555"/>
          <w:sz w:val="20"/>
        </w:rPr>
        <w:t>[5]</w:t>
      </w:r>
    </w:p>
    <w:p>
      <w:r>
        <w:rPr>
          <w:rFonts w:ascii="Gentium Plus" w:hAnsi="Gentium Plus"/>
          <w:sz w:val="24"/>
        </w:rPr>
        <w:t>Κατιλίνα καὶ τῆς κατηγορίας κατὰ πρόσωπον γινο‐ μένης, ὁ Κατιλίνας κατ’ οὐδένα τῶν τρόπων ἔφησεν ἑαυτοῦ καταγνώσεσθαι φυγὴν ἑκούσιον καὶ ἄκριτον. ὁ δὲ Κικέρων ἐπηρώτησε τοὺς συγκλητικοὺς εἰ δοκεῖ μεταναστῆναι τὸν Κατιλίναν ἐκ τῆς πόλεως.</w:t>
      </w:r>
    </w:p>
    <w:p>
      <w:r>
        <w:rPr>
          <w:rFonts w:ascii="Courier New" w:hAnsi="Courier New"/>
          <w:color w:val="555555"/>
          <w:sz w:val="20"/>
        </w:rPr>
        <w:t>[10]</w:t>
      </w:r>
    </w:p>
    <w:p>
      <w:r>
        <w:rPr>
          <w:rFonts w:ascii="Gentium Plus" w:hAnsi="Gentium Plus"/>
          <w:sz w:val="24"/>
        </w:rPr>
        <w:t>σιωπώντων δὲ τῶν πολλῶν διὰ τὴν κατὰ πρόσωπον ἐντροπήν, δι’ ἑτέρου τρόπου, καθάπερ ἐλέγξαι τὴν</w:t>
      </w:r>
    </w:p>
    <w:p>
      <w:r>
        <w:rPr>
          <w:rFonts w:ascii="Courier New" w:hAnsi="Courier New"/>
          <w:color w:val="555555"/>
          <w:sz w:val="20"/>
        </w:rPr>
        <w:t>[15]</w:t>
      </w:r>
    </w:p>
    <w:p>
      <w:r>
        <w:rPr>
          <w:rFonts w:ascii="Gentium Plus" w:hAnsi="Gentium Plus"/>
          <w:sz w:val="24"/>
        </w:rPr>
        <w:t>πάντων ἀναβοησάντων μὴ δοκεῖν καὶ δυσχεραι‐ νόντων ἐπὶ τῷ ῥηθέντι, πάλιν ἐπὶ τὸν Κατιλίναν ἔφησεν, ὅταν τινὰ μὴ νομίσωσιν εἶναι ἐπιτήδειον φυγεῖν, μεθ’ ὅσης κραυγῆς ἀντιλέγουσιν· ὥστε εἶναι φανερὸν ὅτι διὰ τῆς σιωπῆς ὁμολογοῦσι φυ‐</w:t>
      </w:r>
    </w:p>
    <w:p>
      <w:r>
        <w:rPr>
          <w:rFonts w:ascii="Courier New" w:hAnsi="Courier New"/>
          <w:color w:val="555555"/>
          <w:sz w:val="20"/>
        </w:rPr>
        <w:t>[20]</w:t>
      </w:r>
    </w:p>
    <w:p>
      <w:r>
        <w:rPr>
          <w:rFonts w:ascii="Gentium Plus" w:hAnsi="Gentium Plus"/>
          <w:sz w:val="24"/>
        </w:rPr>
        <w:t>γήν. ὁ δὲ Κατιλίνας εἰπὼν ὅτι βουλεύσεται καθ’ ἑαυτὸν ἀνεχώρησεν.</w:t>
      </w:r>
    </w:p>
    <w:p>
      <w:r>
        <w:rPr>
          <w:rFonts w:ascii="Courier New" w:hAnsi="Courier New"/>
          <w:color w:val="555555"/>
          <w:sz w:val="20"/>
        </w:rPr>
        <w:t>[40 5a 2]</w:t>
      </w:r>
    </w:p>
    <w:p>
      <w:r>
        <w:rPr>
          <w:rFonts w:ascii="Gentium Plus" w:hAnsi="Gentium Plus"/>
          <w:sz w:val="24"/>
        </w:rPr>
        <w:t>Ὅτι κατὰ τὴν παροιμίαν τῷ πλείονι πολέμιον καθίσταται τοὔλαττον. (Const. Exc. 4, p. 406.)</w:t>
      </w:r>
    </w:p>
    <w:p>
      <w:r>
        <w:rPr>
          <w:rFonts w:ascii="Courier New" w:hAnsi="Courier New"/>
          <w:color w:val="555555"/>
          <w:sz w:val="20"/>
        </w:rPr>
        <w:t>[40 . 6 . 1]</w:t>
      </w:r>
    </w:p>
    <w:p>
      <w:r>
        <w:rPr>
          <w:rFonts w:ascii="Gentium Plus" w:hAnsi="Gentium Plus"/>
          <w:sz w:val="24"/>
        </w:rPr>
        <w:t>Μέμνηται μὲν Βιργίλιος ταύτης τῆς Κλεο‐</w:t>
      </w:r>
    </w:p>
    <w:p>
      <w:r>
        <w:rPr>
          <w:rFonts w:ascii="Courier New" w:hAnsi="Courier New"/>
          <w:color w:val="555555"/>
          <w:sz w:val="20"/>
        </w:rPr>
        <w:t>[1]</w:t>
      </w:r>
    </w:p>
    <w:p>
      <w:r>
        <w:rPr>
          <w:rFonts w:ascii="Gentium Plus" w:hAnsi="Gentium Plus"/>
          <w:sz w:val="24"/>
        </w:rPr>
        <w:t>πάτρας, Λουκιανὸς καὶ Γαληνὸς καὶ Πλούταρχος σὺν</w:t>
      </w:r>
    </w:p>
    <w:p>
      <w:r>
        <w:rPr>
          <w:rFonts w:ascii="Courier New" w:hAnsi="Courier New"/>
          <w:color w:val="555555"/>
          <w:sz w:val="20"/>
        </w:rPr>
        <w:t>[2]</w:t>
      </w:r>
    </w:p>
    <w:p>
      <w:r>
        <w:rPr>
          <w:rFonts w:ascii="Gentium Plus" w:hAnsi="Gentium Plus"/>
          <w:sz w:val="24"/>
        </w:rPr>
        <w:t>τούτοις, Διόδωρος, Γεώργιος ὁ χρονικὸς σὺν ἄλλοις. (Tzetzes, Hist. 2, 31—33.)</w:t>
      </w:r>
    </w:p>
    <w:p>
      <w:r>
        <w:rPr>
          <w:rFonts w:ascii="Courier New" w:hAnsi="Courier New"/>
          <w:color w:val="555555"/>
          <w:sz w:val="20"/>
        </w:rPr>
        <w:t>[40 . 7 . 1]</w:t>
      </w:r>
    </w:p>
    <w:p>
      <w:r>
        <w:rPr>
          <w:rFonts w:ascii="Gentium Plus" w:hAnsi="Gentium Plus"/>
          <w:sz w:val="24"/>
        </w:rPr>
        <w:t>[... τὴν ἀρχὴν τοῦ Κελτικοῦ πολέμου, ἣν τελευτὴν πεποιήμεθα τῆς ἱστορίας.] (Diodorus, 1. 5. 1.)</w:t>
      </w:r>
    </w:p>
    <w:p>
      <w:r>
        <w:rPr>
          <w:rFonts w:ascii="Courier New" w:hAnsi="Courier New"/>
          <w:color w:val="555555"/>
          <w:sz w:val="20"/>
        </w:rPr>
        <w:t>[40 . 7 . 2]</w:t>
      </w:r>
    </w:p>
    <w:p>
      <w:r>
        <w:rPr>
          <w:rFonts w:ascii="Gentium Plus" w:hAnsi="Gentium Plus"/>
          <w:sz w:val="24"/>
        </w:rPr>
        <w:t>[Τοῦτο γὰρ τὸ μέρος τῆς οἰκουμένης καὶ τὸ περὶ τὰς Βρεττανικὰς νήσους καὶ τὴν ἄρκτον ἥκιστα πέπτωκεν ὑπὸ τὴν κοινὴν ἀνθρώπων ἐπίγνωσιν. ἀλλὰ περὶ μὲν τῶν πρὸς ἄρκτον κεκλιμένων μερῶν</w:t>
      </w:r>
    </w:p>
    <w:p>
      <w:r>
        <w:rPr>
          <w:rFonts w:ascii="Courier New" w:hAnsi="Courier New"/>
          <w:color w:val="555555"/>
          <w:sz w:val="20"/>
        </w:rPr>
        <w:t>[5]</w:t>
      </w:r>
    </w:p>
    <w:p>
      <w:r>
        <w:rPr>
          <w:rFonts w:ascii="Gentium Plus" w:hAnsi="Gentium Plus"/>
          <w:sz w:val="24"/>
        </w:rPr>
        <w:t>τῆς οἰκουμένης τῶν συναπτόντων τῇ διὰ ψῦχος ἀοικήτῳ διέξιμεν, ὅταν τὰς Γαΐου Καίσαρος πρά‐ ξεις ἀναγράφωμεν· οὗτος γὰρ τὴν Ῥωμαίων ἡγεμονίαν εἰς ἐκεῖνα τὰ μέρη πορρωτάτω προβι‐ βάσας πάντα τὸν πρότερον ἀγνοούμενον τόπον</w:t>
      </w:r>
    </w:p>
    <w:p>
      <w:r>
        <w:rPr>
          <w:rFonts w:ascii="Courier New" w:hAnsi="Courier New"/>
          <w:color w:val="555555"/>
          <w:sz w:val="20"/>
        </w:rPr>
        <w:t>[10]</w:t>
      </w:r>
    </w:p>
    <w:p>
      <w:r>
        <w:rPr>
          <w:rFonts w:ascii="Gentium Plus" w:hAnsi="Gentium Plus"/>
          <w:sz w:val="24"/>
        </w:rPr>
        <w:t>ἐποίησε πεσεῖν εἰς σύνταξιν ἱστορίας.] (Diodorus, 3. 38. 2—3.)</w:t>
      </w:r>
    </w:p>
    <w:p>
      <w:r>
        <w:rPr>
          <w:rFonts w:ascii="Courier New" w:hAnsi="Courier New"/>
          <w:color w:val="555555"/>
          <w:sz w:val="20"/>
        </w:rPr>
        <w:t>[40 . 7 . 3]</w:t>
      </w:r>
    </w:p>
    <w:p>
      <w:r>
        <w:rPr>
          <w:rFonts w:ascii="Gentium Plus" w:hAnsi="Gentium Plus"/>
          <w:sz w:val="24"/>
        </w:rPr>
        <w:t>[Καθ’ ἡμᾶς δὲ Γάιος Καῖσαρ ὁ διὰ τὰς πράξεις ἐπονομασθεὶς θεὸς πρῶτος τῶν μνημονευομένων ἐχειρώσατο τὴν νῆσον, καὶ τοὺς Βρεττανοὺς κατα‐ πολεμήσας ἠνάγκασε τελεῖν ὡρισμένους φόρους.</w:t>
      </w:r>
    </w:p>
    <w:p>
      <w:r>
        <w:rPr>
          <w:rFonts w:ascii="Courier New" w:hAnsi="Courier New"/>
          <w:color w:val="555555"/>
          <w:sz w:val="20"/>
        </w:rPr>
        <w:t>[5]</w:t>
      </w:r>
    </w:p>
    <w:p>
      <w:r>
        <w:rPr>
          <w:rFonts w:ascii="Gentium Plus" w:hAnsi="Gentium Plus"/>
          <w:sz w:val="24"/>
        </w:rPr>
        <w:t>ἀλλὰ περὶ μὲν τούτων τὰς κατὰ μέρος πράξεις ἐν τοῖς οἰκείοις χρόνοις ἀναγράψομεν.] (Diodorus, 5. 21. 2.)</w:t>
      </w:r>
    </w:p>
    <w:p>
      <w:r>
        <w:rPr>
          <w:rFonts w:ascii="Courier New" w:hAnsi="Courier New"/>
          <w:color w:val="555555"/>
          <w:sz w:val="20"/>
        </w:rPr>
        <w:t>[40 . 7 . 4]</w:t>
      </w:r>
    </w:p>
    <w:p>
      <w:r>
        <w:rPr>
          <w:rFonts w:ascii="Gentium Plus" w:hAnsi="Gentium Plus"/>
          <w:sz w:val="24"/>
        </w:rPr>
        <w:t>[Ἀλλὰ περὶ μὲν τῶν κατ’ αὐτὴν νομίμων καὶ τῶν ἄλλων ἰδιωμάτων τὰ κατὰ μέρος ἀναγράψομεν ὅταν ἐπὶ τὴν Καίσαρος γενομένην στρατείαν εἰς Βρετ‐ τανίαν παραγενηθῶμεν.] (Diodorus, 5. 22. 1.)</w:t>
      </w:r>
    </w:p>
    <w:p>
      <w:r>
        <w:rPr>
          <w:rFonts w:ascii="Courier New" w:hAnsi="Courier New"/>
          <w:color w:val="555555"/>
          <w:sz w:val="20"/>
        </w:rPr>
        <w:t>[40 . 8 . 1]</w:t>
      </w:r>
    </w:p>
    <w:p>
      <w:r>
        <w:rPr>
          <w:rFonts w:ascii="Gentium Plus" w:hAnsi="Gentium Plus"/>
          <w:sz w:val="24"/>
        </w:rPr>
        <w:t>Ὅτι τῶν βίβλων τινὲς πρὸ τοῦ διορθωθῆναι καὶ τὴν ἀκριβῆ συντέλειαν λαβεῖν κλαπεῖσαι προ‐ εξεδόθησαν, οὔπω συνευαρεστουμένων ἡμῶν τῇ γραφῇ· ἃς ἡμεῖς ἀποποιούμεθα. ἵνα δὲ αὗται</w:t>
      </w:r>
    </w:p>
    <w:p>
      <w:r>
        <w:rPr>
          <w:rFonts w:ascii="Courier New" w:hAnsi="Courier New"/>
          <w:color w:val="555555"/>
          <w:sz w:val="20"/>
        </w:rPr>
        <w:t>[5]</w:t>
      </w:r>
    </w:p>
    <w:p>
      <w:r>
        <w:rPr>
          <w:rFonts w:ascii="Gentium Plus" w:hAnsi="Gentium Plus"/>
          <w:sz w:val="24"/>
        </w:rPr>
        <w:t>φανεραὶ γενόμεναι μὴ λυμαίνωνται τὴν ὅλην ἐπι‐ βολὴν τῆς ἱστορίας, ἐκρίναμεν δεῖν τὸν ἐλέγχοντα λόγον τὴν ἄγνοιαν ἐκθέσθαι. ἐν τεσσαράκοντα γὰρ βίβλοις περιειληφότες τὴν πραγματείαν, ἐν μὲν ἓξ ταῖς πρώταις ἀνεγράψαμεν τὰς πρὸ τῶν Τρωικῶν</w:t>
      </w:r>
    </w:p>
    <w:p>
      <w:r>
        <w:rPr>
          <w:rFonts w:ascii="Courier New" w:hAnsi="Courier New"/>
          <w:color w:val="555555"/>
          <w:sz w:val="20"/>
        </w:rPr>
        <w:t>[10]</w:t>
      </w:r>
    </w:p>
    <w:p>
      <w:r>
        <w:rPr>
          <w:rFonts w:ascii="Gentium Plus" w:hAnsi="Gentium Plus"/>
          <w:sz w:val="24"/>
        </w:rPr>
        <w:t>πράξεις τε καὶ μυθολογίας, καὶ τοὺς χρόνους ἐν ταύταις ἐπ’ ἀκριβείας οὐ διωρισάμεθα διὰ τὸ μηδὲν παράπηγμα περὶ τούτων παρει....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