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Διογένης ὁ Οἰνοανδεύς</w:t>
      </w:r>
      <w:r>
        <w:br/>
      </w:r>
      <w:r>
        <w:rPr>
          <w:i/>
          <w:color w:val="666666"/>
          <w:sz w:val="28"/>
        </w:rPr>
        <w:t>by Diogenes Oenoanda</w:t>
      </w:r>
    </w:p>
    <w:p/>
    <w:p>
      <w:r>
        <w:rPr>
          <w:rFonts w:ascii="Courier New" w:hAnsi="Courier New"/>
          <w:color w:val="555555"/>
          <w:sz w:val="20"/>
        </w:rPr>
        <w:t>[1 col1]</w:t>
      </w:r>
    </w:p>
    <w:p>
      <w:r>
        <w:rPr>
          <w:rFonts w:ascii="Gentium Plus" w:hAnsi="Gentium Plus"/>
          <w:sz w:val="24"/>
        </w:rPr>
        <w:t>[Διογένους τοῦ Οἰ]νο‐ [ανδέως περὶ αἰσ]θή̣‐ [σεως καὶ φύσεως] [ἐπιτομή].</w:t>
      </w:r>
    </w:p>
    <w:p>
      <w:r>
        <w:rPr>
          <w:rFonts w:ascii="Courier New" w:hAnsi="Courier New"/>
          <w:color w:val="555555"/>
          <w:sz w:val="20"/>
        </w:rPr>
        <w:t>[2 ante]</w:t>
      </w:r>
    </w:p>
    <w:p>
      <w:r>
        <w:rPr>
          <w:rFonts w:ascii="Gentium Plus" w:hAnsi="Gentium Plus"/>
          <w:sz w:val="24"/>
        </w:rPr>
        <w:t>[ὁρῶν τοὺς πλείστους τῇ περὶ τῶν πραγμάτων ψευδοδοξίᾳ νοσοῦντας καὶ μὴ ἀκούοντας τοῦ σώματος ἐνκλήσεις]</w:t>
      </w:r>
    </w:p>
    <w:p>
      <w:r>
        <w:rPr>
          <w:rFonts w:ascii="Courier New" w:hAnsi="Courier New"/>
          <w:color w:val="555555"/>
          <w:sz w:val="20"/>
        </w:rPr>
        <w:t>[2 col1]</w:t>
      </w:r>
    </w:p>
    <w:p>
      <w:r>
        <w:rPr>
          <w:rFonts w:ascii="Gentium Plus" w:hAnsi="Gentium Plus"/>
          <w:sz w:val="24"/>
        </w:rPr>
        <w:t>τ̣ῇ ψυ̣χῇ δ̣ι̣[α]φ̣[ό]ρο̣υ̣ς ἐπιφέροντος καὶ δι‐ καίας, v. ὅτι μὴ δεόν‐ τως ὑπ’ αὐτῆς σκύλλ̣ε‐</w:t>
      </w:r>
    </w:p>
    <w:p>
      <w:r>
        <w:rPr>
          <w:rFonts w:ascii="Courier New" w:hAnsi="Courier New"/>
          <w:color w:val="555555"/>
          <w:sz w:val="20"/>
        </w:rPr>
        <w:t>[5]</w:t>
      </w:r>
    </w:p>
    <w:p>
      <w:r>
        <w:rPr>
          <w:rFonts w:ascii="Gentium Plus" w:hAnsi="Gentium Plus"/>
          <w:sz w:val="24"/>
        </w:rPr>
        <w:t>ται καὶ καταπονεῖται καὶ εἰς οὐκ ἀνανκαῖα σύρεται πράγματα (τὰ μὲν γὰρ ὑπ’ αὐτοῦ ζητούμενα μεικρὰ εἶ‐</w:t>
      </w:r>
    </w:p>
    <w:p>
      <w:r>
        <w:rPr>
          <w:rFonts w:ascii="Courier New" w:hAnsi="Courier New"/>
          <w:color w:val="555555"/>
          <w:sz w:val="20"/>
        </w:rPr>
        <w:t>[10]</w:t>
      </w:r>
    </w:p>
    <w:p>
      <w:r>
        <w:rPr>
          <w:rFonts w:ascii="Gentium Plus" w:hAnsi="Gentium Plus"/>
          <w:sz w:val="24"/>
        </w:rPr>
        <w:t>ναι καὶ εὐπόριστα, ὧν δύναται καὶ ἡ ψυχὴ συναπολαύουσα καλῶς διάγειν, v. τὰ δ’ ὑ‐</w:t>
      </w:r>
    </w:p>
    <w:p>
      <w:r>
        <w:rPr>
          <w:rFonts w:ascii="Courier New" w:hAnsi="Courier New"/>
          <w:color w:val="555555"/>
          <w:sz w:val="20"/>
        </w:rPr>
        <w:t>[2 col2]</w:t>
      </w:r>
    </w:p>
    <w:p>
      <w:r>
        <w:rPr>
          <w:rFonts w:ascii="Gentium Plus" w:hAnsi="Gentium Plus"/>
          <w:sz w:val="24"/>
        </w:rPr>
        <w:t>καὶ δυσπόριστα, πρὸς δὲ τῷ μηδὲν ὠφελεῖν τὴν φύσιν καὶ κινδύνους ἐπιφέροντα). v.v. τούτους</w:t>
      </w:r>
    </w:p>
    <w:p>
      <w:r>
        <w:rPr>
          <w:rFonts w:ascii="Courier New" w:hAnsi="Courier New"/>
          <w:color w:val="555555"/>
          <w:sz w:val="20"/>
        </w:rPr>
        <w:t>[5]</w:t>
      </w:r>
    </w:p>
    <w:p>
      <w:r>
        <w:rPr>
          <w:rFonts w:ascii="Gentium Plus" w:hAnsi="Gentium Plus"/>
          <w:sz w:val="24"/>
        </w:rPr>
        <w:t>οὖν ὁρῶν (πάλιν γὰρ ἐπα‐ ναλήμψομαι) διακει‐ μένους οὕτως, v. κατω‐ λοφυράμην μὲν αὐτῶν τὸν βίον καὶ ἐπεδάκρυ‐</w:t>
      </w:r>
    </w:p>
    <w:p>
      <w:r>
        <w:rPr>
          <w:rFonts w:ascii="Courier New" w:hAnsi="Courier New"/>
          <w:color w:val="555555"/>
          <w:sz w:val="20"/>
        </w:rPr>
        <w:t>[10]</w:t>
      </w:r>
    </w:p>
    <w:p>
      <w:r>
        <w:rPr>
          <w:rFonts w:ascii="Gentium Plus" w:hAnsi="Gentium Plus"/>
          <w:sz w:val="24"/>
        </w:rPr>
        <w:t>σα τῇ τῶν χρόνων ἀ‐ πωλείᾳ, v. χρηστοῦ δέ τινος ἡγησάμην ἀν‐ δρός, ὅσον ἔστ’ ἐφ’ ἡμεῖν, τοῖς εὐσυνκρίτοις αὐ‐</w:t>
      </w:r>
    </w:p>
    <w:p>
      <w:r>
        <w:rPr>
          <w:rFonts w:ascii="Courier New" w:hAnsi="Courier New"/>
          <w:color w:val="555555"/>
          <w:sz w:val="20"/>
        </w:rPr>
        <w:t>[2 col3]</w:t>
      </w:r>
    </w:p>
    <w:p>
      <w:r>
        <w:rPr>
          <w:rFonts w:ascii="Gentium Plus" w:hAnsi="Gentium Plus"/>
          <w:sz w:val="24"/>
        </w:rPr>
        <w:t>τ[ῶν φιλανθρώπως βοη]‐ θε̣ῖν̣. τ̣[οῦτο δὲ πρῶτον] τῆς γρα[φῆς αἴτιόν ἐσ]‐ τιν. v. τὸν̣ [μὲν κενὸν φό]‐</w:t>
      </w:r>
    </w:p>
    <w:p>
      <w:r>
        <w:rPr>
          <w:rFonts w:ascii="Courier New" w:hAnsi="Courier New"/>
          <w:color w:val="555555"/>
          <w:sz w:val="20"/>
        </w:rPr>
        <w:t>[5]</w:t>
      </w:r>
    </w:p>
    <w:p>
      <w:r>
        <w:rPr>
          <w:rFonts w:ascii="Gentium Plus" w:hAnsi="Gentium Plus"/>
          <w:sz w:val="24"/>
        </w:rPr>
        <w:t>βον ἐκ θ̣[ανάτου, τὸν δ’ ἐκ] τῶν̣ θ̣ε̣[ῶν φημὶ πολλοὺς] ἡμῶν κα[τέχειν, τὸ δὲ ποιη]‐ τικὸν τῆ[ς τῷ ὄντι τει]‐</w:t>
      </w:r>
    </w:p>
    <w:p>
      <w:r>
        <w:rPr>
          <w:rFonts w:ascii="Courier New" w:hAnsi="Courier New"/>
          <w:color w:val="555555"/>
          <w:sz w:val="20"/>
        </w:rPr>
        <w:t>[10]</w:t>
      </w:r>
    </w:p>
    <w:p>
      <w:r>
        <w:rPr>
          <w:rFonts w:ascii="Gentium Plus" w:hAnsi="Gentium Plus"/>
          <w:sz w:val="24"/>
        </w:rPr>
        <w:t>τρα v. καὶ ν̣[— — — — — —καὶ] βαλανεῖα̣ [καὶ μύρα] καὶ ἀλείμ̣[ματα, ἃ δὴ κα]‐ ταλελοίπ̣[αμεν τοῖς] πλήθεσιν, ἀ̣[λλὰ τὴν \| φυσιολογίαν]</w:t>
      </w:r>
    </w:p>
    <w:p>
      <w:r>
        <w:rPr>
          <w:rFonts w:ascii="Courier New" w:hAnsi="Courier New"/>
          <w:color w:val="555555"/>
          <w:sz w:val="20"/>
        </w:rPr>
        <w:t>[3 ante]</w:t>
      </w:r>
    </w:p>
    <w:p>
      <w:r>
        <w:rPr>
          <w:rFonts w:ascii="Gentium Plus" w:hAnsi="Gentium Plus"/>
          <w:sz w:val="24"/>
        </w:rPr>
        <w:t>[ἠθέλησα δ’ ἐλένχειν τοὺς τὴν φυσιολογί]‐</w:t>
      </w:r>
    </w:p>
    <w:p>
      <w:r>
        <w:rPr>
          <w:rFonts w:ascii="Courier New" w:hAnsi="Courier New"/>
          <w:color w:val="555555"/>
          <w:sz w:val="20"/>
        </w:rPr>
        <w:t>[3 col1]</w:t>
      </w:r>
    </w:p>
    <w:p>
      <w:r>
        <w:rPr>
          <w:rFonts w:ascii="Gentium Plus" w:hAnsi="Gentium Plus"/>
          <w:sz w:val="24"/>
        </w:rPr>
        <w:t>[αν αἰτιωμέν]ου̣ς̣ ὅ̣τι [ἡμεῖν συμ]φ̣έρε[ιν οὐ]‐ [δὲν δύνατ]αι. v. οὕτω̣ [δ’, ὦ]</w:t>
      </w:r>
    </w:p>
    <w:p>
      <w:r>
        <w:rPr>
          <w:rFonts w:ascii="Courier New" w:hAnsi="Courier New"/>
          <w:color w:val="555555"/>
          <w:sz w:val="20"/>
        </w:rPr>
        <w:t>[5]</w:t>
      </w:r>
    </w:p>
    <w:p>
      <w:r>
        <w:rPr>
          <w:rFonts w:ascii="Gentium Plus" w:hAnsi="Gentium Plus"/>
          <w:sz w:val="24"/>
        </w:rPr>
        <w:t>τευ̣όμενος, διὰ τῆ[ς] γ̣ραφῆς καθάπερ πρ̣[άτ]‐ τ̣ων λέγω ταῦτα, v. δε̣[ι]‐ κ̣νύειν δὲ πειρώμε‐ ν̣ος ὡς τὸ τῇ φύσει</w:t>
      </w:r>
    </w:p>
    <w:p>
      <w:r>
        <w:rPr>
          <w:rFonts w:ascii="Courier New" w:hAnsi="Courier New"/>
          <w:color w:val="555555"/>
          <w:sz w:val="20"/>
        </w:rPr>
        <w:t>[10]</w:t>
      </w:r>
    </w:p>
    <w:p>
      <w:r>
        <w:rPr>
          <w:rFonts w:ascii="Gentium Plus" w:hAnsi="Gentium Plus"/>
          <w:sz w:val="24"/>
        </w:rPr>
        <w:t>συμφέρον, v. ὅπερ ἐσ‐ τὶν ἀταραξία, καὶ ἑνὶ καὶ πᾶσι τὸ αὐτό ἐσ‐ τιν. v. καὶ τὴν δευτέ‐ ραν οὖν ἀποδοὺς αἰ‐</w:t>
      </w:r>
    </w:p>
    <w:p>
      <w:r>
        <w:rPr>
          <w:rFonts w:ascii="Courier New" w:hAnsi="Courier New"/>
          <w:color w:val="555555"/>
          <w:sz w:val="20"/>
        </w:rPr>
        <w:t>[3 col2]</w:t>
      </w:r>
    </w:p>
    <w:p>
      <w:r>
        <w:rPr>
          <w:rFonts w:ascii="Gentium Plus" w:hAnsi="Gentium Plus"/>
          <w:sz w:val="24"/>
        </w:rPr>
        <w:t>[τί]α̣ν τοῦ συνγράμ‐ μ̣ατος, τὸ κατεσπου‐ δ̣ασμένον ἡμῶν νῦ̣ν προστίθημι, ὁποῖόν</w:t>
      </w:r>
    </w:p>
    <w:p>
      <w:r>
        <w:rPr>
          <w:rFonts w:ascii="Courier New" w:hAnsi="Courier New"/>
          <w:color w:val="555555"/>
          <w:sz w:val="20"/>
        </w:rPr>
        <w:t>[5]</w:t>
      </w:r>
    </w:p>
    <w:p>
      <w:r>
        <w:rPr>
          <w:rFonts w:ascii="Gentium Plus" w:hAnsi="Gentium Plus"/>
          <w:sz w:val="24"/>
        </w:rPr>
        <w:t>ἐ̣σ̣τ̣ι̣ν καὶ τίν’ ἔχει φύ‐ [σιν ἐξηγούμενος]. [ἐν δυ]σμαῖς γὰρ ἤδη [τοῦ β]ίου καθεστη‐ [κότ]ε̣ς v. (διὰ τὸ γῆρας</w:t>
      </w:r>
    </w:p>
    <w:p>
      <w:r>
        <w:rPr>
          <w:rFonts w:ascii="Courier New" w:hAnsi="Courier New"/>
          <w:color w:val="555555"/>
          <w:sz w:val="20"/>
        </w:rPr>
        <w:t>[10]</w:t>
      </w:r>
    </w:p>
    <w:p>
      <w:r>
        <w:rPr>
          <w:rFonts w:ascii="Gentium Plus" w:hAnsi="Gentium Plus"/>
          <w:sz w:val="24"/>
        </w:rPr>
        <w:t>[καὶ ὅ]σον οὔπω μέλ‐ [λοντ]ες ἀναλύειν [ἀπὸ τ]οῦ ζῆν), v. μ̣ετὰ [καλο]ῦ παιᾶν̣[ος ὑ]‐</w:t>
      </w:r>
    </w:p>
    <w:p>
      <w:r>
        <w:rPr>
          <w:rFonts w:ascii="Courier New" w:hAnsi="Courier New"/>
          <w:color w:val="555555"/>
          <w:sz w:val="20"/>
        </w:rPr>
        <w:t>[3 col3]</w:t>
      </w:r>
    </w:p>
    <w:p>
      <w:r>
        <w:rPr>
          <w:rFonts w:ascii="Gentium Plus" w:hAnsi="Gentium Plus"/>
          <w:sz w:val="24"/>
        </w:rPr>
        <w:t>ων πληρώματος, v. ἠ‐ θελήσαμεν, v. ἵνα μὴ προλημφθῶμεν, βο‐ ηθεῖν ἤδη τοῖς εὐ‐</w:t>
      </w:r>
    </w:p>
    <w:p>
      <w:r>
        <w:rPr>
          <w:rFonts w:ascii="Courier New" w:hAnsi="Courier New"/>
          <w:color w:val="555555"/>
          <w:sz w:val="20"/>
        </w:rPr>
        <w:t>[5]</w:t>
      </w:r>
    </w:p>
    <w:p>
      <w:r>
        <w:rPr>
          <w:rFonts w:ascii="Gentium Plus" w:hAnsi="Gentium Plus"/>
          <w:sz w:val="24"/>
        </w:rPr>
        <w:t>συνκρίτοις. v. εἰ μὲν οὖν εἷς μόνον v. ἢ δύ’ ἢ τρεῖς v. ἢ τέτταρες ἢ πέντε v. ἢ ἓξ v. ἢ ὅσους, ἄνθρωπε, βούλει τῶν</w:t>
      </w:r>
    </w:p>
    <w:p>
      <w:r>
        <w:rPr>
          <w:rFonts w:ascii="Courier New" w:hAnsi="Courier New"/>
          <w:color w:val="555555"/>
          <w:sz w:val="20"/>
        </w:rPr>
        <w:t>[10]</w:t>
      </w:r>
    </w:p>
    <w:p>
      <w:r>
        <w:rPr>
          <w:rFonts w:ascii="Gentium Plus" w:hAnsi="Gentium Plus"/>
          <w:sz w:val="24"/>
        </w:rPr>
        <w:t>τοσούτων εἶναι πλείο‐ νας, μὴ πάνυ δὲ πολ‐ λούς, διέκειντο κα‐ κῶς, v. κἂν καθ’ ἕ[να— —] καλούμενος̣ [πάν]‐</w:t>
      </w:r>
    </w:p>
    <w:p>
      <w:r>
        <w:rPr>
          <w:rFonts w:ascii="Courier New" w:hAnsi="Courier New"/>
          <w:color w:val="555555"/>
          <w:sz w:val="20"/>
        </w:rPr>
        <w:t>[3 col4]</w:t>
      </w:r>
    </w:p>
    <w:p>
      <w:r>
        <w:rPr>
          <w:rFonts w:ascii="Gentium Plus" w:hAnsi="Gentium Plus"/>
          <w:sz w:val="24"/>
        </w:rPr>
        <w:t>τα παρ’ ἐμαυτὸν ἔπρατ‐ τον ε̣ἰ̣ς̣ συμβουλίαν τὴν ἀ̣ρ̣ίστην. v. ἐπεὶ δέ, ὡς προεῖπα, οἱ πλεῖστο̣ι</w:t>
      </w:r>
    </w:p>
    <w:p>
      <w:r>
        <w:rPr>
          <w:rFonts w:ascii="Courier New" w:hAnsi="Courier New"/>
          <w:color w:val="555555"/>
          <w:sz w:val="20"/>
        </w:rPr>
        <w:t>[5]</w:t>
      </w:r>
    </w:p>
    <w:p>
      <w:r>
        <w:rPr>
          <w:rFonts w:ascii="Gentium Plus" w:hAnsi="Gentium Plus"/>
          <w:sz w:val="24"/>
        </w:rPr>
        <w:t>καθάπερ ἐν λοιμῷ τῇ περὶ τῶν πραγμάτων ψευδοδοξίᾳ νοσοῦσι κοινῶς, v. γείνονται δὲ καὶ πλείονες v. (διὰ γὰρ</w:t>
      </w:r>
    </w:p>
    <w:p>
      <w:r>
        <w:rPr>
          <w:rFonts w:ascii="Courier New" w:hAnsi="Courier New"/>
          <w:color w:val="555555"/>
          <w:sz w:val="20"/>
        </w:rPr>
        <w:t>[10]</w:t>
      </w:r>
    </w:p>
    <w:p>
      <w:r>
        <w:rPr>
          <w:rFonts w:ascii="Gentium Plus" w:hAnsi="Gentium Plus"/>
          <w:sz w:val="24"/>
        </w:rPr>
        <w:t>τὸν ἀλλήλων ζῆλον ἄλλος ἐξ ἄλλου λαμ‐ βάνει τὴν νόσον ὡς [τ]ὰ̣ πρόβατα), v. δίκαι̣ο̣ν̣</w:t>
      </w:r>
    </w:p>
    <w:p>
      <w:r>
        <w:rPr>
          <w:rFonts w:ascii="Courier New" w:hAnsi="Courier New"/>
          <w:color w:val="555555"/>
          <w:sz w:val="20"/>
        </w:rPr>
        <w:t>[3 col5]</w:t>
      </w:r>
    </w:p>
    <w:p>
      <w:r>
        <w:rPr>
          <w:rFonts w:ascii="Gentium Plus" w:hAnsi="Gentium Plus"/>
          <w:sz w:val="24"/>
        </w:rPr>
        <w:t>μᾶς ἐσομένοις βοη‐ θῆσαι v. (κἀκεῖνοι γάρ εἰσιν ἡμέτεροι καὶ εἰ μὴ̣ γεγόνασί πω), v. πρὸς</w:t>
      </w:r>
    </w:p>
    <w:p>
      <w:r>
        <w:rPr>
          <w:rFonts w:ascii="Courier New" w:hAnsi="Courier New"/>
          <w:color w:val="555555"/>
          <w:sz w:val="20"/>
        </w:rPr>
        <w:t>[5]</w:t>
      </w:r>
    </w:p>
    <w:p>
      <w:r>
        <w:rPr>
          <w:rFonts w:ascii="Gentium Plus" w:hAnsi="Gentium Plus"/>
          <w:sz w:val="24"/>
        </w:rPr>
        <w:t>δὲ δὴ φιλάνθ̣ρωπον καὶ τοῖς παραγεινομέ‐ νοις ἐπικουρεῖν ξέ‐ νοις. v.v. ἐπειδὴ οὖν εἰς πλείονας διαβέβη‐</w:t>
      </w:r>
    </w:p>
    <w:p>
      <w:r>
        <w:rPr>
          <w:rFonts w:ascii="Courier New" w:hAnsi="Courier New"/>
          <w:color w:val="555555"/>
          <w:sz w:val="20"/>
        </w:rPr>
        <w:t>[10]</w:t>
      </w:r>
    </w:p>
    <w:p>
      <w:r>
        <w:rPr>
          <w:rFonts w:ascii="Gentium Plus" w:hAnsi="Gentium Plus"/>
          <w:sz w:val="24"/>
        </w:rPr>
        <w:t>κε τὰ βοηθήματα τοῦ συνγράμματος, ἠθέλησα τῇ στοᾷ ταύ‐ τῃ καταχρησάμενος ἐ̣ν κοινῷ τὰ τῆς σωτη‐</w:t>
      </w:r>
    </w:p>
    <w:p>
      <w:r>
        <w:rPr>
          <w:rFonts w:ascii="Courier New" w:hAnsi="Courier New"/>
          <w:color w:val="555555"/>
          <w:sz w:val="20"/>
        </w:rPr>
        <w:t>[3 col6]</w:t>
      </w:r>
    </w:p>
    <w:p>
      <w:r>
        <w:rPr>
          <w:rFonts w:ascii="Gentium Plus" w:hAnsi="Gentium Plus"/>
          <w:sz w:val="24"/>
        </w:rPr>
        <w:t>ρίας προθεῖ̣ν̣[αι φάρμα]‐ κα, ὧν δὴ φαρ̣μ[άκων] πεῖραν ἡμε[ῖ]ς̣ π̣[άντως] εἰλήφαμεν. [τοὺς]</w:t>
      </w:r>
    </w:p>
    <w:p>
      <w:r>
        <w:rPr>
          <w:rFonts w:ascii="Courier New" w:hAnsi="Courier New"/>
          <w:color w:val="555555"/>
          <w:sz w:val="20"/>
        </w:rPr>
        <w:t>[5]</w:t>
      </w:r>
    </w:p>
    <w:p>
      <w:r>
        <w:rPr>
          <w:rFonts w:ascii="Gentium Plus" w:hAnsi="Gentium Plus"/>
          <w:sz w:val="24"/>
        </w:rPr>
        <w:t>γὰρ ματαίως [κ]ατ[έχον]‐ τας ἡμᾶς φόβους [ἀ]‐ πελυσάμεθα, v. τῶν τε λυπῶν τὰς μὲν κ̣εν̣ὰ̣ς ἐξεκόψαμεν εἰς τέ‐</w:t>
      </w:r>
    </w:p>
    <w:p>
      <w:r>
        <w:rPr>
          <w:rFonts w:ascii="Courier New" w:hAnsi="Courier New"/>
          <w:color w:val="555555"/>
          <w:sz w:val="20"/>
        </w:rPr>
        <w:t>[10]</w:t>
      </w:r>
    </w:p>
    <w:p>
      <w:r>
        <w:rPr>
          <w:rFonts w:ascii="Gentium Plus" w:hAnsi="Gentium Plus"/>
          <w:sz w:val="24"/>
        </w:rPr>
        <w:t>λειον, v. τὰς δ̣ὲ φυσικὰς εἰς μεικρὸν κομιδῇ συνεστείλαμεν, ἐλα‐ χιστιαῖον αὐτῶν τ̣[ὸ]</w:t>
      </w:r>
    </w:p>
    <w:p>
      <w:r>
        <w:rPr>
          <w:rFonts w:ascii="Courier New" w:hAnsi="Courier New"/>
          <w:color w:val="555555"/>
          <w:sz w:val="20"/>
        </w:rPr>
        <w:t>[4 col1]</w:t>
      </w:r>
    </w:p>
    <w:p>
      <w:r>
        <w:rPr>
          <w:rFonts w:ascii="Gentium Plus" w:hAnsi="Gentium Plus"/>
          <w:sz w:val="24"/>
        </w:rPr>
        <w:t>[]θ̣η</w:t>
      </w:r>
    </w:p>
    <w:p>
      <w:r>
        <w:rPr>
          <w:rFonts w:ascii="Courier New" w:hAnsi="Courier New"/>
          <w:color w:val="555555"/>
          <w:sz w:val="20"/>
        </w:rPr>
        <w:t>[2-6]</w:t>
      </w:r>
    </w:p>
    <w:p>
      <w:r>
        <w:rPr>
          <w:rFonts w:ascii="Gentium Plus" w:hAnsi="Gentium Plus"/>
          <w:sz w:val="24"/>
        </w:rPr>
        <w:t>broken off</w:t>
      </w:r>
    </w:p>
    <w:p>
      <w:r>
        <w:rPr>
          <w:rFonts w:ascii="Courier New" w:hAnsi="Courier New"/>
          <w:color w:val="555555"/>
          <w:sz w:val="20"/>
        </w:rPr>
        <w:t>[7]</w:t>
      </w:r>
    </w:p>
    <w:p>
      <w:r>
        <w:rPr>
          <w:rFonts w:ascii="Gentium Plus" w:hAnsi="Gentium Plus"/>
          <w:sz w:val="24"/>
        </w:rPr>
        <w:t>[]ουν []ἡμεῖν [το]ῦ πρώ‐</w:t>
      </w:r>
    </w:p>
    <w:p>
      <w:r>
        <w:rPr>
          <w:rFonts w:ascii="Courier New" w:hAnsi="Courier New"/>
          <w:color w:val="555555"/>
          <w:sz w:val="20"/>
        </w:rPr>
        <w:t>[10]</w:t>
      </w:r>
    </w:p>
    <w:p>
      <w:r>
        <w:rPr>
          <w:rFonts w:ascii="Gentium Plus" w:hAnsi="Gentium Plus"/>
          <w:sz w:val="24"/>
        </w:rPr>
        <w:t>[του— — — — — — — —]κ̣αι</w:t>
      </w:r>
    </w:p>
    <w:p>
      <w:r>
        <w:rPr>
          <w:rFonts w:ascii="Courier New" w:hAnsi="Courier New"/>
          <w:color w:val="555555"/>
          <w:sz w:val="20"/>
        </w:rPr>
        <w:t>[11-14]</w:t>
      </w:r>
    </w:p>
    <w:p>
      <w:r>
        <w:rPr>
          <w:rFonts w:ascii="Gentium Plus" w:hAnsi="Gentium Plus"/>
          <w:sz w:val="24"/>
        </w:rPr>
        <w:t>broken off</w:t>
      </w:r>
    </w:p>
    <w:p>
      <w:r>
        <w:rPr>
          <w:rFonts w:ascii="Courier New" w:hAnsi="Courier New"/>
          <w:color w:val="555555"/>
          <w:sz w:val="20"/>
        </w:rPr>
        <w:t>[4 col2]</w:t>
      </w:r>
    </w:p>
    <w:p>
      <w:r>
        <w:rPr>
          <w:rFonts w:ascii="Gentium Plus" w:hAnsi="Gentium Plus"/>
          <w:sz w:val="24"/>
        </w:rPr>
        <w:t>τ̣ι̣ν̣ὲς τῶν φιλοσ̣[όφων] καὶ μάλιστα οἱ π̣[ερὶ Σω]‐ κράτην. v. τὸ δὲ̣ [φυσιο]‐ λογεῖν κ̣αὶ τ̣ὰ̣ [μετέω]‐</w:t>
      </w:r>
    </w:p>
    <w:p>
      <w:r>
        <w:rPr>
          <w:rFonts w:ascii="Courier New" w:hAnsi="Courier New"/>
          <w:color w:val="555555"/>
          <w:sz w:val="20"/>
        </w:rPr>
        <w:t>[5]</w:t>
      </w:r>
    </w:p>
    <w:p>
      <w:r>
        <w:rPr>
          <w:rFonts w:ascii="Gentium Plus" w:hAnsi="Gentium Plus"/>
          <w:sz w:val="24"/>
        </w:rPr>
        <w:t>ρα πολυπραγμ̣[ονεῖν] περιττόν φα̣σι[ν εἶναι] καὶ ἄ̣[χ]ρ̣η̣σ̣τ̣ο̣[ν, καὶ οὐ]‐ δ’ ἀξιοῦσιν τ̣[ῶν τοιού]‐ των ἐπιμ̣[ελεῖσθαι]</w:t>
      </w:r>
    </w:p>
    <w:p>
      <w:r>
        <w:rPr>
          <w:rFonts w:ascii="Courier New" w:hAnsi="Courier New"/>
          <w:color w:val="555555"/>
          <w:sz w:val="20"/>
        </w:rPr>
        <w:t>[10]</w:t>
      </w:r>
    </w:p>
    <w:p>
      <w:r>
        <w:rPr>
          <w:rFonts w:ascii="Gentium Plus" w:hAnsi="Gentium Plus"/>
          <w:sz w:val="24"/>
        </w:rPr>
        <w:t>τ̣</w:t>
      </w:r>
    </w:p>
    <w:p>
      <w:r>
        <w:rPr>
          <w:rFonts w:ascii="Courier New" w:hAnsi="Courier New"/>
          <w:color w:val="555555"/>
          <w:sz w:val="20"/>
        </w:rPr>
        <w:t>[11-14]</w:t>
      </w:r>
    </w:p>
    <w:p>
      <w:r>
        <w:rPr>
          <w:rFonts w:ascii="Gentium Plus" w:hAnsi="Gentium Plus"/>
          <w:sz w:val="24"/>
        </w:rPr>
        <w:t>broken off</w:t>
      </w:r>
    </w:p>
    <w:p>
      <w:r>
        <w:rPr>
          <w:rFonts w:ascii="Courier New" w:hAnsi="Courier New"/>
          <w:color w:val="555555"/>
          <w:sz w:val="20"/>
        </w:rPr>
        <w:t>[5 ante]</w:t>
      </w:r>
    </w:p>
    <w:p>
      <w:r>
        <w:rPr>
          <w:rFonts w:ascii="Gentium Plus" w:hAnsi="Gentium Plus"/>
          <w:sz w:val="24"/>
        </w:rPr>
        <w:t>[ἄλ]‐</w:t>
      </w:r>
    </w:p>
    <w:p>
      <w:r>
        <w:rPr>
          <w:rFonts w:ascii="Courier New" w:hAnsi="Courier New"/>
          <w:color w:val="555555"/>
          <w:sz w:val="20"/>
        </w:rPr>
        <w:t>[5 col1]</w:t>
      </w:r>
    </w:p>
    <w:p>
      <w:r>
        <w:rPr>
          <w:rFonts w:ascii="Gentium Plus" w:hAnsi="Gentium Plus"/>
          <w:sz w:val="24"/>
        </w:rPr>
        <w:t>[λοι δὲ οὐκ ἄ]ν̣τικρυς οὐ‐ [κ ἀνανκαῖα]ν̣ φυσιολογίαν</w:t>
      </w:r>
    </w:p>
    <w:p>
      <w:r>
        <w:rPr>
          <w:rFonts w:ascii="Courier New" w:hAnsi="Courier New"/>
          <w:color w:val="555555"/>
          <w:sz w:val="20"/>
        </w:rPr>
        <w:t>[5]</w:t>
      </w:r>
    </w:p>
    <w:p>
      <w:r>
        <w:rPr>
          <w:rFonts w:ascii="Gentium Plus" w:hAnsi="Gentium Plus"/>
          <w:sz w:val="24"/>
        </w:rPr>
        <w:t>[σαι, ἑτ]έ̣ρ̣ῳ δέ τινι ἐγβο‐ λῆς χρῶνται σχήματι. ὅταν γὰρ ἀκατάλημπτα φάσκωσιν εἶναι τὰ πρά‐ γματα, τί ἄλλο̣ φασὶν ἢ ὅ‐</w:t>
      </w:r>
    </w:p>
    <w:p>
      <w:r>
        <w:rPr>
          <w:rFonts w:ascii="Courier New" w:hAnsi="Courier New"/>
          <w:color w:val="555555"/>
          <w:sz w:val="20"/>
        </w:rPr>
        <w:t>[10]</w:t>
      </w:r>
    </w:p>
    <w:p>
      <w:r>
        <w:rPr>
          <w:rFonts w:ascii="Gentium Plus" w:hAnsi="Gentium Plus"/>
          <w:sz w:val="24"/>
        </w:rPr>
        <w:t>τι μὴ δεῖ φυσιολογεῖν ἡ‐ μᾶς; v. τίς γὰρ αἱρήσεται ζητεῖν ἃ μήποθ’ εὕρῃ; Ἀριστοτέλης οὖν v. καὶ οἱ τὸν αὐτὸν Ἀρισ‐</w:t>
      </w:r>
    </w:p>
    <w:p>
      <w:r>
        <w:rPr>
          <w:rFonts w:ascii="Courier New" w:hAnsi="Courier New"/>
          <w:color w:val="555555"/>
          <w:sz w:val="20"/>
        </w:rPr>
        <w:t>[5 col2]</w:t>
      </w:r>
    </w:p>
    <w:p>
      <w:r>
        <w:rPr>
          <w:rFonts w:ascii="Gentium Plus" w:hAnsi="Gentium Plus"/>
          <w:sz w:val="24"/>
        </w:rPr>
        <w:t>τ̣ο̣τ̣έλει ν̣ομί̣[ζ]ον‐ τες περίπατον οὐδὲν ἐπιστητόν φασιν εἶναι· ῥεῖν γὰρ αἰεὶ τὰ πράγμα‐</w:t>
      </w:r>
    </w:p>
    <w:p>
      <w:r>
        <w:rPr>
          <w:rFonts w:ascii="Courier New" w:hAnsi="Courier New"/>
          <w:color w:val="555555"/>
          <w:sz w:val="20"/>
        </w:rPr>
        <w:t>[5]</w:t>
      </w:r>
    </w:p>
    <w:p>
      <w:r>
        <w:rPr>
          <w:rFonts w:ascii="Gentium Plus" w:hAnsi="Gentium Plus"/>
          <w:sz w:val="24"/>
        </w:rPr>
        <w:t>τα καὶ δι’ ὀξύτητα τῆς ῥεύσεως τὴν ἡμε‐ τέραν ἐκφεύγειν ἀντί‐ λημψιν. v. ἡμεῖς δὲ τὴν μὲν ῥεῦσιν αὐτῶν ὁμο‐</w:t>
      </w:r>
    </w:p>
    <w:p>
      <w:r>
        <w:rPr>
          <w:rFonts w:ascii="Courier New" w:hAnsi="Courier New"/>
          <w:color w:val="555555"/>
          <w:sz w:val="20"/>
        </w:rPr>
        <w:t>[10]</w:t>
      </w:r>
    </w:p>
    <w:p>
      <w:r>
        <w:rPr>
          <w:rFonts w:ascii="Gentium Plus" w:hAnsi="Gentium Plus"/>
          <w:sz w:val="24"/>
        </w:rPr>
        <w:t>λογοῦμεν, οὐ μέντοι καὶ τὸ οὕτως ὀξεῖαν αὐτὴν ὑπάρχειν ὥστε μηδενὶ χρόνῳ τὴν ἑ‐</w:t>
      </w:r>
    </w:p>
    <w:p>
      <w:r>
        <w:rPr>
          <w:rFonts w:ascii="Courier New" w:hAnsi="Courier New"/>
          <w:color w:val="555555"/>
          <w:sz w:val="20"/>
        </w:rPr>
        <w:t>[5 col3]</w:t>
      </w:r>
    </w:p>
    <w:p>
      <w:r>
        <w:rPr>
          <w:rFonts w:ascii="Gentium Plus" w:hAnsi="Gentium Plus"/>
          <w:sz w:val="24"/>
        </w:rPr>
        <w:t>πτὴν αἰσθήσ̣[εσιν εἶναι]. καὶ γὰρ οὐδα[μῶς ποτ’ ἂν] εἴσχυσαν εἰπ̣[εῖν οἱ τῇ] δόξῃ τῇδε̣ [χρώμενοι],</w:t>
      </w:r>
    </w:p>
    <w:p>
      <w:r>
        <w:rPr>
          <w:rFonts w:ascii="Courier New" w:hAnsi="Courier New"/>
          <w:color w:val="555555"/>
          <w:sz w:val="20"/>
        </w:rPr>
        <w:t>[5]</w:t>
      </w:r>
    </w:p>
    <w:p>
      <w:r>
        <w:rPr>
          <w:rFonts w:ascii="Gentium Plus" w:hAnsi="Gentium Plus"/>
          <w:sz w:val="24"/>
        </w:rPr>
        <w:t>τὸ δὴ οἷον φέ[ρουσι, τοτὲ] μὲν εἶναι τόδε̣ [λευκὸν] καὶ τόδε μέλαν̣, [ἄλλοτε] δὲ οὔτε τοῦτ[ο λευκὸν οὔ]‐ τ’ ἐκεῖνο μέλ[αν, εἰ μὴ πρό]‐</w:t>
      </w:r>
    </w:p>
    <w:p>
      <w:r>
        <w:rPr>
          <w:rFonts w:ascii="Courier New" w:hAnsi="Courier New"/>
          <w:color w:val="555555"/>
          <w:sz w:val="20"/>
        </w:rPr>
        <w:t>[10]</w:t>
      </w:r>
    </w:p>
    <w:p>
      <w:r>
        <w:rPr>
          <w:rFonts w:ascii="Gentium Plus" w:hAnsi="Gentium Plus"/>
          <w:sz w:val="24"/>
        </w:rPr>
        <w:t>τερον ᾔδεισαν̣ [τὴν λευ]‐ κοῦ τε καὶ μέλ̣[ανος φύ]‐ σιν. v. καὶ τοῖς ἐ[φεκτικοῖς] δὲ λεγομένοις [φιλοσόφοις], ὧν δὴ Λακύδ̣[ης ὁ Κυρη\|ναῖος]</w:t>
      </w:r>
    </w:p>
    <w:p>
      <w:r>
        <w:rPr>
          <w:rFonts w:ascii="Courier New" w:hAnsi="Courier New"/>
          <w:color w:val="555555"/>
          <w:sz w:val="20"/>
        </w:rPr>
        <w:t>[6 col1]</w:t>
      </w:r>
    </w:p>
    <w:p>
      <w:r>
        <w:rPr>
          <w:rFonts w:ascii="Gentium Plus" w:hAnsi="Gentium Plus"/>
          <w:sz w:val="24"/>
        </w:rPr>
        <w:t>[— — — — — — — — — — — — —] [— — — — — — — — — —τὰ δ]ὲ̣ [πρῶτα σώματα, ἃ κ]α̣ὶ στοι‐ [χεῖα προ]σαγορ̣[ε]ύεται, ἐξ ἀρ‐</w:t>
      </w:r>
    </w:p>
    <w:p>
      <w:r>
        <w:rPr>
          <w:rFonts w:ascii="Courier New" w:hAnsi="Courier New"/>
          <w:color w:val="555555"/>
          <w:sz w:val="20"/>
        </w:rPr>
        <w:t>[5]</w:t>
      </w:r>
    </w:p>
    <w:p>
      <w:r>
        <w:rPr>
          <w:rFonts w:ascii="Gentium Plus" w:hAnsi="Gentium Plus"/>
          <w:sz w:val="24"/>
        </w:rPr>
        <w:t>[χῆς] μ̣ὲν ὑφεστηκότα [καὶ ὄ]ντα ἄφθαρτα, γεννῶν‐</w:t>
      </w:r>
    </w:p>
    <w:p>
      <w:r>
        <w:rPr>
          <w:rFonts w:ascii="Courier New" w:hAnsi="Courier New"/>
          <w:color w:val="555555"/>
          <w:sz w:val="20"/>
        </w:rPr>
        <w:t>[10]</w:t>
      </w:r>
    </w:p>
    <w:p>
      <w:r>
        <w:rPr>
          <w:rFonts w:ascii="Gentium Plus" w:hAnsi="Gentium Plus"/>
          <w:sz w:val="24"/>
        </w:rPr>
        <w:t>[ρων] δ̣όξας. v. Ἡράκλειτος [μὲν] ο̣ὖν ὁ Ἐφέσιος πῦρ εἶ‐ [ναι σ]τ̣οιχεῖον εἶπεν, v. Θα‐ [λῆς δ]ὲ ὁ Μειλήσ̣ι̣ος ὕδωρ, [Διογέν]η̣ς̣ [δὲ ὁ] Ἀ̣πολλω‐</w:t>
      </w:r>
    </w:p>
    <w:p>
      <w:r>
        <w:rPr>
          <w:rFonts w:ascii="Courier New" w:hAnsi="Courier New"/>
          <w:color w:val="555555"/>
          <w:sz w:val="20"/>
        </w:rPr>
        <w:t>[6 col2]</w:t>
      </w:r>
    </w:p>
    <w:p>
      <w:r>
        <w:rPr>
          <w:rFonts w:ascii="Gentium Plus" w:hAnsi="Gentium Plus"/>
          <w:sz w:val="24"/>
        </w:rPr>
        <w:t>νιάτης καὶ Ἀναξ̣ιμένης ἀέρα, v. Ἐνπεδοκλῆς δ’ ὁ Ἀ‐ κραγ〈αντεῖν〉ος̣ κ̣αὶ πῦρ καὶ ἀέρα καὶ ὕδωρ καὶ γῆν, v. Ἀνα‐</w:t>
      </w:r>
    </w:p>
    <w:p>
      <w:r>
        <w:rPr>
          <w:rFonts w:ascii="Courier New" w:hAnsi="Courier New"/>
          <w:color w:val="555555"/>
          <w:sz w:val="20"/>
        </w:rPr>
        <w:t>[5]</w:t>
      </w:r>
    </w:p>
    <w:p>
      <w:r>
        <w:rPr>
          <w:rFonts w:ascii="Gentium Plus" w:hAnsi="Gentium Plus"/>
          <w:sz w:val="24"/>
        </w:rPr>
        <w:t>ξαγόρας δ’ ὁ Κλαζομένιος τὰς ὁμοιομερείας ἑκάσ‐ του πράγματος, v. οἱ δ’ ἀπὸ τῆς Στοᾶς ὕλην καὶ θε‐ όν. v. Δημόκριτος δὲ ὁ Ἀ‐</w:t>
      </w:r>
    </w:p>
    <w:p>
      <w:r>
        <w:rPr>
          <w:rFonts w:ascii="Courier New" w:hAnsi="Courier New"/>
          <w:color w:val="555555"/>
          <w:sz w:val="20"/>
        </w:rPr>
        <w:t>[10]</w:t>
      </w:r>
    </w:p>
    <w:p>
      <w:r>
        <w:rPr>
          <w:rFonts w:ascii="Gentium Plus" w:hAnsi="Gentium Plus"/>
          <w:sz w:val="24"/>
        </w:rPr>
        <w:t>βδηρείτης εἶπε μὲν ἀτό‐ μους φύσεις, καλῶς γε ποι‐ ῶν· v. ἐπεὶ δὲ περὶ αὐτῶν ἐσφάλη τινά, ἐν ταῖς ἡ‐ μετέραις δόξαις ἐπισκε‐</w:t>
      </w:r>
    </w:p>
    <w:p>
      <w:r>
        <w:rPr>
          <w:rFonts w:ascii="Courier New" w:hAnsi="Courier New"/>
          <w:color w:val="555555"/>
          <w:sz w:val="20"/>
        </w:rPr>
        <w:t>[6 col3]</w:t>
      </w:r>
    </w:p>
    <w:p>
      <w:r>
        <w:rPr>
          <w:rFonts w:ascii="Gentium Plus" w:hAnsi="Gentium Plus"/>
          <w:sz w:val="24"/>
        </w:rPr>
        <w:t>φθήσεται. v. νυνεὶ δὲ̣ [τοῖς] εἰρημένοις ἀνδρά[σιν ἐν]‐ καλέσομεν, v. οὐ φιλο̣[νεί]‐ κῳ πρὸς αὐτοὺς πά[θει]</w:t>
      </w:r>
    </w:p>
    <w:p>
      <w:r>
        <w:rPr>
          <w:rFonts w:ascii="Courier New" w:hAnsi="Courier New"/>
          <w:color w:val="555555"/>
          <w:sz w:val="20"/>
        </w:rPr>
        <w:t>[5]</w:t>
      </w:r>
    </w:p>
    <w:p>
      <w:r>
        <w:rPr>
          <w:rFonts w:ascii="Gentium Plus" w:hAnsi="Gentium Plus"/>
          <w:sz w:val="24"/>
        </w:rPr>
        <w:t>χρώμενοι, τὴν δ’ ἀλ[ήθει]‐ αν σωθῆναι θέλον̣[τες],</w:t>
      </w:r>
    </w:p>
    <w:p>
      <w:r>
        <w:rPr>
          <w:rFonts w:ascii="Courier New" w:hAnsi="Courier New"/>
          <w:color w:val="555555"/>
          <w:sz w:val="20"/>
        </w:rPr>
        <w:t>[10]</w:t>
      </w:r>
    </w:p>
    <w:p>
      <w:r>
        <w:rPr>
          <w:rFonts w:ascii="Gentium Plus" w:hAnsi="Gentium Plus"/>
          <w:sz w:val="24"/>
        </w:rPr>
        <w:t>τε, πῦρ εἶναι στοιχεῖ[ον λέ]‐ γεις· v. οὔτε γὰρ ἄφθα[ρτόν] ἐστιν, ἐπεὶ φθειρόμ[ενον] ὁρῶμεν αὐτό, v. οὔτε δύν̣[α]‐ ται γεννᾶν̣ τ̣ὰ̣ πρ̣ά̣γμ[ατα]</w:t>
      </w:r>
    </w:p>
    <w:p>
      <w:r>
        <w:rPr>
          <w:rFonts w:ascii="Courier New" w:hAnsi="Courier New"/>
          <w:color w:val="555555"/>
          <w:sz w:val="20"/>
        </w:rPr>
        <w:t>[7 col1]</w:t>
      </w:r>
    </w:p>
    <w:p>
      <w:r>
        <w:rPr>
          <w:rFonts w:ascii="Gentium Plus" w:hAnsi="Gentium Plus"/>
          <w:sz w:val="24"/>
        </w:rPr>
        <w:t>[]Ϲ[Partial Letter]Ϲ....σω []ϹΟοΛϹιν []ενα̣ προς []ς̣ τ̣οῦτο τοῦ</w:t>
      </w:r>
    </w:p>
    <w:p>
      <w:r>
        <w:rPr>
          <w:rFonts w:ascii="Courier New" w:hAnsi="Courier New"/>
          <w:color w:val="555555"/>
          <w:sz w:val="20"/>
        </w:rPr>
        <w:t>[5]</w:t>
      </w:r>
    </w:p>
    <w:p>
      <w:r>
        <w:rPr>
          <w:rFonts w:ascii="Gentium Plus" w:hAnsi="Gentium Plus"/>
          <w:sz w:val="24"/>
        </w:rPr>
        <w:t>[ἐ]σ̣τ̣ι̣ μηδὲν [τ]ὸ̣ κενὸν []Ι πα̣θεῖν, ε— []π̣ά̣σχε̣ιν καὶ [τ]ὸ̣ ἄ̣πε̣ιρον προ</w:t>
      </w:r>
    </w:p>
    <w:p>
      <w:r>
        <w:rPr>
          <w:rFonts w:ascii="Courier New" w:hAnsi="Courier New"/>
          <w:color w:val="555555"/>
          <w:sz w:val="20"/>
        </w:rPr>
        <w:t>[10]</w:t>
      </w:r>
    </w:p>
    <w:p>
      <w:r>
        <w:rPr>
          <w:rFonts w:ascii="Gentium Plus" w:hAnsi="Gentium Plus"/>
          <w:sz w:val="24"/>
        </w:rPr>
        <w:t>[]τω̣ μ̣ηδὲν []ο̣ς ἐποικο‐ [δομ— — — — —]ϹΙτο̣..δο̣υ []ο̣υ̣τος̣ προ</w:t>
      </w:r>
    </w:p>
    <w:p>
      <w:r>
        <w:rPr>
          <w:rFonts w:ascii="Courier New" w:hAnsi="Courier New"/>
          <w:color w:val="555555"/>
          <w:sz w:val="20"/>
        </w:rPr>
        <w:t>[7 col2]</w:t>
      </w:r>
    </w:p>
    <w:p>
      <w:r>
        <w:rPr>
          <w:rFonts w:ascii="Gentium Plus" w:hAnsi="Gentium Plus"/>
          <w:sz w:val="24"/>
        </w:rPr>
        <w:t>ναται τοῦ τελευταίου ὅτι οἶδεν αὐτό. v. ἐσφά‐ λη δ’ ἀνα̣ξίως ἑαυτοῦ καὶ Δημόκριτος, v. τὰς</w:t>
      </w:r>
    </w:p>
    <w:p>
      <w:r>
        <w:rPr>
          <w:rFonts w:ascii="Courier New" w:hAnsi="Courier New"/>
          <w:color w:val="555555"/>
          <w:sz w:val="20"/>
        </w:rPr>
        <w:t>[5]</w:t>
      </w:r>
    </w:p>
    <w:p>
      <w:r>
        <w:rPr>
          <w:rFonts w:ascii="Gentium Plus" w:hAnsi="Gentium Plus"/>
          <w:sz w:val="24"/>
        </w:rPr>
        <w:t>ἀτόμους μόνα̣ς κατ’ ἀ‐ λήθειαν εἰπὼν ὑπάρχειν ἐν τοῖς οὖσι, v. τὰ δὲ λοιπὰ ν̣ομιστεὶ ἅπαντα. κατὰ γὰρ τὸν σὸν λόγον, ὦ Δη‐</w:t>
      </w:r>
    </w:p>
    <w:p>
      <w:r>
        <w:rPr>
          <w:rFonts w:ascii="Courier New" w:hAnsi="Courier New"/>
          <w:color w:val="555555"/>
          <w:sz w:val="20"/>
        </w:rPr>
        <w:t>[10]</w:t>
      </w:r>
    </w:p>
    <w:p>
      <w:r>
        <w:rPr>
          <w:rFonts w:ascii="Gentium Plus" w:hAnsi="Gentium Plus"/>
          <w:sz w:val="24"/>
        </w:rPr>
        <w:t>μόκριτε, οὐχ ὅπως τὸ ἀ‐ ληθὲς εὑρεῖν, ἀλλ’ οὐδὲ ζῆν δυνησόμεθα, μή‐ τε τὸ̣ π̣ῦρ φυλαττόμε‐ νοι [μήτε τ]ὴν σφαγὴν</w:t>
      </w:r>
    </w:p>
    <w:p>
      <w:r>
        <w:rPr>
          <w:rFonts w:ascii="Courier New" w:hAnsi="Courier New"/>
          <w:color w:val="555555"/>
          <w:sz w:val="20"/>
        </w:rPr>
        <w:t>[7 col3]</w:t>
      </w:r>
    </w:p>
    <w:p>
      <w:r>
        <w:rPr>
          <w:rFonts w:ascii="Gentium Plus" w:hAnsi="Gentium Plus"/>
          <w:sz w:val="24"/>
        </w:rPr>
        <w:t>μήτ’ [ἄλλην τινὰ δύνα]‐ μι[ν] τω[] απ[]</w:t>
      </w:r>
    </w:p>
    <w:p>
      <w:r>
        <w:rPr>
          <w:rFonts w:ascii="Courier New" w:hAnsi="Courier New"/>
          <w:color w:val="555555"/>
          <w:sz w:val="20"/>
        </w:rPr>
        <w:t>[5]</w:t>
      </w:r>
    </w:p>
    <w:p>
      <w:r>
        <w:rPr>
          <w:rFonts w:ascii="Gentium Plus" w:hAnsi="Gentium Plus"/>
          <w:sz w:val="24"/>
        </w:rPr>
        <w:t>νυν[] ημε[] τα α[] ...[] νοΙ[]</w:t>
      </w:r>
    </w:p>
    <w:p>
      <w:r>
        <w:rPr>
          <w:rFonts w:ascii="Courier New" w:hAnsi="Courier New"/>
          <w:color w:val="555555"/>
          <w:sz w:val="20"/>
        </w:rPr>
        <w:t>[10]</w:t>
      </w:r>
    </w:p>
    <w:p>
      <w:r>
        <w:rPr>
          <w:rFonts w:ascii="Gentium Plus" w:hAnsi="Gentium Plus"/>
          <w:sz w:val="24"/>
        </w:rPr>
        <w:t>γω[] τεκ[] τ..[] την[]</w:t>
      </w:r>
    </w:p>
    <w:p>
      <w:r>
        <w:rPr>
          <w:rFonts w:ascii="Courier New" w:hAnsi="Courier New"/>
          <w:color w:val="555555"/>
          <w:sz w:val="20"/>
        </w:rPr>
        <w:t>[8 ante]</w:t>
      </w:r>
    </w:p>
    <w:p>
      <w:r>
        <w:rPr>
          <w:rFonts w:ascii="Gentium Plus" w:hAnsi="Gentium Plus"/>
          <w:sz w:val="24"/>
        </w:rPr>
        <w:t>[ἐπεὶ δὲ τὰ πρῶτα σώματα οὐδεὶς διαλύειν]</w:t>
      </w:r>
    </w:p>
    <w:p>
      <w:r>
        <w:rPr>
          <w:rFonts w:ascii="Courier New" w:hAnsi="Courier New"/>
          <w:color w:val="555555"/>
          <w:sz w:val="20"/>
        </w:rPr>
        <w:t>[8 col1]</w:t>
      </w:r>
    </w:p>
    <w:p>
      <w:r>
        <w:rPr>
          <w:rFonts w:ascii="Gentium Plus" w:hAnsi="Gentium Plus"/>
          <w:sz w:val="24"/>
        </w:rPr>
        <w:t>[δύναται], v. εἴτε θεὸς εἴτε ἄν‐ [θρωπός ἐ]στι, [κ]α̣ταλείπεται [ἁπλῶς] ἄφθαρτα ταῦτ’ εἶναι [ἐκτὸς] ἀνάνκης; v. εἰ μὲ̣ν̣ γ̣[ὰρ]</w:t>
      </w:r>
    </w:p>
    <w:p>
      <w:r>
        <w:rPr>
          <w:rFonts w:ascii="Courier New" w:hAnsi="Courier New"/>
          <w:color w:val="555555"/>
          <w:sz w:val="20"/>
        </w:rPr>
        <w:t>[5]</w:t>
      </w:r>
    </w:p>
    <w:p>
      <w:r>
        <w:rPr>
          <w:rFonts w:ascii="Gentium Plus" w:hAnsi="Gentium Plus"/>
          <w:sz w:val="24"/>
        </w:rPr>
        <w:t>[ἐφθεί]ρετο κατ̣’ [ἀνάνκην] [εἰς τὸ μ]ὴ̣ [ὄν, — — — — — —]</w:t>
      </w:r>
    </w:p>
    <w:p>
      <w:r>
        <w:rPr>
          <w:rFonts w:ascii="Courier New" w:hAnsi="Courier New"/>
          <w:color w:val="555555"/>
          <w:sz w:val="20"/>
        </w:rPr>
        <w:t>[7-14]</w:t>
      </w:r>
    </w:p>
    <w:p>
      <w:r>
        <w:rPr>
          <w:rFonts w:ascii="Gentium Plus" w:hAnsi="Gentium Plus"/>
          <w:sz w:val="24"/>
        </w:rPr>
        <w:t>broken off</w:t>
      </w:r>
    </w:p>
    <w:p>
      <w:r>
        <w:rPr>
          <w:rFonts w:ascii="Courier New" w:hAnsi="Courier New"/>
          <w:color w:val="555555"/>
          <w:sz w:val="20"/>
        </w:rPr>
        <w:t>[8 col2]</w:t>
      </w:r>
    </w:p>
    <w:p>
      <w:r>
        <w:rPr>
          <w:rFonts w:ascii="Gentium Plus" w:hAnsi="Gentium Plus"/>
          <w:sz w:val="24"/>
        </w:rPr>
        <w:t>λ[— — — — —]</w:t>
      </w:r>
    </w:p>
    <w:p>
      <w:r>
        <w:rPr>
          <w:rFonts w:ascii="Courier New" w:hAnsi="Courier New"/>
          <w:color w:val="555555"/>
          <w:sz w:val="20"/>
        </w:rPr>
        <w:t>[2-14]</w:t>
      </w:r>
    </w:p>
    <w:p>
      <w:r>
        <w:rPr>
          <w:rFonts w:ascii="Gentium Plus" w:hAnsi="Gentium Plus"/>
          <w:sz w:val="24"/>
        </w:rPr>
        <w:t>broken off</w:t>
      </w:r>
    </w:p>
    <w:p>
      <w:r>
        <w:rPr>
          <w:rFonts w:ascii="Courier New" w:hAnsi="Courier New"/>
          <w:color w:val="555555"/>
          <w:sz w:val="20"/>
        </w:rPr>
        <w:t>[9 col1]</w:t>
      </w:r>
    </w:p>
    <w:p>
      <w:r>
        <w:rPr>
          <w:rFonts w:ascii="Gentium Plus" w:hAnsi="Gentium Plus"/>
          <w:sz w:val="24"/>
        </w:rPr>
        <w:t>— — — — — — — — — — — — — — — — — — — — — — — — — — — — — — — — — — — — π̣ο̣[— — — — —c.13— — — — —καὶ]</w:t>
      </w:r>
    </w:p>
    <w:p>
      <w:r>
        <w:rPr>
          <w:rFonts w:ascii="Courier New" w:hAnsi="Courier New"/>
          <w:color w:val="555555"/>
          <w:sz w:val="20"/>
        </w:rPr>
        <w:t>[5]</w:t>
      </w:r>
    </w:p>
    <w:p>
      <w:r>
        <w:rPr>
          <w:rFonts w:ascii="Gentium Plus" w:hAnsi="Gentium Plus"/>
          <w:sz w:val="24"/>
        </w:rPr>
        <w:t>πολ[λ]άκις, ὅ[τι εἰκόνες] καὶ φάσμ̣α̣τα [φύσεις ἀλη]‐ θεῖς ὑπάρχουσιν, καὶ τὰ κάτοπτρα μαρτυρήσει</w:t>
      </w:r>
    </w:p>
    <w:p>
      <w:r>
        <w:rPr>
          <w:rFonts w:ascii="Courier New" w:hAnsi="Courier New"/>
          <w:color w:val="555555"/>
          <w:sz w:val="20"/>
        </w:rPr>
        <w:t>[10]</w:t>
      </w:r>
    </w:p>
    <w:p>
      <w:r>
        <w:rPr>
          <w:rFonts w:ascii="Gentium Plus" w:hAnsi="Gentium Plus"/>
          <w:sz w:val="24"/>
        </w:rPr>
        <w:t>ἅ φημι τ̣[ὸ] ε̣ἴδωλον ὃ προσ‐ ομ̣εῖται ἐν τοῖς κατό‐ πτροις. v. οὐκ ἂν ἐν ἐκεί‐ νοις ἑαυτοὺ[ς ἑ]ω̣[ρ]ῶ̣μεν̣ κ̣α̣ὶ ο̣ὐ̣δ̣’ ἂν ἐ̣γ̣ε̣ί̣νετό</w:t>
      </w:r>
    </w:p>
    <w:p>
      <w:r>
        <w:rPr>
          <w:rFonts w:ascii="Courier New" w:hAnsi="Courier New"/>
          <w:color w:val="555555"/>
          <w:sz w:val="20"/>
        </w:rPr>
        <w:t>[9 col2]</w:t>
      </w:r>
    </w:p>
    <w:p>
      <w:r>
        <w:rPr>
          <w:rFonts w:ascii="Gentium Plus" w:hAnsi="Gentium Plus"/>
          <w:sz w:val="24"/>
        </w:rPr>
        <w:t>[τι, εἰ μὴ ἦν ῥεῦμα συνε]‐ [χὲς ἀφ’ ἡμῶν πρὸς ἐκεῖ]‐ [να φερόμενον καὶ] ἡ̣με̣ῖν [εἴδωλον ἀναφ]έρον. v. ἀπε‐</w:t>
      </w:r>
    </w:p>
    <w:p>
      <w:r>
        <w:rPr>
          <w:rFonts w:ascii="Courier New" w:hAnsi="Courier New"/>
          <w:color w:val="555555"/>
          <w:sz w:val="20"/>
        </w:rPr>
        <w:t>[5]</w:t>
      </w:r>
    </w:p>
    <w:p>
      <w:r>
        <w:rPr>
          <w:rFonts w:ascii="Gentium Plus" w:hAnsi="Gentium Plus"/>
          <w:sz w:val="24"/>
        </w:rPr>
        <w:t>λ̣έν[χ]ει γὰρ καὶ τοῦτο τὴν ἀπόροιαν διὰ τὸ ἕκασ‐ τον τῶν μορίων εἰς τὴν κατ’ εὐθὺ χώραν φέρεσ‐ θαι. v. τὰ οὖν ἀπὸ τῶν πρα‐</w:t>
      </w:r>
    </w:p>
    <w:p>
      <w:r>
        <w:rPr>
          <w:rFonts w:ascii="Courier New" w:hAnsi="Courier New"/>
          <w:color w:val="555555"/>
          <w:sz w:val="20"/>
        </w:rPr>
        <w:t>[10]</w:t>
      </w:r>
    </w:p>
    <w:p>
      <w:r>
        <w:rPr>
          <w:rFonts w:ascii="Gentium Plus" w:hAnsi="Gentium Plus"/>
          <w:sz w:val="24"/>
        </w:rPr>
        <w:t>γμάτων ῥέοντα εἴδω‐ λα, ἐνπείπτοντα ἡμῶν τα̣ῖς ὄψεσιν, τοῦ τε ὁρᾶν ἡμ̣ᾶς τὰ ὑποκείμενα α̣ἴτια γείνεται καὶ, εἰς</w:t>
      </w:r>
    </w:p>
    <w:p>
      <w:r>
        <w:rPr>
          <w:rFonts w:ascii="Courier New" w:hAnsi="Courier New"/>
          <w:color w:val="555555"/>
          <w:sz w:val="20"/>
        </w:rPr>
        <w:t>[9 col3]</w:t>
      </w:r>
    </w:p>
    <w:p>
      <w:r>
        <w:rPr>
          <w:rFonts w:ascii="Gentium Plus" w:hAnsi="Gentium Plus"/>
          <w:sz w:val="24"/>
        </w:rPr>
        <w:t>[τὴν ψυχὴν εἰσιόντα,] [τοῦ ἐννοεῖν αὐτά. κατ’] ἐνπτ̣[ώσεις μὲ]ν̣ ο[ὖν] τ̣ὰ̣ ὑπὸ τῶν ὄψεων βλεπό‐</w:t>
      </w:r>
    </w:p>
    <w:p>
      <w:r>
        <w:rPr>
          <w:rFonts w:ascii="Courier New" w:hAnsi="Courier New"/>
          <w:color w:val="555555"/>
          <w:sz w:val="20"/>
        </w:rPr>
        <w:t>[5]</w:t>
      </w:r>
    </w:p>
    <w:p>
      <w:r>
        <w:rPr>
          <w:rFonts w:ascii="Gentium Plus" w:hAnsi="Gentium Plus"/>
          <w:sz w:val="24"/>
        </w:rPr>
        <w:t>μενα ἡ ψυχὴ παραλαμ‐</w:t>
      </w:r>
    </w:p>
    <w:p>
      <w:r>
        <w:rPr>
          <w:rFonts w:ascii="Courier New" w:hAnsi="Courier New"/>
          <w:color w:val="555555"/>
          <w:sz w:val="20"/>
        </w:rPr>
        <w:t>[10]</w:t>
      </w:r>
    </w:p>
    <w:p>
      <w:r>
        <w:rPr>
          <w:rFonts w:ascii="Gentium Plus" w:hAnsi="Gentium Plus"/>
          <w:sz w:val="24"/>
        </w:rPr>
        <w:t>ὥστε, καὶ μὴ παρόντων ἔτι τῶν πρα̣γμάτων ἃ τὸ πρῶτον εἶδεν, τὰ ὅμοι‐ α τοῖς πρώτοις τῇ δια‐ νοίᾳ̣ δεχθ[ῆ]ν̣α̣ι φ̣ά̣σ̣μ̣α̣‐</w:t>
      </w:r>
    </w:p>
    <w:p>
      <w:r>
        <w:rPr>
          <w:rFonts w:ascii="Courier New" w:hAnsi="Courier New"/>
          <w:color w:val="555555"/>
          <w:sz w:val="20"/>
        </w:rPr>
        <w:t>[9 col4]</w:t>
      </w:r>
    </w:p>
    <w:p>
      <w:r>
        <w:rPr>
          <w:rFonts w:ascii="Gentium Plus" w:hAnsi="Gentium Plus"/>
          <w:sz w:val="24"/>
        </w:rPr>
        <w:t>[τα γεννῶντα καὶ ὕπαρ] κ̣α̣ὶ̣ ὄ̣[ναρ. μηδ]ὲ [θαυμά]‐ σωμεν τοῦτο γεί̣[νεσθαι] καὶ καθευδόντων [ἡμῶν]·</w:t>
      </w:r>
    </w:p>
    <w:p>
      <w:r>
        <w:rPr>
          <w:rFonts w:ascii="Courier New" w:hAnsi="Courier New"/>
          <w:color w:val="555555"/>
          <w:sz w:val="20"/>
        </w:rPr>
        <w:t>[5]</w:t>
      </w:r>
    </w:p>
    <w:p>
      <w:r>
        <w:rPr>
          <w:rFonts w:ascii="Gentium Plus" w:hAnsi="Gentium Plus"/>
          <w:sz w:val="24"/>
        </w:rPr>
        <w:t>ῥεῖ γὰρ ἡμεῖν ὁμοίω̣ς̣ τὰ εἴδωλα [καὶ] τότ̣ε̣. τ̣ί̣ οὖν; ὅτε καθεύ‐ δ̣ο̣μεν, v. τῶν αἰσ‐ θητηρίων πάντων οἱ‐</w:t>
      </w:r>
    </w:p>
    <w:p>
      <w:r>
        <w:rPr>
          <w:rFonts w:ascii="Courier New" w:hAnsi="Courier New"/>
          <w:color w:val="555555"/>
          <w:sz w:val="20"/>
        </w:rPr>
        <w:t>[10]</w:t>
      </w:r>
    </w:p>
    <w:p>
      <w:r>
        <w:rPr>
          <w:rFonts w:ascii="Gentium Plus" w:hAnsi="Gentium Plus"/>
          <w:sz w:val="24"/>
        </w:rPr>
        <w:t>ονεὶ παραλελυμένων̣ καὶ ἐζβεσμένων̣ α̣ὖ̣θ̣[ις] [καθ’] ὕπνον, ἡ̣ [ψ]υχή, [ἔτι] κ[αὶ γ]ρηγοροῦσα̣ κ̣[αὶ γι]‐</w:t>
      </w:r>
    </w:p>
    <w:p>
      <w:r>
        <w:rPr>
          <w:rFonts w:ascii="Courier New" w:hAnsi="Courier New"/>
          <w:color w:val="555555"/>
          <w:sz w:val="20"/>
        </w:rPr>
        <w:t>[9 col5]</w:t>
      </w:r>
    </w:p>
    <w:p>
      <w:r>
        <w:rPr>
          <w:rFonts w:ascii="Gentium Plus" w:hAnsi="Gentium Plus"/>
          <w:sz w:val="24"/>
        </w:rPr>
        <w:t>[νη τὸ] σύνπτωμα καὶ τὴν κ̣ατάστασιν αὐτῶν τὴν τότε, τὰ δὲ ἑαυτῇ προσι‐ όντα εἴδωλα ἐγδεχο‐</w:t>
      </w:r>
    </w:p>
    <w:p>
      <w:r>
        <w:rPr>
          <w:rFonts w:ascii="Courier New" w:hAnsi="Courier New"/>
          <w:color w:val="555555"/>
          <w:sz w:val="20"/>
        </w:rPr>
        <w:t>[5]</w:t>
      </w:r>
    </w:p>
    <w:p>
      <w:r>
        <w:rPr>
          <w:rFonts w:ascii="Gentium Plus" w:hAnsi="Gentium Plus"/>
          <w:sz w:val="24"/>
        </w:rPr>
        <w:t>μένη, ἀνέλενκτον πε‐ ρὶ τούτων καὶ ψευδῆ λαμ‐ βάνει δόξαν ὡς καὶ κα‐ τὰ τὴν στερεμνίαν φύ‐ σιν ὄντων ἀληθῶν.</w:t>
      </w:r>
    </w:p>
    <w:p>
      <w:r>
        <w:rPr>
          <w:rFonts w:ascii="Courier New" w:hAnsi="Courier New"/>
          <w:color w:val="555555"/>
          <w:sz w:val="20"/>
        </w:rPr>
        <w:t>[10]</w:t>
      </w:r>
    </w:p>
    <w:p>
      <w:r>
        <w:rPr>
          <w:rFonts w:ascii="Gentium Plus" w:hAnsi="Gentium Plus"/>
          <w:sz w:val="24"/>
        </w:rPr>
        <w:t>οἱ γὰρ ἔλενχοι τῆς δό‐ ξης καθεύδουσιν τό‐ τε. ἦσαν δὲ οὗτοι τὰ αἰσ‐ θητήρια. v. ὁ γὰρ κανὼν ⟦τῆς ἀληθείασ⟧ καὶ τὸ</w:t>
      </w:r>
    </w:p>
    <w:p>
      <w:r>
        <w:rPr>
          <w:rFonts w:ascii="Courier New" w:hAnsi="Courier New"/>
          <w:color w:val="555555"/>
          <w:sz w:val="20"/>
        </w:rPr>
        <w:t>[9 col6]</w:t>
      </w:r>
    </w:p>
    <w:p>
      <w:r>
        <w:rPr>
          <w:rFonts w:ascii="Gentium Plus" w:hAnsi="Gentium Plus"/>
          <w:sz w:val="24"/>
        </w:rPr>
        <w:t>κριτήρ[ιον τῆς ἀληθείας] πρὸς τ[οὺς ὀνείρους ἡμῶν] μένει [ταῦτα. πρὸς δὲ τὸν] σὸν λό[γον νῦν ἀντιλέγο]‐</w:t>
      </w:r>
    </w:p>
    <w:p>
      <w:r>
        <w:rPr>
          <w:rFonts w:ascii="Courier New" w:hAnsi="Courier New"/>
          <w:color w:val="555555"/>
          <w:sz w:val="20"/>
        </w:rPr>
        <w:t>[5]</w:t>
      </w:r>
    </w:p>
    <w:p>
      <w:r>
        <w:rPr>
          <w:rFonts w:ascii="Gentium Plus" w:hAnsi="Gentium Plus"/>
          <w:sz w:val="24"/>
        </w:rPr>
        <w:t>μεν ταῦ̣[τα, ὦ Δημόκριτε·] ἡ μὲν φ[ύσις τῶν ὀνεί]‐ ρων ἐσ[τὶν οὐδαμῶς θεό]‐ πεμπτ[ος, ὡς λέγεις, οὐ]‐ δὲ νου[θετική, ἀλλὰ μᾶλ]‐</w:t>
      </w:r>
    </w:p>
    <w:p>
      <w:r>
        <w:rPr>
          <w:rFonts w:ascii="Courier New" w:hAnsi="Courier New"/>
          <w:color w:val="555555"/>
          <w:sz w:val="20"/>
        </w:rPr>
        <w:t>[10]</w:t>
      </w:r>
    </w:p>
    <w:p>
      <w:r>
        <w:rPr>
          <w:rFonts w:ascii="Gentium Plus" w:hAnsi="Gentium Plus"/>
          <w:sz w:val="24"/>
        </w:rPr>
        <w:t>λον τῶ[ν ὀνείρων τὸ ποιη]‐ τικόν [εἰσι, φημί, φύσεις] τινές, [ὥστε ἐκτρέπεται] ὁ σοφισ̣[τικὸς λόγος. τὰ]</w:t>
      </w:r>
    </w:p>
    <w:p>
      <w:r>
        <w:rPr>
          <w:rFonts w:ascii="Courier New" w:hAnsi="Courier New"/>
          <w:color w:val="555555"/>
          <w:sz w:val="20"/>
        </w:rPr>
        <w:t>[10 col1]</w:t>
      </w:r>
    </w:p>
    <w:p>
      <w:r>
        <w:rPr>
          <w:rFonts w:ascii="Gentium Plus" w:hAnsi="Gentium Plus"/>
          <w:sz w:val="24"/>
        </w:rPr>
        <w:t>τ̣ο[Partial Letter]..Ιωνο[Partial Letter]— — —c.6— — — ΙΙ[Partial Letter].Ϲ[Partial Letter]το[Partial Letter]— —c.4— —ιας. καθ̣ευδ̣ο— —c.3—ναυ— — κενὰ μὲν οὖ̣ν [σ]κ̣ι̣[α]‐</w:t>
      </w:r>
    </w:p>
    <w:p>
      <w:r>
        <w:rPr>
          <w:rFonts w:ascii="Courier New" w:hAnsi="Courier New"/>
          <w:color w:val="555555"/>
          <w:sz w:val="20"/>
        </w:rPr>
        <w:t>[5]</w:t>
      </w:r>
    </w:p>
    <w:p>
      <w:r>
        <w:rPr>
          <w:rFonts w:ascii="Gentium Plus" w:hAnsi="Gentium Plus"/>
          <w:sz w:val="24"/>
        </w:rPr>
        <w:t>γραφήματα τῆς δια‐ νοίας οὐκ ἔστι τὰ φάσ‐ ματα, ὡς ἀξιοῦσιν οἱ Στωικοί. v. καὶ γὰρ εἰ μὲν οὕ‐ τως αὐτὰ λέ̣γουσιν</w:t>
      </w:r>
    </w:p>
    <w:p>
      <w:r>
        <w:rPr>
          <w:rFonts w:ascii="Courier New" w:hAnsi="Courier New"/>
          <w:color w:val="555555"/>
          <w:sz w:val="20"/>
        </w:rPr>
        <w:t>[10]</w:t>
      </w:r>
    </w:p>
    <w:p>
      <w:r>
        <w:rPr>
          <w:rFonts w:ascii="Gentium Plus" w:hAnsi="Gentium Plus"/>
          <w:sz w:val="24"/>
        </w:rPr>
        <w:t>κενὰ ὡς ἔχοντα μὲν σωματικὴν φύσιν, λε‐ πτὴν δὲ ἄκρως καὶ οὐ‐ χ ὑπόπτωτο̣ν ταῖς αἰσ‐ θήσεσι, τῇ ἑρμηνείᾳ</w:t>
      </w:r>
    </w:p>
    <w:p>
      <w:r>
        <w:rPr>
          <w:rFonts w:ascii="Courier New" w:hAnsi="Courier New"/>
          <w:color w:val="555555"/>
          <w:sz w:val="20"/>
        </w:rPr>
        <w:t>[10 col2]</w:t>
      </w:r>
    </w:p>
    <w:p>
      <w:r>
        <w:rPr>
          <w:rFonts w:ascii="Gentium Plus" w:hAnsi="Gentium Plus"/>
          <w:sz w:val="24"/>
        </w:rPr>
        <w:t>[κέχρ]η̣νται κακῇ, ἐ̣[πεὶ] [ἔ]δ̣ε̣[ι] α̣[ὐ]τὰ σω̣μ̣[α]τ̣ικὰ λ̣[έ]‐ [γεσ]θ̣α̣ι̣ καὶ λεπ̣τὰ ὄντ̣α̣. εἰ δὲ οὕτ̣ω κενὰ ὡς οὐ‐</w:t>
      </w:r>
    </w:p>
    <w:p>
      <w:r>
        <w:rPr>
          <w:rFonts w:ascii="Courier New" w:hAnsi="Courier New"/>
          <w:color w:val="555555"/>
          <w:sz w:val="20"/>
        </w:rPr>
        <w:t>[5]</w:t>
      </w:r>
    </w:p>
    <w:p>
      <w:r>
        <w:rPr>
          <w:rFonts w:ascii="Gentium Plus" w:hAnsi="Gentium Plus"/>
          <w:sz w:val="24"/>
        </w:rPr>
        <w:t>δ’ ὅλως ἔχοντα σω̣μα‐ τικὴν φύσιν, ὃ δὴ καὶ μ̣[ᾶλ]λον βούλονται λ̣έγ̣ε̣[ιν] ἢ̣ τὸ πρῶτο̣ν, πῶς οἷόν τ̣ε τὸ κενὸν</w:t>
      </w:r>
    </w:p>
    <w:p>
      <w:r>
        <w:rPr>
          <w:rFonts w:ascii="Courier New" w:hAnsi="Courier New"/>
          <w:color w:val="555555"/>
          <w:sz w:val="20"/>
        </w:rPr>
        <w:t>[10]</w:t>
      </w:r>
    </w:p>
    <w:p>
      <w:r>
        <w:rPr>
          <w:rFonts w:ascii="Gentium Plus" w:hAnsi="Gentium Plus"/>
          <w:sz w:val="24"/>
        </w:rPr>
        <w:t>ἀναζωγρα̣φε̣[ῖ]σθαι; τ̣ί ο̣ὖ̣ν̣ ἔ̣σ̣τιν; λεπτ[ὴ]ν̣ μὲν ἔχει τὰ δὴ φάσμα̣‐ τα τὴν σύνκ̣ρ̣ισιν καὶ ἐκπε̣φε̣υ̣γυῖαν τῆς ὄψε̣‐</w:t>
      </w:r>
    </w:p>
    <w:p>
      <w:r>
        <w:rPr>
          <w:rFonts w:ascii="Courier New" w:hAnsi="Courier New"/>
          <w:color w:val="555555"/>
          <w:sz w:val="20"/>
        </w:rPr>
        <w:t>[10 col3]</w:t>
      </w:r>
    </w:p>
    <w:p>
      <w:r>
        <w:rPr>
          <w:rFonts w:ascii="Gentium Plus" w:hAnsi="Gentium Plus"/>
          <w:sz w:val="24"/>
        </w:rPr>
        <w:t>[ω]ς̣, κ̣ε̣[νὴν δ’ οὔ. ἡ γὰρ διά]‐ νοια̣ ΔεΙ— — — —c.7— — —ε̣μ̣νη̣ π̣ερ̣ι̣γ̣ειν̣— — —c.5— —Ι[Partial Letter]τὸ κα̣τάρχ̣ο̣ν̣ [παρ]έ̣χει καὶ</w:t>
      </w:r>
    </w:p>
    <w:p>
      <w:r>
        <w:rPr>
          <w:rFonts w:ascii="Courier New" w:hAnsi="Courier New"/>
          <w:color w:val="555555"/>
          <w:sz w:val="20"/>
        </w:rPr>
        <w:t>[5]</w:t>
      </w:r>
    </w:p>
    <w:p>
      <w:r>
        <w:rPr>
          <w:rFonts w:ascii="Gentium Plus" w:hAnsi="Gentium Plus"/>
          <w:sz w:val="24"/>
        </w:rPr>
        <w:t>χ̣ρ̣ή̣μ̣α̣τα̣ Ι— —c.3—γεεις̣ κ̣α̣ὶ κ̣εινε̣ῖ λο— —c.3—π̣ου..ο ν̣ον̣Γ— — —c.6— — —α̣ρα Ι.Ι πο.ε̣ΙΙΙΙΙ— —c.3—ειν [Partial Letter]— — θας̣ πολ̣λ̣— —c.3—π̣οι ξ̣ίφ̣ε̣ι̣</w:t>
      </w:r>
    </w:p>
    <w:p>
      <w:r>
        <w:rPr>
          <w:rFonts w:ascii="Courier New" w:hAnsi="Courier New"/>
          <w:color w:val="555555"/>
          <w:sz w:val="20"/>
        </w:rPr>
        <w:t>[10]</w:t>
      </w:r>
    </w:p>
    <w:p>
      <w:r>
        <w:rPr>
          <w:rFonts w:ascii="Gentium Plus" w:hAnsi="Gentium Plus"/>
          <w:sz w:val="24"/>
        </w:rPr>
        <w:t>π̣ληγήσε̣σ̣θα̣ι̣ δ̣οκοῦν‐</w:t>
      </w:r>
    </w:p>
    <w:p>
      <w:r>
        <w:rPr>
          <w:rFonts w:ascii="Courier New" w:hAnsi="Courier New"/>
          <w:color w:val="555555"/>
          <w:sz w:val="20"/>
        </w:rPr>
        <w:t>[10 col4]</w:t>
      </w:r>
    </w:p>
    <w:p>
      <w:r>
        <w:rPr>
          <w:rFonts w:ascii="Gentium Plus" w:hAnsi="Gentium Plus"/>
          <w:sz w:val="24"/>
        </w:rPr>
        <w:t>[τοσ]ό̣ν[δε προστίθημι]. [ἐπει]δ̣ὴ̣ [ὄναρ] τελο̣ῦ̣μεν τ̣ὰ̣ ἀ̣φροδείσια, ὡς κ̣αὶ ὕ‐ παρ, οὐδέν ἐ̣σ̣τι τὸ μ̣ά‐</w:t>
      </w:r>
    </w:p>
    <w:p>
      <w:r>
        <w:rPr>
          <w:rFonts w:ascii="Courier New" w:hAnsi="Courier New"/>
          <w:color w:val="555555"/>
          <w:sz w:val="20"/>
        </w:rPr>
        <w:t>[5]</w:t>
      </w:r>
    </w:p>
    <w:p>
      <w:r>
        <w:rPr>
          <w:rFonts w:ascii="Gentium Plus" w:hAnsi="Gentium Plus"/>
          <w:sz w:val="24"/>
        </w:rPr>
        <w:t>την ἀπ’ αὐτῶν εὐφρ̣ο‐ σύνην λαμβάνε̣ι̣ν̣ ὅτι καθεύδομεν. v. οὔ‐ κουν χ̣ρ̣ὴ κενὰ λέγειν̣ ταῦτα ὡ̣ς καὶ δύναμις̣</w:t>
      </w:r>
    </w:p>
    <w:p>
      <w:r>
        <w:rPr>
          <w:rFonts w:ascii="Courier New" w:hAnsi="Courier New"/>
          <w:color w:val="555555"/>
          <w:sz w:val="20"/>
        </w:rPr>
        <w:t>[10]</w:t>
      </w:r>
    </w:p>
    <w:p>
      <w:r>
        <w:rPr>
          <w:rFonts w:ascii="Gentium Plus" w:hAnsi="Gentium Plus"/>
          <w:sz w:val="24"/>
        </w:rPr>
        <w:t>τοσαύτη πρόσεσ[τ]ιν. ο̣ὐ̣ μὴν πά̣λ̣ιν, εἰ μή ἐστιν κενά̣, α̣ἴσ̣θ̣η̣σ[ιν] ἔ̣χει καὶ λογισμὸν καὶ τῷ ὄντι προσλαλεῖ ἡμε̣[ῖν],</w:t>
      </w:r>
    </w:p>
    <w:p>
      <w:r>
        <w:rPr>
          <w:rFonts w:ascii="Courier New" w:hAnsi="Courier New"/>
          <w:color w:val="555555"/>
          <w:sz w:val="20"/>
        </w:rPr>
        <w:t>[10 col5]</w:t>
      </w:r>
    </w:p>
    <w:p>
      <w:r>
        <w:rPr>
          <w:rFonts w:ascii="Gentium Plus" w:hAnsi="Gentium Plus"/>
          <w:sz w:val="24"/>
        </w:rPr>
        <w:t>ὡ̣ς̣ ὑπολαμβάνει Δημ[ό]‐ κριτος. v. [ἀ]μ̣ήχανον γὰρ λε‐ πτοῖς ὑμέσ̣ιν οὕτω̣ς καὶ στερεμν̣ί̣ας φύσεως β̣ά‐</w:t>
      </w:r>
    </w:p>
    <w:p>
      <w:r>
        <w:rPr>
          <w:rFonts w:ascii="Courier New" w:hAnsi="Courier New"/>
          <w:color w:val="555555"/>
          <w:sz w:val="20"/>
        </w:rPr>
        <w:t>[5]</w:t>
      </w:r>
    </w:p>
    <w:p>
      <w:r>
        <w:rPr>
          <w:rFonts w:ascii="Gentium Plus" w:hAnsi="Gentium Plus"/>
          <w:sz w:val="24"/>
        </w:rPr>
        <w:t>θος οὐκ ἔχουσ[ι]ν ταῦτα προσ‐ εῖναι. v. οὗτοι μὲν οὖν κα‐ τὰ τὸ ἐναντίον ἐπλανή‐ θησαν οἱ τ̣ε Στωικοὶ̣ κ̣α̣ὶ̣ Δη‐</w:t>
      </w:r>
    </w:p>
    <w:p>
      <w:r>
        <w:rPr>
          <w:rFonts w:ascii="Courier New" w:hAnsi="Courier New"/>
          <w:color w:val="555555"/>
          <w:sz w:val="20"/>
        </w:rPr>
        <w:t>[10]</w:t>
      </w:r>
    </w:p>
    <w:p>
      <w:r>
        <w:rPr>
          <w:rFonts w:ascii="Gentium Plus" w:hAnsi="Gentium Plus"/>
          <w:sz w:val="24"/>
        </w:rPr>
        <w:t>ικοὶ κ̣αὶ ἣν ἔχουσι δύνα‐ μιν τῶν φαντασιῶν ἀφαι‐ ροῦνται· Δημόκριτος δ̣ὲ καὶ ἣν οὐκ ἔχουσι χα[ρί]‐ ζεται. v. ἡ δὲ φύσις τῶν ἐνυ̣\|[πνίων]</w:t>
      </w:r>
    </w:p>
    <w:p>
      <w:r>
        <w:rPr>
          <w:rFonts w:ascii="Courier New" w:hAnsi="Courier New"/>
          <w:color w:val="555555"/>
          <w:sz w:val="20"/>
        </w:rPr>
        <w:t>[11 col1 (1-6)]</w:t>
      </w:r>
    </w:p>
    <w:p>
      <w:r>
        <w:rPr>
          <w:rFonts w:ascii="Gentium Plus" w:hAnsi="Gentium Plus"/>
          <w:sz w:val="24"/>
        </w:rPr>
        <w:t>obliterated, acc. to D</w:t>
      </w:r>
    </w:p>
    <w:p>
      <w:r>
        <w:rPr>
          <w:rFonts w:ascii="Courier New" w:hAnsi="Courier New"/>
          <w:color w:val="555555"/>
          <w:sz w:val="20"/>
        </w:rPr>
        <w:t>[7]</w:t>
      </w:r>
    </w:p>
    <w:p>
      <w:r>
        <w:rPr>
          <w:rFonts w:ascii="Gentium Plus" w:hAnsi="Gentium Plus"/>
          <w:sz w:val="24"/>
        </w:rPr>
        <w:t>— — —c.8— —ατη— — —c.6— — — .βρε.ωδους η[] .ας ἐξέβαινον. [εἶ]τα [δ’ οἱ]</w:t>
      </w:r>
    </w:p>
    <w:p>
      <w:r>
        <w:rPr>
          <w:rFonts w:ascii="Courier New" w:hAnsi="Courier New"/>
          <w:color w:val="555555"/>
          <w:sz w:val="20"/>
        </w:rPr>
        <w:t>[10]</w:t>
      </w:r>
    </w:p>
    <w:p>
      <w:r>
        <w:rPr>
          <w:rFonts w:ascii="Gentium Plus" w:hAnsi="Gentium Plus"/>
          <w:sz w:val="24"/>
        </w:rPr>
        <w:t>τοῦ ἀνθρώπου γ̣[ονεῖς, ὡς] ὁ παρὼν λόγος ἔ[χει, ἀπὸ] γῆς φύντες, π̣ροσ[έλαβον] τόδε τι τῆς ἰσχύο̣[ς προσ]‐</w:t>
      </w:r>
    </w:p>
    <w:p>
      <w:r>
        <w:rPr>
          <w:rFonts w:ascii="Courier New" w:hAnsi="Courier New"/>
          <w:color w:val="555555"/>
          <w:sz w:val="20"/>
        </w:rPr>
        <w:t>[12 ante]</w:t>
      </w:r>
    </w:p>
    <w:p>
      <w:r>
        <w:rPr>
          <w:rFonts w:ascii="Gentium Plus" w:hAnsi="Gentium Plus"/>
          <w:sz w:val="24"/>
        </w:rPr>
        <w:t>[διὰ μὲν τῶν σπηλαίων εἰς ἃ ἐφοίτων τοῦ χρόνου προ]‐</w:t>
      </w:r>
    </w:p>
    <w:p>
      <w:r>
        <w:rPr>
          <w:rFonts w:ascii="Courier New" w:hAnsi="Courier New"/>
          <w:color w:val="555555"/>
          <w:sz w:val="20"/>
        </w:rPr>
        <w:t>[12 col1]</w:t>
      </w:r>
    </w:p>
    <w:p>
      <w:r>
        <w:rPr>
          <w:rFonts w:ascii="Gentium Plus" w:hAnsi="Gentium Plus"/>
          <w:sz w:val="24"/>
        </w:rPr>
        <w:t>[βαί]ν̣οντος, χειμῶνας̣ [φεύ]γοντες, v. εἰς ἐπίνοι̣‐ [α]ν̣ [ο]ἰκ̣ημάτων ἦλ̣θον, [δι]ὰ δὲ τῶν περ̣ιβολῶν</w:t>
      </w:r>
    </w:p>
    <w:p>
      <w:r>
        <w:rPr>
          <w:rFonts w:ascii="Courier New" w:hAnsi="Courier New"/>
          <w:color w:val="555555"/>
          <w:sz w:val="20"/>
        </w:rPr>
        <w:t>[5]</w:t>
      </w:r>
    </w:p>
    <w:p>
      <w:r>
        <w:rPr>
          <w:rFonts w:ascii="Gentium Plus" w:hAnsi="Gentium Plus"/>
          <w:sz w:val="24"/>
        </w:rPr>
        <w:t>ἃ̣ς ἐποιοῦντο τοῖς σώμα̣‐ σιν, v. εἴτε φύλλοις αὐτὰ [σ]κ̣έποντες εἴτε βοτά‐ ναις εἴτε καὶ δοραῖς, ἀναι‐ ροῦντες ἤδη τὰ πρ̣[ό]β̣α‐</w:t>
      </w:r>
    </w:p>
    <w:p>
      <w:r>
        <w:rPr>
          <w:rFonts w:ascii="Courier New" w:hAnsi="Courier New"/>
          <w:color w:val="555555"/>
          <w:sz w:val="20"/>
        </w:rPr>
        <w:t>[10]</w:t>
      </w:r>
    </w:p>
    <w:p>
      <w:r>
        <w:rPr>
          <w:rFonts w:ascii="Gentium Plus" w:hAnsi="Gentium Plus"/>
          <w:sz w:val="24"/>
        </w:rPr>
        <w:t>τα, v. εἰς ἐνθύμησιν ἐσ‐ θητῶν v. (στρεπτῶν μὲν οὔπω, κασωτῶν δ’ ἴσως ἢ ὁποιωνοῦν). v. εἶτα δὲ προβαίνων ὁ χρόνος</w:t>
      </w:r>
    </w:p>
    <w:p>
      <w:r>
        <w:rPr>
          <w:rFonts w:ascii="Courier New" w:hAnsi="Courier New"/>
          <w:color w:val="555555"/>
          <w:sz w:val="20"/>
        </w:rPr>
        <w:t>[12 col2]</w:t>
      </w:r>
    </w:p>
    <w:p>
      <w:r>
        <w:rPr>
          <w:rFonts w:ascii="Gentium Plus" w:hAnsi="Gentium Plus"/>
          <w:sz w:val="24"/>
        </w:rPr>
        <w:t>ταῖς ἐπινοίαις αὐτῶ̣ν ἢ τῶν μετ’ αὐτοὺς ἐνέ‐ βαλεν καὶ τὸν ἱστόν. εἰς οὖν οὐδεμίαν τέχνην,</w:t>
      </w:r>
    </w:p>
    <w:p>
      <w:r>
        <w:rPr>
          <w:rFonts w:ascii="Courier New" w:hAnsi="Courier New"/>
          <w:color w:val="555555"/>
          <w:sz w:val="20"/>
        </w:rPr>
        <w:t>[5]</w:t>
      </w:r>
    </w:p>
    <w:p>
      <w:r>
        <w:rPr>
          <w:rFonts w:ascii="Gentium Plus" w:hAnsi="Gentium Plus"/>
          <w:sz w:val="24"/>
        </w:rPr>
        <w:t>[ὡς ο]ὐ̣δὲ ταύτας, v. οὔτ’ ἄλ‐ λ̣ο̣ν̣ τινὰ θεῶν v. οὔτε τὴν Ἀθηνᾶν παραλημ‐ πτ̣έον· v. πάσας γὰρ ἐγέν‐ νησαν αἱ χρεῖαι καὶ πε‐</w:t>
      </w:r>
    </w:p>
    <w:p>
      <w:r>
        <w:rPr>
          <w:rFonts w:ascii="Courier New" w:hAnsi="Courier New"/>
          <w:color w:val="555555"/>
          <w:sz w:val="20"/>
        </w:rPr>
        <w:t>[10]</w:t>
      </w:r>
    </w:p>
    <w:p>
      <w:r>
        <w:rPr>
          <w:rFonts w:ascii="Gentium Plus" w:hAnsi="Gentium Plus"/>
          <w:sz w:val="24"/>
        </w:rPr>
        <w:t>ριπτώσεις μετὰ τοῦ χρόνου. v.v.v.v. καὶ τῶν φθόνγων δὲ ἕνεκεν (λέ‐ γω δὲ τῶν τε ὀνομάτων</w:t>
      </w:r>
    </w:p>
    <w:p>
      <w:r>
        <w:rPr>
          <w:rFonts w:ascii="Courier New" w:hAnsi="Courier New"/>
          <w:color w:val="555555"/>
          <w:sz w:val="20"/>
        </w:rPr>
        <w:t>[12 col3]</w:t>
      </w:r>
    </w:p>
    <w:p>
      <w:r>
        <w:rPr>
          <w:rFonts w:ascii="Gentium Plus" w:hAnsi="Gentium Plus"/>
          <w:sz w:val="24"/>
        </w:rPr>
        <w:t>ἐποιήσαντο τὰς πρώτας ἀναφθ̣ένξεις οἱ ἀπὸ̣ γῆς φύντες ἄ̣ν̣θ̣ρ̣ω̣ποι), μήτε τὸν Ἑρ̣μ̣ῆ̣ν̣ παρα‐</w:t>
      </w:r>
    </w:p>
    <w:p>
      <w:r>
        <w:rPr>
          <w:rFonts w:ascii="Courier New" w:hAnsi="Courier New"/>
          <w:color w:val="555555"/>
          <w:sz w:val="20"/>
        </w:rPr>
        <w:t>[5]</w:t>
      </w:r>
    </w:p>
    <w:p>
      <w:r>
        <w:rPr>
          <w:rFonts w:ascii="Gentium Plus" w:hAnsi="Gentium Plus"/>
          <w:sz w:val="24"/>
        </w:rPr>
        <w:t>λαμβάνωμεν̣ εἰς δι‐ δασκαλίαν, ὥς φασίν τινες (περιφανὴς γὰρ αὕτη̣ γε ἀ̣δολεσχία), μήτε τῶν φιλοσόφων</w:t>
      </w:r>
    </w:p>
    <w:p>
      <w:r>
        <w:rPr>
          <w:rFonts w:ascii="Courier New" w:hAnsi="Courier New"/>
          <w:color w:val="555555"/>
          <w:sz w:val="20"/>
        </w:rPr>
        <w:t>[10]</w:t>
      </w:r>
    </w:p>
    <w:p>
      <w:r>
        <w:rPr>
          <w:rFonts w:ascii="Gentium Plus" w:hAnsi="Gentium Plus"/>
          <w:sz w:val="24"/>
        </w:rPr>
        <w:t>πιστεύωμεν τοῖς λέ‐ γουσι v. κατὰ θέσιν καὶ διδαχὴν ἐπιτεθῆνα̣ι τὰ ὀνόματα τοῖς πράγ[μα]‐ σιν, ἵν’ αὐτῶν ἔχωσ[ι τὰ ἴδι]‐</w:t>
      </w:r>
    </w:p>
    <w:p>
      <w:r>
        <w:rPr>
          <w:rFonts w:ascii="Courier New" w:hAnsi="Courier New"/>
          <w:color w:val="555555"/>
          <w:sz w:val="20"/>
        </w:rPr>
        <w:t>[12 col4]</w:t>
      </w:r>
    </w:p>
    <w:p>
      <w:r>
        <w:rPr>
          <w:rFonts w:ascii="Gentium Plus" w:hAnsi="Gentium Plus"/>
          <w:sz w:val="24"/>
        </w:rPr>
        <w:t>α τῆς πρὸς [ἀ]λ̣λ̣ή̣λ̣ους ἕνε‐ κα ῥᾳδίας ἀποδηλώσε̣ω̣ς οἱ ἄνθρωποι. v. γελοῖον γάρ ἐσ̣τ̣ι, μᾶλλον δὲ παν‐</w:t>
      </w:r>
    </w:p>
    <w:p>
      <w:r>
        <w:rPr>
          <w:rFonts w:ascii="Courier New" w:hAnsi="Courier New"/>
          <w:color w:val="555555"/>
          <w:sz w:val="20"/>
        </w:rPr>
        <w:t>[5]</w:t>
      </w:r>
    </w:p>
    <w:p>
      <w:r>
        <w:rPr>
          <w:rFonts w:ascii="Gentium Plus" w:hAnsi="Gentium Plus"/>
          <w:sz w:val="24"/>
        </w:rPr>
        <w:t>τὸς γ̣ελοίου γελοιότε‐ ρον, v. πρ̣ὸ̣ς τ̣ῷ̣ καὶ τὸ ἀ‐ δύνα̣τ̣ο̣ν̣ αὐτῷ προσεῖ‐ ναι, v. σ[υνα]γαγεῖν μέν τινα τὰ [το]σάδε πλήθη</w:t>
      </w:r>
    </w:p>
    <w:p>
      <w:r>
        <w:rPr>
          <w:rFonts w:ascii="Courier New" w:hAnsi="Courier New"/>
          <w:color w:val="555555"/>
          <w:sz w:val="20"/>
        </w:rPr>
        <w:t>[10]</w:t>
      </w:r>
    </w:p>
    <w:p>
      <w:r>
        <w:rPr>
          <w:rFonts w:ascii="Gentium Plus" w:hAnsi="Gentium Plus"/>
          <w:sz w:val="24"/>
        </w:rPr>
        <w:t>ἕνα τυν̣[χά]νοντα (οὐδὲ γάρ πω τ̣ό̣τ̣ε̣ β̣α̣σ̣ιλέ̣ες ἦ‐ σαν, οὐδὲ μὴν γ̣ρ̣άμμα‐ τα ὅπου μηδὲ̣ οἱ φθόν‐</w:t>
      </w:r>
    </w:p>
    <w:p>
      <w:r>
        <w:rPr>
          <w:rFonts w:ascii="Courier New" w:hAnsi="Courier New"/>
          <w:color w:val="555555"/>
          <w:sz w:val="20"/>
        </w:rPr>
        <w:t>[12 col5]</w:t>
      </w:r>
    </w:p>
    <w:p>
      <w:r>
        <w:rPr>
          <w:rFonts w:ascii="Gentium Plus" w:hAnsi="Gentium Plus"/>
          <w:sz w:val="24"/>
        </w:rPr>
        <w:t>ἀ̣[μήχανον ἂν ἦν, εἰ μὴ] [διὰ] προσταγῆς, τ̣ὴν συ[ν]αγωγὴν αὐτῶν γε‐ νέ̣σθαι), v. συναγαγό̣ντα</w:t>
      </w:r>
    </w:p>
    <w:p>
      <w:r>
        <w:rPr>
          <w:rFonts w:ascii="Courier New" w:hAnsi="Courier New"/>
          <w:color w:val="555555"/>
          <w:sz w:val="20"/>
        </w:rPr>
        <w:t>[5]</w:t>
      </w:r>
    </w:p>
    <w:p>
      <w:r>
        <w:rPr>
          <w:rFonts w:ascii="Gentium Plus" w:hAnsi="Gentium Plus"/>
          <w:sz w:val="24"/>
        </w:rPr>
        <w:t>δὲ καθηγεῖσθαι γρα̣μ‐ μα̣τιστοῦ τρόπον [κ]ε̣ρ̣‐ κ̣εῖδός τινος ἀν[τιλαβό]‐ μενον, v. καὶ ἑκάστου τῶ̣[ν] πραγμάτων θινγάνον‐</w:t>
      </w:r>
    </w:p>
    <w:p>
      <w:r>
        <w:rPr>
          <w:rFonts w:ascii="Courier New" w:hAnsi="Courier New"/>
          <w:color w:val="555555"/>
          <w:sz w:val="20"/>
        </w:rPr>
        <w:t>[10]</w:t>
      </w:r>
    </w:p>
    <w:p>
      <w:r>
        <w:rPr>
          <w:rFonts w:ascii="Gentium Plus" w:hAnsi="Gentium Plus"/>
          <w:sz w:val="24"/>
        </w:rPr>
        <w:t>τα ἐπιλέγειν ὅτι “τ̣ου‐ τεὶ̣ μὲν καλείσθω λί‐ [θ]ο̣ς, v. τουτεὶ δὲ ξύλον, [τ]ουτεὶ̣ δὲ ἄνθρωπος̣ ἢ κύων [ἢ] β̣οῦς ἢ ὄν̣[ος]</w:t>
      </w:r>
    </w:p>
    <w:p>
      <w:r>
        <w:rPr>
          <w:rFonts w:ascii="Courier New" w:hAnsi="Courier New"/>
          <w:color w:val="555555"/>
          <w:sz w:val="20"/>
        </w:rPr>
        <w:t>[12 col6 (1-2)]</w:t>
      </w:r>
    </w:p>
    <w:p>
      <w:r>
        <w:rPr>
          <w:rFonts w:ascii="Gentium Plus" w:hAnsi="Gentium Plus"/>
          <w:sz w:val="24"/>
        </w:rPr>
        <w:t>broken off</w:t>
      </w:r>
    </w:p>
    <w:p>
      <w:r>
        <w:rPr>
          <w:rFonts w:ascii="Courier New" w:hAnsi="Courier New"/>
          <w:color w:val="555555"/>
          <w:sz w:val="20"/>
        </w:rPr>
        <w:t>[3]</w:t>
      </w:r>
    </w:p>
    <w:p>
      <w:r>
        <w:rPr>
          <w:rFonts w:ascii="Gentium Plus" w:hAnsi="Gentium Plus"/>
          <w:sz w:val="24"/>
        </w:rPr>
        <w:t>α̣[] χ[Partial Letter][]</w:t>
      </w:r>
    </w:p>
    <w:p>
      <w:r>
        <w:rPr>
          <w:rFonts w:ascii="Courier New" w:hAnsi="Courier New"/>
          <w:color w:val="555555"/>
          <w:sz w:val="20"/>
        </w:rPr>
        <w:t>[5]</w:t>
      </w:r>
    </w:p>
    <w:p>
      <w:r>
        <w:rPr>
          <w:rFonts w:ascii="Gentium Plus" w:hAnsi="Gentium Plus"/>
          <w:sz w:val="24"/>
        </w:rPr>
        <w:t>κη̣[] φϹ[] τ[]</w:t>
      </w:r>
    </w:p>
    <w:p>
      <w:r>
        <w:rPr>
          <w:rFonts w:ascii="Courier New" w:hAnsi="Courier New"/>
          <w:color w:val="555555"/>
          <w:sz w:val="20"/>
        </w:rPr>
        <w:t>[8-14]</w:t>
      </w:r>
    </w:p>
    <w:p>
      <w:r>
        <w:rPr>
          <w:rFonts w:ascii="Gentium Plus" w:hAnsi="Gentium Plus"/>
          <w:sz w:val="24"/>
        </w:rPr>
        <w:t>broken off</w:t>
      </w:r>
    </w:p>
    <w:p>
      <w:r>
        <w:rPr>
          <w:rFonts w:ascii="Courier New" w:hAnsi="Courier New"/>
          <w:color w:val="555555"/>
          <w:sz w:val="20"/>
        </w:rPr>
        <w:t>[13 ante]</w:t>
      </w:r>
    </w:p>
    <w:p>
      <w:r>
        <w:rPr>
          <w:rFonts w:ascii="Gentium Plus" w:hAnsi="Gentium Plus"/>
          <w:sz w:val="24"/>
        </w:rPr>
        <w:t>[οἱ δ’ ἀστέρες, ἐπειδὴ αἱ ἀέρος δεῖ]‐</w:t>
      </w:r>
    </w:p>
    <w:p>
      <w:r>
        <w:rPr>
          <w:rFonts w:ascii="Courier New" w:hAnsi="Courier New"/>
          <w:color w:val="555555"/>
          <w:sz w:val="20"/>
        </w:rPr>
        <w:t>[13 col1]</w:t>
      </w:r>
    </w:p>
    <w:p>
      <w:r>
        <w:rPr>
          <w:rFonts w:ascii="Gentium Plus" w:hAnsi="Gentium Plus"/>
          <w:sz w:val="24"/>
        </w:rPr>
        <w:t>ναι φέρουσι̣ [κείνησιν τοι]‐ αύτην, ἅπα̣ντες δονοῦν‐ [ται λε]ί̣αν, ἀλλ’ οἱ μὲν αὐ‐ [τ]ῶν ἀλλήλοις συναντῶ‐</w:t>
      </w:r>
    </w:p>
    <w:p>
      <w:r>
        <w:rPr>
          <w:rFonts w:ascii="Courier New" w:hAnsi="Courier New"/>
          <w:color w:val="555555"/>
          <w:sz w:val="20"/>
        </w:rPr>
        <w:t>[5]</w:t>
      </w:r>
    </w:p>
    <w:p>
      <w:r>
        <w:rPr>
          <w:rFonts w:ascii="Gentium Plus" w:hAnsi="Gentium Plus"/>
          <w:sz w:val="24"/>
        </w:rPr>
        <w:t>[σ]ιν, οἱ δ’ οὔ· καὶ οἱ μὲν τὸν ὀρ‐ θὸν ἕως τινὸς περαιοῦ‐ σι〈ν〉 δρόμον, λοξὸν δ’ ἕτε‐ ροι, ὥσπερ ὁ ἥλιος καὶ ἡ σε‐ λήνη, οἱ δὲ̣ τὸν αὐτοῦ κύ‐</w:t>
      </w:r>
    </w:p>
    <w:p>
      <w:r>
        <w:rPr>
          <w:rFonts w:ascii="Courier New" w:hAnsi="Courier New"/>
          <w:color w:val="555555"/>
          <w:sz w:val="20"/>
        </w:rPr>
        <w:t>[10]</w:t>
      </w:r>
    </w:p>
    <w:p>
      <w:r>
        <w:rPr>
          <w:rFonts w:ascii="Gentium Plus" w:hAnsi="Gentium Plus"/>
          <w:sz w:val="24"/>
        </w:rPr>
        <w:t>κλον στρέφονται, καθά‐ περ ἡ ἄρκτος· v. ἔτι δ’ οἱ μὲν ὑψηλὴν ζώνην φέρον‐ ται, v. οἱ δ’ αὖ ταπεινήν. καὶ γὰρ τοῦτ’ ἀγνοοῦσιν οἱ πολ‐</w:t>
      </w:r>
    </w:p>
    <w:p>
      <w:r>
        <w:rPr>
          <w:rFonts w:ascii="Courier New" w:hAnsi="Courier New"/>
          <w:color w:val="555555"/>
          <w:sz w:val="20"/>
        </w:rPr>
        <w:t>[13 col2]</w:t>
      </w:r>
    </w:p>
    <w:p>
      <w:r>
        <w:rPr>
          <w:rFonts w:ascii="Gentium Plus" w:hAnsi="Gentium Plus"/>
          <w:sz w:val="24"/>
        </w:rPr>
        <w:t>[λοί· τὸν γ]ο̣ῦ̣ν̣ ἥλιον ὑπο‐ λαμβάνουσιν οὕτως εἶ‐ ναι ταπεινὸν ὥσπερ φαί‐ νεται, μὴ ὄντα οὕτως τα‐</w:t>
      </w:r>
    </w:p>
    <w:p>
      <w:r>
        <w:rPr>
          <w:rFonts w:ascii="Courier New" w:hAnsi="Courier New"/>
          <w:color w:val="555555"/>
          <w:sz w:val="20"/>
        </w:rPr>
        <w:t>[5]</w:t>
      </w:r>
    </w:p>
    <w:p>
      <w:r>
        <w:rPr>
          <w:rFonts w:ascii="Gentium Plus" w:hAnsi="Gentium Plus"/>
          <w:sz w:val="24"/>
        </w:rPr>
        <w:t>πεινόν· v. εἰ γὰρ ἦν οὕτως, ἐν‐</w:t>
      </w:r>
    </w:p>
    <w:p>
      <w:r>
        <w:rPr>
          <w:rFonts w:ascii="Courier New" w:hAnsi="Courier New"/>
          <w:color w:val="555555"/>
          <w:sz w:val="20"/>
        </w:rPr>
        <w:t>[10]</w:t>
      </w:r>
    </w:p>
    <w:p>
      <w:r>
        <w:rPr>
          <w:rFonts w:ascii="Gentium Plus" w:hAnsi="Gentium Plus"/>
          <w:sz w:val="24"/>
        </w:rPr>
        <w:t>πεινήν, ἀλλ’ ὀχὶ αὐτόν. πλ〈ὴ〉ν τοῦτο μὲν παρενβε‐ βλήσθω. v.v.v.v.v.v.v. περὶ δ’ ἀνατολῶν ἤδη λέγω‐ μεν καὶ δύσεων καὶ τῶν</w:t>
      </w:r>
    </w:p>
    <w:p>
      <w:r>
        <w:rPr>
          <w:rFonts w:ascii="Courier New" w:hAnsi="Courier New"/>
          <w:color w:val="555555"/>
          <w:sz w:val="20"/>
        </w:rPr>
        <w:t>[13 col3]</w:t>
      </w:r>
    </w:p>
    <w:p>
      <w:r>
        <w:rPr>
          <w:rFonts w:ascii="Gentium Plus" w:hAnsi="Gentium Plus"/>
          <w:sz w:val="24"/>
        </w:rPr>
        <w:t>ἐφεξῆς, ἐκεῖνο προθέντες ὅτι τὸν ζητοῦντά τι περὶ τῶν ἀδήλων, ἂν βλέπῃ τοὺς τοῦ δυνατοῦ τρόπους πλεί‐</w:t>
      </w:r>
    </w:p>
    <w:p>
      <w:r>
        <w:rPr>
          <w:rFonts w:ascii="Courier New" w:hAnsi="Courier New"/>
          <w:color w:val="555555"/>
          <w:sz w:val="20"/>
        </w:rPr>
        <w:t>[5]</w:t>
      </w:r>
    </w:p>
    <w:p>
      <w:r>
        <w:rPr>
          <w:rFonts w:ascii="Gentium Plus" w:hAnsi="Gentium Plus"/>
          <w:sz w:val="24"/>
        </w:rPr>
        <w:t>ονας, v. περὶ τοῦδέ τινος μόνου τολμηρὸν καταπο‐ φαίνεσθαι· μάντεως γὰρ μᾶλλόν ἐστιν τὸ τοιοῦτον ἢ ἀ〈ν〉δρὸς σοφοῦ. v. τὸ μέντοι</w:t>
      </w:r>
    </w:p>
    <w:p>
      <w:r>
        <w:rPr>
          <w:rFonts w:ascii="Courier New" w:hAnsi="Courier New"/>
          <w:color w:val="555555"/>
          <w:sz w:val="20"/>
        </w:rPr>
        <w:t>[10]</w:t>
      </w:r>
    </w:p>
    <w:p>
      <w:r>
        <w:rPr>
          <w:rFonts w:ascii="Gentium Plus" w:hAnsi="Gentium Plus"/>
          <w:sz w:val="24"/>
        </w:rPr>
        <w:t>λέγειν πάντας μὲν ἐνδε‐ χομένους, πιθανώτερον δ’ εἶναι τόνδε τοῦδε ὀρθῶς ἔχει. v.v.v. ἐνδέχεται τοιγαρ‐ οῦν τὸν ἥλιον ἀνθρακώ‐</w:t>
      </w:r>
    </w:p>
    <w:p>
      <w:r>
        <w:rPr>
          <w:rFonts w:ascii="Courier New" w:hAnsi="Courier New"/>
          <w:color w:val="555555"/>
          <w:sz w:val="20"/>
        </w:rPr>
        <w:t>[13 col4]</w:t>
      </w:r>
    </w:p>
    <w:p>
      <w:r>
        <w:rPr>
          <w:rFonts w:ascii="Gentium Plus" w:hAnsi="Gentium Plus"/>
          <w:sz w:val="24"/>
        </w:rPr>
        <w:t>δη τινὰ κύκλον̣ [εἶναι καὶ] λεπτὸν ἄκρως, [ὑπό τε τῶν] πνευμάτων αἰω̣[ρούμενον] πηγῆς τε ἐπέχ[οντα τρό]‐</w:t>
      </w:r>
    </w:p>
    <w:p>
      <w:r>
        <w:rPr>
          <w:rFonts w:ascii="Courier New" w:hAnsi="Courier New"/>
          <w:color w:val="555555"/>
          <w:sz w:val="20"/>
        </w:rPr>
        <w:t>[5]</w:t>
      </w:r>
    </w:p>
    <w:p>
      <w:r>
        <w:rPr>
          <w:rFonts w:ascii="Gentium Plus" w:hAnsi="Gentium Plus"/>
          <w:sz w:val="24"/>
        </w:rPr>
        <w:t>πον, v. τοῦ μὲν ἀ[πορέοντος]</w:t>
      </w:r>
    </w:p>
    <w:p>
      <w:r>
        <w:rPr>
          <w:rFonts w:ascii="Courier New" w:hAnsi="Courier New"/>
          <w:color w:val="555555"/>
          <w:sz w:val="20"/>
        </w:rPr>
        <w:t>[10]</w:t>
      </w:r>
    </w:p>
    <w:p>
      <w:r>
        <w:rPr>
          <w:rFonts w:ascii="Gentium Plus" w:hAnsi="Gentium Plus"/>
          <w:sz w:val="24"/>
        </w:rPr>
        <w:t>πολυμιγ[είαν. οὕτω δ’ ἐ]‐ παρκεῖν αὐ̣[τομάτως πέφυ]‐ κε τῷ κόσμῳ̣ [] χοντος εὐΕ̣[] τυνχα̣ν̣[]</w:t>
      </w:r>
    </w:p>
    <w:p>
      <w:r>
        <w:rPr>
          <w:rFonts w:ascii="Courier New" w:hAnsi="Courier New"/>
          <w:color w:val="555555"/>
          <w:sz w:val="20"/>
        </w:rPr>
        <w:t>[14 col1]</w:t>
      </w:r>
    </w:p>
    <w:p>
      <w:r>
        <w:rPr>
          <w:rFonts w:ascii="Gentium Plus" w:hAnsi="Gentium Plus"/>
          <w:sz w:val="24"/>
        </w:rPr>
        <w:t>— — —c.6— — —ΙΙ..Ι— — — — ....χ̣άλα̣ζαν δ’ οὐκ ἀ̣‐ [πει]κ̣ότως ποιεῖ λεπτὴ [ἄ]τ̣ονος συστροφὴ διὰ</w:t>
      </w:r>
    </w:p>
    <w:p>
      <w:r>
        <w:rPr>
          <w:rFonts w:ascii="Courier New" w:hAnsi="Courier New"/>
          <w:color w:val="555555"/>
          <w:sz w:val="20"/>
        </w:rPr>
        <w:t>[5]</w:t>
      </w:r>
    </w:p>
    <w:p>
      <w:r>
        <w:rPr>
          <w:rFonts w:ascii="Gentium Plus" w:hAnsi="Gentium Plus"/>
          <w:sz w:val="24"/>
        </w:rPr>
        <w:t>τ̣ὴν τοῦ περιλαμβ̣[ά]‐ νοντος αὐτε̣ν̣[έργειαν], εἴτε πνεύμα̣[τι γεινο]‐ μένη ψυ̣[χρῷ, ἀλλὰ μετε]‐ [ώρῳ, εἴτε χιόνι ὑμενώ]‐</w:t>
      </w:r>
    </w:p>
    <w:p>
      <w:r>
        <w:rPr>
          <w:rFonts w:ascii="Courier New" w:hAnsi="Courier New"/>
          <w:color w:val="555555"/>
          <w:sz w:val="20"/>
        </w:rPr>
        <w:t>[10]</w:t>
      </w:r>
    </w:p>
    <w:p>
      <w:r>
        <w:rPr>
          <w:rFonts w:ascii="Gentium Plus" w:hAnsi="Gentium Plus"/>
          <w:sz w:val="24"/>
        </w:rPr>
        <w:t>[δει]</w:t>
      </w:r>
    </w:p>
    <w:p>
      <w:r>
        <w:rPr>
          <w:rFonts w:ascii="Courier New" w:hAnsi="Courier New"/>
          <w:color w:val="555555"/>
          <w:sz w:val="20"/>
        </w:rPr>
        <w:t>[15 col1 (1-4)]</w:t>
      </w:r>
    </w:p>
    <w:p>
      <w:r>
        <w:rPr>
          <w:rFonts w:ascii="Gentium Plus" w:hAnsi="Gentium Plus"/>
          <w:sz w:val="24"/>
        </w:rPr>
        <w:t>broken off</w:t>
      </w:r>
    </w:p>
    <w:p>
      <w:r>
        <w:rPr>
          <w:rFonts w:ascii="Courier New" w:hAnsi="Courier New"/>
          <w:color w:val="555555"/>
          <w:sz w:val="20"/>
        </w:rPr>
        <w:t>[5-10]</w:t>
      </w:r>
    </w:p>
    <w:p>
      <w:r>
        <w:rPr>
          <w:rFonts w:ascii="Gentium Plus" w:hAnsi="Gentium Plus"/>
          <w:sz w:val="24"/>
        </w:rPr>
        <w:t>obliterated</w:t>
      </w:r>
    </w:p>
    <w:p>
      <w:r>
        <w:rPr>
          <w:rFonts w:ascii="Courier New" w:hAnsi="Courier New"/>
          <w:color w:val="555555"/>
          <w:sz w:val="20"/>
        </w:rPr>
        <w:t>[11]</w:t>
      </w:r>
    </w:p>
    <w:p>
      <w:r>
        <w:rPr>
          <w:rFonts w:ascii="Gentium Plus" w:hAnsi="Gentium Plus"/>
          <w:sz w:val="24"/>
        </w:rPr>
        <w:t>[]ω— —c.4— —</w:t>
      </w:r>
    </w:p>
    <w:p>
      <w:r>
        <w:rPr>
          <w:rFonts w:ascii="Courier New" w:hAnsi="Courier New"/>
          <w:color w:val="555555"/>
          <w:sz w:val="20"/>
        </w:rPr>
        <w:t>[12-14]</w:t>
      </w:r>
    </w:p>
    <w:p>
      <w:r>
        <w:rPr>
          <w:rFonts w:ascii="Gentium Plus" w:hAnsi="Gentium Plus"/>
          <w:sz w:val="24"/>
        </w:rPr>
        <w:t>broken off</w:t>
      </w:r>
    </w:p>
    <w:p>
      <w:r>
        <w:rPr>
          <w:rFonts w:ascii="Courier New" w:hAnsi="Courier New"/>
          <w:color w:val="555555"/>
          <w:sz w:val="20"/>
        </w:rPr>
        <w:t>[15 col2 (1-5)]</w:t>
      </w:r>
    </w:p>
    <w:p>
      <w:r>
        <w:rPr>
          <w:rFonts w:ascii="Gentium Plus" w:hAnsi="Gentium Plus"/>
          <w:sz w:val="24"/>
        </w:rPr>
        <w:t>broken off or obliterated</w:t>
      </w:r>
    </w:p>
    <w:p>
      <w:r>
        <w:rPr>
          <w:rFonts w:ascii="Courier New" w:hAnsi="Courier New"/>
          <w:color w:val="555555"/>
          <w:sz w:val="20"/>
        </w:rPr>
        <w:t>[6]</w:t>
      </w:r>
    </w:p>
    <w:p>
      <w:r>
        <w:rPr>
          <w:rFonts w:ascii="Gentium Plus" w:hAnsi="Gentium Plus"/>
          <w:sz w:val="24"/>
        </w:rPr>
        <w:t>— — — — — — — — — —γ̣— —c.3— — — — — — — — — — — — —οι</w:t>
      </w:r>
    </w:p>
    <w:p>
      <w:r>
        <w:rPr>
          <w:rFonts w:ascii="Courier New" w:hAnsi="Courier New"/>
          <w:color w:val="555555"/>
          <w:sz w:val="20"/>
        </w:rPr>
        <w:t>[8-10]</w:t>
      </w:r>
    </w:p>
    <w:p>
      <w:r>
        <w:rPr>
          <w:rFonts w:ascii="Gentium Plus" w:hAnsi="Gentium Plus"/>
          <w:sz w:val="24"/>
        </w:rPr>
        <w:t>obliterated</w:t>
      </w:r>
    </w:p>
    <w:p>
      <w:r>
        <w:rPr>
          <w:rFonts w:ascii="Courier New" w:hAnsi="Courier New"/>
          <w:color w:val="555555"/>
          <w:sz w:val="20"/>
        </w:rPr>
        <w:t>[11]</w:t>
      </w:r>
    </w:p>
    <w:p>
      <w:r>
        <w:rPr>
          <w:rFonts w:ascii="Gentium Plus" w:hAnsi="Gentium Plus"/>
          <w:sz w:val="24"/>
        </w:rPr>
        <w:t>— — — — — — — — — — — —ν̣ — — — — — — — —ΙΙ— — — — — — — — — — — —ΙΙΙ..ν̣ο̣υ̣ — — — — — — — — — —Ι ων ἐπι</w:t>
      </w:r>
    </w:p>
    <w:p>
      <w:r>
        <w:rPr>
          <w:rFonts w:ascii="Courier New" w:hAnsi="Courier New"/>
          <w:color w:val="555555"/>
          <w:sz w:val="20"/>
        </w:rPr>
        <w:t>[15 col3]</w:t>
      </w:r>
    </w:p>
    <w:p>
      <w:r>
        <w:rPr>
          <w:rFonts w:ascii="Gentium Plus" w:hAnsi="Gentium Plus"/>
          <w:sz w:val="24"/>
        </w:rPr>
        <w:t>ΙΙΙ.[Partial Letter]ΙΙ[Partial Letter]Ι— — — — — — — — — — — — — — — — — — — — — — πά̣ντε̣ς ἄ̣ν̣θ̣ρ̣ω̣π̣οι ἤ[λ]‐ π̣ισ̣α̣ν— — — — — — — — —υ..</w:t>
      </w:r>
    </w:p>
    <w:p>
      <w:r>
        <w:rPr>
          <w:rFonts w:ascii="Courier New" w:hAnsi="Courier New"/>
          <w:color w:val="555555"/>
          <w:sz w:val="20"/>
        </w:rPr>
        <w:t>[5]</w:t>
      </w:r>
    </w:p>
    <w:p>
      <w:r>
        <w:rPr>
          <w:rFonts w:ascii="Gentium Plus" w:hAnsi="Gentium Plus"/>
          <w:sz w:val="24"/>
        </w:rPr>
        <w:t>..ΙΟ[Partial Letter]ΙΙ[Partial Letter].ΟΙμ̣ατ̣ο̣ν̣ ΛΙ.ΛΛΙΧϹΤ..Ι.ΙΙΙ ἀ̣[μή]‐ χα̣νοι. ἂ̣ν γὰρ [αὐτοῖς] φά̣σμα̣τ̣α̣ ἐν̣αργῆ̣ τυ[ν]‐ χάνῃ, πῶς δὲ γείνε̣‐</w:t>
      </w:r>
    </w:p>
    <w:p>
      <w:r>
        <w:rPr>
          <w:rFonts w:ascii="Courier New" w:hAnsi="Courier New"/>
          <w:color w:val="555555"/>
          <w:sz w:val="20"/>
        </w:rPr>
        <w:t>[10]</w:t>
      </w:r>
    </w:p>
    <w:p>
      <w:r>
        <w:rPr>
          <w:rFonts w:ascii="Gentium Plus" w:hAnsi="Gentium Plus"/>
          <w:sz w:val="24"/>
        </w:rPr>
        <w:t>τα̣ι ταῦτα ε̣ὑρίσκειν μὴ̣ δύνωνται, εἰκότως̣, οἶμαι, εἰς ὑποψίαν πε‐ ρικυλείονται· ποτὲ δὲ</w:t>
      </w:r>
    </w:p>
    <w:p>
      <w:r>
        <w:rPr>
          <w:rFonts w:ascii="Courier New" w:hAnsi="Courier New"/>
          <w:color w:val="555555"/>
          <w:sz w:val="20"/>
        </w:rPr>
        <w:t>[16 col1]</w:t>
      </w:r>
    </w:p>
    <w:p>
      <w:r>
        <w:rPr>
          <w:rFonts w:ascii="Gentium Plus" w:hAnsi="Gentium Plus"/>
          <w:sz w:val="24"/>
        </w:rPr>
        <w:t>[]ωμ̣εν v. καὶ [τοὺς ὁσιω]τ̣άτους ὡς ἀ‐ [θέους λεία]ν κατατρέ‐ [χουσιν. κα]ὶ̣ δὴ καὶ γενή‐</w:t>
      </w:r>
    </w:p>
    <w:p>
      <w:r>
        <w:rPr>
          <w:rFonts w:ascii="Courier New" w:hAnsi="Courier New"/>
          <w:color w:val="555555"/>
          <w:sz w:val="20"/>
        </w:rPr>
        <w:t>[5]</w:t>
      </w:r>
    </w:p>
    <w:p>
      <w:r>
        <w:rPr>
          <w:rFonts w:ascii="Gentium Plus" w:hAnsi="Gentium Plus"/>
          <w:sz w:val="24"/>
        </w:rPr>
        <w:t>[σεται δῆλον] ὡς οὐχὶ ἡ‐ [μεῖς ἀναιρο]ῦμεν τοὺς [θεούς, ἀλλ’ ἕτ]εροι. vacat [Διαγόρας μὲ]ν οὖν ὁ [Μήλιος, ἔχων σ]υ̣νπαρα‐</w:t>
      </w:r>
    </w:p>
    <w:p>
      <w:r>
        <w:rPr>
          <w:rFonts w:ascii="Courier New" w:hAnsi="Courier New"/>
          <w:color w:val="555555"/>
          <w:sz w:val="20"/>
        </w:rPr>
        <w:t>[10]</w:t>
      </w:r>
    </w:p>
    <w:p>
      <w:r>
        <w:rPr>
          <w:rFonts w:ascii="Gentium Plus" w:hAnsi="Gentium Plus"/>
          <w:sz w:val="24"/>
        </w:rPr>
        <w:t>[κολούθους τῆς] δ̣όξης [ἄλλους τινάς], ἄντι‐ [κρυς εἶπε μὴ εἶν]αι θε‐ [ούς, σφόδρα πᾶσ]ι̣ τοῖς [νομίζουσιν ἄλλ]α̣ μα‐</w:t>
      </w:r>
    </w:p>
    <w:p>
      <w:r>
        <w:rPr>
          <w:rFonts w:ascii="Courier New" w:hAnsi="Courier New"/>
          <w:color w:val="555555"/>
          <w:sz w:val="20"/>
        </w:rPr>
        <w:t>[16 col2]</w:t>
      </w:r>
    </w:p>
    <w:p>
      <w:r>
        <w:rPr>
          <w:rFonts w:ascii="Gentium Plus" w:hAnsi="Gentium Plus"/>
          <w:sz w:val="24"/>
        </w:rPr>
        <w:t>χεσάμενος. v.v. Πρωτα‐ γόρας δ’ ὁ Ἀβδηρείτης τῇ μὲν δυνάμει τὴν αὐτὴν ἤνενκε Διαγόρᾳ</w:t>
      </w:r>
    </w:p>
    <w:p>
      <w:r>
        <w:rPr>
          <w:rFonts w:ascii="Courier New" w:hAnsi="Courier New"/>
          <w:color w:val="555555"/>
          <w:sz w:val="20"/>
        </w:rPr>
        <w:t>[5]</w:t>
      </w:r>
    </w:p>
    <w:p>
      <w:r>
        <w:rPr>
          <w:rFonts w:ascii="Gentium Plus" w:hAnsi="Gentium Plus"/>
          <w:sz w:val="24"/>
        </w:rPr>
        <w:t>δόξαν, v. ταῖς λέξεσιν δὲ ἑτέραις ἐχρήσατο, v. ὡς τὸ λείαν ἰταμὸν αὐτῆς ἐκφευξούμενος. v. ἔφη‐ σε γὰρ μὴ εἰδέναι v. εἰ θε‐</w:t>
      </w:r>
    </w:p>
    <w:p>
      <w:r>
        <w:rPr>
          <w:rFonts w:ascii="Courier New" w:hAnsi="Courier New"/>
          <w:color w:val="555555"/>
          <w:sz w:val="20"/>
        </w:rPr>
        <w:t>[10]</w:t>
      </w:r>
    </w:p>
    <w:p>
      <w:r>
        <w:rPr>
          <w:rFonts w:ascii="Gentium Plus" w:hAnsi="Gentium Plus"/>
          <w:sz w:val="24"/>
        </w:rPr>
        <w:t>οί εἰσιν. v. τοῦτο δ’ ἐστὶν τὸ αὐτὸ τῷ λέγειν εἰδέ‐ ναι ὅτι μή εἰσιν. v. εἰ μὲν γὰρ ἀντιτεθήκει τῇ πρώτῃ φωνῇ v. “οὐ μὴν</w:t>
      </w:r>
    </w:p>
    <w:p>
      <w:r>
        <w:rPr>
          <w:rFonts w:ascii="Courier New" w:hAnsi="Courier New"/>
          <w:color w:val="555555"/>
          <w:sz w:val="20"/>
        </w:rPr>
        <w:t>[16 col3]</w:t>
      </w:r>
    </w:p>
    <w:p>
      <w:r>
        <w:rPr>
          <w:rFonts w:ascii="Gentium Plus" w:hAnsi="Gentium Plus"/>
          <w:sz w:val="24"/>
        </w:rPr>
        <w:t>ὅτι μή εἰσιν,” [ἴσως ἂν] σχεδὸν εἶχε π[ερίφρα]‐ σίν τινα πρὸς [τὸ μὴ δο]‐ κεῖν τελέως ἀ[ναιρεῖν]</w:t>
      </w:r>
    </w:p>
    <w:p>
      <w:r>
        <w:rPr>
          <w:rFonts w:ascii="Courier New" w:hAnsi="Courier New"/>
          <w:color w:val="555555"/>
          <w:sz w:val="20"/>
        </w:rPr>
        <w:t>[5]</w:t>
      </w:r>
    </w:p>
    <w:p>
      <w:r>
        <w:rPr>
          <w:rFonts w:ascii="Gentium Plus" w:hAnsi="Gentium Plus"/>
          <w:sz w:val="24"/>
        </w:rPr>
        <w:t>τοὺς θεούς. ε[ἶπε δὲ τὸ] “εἶναι αὐτούς”, [ἀλλ’ οὐ τὸ] “μὴ εἶναι”, τὸ ἀ[κρειβῶς] ποιῶν ἴσον Δ̣[ιαγόρᾳ, ὃς] εἰπὼν τὸ μὴ̣ [εἰδέναι]</w:t>
      </w:r>
    </w:p>
    <w:p>
      <w:r>
        <w:rPr>
          <w:rFonts w:ascii="Courier New" w:hAnsi="Courier New"/>
          <w:color w:val="555555"/>
          <w:sz w:val="20"/>
        </w:rPr>
        <w:t>[10]</w:t>
      </w:r>
    </w:p>
    <w:p>
      <w:r>
        <w:rPr>
          <w:rFonts w:ascii="Gentium Plus" w:hAnsi="Gentium Plus"/>
          <w:sz w:val="24"/>
        </w:rPr>
        <w:t>ὅτι εἰσὶν v. ἀύπ̣[νως οὐκ ἐ]‐ παύσατο. v. τ[οιγαροῦν, ὥσ]‐</w:t>
      </w:r>
    </w:p>
    <w:p>
      <w:r>
        <w:rPr>
          <w:rFonts w:ascii="Courier New" w:hAnsi="Courier New"/>
          <w:color w:val="555555"/>
          <w:sz w:val="20"/>
        </w:rPr>
        <w:t>[17 col1]</w:t>
      </w:r>
    </w:p>
    <w:p>
      <w:r>
        <w:rPr>
          <w:rFonts w:ascii="Gentium Plus" w:hAnsi="Gentium Plus"/>
          <w:sz w:val="24"/>
        </w:rPr>
        <w:t>obliterated</w:t>
      </w:r>
    </w:p>
    <w:p>
      <w:r>
        <w:rPr>
          <w:rFonts w:ascii="Courier New" w:hAnsi="Courier New"/>
          <w:color w:val="555555"/>
          <w:sz w:val="20"/>
        </w:rPr>
        <w:t>[17 col2 (1-12)]</w:t>
      </w:r>
    </w:p>
    <w:p>
      <w:r>
        <w:rPr>
          <w:rFonts w:ascii="Gentium Plus" w:hAnsi="Gentium Plus"/>
          <w:sz w:val="24"/>
        </w:rPr>
        <w:t>obliterated</w:t>
      </w:r>
    </w:p>
    <w:p>
      <w:r>
        <w:rPr>
          <w:rFonts w:ascii="Courier New" w:hAnsi="Courier New"/>
          <w:color w:val="555555"/>
          <w:sz w:val="20"/>
        </w:rPr>
        <w:t>[13]</w:t>
      </w:r>
    </w:p>
    <w:p>
      <w:r>
        <w:rPr>
          <w:rFonts w:ascii="Gentium Plus" w:hAnsi="Gentium Plus"/>
          <w:sz w:val="24"/>
        </w:rPr>
        <w:t>[— — — — — — — — — — —][Partial Letter]Ι [— — — — — — — — — — —]ΛΙ</w:t>
      </w:r>
    </w:p>
    <w:p>
      <w:r>
        <w:rPr>
          <w:rFonts w:ascii="Courier New" w:hAnsi="Courier New"/>
          <w:color w:val="555555"/>
          <w:sz w:val="20"/>
        </w:rPr>
        <w:t>[17 col3 (1-6)]</w:t>
      </w:r>
    </w:p>
    <w:p>
      <w:r>
        <w:rPr>
          <w:rFonts w:ascii="Gentium Plus" w:hAnsi="Gentium Plus"/>
          <w:sz w:val="24"/>
        </w:rPr>
        <w:t>obliterated</w:t>
      </w:r>
    </w:p>
    <w:p>
      <w:r>
        <w:rPr>
          <w:rFonts w:ascii="Courier New" w:hAnsi="Courier New"/>
          <w:color w:val="555555"/>
          <w:sz w:val="20"/>
        </w:rPr>
        <w:t>[7]</w:t>
      </w:r>
    </w:p>
    <w:p>
      <w:r>
        <w:rPr>
          <w:rFonts w:ascii="Gentium Plus" w:hAnsi="Gentium Plus"/>
          <w:sz w:val="24"/>
        </w:rPr>
        <w:t>Λ— —c.6— —Λ— — — — — — φ̣ιω̣.ΘΥϹΙϹ ἐν ὀχ[ήματι], τ̣ὸν̣ μὲν Τρ̣ι̣π[τ]ό̣λ̣ε̣[μον]</w:t>
      </w:r>
    </w:p>
    <w:p>
      <w:r>
        <w:rPr>
          <w:rFonts w:ascii="Courier New" w:hAnsi="Courier New"/>
          <w:color w:val="555555"/>
          <w:sz w:val="20"/>
        </w:rPr>
        <w:t>[10]</w:t>
      </w:r>
    </w:p>
    <w:p>
      <w:r>
        <w:rPr>
          <w:rFonts w:ascii="Gentium Plus" w:hAnsi="Gentium Plus"/>
          <w:sz w:val="24"/>
        </w:rPr>
        <w:t>ἀναβιβάζοντε̣ς̣ κ̣α̣ὶ̣ κ̣α̣κί̣[σ]τους̣ πό̣[νους] κα̣τ̣α̣σκευά̣ζον̣τ̣ες αὐ‐ τ̣ῷ— —c.6— —ΧΤΟϹΙΝως φα‐</w:t>
      </w:r>
    </w:p>
    <w:p>
      <w:r>
        <w:rPr>
          <w:rFonts w:ascii="Courier New" w:hAnsi="Courier New"/>
          <w:color w:val="555555"/>
          <w:sz w:val="20"/>
        </w:rPr>
        <w:t>[17 col4]</w:t>
      </w:r>
    </w:p>
    <w:p>
      <w:r>
        <w:rPr>
          <w:rFonts w:ascii="Gentium Plus" w:hAnsi="Gentium Plus"/>
          <w:sz w:val="24"/>
        </w:rPr>
        <w:t>.ΕΙΧΙΤ— —c.4—ΓΛΤΛ.[Partial Letter]Ο — — — — —c.9— — — —ΙΙΙΔ— — — ...Λ— — —c.8— — —ΙΔΙ— — — — — —c.7— —Λ.ΡΗϹΛΙΑϹ</w:t>
      </w:r>
    </w:p>
    <w:p>
      <w:r>
        <w:rPr>
          <w:rFonts w:ascii="Courier New" w:hAnsi="Courier New"/>
          <w:color w:val="555555"/>
          <w:sz w:val="20"/>
        </w:rPr>
        <w:t>[5]</w:t>
      </w:r>
    </w:p>
    <w:p>
      <w:r>
        <w:rPr>
          <w:rFonts w:ascii="Gentium Plus" w:hAnsi="Gentium Plus"/>
          <w:sz w:val="24"/>
        </w:rPr>
        <w:t>Τ— — —c.8— — —ΛΥ.ΝΗΝ — — — — — —c.11— — — — —οΝΙ— — ΡΛΜ.Ν.Λ— — — — — — — — — ΝΕΥ..ΔϹ— — — —c.8— — — —Ο Λ— —c.4—ΛΩϹΚΛΝϹ.Ν.ο‐</w:t>
      </w:r>
    </w:p>
    <w:p>
      <w:r>
        <w:rPr>
          <w:rFonts w:ascii="Courier New" w:hAnsi="Courier New"/>
          <w:color w:val="555555"/>
          <w:sz w:val="20"/>
        </w:rPr>
        <w:t>[10]</w:t>
      </w:r>
    </w:p>
    <w:p>
      <w:r>
        <w:rPr>
          <w:rFonts w:ascii="Gentium Plus" w:hAnsi="Gentium Plus"/>
          <w:sz w:val="24"/>
        </w:rPr>
        <w:t>μεν. v. κ̣α̣ὶ [γ]ὰ̣ρ̣ [τ]ὸν π̣α̣ν̣υ̣‐ π̣έρτα̣τον̣ [Δ]ί[α] κ̣αὶ̣ τ̣[ὴν] Δη̣μήτερ’ ὡς θε̣οὺ̣ς̣ τε̣ι̣μ̣ῶ̣ντ̣ες τ̣ο̣ὺ̣[ς ἀ]ν̣[θρώ]‐ πους ο̣ὐχ ὡς δουλε̣ύο̣[ν]\|‐</w:t>
      </w:r>
    </w:p>
    <w:p>
      <w:r>
        <w:rPr>
          <w:rFonts w:ascii="Courier New" w:hAnsi="Courier New"/>
          <w:color w:val="555555"/>
          <w:sz w:val="20"/>
        </w:rPr>
        <w:t>[15]</w:t>
      </w:r>
    </w:p>
    <w:p>
      <w:r>
        <w:rPr>
          <w:rFonts w:ascii="Gentium Plus" w:hAnsi="Gentium Plus"/>
          <w:sz w:val="24"/>
        </w:rPr>
        <w:t>[τας αὐτοῖς, ἀλλ’ ὡς φίλους, νομίζομεν]</w:t>
      </w:r>
    </w:p>
    <w:p>
      <w:r>
        <w:rPr>
          <w:rFonts w:ascii="Courier New" w:hAnsi="Courier New"/>
          <w:color w:val="555555"/>
          <w:sz w:val="20"/>
        </w:rPr>
        <w:t>[18 col1 (1-10)]</w:t>
      </w:r>
    </w:p>
    <w:p>
      <w:r>
        <w:rPr>
          <w:rFonts w:ascii="Gentium Plus" w:hAnsi="Gentium Plus"/>
          <w:sz w:val="24"/>
        </w:rPr>
        <w:t>broken off</w:t>
      </w:r>
    </w:p>
    <w:p>
      <w:r>
        <w:rPr>
          <w:rFonts w:ascii="Courier New" w:hAnsi="Courier New"/>
          <w:color w:val="555555"/>
          <w:sz w:val="20"/>
        </w:rPr>
        <w:t>[11]</w:t>
      </w:r>
    </w:p>
    <w:p>
      <w:r>
        <w:rPr>
          <w:rFonts w:ascii="Gentium Plus" w:hAnsi="Gentium Plus"/>
          <w:sz w:val="24"/>
        </w:rPr>
        <w:t>[]σ̣βη []α̣να̣ []τ̣ε</w:t>
      </w:r>
    </w:p>
    <w:p>
      <w:r>
        <w:rPr>
          <w:rFonts w:ascii="Courier New" w:hAnsi="Courier New"/>
          <w:color w:val="555555"/>
          <w:sz w:val="20"/>
        </w:rPr>
        <w:t>[18 col2 (1-9)]</w:t>
      </w:r>
    </w:p>
    <w:p>
      <w:r>
        <w:rPr>
          <w:rFonts w:ascii="Gentium Plus" w:hAnsi="Gentium Plus"/>
          <w:sz w:val="24"/>
        </w:rPr>
        <w:t>broken off</w:t>
      </w:r>
    </w:p>
    <w:p>
      <w:r>
        <w:rPr>
          <w:rFonts w:ascii="Courier New" w:hAnsi="Courier New"/>
          <w:color w:val="555555"/>
          <w:sz w:val="20"/>
        </w:rPr>
        <w:t>[10]</w:t>
      </w:r>
    </w:p>
    <w:p>
      <w:r>
        <w:rPr>
          <w:rFonts w:ascii="Gentium Plus" w:hAnsi="Gentium Plus"/>
          <w:sz w:val="24"/>
        </w:rPr>
        <w:t>..Ιν̣ΙΙ— — — —c.11— — — — μὴ δοκῶμ̣[εν, τὸ] ἀ̣μ̣φι‐ ζβητούμενον ἔτι συν‐ δικ̣άσαντες, v. [Partial Letter] — —c.4—[Partial Letter] .Ι— — —‵ ′— — — —c.10— — — —</w:t>
      </w:r>
    </w:p>
    <w:p>
      <w:r>
        <w:rPr>
          <w:rFonts w:ascii="Courier New" w:hAnsi="Courier New"/>
          <w:color w:val="555555"/>
          <w:sz w:val="20"/>
        </w:rPr>
        <w:t>[18 col3]</w:t>
      </w:r>
    </w:p>
    <w:p>
      <w:r>
        <w:rPr>
          <w:rFonts w:ascii="Gentium Plus" w:hAnsi="Gentium Plus"/>
          <w:sz w:val="24"/>
        </w:rPr>
        <w:t>(1—10 broken off)</w:t>
      </w:r>
    </w:p>
    <w:p>
      <w:r>
        <w:rPr>
          <w:rFonts w:ascii="Courier New" w:hAnsi="Courier New"/>
          <w:color w:val="555555"/>
          <w:sz w:val="20"/>
        </w:rPr>
        <w:t>[9]</w:t>
      </w:r>
    </w:p>
    <w:p>
      <w:r>
        <w:rPr>
          <w:rFonts w:ascii="Gentium Plus" w:hAnsi="Gentium Plus"/>
          <w:sz w:val="24"/>
        </w:rPr>
        <w:t>[μὴ νομί]‐</w:t>
      </w:r>
    </w:p>
    <w:p>
      <w:r>
        <w:rPr>
          <w:rFonts w:ascii="Courier New" w:hAnsi="Courier New"/>
          <w:color w:val="555555"/>
          <w:sz w:val="20"/>
        </w:rPr>
        <w:t>[10]</w:t>
      </w:r>
    </w:p>
    <w:p>
      <w:r>
        <w:rPr>
          <w:rFonts w:ascii="Gentium Plus" w:hAnsi="Gentium Plus"/>
          <w:sz w:val="24"/>
        </w:rPr>
        <w:t>[ζωμεν ὅτι οἱ θεοί εἰσιν] ἐξετα̣[στικοὶ τῶν ἀδίκων] καὶ αἰσχρῶν κα̣[ὶ καλῶν] καὶ δικαίων. v. ε[ἰ δὲ μή, οἱ] μέγιστοι τάρ̣α̣[χοι ἐν \| ταῖς ἡμετέραις]</w:t>
      </w:r>
    </w:p>
    <w:p>
      <w:r>
        <w:rPr>
          <w:rFonts w:ascii="Courier New" w:hAnsi="Courier New"/>
          <w:color w:val="555555"/>
          <w:sz w:val="20"/>
        </w:rPr>
        <w:t>[15]</w:t>
      </w:r>
    </w:p>
    <w:p>
      <w:r>
        <w:rPr>
          <w:rFonts w:ascii="Gentium Plus" w:hAnsi="Gentium Plus"/>
          <w:sz w:val="24"/>
        </w:rPr>
        <w:t>ψυχαῖς γενήσονται (or γείνονται)]</w:t>
      </w:r>
    </w:p>
    <w:p>
      <w:r>
        <w:rPr>
          <w:rFonts w:ascii="Courier New" w:hAnsi="Courier New"/>
          <w:color w:val="555555"/>
          <w:sz w:val="20"/>
        </w:rPr>
        <w:t>[19 col1]</w:t>
      </w:r>
    </w:p>
    <w:p>
      <w:r>
        <w:rPr>
          <w:rFonts w:ascii="Gentium Plus" w:hAnsi="Gentium Plus"/>
          <w:sz w:val="24"/>
        </w:rPr>
        <w:t>[εἴπωμεν δ’ οὖ]ν̣ πρὸς τὸν [Ὅμηρον, ὃς π]ε̣ρὶ αὐτῶν [παντοδαπὰ] λαλεῖ λα‐ [λήματα, τοὺς] μ̣ὲν αὐ̣‐</w:t>
      </w:r>
    </w:p>
    <w:p>
      <w:r>
        <w:rPr>
          <w:rFonts w:ascii="Courier New" w:hAnsi="Courier New"/>
          <w:color w:val="555555"/>
          <w:sz w:val="20"/>
        </w:rPr>
        <w:t>[5]</w:t>
      </w:r>
    </w:p>
    <w:p>
      <w:r>
        <w:rPr>
          <w:rFonts w:ascii="Gentium Plus" w:hAnsi="Gentium Plus"/>
          <w:sz w:val="24"/>
        </w:rPr>
        <w:t>[τῶν ἀποφαίν]ων μοι‐</w:t>
      </w:r>
    </w:p>
    <w:p>
      <w:r>
        <w:rPr>
          <w:rFonts w:ascii="Courier New" w:hAnsi="Courier New"/>
          <w:color w:val="555555"/>
          <w:sz w:val="20"/>
        </w:rPr>
        <w:t>[10]</w:t>
      </w:r>
    </w:p>
    <w:p>
      <w:r>
        <w:rPr>
          <w:rFonts w:ascii="Gentium Plus" w:hAnsi="Gentium Plus"/>
          <w:sz w:val="24"/>
        </w:rPr>
        <w:t>[προάγειν τοὺ]ς δημιουρ‐ [γοὺς ποιεῖν ἃ μὴ π]ρέπει. τὰ [μὲν θεῶν ξόανα β]άλλει [βέλη καὶ γέγο]ν̣ε τόξον [ἔχοντα, ποιο]ύ̣μενα ὡς</w:t>
      </w:r>
    </w:p>
    <w:p>
      <w:r>
        <w:rPr>
          <w:rFonts w:ascii="Courier New" w:hAnsi="Courier New"/>
          <w:color w:val="555555"/>
          <w:sz w:val="20"/>
        </w:rPr>
        <w:t>[19 col2]</w:t>
      </w:r>
    </w:p>
    <w:p>
      <w:r>
        <w:rPr>
          <w:rFonts w:ascii="Gentium Plus" w:hAnsi="Gentium Plus"/>
          <w:sz w:val="24"/>
        </w:rPr>
        <w:t>ὁ Ἡρακλῆς παρὰ τῷ Ὁμή‐ ρῳ, τὰ δ’ ὑπὸ θηρίων δο‐ ρυφορεῖται, τὰ δ’ ὀργίζε‐ ται τοῖς εὐτυχοῦσιν, ὥσ‐</w:t>
      </w:r>
    </w:p>
    <w:p>
      <w:r>
        <w:rPr>
          <w:rFonts w:ascii="Courier New" w:hAnsi="Courier New"/>
          <w:color w:val="555555"/>
          <w:sz w:val="20"/>
        </w:rPr>
        <w:t>[5]</w:t>
      </w:r>
    </w:p>
    <w:p>
      <w:r>
        <w:rPr>
          <w:rFonts w:ascii="Gentium Plus" w:hAnsi="Gentium Plus"/>
          <w:sz w:val="24"/>
        </w:rPr>
        <w:t>περ ἡ Νέμεσις τοῖς πολ‐ λοῖς δοκεῖ. v. δεῖ δ’ ἱλα‐ ρὰ τῶν θεῶν ποιεῖν ξόανα καὶ μειδιῶντα ἵν’ ἀντιμειδιάσωμεν</w:t>
      </w:r>
    </w:p>
    <w:p>
      <w:r>
        <w:rPr>
          <w:rFonts w:ascii="Courier New" w:hAnsi="Courier New"/>
          <w:color w:val="555555"/>
          <w:sz w:val="20"/>
        </w:rPr>
        <w:t>[10]</w:t>
      </w:r>
    </w:p>
    <w:p>
      <w:r>
        <w:rPr>
          <w:rFonts w:ascii="Gentium Plus" w:hAnsi="Gentium Plus"/>
          <w:sz w:val="24"/>
        </w:rPr>
        <w:t>μᾶλλον αὐτοῖς ἢ φο‐ βηθῶμεν. vacat τί οὖν ἔστιν, ὦ ὑμεῖς; τοὺς μὲν θεοὺς εὐσε‐ βῶμεν, v. καὶ ἐν ἑορταῖς</w:t>
      </w:r>
    </w:p>
    <w:p>
      <w:r>
        <w:rPr>
          <w:rFonts w:ascii="Courier New" w:hAnsi="Courier New"/>
          <w:color w:val="555555"/>
          <w:sz w:val="20"/>
        </w:rPr>
        <w:t>[19 col3]</w:t>
      </w:r>
    </w:p>
    <w:p>
      <w:r>
        <w:rPr>
          <w:rFonts w:ascii="Gentium Plus" w:hAnsi="Gentium Plus"/>
          <w:sz w:val="24"/>
        </w:rPr>
        <w:t>καὶ ἐν βε̣[βήλοις καὶ] κοινῇ κα[ὶ ἰδίᾳ καλῶς], καὶ τὰ πά[τρια πρὸς αὐ]‐</w:t>
      </w:r>
    </w:p>
    <w:p>
      <w:r>
        <w:rPr>
          <w:rFonts w:ascii="Courier New" w:hAnsi="Courier New"/>
          <w:color w:val="555555"/>
          <w:sz w:val="20"/>
        </w:rPr>
        <w:t>[5]</w:t>
      </w:r>
    </w:p>
    <w:p>
      <w:r>
        <w:rPr>
          <w:rFonts w:ascii="Gentium Plus" w:hAnsi="Gentium Plus"/>
          <w:sz w:val="24"/>
        </w:rPr>
        <w:t>μεν· v. μη[δὲ οἱ ἄφθαρτοι] καταψευ[σθέντων τι] παρ’ ἡμῶ[ν μάτην δεδιό]‐ των μὴ [τυνχάνουσι πα]‐ σῶν αἴτι[οι συμφορῶν],</w:t>
      </w:r>
    </w:p>
    <w:p>
      <w:r>
        <w:rPr>
          <w:rFonts w:ascii="Courier New" w:hAnsi="Courier New"/>
          <w:color w:val="555555"/>
          <w:sz w:val="20"/>
        </w:rPr>
        <w:t>[10]</w:t>
      </w:r>
    </w:p>
    <w:p>
      <w:r>
        <w:rPr>
          <w:rFonts w:ascii="Gentium Plus" w:hAnsi="Gentium Plus"/>
          <w:sz w:val="24"/>
        </w:rPr>
        <w:t>φέροντε[ς ἡμεῖν παθή]‐ ματα καὶ [βαρεῖς ἀνάν]‐ κας ἑαυτοῖ[ς βουλεύ]‐ οντες. v. κα[ὶ ἀνακαλῶμεν] δ’ αὐτοὺς κ[ατ’ ὄνομα— —]</w:t>
      </w:r>
    </w:p>
    <w:p>
      <w:r>
        <w:rPr>
          <w:rFonts w:ascii="Courier New" w:hAnsi="Courier New"/>
          <w:color w:val="555555"/>
          <w:sz w:val="20"/>
        </w:rPr>
        <w:t>[20 ante]</w:t>
      </w:r>
    </w:p>
    <w:p>
      <w:r>
        <w:rPr>
          <w:rFonts w:ascii="Gentium Plus" w:hAnsi="Gentium Plus"/>
          <w:sz w:val="24"/>
        </w:rPr>
        <w:t>[ἀδύνατόν ἐστιν ἀρχῆ]‐</w:t>
      </w:r>
    </w:p>
    <w:p>
      <w:r>
        <w:rPr>
          <w:rFonts w:ascii="Courier New" w:hAnsi="Courier New"/>
          <w:color w:val="555555"/>
          <w:sz w:val="20"/>
        </w:rPr>
        <w:t>[20 col1]</w:t>
      </w:r>
    </w:p>
    <w:p>
      <w:r>
        <w:rPr>
          <w:rFonts w:ascii="Gentium Plus" w:hAnsi="Gentium Plus"/>
          <w:sz w:val="24"/>
        </w:rPr>
        <w:t>θεν τοῦ πόλεως αὐτῷ χρείαν ὑπάρχειν καὶ συν‐ πολειτευτῶν, v. πρὸς τῷ καὶ γελοῖον εἶναι θεὸν</w:t>
      </w:r>
    </w:p>
    <w:p>
      <w:r>
        <w:rPr>
          <w:rFonts w:ascii="Courier New" w:hAnsi="Courier New"/>
          <w:color w:val="555555"/>
          <w:sz w:val="20"/>
        </w:rPr>
        <w:t>[5]</w:t>
      </w:r>
    </w:p>
    <w:p>
      <w:r>
        <w:rPr>
          <w:rFonts w:ascii="Gentium Plus" w:hAnsi="Gentium Plus"/>
          <w:sz w:val="24"/>
        </w:rPr>
        <w:t>ὄντα ζητεῖν συνπολει‐ τευτὰς ἀνθρώπους ἔ‐ χειν. ἔτι δὲ κἀκεῖνο· εἰ γὰρ ὥσπερ οἰκητήριόν τι καὶ πόλιν ἑαυτῷ τὸν κόσ‐</w:t>
      </w:r>
    </w:p>
    <w:p>
      <w:r>
        <w:rPr>
          <w:rFonts w:ascii="Courier New" w:hAnsi="Courier New"/>
          <w:color w:val="555555"/>
          <w:sz w:val="20"/>
        </w:rPr>
        <w:t>[10]</w:t>
      </w:r>
    </w:p>
    <w:p>
      <w:r>
        <w:rPr>
          <w:rFonts w:ascii="Gentium Plus" w:hAnsi="Gentium Plus"/>
          <w:sz w:val="24"/>
        </w:rPr>
        <w:t>μον ἐδημιούργησε, ζη‐ τῶ π̣ρὸ τοῦ κόσμου ποῦ δ̣ι̣έτρειβεν· οὐ γὰρ εὑρίσ‐ κ̣ω κ̣α̣τὰ γοῦν τὸν τού‐</w:t>
      </w:r>
    </w:p>
    <w:p>
      <w:r>
        <w:rPr>
          <w:rFonts w:ascii="Courier New" w:hAnsi="Courier New"/>
          <w:color w:val="555555"/>
          <w:sz w:val="20"/>
        </w:rPr>
        <w:t>[20 col2]</w:t>
      </w:r>
    </w:p>
    <w:p>
      <w:r>
        <w:rPr>
          <w:rFonts w:ascii="Gentium Plus" w:hAnsi="Gentium Plus"/>
          <w:sz w:val="24"/>
        </w:rPr>
        <w:t>ἀποφαινομένων κόσ‐ μον εἶναι. τὸν οὖν ἄπει‐ ρον ἐκεῖνον χρόνον, ὡ̣ς̣ ἔ̣‐ οικεν, ἄπολις ἦν καὶ ἄο̣[ι]‐</w:t>
      </w:r>
    </w:p>
    <w:p>
      <w:r>
        <w:rPr>
          <w:rFonts w:ascii="Courier New" w:hAnsi="Courier New"/>
          <w:color w:val="555555"/>
          <w:sz w:val="20"/>
        </w:rPr>
        <w:t>[5]</w:t>
      </w:r>
    </w:p>
    <w:p>
      <w:r>
        <w:rPr>
          <w:rFonts w:ascii="Gentium Plus" w:hAnsi="Gentium Plus"/>
          <w:sz w:val="24"/>
        </w:rPr>
        <w:t>κος ὁ τούτων θεὸς καί, ὡ̣ς ἄνθρωπος ἀτυχής—οὐ λέγω θεός—μήτε πόλ̣ιν ἔχων μήτε συνπολει‐ τευτάς, v. ἔρημος ἐπλα‐</w:t>
      </w:r>
    </w:p>
    <w:p>
      <w:r>
        <w:rPr>
          <w:rFonts w:ascii="Courier New" w:hAnsi="Courier New"/>
          <w:color w:val="555555"/>
          <w:sz w:val="20"/>
        </w:rPr>
        <w:t>[10]</w:t>
      </w:r>
    </w:p>
    <w:p>
      <w:r>
        <w:rPr>
          <w:rFonts w:ascii="Gentium Plus" w:hAnsi="Gentium Plus"/>
          <w:sz w:val="24"/>
        </w:rPr>
        <w:t>νᾶτο ὁπουδήποτε. εἰ μὲν οὖν ἑαυτῆς χά‐ ριν ἡ θεία φύσις δεδη‐ μιουργηκέναι δόξει τὰ πράγματα, ταῦτα</w:t>
      </w:r>
    </w:p>
    <w:p>
      <w:r>
        <w:rPr>
          <w:rFonts w:ascii="Courier New" w:hAnsi="Courier New"/>
          <w:color w:val="555555"/>
          <w:sz w:val="20"/>
        </w:rPr>
        <w:t>[20 col3]</w:t>
      </w:r>
    </w:p>
    <w:p>
      <w:r>
        <w:rPr>
          <w:rFonts w:ascii="Gentium Plus" w:hAnsi="Gentium Plus"/>
          <w:sz w:val="24"/>
        </w:rPr>
        <w:t>πάντα {τὰ} ἄτοπα· v. εἰ [δὲ] τῶν ἀνθρώπων, v. ἄλ[λα] πάλιν ἀτοπώτερα. v. τ̣[έ]‐ μωμεν δ’ εἰς δύο τὸν [λό]‐</w:t>
      </w:r>
    </w:p>
    <w:p>
      <w:r>
        <w:rPr>
          <w:rFonts w:ascii="Courier New" w:hAnsi="Courier New"/>
          <w:color w:val="555555"/>
          <w:sz w:val="20"/>
        </w:rPr>
        <w:t>[5]</w:t>
      </w:r>
    </w:p>
    <w:p>
      <w:r>
        <w:rPr>
          <w:rFonts w:ascii="Gentium Plus" w:hAnsi="Gentium Plus"/>
          <w:sz w:val="24"/>
        </w:rPr>
        <w:t>γον—v. εἴς τε τὸν κόσμ[ον] καὶ τοὺς ἀνθρώπους [αὐ]‐ τούς. v. καὶ περὶ τοῦ κό[σμου] πρῶτον εἴπωμεν. [εἰ μὲν] πάντ’ ἔχει τοῖς ἀνθρ̣[ώ]‐</w:t>
      </w:r>
    </w:p>
    <w:p>
      <w:r>
        <w:rPr>
          <w:rFonts w:ascii="Courier New" w:hAnsi="Courier New"/>
          <w:color w:val="555555"/>
          <w:sz w:val="20"/>
        </w:rPr>
        <w:t>[10]</w:t>
      </w:r>
    </w:p>
    <w:p>
      <w:r>
        <w:rPr>
          <w:rFonts w:ascii="Gentium Plus" w:hAnsi="Gentium Plus"/>
          <w:sz w:val="24"/>
        </w:rPr>
        <w:t>ποις κατάλληλα κα[ὶ μη]‐ δὲν αὐτοῖς ἐνκαλεῖ, [ἔ]‐</w:t>
      </w:r>
    </w:p>
    <w:p>
      <w:r>
        <w:rPr>
          <w:rFonts w:ascii="Courier New" w:hAnsi="Courier New"/>
          <w:color w:val="555555"/>
          <w:sz w:val="20"/>
        </w:rPr>
        <w:t>[21 col1]</w:t>
      </w:r>
    </w:p>
    <w:p>
      <w:r>
        <w:rPr>
          <w:rFonts w:ascii="Gentium Plus" w:hAnsi="Gentium Plus"/>
          <w:sz w:val="24"/>
        </w:rPr>
        <w:t>[]αδε []ων []ὑ̣πο []ν̣υ</w:t>
      </w:r>
    </w:p>
    <w:p>
      <w:r>
        <w:rPr>
          <w:rFonts w:ascii="Courier New" w:hAnsi="Courier New"/>
          <w:color w:val="555555"/>
          <w:sz w:val="20"/>
        </w:rPr>
        <w:t>[5]</w:t>
      </w:r>
    </w:p>
    <w:p>
      <w:r>
        <w:rPr>
          <w:rFonts w:ascii="Gentium Plus" w:hAnsi="Gentium Plus"/>
          <w:sz w:val="24"/>
        </w:rPr>
        <w:t>[]ων []κ̣οτα̣ []σ̣οις []τε [][Partial Letter]</w:t>
      </w:r>
    </w:p>
    <w:p>
      <w:r>
        <w:rPr>
          <w:rFonts w:ascii="Courier New" w:hAnsi="Courier New"/>
          <w:color w:val="555555"/>
          <w:sz w:val="20"/>
        </w:rPr>
        <w:t>[10]</w:t>
      </w:r>
    </w:p>
    <w:p>
      <w:r>
        <w:rPr>
          <w:rFonts w:ascii="Gentium Plus" w:hAnsi="Gentium Plus"/>
          <w:sz w:val="24"/>
        </w:rPr>
        <w:t>[][Partial Letter]ω []νο []ος. [ἡ δὲ θάλασσα περιτ]τὰ [τοῦδε τοῦ κόσμου με]τ̣έ̣χει</w:t>
      </w:r>
    </w:p>
    <w:p>
      <w:r>
        <w:rPr>
          <w:rFonts w:ascii="Courier New" w:hAnsi="Courier New"/>
          <w:color w:val="555555"/>
          <w:sz w:val="20"/>
        </w:rPr>
        <w:t>[21 col2]</w:t>
      </w:r>
    </w:p>
    <w:p>
      <w:r>
        <w:rPr>
          <w:rFonts w:ascii="Gentium Plus" w:hAnsi="Gentium Plus"/>
          <w:sz w:val="24"/>
        </w:rPr>
        <w:t>μέρη, χερρόνησον ποιοῦσα τὴν οἰκουμένην, ἄλλων πάλιν καὶ αὐτὴ κακῶν μεστή, καὶ ἐπὶ πᾶσιν μηδὲ</w:t>
      </w:r>
    </w:p>
    <w:p>
      <w:r>
        <w:rPr>
          <w:rFonts w:ascii="Courier New" w:hAnsi="Courier New"/>
          <w:color w:val="555555"/>
          <w:sz w:val="20"/>
        </w:rPr>
        <w:t>[5]</w:t>
      </w:r>
    </w:p>
    <w:p>
      <w:r>
        <w:rPr>
          <w:rFonts w:ascii="Gentium Plus" w:hAnsi="Gentium Plus"/>
          <w:sz w:val="24"/>
        </w:rPr>
        <w:t>τὸ ὕδωρ ἔχουσα πότιμον,</w:t>
      </w:r>
    </w:p>
    <w:p>
      <w:r>
        <w:rPr>
          <w:rFonts w:ascii="Courier New" w:hAnsi="Courier New"/>
          <w:color w:val="555555"/>
          <w:sz w:val="20"/>
        </w:rPr>
        <w:t>[10]</w:t>
      </w:r>
    </w:p>
    <w:p>
      <w:r>
        <w:rPr>
          <w:rFonts w:ascii="Gentium Plus" w:hAnsi="Gentium Plus"/>
          <w:sz w:val="24"/>
        </w:rPr>
        <w:t>ποι. v.v. ἡ μέντοι καλουμέ‐ νη νεκρὰ θάλασσα, καὶ ἀ‐ ληθῶς οὖσα νεκρά—πλεῖ‐ ται γὰρ οὐδέποτε—, καὶ προσ‐ αφαιρεῖταί τι τῶν ἐνγὺς</w:t>
      </w:r>
    </w:p>
    <w:p>
      <w:r>
        <w:rPr>
          <w:rFonts w:ascii="Courier New" w:hAnsi="Courier New"/>
          <w:color w:val="555555"/>
          <w:sz w:val="20"/>
        </w:rPr>
        <w:t>[21 col3]</w:t>
      </w:r>
    </w:p>
    <w:p>
      <w:r>
        <w:rPr>
          <w:rFonts w:ascii="Gentium Plus" w:hAnsi="Gentium Plus"/>
          <w:sz w:val="24"/>
        </w:rPr>
        <w:t>[ἀνθρ]ώπων ἧς νέμονται γῆς· v. ἐγδιώκει γὰρ αὐτοὺς ἐπεμβαίνουσα ἰταμῶς πάνυ μέχρι πολλοῦ καὶ ἀ‐</w:t>
      </w:r>
    </w:p>
    <w:p>
      <w:r>
        <w:rPr>
          <w:rFonts w:ascii="Courier New" w:hAnsi="Courier New"/>
          <w:color w:val="555555"/>
          <w:sz w:val="20"/>
        </w:rPr>
        <w:t>[5]</w:t>
      </w:r>
    </w:p>
    <w:p>
      <w:r>
        <w:rPr>
          <w:rFonts w:ascii="Gentium Plus" w:hAnsi="Gentium Plus"/>
          <w:sz w:val="24"/>
        </w:rPr>
        <w:t>ναδυομένη πάλιν ἐπικλύ‐ ζει, ὥσπερ παραφυλάττου‐ σα μή τι τῆς γῆς ἀρότρῳ τέμωσιν. vacat τὰ μὲν οὖν τοῦ κόσμου τοι‐</w:t>
      </w:r>
    </w:p>
    <w:p>
      <w:r>
        <w:rPr>
          <w:rFonts w:ascii="Courier New" w:hAnsi="Courier New"/>
          <w:color w:val="555555"/>
          <w:sz w:val="20"/>
        </w:rPr>
        <w:t>[10]</w:t>
      </w:r>
    </w:p>
    <w:p>
      <w:r>
        <w:rPr>
          <w:rFonts w:ascii="Gentium Plus" w:hAnsi="Gentium Plus"/>
          <w:sz w:val="24"/>
        </w:rPr>
        <w:t>αῦτά ἐστιν. τὰ δὲ τῶν ἀν‐ θρώπων καὶ αὐτῶν νῦν ἴδωμεν εἰ κατάλληλά ἐσ‐ τι θείᾳ φροντίδι. ὧδε δ’ ἀρ‐ ξώμεθα· v.v. καλὸν μέν, ὦ φί‐</w:t>
      </w:r>
    </w:p>
    <w:p>
      <w:r>
        <w:rPr>
          <w:rFonts w:ascii="Courier New" w:hAnsi="Courier New"/>
          <w:color w:val="555555"/>
          <w:sz w:val="20"/>
        </w:rPr>
        <w:t>[21 col4]</w:t>
      </w:r>
    </w:p>
    <w:p>
      <w:r>
        <w:rPr>
          <w:rFonts w:ascii="Gentium Plus" w:hAnsi="Gentium Plus"/>
          <w:sz w:val="24"/>
        </w:rPr>
        <w:t>λοι, τὸ ζῷον̣ [τοῦτ’ ἐστιν ἄν]‐ θρωπος, λο[γιστικόν τε] καὶ τοῦ μέλλ[οντος προνοη]‐ τικόν, v. καὶ [δυνατὸν βιῶ]‐</w:t>
      </w:r>
    </w:p>
    <w:p>
      <w:r>
        <w:rPr>
          <w:rFonts w:ascii="Courier New" w:hAnsi="Courier New"/>
          <w:color w:val="555555"/>
          <w:sz w:val="20"/>
        </w:rPr>
        <w:t>[5]</w:t>
      </w:r>
    </w:p>
    <w:p>
      <w:r>
        <w:rPr>
          <w:rFonts w:ascii="Gentium Plus" w:hAnsi="Gentium Plus"/>
          <w:sz w:val="24"/>
        </w:rPr>
        <w:t>ναι μακαρί[ως, ἂν τὴν ἀρε]‐ τὴν ἑαυτ̣[ῆς ἕνεκα καὶ ἀγα]‐ θὰς ἔχῃ δ̣[ιαθέσεις. ἀλλὰ] τοῦτο τὸ ζῷ[ον οὐκ ἔχει φρό]‐ νησιν οὐδ[ὲ μὴν ἀρετὴν κα]‐</w:t>
      </w:r>
    </w:p>
    <w:p>
      <w:r>
        <w:rPr>
          <w:rFonts w:ascii="Courier New" w:hAnsi="Courier New"/>
          <w:color w:val="555555"/>
          <w:sz w:val="20"/>
        </w:rPr>
        <w:t>[10]</w:t>
      </w:r>
    </w:p>
    <w:p>
      <w:r>
        <w:rPr>
          <w:rFonts w:ascii="Gentium Plus" w:hAnsi="Gentium Plus"/>
          <w:sz w:val="24"/>
        </w:rPr>
        <w:t>τὰ τοὺς τὸν [λόγον ὑπολαμ]‐ βάνοντα[ς ἐκεῖνον Στω]‐ ικούς. v. τὸ γὰ̣[ρ μέγα πάν]‐ των ἀφρα[ίνειν κωλύει αὐ]‐ τάς. καὶ οὐ[]</w:t>
      </w:r>
    </w:p>
    <w:p>
      <w:r>
        <w:rPr>
          <w:rFonts w:ascii="Courier New" w:hAnsi="Courier New"/>
          <w:color w:val="555555"/>
          <w:sz w:val="20"/>
        </w:rPr>
        <w:t>[22 col1]</w:t>
      </w:r>
    </w:p>
    <w:p>
      <w:r>
        <w:rPr>
          <w:rFonts w:ascii="Gentium Plus" w:hAnsi="Gentium Plus"/>
          <w:sz w:val="24"/>
        </w:rPr>
        <w:t>[..προσ]π̣έσωμεν π̣[ρὸς τὰς] [εἰκόν]α̣ς. v. τοὺς μὲν ἀ[νθρώ]‐ [πους] τ̣υράννους τε̣[ύχων] [δει]ν̣ὰ ἐᾶς. ἔτι δὲ στ[ρατι]‐</w:t>
      </w:r>
    </w:p>
    <w:p>
      <w:r>
        <w:rPr>
          <w:rFonts w:ascii="Courier New" w:hAnsi="Courier New"/>
          <w:color w:val="555555"/>
          <w:sz w:val="20"/>
        </w:rPr>
        <w:t>[5]</w:t>
      </w:r>
    </w:p>
    <w:p>
      <w:r>
        <w:rPr>
          <w:rFonts w:ascii="Gentium Plus" w:hAnsi="Gentium Plus"/>
          <w:sz w:val="24"/>
        </w:rPr>
        <w:t>[ώτ]α̣ς πολλὰ τὸν κό̣[σμον] τ̣ραχηλίσαντας πά̣[ντα εἴ]‐ πωμεν· v. μνησθώμ[εθα δὲ] ἐθνῶν τινων καὶ νϹ— —</w:t>
      </w:r>
    </w:p>
    <w:p>
      <w:r>
        <w:rPr>
          <w:rFonts w:ascii="Courier New" w:hAnsi="Courier New"/>
          <w:color w:val="555555"/>
          <w:sz w:val="20"/>
        </w:rPr>
        <w:t>[10]</w:t>
      </w:r>
    </w:p>
    <w:p>
      <w:r>
        <w:rPr>
          <w:rFonts w:ascii="Gentium Plus" w:hAnsi="Gentium Plus"/>
          <w:sz w:val="24"/>
        </w:rPr>
        <w:t>.η̣μένων. v.v. τίς οὖ[ν, ὦ Ζεὺς] [πάτ]ερ, ἂν ἀκροᾶταί̣ [τινα] [λόγον θ]εῶν κακὰ τοσα̣[ῦ]‐ [τα ἐώντων λ]υ̣π̣ε̣ῖ̣ν̣ τ̣ο̣[ὺς] [ἀνθρώπους, — — — — — — — —;]</w:t>
      </w:r>
    </w:p>
    <w:p>
      <w:r>
        <w:rPr>
          <w:rFonts w:ascii="Courier New" w:hAnsi="Courier New"/>
          <w:color w:val="555555"/>
          <w:sz w:val="20"/>
        </w:rPr>
        <w:t>[23 col1]</w:t>
      </w:r>
    </w:p>
    <w:p>
      <w:r>
        <w:rPr>
          <w:rFonts w:ascii="Gentium Plus" w:hAnsi="Gentium Plus"/>
          <w:sz w:val="24"/>
        </w:rPr>
        <w:t>[καὶ ἅ]‐ λις̣ π[ερὶ] το̣[ύτων, ἐπειδὴ] οὐκ ἀνανκαῖον ε̣ἰ̣[πεῖν τι] ἐπ’ ἐνέδρᾳ τῶν λά̣θ̣ρ̣[ᾳ με]‐</w:t>
      </w:r>
    </w:p>
    <w:p>
      <w:r>
        <w:rPr>
          <w:rFonts w:ascii="Courier New" w:hAnsi="Courier New"/>
          <w:color w:val="555555"/>
          <w:sz w:val="20"/>
        </w:rPr>
        <w:t>[5]</w:t>
      </w:r>
    </w:p>
    <w:p>
      <w:r>
        <w:rPr>
          <w:rFonts w:ascii="Gentium Plus" w:hAnsi="Gentium Plus"/>
          <w:sz w:val="24"/>
        </w:rPr>
        <w:t>νόντων, v. εἰ μὴ δοκεῖ̣[τε] ἀγνοεῖν ἡμᾶς ἡλίκαις συμφοραῖς διὰ τὸ ἀμφίβο‐ λον τοῦτο̣ τ̣ῶ̣ν̣ χρησμῶν καὶ ποικίλως πλάγιον κέ‐</w:t>
      </w:r>
    </w:p>
    <w:p>
      <w:r>
        <w:rPr>
          <w:rFonts w:ascii="Courier New" w:hAnsi="Courier New"/>
          <w:color w:val="555555"/>
          <w:sz w:val="20"/>
        </w:rPr>
        <w:t>[10]</w:t>
      </w:r>
    </w:p>
    <w:p>
      <w:r>
        <w:rPr>
          <w:rFonts w:ascii="Gentium Plus" w:hAnsi="Gentium Plus"/>
          <w:sz w:val="24"/>
        </w:rPr>
        <w:t>χρηνταί τινες v. ἢ και‐ ρὸν ἡμᾶς ἔχειν διακα‐ θαίρειν ἐπὶ τοῦ παρόν‐ τος v. οἷα Λακεδαιμόνι‐ οι κακὰ πεπόνθασιν, \| [κεχρημένοι]</w:t>
      </w:r>
    </w:p>
    <w:p>
      <w:r>
        <w:rPr>
          <w:rFonts w:ascii="Courier New" w:hAnsi="Courier New"/>
          <w:color w:val="555555"/>
          <w:sz w:val="20"/>
        </w:rPr>
        <w:t>[15]</w:t>
      </w:r>
    </w:p>
    <w:p>
      <w:r>
        <w:rPr>
          <w:rFonts w:ascii="Gentium Plus" w:hAnsi="Gentium Plus"/>
          <w:sz w:val="24"/>
        </w:rPr>
        <w:t>τῷ ἐν Δελφοῖς χρηστηρίῳ περὶ τῆς</w:t>
      </w:r>
    </w:p>
    <w:p>
      <w:r>
        <w:rPr>
          <w:rFonts w:ascii="Courier New" w:hAnsi="Courier New"/>
          <w:color w:val="555555"/>
          <w:sz w:val="20"/>
        </w:rPr>
        <w:t>[24 ante]</w:t>
      </w:r>
    </w:p>
    <w:p>
      <w:r>
        <w:rPr>
          <w:rFonts w:ascii="Gentium Plus" w:hAnsi="Gentium Plus"/>
          <w:sz w:val="24"/>
        </w:rPr>
        <w:t>[ἐχρήσα]‐</w:t>
      </w:r>
    </w:p>
    <w:p>
      <w:r>
        <w:rPr>
          <w:rFonts w:ascii="Courier New" w:hAnsi="Courier New"/>
          <w:color w:val="555555"/>
          <w:sz w:val="20"/>
        </w:rPr>
        <w:t>[24 col1]</w:t>
      </w:r>
    </w:p>
    <w:p>
      <w:r>
        <w:rPr>
          <w:rFonts w:ascii="Gentium Plus" w:hAnsi="Gentium Plus"/>
          <w:sz w:val="24"/>
        </w:rPr>
        <w:t>[το δ’ ἐντ]αῦθα φυσι‐ [κὸς δια]λεκτικοῦ [λόγοι]ς, ἐπιχειρῶν [τὴν π]ερὶ τῶν ὀνεί‐</w:t>
      </w:r>
    </w:p>
    <w:p>
      <w:r>
        <w:rPr>
          <w:rFonts w:ascii="Courier New" w:hAnsi="Courier New"/>
          <w:color w:val="555555"/>
          <w:sz w:val="20"/>
        </w:rPr>
        <w:t>[5]</w:t>
      </w:r>
    </w:p>
    <w:p>
      <w:r>
        <w:rPr>
          <w:rFonts w:ascii="Gentium Plus" w:hAnsi="Gentium Plus"/>
          <w:sz w:val="24"/>
        </w:rPr>
        <w:t>[ρων μ]α̣ντευτικὴν [καὶ τὸ] π̣ᾶν αὐτοῖς [πιστεύ]ων. v. ἐφυ— [— — — —c.11— — — —] γὰρ — — — — — — — — — — — — —</w:t>
      </w:r>
    </w:p>
    <w:p>
      <w:r>
        <w:rPr>
          <w:rFonts w:ascii="Courier New" w:hAnsi="Courier New"/>
          <w:color w:val="555555"/>
          <w:sz w:val="20"/>
        </w:rPr>
        <w:t>[10]</w:t>
      </w:r>
    </w:p>
    <w:p>
      <w:r>
        <w:rPr>
          <w:rFonts w:ascii="Gentium Plus" w:hAnsi="Gentium Plus"/>
          <w:sz w:val="24"/>
        </w:rPr>
        <w:t>— — — — — — — — — — — — — — — — — — — — — — — — — — [ὁ γὰρ Ἀντιφῶν, φησί,] [προεῖπεν, ἐπερωτη]‐ [θεὶς ὑπὸ δρομέως ἤ]‐</w:t>
      </w:r>
    </w:p>
    <w:p>
      <w:r>
        <w:rPr>
          <w:rFonts w:ascii="Courier New" w:hAnsi="Courier New"/>
          <w:color w:val="555555"/>
          <w:sz w:val="20"/>
        </w:rPr>
        <w:t>[24 col2]</w:t>
      </w:r>
    </w:p>
    <w:p>
      <w:r>
        <w:rPr>
          <w:rFonts w:ascii="Gentium Plus" w:hAnsi="Gentium Plus"/>
          <w:sz w:val="24"/>
        </w:rPr>
        <w:t>δη μέλλοντος [Ὀ]λυμ‐ πίασιν ἀγωνιεῖσθαι, ὅτι λελείψεται. v. ὁ μὲν γάρ, φησίν, ἀετὸν ἔφη</w:t>
      </w:r>
    </w:p>
    <w:p>
      <w:r>
        <w:rPr>
          <w:rFonts w:ascii="Courier New" w:hAnsi="Courier New"/>
          <w:color w:val="555555"/>
          <w:sz w:val="20"/>
        </w:rPr>
        <w:t>[5]</w:t>
      </w:r>
    </w:p>
    <w:p>
      <w:r>
        <w:rPr>
          <w:rFonts w:ascii="Gentium Plus" w:hAnsi="Gentium Plus"/>
          <w:sz w:val="24"/>
        </w:rPr>
        <w:t>δόξαι διώκειν ἐν τοῖς ὀνείροις, v. ἐπερωτῶν τὸν Ἀντιφῶντα· v. ὁ δ’ αὐ‐ [τ]όθεν κ̣ε̣λ̣— —c.4—Ο̣υ̣..ΙΙ — — — — — — — — — — — — —</w:t>
      </w:r>
    </w:p>
    <w:p>
      <w:r>
        <w:rPr>
          <w:rFonts w:ascii="Courier New" w:hAnsi="Courier New"/>
          <w:color w:val="555555"/>
          <w:sz w:val="20"/>
        </w:rPr>
        <w:t>[10]</w:t>
      </w:r>
    </w:p>
    <w:p>
      <w:r>
        <w:rPr>
          <w:rFonts w:ascii="Gentium Plus" w:hAnsi="Gentium Plus"/>
          <w:sz w:val="24"/>
        </w:rPr>
        <w:t>— — — — — — — — — — — — — — — — — — — — — — — — — — — — — — — — — — — — — — — — — — — — — — — — — — — —</w:t>
      </w:r>
    </w:p>
    <w:p>
      <w:r>
        <w:rPr>
          <w:rFonts w:ascii="Courier New" w:hAnsi="Courier New"/>
          <w:color w:val="555555"/>
          <w:sz w:val="20"/>
        </w:rPr>
        <w:t>[24 col3]</w:t>
      </w:r>
    </w:p>
    <w:p>
      <w:r>
        <w:rPr>
          <w:rFonts w:ascii="Gentium Plus" w:hAnsi="Gentium Plus"/>
          <w:sz w:val="24"/>
        </w:rPr>
        <w:t>ρ̣ω̣[τηθέντα οὐκ] ἄν‐ τικρυς εἰπεῖν τῷ δρομεῖ τὸν θεὸν ὅτι λελείψῃ, v. καὶ</w:t>
      </w:r>
    </w:p>
    <w:p>
      <w:r>
        <w:rPr>
          <w:rFonts w:ascii="Courier New" w:hAnsi="Courier New"/>
          <w:color w:val="555555"/>
          <w:sz w:val="20"/>
        </w:rPr>
        <w:t>[5]</w:t>
      </w:r>
    </w:p>
    <w:p>
      <w:r>
        <w:rPr>
          <w:rFonts w:ascii="Gentium Plus" w:hAnsi="Gentium Plus"/>
          <w:sz w:val="24"/>
        </w:rPr>
        <w:t>τὸν ἀετὸν μηδὲν ὀχλεῖν. εἰ μή τι δι’ Ἀντιφῶντα παρέ‐ [δ]ε̣ι̣ξ̣εν αὐτ̣όν, ἵν’ ε‐</w:t>
      </w:r>
    </w:p>
    <w:p>
      <w:r>
        <w:rPr>
          <w:rFonts w:ascii="Courier New" w:hAnsi="Courier New"/>
          <w:color w:val="555555"/>
          <w:sz w:val="20"/>
        </w:rPr>
        <w:t>[9-14]</w:t>
      </w:r>
    </w:p>
    <w:p>
      <w:r>
        <w:rPr>
          <w:rFonts w:ascii="Gentium Plus" w:hAnsi="Gentium Plus"/>
          <w:sz w:val="24"/>
        </w:rPr>
        <w:t>broken off</w:t>
      </w:r>
    </w:p>
    <w:p>
      <w:r>
        <w:rPr>
          <w:rFonts w:ascii="Courier New" w:hAnsi="Courier New"/>
          <w:color w:val="555555"/>
          <w:sz w:val="20"/>
        </w:rPr>
        <w:t>[24 col4]</w:t>
      </w:r>
    </w:p>
    <w:p>
      <w:r>
        <w:rPr>
          <w:rFonts w:ascii="Gentium Plus" w:hAnsi="Gentium Plus"/>
          <w:sz w:val="24"/>
        </w:rPr>
        <w:t>[Partial Letter][] μ[] εἰς υ̣ΙΙ πρὸς γὰ̣[ρ]</w:t>
      </w:r>
    </w:p>
    <w:p>
      <w:r>
        <w:rPr>
          <w:rFonts w:ascii="Courier New" w:hAnsi="Courier New"/>
          <w:color w:val="555555"/>
          <w:sz w:val="20"/>
        </w:rPr>
        <w:t>[5]</w:t>
      </w:r>
    </w:p>
    <w:p>
      <w:r>
        <w:rPr>
          <w:rFonts w:ascii="Gentium Plus" w:hAnsi="Gentium Plus"/>
          <w:sz w:val="24"/>
        </w:rPr>
        <w:t>πραγμα[] ὡς μαρ̣[τυροῦσιν ὄ]‐ ν[ε]ιρ̣[οι]</w:t>
      </w:r>
    </w:p>
    <w:p>
      <w:r>
        <w:rPr>
          <w:rFonts w:ascii="Courier New" w:hAnsi="Courier New"/>
          <w:color w:val="555555"/>
          <w:sz w:val="20"/>
        </w:rPr>
        <w:t>[8-14]</w:t>
      </w:r>
    </w:p>
    <w:p>
      <w:r>
        <w:rPr>
          <w:rFonts w:ascii="Gentium Plus" w:hAnsi="Gentium Plus"/>
          <w:sz w:val="24"/>
        </w:rPr>
        <w:t>broken off</w:t>
      </w:r>
    </w:p>
    <w:p>
      <w:r>
        <w:rPr>
          <w:rFonts w:ascii="Courier New" w:hAnsi="Courier New"/>
          <w:color w:val="555555"/>
          <w:sz w:val="20"/>
        </w:rPr>
        <w:t>[25 col1 (14)]</w:t>
      </w:r>
    </w:p>
    <w:p>
      <w:r>
        <w:rPr>
          <w:rFonts w:ascii="Gentium Plus" w:hAnsi="Gentium Plus"/>
          <w:sz w:val="24"/>
        </w:rPr>
        <w:t>[— — — — — — — — — —]τ̣ος</w:t>
      </w:r>
    </w:p>
    <w:p>
      <w:r>
        <w:rPr>
          <w:rFonts w:ascii="Courier New" w:hAnsi="Courier New"/>
          <w:color w:val="555555"/>
          <w:sz w:val="20"/>
        </w:rPr>
        <w:t>[25 col2 (10)]</w:t>
      </w:r>
    </w:p>
    <w:p>
      <w:r>
        <w:rPr>
          <w:rFonts w:ascii="Gentium Plus" w:hAnsi="Gentium Plus"/>
          <w:sz w:val="24"/>
        </w:rPr>
        <w:t>[τῷ δ’ εὐδαίμο]‐ νι δοκ̣[εῖ αἰεὶ ὁ δυσδαί]‐ μων ὀ[χληρότερος αὐ]‐ τοῦ, ἐπε̣[ιδὴ γέμει ταρα]‐</w:t>
      </w:r>
    </w:p>
    <w:p>
      <w:r>
        <w:rPr>
          <w:rFonts w:ascii="Courier New" w:hAnsi="Courier New"/>
          <w:color w:val="555555"/>
          <w:sz w:val="20"/>
        </w:rPr>
        <w:t>[26 col1]</w:t>
      </w:r>
    </w:p>
    <w:p>
      <w:r>
        <w:rPr>
          <w:rFonts w:ascii="Gentium Plus" w:hAnsi="Gentium Plus"/>
          <w:sz w:val="24"/>
        </w:rPr>
        <w:t>[— — — — — — — — — —]α̣ν̣ [— — — — — — — — — —]Ι̣Ι̣ [— — — — — — — — — —]τ̣ο̣ [— — — — — — — — — —]ν̣</w:t>
      </w:r>
    </w:p>
    <w:p>
      <w:r>
        <w:rPr>
          <w:rFonts w:ascii="Courier New" w:hAnsi="Courier New"/>
          <w:color w:val="555555"/>
          <w:sz w:val="20"/>
        </w:rPr>
        <w:t>[5]</w:t>
      </w:r>
    </w:p>
    <w:p>
      <w:r>
        <w:rPr>
          <w:rFonts w:ascii="Gentium Plus" w:hAnsi="Gentium Plus"/>
          <w:sz w:val="24"/>
        </w:rPr>
        <w:t>[— — — — — — — — — —]ε̣— —</w:t>
      </w:r>
    </w:p>
    <w:p>
      <w:r>
        <w:rPr>
          <w:rFonts w:ascii="Courier New" w:hAnsi="Courier New"/>
          <w:color w:val="555555"/>
          <w:sz w:val="20"/>
        </w:rPr>
        <w:t>[6-14]</w:t>
      </w:r>
    </w:p>
    <w:p>
      <w:r>
        <w:rPr>
          <w:rFonts w:ascii="Gentium Plus" w:hAnsi="Gentium Plus"/>
          <w:sz w:val="24"/>
        </w:rPr>
        <w:t>obliterated</w:t>
      </w:r>
    </w:p>
    <w:p>
      <w:r>
        <w:rPr>
          <w:rFonts w:ascii="Courier New" w:hAnsi="Courier New"/>
          <w:color w:val="555555"/>
          <w:sz w:val="20"/>
        </w:rPr>
        <w:t>[26 col2]</w:t>
      </w:r>
    </w:p>
    <w:p>
      <w:r>
        <w:rPr>
          <w:rFonts w:ascii="Gentium Plus" w:hAnsi="Gentium Plus"/>
          <w:sz w:val="24"/>
        </w:rPr>
        <w:t>— — — —c.9— — —νη̣— — — — — Λ̣.τ̣οΙ̣..κ̣τ̣.....Λ̣ω̣— — ν.υϹ̣τ̣η̣ς [Partial Letter]Λ̣Ι̣εϹ̣...ε̣— — ν̣η̣ν̣ε̣— — — — — — — — — — —</w:t>
      </w:r>
    </w:p>
    <w:p>
      <w:r>
        <w:rPr>
          <w:rFonts w:ascii="Courier New" w:hAnsi="Courier New"/>
          <w:color w:val="555555"/>
          <w:sz w:val="20"/>
        </w:rPr>
        <w:t>[5]</w:t>
      </w:r>
    </w:p>
    <w:p>
      <w:r>
        <w:rPr>
          <w:rFonts w:ascii="Gentium Plus" w:hAnsi="Gentium Plus"/>
          <w:sz w:val="24"/>
        </w:rPr>
        <w:t>ω̣σ̣— — —c.5— —ν̣— — — — — — — — — — — — — — — — — — — — [Partial Letter]— — — — — — — — — — — — — — — — — — — — — — — — — — — ν̣— — — — — — — — — — — — —</w:t>
      </w:r>
    </w:p>
    <w:p>
      <w:r>
        <w:rPr>
          <w:rFonts w:ascii="Courier New" w:hAnsi="Courier New"/>
          <w:color w:val="555555"/>
          <w:sz w:val="20"/>
        </w:rPr>
        <w:t>[10]</w:t>
      </w:r>
    </w:p>
    <w:p>
      <w:r>
        <w:rPr>
          <w:rFonts w:ascii="Gentium Plus" w:hAnsi="Gentium Plus"/>
          <w:sz w:val="24"/>
        </w:rPr>
        <w:t>κ̣— — — — — — — — — — — — — — — — — — — — — — — — — — — — ..νο̣— — — — — — — — — — — π[Partial Letter]Ι̣υνυν̣[Partial Letter]— — — — — — — — κ̣αὶ γ̣ὰ̣[ρ] οὐ— — — — —ε̣</w:t>
      </w:r>
    </w:p>
    <w:p>
      <w:r>
        <w:rPr>
          <w:rFonts w:ascii="Courier New" w:hAnsi="Courier New"/>
          <w:color w:val="555555"/>
          <w:sz w:val="20"/>
        </w:rPr>
        <w:t>[26 col3]</w:t>
      </w:r>
    </w:p>
    <w:p>
      <w:r>
        <w:rPr>
          <w:rFonts w:ascii="Gentium Plus" w:hAnsi="Gentium Plus"/>
          <w:sz w:val="24"/>
        </w:rPr>
        <w:t>Ι̣[Partial Letter]— — — — — — — — — — — — Ι̣ν̣εΙ̣.Ι̣Ι̣Ι̣— — — — — — — — — καιουΙ̣ — — — — — — — — — — — — — — — — — — — — — — —</w:t>
      </w:r>
    </w:p>
    <w:p>
      <w:r>
        <w:rPr>
          <w:rFonts w:ascii="Courier New" w:hAnsi="Courier New"/>
          <w:color w:val="555555"/>
          <w:sz w:val="20"/>
        </w:rPr>
        <w:t>[5]</w:t>
      </w:r>
    </w:p>
    <w:p>
      <w:r>
        <w:rPr>
          <w:rFonts w:ascii="Gentium Plus" w:hAnsi="Gentium Plus"/>
          <w:sz w:val="24"/>
        </w:rPr>
        <w:t>Ϲ̣ — — — — — — — — — — — — ..Ι̣— — — — — — — — — — — —</w:t>
      </w:r>
    </w:p>
    <w:p>
      <w:r>
        <w:rPr>
          <w:rFonts w:ascii="Courier New" w:hAnsi="Courier New"/>
          <w:color w:val="555555"/>
          <w:sz w:val="20"/>
        </w:rPr>
        <w:t>[7-14]</w:t>
      </w:r>
    </w:p>
    <w:p>
      <w:r>
        <w:rPr>
          <w:rFonts w:ascii="Gentium Plus" w:hAnsi="Gentium Plus"/>
          <w:sz w:val="24"/>
        </w:rPr>
        <w:t>obliterated</w:t>
      </w:r>
    </w:p>
    <w:p>
      <w:r>
        <w:rPr>
          <w:rFonts w:ascii="Courier New" w:hAnsi="Courier New"/>
          <w:color w:val="555555"/>
          <w:sz w:val="20"/>
        </w:rPr>
        <w:t>[27 col1]</w:t>
      </w:r>
    </w:p>
    <w:p>
      <w:r>
        <w:rPr>
          <w:rFonts w:ascii="Gentium Plus" w:hAnsi="Gentium Plus"/>
          <w:sz w:val="24"/>
        </w:rPr>
        <w:t>νονται̣[]</w:t>
      </w:r>
    </w:p>
    <w:p>
      <w:r>
        <w:rPr>
          <w:rFonts w:ascii="Courier New" w:hAnsi="Courier New"/>
          <w:color w:val="555555"/>
          <w:sz w:val="20"/>
        </w:rPr>
        <w:t>[28 col1]</w:t>
      </w:r>
    </w:p>
    <w:p>
      <w:r>
        <w:rPr>
          <w:rFonts w:ascii="Gentium Plus" w:hAnsi="Gentium Plus"/>
          <w:sz w:val="24"/>
        </w:rPr>
        <w:t>Διογένους [τοῦ Οἰνο]‐ ανδέως v. [περὶ τῶν] παθῶν καὶ [πράξεων] v.v. ἐπιτομ̣[ή].</w:t>
      </w:r>
    </w:p>
    <w:p>
      <w:r>
        <w:rPr>
          <w:rFonts w:ascii="Courier New" w:hAnsi="Courier New"/>
          <w:color w:val="555555"/>
          <w:sz w:val="20"/>
        </w:rPr>
        <w:t>[29 ante]</w:t>
      </w:r>
    </w:p>
    <w:p>
      <w:r>
        <w:rPr>
          <w:rFonts w:ascii="Gentium Plus" w:hAnsi="Gentium Plus"/>
          <w:sz w:val="24"/>
        </w:rPr>
        <w:t>[πολλοὶ γὰρ πλούτου καὶ δό]‐</w:t>
      </w:r>
    </w:p>
    <w:p>
      <w:r>
        <w:rPr>
          <w:rFonts w:ascii="Courier New" w:hAnsi="Courier New"/>
          <w:color w:val="555555"/>
          <w:sz w:val="20"/>
        </w:rPr>
        <w:t>[29 col1]</w:t>
      </w:r>
    </w:p>
    <w:p>
      <w:r>
        <w:rPr>
          <w:rFonts w:ascii="Gentium Plus" w:hAnsi="Gentium Plus"/>
          <w:sz w:val="24"/>
        </w:rPr>
        <w:t>[ξης] ἕ̣[νε]κ̣εν τὸ φιλο‐ [σο]φ̣εῖν̣ μ̣εταδιώκου‐ [Dividers of other Forms][σ]ιν, ὡς ἤτοι παρ’ ἰδι‐ ωτῶν ποριούμενοι</w:t>
      </w:r>
    </w:p>
    <w:p>
      <w:r>
        <w:rPr>
          <w:rFonts w:ascii="Courier New" w:hAnsi="Courier New"/>
          <w:color w:val="555555"/>
          <w:sz w:val="20"/>
        </w:rPr>
        <w:t>[5]</w:t>
      </w:r>
    </w:p>
    <w:p>
      <w:r>
        <w:rPr>
          <w:rFonts w:ascii="Gentium Plus" w:hAnsi="Gentium Plus"/>
          <w:sz w:val="24"/>
        </w:rPr>
        <w:t>ταῦτα ἢ βασιλέων, οἷς μέγα τι καὶ τείμιον κτῆμα φιλοσοφία [Dividers of other Forms]πεπίστευται. v. οὐχ ἵ‐ να οὖν τι τῶν εἰρη‐</w:t>
      </w:r>
    </w:p>
    <w:p>
      <w:r>
        <w:rPr>
          <w:rFonts w:ascii="Courier New" w:hAnsi="Courier New"/>
          <w:color w:val="555555"/>
          <w:sz w:val="20"/>
        </w:rPr>
        <w:t>[10]</w:t>
      </w:r>
    </w:p>
    <w:p>
      <w:r>
        <w:rPr>
          <w:rFonts w:ascii="Gentium Plus" w:hAnsi="Gentium Plus"/>
          <w:sz w:val="24"/>
        </w:rPr>
        <w:t>μένων καὶ ἡμεῖν γέ‐ νηται, πρὸς τὴν αὐ‐ τὴν ὡρμήσαμεν πρᾶ‐ ξιν, ἀλλ’ ὅπως εὐδαι‐ μονήσωμεν τὸ ἐπι‐</w:t>
      </w:r>
    </w:p>
    <w:p>
      <w:r>
        <w:rPr>
          <w:rFonts w:ascii="Courier New" w:hAnsi="Courier New"/>
          <w:color w:val="555555"/>
          <w:sz w:val="20"/>
        </w:rPr>
        <w:t>[29 col2]</w:t>
      </w:r>
    </w:p>
    <w:p>
      <w:r>
        <w:rPr>
          <w:rFonts w:ascii="Gentium Plus" w:hAnsi="Gentium Plus"/>
          <w:sz w:val="24"/>
        </w:rPr>
        <w:t>ζ̣η̣τ̣ούμενον ὑπὸ τῆς</w:t>
      </w:r>
    </w:p>
    <w:p>
      <w:r>
        <w:rPr>
          <w:rFonts w:ascii="Courier New" w:hAnsi="Courier New"/>
          <w:color w:val="555555"/>
          <w:sz w:val="20"/>
        </w:rPr>
        <w:t>[5]</w:t>
      </w:r>
    </w:p>
    <w:p>
      <w:r>
        <w:rPr>
          <w:rFonts w:ascii="Gentium Plus" w:hAnsi="Gentium Plus"/>
          <w:sz w:val="24"/>
        </w:rPr>
        <w:t>τος αὐτὸ δύναται [Dividers of other Forms]παρασχεῖν, μήτε δό‐ [Dividers of other Forms]ξα πολειτική, v. μήτε [Dividers of other Forms]βασιλεία, v. μήθ’ ἁβρο‐ δίαιτος βίος καὶ τρα‐</w:t>
      </w:r>
    </w:p>
    <w:p>
      <w:r>
        <w:rPr>
          <w:rFonts w:ascii="Courier New" w:hAnsi="Courier New"/>
          <w:color w:val="555555"/>
          <w:sz w:val="20"/>
        </w:rPr>
        <w:t>[10]</w:t>
      </w:r>
    </w:p>
    <w:p>
      <w:r>
        <w:rPr>
          <w:rFonts w:ascii="Gentium Plus" w:hAnsi="Gentium Plus"/>
          <w:sz w:val="24"/>
        </w:rPr>
        <w:t>[Dividers of other Forms]πεζῶν πολυτέλεια, μήτ’ ἀφροδεισίων [Dividers of other Forms]ἐγλελεγμένων ἡδο‐ ναί, v. μήτ’ ἄλλο μη‐ δέν, v. φιλοσοφία δὲ</w:t>
      </w:r>
    </w:p>
    <w:p>
      <w:r>
        <w:rPr>
          <w:rFonts w:ascii="Courier New" w:hAnsi="Courier New"/>
          <w:color w:val="555555"/>
          <w:sz w:val="20"/>
        </w:rPr>
        <w:t>[29 col3]</w:t>
      </w:r>
    </w:p>
    <w:p>
      <w:r>
        <w:rPr>
          <w:rFonts w:ascii="Gentium Plus" w:hAnsi="Gentium Plus"/>
          <w:sz w:val="24"/>
        </w:rPr>
        <w:t>περιπο[ιεῖν δύναται], ἡμεῖς [νῦν ἀποδείξο]‐ μεν, v. ὅλ̣[ον προθέντες τὸ] [Dividers of other Forms]πρόβ̣λ̣η̣[μα ὑμεῖν. τήν]‐</w:t>
      </w:r>
    </w:p>
    <w:p>
      <w:r>
        <w:rPr>
          <w:rFonts w:ascii="Courier New" w:hAnsi="Courier New"/>
          <w:color w:val="555555"/>
          <w:sz w:val="20"/>
        </w:rPr>
        <w:t>[5]</w:t>
      </w:r>
    </w:p>
    <w:p>
      <w:r>
        <w:rPr>
          <w:rFonts w:ascii="Gentium Plus" w:hAnsi="Gentium Plus"/>
          <w:sz w:val="24"/>
        </w:rPr>
        <w:t>δε μὲν [γὰρ τὴν συνγρα]‐ φὴν οὐχ [ἡμῶν αὐτῶν χά]‐ ριν, ἀλλ’ ὑ̣[μῶν ἕνεκα, ὦ πο]‐ λεῖται, κ[οινῶς ἐγραψά]‐ μεθα, ὅ[πως αὐτὴν παροῦ]‐</w:t>
      </w:r>
    </w:p>
    <w:p>
      <w:r>
        <w:rPr>
          <w:rFonts w:ascii="Courier New" w:hAnsi="Courier New"/>
          <w:color w:val="555555"/>
          <w:sz w:val="20"/>
        </w:rPr>
        <w:t>[10]</w:t>
      </w:r>
    </w:p>
    <w:p>
      <w:r>
        <w:rPr>
          <w:rFonts w:ascii="Gentium Plus" w:hAnsi="Gentium Plus"/>
          <w:sz w:val="24"/>
        </w:rPr>
        <w:t>σαν ὑμε[ῖν πᾶσιν εὐπρο]‐ σόδῳ τ[ρόπῳ χωρὶς φθόν]‐</w:t>
      </w:r>
    </w:p>
    <w:p>
      <w:r>
        <w:rPr>
          <w:rFonts w:ascii="Courier New" w:hAnsi="Courier New"/>
          <w:color w:val="555555"/>
          <w:sz w:val="20"/>
        </w:rPr>
        <w:t>[29 margin]</w:t>
      </w:r>
    </w:p>
    <w:p>
      <w:r>
        <w:rPr>
          <w:rFonts w:ascii="Gentium Plus" w:hAnsi="Gentium Plus"/>
          <w:sz w:val="24"/>
        </w:rPr>
        <w:t>[τὸ μακάριον καὶ ἄφθαρ]τ̣ον οὔτε αὐτὸ πράγματα ἔχει οὔτ̣ε̣ ἄ̣λ̣λ̣ῳ̣ π̣α̣ρέχ[ει, ὥστε οὔτε ὀργαῖς οὔτε χάρισι συνέχεται· ἐν ἀσθενεῖ γὰρ πᾶν τὸ τοιοῦτον.]</w:t>
      </w:r>
    </w:p>
    <w:p>
      <w:r>
        <w:rPr>
          <w:rFonts w:ascii="Courier New" w:hAnsi="Courier New"/>
          <w:color w:val="555555"/>
          <w:sz w:val="20"/>
        </w:rPr>
        <w:t>[30 col1]</w:t>
      </w:r>
    </w:p>
    <w:p>
      <w:r>
        <w:rPr>
          <w:rFonts w:ascii="Gentium Plus" w:hAnsi="Gentium Plus"/>
          <w:sz w:val="24"/>
        </w:rPr>
        <w:t>[— —c.4— —] χ̣ρόνοι πα‐ [— —c.4— —]νται, καὶ ταυ‐ [τεὶ ἐσ]κ̣ευωρούμεθα [τούτ]ω̣ν γε ἕνεκεν</w:t>
      </w:r>
    </w:p>
    <w:p>
      <w:r>
        <w:rPr>
          <w:rFonts w:ascii="Courier New" w:hAnsi="Courier New"/>
          <w:color w:val="555555"/>
          <w:sz w:val="20"/>
        </w:rPr>
        <w:t>[5]</w:t>
      </w:r>
    </w:p>
    <w:p>
      <w:r>
        <w:rPr>
          <w:rFonts w:ascii="Gentium Plus" w:hAnsi="Gentium Plus"/>
          <w:sz w:val="24"/>
        </w:rPr>
        <w:t>[ἵνα ᾖ] καὶ τὸ οἴκοι [καθη]μένους ἡμᾶς [τὰ φιλ]οσοφίας ἀγα‐ [θὰ ἐκθ]έσθαι, v. μὴ πᾶ‐ [σι τοῖ]ς ἐνταῦθα</w:t>
      </w:r>
    </w:p>
    <w:p>
      <w:r>
        <w:rPr>
          <w:rFonts w:ascii="Courier New" w:hAnsi="Courier New"/>
          <w:color w:val="555555"/>
          <w:sz w:val="20"/>
        </w:rPr>
        <w:t>[10]</w:t>
      </w:r>
    </w:p>
    <w:p>
      <w:r>
        <w:rPr>
          <w:rFonts w:ascii="Gentium Plus" w:hAnsi="Gentium Plus"/>
          <w:sz w:val="24"/>
        </w:rPr>
        <w:t>[δή, ἀλ]λὰ τοῖς τού̣‐ [των σ]τ̣όμα κ̣ο̣σ̣μί‐ [οις· ο]ὐ〈χ〉 ἥ̣κ̣ιστα δὲ [δὴ ἐπ]ράττομεν [ταυτ]ε̣ὶ διὰ τοὺς</w:t>
      </w:r>
    </w:p>
    <w:p>
      <w:r>
        <w:rPr>
          <w:rFonts w:ascii="Courier New" w:hAnsi="Courier New"/>
          <w:color w:val="555555"/>
          <w:sz w:val="20"/>
        </w:rPr>
        <w:t>[30 col2]</w:t>
      </w:r>
    </w:p>
    <w:p>
      <w:r>
        <w:rPr>
          <w:rFonts w:ascii="Gentium Plus" w:hAnsi="Gentium Plus"/>
          <w:sz w:val="24"/>
        </w:rPr>
        <w:t>κ̣αλουμέν̣ους μὲν ξένους, ο̣ὐ μήν γε ὄν‐ [Dividers of other Forms]τας. v. καθ̣’ ἑκάστην μὲν γὰρ ἀποτομὴν</w:t>
      </w:r>
    </w:p>
    <w:p>
      <w:r>
        <w:rPr>
          <w:rFonts w:ascii="Courier New" w:hAnsi="Courier New"/>
          <w:color w:val="555555"/>
          <w:sz w:val="20"/>
        </w:rPr>
        <w:t>[5]</w:t>
      </w:r>
    </w:p>
    <w:p>
      <w:r>
        <w:rPr>
          <w:rFonts w:ascii="Gentium Plus" w:hAnsi="Gentium Plus"/>
          <w:sz w:val="24"/>
        </w:rPr>
        <w:t>τῆς γῆς ἄλλων ἄλλη πατρίς ἐστιν, v. κατὰ δὲ τὴν̣ ὅλην περιοχὴν το̣ῦ̣δε τοῦ κόσμου μί‐ α̣ π̣άντων πατρίς ἐσ‐</w:t>
      </w:r>
    </w:p>
    <w:p>
      <w:r>
        <w:rPr>
          <w:rFonts w:ascii="Courier New" w:hAnsi="Courier New"/>
          <w:color w:val="555555"/>
          <w:sz w:val="20"/>
        </w:rPr>
        <w:t>[10]</w:t>
      </w:r>
    </w:p>
    <w:p>
      <w:r>
        <w:rPr>
          <w:rFonts w:ascii="Gentium Plus" w:hAnsi="Gentium Plus"/>
          <w:sz w:val="24"/>
        </w:rPr>
        <w:t>τ̣ιν ἡ πᾶσα γῆ καὶ εἷς [Dividers of other Forms]ὁ κόσμος οἶκος. v.v. οὐ‐ δένα δ’ ὑμῶν συναρ‐ πάζω ῥᾳδίως καὶ ἀνε‐ πισκεπτεὶ μαρτυρεῖν</w:t>
      </w:r>
    </w:p>
    <w:p>
      <w:r>
        <w:rPr>
          <w:rFonts w:ascii="Courier New" w:hAnsi="Courier New"/>
          <w:color w:val="555555"/>
          <w:sz w:val="20"/>
        </w:rPr>
        <w:t>[30 col3]</w:t>
      </w:r>
    </w:p>
    <w:p>
      <w:r>
        <w:rPr>
          <w:rFonts w:ascii="Gentium Plus" w:hAnsi="Gentium Plus"/>
          <w:sz w:val="24"/>
        </w:rPr>
        <w:t>τοῖς λέγουσ̣[ι “ταῦτα] ἔστ’ ἀληθῆ”· v. ἐ̣[δίκα]‐ [Dividers of other Forms]σα γὰρ οὐδέν̣, [οὐδὲ] [Dividers of other Forms]τὰ περὶ θεῶν̣, [εἰ μὴ ὁ]‐</w:t>
      </w:r>
    </w:p>
    <w:p>
      <w:r>
        <w:rPr>
          <w:rFonts w:ascii="Courier New" w:hAnsi="Courier New"/>
          <w:color w:val="555555"/>
          <w:sz w:val="20"/>
        </w:rPr>
        <w:t>[5]</w:t>
      </w:r>
    </w:p>
    <w:p>
      <w:r>
        <w:rPr>
          <w:rFonts w:ascii="Gentium Plus" w:hAnsi="Gentium Plus"/>
          <w:sz w:val="24"/>
        </w:rPr>
        <w:t>[Dividers of other Forms]μοῦ σὺν λογ̣[ισμῷ. ἓν] μόνον δ’ ἀξιῶ, [ὡς καὶ ἔ]‐</w:t>
      </w:r>
    </w:p>
    <w:p>
      <w:r>
        <w:rPr>
          <w:rFonts w:ascii="Courier New" w:hAnsi="Courier New"/>
          <w:color w:val="555555"/>
          <w:sz w:val="20"/>
        </w:rPr>
        <w:t>[10]</w:t>
      </w:r>
    </w:p>
    <w:p>
      <w:r>
        <w:rPr>
          <w:rFonts w:ascii="Gentium Plus" w:hAnsi="Gentium Plus"/>
          <w:sz w:val="24"/>
        </w:rPr>
        <w:t>καὶ ἄλυος [ᾖ, ἐφισ]‐ τάναι τοῖς γεγρ[αμμέ]‐ νοις, ποικίλως̣ [ἐπ’ αὐ]‐ τῶν ἕκαστον ἐ̣[πιστρέ]‐ φοντας καὶ πα[ριέν\|τας πάντα ἀναγινώσκειν]</w:t>
      </w:r>
    </w:p>
    <w:p>
      <w:r>
        <w:rPr>
          <w:rFonts w:ascii="Courier New" w:hAnsi="Courier New"/>
          <w:color w:val="555555"/>
          <w:sz w:val="20"/>
        </w:rPr>
        <w:t>[30 margin]</w:t>
      </w:r>
    </w:p>
    <w:p>
      <w:r>
        <w:rPr>
          <w:rFonts w:ascii="Gentium Plus" w:hAnsi="Gentium Plus"/>
          <w:sz w:val="24"/>
        </w:rPr>
        <w:t>[ὁ θάν]ατος οὐδὲν πρὸς ἡμᾶς· τὸ γὰρ διαλυθὲν ἀναισθη[τεῖ, τὸ δ’ ἀναισθητοῦν οὐδὲν πρὸς ἡμᾶς.]</w:t>
      </w:r>
    </w:p>
    <w:p>
      <w:r>
        <w:rPr>
          <w:rFonts w:ascii="Courier New" w:hAnsi="Courier New"/>
          <w:color w:val="555555"/>
          <w:sz w:val="20"/>
        </w:rPr>
        <w:t>[31 col1]</w:t>
      </w:r>
    </w:p>
    <w:p>
      <w:r>
        <w:rPr>
          <w:rFonts w:ascii="Gentium Plus" w:hAnsi="Gentium Plus"/>
          <w:sz w:val="24"/>
        </w:rPr>
        <w:t>ἀπὸ πρώ̣[της οὖν περὶ ἡδο]‐ νῶν ἀπα̣[ρξώμεθα λέγον]‐ τες, ἔτι τ̣[ε τοὺς λόγους] κατὰ μέ[ρος διασκοποῦν]‐</w:t>
      </w:r>
    </w:p>
    <w:p>
      <w:r>
        <w:rPr>
          <w:rFonts w:ascii="Courier New" w:hAnsi="Courier New"/>
          <w:color w:val="555555"/>
          <w:sz w:val="20"/>
        </w:rPr>
        <w:t>[5]</w:t>
      </w:r>
    </w:p>
    <w:p>
      <w:r>
        <w:rPr>
          <w:rFonts w:ascii="Gentium Plus" w:hAnsi="Gentium Plus"/>
          <w:sz w:val="24"/>
        </w:rPr>
        <w:t>τ̣ε̣ς̣ []</w:t>
      </w:r>
    </w:p>
    <w:p>
      <w:r>
        <w:rPr>
          <w:rFonts w:ascii="Courier New" w:hAnsi="Courier New"/>
          <w:color w:val="555555"/>
          <w:sz w:val="20"/>
        </w:rPr>
        <w:t>[32 ante]</w:t>
      </w:r>
    </w:p>
    <w:p>
      <w:r>
        <w:rPr>
          <w:rFonts w:ascii="Gentium Plus" w:hAnsi="Gentium Plus"/>
          <w:sz w:val="24"/>
        </w:rPr>
        <w:t>[τῆς— — — —ταύ]‐</w:t>
      </w:r>
    </w:p>
    <w:p>
      <w:r>
        <w:rPr>
          <w:rFonts w:ascii="Courier New" w:hAnsi="Courier New"/>
          <w:color w:val="555555"/>
          <w:sz w:val="20"/>
        </w:rPr>
        <w:t>[32 col1]</w:t>
      </w:r>
    </w:p>
    <w:p>
      <w:r>
        <w:rPr>
          <w:rFonts w:ascii="Gentium Plus" w:hAnsi="Gentium Plus"/>
          <w:sz w:val="24"/>
        </w:rPr>
        <w:t>της οὔσης κακόνου κ[ἀ]‐ [Dividers of other Forms]κείνης. v. ἐγὼ δὲ περὶ μ[ὲν] τῆς ἀφροσύνης μετὰ μ̣ε̣ι̣‐ κρὸν ἐρῶ, v. περὶ δὲ τῶν ἀ‐</w:t>
      </w:r>
    </w:p>
    <w:p>
      <w:r>
        <w:rPr>
          <w:rFonts w:ascii="Courier New" w:hAnsi="Courier New"/>
          <w:color w:val="555555"/>
          <w:sz w:val="20"/>
        </w:rPr>
        <w:t>[5]</w:t>
      </w:r>
    </w:p>
    <w:p>
      <w:r>
        <w:rPr>
          <w:rFonts w:ascii="Gentium Plus" w:hAnsi="Gentium Plus"/>
          <w:sz w:val="24"/>
        </w:rPr>
        <w:t>ρετῶν καὶ τῆς ἡδονῆς [Dividers of other Forms]ἤδη. v.v. εἰ μέν, ὦ ἄνδρες, τὸ μεταξὺ τούτων τε καὶ ἡμῶν προβεβλημένον ἐπίσκεψιν εἶχεν “τί τῆς</w:t>
      </w:r>
    </w:p>
    <w:p>
      <w:r>
        <w:rPr>
          <w:rFonts w:ascii="Courier New" w:hAnsi="Courier New"/>
          <w:color w:val="555555"/>
          <w:sz w:val="20"/>
        </w:rPr>
        <w:t>[10]</w:t>
      </w:r>
    </w:p>
    <w:p>
      <w:r>
        <w:rPr>
          <w:rFonts w:ascii="Gentium Plus" w:hAnsi="Gentium Plus"/>
          <w:sz w:val="24"/>
        </w:rPr>
        <w:t>εὐδαιμονίας ποιητικόν”, ἐβούλοντο δ’ οὗτοι τὰς ἀρε‐ τὰς λέγειν, ὃ δὴ καὶ ἀλη‐ [Dividers of other Forms]θὲς ἐτύνχανεν, οὐδὲν ἄλλ’ ἔδει ποιεῖν ἢ τούτοις</w:t>
      </w:r>
    </w:p>
    <w:p>
      <w:r>
        <w:rPr>
          <w:rFonts w:ascii="Courier New" w:hAnsi="Courier New"/>
          <w:color w:val="555555"/>
          <w:sz w:val="20"/>
        </w:rPr>
        <w:t>[32 col2]</w:t>
      </w:r>
    </w:p>
    <w:p>
      <w:r>
        <w:rPr>
          <w:rFonts w:ascii="Gentium Plus" w:hAnsi="Gentium Plus"/>
          <w:sz w:val="24"/>
        </w:rPr>
        <w:t>[τοῦθ’ ὁ]μ̣ογνωμονοῦν‐ [τας μ]ὴ̣ ἔχειν πράγμα‐ [τα. ἐπ]εὶ δ’, ὡς λέγω, τὸ πρό‐ β[λημ]α οὐ τοῦτό ἐστιν,</w:t>
      </w:r>
    </w:p>
    <w:p>
      <w:r>
        <w:rPr>
          <w:rFonts w:ascii="Courier New" w:hAnsi="Courier New"/>
          <w:color w:val="555555"/>
          <w:sz w:val="20"/>
        </w:rPr>
        <w:t>[5]</w:t>
      </w:r>
    </w:p>
    <w:p>
      <w:r>
        <w:rPr>
          <w:rFonts w:ascii="Gentium Plus" w:hAnsi="Gentium Plus"/>
          <w:sz w:val="24"/>
        </w:rPr>
        <w:t>τί τ̣[ῆ]ς εὐδαιμονίας ποι‐ ητ[ι]κόν, τί δὲ τὸ εὐδαι‐</w:t>
      </w:r>
    </w:p>
    <w:p>
      <w:r>
        <w:rPr>
          <w:rFonts w:ascii="Courier New" w:hAnsi="Courier New"/>
          <w:color w:val="555555"/>
          <w:sz w:val="20"/>
        </w:rPr>
        <w:t>[10]</w:t>
      </w:r>
    </w:p>
    <w:p>
      <w:r>
        <w:rPr>
          <w:rFonts w:ascii="Gentium Plus" w:hAnsi="Gentium Plus"/>
          <w:sz w:val="24"/>
        </w:rPr>
        <w:t>μὲν [ἡ]δ̣ονὴν λ̣[έγ]ω̣ καὶ νῦν̣ κ̣αὶ ἀεὶ πᾶσιν Ἕλλη‐ σι κ[αὶ] βαρβάροις μέγα ἐνβ̣[ο]ῶν τῆς ἀρίστης δια[γ]ω̣γῆς ὑπάρχειν τέ̣‐</w:t>
      </w:r>
    </w:p>
    <w:p>
      <w:r>
        <w:rPr>
          <w:rFonts w:ascii="Courier New" w:hAnsi="Courier New"/>
          <w:color w:val="555555"/>
          <w:sz w:val="20"/>
        </w:rPr>
        <w:t>[32 col3]</w:t>
      </w:r>
    </w:p>
    <w:p>
      <w:r>
        <w:rPr>
          <w:rFonts w:ascii="Gentium Plus" w:hAnsi="Gentium Plus"/>
          <w:sz w:val="24"/>
        </w:rPr>
        <w:t>[Dividers of other Forms]λος, τὰς δὲ ἀρετὰς τὰς νῦν ἀκαίρως ὑπὸ τού‐ των ἐνοχλουμένας (ἀπὸ γὰρ τῆς τοῦ ποιητικοῦ</w:t>
      </w:r>
    </w:p>
    <w:p>
      <w:r>
        <w:rPr>
          <w:rFonts w:ascii="Courier New" w:hAnsi="Courier New"/>
          <w:color w:val="555555"/>
          <w:sz w:val="20"/>
        </w:rPr>
        <w:t>[5]</w:t>
      </w:r>
    </w:p>
    <w:p>
      <w:r>
        <w:rPr>
          <w:rFonts w:ascii="Gentium Plus" w:hAnsi="Gentium Plus"/>
          <w:sz w:val="24"/>
        </w:rPr>
        <w:t>χώρας εἰς τὴν τοῦ τέλους [Dividers of other Forms]μεταφέρονται) v. τέλος μὲν οὐδαμῶς, ποιητι‐ [Dividers of other Forms]κὰς δὲ τοῦ τέλους εἶναι. τοῦτο τοίνυν ὅτι ἔστ’ ἀ‐</w:t>
      </w:r>
    </w:p>
    <w:p>
      <w:r>
        <w:rPr>
          <w:rFonts w:ascii="Courier New" w:hAnsi="Courier New"/>
          <w:color w:val="555555"/>
          <w:sz w:val="20"/>
        </w:rPr>
        <w:t>[10]</w:t>
      </w:r>
    </w:p>
    <w:p>
      <w:r>
        <w:rPr>
          <w:rFonts w:ascii="Gentium Plus" w:hAnsi="Gentium Plus"/>
          <w:sz w:val="24"/>
        </w:rPr>
        <w:t>ληθὲς ἤδη λέγωμεν ἔνθεν ἀρξάμενοι. v.v. εἴ τις ἄρα ἐρωτήσαι τινά, καίπερ εὐήθους ὄντος τοῦ ἐρωτήματος, τίς ἐσ‐</w:t>
      </w:r>
    </w:p>
    <w:p>
      <w:r>
        <w:rPr>
          <w:rFonts w:ascii="Courier New" w:hAnsi="Courier New"/>
          <w:color w:val="555555"/>
          <w:sz w:val="20"/>
        </w:rPr>
        <w:t>[32 col4]</w:t>
      </w:r>
    </w:p>
    <w:p>
      <w:r>
        <w:rPr>
          <w:rFonts w:ascii="Gentium Plus" w:hAnsi="Gentium Plus"/>
          <w:sz w:val="24"/>
        </w:rPr>
        <w:t>τιν ὃν ὠφελοῦσιν αἱ ἀρ̣[ε]‐ ταὶ αὗται, δῆλον ὅτι φ̣ή̣‐ [Dividers of other Forms]σει τὸν ἄνθρωπον. v. ο[ὐ] δή γε τῶν παριπταμέ̣‐</w:t>
      </w:r>
    </w:p>
    <w:p>
      <w:r>
        <w:rPr>
          <w:rFonts w:ascii="Courier New" w:hAnsi="Courier New"/>
          <w:color w:val="555555"/>
          <w:sz w:val="20"/>
        </w:rPr>
        <w:t>[5]</w:t>
      </w:r>
    </w:p>
    <w:p>
      <w:r>
        <w:rPr>
          <w:rFonts w:ascii="Gentium Plus" w:hAnsi="Gentium Plus"/>
          <w:sz w:val="24"/>
        </w:rPr>
        <w:t>νων τούτων οἰωνῶν, ὅ‐ πως πτήσονται καλῶς, ἢ τῶν ἄλλων ζῴων ἑκά[σ]‐ του ποιοῦνται τὴν πρό̣‐</w:t>
      </w:r>
    </w:p>
    <w:p>
      <w:r>
        <w:rPr>
          <w:rFonts w:ascii="Courier New" w:hAnsi="Courier New"/>
          <w:color w:val="555555"/>
          <w:sz w:val="20"/>
        </w:rPr>
        <w:t>[10]</w:t>
      </w:r>
    </w:p>
    <w:p>
      <w:r>
        <w:rPr>
          <w:rFonts w:ascii="Gentium Plus" w:hAnsi="Gentium Plus"/>
          <w:sz w:val="24"/>
        </w:rPr>
        <w:t>τὴν φύσιν ᾗ σύνεισιν [Dividers of other Forms]καὶ ὑφ’ ἧς γεγέννηντα̣[ι], ἀλλὰ ταύτης ἕνεκα πρ[άτ]‐ τουσι πάντα καί εἰσιν α̣[ἱ ἀ]‐ ρεταί. v. ἑκάστην οὖν ε̣[]</w:t>
      </w:r>
    </w:p>
    <w:p>
      <w:r>
        <w:rPr>
          <w:rFonts w:ascii="Courier New" w:hAnsi="Courier New"/>
          <w:color w:val="555555"/>
          <w:sz w:val="20"/>
        </w:rPr>
        <w:t>[32 col5]</w:t>
      </w:r>
    </w:p>
    <w:p>
      <w:r>
        <w:rPr>
          <w:rFonts w:ascii="Gentium Plus" w:hAnsi="Gentium Plus"/>
          <w:sz w:val="24"/>
        </w:rPr>
        <w:t>(1—7 broken off)</w:t>
      </w:r>
    </w:p>
    <w:p>
      <w:r>
        <w:rPr>
          <w:rFonts w:ascii="Courier New" w:hAnsi="Courier New"/>
          <w:color w:val="555555"/>
          <w:sz w:val="20"/>
        </w:rPr>
        <w:t>[7]</w:t>
      </w:r>
    </w:p>
    <w:p>
      <w:r>
        <w:rPr>
          <w:rFonts w:ascii="Gentium Plus" w:hAnsi="Gentium Plus"/>
          <w:sz w:val="24"/>
        </w:rPr>
        <w:t>[ποιη]‐ [τ]ι̣κ̣.Ι̣v.?α̣— — — — — — — ὥσπερ εἰ μή̣τηρ καθ̣’ ἅ̣‐</w:t>
      </w:r>
    </w:p>
    <w:p>
      <w:r>
        <w:rPr>
          <w:rFonts w:ascii="Courier New" w:hAnsi="Courier New"/>
          <w:color w:val="555555"/>
          <w:sz w:val="20"/>
        </w:rPr>
        <w:t>[10]</w:t>
      </w:r>
    </w:p>
    <w:p>
      <w:r>
        <w:rPr>
          <w:rFonts w:ascii="Gentium Plus" w:hAnsi="Gentium Plus"/>
          <w:sz w:val="24"/>
        </w:rPr>
        <w:t>τινα ὁρᾷ̣ τὴν ἔχου̣‐ σαν φύσιν ἐνταῦθα κλη‐ θεῖσαν, εἶτ̣α̣ δ̣έ̣ο̣ν̣ τ̣ὸ̣ ἐ̣ᾶ̣ν̣ τὸ σ̣υ̣νέδ̣ρι̣ο̣ν̣ ἐρω̣τ̣ᾶ̣σ‐ θαι τ̣ί̣ ποιεῖ καὶ τ̣ί̣σ̣ι̣[ν] ἑ̣κασ‐</w:t>
      </w:r>
    </w:p>
    <w:p>
      <w:r>
        <w:rPr>
          <w:rFonts w:ascii="Courier New" w:hAnsi="Courier New"/>
          <w:color w:val="555555"/>
          <w:sz w:val="20"/>
        </w:rPr>
        <w:t>[32 col6]</w:t>
      </w:r>
    </w:p>
    <w:p>
      <w:r>
        <w:rPr>
          <w:rFonts w:ascii="Gentium Plus" w:hAnsi="Gentium Plus"/>
          <w:sz w:val="24"/>
        </w:rPr>
        <w:t>(1—9 broken off)</w:t>
      </w:r>
    </w:p>
    <w:p>
      <w:r>
        <w:rPr>
          <w:rFonts w:ascii="Courier New" w:hAnsi="Courier New"/>
          <w:color w:val="555555"/>
          <w:sz w:val="20"/>
        </w:rPr>
        <w:t>[1]</w:t>
      </w:r>
    </w:p>
    <w:p>
      <w:r>
        <w:rPr>
          <w:rFonts w:ascii="Gentium Plus" w:hAnsi="Gentium Plus"/>
          <w:sz w:val="24"/>
        </w:rPr>
        <w:t>[τ]</w:t>
      </w:r>
    </w:p>
    <w:p>
      <w:r>
        <w:rPr>
          <w:rFonts w:ascii="Courier New" w:hAnsi="Courier New"/>
          <w:color w:val="555555"/>
          <w:sz w:val="20"/>
        </w:rPr>
        <w:t>[10]</w:t>
      </w:r>
    </w:p>
    <w:p>
      <w:r>
        <w:rPr>
          <w:rFonts w:ascii="Gentium Plus" w:hAnsi="Gentium Plus"/>
          <w:sz w:val="24"/>
        </w:rPr>
        <w:t>[— — —c.5— —ἡμεῖν δὲ] ἀ̣π̣[οδει]‐ [Dividers of other Forms]κτέον τίνες τε τῶν ἐπι‐ θυμιῶν φυσικαὶ καὶ τίνες [Dividers of other Forms]μή· καὶ τὸ σύνολον πάν‐ θ’ ὅσαπερ ἂν εἰς τὸν πρό‐</w:t>
      </w:r>
    </w:p>
    <w:p>
      <w:r>
        <w:rPr>
          <w:rFonts w:ascii="Courier New" w:hAnsi="Courier New"/>
          <w:color w:val="555555"/>
          <w:sz w:val="20"/>
        </w:rPr>
        <w:t>[32 col7]</w:t>
      </w:r>
    </w:p>
    <w:p>
      <w:r>
        <w:rPr>
          <w:rFonts w:ascii="Gentium Plus" w:hAnsi="Gentium Plus"/>
          <w:sz w:val="24"/>
        </w:rPr>
        <w:t>(1—10 broken off)</w:t>
      </w:r>
    </w:p>
    <w:p>
      <w:r>
        <w:rPr>
          <w:rFonts w:ascii="Courier New" w:hAnsi="Courier New"/>
          <w:color w:val="555555"/>
          <w:sz w:val="20"/>
        </w:rPr>
        <w:t>[1]</w:t>
      </w:r>
    </w:p>
    <w:p>
      <w:r>
        <w:rPr>
          <w:rFonts w:ascii="Gentium Plus" w:hAnsi="Gentium Plus"/>
          <w:sz w:val="24"/>
        </w:rPr>
        <w:t>[τερον ἀριθμὸν εἰσφέρη]‐</w:t>
      </w:r>
    </w:p>
    <w:p>
      <w:r>
        <w:rPr>
          <w:rFonts w:ascii="Courier New" w:hAnsi="Courier New"/>
          <w:color w:val="555555"/>
          <w:sz w:val="20"/>
        </w:rPr>
        <w:t>[11]</w:t>
      </w:r>
    </w:p>
    <w:p>
      <w:r>
        <w:rPr>
          <w:rFonts w:ascii="Gentium Plus" w:hAnsi="Gentium Plus"/>
          <w:sz w:val="24"/>
        </w:rPr>
        <w:t>[Dividers of other Forms]μ̣ μι[] οτ̣[] ε[]</w:t>
      </w:r>
    </w:p>
    <w:p>
      <w:r>
        <w:rPr>
          <w:rFonts w:ascii="Courier New" w:hAnsi="Courier New"/>
          <w:color w:val="555555"/>
          <w:sz w:val="20"/>
        </w:rPr>
        <w:t>[32 margin]</w:t>
      </w:r>
    </w:p>
    <w:p>
      <w:r>
        <w:rPr>
          <w:rFonts w:ascii="Gentium Plus" w:hAnsi="Gentium Plus"/>
          <w:sz w:val="24"/>
        </w:rPr>
        <w:t>[ἕνεκα τοῦ θαρρεῖν ἐξ ἀνθρώπων ἦν κατὰ φύσιν ἀρχῆς καὶ βασιλείας ἀγαθόν, ἐξ ὧν ἄν ποτε οἷός τ’ ]ᾖ τοῦτο παρασκευ[άζε]σ̣θ̣α̣ι̣. vacat [οὐδεμία ἡδ]ονὴ καθ’ ἑαυτὴν κα̣[κόν· ἀλλὰ τὰ] π̣οιητικὰ ἐνίω̣ν ἡδ̣ο̣νῶν πο̣λλ[α]πλ[α]σ̣ί̣[ους ὀχλήσεις</w:t>
      </w:r>
    </w:p>
    <w:p>
      <w:r>
        <w:rPr>
          <w:rFonts w:ascii="Courier New" w:hAnsi="Courier New"/>
          <w:color w:val="555555"/>
          <w:sz w:val="20"/>
        </w:rPr>
        <w:t>[5]</w:t>
      </w:r>
    </w:p>
    <w:p>
      <w:r>
        <w:rPr>
          <w:rFonts w:ascii="Gentium Plus" w:hAnsi="Gentium Plus"/>
          <w:sz w:val="24"/>
        </w:rPr>
        <w:t>ἐπιφέρει τῶν ἡδονῶν].</w:t>
      </w:r>
    </w:p>
    <w:p>
      <w:r>
        <w:rPr>
          <w:rFonts w:ascii="Courier New" w:hAnsi="Courier New"/>
          <w:color w:val="555555"/>
          <w:sz w:val="20"/>
        </w:rPr>
        <w:t>[33 col1]</w:t>
      </w:r>
    </w:p>
    <w:p>
      <w:r>
        <w:rPr>
          <w:rFonts w:ascii="Gentium Plus" w:hAnsi="Gentium Plus"/>
          <w:sz w:val="24"/>
        </w:rPr>
        <w:t>[— — — —c.8— — — —]ω̣ν̣α̣με̣νον̣ [— — — — —c.9— — — —]κ̣.α. δ̣υνα‐ [— — — — —c.10— — — — —]ν̣τ̣ο̣ ἀ̣ρετὰ̣ς̣ [— — — —c.8— — — —]α̣ το̣ιαύτας</w:t>
      </w:r>
    </w:p>
    <w:p>
      <w:r>
        <w:rPr>
          <w:rFonts w:ascii="Courier New" w:hAnsi="Courier New"/>
          <w:color w:val="555555"/>
          <w:sz w:val="20"/>
        </w:rPr>
        <w:t>[5]</w:t>
      </w:r>
    </w:p>
    <w:p>
      <w:r>
        <w:rPr>
          <w:rFonts w:ascii="Gentium Plus" w:hAnsi="Gentium Plus"/>
          <w:sz w:val="24"/>
        </w:rPr>
        <w:t>[— —c.4— —ἡδ]ον̣ὴν Ϲ̣.[Partial Letter]ρε̣ι κα̣ὶ [— —c.3—ἀρ]ε̣τ̣ῶ̣ν̣ κ̣...νπο̣ρ [— — —c.5— —]ω̣τις ἀλγ̣ε̣ῖ̣ πο̣λ̣[ὺ] [— —c.4— —]ον τὸ κ̣ακ̣ό̣ν̣ [ἐσ]τ̣ι̣ν</w:t>
      </w:r>
    </w:p>
    <w:p>
      <w:r>
        <w:rPr>
          <w:rFonts w:ascii="Courier New" w:hAnsi="Courier New"/>
          <w:color w:val="555555"/>
          <w:sz w:val="20"/>
        </w:rPr>
        <w:t>[10]</w:t>
      </w:r>
    </w:p>
    <w:p>
      <w:r>
        <w:rPr>
          <w:rFonts w:ascii="Gentium Plus" w:hAnsi="Gentium Plus"/>
          <w:sz w:val="24"/>
        </w:rPr>
        <w:t>[— —c.4— —ἐ]κ̣ π̣ασῶν ἀρ̣ετῶν [— —c.4— —]Ι̣να̣ χ̣ω̣ρὶς τόνου [— —c.3—τ]ὴ̣ν ἡδονήν, εὑρισ‐ [κόμε]ν̣ον δ’ ὁμολογοῦσι [σοφισ]τ̣αὶ οὗτοι πολλά‐</w:t>
      </w:r>
    </w:p>
    <w:p>
      <w:r>
        <w:rPr>
          <w:rFonts w:ascii="Courier New" w:hAnsi="Courier New"/>
          <w:color w:val="555555"/>
          <w:sz w:val="20"/>
        </w:rPr>
        <w:t>[33 col2]</w:t>
      </w:r>
    </w:p>
    <w:p>
      <w:r>
        <w:rPr>
          <w:rFonts w:ascii="Gentium Plus" w:hAnsi="Gentium Plus"/>
          <w:sz w:val="24"/>
        </w:rPr>
        <w:t>[κι]ς οὐκ̣ ἀ̣πο̣Ι̣...[Partial Letter]̣Υ̣.Υ̣[Partial Letter]̣[Partial Letter]̣ — — — —c.8— — — —[καὶ ὁ Ζ]ή̣ν̣ω̣ν̣ α̣ὐ̣τὸς̣ [τ]ὴ̣ν̣ [δ]ό̣ξ̣α̣ν̣ [εἰσ]η̣[γεῖ]‐ τ̣αι πρ.ενΙ̣.ονϹ̣.Ι̣Δ̣Ε̣Ν̣</w:t>
      </w:r>
    </w:p>
    <w:p>
      <w:r>
        <w:rPr>
          <w:rFonts w:ascii="Courier New" w:hAnsi="Courier New"/>
          <w:color w:val="555555"/>
          <w:sz w:val="20"/>
        </w:rPr>
        <w:t>[5]</w:t>
      </w:r>
    </w:p>
    <w:p>
      <w:r>
        <w:rPr>
          <w:rFonts w:ascii="Gentium Plus" w:hAnsi="Gentium Plus"/>
          <w:sz w:val="24"/>
        </w:rPr>
        <w:t>Ι̣Λ̣τ̣ικ..Ψ̣ηΡ̣Λ̣ρΛ̣Π̣Λ̣Ι̣Ι̣Ρ̣Ο̣ Ι̣Λ̣Ι̣.Μ̣ο̣Ι̣Ι̣.Ι̣ο̣c̣ω̣..κ̣Λ— —c.3— Ι̣Ιαι[Partial Letter]..Χ̣ω̣..Λ̣Ϲ̣Γ̣Λ̣Π̣ου σιν [Partial Letter]̣Υ̣[Partial Letter]̣[Partial Letter]̣Δ̣Ι̣Ο̣Τ̣.Ν̣.Γ̣Ι̣Ν̣.Ν̣ κ[Partial Letter]̣Γ̣Λ̣Π̣Λ̣Ι̣τακ̣[Partial Letter]̣Ι̣Ϲ̣ιν, v. ? ὥσ‐</w:t>
      </w:r>
    </w:p>
    <w:p>
      <w:r>
        <w:rPr>
          <w:rFonts w:ascii="Courier New" w:hAnsi="Courier New"/>
          <w:color w:val="555555"/>
          <w:sz w:val="20"/>
        </w:rPr>
        <w:t>[10]</w:t>
      </w:r>
    </w:p>
    <w:p>
      <w:r>
        <w:rPr>
          <w:rFonts w:ascii="Gentium Plus" w:hAnsi="Gentium Plus"/>
          <w:sz w:val="24"/>
        </w:rPr>
        <w:t>περ ε̣ἰ λ̣έ̣γε̣[ι] ἀ̣ρ[ε]τ̣ὴν ἡδο‐ νὴν εἵς, τοὺ̣ς δὲ ἀν̣θρώ‐ [Dividers of other Forms]πους ἐπ’ αὐτὰς τρέχ̣ειν. καὶ πά̣λιν ἀλλαχοῦ ταύ‐ της ἐπιλαθόμενοι τῆς</w:t>
      </w:r>
    </w:p>
    <w:p>
      <w:r>
        <w:rPr>
          <w:rFonts w:ascii="Courier New" w:hAnsi="Courier New"/>
          <w:color w:val="555555"/>
          <w:sz w:val="20"/>
        </w:rPr>
        <w:t>[33 col3]</w:t>
      </w:r>
    </w:p>
    <w:p>
      <w:r>
        <w:rPr>
          <w:rFonts w:ascii="Gentium Plus" w:hAnsi="Gentium Plus"/>
          <w:sz w:val="24"/>
        </w:rPr>
        <w:t>π̣ε̣[ί]ν̣ης (οὐ [γ]ὰρ ε̣[ἶ]π̣ον̣ [ὅτι]</w:t>
      </w:r>
    </w:p>
    <w:p>
      <w:r>
        <w:rPr>
          <w:rFonts w:ascii="Courier New" w:hAnsi="Courier New"/>
          <w:color w:val="555555"/>
          <w:sz w:val="20"/>
        </w:rPr>
        <w:t>[5]</w:t>
      </w:r>
    </w:p>
    <w:p>
      <w:r>
        <w:rPr>
          <w:rFonts w:ascii="Gentium Plus" w:hAnsi="Gentium Plus"/>
          <w:sz w:val="24"/>
        </w:rPr>
        <w:t>ὥ̣στ̣ε̣ αὐτὴν Ϲ̣Κ̣ε̣ι̣ρον οὐ̣‐ δ̣ὲν κυνΛ̣Ϲ̣Οαι. v. Ι̣Ι̣Ι̣Ι̣Μ̣Α̣Υ̣ [Partial Letter]̣Λ̣[Partial Letter]̣Ϲ̣ Ι̣ο̣ο̣Γ̣c̣Λ̣Ϲ̣Ν̣ [δ]ύ̣ναται, ὡς οὗτοι κ̣[αθ]ίενται π̣[ᾶ]‐ σιν α̣ὐ̣τὴν τοῖς ἀνθ̣ρ̣ώ̣‐</w:t>
      </w:r>
    </w:p>
    <w:p>
      <w:r>
        <w:rPr>
          <w:rFonts w:ascii="Courier New" w:hAnsi="Courier New"/>
          <w:color w:val="555555"/>
          <w:sz w:val="20"/>
        </w:rPr>
        <w:t>[10]</w:t>
      </w:r>
    </w:p>
    <w:p>
      <w:r>
        <w:rPr>
          <w:rFonts w:ascii="Gentium Plus" w:hAnsi="Gentium Plus"/>
          <w:sz w:val="24"/>
        </w:rPr>
        <w:t>ποις δ̣ε̣λ̣έ̣ατος τρό̣πον, κ̣α̣θ̣άπερ ὄρνειθας αὐ‐ τούς, τ̣η̣λο̣ῦ δὲ̣ σύρειν ἀπο̣‐ β̣εβ̣ηκότας εἰς τὰ τῶν ἀ‐ ρετῶν ὀνόματα, ποτὲ \| [μὲν— — — —, ποτὲ δὲ— — —]</w:t>
      </w:r>
    </w:p>
    <w:p>
      <w:r>
        <w:rPr>
          <w:rFonts w:ascii="Courier New" w:hAnsi="Courier New"/>
          <w:color w:val="555555"/>
          <w:sz w:val="20"/>
        </w:rPr>
        <w:t>[33 col4]</w:t>
      </w:r>
    </w:p>
    <w:p>
      <w:r>
        <w:rPr>
          <w:rFonts w:ascii="Gentium Plus" w:hAnsi="Gentium Plus"/>
          <w:sz w:val="24"/>
        </w:rPr>
        <w:t>(missing)</w:t>
      </w:r>
    </w:p>
    <w:p>
      <w:r>
        <w:rPr>
          <w:rFonts w:ascii="Courier New" w:hAnsi="Courier New"/>
          <w:color w:val="555555"/>
          <w:sz w:val="20"/>
        </w:rPr>
        <w:t>[33 col5]</w:t>
      </w:r>
    </w:p>
    <w:p>
      <w:r>
        <w:rPr>
          <w:rFonts w:ascii="Gentium Plus" w:hAnsi="Gentium Plus"/>
          <w:sz w:val="24"/>
        </w:rPr>
        <w:t>[— —c.5— —]α̣τειν ὑπομέ‐ [νον]τ̣ες. v.v. βούλομαι [δὲ ν]ῦν καὶ τὸν κατέ‐ [χον]τ̣α ὑμᾶς μετὰ</w:t>
      </w:r>
    </w:p>
    <w:p>
      <w:r>
        <w:rPr>
          <w:rFonts w:ascii="Courier New" w:hAnsi="Courier New"/>
          <w:color w:val="555555"/>
          <w:sz w:val="20"/>
        </w:rPr>
        <w:t>[5]</w:t>
      </w:r>
    </w:p>
    <w:p>
      <w:r>
        <w:rPr>
          <w:rFonts w:ascii="Gentium Plus" w:hAnsi="Gentium Plus"/>
          <w:sz w:val="24"/>
        </w:rPr>
        <w:t>[ἄλλων] τ̣αὐτοῦ πάθους [πέρι ἀφ]εῖναι πλάνον, [καὶ μά]λ̣ιστα πρὸς ἓν [εἰπεῖν] δόγμα ὑμῶν, [ὦ Στώα]κ̣ες. ἔστιν δὲ οὕ‐</w:t>
      </w:r>
    </w:p>
    <w:p>
      <w:r>
        <w:rPr>
          <w:rFonts w:ascii="Courier New" w:hAnsi="Courier New"/>
          <w:color w:val="555555"/>
          <w:sz w:val="20"/>
        </w:rPr>
        <w:t>[10]</w:t>
      </w:r>
    </w:p>
    <w:p>
      <w:r>
        <w:rPr>
          <w:rFonts w:ascii="Gentium Plus" w:hAnsi="Gentium Plus"/>
          <w:sz w:val="24"/>
        </w:rPr>
        <w:t>[τως· οὐ] πάντα τὰ ἐν [τοῖς πρά]γμασι ποιητι‐</w:t>
      </w:r>
    </w:p>
    <w:p>
      <w:r>
        <w:rPr>
          <w:rFonts w:ascii="Courier New" w:hAnsi="Courier New"/>
          <w:color w:val="555555"/>
          <w:sz w:val="20"/>
        </w:rPr>
        <w:t>[33 col6]</w:t>
      </w:r>
    </w:p>
    <w:p>
      <w:r>
        <w:rPr>
          <w:rFonts w:ascii="Gentium Plus" w:hAnsi="Gentium Plus"/>
          <w:sz w:val="24"/>
        </w:rPr>
        <w:t>[Dividers of other Forms]λ’ αὐτῶν τὰ μ[ὲν πρω]‐ [Dividers of other Forms]τοχρονεῖ, τὰ δὲ [συν]χρ̣ο̣‐ [Dividers of other Forms]νεῖ, v. τὰ δὲ μετα[χρο]νεῖ. καὶ πρωτ̣οχρον̣[εῖ] μ̣ὲν̣</w:t>
      </w:r>
    </w:p>
    <w:p>
      <w:r>
        <w:rPr>
          <w:rFonts w:ascii="Courier New" w:hAnsi="Courier New"/>
          <w:color w:val="555555"/>
          <w:sz w:val="20"/>
        </w:rPr>
        <w:t>[5]</w:t>
      </w:r>
    </w:p>
    <w:p>
      <w:r>
        <w:rPr>
          <w:rFonts w:ascii="Gentium Plus" w:hAnsi="Gentium Plus"/>
          <w:sz w:val="24"/>
        </w:rPr>
        <w:t>[Dividers of other Forms]ὥσπερ φέρει ἡ [κ]α̣ῦσις καὶ ἡ τομὴ τὸ σ[ῴζ]ε̣ι[ν]. δεῖ γὰρ ἐνταῦθ̣[α τὸ τῆς] ἀλγηδόνο̣ς̣ [ἄκρον] φ̣έ̣‐ ρ̣εσθαι [καὶ μετὰ τ]α̣ῦ̣‐</w:t>
      </w:r>
    </w:p>
    <w:p>
      <w:r>
        <w:rPr>
          <w:rFonts w:ascii="Courier New" w:hAnsi="Courier New"/>
          <w:color w:val="555555"/>
          <w:sz w:val="20"/>
        </w:rPr>
        <w:t>[10]</w:t>
      </w:r>
    </w:p>
    <w:p>
      <w:r>
        <w:rPr>
          <w:rFonts w:ascii="Gentium Plus" w:hAnsi="Gentium Plus"/>
          <w:sz w:val="24"/>
        </w:rPr>
        <w:t>τ̣α τὴν ἡ̣[δονὴν] ὑ̣πα‐ [Dividers of other Forms]κολουθ̣ε̣[ῖν. συν]χ̣ρ̣ο‐ νεῖ δὲ ὥσπερ [στερ]ε̣ὰ̣ καὶ ὑγρὰ τρο[φεῖα, π]ρὸς δὲ τούτοι̣ς καὶ̣ [τὰ ἀ]φ̣ρ̣ο̣‐</w:t>
      </w:r>
    </w:p>
    <w:p>
      <w:r>
        <w:rPr>
          <w:rFonts w:ascii="Courier New" w:hAnsi="Courier New"/>
          <w:color w:val="555555"/>
          <w:sz w:val="20"/>
        </w:rPr>
        <w:t>[33 col7]</w:t>
      </w:r>
    </w:p>
    <w:p>
      <w:r>
        <w:rPr>
          <w:rFonts w:ascii="Gentium Plus" w:hAnsi="Gentium Plus"/>
          <w:sz w:val="24"/>
        </w:rPr>
        <w:t>[δεί]σ̣ι̣α̣. v. οὐ̣ γ[ὰ]ρ̣ ἐσθίο‐ [μεν σεῖ]τον̣ κα̣ὶ τόθ’ ἡ‐ δόμ̣ε̣θ̣α̣, οὐδὲ πείνομεν</w:t>
      </w:r>
    </w:p>
    <w:p>
      <w:r>
        <w:rPr>
          <w:rFonts w:ascii="Courier New" w:hAnsi="Courier New"/>
          <w:color w:val="555555"/>
          <w:sz w:val="20"/>
        </w:rPr>
        <w:t>[5]</w:t>
      </w:r>
    </w:p>
    <w:p>
      <w:r>
        <w:rPr>
          <w:rFonts w:ascii="Gentium Plus" w:hAnsi="Gentium Plus"/>
          <w:sz w:val="24"/>
        </w:rPr>
        <w:t>[θ]α, ο̣[ὐ]δ̣ὲ σ[πε]ρμ̣αίνομεν̣ [τὸ]ν γόνον καὶ τόθ’ ἡδό‐ [με]θ̣α̣, ἀλλὰ μ̣ὴν̣ πά̣ρ̣α̣υ̣‐ [τ]α ἡ πρ̣ᾶ̣[ξ]ι̣ς̣ [ἀ]ν[ύ]τε̣ι ταύ‐ [τας τὰς] ἡ̣δ̣ο̣ν̣ὰ̣ς̣ ἡμε̣ῖ̣ν̣,</w:t>
      </w:r>
    </w:p>
    <w:p>
      <w:r>
        <w:rPr>
          <w:rFonts w:ascii="Courier New" w:hAnsi="Courier New"/>
          <w:color w:val="555555"/>
          <w:sz w:val="20"/>
        </w:rPr>
        <w:t>[10]</w:t>
      </w:r>
    </w:p>
    <w:p>
      <w:r>
        <w:rPr>
          <w:rFonts w:ascii="Gentium Plus" w:hAnsi="Gentium Plus"/>
          <w:sz w:val="24"/>
        </w:rPr>
        <w:t>[οὐ] τ̣ὸ̣ ἐ̣σόμ[ε]νο̣ν̣ μέ̣‐ [νουσα. μεταχρον]εῖ δ̣[ὲ] [ὥσ]π̣ε̣ρ̣ [τὸ προσδοκᾶν] [μ]ε̣τ̣ὰ τὴν κ̣α̣τα̣στρο‐ [φὴν αἱρήσειν ἔ]π̣α̣ιν̣ον̣.</w:t>
      </w:r>
    </w:p>
    <w:p>
      <w:r>
        <w:rPr>
          <w:rFonts w:ascii="Courier New" w:hAnsi="Courier New"/>
          <w:color w:val="555555"/>
          <w:sz w:val="20"/>
        </w:rPr>
        <w:t>[33 col8]</w:t>
      </w:r>
    </w:p>
    <w:p>
      <w:r>
        <w:rPr>
          <w:rFonts w:ascii="Gentium Plus" w:hAnsi="Gentium Plus"/>
          <w:sz w:val="24"/>
        </w:rPr>
        <w:t>[Dividers of other Forms]</w:t>
      </w:r>
    </w:p>
    <w:p>
      <w:r>
        <w:rPr>
          <w:rFonts w:ascii="Courier New" w:hAnsi="Courier New"/>
          <w:color w:val="555555"/>
          <w:sz w:val="20"/>
        </w:rPr>
        <w:t>[1]</w:t>
      </w:r>
    </w:p>
    <w:p>
      <w:r>
        <w:rPr>
          <w:rFonts w:ascii="Gentium Plus" w:hAnsi="Gentium Plus"/>
          <w:sz w:val="24"/>
        </w:rPr>
        <w:t>καίπερ γὰρ ἡδομένων ἤ‐ δη τῶν ἀνθρώπων διότι ἔσται τις αὐτῶν μετ’ αὐ‐ τοὺς ἐπ’ ἀγαθῷ μνήμη,</w:t>
      </w:r>
    </w:p>
    <w:p>
      <w:r>
        <w:rPr>
          <w:rFonts w:ascii="Courier New" w:hAnsi="Courier New"/>
          <w:color w:val="555555"/>
          <w:sz w:val="20"/>
        </w:rPr>
        <w:t>[5]</w:t>
      </w:r>
    </w:p>
    <w:p>
      <w:r>
        <w:rPr>
          <w:rFonts w:ascii="Gentium Plus" w:hAnsi="Gentium Plus"/>
          <w:sz w:val="24"/>
        </w:rPr>
        <w:t>ὅμως τὸ ποιητικὸν τῆς [Dividers of other Forms]ἡδονῆς αὖθις γείνεται. τὰς ο̣ὖν διαφορὰς ταύ‐ τας τεμεῖν ὑμεῖς μὴ [Dividers of other Forms]δυνάμενοι, μηδὲ τὰς</w:t>
      </w:r>
    </w:p>
    <w:p>
      <w:r>
        <w:rPr>
          <w:rFonts w:ascii="Courier New" w:hAnsi="Courier New"/>
          <w:color w:val="555555"/>
          <w:sz w:val="20"/>
        </w:rPr>
        <w:t>[10]</w:t>
      </w:r>
    </w:p>
    <w:p>
      <w:r>
        <w:rPr>
          <w:rFonts w:ascii="Gentium Plus" w:hAnsi="Gentium Plus"/>
          <w:sz w:val="24"/>
        </w:rPr>
        <w:t>ἀρετὰς εἰδότες ὅτι τῶν συνχρονούντων ποιητικῶν τοῖς ποιου‐ μένοις χώραν ἔχουσι (συνεπιφέρονται γὰρ ἐ\|[κεῖναι τῇ ἡδονῇ),</w:t>
      </w:r>
    </w:p>
    <w:p>
      <w:r>
        <w:rPr>
          <w:rFonts w:ascii="Courier New" w:hAnsi="Courier New"/>
          <w:color w:val="555555"/>
          <w:sz w:val="20"/>
        </w:rPr>
        <w:t>[15]</w:t>
      </w:r>
    </w:p>
    <w:p>
      <w:r>
        <w:rPr>
          <w:rFonts w:ascii="Gentium Plus" w:hAnsi="Gentium Plus"/>
          <w:sz w:val="24"/>
        </w:rPr>
        <w:t>πάνυ πλανᾶσθε]</w:t>
      </w:r>
    </w:p>
    <w:p>
      <w:r>
        <w:rPr>
          <w:rFonts w:ascii="Courier New" w:hAnsi="Courier New"/>
          <w:color w:val="555555"/>
          <w:sz w:val="20"/>
        </w:rPr>
        <w:t>[33 margin]</w:t>
      </w:r>
    </w:p>
    <w:p>
      <w:r>
        <w:rPr>
          <w:rFonts w:ascii="Gentium Plus" w:hAnsi="Gentium Plus"/>
          <w:sz w:val="24"/>
        </w:rPr>
        <w:t>[εἰ τὰ ποιητικὰ τῶν περὶ τοὺς ἀσώτους ἡδονῶν ἔλυε τοὺς φό‐ βους τῆς διανοίας τούς τε περὶ μετεώρων καὶ θανάτου καὶ ἀλ‐ γηδόνων, ἔτι τε τὸ πέρας τῶν ἐπιθυμιῶν καὶ] τ̣ῶν ἀλγηδόνων ἐδίδασκ̣ε, οὐκ ἄν ποτε εἴχομεν ὅ τι̣ [μεμψαίμεθα αὐτοῖς, παντα‐</w:t>
      </w:r>
    </w:p>
    <w:p>
      <w:r>
        <w:rPr>
          <w:rFonts w:ascii="Courier New" w:hAnsi="Courier New"/>
          <w:color w:val="555555"/>
          <w:sz w:val="20"/>
        </w:rPr>
        <w:t>[5]</w:t>
      </w:r>
    </w:p>
    <w:p>
      <w:r>
        <w:rPr>
          <w:rFonts w:ascii="Gentium Plus" w:hAnsi="Gentium Plus"/>
          <w:sz w:val="24"/>
        </w:rPr>
        <w:t>χό]θεν ἐκπλη̣ρ[ο]υ̣μ̣έν̣[οι]ς τ̣ῶ̣[ν ἡδο]ν̣[ῶν καὶ οὔτε τὸ λυπούμεν]ο̣[ν ο]ὔ̣τ̣[ε] τ̣ὸ̣ ἀλγο̣ῦ̣[ν ἔχουσιν, ὅπερ ἐστὶ τὸ κακόν.]</w:t>
      </w:r>
    </w:p>
    <w:p>
      <w:r>
        <w:rPr>
          <w:rFonts w:ascii="Courier New" w:hAnsi="Courier New"/>
          <w:color w:val="555555"/>
          <w:sz w:val="20"/>
        </w:rPr>
        <w:t>[34 col1]</w:t>
      </w:r>
    </w:p>
    <w:p>
      <w:r>
        <w:rPr>
          <w:rFonts w:ascii="Gentium Plus" w:hAnsi="Gentium Plus"/>
          <w:sz w:val="24"/>
        </w:rPr>
        <w:t>[][Partial Letter]ω []λ̣όγου [— — —τῆς εὐδαιμο]ν̣ίας [][Partial Letter]οτε</w:t>
      </w:r>
    </w:p>
    <w:p>
      <w:r>
        <w:rPr>
          <w:rFonts w:ascii="Courier New" w:hAnsi="Courier New"/>
          <w:color w:val="555555"/>
          <w:sz w:val="20"/>
        </w:rPr>
        <w:t>[5]</w:t>
      </w:r>
    </w:p>
    <w:p>
      <w:r>
        <w:rPr>
          <w:rFonts w:ascii="Gentium Plus" w:hAnsi="Gentium Plus"/>
          <w:sz w:val="24"/>
        </w:rPr>
        <w:t>[][Partial Letter]με []οτοις []θε [][Partial Letter]ας []στο</w:t>
      </w:r>
    </w:p>
    <w:p>
      <w:r>
        <w:rPr>
          <w:rFonts w:ascii="Courier New" w:hAnsi="Courier New"/>
          <w:color w:val="555555"/>
          <w:sz w:val="20"/>
        </w:rPr>
        <w:t>[10]</w:t>
      </w:r>
    </w:p>
    <w:p>
      <w:r>
        <w:rPr>
          <w:rFonts w:ascii="Gentium Plus" w:hAnsi="Gentium Plus"/>
          <w:sz w:val="24"/>
        </w:rPr>
        <w:t>[]ε̣ν []σ̣ε []εσ‐ [τι— — — — — — — — — —]ω̣ν</w:t>
      </w:r>
    </w:p>
    <w:p>
      <w:r>
        <w:rPr>
          <w:rFonts w:ascii="Courier New" w:hAnsi="Courier New"/>
          <w:color w:val="555555"/>
          <w:sz w:val="20"/>
        </w:rPr>
        <w:t>[34 col2]</w:t>
      </w:r>
    </w:p>
    <w:p>
      <w:r>
        <w:rPr>
          <w:rFonts w:ascii="Gentium Plus" w:hAnsi="Gentium Plus"/>
          <w:sz w:val="24"/>
        </w:rPr>
        <w:t>μετ’ ἐγλογὴν το[ύτων] vacat (c. 8) καὶ πλ[ανω]‐ μένων θεραπεία πα̣‐ [Dividers of other Forms]θῶν. ὅπου, φημί, οὖν</w:t>
      </w:r>
    </w:p>
    <w:p>
      <w:r>
        <w:rPr>
          <w:rFonts w:ascii="Courier New" w:hAnsi="Courier New"/>
          <w:color w:val="555555"/>
          <w:sz w:val="20"/>
        </w:rPr>
        <w:t>[5]</w:t>
      </w:r>
    </w:p>
    <w:p>
      <w:r>
        <w:rPr>
          <w:rFonts w:ascii="Gentium Plus" w:hAnsi="Gentium Plus"/>
          <w:sz w:val="24"/>
        </w:rPr>
        <w:t>καὶ ὁ κίνδυνος μέγας καὶ ὁ καρπός. ἐνταῦθα δὲ ἐκτρέπεσθαι δεῖ τοὺς σοφιστικοὺς λόγους τούτους ὡς ἐπιβούλους</w:t>
      </w:r>
    </w:p>
    <w:p>
      <w:r>
        <w:rPr>
          <w:rFonts w:ascii="Courier New" w:hAnsi="Courier New"/>
          <w:color w:val="555555"/>
          <w:sz w:val="20"/>
        </w:rPr>
        <w:t>[10]</w:t>
      </w:r>
    </w:p>
    <w:p>
      <w:r>
        <w:rPr>
          <w:rFonts w:ascii="Gentium Plus" w:hAnsi="Gentium Plus"/>
          <w:sz w:val="24"/>
        </w:rPr>
        <w:t>καὶ προπηλακιστὰς καὶ ἐξ ὀνομάτων κοινό‐ τητος μεμηχανημέ‐ νους ἐπὶ τῇ τῶν ταλαι‐ πώρων ἀνθρώπων</w:t>
      </w:r>
    </w:p>
    <w:p>
      <w:r>
        <w:rPr>
          <w:rFonts w:ascii="Courier New" w:hAnsi="Courier New"/>
          <w:color w:val="555555"/>
          <w:sz w:val="20"/>
        </w:rPr>
        <w:t>[34 col3]</w:t>
      </w:r>
    </w:p>
    <w:p>
      <w:r>
        <w:rPr>
          <w:rFonts w:ascii="Gentium Plus" w:hAnsi="Gentium Plus"/>
          <w:sz w:val="24"/>
        </w:rPr>
        <w:t>π̣λ̣[άνῃ] π\|[] [Partial Letter][] το[Partial Letter][]</w:t>
      </w:r>
    </w:p>
    <w:p>
      <w:r>
        <w:rPr>
          <w:rFonts w:ascii="Courier New" w:hAnsi="Courier New"/>
          <w:color w:val="555555"/>
          <w:sz w:val="20"/>
        </w:rPr>
        <w:t>[5]</w:t>
      </w:r>
    </w:p>
    <w:p>
      <w:r>
        <w:rPr>
          <w:rFonts w:ascii="Gentium Plus" w:hAnsi="Gentium Plus"/>
          <w:sz w:val="24"/>
        </w:rPr>
        <w:t>μη[] πρ[] δει[] κοΙ[] γεϹ̣[]</w:t>
      </w:r>
    </w:p>
    <w:p>
      <w:r>
        <w:rPr>
          <w:rFonts w:ascii="Courier New" w:hAnsi="Courier New"/>
          <w:color w:val="555555"/>
          <w:sz w:val="20"/>
        </w:rPr>
        <w:t>[10]</w:t>
      </w:r>
    </w:p>
    <w:p>
      <w:r>
        <w:rPr>
          <w:rFonts w:ascii="Gentium Plus" w:hAnsi="Gentium Plus"/>
          <w:sz w:val="24"/>
        </w:rPr>
        <w:t>μὴ [πᾶν τὸ ἀλγοῦν τὸ παρ]‐ ὸν [φεύγωμεν, μηδὲ ἡδο]‐ νὴ[ν πᾶσαν αἱρώμεθα, ὡς] πρά̣[ττουσιν ἀεὶ οἱ πολ]‐</w:t>
      </w:r>
    </w:p>
    <w:p>
      <w:r>
        <w:rPr>
          <w:rFonts w:ascii="Courier New" w:hAnsi="Courier New"/>
          <w:color w:val="555555"/>
          <w:sz w:val="20"/>
        </w:rPr>
        <w:t>[34 col4]</w:t>
      </w:r>
    </w:p>
    <w:p>
      <w:r>
        <w:rPr>
          <w:rFonts w:ascii="Gentium Plus" w:hAnsi="Gentium Plus"/>
          <w:sz w:val="24"/>
        </w:rPr>
        <w:t>[γισμῷ χρῆσθ]α̣ι̣, ἐπειδὴ̣ [οὐκ ἀεὶ εὐθέ]ως αὐτῷ προ‐ [χωρήσει· ὥσ]π̣ερ ἕτερον [κέρδος συχ]ν̣ὸν ἴσχει κα‐</w:t>
      </w:r>
    </w:p>
    <w:p>
      <w:r>
        <w:rPr>
          <w:rFonts w:ascii="Courier New" w:hAnsi="Courier New"/>
          <w:color w:val="555555"/>
          <w:sz w:val="20"/>
        </w:rPr>
        <w:t>[5]</w:t>
      </w:r>
    </w:p>
    <w:p>
      <w:r>
        <w:rPr>
          <w:rFonts w:ascii="Gentium Plus" w:hAnsi="Gentium Plus"/>
          <w:sz w:val="24"/>
        </w:rPr>
        <w:t>[τὰ τὴν πάρ]οδον τά̣σις [καὶ ἕτερ]ά̣ τινα ἐπιό̣ν‐ [τος χρόνου], ο̣ὕτως καὶ τὸ [ἥδεσθαι. αἱ] γὰρ κα̣ταβο‐ [λαὶ τῶν σπ]ε̣ρμάτων</w:t>
      </w:r>
    </w:p>
    <w:p>
      <w:r>
        <w:rPr>
          <w:rFonts w:ascii="Courier New" w:hAnsi="Courier New"/>
          <w:color w:val="555555"/>
          <w:sz w:val="20"/>
        </w:rPr>
        <w:t>[10]</w:t>
      </w:r>
    </w:p>
    <w:p>
      <w:r>
        <w:rPr>
          <w:rFonts w:ascii="Gentium Plus" w:hAnsi="Gentium Plus"/>
          <w:sz w:val="24"/>
        </w:rPr>
        <w:t>[ὄνησιν τῷ ἐ]νθεμένῳ [οὐ τὴν αὐ]τ̣ὴν ἔχουσιν, [ἀλλ’ αὐτ]ῶν τὰ μὲν τ̣ά̣‐ [χιστα] τ̣ὴν ἔκφυσιν [καὶ τὸ ἐκφέ]ρ̣ειν π̣ο̣ι̣‐</w:t>
      </w:r>
    </w:p>
    <w:p>
      <w:r>
        <w:rPr>
          <w:rFonts w:ascii="Courier New" w:hAnsi="Courier New"/>
          <w:color w:val="555555"/>
          <w:sz w:val="20"/>
        </w:rPr>
        <w:t>[34 col5]</w:t>
      </w:r>
    </w:p>
    <w:p>
      <w:r>
        <w:rPr>
          <w:rFonts w:ascii="Gentium Plus" w:hAnsi="Gentium Plus"/>
          <w:sz w:val="24"/>
        </w:rPr>
        <w:t>ούμ̣ε̣[να] c̣ν̣[] τω̣ν̣[Partial Letter]̣[]</w:t>
      </w:r>
    </w:p>
    <w:p>
      <w:r>
        <w:rPr>
          <w:rFonts w:ascii="Courier New" w:hAnsi="Courier New"/>
          <w:color w:val="555555"/>
          <w:sz w:val="20"/>
        </w:rPr>
        <w:t>[5]</w:t>
      </w:r>
    </w:p>
    <w:p>
      <w:r>
        <w:rPr>
          <w:rFonts w:ascii="Gentium Plus" w:hAnsi="Gentium Plus"/>
          <w:sz w:val="24"/>
        </w:rPr>
        <w:t>ἡδέ̣ων κ̣α̣ὶ̣ τ̣ῶ̣ν̣ λ̣[υπη]‐ ρῶν Γ̣Ο̣.Ε̣Ι̣Ϲ̣Λ̣Ι̣.Ι̣Ι̣[Partial Letter]̣[— — — —] τε̣λη..Ο̣Ι̣[Partial Letter]̣.ω̣[] Λ̣Υ̣.Ι̣Ι̣Ϲ̣Ο̣ε̣ο̣ν[Partial Letter]̣[— — — —ἡδο]‐ [Dividers of other Forms]νή̣ν. vacat</w:t>
      </w:r>
    </w:p>
    <w:p>
      <w:r>
        <w:rPr>
          <w:rFonts w:ascii="Courier New" w:hAnsi="Courier New"/>
          <w:color w:val="555555"/>
          <w:sz w:val="20"/>
        </w:rPr>
        <w:t>[10]</w:t>
      </w:r>
    </w:p>
    <w:p>
      <w:r>
        <w:rPr>
          <w:rFonts w:ascii="Gentium Plus" w:hAnsi="Gentium Plus"/>
          <w:sz w:val="24"/>
        </w:rPr>
        <w:t>καὶ τὰ μὲν οὖν c̣[] [Partial Letter]̣c̣Γ̣Λ̣[Partial Letter]..[Partial Letter]̣Ε̣Ι̣[Partial Letter]̣[Partial Letter]̣[] ϹΓΩϹ̣Ι̣Ι[Partial Letter]̣Ε̣Ν̣Ι̣[Partial Letter][— — — — —ἐσ]‐ τιν. v.v. εἰ δὲ Λ̣[] [Partial Letter]̣Λ̣Γ̣..ω̣ν̣[Partial Letter]̣[]</w:t>
      </w:r>
    </w:p>
    <w:p>
      <w:r>
        <w:rPr>
          <w:rFonts w:ascii="Courier New" w:hAnsi="Courier New"/>
          <w:color w:val="555555"/>
          <w:sz w:val="20"/>
        </w:rPr>
        <w:t>[34 col6]</w:t>
      </w:r>
    </w:p>
    <w:p>
      <w:r>
        <w:rPr>
          <w:rFonts w:ascii="Gentium Plus" w:hAnsi="Gentium Plus"/>
          <w:sz w:val="24"/>
        </w:rPr>
        <w:t>— —c.7— — εισαν τὰ φ̣ρόν[ιμα]. [Dividers of other Forms]ἡμ[εῖς δὲ ζη]τ̣ῶ̣μεν ἤ̣δ̣η πῶς ὁ βίος ἡμεῖν ἡδὺς γένηται καὶ ἐν τοῖς κα‐</w:t>
      </w:r>
    </w:p>
    <w:p>
      <w:r>
        <w:rPr>
          <w:rFonts w:ascii="Courier New" w:hAnsi="Courier New"/>
          <w:color w:val="555555"/>
          <w:sz w:val="20"/>
        </w:rPr>
        <w:t>[5]</w:t>
      </w:r>
    </w:p>
    <w:p>
      <w:r>
        <w:rPr>
          <w:rFonts w:ascii="Gentium Plus" w:hAnsi="Gentium Plus"/>
          <w:sz w:val="24"/>
        </w:rPr>
        <w:t>τασ̣τήμασι καὶ ἐν ταῖς [Dividers of other Forms]πράξεσιν. περὶ δὲ τῶν καταστημάτων πρῶ‐ τον εἴπωμεν, ἐκεῖνο</w:t>
      </w:r>
    </w:p>
    <w:p>
      <w:r>
        <w:rPr>
          <w:rFonts w:ascii="Courier New" w:hAnsi="Courier New"/>
          <w:color w:val="555555"/>
          <w:sz w:val="20"/>
        </w:rPr>
        <w:t>[10]</w:t>
      </w:r>
    </w:p>
    <w:p>
      <w:r>
        <w:rPr>
          <w:rFonts w:ascii="Gentium Plus" w:hAnsi="Gentium Plus"/>
          <w:sz w:val="24"/>
        </w:rPr>
        <w:t>ὀχλούντων τὴν ψυχὴν παθῶν ὑπεξαιρεθέν‐ των τὰ ἥδοντα αὐτὴν [Dividers of other Forms]ἀντιπαρέρχεται. vacat τὰ οὖν ὀχλοῦντα τίνα</w:t>
      </w:r>
    </w:p>
    <w:p>
      <w:r>
        <w:rPr>
          <w:rFonts w:ascii="Courier New" w:hAnsi="Courier New"/>
          <w:color w:val="555555"/>
          <w:sz w:val="20"/>
        </w:rPr>
        <w:t>[34 col7]</w:t>
      </w:r>
    </w:p>
    <w:p>
      <w:r>
        <w:rPr>
          <w:rFonts w:ascii="Gentium Plus" w:hAnsi="Gentium Plus"/>
          <w:sz w:val="24"/>
        </w:rPr>
        <w:t>[ἐστ]ί̣ν; v. φόβοι μέν̣ [εἰσιν]— [ὁ] μ̣ὲν ἐκ θεῶν, v. ὁ [δ’ ἀπὸ] [θ]α̣νάτου, v. ὁ δ’ ἀπ’ [ἀλγη]‐ [δ]όνων—, v. πρὸς δὲ̣ [τοῦ]‐</w:t>
      </w:r>
    </w:p>
    <w:p>
      <w:r>
        <w:rPr>
          <w:rFonts w:ascii="Courier New" w:hAnsi="Courier New"/>
          <w:color w:val="555555"/>
          <w:sz w:val="20"/>
        </w:rPr>
        <w:t>[5]</w:t>
      </w:r>
    </w:p>
    <w:p>
      <w:r>
        <w:rPr>
          <w:rFonts w:ascii="Gentium Plus" w:hAnsi="Gentium Plus"/>
          <w:sz w:val="24"/>
        </w:rPr>
        <w:t>το̣ι̣ς̣ ἐπιθυμίαι το̣[ὺς] φυσι̣κ̣οὺς ὅρους [ἐκτρέ]‐ χουσαι̣. αἱ γὰρ ῥί[ζαι] κακῶν π̣ά̣ντων [εἰσὶν] [Dividers of other Forms]αὗται, v. κἂν ταύ̣[τας μὴ]</w:t>
      </w:r>
    </w:p>
    <w:p>
      <w:r>
        <w:rPr>
          <w:rFonts w:ascii="Courier New" w:hAnsi="Courier New"/>
          <w:color w:val="555555"/>
          <w:sz w:val="20"/>
        </w:rPr>
        <w:t>[10]</w:t>
      </w:r>
    </w:p>
    <w:p>
      <w:r>
        <w:rPr>
          <w:rFonts w:ascii="Gentium Plus" w:hAnsi="Gentium Plus"/>
          <w:sz w:val="24"/>
        </w:rPr>
        <w:t>ὑποτέμωμεν̣, [ὄχλος] κακῶν ἡμεῖν [προσ]‐ [Dividers of other Forms]φύσεται. v.v. τὸν μ̣[ὲν οὖν] ἐκ θεῶν ἡμεῖν γ̣[εινό]‐</w:t>
      </w:r>
    </w:p>
    <w:p>
      <w:r>
        <w:rPr>
          <w:rFonts w:ascii="Courier New" w:hAnsi="Courier New"/>
          <w:color w:val="555555"/>
          <w:sz w:val="20"/>
        </w:rPr>
        <w:t>[34 margin]</w:t>
      </w:r>
    </w:p>
    <w:p>
      <w:r>
        <w:rPr>
          <w:rFonts w:ascii="Gentium Plus" w:hAnsi="Gentium Plus"/>
          <w:sz w:val="24"/>
        </w:rPr>
        <w:t>[ὅρος τοῦ μεγέθους τῶν ἡδονῶν ἡ τοῦ ἀλγ]οῦντος ἅπαντος ὑπεξαίρεσις. [οἷς δ’ ἂν τὸ ἡδόμενον ἐνῇ, καθ’ ὃν ἂν χρόνον ᾖ, οὐκ ἂν ἔτι ὀχλοῖν]το τῷ ἀλγοῦντι ἢ λυπουμένῳ ἢ σ̣υ̣[ν‐ αμφοτέρῳ.]</w:t>
      </w:r>
    </w:p>
    <w:p>
      <w:r>
        <w:rPr>
          <w:rFonts w:ascii="Courier New" w:hAnsi="Courier New"/>
          <w:color w:val="555555"/>
          <w:sz w:val="20"/>
        </w:rPr>
        <w:t>[35 col1]</w:t>
      </w:r>
    </w:p>
    <w:p>
      <w:r>
        <w:rPr>
          <w:rFonts w:ascii="Gentium Plus" w:hAnsi="Gentium Plus"/>
          <w:sz w:val="24"/>
        </w:rPr>
        <w:t>[].Ι̣Ι []υ̣c̣ []υ̣ []υ̣</w:t>
      </w:r>
    </w:p>
    <w:p>
      <w:r>
        <w:rPr>
          <w:rFonts w:ascii="Courier New" w:hAnsi="Courier New"/>
          <w:color w:val="555555"/>
          <w:sz w:val="20"/>
        </w:rPr>
        <w:t>[5]</w:t>
      </w:r>
    </w:p>
    <w:p>
      <w:r>
        <w:rPr>
          <w:rFonts w:ascii="Gentium Plus" w:hAnsi="Gentium Plus"/>
          <w:sz w:val="24"/>
        </w:rPr>
        <w:t>[][Partial Letter]̣υ̣ []Ϲ̣ο []ων []Ϲ̣Ι̣ []μ̣</w:t>
      </w:r>
    </w:p>
    <w:p>
      <w:r>
        <w:rPr>
          <w:rFonts w:ascii="Courier New" w:hAnsi="Courier New"/>
          <w:color w:val="555555"/>
          <w:sz w:val="20"/>
        </w:rPr>
        <w:t>[10]</w:t>
      </w:r>
    </w:p>
    <w:p>
      <w:r>
        <w:rPr>
          <w:rFonts w:ascii="Gentium Plus" w:hAnsi="Gentium Plus"/>
          <w:sz w:val="24"/>
        </w:rPr>
        <w:t>[]ε []ου []πο []ν̣α</w:t>
      </w:r>
    </w:p>
    <w:p>
      <w:r>
        <w:rPr>
          <w:rFonts w:ascii="Courier New" w:hAnsi="Courier New"/>
          <w:color w:val="555555"/>
          <w:sz w:val="20"/>
        </w:rPr>
        <w:t>[35 col2]</w:t>
      </w:r>
    </w:p>
    <w:p>
      <w:r>
        <w:rPr>
          <w:rFonts w:ascii="Gentium Plus" w:hAnsi="Gentium Plus"/>
          <w:sz w:val="24"/>
        </w:rPr>
        <w:t>\ οὗτος ὁ φόβος τ̣[οτὲ] μέν ἐστιν τετρα[νωμέ]‐ νος, τοτὲ δ’ ἀτρα[νής]·</w:t>
      </w:r>
    </w:p>
    <w:p>
      <w:r>
        <w:rPr>
          <w:rFonts w:ascii="Courier New" w:hAnsi="Courier New"/>
          <w:color w:val="555555"/>
          <w:sz w:val="20"/>
        </w:rPr>
        <w:t>[5]</w:t>
      </w:r>
    </w:p>
    <w:p>
      <w:r>
        <w:rPr>
          <w:rFonts w:ascii="Gentium Plus" w:hAnsi="Gentium Plus"/>
          <w:sz w:val="24"/>
        </w:rPr>
        <w:t>τετρανωμένος [μὲν] ὅταν ἐκ φανεροῦ̣ [κακόν] τι φεύγωμεν ὥσ[περ] τὸ πῦρ φοβούμε[νοι δι’] αὐτοῦ τῷ θανάτῳ̣ [περι]‐</w:t>
      </w:r>
    </w:p>
    <w:p>
      <w:r>
        <w:rPr>
          <w:rFonts w:ascii="Courier New" w:hAnsi="Courier New"/>
          <w:color w:val="555555"/>
          <w:sz w:val="20"/>
        </w:rPr>
        <w:t>[10]</w:t>
      </w:r>
    </w:p>
    <w:p>
      <w:r>
        <w:rPr>
          <w:rFonts w:ascii="Gentium Plus" w:hAnsi="Gentium Plus"/>
          <w:sz w:val="24"/>
        </w:rPr>
        <w:t>[Dividers of other Forms]πεσεῖσθαι, v. ἀτραν̣[ής] δὲ ὅταν, πρὸς ἄλλ̣[ῳ τι]‐ νὶ τῆς διανοίας ὑ[παρ]‐ χούσης, ἐνδεδυμ̣[ένος τῇ] φύσει καὶ ὑποφω[λεύων]</w:t>
      </w:r>
    </w:p>
    <w:p>
      <w:r>
        <w:rPr>
          <w:rFonts w:ascii="Courier New" w:hAnsi="Courier New"/>
          <w:color w:val="555555"/>
          <w:sz w:val="20"/>
        </w:rPr>
        <w:t>[35 margin]</w:t>
      </w:r>
    </w:p>
    <w:p>
      <w:r>
        <w:rPr>
          <w:rFonts w:ascii="Gentium Plus" w:hAnsi="Gentium Plus"/>
          <w:sz w:val="24"/>
        </w:rPr>
        <w:t>[οὐθὲ]ν ἦν ὄφελο[ς τὴν κατὰ ἀνθρώπους ἀσφάλειαν κατασκευά‐ ζεσθαι τῶν ἄνωθεν ὑπόπτων καθεστώτων καὶ τῶν ὑπὸ γῆς</w:t>
      </w:r>
    </w:p>
    <w:p>
      <w:r>
        <w:rPr>
          <w:rFonts w:ascii="Courier New" w:hAnsi="Courier New"/>
          <w:color w:val="555555"/>
          <w:sz w:val="20"/>
        </w:rPr>
        <w:t>[36 col1]</w:t>
      </w:r>
    </w:p>
    <w:p>
      <w:r>
        <w:rPr>
          <w:rFonts w:ascii="Gentium Plus" w:hAnsi="Gentium Plus"/>
          <w:sz w:val="24"/>
        </w:rPr>
        <w:t>[][Partial Letter]̣ []εια [— — — — — — — — —ἡδο]ν̣ῶν [— — — — — — —ποιητι]κ̣ὰ μη</w:t>
      </w:r>
    </w:p>
    <w:p>
      <w:r>
        <w:rPr>
          <w:rFonts w:ascii="Courier New" w:hAnsi="Courier New"/>
          <w:color w:val="555555"/>
          <w:sz w:val="20"/>
        </w:rPr>
        <w:t>[5]</w:t>
      </w:r>
    </w:p>
    <w:p>
      <w:r>
        <w:rPr>
          <w:rFonts w:ascii="Gentium Plus" w:hAnsi="Gentium Plus"/>
          <w:sz w:val="24"/>
        </w:rPr>
        <w:t>[]του []δ̣ιου []κ̣.</w:t>
      </w:r>
    </w:p>
    <w:p>
      <w:r>
        <w:rPr>
          <w:rFonts w:ascii="Courier New" w:hAnsi="Courier New"/>
          <w:color w:val="555555"/>
          <w:sz w:val="20"/>
        </w:rPr>
        <w:t>[36 col2]</w:t>
      </w:r>
    </w:p>
    <w:p>
      <w:r>
        <w:rPr>
          <w:rFonts w:ascii="Gentium Plus" w:hAnsi="Gentium Plus"/>
          <w:sz w:val="24"/>
        </w:rPr>
        <w:t>.Ι̣Ι̣κ̣[— — — — — — — — — —εσ]‐ [Dividers of other Forms]τιν. ητ̣[] [Dividers of other Forms]τοῦ μύ̣[θου] καὶ τα̣[]</w:t>
      </w:r>
    </w:p>
    <w:p>
      <w:r>
        <w:rPr>
          <w:rFonts w:ascii="Courier New" w:hAnsi="Courier New"/>
          <w:color w:val="555555"/>
          <w:sz w:val="20"/>
        </w:rPr>
        <w:t>[5]</w:t>
      </w:r>
    </w:p>
    <w:p>
      <w:r>
        <w:rPr>
          <w:rFonts w:ascii="Gentium Plus" w:hAnsi="Gentium Plus"/>
          <w:sz w:val="24"/>
        </w:rPr>
        <w:t>μᾶλλο̣[ν] τῶν θε̣[ῶν] π̣λ̣εισ[τ]</w:t>
      </w:r>
    </w:p>
    <w:p>
      <w:r>
        <w:rPr>
          <w:rFonts w:ascii="Courier New" w:hAnsi="Courier New"/>
          <w:color w:val="555555"/>
          <w:sz w:val="20"/>
        </w:rPr>
        <w:t>[37 ante]</w:t>
      </w:r>
    </w:p>
    <w:p>
      <w:r>
        <w:rPr>
          <w:rFonts w:ascii="Gentium Plus" w:hAnsi="Gentium Plus"/>
          <w:sz w:val="24"/>
        </w:rPr>
        <w:t>[τὴν δ’ ἐσχάτην τοῦ τε ζῆν καὶ τοῦ]</w:t>
      </w:r>
    </w:p>
    <w:p>
      <w:r>
        <w:rPr>
          <w:rFonts w:ascii="Courier New" w:hAnsi="Courier New"/>
          <w:color w:val="555555"/>
          <w:sz w:val="20"/>
        </w:rPr>
        <w:t>[37 col1]</w:t>
      </w:r>
    </w:p>
    <w:p>
      <w:r>
        <w:rPr>
          <w:rFonts w:ascii="Gentium Plus" w:hAnsi="Gentium Plus"/>
          <w:sz w:val="24"/>
        </w:rPr>
        <w:t>μὴ ζῆν αἰτίαν ἡ ψυχὴ πα‐ [Dividers of other Forms]ρέχει τῇ φύσει. καὶ γὰρ εἰ μὴ τὸν ἀριθμὸν ἴσον τῶν ἀτόμων ἔχει τῷ σώμα‐</w:t>
      </w:r>
    </w:p>
    <w:p>
      <w:r>
        <w:rPr>
          <w:rFonts w:ascii="Courier New" w:hAnsi="Courier New"/>
          <w:color w:val="555555"/>
          <w:sz w:val="20"/>
        </w:rPr>
        <w:t>[5]</w:t>
      </w:r>
    </w:p>
    <w:p>
      <w:r>
        <w:rPr>
          <w:rFonts w:ascii="Gentium Plus" w:hAnsi="Gentium Plus"/>
          <w:sz w:val="24"/>
        </w:rPr>
        <w:t>τι, μετά τε τοῦ λογικοῦ τιθεμένη μέρους αὐτῆς</w:t>
      </w:r>
    </w:p>
    <w:p>
      <w:r>
        <w:rPr>
          <w:rFonts w:ascii="Courier New" w:hAnsi="Courier New"/>
          <w:color w:val="555555"/>
          <w:sz w:val="20"/>
        </w:rPr>
        <w:t>[10]</w:t>
      </w:r>
    </w:p>
    <w:p>
      <w:r>
        <w:rPr>
          <w:rFonts w:ascii="Gentium Plus" w:hAnsi="Gentium Plus"/>
          <w:sz w:val="24"/>
        </w:rPr>
        <w:t>δησε δεζμουμένη ὥσ‐ περ τῶν ὀπῶν ὁ βραχύ‐ [Dividers of other Forms]τατος ἄπλατον γάλα. σημεῖον δὲ τοῦ τῆς αἰτί‐ ας πλεονεκτήμ̣ατος</w:t>
      </w:r>
    </w:p>
    <w:p>
      <w:r>
        <w:rPr>
          <w:rFonts w:ascii="Courier New" w:hAnsi="Courier New"/>
          <w:color w:val="555555"/>
          <w:sz w:val="20"/>
        </w:rPr>
        <w:t>[37 col2]</w:t>
      </w:r>
    </w:p>
    <w:p>
      <w:r>
        <w:rPr>
          <w:rFonts w:ascii="Gentium Plus" w:hAnsi="Gentium Plus"/>
          <w:sz w:val="24"/>
        </w:rPr>
        <w:t>κἀκ̣ε̣ῖνό ἐστιν πολ‐ λῶν μετ’ ἄλλων· v.v. πολ‐ λάκις γὰρ ἐκπολιορκη‐ θέντος τοῦ σώματος ὑ‐</w:t>
      </w:r>
    </w:p>
    <w:p>
      <w:r>
        <w:rPr>
          <w:rFonts w:ascii="Courier New" w:hAnsi="Courier New"/>
          <w:color w:val="555555"/>
          <w:sz w:val="20"/>
        </w:rPr>
        <w:t>[5]</w:t>
      </w:r>
    </w:p>
    <w:p>
      <w:r>
        <w:rPr>
          <w:rFonts w:ascii="Gentium Plus" w:hAnsi="Gentium Plus"/>
          <w:sz w:val="24"/>
        </w:rPr>
        <w:t>πὸ μακρᾶς νόσου, v. καὶ εἰς τοσαύτην ἰσχνότη‐ τα καὶ τῆξιν καταβεβη‐ κότος v. ὡς μεικροῦ δε〈ῖν〉 ξηρὸν τὸ δέρμα τοῖς ὀσ‐</w:t>
      </w:r>
    </w:p>
    <w:p>
      <w:r>
        <w:rPr>
          <w:rFonts w:ascii="Courier New" w:hAnsi="Courier New"/>
          <w:color w:val="555555"/>
          <w:sz w:val="20"/>
        </w:rPr>
        <w:t>[10]</w:t>
      </w:r>
    </w:p>
    <w:p>
      <w:r>
        <w:rPr>
          <w:rFonts w:ascii="Gentium Plus" w:hAnsi="Gentium Plus"/>
          <w:sz w:val="24"/>
        </w:rPr>
        <w:t>τέοις εἶναι προσφυές, κενὴν δὲ τῶν σπλάν‐ χνων δοκεῖν τὴν φύσιν καὶ ἄναιμον εἶναι, v. ὅ‐ μως ἡ ψυχὴ παραμένου‐</w:t>
      </w:r>
    </w:p>
    <w:p>
      <w:r>
        <w:rPr>
          <w:rFonts w:ascii="Courier New" w:hAnsi="Courier New"/>
          <w:color w:val="555555"/>
          <w:sz w:val="20"/>
        </w:rPr>
        <w:t>[37 col3]</w:t>
      </w:r>
    </w:p>
    <w:p>
      <w:r>
        <w:rPr>
          <w:rFonts w:ascii="Gentium Plus" w:hAnsi="Gentium Plus"/>
          <w:sz w:val="24"/>
        </w:rPr>
        <w:t>σα οὐκ ἐᾷ θνήσκειν τὸ ζῷον. v. καὶ οὐ τοῦτο δὲ μό‐ νον τῆς ὑπεροχῆς σημεῖ‐ όν ἐστιν, ἀλλὰ καὶ χει‐</w:t>
      </w:r>
    </w:p>
    <w:p>
      <w:r>
        <w:rPr>
          <w:rFonts w:ascii="Courier New" w:hAnsi="Courier New"/>
          <w:color w:val="555555"/>
          <w:sz w:val="20"/>
        </w:rPr>
        <w:t>[5]</w:t>
      </w:r>
    </w:p>
    <w:p>
      <w:r>
        <w:rPr>
          <w:rFonts w:ascii="Gentium Plus" w:hAnsi="Gentium Plus"/>
          <w:sz w:val="24"/>
        </w:rPr>
        <w:t>ρῶν ἀποκοπαί, πολλάκις δ’ ἀνκώνων ὅλων ἢ βά‐ σεων πυρὶ καὶ σιδήρῳ λῦσαι τὸ ζῆν οὐ δύνανται· το‐ σοῦτον αὐτοῦ τὸ ψυχικὸν</w:t>
      </w:r>
    </w:p>
    <w:p>
      <w:r>
        <w:rPr>
          <w:rFonts w:ascii="Courier New" w:hAnsi="Courier New"/>
          <w:color w:val="555555"/>
          <w:sz w:val="20"/>
        </w:rPr>
        <w:t>[10]</w:t>
      </w:r>
    </w:p>
    <w:p>
      <w:r>
        <w:rPr>
          <w:rFonts w:ascii="Gentium Plus" w:hAnsi="Gentium Plus"/>
          <w:sz w:val="24"/>
        </w:rPr>
        <w:t>[Dividers of other Forms]ἡμῶν βασιλεύει μέρος. ἔστιν ὅτε δὲ τοῦ σώμα‐ τος ὁλοκλήρου τε ὄν‐ τος καὶ μηδεμίαν ὑφαί‐ ρεσιν τοῦ μεγέθους εἰ̣‐</w:t>
      </w:r>
    </w:p>
    <w:p>
      <w:r>
        <w:rPr>
          <w:rFonts w:ascii="Courier New" w:hAnsi="Courier New"/>
          <w:color w:val="555555"/>
          <w:sz w:val="20"/>
        </w:rPr>
        <w:t>[37 col4]</w:t>
      </w:r>
    </w:p>
    <w:p>
      <w:r>
        <w:rPr>
          <w:rFonts w:ascii="Gentium Plus" w:hAnsi="Gentium Plus"/>
          <w:sz w:val="24"/>
        </w:rPr>
        <w:t>ληφότος [λείπει τὸ αἰσ]‐ θητικόν. [οὐδὲν γὰρ ὠ]‐ φέλησ̣ε[ν εἰ ἡ ψυχὴ μηκέ]‐ τ̣ι̣ διαμέ[νει καὶ λύεται]</w:t>
      </w:r>
    </w:p>
    <w:p>
      <w:r>
        <w:rPr>
          <w:rFonts w:ascii="Courier New" w:hAnsi="Courier New"/>
          <w:color w:val="555555"/>
          <w:sz w:val="20"/>
        </w:rPr>
        <w:t>[5]</w:t>
      </w:r>
    </w:p>
    <w:p>
      <w:r>
        <w:rPr>
          <w:rFonts w:ascii="Gentium Plus" w:hAnsi="Gentium Plus"/>
          <w:sz w:val="24"/>
        </w:rPr>
        <w:t>ἡ τοῦ σώμ̣[ατος συνου]‐ σία. v. εἰς ὅ[σον δ’ ἔτι δια]‐ μένον τα[ὐτὸ μέρος ὁρῶ]‐ μεν ὥ̣σ̣π̣[ερ φύλακα, ζῇ ὁ] ἄνθρωπ[ος. οὕτω δ’, ὡς εἶπα, ἡ]</w:t>
      </w:r>
    </w:p>
    <w:p>
      <w:r>
        <w:rPr>
          <w:rFonts w:ascii="Courier New" w:hAnsi="Courier New"/>
          <w:color w:val="555555"/>
          <w:sz w:val="20"/>
        </w:rPr>
        <w:t>[10]</w:t>
      </w:r>
    </w:p>
    <w:p>
      <w:r>
        <w:rPr>
          <w:rFonts w:ascii="Gentium Plus" w:hAnsi="Gentium Plus"/>
          <w:sz w:val="24"/>
        </w:rPr>
        <w:t>αἰτία ἡ ἐσ[χάτη τοῦ ζῆν] ἐστιν ἡ ψ[υχὴ συνοῦ]‐ σα ἢ κεχ̣[ωρισμένη τοῦ σώ]‐ μ̣[ατος.]</w:t>
      </w:r>
    </w:p>
    <w:p>
      <w:r>
        <w:rPr>
          <w:rFonts w:ascii="Courier New" w:hAnsi="Courier New"/>
          <w:color w:val="555555"/>
          <w:sz w:val="20"/>
        </w:rPr>
        <w:t>[37 margin]</w:t>
      </w:r>
    </w:p>
    <w:p>
      <w:r>
        <w:rPr>
          <w:rFonts w:ascii="Gentium Plus" w:hAnsi="Gentium Plus"/>
          <w:sz w:val="24"/>
        </w:rPr>
        <w:t>[οὐκ ἔστιν ἡδέως ζῆν ἄνευ τοῦ φρονίμ]ω̣ς̣ καὶ καλῶς̣ κ̣αὶ δικαίως, v. οὐδὲ φρονίμως καὶ καλῶς καὶ δι̣κ̣α̣[ίως ἄνευ τοῦ ἡδέως. ὅτῳ δὲ τοῦτο· μὴ ὑπάρχει, οὐκ ἔστι τοῦτον ἡδέως ζῆν.]</w:t>
      </w:r>
    </w:p>
    <w:p>
      <w:r>
        <w:rPr>
          <w:rFonts w:ascii="Courier New" w:hAnsi="Courier New"/>
          <w:color w:val="555555"/>
          <w:sz w:val="20"/>
        </w:rPr>
        <w:t>[38 col1]</w:t>
      </w:r>
    </w:p>
    <w:p>
      <w:r>
        <w:rPr>
          <w:rFonts w:ascii="Gentium Plus" w:hAnsi="Gentium Plus"/>
          <w:sz w:val="24"/>
        </w:rPr>
        <w:t>ὡς μέρος καὶ αὐτὸ [ὂν δέ]‐ [Dividers of other Forms]ον καταμαθεῖν ἐσ̣[τιν]. καθ’ ἑαυτὴν μὲν γὰ̣[ρ ἡ] ψυχὴ οὔτ’ εἶναι δύνα̣[ταί]</w:t>
      </w:r>
    </w:p>
    <w:p>
      <w:r>
        <w:rPr>
          <w:rFonts w:ascii="Courier New" w:hAnsi="Courier New"/>
          <w:color w:val="555555"/>
          <w:sz w:val="20"/>
        </w:rPr>
        <w:t>[5]</w:t>
      </w:r>
    </w:p>
    <w:p>
      <w:r>
        <w:rPr>
          <w:rFonts w:ascii="Gentium Plus" w:hAnsi="Gentium Plus"/>
          <w:sz w:val="24"/>
        </w:rPr>
        <w:t>ποτε, εἰ καὶ πολλὰ π[ερὶ] [τού]του φλυαρεῖ Πλ[άτων] [καὶ οἱ] Σ̣τωικοί. v. οὔ̣[τε κει]‐ [νεῖσθαι], ὥ̣σ̣πε̣ρ̣ ο̣ὐ̣κ̣ [αἰσ]‐ [θάνεται τὸ σῶμα ἀπαλλα]‐</w:t>
      </w:r>
    </w:p>
    <w:p>
      <w:r>
        <w:rPr>
          <w:rFonts w:ascii="Courier New" w:hAnsi="Courier New"/>
          <w:color w:val="555555"/>
          <w:sz w:val="20"/>
        </w:rPr>
        <w:t>[10]</w:t>
      </w:r>
    </w:p>
    <w:p>
      <w:r>
        <w:rPr>
          <w:rFonts w:ascii="Gentium Plus" w:hAnsi="Gentium Plus"/>
          <w:sz w:val="24"/>
        </w:rPr>
        <w:t>[γείσης τῆς ψυχῆς].</w:t>
      </w:r>
    </w:p>
    <w:p>
      <w:r>
        <w:rPr>
          <w:rFonts w:ascii="Courier New" w:hAnsi="Courier New"/>
          <w:color w:val="555555"/>
          <w:sz w:val="20"/>
        </w:rPr>
        <w:t>[39 col2]</w:t>
      </w:r>
    </w:p>
    <w:p>
      <w:r>
        <w:rPr>
          <w:rFonts w:ascii="Gentium Plus" w:hAnsi="Gentium Plus"/>
          <w:sz w:val="24"/>
        </w:rPr>
        <w:t>[][Partial Letter]ε̣ι ἀ̣εικεινη— []Ι. η̣ς v. εἰ δ’ οτ̣ι []ω̣.α̣, τί̣ ο̣ὖ̣ν []ε̣ι̣[Partial Letter]̣Ι̣..ο̣ν̣ον̣ το</w:t>
      </w:r>
    </w:p>
    <w:p>
      <w:r>
        <w:rPr>
          <w:rFonts w:ascii="Courier New" w:hAnsi="Courier New"/>
          <w:color w:val="555555"/>
          <w:sz w:val="20"/>
        </w:rPr>
        <w:t>[5]</w:t>
      </w:r>
    </w:p>
    <w:p>
      <w:r>
        <w:rPr>
          <w:rFonts w:ascii="Gentium Plus" w:hAnsi="Gentium Plus"/>
          <w:sz w:val="24"/>
        </w:rPr>
        <w:t>[]ΙΙ̣ν̣ε̣ιτης []ρ̣τον []λέ̣γ̣ο[με]ν̣ [][Partial Letter]̣δ̣ε̣ κἂ̣ν̣ εἶνα̣ι — —c.3— [][Partial Letter]̣[Partial Letter]̣[Partial Letter]̣— —c.3—εΓ̣οϹ̣τ̣[Partial Letter]̣</w:t>
      </w:r>
    </w:p>
    <w:p>
      <w:r>
        <w:rPr>
          <w:rFonts w:ascii="Courier New" w:hAnsi="Courier New"/>
          <w:color w:val="555555"/>
          <w:sz w:val="20"/>
        </w:rPr>
        <w:t>[10]</w:t>
      </w:r>
    </w:p>
    <w:p>
      <w:r>
        <w:rPr>
          <w:rFonts w:ascii="Gentium Plus" w:hAnsi="Gentium Plus"/>
          <w:sz w:val="24"/>
        </w:rPr>
        <w:t>[τ]ο̣ύ̣του— —c.3— []Ι πρὸς τῆς Ϲ̣ο— [μ]ετὰ τὸ σῶμα []ν αὐτὴν .ο [τ]ῷ σώματι σύν‐</w:t>
      </w:r>
    </w:p>
    <w:p>
      <w:r>
        <w:rPr>
          <w:rFonts w:ascii="Courier New" w:hAnsi="Courier New"/>
          <w:color w:val="555555"/>
          <w:sz w:val="20"/>
        </w:rPr>
        <w:t>[39 col3]</w:t>
      </w:r>
    </w:p>
    <w:p>
      <w:r>
        <w:rPr>
          <w:rFonts w:ascii="Gentium Plus" w:hAnsi="Gentium Plus"/>
          <w:sz w:val="24"/>
        </w:rPr>
        <w:t>[Dividers of other Forms]εσ[τι]ν̣, εἰ νϹ̣— —c.3—δυνα‐ τοῦ Ι̣— — — — — — — —ντος ὅ‐ τε μεν̣..ν̣Ϲ̣.ι μὴ δι‐ αΛ̣.Ι̣Γ̣ε̣ι̣ν̣ τ̣ο̣.ουμένην</w:t>
      </w:r>
    </w:p>
    <w:p>
      <w:r>
        <w:rPr>
          <w:rFonts w:ascii="Courier New" w:hAnsi="Courier New"/>
          <w:color w:val="555555"/>
          <w:sz w:val="20"/>
        </w:rPr>
        <w:t>[5]</w:t>
      </w:r>
    </w:p>
    <w:p>
      <w:r>
        <w:rPr>
          <w:rFonts w:ascii="Gentium Plus" w:hAnsi="Gentium Plus"/>
          <w:sz w:val="24"/>
        </w:rPr>
        <w:t>οΥ̣Ϲ̣..ν̣ου̣νε̣[σ]τιν δε με̣Λ̣— — —c.8— — —[π]ῶς οὖν, ὦ Πλ[άτω]ν̣, [γε]νήσεταί [σ]οι ἀ̣φ[θαρσί]α; ἢ πῶς ἄ̣φθα̣[ρτ]ό̣ν̣ [γε] τοῦτο</w:t>
      </w:r>
    </w:p>
    <w:p>
      <w:r>
        <w:rPr>
          <w:rFonts w:ascii="Courier New" w:hAnsi="Courier New"/>
          <w:color w:val="555555"/>
          <w:sz w:val="20"/>
        </w:rPr>
        <w:t>[10]</w:t>
      </w:r>
    </w:p>
    <w:p>
      <w:r>
        <w:rPr>
          <w:rFonts w:ascii="Gentium Plus" w:hAnsi="Gentium Plus"/>
          <w:sz w:val="24"/>
        </w:rPr>
        <w:t>κοιν̣[ῶς] ..ε̣Ι̣.[Partial Letter]ικα vac.? Ε̣οΙ.ο̣— — —c.7— — —ονου Λ̣ο̣Ι̣Μ̣..π̣Ϲ̣Ι̣Ι̣.ουμε‐ ν̣η̣; v.v.v.(?) ο̣ἱ Στ̣[ω]ι̣κοὶ δὲ ([κ]α̣ὶ γ̣ὰ̣ρ̣ ἐ̣ντ[αῦ]θα και‐</w:t>
      </w:r>
    </w:p>
    <w:p>
      <w:r>
        <w:rPr>
          <w:rFonts w:ascii="Courier New" w:hAnsi="Courier New"/>
          <w:color w:val="555555"/>
          <w:sz w:val="20"/>
        </w:rPr>
        <w:t>[39 col4]</w:t>
      </w:r>
    </w:p>
    <w:p>
      <w:r>
        <w:rPr>
          <w:rFonts w:ascii="Gentium Plus" w:hAnsi="Gentium Plus"/>
          <w:sz w:val="24"/>
        </w:rPr>
        <w:t>νότερα λ̣[έ]γειν ἄλ‐ [Dividers of other Forms]λων θέλ̣[ο]υσιν̣) ἁ̣πλῶ̣[ς] μὲν ἀφθ̣[ά]ρτους οὔ [Dividers of other Forms]φασι τὰς [ψυ]χάς, v. ἤδη</w:t>
      </w:r>
    </w:p>
    <w:p>
      <w:r>
        <w:rPr>
          <w:rFonts w:ascii="Courier New" w:hAnsi="Courier New"/>
          <w:color w:val="555555"/>
          <w:sz w:val="20"/>
        </w:rPr>
        <w:t>[5]</w:t>
      </w:r>
    </w:p>
    <w:p>
      <w:r>
        <w:rPr>
          <w:rFonts w:ascii="Gentium Plus" w:hAnsi="Gentium Plus"/>
          <w:sz w:val="24"/>
        </w:rPr>
        <w:t>δὲ τὰς μὲ̣[ν τῶν ἀφυ]‐ ῶν εὐθέως μετὰ τὴ̣[ν] διάκρισιν τοῦ σώμα‐ τος φθείρεσθαι λέ‐ [Dividers of other Forms]γουσιν, τὰς δὲ τῶν σπ[ου]‐</w:t>
      </w:r>
    </w:p>
    <w:p>
      <w:r>
        <w:rPr>
          <w:rFonts w:ascii="Courier New" w:hAnsi="Courier New"/>
          <w:color w:val="555555"/>
          <w:sz w:val="20"/>
        </w:rPr>
        <w:t>[10]</w:t>
      </w:r>
    </w:p>
    <w:p>
      <w:r>
        <w:rPr>
          <w:rFonts w:ascii="Gentium Plus" w:hAnsi="Gentium Plus"/>
          <w:sz w:val="24"/>
        </w:rPr>
        <w:t>δαίων ἐπιδιαμένειν [Dividers of other Forms]ἀνδρῶν, καὶ αὐτὰς [Dividers of other Forms]δὲ φθείρεσθαί ποτε. τὸ μὲν οὖν ἐξοφθά[λ]‐</w:t>
      </w:r>
    </w:p>
    <w:p>
      <w:r>
        <w:rPr>
          <w:rFonts w:ascii="Courier New" w:hAnsi="Courier New"/>
          <w:color w:val="555555"/>
          <w:sz w:val="20"/>
        </w:rPr>
        <w:t>[39 col5]</w:t>
      </w:r>
    </w:p>
    <w:p>
      <w:r>
        <w:rPr>
          <w:rFonts w:ascii="Gentium Plus" w:hAnsi="Gentium Plus"/>
          <w:sz w:val="24"/>
        </w:rPr>
        <w:t>[Dividers of other Forms]τῶν ὁρᾶτε· ὡς γὰρ οὐ τὴν αὐτὴν ἐχόντων θνητότητα τῶν τε σο‐ φῶν καὶ τῶν μὴ σοφῶν̣,</w:t>
      </w:r>
    </w:p>
    <w:p>
      <w:r>
        <w:rPr>
          <w:rFonts w:ascii="Courier New" w:hAnsi="Courier New"/>
          <w:color w:val="555555"/>
          <w:sz w:val="20"/>
        </w:rPr>
        <w:t>[5]</w:t>
      </w:r>
    </w:p>
    <w:p>
      <w:r>
        <w:rPr>
          <w:rFonts w:ascii="Gentium Plus" w:hAnsi="Gentium Plus"/>
          <w:sz w:val="24"/>
        </w:rPr>
        <w:t>κἂν τῷ λογισμῷ δια‐ [φ]έ̣ρωσι, ποιοῦνται τὴ[ν] [ἀπό]φασιν. v. θαυμάζω [δ’ ἐκε]ῖνο ἐγὼ μᾶλλον τ̣[ὸ] [ἐνκρα]τές, v. πῶς, εἰ ἅπα[ξ]</w:t>
      </w:r>
    </w:p>
    <w:p>
      <w:r>
        <w:rPr>
          <w:rFonts w:ascii="Courier New" w:hAnsi="Courier New"/>
          <w:color w:val="555555"/>
          <w:sz w:val="20"/>
        </w:rPr>
        <w:t>[10]</w:t>
      </w:r>
    </w:p>
    <w:p>
      <w:r>
        <w:rPr>
          <w:rFonts w:ascii="Gentium Plus" w:hAnsi="Gentium Plus"/>
          <w:sz w:val="24"/>
        </w:rPr>
        <w:t>[τῇ ψυχῇ] ἔσ̣ται δύνα‐ [μις τοῦ] ε[ἶ]ν̣αι δίχα το̣[ῦ] [σώματ]ο̣ς, κ̣ἂν τὸν ἐ̣[λα]‐ [χιστια]ῖον̣ εἴπωμ̣[εν] [τοῦ χρόνο]υ̣, καὶ τὸν̣— —</w:t>
      </w:r>
    </w:p>
    <w:p>
      <w:r>
        <w:rPr>
          <w:rFonts w:ascii="Courier New" w:hAnsi="Courier New"/>
          <w:color w:val="555555"/>
          <w:sz w:val="20"/>
        </w:rPr>
        <w:t>[39 margin]</w:t>
      </w:r>
    </w:p>
    <w:p>
      <w:r>
        <w:rPr>
          <w:rFonts w:ascii="Gentium Plus" w:hAnsi="Gentium Plus"/>
          <w:sz w:val="24"/>
        </w:rPr>
        <w:t>[τῶν ἐπιθυμιῶν αἱ μέν εἰσι φυσικαὶ καὶ ἀνανκαῖαι· αἱ δὲ φ]υσ̣[ι]κ̣αί γε̣, [οὐκ ἀνανκαῖαι] δ̣έ· v. αἱ δὲ οὔτε φυσικαὶ ο[ὔ]τ̣[ε</w:t>
      </w:r>
    </w:p>
    <w:p>
      <w:r>
        <w:rPr>
          <w:rFonts w:ascii="Courier New" w:hAnsi="Courier New"/>
          <w:color w:val="555555"/>
          <w:sz w:val="20"/>
        </w:rPr>
        <w:t>[40 col1]</w:t>
      </w:r>
    </w:p>
    <w:p>
      <w:r>
        <w:rPr>
          <w:rFonts w:ascii="Gentium Plus" w:hAnsi="Gentium Plus"/>
          <w:sz w:val="24"/>
        </w:rPr>
        <w:t>1—10 broken off</w:t>
      </w:r>
    </w:p>
    <w:p>
      <w:r>
        <w:rPr>
          <w:rFonts w:ascii="Courier New" w:hAnsi="Courier New"/>
          <w:color w:val="555555"/>
          <w:sz w:val="20"/>
        </w:rPr>
        <w:t>[10]</w:t>
      </w:r>
    </w:p>
    <w:p>
      <w:r>
        <w:rPr>
          <w:rFonts w:ascii="Gentium Plus" w:hAnsi="Gentium Plus"/>
          <w:sz w:val="24"/>
        </w:rPr>
        <w:t>[μηδὲ λέγωμεν ὅτι] [ἡ ψυχὴ] μ̣ε[ταβαίνουσα οὐ]‐ [κ ἀ]π̣ώλλ[υτο, ὡς οἱ Ὀρφεῖ]‐ ο̣ι̣, καὶ Πυθαγ[όρας οὐ] μόνος, μαιν[όμενοι δο\|κοῦσιν].</w:t>
      </w:r>
    </w:p>
    <w:p>
      <w:r>
        <w:rPr>
          <w:rFonts w:ascii="Courier New" w:hAnsi="Courier New"/>
          <w:color w:val="555555"/>
          <w:sz w:val="20"/>
        </w:rPr>
        <w:t>[40 margin]</w:t>
      </w:r>
    </w:p>
    <w:p>
      <w:r>
        <w:rPr>
          <w:rFonts w:ascii="Gentium Plus" w:hAnsi="Gentium Plus"/>
          <w:sz w:val="24"/>
        </w:rPr>
        <w:t>[εἰ μὴ παρὰ πάντα καιρὸν ἐπαν]ο̣ίσεις ἕκα[στον τῶν πραττο‐ μένων ἐπὶ τὸ τέλος τῆς φύσεως, ἀλλὰ προκαταστρέψεις εἴτε φυγὴν εἴτε δίωξιν ποιούμενος εἰς ἄλλο τι, οὐκ ἔσονταί σοι τοῖς λόγοις αἱ πράξεις ἀκόλουθοι].</w:t>
      </w:r>
    </w:p>
    <w:p>
      <w:r>
        <w:rPr>
          <w:rFonts w:ascii="Courier New" w:hAnsi="Courier New"/>
          <w:color w:val="555555"/>
          <w:sz w:val="20"/>
        </w:rPr>
        <w:t>[41 col1]</w:t>
      </w:r>
    </w:p>
    <w:p>
      <w:r>
        <w:rPr>
          <w:rFonts w:ascii="Gentium Plus" w:hAnsi="Gentium Plus"/>
          <w:sz w:val="24"/>
        </w:rPr>
        <w:t>— — — —c.7— — —Ιε̣..Ι[Partial Letter]— — — — — — — —c.5— —μ̣εθα τῶν εΙ— —c.4— — [— —c.3—οὐ]χ̣ ὡς οἱ περὶ Ἐνπ̣[ε]‐ [δοκλ]έ̣α̣ καὶ Πυθαγό̣[ραν]</w:t>
      </w:r>
    </w:p>
    <w:p>
      <w:r>
        <w:rPr>
          <w:rFonts w:ascii="Courier New" w:hAnsi="Courier New"/>
          <w:color w:val="555555"/>
          <w:sz w:val="20"/>
        </w:rPr>
        <w:t>[5]</w:t>
      </w:r>
    </w:p>
    <w:p>
      <w:r>
        <w:rPr>
          <w:rFonts w:ascii="Gentium Plus" w:hAnsi="Gentium Plus"/>
          <w:sz w:val="24"/>
        </w:rPr>
        <w:t>[φασίν. τ]ὸ̣ γ̣ὰ̣ρ̣ ἔ̣χ̣ει̣ν̣— —c.3—</w:t>
      </w:r>
    </w:p>
    <w:p>
      <w:r>
        <w:rPr>
          <w:rFonts w:ascii="Courier New" w:hAnsi="Courier New"/>
          <w:color w:val="555555"/>
          <w:sz w:val="20"/>
        </w:rPr>
        <w:t>[42 col1]</w:t>
      </w:r>
    </w:p>
    <w:p>
      <w:r>
        <w:rPr>
          <w:rFonts w:ascii="Gentium Plus" w:hAnsi="Gentium Plus"/>
          <w:sz w:val="24"/>
        </w:rPr>
        <w:t>[— — — —Ἐνπεδοκλῆ]ς [περὶ τούτων τ]ὴ̣ν φι‐ [λοσοφίαν προσ]έλα‐ [βεν ἐκ Πυθαγό]ρου</w:t>
      </w:r>
    </w:p>
    <w:p>
      <w:r>
        <w:rPr>
          <w:rFonts w:ascii="Courier New" w:hAnsi="Courier New"/>
          <w:color w:val="555555"/>
          <w:sz w:val="20"/>
        </w:rPr>
        <w:t>[5]</w:t>
      </w:r>
    </w:p>
    <w:p>
      <w:r>
        <w:rPr>
          <w:rFonts w:ascii="Gentium Plus" w:hAnsi="Gentium Plus"/>
          <w:sz w:val="24"/>
        </w:rPr>
        <w:t>[]ατου []εσ̣τη []ε̣ρ̣ον []μ̣.ε̣ [][Partial Letter]̣Ϲ̣πε̣.</w:t>
      </w:r>
    </w:p>
    <w:p>
      <w:r>
        <w:rPr>
          <w:rFonts w:ascii="Courier New" w:hAnsi="Courier New"/>
          <w:color w:val="555555"/>
          <w:sz w:val="20"/>
        </w:rPr>
        <w:t>[10]</w:t>
      </w:r>
    </w:p>
    <w:p>
      <w:r>
        <w:rPr>
          <w:rFonts w:ascii="Gentium Plus" w:hAnsi="Gentium Plus"/>
          <w:sz w:val="24"/>
        </w:rPr>
        <w:t>[]ηϹ̣ vac.? — — — []τ̣ο̣ν̣ []Ι̣ο̣Ϲ̣</w:t>
      </w:r>
    </w:p>
    <w:p>
      <w:r>
        <w:rPr>
          <w:rFonts w:ascii="Courier New" w:hAnsi="Courier New"/>
          <w:color w:val="555555"/>
          <w:sz w:val="20"/>
        </w:rPr>
        <w:t>[42 col2]</w:t>
      </w:r>
    </w:p>
    <w:p>
      <w:r>
        <w:rPr>
          <w:rFonts w:ascii="Gentium Plus" w:hAnsi="Gentium Plus"/>
          <w:sz w:val="24"/>
        </w:rPr>
        <w:t>νος μεταβαίνειν [φη]‐ σὶ τὰς ψυχὰς ἐκ σωμά‐ των εἰς σώματα με‐ τὰ τὸ τὰ πρῶτα διαφθα‐</w:t>
      </w:r>
    </w:p>
    <w:p>
      <w:r>
        <w:rPr>
          <w:rFonts w:ascii="Courier New" w:hAnsi="Courier New"/>
          <w:color w:val="555555"/>
          <w:sz w:val="20"/>
        </w:rPr>
        <w:t>[5]</w:t>
      </w:r>
    </w:p>
    <w:p>
      <w:r>
        <w:rPr>
          <w:rFonts w:ascii="Gentium Plus" w:hAnsi="Gentium Plus"/>
          <w:sz w:val="24"/>
        </w:rPr>
        <w:t>ρῆναι καὶ ἐπ’ ἄπειρον τοῦ̣‐ το γείνεσθαι, ὥσπερ οὐ‐ κ ἐροῦντος αὐτῷ τινος· “Ἐν̣π̣εδόκλεις, v. εἰ μὲν ο̣ὖ̣[ν] δ̣ύ̣ν̣ανται καθ’ ἑαυ‐</w:t>
      </w:r>
    </w:p>
    <w:p>
      <w:r>
        <w:rPr>
          <w:rFonts w:ascii="Courier New" w:hAnsi="Courier New"/>
          <w:color w:val="555555"/>
          <w:sz w:val="20"/>
        </w:rPr>
        <w:t>[10]</w:t>
      </w:r>
    </w:p>
    <w:p>
      <w:r>
        <w:rPr>
          <w:rFonts w:ascii="Gentium Plus" w:hAnsi="Gentium Plus"/>
          <w:sz w:val="24"/>
        </w:rPr>
        <w:t>τ̣ὰ̣ς̣ [α]ἱ̣ ψ̣υχα̣ὶ μένειν μη‐ δ̣ὲ̣ κ̣.τ̣Λ̣υ̣λεις σύρ̣ε̣ιν εἰς ζ̣[ῴ]ου̣ φύσιν καὶ τού‐ του χ̣ά̣ριν̣ μεταφ̣έρειν̣ [α]ὐ̣τάς, τί σοι̣ δύναται̣ ἡ̣</w:t>
      </w:r>
    </w:p>
    <w:p>
      <w:r>
        <w:rPr>
          <w:rFonts w:ascii="Courier New" w:hAnsi="Courier New"/>
          <w:color w:val="555555"/>
          <w:sz w:val="20"/>
        </w:rPr>
        <w:t>[42 col3]</w:t>
      </w:r>
    </w:p>
    <w:p>
      <w:r>
        <w:rPr>
          <w:rFonts w:ascii="Gentium Plus" w:hAnsi="Gentium Plus"/>
          <w:sz w:val="24"/>
        </w:rPr>
        <w:t>μετάβασις; v. ἐν γὰ̣[ρ τῷ] μεταξ̣ὺ χρ̣ό̣νῳ, δι’ ο[ὗ τὸ] μεταβαίνειν αὐτα[ῖς γεί]‐ νεται ζῴου φύσιν [δι]‐</w:t>
      </w:r>
    </w:p>
    <w:p>
      <w:r>
        <w:rPr>
          <w:rFonts w:ascii="Courier New" w:hAnsi="Courier New"/>
          <w:color w:val="555555"/>
          <w:sz w:val="20"/>
        </w:rPr>
        <w:t>[5]</w:t>
      </w:r>
    </w:p>
    <w:p>
      <w:r>
        <w:rPr>
          <w:rFonts w:ascii="Gentium Plus" w:hAnsi="Gentium Plus"/>
          <w:sz w:val="24"/>
        </w:rPr>
        <w:t>έχον, τὸ̣ πᾶν ταρ̣α̣χθ̣[ή]‐</w:t>
      </w:r>
    </w:p>
    <w:p>
      <w:r>
        <w:rPr>
          <w:rFonts w:ascii="Courier New" w:hAnsi="Courier New"/>
          <w:color w:val="555555"/>
          <w:sz w:val="20"/>
        </w:rPr>
        <w:t>[10]</w:t>
      </w:r>
    </w:p>
    <w:p>
      <w:r>
        <w:rPr>
          <w:rFonts w:ascii="Gentium Plus" w:hAnsi="Gentium Plus"/>
          <w:sz w:val="24"/>
        </w:rPr>
        <w:t>γματα, μᾶ̣λλον [δὲ ἐ]‐ κείναις, σ̣ύρω̣[ν αὐτὰς] καὶ μεταβιβάζ̣[ων εἰς] ἕτερον ἐξ ἑτέρου̣ [ζῷ]‐ ον; καὶ ταῦτα πο— — —</w:t>
      </w:r>
    </w:p>
    <w:p>
      <w:r>
        <w:rPr>
          <w:rFonts w:ascii="Courier New" w:hAnsi="Courier New"/>
          <w:color w:val="555555"/>
          <w:sz w:val="20"/>
        </w:rPr>
        <w:t>[42 col4 (8)]</w:t>
      </w:r>
    </w:p>
    <w:p>
      <w:r>
        <w:rPr>
          <w:rFonts w:ascii="Gentium Plus" w:hAnsi="Gentium Plus"/>
          <w:sz w:val="24"/>
        </w:rPr>
        <w:t>[][Partial Letter]̣ vac.</w:t>
      </w:r>
    </w:p>
    <w:p>
      <w:r>
        <w:rPr>
          <w:rFonts w:ascii="Courier New" w:hAnsi="Courier New"/>
          <w:color w:val="555555"/>
          <w:sz w:val="20"/>
        </w:rPr>
        <w:t>[10]</w:t>
      </w:r>
    </w:p>
    <w:p>
      <w:r>
        <w:rPr>
          <w:rFonts w:ascii="Gentium Plus" w:hAnsi="Gentium Plus"/>
          <w:sz w:val="24"/>
        </w:rPr>
        <w:t>[]ρ [][Partial Letter]̣ []ο̣ν̣ [][Partial Letter]̣Ι̣</w:t>
      </w:r>
    </w:p>
    <w:p>
      <w:r>
        <w:rPr>
          <w:rFonts w:ascii="Courier New" w:hAnsi="Courier New"/>
          <w:color w:val="555555"/>
          <w:sz w:val="20"/>
        </w:rPr>
        <w:t>[42 col5]</w:t>
      </w:r>
    </w:p>
    <w:p>
      <w:r>
        <w:rPr>
          <w:rFonts w:ascii="Gentium Plus" w:hAnsi="Gentium Plus"/>
          <w:sz w:val="24"/>
        </w:rPr>
        <w:t>— — —c.6— —στον— —c.5 — — — — — —c.7— — υνη— —c.5— — [— — —c.7— — —ηϹ̣Γ̣— —c.4— ἄ]‐ [μεινον γ]ὰ̣ρ ἁπλῶς ἀ‐</w:t>
      </w:r>
    </w:p>
    <w:p>
      <w:r>
        <w:rPr>
          <w:rFonts w:ascii="Courier New" w:hAnsi="Courier New"/>
          <w:color w:val="555555"/>
          <w:sz w:val="20"/>
        </w:rPr>
        <w:t>[5]</w:t>
      </w:r>
    </w:p>
    <w:p>
      <w:r>
        <w:rPr>
          <w:rFonts w:ascii="Gentium Plus" w:hAnsi="Gentium Plus"/>
          <w:sz w:val="24"/>
        </w:rPr>
        <w:t>φθάρτους [ἦν] τὰς ψυ‐ χὰς καθ’ ἑαυτ̣ὰς ποι‐ εῖν καὶ μὴ εἰς μα‐ κρὸν ἐνβαλεῖν αὐτὰ[ς] περίπλουν, ἵνα σου τὸ</w:t>
      </w:r>
    </w:p>
    <w:p>
      <w:r>
        <w:rPr>
          <w:rFonts w:ascii="Courier New" w:hAnsi="Courier New"/>
          <w:color w:val="555555"/>
          <w:sz w:val="20"/>
        </w:rPr>
        <w:t>[10]</w:t>
      </w:r>
    </w:p>
    <w:p>
      <w:r>
        <w:rPr>
          <w:rFonts w:ascii="Gentium Plus" w:hAnsi="Gentium Plus"/>
          <w:sz w:val="24"/>
        </w:rPr>
        <w:t>πανέσχατον σε̣μνό‐ τερον ὑπῆρχε τὸ ψεῦσ̣‐ μα. v. ἢ σοὶ μέν, Ἐνπε‐ δόκλεις, ἀπιστήσομε[ν] τὰς μεταβάσεις τα̣[ύ\|τας”]</w:t>
      </w:r>
    </w:p>
    <w:p>
      <w:r>
        <w:rPr>
          <w:rFonts w:ascii="Courier New" w:hAnsi="Courier New"/>
          <w:color w:val="555555"/>
          <w:sz w:val="20"/>
        </w:rPr>
        <w:t>[42 margin]</w:t>
      </w:r>
    </w:p>
    <w:p>
      <w:r>
        <w:rPr>
          <w:rFonts w:ascii="Gentium Plus" w:hAnsi="Gentium Plus"/>
          <w:sz w:val="24"/>
        </w:rPr>
        <w:t>α̣Ι̣ρ[Partial Letter]̣— — — — —c.10— — — — —[ἡ μὲν ἀλγηδὼν] μεικρὰ οὖσα ο[ὐκ ἀναιρεῖ</w:t>
      </w:r>
    </w:p>
    <w:p>
      <w:r>
        <w:rPr>
          <w:rFonts w:ascii="Courier New" w:hAnsi="Courier New"/>
          <w:color w:val="555555"/>
          <w:sz w:val="20"/>
        </w:rPr>
        <w:t>[43 col1]</w:t>
      </w:r>
    </w:p>
    <w:p>
      <w:r>
        <w:rPr>
          <w:rFonts w:ascii="Gentium Plus" w:hAnsi="Gentium Plus"/>
          <w:sz w:val="24"/>
        </w:rPr>
        <w:t>ὡ̣ς δοκοῦσιν οἱ Στ[ωικοὶ] [πά]νυ πλανώμεν[οι. σω]‐ [μ]α̣τικῶν δὲ καὶ ἔχε̣[ι φύ]‐ [σι]ν εἰδώλων τύπ[ων τε]</w:t>
      </w:r>
    </w:p>
    <w:p>
      <w:r>
        <w:rPr>
          <w:rFonts w:ascii="Courier New" w:hAnsi="Courier New"/>
          <w:color w:val="555555"/>
          <w:sz w:val="20"/>
        </w:rPr>
        <w:t>[5]</w:t>
      </w:r>
    </w:p>
    <w:p>
      <w:r>
        <w:rPr>
          <w:rFonts w:ascii="Gentium Plus" w:hAnsi="Gentium Plus"/>
          <w:sz w:val="24"/>
        </w:rPr>
        <w:t>[ὁ]μ̣οιομόρφων τού[τοις] [ἅ]π̣ασι τοῖς ὁρατοῖς ἃ [νοῆ]‐ [σ]αι ἡ ῥεῦσις αὐτῶν [ἐνδέ]‐ [χ]εται, καθὼς καὶ ἐ[ν τῇ] [π]ρὸ ταύτης ἐδήλ[ωσα]</w:t>
      </w:r>
    </w:p>
    <w:p>
      <w:r>
        <w:rPr>
          <w:rFonts w:ascii="Courier New" w:hAnsi="Courier New"/>
          <w:color w:val="555555"/>
          <w:sz w:val="20"/>
        </w:rPr>
        <w:t>[10]</w:t>
      </w:r>
    </w:p>
    <w:p>
      <w:r>
        <w:rPr>
          <w:rFonts w:ascii="Gentium Plus" w:hAnsi="Gentium Plus"/>
          <w:sz w:val="24"/>
        </w:rPr>
        <w:t>[γ]ρ̣αφῇ, τοὺς περὶ ἐνυ̣[πνί]‐ [ων] λόγους ἀνακαθ[αί]‐ [ρω]ν. v. τὰ οὖν εἴδωλ̣[α] [τ]α̣ῦτα αἰσθάνετα[ι οὐ]‐ [δ]ὲν οὐδαμῶς, ὡς [ὑπο]‐</w:t>
      </w:r>
    </w:p>
    <w:p>
      <w:r>
        <w:rPr>
          <w:rFonts w:ascii="Courier New" w:hAnsi="Courier New"/>
          <w:color w:val="555555"/>
          <w:sz w:val="20"/>
        </w:rPr>
        <w:t>[43 col2]</w:t>
      </w:r>
    </w:p>
    <w:p>
      <w:r>
        <w:rPr>
          <w:rFonts w:ascii="Gentium Plus" w:hAnsi="Gentium Plus"/>
          <w:sz w:val="24"/>
        </w:rPr>
        <w:t>[λαμ]βάνει Δημόκρι̣[τος], [ἅτ’ ἀ]π̣’ ἀτόμων ἐπιλέ[πτων] [ᾠκο]δομημένα καὶ [τῇ]</w:t>
      </w:r>
    </w:p>
    <w:p>
      <w:r>
        <w:rPr>
          <w:rFonts w:ascii="Courier New" w:hAnsi="Courier New"/>
          <w:color w:val="555555"/>
          <w:sz w:val="20"/>
        </w:rPr>
        <w:t>[5]</w:t>
      </w:r>
    </w:p>
    <w:p>
      <w:r>
        <w:rPr>
          <w:rFonts w:ascii="Gentium Plus" w:hAnsi="Gentium Plus"/>
          <w:sz w:val="24"/>
        </w:rPr>
        <w:t>[Dividers of other Forms][ὄ]ντα. τοιούτων μὲν [ἂν] ἔχῃ μορφὴν πραγμά̣[των] οἷς ἡ φύσις χαίρει, κατ[ευ]‐ φραίνει μάλιστα τὴν̣ [ψυ]‐ χήν· ἂν δὲ τοιούτων [οἷς]</w:t>
      </w:r>
    </w:p>
    <w:p>
      <w:r>
        <w:rPr>
          <w:rFonts w:ascii="Courier New" w:hAnsi="Courier New"/>
          <w:color w:val="555555"/>
          <w:sz w:val="20"/>
        </w:rPr>
        <w:t>[10]</w:t>
      </w:r>
    </w:p>
    <w:p>
      <w:r>
        <w:rPr>
          <w:rFonts w:ascii="Gentium Plus" w:hAnsi="Gentium Plus"/>
          <w:sz w:val="24"/>
        </w:rPr>
        <w:t>ἡ φύσις ἀλλοτριοῦ[ται], θορύβου τινὸς πολλ[οῦ] γεμίζει καὶ φόβου τὸ[ν] ὅλον ἄνθρωπον v. καὶ τ[ὸ] πήδημα τῆς καρδία[ς \| κεινεῖ]</w:t>
      </w:r>
    </w:p>
    <w:p>
      <w:r>
        <w:rPr>
          <w:rFonts w:ascii="Courier New" w:hAnsi="Courier New"/>
          <w:color w:val="555555"/>
          <w:sz w:val="20"/>
        </w:rPr>
        <w:t>[43 margin]</w:t>
      </w:r>
    </w:p>
    <w:p>
      <w:r>
        <w:rPr>
          <w:rFonts w:ascii="Gentium Plus" w:hAnsi="Gentium Plus"/>
          <w:sz w:val="24"/>
        </w:rPr>
        <w:t>[ὅσα τῶν ζῴων μὴ ἐδύνατο συνθήκας ποιεῖσθαι τὰς ὑπὲρ τοῦ μὴ βλάπτειν ἄλληλα μηδὲ β]λ̣άπτεσθαι, v. πρὸς̣ [τα]ῦ̣τ’ οὐθέ̣ν ἐσ̣τιν̣ οὔτ̣[ε δίκαιον οὐδὲ ἄδικον. ὡσαύτως δὲ καὶ τῶν ἐθνῶν ὅσα μὴ ἐδύνατο ἢ μὴ ἐβούλετο τὰς συνθήκας ποιεῖσθαι τὰς</w:t>
      </w:r>
    </w:p>
    <w:p>
      <w:r>
        <w:rPr>
          <w:rFonts w:ascii="Courier New" w:hAnsi="Courier New"/>
          <w:color w:val="555555"/>
          <w:sz w:val="20"/>
        </w:rPr>
        <w:t>[5]</w:t>
      </w:r>
    </w:p>
    <w:p>
      <w:r>
        <w:rPr>
          <w:rFonts w:ascii="Gentium Plus" w:hAnsi="Gentium Plus"/>
          <w:sz w:val="24"/>
        </w:rPr>
        <w:t>ὑπὲρ τοῦ μὴ βλάπτειν μηδὲ βλάπτεσθαι].</w:t>
      </w:r>
    </w:p>
    <w:p>
      <w:r>
        <w:rPr>
          <w:rFonts w:ascii="Courier New" w:hAnsi="Courier New"/>
          <w:color w:val="555555"/>
          <w:sz w:val="20"/>
        </w:rPr>
        <w:t>[44 ante]</w:t>
      </w:r>
    </w:p>
    <w:p>
      <w:r>
        <w:rPr>
          <w:rFonts w:ascii="Gentium Plus" w:hAnsi="Gentium Plus"/>
          <w:sz w:val="24"/>
        </w:rPr>
        <w:t>[ἔχει δ’ ἡ ψυ]‐</w:t>
      </w:r>
    </w:p>
    <w:p>
      <w:r>
        <w:rPr>
          <w:rFonts w:ascii="Courier New" w:hAnsi="Courier New"/>
          <w:color w:val="555555"/>
          <w:sz w:val="20"/>
        </w:rPr>
        <w:t>[44 col1]</w:t>
      </w:r>
    </w:p>
    <w:p>
      <w:r>
        <w:rPr>
          <w:rFonts w:ascii="Gentium Plus" w:hAnsi="Gentium Plus"/>
          <w:sz w:val="24"/>
        </w:rPr>
        <w:t>[χὴ π̣]άθη τῆς γεγεννη‐</w:t>
      </w:r>
    </w:p>
    <w:p>
      <w:r>
        <w:rPr>
          <w:rFonts w:ascii="Courier New" w:hAnsi="Courier New"/>
          <w:color w:val="555555"/>
          <w:sz w:val="20"/>
        </w:rPr>
        <w:t>[5]</w:t>
      </w:r>
    </w:p>
    <w:p>
      <w:r>
        <w:rPr>
          <w:rFonts w:ascii="Gentium Plus" w:hAnsi="Gentium Plus"/>
          <w:sz w:val="24"/>
        </w:rPr>
        <w:t>[λικό]νδ̣ε̣ ἐπ̣εξάπτεται [πῦρ], ἡ̣λίκον καταφλέ‐ [γει λ]ιμένας καὶ πόλεις. [δυσε]π̣ιλόγιστος δέ ἐσ‐ [τι το]ῖς πολλοῖς ἡ τῶν</w:t>
      </w:r>
    </w:p>
    <w:p>
      <w:r>
        <w:rPr>
          <w:rFonts w:ascii="Courier New" w:hAnsi="Courier New"/>
          <w:color w:val="555555"/>
          <w:sz w:val="20"/>
        </w:rPr>
        <w:t>[10]</w:t>
      </w:r>
    </w:p>
    <w:p>
      <w:r>
        <w:rPr>
          <w:rFonts w:ascii="Gentium Plus" w:hAnsi="Gentium Plus"/>
          <w:sz w:val="24"/>
        </w:rPr>
        <w:t>[ψυχι]κῶν τούτων ὑπερ‐ [οχὴ] παθῶν. v. ἐπεὶ γὰρ [οὐκ] ἔ̣στιν ἐξ ἀντιπα‐ [ραθ]έ̣σεως ὑφ’ ἕνα και‐ [ρὸν] ἀμφοτέρας παθεῖν</w:t>
      </w:r>
    </w:p>
    <w:p>
      <w:r>
        <w:rPr>
          <w:rFonts w:ascii="Courier New" w:hAnsi="Courier New"/>
          <w:color w:val="555555"/>
          <w:sz w:val="20"/>
        </w:rPr>
        <w:t>[44 col2]</w:t>
      </w:r>
    </w:p>
    <w:p>
      <w:r>
        <w:rPr>
          <w:rFonts w:ascii="Gentium Plus" w:hAnsi="Gentium Plus"/>
          <w:sz w:val="24"/>
        </w:rPr>
        <w:t>τὰς ἀκρότητας (τῶν ψυχικῶν λέγω π̣αθ̣ῶν̣ [Dividers of other Forms]τῶν τε σωματικῶν) δι‐ ὰ τὸ σπανίως ποτὲ τοῦ‐</w:t>
      </w:r>
    </w:p>
    <w:p>
      <w:r>
        <w:rPr>
          <w:rFonts w:ascii="Courier New" w:hAnsi="Courier New"/>
          <w:color w:val="555555"/>
          <w:sz w:val="20"/>
        </w:rPr>
        <w:t>[5]</w:t>
      </w:r>
    </w:p>
    <w:p>
      <w:r>
        <w:rPr>
          <w:rFonts w:ascii="Gentium Plus" w:hAnsi="Gentium Plus"/>
          <w:sz w:val="24"/>
        </w:rPr>
        <w:t>το συνβαίνειν καί, ὅ‐ ταν δὲ συνβῇ, τ̣ὸ̣ ζ̣ῆν ἀ‐ ναιρεῖσθαι, τῶ̣[ν] ἑ̣τ̣έρ̣ων τῆς ὑπεροχῆς τὸ κ̣ρι‐ [Dividers of other Forms]τήριον οὐχ ε̣ὑρίσ̣κ̣εται.</w:t>
      </w:r>
    </w:p>
    <w:p>
      <w:r>
        <w:rPr>
          <w:rFonts w:ascii="Courier New" w:hAnsi="Courier New"/>
          <w:color w:val="555555"/>
          <w:sz w:val="20"/>
        </w:rPr>
        <w:t>[10]</w:t>
      </w:r>
    </w:p>
    <w:p>
      <w:r>
        <w:rPr>
          <w:rFonts w:ascii="Gentium Plus" w:hAnsi="Gentium Plus"/>
          <w:sz w:val="24"/>
        </w:rPr>
        <w:t>ἀλλ’ ὅταν μὲν ἐν τ̣αῖς σωματικαῖς ἀλγηδόσι τυνχάνῃ τις, φησὶ ταύ‐ τας τῶν ψυχικῶν εἶναι</w:t>
      </w:r>
    </w:p>
    <w:p>
      <w:r>
        <w:rPr>
          <w:rFonts w:ascii="Courier New" w:hAnsi="Courier New"/>
          <w:color w:val="555555"/>
          <w:sz w:val="20"/>
        </w:rPr>
        <w:t>[44 col3]</w:t>
      </w:r>
    </w:p>
    <w:p>
      <w:r>
        <w:rPr>
          <w:rFonts w:ascii="Gentium Plus" w:hAnsi="Gentium Plus"/>
          <w:sz w:val="24"/>
        </w:rPr>
        <w:t>[ταῖς ψυχικαῖς, ἐκείνων] μ̣[ε]ί̣[ζονας εἶναί φησι] ταύτας̣. τ̣[ῶν γὰρ ἀπόν]‐ των αἰεὶ τὰ [παρόντα πι]‐</w:t>
      </w:r>
    </w:p>
    <w:p>
      <w:r>
        <w:rPr>
          <w:rFonts w:ascii="Courier New" w:hAnsi="Courier New"/>
          <w:color w:val="555555"/>
          <w:sz w:val="20"/>
        </w:rPr>
        <w:t>[5]</w:t>
      </w:r>
    </w:p>
    <w:p>
      <w:r>
        <w:rPr>
          <w:rFonts w:ascii="Gentium Plus" w:hAnsi="Gentium Plus"/>
          <w:sz w:val="24"/>
        </w:rPr>
        <w:t>θανώτερα κα̣[ὶ ἐπίδοξος] ἕκαστός ἐστιν ἢ̣ δ̣[ι’ ἀνάν]‐ κην ἢ διὰ ἡδονὴν τῷ̣ κατέχοντι αὐτὸν πά̣‐ θει τὴν ὑπεροχὴν ἀπ̣[ο]‐</w:t>
      </w:r>
    </w:p>
    <w:p>
      <w:r>
        <w:rPr>
          <w:rFonts w:ascii="Courier New" w:hAnsi="Courier New"/>
          <w:color w:val="555555"/>
          <w:sz w:val="20"/>
        </w:rPr>
        <w:t>[10]</w:t>
      </w:r>
    </w:p>
    <w:p>
      <w:r>
        <w:rPr>
          <w:rFonts w:ascii="Gentium Plus" w:hAnsi="Gentium Plus"/>
          <w:sz w:val="24"/>
        </w:rPr>
        <w:t>[Dividers of other Forms]δεδωκέναι. v. σοφὸς δὲ ἀνὴρ τὸ δυσεπιλό̣‐ γιστον τοῦτο τοῖς πολ̣‐ λοῖς ἐξ ἄλλων τε ἀν[α]‐ λογίζεται πολλῶν \| [καὶ]</w:t>
      </w:r>
    </w:p>
    <w:p>
      <w:r>
        <w:rPr>
          <w:rFonts w:ascii="Courier New" w:hAnsi="Courier New"/>
          <w:color w:val="555555"/>
          <w:sz w:val="20"/>
        </w:rPr>
        <w:t>[44 margin]</w:t>
      </w:r>
    </w:p>
    <w:p>
      <w:r>
        <w:rPr>
          <w:rFonts w:ascii="Gentium Plus" w:hAnsi="Gentium Plus"/>
          <w:sz w:val="24"/>
        </w:rPr>
        <w:t>[οὐ χρονίζει τὸ ἀλγοῦν συνεχῶς ἐν τῇ σαρκί, ἀλλὰ τὸ μὲν ἄκρον τὸν ἐλάχιστον χρόνον πάρεστι, τὸ δὲ μόνον ὑπερτεῖνον τὸ ἡδόμενον κατὰ σάρκα οὐ πολλὰς ἡμέρας συμβαίνει. αἱ δὲ πολυχρόνιοι τῶν ἀρρωστιῶν πλεο]ν̣άζον ἔχουσι τὸ</w:t>
      </w:r>
    </w:p>
    <w:p>
      <w:r>
        <w:rPr>
          <w:rFonts w:ascii="Courier New" w:hAnsi="Courier New"/>
          <w:color w:val="555555"/>
          <w:sz w:val="20"/>
        </w:rPr>
        <w:t>[5]</w:t>
      </w:r>
    </w:p>
    <w:p>
      <w:r>
        <w:rPr>
          <w:rFonts w:ascii="Gentium Plus" w:hAnsi="Gentium Plus"/>
          <w:sz w:val="24"/>
        </w:rPr>
        <w:t>ἡδόμενον ἐν τῇ σαρκὶ ἤπερ τὸ ἀλγ̣[οῦν].</w:t>
      </w:r>
    </w:p>
    <w:p>
      <w:r>
        <w:rPr>
          <w:rFonts w:ascii="Courier New" w:hAnsi="Courier New"/>
          <w:color w:val="555555"/>
          <w:sz w:val="20"/>
        </w:rPr>
        <w:t>[45 col1]</w:t>
      </w:r>
    </w:p>
    <w:p>
      <w:r>
        <w:rPr>
          <w:rFonts w:ascii="Gentium Plus" w:hAnsi="Gentium Plus"/>
          <w:sz w:val="24"/>
        </w:rPr>
        <w:t>[καὶ σκέψεως τ]ῶν μελ‐ [λόντων πρὸς] ἃ̣ ἔλαττον [ἔχουσιν, οἵ, ὑ]πὸ ψυχι‐ [κῶν κεινηθ]έντες πα‐</w:t>
      </w:r>
    </w:p>
    <w:p>
      <w:r>
        <w:rPr>
          <w:rFonts w:ascii="Courier New" w:hAnsi="Courier New"/>
          <w:color w:val="555555"/>
          <w:sz w:val="20"/>
        </w:rPr>
        <w:t>[5]</w:t>
      </w:r>
    </w:p>
    <w:p>
      <w:r>
        <w:rPr>
          <w:rFonts w:ascii="Gentium Plus" w:hAnsi="Gentium Plus"/>
          <w:sz w:val="24"/>
        </w:rPr>
        <w:t>[θῶν, — — —c.7— —] ἐπάταξαν [— — —c.7— —οὐδ]έ̣ποτε τρο‐ [— — — —c.10— — — —]Ρ̣αν. vacat [— — — —c.10— — — —]ν̣οις λησ‐ [ — — —c.7— —πρὸ]ς̣ ταῖς ψυχαῖς</w:t>
      </w:r>
    </w:p>
    <w:p>
      <w:r>
        <w:rPr>
          <w:rFonts w:ascii="Courier New" w:hAnsi="Courier New"/>
          <w:color w:val="555555"/>
          <w:sz w:val="20"/>
        </w:rPr>
        <w:t>[10]</w:t>
      </w:r>
    </w:p>
    <w:p>
      <w:r>
        <w:rPr>
          <w:rFonts w:ascii="Gentium Plus" w:hAnsi="Gentium Plus"/>
          <w:sz w:val="24"/>
        </w:rPr>
        <w:t>[τὰς σωματικ]ὰ̣ς ἀλγη‐ [δόνας προστι]θ̣[έα]σ̣ι̣ν̣</w:t>
      </w:r>
    </w:p>
    <w:p>
      <w:r>
        <w:rPr>
          <w:rFonts w:ascii="Courier New" w:hAnsi="Courier New"/>
          <w:color w:val="555555"/>
          <w:sz w:val="20"/>
        </w:rPr>
        <w:t>[12-14]</w:t>
      </w:r>
    </w:p>
    <w:p>
      <w:r>
        <w:rPr>
          <w:rFonts w:ascii="Gentium Plus" w:hAnsi="Gentium Plus"/>
          <w:sz w:val="24"/>
        </w:rPr>
        <w:t>broken off</w:t>
      </w:r>
    </w:p>
    <w:p>
      <w:r>
        <w:rPr>
          <w:rFonts w:ascii="Courier New" w:hAnsi="Courier New"/>
          <w:color w:val="555555"/>
          <w:sz w:val="20"/>
        </w:rPr>
        <w:t>[46 col1]</w:t>
      </w:r>
    </w:p>
    <w:p>
      <w:r>
        <w:rPr>
          <w:rFonts w:ascii="Gentium Plus" w:hAnsi="Gentium Plus"/>
          <w:sz w:val="24"/>
        </w:rPr>
        <w:t>[..τὸ] ἀ̣λγεῖν καὶ [τὸ λυπού]‐</w:t>
      </w:r>
    </w:p>
    <w:p>
      <w:r>
        <w:rPr>
          <w:rFonts w:ascii="Courier New" w:hAnsi="Courier New"/>
          <w:color w:val="555555"/>
          <w:sz w:val="20"/>
        </w:rPr>
        <w:t>[5-14]</w:t>
      </w:r>
    </w:p>
    <w:p>
      <w:r>
        <w:rPr>
          <w:rFonts w:ascii="Gentium Plus" w:hAnsi="Gentium Plus"/>
          <w:sz w:val="24"/>
        </w:rPr>
        <w:t>broken off</w:t>
      </w:r>
    </w:p>
    <w:p>
      <w:r>
        <w:rPr>
          <w:rFonts w:ascii="Courier New" w:hAnsi="Courier New"/>
          <w:color w:val="555555"/>
          <w:sz w:val="20"/>
        </w:rPr>
        <w:t>[47 ante]</w:t>
      </w:r>
    </w:p>
    <w:p>
      <w:r>
        <w:rPr>
          <w:rFonts w:ascii="Gentium Plus" w:hAnsi="Gentium Plus"/>
          <w:sz w:val="24"/>
        </w:rPr>
        <w:t>[οὐδὲ δεινὰς εἶναι τὰς συμφορὰς]</w:t>
      </w:r>
    </w:p>
    <w:p>
      <w:r>
        <w:rPr>
          <w:rFonts w:ascii="Courier New" w:hAnsi="Courier New"/>
          <w:color w:val="555555"/>
          <w:sz w:val="20"/>
        </w:rPr>
        <w:t>[47 col1]</w:t>
      </w:r>
    </w:p>
    <w:p>
      <w:r>
        <w:rPr>
          <w:rFonts w:ascii="Gentium Plus" w:hAnsi="Gentium Plus"/>
          <w:sz w:val="24"/>
        </w:rPr>
        <w:t>[κειν]ούσας τὰς τοιαύ‐ [τας] ἀ̣λγηδόνας ἡμεῖς [δοκ]οῦμεν. ποῦ γάρ, Ἡρά‐ [κλει]ς̣, εἰ δεῖ τινα τῆς</w:t>
      </w:r>
    </w:p>
    <w:p>
      <w:r>
        <w:rPr>
          <w:rFonts w:ascii="Courier New" w:hAnsi="Courier New"/>
          <w:color w:val="555555"/>
          <w:sz w:val="20"/>
        </w:rPr>
        <w:t>[5]</w:t>
      </w:r>
    </w:p>
    <w:p>
      <w:r>
        <w:rPr>
          <w:rFonts w:ascii="Gentium Plus" w:hAnsi="Gentium Plus"/>
          <w:sz w:val="24"/>
        </w:rPr>
        <w:t>[ἀ]λ̣[γηδό]ν̣ος λαβεῖν εἰ‐ κόνα̣[ς], v. κ̣ε̣ρ̣αυνῷ πλη‐ [Dividers of other Forms]γέντος τινός, v. ἢ τετρα‐ πέδου λίθου ἐλάσαντος αὐτὸν ἅμα νοήματι,</w:t>
      </w:r>
    </w:p>
    <w:p>
      <w:r>
        <w:rPr>
          <w:rFonts w:ascii="Courier New" w:hAnsi="Courier New"/>
          <w:color w:val="555555"/>
          <w:sz w:val="20"/>
        </w:rPr>
        <w:t>[10]</w:t>
      </w:r>
    </w:p>
    <w:p>
      <w:r>
        <w:rPr>
          <w:rFonts w:ascii="Gentium Plus" w:hAnsi="Gentium Plus"/>
          <w:sz w:val="24"/>
        </w:rPr>
        <w:t>ἢ τῆς κεφαλῆς ἀποκο‐ πεί̣σ̣[ης ξ]ί̣φ̣ε̣ι̣ [ἴσ]ῳ τάχει ὡς ὄ‐ [ναρ, ἐνταῦθα δεινός ἐσ]‐ [τιν ὁ πόνος, τοῦ αὐτίκα]</w:t>
      </w:r>
    </w:p>
    <w:p>
      <w:r>
        <w:rPr>
          <w:rFonts w:ascii="Courier New" w:hAnsi="Courier New"/>
          <w:color w:val="555555"/>
          <w:sz w:val="20"/>
        </w:rPr>
        <w:t>[47 col2]</w:t>
      </w:r>
    </w:p>
    <w:p>
      <w:r>
        <w:rPr>
          <w:rFonts w:ascii="Gentium Plus" w:hAnsi="Gentium Plus"/>
          <w:sz w:val="24"/>
        </w:rPr>
        <w:t>δὲ χρόνου μηδὲ τὸν οἴμμοι φθόνγον διδόν‐ [Dividers of other Forms]τος, ῥύμῃ δὲ πολλῇ τὴν ψυχὴν ἐξαρπάζοντος</w:t>
      </w:r>
    </w:p>
    <w:p>
      <w:r>
        <w:rPr>
          <w:rFonts w:ascii="Courier New" w:hAnsi="Courier New"/>
          <w:color w:val="555555"/>
          <w:sz w:val="20"/>
        </w:rPr>
        <w:t>[5]</w:t>
      </w:r>
    </w:p>
    <w:p>
      <w:r>
        <w:rPr>
          <w:rFonts w:ascii="Gentium Plus" w:hAnsi="Gentium Plus"/>
          <w:sz w:val="24"/>
        </w:rPr>
        <w:t>[Dividers of other Forms]τῶν ἀλγηδόνων; v. τὰ μὲν οὖν, φημι, ἄκρα συν‐ [Dividers of other Forms]πτώματα, καὶ τὰ ὑποκά̣‐ τω δ’ αὐτῶν οὐ πολλῷ τ̣[ι]‐ [Dividers of other Forms]νι, ἃ δὴ μηδέτ̣ε̣ρ̣[α εἰς ζῷ]‐</w:t>
      </w:r>
    </w:p>
    <w:p>
      <w:r>
        <w:rPr>
          <w:rFonts w:ascii="Courier New" w:hAnsi="Courier New"/>
          <w:color w:val="555555"/>
          <w:sz w:val="20"/>
        </w:rPr>
        <w:t>[10]</w:t>
      </w:r>
    </w:p>
    <w:p>
      <w:r>
        <w:rPr>
          <w:rFonts w:ascii="Gentium Plus" w:hAnsi="Gentium Plus"/>
          <w:sz w:val="24"/>
        </w:rPr>
        <w:t>ον χωρε̣ῖ̣ χ̣[ρονίας εἰσ]‐ κ̣ο̣[μίζοντα ἀλγηδόνας] [ἐν τῇ σαρκί, ἡμεῖν οὐδα]‐ [μῶς φοβητέα ἐστίν. εἰ] [μὲν γὰρ ἡ ἀλγηδὼν κλί]‐</w:t>
      </w:r>
    </w:p>
    <w:p>
      <w:r>
        <w:rPr>
          <w:rFonts w:ascii="Courier New" w:hAnsi="Courier New"/>
          <w:color w:val="555555"/>
          <w:sz w:val="20"/>
        </w:rPr>
        <w:t>[47 col3]</w:t>
      </w:r>
    </w:p>
    <w:p>
      <w:r>
        <w:rPr>
          <w:rFonts w:ascii="Gentium Plus" w:hAnsi="Gentium Plus"/>
          <w:sz w:val="24"/>
        </w:rPr>
        <w:t>[ν]ε̣ι̣ [ἐπὶ] τὸ χεῖρον, οὐ‐ [κ]έτ̣[ι] διαμένει σφόδρα, γε[ί]ν̣εται δ’ ἄκρα καὶ εἰς τὸν̣ ἐλάχιστον μετα‐</w:t>
      </w:r>
    </w:p>
    <w:p>
      <w:r>
        <w:rPr>
          <w:rFonts w:ascii="Courier New" w:hAnsi="Courier New"/>
          <w:color w:val="555555"/>
          <w:sz w:val="20"/>
        </w:rPr>
        <w:t>[5]</w:t>
      </w:r>
    </w:p>
    <w:p>
      <w:r>
        <w:rPr>
          <w:rFonts w:ascii="Gentium Plus" w:hAnsi="Gentium Plus"/>
          <w:sz w:val="24"/>
        </w:rPr>
        <w:t>[Dividers of other Forms]β̣αίνει χρόνον. v. εἰ δὲ ἀ‐ [ν]είεται, πρὸς ὑγεῖαν [ἄ]γ̣ει τὸ ζῷον. v. τί οὖν, [π]ρὸς τῶν δώδεκα θε‐ ῶ̣ν, ἐνταῦθα δεινόν;</w:t>
      </w:r>
    </w:p>
    <w:p>
      <w:r>
        <w:rPr>
          <w:rFonts w:ascii="Courier New" w:hAnsi="Courier New"/>
          <w:color w:val="555555"/>
          <w:sz w:val="20"/>
        </w:rPr>
        <w:t>[10]</w:t>
      </w:r>
    </w:p>
    <w:p>
      <w:r>
        <w:rPr>
          <w:rFonts w:ascii="Gentium Plus" w:hAnsi="Gentium Plus"/>
          <w:sz w:val="24"/>
        </w:rPr>
        <w:t>ἢ̣ τί δίκαιον ἔνκλημα ἐπ̣ενενκεῖν ἔχομεν</w:t>
      </w:r>
    </w:p>
    <w:p>
      <w:r>
        <w:rPr>
          <w:rFonts w:ascii="Courier New" w:hAnsi="Courier New"/>
          <w:color w:val="555555"/>
          <w:sz w:val="20"/>
        </w:rPr>
        <w:t>[47 col4]</w:t>
      </w:r>
    </w:p>
    <w:p>
      <w:r>
        <w:rPr>
          <w:rFonts w:ascii="Gentium Plus" w:hAnsi="Gentium Plus"/>
          <w:sz w:val="24"/>
        </w:rPr>
        <w:t>[Dividers of other Forms]δ’ ἡμ̣[έρας ἥκει εἰς τὴν ἡ]‐ [Dividers of other Forms]μέρ[αν τὴν τελευταίαν; οὔ]‐ τε ο̣[ὖν ἡ ἑτέρα συμφορά, οὔ]‐ τε ἡ ἑ[τέρα, κακή, τῆς ἄκρας]</w:t>
      </w:r>
    </w:p>
    <w:p>
      <w:r>
        <w:rPr>
          <w:rFonts w:ascii="Courier New" w:hAnsi="Courier New"/>
          <w:color w:val="555555"/>
          <w:sz w:val="20"/>
        </w:rPr>
        <w:t>[5]</w:t>
      </w:r>
    </w:p>
    <w:p>
      <w:r>
        <w:rPr>
          <w:rFonts w:ascii="Gentium Plus" w:hAnsi="Gentium Plus"/>
          <w:sz w:val="24"/>
        </w:rPr>
        <w:t>οὔσης̣ [οὐ πολλὰς ἡμέρας], μεθ’ ἃς [ἢ ὁ θάνατός τινα] [Dividers of other Forms]ἕξει καὶ̣ [παντελὴς ἀ]‐ ναισθησί̣[α εὐθὺς γενήσε]‐ [Dividers of other Forms]ται, ἢ ὑγί[ανσις ταχέως αὐ]‐</w:t>
      </w:r>
    </w:p>
    <w:p>
      <w:r>
        <w:rPr>
          <w:rFonts w:ascii="Courier New" w:hAnsi="Courier New"/>
          <w:color w:val="555555"/>
          <w:sz w:val="20"/>
        </w:rPr>
        <w:t>[10]</w:t>
      </w:r>
    </w:p>
    <w:p>
      <w:r>
        <w:rPr>
          <w:rFonts w:ascii="Gentium Plus" w:hAnsi="Gentium Plus"/>
          <w:sz w:val="24"/>
        </w:rPr>
        <w:t>τὸν ἕξει καὶ̣ [ἡ ζῳὴ πεφύλα]‐ [Dividers of other Forms]κται. v. καὶ τὰ ἔ[σχατα] τῶν νοσημ[άτων, ἃ δὴ] αὐτά ἐστιν τλ̣[ητέα ἐνθά]‐ δε, τί καὶ δεῖ λ̣[υπεῖσθαι;]</w:t>
      </w:r>
    </w:p>
    <w:p>
      <w:r>
        <w:rPr>
          <w:rFonts w:ascii="Courier New" w:hAnsi="Courier New"/>
          <w:color w:val="555555"/>
          <w:sz w:val="20"/>
        </w:rPr>
        <w:t>[47 margin]</w:t>
      </w:r>
    </w:p>
    <w:p>
      <w:r>
        <w:rPr>
          <w:rFonts w:ascii="Gentium Plus" w:hAnsi="Gentium Plus"/>
          <w:sz w:val="24"/>
        </w:rPr>
        <w:t>[σαρκὸς φωνὴ τὸ μὴ πεινῆν, τὸ μὴ διψῆν, τὸ μὴ ῥειγοῦν. ταῦτα</w:t>
      </w:r>
    </w:p>
    <w:p>
      <w:r>
        <w:rPr>
          <w:rFonts w:ascii="Courier New" w:hAnsi="Courier New"/>
          <w:color w:val="555555"/>
          <w:sz w:val="20"/>
        </w:rPr>
        <w:t>[5]</w:t>
      </w:r>
    </w:p>
    <w:p>
      <w:r>
        <w:rPr>
          <w:rFonts w:ascii="Gentium Plus" w:hAnsi="Gentium Plus"/>
          <w:sz w:val="24"/>
        </w:rPr>
        <w:t>θῇ· καὶ μᾶζα καὶ ὕδωρ τὴν ἀκροτάτην ἀποδίδωσιν ἡδονήν, ἐπειδὰν ἐνδέων τις αὐτὰ προσενένκηται].</w:t>
      </w:r>
    </w:p>
    <w:p>
      <w:r>
        <w:rPr>
          <w:rFonts w:ascii="Courier New" w:hAnsi="Courier New"/>
          <w:color w:val="555555"/>
          <w:sz w:val="20"/>
        </w:rPr>
        <w:t>[48 col1 (1-5)]</w:t>
      </w:r>
    </w:p>
    <w:p>
      <w:r>
        <w:rPr>
          <w:rFonts w:ascii="Gentium Plus" w:hAnsi="Gentium Plus"/>
          <w:sz w:val="24"/>
        </w:rPr>
        <w:t>broken off</w:t>
      </w:r>
    </w:p>
    <w:p>
      <w:r>
        <w:rPr>
          <w:rFonts w:ascii="Courier New" w:hAnsi="Courier New"/>
          <w:color w:val="555555"/>
          <w:sz w:val="20"/>
        </w:rPr>
        <w:t>[6]</w:t>
      </w:r>
    </w:p>
    <w:p>
      <w:r>
        <w:rPr>
          <w:rFonts w:ascii="Gentium Plus" w:hAnsi="Gentium Plus"/>
          <w:sz w:val="24"/>
        </w:rPr>
        <w:t>[]ν̣ []σ̣ε̣ []υ̣ν []νοι</w:t>
      </w:r>
    </w:p>
    <w:p>
      <w:r>
        <w:rPr>
          <w:rFonts w:ascii="Courier New" w:hAnsi="Courier New"/>
          <w:color w:val="555555"/>
          <w:sz w:val="20"/>
        </w:rPr>
        <w:t>[10]</w:t>
      </w:r>
    </w:p>
    <w:p>
      <w:r>
        <w:rPr>
          <w:rFonts w:ascii="Gentium Plus" w:hAnsi="Gentium Plus"/>
          <w:sz w:val="24"/>
        </w:rPr>
        <w:t>[]ν̣ []αι []μη []ες []ρ</w:t>
      </w:r>
    </w:p>
    <w:p>
      <w:r>
        <w:rPr>
          <w:rFonts w:ascii="Courier New" w:hAnsi="Courier New"/>
          <w:color w:val="555555"/>
          <w:sz w:val="20"/>
        </w:rPr>
        <w:t>[48 col2]</w:t>
      </w:r>
    </w:p>
    <w:p>
      <w:r>
        <w:rPr>
          <w:rFonts w:ascii="Gentium Plus" w:hAnsi="Gentium Plus"/>
          <w:sz w:val="24"/>
        </w:rPr>
        <w:t>δ̣ι̣ὸ̣ ε̣ἴδη τρία τῶ̣ν̣ ἀ̣λ̣γη‐ [μ]ά̣τ̣ω̣ν—v. καὶ τοῦ̣ μὲν ἀ̣‐ [πὸ] ἐ̣νδ̣εία̣ς [σ]υμβαίν̣ον̣‐ [Dividers of other Forms][τος] ἡ̣μεῖν̣, v. τοῦ δ’ ἀπὸ̣ τιλ‐</w:t>
      </w:r>
    </w:p>
    <w:p>
      <w:r>
        <w:rPr>
          <w:rFonts w:ascii="Courier New" w:hAnsi="Courier New"/>
          <w:color w:val="555555"/>
          <w:sz w:val="20"/>
        </w:rPr>
        <w:t>[5]</w:t>
      </w:r>
    </w:p>
    <w:p>
      <w:r>
        <w:rPr>
          <w:rFonts w:ascii="Gentium Plus" w:hAnsi="Gentium Plus"/>
          <w:sz w:val="24"/>
        </w:rPr>
        <w:t>μ̣[ά]τ̣ω̣ν καὶ τῶν ὀσ̣τ̣ῶν εἴ̣[τ]ε̣ κατὰ πληγὰς εἴτε ἀ‐ [Dividers of other Forms]δήλ̣ω̣ς, τοῦ δ’ ἀπὸ νόσ̣[ων]—</w:t>
      </w:r>
    </w:p>
    <w:p>
      <w:r>
        <w:rPr>
          <w:rFonts w:ascii="Courier New" w:hAnsi="Courier New"/>
          <w:color w:val="555555"/>
          <w:sz w:val="20"/>
        </w:rPr>
        <w:t>[10]</w:t>
      </w:r>
    </w:p>
    <w:p>
      <w:r>
        <w:rPr>
          <w:rFonts w:ascii="Gentium Plus" w:hAnsi="Gentium Plus"/>
          <w:sz w:val="24"/>
        </w:rPr>
        <w:t>[Dividers of other Forms]δύναται φυγεῖν. v. περὶ μὲν οὖν ἐνδείας ἐπάνω λέ‐ [Dividers of other Forms]λεκται· v. περὶ δὲ τραυμά̣‐ των καὶ τῶν ὁμοίων ἀρ‐ [Dividers of other Forms]κεῖ τοσοῦτον. v. τὰ μὲν</w:t>
      </w:r>
    </w:p>
    <w:p>
      <w:r>
        <w:rPr>
          <w:rFonts w:ascii="Courier New" w:hAnsi="Courier New"/>
          <w:color w:val="555555"/>
          <w:sz w:val="20"/>
        </w:rPr>
        <w:t>[48 col3 (1-5)]</w:t>
      </w:r>
    </w:p>
    <w:p>
      <w:r>
        <w:rPr>
          <w:rFonts w:ascii="Gentium Plus" w:hAnsi="Gentium Plus"/>
          <w:sz w:val="24"/>
        </w:rPr>
        <w:t>[Dividers of other Forms]broken off</w:t>
      </w:r>
    </w:p>
    <w:p>
      <w:r>
        <w:rPr>
          <w:rFonts w:ascii="Courier New" w:hAnsi="Courier New"/>
          <w:color w:val="555555"/>
          <w:sz w:val="20"/>
        </w:rPr>
        <w:t>[6]</w:t>
      </w:r>
    </w:p>
    <w:p>
      <w:r>
        <w:rPr>
          <w:rFonts w:ascii="Gentium Plus" w:hAnsi="Gentium Plus"/>
          <w:sz w:val="24"/>
        </w:rPr>
        <w:t>[Dividers of other Forms]ν[] τ φυ̣ τὰ̣ [δὲ]</w:t>
      </w:r>
    </w:p>
    <w:p>
      <w:r>
        <w:rPr>
          <w:rFonts w:ascii="Courier New" w:hAnsi="Courier New"/>
          <w:color w:val="555555"/>
          <w:sz w:val="20"/>
        </w:rPr>
        <w:t>[10]</w:t>
      </w:r>
    </w:p>
    <w:p>
      <w:r>
        <w:rPr>
          <w:rFonts w:ascii="Gentium Plus" w:hAnsi="Gentium Plus"/>
          <w:sz w:val="24"/>
        </w:rPr>
        <w:t>κε̣ τω̣ [Partial Letter]̣Ι̣ .. ..</w:t>
      </w:r>
    </w:p>
    <w:p>
      <w:r>
        <w:rPr>
          <w:rFonts w:ascii="Courier New" w:hAnsi="Courier New"/>
          <w:color w:val="555555"/>
          <w:sz w:val="20"/>
        </w:rPr>
        <w:t>[48 margin]</w:t>
      </w:r>
    </w:p>
    <w:p>
      <w:r>
        <w:rPr>
          <w:rFonts w:ascii="Gentium Plus" w:hAnsi="Gentium Plus"/>
          <w:sz w:val="24"/>
        </w:rPr>
        <w:t>Ϲρος δὲ τοῦ προγεγονότ[ος]</w:t>
      </w:r>
    </w:p>
    <w:p>
      <w:r>
        <w:rPr>
          <w:rFonts w:ascii="Courier New" w:hAnsi="Courier New"/>
          <w:color w:val="555555"/>
          <w:sz w:val="20"/>
        </w:rPr>
        <w:t>[49 col1]</w:t>
      </w:r>
    </w:p>
    <w:p>
      <w:r>
        <w:rPr>
          <w:rFonts w:ascii="Gentium Plus" w:hAnsi="Gentium Plus"/>
          <w:sz w:val="24"/>
        </w:rPr>
        <w:t>[— — — — — — — — — — — —]ν̣ε̣[Partial Letter]ΓΙ [καὶ γὰρ εἰ τὴν τ]ῶ̣ν ἡδο̣[ν]ῶν [φύσιν ἐδήλ]ω̣σα κα̣ὶ ἐπέ̣‐</w:t>
      </w:r>
    </w:p>
    <w:p>
      <w:r>
        <w:rPr>
          <w:rFonts w:ascii="Courier New" w:hAnsi="Courier New"/>
          <w:color w:val="555555"/>
          <w:sz w:val="20"/>
        </w:rPr>
        <w:t>[5]</w:t>
      </w:r>
    </w:p>
    <w:p>
      <w:r>
        <w:rPr>
          <w:rFonts w:ascii="Gentium Plus" w:hAnsi="Gentium Plus"/>
          <w:sz w:val="24"/>
        </w:rPr>
        <w:t>[δηλοῦσι τὴ]ν̣ ἑαυτῶν φύσιν [αὐταὶ πρὸς] ἡ̣μᾶς. v. ταύτῃ [— — — —c.11— — —][Partial Letter]Ι καλῶ̣ς̣ ΛΙ [— — —c.8— — —] ν̣το.η. ο̣ὐκ̣έτι. [ταῖς δὲ σω]μ̣ατικαῖς ἡδο‐</w:t>
      </w:r>
    </w:p>
    <w:p>
      <w:r>
        <w:rPr>
          <w:rFonts w:ascii="Courier New" w:hAnsi="Courier New"/>
          <w:color w:val="555555"/>
          <w:sz w:val="20"/>
        </w:rPr>
        <w:t>[10]</w:t>
      </w:r>
    </w:p>
    <w:p>
      <w:r>
        <w:rPr>
          <w:rFonts w:ascii="Gentium Plus" w:hAnsi="Gentium Plus"/>
          <w:sz w:val="24"/>
        </w:rPr>
        <w:t>[ναῖς ἡ ψυχ]ὴ̣ παρέλαβε καὶ [τὰς ποιητ]ικὰς ταύτης ο̣ὐ [χαλεπῶς. ἡ] γὰρ φύσις ἡμῶν [χρῄζει ὃ] ἄ̣μεινόν ἐστιν [τῇ ἡμετέρ]ῃ ψυχῇ. v. καὶ ἔτι</w:t>
      </w:r>
    </w:p>
    <w:p>
      <w:r>
        <w:rPr>
          <w:rFonts w:ascii="Courier New" w:hAnsi="Courier New"/>
          <w:color w:val="555555"/>
          <w:sz w:val="20"/>
        </w:rPr>
        <w:t>[49 col2]</w:t>
      </w:r>
    </w:p>
    <w:p>
      <w:r>
        <w:rPr>
          <w:rFonts w:ascii="Gentium Plus" w:hAnsi="Gentium Plus"/>
          <w:sz w:val="24"/>
        </w:rPr>
        <w:t>φ̣α̣ν̣ερὸν ἡ ψ̣υ̣χ̣ὴ̣ [δύνα]‐ [Dividers of other Forms]ται πλέον ἢ τ̣ὸ̣ σ̣ῶ̣μ̣[α· αὕ]‐ τη̣ γὰρ ἡγε̣μ̣ονίαν ἔ̣[χει] [Dividers of other Forms]τῆς ἀ̣κ̣ρότητος κ̣α̣ὶ̣ τ̣[ὴν]</w:t>
      </w:r>
    </w:p>
    <w:p>
      <w:r>
        <w:rPr>
          <w:rFonts w:ascii="Courier New" w:hAnsi="Courier New"/>
          <w:color w:val="555555"/>
          <w:sz w:val="20"/>
        </w:rPr>
        <w:t>[5]</w:t>
      </w:r>
    </w:p>
    <w:p>
      <w:r>
        <w:rPr>
          <w:rFonts w:ascii="Gentium Plus" w:hAnsi="Gentium Plus"/>
          <w:sz w:val="24"/>
        </w:rPr>
        <w:t>[τ]ῶν̣ ἄ̣λ̣λ̣[ων] ὑ̣πε̣ροχὴν̣ π̣[αθ]ῶ̣ν, ὡς̣ καὶ ταύτη̣ν̣ ἐ̣‐ [Dividers of other Forms]πά̣[νω γ’ ἐ]δηλώ̣σ̣α̣μεν. [εἰ] δ̣’ [οὖν], τοὺς Ἀριστίππ̣ου προσ[έ]‐ [Dividers of other Forms]χοντες λόγου̣ς, τοῦ μὲ̣ν [σώ]‐</w:t>
      </w:r>
    </w:p>
    <w:p>
      <w:r>
        <w:rPr>
          <w:rFonts w:ascii="Courier New" w:hAnsi="Courier New"/>
          <w:color w:val="555555"/>
          <w:sz w:val="20"/>
        </w:rPr>
        <w:t>[10]</w:t>
      </w:r>
    </w:p>
    <w:p>
      <w:r>
        <w:rPr>
          <w:rFonts w:ascii="Gentium Plus" w:hAnsi="Gentium Plus"/>
          <w:sz w:val="24"/>
        </w:rPr>
        <w:t>μα̣τος ἐπιμελησόμε‐</w:t>
      </w:r>
    </w:p>
    <w:p>
      <w:r>
        <w:rPr>
          <w:rFonts w:ascii="Courier New" w:hAnsi="Courier New"/>
          <w:color w:val="555555"/>
          <w:sz w:val="20"/>
        </w:rPr>
        <w:t>[15]</w:t>
      </w:r>
    </w:p>
    <w:p>
      <w:r>
        <w:rPr>
          <w:rFonts w:ascii="Gentium Plus" w:hAnsi="Gentium Plus"/>
          <w:sz w:val="24"/>
        </w:rPr>
        <w:t>[ἀπόλαυσιν ἀποδιδόντων μετὰ τὸ γενόμενον] αἱρούμενοι, τῆς δὲ ψυχῆς ἀμελήσομεν, τῶν μεγίστων ἡδονῶν [στερησόμεθα.]</w:t>
      </w:r>
    </w:p>
    <w:p>
      <w:r>
        <w:rPr>
          <w:rFonts w:ascii="Courier New" w:hAnsi="Courier New"/>
          <w:color w:val="555555"/>
          <w:sz w:val="20"/>
        </w:rPr>
        <w:t>[49 margin]</w:t>
      </w:r>
    </w:p>
    <w:p>
      <w:r>
        <w:rPr>
          <w:rFonts w:ascii="Gentium Plus" w:hAnsi="Gentium Plus"/>
          <w:sz w:val="24"/>
        </w:rPr>
        <w:t>[βραχέα σοφῷ τύχη παρενπείπτει, τὰ δὲ] μ̣έγιστα κ̣α̣ὶ κυριώτα̣τα ὁ λογισμὸ̣ς̣ [διῴκηκε καὶ κατὰ τὸν συνεχῆ χρόνον τοῦ βίου διοικεῖ καὶ διοικήσει.]</w:t>
      </w:r>
    </w:p>
    <w:p>
      <w:r>
        <w:rPr>
          <w:rFonts w:ascii="Courier New" w:hAnsi="Courier New"/>
          <w:color w:val="555555"/>
          <w:sz w:val="20"/>
        </w:rPr>
        <w:t>[50 col1 (1-6)]</w:t>
      </w:r>
    </w:p>
    <w:p>
      <w:r>
        <w:rPr>
          <w:rFonts w:ascii="Gentium Plus" w:hAnsi="Gentium Plus"/>
          <w:sz w:val="24"/>
        </w:rPr>
        <w:t>broken off</w:t>
      </w:r>
    </w:p>
    <w:p>
      <w:r>
        <w:rPr>
          <w:rFonts w:ascii="Courier New" w:hAnsi="Courier New"/>
          <w:color w:val="555555"/>
          <w:sz w:val="20"/>
        </w:rPr>
        <w:t>[7]</w:t>
      </w:r>
    </w:p>
    <w:p>
      <w:r>
        <w:rPr>
          <w:rFonts w:ascii="Gentium Plus" w:hAnsi="Gentium Plus"/>
          <w:sz w:val="24"/>
        </w:rPr>
        <w:t>..[Partial Letter][Partial Letter][Partial Letter][Partial Letter][— — — — — — — —] τΛΛν ἐν βασά̣[νῳ— — — — —] το̣υ̣ς ῥίζαν το̣[ῦ ἀγαθοῦ],</w:t>
      </w:r>
    </w:p>
    <w:p>
      <w:r>
        <w:rPr>
          <w:rFonts w:ascii="Courier New" w:hAnsi="Courier New"/>
          <w:color w:val="555555"/>
          <w:sz w:val="20"/>
        </w:rPr>
        <w:t>[10]</w:t>
      </w:r>
    </w:p>
    <w:p>
      <w:r>
        <w:rPr>
          <w:rFonts w:ascii="Gentium Plus" w:hAnsi="Gentium Plus"/>
          <w:sz w:val="24"/>
        </w:rPr>
        <w:t>ἐνέβ̣ησαν τ̣[ὰς γαστρὸς ἡ]‐</w:t>
      </w:r>
    </w:p>
    <w:p>
      <w:r>
        <w:rPr>
          <w:rFonts w:ascii="Courier New" w:hAnsi="Courier New"/>
          <w:color w:val="555555"/>
          <w:sz w:val="20"/>
        </w:rPr>
        <w:t>[50 margin]</w:t>
      </w:r>
    </w:p>
    <w:p>
      <w:r>
        <w:rPr>
          <w:rFonts w:ascii="Gentium Plus" w:hAnsi="Gentium Plus"/>
          <w:sz w:val="24"/>
        </w:rPr>
        <w:t>[Partial Letter][Partial Letter].τεμη</w:t>
      </w:r>
    </w:p>
    <w:p>
      <w:r>
        <w:rPr>
          <w:rFonts w:ascii="Courier New" w:hAnsi="Courier New"/>
          <w:color w:val="555555"/>
          <w:sz w:val="20"/>
        </w:rPr>
        <w:t>[51 col1]</w:t>
      </w:r>
    </w:p>
    <w:p>
      <w:r>
        <w:rPr>
          <w:rFonts w:ascii="Gentium Plus" w:hAnsi="Gentium Plus"/>
          <w:sz w:val="24"/>
        </w:rPr>
        <w:t>[οὔτε πολει]‐ [τικὴ δόξα οὔτε βασι]‐ [λεία οὔτε πλοῦτος] τ̣ῆς [ἡδονῆς ποιητι]κός</w:t>
      </w:r>
    </w:p>
    <w:p>
      <w:r>
        <w:rPr>
          <w:rFonts w:ascii="Courier New" w:hAnsi="Courier New"/>
          <w:color w:val="555555"/>
          <w:sz w:val="20"/>
        </w:rPr>
        <w:t>[5]</w:t>
      </w:r>
    </w:p>
    <w:p>
      <w:r>
        <w:rPr>
          <w:rFonts w:ascii="Gentium Plus" w:hAnsi="Gentium Plus"/>
          <w:sz w:val="24"/>
        </w:rPr>
        <w:t>[ἐστιν. ὁ δ’ οὖν φ]ι̣λόσο‐ [φος τὴν] ἐ̣πισ̣τατείαν [καὶ ἀρχὴ]ν̣ Ἀλεξάνδρου, [ἢ ἔτι πλέ]ον ἢ καὶ αὐτὸς</w:t>
      </w:r>
    </w:p>
    <w:p>
      <w:r>
        <w:rPr>
          <w:rFonts w:ascii="Courier New" w:hAnsi="Courier New"/>
          <w:color w:val="555555"/>
          <w:sz w:val="20"/>
        </w:rPr>
        <w:t>[10]</w:t>
      </w:r>
    </w:p>
    <w:p>
      <w:r>
        <w:rPr>
          <w:rFonts w:ascii="Gentium Plus" w:hAnsi="Gentium Plus"/>
          <w:sz w:val="24"/>
        </w:rPr>
        <w:t>[ἄνθρωποι] φύσιν ἔχο̣[υ]‐ [σιν οὐδὲν] τοῦ κ[ενοῦ] [χρῄζοντες]</w:t>
      </w:r>
    </w:p>
    <w:p>
      <w:r>
        <w:rPr>
          <w:rFonts w:ascii="Courier New" w:hAnsi="Courier New"/>
          <w:color w:val="555555"/>
          <w:sz w:val="20"/>
        </w:rPr>
        <w:t>[12-14]</w:t>
      </w:r>
    </w:p>
    <w:p>
      <w:r>
        <w:rPr>
          <w:rFonts w:ascii="Gentium Plus" w:hAnsi="Gentium Plus"/>
          <w:sz w:val="24"/>
        </w:rPr>
        <w:t>and lower margin broken off</w:t>
      </w:r>
    </w:p>
    <w:p>
      <w:r>
        <w:rPr>
          <w:rFonts w:ascii="Courier New" w:hAnsi="Courier New"/>
          <w:color w:val="555555"/>
          <w:sz w:val="20"/>
        </w:rPr>
        <w:t>[51 col2 (1-3)]</w:t>
      </w:r>
    </w:p>
    <w:p>
      <w:r>
        <w:rPr>
          <w:rFonts w:ascii="Gentium Plus" w:hAnsi="Gentium Plus"/>
          <w:sz w:val="24"/>
        </w:rPr>
        <w:t>broken off</w:t>
      </w:r>
    </w:p>
    <w:p>
      <w:r>
        <w:rPr>
          <w:rFonts w:ascii="Courier New" w:hAnsi="Courier New"/>
          <w:color w:val="555555"/>
          <w:sz w:val="20"/>
        </w:rPr>
        <w:t>[4]</w:t>
      </w:r>
    </w:p>
    <w:p>
      <w:r>
        <w:rPr>
          <w:rFonts w:ascii="Gentium Plus" w:hAnsi="Gentium Plus"/>
          <w:sz w:val="24"/>
        </w:rPr>
        <w:t>μ?[]</w:t>
      </w:r>
    </w:p>
    <w:p>
      <w:r>
        <w:rPr>
          <w:rFonts w:ascii="Courier New" w:hAnsi="Courier New"/>
          <w:color w:val="555555"/>
          <w:sz w:val="20"/>
        </w:rPr>
        <w:t>[5]</w:t>
      </w:r>
    </w:p>
    <w:p>
      <w:r>
        <w:rPr>
          <w:rFonts w:ascii="Gentium Plus" w:hAnsi="Gentium Plus"/>
          <w:sz w:val="24"/>
        </w:rPr>
        <w:t>[Partial Letter][] [Partial Letter][] [Partial Letter][] αρ[] [Partial Letter]</w:t>
      </w:r>
    </w:p>
    <w:p>
      <w:r>
        <w:rPr>
          <w:rFonts w:ascii="Courier New" w:hAnsi="Courier New"/>
          <w:color w:val="555555"/>
          <w:sz w:val="20"/>
        </w:rPr>
        <w:t>[10-14]</w:t>
      </w:r>
    </w:p>
    <w:p>
      <w:r>
        <w:rPr>
          <w:rFonts w:ascii="Gentium Plus" w:hAnsi="Gentium Plus"/>
          <w:sz w:val="24"/>
        </w:rPr>
        <w:t>broken off</w:t>
      </w:r>
    </w:p>
    <w:p>
      <w:r>
        <w:rPr>
          <w:rFonts w:ascii="Courier New" w:hAnsi="Courier New"/>
          <w:color w:val="555555"/>
          <w:sz w:val="20"/>
        </w:rPr>
        <w:t>[52 col1]</w:t>
      </w:r>
    </w:p>
    <w:p>
      <w:r>
        <w:rPr>
          <w:rFonts w:ascii="Gentium Plus" w:hAnsi="Gentium Plus"/>
          <w:sz w:val="24"/>
        </w:rPr>
        <w:t>[][Partial Letter]̣ μαντι‐ [κη— — — — — — — —]ας δι—</w:t>
      </w:r>
    </w:p>
    <w:p>
      <w:r>
        <w:rPr>
          <w:rFonts w:ascii="Courier New" w:hAnsi="Courier New"/>
          <w:color w:val="555555"/>
          <w:sz w:val="20"/>
        </w:rPr>
        <w:t>[53 col1]</w:t>
      </w:r>
    </w:p>
    <w:p>
      <w:r>
        <w:rPr>
          <w:rFonts w:ascii="Gentium Plus" w:hAnsi="Gentium Plus"/>
          <w:sz w:val="24"/>
        </w:rPr>
        <w:t>[]...[] []..[Partial Letter]̣..— —c.3— — [ ]v. τί οὖν μᾶ̣[λ]‐ [λον τὸ ἐγβ]αίνειν τιν̣[ὰ]</w:t>
      </w:r>
    </w:p>
    <w:p>
      <w:r>
        <w:rPr>
          <w:rFonts w:ascii="Courier New" w:hAnsi="Courier New"/>
          <w:color w:val="555555"/>
          <w:sz w:val="20"/>
        </w:rPr>
        <w:t>[5]</w:t>
      </w:r>
    </w:p>
    <w:p>
      <w:r>
        <w:rPr>
          <w:rFonts w:ascii="Gentium Plus" w:hAnsi="Gentium Plus"/>
          <w:sz w:val="24"/>
        </w:rPr>
        <w:t>[τοῦ μαντι]κὴν ὑφε[σ]‐ [τηκέναι σ]ημεῖόν ἐσ̣‐ [τιν ἢ τὸ μ]ὴ̣ ἐγβαίνειν [τοῦ μὴ ὑφε]〈σ〉τηκέναι; [ἄλογόν γε, ὡς] ἐγὦμαι.</w:t>
      </w:r>
    </w:p>
    <w:p>
      <w:r>
        <w:rPr>
          <w:rFonts w:ascii="Courier New" w:hAnsi="Courier New"/>
          <w:color w:val="555555"/>
          <w:sz w:val="20"/>
        </w:rPr>
        <w:t>[10]</w:t>
      </w:r>
    </w:p>
    <w:p>
      <w:r>
        <w:rPr>
          <w:rFonts w:ascii="Gentium Plus" w:hAnsi="Gentium Plus"/>
          <w:sz w:val="24"/>
        </w:rPr>
        <w:t>[— — — — — — — — —ὁ]ρ̣ίζομαι [Partial Letter]</w:t>
      </w:r>
    </w:p>
    <w:p>
      <w:r>
        <w:rPr>
          <w:rFonts w:ascii="Courier New" w:hAnsi="Courier New"/>
          <w:color w:val="555555"/>
          <w:sz w:val="20"/>
        </w:rPr>
        <w:t>[54 col1]</w:t>
      </w:r>
    </w:p>
    <w:p>
      <w:r>
        <w:rPr>
          <w:rFonts w:ascii="Gentium Plus" w:hAnsi="Gentium Plus"/>
          <w:sz w:val="24"/>
        </w:rPr>
        <w:t>[— — — —c.7— — —μ]α̣χομένοις [— — — —c.7— — —]ς τὸ μὲν προ‐</w:t>
      </w:r>
    </w:p>
    <w:p>
      <w:r>
        <w:rPr>
          <w:rFonts w:ascii="Courier New" w:hAnsi="Courier New"/>
          <w:color w:val="555555"/>
          <w:sz w:val="20"/>
        </w:rPr>
        <w:t>[5]</w:t>
      </w:r>
    </w:p>
    <w:p>
      <w:r>
        <w:rPr>
          <w:rFonts w:ascii="Gentium Plus" w:hAnsi="Gentium Plus"/>
          <w:sz w:val="24"/>
        </w:rPr>
        <w:t>[ἀνάνκην δ]ιαφεύγειν [ἀδύνατον, τ]ὴν πλάνην [— — —c.8— — —]ι· v. εἰ δὲ του [— — —c.8— — —]ακριτα με‐ [— — —c.8— — —]ατα καὶ α‐</w:t>
      </w:r>
    </w:p>
    <w:p>
      <w:r>
        <w:rPr>
          <w:rFonts w:ascii="Courier New" w:hAnsi="Courier New"/>
          <w:color w:val="555555"/>
          <w:sz w:val="20"/>
        </w:rPr>
        <w:t>[10]</w:t>
      </w:r>
    </w:p>
    <w:p>
      <w:r>
        <w:rPr>
          <w:rFonts w:ascii="Gentium Plus" w:hAnsi="Gentium Plus"/>
          <w:sz w:val="24"/>
        </w:rPr>
        <w:t>[— — — —c.7— — —.]v.? τίνι γὰρ [ἄλλῃ χρήσ]εται πίστει [— — —c.8— — —]ο̣μένων; [δῆλον ὅτι οὐ]χ̣ ἕξει.</w:t>
      </w:r>
    </w:p>
    <w:p>
      <w:r>
        <w:rPr>
          <w:rFonts w:ascii="Courier New" w:hAnsi="Courier New"/>
          <w:color w:val="555555"/>
          <w:sz w:val="20"/>
        </w:rPr>
        <w:t>[54 col2]</w:t>
      </w:r>
    </w:p>
    <w:p>
      <w:r>
        <w:rPr>
          <w:rFonts w:ascii="Gentium Plus" w:hAnsi="Gentium Plus"/>
          <w:sz w:val="24"/>
        </w:rPr>
        <w:t>μαντικῆς̣ [τ]ί̣ σημεῖ‐ ον εἱμαρμέ̣ν̣ης ἔστιν ἄλλο̣; v. ἂν γὰ̣[ρ] τῷ Δη̣μο̣‐ κρίτο̣υ τις̣ χ[ρ]ήσηται</w:t>
      </w:r>
    </w:p>
    <w:p>
      <w:r>
        <w:rPr>
          <w:rFonts w:ascii="Courier New" w:hAnsi="Courier New"/>
          <w:color w:val="555555"/>
          <w:sz w:val="20"/>
        </w:rPr>
        <w:t>[5]</w:t>
      </w:r>
    </w:p>
    <w:p>
      <w:r>
        <w:rPr>
          <w:rFonts w:ascii="Gentium Plus" w:hAnsi="Gentium Plus"/>
          <w:sz w:val="24"/>
        </w:rPr>
        <w:t>λόγῳ, μηδε̣μ̣ίαν μὲν ἐ̣λευθέ̣ραν̣ [φ]άσκων ταῖς ἀτόμ[οι]ς κείνη‐ σιν εἶναι διὰ̣ τὴν πρὸς ἀλλήλας σύ̣[ν]κρουσιν</w:t>
      </w:r>
    </w:p>
    <w:p>
      <w:r>
        <w:rPr>
          <w:rFonts w:ascii="Courier New" w:hAnsi="Courier New"/>
          <w:color w:val="555555"/>
          <w:sz w:val="20"/>
        </w:rPr>
        <w:t>[10]</w:t>
      </w:r>
    </w:p>
    <w:p>
      <w:r>
        <w:rPr>
          <w:rFonts w:ascii="Gentium Plus" w:hAnsi="Gentium Plus"/>
          <w:sz w:val="24"/>
        </w:rPr>
        <w:t>[Dividers of other Forms]αὐτῶν, ἔνθ̣ε̣ν δὲ φαί‐ νεσθαι κατ[η]ν̣ανκασ‐ μένως πά̣[ν]τ̣α κεινεῖσ‐ [Dividers of other Forms]θαι, v. φή[σομ]ε̣ν πρὸς αὐτόν, ὡ̣[ς “οὐκ] οἶδας, ὅσ‐</w:t>
      </w:r>
    </w:p>
    <w:p>
      <w:r>
        <w:rPr>
          <w:rFonts w:ascii="Courier New" w:hAnsi="Courier New"/>
          <w:color w:val="555555"/>
          <w:sz w:val="20"/>
        </w:rPr>
        <w:t>[54 col3]</w:t>
      </w:r>
    </w:p>
    <w:p>
      <w:r>
        <w:rPr>
          <w:rFonts w:ascii="Gentium Plus" w:hAnsi="Gentium Plus"/>
          <w:sz w:val="24"/>
        </w:rPr>
        <w:t>τις ποτὲ εἶ, καὶ ἐλευθέ‐ ραν τιν̣ὰ̣ ἐν ταῖς ἀτό‐ [Dividers of other Forms]μοις κείνησιν εἶναι, ἣ[ν] Δημόκριτος μὲν οὐ‐</w:t>
      </w:r>
    </w:p>
    <w:p>
      <w:r>
        <w:rPr>
          <w:rFonts w:ascii="Courier New" w:hAnsi="Courier New"/>
          <w:color w:val="555555"/>
          <w:sz w:val="20"/>
        </w:rPr>
        <w:t>[5]</w:t>
      </w:r>
    </w:p>
    <w:p>
      <w:r>
        <w:rPr>
          <w:rFonts w:ascii="Gentium Plus" w:hAnsi="Gentium Plus"/>
          <w:sz w:val="24"/>
        </w:rPr>
        <w:t>χ εὗρεν, Ἐπίκουρος δὲ εἰς φῶς̣ ἤγαγεν, παρεν‐ κλιτικὴν ὑπάρχουσαν̣, ὡς ἐκ τῶν φαινομέ‐ [Dividers of other Forms]νων δείκνυσιν;” v.v. τὸ δὲ</w:t>
      </w:r>
    </w:p>
    <w:p>
      <w:r>
        <w:rPr>
          <w:rFonts w:ascii="Courier New" w:hAnsi="Courier New"/>
          <w:color w:val="555555"/>
          <w:sz w:val="20"/>
        </w:rPr>
        <w:t>[10]</w:t>
      </w:r>
    </w:p>
    <w:p>
      <w:r>
        <w:rPr>
          <w:rFonts w:ascii="Gentium Plus" w:hAnsi="Gentium Plus"/>
          <w:sz w:val="24"/>
        </w:rPr>
        <w:t>μέ̣γ̣ιστον· πιστευθεί‐ σης γὰρ εἱμαρμένης αἴρεται π̣ᾶ̣σ̣α νουθεσ̣[ί]‐ α καὶ ἐπιτείμησις καὶ</w:t>
      </w:r>
    </w:p>
    <w:p>
      <w:r>
        <w:rPr>
          <w:rFonts w:ascii="Courier New" w:hAnsi="Courier New"/>
          <w:color w:val="555555"/>
          <w:sz w:val="20"/>
        </w:rPr>
        <w:t>[15]</w:t>
      </w:r>
    </w:p>
    <w:p>
      <w:r>
        <w:rPr>
          <w:rFonts w:ascii="Gentium Plus" w:hAnsi="Gentium Plus"/>
          <w:sz w:val="24"/>
        </w:rPr>
        <w:t>[ὡς οὐκ αἰτίους τῶν ἁμαρτημάτων ὄντας]</w:t>
      </w:r>
    </w:p>
    <w:p>
      <w:r>
        <w:rPr>
          <w:rFonts w:ascii="Courier New" w:hAnsi="Courier New"/>
          <w:color w:val="555555"/>
          <w:sz w:val="20"/>
        </w:rPr>
        <w:t>[54 margin]</w:t>
      </w:r>
    </w:p>
    <w:p>
      <w:r>
        <w:rPr>
          <w:rFonts w:ascii="Gentium Plus" w:hAnsi="Gentium Plus"/>
          <w:sz w:val="24"/>
        </w:rPr>
        <w:t>[ὁ δὲ χρόνος], κ̣α̣ὶ εἰ ἦν εἰς ἄπ̣[ειρον ποιη]τ̣ι̣κὴ̣ ἡδονῆς, v. εἰς ἄπε[ιρον ἡδονὴν οὐκ ἂν ηὖξεν]</w:t>
      </w:r>
    </w:p>
    <w:p>
      <w:r>
        <w:rPr>
          <w:rFonts w:ascii="Courier New" w:hAnsi="Courier New"/>
          <w:color w:val="555555"/>
          <w:sz w:val="20"/>
        </w:rPr>
        <w:t>[55 col1 (1-9)]</w:t>
      </w:r>
    </w:p>
    <w:p>
      <w:r>
        <w:rPr>
          <w:rFonts w:ascii="Gentium Plus" w:hAnsi="Gentium Plus"/>
          <w:sz w:val="24"/>
        </w:rPr>
        <w:t>broken off</w:t>
      </w:r>
    </w:p>
    <w:p>
      <w:r>
        <w:rPr>
          <w:rFonts w:ascii="Courier New" w:hAnsi="Courier New"/>
          <w:color w:val="555555"/>
          <w:sz w:val="20"/>
        </w:rPr>
        <w:t>[10]</w:t>
      </w:r>
    </w:p>
    <w:p>
      <w:r>
        <w:rPr>
          <w:rFonts w:ascii="Gentium Plus" w:hAnsi="Gentium Plus"/>
          <w:sz w:val="24"/>
        </w:rPr>
        <w:t>Ι̣[Partial Letter]̣ []ει. v. αΙΙ.[] []ὥ̣σπερ λ̣[] []ο ἀνυπ[Partial Letter]̣[]</w:t>
      </w:r>
    </w:p>
    <w:p>
      <w:r>
        <w:rPr>
          <w:rFonts w:ascii="Courier New" w:hAnsi="Courier New"/>
          <w:color w:val="555555"/>
          <w:sz w:val="20"/>
        </w:rPr>
        <w:t>[55 margin]</w:t>
      </w:r>
    </w:p>
    <w:p>
      <w:r>
        <w:rPr>
          <w:rFonts w:ascii="Gentium Plus" w:hAnsi="Gentium Plus"/>
          <w:sz w:val="24"/>
        </w:rPr>
        <w:t>[ἐ]πινοησα[]</w:t>
      </w:r>
    </w:p>
    <w:p>
      <w:r>
        <w:rPr>
          <w:rFonts w:ascii="Courier New" w:hAnsi="Courier New"/>
          <w:color w:val="555555"/>
          <w:sz w:val="20"/>
        </w:rPr>
        <w:t>[56 ante]</w:t>
      </w:r>
    </w:p>
    <w:p>
      <w:r>
        <w:rPr>
          <w:rFonts w:ascii="Gentium Plus" w:hAnsi="Gentium Plus"/>
          <w:sz w:val="24"/>
        </w:rPr>
        <w:t>[τὴν μὲν οὖν σοφίαν οὐ πανταχοῦ κομι]‐</w:t>
      </w:r>
    </w:p>
    <w:p>
      <w:r>
        <w:rPr>
          <w:rFonts w:ascii="Courier New" w:hAnsi="Courier New"/>
          <w:color w:val="555555"/>
          <w:sz w:val="20"/>
        </w:rPr>
        <w:t>[56 col1]</w:t>
      </w:r>
    </w:p>
    <w:p>
      <w:r>
        <w:rPr>
          <w:rFonts w:ascii="Gentium Plus" w:hAnsi="Gentium Plus"/>
          <w:sz w:val="24"/>
        </w:rPr>
        <w:t>οῦμεν, ἐπεὶ πάντες μὴ [Dividers of other Forms]δύνανται. δυνατὴ̣ν δὲ [Dividers of other Forms]αὐτὴν ἂν ὑποθ̣ώ̣μ̣ε̣θα̣, τότε ὡς ἀληθῶς ὁ τῶν</w:t>
      </w:r>
    </w:p>
    <w:p>
      <w:r>
        <w:rPr>
          <w:rFonts w:ascii="Courier New" w:hAnsi="Courier New"/>
          <w:color w:val="555555"/>
          <w:sz w:val="20"/>
        </w:rPr>
        <w:t>[5]</w:t>
      </w:r>
    </w:p>
    <w:p>
      <w:r>
        <w:rPr>
          <w:rFonts w:ascii="Gentium Plus" w:hAnsi="Gentium Plus"/>
          <w:sz w:val="24"/>
        </w:rPr>
        <w:t>θεῶν βίος εἰς ἀνθρώπους [Dividers of other Forms]μεταβήσεται. δικαιο‐ σύνης γὰρ ἔσται μεστὰ [Dividers of other Forms]πάντα καὶ φιλαλληλίας, καὶ οὐ γενήσεται τειχῶν</w:t>
      </w:r>
    </w:p>
    <w:p>
      <w:r>
        <w:rPr>
          <w:rFonts w:ascii="Courier New" w:hAnsi="Courier New"/>
          <w:color w:val="555555"/>
          <w:sz w:val="20"/>
        </w:rPr>
        <w:t>[10]</w:t>
      </w:r>
    </w:p>
    <w:p>
      <w:r>
        <w:rPr>
          <w:rFonts w:ascii="Gentium Plus" w:hAnsi="Gentium Plus"/>
          <w:sz w:val="24"/>
        </w:rPr>
        <w:t>ἢ νόμων χρεία καὶ πάν‐ των ὅσα δι’ ἀλλήλους [Dividers of other Forms]σκευωρούμεθα. περὶ δὲ τῶν ἀπὸ γεωργίας ἀναν‐ καίων, ὡς οὐκ ἐσομέ‐</w:t>
      </w:r>
    </w:p>
    <w:p>
      <w:r>
        <w:rPr>
          <w:rFonts w:ascii="Courier New" w:hAnsi="Courier New"/>
          <w:color w:val="555555"/>
          <w:sz w:val="20"/>
        </w:rPr>
        <w:t>[56 col2]</w:t>
      </w:r>
    </w:p>
    <w:p>
      <w:r>
        <w:rPr>
          <w:rFonts w:ascii="Gentium Plus" w:hAnsi="Gentium Plus"/>
          <w:sz w:val="24"/>
        </w:rPr>
        <w:t>[Dividers of other Forms]ν̣ω̣ν ἡμ̣[εῖν τότε δούλων]— καὶ̣ γ̣ὰρ ἀ[ρόσομεν αὐτοὶ] [Dividers of other Forms]καὶ σκάψο̣[μεν, καὶ τῶν φυ]‐ [Dividers of other Forms]τῶν ἐπιμελ̣[ησόμεθα],</w:t>
      </w:r>
    </w:p>
    <w:p>
      <w:r>
        <w:rPr>
          <w:rFonts w:ascii="Courier New" w:hAnsi="Courier New"/>
          <w:color w:val="555555"/>
          <w:sz w:val="20"/>
        </w:rPr>
        <w:t>[5]</w:t>
      </w:r>
    </w:p>
    <w:p>
      <w:r>
        <w:rPr>
          <w:rFonts w:ascii="Gentium Plus" w:hAnsi="Gentium Plus"/>
          <w:sz w:val="24"/>
        </w:rPr>
        <w:t>καὶ ποταμο[ὺς παρατρέ]‐</w:t>
      </w:r>
    </w:p>
    <w:p>
      <w:r>
        <w:rPr>
          <w:rFonts w:ascii="Courier New" w:hAnsi="Courier New"/>
          <w:color w:val="555555"/>
          <w:sz w:val="20"/>
        </w:rPr>
        <w:t>[10]</w:t>
      </w:r>
    </w:p>
    <w:p>
      <w:r>
        <w:rPr>
          <w:rFonts w:ascii="Gentium Plus" w:hAnsi="Gentium Plus"/>
          <w:sz w:val="24"/>
        </w:rPr>
        <w:t>καὶ διακόψει̣ [κατὰ τὸ] δέον τὸ συνε[χῶς συνφι]‐ [Dividers of other Forms]λοσοφεῖν τοι̣α̣[ῦτα· τὰ] γὰρ γεωργή[ματα ὧν ἡ] φύσις χρῄζει̣ [παρέξει]</w:t>
      </w:r>
    </w:p>
    <w:p>
      <w:r>
        <w:rPr>
          <w:rFonts w:ascii="Courier New" w:hAnsi="Courier New"/>
          <w:color w:val="555555"/>
          <w:sz w:val="20"/>
        </w:rPr>
        <w:t>[56 margin]</w:t>
      </w:r>
    </w:p>
    <w:p>
      <w:r>
        <w:rPr>
          <w:rFonts w:ascii="Gentium Plus" w:hAnsi="Gentium Plus"/>
          <w:sz w:val="24"/>
        </w:rPr>
        <w:t>[πᾶν ζῷ]ο̣ν̣ οὐ δύναται συνθήκην̣ [ποιεῖσθαι ὑπὲρ τοῦ μὴ βλάπ‐ τειν μηδὲ βλάπτεσθαι]</w:t>
      </w:r>
    </w:p>
    <w:p>
      <w:r>
        <w:rPr>
          <w:rFonts w:ascii="Courier New" w:hAnsi="Courier New"/>
          <w:color w:val="555555"/>
          <w:sz w:val="20"/>
        </w:rPr>
        <w:t>[57 col1]</w:t>
      </w:r>
    </w:p>
    <w:p>
      <w:r>
        <w:rPr>
          <w:rFonts w:ascii="Gentium Plus" w:hAnsi="Gentium Plus"/>
          <w:sz w:val="24"/>
        </w:rPr>
        <w:t>[παράδ]ειγμά ἐσ̣[τι] [ ᾧ χρ]ῆ̣σθαι δ̣[εῖ ἡμᾶς] [][Partial Letter]ελκε[]</w:t>
      </w:r>
    </w:p>
    <w:p>
      <w:r>
        <w:rPr>
          <w:rFonts w:ascii="Courier New" w:hAnsi="Courier New"/>
          <w:color w:val="555555"/>
          <w:sz w:val="20"/>
        </w:rPr>
        <w:t>[58 col1]</w:t>
      </w:r>
    </w:p>
    <w:p>
      <w:r>
        <w:rPr>
          <w:rFonts w:ascii="Gentium Plus" w:hAnsi="Gentium Plus"/>
          <w:sz w:val="24"/>
        </w:rPr>
        <w:t>[][Partial Letter]ω [].ο</w:t>
      </w:r>
    </w:p>
    <w:p>
      <w:r>
        <w:rPr>
          <w:rFonts w:ascii="Courier New" w:hAnsi="Courier New"/>
          <w:color w:val="555555"/>
          <w:sz w:val="20"/>
        </w:rPr>
        <w:t>[58 col2]</w:t>
      </w:r>
    </w:p>
    <w:p>
      <w:r>
        <w:rPr>
          <w:rFonts w:ascii="Gentium Plus" w:hAnsi="Gentium Plus"/>
          <w:sz w:val="24"/>
        </w:rPr>
        <w:t>πολλὰ κϹ[] πονηρ̣[] [Partial Letter]</w:t>
      </w:r>
    </w:p>
    <w:p>
      <w:r>
        <w:rPr>
          <w:rFonts w:ascii="Courier New" w:hAnsi="Courier New"/>
          <w:color w:val="555555"/>
          <w:sz w:val="20"/>
        </w:rPr>
        <w:t>[59 col1 (1-11)]</w:t>
      </w:r>
    </w:p>
    <w:p>
      <w:r>
        <w:rPr>
          <w:rFonts w:ascii="Gentium Plus" w:hAnsi="Gentium Plus"/>
          <w:sz w:val="24"/>
        </w:rPr>
        <w:t>obliterated</w:t>
      </w:r>
    </w:p>
    <w:p>
      <w:r>
        <w:rPr>
          <w:rFonts w:ascii="Courier New" w:hAnsi="Courier New"/>
          <w:color w:val="555555"/>
          <w:sz w:val="20"/>
        </w:rPr>
        <w:t>[12]</w:t>
      </w:r>
    </w:p>
    <w:p>
      <w:r>
        <w:rPr>
          <w:rFonts w:ascii="Gentium Plus" w:hAnsi="Gentium Plus"/>
          <w:sz w:val="24"/>
        </w:rPr>
        <w:t>[]Ιτ̣Ι— —c.4— []οΙ[Partial Letter]Ι—c.2— []ν̣ο̣ν̣.Ιω</w:t>
      </w:r>
    </w:p>
    <w:p>
      <w:r>
        <w:rPr>
          <w:rFonts w:ascii="Courier New" w:hAnsi="Courier New"/>
          <w:color w:val="555555"/>
          <w:sz w:val="20"/>
        </w:rPr>
        <w:t>[59 col2]</w:t>
      </w:r>
    </w:p>
    <w:p>
      <w:r>
        <w:rPr>
          <w:rFonts w:ascii="Gentium Plus" w:hAnsi="Gentium Plus"/>
          <w:sz w:val="24"/>
        </w:rPr>
        <w:t>— —c.3—Λ— — —c.5— —ο̣ς̣ τ̣ὴν [Partial Letter]— —c.3— — —c.3—ΛϹ— —c.5—Ι[Partial Letter]Ι— — —c.7— — — — — — — — — — — — — — — — Ι— — — —c.8— — — —τ̣υ̣— —c.3—π̣Λ— —</w:t>
      </w:r>
    </w:p>
    <w:p>
      <w:r>
        <w:rPr>
          <w:rFonts w:ascii="Courier New" w:hAnsi="Courier New"/>
          <w:color w:val="555555"/>
          <w:sz w:val="20"/>
        </w:rPr>
        <w:t>[5]</w:t>
      </w:r>
    </w:p>
    <w:p>
      <w:r>
        <w:rPr>
          <w:rFonts w:ascii="Gentium Plus" w:hAnsi="Gentium Plus"/>
          <w:sz w:val="24"/>
        </w:rPr>
        <w:t>.ν̣η̣— — — —c.7— — —ε̣κ̣δ̣υ̣π̣ — —c.2— — — — — — —c.12— — — — — —η̣ε̣— —c.3— — — — — — — — — — — — — — — — — — — — — — — — — — — — — — — μω̣ν̣— — — — — — — — — — — — — —</w:t>
      </w:r>
    </w:p>
    <w:p>
      <w:r>
        <w:rPr>
          <w:rFonts w:ascii="Courier New" w:hAnsi="Courier New"/>
          <w:color w:val="555555"/>
          <w:sz w:val="20"/>
        </w:rPr>
        <w:t>[10]</w:t>
      </w:r>
    </w:p>
    <w:p>
      <w:r>
        <w:rPr>
          <w:rFonts w:ascii="Gentium Plus" w:hAnsi="Gentium Plus"/>
          <w:sz w:val="24"/>
        </w:rPr>
        <w:t>Ι— — — —c.8— — — —καΙΛΙΙΙ— —c.3—</w:t>
      </w:r>
    </w:p>
    <w:p>
      <w:r>
        <w:rPr>
          <w:rFonts w:ascii="Courier New" w:hAnsi="Courier New"/>
          <w:color w:val="555555"/>
          <w:sz w:val="20"/>
        </w:rPr>
        <w:t>[59 margin]</w:t>
      </w:r>
    </w:p>
    <w:p>
      <w:r>
        <w:rPr>
          <w:rFonts w:ascii="Gentium Plus" w:hAnsi="Gentium Plus"/>
          <w:sz w:val="24"/>
        </w:rPr>
        <w:t>— — — —c.7— — —μ— — — — — — —c.18— — — — — —</w:t>
      </w:r>
    </w:p>
    <w:p>
      <w:r>
        <w:rPr>
          <w:rFonts w:ascii="Courier New" w:hAnsi="Courier New"/>
          <w:color w:val="555555"/>
          <w:sz w:val="20"/>
        </w:rPr>
        <w:t>[60 col1 (1-10)]</w:t>
      </w:r>
    </w:p>
    <w:p>
      <w:r>
        <w:rPr>
          <w:rFonts w:ascii="Gentium Plus" w:hAnsi="Gentium Plus"/>
          <w:sz w:val="24"/>
        </w:rPr>
        <w:t>broken off</w:t>
      </w:r>
    </w:p>
    <w:p>
      <w:r>
        <w:rPr>
          <w:rFonts w:ascii="Courier New" w:hAnsi="Courier New"/>
          <w:color w:val="555555"/>
          <w:sz w:val="20"/>
        </w:rPr>
        <w:t>[11]</w:t>
      </w:r>
    </w:p>
    <w:p>
      <w:r>
        <w:rPr>
          <w:rFonts w:ascii="Gentium Plus" w:hAnsi="Gentium Plus"/>
          <w:sz w:val="24"/>
        </w:rPr>
        <w:t>[]. [].. []ω̣ν̣ vac. [ε]στίν vac.</w:t>
      </w:r>
    </w:p>
    <w:p>
      <w:r>
        <w:rPr>
          <w:rFonts w:ascii="Courier New" w:hAnsi="Courier New"/>
          <w:color w:val="555555"/>
          <w:sz w:val="20"/>
        </w:rPr>
        <w:t>[60 col2 (1-10)]</w:t>
      </w:r>
    </w:p>
    <w:p>
      <w:r>
        <w:rPr>
          <w:rFonts w:ascii="Gentium Plus" w:hAnsi="Gentium Plus"/>
          <w:sz w:val="24"/>
        </w:rPr>
        <w:t>broken off</w:t>
      </w:r>
    </w:p>
    <w:p>
      <w:r>
        <w:rPr>
          <w:rFonts w:ascii="Courier New" w:hAnsi="Courier New"/>
          <w:color w:val="555555"/>
          <w:sz w:val="20"/>
        </w:rPr>
        <w:t>[11]</w:t>
      </w:r>
    </w:p>
    <w:p>
      <w:r>
        <w:rPr>
          <w:rFonts w:ascii="Gentium Plus" w:hAnsi="Gentium Plus"/>
          <w:sz w:val="24"/>
        </w:rPr>
        <w:t>οΠΛ[Partial Letter][] τ̣ΛϹ[] .[Partial Letter]ΙϹ[Partial Letter]..Ι[Partial Letter][] ΡΛΙ— —c.3—ΙΙ— —c.3—Λ[]</w:t>
      </w:r>
    </w:p>
    <w:p>
      <w:r>
        <w:rPr>
          <w:rFonts w:ascii="Courier New" w:hAnsi="Courier New"/>
          <w:color w:val="555555"/>
          <w:sz w:val="20"/>
        </w:rPr>
        <w:t>[60 margin]</w:t>
      </w:r>
    </w:p>
    <w:p>
      <w:r>
        <w:rPr>
          <w:rFonts w:ascii="Gentium Plus" w:hAnsi="Gentium Plus"/>
          <w:sz w:val="24"/>
        </w:rPr>
        <w:t>— — — —c.9— — —[Partial Letter]Ι[Partial Letter]ΙΙ— — —c.5— —Γμ̣.</w:t>
      </w:r>
    </w:p>
    <w:p>
      <w:r>
        <w:rPr>
          <w:rFonts w:ascii="Courier New" w:hAnsi="Courier New"/>
          <w:color w:val="555555"/>
          <w:sz w:val="20"/>
        </w:rPr>
        <w:t>[61 col1 (1-5)]</w:t>
      </w:r>
    </w:p>
    <w:p>
      <w:r>
        <w:rPr>
          <w:rFonts w:ascii="Gentium Plus" w:hAnsi="Gentium Plus"/>
          <w:sz w:val="24"/>
        </w:rPr>
        <w:t>obliterated</w:t>
      </w:r>
    </w:p>
    <w:p>
      <w:r>
        <w:rPr>
          <w:rFonts w:ascii="Courier New" w:hAnsi="Courier New"/>
          <w:color w:val="555555"/>
          <w:sz w:val="20"/>
        </w:rPr>
        <w:t>[6]</w:t>
      </w:r>
    </w:p>
    <w:p>
      <w:r>
        <w:rPr>
          <w:rFonts w:ascii="Gentium Plus" w:hAnsi="Gentium Plus"/>
          <w:sz w:val="24"/>
        </w:rPr>
        <w:t>— — — — — — — — — — —ο — — — — —Γ— — — — — — — — — — — — — — —π— — — — — — — — — — — —τ— — — —</w:t>
      </w:r>
    </w:p>
    <w:p>
      <w:r>
        <w:rPr>
          <w:rFonts w:ascii="Courier New" w:hAnsi="Courier New"/>
          <w:color w:val="555555"/>
          <w:sz w:val="20"/>
        </w:rPr>
        <w:t>[10]</w:t>
      </w:r>
    </w:p>
    <w:p>
      <w:r>
        <w:rPr>
          <w:rFonts w:ascii="Gentium Plus" w:hAnsi="Gentium Plus"/>
          <w:sz w:val="24"/>
        </w:rPr>
        <w:t>obliterated — — —μ— — —c.5— —Γ— — — — —Ιν̣— — — — — — — — — — — — —ϹΙΙ— — — — — — — — obliterated</w:t>
      </w:r>
    </w:p>
    <w:p>
      <w:r>
        <w:rPr>
          <w:rFonts w:ascii="Courier New" w:hAnsi="Courier New"/>
          <w:color w:val="555555"/>
          <w:sz w:val="20"/>
        </w:rPr>
        <w:t>[61 margin]</w:t>
      </w:r>
    </w:p>
    <w:p>
      <w:r>
        <w:rPr>
          <w:rFonts w:ascii="Gentium Plus" w:hAnsi="Gentium Plus"/>
          <w:sz w:val="24"/>
        </w:rPr>
        <w:t>— —c.3—Ε̣— — — — — — — — — — — — — —</w:t>
      </w:r>
    </w:p>
    <w:p>
      <w:r>
        <w:rPr>
          <w:rFonts w:ascii="Courier New" w:hAnsi="Courier New"/>
          <w:color w:val="555555"/>
          <w:sz w:val="20"/>
        </w:rPr>
        <w:t>[62 col1]</w:t>
      </w:r>
    </w:p>
    <w:p>
      <w:r>
        <w:rPr>
          <w:rFonts w:ascii="Gentium Plus" w:hAnsi="Gentium Plus"/>
          <w:sz w:val="24"/>
        </w:rPr>
        <w:t>[Διογέν]ης v.v. Ἀντι‐ [πάτρῳ ε]ὖ̣ χαίρειν. [εὐνοίας] μ̣οι σημεῖα [πολλάκ]ις, Ἀντίπατρε,</w:t>
      </w:r>
    </w:p>
    <w:p>
      <w:r>
        <w:rPr>
          <w:rFonts w:ascii="Courier New" w:hAnsi="Courier New"/>
          <w:color w:val="555555"/>
          <w:sz w:val="20"/>
        </w:rPr>
        <w:t>[5]</w:t>
      </w:r>
    </w:p>
    <w:p>
      <w:r>
        <w:rPr>
          <w:rFonts w:ascii="Gentium Plus" w:hAnsi="Gentium Plus"/>
          <w:sz w:val="24"/>
        </w:rPr>
        <w:t>[ἤδη παρέ]σχηκας, δι’ [ὧν τε ἔν]α̣νχος ἔπεμ‐ [ψας ἡμε]ῖ̣ν γραμμά‐ [των καὶ ὅ]τε πρότε‐ [ρον αὐτόν] σε πρὸς φιλο‐</w:t>
      </w:r>
    </w:p>
    <w:p>
      <w:r>
        <w:rPr>
          <w:rFonts w:ascii="Courier New" w:hAnsi="Courier New"/>
          <w:color w:val="555555"/>
          <w:sz w:val="20"/>
        </w:rPr>
        <w:t>[10]</w:t>
      </w:r>
    </w:p>
    <w:p>
      <w:r>
        <w:rPr>
          <w:rFonts w:ascii="Gentium Plus" w:hAnsi="Gentium Plus"/>
          <w:sz w:val="24"/>
        </w:rPr>
        <w:t>[σοφίαν] ἐκθύμως ἔ‐ [πειθον], ἐν ᾗ τὸν ἥδι[σ]‐</w:t>
      </w:r>
    </w:p>
    <w:p>
      <w:r>
        <w:rPr>
          <w:rFonts w:ascii="Courier New" w:hAnsi="Courier New"/>
          <w:color w:val="555555"/>
          <w:sz w:val="20"/>
        </w:rPr>
        <w:t>[62 col2]</w:t>
      </w:r>
    </w:p>
    <w:p>
      <w:r>
        <w:rPr>
          <w:rFonts w:ascii="Gentium Plus" w:hAnsi="Gentium Plus"/>
          <w:sz w:val="24"/>
        </w:rPr>
        <w:t>[Dividers of other Forms]</w:t>
      </w:r>
    </w:p>
    <w:p>
      <w:r>
        <w:rPr>
          <w:rFonts w:ascii="Courier New" w:hAnsi="Courier New"/>
          <w:color w:val="555555"/>
          <w:sz w:val="20"/>
        </w:rPr>
        <w:t>[1]</w:t>
      </w:r>
    </w:p>
    <w:p>
      <w:r>
        <w:rPr>
          <w:rFonts w:ascii="Gentium Plus" w:hAnsi="Gentium Plus"/>
          <w:sz w:val="24"/>
        </w:rPr>
        <w:t>καὶ μάλιστα αὐτῷ τε [Dividers of other Forms]σοὶ καὶ τοῖς δὲ ἄλλοις [Dividers of other Forms]τοῖς Ἀθήνησί τε καὶ [Dividers of other Forms]ἐν Χαλκίδι καὶ Θήβαις</w:t>
      </w:r>
    </w:p>
    <w:p>
      <w:r>
        <w:rPr>
          <w:rFonts w:ascii="Courier New" w:hAnsi="Courier New"/>
          <w:color w:val="555555"/>
          <w:sz w:val="20"/>
        </w:rPr>
        <w:t>[5]</w:t>
      </w:r>
    </w:p>
    <w:p>
      <w:r>
        <w:rPr>
          <w:rFonts w:ascii="Gentium Plus" w:hAnsi="Gentium Plus"/>
          <w:sz w:val="24"/>
        </w:rPr>
        <w:t>φίλοις πάλιν ἀπαντῆ‐ σαι διὰ σπουδῆς ἔχω, πάντας ὑμᾶς ὑπολαμ‐ [Dividers of other Forms]βάνων ταὐτὸ πάσχειν. ταυτεὶ δέ σοι νῦν ἀπὸ</w:t>
      </w:r>
    </w:p>
    <w:p>
      <w:r>
        <w:rPr>
          <w:rFonts w:ascii="Courier New" w:hAnsi="Courier New"/>
          <w:color w:val="555555"/>
          <w:sz w:val="20"/>
        </w:rPr>
        <w:t>[10]</w:t>
      </w:r>
    </w:p>
    <w:p>
      <w:r>
        <w:rPr>
          <w:rFonts w:ascii="Gentium Plus" w:hAnsi="Gentium Plus"/>
          <w:sz w:val="24"/>
        </w:rPr>
        <w:t>Ῥόδου γράφω τῆς ἐπισ‐ τολῆς ταύτης, οὐ πρὸ πολλοῦ τοῦ χειμῶ‐ νος ἀρχὰς ἔχοντος</w:t>
      </w:r>
    </w:p>
    <w:p>
      <w:r>
        <w:rPr>
          <w:rFonts w:ascii="Courier New" w:hAnsi="Courier New"/>
          <w:color w:val="555555"/>
          <w:sz w:val="20"/>
        </w:rPr>
        <w:t>[63 col1]</w:t>
      </w:r>
    </w:p>
    <w:p>
      <w:r>
        <w:rPr>
          <w:rFonts w:ascii="Gentium Plus" w:hAnsi="Gentium Plus"/>
          <w:sz w:val="24"/>
        </w:rPr>
        <w:t>χιόνι βάλλεσθαι τὴν [Dividers of other Forms]παρ’ ἡμεῖν γῆν. v. πειρά‐ σομαι μὲν οὖν, ὡς ἔ‐ [Dividers of other Forms]φασκον, καὶ μάλιστα</w:t>
      </w:r>
    </w:p>
    <w:p>
      <w:r>
        <w:rPr>
          <w:rFonts w:ascii="Courier New" w:hAnsi="Courier New"/>
          <w:color w:val="555555"/>
          <w:sz w:val="20"/>
        </w:rPr>
        <w:t>[5]</w:t>
      </w:r>
    </w:p>
    <w:p>
      <w:r>
        <w:rPr>
          <w:rFonts w:ascii="Gentium Plus" w:hAnsi="Gentium Plus"/>
          <w:sz w:val="24"/>
        </w:rPr>
        <w:t>λελιχνευμένος τῷ προλήμματι τοῦ πλοῦ [Dividers of other Forms]κ̣ἂν ὅσῳ δή ποτε, τοῦ χειμῶνος ἄρτι λή‐ ξαντος συνβαλεῖν ὑ‐</w:t>
      </w:r>
    </w:p>
    <w:p>
      <w:r>
        <w:rPr>
          <w:rFonts w:ascii="Courier New" w:hAnsi="Courier New"/>
          <w:color w:val="555555"/>
          <w:sz w:val="20"/>
        </w:rPr>
        <w:t>[10]</w:t>
      </w:r>
    </w:p>
    <w:p>
      <w:r>
        <w:rPr>
          <w:rFonts w:ascii="Gentium Plus" w:hAnsi="Gentium Plus"/>
          <w:sz w:val="24"/>
        </w:rPr>
        <w:t>[Dividers of other Forms]μεῖν, εἴτ’ Ἀθήναζε πρό‐ τερον ποιούμενος [Dividers of other Forms]τὸν πλοῦν εἴτ’ εἰς Χαλ‐ [Dividers of other Forms]κίδα καὶ Βοιωτίαν. v. ἐ‐ πεὶ δ’ ἀβέβαιον τοῦτό</w:t>
      </w:r>
    </w:p>
    <w:p>
      <w:r>
        <w:rPr>
          <w:rFonts w:ascii="Courier New" w:hAnsi="Courier New"/>
          <w:color w:val="555555"/>
          <w:sz w:val="20"/>
        </w:rPr>
        <w:t>[63 col2]</w:t>
      </w:r>
    </w:p>
    <w:p>
      <w:r>
        <w:rPr>
          <w:rFonts w:ascii="Gentium Plus" w:hAnsi="Gentium Plus"/>
          <w:sz w:val="24"/>
        </w:rPr>
        <w:t>ἐστιν διά τε τὸ ἐν τοῖς πράγμασι ποικίλως ἄ‐ στατον καὶ τὸ ἐμὸν ἔ‐ [Dividers of other Forms]ξωθε γῆρας, τὰ περὶ ἀ‐</w:t>
      </w:r>
    </w:p>
    <w:p>
      <w:r>
        <w:rPr>
          <w:rFonts w:ascii="Courier New" w:hAnsi="Courier New"/>
          <w:color w:val="555555"/>
          <w:sz w:val="20"/>
        </w:rPr>
        <w:t>[5]</w:t>
      </w:r>
    </w:p>
    <w:p>
      <w:r>
        <w:rPr>
          <w:rFonts w:ascii="Gentium Plus" w:hAnsi="Gentium Plus"/>
          <w:sz w:val="24"/>
        </w:rPr>
        <w:t>πειρίας κόζμων, ὡς ἠξί‐ [Dividers of other Forms]ωσας, ἀπέστειλά σοι. συν‐ τυχίᾳ δὲ τοῦ πράγμα‐ [Dividers of other Forms]τος ἀγαθῇ κέχρησαι· πρὶν ἢ γὰρ ἐλθεῖν σου</w:t>
      </w:r>
    </w:p>
    <w:p>
      <w:r>
        <w:rPr>
          <w:rFonts w:ascii="Courier New" w:hAnsi="Courier New"/>
          <w:color w:val="555555"/>
          <w:sz w:val="20"/>
        </w:rPr>
        <w:t>[10]</w:t>
      </w:r>
    </w:p>
    <w:p>
      <w:r>
        <w:rPr>
          <w:rFonts w:ascii="Gentium Plus" w:hAnsi="Gentium Plus"/>
          <w:sz w:val="24"/>
        </w:rPr>
        <w:t>τὴν ἐπιστολήν, v. Θεο‐ δωρίδας ὁ Λίνδιος, ἑ‐ ταῖρος ἡμῶν, ὃν οὐκ ἀ‐ [Dividers of other Forms]γνοεῖς, ἀρχόμενος ἔτι</w:t>
      </w:r>
    </w:p>
    <w:p>
      <w:r>
        <w:rPr>
          <w:rFonts w:ascii="Courier New" w:hAnsi="Courier New"/>
          <w:color w:val="555555"/>
          <w:sz w:val="20"/>
        </w:rPr>
        <w:t>[63 col3]</w:t>
      </w:r>
    </w:p>
    <w:p>
      <w:r>
        <w:rPr>
          <w:rFonts w:ascii="Gentium Plus" w:hAnsi="Gentium Plus"/>
          <w:sz w:val="24"/>
        </w:rPr>
        <w:t>αὐτὸν ἔπρ̣α̣ττεν λό‐ [Dividers of other Forms]γον. ἐναρθ̣ρότερος [Dividers of other Forms]δ’ οὗτος ἐγ[ε]ίνετο, διὰ τὸ ἐν ἀμφο̣ῖ̣ν ἡμεῖν</w:t>
      </w:r>
    </w:p>
    <w:p>
      <w:r>
        <w:rPr>
          <w:rFonts w:ascii="Courier New" w:hAnsi="Courier New"/>
          <w:color w:val="555555"/>
          <w:sz w:val="20"/>
        </w:rPr>
        <w:t>[5]</w:t>
      </w:r>
    </w:p>
    <w:p>
      <w:r>
        <w:rPr>
          <w:rFonts w:ascii="Gentium Plus" w:hAnsi="Gentium Plus"/>
          <w:sz w:val="24"/>
        </w:rPr>
        <w:t>[Dividers of other Forms]παροῦσι στ̣ρ̣έφεσθαι· [Dividers of other Forms]αἱ γὰρ ἐξ ἀλ̣λήλων συνκαταθ[έσ]ε̣ις τε καὶ ἀντιφά̣[σει]ς, ἔτι δ’ ἐ‐ [Dividers of other Forms]ρωτήσεις, ἀ̣κρειβεσ‐</w:t>
      </w:r>
    </w:p>
    <w:p>
      <w:r>
        <w:rPr>
          <w:rFonts w:ascii="Courier New" w:hAnsi="Courier New"/>
          <w:color w:val="555555"/>
          <w:sz w:val="20"/>
        </w:rPr>
        <w:t>[10]</w:t>
      </w:r>
    </w:p>
    <w:p>
      <w:r>
        <w:rPr>
          <w:rFonts w:ascii="Gentium Plus" w:hAnsi="Gentium Plus"/>
          <w:sz w:val="24"/>
        </w:rPr>
        <w:t>τέραν ἐπ̣[οιο]ῦ̣ντο τοῦ ζητο[υ]μ̣ένου [Dividers of other Forms]τὴν ἔρε[υν]αν. v. διὰ τοῦ‐ το οὖν, Ἀντ̣ίπατρε, τὴν διάλε[ξ]ιν ἐκεί‐</w:t>
      </w:r>
    </w:p>
    <w:p>
      <w:r>
        <w:rPr>
          <w:rFonts w:ascii="Courier New" w:hAnsi="Courier New"/>
          <w:color w:val="555555"/>
          <w:sz w:val="20"/>
        </w:rPr>
        <w:t>[63 col4]</w:t>
      </w:r>
    </w:p>
    <w:p>
      <w:r>
        <w:rPr>
          <w:rFonts w:ascii="Gentium Plus" w:hAnsi="Gentium Plus"/>
          <w:sz w:val="24"/>
        </w:rPr>
        <w:t>[Dividers of other Forms]νην ἀπέστειλά σοι, ἵν̣[α] δὴ τὸ ἴσον γένηται τῷ κἂν παρ̣ὼν αὐτός, ὁ‐ [Dividers of other Forms]μοίως Θεοδωρίδᾳ,</w:t>
      </w:r>
    </w:p>
    <w:p>
      <w:r>
        <w:rPr>
          <w:rFonts w:ascii="Courier New" w:hAnsi="Courier New"/>
          <w:color w:val="555555"/>
          <w:sz w:val="20"/>
        </w:rPr>
        <w:t>[5]</w:t>
      </w:r>
    </w:p>
    <w:p>
      <w:r>
        <w:rPr>
          <w:rFonts w:ascii="Gentium Plus" w:hAnsi="Gentium Plus"/>
          <w:sz w:val="24"/>
        </w:rPr>
        <w:t>τὰ μὲν ὡμολόγεις, οἷς δ’ ἐπηπόρεις καὶ προσ‐ [Dividers of other Forms]επυνθάνου. v. ἔστιν δὲ αὕτη τοιαυτηνεί τι‐ [Dividers of other Forms]να τὴν ἀρχὴν ἔχουσα·</w:t>
      </w:r>
    </w:p>
    <w:p>
      <w:r>
        <w:rPr>
          <w:rFonts w:ascii="Courier New" w:hAnsi="Courier New"/>
          <w:color w:val="555555"/>
          <w:sz w:val="20"/>
        </w:rPr>
        <w:t>[10]</w:t>
      </w:r>
    </w:p>
    <w:p>
      <w:r>
        <w:rPr>
          <w:rFonts w:ascii="Gentium Plus" w:hAnsi="Gentium Plus"/>
          <w:sz w:val="24"/>
        </w:rPr>
        <w:t>“ὦ Διόγενες,” v. ὁ Θεο‐ [Dividers of other Forms]δωρίδας εἶπεν, v. “ὅτι μὲν ἀληθές ἐστιν [Dividers of other Forms]τὸ Ἐπικούρῳ περὶ ἀ‐</w:t>
      </w:r>
    </w:p>
    <w:p>
      <w:r>
        <w:rPr>
          <w:rFonts w:ascii="Courier New" w:hAnsi="Courier New"/>
          <w:color w:val="555555"/>
          <w:sz w:val="20"/>
        </w:rPr>
        <w:t>[63 col5]</w:t>
      </w:r>
    </w:p>
    <w:p>
      <w:r>
        <w:rPr>
          <w:rFonts w:ascii="Gentium Plus" w:hAnsi="Gentium Plus"/>
          <w:sz w:val="24"/>
        </w:rPr>
        <w:t>[ταβεβλημένον δόγμα] [πιστεύω— — — — — — — — —] — — — — — — — — — — — — — α[Partial Letter][]</w:t>
      </w:r>
    </w:p>
    <w:p>
      <w:r>
        <w:rPr>
          <w:rFonts w:ascii="Courier New" w:hAnsi="Courier New"/>
          <w:color w:val="555555"/>
          <w:sz w:val="20"/>
        </w:rPr>
        <w:t>[5]</w:t>
      </w:r>
    </w:p>
    <w:p>
      <w:r>
        <w:rPr>
          <w:rFonts w:ascii="Gentium Plus" w:hAnsi="Gentium Plus"/>
          <w:sz w:val="24"/>
        </w:rPr>
        <w:t>δρ[] χ[] α[Partial Letter][] [Dividers of other Forms]κα[] μη̣[]</w:t>
      </w:r>
    </w:p>
    <w:p>
      <w:r>
        <w:rPr>
          <w:rFonts w:ascii="Courier New" w:hAnsi="Courier New"/>
          <w:color w:val="555555"/>
          <w:sz w:val="20"/>
        </w:rPr>
        <w:t>[10]</w:t>
      </w:r>
    </w:p>
    <w:p>
      <w:r>
        <w:rPr>
          <w:rFonts w:ascii="Gentium Plus" w:hAnsi="Gentium Plus"/>
          <w:sz w:val="24"/>
        </w:rPr>
        <w:t>[Dividers of other Forms]μα[] οἱονε̣[ὶ] τι ἐνγεΙ Ἐπικουρ̣[] ρας περι[Partial Letter][]</w:t>
      </w:r>
    </w:p>
    <w:p>
      <w:r>
        <w:rPr>
          <w:rFonts w:ascii="Courier New" w:hAnsi="Courier New"/>
          <w:color w:val="555555"/>
          <w:sz w:val="20"/>
        </w:rPr>
        <w:t>[64 col1 (1-9)]</w:t>
      </w:r>
    </w:p>
    <w:p>
      <w:r>
        <w:rPr>
          <w:rFonts w:ascii="Gentium Plus" w:hAnsi="Gentium Plus"/>
          <w:sz w:val="24"/>
        </w:rPr>
        <w:t>broken off</w:t>
      </w:r>
    </w:p>
    <w:p>
      <w:r>
        <w:rPr>
          <w:rFonts w:ascii="Courier New" w:hAnsi="Courier New"/>
          <w:color w:val="555555"/>
          <w:sz w:val="20"/>
        </w:rPr>
        <w:t>[10]</w:t>
      </w:r>
    </w:p>
    <w:p>
      <w:r>
        <w:rPr>
          <w:rFonts w:ascii="Gentium Plus" w:hAnsi="Gentium Plus"/>
          <w:sz w:val="24"/>
        </w:rPr>
        <w:t>[— — — — — — — —]ε̣διο̣— — — — — [— — — — — — — —][Partial Letter]ς τὴν Ι— — — [— — — — — — — —]τ̣οῦ ζητουμέ̣‐ [νου— — — — —]ω̣ιον v. ἅπαν</w:t>
      </w:r>
    </w:p>
    <w:p>
      <w:r>
        <w:rPr>
          <w:rFonts w:ascii="Courier New" w:hAnsi="Courier New"/>
          <w:color w:val="555555"/>
          <w:sz w:val="20"/>
        </w:rPr>
        <w:t>[65 col1]</w:t>
      </w:r>
    </w:p>
    <w:p>
      <w:r>
        <w:rPr>
          <w:rFonts w:ascii="Gentium Plus" w:hAnsi="Gentium Plus"/>
          <w:sz w:val="24"/>
        </w:rPr>
        <w:t>[Dividers of other Forms]</w:t>
      </w:r>
    </w:p>
    <w:p>
      <w:r>
        <w:rPr>
          <w:rFonts w:ascii="Courier New" w:hAnsi="Courier New"/>
          <w:color w:val="555555"/>
          <w:sz w:val="20"/>
        </w:rPr>
        <w:t>[1]</w:t>
      </w:r>
    </w:p>
    <w:p>
      <w:r>
        <w:rPr>
          <w:rFonts w:ascii="Gentium Plus" w:hAnsi="Gentium Plus"/>
          <w:sz w:val="24"/>
        </w:rPr>
        <w:t>καταγελῶ̣ κ̣α̣ὶ εἴα̣σα̣ τ̣[οὺς] παραδεδομέ̣ν̣ους ἡμεῖ̣ν̣ ὑπὸ σοῦ λόγους τῶ̣ν φασ‐ κ̣όντων τ̣ο̣τ̣ΙΙϹΙΙο̣υ̣ τινο̣ς</w:t>
      </w:r>
    </w:p>
    <w:p>
      <w:r>
        <w:rPr>
          <w:rFonts w:ascii="Courier New" w:hAnsi="Courier New"/>
          <w:color w:val="555555"/>
          <w:sz w:val="20"/>
        </w:rPr>
        <w:t>[5]</w:t>
      </w:r>
    </w:p>
    <w:p>
      <w:r>
        <w:rPr>
          <w:rFonts w:ascii="Gentium Plus" w:hAnsi="Gentium Plus"/>
          <w:sz w:val="24"/>
        </w:rPr>
        <w:t>—c.3—ο̣ν τὸν κόσμο̣ν ε̣ἶ̣ναι — —c.3—Ι[Partial Letter].ΛΙεωϹ....Λ[Partial Letter]— — — — —c.6— —Ιησθαι π̣ε̣ρ̣ὶ̣ τῆς — — —c.7— — —ταύτης καὶ εἰς — — — —c.8— — —τ̣ο̣Ϲ̣α̣ Ι Ι Ι Ϲ Γ[Partial Letter].</w:t>
      </w:r>
    </w:p>
    <w:p>
      <w:r>
        <w:rPr>
          <w:rFonts w:ascii="Courier New" w:hAnsi="Courier New"/>
          <w:color w:val="555555"/>
          <w:sz w:val="20"/>
        </w:rPr>
        <w:t>[10]</w:t>
      </w:r>
    </w:p>
    <w:p>
      <w:r>
        <w:rPr>
          <w:rFonts w:ascii="Gentium Plus" w:hAnsi="Gentium Plus"/>
          <w:sz w:val="24"/>
        </w:rPr>
        <w:t>— — — —c.10— — — —ο̣ν̣ λ̣όγ̣ον — — — —c.8— — — —[Partial Letter]χ̣ωϹ.ε̣ν̣ο̣ι̣ ΙΙ[Partial Letter]Ι[Partial Letter]Ι..[Partial Letter]...ἡ̣με̣ῖ̣ς̣ οὖν, ὅπως μὴ ἀν̣αστομούμε‐</w:t>
      </w:r>
    </w:p>
    <w:p>
      <w:r>
        <w:rPr>
          <w:rFonts w:ascii="Courier New" w:hAnsi="Courier New"/>
          <w:color w:val="555555"/>
          <w:sz w:val="20"/>
        </w:rPr>
        <w:t>[66 col1]</w:t>
      </w:r>
    </w:p>
    <w:p>
      <w:r>
        <w:rPr>
          <w:rFonts w:ascii="Gentium Plus" w:hAnsi="Gentium Plus"/>
          <w:sz w:val="24"/>
        </w:rPr>
        <w:t>— — — — — — — — — — — —ω̣ vac. — — — — — — — —ο̣— — —c.6— — [—c.2—τὸ δ’ ἐξήγη]μα τοῦ λό‐ [γου νῦν παραι]τ̣ησώμε‐</w:t>
      </w:r>
    </w:p>
    <w:p>
      <w:r>
        <w:rPr>
          <w:rFonts w:ascii="Courier New" w:hAnsi="Courier New"/>
          <w:color w:val="555555"/>
          <w:sz w:val="20"/>
        </w:rPr>
        <w:t>[5]</w:t>
      </w:r>
    </w:p>
    <w:p>
      <w:r>
        <w:rPr>
          <w:rFonts w:ascii="Gentium Plus" w:hAnsi="Gentium Plus"/>
          <w:sz w:val="24"/>
        </w:rPr>
        <w:t>[θα τοὺς παρ]ά̣γ̣οντας. [πρὸς δ’ οὖν] τ̣οὺς ἄνδρας [φῶμεν· “τί λ]έγοντες, ὦ [ἄνδρες, ἀξι]ο̣ῦτε τὴν [γῆν ὡς ἄπε]ιρον τρανῶ‐</w:t>
      </w:r>
    </w:p>
    <w:p>
      <w:r>
        <w:rPr>
          <w:rFonts w:ascii="Courier New" w:hAnsi="Courier New"/>
          <w:color w:val="555555"/>
          <w:sz w:val="20"/>
        </w:rPr>
        <w:t>[10]</w:t>
      </w:r>
    </w:p>
    <w:p>
      <w:r>
        <w:rPr>
          <w:rFonts w:ascii="Gentium Plus" w:hAnsi="Gentium Plus"/>
          <w:sz w:val="24"/>
        </w:rPr>
        <w:t>[σαι οὕτως;] π̣ό̣τερα γὰρ [ὁρίζετε τὴν γ]ῆν κατὰ [τὸ μῆκος ἄν]ω̣θ̣εν, κύκλῳ [οὐρανοῦ πε]ρ̣ι̣γράφον‐</w:t>
      </w:r>
    </w:p>
    <w:p>
      <w:r>
        <w:rPr>
          <w:rFonts w:ascii="Courier New" w:hAnsi="Courier New"/>
          <w:color w:val="555555"/>
          <w:sz w:val="20"/>
        </w:rPr>
        <w:t>[66 col2]</w:t>
      </w:r>
    </w:p>
    <w:p>
      <w:r>
        <w:rPr>
          <w:rFonts w:ascii="Gentium Plus" w:hAnsi="Gentium Plus"/>
          <w:sz w:val="24"/>
        </w:rPr>
        <w:t>χομένην εἰς τὴν κάτω ζώνην ἐπ’ ἄπειρον ἐκτεί‐ [Dividers of other Forms]νετε, χαίρειν μὲν ὁμοῦ πᾶσιν λέγοντες ἰδιώταις</w:t>
      </w:r>
    </w:p>
    <w:p>
      <w:r>
        <w:rPr>
          <w:rFonts w:ascii="Courier New" w:hAnsi="Courier New"/>
          <w:color w:val="555555"/>
          <w:sz w:val="20"/>
        </w:rPr>
        <w:t>[5]</w:t>
      </w:r>
    </w:p>
    <w:p>
      <w:r>
        <w:rPr>
          <w:rFonts w:ascii="Gentium Plus" w:hAnsi="Gentium Plus"/>
          <w:sz w:val="24"/>
        </w:rPr>
        <w:t>τε καὶ φιλοσόφοις, οἳ δο‐ κοῦσιν ἄνω τε καὶ κά‐ τω περιτρέχεσθαι τὴν [Dividers of other Forms]γῆν ὑπὸ τῶν ἀστέρων, ἐξάγοντες δὲ τὸν</w:t>
      </w:r>
    </w:p>
    <w:p>
      <w:r>
        <w:rPr>
          <w:rFonts w:ascii="Courier New" w:hAnsi="Courier New"/>
          <w:color w:val="555555"/>
          <w:sz w:val="20"/>
        </w:rPr>
        <w:t>[10]</w:t>
      </w:r>
    </w:p>
    <w:p>
      <w:r>
        <w:rPr>
          <w:rFonts w:ascii="Gentium Plus" w:hAnsi="Gentium Plus"/>
          <w:sz w:val="24"/>
        </w:rPr>
        <w:t>ἥλιον ἔξω τοῦ κόζμου πρὸς τὰ πλάγια καὶ ἐκ τῶν πλαγίων πάλιν εἰσ‐ [Dividers of other Forms]άγοντες; v. τοῦτο μὲν οὔ φατε, v. μίαν δέ τινα</w:t>
      </w:r>
    </w:p>
    <w:p>
      <w:r>
        <w:rPr>
          <w:rFonts w:ascii="Courier New" w:hAnsi="Courier New"/>
          <w:color w:val="555555"/>
          <w:sz w:val="20"/>
        </w:rPr>
        <w:t>[66 col3]</w:t>
      </w:r>
    </w:p>
    <w:p>
      <w:r>
        <w:rPr>
          <w:rFonts w:ascii="Gentium Plus" w:hAnsi="Gentium Plus"/>
          <w:sz w:val="24"/>
        </w:rPr>
        <w:t>γῆ[ν] [Dividers of other Forms]δυ[] με[] σαΙ[]</w:t>
      </w:r>
    </w:p>
    <w:p>
      <w:r>
        <w:rPr>
          <w:rFonts w:ascii="Courier New" w:hAnsi="Courier New"/>
          <w:color w:val="555555"/>
          <w:sz w:val="20"/>
        </w:rPr>
        <w:t>[5]</w:t>
      </w:r>
    </w:p>
    <w:p>
      <w:r>
        <w:rPr>
          <w:rFonts w:ascii="Gentium Plus" w:hAnsi="Gentium Plus"/>
          <w:sz w:val="24"/>
        </w:rPr>
        <w:t>αρΙ[] [Dividers of other Forms]θεΙ[] τη[] τη[] εἰ μ̣[]</w:t>
      </w:r>
    </w:p>
    <w:p>
      <w:r>
        <w:rPr>
          <w:rFonts w:ascii="Courier New" w:hAnsi="Courier New"/>
          <w:color w:val="555555"/>
          <w:sz w:val="20"/>
        </w:rPr>
        <w:t>[10]</w:t>
      </w:r>
    </w:p>
    <w:p>
      <w:r>
        <w:rPr>
          <w:rFonts w:ascii="Gentium Plus" w:hAnsi="Gentium Plus"/>
          <w:sz w:val="24"/>
        </w:rPr>
        <w:t>[Dividers of other Forms]λο[] τε[] οιο[] λεΙ[]</w:t>
      </w:r>
    </w:p>
    <w:p>
      <w:r>
        <w:rPr>
          <w:rFonts w:ascii="Courier New" w:hAnsi="Courier New"/>
          <w:color w:val="555555"/>
          <w:sz w:val="20"/>
        </w:rPr>
        <w:t>[67 col1]</w:t>
      </w:r>
    </w:p>
    <w:p>
      <w:r>
        <w:rPr>
          <w:rFonts w:ascii="Gentium Plus" w:hAnsi="Gentium Plus"/>
          <w:sz w:val="24"/>
        </w:rPr>
        <w:t>— — — — — — — — — — — — — — — — — — — — — — — — — — — — — — — — — — — — — — — — — — — — — — — — — — — — — — — — — — —ε̣</w:t>
      </w:r>
    </w:p>
    <w:p>
      <w:r>
        <w:rPr>
          <w:rFonts w:ascii="Courier New" w:hAnsi="Courier New"/>
          <w:color w:val="555555"/>
          <w:sz w:val="20"/>
        </w:rPr>
        <w:t>[5]</w:t>
      </w:r>
    </w:p>
    <w:p>
      <w:r>
        <w:rPr>
          <w:rFonts w:ascii="Gentium Plus" w:hAnsi="Gentium Plus"/>
          <w:sz w:val="24"/>
        </w:rPr>
        <w:t>— — —c.5— —ο̣— — —c.7— — —μ̣ο̣ς — —c.4— —[Partial Letter]...[Partial Letter].[Partial Letter].ν̣β̣Ι.ν̣γο — — — — — —c.11— — — — —ν̣ατησε — — —c.7— —α. Ιο̣ν̣ παρα — —c.3—[ὥ]σ̣τ̣ε αὐταῖς καὶ</w:t>
      </w:r>
    </w:p>
    <w:p>
      <w:r>
        <w:rPr>
          <w:rFonts w:ascii="Courier New" w:hAnsi="Courier New"/>
          <w:color w:val="555555"/>
          <w:sz w:val="20"/>
        </w:rPr>
        <w:t>[10]</w:t>
      </w:r>
    </w:p>
    <w:p>
      <w:r>
        <w:rPr>
          <w:rFonts w:ascii="Gentium Plus" w:hAnsi="Gentium Plus"/>
          <w:sz w:val="24"/>
        </w:rPr>
        <w:t>— —c.4— —α̣τ̣ω̣σ̣ο̣.ΙΙ[Partial Letter][Partial Letter][Partial Letter]ΙμεΛ — —c.4— —[Partial Letter]ε. v. ? π̣επ̣ερα̣σμέ‐ [ναι] τ̣οιγ̣[α]ροῦν ἡμεῖν [ὑπ]ο̣κείμεναι κατὰ τὸ [π]λ̣ῆθος αἱ ἄτομοι φύ‐</w:t>
      </w:r>
    </w:p>
    <w:p>
      <w:r>
        <w:rPr>
          <w:rFonts w:ascii="Courier New" w:hAnsi="Courier New"/>
          <w:color w:val="555555"/>
          <w:sz w:val="20"/>
        </w:rPr>
        <w:t>[67 col2]</w:t>
      </w:r>
    </w:p>
    <w:p>
      <w:r>
        <w:rPr>
          <w:rFonts w:ascii="Gentium Plus" w:hAnsi="Gentium Plus"/>
          <w:sz w:val="24"/>
        </w:rPr>
        <w:t>[σεις κ]α̣ὶ δι’ ἃς εἰρήκαμεν [α]ἰ̣[τ]ί̣α̣ς ἀσυνέλευστοι [Dividers of other Forms]τυνχάνουσαι (μετὰ γὰρ αὐτὰς ἄλλαι φύσεις οὐκέ‐</w:t>
      </w:r>
    </w:p>
    <w:p>
      <w:r>
        <w:rPr>
          <w:rFonts w:ascii="Courier New" w:hAnsi="Courier New"/>
          <w:color w:val="555555"/>
          <w:sz w:val="20"/>
        </w:rPr>
        <w:t>[5]</w:t>
      </w:r>
    </w:p>
    <w:p>
      <w:r>
        <w:rPr>
          <w:rFonts w:ascii="Gentium Plus" w:hAnsi="Gentium Plus"/>
          <w:sz w:val="24"/>
        </w:rPr>
        <w:t>[Dividers of other Forms]τ’ εἰσίν, αἵ, περιλαβοῦσαι</w:t>
      </w:r>
    </w:p>
    <w:p>
      <w:r>
        <w:rPr>
          <w:rFonts w:ascii="Courier New" w:hAnsi="Courier New"/>
          <w:color w:val="555555"/>
          <w:sz w:val="20"/>
        </w:rPr>
        <w:t>[10]</w:t>
      </w:r>
    </w:p>
    <w:p>
      <w:r>
        <w:rPr>
          <w:rFonts w:ascii="Gentium Plus" w:hAnsi="Gentium Plus"/>
          <w:sz w:val="24"/>
        </w:rPr>
        <w:t>γεννήσωσι τὰ πράγμα‐ τα χωρὶς ἀλλήλων; v. ὥσ‐ τ̣’ οὐκ ἂν ἦν οὐδ’ ὅδε ὁ κόσ‐ μος. v. εἰ γὰρ ἦσαν πεπερασ‐</w:t>
      </w:r>
    </w:p>
    <w:p>
      <w:r>
        <w:rPr>
          <w:rFonts w:ascii="Courier New" w:hAnsi="Courier New"/>
          <w:color w:val="555555"/>
          <w:sz w:val="20"/>
        </w:rPr>
        <w:t>[68 col1]</w:t>
      </w:r>
    </w:p>
    <w:p>
      <w:r>
        <w:rPr>
          <w:rFonts w:ascii="Gentium Plus" w:hAnsi="Gentium Plus"/>
          <w:sz w:val="24"/>
        </w:rPr>
        <w:t>[— — — — —περι]λ̣αμβάνον‐ [τες— — — — —] Δ̣ιονύσιε καὶ [— — — — — —περ]ιόδῳ ποιου — — — — — — — —α̣δηλουμενω</w:t>
      </w:r>
    </w:p>
    <w:p>
      <w:r>
        <w:rPr>
          <w:rFonts w:ascii="Courier New" w:hAnsi="Courier New"/>
          <w:color w:val="555555"/>
          <w:sz w:val="20"/>
        </w:rPr>
        <w:t>[5]</w:t>
      </w:r>
    </w:p>
    <w:p>
      <w:r>
        <w:rPr>
          <w:rFonts w:ascii="Gentium Plus" w:hAnsi="Gentium Plus"/>
          <w:sz w:val="24"/>
        </w:rPr>
        <w:t>[— — — — — —τῶ]ν̣ φαινομ̣έ̣ν̣ω̣[ν] [— — — — — — —ἐπ]ιτομη̣— —c.3— [— — — — — — — — — —][Partial Letter][— — —c.6— —]</w:t>
      </w:r>
    </w:p>
    <w:p>
      <w:r>
        <w:rPr>
          <w:rFonts w:ascii="Courier New" w:hAnsi="Courier New"/>
          <w:color w:val="555555"/>
          <w:sz w:val="20"/>
        </w:rPr>
        <w:t>[69 ante]</w:t>
      </w:r>
    </w:p>
    <w:p>
      <w:r>
        <w:rPr>
          <w:rFonts w:ascii="Gentium Plus" w:hAnsi="Gentium Plus"/>
          <w:sz w:val="24"/>
        </w:rPr>
        <w:t>[τὸ ῥεῦμα τῷ ἀέρι κατὰ μει]‐</w:t>
      </w:r>
    </w:p>
    <w:p>
      <w:r>
        <w:rPr>
          <w:rFonts w:ascii="Courier New" w:hAnsi="Courier New"/>
          <w:color w:val="555555"/>
          <w:sz w:val="20"/>
        </w:rPr>
        <w:t>[69 col1]</w:t>
      </w:r>
    </w:p>
    <w:p>
      <w:r>
        <w:rPr>
          <w:rFonts w:ascii="Gentium Plus" w:hAnsi="Gentium Plus"/>
          <w:sz w:val="24"/>
        </w:rPr>
        <w:t>[κρὸν διακ]ρείνεται. ἀν‐ [τικρουσ]θὲν οὖν κε‐</w:t>
      </w:r>
    </w:p>
    <w:p>
      <w:r>
        <w:rPr>
          <w:rFonts w:ascii="Courier New" w:hAnsi="Courier New"/>
          <w:color w:val="555555"/>
          <w:sz w:val="20"/>
        </w:rPr>
        <w:t>[5]</w:t>
      </w:r>
    </w:p>
    <w:p>
      <w:r>
        <w:rPr>
          <w:rFonts w:ascii="Gentium Plus" w:hAnsi="Gentium Plus"/>
          <w:sz w:val="24"/>
        </w:rPr>
        <w:t>[ται διαφυ]λάττειν τὴν [τῶν ἀτόμ]ων τάξιν καὶ [θέσιν. τὰ οὖ]ν εὔθρυπτα [ῥεύματα] τ̣ῶν ἀτόμων, [ἀποφερό]μ̣ενα ὑμενώ‐</w:t>
      </w:r>
    </w:p>
    <w:p>
      <w:r>
        <w:rPr>
          <w:rFonts w:ascii="Courier New" w:hAnsi="Courier New"/>
          <w:color w:val="555555"/>
          <w:sz w:val="20"/>
        </w:rPr>
        <w:t>[10]</w:t>
      </w:r>
    </w:p>
    <w:p>
      <w:r>
        <w:rPr>
          <w:rFonts w:ascii="Gentium Plus" w:hAnsi="Gentium Plus"/>
          <w:sz w:val="24"/>
        </w:rPr>
        <w:t>[δη, ὅμως ἐφ’] ἑαυτῶν ἔ‐ [χει τε ὑπ]όστασιν καὶ [ἐξ ὕλης τι]ν̣ὸ̣ς ᾠκοδό‐ [μηται φύσει], ὥσπερ αἵ‐ [δε αἱ ἄτομ]ο̣ι σύνκειν‐</w:t>
      </w:r>
    </w:p>
    <w:p>
      <w:r>
        <w:rPr>
          <w:rFonts w:ascii="Courier New" w:hAnsi="Courier New"/>
          <w:color w:val="555555"/>
          <w:sz w:val="20"/>
        </w:rPr>
        <w:t>[69 col2]</w:t>
      </w:r>
    </w:p>
    <w:p>
      <w:r>
        <w:rPr>
          <w:rFonts w:ascii="Gentium Plus" w:hAnsi="Gentium Plus"/>
          <w:sz w:val="24"/>
        </w:rPr>
        <w:t>ται φύσει. v. [τύπους] γοῦν ἐπιμ[ένων τετρα]‐ γώνους κ[ατηγορεῖ τις ἐ]‐ πὶ διαβολῇ̣ [τῶν ὄψε]‐</w:t>
      </w:r>
    </w:p>
    <w:p>
      <w:r>
        <w:rPr>
          <w:rFonts w:ascii="Courier New" w:hAnsi="Courier New"/>
          <w:color w:val="555555"/>
          <w:sz w:val="20"/>
        </w:rPr>
        <w:t>[5]</w:t>
      </w:r>
    </w:p>
    <w:p>
      <w:r>
        <w:rPr>
          <w:rFonts w:ascii="Gentium Plus" w:hAnsi="Gentium Plus"/>
          <w:sz w:val="24"/>
        </w:rPr>
        <w:t>ων φερου[σῶν οὐχ ὡς τε]‐ τραγώνο[υς τύπους τοὺς] καθ’ ὑπόσ[τασιν φερο]‐ μένους δ[ιὰ τοῦ ἀέρος] ἡμεῖν ὡς [— — —στρονγύ]‐</w:t>
      </w:r>
    </w:p>
    <w:p>
      <w:r>
        <w:rPr>
          <w:rFonts w:ascii="Courier New" w:hAnsi="Courier New"/>
          <w:color w:val="555555"/>
          <w:sz w:val="20"/>
        </w:rPr>
        <w:t>[10]</w:t>
      </w:r>
    </w:p>
    <w:p>
      <w:r>
        <w:rPr>
          <w:rFonts w:ascii="Gentium Plus" w:hAnsi="Gentium Plus"/>
          <w:sz w:val="24"/>
        </w:rPr>
        <w:t>[Dividers of other Forms]λους. ἐκεῖ [γὰρ οὐκ οἶδεν], ὡς εἰκός, [τὰ εἴδωλα ἀπο]‐ ρέοντα ἐ[κ τοῦ πύργου] ψωχόμε[να τῷ ἀέρι, ἀλλὰ] εὖ ὁρᾷ ὕσ[τερον— — — — —]</w:t>
      </w:r>
    </w:p>
    <w:p>
      <w:r>
        <w:rPr>
          <w:rFonts w:ascii="Courier New" w:hAnsi="Courier New"/>
          <w:color w:val="555555"/>
          <w:sz w:val="20"/>
        </w:rPr>
        <w:t>[70 ante]</w:t>
      </w:r>
    </w:p>
    <w:p>
      <w:r>
        <w:rPr>
          <w:rFonts w:ascii="Gentium Plus" w:hAnsi="Gentium Plus"/>
          <w:sz w:val="24"/>
        </w:rPr>
        <w:t>[ἐν δὲ τούτοις τοῖς πράγμασι τὸν νοῦν ἔχε]‐</w:t>
      </w:r>
    </w:p>
    <w:p>
      <w:r>
        <w:rPr>
          <w:rFonts w:ascii="Courier New" w:hAnsi="Courier New"/>
          <w:color w:val="555555"/>
          <w:sz w:val="20"/>
        </w:rPr>
        <w:t>[70 col1]</w:t>
      </w:r>
    </w:p>
    <w:p>
      <w:r>
        <w:rPr>
          <w:rFonts w:ascii="Gentium Plus" w:hAnsi="Gentium Plus"/>
          <w:sz w:val="24"/>
        </w:rPr>
        <w:t>[τε πρ]ὸ̣ς ἡμᾶς, ἢ κακοδαι‐ [μόν]ω̣ς ἀνανκαῖόν ἐσ‐ [τιν] τοὺς περὶ αὐτῶν [μακ]ρύνειν λόγους.</w:t>
      </w:r>
    </w:p>
    <w:p>
      <w:r>
        <w:rPr>
          <w:rFonts w:ascii="Courier New" w:hAnsi="Courier New"/>
          <w:color w:val="555555"/>
          <w:sz w:val="20"/>
        </w:rPr>
        <w:t>[5]</w:t>
      </w:r>
    </w:p>
    <w:p>
      <w:r>
        <w:rPr>
          <w:rFonts w:ascii="Gentium Plus" w:hAnsi="Gentium Plus"/>
          <w:sz w:val="24"/>
        </w:rPr>
        <w:t>[εἰ μὲ]ν οὖν ἐπελάθεσ‐ [θε τῆ]ς δόξης, ἣν Αβει—</w:t>
      </w:r>
    </w:p>
    <w:p>
      <w:r>
        <w:rPr>
          <w:rFonts w:ascii="Courier New" w:hAnsi="Courier New"/>
          <w:color w:val="555555"/>
          <w:sz w:val="20"/>
        </w:rPr>
        <w:t>[10]</w:t>
      </w:r>
    </w:p>
    <w:p>
      <w:r>
        <w:rPr>
          <w:rFonts w:ascii="Gentium Plus" w:hAnsi="Gentium Plus"/>
          <w:sz w:val="24"/>
        </w:rPr>
        <w:t>[ὀχλη]ρ̣ὰ̣ πρὸς ἃ δεῖ βλέ‐ [ποντ]ας ἐπικρείνειν [καὶ τὴ]ν φυγὴν αὐτῶν [καὶ τὴ]ν δίωξίν τινός [γε ἄλ]λου, μνημονεύ‐</w:t>
      </w:r>
    </w:p>
    <w:p>
      <w:r>
        <w:rPr>
          <w:rFonts w:ascii="Courier New" w:hAnsi="Courier New"/>
          <w:color w:val="555555"/>
          <w:sz w:val="20"/>
        </w:rPr>
        <w:t>[70 col2]</w:t>
      </w:r>
    </w:p>
    <w:p>
      <w:r>
        <w:rPr>
          <w:rFonts w:ascii="Gentium Plus" w:hAnsi="Gentium Plus"/>
          <w:sz w:val="24"/>
        </w:rPr>
        <w:t>[Dividers of other Forms]οιτε. v. εἰ δὲ μέμνησθε, τί παθόντες, ὦ μακάριοι, πρὸς τοιαύτην ὡρμή‐ σατε πρᾶξιν, ἀφ’ ἧς ὀχλη‐</w:t>
      </w:r>
    </w:p>
    <w:p>
      <w:r>
        <w:rPr>
          <w:rFonts w:ascii="Courier New" w:hAnsi="Courier New"/>
          <w:color w:val="555555"/>
          <w:sz w:val="20"/>
        </w:rPr>
        <w:t>[5]</w:t>
      </w:r>
    </w:p>
    <w:p>
      <w:r>
        <w:rPr>
          <w:rFonts w:ascii="Gentium Plus" w:hAnsi="Gentium Plus"/>
          <w:sz w:val="24"/>
        </w:rPr>
        <w:t>ρὰ μὲν τῷ Νεικηράτῳ πάθη γέγονεν, ὀχληρὰ δ’ ἡμεῖν διὰ τὰς συμφο‐ [Dividers of other Forms]ρὰς τὰς ἐκείνου; v. εἰ γὰρ φήσετε τῆς μὲν δόξης</w:t>
      </w:r>
    </w:p>
    <w:p>
      <w:r>
        <w:rPr>
          <w:rFonts w:ascii="Courier New" w:hAnsi="Courier New"/>
          <w:color w:val="555555"/>
          <w:sz w:val="20"/>
        </w:rPr>
        <w:t>[10]</w:t>
      </w:r>
    </w:p>
    <w:p>
      <w:r>
        <w:rPr>
          <w:rFonts w:ascii="Gentium Plus" w:hAnsi="Gentium Plus"/>
          <w:sz w:val="24"/>
        </w:rPr>
        <w:t>ἐνκρατεῖς εἶναι, περὶ δὲ τὴν γνώμην τῆς τἀν‐ θρώπου πομπῆς πρὸς [Dividers of other Forms]ἡμᾶς ἢ οὐχὶ πομπῆς, πότερα ποιητέον αὐ‐</w:t>
      </w:r>
    </w:p>
    <w:p>
      <w:r>
        <w:rPr>
          <w:rFonts w:ascii="Courier New" w:hAnsi="Courier New"/>
          <w:color w:val="555555"/>
          <w:sz w:val="20"/>
        </w:rPr>
        <w:t>[70 col3]</w:t>
      </w:r>
    </w:p>
    <w:p>
      <w:r>
        <w:rPr>
          <w:rFonts w:ascii="Gentium Plus" w:hAnsi="Gentium Plus"/>
          <w:sz w:val="24"/>
        </w:rPr>
        <w:t>τὴν̣ [ὑμεῖν ἦν ἐνταῦθα] [Dividers of other Forms]ἢ ἐσφ̣[άλητε,] τετ̣[] κου[— — — — — — — —ελά]‐</w:t>
      </w:r>
    </w:p>
    <w:p>
      <w:r>
        <w:rPr>
          <w:rFonts w:ascii="Courier New" w:hAnsi="Courier New"/>
          <w:color w:val="555555"/>
          <w:sz w:val="20"/>
        </w:rPr>
        <w:t>[5]</w:t>
      </w:r>
    </w:p>
    <w:p>
      <w:r>
        <w:rPr>
          <w:rFonts w:ascii="Gentium Plus" w:hAnsi="Gentium Plus"/>
          <w:sz w:val="24"/>
        </w:rPr>
        <w:t>βομ[εν— — — — — — — —ἐσ]‐ φάλ[ητε] τὰ ἔσ[χατα] επιε[] [Dividers of other Forms]Νεικ[ηρατ— —. ἡ δ’ ἀπο]‐</w:t>
      </w:r>
    </w:p>
    <w:p>
      <w:r>
        <w:rPr>
          <w:rFonts w:ascii="Courier New" w:hAnsi="Courier New"/>
          <w:color w:val="555555"/>
          <w:sz w:val="20"/>
        </w:rPr>
        <w:t>[10]</w:t>
      </w:r>
    </w:p>
    <w:p>
      <w:r>
        <w:rPr>
          <w:rFonts w:ascii="Gentium Plus" w:hAnsi="Gentium Plus"/>
          <w:sz w:val="24"/>
        </w:rPr>
        <w:t>ρία π̣[ερὶ τούτου τοῦ πρά]‐ γμα[τος καλῶς ἐξητάσθη] ἵνα ὕ[στερον πάντες] ἔχω[μεν εἰδέναι τί χρὴ] δρᾶν̣ []</w:t>
      </w:r>
    </w:p>
    <w:p>
      <w:r>
        <w:rPr>
          <w:rFonts w:ascii="Courier New" w:hAnsi="Courier New"/>
          <w:color w:val="555555"/>
          <w:sz w:val="20"/>
        </w:rPr>
        <w:t>[71 ante]</w:t>
      </w:r>
    </w:p>
    <w:p>
      <w:r>
        <w:rPr>
          <w:rFonts w:ascii="Gentium Plus" w:hAnsi="Gentium Plus"/>
          <w:sz w:val="24"/>
        </w:rPr>
        <w:t>[ἡμεῖν δὲ δύ]‐</w:t>
      </w:r>
    </w:p>
    <w:p>
      <w:r>
        <w:rPr>
          <w:rFonts w:ascii="Courier New" w:hAnsi="Courier New"/>
          <w:color w:val="555555"/>
          <w:sz w:val="20"/>
        </w:rPr>
        <w:t>[71 col1]</w:t>
      </w:r>
    </w:p>
    <w:p>
      <w:r>
        <w:rPr>
          <w:rFonts w:ascii="Gentium Plus" w:hAnsi="Gentium Plus"/>
          <w:sz w:val="24"/>
        </w:rPr>
        <w:t>ν̣α̣ται συναντᾶν ἡ τύχη καὶ κακῶς ποιεῖν, ἀλλὰ [Dividers of other Forms]σπανίως· οὐ γὰρ ὕλην ἔ‐ χει, καθάπερ τὸ πῦρ, ἧς</w:t>
      </w:r>
    </w:p>
    <w:p>
      <w:r>
        <w:rPr>
          <w:rFonts w:ascii="Courier New" w:hAnsi="Courier New"/>
          <w:color w:val="555555"/>
          <w:sz w:val="20"/>
        </w:rPr>
        <w:t>[5]</w:t>
      </w:r>
    </w:p>
    <w:p>
      <w:r>
        <w:rPr>
          <w:rFonts w:ascii="Gentium Plus" w:hAnsi="Gentium Plus"/>
          <w:sz w:val="24"/>
        </w:rPr>
        <w:t>[Dividers of other Forms]ἐπιλάβηται. v. πρὸς ταῦτα [ο]ὖν Ἐπίκουρος ἀπιδὼν [ὅλ]ην μὲν ἀπὸ τῶν πρα‐ γ̣μ̣άτων ἆραι τὴν τύχην [Dividers of other Forms]οὐκ ἠθέλησεν (ἰταμὸν</w:t>
      </w:r>
    </w:p>
    <w:p>
      <w:r>
        <w:rPr>
          <w:rFonts w:ascii="Courier New" w:hAnsi="Courier New"/>
          <w:color w:val="555555"/>
          <w:sz w:val="20"/>
        </w:rPr>
        <w:t>[10]</w:t>
      </w:r>
    </w:p>
    <w:p>
      <w:r>
        <w:rPr>
          <w:rFonts w:ascii="Gentium Plus" w:hAnsi="Gentium Plus"/>
          <w:sz w:val="24"/>
        </w:rPr>
        <w:t>γὰρ ἦν καὶ οὐ φιλοσόφου σεμνότητος οὕτω φα‐ νεροῦ καταψεύσασθαι πράγματος καὶ ἐν μέ‐</w:t>
      </w:r>
    </w:p>
    <w:p>
      <w:r>
        <w:rPr>
          <w:rFonts w:ascii="Courier New" w:hAnsi="Courier New"/>
          <w:color w:val="555555"/>
          <w:sz w:val="20"/>
        </w:rPr>
        <w:t>[71 col2]</w:t>
      </w:r>
    </w:p>
    <w:p>
      <w:r>
        <w:rPr>
          <w:rFonts w:ascii="Gentium Plus" w:hAnsi="Gentium Plus"/>
          <w:sz w:val="24"/>
        </w:rPr>
        <w:t>[Dividers of other Forms]</w:t>
      </w:r>
    </w:p>
    <w:p>
      <w:r>
        <w:rPr>
          <w:rFonts w:ascii="Courier New" w:hAnsi="Courier New"/>
          <w:color w:val="555555"/>
          <w:sz w:val="20"/>
        </w:rPr>
        <w:t>[1]</w:t>
      </w:r>
    </w:p>
    <w:p>
      <w:r>
        <w:rPr>
          <w:rFonts w:ascii="Gentium Plus" w:hAnsi="Gentium Plus"/>
          <w:sz w:val="24"/>
        </w:rPr>
        <w:t>ὀλίγα δὲ μόν̣[ον ἐκάλεσε] μεικρά. ὥσπ[ερ οὖν ἡ τοῦ] σοφοῦ διάθεσ[ις τὴν ταὐ]‐ τομάτου συν[τυχίαν]</w:t>
      </w:r>
    </w:p>
    <w:p>
      <w:r>
        <w:rPr>
          <w:rFonts w:ascii="Courier New" w:hAnsi="Courier New"/>
          <w:color w:val="555555"/>
          <w:sz w:val="20"/>
        </w:rPr>
        <w:t>[5]</w:t>
      </w:r>
    </w:p>
    <w:p>
      <w:r>
        <w:rPr>
          <w:rFonts w:ascii="Gentium Plus" w:hAnsi="Gentium Plus"/>
          <w:sz w:val="24"/>
        </w:rPr>
        <w:t>παραδεῖξαι ἔ̣[χει τοι]‐ αύτην τινά, [οὕτως, ὡς ἔοι]‐ κεν, βραχέα π̣[οιεῖ κυρί]‐ [Dividers of other Forms]ως, ὡς λέγει Νε̣[οκλείδης]· “βραχέα σοφῷ [τύχη παρεν]‐</w:t>
      </w:r>
    </w:p>
    <w:p>
      <w:r>
        <w:rPr>
          <w:rFonts w:ascii="Courier New" w:hAnsi="Courier New"/>
          <w:color w:val="555555"/>
          <w:sz w:val="20"/>
        </w:rPr>
        <w:t>[10]</w:t>
      </w:r>
    </w:p>
    <w:p>
      <w:r>
        <w:rPr>
          <w:rFonts w:ascii="Gentium Plus" w:hAnsi="Gentium Plus"/>
          <w:sz w:val="24"/>
        </w:rPr>
        <w:t>[Dividers of other Forms]πείπτει, τὰ δ[ὲ μέγιστα] καὶ κυρι̣[ώ]τα[τα ὁ λογισ]‐ μὸς διο̣[ικ]ε̣ῖ κ̣[αὶ διῴκη]‐ [Dividers of other Forms]σεν.” Δε̣.Λ.Ϲτ̣ε̣[— — — — —μά]‐ λιστα [Partial Letter]— — — — — — — — — —</w:t>
      </w:r>
    </w:p>
    <w:p>
      <w:r>
        <w:rPr>
          <w:rFonts w:ascii="Courier New" w:hAnsi="Courier New"/>
          <w:color w:val="555555"/>
          <w:sz w:val="20"/>
        </w:rPr>
        <w:t>[72 col1]</w:t>
      </w:r>
    </w:p>
    <w:p>
      <w:r>
        <w:rPr>
          <w:rFonts w:ascii="Gentium Plus" w:hAnsi="Gentium Plus"/>
          <w:sz w:val="24"/>
        </w:rPr>
        <w:t>[ήν]ενκεν []ἐ̣κεῖνα [π]έτρα̣ις</w:t>
      </w:r>
    </w:p>
    <w:p>
      <w:r>
        <w:rPr>
          <w:rFonts w:ascii="Courier New" w:hAnsi="Courier New"/>
          <w:color w:val="555555"/>
          <w:sz w:val="20"/>
        </w:rPr>
        <w:t>[5]</w:t>
      </w:r>
    </w:p>
    <w:p>
      <w:r>
        <w:rPr>
          <w:rFonts w:ascii="Gentium Plus" w:hAnsi="Gentium Plus"/>
          <w:sz w:val="24"/>
        </w:rPr>
        <w:t>[]ω̣ς̣—c.2— [τ]ῶν ἄλ‐ [λων— — — — — —ψ]υ̣χρῷ []α̣τος []ζε</w:t>
      </w:r>
    </w:p>
    <w:p>
      <w:r>
        <w:rPr>
          <w:rFonts w:ascii="Courier New" w:hAnsi="Courier New"/>
          <w:color w:val="555555"/>
          <w:sz w:val="20"/>
        </w:rPr>
        <w:t>[10]</w:t>
      </w:r>
    </w:p>
    <w:p>
      <w:r>
        <w:rPr>
          <w:rFonts w:ascii="Gentium Plus" w:hAnsi="Gentium Plus"/>
          <w:sz w:val="24"/>
        </w:rPr>
        <w:t>[]ημε []του []την [— — — — —τέλος δ’ ηὗρ]εν [καταφυγὴν ἐπὶ] τ̣ῶν</w:t>
      </w:r>
    </w:p>
    <w:p>
      <w:r>
        <w:rPr>
          <w:rFonts w:ascii="Courier New" w:hAnsi="Courier New"/>
          <w:color w:val="555555"/>
          <w:sz w:val="20"/>
        </w:rPr>
        <w:t>[72 col2]</w:t>
      </w:r>
    </w:p>
    <w:p>
      <w:r>
        <w:rPr>
          <w:rFonts w:ascii="Gentium Plus" w:hAnsi="Gentium Plus"/>
          <w:sz w:val="24"/>
        </w:rPr>
        <w:t>πετρῶν, ἀφ’ ἧς οὐκέ‐ τ’ αὐτὸν εἴσχυσεν ἀνα‐ ροφῆσαι ἡ̣ θάλασσα καὶ [Dividers of other Forms]ῥῆξαι πάλιν. συνετρίβη</w:t>
      </w:r>
    </w:p>
    <w:p>
      <w:r>
        <w:rPr>
          <w:rFonts w:ascii="Courier New" w:hAnsi="Courier New"/>
          <w:color w:val="555555"/>
          <w:sz w:val="20"/>
        </w:rPr>
        <w:t>[5]</w:t>
      </w:r>
    </w:p>
    <w:p>
      <w:r>
        <w:rPr>
          <w:rFonts w:ascii="Gentium Plus" w:hAnsi="Gentium Plus"/>
          <w:sz w:val="24"/>
        </w:rPr>
        <w:t>μὲν οὖν, ὥσπερ εἰκός, καὶ κάψεν· ξάνθη ἁλι‐ βρῶσι περιπεσὼν̣ λίθοις. [Dividers of other Forms]διένηφ̣ε δ’ οὖν κ̣αὶ κ̣α‐ τὰ μεικρὸν εΙ[Partial Letter]Ρ[Partial Letter]ϹΙΙ[Partial Letter].</w:t>
      </w:r>
    </w:p>
    <w:p>
      <w:r>
        <w:rPr>
          <w:rFonts w:ascii="Courier New" w:hAnsi="Courier New"/>
          <w:color w:val="555555"/>
          <w:sz w:val="20"/>
        </w:rPr>
        <w:t>[10]</w:t>
      </w:r>
    </w:p>
    <w:p>
      <w:r>
        <w:rPr>
          <w:rFonts w:ascii="Gentium Plus" w:hAnsi="Gentium Plus"/>
          <w:sz w:val="24"/>
        </w:rPr>
        <w:t>[Dividers of other Forms]ἐν οἷς δὴ χρόν[ιαι] α̣[ἱ τ]ῶ̣[ν]</w:t>
      </w:r>
    </w:p>
    <w:p>
      <w:r>
        <w:rPr>
          <w:rFonts w:ascii="Courier New" w:hAnsi="Courier New"/>
          <w:color w:val="555555"/>
          <w:sz w:val="20"/>
        </w:rPr>
        <w:t>[72 col3]</w:t>
      </w:r>
    </w:p>
    <w:p>
      <w:r>
        <w:rPr>
          <w:rFonts w:ascii="Gentium Plus" w:hAnsi="Gentium Plus"/>
          <w:sz w:val="24"/>
        </w:rPr>
        <w:t>[Dividers of other Forms]ὅλος. ἐπὶ οὖν τῆς̣ [ἄκρας] σκοπιᾶς ἔκειτο, ἔ[νθα διῆ]‐ [Dividers of other Forms]γ̣ε τὴν ἡμέραν οὕ̣[τως] καὶ τὴν ἐπιοῦσα[ν νύ]‐</w:t>
      </w:r>
    </w:p>
    <w:p>
      <w:r>
        <w:rPr>
          <w:rFonts w:ascii="Courier New" w:hAnsi="Courier New"/>
          <w:color w:val="555555"/>
          <w:sz w:val="20"/>
        </w:rPr>
        <w:t>[5]</w:t>
      </w:r>
    </w:p>
    <w:p>
      <w:r>
        <w:rPr>
          <w:rFonts w:ascii="Gentium Plus" w:hAnsi="Gentium Plus"/>
          <w:sz w:val="24"/>
        </w:rPr>
        <w:t>κτα καὶ πάλιν ἡμέ̣[ραν] [Dividers of other Forms]ἕως ἑσπέρας, v. ὑπὸ το̣[ῦ] λειμοῦ καὶ τῶν ἑλκ̣[ῶν] [Dividers of other Forms]δ̣α̣πανώμενος. v. ἐπ̣[ιστάμε]‐ θ̣α̣ δ’ ἤδη τὸ αὐτόμ[ατον]</w:t>
      </w:r>
    </w:p>
    <w:p>
      <w:r>
        <w:rPr>
          <w:rFonts w:ascii="Courier New" w:hAnsi="Courier New"/>
          <w:color w:val="555555"/>
          <w:sz w:val="20"/>
        </w:rPr>
        <w:t>[10]</w:t>
      </w:r>
    </w:p>
    <w:p>
      <w:r>
        <w:rPr>
          <w:rFonts w:ascii="Gentium Plus" w:hAnsi="Gentium Plus"/>
          <w:sz w:val="24"/>
        </w:rPr>
        <w:t>εὖ γε πο̣ι̣οῦν ὅπερ ο̣[ἰκεῖ]‐ [Dividers of other Forms]ον̣ ὑ[μεῖν ἐνλογεῖ[ται. οὐ] τέ̣θνηκε γὰρ ὑμέτ̣[ερος] [Dividers of other Forms]κῆρυξ ὃς διέσωσε[ν ὑμᾶς]. εἶτα γὰρ τύχην ευ̣[— — —]</w:t>
      </w:r>
    </w:p>
    <w:p>
      <w:r>
        <w:rPr>
          <w:rFonts w:ascii="Courier New" w:hAnsi="Courier New"/>
          <w:color w:val="555555"/>
          <w:sz w:val="20"/>
        </w:rPr>
        <w:t>[15]</w:t>
      </w:r>
    </w:p>
    <w:p>
      <w:r>
        <w:rPr>
          <w:rFonts w:ascii="Gentium Plus" w:hAnsi="Gentium Plus"/>
          <w:sz w:val="24"/>
        </w:rPr>
        <w:t>or τύχη νευ̣[— — —]</w:t>
      </w:r>
    </w:p>
    <w:p>
      <w:r>
        <w:rPr>
          <w:rFonts w:ascii="Courier New" w:hAnsi="Courier New"/>
          <w:color w:val="555555"/>
          <w:sz w:val="20"/>
        </w:rPr>
        <w:t>[73 ante]</w:t>
      </w:r>
    </w:p>
    <w:p>
      <w:r>
        <w:rPr>
          <w:rFonts w:ascii="Gentium Plus" w:hAnsi="Gentium Plus"/>
          <w:sz w:val="24"/>
        </w:rPr>
        <w:t>[κατακολουθῶ δέ σοι ταῦτα]</w:t>
      </w:r>
    </w:p>
    <w:p>
      <w:r>
        <w:rPr>
          <w:rFonts w:ascii="Courier New" w:hAnsi="Courier New"/>
          <w:color w:val="555555"/>
          <w:sz w:val="20"/>
        </w:rPr>
        <w:t>[73 col1]</w:t>
      </w:r>
    </w:p>
    <w:p>
      <w:r>
        <w:rPr>
          <w:rFonts w:ascii="Gentium Plus" w:hAnsi="Gentium Plus"/>
          <w:sz w:val="24"/>
        </w:rPr>
        <w:t>περὶ τοῦ θανάτου λέγον‐ τι καὶ πέπεικάς με κα‐ [Dividers of other Forms]ταγελᾶν αὐτοῦ. v. φοβοῦ‐ μαι γὰρ οὐδὲν διὰ τοὺς</w:t>
      </w:r>
    </w:p>
    <w:p>
      <w:r>
        <w:rPr>
          <w:rFonts w:ascii="Courier New" w:hAnsi="Courier New"/>
          <w:color w:val="555555"/>
          <w:sz w:val="20"/>
        </w:rPr>
        <w:t>[5]</w:t>
      </w:r>
    </w:p>
    <w:p>
      <w:r>
        <w:rPr>
          <w:rFonts w:ascii="Gentium Plus" w:hAnsi="Gentium Plus"/>
          <w:sz w:val="24"/>
        </w:rPr>
        <w:t>Τιτυοὺς καὶ τοὺς Ταν‐ {[Τ]αν}τάλους, οὓς ἀνα‐ {[ἀν]α̣}γράφουσιν ἐν ᾍ‐ [δου] τινές, v. οὐδὲ φρί̣τ‐ [τω] τὴν μύδησιν ἐν‐</w:t>
      </w:r>
    </w:p>
    <w:p>
      <w:r>
        <w:rPr>
          <w:rFonts w:ascii="Courier New" w:hAnsi="Courier New"/>
          <w:color w:val="555555"/>
          <w:sz w:val="20"/>
        </w:rPr>
        <w:t>[10]</w:t>
      </w:r>
    </w:p>
    <w:p>
      <w:r>
        <w:rPr>
          <w:rFonts w:ascii="Gentium Plus" w:hAnsi="Gentium Plus"/>
          <w:sz w:val="24"/>
        </w:rPr>
        <w:t>[θυμ]ούμενος τὴν [τοῦ σ]ώματος, π̣επει̣[σ]‐ [μένος γε] οὐ̣κ εἶ̣[ν]αι π̣ά̣[θος] [ἡμεῖν, τῆς] ψυχῆς ἀ̣[να]ι̣σ̣‐ [θητούσης], οὐδ’ ἄλλο</w:t>
      </w:r>
    </w:p>
    <w:p>
      <w:r>
        <w:rPr>
          <w:rFonts w:ascii="Courier New" w:hAnsi="Courier New"/>
          <w:color w:val="555555"/>
          <w:sz w:val="20"/>
        </w:rPr>
        <w:t>[73 col2]</w:t>
      </w:r>
    </w:p>
    <w:p>
      <w:r>
        <w:rPr>
          <w:rFonts w:ascii="Gentium Plus" w:hAnsi="Gentium Plus"/>
          <w:sz w:val="24"/>
        </w:rPr>
        <w:t>[Dividers of other Forms]οὐδέν. v. δι[ὰ τοῦτο δὲ] ταύτῃ̣ δ[εῖ με λέγειν ἤ]‐ [Dividers of other Forms]δη ὅτι “στε[ρήσομαι τοῦ] ζῆν καὶ τ[ὰς ἡδονὰς]</w:t>
      </w:r>
    </w:p>
    <w:p>
      <w:r>
        <w:rPr>
          <w:rFonts w:ascii="Courier New" w:hAnsi="Courier New"/>
          <w:color w:val="555555"/>
          <w:sz w:val="20"/>
        </w:rPr>
        <w:t>[5]</w:t>
      </w:r>
    </w:p>
    <w:p>
      <w:r>
        <w:rPr>
          <w:rFonts w:ascii="Gentium Plus" w:hAnsi="Gentium Plus"/>
          <w:sz w:val="24"/>
        </w:rPr>
        <w:t>προλείψω [τὰς κειμένας] [Dividers of other Forms]ἐνταῦθα, [ὧν μέντοι] μετὰ τὴ[ν καταστρο]‐ φὴν μηδε[ὶς πόθον ἔσ]‐ [Dividers of other Forms]χεν.” v. ταύ[τῃ γὰρ οὔτ’ ἐλ]‐</w:t>
      </w:r>
    </w:p>
    <w:p>
      <w:r>
        <w:rPr>
          <w:rFonts w:ascii="Courier New" w:hAnsi="Courier New"/>
          <w:color w:val="555555"/>
          <w:sz w:val="20"/>
        </w:rPr>
        <w:t>[10]</w:t>
      </w:r>
    </w:p>
    <w:p>
      <w:r>
        <w:rPr>
          <w:rFonts w:ascii="Gentium Plus" w:hAnsi="Gentium Plus"/>
          <w:sz w:val="24"/>
        </w:rPr>
        <w:t>π̣ὶς ἰσχυρ[ὰ οὔθ’ εἵμε]‐ [Dividers of other Forms]ρος αὐτὸν̣ [ἔχει, ὡς ἔλι]‐ πε σ̣κεύη [πάνθ’ ἃ καὶ μυ]‐ δήσει φαν̣[ερῶς. καὶ γὰρ] πρὸς τοὺς [τετελευτη\|κότας οὐδέν]</w:t>
      </w:r>
    </w:p>
    <w:p>
      <w:r>
        <w:rPr>
          <w:rFonts w:ascii="Courier New" w:hAnsi="Courier New"/>
          <w:color w:val="555555"/>
          <w:sz w:val="20"/>
        </w:rPr>
        <w:t>[15]</w:t>
      </w:r>
    </w:p>
    <w:p>
      <w:r>
        <w:rPr>
          <w:rFonts w:ascii="Gentium Plus" w:hAnsi="Gentium Plus"/>
          <w:sz w:val="24"/>
        </w:rPr>
        <w:t>[ἐστιν ὁ θάνατος]</w:t>
      </w:r>
    </w:p>
    <w:p>
      <w:r>
        <w:rPr>
          <w:rFonts w:ascii="Courier New" w:hAnsi="Courier New"/>
          <w:color w:val="555555"/>
          <w:sz w:val="20"/>
        </w:rPr>
        <w:t>[74 col1]</w:t>
      </w:r>
    </w:p>
    <w:p>
      <w:r>
        <w:rPr>
          <w:rFonts w:ascii="Gentium Plus" w:hAnsi="Gentium Plus"/>
          <w:sz w:val="24"/>
        </w:rPr>
        <w:t>τϹ.ΙΙ π̣η̣μ̣α̣ίν̣ει, πρὸς τῆς̣ [Dividers of other Forms]Ἀ̣θηνᾶς; πῶς δ’ οὐκ̣ ἴ̣[δ]ιο̣ν προσομειλεῖν̣ ἑα̣υτῷ̣ τ̣ὸ̣ν σπουδα̣ῖον ἄνδρα̣ κα̣ὶ λέ‐</w:t>
      </w:r>
    </w:p>
    <w:p>
      <w:r>
        <w:rPr>
          <w:rFonts w:ascii="Courier New" w:hAnsi="Courier New"/>
          <w:color w:val="555555"/>
          <w:sz w:val="20"/>
        </w:rPr>
        <w:t>[5]</w:t>
      </w:r>
    </w:p>
    <w:p>
      <w:r>
        <w:rPr>
          <w:rFonts w:ascii="Gentium Plus" w:hAnsi="Gentium Plus"/>
          <w:sz w:val="24"/>
        </w:rPr>
        <w:t>[Dividers of other Forms]γειν ταῦτα; “ἄνθρωπός εἰ‐</w:t>
      </w:r>
    </w:p>
    <w:p>
      <w:r>
        <w:rPr>
          <w:rFonts w:ascii="Courier New" w:hAnsi="Courier New"/>
          <w:color w:val="555555"/>
          <w:sz w:val="20"/>
        </w:rPr>
        <w:t>[10]</w:t>
      </w:r>
    </w:p>
    <w:p>
      <w:r>
        <w:rPr>
          <w:rFonts w:ascii="Gentium Plus" w:hAnsi="Gentium Plus"/>
          <w:sz w:val="24"/>
        </w:rPr>
        <w:t>[Dividers of other Forms]οὐδὲν γενέσθα̣ι”. δύ̣να̣τ̣α̣[ι] οὖν κατὰ πάντα καιρὸν διὰ̣ μ̣ν̣ήμης ἔ̣χ̣ε̣ιν τὰ φυ‐ σικὰ̣ τῶν π̣α̣θ̣ημά̣των, ὅ‐ τι ἐστὶν εὐπερίγρα̣φα̣</w:t>
      </w:r>
    </w:p>
    <w:p>
      <w:r>
        <w:rPr>
          <w:rFonts w:ascii="Courier New" w:hAnsi="Courier New"/>
          <w:color w:val="555555"/>
          <w:sz w:val="20"/>
        </w:rPr>
        <w:t>[15]</w:t>
      </w:r>
    </w:p>
    <w:p>
      <w:r>
        <w:rPr>
          <w:rFonts w:ascii="Gentium Plus" w:hAnsi="Gentium Plus"/>
          <w:sz w:val="24"/>
        </w:rPr>
        <w:t>καὶ ὡ̣ρ̣ισ̣μένα ᾗ τόρ[νῳ].</w:t>
      </w:r>
    </w:p>
    <w:p>
      <w:r>
        <w:rPr>
          <w:rFonts w:ascii="Courier New" w:hAnsi="Courier New"/>
          <w:color w:val="555555"/>
          <w:sz w:val="20"/>
        </w:rPr>
        <w:t>[75 col1]</w:t>
      </w:r>
    </w:p>
    <w:p>
      <w:r>
        <w:rPr>
          <w:rFonts w:ascii="Gentium Plus" w:hAnsi="Gentium Plus"/>
          <w:sz w:val="24"/>
        </w:rPr>
        <w:t>— — — — — —μ̣Ϲι̣ν̣[Partial Letter]ϹΙν̣— — — — — — — — — — — — — — — — — — — — — — — — — —c.6— — —[Partial Letter]Λ..Ϲ.Λ— — — — — —c.12— — — — — —ω̣Ϲ.ο̣— — — — — — —c. — — — — — — — — — — — —c.25— — — — — — — — — — — —μ..Ϲ.ν— — — — — —c. — — — — — —c.12— — — — — —ΛΤ— — —c.5— —ϹΧ[Partial Letter]— — — — — — —c.19— — — — —</w:t>
      </w:r>
    </w:p>
    <w:p>
      <w:r>
        <w:rPr>
          <w:rFonts w:ascii="Courier New" w:hAnsi="Courier New"/>
          <w:color w:val="555555"/>
          <w:sz w:val="20"/>
        </w:rPr>
        <w:t>[5]</w:t>
      </w:r>
    </w:p>
    <w:p>
      <w:r>
        <w:rPr>
          <w:rFonts w:ascii="Gentium Plus" w:hAnsi="Gentium Plus"/>
          <w:sz w:val="24"/>
        </w:rPr>
        <w:t>— — — — — —c.13— — — — —ε̣ν̣— — — —ασιν..ο..ΛϹ— — — — — — —c.6— — —ε— — — — — — —c.16— — — — —Ϲτ[Partial Letter]— — — — — — —c.18— — — — — — — — — — — — — — — — — — — — — — — — — — — — — — — — — — — — — — — — — — — — —c.11— — — — —[Partial Letter]— — — — — — — — — — — — — — — — — — — — — — — — — — — — — — — — — — — — — — — — — — — — — — — — — — — — — — — — — — — — — — —</w:t>
      </w:r>
    </w:p>
    <w:p>
      <w:r>
        <w:rPr>
          <w:rFonts w:ascii="Courier New" w:hAnsi="Courier New"/>
          <w:color w:val="555555"/>
          <w:sz w:val="20"/>
        </w:rPr>
        <w:t>[10]</w:t>
      </w:r>
    </w:p>
    <w:p>
      <w:r>
        <w:rPr>
          <w:rFonts w:ascii="Gentium Plus" w:hAnsi="Gentium Plus"/>
          <w:sz w:val="24"/>
        </w:rPr>
        <w:t>— — — — — — — —c.15— — — — — — —Ϲ— — — — — — — — — — — — — — — — — — —</w:t>
      </w:r>
    </w:p>
    <w:p>
      <w:r>
        <w:rPr>
          <w:rFonts w:ascii="Courier New" w:hAnsi="Courier New"/>
          <w:color w:val="555555"/>
          <w:sz w:val="20"/>
        </w:rPr>
        <w:t>[11-12]</w:t>
      </w:r>
    </w:p>
    <w:p>
      <w:r>
        <w:rPr>
          <w:rFonts w:ascii="Gentium Plus" w:hAnsi="Gentium Plus"/>
          <w:sz w:val="24"/>
        </w:rPr>
        <w:t>obliterated or broken off</w:t>
      </w:r>
    </w:p>
    <w:p>
      <w:r>
        <w:rPr>
          <w:rFonts w:ascii="Courier New" w:hAnsi="Courier New"/>
          <w:color w:val="555555"/>
          <w:sz w:val="20"/>
        </w:rPr>
        <w:t>[13-14]</w:t>
      </w:r>
    </w:p>
    <w:p>
      <w:r>
        <w:rPr>
          <w:rFonts w:ascii="Gentium Plus" w:hAnsi="Gentium Plus"/>
          <w:sz w:val="24"/>
        </w:rPr>
        <w:t>broken off</w:t>
      </w:r>
    </w:p>
    <w:p>
      <w:r>
        <w:rPr>
          <w:rFonts w:ascii="Courier New" w:hAnsi="Courier New"/>
          <w:color w:val="555555"/>
          <w:sz w:val="20"/>
        </w:rPr>
        <w:t>[76 col1]</w:t>
      </w:r>
    </w:p>
    <w:p>
      <w:r>
        <w:rPr>
          <w:rFonts w:ascii="Gentium Plus" w:hAnsi="Gentium Plus"/>
          <w:sz w:val="24"/>
        </w:rPr>
        <w:t>[ ]αδι</w:t>
      </w:r>
    </w:p>
    <w:p>
      <w:r>
        <w:rPr>
          <w:rFonts w:ascii="Courier New" w:hAnsi="Courier New"/>
          <w:color w:val="555555"/>
          <w:sz w:val="20"/>
        </w:rPr>
        <w:t>[76 col2]</w:t>
      </w:r>
    </w:p>
    <w:p>
      <w:r>
        <w:rPr>
          <w:rFonts w:ascii="Gentium Plus" w:hAnsi="Gentium Plus"/>
          <w:sz w:val="24"/>
        </w:rPr>
        <w:t>τινος α[— — — — — — —λημ]‐ πτικῷ̣</w:t>
      </w:r>
    </w:p>
    <w:p>
      <w:r>
        <w:rPr>
          <w:rFonts w:ascii="Courier New" w:hAnsi="Courier New"/>
          <w:color w:val="555555"/>
          <w:sz w:val="20"/>
        </w:rPr>
        <w:t>[77 col1]</w:t>
      </w:r>
    </w:p>
    <w:p>
      <w:r>
        <w:rPr>
          <w:rFonts w:ascii="Gentium Plus" w:hAnsi="Gentium Plus"/>
          <w:sz w:val="24"/>
        </w:rPr>
        <w:t>[]... []Ιεις []οναν []ανκο</w:t>
      </w:r>
    </w:p>
    <w:p>
      <w:r>
        <w:rPr>
          <w:rFonts w:ascii="Courier New" w:hAnsi="Courier New"/>
          <w:color w:val="555555"/>
          <w:sz w:val="20"/>
        </w:rPr>
        <w:t>[5]</w:t>
      </w:r>
    </w:p>
    <w:p>
      <w:r>
        <w:rPr>
          <w:rFonts w:ascii="Gentium Plus" w:hAnsi="Gentium Plus"/>
          <w:sz w:val="24"/>
        </w:rPr>
        <w:t>[]λέγει [][Partial Letter]εν vac. (?)</w:t>
      </w:r>
    </w:p>
    <w:p>
      <w:r>
        <w:rPr>
          <w:rFonts w:ascii="Courier New" w:hAnsi="Courier New"/>
          <w:color w:val="555555"/>
          <w:sz w:val="20"/>
        </w:rPr>
        <w:t>[78 col1]</w:t>
      </w:r>
    </w:p>
    <w:p>
      <w:r>
        <w:rPr>
          <w:rFonts w:ascii="Gentium Plus" w:hAnsi="Gentium Plus"/>
          <w:sz w:val="24"/>
        </w:rPr>
        <w:t>ε̣ρ̣α̣[] [Dividers of other Forms]μητε̣[] νυν η̣ διασφ̣[αλ]</w:t>
      </w:r>
    </w:p>
    <w:p>
      <w:r>
        <w:rPr>
          <w:rFonts w:ascii="Courier New" w:hAnsi="Courier New"/>
          <w:color w:val="555555"/>
          <w:sz w:val="20"/>
        </w:rPr>
        <w:t>[5]</w:t>
      </w:r>
    </w:p>
    <w:p>
      <w:r>
        <w:rPr>
          <w:rFonts w:ascii="Gentium Plus" w:hAnsi="Gentium Plus"/>
          <w:sz w:val="24"/>
        </w:rPr>
        <w:t>[Dividers of other Forms]ὑποψ̣[ι] ως δη̣[] τα̣υ̣τ̣[]</w:t>
      </w:r>
    </w:p>
    <w:p>
      <w:r>
        <w:rPr>
          <w:rFonts w:ascii="Courier New" w:hAnsi="Courier New"/>
          <w:color w:val="555555"/>
          <w:sz w:val="20"/>
        </w:rPr>
        <w:t>[79 col1]</w:t>
      </w:r>
    </w:p>
    <w:p>
      <w:r>
        <w:rPr>
          <w:rFonts w:ascii="Gentium Plus" w:hAnsi="Gentium Plus"/>
          <w:sz w:val="24"/>
        </w:rPr>
        <w:t>[]Ια ὡςΙ[] []ἡ δὲ νό[ησίς ἐσ]‐ [τιν ἡ πίσ]τ̣ις ἣ αἰτ̣[ία ἐσ]‐ [τὶ τῆς ἐλ]έ̣νξεως̣ [εἰδώ]‐</w:t>
      </w:r>
    </w:p>
    <w:p>
      <w:r>
        <w:rPr>
          <w:rFonts w:ascii="Courier New" w:hAnsi="Courier New"/>
          <w:color w:val="555555"/>
          <w:sz w:val="20"/>
        </w:rPr>
        <w:t>[5]</w:t>
      </w:r>
    </w:p>
    <w:p>
      <w:r>
        <w:rPr>
          <w:rFonts w:ascii="Gentium Plus" w:hAnsi="Gentium Plus"/>
          <w:sz w:val="24"/>
        </w:rPr>
        <w:t>[λων συν]γ̣ενικ̣[ῶν]</w:t>
      </w:r>
    </w:p>
    <w:p>
      <w:r>
        <w:rPr>
          <w:rFonts w:ascii="Courier New" w:hAnsi="Courier New"/>
          <w:color w:val="555555"/>
          <w:sz w:val="20"/>
        </w:rPr>
        <w:t>[80 col1]</w:t>
      </w:r>
    </w:p>
    <w:p>
      <w:r>
        <w:rPr>
          <w:rFonts w:ascii="Gentium Plus" w:hAnsi="Gentium Plus"/>
          <w:sz w:val="24"/>
        </w:rPr>
        <w:t>[ ]ῶ̣ν̣τ̣ε̣ς κα[] [ ]ς δὲ καὶ φθ[] [ ]Ι ὑπ’ ἀ̣λλήλ[ων] [ κ]ρατέστερον̣</w:t>
      </w:r>
    </w:p>
    <w:p>
      <w:r>
        <w:rPr>
          <w:rFonts w:ascii="Courier New" w:hAnsi="Courier New"/>
          <w:color w:val="555555"/>
          <w:sz w:val="20"/>
        </w:rPr>
        <w:t>[5]</w:t>
      </w:r>
    </w:p>
    <w:p>
      <w:r>
        <w:rPr>
          <w:rFonts w:ascii="Gentium Plus" w:hAnsi="Gentium Plus"/>
          <w:sz w:val="24"/>
        </w:rPr>
        <w:t>[ ][Partial Letter]ι ὥσπερ τ[] [ ]ω̣πω[]</w:t>
      </w:r>
    </w:p>
    <w:p>
      <w:r>
        <w:rPr>
          <w:rFonts w:ascii="Courier New" w:hAnsi="Courier New"/>
          <w:color w:val="555555"/>
          <w:sz w:val="20"/>
        </w:rPr>
        <w:t>[81 col1 (2)]</w:t>
      </w:r>
    </w:p>
    <w:p>
      <w:r>
        <w:rPr>
          <w:rFonts w:ascii="Gentium Plus" w:hAnsi="Gentium Plus"/>
          <w:sz w:val="24"/>
        </w:rPr>
        <w:t>[][Partial Letter] []της []ατα</w:t>
      </w:r>
    </w:p>
    <w:p>
      <w:r>
        <w:rPr>
          <w:rFonts w:ascii="Courier New" w:hAnsi="Courier New"/>
          <w:color w:val="555555"/>
          <w:sz w:val="20"/>
        </w:rPr>
        <w:t>[5]</w:t>
      </w:r>
    </w:p>
    <w:p>
      <w:r>
        <w:rPr>
          <w:rFonts w:ascii="Gentium Plus" w:hAnsi="Gentium Plus"/>
          <w:sz w:val="24"/>
        </w:rPr>
        <w:t>[][Partial Letter][Partial Letter]ο̣υ</w:t>
      </w:r>
    </w:p>
    <w:p>
      <w:r>
        <w:rPr>
          <w:rFonts w:ascii="Courier New" w:hAnsi="Courier New"/>
          <w:color w:val="555555"/>
          <w:sz w:val="20"/>
        </w:rPr>
        <w:t>[81 col2]</w:t>
      </w:r>
    </w:p>
    <w:p>
      <w:r>
        <w:rPr>
          <w:rFonts w:ascii="Gentium Plus" w:hAnsi="Gentium Plus"/>
          <w:sz w:val="24"/>
        </w:rPr>
        <w:t>β̣α̣τ̣[] τι εΓ[] ἐᾷ π[] ρε[— — — — — — — —ἡδο]‐</w:t>
      </w:r>
    </w:p>
    <w:p>
      <w:r>
        <w:rPr>
          <w:rFonts w:ascii="Courier New" w:hAnsi="Courier New"/>
          <w:color w:val="555555"/>
          <w:sz w:val="20"/>
        </w:rPr>
        <w:t>[5]</w:t>
      </w:r>
    </w:p>
    <w:p>
      <w:r>
        <w:rPr>
          <w:rFonts w:ascii="Gentium Plus" w:hAnsi="Gentium Plus"/>
          <w:sz w:val="24"/>
        </w:rPr>
        <w:t>νη[Partial Letter][] λογ[]</w:t>
      </w:r>
    </w:p>
    <w:p>
      <w:r>
        <w:rPr>
          <w:rFonts w:ascii="Courier New" w:hAnsi="Courier New"/>
          <w:color w:val="555555"/>
          <w:sz w:val="20"/>
        </w:rPr>
        <w:t>[82 col1]</w:t>
      </w:r>
    </w:p>
    <w:p>
      <w:r>
        <w:rPr>
          <w:rFonts w:ascii="Gentium Plus" w:hAnsi="Gentium Plus"/>
          <w:sz w:val="24"/>
        </w:rPr>
        <w:t>[]Ιε̣τ̣ε̣ [το]ῦ̣το []μειω []τ̣— —</w:t>
      </w:r>
    </w:p>
    <w:p>
      <w:r>
        <w:rPr>
          <w:rFonts w:ascii="Courier New" w:hAnsi="Courier New"/>
          <w:color w:val="555555"/>
          <w:sz w:val="20"/>
        </w:rPr>
        <w:t>[82 col2]</w:t>
      </w:r>
    </w:p>
    <w:p>
      <w:r>
        <w:rPr>
          <w:rFonts w:ascii="Gentium Plus" w:hAnsi="Gentium Plus"/>
          <w:sz w:val="24"/>
        </w:rPr>
        <w:t>τα̣ῦτ’ ἐ̣κ̣ε̣ι̣ν̣[] θειν εΙ[Partial Letter][] [Dividers of other Forms]μᾶλλο̣[ν] ἐγὼ κ[]</w:t>
      </w:r>
    </w:p>
    <w:p>
      <w:r>
        <w:rPr>
          <w:rFonts w:ascii="Courier New" w:hAnsi="Courier New"/>
          <w:color w:val="555555"/>
          <w:sz w:val="20"/>
        </w:rPr>
        <w:t>[83 col1]</w:t>
      </w:r>
    </w:p>
    <w:p>
      <w:r>
        <w:rPr>
          <w:rFonts w:ascii="Gentium Plus" w:hAnsi="Gentium Plus"/>
          <w:sz w:val="24"/>
        </w:rPr>
        <w:t>[ἡ γ]ὰ̣ρ οἴκοθεν []η̣ ἐστὶν ου [ἐ]πιφέρ̣ε̣ι̣— —</w:t>
      </w:r>
    </w:p>
    <w:p>
      <w:r>
        <w:rPr>
          <w:rFonts w:ascii="Courier New" w:hAnsi="Courier New"/>
          <w:color w:val="555555"/>
          <w:sz w:val="20"/>
        </w:rPr>
        <w:t>[83 col2]</w:t>
      </w:r>
    </w:p>
    <w:p>
      <w:r>
        <w:rPr>
          <w:rFonts w:ascii="Gentium Plus" w:hAnsi="Gentium Plus"/>
          <w:sz w:val="24"/>
        </w:rPr>
        <w:t>κω̣ν̣[] ἀλόγων φ̣[όβων— — — — —]</w:t>
      </w:r>
    </w:p>
    <w:p>
      <w:r>
        <w:rPr>
          <w:rFonts w:ascii="Courier New" w:hAnsi="Courier New"/>
          <w:color w:val="555555"/>
          <w:sz w:val="20"/>
        </w:rPr>
        <w:t>[84 col1]</w:t>
      </w:r>
    </w:p>
    <w:p>
      <w:r>
        <w:rPr>
          <w:rFonts w:ascii="Gentium Plus" w:hAnsi="Gentium Plus"/>
          <w:sz w:val="24"/>
        </w:rPr>
        <w:t>[]μ̣ένην [][Partial Letter]— — —</w:t>
      </w:r>
    </w:p>
    <w:p>
      <w:r>
        <w:rPr>
          <w:rFonts w:ascii="Courier New" w:hAnsi="Courier New"/>
          <w:color w:val="555555"/>
          <w:sz w:val="20"/>
        </w:rPr>
        <w:t>[85 col1]</w:t>
      </w:r>
    </w:p>
    <w:p>
      <w:r>
        <w:rPr>
          <w:rFonts w:ascii="Gentium Plus" w:hAnsi="Gentium Plus"/>
          <w:sz w:val="24"/>
        </w:rPr>
        <w:t>[ἂ]ν̣ εὕρῃ[] [][Partial Letter] καὶ ηὑ̣[ρ] []ε̣καπ[]</w:t>
      </w:r>
    </w:p>
    <w:p>
      <w:r>
        <w:rPr>
          <w:rFonts w:ascii="Courier New" w:hAnsi="Courier New"/>
          <w:color w:val="555555"/>
          <w:sz w:val="20"/>
        </w:rPr>
        <w:t>[86 col1]</w:t>
      </w:r>
    </w:p>
    <w:p>
      <w:r>
        <w:rPr>
          <w:rFonts w:ascii="Gentium Plus" w:hAnsi="Gentium Plus"/>
          <w:sz w:val="24"/>
        </w:rPr>
        <w:t>[]ε̣ρχ[] []ομεΙ[] []ν̣. v. εν γὰρ [] []ντων μ̣[]</w:t>
      </w:r>
    </w:p>
    <w:p>
      <w:r>
        <w:rPr>
          <w:rFonts w:ascii="Courier New" w:hAnsi="Courier New"/>
          <w:color w:val="555555"/>
          <w:sz w:val="20"/>
        </w:rPr>
        <w:t>[5]</w:t>
      </w:r>
    </w:p>
    <w:p>
      <w:r>
        <w:rPr>
          <w:rFonts w:ascii="Gentium Plus" w:hAnsi="Gentium Plus"/>
          <w:sz w:val="24"/>
        </w:rPr>
        <w:t>[]μ̣ακα̣[]</w:t>
      </w:r>
    </w:p>
    <w:p>
      <w:r>
        <w:rPr>
          <w:rFonts w:ascii="Courier New" w:hAnsi="Courier New"/>
          <w:color w:val="555555"/>
          <w:sz w:val="20"/>
        </w:rPr>
        <w:t>[87 col1]</w:t>
      </w:r>
    </w:p>
    <w:p>
      <w:r>
        <w:rPr>
          <w:rFonts w:ascii="Gentium Plus" w:hAnsi="Gentium Plus"/>
          <w:sz w:val="24"/>
        </w:rPr>
        <w:t>.[Partial Letter]δ̣ε̣[] δ̣’ ἐστ[ί] [Partial Letter]πολ[]</w:t>
      </w:r>
    </w:p>
    <w:p>
      <w:r>
        <w:rPr>
          <w:rFonts w:ascii="Courier New" w:hAnsi="Courier New"/>
          <w:color w:val="555555"/>
          <w:sz w:val="20"/>
        </w:rPr>
        <w:t>[88 col1]</w:t>
      </w:r>
    </w:p>
    <w:p>
      <w:r>
        <w:rPr>
          <w:rFonts w:ascii="Gentium Plus" w:hAnsi="Gentium Plus"/>
          <w:sz w:val="24"/>
        </w:rPr>
        <w:t>[]Ι[— —] [π]αρακο— []σ̣ειν vacat [][Partial Letter][— — —]</w:t>
      </w:r>
    </w:p>
    <w:p>
      <w:r>
        <w:rPr>
          <w:rFonts w:ascii="Courier New" w:hAnsi="Courier New"/>
          <w:color w:val="555555"/>
          <w:sz w:val="20"/>
        </w:rPr>
        <w:t>[89 col1]</w:t>
      </w:r>
    </w:p>
    <w:p>
      <w:r>
        <w:rPr>
          <w:rFonts w:ascii="Gentium Plus" w:hAnsi="Gentium Plus"/>
          <w:sz w:val="24"/>
        </w:rPr>
        <w:t>[][Partial Letter] []π̣ολ‐ [λ— — — — — — — — — — — — —]υ vacat []αι vacat</w:t>
      </w:r>
    </w:p>
    <w:p>
      <w:r>
        <w:rPr>
          <w:rFonts w:ascii="Courier New" w:hAnsi="Courier New"/>
          <w:color w:val="555555"/>
          <w:sz w:val="20"/>
        </w:rPr>
        <w:t>[5]</w:t>
      </w:r>
    </w:p>
    <w:p>
      <w:r>
        <w:rPr>
          <w:rFonts w:ascii="Gentium Plus" w:hAnsi="Gentium Plus"/>
          <w:sz w:val="24"/>
        </w:rPr>
        <w:t>[][Partial Letter]</w:t>
      </w:r>
    </w:p>
    <w:p>
      <w:r>
        <w:rPr>
          <w:rFonts w:ascii="Courier New" w:hAnsi="Courier New"/>
          <w:color w:val="555555"/>
          <w:sz w:val="20"/>
        </w:rPr>
        <w:t>[90 col1]</w:t>
      </w:r>
    </w:p>
    <w:p>
      <w:r>
        <w:rPr>
          <w:rFonts w:ascii="Gentium Plus" w:hAnsi="Gentium Plus"/>
          <w:sz w:val="24"/>
        </w:rPr>
        <w:t>[ ][Partial Letter][] ᾠ̣κοδ[ομ] [ ][Partial Letter]ε̣[Partial Letter][]</w:t>
      </w:r>
    </w:p>
    <w:p>
      <w:r>
        <w:rPr>
          <w:rFonts w:ascii="Courier New" w:hAnsi="Courier New"/>
          <w:color w:val="555555"/>
          <w:sz w:val="20"/>
        </w:rPr>
        <w:t>[91 col1]</w:t>
      </w:r>
    </w:p>
    <w:p>
      <w:r>
        <w:rPr>
          <w:rFonts w:ascii="Gentium Plus" w:hAnsi="Gentium Plus"/>
          <w:sz w:val="24"/>
        </w:rPr>
        <w:t>[]πρ[] []ων̣[]</w:t>
      </w:r>
    </w:p>
    <w:p>
      <w:r>
        <w:rPr>
          <w:rFonts w:ascii="Courier New" w:hAnsi="Courier New"/>
          <w:color w:val="555555"/>
          <w:sz w:val="20"/>
        </w:rPr>
        <w:t>[92 col1]</w:t>
      </w:r>
    </w:p>
    <w:p>
      <w:r>
        <w:rPr>
          <w:rFonts w:ascii="Gentium Plus" w:hAnsi="Gentium Plus"/>
          <w:sz w:val="24"/>
        </w:rPr>
        <w:t>[]ο̣ vac. []υ vac. []α̣ vac. []ε̣ vac.</w:t>
      </w:r>
    </w:p>
    <w:p>
      <w:r>
        <w:rPr>
          <w:rFonts w:ascii="Courier New" w:hAnsi="Courier New"/>
          <w:color w:val="555555"/>
          <w:sz w:val="20"/>
        </w:rPr>
        <w:t>[93 col1]</w:t>
      </w:r>
    </w:p>
    <w:p>
      <w:r>
        <w:rPr>
          <w:rFonts w:ascii="Gentium Plus" w:hAnsi="Gentium Plus"/>
          <w:sz w:val="24"/>
        </w:rPr>
        <w:t>[]Ι []Λτα []μνο— [μ]ενοι</w:t>
      </w:r>
    </w:p>
    <w:p>
      <w:r>
        <w:rPr>
          <w:rFonts w:ascii="Courier New" w:hAnsi="Courier New"/>
          <w:color w:val="555555"/>
          <w:sz w:val="20"/>
        </w:rPr>
        <w:t>[5]</w:t>
      </w:r>
    </w:p>
    <w:p>
      <w:r>
        <w:rPr>
          <w:rFonts w:ascii="Gentium Plus" w:hAnsi="Gentium Plus"/>
          <w:sz w:val="24"/>
        </w:rPr>
        <w:t>[]τ̣ω̣ς̣</w:t>
      </w:r>
    </w:p>
    <w:p>
      <w:r>
        <w:rPr>
          <w:rFonts w:ascii="Courier New" w:hAnsi="Courier New"/>
          <w:color w:val="555555"/>
          <w:sz w:val="20"/>
        </w:rPr>
        <w:t>[93 col2]</w:t>
      </w:r>
    </w:p>
    <w:p>
      <w:r>
        <w:rPr>
          <w:rFonts w:ascii="Gentium Plus" w:hAnsi="Gentium Plus"/>
          <w:sz w:val="24"/>
        </w:rPr>
        <w:t>[ἐ]‐ πὶ γ̣ή̣ρ̣ω̣ς̣ [] τις οὐδὲ μεΙ[] ἀπεχο[Partial Letter][]</w:t>
      </w:r>
    </w:p>
    <w:p>
      <w:r>
        <w:rPr>
          <w:rFonts w:ascii="Courier New" w:hAnsi="Courier New"/>
          <w:color w:val="555555"/>
          <w:sz w:val="20"/>
        </w:rPr>
        <w:t>[5]</w:t>
      </w:r>
    </w:p>
    <w:p>
      <w:r>
        <w:rPr>
          <w:rFonts w:ascii="Gentium Plus" w:hAnsi="Gentium Plus"/>
          <w:sz w:val="24"/>
        </w:rPr>
        <w:t>ψυχ̣[]</w:t>
      </w:r>
    </w:p>
    <w:p>
      <w:r>
        <w:rPr>
          <w:rFonts w:ascii="Courier New" w:hAnsi="Courier New"/>
          <w:color w:val="555555"/>
          <w:sz w:val="20"/>
        </w:rPr>
        <w:t>[94 col1]</w:t>
      </w:r>
    </w:p>
    <w:p>
      <w:r>
        <w:rPr>
          <w:rFonts w:ascii="Gentium Plus" w:hAnsi="Gentium Plus"/>
          <w:sz w:val="24"/>
        </w:rPr>
        <w:t>[][Partial Letter][Partial Letter] []π̣ω̣ [][Partial Letter]ηκ[] []τος δε̣</w:t>
      </w:r>
    </w:p>
    <w:p>
      <w:r>
        <w:rPr>
          <w:rFonts w:ascii="Courier New" w:hAnsi="Courier New"/>
          <w:color w:val="555555"/>
          <w:sz w:val="20"/>
        </w:rPr>
        <w:t>[5]</w:t>
      </w:r>
    </w:p>
    <w:p>
      <w:r>
        <w:rPr>
          <w:rFonts w:ascii="Gentium Plus" w:hAnsi="Gentium Plus"/>
          <w:sz w:val="24"/>
        </w:rPr>
        <w:t>[]ου vacat []υ̣μ̣[]</w:t>
      </w:r>
    </w:p>
    <w:p>
      <w:r>
        <w:rPr>
          <w:rFonts w:ascii="Courier New" w:hAnsi="Courier New"/>
          <w:color w:val="555555"/>
          <w:sz w:val="20"/>
        </w:rPr>
        <w:t>[95 col1]</w:t>
      </w:r>
    </w:p>
    <w:p>
      <w:r>
        <w:rPr>
          <w:rFonts w:ascii="Gentium Plus" w:hAnsi="Gentium Plus"/>
          <w:sz w:val="24"/>
        </w:rPr>
        <w:t>vac.? τῶν ἀλγ̣η̣δ̣[όνων]</w:t>
      </w:r>
    </w:p>
    <w:p>
      <w:r>
        <w:rPr>
          <w:rFonts w:ascii="Courier New" w:hAnsi="Courier New"/>
          <w:color w:val="555555"/>
          <w:sz w:val="20"/>
        </w:rPr>
        <w:t>[96 col1]</w:t>
      </w:r>
    </w:p>
    <w:p>
      <w:r>
        <w:rPr>
          <w:rFonts w:ascii="Gentium Plus" w:hAnsi="Gentium Plus"/>
          <w:sz w:val="24"/>
        </w:rPr>
        <w:t>[]Ι..ΙΙ.[Partial Letter]Ι []ο̣υχ̣ι[Partial Letter]Γον [][Partial Letter]ΙΙ[Partial Letter]Ι[Partial Letter]Λη̣ν̣ [][Partial Letter]τ̣..Ϲ— —c.3—</w:t>
      </w:r>
    </w:p>
    <w:p>
      <w:r>
        <w:rPr>
          <w:rFonts w:ascii="Courier New" w:hAnsi="Courier New"/>
          <w:color w:val="555555"/>
          <w:sz w:val="20"/>
        </w:rPr>
        <w:t>[5]</w:t>
      </w:r>
    </w:p>
    <w:p>
      <w:r>
        <w:rPr>
          <w:rFonts w:ascii="Gentium Plus" w:hAnsi="Gentium Plus"/>
          <w:sz w:val="24"/>
        </w:rPr>
        <w:t>[]υτΙο̣ΧΙ[Partial Letter].Ι []μ̣α̣κ̣α̣ρ̣ία̣ν []περιε̣ρ̣ου []υϹ[Partial Letter]π̣ε̣[Partial Letter]τ̣. []ε̣[Partial Letter]̣.π̣— —c.4— —</w:t>
      </w:r>
    </w:p>
    <w:p>
      <w:r>
        <w:rPr>
          <w:rFonts w:ascii="Courier New" w:hAnsi="Courier New"/>
          <w:color w:val="555555"/>
          <w:sz w:val="20"/>
        </w:rPr>
        <w:t>[96 col2]</w:t>
      </w:r>
    </w:p>
    <w:p>
      <w:r>
        <w:rPr>
          <w:rFonts w:ascii="Gentium Plus" w:hAnsi="Gentium Plus"/>
          <w:sz w:val="24"/>
        </w:rPr>
        <w:t>[Dividers of other Forms][Partial Letter][] [Dividers of other Forms]του[] καὶ[] ΙΙ[]</w:t>
      </w:r>
    </w:p>
    <w:p>
      <w:r>
        <w:rPr>
          <w:rFonts w:ascii="Courier New" w:hAnsi="Courier New"/>
          <w:color w:val="555555"/>
          <w:sz w:val="20"/>
        </w:rPr>
        <w:t>[5]</w:t>
      </w:r>
    </w:p>
    <w:p>
      <w:r>
        <w:rPr>
          <w:rFonts w:ascii="Gentium Plus" w:hAnsi="Gentium Plus"/>
          <w:sz w:val="24"/>
        </w:rPr>
        <w:t>τ̣[] τ̣Ϲ[] φ[] Γ[]</w:t>
      </w:r>
    </w:p>
    <w:p>
      <w:r>
        <w:rPr>
          <w:rFonts w:ascii="Courier New" w:hAnsi="Courier New"/>
          <w:color w:val="555555"/>
          <w:sz w:val="20"/>
        </w:rPr>
        <w:t>[97 col1]</w:t>
      </w:r>
    </w:p>
    <w:p>
      <w:r>
        <w:rPr>
          <w:rFonts w:ascii="Gentium Plus" w:hAnsi="Gentium Plus"/>
          <w:sz w:val="24"/>
        </w:rPr>
        <w:t>[— — —c.9— — —][Partial Letter][Partial Letter][— —δύναν]‐ [ται οἱ ἄνθ]ρωποι̣ [πάν]‐ [τες σῴζει]ν ἑαυτούς, πα‐ [ρ’ ἡμῶν βοη]θούμενοι,</w:t>
      </w:r>
    </w:p>
    <w:p>
      <w:r>
        <w:rPr>
          <w:rFonts w:ascii="Courier New" w:hAnsi="Courier New"/>
          <w:color w:val="555555"/>
          <w:sz w:val="20"/>
        </w:rPr>
        <w:t>[5]</w:t>
      </w:r>
    </w:p>
    <w:p>
      <w:r>
        <w:rPr>
          <w:rFonts w:ascii="Gentium Plus" w:hAnsi="Gentium Plus"/>
          <w:sz w:val="24"/>
        </w:rPr>
        <w:t>[καὶ ψυχικ]ῶν συμφο‐ [ρῶν ὅλως διασκέ]δασιν [πράττειν καὶ ἀ]π̣οποι‐ [εῖσθαι ταραχώδη] π̣ά‐</w:t>
      </w:r>
    </w:p>
    <w:p>
      <w:r>
        <w:rPr>
          <w:rFonts w:ascii="Courier New" w:hAnsi="Courier New"/>
          <w:color w:val="555555"/>
          <w:sz w:val="20"/>
        </w:rPr>
        <w:t>[98 col1]</w:t>
      </w:r>
    </w:p>
    <w:p>
      <w:r>
        <w:rPr>
          <w:rFonts w:ascii="Gentium Plus" w:hAnsi="Gentium Plus"/>
          <w:sz w:val="24"/>
        </w:rPr>
        <w:t>κεραυνὸς γείνεται κατ’ ἐκπήδησιν ἐκ τῶν νεφῶν σύντονον, v. πνεύ‐</w:t>
      </w:r>
    </w:p>
    <w:p>
      <w:r>
        <w:rPr>
          <w:rFonts w:ascii="Courier New" w:hAnsi="Courier New"/>
          <w:color w:val="555555"/>
          <w:sz w:val="20"/>
        </w:rPr>
        <w:t>[5]</w:t>
      </w:r>
    </w:p>
    <w:p>
      <w:r>
        <w:rPr>
          <w:rFonts w:ascii="Gentium Plus" w:hAnsi="Gentium Plus"/>
          <w:sz w:val="24"/>
        </w:rPr>
        <w:t>ματός τε ἐκραγέν‐ τος ὁμοῦ καὶ πυ‐ ρὸς ἀθρόου. vacat vacat</w:t>
      </w:r>
    </w:p>
    <w:p>
      <w:r>
        <w:rPr>
          <w:rFonts w:ascii="Courier New" w:hAnsi="Courier New"/>
          <w:color w:val="555555"/>
          <w:sz w:val="20"/>
        </w:rPr>
        <w:t>[8]</w:t>
      </w:r>
    </w:p>
    <w:p>
      <w:r>
        <w:rPr>
          <w:rFonts w:ascii="Gentium Plus" w:hAnsi="Gentium Plus"/>
          <w:sz w:val="24"/>
        </w:rPr>
        <w:t>σεισμὸς γείνεται κατὰ πνευμάτων</w:t>
      </w:r>
    </w:p>
    <w:p>
      <w:r>
        <w:rPr>
          <w:rFonts w:ascii="Courier New" w:hAnsi="Courier New"/>
          <w:color w:val="555555"/>
          <w:sz w:val="20"/>
        </w:rPr>
        <w:t>[10]</w:t>
      </w:r>
    </w:p>
    <w:p>
      <w:r>
        <w:rPr>
          <w:rFonts w:ascii="Gentium Plus" w:hAnsi="Gentium Plus"/>
          <w:sz w:val="24"/>
        </w:rPr>
        <w:t>ἐναπόληψιν ἐν τῇ γῇ, v. καὶ ἄλλως δέ.</w:t>
      </w:r>
    </w:p>
    <w:p>
      <w:r>
        <w:rPr>
          <w:rFonts w:ascii="Courier New" w:hAnsi="Courier New"/>
          <w:color w:val="555555"/>
          <w:sz w:val="20"/>
        </w:rPr>
        <w:t>[99 col1]</w:t>
      </w:r>
    </w:p>
    <w:p>
      <w:r>
        <w:rPr>
          <w:rFonts w:ascii="Gentium Plus" w:hAnsi="Gentium Plus"/>
          <w:sz w:val="24"/>
        </w:rPr>
        <w:t>[Partial Letter]</w:t>
      </w:r>
    </w:p>
    <w:p>
      <w:r>
        <w:rPr>
          <w:rFonts w:ascii="Courier New" w:hAnsi="Courier New"/>
          <w:color w:val="555555"/>
          <w:sz w:val="20"/>
        </w:rPr>
        <w:t>[1]</w:t>
      </w:r>
    </w:p>
    <w:p>
      <w:r>
        <w:rPr>
          <w:rFonts w:ascii="Gentium Plus" w:hAnsi="Gentium Plus"/>
          <w:sz w:val="24"/>
        </w:rPr>
        <w:t>οὐ δεῖ διαπορεῖν πῶς ἐν θέρους ὥρᾳ χάλα‐ ζα συνίσταται. v. λαν‐ θάνει γὰρ οὖσα χιὼν</w:t>
      </w:r>
    </w:p>
    <w:p>
      <w:r>
        <w:rPr>
          <w:rFonts w:ascii="Courier New" w:hAnsi="Courier New"/>
          <w:color w:val="555555"/>
          <w:sz w:val="20"/>
        </w:rPr>
        <w:t>[5]</w:t>
      </w:r>
    </w:p>
    <w:p>
      <w:r>
        <w:rPr>
          <w:rFonts w:ascii="Gentium Plus" w:hAnsi="Gentium Plus"/>
          <w:sz w:val="24"/>
        </w:rPr>
        <w:t>καὶ τότε, v. ἀλλὰ ὑ̣μ̣ε̣‐</w:t>
      </w:r>
    </w:p>
    <w:p>
      <w:r>
        <w:rPr>
          <w:rFonts w:ascii="Courier New" w:hAnsi="Courier New"/>
          <w:color w:val="555555"/>
          <w:sz w:val="20"/>
        </w:rPr>
        <w:t>[10]</w:t>
      </w:r>
    </w:p>
    <w:p>
      <w:r>
        <w:rPr>
          <w:rFonts w:ascii="Gentium Plus" w:hAnsi="Gentium Plus"/>
          <w:sz w:val="24"/>
        </w:rPr>
        <w:t>μετέωρον. vacat</w:t>
      </w:r>
    </w:p>
    <w:p>
      <w:r>
        <w:rPr>
          <w:rFonts w:ascii="Courier New" w:hAnsi="Courier New"/>
          <w:color w:val="555555"/>
          <w:sz w:val="20"/>
        </w:rPr>
        <w:t>[100 col1]</w:t>
      </w:r>
    </w:p>
    <w:p>
      <w:r>
        <w:rPr>
          <w:rFonts w:ascii="Gentium Plus" w:hAnsi="Gentium Plus"/>
          <w:sz w:val="24"/>
        </w:rPr>
        <w:t>ου[] ατων[] ὕλη v. κα̣[] οιστωΙ[Partial Letter][]</w:t>
      </w:r>
    </w:p>
    <w:p>
      <w:r>
        <w:rPr>
          <w:rFonts w:ascii="Courier New" w:hAnsi="Courier New"/>
          <w:color w:val="555555"/>
          <w:sz w:val="20"/>
        </w:rPr>
        <w:t>[5]</w:t>
      </w:r>
    </w:p>
    <w:p>
      <w:r>
        <w:rPr>
          <w:rFonts w:ascii="Gentium Plus" w:hAnsi="Gentium Plus"/>
          <w:sz w:val="24"/>
        </w:rPr>
        <w:t>ται v. [Partial Letter][] [Partial Letter]υ̣[]</w:t>
      </w:r>
    </w:p>
    <w:p>
      <w:r>
        <w:rPr>
          <w:rFonts w:ascii="Courier New" w:hAnsi="Courier New"/>
          <w:color w:val="555555"/>
          <w:sz w:val="20"/>
        </w:rPr>
        <w:t>[101 col1]</w:t>
      </w:r>
    </w:p>
    <w:p>
      <w:r>
        <w:rPr>
          <w:rFonts w:ascii="Gentium Plus" w:hAnsi="Gentium Plus"/>
          <w:sz w:val="24"/>
        </w:rPr>
        <w:t>[]τ̣ὰ τῶν̣ [] [] π̣ράγματ̣[α] [ὅπ]ως ἂν ἑκαστ̣[] [][Partial Letter]το v. καὶ συν̣[]</w:t>
      </w:r>
    </w:p>
    <w:p>
      <w:r>
        <w:rPr>
          <w:rFonts w:ascii="Courier New" w:hAnsi="Courier New"/>
          <w:color w:val="555555"/>
          <w:sz w:val="20"/>
        </w:rPr>
        <w:t>[5]</w:t>
      </w:r>
    </w:p>
    <w:p>
      <w:r>
        <w:rPr>
          <w:rFonts w:ascii="Gentium Plus" w:hAnsi="Gentium Plus"/>
          <w:sz w:val="24"/>
        </w:rPr>
        <w:t>[][Partial Letter]ω̣.ο̣υ γειν̣[]</w:t>
      </w:r>
    </w:p>
    <w:p>
      <w:r>
        <w:rPr>
          <w:rFonts w:ascii="Courier New" w:hAnsi="Courier New"/>
          <w:color w:val="555555"/>
          <w:sz w:val="20"/>
        </w:rPr>
        <w:t>[102 col1 (7)]</w:t>
      </w:r>
    </w:p>
    <w:p>
      <w:r>
        <w:rPr>
          <w:rFonts w:ascii="Gentium Plus" w:hAnsi="Gentium Plus"/>
          <w:sz w:val="24"/>
        </w:rPr>
        <w:t>[]αδ’ οὐχ [][Partial Letter]νει. v.v. ϹΥ []τὸ πρα‐</w:t>
      </w:r>
    </w:p>
    <w:p>
      <w:r>
        <w:rPr>
          <w:rFonts w:ascii="Courier New" w:hAnsi="Courier New"/>
          <w:color w:val="555555"/>
          <w:sz w:val="20"/>
        </w:rPr>
        <w:t>[10]</w:t>
      </w:r>
    </w:p>
    <w:p>
      <w:r>
        <w:rPr>
          <w:rFonts w:ascii="Gentium Plus" w:hAnsi="Gentium Plus"/>
          <w:sz w:val="24"/>
        </w:rPr>
        <w:t>[γμα— — — — — — —ε]στιν. vacat</w:t>
      </w:r>
    </w:p>
    <w:p>
      <w:r>
        <w:rPr>
          <w:rFonts w:ascii="Courier New" w:hAnsi="Courier New"/>
          <w:color w:val="555555"/>
          <w:sz w:val="20"/>
        </w:rPr>
        <w:t>[103 col1 (6)]</w:t>
      </w:r>
    </w:p>
    <w:p>
      <w:r>
        <w:rPr>
          <w:rFonts w:ascii="Gentium Plus" w:hAnsi="Gentium Plus"/>
          <w:sz w:val="24"/>
        </w:rPr>
        <w:t>[][Partial Letter]ακα vac. []Ιεις v. το vac.</w:t>
      </w:r>
    </w:p>
    <w:p>
      <w:r>
        <w:rPr>
          <w:rFonts w:ascii="Courier New" w:hAnsi="Courier New"/>
          <w:color w:val="555555"/>
          <w:sz w:val="20"/>
        </w:rPr>
        <w:t>[10]</w:t>
      </w:r>
    </w:p>
    <w:p>
      <w:r>
        <w:rPr>
          <w:rFonts w:ascii="Gentium Plus" w:hAnsi="Gentium Plus"/>
          <w:sz w:val="24"/>
        </w:rPr>
        <w:t>[]εται. vacat</w:t>
      </w:r>
    </w:p>
    <w:p>
      <w:r>
        <w:rPr>
          <w:rFonts w:ascii="Courier New" w:hAnsi="Courier New"/>
          <w:color w:val="555555"/>
          <w:sz w:val="20"/>
        </w:rPr>
        <w:t>[104 col1]</w:t>
      </w:r>
    </w:p>
    <w:p>
      <w:r>
        <w:rPr>
          <w:rFonts w:ascii="Gentium Plus" w:hAnsi="Gentium Plus"/>
          <w:sz w:val="24"/>
        </w:rPr>
        <w:t>[]ο̣ πας vac. []ανιας vac. []ω̣ν vac. []Λπ̣</w:t>
      </w:r>
    </w:p>
    <w:p>
      <w:r>
        <w:rPr>
          <w:rFonts w:ascii="Courier New" w:hAnsi="Courier New"/>
          <w:color w:val="555555"/>
          <w:sz w:val="20"/>
        </w:rPr>
        <w:t>[105 col1]</w:t>
      </w:r>
    </w:p>
    <w:p>
      <w:r>
        <w:rPr>
          <w:rFonts w:ascii="Gentium Plus" w:hAnsi="Gentium Plus"/>
          <w:sz w:val="24"/>
        </w:rPr>
        <w:t>τῶν ἀλ̣γηδ̣όνων αἱ ἄκραι χρον̣ί̣ζ̣ε̣[ιν] οὐ δύνανται. ἢ̣ γὰρ ταχὺ τὸ ζ̣ῆ̣ν̣</w:t>
      </w:r>
    </w:p>
    <w:p>
      <w:r>
        <w:rPr>
          <w:rFonts w:ascii="Courier New" w:hAnsi="Courier New"/>
          <w:color w:val="555555"/>
          <w:sz w:val="20"/>
        </w:rPr>
        <w:t>[5]</w:t>
      </w:r>
    </w:p>
    <w:p>
      <w:r>
        <w:rPr>
          <w:rFonts w:ascii="Gentium Plus" w:hAnsi="Gentium Plus"/>
          <w:sz w:val="24"/>
        </w:rPr>
        <w:t>ἀναιροῦσαι συ̣ν̣‐ αναιροῦνται κα̣ὶ αὐταί, ἢ ὑφαίρεσ̣ιν λαμβάνουσι τῆς ἀκρότητος. vacat</w:t>
      </w:r>
    </w:p>
    <w:p>
      <w:r>
        <w:rPr>
          <w:rFonts w:ascii="Courier New" w:hAnsi="Courier New"/>
          <w:color w:val="555555"/>
          <w:sz w:val="20"/>
        </w:rPr>
        <w:t>[10]</w:t>
      </w:r>
    </w:p>
    <w:p>
      <w:r>
        <w:rPr>
          <w:rFonts w:ascii="Gentium Plus" w:hAnsi="Gentium Plus"/>
          <w:sz w:val="24"/>
        </w:rPr>
        <w:t>vacat</w:t>
      </w:r>
    </w:p>
    <w:p>
      <w:r>
        <w:rPr>
          <w:rFonts w:ascii="Courier New" w:hAnsi="Courier New"/>
          <w:color w:val="555555"/>
          <w:sz w:val="20"/>
        </w:rPr>
        <w:t>[106 col1]</w:t>
      </w:r>
    </w:p>
    <w:p>
      <w:r>
        <w:rPr>
          <w:rFonts w:ascii="Gentium Plus" w:hAnsi="Gentium Plus"/>
          <w:sz w:val="24"/>
        </w:rPr>
        <w:t>τ̣ὸ μὲν οἴμμοι λέ‐ [Dividers of other Forms]γ̣ειν, v. συνεπιστε̣‐ ν̣άζοντα ταῖς ἀλ‐ [Dividers of other Forms]γηδόσιν, v. ἡ φύσις</w:t>
      </w:r>
    </w:p>
    <w:p>
      <w:r>
        <w:rPr>
          <w:rFonts w:ascii="Courier New" w:hAnsi="Courier New"/>
          <w:color w:val="555555"/>
          <w:sz w:val="20"/>
        </w:rPr>
        <w:t>[5]</w:t>
      </w:r>
    </w:p>
    <w:p>
      <w:r>
        <w:rPr>
          <w:rFonts w:ascii="Gentium Plus" w:hAnsi="Gentium Plus"/>
          <w:sz w:val="24"/>
        </w:rPr>
        <w:t>[Dividers of other Forms]ἡμᾶς ἀνανκάζει·</w:t>
      </w:r>
    </w:p>
    <w:p>
      <w:r>
        <w:rPr>
          <w:rFonts w:ascii="Courier New" w:hAnsi="Courier New"/>
          <w:color w:val="555555"/>
          <w:sz w:val="20"/>
        </w:rPr>
        <w:t>[10]</w:t>
      </w:r>
    </w:p>
    <w:p>
      <w:r>
        <w:rPr>
          <w:rFonts w:ascii="Gentium Plus" w:hAnsi="Gentium Plus"/>
          <w:sz w:val="24"/>
        </w:rPr>
        <w:t>[ρὰ φύσιν ἐστίν].</w:t>
      </w:r>
    </w:p>
    <w:p>
      <w:r>
        <w:rPr>
          <w:rFonts w:ascii="Courier New" w:hAnsi="Courier New"/>
          <w:color w:val="555555"/>
          <w:sz w:val="20"/>
        </w:rPr>
        <w:t>[107 col1]</w:t>
      </w:r>
    </w:p>
    <w:p>
      <w:r>
        <w:rPr>
          <w:rFonts w:ascii="Gentium Plus" w:hAnsi="Gentium Plus"/>
          <w:sz w:val="24"/>
        </w:rPr>
        <w:t>[ἐ]σ̣τὶν τρία τῶν ἀ‐ [πολ]α̣υσμάτων οὐ — — — —c.9— — — —μ̣ε̣να</w:t>
      </w:r>
    </w:p>
    <w:p>
      <w:r>
        <w:rPr>
          <w:rFonts w:ascii="Courier New" w:hAnsi="Courier New"/>
          <w:color w:val="555555"/>
          <w:sz w:val="20"/>
        </w:rPr>
        <w:t>[108 col1]</w:t>
      </w:r>
    </w:p>
    <w:p>
      <w:r>
        <w:rPr>
          <w:rFonts w:ascii="Gentium Plus" w:hAnsi="Gentium Plus"/>
          <w:sz w:val="24"/>
        </w:rPr>
        <w:t>[οὐ χρησιμώτερον τὸν παρὰ] φ̣ύ̣σ̣ι̣ν̣ π̣λοῦτ̣ο̣[ν ἢ ὕδωρ ἀν]‐ γείῳ τινὶ πλήρει̣, [ὥστε] [Dividers of other Forms]περιρεῖν ἔξωθεν̣, [ὑπολημ]‐</w:t>
      </w:r>
    </w:p>
    <w:p>
      <w:r>
        <w:rPr>
          <w:rFonts w:ascii="Courier New" w:hAnsi="Courier New"/>
          <w:color w:val="555555"/>
          <w:sz w:val="20"/>
        </w:rPr>
        <w:t>[5]</w:t>
      </w:r>
    </w:p>
    <w:p>
      <w:r>
        <w:rPr>
          <w:rFonts w:ascii="Gentium Plus" w:hAnsi="Gentium Plus"/>
          <w:sz w:val="24"/>
        </w:rPr>
        <w:t>[Dividers of other Forms]πτέον. vacat δυνάμεθα βλέπειν [ἀφθόνως] καὶ τὰ τῶν ἄλλων κτή̣[ματα] κἀκείνων γε ἥδεσθαι [καθα]‐ ρώτ̣ε̣ρ̣ο̣ν̣. v. τ̣ῆ̣ς γὰρ ὀ̣[ρέξε]‐</w:t>
      </w:r>
    </w:p>
    <w:p>
      <w:r>
        <w:rPr>
          <w:rFonts w:ascii="Courier New" w:hAnsi="Courier New"/>
          <w:color w:val="555555"/>
          <w:sz w:val="20"/>
        </w:rPr>
        <w:t>[10]</w:t>
      </w:r>
    </w:p>
    <w:p>
      <w:r>
        <w:rPr>
          <w:rFonts w:ascii="Gentium Plus" w:hAnsi="Gentium Plus"/>
          <w:sz w:val="24"/>
        </w:rPr>
        <w:t>[ώς ἐσμεν ἐλεύθεροι].</w:t>
      </w:r>
    </w:p>
    <w:p>
      <w:r>
        <w:rPr>
          <w:rFonts w:ascii="Courier New" w:hAnsi="Courier New"/>
          <w:color w:val="555555"/>
          <w:sz w:val="20"/>
        </w:rPr>
        <w:t>[109 col1]</w:t>
      </w:r>
    </w:p>
    <w:p>
      <w:r>
        <w:rPr>
          <w:rFonts w:ascii="Gentium Plus" w:hAnsi="Gentium Plus"/>
          <w:sz w:val="24"/>
        </w:rPr>
        <w:t>[πολυ]τελῆ βρώ̣μα‐ [τα καὶ π]ώ̣μα̣τα [— — — —c.7— — —οὐ]δ̣ὲν [ἐνποιεῖ τὴ]ν̣ ἀβλά‐</w:t>
      </w:r>
    </w:p>
    <w:p>
      <w:r>
        <w:rPr>
          <w:rFonts w:ascii="Courier New" w:hAnsi="Courier New"/>
          <w:color w:val="555555"/>
          <w:sz w:val="20"/>
        </w:rPr>
        <w:t>[5]</w:t>
      </w:r>
    </w:p>
    <w:p>
      <w:r>
        <w:rPr>
          <w:rFonts w:ascii="Gentium Plus" w:hAnsi="Gentium Plus"/>
          <w:sz w:val="24"/>
        </w:rPr>
        <w:t>[βειαν καὶ ἕ]ξ̣ιν [ὑγιεινὴν τῇ σαρ]‐</w:t>
      </w:r>
    </w:p>
    <w:p>
      <w:r>
        <w:rPr>
          <w:rFonts w:ascii="Courier New" w:hAnsi="Courier New"/>
          <w:color w:val="555555"/>
          <w:sz w:val="20"/>
        </w:rPr>
        <w:t>[110 col1]</w:t>
      </w:r>
    </w:p>
    <w:p>
      <w:r>
        <w:rPr>
          <w:rFonts w:ascii="Gentium Plus" w:hAnsi="Gentium Plus"/>
          <w:sz w:val="24"/>
        </w:rPr>
        <w:t>[]οτη[Partial Letter][] [ ]εραν μ̣[]</w:t>
      </w:r>
    </w:p>
    <w:p>
      <w:r>
        <w:rPr>
          <w:rFonts w:ascii="Courier New" w:hAnsi="Courier New"/>
          <w:color w:val="555555"/>
          <w:sz w:val="20"/>
        </w:rPr>
        <w:t>[111 col1 (1-2)]</w:t>
      </w:r>
    </w:p>
    <w:p>
      <w:r>
        <w:rPr>
          <w:rFonts w:ascii="Gentium Plus" w:hAnsi="Gentium Plus"/>
          <w:sz w:val="24"/>
        </w:rPr>
        <w:t>broken off</w:t>
      </w:r>
    </w:p>
    <w:p>
      <w:r>
        <w:rPr>
          <w:rFonts w:ascii="Courier New" w:hAnsi="Courier New"/>
          <w:color w:val="555555"/>
          <w:sz w:val="20"/>
        </w:rPr>
        <w:t>[3]</w:t>
      </w:r>
    </w:p>
    <w:p>
      <w:r>
        <w:rPr>
          <w:rFonts w:ascii="Gentium Plus" w:hAnsi="Gentium Plus"/>
          <w:sz w:val="24"/>
        </w:rPr>
        <w:t>— —c.5—[ἡμε]ῖν̣ ἀ̣[πο]δ̣[εῖ]‐ ξ̣α̣ι τίνες φυσι[κα]ὶ̣ τ̣ῶν</w:t>
      </w:r>
    </w:p>
    <w:p>
      <w:r>
        <w:rPr>
          <w:rFonts w:ascii="Courier New" w:hAnsi="Courier New"/>
          <w:color w:val="555555"/>
          <w:sz w:val="20"/>
        </w:rPr>
        <w:t>[5]</w:t>
      </w:r>
    </w:p>
    <w:p>
      <w:r>
        <w:rPr>
          <w:rFonts w:ascii="Gentium Plus" w:hAnsi="Gentium Plus"/>
          <w:sz w:val="24"/>
        </w:rPr>
        <w:t>ἐπιθυμιῶν, καὶ τίνες κεναί. vacat οὐχ ἡ φύσις, μία γε οὖ‐ σα τῶν πάντων, εὐ‐ γενεῖς ἢ δυσγενεῖς</w:t>
      </w:r>
    </w:p>
    <w:p>
      <w:r>
        <w:rPr>
          <w:rFonts w:ascii="Courier New" w:hAnsi="Courier New"/>
          <w:color w:val="555555"/>
          <w:sz w:val="20"/>
        </w:rPr>
        <w:t>[10]</w:t>
      </w:r>
    </w:p>
    <w:p>
      <w:r>
        <w:rPr>
          <w:rFonts w:ascii="Gentium Plus" w:hAnsi="Gentium Plus"/>
          <w:sz w:val="24"/>
        </w:rPr>
        <w:t>ἐποίησεν, ἀλλ’ αἱ πρά‐ ξεις καὶ διαθέσεις.</w:t>
      </w:r>
    </w:p>
    <w:p>
      <w:r>
        <w:rPr>
          <w:rFonts w:ascii="Courier New" w:hAnsi="Courier New"/>
          <w:color w:val="555555"/>
          <w:sz w:val="20"/>
        </w:rPr>
        <w:t>[112 col1]</w:t>
      </w:r>
    </w:p>
    <w:p>
      <w:r>
        <w:rPr>
          <w:rFonts w:ascii="Gentium Plus" w:hAnsi="Gentium Plus"/>
          <w:sz w:val="24"/>
        </w:rPr>
        <w:t>τὸ κεφάλαιον τῆς εὐ‐ δαιμονίας ἡ διάθε‐</w:t>
      </w:r>
    </w:p>
    <w:p>
      <w:r>
        <w:rPr>
          <w:rFonts w:ascii="Courier New" w:hAnsi="Courier New"/>
          <w:color w:val="555555"/>
          <w:sz w:val="20"/>
        </w:rPr>
        <w:t>[5]</w:t>
      </w:r>
    </w:p>
    <w:p>
      <w:r>
        <w:rPr>
          <w:rFonts w:ascii="Gentium Plus" w:hAnsi="Gentium Plus"/>
          <w:sz w:val="24"/>
        </w:rPr>
        <w:t>κἀν ἑτέρων ἀρχῇ. vacat τὸ ῥητορεύειν σφυγμοῦ καὶ ταραχῆς γέμον, εἰ πεῖσαι δύναται. τί οὖν μεταδιώκομεν πρᾶ‐</w:t>
      </w:r>
    </w:p>
    <w:p>
      <w:r>
        <w:rPr>
          <w:rFonts w:ascii="Courier New" w:hAnsi="Courier New"/>
          <w:color w:val="555555"/>
          <w:sz w:val="20"/>
        </w:rPr>
        <w:t>[10]</w:t>
      </w:r>
    </w:p>
    <w:p>
      <w:r>
        <w:rPr>
          <w:rFonts w:ascii="Gentium Plus" w:hAnsi="Gentium Plus"/>
          <w:sz w:val="24"/>
        </w:rPr>
        <w:t>γ̣μα τοιοῦτον, οὗ τὴν [ἐ]ξ̣ουσίαν ἔχουσιν ἄλλοι;</w:t>
      </w:r>
    </w:p>
    <w:p>
      <w:r>
        <w:rPr>
          <w:rFonts w:ascii="Courier New" w:hAnsi="Courier New"/>
          <w:color w:val="555555"/>
          <w:sz w:val="20"/>
        </w:rPr>
        <w:t>[113 col1]</w:t>
      </w:r>
    </w:p>
    <w:p>
      <w:r>
        <w:rPr>
          <w:rFonts w:ascii="Gentium Plus" w:hAnsi="Gentium Plus"/>
          <w:sz w:val="24"/>
        </w:rPr>
        <w:t>οὐδὲν οὕτως εὐθυμί‐ ας ποιητικόν, v. ὡς τὸ μὴ πολλὰ πράσσειν μηδὲ δυσκόλοις ἐπι‐</w:t>
      </w:r>
    </w:p>
    <w:p>
      <w:r>
        <w:rPr>
          <w:rFonts w:ascii="Courier New" w:hAnsi="Courier New"/>
          <w:color w:val="555555"/>
          <w:sz w:val="20"/>
        </w:rPr>
        <w:t>[5]</w:t>
      </w:r>
    </w:p>
    <w:p>
      <w:r>
        <w:rPr>
          <w:rFonts w:ascii="Gentium Plus" w:hAnsi="Gentium Plus"/>
          <w:sz w:val="24"/>
        </w:rPr>
        <w:t>χειρεῖν πράγμασιν μηδὲ παρὰ δύναμίν [τ]ι βιάζεσθαι τὴν ἑαυ‐ τοῦ. v.v. πάντα γὰρ ταῦτα v. ταραχὰς</w:t>
      </w:r>
    </w:p>
    <w:p>
      <w:r>
        <w:rPr>
          <w:rFonts w:ascii="Courier New" w:hAnsi="Courier New"/>
          <w:color w:val="555555"/>
          <w:sz w:val="20"/>
        </w:rPr>
        <w:t>[10]</w:t>
      </w:r>
    </w:p>
    <w:p>
      <w:r>
        <w:rPr>
          <w:rFonts w:ascii="Gentium Plus" w:hAnsi="Gentium Plus"/>
          <w:sz w:val="24"/>
        </w:rPr>
        <w:t>ἐνποιεῖ τῇ φύσ̣[ει].</w:t>
      </w:r>
    </w:p>
    <w:p>
      <w:r>
        <w:rPr>
          <w:rFonts w:ascii="Courier New" w:hAnsi="Courier New"/>
          <w:color w:val="555555"/>
          <w:sz w:val="20"/>
        </w:rPr>
        <w:t>[114 col1 (5)]</w:t>
      </w:r>
    </w:p>
    <w:p>
      <w:r>
        <w:rPr>
          <w:rFonts w:ascii="Gentium Plus" w:hAnsi="Gentium Plus"/>
          <w:sz w:val="24"/>
        </w:rPr>
        <w:t>[ ] ἀγ̣αθ̣ὰ ε̣[Partial Letter] [ ]α̣ς φυσικευ [ ]ται. vacat</w:t>
      </w:r>
    </w:p>
    <w:p>
      <w:r>
        <w:rPr>
          <w:rFonts w:ascii="Courier New" w:hAnsi="Courier New"/>
          <w:color w:val="555555"/>
          <w:sz w:val="20"/>
        </w:rPr>
        <w:t>[115 col1 (5)]</w:t>
      </w:r>
    </w:p>
    <w:p>
      <w:r>
        <w:rPr>
          <w:rFonts w:ascii="Gentium Plus" w:hAnsi="Gentium Plus"/>
          <w:sz w:val="24"/>
        </w:rPr>
        <w:t>ν̣αι̣. [ἐ]ν δὲ τούτοις τοΙ .μ.τωνα̣ φα̣σὶν ἐπε vac.? .τΙ.υ̣γ̣Ι[Partial Letter].[Partial Letter]ΙΙΙτΙ.ης τα vac. — — —c.8— — —τῆ̣[ς φ]ύ̣σ̣εως vac. — — — — — —c.13— — — — —Ϲη̣ε vac.</w:t>
      </w:r>
    </w:p>
    <w:p>
      <w:r>
        <w:rPr>
          <w:rFonts w:ascii="Courier New" w:hAnsi="Courier New"/>
          <w:color w:val="555555"/>
          <w:sz w:val="20"/>
        </w:rPr>
        <w:t>[10]</w:t>
      </w:r>
    </w:p>
    <w:p>
      <w:r>
        <w:rPr>
          <w:rFonts w:ascii="Gentium Plus" w:hAnsi="Gentium Plus"/>
          <w:sz w:val="24"/>
        </w:rPr>
        <w:t>— — — — —c.12— — — — —υ̣τ̣—c.2—</w:t>
      </w:r>
    </w:p>
    <w:p>
      <w:r>
        <w:rPr>
          <w:rFonts w:ascii="Courier New" w:hAnsi="Courier New"/>
          <w:color w:val="555555"/>
          <w:sz w:val="20"/>
        </w:rPr>
        <w:t>[116 col1]</w:t>
      </w:r>
    </w:p>
    <w:p>
      <w:r>
        <w:rPr>
          <w:rFonts w:ascii="Gentium Plus" w:hAnsi="Gentium Plus"/>
          <w:sz w:val="24"/>
        </w:rPr>
        <w:t>[ὑμεῖν τε καὶ] τ̣οῖς μ̣ε̣θ’ ὑμ̣ᾶς [ἐσομ]έ̣ν̣οις [Partial Letter] .ΟΤΛΤcΤΕΙΕΙΝ αἰτιαΙ— — — [Partial Letter]Ι[Partial Letter]ΙϹ ἅ̣τε [π]ε̣[ι]σ̣ο̣μ̣ένοις̣ ὡ̣[ς]</w:t>
      </w:r>
    </w:p>
    <w:p>
      <w:r>
        <w:rPr>
          <w:rFonts w:ascii="Courier New" w:hAnsi="Courier New"/>
          <w:color w:val="555555"/>
          <w:sz w:val="20"/>
        </w:rPr>
        <w:t>[5]</w:t>
      </w:r>
    </w:p>
    <w:p>
      <w:r>
        <w:rPr>
          <w:rFonts w:ascii="Gentium Plus" w:hAnsi="Gentium Plus"/>
          <w:sz w:val="24"/>
        </w:rPr>
        <w:t>ΙΙον̣ον μ̣ετ̣ὰ̣ πάθους̣— — ΓΠΙν̣ κ̣αὶ συν̣εχο̣[ῦ]ς μελέ‐ τη̣ς̣ ἀ̣ρ̣ετ̣ῶ̣ν ἐσ̣τ̣ι[ν]. τὸ̣ γ̣ὰ̣ρ̣ σ̣ωτήριο[ν] ἐνταῦ̣‐ θ̣ά ἐστιν. v. εἰ δ̣ὲ μη̣[δὲν]</w:t>
      </w:r>
    </w:p>
    <w:p>
      <w:r>
        <w:rPr>
          <w:rFonts w:ascii="Courier New" w:hAnsi="Courier New"/>
          <w:color w:val="555555"/>
          <w:sz w:val="20"/>
        </w:rPr>
        <w:t>[10]</w:t>
      </w:r>
    </w:p>
    <w:p>
      <w:r>
        <w:rPr>
          <w:rFonts w:ascii="Gentium Plus" w:hAnsi="Gentium Plus"/>
          <w:sz w:val="24"/>
        </w:rPr>
        <w:t>ἔτι ὧ̣ν̣ ἥ̣κ̣[ε]τ̣[ε εἰς] γν̣ῶ̣σ̣ι̣ν̣, τὰ τοσαῦτα ὑ̣μ̣εῖν ἐ̣λιθο̣‐</w:t>
      </w:r>
    </w:p>
    <w:p>
      <w:r>
        <w:rPr>
          <w:rFonts w:ascii="Courier New" w:hAnsi="Courier New"/>
          <w:color w:val="555555"/>
          <w:sz w:val="20"/>
        </w:rPr>
        <w:t>[117 col1]</w:t>
      </w:r>
    </w:p>
    <w:p>
      <w:r>
        <w:rPr>
          <w:rFonts w:ascii="Gentium Plus" w:hAnsi="Gentium Plus"/>
          <w:sz w:val="24"/>
        </w:rPr>
        <w:t>Δ̣ιογ̣έ̣ν̣ης v. τοῖς συνγενέ̣σ̣ι̣ καὶ οἰκείοις καὶ φίλοις v. τά‐ δε ἐντέλ̣λομαι. vacat ν̣οσῶν̣ οὕ̣τως ὥστε μοι νῦ̣[ν]</w:t>
      </w:r>
    </w:p>
    <w:p>
      <w:r>
        <w:rPr>
          <w:rFonts w:ascii="Courier New" w:hAnsi="Courier New"/>
          <w:color w:val="555555"/>
          <w:sz w:val="20"/>
        </w:rPr>
        <w:t>[5]</w:t>
      </w:r>
    </w:p>
    <w:p>
      <w:r>
        <w:rPr>
          <w:rFonts w:ascii="Gentium Plus" w:hAnsi="Gentium Plus"/>
          <w:sz w:val="24"/>
        </w:rPr>
        <w:t>τὴν τοῦ ζῆν ἔτι ἢ μηκέτ[ι] ζῆν ὑπάρχειν κρίσιν (καρδιακὸν γάρ με διαφ[Partial Letter]‐ ρει πάθος), v. ἂν μὲν διαγέ‐ νωμαι, διδόμενον ἔτι</w:t>
      </w:r>
    </w:p>
    <w:p>
      <w:r>
        <w:rPr>
          <w:rFonts w:ascii="Courier New" w:hAnsi="Courier New"/>
          <w:color w:val="555555"/>
          <w:sz w:val="20"/>
        </w:rPr>
        <w:t>[10]</w:t>
      </w:r>
    </w:p>
    <w:p>
      <w:r>
        <w:rPr>
          <w:rFonts w:ascii="Gentium Plus" w:hAnsi="Gentium Plus"/>
          <w:sz w:val="24"/>
        </w:rPr>
        <w:t>μοι τὸ ζῆν ἡδέως λήμψ[ο]‐</w:t>
      </w:r>
    </w:p>
    <w:p>
      <w:r>
        <w:rPr>
          <w:rFonts w:ascii="Courier New" w:hAnsi="Courier New"/>
          <w:color w:val="555555"/>
          <w:sz w:val="20"/>
        </w:rPr>
        <w:t>[118 col1]</w:t>
      </w:r>
    </w:p>
    <w:p>
      <w:r>
        <w:rPr>
          <w:rFonts w:ascii="Gentium Plus" w:hAnsi="Gentium Plus"/>
          <w:sz w:val="24"/>
        </w:rPr>
        <w:t>— — —c.6— — —ο̣.Ι[Partial Letter]— — — — — — — — — — — — — — — — — — — — — — — — — — — — — — — — — — — — — — — — — — —</w:t>
      </w:r>
    </w:p>
    <w:p>
      <w:r>
        <w:rPr>
          <w:rFonts w:ascii="Courier New" w:hAnsi="Courier New"/>
          <w:color w:val="555555"/>
          <w:sz w:val="20"/>
        </w:rPr>
        <w:t>[5]</w:t>
      </w:r>
    </w:p>
    <w:p>
      <w:r>
        <w:rPr>
          <w:rFonts w:ascii="Gentium Plus" w:hAnsi="Gentium Plus"/>
          <w:sz w:val="24"/>
        </w:rPr>
        <w:t>ΓΛΙ[Partial Letter]— — — — — — — — — —η̣ vac. (?) — — — — — — — — — — — — — οιϹενΓ— — —c.6— — —σου̣σ̣ι̣ — — — — — — — — — — — — — — — — — — — — — — — — —νε vac.</w:t>
      </w:r>
    </w:p>
    <w:p>
      <w:r>
        <w:rPr>
          <w:rFonts w:ascii="Courier New" w:hAnsi="Courier New"/>
          <w:color w:val="555555"/>
          <w:sz w:val="20"/>
        </w:rPr>
        <w:t>[10]</w:t>
      </w:r>
    </w:p>
    <w:p>
      <w:r>
        <w:rPr>
          <w:rFonts w:ascii="Gentium Plus" w:hAnsi="Gentium Plus"/>
          <w:sz w:val="24"/>
        </w:rPr>
        <w:t>γ̣...νο̣ο̣νΙΙο̣ΙΙ..ΙΙ. vac. (?)</w:t>
      </w:r>
    </w:p>
    <w:p>
      <w:r>
        <w:rPr>
          <w:rFonts w:ascii="Courier New" w:hAnsi="Courier New"/>
          <w:color w:val="555555"/>
          <w:sz w:val="20"/>
        </w:rPr>
        <w:t>[119 col1]</w:t>
      </w:r>
    </w:p>
    <w:p>
      <w:r>
        <w:rPr>
          <w:rFonts w:ascii="Gentium Plus" w:hAnsi="Gentium Plus"/>
          <w:sz w:val="24"/>
        </w:rPr>
        <w:t>[εὔελπις δ’ εἰμί, τὴν] [γραφὴν ὑμεῖν προ]σφω‐ [νῶν, πολλοὺς δή, ὦ] φ̣ίλοι, [κατὰ ψυχὴν ὑγ]ι̣ανεῖν.</w:t>
      </w:r>
    </w:p>
    <w:p>
      <w:r>
        <w:rPr>
          <w:rFonts w:ascii="Courier New" w:hAnsi="Courier New"/>
          <w:color w:val="555555"/>
          <w:sz w:val="20"/>
        </w:rPr>
        <w:t>[5]</w:t>
      </w:r>
    </w:p>
    <w:p>
      <w:r>
        <w:rPr>
          <w:rFonts w:ascii="Gentium Plus" w:hAnsi="Gentium Plus"/>
          <w:sz w:val="24"/>
        </w:rPr>
        <w:t>[τί τοῦτο λ]έ̣γω; v.v. τί πο‐ [τε τὰ ἰάμα]τ̣ά ἐστιν; ἡ [δὲ γραφή], ὦ φίλτατοι, [αὐτοῖς τε] ἡ̣μεῖν καὶ [ἄλλοις βοη]θ̣ήμα̣[τα]</w:t>
      </w:r>
    </w:p>
    <w:p>
      <w:r>
        <w:rPr>
          <w:rFonts w:ascii="Courier New" w:hAnsi="Courier New"/>
          <w:color w:val="555555"/>
          <w:sz w:val="20"/>
        </w:rPr>
        <w:t>[10]</w:t>
      </w:r>
    </w:p>
    <w:p>
      <w:r>
        <w:rPr>
          <w:rFonts w:ascii="Gentium Plus" w:hAnsi="Gentium Plus"/>
          <w:sz w:val="24"/>
        </w:rPr>
        <w:t>[παρέξει— —c.3—][Partial Letter]π̣— —c.4—</w:t>
      </w:r>
    </w:p>
    <w:p>
      <w:r>
        <w:rPr>
          <w:rFonts w:ascii="Courier New" w:hAnsi="Courier New"/>
          <w:color w:val="555555"/>
          <w:sz w:val="20"/>
        </w:rPr>
        <w:t>[119 col2]</w:t>
      </w:r>
    </w:p>
    <w:p>
      <w:r>
        <w:rPr>
          <w:rFonts w:ascii="Gentium Plus" w:hAnsi="Gentium Plus"/>
          <w:sz w:val="24"/>
        </w:rPr>
        <w:t>— — — — — — — — — — — — οϹ— — — — — — — — — —</w:t>
      </w:r>
    </w:p>
    <w:p>
      <w:r>
        <w:rPr>
          <w:rFonts w:ascii="Courier New" w:hAnsi="Courier New"/>
          <w:color w:val="555555"/>
          <w:sz w:val="20"/>
        </w:rPr>
        <w:t>[5]</w:t>
      </w:r>
    </w:p>
    <w:p>
      <w:r>
        <w:rPr>
          <w:rFonts w:ascii="Gentium Plus" w:hAnsi="Gentium Plus"/>
          <w:sz w:val="24"/>
        </w:rPr>
        <w:t>λιστα ἐ[πιθυμῶν βοη]‐ θεῖν το̣[ῖς μεθ’ ἡμᾶς], εἰ τὴν σ̣[τοὰν ταύτην] πολλ̣[άκις περιπα]‐ [τοῖεν, πρὸς τῷ παρέ]‐</w:t>
      </w:r>
    </w:p>
    <w:p>
      <w:r>
        <w:rPr>
          <w:rFonts w:ascii="Courier New" w:hAnsi="Courier New"/>
          <w:color w:val="555555"/>
          <w:sz w:val="20"/>
        </w:rPr>
        <w:t>[10]</w:t>
      </w:r>
    </w:p>
    <w:p>
      <w:r>
        <w:rPr>
          <w:rFonts w:ascii="Gentium Plus" w:hAnsi="Gentium Plus"/>
          <w:sz w:val="24"/>
        </w:rPr>
        <w:t>[χειν ἐμαυτὸν πρὸς]</w:t>
      </w:r>
    </w:p>
    <w:p>
      <w:r>
        <w:rPr>
          <w:rFonts w:ascii="Courier New" w:hAnsi="Courier New"/>
          <w:color w:val="555555"/>
          <w:sz w:val="20"/>
        </w:rPr>
        <w:t>[119 col3]</w:t>
      </w:r>
    </w:p>
    <w:p>
      <w:r>
        <w:rPr>
          <w:rFonts w:ascii="Gentium Plus" w:hAnsi="Gentium Plus"/>
          <w:sz w:val="24"/>
        </w:rPr>
        <w:t>[τοὺς εὐσυνκρί]‐ τους ἐπιδημούν̣‐ των ξένων φιλάν̣‐ θρωπον. v. ἐπιστάμε̣‐</w:t>
      </w:r>
    </w:p>
    <w:p>
      <w:r>
        <w:rPr>
          <w:rFonts w:ascii="Courier New" w:hAnsi="Courier New"/>
          <w:color w:val="555555"/>
          <w:sz w:val="20"/>
        </w:rPr>
        <w:t>[5]</w:t>
      </w:r>
    </w:p>
    <w:p>
      <w:r>
        <w:rPr>
          <w:rFonts w:ascii="Gentium Plus" w:hAnsi="Gentium Plus"/>
          <w:sz w:val="24"/>
        </w:rPr>
        <w:t>νος δὲ ἀκρειβῶς ὅτι τῇ γνώσει τῶν πρα‐ γμάτων, ὧν ἐν ταῖς ὑποκάτω χώραις ἐ‐</w:t>
      </w:r>
    </w:p>
    <w:p>
      <w:r>
        <w:rPr>
          <w:rFonts w:ascii="Courier New" w:hAnsi="Courier New"/>
          <w:color w:val="555555"/>
          <w:sz w:val="20"/>
        </w:rPr>
        <w:t>[10]</w:t>
      </w:r>
    </w:p>
    <w:p>
      <w:r>
        <w:rPr>
          <w:rFonts w:ascii="Gentium Plus" w:hAnsi="Gentium Plus"/>
          <w:sz w:val="24"/>
        </w:rPr>
        <w:t>ἅμα καὶ παθητικ̣ῶ̣ν, \ γείνεται, σαφῶς οἶδα τὰ τῆς [σωτηρίας φάρμακα προθείς]</w:t>
      </w:r>
    </w:p>
    <w:p>
      <w:r>
        <w:rPr>
          <w:rFonts w:ascii="Courier New" w:hAnsi="Courier New"/>
          <w:color w:val="555555"/>
          <w:sz w:val="20"/>
        </w:rPr>
        <w:t>[120 col1 (1-3)]</w:t>
      </w:r>
    </w:p>
    <w:p>
      <w:r>
        <w:rPr>
          <w:rFonts w:ascii="Gentium Plus" w:hAnsi="Gentium Plus"/>
          <w:sz w:val="24"/>
        </w:rPr>
        <w:t>broken off</w:t>
      </w:r>
    </w:p>
    <w:p>
      <w:r>
        <w:rPr>
          <w:rFonts w:ascii="Courier New" w:hAnsi="Courier New"/>
          <w:color w:val="555555"/>
          <w:sz w:val="20"/>
        </w:rPr>
        <w:t>[4]</w:t>
      </w:r>
    </w:p>
    <w:p>
      <w:r>
        <w:rPr>
          <w:rFonts w:ascii="Gentium Plus" w:hAnsi="Gentium Plus"/>
          <w:sz w:val="24"/>
        </w:rPr>
        <w:t>στ̣</w:t>
      </w:r>
    </w:p>
    <w:p>
      <w:r>
        <w:rPr>
          <w:rFonts w:ascii="Courier New" w:hAnsi="Courier New"/>
          <w:color w:val="555555"/>
          <w:sz w:val="20"/>
        </w:rPr>
        <w:t>[5]</w:t>
      </w:r>
    </w:p>
    <w:p>
      <w:r>
        <w:rPr>
          <w:rFonts w:ascii="Gentium Plus" w:hAnsi="Gentium Plus"/>
          <w:sz w:val="24"/>
        </w:rPr>
        <w:t>πρ̣[ός σε γράφω. πε]‐ ρὶ δ̣[ὲ] ἀπέσ̣[τειλά σοι. νο]‐ μίζω̣[ ἀ]‐ κροτ̣[η]</w:t>
      </w:r>
    </w:p>
    <w:p>
      <w:r>
        <w:rPr>
          <w:rFonts w:ascii="Courier New" w:hAnsi="Courier New"/>
          <w:color w:val="555555"/>
          <w:sz w:val="20"/>
        </w:rPr>
        <w:t>[10]</w:t>
      </w:r>
    </w:p>
    <w:p>
      <w:r>
        <w:rPr>
          <w:rFonts w:ascii="Gentium Plus" w:hAnsi="Gentium Plus"/>
          <w:sz w:val="24"/>
        </w:rPr>
        <w:t>ὡς εΓ[]</w:t>
      </w:r>
    </w:p>
    <w:p>
      <w:r>
        <w:rPr>
          <w:rFonts w:ascii="Courier New" w:hAnsi="Courier New"/>
          <w:color w:val="555555"/>
          <w:sz w:val="20"/>
        </w:rPr>
        <w:t>[121 col1a]</w:t>
      </w:r>
    </w:p>
    <w:p>
      <w:r>
        <w:rPr>
          <w:rFonts w:ascii="Gentium Plus" w:hAnsi="Gentium Plus"/>
          <w:sz w:val="24"/>
        </w:rPr>
        <w:t>— — — — — — —ον εἶναι</w:t>
      </w:r>
    </w:p>
    <w:p>
      <w:r>
        <w:rPr>
          <w:rFonts w:ascii="Courier New" w:hAnsi="Courier New"/>
          <w:color w:val="555555"/>
          <w:sz w:val="20"/>
        </w:rPr>
        <w:t>[5]</w:t>
      </w:r>
    </w:p>
    <w:p>
      <w:r>
        <w:rPr>
          <w:rFonts w:ascii="Gentium Plus" w:hAnsi="Gentium Plus"/>
          <w:sz w:val="24"/>
        </w:rPr>
        <w:t>— — — — — —[Partial Letter]εσθαι τε [— —ἀκόλο]υ̣θον τοῖς [βεβαίοις] τ̣ῆς δ̣ια‐ ν̣οη[τ]ικῆ̣[ς] σ̣υνκρί‐ σ̣εω[ς] θ̣[εμ]ελίοις,</w:t>
      </w:r>
    </w:p>
    <w:p>
      <w:r>
        <w:rPr>
          <w:rFonts w:ascii="Courier New" w:hAnsi="Courier New"/>
          <w:color w:val="555555"/>
          <w:sz w:val="20"/>
        </w:rPr>
        <w:t>[10]</w:t>
      </w:r>
    </w:p>
    <w:p>
      <w:r>
        <w:rPr>
          <w:rFonts w:ascii="Gentium Plus" w:hAnsi="Gentium Plus"/>
          <w:sz w:val="24"/>
        </w:rPr>
        <w:t>[τ]ὴ̣ν— — — — —τ̣έρου</w:t>
      </w:r>
    </w:p>
    <w:p>
      <w:r>
        <w:rPr>
          <w:rFonts w:ascii="Courier New" w:hAnsi="Courier New"/>
          <w:color w:val="555555"/>
          <w:sz w:val="20"/>
        </w:rPr>
        <w:t>[121 col1b]</w:t>
      </w:r>
    </w:p>
    <w:p>
      <w:r>
        <w:rPr>
          <w:rFonts w:ascii="Gentium Plus" w:hAnsi="Gentium Plus"/>
          <w:sz w:val="24"/>
        </w:rPr>
        <w:t>[Partial Letter] ο̣λ[Partial Letter]</w:t>
      </w:r>
    </w:p>
    <w:p>
      <w:r>
        <w:rPr>
          <w:rFonts w:ascii="Courier New" w:hAnsi="Courier New"/>
          <w:color w:val="555555"/>
          <w:sz w:val="20"/>
        </w:rPr>
        <w:t>[121 col2]</w:t>
      </w:r>
    </w:p>
    <w:p>
      <w:r>
        <w:rPr>
          <w:rFonts w:ascii="Gentium Plus" w:hAnsi="Gentium Plus"/>
          <w:sz w:val="24"/>
        </w:rPr>
        <w:t>γειν̣[ομ]έ̣νην π̣ρ̣[οσ]‐ οικοδόμησιν ἀ̣πὸ̣ [πηκ]‐</w:t>
      </w:r>
    </w:p>
    <w:p>
      <w:r>
        <w:rPr>
          <w:rFonts w:ascii="Courier New" w:hAnsi="Courier New"/>
          <w:color w:val="555555"/>
          <w:sz w:val="20"/>
        </w:rPr>
        <w:t>[5]</w:t>
      </w:r>
    </w:p>
    <w:p>
      <w:r>
        <w:rPr>
          <w:rFonts w:ascii="Gentium Plus" w:hAnsi="Gentium Plus"/>
          <w:sz w:val="24"/>
        </w:rPr>
        <w:t>πεπηγὸς γ̣[άλα, φαμέν,] εἰς τήνδ̣[ε τὴν κινδυ]‐ νευτικ̣[ὴν κατάστα]‐ σιν ἐλθ[όντες πείνο]‐ μεν ο̣ἰ̣[κοδομήσοντες]</w:t>
      </w:r>
    </w:p>
    <w:p>
      <w:r>
        <w:rPr>
          <w:rFonts w:ascii="Courier New" w:hAnsi="Courier New"/>
          <w:color w:val="555555"/>
          <w:sz w:val="20"/>
        </w:rPr>
        <w:t>[10]</w:t>
      </w:r>
    </w:p>
    <w:p>
      <w:r>
        <w:rPr>
          <w:rFonts w:ascii="Gentium Plus" w:hAnsi="Gentium Plus"/>
          <w:sz w:val="24"/>
        </w:rPr>
        <w:t>[τὸν] π̣[ερὶ— — — — — — — —\</w:t>
      </w:r>
    </w:p>
    <w:p>
      <w:r>
        <w:rPr>
          <w:rFonts w:ascii="Courier New" w:hAnsi="Courier New"/>
          <w:color w:val="555555"/>
          <w:sz w:val="20"/>
        </w:rPr>
        <w:t>[122 col1]</w:t>
      </w:r>
    </w:p>
    <w:p>
      <w:r>
        <w:rPr>
          <w:rFonts w:ascii="Gentium Plus" w:hAnsi="Gentium Plus"/>
          <w:sz w:val="24"/>
        </w:rPr>
        <w:t>[]β̣ασιλι— []μασαν []σει γεγρα—</w:t>
      </w:r>
    </w:p>
    <w:p>
      <w:r>
        <w:rPr>
          <w:rFonts w:ascii="Courier New" w:hAnsi="Courier New"/>
          <w:color w:val="555555"/>
          <w:sz w:val="20"/>
        </w:rPr>
        <w:t>[5]</w:t>
      </w:r>
    </w:p>
    <w:p>
      <w:r>
        <w:rPr>
          <w:rFonts w:ascii="Gentium Plus" w:hAnsi="Gentium Plus"/>
          <w:sz w:val="24"/>
        </w:rPr>
        <w:t>[]σ̣θαι γυ‐ [ν— — — — — — —][Partial Letter]ω v. καὶ []Ιωσα []ἡ̣μῶν []τες v. οι</w:t>
      </w:r>
    </w:p>
    <w:p>
      <w:r>
        <w:rPr>
          <w:rFonts w:ascii="Courier New" w:hAnsi="Courier New"/>
          <w:color w:val="555555"/>
          <w:sz w:val="20"/>
        </w:rPr>
        <w:t>[10]</w:t>
      </w:r>
    </w:p>
    <w:p>
      <w:r>
        <w:rPr>
          <w:rFonts w:ascii="Gentium Plus" w:hAnsi="Gentium Plus"/>
          <w:sz w:val="24"/>
        </w:rPr>
        <w:t>[]ν̣. v. π̣έ̣‐</w:t>
      </w:r>
    </w:p>
    <w:p>
      <w:r>
        <w:rPr>
          <w:rFonts w:ascii="Courier New" w:hAnsi="Courier New"/>
          <w:color w:val="555555"/>
          <w:sz w:val="20"/>
        </w:rPr>
        <w:t>[122 col2]</w:t>
      </w:r>
    </w:p>
    <w:p>
      <w:r>
        <w:rPr>
          <w:rFonts w:ascii="Gentium Plus" w:hAnsi="Gentium Plus"/>
          <w:sz w:val="24"/>
        </w:rPr>
        <w:t>πειζμαι δὲ μᾶλλον ἀνενενκεῖν ἡμᾶς ὑπό τε σοῦ συνστα‐ θέντας αὐτῇ, v. Μεν‐</w:t>
      </w:r>
    </w:p>
    <w:p>
      <w:r>
        <w:rPr>
          <w:rFonts w:ascii="Courier New" w:hAnsi="Courier New"/>
          <w:color w:val="555555"/>
          <w:sz w:val="20"/>
        </w:rPr>
        <w:t>[5]</w:t>
      </w:r>
    </w:p>
    <w:p>
      <w:r>
        <w:rPr>
          <w:rFonts w:ascii="Gentium Plus" w:hAnsi="Gentium Plus"/>
          <w:sz w:val="24"/>
        </w:rPr>
        <w:t>νέα φίλτατε, διὰ τὴν πρὸς ἡμᾶς διάθεσιν σοῦ v. καὶ ἐπιστατείαν, τοῦ τε θαυμασίου v. Κά‐ ρου v. καὶ Διονυσίου τοῦ</w:t>
      </w:r>
    </w:p>
    <w:p>
      <w:r>
        <w:rPr>
          <w:rFonts w:ascii="Courier New" w:hAnsi="Courier New"/>
          <w:color w:val="555555"/>
          <w:sz w:val="20"/>
        </w:rPr>
        <w:t>[10]</w:t>
      </w:r>
    </w:p>
    <w:p>
      <w:r>
        <w:rPr>
          <w:rFonts w:ascii="Gentium Plus" w:hAnsi="Gentium Plus"/>
          <w:sz w:val="24"/>
        </w:rPr>
        <w:t>ἡμετέv.ρου, v. καθ’ ὃν</w:t>
      </w:r>
    </w:p>
    <w:p>
      <w:r>
        <w:rPr>
          <w:rFonts w:ascii="Courier New" w:hAnsi="Courier New"/>
          <w:color w:val="555555"/>
          <w:sz w:val="20"/>
        </w:rPr>
        <w:t>[122 col3]</w:t>
      </w:r>
    </w:p>
    <w:p>
      <w:r>
        <w:rPr>
          <w:rFonts w:ascii="Gentium Plus" w:hAnsi="Gentium Plus"/>
          <w:sz w:val="24"/>
        </w:rPr>
        <w:t>χρόνον̣ [ἐν] τῇ Ῥόδῳ̣ τὰς παρ’ αὐ̣‐ τῇ διατρι‐</w:t>
      </w:r>
    </w:p>
    <w:p>
      <w:r>
        <w:rPr>
          <w:rFonts w:ascii="Courier New" w:hAnsi="Courier New"/>
          <w:color w:val="555555"/>
          <w:sz w:val="20"/>
        </w:rPr>
        <w:t>[5]</w:t>
      </w:r>
    </w:p>
    <w:p>
      <w:r>
        <w:rPr>
          <w:rFonts w:ascii="Gentium Plus" w:hAnsi="Gentium Plus"/>
          <w:sz w:val="24"/>
        </w:rPr>
        <w:t>βὰς ἐποι‐</w:t>
      </w:r>
    </w:p>
    <w:p>
      <w:r>
        <w:rPr>
          <w:rFonts w:ascii="Courier New" w:hAnsi="Courier New"/>
          <w:color w:val="555555"/>
          <w:sz w:val="20"/>
        </w:rPr>
        <w:t>[7]</w:t>
      </w:r>
    </w:p>
    <w:p>
      <w:r>
        <w:rPr>
          <w:rFonts w:ascii="Gentium Plus" w:hAnsi="Gentium Plus"/>
          <w:sz w:val="24"/>
        </w:rPr>
        <w:t>ἔρρωσθε πάλιν. vacat vacat</w:t>
      </w:r>
    </w:p>
    <w:p>
      <w:r>
        <w:rPr>
          <w:rFonts w:ascii="Courier New" w:hAnsi="Courier New"/>
          <w:color w:val="555555"/>
          <w:sz w:val="20"/>
        </w:rPr>
        <w:t>[123 col1]</w:t>
      </w:r>
    </w:p>
    <w:p>
      <w:r>
        <w:rPr>
          <w:rFonts w:ascii="Gentium Plus" w:hAnsi="Gentium Plus"/>
          <w:sz w:val="24"/>
        </w:rPr>
        <w:t>[][Partial Letter]ε̣[Partial Letter].Ι[] []Ι πληρωμα̣ []ν̣ ἀνέχητ̣[ε] []Ι ὥσπερ η̣</w:t>
      </w:r>
    </w:p>
    <w:p>
      <w:r>
        <w:rPr>
          <w:rFonts w:ascii="Courier New" w:hAnsi="Courier New"/>
          <w:color w:val="555555"/>
          <w:sz w:val="20"/>
        </w:rPr>
        <w:t>[5]</w:t>
      </w:r>
    </w:p>
    <w:p>
      <w:r>
        <w:rPr>
          <w:rFonts w:ascii="Gentium Plus" w:hAnsi="Gentium Plus"/>
          <w:sz w:val="24"/>
        </w:rPr>
        <w:t>[]ε̣ν ἀλλη̣</w:t>
      </w:r>
    </w:p>
    <w:p>
      <w:r>
        <w:rPr>
          <w:rFonts w:ascii="Courier New" w:hAnsi="Courier New"/>
          <w:color w:val="555555"/>
          <w:sz w:val="20"/>
        </w:rPr>
        <w:t>[124 col1]</w:t>
      </w:r>
    </w:p>
    <w:p>
      <w:r>
        <w:rPr>
          <w:rFonts w:ascii="Gentium Plus" w:hAnsi="Gentium Plus"/>
          <w:sz w:val="24"/>
        </w:rPr>
        <w:t>[Διογέν]η̣ς v. Ι[] [— — — —]τρ[— — —]</w:t>
      </w:r>
    </w:p>
    <w:p>
      <w:r>
        <w:rPr>
          <w:rFonts w:ascii="Courier New" w:hAnsi="Courier New"/>
          <w:color w:val="555555"/>
          <w:sz w:val="20"/>
        </w:rPr>
        <w:t>[125 col1]</w:t>
      </w:r>
    </w:p>
    <w:p>
      <w:r>
        <w:rPr>
          <w:rFonts w:ascii="Gentium Plus" w:hAnsi="Gentium Plus"/>
          <w:sz w:val="24"/>
        </w:rPr>
        <w:t>[— — —δεῖ σε πε]ρ̣ὶ αὐτῶν [ἀκρειβῆ τε καὶ] π̣ιστὴν [σκέψιν ποιεῖσθ]αι. αἱ μὲν [γὰρ φαντασίαι] τ̣ῶν ἀπόν‐</w:t>
      </w:r>
    </w:p>
    <w:p>
      <w:r>
        <w:rPr>
          <w:rFonts w:ascii="Courier New" w:hAnsi="Courier New"/>
          <w:color w:val="555555"/>
          <w:sz w:val="20"/>
        </w:rPr>
        <w:t>[5]</w:t>
      </w:r>
    </w:p>
    <w:p>
      <w:r>
        <w:rPr>
          <w:rFonts w:ascii="Gentium Plus" w:hAnsi="Gentium Plus"/>
          <w:sz w:val="24"/>
        </w:rPr>
        <w:t>[των ἀπὸ τῆς ὄψ]εως ἐπι‐ [οῦσαι τῇ ψυχῇ] τ̣ὸν μέ‐ [γιστον τάραχο]ν παρέ‐ [χουσιν. ἂν δὲ τὸ ὅ]λ̣ον [πρᾶγμα ἀκρειβῶ]ς̣ διαθε‐</w:t>
      </w:r>
    </w:p>
    <w:p>
      <w:r>
        <w:rPr>
          <w:rFonts w:ascii="Courier New" w:hAnsi="Courier New"/>
          <w:color w:val="555555"/>
          <w:sz w:val="20"/>
        </w:rPr>
        <w:t>[10]</w:t>
      </w:r>
    </w:p>
    <w:p>
      <w:r>
        <w:rPr>
          <w:rFonts w:ascii="Gentium Plus" w:hAnsi="Gentium Plus"/>
          <w:sz w:val="24"/>
        </w:rPr>
        <w:t>[ᾷ, μαθήσει ὅτι ἀν]τ̣ικρὺς</w:t>
      </w:r>
    </w:p>
    <w:p>
      <w:r>
        <w:rPr>
          <w:rFonts w:ascii="Courier New" w:hAnsi="Courier New"/>
          <w:color w:val="555555"/>
          <w:sz w:val="20"/>
        </w:rPr>
        <w:t>[125 col2]</w:t>
      </w:r>
    </w:p>
    <w:p>
      <w:r>
        <w:rPr>
          <w:rFonts w:ascii="Gentium Plus" w:hAnsi="Gentium Plus"/>
          <w:sz w:val="24"/>
        </w:rPr>
        <w:t>ε̣ἰ̣σι το̣ιαῦται καὶ μὴ παρόντων οἷαι καὶ πα‐ ρόντ̣ων. v. ἁπταὶ γὰρ οὐ‐ κ οὖ̣σαι, διανοηταὶ δέ,</w:t>
      </w:r>
    </w:p>
    <w:p>
      <w:r>
        <w:rPr>
          <w:rFonts w:ascii="Courier New" w:hAnsi="Courier New"/>
          <w:color w:val="555555"/>
          <w:sz w:val="20"/>
        </w:rPr>
        <w:t>[5]</w:t>
      </w:r>
    </w:p>
    <w:p>
      <w:r>
        <w:rPr>
          <w:rFonts w:ascii="Gentium Plus" w:hAnsi="Gentium Plus"/>
          <w:sz w:val="24"/>
        </w:rPr>
        <w:t>τὴν̣ αὐτήν, ὅσον ἐφ’ ἑαυ‐ τα[ῖ]ς, ἔχουσι δύναμιν πρὸς̣ τοὺς παρόντας τῇ ὅτε καὶ παρόντων ἐκεί̣ν̣ων ὑφειστήκε‐</w:t>
      </w:r>
    </w:p>
    <w:p>
      <w:r>
        <w:rPr>
          <w:rFonts w:ascii="Courier New" w:hAnsi="Courier New"/>
          <w:color w:val="555555"/>
          <w:sz w:val="20"/>
        </w:rPr>
        <w:t>[10]</w:t>
      </w:r>
    </w:p>
    <w:p>
      <w:r>
        <w:rPr>
          <w:rFonts w:ascii="Gentium Plus" w:hAnsi="Gentium Plus"/>
          <w:sz w:val="24"/>
        </w:rPr>
        <w:t>σαν. v. π̣ρὸς οὖν ταῦτα,</w:t>
      </w:r>
    </w:p>
    <w:p>
      <w:r>
        <w:rPr>
          <w:rFonts w:ascii="Courier New" w:hAnsi="Courier New"/>
          <w:color w:val="555555"/>
          <w:sz w:val="20"/>
        </w:rPr>
        <w:t>[125 col3]</w:t>
      </w:r>
    </w:p>
    <w:p>
      <w:r>
        <w:rPr>
          <w:rFonts w:ascii="Gentium Plus" w:hAnsi="Gentium Plus"/>
          <w:sz w:val="24"/>
        </w:rPr>
        <w:t>ὦ μῆτερ, [θάρρει· μ]ὴ̣ γὰρ ἐπιλ[ογίσῃ τ]ὰ̣ φά‐ ζματα ἡμ[ῶν κακά]. τ̣ί‐ θει δ’ αὐτ[ὰ ὁρῶσα] κα‐</w:t>
      </w:r>
    </w:p>
    <w:p>
      <w:r>
        <w:rPr>
          <w:rFonts w:ascii="Courier New" w:hAnsi="Courier New"/>
          <w:color w:val="555555"/>
          <w:sz w:val="20"/>
        </w:rPr>
        <w:t>[5]</w:t>
      </w:r>
    </w:p>
    <w:p>
      <w:r>
        <w:rPr>
          <w:rFonts w:ascii="Gentium Plus" w:hAnsi="Gentium Plus"/>
          <w:sz w:val="24"/>
        </w:rPr>
        <w:t>θ’ ἡμέρα[ν ἀγαθ]όν τι ἡμᾶς π[ροσκ]τ̣ωμέ‐ νους εἰς [τὸ μακρ]οτέ‐</w:t>
      </w:r>
    </w:p>
    <w:p>
      <w:r>
        <w:rPr>
          <w:rFonts w:ascii="Courier New" w:hAnsi="Courier New"/>
          <w:color w:val="555555"/>
          <w:sz w:val="20"/>
        </w:rPr>
        <w:t>[10]</w:t>
      </w:r>
    </w:p>
    <w:p>
      <w:r>
        <w:rPr>
          <w:rFonts w:ascii="Gentium Plus" w:hAnsi="Gentium Plus"/>
          <w:sz w:val="24"/>
        </w:rPr>
        <w:t>κρὰ οὐδέ[ν τ’ ἀνύ]τ̣οντα</w:t>
      </w:r>
    </w:p>
    <w:p>
      <w:r>
        <w:rPr>
          <w:rFonts w:ascii="Courier New" w:hAnsi="Courier New"/>
          <w:color w:val="555555"/>
          <w:sz w:val="20"/>
        </w:rPr>
        <w:t>[125 col4]</w:t>
      </w:r>
    </w:p>
    <w:p>
      <w:r>
        <w:rPr>
          <w:rFonts w:ascii="Gentium Plus" w:hAnsi="Gentium Plus"/>
          <w:sz w:val="24"/>
        </w:rPr>
        <w:t>περιγείνεται ἡ[μ]ε̣ῖ̣ν̣ τάδ’ οἷα τὴν διάθ̣ε̣σ̣ιν̣ ἡμῶν ἰσόθεον ποιεῖ καὶ οὐδὲ διὰ τὴν θνη‐</w:t>
      </w:r>
    </w:p>
    <w:p>
      <w:r>
        <w:rPr>
          <w:rFonts w:ascii="Courier New" w:hAnsi="Courier New"/>
          <w:color w:val="555555"/>
          <w:sz w:val="20"/>
        </w:rPr>
        <w:t>[5]</w:t>
      </w:r>
    </w:p>
    <w:p>
      <w:r>
        <w:rPr>
          <w:rFonts w:ascii="Gentium Plus" w:hAnsi="Gentium Plus"/>
          <w:sz w:val="24"/>
        </w:rPr>
        <w:t>τότητα τῆς ἀφθάρτου καὶ μακαρίας φύσεως λειπομένους ἡμᾶς δείκνυσιν. v. ὅτε μὲν γὰρ ζῶμεν, ὁμοίως</w:t>
      </w:r>
    </w:p>
    <w:p>
      <w:r>
        <w:rPr>
          <w:rFonts w:ascii="Courier New" w:hAnsi="Courier New"/>
          <w:color w:val="555555"/>
          <w:sz w:val="20"/>
        </w:rPr>
        <w:t>[10]</w:t>
      </w:r>
    </w:p>
    <w:p>
      <w:r>
        <w:rPr>
          <w:rFonts w:ascii="Gentium Plus" w:hAnsi="Gentium Plus"/>
          <w:sz w:val="24"/>
        </w:rPr>
        <w:t>τοῖς θεοῖς χαίρο̣μ̣εν</w:t>
      </w:r>
    </w:p>
    <w:p>
      <w:r>
        <w:rPr>
          <w:rFonts w:ascii="Courier New" w:hAnsi="Courier New"/>
          <w:color w:val="555555"/>
          <w:sz w:val="20"/>
        </w:rPr>
        <w:t>[125 col5 (1-4)]</w:t>
      </w:r>
    </w:p>
    <w:p>
      <w:r>
        <w:rPr>
          <w:rFonts w:ascii="Gentium Plus" w:hAnsi="Gentium Plus"/>
          <w:sz w:val="24"/>
        </w:rPr>
        <w:t>broken off</w:t>
      </w:r>
    </w:p>
    <w:p>
      <w:r>
        <w:rPr>
          <w:rFonts w:ascii="Courier New" w:hAnsi="Courier New"/>
          <w:color w:val="555555"/>
          <w:sz w:val="20"/>
        </w:rPr>
        <w:t>[5]</w:t>
      </w:r>
    </w:p>
    <w:p>
      <w:r>
        <w:rPr>
          <w:rFonts w:ascii="Gentium Plus" w:hAnsi="Gentium Plus"/>
          <w:sz w:val="24"/>
        </w:rPr>
        <w:t>[Partial Letter] ν̣ [Partial Letter] τ̣ θ</w:t>
      </w:r>
    </w:p>
    <w:p>
      <w:r>
        <w:rPr>
          <w:rFonts w:ascii="Courier New" w:hAnsi="Courier New"/>
          <w:color w:val="555555"/>
          <w:sz w:val="20"/>
        </w:rPr>
        <w:t>[10]</w:t>
      </w:r>
    </w:p>
    <w:p>
      <w:r>
        <w:rPr>
          <w:rFonts w:ascii="Gentium Plus" w:hAnsi="Gentium Plus"/>
          <w:sz w:val="24"/>
        </w:rPr>
        <w:t>χ̣</w:t>
      </w:r>
    </w:p>
    <w:p>
      <w:r>
        <w:rPr>
          <w:rFonts w:ascii="Courier New" w:hAnsi="Courier New"/>
          <w:color w:val="555555"/>
          <w:sz w:val="20"/>
        </w:rPr>
        <w:t>[126 ante]</w:t>
      </w:r>
    </w:p>
    <w:p>
      <w:r>
        <w:rPr>
          <w:rFonts w:ascii="Gentium Plus" w:hAnsi="Gentium Plus"/>
          <w:sz w:val="24"/>
        </w:rPr>
        <w:t>[ἕκαστος γὰρ στερηθεὶς τῶν ἀγαθῶν λύπην λυ]—</w:t>
      </w:r>
    </w:p>
    <w:p>
      <w:r>
        <w:rPr>
          <w:rFonts w:ascii="Courier New" w:hAnsi="Courier New"/>
          <w:color w:val="555555"/>
          <w:sz w:val="20"/>
        </w:rPr>
        <w:t>[126 col1]</w:t>
      </w:r>
    </w:p>
    <w:p>
      <w:r>
        <w:rPr>
          <w:rFonts w:ascii="Gentium Plus" w:hAnsi="Gentium Plus"/>
          <w:sz w:val="24"/>
        </w:rPr>
        <w:t>[π]ή̣σ[ετα]ι̣ τὴν ἴση̣[ν, ἄν] [γ’] ἀ̣ντιλάβηται τῆς ἐλαττώσεως· ἂν μὴ αἰσθάνηται δέ, πῶς</w:t>
      </w:r>
    </w:p>
    <w:p>
      <w:r>
        <w:rPr>
          <w:rFonts w:ascii="Courier New" w:hAnsi="Courier New"/>
          <w:color w:val="555555"/>
          <w:sz w:val="20"/>
        </w:rPr>
        <w:t>[5]</w:t>
      </w:r>
    </w:p>
    <w:p>
      <w:r>
        <w:rPr>
          <w:rFonts w:ascii="Gentium Plus" w:hAnsi="Gentium Plus"/>
          <w:sz w:val="24"/>
        </w:rPr>
        <w:t>ἐλαττοῦται; v. μετὰ δὴ τοιούτων ἡμᾶς ἀ‐ γαθῶν προσδόκα, μῆ‐ τερ, χαίροντας αἰεὶ καὶ ἔπαιρε σεαυτὴν ἐφ’ οἷς</w:t>
      </w:r>
    </w:p>
    <w:p>
      <w:r>
        <w:rPr>
          <w:rFonts w:ascii="Courier New" w:hAnsi="Courier New"/>
          <w:color w:val="555555"/>
          <w:sz w:val="20"/>
        </w:rPr>
        <w:t>[10]</w:t>
      </w:r>
    </w:p>
    <w:p>
      <w:r>
        <w:rPr>
          <w:rFonts w:ascii="Gentium Plus" w:hAnsi="Gentium Plus"/>
          <w:sz w:val="24"/>
        </w:rPr>
        <w:t>π̣ράττομεν. v. τῶν</w:t>
      </w:r>
    </w:p>
    <w:p>
      <w:r>
        <w:rPr>
          <w:rFonts w:ascii="Courier New" w:hAnsi="Courier New"/>
          <w:color w:val="555555"/>
          <w:sz w:val="20"/>
        </w:rPr>
        <w:t>[126 col2]</w:t>
      </w:r>
    </w:p>
    <w:p>
      <w:r>
        <w:rPr>
          <w:rFonts w:ascii="Gentium Plus" w:hAnsi="Gentium Plus"/>
          <w:sz w:val="24"/>
        </w:rPr>
        <w:t>μ̣[έν]τ̣οι χορηγιῶν φείδου, πρὸς Διός, ὧν συνεχῶς ἡμεῖν ἀποστέλλεις. v. οὐ</w:t>
      </w:r>
    </w:p>
    <w:p>
      <w:r>
        <w:rPr>
          <w:rFonts w:ascii="Courier New" w:hAnsi="Courier New"/>
          <w:color w:val="555555"/>
          <w:sz w:val="20"/>
        </w:rPr>
        <w:t>[5]</w:t>
      </w:r>
    </w:p>
    <w:p>
      <w:r>
        <w:rPr>
          <w:rFonts w:ascii="Gentium Plus" w:hAnsi="Gentium Plus"/>
          <w:sz w:val="24"/>
        </w:rPr>
        <w:t>γὰρ σοί τι βούλομαι λείπειν, ἵν’ ἐμοὶ περιτ‐ τεύῃ, λείπειν δ’ ἐ‐ μοὶ μᾶλλον, ἵνα μὴ σοί, καίτοι γε ἀφθό̣‐</w:t>
      </w:r>
    </w:p>
    <w:p>
      <w:r>
        <w:rPr>
          <w:rFonts w:ascii="Courier New" w:hAnsi="Courier New"/>
          <w:color w:val="555555"/>
          <w:sz w:val="20"/>
        </w:rPr>
        <w:t>[10]</w:t>
      </w:r>
    </w:p>
    <w:p>
      <w:r>
        <w:rPr>
          <w:rFonts w:ascii="Gentium Plus" w:hAnsi="Gentium Plus"/>
          <w:sz w:val="24"/>
        </w:rPr>
        <w:t>νως κἀμοῦ διάγ[ον]‐</w:t>
      </w:r>
    </w:p>
    <w:p>
      <w:r>
        <w:rPr>
          <w:rFonts w:ascii="Courier New" w:hAnsi="Courier New"/>
          <w:color w:val="555555"/>
          <w:sz w:val="20"/>
        </w:rPr>
        <w:t>[126 col3]</w:t>
      </w:r>
    </w:p>
    <w:p>
      <w:r>
        <w:rPr>
          <w:rFonts w:ascii="Gentium Plus" w:hAnsi="Gentium Plus"/>
          <w:sz w:val="24"/>
        </w:rPr>
        <w:t>τος ἐν πᾶσιν, δι̣ὰ̣ τ̣[οὺς] φίλους καὶ τὸ συνεχῶ[ς] τὸν πατέρα ἡμεῖν πέμ‐ πειν ἀργύριον, v. προσφά‐</w:t>
      </w:r>
    </w:p>
    <w:p>
      <w:r>
        <w:rPr>
          <w:rFonts w:ascii="Courier New" w:hAnsi="Courier New"/>
          <w:color w:val="555555"/>
          <w:sz w:val="20"/>
        </w:rPr>
        <w:t>[5]</w:t>
      </w:r>
    </w:p>
    <w:p>
      <w:r>
        <w:rPr>
          <w:rFonts w:ascii="Gentium Plus" w:hAnsi="Gentium Plus"/>
          <w:sz w:val="24"/>
        </w:rPr>
        <w:t>τως δὲ δὴ καὶ διὰ τοῦ Κλέ‐ ωνος τὰς ἐννέα μνᾶς ἀπεσταλκότος. οὔκουν ἑκάτερον ὑμῶν ἰδίᾳ δεῖ βαρεῖσθαι δι’ ἡμᾶς, συν‐</w:t>
      </w:r>
    </w:p>
    <w:p>
      <w:r>
        <w:rPr>
          <w:rFonts w:ascii="Courier New" w:hAnsi="Courier New"/>
          <w:color w:val="555555"/>
          <w:sz w:val="20"/>
        </w:rPr>
        <w:t>[10]</w:t>
      </w:r>
    </w:p>
    <w:p>
      <w:r>
        <w:rPr>
          <w:rFonts w:ascii="Gentium Plus" w:hAnsi="Gentium Plus"/>
          <w:sz w:val="24"/>
        </w:rPr>
        <w:t>χρῆσθαι δὲ τῷ ἑτέρῳ τ̣ὸ̣ν \</w:t>
      </w:r>
    </w:p>
    <w:p>
      <w:r>
        <w:rPr>
          <w:rFonts w:ascii="Courier New" w:hAnsi="Courier New"/>
          <w:color w:val="555555"/>
          <w:sz w:val="20"/>
        </w:rPr>
        <w:t>[127 ante]</w:t>
      </w:r>
    </w:p>
    <w:p>
      <w:r>
        <w:rPr>
          <w:rFonts w:ascii="Gentium Plus" w:hAnsi="Gentium Plus"/>
          <w:sz w:val="24"/>
        </w:rPr>
        <w:t>[τῆς ἀλλο]‐</w:t>
      </w:r>
    </w:p>
    <w:p>
      <w:r>
        <w:rPr>
          <w:rFonts w:ascii="Courier New" w:hAnsi="Courier New"/>
          <w:color w:val="555555"/>
          <w:sz w:val="20"/>
        </w:rPr>
        <w:t>[127 col1]</w:t>
      </w:r>
    </w:p>
    <w:p>
      <w:r>
        <w:rPr>
          <w:rFonts w:ascii="Gentium Plus" w:hAnsi="Gentium Plus"/>
          <w:sz w:val="24"/>
        </w:rPr>
        <w:t>τριότητος οἶξ̣αι τὰ̣[ς εἰς] τὸ συνελθὸν ἡμῶν̣ [συν]‐ παθεῖς εἰσόδους, v. κα̣ὶ̣ τῶν ῥητορικῶν ἀπο‐</w:t>
      </w:r>
    </w:p>
    <w:p>
      <w:r>
        <w:rPr>
          <w:rFonts w:ascii="Courier New" w:hAnsi="Courier New"/>
          <w:color w:val="555555"/>
          <w:sz w:val="20"/>
        </w:rPr>
        <w:t>[5]</w:t>
      </w:r>
    </w:p>
    <w:p>
      <w:r>
        <w:rPr>
          <w:rFonts w:ascii="Gentium Plus" w:hAnsi="Gentium Plus"/>
          <w:sz w:val="24"/>
        </w:rPr>
        <w:t>κάμψεις λόγων ὅπως ἀκούσῃς τι τῶν ἡμεῖν ἀρεσκόντων. v. ἔνθεν σε καὶ κατελπίζομεν̣ τὴ̣ν̣ ταχίστην τὰς φι‐</w:t>
      </w:r>
    </w:p>
    <w:p>
      <w:r>
        <w:rPr>
          <w:rFonts w:ascii="Courier New" w:hAnsi="Courier New"/>
          <w:color w:val="555555"/>
          <w:sz w:val="20"/>
        </w:rPr>
        <w:t>[10]</w:t>
      </w:r>
    </w:p>
    <w:p>
      <w:r>
        <w:rPr>
          <w:rFonts w:ascii="Gentium Plus" w:hAnsi="Gentium Plus"/>
          <w:sz w:val="24"/>
        </w:rPr>
        <w:t>λοσοφίας κρούσειν θύ‐</w:t>
      </w:r>
    </w:p>
    <w:p>
      <w:r>
        <w:rPr>
          <w:rFonts w:ascii="Courier New" w:hAnsi="Courier New"/>
          <w:color w:val="555555"/>
          <w:sz w:val="20"/>
        </w:rPr>
        <w:t>[127 col2]</w:t>
      </w:r>
    </w:p>
    <w:p>
      <w:r>
        <w:rPr>
          <w:rFonts w:ascii="Gentium Plus" w:hAnsi="Gentium Plus"/>
          <w:sz w:val="24"/>
        </w:rPr>
        <w:t>[ρας]</w:t>
      </w:r>
    </w:p>
    <w:p>
      <w:r>
        <w:rPr>
          <w:rFonts w:ascii="Courier New" w:hAnsi="Courier New"/>
          <w:color w:val="555555"/>
          <w:sz w:val="20"/>
        </w:rPr>
        <w:t>[1-8]</w:t>
      </w:r>
    </w:p>
    <w:p>
      <w:r>
        <w:rPr>
          <w:rFonts w:ascii="Gentium Plus" w:hAnsi="Gentium Plus"/>
          <w:sz w:val="24"/>
        </w:rPr>
        <w:t>broken off</w:t>
      </w:r>
    </w:p>
    <w:p>
      <w:r>
        <w:rPr>
          <w:rFonts w:ascii="Courier New" w:hAnsi="Courier New"/>
          <w:color w:val="555555"/>
          <w:sz w:val="20"/>
        </w:rPr>
        <w:t>[9]</w:t>
      </w:r>
    </w:p>
    <w:p>
      <w:r>
        <w:rPr>
          <w:rFonts w:ascii="Gentium Plus" w:hAnsi="Gentium Plus"/>
          <w:sz w:val="24"/>
        </w:rPr>
        <w:t>ν̣[]</w:t>
      </w:r>
    </w:p>
    <w:p>
      <w:r>
        <w:rPr>
          <w:rFonts w:ascii="Courier New" w:hAnsi="Courier New"/>
          <w:color w:val="555555"/>
          <w:sz w:val="20"/>
        </w:rPr>
        <w:t>[10]</w:t>
      </w:r>
    </w:p>
    <w:p>
      <w:r>
        <w:rPr>
          <w:rFonts w:ascii="Gentium Plus" w:hAnsi="Gentium Plus"/>
          <w:sz w:val="24"/>
        </w:rPr>
        <w:t>σοι καὶ̣ []</w:t>
      </w:r>
    </w:p>
    <w:p>
      <w:r>
        <w:rPr>
          <w:rFonts w:ascii="Courier New" w:hAnsi="Courier New"/>
          <w:color w:val="555555"/>
          <w:sz w:val="20"/>
        </w:rPr>
        <w:t>[128 col1]</w:t>
      </w:r>
    </w:p>
    <w:p>
      <w:r>
        <w:rPr>
          <w:rFonts w:ascii="Gentium Plus" w:hAnsi="Gentium Plus"/>
          <w:sz w:val="24"/>
        </w:rPr>
        <w:t>— — — — — — — — — — — —ο̣ν̣ vac. — — — — — — — — — — —ν.ν vac. — — — — — — — — — — —ν̣ο̣.. — — — — — — — — — — — —μ̣.</w:t>
      </w:r>
    </w:p>
    <w:p>
      <w:r>
        <w:rPr>
          <w:rFonts w:ascii="Courier New" w:hAnsi="Courier New"/>
          <w:color w:val="555555"/>
          <w:sz w:val="20"/>
        </w:rPr>
        <w:t>[5-7]</w:t>
      </w:r>
    </w:p>
    <w:p>
      <w:r>
        <w:rPr>
          <w:rFonts w:ascii="Gentium Plus" w:hAnsi="Gentium Plus"/>
          <w:sz w:val="24"/>
        </w:rPr>
        <w:t>obliterated</w:t>
      </w:r>
    </w:p>
    <w:p>
      <w:r>
        <w:rPr>
          <w:rFonts w:ascii="Courier New" w:hAnsi="Courier New"/>
          <w:color w:val="555555"/>
          <w:sz w:val="20"/>
        </w:rPr>
        <w:t>[8]</w:t>
      </w:r>
    </w:p>
    <w:p>
      <w:r>
        <w:rPr>
          <w:rFonts w:ascii="Gentium Plus" w:hAnsi="Gentium Plus"/>
          <w:sz w:val="24"/>
        </w:rPr>
        <w:t>— — — — — — — — — — —η̣Ϲ— — — — — — — — — — — — — — — — — —</w:t>
      </w:r>
    </w:p>
    <w:p>
      <w:r>
        <w:rPr>
          <w:rFonts w:ascii="Courier New" w:hAnsi="Courier New"/>
          <w:color w:val="555555"/>
          <w:sz w:val="20"/>
        </w:rPr>
        <w:t>[10]</w:t>
      </w:r>
    </w:p>
    <w:p>
      <w:r>
        <w:rPr>
          <w:rFonts w:ascii="Gentium Plus" w:hAnsi="Gentium Plus"/>
          <w:sz w:val="24"/>
        </w:rPr>
        <w:t>[— — —τί οὖν κέρδος πρόσ]‐</w:t>
      </w:r>
    </w:p>
    <w:p>
      <w:r>
        <w:rPr>
          <w:rFonts w:ascii="Courier New" w:hAnsi="Courier New"/>
          <w:color w:val="555555"/>
          <w:sz w:val="20"/>
        </w:rPr>
        <w:t>[128 col2]</w:t>
      </w:r>
    </w:p>
    <w:p>
      <w:r>
        <w:rPr>
          <w:rFonts w:ascii="Gentium Plus" w:hAnsi="Gentium Plus"/>
          <w:sz w:val="24"/>
        </w:rPr>
        <w:t>εστιν, ὦ Δωσί̣[θεε, τῇ ἐπιθυ]‐ μίᾳ τῇδε τοῦ σο̣[ῦ υἱοῦ, νὴ] [τὸ]ν Διόνυσον̣; — — — — — — [γὰ]ρ̣ ἐν ἀληθε̣[ίᾳ— — — — —]</w:t>
      </w:r>
    </w:p>
    <w:p>
      <w:r>
        <w:rPr>
          <w:rFonts w:ascii="Courier New" w:hAnsi="Courier New"/>
          <w:color w:val="555555"/>
          <w:sz w:val="20"/>
        </w:rPr>
        <w:t>[5]</w:t>
      </w:r>
    </w:p>
    <w:p>
      <w:r>
        <w:rPr>
          <w:rFonts w:ascii="Gentium Plus" w:hAnsi="Gentium Plus"/>
          <w:sz w:val="24"/>
        </w:rPr>
        <w:t>.ε̣ [μ]ένειν δη— — — — — — ..Ι—c.3—Λτ̣η̣.θ̣— — — — — — .Λ— — — — — — — — — — — — — — —c.7— — —Ι— — — — — — — — — — — — — — — — — — — — —</w:t>
      </w:r>
    </w:p>
    <w:p>
      <w:r>
        <w:rPr>
          <w:rFonts w:ascii="Courier New" w:hAnsi="Courier New"/>
          <w:color w:val="555555"/>
          <w:sz w:val="20"/>
        </w:rPr>
        <w:t>[10]</w:t>
      </w:r>
    </w:p>
    <w:p>
      <w:r>
        <w:rPr>
          <w:rFonts w:ascii="Gentium Plus" w:hAnsi="Gentium Plus"/>
          <w:sz w:val="24"/>
        </w:rPr>
        <w:t>ε̣υ̣α̣Ι.τ̣ο̣[Partial Letter]— — — — — — — —</w:t>
      </w:r>
    </w:p>
    <w:p>
      <w:r>
        <w:rPr>
          <w:rFonts w:ascii="Courier New" w:hAnsi="Courier New"/>
          <w:color w:val="555555"/>
          <w:sz w:val="20"/>
        </w:rPr>
        <w:t>[129 col1]</w:t>
      </w:r>
    </w:p>
    <w:p>
      <w:r>
        <w:rPr>
          <w:rFonts w:ascii="Gentium Plus" w:hAnsi="Gentium Plus"/>
          <w:sz w:val="24"/>
        </w:rPr>
        <w:t>.Ιαρχη. v. καλῶς γὰρ ἐν̣τ̣α̣ῦ‐ θ̣α ὁ λέγων ἐρεῖ μηδὲν διαφέρειν τοῦ ἑτέρου τὸ ἕ‐ τερον. v. τοῦτο δ’ οὐκ ἔσ‐</w:t>
      </w:r>
    </w:p>
    <w:p>
      <w:r>
        <w:rPr>
          <w:rFonts w:ascii="Courier New" w:hAnsi="Courier New"/>
          <w:color w:val="555555"/>
          <w:sz w:val="20"/>
        </w:rPr>
        <w:t>[5]</w:t>
      </w:r>
    </w:p>
    <w:p>
      <w:r>
        <w:rPr>
          <w:rFonts w:ascii="Gentium Plus" w:hAnsi="Gentium Plus"/>
          <w:sz w:val="24"/>
        </w:rPr>
        <w:t>τιν εἰπεῖν ἐπὶ πενίας τε καὶ πλούτου· πολλὰ γὰρ ὁρῶμεν ἃ πλούτῳ μὲν πρόσεστι, πενίᾳ δ’ οὐ πρόσ‐ εστι, καὶ πενίᾳ μὲν πρόσ‐</w:t>
      </w:r>
    </w:p>
    <w:p>
      <w:r>
        <w:rPr>
          <w:rFonts w:ascii="Courier New" w:hAnsi="Courier New"/>
          <w:color w:val="555555"/>
          <w:sz w:val="20"/>
        </w:rPr>
        <w:t>[10]</w:t>
      </w:r>
    </w:p>
    <w:p>
      <w:r>
        <w:rPr>
          <w:rFonts w:ascii="Gentium Plus" w:hAnsi="Gentium Plus"/>
          <w:sz w:val="24"/>
        </w:rPr>
        <w:t>εστι, πλούτῳ δ’ οὐ πρόσεσ̣‐</w:t>
      </w:r>
    </w:p>
    <w:p>
      <w:r>
        <w:rPr>
          <w:rFonts w:ascii="Courier New" w:hAnsi="Courier New"/>
          <w:color w:val="555555"/>
          <w:sz w:val="20"/>
        </w:rPr>
        <w:t>[129 col2]</w:t>
      </w:r>
    </w:p>
    <w:p>
      <w:r>
        <w:rPr>
          <w:rFonts w:ascii="Gentium Plus" w:hAnsi="Gentium Plus"/>
          <w:sz w:val="24"/>
        </w:rPr>
        <w:t>τ̣[ιν.] τ̣ι[] φε γου[]</w:t>
      </w:r>
    </w:p>
    <w:p>
      <w:r>
        <w:rPr>
          <w:rFonts w:ascii="Courier New" w:hAnsi="Courier New"/>
          <w:color w:val="555555"/>
          <w:sz w:val="20"/>
        </w:rPr>
        <w:t>[5]</w:t>
      </w:r>
    </w:p>
    <w:p>
      <w:r>
        <w:rPr>
          <w:rFonts w:ascii="Gentium Plus" w:hAnsi="Gentium Plus"/>
          <w:sz w:val="24"/>
        </w:rPr>
        <w:t>αυ[] πλ[ουτ] κα̣[] πι[] ..[]</w:t>
      </w:r>
    </w:p>
    <w:p>
      <w:r>
        <w:rPr>
          <w:rFonts w:ascii="Courier New" w:hAnsi="Courier New"/>
          <w:color w:val="555555"/>
          <w:sz w:val="20"/>
        </w:rPr>
        <w:t>[10]</w:t>
      </w:r>
    </w:p>
    <w:p>
      <w:r>
        <w:rPr>
          <w:rFonts w:ascii="Gentium Plus" w:hAnsi="Gentium Plus"/>
          <w:sz w:val="24"/>
        </w:rPr>
        <w:t>broken off</w:t>
      </w:r>
    </w:p>
    <w:p>
      <w:r>
        <w:rPr>
          <w:rFonts w:ascii="Courier New" w:hAnsi="Courier New"/>
          <w:color w:val="555555"/>
          <w:sz w:val="20"/>
        </w:rPr>
        <w:t>[130 col1]</w:t>
      </w:r>
    </w:p>
    <w:p>
      <w:r>
        <w:rPr>
          <w:rFonts w:ascii="Gentium Plus" w:hAnsi="Gentium Plus"/>
          <w:sz w:val="24"/>
        </w:rPr>
        <w:t>[]ος []ν̣ vac. []ν̣ v. η [μακά]ρ̣ιον</w:t>
      </w:r>
    </w:p>
    <w:p>
      <w:r>
        <w:rPr>
          <w:rFonts w:ascii="Courier New" w:hAnsi="Courier New"/>
          <w:color w:val="555555"/>
          <w:sz w:val="20"/>
        </w:rPr>
        <w:t>[5]</w:t>
      </w:r>
    </w:p>
    <w:p>
      <w:r>
        <w:rPr>
          <w:rFonts w:ascii="Gentium Plus" w:hAnsi="Gentium Plus"/>
          <w:sz w:val="24"/>
        </w:rPr>
        <w:t>[]α̣ι vac. []ν̣υν []ο̣υν []ε̣π̣ι []ε̣ι̣ν</w:t>
      </w:r>
    </w:p>
    <w:p>
      <w:r>
        <w:rPr>
          <w:rFonts w:ascii="Courier New" w:hAnsi="Courier New"/>
          <w:color w:val="555555"/>
          <w:sz w:val="20"/>
        </w:rPr>
        <w:t>[10]</w:t>
      </w:r>
    </w:p>
    <w:p>
      <w:r>
        <w:rPr>
          <w:rFonts w:ascii="Gentium Plus" w:hAnsi="Gentium Plus"/>
          <w:sz w:val="24"/>
        </w:rPr>
        <w:t>[τουτο]ν̣ὶ</w:t>
      </w:r>
    </w:p>
    <w:p>
      <w:r>
        <w:rPr>
          <w:rFonts w:ascii="Courier New" w:hAnsi="Courier New"/>
          <w:color w:val="555555"/>
          <w:sz w:val="20"/>
        </w:rPr>
        <w:t>[130 col2]</w:t>
      </w:r>
    </w:p>
    <w:p>
      <w:r>
        <w:rPr>
          <w:rFonts w:ascii="Gentium Plus" w:hAnsi="Gentium Plus"/>
          <w:sz w:val="24"/>
        </w:rPr>
        <w:t>δὲ οὐκ ὠφε̣[λοῦσί τι], ὡς, καίπερ ἱ[λαροί, εἰσι] φοβεροί. v. ὥσ[τε, ὡς εἶ]‐ πον, ἐν παν̣[τὶ καιρῷ τοῦ]</w:t>
      </w:r>
    </w:p>
    <w:p>
      <w:r>
        <w:rPr>
          <w:rFonts w:ascii="Courier New" w:hAnsi="Courier New"/>
          <w:color w:val="555555"/>
          <w:sz w:val="20"/>
        </w:rPr>
        <w:t>[5]</w:t>
      </w:r>
    </w:p>
    <w:p>
      <w:r>
        <w:rPr>
          <w:rFonts w:ascii="Gentium Plus" w:hAnsi="Gentium Plus"/>
          <w:sz w:val="24"/>
        </w:rPr>
        <w:t>φιλοσοφεῖ̣[ν ὄντος χρη]‐ σίμου, τοῖς̣ [ἡμετέροις] καταχρῶ δ̣[όγμασιν, οὐκέ]‐ τι αὐτῶν ἀ̣[φιστάμε]‐ νος. v. καὶ τ̣[ὴν φιλοσοφί]‐</w:t>
      </w:r>
    </w:p>
    <w:p>
      <w:r>
        <w:rPr>
          <w:rFonts w:ascii="Courier New" w:hAnsi="Courier New"/>
          <w:color w:val="555555"/>
          <w:sz w:val="20"/>
        </w:rPr>
        <w:t>[10]</w:t>
      </w:r>
    </w:p>
    <w:p>
      <w:r>
        <w:rPr>
          <w:rFonts w:ascii="Gentium Plus" w:hAnsi="Gentium Plus"/>
          <w:sz w:val="24"/>
        </w:rPr>
        <w:t>αν τοσοῦ̣[τον]</w:t>
      </w:r>
    </w:p>
    <w:p>
      <w:r>
        <w:rPr>
          <w:rFonts w:ascii="Courier New" w:hAnsi="Courier New"/>
          <w:color w:val="555555"/>
          <w:sz w:val="20"/>
        </w:rPr>
        <w:t>[131 col1]</w:t>
      </w:r>
    </w:p>
    <w:p>
      <w:r>
        <w:rPr>
          <w:rFonts w:ascii="Gentium Plus" w:hAnsi="Gentium Plus"/>
          <w:sz w:val="24"/>
        </w:rPr>
        <w:t>— — — — — — — — — — — — — — — — — — —c.9— — — —[Partial Letter]Ι[Partial Letter]— —c.3—[Partial Letter]—c.2— — —c.4— —Δ...ν̣ δι’ ἄλλων̣ vac. — —c.4— —α̣υ̣τα̣ς v. Ε[Partial Letter]Ζομε—</w:t>
      </w:r>
    </w:p>
    <w:p>
      <w:r>
        <w:rPr>
          <w:rFonts w:ascii="Courier New" w:hAnsi="Courier New"/>
          <w:color w:val="555555"/>
          <w:sz w:val="20"/>
        </w:rPr>
        <w:t>[5]</w:t>
      </w:r>
    </w:p>
    <w:p>
      <w:r>
        <w:rPr>
          <w:rFonts w:ascii="Gentium Plus" w:hAnsi="Gentium Plus"/>
          <w:sz w:val="24"/>
        </w:rPr>
        <w:t>— —c.4— —[Partial Letter] Δειτονδοιων vac. — — — — —c.10— — — —Ιο— — —c.5— — ταΙακ̣ιΛ...κ̣α̣τ̣ΙΙ.α̣ vac. (?) — — — — — —c.11— — — — —τΙ— —c.4— — τα̣Ϲ..μ̣— — —c.6— — —Γνο vac. (?)</w:t>
      </w:r>
    </w:p>
    <w:p>
      <w:r>
        <w:rPr>
          <w:rFonts w:ascii="Courier New" w:hAnsi="Courier New"/>
          <w:color w:val="555555"/>
          <w:sz w:val="20"/>
        </w:rPr>
        <w:t>[10]</w:t>
      </w:r>
    </w:p>
    <w:p>
      <w:r>
        <w:rPr>
          <w:rFonts w:ascii="Gentium Plus" w:hAnsi="Gentium Plus"/>
          <w:sz w:val="24"/>
        </w:rPr>
        <w:t>.[Partial Letter].[Partial Letter][Partial Letter][Partial Letter][Partial Letter]v.v. (?) εἰ μὲν οὖ̣ν̣</w:t>
      </w:r>
    </w:p>
    <w:p>
      <w:r>
        <w:rPr>
          <w:rFonts w:ascii="Courier New" w:hAnsi="Courier New"/>
          <w:color w:val="555555"/>
          <w:sz w:val="20"/>
        </w:rPr>
        <w:t>[132 col1 (1-2)]</w:t>
      </w:r>
    </w:p>
    <w:p>
      <w:r>
        <w:rPr>
          <w:rFonts w:ascii="Gentium Plus" w:hAnsi="Gentium Plus"/>
          <w:sz w:val="24"/>
        </w:rPr>
        <w:t>broken off</w:t>
      </w:r>
    </w:p>
    <w:p>
      <w:r>
        <w:rPr>
          <w:rFonts w:ascii="Courier New" w:hAnsi="Courier New"/>
          <w:color w:val="555555"/>
          <w:sz w:val="20"/>
        </w:rPr>
        <w:t>[3]</w:t>
      </w:r>
    </w:p>
    <w:p>
      <w:r>
        <w:rPr>
          <w:rFonts w:ascii="Gentium Plus" w:hAnsi="Gentium Plus"/>
          <w:sz w:val="24"/>
        </w:rPr>
        <w:t>[ ].ο̣[] [ ][Partial Letter]εντ̣[]</w:t>
      </w:r>
    </w:p>
    <w:p>
      <w:r>
        <w:rPr>
          <w:rFonts w:ascii="Courier New" w:hAnsi="Courier New"/>
          <w:color w:val="555555"/>
          <w:sz w:val="20"/>
        </w:rPr>
        <w:t>[5]</w:t>
      </w:r>
    </w:p>
    <w:p>
      <w:r>
        <w:rPr>
          <w:rFonts w:ascii="Gentium Plus" w:hAnsi="Gentium Plus"/>
          <w:sz w:val="24"/>
        </w:rPr>
        <w:t>[ ]τοΠ[] [ ]Ισιον εὐμ[Partial Letter][] [ ]αὖ χάριν δο[Partial Letter][] [ ]ῳ̣ ἂν ἀνθρωπ̣[] [ ]ουν τὸ φυσι[κόν]</w:t>
      </w:r>
    </w:p>
    <w:p>
      <w:r>
        <w:rPr>
          <w:rFonts w:ascii="Courier New" w:hAnsi="Courier New"/>
          <w:color w:val="555555"/>
          <w:sz w:val="20"/>
        </w:rPr>
        <w:t>[10]</w:t>
      </w:r>
    </w:p>
    <w:p>
      <w:r>
        <w:rPr>
          <w:rFonts w:ascii="Gentium Plus" w:hAnsi="Gentium Plus"/>
          <w:sz w:val="24"/>
        </w:rPr>
        <w:t>[ ]Ϲ̣Ι̣ v. (?) καὶ μ̣[Partial Letter][]</w:t>
      </w:r>
    </w:p>
    <w:p>
      <w:r>
        <w:rPr>
          <w:rFonts w:ascii="Courier New" w:hAnsi="Courier New"/>
          <w:color w:val="555555"/>
          <w:sz w:val="20"/>
        </w:rPr>
        <w:t>[133 col1]</w:t>
      </w:r>
    </w:p>
    <w:p>
      <w:r>
        <w:rPr>
          <w:rFonts w:ascii="Gentium Plus" w:hAnsi="Gentium Plus"/>
          <w:sz w:val="24"/>
        </w:rPr>
        <w:t>[]ΙΙ[Partial Letter] [— — —τὸν ἐλάχιστ]ο̣ν πό‐ [νον πάσχεις καὶ— — —][Partial Letter]</w:t>
      </w:r>
    </w:p>
    <w:p>
      <w:r>
        <w:rPr>
          <w:rFonts w:ascii="Courier New" w:hAnsi="Courier New"/>
          <w:color w:val="555555"/>
          <w:sz w:val="20"/>
        </w:rPr>
        <w:t>[9]</w:t>
      </w:r>
    </w:p>
    <w:p>
      <w:r>
        <w:rPr>
          <w:rFonts w:ascii="Gentium Plus" w:hAnsi="Gentium Plus"/>
          <w:sz w:val="24"/>
        </w:rPr>
        <w:t>[]Ι[—c.2?—τὴν]</w:t>
      </w:r>
    </w:p>
    <w:p>
      <w:r>
        <w:rPr>
          <w:rFonts w:ascii="Courier New" w:hAnsi="Courier New"/>
          <w:color w:val="555555"/>
          <w:sz w:val="20"/>
        </w:rPr>
        <w:t>[10]</w:t>
      </w:r>
    </w:p>
    <w:p>
      <w:r>
        <w:rPr>
          <w:rFonts w:ascii="Gentium Plus" w:hAnsi="Gentium Plus"/>
          <w:sz w:val="24"/>
        </w:rPr>
        <w:t>τ̣α̣χ̣ίστην φο̣ρ̣εῖς ἡ̣[δο\</w:t>
      </w:r>
    </w:p>
    <w:p>
      <w:r>
        <w:rPr>
          <w:rFonts w:ascii="Courier New" w:hAnsi="Courier New"/>
          <w:color w:val="555555"/>
          <w:sz w:val="20"/>
        </w:rPr>
        <w:t>[134 col1]</w:t>
      </w:r>
    </w:p>
    <w:p>
      <w:r>
        <w:rPr>
          <w:rFonts w:ascii="Gentium Plus" w:hAnsi="Gentium Plus"/>
          <w:sz w:val="24"/>
        </w:rPr>
        <w:t>[]Γε [][Partial Letter]ις [φο]βου</w:t>
      </w:r>
    </w:p>
    <w:p>
      <w:r>
        <w:rPr>
          <w:rFonts w:ascii="Courier New" w:hAnsi="Courier New"/>
          <w:color w:val="555555"/>
          <w:sz w:val="20"/>
        </w:rPr>
        <w:t>[134 col2]</w:t>
      </w:r>
    </w:p>
    <w:p>
      <w:r>
        <w:rPr>
          <w:rFonts w:ascii="Gentium Plus" w:hAnsi="Gentium Plus"/>
          <w:sz w:val="24"/>
        </w:rPr>
        <w:t>κ[Partial Letter][] χι[Partial Letter][]</w:t>
      </w:r>
    </w:p>
    <w:p>
      <w:r>
        <w:rPr>
          <w:rFonts w:ascii="Courier New" w:hAnsi="Courier New"/>
          <w:color w:val="555555"/>
          <w:sz w:val="20"/>
        </w:rPr>
        <w:t>[135 col1]</w:t>
      </w:r>
    </w:p>
    <w:p>
      <w:r>
        <w:rPr>
          <w:rFonts w:ascii="Gentium Plus" w:hAnsi="Gentium Plus"/>
          <w:sz w:val="24"/>
        </w:rPr>
        <w:t>[ ]ἐ̣νθεν[Partial Letter][] [ ]λλεχ̣[]</w:t>
      </w:r>
    </w:p>
    <w:p>
      <w:r>
        <w:rPr>
          <w:rFonts w:ascii="Courier New" w:hAnsi="Courier New"/>
          <w:color w:val="555555"/>
          <w:sz w:val="20"/>
        </w:rPr>
        <w:t>[137 col1]</w:t>
      </w:r>
    </w:p>
    <w:p>
      <w:r>
        <w:rPr>
          <w:rFonts w:ascii="Gentium Plus" w:hAnsi="Gentium Plus"/>
          <w:sz w:val="24"/>
        </w:rPr>
        <w:t>[Dividers of other Forms]Διογένο[υς τοῦ Οἰνο]‐ [ανδέω]ς̣ σ̣υ̣ν̣ε̣ι̣π̣[όντος τῷ γήρᾳ] [ἐπιτομή].</w:t>
      </w:r>
    </w:p>
    <w:p>
      <w:r>
        <w:rPr>
          <w:rFonts w:ascii="Courier New" w:hAnsi="Courier New"/>
          <w:color w:val="555555"/>
          <w:sz w:val="20"/>
        </w:rPr>
        <w:t>[138 col1]</w:t>
      </w:r>
    </w:p>
    <w:p>
      <w:r>
        <w:rPr>
          <w:rFonts w:ascii="Gentium Plus" w:hAnsi="Gentium Plus"/>
          <w:sz w:val="24"/>
        </w:rPr>
        <w:t>πολλάκις, ὦ νέοι, νὴ τὸν Ἡρακλέα, καὶ ἠγανάκτησα πρὸς τοὺς οὐδέπω</w:t>
      </w:r>
    </w:p>
    <w:p>
      <w:r>
        <w:rPr>
          <w:rFonts w:ascii="Courier New" w:hAnsi="Courier New"/>
          <w:color w:val="555555"/>
          <w:sz w:val="20"/>
        </w:rPr>
        <w:t>[5]</w:t>
      </w:r>
    </w:p>
    <w:p>
      <w:r>
        <w:rPr>
          <w:rFonts w:ascii="Gentium Plus" w:hAnsi="Gentium Plus"/>
          <w:sz w:val="24"/>
        </w:rPr>
        <w:t>μ̣ὲ̣ν̣ γ̣εγ̣ηρ̣α̣κ̣ό̣τας, [ἤδη δὲ νομίζοντας] [ἑαυτοὺς δικαίους] [εἶναι μεγάλα ἐν]‐ [κλήματα ἐπιφέρειν]</w:t>
      </w:r>
    </w:p>
    <w:p>
      <w:r>
        <w:rPr>
          <w:rFonts w:ascii="Courier New" w:hAnsi="Courier New"/>
          <w:color w:val="555555"/>
          <w:sz w:val="20"/>
        </w:rPr>
        <w:t>[10]</w:t>
      </w:r>
    </w:p>
    <w:p>
      <w:r>
        <w:rPr>
          <w:rFonts w:ascii="Gentium Plus" w:hAnsi="Gentium Plus"/>
          <w:sz w:val="24"/>
        </w:rPr>
        <w:t>[τῷ γήρᾳ, ὡς πολλὰ] [κακὰ τοῖς ἀνθρώ]‐ [ποις ἐπάγοντι]— — — — — — — — — — — — — — — — — — — — — — — — —</w:t>
      </w:r>
    </w:p>
    <w:p>
      <w:r>
        <w:rPr>
          <w:rFonts w:ascii="Courier New" w:hAnsi="Courier New"/>
          <w:color w:val="555555"/>
          <w:sz w:val="20"/>
        </w:rPr>
        <w:t>[15]</w:t>
      </w:r>
    </w:p>
    <w:p>
      <w:r>
        <w:rPr>
          <w:rFonts w:ascii="Gentium Plus" w:hAnsi="Gentium Plus"/>
          <w:sz w:val="24"/>
        </w:rPr>
        <w:t>— — — — — — — — — — — — — — — — — — — — — — — — — — — — —[εἰσὶ δ’] [οἳ τυνχάνουσι μακρο]‐</w:t>
      </w:r>
    </w:p>
    <w:p>
      <w:r>
        <w:rPr>
          <w:rFonts w:ascii="Courier New" w:hAnsi="Courier New"/>
          <w:color w:val="555555"/>
          <w:sz w:val="20"/>
        </w:rPr>
        <w:t>[138 col2]</w:t>
      </w:r>
    </w:p>
    <w:p>
      <w:r>
        <w:rPr>
          <w:rFonts w:ascii="Gentium Plus" w:hAnsi="Gentium Plus"/>
          <w:sz w:val="24"/>
        </w:rPr>
        <w:t>τέρως οὕτως ἐν παι‐ δείᾳ προβεβηκότες ὡς μὴ μόνον ἐπαινεῖν τὸν ποιη̣τὴν̣ Ἡσίοδο[ν]</w:t>
      </w:r>
    </w:p>
    <w:p>
      <w:r>
        <w:rPr>
          <w:rFonts w:ascii="Courier New" w:hAnsi="Courier New"/>
          <w:color w:val="555555"/>
          <w:sz w:val="20"/>
        </w:rPr>
        <w:t>[5]</w:t>
      </w:r>
    </w:p>
    <w:p>
      <w:r>
        <w:rPr>
          <w:rFonts w:ascii="Gentium Plus" w:hAnsi="Gentium Plus"/>
          <w:sz w:val="24"/>
        </w:rPr>
        <w:t>[λ]έ̣γ̣[οντα “κακῷ ἐπὶ γή]‐ [ραος οὐδῷ”, ἀλλὰ καὶ πα]‐ [ρατίθεσθαι τοὺς τοῦ] [— — — — — — —λόγους]</w:t>
      </w:r>
    </w:p>
    <w:p>
      <w:r>
        <w:rPr>
          <w:rFonts w:ascii="Courier New" w:hAnsi="Courier New"/>
          <w:color w:val="555555"/>
          <w:sz w:val="20"/>
        </w:rPr>
        <w:t>[139 col1]</w:t>
      </w:r>
    </w:p>
    <w:p>
      <w:r>
        <w:rPr>
          <w:rFonts w:ascii="Gentium Plus" w:hAnsi="Gentium Plus"/>
          <w:sz w:val="24"/>
        </w:rPr>
        <w:t>[— —c.4— —]ανειν αὐτοὺς [ὡς τὸ]ν̣ Κλέοβιν καὶ τὸν</w:t>
      </w:r>
    </w:p>
    <w:p>
      <w:r>
        <w:rPr>
          <w:rFonts w:ascii="Courier New" w:hAnsi="Courier New"/>
          <w:color w:val="555555"/>
          <w:sz w:val="20"/>
        </w:rPr>
        <w:t>[5]</w:t>
      </w:r>
    </w:p>
    <w:p>
      <w:r>
        <w:rPr>
          <w:rFonts w:ascii="Gentium Plus" w:hAnsi="Gentium Plus"/>
          <w:sz w:val="24"/>
        </w:rPr>
        <w:t>[χητε] τ̣οῖς πολλοῖ̣ς̣ κ̣αὶ̣</w:t>
      </w:r>
    </w:p>
    <w:p>
      <w:r>
        <w:rPr>
          <w:rFonts w:ascii="Courier New" w:hAnsi="Courier New"/>
          <w:color w:val="555555"/>
          <w:sz w:val="20"/>
        </w:rPr>
        <w:t>[140 col1 (14)]</w:t>
      </w:r>
    </w:p>
    <w:p>
      <w:r>
        <w:rPr>
          <w:rFonts w:ascii="Gentium Plus" w:hAnsi="Gentium Plus"/>
          <w:sz w:val="24"/>
        </w:rPr>
        <w:t>[ἁρ]π̣άζειν</w:t>
      </w:r>
    </w:p>
    <w:p>
      <w:r>
        <w:rPr>
          <w:rFonts w:ascii="Courier New" w:hAnsi="Courier New"/>
          <w:color w:val="555555"/>
          <w:sz w:val="20"/>
        </w:rPr>
        <w:t>[15]</w:t>
      </w:r>
    </w:p>
    <w:p>
      <w:r>
        <w:rPr>
          <w:rFonts w:ascii="Gentium Plus" w:hAnsi="Gentium Plus"/>
          <w:sz w:val="24"/>
        </w:rPr>
        <w:t>[ οὐδ]έν ποτ̣[ε] [ἀ]νανκ[] [τ]ὸ̣ μὴ γε[νέσθαι] []δικε̣[]</w:t>
      </w:r>
    </w:p>
    <w:p>
      <w:r>
        <w:rPr>
          <w:rFonts w:ascii="Courier New" w:hAnsi="Courier New"/>
          <w:color w:val="555555"/>
          <w:sz w:val="20"/>
        </w:rPr>
        <w:t>[141 col1 (14)]</w:t>
      </w:r>
    </w:p>
    <w:p>
      <w:r>
        <w:rPr>
          <w:rFonts w:ascii="Gentium Plus" w:hAnsi="Gentium Plus"/>
          <w:sz w:val="24"/>
        </w:rPr>
        <w:t>— —c.3—ω̣ς “εὐδ[έμ]εν[αι μα]‐</w:t>
      </w:r>
    </w:p>
    <w:p>
      <w:r>
        <w:rPr>
          <w:rFonts w:ascii="Courier New" w:hAnsi="Courier New"/>
          <w:color w:val="555555"/>
          <w:sz w:val="20"/>
        </w:rPr>
        <w:t>[15]</w:t>
      </w:r>
    </w:p>
    <w:p>
      <w:r>
        <w:rPr>
          <w:rFonts w:ascii="Gentium Plus" w:hAnsi="Gentium Plus"/>
          <w:sz w:val="24"/>
        </w:rPr>
        <w:t>[λακ]ῶ̣ς· ἡ γὰρ δίκη ἐ[στὶ γε]‐</w:t>
      </w:r>
    </w:p>
    <w:p>
      <w:r>
        <w:rPr>
          <w:rFonts w:ascii="Courier New" w:hAnsi="Courier New"/>
          <w:color w:val="555555"/>
          <w:sz w:val="20"/>
        </w:rPr>
        <w:t>[142 col1 (14)]</w:t>
      </w:r>
    </w:p>
    <w:p>
      <w:r>
        <w:rPr>
          <w:rFonts w:ascii="Gentium Plus" w:hAnsi="Gentium Plus"/>
          <w:sz w:val="24"/>
        </w:rPr>
        <w:t>[]τ̣ου</w:t>
      </w:r>
    </w:p>
    <w:p>
      <w:r>
        <w:rPr>
          <w:rFonts w:ascii="Courier New" w:hAnsi="Courier New"/>
          <w:color w:val="555555"/>
          <w:sz w:val="20"/>
        </w:rPr>
        <w:t>[15]</w:t>
      </w:r>
    </w:p>
    <w:p>
      <w:r>
        <w:rPr>
          <w:rFonts w:ascii="Gentium Plus" w:hAnsi="Gentium Plus"/>
          <w:sz w:val="24"/>
        </w:rPr>
        <w:t>[][Partial Letter]ει [καὶ γὰρ λέγουσι]ν [οἱ ποιηταὶ τὸν γεγη]‐ [ρακότα, καίπερ οὐ]</w:t>
      </w:r>
    </w:p>
    <w:p>
      <w:r>
        <w:rPr>
          <w:rFonts w:ascii="Courier New" w:hAnsi="Courier New"/>
          <w:color w:val="555555"/>
          <w:sz w:val="20"/>
        </w:rPr>
        <w:t>[142 col2]</w:t>
      </w:r>
    </w:p>
    <w:p>
      <w:r>
        <w:rPr>
          <w:rFonts w:ascii="Gentium Plus" w:hAnsi="Gentium Plus"/>
          <w:sz w:val="24"/>
        </w:rPr>
        <w:t>[δυνάμε]νον χρήσι‐ [μον εἶναι] τ̣ῷ σώματι, [νικᾶν λό]γ̣οις. προσπε‐ [σὼν τοίν]υ̣ν εἰς παρα̣ί̣‐</w:t>
      </w:r>
    </w:p>
    <w:p>
      <w:r>
        <w:rPr>
          <w:rFonts w:ascii="Courier New" w:hAnsi="Courier New"/>
          <w:color w:val="555555"/>
          <w:sz w:val="20"/>
        </w:rPr>
        <w:t>[5]</w:t>
      </w:r>
    </w:p>
    <w:p>
      <w:r>
        <w:rPr>
          <w:rFonts w:ascii="Gentium Plus" w:hAnsi="Gentium Plus"/>
          <w:sz w:val="24"/>
        </w:rPr>
        <w:t>[νεσιν τῆ]ς̣ ἀ̣ρ̣ί̣σ̣τη̣ς̣</w:t>
      </w:r>
    </w:p>
    <w:p>
      <w:r>
        <w:rPr>
          <w:rFonts w:ascii="Courier New" w:hAnsi="Courier New"/>
          <w:color w:val="555555"/>
          <w:sz w:val="20"/>
        </w:rPr>
        <w:t>[10]</w:t>
      </w:r>
    </w:p>
    <w:p>
      <w:r>
        <w:rPr>
          <w:rFonts w:ascii="Gentium Plus" w:hAnsi="Gentium Plus"/>
          <w:sz w:val="24"/>
        </w:rPr>
        <w:t>[“ἦ μὰν αὖτ’ ἀγορῇ νικᾷς], [γέρον, υἷας Ἀχαιῶν”]· [πρὸ δὲ τῆς ἀγορᾶς ὁ] [βασιλεύς, ὡς λέγει] [Dividers of other Forms]ὁ αὐτὸς Ὅ[μηρος],</w:t>
      </w:r>
    </w:p>
    <w:p>
      <w:r>
        <w:rPr>
          <w:rFonts w:ascii="Courier New" w:hAnsi="Courier New"/>
          <w:color w:val="555555"/>
          <w:sz w:val="20"/>
        </w:rPr>
        <w:t>[15]</w:t>
      </w:r>
    </w:p>
    <w:p>
      <w:r>
        <w:rPr>
          <w:rFonts w:ascii="Gentium Plus" w:hAnsi="Gentium Plus"/>
          <w:sz w:val="24"/>
        </w:rPr>
        <w:t>“βουλὴν δ[ὲ πρῶτον] μεγαθύμ̣[ων ἷζε γε]‐ [Dividers of other Forms]ρόντων.” [ἄλλοι δ’ εἰσί] “γήραι δὴ π̣[ολέμοιο]</w:t>
      </w:r>
    </w:p>
    <w:p>
      <w:r>
        <w:rPr>
          <w:rFonts w:ascii="Courier New" w:hAnsi="Courier New"/>
          <w:color w:val="555555"/>
          <w:sz w:val="20"/>
        </w:rPr>
        <w:t>[142 col3]</w:t>
      </w:r>
    </w:p>
    <w:p>
      <w:r>
        <w:rPr>
          <w:rFonts w:ascii="Gentium Plus" w:hAnsi="Gentium Plus"/>
          <w:sz w:val="24"/>
        </w:rPr>
        <w:t>πεπαυ[μένοι, ἀλλ’ ἀ]‐ [Dividers of other Forms]γορητ[αὶ ἐσθλοί.” τῷ] δὲ τοῦ [Ὁμήρου λόγῳ] προστ̣[ίθεται ὁ τοῦ]</w:t>
      </w:r>
    </w:p>
    <w:p>
      <w:r>
        <w:rPr>
          <w:rFonts w:ascii="Courier New" w:hAnsi="Courier New"/>
          <w:color w:val="555555"/>
          <w:sz w:val="20"/>
        </w:rPr>
        <w:t>[5]</w:t>
      </w:r>
    </w:p>
    <w:p>
      <w:r>
        <w:rPr>
          <w:rFonts w:ascii="Gentium Plus" w:hAnsi="Gentium Plus"/>
          <w:sz w:val="24"/>
        </w:rPr>
        <w:t>τραγῳ̣[δοποιοῦ Σοφο]‐</w:t>
      </w:r>
    </w:p>
    <w:p>
      <w:r>
        <w:rPr>
          <w:rFonts w:ascii="Courier New" w:hAnsi="Courier New"/>
          <w:color w:val="555555"/>
          <w:sz w:val="20"/>
        </w:rPr>
        <w:t>[143 col1 (14)]</w:t>
      </w:r>
    </w:p>
    <w:p>
      <w:r>
        <w:rPr>
          <w:rFonts w:ascii="Gentium Plus" w:hAnsi="Gentium Plus"/>
          <w:sz w:val="24"/>
        </w:rPr>
        <w:t>— — —c.7— —[Partial Letter][Partial Letter]ψω[Partial Letter]Ι—c.2—[Partial Letter]—c.2—</w:t>
      </w:r>
    </w:p>
    <w:p>
      <w:r>
        <w:rPr>
          <w:rFonts w:ascii="Courier New" w:hAnsi="Courier New"/>
          <w:color w:val="555555"/>
          <w:sz w:val="20"/>
        </w:rPr>
        <w:t>[15]</w:t>
      </w:r>
    </w:p>
    <w:p>
      <w:r>
        <w:rPr>
          <w:rFonts w:ascii="Gentium Plus" w:hAnsi="Gentium Plus"/>
          <w:sz w:val="24"/>
        </w:rPr>
        <w:t>— — —c.7— —ν ὅπλοις οὐ‐ [δαμῶς ἱκ]α̣νοῖς ἐπὶ Πη‐ [λείδου πά]θη καὶ ἐπίφυ‐ [σιν ταύτ]η̣ς τῆς ὀργῆς</w:t>
      </w:r>
    </w:p>
    <w:p>
      <w:r>
        <w:rPr>
          <w:rFonts w:ascii="Courier New" w:hAnsi="Courier New"/>
          <w:color w:val="555555"/>
          <w:sz w:val="20"/>
        </w:rPr>
        <w:t>[143 col2 (13)]</w:t>
      </w:r>
    </w:p>
    <w:p>
      <w:r>
        <w:rPr>
          <w:rFonts w:ascii="Gentium Plus" w:hAnsi="Gentium Plus"/>
          <w:sz w:val="24"/>
        </w:rPr>
        <w:t>[εἰ δὲ δεῖ τινα ἀμύ]‐ [Dividers of other Forms]νεσθ̣[αι, ὡς λέγει ὁ]</w:t>
      </w:r>
    </w:p>
    <w:p>
      <w:r>
        <w:rPr>
          <w:rFonts w:ascii="Courier New" w:hAnsi="Courier New"/>
          <w:color w:val="555555"/>
          <w:sz w:val="20"/>
        </w:rPr>
        <w:t>[15]</w:t>
      </w:r>
    </w:p>
    <w:p>
      <w:r>
        <w:rPr>
          <w:rFonts w:ascii="Gentium Plus" w:hAnsi="Gentium Plus"/>
          <w:sz w:val="24"/>
        </w:rPr>
        <w:t>μελο[ποιὸς Ἀλκμάν, ἔσ]‐ τιν ἀρ̣[ετὴ χρῆσθαι] [Dividers of other Forms]λόγοι[ς μᾶλλον ἢ βίᾳ]. ἐγὼ γὰ̣[ρ]</w:t>
      </w:r>
    </w:p>
    <w:p>
      <w:r>
        <w:rPr>
          <w:rFonts w:ascii="Courier New" w:hAnsi="Courier New"/>
          <w:color w:val="555555"/>
          <w:sz w:val="20"/>
        </w:rPr>
        <w:t>[144 ante]</w:t>
      </w:r>
    </w:p>
    <w:p>
      <w:r>
        <w:rPr>
          <w:rFonts w:ascii="Gentium Plus" w:hAnsi="Gentium Plus"/>
          <w:sz w:val="24"/>
        </w:rPr>
        <w:t>[ἐπὶ]</w:t>
      </w:r>
    </w:p>
    <w:p>
      <w:r>
        <w:rPr>
          <w:rFonts w:ascii="Courier New" w:hAnsi="Courier New"/>
          <w:color w:val="555555"/>
          <w:sz w:val="20"/>
        </w:rPr>
        <w:t>[144 col1]</w:t>
      </w:r>
    </w:p>
    <w:p>
      <w:r>
        <w:rPr>
          <w:rFonts w:ascii="Gentium Plus" w:hAnsi="Gentium Plus"/>
          <w:sz w:val="24"/>
        </w:rPr>
        <w:t>[τὸ χ]εῖρον. vacat [τ]ὰ δ̣ὲ βηχ̣ικὰ πάθη μό‐ [γι]ς̣ ὄ̣[χ]λ̣ον τιν[ὰ παρέ]‐ [χει] τ[ῷ] μα[κρονοσοῦντι]</w:t>
      </w:r>
    </w:p>
    <w:p>
      <w:r>
        <w:rPr>
          <w:rFonts w:ascii="Courier New" w:hAnsi="Courier New"/>
          <w:color w:val="555555"/>
          <w:sz w:val="20"/>
        </w:rPr>
        <w:t>[145 col1 (5)]</w:t>
      </w:r>
    </w:p>
    <w:p>
      <w:r>
        <w:rPr>
          <w:rFonts w:ascii="Gentium Plus" w:hAnsi="Gentium Plus"/>
          <w:sz w:val="24"/>
        </w:rPr>
        <w:t>[περὶ] [δὲ τοιούτων ζητεῖν ἤ]‐ δη μοι πρόκειται, καὶ τό γε πρῶτον εὐθέως [Dividers of other Forms]ἐκεῖνό ἐστιν. vacat</w:t>
      </w:r>
    </w:p>
    <w:p>
      <w:r>
        <w:rPr>
          <w:rFonts w:ascii="Courier New" w:hAnsi="Courier New"/>
          <w:color w:val="555555"/>
          <w:sz w:val="20"/>
        </w:rPr>
        <w:t>[10]</w:t>
      </w:r>
    </w:p>
    <w:p>
      <w:r>
        <w:rPr>
          <w:rFonts w:ascii="Gentium Plus" w:hAnsi="Gentium Plus"/>
          <w:sz w:val="24"/>
        </w:rPr>
        <w:t>εἰ μέν τις τὰς ἀμαυ‐ ρώσεις τῶν γερόντων τυφλώσεις λέγει, συν‐ αιτιατ̣ϹΙ Ια̣ΙΙΤΡΕΙκοιμη</w:t>
      </w:r>
    </w:p>
    <w:p>
      <w:r>
        <w:rPr>
          <w:rFonts w:ascii="Courier New" w:hAnsi="Courier New"/>
          <w:color w:val="555555"/>
          <w:sz w:val="20"/>
        </w:rPr>
        <w:t>[145 col2 (6)]</w:t>
      </w:r>
    </w:p>
    <w:p>
      <w:r>
        <w:rPr>
          <w:rFonts w:ascii="Gentium Plus" w:hAnsi="Gentium Plus"/>
          <w:sz w:val="24"/>
        </w:rPr>
        <w:t>Ι..ΙΙ— — — — — — — — — —</w:t>
      </w:r>
    </w:p>
    <w:p>
      <w:r>
        <w:rPr>
          <w:rFonts w:ascii="Courier New" w:hAnsi="Courier New"/>
          <w:color w:val="555555"/>
          <w:sz w:val="20"/>
        </w:rPr>
        <w:t>[10]</w:t>
      </w:r>
    </w:p>
    <w:p>
      <w:r>
        <w:rPr>
          <w:rFonts w:ascii="Gentium Plus" w:hAnsi="Gentium Plus"/>
          <w:sz w:val="24"/>
        </w:rPr>
        <w:t>τι βουλομένου̣[ς οὐ δύ]‐ [Dividers of other Forms]ν̣α̣σθα̣ι· v. κοινὸν̣ [γὰρ] πρὸς τοὺς ν̣έο[υς ἐσ]‐ τ̣ί̣. καὶ γὰρ τ̣ὸ̣ σ̣π̣[ανίως] [συμβαῖνον]</w:t>
      </w:r>
    </w:p>
    <w:p>
      <w:r>
        <w:rPr>
          <w:rFonts w:ascii="Courier New" w:hAnsi="Courier New"/>
          <w:color w:val="555555"/>
          <w:sz w:val="20"/>
        </w:rPr>
        <w:t>[146 ante]</w:t>
      </w:r>
    </w:p>
    <w:p>
      <w:r>
        <w:rPr>
          <w:rFonts w:ascii="Gentium Plus" w:hAnsi="Gentium Plus"/>
          <w:sz w:val="24"/>
        </w:rPr>
        <w:t>[οἱ δὲ γέροντες οὐκ ἀγανακτοῦσι πρὸς τὴν παραβο]‐</w:t>
      </w:r>
    </w:p>
    <w:p>
      <w:r>
        <w:rPr>
          <w:rFonts w:ascii="Courier New" w:hAnsi="Courier New"/>
          <w:color w:val="555555"/>
          <w:sz w:val="20"/>
        </w:rPr>
        <w:t>[146 col1]</w:t>
      </w:r>
    </w:p>
    <w:p>
      <w:r>
        <w:rPr>
          <w:rFonts w:ascii="Gentium Plus" w:hAnsi="Gentium Plus"/>
          <w:sz w:val="24"/>
        </w:rPr>
        <w:t>[λὴν ἐκ τοῦ] ἐλέφαντος [διὰ τὴν ὑπε]ρβραδυκει‐ [νησίαν το]ῦ σ̣ώματος, [ὡς οἶμαι ἔγ]ω̣γε, εἰ καὶ κα‐</w:t>
      </w:r>
    </w:p>
    <w:p>
      <w:r>
        <w:rPr>
          <w:rFonts w:ascii="Courier New" w:hAnsi="Courier New"/>
          <w:color w:val="555555"/>
          <w:sz w:val="20"/>
        </w:rPr>
        <w:t>[5]</w:t>
      </w:r>
    </w:p>
    <w:p>
      <w:r>
        <w:rPr>
          <w:rFonts w:ascii="Gentium Plus" w:hAnsi="Gentium Plus"/>
          <w:sz w:val="24"/>
        </w:rPr>
        <w:t>[τὰ τοῦτ’ ἀκο]ύ̣ουσι μ̣οχθη‐ [ροί· ὁ γὰρ ἐλέφας δοκεῖ] [συνετός τε καὶ ἡμερώ]‐ [τατος καὶ μακρόβιος] [εἶναι]</w:t>
      </w:r>
    </w:p>
    <w:p>
      <w:r>
        <w:rPr>
          <w:rFonts w:ascii="Courier New" w:hAnsi="Courier New"/>
          <w:color w:val="555555"/>
          <w:sz w:val="20"/>
        </w:rPr>
        <w:t>[16]</w:t>
      </w:r>
    </w:p>
    <w:p>
      <w:r>
        <w:rPr>
          <w:rFonts w:ascii="Gentium Plus" w:hAnsi="Gentium Plus"/>
          <w:sz w:val="24"/>
        </w:rPr>
        <w:t>— — —[περὶ μὲν τῆς τοῦ] [σώματος ἀσθενείας]</w:t>
      </w:r>
    </w:p>
    <w:p>
      <w:r>
        <w:rPr>
          <w:rFonts w:ascii="Courier New" w:hAnsi="Courier New"/>
          <w:color w:val="555555"/>
          <w:sz w:val="20"/>
        </w:rPr>
        <w:t>[146 col2]</w:t>
      </w:r>
    </w:p>
    <w:p>
      <w:r>
        <w:rPr>
          <w:rFonts w:ascii="Gentium Plus" w:hAnsi="Gentium Plus"/>
          <w:sz w:val="24"/>
        </w:rPr>
        <w:t>[Dividers of other Forms]</w:t>
      </w:r>
    </w:p>
    <w:p>
      <w:r>
        <w:rPr>
          <w:rFonts w:ascii="Courier New" w:hAnsi="Courier New"/>
          <w:color w:val="555555"/>
          <w:sz w:val="20"/>
        </w:rPr>
        <w:t>[1]</w:t>
      </w:r>
    </w:p>
    <w:p>
      <w:r>
        <w:rPr>
          <w:rFonts w:ascii="Gentium Plus" w:hAnsi="Gentium Plus"/>
          <w:sz w:val="24"/>
        </w:rPr>
        <w:t>[Idiosyncratic Papyrological Character] καὶ ὁ περὶ τῶν [παρακο]‐ πῶν δέ (ἐπεὶ κ̣[αὶ ταύ]‐ τας τινὲς πά[σχου]‐ [Dividers of other Forms]σι) τοιοῦτος λ̣[εκτέος]·</w:t>
      </w:r>
    </w:p>
    <w:p>
      <w:r>
        <w:rPr>
          <w:rFonts w:ascii="Courier New" w:hAnsi="Courier New"/>
          <w:color w:val="555555"/>
          <w:sz w:val="20"/>
        </w:rPr>
        <w:t>[5]</w:t>
      </w:r>
    </w:p>
    <w:p>
      <w:r>
        <w:rPr>
          <w:rFonts w:ascii="Gentium Plus" w:hAnsi="Gentium Plus"/>
          <w:sz w:val="24"/>
        </w:rPr>
        <w:t>πρῶτον μὲν ο[ὖν— — —]</w:t>
      </w:r>
    </w:p>
    <w:p>
      <w:r>
        <w:rPr>
          <w:rFonts w:ascii="Courier New" w:hAnsi="Courier New"/>
          <w:color w:val="555555"/>
          <w:sz w:val="20"/>
        </w:rPr>
        <w:t>[13]</w:t>
      </w:r>
    </w:p>
    <w:p>
      <w:r>
        <w:rPr>
          <w:rFonts w:ascii="Gentium Plus" w:hAnsi="Gentium Plus"/>
          <w:sz w:val="24"/>
        </w:rPr>
        <w:t>[ἔπει]‐ [τα δὲ] μ̣ὴ ἀγνοῶμεν [ὅ]‐</w:t>
      </w:r>
    </w:p>
    <w:p>
      <w:r>
        <w:rPr>
          <w:rFonts w:ascii="Courier New" w:hAnsi="Courier New"/>
          <w:color w:val="555555"/>
          <w:sz w:val="20"/>
        </w:rPr>
        <w:t>[15]</w:t>
      </w:r>
    </w:p>
    <w:p>
      <w:r>
        <w:rPr>
          <w:rFonts w:ascii="Gentium Plus" w:hAnsi="Gentium Plus"/>
          <w:sz w:val="24"/>
        </w:rPr>
        <w:t>[τι οὐ] δ̣ιὰ τὸ γῆρας ἐγ[έ]‐ [νον]τ̣ο αἱ παρακ̣ο̣[π]α[ί], [διὰ δέ] τ̣ινα ἑτέ̣ραν [αἰ]‐</w:t>
      </w:r>
    </w:p>
    <w:p>
      <w:r>
        <w:rPr>
          <w:rFonts w:ascii="Courier New" w:hAnsi="Courier New"/>
          <w:color w:val="555555"/>
          <w:sz w:val="20"/>
        </w:rPr>
        <w:t>[147 col1 (5)]</w:t>
      </w:r>
    </w:p>
    <w:p>
      <w:r>
        <w:rPr>
          <w:rFonts w:ascii="Gentium Plus" w:hAnsi="Gentium Plus"/>
          <w:sz w:val="24"/>
        </w:rPr>
        <w:t>[ὁμο]‐ [λογητέον] γ̣ά̣[ρ ἐ]σ̣τι πολ‐ [λοὺς δὴ γ]ε̣γηρακότας [παρ’ ἡμεῖν] αὐτοῖς καὶ [τέλος ἑκ]α̣τὸν ἁψαμέ‐</w:t>
      </w:r>
    </w:p>
    <w:p>
      <w:r>
        <w:rPr>
          <w:rFonts w:ascii="Courier New" w:hAnsi="Courier New"/>
          <w:color w:val="555555"/>
          <w:sz w:val="20"/>
        </w:rPr>
        <w:t>[10]</w:t>
      </w:r>
    </w:p>
    <w:p>
      <w:r>
        <w:rPr>
          <w:rFonts w:ascii="Gentium Plus" w:hAnsi="Gentium Plus"/>
          <w:sz w:val="24"/>
        </w:rPr>
        <w:t>[νους ἐτ]ῶν μηδ’ ὅτι [οὐδὲν πα]θ̣εῖν ὧν εἴρη‐ [κα κακῶν], ἀ̣λλ’ ἀρτίους τ̣α̣ῖ̣ς̣ α̣ἰ̣σ̣θ̣ή̣σ̣ε̣σ̣ι̣ [μεχρὶ] τῆς ἐσχάτης δι[αγα]‐</w:t>
      </w:r>
    </w:p>
    <w:p>
      <w:r>
        <w:rPr>
          <w:rFonts w:ascii="Courier New" w:hAnsi="Courier New"/>
          <w:color w:val="555555"/>
          <w:sz w:val="20"/>
        </w:rPr>
        <w:t>[15]</w:t>
      </w:r>
    </w:p>
    <w:p>
      <w:r>
        <w:rPr>
          <w:rFonts w:ascii="Gentium Plus" w:hAnsi="Gentium Plus"/>
          <w:sz w:val="24"/>
        </w:rPr>
        <w:t>[Dividers of other Forms]γεῖν τοῦ ζῆν ἡμ[έρας.] ἐγὼ δ’ ἵνα ἐκπερισ̣[πῶν] ἀπαντήσω τοῖ̣[ς αἰτιω]‐ μένοις ὡς ἐξ ἀν[άνκης \|— — — — —]</w:t>
      </w:r>
    </w:p>
    <w:p>
      <w:r>
        <w:rPr>
          <w:rFonts w:ascii="Courier New" w:hAnsi="Courier New"/>
          <w:color w:val="555555"/>
          <w:sz w:val="20"/>
        </w:rPr>
        <w:t>[148 col1 (6)]</w:t>
      </w:r>
    </w:p>
    <w:p>
      <w:r>
        <w:rPr>
          <w:rFonts w:ascii="Gentium Plus" w:hAnsi="Gentium Plus"/>
          <w:sz w:val="24"/>
        </w:rPr>
        <w:t>[— — — — — — —ο]ὐχ̣ ο̣ὗ̣τος [— — — — — — —π]ρ̣άγμασι [— — — — — — —] κ̣αὶ δ̣όξης [— — — — — — —]Α̣ΝΑ̣ΗϹΙ</w:t>
      </w:r>
    </w:p>
    <w:p>
      <w:r>
        <w:rPr>
          <w:rFonts w:ascii="Courier New" w:hAnsi="Courier New"/>
          <w:color w:val="555555"/>
          <w:sz w:val="20"/>
        </w:rPr>
        <w:t>[10]</w:t>
      </w:r>
    </w:p>
    <w:p>
      <w:r>
        <w:rPr>
          <w:rFonts w:ascii="Gentium Plus" w:hAnsi="Gentium Plus"/>
          <w:sz w:val="24"/>
        </w:rPr>
        <w:t>[— — — — — — —]π̣ιστηση [— — — — — — —]ω̣ς τούτοις [— — — — — — —]ρ̣γ̣ως v. ο [— — — — — — —]τ̣α̣ὐ̣τόν̣</w:t>
      </w:r>
    </w:p>
    <w:p>
      <w:r>
        <w:rPr>
          <w:rFonts w:ascii="Courier New" w:hAnsi="Courier New"/>
          <w:color w:val="555555"/>
          <w:sz w:val="20"/>
        </w:rPr>
        <w:t>[148 col2 (6)]</w:t>
      </w:r>
    </w:p>
    <w:p>
      <w:r>
        <w:rPr>
          <w:rFonts w:ascii="Gentium Plus" w:hAnsi="Gentium Plus"/>
          <w:sz w:val="24"/>
        </w:rPr>
        <w:t>Ν v. (?) συ̣νΙ[] ταπειν̣[] [Idiosyncratic Papyrological Character] τινος τ̣αῖς ὥστε ανε[— — — — — —πα]‐</w:t>
      </w:r>
    </w:p>
    <w:p>
      <w:r>
        <w:rPr>
          <w:rFonts w:ascii="Courier New" w:hAnsi="Courier New"/>
          <w:color w:val="555555"/>
          <w:sz w:val="20"/>
        </w:rPr>
        <w:t>[10]</w:t>
      </w:r>
    </w:p>
    <w:p>
      <w:r>
        <w:rPr>
          <w:rFonts w:ascii="Gentium Plus" w:hAnsi="Gentium Plus"/>
          <w:sz w:val="24"/>
        </w:rPr>
        <w:t>ρέχειν π[]</w:t>
      </w:r>
    </w:p>
    <w:p>
      <w:r>
        <w:rPr>
          <w:rFonts w:ascii="Courier New" w:hAnsi="Courier New"/>
          <w:color w:val="555555"/>
          <w:sz w:val="20"/>
        </w:rPr>
        <w:t>[149 col1 (14)]</w:t>
      </w:r>
    </w:p>
    <w:p>
      <w:r>
        <w:rPr>
          <w:rFonts w:ascii="Gentium Plus" w:hAnsi="Gentium Plus"/>
          <w:sz w:val="24"/>
        </w:rPr>
        <w:t>[]γὰρ</w:t>
      </w:r>
    </w:p>
    <w:p>
      <w:r>
        <w:rPr>
          <w:rFonts w:ascii="Courier New" w:hAnsi="Courier New"/>
          <w:color w:val="555555"/>
          <w:sz w:val="20"/>
        </w:rPr>
        <w:t>[15]</w:t>
      </w:r>
    </w:p>
    <w:p>
      <w:r>
        <w:rPr>
          <w:rFonts w:ascii="Gentium Plus" w:hAnsi="Gentium Plus"/>
          <w:sz w:val="24"/>
        </w:rPr>
        <w:t>[].ον [][Partial Letter]η []ρο []Ϲ̣ παν</w:t>
      </w:r>
    </w:p>
    <w:p>
      <w:r>
        <w:rPr>
          <w:rFonts w:ascii="Courier New" w:hAnsi="Courier New"/>
          <w:color w:val="555555"/>
          <w:sz w:val="20"/>
        </w:rPr>
        <w:t>[149 col2 (11)]</w:t>
      </w:r>
    </w:p>
    <w:p>
      <w:r>
        <w:rPr>
          <w:rFonts w:ascii="Gentium Plus" w:hAnsi="Gentium Plus"/>
          <w:sz w:val="24"/>
        </w:rPr>
        <w:t>[τὸ δ’ ἐσ]‐ [τερῆσθαι τῶν ἐπιθυ]‐ [μιῶν οὐδαμῶς κατὰ] [τ]ῶ̣ν̣ γερ̣ό̣ντ̣ων ὑ̣π̣άρ‐</w:t>
      </w:r>
    </w:p>
    <w:p>
      <w:r>
        <w:rPr>
          <w:rFonts w:ascii="Courier New" w:hAnsi="Courier New"/>
          <w:color w:val="555555"/>
          <w:sz w:val="20"/>
        </w:rPr>
        <w:t>[15]</w:t>
      </w:r>
    </w:p>
    <w:p>
      <w:r>
        <w:rPr>
          <w:rFonts w:ascii="Gentium Plus" w:hAnsi="Gentium Plus"/>
          <w:sz w:val="24"/>
        </w:rPr>
        <w:t>[Dividers of other Forms]χει λόγος. v. καθόλου μὲν γὰρ ὧν οὔκ εἰσιν ὀρέξεις πραγμάτων, περὶ τούτων οὐδὲ λῦ‐</w:t>
      </w:r>
    </w:p>
    <w:p>
      <w:r>
        <w:rPr>
          <w:rFonts w:ascii="Courier New" w:hAnsi="Courier New"/>
          <w:color w:val="555555"/>
          <w:sz w:val="20"/>
        </w:rPr>
        <w:t>[149 col3]</w:t>
      </w:r>
    </w:p>
    <w:p>
      <w:r>
        <w:rPr>
          <w:rFonts w:ascii="Gentium Plus" w:hAnsi="Gentium Plus"/>
          <w:sz w:val="24"/>
        </w:rPr>
        <w:t>[π]αι τυνχάνουσιν, [ε]ἰ̣ μή τις ὡς ἀληθῶς π̣αρακόπτει τοῦτ’ α[ὐ]‐ τ̣ὸ λυπεῖσθαι θέλων̣</w:t>
      </w:r>
    </w:p>
    <w:p>
      <w:r>
        <w:rPr>
          <w:rFonts w:ascii="Courier New" w:hAnsi="Courier New"/>
          <w:color w:val="555555"/>
          <w:sz w:val="20"/>
        </w:rPr>
        <w:t>[5]</w:t>
      </w:r>
    </w:p>
    <w:p>
      <w:r>
        <w:rPr>
          <w:rFonts w:ascii="Gentium Plus" w:hAnsi="Gentium Plus"/>
          <w:sz w:val="24"/>
        </w:rPr>
        <w:t>[ὅ]τι τοῦ τῆς ἐπ̣[ιθυμί]‐ [ας πάθους ἐστέρηται].</w:t>
      </w:r>
    </w:p>
    <w:p>
      <w:r>
        <w:rPr>
          <w:rFonts w:ascii="Courier New" w:hAnsi="Courier New"/>
          <w:color w:val="555555"/>
          <w:sz w:val="20"/>
        </w:rPr>
        <w:t>[150 col1 (15)]</w:t>
      </w:r>
    </w:p>
    <w:p>
      <w:r>
        <w:rPr>
          <w:rFonts w:ascii="Gentium Plus" w:hAnsi="Gentium Plus"/>
          <w:sz w:val="24"/>
        </w:rPr>
        <w:t>[]των [ἡ] δὲ γεῦ‐ [σις— — — — — — —]εστιν []τ̣ουσχη—</w:t>
      </w:r>
    </w:p>
    <w:p>
      <w:r>
        <w:rPr>
          <w:rFonts w:ascii="Courier New" w:hAnsi="Courier New"/>
          <w:color w:val="555555"/>
          <w:sz w:val="20"/>
        </w:rPr>
        <w:t>[150 col2 (13)]</w:t>
      </w:r>
    </w:p>
    <w:p>
      <w:r>
        <w:rPr>
          <w:rFonts w:ascii="Gentium Plus" w:hAnsi="Gentium Plus"/>
          <w:sz w:val="24"/>
        </w:rPr>
        <w:t>[ἡ δ’ οὖν] [ἡδονὴ ποιεῖ τὸν βί]‐</w:t>
      </w:r>
    </w:p>
    <w:p>
      <w:r>
        <w:rPr>
          <w:rFonts w:ascii="Courier New" w:hAnsi="Courier New"/>
          <w:color w:val="555555"/>
          <w:sz w:val="20"/>
        </w:rPr>
        <w:t>[15]</w:t>
      </w:r>
    </w:p>
    <w:p>
      <w:r>
        <w:rPr>
          <w:rFonts w:ascii="Gentium Plus" w:hAnsi="Gentium Plus"/>
          <w:sz w:val="24"/>
        </w:rPr>
        <w:t>[Dividers of other Forms]ον μ̣α̣[κάριον, καὶ τῆς] φύσεω̣[ς ἡμῶν ἐστιν ἀ]‐ [Dividers of other Forms]ξία. v. Ι[]</w:t>
      </w:r>
    </w:p>
    <w:p>
      <w:r>
        <w:rPr>
          <w:rFonts w:ascii="Courier New" w:hAnsi="Courier New"/>
          <w:color w:val="555555"/>
          <w:sz w:val="20"/>
        </w:rPr>
        <w:t>[151 col1 (13)]</w:t>
      </w:r>
    </w:p>
    <w:p>
      <w:r>
        <w:rPr>
          <w:rFonts w:ascii="Gentium Plus" w:hAnsi="Gentium Plus"/>
          <w:sz w:val="24"/>
        </w:rPr>
        <w:t>[ὅπως ἡδονή, μη]‐ [κέτι τῶ]ν̣ διαλειμμ[ά]‐</w:t>
      </w:r>
    </w:p>
    <w:p>
      <w:r>
        <w:rPr>
          <w:rFonts w:ascii="Courier New" w:hAnsi="Courier New"/>
          <w:color w:val="555555"/>
          <w:sz w:val="20"/>
        </w:rPr>
        <w:t>[15]</w:t>
      </w:r>
    </w:p>
    <w:p>
      <w:r>
        <w:rPr>
          <w:rFonts w:ascii="Gentium Plus" w:hAnsi="Gentium Plus"/>
          <w:sz w:val="24"/>
        </w:rPr>
        <w:t>[των παρ]ό̣ντων, αὐτο‐ [μάτως] π̣ροφανῇ βλά‐ [πτουσα μ]ηδὲν τῆν φύ‐ [σιν. v. τὰ] γὰρ ὑγρὰ τρο\|[φεῖα]</w:t>
      </w:r>
    </w:p>
    <w:p>
      <w:r>
        <w:rPr>
          <w:rFonts w:ascii="Courier New" w:hAnsi="Courier New"/>
          <w:color w:val="555555"/>
          <w:sz w:val="20"/>
        </w:rPr>
        <w:t>[152 col1 (6)]</w:t>
      </w:r>
    </w:p>
    <w:p>
      <w:r>
        <w:rPr>
          <w:rFonts w:ascii="Gentium Plus" w:hAnsi="Gentium Plus"/>
          <w:sz w:val="24"/>
        </w:rPr>
        <w:t>[]ο̣ν̣ vac. []ε̣[σ]τιν vac. []φ̣[ε]ρε vac. []Ϲ.[Partial Letter] vac. (?)</w:t>
      </w:r>
    </w:p>
    <w:p>
      <w:r>
        <w:rPr>
          <w:rFonts w:ascii="Courier New" w:hAnsi="Courier New"/>
          <w:color w:val="555555"/>
          <w:sz w:val="20"/>
        </w:rPr>
        <w:t>[10]</w:t>
      </w:r>
    </w:p>
    <w:p>
      <w:r>
        <w:rPr>
          <w:rFonts w:ascii="Gentium Plus" w:hAnsi="Gentium Plus"/>
          <w:sz w:val="24"/>
        </w:rPr>
        <w:t>[]ο̣ν̣ vac. — — — — — — — — []μ̣η vac.</w:t>
      </w:r>
    </w:p>
    <w:p>
      <w:r>
        <w:rPr>
          <w:rFonts w:ascii="Courier New" w:hAnsi="Courier New"/>
          <w:color w:val="555555"/>
          <w:sz w:val="20"/>
        </w:rPr>
        <w:t>[152 col2 (6)]</w:t>
      </w:r>
    </w:p>
    <w:p>
      <w:r>
        <w:rPr>
          <w:rFonts w:ascii="Gentium Plus" w:hAnsi="Gentium Plus"/>
          <w:sz w:val="24"/>
        </w:rPr>
        <w:t>λ̣ω[Partial Letter][] μεν— — —c.8— — —[Partial Letter]Ι— — ψηλα̣φ̣ῶντ̣ες̣ ἐν οὐ‐ δεν[ὶ τ]ο̣ύ̣των εὑρίσκου‐</w:t>
      </w:r>
    </w:p>
    <w:p>
      <w:r>
        <w:rPr>
          <w:rFonts w:ascii="Courier New" w:hAnsi="Courier New"/>
          <w:color w:val="555555"/>
          <w:sz w:val="20"/>
        </w:rPr>
        <w:t>[10]</w:t>
      </w:r>
    </w:p>
    <w:p>
      <w:r>
        <w:rPr>
          <w:rFonts w:ascii="Gentium Plus" w:hAnsi="Gentium Plus"/>
          <w:sz w:val="24"/>
        </w:rPr>
        <w:t>σιν ὃ̣ θέλουσιν εὑρεῖν οὔτ[ε τυφλῶς προσ]‐ πτα[ίοντες διαπρά]‐ ξεω[ς τυνχάνουσιν]. .[Partial Letter][Partial Letter][]</w:t>
      </w:r>
    </w:p>
    <w:p>
      <w:r>
        <w:rPr>
          <w:rFonts w:ascii="Courier New" w:hAnsi="Courier New"/>
          <w:color w:val="555555"/>
          <w:sz w:val="20"/>
        </w:rPr>
        <w:t>[152 col3 (4)]</w:t>
      </w:r>
    </w:p>
    <w:p>
      <w:r>
        <w:rPr>
          <w:rFonts w:ascii="Gentium Plus" w:hAnsi="Gentium Plus"/>
          <w:sz w:val="24"/>
        </w:rPr>
        <w:t>[ἐλ]‐</w:t>
      </w:r>
    </w:p>
    <w:p>
      <w:r>
        <w:rPr>
          <w:rFonts w:ascii="Courier New" w:hAnsi="Courier New"/>
          <w:color w:val="555555"/>
          <w:sz w:val="20"/>
        </w:rPr>
        <w:t>[5]</w:t>
      </w:r>
    </w:p>
    <w:p>
      <w:r>
        <w:rPr>
          <w:rFonts w:ascii="Gentium Plus" w:hAnsi="Gentium Plus"/>
          <w:sz w:val="24"/>
        </w:rPr>
        <w:t>[πίζοντες δὲ μάλισ]‐ τα ἐν πλούτῳ τ̣ὸν ἡ‐ δὺν εὑρήσειν βίον, ἐνθουσιαστικῶς ἐ‐ π’ αὐτὸν ὁρμῶσιν· εἶ‐</w:t>
      </w:r>
    </w:p>
    <w:p>
      <w:r>
        <w:rPr>
          <w:rFonts w:ascii="Courier New" w:hAnsi="Courier New"/>
          <w:color w:val="555555"/>
          <w:sz w:val="20"/>
        </w:rPr>
        <w:t>[10]</w:t>
      </w:r>
    </w:p>
    <w:p>
      <w:r>
        <w:rPr>
          <w:rFonts w:ascii="Gentium Plus" w:hAnsi="Gentium Plus"/>
          <w:sz w:val="24"/>
        </w:rPr>
        <w:t>τ’, ἂν γένωνται πλού‐ σιοι, σχετλιάζουσιν οὐχ εὑρόντες ἅπερ ἤλ‐</w:t>
      </w:r>
    </w:p>
    <w:p>
      <w:r>
        <w:rPr>
          <w:rFonts w:ascii="Courier New" w:hAnsi="Courier New"/>
          <w:color w:val="555555"/>
          <w:sz w:val="20"/>
        </w:rPr>
        <w:t>[153 col1 (6)]</w:t>
      </w:r>
    </w:p>
    <w:p>
      <w:r>
        <w:rPr>
          <w:rFonts w:ascii="Gentium Plus" w:hAnsi="Gentium Plus"/>
          <w:sz w:val="24"/>
        </w:rPr>
        <w:t>— — —c.6— — —ἀ̣π̣ελέν[χ]ε‐ [Dividers of other Forms]τ̣αι. v. τῶν ἐπιθυμιῶν̣ αἱ μέν εἰσιν κεναί, [Dividers of other Forms]αἱ δὲ φυσικαί. v. αἱ μὲν</w:t>
      </w:r>
    </w:p>
    <w:p>
      <w:r>
        <w:rPr>
          <w:rFonts w:ascii="Courier New" w:hAnsi="Courier New"/>
          <w:color w:val="555555"/>
          <w:sz w:val="20"/>
        </w:rPr>
        <w:t>[10]</w:t>
      </w:r>
    </w:p>
    <w:p>
      <w:r>
        <w:rPr>
          <w:rFonts w:ascii="Gentium Plus" w:hAnsi="Gentium Plus"/>
          <w:sz w:val="24"/>
        </w:rPr>
        <w:t>οὖν φυσικαὶ τὰ τοσαῦ‐ τα ζητοῦσιν ὅσα εἰς τὴν τῆς φύσεως ἡμῶν εὐφροσύνην ἐ[στίν] [ἀνανκαῖα, αἱ δὲ κεναὶ]</w:t>
      </w:r>
    </w:p>
    <w:p>
      <w:r>
        <w:rPr>
          <w:rFonts w:ascii="Courier New" w:hAnsi="Courier New"/>
          <w:color w:val="555555"/>
          <w:sz w:val="20"/>
        </w:rPr>
        <w:t>[153 col2 (6)]</w:t>
      </w:r>
    </w:p>
    <w:p>
      <w:r>
        <w:rPr>
          <w:rFonts w:ascii="Gentium Plus" w:hAnsi="Gentium Plus"/>
          <w:sz w:val="24"/>
        </w:rPr>
        <w:t>τί γὰρ ἂν̣ ε̣ἴ̣π̣[οι τις τὰ] μυθευόμενα τοῦ̣ Κροίσου γαζ̣οφυλά‐ κια, v. καὶ τὰς χρυσέα̣ς̣</w:t>
      </w:r>
    </w:p>
    <w:p>
      <w:r>
        <w:rPr>
          <w:rFonts w:ascii="Courier New" w:hAnsi="Courier New"/>
          <w:color w:val="555555"/>
          <w:sz w:val="20"/>
        </w:rPr>
        <w:t>[10]</w:t>
      </w:r>
    </w:p>
    <w:p>
      <w:r>
        <w:rPr>
          <w:rFonts w:ascii="Gentium Plus" w:hAnsi="Gentium Plus"/>
          <w:sz w:val="24"/>
        </w:rPr>
        <w:t>πλίνθους, v. ἢ τοὺς π[ο]‐ ταμοὺς αὐτῷ χρυσὸν̣ ῥέοντας; v. τί, ὦ Ζεὺς π[ά]‐ τερ, ἐκ τούτων τῶ̣ν̣</w:t>
      </w:r>
    </w:p>
    <w:p>
      <w:r>
        <w:rPr>
          <w:rFonts w:ascii="Courier New" w:hAnsi="Courier New"/>
          <w:color w:val="555555"/>
          <w:sz w:val="20"/>
        </w:rPr>
        <w:t>[154 col1]</w:t>
      </w:r>
    </w:p>
    <w:p>
      <w:r>
        <w:rPr>
          <w:rFonts w:ascii="Gentium Plus" w:hAnsi="Gentium Plus"/>
          <w:sz w:val="24"/>
        </w:rPr>
        <w:t>— —c.4— —[ε]στιν. v. ἂν δ’ αὐ‐ [τὸς φ]ῇ̣ς “εἰ οὖν, ὦ Διόγε‐ [νες, μη]δὲ ἐν πλούτῳ [τὸ εὐ]δ̣αιμονεῖν εὑ‐</w:t>
      </w:r>
    </w:p>
    <w:p>
      <w:r>
        <w:rPr>
          <w:rFonts w:ascii="Courier New" w:hAnsi="Courier New"/>
          <w:color w:val="555555"/>
          <w:sz w:val="20"/>
        </w:rPr>
        <w:t>[5]</w:t>
      </w:r>
    </w:p>
    <w:p>
      <w:r>
        <w:rPr>
          <w:rFonts w:ascii="Gentium Plus" w:hAnsi="Gentium Plus"/>
          <w:sz w:val="24"/>
        </w:rPr>
        <w:t>[ρίσκε]τ̣αί ποθ̣’ [ὑπὸ τ]ο̣ῦ [ἀνθρώπου, πῶς ὁ βίος] [ἡμεῖν ἡδὺς γείνεται;”], [ἀποκρινοῦμαι ὅτι]</w:t>
      </w:r>
    </w:p>
    <w:p>
      <w:r>
        <w:rPr>
          <w:rFonts w:ascii="Courier New" w:hAnsi="Courier New"/>
          <w:color w:val="555555"/>
          <w:sz w:val="20"/>
        </w:rPr>
        <w:t>[18]</w:t>
      </w:r>
    </w:p>
    <w:p>
      <w:r>
        <w:rPr>
          <w:rFonts w:ascii="Gentium Plus" w:hAnsi="Gentium Plus"/>
          <w:sz w:val="24"/>
        </w:rPr>
        <w:t>[σο]‐</w:t>
      </w:r>
    </w:p>
    <w:p>
      <w:r>
        <w:rPr>
          <w:rFonts w:ascii="Courier New" w:hAnsi="Courier New"/>
          <w:color w:val="555555"/>
          <w:sz w:val="20"/>
        </w:rPr>
        <w:t>[154 col2]</w:t>
      </w:r>
    </w:p>
    <w:p>
      <w:r>
        <w:rPr>
          <w:rFonts w:ascii="Gentium Plus" w:hAnsi="Gentium Plus"/>
          <w:sz w:val="24"/>
        </w:rPr>
        <w:t>φον̣ ω̣ν̣[] καιΙΙ[Partial Letter]τ̣[] τ̣ασσομ[ε] τατΙ[]</w:t>
      </w:r>
    </w:p>
    <w:p>
      <w:r>
        <w:rPr>
          <w:rFonts w:ascii="Courier New" w:hAnsi="Courier New"/>
          <w:color w:val="555555"/>
          <w:sz w:val="20"/>
        </w:rPr>
        <w:t>[5]</w:t>
      </w:r>
    </w:p>
    <w:p>
      <w:r>
        <w:rPr>
          <w:rFonts w:ascii="Gentium Plus" w:hAnsi="Gentium Plus"/>
          <w:sz w:val="24"/>
        </w:rPr>
        <w:t>χαρι.ε̣[]</w:t>
      </w:r>
    </w:p>
    <w:p>
      <w:r>
        <w:rPr>
          <w:rFonts w:ascii="Courier New" w:hAnsi="Courier New"/>
          <w:color w:val="555555"/>
          <w:sz w:val="20"/>
        </w:rPr>
        <w:t>[155 col1 (12)]</w:t>
      </w:r>
    </w:p>
    <w:p>
      <w:r>
        <w:rPr>
          <w:rFonts w:ascii="Gentium Plus" w:hAnsi="Gentium Plus"/>
          <w:sz w:val="24"/>
        </w:rPr>
        <w:t>— — — —[εὐπόριστον μὲν] [γὰρ τὸ φυσικόν, δυσπό]‐ [ριστο]ν̣ δ̣ὲ̣ τ̣ὸ̣ κ̣ε̣ν̣[όν ἐσ]‐</w:t>
      </w:r>
    </w:p>
    <w:p>
      <w:r>
        <w:rPr>
          <w:rFonts w:ascii="Courier New" w:hAnsi="Courier New"/>
          <w:color w:val="555555"/>
          <w:sz w:val="20"/>
        </w:rPr>
        <w:t>[15]</w:t>
      </w:r>
    </w:p>
    <w:p>
      <w:r>
        <w:rPr>
          <w:rFonts w:ascii="Gentium Plus" w:hAnsi="Gentium Plus"/>
          <w:sz w:val="24"/>
        </w:rPr>
        <w:t>[τι]ν̣. v. καὶ ἔξω δὲ το[ύτου] [μ]έγα, ὦ νέοι, μέγα [τὸ] [πλ]εονέκτημα τ̣[οῦ τὴν] [πο]λ̣υπενείαν οἰ̣[κει\|οῦσθαι μᾶλλον ἢ τὸν πλοῦτον]</w:t>
      </w:r>
    </w:p>
    <w:p>
      <w:r>
        <w:rPr>
          <w:rFonts w:ascii="Courier New" w:hAnsi="Courier New"/>
          <w:color w:val="555555"/>
          <w:sz w:val="20"/>
        </w:rPr>
        <w:t>[156 col1 (6)]</w:t>
      </w:r>
    </w:p>
    <w:p>
      <w:r>
        <w:rPr>
          <w:rFonts w:ascii="Gentium Plus" w:hAnsi="Gentium Plus"/>
          <w:sz w:val="24"/>
        </w:rPr>
        <w:t>[].ν̣ω̣ς̣ []...Ι []ν̣ειρη [νο]μίσῃ</w:t>
      </w:r>
    </w:p>
    <w:p>
      <w:r>
        <w:rPr>
          <w:rFonts w:ascii="Courier New" w:hAnsi="Courier New"/>
          <w:color w:val="555555"/>
          <w:sz w:val="20"/>
        </w:rPr>
        <w:t>[10]</w:t>
      </w:r>
    </w:p>
    <w:p>
      <w:r>
        <w:rPr>
          <w:rFonts w:ascii="Gentium Plus" w:hAnsi="Gentium Plus"/>
          <w:sz w:val="24"/>
        </w:rPr>
        <w:t>[— —τὴν φιλοσο]φ̣ίαν []ατοις []δικαι‐</w:t>
      </w:r>
    </w:p>
    <w:p>
      <w:r>
        <w:rPr>
          <w:rFonts w:ascii="Courier New" w:hAnsi="Courier New"/>
          <w:color w:val="555555"/>
          <w:sz w:val="20"/>
        </w:rPr>
        <w:t>[156 col2 (6)]</w:t>
      </w:r>
    </w:p>
    <w:p>
      <w:r>
        <w:rPr>
          <w:rFonts w:ascii="Gentium Plus" w:hAnsi="Gentium Plus"/>
          <w:sz w:val="24"/>
        </w:rPr>
        <w:t>[Dividers of other Forms][Partial Letter][Partial Letter][Partial Letter][Partial Letter][Partial Letter][Partial Letter].[Partial Letter][Partial Letter][Partial Letter][— —c.6— —] γάρ τινες ἀμυ̣[δρῶς τὸ] μὲν παραχρῆ̣[μα τὸ κε]‐ χαρισμένον̣ [ἐπιπλήτ]‐</w:t>
      </w:r>
    </w:p>
    <w:p>
      <w:r>
        <w:rPr>
          <w:rFonts w:ascii="Courier New" w:hAnsi="Courier New"/>
          <w:color w:val="555555"/>
          <w:sz w:val="20"/>
        </w:rPr>
        <w:t>[10]</w:t>
      </w:r>
    </w:p>
    <w:p>
      <w:r>
        <w:rPr>
          <w:rFonts w:ascii="Gentium Plus" w:hAnsi="Gentium Plus"/>
          <w:sz w:val="24"/>
        </w:rPr>
        <w:t>τουσι τοῖς αἱ̣[ρεῖσ]‐ θαι βουλομέ[νοις ἡδο]‐ [Dividers of other Forms]νάς. v. αὖθις δ’ ἔ[νκλημα] ἐπιφέρουσι τ[ῇ φύσει]</w:t>
      </w:r>
    </w:p>
    <w:p>
      <w:r>
        <w:rPr>
          <w:rFonts w:ascii="Courier New" w:hAnsi="Courier New"/>
          <w:color w:val="555555"/>
          <w:sz w:val="20"/>
        </w:rPr>
        <w:t>[157 col1 (7)]</w:t>
      </w:r>
    </w:p>
    <w:p>
      <w:r>
        <w:rPr>
          <w:rFonts w:ascii="Gentium Plus" w:hAnsi="Gentium Plus"/>
          <w:sz w:val="24"/>
        </w:rPr>
        <w:t>[— — — — — — — — —]π̣ο [— — — — — — —]τεμε [— — — — — — — —]η̣ν σοβα‐</w:t>
      </w:r>
    </w:p>
    <w:p>
      <w:r>
        <w:rPr>
          <w:rFonts w:ascii="Courier New" w:hAnsi="Courier New"/>
          <w:color w:val="555555"/>
          <w:sz w:val="20"/>
        </w:rPr>
        <w:t>[10]</w:t>
      </w:r>
    </w:p>
    <w:p>
      <w:r>
        <w:rPr>
          <w:rFonts w:ascii="Gentium Plus" w:hAnsi="Gentium Plus"/>
          <w:sz w:val="24"/>
        </w:rPr>
        <w:t>[ρ— — — — — —] κ̣αὶ ὑπερ [— — — — — — —] ἐπὶ τῷ γέ‐</w:t>
      </w:r>
    </w:p>
    <w:p>
      <w:r>
        <w:rPr>
          <w:rFonts w:ascii="Courier New" w:hAnsi="Courier New"/>
          <w:color w:val="555555"/>
          <w:sz w:val="20"/>
        </w:rPr>
        <w:t>[157 col2 (7)]</w:t>
      </w:r>
    </w:p>
    <w:p>
      <w:r>
        <w:rPr>
          <w:rFonts w:ascii="Gentium Plus" w:hAnsi="Gentium Plus"/>
          <w:sz w:val="24"/>
        </w:rPr>
        <w:t>καὶ ἔτι μέχρι ν̣ῦ̣ν̣ ἕ̣[ως] βιοῦμεν, πάλαι Λυν̣— — [Dividers of other Forms]μεναι μηκέτ’ εἶνα̣[ι].</w:t>
      </w:r>
    </w:p>
    <w:p>
      <w:r>
        <w:rPr>
          <w:rFonts w:ascii="Courier New" w:hAnsi="Courier New"/>
          <w:color w:val="555555"/>
          <w:sz w:val="20"/>
        </w:rPr>
        <w:t>[10]</w:t>
      </w:r>
    </w:p>
    <w:p>
      <w:r>
        <w:rPr>
          <w:rFonts w:ascii="Gentium Plus" w:hAnsi="Gentium Plus"/>
          <w:sz w:val="24"/>
        </w:rPr>
        <w:t>ταχὺ γὰρ τὸ τῶν ἀν̣[θρώ]‐ πων γένος φθείρε̣[ται] διὰ τὴν συνοῦσαν— —</w:t>
      </w:r>
    </w:p>
    <w:p>
      <w:r>
        <w:rPr>
          <w:rFonts w:ascii="Courier New" w:hAnsi="Courier New"/>
          <w:color w:val="555555"/>
          <w:sz w:val="20"/>
        </w:rPr>
        <w:t>[158 col1]</w:t>
      </w:r>
    </w:p>
    <w:p>
      <w:r>
        <w:rPr>
          <w:rFonts w:ascii="Gentium Plus" w:hAnsi="Gentium Plus"/>
          <w:sz w:val="24"/>
        </w:rPr>
        <w:t>[ ]Ι ἀνήμερος [ ][Partial Letter]ο̣ς εἶναι καὶ</w:t>
      </w:r>
    </w:p>
    <w:p>
      <w:r>
        <w:rPr>
          <w:rFonts w:ascii="Courier New" w:hAnsi="Courier New"/>
          <w:color w:val="555555"/>
          <w:sz w:val="20"/>
        </w:rPr>
        <w:t>[5]</w:t>
      </w:r>
    </w:p>
    <w:p>
      <w:r>
        <w:rPr>
          <w:rFonts w:ascii="Gentium Plus" w:hAnsi="Gentium Plus"/>
          <w:sz w:val="24"/>
        </w:rPr>
        <w:t>[τῆς— — —]ψεως ἣ καὶ με‐</w:t>
      </w:r>
    </w:p>
    <w:p>
      <w:r>
        <w:rPr>
          <w:rFonts w:ascii="Courier New" w:hAnsi="Courier New"/>
          <w:color w:val="555555"/>
          <w:sz w:val="20"/>
        </w:rPr>
        <w:t>[158 col2]</w:t>
      </w:r>
    </w:p>
    <w:p>
      <w:r>
        <w:rPr>
          <w:rFonts w:ascii="Gentium Plus" w:hAnsi="Gentium Plus"/>
          <w:sz w:val="24"/>
        </w:rPr>
        <w:t>[Partial Letter][] [Dividers of other Forms]νη[] βε[Partial Letter][] κο[Partial Letter][]</w:t>
      </w:r>
    </w:p>
    <w:p>
      <w:r>
        <w:rPr>
          <w:rFonts w:ascii="Courier New" w:hAnsi="Courier New"/>
          <w:color w:val="555555"/>
          <w:sz w:val="20"/>
        </w:rPr>
        <w:t>[5]</w:t>
      </w:r>
    </w:p>
    <w:p>
      <w:r>
        <w:rPr>
          <w:rFonts w:ascii="Gentium Plus" w:hAnsi="Gentium Plus"/>
          <w:sz w:val="24"/>
        </w:rPr>
        <w:t>..Ι[]</w:t>
      </w:r>
    </w:p>
    <w:p>
      <w:r>
        <w:rPr>
          <w:rFonts w:ascii="Courier New" w:hAnsi="Courier New"/>
          <w:color w:val="555555"/>
          <w:sz w:val="20"/>
        </w:rPr>
        <w:t>[159 col1]</w:t>
      </w:r>
    </w:p>
    <w:p>
      <w:r>
        <w:rPr>
          <w:rFonts w:ascii="Gentium Plus" w:hAnsi="Gentium Plus"/>
          <w:sz w:val="24"/>
        </w:rPr>
        <w:t>[]ω̣νων []ς γενη— []τους []μαι</w:t>
      </w:r>
    </w:p>
    <w:p>
      <w:r>
        <w:rPr>
          <w:rFonts w:ascii="Courier New" w:hAnsi="Courier New"/>
          <w:color w:val="555555"/>
          <w:sz w:val="20"/>
        </w:rPr>
        <w:t>[5]</w:t>
      </w:r>
    </w:p>
    <w:p>
      <w:r>
        <w:rPr>
          <w:rFonts w:ascii="Gentium Plus" w:hAnsi="Gentium Plus"/>
          <w:sz w:val="24"/>
        </w:rPr>
        <w:t>[]τυμ[Partial Letter]</w:t>
      </w:r>
    </w:p>
    <w:p>
      <w:r>
        <w:rPr>
          <w:rFonts w:ascii="Courier New" w:hAnsi="Courier New"/>
          <w:color w:val="555555"/>
          <w:sz w:val="20"/>
        </w:rPr>
        <w:t>[159 col2]</w:t>
      </w:r>
    </w:p>
    <w:p>
      <w:r>
        <w:rPr>
          <w:rFonts w:ascii="Gentium Plus" w:hAnsi="Gentium Plus"/>
          <w:sz w:val="24"/>
        </w:rPr>
        <w:t>υ[]</w:t>
      </w:r>
    </w:p>
    <w:p>
      <w:r>
        <w:rPr>
          <w:rFonts w:ascii="Courier New" w:hAnsi="Courier New"/>
          <w:color w:val="555555"/>
          <w:sz w:val="20"/>
        </w:rPr>
        <w:t>[160 col1]</w:t>
      </w:r>
    </w:p>
    <w:p>
      <w:r>
        <w:rPr>
          <w:rFonts w:ascii="Gentium Plus" w:hAnsi="Gentium Plus"/>
          <w:sz w:val="24"/>
        </w:rPr>
        <w:t>[]ν̣υν vac. []α̣.ε̣ vac.? []ων vac. []α̣ vac.?</w:t>
      </w:r>
    </w:p>
    <w:p>
      <w:r>
        <w:rPr>
          <w:rFonts w:ascii="Courier New" w:hAnsi="Courier New"/>
          <w:color w:val="555555"/>
          <w:sz w:val="20"/>
        </w:rPr>
        <w:t>[5]</w:t>
      </w:r>
    </w:p>
    <w:p>
      <w:r>
        <w:rPr>
          <w:rFonts w:ascii="Gentium Plus" w:hAnsi="Gentium Plus"/>
          <w:sz w:val="24"/>
        </w:rPr>
        <w:t>— —</w:t>
      </w:r>
    </w:p>
    <w:p>
      <w:r>
        <w:rPr>
          <w:rFonts w:ascii="Courier New" w:hAnsi="Courier New"/>
          <w:color w:val="555555"/>
          <w:sz w:val="20"/>
        </w:rPr>
        <w:t>[160 col2]</w:t>
      </w:r>
    </w:p>
    <w:p>
      <w:r>
        <w:rPr>
          <w:rFonts w:ascii="Gentium Plus" w:hAnsi="Gentium Plus"/>
          <w:sz w:val="24"/>
        </w:rPr>
        <w:t>.τ̣— — — — — — — — — — — η̣τ̣ε̣— — — — — — — — — — — κ̣οτ̣[Partial Letter]τ̣— — — — — — — — — [Partial Letter]ΛΙω̣.Ϲ— — — — — — — —</w:t>
      </w:r>
    </w:p>
    <w:p>
      <w:r>
        <w:rPr>
          <w:rFonts w:ascii="Courier New" w:hAnsi="Courier New"/>
          <w:color w:val="555555"/>
          <w:sz w:val="20"/>
        </w:rPr>
        <w:t>[5]</w:t>
      </w:r>
    </w:p>
    <w:p>
      <w:r>
        <w:rPr>
          <w:rFonts w:ascii="Gentium Plus" w:hAnsi="Gentium Plus"/>
          <w:sz w:val="24"/>
        </w:rPr>
        <w:t>— — — — — — — — — — — — — —</w:t>
      </w:r>
    </w:p>
    <w:p>
      <w:r>
        <w:rPr>
          <w:rFonts w:ascii="Courier New" w:hAnsi="Courier New"/>
          <w:color w:val="555555"/>
          <w:sz w:val="20"/>
        </w:rPr>
        <w:t>[161 col1 (6)]</w:t>
      </w:r>
    </w:p>
    <w:p>
      <w:r>
        <w:rPr>
          <w:rFonts w:ascii="Gentium Plus" w:hAnsi="Gentium Plus"/>
          <w:sz w:val="24"/>
        </w:rPr>
        <w:t>[ ]Ι[] [— — — — — — — — —]ν̣ου [— — — — — — — —]μ̣ε̣νοι, [ὡς ὑπολαμ]β̣άνο̣υ̣σιν</w:t>
      </w:r>
    </w:p>
    <w:p>
      <w:r>
        <w:rPr>
          <w:rFonts w:ascii="Courier New" w:hAnsi="Courier New"/>
          <w:color w:val="555555"/>
          <w:sz w:val="20"/>
        </w:rPr>
        <w:t>[10]</w:t>
      </w:r>
    </w:p>
    <w:p>
      <w:r>
        <w:rPr>
          <w:rFonts w:ascii="Gentium Plus" w:hAnsi="Gentium Plus"/>
          <w:sz w:val="24"/>
        </w:rPr>
        <w:t>[οἱ Στωικο]ί. v. τὰ δὲ μέ‐</w:t>
      </w:r>
    </w:p>
    <w:p>
      <w:r>
        <w:rPr>
          <w:rFonts w:ascii="Courier New" w:hAnsi="Courier New"/>
          <w:color w:val="555555"/>
          <w:sz w:val="20"/>
        </w:rPr>
        <w:t>[161 col2 (6)]</w:t>
      </w:r>
    </w:p>
    <w:p>
      <w:r>
        <w:rPr>
          <w:rFonts w:ascii="Gentium Plus" w:hAnsi="Gentium Plus"/>
          <w:sz w:val="24"/>
        </w:rPr>
        <w:t>[Dividers of other Forms]..Ι— — — — — — — — — —, [Dividers of other Forms]καὶ τὸ αἰ̣[σθάνεσθαι], [Dividers of other Forms]καὶ τὸ νο̣[εῖν τι, καὶ] [Dividers of other Forms]τὸ φωνὰ[ς ἱέναι, ἄνευ]</w:t>
      </w:r>
    </w:p>
    <w:p>
      <w:r>
        <w:rPr>
          <w:rFonts w:ascii="Courier New" w:hAnsi="Courier New"/>
          <w:color w:val="555555"/>
          <w:sz w:val="20"/>
        </w:rPr>
        <w:t>[10]</w:t>
      </w:r>
    </w:p>
    <w:p>
      <w:r>
        <w:rPr>
          <w:rFonts w:ascii="Gentium Plus" w:hAnsi="Gentium Plus"/>
          <w:sz w:val="24"/>
        </w:rPr>
        <w:t>[Dividers of other Forms]τοῦ σώμ̣[ατός γε ἀμή]‐ [Dividers of other Forms]χανόν ἐ̣[στιν. τὰ οὖν σώ]‐ [Dividers of other Forms]ματα δε[ῖ, φημί, τειμᾶσ]‐ [Dividers of other Forms]θαι. v.v. καιτ̣— — — — — —</w:t>
      </w:r>
    </w:p>
    <w:p>
      <w:r>
        <w:rPr>
          <w:rFonts w:ascii="Courier New" w:hAnsi="Courier New"/>
          <w:color w:val="555555"/>
          <w:sz w:val="20"/>
        </w:rPr>
        <w:t>[162 col1 (6)]</w:t>
      </w:r>
    </w:p>
    <w:p>
      <w:r>
        <w:rPr>
          <w:rFonts w:ascii="Gentium Plus" w:hAnsi="Gentium Plus"/>
          <w:sz w:val="24"/>
        </w:rPr>
        <w:t>[— — — — — — — —]α̣υτου̣— — — [— — — — — — — —]νοεῖν σ— — [— — — — — — — —]φ̣ητης α̣ἰσ̣‐ [θήσε— — — — —]ποιωνε vac?</w:t>
      </w:r>
    </w:p>
    <w:p>
      <w:r>
        <w:rPr>
          <w:rFonts w:ascii="Courier New" w:hAnsi="Courier New"/>
          <w:color w:val="555555"/>
          <w:sz w:val="20"/>
        </w:rPr>
        <w:t>[10]</w:t>
      </w:r>
    </w:p>
    <w:p>
      <w:r>
        <w:rPr>
          <w:rFonts w:ascii="Gentium Plus" w:hAnsi="Gentium Plus"/>
          <w:sz w:val="24"/>
        </w:rPr>
        <w:t>[προ]ε̣δρίαν Ι[Partial Letter]Λ[Partial Letter]ε [— — — — — — —ε]ἶ̣ν̣α̣ι̣ ...[Partial Letter]</w:t>
      </w:r>
    </w:p>
    <w:p>
      <w:r>
        <w:rPr>
          <w:rFonts w:ascii="Courier New" w:hAnsi="Courier New"/>
          <w:color w:val="555555"/>
          <w:sz w:val="20"/>
        </w:rPr>
        <w:t>[162 col2 (6)]</w:t>
      </w:r>
    </w:p>
    <w:p>
      <w:r>
        <w:rPr>
          <w:rFonts w:ascii="Gentium Plus" w:hAnsi="Gentium Plus"/>
          <w:sz w:val="24"/>
        </w:rPr>
        <w:t>ἑ̣αυ[τ] προσην[] ταυτα[] ουμεν̣[]</w:t>
      </w:r>
    </w:p>
    <w:p>
      <w:r>
        <w:rPr>
          <w:rFonts w:ascii="Courier New" w:hAnsi="Courier New"/>
          <w:color w:val="555555"/>
          <w:sz w:val="20"/>
        </w:rPr>
        <w:t>[10]</w:t>
      </w:r>
    </w:p>
    <w:p>
      <w:r>
        <w:rPr>
          <w:rFonts w:ascii="Gentium Plus" w:hAnsi="Gentium Plus"/>
          <w:sz w:val="24"/>
        </w:rPr>
        <w:t>πεντ̣[]</w:t>
      </w:r>
    </w:p>
    <w:p>
      <w:r>
        <w:rPr>
          <w:rFonts w:ascii="Courier New" w:hAnsi="Courier New"/>
          <w:color w:val="555555"/>
          <w:sz w:val="20"/>
        </w:rPr>
        <w:t>[163 col1 (6)]</w:t>
      </w:r>
    </w:p>
    <w:p>
      <w:r>
        <w:rPr>
          <w:rFonts w:ascii="Gentium Plus" w:hAnsi="Gentium Plus"/>
          <w:sz w:val="24"/>
        </w:rPr>
        <w:t>— — — — — — — — — — — — — — — — — — — — — —α̣— — —c.6— — — — — — — — —κε̣λ— —c.3—Γε — — — — — —ΙΙη v. (?) μεΝ</w:t>
      </w:r>
    </w:p>
    <w:p>
      <w:r>
        <w:rPr>
          <w:rFonts w:ascii="Courier New" w:hAnsi="Courier New"/>
          <w:color w:val="555555"/>
          <w:sz w:val="20"/>
        </w:rPr>
        <w:t>[10]</w:t>
      </w:r>
    </w:p>
    <w:p>
      <w:r>
        <w:rPr>
          <w:rFonts w:ascii="Gentium Plus" w:hAnsi="Gentium Plus"/>
          <w:sz w:val="24"/>
        </w:rPr>
        <w:t>— — — — — — — —τ̣οὺς̣ λό‐ [γους τού]τ̣ο̣υ̣ς̣ π̣ερὶ</w:t>
      </w:r>
    </w:p>
    <w:p>
      <w:r>
        <w:rPr>
          <w:rFonts w:ascii="Courier New" w:hAnsi="Courier New"/>
          <w:color w:val="555555"/>
          <w:sz w:val="20"/>
        </w:rPr>
        <w:t>[163 col2 (6)]</w:t>
      </w:r>
    </w:p>
    <w:p>
      <w:r>
        <w:rPr>
          <w:rFonts w:ascii="Gentium Plus" w:hAnsi="Gentium Plus"/>
          <w:sz w:val="24"/>
        </w:rPr>
        <w:t>.ε̣ν̣[] κε̣ν̣[] [Dividers of other Forms]προ̣σ̣[] ο[]</w:t>
      </w:r>
    </w:p>
    <w:p>
      <w:r>
        <w:rPr>
          <w:rFonts w:ascii="Courier New" w:hAnsi="Courier New"/>
          <w:color w:val="555555"/>
          <w:sz w:val="20"/>
        </w:rPr>
        <w:t>[10]</w:t>
      </w:r>
    </w:p>
    <w:p>
      <w:r>
        <w:rPr>
          <w:rFonts w:ascii="Gentium Plus" w:hAnsi="Gentium Plus"/>
          <w:sz w:val="24"/>
        </w:rPr>
        <w:t>[Partial Letter][]</w:t>
      </w:r>
    </w:p>
    <w:p>
      <w:r>
        <w:rPr>
          <w:rFonts w:ascii="Courier New" w:hAnsi="Courier New"/>
          <w:color w:val="555555"/>
          <w:sz w:val="20"/>
        </w:rPr>
        <w:t>[164 col1 (6)]</w:t>
      </w:r>
    </w:p>
    <w:p>
      <w:r>
        <w:rPr>
          <w:rFonts w:ascii="Gentium Plus" w:hAnsi="Gentium Plus"/>
          <w:sz w:val="24"/>
        </w:rPr>
        <w:t>[ ]Ι Ο[] []Ι[] [ ]Ιεσ̣θα̣[] [ ]Ι ουντα</w:t>
      </w:r>
    </w:p>
    <w:p>
      <w:r>
        <w:rPr>
          <w:rFonts w:ascii="Courier New" w:hAnsi="Courier New"/>
          <w:color w:val="555555"/>
          <w:sz w:val="20"/>
        </w:rPr>
        <w:t>[10]</w:t>
      </w:r>
    </w:p>
    <w:p>
      <w:r>
        <w:rPr>
          <w:rFonts w:ascii="Gentium Plus" w:hAnsi="Gentium Plus"/>
          <w:sz w:val="24"/>
        </w:rPr>
        <w:t>[ ] ἄ̣γειν τιν̣[ά] [κ]ατὰ τοῦτο̣ [ ][Partial Letter]η̣στα οὐκο []ταῦ̣τα̣</w:t>
      </w:r>
    </w:p>
    <w:p>
      <w:r>
        <w:rPr>
          <w:rFonts w:ascii="Courier New" w:hAnsi="Courier New"/>
          <w:color w:val="555555"/>
          <w:sz w:val="20"/>
        </w:rPr>
        <w:t>[165 col1]</w:t>
      </w:r>
    </w:p>
    <w:p>
      <w:r>
        <w:rPr>
          <w:rFonts w:ascii="Gentium Plus" w:hAnsi="Gentium Plus"/>
          <w:sz w:val="24"/>
        </w:rPr>
        <w:t>οὐ τοῦ γέ̣[ροντος— — —] σα..εικως πα[] τοῦτον δυΓ[] καὶ οὐκέτ[ι— — — —ἡδο]‐</w:t>
      </w:r>
    </w:p>
    <w:p>
      <w:r>
        <w:rPr>
          <w:rFonts w:ascii="Courier New" w:hAnsi="Courier New"/>
          <w:color w:val="555555"/>
          <w:sz w:val="20"/>
        </w:rPr>
        <w:t>[5]</w:t>
      </w:r>
    </w:p>
    <w:p>
      <w:r>
        <w:rPr>
          <w:rFonts w:ascii="Gentium Plus" w:hAnsi="Gentium Plus"/>
          <w:sz w:val="24"/>
        </w:rPr>
        <w:t>νῆς. v.v.v.v. διὰ το[ῦτο]</w:t>
      </w:r>
    </w:p>
    <w:p>
      <w:r>
        <w:rPr>
          <w:rFonts w:ascii="Courier New" w:hAnsi="Courier New"/>
          <w:color w:val="555555"/>
          <w:sz w:val="20"/>
        </w:rPr>
        <w:t>[166 col1]</w:t>
      </w:r>
    </w:p>
    <w:p>
      <w:r>
        <w:rPr>
          <w:rFonts w:ascii="Gentium Plus" w:hAnsi="Gentium Plus"/>
          <w:sz w:val="24"/>
        </w:rPr>
        <w:t>....[Partial Letter][Partial Letter][Partial Letter].. ..ϹμεΙ... τ̣οιόσδ̣ε̣ .. []ΙΙν χορό̣ς̣</w:t>
      </w:r>
    </w:p>
    <w:p>
      <w:r>
        <w:rPr>
          <w:rFonts w:ascii="Courier New" w:hAnsi="Courier New"/>
          <w:color w:val="555555"/>
          <w:sz w:val="20"/>
        </w:rPr>
        <w:t>[167 col1]</w:t>
      </w:r>
    </w:p>
    <w:p>
      <w:r>
        <w:rPr>
          <w:rFonts w:ascii="Gentium Plus" w:hAnsi="Gentium Plus"/>
          <w:sz w:val="24"/>
        </w:rPr>
        <w:t>[] v.v. ἀλλ’ ο̣[ὖν γε] []η̣ση πανν̣[υχ]</w:t>
      </w:r>
    </w:p>
    <w:p>
      <w:r>
        <w:rPr>
          <w:rFonts w:ascii="Courier New" w:hAnsi="Courier New"/>
          <w:color w:val="555555"/>
          <w:sz w:val="20"/>
        </w:rPr>
        <w:t>[168 col1 (18)]</w:t>
      </w:r>
    </w:p>
    <w:p>
      <w:r>
        <w:rPr>
          <w:rFonts w:ascii="Gentium Plus" w:hAnsi="Gentium Plus"/>
          <w:sz w:val="24"/>
        </w:rPr>
        <w:t>[]μ̣ι̣α̣ vac. (?)</w:t>
      </w:r>
    </w:p>
    <w:p>
      <w:r>
        <w:rPr>
          <w:rFonts w:ascii="Courier New" w:hAnsi="Courier New"/>
          <w:color w:val="555555"/>
          <w:sz w:val="20"/>
        </w:rPr>
        <w:t>[168 col2 (14)]</w:t>
      </w:r>
    </w:p>
    <w:p>
      <w:r>
        <w:rPr>
          <w:rFonts w:ascii="Gentium Plus" w:hAnsi="Gentium Plus"/>
          <w:sz w:val="24"/>
        </w:rPr>
        <w:t>— — — —c.7— — —[Partial Letter]— — — — — —</w:t>
      </w:r>
    </w:p>
    <w:p>
      <w:r>
        <w:rPr>
          <w:rFonts w:ascii="Courier New" w:hAnsi="Courier New"/>
          <w:color w:val="555555"/>
          <w:sz w:val="20"/>
        </w:rPr>
        <w:t>[15]</w:t>
      </w:r>
    </w:p>
    <w:p>
      <w:r>
        <w:rPr>
          <w:rFonts w:ascii="Gentium Plus" w:hAnsi="Gentium Plus"/>
          <w:sz w:val="24"/>
        </w:rPr>
        <w:t>— —c.3—[Partial Letter].ῳναιδ[Partial Letter]— — —c.6— — ΙΙη̣Ϲ. ἐ̣ξ̣αρπ̣ά̣ζ̣ειν̣ [τῶν] φόβων̣ διὰ σπ̣ουδ[ῆς— —] ον, ἂν μὴ προφυλατ̣[τ— —]</w:t>
      </w:r>
    </w:p>
    <w:p>
      <w:r>
        <w:rPr>
          <w:rFonts w:ascii="Courier New" w:hAnsi="Courier New"/>
          <w:color w:val="555555"/>
          <w:sz w:val="20"/>
        </w:rPr>
        <w:t>[169 col1 (13)]</w:t>
      </w:r>
    </w:p>
    <w:p>
      <w:r>
        <w:rPr>
          <w:rFonts w:ascii="Gentium Plus" w:hAnsi="Gentium Plus"/>
          <w:sz w:val="24"/>
        </w:rPr>
        <w:t>[]Ι.ε̣. []Ιτεου</w:t>
      </w:r>
    </w:p>
    <w:p>
      <w:r>
        <w:rPr>
          <w:rFonts w:ascii="Courier New" w:hAnsi="Courier New"/>
          <w:color w:val="555555"/>
          <w:sz w:val="20"/>
        </w:rPr>
        <w:t>[15]</w:t>
      </w:r>
    </w:p>
    <w:p>
      <w:r>
        <w:rPr>
          <w:rFonts w:ascii="Gentium Plus" w:hAnsi="Gentium Plus"/>
          <w:sz w:val="24"/>
        </w:rPr>
        <w:t>[]αλων []σθαι μη []α̣του χρο— []ην ἐχου—</w:t>
      </w:r>
    </w:p>
    <w:p>
      <w:r>
        <w:rPr>
          <w:rFonts w:ascii="Courier New" w:hAnsi="Courier New"/>
          <w:color w:val="555555"/>
          <w:sz w:val="20"/>
        </w:rPr>
        <w:t>[169 col2 (13)]</w:t>
      </w:r>
    </w:p>
    <w:p>
      <w:r>
        <w:rPr>
          <w:rFonts w:ascii="Gentium Plus" w:hAnsi="Gentium Plus"/>
          <w:sz w:val="24"/>
        </w:rPr>
        <w:t>[Partial Letter][Partial Letter][] τ̣η̣σεν̣[]</w:t>
      </w:r>
    </w:p>
    <w:p>
      <w:r>
        <w:rPr>
          <w:rFonts w:ascii="Courier New" w:hAnsi="Courier New"/>
          <w:color w:val="555555"/>
          <w:sz w:val="20"/>
        </w:rPr>
        <w:t>[15]</w:t>
      </w:r>
    </w:p>
    <w:p>
      <w:r>
        <w:rPr>
          <w:rFonts w:ascii="Gentium Plus" w:hAnsi="Gentium Plus"/>
          <w:sz w:val="24"/>
        </w:rPr>
        <w:t>καταπ[Partial Letter][]</w:t>
      </w:r>
    </w:p>
    <w:p>
      <w:r>
        <w:rPr>
          <w:rFonts w:ascii="Courier New" w:hAnsi="Courier New"/>
          <w:color w:val="555555"/>
          <w:sz w:val="20"/>
        </w:rPr>
        <w:t>[170 col1 (14)]</w:t>
      </w:r>
    </w:p>
    <w:p>
      <w:r>
        <w:rPr>
          <w:rFonts w:ascii="Gentium Plus" w:hAnsi="Gentium Plus"/>
          <w:sz w:val="24"/>
        </w:rPr>
        <w:t>[]ο̣ΙΙ[]</w:t>
      </w:r>
    </w:p>
    <w:p>
      <w:r>
        <w:rPr>
          <w:rFonts w:ascii="Courier New" w:hAnsi="Courier New"/>
          <w:color w:val="555555"/>
          <w:sz w:val="20"/>
        </w:rPr>
        <w:t>[15]</w:t>
      </w:r>
    </w:p>
    <w:p>
      <w:r>
        <w:rPr>
          <w:rFonts w:ascii="Gentium Plus" w:hAnsi="Gentium Plus"/>
          <w:sz w:val="24"/>
        </w:rPr>
        <w:t>[]ο̣ς̣ προσ̣[] []αλειν ἡμ[] []α̣ι τῷ Ὁμήρ̣[ῳ] [ τὸ γ]ὰ̣ρ δύειν πιΕ[]</w:t>
      </w:r>
    </w:p>
    <w:p>
      <w:r>
        <w:rPr>
          <w:rFonts w:ascii="Courier New" w:hAnsi="Courier New"/>
          <w:color w:val="555555"/>
          <w:sz w:val="20"/>
        </w:rPr>
        <w:t>[171 col1 (14)]</w:t>
      </w:r>
    </w:p>
    <w:p>
      <w:r>
        <w:rPr>
          <w:rFonts w:ascii="Gentium Plus" w:hAnsi="Gentium Plus"/>
          <w:sz w:val="24"/>
        </w:rPr>
        <w:t>[Dividers of other Forms].αι προσ[]</w:t>
      </w:r>
    </w:p>
    <w:p>
      <w:r>
        <w:rPr>
          <w:rFonts w:ascii="Courier New" w:hAnsi="Courier New"/>
          <w:color w:val="555555"/>
          <w:sz w:val="20"/>
        </w:rPr>
        <w:t>[15]</w:t>
      </w:r>
    </w:p>
    <w:p>
      <w:r>
        <w:rPr>
          <w:rFonts w:ascii="Gentium Plus" w:hAnsi="Gentium Plus"/>
          <w:sz w:val="24"/>
        </w:rPr>
        <w:t>.χρησε̣σ̣[] .ν ἐπιβ̣[— — — — — — —δύ]‐ [ν]αμιν ε̣[]</w:t>
      </w:r>
    </w:p>
    <w:p>
      <w:r>
        <w:rPr>
          <w:rFonts w:ascii="Courier New" w:hAnsi="Courier New"/>
          <w:color w:val="555555"/>
          <w:sz w:val="20"/>
        </w:rPr>
        <w:t>[172 col1 (13)]</w:t>
      </w:r>
    </w:p>
    <w:p>
      <w:r>
        <w:rPr>
          <w:rFonts w:ascii="Gentium Plus" w:hAnsi="Gentium Plus"/>
          <w:sz w:val="24"/>
        </w:rPr>
        <w:t>— — — — — —[Partial Letter][] [Partial Letter].σ̣υνπλΙ[]</w:t>
      </w:r>
    </w:p>
    <w:p>
      <w:r>
        <w:rPr>
          <w:rFonts w:ascii="Courier New" w:hAnsi="Courier New"/>
          <w:color w:val="555555"/>
          <w:sz w:val="20"/>
        </w:rPr>
        <w:t>[15]</w:t>
      </w:r>
    </w:p>
    <w:p>
      <w:r>
        <w:rPr>
          <w:rFonts w:ascii="Gentium Plus" w:hAnsi="Gentium Plus"/>
          <w:sz w:val="24"/>
        </w:rPr>
        <w:t>νων τοῖς Ϲ[] .Ιν̣ειτε Λc[] .ε̣ι̣τετετ[Partial Letter][] π̣ρ̣οσαφ̣ων̣[]</w:t>
      </w:r>
    </w:p>
    <w:p>
      <w:r>
        <w:rPr>
          <w:rFonts w:ascii="Courier New" w:hAnsi="Courier New"/>
          <w:color w:val="555555"/>
          <w:sz w:val="20"/>
        </w:rPr>
        <w:t>[173 col1 (15)]</w:t>
      </w:r>
    </w:p>
    <w:p>
      <w:r>
        <w:rPr>
          <w:rFonts w:ascii="Gentium Plus" w:hAnsi="Gentium Plus"/>
          <w:sz w:val="24"/>
        </w:rPr>
        <w:t>[]σ̣έλθοι. v. Ἐπί‐ [κουρος οὖ]ν̣ ὁμολο̣‐ [γεῖ τάδε]· ο̣ὐ τοίνυν [φησὶ τὸν] ε̣ὐδαίμονα</w:t>
      </w:r>
    </w:p>
    <w:p>
      <w:r>
        <w:rPr>
          <w:rFonts w:ascii="Courier New" w:hAnsi="Courier New"/>
          <w:color w:val="555555"/>
          <w:sz w:val="20"/>
        </w:rPr>
        <w:t>[173 col2 (15)]</w:t>
      </w:r>
    </w:p>
    <w:p>
      <w:r>
        <w:rPr>
          <w:rFonts w:ascii="Gentium Plus" w:hAnsi="Gentium Plus"/>
          <w:sz w:val="24"/>
        </w:rPr>
        <w:t>αν̣[] μ[Partial Letter][] [Dividers of other Forms]ἀλ̣[λὰ Δημόκριτος ὁ Ἀ]‐</w:t>
      </w:r>
    </w:p>
    <w:p>
      <w:r>
        <w:rPr>
          <w:rFonts w:ascii="Courier New" w:hAnsi="Courier New"/>
          <w:color w:val="555555"/>
          <w:sz w:val="20"/>
        </w:rPr>
        <w:t>[174 col1 (14)]</w:t>
      </w:r>
    </w:p>
    <w:p>
      <w:r>
        <w:rPr>
          <w:rFonts w:ascii="Gentium Plus" w:hAnsi="Gentium Plus"/>
          <w:sz w:val="24"/>
        </w:rPr>
        <w:t>— —</w:t>
      </w:r>
    </w:p>
    <w:p>
      <w:r>
        <w:rPr>
          <w:rFonts w:ascii="Courier New" w:hAnsi="Courier New"/>
          <w:color w:val="555555"/>
          <w:sz w:val="20"/>
        </w:rPr>
        <w:t>[15]</w:t>
      </w:r>
    </w:p>
    <w:p>
      <w:r>
        <w:rPr>
          <w:rFonts w:ascii="Gentium Plus" w:hAnsi="Gentium Plus"/>
          <w:sz w:val="24"/>
        </w:rPr>
        <w:t>[]α̣Ι []ς..τ̣ α. — —</w:t>
      </w:r>
    </w:p>
    <w:p>
      <w:r>
        <w:rPr>
          <w:rFonts w:ascii="Courier New" w:hAnsi="Courier New"/>
          <w:color w:val="555555"/>
          <w:sz w:val="20"/>
        </w:rPr>
        <w:t>[175 col1 (14)]</w:t>
      </w:r>
    </w:p>
    <w:p>
      <w:r>
        <w:rPr>
          <w:rFonts w:ascii="Gentium Plus" w:hAnsi="Gentium Plus"/>
          <w:sz w:val="24"/>
        </w:rPr>
        <w:t>[][Partial Letter].</w:t>
      </w:r>
    </w:p>
    <w:p>
      <w:r>
        <w:rPr>
          <w:rFonts w:ascii="Courier New" w:hAnsi="Courier New"/>
          <w:color w:val="555555"/>
          <w:sz w:val="20"/>
        </w:rPr>
        <w:t>[15]</w:t>
      </w:r>
    </w:p>
    <w:p>
      <w:r>
        <w:rPr>
          <w:rFonts w:ascii="Gentium Plus" w:hAnsi="Gentium Plus"/>
          <w:sz w:val="24"/>
        </w:rPr>
        <w:t>[]ε̣ι̣ν̣ vac.? []ο̣το̣ vac.? []ο̣νη̣ vac.? []κ̣εινη—</w:t>
      </w:r>
    </w:p>
    <w:p>
      <w:r>
        <w:rPr>
          <w:rFonts w:ascii="Courier New" w:hAnsi="Courier New"/>
          <w:color w:val="555555"/>
          <w:sz w:val="20"/>
        </w:rPr>
        <w:t>[175 col2 (16)]</w:t>
      </w:r>
    </w:p>
    <w:p>
      <w:r>
        <w:rPr>
          <w:rFonts w:ascii="Gentium Plus" w:hAnsi="Gentium Plus"/>
          <w:sz w:val="24"/>
        </w:rPr>
        <w:t>ει̣ν̣[] Γ.ρ̣[] τ̣ΙΛ.[Partial Letter][]</w:t>
      </w:r>
    </w:p>
    <w:p>
      <w:r>
        <w:rPr>
          <w:rFonts w:ascii="Courier New" w:hAnsi="Courier New"/>
          <w:color w:val="555555"/>
          <w:sz w:val="20"/>
        </w:rPr>
        <w:t>[176 col1 (13)]</w:t>
      </w:r>
    </w:p>
    <w:p>
      <w:r>
        <w:rPr>
          <w:rFonts w:ascii="Gentium Plus" w:hAnsi="Gentium Plus"/>
          <w:sz w:val="24"/>
        </w:rPr>
        <w:t>[]...α̣— — — —c.7— — —[Partial Letter]— — [].Ια.ν̣— — — — — — — — —</w:t>
      </w:r>
    </w:p>
    <w:p>
      <w:r>
        <w:rPr>
          <w:rFonts w:ascii="Courier New" w:hAnsi="Courier New"/>
          <w:color w:val="555555"/>
          <w:sz w:val="20"/>
        </w:rPr>
        <w:t>[15]</w:t>
      </w:r>
    </w:p>
    <w:p>
      <w:r>
        <w:rPr>
          <w:rFonts w:ascii="Gentium Plus" w:hAnsi="Gentium Plus"/>
          <w:sz w:val="24"/>
        </w:rPr>
        <w:t>[]— — — — — —ΟΙ— —c.4— —ν̣ vac.?</w:t>
      </w:r>
    </w:p>
    <w:p>
      <w:r>
        <w:rPr>
          <w:rFonts w:ascii="Courier New" w:hAnsi="Courier New"/>
          <w:color w:val="555555"/>
          <w:sz w:val="20"/>
        </w:rPr>
        <w:t>[176 col2 (13)]</w:t>
      </w:r>
    </w:p>
    <w:p>
      <w:r>
        <w:rPr>
          <w:rFonts w:ascii="Gentium Plus" w:hAnsi="Gentium Plus"/>
          <w:sz w:val="24"/>
        </w:rPr>
        <w:t>— — — — — — — [Dividers of other Forms]νοις̣ [Partial Letter]..[]</w:t>
      </w:r>
    </w:p>
    <w:p>
      <w:r>
        <w:rPr>
          <w:rFonts w:ascii="Courier New" w:hAnsi="Courier New"/>
          <w:color w:val="555555"/>
          <w:sz w:val="20"/>
        </w:rPr>
        <w:t>[15]</w:t>
      </w:r>
    </w:p>
    <w:p>
      <w:r>
        <w:rPr>
          <w:rFonts w:ascii="Gentium Plus" w:hAnsi="Gentium Plus"/>
          <w:sz w:val="24"/>
        </w:rPr>
        <w:t>κ̣[α]ὶ ῥᾳ[δ]ίω[ς πάντα κατὰ] π̣ά̣θη κ̣[αὶ αἰσθήσεις] κ̣ρ̣ί[ν]ε̣ι σ̣[οφὸς ἀνὴρ] ΙΝ̣.Λ...[]</w:t>
      </w:r>
    </w:p>
    <w:p>
      <w:r>
        <w:rPr>
          <w:rFonts w:ascii="Courier New" w:hAnsi="Courier New"/>
          <w:color w:val="555555"/>
          <w:sz w:val="20"/>
        </w:rPr>
        <w:t>[177 col1 (14)]</w:t>
      </w:r>
    </w:p>
    <w:p>
      <w:r>
        <w:rPr>
          <w:rFonts w:ascii="Gentium Plus" w:hAnsi="Gentium Plus"/>
          <w:sz w:val="24"/>
        </w:rPr>
        <w:t>— — — — — — — — — — — —</w:t>
      </w:r>
    </w:p>
    <w:p>
      <w:r>
        <w:rPr>
          <w:rFonts w:ascii="Courier New" w:hAnsi="Courier New"/>
          <w:color w:val="555555"/>
          <w:sz w:val="20"/>
        </w:rPr>
        <w:t>[15]</w:t>
      </w:r>
    </w:p>
    <w:p>
      <w:r>
        <w:rPr>
          <w:rFonts w:ascii="Gentium Plus" w:hAnsi="Gentium Plus"/>
          <w:sz w:val="24"/>
        </w:rPr>
        <w:t>ο̣υ̣Ι— — — — — — — — — — [Partial Letter].επ̣ι̣ν̣— —c.3—ο̣...τ̣ο̣δ̣ε̣ vac.? — — — — — — — — — — — — ΙΤ̣Λ.υ̣ΙμϹ..Ι.α̣— —c.3—</w:t>
      </w:r>
    </w:p>
    <w:p>
      <w:r>
        <w:rPr>
          <w:rFonts w:ascii="Courier New" w:hAnsi="Courier New"/>
          <w:color w:val="555555"/>
          <w:sz w:val="20"/>
        </w:rPr>
        <w:t>[177 col2 (14)]</w:t>
      </w:r>
    </w:p>
    <w:p>
      <w:r>
        <w:rPr>
          <w:rFonts w:ascii="Gentium Plus" w:hAnsi="Gentium Plus"/>
          <w:sz w:val="24"/>
        </w:rPr>
        <w:t>— — — — —</w:t>
      </w:r>
    </w:p>
    <w:p>
      <w:r>
        <w:rPr>
          <w:rFonts w:ascii="Courier New" w:hAnsi="Courier New"/>
          <w:color w:val="555555"/>
          <w:sz w:val="20"/>
        </w:rPr>
        <w:t>[15]</w:t>
      </w:r>
    </w:p>
    <w:p>
      <w:r>
        <w:rPr>
          <w:rFonts w:ascii="Gentium Plus" w:hAnsi="Gentium Plus"/>
          <w:sz w:val="24"/>
        </w:rPr>
        <w:t>— — — — — — — — — — — — — — — — —[ἀλ]‐ λ’ ἔ̣χει []</w:t>
      </w:r>
    </w:p>
    <w:p>
      <w:r>
        <w:rPr>
          <w:rFonts w:ascii="Courier New" w:hAnsi="Courier New"/>
          <w:color w:val="555555"/>
          <w:sz w:val="20"/>
        </w:rPr>
        <w:t>[180 col1]</w:t>
      </w:r>
    </w:p>
    <w:p>
      <w:r>
        <w:rPr>
          <w:rFonts w:ascii="Gentium Plus" w:hAnsi="Gentium Plus"/>
          <w:sz w:val="24"/>
        </w:rPr>
        <w:t>οὐκ ἔσ[τι] αις ζῆν̣[] δοις []</w:t>
      </w:r>
    </w:p>
    <w:p>
      <w:r>
        <w:rPr>
          <w:rFonts w:ascii="Courier New" w:hAnsi="Courier New"/>
          <w:color w:val="555555"/>
          <w:sz w:val="20"/>
        </w:rPr>
        <w:t>[181 col1]</w:t>
      </w:r>
    </w:p>
    <w:p>
      <w:r>
        <w:rPr>
          <w:rFonts w:ascii="Gentium Plus" w:hAnsi="Gentium Plus"/>
          <w:sz w:val="24"/>
        </w:rPr>
        <w:t>vac. φ̣α̣[]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