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Ἐγκώμιον εἰς τὸν Ῥωμαῖον ἡγεμόνα</w:t>
      </w:r>
      <w:r>
        <w:br/>
      </w:r>
      <w:r>
        <w:rPr>
          <w:i/>
          <w:color w:val="666666"/>
          <w:sz w:val="40"/>
        </w:rPr>
        <w:t>Encomium on the Roman Leader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Ἐπικά Ἀδέσποτα</w:t>
      </w:r>
      <w:r>
        <w:br/>
      </w:r>
      <w:r>
        <w:rPr>
          <w:i/>
          <w:color w:val="666666"/>
          <w:sz w:val="28"/>
        </w:rPr>
        <w:t>by Epic Work  Anonymous</w:t>
      </w:r>
    </w:p>
    <w:p/>
    <w:p>
      <w:r>
        <w:rPr>
          <w:rFonts w:ascii="Courier New" w:hAnsi="Courier New"/>
          <w:color w:val="555555"/>
          <w:sz w:val="20"/>
        </w:rPr>
        <w:t>[1vb]</w:t>
      </w:r>
    </w:p>
    <w:p>
      <w:r>
        <w:rPr>
          <w:rFonts w:ascii="Gentium Plus" w:hAnsi="Gentium Plus"/>
          <w:sz w:val="24"/>
        </w:rPr>
        <w:t>οὐκ ἄρα μοῦνον Ἄ[ρης μ]ενεδήιος, ἀλλὰ καὶ αὐτα̣[ί] Μοῦσαι ἀριστεύ̣ο̣υ̣[σι κ]αὶ εἰ βασίλειαν ἀοιδ̣ῆ[ς] οὐ τέκε Καλλιόπην χ̣[αλ]κάσπιδα πότνια μήτη[ρ.] καὶ σὲ μάχην ἐδιδα[....], ἐν ἀμφοτέρῳ δ’ ἐλιτ[αιν...]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πῇ μὲν Πηλειάδ̣ο̣[ς μελί]ης ἀποπειρηθέντα καὶ μεγάλην Αἴ̣α̣ν̣τ[ος ἀ]ε̣ρτάζοντα βοείη[ν] εἰς ὅσον ἀργυρέην [μεθέπ]εις Νειλωίδα δί̣ν̣η[ν,] σὺν σοὶ ἀλεξ̣ί̣κα̣κ̣ο[ς .....]ο. καὶ ὁμόφρο̣ν̣[ι ....]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δυσμενε̣ω̣[..............].......τα.οιν.. ἥ σε πάλιν[.............]..υν..χιε̣.ει... ἀλλ’ ἔτ̣ι ς̣.ν̣[..............]..ι̣ν̣π̣.ι̣ν̣ε̣ι̣ν̣....... σεῖο πατὴρ τ̣[................ κ]αὶ ἐτέρπετο θ̣[υμ]ῷ εἰσορόων κ̣[................]..τονδεο̣ι̣β̣ι̣.......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πατρὶς .ι[..............].ος οὐδέπ̣ο̣τ̣’ αὐτόν̣ Ἀλκείδης [..............]πεσεν α..ρ...ων οὐ νέμεσ̣[ις ............]αμενει.υδεν...... Φοῖβος α̣[..............].λ̣ε̣α̣σ̣ι̣μ̣.υρανκε...ς σοὶ π..[]ε.ατ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πρ[]ον̣ α[]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(vestigia septem versuum)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[2ra]</w:t>
      </w:r>
    </w:p>
    <w:p>
      <w:r>
        <w:rPr>
          <w:rFonts w:ascii="Gentium Plus" w:hAnsi="Gentium Plus"/>
          <w:sz w:val="24"/>
        </w:rPr>
        <w:t>ἡ̣μῖν πότμον ὕφαινε, [νέ]η δέ μιν ὤλεσε τέχνη· [ἐ]ς Διὸς ὄμμα τίταινεν [...].π̣ο..ον..ε̣σ̣ε̣ν̣ ἄφνω̣ [αἰ]θέρος εἷλεν ἔρωτα, μ̣[έσ]ω̣ν δ’ ὑπέδυνε βερέθρων, [ἠ]έρα μαστεύων χθον̣[ὸς] ἤ̣μβροτεν· οὐδὲ γυναικῶν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[οἰ]μωγὴν ἀλέγυνεν ὀ[δυρ]ομένων θέμιν εὐνῆ̣ς, [ᾗ]σι βίῃ μίσγοντο· βίη [δ’ οὐ]κ ἔστιν ἐρώτων, [ἱ]μερτὸς θεός ἐστιν, [ἔρω]ς̣ δ’ οὐκ οἶδεν ἀνάγκην. [π]ολλά τις ἑλκομένη π̣ε̣[ρ] ἑὸν βοάασκεν ἀκοίτη[ν,] [ο]ὐδὲ βοὴ χραίσμησε, φόβος δ’ ὑπέδησεν ἀ̣κ̣ο̣υήν.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ἡ δὲ καὶ οὐκ ἐθέλουσ̣[α] τό[σ]ην ὑπέμεινεν [ἀ]νάγκην, δείδιε γὰρ μὴ τ̣ο̣ῦτο̣ν̣ [....... μ]ῦθον ἀκούσῃ καὶ πόσιν αἰσχύ[νῃ] τε καὶ υἱάσι μῶμον ἀνάψῃ. οὐ μία τις βιότοιο πα[ραί]φασις, οὐ χορὸς αὐτοῖς, οὐκ Ἑλικών, οὐ Μοῦσα· βέβηκε γὰρ ἶσα θυέλλαις.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ἥρως, οὐδέ σε τοῦτο παρέδραμεν, ἀλλ’ ἔτι καὶ νῦν ἐνναέται Θήβης σταχυωδέο̣[ς] ὑμνείουσιν [.... τειρ]ο̣μένοισιν ἀλεξ̣ίκακόν σε φανέντα. ἔτλη γὰρ πρηνής 〈σ〉ε κυλ̣ι̣ν̣δ̣ο̣[μ]έν̣η̣ π̣α̣ρ̣ὰ̣ π̣ο̣σ̣σί πολλὰ πόλις λιταν[εῦσαι .........]... σου δ’ ἀβόητα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πέμπεν προφ[ρονέως ........ ἡγε]μονεύειν θεσμῶν εὐρυ̣[..................]...η̣ς Θήβη καγχα̣[λόωσα .................]η̣ κόλποις δ’ ε[........................]φρων πασσυδὸν []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παρθεν[............................] ε̣ἴρια [] ὁπλοτερ[.............................]κ̣αγχα[λ] γήραος [..............................]ι̣ε̣σ̣[]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[3rb]</w:t>
      </w:r>
    </w:p>
    <w:p>
      <w:r>
        <w:rPr>
          <w:rFonts w:ascii="Gentium Plus" w:hAnsi="Gentium Plus"/>
          <w:sz w:val="24"/>
        </w:rPr>
        <w:t>[]εσκον ἑν̣ὸς χροὸς ἐκπεφυῶτας []κ̣ο̣ς ἐπὶ ζώνην μὲν ἰδ̣έσθαι [].ο̣ρ̣ε κάρη, στέρνον δ’ ἐνοσίχθων []α, γ̣όος 〈δ’〉 ἀνεμίσγετο μύθῳ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 π̣ο̣λυφαρμάκου αἷμα γεν̣έθλης δ[.............]ι̣σ̣ι βαρυνομένη καμάτο̣ισιν̣ α[......... πρη]νής σε κυλινδομένη παρὰ ποσσί δ[.............] κλόνου καὶ ἀναλθήτων ὀδυνάων σπ̣[..........]ρεσιαο βάσιν πτόλις ἀρσινόο[ι]ο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[.........]ης καὶ μ̣ᾶλ̣λον ἀρείον̣α δύσετο μορφήν̣ ..[......]ι̣βομένη, μάλα γὰρ κάμεν οἷα̣ ...ιη[?] []μω πληγ̣.....μαχε̣..η̣ν̣ πολ̣[.]ς ἤδη λυσα̣[...]ων..θειηδ̣..εση πεφορητο̣[..]..[] τοῦτο πάρος τολύπευσα̣ς ἐλευθερίην ἀγα̣[π]άζω̣[ν,]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κῦδος ἔχειν ἐθέλων καὶ κέρδεος οὐκ ἀλεγ̣ί̣ζ̣ω[ν.]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ἤδη γὰρ [μ]ε̣γ̣άλων σημήϊα καὶ κ[] οὗτος ἀνὴρ μερόπεσσι [] εἰσέτι νῦν ζώεις βιοτο[] ......................[]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[4va]</w:t>
      </w:r>
    </w:p>
    <w:p>
      <w:r>
        <w:rPr>
          <w:rFonts w:ascii="Gentium Plus" w:hAnsi="Gentium Plus"/>
          <w:sz w:val="24"/>
        </w:rPr>
        <w:t>εἰσέτι ποὺς κ̣...λ̣λους υ̣[..............]ω̣ς̣ καὶ κεφαλὴ στονόεντος [] δουρὸς ἀπ’ ἀκροτάτου̣ δ̣[] ᾧ δαίδων ἄσβεστον ἀεὶ σ̣έ[λας, ᾧ τε πανῆμαρ]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τερπωλὴ κατὰ ἄστυ καὶ ο̣ι̣..[] οὕνεκε δῖα πόλις πάλιν ὀλβ[ία .........]ο̣ις μυρίοι δ’ ἐστέψαντο γεγη̣θότε[ς,] δηναίην βα̣ρύδεσμον ἀπορ̣[ρίψαντες ἀνί]ην̣. τοῖα μὲν ἀνθρώποις πέλε χάρμα[τα, σεῖο δὲ π]άτρη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[δεύετο νόσφιν ἐόντος, ἔπος τ’ ε...... τ]ο̣ῖ[ο]ν· ζ[η]λήμων, τί παθοῦσα φίλον γόνο̣[ν .......]υρες; [ἡ]μετέρας ὠδῖνας ἀφήρπασας. εἰ [δὲ μεγαίρ]εις, [οὕ]νεκε πωτήεντα πόρ̣ον ποτὲ Περσέα δ’ ἄλλον· Περσεὺς καὶ μετὰ Νεῖλον ἐς οἰκία νόστιμος ἦλθεν̣.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δεῦρ̣ο τέκνον, σπεύδοις σέο πατρίδα καρ̣τ̣ύνα̣σ̣θαι. [........]ος ἔφυς, αἰεὶ μερόπεσσιν ἀρήγεις· [νῦν ἀπό]νοσφι μένεις, πατρὶς δ’ ἔτι σεῖο χατίζει. [.........] πάρος ᾖεν ἐς οἰκία Δηιδαμείης,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[]πτ[ολ]ιπόρθιος· ὡς Ὀδυσσῆι [] πτόλις· ὥς κεν ἐλάση̣ς [κακότ]ητα βαρυτλήτων ἀπὸ φωτῶν []ε..............η̣ν̣.[]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