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Εἰδοποιήσεις Ἐπισκοπῶν</w:t>
      </w:r>
      <w:r>
        <w:br/>
      </w:r>
      <w:r>
        <w:rPr>
          <w:i/>
          <w:color w:val="666666"/>
          <w:sz w:val="40"/>
        </w:rPr>
        <w:t>Notices of Bishoprics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Ἐπιφάνιος ὁ Σαλαμίτης</w:t>
      </w:r>
      <w:r>
        <w:br/>
      </w:r>
      <w:r>
        <w:rPr>
          <w:i/>
          <w:color w:val="666666"/>
          <w:sz w:val="28"/>
        </w:rPr>
        <w:t>by Epiphanius Salamis</w:t>
      </w:r>
    </w:p>
    <w:p/>
    <w:p>
      <w:r>
        <w:rPr>
          <w:rFonts w:ascii="Courier New" w:hAnsi="Courier New"/>
          <w:color w:val="555555"/>
          <w:sz w:val="20"/>
        </w:rPr>
        <w:t>[1t]</w:t>
      </w:r>
    </w:p>
    <w:p>
      <w:pPr>
        <w:jc w:val="center"/>
      </w:pPr>
      <w:r>
        <w:rPr>
          <w:rFonts w:ascii="Gentium Plus" w:hAnsi="Gentium Plus"/>
          <w:b/>
          <w:sz w:val="24"/>
        </w:rPr>
        <w:t>Ἐπιφανίου ἀρχιεπισκόπου Κύπρου ἔκθεσις πρωτοκλησιῶν πατριαρχῶν τε</w:t>
      </w:r>
    </w:p>
    <w:p>
      <w:r>
        <w:rPr>
          <w:rFonts w:ascii="Courier New" w:hAnsi="Courier New"/>
          <w:color w:val="555555"/>
          <w:sz w:val="20"/>
        </w:rPr>
        <w:t>[1t]</w:t>
      </w:r>
    </w:p>
    <w:p>
      <w:pPr>
        <w:jc w:val="center"/>
      </w:pPr>
      <w:r>
        <w:rPr>
          <w:rFonts w:ascii="Gentium Plus" w:hAnsi="Gentium Plus"/>
          <w:b/>
          <w:sz w:val="24"/>
        </w:rPr>
        <w:t>καὶ μητροπολιτῶν.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Ὁ πατριάρχης Ῥώμης ὁ πατριάρχης Κωνσταντινουπόλεως ὁ πατριάρχης Ἀλεξανδρείας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ὁ πατριάρχης Ἀντιοχείας ὁ πατριάρχης Ἱεροσολύμων Κλῆσις μητροπολιτῶν α Ἐπαρχίας Καππαδοκίας ὁ Καισαρείας β Ἐπαρχίας Ἀσίας ὁ Ἐφέσου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 Ἐπαρχίας Εὐρώπης ὁ Ἡρακλείας δ Ἐπαρχίας Γαλατίας ὁ Ἀγκύρας ε Ἐπαρχίας Ἑλλησπόντου ὁ Κυζίκου ϛ Ἐπαρχίας Λυδίας ὁ Σάρδεων ζ Ἐπαρχίας Βιθυνίας ὁ Νικομηδείας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η Ἐπαρχίας τῆς αὐτῆς ὁ Νικαίας θ Ἐπαρχίας τῆς αὐτῆς ὁ Χαλκηδῶνος ι Ἐπαρχίας Παμφυλίας ὁ Σίδης ια Ἐπαρχίας Ἀρμενίας β ὁ Σεβαστείας ιβ Ἐπαρχίας Ἑλενοπόντου ὁ Ἀμασίας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ιγ Ἐπαρχίας Ἀρμενίας α ὁ Μελιτηνῆς ιδ Ἐπαρχίας Καππαδοκίας β ὁ Τυάνων ιε Ἐπαρχίας Παφλαγονίας ὁ Γαγγρῶν ιϛ Ἐπαρχίας Ὁνωριάδος ὁ Κλαυδιουπόλεως ιζ Ἐπαρχίας Πόντου ὁ Νεοκαισαρείας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ιη Ἐπαρχίας Γαλατίας β ὁ Πισινούντων ιθ Ἐπαρχίας Λυκίας ὁ Μύρων κ Ἐπαρχίας Καρίας ὁ Σταυρουπόλεως κα Ἐπαρχίας Φρυγίας ὁ Λαοδικίας κβ Ἐπαρχίας Φρυγίας Σαλουταρίας ὁ Συνάδων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κγ Ἐπαρχίας Λυκαονίας ὁ τοῦ Ἰκονίου κδ Ἐπαρχίας Πισιδίας ὁ Ἀντιοχείας κε Ἐπαρχίας Παμφυλίας ὁ Πέργης κϛ Ἐπαρχίας Καππαδοκίας β ὁ Μωκησοῦ κζ Ἐπαρχίας Λαζικῆς ὁ τοῦ Φάσιδος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κη Ἐπαρχίας Θρᾴκης ὁ Φιλιππουπόλεως κθ Ἐπαρχίας Εὐρώπης ὁ Τραϊανουπόλεως λ Ἐπαρχίας νήσων Κυκλάδων ὁ Ῥόδου λα Ἐπαρχίας Αἱμιμόντου ὁ Ἀδριανουπόλεως λβ Ἐπαρχίας τῆς αὐτῆς ὁ Μαρκιανουπόλεως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λγ Ἐπαρχίας Φρυγίας Καπατιανῆς ὁ Ἱεραπόλεως Περὶ τῶν αὐτοκεφάλων ἀρχιεπισκόπων α Ἐπαρχίας Μυσίας ὁ Ὀδυσοῦ β Ἐπαρχίας Σκυθίας ὁ Τομῆς γ Ἐπαρχίας Εὐρώπης ὁ Βιζύης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δ Ἐπαρχίας Παφλαγονίας ὁ Πομπηϊουπόλεως ε Ἐπαρχίας Ἀσίας ὁ Σμύρνης ϛ Ἐπαρχίας Ἰσαυρίας ὁ Λεοντοπόλεως ζ Ἐπαρχίας Ῥοδόπης ὁ Μαρωνίας η Ἐπαρχίας Βιθυνίας ὁ Ἀπαμίας</w:t>
      </w:r>
    </w:p>
    <w:p>
      <w:r>
        <w:rPr>
          <w:rFonts w:ascii="Courier New" w:hAnsi="Courier New"/>
          <w:color w:val="555555"/>
          <w:sz w:val="20"/>
        </w:rPr>
        <w:t>[(50)]</w:t>
      </w:r>
    </w:p>
    <w:p>
      <w:r>
        <w:rPr>
          <w:rFonts w:ascii="Gentium Plus" w:hAnsi="Gentium Plus"/>
          <w:sz w:val="24"/>
        </w:rPr>
        <w:t>θ Ἐπαρχίας Ῥοδόπης ὁ Μαξιμιανουπόλεως ι Ἐπαρχίας Γαλατίας β ὁ τῶν Γερμίων ια Ἐπαρχίας Εὐρώπης ὁ Ἀρκαδιουπόλεως ιβ Ἐπαρχίας Θρᾴκης ὁ Βερωνῆς ιγ Ἐπαρχίας νήσου Λέσβου ὁ Μιτυλήνης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ιδ Ἐπαρχίας Ἑλλησπόντου ὁ Παρίου ιε Ἐπαρχίας Καρίας ὁ Μιλήτου ιϛ Ἐπαρχίας Θρᾴκης ὁ Νικοπόλεως ιζ Ἐπαρχίας Νήσου ὁ Προικονήσου ιη Ἐπαρχίας Ῥοδόπης ὁ Ἀγχιάλου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ιθ Ἐπαρχίας Εὐρώπης ὁ Σηλυβρίας κ Ἐπαρχίας νήσου Λέσβου ὁ Μεθύμνης κα Ἐπαρχίας Βιθυνίας ὁ Κίου κβ Ἐπαρχίας Εὐρώπης ὁ Ἄπρων κγ Ἐπαρχίας Ῥοδόπης ὁ Κυμψάλων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κδ Ἐπαρχίας Ζηχίας ὁ Χερσῶνος κε Ἐπαρχίας τῆς αὐτῆς ὁ Βοσπόρου κϛ Ἐπαρχίας τῆς αὐτῆς ὁ Νικόψεως κζ Ἐπαρχίας Ἰσαυρίας ὁ Κοτράδων κη Ἐπαρχίας Ἑλενοπόντου ὁ Εὐχαΐτων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κθ Ἐπαρχίας νήσων Κυκλάδων ὁ Καρπάθου λ Ἐπαρχίας Ῥοδόπης ὁ Αἴνου λα Ἐπαρχίας Εὐρώπης ὁ Δριζηπάρων λβ Ἐπαρχίας Αἱμιμόντου ὁ Μεσημβρίας λγ Ἐπαρχίας Ἀρμενίας β ὁ Ἡρακλειουπόλεως</w:t>
      </w:r>
    </w:p>
    <w:p>
      <w:r>
        <w:rPr>
          <w:rFonts w:ascii="Courier New" w:hAnsi="Courier New"/>
          <w:color w:val="555555"/>
          <w:sz w:val="20"/>
        </w:rPr>
        <w:t>[75]</w:t>
      </w:r>
    </w:p>
    <w:p>
      <w:r>
        <w:rPr>
          <w:rFonts w:ascii="Gentium Plus" w:hAnsi="Gentium Plus"/>
          <w:sz w:val="24"/>
        </w:rPr>
        <w:t>λδ Ἐπαρχίας Ἀβασγίας ὁ Σεβαστοπόλεως Περὶ ἐπισκόπων ἐπεχομένων Ἐπαρχία Καππαδοκίας α,</w:t>
      </w:r>
    </w:p>
    <w:p>
      <w:r>
        <w:rPr>
          <w:rFonts w:ascii="Courier New" w:hAnsi="Courier New"/>
          <w:color w:val="555555"/>
          <w:sz w:val="20"/>
        </w:rPr>
        <w:t>[77]</w:t>
      </w:r>
    </w:p>
    <w:p>
      <w:r>
        <w:rPr>
          <w:rFonts w:ascii="Gentium Plus" w:hAnsi="Gentium Plus"/>
          <w:sz w:val="24"/>
        </w:rPr>
        <w:t>Μητρόπολις Καισαρείας</w:t>
      </w:r>
    </w:p>
    <w:p>
      <w:r>
        <w:rPr>
          <w:rFonts w:ascii="Courier New" w:hAnsi="Courier New"/>
          <w:color w:val="555555"/>
          <w:sz w:val="20"/>
        </w:rPr>
        <w:t>[77]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[77]</w:t>
      </w:r>
    </w:p>
    <w:p>
      <w:r>
        <w:rPr>
          <w:rFonts w:ascii="Gentium Plus" w:hAnsi="Gentium Plus"/>
          <w:sz w:val="24"/>
        </w:rPr>
        <w:t>ε, οἷον τὸν τῶν Βασιλικῶν θερμῶν τὸν Νύσης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τὸν Θεοδοσιουπόλεως Ἀρμενίας τὸν Καμουλιανῶν τὸν Κικισοῦ Ἐπαρχία Ἀσίας,</w:t>
      </w:r>
    </w:p>
    <w:p>
      <w:r>
        <w:rPr>
          <w:rFonts w:ascii="Courier New" w:hAnsi="Courier New"/>
          <w:color w:val="555555"/>
          <w:sz w:val="20"/>
        </w:rPr>
        <w:t>[83]</w:t>
      </w:r>
    </w:p>
    <w:p>
      <w:r>
        <w:rPr>
          <w:rFonts w:ascii="Gentium Plus" w:hAnsi="Gentium Plus"/>
          <w:sz w:val="24"/>
        </w:rPr>
        <w:t>Μητρόπολις Ἐφέσου</w:t>
      </w:r>
    </w:p>
    <w:p>
      <w:r>
        <w:rPr>
          <w:rFonts w:ascii="Courier New" w:hAnsi="Courier New"/>
          <w:color w:val="555555"/>
          <w:sz w:val="20"/>
        </w:rPr>
        <w:t>[83]</w:t>
      </w:r>
    </w:p>
    <w:p>
      <w:r>
        <w:rPr>
          <w:rFonts w:ascii="Gentium Plus" w:hAnsi="Gentium Plus"/>
          <w:sz w:val="24"/>
        </w:rPr>
        <w:t>ἔχει πόλεις ὑπ’ αὐτὴν ἤτοι ἐπισκοπάς</w:t>
      </w:r>
    </w:p>
    <w:p>
      <w:r>
        <w:rPr>
          <w:rFonts w:ascii="Courier New" w:hAnsi="Courier New"/>
          <w:color w:val="555555"/>
          <w:sz w:val="20"/>
        </w:rPr>
        <w:t>[83]</w:t>
      </w:r>
    </w:p>
    <w:p>
      <w:r>
        <w:rPr>
          <w:rFonts w:ascii="Gentium Plus" w:hAnsi="Gentium Plus"/>
          <w:sz w:val="24"/>
        </w:rPr>
        <w:t>λϛ, οἷον τὸν Ὑπέπων</w:t>
      </w:r>
    </w:p>
    <w:p>
      <w:r>
        <w:rPr>
          <w:rFonts w:ascii="Courier New" w:hAnsi="Courier New"/>
          <w:color w:val="555555"/>
          <w:sz w:val="20"/>
        </w:rPr>
        <w:t>[85]</w:t>
      </w:r>
    </w:p>
    <w:p>
      <w:r>
        <w:rPr>
          <w:rFonts w:ascii="Gentium Plus" w:hAnsi="Gentium Plus"/>
          <w:sz w:val="24"/>
        </w:rPr>
        <w:t>τὸν Τράλλεων τὸν Μαγνησίας Μαιάνδρου τὸν Ἐλαίας τὸν Ἀδραμυτίου τὸν Ἄσσου</w:t>
      </w:r>
    </w:p>
    <w:p>
      <w:r>
        <w:rPr>
          <w:rFonts w:ascii="Courier New" w:hAnsi="Courier New"/>
          <w:color w:val="555555"/>
          <w:sz w:val="20"/>
        </w:rPr>
        <w:t>[90]</w:t>
      </w:r>
    </w:p>
    <w:p>
      <w:r>
        <w:rPr>
          <w:rFonts w:ascii="Gentium Plus" w:hAnsi="Gentium Plus"/>
          <w:sz w:val="24"/>
        </w:rPr>
        <w:t>τὸν Γαργάρων τὸν Μασταύρων τὸν Καλόης τὸν Βριούλων τὸν Πιττάνης</w:t>
      </w:r>
    </w:p>
    <w:p>
      <w:r>
        <w:rPr>
          <w:rFonts w:ascii="Courier New" w:hAnsi="Courier New"/>
          <w:color w:val="555555"/>
          <w:sz w:val="20"/>
        </w:rPr>
        <w:t>[95]</w:t>
      </w:r>
    </w:p>
    <w:p>
      <w:r>
        <w:rPr>
          <w:rFonts w:ascii="Gentium Plus" w:hAnsi="Gentium Plus"/>
          <w:sz w:val="24"/>
        </w:rPr>
        <w:t>τὸν Μυρίνης τὸν Φωκίας τὸν Αὐρηλιουπόλεως τὸν Νύσσης τὸν Μασχακωμέων</w:t>
      </w:r>
    </w:p>
    <w:p>
      <w:r>
        <w:rPr>
          <w:rFonts w:ascii="Courier New" w:hAnsi="Courier New"/>
          <w:color w:val="555555"/>
          <w:sz w:val="20"/>
        </w:rPr>
        <w:t>[(100)]</w:t>
      </w:r>
    </w:p>
    <w:p>
      <w:r>
        <w:rPr>
          <w:rFonts w:ascii="Gentium Plus" w:hAnsi="Gentium Plus"/>
          <w:sz w:val="24"/>
        </w:rPr>
        <w:t>τὸν Μητροπολιτῶν τὸν Βαρέτων τὸν Μαγνησίας καὶ Ἀνηλίου τὸν Ἀνινάτων τὸν Περγάμου</w:t>
      </w:r>
    </w:p>
    <w:p>
      <w:r>
        <w:rPr>
          <w:rFonts w:ascii="Courier New" w:hAnsi="Courier New"/>
          <w:color w:val="555555"/>
          <w:sz w:val="20"/>
        </w:rPr>
        <w:t>[105]</w:t>
      </w:r>
    </w:p>
    <w:p>
      <w:r>
        <w:rPr>
          <w:rFonts w:ascii="Gentium Plus" w:hAnsi="Gentium Plus"/>
          <w:sz w:val="24"/>
        </w:rPr>
        <w:t>τὸν Πριήλης τὸν Ἀρκαδιουπόλεως τὸν Ἀνέας αὐλῆς τὸν Διὸς ἱεροῦ τὸν Αὐγάζων</w:t>
      </w:r>
    </w:p>
    <w:p>
      <w:r>
        <w:rPr>
          <w:rFonts w:ascii="Courier New" w:hAnsi="Courier New"/>
          <w:color w:val="555555"/>
          <w:sz w:val="20"/>
        </w:rPr>
        <w:t>[110]</w:t>
      </w:r>
    </w:p>
    <w:p>
      <w:r>
        <w:rPr>
          <w:rFonts w:ascii="Gentium Plus" w:hAnsi="Gentium Plus"/>
          <w:sz w:val="24"/>
        </w:rPr>
        <w:t>τὸν Σιῶν τὸν Κολοφώνης τὸν Λεβέδου τὸν Τέου τὸν Ἐρυθρῶν</w:t>
      </w:r>
    </w:p>
    <w:p>
      <w:r>
        <w:rPr>
          <w:rFonts w:ascii="Courier New" w:hAnsi="Courier New"/>
          <w:color w:val="555555"/>
          <w:sz w:val="20"/>
        </w:rPr>
        <w:t>[115]</w:t>
      </w:r>
    </w:p>
    <w:p>
      <w:r>
        <w:rPr>
          <w:rFonts w:ascii="Gentium Plus" w:hAnsi="Gentium Plus"/>
          <w:sz w:val="24"/>
        </w:rPr>
        <w:t>τὸν Ἐκλυζομενινῶν τὸν Ἀντάνδρου τὸν Θεοδοσιουπόλεως Περπερίνης τὸν Κύμης τὸν Παλαιουπόλεως</w:t>
      </w:r>
    </w:p>
    <w:p>
      <w:r>
        <w:rPr>
          <w:rFonts w:ascii="Courier New" w:hAnsi="Courier New"/>
          <w:color w:val="555555"/>
          <w:sz w:val="20"/>
        </w:rPr>
        <w:t>[120]</w:t>
      </w:r>
    </w:p>
    <w:p>
      <w:r>
        <w:rPr>
          <w:rFonts w:ascii="Gentium Plus" w:hAnsi="Gentium Plus"/>
          <w:sz w:val="24"/>
        </w:rPr>
        <w:t>Ἐπαρχία Εὐρώπης Θρᾴκης·</w:t>
      </w:r>
    </w:p>
    <w:p>
      <w:r>
        <w:rPr>
          <w:rFonts w:ascii="Courier New" w:hAnsi="Courier New"/>
          <w:color w:val="555555"/>
          <w:sz w:val="20"/>
        </w:rPr>
        <w:t>[120]</w:t>
      </w:r>
    </w:p>
    <w:p>
      <w:r>
        <w:rPr>
          <w:rFonts w:ascii="Gentium Plus" w:hAnsi="Gentium Plus"/>
          <w:sz w:val="24"/>
        </w:rPr>
        <w:t>Μητρόπολις Ἡρακλείας</w:t>
      </w:r>
    </w:p>
    <w:p>
      <w:r>
        <w:rPr>
          <w:rFonts w:ascii="Courier New" w:hAnsi="Courier New"/>
          <w:color w:val="555555"/>
          <w:sz w:val="20"/>
        </w:rPr>
        <w:t>[120]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[120]</w:t>
      </w:r>
    </w:p>
    <w:p>
      <w:r>
        <w:rPr>
          <w:rFonts w:ascii="Gentium Plus" w:hAnsi="Gentium Plus"/>
          <w:sz w:val="24"/>
        </w:rPr>
        <w:t>ε, οἷον τὸν τοῦ Πανίου</w:t>
      </w:r>
    </w:p>
    <w:p>
      <w:r>
        <w:rPr>
          <w:rFonts w:ascii="Courier New" w:hAnsi="Courier New"/>
          <w:color w:val="555555"/>
          <w:sz w:val="20"/>
        </w:rPr>
        <w:t>[125]</w:t>
      </w:r>
    </w:p>
    <w:p>
      <w:r>
        <w:rPr>
          <w:rFonts w:ascii="Gentium Plus" w:hAnsi="Gentium Plus"/>
          <w:sz w:val="24"/>
        </w:rPr>
        <w:t>τὸν Ῥαιδεστοῦ Ἐπαρχία Γαλατίας [Θρᾴκης]·</w:t>
      </w:r>
    </w:p>
    <w:p>
      <w:r>
        <w:rPr>
          <w:rFonts w:ascii="Courier New" w:hAnsi="Courier New"/>
          <w:color w:val="555555"/>
          <w:sz w:val="20"/>
        </w:rPr>
        <w:t>[126]</w:t>
      </w:r>
    </w:p>
    <w:p>
      <w:r>
        <w:rPr>
          <w:rFonts w:ascii="Gentium Plus" w:hAnsi="Gentium Plus"/>
          <w:sz w:val="24"/>
        </w:rPr>
        <w:t>Μητρόπολις Ἀγκύρας</w:t>
      </w:r>
    </w:p>
    <w:p>
      <w:r>
        <w:rPr>
          <w:rFonts w:ascii="Courier New" w:hAnsi="Courier New"/>
          <w:color w:val="555555"/>
          <w:sz w:val="20"/>
        </w:rPr>
        <w:t>[126]</w:t>
      </w:r>
    </w:p>
    <w:p>
      <w:r>
        <w:rPr>
          <w:rFonts w:ascii="Gentium Plus" w:hAnsi="Gentium Plus"/>
          <w:sz w:val="24"/>
        </w:rPr>
        <w:t>ἔχει πόλεις ὑπ’ αὐτὴν ἤτοι ἐπισκοπὰς</w:t>
      </w:r>
    </w:p>
    <w:p>
      <w:r>
        <w:rPr>
          <w:rFonts w:ascii="Courier New" w:hAnsi="Courier New"/>
          <w:color w:val="555555"/>
          <w:sz w:val="20"/>
        </w:rPr>
        <w:t>[126]</w:t>
      </w:r>
    </w:p>
    <w:p>
      <w:r>
        <w:rPr>
          <w:rFonts w:ascii="Gentium Plus" w:hAnsi="Gentium Plus"/>
          <w:sz w:val="24"/>
        </w:rPr>
        <w:t>ζ, οἷον τὸν Ταβίας τὸν Ἡλιουπόλεως τὸν Ἀσπόνης</w:t>
      </w:r>
    </w:p>
    <w:p>
      <w:r>
        <w:rPr>
          <w:rFonts w:ascii="Courier New" w:hAnsi="Courier New"/>
          <w:color w:val="555555"/>
          <w:sz w:val="20"/>
        </w:rPr>
        <w:t>[130]</w:t>
      </w:r>
    </w:p>
    <w:p>
      <w:r>
        <w:rPr>
          <w:rFonts w:ascii="Gentium Plus" w:hAnsi="Gentium Plus"/>
          <w:sz w:val="24"/>
        </w:rPr>
        <w:t>τὸν Βηρινουπόλεως τὸν Μνήζου τὸν Κίνης τὸν Ἀναστασιουπόλεως Ἐπαρχία Ἑλλησπόντου·</w:t>
      </w:r>
    </w:p>
    <w:p>
      <w:r>
        <w:rPr>
          <w:rFonts w:ascii="Courier New" w:hAnsi="Courier New"/>
          <w:color w:val="555555"/>
          <w:sz w:val="20"/>
        </w:rPr>
        <w:t>[134]</w:t>
      </w:r>
    </w:p>
    <w:p>
      <w:r>
        <w:rPr>
          <w:rFonts w:ascii="Gentium Plus" w:hAnsi="Gentium Plus"/>
          <w:sz w:val="24"/>
        </w:rPr>
        <w:t>Μητρόπολις Κυζίκου</w:t>
      </w:r>
    </w:p>
    <w:p>
      <w:r>
        <w:rPr>
          <w:rFonts w:ascii="Courier New" w:hAnsi="Courier New"/>
          <w:color w:val="555555"/>
          <w:sz w:val="20"/>
        </w:rPr>
        <w:t>[134]</w:t>
      </w:r>
    </w:p>
    <w:p>
      <w:r>
        <w:rPr>
          <w:rFonts w:ascii="Gentium Plus" w:hAnsi="Gentium Plus"/>
          <w:sz w:val="24"/>
        </w:rPr>
        <w:t>ἔχει πόλεις ὑπ’ αὐτὴν ἤτοι ἐπισκοπὰς</w:t>
      </w:r>
    </w:p>
    <w:p>
      <w:r>
        <w:rPr>
          <w:rFonts w:ascii="Courier New" w:hAnsi="Courier New"/>
          <w:color w:val="555555"/>
          <w:sz w:val="20"/>
        </w:rPr>
        <w:t>[134]</w:t>
      </w:r>
    </w:p>
    <w:p>
      <w:r>
        <w:rPr>
          <w:rFonts w:ascii="Gentium Plus" w:hAnsi="Gentium Plus"/>
          <w:sz w:val="24"/>
        </w:rPr>
        <w:t>ιβ, οἷον</w:t>
      </w:r>
    </w:p>
    <w:p>
      <w:r>
        <w:rPr>
          <w:rFonts w:ascii="Courier New" w:hAnsi="Courier New"/>
          <w:color w:val="555555"/>
          <w:sz w:val="20"/>
        </w:rPr>
        <w:t>[135]</w:t>
      </w:r>
    </w:p>
    <w:p>
      <w:r>
        <w:rPr>
          <w:rFonts w:ascii="Gentium Plus" w:hAnsi="Gentium Plus"/>
          <w:sz w:val="24"/>
        </w:rPr>
        <w:t>τὸν Γέρμης τὸν Πημανηνοῦ τὸν Ὤκης τὸν Σασαβάρεως τὸν Ἀδριανοῦ θηρῶν</w:t>
      </w:r>
    </w:p>
    <w:p>
      <w:r>
        <w:rPr>
          <w:rFonts w:ascii="Courier New" w:hAnsi="Courier New"/>
          <w:color w:val="555555"/>
          <w:sz w:val="20"/>
        </w:rPr>
        <w:t>[140]</w:t>
      </w:r>
    </w:p>
    <w:p>
      <w:r>
        <w:rPr>
          <w:rFonts w:ascii="Gentium Plus" w:hAnsi="Gentium Plus"/>
          <w:sz w:val="24"/>
        </w:rPr>
        <w:t>τὸν Λαμψάκου τὸν Ἀβύδου τὸν Δαρδάνου τὸν Ἰλίου τὸν Τρῳάδος</w:t>
      </w:r>
    </w:p>
    <w:p>
      <w:r>
        <w:rPr>
          <w:rFonts w:ascii="Courier New" w:hAnsi="Courier New"/>
          <w:color w:val="555555"/>
          <w:sz w:val="20"/>
        </w:rPr>
        <w:t>[145]</w:t>
      </w:r>
    </w:p>
    <w:p>
      <w:r>
        <w:rPr>
          <w:rFonts w:ascii="Gentium Plus" w:hAnsi="Gentium Plus"/>
          <w:sz w:val="24"/>
        </w:rPr>
        <w:t>τὸν Πιωνίας τὸν Μελιτουπόλεως Ἐπαρχία Λυδίας·</w:t>
      </w:r>
    </w:p>
    <w:p>
      <w:r>
        <w:rPr>
          <w:rFonts w:ascii="Courier New" w:hAnsi="Courier New"/>
          <w:color w:val="555555"/>
          <w:sz w:val="20"/>
        </w:rPr>
        <w:t>[147]</w:t>
      </w:r>
    </w:p>
    <w:p>
      <w:r>
        <w:rPr>
          <w:rFonts w:ascii="Gentium Plus" w:hAnsi="Gentium Plus"/>
          <w:sz w:val="24"/>
        </w:rPr>
        <w:t>Μητρόπολις Σάρδεων</w:t>
      </w:r>
    </w:p>
    <w:p>
      <w:r>
        <w:rPr>
          <w:rFonts w:ascii="Courier New" w:hAnsi="Courier New"/>
          <w:color w:val="555555"/>
          <w:sz w:val="20"/>
        </w:rPr>
        <w:t>[147]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[147]</w:t>
      </w:r>
    </w:p>
    <w:p>
      <w:r>
        <w:rPr>
          <w:rFonts w:ascii="Gentium Plus" w:hAnsi="Gentium Plus"/>
          <w:sz w:val="24"/>
        </w:rPr>
        <w:t>κϛ, οἷον τὸν Φιλαδελφίας τὸν Τριπόλεως</w:t>
      </w:r>
    </w:p>
    <w:p>
      <w:r>
        <w:rPr>
          <w:rFonts w:ascii="Courier New" w:hAnsi="Courier New"/>
          <w:color w:val="555555"/>
          <w:sz w:val="20"/>
        </w:rPr>
        <w:t>[(150)]</w:t>
      </w:r>
    </w:p>
    <w:p>
      <w:r>
        <w:rPr>
          <w:rFonts w:ascii="Gentium Plus" w:hAnsi="Gentium Plus"/>
          <w:sz w:val="24"/>
        </w:rPr>
        <w:t>τὸν Θυατείρων τὸν Σεττῶν τὸν Αὐρηλιουπόλεως τὸν Τριπόλεως τὸν Γόρδης</w:t>
      </w:r>
    </w:p>
    <w:p>
      <w:r>
        <w:rPr>
          <w:rFonts w:ascii="Courier New" w:hAnsi="Courier New"/>
          <w:color w:val="555555"/>
          <w:sz w:val="20"/>
        </w:rPr>
        <w:t>[155]</w:t>
      </w:r>
    </w:p>
    <w:p>
      <w:r>
        <w:rPr>
          <w:rFonts w:ascii="Gentium Plus" w:hAnsi="Gentium Plus"/>
          <w:sz w:val="24"/>
        </w:rPr>
        <w:t>τὸν Τράλλης τὸν Σάλων τὸν Σιλάνδου τὸν Μαιονίας τὸν Ἀπόλλωνος ἱεροῦ</w:t>
      </w:r>
    </w:p>
    <w:p>
      <w:r>
        <w:rPr>
          <w:rFonts w:ascii="Courier New" w:hAnsi="Courier New"/>
          <w:color w:val="555555"/>
          <w:sz w:val="20"/>
        </w:rPr>
        <w:t>[160]</w:t>
      </w:r>
    </w:p>
    <w:p>
      <w:r>
        <w:rPr>
          <w:rFonts w:ascii="Gentium Plus" w:hAnsi="Gentium Plus"/>
          <w:sz w:val="24"/>
        </w:rPr>
        <w:t>τὸν Ὑρκανίδος τὸν Μουστίνης τὸν Ἀκρασοῦ τὸν Ἀπολλωνιάδος τὸν Ἀτταλείας</w:t>
      </w:r>
    </w:p>
    <w:p>
      <w:r>
        <w:rPr>
          <w:rFonts w:ascii="Courier New" w:hAnsi="Courier New"/>
          <w:color w:val="555555"/>
          <w:sz w:val="20"/>
        </w:rPr>
        <w:t>[165]</w:t>
      </w:r>
    </w:p>
    <w:p>
      <w:r>
        <w:rPr>
          <w:rFonts w:ascii="Gentium Plus" w:hAnsi="Gentium Plus"/>
          <w:sz w:val="24"/>
        </w:rPr>
        <w:t>τὸν Βαγῆς τὸν Βλάνδου τὸν Μεσοτυμόλου τὸν Ἱεροκαισαρείας τὸν Δαλδῆς</w:t>
      </w:r>
    </w:p>
    <w:p>
      <w:r>
        <w:rPr>
          <w:rFonts w:ascii="Courier New" w:hAnsi="Courier New"/>
          <w:color w:val="555555"/>
          <w:sz w:val="20"/>
        </w:rPr>
        <w:t>[170]</w:t>
      </w:r>
    </w:p>
    <w:p>
      <w:r>
        <w:rPr>
          <w:rFonts w:ascii="Gentium Plus" w:hAnsi="Gentium Plus"/>
          <w:sz w:val="24"/>
        </w:rPr>
        <w:t>τὸν Κερασέων τὸν Στρατονικείας τὸν Γαβάλων τὸν Σαττάλων τὸν Ἑρμουκαπηλείας</w:t>
      </w:r>
    </w:p>
    <w:p>
      <w:r>
        <w:rPr>
          <w:rFonts w:ascii="Courier New" w:hAnsi="Courier New"/>
          <w:color w:val="555555"/>
          <w:sz w:val="20"/>
        </w:rPr>
        <w:t>[175]</w:t>
      </w:r>
    </w:p>
    <w:p>
      <w:r>
        <w:rPr>
          <w:rFonts w:ascii="Gentium Plus" w:hAnsi="Gentium Plus"/>
          <w:sz w:val="24"/>
        </w:rPr>
        <w:t>Ἐπαρχία Βιθυνίας·</w:t>
      </w:r>
    </w:p>
    <w:p>
      <w:r>
        <w:rPr>
          <w:rFonts w:ascii="Courier New" w:hAnsi="Courier New"/>
          <w:color w:val="555555"/>
          <w:sz w:val="20"/>
        </w:rPr>
        <w:t>[175]</w:t>
      </w:r>
    </w:p>
    <w:p>
      <w:r>
        <w:rPr>
          <w:rFonts w:ascii="Gentium Plus" w:hAnsi="Gentium Plus"/>
          <w:sz w:val="24"/>
        </w:rPr>
        <w:t>Μητρόπολις Νικομηδείας</w:t>
      </w:r>
    </w:p>
    <w:p>
      <w:r>
        <w:rPr>
          <w:rFonts w:ascii="Courier New" w:hAnsi="Courier New"/>
          <w:color w:val="555555"/>
          <w:sz w:val="20"/>
        </w:rPr>
        <w:t>[175]</w:t>
      </w:r>
    </w:p>
    <w:p>
      <w:r>
        <w:rPr>
          <w:rFonts w:ascii="Gentium Plus" w:hAnsi="Gentium Plus"/>
          <w:sz w:val="24"/>
        </w:rPr>
        <w:t>ἔχει ὑπ’ αὐτὴν πόλεις 〈ἤτοι ἐπισκοπὰσ〉</w:t>
      </w:r>
    </w:p>
    <w:p>
      <w:r>
        <w:rPr>
          <w:rFonts w:ascii="Courier New" w:hAnsi="Courier New"/>
          <w:color w:val="555555"/>
          <w:sz w:val="20"/>
        </w:rPr>
        <w:t>[175]</w:t>
      </w:r>
    </w:p>
    <w:p>
      <w:r>
        <w:rPr>
          <w:rFonts w:ascii="Gentium Plus" w:hAnsi="Gentium Plus"/>
          <w:sz w:val="24"/>
        </w:rPr>
        <w:t>η, οἷον τὸν Προύσης ἤτοι Θεουπόλεως τὸν Βασιλινουπόλεως τὸν Πραινέτου τὸν Ἀπολλωνιάδος</w:t>
      </w:r>
    </w:p>
    <w:p>
      <w:r>
        <w:rPr>
          <w:rFonts w:ascii="Courier New" w:hAnsi="Courier New"/>
          <w:color w:val="555555"/>
          <w:sz w:val="20"/>
        </w:rPr>
        <w:t>[180]</w:t>
      </w:r>
    </w:p>
    <w:p>
      <w:r>
        <w:rPr>
          <w:rFonts w:ascii="Gentium Plus" w:hAnsi="Gentium Plus"/>
          <w:sz w:val="24"/>
        </w:rPr>
        <w:t>τὸν Δασκυλίου τὸν Γάλλου τὸν Νεοκαισαρείας τὸν Κωλασίας ἤτοι Λόφων Ἐπαρχία τῆς αὐτῆς·</w:t>
      </w:r>
    </w:p>
    <w:p>
      <w:r>
        <w:rPr>
          <w:rFonts w:ascii="Courier New" w:hAnsi="Courier New"/>
          <w:color w:val="555555"/>
          <w:sz w:val="20"/>
        </w:rPr>
        <w:t>[184]</w:t>
      </w:r>
    </w:p>
    <w:p>
      <w:r>
        <w:rPr>
          <w:rFonts w:ascii="Gentium Plus" w:hAnsi="Gentium Plus"/>
          <w:sz w:val="24"/>
        </w:rPr>
        <w:t>Μητρόπολις Νικαίας</w:t>
      </w:r>
    </w:p>
    <w:p>
      <w:r>
        <w:rPr>
          <w:rFonts w:ascii="Courier New" w:hAnsi="Courier New"/>
          <w:color w:val="555555"/>
          <w:sz w:val="20"/>
        </w:rPr>
        <w:t>[184]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[184]</w:t>
      </w:r>
    </w:p>
    <w:p>
      <w:r>
        <w:rPr>
          <w:rFonts w:ascii="Gentium Plus" w:hAnsi="Gentium Plus"/>
          <w:sz w:val="24"/>
        </w:rPr>
        <w:t>τρεῖς οἷον</w:t>
      </w:r>
    </w:p>
    <w:p>
      <w:r>
        <w:rPr>
          <w:rFonts w:ascii="Courier New" w:hAnsi="Courier New"/>
          <w:color w:val="555555"/>
          <w:sz w:val="20"/>
        </w:rPr>
        <w:t>[185]</w:t>
      </w:r>
    </w:p>
    <w:p>
      <w:r>
        <w:rPr>
          <w:rFonts w:ascii="Gentium Plus" w:hAnsi="Gentium Plus"/>
          <w:sz w:val="24"/>
        </w:rPr>
        <w:t>τὸν Μοδρινῆς ἤτοι Μελίτου τὸν Λινώης τὸν Γορδοσέρβων Ἐπαρχία τῆς αὐτῆς·</w:t>
      </w:r>
    </w:p>
    <w:p>
      <w:r>
        <w:rPr>
          <w:rFonts w:ascii="Courier New" w:hAnsi="Courier New"/>
          <w:color w:val="555555"/>
          <w:sz w:val="20"/>
        </w:rPr>
        <w:t>[188]</w:t>
      </w:r>
    </w:p>
    <w:p>
      <w:r>
        <w:rPr>
          <w:rFonts w:ascii="Gentium Plus" w:hAnsi="Gentium Plus"/>
          <w:sz w:val="24"/>
        </w:rPr>
        <w:t>Μητρόπολις Καλχηδόνος. Ἐπαρχία Παμφυλίας·</w:t>
      </w:r>
    </w:p>
    <w:p>
      <w:r>
        <w:rPr>
          <w:rFonts w:ascii="Courier New" w:hAnsi="Courier New"/>
          <w:color w:val="555555"/>
          <w:sz w:val="20"/>
        </w:rPr>
        <w:t>[189]</w:t>
      </w:r>
    </w:p>
    <w:p>
      <w:r>
        <w:rPr>
          <w:rFonts w:ascii="Gentium Plus" w:hAnsi="Gentium Plus"/>
          <w:sz w:val="24"/>
        </w:rPr>
        <w:t>Μητρόπολις Σίδης</w:t>
      </w:r>
    </w:p>
    <w:p>
      <w:r>
        <w:rPr>
          <w:rFonts w:ascii="Courier New" w:hAnsi="Courier New"/>
          <w:color w:val="555555"/>
          <w:sz w:val="20"/>
        </w:rPr>
        <w:t>[189]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[189]</w:t>
      </w:r>
    </w:p>
    <w:p>
      <w:r>
        <w:rPr>
          <w:rFonts w:ascii="Gentium Plus" w:hAnsi="Gentium Plus"/>
          <w:sz w:val="24"/>
        </w:rPr>
        <w:t>ιϛ, οἷον</w:t>
      </w:r>
    </w:p>
    <w:p>
      <w:r>
        <w:rPr>
          <w:rFonts w:ascii="Courier New" w:hAnsi="Courier New"/>
          <w:color w:val="555555"/>
          <w:sz w:val="20"/>
        </w:rPr>
        <w:t>[190]</w:t>
      </w:r>
    </w:p>
    <w:p>
      <w:r>
        <w:rPr>
          <w:rFonts w:ascii="Gentium Plus" w:hAnsi="Gentium Plus"/>
          <w:sz w:val="24"/>
        </w:rPr>
        <w:t>τὸν Σέλγης τὸν Ἀσπένδου τὸν 〈Ἐτ〉τένης τὸν Ὁρύμνης τὸν Κάσων</w:t>
      </w:r>
    </w:p>
    <w:p>
      <w:r>
        <w:rPr>
          <w:rFonts w:ascii="Courier New" w:hAnsi="Courier New"/>
          <w:color w:val="555555"/>
          <w:sz w:val="20"/>
        </w:rPr>
        <w:t>[195]</w:t>
      </w:r>
    </w:p>
    <w:p>
      <w:r>
        <w:rPr>
          <w:rFonts w:ascii="Gentium Plus" w:hAnsi="Gentium Plus"/>
          <w:sz w:val="24"/>
        </w:rPr>
        <w:t>τὸν Σεμνέων τὸν Καραλίων τὸν τοῦ Καρακισίου 〈τὸν Συέδρων τὸν Μυλώμης ἤτοι Ἰουστινιανουπόλεωσ〉</w:t>
      </w:r>
    </w:p>
    <w:p>
      <w:r>
        <w:rPr>
          <w:rFonts w:ascii="Courier New" w:hAnsi="Courier New"/>
          <w:color w:val="555555"/>
          <w:sz w:val="20"/>
        </w:rPr>
        <w:t>[(200)]</w:t>
      </w:r>
    </w:p>
    <w:p>
      <w:r>
        <w:rPr>
          <w:rFonts w:ascii="Gentium Plus" w:hAnsi="Gentium Plus"/>
          <w:sz w:val="24"/>
        </w:rPr>
        <w:t>τὸν Οὐαμάνδρων τὸν Δαλισάνδου τὸν Ἴσβων τὸν Λύρβης τὸν Κολυβράσσου</w:t>
      </w:r>
    </w:p>
    <w:p>
      <w:r>
        <w:rPr>
          <w:rFonts w:ascii="Courier New" w:hAnsi="Courier New"/>
          <w:color w:val="555555"/>
          <w:sz w:val="20"/>
        </w:rPr>
        <w:t>[205]</w:t>
      </w:r>
    </w:p>
    <w:p>
      <w:r>
        <w:rPr>
          <w:rFonts w:ascii="Gentium Plus" w:hAnsi="Gentium Plus"/>
          <w:sz w:val="24"/>
        </w:rPr>
        <w:t>τὸν Μαναύγων Ἐπαρχία Ἀρμενίας Β·</w:t>
      </w:r>
    </w:p>
    <w:p>
      <w:r>
        <w:rPr>
          <w:rFonts w:ascii="Courier New" w:hAnsi="Courier New"/>
          <w:color w:val="555555"/>
          <w:sz w:val="20"/>
        </w:rPr>
        <w:t>[206]</w:t>
      </w:r>
    </w:p>
    <w:p>
      <w:r>
        <w:rPr>
          <w:rFonts w:ascii="Gentium Plus" w:hAnsi="Gentium Plus"/>
          <w:sz w:val="24"/>
        </w:rPr>
        <w:t>Μητρόπολις Σεβαστίας</w:t>
      </w:r>
    </w:p>
    <w:p>
      <w:r>
        <w:rPr>
          <w:rFonts w:ascii="Courier New" w:hAnsi="Courier New"/>
          <w:color w:val="555555"/>
          <w:sz w:val="20"/>
        </w:rPr>
        <w:t>[206]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[206]</w:t>
      </w:r>
    </w:p>
    <w:p>
      <w:r>
        <w:rPr>
          <w:rFonts w:ascii="Gentium Plus" w:hAnsi="Gentium Plus"/>
          <w:sz w:val="24"/>
        </w:rPr>
        <w:t>ε, οἷον τὸν Σεβαστουπόλεως τὸν Νικοπόλεως τὸν Σαττάλων</w:t>
      </w:r>
    </w:p>
    <w:p>
      <w:r>
        <w:rPr>
          <w:rFonts w:ascii="Courier New" w:hAnsi="Courier New"/>
          <w:color w:val="555555"/>
          <w:sz w:val="20"/>
        </w:rPr>
        <w:t>[210]</w:t>
      </w:r>
    </w:p>
    <w:p>
      <w:r>
        <w:rPr>
          <w:rFonts w:ascii="Gentium Plus" w:hAnsi="Gentium Plus"/>
          <w:sz w:val="24"/>
        </w:rPr>
        <w:t>τὸν Κολωνείας τὸν Βηρίσσης Ἐπαρχία Ἑλενοπόντου·</w:t>
      </w:r>
    </w:p>
    <w:p>
      <w:r>
        <w:rPr>
          <w:rFonts w:ascii="Courier New" w:hAnsi="Courier New"/>
          <w:color w:val="555555"/>
          <w:sz w:val="20"/>
        </w:rPr>
        <w:t>[212]</w:t>
      </w:r>
    </w:p>
    <w:p>
      <w:r>
        <w:rPr>
          <w:rFonts w:ascii="Gentium Plus" w:hAnsi="Gentium Plus"/>
          <w:sz w:val="24"/>
        </w:rPr>
        <w:t>Μητρόπολις Ἀμασίας</w:t>
      </w:r>
    </w:p>
    <w:p>
      <w:r>
        <w:rPr>
          <w:rFonts w:ascii="Courier New" w:hAnsi="Courier New"/>
          <w:color w:val="555555"/>
          <w:sz w:val="20"/>
        </w:rPr>
        <w:t>[212]</w:t>
      </w:r>
    </w:p>
    <w:p>
      <w:r>
        <w:rPr>
          <w:rFonts w:ascii="Gentium Plus" w:hAnsi="Gentium Plus"/>
          <w:sz w:val="24"/>
        </w:rPr>
        <w:t>ἔχει ὑπ’ αὐτὴν πόλεις ἤτοι 〈ἐπισκοπὰσ〉</w:t>
      </w:r>
    </w:p>
    <w:p>
      <w:r>
        <w:rPr>
          <w:rFonts w:ascii="Courier New" w:hAnsi="Courier New"/>
          <w:color w:val="555555"/>
          <w:sz w:val="20"/>
        </w:rPr>
        <w:t>[212]</w:t>
      </w:r>
    </w:p>
    <w:p>
      <w:r>
        <w:rPr>
          <w:rFonts w:ascii="Gentium Plus" w:hAnsi="Gentium Plus"/>
          <w:sz w:val="24"/>
        </w:rPr>
        <w:t>ϛ, 〈οἷον〉 τὸν Ἀμινσοῦ τὸν Σινώπης</w:t>
      </w:r>
    </w:p>
    <w:p>
      <w:r>
        <w:rPr>
          <w:rFonts w:ascii="Courier New" w:hAnsi="Courier New"/>
          <w:color w:val="555555"/>
          <w:sz w:val="20"/>
        </w:rPr>
        <w:t>[215]</w:t>
      </w:r>
    </w:p>
    <w:p>
      <w:r>
        <w:rPr>
          <w:rFonts w:ascii="Gentium Plus" w:hAnsi="Gentium Plus"/>
          <w:sz w:val="24"/>
        </w:rPr>
        <w:t>τὸν Ἰβόρων τὸν Ἀνδράπων τὸν Ζαλίχων ἤτοι Λεοντοπόλεως τὸν Ζήλων Ἐπαρχία Ἀρμενίας·</w:t>
      </w:r>
    </w:p>
    <w:p>
      <w:r>
        <w:rPr>
          <w:rFonts w:ascii="Courier New" w:hAnsi="Courier New"/>
          <w:color w:val="555555"/>
          <w:sz w:val="20"/>
        </w:rPr>
        <w:t>[219]</w:t>
      </w:r>
    </w:p>
    <w:p>
      <w:r>
        <w:rPr>
          <w:rFonts w:ascii="Gentium Plus" w:hAnsi="Gentium Plus"/>
          <w:sz w:val="24"/>
        </w:rPr>
        <w:t>Μητρόπολις Μελιτηνῆς</w:t>
      </w:r>
    </w:p>
    <w:p>
      <w:r>
        <w:rPr>
          <w:rFonts w:ascii="Courier New" w:hAnsi="Courier New"/>
          <w:color w:val="555555"/>
          <w:sz w:val="20"/>
        </w:rPr>
        <w:t>[219]</w:t>
      </w:r>
    </w:p>
    <w:p>
      <w:r>
        <w:rPr>
          <w:rFonts w:ascii="Gentium Plus" w:hAnsi="Gentium Plus"/>
          <w:sz w:val="24"/>
        </w:rPr>
        <w:t>ἔχει ὑπ’ αὐτὴν 〈πόλεις ἤτοι〉 ἐπισκοπὰς</w:t>
      </w:r>
    </w:p>
    <w:p>
      <w:r>
        <w:rPr>
          <w:rFonts w:ascii="Courier New" w:hAnsi="Courier New"/>
          <w:color w:val="555555"/>
          <w:sz w:val="20"/>
        </w:rPr>
        <w:t>[219]</w:t>
      </w:r>
    </w:p>
    <w:p>
      <w:r>
        <w:rPr>
          <w:rFonts w:ascii="Gentium Plus" w:hAnsi="Gentium Plus"/>
          <w:sz w:val="24"/>
        </w:rPr>
        <w:t>ε, οἷον</w:t>
      </w:r>
    </w:p>
    <w:p>
      <w:r>
        <w:rPr>
          <w:rFonts w:ascii="Courier New" w:hAnsi="Courier New"/>
          <w:color w:val="555555"/>
          <w:sz w:val="20"/>
        </w:rPr>
        <w:t>[220]</w:t>
      </w:r>
    </w:p>
    <w:p>
      <w:r>
        <w:rPr>
          <w:rFonts w:ascii="Gentium Plus" w:hAnsi="Gentium Plus"/>
          <w:sz w:val="24"/>
        </w:rPr>
        <w:t>τὸν Ἄρκης τὸν Κουκουσοῦ τὸν Ἀραβισσοῦ τὸν Ἀριαράθης τὸν Κομάνων</w:t>
      </w:r>
    </w:p>
    <w:p>
      <w:r>
        <w:rPr>
          <w:rFonts w:ascii="Courier New" w:hAnsi="Courier New"/>
          <w:color w:val="555555"/>
          <w:sz w:val="20"/>
        </w:rPr>
        <w:t>[225]</w:t>
      </w:r>
    </w:p>
    <w:p>
      <w:r>
        <w:rPr>
          <w:rFonts w:ascii="Gentium Plus" w:hAnsi="Gentium Plus"/>
          <w:sz w:val="24"/>
        </w:rPr>
        <w:t>Ἐπαρχία Καππαδοκίας Β·</w:t>
      </w:r>
    </w:p>
    <w:p>
      <w:r>
        <w:rPr>
          <w:rFonts w:ascii="Courier New" w:hAnsi="Courier New"/>
          <w:color w:val="555555"/>
          <w:sz w:val="20"/>
        </w:rPr>
        <w:t>[225]</w:t>
      </w:r>
    </w:p>
    <w:p>
      <w:r>
        <w:rPr>
          <w:rFonts w:ascii="Gentium Plus" w:hAnsi="Gentium Plus"/>
          <w:sz w:val="24"/>
        </w:rPr>
        <w:t>Μητρόπολις Τυάνων</w:t>
      </w:r>
    </w:p>
    <w:p>
      <w:r>
        <w:rPr>
          <w:rFonts w:ascii="Courier New" w:hAnsi="Courier New"/>
          <w:color w:val="555555"/>
          <w:sz w:val="20"/>
        </w:rPr>
        <w:t>[225]</w:t>
      </w:r>
    </w:p>
    <w:p>
      <w:r>
        <w:rPr>
          <w:rFonts w:ascii="Gentium Plus" w:hAnsi="Gentium Plus"/>
          <w:sz w:val="24"/>
        </w:rPr>
        <w:t>ἔχει ὑπ’ αὐτὴν πόλεις ἤτοι ἐπισκοπὰς γ,</w:t>
      </w:r>
    </w:p>
    <w:p>
      <w:r>
        <w:rPr>
          <w:rFonts w:ascii="Courier New" w:hAnsi="Courier New"/>
          <w:color w:val="555555"/>
          <w:sz w:val="20"/>
        </w:rPr>
        <w:t>[225]</w:t>
      </w:r>
    </w:p>
    <w:p>
      <w:r>
        <w:rPr>
          <w:rFonts w:ascii="Gentium Plus" w:hAnsi="Gentium Plus"/>
          <w:sz w:val="24"/>
        </w:rPr>
        <w:t>οἷον τὸν Κυβίστρων τὸν Φαυστινουπόλεως τὸν Σασίμων Ἐπαρχία Παφλαγονίας·</w:t>
      </w:r>
    </w:p>
    <w:p>
      <w:r>
        <w:rPr>
          <w:rFonts w:ascii="Courier New" w:hAnsi="Courier New"/>
          <w:color w:val="555555"/>
          <w:sz w:val="20"/>
        </w:rPr>
        <w:t>[229]</w:t>
      </w:r>
    </w:p>
    <w:p>
      <w:r>
        <w:rPr>
          <w:rFonts w:ascii="Gentium Plus" w:hAnsi="Gentium Plus"/>
          <w:sz w:val="24"/>
        </w:rPr>
        <w:t>Μητρόπολις Γαγγρῶν</w:t>
      </w:r>
    </w:p>
    <w:p>
      <w:r>
        <w:rPr>
          <w:rFonts w:ascii="Courier New" w:hAnsi="Courier New"/>
          <w:color w:val="555555"/>
          <w:sz w:val="20"/>
        </w:rPr>
        <w:t>[229]</w:t>
      </w:r>
    </w:p>
    <w:p>
      <w:r>
        <w:rPr>
          <w:rFonts w:ascii="Gentium Plus" w:hAnsi="Gentium Plus"/>
          <w:sz w:val="24"/>
        </w:rPr>
        <w:t>ἔχει ὑπ’ αὐτὴν πόλεις ἤτοι ἐπισκοπὰς δ,</w:t>
      </w:r>
    </w:p>
    <w:p>
      <w:r>
        <w:rPr>
          <w:rFonts w:ascii="Courier New" w:hAnsi="Courier New"/>
          <w:color w:val="555555"/>
          <w:sz w:val="20"/>
        </w:rPr>
        <w:t>[229]</w:t>
      </w:r>
    </w:p>
    <w:p>
      <w:r>
        <w:rPr>
          <w:rFonts w:ascii="Gentium Plus" w:hAnsi="Gentium Plus"/>
          <w:sz w:val="24"/>
        </w:rPr>
        <w:t>οἷον</w:t>
      </w:r>
    </w:p>
    <w:p>
      <w:r>
        <w:rPr>
          <w:rFonts w:ascii="Courier New" w:hAnsi="Courier New"/>
          <w:color w:val="555555"/>
          <w:sz w:val="20"/>
        </w:rPr>
        <w:t>[230]</w:t>
      </w:r>
    </w:p>
    <w:p>
      <w:r>
        <w:rPr>
          <w:rFonts w:ascii="Gentium Plus" w:hAnsi="Gentium Plus"/>
          <w:sz w:val="24"/>
        </w:rPr>
        <w:t>τὸν Ἀμάστριδος τὸν Ἰουνουπόλεως τὸν Δαδύβρων</w:t>
      </w:r>
    </w:p>
    <w:p>
      <w:r>
        <w:rPr>
          <w:rFonts w:ascii="Courier New" w:hAnsi="Courier New"/>
          <w:color w:val="555555"/>
          <w:sz w:val="20"/>
        </w:rPr>
        <w:t>[234]</w:t>
      </w:r>
    </w:p>
    <w:p>
      <w:r>
        <w:rPr>
          <w:rFonts w:ascii="Gentium Plus" w:hAnsi="Gentium Plus"/>
          <w:sz w:val="24"/>
        </w:rPr>
        <w:t>Μητρόπολις Κλαυδιουπόλεως</w:t>
      </w:r>
    </w:p>
    <w:p>
      <w:r>
        <w:rPr>
          <w:rFonts w:ascii="Courier New" w:hAnsi="Courier New"/>
          <w:color w:val="555555"/>
          <w:sz w:val="20"/>
        </w:rPr>
        <w:t>[234]</w:t>
      </w:r>
    </w:p>
    <w:p>
      <w:r>
        <w:rPr>
          <w:rFonts w:ascii="Gentium Plus" w:hAnsi="Gentium Plus"/>
          <w:sz w:val="24"/>
        </w:rPr>
        <w:t>〈ἔχει ὑπ’ αὐτὴν πόλεις ἤτοι ἐπισκοπὰς ε,</w:t>
      </w:r>
    </w:p>
    <w:p>
      <w:r>
        <w:rPr>
          <w:rFonts w:ascii="Courier New" w:hAnsi="Courier New"/>
          <w:color w:val="555555"/>
          <w:sz w:val="20"/>
        </w:rPr>
        <w:t>[234]</w:t>
      </w:r>
    </w:p>
    <w:p>
      <w:r>
        <w:rPr>
          <w:rFonts w:ascii="Gentium Plus" w:hAnsi="Gentium Plus"/>
          <w:sz w:val="24"/>
        </w:rPr>
        <w:t>οἷον</w:t>
      </w:r>
    </w:p>
    <w:p>
      <w:r>
        <w:rPr>
          <w:rFonts w:ascii="Courier New" w:hAnsi="Courier New"/>
          <w:color w:val="555555"/>
          <w:sz w:val="20"/>
        </w:rPr>
        <w:t>[235]</w:t>
      </w:r>
    </w:p>
    <w:p>
      <w:r>
        <w:rPr>
          <w:rFonts w:ascii="Gentium Plus" w:hAnsi="Gentium Plus"/>
          <w:sz w:val="24"/>
        </w:rPr>
        <w:t>τὸν Ἡρακλείας Πόντου τὸν Προυσιάδος τὸν Τίου τὸν Κρατείας τὸν Ἀδριανουπόλεωσ〉</w:t>
      </w:r>
    </w:p>
    <w:p>
      <w:r>
        <w:rPr>
          <w:rFonts w:ascii="Courier New" w:hAnsi="Courier New"/>
          <w:color w:val="555555"/>
          <w:sz w:val="20"/>
        </w:rPr>
        <w:t>[240]</w:t>
      </w:r>
    </w:p>
    <w:p>
      <w:r>
        <w:rPr>
          <w:rFonts w:ascii="Gentium Plus" w:hAnsi="Gentium Plus"/>
          <w:sz w:val="24"/>
        </w:rPr>
        <w:t>Ἐπαρχία Πόντου Πολεμωνιακοῦ·</w:t>
      </w:r>
    </w:p>
    <w:p>
      <w:r>
        <w:rPr>
          <w:rFonts w:ascii="Courier New" w:hAnsi="Courier New"/>
          <w:color w:val="555555"/>
          <w:sz w:val="20"/>
        </w:rPr>
        <w:t>[240]</w:t>
      </w:r>
    </w:p>
    <w:p>
      <w:r>
        <w:rPr>
          <w:rFonts w:ascii="Gentium Plus" w:hAnsi="Gentium Plus"/>
          <w:sz w:val="24"/>
        </w:rPr>
        <w:t>〈Μητρόπολις Νεοκαισαρείας〉</w:t>
      </w:r>
    </w:p>
    <w:p>
      <w:r>
        <w:rPr>
          <w:rFonts w:ascii="Courier New" w:hAnsi="Courier New"/>
          <w:color w:val="555555"/>
          <w:sz w:val="20"/>
        </w:rPr>
        <w:t>[240]</w:t>
      </w:r>
    </w:p>
    <w:p>
      <w:r>
        <w:rPr>
          <w:rFonts w:ascii="Gentium Plus" w:hAnsi="Gentium Plus"/>
          <w:sz w:val="24"/>
        </w:rPr>
        <w:t>ἔχει ὑπ’ αὐτὴν πόλεις ἤτοι ἐπισκοπὰς δ,</w:t>
      </w:r>
    </w:p>
    <w:p>
      <w:r>
        <w:rPr>
          <w:rFonts w:ascii="Courier New" w:hAnsi="Courier New"/>
          <w:color w:val="555555"/>
          <w:sz w:val="20"/>
        </w:rPr>
        <w:t>[240]</w:t>
      </w:r>
    </w:p>
    <w:p>
      <w:r>
        <w:rPr>
          <w:rFonts w:ascii="Gentium Plus" w:hAnsi="Gentium Plus"/>
          <w:sz w:val="24"/>
        </w:rPr>
        <w:t>οἷον τὸν Τραπεζούντων τὸν Κερασούντων τὸν τοῦ Πολεμωνίου τὸν Κομάνων</w:t>
      </w:r>
    </w:p>
    <w:p>
      <w:r>
        <w:rPr>
          <w:rFonts w:ascii="Courier New" w:hAnsi="Courier New"/>
          <w:color w:val="555555"/>
          <w:sz w:val="20"/>
        </w:rPr>
        <w:t>[245]</w:t>
      </w:r>
    </w:p>
    <w:p>
      <w:r>
        <w:rPr>
          <w:rFonts w:ascii="Gentium Plus" w:hAnsi="Gentium Plus"/>
          <w:sz w:val="24"/>
        </w:rPr>
        <w:t>Ἐπαρχία Γαλατίας Β·</w:t>
      </w:r>
    </w:p>
    <w:p>
      <w:r>
        <w:rPr>
          <w:rFonts w:ascii="Courier New" w:hAnsi="Courier New"/>
          <w:color w:val="555555"/>
          <w:sz w:val="20"/>
        </w:rPr>
        <w:t>[245]</w:t>
      </w:r>
    </w:p>
    <w:p>
      <w:r>
        <w:rPr>
          <w:rFonts w:ascii="Gentium Plus" w:hAnsi="Gentium Plus"/>
          <w:sz w:val="24"/>
        </w:rPr>
        <w:t>Μητρόπολις Πισινούντων</w:t>
      </w:r>
    </w:p>
    <w:p>
      <w:r>
        <w:rPr>
          <w:rFonts w:ascii="Courier New" w:hAnsi="Courier New"/>
          <w:color w:val="555555"/>
          <w:sz w:val="20"/>
        </w:rPr>
        <w:t>[245]</w:t>
      </w:r>
    </w:p>
    <w:p>
      <w:r>
        <w:rPr>
          <w:rFonts w:ascii="Gentium Plus" w:hAnsi="Gentium Plus"/>
          <w:sz w:val="24"/>
        </w:rPr>
        <w:t>ἔχει ὑπ’ αὐτὴν πόλεις ἤτοι ἐπισκοπὰς ζ,</w:t>
      </w:r>
    </w:p>
    <w:p>
      <w:r>
        <w:rPr>
          <w:rFonts w:ascii="Courier New" w:hAnsi="Courier New"/>
          <w:color w:val="555555"/>
          <w:sz w:val="20"/>
        </w:rPr>
        <w:t>[245]</w:t>
      </w:r>
    </w:p>
    <w:p>
      <w:r>
        <w:rPr>
          <w:rFonts w:ascii="Gentium Plus" w:hAnsi="Gentium Plus"/>
          <w:sz w:val="24"/>
        </w:rPr>
        <w:t>οἷον τὸν τοῦ Ἀμωρίου τὸν Κλαναοῦ τὸν Εὐδοξιάδος τὸν Πητανισοῦ</w:t>
      </w:r>
    </w:p>
    <w:p>
      <w:r>
        <w:rPr>
          <w:rFonts w:ascii="Courier New" w:hAnsi="Courier New"/>
          <w:color w:val="555555"/>
          <w:sz w:val="20"/>
        </w:rPr>
        <w:t>[(250)]</w:t>
      </w:r>
    </w:p>
    <w:p>
      <w:r>
        <w:rPr>
          <w:rFonts w:ascii="Gentium Plus" w:hAnsi="Gentium Plus"/>
          <w:sz w:val="24"/>
        </w:rPr>
        <w:t>τὸν Τρωκνάδων τὸν Γερμοκολωνείας τὸν Παλίας Ἐπαρχία Λυκίας·</w:t>
      </w:r>
    </w:p>
    <w:p>
      <w:r>
        <w:rPr>
          <w:rFonts w:ascii="Courier New" w:hAnsi="Courier New"/>
          <w:color w:val="555555"/>
          <w:sz w:val="20"/>
        </w:rPr>
        <w:t>[253]</w:t>
      </w:r>
    </w:p>
    <w:p>
      <w:r>
        <w:rPr>
          <w:rFonts w:ascii="Gentium Plus" w:hAnsi="Gentium Plus"/>
          <w:sz w:val="24"/>
        </w:rPr>
        <w:t>Μητρόπολις Μύρων</w:t>
      </w:r>
    </w:p>
    <w:p>
      <w:r>
        <w:rPr>
          <w:rFonts w:ascii="Courier New" w:hAnsi="Courier New"/>
          <w:color w:val="555555"/>
          <w:sz w:val="20"/>
        </w:rPr>
        <w:t>[253]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[253]</w:t>
      </w:r>
    </w:p>
    <w:p>
      <w:r>
        <w:rPr>
          <w:rFonts w:ascii="Gentium Plus" w:hAnsi="Gentium Plus"/>
          <w:sz w:val="24"/>
        </w:rPr>
        <w:t>λϛ, οἷον τὸν Μασταύρων</w:t>
      </w:r>
    </w:p>
    <w:p>
      <w:r>
        <w:rPr>
          <w:rFonts w:ascii="Courier New" w:hAnsi="Courier New"/>
          <w:color w:val="555555"/>
          <w:sz w:val="20"/>
        </w:rPr>
        <w:t>[255]</w:t>
      </w:r>
    </w:p>
    <w:p>
      <w:r>
        <w:rPr>
          <w:rFonts w:ascii="Gentium Plus" w:hAnsi="Gentium Plus"/>
          <w:sz w:val="24"/>
        </w:rPr>
        <w:t>τὸν Τελμησοῦ τὸν Ἠλιμύρων τὸν Ἀράξης τὸν Ἀπρίλλων τὸν Ἀποδαλείας</w:t>
      </w:r>
    </w:p>
    <w:p>
      <w:r>
        <w:rPr>
          <w:rFonts w:ascii="Courier New" w:hAnsi="Courier New"/>
          <w:color w:val="555555"/>
          <w:sz w:val="20"/>
        </w:rPr>
        <w:t>[260]</w:t>
      </w:r>
    </w:p>
    <w:p>
      <w:r>
        <w:rPr>
          <w:rFonts w:ascii="Gentium Plus" w:hAnsi="Gentium Plus"/>
          <w:sz w:val="24"/>
        </w:rPr>
        <w:t>τὸν Ὀρυκανδῶν τὸν Τάτλων τὸν Ἀρνέων τὸν Σιδύμων τὸν Ζηνωνουπόλεως</w:t>
      </w:r>
    </w:p>
    <w:p>
      <w:r>
        <w:rPr>
          <w:rFonts w:ascii="Courier New" w:hAnsi="Courier New"/>
          <w:color w:val="555555"/>
          <w:sz w:val="20"/>
        </w:rPr>
        <w:t>[265]</w:t>
      </w:r>
    </w:p>
    <w:p>
      <w:r>
        <w:rPr>
          <w:rFonts w:ascii="Gentium Plus" w:hAnsi="Gentium Plus"/>
          <w:sz w:val="24"/>
        </w:rPr>
        <w:t>τὸν Ὀλύμπου τὸν Τλῶν τὸν Κορυδάλων τὸν Κάνου τὸν Ἀκρασσοῦ</w:t>
      </w:r>
    </w:p>
    <w:p>
      <w:r>
        <w:rPr>
          <w:rFonts w:ascii="Courier New" w:hAnsi="Courier New"/>
          <w:color w:val="555555"/>
          <w:sz w:val="20"/>
        </w:rPr>
        <w:t>[270]</w:t>
      </w:r>
    </w:p>
    <w:p>
      <w:r>
        <w:rPr>
          <w:rFonts w:ascii="Gentium Plus" w:hAnsi="Gentium Plus"/>
          <w:sz w:val="24"/>
        </w:rPr>
        <w:t>τὸν Ξάνθου τὸν Βοβοῦ 〈ἤτοι〉 Σοφιανουπόλεως τὸν Μαρκιανῆς τὸν Οἰνούνδων τὸν Χώματος</w:t>
      </w:r>
    </w:p>
    <w:p>
      <w:r>
        <w:rPr>
          <w:rFonts w:ascii="Courier New" w:hAnsi="Courier New"/>
          <w:color w:val="555555"/>
          <w:sz w:val="20"/>
        </w:rPr>
        <w:t>[275]</w:t>
      </w:r>
    </w:p>
    <w:p>
      <w:r>
        <w:rPr>
          <w:rFonts w:ascii="Gentium Plus" w:hAnsi="Gentium Plus"/>
          <w:sz w:val="24"/>
        </w:rPr>
        <w:t>τὸν Φέλλων τὸν Ἀντιφέλλου τὸν Φασηλειάδος τὸν Ῥοδιαπόλεως τὸν Ἀκαλισσοῦ</w:t>
      </w:r>
    </w:p>
    <w:p>
      <w:r>
        <w:rPr>
          <w:rFonts w:ascii="Courier New" w:hAnsi="Courier New"/>
          <w:color w:val="555555"/>
          <w:sz w:val="20"/>
        </w:rPr>
        <w:t>[280]</w:t>
      </w:r>
    </w:p>
    <w:p>
      <w:r>
        <w:rPr>
          <w:rFonts w:ascii="Gentium Plus" w:hAnsi="Gentium Plus"/>
          <w:sz w:val="24"/>
        </w:rPr>
        <w:t>τὸν Λεβήσου τὸν Ἀκανδρῶν τὸν Παλαιωτῶν τὸν Εὐδοκιάδος ἤτοι Ἰουστινουπόλεως τὸν Κόμνων</w:t>
      </w:r>
    </w:p>
    <w:p>
      <w:r>
        <w:rPr>
          <w:rFonts w:ascii="Courier New" w:hAnsi="Courier New"/>
          <w:color w:val="555555"/>
          <w:sz w:val="20"/>
        </w:rPr>
        <w:t>[285]</w:t>
      </w:r>
    </w:p>
    <w:p>
      <w:r>
        <w:rPr>
          <w:rFonts w:ascii="Gentium Plus" w:hAnsi="Gentium Plus"/>
          <w:sz w:val="24"/>
        </w:rPr>
        <w:t>τὸν Πατάρων τὸν Βαλβούρων τὸν Νήσων τὸν Κυανέων τὸν Μηλωνιτῶν</w:t>
      </w:r>
    </w:p>
    <w:p>
      <w:r>
        <w:rPr>
          <w:rFonts w:ascii="Courier New" w:hAnsi="Courier New"/>
          <w:color w:val="555555"/>
          <w:sz w:val="20"/>
        </w:rPr>
        <w:t>[290]</w:t>
      </w:r>
    </w:p>
    <w:p>
      <w:r>
        <w:rPr>
          <w:rFonts w:ascii="Gentium Plus" w:hAnsi="Gentium Plus"/>
          <w:sz w:val="24"/>
        </w:rPr>
        <w:t>Ἐπαρχία Καρίας·</w:t>
      </w:r>
    </w:p>
    <w:p>
      <w:r>
        <w:rPr>
          <w:rFonts w:ascii="Courier New" w:hAnsi="Courier New"/>
          <w:color w:val="555555"/>
          <w:sz w:val="20"/>
        </w:rPr>
        <w:t>[290]</w:t>
      </w:r>
    </w:p>
    <w:p>
      <w:r>
        <w:rPr>
          <w:rFonts w:ascii="Gentium Plus" w:hAnsi="Gentium Plus"/>
          <w:sz w:val="24"/>
        </w:rPr>
        <w:t>Μητρόπολις Σταυρουπόλεως</w:t>
      </w:r>
    </w:p>
    <w:p>
      <w:r>
        <w:rPr>
          <w:rFonts w:ascii="Courier New" w:hAnsi="Courier New"/>
          <w:color w:val="555555"/>
          <w:sz w:val="20"/>
        </w:rPr>
        <w:t>[290]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[290]</w:t>
      </w:r>
    </w:p>
    <w:p>
      <w:r>
        <w:rPr>
          <w:rFonts w:ascii="Gentium Plus" w:hAnsi="Gentium Plus"/>
          <w:sz w:val="24"/>
        </w:rPr>
        <w:t>κη, οἷον τὸν Κιβύρας</w:t>
      </w:r>
    </w:p>
    <w:p>
      <w:r>
        <w:rPr>
          <w:rFonts w:ascii="Courier New" w:hAnsi="Courier New"/>
          <w:color w:val="555555"/>
          <w:sz w:val="20"/>
        </w:rPr>
        <w:t>[295]</w:t>
      </w:r>
    </w:p>
    <w:p>
      <w:r>
        <w:rPr>
          <w:rFonts w:ascii="Gentium Plus" w:hAnsi="Gentium Plus"/>
          <w:sz w:val="24"/>
        </w:rPr>
        <w:t>τὸν Ἡρακλείας Λακύμων τὸν Ταβῶν τὸν Λάρβων τὸν Ἀντιοχείας Μαιάνδρου τὸν Ταπάσσων</w:t>
      </w:r>
    </w:p>
    <w:p>
      <w:r>
        <w:rPr>
          <w:rFonts w:ascii="Courier New" w:hAnsi="Courier New"/>
          <w:color w:val="555555"/>
          <w:sz w:val="20"/>
        </w:rPr>
        <w:t>[(300)]</w:t>
      </w:r>
    </w:p>
    <w:p>
      <w:r>
        <w:rPr>
          <w:rFonts w:ascii="Gentium Plus" w:hAnsi="Gentium Plus"/>
          <w:sz w:val="24"/>
        </w:rPr>
        <w:t>τὸν Ἁρπάσων τὸν Νεαπόλεως τὸν Ὀρθωσιάδος τὸν Ἀνωτετάρτης τὸν Λαβάνδων</w:t>
      </w:r>
    </w:p>
    <w:p>
      <w:r>
        <w:rPr>
          <w:rFonts w:ascii="Courier New" w:hAnsi="Courier New"/>
          <w:color w:val="555555"/>
          <w:sz w:val="20"/>
        </w:rPr>
        <w:t>[305]</w:t>
      </w:r>
    </w:p>
    <w:p>
      <w:r>
        <w:rPr>
          <w:rFonts w:ascii="Gentium Plus" w:hAnsi="Gentium Plus"/>
          <w:sz w:val="24"/>
        </w:rPr>
        <w:t>τὸν Στρατονικείας τὸν Ἀλκάνδων τὸν Μυλάσων τὸν Μείζου τὸν Ἰασσοῦ</w:t>
      </w:r>
    </w:p>
    <w:p>
      <w:r>
        <w:rPr>
          <w:rFonts w:ascii="Courier New" w:hAnsi="Courier New"/>
          <w:color w:val="555555"/>
          <w:sz w:val="20"/>
        </w:rPr>
        <w:t>[310]</w:t>
      </w:r>
    </w:p>
    <w:p>
      <w:r>
        <w:rPr>
          <w:rFonts w:ascii="Gentium Plus" w:hAnsi="Gentium Plus"/>
          <w:sz w:val="24"/>
        </w:rPr>
        <w:t>τὸν τοῦ Βαρβυλίου τὸν Ἁλικαρνασοῦ τὸν Ὑλαρίμων τὸν Κνίδου τὸν Μεταβῶν</w:t>
      </w:r>
    </w:p>
    <w:p>
      <w:r>
        <w:rPr>
          <w:rFonts w:ascii="Courier New" w:hAnsi="Courier New"/>
          <w:color w:val="555555"/>
          <w:sz w:val="20"/>
        </w:rPr>
        <w:t>[315]</w:t>
      </w:r>
    </w:p>
    <w:p>
      <w:r>
        <w:rPr>
          <w:rFonts w:ascii="Gentium Plus" w:hAnsi="Gentium Plus"/>
          <w:sz w:val="24"/>
        </w:rPr>
        <w:t>τὸν Μύνδου τὸν τοῦ Ἱεροῦ τὸν Κινδράμων τὸν Κεράμων Ἐπαρχία Φρυγίας Καππατιανῆς·</w:t>
      </w:r>
    </w:p>
    <w:p>
      <w:r>
        <w:rPr>
          <w:rFonts w:ascii="Courier New" w:hAnsi="Courier New"/>
          <w:color w:val="555555"/>
          <w:sz w:val="20"/>
        </w:rPr>
        <w:t>[319]</w:t>
      </w:r>
    </w:p>
    <w:p>
      <w:r>
        <w:rPr>
          <w:rFonts w:ascii="Gentium Plus" w:hAnsi="Gentium Plus"/>
          <w:sz w:val="24"/>
        </w:rPr>
        <w:t>Μητρόπολις Λαοδικείας</w:t>
      </w:r>
    </w:p>
    <w:p>
      <w:r>
        <w:rPr>
          <w:rFonts w:ascii="Courier New" w:hAnsi="Courier New"/>
          <w:color w:val="555555"/>
          <w:sz w:val="20"/>
        </w:rPr>
        <w:t>[319]</w:t>
      </w:r>
    </w:p>
    <w:p>
      <w:r>
        <w:rPr>
          <w:rFonts w:ascii="Gentium Plus" w:hAnsi="Gentium Plus"/>
          <w:sz w:val="24"/>
        </w:rPr>
        <w:t>ἔχει ὑπ’ αὐτὴν 〈πόλεις ἤτοι〉 ἐπισκοπὰς</w:t>
      </w:r>
    </w:p>
    <w:p>
      <w:r>
        <w:rPr>
          <w:rFonts w:ascii="Courier New" w:hAnsi="Courier New"/>
          <w:color w:val="555555"/>
          <w:sz w:val="20"/>
        </w:rPr>
        <w:t>[319]</w:t>
      </w:r>
    </w:p>
    <w:p>
      <w:r>
        <w:rPr>
          <w:rFonts w:ascii="Gentium Plus" w:hAnsi="Gentium Plus"/>
          <w:sz w:val="24"/>
        </w:rPr>
        <w:t>ιζ, οἷον</w:t>
      </w:r>
    </w:p>
    <w:p>
      <w:r>
        <w:rPr>
          <w:rFonts w:ascii="Courier New" w:hAnsi="Courier New"/>
          <w:color w:val="555555"/>
          <w:sz w:val="20"/>
        </w:rPr>
        <w:t>[320]</w:t>
      </w:r>
    </w:p>
    <w:p>
      <w:r>
        <w:rPr>
          <w:rFonts w:ascii="Gentium Plus" w:hAnsi="Gentium Plus"/>
          <w:sz w:val="24"/>
        </w:rPr>
        <w:t>τὸν Τιβεριουπόλεως τὸν Ἀζάνου τὸν Ἀγκύρας Συναοῦ τὸν Πέλτων τὸν Ἀππίας</w:t>
      </w:r>
    </w:p>
    <w:p>
      <w:r>
        <w:rPr>
          <w:rFonts w:ascii="Courier New" w:hAnsi="Courier New"/>
          <w:color w:val="555555"/>
          <w:sz w:val="20"/>
        </w:rPr>
        <w:t>[325]</w:t>
      </w:r>
    </w:p>
    <w:p>
      <w:r>
        <w:rPr>
          <w:rFonts w:ascii="Gentium Plus" w:hAnsi="Gentium Plus"/>
          <w:sz w:val="24"/>
        </w:rPr>
        <w:t>τὸν Κάδων τὸν Ἰκρίων τὸν Ἠλούζων τὸν Τρανουπόλεως τὸν Σεβαστείας</w:t>
      </w:r>
    </w:p>
    <w:p>
      <w:r>
        <w:rPr>
          <w:rFonts w:ascii="Courier New" w:hAnsi="Courier New"/>
          <w:color w:val="555555"/>
          <w:sz w:val="20"/>
        </w:rPr>
        <w:t>[330]</w:t>
      </w:r>
    </w:p>
    <w:p>
      <w:r>
        <w:rPr>
          <w:rFonts w:ascii="Gentium Plus" w:hAnsi="Gentium Plus"/>
          <w:sz w:val="24"/>
        </w:rPr>
        <w:t>τὸν Εὐμενείας τὸν Τιμένου θηρῶν τὸν Ἀγαθουκωμέων τὸν Ἀλίων τὸν Τριπόλεως</w:t>
      </w:r>
    </w:p>
    <w:p>
      <w:r>
        <w:rPr>
          <w:rFonts w:ascii="Courier New" w:hAnsi="Courier New"/>
          <w:color w:val="555555"/>
          <w:sz w:val="20"/>
        </w:rPr>
        <w:t>[335]</w:t>
      </w:r>
    </w:p>
    <w:p>
      <w:r>
        <w:rPr>
          <w:rFonts w:ascii="Gentium Plus" w:hAnsi="Gentium Plus"/>
          <w:sz w:val="24"/>
        </w:rPr>
        <w:t>τὸν Ἀττανάσου τὸν Σίβλιος Ἐπαρχία Φρυγίας Σαλουταρίας·</w:t>
      </w:r>
    </w:p>
    <w:p>
      <w:r>
        <w:rPr>
          <w:rFonts w:ascii="Courier New" w:hAnsi="Courier New"/>
          <w:color w:val="555555"/>
          <w:sz w:val="20"/>
        </w:rPr>
        <w:t>[337]</w:t>
      </w:r>
    </w:p>
    <w:p>
      <w:r>
        <w:rPr>
          <w:rFonts w:ascii="Gentium Plus" w:hAnsi="Gentium Plus"/>
          <w:sz w:val="24"/>
        </w:rPr>
        <w:t>Μητρόπολις Συνάδων</w:t>
      </w:r>
    </w:p>
    <w:p>
      <w:r>
        <w:rPr>
          <w:rFonts w:ascii="Courier New" w:hAnsi="Courier New"/>
          <w:color w:val="555555"/>
          <w:sz w:val="20"/>
        </w:rPr>
        <w:t>[337]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[337]</w:t>
      </w:r>
    </w:p>
    <w:p>
      <w:r>
        <w:rPr>
          <w:rFonts w:ascii="Gentium Plus" w:hAnsi="Gentium Plus"/>
          <w:sz w:val="24"/>
        </w:rPr>
        <w:t>κδ, οἷον τὸν Κοτυαείου τὸν Δορυλαίου</w:t>
      </w:r>
    </w:p>
    <w:p>
      <w:r>
        <w:rPr>
          <w:rFonts w:ascii="Courier New" w:hAnsi="Courier New"/>
          <w:color w:val="555555"/>
          <w:sz w:val="20"/>
        </w:rPr>
        <w:t>[340]</w:t>
      </w:r>
    </w:p>
    <w:p>
      <w:r>
        <w:rPr>
          <w:rFonts w:ascii="Gentium Plus" w:hAnsi="Gentium Plus"/>
          <w:sz w:val="24"/>
        </w:rPr>
        <w:t>τὸν Νακωλείας τὸν τοῦ Δοκιμίου τὸν Μηδαίου τὸν Ἴψου τὸν Προμνησοῦ</w:t>
      </w:r>
    </w:p>
    <w:p>
      <w:r>
        <w:rPr>
          <w:rFonts w:ascii="Courier New" w:hAnsi="Courier New"/>
          <w:color w:val="555555"/>
          <w:sz w:val="20"/>
        </w:rPr>
        <w:t>[345]</w:t>
      </w:r>
    </w:p>
    <w:p>
      <w:r>
        <w:rPr>
          <w:rFonts w:ascii="Gentium Plus" w:hAnsi="Gentium Plus"/>
          <w:sz w:val="24"/>
        </w:rPr>
        <w:t>τὸν Μηροῦ τὸν Σιβίνδου τὸν Πολυβώτου τὸν Φυτείας τὸν Ἱεραπόλεως</w:t>
      </w:r>
    </w:p>
    <w:p>
      <w:r>
        <w:rPr>
          <w:rFonts w:ascii="Courier New" w:hAnsi="Courier New"/>
          <w:color w:val="555555"/>
          <w:sz w:val="20"/>
        </w:rPr>
        <w:t>[(350)]</w:t>
      </w:r>
    </w:p>
    <w:p>
      <w:r>
        <w:rPr>
          <w:rFonts w:ascii="Gentium Plus" w:hAnsi="Gentium Plus"/>
          <w:sz w:val="24"/>
        </w:rPr>
        <w:t>τὸν Εὐκαρπίας τὸν Λυσσιάδος τὸν Αὐγουστοπόλεως τὸν Βροζοῦ τὸν Ὄτρου</w:t>
      </w:r>
    </w:p>
    <w:p>
      <w:r>
        <w:rPr>
          <w:rFonts w:ascii="Courier New" w:hAnsi="Courier New"/>
          <w:color w:val="555555"/>
          <w:sz w:val="20"/>
        </w:rPr>
        <w:t>[355]</w:t>
      </w:r>
    </w:p>
    <w:p>
      <w:r>
        <w:rPr>
          <w:rFonts w:ascii="Gentium Plus" w:hAnsi="Gentium Plus"/>
          <w:sz w:val="24"/>
        </w:rPr>
        <w:t>τὸν Λυκάονος τὸν Στεκτορίου τὸν Κινναβορίου τὸν Κόνης Δημητροπόλης τὸν Σκορδασπίας</w:t>
      </w:r>
    </w:p>
    <w:p>
      <w:r>
        <w:rPr>
          <w:rFonts w:ascii="Courier New" w:hAnsi="Courier New"/>
          <w:color w:val="555555"/>
          <w:sz w:val="20"/>
        </w:rPr>
        <w:t>[360]</w:t>
      </w:r>
    </w:p>
    <w:p>
      <w:r>
        <w:rPr>
          <w:rFonts w:ascii="Gentium Plus" w:hAnsi="Gentium Plus"/>
          <w:sz w:val="24"/>
        </w:rPr>
        <w:t>τὸν Νικουπόλεως</w:t>
      </w:r>
    </w:p>
    <w:p>
      <w:r>
        <w:rPr>
          <w:rFonts w:ascii="Courier New" w:hAnsi="Courier New"/>
          <w:color w:val="555555"/>
          <w:sz w:val="20"/>
        </w:rPr>
        <w:t>[362]</w:t>
      </w:r>
    </w:p>
    <w:p>
      <w:r>
        <w:rPr>
          <w:rFonts w:ascii="Gentium Plus" w:hAnsi="Gentium Plus"/>
          <w:sz w:val="24"/>
        </w:rPr>
        <w:t>Μητρόπολις τοῦ Ἰκονίου</w:t>
      </w:r>
    </w:p>
    <w:p>
      <w:r>
        <w:rPr>
          <w:rFonts w:ascii="Courier New" w:hAnsi="Courier New"/>
          <w:color w:val="555555"/>
          <w:sz w:val="20"/>
        </w:rPr>
        <w:t>[362]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[362]</w:t>
      </w:r>
    </w:p>
    <w:p>
      <w:r>
        <w:rPr>
          <w:rFonts w:ascii="Gentium Plus" w:hAnsi="Gentium Plus"/>
          <w:sz w:val="24"/>
        </w:rPr>
        <w:t>ιδ, οἷον τὸν Λύστρων τὸν Οὐασάδων</w:t>
      </w:r>
    </w:p>
    <w:p>
      <w:r>
        <w:rPr>
          <w:rFonts w:ascii="Courier New" w:hAnsi="Courier New"/>
          <w:color w:val="555555"/>
          <w:sz w:val="20"/>
        </w:rPr>
        <w:t>[365]</w:t>
      </w:r>
    </w:p>
    <w:p>
      <w:r>
        <w:rPr>
          <w:rFonts w:ascii="Gentium Plus" w:hAnsi="Gentium Plus"/>
          <w:sz w:val="24"/>
        </w:rPr>
        <w:t>τὸν Ἀμβλάδων τὸν Οὐμανάδων τὸν Μισθίων τὸν Λαράνδων τὸν Βαρέτων</w:t>
      </w:r>
    </w:p>
    <w:p>
      <w:r>
        <w:rPr>
          <w:rFonts w:ascii="Courier New" w:hAnsi="Courier New"/>
          <w:color w:val="555555"/>
          <w:sz w:val="20"/>
        </w:rPr>
        <w:t>[370]</w:t>
      </w:r>
    </w:p>
    <w:p>
      <w:r>
        <w:rPr>
          <w:rFonts w:ascii="Gentium Plus" w:hAnsi="Gentium Plus"/>
          <w:sz w:val="24"/>
        </w:rPr>
        <w:t>τὸν Δέρβης τὸν Σανάτρων τὸν Κανοῦ τὸν Βηρινουπολιοψιανῶν τὸν Γαλβάνου</w:t>
      </w:r>
    </w:p>
    <w:p>
      <w:r>
        <w:rPr>
          <w:rFonts w:ascii="Courier New" w:hAnsi="Courier New"/>
          <w:color w:val="555555"/>
          <w:sz w:val="20"/>
        </w:rPr>
        <w:t>[375]</w:t>
      </w:r>
    </w:p>
    <w:p>
      <w:r>
        <w:rPr>
          <w:rFonts w:ascii="Gentium Plus" w:hAnsi="Gentium Plus"/>
          <w:sz w:val="24"/>
        </w:rPr>
        <w:t>τὸν Λύστρων τὸν Περτῶν Ἐπαρχία Πισσιδίας·</w:t>
      </w:r>
    </w:p>
    <w:p>
      <w:r>
        <w:rPr>
          <w:rFonts w:ascii="Courier New" w:hAnsi="Courier New"/>
          <w:color w:val="555555"/>
          <w:sz w:val="20"/>
        </w:rPr>
        <w:t>[377]</w:t>
      </w:r>
    </w:p>
    <w:p>
      <w:r>
        <w:rPr>
          <w:rFonts w:ascii="Gentium Plus" w:hAnsi="Gentium Plus"/>
          <w:sz w:val="24"/>
        </w:rPr>
        <w:t>Μητρόπολις Ἀντιοχείας</w:t>
      </w:r>
    </w:p>
    <w:p>
      <w:r>
        <w:rPr>
          <w:rFonts w:ascii="Courier New" w:hAnsi="Courier New"/>
          <w:color w:val="555555"/>
          <w:sz w:val="20"/>
        </w:rPr>
        <w:t>[377]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[377]</w:t>
      </w:r>
    </w:p>
    <w:p>
      <w:r>
        <w:rPr>
          <w:rFonts w:ascii="Gentium Plus" w:hAnsi="Gentium Plus"/>
          <w:sz w:val="24"/>
        </w:rPr>
        <w:t>ιη, οἷον τὸν τοῦ Φιλομηλίου τὸν Σαγαλασοῦ</w:t>
      </w:r>
    </w:p>
    <w:p>
      <w:r>
        <w:rPr>
          <w:rFonts w:ascii="Courier New" w:hAnsi="Courier New"/>
          <w:color w:val="555555"/>
          <w:sz w:val="20"/>
        </w:rPr>
        <w:t>[380]</w:t>
      </w:r>
    </w:p>
    <w:p>
      <w:r>
        <w:rPr>
          <w:rFonts w:ascii="Gentium Plus" w:hAnsi="Gentium Plus"/>
          <w:sz w:val="24"/>
        </w:rPr>
        <w:t>τὸν Σωζουπόλεως τὸν Ἀπαμίας τῆς Κηνόου τὸν Ῥαίου τὸν Βάρεως τὸν Ἀδριανουπόλεως</w:t>
      </w:r>
    </w:p>
    <w:p>
      <w:r>
        <w:rPr>
          <w:rFonts w:ascii="Courier New" w:hAnsi="Courier New"/>
          <w:color w:val="555555"/>
          <w:sz w:val="20"/>
        </w:rPr>
        <w:t>[385]</w:t>
      </w:r>
    </w:p>
    <w:p>
      <w:r>
        <w:rPr>
          <w:rFonts w:ascii="Gentium Plus" w:hAnsi="Gentium Plus"/>
          <w:sz w:val="24"/>
        </w:rPr>
        <w:t>τὸν Λιμένων τὸν Νεαπόλεως τὸν Λαοδικίας τῆς κεκαυμένης τὸν Σελευκίας τὸν Σιδηρᾶς</w:t>
      </w:r>
    </w:p>
    <w:p>
      <w:r>
        <w:rPr>
          <w:rFonts w:ascii="Courier New" w:hAnsi="Courier New"/>
          <w:color w:val="555555"/>
          <w:sz w:val="20"/>
        </w:rPr>
        <w:t>[390]</w:t>
      </w:r>
    </w:p>
    <w:p>
      <w:r>
        <w:rPr>
          <w:rFonts w:ascii="Gentium Plus" w:hAnsi="Gentium Plus"/>
          <w:sz w:val="24"/>
        </w:rPr>
        <w:t>τὸν Ἀδάδων τὸν Ζωζήλων τὸν Τιμβριάδος τὸν Τυμάνδου τὸν Ἰουστινιανουπόλεως</w:t>
      </w:r>
    </w:p>
    <w:p>
      <w:r>
        <w:rPr>
          <w:rFonts w:ascii="Courier New" w:hAnsi="Courier New"/>
          <w:color w:val="555555"/>
          <w:sz w:val="20"/>
        </w:rPr>
        <w:t>[395]</w:t>
      </w:r>
    </w:p>
    <w:p>
      <w:r>
        <w:rPr>
          <w:rFonts w:ascii="Gentium Plus" w:hAnsi="Gentium Plus"/>
          <w:sz w:val="24"/>
        </w:rPr>
        <w:t>τὸν Μητροπόλεως τὸν Πάππων Ἐπαρχία τῆς Παμφυλίας·</w:t>
      </w:r>
    </w:p>
    <w:p>
      <w:r>
        <w:rPr>
          <w:rFonts w:ascii="Courier New" w:hAnsi="Courier New"/>
          <w:color w:val="555555"/>
          <w:sz w:val="20"/>
        </w:rPr>
        <w:t>[397]</w:t>
      </w:r>
    </w:p>
    <w:p>
      <w:r>
        <w:rPr>
          <w:rFonts w:ascii="Gentium Plus" w:hAnsi="Gentium Plus"/>
          <w:sz w:val="24"/>
        </w:rPr>
        <w:t>Μητρόπολις Πέργης</w:t>
      </w:r>
    </w:p>
    <w:p>
      <w:r>
        <w:rPr>
          <w:rFonts w:ascii="Courier New" w:hAnsi="Courier New"/>
          <w:color w:val="555555"/>
          <w:sz w:val="20"/>
        </w:rPr>
        <w:t>[397]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[397]</w:t>
      </w:r>
    </w:p>
    <w:p>
      <w:r>
        <w:rPr>
          <w:rFonts w:ascii="Gentium Plus" w:hAnsi="Gentium Plus"/>
          <w:sz w:val="24"/>
        </w:rPr>
        <w:t>ιη, οἷον τὸν Ἀτταλίας τὸν Εὐδοξιάδος</w:t>
      </w:r>
    </w:p>
    <w:p>
      <w:r>
        <w:rPr>
          <w:rFonts w:ascii="Courier New" w:hAnsi="Courier New"/>
          <w:color w:val="555555"/>
          <w:sz w:val="20"/>
        </w:rPr>
        <w:t>[(400)]</w:t>
      </w:r>
    </w:p>
    <w:p>
      <w:r>
        <w:rPr>
          <w:rFonts w:ascii="Gentium Plus" w:hAnsi="Gentium Plus"/>
          <w:sz w:val="24"/>
        </w:rPr>
        <w:t>τὸν Τελμησοῦ τὸν Σίνδου τὸν Μαξιμιανουπόλεως τὸν Λαγίνων τὸν Παλαιουπόλεως</w:t>
      </w:r>
    </w:p>
    <w:p>
      <w:r>
        <w:rPr>
          <w:rFonts w:ascii="Courier New" w:hAnsi="Courier New"/>
          <w:color w:val="555555"/>
          <w:sz w:val="20"/>
        </w:rPr>
        <w:t>[405]</w:t>
      </w:r>
    </w:p>
    <w:p>
      <w:r>
        <w:rPr>
          <w:rFonts w:ascii="Gentium Plus" w:hAnsi="Gentium Plus"/>
          <w:sz w:val="24"/>
        </w:rPr>
        <w:t>τὸν Κρημνοῦ τὸν Κουδρούλων τὸν Πελτινήσσου τὸν Ἀρησασοῦ τὸν Πουγλῶν</w:t>
      </w:r>
    </w:p>
    <w:p>
      <w:r>
        <w:rPr>
          <w:rFonts w:ascii="Courier New" w:hAnsi="Courier New"/>
          <w:color w:val="555555"/>
          <w:sz w:val="20"/>
        </w:rPr>
        <w:t>[410]</w:t>
      </w:r>
    </w:p>
    <w:p>
      <w:r>
        <w:rPr>
          <w:rFonts w:ascii="Gentium Plus" w:hAnsi="Gentium Plus"/>
          <w:sz w:val="24"/>
        </w:rPr>
        <w:t>τὸν Ἀδριανῆς τὸν Δικηταναύρων τὸν Σανδιδῶν τὸν Βαράης τὸν Συλαίου</w:t>
      </w:r>
    </w:p>
    <w:p>
      <w:r>
        <w:rPr>
          <w:rFonts w:ascii="Courier New" w:hAnsi="Courier New"/>
          <w:color w:val="555555"/>
          <w:sz w:val="20"/>
        </w:rPr>
        <w:t>[415]</w:t>
      </w:r>
    </w:p>
    <w:p>
      <w:r>
        <w:rPr>
          <w:rFonts w:ascii="Gentium Plus" w:hAnsi="Gentium Plus"/>
          <w:sz w:val="24"/>
        </w:rPr>
        <w:t>τὸν Περβαίνων Ἐπαρχία Καππαδοκίας·</w:t>
      </w:r>
    </w:p>
    <w:p>
      <w:r>
        <w:rPr>
          <w:rFonts w:ascii="Courier New" w:hAnsi="Courier New"/>
          <w:color w:val="555555"/>
          <w:sz w:val="20"/>
        </w:rPr>
        <w:t>[416]</w:t>
      </w:r>
    </w:p>
    <w:p>
      <w:r>
        <w:rPr>
          <w:rFonts w:ascii="Gentium Plus" w:hAnsi="Gentium Plus"/>
          <w:sz w:val="24"/>
        </w:rPr>
        <w:t>Μητρόπολις Μωκησοῦ</w:t>
      </w:r>
    </w:p>
    <w:p>
      <w:r>
        <w:rPr>
          <w:rFonts w:ascii="Courier New" w:hAnsi="Courier New"/>
          <w:color w:val="555555"/>
          <w:sz w:val="20"/>
        </w:rPr>
        <w:t>[416]</w:t>
      </w:r>
    </w:p>
    <w:p>
      <w:r>
        <w:rPr>
          <w:rFonts w:ascii="Gentium Plus" w:hAnsi="Gentium Plus"/>
          <w:sz w:val="24"/>
        </w:rPr>
        <w:t>ἔχει ὑπ’ αὐτὴν πόλεις ἤτοι ἐπισκοπὰς δ,</w:t>
      </w:r>
    </w:p>
    <w:p>
      <w:r>
        <w:rPr>
          <w:rFonts w:ascii="Courier New" w:hAnsi="Courier New"/>
          <w:color w:val="555555"/>
          <w:sz w:val="20"/>
        </w:rPr>
        <w:t>[416]</w:t>
      </w:r>
    </w:p>
    <w:p>
      <w:r>
        <w:rPr>
          <w:rFonts w:ascii="Gentium Plus" w:hAnsi="Gentium Plus"/>
          <w:sz w:val="24"/>
        </w:rPr>
        <w:t>οἷον</w:t>
      </w:r>
    </w:p>
    <w:p>
      <w:r>
        <w:rPr>
          <w:rFonts w:ascii="Courier New" w:hAnsi="Courier New"/>
          <w:color w:val="555555"/>
          <w:sz w:val="20"/>
        </w:rPr>
        <w:t>[420]</w:t>
      </w:r>
    </w:p>
    <w:p>
      <w:r>
        <w:rPr>
          <w:rFonts w:ascii="Gentium Plus" w:hAnsi="Gentium Plus"/>
          <w:sz w:val="24"/>
        </w:rPr>
        <w:t>τὸν Δωάρων Ἐπαρχία Λαζικῆς·</w:t>
      </w:r>
    </w:p>
    <w:p>
      <w:r>
        <w:rPr>
          <w:rFonts w:ascii="Courier New" w:hAnsi="Courier New"/>
          <w:color w:val="555555"/>
          <w:sz w:val="20"/>
        </w:rPr>
        <w:t>[421]</w:t>
      </w:r>
    </w:p>
    <w:p>
      <w:r>
        <w:rPr>
          <w:rFonts w:ascii="Gentium Plus" w:hAnsi="Gentium Plus"/>
          <w:sz w:val="24"/>
        </w:rPr>
        <w:t>Μητρόπολις Φάσιδος</w:t>
      </w:r>
    </w:p>
    <w:p>
      <w:r>
        <w:rPr>
          <w:rFonts w:ascii="Courier New" w:hAnsi="Courier New"/>
          <w:color w:val="555555"/>
          <w:sz w:val="20"/>
        </w:rPr>
        <w:t>[421]</w:t>
      </w:r>
    </w:p>
    <w:p>
      <w:r>
        <w:rPr>
          <w:rFonts w:ascii="Gentium Plus" w:hAnsi="Gentium Plus"/>
          <w:sz w:val="24"/>
        </w:rPr>
        <w:t>ἔχει ὑπ’ αὐτὴν πόλεις ἤτοι ἐπισκοπὰς δ,</w:t>
      </w:r>
    </w:p>
    <w:p>
      <w:r>
        <w:rPr>
          <w:rFonts w:ascii="Courier New" w:hAnsi="Courier New"/>
          <w:color w:val="555555"/>
          <w:sz w:val="20"/>
        </w:rPr>
        <w:t>[421]</w:t>
      </w:r>
    </w:p>
    <w:p>
      <w:r>
        <w:rPr>
          <w:rFonts w:ascii="Gentium Plus" w:hAnsi="Gentium Plus"/>
          <w:sz w:val="24"/>
        </w:rPr>
        <w:t>οἷον τὸν Ῥοδοπόλεως τὸν τῆς Σαησινῶν τὸν Πετρῶν</w:t>
      </w:r>
    </w:p>
    <w:p>
      <w:r>
        <w:rPr>
          <w:rFonts w:ascii="Courier New" w:hAnsi="Courier New"/>
          <w:color w:val="555555"/>
          <w:sz w:val="20"/>
        </w:rPr>
        <w:t>[425]</w:t>
      </w:r>
    </w:p>
    <w:p>
      <w:r>
        <w:rPr>
          <w:rFonts w:ascii="Gentium Plus" w:hAnsi="Gentium Plus"/>
          <w:sz w:val="24"/>
        </w:rPr>
        <w:t>τὸν τῆς Ζιγανέων Ἐπαρχία Θρᾴκης·</w:t>
      </w:r>
    </w:p>
    <w:p>
      <w:r>
        <w:rPr>
          <w:rFonts w:ascii="Courier New" w:hAnsi="Courier New"/>
          <w:color w:val="555555"/>
          <w:sz w:val="20"/>
        </w:rPr>
        <w:t>[426]</w:t>
      </w:r>
    </w:p>
    <w:p>
      <w:r>
        <w:rPr>
          <w:rFonts w:ascii="Gentium Plus" w:hAnsi="Gentium Plus"/>
          <w:sz w:val="24"/>
        </w:rPr>
        <w:t>Μητρόπολις Φιλιππουπόλεως</w:t>
      </w:r>
    </w:p>
    <w:p>
      <w:r>
        <w:rPr>
          <w:rFonts w:ascii="Courier New" w:hAnsi="Courier New"/>
          <w:color w:val="555555"/>
          <w:sz w:val="20"/>
        </w:rPr>
        <w:t>[426]</w:t>
      </w:r>
    </w:p>
    <w:p>
      <w:r>
        <w:rPr>
          <w:rFonts w:ascii="Gentium Plus" w:hAnsi="Gentium Plus"/>
          <w:sz w:val="24"/>
        </w:rPr>
        <w:t>ἔχει ὑπ’ αὐτὴν πόλεις ἤτοι ἐπισκοπὰς γ,</w:t>
      </w:r>
    </w:p>
    <w:p>
      <w:r>
        <w:rPr>
          <w:rFonts w:ascii="Courier New" w:hAnsi="Courier New"/>
          <w:color w:val="555555"/>
          <w:sz w:val="20"/>
        </w:rPr>
        <w:t>[426]</w:t>
      </w:r>
    </w:p>
    <w:p>
      <w:r>
        <w:rPr>
          <w:rFonts w:ascii="Gentium Plus" w:hAnsi="Gentium Plus"/>
          <w:sz w:val="24"/>
        </w:rPr>
        <w:t>οἷον τὸν Διοκλητιανουπόλεως τὸν Σεβαστουπόλεως τὸν Διοσπόλεως</w:t>
      </w:r>
    </w:p>
    <w:p>
      <w:r>
        <w:rPr>
          <w:rFonts w:ascii="Courier New" w:hAnsi="Courier New"/>
          <w:color w:val="555555"/>
          <w:sz w:val="20"/>
        </w:rPr>
        <w:t>[430]</w:t>
      </w:r>
    </w:p>
    <w:p>
      <w:r>
        <w:rPr>
          <w:rFonts w:ascii="Gentium Plus" w:hAnsi="Gentium Plus"/>
          <w:sz w:val="24"/>
        </w:rPr>
        <w:t>Ἐπαρχία Εὐρώπης·</w:t>
      </w:r>
    </w:p>
    <w:p>
      <w:r>
        <w:rPr>
          <w:rFonts w:ascii="Courier New" w:hAnsi="Courier New"/>
          <w:color w:val="555555"/>
          <w:sz w:val="20"/>
        </w:rPr>
        <w:t>[430]</w:t>
      </w:r>
    </w:p>
    <w:p>
      <w:r>
        <w:rPr>
          <w:rFonts w:ascii="Gentium Plus" w:hAnsi="Gentium Plus"/>
          <w:sz w:val="24"/>
        </w:rPr>
        <w:t>Μητρόπολις Τραϊανοῦ</w:t>
      </w:r>
    </w:p>
    <w:p>
      <w:r>
        <w:rPr>
          <w:rFonts w:ascii="Courier New" w:hAnsi="Courier New"/>
          <w:color w:val="555555"/>
          <w:sz w:val="20"/>
        </w:rPr>
        <w:t>[430]</w:t>
      </w:r>
    </w:p>
    <w:p>
      <w:r>
        <w:rPr>
          <w:rFonts w:ascii="Gentium Plus" w:hAnsi="Gentium Plus"/>
          <w:sz w:val="24"/>
        </w:rPr>
        <w:t>ἔχει ὑπ’ αὐτὴν πόλεις ἤτοι ἐπισκοπὰς β,</w:t>
      </w:r>
    </w:p>
    <w:p>
      <w:r>
        <w:rPr>
          <w:rFonts w:ascii="Courier New" w:hAnsi="Courier New"/>
          <w:color w:val="555555"/>
          <w:sz w:val="20"/>
        </w:rPr>
        <w:t>[430]</w:t>
      </w:r>
    </w:p>
    <w:p>
      <w:r>
        <w:rPr>
          <w:rFonts w:ascii="Gentium Plus" w:hAnsi="Gentium Plus"/>
          <w:sz w:val="24"/>
        </w:rPr>
        <w:t>οἷον τὸν Πήρου τὸν Ἀναστασιουπόλεως Ἐπαρχία νήσων Κυκλάδων·</w:t>
      </w:r>
    </w:p>
    <w:p>
      <w:r>
        <w:rPr>
          <w:rFonts w:ascii="Courier New" w:hAnsi="Courier New"/>
          <w:color w:val="555555"/>
          <w:sz w:val="20"/>
        </w:rPr>
        <w:t>[433]</w:t>
      </w:r>
    </w:p>
    <w:p>
      <w:r>
        <w:rPr>
          <w:rFonts w:ascii="Gentium Plus" w:hAnsi="Gentium Plus"/>
          <w:sz w:val="24"/>
        </w:rPr>
        <w:t>Μητρόπολις Ῥόδου</w:t>
      </w:r>
    </w:p>
    <w:p>
      <w:r>
        <w:rPr>
          <w:rFonts w:ascii="Courier New" w:hAnsi="Courier New"/>
          <w:color w:val="555555"/>
          <w:sz w:val="20"/>
        </w:rPr>
        <w:t>[433]</w:t>
      </w:r>
    </w:p>
    <w:p>
      <w:r>
        <w:rPr>
          <w:rFonts w:ascii="Gentium Plus" w:hAnsi="Gentium Plus"/>
          <w:sz w:val="24"/>
        </w:rPr>
        <w:t>ἔχει ὑπ’ αὐτὴν πόλεις ἤτοι ἐπισκοπὰς</w:t>
      </w:r>
    </w:p>
    <w:p>
      <w:r>
        <w:rPr>
          <w:rFonts w:ascii="Courier New" w:hAnsi="Courier New"/>
          <w:color w:val="555555"/>
          <w:sz w:val="20"/>
        </w:rPr>
        <w:t>[433]</w:t>
      </w:r>
    </w:p>
    <w:p>
      <w:r>
        <w:rPr>
          <w:rFonts w:ascii="Gentium Plus" w:hAnsi="Gentium Plus"/>
          <w:sz w:val="24"/>
        </w:rPr>
        <w:t>ιβ, οἷον τὸν Σάμου</w:t>
      </w:r>
    </w:p>
    <w:p>
      <w:r>
        <w:rPr>
          <w:rFonts w:ascii="Courier New" w:hAnsi="Courier New"/>
          <w:color w:val="555555"/>
          <w:sz w:val="20"/>
        </w:rPr>
        <w:t>[435]</w:t>
      </w:r>
    </w:p>
    <w:p>
      <w:r>
        <w:rPr>
          <w:rFonts w:ascii="Gentium Plus" w:hAnsi="Gentium Plus"/>
          <w:sz w:val="24"/>
        </w:rPr>
        <w:t>τὸν Χίου τὸν Κῴου τὸν Ναξίας τὸν Θήρας τὸν Πάρου</w:t>
      </w:r>
    </w:p>
    <w:p>
      <w:r>
        <w:rPr>
          <w:rFonts w:ascii="Courier New" w:hAnsi="Courier New"/>
          <w:color w:val="555555"/>
          <w:sz w:val="20"/>
        </w:rPr>
        <w:t>[440]</w:t>
      </w:r>
    </w:p>
    <w:p>
      <w:r>
        <w:rPr>
          <w:rFonts w:ascii="Gentium Plus" w:hAnsi="Gentium Plus"/>
          <w:sz w:val="24"/>
        </w:rPr>
        <w:t>τὸν Λέρου τὸν Ἄνδρου τὸν Τήνου τὸν Μήλου τὸν Πισσύνης</w:t>
      </w:r>
    </w:p>
    <w:p>
      <w:r>
        <w:rPr>
          <w:rFonts w:ascii="Courier New" w:hAnsi="Courier New"/>
          <w:color w:val="555555"/>
          <w:sz w:val="20"/>
        </w:rPr>
        <w:t>[445]</w:t>
      </w:r>
    </w:p>
    <w:p>
      <w:r>
        <w:rPr>
          <w:rFonts w:ascii="Gentium Plus" w:hAnsi="Gentium Plus"/>
          <w:sz w:val="24"/>
        </w:rPr>
        <w:t>Ἐπαρχία Αἱμιμόντου·</w:t>
      </w:r>
    </w:p>
    <w:p>
      <w:r>
        <w:rPr>
          <w:rFonts w:ascii="Courier New" w:hAnsi="Courier New"/>
          <w:color w:val="555555"/>
          <w:sz w:val="20"/>
        </w:rPr>
        <w:t>[445]</w:t>
      </w:r>
    </w:p>
    <w:p>
      <w:r>
        <w:rPr>
          <w:rFonts w:ascii="Gentium Plus" w:hAnsi="Gentium Plus"/>
          <w:sz w:val="24"/>
        </w:rPr>
        <w:t>Μητρόπολις Ἀδριανοῦ</w:t>
      </w:r>
    </w:p>
    <w:p>
      <w:r>
        <w:rPr>
          <w:rFonts w:ascii="Courier New" w:hAnsi="Courier New"/>
          <w:color w:val="555555"/>
          <w:sz w:val="20"/>
        </w:rPr>
        <w:t>[445]</w:t>
      </w:r>
    </w:p>
    <w:p>
      <w:r>
        <w:rPr>
          <w:rFonts w:ascii="Gentium Plus" w:hAnsi="Gentium Plus"/>
          <w:sz w:val="24"/>
        </w:rPr>
        <w:t>ἔχει ὑπ’ αὐτὴν πόλεις ἤτοι ἐπισκοπὰς ε,</w:t>
      </w:r>
    </w:p>
    <w:p>
      <w:r>
        <w:rPr>
          <w:rFonts w:ascii="Courier New" w:hAnsi="Courier New"/>
          <w:color w:val="555555"/>
          <w:sz w:val="20"/>
        </w:rPr>
        <w:t>[445]</w:t>
      </w:r>
    </w:p>
    <w:p>
      <w:r>
        <w:rPr>
          <w:rFonts w:ascii="Gentium Plus" w:hAnsi="Gentium Plus"/>
          <w:sz w:val="24"/>
        </w:rPr>
        <w:t>οἷον τὸν Μεσημβρίας τὸν Σωζοπόλεως τὸν Πλουτινουπόλεως τὸν Ἀναστασιουπόλεως</w:t>
      </w:r>
    </w:p>
    <w:p>
      <w:r>
        <w:rPr>
          <w:rFonts w:ascii="Courier New" w:hAnsi="Courier New"/>
          <w:color w:val="555555"/>
          <w:sz w:val="20"/>
        </w:rPr>
        <w:t>[(450)]</w:t>
      </w:r>
    </w:p>
    <w:p>
      <w:r>
        <w:rPr>
          <w:rFonts w:ascii="Gentium Plus" w:hAnsi="Gentium Plus"/>
          <w:sz w:val="24"/>
        </w:rPr>
        <w:t>τὸν Τζωΐδων Ἐπαρχία τῆς αὐτῆς·</w:t>
      </w:r>
    </w:p>
    <w:p>
      <w:r>
        <w:rPr>
          <w:rFonts w:ascii="Courier New" w:hAnsi="Courier New"/>
          <w:color w:val="555555"/>
          <w:sz w:val="20"/>
        </w:rPr>
        <w:t>[451]</w:t>
      </w:r>
    </w:p>
    <w:p>
      <w:r>
        <w:rPr>
          <w:rFonts w:ascii="Gentium Plus" w:hAnsi="Gentium Plus"/>
          <w:sz w:val="24"/>
        </w:rPr>
        <w:t>Μητρόπολις Μαρκιανοῦ</w:t>
      </w:r>
    </w:p>
    <w:p>
      <w:r>
        <w:rPr>
          <w:rFonts w:ascii="Courier New" w:hAnsi="Courier New"/>
          <w:color w:val="555555"/>
          <w:sz w:val="20"/>
        </w:rPr>
        <w:t>[451]</w:t>
      </w:r>
    </w:p>
    <w:p>
      <w:r>
        <w:rPr>
          <w:rFonts w:ascii="Gentium Plus" w:hAnsi="Gentium Plus"/>
          <w:sz w:val="24"/>
        </w:rPr>
        <w:t>ἔχει ὑπ’ αὐτὴν πόλεις ἤτοι ἐπισκοπὰς ε,</w:t>
      </w:r>
    </w:p>
    <w:p>
      <w:r>
        <w:rPr>
          <w:rFonts w:ascii="Courier New" w:hAnsi="Courier New"/>
          <w:color w:val="555555"/>
          <w:sz w:val="20"/>
        </w:rPr>
        <w:t>[451]</w:t>
      </w:r>
    </w:p>
    <w:p>
      <w:r>
        <w:rPr>
          <w:rFonts w:ascii="Gentium Plus" w:hAnsi="Gentium Plus"/>
          <w:sz w:val="24"/>
        </w:rPr>
        <w:t>οἷον τὸν Ῥοδοστόλου τὸν Τραμαρίσκων τὸν Νόβων</w:t>
      </w:r>
    </w:p>
    <w:p>
      <w:r>
        <w:rPr>
          <w:rFonts w:ascii="Courier New" w:hAnsi="Courier New"/>
          <w:color w:val="555555"/>
          <w:sz w:val="20"/>
        </w:rPr>
        <w:t>[455]</w:t>
      </w:r>
    </w:p>
    <w:p>
      <w:r>
        <w:rPr>
          <w:rFonts w:ascii="Gentium Plus" w:hAnsi="Gentium Plus"/>
          <w:sz w:val="24"/>
        </w:rPr>
        <w:t>τὸν Ζεκεδέσπων τὸν Σκαρίας Ἐπαρχία Φρυγίας Καππατιάνης·</w:t>
      </w:r>
    </w:p>
    <w:p>
      <w:r>
        <w:rPr>
          <w:rFonts w:ascii="Courier New" w:hAnsi="Courier New"/>
          <w:color w:val="555555"/>
          <w:sz w:val="20"/>
        </w:rPr>
        <w:t>[457]</w:t>
      </w:r>
    </w:p>
    <w:p>
      <w:r>
        <w:rPr>
          <w:rFonts w:ascii="Gentium Plus" w:hAnsi="Gentium Plus"/>
          <w:sz w:val="24"/>
        </w:rPr>
        <w:t>Μητρόπολις Ἱεραπόλεως</w:t>
      </w:r>
    </w:p>
    <w:p>
      <w:r>
        <w:rPr>
          <w:rFonts w:ascii="Courier New" w:hAnsi="Courier New"/>
          <w:color w:val="555555"/>
          <w:sz w:val="20"/>
        </w:rPr>
        <w:t>[457]</w:t>
      </w:r>
    </w:p>
    <w:p>
      <w:r>
        <w:rPr>
          <w:rFonts w:ascii="Gentium Plus" w:hAnsi="Gentium Plus"/>
          <w:sz w:val="24"/>
        </w:rPr>
        <w:t>ἔχει ὑπ’ αὐτὴν πόλεις ἤτοι ἐπισκοπὰς ε,</w:t>
      </w:r>
    </w:p>
    <w:p>
      <w:r>
        <w:rPr>
          <w:rFonts w:ascii="Courier New" w:hAnsi="Courier New"/>
          <w:color w:val="555555"/>
          <w:sz w:val="20"/>
        </w:rPr>
        <w:t>[457]</w:t>
      </w:r>
    </w:p>
    <w:p>
      <w:r>
        <w:rPr>
          <w:rFonts w:ascii="Gentium Plus" w:hAnsi="Gentium Plus"/>
          <w:sz w:val="24"/>
        </w:rPr>
        <w:t>〈οἷον〉 τὸν Μελουπόλης τὸν Διονυσιουπόλεως</w:t>
      </w:r>
    </w:p>
    <w:p>
      <w:r>
        <w:rPr>
          <w:rFonts w:ascii="Courier New" w:hAnsi="Courier New"/>
          <w:color w:val="555555"/>
          <w:sz w:val="20"/>
        </w:rPr>
        <w:t>[460]</w:t>
      </w:r>
    </w:p>
    <w:p>
      <w:r>
        <w:rPr>
          <w:rFonts w:ascii="Gentium Plus" w:hAnsi="Gentium Plus"/>
          <w:sz w:val="24"/>
        </w:rPr>
        <w:t>τὸν Ἀναστασιουπόλεως τὸν Ἀττούδων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