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 Ἴσως Μέρος Χιόνης ἢ Νίνου</w:t>
      </w:r>
      <w:r>
        <w:br/>
      </w:r>
      <w:r>
        <w:rPr>
          <w:i/>
          <w:color w:val="666666"/>
          <w:sz w:val="40"/>
        </w:rPr>
        <w:t>Fragments Possibly Part of Chione or Ninus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Ἐρωτικὰ Ἀδέσποτα</w:t>
      </w:r>
      <w:r>
        <w:br/>
      </w:r>
      <w:r>
        <w:rPr>
          <w:i/>
          <w:color w:val="666666"/>
          <w:sz w:val="28"/>
        </w:rPr>
        <w:t>by Erotic Narrative Anonymous</w:t>
      </w:r>
    </w:p>
    <w:p/>
    <w:p>
      <w:r>
        <w:rPr>
          <w:rFonts w:ascii="Courier New" w:hAnsi="Courier New"/>
          <w:color w:val="555555"/>
          <w:sz w:val="20"/>
        </w:rPr>
        <w:t>[pberol 10535 col1]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 [].. [............]η. [..]..αι σοὶ [...............]ε̣σ̣ε̣η̣γ̣ι̣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[..........].....[..]ς ψευ‐ [..........] μόχ̣θ̣ων ἡμῖν [..........]π̣ο̣λ̣λ̣ῶν εἴτε τις [..........].ι̣ε̣.σ̣ι̣[.].[.]ει [.........]........ α̣.α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[.........]α̣πειραι̣ π̣..[.]οι [...... ἡμε]τέ̣ρων ἐσώθη [.........]οιων δὲ ἔφη· “τί [.....] ἡμ̣ε̣τ̣έ̣ρων;” οἱ δέ· “σοῦ [.....] οὖν ε[....] ἵ̣να τί καὶ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[.....] .[.]....ι̣εναι; σοὶ δὲ [.....].....[.. ἡ]μῖν αὐ‐ [τ— ... ἡ]γεμὼν γίνεσθαι τῆς [....... οἴ]καδε ἀπονοστη‐ [ς........] κα[ὶ] τ̣ὰ ἡμέτερα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[........]...δ̣ι̣α̣ ἀν̣αλα‐ [β— ........]... π̣ερ ἀπέλιπες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[pberol 10535 col2]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[..].[] [..]ν̣ηρ[] [.]χ̣ρ̣η̣[] 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[..]..λ̣[] π̣ρ̣ο̣...[] ς...ο̣σ̣[..] προύπεμπον δὲ̣ [αὐ‐] [τ— ... οἱ μ]ὲν ἄλλοι θαυμά[ζον‐] τε̣[ς κ]αὶ ἐκπεπληγμέν[οι ...]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 [] [ἐ‐] γαμεῖτο κ[.................] εἰς τὸν ἑαυ̣τ̣[]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δὲ ἀ̣νεπαύσα̣τ̣ο δ̣.[......] γενομένης ἀνῆλ̣θ̣[ον ....] σκεψόμενοι τὴν .υ̣[......] καὶ οὐδεὶς ἀπελείφθη· κ̣α̣[ὶ ἦν] ὠθισμὸς περὶ τὸ δωμά̣[τι‐]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ον πάντων εἰστρεχόντω[ν.] ἡ δὲ μήτηρ φθάσασα πρ[ώ‐] τη μὲν εἰσῆλθεν, πρώτη δ[ὲ ἐ‐] κάθισεν ἐπί τινος δίφρου π̣λ̣η̣σ̣[ί]ον κε̣ι̣μ̣[ένου .....]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[pberol 21234 col1]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[ἀν]επαύετ̣ο̣ καὶ ὡς εἶδεν η [.....] ἀ̣νέστη καὶ “ὦ δέσπο‐ [τα ....]τιον,” εἶπε, “πάρεστί σο[ι] [......] πότερον εὐτυχῶ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[καὶ μ]ακαρία τίς εἰμι γυνὴ α‐ [.........]χ̣ουσα ἢ καὶ ταυ‐ [.........]ῆ̣λ̣θ̣ε πρὸς ἐμὲ [..........].στα τεκμηρι‐ [............]ω̣σε.[...]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