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Εὔπολις ὁ Ἀθηναῖος</w:t>
      </w:r>
      <w:r>
        <w:br/>
      </w:r>
      <w:r>
        <w:rPr>
          <w:i/>
          <w:color w:val="666666"/>
          <w:sz w:val="28"/>
        </w:rPr>
        <w:t>by Eupolis Atheniensis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ὡc ἦρξε περὶ Μίνῳαν αὐτὸc οὑτοcί.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ὅμοιον ᾄδειν· οὐ γὰρ ἔcτ’ ἄλλωc ἔχον.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ἀνδρογύνων ἄθυρμα.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τί δῆτ’ ἄν, εἰ μὴ τὴν ἁμίδα καθεῦδ’ ἔχων;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αὔληcον ταὐτῇ κύκλιον ἀναβολήν τινα.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οὐκ ἀνέχομ’ αὐτόν· ἀντιπράττει παρὰ μέλοc.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καὶ δῆ〈θ〉ε Πείcανδρ̣[ο]ν̣ διε̣‐ cτράφθαι χθὲc ἀριcτῶντά φα‐ c’, ἐπ〈ε〉ὶ ξέν〈ω〉ν τιν’ αὐτοῦ οὐκ ἔφαcκε θρέψειν.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Παύcων δὲ προc〈c〉τὰc Θεογένει δειπνοῦντι πρὸc τὴν καρδίαν τῶν ὁλκάδων τιν’ αὐτοῦ κ]λ̣έψαc ἅπαξ διέcτρεφεν· α]ὐτὸc δ’ ἔκειθ’ ὁ Θεογένηc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τ]ὴ̣ν νύχθ’ ὅλην πεπορδώc· 〈δια〉c̣τρέφειν οὖν πρῶτα μὲν χρὴ Καλλίαν τοὺc ἐν μακροῖν τειχοῖν δ’ ἅμ’, ἀ‐ ρι]cτ〈ητ〉ικώτεροι γάρ εἰcιν ἡμῶν·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]c̣ι̣ν̣ διδόντα χοίνικαc ]ε̣ον ἑκάcτωι ]νη τῶν χρημάτων οὐδ’ ἂ]ν̣ τριχὸc πριαίμην ]ν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]π̣ο̣c̣.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·ω̣c̣ φ̣η̣c̣ π̣α̣ν̣ ..ει ...ε]ι κἄξιοι δημηγορεῖν, χθὲc δὲ καὶ πρῴην παρ’ ἡμῖν φρατέρων επ̣ι̣ι̣[ κοὐδ’ ἂν ἠττίκιζεν, εἰ μὴ τοὺc φίλουc ηἰc̣χύν[ετο, τῶν ἀπραγμόνων γε πόρνων κοὐχὶ τῶν c̣ε̣μ̣νῶν [τιc ὤν,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ἀλλ’ ἔδει νεύcαντα χωρεῖν εἰc τὸ κινητή̣ρ̣[ιον, τῆc ἑταιρ〈ε〉ίαc δὲ τούτων τοὺc φίλουc ἐcκ[ ταῖc cτρατηγίαιc δ’ ὑφέρπει καὶ τρυγωιδ[ εἰc δὲ Μαντίνε〈ι〉αν ἡμᾶc οὗτοc οὐ με̣μ̣[ τοῦ θεοῦ βροντῶντοc ὑμῖν οὐδ’ ἐῶν[τοc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εἶπε δήc〈ειν〉 τοὺc cτρατηγοὺc πρὸc βίαν [ἐν τῷ ξύλῳ· ὅcτιc οὖν ἄρχειν τοιούτουc ἄνδραc[ μήτε πρόβατ’ αὐτῷ τεκνοῖτο, μ〈ή〉τε 〈γ〉ῆ κ̣[αρποὺc φέροι.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‵—′τὸ δὲ πρᾶγμα τί ἐcτι; [... χαίρειν δέ φ[ημι ... παντα̣π̣..[ πρ̣α̣[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θέρμαινέ θ’ ἡμῖν καὶ θύη] π̣έττε̣ι̣ν̣ τι[νὰ κέλευ’, ἵνα cπλάγχνοιcι] cυ̣γγενώμ[ε]θ̣α̣.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]ο̣ι νῦν διακείμενοι ]κ· ἤρχετον cὺ καὶ Σόλων ἥβηc ἐκείνηc ν]οῦ τ’ ἐκείνου καὶ φρενῶ ]c.[?]ηδ[..]μάτων ]οι̣[..] — cυχνὴ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εἴ]χεται ]τον ἢ π]ρόcθεν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Μ]υ̣ρωνίδην ]ο̣ὓc ἀνήγαγεν ] ἀcπάcαcθαι κ]α̣[ραδ]οκῶ.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[α]ὐ̣τὸc γὰρ ωc.[ ἄνδρεc ωνη̣[ ν̣τεc ἐν τοίαιcιν ἡ‐ δοναῖcι κείμεθα.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ἐπ]ε̣ὶ̣ δ’ ὁρ̣ῶ τοὺc ἄνδραc ἤδη τυχ̣η̣[ καθ]ημένουc, οὕc φαcιν ἥκειν π̣αρ̣[ ].εα μὲν δὴ τῶν φίλων προcτη[ ]ο̣c ὀρθὸc ἑcτηκ̣ὼ̣[c πάρε]cτ’ αὐτ̣ῶ̣ν .[ ὁ Μυ]ρ̣ωνίδηc, ἐρώμεθ’ [α]ὐ̣τὸ[ν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εἰπέ μοι ὦ[ μόλι̣c̣ ε[ πρὸc πολλ̣ῶ̣ν̣[ φρά[c]ον 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ὁ̣ τὰc Ἀθήναc πόλλ’ ἔτη [... .αcτ[..]..δρουc ἄνδρ[αc ... η καὶ cαφῶc οι.[...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]ν̣ [— —]ντε προcμ̣...[ ] νῦν αὐτίχ̣’ ἁγνό̣c εἰμ’ ὅτῳ δί]καιοc εἰμ’ ἀνήρ 〈:〉 λέγ’ ὅ τι λέγειc. ]οc ποτ’ εἰc ἀγο[ρὰ]ν κυκεῶ πιών,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κρ]ί̣μνων τὴ[ν] ὑπήνην̣ ἀνάπλεωc ]..ων· τοῦτ’ ἐννοοῦμαί πωc ἐγώ. [..]θ̣ὼν δὲ ταχέωc οἴκαδ’ εὐθὺc τοῦ ξένου [.]ε̣δραcαc, ὦ πανοῦργε καὶ κυβευτὰ cύ; [...]ε̣ν κελεύει̣ν τὸν ξένον μοι χρυcίου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]αι cτατ[ῆ]ραc ἑκατόν· ἦν γὰρ πλούcιοc. ]ον ἐκ[έ]λευcέ μ’ εἰπεῖν, ὅτι πιὼν ]κᾆτ’ ἔλαβον τὸ χρυcίον ]ε̣ίτω τιc ὅ τι ποτὲ βούλεται ]τ̣ῆc δικαιοcύνηc ὅcη̣.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]ητ̣ηνουτειτω διαcτολὰ[c] ]ωνπραξεν οὑπιδαύριοc ]c̣ φρενῶν αποκλειc ἐκποδὼν ]ραν κατέλυcαc [ἡτ]τ̣ηθεὶc πολύ. ]αξάμην δὲ χρήματ’ οὐ λέγω.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]θανόντων ταύταc̣ οὐ χάριτοc ἄξια ]...ν εἰ cαφῶc τιc ἀποθάνοι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]c̣ι̣[.]τ̣. ν̣τ̣ωχει.[ ]μεδ’ ἢ ταῦτ’ ἂν [ἔ]πορε χρήμα[τα. [τί] τοὺc θανόνταc ο̣[ὐ]κ’ ἐᾶιc τεθνηκέν[αι; [μ]αρτύρομαί c’· ἔ̣τι δὲ̣ .. ἀγωνι[ο]υμ[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[κα]λ̣έcαc με cυνδεῖc κἀδι̣[κε]ῖ̣c̣. — ἀλλ’ οὐ[κ ἐγὼ ξυνέδηcά c’, ἀλλ’ ὁ ξένοc ὁ τ〈ὸ〉ν κυκεῶ [πιών. δίκα[ι]α̣ δῆτα ταῦτα πάcχειν ἦν ἐμέ; — ἐρ̣οῦ βαδίζων ἱερέα τὸν τοῦ Διόc. — ὕβριζε· ταῦτα δ’ οντ’ἔτ’ ὀφλήcειc ἐμοί.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ἦ̣] γ̣ὰρ̣ c̣ὺ 〈περὶ〉 τοὐφλεῖν λέγειc οὕτωc ἔ[χων;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ἐ̣μ̣[..]όμ̣ην δ’ ἂν καὶ διοπ̣...ον χ̣α[ τὸν̣ [ἱε]ρόcυλον ὅc ποτ’ η...νενδε[ τοῦ τῶν πανούργων ..ι̣ν τῶν νεωτ[έρων τ̣ὸ̣ν Σωκράτη... ὁπόταν εὖ τὸ cῶμ’ ἔχ[ῃ. ἐγὼ δὲ πάcῃ προcαγορεύω τῇ πόλ[ει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εἶναι δικ̣αίουc, ὡc ὃc ἂν δίκαιοc ἦι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cοφὸc γὰρ ἀνήρ, τῆc δὲ χειρὸc οὐ κρατῶν.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ζειαί.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ὤφειλ’ Ὑάκινθοc ἀποθανεῖν ἀμυγδαλῇ.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ἀναγχίππουc.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τίc ἐνεβρόντηcέ μοι;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 . . . . . . . . . ὦ μοχθηρέ, τίc ἐπάταξέ cε;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ᾠδεῖον.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εἴ τιc ἀποτέτιλται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ὅcον γένοιτ’ ἂν αὐτῇ βελτίω τὰ πράγματα.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ἄγαμαι κεραμέωc αἴθωνοc ἐcτεφανωμένου.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ἱμάνταc ἥξω δεῦρο πυκτικοὺc ἔχων.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κἀν ποίᾳ πόλει τοcοῦτοc 〈ὢν〉 τὸ μέγεθοc ἰχθὺc τρώγεται;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ἁμαρτωλῶc.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ἄνθρωποc ἐξ ὁδοῦ.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οὐκ ἐc κόρακαc ἀνθρωπάριον ἀποφθερεῖ;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ἀνόητά γ’, 〈εἰ τοῦτ’〉 ἦλθεc ἐπιτάξων ἐμοί.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